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AL RISALA FEBRUARY 2017 AUDIO</w:t>
      </w:r>
    </w:p>
    <w:p>
      <w:r>
        <w:t>https://www.youtube.com/watch?v=W4_KA3UtIHA</w:t>
      </w:r>
    </w:p>
    <w:p>
      <w:r>
        <w:rPr>
          <w:b/>
        </w:rPr>
        <w:t xml:space="preserve">[00:01] </w:t>
      </w:r>
      <w:r>
        <w:t>istiqamat kya hai? paighambar-e-islam sallallahu alaihi wasallam ne ek shakhs ko naseehat karte hue kaha: "qul rabbi Allah thumma istqim" sunan al-tirmidhi.</w:t>
      </w:r>
    </w:p>
    <w:p>
      <w:pPr>
        <w:jc w:val="right"/>
      </w:pPr>
      <w:r>
        <w:t>استقامت کیا ہے؟ پیغمبر اسلام صلی اللہ علیہ وسلم نے ایک شخص کو نصیحت کرتے ہوئے کہا: "قل ربی اللہ ثم استقم" سنن الترمذی۔</w:t>
      </w:r>
    </w:p>
    <w:p>
      <w:r>
        <w:rPr>
          <w:b/>
        </w:rPr>
        <w:t xml:space="preserve">[00:15] </w:t>
      </w:r>
      <w:r>
        <w:t>yaani keho ke Allah mera rab hai, aur is par jam jao. istiqamat ka matlab hai jam jana, yaani to stick.</w:t>
      </w:r>
    </w:p>
    <w:p>
      <w:pPr>
        <w:jc w:val="right"/>
      </w:pPr>
      <w:r>
        <w:t>یعنی کہو کہ اللہ میرا رب ہے، اور اس پر جم جاؤ۔ استقامت کا مطلب ہے جم جانا، یعنی ٹوسٹک۔</w:t>
      </w:r>
    </w:p>
    <w:p>
      <w:r>
        <w:rPr>
          <w:b/>
        </w:rPr>
        <w:t xml:space="preserve">[00:26] </w:t>
      </w:r>
      <w:r>
        <w:t>is ka matlab hai har haal mein rabbani raawish par qaim rehna, kisi haal mein apne qaul se na hatna. Allah ko is tarah rab banana ke wohi insaan ka asal concern ban jaye.</w:t>
      </w:r>
    </w:p>
    <w:p>
      <w:pPr>
        <w:jc w:val="right"/>
      </w:pPr>
      <w:r>
        <w:t>اس کا مطلب ہے ہر حال میں ربانی روش پر قائم رہنا، کسی حال میں اپنے قول سے نہ ہٹنا۔ اللہ کو اس طرح رب بنانا کہ وہی انسان کا اصل کنسرن بن جائے۔</w:t>
      </w:r>
    </w:p>
    <w:p>
      <w:r>
        <w:rPr>
          <w:b/>
        </w:rPr>
        <w:t xml:space="preserve">[00:41] </w:t>
      </w:r>
      <w:r>
        <w:t>asal yeh hai ke Allah ko rab banane ki do sooraten hain: ek yeh ke zabaan se yeh keh dena ke maine Allah ko apna rab banaya.</w:t>
      </w:r>
    </w:p>
    <w:p>
      <w:pPr>
        <w:jc w:val="right"/>
      </w:pPr>
      <w:r>
        <w:t>اصل یہ ہے کہ اللہ کو رب بنانے کی دو صورتیں ہیں: ایک یہ کہ زبان سے یہ کہہ دینا کہ میں نے اللہ کو اپنا رب بنایا۔</w:t>
      </w:r>
    </w:p>
    <w:p>
      <w:r>
        <w:rPr>
          <w:b/>
        </w:rPr>
        <w:t xml:space="preserve">[00:51] </w:t>
      </w:r>
      <w:r>
        <w:t>is ke baad is tarah zindagi guzarna ke aadmi ka amal alag ho aur us ka zabani iqraar alag. aise aadmi ka imaan Allah ke haan mu'tabar nahi.</w:t>
      </w:r>
    </w:p>
    <w:p>
      <w:pPr>
        <w:jc w:val="right"/>
      </w:pPr>
      <w:r>
        <w:t>اس کے بعد اس طرح زندگی گزارنا کہ آدمی کا عمل الگ ہو اور اس کا زبانی اقرار الگ۔ ایسے آدمی کا ایمان اللہ کے ہاں معتبر نہیں۔</w:t>
      </w:r>
    </w:p>
    <w:p>
      <w:r>
        <w:rPr>
          <w:b/>
        </w:rPr>
        <w:t xml:space="preserve">[01:05] </w:t>
      </w:r>
      <w:r>
        <w:t>doosri soorat yeh hai ke aadmi Allah ko is tarah apna rab banaye ke wohi us ki zindagi ka mission ban jaye.</w:t>
      </w:r>
    </w:p>
    <w:p>
      <w:pPr>
        <w:jc w:val="right"/>
      </w:pPr>
      <w:r>
        <w:t>دوسری صورت یہ ہے کہ آدمی اللہ کو اس طرح اپنا رب بنائے کہ وہی اس کی زندگی کا مشن بن جائے۔</w:t>
      </w:r>
    </w:p>
    <w:p>
      <w:r>
        <w:rPr>
          <w:b/>
        </w:rPr>
        <w:t xml:space="preserve">[01:14] </w:t>
      </w:r>
      <w:r>
        <w:t>woh is ke mutabiq soche, us ke subah shaam is ke mutabiq guzren, woh isi ke mutabiq apni zindagi ki mansooba bandi kare.</w:t>
      </w:r>
    </w:p>
    <w:p>
      <w:pPr>
        <w:jc w:val="right"/>
      </w:pPr>
      <w:r>
        <w:t>وہ اس کے مطابق سوچے، اس کے صبح شام اس کے مطابق گزریں، وہ اسی کے مطابق اپنی زندگی کی منصوبہ بندی کرے۔</w:t>
      </w:r>
    </w:p>
    <w:p>
      <w:r>
        <w:rPr>
          <w:b/>
        </w:rPr>
        <w:t xml:space="preserve">[01:24] </w:t>
      </w:r>
      <w:r>
        <w:t>woh isi ka aamil aur us ka daa'i ban jaye. woh apne aap ko poori tarah is mein shaamil, yaani involve kar de.</w:t>
      </w:r>
    </w:p>
    <w:p>
      <w:pPr>
        <w:jc w:val="right"/>
      </w:pPr>
      <w:r>
        <w:t>وہ اسی کا عامل اور اس کا داعی بن جائے۔ وہ اپنے آپ کو پوری طرح اس میں شامل، یعنی انوالو کر دے۔</w:t>
      </w:r>
    </w:p>
    <w:p>
      <w:r>
        <w:rPr>
          <w:b/>
        </w:rPr>
        <w:t xml:space="preserve">[01:35] </w:t>
      </w:r>
      <w:r>
        <w:t>yahi doosri qism ka insaan woh hai ke jo Allah ko apna rab banane ke baad is par qaim ho jaye. istiqamat ek fitri haqeeqat hai.</w:t>
      </w:r>
    </w:p>
    <w:p>
      <w:pPr>
        <w:jc w:val="right"/>
      </w:pPr>
      <w:r>
        <w:t>یہی دوسری قسم کا انسان وہ ہے کہ جو اللہ کو اپنا رب بنانے کے بعد اس پر قائم ہو جائے۔ استقامت ایک فطری حقیقت ہے۔</w:t>
      </w:r>
    </w:p>
    <w:p>
      <w:r>
        <w:rPr>
          <w:b/>
        </w:rPr>
        <w:t xml:space="preserve">[01:47] </w:t>
      </w:r>
      <w:r>
        <w:t>har insaan apni dunya ke maamle mein istiqamat ka tareeqa ikhtiyar karta hai. dunya mein jo shakhs apne maamle mein istiqamat ka tareeqa ikhtiyar kare, woh kaamyaab hota hai,</w:t>
      </w:r>
    </w:p>
    <w:p>
      <w:pPr>
        <w:jc w:val="right"/>
      </w:pPr>
      <w:r>
        <w:t>ہر انسان اپنی دنیا کے معاملے میں استقامت کا طریقہ اختیار کرتا ہے۔ دنیا میں جو شخص اپنے معاملے میں استقامت کا طریقہ اختیار کرے، وہ کامیاب ہوتا ہے،</w:t>
      </w:r>
    </w:p>
    <w:p>
      <w:r>
        <w:rPr>
          <w:b/>
        </w:rPr>
        <w:t xml:space="preserve">[02:01] </w:t>
      </w:r>
      <w:r>
        <w:t>aur jo shakhs dunya mein istiqamat ka tareeqa ikhtiyar na kare, woh nakaam ho kar reh jata hai. istiqamat ka yahi tareeqa aakhirat ke maamle mein bhi momin ko ikhtiyar karna hai.</w:t>
      </w:r>
    </w:p>
    <w:p>
      <w:pPr>
        <w:jc w:val="right"/>
      </w:pPr>
      <w:r>
        <w:t>اور جو شخص دنیا میں استقامت کا طریقہ اختیار نہ کرے، وہ ناکام ہو کر رہ جاتا ہے۔ استقامت کا یہی طریقہ آخرت کے معاملے میں بھی مومن کو اختیار کرنا ہے۔</w:t>
      </w:r>
    </w:p>
    <w:p>
      <w:r>
        <w:rPr>
          <w:b/>
        </w:rPr>
        <w:t xml:space="preserve">[02:17] </w:t>
      </w:r>
      <w:r>
        <w:t>momin ko chahiye ke woh apne imaan ke sho'oor ko itna zyada bedaar kare ke us ke imaan ke saath istiqamat ka pehlu shaamil ho jaye.</w:t>
      </w:r>
    </w:p>
    <w:p>
      <w:pPr>
        <w:jc w:val="right"/>
      </w:pPr>
      <w:r>
        <w:t>مومن کو چاہیے کہ وہ اپنے ایمانی شعور کو اتنا زیادہ بیدار کرے کہ اس کے ایمان کے ساتھ استقامت کا پہلو شامل ہو جائے۔</w:t>
      </w:r>
    </w:p>
    <w:p>
      <w:r>
        <w:rPr>
          <w:b/>
        </w:rPr>
        <w:t xml:space="preserve">[02:28] </w:t>
      </w:r>
      <w:r>
        <w:t>imaan agar sho'oori iqraar hai to istiqamat ek sho'oori amal hai. imaan aur istiqamat dono ke liye sho'oori bedari lazmi taur par zaroori hai.</w:t>
      </w:r>
    </w:p>
    <w:p>
      <w:pPr>
        <w:jc w:val="right"/>
      </w:pPr>
      <w:r>
        <w:t>ایمان اگر شعوری اقرار ہے تو استقامت ایک شعوری عمل ہے۔ ایمان اور استقامت دونوں کے لیے شعوری بیداری لازمی طور پر ضروری ہے۔</w:t>
      </w:r>
    </w:p>
    <w:p>
      <w:r>
        <w:rPr>
          <w:b/>
        </w:rPr>
        <w:t xml:space="preserve">[02:43] </w:t>
      </w:r>
      <w:r>
        <w:t>ek sunnat-e-rasool san 6 hijri mein paighambar-e-islam sallallahu alaihi wasallam fareeq-e-mukhalif se aman ka mu'ahida karna chahte the.</w:t>
      </w:r>
    </w:p>
    <w:p>
      <w:pPr>
        <w:jc w:val="right"/>
      </w:pPr>
      <w:r>
        <w:t>ایک سنت رسول سن 6 ہجری میں پیغمبر اسلام صلی اللہ علیہ وسلم فریق مخالف سے امن کا معاہدہ کرنا چاہتے تھے۔</w:t>
      </w:r>
    </w:p>
    <w:p>
      <w:r>
        <w:rPr>
          <w:b/>
        </w:rPr>
        <w:t xml:space="preserve">[02:54] </w:t>
      </w:r>
      <w:r>
        <w:t>taweel guft-o-shuneed ke baad jab mu'ahiday ki dafaat tay ho gayeen aur us ko kaaghaz par likha jaane laga to paighambar-e-islam sallallahu alaihi wasallam ne mu'ahiday ko likhwate hue kaha: "uktub ya Ali, hadha ma saalah alaihi Muhammad Rasul Allah".</w:t>
      </w:r>
    </w:p>
    <w:p>
      <w:pPr>
        <w:jc w:val="right"/>
      </w:pPr>
      <w:r>
        <w:t>طویل گفت و شنید کے بعد جب معاہدے کی دفعات طے ہو گئیں اور اس کو کاغذ پر لکھا جانے لگا تو پیغمبر اسلام صلی اللہ علیہ وسلم نے معاہدے کو لکھواتے ہوئے کہا: "اُکتب یا علی، هذا ما صالح علیہ محمد رسول اللہ"۔</w:t>
      </w:r>
    </w:p>
    <w:p>
      <w:r>
        <w:rPr>
          <w:b/>
        </w:rPr>
        <w:t xml:space="preserve">[03:16] </w:t>
      </w:r>
      <w:r>
        <w:t>fareeq-e-sani ke leader ne foran etiraz karte hue kaha ke hum aap ko Rasul Allah nahi maante, aap Muhammad Rasul Allah ke bajaye Muhammad bin Abdullah likhiye, jo ke hamare aur aap ke darmiyan mushtarak hai.</w:t>
      </w:r>
    </w:p>
    <w:p>
      <w:pPr>
        <w:jc w:val="right"/>
      </w:pPr>
      <w:r>
        <w:t>فریق ثانی کے لیڈر نے فوراً اعتراض کرتے ہوئے کہا کہ ہم آپ کو رسول اللہ نہیں مانتے، آپ محمد رسول اللہ کے بجائے محمد بن عبداللہ لکھیے، جو کہ ہمارے اور آپ کے درمیان مشترک ہے۔</w:t>
      </w:r>
    </w:p>
    <w:p>
      <w:r>
        <w:rPr>
          <w:b/>
        </w:rPr>
        <w:t xml:space="preserve">[03:34] </w:t>
      </w:r>
      <w:r>
        <w:t>aap ne bila bahs kaha: "amma ya ali, allahumma innaka ta'lam annani rasooluk, amma ya ali, wa'ktub hadha ma salaha alayhi muhammad ibn abdullah".</w:t>
      </w:r>
    </w:p>
    <w:p>
      <w:pPr>
        <w:jc w:val="right"/>
      </w:pPr>
      <w:r>
        <w:t>آپ نے بلا بحث کہا: "امہ یا علی، اللہم انک تعلم انی رسولک، امہ یا علی، واكتب هذا ما صالح علیہ محمد ابن عبداللہ"۔</w:t>
      </w:r>
    </w:p>
    <w:p>
      <w:r>
        <w:rPr>
          <w:b/>
        </w:rPr>
        <w:t xml:space="preserve">[03:51] </w:t>
      </w:r>
      <w:r>
        <w:t>musnad ahmad. yani aye ali, is ko mita do. aye allah, tu janta hai ke main tera rasool hoon. aye ali, mita do aur likho yeh woh dafaat hain jin par muhammad bin abdullah ne sulah kiya.</w:t>
      </w:r>
    </w:p>
    <w:p>
      <w:pPr>
        <w:jc w:val="right"/>
      </w:pPr>
      <w:r>
        <w:t>مسند احمد۔ یعنی اے علی، اس کو مٹا دو۔ اے اللہ، تو جانتا ہے کہ میں تیرا رسول ہوں۔ اے علی، مٹا دو اور لکھو یہ وہ دفعات ہیں جن پر محمد بن عبداللہ نے صلح کیا۔</w:t>
      </w:r>
    </w:p>
    <w:p>
      <w:r>
        <w:rPr>
          <w:b/>
        </w:rPr>
        <w:t xml:space="preserve">[04:08] </w:t>
      </w:r>
      <w:r>
        <w:t>is ke baad sulah ka muahida tay pa gaya aur aap apne ashaab ke hamrah madina wapas aa gaye. rasool allah salallaho alaihi wasallam ka yeh mamla bilashuba allah ki rehnumai ke mutabiq tha.</w:t>
      </w:r>
    </w:p>
    <w:p>
      <w:pPr>
        <w:jc w:val="right"/>
      </w:pPr>
      <w:r>
        <w:t>اس کے بعد صلح کا معاہدہ طے پا گیا اور آپ اپنے اصحاب کے ہمراہ مدینہ واپس آ گئے۔ رسول اللہ صلی اللہ علیہ وسلم کا یہ معاملہ بلاشبہ اللہ کی رہنمائی کے مطابق تھا۔</w:t>
      </w:r>
    </w:p>
    <w:p>
      <w:r>
        <w:rPr>
          <w:b/>
        </w:rPr>
        <w:t xml:space="preserve">[04:25] </w:t>
      </w:r>
      <w:r>
        <w:t>allah ki rehnumai ke baghair aap aisa nahi kar sakte thay. surah al-fateh mein is ki babat yeh alfaaz aaye hain: "wayuhdika sirat mustaqeem".</w:t>
      </w:r>
    </w:p>
    <w:p>
      <w:pPr>
        <w:jc w:val="right"/>
      </w:pPr>
      <w:r>
        <w:t>اللہ کی رہنمائی کے بغیر آپ ایسا نہیں کر سکتے تھے۔ سورہ الفتح میں اس کی بابت یہ الفاظ آئے ہیں: "ویحدیک صراط مستقیم"۔</w:t>
      </w:r>
    </w:p>
    <w:p>
      <w:r>
        <w:rPr>
          <w:b/>
        </w:rPr>
        <w:t xml:space="preserve">[04:38] </w:t>
      </w:r>
      <w:r>
        <w:t>aap ka yeh amal bilashuba sirat mustaqeem ka aik juz tha. is lihaz se yeh tamam dunya ke musalmanon ke liye aik abadi usool hai.</w:t>
      </w:r>
    </w:p>
    <w:p>
      <w:pPr>
        <w:jc w:val="right"/>
      </w:pPr>
      <w:r>
        <w:t>آپ کا یہ عمل بلاشبہ صراط مستقیم کا ایک جز تھا۔ اس لحاظ سے یہ تمام دنیا کے مسلمانوں کے لیے ایک ابدی اصول ہے۔</w:t>
      </w:r>
    </w:p>
    <w:p>
      <w:r>
        <w:rPr>
          <w:b/>
        </w:rPr>
        <w:t xml:space="preserve">[04:51] </w:t>
      </w:r>
      <w:r>
        <w:t>jis tarah daur-e-awwal mein is usool ko ikhtiyar karne ke nateejay mein fateh-e-mubeen hasil hui, usi tarah baad ke zamanay mein bhi fateh-e-mubeen ko hasil karne ka tareeqa yahi hai.</w:t>
      </w:r>
    </w:p>
    <w:p>
      <w:pPr>
        <w:jc w:val="right"/>
      </w:pPr>
      <w:r>
        <w:t>جس طرح دور اول میں اس اصول کو اختیار کرنے کے نتیجے میں فتح مبین حاصل ہوئی، اسی طرح بعد کے زمانے میں بھی فتح مبین کو حاصل کرنے کا طریقہ یہی ہے۔</w:t>
      </w:r>
    </w:p>
    <w:p>
      <w:r>
        <w:rPr>
          <w:b/>
        </w:rPr>
        <w:t xml:space="preserve">[05:06] </w:t>
      </w:r>
      <w:r>
        <w:t>is ke siwa koi doosra tareeqa musalmanon ko fateh-e-mubeen tak pohnchanay wala nahi. mansooba bandi ka yeh tareeqa hamesha dunya mein baqi rehta hai.</w:t>
      </w:r>
    </w:p>
    <w:p>
      <w:pPr>
        <w:jc w:val="right"/>
      </w:pPr>
      <w:r>
        <w:t>اس کے سوا کوئی دوسرا طریقہ مسلمانوں کو فتح مبین تک پہنچانے والا نہیں۔ منصوبہ بندی کا یہ طریقہ ہمیشہ دنیا میں باقی رہتا ہے۔</w:t>
      </w:r>
    </w:p>
    <w:p>
      <w:r>
        <w:rPr>
          <w:b/>
        </w:rPr>
        <w:t xml:space="preserve">[05:18] </w:t>
      </w:r>
      <w:r>
        <w:t>mislan maujooda zamanay mein ahl-e-imaan yeh chahte hain ke un ko yeh azadi ho ke woh quran ka paigham sari dunya mein khulay tor par pohnchain, lekin bar bar aik rukawat pesh aati hai.</w:t>
      </w:r>
    </w:p>
    <w:p>
      <w:pPr>
        <w:jc w:val="right"/>
      </w:pPr>
      <w:r>
        <w:t>مثلاً موجودہ زمانے میں اہل ایمان یہ چاہتے ہیں کہ ان کو یہ آزادی ہو کہ وہ قرآن کا پیغام ساری دنیا میں کھلے طور پر پہنچائیں، لیکن بار بار ایک رکاوٹ پیش آتی ہے۔</w:t>
      </w:r>
    </w:p>
    <w:p>
      <w:r>
        <w:rPr>
          <w:b/>
        </w:rPr>
        <w:t xml:space="preserve">[05:35] </w:t>
      </w:r>
      <w:r>
        <w:t>woh yeh ke aaj ka insaan izhar-e-ray ki azadi, yani freedom of expression, ko insaan ka aik mutlaq haq, yani absolute right, samajhta hai aur us ko woh istemal karna chahta hai.</w:t>
      </w:r>
    </w:p>
    <w:p>
      <w:pPr>
        <w:jc w:val="right"/>
      </w:pPr>
      <w:r>
        <w:t>وہ یہ کہ آج کا انسان اظہار رائے کی آزادی، یعنی فریڈم آف ایکسپریشن، کو انسان کا ایک مطلق حق، یعنی ایبسولیوٹ رائٹ، سمجھتا ہے اور اس کو وہ استعمال کرنا چاہتا ہے۔</w:t>
      </w:r>
    </w:p>
    <w:p>
      <w:r>
        <w:rPr>
          <w:b/>
        </w:rPr>
        <w:t xml:space="preserve">[05:50] </w:t>
      </w:r>
      <w:r>
        <w:t>haq ke is istemal ka dairah kabhi peghambar-e-islam salallaho alaihi wasallam tak pohnch jata hai. woh peghambar-e-islam ke baray mein azadana izhar-e-khayal karta hai aur us ko apna na-qabil-e-tansikh haq samajhta hai.</w:t>
      </w:r>
    </w:p>
    <w:p>
      <w:pPr>
        <w:jc w:val="right"/>
      </w:pPr>
      <w:r>
        <w:t>حق کے اس استعمال کا دائرہ کبھی پیغمبر اسلام صلی اللہ علیہ وسلم تک پہنچ جاتا ہے۔ وہ پیغمبر اسلام کے بارے میں آزادانہ اظہار خیال کرتا ہے اور اس کو اپنا ناقابلِ تنسیخ حق سمجھتا ہے۔</w:t>
      </w:r>
    </w:p>
    <w:p>
      <w:r>
        <w:rPr>
          <w:b/>
        </w:rPr>
        <w:t xml:space="preserve">[06:08] </w:t>
      </w:r>
      <w:r>
        <w:t>musalman is tarah ke waqiaat par mushtael ho jatay hain. woh us ko shat-e-rasool, yani blasphemy qarar de kar chahte hain ke shaatim ko qatal kar dain.</w:t>
      </w:r>
    </w:p>
    <w:p>
      <w:pPr>
        <w:jc w:val="right"/>
      </w:pPr>
      <w:r>
        <w:t>مسلمان اس طرح کے واقعات پر مشتعل ہو جاتے ہیں۔ وہ اس کو شتم رسول، یعنی بلیسیمی قرار دے کر چاہتے ہیں کہ شاتم کو قتل کر دیں۔</w:t>
      </w:r>
    </w:p>
    <w:p>
      <w:r>
        <w:rPr>
          <w:b/>
        </w:rPr>
        <w:t xml:space="preserve">[06:19] </w:t>
      </w:r>
      <w:r>
        <w:t>aaj ke logon ke liye musalmanon ki yeh ravish qabil-e-qubool nahi. chunancha is par sakht naza' shuru ho jati hai aur dawat-e-islam ka kaam jeopardize ho jata hai.</w:t>
      </w:r>
    </w:p>
    <w:p>
      <w:pPr>
        <w:jc w:val="right"/>
      </w:pPr>
      <w:r>
        <w:t>آج کے لوگوں کے لیے مسلمانوں کی یہ روش قابلِ قبول نہیں۔ چنانچہ اس پر سخت نزع شروع ہو جاتی ہے اور دعوت اسلام کا کام جیپرٹائز ہو جاتا ہے۔</w:t>
      </w:r>
    </w:p>
    <w:p>
      <w:r>
        <w:rPr>
          <w:b/>
        </w:rPr>
        <w:t xml:space="preserve">[06:32] </w:t>
      </w:r>
      <w:r>
        <w:t>shat-e-rasool ya blasphemy par hungama karna ya shaatim ko qatal karne ki koshish karna usoolan islam ke khilaf hai.</w:t>
      </w:r>
    </w:p>
    <w:p>
      <w:pPr>
        <w:jc w:val="right"/>
      </w:pPr>
      <w:r>
        <w:t>شتم رسول یا بلیسیمی پر ہنگامہ کرنا یا شاتم کو قتل کرنے کی کوشش کرنا اصولاً اسلام کے خلاف ہے۔</w:t>
      </w:r>
    </w:p>
    <w:p>
      <w:r>
        <w:rPr>
          <w:b/>
        </w:rPr>
        <w:t xml:space="preserve">[06:42] </w:t>
      </w:r>
      <w:r>
        <w:t>quran ki kisi ayat ya rasool allah ke kisi qoul mein yeh hukum maujood nahi. taham bil farz agar kisi ka israr ho ke yeh islam ka aik hukum hai, tab bhi zaroori hai ke musalman is tarah ke waqia par mushtael hona mukammal taur par chhod dain taake dawat-e-islami ka kaam kisi rukawat ke baghair jari rahay.</w:t>
      </w:r>
    </w:p>
    <w:p>
      <w:pPr>
        <w:jc w:val="right"/>
      </w:pPr>
      <w:r>
        <w:t>قرآن کی کسی آیت یا رسول اللہ کے کسی قول میں یہ حکم موجود نہیں۔ تاہم بالفرض اگر کسی کا اصرار ہو کہ یہ اسلام کا ایک حکم ہے، تب بھی ضروری ہے کہ مسلمان اس طرح کے واقعے پر مشتعل ہونا مکمل طور پر چھوڑ دیں تاکہ دعوت اسلامی کا کام کسی رکاوٹ کے بغیر جاری رہے۔</w:t>
      </w:r>
    </w:p>
    <w:p>
      <w:r>
        <w:rPr>
          <w:b/>
        </w:rPr>
        <w:t xml:space="preserve">[07:08] </w:t>
      </w:r>
      <w:r>
        <w:t>rasool ka rasool hona bilashuba islam ka aik musallamah aqeedah hai. phir bhi rasool aur ashaab-e-rasool ne rasool allah ke lafz ko kaghaz se mita diya.</w:t>
      </w:r>
    </w:p>
    <w:p>
      <w:pPr>
        <w:jc w:val="right"/>
      </w:pPr>
      <w:r>
        <w:t>رسول کا رسول ہونا بلاشبہ اسلام کا ایک مسلمہ عقیدہ ہے۔ پھر بھی رسول اور اصحاب رسول نے رسول اللہ کے لفظ کو کاغذ سے مٹا دیا۔</w:t>
      </w:r>
    </w:p>
    <w:p>
      <w:r>
        <w:rPr>
          <w:b/>
        </w:rPr>
        <w:t xml:space="preserve">[07:20] </w:t>
      </w:r>
      <w:r>
        <w:t>isi sunnat par musalmanon ko bhi amal karna hai. un ko chahiye ke woh apni ravish ko badal dain taake islam ka pur aman mission kisi rukawat ke baghair musalsal taur par jari rahay.</w:t>
      </w:r>
    </w:p>
    <w:p>
      <w:pPr>
        <w:jc w:val="right"/>
      </w:pPr>
      <w:r>
        <w:t>اسی سنت پر مسلمانوں کو بھی عمل کرنا ہے۔ ان کو چاہیے کہ وہ اپنی روش کو بدل دیں تاکہ اسلام کا پرامن مشن کسی رکاوٹ کے بغیر مسلسل طور پر جاری رہے۔</w:t>
      </w:r>
    </w:p>
    <w:p>
      <w:r>
        <w:rPr>
          <w:b/>
        </w:rPr>
        <w:t xml:space="preserve">[07:34] </w:t>
      </w:r>
      <w:r>
        <w:t>isi ravish ka naam hikmat, yani wisdom hai. hikmat islam ka aik lazmi usool hai. hikmat ke baghair islam ka mission kamyabi ke sath jari nahi reh sakta.</w:t>
      </w:r>
    </w:p>
    <w:p>
      <w:pPr>
        <w:jc w:val="right"/>
      </w:pPr>
      <w:r>
        <w:t>اسی روش کا نام حکمت، یعنی وزڈم ہے۔ حکمت اسلام کا ایک لازمی اصول ہے۔ حکمت کے بغیر اسلام کا مشن کامیابی کے ساتھ جاری نہیں رہ سکتا۔</w:t>
      </w:r>
    </w:p>
    <w:p>
      <w:r>
        <w:rPr>
          <w:b/>
        </w:rPr>
        <w:t xml:space="preserve">[07:53] </w:t>
      </w:r>
      <w:r>
        <w:t>peghambar ka namoona. quran ki surah number chhay mein aik sath 18 nabiyon ka zikr hua hai.</w:t>
      </w:r>
    </w:p>
    <w:p>
      <w:pPr>
        <w:jc w:val="right"/>
      </w:pPr>
      <w:r>
        <w:t>پیغمبر کا نمونہ۔ قرآن کی سورہ نمبر چھ میں ایک ساتھ 18 نبیوں کا ذکر ہوا ہے۔</w:t>
      </w:r>
    </w:p>
    <w:p>
      <w:r>
        <w:rPr>
          <w:b/>
        </w:rPr>
        <w:t xml:space="preserve">[08:03] </w:t>
      </w:r>
      <w:r>
        <w:t>is ke baad irshad hai: "allazeena allah</w:t>
      </w:r>
    </w:p>
    <w:p>
      <w:pPr>
        <w:jc w:val="right"/>
      </w:pPr>
      <w:r>
        <w:t>اس کے بعد ارشاد ہے: "الذین اللہ</w:t>
      </w:r>
    </w:p>
    <w:p>
      <w:r>
        <w:rPr>
          <w:b/>
        </w:rPr>
        <w:t xml:space="preserve">[08:11] </w:t>
      </w:r>
      <w:r>
        <w:t>yani yahi log hain jin ko allah ne hidayat bakhshi, pas tum bhi un ke tareeqay par chalo".</w:t>
      </w:r>
    </w:p>
    <w:p>
      <w:pPr>
        <w:jc w:val="right"/>
      </w:pPr>
      <w:r>
        <w:t>یعنی یہی لوگ ہیں جن کو اللہ نے ہدایت بخشی، پس تم بھی ان کے طریقے پر چلو"۔</w:t>
      </w:r>
    </w:p>
    <w:p>
      <w:r>
        <w:rPr>
          <w:b/>
        </w:rPr>
        <w:t xml:space="preserve">[08:23] </w:t>
      </w:r>
      <w:r>
        <w:t>quran ki is ayat mein khuda se murad aslan aqeedah nahi hai balkay tareeqa-e-kar ya method hai.</w:t>
      </w:r>
    </w:p>
    <w:p>
      <w:pPr>
        <w:jc w:val="right"/>
      </w:pPr>
      <w:r>
        <w:t>قرآن کی اس آیت میں خدا سے مراد اصلاً عقیدہ نہیں ہے بلکہ طریقہ کار یا میتھڈ ہے۔</w:t>
      </w:r>
    </w:p>
    <w:p>
      <w:r>
        <w:rPr>
          <w:b/>
        </w:rPr>
        <w:t xml:space="preserve">[08:33] </w:t>
      </w:r>
      <w:r>
        <w:t>allah ki taraf se jo peghambar dunya mein aaye, woh sab yaksaan taur par aqeedah-e-tauheed ke daai thay.</w:t>
      </w:r>
    </w:p>
    <w:p>
      <w:pPr>
        <w:jc w:val="right"/>
      </w:pPr>
      <w:r>
        <w:t>اللہ کی طرف سے جو پیغمبر دنیا میں آئے، وہ سب یکساں طور پر عقیدہ توحید کے داعی تھے۔</w:t>
      </w:r>
    </w:p>
    <w:p>
      <w:r>
        <w:rPr>
          <w:b/>
        </w:rPr>
        <w:t xml:space="preserve">[08:43] </w:t>
      </w:r>
      <w:r>
        <w:t>magar tareeqa-e-kar ka talluq halaat se hota hai, is liye tareeqa-e-kar ke muamlay mein woh mukhtalif thay.</w:t>
      </w:r>
    </w:p>
    <w:p>
      <w:pPr>
        <w:jc w:val="right"/>
      </w:pPr>
      <w:r>
        <w:t>مگر طریقہ کار کا تعلق حالات سے ہوتا ہے، اس لیے طریقہ کار کے معاملے میں وہ مختلف تھے۔</w:t>
      </w:r>
    </w:p>
    <w:p>
      <w:r>
        <w:rPr>
          <w:b/>
        </w:rPr>
        <w:t xml:space="preserve">[08:52] </w:t>
      </w:r>
      <w:r>
        <w:t>ayat ka matlab yeh hai ke kisi nabi se jo tareeqa-e-kar sabit ho, woh yaksaan taur par khudai tareeqa hai.</w:t>
      </w:r>
    </w:p>
    <w:p>
      <w:pPr>
        <w:jc w:val="right"/>
      </w:pPr>
      <w:r>
        <w:t>آیت کا مطلب یہ ہے کہ کسی نبی سے جو طریقہ کار ثابت ہو، وہ یکساں طور پر خدائی طریقہ ہے۔</w:t>
      </w:r>
    </w:p>
    <w:p>
      <w:r>
        <w:rPr>
          <w:b/>
        </w:rPr>
        <w:t xml:space="preserve">[09:02] </w:t>
      </w:r>
      <w:r>
        <w:t>kisi peghambar ne apne zamanay mein halaat ke aitbar se jo tareeqa-e-kar ikhtiyar kiya, agar isi qisam ke halaat dobara tareekh mein paida hon to dobara wohi tareeqa qabil-e-ikhtiyar ho jayega.</w:t>
      </w:r>
    </w:p>
    <w:p>
      <w:pPr>
        <w:jc w:val="right"/>
      </w:pPr>
      <w:r>
        <w:t>کسی پیغمبر نے اپنے زمانے میں حالات کے اعتبار سے جو طریقہ کار اختیار کیا، اگر اسی قسم کے حالات دوبارہ تاریخ میں پیدا ہوں تو دوبارہ وہی طریقہ قابلِ اختیار ہو جائے گا۔</w:t>
      </w:r>
    </w:p>
    <w:p>
      <w:r>
        <w:rPr>
          <w:b/>
        </w:rPr>
        <w:t xml:space="preserve">[09:20] </w:t>
      </w:r>
      <w:r>
        <w:t>misal ke taur par israaeeli paighambar hazrat moosa ko lijie. un ka zamana terveen sadi qabl maseeh ka zamana hai.</w:t>
      </w:r>
    </w:p>
    <w:p>
      <w:pPr>
        <w:jc w:val="right"/>
      </w:pPr>
      <w:r>
        <w:t>مثال کے طور پر اسرائیلی پیغمبر حضرت موسیٰ کو لیجئے۔ ان کا زمانہ تیرویں صدی قبل مسیح کا زمانہ ہے۔</w:t>
      </w:r>
    </w:p>
    <w:p>
      <w:r>
        <w:rPr>
          <w:b/>
        </w:rPr>
        <w:t xml:space="preserve">[09:31] </w:t>
      </w:r>
      <w:r>
        <w:t>wo qadeem misr mein aaye. is waqt wahan firoun ki hukumat thi. hazrat moosa Allah ke hukum se firoun ke darbaar mein gaye.</w:t>
      </w:r>
    </w:p>
    <w:p>
      <w:pPr>
        <w:jc w:val="right"/>
      </w:pPr>
      <w:r>
        <w:t>وہ قدیم مصر میں آئے۔ اس وقت وہاں فرعون کی حکومت تھی۔ حضرت موسیٰ اللہ کے حکم سے فرعون کے دربار میں گئے۔</w:t>
      </w:r>
    </w:p>
    <w:p>
      <w:r>
        <w:rPr>
          <w:b/>
        </w:rPr>
        <w:t xml:space="preserve">[09:42] </w:t>
      </w:r>
      <w:r>
        <w:t>wahan unhon ne badshah ke saamne tauheed ki dawat pesh ki. badshah un ki baat sun kar ghusse ho gaya aur kaha ke main tum ko qatl kar doonga.</w:t>
      </w:r>
    </w:p>
    <w:p>
      <w:pPr>
        <w:jc w:val="right"/>
      </w:pPr>
      <w:r>
        <w:t>وہاں انہوں نے بادشاہ کے سامنے توحید کی دعوت پیش کی۔ بادشاہ ان کی بات سن کر غصے ہو گیا اور کہا کہ میں تم کو قتل کر دوں گا۔</w:t>
      </w:r>
    </w:p>
    <w:p>
      <w:r>
        <w:rPr>
          <w:b/>
        </w:rPr>
        <w:t xml:space="preserve">[09:56] </w:t>
      </w:r>
      <w:r>
        <w:t>lekin phir firoun is par raazi ho gaya ke fauji maidan ke bajaye woh pur aman muqable ke maidan mein hazrat moosa ka jawab de.</w:t>
      </w:r>
    </w:p>
    <w:p>
      <w:pPr>
        <w:jc w:val="right"/>
      </w:pPr>
      <w:r>
        <w:t>لیکن پھر فرعون اس پر راضی ہو گیا کہ فوجی میدان کے بجائے وہ پرامن مقابلے کے میدان میں حضرت موسیٰ کا جواب دے۔</w:t>
      </w:r>
    </w:p>
    <w:p>
      <w:r>
        <w:rPr>
          <w:b/>
        </w:rPr>
        <w:t xml:space="preserve">[10:08] </w:t>
      </w:r>
      <w:r>
        <w:t>hazrat moosa ne foran is tajweez ko maan liya. unhon ne yeh nahin kaha ke main to tumhara muqabla talwar ke maidan ya battle field mein karunga.</w:t>
      </w:r>
    </w:p>
    <w:p>
      <w:pPr>
        <w:jc w:val="right"/>
      </w:pPr>
      <w:r>
        <w:t>حضرت موسیٰ نے فوراً اس تجویز کو مان لیا۔ انہوں نے یہ نہیں کہا کہ میں تو تمہارا مقابلہ تلوار کے میدان یا بیٹل فیلڈ میں کروں گا۔</w:t>
      </w:r>
    </w:p>
    <w:p>
      <w:r>
        <w:rPr>
          <w:b/>
        </w:rPr>
        <w:t xml:space="preserve">[10:21] </w:t>
      </w:r>
      <w:r>
        <w:t>chunancha dono fareeq ke darmiyan yeh muqabla pur aman maidan mein hua. hazrat moosa is muqable mein poori tarah kaamyaab rahe.</w:t>
      </w:r>
    </w:p>
    <w:p>
      <w:pPr>
        <w:jc w:val="right"/>
      </w:pPr>
      <w:r>
        <w:t>چنانچہ دونوں فریق کے درمیان یہ مقابلہ پرامن میدان میں ہوا۔ حضرت موسیٰ اس مقابلے میں پوری طرح کامیاب رہے۔</w:t>
      </w:r>
    </w:p>
    <w:p>
      <w:r>
        <w:rPr>
          <w:b/>
        </w:rPr>
        <w:t xml:space="preserve">[10:33] </w:t>
      </w:r>
      <w:r>
        <w:t>maujooda zamane mein musalmanon ke liye pur aman maidan mein amal karne ka mauqa poori tarah khula hua hai.</w:t>
      </w:r>
    </w:p>
    <w:p>
      <w:pPr>
        <w:jc w:val="right"/>
      </w:pPr>
      <w:r>
        <w:t>موجودہ زمانے میں مسلمانوں کے لیے پرامن میدان میں عمل کرنے کا موقع پوری طرح کھلا ہوا ہے۔</w:t>
      </w:r>
    </w:p>
    <w:p>
      <w:r>
        <w:rPr>
          <w:b/>
        </w:rPr>
        <w:t xml:space="preserve">[10:43] </w:t>
      </w:r>
      <w:r>
        <w:t>aisi halat mein agar woh pur aman maidan ko chhod kar tashaddud ke maidan mein apna amal shuru karein to yeh paighambar ke namune ke sarasar khilaf hoga.</w:t>
      </w:r>
    </w:p>
    <w:p>
      <w:pPr>
        <w:jc w:val="right"/>
      </w:pPr>
      <w:r>
        <w:t>ایسی حالت میں اگر وہ پرامن میدان کو چھوڑ کر تشدد کے میدان میں اپنا عمل شروع کریں تو یہ پیغمبر کے نمونے کے سراسر خلاف ہوگا۔</w:t>
      </w:r>
    </w:p>
    <w:p>
      <w:r>
        <w:rPr>
          <w:b/>
        </w:rPr>
        <w:t xml:space="preserve">[11:01] </w:t>
      </w:r>
      <w:r>
        <w:t>hazrat moosa ke zamane mein firoun ne yeh kiya tha ke woh paighambar ka muqabla fauji maidan ke bajaye peaceful maidan mein kare.</w:t>
      </w:r>
    </w:p>
    <w:p>
      <w:pPr>
        <w:jc w:val="right"/>
      </w:pPr>
      <w:r>
        <w:t>حضرت موسیٰ کے زمانے میں فرعون نے یہ کیا تھا کہ وہ پیغمبر کا مقابلہ فوجی میدان کے بجائے پیس فل میدان میں کرے۔</w:t>
      </w:r>
    </w:p>
    <w:p>
      <w:r>
        <w:rPr>
          <w:b/>
        </w:rPr>
        <w:t xml:space="preserve">[11:12] </w:t>
      </w:r>
      <w:r>
        <w:t>aur nateeja yeh hua ke is muqable mein hazrat moosa ko mukammal kaamyaabi haasil hui. is ki tasweer quran mein in alfaaz mein di gayi hai:</w:t>
      </w:r>
    </w:p>
    <w:p>
      <w:pPr>
        <w:jc w:val="right"/>
      </w:pPr>
      <w:r>
        <w:t>اور نتیجہ یہ ہوا کہ اس مقابلے میں حضرت موسیٰ کو مکمل کامیابی حاصل ہوئی۔ اس کی تصویر قرآن میں ان الفاظ میں دی گئی ہے:</w:t>
      </w:r>
    </w:p>
    <w:p>
      <w:r>
        <w:rPr>
          <w:b/>
        </w:rPr>
        <w:t xml:space="preserve">[11:25] </w:t>
      </w:r>
      <w:r>
        <w:t>"فَإِذَا هِيَ تَلْقَفُوا مَا يَأْفِكُونَ"۔ maujooda zamane mein is nawiyat ka waqea zyada bade paimane par pesh aaya hai.</w:t>
      </w:r>
    </w:p>
    <w:p>
      <w:pPr>
        <w:jc w:val="right"/>
      </w:pPr>
      <w:r>
        <w:t>"فَإِذَا هِيَ تَلْقَفُوا مَا يَأْفِكُونَ"۔ موجودہ زمانے میں اس نوعیت کا واقعہ زیادہ بڑے پیمانے پر پیش آیا ہے۔</w:t>
      </w:r>
    </w:p>
    <w:p>
      <w:r>
        <w:rPr>
          <w:b/>
        </w:rPr>
        <w:t xml:space="preserve">[11:37] </w:t>
      </w:r>
      <w:r>
        <w:t>jaisa ke maloom hai, maujooda zamane mein qaumon muttahida ya UNO ne tamam qaumon ke ittefaqe raaye se yeh faisla kiya hai ke qaumi taalluqaat mein ab jang mukammal taur par ek matrook tareeqa ya abundant method hai.</w:t>
      </w:r>
    </w:p>
    <w:p>
      <w:pPr>
        <w:jc w:val="right"/>
      </w:pPr>
      <w:r>
        <w:t>جیسا کہ معلوم ہے، موجودہ زمانے میں اقوام متحدہ یا یو این او نے تمام قوموں کے اتفاق رائے سے یہ فیصلہ کیا ہے کہ قومی تعلقات میں اب جنگ مکمل طور پر ایک متروک طریقہ یا ابنڈنٹ میتھڈ ہے۔</w:t>
      </w:r>
    </w:p>
    <w:p>
      <w:r>
        <w:rPr>
          <w:b/>
        </w:rPr>
        <w:t xml:space="preserve">[11:58] </w:t>
      </w:r>
      <w:r>
        <w:t>ab tamam qaumi naza'aat ka faisla sirf pur aman guft o shuneed ya peaceful negotiation ke zariye kiya jayega.</w:t>
      </w:r>
    </w:p>
    <w:p>
      <w:pPr>
        <w:jc w:val="right"/>
      </w:pPr>
      <w:r>
        <w:t>اب تمام قومی نزاعات کا فیصلہ صرف پرامن گفت و شنید یا پیس فل نیگوشی ایشن کے ذریعے کیا جائے گا۔</w:t>
      </w:r>
    </w:p>
    <w:p>
      <w:r>
        <w:rPr>
          <w:b/>
        </w:rPr>
        <w:t xml:space="preserve">[12:08] </w:t>
      </w:r>
      <w:r>
        <w:t>maamle ke kisi fareeq ko yeh haq nahin hoga ke woh jang ke zariye tasfiya karne ki koshish kare.</w:t>
      </w:r>
    </w:p>
    <w:p>
      <w:pPr>
        <w:jc w:val="right"/>
      </w:pPr>
      <w:r>
        <w:t>معاملے کے کسی فریق کو یہ حق نہیں ہوگا کہ وہ جنگ کے ذریعے تصفیہ کرنے کی کوشش کرے۔</w:t>
      </w:r>
    </w:p>
    <w:p>
      <w:r>
        <w:rPr>
          <w:b/>
        </w:rPr>
        <w:t xml:space="preserve">[12:19] </w:t>
      </w:r>
      <w:r>
        <w:t>aisi halat mein maujooda zamane ke ahal e iman par farz ke darje mein zaroori ho gaya hai ke woh jang ka tareeqa hamesha ke liye chhod dein.</w:t>
      </w:r>
    </w:p>
    <w:p>
      <w:pPr>
        <w:jc w:val="right"/>
      </w:pPr>
      <w:r>
        <w:t>ایسی حالت میں موجودہ زمانے کے اہل ایمان پر فرض کے درجے میں ضروری ہو گیا ہے کہ وہ جنگ کا طریقہ ہمیشہ کے لیے چھوڑ دیں۔</w:t>
      </w:r>
    </w:p>
    <w:p>
      <w:r>
        <w:rPr>
          <w:b/>
        </w:rPr>
        <w:t xml:space="preserve">[12:31] </w:t>
      </w:r>
      <w:r>
        <w:t>wo har maamle ko pur aman guft o shuneed ke zariye tay karne ki koshish karein. maujooda zamane ke jo musalman jang ka tareeqa ikhtiyar kiye hue hain, woh aisa hi hai jaise hazrat moosa ke saamne aman ka tareeqa khula hua tha, magar us ko chhod kar woh yeh kehte ke main to talwar ke zariye firoun aur us ke giroh ka muqabla karunga.</w:t>
      </w:r>
    </w:p>
    <w:p>
      <w:pPr>
        <w:jc w:val="right"/>
      </w:pPr>
      <w:r>
        <w:t>وہ ہر معاملے کو پرامن گفت و شنید کے ذریعے طے کرنے کی کوشش کریں۔ موجودہ زمانے کے جو مسلمان جنگ کا طریقہ اختیار کیے ہوئے ہیں، وہ ایسا ہی ہے جیسے حضرت موسیٰ کے سامنے امن کا طریقہ کھلا ہوا تھا، مگر اس کو چھوڑ کر وہ یہ کہتے کہ میں تو تلوار کے ذریعے فرعون اور اس کے گروہ کا مقابلہ کروں گا۔</w:t>
      </w:r>
    </w:p>
    <w:p>
      <w:r>
        <w:rPr>
          <w:b/>
        </w:rPr>
        <w:t xml:space="preserve">[13:01] </w:t>
      </w:r>
      <w:r>
        <w:t>agar hazrat moosa aisa karte to un ko Allah ki madad haasil na hoti, kyun ke Allah ki madad Allah ke tareeqa ko ikhtiyar karne par aati hai, kisi aur tareeqa par nahin.</w:t>
      </w:r>
    </w:p>
    <w:p>
      <w:pPr>
        <w:jc w:val="right"/>
      </w:pPr>
      <w:r>
        <w:t>اگر حضرت موسیٰ ایسا کرتے تو ان کو اللہ کی مدد حاصل نہ ہوتی، کیونکہ اللہ کی مدد اللہ کے طریقے کو اختیار کرنے پر آتی ہے، کسی اور طریقے پر نہیں۔</w:t>
      </w:r>
    </w:p>
    <w:p>
      <w:r>
        <w:rPr>
          <w:b/>
        </w:rPr>
        <w:t xml:space="preserve">[13:19] </w:t>
      </w:r>
      <w:r>
        <w:t>maujooda zamane mein musalmanon ki koshishein musalsal taur par nakaam ho rahi hain. is ka sabab yahi hai ke unhon ne apni koshish ke liye Allah ka tareeqa ikhtiyar nahin kiya, is liye woh Allah ki madad se mehroom ho gaye.</w:t>
      </w:r>
    </w:p>
    <w:p>
      <w:pPr>
        <w:jc w:val="right"/>
      </w:pPr>
      <w:r>
        <w:t>موجودہ زمانے میں مسلمانوں کی کوششیں مسلسل طور پر ناکام ہو رہی ہیں۔ اس کا سبب یہی ہے کہ انہوں نے اپنی کوشش کے لیے اللہ کا طریقہ اختیار نہیں کیا، اس لیے وہ اللہ کی مدد سے محروم ہو گئے۔</w:t>
      </w:r>
    </w:p>
    <w:p>
      <w:r>
        <w:rPr>
          <w:b/>
        </w:rPr>
        <w:t xml:space="preserve">[13:40] </w:t>
      </w:r>
      <w:r>
        <w:t>agar musalman kaamyaabi chahte hain to un ko tashaddud ka tareeqa chhod kar aman ka tareeqa ikhtiyar karna hoga.</w:t>
      </w:r>
    </w:p>
    <w:p>
      <w:pPr>
        <w:jc w:val="right"/>
      </w:pPr>
      <w:r>
        <w:t>اگر مسلمان کامیابی چاہتے ہیں تو ان کو تشدد کا طریقہ چھوڑ کر امن کا طریقہ اختیار کرنا ہوگا۔</w:t>
      </w:r>
    </w:p>
    <w:p>
      <w:r>
        <w:rPr>
          <w:b/>
        </w:rPr>
        <w:t xml:space="preserve">[13:56] </w:t>
      </w:r>
      <w:r>
        <w:t>ummat ka daur e zawal.</w:t>
      </w:r>
    </w:p>
    <w:p>
      <w:pPr>
        <w:jc w:val="right"/>
      </w:pPr>
      <w:r>
        <w:t>امت کا دور زوال۔</w:t>
      </w:r>
    </w:p>
    <w:p>
      <w:r>
        <w:rPr>
          <w:b/>
        </w:rPr>
        <w:t xml:space="preserve">[13:58] </w:t>
      </w:r>
      <w:r>
        <w:t>ek hadith Rasool in alfaaz mein aayi hai:</w:t>
      </w:r>
    </w:p>
    <w:p>
      <w:pPr>
        <w:jc w:val="right"/>
      </w:pPr>
      <w:r>
        <w:t>ایک حدیث رسول ان الفاظ میں آئی ہے:</w:t>
      </w:r>
    </w:p>
    <w:p>
      <w:r>
        <w:rPr>
          <w:b/>
        </w:rPr>
        <w:t xml:space="preserve">[14:03] </w:t>
      </w:r>
      <w:r>
        <w:t>"Yushku an ya ti an nasu zamanun la yabqa min al Islami illa ismuhu</w:t>
      </w:r>
    </w:p>
    <w:p>
      <w:pPr>
        <w:jc w:val="right"/>
      </w:pPr>
      <w:r>
        <w:t>"یوشکو ان یاتی الناسی زمان لا یبق من الاسلام الا اسمہ</w:t>
      </w:r>
    </w:p>
    <w:p>
      <w:r>
        <w:rPr>
          <w:b/>
        </w:rPr>
        <w:t xml:space="preserve">[14:14] </w:t>
      </w:r>
      <w:r>
        <w:t>wala yabqa min alquran illa rasmuhu masajiduhum</w:t>
      </w:r>
    </w:p>
    <w:p>
      <w:pPr>
        <w:jc w:val="right"/>
      </w:pPr>
      <w:r>
        <w:t>ولا یبق من القرآن الا رسمہ مساجدہم</w:t>
      </w:r>
    </w:p>
    <w:p>
      <w:r>
        <w:rPr>
          <w:b/>
        </w:rPr>
        <w:t xml:space="preserve">[14:21] </w:t>
      </w:r>
      <w:r>
        <w:t>aamirah wa hay kharab min alhuda ulama uhum</w:t>
      </w:r>
    </w:p>
    <w:p>
      <w:pPr>
        <w:jc w:val="right"/>
      </w:pPr>
      <w:r>
        <w:t>عامرہ وحی خراب من الہدی علماؤہم</w:t>
      </w:r>
    </w:p>
    <w:p>
      <w:r>
        <w:rPr>
          <w:b/>
        </w:rPr>
        <w:t xml:space="preserve">[14:28] </w:t>
      </w:r>
      <w:r>
        <w:t>sharrun min tahta adim alssama min 'indihim takhruju alfitnatu wa fihim ta'udu.</w:t>
      </w:r>
    </w:p>
    <w:p>
      <w:pPr>
        <w:jc w:val="right"/>
      </w:pPr>
      <w:r>
        <w:t>شر من تحت ادیم السماء من عندہم تخرج الفتنۃ وفیہم تعود"۔</w:t>
      </w:r>
    </w:p>
    <w:p>
      <w:r>
        <w:rPr>
          <w:b/>
        </w:rPr>
        <w:t xml:space="preserve">[14:39] </w:t>
      </w:r>
      <w:r>
        <w:t>shub al iman bil baihaqi yani qareeb hai ke logon par aisa zamana aaye jabke Islam mein se is ka sirf naam baqi rahe aur Quran mein se sirf is ka nishaan baqi rahe.</w:t>
      </w:r>
    </w:p>
    <w:p>
      <w:pPr>
        <w:jc w:val="right"/>
      </w:pPr>
      <w:r>
        <w:t>شعب الایمان بالبیہقی یعنی قریب ہے کہ لوگوں پر ایسا زمانہ آئے جبکہ اسلام میں سے اس کا صرف نام باقی رہے اور قرآن میں سے صرف اس کا نشان باقی رہے۔</w:t>
      </w:r>
    </w:p>
    <w:p>
      <w:r>
        <w:rPr>
          <w:b/>
        </w:rPr>
        <w:t xml:space="preserve">[14:55] </w:t>
      </w:r>
      <w:r>
        <w:t>un ki masjidain aabad hongi lekin woh hidayat se khaali hongi. un ke ulma aasman ke neeche sab se buri makhlooq honge.</w:t>
      </w:r>
    </w:p>
    <w:p>
      <w:pPr>
        <w:jc w:val="right"/>
      </w:pPr>
      <w:r>
        <w:t>ان کی مسجدیں آباد ہوں گی لیکن وہ ہدایت سے خالی ہوں گی۔ ان کے علماء آسمان کے نیچے سب سے بری مخلوق ہوں گے۔</w:t>
      </w:r>
    </w:p>
    <w:p>
      <w:r>
        <w:rPr>
          <w:b/>
        </w:rPr>
        <w:t xml:space="preserve">[15:08] </w:t>
      </w:r>
      <w:r>
        <w:t>un se fitna niklega aur unhi ki taraf fitna lote ga. yeh hadith rasool apne mafhoom mein bilkul wazeh hai.</w:t>
      </w:r>
    </w:p>
    <w:p>
      <w:pPr>
        <w:jc w:val="right"/>
      </w:pPr>
      <w:r>
        <w:t>ان سے فتنہ نکلے گا اور انہی کی طرف فتنہ لوٹے گا۔ یہ حدیث رسول اپنے مفہوم میں بالکل واضح ہے۔</w:t>
      </w:r>
    </w:p>
    <w:p>
      <w:r>
        <w:rPr>
          <w:b/>
        </w:rPr>
        <w:t xml:space="preserve">[15:20] </w:t>
      </w:r>
      <w:r>
        <w:t>ummat ke baad ke daur ke bare mein is hadith mein jo khabar di gayi hai, woh is waqt ki baat hai jabke ummat qanoon e fitrat ke mutabiq zawal ka shikaar ho jayegi.</w:t>
      </w:r>
    </w:p>
    <w:p>
      <w:pPr>
        <w:jc w:val="right"/>
      </w:pPr>
      <w:r>
        <w:t>امت کے بعد کے دور کے بارے میں اس حدیث میں جو خبر دی گئی ہے، وہ اس وقت کی بات ہے جبکہ امت قانون فطرت کے مطابق زوال کا شکار ہو جائے گی۔</w:t>
      </w:r>
    </w:p>
    <w:p>
      <w:r>
        <w:rPr>
          <w:b/>
        </w:rPr>
        <w:t xml:space="preserve">[15:35] </w:t>
      </w:r>
      <w:r>
        <w:t>is zamane mein deen ka sirf form baqi rahe ga. spirit ke aitbaar se ummat ke afraad bilkul khaali ho jayenge.</w:t>
      </w:r>
    </w:p>
    <w:p>
      <w:pPr>
        <w:jc w:val="right"/>
      </w:pPr>
      <w:r>
        <w:t>اس زمانے میں دین کا صرف فارم باقی رہے گا۔ سپرٹ کے اعتبار سے امت کے افراد بالکل خالی ہو جائیں گے۔</w:t>
      </w:r>
    </w:p>
    <w:p>
      <w:r>
        <w:rPr>
          <w:b/>
        </w:rPr>
        <w:t xml:space="preserve">[15:47] </w:t>
      </w:r>
      <w:r>
        <w:t>is zamane ke ulama galat fatwe denge aur galat taqreeren karenge. is ke nateejay mein jo fasaad barpa hoga, us ka shikar pehle awam honge aur us ke baad khud ulama is ki zad mein aa jayenge.</w:t>
      </w:r>
    </w:p>
    <w:p>
      <w:pPr>
        <w:jc w:val="right"/>
      </w:pPr>
      <w:r>
        <w:t>اس زمانے کے علماء غلط فتوے دیں گے اور غلط تقریریں کریں گے۔ اس کے نتیجے میں جو فساد برپا ہوگا، اس کا شکار پہلے عوام ہوں گے اور اس کے بعد خود علماء اس کی زد میں آ جائیں گے۔</w:t>
      </w:r>
    </w:p>
    <w:p>
      <w:r>
        <w:rPr>
          <w:b/>
        </w:rPr>
        <w:t xml:space="preserve">[16:06] </w:t>
      </w:r>
      <w:r>
        <w:t>ulama ke galat fatwon aur galat taqreeron se jo cheez paida hogi, un mein se ek شدت pasandi ya ghalu hoga.</w:t>
      </w:r>
    </w:p>
    <w:p>
      <w:pPr>
        <w:jc w:val="right"/>
      </w:pPr>
      <w:r>
        <w:t>علماء کے غلط فتووں اور غلط تقریروں سے جو چیز پیدا ہوگی، ان میں سے ایک شدت پسندی یا غلو ہوگا۔</w:t>
      </w:r>
    </w:p>
    <w:p>
      <w:r>
        <w:rPr>
          <w:b/>
        </w:rPr>
        <w:t xml:space="preserve">[16:17] </w:t>
      </w:r>
      <w:r>
        <w:t>yeh ghalu pehle aqeeda ki شدت ki shakal mein paida hoga, phir barhte barhte ummat ke afraad aapas mein ladne lagenge.</w:t>
      </w:r>
    </w:p>
    <w:p>
      <w:pPr>
        <w:jc w:val="right"/>
      </w:pPr>
      <w:r>
        <w:t>یہ غلو پہلے اعتقادی شدت کی شکل میں پیدا ہوگا، پھر بڑھتے بڑھتے امت کے افراد آپس میں لڑنے لگیں گے۔</w:t>
      </w:r>
    </w:p>
    <w:p>
      <w:r>
        <w:rPr>
          <w:b/>
        </w:rPr>
        <w:t xml:space="preserve">[16:29] </w:t>
      </w:r>
      <w:r>
        <w:t>yeh aapas ki ladai mazeed barhegi, yahan tak ke khud ulama is ki zad mein aa jayenge. is waqt ulama jaagenge magar burai itni barh chuki hogi ke un ka jaagna na un ke kuch kaam aayega aur na doosron ko is se kuch faida hasil hoga.</w:t>
      </w:r>
    </w:p>
    <w:p>
      <w:pPr>
        <w:jc w:val="right"/>
      </w:pPr>
      <w:r>
        <w:t>یہ آپس کی لڑائی مزید بڑھے گی، یہاں تک کہ خود علماء اس کی زد میں آ جائیں گے۔ اس وقت علماء جاگیں گے مگر برائی اتنی بڑھ چکی ہوگی کہ ان کا جاگنا نہ ان کے کچھ کام آئے گا اور نہ دوسروں کو اس سے کچھ فائدہ حاصل ہوگا۔</w:t>
      </w:r>
    </w:p>
    <w:p>
      <w:r>
        <w:rPr>
          <w:b/>
        </w:rPr>
        <w:t xml:space="preserve">[16:52] </w:t>
      </w:r>
      <w:r>
        <w:t>yeh zawal har qaum par aata hai, is mein kisi qaum ka koi istasna nahin.</w:t>
      </w:r>
    </w:p>
    <w:p>
      <w:pPr>
        <w:jc w:val="right"/>
      </w:pPr>
      <w:r>
        <w:t>یہ زوال ہر قوم پر آتا ہے، اس میں کسی قوم کا کوئی استثنیٰ نہیں۔</w:t>
      </w:r>
    </w:p>
    <w:p>
      <w:r>
        <w:rPr>
          <w:b/>
        </w:rPr>
        <w:t xml:space="preserve">[17:06] </w:t>
      </w:r>
      <w:r>
        <w:t>warjis fahjar. paighambar e islam sallallahu alaihi wasallam ka mission tauheed ka mission tha. aap ne apna mission 610 eesvi mein qadeem makka mein shuru kiya.</w:t>
      </w:r>
    </w:p>
    <w:p>
      <w:pPr>
        <w:jc w:val="right"/>
      </w:pPr>
      <w:r>
        <w:t>ورجس فہجر۔ پیغمبر اسلام صلی اللہ علیہ وسلم کا مشن توحید کا مشن تھا۔ آپ نے اپنا مشن 610 عیسوی میں قدیم مکہ میں شروع کیا۔</w:t>
      </w:r>
    </w:p>
    <w:p>
      <w:r>
        <w:rPr>
          <w:b/>
        </w:rPr>
        <w:t xml:space="preserve">[17:21] </w:t>
      </w:r>
      <w:r>
        <w:t>is waqt ibtidai daur mein aap ke liye quran mein jo hidayat nazil huin, un mein se ek yeh thi: "warjaz fahjar" yani rajis ko chhod do.</w:t>
      </w:r>
    </w:p>
    <w:p>
      <w:pPr>
        <w:jc w:val="right"/>
      </w:pPr>
      <w:r>
        <w:t>اس وقت ابتدائی دور میں آپ کے لیے قرآن میں جو ہدایات نازل ہوئیں، ان میں سے ایک یہ تھی: "ورجز فہجر" یعنی رجس کو چھوڑ دو۔</w:t>
      </w:r>
    </w:p>
    <w:p>
      <w:r>
        <w:rPr>
          <w:b/>
        </w:rPr>
        <w:t xml:space="preserve">[17:37] </w:t>
      </w:r>
      <w:r>
        <w:t>rajis ka lafzi matlab gandagi ya dirt hai. yeh lafz yahan aap ke zaati kirdaar ke aitbaar se nahin hai balkeh dawat ke tareeqa e kar ke aitbaar se hai.</w:t>
      </w:r>
    </w:p>
    <w:p>
      <w:pPr>
        <w:jc w:val="right"/>
      </w:pPr>
      <w:r>
        <w:t>رجس کا لفظی مطلب گندگی یا ڈرٹ ہے۔ یہ لفظ یہاں آپ کے ذاتی کردار کے اعتبار سے نہیں ہے بلکہ دعوت کے طریقہ کار کے اعتبار سے ہے۔</w:t>
      </w:r>
    </w:p>
    <w:p>
      <w:r>
        <w:rPr>
          <w:b/>
        </w:rPr>
        <w:t xml:space="preserve">[17:52] </w:t>
      </w:r>
      <w:r>
        <w:t>qadeem makkah mein rajas ko chhodne ka matlab kya tha?</w:t>
      </w:r>
    </w:p>
    <w:p>
      <w:pPr>
        <w:jc w:val="right"/>
      </w:pPr>
      <w:r>
        <w:t>قدیم مکہ میں رجس کو چھوڑنے کا مطلب کیا تھا؟</w:t>
      </w:r>
    </w:p>
    <w:p>
      <w:r>
        <w:rPr>
          <w:b/>
        </w:rPr>
        <w:t xml:space="preserve">[17:57] </w:t>
      </w:r>
      <w:r>
        <w:t>isko paighambar-e-islam ki 'amli seerat ki roshni mein mutayyan kiya jaye to woh yeh hoga:</w:t>
      </w:r>
    </w:p>
    <w:p>
      <w:pPr>
        <w:jc w:val="right"/>
      </w:pPr>
      <w:r>
        <w:t>اس کو پیغمبر اسلام کی عملی سیرت کی روشنی میں متعین کیا جائے تو وہ یہ ہوگا:</w:t>
      </w:r>
    </w:p>
    <w:p>
      <w:r>
        <w:rPr>
          <w:b/>
        </w:rPr>
        <w:t xml:space="preserve">[18:05] </w:t>
      </w:r>
      <w:r>
        <w:t>makkah mein agarche tumhare liye namuwafiq halaat hain magar tum is maamle mein hakimana tareeqa ikhtiyar karo aur</w:t>
      </w:r>
    </w:p>
    <w:p>
      <w:pPr>
        <w:jc w:val="right"/>
      </w:pPr>
      <w:r>
        <w:t>مکہ میں اگرچہ تمہارے لیے ناموافق حالات ہیں مگر تم اس معاملے میں حکیمانہ طریقہ اختیار کرو اور</w:t>
      </w:r>
    </w:p>
    <w:p>
      <w:r>
        <w:rPr>
          <w:b/>
        </w:rPr>
        <w:t xml:space="preserve">[18:16] </w:t>
      </w:r>
      <w:r>
        <w:t>چیزوں کو غلط زاویہ نظر یا wrong angle سے دیکھنا چھوڑ دو۔</w:t>
      </w:r>
    </w:p>
    <w:p>
      <w:pPr>
        <w:jc w:val="right"/>
      </w:pPr>
      <w:r>
        <w:t>چیزوں کو غلط زاویہ نظر یا رونگ اینگل سے دیکھنا چھوڑ دو۔</w:t>
      </w:r>
    </w:p>
    <w:p>
      <w:r>
        <w:rPr>
          <w:b/>
        </w:rPr>
        <w:t xml:space="preserve">[18:22] </w:t>
      </w:r>
      <w:r>
        <w:t>is maamle ki ek misaal surah al-inshirah mein in alfaaz mein milti hai: "warafa'na laka zikrak"</w:t>
      </w:r>
    </w:p>
    <w:p>
      <w:pPr>
        <w:jc w:val="right"/>
      </w:pPr>
      <w:r>
        <w:t>اس معاملے کی ایک مثال سورہ الانشراح میں ان الفاظ میں ملتی ہے: "ورفعنا لک ذکرک"</w:t>
      </w:r>
    </w:p>
    <w:p>
      <w:r>
        <w:rPr>
          <w:b/>
        </w:rPr>
        <w:t xml:space="preserve">[18:32] </w:t>
      </w:r>
      <w:r>
        <w:t>یعنی تمہارے مشن کے خلاف لوگ پروپیگنڈا کر رہے ہیں لیکن تم اس پروپیگنڈے کو پبلسٹی کے معنی</w:t>
      </w:r>
    </w:p>
    <w:p>
      <w:pPr>
        <w:jc w:val="right"/>
      </w:pPr>
      <w:r>
        <w:t>یعنی تمہارے مشن کے خلاف لوگ پروپیگنڈا کر رہے ہیں لیکن تم اس پروپیگنڈے کو پبلیسٹی کے معنی</w:t>
      </w:r>
    </w:p>
    <w:p>
      <w:r>
        <w:rPr>
          <w:b/>
        </w:rPr>
        <w:t xml:space="preserve">[18:42] </w:t>
      </w:r>
      <w:r>
        <w:t>میں لو اور اس کو اپنے دعوتی مشن کے لیے ایک موقع یا opportunity کے طور پر استعمال</w:t>
      </w:r>
    </w:p>
    <w:p>
      <w:pPr>
        <w:jc w:val="right"/>
      </w:pPr>
      <w:r>
        <w:t>میں لو اور اس کو اپنے دعوتی مشن کے لیے ایک موقع یا اپرچونیٹی کے طور پر استعمال</w:t>
      </w:r>
    </w:p>
    <w:p>
      <w:r>
        <w:rPr>
          <w:b/>
        </w:rPr>
        <w:t xml:space="preserve">[18:50] </w:t>
      </w:r>
      <w:r>
        <w:t>karo.</w:t>
      </w:r>
    </w:p>
    <w:p>
      <w:pPr>
        <w:jc w:val="right"/>
      </w:pPr>
      <w:r>
        <w:t>کرو۔</w:t>
      </w:r>
    </w:p>
    <w:p>
      <w:r>
        <w:rPr>
          <w:b/>
        </w:rPr>
        <w:t xml:space="preserve">[18:52] </w:t>
      </w:r>
      <w:r>
        <w:t>is maamle ki ek aur misaal yeh hai ke qadeem makka mein logon ne muqaddas kaba ke andar taqreeban 360 but rakh diye the.</w:t>
      </w:r>
    </w:p>
    <w:p>
      <w:pPr>
        <w:jc w:val="right"/>
      </w:pPr>
      <w:r>
        <w:t>اس معاملے کی ایک اور مثال یہ ہے کہ قدیم مکہ میں لوگوں نے مقدس کعبہ کے اندر تقریباً 360 بت رکھ دیے تھے۔</w:t>
      </w:r>
    </w:p>
    <w:p>
      <w:r>
        <w:rPr>
          <w:b/>
        </w:rPr>
        <w:t xml:space="preserve">[19:05] </w:t>
      </w:r>
      <w:r>
        <w:t>yeh bazahir ek ishtia'al angez baat thi lekin paighambar e islam is par mushtael nahin hue. aap ne waqti taur par is ko nazar andaaz kiya.</w:t>
      </w:r>
    </w:p>
    <w:p>
      <w:pPr>
        <w:jc w:val="right"/>
      </w:pPr>
      <w:r>
        <w:t>یہ بظاہر ایک اشتعال انگیز بات تھی لیکن پیغمبر اسلام اس پر مشتعل نہیں ہوئے۔ آپ نے وقتی طور پر اس کو نظر انداز کیا۔</w:t>
      </w:r>
    </w:p>
    <w:p>
      <w:r>
        <w:rPr>
          <w:b/>
        </w:rPr>
        <w:t xml:space="preserve">[19:20] </w:t>
      </w:r>
      <w:r>
        <w:t>is ke bajaye aap ne yeh kiya ke kaba mein buton ki maujoodgi ki bina par wahan har roz mushrikeen ka jo ijtima' hota tha, us ko apne liye ba-taur audience istemal kiya.</w:t>
      </w:r>
    </w:p>
    <w:p>
      <w:pPr>
        <w:jc w:val="right"/>
      </w:pPr>
      <w:r>
        <w:t>اس کے بجائے آپ نے یہ کیا کہ کعبہ میں بتوں کی موجودگی کی بنا پر وہاں ہر روز مشرکین کا جو اجتماع ہوتا تھا، اس کو اپنے لیے بطور آڈینس استعمال کیا۔</w:t>
      </w:r>
    </w:p>
    <w:p>
      <w:r>
        <w:rPr>
          <w:b/>
        </w:rPr>
        <w:t xml:space="preserve">[19:36] </w:t>
      </w:r>
      <w:r>
        <w:t>aap khamoshi ke saath wahan jaate aur logon ko quran sunate. riwayat mein is waqea ko in alfaaz mein bayan kiya gaya hai: "wa arad alaihimul islam wa talal alaihimul quran".</w:t>
      </w:r>
    </w:p>
    <w:p>
      <w:pPr>
        <w:jc w:val="right"/>
      </w:pPr>
      <w:r>
        <w:t>آپ خاموشی کے ساتھ وہاں جاتے اور لوگوں کو قرآن سناتے۔ روایات میں اس واقعے کو ان الفاظ میں بیان کیا گیا ہے: "وَأَرَدَ عَلَيْهِمُ الْإِسْلَامَ وَتَلَى عَلَيْهِمُ الْقُرْآنَ"۔</w:t>
      </w:r>
    </w:p>
    <w:p>
      <w:r>
        <w:rPr>
          <w:b/>
        </w:rPr>
        <w:t xml:space="preserve">[20:00] </w:t>
      </w:r>
      <w:r>
        <w:t>tareekh ka safar. kainat aur insaan ki soorat mein jo azeem duniya hamare saamne hai, woh bilashuba ek khudaai mansoobe ke tehat banai gayi hai aur khudaai mansoobe ke mutabiq is ka ek ba-maani anjaam hona muqaddar hai.</w:t>
      </w:r>
    </w:p>
    <w:p>
      <w:pPr>
        <w:jc w:val="right"/>
      </w:pPr>
      <w:r>
        <w:t>تاریخ کا سفر۔ کائنات اور انسان کی صورت میں جو عظیم دنیا ہمارے سامنے ہے، وہ بلاشبہ ایک خدائی منصوبے کے تحت بنائی گئی ہے اور خدائی منصوبے کے مطابق اس کا ایک بامعنی انجام ہونا مقدر ہے۔</w:t>
      </w:r>
    </w:p>
    <w:p>
      <w:r>
        <w:rPr>
          <w:b/>
        </w:rPr>
        <w:t xml:space="preserve">[20:21] </w:t>
      </w:r>
      <w:r>
        <w:t>yeh bilashuba sanjeeda mutaale ka ek mauzu hai. is ka ta'alluq har fard se bhi hai aur poori insani tareekh se bhi.</w:t>
      </w:r>
    </w:p>
    <w:p>
      <w:pPr>
        <w:jc w:val="right"/>
      </w:pPr>
      <w:r>
        <w:t>یہ بلاشبہ سنجیدہ مطالعے کا ایک موضوع ہے۔ اس کا تعلق ہر فرد سے بھی ہے اور پوری انسانی تاریخ سے بھی۔</w:t>
      </w:r>
    </w:p>
    <w:p>
      <w:r>
        <w:rPr>
          <w:b/>
        </w:rPr>
        <w:t xml:space="preserve">[20:32] </w:t>
      </w:r>
      <w:r>
        <w:t>is maamle mein muta'alliq literature ya relevant literature ke gehre mutaale se jo tasweer banti hai, us ko yahan darj kiya jata hai.</w:t>
      </w:r>
    </w:p>
    <w:p>
      <w:pPr>
        <w:jc w:val="right"/>
      </w:pPr>
      <w:r>
        <w:t>اس معاملے میں متعلق لٹریچر یا ریلیونٹ لٹریچر کے گہرے مطالعے سے جو تصویر بنتی ہے، اس کو یہاں درج کیا جاتا ہے۔</w:t>
      </w:r>
    </w:p>
    <w:p>
      <w:r>
        <w:rPr>
          <w:b/>
        </w:rPr>
        <w:t xml:space="preserve">[20:43] </w:t>
      </w:r>
      <w:r>
        <w:t>elmi mutaale ke mutabiq Allah rabbul alameen ne maujooda kainat ka aaghaz taqreeban 13 billion saal pehle kiya.</w:t>
      </w:r>
    </w:p>
    <w:p>
      <w:pPr>
        <w:jc w:val="right"/>
      </w:pPr>
      <w:r>
        <w:t>علمی مطالعے کے مطابق اللہ رب العالمین نے موجودہ کائنات کا آغاز تقریباً 13 بلین سال پہلے کیا۔</w:t>
      </w:r>
    </w:p>
    <w:p>
      <w:r>
        <w:rPr>
          <w:b/>
        </w:rPr>
        <w:t xml:space="preserve">[20:53] </w:t>
      </w:r>
      <w:r>
        <w:t>is muddat mein mansooba band andaaz mein tadreeji ya gradually taur par poori kainat wajood mein aayi.</w:t>
      </w:r>
    </w:p>
    <w:p>
      <w:pPr>
        <w:jc w:val="right"/>
      </w:pPr>
      <w:r>
        <w:t>اس مدت میں منصوبہ بند انداز میں تدریجی یا گریجولی طور پر پوری کائنات وجود میں آئی۔</w:t>
      </w:r>
    </w:p>
    <w:p>
      <w:r>
        <w:rPr>
          <w:b/>
        </w:rPr>
        <w:t xml:space="preserve">[21:03] </w:t>
      </w:r>
      <w:r>
        <w:t>is muddat ko tausee'i taqseem ya broad division ke mutabiq chhe bade adwaar ya periods mein taqseem kiya ja sakta hai.</w:t>
      </w:r>
    </w:p>
    <w:p>
      <w:pPr>
        <w:jc w:val="right"/>
      </w:pPr>
      <w:r>
        <w:t>اس مدت کو توسیعی تقسیم یا براڈ ڈویژن کے مطابق چھ بڑے ادوار یا پیریڈز میں تقسیم کیا جا سکتا ہے۔</w:t>
      </w:r>
    </w:p>
    <w:p>
      <w:r>
        <w:rPr>
          <w:b/>
        </w:rPr>
        <w:t xml:space="preserve">[21:14] </w:t>
      </w:r>
      <w:r>
        <w:t>is silsile mein maloom taur par pehla waqea jo is kainat mein pesh aaya, woh yeh tha ke khalique ne taqreeban 13 billion saal pehle khala ya space mein ek azeem dhamaka manage kiya.</w:t>
      </w:r>
    </w:p>
    <w:p>
      <w:pPr>
        <w:jc w:val="right"/>
      </w:pPr>
      <w:r>
        <w:t>اس سلسلے میں معلوم طور پر پہلا واقعہ جو اس کائنات میں پیش آیا، وہ یہ تھا کہ خالق نے تقریباً 13 بلین سال پہلے خلا یا اسپیس میں ایک عظیم دھماکہ مینج کیا۔</w:t>
      </w:r>
    </w:p>
    <w:p>
      <w:r>
        <w:rPr>
          <w:b/>
        </w:rPr>
        <w:t xml:space="preserve">[21:33] </w:t>
      </w:r>
      <w:r>
        <w:t>is dhamake ko English alam e falakiyat ya astronomer Fred Hoyle ne 1949 mein Big Bang ka naam diya.</w:t>
      </w:r>
    </w:p>
    <w:p>
      <w:pPr>
        <w:jc w:val="right"/>
      </w:pPr>
      <w:r>
        <w:t>اس دھماکے کو انگلش عالم فلکیات یا اسٹرونمر فریڈ ہائل نے 1949 میں بگ بینگ کا نام دیا۔</w:t>
      </w:r>
    </w:p>
    <w:p>
      <w:r>
        <w:rPr>
          <w:b/>
        </w:rPr>
        <w:t xml:space="preserve">[21:45] </w:t>
      </w:r>
      <w:r>
        <w:t>yeh Big Bang ab sciencee taur par ek saabit shuda waqea ya established fact ban chuka hai. is dhamake se maujooda kainat ka aaghaz hua.</w:t>
      </w:r>
    </w:p>
    <w:p>
      <w:pPr>
        <w:jc w:val="right"/>
      </w:pPr>
      <w:r>
        <w:t>یہ بگ بینگ اب سائنسی طور پر ایک ثابت شدہ واقعہ یا اسٹیبلشڈ فیکٹ بن چکا ہے۔ اس دھماکے سے موجودہ کائنات کا آغاز ہوا۔</w:t>
      </w:r>
    </w:p>
    <w:p>
      <w:r>
        <w:rPr>
          <w:b/>
        </w:rPr>
        <w:t xml:space="preserve">[21:58] </w:t>
      </w:r>
      <w:r>
        <w:t>is waqea ka zikr quran mein in alfaaz mein aaya hai: "awalam yara allatheena kafaroo annas samawati wal arda kantata ratqan fataftaqnahuma" yani kya inkaar karne walon ne nahin dekha ke aasman aur zameen dono ba-ham mile hue the, phir hum ne un ko khol diya?</w:t>
      </w:r>
    </w:p>
    <w:p>
      <w:pPr>
        <w:jc w:val="right"/>
      </w:pPr>
      <w:r>
        <w:t>اس واقعے کا ذکر قرآن میں ان الفاظ میں آیا ہے: "اولمیر الذین کفرو ان السماوات والارض کانتا رتقا ففتقناہما" یعنی کیا انکار کرنے والوں نے نہیں دیکھا کہ آسمان اور زمین دونوں باہم ملے ہوئے تھے، پھر ہم نے ان کو کھول دیا؟</w:t>
      </w:r>
    </w:p>
    <w:p>
      <w:r>
        <w:rPr>
          <w:b/>
        </w:rPr>
        <w:t xml:space="preserve">[22:27] </w:t>
      </w:r>
      <w:r>
        <w:t>is ka matlab sciencee maloomat ki roshni mein yeh hai ke ibtida mein ek azeem gola ya super atom tha jis ke andar kainat ke tamam particle maujood the.</w:t>
      </w:r>
    </w:p>
    <w:p>
      <w:pPr>
        <w:jc w:val="right"/>
      </w:pPr>
      <w:r>
        <w:t>اس کا مطلب سائنسی معلومات کی روشنی میں یہ ہے کہ ابتداء میں ایک عظیم گولا یا سپر ایٹم تھا جس کے اندر کائنات کے تمام پارٹیکل موجود تھے۔</w:t>
      </w:r>
    </w:p>
    <w:p>
      <w:r>
        <w:rPr>
          <w:b/>
        </w:rPr>
        <w:t xml:space="preserve">[22:41] </w:t>
      </w:r>
      <w:r>
        <w:t>is dhamake ke baad big bang ke particles wasee khala mein tezi se phail gaye aur phir aik hakeemana mansoobay ke tehat mukhtalif marhalay se guzartay hue in zarat ya particles ke majmooay se maujooda kainat wajood mein aai.</w:t>
      </w:r>
    </w:p>
    <w:p>
      <w:pPr>
        <w:jc w:val="right"/>
      </w:pPr>
      <w:r>
        <w:t>اس دھماکے کے بعد بگ بینگ کے پارٹیکلز وسیع خلا میں تیزی سے پھیل گئے اور پھر ایک حکیمانہ منصوبے کے تحت مختلف مراحل سے گزرتے ہوئے ان ذرات یا پارٹیکلز کے مجموعے سے موجودہ کائنات وجود میں آئی۔</w:t>
      </w:r>
    </w:p>
    <w:p>
      <w:r>
        <w:rPr>
          <w:b/>
        </w:rPr>
        <w:t xml:space="preserve">[23:01] </w:t>
      </w:r>
      <w:r>
        <w:t>number do, mazkoora tadreeji amal ka doosra bara waqia woh hai jis ko solar bang kaha ja sakta hai. is ke baad lambay amal ya process ke tehat shamsi nizam apne tamam sayaray ya planets ke sath wajood mein aaya.</w:t>
      </w:r>
    </w:p>
    <w:p>
      <w:pPr>
        <w:jc w:val="right"/>
      </w:pPr>
      <w:r>
        <w:t>نمبر دو، مذکورہ تدریجی عمل کا دوسرا بڑا واقعہ وہ ہے جس کو سولر بینگ کہا جا سکتا ہے۔ اس کے بعد لمبے عمل یا پروسیس کے تحت شمسی نظام اپنے تمام سیاروں یا پلینٹس کے ساتھ وجود میں آیا۔</w:t>
      </w:r>
    </w:p>
    <w:p>
      <w:r>
        <w:rPr>
          <w:b/>
        </w:rPr>
        <w:t xml:space="preserve">[23:21] </w:t>
      </w:r>
      <w:r>
        <w:t>is kainaati waqie ka zikr quran mein in alfaaz mein kiya gaya hai: "wahuwal lazi khalaqal laila wan nahara wash shamsa wal qamara kulun fi falakinyasbahoon" yaani aur wohi hai jis nay raat aur din aur suraj aur chand banaye, sab aik aik مدار ya orbit mein taer rahay hain.</w:t>
      </w:r>
    </w:p>
    <w:p>
      <w:pPr>
        <w:jc w:val="right"/>
      </w:pPr>
      <w:r>
        <w:t>اس کائناتی واقعے کا ذکر قرآن میں ان الفاظ میں کیا گیا ہے: "وھو الذی خلق الیل والنہار والشمس والقمر کل فی فلک یسبحون" یعنی اور وہی ہے جس نے رات اور دن اور سورج اور چاند بنائے، سب ایک ایک مدار یا اربٹ میں تیر رہے ہیں۔</w:t>
      </w:r>
    </w:p>
    <w:p>
      <w:r>
        <w:rPr>
          <w:b/>
        </w:rPr>
        <w:t xml:space="preserve">[23:51] </w:t>
      </w:r>
      <w:r>
        <w:t>yeh shamsi nizam aik azeem kahkashan ya galaxy ke aik kinare par qaim kiya gaya hai jis ko milky way kaha jata hai.</w:t>
      </w:r>
    </w:p>
    <w:p>
      <w:pPr>
        <w:jc w:val="right"/>
      </w:pPr>
      <w:r>
        <w:t>یہ شمسی نظام ایک عظیم کہکشاں یا گیلیکسی کے ایک کنارے پر قائم کیا گیا ہے جس کو ملکی وے کہا جاتا ہے۔</w:t>
      </w:r>
    </w:p>
    <w:p>
      <w:r>
        <w:rPr>
          <w:b/>
        </w:rPr>
        <w:t xml:space="preserve">[24:01] </w:t>
      </w:r>
      <w:r>
        <w:t>اس طرح شمسی نظام کو کائنات میں ایک محفوظ علاقہ یا area مل گیا۔</w:t>
      </w:r>
    </w:p>
    <w:p>
      <w:pPr>
        <w:jc w:val="right"/>
      </w:pPr>
      <w:r>
        <w:t>اس طرح شمسی نظام کو کائنات میں ایک محفوظ علاقہ یا ایریا مل گیا۔</w:t>
      </w:r>
    </w:p>
    <w:p>
      <w:r>
        <w:rPr>
          <w:b/>
        </w:rPr>
        <w:t xml:space="preserve">[24:09] </w:t>
      </w:r>
      <w:r>
        <w:t>is haqeeqat ka ishara quran ki is ayat mein kiya gaya hai: "fala uqsimu bima waqi'i alnujumi wa innahu</w:t>
      </w:r>
    </w:p>
    <w:p>
      <w:pPr>
        <w:jc w:val="right"/>
      </w:pPr>
      <w:r>
        <w:t>اس حقیقت کا اشارہ قرآن کی اس آیت میں کیا گیا ہے: "فلا اقسم بمواقع النجوم وانہ</w:t>
      </w:r>
    </w:p>
    <w:p>
      <w:r>
        <w:rPr>
          <w:b/>
        </w:rPr>
        <w:t xml:space="preserve">[24:20] </w:t>
      </w:r>
      <w:r>
        <w:t>laqasamun law ta'lamuna 'azimum"</w:t>
      </w:r>
    </w:p>
    <w:p>
      <w:pPr>
        <w:jc w:val="right"/>
      </w:pPr>
      <w:r>
        <w:t>لقسم لو تعلمون عظیم"</w:t>
      </w:r>
    </w:p>
    <w:p>
      <w:r>
        <w:rPr>
          <w:b/>
        </w:rPr>
        <w:t xml:space="preserve">[24:25] </w:t>
      </w:r>
      <w:r>
        <w:t>yani main qasam khata hoon sitaron ke mawaqe ki aur agar tum jano to beshak yeh bohat</w:t>
      </w:r>
    </w:p>
    <w:p>
      <w:pPr>
        <w:jc w:val="right"/>
      </w:pPr>
      <w:r>
        <w:t>یعنی میں قسم کھاتا ہوں ستاروں کے مواقع کی اور اگر تم جانو تو بے شک یہ بہت</w:t>
      </w:r>
    </w:p>
    <w:p>
      <w:r>
        <w:rPr>
          <w:b/>
        </w:rPr>
        <w:t xml:space="preserve">[24:32] </w:t>
      </w:r>
      <w:r>
        <w:t>badi qasam hai.</w:t>
      </w:r>
    </w:p>
    <w:p>
      <w:pPr>
        <w:jc w:val="right"/>
      </w:pPr>
      <w:r>
        <w:t>بڑی قسم ہے۔</w:t>
      </w:r>
    </w:p>
    <w:p>
      <w:r>
        <w:rPr>
          <w:b/>
        </w:rPr>
        <w:t xml:space="preserve">[24:34] </w:t>
      </w:r>
      <w:r>
        <w:t>yahan mawaqe se murad mahal-e-waqu hai. is mein is haqeeqat ki taraf ishara hai ke shamsi nizam ko nihayat ba-maeni tor par azeem milky way ke aik kinare par qaim kiya gaya hai.</w:t>
      </w:r>
    </w:p>
    <w:p>
      <w:pPr>
        <w:jc w:val="right"/>
      </w:pPr>
      <w:r>
        <w:t>یہاں مواقع سے مراد محل وقوع ہے۔ اس میں اس حقیقت کی طرف اشارہ ہے کہ شمسی نظام کو نہایت بامعنی طور پر عظیم ملکی وے کے ایک کنارے پر قائم کیا گیا ہے۔</w:t>
      </w:r>
    </w:p>
    <w:p>
      <w:r>
        <w:rPr>
          <w:b/>
        </w:rPr>
        <w:t xml:space="preserve">[24:51] </w:t>
      </w:r>
      <w:r>
        <w:t>is mahal-e-waqu ki bina par shamsi nizam ko aik mehfooz ilaaqa ya safe area mil gaya jo insaan jaisi makhlooq ki zindagi ke liye behad zaroori hai.</w:t>
      </w:r>
    </w:p>
    <w:p>
      <w:pPr>
        <w:jc w:val="right"/>
      </w:pPr>
      <w:r>
        <w:t>اس محل وقوع کی بنا پر شمسی نظام کو ایک محفوظ علاقہ یا سیف ایریا مل گیا جو انسان جیسی مخلوق کی زندگی کے لیے بے حد ضروری ہے۔</w:t>
      </w:r>
    </w:p>
    <w:p>
      <w:r>
        <w:rPr>
          <w:b/>
        </w:rPr>
        <w:t xml:space="preserve">[25:04] </w:t>
      </w:r>
      <w:r>
        <w:t>kainat mein teesra waqia woh hai jis ko water bang kaha ja sakta hai yaani sayara arz ka thanda hona aur phir zameen ke oopar pani ke zakhair ka wajood mein aana aur phir pani ki wajah se har qism ki zindagi ka paida hona.</w:t>
      </w:r>
    </w:p>
    <w:p>
      <w:pPr>
        <w:jc w:val="right"/>
      </w:pPr>
      <w:r>
        <w:t>کائنات میں تیسرا واقعہ وہ ہے جس کو واٹر بینک کہا جا سکتا ہے یعنی سیارہ عرض کا ٹھنڈا ہونا اور پھر زمین کے اوپر پانی کے ذخائر کا وجود میں آنا اور پھر پانی کی وجہ سے ہر قسم کی زندگیوں کا پیدا ہونا۔</w:t>
      </w:r>
    </w:p>
    <w:p>
      <w:r>
        <w:rPr>
          <w:b/>
        </w:rPr>
        <w:t xml:space="preserve">[25:24] </w:t>
      </w:r>
      <w:r>
        <w:t>is waqie ka zikr quran mein in alfaaz mein kiya gaya hai: "waja'alna minal maai kulla shaiyin hayyin" yaani aur hum nay pani say har janadar cheez ko banaya.</w:t>
      </w:r>
    </w:p>
    <w:p>
      <w:pPr>
        <w:jc w:val="right"/>
      </w:pPr>
      <w:r>
        <w:t>اس واقعے کا ذکر قرآن میں ان الفاظ میں کیا گیا ہے: "وجعلنا من الماء کل شی حی" یعنی اور ہم نے پانی سے ہر جاندار چیز کو بنایا۔</w:t>
      </w:r>
    </w:p>
    <w:p>
      <w:r>
        <w:rPr>
          <w:b/>
        </w:rPr>
        <w:t xml:space="preserve">[25:41] </w:t>
      </w:r>
      <w:r>
        <w:t>tamam zinda cheezon ke wajood ka bara hissa pani hota hai. jahan tak insaan ka taluq hai, insaan ka jism taqreeban 60 feesad pani par mushtamil hai.</w:t>
      </w:r>
    </w:p>
    <w:p>
      <w:pPr>
        <w:jc w:val="right"/>
      </w:pPr>
      <w:r>
        <w:t>تمام زندہ چیزوں کے وجود کا بڑا حصہ پانی ہوتا ہے۔ جہاں تک انسان کا تعلق ہے، انسان کا جسم تقریباً 60 فیصد پانی پر مشتمل ہے۔</w:t>
      </w:r>
    </w:p>
    <w:p>
      <w:r>
        <w:rPr>
          <w:b/>
        </w:rPr>
        <w:t xml:space="preserve">[25:56] </w:t>
      </w:r>
      <w:r>
        <w:t>water is a major importance to all living things. in some organisms up to 90 percent of their body weight comes from water.</w:t>
      </w:r>
    </w:p>
    <w:p>
      <w:pPr>
        <w:jc w:val="right"/>
      </w:pPr>
      <w:r>
        <w:t>واٹر از اف میجر امپورٹنس ٹو ال لیونگ تھنگز۔ ان سم ارگنزمز اپ ٹو 90 فیصد اف دیر باڈی ویٹ کمز فرام واٹر۔</w:t>
      </w:r>
    </w:p>
    <w:p>
      <w:r>
        <w:rPr>
          <w:b/>
        </w:rPr>
        <w:t xml:space="preserve">[26:08] </w:t>
      </w:r>
      <w:r>
        <w:t>up to 60 percent of the human adult body is water. chautha bara waqia jo zameen par paish aaya, woh dunyai nabatat ka wajood mein aana tha.</w:t>
      </w:r>
    </w:p>
    <w:p>
      <w:pPr>
        <w:jc w:val="right"/>
      </w:pPr>
      <w:r>
        <w:t>اپ ٹو 60 فیصد اف دا ہیومن ایڈلٹ باڈی از واٹر۔ چوتھا بڑا واقعہ جو زمین پر پیش آیا، وہ دنیائے نباتات کا وجود میں آنا تھا۔</w:t>
      </w:r>
    </w:p>
    <w:p>
      <w:r>
        <w:rPr>
          <w:b/>
        </w:rPr>
        <w:t xml:space="preserve">[26:19] </w:t>
      </w:r>
      <w:r>
        <w:t>is ko plant bank kaha ja sakta hai. is ke baad zameen jo pehle khushk qaraar ki manind thi, ab sar sabz sayara ya green planet ki surat ikhtiyar kar gayi.</w:t>
      </w:r>
    </w:p>
    <w:p>
      <w:pPr>
        <w:jc w:val="right"/>
      </w:pPr>
      <w:r>
        <w:t>اس کو پلانٹ بینک کہا جا سکتا ہے۔ اس کے بعد زمین جو پہلے خشک قراء کی مانند تھی، اب سرسبز سیارہ یا گرین پلینٹ کی صورت اختیار کر گئی۔</w:t>
      </w:r>
    </w:p>
    <w:p>
      <w:r>
        <w:rPr>
          <w:b/>
        </w:rPr>
        <w:t xml:space="preserve">[26:34] </w:t>
      </w:r>
      <w:r>
        <w:t>is waqe'e ka ishara quran mein in alfaaz mein kiya gaya hai: "wa anzalna</w:t>
      </w:r>
    </w:p>
    <w:p>
      <w:pPr>
        <w:jc w:val="right"/>
      </w:pPr>
      <w:r>
        <w:t>اس واقعے کا اشارہ قرآن میں ان الفاظ میں کیا گیا ہے: "وانزلنا</w:t>
      </w:r>
    </w:p>
    <w:p>
      <w:r>
        <w:rPr>
          <w:b/>
        </w:rPr>
        <w:t xml:space="preserve">[26:41] </w:t>
      </w:r>
      <w:r>
        <w:t>min alma'sirati ma'an sajjaj</w:t>
      </w:r>
    </w:p>
    <w:p>
      <w:pPr>
        <w:jc w:val="right"/>
      </w:pPr>
      <w:r>
        <w:t>من المعصرات ما سجاج</w:t>
      </w:r>
    </w:p>
    <w:p>
      <w:r>
        <w:rPr>
          <w:b/>
        </w:rPr>
        <w:t xml:space="preserve">[26:45] </w:t>
      </w:r>
      <w:r>
        <w:t>linukhrija bihi habban wa nabatan</w:t>
      </w:r>
    </w:p>
    <w:p>
      <w:pPr>
        <w:jc w:val="right"/>
      </w:pPr>
      <w:r>
        <w:t>لنخرج بہ حبا ونبات</w:t>
      </w:r>
    </w:p>
    <w:p>
      <w:r>
        <w:rPr>
          <w:b/>
        </w:rPr>
        <w:t xml:space="preserve">[26:50] </w:t>
      </w:r>
      <w:r>
        <w:t>wajannatin alfafan" yani aur hum ne pani bhare badalon se mousla dhar pani barsaya</w:t>
      </w:r>
    </w:p>
    <w:p>
      <w:pPr>
        <w:jc w:val="right"/>
      </w:pPr>
      <w:r>
        <w:t>وجنات الفافا" یعنی اور ہم نے پانی بھرے بادلوں سے موسلا دھار پانی برسایا</w:t>
      </w:r>
    </w:p>
    <w:p>
      <w:r>
        <w:rPr>
          <w:b/>
        </w:rPr>
        <w:t xml:space="preserve">[27:01] </w:t>
      </w:r>
      <w:r>
        <w:t>tata ke hum is ke zariye se ugaayein ghalla aur sabzi aur ghane bagh.</w:t>
      </w:r>
    </w:p>
    <w:p>
      <w:pPr>
        <w:jc w:val="right"/>
      </w:pPr>
      <w:r>
        <w:t>تاکہ ہم اس کے ذریعے سے اگائیں غلہ اور سبزی اور گھنے باغ۔</w:t>
      </w:r>
    </w:p>
    <w:p>
      <w:r>
        <w:rPr>
          <w:b/>
        </w:rPr>
        <w:t xml:space="preserve">[27:07] </w:t>
      </w:r>
      <w:r>
        <w:t>is silsilay ka panchwan daur woh hai jabkay zameen par mukhtalif qism ki janadar cheezein wajood mein aaein, keere makoron say lay kar hathi aur sher tak.</w:t>
      </w:r>
    </w:p>
    <w:p>
      <w:pPr>
        <w:jc w:val="right"/>
      </w:pPr>
      <w:r>
        <w:t>اس سلسلے کا پانچواں دور وہ ہے جبکہ زمین پر مختلف قسم کی جاندار چیزیں وجود میں آئیں، کیڑے مکوڑوں سے لے کر ہاتھی اور شیر تک۔</w:t>
      </w:r>
    </w:p>
    <w:p>
      <w:r>
        <w:rPr>
          <w:b/>
        </w:rPr>
        <w:t xml:space="preserve">[27:21] </w:t>
      </w:r>
      <w:r>
        <w:t>takhlioq ke is panchwein phase ko animal bank kaha ja sakta hai. is ke nateejay mein mukhtalif qism ke beshumar janadar ashya ya species paida huien jin ki waqai tadad ab tak namaloom hai.</w:t>
      </w:r>
    </w:p>
    <w:p>
      <w:pPr>
        <w:jc w:val="right"/>
      </w:pPr>
      <w:r>
        <w:t>تخلیق کے اس پانچویں فیز کو اینیمل بینک کہا جا سکتا ہے۔ اس کے نتیجے میں مختلف قسم کے بے شمار جاندار اشیاء یا اسپیشیز پیدا ہوئیں جن کی واقعی تعداد اب تک نامعلوم ہے۔</w:t>
      </w:r>
    </w:p>
    <w:p>
      <w:r>
        <w:rPr>
          <w:b/>
        </w:rPr>
        <w:t xml:space="preserve">[27:38] </w:t>
      </w:r>
      <w:r>
        <w:t>eight million seven hundred thousand is the latest estimated total number of species in earth and the most precise calculation ever offered according to a study co-authored by a researcher with the united nations environment program.</w:t>
      </w:r>
    </w:p>
    <w:p>
      <w:pPr>
        <w:jc w:val="right"/>
      </w:pPr>
      <w:r>
        <w:t>ایٹ ملین سیون ہنڈرڈ تھا از دا لیٹسٹ ایسٹیمیٹڈ ٹوٹل نمبر اف سپیشیز ان ارتھ اینڈ دا موسٹ پریسائز کیلکولیشن ایور افرڈ اکارڈنگ ٹو ا سٹڈی کو اتھرڈ بائے ا ریسرچر ود دا یونائٹڈ نیشنز انوائرمنٹ پروگرام۔</w:t>
      </w:r>
    </w:p>
    <w:p>
      <w:r>
        <w:rPr>
          <w:b/>
        </w:rPr>
        <w:t xml:space="preserve">[27:59] </w:t>
      </w:r>
      <w:r>
        <w:t>around 6</w:t>
      </w:r>
    </w:p>
    <w:p>
      <w:pPr>
        <w:jc w:val="right"/>
      </w:pPr>
      <w:r>
        <w:t>اراؤنڈ 6</w:t>
      </w:r>
    </w:p>
    <w:p>
      <w:r>
        <w:rPr>
          <w:b/>
        </w:rPr>
        <w:t xml:space="preserve">[28:00] </w:t>
      </w:r>
      <w:r>
        <w:t>5 million species are found on land and 22 million about 25 percent of the total dwell in the ocean depths.</w:t>
      </w:r>
    </w:p>
    <w:p>
      <w:pPr>
        <w:jc w:val="right"/>
      </w:pPr>
      <w:r>
        <w:t>5 ملین سپیشیز ار فاؤنڈ ان لینڈ اینڈ 22 ملین اباؤٹ 25 فیصد اف دا ٹوٹل ڈویلو ان دا اوشن ڈیپتھ۔</w:t>
      </w:r>
    </w:p>
    <w:p>
      <w:r>
        <w:rPr>
          <w:b/>
        </w:rPr>
        <w:t xml:space="preserve">[28:13] </w:t>
      </w:r>
      <w:r>
        <w:t>the report also shows that 86 percent of all species on land and 91 percent of those in the seas have yet to be discovered, described or catalogued.</w:t>
      </w:r>
    </w:p>
    <w:p>
      <w:pPr>
        <w:jc w:val="right"/>
      </w:pPr>
      <w:r>
        <w:t>دا رپورٹ السو شوز دیٹ 86 فیصد اف ال سپیشیز ان لینڈ اینڈ 91 فیصد اف دوز ان دا سیز ہیو یٹ ٹو بی ڈسکورڈ، ڈسکرائبڈ اور کیٹلاگڈ۔</w:t>
      </w:r>
    </w:p>
    <w:p>
      <w:r>
        <w:rPr>
          <w:b/>
        </w:rPr>
        <w:t xml:space="preserve">[28:28] </w:t>
      </w:r>
      <w:r>
        <w:t>is silsilay mein chatha bank woh tha jis ko human bank kaha ja sakta hai. is aakhri daur mein insaan ko paida kiya gaya aur nasal dar nasal phailta hua is zameen ya planet earth par abad ho gaya.</w:t>
      </w:r>
    </w:p>
    <w:p>
      <w:pPr>
        <w:jc w:val="right"/>
      </w:pPr>
      <w:r>
        <w:t>اس سلسلے میں چھٹا بینک وہ تھا جس کو ہیومن بینک کہا جا سکتا ہے۔ اس آخری دور میں انسان کو پیدا کیا گیا اور نسل در نسل پھیلتا ہوا اس زمین یا پلینٹ ارتھ پر آباد ہو گیا۔</w:t>
      </w:r>
    </w:p>
    <w:p>
      <w:r>
        <w:rPr>
          <w:b/>
        </w:rPr>
        <w:t xml:space="preserve">[28:48] </w:t>
      </w:r>
      <w:r>
        <w:t>bazaahir yeh kaha ja sakta hai ke taqreeban 13 billion saal ke douran tamam takhleeqi waqiyat mansooba band andaaz mein paish aaye.</w:t>
      </w:r>
    </w:p>
    <w:p>
      <w:pPr>
        <w:jc w:val="right"/>
      </w:pPr>
      <w:r>
        <w:t>بظاہر یہ کہا جا سکتا ہے کہ تقریباً 13 بلین سال کے دوران تمام تخلیقی واقعات منصوبہ بند انداز میں پیش آئے۔</w:t>
      </w:r>
    </w:p>
    <w:p>
      <w:r>
        <w:rPr>
          <w:b/>
        </w:rPr>
        <w:t xml:space="preserve">[28:59] </w:t>
      </w:r>
      <w:r>
        <w:t>is ka maqsad yeh tha ke aakhir kar insaan ko paida kar ke is ko zameen par abad kiya jaye aur phir insaan ko yeh mauqa diya jaye ke woh apni azadana koshish say is cheez ko wajood mein laye jis ko tehzeeb ya civilization kaha jata hai.</w:t>
      </w:r>
    </w:p>
    <w:p>
      <w:pPr>
        <w:jc w:val="right"/>
      </w:pPr>
      <w:r>
        <w:t>اس کا مقصد یہ تھا کہ آخر کار انسان کو پیدا کر کے اس کو زمین پر آباد کیا جائے اور پھر انسان کو یہ موقع دیا جائے کہ وہ اپنی آزادانہ کوشش سے اس چیز کو وجود میں لائے جس کو تہذیب یا سویلائزیشن کہا جاتا ہے۔</w:t>
      </w:r>
    </w:p>
    <w:p>
      <w:r>
        <w:rPr>
          <w:b/>
        </w:rPr>
        <w:t xml:space="preserve">[29:21] </w:t>
      </w:r>
      <w:r>
        <w:t>tehzeeb goya mahdood ma'ano mein kalmaatullah ki juzwi unfolding thi. fitrat ke is tareeqa amal ka nateeja yeh tha ke insaan ko yeh mauqa mila ke woh apni aql ko aala irtiqai darja ya high level of development tak pouncha sakay.</w:t>
      </w:r>
    </w:p>
    <w:p>
      <w:pPr>
        <w:jc w:val="right"/>
      </w:pPr>
      <w:r>
        <w:t>تہذیب گویا محدود معنی میں کلمات اللہ کی جزئی ان فولڈنگ تھی۔ فطرت کے اس طریقہ عمل کا نتیجہ یہ تھا کہ انسان کو یہ موقع ملا کہ وہ اپنی عقل کو اعلیٰ ارتقائی درجہ یا ہائی لیول اف ڈیویلپمنٹ تک پہنچا سکے۔</w:t>
      </w:r>
    </w:p>
    <w:p>
      <w:r>
        <w:rPr>
          <w:b/>
        </w:rPr>
        <w:t xml:space="preserve">[29:46] </w:t>
      </w:r>
      <w:r>
        <w:t>maujooda kainat ke do hissay hain: insani duniya ya human world aur doosray ghair insani duniya ya non human world.</w:t>
      </w:r>
    </w:p>
    <w:p>
      <w:pPr>
        <w:jc w:val="right"/>
      </w:pPr>
      <w:r>
        <w:t>موجودہ کائنات کے دو حصے ہیں: انسانی دنیا یا ہیومن ورلڈ اور دوسرے غیر انسانی دنیا یا نان ہیومن ورلڈ۔</w:t>
      </w:r>
    </w:p>
    <w:p>
      <w:r>
        <w:rPr>
          <w:b/>
        </w:rPr>
        <w:t xml:space="preserve">[29:57] </w:t>
      </w:r>
      <w:r>
        <w:t>ghor karne se maloom hota hai ke ghair insani dunya kharji tor par manage ki jane wali dunya ya externally managed world hai.</w:t>
      </w:r>
    </w:p>
    <w:p>
      <w:pPr>
        <w:jc w:val="right"/>
      </w:pPr>
      <w:r>
        <w:t>غور کرنے سے معلوم ہوتا ہے کہ غیر انسانی دنیا خارجی طور پر مینج کی جانے والی دنیا یا ایکسٹرنلی مینجڈ ورلڈ ہے۔</w:t>
      </w:r>
    </w:p>
    <w:p>
      <w:r>
        <w:rPr>
          <w:b/>
        </w:rPr>
        <w:t xml:space="preserve">[30:09] </w:t>
      </w:r>
      <w:r>
        <w:t>اس کے مقابلے میں انسانی دنیا خود مینج کی جانے والی دنیا یا self-managed world ہے۔</w:t>
      </w:r>
    </w:p>
    <w:p>
      <w:pPr>
        <w:jc w:val="right"/>
      </w:pPr>
      <w:r>
        <w:t>اس کے مقابلے میں انسانی دنیا خود مینج کی جانے والی دنیا یا سیلف مینجڈ ورلڈ ہے۔</w:t>
      </w:r>
    </w:p>
    <w:p>
      <w:r>
        <w:rPr>
          <w:b/>
        </w:rPr>
        <w:t xml:space="preserve">[30:17] </w:t>
      </w:r>
      <w:r>
        <w:t>اب تاریخ ایک ایسے اعلیٰ ترقی یافتہ دور یا super developed world کی طرف جا رہی ہے جہاں</w:t>
      </w:r>
    </w:p>
    <w:p>
      <w:pPr>
        <w:jc w:val="right"/>
      </w:pPr>
      <w:r>
        <w:t>اب تاریخ ایک ایسے اعلیٰ ترقی یافتہ دور یا سپر ڈیویلپڈ ورلڈ کی طرف جا رہی ہے جہاں</w:t>
      </w:r>
    </w:p>
    <w:p>
      <w:r>
        <w:rPr>
          <w:b/>
        </w:rPr>
        <w:t xml:space="preserve">[30:26] </w:t>
      </w:r>
      <w:r>
        <w:t>maazi ke record ke mutabiq ghair matloob insaanon ko chhaant diya jaye aur matloob insaanon ko alag kar</w:t>
      </w:r>
    </w:p>
    <w:p>
      <w:pPr>
        <w:jc w:val="right"/>
      </w:pPr>
      <w:r>
        <w:t>ماضی کے ریکارڈ کے مطابق غیر مطلوب انسانوں کو چھانٹ دیا جائے اور مطلوب انسانوں کو الگ کر</w:t>
      </w:r>
    </w:p>
    <w:p>
      <w:r>
        <w:rPr>
          <w:b/>
        </w:rPr>
        <w:t xml:space="preserve">[30:35] </w:t>
      </w:r>
      <w:r>
        <w:t>ke yeh mauqa diya jaye ke woh ideal world mein abadi rahat ki zindagi guzarein.</w:t>
      </w:r>
    </w:p>
    <w:p>
      <w:pPr>
        <w:jc w:val="right"/>
      </w:pPr>
      <w:r>
        <w:t>کے یہ موقع دیا جائے کہ وہ آئیڈیل ورلڈ میں ابدی راحت کی زندگی گزاریں۔</w:t>
      </w:r>
    </w:p>
    <w:p>
      <w:r>
        <w:rPr>
          <w:b/>
        </w:rPr>
        <w:t xml:space="preserve">[30:43] </w:t>
      </w:r>
      <w:r>
        <w:t>yahi woh waqea hai jis ka zikr bible mein un alfaz mein aya hai: "sadiqeen zameen ke waris honge aur woh is mein hamesha rahenge." the righteous will inherit the land and dwell in it permanently.</w:t>
      </w:r>
    </w:p>
    <w:p>
      <w:pPr>
        <w:jc w:val="right"/>
      </w:pPr>
      <w:r>
        <w:t>یہی وہ واقعہ ہے جس کا ذکر بائبل میں ان الفاظ میں آیا ہے: "صادقین زمین کے وارث ہوں اور وہ اس میں ہمیشہ رہیں گے۔" دا رائچیس ول انہیریٹ دا لینڈ اینڈ ڈویلو ان اٹ پرماننٹلی۔</w:t>
      </w:r>
    </w:p>
    <w:p>
      <w:r>
        <w:rPr>
          <w:b/>
        </w:rPr>
        <w:t xml:space="preserve">[31:04] </w:t>
      </w:r>
      <w:r>
        <w:t>bible mein mazkoor is haqeeqat ko quran mein un alfaz mein bayan kiya gaya hai: "wa laqad katabna fiz zaburi min ba'diz zikri annal arsa yarisuhu ibadi as salihun" yani aur zaboor mein hum naseehat ke baad likh chuke hain ke zameen ke waris hamare nek bande honge.</w:t>
      </w:r>
    </w:p>
    <w:p>
      <w:pPr>
        <w:jc w:val="right"/>
      </w:pPr>
      <w:r>
        <w:t>بائبل میں مذکور اس حقیقت کو قرآن میں ان الفاظ میں بیان کیا گیا ہے: "ولقد کتبنا فی الزبوری من بعد الذکری ان الارضیرثوہا عبادی الصالحون" یعنی اور زبور میں ہم نصیحت کے بعد لکھ چکے ہیں کہ زمین کے وارث ہمارے نیک بندے ہوں گے۔</w:t>
      </w:r>
    </w:p>
    <w:p>
      <w:r>
        <w:rPr>
          <w:b/>
        </w:rPr>
        <w:t xml:space="preserve">[31:31] </w:t>
      </w:r>
      <w:r>
        <w:t>yeh dunya poori tareekh bashri ke muntakhib insanon ka muashra hoga. yeh muntakhib afraad darasal daur mazi ke tarbiyat yafta afraad ya trained individuals honge.</w:t>
      </w:r>
    </w:p>
    <w:p>
      <w:pPr>
        <w:jc w:val="right"/>
      </w:pPr>
      <w:r>
        <w:t>یہ دنیا پوری تاریخ بشری کے منتخب انسانوں کا معاشرہ ہوگا۔ یہ منتخب افراد دراصل دور ماضی کے تربیت یافتہ افراد یا ٹرینڈ انڈیویجولز ہوں گے۔</w:t>
      </w:r>
    </w:p>
    <w:p>
      <w:r>
        <w:rPr>
          <w:b/>
        </w:rPr>
        <w:t xml:space="preserve">[31:47] </w:t>
      </w:r>
      <w:r>
        <w:t>yahan poori tareekh ke muntakhib afraad ya selected people of history ko yeh moqa hoga ke woh aala sar garniyon ya high level of intellectual activities ke mutabiq zindagi guzarenge.</w:t>
      </w:r>
    </w:p>
    <w:p>
      <w:pPr>
        <w:jc w:val="right"/>
      </w:pPr>
      <w:r>
        <w:t>یہاں پوری تاریخ کے منتخب افراد یا سلیکٹڈ پیپل اف ہسٹری کو یہ موقع ہوگا کہ وہ اعلیٰ سرگرمیوں یا ہائی لیول اف انٹلیکچول ایکٹیویٹیز کے مطابق زندگی گزاریں گے۔</w:t>
      </w:r>
    </w:p>
    <w:p>
      <w:r>
        <w:rPr>
          <w:b/>
        </w:rPr>
        <w:t xml:space="preserve">[32:02] </w:t>
      </w:r>
      <w:r>
        <w:t>is aala muashre ya high society ka zikr quran mein in alfaaz mein aaya hai: "falailaka</w:t>
      </w:r>
    </w:p>
    <w:p>
      <w:pPr>
        <w:jc w:val="right"/>
      </w:pPr>
      <w:r>
        <w:t>اس اعلیٰ معاشرے یا ہائی سوسائٹی کا ذکر قرآن میں ان الفاظ میں آیا ہے: "فعلائک</w:t>
      </w:r>
    </w:p>
    <w:p>
      <w:r>
        <w:rPr>
          <w:b/>
        </w:rPr>
        <w:t xml:space="preserve">[32:10] </w:t>
      </w:r>
      <w:r>
        <w:t>ma alladhina an'ama allahu 'alayhim min alnabiyina</w:t>
      </w:r>
    </w:p>
    <w:p>
      <w:pPr>
        <w:jc w:val="right"/>
      </w:pPr>
      <w:r>
        <w:t>ما الذین انعم اللہ علیہم من النبیین</w:t>
      </w:r>
    </w:p>
    <w:p>
      <w:r>
        <w:rPr>
          <w:b/>
        </w:rPr>
        <w:t xml:space="preserve">[32:17] </w:t>
      </w:r>
      <w:r>
        <w:t>walssiddiqina walshuhada'i walssalihiina</w:t>
      </w:r>
    </w:p>
    <w:p>
      <w:pPr>
        <w:jc w:val="right"/>
      </w:pPr>
      <w:r>
        <w:t>والصدیقین والشہداء والصالحین</w:t>
      </w:r>
    </w:p>
    <w:p>
      <w:r>
        <w:rPr>
          <w:b/>
        </w:rPr>
        <w:t xml:space="preserve">[32:22] </w:t>
      </w:r>
      <w:r>
        <w:t>wa hasuna ula'ika rafiqan" yani yeh ahle jannat un logon ke sath honge jin par Allah ne inaam</w:t>
      </w:r>
    </w:p>
    <w:p>
      <w:pPr>
        <w:jc w:val="right"/>
      </w:pPr>
      <w:r>
        <w:t>وحسن اولائک رفیقہ" یعنی یہ اہل جنت ان لوگوں کے ساتھ ہوں گے جن پر اللہ نے انعام</w:t>
      </w:r>
    </w:p>
    <w:p>
      <w:r>
        <w:rPr>
          <w:b/>
        </w:rPr>
        <w:t xml:space="preserve">[32:31] </w:t>
      </w:r>
      <w:r>
        <w:t>kiya yani paighambar aur siddiq aur shaheed aur salih.</w:t>
      </w:r>
    </w:p>
    <w:p>
      <w:pPr>
        <w:jc w:val="right"/>
      </w:pPr>
      <w:r>
        <w:t>کیا یعنی پیغمبر اور صدیق اور شہید اور صالح۔</w:t>
      </w:r>
    </w:p>
    <w:p>
      <w:r>
        <w:rPr>
          <w:b/>
        </w:rPr>
        <w:t xml:space="preserve">[32:39] </w:t>
      </w:r>
      <w:r>
        <w:t>kisi achi hai un ki rifaqat.</w:t>
      </w:r>
    </w:p>
    <w:p>
      <w:pPr>
        <w:jc w:val="right"/>
      </w:pPr>
      <w:r>
        <w:t>کیسی اچھی ہے ان کی رفاقت۔</w:t>
      </w:r>
    </w:p>
    <w:p>
      <w:r>
        <w:rPr>
          <w:b/>
        </w:rPr>
        <w:t xml:space="preserve">[32:42] </w:t>
      </w:r>
      <w:r>
        <w:t>is agle daur hayat ko quran mein jannat ya paradise ka naam diya gaya hai. insaan kainat ka hero hai.</w:t>
      </w:r>
    </w:p>
    <w:p>
      <w:pPr>
        <w:jc w:val="right"/>
      </w:pPr>
      <w:r>
        <w:t>اس اگلے دور حیات کو قرآن میں جنت یا پیراڈائز کا نام دیا گیا ہے۔ انسان کائنات کا ہیرو ہے۔</w:t>
      </w:r>
    </w:p>
    <w:p>
      <w:r>
        <w:rPr>
          <w:b/>
        </w:rPr>
        <w:t xml:space="preserve">[32:50] </w:t>
      </w:r>
      <w:r>
        <w:t>apni takhleeqi salahiyat ke aitbar se insaan aik abadi makhlooq hai lekin insaan maujooda dunya mein sirf mehdood muddat ke liye rehta hai.</w:t>
      </w:r>
    </w:p>
    <w:p>
      <w:pPr>
        <w:jc w:val="right"/>
      </w:pPr>
      <w:r>
        <w:t>اپنی تخلیقی صلاحیت کے اعتبار سے انسان ایک ابدی مخلوق ہے لیکن انسان موجودہ دنیا میں صرف محدود مدت کے لیے رہتا ہے۔</w:t>
      </w:r>
    </w:p>
    <w:p>
      <w:r>
        <w:rPr>
          <w:b/>
        </w:rPr>
        <w:t xml:space="preserve">[33:03] </w:t>
      </w:r>
      <w:r>
        <w:t>is dunya mein insaan ki average age taqreeban 70 saal hai. abadit ka talib insaan amalan abadit ko panay se mehroom rehta hai magar insaan ke liye yeh mehroomi ki baat nahin.</w:t>
      </w:r>
    </w:p>
    <w:p>
      <w:pPr>
        <w:jc w:val="right"/>
      </w:pPr>
      <w:r>
        <w:t>اس دنیا میں انسان کی ایوریج ایج تقریباً 70 سال ہے۔ ابدیت کا طالب انسان عملاً ابدیت کو پانے سے محروم رہتا ہے مگر انسان کے لیے یہ محرومی کی بات نہیں۔</w:t>
      </w:r>
    </w:p>
    <w:p>
      <w:r>
        <w:rPr>
          <w:b/>
        </w:rPr>
        <w:t xml:space="preserve">[33:18] </w:t>
      </w:r>
      <w:r>
        <w:t>aisa khaliq ke takhleeqi plan ki bina par hota hai na ke insaan ki apni khwahish ki bina par. khaliq ke takhleeqi naqshe ke mutabiq insaan ko is dunya mein sirf mehdood muddat tak ke liye rehna hai.</w:t>
      </w:r>
    </w:p>
    <w:p>
      <w:pPr>
        <w:jc w:val="right"/>
      </w:pPr>
      <w:r>
        <w:t>ایسا خالق کے تخلیقی پلان کی بنا پر ہوتا ہے نہ کہ انسان کی اپنی خواہش کی بنا پر۔ خالق کے تخلیقی نقشے کے مطابق انسان کو اس دنیا میں صرف محدود مدت تک کے لیے رہنا ہے۔</w:t>
      </w:r>
    </w:p>
    <w:p>
      <w:r>
        <w:rPr>
          <w:b/>
        </w:rPr>
        <w:t xml:space="preserve">[33:35] </w:t>
      </w:r>
      <w:r>
        <w:t>is ke baad insaan ko us ke habitat mein pohncha diya jata hai jahan us ko yeh moqa milega ke woh apni pasand ki dunya mein abadi taur par rahe.</w:t>
      </w:r>
    </w:p>
    <w:p>
      <w:pPr>
        <w:jc w:val="right"/>
      </w:pPr>
      <w:r>
        <w:t>اس کے بعد انسان کو اس کے ہیبیٹیٹ میں پہنچا دیا جاتا ہے جہاں اس کو یہ موقع ملے گا کہ وہ اپنی پسند کی دنیا میں ابدی طور پر رہے۔</w:t>
      </w:r>
    </w:p>
    <w:p>
      <w:r>
        <w:rPr>
          <w:b/>
        </w:rPr>
        <w:t xml:space="preserve">[33:48] </w:t>
      </w:r>
      <w:r>
        <w:t>yahan insaan ko sirf yeh karna hai ke woh khaliq ke plan ko jane aur apne aap ko us ke liye tayyar kare.</w:t>
      </w:r>
    </w:p>
    <w:p>
      <w:pPr>
        <w:jc w:val="right"/>
      </w:pPr>
      <w:r>
        <w:t>یہاں انسان کو صرف یہ کرنا ہے کہ وہ خالق کے پلان کو جانے اور اپنے آپ کو اس کے لیے تیار کرے۔</w:t>
      </w:r>
    </w:p>
    <w:p>
      <w:r>
        <w:rPr>
          <w:b/>
        </w:rPr>
        <w:t xml:space="preserve">[33:58] </w:t>
      </w:r>
      <w:r>
        <w:t>insaan ko paida karne wala Khuda hai lekin apne abadi mustaqbil ka faisla karna mukammal taur par insaan ke apne ikhtiyar mein hai.</w:t>
      </w:r>
    </w:p>
    <w:p>
      <w:pPr>
        <w:jc w:val="right"/>
      </w:pPr>
      <w:r>
        <w:t>انسان کو پیدا کرنے والا خدا ہے لیکن اپنے ابدی مستقبل کا فیصلہ کرنا مکمل طور پر انسان کے اپنے اختیار میں ہے۔</w:t>
      </w:r>
    </w:p>
    <w:p>
      <w:r>
        <w:rPr>
          <w:b/>
        </w:rPr>
        <w:t xml:space="preserve">[34:09] </w:t>
      </w:r>
      <w:r>
        <w:t>aadmi ko sirf yeh karna hai ke woh apne andar is personality ko develop kare jis ki wajah se woh agli dunya mein banne wali paradise ke liye mustahiq umeedwar ya deserving candidate qarar paye.</w:t>
      </w:r>
    </w:p>
    <w:p>
      <w:pPr>
        <w:jc w:val="right"/>
      </w:pPr>
      <w:r>
        <w:t>آدمی کو صرف یہ کرنا ہے کہ وہ اپنے اندر اس پرسنیلٹی کو ڈیویلپ کرے جس کی وجہ سے وہ اگلی دنیا میں بننے والی پیراڈائز کے لیے مستحق امیدوار یا ڈیزرونگ کینڈیڈیٹ قرار پائے۔</w:t>
      </w:r>
    </w:p>
    <w:p>
      <w:r>
        <w:rPr>
          <w:b/>
        </w:rPr>
        <w:t xml:space="preserve">[34:24] </w:t>
      </w:r>
      <w:r>
        <w:t>is takhleeqi maqsad ki bina par aisa hua ke khaliq ne poori kainat ko custom made universe banaya.</w:t>
      </w:r>
    </w:p>
    <w:p>
      <w:pPr>
        <w:jc w:val="right"/>
      </w:pPr>
      <w:r>
        <w:t>اس تخلیقی مقصد کی بنا پر ایسا ہوا کہ خالق نے پوری کائنات کو کسٹم میڈ یونیورس بنایا۔</w:t>
      </w:r>
    </w:p>
    <w:p>
      <w:r>
        <w:rPr>
          <w:b/>
        </w:rPr>
        <w:t xml:space="preserve">[34:33] </w:t>
      </w:r>
      <w:r>
        <w:t>is waqeye ko quran mein un alfaz mein bayan kiya gaya hai: "wa sakhara lakum ma fis samawati wa ma fil ardi jami'an minh" yani Khuda ne aasmanon aur zameen ki tamam cheezon ko tumhare liye musakhkhar kar diya sab ko apni taraf se.</w:t>
      </w:r>
    </w:p>
    <w:p>
      <w:pPr>
        <w:jc w:val="right"/>
      </w:pPr>
      <w:r>
        <w:t>اس واقعے کو قرآن میں ان الفاظ میں بیان کیا گیا ہے: "وسخر لکم ما فی السماوات وما فی الارض جمیعا منہ" یعنی خدا نے آسمانوں اور زمین کی تمام چیزوں کو تمہارے لیے مسخر کر دیا سب کو اپنی طرف سے۔</w:t>
      </w:r>
    </w:p>
    <w:p>
      <w:r>
        <w:rPr>
          <w:b/>
        </w:rPr>
        <w:t xml:space="preserve">[34:55] </w:t>
      </w:r>
      <w:r>
        <w:t>ayat mein jami'an minh ke lafz ka matlab yeh hai ke taskheer ka yeh mamla ittifaqi taur par nahi hua balkeh woh khaliq ke baqayda mansoobe ya well considered plan ke tehat hua hai.</w:t>
      </w:r>
    </w:p>
    <w:p>
      <w:pPr>
        <w:jc w:val="right"/>
      </w:pPr>
      <w:r>
        <w:t>آیت میں جمیعا منہ کے لفظ کا مطلب یہ ہے کہ تسخیر کا یہ معاملہ اتفاقی طور پر نہیں ہوا بلکہ وہ خالق کے باقاعدہ منصوبے یا ویل کنسیڈرڈ پلان کے تحت ہوا ہے۔</w:t>
      </w:r>
    </w:p>
    <w:p>
      <w:r>
        <w:rPr>
          <w:b/>
        </w:rPr>
        <w:t xml:space="preserve">[35:10] </w:t>
      </w:r>
      <w:r>
        <w:t>insaan is poori kainat mein aik khaas takhleeq ki hesiyat rakhta hai. insaan ko us ke khaliq ne dimagh ya mind diya jo kisi bhi doosri makhlooq ko ata nahi hua.</w:t>
      </w:r>
    </w:p>
    <w:p>
      <w:pPr>
        <w:jc w:val="right"/>
      </w:pPr>
      <w:r>
        <w:t>انسان اس پوری کائنات میں ایک خصوصی تخلیق کی حیثیت رکھتا ہے۔ انسان کو اس کے خالق نے دماغ یا مائنڈ دیا جو کسی بھی دوسری مخلوق کو عطا نہیں ہوا۔</w:t>
      </w:r>
    </w:p>
    <w:p>
      <w:r>
        <w:rPr>
          <w:b/>
        </w:rPr>
        <w:t xml:space="preserve">[35:25] </w:t>
      </w:r>
      <w:r>
        <w:t>insaan ko us ke khaliq ne lamahdood salahiyaten di hain. mazeed yeh ke insaan ki khasoosiyat yeh hai ke us ko amanat ilahi se sarfraz kiya gaya.</w:t>
      </w:r>
    </w:p>
    <w:p>
      <w:pPr>
        <w:jc w:val="right"/>
      </w:pPr>
      <w:r>
        <w:t>انسان کو اس کے خالق نے لامحدود صلاحیتیں دی ہیں۔ مزید یہ کہ انسان کی خصوصیت یہ ہے کہ اس کو امانت الہی سے سرفراز کیا گیا۔</w:t>
      </w:r>
    </w:p>
    <w:p>
      <w:r>
        <w:rPr>
          <w:b/>
        </w:rPr>
        <w:t xml:space="preserve">[35:39] </w:t>
      </w:r>
      <w:r>
        <w:t>insaan wahid makhlooq hai jisko kamil aazadi ya total freedom di gayi hai.</w:t>
      </w:r>
    </w:p>
    <w:p>
      <w:pPr>
        <w:jc w:val="right"/>
      </w:pPr>
      <w:r>
        <w:t>انسان واحد مخلوق ہے جس کو کامل آزادی یا ٹوٹل فریڈم دی گئی ہے۔</w:t>
      </w:r>
    </w:p>
    <w:p>
      <w:r>
        <w:rPr>
          <w:b/>
        </w:rPr>
        <w:t xml:space="preserve">[35:45] </w:t>
      </w:r>
      <w:r>
        <w:t>insan ke liye yeh muqaddar kiya gaya hai ke agar woh azadi pa kar is ka ghalat istemal</w:t>
      </w:r>
    </w:p>
    <w:p>
      <w:pPr>
        <w:jc w:val="right"/>
      </w:pPr>
      <w:r>
        <w:t>انسان کے لیے یہ مقدر کیا گیا ہے کہ اگر وہ آزادی پا کر اس کا غلط استعمال</w:t>
      </w:r>
    </w:p>
    <w:p>
      <w:r>
        <w:rPr>
          <w:b/>
        </w:rPr>
        <w:t xml:space="preserve">[35:53] </w:t>
      </w:r>
      <w:r>
        <w:t>ya misuse na kare balkeh azadi ko waseeh tar takhleeqi naqshe ya creation plan of god ke</w:t>
      </w:r>
    </w:p>
    <w:p>
      <w:pPr>
        <w:jc w:val="right"/>
      </w:pPr>
      <w:r>
        <w:t>یا مس یوز نہ کرے بلکہ آزادی کو وسیع تر تخلیقی نقشے یا کریشن پلان اف گاڈ کے</w:t>
      </w:r>
    </w:p>
    <w:p>
      <w:r>
        <w:rPr>
          <w:b/>
        </w:rPr>
        <w:t xml:space="preserve">[36:01] </w:t>
      </w:r>
      <w:r>
        <w:t>mutabiq istemal kare to is ke liye abdi jannat ya eternal paradise ka inaam ya reward hai.</w:t>
      </w:r>
    </w:p>
    <w:p>
      <w:pPr>
        <w:jc w:val="right"/>
      </w:pPr>
      <w:r>
        <w:t>مطابق استعمال کرے تو اس کے لیے ابدی جنت یا ایٹرنل پیراڈائز کا انعام یا ریوارڈ ہے۔</w:t>
      </w:r>
    </w:p>
    <w:p>
      <w:r>
        <w:rPr>
          <w:b/>
        </w:rPr>
        <w:t xml:space="preserve">[36:10] </w:t>
      </w:r>
      <w:r>
        <w:t>mutale se maloom hota hai ke insaan ke siwa jo doosri makhlooqat hain madiyat, nabatat, haiwanat woh sab ki sab fitrat ke qanoon ya law of nature ke matahat hain.</w:t>
      </w:r>
    </w:p>
    <w:p>
      <w:pPr>
        <w:jc w:val="right"/>
      </w:pPr>
      <w:r>
        <w:t>مطالعے سے معلوم ہوتا ہے کہ انسان کے سوا جو دوسری مخلوقات ہیں مادیات، نباتات، حیوانات وہ سب کی سب فطرت کے قانون یا لاء اف نیچر کے ماتحت ہیں۔</w:t>
      </w:r>
    </w:p>
    <w:p>
      <w:r>
        <w:rPr>
          <w:b/>
        </w:rPr>
        <w:t xml:space="preserve">[36:25] </w:t>
      </w:r>
      <w:r>
        <w:t>hata ke haiwanat bhi mukammal taur par apni muqarrar karda jiblat ya instinct ke tehat kaam karte hain.</w:t>
      </w:r>
    </w:p>
    <w:p>
      <w:pPr>
        <w:jc w:val="right"/>
      </w:pPr>
      <w:r>
        <w:t>حتی کہ حیوانات بھی مکمل طور پر اپنی مقرر کردہ جبلت یا انسٹنکٹ کے تحت کام کرتے ہیں۔</w:t>
      </w:r>
    </w:p>
    <w:p>
      <w:r>
        <w:rPr>
          <w:b/>
        </w:rPr>
        <w:t xml:space="preserve">[36:34] </w:t>
      </w:r>
      <w:r>
        <w:t>yeh sirf insaan hai jo is mamle mein istasna ya exception ki hesiyat rakhta hai. insaan ko yeh moqa hai ke woh apne zaati irade ke tehat soche aur kamil azadi ke sath apni zindagi ka naqsha banaye.</w:t>
      </w:r>
    </w:p>
    <w:p>
      <w:pPr>
        <w:jc w:val="right"/>
      </w:pPr>
      <w:r>
        <w:t>یہ صرف انسان ہے جو اس معاملے میں استثنیٰ یا ایکسیپشن کی حیثیت رکھتا ہے۔ انسان کو یہ موقع ہے کہ وہ اپنے ذاتی ارادے کے تحت سوچے اور کامل آزادی کے ساتھ اپنی زندگی کا نقشہ بنائے۔</w:t>
      </w:r>
    </w:p>
    <w:p>
      <w:r>
        <w:rPr>
          <w:b/>
        </w:rPr>
        <w:t xml:space="preserve">[36:52] </w:t>
      </w:r>
      <w:r>
        <w:t>is mein shakk nahin ke insaan mukammal taur par ek azaad makhlooq hai lekin yeh azaadi sirf zaati amal ke aitbaar se hai.</w:t>
      </w:r>
    </w:p>
    <w:p>
      <w:pPr>
        <w:jc w:val="right"/>
      </w:pPr>
      <w:r>
        <w:t>اس میں شک نہیں کہ انسان مکمل طور پر ایک آزاد مخلوق ہے لیکن یہ آزادی صرف ذاتی عمل کے اعتبار سے ہے۔</w:t>
      </w:r>
    </w:p>
    <w:p>
      <w:r>
        <w:rPr>
          <w:b/>
        </w:rPr>
        <w:t xml:space="preserve">[37:03] </w:t>
      </w:r>
      <w:r>
        <w:t>yaani insaan azaad hai ke woh wasee' tar naqsha takhleeq ke mutabiq amal kare ya is ka baghi ban jaye lekin jahan tak amal ke nateejay ka talluq hai is par insaan ko koi ikhtiyar haasil nahin.</w:t>
      </w:r>
    </w:p>
    <w:p>
      <w:pPr>
        <w:jc w:val="right"/>
      </w:pPr>
      <w:r>
        <w:t>یعنی انسان آزاد ہے کہ وہ وسیع تر نقشہ تخلیق کے مطابق عمل کرے یا اس کا باغی بن جائے لیکن جہاں تک عمل کے نتیجے کا تعلق ہے اس پر انسان کو کوئی اختیار حاصل نہیں۔</w:t>
      </w:r>
    </w:p>
    <w:p>
      <w:r>
        <w:rPr>
          <w:b/>
        </w:rPr>
        <w:t xml:space="preserve">[37:19] </w:t>
      </w:r>
      <w:r>
        <w:t>yahan khaliq ne muqaddar kiya hai ke insaan agar khaliq ke takhleeqi naqshay ke mutabiq amal kare to is ke liye abadi jannat hai aur agar woh khaliq ke takhleeqi naqshay ke khilaf warzi kare to is ke liye abadi jahannum hai.</w:t>
      </w:r>
    </w:p>
    <w:p>
      <w:pPr>
        <w:jc w:val="right"/>
      </w:pPr>
      <w:r>
        <w:t>یہاں خالق نے مقدر کیا ہے کہ انسان اگر خالق کے تخلیقی نقشے کے مطابق عمل کرے تو اس کے لیے ابدی جنت ہے اور اگر وہ خالق کے تخلیقی نقشے کے خلاف ورزی کرے تو اس کے لیے ابدی جہنم ہے۔</w:t>
      </w:r>
    </w:p>
    <w:p>
      <w:r>
        <w:rPr>
          <w:b/>
        </w:rPr>
        <w:t xml:space="preserve">[37:38] </w:t>
      </w:r>
      <w:r>
        <w:t>rab-ul-alameen ke is takhleeqi naqshay ko quran mein isharat ki zabaan mein bayan kiya gaya hai. maslan quran mein bataya gaya hai ke maadi kainaat ki takhleeq ke baad insaan ko paida kiya gaya aur is ko zameen par khaleefa ki hesiyat se aabad kiya gaya.</w:t>
      </w:r>
    </w:p>
    <w:p>
      <w:pPr>
        <w:jc w:val="right"/>
      </w:pPr>
      <w:r>
        <w:t>رب العالمین کے اس تخلیقی نقشے کو قرآن میں اشارات کی زبان میں بیان کیا گیا ہے۔ مثلاً قرآن میں بتایا گیا ہے کہ مادی کائنات کی تخلیق کے بعد انسان کو پیدا کیا گیا اور اس کو زمین پر خلیفہ کی حیثیت سے آباد کیا گیا۔</w:t>
      </w:r>
    </w:p>
    <w:p>
      <w:r>
        <w:rPr>
          <w:b/>
        </w:rPr>
        <w:t xml:space="preserve">[38:00] </w:t>
      </w:r>
      <w:r>
        <w:t>khaleefa se murad wahi cheez hai jis ko insani zabaan mein incharge kaha jata hai. farishtay khuda ke hukum ke mutabiq kainaat ka nizaam is tarah chala rahe hain ke hamesha insaan ke liye woh ek muwafiq dunya bani rahe.</w:t>
      </w:r>
    </w:p>
    <w:p>
      <w:pPr>
        <w:jc w:val="right"/>
      </w:pPr>
      <w:r>
        <w:t>خلیفہ سے مراد وہی چیز ہے جس کو انسانی زبان میں انچارج کہا جاتا ہے۔ فرشتے خدا کے حکم کے مطابق کائنات کا نظام اس طرح چلا رہے ہیں کہ ہمیشہ انسان کے لیے وہ ایک موافق دنیا بنی رہے۔</w:t>
      </w:r>
    </w:p>
    <w:p>
      <w:r>
        <w:rPr>
          <w:b/>
        </w:rPr>
        <w:t xml:space="preserve">[38:19] </w:t>
      </w:r>
      <w:r>
        <w:t>is ke baad insaan ne jab nature ke mukhtafi raaz ko daryaft karna shuru kiya aur technology par mabni tehzeeb ki tashkeel ki to is maamle mein bhi insaan ko musalsal taur par farishton ki madad haasil rahi.</w:t>
      </w:r>
    </w:p>
    <w:p>
      <w:pPr>
        <w:jc w:val="right"/>
      </w:pPr>
      <w:r>
        <w:t>اس کے بعد انسان نے جب نیچر کے خفیہ رازوں کو دریافت کرنا شروع کیا اور ٹیکنالوجی پر مبنی تہذیب کی تشکیل کی تو اس معاملے میں بھی انسان کو مسلسل طور پر فرشتوں کی مدد حاصل رہی۔</w:t>
      </w:r>
    </w:p>
    <w:p>
      <w:r>
        <w:rPr>
          <w:b/>
        </w:rPr>
        <w:t xml:space="preserve">[38:36] </w:t>
      </w:r>
      <w:r>
        <w:t>is ka ishara peghambar nooh ki kashti saazi ke zikr mein is tarah kiya gaya hai: "وسنع الفلک بعیننا ووحینا" is se mustanbat hota hai ke yahi waqea jadeed tehzeeb ya modern civilization ki tashkeel ke maamle mein pes aa raha hai.</w:t>
      </w:r>
    </w:p>
    <w:p>
      <w:pPr>
        <w:jc w:val="right"/>
      </w:pPr>
      <w:r>
        <w:t>اس کا اشارہ پیغمبر نوح کی کشتی سازی کے ذکر میں اس طرح کیا گیا ہے: "وسنع الفلک بعیننا ووحینا" اس سے مستنبط ہوتا ہے کہ یہی واقعہ جدید تہذیب یا ماڈرن سویلائزیشن کی تشکیل کے معاملے میں پیش آ رہا ہے۔</w:t>
      </w:r>
    </w:p>
    <w:p>
      <w:r>
        <w:rPr>
          <w:b/>
        </w:rPr>
        <w:t xml:space="preserve">[38:58] </w:t>
      </w:r>
      <w:r>
        <w:t>goya khaliq ne insaan se yeh keh diya ke "اسنع الحضارت بعیننا ووحینا" yaani tehzeeb banao hamari aankhon ke samne aur hamari wahi ke mutabiq.</w:t>
      </w:r>
    </w:p>
    <w:p>
      <w:pPr>
        <w:jc w:val="right"/>
      </w:pPr>
      <w:r>
        <w:t>گویا خالق نے انسان سے یہ کہہ دیا کہ "اسنع الحضارت بعیننا ووحینا" یعنی تہذیب بناؤ ہماری آنکھوں کے سامنے اور ہماری وحی کے مطابق۔</w:t>
      </w:r>
    </w:p>
    <w:p>
      <w:r>
        <w:rPr>
          <w:b/>
        </w:rPr>
        <w:t xml:space="preserve">[39:13] </w:t>
      </w:r>
      <w:r>
        <w:t>kaha jata hai ke aksar scientific daryaften kisi na kisi ittifaq ya chance ke zariye wajood mein aayin. tafseel ke liye wikipedia par yeh mazmoon dekha ja sakta hai: "رول اف چانس ان سائنٹیفک ڈسکوریز" yeh ittifaqat mahaz ittifaqat nahin hain balkeh woh farishton ke taawun ki misalen hain jo ghair mar'i madad ke taur par scientists ko haasil hoti hain.</w:t>
      </w:r>
    </w:p>
    <w:p>
      <w:pPr>
        <w:jc w:val="right"/>
      </w:pPr>
      <w:r>
        <w:t>کہا جاتا ہے کہ اکثر سائنسی دریافتیں کسی نہ کسی اتفاق یا چانس کے ذریعے وجود میں آئیں۔ تفصیل کے لیے ویکیپیڈیا پر یہ مضمون دیکھا جا سکتا ہے: "رول اف چانس ان سائنٹیفک ڈسکوریز" یہ اتفاقات محض اتفاقات نہیں ہیں بلکہ وہ فرشتوں کے تعاون کی مثالیں ہیں جو غیر مرئی مدد کے طور پر سائنس دانوں کو حاصل ہوتی ہیں۔</w:t>
      </w:r>
    </w:p>
    <w:p>
      <w:r>
        <w:rPr>
          <w:b/>
        </w:rPr>
        <w:t xml:space="preserve">[39:42] </w:t>
      </w:r>
      <w:r>
        <w:t>is qism ke ittifaq ke liye ek istilaah istemal hoti hai jis ko serendipity kaha jata hai. serendipity is a happy and unexpected event that apparently occurs due to chance and often appears when we are searching for something else.</w:t>
      </w:r>
    </w:p>
    <w:p>
      <w:pPr>
        <w:jc w:val="right"/>
      </w:pPr>
      <w:r>
        <w:t>اس قسم کے اتفاق کے لیے ایک اصطلاح استعمال ہوتی ہے جس کو سرینڈیپٹی کہا جاتا ہے۔ سرینڈیپٹی از ا ہیپی اینڈ ان ایکسپیکٹڈ ایونٹ دیٹ اپیرنٹلی اکرز ڈیو ٹو چانس اینڈ افن اپیئرز وین وی آر سرچنگ فار سمتھنگ ایلس۔</w:t>
      </w:r>
    </w:p>
    <w:p>
      <w:r>
        <w:rPr>
          <w:b/>
        </w:rPr>
        <w:t xml:space="preserve">[40:02] </w:t>
      </w:r>
      <w:r>
        <w:t>serendipity happens in our daily life and has been responsible for many innovations and important advances in science and technology.</w:t>
      </w:r>
    </w:p>
    <w:p>
      <w:pPr>
        <w:jc w:val="right"/>
      </w:pPr>
      <w:r>
        <w:t>سرینڈیپٹی ہیپنز ان اور ڈیلی لائف اینڈ ہیز بین ریسپانسبل فار مینی انویشنز اینڈ امپورٹنٹ ایڈوانسز ان سائنس اینڈ ٹیکنالوجی۔</w:t>
      </w:r>
    </w:p>
    <w:p>
      <w:r>
        <w:rPr>
          <w:b/>
        </w:rPr>
        <w:t xml:space="preserve">[40:12] </w:t>
      </w:r>
      <w:r>
        <w:t>tareekh insani ke doosre daur mein ek nayi dunya banayi jayegi. yeh dunya isi zameen aur aasman ke andar hogi lekin us waqt zameen o aasman ek badle hue zameen o aasman honge.</w:t>
      </w:r>
    </w:p>
    <w:p>
      <w:pPr>
        <w:jc w:val="right"/>
      </w:pPr>
      <w:r>
        <w:t>تاریخ انسانی کے دوسرے دور میں ایک نئی دنیا بنائی جائے گی۔ یہ دنیا اسی زمین اور آسمان کے اندر ہوگی لیکن اس وقت زمین و آسمان ایک بدلے ہوئے زمین و آسمان ہوں گے۔</w:t>
      </w:r>
    </w:p>
    <w:p>
      <w:r>
        <w:rPr>
          <w:b/>
        </w:rPr>
        <w:t xml:space="preserve">[40:29] </w:t>
      </w:r>
      <w:r>
        <w:t>isi badli hui kainaat mein jannat waqe hogi. is jannat ka campus itna bara hoga jitne bare mojooda zameen o aasman hain.</w:t>
      </w:r>
    </w:p>
    <w:p>
      <w:pPr>
        <w:jc w:val="right"/>
      </w:pPr>
      <w:r>
        <w:t>اسی بدلی ہوئی کائنات میں جنت واقع ہوگی۔ اس جنت کا کیمپس اتنا بڑا ہوگا جتنے بڑے موجودہ زمین و آسمان ہیں۔</w:t>
      </w:r>
    </w:p>
    <w:p>
      <w:r>
        <w:rPr>
          <w:b/>
        </w:rPr>
        <w:t xml:space="preserve">[40:40] </w:t>
      </w:r>
      <w:r>
        <w:t>is aala jannat ka intezaam dobara farishtay karenge. insaan ke liye is jannat mein har qism ki matloob cheezen maujood rahengi.</w:t>
      </w:r>
    </w:p>
    <w:p>
      <w:pPr>
        <w:jc w:val="right"/>
      </w:pPr>
      <w:r>
        <w:t>اس اعلیٰ جنت کا انتظام دوبارہ فرشتے کریں گے۔ انسان کے لیے اس جنت میں ہر قسم کی مطلوب چیزیں موجود رہیں گی۔</w:t>
      </w:r>
    </w:p>
    <w:p>
      <w:r>
        <w:rPr>
          <w:b/>
        </w:rPr>
        <w:t xml:space="preserve">[40:53] </w:t>
      </w:r>
      <w:r>
        <w:t>jannat ki yahi woh miyari dunya hai jo muntakhib logon ke liye banayi gayi hai. bible mein in ke liye sadiqin ya righteous ka lafz aaya hai aur quran mein isi ka hum ma'ni saleheen ka lafz istemal hua hai.</w:t>
      </w:r>
    </w:p>
    <w:p>
      <w:pPr>
        <w:jc w:val="right"/>
      </w:pPr>
      <w:r>
        <w:t>جنت کی یہی وہ معیاری دنیا ہے جو منتخب لوگوں کے لیے بنائی گئی ہے۔ بائبل میں ان کے لیے صادقین یا رائچیس کا لفظ آیا ہے اور قرآن میں اسی کا ہم معنی صالحین کا لفظ استعمال ہوا ہے۔</w:t>
      </w:r>
    </w:p>
    <w:p>
      <w:r>
        <w:rPr>
          <w:b/>
        </w:rPr>
        <w:t xml:space="preserve">[41:09] </w:t>
      </w:r>
      <w:r>
        <w:t>yahan woh aala ma'rifat ke mutabiq zindagi guzarenge. insaan ke sath takhleeq ka yeh maamla behad nazuk maamla tha.</w:t>
      </w:r>
    </w:p>
    <w:p>
      <w:pPr>
        <w:jc w:val="right"/>
      </w:pPr>
      <w:r>
        <w:t>یہاں وہ اعلیٰ معرفت کے مطابق زندگی گزاریں گے۔ انسان کے ساتھ تخلیق کا یہ معاملہ بے حد نازک معاملہ تھا۔</w:t>
      </w:r>
    </w:p>
    <w:p>
      <w:r>
        <w:rPr>
          <w:b/>
        </w:rPr>
        <w:t xml:space="preserve">[41:19] </w:t>
      </w:r>
      <w:r>
        <w:t>yahan zaroori tha ke insaan ko sahi rehnumai ya right guidance mile jo insaan ko khaliq ke takhleeqi naqshay se ba-khabar kare aur yeh bataye ke insaan ke liye apni azaadi ko istemal karne ka durust la'ih-e-amal kya hai.</w:t>
      </w:r>
    </w:p>
    <w:p>
      <w:pPr>
        <w:jc w:val="right"/>
      </w:pPr>
      <w:r>
        <w:t>یہاں ضروری تھا کہ انسان کو صحیح رہنمائی یا رائٹ گائیڈنس ملے جو انسان کو خالق کے تخلیقی نقشے سے باخبر کرے اور یہ بتائے کہ انسان کے لیے اپنی آزادی کو استعمال کرنے کا درست لائحہ عمل کیا ہے۔</w:t>
      </w:r>
    </w:p>
    <w:p>
      <w:r>
        <w:rPr>
          <w:b/>
        </w:rPr>
        <w:t xml:space="preserve">[41:38] </w:t>
      </w:r>
      <w:r>
        <w:t>insaan ki yahi zaroorat hai jis ko poora karne ke liye Allah ne anbiya ya prophets bhejane ka silsila shuru kiya.</w:t>
      </w:r>
    </w:p>
    <w:p>
      <w:pPr>
        <w:jc w:val="right"/>
      </w:pPr>
      <w:r>
        <w:t>انسان کی یہی ضرورت ہے جس کو پورا کرنے کے لیے اللہ نے انبیاء یا پرافٹس بھیجنے کا سلسلہ شروع کیا۔</w:t>
      </w:r>
    </w:p>
    <w:p>
      <w:r>
        <w:rPr>
          <w:b/>
        </w:rPr>
        <w:t xml:space="preserve">[41:48] </w:t>
      </w:r>
      <w:r>
        <w:t>yeh anbiya mukammal taur par insaan the. albatta un ki khusoosiyat yeh thi ke khaliq ne taqreeban chaalees saal ki umar tak un ka jaiza lene ke baad yeh paya ke woh kar-e-nubowat ki anjaam dahi ke liye zehni aur akhlaqi aitbaar se la'iq ya competent fard hain.</w:t>
      </w:r>
    </w:p>
    <w:p>
      <w:pPr>
        <w:jc w:val="right"/>
      </w:pPr>
      <w:r>
        <w:t>یہ انبیاء مکمل طور پر انسان تھے۔ البتہ ان کی خصوصیت یہ تھی کہ خالق نے تقریباً چالیس سال کی عمر تک ان کا جائزہ لینے کے بعد یہ پایا کہ وہ کار نبوت کی انجام دہی کے لیے ذہنی اور اخلاقی اعتبار سے لائق یا کمپیٹنٹ فرد ہیں۔</w:t>
      </w:r>
    </w:p>
    <w:p>
      <w:r>
        <w:rPr>
          <w:b/>
        </w:rPr>
        <w:t xml:space="preserve">[42:14] </w:t>
      </w:r>
      <w:r>
        <w:t>is tarah har nabi ki infiradi khusoosiyat ki bina par is ka intikhab kiya gaya aur farishta jibril</w:t>
      </w:r>
    </w:p>
    <w:p>
      <w:pPr>
        <w:jc w:val="right"/>
      </w:pPr>
      <w:r>
        <w:t>اس طرح ہر نبی کی انفرادی خصوصیت کی بنا پر اس کا انتخاب کیا گیا اور فرشتہ جبرائیل</w:t>
      </w:r>
    </w:p>
    <w:p>
      <w:r>
        <w:rPr>
          <w:b/>
        </w:rPr>
        <w:t xml:space="preserve">[42:22] </w:t>
      </w:r>
      <w:r>
        <w:t>ke zariye khaliq ne un ko apni rehnumai wahi ke zariye bheji aur un par kitab nazil ki</w:t>
      </w:r>
    </w:p>
    <w:p>
      <w:pPr>
        <w:jc w:val="right"/>
      </w:pPr>
      <w:r>
        <w:t>کے ذریعے خالق نے ان کو اپنی رہنمائی وحی کے ذریعے بھیجی اور ان پر کتاب نازل کی</w:t>
      </w:r>
    </w:p>
    <w:p>
      <w:r>
        <w:rPr>
          <w:b/>
        </w:rPr>
        <w:t xml:space="preserve">[42:31] </w:t>
      </w:r>
      <w:r>
        <w:t>taakeh woh khaliq ke numainda ya representative ki hesiyat se insan ko durust rehnumai ya right guidance dein</w:t>
      </w:r>
    </w:p>
    <w:p>
      <w:pPr>
        <w:jc w:val="right"/>
      </w:pPr>
      <w:r>
        <w:t>تاکہ وہ خالق کے نمائندہ یا ریپریزنٹیٹیو کی حیثیت سے انسان کو درست رہنمائی یا رائٹ گائیڈنس دیں</w:t>
      </w:r>
    </w:p>
    <w:p>
      <w:r>
        <w:rPr>
          <w:b/>
        </w:rPr>
        <w:t xml:space="preserve">[42:41] </w:t>
      </w:r>
      <w:r>
        <w:t>aur phir insan un ki rehnumai ke muqable mein jo response de us ke record ko dekh kar</w:t>
      </w:r>
    </w:p>
    <w:p>
      <w:pPr>
        <w:jc w:val="right"/>
      </w:pPr>
      <w:r>
        <w:t>اور پھر انسان ان کی رہنمائی کے مقابلے میں جو رسپانس دے اس کے ریکارڈ کو دیکھ کر</w:t>
      </w:r>
    </w:p>
    <w:p>
      <w:r>
        <w:rPr>
          <w:b/>
        </w:rPr>
        <w:t xml:space="preserve">[42:49] </w:t>
      </w:r>
      <w:r>
        <w:t>har insan ke abdi mustaqbil ka faisla kiya jaye.</w:t>
      </w:r>
    </w:p>
    <w:p>
      <w:pPr>
        <w:jc w:val="right"/>
      </w:pPr>
      <w:r>
        <w:t>ہر انسان کے ابدی مستقبل کا فیصلہ کیا جائے۔</w:t>
      </w:r>
    </w:p>
    <w:p>
      <w:r>
        <w:rPr>
          <w:b/>
        </w:rPr>
        <w:t xml:space="preserve">[42:53] </w:t>
      </w:r>
      <w:r>
        <w:t>is haqeeqat ko quran mein in alfaz mein bayan kiya gaya hai: "rasool mubashireen</w:t>
      </w:r>
    </w:p>
    <w:p>
      <w:pPr>
        <w:jc w:val="right"/>
      </w:pPr>
      <w:r>
        <w:t>اس حقیقت کو قرآن میں ان الفاظ میں بیان کیا گیا ہے: "رسول مبشرین</w:t>
      </w:r>
    </w:p>
    <w:p>
      <w:r>
        <w:rPr>
          <w:b/>
        </w:rPr>
        <w:t xml:space="preserve">[42:59] </w:t>
      </w:r>
      <w:r>
        <w:t>wa munzireen li ay kun</w:t>
      </w:r>
    </w:p>
    <w:p>
      <w:pPr>
        <w:jc w:val="right"/>
      </w:pPr>
      <w:r>
        <w:t>و منذرین لعلیکون</w:t>
      </w:r>
    </w:p>
    <w:p>
      <w:r>
        <w:rPr>
          <w:b/>
        </w:rPr>
        <w:t xml:space="preserve">[43:03] </w:t>
      </w:r>
      <w:r>
        <w:t>lil nas ala Allah hujjata bad ar rusul" yani Allah ne rasoolon ko khushkhabri dene wala aur darane wala bana</w:t>
      </w:r>
    </w:p>
    <w:p>
      <w:pPr>
        <w:jc w:val="right"/>
      </w:pPr>
      <w:r>
        <w:t>للناس علی اللہ حجت بعد الرسل" یعنی اللہ نے رسولوں کو خوشخبری دینے والا اور ڈرانے والا بنا</w:t>
      </w:r>
    </w:p>
    <w:p>
      <w:r>
        <w:rPr>
          <w:b/>
        </w:rPr>
        <w:t xml:space="preserve">[43:14] </w:t>
      </w:r>
      <w:r>
        <w:t>kar bheja taakeh rasoolon ke baad logon ke pas Allah ke muqable mein koi hujjta baki na rahe.</w:t>
      </w:r>
    </w:p>
    <w:p>
      <w:pPr>
        <w:jc w:val="right"/>
      </w:pPr>
      <w:r>
        <w:t>کر بھیجا تاکہ رسولوں کے بعد لوگوں کے پاس اللہ کے مقابلے میں کوئی حجت باقی نہ رہے۔</w:t>
      </w:r>
    </w:p>
    <w:p>
      <w:r>
        <w:rPr>
          <w:b/>
        </w:rPr>
        <w:t xml:space="preserve">[43:24] </w:t>
      </w:r>
      <w:r>
        <w:t>inzar o tabshir ke alfaz se yeh baat wazeh hoti hai ke peghambaron ka mission khalis akhrawi mission</w:t>
      </w:r>
    </w:p>
    <w:p>
      <w:pPr>
        <w:jc w:val="right"/>
      </w:pPr>
      <w:r>
        <w:t>انظار و تبشیر کے الفاظ سے یہ بات واضح ہوتی ہے کہ پیغمبروں کا مشن خالص اخروی مشن</w:t>
      </w:r>
    </w:p>
    <w:p>
      <w:r>
        <w:rPr>
          <w:b/>
        </w:rPr>
        <w:t xml:space="preserve">[43:32] </w:t>
      </w:r>
      <w:r>
        <w:t>tha. un ke mission ka focus hamesha yeh hota tha ke insan ke liye woh kaun sa ravaiyya</w:t>
      </w:r>
    </w:p>
    <w:p>
      <w:pPr>
        <w:jc w:val="right"/>
      </w:pPr>
      <w:r>
        <w:t>تھا۔ ان کے مشن کا فوکس ہمیشہ یہ ہوتا تھا کہ انسان کے لیے وہ کون سا رویہ</w:t>
      </w:r>
    </w:p>
    <w:p>
      <w:r>
        <w:rPr>
          <w:b/>
        </w:rPr>
        <w:t xml:space="preserve">[43:40] </w:t>
      </w:r>
      <w:r>
        <w:t>hai jo us ko abdi jannat tak pohnchaney wala hai aur woh kaun sa ravaiyya hai jo us</w:t>
      </w:r>
    </w:p>
    <w:p>
      <w:pPr>
        <w:jc w:val="right"/>
      </w:pPr>
      <w:r>
        <w:t>ہے جو اس کو ابدی جنت تک پہنچانے والا ہے اور وہ کون سا رویہ ہے جو اس</w:t>
      </w:r>
    </w:p>
    <w:p>
      <w:r>
        <w:rPr>
          <w:b/>
        </w:rPr>
        <w:t xml:space="preserve">[43:46] </w:t>
      </w:r>
      <w:r>
        <w:t>ko is khatre yani rizq mein dalta hai ke agle daur hayat mein us ko abdi taur par</w:t>
      </w:r>
    </w:p>
    <w:p>
      <w:pPr>
        <w:jc w:val="right"/>
      </w:pPr>
      <w:r>
        <w:t>کو اس خطرے یعنی رزق میں ڈالتا ہے کہ اگلے دور حیات میں اس کو ابدی طور پر</w:t>
      </w:r>
    </w:p>
    <w:p>
      <w:r>
        <w:rPr>
          <w:b/>
        </w:rPr>
        <w:t xml:space="preserve">[43:53] </w:t>
      </w:r>
      <w:r>
        <w:t>jahannum walon ke sath shamil kiya jaye.</w:t>
      </w:r>
    </w:p>
    <w:p>
      <w:pPr>
        <w:jc w:val="right"/>
      </w:pPr>
      <w:r>
        <w:t>جہنم والوں کے ساتھ شامل کیا جائے۔</w:t>
      </w:r>
    </w:p>
    <w:p>
      <w:r>
        <w:rPr>
          <w:b/>
        </w:rPr>
        <w:t xml:space="preserve">[43:57] </w:t>
      </w:r>
      <w:r>
        <w:t>peghambaron ke zariye insaan ko jo rehnumai mili usoolan is ka khulasa do cheezen theen: nazariya-e-tauheed, ideology of tauheed, tareeqa-e-kaar yaani method.</w:t>
      </w:r>
    </w:p>
    <w:p>
      <w:pPr>
        <w:jc w:val="right"/>
      </w:pPr>
      <w:r>
        <w:t>پیغمبروں کے ذریعے انسان کو جو رہنمائی ملی اصولی طور پر اس کا خلاصہ دو چیزیں تھیں: نظریہ توحید، آئیڈیالوجی اف توحید، طریقہ کار یعنی میتھڈ۔</w:t>
      </w:r>
    </w:p>
    <w:p>
      <w:r>
        <w:rPr>
          <w:b/>
        </w:rPr>
        <w:t xml:space="preserve">[44:14] </w:t>
      </w:r>
      <w:r>
        <w:t>peghambarana tareeqa-e-kaar ek lafz mein ghair niza'i tareeqa-e-kaar yaani non confrontational method hai. nazariya aur tareeqa-e-kaar ke aitbaar se yahi do cheezen peghambaron ke zariye insaan ko deen gaein.</w:t>
      </w:r>
    </w:p>
    <w:p>
      <w:pPr>
        <w:jc w:val="right"/>
      </w:pPr>
      <w:r>
        <w:t>پیغمبرانہ طریقہ کار ایک لفظ میں غیر نزاعی طریقہ کار یعنی نان کنفرنٹیشنل میتھڈ ہے۔ نظریہ اور طریقہ کار کے اعتبار سے یہی دو چیزیں پیغمبروں کے ذریعے انسان کو دی گئیں۔</w:t>
      </w:r>
    </w:p>
    <w:p>
      <w:r>
        <w:rPr>
          <w:b/>
        </w:rPr>
        <w:t xml:space="preserve">[44:32] </w:t>
      </w:r>
      <w:r>
        <w:t>pehlay insaan aadam alaihis salam se le kar Muhammad bin Abdullah sallallahu alaihi wasallam tak ek lakh se ziyada peghambar insaan ki taraf aaye.</w:t>
      </w:r>
    </w:p>
    <w:p>
      <w:pPr>
        <w:jc w:val="right"/>
      </w:pPr>
      <w:r>
        <w:t>پہلے انسان آدم علیہ السلام سے لے کر محمد بن عبداللہ صلی اللہ علیہ وسلم تک ایک لاکھ سے زیادہ پیغمبر انسان کی طرف آئے۔</w:t>
      </w:r>
    </w:p>
    <w:p>
      <w:r>
        <w:rPr>
          <w:b/>
        </w:rPr>
        <w:t xml:space="preserve">[44:44] </w:t>
      </w:r>
      <w:r>
        <w:t>unhon ne insan ko bataya ke yeh zameen tumhare liye abadi qayamgah ya eternal habitat nahi hai balkeh yeh tumhare liye aik arzi qayamgah yani temporary aboard hai.</w:t>
      </w:r>
    </w:p>
    <w:p>
      <w:pPr>
        <w:jc w:val="right"/>
      </w:pPr>
      <w:r>
        <w:t>انہوں نے انسان کو بتایا کہ یہ زمین تمہارے لیے ابدی قیام گاہ یا ایٹرنل ہیبیٹیٹ نہیں ہے بلکہ یہ تمہارے لیے ایک عارضی قیام گاہ یعنی ٹیمپریری ابورڈ ہے۔</w:t>
      </w:r>
    </w:p>
    <w:p>
      <w:r>
        <w:rPr>
          <w:b/>
        </w:rPr>
        <w:t xml:space="preserve">[44:59] </w:t>
      </w:r>
      <w:r>
        <w:t>yahan tumhein yeh moqa diya gaya hai ke tum apni azadi ka sahi istemal kar ke apne aap ko jannat ka mustahiq yani deserving candidate banao aur tareekh insani ke khatme par jannat ki shakal mein apne matloob abadi habitat mein jagah pao.</w:t>
      </w:r>
    </w:p>
    <w:p>
      <w:pPr>
        <w:jc w:val="right"/>
      </w:pPr>
      <w:r>
        <w:t>یہاں تمہیں یہ موقع دیا گیا ہے کہ تم اپنی آزادی کا صحیح استعمال کر کے اپنے آپ کو جنت کا مستحق یعنی ڈیزرونگ کینڈیڈیٹ بناؤ اور تاریخ انسانی کے خاتمے پر جنت کی شکل میں اپنے مطلوب ابدی ہیبیٹیٹ میں جگہ پاؤ۔</w:t>
      </w:r>
    </w:p>
    <w:p>
      <w:r>
        <w:rPr>
          <w:b/>
        </w:rPr>
        <w:t xml:space="preserve">[45:20] </w:t>
      </w:r>
      <w:r>
        <w:t>saatvi sadi isvi mein Muhammad Arabi sallallahu alaihi wasallam ke zahoor ke baad anbiya ki aamad ka silsila khatam ho gaya magar khalq ke takhleeqi naqshe ke mutabiq insan phir bhi paida ho kar zameen par abad ho rahe thay.</w:t>
      </w:r>
    </w:p>
    <w:p>
      <w:pPr>
        <w:jc w:val="right"/>
      </w:pPr>
      <w:r>
        <w:t>ساتویں صدی عیسوی میں محمد عربی صلی اللہ علیہ وسلم کے ظہور کے بعد انبیاء کی آمد کا سلسلہ ختم ہو گیا مگر خالق کے تخلیقی نقشے کے مطابق انسان پھر بھی پیدا ہو کر زمین پر آباد ہو رہے تھے۔</w:t>
      </w:r>
    </w:p>
    <w:p>
      <w:r>
        <w:rPr>
          <w:b/>
        </w:rPr>
        <w:t xml:space="preserve">[45:39] </w:t>
      </w:r>
      <w:r>
        <w:t>ab yeh sawal tha ke baad ko paida hone wale insano tak khudaai rahnumai ki numaindagi kaun kare? saatvi sadi isvi mein khatam-e-nabuwat se pehle Khuda ki taraf se is rahnumai ki zimmedari peghambaron ne ada ki.</w:t>
      </w:r>
    </w:p>
    <w:p>
      <w:pPr>
        <w:jc w:val="right"/>
      </w:pPr>
      <w:r>
        <w:t>اب یہ سوال تھا کہ بعد کو پیدا ہونے والے انسانوں تک خدائی رہنمائی کی نمائندگی کون کرے؟ ساتویں صدی عیسوی میں ختم نبوت سے پہلے خدا کی طرف سے اس رہنمائی کی ذمہ داری پیغمبروں نے ادا کی۔</w:t>
      </w:r>
    </w:p>
    <w:p>
      <w:r>
        <w:rPr>
          <w:b/>
        </w:rPr>
        <w:t xml:space="preserve">[45:57] </w:t>
      </w:r>
      <w:r>
        <w:t>is aitbar se tamam peghambar ummat-e-wasta ya middle ummah ki hesiyat rakhte thay. un ke aik taraf Allah Rabbul Alameen tha aur un ke doosri taraf tamam insan.</w:t>
      </w:r>
    </w:p>
    <w:p>
      <w:pPr>
        <w:jc w:val="right"/>
      </w:pPr>
      <w:r>
        <w:t>اس اعتبار سے تمام پیغمبر امت وسط یا مڈل امہ کی حیثیت رکھتے تھے۔ ان کے ایک طرف اللہ رب العالمین تھا اور ان کے دوسری طرف تمام انسان۔</w:t>
      </w:r>
    </w:p>
    <w:p>
      <w:r>
        <w:rPr>
          <w:b/>
        </w:rPr>
        <w:t xml:space="preserve">[46:11] </w:t>
      </w:r>
      <w:r>
        <w:t>unhon ne is rahnumai ko Allah se liya aur pure maano mein naseeh aur ameen ban kar is ko insano tak pohanchaya.</w:t>
      </w:r>
    </w:p>
    <w:p>
      <w:pPr>
        <w:jc w:val="right"/>
      </w:pPr>
      <w:r>
        <w:t>انہوں نے اس رہنمائی کو اللہ سے لیا اور پورے معنوں میں ناصح اور امین بن کر اس کو انسانوں تک پہنچایا۔</w:t>
      </w:r>
    </w:p>
    <w:p>
      <w:r>
        <w:rPr>
          <w:b/>
        </w:rPr>
        <w:t xml:space="preserve">[46:22] </w:t>
      </w:r>
      <w:r>
        <w:t>peghambar-e-Islam sallallahu alaihi wasallam ki wafat 632 isvi mein Madine mein hui. aap Allah ke aakhri rasool thay.</w:t>
      </w:r>
    </w:p>
    <w:p>
      <w:pPr>
        <w:jc w:val="right"/>
      </w:pPr>
      <w:r>
        <w:t>پیغمبر اسلام صلی اللہ علیہ وسلم کی وفات 632 عیسوی میں مدینے میں ہوئی۔ آپ اللہ کے آخری رسول تھے۔</w:t>
      </w:r>
    </w:p>
    <w:p>
      <w:r>
        <w:rPr>
          <w:b/>
        </w:rPr>
        <w:t xml:space="preserve">[46:34] </w:t>
      </w:r>
      <w:r>
        <w:t>aap ne apne baad hidayat ke do mustanad zariye yani authentic sources chhode: aik Quran aur doosra Sunnat-e-Rasool.</w:t>
      </w:r>
    </w:p>
    <w:p>
      <w:pPr>
        <w:jc w:val="right"/>
      </w:pPr>
      <w:r>
        <w:t>آپ نے اپنے بعد ہدایت کے دو مستند ذریعے یعنی اتھینٹک سورسز چھوڑے: ایک قرآن اور دوسرا سنت رسول۔</w:t>
      </w:r>
    </w:p>
    <w:p>
      <w:r>
        <w:rPr>
          <w:b/>
        </w:rPr>
        <w:t xml:space="preserve">[46:45] </w:t>
      </w:r>
      <w:r>
        <w:t>ab koi peghambar duniya mein aane wala nahi hai lekin jahan tak peghambar ke mission ki baat hai woh badastoor jaari hai.</w:t>
      </w:r>
    </w:p>
    <w:p>
      <w:pPr>
        <w:jc w:val="right"/>
      </w:pPr>
      <w:r>
        <w:t>اب کوئی پیغمبر دنیا میں آنے والا نہیں ہے لیکن جہاں تک پیغمبر کے مشن کی بات ہے وہ بدستور جاری ہے۔</w:t>
      </w:r>
    </w:p>
    <w:p>
      <w:r>
        <w:rPr>
          <w:b/>
        </w:rPr>
        <w:t xml:space="preserve">[46:55] </w:t>
      </w:r>
      <w:r>
        <w:t>pehlay anbiya ki hesiyat ummat-e-wasta ki hoti thi. ab peghambar-e-aakhir-uz-zaman ke muttabi'een ki hesiyat ummat-e-wasta ki hai.</w:t>
      </w:r>
    </w:p>
    <w:p>
      <w:pPr>
        <w:jc w:val="right"/>
      </w:pPr>
      <w:r>
        <w:t>پہلے انبیاء کی حیثیت امت وسط کی ہوتی تھی۔ اب پیغمبر آخر الزماں کے متبعین کی حیثیت امت وسط کی ہے۔</w:t>
      </w:r>
    </w:p>
    <w:p>
      <w:r>
        <w:rPr>
          <w:b/>
        </w:rPr>
        <w:t xml:space="preserve">[47:04] </w:t>
      </w:r>
      <w:r>
        <w:t>is haqiqat ko Quran mein in alfaaz mein bayan kiya gaya hai: "Wa kadhalika ja'alnakum ummatan wasatan litakunu shuhadaa'a 'alan-naasi wa yakuna ar-rasoolu 'alaykum shaheeda" yani aur is tarah hum ne tum ko ummat-e-wasta bana diya taake tum ho batane wale logon par aur Rasool ho tum par batane wala.</w:t>
      </w:r>
    </w:p>
    <w:p>
      <w:pPr>
        <w:jc w:val="right"/>
      </w:pPr>
      <w:r>
        <w:t>اس حقیقت کو قرآن میں ان الفاظ میں بیان کیا گیا ہے: "وکذالک جعلناکم امت وسط لتکون شہداء علی الناس ویکون الرسول علیکم شہیدا" یعنی اور اس طرح ہم نے تم کو امت وسط بنا دیا تاکہ تم ہو بتانے والے لوگوں پر اور رسول ہو تم پر بتانے والا۔</w:t>
      </w:r>
    </w:p>
    <w:p>
      <w:r>
        <w:rPr>
          <w:b/>
        </w:rPr>
        <w:t xml:space="preserve">[47:34] </w:t>
      </w:r>
      <w:r>
        <w:t>ummat-e-wasta ka matlab beech ki ummat yani middle community hai. peghambar-e-Islam sallallahu alaihi wasallam ke muttabi'een sab ke sab ummat-e-Muhammadi hain.</w:t>
      </w:r>
    </w:p>
    <w:p>
      <w:pPr>
        <w:jc w:val="right"/>
      </w:pPr>
      <w:r>
        <w:t>امت وسط کا مطلب بیچ کی امت یعنی مڈل کمیونٹی ہے۔ پیغمبر اسلام صلی اللہ علیہ وسلم کے متبعین سب کے سب امت محمدی ہیں۔</w:t>
      </w:r>
    </w:p>
    <w:p>
      <w:r>
        <w:rPr>
          <w:b/>
        </w:rPr>
        <w:t xml:space="preserve">[47:46] </w:t>
      </w:r>
      <w:r>
        <w:t>unki hesiyat dobara ummat-e-wasta ki hai sirf is farq ke sath ke peghambar Khuda aur insan ke darmiyan ummat-e-wasta hotay thay.</w:t>
      </w:r>
    </w:p>
    <w:p>
      <w:pPr>
        <w:jc w:val="right"/>
      </w:pPr>
      <w:r>
        <w:t>ان کی حیثیت دوبارہ امت وسط کی ہے صرف اس فرق کے ساتھ کہ پیغمبر خدا اور انسان کے درمیان امت وسط ہوتے تھے۔</w:t>
      </w:r>
    </w:p>
    <w:p>
      <w:r>
        <w:rPr>
          <w:b/>
        </w:rPr>
        <w:t xml:space="preserve">[47:58] </w:t>
      </w:r>
      <w:r>
        <w:t>ab peghambar-e-aakhir-uz-zaman ke muttabi'een Muhammad bin Abdullah aur aqwaam-e-alam ke darmiyan ummat-e-wasta ki hesiyat rakhte hain.</w:t>
      </w:r>
    </w:p>
    <w:p>
      <w:pPr>
        <w:jc w:val="right"/>
      </w:pPr>
      <w:r>
        <w:t>اب پیغمبر آخر الزماں کے متبعین محمد بن عبداللہ اور اقوام عالم کے درمیان امت وسط کی حیثیت رکھتے ہیں۔</w:t>
      </w:r>
    </w:p>
    <w:p>
      <w:r>
        <w:rPr>
          <w:b/>
        </w:rPr>
        <w:t xml:space="preserve">[48:09] </w:t>
      </w:r>
      <w:r>
        <w:t>peghambar-e-aakhir-uz-zaman ki rahnumai ko janne ka zariya Quran aur Sunnat-e-Rasool hai. ummat ko yeh karna hai ke khalis mawzu'i ya objective andaaz mein woh Quran aur Sunnat-e-Rasool ka mutala'ah kare aur us ki taleemat ko kisi aamezish ke baghair puraman andaaz mein har daur ke insano tak pohanchati rahe.</w:t>
      </w:r>
    </w:p>
    <w:p>
      <w:pPr>
        <w:jc w:val="right"/>
      </w:pPr>
      <w:r>
        <w:t>پیغمبر آخر الزماں کی رہنمائی کو جاننے کا ذریعہ قرآن اور سنت رسول ہے۔ امت کو یہ کرنا ہے کہ خالص موضوعی یا ابجیکٹو انداز میں وہ قرآن اور سنت رسول کا مطالعہ کرے اور اس کی تعلیمات کو کسی آمیزش کے بغیر پرامن انداز میں ہر دور کے انسانوں تک پہنچاتی رہے۔</w:t>
      </w:r>
    </w:p>
    <w:p>
      <w:r>
        <w:rPr>
          <w:b/>
        </w:rPr>
        <w:t xml:space="preserve">[48:35] </w:t>
      </w:r>
      <w:r>
        <w:t>yeh kaam is ko tamam aqwaam ki qabil-e-fahm zaban mein karna hai jaisa ke Quran mein aaya hai: "Wa ma arsalna min rasoolin illa bi lisani qawmihi li yubayyina lahum" is ki practical soorat yeh hai ke Quran ke tarajim tayyar kar ke un ko sari duniya mein phailaya jaye yahan tak ke hadith ke mutabiq woh har chote aur bade ghar mein pohanch jaye.</w:t>
      </w:r>
    </w:p>
    <w:p>
      <w:pPr>
        <w:jc w:val="right"/>
      </w:pPr>
      <w:r>
        <w:t>یہ کام اس کو تمام اقوام کی قابل فہم زبان میں کرنا ہے جیسا کہ قرآن میں آیا ہے: "وما أرسلنا من رسول إلا بلسان قومه ليبین لہم" اس کی پریکٹیکل صورت یہ ہے کہ قرآن کے تراجم تیار کر کے ان کو ساری دنیا میں پھیلایا جائے یہاں تک کہ حدیث کے مطابق وہ ہر چھوٹے اور بڑے گھر میں پہنچ جائے۔</w:t>
      </w:r>
    </w:p>
    <w:p>
      <w:r>
        <w:rPr>
          <w:b/>
        </w:rPr>
        <w:t xml:space="preserve">[49:04] </w:t>
      </w:r>
      <w:r>
        <w:t>yahi ummat-e-Muhammadi ka abadi mission hai. khulasa yeh hai ke ummat-e-Muhammadi ki hesiyat se musalmanon ka aik hi mission hai aur woh hai da'wat ilallah.</w:t>
      </w:r>
    </w:p>
    <w:p>
      <w:pPr>
        <w:jc w:val="right"/>
      </w:pPr>
      <w:r>
        <w:t>یہی امت محمدی کا ابدی مشن ہے۔ خلاصہ یہ ہے کہ امت محمدی کی حیثیت سے مسلمانوں کا ایک ہی مشن ہے اور وہ ہے دعوت الی اللہ۔</w:t>
      </w:r>
    </w:p>
    <w:p>
      <w:r>
        <w:rPr>
          <w:b/>
        </w:rPr>
        <w:t xml:space="preserve">[49:19] </w:t>
      </w:r>
      <w:r>
        <w:t>da'wat ka yeh puraman kaam mukammal taur par ghair siyasat yani non-political aur ghair qaumi non-communal andaaz mein karna hai.</w:t>
      </w:r>
    </w:p>
    <w:p>
      <w:pPr>
        <w:jc w:val="right"/>
      </w:pPr>
      <w:r>
        <w:t>دعوت کا یہ پرامن کام مکمل طور پر غیر سیاسی یعنی نان پولیٹیکل اور غیر قومی نان کمیونل انداز میں کرنا ہے۔</w:t>
      </w:r>
    </w:p>
    <w:p>
      <w:r>
        <w:rPr>
          <w:b/>
        </w:rPr>
        <w:t xml:space="preserve">[49:29] </w:t>
      </w:r>
      <w:r>
        <w:t>mazeed yeh ke is kaam ko is usool ke tehat anjam dena chahiye jis ko Quran mein talif-e-qalb kaha gaya hai. talif-e-qalb aik abadi usool hai.</w:t>
      </w:r>
    </w:p>
    <w:p>
      <w:pPr>
        <w:jc w:val="right"/>
      </w:pPr>
      <w:r>
        <w:t>مزید یہ کہ اس کام کو اس اصول کے تحت انجام دینا چاہیے جس کو قرآن میں تالیف قلب کہا گیا ہے۔ تالیف قلب ایک ابدی اصول ہے۔</w:t>
      </w:r>
    </w:p>
    <w:p>
      <w:r>
        <w:rPr>
          <w:b/>
        </w:rPr>
        <w:t xml:space="preserve">[49:41] </w:t>
      </w:r>
      <w:r>
        <w:t>woh kabhi aur kisi haal mein mansookh hone wala nahi.</w:t>
      </w:r>
    </w:p>
    <w:p>
      <w:pPr>
        <w:jc w:val="right"/>
      </w:pPr>
      <w:r>
        <w:t>وہ کبھی اور کسی حال میں منسوخ ہونے والا نہیں۔</w:t>
      </w:r>
    </w:p>
    <w:p>
      <w:r>
        <w:rPr>
          <w:b/>
        </w:rPr>
        <w:t xml:space="preserve">[49:51] </w:t>
      </w:r>
      <w:r>
        <w:t>quran fehmi quran fehmi ke bare mein quran ki ek ayat in alfaz mein aayi hai: "kitab anzalna</w:t>
      </w:r>
    </w:p>
    <w:p>
      <w:pPr>
        <w:jc w:val="right"/>
      </w:pPr>
      <w:r>
        <w:t>قرآن فہمی قرآن فہمی کے بارے میں قرآن کی ایک آیت ان الفاظ میں آئی ہے: "کتاب انزلنا</w:t>
      </w:r>
    </w:p>
    <w:p>
      <w:r>
        <w:rPr>
          <w:b/>
        </w:rPr>
        <w:t xml:space="preserve">[50:01] </w:t>
      </w:r>
      <w:r>
        <w:t>ilayka mubarak ayatuho</w:t>
      </w:r>
    </w:p>
    <w:p>
      <w:pPr>
        <w:jc w:val="right"/>
      </w:pPr>
      <w:r>
        <w:t>الیک مبارک آیاتہ</w:t>
      </w:r>
    </w:p>
    <w:p>
      <w:r>
        <w:rPr>
          <w:b/>
        </w:rPr>
        <w:t xml:space="preserve">[50:09] </w:t>
      </w:r>
      <w:r>
        <w:t>wa li yatazakkar ulul albab" yani yeh ek babarkat kitab hai jo hum ne tumhari taraf utari hai taakeh log</w:t>
      </w:r>
    </w:p>
    <w:p>
      <w:pPr>
        <w:jc w:val="right"/>
      </w:pPr>
      <w:r>
        <w:t>ولیتذکر اول الالباب" یعنی یہ ایک بابرکت کتاب ہے جو ہم نے تمہاری طرف اتاری ہے تاکہ لوگ</w:t>
      </w:r>
    </w:p>
    <w:p>
      <w:r>
        <w:rPr>
          <w:b/>
        </w:rPr>
        <w:t xml:space="preserve">[50:17] </w:t>
      </w:r>
      <w:r>
        <w:t>is ki ayaton par ghaur karein aur taakeh aqal wale is se naseehat hasil karein.</w:t>
      </w:r>
    </w:p>
    <w:p>
      <w:pPr>
        <w:jc w:val="right"/>
      </w:pPr>
      <w:r>
        <w:t>اس کی آیتوں پر غور کریں اور تاکہ عقل والے اس سے نصیحت حاصل کریں۔</w:t>
      </w:r>
    </w:p>
    <w:p>
      <w:r>
        <w:rPr>
          <w:b/>
        </w:rPr>
        <w:t xml:space="preserve">[50:23] </w:t>
      </w:r>
      <w:r>
        <w:t>Quran ki is ayat mein aqal wale se murad degree wale ya degree holders nahi hain. is ka matlab yeh nahi hai ke Quran ko sirf wohi log samjhenge jo maroof maano mein scholar hon ya jinhon ne taleemi idaron se degree hasil ki ho.</w:t>
      </w:r>
    </w:p>
    <w:p>
      <w:pPr>
        <w:jc w:val="right"/>
      </w:pPr>
      <w:r>
        <w:t>قرآن کی اس آیت میں عقل والے سے مراد ڈگری والے یا ڈگری ہولڈرز نہیں ہیں۔ اس کا مطلب یہ نہیں ہے کہ قرآن کو صرف وہی لوگ سمجھیں گے جو معروف معنوں میں سکالر ہوں یا جنہوں نے تعلیمی اداروں سے ڈگری حاصل کی ہو۔</w:t>
      </w:r>
    </w:p>
    <w:p>
      <w:r>
        <w:rPr>
          <w:b/>
        </w:rPr>
        <w:t xml:space="preserve">[50:43] </w:t>
      </w:r>
      <w:r>
        <w:t>is ka matlab sirf yeh hai ke Quran ko is ke gehre mafhoom ke aitbar se sirf woh log samajhte hain jo sanjeeda hon, jo Quran ki ayaton par ghaur karein aur jo apni khudadad aqal ko istemal kar ke is ko samajhne ki koshish karein.</w:t>
      </w:r>
    </w:p>
    <w:p>
      <w:pPr>
        <w:jc w:val="right"/>
      </w:pPr>
      <w:r>
        <w:t>اس کا مطلب صرف یہ ہے کہ قرآن کو اس کے گہرے مفہوم کے اعتبار سے صرف وہ لوگ سمجھتے ہیں جو سنجیدہ ہوں، جو قرآن کی آیتوں پر غور کریں اور جو اپنی خداداد عقل کو استعمال کر کے اس کو سمجھنے کی کوشش کریں۔</w:t>
      </w:r>
    </w:p>
    <w:p>
      <w:r>
        <w:rPr>
          <w:b/>
        </w:rPr>
        <w:t xml:space="preserve">[51:05] </w:t>
      </w:r>
      <w:r>
        <w:t>yahi log hain jo Quran ke gehre maani tak pohancheinge aur Quran ke paigham ko samajh kar is se naseehat hasil kareinge.</w:t>
      </w:r>
    </w:p>
    <w:p>
      <w:pPr>
        <w:jc w:val="right"/>
      </w:pPr>
      <w:r>
        <w:t>یہی لوگ ہیں جو قرآن کے گہرے معنی تک پہنچیں گے اور قرآن کے پیغام کو سمجھ کر اس سے نصیحت حاصل کریں گے۔</w:t>
      </w:r>
    </w:p>
    <w:p>
      <w:r>
        <w:rPr>
          <w:b/>
        </w:rPr>
        <w:t xml:space="preserve">[51:16] </w:t>
      </w:r>
      <w:r>
        <w:t>Quran fitrat ki zaban mein hai. is haqiqat ko Quran mein in alfaaz mein bayan kiya gaya hai: "Bal huwa ayatum bayyinatun fi sudoor-il-ladheena ootul 'ilm" yani balkeh yeh khuli hui ayatein hain un logon ke seenon mein jin ko ilm ata hua hai.</w:t>
      </w:r>
    </w:p>
    <w:p>
      <w:pPr>
        <w:jc w:val="right"/>
      </w:pPr>
      <w:r>
        <w:t>قرآن فطرت کی زبان میں ہے۔ اس حقیقت کو قرآن میں ان الفاظ میں بیان کیا گیا ہے: "بل ہوا آیات بینات فی صدور الذین اوت العلم" یعنی بلکہ یہ کھلی ہوئی آیتیں ہیں ان لوگوں کے سینوں میں جن کو علم عطا ہوا ہے۔</w:t>
      </w:r>
    </w:p>
    <w:p>
      <w:r>
        <w:rPr>
          <w:b/>
        </w:rPr>
        <w:t xml:space="preserve">[51:40] </w:t>
      </w:r>
      <w:r>
        <w:t>haqeeqat yeh hai ke aadmi agar sanjeeda ho woh apni aql fitrat ko zinda rakhe, woh ta'assub se pak ho kar quran ki aayaton par ghaur kare, is ke andar qabooliyat ya acceptance ka mizaj ho to yaqeenan woh quran ki rooh tak pounch jayega.</w:t>
      </w:r>
    </w:p>
    <w:p>
      <w:pPr>
        <w:jc w:val="right"/>
      </w:pPr>
      <w:r>
        <w:t>حقیقت یہ ہے کہ آدمی اگر سنجیدہ ہو وہ اپنی عقل فطرت کو زندہ رکھے، وہ تعصب سے پاک ہو کر قرآن کی آیتوں پر غور کرے، اس کے اندر قبولیت یا ایکسیپٹنس کا مزاج ہو تو یقینا وہ قرآن کی روح تک پہنچ جائے گا۔</w:t>
      </w:r>
    </w:p>
    <w:p>
      <w:r>
        <w:rPr>
          <w:b/>
        </w:rPr>
        <w:t xml:space="preserve">[52:01] </w:t>
      </w:r>
      <w:r>
        <w:t>woh quraani aayaton ke gehre ma'ani ko daryaft kar lega. quran ki ek aur aayat mein taqwa ko ilm ka zariya bataya gaya hai.</w:t>
      </w:r>
    </w:p>
    <w:p>
      <w:pPr>
        <w:jc w:val="right"/>
      </w:pPr>
      <w:r>
        <w:t>وہ قرآنی آیتوں کے گہرے معنی کو دریافت کر لے گا۔ قرآن کی ایک اور آیت میں تقویٰ کو علم کا ذریعہ بتایا گیا ہے۔</w:t>
      </w:r>
    </w:p>
    <w:p>
      <w:r>
        <w:rPr>
          <w:b/>
        </w:rPr>
        <w:t xml:space="preserve">[52:11] </w:t>
      </w:r>
      <w:r>
        <w:t>yahan mutaqqi se murad woh insaan hai jo haqeeqi ma'non mein sachai ka mutallashi ya seeker ho, jis ke imaan ne is ko nafsiyaati pecheedgi se pak rooh ya complex free soul bana diya ho, jis ke liye sachai is ka sab se bara concern bana hua ho.</w:t>
      </w:r>
    </w:p>
    <w:p>
      <w:pPr>
        <w:jc w:val="right"/>
      </w:pPr>
      <w:r>
        <w:t>یہاں متقی سے مراد وہ انسان ہے جو حقیقی معنوں میں سچائی کا متلاشی یا سیکھر ہو، جس کے ایمان نے اس کو نفسیاتی پیچیدگی سے پاک روح یا کمپلیکس فری سول بنا دیا ہو، جس کے لیے سچائی اس کا سب سے بڑا کنسرن بنا ہوا ہو۔</w:t>
      </w:r>
    </w:p>
    <w:p>
      <w:r>
        <w:rPr>
          <w:b/>
        </w:rPr>
        <w:t xml:space="preserve">[52:38] </w:t>
      </w:r>
      <w:r>
        <w:t>quran o sunnat ke ajayeb hadees ki kitabon mein quran ke fazail ke baray mein ek riwayat naqal ki gayi hai. is ka ek hissa yeh hai: "la tanqadi ajayebuhu" sunan al-tirmidhi yaani quran ke ajayeb kabhi khatam na honge.</w:t>
      </w:r>
    </w:p>
    <w:p>
      <w:pPr>
        <w:jc w:val="right"/>
      </w:pPr>
      <w:r>
        <w:t>قرآن و سنت کے عجائب حدیث کی کتابوں میں قرآن کے فضائل کے بارے میں ایک روایت نقل کی گئی ہے۔ اس کا ایک حصہ یہ ہے: "لا تنقضی عجائبہ" سنن الترمذی یعنی قرآن کے عجائب کبھی ختم نہ ہوں گے۔</w:t>
      </w:r>
    </w:p>
    <w:p>
      <w:r>
        <w:rPr>
          <w:b/>
        </w:rPr>
        <w:t xml:space="preserve">[52:58] </w:t>
      </w:r>
      <w:r>
        <w:t>is hadees mein ajayeb ka lafz kisi purasrar ma'ni mein nahi hai balkeh woh is ma'ni mein hai ke har soorat-e-haal ke liye quran mein hamesha rehnumai maujood rahegi.</w:t>
      </w:r>
    </w:p>
    <w:p>
      <w:pPr>
        <w:jc w:val="right"/>
      </w:pPr>
      <w:r>
        <w:t>اس حدیث میں عجائب کا لفظ کسی پراسرار معنی میں نہیں ہے بلکہ وہ اس معنی میں ہے کہ ہر صورتحال کے لیے قرآن میں ہمیشہ رہنمائی موجود رہے گی۔</w:t>
      </w:r>
    </w:p>
    <w:p>
      <w:r>
        <w:rPr>
          <w:b/>
        </w:rPr>
        <w:t xml:space="preserve">[53:11] </w:t>
      </w:r>
      <w:r>
        <w:t>yehi baat sunnat-e-rasool ke liye bhi durust hai. goya is hadees ka poora mafhoom yeh hai: "la tanqadi ajayeb al-qurani wa sunnah" quran o sunnat ke ajayeb kabhi khatam na honge.</w:t>
      </w:r>
    </w:p>
    <w:p>
      <w:pPr>
        <w:jc w:val="right"/>
      </w:pPr>
      <w:r>
        <w:t>یہی بات سنت رسول کے لیے بھی درست ہے۔ گویا اس حدیث کا پورا مفہوم یہ ہے: "لا تنقضی عجائب القرآنی وسنہ" قرآن و سنت کے عجائبات کبھی ختم نہ ہوں گے۔</w:t>
      </w:r>
    </w:p>
    <w:p>
      <w:r>
        <w:rPr>
          <w:b/>
        </w:rPr>
        <w:t xml:space="preserve">[53:29] </w:t>
      </w:r>
      <w:r>
        <w:t>is hadees ka matlab yeh hai ke fitrat ke qanoon ke mutabiq dunya ke halaat hamesha badalte rahenge lekin ahl-e-ilm ke liye hamesha yeh mumkin rahega ke quran o sunnat ki nayi tatbeeqat ya new applications daryaft kar ke har soorat-e-haal par quran o hadees ki taleemat ko muntaqiq karein.</w:t>
      </w:r>
    </w:p>
    <w:p>
      <w:pPr>
        <w:jc w:val="right"/>
      </w:pPr>
      <w:r>
        <w:t>اس حدیث کا مطلب یہ ہے کہ فطرت کے قانون کے مطابق دنیا کے حالات ہمیشہ بدلتے رہیں گے لیکن اہل علم کے لیے ہمیشہ یہ ممکن رہے گا کہ قرآن و سنت کی نئی تطبیقات یا نیو ایپلیکیشنز دریافت کر کے ہر صورتحال پر قرآن و حدیث کی تعلیمات کو منطبق کریں۔</w:t>
      </w:r>
    </w:p>
    <w:p>
      <w:r>
        <w:rPr>
          <w:b/>
        </w:rPr>
        <w:t xml:space="preserve">[53:53] </w:t>
      </w:r>
      <w:r>
        <w:t>woh har badle hue halaat mein quran o sunnat se rehnumai haasil karte rahen. yeh mazeed rehnumai ijtihad ke zariye haasil hogi yaani ummat ke ahl-e-ilm har baar ijtihadi zehen ke sath ghaur o fikr karenge aur har badle hue halaat mein quran ka intibaq ya application daryaft kar lenge.</w:t>
      </w:r>
    </w:p>
    <w:p>
      <w:pPr>
        <w:jc w:val="right"/>
      </w:pPr>
      <w:r>
        <w:t>وہ ہر بدلے ہوئے حالات میں قرآن و سنت سے رہنمائی حاصل کرتے رہیں۔ یہ مزید رہنمائی اجتہاد کے ذریعے حاصل ہوگی یعنی امت کے اہل علم ہر بار اجتہادی ذہن کے ساتھ غور و فکر کریں گے اور ہر بدلے ہوئے حالات میں قرآن کا انطباق یا ایپلیکیشن دریافت کر لیں گے۔</w:t>
      </w:r>
    </w:p>
    <w:p>
      <w:r>
        <w:rPr>
          <w:b/>
        </w:rPr>
        <w:t xml:space="preserve">[54:18] </w:t>
      </w:r>
      <w:r>
        <w:t>is tarah ummat kabhi rabbani rehnumai se khaali nahi hogi. ijtihad yaqeenan is maslay ka hal hai lekin ijtihad ki do soortein hain: ek hai taqleedi zehen ke sath ijtihad karna aur doosra hai takhleeqi zehen ke sath ijtihad karna.</w:t>
      </w:r>
    </w:p>
    <w:p>
      <w:pPr>
        <w:jc w:val="right"/>
      </w:pPr>
      <w:r>
        <w:t>اس طرح امت کبھی ربانی رہنمائی سے خالی نہیں ہوگی۔ اجتہاد یقینی طور پر اس مسئلے کا حل ہے لیکن اجتہاد کی دو صورتیں ہیں: ایک ہے تقلیدی ذہن کے ساتھ اجتہاد کرنا اور دوسرا ہے تخلیقی ذہن کے ساتھ اجتہاد کرنا۔</w:t>
      </w:r>
    </w:p>
    <w:p>
      <w:r>
        <w:rPr>
          <w:b/>
        </w:rPr>
        <w:t xml:space="preserve">[54:40] </w:t>
      </w:r>
      <w:r>
        <w:t>taqleedi zehen ke sath ijtihad ka faida mahdood rahega. ijtihad ka poora faida ummat ko sirf is waqt milega jabkeh takhleeqi zehen ke sath ijtihad kiya jaye.</w:t>
      </w:r>
    </w:p>
    <w:p>
      <w:pPr>
        <w:jc w:val="right"/>
      </w:pPr>
      <w:r>
        <w:t>تقلیدی ذہن کے ساتھ اجتہاد کا فائدہ محدود رہے گا۔ اجتہاد کا پورا فائدہ امت کو صرف اس وقت ملے گا جبکہ تخلیقی ذہن کے ساتھ اجتہاد کیا جائے۔</w:t>
      </w:r>
    </w:p>
    <w:p>
      <w:r>
        <w:rPr>
          <w:b/>
        </w:rPr>
        <w:t xml:space="preserve">[54:55] </w:t>
      </w:r>
      <w:r>
        <w:t>takhleeqi zehen ke sath ijtihad yeh hai ke mujtahid ko ek taraf quran o sunnat ka ilm ho aur doosri taraf woh hadees ke mutabiq baseerat-e-zamana ki salahiyat rakhta ho.</w:t>
      </w:r>
    </w:p>
    <w:p>
      <w:pPr>
        <w:jc w:val="right"/>
      </w:pPr>
      <w:r>
        <w:t>تخلیقی ذہن کے ساتھ اجتہاد یہ ہے کہ مجتہد کو ایک طرف قرآن و سنت کا علم ہو اور دوسری طرف وہ حدیث کے مطابق بصیرت زمانہ کی صلاحیت رکھتا ہو۔</w:t>
      </w:r>
    </w:p>
    <w:p>
      <w:r>
        <w:rPr>
          <w:b/>
        </w:rPr>
        <w:t xml:space="preserve">[55:10] </w:t>
      </w:r>
      <w:r>
        <w:t>woh khaali-uz-zehan ho kar zamanay ke halaat se waqifiyat haasil kare.</w:t>
      </w:r>
    </w:p>
    <w:p>
      <w:pPr>
        <w:jc w:val="right"/>
      </w:pPr>
      <w:r>
        <w:t>وہ خالی الذہن ہو کر زمانے کے حالات سے واقفیت حاصل کرے۔</w:t>
      </w:r>
    </w:p>
    <w:p>
      <w:r>
        <w:rPr>
          <w:b/>
        </w:rPr>
        <w:t xml:space="preserve">[55:21] </w:t>
      </w:r>
      <w:r>
        <w:t>takrar ki haqeeqat quran ke baray mein kaha jata hai ke is mein mazameen ki takrar hai. is mauzu par bohat ziyada kitabein aur mazameen likhe gaye.</w:t>
      </w:r>
    </w:p>
    <w:p>
      <w:pPr>
        <w:jc w:val="right"/>
      </w:pPr>
      <w:r>
        <w:t>تکرار کی حقیقت قرآن کے بارے میں کہا جاتا ہے کہ اس میں مضامین کی تکرار ہے۔ اس موضوع پر بہت زیادہ کتابیں اور مضامین لکھے گئے۔</w:t>
      </w:r>
    </w:p>
    <w:p>
      <w:r>
        <w:rPr>
          <w:b/>
        </w:rPr>
        <w:t xml:space="preserve">[55:33] </w:t>
      </w:r>
      <w:r>
        <w:t>misalan ek mazmoon yeh hai: "al-takrar fi al-quran al-kareem anwa'uhu wa fawa'iduhu" yeh maqala ek arab aalim Muhammad Salih Al-Munajjid ka likha hua hai aur woh internet par maujood hai.</w:t>
      </w:r>
    </w:p>
    <w:p>
      <w:pPr>
        <w:jc w:val="right"/>
      </w:pPr>
      <w:r>
        <w:t>مثلاً ایک مضمون یہ ہے: "التکرار فی القرآن الکریم انواعہ وفوائدہ" یہ مقالہ ایک عرب عالم محمد صالح المنجد کا لکھا ہوا ہے اور وہ انٹرنیٹ پر موجود ہے۔</w:t>
      </w:r>
    </w:p>
    <w:p>
      <w:r>
        <w:rPr>
          <w:b/>
        </w:rPr>
        <w:t xml:space="preserve">[55:50] </w:t>
      </w:r>
      <w:r>
        <w:t>muqarrarat-e-quran ke baray mein ibn taimiyah ne likha hai: "wa laisa fi al-qurani takrarun mahdun bal la budda min fawa'idin fi kulli khitab" majmu' al-fatawa yaani quran mein jo muqarrarat hain woh takrar-e-mahz nahi balkeh hamesha har takrar mein koi faida matloob hota hai.</w:t>
      </w:r>
    </w:p>
    <w:p>
      <w:pPr>
        <w:jc w:val="right"/>
      </w:pPr>
      <w:r>
        <w:t>مقررات القرآن کے بارے میں ابن تیمیہ نے لکھا ہے: "ولیس فی القرآن تکرار محض بل لابد من فوائد فی کلی خطاب" مجموع الفتاوی یعنی قرآن میں جو مقررات ہیں وہ تکرار محض نہیں بلکہ ہمیشہ ہر تکرار میں کوئی فائدہ مطلوب ہوتا ہے۔</w:t>
      </w:r>
    </w:p>
    <w:p>
      <w:r>
        <w:rPr>
          <w:b/>
        </w:rPr>
        <w:t xml:space="preserve">[56:14] </w:t>
      </w:r>
      <w:r>
        <w:t>asal yeh hai ke alfaaz apne lughwi ma'ni ke aitbar se mahdood hote hain lekin apni ma'nawiyat ke aitbar se koi lafz mahdood nahi hota.</w:t>
      </w:r>
    </w:p>
    <w:p>
      <w:pPr>
        <w:jc w:val="right"/>
      </w:pPr>
      <w:r>
        <w:t>اصل یہ ہے کہ الفاظ اپنے لغوی معنی کے اعتبار سے محدود ہوتے ہیں لیکن اپنی معنویت کے اعتبار سے کوئی لفظ محدود نہیں ہوتا۔</w:t>
      </w:r>
    </w:p>
    <w:p>
      <w:r>
        <w:rPr>
          <w:b/>
        </w:rPr>
        <w:t xml:space="preserve">[56:26] </w:t>
      </w:r>
      <w:r>
        <w:t>jab bhi kisi haqeeqat ka bayan kiya jayega to alfaaz mein is ka bayan hoga lekin ma'ni ke aitbar se is ke pehlu bohat ziyada ho sakte hain.</w:t>
      </w:r>
    </w:p>
    <w:p>
      <w:pPr>
        <w:jc w:val="right"/>
      </w:pPr>
      <w:r>
        <w:t>جب بھی کسی حقیقت کا بیان کیا جائے گا تو الفاظ میں اس کا بیان ہوگا لیکن معنی کے اعتبار سے اس کے پہلو بہت زیادہ ہو سکتے ہیں۔</w:t>
      </w:r>
    </w:p>
    <w:p>
      <w:r>
        <w:rPr>
          <w:b/>
        </w:rPr>
        <w:t xml:space="preserve">[56:37] </w:t>
      </w:r>
      <w:r>
        <w:t>zahiri alfaaz ke aitbar se khwah koi bayan mahdood nawiyat ka ho lekin apne ma'ni ke aitbar se woh mutadid pehlu ka hamil hoga.</w:t>
      </w:r>
    </w:p>
    <w:p>
      <w:pPr>
        <w:jc w:val="right"/>
      </w:pPr>
      <w:r>
        <w:t>ظاہری الفاظ کے اعتبار سے خواہ کوئی بیان محدود نوعیت کا ہو لیکن اپنے معنی کے اعتبار سے وہ متعدد پہلو کا حامل ہوگا۔</w:t>
      </w:r>
    </w:p>
    <w:p>
      <w:r>
        <w:rPr>
          <w:b/>
        </w:rPr>
        <w:t xml:space="preserve">[56:48] </w:t>
      </w:r>
      <w:r>
        <w:t>yeh mutadid pehlu hamesha tadabbur aur ghaur o fikr se maloom hote hain.</w:t>
      </w:r>
    </w:p>
    <w:p>
      <w:pPr>
        <w:jc w:val="right"/>
      </w:pPr>
      <w:r>
        <w:t>یہ متعدد پہلو ہمیشہ تدبر اور غور و فکر سے معلوم ہوتے ہیں۔</w:t>
      </w:r>
    </w:p>
    <w:p>
      <w:r>
        <w:rPr>
          <w:b/>
        </w:rPr>
        <w:t xml:space="preserve">[56:54] </w:t>
      </w:r>
      <w:r>
        <w:t>is mamle ki wazahat quran ki ek ayat se hoti hai: "wa kadhalik</w:t>
      </w:r>
    </w:p>
    <w:p>
      <w:pPr>
        <w:jc w:val="right"/>
      </w:pPr>
      <w:r>
        <w:t>اس معاملے کی وضاحت قرآن کی ایک آیت سے ہوتی ہے: "وکذالک</w:t>
      </w:r>
    </w:p>
    <w:p>
      <w:r>
        <w:rPr>
          <w:b/>
        </w:rPr>
        <w:t xml:space="preserve">[57:00] </w:t>
      </w:r>
      <w:r>
        <w:t>anzalna qurana arabiyyan wa sarrafna fihi min al waeed la allayum yattaqoon aw yuhdith lahum zikra" aur isi tarah hum ne</w:t>
      </w:r>
    </w:p>
    <w:p>
      <w:pPr>
        <w:jc w:val="right"/>
      </w:pPr>
      <w:r>
        <w:t>انزلنا قرآن عربی وصرفنا فیہ من الوعید لعلہم یتقون او یحدث لہم ذکرا" اور اسی طرح ہم نے</w:t>
      </w:r>
    </w:p>
    <w:p>
      <w:r>
        <w:rPr>
          <w:b/>
        </w:rPr>
        <w:t xml:space="preserve">[57:14] </w:t>
      </w:r>
      <w:r>
        <w:t>arabi ka quran utara hai aur is mein hum ne har tarah se waeed bayan ki hai taakeh</w:t>
      </w:r>
    </w:p>
    <w:p>
      <w:pPr>
        <w:jc w:val="right"/>
      </w:pPr>
      <w:r>
        <w:t>عربی کا قرآن اتارا ہے اور اس میں ہم نے ہر طرح سے وعید بیان کی ہے تاکہ</w:t>
      </w:r>
    </w:p>
    <w:p>
      <w:r>
        <w:rPr>
          <w:b/>
        </w:rPr>
        <w:t xml:space="preserve">[57:21] </w:t>
      </w:r>
      <w:r>
        <w:t>log darain ya woh un ke dil mein koi soch daalein.</w:t>
      </w:r>
    </w:p>
    <w:p>
      <w:pPr>
        <w:jc w:val="right"/>
      </w:pPr>
      <w:r>
        <w:t>لوگ ڈریں یا وہ ان کے دل میں کوئی سوچ ڈال دیں۔</w:t>
      </w:r>
    </w:p>
    <w:p>
      <w:r>
        <w:rPr>
          <w:b/>
        </w:rPr>
        <w:t xml:space="preserve">[57:25] </w:t>
      </w:r>
      <w:r>
        <w:t>quran ki is aayat ka matlab yeh hai ke jab quran mein koi baat muqarrar bayan ki jaye to is ka pehla maqsad yaad-dahani hota hai yaani yeh ke aadmi bhooli hui baat ko dobara yaad kare aur is mein sabak ka jo pehlu hai woh us ko apne zehen mein taza kare.</w:t>
      </w:r>
    </w:p>
    <w:p>
      <w:pPr>
        <w:jc w:val="right"/>
      </w:pPr>
      <w:r>
        <w:t>قرآن کی اس آیت کا مطلب یہ ہے کہ جب قرآن میں کوئی بات مقرر بیان کی جائے تو اس کا پہلا مقصد یاد دہانی ہوتا ہے یعنی یہ کہ آدمی بھولی ہوئی بات کو دوبارہ یاد کرے اور اس میں سبق کا جو پہلو ہے وہ اس کو اپنے ذہن میں تازہ کرے۔</w:t>
      </w:r>
    </w:p>
    <w:p>
      <w:r>
        <w:rPr>
          <w:b/>
        </w:rPr>
        <w:t xml:space="preserve">[57:48] </w:t>
      </w:r>
      <w:r>
        <w:t>takrar ka doosra maqsad woh hai jis ko quran ki is aayat mein ihdath dhikr kaha gaya hai. is ka matlab yeh hai ke agar aadmi ke andar sanjeedgi hogi to woh is mein tadabbur karega.</w:t>
      </w:r>
    </w:p>
    <w:p>
      <w:pPr>
        <w:jc w:val="right"/>
      </w:pPr>
      <w:r>
        <w:t>تکرار کا دوسرا مقصد وہ ہے جس کو قرآن کی اس آیت میں احداث ذکر کہا گیا ہے۔ اس کا مطلب یہ ہے کہ اگر آدمی کے اندر سنجیدگی ہوگی تو وہ اس میں تدبر کرے گا۔</w:t>
      </w:r>
    </w:p>
    <w:p>
      <w:r>
        <w:rPr>
          <w:b/>
        </w:rPr>
        <w:t xml:space="preserve">[58:03] </w:t>
      </w:r>
      <w:r>
        <w:t>is tadabbur ke nateeje mein yeh hoga ke woh asal baat ke mazeed pehluon ko daryaft karega kyunke alfaaz khwah mahdood hon lekin baatein apne ma'ni ke aitbar se kabhi mahdood nahi hoti.</w:t>
      </w:r>
    </w:p>
    <w:p>
      <w:pPr>
        <w:jc w:val="right"/>
      </w:pPr>
      <w:r>
        <w:t>اس تدبر کے نتیجے میں یہ ہوگا کہ وہ اصل بات کے مزید پہلوؤں کو دریافت کرے گا کیونکہ الفاظ خواہ محدود ہوں لیکن باتیں اپنے معنی کے اعتبار سے کبھی محدود نہیں ہوتی۔</w:t>
      </w:r>
    </w:p>
    <w:p>
      <w:r>
        <w:rPr>
          <w:b/>
        </w:rPr>
        <w:t xml:space="preserve">[58:19] </w:t>
      </w:r>
      <w:r>
        <w:t>hamesha aisa hota hai ke baat ke bohat se pehlu hote hain. aadmi jab apni aql ko istemal kar ke is par ghaur karta hai to baat ke doosre bohat se pehlu is par khulte hain aur is tarah is ka zehn artaqa hota rehta hai.</w:t>
      </w:r>
    </w:p>
    <w:p>
      <w:pPr>
        <w:jc w:val="right"/>
      </w:pPr>
      <w:r>
        <w:t>ہمیشہ ایسا ہوتا ہے کہ بات کے بہت سے پہلو ہوتے ہیں۔ آدمی جب اپنی عقل کو استعمال کر کے اس پر غور کرتا ہے تو بات کے دوسرے بہت سے پہلو اس پر کھلتے ہیں اور اس طرح اس کا ذہنی ارتقاء ہوتا رہتا ہے۔</w:t>
      </w:r>
    </w:p>
    <w:p>
      <w:r>
        <w:rPr>
          <w:b/>
        </w:rPr>
        <w:t xml:space="preserve">[58:38] </w:t>
      </w:r>
      <w:r>
        <w:t>asal yeh hai ke jab bhi kisi baat ko muqarrar bayan kiya jaye to is ke ek hissay ki takrar zaroori hoti hai kyunke is ke baghair background samne nahi aata magar is ka doosra hissa ghair muqarrar hota hai.</w:t>
      </w:r>
    </w:p>
    <w:p>
      <w:pPr>
        <w:jc w:val="right"/>
      </w:pPr>
      <w:r>
        <w:t>اصل یہ ہے کہ جب بھی کسی بات کو مقرر بیان کیا جائے تو اس کے ایک حصے کی تکرار ضروری ہوتی ہے کیونکہ اس کے بغیر بیک گراؤنڈ سامنے نہیں آتا مگر اس کا دوسرا حصہ غیر مقرر ہوتا ہے۔</w:t>
      </w:r>
    </w:p>
    <w:p>
      <w:r>
        <w:rPr>
          <w:b/>
        </w:rPr>
        <w:t xml:space="preserve">[58:56] </w:t>
      </w:r>
      <w:r>
        <w:t>is ghair muqarrar hissay mein koi naya pehlu maujood hota hai jo tadabbur ya ghore o fikr ke zariye samajh mein aata hai.</w:t>
      </w:r>
    </w:p>
    <w:p>
      <w:pPr>
        <w:jc w:val="right"/>
      </w:pPr>
      <w:r>
        <w:t>اس غیر مقرر حصے میں کوئی نیا پہلو موجود ہوتا ہے جو تدبر یا غور و فکر کے ذریعے سمجھ میں آتا ہے۔</w:t>
      </w:r>
    </w:p>
    <w:p>
      <w:r>
        <w:rPr>
          <w:b/>
        </w:rPr>
        <w:t xml:space="preserve">[59:06] </w:t>
      </w:r>
      <w:r>
        <w:t>kisi baat ke naye pehlu ki nishandahi karna ho tab bhi background ko batane ke liye is baat ke kuch ajza ko hamesha dohrana padta hai.</w:t>
      </w:r>
    </w:p>
    <w:p>
      <w:pPr>
        <w:jc w:val="right"/>
      </w:pPr>
      <w:r>
        <w:t>کسی بات کے نئے پہلو کی نشاندہی کرنا ہو تب بھی بیک گراؤنڈ کو بتانے کے لیے اس بات کے کچھ اجزاء کو ہمیشہ دہرانا پڑتا ہے۔</w:t>
      </w:r>
    </w:p>
    <w:p>
      <w:r>
        <w:rPr>
          <w:b/>
        </w:rPr>
        <w:t xml:space="preserve">[59:17] </w:t>
      </w:r>
      <w:r>
        <w:t>qari ko chahiye ke woh dohrai jaane wali baat ko background ke maani mein le aur ghor kar ke yeh daryaft kare ke takrar ka asal maqsad kya hai.</w:t>
      </w:r>
    </w:p>
    <w:p>
      <w:pPr>
        <w:jc w:val="right"/>
      </w:pPr>
      <w:r>
        <w:t>قاری کو چاہیے کہ وہ دہرائی جانے والی بات کو بیک گراؤنڈ کے معنی میں لے اور غور کر کے یہ دریافت کرے کہ تکرار کا اصل مقصد کیا ہے۔</w:t>
      </w:r>
    </w:p>
    <w:p>
      <w:r>
        <w:rPr>
          <w:b/>
        </w:rPr>
        <w:t xml:space="preserve">[59:30] </w:t>
      </w:r>
      <w:r>
        <w:t>yeh ba-maani kalam ka zaroori usloob hai. jo log is usloob ko takrar kahein woh kalam ki hikmat ko samajhne se qasir rehte hain.</w:t>
      </w:r>
    </w:p>
    <w:p>
      <w:pPr>
        <w:jc w:val="right"/>
      </w:pPr>
      <w:r>
        <w:t>یہ بامعنی کلام کا ضروری اسلوب ہے۔ جو لوگ اس اسلوب کو تکرار کہیں وہ کلام کی حکمت کو سمجھنے سے قاصر رہتے ہیں۔</w:t>
      </w:r>
    </w:p>
    <w:p>
      <w:r>
        <w:rPr>
          <w:b/>
        </w:rPr>
        <w:t xml:space="preserve">[59:41] </w:t>
      </w:r>
      <w:r>
        <w:t>aise log apne zehan ko irtqa yafta zehan banane mein nakaam sabit honge. is dunya mein takrar mahaz koi cheez nahi.</w:t>
      </w:r>
    </w:p>
    <w:p>
      <w:pPr>
        <w:jc w:val="right"/>
      </w:pPr>
      <w:r>
        <w:t>ایسے لوگ اپنے ذہن کو ارتقاء یافتہ ذہن بنانے میں ناکام ثابت ہوں گے۔ اس دنیا میں تکرار محض کوئی چیز نہیں۔</w:t>
      </w:r>
    </w:p>
    <w:p>
      <w:r>
        <w:rPr>
          <w:b/>
        </w:rPr>
        <w:t xml:space="preserve">[59:52] </w:t>
      </w:r>
      <w:r>
        <w:t>saara muamla yeh hai ke qari apne zehan ko harkat mein laye. woh hamesha ghor o fikr se kaam laye. ghor o fikr ke zariye woh kalam ke poshida pehluon ko daryaft karega aur phir woh jaane ga ke woh jis cheez ko takrar keh raha tha woh khud uske fehm ka qusoor tha.</w:t>
      </w:r>
    </w:p>
    <w:p>
      <w:pPr>
        <w:jc w:val="right"/>
      </w:pPr>
      <w:r>
        <w:t>سارا معاملہ یہ ہے کہ قاری اپنے ذہن کو حرکت میں لائے۔ وہ ہمیشہ غور و فکر سے کام لے۔ غور و فکر کے ذریعے وہ کلام کے پوشیدہ پہلوؤں کو دریافت کرے گا اور پھر وہ جانے گا کہ وہ جس چیز کو تکرار کہہ رہا تھا وہ خود اس کے فہم کا قصور تھا۔</w:t>
      </w:r>
    </w:p>
    <w:p>
      <w:r>
        <w:rPr>
          <w:b/>
        </w:rPr>
        <w:t xml:space="preserve">[1:00:14] </w:t>
      </w:r>
      <w:r>
        <w:t>misal ke taur par agar subah ka waqt hai aur koi shakhs yeh kehta hai ke aaj bhi dobara apne waqt par subah ka suraj talo ho gaya to bazahir yeh ek takrar ki baat hai lekin apni haqeeqat ke aitbar se woh mukhatib ko yeh dawat dena hai ke tuloo aftab ke zahir par ghor karo.</w:t>
      </w:r>
    </w:p>
    <w:p>
      <w:pPr>
        <w:jc w:val="right"/>
      </w:pPr>
      <w:r>
        <w:t>مثال کے طور پر اگر صبح کا وقت ہے اور کوئی شخص یہ کہتا ہے کہ آج بھی دوبارہ اپنے وقت پر صبح کا سورج طلوع ہو گیا تو بظاہر یہ ایک تکرار کی بات ہے لیکن اپنی حقیقت کے اعتبار سے وہ مخاطب کو یہ دعوت دینا ہے کہ طلوع آفتاب کے ظاہرے پر غور کرو۔</w:t>
      </w:r>
    </w:p>
    <w:p>
      <w:r>
        <w:rPr>
          <w:b/>
        </w:rPr>
        <w:t xml:space="preserve">[1:00:37] </w:t>
      </w:r>
      <w:r>
        <w:t>tum ko is mein naye naye pehlu samne aayenge. tum nizam fitrat ke naye naye pehluon ko daryaft karoge.</w:t>
      </w:r>
    </w:p>
    <w:p>
      <w:pPr>
        <w:jc w:val="right"/>
      </w:pPr>
      <w:r>
        <w:t>تم کو اس میں نئے نئے پہلو سامنے آئیں گے۔ تم نظام فطرت کے نئے نئے پہلوؤں کو دریافت کرو گے۔</w:t>
      </w:r>
    </w:p>
    <w:p>
      <w:r>
        <w:rPr>
          <w:b/>
        </w:rPr>
        <w:t xml:space="preserve">[1:00:46] </w:t>
      </w:r>
      <w:r>
        <w:t>is tarah tumhara ghor o fikr tumhare liye zehni irtqa ka zariya ban jayega. haqeeqat yeh hai ke kalam mein takrar qari ko is par az sar nau ghor o fikr ki dawat deti hai.</w:t>
      </w:r>
    </w:p>
    <w:p>
      <w:pPr>
        <w:jc w:val="right"/>
      </w:pPr>
      <w:r>
        <w:t>اس طرح تمہارا غور و فکر تمہارے لیے ذہنی ارتقاء کا ذریعہ بن جائے گا۔ حقیقت یہ ہے کہ کلام میں تکرار قاری کو اس پر از سر نوع غور و فکر کی دعوت دیتی ہے۔</w:t>
      </w:r>
    </w:p>
    <w:p>
      <w:r>
        <w:rPr>
          <w:b/>
        </w:rPr>
        <w:t xml:space="preserve">[1:01:02] </w:t>
      </w:r>
      <w:r>
        <w:t>woh sirf takrar ka mamla nahi. mislan Quran mein Iblees aur Adam ka qissa saat baar bayan hua hai lekin ghor kiya jaye to is mein 70 se bhi zyada pehlu samajh mein aayenge.</w:t>
      </w:r>
    </w:p>
    <w:p>
      <w:pPr>
        <w:jc w:val="right"/>
      </w:pPr>
      <w:r>
        <w:t>وہ صرف تکرار کا معاملہ نہیں۔ مثلاً قرآن میں ابلیس اور آدم کا قصہ سات بار بیان ہوا ہے لیکن غور کیا جائے تو اس میں 70 سے بھی زیادہ پہلو سمجھ میں آئیں گے۔</w:t>
      </w:r>
    </w:p>
    <w:p>
      <w:r>
        <w:rPr>
          <w:b/>
        </w:rPr>
        <w:t xml:space="preserve">[1:01:23] </w:t>
      </w:r>
      <w:r>
        <w:t>takhleeqi iman ek riwayat hadith ki kitabon mein aayi hai. Musnad Ahmad ke alfaaz yeh hain: "kuna nusalli yoman waraa Rasool Allah Sal Allah Alaihi Wasallam.</w:t>
      </w:r>
    </w:p>
    <w:p>
      <w:pPr>
        <w:jc w:val="right"/>
      </w:pPr>
      <w:r>
        <w:t>تخلیقی ایمان ایک روایت حدیث کی کتابوں میں آئی ہے۔ مسند احمد کے الفاظ یہ ہیں: "کنا نصلی یوماً وراء رسول اللہ صلی اللہ علیہ وسلم۔</w:t>
      </w:r>
    </w:p>
    <w:p>
      <w:r>
        <w:rPr>
          <w:b/>
        </w:rPr>
        <w:t xml:space="preserve">[1:01:36] </w:t>
      </w:r>
      <w:r>
        <w:t>falamma rafa Rasool Allah Sal Allah Alaihi Wasallam raasahu minar ruku wa qaal: Sami Allahu liman hamidah.</w:t>
      </w:r>
    </w:p>
    <w:p>
      <w:pPr>
        <w:jc w:val="right"/>
      </w:pPr>
      <w:r>
        <w:t>فلما رفع رسول اللہ صلی اللہ علیہ وسلم رأسہ من الرکع وقال سمیع اللہ لمن حمدہ۔</w:t>
      </w:r>
    </w:p>
    <w:p>
      <w:r>
        <w:rPr>
          <w:b/>
        </w:rPr>
        <w:t xml:space="preserve">[1:01:47] </w:t>
      </w:r>
      <w:r>
        <w:t>qaala rajulun waraahu: Rabbana lakal hamdu hamdan katheeran tayyiban mubarakan feeh.</w:t>
      </w:r>
    </w:p>
    <w:p>
      <w:pPr>
        <w:jc w:val="right"/>
      </w:pPr>
      <w:r>
        <w:t>قال رجل وراءہ: ربنا لک الحمد حمداً کثیراً طیباً مبارکاً فیہ۔</w:t>
      </w:r>
    </w:p>
    <w:p>
      <w:r>
        <w:rPr>
          <w:b/>
        </w:rPr>
        <w:t xml:space="preserve">[1:01:56] </w:t>
      </w:r>
      <w:r>
        <w:t>falamma ansarafa Rasool Allah Sal Allah Alaihi Wasallam qaal: manal mutakallim anfa? qaal ar rajul: ana ya Rasool Allah?</w:t>
      </w:r>
    </w:p>
    <w:p>
      <w:pPr>
        <w:jc w:val="right"/>
      </w:pPr>
      <w:r>
        <w:t>فلما انصرف رسول اللہ صلی اللہ علیہ وسلم قال: من المتکلم انفا؟ قال الرجل: انا یا رسول اللہ؟</w:t>
      </w:r>
    </w:p>
    <w:p>
      <w:r>
        <w:rPr>
          <w:b/>
        </w:rPr>
        <w:t xml:space="preserve">[1:02:09] </w:t>
      </w:r>
      <w:r>
        <w:t>faqaala Rasool Allah Sal Allah Alaihi Wasallam: laqad raaitu bid'atun wa thalathuna malakun yabtadoonahu ayyahum yaktubuhu awwal.</w:t>
      </w:r>
    </w:p>
    <w:p>
      <w:pPr>
        <w:jc w:val="right"/>
      </w:pPr>
      <w:r>
        <w:t>فقال رسول اللہ صلی اللہ علیہ وسلم: لقد رأیت بضعت وثلاثین ملکاً یبتدرونہ ایہم یکتبہ اولا۔</w:t>
      </w:r>
    </w:p>
    <w:p>
      <w:r>
        <w:rPr>
          <w:b/>
        </w:rPr>
        <w:t xml:space="preserve">[1:02:23] </w:t>
      </w:r>
      <w:r>
        <w:t>yani Rifa bin Rafay kehte hain ke ek din hum Rasool Allah Sal Allah Alaihi Wasallam ke peeche namaz padh rahe the.</w:t>
      </w:r>
    </w:p>
    <w:p>
      <w:pPr>
        <w:jc w:val="right"/>
      </w:pPr>
      <w:r>
        <w:t>یعنی رفاع بن رافع کہتے ہیں کہ ایک دن ہم رسول اللہ صلی اللہ علیہ وسلم کے پیچھے نماز پڑھ رہے تھے۔</w:t>
      </w:r>
    </w:p>
    <w:p>
      <w:r>
        <w:rPr>
          <w:b/>
        </w:rPr>
        <w:t xml:space="preserve">[1:02:34] </w:t>
      </w:r>
      <w:r>
        <w:t>Rasool Allah Sal Allah Alaihi Wasallam ne jab ruku ke baad apna sar uthaya aur yeh kaha: Sami Allahu liman hamidah.</w:t>
      </w:r>
    </w:p>
    <w:p>
      <w:pPr>
        <w:jc w:val="right"/>
      </w:pPr>
      <w:r>
        <w:t>رسول اللہ صلی اللہ علیہ وسلم نے جب رکوع کے بعد اپنا سر اٹھایا اور یہ کہا: سمیع اللہ لمن حمدہ۔</w:t>
      </w:r>
    </w:p>
    <w:p>
      <w:r>
        <w:rPr>
          <w:b/>
        </w:rPr>
        <w:t xml:space="preserve">[1:02:44] </w:t>
      </w:r>
      <w:r>
        <w:t>ek aadmi jo aap ke peeche khada tha usne kaha: Rabbana lakal hamdu hamdan katheeran tayyiban mubarakan feeh.</w:t>
      </w:r>
    </w:p>
    <w:p>
      <w:pPr>
        <w:jc w:val="right"/>
      </w:pPr>
      <w:r>
        <w:t>ایک آدمی جو آپ کے پیچھے کھڑا تھا اس نے کہا: ربنا لک الحمد حمداً کثیراً طیباً مبارکاً فیہ۔</w:t>
      </w:r>
    </w:p>
    <w:p>
      <w:r>
        <w:rPr>
          <w:b/>
        </w:rPr>
        <w:t xml:space="preserve">[1:02:54] </w:t>
      </w:r>
      <w:r>
        <w:t>Rasool Allah ne jab salam ke baad munh phera to kaha: abhi kisne woh baat kahi thi</w:t>
      </w:r>
    </w:p>
    <w:p>
      <w:pPr>
        <w:jc w:val="right"/>
      </w:pPr>
      <w:r>
        <w:t>رسول اللہ نے جب سلام کے بعد منہ پھیرا تو کہا: ابھی کس نے وہ بات کہی تھی</w:t>
      </w:r>
    </w:p>
    <w:p>
      <w:r>
        <w:rPr>
          <w:b/>
        </w:rPr>
        <w:t xml:space="preserve">[1:03:01] </w:t>
      </w:r>
      <w:r>
        <w:t>? is aadmi ne kaha: Ae Allah ke Rasool! maine. Rasool Allah Sal Allah Alaihi Wasallam ne farmaya: maine dekha ke 30 se zyada farishte daude uski taraf taake kaun pehle is ko likhe.</w:t>
      </w:r>
    </w:p>
    <w:p>
      <w:pPr>
        <w:jc w:val="right"/>
      </w:pPr>
      <w:r>
        <w:t>؟ اس آدمی نے کہا: اے اللہ کے رسول! میں نے۔ رسول اللہ صلی اللہ علیہ وسلم نے فرمایا: میں نے دیکھا کہ 30 سے زیادہ فرشتے دوڑے اس کی طرف تاکہ کون پہلے اس کو لکھے۔</w:t>
      </w:r>
    </w:p>
    <w:p>
      <w:r>
        <w:rPr>
          <w:b/>
        </w:rPr>
        <w:t xml:space="preserve">[1:03:18] </w:t>
      </w:r>
      <w:r>
        <w:t>Rasool Allah Sal Allah Alaihi Wasallam ne sahaba ko jo namaz sikhayi thi us mein ruku se khade hone ke baad muqtadi ko Rabbana lakal hamd kehne ki taleem di thi lekin mazkoora sahabi ne is kalme par izafa kar ke is tarah kaha: Rabbana lakal hamdu hamdan katheeran tayyiban mubarakan feeh.</w:t>
      </w:r>
    </w:p>
    <w:p>
      <w:pPr>
        <w:jc w:val="right"/>
      </w:pPr>
      <w:r>
        <w:t>رسول اللہ صلی اللہ علیہ وسلم نے صحابہ کو جو نماز سکھائی تھی اس میں رکوع سے کھڑے ہونے کے بعد مقتدی کو ربنا لک الحمد کہنے کی تعلیم دی تھی لیکن مذکورہ صحابی نے اس کلمے پر اضافہ کر کے اس طرح کہا: ربنا لک الحمد حمداً کثیراً طیباً مبارکاً فیہ۔</w:t>
      </w:r>
    </w:p>
    <w:p>
      <w:r>
        <w:rPr>
          <w:b/>
        </w:rPr>
        <w:t xml:space="preserve">[1:03:43] </w:t>
      </w:r>
      <w:r>
        <w:t>farishton ko yeh tareeqa itna zyada pasand aaya ke woh is ko likhne ke liye badi tadad mein daud pade. farishton ka yeh amal izafa shuda kalmat ki afzaliyat ki bina par na tha balke sahabi ke takhleeqi izafe ya creative addition ki bina par tha.</w:t>
      </w:r>
    </w:p>
    <w:p>
      <w:pPr>
        <w:jc w:val="right"/>
      </w:pPr>
      <w:r>
        <w:t>فرشتوں کو یہ طریقہ اتنا زیادہ پسند آیا کہ وہ اس کو لکھنے کے لیے بڑی تعداد میں دوڑ پڑے۔ فرشتوں کا یہ عمل اضافہ شدہ کلمات کی افضلیت کی بنا پر نہ تھا بلکہ صحابی کے تخلیقی اضافے یا کریٹیو ایڈیشن کی بنا پر تھا۔</w:t>
      </w:r>
    </w:p>
    <w:p>
      <w:r>
        <w:rPr>
          <w:b/>
        </w:rPr>
        <w:t xml:space="preserve">[1:04:04] </w:t>
      </w:r>
      <w:r>
        <w:t>is se ek sunnat sahaba maloom hoti hai ke agar koi momin dua aur zikr ke masnoon kalmat par takhleeqi izafa kar sake to yeh uske liye ek azeem amal hoga jis ko likhne ke liye farishte badi tadad mein daud padein.</w:t>
      </w:r>
    </w:p>
    <w:p>
      <w:pPr>
        <w:jc w:val="right"/>
      </w:pPr>
      <w:r>
        <w:t>اس سے ایک سنت صحابہ معلوم ہوتی ہے کہ اگر کوئی مومن دعا اور ذکر کے مسنون کلمات پر تخلیقی اضافہ کر سکے تو یہ اس کے لیے ایک عظیم عمل ہوگا جس کو لکھنے کے لیے فرشتے بڑی تعداد میں دوڑ پڑیں۔</w:t>
      </w:r>
    </w:p>
    <w:p>
      <w:r>
        <w:rPr>
          <w:b/>
        </w:rPr>
        <w:t xml:space="preserve">[1:04:23] </w:t>
      </w:r>
      <w:r>
        <w:t>is qism ka izafa koi saada baat nahi. woh is baat ka saboot hai ke kehne wale ke andar takhleeqi iman maujood hai.</w:t>
      </w:r>
    </w:p>
    <w:p>
      <w:pPr>
        <w:jc w:val="right"/>
      </w:pPr>
      <w:r>
        <w:t>اس قسم کا اضافہ کوئی سادہ بات نہیں۔ وہ اس بات کا ثبوت ہے کہ کہنے والے کے اندر تخلیقی ایمان موجود ہے۔</w:t>
      </w:r>
    </w:p>
    <w:p>
      <w:r>
        <w:rPr>
          <w:b/>
        </w:rPr>
        <w:t xml:space="preserve">[1:04:34] </w:t>
      </w:r>
      <w:r>
        <w:t>is qism ke izafe ki ek misal woh hai jo Ghazwa e Khandaq 5 Hijri se maloom hoti hai. us waqt Madina ke halaat bohat sakht the.</w:t>
      </w:r>
    </w:p>
    <w:p>
      <w:pPr>
        <w:jc w:val="right"/>
      </w:pPr>
      <w:r>
        <w:t>اس قسم کے اضافے کی ایک مثال وہ ہے جو غزوہ خندق پانچ ہجری سے معلوم ہوتی ہے۔ اس وقت مدینہ کے حالات بہت سخت تھے۔</w:t>
      </w:r>
    </w:p>
    <w:p>
      <w:r>
        <w:rPr>
          <w:b/>
        </w:rPr>
        <w:t xml:space="preserve">[1:04:45] </w:t>
      </w:r>
      <w:r>
        <w:t>quran mein is ke bare mein yeh alfaaz aaye hain: wa balaghat al quloob al hanajirah. is waqt kuch sahaba ne pareshani ka izhaar kiya.</w:t>
      </w:r>
    </w:p>
    <w:p>
      <w:pPr>
        <w:jc w:val="right"/>
      </w:pPr>
      <w:r>
        <w:t>قرآن میں اس کے بارے میں یہ الفاظ آئے ہیں: وبلغت القلوب الحناجرہ۔ اس وقت کچھ صحابہ نے پریشانی کا اظہار کیا۔</w:t>
      </w:r>
    </w:p>
    <w:p>
      <w:r>
        <w:rPr>
          <w:b/>
        </w:rPr>
        <w:t xml:space="preserve">[1:04:56] </w:t>
      </w:r>
      <w:r>
        <w:t>rasool allah salallaho alaihe wasallam ne logon ko sabr ki talqeen ki aur duaiyah andaaz mein farmaya: allahumma la aish illa aish aakhirah faighfir lil ansari wal muhajirah.</w:t>
      </w:r>
    </w:p>
    <w:p>
      <w:pPr>
        <w:jc w:val="right"/>
      </w:pPr>
      <w:r>
        <w:t>رسول اللہ صلی اللہ علیہ وسلم نے لوگوں کو صبر کی تلقین کی اور دعائیہ انداز میں فرمایا: اللہم لا عیش الا عیش الاخرہ فاغفر للانصاری والمہاجرہ۔</w:t>
      </w:r>
    </w:p>
    <w:p>
      <w:r>
        <w:rPr>
          <w:b/>
        </w:rPr>
        <w:t xml:space="preserve">[1:05:13] </w:t>
      </w:r>
      <w:r>
        <w:t>sahih muslim yaani aye allah! zindagi to aakhirat ki zindagi hai to ansar aur muhajireen ki maghfirat farma.</w:t>
      </w:r>
    </w:p>
    <w:p>
      <w:pPr>
        <w:jc w:val="right"/>
      </w:pPr>
      <w:r>
        <w:t>صحیح مسلم یعنی اے اللہ! زندگی تو آخرت کی زندگی ہے تو انصار اور مہاجرین کی مغفرت فرما۔</w:t>
      </w:r>
    </w:p>
    <w:p>
      <w:r>
        <w:rPr>
          <w:b/>
        </w:rPr>
        <w:t xml:space="preserve">[1:05:27] </w:t>
      </w:r>
      <w:r>
        <w:t>is hadith ko parhne ki ek soorat yeh hai ke aap is ko ek kitabi riwayat ke taur par parh lein aur is se ek tareekhi waqe ke bare mein waqfiyat hasil karein aur doosra tareeqa yeh hai ke is waqe ko parhte hue aap ka zinda iman aap ke andar ek fikri bhonchal paida kar de.</w:t>
      </w:r>
    </w:p>
    <w:p>
      <w:pPr>
        <w:jc w:val="right"/>
      </w:pPr>
      <w:r>
        <w:t>اس حدیث کو پڑھنے کی ایک صورت یہ ہے کہ آپ اس کو ایک کتابی روایت کے طور پر پڑھ لیں اور اس سے ایک تاریخی واقعے کے بارے میں واقفیت حاصل کریں اور دوسرا طریقہ یہ ہے کہ اس واقعے کو پڑھتے ہوئے آپ کا زندہ ایمان آپ کے اندر ایک فکری بھونچال پیدا کر دے۔</w:t>
      </w:r>
    </w:p>
    <w:p>
      <w:r>
        <w:rPr>
          <w:b/>
        </w:rPr>
        <w:t xml:space="preserve">[1:05:50] </w:t>
      </w:r>
      <w:r>
        <w:t>aap ka haal yeh ho ke is hadith ko parhte hue aap ke dil mein hejaan paida ho jaye aur phir shiddat e taassur ke tehat aap ki zabaan par yeh alfaaz aa jayein: allahumma la fawz illa fawz aakhirah.</w:t>
      </w:r>
    </w:p>
    <w:p>
      <w:pPr>
        <w:jc w:val="right"/>
      </w:pPr>
      <w:r>
        <w:t>آپ کا حال یہ ہو کہ اس حدیث کو پڑھتے ہوئے آپ کے دل میں ہیجان پیدا ہو جائے اور پھر شدت تاثر کے تحت آپ کی زبان پر یہ الفاظ آ جائیں: اللہم لا فوز الا فوز الاخرہ۔</w:t>
      </w:r>
    </w:p>
    <w:p>
      <w:r>
        <w:rPr>
          <w:b/>
        </w:rPr>
        <w:t xml:space="preserve">[1:06:08] </w:t>
      </w:r>
      <w:r>
        <w:t>yaani aye allah! kamyabi to sirf aakhirat ki kamyabi hai. agar aap aisa karein to yeh aap ke liye isi qism ka ek amal hoga jis ko likhne ke liye farishte daud padein.</w:t>
      </w:r>
    </w:p>
    <w:p>
      <w:pPr>
        <w:jc w:val="right"/>
      </w:pPr>
      <w:r>
        <w:t>یعنی اے اللہ! کامیابی تو صرف آخرت کی کامیابی ہے۔ اگر آپ ایسا کریں تو یہ آپ کے لیے اسی قسم کا ایک عمل ہوگا جس کو لکھنے کے لیے فرشتے دوڑ پڑیں۔</w:t>
      </w:r>
    </w:p>
    <w:p>
      <w:r>
        <w:rPr>
          <w:b/>
        </w:rPr>
        <w:t xml:space="preserve">[1:06:27] </w:t>
      </w:r>
      <w:r>
        <w:t>dua aur zikr ke jo masoor kalmaat hain un ko dohrane ka bilashuba sawab hai lekin agar aadmi</w:t>
      </w:r>
    </w:p>
    <w:p>
      <w:pPr>
        <w:jc w:val="right"/>
      </w:pPr>
      <w:r>
        <w:t>دعا اور ذکر کے جو معصور کلمات ہیں ان کو دہرانے کا بلاشبہ ثواب ہے لیکن اگر آدمی</w:t>
      </w:r>
    </w:p>
    <w:p>
      <w:r>
        <w:rPr>
          <w:b/>
        </w:rPr>
        <w:t xml:space="preserve">[1:06:36] </w:t>
      </w:r>
      <w:r>
        <w:t>ke andar zinda iman ho is ka zehn bedaar ho is ke subah o shaam yaad khuda wandi mein</w:t>
      </w:r>
    </w:p>
    <w:p>
      <w:pPr>
        <w:jc w:val="right"/>
      </w:pPr>
      <w:r>
        <w:t>کے اندر زندہ ایمان ہو اس کا ذہن بیدار ہو اس کے صبح و شام یاد خداوندی میں</w:t>
      </w:r>
    </w:p>
    <w:p>
      <w:r>
        <w:rPr>
          <w:b/>
        </w:rPr>
        <w:t xml:space="preserve">[1:06:44] </w:t>
      </w:r>
      <w:r>
        <w:t>guzarte hon to is ka haal yeh hoga ke jab bhi is qism ka koi tajruba pesh aaye</w:t>
      </w:r>
    </w:p>
    <w:p>
      <w:pPr>
        <w:jc w:val="right"/>
      </w:pPr>
      <w:r>
        <w:t>گزرتے ہوں تو اس کا حال یہ ہوگا کہ جب بھی اس قسم کا کوئی تجربہ پیش آئے</w:t>
      </w:r>
    </w:p>
    <w:p>
      <w:r>
        <w:rPr>
          <w:b/>
        </w:rPr>
        <w:t xml:space="preserve">[1:06:51] </w:t>
      </w:r>
      <w:r>
        <w:t>to woh is ke jazbaat mein tamawwuj paida karne ka zariya ban jaye ga.</w:t>
      </w:r>
    </w:p>
    <w:p>
      <w:pPr>
        <w:jc w:val="right"/>
      </w:pPr>
      <w:r>
        <w:t>تو وہ اس کے جذبات میں تموج پیدا کرنے کا ذریعہ بن جائے گا۔</w:t>
      </w:r>
    </w:p>
    <w:p>
      <w:r>
        <w:rPr>
          <w:b/>
        </w:rPr>
        <w:t xml:space="preserve">[1:06:57] </w:t>
      </w:r>
      <w:r>
        <w:t>is ka tayyar zehn is ke bare mein mazeed sochne lagega. is ka tayyar zehn is ke andar mazeed fikri izafa karega.</w:t>
      </w:r>
    </w:p>
    <w:p>
      <w:pPr>
        <w:jc w:val="right"/>
      </w:pPr>
      <w:r>
        <w:t>اس کا تیار ذہن اس کے بارے میں مزید سوچنے لگے گا۔ اس کا تیار ذہن اس کے اندر مزید فکری اضافہ کرے گا۔</w:t>
      </w:r>
    </w:p>
    <w:p>
      <w:r>
        <w:rPr>
          <w:b/>
        </w:rPr>
        <w:t xml:space="preserve">[1:07:08] </w:t>
      </w:r>
      <w:r>
        <w:t>yeh izafa aadmi ki imani zindagi ka saboot hai aur yeh imani zindagi itni qeemti hai ke jab woh zahir hoti hai to farishte is ko record karne ke liye daud padte hain.</w:t>
      </w:r>
    </w:p>
    <w:p>
      <w:pPr>
        <w:jc w:val="right"/>
      </w:pPr>
      <w:r>
        <w:t>یہ اضافہ آدمی کی ایمانی زندگی کا ثبوت ہے اور یہ ایمانی زندگی اتنی قیمتی ہے کہ جب وہ ظاہر ہوتی ہے تو فرشتے اس کو ریکارڈ کرنے کے لیے دوڑ پڑتے ہیں۔</w:t>
      </w:r>
    </w:p>
    <w:p>
      <w:r>
        <w:rPr>
          <w:b/>
        </w:rPr>
        <w:t xml:space="preserve">[1:07:24] </w:t>
      </w:r>
      <w:r>
        <w:t>yahi woh iman hai jis ko yahan takhleeqi iman ka naam diya gaya hai.</w:t>
      </w:r>
    </w:p>
    <w:p>
      <w:pPr>
        <w:jc w:val="right"/>
      </w:pPr>
      <w:r>
        <w:t>یہی وہ ایمان ہے جس کو یہاں تخلیقی ایمان کا نام دیا گیا ہے۔</w:t>
      </w:r>
    </w:p>
    <w:p>
      <w:r>
        <w:rPr>
          <w:b/>
        </w:rPr>
        <w:t xml:space="preserve">[1:07:35] </w:t>
      </w:r>
      <w:r>
        <w:t>itmam e noor quran ki do aayaton mein yeh bataya gaya hai ke allah taala apne noor ka itmam zaroor karega. yahan noor se murad ma'rifat hai yaani allah aise halaat paida karega ke aala ma'rifat ka husool insaan ke liye mumkin ho jayega.</w:t>
      </w:r>
    </w:p>
    <w:p>
      <w:pPr>
        <w:jc w:val="right"/>
      </w:pPr>
      <w:r>
        <w:t>اتمام نور قرآن کی دو آیتوں میں یہ بتایا گیا ہے کہ اللہ تعالیٰ اپنے نور کا اتمام ضرور کرے گا۔ یہاں نور سے مراد معرفت ہے یعنی اللہ ایسے حالات پیدا کرے گا کہ اعلیٰ معرفت کا حصول انسان کے لیے ممکن ہو جائے گا۔</w:t>
      </w:r>
    </w:p>
    <w:p>
      <w:r>
        <w:rPr>
          <w:b/>
        </w:rPr>
        <w:t xml:space="preserve">[1:07:57] </w:t>
      </w:r>
      <w:r>
        <w:t>ma'rifat e ilahi bilashubah deen mein sab se bada maqsood hai. ma'rifat ke liye hamesha framework darkaar hota hai.</w:t>
      </w:r>
    </w:p>
    <w:p>
      <w:pPr>
        <w:jc w:val="right"/>
      </w:pPr>
      <w:r>
        <w:t>معرفت الہی بلاشبہ دین میں سب سے بڑا مقصود ہے۔ معرفت کے لیے ہمیشہ فریم ورک درکار ہوتا ہے۔</w:t>
      </w:r>
    </w:p>
    <w:p>
      <w:r>
        <w:rPr>
          <w:b/>
        </w:rPr>
        <w:t xml:space="preserve">[1:08:07] </w:t>
      </w:r>
      <w:r>
        <w:t>jaisa framework waisi ma'rifat. mutalea batata hai ke qadeem zamane mein ma'rifat ke mozu par ghaur o fikr ke liye sirf riwayati framework ya traditional framework dastiyab tha.</w:t>
      </w:r>
    </w:p>
    <w:p>
      <w:pPr>
        <w:jc w:val="right"/>
      </w:pPr>
      <w:r>
        <w:t>جیسا فریم ورک ویسی معرفت۔ مطالعہ بتاتا ہے کہ قدیم زمانے میں معرفت کے موضوع پر غور و فکر کے لیے صرف روایتی فریم ورک یا ٹریڈیشنل فریم ورک دستیاب تھا۔</w:t>
      </w:r>
    </w:p>
    <w:p>
      <w:r>
        <w:rPr>
          <w:b/>
        </w:rPr>
        <w:t xml:space="preserve">[1:08:22] </w:t>
      </w:r>
      <w:r>
        <w:t>yeh framework bilashubah mufeed tha lekin woh rabbul alameen ki kamil ma'rifat ke liye karamad na tha.</w:t>
      </w:r>
    </w:p>
    <w:p>
      <w:pPr>
        <w:jc w:val="right"/>
      </w:pPr>
      <w:r>
        <w:t>یہ فریم ورک بلاشبہ مفید تھا لیکن وہ رب العالمین کی کامل معرفت کے لیے کارآمد نہ تھا۔</w:t>
      </w:r>
    </w:p>
    <w:p>
      <w:r>
        <w:rPr>
          <w:b/>
        </w:rPr>
        <w:t xml:space="preserve">[1:08:32] </w:t>
      </w:r>
      <w:r>
        <w:t>allah ne halaat mein tabdeeli kar ke insaan ko aise framework tak pohanchaya jo ma'rifat ke husool mein takmeel ka kaam kare.</w:t>
      </w:r>
    </w:p>
    <w:p>
      <w:pPr>
        <w:jc w:val="right"/>
      </w:pPr>
      <w:r>
        <w:t>اللہ نے حالات میں تبدیلی کر کے انسان کو ایسے فریم ورک تک پہنچایا جو معرفت کے حصول میں تکمیل کا کام کرے۔</w:t>
      </w:r>
    </w:p>
    <w:p>
      <w:r>
        <w:rPr>
          <w:b/>
        </w:rPr>
        <w:t xml:space="preserve">[1:08:43] </w:t>
      </w:r>
      <w:r>
        <w:t>yeh takmeeli framework wahi hai jis ko maujooda zamane mein scientific framework kaha jata hai. mislan pani fitrat ka ek zahirah hai.</w:t>
      </w:r>
    </w:p>
    <w:p>
      <w:pPr>
        <w:jc w:val="right"/>
      </w:pPr>
      <w:r>
        <w:t>یہ تکمیلی فریم ورک وہی ہے جس کو موجودہ زمانے میں سائنٹیفک فریم ورک کہا جاتا ہے۔ مثلاً پانی فطرت کا ایک ظاہرہ ہے۔</w:t>
      </w:r>
    </w:p>
    <w:p>
      <w:r>
        <w:rPr>
          <w:b/>
        </w:rPr>
        <w:t xml:space="preserve">[1:08:56] </w:t>
      </w:r>
      <w:r>
        <w:t>pani par ghaur o fikr kar ke insaan ma'rifat e ilahi tak pohanchta hai. qadeem zamane mein riwayati framework ke tehat aadmi sirf pani ke zahiri pehluon ko le kar soch pata tha.</w:t>
      </w:r>
    </w:p>
    <w:p>
      <w:pPr>
        <w:jc w:val="right"/>
      </w:pPr>
      <w:r>
        <w:t>پانی پر غور و فکر کر کے انسان معرفت الہی تک پہنچتا ہے۔ قدیم زمانے میں روایتی فریم ورک کے تحت آدمی صرف پانی کے ظاہری پہلوؤں کو لے کر سوچ پاتا تھا۔</w:t>
      </w:r>
    </w:p>
    <w:p>
      <w:r>
        <w:rPr>
          <w:b/>
        </w:rPr>
        <w:t xml:space="preserve">[1:09:12] </w:t>
      </w:r>
      <w:r>
        <w:t>is tarah insaan pani ki nemat ko janta tha lekin pani ke andar jo azeem hikmatein posheedah hain un se woh bekhabar tha.</w:t>
      </w:r>
    </w:p>
    <w:p>
      <w:pPr>
        <w:jc w:val="right"/>
      </w:pPr>
      <w:r>
        <w:t>اس طرح انسان پانی کی نعمت کو جانتا تھا لیکن پانی کے اندر جو عظیم حکمتیں پوشیدہ ہیں ان سے وہ بے خبر تھا۔</w:t>
      </w:r>
    </w:p>
    <w:p>
      <w:r>
        <w:rPr>
          <w:b/>
        </w:rPr>
        <w:t xml:space="preserve">[1:09:22] </w:t>
      </w:r>
      <w:r>
        <w:t>maujooda zamane mein pani ke scientific mutale se is ke bare mein samandari maloomat hasil hui hain. do gaison ke milne se pani ka banna, barish ke baad pani ka samundaron mein jama hona,</w:t>
      </w:r>
    </w:p>
    <w:p>
      <w:pPr>
        <w:jc w:val="right"/>
      </w:pPr>
      <w:r>
        <w:t>موجودہ زمانے میں پانی کے سائنسی مطالعے سے اس کے بارے میں سمندری معلومات حاصل ہوئی ہیں۔ دو گیسوں کے ملنے سے پانی کا بننا، بارش کے بعد پانی کا سمندروں میں جمع ہونا،</w:t>
      </w:r>
    </w:p>
    <w:p>
      <w:r>
        <w:rPr>
          <w:b/>
        </w:rPr>
        <w:t xml:space="preserve">[1:09:38] </w:t>
      </w:r>
      <w:r>
        <w:t>samandari pani mein preservative ke taur par namak ka shamil hona, phir suraj ki garmi se pani ka bhap mein tabdeel hona, phir fiza mein ja kar is ka badal ki soorat ikhtiyar karna, phir zameen ki kashish se badal ka barish ki soorat mein zameen par barsna.</w:t>
      </w:r>
    </w:p>
    <w:p>
      <w:pPr>
        <w:jc w:val="right"/>
      </w:pPr>
      <w:r>
        <w:t>سمندری پانی میں پریزرویٹیو کے طور پر نمک کا شامل ہونا، پھر سورج کی گرمی سے پانی کا بھاپ میں تبدیل ہونا، پھر فضا میں جا کر اس کا بادل کی صورت اختیار کرنا، پھر زمین کی کشش سے بادل کا بارش کی صورت میں زمین پر برسنا۔</w:t>
      </w:r>
    </w:p>
    <w:p>
      <w:r>
        <w:rPr>
          <w:b/>
        </w:rPr>
        <w:t xml:space="preserve">[1:09:58] </w:t>
      </w:r>
      <w:r>
        <w:t>in maloomat ne pani ke bare mein ek azeem scientific framework insaan ko diya hai jis par ghaur karne se ma'rifat e khudaawandi mein bepanah had tak izafa hota hai.</w:t>
      </w:r>
    </w:p>
    <w:p>
      <w:pPr>
        <w:jc w:val="right"/>
      </w:pPr>
      <w:r>
        <w:t>ان معلومات نے پانی کے بارے میں ایک عظیم سائنٹیفک فریم ورک انسان کو دیا ہے جس پر غور کرنے سے معرفت خداوندی میں بے پناہ حد تک اضافہ ہوتا ہے۔</w:t>
      </w:r>
    </w:p>
    <w:p>
      <w:r>
        <w:rPr>
          <w:b/>
        </w:rPr>
        <w:t xml:space="preserve">[1:10:17] </w:t>
      </w:r>
      <w:r>
        <w:t>adam se masih tak dunya mein jitne bhi paighambar aaye un sab ka maqsad allah taala ki wahdaniyat ka paigham dena tha.</w:t>
      </w:r>
    </w:p>
    <w:p>
      <w:pPr>
        <w:jc w:val="right"/>
      </w:pPr>
      <w:r>
        <w:t>آدم سے مسیح تک دنیا میں جتنے بھی پیغمبر آئے ان سب کا مقصد اللہ تعالیٰ کی وحدانیت کا پیغام دینا تھا۔</w:t>
      </w:r>
    </w:p>
    <w:p>
      <w:r>
        <w:rPr>
          <w:b/>
        </w:rPr>
        <w:t xml:space="preserve">[1:10:27] </w:t>
      </w:r>
      <w:r>
        <w:t>magar logon ne aam taur par un ke sath bura sulook kiya. Hazrat Isa ko koi saathi na mila.</w:t>
      </w:r>
    </w:p>
    <w:p>
      <w:pPr>
        <w:jc w:val="right"/>
      </w:pPr>
      <w:r>
        <w:t>مگر لوگوں نے عام طور پر ان کے ساتھ برا سلوک کیا۔ حضرت عیسیٰ کو کوئی ساتھی نہ ملا۔</w:t>
      </w:r>
    </w:p>
    <w:p>
      <w:r>
        <w:rPr>
          <w:b/>
        </w:rPr>
        <w:t xml:space="preserve">[1:10:36] </w:t>
      </w:r>
      <w:r>
        <w:t>log un ke qatl ke darpe ho gaye. Hazrat Lut ne apni basti ko choda to un ke sath un ki sirf do betiyan theen.</w:t>
      </w:r>
    </w:p>
    <w:p>
      <w:pPr>
        <w:jc w:val="right"/>
      </w:pPr>
      <w:r>
        <w:t>لوگ ان کے قتل کے درپے ہو گئے۔ حضرت لوط نے اپنی بستی کو چھوڑا تو ان کے ساتھ ان کی صرف دو بیٹیاں تھیں۔</w:t>
      </w:r>
    </w:p>
    <w:p>
      <w:r>
        <w:rPr>
          <w:b/>
        </w:rPr>
        <w:t xml:space="preserve">[1:10:46] </w:t>
      </w:r>
      <w:r>
        <w:t>Hazrat Nuh ke sath un ki kashti ka qafila torah ke bayan ke mutabiq sirf aath afraad par mushtamil tha.</w:t>
      </w:r>
    </w:p>
    <w:p>
      <w:pPr>
        <w:jc w:val="right"/>
      </w:pPr>
      <w:r>
        <w:t>حضرت نوح کے ساتھ ان کی کشتی کا قافلہ تورات کے بیان کے مطابق صرف آٹھ افراد پر مشتمل تھا۔</w:t>
      </w:r>
    </w:p>
    <w:p>
      <w:r>
        <w:rPr>
          <w:b/>
        </w:rPr>
        <w:t xml:space="preserve">[1:10:54] </w:t>
      </w:r>
      <w:r>
        <w:t>hazrat ibrahim jab apne watan iraq se nikle to un ke sath un ki biwi sarah theen aur un ke bhatije loot.</w:t>
      </w:r>
    </w:p>
    <w:p>
      <w:pPr>
        <w:jc w:val="right"/>
      </w:pPr>
      <w:r>
        <w:t>حضرت ابراہیم جب اپنے وطن عراق سے نکلے تو ان کے ساتھ ان کی بیوی سارہ تھیں اور ان کے بھتیجے لوط۔</w:t>
      </w:r>
    </w:p>
    <w:p>
      <w:r>
        <w:rPr>
          <w:b/>
        </w:rPr>
        <w:t xml:space="preserve">[1:11:04] </w:t>
      </w:r>
      <w:r>
        <w:t>baad ko is qafle mein un ke do bete ismail aur ishaq shamil hue. hazrat masih ko sari koshishon ke bawajood sirf barah aadmi mile.</w:t>
      </w:r>
    </w:p>
    <w:p>
      <w:pPr>
        <w:jc w:val="right"/>
      </w:pPr>
      <w:r>
        <w:t>بعد کو اس قافلے میں ان کے دو بیٹے اسماعیل اور اسحاق شامل ہوئے۔ حضرت مسیح کو ساری کوششوں کے باوجود صرف بارہ آدمی ملے۔</w:t>
      </w:r>
    </w:p>
    <w:p>
      <w:r>
        <w:rPr>
          <w:b/>
        </w:rPr>
        <w:t xml:space="preserve">[1:11:15] </w:t>
      </w:r>
      <w:r>
        <w:t>woh bhi bible ke bayan ke mutabiq aakhir waqt mein aap ko chhod kar bhag gaye. beshtar anbiya ka haal yahi raha.</w:t>
      </w:r>
    </w:p>
    <w:p>
      <w:pPr>
        <w:jc w:val="right"/>
      </w:pPr>
      <w:r>
        <w:t>وہ بھی بائبل کے بیان کے مطابق آخر وقت میں آپ کو چھوڑ کر بھاگ گئے۔ بیشتر انبیاء کا حال یہی رہا۔</w:t>
      </w:r>
    </w:p>
    <w:p>
      <w:r>
        <w:rPr>
          <w:b/>
        </w:rPr>
        <w:t xml:space="preserve">[1:11:25] </w:t>
      </w:r>
      <w:r>
        <w:t>koi tanha reh gaya aur kisi ko chand sath dene wale mile. quran ki yeh ayat is poori tareekh par ek tabsarah hai.</w:t>
      </w:r>
    </w:p>
    <w:p>
      <w:pPr>
        <w:jc w:val="right"/>
      </w:pPr>
      <w:r>
        <w:t>کوئی تنہا رہ گیا اور کسی کو چند ساتھ دینے والے ملے۔ قرآن کی یہ آیت اس پوری تاریخ پر ایک تبصرہ ہے۔</w:t>
      </w:r>
    </w:p>
    <w:p>
      <w:r>
        <w:rPr>
          <w:b/>
        </w:rPr>
        <w:t xml:space="preserve">[1:11:36] </w:t>
      </w:r>
      <w:r>
        <w:t>afsos hai bndon ke haal par. jab bhi un ke paas koi rasool aaya to unhon ne us ki hansi urai. yaseen logon ke is suluk ki bina par aisa hua ke qadeem zamane mein anbiya ki koi tareekh na ban saki.</w:t>
      </w:r>
    </w:p>
    <w:p>
      <w:pPr>
        <w:jc w:val="right"/>
      </w:pPr>
      <w:r>
        <w:t>افسوس ہے بندوں کے حال پر۔ جب بھی ان کے پاس کوئی رسول آیا تو انہوں نے اس کی ہنسی اڑائی۔ یاسین لوگوں کے اس سلوک کی بنا پر ایسا ہوا کہ قدیم زمانے میں انبیاء کی کوئی تاریخ نہ بن سکی۔</w:t>
      </w:r>
    </w:p>
    <w:p>
      <w:r>
        <w:rPr>
          <w:b/>
        </w:rPr>
        <w:t xml:space="preserve">[1:11:54] </w:t>
      </w:r>
      <w:r>
        <w:t>har nabi ne amlan apne peghambarana role ko ada kiya lekin mudawwan tareekh ya recorded history mein un nabiyon ka indraj na ho saka.</w:t>
      </w:r>
    </w:p>
    <w:p>
      <w:pPr>
        <w:jc w:val="right"/>
      </w:pPr>
      <w:r>
        <w:t>ہر نبی نے عملاً اپنے پیغمبرانہ رول کو ادا کیا لیکن مدون تاریخ یا ریکارڈڈ ہسٹری میں ان نبیوں کا اندراج نہ ہو سکا۔</w:t>
      </w:r>
    </w:p>
    <w:p>
      <w:r>
        <w:rPr>
          <w:b/>
        </w:rPr>
        <w:t xml:space="preserve">[1:12:05] </w:t>
      </w:r>
      <w:r>
        <w:t>aakhir mein allah taala ne peghambar-e-islam ko paida kiya. allah taala ne tareekh mein aisi tabdiliyan keen ke peghambar-e-islam ko yeh mauqa mila ke woh peghambarana mission ko mudawwan tareekh ka ek hissa bana de.</w:t>
      </w:r>
    </w:p>
    <w:p>
      <w:pPr>
        <w:jc w:val="right"/>
      </w:pPr>
      <w:r>
        <w:t>آخر میں اللہ تعالیٰ نے پیغمبر اسلام کو پیدا کیا۔ اللہ تعالیٰ نے تاریخ میں ایسی تبدیلیاں کیں کہ پیغمبر اسلام کو یہ موقع ملا کہ وہ پیغمبرانہ مشن کو مدون تاریخ کا ایک حصہ بنا دے۔</w:t>
      </w:r>
    </w:p>
    <w:p>
      <w:r>
        <w:rPr>
          <w:b/>
        </w:rPr>
        <w:t xml:space="preserve">[1:12:23] </w:t>
      </w:r>
      <w:r>
        <w:t>isi haqiqat ko faransisi mustashriq ernest renan ne in alfaaz mein bayan kiya hai: "islam tareekh ki mukammal roshni mein wajood mein aaya." islam was born in the full light of history.</w:t>
      </w:r>
    </w:p>
    <w:p>
      <w:pPr>
        <w:jc w:val="right"/>
      </w:pPr>
      <w:r>
        <w:t>اسی حقیقت کو فرانسیسی مستشرق ارنسٹ رینن نے ان الفاظ میں بیان کیا ہے: "اسلام تاریخ کی مکمل روشنی میں وجود میں آیا۔" اسلام واز بورن ان دا فل لائٹ آف ہسٹری۔</w:t>
      </w:r>
    </w:p>
    <w:p>
      <w:r>
        <w:rPr>
          <w:b/>
        </w:rPr>
        <w:t xml:space="preserve">[1:12:38] </w:t>
      </w:r>
      <w:r>
        <w:t>muhammad sallallahu alaihi wasallam ki yeh hesiyat tareekh mein is tarah ثبت hui ke aam taur par ahl-e-ilm ne is ka aitraf kiya.</w:t>
      </w:r>
    </w:p>
    <w:p>
      <w:pPr>
        <w:jc w:val="right"/>
      </w:pPr>
      <w:r>
        <w:t>محمد صلی اللہ علیہ وسلم کی یہ حیثیت تاریخ میں اس طرح ثبت ہوئی کہ عمومی طور پر اہل علم نے اس کا اعتراف کیا۔</w:t>
      </w:r>
    </w:p>
    <w:p>
      <w:r>
        <w:rPr>
          <w:b/>
        </w:rPr>
        <w:t xml:space="preserve">[1:12:50] </w:t>
      </w:r>
      <w:r>
        <w:t>aap ki tareekhi hesiyat par bohat si kitaben likhi gayeen. in mein se ek kitab woh hai jo the hundred ke naam se america se shaya hui.</w:t>
      </w:r>
    </w:p>
    <w:p>
      <w:pPr>
        <w:jc w:val="right"/>
      </w:pPr>
      <w:r>
        <w:t>آپ کی تاریخی حیثیت پر بہت سی کتابیں لکھی گئیں۔ ان میں سے ایک کتاب وہ ہے جو دی ہنڈرڈ کے نام سے امریکہ سے شائع ہوئی۔</w:t>
      </w:r>
    </w:p>
    <w:p>
      <w:r>
        <w:rPr>
          <w:b/>
        </w:rPr>
        <w:t xml:space="preserve">[1:13:05] </w:t>
      </w:r>
      <w:r>
        <w:t>quran kitab-e-hidaya. insaan is duniya mein paida hota hai aur zindagi guzaar kar ek din mar jata hai. survey ke mutabiq maujoodah duniya mein insaan ki ausat umr taqreeban 70 saal hai.</w:t>
      </w:r>
    </w:p>
    <w:p>
      <w:pPr>
        <w:jc w:val="right"/>
      </w:pPr>
      <w:r>
        <w:t>قرآن کتاب ہدایت۔ انسان اس دنیا میں پیدا ہوتا ہے اور زندگی گزار کر ایک دن مر جاتا ہے۔ سروے کے مطابق موجودہ دنیا میں انسان کی اوسط عمر تقریباً 70 سال ہے۔</w:t>
      </w:r>
    </w:p>
    <w:p>
      <w:r>
        <w:rPr>
          <w:b/>
        </w:rPr>
        <w:t xml:space="preserve">[1:13:22] </w:t>
      </w:r>
      <w:r>
        <w:t>insaan ki sab se zyada ahem zaroorat yeh hai ke us ko bataya jaye ke insaan ki zindagi ka maqsad kya hai, us ka haal kya hai aur us ka mustaqbil kya hai.</w:t>
      </w:r>
    </w:p>
    <w:p>
      <w:pPr>
        <w:jc w:val="right"/>
      </w:pPr>
      <w:r>
        <w:t>انسان کی سب سے زیادہ اہم ضرورت یہ ہے کہ اس کو بتایا جائے کہ انسان کی زندگی کا مقصد کیا ہے، اس کا حال کیا ہے اور اس کا مستقبل کیا ہے۔</w:t>
      </w:r>
    </w:p>
    <w:p>
      <w:r>
        <w:rPr>
          <w:b/>
        </w:rPr>
        <w:t xml:space="preserve">[1:13:36] </w:t>
      </w:r>
      <w:r>
        <w:t>maut se pehle kya hai aur maut ke baad kya? kis amal par insaan ki kamyabi ka inhisaar hai? quran isi haqiqat ko batane ke liye utra hai.</w:t>
      </w:r>
    </w:p>
    <w:p>
      <w:pPr>
        <w:jc w:val="right"/>
      </w:pPr>
      <w:r>
        <w:t>موت سے پہلے کیا ہے اور موت کے بعد کیا؟ کس عمل پر انسان کی کامیابی کا انحصار ہے؟ قرآن اسی حقیقت کو بتانے کے لیے اترا ہے۔</w:t>
      </w:r>
    </w:p>
    <w:p>
      <w:r>
        <w:rPr>
          <w:b/>
        </w:rPr>
        <w:t xml:space="preserve">[1:13:49] </w:t>
      </w:r>
      <w:r>
        <w:t>quran batata hai ke khaliq ka takhleeqi naqsha insaan ke bare mein kya hai. quran wahid kitab hai jis ka mauzu takhleeqi mansoobah hai.</w:t>
      </w:r>
    </w:p>
    <w:p>
      <w:pPr>
        <w:jc w:val="right"/>
      </w:pPr>
      <w:r>
        <w:t>قرآن بتاتا ہے کہ خالق کا تخلیقی نقشہ انسان کے بارے میں کیا ہے۔ قرآن واحد کتاب ہے جس کا موضوع تخلیقی منصوبہ ہے۔</w:t>
      </w:r>
    </w:p>
    <w:p>
      <w:r>
        <w:rPr>
          <w:b/>
        </w:rPr>
        <w:t xml:space="preserve">[1:14:01] </w:t>
      </w:r>
      <w:r>
        <w:t>quran insaan ko woh zaroori maloomat deta hai jis ki roshni mein insaan apni zindagi ka sahi mansoobah ya right planning bana sake.</w:t>
      </w:r>
    </w:p>
    <w:p>
      <w:pPr>
        <w:jc w:val="right"/>
      </w:pPr>
      <w:r>
        <w:t>قرآن انسان کو وہ ضروری معلومات دیتا ہے جس کی روشنی میں انسان اپنی زندگی کا صحیح منصوبہ یا رائٹ پلاننگ بنا سکے۔</w:t>
      </w:r>
    </w:p>
    <w:p>
      <w:r>
        <w:rPr>
          <w:b/>
        </w:rPr>
        <w:t xml:space="preserve">[1:14:12] </w:t>
      </w:r>
      <w:r>
        <w:t>aisi halat mein hamileen-e-quran ki yeh lazmi duty hai ke woh quran ko duniya mein basne wale tamam insanon tak pahunchayen aur yeh pahunchana logon ki qabil-e-fahm zaban ya understandable language mein ho taake woh is ko samjhen aur quran ko ek rahanuma kitab ya guide book bana saken.</w:t>
      </w:r>
    </w:p>
    <w:p>
      <w:pPr>
        <w:jc w:val="right"/>
      </w:pPr>
      <w:r>
        <w:t>ایسی حالت میں حاملین قرآن کی یہ لازمی ڈیوٹی ہے کہ وہ قرآن کو دنیا میں بسنے والے تمام انسانوں تک پہنچائیں اور یہ پہنچانا لوگوں کی قابل فہم زبان یا انڈرسٹینڈیبل لینگویج میں ہو تاکہ وہ اس کو سمجھیں اور قرآن کو ایک رہنما کتاب یا گائیڈ بک بنا سکیں۔</w:t>
      </w:r>
    </w:p>
    <w:p>
      <w:r>
        <w:rPr>
          <w:b/>
        </w:rPr>
        <w:t xml:space="preserve">[1:14:36] </w:t>
      </w:r>
      <w:r>
        <w:t>quran ke nazool ko taqreeban dedh hazar saal guzar chuke hain. is muddat mein hamileen-e-quran ne quran ke matn ki hifazat ke liye bohat zyada kaam kiya hai magar ajib baat hai ke mukhtalif qaumon ke darmiyan jo matloob kaam hai woh abhi tak amlan na ho saka.</w:t>
      </w:r>
    </w:p>
    <w:p>
      <w:pPr>
        <w:jc w:val="right"/>
      </w:pPr>
      <w:r>
        <w:t>قرآن کے نزول کو تقریباً ڈیڑھ ہزار سال گزر چکے ہیں۔ اس مدت میں حاملین قرآن نے قرآن کے متن کی حفاظت کے لیے بہت زیادہ کام کیا ہے مگر عجیب بات ہے کہ مختلف قوموں کے درمیان جو مطلوب کام ہے وہ ابھی تک عملاً نہ ہو سکا۔</w:t>
      </w:r>
    </w:p>
    <w:p>
      <w:r>
        <w:rPr>
          <w:b/>
        </w:rPr>
        <w:t xml:space="preserve">[1:14:59] </w:t>
      </w:r>
      <w:r>
        <w:t>quran ke matn ki hifazat par to bohat zyada kaam hua hai lekin quran ki ma'nawi isha'at ka kaam abhi mustaqbil ka intezar kar raha hai.</w:t>
      </w:r>
    </w:p>
    <w:p>
      <w:pPr>
        <w:jc w:val="right"/>
      </w:pPr>
      <w:r>
        <w:t>قرآن کے متن کی حفاظت پر تو بہت زیادہ کام ہوا ہے لیکن قرآن کی معنوی اشاعت کا کام ابھی مستقبل کا انتظار کر رہا ہے۔</w:t>
      </w:r>
    </w:p>
    <w:p>
      <w:r>
        <w:rPr>
          <w:b/>
        </w:rPr>
        <w:t xml:space="preserve">[1:15:12] </w:t>
      </w:r>
      <w:r>
        <w:t>is mamle mein maseehi logon ne hamileen-e-quran ke liye rasta dikha diya. maseehi logon ne bible ke tarjume duniya ki taqreeban tamam zabanon mein tayyar kiye hain aur un ko aam taur par phaila diya.</w:t>
      </w:r>
    </w:p>
    <w:p>
      <w:pPr>
        <w:jc w:val="right"/>
      </w:pPr>
      <w:r>
        <w:t>اس معاملے میں مسیحی لوگوں نے حاملین قرآن کے لیے راستہ دکھا دیا۔ مسیحی لوگوں نے بائبل کے ترجمے دنیا کی تقریباً تمام زبانوں میں تیار کیے ہیں اور ان کو عمومی طور پر پھیلا دیا۔</w:t>
      </w:r>
    </w:p>
    <w:p>
      <w:r>
        <w:rPr>
          <w:b/>
        </w:rPr>
        <w:t xml:space="preserve">[1:15:28] </w:t>
      </w:r>
      <w:r>
        <w:t>yahi kaam hamileen-e-quran ko quran ke liye karna hai. agar is kaam ko quran ki ma'nawi isha'at kaha jaye to bilashubah woh poori ummat par farz hai.</w:t>
      </w:r>
    </w:p>
    <w:p>
      <w:pPr>
        <w:jc w:val="right"/>
      </w:pPr>
      <w:r>
        <w:t>یہی کام حاملین قرآن کو قرآن کے لیے کرنا ہے۔ اگر اس کام کو قرآن کی معنوی اشاعت کہا جائے تو بلاشبہ وہ پوری امت پر فرض ہے۔</w:t>
      </w:r>
    </w:p>
    <w:p>
      <w:r>
        <w:rPr>
          <w:b/>
        </w:rPr>
        <w:t xml:space="preserve">[1:15:42] </w:t>
      </w:r>
      <w:r>
        <w:t>farz-e-kifaya nahi balkeh farz-e-ain hai. maujoodah zamane mein is kaam ke tamam zaroori wasail poori tarah maujood ho chuke hain.</w:t>
      </w:r>
    </w:p>
    <w:p>
      <w:pPr>
        <w:jc w:val="right"/>
      </w:pPr>
      <w:r>
        <w:t>فرض کفایہ نہیں بلکہ فرض عین ہے۔ موجودہ زمانے میں اس کام کے تمام ضروری وسائل پوری طرح موجود ہو چکے ہیں۔</w:t>
      </w:r>
    </w:p>
    <w:p>
      <w:r>
        <w:rPr>
          <w:b/>
        </w:rPr>
        <w:t xml:space="preserve">[1:15:53] </w:t>
      </w:r>
      <w:r>
        <w:t>ab sirf yeh baqi hai ke in wasail ko quran ke paigham ki isha'at ke liye istemal kiya jaye.</w:t>
      </w:r>
    </w:p>
    <w:p>
      <w:pPr>
        <w:jc w:val="right"/>
      </w:pPr>
      <w:r>
        <w:t>اب صرف یہ باقی ہے کہ ان وسائل کو قرآن کے پیغام کی اشاعت کے لیے استعمال کیا جائے۔</w:t>
      </w:r>
    </w:p>
    <w:p>
      <w:r>
        <w:rPr>
          <w:b/>
        </w:rPr>
        <w:t xml:space="preserve">[1:16:07] </w:t>
      </w:r>
      <w:r>
        <w:t>quran ka usloob. quran ka usloob tabyeen ka usloob hai. quran ka usloob tehqeeq ka usloob nahi. quran ka tareeqa haqiqat ko bayan karne ya statement of fact ka tareeqa hai.</w:t>
      </w:r>
    </w:p>
    <w:p>
      <w:pPr>
        <w:jc w:val="right"/>
      </w:pPr>
      <w:r>
        <w:t>قرآن کا اسلوب۔ قرآن کا اسلوب تبیین کا اسلوب ہے۔ قرآن کا اسلوب تحقیق کا اسلوب نہیں۔ قرآن کا طریقہ حقیقت کو بیان کرنے یا سٹیٹمنٹ آف فیکٹ کا طریقہ ہے۔</w:t>
      </w:r>
    </w:p>
    <w:p>
      <w:r>
        <w:rPr>
          <w:b/>
        </w:rPr>
        <w:t xml:space="preserve">[1:16:22] </w:t>
      </w:r>
      <w:r>
        <w:t>quran mein aqli tajziya ya rational analysis ka tareeqa ikhtiyar nahi kiya gaya hai. quran ke is usloob ko quran mein in alfaaz mein bayan kiya gaya hai: "kitab anzalna ilaika mubarak ayatun wal yatazakkar ul albab".</w:t>
      </w:r>
    </w:p>
    <w:p>
      <w:pPr>
        <w:jc w:val="right"/>
      </w:pPr>
      <w:r>
        <w:t>قرآن میں عقلی تجزیہ یا ریشنل انالیسز کا طریقہ اختیار نہیں کیا گیا ہے۔ قرآن کے اس اسلوب کو قرآن میں ان الفاظ میں بیان کیا گیا ہے: "کتاب انزلنا الیک مبارک آیات ولیتذکر الباب"۔</w:t>
      </w:r>
    </w:p>
    <w:p>
      <w:r>
        <w:rPr>
          <w:b/>
        </w:rPr>
        <w:t xml:space="preserve">[1:16:45] </w:t>
      </w:r>
      <w:r>
        <w:t>yeh ek babarkat kitab hai jo hum ne tumhari taraf utari taake log is ki ayaton par ghaur karen aur taake aql wale is se naseehat hasil karen.</w:t>
      </w:r>
    </w:p>
    <w:p>
      <w:pPr>
        <w:jc w:val="right"/>
      </w:pPr>
      <w:r>
        <w:t>یہ ایک بابرکت کتاب ہے جو ہم نے تمہاری طرف اتاری تاکہ لوگ اس کی آیتوں پر غور کریں اور تاکہ عقل والے اس سے نصیحت حاصل کریں۔</w:t>
      </w:r>
    </w:p>
    <w:p>
      <w:r>
        <w:rPr>
          <w:b/>
        </w:rPr>
        <w:t xml:space="preserve">[1:16:56] </w:t>
      </w:r>
      <w:r>
        <w:t>aam kitaab ki tarah quran mein yeh usloob nahi hai ke har baat lafzon mein likh di gayi ho ke us ko parh kar jaan liya jaye balke quran mein athasiyat ya basics ko bayan kar diya gaya hai.</w:t>
      </w:r>
    </w:p>
    <w:p>
      <w:pPr>
        <w:jc w:val="right"/>
      </w:pPr>
      <w:r>
        <w:t>عام کتاب کی طرح قرآن میں یہ اسلوب نہیں ہے کہ ہر بات لفظوں میں لکھ دی گئی ہو کہ اس کو پڑھ کر جان لیا جائے بلکہ قرآن میں اثاثیات یا بیسکس کو بیان کر دیا گیا ہے۔</w:t>
      </w:r>
    </w:p>
    <w:p>
      <w:r>
        <w:rPr>
          <w:b/>
        </w:rPr>
        <w:t xml:space="preserve">[1:17:11] </w:t>
      </w:r>
      <w:r>
        <w:t>ab yeh qari ka kaam hai ke woh ghore o fikr kar ke is ki tafseel ya detail maloom kare. quran mein yeh tareeqa is liye ikhtiyar kiya gaya ke aadmi khud daryaft kardah sachai ya self discovred truth par khara ho.</w:t>
      </w:r>
    </w:p>
    <w:p>
      <w:pPr>
        <w:jc w:val="right"/>
      </w:pPr>
      <w:r>
        <w:t>اب یہ قاری کا کام ہے کہ وہ غور و فکر کر کے اس کی تفصیل یا ڈیٹیل معلوم کرے۔ قرآن میں یہ طریقہ اس لیے اختیار کیا گیا کہ آدمی خود دریافت کردہ سچائی یا سیلف ڈسکورڈ ٹروتھ پر کھڑا ہو۔</w:t>
      </w:r>
    </w:p>
    <w:p>
      <w:r>
        <w:rPr>
          <w:b/>
        </w:rPr>
        <w:t xml:space="preserve">[1:17:29] </w:t>
      </w:r>
      <w:r>
        <w:t>quran ek rehanuma kitaab hai na ke maloomat ki kitaab. is tarah jab koi shakhs mutalea aur ghore o fikr kar ke sachai ko daryaft karta hai to sachai par us ko itaha yaqeen hasil hota hai.</w:t>
      </w:r>
    </w:p>
    <w:p>
      <w:pPr>
        <w:jc w:val="right"/>
      </w:pPr>
      <w:r>
        <w:t>قرآن ایک رہنما کتاب ہے نہ کہ معلومات کی کتاب۔ اس طرح جب کوئی شخص مطالعہ اور غور و فکر کر کے سچائی کو دریافت کرتا ہے تو سچائی پر اس کو اطہا یقین حاصل ہوتا ہے۔</w:t>
      </w:r>
    </w:p>
    <w:p>
      <w:r>
        <w:rPr>
          <w:b/>
        </w:rPr>
        <w:t xml:space="preserve">[1:17:45] </w:t>
      </w:r>
      <w:r>
        <w:t>phir yeh yaqeen us ki zindagi mein amal ki soorat ikhtiyar karta hai. woh is ki soch, is ki guftagu, is ki amli sargharmiyon par chha jata hai.</w:t>
      </w:r>
    </w:p>
    <w:p>
      <w:pPr>
        <w:jc w:val="right"/>
      </w:pPr>
      <w:r>
        <w:t>پھر یہ یقین اس کی زندگی میں عمل کی صورت اختیار کرتا ہے۔ وہ اس کی سوچ، اس کی گفتگو، اس کی عملی سرگرمیوں پر چھا جاتا ہے۔</w:t>
      </w:r>
    </w:p>
    <w:p>
      <w:r>
        <w:rPr>
          <w:b/>
        </w:rPr>
        <w:t xml:space="preserve">[1:17:56] </w:t>
      </w:r>
      <w:r>
        <w:t>quran ka yeh usloob is ke qari ke andar takhleeqi fikr ya creative thinking paida karta hai. yeh ek haqeeqat hai ke zehni irtqa ka aala darja yeh hai ke aadmi ke andar takhleeqi fikr paida ho jaye.</w:t>
      </w:r>
    </w:p>
    <w:p>
      <w:pPr>
        <w:jc w:val="right"/>
      </w:pPr>
      <w:r>
        <w:t>قرآن کا یہ اسلوب اس کے قاری کے اندر تخلیقی فکر یا کریٹیو تھنکنگ پیدا کرتا ہے۔ یہ ایک حقیقت ہے کہ ذہنی ارتقاء کا اعلیٰ درجہ یہ ہے کہ آدمی کے اندر تخلیقی فکر پیدا ہو جائے۔</w:t>
      </w:r>
    </w:p>
    <w:p>
      <w:r>
        <w:rPr>
          <w:b/>
        </w:rPr>
        <w:t xml:space="preserve">[1:18:12] </w:t>
      </w:r>
      <w:r>
        <w:t>takhleeqi fikr aadmi ko zehni jamood ya intellectual stagnation se bachane wali hai. woh aadmi ke liye is ke safar hayat ko ek zinda safar bana deti hai.</w:t>
      </w:r>
    </w:p>
    <w:p>
      <w:pPr>
        <w:jc w:val="right"/>
      </w:pPr>
      <w:r>
        <w:t>تخلیقی فکر آدمی کو ذہنی جمود یا انٹلیکچول سٹیگنیشن سے بچانے والی ہے۔ وہ آدمی کے لیے اس کے سفر حیات کو ایک زندہ سفر بنا دیتی ہے۔</w:t>
      </w:r>
    </w:p>
    <w:p>
      <w:r>
        <w:rPr>
          <w:b/>
        </w:rPr>
        <w:t xml:space="preserve">[1:18:24] </w:t>
      </w:r>
      <w:r>
        <w:t>aisa aadmi har lamha apne liye zehni ghiza ya intellectual food hasil karta rehta hai. is tarah is ki zehni zindagi kabhi aur kisi haal mein khatam nahi hoti.</w:t>
      </w:r>
    </w:p>
    <w:p>
      <w:pPr>
        <w:jc w:val="right"/>
      </w:pPr>
      <w:r>
        <w:t>ایسا آدمی ہر لمحہ اپنے لیے ذہنی غذا یا انٹلیکچول فوڈ حاصل کرتا رہتا ہے۔ اس طرح اس کی ذہنی زندگی کبھی اور کسی حال میں ختم نہیں ہوتی۔</w:t>
      </w:r>
    </w:p>
    <w:p>
      <w:r>
        <w:rPr>
          <w:b/>
        </w:rPr>
        <w:t xml:space="preserve">[1:18:42] </w:t>
      </w:r>
      <w:r>
        <w:t>aafiyat ki dua.</w:t>
      </w:r>
    </w:p>
    <w:p>
      <w:pPr>
        <w:jc w:val="right"/>
      </w:pPr>
      <w:r>
        <w:t>عافیت کی دعا۔</w:t>
      </w:r>
    </w:p>
    <w:p>
      <w:r>
        <w:rPr>
          <w:b/>
        </w:rPr>
        <w:t xml:space="preserve">[1:18:44] </w:t>
      </w:r>
      <w:r>
        <w:t>aafiyat se mutalliq kai riwayat hadees ki kitabon mein aayi hain.</w:t>
      </w:r>
    </w:p>
    <w:p>
      <w:pPr>
        <w:jc w:val="right"/>
      </w:pPr>
      <w:r>
        <w:t>عافیت سے متعلق کئی روایتیں حدیث کی کتابوں میں آئی ہیں۔</w:t>
      </w:r>
    </w:p>
    <w:p>
      <w:r>
        <w:rPr>
          <w:b/>
        </w:rPr>
        <w:t xml:space="preserve">[1:18:49] </w:t>
      </w:r>
      <w:r>
        <w:t>in mein se ek riwayat yeh hai: "an ibn umar qala qala rasool Allah sal Allah alaihi wasallam</w:t>
      </w:r>
    </w:p>
    <w:p>
      <w:pPr>
        <w:jc w:val="right"/>
      </w:pPr>
      <w:r>
        <w:t>ان میں سے ایک روایت یہ ہے: "عن ابن عمر قال قال رسول اللہ صلی اللہ علیہ وسلم</w:t>
      </w:r>
    </w:p>
    <w:p>
      <w:r>
        <w:rPr>
          <w:b/>
        </w:rPr>
        <w:t xml:space="preserve">[1:18:58] </w:t>
      </w:r>
      <w:r>
        <w:t>man futiha lahu minkum bab ad dua futiha lahu abwab ar rahma wa ma su illa Allah shayun ya'ni ahabb ilayhi min</w:t>
      </w:r>
    </w:p>
    <w:p>
      <w:pPr>
        <w:jc w:val="right"/>
      </w:pPr>
      <w:r>
        <w:t>من فتح لہ منکم باب الدعاء فتحت لہ اباب الرحمہ وما سئل اللہ شیئا یعنی احب الیہ من</w:t>
      </w:r>
    </w:p>
    <w:p>
      <w:r>
        <w:rPr>
          <w:b/>
        </w:rPr>
        <w:t xml:space="preserve">[1:19:12] </w:t>
      </w:r>
      <w:r>
        <w:t>an yusal al aafiyaat".</w:t>
      </w:r>
    </w:p>
    <w:p>
      <w:pPr>
        <w:jc w:val="right"/>
      </w:pPr>
      <w:r>
        <w:t>ان یسال العافیت"۔</w:t>
      </w:r>
    </w:p>
    <w:p>
      <w:r>
        <w:rPr>
          <w:b/>
        </w:rPr>
        <w:t xml:space="preserve">[1:19:14] </w:t>
      </w:r>
      <w:r>
        <w:t>sunan at tirmidhi. abdullah bin umar se riwayat hai ke rasool allah sallallahu alaihi wasallam ne farmaya: "jis ke liye dua ke darwaze khol diye gaye us ke liye rehmat ke darwaze khol diye gaye" aur allah taala ke nazdeek is se aafiyat mangna har cheez mangne se zyada mahboob hai.</w:t>
      </w:r>
    </w:p>
    <w:p>
      <w:pPr>
        <w:jc w:val="right"/>
      </w:pPr>
      <w:r>
        <w:t>سنن الترمذی۔ عبداللہ بن عمر سے روایت ہے کہ رسول اللہ صلی اللہ علیہ وسلم نے فرمایا: "جس کے لیے دعا کے دروازے کھولے گئے اس کے لیے رحمت کے دروازے کھول دیے گئے" اور اللہ تعالیٰ کے نزدیک اس سے عافیت مانگنا ہر چیز مانگنے سے زیادہ محبوب ہے۔</w:t>
      </w:r>
    </w:p>
    <w:p>
      <w:r>
        <w:rPr>
          <w:b/>
        </w:rPr>
        <w:t xml:space="preserve">[1:19:38] </w:t>
      </w:r>
      <w:r>
        <w:t>is dunya mein is dunya mein insan ko agarche ikhtiyar diya gaya hai lekin haqeeqat yeh hai ke mamlaat mein insan ka dakhal ek feesad se bhi kam hota hai jabke allah rab al alameen ka dakhal 99 feesad se bhi zyada hai.</w:t>
      </w:r>
    </w:p>
    <w:p>
      <w:pPr>
        <w:jc w:val="right"/>
      </w:pPr>
      <w:r>
        <w:t>اس دنیا میں اس دنیا میں انسان کو اگرچہ اختیار دیا گیا ہے لیکن حقیقت یہ ہے کہ معاملات میں انسان کا دخل ایک فیصد سے بھی کم ہوتا ہے جبکہ اللہ رب العالمین کا دخل 99 فیصد سے بھی زیادہ ہے۔</w:t>
      </w:r>
    </w:p>
    <w:p>
      <w:r>
        <w:rPr>
          <w:b/>
        </w:rPr>
        <w:t xml:space="preserve">[1:19:58] </w:t>
      </w:r>
      <w:r>
        <w:t>yehi wajah hai ke insan ke liye allah se dua karna bohat zyada aham hai. jis insan ko yeh haqeeqat daryaft ho gayi aur woh is par qaim ho gaya woh bilashubah allah ki rehmaton ke saaye mein aa jayega.</w:t>
      </w:r>
    </w:p>
    <w:p>
      <w:pPr>
        <w:jc w:val="right"/>
      </w:pPr>
      <w:r>
        <w:t>یہی وجہ ہے کہ انسان کے لیے اللہ سے دعا کرنا بہت زیادہ اہم ہے۔ جس انسان کو یہ حقیقت دریافت ہوگئی اور وہ اس پر قائم ہو گیا وہ بلاشبہ اللہ کی رحمتوں کے سائے میں آ جائے گا۔</w:t>
      </w:r>
    </w:p>
    <w:p>
      <w:r>
        <w:rPr>
          <w:b/>
        </w:rPr>
        <w:t xml:space="preserve">[1:20:17] </w:t>
      </w:r>
      <w:r>
        <w:t>is dunya mein insan ke liye pehli rehmat ki cheez iman hai yani haqeeqat hayat ki daryaft.</w:t>
      </w:r>
    </w:p>
    <w:p>
      <w:pPr>
        <w:jc w:val="right"/>
      </w:pPr>
      <w:r>
        <w:t>اس دنیا میں انسان کے لیے پہلی رحمت کی چیز ایمان ہے یعنی حقیقت حیات کی دریافت۔</w:t>
      </w:r>
    </w:p>
    <w:p>
      <w:r>
        <w:rPr>
          <w:b/>
        </w:rPr>
        <w:t xml:space="preserve">[1:20:28] </w:t>
      </w:r>
      <w:r>
        <w:t>is ke baad jo cheez sab se zyada ahmiyat ki hamil hai woh aafiyat hai. aafiyat se murad wahi cheez hai jis ko aam taur par achi sehat ya good health kaha jata hai.</w:t>
      </w:r>
    </w:p>
    <w:p>
      <w:pPr>
        <w:jc w:val="right"/>
      </w:pPr>
      <w:r>
        <w:t>اس کے بعد جو چیز سب سے زیادہ اہمیت کی حامل ہے وہ عافیت ہے۔ عافیت سے مراد وہی چیز ہے جس کو عام طور پر اچھی صحت یا گڈ ہیلتھ کہا جاتا ہے۔</w:t>
      </w:r>
    </w:p>
    <w:p>
      <w:r>
        <w:rPr>
          <w:b/>
        </w:rPr>
        <w:t xml:space="preserve">[1:20:41] </w:t>
      </w:r>
      <w:r>
        <w:t>insan apni paidaish ke aitbar se ek kamzor makhlooq hai. sehat aur aafiyat mein mamooli khalal insan ke liye naqabil bardasht ho jata hai.</w:t>
      </w:r>
    </w:p>
    <w:p>
      <w:pPr>
        <w:jc w:val="right"/>
      </w:pPr>
      <w:r>
        <w:t>انسان اپنی پیدائش کے اعتبار سے ایک کمزور مخلوق ہے۔ صحت اور عافیت میں معمولی خلل انسان کے لیے ناقابل برداشت ہو جاتا ہے۔</w:t>
      </w:r>
    </w:p>
    <w:p>
      <w:r>
        <w:rPr>
          <w:b/>
        </w:rPr>
        <w:t xml:space="preserve">[1:20:54] </w:t>
      </w:r>
      <w:r>
        <w:t>jis insan ko sehat o aafiyat hasil na ho woh koi bhi kaam sahi shakal mein nahi kar sakta. is liye insan ko chahiye ke woh allah se bohat zyada dua kare taake woh apni zimmedariyon ko durust tor par ada karne ke qabil ho jaye.</w:t>
      </w:r>
    </w:p>
    <w:p>
      <w:pPr>
        <w:jc w:val="right"/>
      </w:pPr>
      <w:r>
        <w:t>جس انسان کو صحت و عافیت حاصل نہ ہو وہ کوئی بھی کام صحیح شکل میں نہیں کر سکتا۔ اس لیے انسان کو چاہیے کہ وہ اللہ سے بہت زیادہ دعا کرے تاکہ وہ اپنی ذمہ داریوں کو درست طور پر ادا کرنے کے قابل ہو جائے۔</w:t>
      </w:r>
    </w:p>
    <w:p>
      <w:r>
        <w:rPr>
          <w:b/>
        </w:rPr>
        <w:t xml:space="preserve">[1:21:14] </w:t>
      </w:r>
      <w:r>
        <w:t>magar yaad kiye hue arabi alfaz ko dohrane ka naam dua nahi hai. sachi dua woh hai jo maarfat ki dua ho jo dil ki gehraiyon se nikle na ke lafzi takrar ke taur par.</w:t>
      </w:r>
    </w:p>
    <w:p>
      <w:pPr>
        <w:jc w:val="right"/>
      </w:pPr>
      <w:r>
        <w:t>مگر یاد کیے ہوئے عربی الفاظ کو دہرانے کا نام دعا نہیں ہے۔ سچی دعا وہ ہے جو معرفت کی دعا ہو جو دل کی گہرائیوں سے نکلے نہ کہ لفظی تکرار کے طور پر۔</w:t>
      </w:r>
    </w:p>
    <w:p>
      <w:r>
        <w:rPr>
          <w:b/>
        </w:rPr>
        <w:t xml:space="preserve">[1:21:30] </w:t>
      </w:r>
      <w:r>
        <w:t>aisi dua bilashubah allah tak pohnchti hai aur woh allah ke haan qabooliyat ka darja pati hai.</w:t>
      </w:r>
    </w:p>
    <w:p>
      <w:pPr>
        <w:jc w:val="right"/>
      </w:pPr>
      <w:r>
        <w:t>ایسی دعا بلاشبہ اللہ تک پہنچتی ہے اور وہ اللہ کے ہاں قبولیت کا درجہ پاتی ہے۔</w:t>
      </w:r>
    </w:p>
    <w:p>
      <w:r>
        <w:rPr>
          <w:b/>
        </w:rPr>
        <w:t xml:space="preserve">[1:21:44] </w:t>
      </w:r>
      <w:r>
        <w:t>sazaye qatl. muslim ulama aur fuqaha ka yeh manna hai ke shatme rasool ki saza qatl hai. yقتل حداً.</w:t>
      </w:r>
    </w:p>
    <w:p>
      <w:pPr>
        <w:jc w:val="right"/>
      </w:pPr>
      <w:r>
        <w:t>سزائے قتل۔ مسلم علماء اور فقہاء کا یہ ماننا ہے کہ شتم رسول کی سزا قتل ہے۔ یقتل حداً۔</w:t>
      </w:r>
    </w:p>
    <w:p>
      <w:r>
        <w:rPr>
          <w:b/>
        </w:rPr>
        <w:t xml:space="preserve">[1:21:55] </w:t>
      </w:r>
      <w:r>
        <w:t>yehi muamla un ke nazdeek irtidad ka bhi hai magar yeh baat durust nahi. pehli baat yeh hai ke quran o hadees se yeh sabit nahi ke irtidad ya shatme rasool ki saza qatl hai.</w:t>
      </w:r>
    </w:p>
    <w:p>
      <w:pPr>
        <w:jc w:val="right"/>
      </w:pPr>
      <w:r>
        <w:t>یہی معاملہ ان کے نزدیک ارتداد کا بھی ہے مگر یہ بات درست نہیں۔ پہلی بات یہ ہے کہ قرآن و حدیث سے یہ ثابت نہیں کہ ارتداد یا شتم رسول کی سزا قتل ہے۔</w:t>
      </w:r>
    </w:p>
    <w:p>
      <w:r>
        <w:rPr>
          <w:b/>
        </w:rPr>
        <w:t xml:space="preserve">[1:22:11] </w:t>
      </w:r>
      <w:r>
        <w:t>is silsile mein jo hawale diye jate hain woh bilashubah nihayat zaeef hain. mulahiza ho raqim al huroof ki kitaab shatme rasool ki saza waise hi hikmat e islam ka bab murtad aur irtidad.</w:t>
      </w:r>
    </w:p>
    <w:p>
      <w:pPr>
        <w:jc w:val="right"/>
      </w:pPr>
      <w:r>
        <w:t>اس سلسلے میں جو حوالے دیے جاتے ہیں وہ بلاشبہ نہایت ضعیف ہیں۔ ملاحظہ ہو راقم الحروف کی کتاب شتم رسول کی سزا نیز حکمت اسلام کا باب مرتد اور ارتداد۔</w:t>
      </w:r>
    </w:p>
    <w:p>
      <w:r>
        <w:rPr>
          <w:b/>
        </w:rPr>
        <w:t xml:space="preserve">[1:22:28] </w:t>
      </w:r>
      <w:r>
        <w:t>tahum bil farz agar kisi ke nazdeek shatme rasool ya irtidad ki saza qatl ho tab bhi koi jurm adalati karwai se mustasna nahi ho sakta.</w:t>
      </w:r>
    </w:p>
    <w:p>
      <w:pPr>
        <w:jc w:val="right"/>
      </w:pPr>
      <w:r>
        <w:t>تاہم بالفرض اگر کسی کے نزدیک شتم رسول یا ارتداد کی سزا قتل ہو تب بھی کوئی جرم عدالتی کاروائی سے مستثنیٰ نہیں ہو سکتا۔</w:t>
      </w:r>
    </w:p>
    <w:p>
      <w:r>
        <w:rPr>
          <w:b/>
        </w:rPr>
        <w:t xml:space="preserve">[1:22:40] </w:t>
      </w:r>
      <w:r>
        <w:t>ulama aur fuqaha jab yeh likhte hain ke yقتل حداً to us ke sath unhein yeh izafa karna chahiye ke ba'd al muhakama yani adalti karwai ya judicial proceedings ke baad na ke is ke baghair.</w:t>
      </w:r>
    </w:p>
    <w:p>
      <w:pPr>
        <w:jc w:val="right"/>
      </w:pPr>
      <w:r>
        <w:t>علماء اور فقہاء جب یہ لکھتے ہیں کہ یقتل حداً تو اس کے ساتھ انہیں یہ اضافہ کرنا چاہیے کہ بعد المحاکمہ یعنی عدالتی کاروائی یا جوڈیشل پروسیڈنگز کے بعد نہ کہ اس کے بغیر۔</w:t>
      </w:r>
    </w:p>
    <w:p>
      <w:r>
        <w:rPr>
          <w:b/>
        </w:rPr>
        <w:t xml:space="preserve">[1:22:57] </w:t>
      </w:r>
      <w:r>
        <w:t>yeh hukum itna aam hai ke is mamle mein koi bhi jurm mustasna nahi ban sakta. insan ko qatl karna insan ke liye aakhri saza ke barabar hai.</w:t>
      </w:r>
    </w:p>
    <w:p>
      <w:pPr>
        <w:jc w:val="right"/>
      </w:pPr>
      <w:r>
        <w:t>یہ حکم اتنا عام ہے کہ اس معاملے میں کوئی بھی جرم مستثنیٰ نہیں بن سکتا۔ انسان کو قتل کرنا انسان کے لیے آخری سزا کے برابر ہے۔</w:t>
      </w:r>
    </w:p>
    <w:p>
      <w:r>
        <w:rPr>
          <w:b/>
        </w:rPr>
        <w:t xml:space="preserve">[1:23:10] </w:t>
      </w:r>
      <w:r>
        <w:t>is ke baad insan kuch karne ke liye maujood nahi rehta. is liye qatl ke mamle mein ahl e islam ko behad hassas hona chahiye.</w:t>
      </w:r>
    </w:p>
    <w:p>
      <w:pPr>
        <w:jc w:val="right"/>
      </w:pPr>
      <w:r>
        <w:t>اس کے بعد انسان کچھ کرنے کے لیے موجود نہیں رہتا۔ اس لیے قتل کے معاملے میں اہل اسلام کو بے حد حساس ہونا چاہیے۔</w:t>
      </w:r>
    </w:p>
    <w:p>
      <w:r>
        <w:rPr>
          <w:b/>
        </w:rPr>
        <w:t xml:space="preserve">[1:23:21] </w:t>
      </w:r>
      <w:r>
        <w:t>kisi ko qatl sirf is waqt kiya ja sakta hai jabke is ke liye nass e sarih maujood ho jis mein kisi taweel ki gunjaish na ho.</w:t>
      </w:r>
    </w:p>
    <w:p>
      <w:pPr>
        <w:jc w:val="right"/>
      </w:pPr>
      <w:r>
        <w:t>کسی کو قتل صرف اس وقت کیا جا سکتا ہے جبکہ اس کے لیے نصح صریح موجود ہو جس میں کسی تاویل کی گنجائش نہ ہو۔</w:t>
      </w:r>
    </w:p>
    <w:p>
      <w:r>
        <w:rPr>
          <w:b/>
        </w:rPr>
        <w:t xml:space="preserve">[1:23:33] </w:t>
      </w:r>
      <w:r>
        <w:t>mazeed yeh ke qatl ka faisla aik ba-ikhtiyar judge kar sakta hai. koi aur shakhs ya giroh kisi ko qatl karne ka hargiz majaz nahin.</w:t>
      </w:r>
    </w:p>
    <w:p>
      <w:pPr>
        <w:jc w:val="right"/>
      </w:pPr>
      <w:r>
        <w:t>مزید یہ کہ قتل کا فیصلہ ایک بااختیار جج کر سکتا ہے۔ کوئی اور شخص یا گروہ کسی کو قتل کرنے کا ہرگز مجاز نہیں۔</w:t>
      </w:r>
    </w:p>
    <w:p>
      <w:r>
        <w:rPr>
          <w:b/>
        </w:rPr>
        <w:t xml:space="preserve">[1:23:46] </w:t>
      </w:r>
      <w:r>
        <w:t>qatl ka hukm lagane se pehle logon ko chahiye ke woh Quran ki is ayat ko bar bar</w:t>
      </w:r>
    </w:p>
    <w:p>
      <w:pPr>
        <w:jc w:val="right"/>
      </w:pPr>
      <w:r>
        <w:t>قتل کا حکم لگانے سے پہلے لوگوں کو چاہیے کہ وہ قرآن کی اس آیت کو بار بار</w:t>
      </w:r>
    </w:p>
    <w:p>
      <w:r>
        <w:rPr>
          <w:b/>
        </w:rPr>
        <w:t xml:space="preserve">[1:23:53] </w:t>
      </w:r>
      <w:r>
        <w:t>padhein: "man qatala nafsan bighairi nafsin aw fasadin fil ardi fakana qatala an nassi jamee'an wa man ahya fakan ahya</w:t>
      </w:r>
    </w:p>
    <w:p>
      <w:pPr>
        <w:jc w:val="right"/>
      </w:pPr>
      <w:r>
        <w:t>پڑھیں: "من قتل نفساً بغیر نفس او فساد فی الارض فکان قتل الناس جمیعاً ومن احیاء فکان احی</w:t>
      </w:r>
    </w:p>
    <w:p>
      <w:r>
        <w:rPr>
          <w:b/>
        </w:rPr>
        <w:t xml:space="preserve">[1:24:07] </w:t>
      </w:r>
      <w:r>
        <w:t>an nassi jamee'an" yani jo shakhs kisi ko qatl kare baghair is ke ke us ne kisi ko qatl</w:t>
      </w:r>
    </w:p>
    <w:p>
      <w:pPr>
        <w:jc w:val="right"/>
      </w:pPr>
      <w:r>
        <w:t>الناس جمیعاً" یعنی جو شخص کسی کو قتل کرے بغیر اس کے کہ اس نے کسی کو قتل</w:t>
      </w:r>
    </w:p>
    <w:p>
      <w:r>
        <w:rPr>
          <w:b/>
        </w:rPr>
        <w:t xml:space="preserve">[1:24:15] </w:t>
      </w:r>
      <w:r>
        <w:t>kiya ho ya zameen mein fasad barpa kiya ho to goya us ne sare insanon ko qatl kar</w:t>
      </w:r>
    </w:p>
    <w:p>
      <w:pPr>
        <w:jc w:val="right"/>
      </w:pPr>
      <w:r>
        <w:t>کیا ہو یا زمین میں فساد برپا کیا ہو تو گویا اس نے سارے انسانوں کو قتل کر</w:t>
      </w:r>
    </w:p>
    <w:p>
      <w:r>
        <w:rPr>
          <w:b/>
        </w:rPr>
        <w:t xml:space="preserve">[1:24:23] </w:t>
      </w:r>
      <w:r>
        <w:t>dala aur jis ne ek shakhs ko bachaya to goya us ne sare insanon ko bacha liya.</w:t>
      </w:r>
    </w:p>
    <w:p>
      <w:pPr>
        <w:jc w:val="right"/>
      </w:pPr>
      <w:r>
        <w:t>ڈالا اور جس نے ایک شخص کو بچایا تو گویا اس نے سارے انسانوں کو بچا لیا۔</w:t>
      </w:r>
    </w:p>
    <w:p>
      <w:r>
        <w:rPr>
          <w:b/>
        </w:rPr>
        <w:t xml:space="preserve">[1:24:35] </w:t>
      </w:r>
      <w:r>
        <w:t>Khuda se humkalami. ek hadith rasool mein momin ki sifat batane ke liye yeh alfaaz aaye hain: "yunaji rabbahu sahih bukhari" yaani momin Allah Rabb-ul-Alameen se sargoshi karta hai.</w:t>
      </w:r>
    </w:p>
    <w:p>
      <w:pPr>
        <w:jc w:val="right"/>
      </w:pPr>
      <w:r>
        <w:t>خدا سے ہم کلامی۔ ایک حدیث رسول میں مومن کی صفت بتانے کے لیے یہ الفاظ آئے ہیں: "یوناجی ربہ صحیح بخاری" یعنی مومن اللہ رب العالمین سے سرگوشی کرتا ہے۔</w:t>
      </w:r>
    </w:p>
    <w:p>
      <w:r>
        <w:rPr>
          <w:b/>
        </w:rPr>
        <w:t xml:space="preserve">[1:24:53] </w:t>
      </w:r>
      <w:r>
        <w:t>is ko hamesha Allah se humkalami ka tajruba hota rehta hai. a believer is always in contact with God.</w:t>
      </w:r>
    </w:p>
    <w:p>
      <w:pPr>
        <w:jc w:val="right"/>
      </w:pPr>
      <w:r>
        <w:t>اس کو ہمیشہ اللہ سے ہم کلامی کا تجربہ ہوتا رہتا ہے۔ ا بیلیور از الویز ان کانٹیکٹ ود گاڈ۔</w:t>
      </w:r>
    </w:p>
    <w:p>
      <w:r>
        <w:rPr>
          <w:b/>
        </w:rPr>
        <w:t xml:space="preserve">[1:25:03] </w:t>
      </w:r>
      <w:r>
        <w:t>ghair momin ke bare mein yeh kehna sahi hoga ke woh apne dost se sargoshi karta rehta hai. yunaji sadiqi. lekin momin woh hai jo marifat ke darje mein Allah ko daryaft kare.</w:t>
      </w:r>
    </w:p>
    <w:p>
      <w:pPr>
        <w:jc w:val="right"/>
      </w:pPr>
      <w:r>
        <w:t>غیر مومن کے بارے میں یہ کہنا صحیح ہوگا کہ وہ اپنے دوست سے سرگوشی کرتا رہتا ہے۔ یوناجی صدیقہ لیکن مومن وہ ہے جو معرفت کے درجے میں اللہ کو دریافت کرے۔</w:t>
      </w:r>
    </w:p>
    <w:p>
      <w:r>
        <w:rPr>
          <w:b/>
        </w:rPr>
        <w:t xml:space="preserve">[1:25:18] </w:t>
      </w:r>
      <w:r>
        <w:t>apni rabbani soch ki bina par is ko Allah se qurbat ka tajruba hone lage. woh mehsoos karne lage ke main Allah ke paas hoon ya Allah mere paas hai.</w:t>
      </w:r>
    </w:p>
    <w:p>
      <w:pPr>
        <w:jc w:val="right"/>
      </w:pPr>
      <w:r>
        <w:t>اپنی ربانی سوچ کی بنا پر اس کو اللہ سے قربت کا تجربہ ہونے لگے۔ وہ محسوس کرنے لگے کہ میں اللہ کے پاس ہوں یا اللہ میرے پاس ہے۔</w:t>
      </w:r>
    </w:p>
    <w:p>
      <w:r>
        <w:rPr>
          <w:b/>
        </w:rPr>
        <w:t xml:space="preserve">[1:25:29] </w:t>
      </w:r>
      <w:r>
        <w:t>jab kisi shakhs ko yeh rabbani tajruba hota hai to fitri taur par aisa hota hai ke woh Allah ko yaad karne lagta hai.</w:t>
      </w:r>
    </w:p>
    <w:p>
      <w:pPr>
        <w:jc w:val="right"/>
      </w:pPr>
      <w:r>
        <w:t>جب کسی شخص کو یہ ربانی تجربہ ہوتا ہے تو فطری طور پر ایسا ہوتا ہے کہ وہ اللہ کو یاد کرنے لگتا ہے۔</w:t>
      </w:r>
    </w:p>
    <w:p>
      <w:r>
        <w:rPr>
          <w:b/>
        </w:rPr>
        <w:t xml:space="preserve">[1:25:39] </w:t>
      </w:r>
      <w:r>
        <w:t>woh sargoshi yaani whisper ki zaban mein Allah se humkalam ho jata hai. is ko Allah ki taraf se inspiration milne lagta hai.</w:t>
      </w:r>
    </w:p>
    <w:p>
      <w:pPr>
        <w:jc w:val="right"/>
      </w:pPr>
      <w:r>
        <w:t>وہ سرگوشی یعنی وسپر کی زبان میں اللہ سے ہم کلام ہو جاتا ہے۔ اس کو اللہ کی طرف سے انسپیریشن ملنے لگتا ہے۔</w:t>
      </w:r>
    </w:p>
    <w:p>
      <w:r>
        <w:rPr>
          <w:b/>
        </w:rPr>
        <w:t xml:space="preserve">[1:25:50] </w:t>
      </w:r>
      <w:r>
        <w:t>is ko aisa mehsoos hone lagta hai ke woh dunya mein rehte hue akhirat mein pahunch gaya hai. woh insano ke darmiyan rehte hue Allah ka parosi ban gaya hai.</w:t>
      </w:r>
    </w:p>
    <w:p>
      <w:pPr>
        <w:jc w:val="right"/>
      </w:pPr>
      <w:r>
        <w:t>اس کو ایسا محسوس ہونے لگتا ہے کہ وہ دنیا میں رہتے ہوئے آخرت میں پہنچ گیا ہے۔ وہ انسانوں کے درمیان رہتے ہوئے اللہ کا پڑوسی بن گیا ہے۔</w:t>
      </w:r>
    </w:p>
    <w:p>
      <w:r>
        <w:rPr>
          <w:b/>
        </w:rPr>
        <w:t xml:space="preserve">[1:26:02] </w:t>
      </w:r>
      <w:r>
        <w:t>is hadith mein banda aur Rab ke darmiyan jis munajat ka zikr hai us ki tasdeeq Quran se bhi hoti hai.</w:t>
      </w:r>
    </w:p>
    <w:p>
      <w:pPr>
        <w:jc w:val="right"/>
      </w:pPr>
      <w:r>
        <w:t>اس حدیث میں بندہ اور رب کے درمیان جس مناجات کا ذکر ہے اس کی تصدیق قرآن سے بھی ہوتی ہے۔</w:t>
      </w:r>
    </w:p>
    <w:p>
      <w:r>
        <w:rPr>
          <w:b/>
        </w:rPr>
        <w:t xml:space="preserve">[1:26:12] </w:t>
      </w:r>
      <w:r>
        <w:t>Quran mein yeh ayat aayi hai: "wa idha saalaka ibadi anni fa-inni qareeb. ujeebu da'watad da'i idha da'an" bande ki pukar ka Allah tak pahunchna inhi alfaaz mein hota hai jin alfaaz mein bande ne apne Rab ko pukara hai.</w:t>
      </w:r>
    </w:p>
    <w:p>
      <w:pPr>
        <w:jc w:val="right"/>
      </w:pPr>
      <w:r>
        <w:t>قرآن میں یہ آیت آئی ہے: "وَإِذَا سَأَلَكَ عِبَادِي أَنِّي فَإِنِّي قَرِيبٌ أُجِيبُ دَعْوَةَ الدَّاعِيِ إِذَا دَعَانَ" بندے کی پکار کا اللہ تک پہنچنا انہی الفاظ میں ہوتا ہے جن الفاظ میں بندے نے اپنے رب کو پکارا ہے۔</w:t>
      </w:r>
    </w:p>
    <w:p>
      <w:r>
        <w:rPr>
          <w:b/>
        </w:rPr>
        <w:t xml:space="preserve">[1:26:35] </w:t>
      </w:r>
      <w:r>
        <w:t>banda jab pukarta hai to is ka Rab us ko usi waqt haqeeqi taur par sun leta hai. ab sawal yeh hai ke Allah ka jawab kis tarah insaan tak pahunchta hai?</w:t>
      </w:r>
    </w:p>
    <w:p>
      <w:pPr>
        <w:jc w:val="right"/>
      </w:pPr>
      <w:r>
        <w:t>بندہ جب پکارتا ہے تو اس کا رب اس کو اسی وقت حقیقی طور پر سن لیتا ہے۔ اب سوال یہ ہے کہ اللہ کا جواب کس طرح انسان تک پہنچتا ہے؟</w:t>
      </w:r>
    </w:p>
    <w:p>
      <w:r>
        <w:rPr>
          <w:b/>
        </w:rPr>
        <w:t xml:space="preserve">[1:26:49] </w:t>
      </w:r>
      <w:r>
        <w:t>yeh alfaaz ke aitbar se nahin hota balke wajdan yaani intuition ki satah par kaifiyat, feeling ke aitbar se hota hai.</w:t>
      </w:r>
    </w:p>
    <w:p>
      <w:pPr>
        <w:jc w:val="right"/>
      </w:pPr>
      <w:r>
        <w:t>یہ الفاظ کے اعتبار سے نہیں ہوتا بلکہ وجدان یعنی انٹیوشن کی سطح پر کیفیت، فیلنگ کے اعتبار سے ہوتا ہے۔</w:t>
      </w:r>
    </w:p>
    <w:p>
      <w:r>
        <w:rPr>
          <w:b/>
        </w:rPr>
        <w:t xml:space="preserve">[1:26:59] </w:t>
      </w:r>
      <w:r>
        <w:t>is ko mehsoos to kiya ja sakta hai lekin lafzon mein is ko bayan nahin kiya ja sakta.</w:t>
      </w:r>
    </w:p>
    <w:p>
      <w:pPr>
        <w:jc w:val="right"/>
      </w:pPr>
      <w:r>
        <w:t>اس کو محسوس تو کیا جا سکتا ہے لیکن لفظوں میں اس کو بیان نہیں کیا جا سکتا۔</w:t>
      </w:r>
    </w:p>
    <w:p>
      <w:r>
        <w:rPr>
          <w:b/>
        </w:rPr>
        <w:t xml:space="preserve">[1:27:11] </w:t>
      </w:r>
      <w:r>
        <w:t>mauqa o mahal ki ahmiyat. Quran mein ek taraf yeh kaha gaya hai ke: "ashidda'u 'alal kuffar" doosri taraf Quran mein aaya hai: "fa-bi-ma rahmatin minallahi li-nta lahum" is se maloom hota hai ke Islam mein kabhi shiddat matloob hoti hai aur kabhi narmi.</w:t>
      </w:r>
    </w:p>
    <w:p>
      <w:pPr>
        <w:jc w:val="right"/>
      </w:pPr>
      <w:r>
        <w:t>موقع و محل کی اہمیت۔ قرآن میں ایک طرف یہ کہا گیا ہے کہ: "أَشِدَّاءُ عَلَى الْكُفَّارِ" دوسری طرف قرآن میں آیا ہے: "فَبِمَا رَحْمَةٍ مِنَ اللَّهِ لِنْ تَلَهُمْ" اس سے معلوم ہوتا ہے کہ اسلام میں کبھی شدت مطلوب ہوتی ہے اور کبھی نرمی۔</w:t>
      </w:r>
    </w:p>
    <w:p>
      <w:r>
        <w:rPr>
          <w:b/>
        </w:rPr>
        <w:t xml:space="preserve">[1:27:32] </w:t>
      </w:r>
      <w:r>
        <w:t>yeh shiddat aur narmi kaffir aur muslim ke aitbar se nahin balke mauqa o mahal ke aitbar se ikhtiyar ki jati hai.</w:t>
      </w:r>
    </w:p>
    <w:p>
      <w:pPr>
        <w:jc w:val="right"/>
      </w:pPr>
      <w:r>
        <w:t>یہ شدت اور نرمی کافر اور مسلم کے اعتبار سے نہیں بلکہ موقع و محل کے اعتبار سے اختیار کی جاتی ہے۔</w:t>
      </w:r>
    </w:p>
    <w:p>
      <w:r>
        <w:rPr>
          <w:b/>
        </w:rPr>
        <w:t xml:space="preserve">[1:27:42] </w:t>
      </w:r>
      <w:r>
        <w:t>is farq ka sabab hikmat-e-kalam hai. is ka ta'alluq aslan mutakallim se nahin hai balke sami yaani audience se hai.</w:t>
      </w:r>
    </w:p>
    <w:p>
      <w:pPr>
        <w:jc w:val="right"/>
      </w:pPr>
      <w:r>
        <w:t>اس فرق کا سبب حکمت کلام ہے۔ اس کا تعلق اصلًا متکلم سے نہیں ہے بلکہ سامع یعنی آڈینس سے ہے۔</w:t>
      </w:r>
    </w:p>
    <w:p>
      <w:r>
        <w:rPr>
          <w:b/>
        </w:rPr>
        <w:t xml:space="preserve">[1:27:53] </w:t>
      </w:r>
      <w:r>
        <w:t>asl yeh hai ke logon mein ilm o fahm ke aitbar se farq hota hai. isi bana par kalam mein bhi farq matloob ho jata hai.</w:t>
      </w:r>
    </w:p>
    <w:p>
      <w:pPr>
        <w:jc w:val="right"/>
      </w:pPr>
      <w:r>
        <w:t>اصل یہ ہے کہ لوگوں میں علم و فہم کے اعتبار سے فرق ہوتا ہے۔ اسی بنا پر کلام میں بھی فرق مطلوب ہو جاتا ہے۔</w:t>
      </w:r>
    </w:p>
    <w:p>
      <w:r>
        <w:rPr>
          <w:b/>
        </w:rPr>
        <w:t xml:space="preserve">[1:28:04] </w:t>
      </w:r>
      <w:r>
        <w:t>kalam mein shiddat bhi itna hi matloob hai jitna ke kalam mein narmi. magar is ka inhisaar sami ki qabooliyat ya acceptance se hai.</w:t>
      </w:r>
    </w:p>
    <w:p>
      <w:pPr>
        <w:jc w:val="right"/>
      </w:pPr>
      <w:r>
        <w:t>کلام میں شدت بھی اتنا ہی مطلوب ہے جتنا کہ کلام میں نرمی۔ مگر اس کا انحصار سامع کی قبولیت یا ایکسیپٹنس سے ہے۔</w:t>
      </w:r>
    </w:p>
    <w:p>
      <w:r>
        <w:rPr>
          <w:b/>
        </w:rPr>
        <w:t xml:space="preserve">[1:28:15] </w:t>
      </w:r>
      <w:r>
        <w:t>agar sami ke andar yeh salahiyat ho ke woh baat ko baat ke lehaz se dekhe na ke usloob ke lehaz se.</w:t>
      </w:r>
    </w:p>
    <w:p>
      <w:pPr>
        <w:jc w:val="right"/>
      </w:pPr>
      <w:r>
        <w:t>اگر سامع کے اندر یہ صلاحیت ہو کہ وہ بات کو بات کے لحاظ سے دیکھے نہ کہ اسلوب کے لحاظ سے۔</w:t>
      </w:r>
    </w:p>
    <w:p>
      <w:r>
        <w:rPr>
          <w:b/>
        </w:rPr>
        <w:t xml:space="preserve">[1:28:24] </w:t>
      </w:r>
      <w:r>
        <w:t>aise shakhs ke liye hammering ki zaban ya language of hammering zyada mufeed hogi. is ke bar aks jis aadmi ke andar shiddat ko bardasht karne ka mada na ho us se narmi ke andaaz mein baat kahi jayegi.</w:t>
      </w:r>
    </w:p>
    <w:p>
      <w:pPr>
        <w:jc w:val="right"/>
      </w:pPr>
      <w:r>
        <w:t>ایسے شخص کے لیے ہیمرنگ کی زبان یا لینگویج آف ہیمرنگ زیادہ مفید ہوگی۔ اس کے برعکس جس آدمی کے اندر شدت کو برداشت کرنے کا مادہ نہ ہو اس سے نرمی کے انداز میں بات کہی جائے گی۔</w:t>
      </w:r>
    </w:p>
    <w:p>
      <w:r>
        <w:rPr>
          <w:b/>
        </w:rPr>
        <w:t xml:space="preserve">[1:28:40] </w:t>
      </w:r>
      <w:r>
        <w:t>yeh usool ijtimai zindagi ko kamyab banane ke liye behad aham hain. ek shakhs agar akela ho to is qism ka masla paida nahin hoga lekin ijtimai zindagi ka maamla is se mukhtalif hai.</w:t>
      </w:r>
    </w:p>
    <w:p>
      <w:pPr>
        <w:jc w:val="right"/>
      </w:pPr>
      <w:r>
        <w:t>یہ اصول اجتماعی زندگی کو کامیاب بنانے کے لیے بے حد اہم ہیں۔ ایک شخص اگر اکیلا ہو تو اس قسم کا مسئلہ پیدا نہیں ہوگا لیکن اجتماعی زندگی کا معاملہ اس سے مختلف ہے۔</w:t>
      </w:r>
    </w:p>
    <w:p>
      <w:r>
        <w:rPr>
          <w:b/>
        </w:rPr>
        <w:t xml:space="preserve">[1:28:57] </w:t>
      </w:r>
      <w:r>
        <w:t>ijtimai zindagi mein hamesha tarah tarah ke log hote hain. har ek se yaksaan qism ka bartao nahin kiya ja sakta.</w:t>
      </w:r>
    </w:p>
    <w:p>
      <w:pPr>
        <w:jc w:val="right"/>
      </w:pPr>
      <w:r>
        <w:t>اجتماعی زندگی میں ہمیشہ طرح طرح کے لوگ ہوتے ہیں۔ ہر ایک سے یکساں قسم کا برتاؤ نہیں کیا جا سکتا۔</w:t>
      </w:r>
    </w:p>
    <w:p>
      <w:r>
        <w:rPr>
          <w:b/>
        </w:rPr>
        <w:t xml:space="preserve">[1:29:07] </w:t>
      </w:r>
      <w:r>
        <w:t>balkeh yeh dekhna padega ke koi shakhs kis cheez ka tahammul kar sakta hai aur kis cheez ka tahammul nahin kar sakta.</w:t>
      </w:r>
    </w:p>
    <w:p>
      <w:pPr>
        <w:jc w:val="right"/>
      </w:pPr>
      <w:r>
        <w:t>بلکہ یہ دیکھنا پڑے گا کہ کوئی شخص کس چیز کا تحمل کر سکتا ہے اور کس چیز کا تحمل نہیں کر سکتا۔</w:t>
      </w:r>
    </w:p>
    <w:p>
      <w:r>
        <w:rPr>
          <w:b/>
        </w:rPr>
        <w:t xml:space="preserve">[1:29:17] </w:t>
      </w:r>
      <w:r>
        <w:t>yeh farq hikmat par mabni hota hai na ke imtiyaz par. jo shakhs sirf narmi ka tahammul kar sakta ho us ke sath sakhti karna us par zulm karna hai.</w:t>
      </w:r>
    </w:p>
    <w:p>
      <w:pPr>
        <w:jc w:val="right"/>
      </w:pPr>
      <w:r>
        <w:t>یہ فرق حکمت پر مبنی ہوتا ہے نہ کہ امتیاز پر۔ جو شخص صرف نرمی کا تحمل کر سکتا ہو اس کے ساتھ سختی کرنا اس پر ظلم کرنا ہے۔</w:t>
      </w:r>
    </w:p>
    <w:p>
      <w:r>
        <w:rPr>
          <w:b/>
        </w:rPr>
        <w:t xml:space="preserve">[1:29:31] </w:t>
      </w:r>
      <w:r>
        <w:t>is ke baraks jo shakhs nermi aur sakhti se oopar uth kar baat ko haqeeqat waqe ke aitbar se dekhe is ke sath nermi ka tareeqa ikhtiyar karna is ke oopar zulm karna hai.</w:t>
      </w:r>
    </w:p>
    <w:p>
      <w:pPr>
        <w:jc w:val="right"/>
      </w:pPr>
      <w:r>
        <w:t>اس کے برعکس جو شخص نرمی اور سختی سے اوپر اٹھ کر بات کو حقیقت واقعہ کے اعتبار سے دیکھے اس کے ساتھ نرمی کا طریقہ اختیار کرنا اس کے اوپر ظلم کرنا ہے۔</w:t>
      </w:r>
    </w:p>
    <w:p>
      <w:r>
        <w:rPr>
          <w:b/>
        </w:rPr>
        <w:t xml:space="preserve">[1:29:47] </w:t>
      </w:r>
      <w:r>
        <w:t>is ko aik aisay khair se mehroom karna hai jis ka woh pehle se intezar kar raha tha. isi ka naam hikmat hai.</w:t>
      </w:r>
    </w:p>
    <w:p>
      <w:pPr>
        <w:jc w:val="right"/>
      </w:pPr>
      <w:r>
        <w:t>اس کو ایک ایسے خیر سے محروم کرنا ہے جس کا وہ پہلے سے انتظار کر رہا تھا۔ اسی کا نام حکمت ہے۔</w:t>
      </w:r>
    </w:p>
    <w:p>
      <w:r>
        <w:rPr>
          <w:b/>
        </w:rPr>
        <w:t xml:space="preserve">[1:30:02] </w:t>
      </w:r>
      <w:r>
        <w:t>secondary choice. islam ki tareekh batati hai ke ibtidai ruba sadi tak islam mein usooli khilafat qaim rahi.</w:t>
      </w:r>
    </w:p>
    <w:p>
      <w:pPr>
        <w:jc w:val="right"/>
      </w:pPr>
      <w:r>
        <w:t>سیکنڈری چوائس۔ اسلام کی تاریخ بتاتی ہے کہ ابتدائی ربع صدی تک اسلام میں اصولی خلافت قائم رہی۔</w:t>
      </w:r>
    </w:p>
    <w:p>
      <w:r>
        <w:rPr>
          <w:b/>
        </w:rPr>
        <w:t xml:space="preserve">[1:30:12] </w:t>
      </w:r>
      <w:r>
        <w:t>is ke baad khandANI khilafat yani dynasty based khilafat qaim ho gayi jo aakhir waqt tak chalti rahi.</w:t>
      </w:r>
    </w:p>
    <w:p>
      <w:pPr>
        <w:jc w:val="right"/>
      </w:pPr>
      <w:r>
        <w:t>اس کے بعد خاندانی خلافت یعنی ڈائنسٹی بیسڈ خلافت قائم ہوگئی جو آخر وقت تک چلتی رہی۔</w:t>
      </w:r>
    </w:p>
    <w:p>
      <w:r>
        <w:rPr>
          <w:b/>
        </w:rPr>
        <w:t xml:space="preserve">[1:30:21] </w:t>
      </w:r>
      <w:r>
        <w:t>yeh koi burai evil ki baat nahi hai balke woh practical wisdom ki baat hai. fitrat ke qanoon ke mutabiq zindagi ka aik usool yeh hai ke jab pehla intikhab yani first choice mumkin na ho to secondary choice par raazi ho jao.</w:t>
      </w:r>
    </w:p>
    <w:p>
      <w:pPr>
        <w:jc w:val="right"/>
      </w:pPr>
      <w:r>
        <w:t>یہ کوئی برائی ایول کی بات نہیں ہے بلکہ وہ پریکٹیکل وزڈم کی بات ہے۔ فطرت کے قانون کے مطابق زندگی کا ایک اصول یہ ہے کہ جب پہلا انتخاب یعنی فرسٹ چوائس ممکن نہ ہو تو سیکنڈری چوائس پر راضی ہو جاؤ۔</w:t>
      </w:r>
    </w:p>
    <w:p>
      <w:r>
        <w:rPr>
          <w:b/>
        </w:rPr>
        <w:t xml:space="preserve">[1:30:39] </w:t>
      </w:r>
      <w:r>
        <w:t>khandani khilafat ka kam az kam yeh faida hasil hua ke islam ke baad ki tareekh mein istahkam, stability ka qayam mumkin ho gaya.</w:t>
      </w:r>
    </w:p>
    <w:p>
      <w:pPr>
        <w:jc w:val="right"/>
      </w:pPr>
      <w:r>
        <w:t>خاندانی خلافت کا کم از کم یہ فائدہ حاصل ہوا کہ اسلام کے بعد کی تاریخ میں استحکام، سٹیبلٹی کا قیام ممکن ہوگیا۔</w:t>
      </w:r>
    </w:p>
    <w:p>
      <w:r>
        <w:rPr>
          <w:b/>
        </w:rPr>
        <w:t xml:space="preserve">[1:30:50] </w:t>
      </w:r>
      <w:r>
        <w:t>is istahkam ki bina par baad ke zamane mein islam ka dhancha musalsal tor par baqi raha. ibadat ka nizam, islami taleem ka nizam,</w:t>
      </w:r>
    </w:p>
    <w:p>
      <w:pPr>
        <w:jc w:val="right"/>
      </w:pPr>
      <w:r>
        <w:t>اس استحکام کی بنا پر بعد کے زمانے میں اسلام کا ڈھانچہ مسلسل طور پر باقی رہا۔ عبادت کا نظام، اسلامی تعلیم کا نظام،</w:t>
      </w:r>
    </w:p>
    <w:p>
      <w:r>
        <w:rPr>
          <w:b/>
        </w:rPr>
        <w:t xml:space="preserve">[1:31:02] </w:t>
      </w:r>
      <w:r>
        <w:t>islam par mabni muashra kam az kam qom ke darje mein qaim raha. tareekh batati hai ke ulmae islam khandani khilafat ke nizam par raazi ho gaye.</w:t>
      </w:r>
    </w:p>
    <w:p>
      <w:pPr>
        <w:jc w:val="right"/>
      </w:pPr>
      <w:r>
        <w:t>اسلام پر مبنی معاشرہ کم از کم قوم کے درجے میں قائم رہا۔ تاریخ بتاتی ہے کہ علمائے اسلام خاندانی خلافت کے نظام پر راضی ہوگئے۔</w:t>
      </w:r>
    </w:p>
    <w:p>
      <w:r>
        <w:rPr>
          <w:b/>
        </w:rPr>
        <w:t xml:space="preserve">[1:31:15] </w:t>
      </w:r>
      <w:r>
        <w:t>agar woh usooli khilafat par israr karte to islam ki tareekh mein istahkam ya stability mojood na rehta.</w:t>
      </w:r>
    </w:p>
    <w:p>
      <w:pPr>
        <w:jc w:val="right"/>
      </w:pPr>
      <w:r>
        <w:t>اگر وہ اصولی خلافت پر اصرار کرتے تو اسلام کی تاریخ میں استحکام یا سٹیبلٹی موجود نہ رہتا۔</w:t>
      </w:r>
    </w:p>
    <w:p>
      <w:r>
        <w:rPr>
          <w:b/>
        </w:rPr>
        <w:t xml:space="preserve">[1:31:24] </w:t>
      </w:r>
      <w:r>
        <w:t>secondary choice zindagi ka aik ahem usool hai. zindagi mein aksar log apne mamlaat mein first choice ko lena chahte hain magar nateeja yeh hota hai ke un ko na first choice milta hai na second choice.</w:t>
      </w:r>
    </w:p>
    <w:p>
      <w:pPr>
        <w:jc w:val="right"/>
      </w:pPr>
      <w:r>
        <w:t>سیکنڈری چوائس زندگی کا ایک اہم اصول ہے۔ زندگی میں اکثر لوگ اپنے معاملات میں فرسٹ چوائس کو لینا چاہتے ہیں مگر نتیجہ یہ ہوتا ہے کہ ان کو نہ فرسٹ چوائس ملتا ہے نہ سیکنڈ چوائس۔</w:t>
      </w:r>
    </w:p>
    <w:p>
      <w:r>
        <w:rPr>
          <w:b/>
        </w:rPr>
        <w:t xml:space="preserve">[1:31:41] </w:t>
      </w:r>
      <w:r>
        <w:t>ziyada behtar panay ki koshish mein kam behtar bhi un ke hath se nikal jata hai. secondary choice lena apni haqeeqat ke aitbar se koi kami ki baat nahi.</w:t>
      </w:r>
    </w:p>
    <w:p>
      <w:pPr>
        <w:jc w:val="right"/>
      </w:pPr>
      <w:r>
        <w:t>زیادہ بہتر پانے کی کوشش میں کم بہتر بھی ان کے ہاتھ سے نکل جاتا ہے۔ سیکنڈری چوائس لینا اپنی حقیقت کے اعتبار سے کوئی کمی کی بات نہیں۔</w:t>
      </w:r>
    </w:p>
    <w:p>
      <w:r>
        <w:rPr>
          <w:b/>
        </w:rPr>
        <w:t xml:space="preserve">[1:31:53] </w:t>
      </w:r>
      <w:r>
        <w:t>yeh sirf aaghaz yani beginning ki baat hai. is dunya mein aqalmandi yeh hai ke aadmi mumkin halat se apne amal ka aaghaz kare.</w:t>
      </w:r>
    </w:p>
    <w:p>
      <w:pPr>
        <w:jc w:val="right"/>
      </w:pPr>
      <w:r>
        <w:t>یہ صرف آغاز یعنی بگننگ کی بات ہے۔ اس دنیا میں عقلمندی یہ ہے کہ آدمی ممکن حالت سے اپنے عمل کا آغاز کرے۔</w:t>
      </w:r>
    </w:p>
    <w:p>
      <w:r>
        <w:rPr>
          <w:b/>
        </w:rPr>
        <w:t xml:space="preserve">[1:32:03] </w:t>
      </w:r>
      <w:r>
        <w:t>agar woh danishmand mansooba bandi ke sath kaam karega to yaqeenan woh aala kamyabi tak pohnch jayega. first choice aur secondary choice sirf aaghaz kar ki baat hai.</w:t>
      </w:r>
    </w:p>
    <w:p>
      <w:pPr>
        <w:jc w:val="right"/>
      </w:pPr>
      <w:r>
        <w:t>اگر وہ دانشمند منصوبہ بندی کے ساتھ کام کرے گا تو یقیناً وہ اعلیٰ کامیابی تک پہنچ جائے گا۔ فرسٹ چوائس اور سیکنڈری چوائس صرف آغاز کار کی بات ہے۔</w:t>
      </w:r>
    </w:p>
    <w:p>
      <w:r>
        <w:rPr>
          <w:b/>
        </w:rPr>
        <w:t xml:space="preserve">[1:32:18] </w:t>
      </w:r>
      <w:r>
        <w:t>woh anjam kar ka muamla nahi. is raaz ko janna bilashuba zindagi ka ahem tareen usool hai. jo log is raaz ko na jaane woh apne aap ko ghair zaroori masail mein mubtala kar lete hain.</w:t>
      </w:r>
    </w:p>
    <w:p>
      <w:pPr>
        <w:jc w:val="right"/>
      </w:pPr>
      <w:r>
        <w:t>وہ انجام کار کا معاملہ نہیں۔ اس راز کو جاننا بلاشبہ زندگی کا اہم ترین اصول ہے۔ جو لوگ اس راز کو نہ جانے وہ اپنے آپ کو غیر ضروری مسائل میں مبتلا کر لیتے ہیں۔</w:t>
      </w:r>
    </w:p>
    <w:p>
      <w:r>
        <w:rPr>
          <w:b/>
        </w:rPr>
        <w:t xml:space="preserve">[1:32:40] </w:t>
      </w:r>
      <w:r>
        <w:t>image ka masla. aik taleem yafta musalman ne aik mazmoon shaya kiya tha: "task ahead".</w:t>
      </w:r>
    </w:p>
    <w:p>
      <w:pPr>
        <w:jc w:val="right"/>
      </w:pPr>
      <w:r>
        <w:t>امیج کا مسئلہ۔ ایک تعلیم یافتہ مسلمان نے ایک مضمون شائع کیا تھا: "ٹاسک اہیڈ"۔</w:t>
      </w:r>
    </w:p>
    <w:p>
      <w:r>
        <w:rPr>
          <w:b/>
        </w:rPr>
        <w:t xml:space="preserve">[1:32:49] </w:t>
      </w:r>
      <w:r>
        <w:t>yeh mazmoon ziyada wazeh na tha magar aaj ke lehaz se socha jaye to aaj karne ka sab se bara kaam islam ki image building hai.</w:t>
      </w:r>
    </w:p>
    <w:p>
      <w:pPr>
        <w:jc w:val="right"/>
      </w:pPr>
      <w:r>
        <w:t>یہ مضمون زیادہ واضح نہ تھا مگر آج کے لحاظ سے سوچا جائے تو آج کرنے کا سب سے بڑا کام اسلام کی امیج بلڈنگ ہے۔</w:t>
      </w:r>
    </w:p>
    <w:p>
      <w:r>
        <w:rPr>
          <w:b/>
        </w:rPr>
        <w:t xml:space="preserve">[1:33:00] </w:t>
      </w:r>
      <w:r>
        <w:t>mojudah zamane mein mukhtalif asbab se islam ki image yeh ban gayi hai ke islam tashaddud ka mazhab hai.</w:t>
      </w:r>
    </w:p>
    <w:p>
      <w:pPr>
        <w:jc w:val="right"/>
      </w:pPr>
      <w:r>
        <w:t>موجودہ زمانے میں مختلف اسباب سے اسلام کی امیج یہ بن گئی ہے کہ اسلام تشدد کا مذہب ہے۔</w:t>
      </w:r>
    </w:p>
    <w:p>
      <w:r>
        <w:rPr>
          <w:b/>
        </w:rPr>
        <w:t xml:space="preserve">[1:33:09] </w:t>
      </w:r>
      <w:r>
        <w:t>aaj sab se bara kaam yeh hai ke is tasweer ko badla jaye aur aalami satah par yeh aelan kiya jaye ke islam poore maanon mein aik mazhab-e-aman hai na ke mazhab-e-tashaddud.</w:t>
      </w:r>
    </w:p>
    <w:p>
      <w:pPr>
        <w:jc w:val="right"/>
      </w:pPr>
      <w:r>
        <w:t>آج سب سے بڑا کام یہ ہے کہ اس تصویر کو بدلا جائے اور عالمی سطح پر یہ اعلان کیا جائے کہ اسلام پورے معنوں میں ایک مذہبِ امن ہے نہ کہ مذہبِ تشدد۔</w:t>
      </w:r>
    </w:p>
    <w:p>
      <w:r>
        <w:rPr>
          <w:b/>
        </w:rPr>
        <w:t xml:space="preserve">[1:33:25] </w:t>
      </w:r>
      <w:r>
        <w:t>tasweer ya image ka masla bohat sangin masla hai. agar kisi ki image bigad jaye to log is ke baray mein manfi ho jate hain.</w:t>
      </w:r>
    </w:p>
    <w:p>
      <w:pPr>
        <w:jc w:val="right"/>
      </w:pPr>
      <w:r>
        <w:t>تصویر یا امیج کا مسئلہ بہت سنگین مسئلہ ہے۔ اگر کسی کی امیج بگڑ جائے تو لوگ اس کے بارے میں منفی ہو جاتے ہیں۔</w:t>
      </w:r>
    </w:p>
    <w:p>
      <w:r>
        <w:rPr>
          <w:b/>
        </w:rPr>
        <w:t xml:space="preserve">[1:33:37] </w:t>
      </w:r>
      <w:r>
        <w:t>aur jab log kisi ke baray mein manfi ho jaye to woh is ke baray mein musbat zehan ke tehat nahi sochte. woh is ki zaroorat nahi samajhte ke mamle ka sanjeedgi ke sath mutala karen aur phir zaati mutale ki buniyad par is ke baray mein mabni bar-haqeeqat rai qaim karen.</w:t>
      </w:r>
    </w:p>
    <w:p>
      <w:pPr>
        <w:jc w:val="right"/>
      </w:pPr>
      <w:r>
        <w:t>اور جب لوگ کسی کے بارے میں منفی ہو جائیں تو وہ اس کے بارے میں مثبت ذہن کے تحت نہیں سوچتے۔ وہ اس کی ضرورت نہیں سمجھتے کہ معاملے کا سنجیدگی کے ساتھ مطالعہ کریں اور پھر ذاتی مطالعے کی بنیاد پر اس کے بارے میں مبنی برحقیقت رائے قائم کریں۔</w:t>
      </w:r>
    </w:p>
    <w:p>
      <w:r>
        <w:rPr>
          <w:b/>
        </w:rPr>
        <w:t xml:space="preserve">[1:33:58] </w:t>
      </w:r>
      <w:r>
        <w:t>is awami nafsiyat ki bina par is masle ko madu ke oopar nahi dala ja sakta. haqeeqat pasandi ka taqaza hai ke daai is mamle ki zimmedari khud qabool kare.</w:t>
      </w:r>
    </w:p>
    <w:p>
      <w:pPr>
        <w:jc w:val="right"/>
      </w:pPr>
      <w:r>
        <w:t>اس عوامی نفسیات کی بنا پر اس مسئلے کو مدعو کے اوپر نہیں ڈالا جا سکتا۔ حقیقت پسندی کا تقاضا ہے کہ داعی اس معاملے کی ذمہ داری خود قبول کرے۔</w:t>
      </w:r>
    </w:p>
    <w:p>
      <w:r>
        <w:rPr>
          <w:b/>
        </w:rPr>
        <w:t xml:space="preserve">[1:34:12] </w:t>
      </w:r>
      <w:r>
        <w:t>is tarah ke mamle mein sirf tardeed ya muzammat kafi nahi. mislan aam tor par yeh kaha jata hai ke is mamle ki zimmedari media par aati hai.</w:t>
      </w:r>
    </w:p>
    <w:p>
      <w:pPr>
        <w:jc w:val="right"/>
      </w:pPr>
      <w:r>
        <w:t>اس طرح کے معاملے میں صرف تردید یا مذمت کافی نہیں۔ مثلاً عام طور پر یہ کہا جاتا ہے کہ اس معاملے کی ذمہ داری میڈیا پر آتی ہے۔</w:t>
      </w:r>
    </w:p>
    <w:p>
      <w:r>
        <w:rPr>
          <w:b/>
        </w:rPr>
        <w:t xml:space="preserve">[1:34:25] </w:t>
      </w:r>
      <w:r>
        <w:t>magar yeh kehna kafi nahi. zaroorat hai ke khalis ghair janibdarana andaaz mein is masle ka jaiza liya jaye aur phir musbat zehan ke tehat is ki talafi ki koshish ki jaye.</w:t>
      </w:r>
    </w:p>
    <w:p>
      <w:pPr>
        <w:jc w:val="right"/>
      </w:pPr>
      <w:r>
        <w:t>مگر یہ کہنا کافی نہیں۔ ضرورت ہے کہ خالص غیر جانبدارانہ انداز میں اس مسئلے کا جائزہ لیا جائے اور پھر مثبت ذہن کے تحت اس کی تلافی کی کوشش کی جائے۔</w:t>
      </w:r>
    </w:p>
    <w:p>
      <w:r>
        <w:rPr>
          <w:b/>
        </w:rPr>
        <w:t xml:space="preserve">[1:34:40] </w:t>
      </w:r>
      <w:r>
        <w:t>is mamle mein doosron ko zimmedar qarar dena aik be faida kaam hai. yeh aik haqeeqat hai ke doosre log khud apni rai nahi badlen ge.</w:t>
      </w:r>
    </w:p>
    <w:p>
      <w:pPr>
        <w:jc w:val="right"/>
      </w:pPr>
      <w:r>
        <w:t>اس معاملے میں دوسروں کو ذمہ دار قرار دینا ایک بے فائدہ کام ہے۔ یہ ایک حقیقت ہے کہ دوسرے لوگ خود اپنی رائے نہیں بدلیں گے۔</w:t>
      </w:r>
    </w:p>
    <w:p>
      <w:r>
        <w:rPr>
          <w:b/>
        </w:rPr>
        <w:t xml:space="preserve">[1:34:53] </w:t>
      </w:r>
      <w:r>
        <w:t>daai ko yak tarfa taur par yeh koshish karna hoga ke woh durust mansooba bandi ke zariye image building ki muhim shuru kare.</w:t>
      </w:r>
    </w:p>
    <w:p>
      <w:pPr>
        <w:jc w:val="right"/>
      </w:pPr>
      <w:r>
        <w:t>داعی کو یکطرفہ طور پر یہ کوشش کرنا ہوگا کہ وہ درست منصوبہ بندی کے ذریعے امیج بلڈنگ کی مہم شروع کرے۔</w:t>
      </w:r>
    </w:p>
    <w:p>
      <w:r>
        <w:rPr>
          <w:b/>
        </w:rPr>
        <w:t xml:space="preserve">[1:35:04] </w:t>
      </w:r>
      <w:r>
        <w:t>woh doosron ko zimmedar thahranay ke bajaye khud apne aap ko zimmedar thahraye. yahi is mamle mein wahid natija khez tareeqa hai.</w:t>
      </w:r>
    </w:p>
    <w:p>
      <w:pPr>
        <w:jc w:val="right"/>
      </w:pPr>
      <w:r>
        <w:t>وہ دوسروں کو ذمہ دار ٹھہرانے کے بجائے خود اپنے آپ کو ذمہ دار ٹھہرائے۔ یہی اس معاملے میں واحد نتیجہ خیز طریقہ ہے۔</w:t>
      </w:r>
    </w:p>
    <w:p>
      <w:r>
        <w:rPr>
          <w:b/>
        </w:rPr>
        <w:t xml:space="preserve">[1:35:20] </w:t>
      </w:r>
      <w:r>
        <w:t>zehni tarbiyat. zehn saazi aik aham tareen kaam hai. lekin zehn saazi kabhi yeh karo woh na karo dos and don'ts ki zabaan mein nahi hoti.</w:t>
      </w:r>
    </w:p>
    <w:p>
      <w:pPr>
        <w:jc w:val="right"/>
      </w:pPr>
      <w:r>
        <w:t>ذہنی تربیت۔ ذہن سازی ایک اہم ترین کام ہے۔ لیکن ذہن سازی کبھی یہ کرو وہ نہ کرو ڈوز اینڈ ڈونٹس کی زبان میں نہیں ہوتی۔</w:t>
      </w:r>
    </w:p>
    <w:p>
      <w:r>
        <w:rPr>
          <w:b/>
        </w:rPr>
        <w:t xml:space="preserve">[1:35:32] </w:t>
      </w:r>
      <w:r>
        <w:t>zehn saazi ka aaghaz sab se pehle yahan se hota hai ke aadmi ke andar fikri amal yaani intellectual process jaari kiya jaye.</w:t>
      </w:r>
    </w:p>
    <w:p>
      <w:pPr>
        <w:jc w:val="right"/>
      </w:pPr>
      <w:r>
        <w:t>ذہن سازی کا آغاز سب سے پہلے یہاں سے ہوتا ہے کہ آدمی کے اندر فکری عمل یعنی انٹلیکچوئل پروسیس جاری کیا جائے۔</w:t>
      </w:r>
    </w:p>
    <w:p>
      <w:r>
        <w:rPr>
          <w:b/>
        </w:rPr>
        <w:t xml:space="preserve">[1:35:43] </w:t>
      </w:r>
      <w:r>
        <w:t>fikri amal jaari karna murabbi ka kaam hai aur fikri amal ko aakhri had tak pohanchana zer-e-tarbiyat fard ka kaam hai.</w:t>
      </w:r>
    </w:p>
    <w:p>
      <w:pPr>
        <w:jc w:val="right"/>
      </w:pPr>
      <w:r>
        <w:t>فکری عمل جاری کرنا مربی کا کام ہے اور فکری عمل کو آخری حد تک پہنچانا زیرِ تربیت فرد کا کام ہے۔</w:t>
      </w:r>
    </w:p>
    <w:p>
      <w:r>
        <w:rPr>
          <w:b/>
        </w:rPr>
        <w:t xml:space="preserve">[1:35:53] </w:t>
      </w:r>
      <w:r>
        <w:t>yahi woh haqeeqat hai jo quran ki is ayat mein bayan ki gayi hai: "likaila taasaw ala ma faatakum wala tafrahu bima aatakum".</w:t>
      </w:r>
    </w:p>
    <w:p>
      <w:pPr>
        <w:jc w:val="right"/>
      </w:pPr>
      <w:r>
        <w:t>یہی وہ حقیقت ہے جو قرآن کی اس آیت میں بیان کی گئی ہے: "لِكَيْلَا تَعْسَوْا عَلَى مَا فَاتَكُمْ وَلَا تَفْرَحُوا بِمَا آتَاكُمْ"۔</w:t>
      </w:r>
    </w:p>
    <w:p>
      <w:r>
        <w:rPr>
          <w:b/>
        </w:rPr>
        <w:t xml:space="preserve">[1:36:06] </w:t>
      </w:r>
      <w:r>
        <w:t>quran ki is ayat se maloom hota hai ke insaan ki zindagi mein gham ke waqeyat darasal zehni sadma ya intellectual shock ke liye hotay hain.</w:t>
      </w:r>
    </w:p>
    <w:p>
      <w:pPr>
        <w:jc w:val="right"/>
      </w:pPr>
      <w:r>
        <w:t>قرآن کی اس آیت سے معلوم ہوتا ہے کہ انسان کی زندگی میں غم کے واقعات دراصل ذہنی صدمہ یا انٹلیکچوئل شاک کے لیے ہوتے ہیں۔</w:t>
      </w:r>
    </w:p>
    <w:p>
      <w:r>
        <w:rPr>
          <w:b/>
        </w:rPr>
        <w:t xml:space="preserve">[1:36:17] </w:t>
      </w:r>
      <w:r>
        <w:t>is ka maqsad yeh hota hai ke aadmi ke zehn mein halchal paida ki jaye. is ke zehn mein soch ka amal ya process jaari ho.</w:t>
      </w:r>
    </w:p>
    <w:p>
      <w:pPr>
        <w:jc w:val="right"/>
      </w:pPr>
      <w:r>
        <w:t>اس کا مقصد یہ ہوتا ہے کہ آدمی کے ذہن میں ہلچل پیدا کی جائے۔ اس کے ذہن میں سوچ کا عمل یا پروسیس جاری ہو۔</w:t>
      </w:r>
    </w:p>
    <w:p>
      <w:r>
        <w:rPr>
          <w:b/>
        </w:rPr>
        <w:t xml:space="preserve">[1:36:30] </w:t>
      </w:r>
      <w:r>
        <w:t>aadmi ki takhleeqiyat mein izafa ho yahan tak ke woh khud apni soch ke tehat aik haqeeqat tak pohanche.</w:t>
      </w:r>
    </w:p>
    <w:p>
      <w:pPr>
        <w:jc w:val="right"/>
      </w:pPr>
      <w:r>
        <w:t>آدمی کی تخلیقیت میں اضافہ ہو یہاں تک کہ وہ خود اپنی سوچ کے تحت ایک حقیقت تک پہنچے۔</w:t>
      </w:r>
    </w:p>
    <w:p>
      <w:r>
        <w:rPr>
          <w:b/>
        </w:rPr>
        <w:t xml:space="preserve">[1:36:40] </w:t>
      </w:r>
      <w:r>
        <w:t>aadmi ka mizaj yeh hai ke woh zaati tajrube se seekhta hai na ke sirf bata denay se. zehni tarbiyat aik do tarafah amal hai.</w:t>
      </w:r>
    </w:p>
    <w:p>
      <w:pPr>
        <w:jc w:val="right"/>
      </w:pPr>
      <w:r>
        <w:t>آدمی کا مزاج یہ ہے کہ وہ ذاتی تجربے سے سیکھتا ہے نہ کہ صرف بتا دینے سے۔ ذہنی تربیت ایک دو طرفہ عمل ہے۔</w:t>
      </w:r>
    </w:p>
    <w:p>
      <w:r>
        <w:rPr>
          <w:b/>
        </w:rPr>
        <w:t xml:space="preserve">[1:36:51] </w:t>
      </w:r>
      <w:r>
        <w:t>is ke nisf hissay ka talluq murabbi se hai aur baqi nisf hissay ka talluq us se jis ki tarbiyat maqsood hai.</w:t>
      </w:r>
    </w:p>
    <w:p>
      <w:pPr>
        <w:jc w:val="right"/>
      </w:pPr>
      <w:r>
        <w:t>اس کے نصف حصے کا تعلق مربی سے ہے اور بقیہ نصف حصے کا تعلق اس سے جس کی تربیت مقصود ہے۔</w:t>
      </w:r>
    </w:p>
    <w:p>
      <w:r>
        <w:rPr>
          <w:b/>
        </w:rPr>
        <w:t xml:space="preserve">[1:37:00] </w:t>
      </w:r>
      <w:r>
        <w:t>do tarafah irada aur do tarafah koshish ke baghair tarbiyat ka maqsad hasil nahi ho sakta. murabbi ki zimmedari yeh hai ke woh sab se pehle khud apne aap ko tayyar kare.</w:t>
      </w:r>
    </w:p>
    <w:p>
      <w:pPr>
        <w:jc w:val="right"/>
      </w:pPr>
      <w:r>
        <w:t>دو طرفہ ارادہ اور دو طرفہ کوشش کے بغیر تربیت کا مقصد حاصل نہیں ہو سکتا۔ مربی کی ذمہ داری یہ ہے کہ وہ سب سے پہلے خود اپنے آپ کو تیار کرے۔</w:t>
      </w:r>
    </w:p>
    <w:p>
      <w:r>
        <w:rPr>
          <w:b/>
        </w:rPr>
        <w:t xml:space="preserve">[1:37:16] </w:t>
      </w:r>
      <w:r>
        <w:t>woh zer-e-tarbiyat fard ya afraad ke case ko gehrai ke sath samjhe. zaroori mutale ke baad woh tarbiyat ki mabni bar-haqeeqat mansooba bandi kare.</w:t>
      </w:r>
    </w:p>
    <w:p>
      <w:pPr>
        <w:jc w:val="right"/>
      </w:pPr>
      <w:r>
        <w:t>وہ زیرِ تربیت فرد یا افراد کے کیس کو گہرائی کے ساتھ سمجھے۔ ضروری مطالعے کے بعد وہ تربیت کی مبنی برحقیقت منصوبہ بندی کرے۔</w:t>
      </w:r>
    </w:p>
    <w:p>
      <w:r>
        <w:rPr>
          <w:b/>
        </w:rPr>
        <w:t xml:space="preserve">[1:37:29] </w:t>
      </w:r>
      <w:r>
        <w:t>tarbiyat ke mamle mein murabbi ka sirf aalim hona kafi nahi. isi ke sath lazmi taur par zaroori hai ke murabbi zer-e-tarbiyat afraad ka mukammal khair khwah ho.</w:t>
      </w:r>
    </w:p>
    <w:p>
      <w:pPr>
        <w:jc w:val="right"/>
      </w:pPr>
      <w:r>
        <w:t>تربیت کے معاملے میں مربی کا صرف عالم ہونا کافی نہیں۔ اسی کے ساتھ لازمی طور پر ضروری ہے کہ مربی زیرِ تربیت افراد کا مکمل خیر خواہ ہو۔</w:t>
      </w:r>
    </w:p>
    <w:p>
      <w:r>
        <w:rPr>
          <w:b/>
        </w:rPr>
        <w:t xml:space="preserve">[1:37:44] </w:t>
      </w:r>
      <w:r>
        <w:t>tarbiyat naam hai teen cheezon ke majmooay ka: ilm, hikmat aur khair khwahi.</w:t>
      </w:r>
    </w:p>
    <w:p>
      <w:pPr>
        <w:jc w:val="right"/>
      </w:pPr>
      <w:r>
        <w:t>تربیت نام ہے تین چیزوں کے مجموعے کا: علم، حکمت اور خیر خواہی۔</w:t>
      </w:r>
    </w:p>
    <w:p>
      <w:r>
        <w:rPr>
          <w:b/>
        </w:rPr>
        <w:t xml:space="preserve">[1:37:57] </w:t>
      </w:r>
      <w:r>
        <w:t>adam itminan. aik shakhs ne in baray baray scholars par research kiya hai jo apni kisi bari daryaft ki bina par Nobel Prize ke liye muntakhib hue.</w:t>
      </w:r>
    </w:p>
    <w:p>
      <w:pPr>
        <w:jc w:val="right"/>
      </w:pPr>
      <w:r>
        <w:t>عدم اطمینان۔ ایک شخص نے ان بڑے بڑے اسکالرز پر ریسرچ کیا ہے جو اپنی کسی بڑی دریافت کی بنا پر نوبیل پرائز کے لیے منتخب ہوئے۔</w:t>
      </w:r>
    </w:p>
    <w:p>
      <w:r>
        <w:rPr>
          <w:b/>
        </w:rPr>
        <w:t xml:space="preserve">[1:38:09] </w:t>
      </w:r>
      <w:r>
        <w:t>is ne likha hai ke mein ne yeh paya ke in scholars mein aik cheez mushtarik thi. woh thi adam qana'at, discontentment.</w:t>
      </w:r>
    </w:p>
    <w:p>
      <w:pPr>
        <w:jc w:val="right"/>
      </w:pPr>
      <w:r>
        <w:t>اس نے لکھا ہے کہ میں نے یہ پایا کہ ان اسکالرز میں ایک چیز مشترک تھی۔ وہ تھی عدم قناعت، ڈس کنٹینٹمنٹ۔</w:t>
      </w:r>
    </w:p>
    <w:p>
      <w:r>
        <w:rPr>
          <w:b/>
        </w:rPr>
        <w:t xml:space="preserve">[1:38:19] </w:t>
      </w:r>
      <w:r>
        <w:t>woh ilm ke baray mein kisi had par nahi rukte thay. is liye un ki taraqqi musalsal jaari rahi. baray baray ahle ilm ki jo adam qana'at ilm ke baray mein hoti hai wahi adam qana'at momin ke andar ma'rifat ke baray mein hoti hai.</w:t>
      </w:r>
    </w:p>
    <w:p>
      <w:pPr>
        <w:jc w:val="right"/>
      </w:pPr>
      <w:r>
        <w:t>وہ علم کے بارے میں کسی حد پر نہیں رکتے تھے۔ اس لیے ان کی ترقی مسلسل جاری رہی۔ بڑے بڑے اہلِ علم کی جو عدم قناعت علم کے بارے میں ہوتی ہے وہی عدم قناعت مومن کے اندر معرفت کے بارے میں ہوتی ہے۔</w:t>
      </w:r>
    </w:p>
    <w:p>
      <w:r>
        <w:rPr>
          <w:b/>
        </w:rPr>
        <w:t xml:space="preserve">[1:38:38] </w:t>
      </w:r>
      <w:r>
        <w:t>momin aakhri dam tak ma'rifat-e-khudawandi ke mamle mein ghair qaneh rehta hai. is liye us ki ma'rifat barabar barhti rehti hai.</w:t>
      </w:r>
    </w:p>
    <w:p>
      <w:pPr>
        <w:jc w:val="right"/>
      </w:pPr>
      <w:r>
        <w:t>مومن آخر دم تک معرفتِ خداوندی کے معاملے میں غیر قانع رہتا ہے۔ اس لیے اس کی معرفت برابر بڑھتی رہتی ہے۔</w:t>
      </w:r>
    </w:p>
    <w:p>
      <w:r>
        <w:rPr>
          <w:b/>
        </w:rPr>
        <w:t xml:space="preserve">[1:38:49] </w:t>
      </w:r>
      <w:r>
        <w:t>woh kabhi khatam nahi hoti. ahle iman ke baray mein yahi woh haqeeqat hai jo hadith mein un alfaz mein bayan ki gayi hai: "an Abi Saeed al-Khudri an Rasool Allah sallallahu alaihi wasallam qala:</w:t>
      </w:r>
    </w:p>
    <w:p>
      <w:pPr>
        <w:jc w:val="right"/>
      </w:pPr>
      <w:r>
        <w:t>وہ کبھی ختم نہیں ہوتی۔ اہلِ ایمان کے بارے میں یہی وہ حقیقت ہے جو حدیث میں ان الفاظ میں بیان کی گئی ہے: "عن ابی سعید الخدری عن رسول اللہ صلی اللہ علیہ وسلم قال:</w:t>
      </w:r>
    </w:p>
    <w:p>
      <w:r>
        <w:rPr>
          <w:b/>
        </w:rPr>
        <w:t xml:space="preserve">[1:39:07] </w:t>
      </w:r>
      <w:r>
        <w:t>lan yashba' al-mu'minu min khairin yasma'uhu hatta yakuna muntaha al-jannati".</w:t>
      </w:r>
    </w:p>
    <w:p>
      <w:pPr>
        <w:jc w:val="right"/>
      </w:pPr>
      <w:r>
        <w:t>لَنْ يَشْبَعَ الْمُؤْمِنُ مِنْ خَيْرٍ يَسْمَعُهُ حَتَّى يَكُونَ مُنْتَهَى الْجَنَّةِ"۔</w:t>
      </w:r>
    </w:p>
    <w:p>
      <w:r>
        <w:rPr>
          <w:b/>
        </w:rPr>
        <w:t xml:space="preserve">[1:39:16] </w:t>
      </w:r>
      <w:r>
        <w:t>yani Abu Saeed Khudri kehte hain ke Rasool Allah sallallahu alaihi wasallam ne farmaya: "momin khair ki baatein sunnay se kabhi sair nahi hota yahan tak ke us ki intiha jannat par hoti hai".</w:t>
      </w:r>
    </w:p>
    <w:p>
      <w:pPr>
        <w:jc w:val="right"/>
      </w:pPr>
      <w:r>
        <w:t>یعنی ابو سعید خدری کہتے ہیں کہ رسول اللہ صلی اللہ علیہ وسلم نے فرمایا: "مومن خیر کی باتیں سننے سے کبھی سیر نہیں ہوتا یہاں تک کہ اس کی انتہا جنت پر ہوتی ہے"۔</w:t>
      </w:r>
    </w:p>
    <w:p>
      <w:r>
        <w:rPr>
          <w:b/>
        </w:rPr>
        <w:t xml:space="preserve">[1:39:33] </w:t>
      </w:r>
      <w:r>
        <w:t>musnad-e-shahab al-qazai ki riwayat mein khair aur momin ke bajaye ilm aur aalim ka lafz aaya hai. asal yeh hai ke insaan ki nisbat se deen ke do pehlu hain.</w:t>
      </w:r>
    </w:p>
    <w:p>
      <w:pPr>
        <w:jc w:val="right"/>
      </w:pPr>
      <w:r>
        <w:t>مسند شہاب القضائی کی روایت میں خیر اور مومن کے بجائے علم اور عالم کا لفظ آیا ہے۔ اصل یہ ہے کہ انسان کی نسبت سے دین کے دو پہلو ہیں۔</w:t>
      </w:r>
    </w:p>
    <w:p>
      <w:r>
        <w:rPr>
          <w:b/>
        </w:rPr>
        <w:t xml:space="preserve">[1:39:48] </w:t>
      </w:r>
      <w:r>
        <w:t>aik hai ma'rifat ka pehlu aur doosra hai dindari ka form. form hamesha maloom hota hai. kuch afaal anjam denay ke baad is ki had aa jati hai.</w:t>
      </w:r>
    </w:p>
    <w:p>
      <w:pPr>
        <w:jc w:val="right"/>
      </w:pPr>
      <w:r>
        <w:t>ایک ہے معرفت کا پہلو اور دوسرا ہے دینداری کا فارم۔ فارم ہمیشہ معلوم ہوتا ہے۔ کچھ افعال انجام دینے کے بعد اس کی حد آ جاتی ہے۔</w:t>
      </w:r>
    </w:p>
    <w:p>
      <w:r>
        <w:rPr>
          <w:b/>
        </w:rPr>
        <w:t xml:space="preserve">[1:40:02] </w:t>
      </w:r>
      <w:r>
        <w:t>aur jab kisi cheez ki had aa jaye to aisay insaan ke andar adam itminan ki kefiyat pai nahi jayegi.</w:t>
      </w:r>
    </w:p>
    <w:p>
      <w:pPr>
        <w:jc w:val="right"/>
      </w:pPr>
      <w:r>
        <w:t>اور جب کسی چیز کی حد آ جائے تو ایسے انسان کے اندر عدم اطمینان کی کیفیت پائی نہیں جائے گی۔</w:t>
      </w:r>
    </w:p>
    <w:p>
      <w:r>
        <w:rPr>
          <w:b/>
        </w:rPr>
        <w:t xml:space="preserve">[1:40:10] </w:t>
      </w:r>
      <w:r>
        <w:t>woh jo kuch kar raha hai woh us par qaneh ho jayega magar ma'rifat la-mutanahi cheez hai. aadmi kitna hi ziyada ma'rifat hasil kar le us ke andar mazeed hasil ka jazba kabhi khatam na hoga.</w:t>
      </w:r>
    </w:p>
    <w:p>
      <w:pPr>
        <w:jc w:val="right"/>
      </w:pPr>
      <w:r>
        <w:t>وہ جو کچھ کر رہا ہے وہ اس پر قانع ہو جائے گا مگر معرفت لامتناہی چیز ہے۔ آدمی کتنا ہی زیادہ معرفت حاصل کر لے اس کے اندر مزید حصول کا جذبہ کبھی ختم نہ ہوگا۔</w:t>
      </w:r>
    </w:p>
    <w:p>
      <w:r>
        <w:rPr>
          <w:b/>
        </w:rPr>
        <w:t xml:space="preserve">[1:40:33] </w:t>
      </w:r>
      <w:r>
        <w:t>aik ijtimai masla. manfi zehan yaani negative mind har aurat aur mard ke andar apne aap maujood rehta hai.</w:t>
      </w:r>
    </w:p>
    <w:p>
      <w:pPr>
        <w:jc w:val="right"/>
      </w:pPr>
      <w:r>
        <w:t>ایک اجتماعی مسئلہ۔ منفی ذہن یعنی نیگیٹیو مائنڈ ہر عورت اور مرد کے اندر اپنے آپ موجود رہتا ہے۔</w:t>
      </w:r>
    </w:p>
    <w:p>
      <w:r>
        <w:rPr>
          <w:b/>
        </w:rPr>
        <w:t xml:space="preserve">[1:40:43] </w:t>
      </w:r>
      <w:r>
        <w:t>lekin musbat zehan yaani positive mind aadmi ko soch kar banana parta hai. aam taur par logon ka haal yeh hai ke woh soch kar apna zehan nahi banate.</w:t>
      </w:r>
    </w:p>
    <w:p>
      <w:pPr>
        <w:jc w:val="right"/>
      </w:pPr>
      <w:r>
        <w:t>لیکن مثبت ذہن یعنی پازیٹیو مائنڈ آدمی کو سوچ کر بنانا پڑتا ہے۔ عام طور پر لوگوں کا حال یہ ہے کہ وہ سوچ کر اپنا ذہن نہیں بناتے۔</w:t>
      </w:r>
    </w:p>
    <w:p>
      <w:r>
        <w:rPr>
          <w:b/>
        </w:rPr>
        <w:t xml:space="preserve">[1:40:57] </w:t>
      </w:r>
      <w:r>
        <w:t>is liye har ek manfi soch mein mubtala rehta hai. yahi wajah hai ke aam taur par log doosron ke bare mein bohat jald mukhalifana rai qaim kar lete hain.</w:t>
      </w:r>
    </w:p>
    <w:p>
      <w:pPr>
        <w:jc w:val="right"/>
      </w:pPr>
      <w:r>
        <w:t>اس لیے ہر ایک منفی سوچ میں مبتلا رہتا ہے۔ یہی وجہ ہے کہ عام طور پر لوگ دوسروں کے بارے میں بہت جلد مخالفانہ رائے قائم کر لیتے ہیں۔</w:t>
      </w:r>
    </w:p>
    <w:p>
      <w:r>
        <w:rPr>
          <w:b/>
        </w:rPr>
        <w:t xml:space="preserve">[1:41:10] </w:t>
      </w:r>
      <w:r>
        <w:t>woh aksar doosre shakhs ke manfi pehlu ko le kar us ke bare mein rai banate hain. woh aadmi ke musbat pehlu ko le kar rai nahi banate.</w:t>
      </w:r>
    </w:p>
    <w:p>
      <w:pPr>
        <w:jc w:val="right"/>
      </w:pPr>
      <w:r>
        <w:t>وہ اکثر دوسرے شخص کے منفی پہلو کو لے کر اس کے بارے میں رائے بناتے ہیں۔ وہ آدمی کے مثبت پہلو کو لے کر رائے نہیں بناتے۔</w:t>
      </w:r>
    </w:p>
    <w:p>
      <w:r>
        <w:rPr>
          <w:b/>
        </w:rPr>
        <w:t xml:space="preserve">[1:41:22] </w:t>
      </w:r>
      <w:r>
        <w:t>halankeh agar woh sochen to woh payenge ke har ek ke andar manfi pehlu ke sath musbat pehlu bhi maujood rehta hai.</w:t>
      </w:r>
    </w:p>
    <w:p>
      <w:pPr>
        <w:jc w:val="right"/>
      </w:pPr>
      <w:r>
        <w:t>حالانکہ اگر وہ سوچیں تو وہ پائیں گے کہ ہر ایک کے اندر منفی پہلو کے ساتھ مثبت پہلو بھی موجود رہتا ہے۔</w:t>
      </w:r>
    </w:p>
    <w:p>
      <w:r>
        <w:rPr>
          <w:b/>
        </w:rPr>
        <w:t xml:space="preserve">[1:41:31] </w:t>
      </w:r>
      <w:r>
        <w:t>ijtimai zindagi yaani collective life ko behtar banane ke liye sab se zyada aham usool yeh hai ke aap doosre shakhs ke manfi pehlu ko nazar andaaz karen aur musbat pehlu ko le kar us ke bare mein rai banaen.</w:t>
      </w:r>
    </w:p>
    <w:p>
      <w:pPr>
        <w:jc w:val="right"/>
      </w:pPr>
      <w:r>
        <w:t>اجتماعی زندگی یعنی کلیکٹیو لائف کو بہتر بنانے کے لیے سب سے زیادہ اہم اصول یہ ہے کہ آپ دوسرے شخص کے منفی پہلو کو نظر انداز کریں اور مثبت پہلو کو لے کر اس کے بارے میں رائے بنائیں۔</w:t>
      </w:r>
    </w:p>
    <w:p>
      <w:r>
        <w:rPr>
          <w:b/>
        </w:rPr>
        <w:t xml:space="preserve">[1:41:50] </w:t>
      </w:r>
      <w:r>
        <w:t>insanon ke darmiyan haqeeqi ittehad ka yahi wahid usool hai. kisi samaj mein ittehad is liye nahi paida ho sakta ke log aise ban jaen ke kisi ko kisi se shikayat na rahe.</w:t>
      </w:r>
    </w:p>
    <w:p>
      <w:pPr>
        <w:jc w:val="right"/>
      </w:pPr>
      <w:r>
        <w:t>انسانوں کے درمیان حقیقی اتحاد کا یہی واحد اصول ہے۔ کسی سماج میں اتحاد اس لیے نہیں پیدا ہو سکتا کہ لوگ ایسے بن جائیں کہ کسی کو کسی سے شکایت نہ رہے۔</w:t>
      </w:r>
    </w:p>
    <w:p>
      <w:r>
        <w:rPr>
          <w:b/>
        </w:rPr>
        <w:t xml:space="preserve">[1:42:06] </w:t>
      </w:r>
      <w:r>
        <w:t>is qism ka ittehad fitrat ke qanoon ke khilaf hai. is liye woh amlan banne wala bhi nahi. ittehad ka wahid usool ikhtilaf ke bawajood mutahid hona hai.</w:t>
      </w:r>
    </w:p>
    <w:p>
      <w:pPr>
        <w:jc w:val="right"/>
      </w:pPr>
      <w:r>
        <w:t>اس قسم کا اتحاد فطرت کے قانون کے خلاف ہے۔ اس لیے وہ عملاً بننے والا بھی نہیں۔ اتحاد کا واحد اصول اختلاف کے باوجود متحد ہونا ہے۔</w:t>
      </w:r>
    </w:p>
    <w:p>
      <w:r>
        <w:rPr>
          <w:b/>
        </w:rPr>
        <w:t xml:space="preserve">[1:42:19] </w:t>
      </w:r>
      <w:r>
        <w:t>ittehad hamesha ikhtilaf ko nazar andaaz karne se aata hai na ke ikhtilaf ko khatam karne se.</w:t>
      </w:r>
    </w:p>
    <w:p>
      <w:pPr>
        <w:jc w:val="right"/>
      </w:pPr>
      <w:r>
        <w:t>اتحاد ہمیشہ اختلاف کو نظر انداز کرنے سے آتا ہے نہ کہ اختلاف کو ختم کرنے سے۔</w:t>
      </w:r>
    </w:p>
    <w:p>
      <w:r>
        <w:rPr>
          <w:b/>
        </w:rPr>
        <w:t xml:space="preserve">[1:42:29] </w:t>
      </w:r>
      <w:r>
        <w:t>fitrat ke qanoon ke mutabiq zindagi ka nizam tanavua ya diversity par qaim hai na ke yaksaaniyat yaani uniformity par.</w:t>
      </w:r>
    </w:p>
    <w:p>
      <w:pPr>
        <w:jc w:val="right"/>
      </w:pPr>
      <w:r>
        <w:t>فطرت کے قانون کے مطابق زندگی کا نظام تنوع یا ڈائیورسٹی پر قائم ہے نہ کہ یکسانیت یعنی یونیفارمیٹی پر۔</w:t>
      </w:r>
    </w:p>
    <w:p>
      <w:r>
        <w:rPr>
          <w:b/>
        </w:rPr>
        <w:t xml:space="preserve">[1:42:39] </w:t>
      </w:r>
      <w:r>
        <w:t>logon mein yaksaaniyat paida kar ke un ke darmiyan ittehad qaim karne ka formula ek namumkin formula hai.</w:t>
      </w:r>
    </w:p>
    <w:p>
      <w:pPr>
        <w:jc w:val="right"/>
      </w:pPr>
      <w:r>
        <w:t>لوگوں میں یکسانیت پیدا کر کے ان کے درمیان اتحاد قائم کرنے کا فارمولا ایک ناممکن فارمولا ہے۔</w:t>
      </w:r>
    </w:p>
    <w:p>
      <w:r>
        <w:rPr>
          <w:b/>
        </w:rPr>
        <w:t xml:space="preserve">[1:42:49] </w:t>
      </w:r>
      <w:r>
        <w:t>khwah secular daaira ho ya mazhab ka daaira. har jagah ikhtilaf ko bardasht karne se ittehad aayega na ke logon mein yaksaaniyat lane se jo ke kabhi waqoo mein aane wala hi nahi.</w:t>
      </w:r>
    </w:p>
    <w:p>
      <w:pPr>
        <w:jc w:val="right"/>
      </w:pPr>
      <w:r>
        <w:t>خواہ سیکولر دائرہ ہو یا مذہب کا دائرہ۔ ہر جگہ اختلاف کو برداشت کرنے سے اتحاد آئے گا نہ کہ لوگوں میں یکسانیت لانے سے جو کہ کبھی وقوع میں آنے والا ہی نہیں۔</w:t>
      </w:r>
    </w:p>
    <w:p>
      <w:r>
        <w:rPr>
          <w:b/>
        </w:rPr>
        <w:t xml:space="preserve">[1:43:10] </w:t>
      </w:r>
      <w:r>
        <w:t>ghussa</w:t>
      </w:r>
    </w:p>
    <w:p>
      <w:pPr>
        <w:jc w:val="right"/>
      </w:pPr>
      <w:r>
        <w:t>غصہ</w:t>
      </w:r>
    </w:p>
    <w:p>
      <w:r>
        <w:rPr>
          <w:b/>
        </w:rPr>
        <w:t xml:space="preserve">[1:43:11] </w:t>
      </w:r>
      <w:r>
        <w:t>kyun aata hai? ghussa ek aam burai hai. aksar logon ka haal yeh hai ke jab un ke mizaj ke khilaf koi baat hoti hai to woh ghussa ho jate hain.</w:t>
      </w:r>
    </w:p>
    <w:p>
      <w:pPr>
        <w:jc w:val="right"/>
      </w:pPr>
      <w:r>
        <w:t>کیوں آتا ہے؟ غصہ ایک عام برائی ہے۔ اکثر لوگوں کا حال یہ ہے کہ جب ان کے مزاج کے خلاف کوئی بات ہوتی ہے تو وہ غصہ ہو جاتے ہیں۔</w:t>
      </w:r>
    </w:p>
    <w:p>
      <w:r>
        <w:rPr>
          <w:b/>
        </w:rPr>
        <w:t xml:space="preserve">[1:43:21] </w:t>
      </w:r>
      <w:r>
        <w:t>ghussa hamesha shikayat se shuru hota hai. is ke baad woh nafrat ki soorat ikhtiyar karta hai. yeh nafrat mazeed barh kar ana ya enmity ki shakal ikhtiyar kar leti hai.</w:t>
      </w:r>
    </w:p>
    <w:p>
      <w:pPr>
        <w:jc w:val="right"/>
      </w:pPr>
      <w:r>
        <w:t>غصہ ہمیشہ شکایت سے شروع ہوتا ہے۔ اس کے بعد وہ نفرت کی صورت اختیار کرتا ہے۔ یہ نفرت مزید بڑھ کر انا یا اینمیٹی کی شکل اختیار کر لیتی ہے۔</w:t>
      </w:r>
    </w:p>
    <w:p>
      <w:r>
        <w:rPr>
          <w:b/>
        </w:rPr>
        <w:t xml:space="preserve">[1:43:35] </w:t>
      </w:r>
      <w:r>
        <w:t>is ke baad woh yeh karta hai ke jis aadmi par us ko ghussa aaya hai us ko har aitbar se</w:t>
      </w:r>
    </w:p>
    <w:p>
      <w:pPr>
        <w:jc w:val="right"/>
      </w:pPr>
      <w:r>
        <w:t>اس کے بعد وہ یہ کرتا ہے کہ جس آدمی پر اس کو غصہ آیا ہے اس کو ہر اعتبار سے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