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 RISALA JANUARY 2017 | AUDIO</w:t>
      </w:r>
    </w:p>
    <w:p>
      <w:r>
        <w:t>https://www.youtube.com/watch?v=_nWm9Mixl-E</w:t>
      </w:r>
    </w:p>
    <w:p>
      <w:r>
        <w:rPr>
          <w:b/>
        </w:rPr>
        <w:t xml:space="preserve">[00:05] </w:t>
      </w:r>
      <w:r>
        <w:t>arsala, jannori 2017.</w:t>
      </w:r>
    </w:p>
    <w:p>
      <w:pPr>
        <w:jc w:val="right"/>
      </w:pPr>
      <w:r>
        <w:t>ارسالہ، جنوری 2017۔</w:t>
      </w:r>
    </w:p>
    <w:p>
      <w:r>
        <w:rPr>
          <w:b/>
        </w:rPr>
        <w:t xml:space="preserve">[00:10] </w:t>
      </w:r>
      <w:r>
        <w:t>takhleeq ki manzil, takhleeq ki manzil, ya goal of creation kya hai? yaani, paida karne wale ne kyun</w:t>
      </w:r>
    </w:p>
    <w:p>
      <w:pPr>
        <w:jc w:val="right"/>
      </w:pPr>
      <w:r>
        <w:t>تخلیق کی منزل، تخلیق کی منزل، یا گول آف کریشن کیا ہے؟ یعنی، پیدا کرنے والے نے کیوں</w:t>
      </w:r>
    </w:p>
    <w:p>
      <w:r>
        <w:rPr>
          <w:b/>
        </w:rPr>
        <w:t xml:space="preserve">[00:15] </w:t>
      </w:r>
      <w:r>
        <w:t>maujooda duniya ko paida kiya? is takhleeqi amal ka maqsad kya hai? aur yeh takhleeqi safar aakhir kar</w:t>
      </w:r>
    </w:p>
    <w:p>
      <w:pPr>
        <w:jc w:val="right"/>
      </w:pPr>
      <w:r>
        <w:t>موجودہ دنیا کو پیدا کیا؟ اس تخلیقی عمل کا مقصد کیا ہے؟ اور یہ تخلیقی سفر آخر کار</w:t>
      </w:r>
    </w:p>
    <w:p>
      <w:r>
        <w:rPr>
          <w:b/>
        </w:rPr>
        <w:t xml:space="preserve">[00:20] </w:t>
      </w:r>
      <w:r>
        <w:t>kahan tak pahunchne wala hai? quran aur insani tareekh ke mutale se is ka jo jawab maloom hota</w:t>
      </w:r>
    </w:p>
    <w:p>
      <w:pPr>
        <w:jc w:val="right"/>
      </w:pPr>
      <w:r>
        <w:t>کہاں تک پہنچنے والا ہے؟ قرآن اور انسانی تاریخ کے مطالعے سے اس کا جو جواب معلوم ہوتا</w:t>
      </w:r>
    </w:p>
    <w:p>
      <w:r>
        <w:rPr>
          <w:b/>
        </w:rPr>
        <w:t xml:space="preserve">[00:25] </w:t>
      </w:r>
      <w:r>
        <w:t>hai, is ko yahan darj kiya ja raha hai.</w:t>
      </w:r>
    </w:p>
    <w:p>
      <w:pPr>
        <w:jc w:val="right"/>
      </w:pPr>
      <w:r>
        <w:t>ہے، اس کو یہاں درج کیا جا رہا ہے۔</w:t>
      </w:r>
    </w:p>
    <w:p>
      <w:r>
        <w:rPr>
          <w:b/>
        </w:rPr>
        <w:t xml:space="preserve">[00:31] </w:t>
      </w:r>
      <w:r>
        <w:t>is sawal ka jawab mukht</w:t>
      </w:r>
    </w:p>
    <w:p>
      <w:pPr>
        <w:jc w:val="right"/>
      </w:pPr>
      <w:r>
        <w:t>اس سوال کا جواب مخت</w:t>
      </w:r>
    </w:p>
    <w:p>
      <w:r>
        <w:rPr>
          <w:b/>
        </w:rPr>
        <w:t xml:space="preserve">[00:36] </w:t>
      </w:r>
      <w:r>
        <w:t>sar tor par yeh hai ke takhleeq ka markazi kirdaar insaan hai, aur takhleeq ki manzil jannat ya</w:t>
      </w:r>
    </w:p>
    <w:p>
      <w:pPr>
        <w:jc w:val="right"/>
      </w:pPr>
      <w:r>
        <w:t>صر طور پر یہ ہے کہ تخلیق کا مرکزی کردار انسان ہے، اور تخلیق کی منزل جنت یا</w:t>
      </w:r>
    </w:p>
    <w:p>
      <w:r>
        <w:rPr>
          <w:b/>
        </w:rPr>
        <w:t xml:space="preserve">[00:42] </w:t>
      </w:r>
      <w:r>
        <w:t>paradise hai, jo ke insaan ke liye mayari duniya ya ideal world hai.</w:t>
      </w:r>
    </w:p>
    <w:p>
      <w:pPr>
        <w:jc w:val="right"/>
      </w:pPr>
      <w:r>
        <w:t>پیراڈائز ہے، جو کہ انسان کے لیے معیاری دنیا یا آئیڈیل ورلڈ ہے۔</w:t>
      </w:r>
    </w:p>
    <w:p>
      <w:r>
        <w:rPr>
          <w:b/>
        </w:rPr>
        <w:t xml:space="preserve">[00:48] </w:t>
      </w:r>
      <w:r>
        <w:t>aaghaaz se ikhtitaam tak yeh ek lamba safar hai jo mukhtalif marhal se guzarta hai aur aakhir kar</w:t>
      </w:r>
    </w:p>
    <w:p>
      <w:pPr>
        <w:jc w:val="right"/>
      </w:pPr>
      <w:r>
        <w:t>آغاز سے اختتام تک یہ ایک لمبا سفر ہے جو مختلف مراحل سے گزرتا ہے اور آخر کار</w:t>
      </w:r>
    </w:p>
    <w:p>
      <w:r>
        <w:rPr>
          <w:b/>
        </w:rPr>
        <w:t xml:space="preserve">[00:54] </w:t>
      </w:r>
      <w:r>
        <w:t>woh abadi jannat tak pahunchta hai.</w:t>
      </w:r>
    </w:p>
    <w:p>
      <w:pPr>
        <w:jc w:val="right"/>
      </w:pPr>
      <w:r>
        <w:t>وہ ابدی جنت تک پہنچتا ہے۔</w:t>
      </w:r>
    </w:p>
    <w:p>
      <w:r>
        <w:rPr>
          <w:b/>
        </w:rPr>
        <w:t xml:space="preserve">[01:00] </w:t>
      </w:r>
      <w:r>
        <w:t>aakhri daur ke bare mein quran mein yeh bataya gaya hai: "yom tubaddal al-ard</w:t>
      </w:r>
    </w:p>
    <w:p>
      <w:pPr>
        <w:jc w:val="right"/>
      </w:pPr>
      <w:r>
        <w:t>آخری دور کے بارے میں قرآن میں یہ بتایا گیا ہے: "یوم تبدل الأرض</w:t>
      </w:r>
    </w:p>
    <w:p>
      <w:r>
        <w:rPr>
          <w:b/>
        </w:rPr>
        <w:t xml:space="preserve">[01:06] </w:t>
      </w:r>
      <w:r>
        <w:t>ghair al-ard was-samawat".</w:t>
      </w:r>
    </w:p>
    <w:p>
      <w:pPr>
        <w:jc w:val="right"/>
      </w:pPr>
      <w:r>
        <w:t>غير الأرض والسماوات"۔</w:t>
      </w:r>
    </w:p>
    <w:p>
      <w:r>
        <w:rPr>
          <w:b/>
        </w:rPr>
        <w:t xml:space="preserve">[01:11] </w:t>
      </w:r>
      <w:r>
        <w:t>yaani jis din yeh zameen ek aur zameen se badal di jaye gi, aur aasman bhi.</w:t>
      </w:r>
    </w:p>
    <w:p>
      <w:pPr>
        <w:jc w:val="right"/>
      </w:pPr>
      <w:r>
        <w:t>یعنی جس دن یہ زمین ایک اور زمین سے بدل دی جائے گی، اور آسمان بھی۔</w:t>
      </w:r>
    </w:p>
    <w:p>
      <w:r>
        <w:rPr>
          <w:b/>
        </w:rPr>
        <w:t xml:space="preserve">[01:16] </w:t>
      </w:r>
      <w:r>
        <w:t>is tabdeel, ya change, ka matlab yeh hai ke maujooda duniya ko badal kar woh duniya banai jaye</w:t>
      </w:r>
    </w:p>
    <w:p>
      <w:pPr>
        <w:jc w:val="right"/>
      </w:pPr>
      <w:r>
        <w:t>اس تبدل، یا چینج، کا مطلب یہ ہے کہ موجودہ دنیا کو بدل کر وہ دنیا بنائی جائے</w:t>
      </w:r>
    </w:p>
    <w:p>
      <w:r>
        <w:rPr>
          <w:b/>
        </w:rPr>
        <w:t xml:space="preserve">[01:21] </w:t>
      </w:r>
      <w:r>
        <w:t>gi jis ko quran mein aakhirat ki duniya kaha gaya hai.</w:t>
      </w:r>
    </w:p>
    <w:p>
      <w:pPr>
        <w:jc w:val="right"/>
      </w:pPr>
      <w:r>
        <w:t>گی جس کو قرآن میں آخرت کی دنیا کہا گیا ہے۔</w:t>
      </w:r>
    </w:p>
    <w:p>
      <w:r>
        <w:rPr>
          <w:b/>
        </w:rPr>
        <w:t xml:space="preserve">[01:26] </w:t>
      </w:r>
      <w:r>
        <w:t>yeh doosri duniya ek mayari duniya hogi.</w:t>
      </w:r>
    </w:p>
    <w:p>
      <w:pPr>
        <w:jc w:val="right"/>
      </w:pPr>
      <w:r>
        <w:t>یہ دوسری دنیا ایک معیاری دنیا ہوگی۔</w:t>
      </w:r>
    </w:p>
    <w:p>
      <w:r>
        <w:rPr>
          <w:b/>
        </w:rPr>
        <w:t xml:space="preserve">[01:31] </w:t>
      </w:r>
      <w:r>
        <w:t>maujooda duniya mein saleh aur ghair saleh, dono mili jali halat mein abad</w:t>
      </w:r>
    </w:p>
    <w:p>
      <w:pPr>
        <w:jc w:val="right"/>
      </w:pPr>
      <w:r>
        <w:t>موجودہ دنیا میں صالح اور غیر صالح، دونوں ملی جلی حالت میں آباد</w:t>
      </w:r>
    </w:p>
    <w:p>
      <w:r>
        <w:rPr>
          <w:b/>
        </w:rPr>
        <w:t xml:space="preserve">[01:36] </w:t>
      </w:r>
      <w:r>
        <w:t>hain.</w:t>
      </w:r>
    </w:p>
    <w:p>
      <w:pPr>
        <w:jc w:val="right"/>
      </w:pPr>
      <w:r>
        <w:t>ہیں۔</w:t>
      </w:r>
    </w:p>
    <w:p>
      <w:r>
        <w:rPr>
          <w:b/>
        </w:rPr>
        <w:t xml:space="preserve">[01:40] </w:t>
      </w:r>
      <w:r>
        <w:t>isi ke nateejay mein yahan hamesha woh ghair matloob soorat-e-haal paida hoti hai jis ko manfi tor par</w:t>
      </w:r>
    </w:p>
    <w:p>
      <w:pPr>
        <w:jc w:val="right"/>
      </w:pPr>
      <w:r>
        <w:t>اسی کے نتیجے میں یہاں ہمیشہ وہ غیر مطلوب صورتحال پیدا ہوتی ہے جس کو منفی طور پر</w:t>
      </w:r>
    </w:p>
    <w:p>
      <w:r>
        <w:rPr>
          <w:b/>
        </w:rPr>
        <w:t xml:space="preserve">[01:45] </w:t>
      </w:r>
      <w:r>
        <w:t>problem of evil kaha jata hai.</w:t>
      </w:r>
    </w:p>
    <w:p>
      <w:pPr>
        <w:jc w:val="right"/>
      </w:pPr>
      <w:r>
        <w:t>پرابلم آف ایول کہا جاتا ہے۔</w:t>
      </w:r>
    </w:p>
    <w:p>
      <w:r>
        <w:rPr>
          <w:b/>
        </w:rPr>
        <w:t xml:space="preserve">[01:49] </w:t>
      </w:r>
      <w:r>
        <w:t>agli duniya mein dono qism ke insanon ko ek doosre se alag kar diya jaye ga.</w:t>
      </w:r>
    </w:p>
    <w:p>
      <w:pPr>
        <w:jc w:val="right"/>
      </w:pPr>
      <w:r>
        <w:t>اگلی دنیا میں دونوں قسم کے انسانوں کو ایک دوسرے سے الگ کر دیا جائے گا۔</w:t>
      </w:r>
    </w:p>
    <w:p>
      <w:r>
        <w:rPr>
          <w:b/>
        </w:rPr>
        <w:t xml:space="preserve">[01:53] </w:t>
      </w:r>
      <w:r>
        <w:t>is ke baad zameen aik aur zameen ki surat mein hamesha ke liye qaim ho jayegi.</w:t>
      </w:r>
    </w:p>
    <w:p>
      <w:pPr>
        <w:jc w:val="right"/>
      </w:pPr>
      <w:r>
        <w:t>اس کے بعد زمین ایک اور زمین کی صورت میں ہمیشہ کے لیے قائم ہو جائے گی۔</w:t>
      </w:r>
    </w:p>
    <w:p>
      <w:r>
        <w:rPr>
          <w:b/>
        </w:rPr>
        <w:t xml:space="preserve">[01:58] </w:t>
      </w:r>
      <w:r>
        <w:t>is waqeye ko zaboor aur quran dono mein bayan kiya gaya hai.</w:t>
      </w:r>
    </w:p>
    <w:p>
      <w:pPr>
        <w:jc w:val="right"/>
      </w:pPr>
      <w:r>
        <w:t>اس واقعے کو زبور اور قرآن دونوں میں بیان کیا گیا ہے۔</w:t>
      </w:r>
    </w:p>
    <w:p>
      <w:r>
        <w:rPr>
          <w:b/>
        </w:rPr>
        <w:t xml:space="preserve">[02:02] </w:t>
      </w:r>
      <w:r>
        <w:t>quran ke alfaaz yeh hain: "wal</w:t>
      </w:r>
    </w:p>
    <w:p>
      <w:pPr>
        <w:jc w:val="right"/>
      </w:pPr>
      <w:r>
        <w:t>قرآن کے الفاظ یہ ہیں: "ول</w:t>
      </w:r>
    </w:p>
    <w:p>
      <w:r>
        <w:rPr>
          <w:b/>
        </w:rPr>
        <w:t xml:space="preserve">[02:06] </w:t>
      </w:r>
      <w:r>
        <w:t>qad katabna fi al-zabur min ba'd al-zikri an al-arda yarisuha ibadi al-salihun". maujooda zaboor mein yeh hawala in alfaaz mein maujood hai: "bad kirdar kaat dale jayenge, lekin jin ko khudaand ki aas hai, mulk ke waris honge. shariron ki nasal kaat dali jayegi. sadiq zameen ke waris honge, aur is mein hamesha base rahen</w:t>
      </w:r>
    </w:p>
    <w:p>
      <w:pPr>
        <w:jc w:val="right"/>
      </w:pPr>
      <w:r>
        <w:t>قد كتبنا فی الزبوری من بعد الذکری أن الأرض يرثها عبادي الصالحون"۔ موجودہ زبور میں یہ حوالہ ان الفاظ میں موجود ہے: "بد کردار کاٹ ڈالے جائیں گے، لیکن جن کو خداوند کی آس ہے، ملک کے وارث ہوں گے۔ شریروں کی نسل کاٹ ڈالی جائے گی۔ صادق زمین کے وارث ہوں گے، اور اس میں ہمیشہ بسے رہیں</w:t>
      </w:r>
    </w:p>
    <w:p>
      <w:r>
        <w:rPr>
          <w:b/>
        </w:rPr>
        <w:t xml:space="preserve">[02:36] </w:t>
      </w:r>
      <w:r>
        <w:t>ge." for evil doers shall be cut off, but those that wait upon the lord, they shall inherit the earth. the seed of the wicked shall be cut off, the righteous shall inherit the land, and dwell therein for ever. yeh wariseen sari nasal insani ke saleh afraad honge, jin mein ummat e Muhammadi ke saleh afraad bhi shamil hain. takhleeq ke adwaar: qur</w:t>
      </w:r>
    </w:p>
    <w:p>
      <w:pPr>
        <w:jc w:val="right"/>
      </w:pPr>
      <w:r>
        <w:t>گے۔" فار ایول ڈورز شیل بی کٹ آف، بٹ دوز دیٹ ویٹ اپون دا لارڈ، دے شیل انہیریٹ دا ارتھ۔ دا سیڈ آف دا وکٹ شیل بی کٹ آف، دا رائٹس شیل انہیریٹ دا لینڈ، اینڈ ڈویل دیر ان فار ایور۔ یہ وارثین ساری نسل انسانی کے صالح افراد ہوں گے، جن میں امت محمدی کے صالح افراد بھی شامل ہیں۔ تخلیق کے ادوار: قر</w:t>
      </w:r>
    </w:p>
    <w:p>
      <w:r>
        <w:rPr>
          <w:b/>
        </w:rPr>
        <w:t xml:space="preserve">[03:06] </w:t>
      </w:r>
      <w:r>
        <w:t>an se maloom hota hai ke khaliq ne kainat ko chah adwaar ya periods ki soorat mein banaya hai. is waqe ka zikr quran mein 7 bar aya hai. in ayat mein se ek ayat yeh hai: "allah alladhi khalaqa al-samawati wa al-arda wa ma baynahuma fi sittati ayyam". yaani Allah hi hai jis ne paida kiya aasmanon aur zameen ko, aur jo</w:t>
      </w:r>
    </w:p>
    <w:p>
      <w:pPr>
        <w:jc w:val="right"/>
      </w:pPr>
      <w:r>
        <w:t>آن سے معلوم ہوتا ہے کہ خالق نے کائنات کو چھ ادوار یا پیریڈز کی صورت میں بنایا ہے۔ اس واقعے کا ذکر قرآن میں 7 بار آیا ہے۔ ان آیتوں میں سے ایک آیت یہ ہے: "اللہ الذی خلق السماوات والأرض وما بینہما فی ستة أيام"۔ یعنی اللہ ہی ہے جس نے پیدا کیا آسمانوں اور زمین کو، اور جو</w:t>
      </w:r>
    </w:p>
    <w:p>
      <w:r>
        <w:rPr>
          <w:b/>
        </w:rPr>
        <w:t xml:space="preserve">[03:36] </w:t>
      </w:r>
      <w:r>
        <w:t>un ke darmiyan hai chhe dinon mein.</w:t>
      </w:r>
    </w:p>
    <w:p>
      <w:pPr>
        <w:jc w:val="right"/>
      </w:pPr>
      <w:r>
        <w:t>ان کے درمیان ہے چھ دنوں میں۔</w:t>
      </w:r>
    </w:p>
    <w:p>
      <w:r>
        <w:rPr>
          <w:b/>
        </w:rPr>
        <w:t xml:space="preserve">[03:42] </w:t>
      </w:r>
      <w:r>
        <w:t>un ayat mein chhe ayyam se murad chhe adwaar ya six periods hain.</w:t>
      </w:r>
    </w:p>
    <w:p>
      <w:pPr>
        <w:jc w:val="right"/>
      </w:pPr>
      <w:r>
        <w:t>ان آیات میں چھ ایام سے مراد چھ ادوار یا سکس پیریڈز ہیں۔</w:t>
      </w:r>
    </w:p>
    <w:p>
      <w:r>
        <w:rPr>
          <w:b/>
        </w:rPr>
        <w:t xml:space="preserve">[03:48] </w:t>
      </w:r>
      <w:r>
        <w:t>adwaar ka matlab yeh hai ke kainat ko back waqt ya dafatan paida nahi kiya gaya, balkeh in</w:t>
      </w:r>
    </w:p>
    <w:p>
      <w:pPr>
        <w:jc w:val="right"/>
      </w:pPr>
      <w:r>
        <w:t>دور کا مطلب یہ ہے کہ کائنات کو بیک وقت یا دفعتاً پیدا نہیں کیا گیا، بلکہ ان</w:t>
      </w:r>
    </w:p>
    <w:p>
      <w:r>
        <w:rPr>
          <w:b/>
        </w:rPr>
        <w:t xml:space="preserve">[03:54] </w:t>
      </w:r>
      <w:r>
        <w:t>ko asbaab o ilal, ya cause and effect ki surat mein paida kiya gaya.</w:t>
      </w:r>
    </w:p>
    <w:p>
      <w:pPr>
        <w:jc w:val="right"/>
      </w:pPr>
      <w:r>
        <w:t>کو اسباب و علل، یا کاز اینڈ ایفیکٹ کی صورت میں پیدا کیا گیا۔</w:t>
      </w:r>
    </w:p>
    <w:p>
      <w:r>
        <w:rPr>
          <w:b/>
        </w:rPr>
        <w:t xml:space="preserve">[04:00] </w:t>
      </w:r>
      <w:r>
        <w:t>takhleeq ki yeh surat is liye ikhtiyar ki gayi taake insaan apni aqal ki roshni mein in ka mutal</w:t>
      </w:r>
    </w:p>
    <w:p>
      <w:pPr>
        <w:jc w:val="right"/>
      </w:pPr>
      <w:r>
        <w:t>تخلیق کی یہ صورت اس لیے اختیار کی گئی تاکہ انسان اپنی عقل کی روشنی میں ان کا مطال</w:t>
      </w:r>
    </w:p>
    <w:p>
      <w:r>
        <w:rPr>
          <w:b/>
        </w:rPr>
        <w:t xml:space="preserve">[04:06] </w:t>
      </w:r>
      <w:r>
        <w:t>a kar sake, aur takhleeq ki hikmat ko apne liye zehni tashkeel ka saman bana sake.</w:t>
      </w:r>
    </w:p>
    <w:p>
      <w:pPr>
        <w:jc w:val="right"/>
      </w:pPr>
      <w:r>
        <w:t>عہ کر سکے، اور تخلیق کی حکمت کو اپنے لیے ذہنی تشکیل کا سامان بنا سکے۔</w:t>
      </w:r>
    </w:p>
    <w:p>
      <w:r>
        <w:rPr>
          <w:b/>
        </w:rPr>
        <w:t xml:space="preserve">[04:11] </w:t>
      </w:r>
      <w:r>
        <w:t>insani uloom ke zariye kainat ka jo mutala kiya gaya hai, un ko le kar agar in chhe</w:t>
      </w:r>
    </w:p>
    <w:p>
      <w:pPr>
        <w:jc w:val="right"/>
      </w:pPr>
      <w:r>
        <w:t>انسانی علوم کے ذریعے کائنات کا جو مطالعہ کیا گیا ہے، ان کو لے کر اگر ان چھ</w:t>
      </w:r>
    </w:p>
    <w:p>
      <w:r>
        <w:rPr>
          <w:b/>
        </w:rPr>
        <w:t xml:space="preserve">[04:16] </w:t>
      </w:r>
      <w:r>
        <w:t>adwaar ko mutayyan kiya jaye to woh yeh hoga: number 1: big bang.</w:t>
      </w:r>
    </w:p>
    <w:p>
      <w:pPr>
        <w:jc w:val="right"/>
      </w:pPr>
      <w:r>
        <w:t>ادوار کو متعین کیا جائے تو وہ یہ ہوگا: نمبر 1: بگ بینگ۔</w:t>
      </w:r>
    </w:p>
    <w:p>
      <w:r>
        <w:rPr>
          <w:b/>
        </w:rPr>
        <w:t xml:space="preserve">[04:21] </w:t>
      </w:r>
      <w:r>
        <w:t>number 2: little bang ya solar bang.</w:t>
      </w:r>
    </w:p>
    <w:p>
      <w:pPr>
        <w:jc w:val="right"/>
      </w:pPr>
      <w:r>
        <w:t>نمبر 2: لٹل بینگ یا سولر بینگ۔</w:t>
      </w:r>
    </w:p>
    <w:p>
      <w:r>
        <w:rPr>
          <w:b/>
        </w:rPr>
        <w:t xml:space="preserve">[04:26] </w:t>
      </w:r>
      <w:r>
        <w:t>number 3: water bang.</w:t>
      </w:r>
    </w:p>
    <w:p>
      <w:pPr>
        <w:jc w:val="right"/>
      </w:pPr>
      <w:r>
        <w:t>نمبر 3: واٹر بینگ۔</w:t>
      </w:r>
    </w:p>
    <w:p>
      <w:r>
        <w:rPr>
          <w:b/>
        </w:rPr>
        <w:t xml:space="preserve">[04:31] </w:t>
      </w:r>
      <w:r>
        <w:t>number 4: plant bang. number</w:t>
      </w:r>
    </w:p>
    <w:p>
      <w:pPr>
        <w:jc w:val="right"/>
      </w:pPr>
      <w:r>
        <w:t>نمبر 4: پلانٹ بینگ۔ نمبر</w:t>
      </w:r>
    </w:p>
    <w:p>
      <w:r>
        <w:rPr>
          <w:b/>
        </w:rPr>
        <w:t xml:space="preserve">[04:37] </w:t>
      </w:r>
      <w:r>
        <w:t>5: animal bang.</w:t>
      </w:r>
    </w:p>
    <w:p>
      <w:pPr>
        <w:jc w:val="right"/>
      </w:pPr>
      <w:r>
        <w:t>5: اینیمل بینگ۔</w:t>
      </w:r>
    </w:p>
    <w:p>
      <w:r>
        <w:rPr>
          <w:b/>
        </w:rPr>
        <w:t xml:space="preserve">[04:41] </w:t>
      </w:r>
      <w:r>
        <w:t>aur number 6: human bang.</w:t>
      </w:r>
    </w:p>
    <w:p>
      <w:pPr>
        <w:jc w:val="right"/>
      </w:pPr>
      <w:r>
        <w:t>اور نمبر 6: ہیومن بینگ۔</w:t>
      </w:r>
    </w:p>
    <w:p>
      <w:r>
        <w:rPr>
          <w:b/>
        </w:rPr>
        <w:t xml:space="preserve">[04:45] </w:t>
      </w:r>
      <w:r>
        <w:t>yeh tareekh ke chhe maloom adwaar hain.</w:t>
      </w:r>
    </w:p>
    <w:p>
      <w:pPr>
        <w:jc w:val="right"/>
      </w:pPr>
      <w:r>
        <w:t>یہ تاریخ کے چھ معلوم ادوار ہیں۔</w:t>
      </w:r>
    </w:p>
    <w:p>
      <w:r>
        <w:rPr>
          <w:b/>
        </w:rPr>
        <w:t xml:space="preserve">[04:50] </w:t>
      </w:r>
      <w:r>
        <w:t>scientific andaze ke mutabiq chhe adwaar ki yeh muddat taqreeban 13 billion saal hai.</w:t>
      </w:r>
    </w:p>
    <w:p>
      <w:pPr>
        <w:jc w:val="right"/>
      </w:pPr>
      <w:r>
        <w:t>سائنسی اندازے کے مطابق چھ ادوار کی یہ مدت تقریباً 13 بلین سال ہے۔</w:t>
      </w:r>
    </w:p>
    <w:p>
      <w:r>
        <w:rPr>
          <w:b/>
        </w:rPr>
        <w:t xml:space="preserve">[04:54] </w:t>
      </w:r>
      <w:r>
        <w:t>is muddat mein maujooda kainat adam se wajood mein aayi, aur mukhtalif marhalon se guzarte hue apni maujooda</w:t>
      </w:r>
    </w:p>
    <w:p>
      <w:pPr>
        <w:jc w:val="right"/>
      </w:pPr>
      <w:r>
        <w:t>اس مدت میں موجودہ کائنات عدم سے وجود میں آئی، اور مختلف مراحل سے گزرتے ہوئے اپنی موجودہ</w:t>
      </w:r>
    </w:p>
    <w:p>
      <w:r>
        <w:rPr>
          <w:b/>
        </w:rPr>
        <w:t xml:space="preserve">[04:58] </w:t>
      </w:r>
      <w:r>
        <w:t>surat mein ban kar tayyar hui.</w:t>
      </w:r>
    </w:p>
    <w:p>
      <w:pPr>
        <w:jc w:val="right"/>
      </w:pPr>
      <w:r>
        <w:t>صورت میں بن کر تیار ہوئی۔</w:t>
      </w:r>
    </w:p>
    <w:p>
      <w:r>
        <w:rPr>
          <w:b/>
        </w:rPr>
        <w:t xml:space="preserve">[05:03] </w:t>
      </w:r>
      <w:r>
        <w:t>is ke baad insaan ki jo tareekh bani, aur jis tarah woh mukhtalif</w:t>
      </w:r>
    </w:p>
    <w:p>
      <w:pPr>
        <w:jc w:val="right"/>
      </w:pPr>
      <w:r>
        <w:t>اس کے بعد انسان کی جو تاریخ بنی، اور جس طرح وہ مختلف</w:t>
      </w:r>
    </w:p>
    <w:p>
      <w:r>
        <w:rPr>
          <w:b/>
        </w:rPr>
        <w:t xml:space="preserve">[05:07] </w:t>
      </w:r>
      <w:r>
        <w:t>marhalon se guzarte hue apna safar tay kar rahi hai, is ka mukhtasar bayan yahan darj kiya jata</w:t>
      </w:r>
    </w:p>
    <w:p>
      <w:pPr>
        <w:jc w:val="right"/>
      </w:pPr>
      <w:r>
        <w:t>مراحل سے گزرتے ہوئے اپنا سفر طے کر رہی ہے، اس کا مختصر بیان یہاں درج کیا جاتا</w:t>
      </w:r>
    </w:p>
    <w:p>
      <w:r>
        <w:rPr>
          <w:b/>
        </w:rPr>
        <w:t xml:space="preserve">[05:13] </w:t>
      </w:r>
      <w:r>
        <w:t>hai: sirat e mustaqeem.</w:t>
      </w:r>
    </w:p>
    <w:p>
      <w:pPr>
        <w:jc w:val="right"/>
      </w:pPr>
      <w:r>
        <w:t>ہے: صراط مستقیم۔</w:t>
      </w:r>
    </w:p>
    <w:p>
      <w:r>
        <w:rPr>
          <w:b/>
        </w:rPr>
        <w:t xml:space="preserve">[05:19] </w:t>
      </w:r>
      <w:r>
        <w:t>khaliq ki muqarrar karda aik sirat e mustaqeem ya right path hai, jo is baat ki zamanat hai ke</w:t>
      </w:r>
    </w:p>
    <w:p>
      <w:pPr>
        <w:jc w:val="right"/>
      </w:pPr>
      <w:r>
        <w:t>خالق کی مقرر کردہ ایک صراط مستقیم یا رائٹ پاتھ ہے، جو اس بات کی ضامن ہے کہ</w:t>
      </w:r>
    </w:p>
    <w:p>
      <w:r>
        <w:rPr>
          <w:b/>
        </w:rPr>
        <w:t xml:space="preserve">[05:25] </w:t>
      </w:r>
      <w:r>
        <w:t>is par chalne wala insaan apni matloob manzil par zaroor pohnche.</w:t>
      </w:r>
    </w:p>
    <w:p>
      <w:pPr>
        <w:jc w:val="right"/>
      </w:pPr>
      <w:r>
        <w:t>اس پر چلنے والا انسان اپنی مطلوب منزل پر ضرور پہنچے۔</w:t>
      </w:r>
    </w:p>
    <w:p>
      <w:r>
        <w:rPr>
          <w:b/>
        </w:rPr>
        <w:t xml:space="preserve">[05:31] </w:t>
      </w:r>
      <w:r>
        <w:t>peighambaron ke zariye aur aasmani kitabon ke zariye khaliq ne musalsal taur par aisa kiya ke insan</w:t>
      </w:r>
    </w:p>
    <w:p>
      <w:pPr>
        <w:jc w:val="right"/>
      </w:pPr>
      <w:r>
        <w:t>پیغمبروں کے ذریعے اور آسمانی کتابوں کے ذریعے خالق نے مسلسل طور پر ایسا کیا کہ انسان</w:t>
      </w:r>
    </w:p>
    <w:p>
      <w:r>
        <w:rPr>
          <w:b/>
        </w:rPr>
        <w:t xml:space="preserve">[05:37] </w:t>
      </w:r>
      <w:r>
        <w:t>ke paas apne paighambar bheje, aur un ke zariye apni kitab hidayat bheji. is ka maqsad yeh tha ke insaan durust rastay, ya right track par chalta rahe. woh is se be-raah ya de-rail na hone paaye. saatveen sadi isvi mein Allah Rabbul Alameen ne khatam un nabiyyin ko bheja. aap ne aur aap ke ashaab ne ghair mamooli jahad ke zariye ek aisa inqilab barpa</w:t>
      </w:r>
    </w:p>
    <w:p>
      <w:pPr>
        <w:jc w:val="right"/>
      </w:pPr>
      <w:r>
        <w:t>کے پاس اپنے پیغمبر بھیجے، اور ان کے ذریعے اپنی کتاب ہدایت بھیجی۔ اس کا مقصد یہ تھا کہ انسان درست راستے، یا رائٹ ٹریک پر چلتا رہے۔ وہ اس سے بے راہ یا ڈی ریل نہ ہونے پائے۔ ساتویں صدی عیسوی میں اللہ رب العالمین نے خاتم النبیین کو بھیجا۔ آپ نے اور آپ کے اصحاب نے غیر معمولی جدوجہد کے ذریعے ایک ایسا انقلاب برپا</w:t>
      </w:r>
    </w:p>
    <w:p>
      <w:r>
        <w:rPr>
          <w:b/>
        </w:rPr>
        <w:t xml:space="preserve">[06:07] </w:t>
      </w:r>
      <w:r>
        <w:t>kiya jis ke zariye baad ke zamanay mein ek tareekhi amal, ya historical process, jaari ho gaya. is tareekhi amal ne woh mawaqe khole jin ke zariye dunya mein tehzeebi inqilab, ya civilizational revolution aaya. madi tehzeeb: maujooda zamanay mein hum apne aap ko jis tehzeeb ke daur mein paate hain, is tehzeeb ko aam taur par maghribi tehzeeb, ya western civilization kaha jata</w:t>
      </w:r>
    </w:p>
    <w:p>
      <w:pPr>
        <w:jc w:val="right"/>
      </w:pPr>
      <w:r>
        <w:t>کیا جس کے ذریعے بعد کے زمانے میں ایک تاریخی عمل، یا ہسٹوریکل پروسیس، جاری ہو گیا۔ اس تاریخی عمل نے وہ مواقع کھولے جن کے ذریعے دنیا میں تہذیبی انقلاب، یا سویلائزیشنل ریولوشن آیا۔ مادی تہذیب: موجودہ زمانے میں ہم اپنے آپ کو جس تہذیب کے دور میں پاتے ہیں، اس تہذیب کو عام طور پر مغربی تہذیب، یا ویسٹرن سویلائزیشن کہا جاتا</w:t>
      </w:r>
    </w:p>
    <w:p>
      <w:r>
        <w:rPr>
          <w:b/>
        </w:rPr>
        <w:t xml:space="preserve">[06:37] </w:t>
      </w:r>
      <w:r>
        <w:t>hai, magar apni haqeeqat ke aitbar se yeh ek maadi tehzeeb, ya material civilization hai.</w:t>
      </w:r>
    </w:p>
    <w:p>
      <w:pPr>
        <w:jc w:val="right"/>
      </w:pPr>
      <w:r>
        <w:t>ہے، مگر اپنی حقیقت کے اعتبار سے یہ ایک مادی تہذیب، یا مٹیریل سویلائزیشن ہے۔</w:t>
      </w:r>
    </w:p>
    <w:p>
      <w:r>
        <w:rPr>
          <w:b/>
        </w:rPr>
        <w:t xml:space="preserve">[06:45] </w:t>
      </w:r>
      <w:r>
        <w:t>yeh maadi tehzeeb Khuda ke takhleeqi naqshe ke mutabiq ek maqaddar tehzeeb thi.</w:t>
      </w:r>
    </w:p>
    <w:p>
      <w:pPr>
        <w:jc w:val="right"/>
      </w:pPr>
      <w:r>
        <w:t>یہ مادی تہذیب خدا کے تخلیقی نقشے کے مطابق ایک مقدر تہذیب تھی۔</w:t>
      </w:r>
    </w:p>
    <w:p>
      <w:r>
        <w:rPr>
          <w:b/>
        </w:rPr>
        <w:t xml:space="preserve">[06:52] </w:t>
      </w:r>
      <w:r>
        <w:t>is maadi tehzeeb ka pishgi hawala Quran ki is ayat mein milta hai: "Sanureehim ayatina fil afaqi wa</w:t>
      </w:r>
    </w:p>
    <w:p>
      <w:pPr>
        <w:jc w:val="right"/>
      </w:pPr>
      <w:r>
        <w:t>اس مادی تہذیب کا پیشگی حوالہ قرآن کی اس آیت میں ملتا ہے: "سنوریہم آیاتنا فی الافاق و</w:t>
      </w:r>
    </w:p>
    <w:p>
      <w:r>
        <w:rPr>
          <w:b/>
        </w:rPr>
        <w:t xml:space="preserve">[07:00] </w:t>
      </w:r>
      <w:r>
        <w:t>fi anfusihim hatta yatabayyana lahum annahul haqqawalam yak</w:t>
      </w:r>
    </w:p>
    <w:p>
      <w:pPr>
        <w:jc w:val="right"/>
      </w:pPr>
      <w:r>
        <w:t>فی انفسہم حتی یتبین لہم انہ الحق اولم یک</w:t>
      </w:r>
    </w:p>
    <w:p>
      <w:r>
        <w:rPr>
          <w:b/>
        </w:rPr>
        <w:t xml:space="preserve">[07:07] </w:t>
      </w:r>
      <w:r>
        <w:t>fi rabbika annahu 'ala kulli shai'in shaheed".</w:t>
      </w:r>
    </w:p>
    <w:p>
      <w:pPr>
        <w:jc w:val="right"/>
      </w:pPr>
      <w:r>
        <w:t>فی بربک انہ علی کل شی شہید"۔</w:t>
      </w:r>
    </w:p>
    <w:p>
      <w:r>
        <w:rPr>
          <w:b/>
        </w:rPr>
        <w:t xml:space="preserve">[07:13] </w:t>
      </w:r>
      <w:r>
        <w:t>yani mustaqbil mein hum un ko apni nishaniyan dikhayenge, afaq mein bhi aur khud un ke andar</w:t>
      </w:r>
    </w:p>
    <w:p>
      <w:pPr>
        <w:jc w:val="right"/>
      </w:pPr>
      <w:r>
        <w:t>یعنی مستقبل میں ہم ان کو اپنی نشانیاں دکھائیں گے، افاق میں بھی اور خود ان کے اندر</w:t>
      </w:r>
    </w:p>
    <w:p>
      <w:r>
        <w:rPr>
          <w:b/>
        </w:rPr>
        <w:t xml:space="preserve">[07:19] </w:t>
      </w:r>
      <w:r>
        <w:t>bhi, yahan tak ke un par zahir ho jaye ga ke yeh haq hai.</w:t>
      </w:r>
    </w:p>
    <w:p>
      <w:pPr>
        <w:jc w:val="right"/>
      </w:pPr>
      <w:r>
        <w:t>بھی، یہاں تک کہ ان پر ظاہر ہو جائے گا کہ یہ حق ہے۔</w:t>
      </w:r>
    </w:p>
    <w:p>
      <w:r>
        <w:rPr>
          <w:b/>
        </w:rPr>
        <w:t xml:space="preserve">[07:25] </w:t>
      </w:r>
      <w:r>
        <w:t>aur kya yeh baat kafi nahi ke tera Rab har cheez ka gawah hai? Yahan ayyat se murad</w:t>
      </w:r>
    </w:p>
    <w:p>
      <w:pPr>
        <w:jc w:val="right"/>
      </w:pPr>
      <w:r>
        <w:t>اور کیا یہ بات کافی نہیں کہ تیرا رب ہر چیز کا گواہ ہے؟ یہاں آیات سے مراد</w:t>
      </w:r>
    </w:p>
    <w:p>
      <w:r>
        <w:rPr>
          <w:b/>
        </w:rPr>
        <w:t xml:space="preserve">[07:31] </w:t>
      </w:r>
      <w:r>
        <w:t>wo qawaneen fitrat hain jo takhleeqi taur par is dunya mein</w:t>
      </w:r>
    </w:p>
    <w:p>
      <w:pPr>
        <w:jc w:val="right"/>
      </w:pPr>
      <w:r>
        <w:t>وہ قوانین فطرت ہیں جو تخلیقی طور پر اس دنیا میں</w:t>
      </w:r>
    </w:p>
    <w:p>
      <w:r>
        <w:rPr>
          <w:b/>
        </w:rPr>
        <w:t xml:space="preserve">[07:37] </w:t>
      </w:r>
      <w:r>
        <w:t>hamesha se maujood thay.</w:t>
      </w:r>
    </w:p>
    <w:p>
      <w:pPr>
        <w:jc w:val="right"/>
      </w:pPr>
      <w:r>
        <w:t>ہمیشہ سے موجود تھے۔</w:t>
      </w:r>
    </w:p>
    <w:p>
      <w:r>
        <w:rPr>
          <w:b/>
        </w:rPr>
        <w:t xml:space="preserve">[07:43] </w:t>
      </w:r>
      <w:r>
        <w:t>hum nishaniyan dikhayenge ka matlab yeh hai ke Allah taala kuch insanon ko tofeeq de ga ke</w:t>
      </w:r>
    </w:p>
    <w:p>
      <w:pPr>
        <w:jc w:val="right"/>
      </w:pPr>
      <w:r>
        <w:t>ہم نشانیاں دکھائیں گے کا مطلب یہ ہے کہ اللہ تعالیٰ کچھ انسانوں کو توفیق دے گا کہ</w:t>
      </w:r>
    </w:p>
    <w:p>
      <w:r>
        <w:rPr>
          <w:b/>
        </w:rPr>
        <w:t xml:space="preserve">[07:49] </w:t>
      </w:r>
      <w:r>
        <w:t>wo fitrat ke makhfi qawaneen, ya hidden laws of nature, ko daryaft karein, aur is tarah deen-e-khudawandi</w:t>
      </w:r>
    </w:p>
    <w:p>
      <w:pPr>
        <w:jc w:val="right"/>
      </w:pPr>
      <w:r>
        <w:t>وہ فطرت کے مخفی قوانین، یا ہڈن لاز آف نیچر، کو دریافت کریں، اور اس طرح دین خداوندی</w:t>
      </w:r>
    </w:p>
    <w:p>
      <w:r>
        <w:rPr>
          <w:b/>
        </w:rPr>
        <w:t xml:space="preserve">[07:55] </w:t>
      </w:r>
      <w:r>
        <w:t>ki taeed, ya support ke liye ek aqli buniyad, ya rational base faraham ho.</w:t>
      </w:r>
    </w:p>
    <w:p>
      <w:pPr>
        <w:jc w:val="right"/>
      </w:pPr>
      <w:r>
        <w:t>کی تائید، یا سپورٹ کے لیے ایک عقلی بنیاد، یا ریشنل بیس فراہم ہو۔</w:t>
      </w:r>
    </w:p>
    <w:p>
      <w:r>
        <w:rPr>
          <w:b/>
        </w:rPr>
        <w:t xml:space="preserve">[08:01] </w:t>
      </w:r>
      <w:r>
        <w:t>is tehzeeb ne insani dunya aur maadi dunya mein chupi hui jin haqeeq</w:t>
      </w:r>
    </w:p>
    <w:p>
      <w:pPr>
        <w:jc w:val="right"/>
      </w:pPr>
      <w:r>
        <w:t>اس تہذیب نے انسانی دنیا اور مادی دنیا میں چھپی ہوئی جن حقی</w:t>
      </w:r>
    </w:p>
    <w:p>
      <w:r>
        <w:rPr>
          <w:b/>
        </w:rPr>
        <w:t xml:space="preserve">[08:07] </w:t>
      </w:r>
      <w:r>
        <w:t>ko daryaft kiya hai, woh deen-e-khudawandi ki haqaniyat ki tasdeeq karne wali hain. maujooda dunya mein insaan ko abad karne ka asal maqsad yeh hai ke woh marifat, ya realization, ka safar kare. woh apni shakhsiyat ko aala irtqa ke darjay tak pohnchaye. is tehzeeb ne insaan ke liye ghaur-o-fikr ka ek naya framework diya. is ne ghaur-o-fikr ke liye insaan</w:t>
      </w:r>
    </w:p>
    <w:p>
      <w:pPr>
        <w:jc w:val="right"/>
      </w:pPr>
      <w:r>
        <w:t>قتوں کو دریافت کیا ہے، وہ دین خداوندی کی حقانیت کی تصدیق کرنے والی ہیں۔ موجودہ دنیا میں انسان کو آباد کرنے کا اصل مقصد یہ ہے کہ وہ معرفت، یا ریلائزیشن، کا سفر کرے۔ وہ اپنی شخصیت کو اعلیٰ ارتقاء کے درجے تک پہنچائے۔ اس تہذیب نے انسان کے لیے غور و فکر کا ایک نیا فریم ورک دیا۔ اس نے غور و فکر کے لیے انسان</w:t>
      </w:r>
    </w:p>
    <w:p>
      <w:r>
        <w:rPr>
          <w:b/>
        </w:rPr>
        <w:t xml:space="preserve">[08:37] </w:t>
      </w:r>
      <w:r>
        <w:t>ko nayi maloomat, ya data, diya.</w:t>
      </w:r>
    </w:p>
    <w:p>
      <w:pPr>
        <w:jc w:val="right"/>
      </w:pPr>
      <w:r>
        <w:t>کو نئی معلومات، یا ڈیٹا، دیا۔</w:t>
      </w:r>
    </w:p>
    <w:p>
      <w:r>
        <w:rPr>
          <w:b/>
        </w:rPr>
        <w:t xml:space="preserve">[08:43] </w:t>
      </w:r>
      <w:r>
        <w:t>is ne insan ko naye wasail, ya resources diye.</w:t>
      </w:r>
    </w:p>
    <w:p>
      <w:pPr>
        <w:jc w:val="right"/>
      </w:pPr>
      <w:r>
        <w:t>اس نے انسان کو نئے وسائل، یا ریسورسز دیے۔</w:t>
      </w:r>
    </w:p>
    <w:p>
      <w:r>
        <w:rPr>
          <w:b/>
        </w:rPr>
        <w:t xml:space="preserve">[08:49] </w:t>
      </w:r>
      <w:r>
        <w:t>yeh tamam cheezein is liye hain ke insan apne safar-e-ma'rifat ko zyada kamyabi ke sath jari rakh</w:t>
      </w:r>
    </w:p>
    <w:p>
      <w:pPr>
        <w:jc w:val="right"/>
      </w:pPr>
      <w:r>
        <w:t>یہ تمام چیزیں اس لیے ہیں کہ انسان اپنے سفر معرفت کو زیادہ کامیابی کے ساتھ جاری رکھ</w:t>
      </w:r>
    </w:p>
    <w:p>
      <w:r>
        <w:rPr>
          <w:b/>
        </w:rPr>
        <w:t xml:space="preserve">[08:55] </w:t>
      </w:r>
      <w:r>
        <w:t>sake, aur apne aap ko ek self-made man ki hesiyat se develop kare.</w:t>
      </w:r>
    </w:p>
    <w:p>
      <w:pPr>
        <w:jc w:val="right"/>
      </w:pPr>
      <w:r>
        <w:t>سکے، اور اپنے آپ کو ایک سیلف میڈ مین کی حیثیت سے ڈویلپ کرے۔</w:t>
      </w:r>
    </w:p>
    <w:p>
      <w:r>
        <w:rPr>
          <w:b/>
        </w:rPr>
        <w:t xml:space="preserve">[09:01] </w:t>
      </w:r>
      <w:r>
        <w:t>makhlooq-e-kamil: insan ko ek mukammal makhlooq ki hesiyat se paida kiya gaya hai. In</w:t>
      </w:r>
    </w:p>
    <w:p>
      <w:pPr>
        <w:jc w:val="right"/>
      </w:pPr>
      <w:r>
        <w:t>مخلوق کامل: انسان کو ایک مکمل مخلوق کی حیثیت سے پیدا کیا گیا ہے۔ ان</w:t>
      </w:r>
    </w:p>
    <w:p>
      <w:r>
        <w:rPr>
          <w:b/>
        </w:rPr>
        <w:t xml:space="preserve">[09:07] </w:t>
      </w:r>
      <w:r>
        <w:t>san ko beshumar salahiyatein di gayi hain, magar yeh salahiyatein us ko bil-quwwa, ya potential, ki surat</w:t>
      </w:r>
    </w:p>
    <w:p>
      <w:pPr>
        <w:jc w:val="right"/>
      </w:pPr>
      <w:r>
        <w:t>سان کو بے شمار صلاحیتیں دی گئی ہیں، مگر یہ صلاحیتیں اس کو بالقوہ، یا پوٹینشل، کی صورت</w:t>
      </w:r>
    </w:p>
    <w:p>
      <w:r>
        <w:rPr>
          <w:b/>
        </w:rPr>
        <w:t xml:space="preserve">[09:12] </w:t>
      </w:r>
      <w:r>
        <w:t>mein di gayi hain.</w:t>
      </w:r>
    </w:p>
    <w:p>
      <w:pPr>
        <w:jc w:val="right"/>
      </w:pPr>
      <w:r>
        <w:t>میں دی گئی ہیں۔</w:t>
      </w:r>
    </w:p>
    <w:p>
      <w:r>
        <w:rPr>
          <w:b/>
        </w:rPr>
        <w:t xml:space="preserve">[09:18] </w:t>
      </w:r>
      <w:r>
        <w:t>in bil-quwwa salahiyaton ko bil-fi'l, ya actual mein, baro-e-kar lana insan ka apna kaam hai.</w:t>
      </w:r>
    </w:p>
    <w:p>
      <w:pPr>
        <w:jc w:val="right"/>
      </w:pPr>
      <w:r>
        <w:t>ان بالقوہ صلاحیتوں کو بالفعل، یا ایکچول میں، بروئے کار لانا انسان کا اپنا کام ہے۔</w:t>
      </w:r>
    </w:p>
    <w:p>
      <w:r>
        <w:rPr>
          <w:b/>
        </w:rPr>
        <w:t xml:space="preserve">[09:23] </w:t>
      </w:r>
      <w:r>
        <w:t>insan se yeh matloob hai ke wo apne aap ko khud ta'meer kardah insan, ya self-made man</w:t>
      </w:r>
    </w:p>
    <w:p>
      <w:pPr>
        <w:jc w:val="right"/>
      </w:pPr>
      <w:r>
        <w:t>انسان سے یہ مطلوب ہے کہ وہ اپنے آپ کو خود تعمیر کردہ انسان، یا سیلف میڈ مین</w:t>
      </w:r>
    </w:p>
    <w:p>
      <w:r>
        <w:rPr>
          <w:b/>
        </w:rPr>
        <w:t xml:space="preserve">[09:28] </w:t>
      </w:r>
      <w:r>
        <w:t>ki surat mein develop kare.</w:t>
      </w:r>
    </w:p>
    <w:p>
      <w:pPr>
        <w:jc w:val="right"/>
      </w:pPr>
      <w:r>
        <w:t>کی صورت میں ڈویلپ کرے۔</w:t>
      </w:r>
    </w:p>
    <w:p>
      <w:r>
        <w:rPr>
          <w:b/>
        </w:rPr>
        <w:t xml:space="preserve">[09:33] </w:t>
      </w:r>
      <w:r>
        <w:t>self development ke is amal, ya process mein, insan</w:t>
      </w:r>
    </w:p>
    <w:p>
      <w:pPr>
        <w:jc w:val="right"/>
      </w:pPr>
      <w:r>
        <w:t>سیلف ڈویلپمنٹ کے اس عمل، یا پروسیس میں، انسان</w:t>
      </w:r>
    </w:p>
    <w:p>
      <w:r>
        <w:rPr>
          <w:b/>
        </w:rPr>
        <w:t xml:space="preserve">[09:38] </w:t>
      </w:r>
      <w:r>
        <w:t>ko maloomati taeed ki zaroorat thi.</w:t>
      </w:r>
    </w:p>
    <w:p>
      <w:pPr>
        <w:jc w:val="right"/>
      </w:pPr>
      <w:r>
        <w:t>کو معلوماتی تائید کی ضرورت تھی۔</w:t>
      </w:r>
    </w:p>
    <w:p>
      <w:r>
        <w:rPr>
          <w:b/>
        </w:rPr>
        <w:t xml:space="preserve">[09:44] </w:t>
      </w:r>
      <w:r>
        <w:t>madi tehzeeb ne fitrat, ya nature ki haqiqaton ko daryaft kar ke insan ko yahi taeed, ya support</w:t>
      </w:r>
    </w:p>
    <w:p>
      <w:pPr>
        <w:jc w:val="right"/>
      </w:pPr>
      <w:r>
        <w:t>مادی تہذیب نے فطرت، یا نیچر کی حقیقتوں کو دریافت کر کے انسان کو یہی تائید، یا سپورٹ</w:t>
      </w:r>
    </w:p>
    <w:p>
      <w:r>
        <w:rPr>
          <w:b/>
        </w:rPr>
        <w:t xml:space="preserve">[09:50] </w:t>
      </w:r>
      <w:r>
        <w:t>faraham ki hai.</w:t>
      </w:r>
    </w:p>
    <w:p>
      <w:pPr>
        <w:jc w:val="right"/>
      </w:pPr>
      <w:r>
        <w:t>فراہم کی ہے۔</w:t>
      </w:r>
    </w:p>
    <w:p>
      <w:r>
        <w:rPr>
          <w:b/>
        </w:rPr>
        <w:t xml:space="preserve">[09:56] </w:t>
      </w:r>
      <w:r>
        <w:t>maujooda zamane ke musalmanon ke andar jo mutashaddidana sargharmiyan jari hain, woh ghair mutalliq sargharmiyan hain.</w:t>
      </w:r>
    </w:p>
    <w:p>
      <w:pPr>
        <w:jc w:val="right"/>
      </w:pPr>
      <w:r>
        <w:t>موجودہ زمانے کے مسلمانوں کے اندر جو متشددانہ سرگرمیاں جاری ہیں، وہ غیر متعلق سرگرمیاں ہیں۔</w:t>
      </w:r>
    </w:p>
    <w:p>
      <w:r>
        <w:rPr>
          <w:b/>
        </w:rPr>
        <w:t xml:space="preserve">[10:02] </w:t>
      </w:r>
      <w:r>
        <w:t>yeh goya darmeyani jahad ke daur ko takmeel ke daur mein dobara ghair zaroori taur par zinda kar</w:t>
      </w:r>
    </w:p>
    <w:p>
      <w:pPr>
        <w:jc w:val="right"/>
      </w:pPr>
      <w:r>
        <w:t>یہ گویا درمیانی جدوجہد کے دور کو تکمیل کے دور میں دوبارہ غیر ضروری طور پر زندہ کر</w:t>
      </w:r>
    </w:p>
    <w:p>
      <w:r>
        <w:rPr>
          <w:b/>
        </w:rPr>
        <w:t xml:space="preserve">[10:08] </w:t>
      </w:r>
      <w:r>
        <w:t>na hai.</w:t>
      </w:r>
    </w:p>
    <w:p>
      <w:pPr>
        <w:jc w:val="right"/>
      </w:pPr>
      <w:r>
        <w:t>نا ہے۔</w:t>
      </w:r>
    </w:p>
    <w:p>
      <w:r>
        <w:rPr>
          <w:b/>
        </w:rPr>
        <w:t xml:space="preserve">[10:13] </w:t>
      </w:r>
      <w:r>
        <w:t>maujooda daur se pehle do fareeq hua karte thay: dost aur dushman.</w:t>
      </w:r>
    </w:p>
    <w:p>
      <w:pPr>
        <w:jc w:val="right"/>
      </w:pPr>
      <w:r>
        <w:t>موجودہ دور سے پہلے دو فریق ہوا کرتے تھے: دوست اور دشمن۔</w:t>
      </w:r>
    </w:p>
    <w:p>
      <w:r>
        <w:rPr>
          <w:b/>
        </w:rPr>
        <w:t xml:space="preserve">[10:18] </w:t>
      </w:r>
      <w:r>
        <w:t>lekin ab yeh saniyat, ya dichotomy, badal chuki hai.</w:t>
      </w:r>
    </w:p>
    <w:p>
      <w:pPr>
        <w:jc w:val="right"/>
      </w:pPr>
      <w:r>
        <w:t>لیکن اب یہ صنعیت، یا ڈائیکاٹمی، بدل چکی ہے۔</w:t>
      </w:r>
    </w:p>
    <w:p>
      <w:r>
        <w:rPr>
          <w:b/>
        </w:rPr>
        <w:t xml:space="preserve">[10:23] </w:t>
      </w:r>
      <w:r>
        <w:t>ab dunya mein sirf dost aur mufeed, yani friend and supporter, maujood hain.</w:t>
      </w:r>
    </w:p>
    <w:p>
      <w:pPr>
        <w:jc w:val="right"/>
      </w:pPr>
      <w:r>
        <w:t>اب دنیا میں صرف دوست اور معید، یعنی فرینڈ اینڈ سپورٹر، موجود ہیں۔</w:t>
      </w:r>
    </w:p>
    <w:p>
      <w:r>
        <w:rPr>
          <w:b/>
        </w:rPr>
        <w:t xml:space="preserve">[10:28] </w:t>
      </w:r>
      <w:r>
        <w:t>ab ahal-e-islam ka kaam takmeel ke misbat mawaqe ko hasil karna hai, na ke daur-e-jahad ke</w:t>
      </w:r>
    </w:p>
    <w:p>
      <w:pPr>
        <w:jc w:val="right"/>
      </w:pPr>
      <w:r>
        <w:t>اب اہل اسلام کا کام تکمیل کے مثبت مواقع کو اویل کرنا ہے، نہ کہ دور جدوجہد کے</w:t>
      </w:r>
    </w:p>
    <w:p>
      <w:r>
        <w:rPr>
          <w:b/>
        </w:rPr>
        <w:t xml:space="preserve">[10:33] </w:t>
      </w:r>
      <w:r>
        <w:t>waqeat ka ghair zaroori taur par</w:t>
      </w:r>
    </w:p>
    <w:p>
      <w:pPr>
        <w:jc w:val="right"/>
      </w:pPr>
      <w:r>
        <w:t>واقعات کا غیر ضروری طور پر</w:t>
      </w:r>
    </w:p>
    <w:p>
      <w:r>
        <w:rPr>
          <w:b/>
        </w:rPr>
        <w:t xml:space="preserve">[10:38] </w:t>
      </w:r>
      <w:r>
        <w:t>aada, ya repeat karna, jis se masail mein izafa karne ke siwa kuch aur milne wala nahin.</w:t>
      </w:r>
    </w:p>
    <w:p>
      <w:pPr>
        <w:jc w:val="right"/>
      </w:pPr>
      <w:r>
        <w:t>اعادہ، یا ریپیٹ کرنا، جس سے مسائل میں اضافہ کرنے کے سوا کچھ اور ملنے والا نہیں۔</w:t>
      </w:r>
    </w:p>
    <w:p>
      <w:r>
        <w:rPr>
          <w:b/>
        </w:rPr>
        <w:t xml:space="preserve">[10:44] </w:t>
      </w:r>
      <w:r>
        <w:t>rohani samaj: takhleeq ka asal maqsood insan hai.</w:t>
      </w:r>
    </w:p>
    <w:p>
      <w:pPr>
        <w:jc w:val="right"/>
      </w:pPr>
      <w:r>
        <w:t>روحانی سماج: تخلیق کا اصل مقصود انسان ہے۔</w:t>
      </w:r>
    </w:p>
    <w:p>
      <w:r>
        <w:rPr>
          <w:b/>
        </w:rPr>
        <w:t xml:space="preserve">[10:50] </w:t>
      </w:r>
      <w:r>
        <w:t>takhleeqi amal ke douran jo cheezen wajood mein aain, woh sab sirf is liye theen ke insan apna</w:t>
      </w:r>
    </w:p>
    <w:p>
      <w:pPr>
        <w:jc w:val="right"/>
      </w:pPr>
      <w:r>
        <w:t>تخلیقی عمل کے دوران جو چیزیں وجود میں آئیں، وہ سب صرف اس لیے تھیں کہ انسان اپنا</w:t>
      </w:r>
    </w:p>
    <w:p>
      <w:r>
        <w:rPr>
          <w:b/>
        </w:rPr>
        <w:t xml:space="preserve">[10:56] </w:t>
      </w:r>
      <w:r>
        <w:t>safar-e-marifat ko kamyabi ke sath tay kar sake.</w:t>
      </w:r>
    </w:p>
    <w:p>
      <w:pPr>
        <w:jc w:val="right"/>
      </w:pPr>
      <w:r>
        <w:t>سفر معرفت کو کامیابی کے ساتھ طے کر سکے۔</w:t>
      </w:r>
    </w:p>
    <w:p>
      <w:r>
        <w:rPr>
          <w:b/>
        </w:rPr>
        <w:t xml:space="preserve">[11:02] </w:t>
      </w:r>
      <w:r>
        <w:t>is pure amal, ya process ke zariye jo aakhri cheez mat</w:t>
      </w:r>
    </w:p>
    <w:p>
      <w:pPr>
        <w:jc w:val="right"/>
      </w:pPr>
      <w:r>
        <w:t>اس پورے عمل، یا پروسیس کے ذریعے جو آخری چیز مط</w:t>
      </w:r>
    </w:p>
    <w:p>
      <w:r>
        <w:rPr>
          <w:b/>
        </w:rPr>
        <w:t xml:space="preserve">[11:08] </w:t>
      </w:r>
      <w:r>
        <w:t>loob hai, woh yeh ke ek aala darje ka rohani samaj, ya spiritual society bane, jo is miyari</w:t>
      </w:r>
    </w:p>
    <w:p>
      <w:pPr>
        <w:jc w:val="right"/>
      </w:pPr>
      <w:r>
        <w:t>لوب ہے، وہ یہ کہ ایک اعلیٰ درجے کا روحانی سماج، یا سپرچول سوسائٹی بنے، جو اس معیاری</w:t>
      </w:r>
    </w:p>
    <w:p>
      <w:r>
        <w:rPr>
          <w:b/>
        </w:rPr>
        <w:t xml:space="preserve">[11:13] </w:t>
      </w:r>
      <w:r>
        <w:t>dunya mein basaye jane ke qabil ho, jis ko jannat, ya paradise kaha gaya hai.</w:t>
      </w:r>
    </w:p>
    <w:p>
      <w:pPr>
        <w:jc w:val="right"/>
      </w:pPr>
      <w:r>
        <w:t>دنیا میں بسائے جانے کے قابل ہو، جس کو جنت، یا پیراڈائز کہا گیا ہے۔</w:t>
      </w:r>
    </w:p>
    <w:p>
      <w:r>
        <w:rPr>
          <w:b/>
        </w:rPr>
        <w:t xml:space="preserve">[11:18] </w:t>
      </w:r>
      <w:r>
        <w:t>jannat ek perfect dunya hai jo un insanon ki abadkari ke liye banai gayi hai jo apne aap</w:t>
      </w:r>
    </w:p>
    <w:p>
      <w:pPr>
        <w:jc w:val="right"/>
      </w:pPr>
      <w:r>
        <w:t>جنت ایک پرفیکٹ دنیا ہے جو ان انسانوں کی آبادکاری کے لیے بنائی گئی ہے جو اپنے آپ</w:t>
      </w:r>
    </w:p>
    <w:p>
      <w:r>
        <w:rPr>
          <w:b/>
        </w:rPr>
        <w:t xml:space="preserve">[11:23] </w:t>
      </w:r>
      <w:r>
        <w:t>ko is ka ahel sabit karen.</w:t>
      </w:r>
    </w:p>
    <w:p>
      <w:pPr>
        <w:jc w:val="right"/>
      </w:pPr>
      <w:r>
        <w:t>کو اس کا اہل ثابت کریں۔</w:t>
      </w:r>
    </w:p>
    <w:p>
      <w:r>
        <w:rPr>
          <w:b/>
        </w:rPr>
        <w:t xml:space="preserve">[11:28] </w:t>
      </w:r>
      <w:r>
        <w:t>dunya mein insan ko kamil azadi hasil hai.</w:t>
      </w:r>
    </w:p>
    <w:p>
      <w:pPr>
        <w:jc w:val="right"/>
      </w:pPr>
      <w:r>
        <w:t>دنیا میں انسان کو کامل آزادی حاصل ہے۔</w:t>
      </w:r>
    </w:p>
    <w:p>
      <w:r>
        <w:rPr>
          <w:b/>
        </w:rPr>
        <w:t xml:space="preserve">[11:33] </w:t>
      </w:r>
      <w:r>
        <w:t>woh azaad hai ke apne aap ko jaisa chahe</w:t>
      </w:r>
    </w:p>
    <w:p>
      <w:pPr>
        <w:jc w:val="right"/>
      </w:pPr>
      <w:r>
        <w:t>وہ آزاد ہے کہ اپنے آپ کو جیسا چاہے</w:t>
      </w:r>
    </w:p>
    <w:p>
      <w:r>
        <w:rPr>
          <w:b/>
        </w:rPr>
        <w:t xml:space="preserve">[11:38] </w:t>
      </w:r>
      <w:r>
        <w:t>waisa banaye.</w:t>
      </w:r>
    </w:p>
    <w:p>
      <w:pPr>
        <w:jc w:val="right"/>
      </w:pPr>
      <w:r>
        <w:t>ویسا بنائے۔</w:t>
      </w:r>
    </w:p>
    <w:p>
      <w:r>
        <w:rPr>
          <w:b/>
        </w:rPr>
        <w:t xml:space="preserve">[11:43] </w:t>
      </w:r>
      <w:r>
        <w:t>is liye maujooda dunya mein aala miyar ka rohani samaj nahin ban sakta.</w:t>
      </w:r>
    </w:p>
    <w:p>
      <w:pPr>
        <w:jc w:val="right"/>
      </w:pPr>
      <w:r>
        <w:t>اس لیے موجودہ دنیا میں اعلیٰ معیار کا روحانی سماج نہیں بن سکتا۔</w:t>
      </w:r>
    </w:p>
    <w:p>
      <w:r>
        <w:rPr>
          <w:b/>
        </w:rPr>
        <w:t xml:space="preserve">[11:48] </w:t>
      </w:r>
      <w:r>
        <w:t>yahan sirf aala miyar ke rohani afraad ban sakte hain.</w:t>
      </w:r>
    </w:p>
    <w:p>
      <w:pPr>
        <w:jc w:val="right"/>
      </w:pPr>
      <w:r>
        <w:t>یہاں صرف اعلیٰ معیار کے روحانی افراد بن سکتے ہیں۔</w:t>
      </w:r>
    </w:p>
    <w:p>
      <w:r>
        <w:rPr>
          <w:b/>
        </w:rPr>
        <w:t xml:space="preserve">[11:53] </w:t>
      </w:r>
      <w:r>
        <w:t>takhleeqi mansoobe ke mutabiq jo baat hone wali hai, woh yeh hai ke poori insani tareekh ke khatme par</w:t>
      </w:r>
    </w:p>
    <w:p>
      <w:pPr>
        <w:jc w:val="right"/>
      </w:pPr>
      <w:r>
        <w:t>تخلیقی منصوبے کے مطابق جو بات ہونے والی ہے، وہ یہ کہ پوری انسانی تاریخ کے خاتمے پر</w:t>
      </w:r>
    </w:p>
    <w:p>
      <w:r>
        <w:rPr>
          <w:b/>
        </w:rPr>
        <w:t xml:space="preserve">[11:58] </w:t>
      </w:r>
      <w:r>
        <w:t>aala darje ke rohani afraad ko muntakhib kar ke unhein abadi jannat mein basne ka moqa diya jaye,</w:t>
      </w:r>
    </w:p>
    <w:p>
      <w:pPr>
        <w:jc w:val="right"/>
      </w:pPr>
      <w:r>
        <w:t>اعلیٰ درجے کے روحانی افراد کو منتخب کر کے انہیں ابدی جنت میں بسنے کا موقع دیا جائے،</w:t>
      </w:r>
    </w:p>
    <w:p>
      <w:r>
        <w:rPr>
          <w:b/>
        </w:rPr>
        <w:t xml:space="preserve">[12:03] </w:t>
      </w:r>
      <w:r>
        <w:t>aur baqi logon ko</w:t>
      </w:r>
    </w:p>
    <w:p>
      <w:pPr>
        <w:jc w:val="right"/>
      </w:pPr>
      <w:r>
        <w:t>اور باقی لوگوں کو</w:t>
      </w:r>
    </w:p>
    <w:p>
      <w:r>
        <w:rPr>
          <w:b/>
        </w:rPr>
        <w:t xml:space="preserve">[12:08] </w:t>
      </w:r>
      <w:r>
        <w:t>chhanat kar un se alag kar diya jaye.</w:t>
      </w:r>
    </w:p>
    <w:p>
      <w:pPr>
        <w:jc w:val="right"/>
      </w:pPr>
      <w:r>
        <w:t>چھانٹ کر ان سے الگ کر دیا جائے۔</w:t>
      </w:r>
    </w:p>
    <w:p>
      <w:r>
        <w:rPr>
          <w:b/>
        </w:rPr>
        <w:t xml:space="preserve">[12:14] </w:t>
      </w:r>
      <w:r>
        <w:t>is aala darje ke rohani samaj mein kaun log shamil honge? un ka zikr quran mein chaar</w:t>
      </w:r>
    </w:p>
    <w:p>
      <w:pPr>
        <w:jc w:val="right"/>
      </w:pPr>
      <w:r>
        <w:t>اس اعلیٰ درجے کے روحانی سماج میں کون لوگ شامل ہوں گے؟ ان کا ذکر قرآن میں چار</w:t>
      </w:r>
    </w:p>
    <w:p>
      <w:r>
        <w:rPr>
          <w:b/>
        </w:rPr>
        <w:t xml:space="preserve">[12:21] </w:t>
      </w:r>
      <w:r>
        <w:t>guroh ki soorat mein kiya gaya hai.</w:t>
      </w:r>
    </w:p>
    <w:p>
      <w:pPr>
        <w:jc w:val="right"/>
      </w:pPr>
      <w:r>
        <w:t>گروہ کی صورت میں کیا گیا ہے۔</w:t>
      </w:r>
    </w:p>
    <w:p>
      <w:r>
        <w:rPr>
          <w:b/>
        </w:rPr>
        <w:t xml:space="preserve">[12:27] </w:t>
      </w:r>
      <w:r>
        <w:t>quran ke alfaaz yeh hain: "ومن یوتی اللہ ورسولہ فاولائک الذین انعم اللہ علیہم من النبیین وصدیقین وشہداء</w:t>
      </w:r>
    </w:p>
    <w:p>
      <w:pPr>
        <w:jc w:val="right"/>
      </w:pPr>
      <w:r>
        <w:t>قرآن کے الفاظ یہ ہیں: "ومن یوتی اللہ ورسولہ فاولائک الذین انعم اللہ علیہم من النبیین وصدیقین وشہداء</w:t>
      </w:r>
    </w:p>
    <w:p>
      <w:r>
        <w:rPr>
          <w:b/>
        </w:rPr>
        <w:t xml:space="preserve">[12:33] </w:t>
      </w:r>
      <w:r>
        <w:t>وصالحین وحسن اول</w:t>
      </w:r>
    </w:p>
    <w:p>
      <w:pPr>
        <w:jc w:val="right"/>
      </w:pPr>
      <w:r>
        <w:t>وصالحین وحسن اول</w:t>
      </w:r>
    </w:p>
    <w:p>
      <w:r>
        <w:rPr>
          <w:b/>
        </w:rPr>
        <w:t xml:space="preserve">[12:39] </w:t>
      </w:r>
      <w:r>
        <w:t>rafeeqa". yaani aur jo Allah aur Rasool ki it'aat kare ga, woh un logon ke sath hoga jin par Allah ne inaam kiya, yaani nabiyyin aur siddiqeen aur shuhada' aur salih. kaisi achhi hai un ki rifaqat! is aala samaj ki khusoosiyat yeh batai gayi hai ke woh husn-e-rifaqat ka samaj hoga. wahan koi insaan doosre insaan ke liye koi mas'ala</w:t>
      </w:r>
    </w:p>
    <w:p>
      <w:pPr>
        <w:jc w:val="right"/>
      </w:pPr>
      <w:r>
        <w:t>ائک رفیقہ"۔ یعنی اور جو اللہ اور رسول کی اطاعت کرے گا، وہ ان لوگوں کے ساتھ ہوگا جن پر اللہ نے انعام کیا، یعنی پیغمبر اور صدیق اور شہید اور صالح۔ کیسی اچھی ہے ان کی رفاقت! اس اعلیٰ سماج کی خصوصیت یہ بتائی گئی ہے کہ وہ حسن رفاقت کا سماج ہوگا۔ وہاں کوئی انسان دوسرے انسان کے لیے کوئی مسئ</w:t>
      </w:r>
    </w:p>
    <w:p>
      <w:r>
        <w:rPr>
          <w:b/>
        </w:rPr>
        <w:t xml:space="preserve">[13:09] </w:t>
      </w:r>
      <w:r>
        <w:t>لہ، یا نیوسنس، paida nahi karega.</w:t>
      </w:r>
    </w:p>
    <w:p>
      <w:pPr>
        <w:jc w:val="right"/>
      </w:pPr>
      <w:r>
        <w:t>لہ، یا نیوسنس، پیدا نہیں کرے گا۔</w:t>
      </w:r>
    </w:p>
    <w:p>
      <w:r>
        <w:rPr>
          <w:b/>
        </w:rPr>
        <w:t xml:space="preserve">[13:13] </w:t>
      </w:r>
      <w:r>
        <w:t>har insan doosre insan ka behtareen saathi hoga.</w:t>
      </w:r>
    </w:p>
    <w:p>
      <w:pPr>
        <w:jc w:val="right"/>
      </w:pPr>
      <w:r>
        <w:t>ہر انسان دوسرے انسان کا بہترین ساتھی ہوگا۔</w:t>
      </w:r>
    </w:p>
    <w:p>
      <w:r>
        <w:rPr>
          <w:b/>
        </w:rPr>
        <w:t xml:space="preserve">[13:17] </w:t>
      </w:r>
      <w:r>
        <w:t>ہر انسان قابل پیشنگوئی کردار، یا predictable character، کا حامل ہوگا۔</w:t>
      </w:r>
    </w:p>
    <w:p>
      <w:pPr>
        <w:jc w:val="right"/>
      </w:pPr>
      <w:r>
        <w:t>ہر انسان قابل پیشنگوئی کردار، یا پریڈکٹیبل کریکٹر، کا حامل ہوگا۔</w:t>
      </w:r>
    </w:p>
    <w:p>
      <w:r>
        <w:rPr>
          <w:b/>
        </w:rPr>
        <w:t xml:space="preserve">[13:22] </w:t>
      </w:r>
      <w:r>
        <w:t>har insan doosre insan ka sacha rafiq hoga.</w:t>
      </w:r>
    </w:p>
    <w:p>
      <w:pPr>
        <w:jc w:val="right"/>
      </w:pPr>
      <w:r>
        <w:t>ہر انسان دوسرے انسان کا سچا رفیق ہوگا۔</w:t>
      </w:r>
    </w:p>
    <w:p>
      <w:r>
        <w:rPr>
          <w:b/>
        </w:rPr>
        <w:t xml:space="preserve">[13:26] </w:t>
      </w:r>
      <w:r>
        <w:t>koi insan doosre insan ka harif na hoga.</w:t>
      </w:r>
    </w:p>
    <w:p>
      <w:pPr>
        <w:jc w:val="right"/>
      </w:pPr>
      <w:r>
        <w:t>کوئی انسان دوسرے انسان کا حریف نہ ہوگا۔</w:t>
      </w:r>
    </w:p>
    <w:p>
      <w:r>
        <w:rPr>
          <w:b/>
        </w:rPr>
        <w:t xml:space="preserve">[13:30] </w:t>
      </w:r>
      <w:r>
        <w:t>ہر انسان اعلیٰ اخلاقی اقدار، یا high moral values، کا حامل ہوگا۔</w:t>
      </w:r>
    </w:p>
    <w:p>
      <w:pPr>
        <w:jc w:val="right"/>
      </w:pPr>
      <w:r>
        <w:t>ہر انسان اعلیٰ اخلاقی اقدار، یا ہائی مورل ویلیوز، کا حامل ہوگا۔</w:t>
      </w:r>
    </w:p>
    <w:p>
      <w:r>
        <w:rPr>
          <w:b/>
        </w:rPr>
        <w:t xml:space="preserve">[13:35] </w:t>
      </w:r>
      <w:r>
        <w:t>har insan k</w:t>
      </w:r>
    </w:p>
    <w:p>
      <w:pPr>
        <w:jc w:val="right"/>
      </w:pPr>
      <w:r>
        <w:t>ہر انسان ک</w:t>
      </w:r>
    </w:p>
    <w:p>
      <w:r>
        <w:rPr>
          <w:b/>
        </w:rPr>
        <w:t xml:space="preserve">[13:39] </w:t>
      </w:r>
      <w:r>
        <w:t>امل درجے میں سچائی اور دیانت داری، یا honesty، کی صفات سے متصف ہوگا، وغیرہ۔</w:t>
      </w:r>
    </w:p>
    <w:p>
      <w:pPr>
        <w:jc w:val="right"/>
      </w:pPr>
      <w:r>
        <w:t>امل درجے میں سچائی اور دیانت داری، یا اونسٹی، کی صفات سے متصف ہوگا، وغیرہ۔</w:t>
      </w:r>
    </w:p>
    <w:p>
      <w:r>
        <w:rPr>
          <w:b/>
        </w:rPr>
        <w:t xml:space="preserve">[13:45] </w:t>
      </w:r>
      <w:r>
        <w:t>is takhleeq ke mutabiq jo tasweer banti hai, woh yeh hai ke Allah ne chaha ke woh aala</w:t>
      </w:r>
    </w:p>
    <w:p>
      <w:pPr>
        <w:jc w:val="right"/>
      </w:pPr>
      <w:r>
        <w:t>اس تخلیق کے مطابق جو تصویر بنتی ہے، وہ یہ ہے کہ اللہ نے چاہا کہ وہ اعلیٰ</w:t>
      </w:r>
    </w:p>
    <w:p>
      <w:r>
        <w:rPr>
          <w:b/>
        </w:rPr>
        <w:t xml:space="preserve">[13:51] </w:t>
      </w:r>
      <w:r>
        <w:t>darje ki ek duniya banaye.</w:t>
      </w:r>
    </w:p>
    <w:p>
      <w:pPr>
        <w:jc w:val="right"/>
      </w:pPr>
      <w:r>
        <w:t>درجے کی ایک دنیا بنائے۔</w:t>
      </w:r>
    </w:p>
    <w:p>
      <w:r>
        <w:rPr>
          <w:b/>
        </w:rPr>
        <w:t xml:space="preserve">[13:57] </w:t>
      </w:r>
      <w:r>
        <w:t>اسی اعلیٰ درجے کی دنیا کا نام جنت، یا paradise ہے۔</w:t>
      </w:r>
    </w:p>
    <w:p>
      <w:pPr>
        <w:jc w:val="right"/>
      </w:pPr>
      <w:r>
        <w:t>اسی اعلیٰ درجے کی دنیا کا نام جنت، یا پیراڈائز ہے۔</w:t>
      </w:r>
    </w:p>
    <w:p>
      <w:r>
        <w:rPr>
          <w:b/>
        </w:rPr>
        <w:t xml:space="preserve">[14:03] </w:t>
      </w:r>
      <w:r>
        <w:t>is takhleeq ka naqsha is aitbaar se banaya gaya jo aala darje ke matloob insan ko wajood mein</w:t>
      </w:r>
    </w:p>
    <w:p>
      <w:pPr>
        <w:jc w:val="right"/>
      </w:pPr>
      <w:r>
        <w:t>اس تخلیق کا نقشہ اس اعتبار سے بنایا گیا جو اعلیٰ درجے کے مطلوب انسان کو وجود میں</w:t>
      </w:r>
    </w:p>
    <w:p>
      <w:r>
        <w:rPr>
          <w:b/>
        </w:rPr>
        <w:t xml:space="preserve">[14:09] </w:t>
      </w:r>
      <w:r>
        <w:t>mein lane mein madadgar ho sake. chunaanche yeh insaan woh thay jo self-made man ke mi'yar par poore utre, is liye is takhleeqi mansoobay ke mukammal hone mein taqreeban 13 billion saal lagay. is takhleeqi muddat ko is tarah banaya gaya ke insaan apni aqal, ya reason, ko istemal kar ke in ko apni taameer-e-shakhsiyat ke liye istemal kar sake. dawat-e-akheesveen sadi mein khaliq ki takhleeqi scheme</w:t>
      </w:r>
    </w:p>
    <w:p>
      <w:pPr>
        <w:jc w:val="right"/>
      </w:pPr>
      <w:r>
        <w:t>لانے میں مددگار ہو سکے۔ چونکہ یہ انسان وہ تھے جو سیلف میڈ مین کے معیار پر پورے اترے، اس لیے اس تخلیقی منصوبے کے مکمل ہونے میں تقریباً 13 بلین سال لگے۔ اس تخلیقی مدت کو اس طرح بنایا گیا کہ انسان اپنی عقل، یا ریزن، کو استعمال کر کے ان کو اپنی تعمیر شخصیت کے لیے استعمال کر سکے۔ دعوت اکیسویں صدی میں خالق کی تخلیقی اسکیم</w:t>
      </w:r>
    </w:p>
    <w:p>
      <w:r>
        <w:rPr>
          <w:b/>
        </w:rPr>
        <w:t xml:space="preserve">[14:39] </w:t>
      </w:r>
      <w:r>
        <w:t>ya creation plan, hamesha se sabit shuda haqeeqat thi. lekin beesveen sadi ke baad dunya mein ek naya daur aaya hai, jabke nazri haqeeqaten madi haqayiq ki roshni mein qabil-e-fahm ho gayeen. misal ke taur par, ghayb par iman qadeem zamanay mein ek aqeeday ki baat thi. maujooda zamanay mein quantum physics ki daryaft ke baad yeh sirf nazri baat na rahi, balke probability ke darjay</w:t>
      </w:r>
    </w:p>
    <w:p>
      <w:pPr>
        <w:jc w:val="right"/>
      </w:pPr>
      <w:r>
        <w:t>، یا کریشن پلان، ہمیشہ سے ثابت شدہ حقیقت تھی۔ لیکن بیسویں صدی کے بعد دنیا میں ایک نیا دور آیا ہے، جبکہ نظری حقیقتیں مادی حقائق کی روشنی میں قابل فہم ہو گئیں۔ مثلاً، غیب پر ایمان قدیم زمانے میں ایک عقیدے کی بات تھی۔ موجودہ زمانے میں کوانٹم فزکس کی دریافت کے بعد یہ صرف نظری بات نہ رہی، بلکہ پروبیبلیٹی کے درجے</w:t>
      </w:r>
    </w:p>
    <w:p>
      <w:r>
        <w:rPr>
          <w:b/>
        </w:rPr>
        <w:t xml:space="preserve">[15:09] </w:t>
      </w:r>
      <w:r>
        <w:t>mein taqreeban qabil yaqeen haqeeqat ban gayi.</w:t>
      </w:r>
    </w:p>
    <w:p>
      <w:pPr>
        <w:jc w:val="right"/>
      </w:pPr>
      <w:r>
        <w:t>میں تقریباً قابل یقین حقیقت بن گئی۔</w:t>
      </w:r>
    </w:p>
    <w:p>
      <w:r>
        <w:rPr>
          <w:b/>
        </w:rPr>
        <w:t xml:space="preserve">[15:15] </w:t>
      </w:r>
      <w:r>
        <w:t>Probability jadeed science ka ek ahem usool hai.</w:t>
      </w:r>
    </w:p>
    <w:p>
      <w:pPr>
        <w:jc w:val="right"/>
      </w:pPr>
      <w:r>
        <w:t>پروبیبلیٹی جدید سائنس کا ایک اہم اصول ہے۔</w:t>
      </w:r>
    </w:p>
    <w:p>
      <w:r>
        <w:rPr>
          <w:b/>
        </w:rPr>
        <w:t xml:space="preserve">[15:21] </w:t>
      </w:r>
      <w:r>
        <w:t>کہا جاتا ہے: "Probability is less than certainty, but it is more than perhaps"۔</w:t>
      </w:r>
    </w:p>
    <w:p>
      <w:pPr>
        <w:jc w:val="right"/>
      </w:pPr>
      <w:r>
        <w:t>کہا جاتا ہے: "پروبیبلیٹی از لیس دین سرٹینٹی، بٹ اٹ از مور دین پرہیپس"۔</w:t>
      </w:r>
    </w:p>
    <w:p>
      <w:r>
        <w:rPr>
          <w:b/>
        </w:rPr>
        <w:t xml:space="preserve">[15:27] </w:t>
      </w:r>
      <w:r>
        <w:t>موجودہ زمانے میں جن چیزوں کو سائنسی حقیقت، یا scientific fact کہا جاتا ہے، ان سب کا معاملہ یہی ہے۔</w:t>
      </w:r>
    </w:p>
    <w:p>
      <w:pPr>
        <w:jc w:val="right"/>
      </w:pPr>
      <w:r>
        <w:t>موجودہ زمانے میں جن چیزوں کو سائنسی حقیقت، یا سائنٹیفک فیکٹ کہا جاتا ہے، ان سب کا معاملہ یہی ہے۔</w:t>
      </w:r>
    </w:p>
    <w:p>
      <w:r>
        <w:rPr>
          <w:b/>
        </w:rPr>
        <w:t xml:space="preserve">[15:33] </w:t>
      </w:r>
      <w:r>
        <w:t>in mein se har ek probability ke darje mein musallama haqeeqat bani hai, na</w:t>
      </w:r>
    </w:p>
    <w:p>
      <w:pPr>
        <w:jc w:val="right"/>
      </w:pPr>
      <w:r>
        <w:t>ان میں سے ہر ایک پروبیبلیٹی کے درجے میں مسلمہ حقیقت بنی ہے، نہ</w:t>
      </w:r>
    </w:p>
    <w:p>
      <w:r>
        <w:rPr>
          <w:b/>
        </w:rPr>
        <w:t xml:space="preserve">[15:39] </w:t>
      </w:r>
      <w:r>
        <w:t>ke mushahde ke darje mein.</w:t>
      </w:r>
    </w:p>
    <w:p>
      <w:pPr>
        <w:jc w:val="right"/>
      </w:pPr>
      <w:r>
        <w:t>کہ مشاہدے کے درجے میں۔</w:t>
      </w:r>
    </w:p>
    <w:p>
      <w:r>
        <w:rPr>
          <w:b/>
        </w:rPr>
        <w:t xml:space="preserve">[15:44] </w:t>
      </w:r>
      <w:r>
        <w:t>yahi maamla mazhabi aqaaid, ya tasawwuraat ka hai.</w:t>
      </w:r>
    </w:p>
    <w:p>
      <w:pPr>
        <w:jc w:val="right"/>
      </w:pPr>
      <w:r>
        <w:t>یہی معاملہ مذہبی عقائد، یا تصورات کا ہے۔</w:t>
      </w:r>
    </w:p>
    <w:p>
      <w:r>
        <w:rPr>
          <w:b/>
        </w:rPr>
        <w:t xml:space="preserve">[15:49] </w:t>
      </w:r>
      <w:r>
        <w:t>is zamane mein mazhabi tasawwuraat isi tasleem shuda darje mein sabit shuda ban chuke hain, jis darje mein</w:t>
      </w:r>
    </w:p>
    <w:p>
      <w:pPr>
        <w:jc w:val="right"/>
      </w:pPr>
      <w:r>
        <w:t>اس زمانے میں مذہبی تصورات اسی تسلیم شدہ درجے میں ثابت شدہ بن چکے ہیں، جس درجے میں</w:t>
      </w:r>
    </w:p>
    <w:p>
      <w:r>
        <w:rPr>
          <w:b/>
        </w:rPr>
        <w:t xml:space="preserve">[15:54] </w:t>
      </w:r>
      <w:r>
        <w:t>musallama scientific haqaaq.</w:t>
      </w:r>
    </w:p>
    <w:p>
      <w:pPr>
        <w:jc w:val="right"/>
      </w:pPr>
      <w:r>
        <w:t>مسلمہ سائنسی حقائق۔</w:t>
      </w:r>
    </w:p>
    <w:p>
      <w:r>
        <w:rPr>
          <w:b/>
        </w:rPr>
        <w:t xml:space="preserve">[15:59] </w:t>
      </w:r>
      <w:r>
        <w:t>final rule: takhleeqi naqshe ke mutabiq tareekh insani mein ek final rule muqaddar hai, yani akhirat ke zahoor</w:t>
      </w:r>
    </w:p>
    <w:p>
      <w:pPr>
        <w:jc w:val="right"/>
      </w:pPr>
      <w:r>
        <w:t>فائنل رول: تخلیقی نقشے کے مطابق تاریخ انسانی میں ایک فائنل رول مقدر ہے، یعنی آخرت کے ظہور</w:t>
      </w:r>
    </w:p>
    <w:p>
      <w:r>
        <w:rPr>
          <w:b/>
        </w:rPr>
        <w:t xml:space="preserve">[16:04] </w:t>
      </w:r>
      <w:r>
        <w:t>se pehle haqeeqat ka ek aa</w:t>
      </w:r>
    </w:p>
    <w:p>
      <w:pPr>
        <w:jc w:val="right"/>
      </w:pPr>
      <w:r>
        <w:t>سے پہلے حقیقت کا ایک آ</w:t>
      </w:r>
    </w:p>
    <w:p>
      <w:r>
        <w:rPr>
          <w:b/>
        </w:rPr>
        <w:t xml:space="preserve">[16:09] </w:t>
      </w:r>
      <w:r>
        <w:t>khari elaan.</w:t>
      </w:r>
    </w:p>
    <w:p>
      <w:pPr>
        <w:jc w:val="right"/>
      </w:pPr>
      <w:r>
        <w:t>خری اعلان۔</w:t>
      </w:r>
    </w:p>
    <w:p>
      <w:r>
        <w:rPr>
          <w:b/>
        </w:rPr>
        <w:t xml:space="preserve">[16:15] </w:t>
      </w:r>
      <w:r>
        <w:t>yeh aakhri elaan Khuda ki tofeeq se ek aisa giroh anjaam dega jo poore tareekhi process ki</w:t>
      </w:r>
    </w:p>
    <w:p>
      <w:pPr>
        <w:jc w:val="right"/>
      </w:pPr>
      <w:r>
        <w:t>یہ آخری اعلان خدا کی توفیق سے ایک ایسا گروہ انجام دے گا جو پورے تاریخی پروسیس کی</w:t>
      </w:r>
    </w:p>
    <w:p>
      <w:r>
        <w:rPr>
          <w:b/>
        </w:rPr>
        <w:t xml:space="preserve">[16:21] </w:t>
      </w:r>
      <w:r>
        <w:t>aakhri pedawar ho, jo takhleeqi irtiqaa ke aakhir mein wajood mein aaya ho, jis par poori tareekh muntehi</w:t>
      </w:r>
    </w:p>
    <w:p>
      <w:pPr>
        <w:jc w:val="right"/>
      </w:pPr>
      <w:r>
        <w:t>آخری پیداوار ہو، جو تخلیقی ارتقاء کے آخر میں وجود میں آیا ہو، جس پر پوری تاریخ منتہی</w:t>
      </w:r>
    </w:p>
    <w:p>
      <w:r>
        <w:rPr>
          <w:b/>
        </w:rPr>
        <w:t xml:space="preserve">[16:27] </w:t>
      </w:r>
      <w:r>
        <w:t>hui ho, jo maazi aur haal ke tamam tareekhi development ka misbat shaoor rakhta ho.</w:t>
      </w:r>
    </w:p>
    <w:p>
      <w:pPr>
        <w:jc w:val="right"/>
      </w:pPr>
      <w:r>
        <w:t>ہوئی ہو، جو ماضی اور حال کے تمام تاریخی ڈیویلپمنٹ کا مثبت شعور رکھتا ہو۔</w:t>
      </w:r>
    </w:p>
    <w:p>
      <w:r>
        <w:rPr>
          <w:b/>
        </w:rPr>
        <w:t xml:space="preserve">[16:33] </w:t>
      </w:r>
      <w:r>
        <w:t>yeh giroh woh hoga jo kitaab</w:t>
      </w:r>
    </w:p>
    <w:p>
      <w:pPr>
        <w:jc w:val="right"/>
      </w:pPr>
      <w:r>
        <w:t>یہ گروہ وہ ہوگا جو کتاب</w:t>
      </w:r>
    </w:p>
    <w:p>
      <w:r>
        <w:rPr>
          <w:b/>
        </w:rPr>
        <w:t xml:space="preserve">[16:40] </w:t>
      </w:r>
      <w:r>
        <w:t>tareekh ke aakhri paragraph ko likhega, jo apne afaaqi shaoor ki bina par is qabil hoga ke</w:t>
      </w:r>
    </w:p>
    <w:p>
      <w:pPr>
        <w:jc w:val="right"/>
      </w:pPr>
      <w:r>
        <w:t>تاریخ کے آخری پیراگراف کو لکھے گا، جو اپنے افاقی شعور کی بنا پر اس قابل ہوگا کہ</w:t>
      </w:r>
    </w:p>
    <w:p>
      <w:r>
        <w:rPr>
          <w:b/>
        </w:rPr>
        <w:t xml:space="preserve">[16:46] </w:t>
      </w:r>
      <w:r>
        <w:t>insaniyat ke liye hujjat ban jaye, jo tamam mawaqe, ya opportunities, ko misbat taur par istemaal kare, aur</w:t>
      </w:r>
    </w:p>
    <w:p>
      <w:pPr>
        <w:jc w:val="right"/>
      </w:pPr>
      <w:r>
        <w:t>انسانیت کے لیے حجت بن جائے، جو تمام مواقع، یا اپرچونیٹیز، کو مثبت طور پر استعمال کرے، اور</w:t>
      </w:r>
    </w:p>
    <w:p>
      <w:r>
        <w:rPr>
          <w:b/>
        </w:rPr>
        <w:t xml:space="preserve">[16:52] </w:t>
      </w:r>
      <w:r>
        <w:t>phir khudaai sachai ka woh aalmi elaan kare jis ke baad koi insaan bekhabri ka uzr pesh</w:t>
      </w:r>
    </w:p>
    <w:p>
      <w:pPr>
        <w:jc w:val="right"/>
      </w:pPr>
      <w:r>
        <w:t>پھر خدائی سچائی کا وہ عالمی اعلان کرے جس کے بعد کوئی انسان بے خبری کا عذر پیش</w:t>
      </w:r>
    </w:p>
    <w:p>
      <w:r>
        <w:rPr>
          <w:b/>
        </w:rPr>
        <w:t xml:space="preserve">[16:58] </w:t>
      </w:r>
      <w:r>
        <w:t>na kar sake.</w:t>
      </w:r>
    </w:p>
    <w:p>
      <w:pPr>
        <w:jc w:val="right"/>
      </w:pPr>
      <w:r>
        <w:t>نہ کر سکے۔</w:t>
      </w:r>
    </w:p>
    <w:p>
      <w:r>
        <w:rPr>
          <w:b/>
        </w:rPr>
        <w:t xml:space="preserve">[17:04] </w:t>
      </w:r>
      <w:r>
        <w:t>yehi woh haqeeqat hai jis ko hadees mein</w:t>
      </w:r>
    </w:p>
    <w:p>
      <w:pPr>
        <w:jc w:val="right"/>
      </w:pPr>
      <w:r>
        <w:t>یہی وہ حقیقت ہے جس کو حدیث میں</w:t>
      </w:r>
    </w:p>
    <w:p>
      <w:r>
        <w:rPr>
          <w:b/>
        </w:rPr>
        <w:t xml:space="preserve">[17:10] </w:t>
      </w:r>
      <w:r>
        <w:t>aalmi idkhaal kalma se taabeer kiya gaya hai.</w:t>
      </w:r>
    </w:p>
    <w:p>
      <w:pPr>
        <w:jc w:val="right"/>
      </w:pPr>
      <w:r>
        <w:t>عالمی ادخال کلمہ سے تعبیر کیا گیا ہے۔</w:t>
      </w:r>
    </w:p>
    <w:p>
      <w:r>
        <w:rPr>
          <w:b/>
        </w:rPr>
        <w:t xml:space="preserve">[17:20] </w:t>
      </w:r>
      <w:r>
        <w:t>hadees ke alfaaz yeh hain: "la yabqa 'ala zahr al-ard bayt madr wa la wabr illa adkhalahu Allah kalimat al-Islam".</w:t>
      </w:r>
    </w:p>
    <w:p>
      <w:pPr>
        <w:jc w:val="right"/>
      </w:pPr>
      <w:r>
        <w:t>حدیث کے الفاظ یہ ہیں: "لا یبق علی ظہر الارض بیت مدر ولا وبر الا ادخلہ اللہ کلمۃ الاسلام"۔</w:t>
      </w:r>
    </w:p>
    <w:p>
      <w:r>
        <w:rPr>
          <w:b/>
        </w:rPr>
        <w:t xml:space="preserve">[17:31] </w:t>
      </w:r>
      <w:r>
        <w:t>paighambar-e-Islam ka role: paighambar aur ashaab-e-paighambar ke baray mein Quran mein yeh ayat aayi hai: "Muhammad Rasool Allah</w:t>
      </w:r>
    </w:p>
    <w:p>
      <w:pPr>
        <w:jc w:val="right"/>
      </w:pPr>
      <w:r>
        <w:t>پیغمبر اسلام کا رول: پیغمبر اور اصحاب پیغمبر کے بارے میں قرآن میں یہ آیت آئی ہے: "محمد رسول اللہ</w:t>
      </w:r>
    </w:p>
    <w:p>
      <w:r>
        <w:rPr>
          <w:b/>
        </w:rPr>
        <w:t xml:space="preserve">[17:41] </w:t>
      </w:r>
      <w:r>
        <w:t>wallazeena ma'ahu ashidda'u 'ala al-kuffar ruhaama'u baynahum taraahum rukka'an sujjadan yabtaghoona fadlan min Allah wa ridwaanan saymaahum fee wujoohihim</w:t>
      </w:r>
    </w:p>
    <w:p>
      <w:pPr>
        <w:jc w:val="right"/>
      </w:pPr>
      <w:r>
        <w:t>والذین معہ اشداء علی الکفار رحماء بینہم تراہم رکعا سجدین یبدغون فضلا من اللہ ورضوانا سیماہم فی وجوہہم</w:t>
      </w:r>
    </w:p>
    <w:p>
      <w:r>
        <w:rPr>
          <w:b/>
        </w:rPr>
        <w:t xml:space="preserve">[17:56] </w:t>
      </w:r>
      <w:r>
        <w:t>min athar al-sujood dhalika masaluhum fee al-Tawraati wa masaluhum fee al-Injeeli kazra'akhraja shattahu fa'azrahu</w:t>
      </w:r>
    </w:p>
    <w:p>
      <w:pPr>
        <w:jc w:val="right"/>
      </w:pPr>
      <w:r>
        <w:t>من اثر السجود ذالک مثل فی التوراتی ومثل فی الانجیل کذر اخرج شطہ فازرہ</w:t>
      </w:r>
    </w:p>
    <w:p>
      <w:r>
        <w:rPr>
          <w:b/>
        </w:rPr>
        <w:t xml:space="preserve">[18:11] </w:t>
      </w:r>
      <w:r>
        <w:t>fastaghlaẓa fastawa 'ala soqihi yu'jib al-zurra'a liyagheezha bihim al-kuffar wa'ada Allahu allazeena amanoo wa 'amiloo al-salihata minhum maghfiratan wa ajran</w:t>
      </w:r>
    </w:p>
    <w:p>
      <w:pPr>
        <w:jc w:val="right"/>
      </w:pPr>
      <w:r>
        <w:t>فاستغلظ فاستوی علی سوقہ یعجب الذرا لیغیذ بہم الکفار وعد اللہ الذین آمنوا وعمل الصالحات منہم مغفرۃ واجرا</w:t>
      </w:r>
    </w:p>
    <w:p>
      <w:r>
        <w:rPr>
          <w:b/>
        </w:rPr>
        <w:t xml:space="preserve">[18:21] </w:t>
      </w:r>
      <w:r>
        <w:t>azeeman Muhammad Allah ke rasool hain aur jo log un ke saath hain woh munkiron par sakht hain</w:t>
      </w:r>
    </w:p>
    <w:p>
      <w:pPr>
        <w:jc w:val="right"/>
      </w:pPr>
      <w:r>
        <w:t>عظیما محمد اللہ کے رسول ہیں اور جو لوگ ان کے ساتھ ہیں وہ منکروں پر سخت ہیں</w:t>
      </w:r>
    </w:p>
    <w:p>
      <w:r>
        <w:rPr>
          <w:b/>
        </w:rPr>
        <w:t xml:space="preserve">[18:31] </w:t>
      </w:r>
      <w:r>
        <w:t>aur aapas mein meherban hain tum un ko ruku mein aur sajde mein dekho ge woh</w:t>
      </w:r>
    </w:p>
    <w:p>
      <w:pPr>
        <w:jc w:val="right"/>
      </w:pPr>
      <w:r>
        <w:t>اور آپس میں مہربان ہیں تم ان کو رکوع میں اور سجدے میں دیکھو گے وہ</w:t>
      </w:r>
    </w:p>
    <w:p>
      <w:r>
        <w:rPr>
          <w:b/>
        </w:rPr>
        <w:t xml:space="preserve">[18:41] </w:t>
      </w:r>
      <w:r>
        <w:t>Allah ka fazl aur us ki raza mandee ki talab mein lage rehte hain un ki nishani un ke</w:t>
      </w:r>
    </w:p>
    <w:p>
      <w:pPr>
        <w:jc w:val="right"/>
      </w:pPr>
      <w:r>
        <w:t>اللہ کا فضل اور اس کی رضامندی کی طلب میں لگے رہتے ہیں ان کی نشانی ان کے</w:t>
      </w:r>
    </w:p>
    <w:p>
      <w:r>
        <w:rPr>
          <w:b/>
        </w:rPr>
        <w:t xml:space="preserve">[18:47] </w:t>
      </w:r>
      <w:r>
        <w:t>chehron par hai sajde ke asar se un ki yeh misaal Torat mein hai aur Injeel mein un</w:t>
      </w:r>
    </w:p>
    <w:p>
      <w:pPr>
        <w:jc w:val="right"/>
      </w:pPr>
      <w:r>
        <w:t>چہروں پر ہے سجدے کے اثر سے ان کی یہ مثال تورات میں ہے اور انجیل میں ان</w:t>
      </w:r>
    </w:p>
    <w:p>
      <w:r>
        <w:rPr>
          <w:b/>
        </w:rPr>
        <w:t xml:space="preserve">[18:53] </w:t>
      </w:r>
      <w:r>
        <w:t>ki misaal yeh hai ke jaise kheti us ne apna ankhwa nikala phir us ko mazboot kiya phir</w:t>
      </w:r>
    </w:p>
    <w:p>
      <w:pPr>
        <w:jc w:val="right"/>
      </w:pPr>
      <w:r>
        <w:t>کی مثال یہ ہے کہ جیسے کھیتی اس نے اپنا انکھوا نکالا پھر اس کو مضبوط کیا پھر</w:t>
      </w:r>
    </w:p>
    <w:p>
      <w:r>
        <w:rPr>
          <w:b/>
        </w:rPr>
        <w:t xml:space="preserve">[18:59] </w:t>
      </w:r>
      <w:r>
        <w:t>woh aur mota hua phir apne tane par khada ho gaya woh kisaanon ko bhala lagta hai taake</w:t>
      </w:r>
    </w:p>
    <w:p>
      <w:pPr>
        <w:jc w:val="right"/>
      </w:pPr>
      <w:r>
        <w:t>وہ اور موٹا ہوا پھر اپنے تنے پر کھڑا ہو گیا وہ کسانوں کو بھلا لگتا ہے تاکہ</w:t>
      </w:r>
    </w:p>
    <w:p>
      <w:r>
        <w:rPr>
          <w:b/>
        </w:rPr>
        <w:t xml:space="preserve">[19:05] </w:t>
      </w:r>
      <w:r>
        <w:t>un se munkiron ko jalaye un</w:t>
      </w:r>
    </w:p>
    <w:p>
      <w:pPr>
        <w:jc w:val="right"/>
      </w:pPr>
      <w:r>
        <w:t>ان سے منکروں کو جلائے ان</w:t>
      </w:r>
    </w:p>
    <w:p>
      <w:r>
        <w:rPr>
          <w:b/>
        </w:rPr>
        <w:t xml:space="preserve">[19:12] </w:t>
      </w:r>
      <w:r>
        <w:t>mein se jo log imaan laaye aur naik amal kiya Allah ne un se maafi ka aur baray</w:t>
      </w:r>
    </w:p>
    <w:p>
      <w:pPr>
        <w:jc w:val="right"/>
      </w:pPr>
      <w:r>
        <w:t>میں سے جو لوگ ایمان لائے اور نیک عمل کیا اللہ نے ان سے معافی کا اور بڑے</w:t>
      </w:r>
    </w:p>
    <w:p>
      <w:r>
        <w:rPr>
          <w:b/>
        </w:rPr>
        <w:t xml:space="preserve">[19:18] </w:t>
      </w:r>
      <w:r>
        <w:t>sawab ka wada kiya hai is ayat mein ashaab-e-rasool ke baray mein bataya gaya hai ke woh</w:t>
      </w:r>
    </w:p>
    <w:p>
      <w:pPr>
        <w:jc w:val="right"/>
      </w:pPr>
      <w:r>
        <w:t>ثواب کا وعدہ کیا ہے اس آیت میں اصحاب رسول کے بارے میں بتایا گیا ہے کہ وہ</w:t>
      </w:r>
    </w:p>
    <w:p>
      <w:r>
        <w:rPr>
          <w:b/>
        </w:rPr>
        <w:t xml:space="preserve">[19:24] </w:t>
      </w:r>
      <w:r>
        <w:t>munkeron par shadeed hain is ka matlab yeh nahin hai ke woh munkeron par sakht geer hotay hain</w:t>
      </w:r>
    </w:p>
    <w:p>
      <w:pPr>
        <w:jc w:val="right"/>
      </w:pPr>
      <w:r>
        <w:t>منکروں پر شدید ہیں اس کا مطلب یہ نہیں ہے کہ وہ منکروں پر سخت گیر ہوتے ہیں</w:t>
      </w:r>
    </w:p>
    <w:p>
      <w:r>
        <w:rPr>
          <w:b/>
        </w:rPr>
        <w:t xml:space="preserve">[19:30] </w:t>
      </w:r>
      <w:r>
        <w:t>balkeh is ka matlab yeh hai ke woh munkeron ka asar qabool nahin karte yaani woh mazboot seerat</w:t>
      </w:r>
    </w:p>
    <w:p>
      <w:pPr>
        <w:jc w:val="right"/>
      </w:pPr>
      <w:r>
        <w:t>بلکہ اس کا مطلب یہ ہے کہ وہ منکروں کا اثر قبول نہیں کرتے یعنی وہ مضبوط سیرت</w:t>
      </w:r>
    </w:p>
    <w:p>
      <w:r>
        <w:rPr>
          <w:b/>
        </w:rPr>
        <w:t xml:space="preserve">[19:36] </w:t>
      </w:r>
      <w:r>
        <w:t>ya strong character ke log</w:t>
      </w:r>
    </w:p>
    <w:p>
      <w:pPr>
        <w:jc w:val="right"/>
      </w:pPr>
      <w:r>
        <w:t>یا اسٹرونگ کریکٹر کے لوگ</w:t>
      </w:r>
    </w:p>
    <w:p>
      <w:r>
        <w:rPr>
          <w:b/>
        </w:rPr>
        <w:t xml:space="preserve">[19:42] </w:t>
      </w:r>
      <w:r>
        <w:t>hain un ki yeh sifat un ko is kamzori se bachati hai jis ko quran mein mazahat kaha</w:t>
      </w:r>
    </w:p>
    <w:p>
      <w:pPr>
        <w:jc w:val="right"/>
      </w:pPr>
      <w:r>
        <w:t>ہیں ان کی یہ صفت ان کو اس کمزوری سے بچاتی ہے جس کو قرآن میں مضاحات کہا</w:t>
      </w:r>
    </w:p>
    <w:p>
      <w:r>
        <w:rPr>
          <w:b/>
        </w:rPr>
        <w:t xml:space="preserve">[19:49] </w:t>
      </w:r>
      <w:r>
        <w:t>gaya hai yaani apne deen ke maamle mein kharji culture ka asar qabool kar lena phir ashaab-e-rasool</w:t>
      </w:r>
    </w:p>
    <w:p>
      <w:pPr>
        <w:jc w:val="right"/>
      </w:pPr>
      <w:r>
        <w:t>گیا ہے یعنی اپنے دین کے معاملے میں خارجی کلچر کا اثر قبول کر لینا پھر اصحاب رسول</w:t>
      </w:r>
    </w:p>
    <w:p>
      <w:r>
        <w:rPr>
          <w:b/>
        </w:rPr>
        <w:t xml:space="preserve">[19:57] </w:t>
      </w:r>
      <w:r>
        <w:t>ki yeh sifat bayan ki ke woh aapas mein mehrban hain yeh akhlaqi bartao ki baat nahin hai</w:t>
      </w:r>
    </w:p>
    <w:p>
      <w:pPr>
        <w:jc w:val="right"/>
      </w:pPr>
      <w:r>
        <w:t>کی یہ صفت بیان کی کہ وہ آپس میں مہربان ہیں یہ اخلاقی برتاؤ کی بات نہیں ہے</w:t>
      </w:r>
    </w:p>
    <w:p>
      <w:r>
        <w:rPr>
          <w:b/>
        </w:rPr>
        <w:t xml:space="preserve">[20:04] </w:t>
      </w:r>
      <w:r>
        <w:t>balkeh is se murad un ka taqatwar bahami ittehad hai woh kisi</w:t>
      </w:r>
    </w:p>
    <w:p>
      <w:pPr>
        <w:jc w:val="right"/>
      </w:pPr>
      <w:r>
        <w:t>بلکہ اس سے مراد ان کا طاقتور باہمی اتحاد ہے وہ کسی</w:t>
      </w:r>
    </w:p>
    <w:p>
      <w:r>
        <w:rPr>
          <w:b/>
        </w:rPr>
        <w:t xml:space="preserve">[20:12] </w:t>
      </w:r>
      <w:r>
        <w:t>ikhtilaf ko shikayat ya complaint ka maamla nahin banate balkeh is ko nazar andaaz kar ke apne muttahida</w:t>
      </w:r>
    </w:p>
    <w:p>
      <w:pPr>
        <w:jc w:val="right"/>
      </w:pPr>
      <w:r>
        <w:t>اختلاف کو شکایت یا کمپلینٹ کا معاملہ نہیں بناتے بلکہ اس کو نظر انداز کر کے اپنے متحدہ</w:t>
      </w:r>
    </w:p>
    <w:p>
      <w:r>
        <w:rPr>
          <w:b/>
        </w:rPr>
        <w:t xml:space="preserve">[20:19] </w:t>
      </w:r>
      <w:r>
        <w:t>jud-o-jehad ko poori tarah baqi rakhte hain koi naamwaafiq baat kabhi un ke bahami ittehad ko torrne wali</w:t>
      </w:r>
    </w:p>
    <w:p>
      <w:pPr>
        <w:jc w:val="right"/>
      </w:pPr>
      <w:r>
        <w:t>جدوجہد کو پوری طرح باقی رکھتے ہیں کوئی ناموافق بات کبھی ان کے باہمی اتحاد کو توڑنے والی</w:t>
      </w:r>
    </w:p>
    <w:p>
      <w:r>
        <w:rPr>
          <w:b/>
        </w:rPr>
        <w:t xml:space="preserve">[20:27] </w:t>
      </w:r>
      <w:r>
        <w:t>nahin banti is ke baad tarahum ka jumla hai yeh jumla un ki dakhli rabbani halat ko batata</w:t>
      </w:r>
    </w:p>
    <w:p>
      <w:pPr>
        <w:jc w:val="right"/>
      </w:pPr>
      <w:r>
        <w:t>نہیں بنتی اس کے بعد تراہم کا جملہ ہے یہ جملہ ان کی داخلی ربانی حالت کو بتاتا</w:t>
      </w:r>
    </w:p>
    <w:p>
      <w:r>
        <w:rPr>
          <w:b/>
        </w:rPr>
        <w:t xml:space="preserve">[20:35] </w:t>
      </w:r>
      <w:r>
        <w:t>hai un ka yeh rabbani mizaj is baat ka zaman hai ke</w:t>
      </w:r>
    </w:p>
    <w:p>
      <w:pPr>
        <w:jc w:val="right"/>
      </w:pPr>
      <w:r>
        <w:t>ہے ان کا یہ ربانی مزاج اس بات کا ضامن ہے کہ</w:t>
      </w:r>
    </w:p>
    <w:p>
      <w:r>
        <w:rPr>
          <w:b/>
        </w:rPr>
        <w:t xml:space="preserve">[20:42] </w:t>
      </w:r>
      <w:r>
        <w:t>woh hamesha Allah ki raza wale raaste par qaim rahen un ki dakhli spirit kabhi kamzor na hone</w:t>
      </w:r>
    </w:p>
    <w:p>
      <w:pPr>
        <w:jc w:val="right"/>
      </w:pPr>
      <w:r>
        <w:t>وہ ہمیشہ اللہ کی رضا والے راستے پر قائم رہیں ان کی داخلی سپرٹ کبھی کمزور نہ ہونے</w:t>
      </w:r>
    </w:p>
    <w:p>
      <w:r>
        <w:rPr>
          <w:b/>
        </w:rPr>
        <w:t xml:space="preserve">[20:50] </w:t>
      </w:r>
      <w:r>
        <w:t>paaye ashaab-e-rasool ki sifat peshgi taur par torah mein bata di gayi thi maujooda torah mein is</w:t>
      </w:r>
    </w:p>
    <w:p>
      <w:pPr>
        <w:jc w:val="right"/>
      </w:pPr>
      <w:r>
        <w:t>پائے اصحاب رسول کی صفت پیشگی طور پر تورات میں بتا دی گئی تھی موجودہ تورات میں اس</w:t>
      </w:r>
    </w:p>
    <w:p>
      <w:r>
        <w:rPr>
          <w:b/>
        </w:rPr>
        <w:t xml:space="preserve">[20:57] </w:t>
      </w:r>
      <w:r>
        <w:t>ke liye das hazar quddusiyon ya ten thousand saints ka lafz maujood hai injeel ki tamseel mein ashaab-e-rasool</w:t>
      </w:r>
    </w:p>
    <w:p>
      <w:pPr>
        <w:jc w:val="right"/>
      </w:pPr>
      <w:r>
        <w:t>کے لیے دس ہزار قدوسیوں یا ٹین تھا سینٹس کا لفظ موجود ہے انجیل کی تمثیل میں اصحاب</w:t>
      </w:r>
    </w:p>
    <w:p>
      <w:r>
        <w:rPr>
          <w:b/>
        </w:rPr>
        <w:t xml:space="preserve">[21:05] </w:t>
      </w:r>
      <w:r>
        <w:t>ka aik mazeed role yeh bataya gaya hai ke woh tareekh</w:t>
      </w:r>
    </w:p>
    <w:p>
      <w:pPr>
        <w:jc w:val="right"/>
      </w:pPr>
      <w:r>
        <w:t>رسول کا ایک مزید رول یہ بتایا گیا ہے کہ وہ تاریخ</w:t>
      </w:r>
    </w:p>
    <w:p>
      <w:r>
        <w:rPr>
          <w:b/>
        </w:rPr>
        <w:t xml:space="preserve">[21:12] </w:t>
      </w:r>
      <w:r>
        <w:t>mein aik zar ya beej ya seed daalne ka kaam karenge jo aakhir kar barh kar aik</w:t>
      </w:r>
    </w:p>
    <w:p>
      <w:pPr>
        <w:jc w:val="right"/>
      </w:pPr>
      <w:r>
        <w:t>میں ایک زر یا بیج یا سیڈ ڈالنے کا کام کریں گے جو اخر کار بڑھ کر ایک</w:t>
      </w:r>
    </w:p>
    <w:p>
      <w:r>
        <w:rPr>
          <w:b/>
        </w:rPr>
        <w:t xml:space="preserve">[21:20] </w:t>
      </w:r>
      <w:r>
        <w:t>mukammal darakht ban jaye ga yahan tamseel ki zaban mein yeh baat kahi gayi hai ke ashaab-e-rasool</w:t>
      </w:r>
    </w:p>
    <w:p>
      <w:pPr>
        <w:jc w:val="right"/>
      </w:pPr>
      <w:r>
        <w:t>مکمل درخت بن جائے گا یہاں تمثیل کی زبان میں یہ بات کہی گئی ہے کہ اصحاب رسول</w:t>
      </w:r>
    </w:p>
    <w:p>
      <w:r>
        <w:rPr>
          <w:b/>
        </w:rPr>
        <w:t xml:space="preserve">[21:27] </w:t>
      </w:r>
      <w:r>
        <w:t>apni ghair maamooli jud-o-jehad ke zariye insani zindagi mein aik tareekhi amal ya historical process jari karenge</w:t>
      </w:r>
    </w:p>
    <w:p>
      <w:pPr>
        <w:jc w:val="right"/>
      </w:pPr>
      <w:r>
        <w:t>اپنی غیر معمولی جدوجہد کے ذریعے انسانی زندگی میں ایک تاریخی عمل یا ہسٹوریکل پروسیس جاری کریں گے</w:t>
      </w:r>
    </w:p>
    <w:p>
      <w:r>
        <w:rPr>
          <w:b/>
        </w:rPr>
        <w:t xml:space="preserve">[21:35] </w:t>
      </w:r>
      <w:r>
        <w:t>jo aakhir kar aik azeem inqilab tak pohnche ga is</w:t>
      </w:r>
    </w:p>
    <w:p>
      <w:pPr>
        <w:jc w:val="right"/>
      </w:pPr>
      <w:r>
        <w:t>جو اخر کار ایک عظیم انقلاب تک پہنچے گا اس</w:t>
      </w:r>
    </w:p>
    <w:p>
      <w:r>
        <w:rPr>
          <w:b/>
        </w:rPr>
        <w:t xml:space="preserve">[21:42] </w:t>
      </w:r>
      <w:r>
        <w:t>inqilab ke do khaas pehlu the. in dono pehluon ko quran mein ikhtesar ki zabaan mein bataya gaya hai. sahaba aur tabeen ke is role ko quran ki darj zail aayat ka mutala kar ke samjha ja sakta hai: "alladheena makkannaa hum fil-ardi aqaamus-salaata wa aatuz-zakaata wa amuroo bil-ma'roofi wa nahaw 'anil-munkari wa lillahi 'aaqibatul-amr</w:t>
      </w:r>
    </w:p>
    <w:p>
      <w:pPr>
        <w:jc w:val="right"/>
      </w:pPr>
      <w:r>
        <w:t>انقلاب کے دو خاص پہلو تھے ان دونوں پہلوؤں کو قرآن میں اختصار کی زبان میں بتایا گیا ہے صحابہ اور تابعین کے اس رول کو قرآن کی درج سیل آیت کا مطالعہ کر کے سمجھا جا سکتا ہے الذین امکنہم فی الارض اقام الصلوۃ واتوا الزکوۃ وامرو بالمعروف ونہ عن المنکر وللہ عاقبۃ الام</w:t>
      </w:r>
    </w:p>
    <w:p>
      <w:r>
        <w:rPr>
          <w:b/>
        </w:rPr>
        <w:t xml:space="preserve">[22:12] </w:t>
      </w:r>
      <w:r>
        <w:t>i". yaani yeh woh log hain ke agar hum un ko mulk mein qudrat dein to namaz parhein, zakat dein, naik kaam karne ka hukum dein, bure kaam se mana karein aur sab kaam ka anjaam Allah hi ke ikhtiyar mein hai. quran ki is aayat mein tamkeen fil-ard se murad siyasi istahkam ya political stability hai. tareekh batati hai ke sahaba aur tabeen ki jamaat</w:t>
      </w:r>
    </w:p>
    <w:p>
      <w:pPr>
        <w:jc w:val="right"/>
      </w:pPr>
      <w:r>
        <w:t>ور یعنی یہ وہ لوگ ہیں کہ اگر ہم ان کو ملک میں قدرت دیں تو نماز پڑھیں زکوۃ دیں نیک کام کرنے کا حکم دیں برے کاموں سے منع کریں اور سب کاموں کا انجام اللہ ہی کے اختیار میں ہے قرآن کی اس آیت میں تمکین فی الارض سے مراد سیاسی استحکام یا پولیٹیکل سٹیبلٹی ہے تاریخ بتاتی ہے کہ صحابہ اور تابعین کی جماعت</w:t>
      </w:r>
    </w:p>
    <w:p>
      <w:r>
        <w:rPr>
          <w:b/>
        </w:rPr>
        <w:t xml:space="preserve">[22:42] </w:t>
      </w:r>
      <w:r>
        <w:t>ko jab political istahkam mila to is ko unhon ne inhi maqasid ke liye istemal kiya hai yeh</w:t>
      </w:r>
    </w:p>
    <w:p>
      <w:pPr>
        <w:jc w:val="right"/>
      </w:pPr>
      <w:r>
        <w:t>کو جب پولیٹیکل استحکام ملا تو اس کو انہوں نے انہی مقاصد کے لیے استعمال کیا ہے یہ</w:t>
      </w:r>
    </w:p>
    <w:p>
      <w:r>
        <w:rPr>
          <w:b/>
        </w:rPr>
        <w:t xml:space="preserve">[22:50] </w:t>
      </w:r>
      <w:r>
        <w:t>maqasid teen the ibadat zakat aur amr bil maaroof wa nahi anil munkar yahan in teeno se murad infiradi amal</w:t>
      </w:r>
    </w:p>
    <w:p>
      <w:pPr>
        <w:jc w:val="right"/>
      </w:pPr>
      <w:r>
        <w:t>مقاصد تین تھے عبادت زکوۃ اور امر بالمعروف ونہ عن المنکر یہاں ان تینوں سے مراد انفرادی عمل</w:t>
      </w:r>
    </w:p>
    <w:p>
      <w:r>
        <w:rPr>
          <w:b/>
        </w:rPr>
        <w:t xml:space="preserve">[22:57] </w:t>
      </w:r>
      <w:r>
        <w:t>nahin hai balkeh ijtamai zindagi mein in ka nizam qaim karna hai ibadat se murad masjid ka nizam</w:t>
      </w:r>
    </w:p>
    <w:p>
      <w:pPr>
        <w:jc w:val="right"/>
      </w:pPr>
      <w:r>
        <w:t>نہیں ہے بلکہ اجتماعی زندگی میں ان کا نظام قائم کرنا ہے عبادت سے مراد مسجد کا نظام</w:t>
      </w:r>
    </w:p>
    <w:p>
      <w:r>
        <w:rPr>
          <w:b/>
        </w:rPr>
        <w:t xml:space="preserve">[23:05] </w:t>
      </w:r>
      <w:r>
        <w:t>aur hajj ka nizam qaim kar</w:t>
      </w:r>
    </w:p>
    <w:p>
      <w:pPr>
        <w:jc w:val="right"/>
      </w:pPr>
      <w:r>
        <w:t>اور حج کا نظام قائم کر</w:t>
      </w:r>
    </w:p>
    <w:p>
      <w:r>
        <w:rPr>
          <w:b/>
        </w:rPr>
        <w:t xml:space="preserve">[23:12] </w:t>
      </w:r>
      <w:r>
        <w:t>na hai neez is mein deeni taleem ka nizam bhi tosiya shamil hai is ka matlab yeh hai</w:t>
      </w:r>
    </w:p>
    <w:p>
      <w:pPr>
        <w:jc w:val="right"/>
      </w:pPr>
      <w:r>
        <w:t>نا ہے نیز اس میں دینی تعلیم کا نظام بھی توسیعا شامل ہے اس کا مطلب یہ ہے</w:t>
      </w:r>
    </w:p>
    <w:p>
      <w:r>
        <w:rPr>
          <w:b/>
        </w:rPr>
        <w:t xml:space="preserve">[23:20] </w:t>
      </w:r>
      <w:r>
        <w:t>ke siyasi istahkam ko unhon ne kisi siyasi nishane ya political goal ke liye istemal nahin kiya balkeh</w:t>
      </w:r>
    </w:p>
    <w:p>
      <w:pPr>
        <w:jc w:val="right"/>
      </w:pPr>
      <w:r>
        <w:t>کہ سیاسی استحکام کو انہوں نے کسی سیاسی نشانے یا پولیٹیکل گول کے لیے استعمال نہیں کیا بلکہ</w:t>
      </w:r>
    </w:p>
    <w:p>
      <w:r>
        <w:rPr>
          <w:b/>
        </w:rPr>
        <w:t xml:space="preserve">[23:27] </w:t>
      </w:r>
      <w:r>
        <w:t>ahl-e-imaan ki deeni zindagi ko munazzam soorat mein qaim karne ki koshish ki is tanzeem mein zakat</w:t>
      </w:r>
    </w:p>
    <w:p>
      <w:pPr>
        <w:jc w:val="right"/>
      </w:pPr>
      <w:r>
        <w:t>اہل ایمان کی دینی زندگی کو منظم صورت میں قائم کرنے کی کوشش کی اس تنظیم میں زکوۃ</w:t>
      </w:r>
    </w:p>
    <w:p>
      <w:r>
        <w:rPr>
          <w:b/>
        </w:rPr>
        <w:t xml:space="preserve">[23:35] </w:t>
      </w:r>
      <w:r>
        <w:t>ka nizaam bhi shaamil hai amr bil ma'roof wa nahy an al-munkar se muraad ko</w:t>
      </w:r>
    </w:p>
    <w:p>
      <w:pPr>
        <w:jc w:val="right"/>
      </w:pPr>
      <w:r>
        <w:t>کا نظام بھی شامل ہے امر بالمعروف ونہ عن المنکر سے مراد کو</w:t>
      </w:r>
    </w:p>
    <w:p>
      <w:r>
        <w:rPr>
          <w:b/>
        </w:rPr>
        <w:t xml:space="preserve">[23:43] </w:t>
      </w:r>
      <w:r>
        <w:t>i siyasi nizam nahi hai balkeh is se murad yeh hai ke deen ke taqazon ko munnazzam andaaz ya organized way mein anjaam dena. maslan quran ko mehfooz karna, hadees ki jama o tadween, islami fiqh ko murattab karna aur doosre in ghair siyasi kaamon ko anjaam dena jis ke nateeje mein baad ke zamane mein ummat e muslema ka ek munnazzam deeni dhancha qaim hua</w:t>
      </w:r>
    </w:p>
    <w:p>
      <w:pPr>
        <w:jc w:val="right"/>
      </w:pPr>
      <w:r>
        <w:t>ئی سیاسی نظام نہیں ہے بلکہ اس سے مراد یہ ہے کہ دین کے تقاضوں کو منظم انداز یا ارگنائزڈ وے میں انجام دینا مثلا قرآن کو محفوظ کرنا حدیث کی جمع و تدوین اسلامی فقہ کو مرتب کرنا اور دوسرے ان غیر سیاسی کاموں کو انجام دینا جس کے نتیجے میں بعد کے زمانے میں امت مسلمہ کا ایک منظم دینی ڈھانچہ قائم ہوا</w:t>
      </w:r>
    </w:p>
    <w:p>
      <w:r>
        <w:rPr>
          <w:b/>
        </w:rPr>
        <w:t xml:space="preserve">[24:13] </w:t>
      </w:r>
      <w:r>
        <w:t>aur jo ab tak kisi na kisi soorat mein 'amalan maujood hai quran ki is aayat par ghhor</w:t>
      </w:r>
    </w:p>
    <w:p>
      <w:pPr>
        <w:jc w:val="right"/>
      </w:pPr>
      <w:r>
        <w:t>اور جو اب تک کسی نہ کسی صورت میں عملا موجود ہے قرآن کی اس آیت پر غور</w:t>
      </w:r>
    </w:p>
    <w:p>
      <w:r>
        <w:rPr>
          <w:b/>
        </w:rPr>
        <w:t xml:space="preserve">[24:20] </w:t>
      </w:r>
      <w:r>
        <w:t>karne se maloom hota hai ke yahan ajr-e-azeem ya great reward se muraad sawab azeem nahin hai</w:t>
      </w:r>
    </w:p>
    <w:p>
      <w:pPr>
        <w:jc w:val="right"/>
      </w:pPr>
      <w:r>
        <w:t>کرنے سے معلوم ہوتا ہے کہ یہاں اجر عظیم یا گریٹ ریوارڈ سے مراد ثواب عظیم نہیں ہے</w:t>
      </w:r>
    </w:p>
    <w:p>
      <w:r>
        <w:rPr>
          <w:b/>
        </w:rPr>
        <w:t xml:space="preserve">[24:28] </w:t>
      </w:r>
      <w:r>
        <w:t>balkeh nateeja azeem hai jo baad ki tareekh mein paish aaya is azeem nateeje ko quran ki is</w:t>
      </w:r>
    </w:p>
    <w:p>
      <w:pPr>
        <w:jc w:val="right"/>
      </w:pPr>
      <w:r>
        <w:t>بلکہ نتیجہ عظیم ہے جو بعد کی تاریخ میں پیش آیا اس عظیم نتیجے کو قرآن کی اس</w:t>
      </w:r>
    </w:p>
    <w:p>
      <w:r>
        <w:rPr>
          <w:b/>
        </w:rPr>
        <w:t xml:space="preserve">[24:35] </w:t>
      </w:r>
      <w:r>
        <w:t>aayat mein is tarah bayan kiya gaya hai sanureehim ayatina fil afaqi</w:t>
      </w:r>
    </w:p>
    <w:p>
      <w:pPr>
        <w:jc w:val="right"/>
      </w:pPr>
      <w:r>
        <w:t>آیت میں اس طرح بیان کیا گیا ہے سنوریہم ایاتنا فی الافاقی</w:t>
      </w:r>
    </w:p>
    <w:p>
      <w:r>
        <w:rPr>
          <w:b/>
        </w:rPr>
        <w:t xml:space="preserve">[24:43] </w:t>
      </w:r>
      <w:r>
        <w:t>wa fil anfusihim hatta yatabayyana lahum annahul haqq ya'ni 'anqareeb hum un ko apni nishaniyan dikhayenge afaq</w:t>
      </w:r>
    </w:p>
    <w:p>
      <w:pPr>
        <w:jc w:val="right"/>
      </w:pPr>
      <w:r>
        <w:t>و فی انفسہم حتی یتبین لہم انہ الحق یعنی عنقریب ہم ان کو اپنی نشانیاں دکھائیں گے افاق</w:t>
      </w:r>
    </w:p>
    <w:p>
      <w:r>
        <w:rPr>
          <w:b/>
        </w:rPr>
        <w:t xml:space="preserve">[24:51] </w:t>
      </w:r>
      <w:r>
        <w:t>mein bhi aur khud un ke andar bhi yahan tak ke un par zahir ho jayega ke</w:t>
      </w:r>
    </w:p>
    <w:p>
      <w:pPr>
        <w:jc w:val="right"/>
      </w:pPr>
      <w:r>
        <w:t>میں بھی اور خود ان کے اندر بھی یہاں تک کہ ان پر ظاہر ہو جائے گا کہ</w:t>
      </w:r>
    </w:p>
    <w:p>
      <w:r>
        <w:rPr>
          <w:b/>
        </w:rPr>
        <w:t xml:space="preserve">[24:58] </w:t>
      </w:r>
      <w:r>
        <w:t>yeh quran haq hai sahaba aur tab'een ki koshishon se islam ka mukammal izhaar hua lekin yeh izhaar</w:t>
      </w:r>
    </w:p>
    <w:p>
      <w:pPr>
        <w:jc w:val="right"/>
      </w:pPr>
      <w:r>
        <w:t>یہ قرآن حق ہے صحابہ اور تابعین کی کوششوں سے اسلام کا مکمل اظہار ہوا لیکن یہ اظہار</w:t>
      </w:r>
    </w:p>
    <w:p>
      <w:r>
        <w:rPr>
          <w:b/>
        </w:rPr>
        <w:t xml:space="preserve">[25:06] </w:t>
      </w:r>
      <w:r>
        <w:t>riwayati daur ya traditional age ke aitbaar se tha</w:t>
      </w:r>
    </w:p>
    <w:p>
      <w:pPr>
        <w:jc w:val="right"/>
      </w:pPr>
      <w:r>
        <w:t>روایتی دور یا ٹریڈیشنل ایج کے اعتبار سے تھا</w:t>
      </w:r>
    </w:p>
    <w:p>
      <w:r>
        <w:rPr>
          <w:b/>
        </w:rPr>
        <w:t xml:space="preserve">[25:14] </w:t>
      </w:r>
      <w:r>
        <w:t>islam ka ek aur izhaar abhi baqi tha aur woh tha aqli framework ya rational framework ke mutabiq islam ka izhaar. is maqsad ke liye tareekh mein ek naya inqilab lana zaroori tha. yeh inqilab wohi hai jo baad ke daur mein scientific revolution ki soorat mein zahir hua yaani fitrat ki chupi hui taqaton ko darya</w:t>
      </w:r>
    </w:p>
    <w:p>
      <w:pPr>
        <w:jc w:val="right"/>
      </w:pPr>
      <w:r>
        <w:t>اسلام کا ایک اور اظہار ابھی باقی تھا اور وہ تھا عقلی فریم ورک یا ریشنل فریم ورک کے مطابق اسلام کا اظہار اس مقصد کے لیے تاریخ میں ایک نیا انقلاب لانا ضروری تھا یہ انقلاب وہی ہے جو بعد کے دور میں سائنٹیفک انقلاب یا سائنٹیفک ریولوشن کی صورت میں ظاہر ہوا یعنی فطرت کی چھپی ہوئی طاقتوں کو دریا</w:t>
      </w:r>
    </w:p>
    <w:p>
      <w:r>
        <w:rPr>
          <w:b/>
        </w:rPr>
        <w:t xml:space="preserve">[25:44] </w:t>
      </w:r>
      <w:r>
        <w:t>fat karna aur us ke mutabiq tareekh mein ek naya daur lana. yeh daur amalan wohi hai jis ko jadeed tehzeeb ya modern civilization kaha jata hai. is doosre daur ka aaghaz musalmanon ne apne daur mein kiya lekin is ki takmeel baad ke zamane mein maghribi qaumon ke zariye anjaam paayi. is inqilab ka process muslim ahad mein shuru hua lekin is ki tak</w:t>
      </w:r>
    </w:p>
    <w:p>
      <w:pPr>
        <w:jc w:val="right"/>
      </w:pPr>
      <w:r>
        <w:t>فت کرنا اور اس کے مطابق تاریخ میں ایک نیا دور لانا یہ دور عملا وہی ہے جس کو جدید تہذیب یا ماڈرن سویلائزیشن کہا جاتا ہے اس دوسرے دور کا اغاز مسلمانوں نے اپنے دور میں کیا لیکن اس کی تکمیل بعد کے زمانے میں مغربی قوموں کے ذریعے انجام پائی اس انقلاب کا پروسیس مسلم عہد میں شروع ہوا لیکن اس کی تک</w:t>
      </w:r>
    </w:p>
    <w:p>
      <w:r>
        <w:rPr>
          <w:b/>
        </w:rPr>
        <w:t xml:space="preserve">[26:14] </w:t>
      </w:r>
      <w:r>
        <w:t>meel baad ke zamane mein jadeed tehzeeb ya modern civilization ki soorat mein dunya ke samne aayi doosri qaumon ke zariye. is kaam ka anjaam paana ahadees e rasool mein peshgi tour par bata diya gaya tha. is silsile mein hadees ki kitabon mein jo riwayat aayi hain un mein se ek riwayat yeh hai: "inna Allaha la yu'eedul-islama bi-rijaalin ma hum min</w:t>
      </w:r>
    </w:p>
    <w:p>
      <w:pPr>
        <w:jc w:val="right"/>
      </w:pPr>
      <w:r>
        <w:t>میل بعد کے زمانے میں جدید تہذیب یا ماڈرن سویلائزیشن کی صورت میں دنیا کے سامنے آئی دوسری قوموں کے ذریعے اس کام کا انجام پانا احادیث رسول میں پیشگی طور پر بتا دیا گیا تھا اس سلسلے میں حدیث کی کتابوں میں جو روایات آئی ہیں ان میں سے ایک روایت یہ ہے ان اللہ لیعید الاسلام برجال ماہم من</w:t>
      </w:r>
    </w:p>
    <w:p>
      <w:r>
        <w:rPr>
          <w:b/>
        </w:rPr>
        <w:t xml:space="preserve">[26:44] </w:t>
      </w:r>
      <w:r>
        <w:t>ahlah ya'ni Allah is deen ki ta'eed aise logon ke zariye karega jo ahl-e-islam mein se</w:t>
      </w:r>
    </w:p>
    <w:p>
      <w:pPr>
        <w:jc w:val="right"/>
      </w:pPr>
      <w:r>
        <w:t>اہلہ یعنی اللہ اس دین کی تائید ایسے لوگوں کے ذریعے کرے گا جو اہل اسلام میں سے</w:t>
      </w:r>
    </w:p>
    <w:p>
      <w:r>
        <w:rPr>
          <w:b/>
        </w:rPr>
        <w:t xml:space="preserve">[26:51] </w:t>
      </w:r>
      <w:r>
        <w:t>nah honge jadeed tehzeeb jis ko maghribi tehzeeb kaha jata hai woh haqaa'iq-e-fitrat ke inkeshaf par</w:t>
      </w:r>
    </w:p>
    <w:p>
      <w:pPr>
        <w:jc w:val="right"/>
      </w:pPr>
      <w:r>
        <w:t>نہ ہوں گے جدید تہذیب جس کو مغربی تہذیب کہا جاتا ہے وہ حقائق فطرت کے انکشاف پر</w:t>
      </w:r>
    </w:p>
    <w:p>
      <w:r>
        <w:rPr>
          <w:b/>
        </w:rPr>
        <w:t xml:space="preserve">[26:59] </w:t>
      </w:r>
      <w:r>
        <w:t>mabni hai quran ki zabaan mein is ko afaqi tehzeeb kaha ja sakta hai is tehzeeb mein agar</w:t>
      </w:r>
    </w:p>
    <w:p>
      <w:pPr>
        <w:jc w:val="right"/>
      </w:pPr>
      <w:r>
        <w:t>مبنی ہے قرآن کی زبان میں اس کو افاقی تہذیب کہا جا سکتا ہے اس تہذیب میں اگر</w:t>
      </w:r>
    </w:p>
    <w:p>
      <w:r>
        <w:rPr>
          <w:b/>
        </w:rPr>
        <w:t xml:space="preserve">[27:06] </w:t>
      </w:r>
      <w:r>
        <w:t>ba'z ghair matloob ajza shaamil hain to woh barah-e-raast taur par tehzeeb ka hissa nahin hain</w:t>
      </w:r>
    </w:p>
    <w:p>
      <w:pPr>
        <w:jc w:val="right"/>
      </w:pPr>
      <w:r>
        <w:t>بعض غیر مطلوب اجزاء شامل ہیں تو وہ براہ راست طور پر تہذیب کا حصہ نہیں ہیں</w:t>
      </w:r>
    </w:p>
    <w:p>
      <w:r>
        <w:rPr>
          <w:b/>
        </w:rPr>
        <w:t xml:space="preserve">[27:14] </w:t>
      </w:r>
      <w:r>
        <w:t>balkeh woh maghribi culture ka hissa hain mislan burhangiyyat ya nudity waghera ashaab-e-rasool ikhwaan-e-rasool peghambar-e-islam</w:t>
      </w:r>
    </w:p>
    <w:p>
      <w:pPr>
        <w:jc w:val="right"/>
      </w:pPr>
      <w:r>
        <w:t>بلکہ وہ مغربی کلچر کا حصہ ہیں مثلا برہنگی یا نیوڈیٹی وغیرہ اصحاب رسول اخوان رسول پیغمبر اسلام</w:t>
      </w:r>
    </w:p>
    <w:p>
      <w:r>
        <w:rPr>
          <w:b/>
        </w:rPr>
        <w:t xml:space="preserve">[27:24] </w:t>
      </w:r>
      <w:r>
        <w:t>sallallahu 'alaihi wa sallam se ek riwayat hadees ki mukhtalif kitabon mein aayi hai sahih muslim ke alfaaz</w:t>
      </w:r>
    </w:p>
    <w:p>
      <w:pPr>
        <w:jc w:val="right"/>
      </w:pPr>
      <w:r>
        <w:t>صلی اللہ علیہ وسلم سے ایک روایت حدیث کی مختلف کتابوں میں آئی ہے صحیح مسلم کے الفاظ</w:t>
      </w:r>
    </w:p>
    <w:p>
      <w:r>
        <w:rPr>
          <w:b/>
        </w:rPr>
        <w:t xml:space="preserve">[27:34] </w:t>
      </w:r>
      <w:r>
        <w:t>yeh hain waddat anaa qad qad akhwaana qaaloo alaisna ikhwaan</w:t>
      </w:r>
    </w:p>
    <w:p>
      <w:pPr>
        <w:jc w:val="right"/>
      </w:pPr>
      <w:r>
        <w:t>یہ ہیں وددت انا قدین اخواننا قالو اولسنا اخوان</w:t>
      </w:r>
    </w:p>
    <w:p>
      <w:r>
        <w:rPr>
          <w:b/>
        </w:rPr>
        <w:t xml:space="preserve">[27:44] </w:t>
      </w:r>
      <w:r>
        <w:t>ka ya rasool Allah qaal antum ashabi wa ikhwaanullazeena lam yatoo ba'd ya'ni meri khwahish hai ke hum</w:t>
      </w:r>
    </w:p>
    <w:p>
      <w:pPr>
        <w:jc w:val="right"/>
      </w:pPr>
      <w:r>
        <w:t>ک یا رسول اللہ قال انتم اصحابی واخوان الذین لم یاتو بعد یعنی میری خواہش ہے کہ ہم</w:t>
      </w:r>
    </w:p>
    <w:p>
      <w:r>
        <w:rPr>
          <w:b/>
        </w:rPr>
        <w:t xml:space="preserve">[27:52] </w:t>
      </w:r>
      <w:r>
        <w:t>apne bhaiyon ko dekhen logon ne kaha ke aey Khuda ke rasool kya hum aap ke bhai nahin</w:t>
      </w:r>
    </w:p>
    <w:p>
      <w:pPr>
        <w:jc w:val="right"/>
      </w:pPr>
      <w:r>
        <w:t>اپنے بھائیوں کو دیکھیں لوگوں نے کہا کہ اے خدا کے رسول کیا ہم آپ کے بھائی نہیں</w:t>
      </w:r>
    </w:p>
    <w:p>
      <w:r>
        <w:rPr>
          <w:b/>
        </w:rPr>
        <w:t xml:space="preserve">[27:59] </w:t>
      </w:r>
      <w:r>
        <w:t>hain aap ne kaha tum mere ashaab ho aur hamare bhai woh hain jo abhi nahin aaye ashaab</w:t>
      </w:r>
    </w:p>
    <w:p>
      <w:pPr>
        <w:jc w:val="right"/>
      </w:pPr>
      <w:r>
        <w:t>ہیں آپ نے کہا تم میرے اصحاب ہو اور ہمارے بھائی وہ ہیں جو ابھی نہیں آئے اصحاب</w:t>
      </w:r>
    </w:p>
    <w:p>
      <w:r>
        <w:rPr>
          <w:b/>
        </w:rPr>
        <w:t xml:space="preserve">[28:07] </w:t>
      </w:r>
      <w:r>
        <w:t>e rasool se muraad rasool Allah sallallahu 'alaihi wa sallam ke hum</w:t>
      </w:r>
    </w:p>
    <w:p>
      <w:pPr>
        <w:jc w:val="right"/>
      </w:pPr>
      <w:r>
        <w:t>رسول سے مراد رسول اللہ صلی اللہ علیہ وسلم کے ہم</w:t>
      </w:r>
    </w:p>
    <w:p>
      <w:r>
        <w:rPr>
          <w:b/>
        </w:rPr>
        <w:t xml:space="preserve">[28:14] </w:t>
      </w:r>
      <w:r>
        <w:t>asra ahl-e-imaan hain aur ikhwaan-e-rasool se muraad aap ki ummat ke woh log hain jo baad</w:t>
      </w:r>
    </w:p>
    <w:p>
      <w:pPr>
        <w:jc w:val="right"/>
      </w:pPr>
      <w:r>
        <w:t>اثر اہل ایمان ہیں اور اخوان رسول سے مراد آپ کی امت کے وہ لوگ ہیں جو بعد</w:t>
      </w:r>
    </w:p>
    <w:p>
      <w:r>
        <w:rPr>
          <w:b/>
        </w:rPr>
        <w:t xml:space="preserve">[28:22] </w:t>
      </w:r>
      <w:r>
        <w:t>ke zamane mein zahir honge ashaab-e-rasool aur ikhwaan-e-rasool mein se koi afzal ya ghair afzal</w:t>
      </w:r>
    </w:p>
    <w:p>
      <w:pPr>
        <w:jc w:val="right"/>
      </w:pPr>
      <w:r>
        <w:t>کے زمانے میں ظاہر ہوں گے اصحاب رسول اور اخوان رسول میں سے کوئی افضل یا غیر افضل</w:t>
      </w:r>
    </w:p>
    <w:p>
      <w:r>
        <w:rPr>
          <w:b/>
        </w:rPr>
        <w:t xml:space="preserve">[28:29] </w:t>
      </w:r>
      <w:r>
        <w:t>nahin hai dono 'amalan yaksaan darje ke log hain islam mein darje ka ta'alluq zamane se nahin hai</w:t>
      </w:r>
    </w:p>
    <w:p>
      <w:pPr>
        <w:jc w:val="right"/>
      </w:pPr>
      <w:r>
        <w:t>نہیں ہے دونوں عملا یکساں درجے کے لوگ ہیں اسلام میں درجے کا تعلق زمانے سے نہیں ہے</w:t>
      </w:r>
    </w:p>
    <w:p>
      <w:r>
        <w:rPr>
          <w:b/>
        </w:rPr>
        <w:t xml:space="preserve">[28:37] </w:t>
      </w:r>
      <w:r>
        <w:t>balkeh taqwa se hai jaisa ke quran mein aaya hai inna akramakum 'ind Allah</w:t>
      </w:r>
    </w:p>
    <w:p>
      <w:pPr>
        <w:jc w:val="right"/>
      </w:pPr>
      <w:r>
        <w:t>بلکہ تقویٰ سے ہے جیسا کہ قرآن میں آیا ہے انا اکرمکم عند اللہ</w:t>
      </w:r>
    </w:p>
    <w:p>
      <w:r>
        <w:rPr>
          <w:b/>
        </w:rPr>
        <w:t xml:space="preserve">[28:44] </w:t>
      </w:r>
      <w:r>
        <w:t>atqaakum". yaani beshak Allah ke nazdeek tum mein sab se zyada ba-izzat woh hai jo sab se zyada sahib e taqwa hai. is hadees ki tashreeh ek aur hadees se hoti hai. is hadees ke alfaaz yeh hain: "inna 'abdAllahi bni 'umara anna rasool Allahi sallallahu alaihi wasallama qala: masalu ummati ka-mataril-la yudra awwaluhu khayrun am</w:t>
      </w:r>
    </w:p>
    <w:p>
      <w:pPr>
        <w:jc w:val="right"/>
      </w:pPr>
      <w:r>
        <w:t>اتقاكم یعنی بے شک اللہ کے نزدیک تم میں سب سے زیادہ باعزت وہ ہے جو سب سے زیادہ صاحب تقویٰ ہے اس حدیث کی تشریح ایک اور حدیث سے ہوتی ہے اس حدیث کے الفاظ یہ ہیں ان عبداللہ بن عمر انا رسول اللہ صلی اللہ علیہ وسلم قال مثل امتی کمثل المطر لایدرا اولہ خیر ام</w:t>
      </w:r>
    </w:p>
    <w:p>
      <w:r>
        <w:rPr>
          <w:b/>
        </w:rPr>
        <w:t xml:space="preserve">[29:14] </w:t>
      </w:r>
      <w:r>
        <w:t>akhrh abdullah bin umar riwayat karte hain ke rasool ALLAH صلی اللہ علیہ وسلم ne farmaya ke meri</w:t>
      </w:r>
    </w:p>
    <w:p>
      <w:pPr>
        <w:jc w:val="right"/>
      </w:pPr>
      <w:r>
        <w:t>اخرہ عبداللہ بن عمر روایت کرتے ہیں کہ رسول اللہ صلی اللہ علیہ وسلم نے فرمایا کہ میری</w:t>
      </w:r>
    </w:p>
    <w:p>
      <w:r>
        <w:rPr>
          <w:b/>
        </w:rPr>
        <w:t xml:space="preserve">[29:22] </w:t>
      </w:r>
      <w:r>
        <w:t>ummat ki misaal barish jaisi hai nahi maloom ke is ka awwal zyada behtar hai ya is ka</w:t>
      </w:r>
    </w:p>
    <w:p>
      <w:pPr>
        <w:jc w:val="right"/>
      </w:pPr>
      <w:r>
        <w:t>امت کی مثال بارش جیسی ہے نہیں معلوم کہ اس کا اول زیادہ بہتر ہے یا اس کا</w:t>
      </w:r>
    </w:p>
    <w:p>
      <w:r>
        <w:rPr>
          <w:b/>
        </w:rPr>
        <w:t xml:space="preserve">[29:30] </w:t>
      </w:r>
      <w:r>
        <w:t>akhrh is hadith rasool mein tamseel ki zuban mein ek tareekhi waqeye ko bataya gaya hai peghambar e islam</w:t>
      </w:r>
    </w:p>
    <w:p>
      <w:pPr>
        <w:jc w:val="right"/>
      </w:pPr>
      <w:r>
        <w:t>اخر اس حدیث رسول میں تمثیل کی زبان میں ایک تاریخی واقعے کو بتایا گیا ہے پیغمبر اسلام</w:t>
      </w:r>
    </w:p>
    <w:p>
      <w:r>
        <w:rPr>
          <w:b/>
        </w:rPr>
        <w:t xml:space="preserve">[29:37] </w:t>
      </w:r>
      <w:r>
        <w:t>صلی اللہ علیہ وسلم ka mission izhaar e deen ka mission tha is m</w:t>
      </w:r>
    </w:p>
    <w:p>
      <w:pPr>
        <w:jc w:val="right"/>
      </w:pPr>
      <w:r>
        <w:t>صلی اللہ علیہ وسلم کا مشن اظہار دین کا مشن تھا اس م</w:t>
      </w:r>
    </w:p>
    <w:p>
      <w:r>
        <w:rPr>
          <w:b/>
        </w:rPr>
        <w:t xml:space="preserve">[29:45] </w:t>
      </w:r>
      <w:r>
        <w:t>ission ke do daur the pehla daur yeh tha ke islami mission ke rastay mein rukawaton ko khatm</w:t>
      </w:r>
    </w:p>
    <w:p>
      <w:pPr>
        <w:jc w:val="right"/>
      </w:pPr>
      <w:r>
        <w:t>شن کے دو دور تھے پہلا دور یہ تھا کہ اسلامی مشن کے راستے میں رکاوٹوں کو ختم</w:t>
      </w:r>
    </w:p>
    <w:p>
      <w:r>
        <w:rPr>
          <w:b/>
        </w:rPr>
        <w:t xml:space="preserve">[29:52] </w:t>
      </w:r>
      <w:r>
        <w:t>kar ke mawaqe ya opportunities ke darwazon ko kholna aur doosra daur yeh tha ke paida shuda mawaqe</w:t>
      </w:r>
    </w:p>
    <w:p>
      <w:pPr>
        <w:jc w:val="right"/>
      </w:pPr>
      <w:r>
        <w:t>کر کے مواقع یا اپرچونیٹیز کے دروازوں کو کھولنا اور دوسرا دور یہ تھا کہ پیدا شدہ مواقع</w:t>
      </w:r>
    </w:p>
    <w:p>
      <w:r>
        <w:rPr>
          <w:b/>
        </w:rPr>
        <w:t xml:space="preserve">[30:00] </w:t>
      </w:r>
      <w:r>
        <w:t>ko istemal ya avail kar ke islam ka aalmi izhaar karna pehle daur ko hadith mein tamseel ki</w:t>
      </w:r>
    </w:p>
    <w:p>
      <w:pPr>
        <w:jc w:val="right"/>
      </w:pPr>
      <w:r>
        <w:t>کو استعمال یا اویل کر کے اسلام کا عالمی اظہار کرنا پہلے دور کو حدیث میں تمثیل کی</w:t>
      </w:r>
    </w:p>
    <w:p>
      <w:r>
        <w:rPr>
          <w:b/>
        </w:rPr>
        <w:t xml:space="preserve">[30:07] </w:t>
      </w:r>
      <w:r>
        <w:t>zuban mein awwal al matr ya first period of rain kaha gaya hai aur doos</w:t>
      </w:r>
    </w:p>
    <w:p>
      <w:pPr>
        <w:jc w:val="right"/>
      </w:pPr>
      <w:r>
        <w:t>زبان میں اول المطر یا فرسٹ پیریڈ اف رین کہا گیا ہے اور دوس</w:t>
      </w:r>
    </w:p>
    <w:p>
      <w:r>
        <w:rPr>
          <w:b/>
        </w:rPr>
        <w:t xml:space="preserve">[30:15] </w:t>
      </w:r>
      <w:r>
        <w:t>re daur ko akhrh al matr ya second period of rain kaha gaya hai sahaba aur tabeen ke zamanay</w:t>
      </w:r>
    </w:p>
    <w:p>
      <w:pPr>
        <w:jc w:val="right"/>
      </w:pPr>
      <w:r>
        <w:t>رے دور کو اخر المطر یا سیکنڈ پیریڈ اف رین کہا گیا ہے صحابہ اور تابعین کے زمانے</w:t>
      </w:r>
    </w:p>
    <w:p>
      <w:r>
        <w:rPr>
          <w:b/>
        </w:rPr>
        <w:t xml:space="preserve">[30:22] </w:t>
      </w:r>
      <w:r>
        <w:t>mein qadeem zamanay ki rukawaton ka khatma kiya gaya mislan shirk ke ghalbay ko khatm karna badshahi nizam</w:t>
      </w:r>
    </w:p>
    <w:p>
      <w:pPr>
        <w:jc w:val="right"/>
      </w:pPr>
      <w:r>
        <w:t>میں قدیم زمانے کی رکاوٹوں کا خاتمہ کیا گیا مثلا شرک کے غلبے کو ختم کرنا بادشاہی نظام</w:t>
      </w:r>
    </w:p>
    <w:p>
      <w:r>
        <w:rPr>
          <w:b/>
        </w:rPr>
        <w:t xml:space="preserve">[30:30] </w:t>
      </w:r>
      <w:r>
        <w:t>ko khatm karna tareekh mein ek naya process jari karna jis ke nateejay mein woh waqea paish aaye</w:t>
      </w:r>
    </w:p>
    <w:p>
      <w:pPr>
        <w:jc w:val="right"/>
      </w:pPr>
      <w:r>
        <w:t>کو ختم کرنا تاریخ میں ایک نیا پروسیس جاری کرنا جس کے نتیجے میں وہ واقعہ پیش آئے</w:t>
      </w:r>
    </w:p>
    <w:p>
      <w:r>
        <w:rPr>
          <w:b/>
        </w:rPr>
        <w:t xml:space="preserve">[30:37] </w:t>
      </w:r>
      <w:r>
        <w:t>jis ko quran mein tabyeen e haq kaha gaya hai</w:t>
      </w:r>
    </w:p>
    <w:p>
      <w:pPr>
        <w:jc w:val="right"/>
      </w:pPr>
      <w:r>
        <w:t>جس کو قرآن میں تبیین حق کہا گیا ہے</w:t>
      </w:r>
    </w:p>
    <w:p>
      <w:r>
        <w:rPr>
          <w:b/>
        </w:rPr>
        <w:t xml:space="preserve">[30:45] </w:t>
      </w:r>
      <w:r>
        <w:t>islami mission ke is aalmi izhaar ko hadith mein mukhtalif alfaaz mein bayan kiya gaya hai mislan yeh</w:t>
      </w:r>
    </w:p>
    <w:p>
      <w:pPr>
        <w:jc w:val="right"/>
      </w:pPr>
      <w:r>
        <w:t>اسلامی مشن کے اس عالمی اظہار کو حدیث میں مختلف الفاظ میں بیان کیا گیا ہے مثلا یہ</w:t>
      </w:r>
    </w:p>
    <w:p>
      <w:r>
        <w:rPr>
          <w:b/>
        </w:rPr>
        <w:t xml:space="preserve">[30:55] </w:t>
      </w:r>
      <w:r>
        <w:t>riwayat leبلغna hadha al amr ma balagh al layl wa al nahar wa la yudrak ALLAH bayt madr wa la wabr illa adkhalahu ALLAH hadha</w:t>
      </w:r>
    </w:p>
    <w:p>
      <w:pPr>
        <w:jc w:val="right"/>
      </w:pPr>
      <w:r>
        <w:t>روایت لیبلغنا هذا الامر ما بلغ اللیل والنہار ولایدرک اللہ بیت مدر ولا وبر الا ادخلہ اللہ هذا</w:t>
      </w:r>
    </w:p>
    <w:p>
      <w:r>
        <w:rPr>
          <w:b/>
        </w:rPr>
        <w:t xml:space="preserve">[31:05] </w:t>
      </w:r>
      <w:r>
        <w:t>al deen musnad ahmad yani yeh amr e deen zaroor pohnchay ga</w:t>
      </w:r>
    </w:p>
    <w:p>
      <w:pPr>
        <w:jc w:val="right"/>
      </w:pPr>
      <w:r>
        <w:t>الدین مسند احمد یعنی یہ امر دین ضرور پہنچے گا</w:t>
      </w:r>
    </w:p>
    <w:p>
      <w:r>
        <w:rPr>
          <w:b/>
        </w:rPr>
        <w:t xml:space="preserve">[31:15] </w:t>
      </w:r>
      <w:r>
        <w:t>wahan tak jahan tak din aur raat puhchte hain Allah nahi chhodega magar yeh ke har chhote aur bade ghar mein is deen ko dakhil kar de izhaar deen ka yeh aalmi mission tareekh ka sab se bada aalmi mission tha is liye Allah ne is mission ki takmeel ko yaqeeni banane ke liye tareekh mein aise halaat paida kiye jabke ghair ahal deen bhi is ke</w:t>
      </w:r>
    </w:p>
    <w:p>
      <w:pPr>
        <w:jc w:val="right"/>
      </w:pPr>
      <w:r>
        <w:t>وہاں تک جہاں تک دن اور رات پہنچتے ہیں اللہ نہیں چھوڑے گا مگر یہ کہ ہر چھوٹے اور بڑے گھر میں اس دین کو داخل کر دے اظہار دین کا یہ عالمی مشن تاریخ کا سب سے بڑا عالمی مشن تھا اس لیے اللہ نے اس مشن کی تکمیل کو یقینی بنانے کے لیے تاریخ میں ایسے حالات پیدا کیے جبکہ غیر اہل دین بھی اس کے</w:t>
      </w:r>
    </w:p>
    <w:p>
      <w:r>
        <w:rPr>
          <w:b/>
        </w:rPr>
        <w:t xml:space="preserve">[31:45] </w:t>
      </w:r>
      <w:r>
        <w:t>mueed ban jayen Allah rab ul alameen ke is faislay ko hadith rasool mein in alfaaz mein bayan kiya gaya hai is hadith ka tarjuma yeh hai beshak Allah azwajal islam ki taeed zaroor un logon ke zariye karega jo ahal islam na honge ikkasveen sadi eesvi mein yeh tareekhi amal ya historical process apne nuqta inteha ya culmina</w:t>
      </w:r>
    </w:p>
    <w:p>
      <w:pPr>
        <w:jc w:val="right"/>
      </w:pPr>
      <w:r>
        <w:t>معید بن جائیں اللہ رب العالمین کے اس فیصلے کو حدیث رسول میں ان الفاظ میں بیان کیا گیا ہے اس حدیث کا ترجمہ یہ ہے بے شک اللہ عزوجل اسلام کی تائید ضرور ان لوگوں کے ذریعے کرے گا جو اہل اسلام نہ ہوں گے اکیسویں صدی عیسوی میں یہ تاریخی عمل یا ہسٹوریکل پروسیس اپنے نقطہ انتہا یا کلمین</w:t>
      </w:r>
    </w:p>
    <w:p>
      <w:r>
        <w:rPr>
          <w:b/>
        </w:rPr>
        <w:t xml:space="preserve">[32:15] </w:t>
      </w:r>
      <w:r>
        <w:t>ission tak pohnch chuka hai ab tamam mawaqe akhrhi had tak khul chukay hain ab ahl e islam ka</w:t>
      </w:r>
    </w:p>
    <w:p>
      <w:pPr>
        <w:jc w:val="right"/>
      </w:pPr>
      <w:r>
        <w:t>یشن تک پہنچ چکا ہے اب تمام مواقع اخری حد تک کھل چکے ہیں اب اہل اسلام کا</w:t>
      </w:r>
    </w:p>
    <w:p>
      <w:r>
        <w:rPr>
          <w:b/>
        </w:rPr>
        <w:t xml:space="preserve">[32:23] </w:t>
      </w:r>
      <w:r>
        <w:t>ek hi mission hai aur woh hai ALLAH ke paigham yani quran ko poore rooay zameen par basnay</w:t>
      </w:r>
    </w:p>
    <w:p>
      <w:pPr>
        <w:jc w:val="right"/>
      </w:pPr>
      <w:r>
        <w:t>ایک ہی مشن ہے اور وہ ہے اللہ کے پیغام یعنی قرآن کو پورے روئے زمین پر بسنے</w:t>
      </w:r>
    </w:p>
    <w:p>
      <w:r>
        <w:rPr>
          <w:b/>
        </w:rPr>
        <w:t xml:space="preserve">[32:30] </w:t>
      </w:r>
      <w:r>
        <w:t>walay insanon ki qabil e fahm zuban mein pohnchana agar ahl e islam kisi aur ghair mutalliq kaam mein apnay</w:t>
      </w:r>
    </w:p>
    <w:p>
      <w:pPr>
        <w:jc w:val="right"/>
      </w:pPr>
      <w:r>
        <w:t>والے انسانوں کی قابل فہم زبان میں پہنچانا اگر اہل اسلام کسی اور غیر متعلق کام میں اپنے</w:t>
      </w:r>
    </w:p>
    <w:p>
      <w:r>
        <w:rPr>
          <w:b/>
        </w:rPr>
        <w:t xml:space="preserve">[32:38] </w:t>
      </w:r>
      <w:r>
        <w:t>aap ko masroof karte hain to yeh masroofiyat</w:t>
      </w:r>
    </w:p>
    <w:p>
      <w:pPr>
        <w:jc w:val="right"/>
      </w:pPr>
      <w:r>
        <w:t>آپ کو مشغول کرتے ہیں تو یہ مشغولیت</w:t>
      </w:r>
    </w:p>
    <w:p>
      <w:r>
        <w:rPr>
          <w:b/>
        </w:rPr>
        <w:t xml:space="preserve">[32:45] </w:t>
      </w:r>
      <w:r>
        <w:t>un ke liye is rajas mein mulawwis honay ke hum ma'ni hogi jis ko tark karne ka hukum</w:t>
      </w:r>
    </w:p>
    <w:p>
      <w:pPr>
        <w:jc w:val="right"/>
      </w:pPr>
      <w:r>
        <w:t>ان کے لیے اس رجس میں ملوث ہونے کے ہم معنی ہوگی جس کو ترک کرنے کا حکم</w:t>
      </w:r>
    </w:p>
    <w:p>
      <w:r>
        <w:rPr>
          <w:b/>
        </w:rPr>
        <w:t xml:space="preserve">[32:55] </w:t>
      </w:r>
      <w:r>
        <w:t>diya gaya hai ma kan wa ma yakoon ek hadith rasool sunan al tirmidhi aur doosri kutub hadith mein aayi</w:t>
      </w:r>
    </w:p>
    <w:p>
      <w:pPr>
        <w:jc w:val="right"/>
      </w:pPr>
      <w:r>
        <w:t>دیا گیا ہے ما کان وما یکون ایک حدیث رسول سنن الترمذی اور دوسری کتب حدیث میں آئی</w:t>
      </w:r>
    </w:p>
    <w:p>
      <w:r>
        <w:rPr>
          <w:b/>
        </w:rPr>
        <w:t xml:space="preserve">[33:05] </w:t>
      </w:r>
      <w:r>
        <w:t>hai ahkam al quran li ibn al arabi mein is ko in alfaaz mein naqal kiya gaya hai awwal ma khalaq ALLAH al qalam</w:t>
      </w:r>
    </w:p>
    <w:p>
      <w:pPr>
        <w:jc w:val="right"/>
      </w:pPr>
      <w:r>
        <w:t>ہے احکام القرآن لابن العربی میں اس کو ان الفاظ میں نقل کیا گیا ہے اول ما خلق اللہ القلم</w:t>
      </w:r>
    </w:p>
    <w:p>
      <w:r>
        <w:rPr>
          <w:b/>
        </w:rPr>
        <w:t xml:space="preserve">[33:15] </w:t>
      </w:r>
      <w:r>
        <w:t>faqala lahu uktub fa kataba ma kaana wa ma yakoon ila yawm al sa'ah fa huwa 'indahu fi al dhikr fawqa 'arshihi ahkam al quran beirut yani Allah ne pehli cheez jo paida ki woh qalam thi phir Allah ne us se kaha ke likh to us ne likha woh sab kuch jo hua ya jo hoga qayamat tak pas woh Allah ke paas zikr mein hai Allah ke a</w:t>
      </w:r>
    </w:p>
    <w:p>
      <w:pPr>
        <w:jc w:val="right"/>
      </w:pPr>
      <w:r>
        <w:t>فقال له اکتب فکتب ما کان وما یکون الی یوم الساعہ فہو عنده فی الذکر فوق عرشہ احکام القرآن بیروت یعنی اللہ نے پہلی چیز جو پیدا کی وہ قلم تھی پھر اللہ نے اس سے کہا کہ لکھ تو اس نے لکھا وہ سب کچھ جو ہوا یا جو ہوگا قیامت تک پس وہ اللہ کے پاس ذکر میں ہے اللہ کے ع</w:t>
      </w:r>
    </w:p>
    <w:p>
      <w:r>
        <w:rPr>
          <w:b/>
        </w:rPr>
        <w:t xml:space="preserve">[33:45] </w:t>
      </w:r>
      <w:r>
        <w:t>arsh ke oopar is hadith mein ma kan wa ma yakoon se murad kon se waqeat hain tareekh ke</w:t>
      </w:r>
    </w:p>
    <w:p>
      <w:pPr>
        <w:jc w:val="right"/>
      </w:pPr>
      <w:r>
        <w:t>رش کے اوپر اس حدیث میں ما کان وما یکون سے مراد کون سے واقعات ہیں تاریخ کے</w:t>
      </w:r>
    </w:p>
    <w:p>
      <w:r>
        <w:rPr>
          <w:b/>
        </w:rPr>
        <w:t xml:space="preserve">[33:53] </w:t>
      </w:r>
      <w:r>
        <w:t>tamam waqeat ya muntakhib waqeat taham ahl e iman ke liye asal ahmiyat un waqeat ki hai jo tauheed</w:t>
      </w:r>
    </w:p>
    <w:p>
      <w:pPr>
        <w:jc w:val="right"/>
      </w:pPr>
      <w:r>
        <w:t>تمام واقعات یا منتخب واقعات تاہم اہل ایمان کے لیے اصل اہمیت ان واقعات کی ہے جو توحید</w:t>
      </w:r>
    </w:p>
    <w:p>
      <w:r>
        <w:rPr>
          <w:b/>
        </w:rPr>
        <w:t xml:space="preserve">[34:01] </w:t>
      </w:r>
      <w:r>
        <w:t>ke mission se talluq rakhte hain is noiyat ke waqeat ko janna ahl e tauheed ke liye zaroori hai</w:t>
      </w:r>
    </w:p>
    <w:p>
      <w:pPr>
        <w:jc w:val="right"/>
      </w:pPr>
      <w:r>
        <w:t>کے مشن سے تعلق رکھتے ہیں اس نوعیت کے واقعات کو جاننا اہل توحید کے لیے ضروری ہے</w:t>
      </w:r>
    </w:p>
    <w:p>
      <w:r>
        <w:rPr>
          <w:b/>
        </w:rPr>
        <w:t xml:space="preserve">[34:08] </w:t>
      </w:r>
      <w:r>
        <w:t>taka in ki riayat karte hue woh apne daawati mission ki</w:t>
      </w:r>
    </w:p>
    <w:p>
      <w:pPr>
        <w:jc w:val="right"/>
      </w:pPr>
      <w:r>
        <w:t>تاکہ ان کی رعایت کرتے ہوئے وہ اپنے دعوتی مشن کی</w:t>
      </w:r>
    </w:p>
    <w:p>
      <w:r>
        <w:rPr>
          <w:b/>
        </w:rPr>
        <w:t xml:space="preserve">[34:16] </w:t>
      </w:r>
      <w:r>
        <w:t>sahih manzoobandi kar saken jaisa ke aik hadith rasool mein aaya hai wa 'ala al 'aaqil an yakuna baseeran bi zamanihi sahih ibn hibban danishmand aadmi ko chahiye ke woh apne zamanay se ba khabar ho ghaur karne se maloom hota hai ke is aitbar se insani tareekh ke do daur hain aik woh jab ke dunya do qism ke logon mein bati hui thi momin aur kafir</w:t>
      </w:r>
    </w:p>
    <w:p>
      <w:pPr>
        <w:jc w:val="right"/>
      </w:pPr>
      <w:r>
        <w:t>صحیح منصوبہ بندی کر سکیں جیسا کہ ایک حدیث رسول میں آیا ہے وعلی العاقل ان یکون بصیرا بزمانہ صحیح ابن حبان دانشمند آدمی کو چاہیے کہ وہ اپنے زمانے سے باخبر ہو غور کرنے سے معلوم ہوتا ہے کہ اس اعتبار سے انسانی تاریخ کے دو دور ہیں ایک وہ جب کہ دنیا دو قسم کے لوگوں میں بٹی ہوئی تھی مومن اور کافر</w:t>
      </w:r>
    </w:p>
    <w:p>
      <w:r>
        <w:rPr>
          <w:b/>
        </w:rPr>
        <w:t xml:space="preserve">[34:46] </w:t>
      </w:r>
      <w:r>
        <w:t>ya believer aur non believer magar baad ke zamanay mein tareekh mein jo inqilab aaye ga us ke</w:t>
      </w:r>
    </w:p>
    <w:p>
      <w:pPr>
        <w:jc w:val="right"/>
      </w:pPr>
      <w:r>
        <w:t>یا بیلیور اور نان بیلیور مگر بعد کے زمانے میں تاریخ میں جو انقلاب آئے گا اس کے</w:t>
      </w:r>
    </w:p>
    <w:p>
      <w:r>
        <w:rPr>
          <w:b/>
        </w:rPr>
        <w:t xml:space="preserve">[34:53] </w:t>
      </w:r>
      <w:r>
        <w:t>baad yeh taqseem khatam ho jaye gi ab dunya jin do qism ke logon mein taqseem hogi woh</w:t>
      </w:r>
    </w:p>
    <w:p>
      <w:pPr>
        <w:jc w:val="right"/>
      </w:pPr>
      <w:r>
        <w:t>بعد یہ تقسیم ختم ہو جائے گی اب دنیا جن دو قسم کے لوگوں میں تقسیم ہوگی وہ</w:t>
      </w:r>
    </w:p>
    <w:p>
      <w:r>
        <w:rPr>
          <w:b/>
        </w:rPr>
        <w:t xml:space="preserve">[35:01] </w:t>
      </w:r>
      <w:r>
        <w:t>honge momin ya believer aur mu'eed ya supporter baad ke zamanay mein is tabdeeli ka zikr hadith</w:t>
      </w:r>
    </w:p>
    <w:p>
      <w:pPr>
        <w:jc w:val="right"/>
      </w:pPr>
      <w:r>
        <w:t>ہوں گے مومن یا بیلیور اور معید یا سپورٹر بعد کے زمانے میں اس تبدیلی کا ذکر حدیث</w:t>
      </w:r>
    </w:p>
    <w:p>
      <w:r>
        <w:rPr>
          <w:b/>
        </w:rPr>
        <w:t xml:space="preserve">[35:08] </w:t>
      </w:r>
      <w:r>
        <w:t>mein in alfaaz mein kiya gaya hai innal laha azwajal liyueedu al islami biruj</w:t>
      </w:r>
    </w:p>
    <w:p>
      <w:pPr>
        <w:jc w:val="right"/>
      </w:pPr>
      <w:r>
        <w:t>میں ان الفاظ میں کیا گیا ہے ان اللہ عزوجل لیعید الاسلام برج</w:t>
      </w:r>
    </w:p>
    <w:p>
      <w:r>
        <w:rPr>
          <w:b/>
        </w:rPr>
        <w:t xml:space="preserve">[35:16] </w:t>
      </w:r>
      <w:r>
        <w:t>al maham min ahlihi yani Allah azwajal Islam ki taeed zaroor aise logon se kare ga jo Islam</w:t>
      </w:r>
    </w:p>
    <w:p>
      <w:pPr>
        <w:jc w:val="right"/>
      </w:pPr>
      <w:r>
        <w:t>ال ماہم من اہلہ یعنی اللہ عزوجل اسلام کی تائید ضرور ایسے لوگوں سے کرے گا جو اسلام</w:t>
      </w:r>
    </w:p>
    <w:p>
      <w:r>
        <w:rPr>
          <w:b/>
        </w:rPr>
        <w:t xml:space="preserve">[35:23] </w:t>
      </w:r>
      <w:r>
        <w:t>ka hissa na honge baad ke zamanay mein hone wali is tabdeeli ka matlab yeh hoga ke</w:t>
      </w:r>
    </w:p>
    <w:p>
      <w:pPr>
        <w:jc w:val="right"/>
      </w:pPr>
      <w:r>
        <w:t>کا حصہ نہ ہوں گے بعد کے زمانے میں ہونے والی اس تبدیلی کا مطلب یہ ہوگا کہ</w:t>
      </w:r>
    </w:p>
    <w:p>
      <w:r>
        <w:rPr>
          <w:b/>
        </w:rPr>
        <w:t xml:space="preserve">[35:31] </w:t>
      </w:r>
      <w:r>
        <w:t>amal an ab jang ke daur ka khatma ho gaya baad ke is daur mein bhi agar ahl e iman</w:t>
      </w:r>
    </w:p>
    <w:p>
      <w:pPr>
        <w:jc w:val="right"/>
      </w:pPr>
      <w:r>
        <w:t>عملا اب جنگ کے دور کا خاتمہ ہو گیا بعد کے اس دور میں بھی اگر اہل ایمان</w:t>
      </w:r>
    </w:p>
    <w:p>
      <w:r>
        <w:rPr>
          <w:b/>
        </w:rPr>
        <w:t xml:space="preserve">[35:38] </w:t>
      </w:r>
      <w:r>
        <w:t>jihad ke naam par jang ka silsila jaari rakhein to yeh apni haqeeqat ke ait</w:t>
      </w:r>
    </w:p>
    <w:p>
      <w:pPr>
        <w:jc w:val="right"/>
      </w:pPr>
      <w:r>
        <w:t>جہاد کے نام پر جنگ کا سلسلہ جاری رکھیں تو یہ اپنی حقیقت کے اعت</w:t>
      </w:r>
    </w:p>
    <w:p>
      <w:r>
        <w:rPr>
          <w:b/>
        </w:rPr>
        <w:t xml:space="preserve">[35:46] </w:t>
      </w:r>
      <w:r>
        <w:t>bar se deen ke mu'eedin se jang ke hum ma'ni hoga yahi matlab hai is aayat ka jis</w:t>
      </w:r>
    </w:p>
    <w:p>
      <w:pPr>
        <w:jc w:val="right"/>
      </w:pPr>
      <w:r>
        <w:t>بار سے دین کے معیدین سے جنگ کے ہم معنی ہوگا یہی مطلب ہے اس آیت کا جس</w:t>
      </w:r>
    </w:p>
    <w:p>
      <w:r>
        <w:rPr>
          <w:b/>
        </w:rPr>
        <w:t xml:space="preserve">[35:54] </w:t>
      </w:r>
      <w:r>
        <w:t>mein kaha gaya hai ke deen sab Allah ke liye ho jaye ga yani ek aisi dunya jis</w:t>
      </w:r>
    </w:p>
    <w:p>
      <w:pPr>
        <w:jc w:val="right"/>
      </w:pPr>
      <w:r>
        <w:t>میں کہا گیا ہے کہ دین سب اللہ کے لیے ہو جائے گا یعنی ایک ایسی دنیا جس</w:t>
      </w:r>
    </w:p>
    <w:p>
      <w:r>
        <w:rPr>
          <w:b/>
        </w:rPr>
        <w:t xml:space="preserve">[36:02] </w:t>
      </w:r>
      <w:r>
        <w:t>mein momin aur kafir ki taqseem khatam ho jaye gi is ke bar aks dunya mein momin ya believer</w:t>
      </w:r>
    </w:p>
    <w:p>
      <w:pPr>
        <w:jc w:val="right"/>
      </w:pPr>
      <w:r>
        <w:t>میں مومن اور کافر کی تقسیم ختم ہو جائے گی اس کے برعکس دنیا میں مومن یا بیلیور</w:t>
      </w:r>
    </w:p>
    <w:p>
      <w:r>
        <w:rPr>
          <w:b/>
        </w:rPr>
        <w:t xml:space="preserve">[36:10] </w:t>
      </w:r>
      <w:r>
        <w:t>aur mu'eed ya supporter ki taqseem qaim ho jaye gi</w:t>
      </w:r>
    </w:p>
    <w:p>
      <w:pPr>
        <w:jc w:val="right"/>
      </w:pPr>
      <w:r>
        <w:t>اور معید یا سپورٹر کی تقسیم قائم ہو جائے گی</w:t>
      </w:r>
    </w:p>
    <w:p>
      <w:r>
        <w:rPr>
          <w:b/>
        </w:rPr>
        <w:t xml:space="preserve">[36:18] </w:t>
      </w:r>
      <w:r>
        <w:t>daur ta'eed quran mein aik hukum peghambar islam sallallahu alaihi wasallam ko in alfaaz mein diya gaya hai wa qatiluhum hatta la takuna fitnatun wa yakuna al-dinu kulluhu lillah yani aur un se lado yahan tak ke fitna baqi na rahe aur deen sab Allah ke liye ho jaye ghaur karne se maloom hota hai ke quran ki is ayat mein qital ka lafz maroof jang ke mani mein nahi hai balke woh inteha</w:t>
      </w:r>
    </w:p>
    <w:p>
      <w:pPr>
        <w:jc w:val="right"/>
      </w:pPr>
      <w:r>
        <w:t>دور تائید قرآن میں ایک حکم پیغمبر اسلام صلی اللہ علیہ وسلم کو ان الفاظ میں دیا گیا ہے وقاتلوہم حتی لا تکون فتنۃ ویکون الدین کلہ للہ یعنی اور ان سے لڑو یہاں تک کہ فتنہ باقی نہ رہے اور دین سب اللہ کے لیے ہو جائے غور کرنے سے معلوم ہوتا ہے کہ قرآن کی اس آیت میں قتال کا لفظ معروف جنگ کے معنی میں نہیں ہے بلکہ وہ انتہ</w:t>
      </w:r>
    </w:p>
    <w:p>
      <w:r>
        <w:rPr>
          <w:b/>
        </w:rPr>
        <w:t xml:space="preserve">[36:48] </w:t>
      </w:r>
      <w:r>
        <w:t>ai jadeh jood ya atomos struggle ke ma'ni mein hai chounke aap ki zindagi mein amal an jo kuch pesh</w:t>
      </w:r>
    </w:p>
    <w:p>
      <w:pPr>
        <w:jc w:val="right"/>
      </w:pPr>
      <w:r>
        <w:t>ائی جدوجہد یا ایٹموس سٹرگل کے معنی میں ہے چونکہ آپ کی زندگی میں عملا جو کچھ پیش</w:t>
      </w:r>
    </w:p>
    <w:p>
      <w:r>
        <w:rPr>
          <w:b/>
        </w:rPr>
        <w:t xml:space="preserve">[36:54] </w:t>
      </w:r>
      <w:r>
        <w:t>aaya woh yahi tha jaisa ke maloom hai ke peghambar e Islam ne apni poori zindagi mein kabhi koi</w:t>
      </w:r>
    </w:p>
    <w:p>
      <w:pPr>
        <w:jc w:val="right"/>
      </w:pPr>
      <w:r>
        <w:t>آیا وہ یہی تھا جیسا کہ معلوم ہے کہ پیغمبر اسلام نے اپنی پوری زندگی میں کبھی کوئی</w:t>
      </w:r>
    </w:p>
    <w:p>
      <w:r>
        <w:rPr>
          <w:b/>
        </w:rPr>
        <w:t xml:space="preserve">[37:00] </w:t>
      </w:r>
      <w:r>
        <w:t>kamil jang ya full fledged war nahi ki aap ke mukhalif group ne kai baar aap par hamla</w:t>
      </w:r>
    </w:p>
    <w:p>
      <w:pPr>
        <w:jc w:val="right"/>
      </w:pPr>
      <w:r>
        <w:t>کامل جنگ یا فل فلیجڈ وار نہیں کی آپ کے مخالف گروپ نے کئی بار آپ پر حملہ</w:t>
      </w:r>
    </w:p>
    <w:p>
      <w:r>
        <w:rPr>
          <w:b/>
        </w:rPr>
        <w:t xml:space="preserve">[37:06] </w:t>
      </w:r>
      <w:r>
        <w:t>kar ke aap ko jang mein uljhane ki koshish ki magar aap ne hamesha yeh kiya ke khusoosi</w:t>
      </w:r>
    </w:p>
    <w:p>
      <w:pPr>
        <w:jc w:val="right"/>
      </w:pPr>
      <w:r>
        <w:t>کر کے آپ کو جنگ میں الجھانے کی کوشش کی مگر آپ نے ہمیشہ یہ کیا کہ خصوصی</w:t>
      </w:r>
    </w:p>
    <w:p>
      <w:r>
        <w:rPr>
          <w:b/>
        </w:rPr>
        <w:t xml:space="preserve">[37:12] </w:t>
      </w:r>
      <w:r>
        <w:t>tadbeer ke zariye ya to jang ko amal an hone nahi</w:t>
      </w:r>
    </w:p>
    <w:p>
      <w:pPr>
        <w:jc w:val="right"/>
      </w:pPr>
      <w:r>
        <w:t>تدبیر کے ذریعے یا تو جنگ کو عملا ہونے نہیں</w:t>
      </w:r>
    </w:p>
    <w:p>
      <w:r>
        <w:rPr>
          <w:b/>
        </w:rPr>
        <w:t xml:space="preserve">[37:18] </w:t>
      </w:r>
      <w:r>
        <w:t>diya ya us ko jang ke bajaye jhadap ya skirmish bana diya is maamle mein aap ki zindagi</w:t>
      </w:r>
    </w:p>
    <w:p>
      <w:pPr>
        <w:jc w:val="right"/>
      </w:pPr>
      <w:r>
        <w:t>دیا یا اس کو جنگ کے بجائے جھڑپ یا اسکرمش بنا دیا اس معاملے میں آپ کی زندگی</w:t>
      </w:r>
    </w:p>
    <w:p>
      <w:r>
        <w:rPr>
          <w:b/>
        </w:rPr>
        <w:t xml:space="preserve">[37:24] </w:t>
      </w:r>
      <w:r>
        <w:t>mazkoora quraani aayat ki amli tafseer hai aap ki tareekh batati hai ke makkah mein aap ke qatl</w:t>
      </w:r>
    </w:p>
    <w:p>
      <w:pPr>
        <w:jc w:val="right"/>
      </w:pPr>
      <w:r>
        <w:t>مذکورہ قرآنی آیت کی عملی تفسیر ہے آپ کی تاریخ بتاتی ہے کہ مکہ میں آپ کے قتل</w:t>
      </w:r>
    </w:p>
    <w:p>
      <w:r>
        <w:rPr>
          <w:b/>
        </w:rPr>
        <w:t xml:space="preserve">[37:30] </w:t>
      </w:r>
      <w:r>
        <w:t>ka mansooba banaya gaya lekin aap ne makkah se hijrat kar ke qatl o qital ko amal an namumkin</w:t>
      </w:r>
    </w:p>
    <w:p>
      <w:pPr>
        <w:jc w:val="right"/>
      </w:pPr>
      <w:r>
        <w:t>کا منصوبہ بنایا گیا لیکن آپ نے مکہ سے ہجرت کر کے قتل و قتال کو عملا ناممکن</w:t>
      </w:r>
    </w:p>
    <w:p>
      <w:r>
        <w:rPr>
          <w:b/>
        </w:rPr>
        <w:t xml:space="preserve">[37:37] </w:t>
      </w:r>
      <w:r>
        <w:t>bana diya ghazwa e ahzaab ke mauqe par aap ke mukhalifeen ne barah hazar ke lashkar ke sath madina</w:t>
      </w:r>
    </w:p>
    <w:p>
      <w:pPr>
        <w:jc w:val="right"/>
      </w:pPr>
      <w:r>
        <w:t>بنا دیا غزوہ احزاب کے موقع پر آپ کے مخالفین نے بارہ ہزار کے لشکر کے ساتھ مدینہ</w:t>
      </w:r>
    </w:p>
    <w:p>
      <w:r>
        <w:rPr>
          <w:b/>
        </w:rPr>
        <w:t xml:space="preserve">[37:43] </w:t>
      </w:r>
      <w:r>
        <w:t>par hamla kiya magar aap ne apne</w:t>
      </w:r>
    </w:p>
    <w:p>
      <w:pPr>
        <w:jc w:val="right"/>
      </w:pPr>
      <w:r>
        <w:t>پر حملہ کیا مگر آپ نے اپنے</w:t>
      </w:r>
    </w:p>
    <w:p>
      <w:r>
        <w:rPr>
          <w:b/>
        </w:rPr>
        <w:t xml:space="preserve">[37:49] </w:t>
      </w:r>
      <w:r>
        <w:t>aur fareeq mukhalif ke darmiyan khandak ki soorat mein ek haajiz ya buffer qaim kar diya hudaybiyah ke</w:t>
      </w:r>
    </w:p>
    <w:p>
      <w:pPr>
        <w:jc w:val="right"/>
      </w:pPr>
      <w:r>
        <w:t>اور فریق مخالف کے درمیان خندق کی صورت میں ایک حاجز یا بفر قائم کر دیا حدیبیہ کے</w:t>
      </w:r>
    </w:p>
    <w:p>
      <w:r>
        <w:rPr>
          <w:b/>
        </w:rPr>
        <w:t xml:space="preserve">[37:56] </w:t>
      </w:r>
      <w:r>
        <w:t>mauqe par fareeq sani ne jang ki soorat paida kar di lekin aap ne yak tarfa sulah kar ke</w:t>
      </w:r>
    </w:p>
    <w:p>
      <w:pPr>
        <w:jc w:val="right"/>
      </w:pPr>
      <w:r>
        <w:t>موقع پر فریق ثانی نے جنگ کی صورت پیدا کر دی لیکن آپ نے یکطرفہ صلح کر کے</w:t>
      </w:r>
    </w:p>
    <w:p>
      <w:r>
        <w:rPr>
          <w:b/>
        </w:rPr>
        <w:t xml:space="preserve">[38:04] </w:t>
      </w:r>
      <w:r>
        <w:t>jang ko hone se rok diya fateh makka ke mauqe par jang yaqeeni thi lekin aap ne khusoosi</w:t>
      </w:r>
    </w:p>
    <w:p>
      <w:pPr>
        <w:jc w:val="right"/>
      </w:pPr>
      <w:r>
        <w:t>جنگ کو ہونے سے روک دیا فتح مکہ کے موقع پر جنگ یقینی تھی لیکن آپ نے خصوصی</w:t>
      </w:r>
    </w:p>
    <w:p>
      <w:r>
        <w:rPr>
          <w:b/>
        </w:rPr>
        <w:t xml:space="preserve">[38:11] </w:t>
      </w:r>
      <w:r>
        <w:t>tadbeer ke zariye is ko pehraman march ya peaceful march mein badal diya waghera door e taeed ka aaghaz qad</w:t>
      </w:r>
    </w:p>
    <w:p>
      <w:pPr>
        <w:jc w:val="right"/>
      </w:pPr>
      <w:r>
        <w:t>تدبیر کے ذریعے اس کو پرامن مارچ یا پیس فل مارچ میں بدل دیا وغیرہ دور تائید کا اغاز قد</w:t>
      </w:r>
    </w:p>
    <w:p>
      <w:r>
        <w:rPr>
          <w:b/>
        </w:rPr>
        <w:t xml:space="preserve">[38:19] </w:t>
      </w:r>
      <w:r>
        <w:t>eem zamane mein jang bohat aam thi qabail ke darmiyan jang badshahon ke darmiyan jang waghera log masail</w:t>
      </w:r>
    </w:p>
    <w:p>
      <w:pPr>
        <w:jc w:val="right"/>
      </w:pPr>
      <w:r>
        <w:t>یم زمانے میں جنگ بہت عام تھی قبائل کے درمیان جنگ بادشاہوں کے درمیان جنگ وغیرہ لوگ مسائل</w:t>
      </w:r>
    </w:p>
    <w:p>
      <w:r>
        <w:rPr>
          <w:b/>
        </w:rPr>
        <w:t xml:space="preserve">[38:26] </w:t>
      </w:r>
      <w:r>
        <w:t>ko hal karne ka aik hi tareeqa jante the jang ka tareeqa allah taala ne apne peghambar ko</w:t>
      </w:r>
    </w:p>
    <w:p>
      <w:pPr>
        <w:jc w:val="right"/>
      </w:pPr>
      <w:r>
        <w:t>کو حل کرنے کا ایک ہی طریقہ جانتے تھے جنگ کا طریقہ اللہ تعالی نے اپنے پیغمبر کو</w:t>
      </w:r>
    </w:p>
    <w:p>
      <w:r>
        <w:rPr>
          <w:b/>
        </w:rPr>
        <w:t xml:space="preserve">[38:34] </w:t>
      </w:r>
      <w:r>
        <w:t>is mamle mein aik sirat e mustaqeem ki taraf rehnumai ki yani jangii takrao ke bajaye pehraman tadbeer ya</w:t>
      </w:r>
    </w:p>
    <w:p>
      <w:pPr>
        <w:jc w:val="right"/>
      </w:pPr>
      <w:r>
        <w:t>اس معاملے میں ایک صراط مستقیم کی طرف رہنمائی کی یعنی جنگی ٹکراؤ کے بجائے پرامن تدبیر یا</w:t>
      </w:r>
    </w:p>
    <w:p>
      <w:r>
        <w:rPr>
          <w:b/>
        </w:rPr>
        <w:t xml:space="preserve">[38:41] </w:t>
      </w:r>
      <w:r>
        <w:t>peaceful management ke zariye masail ko hal karna peghambar e islam aur aap ke ashaab ne is</w:t>
      </w:r>
    </w:p>
    <w:p>
      <w:pPr>
        <w:jc w:val="right"/>
      </w:pPr>
      <w:r>
        <w:t>پیس فل مینجمنٹ کے ذریعے مسائل کو حل کرنا پیغمبر اسلام اور آپ کے اصحاب نے اس</w:t>
      </w:r>
    </w:p>
    <w:p>
      <w:r>
        <w:rPr>
          <w:b/>
        </w:rPr>
        <w:t xml:space="preserve">[38:49] </w:t>
      </w:r>
      <w:r>
        <w:t>tadbeer ko itne bade paimane par istemal kiya ke tareekh mein naya daur aa gaya yani takrao ke bajaye ta'eed ka daur is maqsad ke liye saatveen sadi eesvi mein aik mansooba band amal kiya gaya jis ke nateejay mein insani tareekh mein aik naya amal ya process jari hua yeh amal ya process unneesveen sadi mein apni takmeel ya culmination tak puhch gaya is takmeeli marhale ko aik</w:t>
      </w:r>
    </w:p>
    <w:p>
      <w:pPr>
        <w:jc w:val="right"/>
      </w:pPr>
      <w:r>
        <w:t>تدبیر کو اتنے بڑے پیمانے پر استعمال کیا کہ تاریخ میں نیا دور آگیا یعنی ٹکراؤ کے بجائے تائید کا دور اس مقصد کے لیے ساتویں صدی عیسوی میں ایک منصوبہ بند عمل کیا گیا جس کے نتیجے میں انسانی تاریخ میں ایک نیا عمل یا پروسیس جاری ہوا یہ عمل یا پروسیس انیسویں صدی میں اپنی تکمیل یا کلمینیشن تک پہنچ گیا اس تکمیلی مرحلے کو ایک</w:t>
      </w:r>
    </w:p>
    <w:p>
      <w:r>
        <w:rPr>
          <w:b/>
        </w:rPr>
        <w:t xml:space="preserve">[39:19] </w:t>
      </w:r>
      <w:r>
        <w:t>alafz mein jadeed tehzeeb ya modern civilization kaha ja sakta hai jadeed tehzeeb islam ke liye aik ta'eedi tehzeeb ya supporting civilization hai is daur ta'eed ko quran mein liyuzhirahu al-dina kullahu ke alfaaz mein bayan kiya gaya tha yani deen se talluq rakhne wale tamam asbab deen khuda wandi ke muwafiq ho jayen deen khuda wandi aur deen insani mein takrao ki soorat amalan khatam ho jaye</w:t>
      </w:r>
    </w:p>
    <w:p>
      <w:pPr>
        <w:jc w:val="right"/>
      </w:pPr>
      <w:r>
        <w:t>لفظ میں جدید تہذیب یا ماڈرن سویلائزیشن کہا جا سکتا ہے جدید تہذیب اسلام کے لیے ایک تائیدی تہذیب یا سپورٹنگ سویلائزیشن ہے اس دور تائید کو قرآن میں لیظہرہ الدین کلیہ کے الفاظ میں بیان کیا گیا تھا یعنی دین سے تعلق رکھنے والے تمام اسباب دین خداوندی کے موافق ہو جائیں دین خداوندی اور دین انسانی میں ٹکراؤ کی صورت عملا ختم ہو جائے</w:t>
      </w:r>
    </w:p>
    <w:p>
      <w:r>
        <w:rPr>
          <w:b/>
        </w:rPr>
        <w:t xml:space="preserve">[39:49] </w:t>
      </w:r>
      <w:r>
        <w:t>yeh insani tareekh ka aik azeem mansooba tha allah ne aise halaat paida kiye ke ahl e iman ki</w:t>
      </w:r>
    </w:p>
    <w:p>
      <w:pPr>
        <w:jc w:val="right"/>
      </w:pPr>
      <w:r>
        <w:t>یہ انسانی تاریخ کا ایک عظیم منصوبہ تھا اللہ نے ایسے حالات پیدا کیے کہ اہل ایمان کی</w:t>
      </w:r>
    </w:p>
    <w:p>
      <w:r>
        <w:rPr>
          <w:b/>
        </w:rPr>
        <w:t xml:space="preserve">[39:57] </w:t>
      </w:r>
      <w:r>
        <w:t>jamaat ke ilawa doosre log bhi is mein muawin ya supporter ban gaye yeh peshangoi zyada wazeh alfaaz</w:t>
      </w:r>
    </w:p>
    <w:p>
      <w:pPr>
        <w:jc w:val="right"/>
      </w:pPr>
      <w:r>
        <w:t>جماعت کے علاوہ دوسرے لوگ بھی اس میں معید یا سپورٹر بن گئے یہ پیشنگوئی زیادہ واضح الفاظ</w:t>
      </w:r>
    </w:p>
    <w:p>
      <w:r>
        <w:rPr>
          <w:b/>
        </w:rPr>
        <w:t xml:space="preserve">[40:04] </w:t>
      </w:r>
      <w:r>
        <w:t>mein hadith ki mukhtalif kitabon mein alfaaz ke mamooli farq ke sath aai hai inna allaha liyueed hadha</w:t>
      </w:r>
    </w:p>
    <w:p>
      <w:pPr>
        <w:jc w:val="right"/>
      </w:pPr>
      <w:r>
        <w:t>میں حدیث کی مختلف کتابوں میں الفاظ کے معمولی فرق کے ساتھ آئی ہے ان اللہ لیعید هذا</w:t>
      </w:r>
    </w:p>
    <w:p>
      <w:r>
        <w:rPr>
          <w:b/>
        </w:rPr>
        <w:t xml:space="preserve">[40:12] </w:t>
      </w:r>
      <w:r>
        <w:t>ad-deena bir-rajulil-fajir sahih bukhari inna allaha azza wajal liyueed al-islama</w:t>
      </w:r>
    </w:p>
    <w:p>
      <w:pPr>
        <w:jc w:val="right"/>
      </w:pPr>
      <w:r>
        <w:t>الدین بالرجل الفاجر صحیح بخاری ان اللہ عزوجل لیعید الاسلام</w:t>
      </w:r>
    </w:p>
    <w:p>
      <w:r>
        <w:rPr>
          <w:b/>
        </w:rPr>
        <w:t xml:space="preserve">[40:19] </w:t>
      </w:r>
      <w:r>
        <w:t>bi-rijalin ma hum min ahlihi inna Allaha sayu'eedu hadha al-dina bi-qawmin la khalaqa lahum layu'eedu Allaha hadha al-dina bi-qawmin la khalaqa lahum sahih ibn hibban in ahadees ka khulasa yeh hai ke mustaqbil mein zaroor aisa hoga ke Allah taala is deen ki ta'eed aise logon ke zariye karega jo ahal deen mein se na honge woh is kaam ko development ke</w:t>
      </w:r>
    </w:p>
    <w:p>
      <w:pPr>
        <w:jc w:val="right"/>
      </w:pPr>
      <w:r>
        <w:t>برجال ماہم من اہلہ ان اللہ سیعید هذا الدین باقوام لا خلاق لہم لیعیدن اللہ هذا الدین بقوم لا خلاق لہم صحیح ابن حبان ان احادیث کا خلاصہ یہ ہے کہ مستقبل میں ضرور ایسا ہوگا کہ اللہ تعالی اس دین کی تائید ایسے لوگوں کے ذریعے کرے گا جو اہل دین میں سے نہ ہوں گے وہ اس کام کو ڈیویلپمنٹ کے</w:t>
      </w:r>
    </w:p>
    <w:p>
      <w:r>
        <w:rPr>
          <w:b/>
        </w:rPr>
        <w:t xml:space="preserve">[40:49] </w:t>
      </w:r>
      <w:r>
        <w:t>naam se anjam denge lekin amalan un ki paida kardah duniya taeedii maanon mein pro islam ban</w:t>
      </w:r>
    </w:p>
    <w:p>
      <w:pPr>
        <w:jc w:val="right"/>
      </w:pPr>
      <w:r>
        <w:t>نام سے انجام دیں گے لیکن عملا ان کی پیدا کردہ دنیا تائیدی معنوں میں پرو اسلام بن</w:t>
      </w:r>
    </w:p>
    <w:p>
      <w:r>
        <w:rPr>
          <w:b/>
        </w:rPr>
        <w:t xml:space="preserve">[40:56] </w:t>
      </w:r>
      <w:r>
        <w:t>jayegi maujudah zamane mein yeh waqea kamil taur par anjam pa chuka hai woh cheez jis ko</w:t>
      </w:r>
    </w:p>
    <w:p>
      <w:pPr>
        <w:jc w:val="right"/>
      </w:pPr>
      <w:r>
        <w:t>جائے گی موجودہ زمانے میں یہ واقعہ کامل طور پر انجام پا چکا ہے وہ چیز جس کو</w:t>
      </w:r>
    </w:p>
    <w:p>
      <w:r>
        <w:rPr>
          <w:b/>
        </w:rPr>
        <w:t xml:space="preserve">[41:02] </w:t>
      </w:r>
      <w:r>
        <w:t>musalman aam taur par islamophobia kehte hain woh darasal pro islam zahira ya pro islam phenomenon hai</w:t>
      </w:r>
    </w:p>
    <w:p>
      <w:pPr>
        <w:jc w:val="right"/>
      </w:pPr>
      <w:r>
        <w:t>مسلمان عام طور پر اسلامو فوبیا کہتے ہیں وہ دراصل پرو اسلام ظاہرہ یا پرو اسلام فیناومینن ہے</w:t>
      </w:r>
    </w:p>
    <w:p>
      <w:r>
        <w:rPr>
          <w:b/>
        </w:rPr>
        <w:t xml:space="preserve">[41:08] </w:t>
      </w:r>
      <w:r>
        <w:t>lekin musalman apni bekhabri ki bina par aik misbat waqeye ko manfi waqeye ke taur par liye</w:t>
      </w:r>
    </w:p>
    <w:p>
      <w:pPr>
        <w:jc w:val="right"/>
      </w:pPr>
      <w:r>
        <w:t>لیکن مسلمان اپنی بے خبری کی بنا پر ایک مثبت واقعے کو منفی واقعے کے طور پر لیے</w:t>
      </w:r>
    </w:p>
    <w:p>
      <w:r>
        <w:rPr>
          <w:b/>
        </w:rPr>
        <w:t xml:space="preserve">[41:14] </w:t>
      </w:r>
      <w:r>
        <w:t>hue hain is</w:t>
      </w:r>
    </w:p>
    <w:p>
      <w:pPr>
        <w:jc w:val="right"/>
      </w:pPr>
      <w:r>
        <w:t>ہوئے ہیں اس</w:t>
      </w:r>
    </w:p>
    <w:p>
      <w:r>
        <w:rPr>
          <w:b/>
        </w:rPr>
        <w:t xml:space="preserve">[41:20] </w:t>
      </w:r>
      <w:r>
        <w:t>manfi tarz e fikr ne musalmanon ko ba-jawaaz do nuqsan pohanchaya hai aik yeh ke woh daur e hazir</w:t>
      </w:r>
    </w:p>
    <w:p>
      <w:pPr>
        <w:jc w:val="right"/>
      </w:pPr>
      <w:r>
        <w:t>منفی طرز فکر نے مسلمانوں کو بیک وقت دو نقصان پہنچایا ہے ایک یہ کہ وہ دور حاضر</w:t>
      </w:r>
    </w:p>
    <w:p>
      <w:r>
        <w:rPr>
          <w:b/>
        </w:rPr>
        <w:t xml:space="preserve">[41:26] </w:t>
      </w:r>
      <w:r>
        <w:t>mein be-ja community ya displaced ban gaye hain aur doosre yeh ke woh jadeed mawaqe ya modern</w:t>
      </w:r>
    </w:p>
    <w:p>
      <w:pPr>
        <w:jc w:val="right"/>
      </w:pPr>
      <w:r>
        <w:t>میں بے جگہ کمیونٹی یا ڈسپلیسڈ بن گئے ہیں اور دوسرے یہ کہ وہ جدید مواقع یا ماڈرن</w:t>
      </w:r>
    </w:p>
    <w:p>
      <w:r>
        <w:rPr>
          <w:b/>
        </w:rPr>
        <w:t xml:space="preserve">[41:32] </w:t>
      </w:r>
      <w:r>
        <w:t>opportunities ko islam ke haq mein istemal karne mein amalan nakaam rahe is ka matlab yeh nahi hai</w:t>
      </w:r>
    </w:p>
    <w:p>
      <w:pPr>
        <w:jc w:val="right"/>
      </w:pPr>
      <w:r>
        <w:t>اپرچونیٹیز کو اسلام کے حق میں استعمال کرنے میں عملا ناکام رہے اس کا مطلب یہ نہیں ہے</w:t>
      </w:r>
    </w:p>
    <w:p>
      <w:r>
        <w:rPr>
          <w:b/>
        </w:rPr>
        <w:t xml:space="preserve">[41:38] </w:t>
      </w:r>
      <w:r>
        <w:t>ke maghribi qaumein barah e rast maanon mein islam ke haq mein taeedii role anjam de rahi hain aisa</w:t>
      </w:r>
    </w:p>
    <w:p>
      <w:pPr>
        <w:jc w:val="right"/>
      </w:pPr>
      <w:r>
        <w:t>کہ مغربی قومیں براہ راست معنوں میں اسلام کے حق میں تائیدی رول انجام دے رہی ہیں ایسا</w:t>
      </w:r>
    </w:p>
    <w:p>
      <w:r>
        <w:rPr>
          <w:b/>
        </w:rPr>
        <w:t xml:space="preserve">[41:44] </w:t>
      </w:r>
      <w:r>
        <w:t>hona ghair fitri hai is qism ka ta</w:t>
      </w:r>
    </w:p>
    <w:p>
      <w:pPr>
        <w:jc w:val="right"/>
      </w:pPr>
      <w:r>
        <w:t>ہونا غیر فطری ہے اس قسم کا ت</w:t>
      </w:r>
    </w:p>
    <w:p>
      <w:r>
        <w:rPr>
          <w:b/>
        </w:rPr>
        <w:t xml:space="preserve">[41:50] </w:t>
      </w:r>
      <w:r>
        <w:t>eedii role kabhi koi community kisi doosri community ke liye anjam nahi deti asal yeh hai ke ghair</w:t>
      </w:r>
    </w:p>
    <w:p>
      <w:pPr>
        <w:jc w:val="right"/>
      </w:pPr>
      <w:r>
        <w:t>ائیدی رول کبھی کوئی کمیونٹی کسی دوسری کمیونٹی کے لیے انجام نہیں دیتی اصل یہ ہے کہ غیر</w:t>
      </w:r>
    </w:p>
    <w:p>
      <w:r>
        <w:rPr>
          <w:b/>
        </w:rPr>
        <w:t xml:space="preserve">[41:56] </w:t>
      </w:r>
      <w:r>
        <w:t>ahl e deen ka yeh taeedii role barah e rast taur par nahi balkeh bil-wasta taur par anjam paya hai</w:t>
      </w:r>
    </w:p>
    <w:p>
      <w:pPr>
        <w:jc w:val="right"/>
      </w:pPr>
      <w:r>
        <w:t>اہل دین کا یہ تائیدی رول براہ راست طور پر نہیں بلکہ بالواسطہ طور پر انجام پایا ہے</w:t>
      </w:r>
    </w:p>
    <w:p>
      <w:r>
        <w:rPr>
          <w:b/>
        </w:rPr>
        <w:t xml:space="preserve">[42:02] </w:t>
      </w:r>
      <w:r>
        <w:t>maujudah zamane mein sanati inqilab ya industrial revolution hua is ke nateejay mein duniya mein aik naya zahira</w:t>
      </w:r>
    </w:p>
    <w:p>
      <w:pPr>
        <w:jc w:val="right"/>
      </w:pPr>
      <w:r>
        <w:t>موجودہ زمانے میں صنعتی انقلاب یا انڈسٹریل ریولوشن ہوا اس کے نتیجے میں دنیا میں ایک نیا ظاہرہ</w:t>
      </w:r>
    </w:p>
    <w:p>
      <w:r>
        <w:rPr>
          <w:b/>
        </w:rPr>
        <w:t xml:space="preserve">[42:08] </w:t>
      </w:r>
      <w:r>
        <w:t>wujood mein aaya jis ko kaseer pedawar ya mass production ka zahira kaha jata hai naye sanati nizam</w:t>
      </w:r>
    </w:p>
    <w:p>
      <w:pPr>
        <w:jc w:val="right"/>
      </w:pPr>
      <w:r>
        <w:t>وجود میں آیا جس کو کثیر پیداوار یا ماس پروڈکشن کا ظاہرہ کہا جاتا ہے نئے صنعتی نظام</w:t>
      </w:r>
    </w:p>
    <w:p>
      <w:r>
        <w:rPr>
          <w:b/>
        </w:rPr>
        <w:t xml:space="preserve">[42:14] </w:t>
      </w:r>
      <w:r>
        <w:t>ke tehat cheezein</w:t>
      </w:r>
    </w:p>
    <w:p>
      <w:pPr>
        <w:jc w:val="right"/>
      </w:pPr>
      <w:r>
        <w:t>کے تحت چیزیں</w:t>
      </w:r>
    </w:p>
    <w:p>
      <w:r>
        <w:rPr>
          <w:b/>
        </w:rPr>
        <w:t xml:space="preserve">[42:20] </w:t>
      </w:r>
      <w:r>
        <w:t>itni bari miqdar mein tayyar hone lagen jin ki khapat maqami taur par namumkin thi is ke nateeje</w:t>
      </w:r>
    </w:p>
    <w:p>
      <w:pPr>
        <w:jc w:val="right"/>
      </w:pPr>
      <w:r>
        <w:t>اتنی بڑی مقدار میں تیار ہونے لگیں جن کی کھپت مقامی طور پر ناممکن تھی اس کے نتیجے</w:t>
      </w:r>
    </w:p>
    <w:p>
      <w:r>
        <w:rPr>
          <w:b/>
        </w:rPr>
        <w:t xml:space="preserve">[42:27] </w:t>
      </w:r>
      <w:r>
        <w:t>mein market ka naya tasawwur paida hua cheezon ko commercial nazariye ke tehat tayyar kiya jaane laga is</w:t>
      </w:r>
    </w:p>
    <w:p>
      <w:pPr>
        <w:jc w:val="right"/>
      </w:pPr>
      <w:r>
        <w:t>میں مارکیٹ کا نیا تصور پیدا ہوا چیزوں کو کمرشل نظریے کے تحت تیار کیا جانے لگا اس</w:t>
      </w:r>
    </w:p>
    <w:p>
      <w:r>
        <w:rPr>
          <w:b/>
        </w:rPr>
        <w:t xml:space="preserve">[42:35] </w:t>
      </w:r>
      <w:r>
        <w:t>ke nateeje mein tareekh mein ek naya inqilab aaya jo qadeem zamane mein maujood na tha qadeem zamane</w:t>
      </w:r>
    </w:p>
    <w:p>
      <w:pPr>
        <w:jc w:val="right"/>
      </w:pPr>
      <w:r>
        <w:t>کے نتیجے میں تاریخ میں ایک نیا انقلاب آیا جو قدیم زمانے میں موجود نہ تھا قدیم زمانے</w:t>
      </w:r>
    </w:p>
    <w:p>
      <w:r>
        <w:rPr>
          <w:b/>
        </w:rPr>
        <w:t xml:space="preserve">[42:42] </w:t>
      </w:r>
      <w:r>
        <w:t>mein ek mutamraaz yaftah tabqa ya privileged class maujood hota tha mislan badshah aur land lord waghera sirf yeh</w:t>
      </w:r>
    </w:p>
    <w:p>
      <w:pPr>
        <w:jc w:val="right"/>
      </w:pPr>
      <w:r>
        <w:t>میں ایک مراعات یافتہ طبقہ یا پریولجڈ کلاس موجود ہوتا تھا مثلا بادشاہ اور لینڈ لارڈ وغیرہ صرف یہ</w:t>
      </w:r>
    </w:p>
    <w:p>
      <w:r>
        <w:rPr>
          <w:b/>
        </w:rPr>
        <w:t xml:space="preserve">[42:50] </w:t>
      </w:r>
      <w:r>
        <w:t>y log bari cheezon ko hasil kar sakte thay maujooda zamane mein jo commercial inqilab aaya is ke nateejay mein yeh hua ke har cheez har ek ke liye everything for everyone ka culture raij ho gaya ab har cheez har ek ki dastyab mein ho gayi yeh cheez pehle kabhi dunya mein maujood na thi mislan pehle zamane mein koi bari sawari sirf badshah ke liye mumkin thi ab har aadmi car aur hawai jahaz istemal kar raha hai pehle</w:t>
      </w:r>
    </w:p>
    <w:p>
      <w:pPr>
        <w:jc w:val="right"/>
      </w:pPr>
      <w:r>
        <w:t>ی لوگ بڑی چیزوں کو حاصل کر سکتے تھے موجودہ زمانے میں جو کمرشل انقلاب آیا اس کے نتیجے میں یہ ہوا کہ ہر چیز ہر ایک کے لیے ایوری تھنگ فار ایوری ون کا کلچر رائج ہو گیا اب ہر چیز ہر ایک کی دسترس میں ہو گئی یہ چیز پہلے کبھی دنیا میں موجود نہ تھی مثلا پہلے زمانے میں کوئی بڑی سواری صرف بادشاہ کے لیے ممکن تھی اب ہر آدمی کار اور ہوائی جہاز استعمال کر رہا ہے پہلے</w:t>
      </w:r>
    </w:p>
    <w:p>
      <w:r>
        <w:rPr>
          <w:b/>
        </w:rPr>
        <w:t xml:space="preserve">[43:20] </w:t>
      </w:r>
      <w:r>
        <w:t>zamane mein paigham rasan kabootar ya homing pigeon kisi bare aadmi ke liye qabil e istemal hua karti theen magar aaj hum age of communication ke zamane mein hain ab har insaan ke liye yeh mumkin ho gaya hai ke woh technology ka istemal kar ke paigham rasani ka bare se bara maqsad hasil kar sake waghera maujooda zamane mein yeh waqea bohat bare peymanay par anjam paya yeh goya mawaqe ke infijar ya appor</w:t>
      </w:r>
    </w:p>
    <w:p>
      <w:pPr>
        <w:jc w:val="right"/>
      </w:pPr>
      <w:r>
        <w:t>زمانے میں پیغام رساں کبوتر یا ہومنگ پجن کسی بڑے آدمی کے لیے قابل استعمال ہوا کرتی تھیں مگر آج ہم ایج آف کمیونیکیشن کے زمانے میں ہیں اب ہر انسان کے لیے یہ ممکن ہو گیا ہے کہ وہ ٹیکنالوجی کا استعمال کر کے پیغام رسانی کا بڑے سے بڑا مقصد حاصل کر سکے وغیرہ موجودہ زمانے میں یہ واقعہ بہت بڑے پیمانے پر انجام پایا یہ گویا مواقع کے انفجار یا اپر</w:t>
      </w:r>
    </w:p>
    <w:p>
      <w:r>
        <w:rPr>
          <w:b/>
        </w:rPr>
        <w:t xml:space="preserve">[43:50] </w:t>
      </w:r>
      <w:r>
        <w:t>chunity explosion ka zamana hai ab har aadmi ke liye yeh mumkin ho gaya hai ke woh jadeed</w:t>
      </w:r>
    </w:p>
    <w:p>
      <w:pPr>
        <w:jc w:val="right"/>
      </w:pPr>
      <w:r>
        <w:t>چونیٹی ایکسپلوژن کا زمانہ ہے اب ہر آدمی کے لیے یہ ممکن ہو گیا ہے کہ وہ جدید</w:t>
      </w:r>
    </w:p>
    <w:p>
      <w:r>
        <w:rPr>
          <w:b/>
        </w:rPr>
        <w:t xml:space="preserve">[43:57] </w:t>
      </w:r>
      <w:r>
        <w:t>mawaqe ko istemal kar ke bare se bara kaam anjam de sake yahi imkan poori tarah ahle iman</w:t>
      </w:r>
    </w:p>
    <w:p>
      <w:pPr>
        <w:jc w:val="right"/>
      </w:pPr>
      <w:r>
        <w:t>مواقع کو استعمال کر کے بڑے سے بڑا کام انجام دے سکے یہی امکان پوری طرح اہل ایمان</w:t>
      </w:r>
    </w:p>
    <w:p>
      <w:r>
        <w:rPr>
          <w:b/>
        </w:rPr>
        <w:t xml:space="preserve">[44:05] </w:t>
      </w:r>
      <w:r>
        <w:t>ke liye khula hua haiumumee taur par paida hone wala yeh imkan tareekh ka bilkul naya zahira</w:t>
      </w:r>
    </w:p>
    <w:p>
      <w:pPr>
        <w:jc w:val="right"/>
      </w:pPr>
      <w:r>
        <w:t>کے لیے کھلا ہوا ہے عمومی طور پر پیدا ہونے والا یہ امکان تاریخ کا بالکل نیا ظاہرہ</w:t>
      </w:r>
    </w:p>
    <w:p>
      <w:r>
        <w:rPr>
          <w:b/>
        </w:rPr>
        <w:t xml:space="preserve">[44:13] </w:t>
      </w:r>
      <w:r>
        <w:t>hai yeh naya zahira goya taeed culture hai</w:t>
      </w:r>
    </w:p>
    <w:p>
      <w:pPr>
        <w:jc w:val="right"/>
      </w:pPr>
      <w:r>
        <w:t>ہے یہ نیا ظاہرہ گویا تائید کلچر ہے</w:t>
      </w:r>
    </w:p>
    <w:p>
      <w:r>
        <w:rPr>
          <w:b/>
        </w:rPr>
        <w:t xml:space="preserve">[44:20] </w:t>
      </w:r>
      <w:r>
        <w:t>qital jihad qital aur jihad ka hukum Islam mein kya hai is mamle mein fuqaha e Islam ka maslak</w:t>
      </w:r>
    </w:p>
    <w:p>
      <w:pPr>
        <w:jc w:val="right"/>
      </w:pPr>
      <w:r>
        <w:t>قتال جہاد قتال اور جہاد کا حکم اسلام میں کیا ہے اس معاملے میں فقہائے اسلام کا مسلک</w:t>
      </w:r>
    </w:p>
    <w:p>
      <w:r>
        <w:rPr>
          <w:b/>
        </w:rPr>
        <w:t xml:space="preserve">[44:26] </w:t>
      </w:r>
      <w:r>
        <w:t>Saudi aalim Muhammad bin Ibrahim Al-Tuwaijri ne kisi qadar tafseel ke sath likha hai is ka khulasa yeh</w:t>
      </w:r>
    </w:p>
    <w:p>
      <w:pPr>
        <w:jc w:val="right"/>
      </w:pPr>
      <w:r>
        <w:t>سعودی عالم محمد بن ابراہیم التویجری نے کسی قدر تفصیل کے ساتھ لکھا ہے اس کا خلاصہ یہ</w:t>
      </w:r>
    </w:p>
    <w:p>
      <w:r>
        <w:rPr>
          <w:b/>
        </w:rPr>
        <w:t xml:space="preserve">[44:32] </w:t>
      </w:r>
      <w:r>
        <w:t>hai ke jihad ki do qismein hain jihad aur qital jihad se murad jihad dawat hai woh husn</w:t>
      </w:r>
    </w:p>
    <w:p>
      <w:pPr>
        <w:jc w:val="right"/>
      </w:pPr>
      <w:r>
        <w:t>ہے کہ جہاد کی دو قسمیں ہیں جہاد اور قتال جہاد سے مراد جہاد دعوت ہے وہ حسن</w:t>
      </w:r>
    </w:p>
    <w:p>
      <w:r>
        <w:rPr>
          <w:b/>
        </w:rPr>
        <w:t xml:space="preserve">[44:38] </w:t>
      </w:r>
      <w:r>
        <w:t>lizati hi hai is ke muqable mein qital husn li ghairi hi hai is ka maqsad lad kar fitne</w:t>
      </w:r>
    </w:p>
    <w:p>
      <w:pPr>
        <w:jc w:val="right"/>
      </w:pPr>
      <w:r>
        <w:t>لذاتی ہی ہے اس کے مقابلے میں قتال حسن لیغیری ہی ہے اس کا مقصد لڑ کر فتنے</w:t>
      </w:r>
    </w:p>
    <w:p>
      <w:r>
        <w:rPr>
          <w:b/>
        </w:rPr>
        <w:t xml:space="preserve">[44:44] </w:t>
      </w:r>
      <w:r>
        <w:t>ko khatam karna</w:t>
      </w:r>
    </w:p>
    <w:p>
      <w:pPr>
        <w:jc w:val="right"/>
      </w:pPr>
      <w:r>
        <w:t>کو ختم کرنا</w:t>
      </w:r>
    </w:p>
    <w:p>
      <w:r>
        <w:rPr>
          <w:b/>
        </w:rPr>
        <w:t xml:space="preserve">[44:50] </w:t>
      </w:r>
      <w:r>
        <w:t>hai kyunke is se dawat ke darwaze khul jaate hain dekhiye mawzuat al fiqh al Islami Muhammad bin Ibrahim Al-Tuwaijri</w:t>
      </w:r>
    </w:p>
    <w:p>
      <w:pPr>
        <w:jc w:val="right"/>
      </w:pPr>
      <w:r>
        <w:t>ہے کیونکہ اس سے دعوت کے دروازے کھل جاتے ہیں دیکھیے موصوعہ الفقہ الاسلامی محمد بن ابراہیم التویجری</w:t>
      </w:r>
    </w:p>
    <w:p>
      <w:r>
        <w:rPr>
          <w:b/>
        </w:rPr>
        <w:t xml:space="preserve">[44:58] </w:t>
      </w:r>
      <w:r>
        <w:t>bayt al afkar al dawliyah is ka matlab yeh hai ke Islam mein qital ka hukum ek muwaqqat ya temporary</w:t>
      </w:r>
    </w:p>
    <w:p>
      <w:pPr>
        <w:jc w:val="right"/>
      </w:pPr>
      <w:r>
        <w:t>بیت الافکار الدولیہ اس کا مطلب یہ ہے کہ اسلام میں قتال کا حکم ایک موقت یا ٹیمپریری</w:t>
      </w:r>
    </w:p>
    <w:p>
      <w:r>
        <w:rPr>
          <w:b/>
        </w:rPr>
        <w:t xml:space="preserve">[45:05] </w:t>
      </w:r>
      <w:r>
        <w:t>hukum hai aur jihad ka hukum ek mustaqil hukum qital fitne ko khatam karne ke liye hai jabke</w:t>
      </w:r>
    </w:p>
    <w:p>
      <w:pPr>
        <w:jc w:val="right"/>
      </w:pPr>
      <w:r>
        <w:t>حکم ہے اور جہاد کا حکم ایک مستقل حکم قتال فتنے کو ختم کرنے کے لیے ہے جبکہ</w:t>
      </w:r>
    </w:p>
    <w:p>
      <w:r>
        <w:rPr>
          <w:b/>
        </w:rPr>
        <w:t xml:space="preserve">[45:13] </w:t>
      </w:r>
      <w:r>
        <w:t>fitna khatam ho jaye to qital ka hukum bhi mauqoof ho jayega is ke muqable mein jihad</w:t>
      </w:r>
    </w:p>
    <w:p>
      <w:pPr>
        <w:jc w:val="right"/>
      </w:pPr>
      <w:r>
        <w:t>فتنہ ختم ہو جائے تو قتال کا حکم بھی موقوف ہو جائے گا اس کے مقابلے میں جہاد</w:t>
      </w:r>
    </w:p>
    <w:p>
      <w:r>
        <w:rPr>
          <w:b/>
        </w:rPr>
        <w:t xml:space="preserve">[45:21] </w:t>
      </w:r>
      <w:r>
        <w:t>baraye dawat Quran hai jihad baraye Quran ya baraye dawat ila Allah hamesha jari rahega yahi pur aman</w:t>
      </w:r>
    </w:p>
    <w:p>
      <w:pPr>
        <w:jc w:val="right"/>
      </w:pPr>
      <w:r>
        <w:t>برائے دعوت قرآن ہے جہاد برائے قرآن یا برائے دعوت الی اللہ ہمیشہ جاری رہے گا یہی پرامن</w:t>
      </w:r>
    </w:p>
    <w:p>
      <w:r>
        <w:rPr>
          <w:b/>
        </w:rPr>
        <w:t xml:space="preserve">[45:28] </w:t>
      </w:r>
      <w:r>
        <w:t>dawat tamam anbiya ka mission tha yeh kabhi mauqoof hone wala nahi Quran ke mutabiq peghambar ka kaam</w:t>
      </w:r>
    </w:p>
    <w:p>
      <w:pPr>
        <w:jc w:val="right"/>
      </w:pPr>
      <w:r>
        <w:t>دعوت تمام انبیاء کا مشن تھا یہ کبھی موقوف ہونے والا نہیں قرآن کے مطابق پیغمبر کا کام</w:t>
      </w:r>
    </w:p>
    <w:p>
      <w:r>
        <w:rPr>
          <w:b/>
        </w:rPr>
        <w:t xml:space="preserve">[45:36] </w:t>
      </w:r>
      <w:r>
        <w:t>undhar wa tabshir tha yani pur aman andaaz mein dawat tawheed ka kaam anjam dena yahi kaam peghambar ke</w:t>
      </w:r>
    </w:p>
    <w:p>
      <w:pPr>
        <w:jc w:val="right"/>
      </w:pPr>
      <w:r>
        <w:t>انظار و تبشیر تھا یعنی پرامن انداز میں دعوت توحید کا کام انجام دینا یہی کام پیغمبر کے</w:t>
      </w:r>
    </w:p>
    <w:p>
      <w:r>
        <w:rPr>
          <w:b/>
        </w:rPr>
        <w:t xml:space="preserve">[45:43] </w:t>
      </w:r>
      <w:r>
        <w:t>baad peghambar ki ummat ka hai yeh ek pur aman daawti jahad hai</w:t>
      </w:r>
    </w:p>
    <w:p>
      <w:pPr>
        <w:jc w:val="right"/>
      </w:pPr>
      <w:r>
        <w:t>بعد پیغمبر کی امت کا ہے یہ ایک پرامن دعوتی جدوجہد ہے</w:t>
      </w:r>
    </w:p>
    <w:p>
      <w:r>
        <w:rPr>
          <w:b/>
        </w:rPr>
        <w:t xml:space="preserve">[45:51] </w:t>
      </w:r>
      <w:r>
        <w:t>jo qayamat tak kisi tawaqquf ke baghair jari rahegi qayamat ke siwa koi bhi doosri cheez is</w:t>
      </w:r>
    </w:p>
    <w:p>
      <w:pPr>
        <w:jc w:val="right"/>
      </w:pPr>
      <w:r>
        <w:t>جو قیامت تک کسی توقف کے بغیر جاری رہے گی قیامت کے سوا کوئی بھی دوسری چیز اس</w:t>
      </w:r>
    </w:p>
    <w:p>
      <w:r>
        <w:rPr>
          <w:b/>
        </w:rPr>
        <w:t xml:space="preserve">[45:57] </w:t>
      </w:r>
      <w:r>
        <w:t>ko khatam karne wali nahi asal yeh hai ke Allah ne insan ko paida kar ke zameen par</w:t>
      </w:r>
    </w:p>
    <w:p>
      <w:pPr>
        <w:jc w:val="right"/>
      </w:pPr>
      <w:r>
        <w:t>کو ختم کرنے والی نہیں اصل یہ ہے کہ اللہ نے انسان کو پیدا کر کے زمین پر</w:t>
      </w:r>
    </w:p>
    <w:p>
      <w:r>
        <w:rPr>
          <w:b/>
        </w:rPr>
        <w:t xml:space="preserve">[46:03] </w:t>
      </w:r>
      <w:r>
        <w:t>abad kiya aur is ke baad dayyan e tawheed ko khada kiya jo hamesha pur aman andaaz mein insan ko</w:t>
      </w:r>
    </w:p>
    <w:p>
      <w:pPr>
        <w:jc w:val="right"/>
      </w:pPr>
      <w:r>
        <w:t>آباد کیا اور اس کے بعد دایان توحید کو کھڑا کیا جو ہمیشہ پرامن انداز میں انسان کو</w:t>
      </w:r>
    </w:p>
    <w:p>
      <w:r>
        <w:rPr>
          <w:b/>
        </w:rPr>
        <w:t xml:space="preserve">[46:09] </w:t>
      </w:r>
      <w:r>
        <w:t>اس کا مقصد حیات یا purpose of creation بتاتے رہے مگر بعد کے زمانے میں یہ ہوا کہ</w:t>
      </w:r>
    </w:p>
    <w:p>
      <w:pPr>
        <w:jc w:val="right"/>
      </w:pPr>
      <w:r>
        <w:t>اس کا مقصد حیات یا پرپس آف کریشن بتاتے رہے مگر بعد کے زمانے میں یہ ہوا کہ</w:t>
      </w:r>
    </w:p>
    <w:p>
      <w:r>
        <w:rPr>
          <w:b/>
        </w:rPr>
        <w:t xml:space="preserve">[46:15] </w:t>
      </w:r>
      <w:r>
        <w:t>dunya mein jabr</w:t>
      </w:r>
    </w:p>
    <w:p>
      <w:pPr>
        <w:jc w:val="right"/>
      </w:pPr>
      <w:r>
        <w:t>دنیا میں جبر</w:t>
      </w:r>
    </w:p>
    <w:p>
      <w:r>
        <w:rPr>
          <w:b/>
        </w:rPr>
        <w:t xml:space="preserve">[46:21] </w:t>
      </w:r>
      <w:r>
        <w:t>ya despotism ka nizam qaim ho gaya Khuda ke takhleeqi naqshe ke mutabiq yeh matloob hai ke insaan ke liye mazhab ke mamle mein hamesha options khule rahein magar jabr ke tehat yeh azadi dunya mein baqi na rahi insaan ko paband kar diya gaya ke woh hukmaran ke aqeeday ya belief ko maane warna us ko qatl kar diya jayega is soorat e haal ki bina par dunya se mazhabi azadi ka</w:t>
      </w:r>
    </w:p>
    <w:p>
      <w:pPr>
        <w:jc w:val="right"/>
      </w:pPr>
      <w:r>
        <w:t>یا ڈسپوٹیزم کا نظام قائم ہو گیا خدا کے تخلیقی نقشے کے مطابق یہ مطلوب ہے کہ انسان کے لیے مذہب کے معاملے میں ہمیشہ اپشنز کھلے رہیں لیکن جبر کے تحت یہ آزادی دنیا میں باقی نہ رہی انسان کو پابند کر دیا گیا کہ وہ حکمران کے عقیدے یا بیلیف کو مانے ورنہ اس کو قتل کر دیا جائے گا اس صورتحال کی بنا پر دنیا سے مذہبی آزادی کا</w:t>
      </w:r>
    </w:p>
    <w:p>
      <w:r>
        <w:rPr>
          <w:b/>
        </w:rPr>
        <w:t xml:space="preserve">[46:51] </w:t>
      </w:r>
      <w:r>
        <w:t>خاتمہ ہو گیا اور ساری دنیا میں مذہبی جبر یا religious persecution کا دور قائم ہو گیا یہ</w:t>
      </w:r>
    </w:p>
    <w:p>
      <w:pPr>
        <w:jc w:val="right"/>
      </w:pPr>
      <w:r>
        <w:t>خاتمہ ہو گیا اور ساری دنیا میں مذہبی جبر یا ریلیجیس پرسیکیوشن کا دور قائم ہو گیا یہ</w:t>
      </w:r>
    </w:p>
    <w:p>
      <w:r>
        <w:rPr>
          <w:b/>
        </w:rPr>
        <w:t xml:space="preserve">[46:59] </w:t>
      </w:r>
      <w:r>
        <w:t>soorat-e-haal khalq ke takhleeqi naqshay ke khilaaf thi is liye peghambar-e-aakhir uz-zamaan ke zariye quran mein yeh</w:t>
      </w:r>
    </w:p>
    <w:p>
      <w:pPr>
        <w:jc w:val="right"/>
      </w:pPr>
      <w:r>
        <w:t>صورتحال خالق کے تخلیقی نقشے کے خلاف تھی اس لیے پیغمبر آخر الزماں کے ذریعے قرآن میں یہ</w:t>
      </w:r>
    </w:p>
    <w:p>
      <w:r>
        <w:rPr>
          <w:b/>
        </w:rPr>
        <w:t xml:space="preserve">[47:06] </w:t>
      </w:r>
      <w:r>
        <w:t>hukm diya gaya wa qaatuloohum hatta la takuna fitnatun wa yakuna ad-deenu kulluhu lillah yaani aur un se lado yahan</w:t>
      </w:r>
    </w:p>
    <w:p>
      <w:pPr>
        <w:jc w:val="right"/>
      </w:pPr>
      <w:r>
        <w:t>حکم دیا گیا وقاتلوہم حتی لا تکون فتنۃ ویکون الدین کلہ للہ یعنی اور ان سے لڑو یہاں</w:t>
      </w:r>
    </w:p>
    <w:p>
      <w:r>
        <w:rPr>
          <w:b/>
        </w:rPr>
        <w:t xml:space="preserve">[47:14] </w:t>
      </w:r>
      <w:r>
        <w:t>tak ke fitna baaqi na rahe aur deen</w:t>
      </w:r>
    </w:p>
    <w:p>
      <w:pPr>
        <w:jc w:val="right"/>
      </w:pPr>
      <w:r>
        <w:t>تک کہ فتنہ باقی نہ رہے اور دین</w:t>
      </w:r>
    </w:p>
    <w:p>
      <w:r>
        <w:rPr>
          <w:b/>
        </w:rPr>
        <w:t xml:space="preserve">[47:21] </w:t>
      </w:r>
      <w:r>
        <w:t>sab allah ke liye ho jaaye quran ki is aayat mein fitne se muraad qadeem mazhabi jabr ka</w:t>
      </w:r>
    </w:p>
    <w:p>
      <w:pPr>
        <w:jc w:val="right"/>
      </w:pPr>
      <w:r>
        <w:t>سب اللہ کے لیے ہو جائے قرآن کی اس آیت میں فتنے سے مراد قدیم مذہبی جبر کا</w:t>
      </w:r>
    </w:p>
    <w:p>
      <w:r>
        <w:rPr>
          <w:b/>
        </w:rPr>
        <w:t xml:space="preserve">[47:27] </w:t>
      </w:r>
      <w:r>
        <w:t>nizaam hai jo khuda ke takhleeqi naqshay ke mutabiq na tha quran ne apne پیروؤں ko yeh hukm</w:t>
      </w:r>
    </w:p>
    <w:p>
      <w:pPr>
        <w:jc w:val="right"/>
      </w:pPr>
      <w:r>
        <w:t>نظام ہے جو خدا کے تخلیقی نقشے کے مطابق نہ تھا قرآن نے اپنے پیروؤں کو یہ حکم</w:t>
      </w:r>
    </w:p>
    <w:p>
      <w:r>
        <w:rPr>
          <w:b/>
        </w:rPr>
        <w:t xml:space="preserve">[47:33] </w:t>
      </w:r>
      <w:r>
        <w:t>diya ke hazaron saal se qaaim shuda is mazhabi jabr ke nizaam ko har haal mein khatm kar</w:t>
      </w:r>
    </w:p>
    <w:p>
      <w:pPr>
        <w:jc w:val="right"/>
      </w:pPr>
      <w:r>
        <w:t>دیا کہ ہزاروں سال سے قائم شدہ اس مذہبی جبر کے نظام کو ہر حال میں ختم کر</w:t>
      </w:r>
    </w:p>
    <w:p>
      <w:r>
        <w:rPr>
          <w:b/>
        </w:rPr>
        <w:t xml:space="preserve">[47:39] </w:t>
      </w:r>
      <w:r>
        <w:t>do khwah is ke liye tum ko jang karna pade is jang ka nishana sirf ek tha aur</w:t>
      </w:r>
    </w:p>
    <w:p>
      <w:pPr>
        <w:jc w:val="right"/>
      </w:pPr>
      <w:r>
        <w:t>دو خواہ اس کے لیے تم کو جنگ کرنا پڑے اس جنگ کا نشانہ صرف ایک تھا اور</w:t>
      </w:r>
    </w:p>
    <w:p>
      <w:r>
        <w:rPr>
          <w:b/>
        </w:rPr>
        <w:t xml:space="preserve">[47:45] </w:t>
      </w:r>
      <w:r>
        <w:t>woh yeh ke khalq ke takhleeqi naqshay ke mutabiq</w:t>
      </w:r>
    </w:p>
    <w:p>
      <w:pPr>
        <w:jc w:val="right"/>
      </w:pPr>
      <w:r>
        <w:t>وہ یہ کہ خالق کے تخلیقی نقشے کے مطابق</w:t>
      </w:r>
    </w:p>
    <w:p>
      <w:r>
        <w:rPr>
          <w:b/>
        </w:rPr>
        <w:t xml:space="preserve">[47:51] </w:t>
      </w:r>
      <w:r>
        <w:t>عقیدہ یا belief ke mamle mein insan ke liye tamam options khul jaen is mamle mein insan ke</w:t>
      </w:r>
    </w:p>
    <w:p>
      <w:pPr>
        <w:jc w:val="right"/>
      </w:pPr>
      <w:r>
        <w:t>عقیدہ یا بیلیف کے معاملے میں انسان کے لیے تمام اپشنز کھل جائیں اس معاملے میں انسان کے</w:t>
      </w:r>
    </w:p>
    <w:p>
      <w:r>
        <w:rPr>
          <w:b/>
        </w:rPr>
        <w:t xml:space="preserve">[47:59] </w:t>
      </w:r>
      <w:r>
        <w:t>liye koi jabr baaqi na rahe saatveen sadi isvi mein peghambar aur ashaab-e-peghambar ke zariye yeh operation</w:t>
      </w:r>
    </w:p>
    <w:p>
      <w:pPr>
        <w:jc w:val="right"/>
      </w:pPr>
      <w:r>
        <w:t>لیے کوئی جبر باقی نہ رہے ساتویں صدی عیسوی میں پیغمبر اور اصحاب پیغمبر کے ذریعے یہ آپریشن</w:t>
      </w:r>
    </w:p>
    <w:p>
      <w:r>
        <w:rPr>
          <w:b/>
        </w:rPr>
        <w:t xml:space="preserve">[48:06] </w:t>
      </w:r>
      <w:r>
        <w:t>shuru hua aur unhi ke zamane mein is operation ka bada hissa anjaam pa gaya pehle qabaili nizaam</w:t>
      </w:r>
    </w:p>
    <w:p>
      <w:pPr>
        <w:jc w:val="right"/>
      </w:pPr>
      <w:r>
        <w:t>شروع ہوا اور انہی کے زمانے میں اس آپریشن کا بڑا حصہ انجام پا گیا پہلے قبائلی نظام</w:t>
      </w:r>
    </w:p>
    <w:p>
      <w:r>
        <w:rPr>
          <w:b/>
        </w:rPr>
        <w:t xml:space="preserve">[48:14] </w:t>
      </w:r>
      <w:r>
        <w:t>ya tribal system khatam hua uske baad waqt ke do bade empire Sasani Saltanat</w:t>
      </w:r>
    </w:p>
    <w:p>
      <w:pPr>
        <w:jc w:val="right"/>
      </w:pPr>
      <w:r>
        <w:t>یا ٹرائبل سسٹم ختم ہوا اس کے بعد وقت کے دو بڑے ایمپائر ساسانی سلطنت</w:t>
      </w:r>
    </w:p>
    <w:p>
      <w:r>
        <w:rPr>
          <w:b/>
        </w:rPr>
        <w:t xml:space="preserve">[48:22] </w:t>
      </w:r>
      <w:r>
        <w:t>اور بازنتینی سلطنت کا خاتمہ ہو گیا جو کہ اس زمانے میں سیاسی جبر کے نظام کے two</w:t>
      </w:r>
    </w:p>
    <w:p>
      <w:pPr>
        <w:jc w:val="right"/>
      </w:pPr>
      <w:r>
        <w:t>اور بازنتینی سلطنت کا خاتمہ ہو گیا جو کہ اس زمانے میں سیاسی جبر کے نظام کے دو</w:t>
      </w:r>
    </w:p>
    <w:p>
      <w:r>
        <w:rPr>
          <w:b/>
        </w:rPr>
        <w:t xml:space="preserve">[48:29] </w:t>
      </w:r>
      <w:r>
        <w:t>bade markaz banay hue the is ke baad tareekh mein ek inquilaabi amal ya revolutionary process shuru hua</w:t>
      </w:r>
    </w:p>
    <w:p>
      <w:pPr>
        <w:jc w:val="right"/>
      </w:pPr>
      <w:r>
        <w:t>بڑے مرکز بنے ہوئے تھے اس کے بعد تاریخ میں ایک انقلابی عمل یا ریولوشنری پروسیس شروع ہوا</w:t>
      </w:r>
    </w:p>
    <w:p>
      <w:r>
        <w:rPr>
          <w:b/>
        </w:rPr>
        <w:t xml:space="preserve">[48:37] </w:t>
      </w:r>
      <w:r>
        <w:t>yeh amal mukhtalif marhalon se hote hue musalsal taur par tareekh mein jaari raha yahan tak ke 1789</w:t>
      </w:r>
    </w:p>
    <w:p>
      <w:pPr>
        <w:jc w:val="right"/>
      </w:pPr>
      <w:r>
        <w:t>یہ عمل مختلف مراحل سے ہوتے ہوئے مسلسل طور پر تاریخ میں جاری رہا یہاں تک کہ 1789</w:t>
      </w:r>
    </w:p>
    <w:p>
      <w:r>
        <w:rPr>
          <w:b/>
        </w:rPr>
        <w:t xml:space="preserve">[48:44] </w:t>
      </w:r>
      <w:r>
        <w:t>mein woh waqea pesh aaya jis ko inquilaab-e-farans ya French Revolution kaha jaata hai inquilaab-e-farans</w:t>
      </w:r>
    </w:p>
    <w:p>
      <w:pPr>
        <w:jc w:val="right"/>
      </w:pPr>
      <w:r>
        <w:t>میں وہ واقعہ پیش آیا جس کو انقلاب فرانس یا فرنچ ریولوشن کہا جاتا ہے انقلاب فرانس</w:t>
      </w:r>
    </w:p>
    <w:p>
      <w:r>
        <w:rPr>
          <w:b/>
        </w:rPr>
        <w:t xml:space="preserve">[48:52] </w:t>
      </w:r>
      <w:r>
        <w:t>goya khatm e fitna ke amal ya process ka nuqta intaha ya culmination tha ab qital ki koi zaroorat nahi ab ahl e tauheed ko sirf pur aman dawat ka kaam karna hai musalmanon ki baad ki tareekh mein is mamle mein ek fikri tabdeeli paida ho gayi woh yeh ke umumee taur par qital o jihad ko ham maeni alfaaz ke taur par istemal kiya jane laga yeh bilashuba ek fikri inhiraaf</w:t>
      </w:r>
    </w:p>
    <w:p>
      <w:pPr>
        <w:jc w:val="right"/>
      </w:pPr>
      <w:r>
        <w:t>گویا ختم فتنہ کے عمل یا پروسیس کا نقطہ انتہا یا کلمینیشن تھا اب قتال کی کوئی ضرورت نہیں اب اہل توحید کو صرف پرامن دعوت کا کام کرنا ہے مسلمانوں کی بعد کی تاریخ میں اس معاملے میں ایک فکری تبدیلی پیدا ہوگئی وہ یہ کہ عمومی طور پر قتال و جہاد کو ہم معنی الفاظ کے طور پر استعمال کیا جانے لگا یہ بلاشبہ ایک فکری انحراف</w:t>
      </w:r>
    </w:p>
    <w:p>
      <w:r>
        <w:rPr>
          <w:b/>
        </w:rPr>
        <w:t xml:space="preserve">[49:22] </w:t>
      </w:r>
      <w:r>
        <w:t>tha is fikri inhiraaf ki bina par yeh nuksaan waqe hua ke qitaal ek mustaqil amal ke taur</w:t>
      </w:r>
    </w:p>
    <w:p>
      <w:pPr>
        <w:jc w:val="right"/>
      </w:pPr>
      <w:r>
        <w:t>تھا اس فکری انحراف کی بنا پر یہ نقصان واقع ہوا کہ قتال ایک مستقل عمل کے طور</w:t>
      </w:r>
    </w:p>
    <w:p>
      <w:r>
        <w:rPr>
          <w:b/>
        </w:rPr>
        <w:t xml:space="preserve">[49:29] </w:t>
      </w:r>
      <w:r>
        <w:t>par musalmanon ke darmiyan jaari ho gaya aur da'wat ilallah jo asal maqsood tha woh amalan pas</w:t>
      </w:r>
    </w:p>
    <w:p>
      <w:pPr>
        <w:jc w:val="right"/>
      </w:pPr>
      <w:r>
        <w:t>پر مسلمانوں کے درمیان جاری ہو گیا اور دعوت الی اللہ جو اصل مقصود تھا وہ عملا پس</w:t>
      </w:r>
    </w:p>
    <w:p>
      <w:r>
        <w:rPr>
          <w:b/>
        </w:rPr>
        <w:t xml:space="preserve">[49:37] </w:t>
      </w:r>
      <w:r>
        <w:t>pusht pad gaya musalmanon ke darmiyan inhiraaf ka yeh silsila aaj tak jaari hai islam apni haqeeqat ke</w:t>
      </w:r>
    </w:p>
    <w:p>
      <w:pPr>
        <w:jc w:val="right"/>
      </w:pPr>
      <w:r>
        <w:t>پشت پڑ گیا مسلمانوں کے درمیان انحراف کا یہ سلسلہ آج تک جاری ہے اسلام اپنی حقیقت کے</w:t>
      </w:r>
    </w:p>
    <w:p>
      <w:r>
        <w:rPr>
          <w:b/>
        </w:rPr>
        <w:t xml:space="preserve">[49:45] </w:t>
      </w:r>
      <w:r>
        <w:t>aitbaar se insaan ke saath hamdardi aur khair khwahi ka mazhab hai islam ki taleem</w:t>
      </w:r>
    </w:p>
    <w:p>
      <w:pPr>
        <w:jc w:val="right"/>
      </w:pPr>
      <w:r>
        <w:t>اعتبار سے انسان کے ساتھ ہمدردی اور خیر خواہی کا مذہب ہے اسلام کی تعلیم</w:t>
      </w:r>
    </w:p>
    <w:p>
      <w:r>
        <w:rPr>
          <w:b/>
        </w:rPr>
        <w:t xml:space="preserve">[49:52] </w:t>
      </w:r>
      <w:r>
        <w:t>yeh hai ke bazahir agar kuch log tum ko apne dushman nazar aayein to apne husn-e-akhlaaq se</w:t>
      </w:r>
    </w:p>
    <w:p>
      <w:pPr>
        <w:jc w:val="right"/>
      </w:pPr>
      <w:r>
        <w:t>یہ ہے کہ بظاہر اگر کچھ لوگ تم کو اپنے دشمن نظر آئیں تو اپنے حسن اخلاق سے</w:t>
      </w:r>
    </w:p>
    <w:p>
      <w:r>
        <w:rPr>
          <w:b/>
        </w:rPr>
        <w:t xml:space="preserve">[50:00] </w:t>
      </w:r>
      <w:r>
        <w:t>un ko apna dost banao magar baad ke zamane mein jab qitaal ko jihad ke ma'ne mein istemaal</w:t>
      </w:r>
    </w:p>
    <w:p>
      <w:pPr>
        <w:jc w:val="right"/>
      </w:pPr>
      <w:r>
        <w:t>ان کو اپنا دوست بناؤ مگر بعد کے زمانے میں جب قتال کو جہاد کے معنی میں استعمال</w:t>
      </w:r>
    </w:p>
    <w:p>
      <w:r>
        <w:rPr>
          <w:b/>
        </w:rPr>
        <w:t xml:space="preserve">[50:07] </w:t>
      </w:r>
      <w:r>
        <w:t>کیا جانے لگا تو صورتحال بدل گئی اب مسلمانوں میں ہم اور وہ we and they کا تفریقی</w:t>
      </w:r>
    </w:p>
    <w:p>
      <w:pPr>
        <w:jc w:val="right"/>
      </w:pPr>
      <w:r>
        <w:t>کیا جانے لگا تو صورتحال بدل گئی اب مسلمانوں میں ہم اور وہ وی اینڈ ڈے کا تفریقی</w:t>
      </w:r>
    </w:p>
    <w:p>
      <w:r>
        <w:rPr>
          <w:b/>
        </w:rPr>
        <w:t xml:space="preserve">[50:15] </w:t>
      </w:r>
      <w:r>
        <w:t>culture farogh paane laga ab musalmanon mein ek nayi tafreeq wajood mein aayi is tafreeq ke tehat</w:t>
      </w:r>
    </w:p>
    <w:p>
      <w:pPr>
        <w:jc w:val="right"/>
      </w:pPr>
      <w:r>
        <w:t>کلچر فروغ پانے لگا اب مسلمانوں میں ایک نئی تفریق وجود میں آئی اس تفریق کے تحت</w:t>
      </w:r>
    </w:p>
    <w:p>
      <w:r>
        <w:rPr>
          <w:b/>
        </w:rPr>
        <w:t xml:space="preserve">[50:23] </w:t>
      </w:r>
      <w:r>
        <w:t>kuch log apne the aur kuch ghair the kuch momin the aur kuch kaafir kuch dost the aur</w:t>
      </w:r>
    </w:p>
    <w:p>
      <w:pPr>
        <w:jc w:val="right"/>
      </w:pPr>
      <w:r>
        <w:t>کچھ لوگ اپنے تھے اور کچھ غیر تھے کچھ مومن تھے اور کچھ کافر کچھ دوست تھے اور</w:t>
      </w:r>
    </w:p>
    <w:p>
      <w:r>
        <w:rPr>
          <w:b/>
        </w:rPr>
        <w:t xml:space="preserve">[50:30] </w:t>
      </w:r>
      <w:r>
        <w:t>kuch dushman is tafreeq ki bina par musalmanon mein adam bardasht ya intolerance ka culture paida hua yeh</w:t>
      </w:r>
    </w:p>
    <w:p>
      <w:pPr>
        <w:jc w:val="right"/>
      </w:pPr>
      <w:r>
        <w:t>کچھ دشمن اس تفریق کی بنا پر مسلمانوں میں عدم برداشت یا انٹولرنس کا کلچر پیدا ہوا یہ</w:t>
      </w:r>
    </w:p>
    <w:p>
      <w:r>
        <w:rPr>
          <w:b/>
        </w:rPr>
        <w:t xml:space="preserve">[50:38] </w:t>
      </w:r>
      <w:r>
        <w:t>کلچر بڑھتے بڑھتے جنگ اور خودکش بمباری یا suicide bombing تک پہنچ گیا مسلمانوں کے درمیان یہ صورتحال</w:t>
      </w:r>
    </w:p>
    <w:p>
      <w:pPr>
        <w:jc w:val="right"/>
      </w:pPr>
      <w:r>
        <w:t>کلچر بڑھتے بڑھتے جنگ اور خودکش بمباری یا سوئیسائیڈ بمبنگ تک پہنچ گیا مسلمانوں کے درمیان یہ صورتحال</w:t>
      </w:r>
    </w:p>
    <w:p>
      <w:r>
        <w:rPr>
          <w:b/>
        </w:rPr>
        <w:t xml:space="preserve">[50:45] </w:t>
      </w:r>
      <w:r>
        <w:t>bila shubah ek mahluk soorat-e-haal hai is ka wahid hal yeh hai ke musalman</w:t>
      </w:r>
    </w:p>
    <w:p>
      <w:pPr>
        <w:jc w:val="right"/>
      </w:pPr>
      <w:r>
        <w:t>بلاشبہ ایک مہلک صورتحال ہے اس کا واحد حل یہ ہے کہ مسلمان</w:t>
      </w:r>
    </w:p>
    <w:p>
      <w:r>
        <w:rPr>
          <w:b/>
        </w:rPr>
        <w:t xml:space="preserve">[50:53] </w:t>
      </w:r>
      <w:r>
        <w:t>ijtimai toba karein woh pur-tashaddud qitaal ke culture ko mukammal taur par chhod dein aur pur-aman da'wat ke</w:t>
      </w:r>
    </w:p>
    <w:p>
      <w:pPr>
        <w:jc w:val="right"/>
      </w:pPr>
      <w:r>
        <w:t>اجتماعی توبہ کریں وہ پرتشدد قتال کے کلچر کو مکمل طور پر چھوڑ دیں اور پرامن دعوت کے</w:t>
      </w:r>
    </w:p>
    <w:p>
      <w:r>
        <w:rPr>
          <w:b/>
        </w:rPr>
        <w:t xml:space="preserve">[51:00] </w:t>
      </w:r>
      <w:r>
        <w:t>culture ko poori tarah ikhtiyar kar lein is ijtimaai toba mein musalmanon ke liye dunya ki falaah bhi</w:t>
      </w:r>
    </w:p>
    <w:p>
      <w:pPr>
        <w:jc w:val="right"/>
      </w:pPr>
      <w:r>
        <w:t>کلچر کو پوری طرح اختیار کر لیں اس اجتماعی توبہ میں مسلمانوں کے لیے دنیا کی فلاح بھی</w:t>
      </w:r>
    </w:p>
    <w:p>
      <w:r>
        <w:rPr>
          <w:b/>
        </w:rPr>
        <w:t xml:space="preserve">[51:08] </w:t>
      </w:r>
      <w:r>
        <w:t>hai aur akhirat ki falah bhi muawin islam tehzeeb qadeem yunani tehzeeb se le kar jadeed maghribi tehzeeb</w:t>
      </w:r>
    </w:p>
    <w:p>
      <w:pPr>
        <w:jc w:val="right"/>
      </w:pPr>
      <w:r>
        <w:t>ہے اور آخرت کی فلاح بھی معاون اسلام تہذیب قدیم یونانی تہذیب سے لے کر جدید مغربی تہذیب</w:t>
      </w:r>
    </w:p>
    <w:p>
      <w:r>
        <w:rPr>
          <w:b/>
        </w:rPr>
        <w:t xml:space="preserve">[51:15] </w:t>
      </w:r>
      <w:r>
        <w:t>ya western civilization tak taqreeban sau</w:t>
      </w:r>
    </w:p>
    <w:p>
      <w:pPr>
        <w:jc w:val="right"/>
      </w:pPr>
      <w:r>
        <w:t>یا ویسٹرن سویلائزیشن تک تقریباً سو</w:t>
      </w:r>
    </w:p>
    <w:p>
      <w:r>
        <w:rPr>
          <w:b/>
        </w:rPr>
        <w:t xml:space="preserve">[51:23] </w:t>
      </w:r>
      <w:r>
        <w:t>tehzeeben dunya mein pai gayi hain magar jadeed maghribi tehzeeb aik munfarid tehzeeb hai baqi tamam tehzeeben siyasi</w:t>
      </w:r>
    </w:p>
    <w:p>
      <w:pPr>
        <w:jc w:val="right"/>
      </w:pPr>
      <w:r>
        <w:t>تہذیبیں دنیا میں پائی گئی ہیں مگر جدید مغربی تہذیب ایک منفرد تہذیب ہے بقیہ تمام تہذیبیں سیاسی</w:t>
      </w:r>
    </w:p>
    <w:p>
      <w:r>
        <w:rPr>
          <w:b/>
        </w:rPr>
        <w:t xml:space="preserve">[51:30] </w:t>
      </w:r>
      <w:r>
        <w:t>inqalab ke tehat wajood mein aayin jabke jadeed maghribi tehzeeb istisnai taur par science ka inqalab ya scientific revolution</w:t>
      </w:r>
    </w:p>
    <w:p>
      <w:pPr>
        <w:jc w:val="right"/>
      </w:pPr>
      <w:r>
        <w:t>انقلاب کے تحت وجود میں آئیں جبکہ جدید مغربی تہذیب استثنائی طور پر سائنسی انقلاب یا سائنٹیفک ریولوشن</w:t>
      </w:r>
    </w:p>
    <w:p>
      <w:r>
        <w:rPr>
          <w:b/>
        </w:rPr>
        <w:t xml:space="preserve">[51:38] </w:t>
      </w:r>
      <w:r>
        <w:t>ke tehat wajood mein aayi qadeem tehzeebon ke bani siyasi hukmaran hua karte thay magar jadeed maghribi tehzeeb</w:t>
      </w:r>
    </w:p>
    <w:p>
      <w:pPr>
        <w:jc w:val="right"/>
      </w:pPr>
      <w:r>
        <w:t>کے تحت وجود میں آئی قدیم تہذیبوں کے بانی سیاسی حکمران ہوا کرتے تھے مگر جدید مغربی تہذیب</w:t>
      </w:r>
    </w:p>
    <w:p>
      <w:r>
        <w:rPr>
          <w:b/>
        </w:rPr>
        <w:t xml:space="preserve">[51:46] </w:t>
      </w:r>
      <w:r>
        <w:t>ko wajood mein laane wale woh log hain jin ko science dan ya scientists kaha jata hai</w:t>
      </w:r>
    </w:p>
    <w:p>
      <w:pPr>
        <w:jc w:val="right"/>
      </w:pPr>
      <w:r>
        <w:t>کو وجود میں لانے والے وہ لوگ ہیں جن کو سائنسدان یا سائنٹسٹس کہا جاتا ہے</w:t>
      </w:r>
    </w:p>
    <w:p>
      <w:r>
        <w:rPr>
          <w:b/>
        </w:rPr>
        <w:t xml:space="preserve">[51:53] </w:t>
      </w:r>
      <w:r>
        <w:t>tehzeeb ki tareekh mein Islami tehzeeb ya Muslim tehzeeb ka naam bhi aata hai magar ba aitbar e haqeeqat yeh durust nahi jis cheez ko Islami tehzeeb kaha jata hai woh apni haqeeqat ke aitbar se Islami tehzeeb na thi balke woh qadeem yunani ya romi tehzeeb ki tausee ya expansion thi what is called islamic civilization was in fact a modified version of graeco roman civilization tehz</w:t>
      </w:r>
    </w:p>
    <w:p>
      <w:pPr>
        <w:jc w:val="right"/>
      </w:pPr>
      <w:r>
        <w:t>تہذیب کی تاریخ میں اسلامی تہذیب یا مسلم تہذیب کا نام بھی آتا ہے مگر بااعتبار حقیقت یہ درست نہیں جس چیز کو اسلامی تہذیب کہا جاتا ہے وہ اپنی حقیقت کے اعتبار سے اسلامی تہذیب نہ تھی بلکہ وہ قدیم یونانی یا رومی تہذیب کی توسیع یا ایکسپینشن تھی واٹ از کالڈ اسلامک سویلائزیشن واز ان فیکٹ ا موڈیفائیڈ ورژن آف گریکو رومن سویلائزیشن تہذ</w:t>
      </w:r>
    </w:p>
    <w:p>
      <w:r>
        <w:rPr>
          <w:b/>
        </w:rPr>
        <w:t xml:space="preserve">[52:23] </w:t>
      </w:r>
      <w:r>
        <w:t>tehzeeb ya civilization ke liye maujooda arab dunya mein hazara ki istilaah istemal ki jati hai lekin islam</w:t>
      </w:r>
    </w:p>
    <w:p>
      <w:pPr>
        <w:jc w:val="right"/>
      </w:pPr>
      <w:r>
        <w:t>یب یا سویلائزیشن کے لیے موجودہ عرب دنیا میں ہزارہ کی اصطلاح استعمال کی جاتی ہے لیکن اسلام</w:t>
      </w:r>
    </w:p>
    <w:p>
      <w:r>
        <w:rPr>
          <w:b/>
        </w:rPr>
        <w:t xml:space="preserve">[52:31] </w:t>
      </w:r>
      <w:r>
        <w:t>ke dono masadir ya sources quran aur hadith is lafz se khali hain quran aur sunnat mein islami</w:t>
      </w:r>
    </w:p>
    <w:p>
      <w:pPr>
        <w:jc w:val="right"/>
      </w:pPr>
      <w:r>
        <w:t>کے دونوں مصادر یا سورسز قرآن اور حدیث اس لفظ سے خالی ہیں قرآن اور سنت میں اسلامی</w:t>
      </w:r>
    </w:p>
    <w:p>
      <w:r>
        <w:rPr>
          <w:b/>
        </w:rPr>
        <w:t xml:space="preserve">[52:38] </w:t>
      </w:r>
      <w:r>
        <w:t>hazara ka yeh tasawwur maujood nahi ulma e mutaqadmeen ki kitabon mein se koi kitab islami hazara ke mozu</w:t>
      </w:r>
    </w:p>
    <w:p>
      <w:pPr>
        <w:jc w:val="right"/>
      </w:pPr>
      <w:r>
        <w:t>ہزارہ کا یہ تصور موجود نہیں علمائے متقدمین کی کتابوں میں سے کوئی کتاب اسلامی ہزارہ کے موضوع</w:t>
      </w:r>
    </w:p>
    <w:p>
      <w:r>
        <w:rPr>
          <w:b/>
        </w:rPr>
        <w:t xml:space="preserve">[52:46] </w:t>
      </w:r>
      <w:r>
        <w:t>par pai nahi jati is liye yeh kehna sahi hoga ke islami hazara aik</w:t>
      </w:r>
    </w:p>
    <w:p>
      <w:pPr>
        <w:jc w:val="right"/>
      </w:pPr>
      <w:r>
        <w:t>پر پائی نہیں جاتی اس لیے یہ کہنا صحیح ہوگا کہ اسلامی ہزارہ ایک</w:t>
      </w:r>
    </w:p>
    <w:p>
      <w:r>
        <w:rPr>
          <w:b/>
        </w:rPr>
        <w:t xml:space="preserve">[52:54] </w:t>
      </w:r>
      <w:r>
        <w:t>mubtadiyana tasawwur hai is istilaah ka ma khaz wahi cheez hai jis ko quran mein mudahajat kaha gaya hai</w:t>
      </w:r>
    </w:p>
    <w:p>
      <w:pPr>
        <w:jc w:val="right"/>
      </w:pPr>
      <w:r>
        <w:t>مبتدیانہ تصور ہے اس اصطلاح کا ماخذ وہی چیز ہے جس کو قرآن میں مضاحات کہا گیا ہے</w:t>
      </w:r>
    </w:p>
    <w:p>
      <w:r>
        <w:rPr>
          <w:b/>
        </w:rPr>
        <w:t xml:space="preserve">[53:01] </w:t>
      </w:r>
      <w:r>
        <w:t>is mozu par mazeed ghor o fikr se maloom hota hai ke islam mein islami tehzeeb ka tasawwur</w:t>
      </w:r>
    </w:p>
    <w:p>
      <w:pPr>
        <w:jc w:val="right"/>
      </w:pPr>
      <w:r>
        <w:t>اس موضوع پر مزید غور و فکر سے معلوم ہوتا ہے کہ اسلام میں اسلامی تہذیب کا تصور</w:t>
      </w:r>
    </w:p>
    <w:p>
      <w:r>
        <w:rPr>
          <w:b/>
        </w:rPr>
        <w:t xml:space="preserve">[53:09] </w:t>
      </w:r>
      <w:r>
        <w:t>maujood nahi hai albata islam mein islam ki muawin tehzeeb ya supporting civilization ka tasawwur maujood hai yeh</w:t>
      </w:r>
    </w:p>
    <w:p>
      <w:pPr>
        <w:jc w:val="right"/>
      </w:pPr>
      <w:r>
        <w:t>موجود نہیں ہے البتہ اسلام میں اسلام کی معید تہذیب یا سپورٹنگ سویلائزیشن کا تصور موجود ہے یہ</w:t>
      </w:r>
    </w:p>
    <w:p>
      <w:r>
        <w:rPr>
          <w:b/>
        </w:rPr>
        <w:t xml:space="preserve">[53:16] </w:t>
      </w:r>
      <w:r>
        <w:t>tasawwur paighambar e islam sallallahu alaihi wasallam ke aik qaul se akhaz hota hai</w:t>
      </w:r>
    </w:p>
    <w:p>
      <w:pPr>
        <w:jc w:val="right"/>
      </w:pPr>
      <w:r>
        <w:t>تصور پیغمبر اسلام صلی اللہ علیہ وسلم کے ایک قول سے اخذ ہوتا ہے</w:t>
      </w:r>
    </w:p>
    <w:p>
      <w:r>
        <w:rPr>
          <w:b/>
        </w:rPr>
        <w:t xml:space="preserve">[53:24] </w:t>
      </w:r>
      <w:r>
        <w:t>yeh riwayat hadith ki kitabon mein mukhtalif alfaaz mein maujood hai musnad ahmad ke alfaaz yeh hain in</w:t>
      </w:r>
    </w:p>
    <w:p>
      <w:pPr>
        <w:jc w:val="right"/>
      </w:pPr>
      <w:r>
        <w:t>یہ روایت حدیث کی کتابوں میں مختلف الفاظ میں موجود ہے مسند احمد کے الفاظ یہ ہیں ان</w:t>
      </w:r>
    </w:p>
    <w:p>
      <w:r>
        <w:rPr>
          <w:b/>
        </w:rPr>
        <w:t xml:space="preserve">[53:31] </w:t>
      </w:r>
      <w:r>
        <w:t>allah sayu'eed hadha ad-deen bi-qawmin la khalaqa lahum yani mustaqbil mein zaroor aisa hoga ke allah taala is</w:t>
      </w:r>
    </w:p>
    <w:p>
      <w:pPr>
        <w:jc w:val="right"/>
      </w:pPr>
      <w:r>
        <w:t>اللہ سیعید هذا الدین باقوام لا خلاق لہم یعنی مستقبل میں ضرور ایسا ہوگا کہ اللہ تعالی اس</w:t>
      </w:r>
    </w:p>
    <w:p>
      <w:r>
        <w:rPr>
          <w:b/>
        </w:rPr>
        <w:t xml:space="preserve">[53:39] </w:t>
      </w:r>
      <w:r>
        <w:t>deen ki taeed aise logon ke zariye karega jin ka deen mein hissa na hoga paighambar e islam</w:t>
      </w:r>
    </w:p>
    <w:p>
      <w:pPr>
        <w:jc w:val="right"/>
      </w:pPr>
      <w:r>
        <w:t>دین کی تائید ایسے لوگوں کے ذریعے کرے گا جن کا دین میں حصہ نہ ہوگا پیغمبر اسلام</w:t>
      </w:r>
    </w:p>
    <w:p>
      <w:r>
        <w:rPr>
          <w:b/>
        </w:rPr>
        <w:t xml:space="preserve">[53:46] </w:t>
      </w:r>
      <w:r>
        <w:t>sallallahu alaihi wasallam ki yeh baat aik paishangoi ya prediction thi yeh paish</w:t>
      </w:r>
    </w:p>
    <w:p>
      <w:pPr>
        <w:jc w:val="right"/>
      </w:pPr>
      <w:r>
        <w:t>صلی اللہ علیہ وسلم کی یہ بات ایک پیشنگوئی یا پریڈکشن تھی یہ پیش</w:t>
      </w:r>
    </w:p>
    <w:p>
      <w:r>
        <w:rPr>
          <w:b/>
        </w:rPr>
        <w:t xml:space="preserve">[53:54] </w:t>
      </w:r>
      <w:r>
        <w:t>angoee aap ne saatvi sadi isvi mein ki ab hum ikkiisvi sadi mein hain jabke is paishangoi ko</w:t>
      </w:r>
    </w:p>
    <w:p>
      <w:pPr>
        <w:jc w:val="right"/>
      </w:pPr>
      <w:r>
        <w:t>نگوئی آپ نے ساتویں صدی عیسوی میں کی اب ہم اکیسویں صدی میں ہیں جبکہ اس پیشنگوئی کو</w:t>
      </w:r>
    </w:p>
    <w:p>
      <w:r>
        <w:rPr>
          <w:b/>
        </w:rPr>
        <w:t xml:space="preserve">[54:00] </w:t>
      </w:r>
      <w:r>
        <w:t>choda sau saal se zyada guzar chuke hain yeh lambi muddat yeh yaqeen karne ke liye kafi hai</w:t>
      </w:r>
    </w:p>
    <w:p>
      <w:pPr>
        <w:jc w:val="right"/>
      </w:pPr>
      <w:r>
        <w:t>چودہ سو سال سے زیادہ گزر چکے ہیں یہ لمبی مدت یہ یقین کرنے کے لیے کافی ہے</w:t>
      </w:r>
    </w:p>
    <w:p>
      <w:r>
        <w:rPr>
          <w:b/>
        </w:rPr>
        <w:t xml:space="preserve">[54:06] </w:t>
      </w:r>
      <w:r>
        <w:t>ke ab yeh paighambarana paishangoi yaqeenan poori ho chuki zaroorat sirf yeh hai ke hum is</w:t>
      </w:r>
    </w:p>
    <w:p>
      <w:pPr>
        <w:jc w:val="right"/>
      </w:pPr>
      <w:r>
        <w:t>کہ اب یہ پیغمبرانہ پیشنگوئی یقینی طور پر پوری ہو چکی ضرورت صرف یہ ہے کہ ہم اس</w:t>
      </w:r>
    </w:p>
    <w:p>
      <w:r>
        <w:rPr>
          <w:b/>
        </w:rPr>
        <w:t xml:space="preserve">[54:12] </w:t>
      </w:r>
      <w:r>
        <w:t>ko daryaft karein aur is ke mutabiq apne amal ka mansooba banayein ghor karne se maloom hota hai</w:t>
      </w:r>
    </w:p>
    <w:p>
      <w:pPr>
        <w:jc w:val="right"/>
      </w:pPr>
      <w:r>
        <w:t>کو دریافت کریں اور اس کے مطابق اپنے عمل کا منصوبہ بنائیں غور کرنے سے معلوم ہوتا ہے</w:t>
      </w:r>
    </w:p>
    <w:p>
      <w:r>
        <w:rPr>
          <w:b/>
        </w:rPr>
        <w:t xml:space="preserve">[54:18] </w:t>
      </w:r>
      <w:r>
        <w:t>ke paighambar ki mazkoor</w:t>
      </w:r>
    </w:p>
    <w:p>
      <w:pPr>
        <w:jc w:val="right"/>
      </w:pPr>
      <w:r>
        <w:t>کہ پیغمبر کی مذکور</w:t>
      </w:r>
    </w:p>
    <w:p>
      <w:r>
        <w:rPr>
          <w:b/>
        </w:rPr>
        <w:t xml:space="preserve">[54:24] </w:t>
      </w:r>
      <w:r>
        <w:t>ha paishangoi ab poori tarah waqea ban chuki hai maujooda zamanay ke musalman agar is se bekhabar</w:t>
      </w:r>
    </w:p>
    <w:p>
      <w:pPr>
        <w:jc w:val="right"/>
      </w:pPr>
      <w:r>
        <w:t>ہ پیشنگوئی اب پوری طرح واقعہ بن چکی ہے موجودہ زمانے کے مسلمان اگر اس سے بے خبر</w:t>
      </w:r>
    </w:p>
    <w:p>
      <w:r>
        <w:rPr>
          <w:b/>
        </w:rPr>
        <w:t xml:space="preserve">[54:31] </w:t>
      </w:r>
      <w:r>
        <w:t>hain to is ka sabab sirf tasmiya ya nomenclature ka farq hai yani paishangoi saatvi sadi isvi ki</w:t>
      </w:r>
    </w:p>
    <w:p>
      <w:pPr>
        <w:jc w:val="right"/>
      </w:pPr>
      <w:r>
        <w:t>ہیں تو اس کا سبب صرف تسمیہ یا نومنکلیچر کا فرق ہے یعنی پیشنگوئی ساتویں صدی عیسوی کی</w:t>
      </w:r>
    </w:p>
    <w:p>
      <w:r>
        <w:rPr>
          <w:b/>
        </w:rPr>
        <w:t xml:space="preserve">[54:39] </w:t>
      </w:r>
      <w:r>
        <w:t>zaban mein ki gayi ab woh aaj ki zaban mein hamare samne zahir hui hai zaban ke is</w:t>
      </w:r>
    </w:p>
    <w:p>
      <w:pPr>
        <w:jc w:val="right"/>
      </w:pPr>
      <w:r>
        <w:t>زبان میں کی گئی اب وہ آج کی زبان میں ہمارے سامنے ظاہر ہوئی ہے زبان کے اس</w:t>
      </w:r>
    </w:p>
    <w:p>
      <w:r>
        <w:rPr>
          <w:b/>
        </w:rPr>
        <w:t xml:space="preserve">[54:46] </w:t>
      </w:r>
      <w:r>
        <w:t>farq ko agar samajh liya jaye to maloom hoga ke peghambar e islam salallaho alaihe wasallam ke zamane mein jo</w:t>
      </w:r>
    </w:p>
    <w:p>
      <w:pPr>
        <w:jc w:val="right"/>
      </w:pPr>
      <w:r>
        <w:t>فرق کو اگر سمجھ لیا جائے تو معلوم ہوگا کہ پیغمبر اسلام صلی اللہ علیہ وسلم کے زمانے میں جو</w:t>
      </w:r>
    </w:p>
    <w:p>
      <w:r>
        <w:rPr>
          <w:b/>
        </w:rPr>
        <w:t xml:space="preserve">[54:54] </w:t>
      </w:r>
      <w:r>
        <w:t>cheez mustaqbil ya future ka waqia maloom hoti thi woh ab haal ya present ka waqia ban chuki</w:t>
      </w:r>
    </w:p>
    <w:p>
      <w:pPr>
        <w:jc w:val="right"/>
      </w:pPr>
      <w:r>
        <w:t>چیز مستقبل یا فیوچر کا واقعہ معلوم ہوتی تھی وہ اب حال یا پریزنٹ کا واقعہ بن چکی</w:t>
      </w:r>
    </w:p>
    <w:p>
      <w:r>
        <w:rPr>
          <w:b/>
        </w:rPr>
        <w:t xml:space="preserve">[55:01] </w:t>
      </w:r>
      <w:r>
        <w:t>hai yahan is silsile mein chand misalein naqal ki jati hain jis se yeh baat zyada wazeh ho</w:t>
      </w:r>
    </w:p>
    <w:p>
      <w:pPr>
        <w:jc w:val="right"/>
      </w:pPr>
      <w:r>
        <w:t>ہے یہاں اس سلسلے میں چند مثالیں نقل کی جاتی ہیں جس سے یہ بات زیادہ واضح ہو</w:t>
      </w:r>
    </w:p>
    <w:p>
      <w:r>
        <w:rPr>
          <w:b/>
        </w:rPr>
        <w:t xml:space="preserve">[55:09] </w:t>
      </w:r>
      <w:r>
        <w:t>jati hai rasool Allah salallaho alaihe wasallam ke zamane mein jo quran utra us ki ek ayat</w:t>
      </w:r>
    </w:p>
    <w:p>
      <w:pPr>
        <w:jc w:val="right"/>
      </w:pPr>
      <w:r>
        <w:t>جاتی ہے رسول اللہ صلی اللہ علیہ وسلم کے زمانے میں جو قرآن اترا اس کی ایک آیت</w:t>
      </w:r>
    </w:p>
    <w:p>
      <w:r>
        <w:rPr>
          <w:b/>
        </w:rPr>
        <w:t xml:space="preserve">[55:17] </w:t>
      </w:r>
      <w:r>
        <w:t>yeh thi wa ma ya'azibu 'an rabbika min mithqali tharratin fil ardi wa la fis samai wa la asghara min thalika wa la</w:t>
      </w:r>
    </w:p>
    <w:p>
      <w:pPr>
        <w:jc w:val="right"/>
      </w:pPr>
      <w:r>
        <w:t>یہ تھی وما یعذبوا عن ربک من مثقال ذرة فی الارض ولا فی السماء ولا اصغر من ذالک ولا</w:t>
      </w:r>
    </w:p>
    <w:p>
      <w:r>
        <w:rPr>
          <w:b/>
        </w:rPr>
        <w:t xml:space="preserve">[55:24] </w:t>
      </w:r>
      <w:r>
        <w:t>akbara illa fi kitabin mubin yani aur tere rab se zara barabar bhi koi cheez ghayeb nahi na</w:t>
      </w:r>
    </w:p>
    <w:p>
      <w:pPr>
        <w:jc w:val="right"/>
      </w:pPr>
      <w:r>
        <w:t>اکبر الا فی کتاب مبین یعنی اور تیرے رب سے ذرہ برابر بھی کوئی چیز غائب نہیں نہ</w:t>
      </w:r>
    </w:p>
    <w:p>
      <w:r>
        <w:rPr>
          <w:b/>
        </w:rPr>
        <w:t xml:space="preserve">[55:32] </w:t>
      </w:r>
      <w:r>
        <w:t>zameen mein aur na aasman mein aur na is se choti aur na bari magar woh ek wazeh</w:t>
      </w:r>
    </w:p>
    <w:p>
      <w:pPr>
        <w:jc w:val="right"/>
      </w:pPr>
      <w:r>
        <w:t>زمین میں اور نہ آسمان میں اور نہ اس سے چھوٹی اور نہ بڑی مگر وہ ایک واضح</w:t>
      </w:r>
    </w:p>
    <w:p>
      <w:r>
        <w:rPr>
          <w:b/>
        </w:rPr>
        <w:t xml:space="preserve">[55:39] </w:t>
      </w:r>
      <w:r>
        <w:t>kitab mein hai saatvi sadi mein jab yeh ayat utri us waqt insan janta tha ke is dunya</w:t>
      </w:r>
    </w:p>
    <w:p>
      <w:pPr>
        <w:jc w:val="right"/>
      </w:pPr>
      <w:r>
        <w:t>کتاب میں ہے ساتویں صدی میں جب یہ آیت اتری اس وقت انسان جانتا تھا کہ اس دنیا</w:t>
      </w:r>
    </w:p>
    <w:p>
      <w:r>
        <w:rPr>
          <w:b/>
        </w:rPr>
        <w:t xml:space="preserve">[55:47] </w:t>
      </w:r>
      <w:r>
        <w:t>mein sab se choti cheez zara hai magar unnis sau gyarah mein british scientist</w:t>
      </w:r>
    </w:p>
    <w:p>
      <w:pPr>
        <w:jc w:val="right"/>
      </w:pPr>
      <w:r>
        <w:t>میں سب سے چھوٹی چیز ذرہ ہے مگر انیس سو گیارہ میں برٹش سائنٹسٹ</w:t>
      </w:r>
    </w:p>
    <w:p>
      <w:r>
        <w:rPr>
          <w:b/>
        </w:rPr>
        <w:t xml:space="preserve">[55:54] </w:t>
      </w:r>
      <w:r>
        <w:t>ernest rutherford ki daryaft se maloom hua ke is dunya mein zare se bhi choti ek cheez maujood</w:t>
      </w:r>
    </w:p>
    <w:p>
      <w:pPr>
        <w:jc w:val="right"/>
      </w:pPr>
      <w:r>
        <w:t>ارنسٹ ردرفورڈ کی دریافت سے معلوم ہوا کہ اس دنیا میں ذرے سے بھی چھوٹی ایک چیز موجود</w:t>
      </w:r>
    </w:p>
    <w:p>
      <w:r>
        <w:rPr>
          <w:b/>
        </w:rPr>
        <w:t xml:space="preserve">[56:02] </w:t>
      </w:r>
      <w:r>
        <w:t>hai jo ab sub atomic particle ke naam se aalami taur par maloom ho chuki hai taeed ka</w:t>
      </w:r>
    </w:p>
    <w:p>
      <w:pPr>
        <w:jc w:val="right"/>
      </w:pPr>
      <w:r>
        <w:t>ہے جو اب سب ایٹامک پارٹیکل کے نام سے عالمی طور پر معلوم ہو چکی ہے تائید کا</w:t>
      </w:r>
    </w:p>
    <w:p>
      <w:r>
        <w:rPr>
          <w:b/>
        </w:rPr>
        <w:t xml:space="preserve">[56:09] </w:t>
      </w:r>
      <w:r>
        <w:t>mamla islami tehzeeb aur mu'eed e islam tehzeeb ka mamla koi saada mamla nahi is ka ta'alluq barah e rast</w:t>
      </w:r>
    </w:p>
    <w:p>
      <w:pPr>
        <w:jc w:val="right"/>
      </w:pPr>
      <w:r>
        <w:t>معاملہ اسلامی تہذیب اور معید اسلام تہذیب کا معاملہ کوئی سادہ معاملہ نہیں اس کا تعلق براہ راست</w:t>
      </w:r>
    </w:p>
    <w:p>
      <w:r>
        <w:rPr>
          <w:b/>
        </w:rPr>
        <w:t xml:space="preserve">[56:17] </w:t>
      </w:r>
      <w:r>
        <w:t>taur par aadmi ke mizaj se hai islami tehzeeb ka tasawwur qadeem zamane mein</w:t>
      </w:r>
    </w:p>
    <w:p>
      <w:pPr>
        <w:jc w:val="right"/>
      </w:pPr>
      <w:r>
        <w:t>طور پر آدمی کے مزاج سے ہے اسلامی تہذیب کا تصور قدیم زمانے میں</w:t>
      </w:r>
    </w:p>
    <w:p>
      <w:r>
        <w:rPr>
          <w:b/>
        </w:rPr>
        <w:t xml:space="preserve">[56:24] </w:t>
      </w:r>
      <w:r>
        <w:t>mojood na tha yeh sirf maujooda zamane mein ubhra hai bazahir yeh muslim fakhr ka aik mamla tha magar amal woh ghalat fikr ka mamla ban gaya maujooda zamane mein aik bohat bara waqia hua jo musalman ke liye nihayat mufeed mamla tha yeh waqia maghribi tehzeeb ka mamla tha maghribi tehzeeb musalmanon ke liye hadees ki zaban mein mu'eed deen tehzeeb thi woh musalmanon ke liye aik azeem</w:t>
      </w:r>
    </w:p>
    <w:p>
      <w:pPr>
        <w:jc w:val="right"/>
      </w:pPr>
      <w:r>
        <w:t>موجود نہ تھا یہ صرف موجودہ زمانے میں ابھرا ہے بظاہر یہ مسلم فخر کا ایک معاملہ تھا مگر عملاً وہ غلط فکر کا معاملہ بن گیا موجودہ زمانے میں ایک بہت بڑا واقعہ ہوا جو مسلمان کے لیے نہایت مفید معاملہ تھا یہ واقعہ مغربی تہذیب کا معاملہ تھا مغربی تہذیب مسلمانوں کے لیے حدیث کی زبان میں معید دین تہذیب تھی وہ مسلمانوں کے لیے ایک عظیم</w:t>
      </w:r>
    </w:p>
    <w:p>
      <w:r>
        <w:rPr>
          <w:b/>
        </w:rPr>
        <w:t xml:space="preserve">[56:54] </w:t>
      </w:r>
      <w:r>
        <w:t>mouqa ya great opportunity tha jis ko istemal kar ke musalman jadeed mayar ke mutabiq zyada mu'assir andaaz mein islam ki isha'at ka kaam kar sakte the magar islami tehzeeb ke naam par fakhr pasandi ka mizaj musalmanon par is tarah chha gaya ke woh is haqiqat ko daryaft hi na kar sake ke maghribi tehzeeb un ke deen ke liye taeed ka darja rakhti hai</w:t>
      </w:r>
    </w:p>
    <w:p>
      <w:pPr>
        <w:jc w:val="right"/>
      </w:pPr>
      <w:r>
        <w:t>موقع یا گریٹ اپرچونیٹی تھا جس کو استعمال کر کے مسلمان جدید معیار کے مطابق زیادہ موثر انداز میں اسلام کی اشاعت کا کام کر سکتے تھے مگر اسلامی تہذیب کے نام پر فخر پسندی کا مزاج مسلمانوں پر اس طرح چھا گیا کہ وہ اس حقیقت کو دریافت ہی نہ کر سکے کہ مغربی تہذیب ان کے دین کے لیے تائید کا درجہ رکھتی ہے</w:t>
      </w:r>
    </w:p>
    <w:p>
      <w:r>
        <w:rPr>
          <w:b/>
        </w:rPr>
        <w:t xml:space="preserve">[57:24] </w:t>
      </w:r>
      <w:r>
        <w:t>maujooda zamane ke musalmanon ki ghair haqeeqat pasandana soch ki wajah se maghribi tehzeeb ko islam dushman tehzeeb samajh liya gaya jabke ba-etibar haqeeqat woh aik mu'eed islam tehzeeb thi is ghalat fikr ka nuqsan itna bara hai ke shayad poori muslim tareekh mein itne bare nuqsan ka koi doosra waqia nahi maghribi tehzeeb ne tareekh mein peh</w:t>
      </w:r>
    </w:p>
    <w:p>
      <w:pPr>
        <w:jc w:val="right"/>
      </w:pPr>
      <w:r>
        <w:t>موجودہ زمانے کے مسلمانوں کی غیر حقیقت پسندانہ سوچ کی وجہ سے مغربی تہذیب کو اسلام دشمن تہذیب سمجھ لیا گیا جبکہ بااعتبار حقیقت وہ ایک معید اسلام تہذیب تھی اس غلط فکر کا نقصان اتنا بڑا ہے کہ شاید پوری مسلم تاریخ میں اتنے بڑے نقصان کا کوئی دوسرا واقعہ نہیں مغربی تہذیب نے تاریخ میں پہ</w:t>
      </w:r>
    </w:p>
    <w:p>
      <w:r>
        <w:rPr>
          <w:b/>
        </w:rPr>
        <w:t xml:space="preserve">[57:54] </w:t>
      </w:r>
      <w:r>
        <w:t>li bar musalmanon ke liye naye mawaqe kholay the un mein sab se bara mouqa yeh tha ke woh islam ki almi dawat ke natamam ya unfinished mansoobe ko takmeel tak pouncha sakein aur hadees ke alfaaz mein Allah ke kalam ko zameen par abad chote aur bare ghar mein dakhil kar dein magar musalman apni ghalat fikri ki wajah se jadeed</w:t>
      </w:r>
    </w:p>
    <w:p>
      <w:pPr>
        <w:jc w:val="right"/>
      </w:pPr>
      <w:r>
        <w:t>لی بار مسلمانوں کے لیے نئے مواقع کھولے تھے ان میں سب سے بڑا موقع یہ تھا کہ وہ اسلام کی عالمی دعوت کے ناتمام یا انفنشڈ منصوبے کو تکمیل تک پہنچا سکیں اور حدیث کے الفاظ میں اللہ کے کلام کو زمین پر آباد چھوٹے اور بڑے گھر میں داخل کر دیں مگر مسلمان اپنی غلط فکری کی وجہ سے جدید</w:t>
      </w:r>
    </w:p>
    <w:p>
      <w:r>
        <w:rPr>
          <w:b/>
        </w:rPr>
        <w:t xml:space="preserve">[58:24] </w:t>
      </w:r>
      <w:r>
        <w:t>mawaqe ko apne deen ke haq mein istemal na kar sake quran aur asr e jadeed quran saatvi sadi</w:t>
      </w:r>
    </w:p>
    <w:p>
      <w:pPr>
        <w:jc w:val="right"/>
      </w:pPr>
      <w:r>
        <w:t>مواقع کو اپنے دین کے حق میں استعمال نہ کر سکے قرآن اور عصر جدید قرآن ساتویں صدی</w:t>
      </w:r>
    </w:p>
    <w:p>
      <w:r>
        <w:rPr>
          <w:b/>
        </w:rPr>
        <w:t xml:space="preserve">[58:34] </w:t>
      </w:r>
      <w:r>
        <w:t>ke rub'e awwal mein utra quran ka maqsad insaniyat ki islaah tha apne zamane ke aitbar se quran</w:t>
      </w:r>
    </w:p>
    <w:p>
      <w:pPr>
        <w:jc w:val="right"/>
      </w:pPr>
      <w:r>
        <w:t>کے ربع اول میں اترا قرآن کا مقصد انسانیت کی اصلاح تھا اپنے زمانے کے اعتبار سے قرآن</w:t>
      </w:r>
    </w:p>
    <w:p>
      <w:r>
        <w:rPr>
          <w:b/>
        </w:rPr>
        <w:t xml:space="preserve">[58:45] </w:t>
      </w:r>
      <w:r>
        <w:t>mein jin mukhtalif girohon ko address kiya gaya hai woh amalan char qism ke giroh hain yahood</w:t>
      </w:r>
    </w:p>
    <w:p>
      <w:pPr>
        <w:jc w:val="right"/>
      </w:pPr>
      <w:r>
        <w:t>میں جن مختلف گروہوں کو ایڈریس کیا گیا ہے وہ عملاً چار قسم کے گروہ ہیں یہود،</w:t>
      </w:r>
    </w:p>
    <w:p>
      <w:r>
        <w:rPr>
          <w:b/>
        </w:rPr>
        <w:t xml:space="preserve">[58:55] </w:t>
      </w:r>
      <w:r>
        <w:t>isai mushrik aur kafir agar koi shakhs quran ko parhe to woh payega ke yeh charon giroh</w:t>
      </w:r>
    </w:p>
    <w:p>
      <w:pPr>
        <w:jc w:val="right"/>
      </w:pPr>
      <w:r>
        <w:t>عیسائی، مشرک اور کافر اگر کوئی شخص قرآن کو پڑھے تو وہ پائے گا کہ یہ چاروں گروہ</w:t>
      </w:r>
    </w:p>
    <w:p>
      <w:r>
        <w:rPr>
          <w:b/>
        </w:rPr>
        <w:t xml:space="preserve">[59:02] </w:t>
      </w:r>
      <w:r>
        <w:t>quran ki dawat ke bare mein manfi ya negative zehan rakhte hain chunancha quran mein in ke upar</w:t>
      </w:r>
    </w:p>
    <w:p>
      <w:pPr>
        <w:jc w:val="right"/>
      </w:pPr>
      <w:r>
        <w:t>قرآن کی دعوت کے بارے میں منفی یا نیگیٹیو ذہن رکھتے ہیں چنانچہ قرآن میں ان کے اوپر</w:t>
      </w:r>
    </w:p>
    <w:p>
      <w:r>
        <w:rPr>
          <w:b/>
        </w:rPr>
        <w:t xml:space="preserve">[59:10] </w:t>
      </w:r>
      <w:r>
        <w:t>sakht tanqeed ki gayi hai hatta ke baaz auqat in ke sakht radd e amal ki bina par jang ki</w:t>
      </w:r>
    </w:p>
    <w:p>
      <w:pPr>
        <w:jc w:val="right"/>
      </w:pPr>
      <w:r>
        <w:t>سخت تنقید کی گئی ہے حتیٰ کہ بعض اوقات ان کے سخت ردعمل کی بنا پر جنگ کی</w:t>
      </w:r>
    </w:p>
    <w:p>
      <w:r>
        <w:rPr>
          <w:b/>
        </w:rPr>
        <w:t xml:space="preserve">[59:17] </w:t>
      </w:r>
      <w:r>
        <w:t>nobat aa gayi baad ke zamane ke musalman jab quran ko padhte hain to woh quran mein in</w:t>
      </w:r>
    </w:p>
    <w:p>
      <w:pPr>
        <w:jc w:val="right"/>
      </w:pPr>
      <w:r>
        <w:t>نوبت آ گئی بعد کے زمانے کے مسلمان جب قرآن کو پڑھتے ہیں تو وہ قرآن میں ان</w:t>
      </w:r>
    </w:p>
    <w:p>
      <w:r>
        <w:rPr>
          <w:b/>
        </w:rPr>
        <w:t xml:space="preserve">[59:25] </w:t>
      </w:r>
      <w:r>
        <w:t>charon girohon ka zikr paate hain kyunke charon girohon ke bare mein un ke asri rawaiye ki bina</w:t>
      </w:r>
    </w:p>
    <w:p>
      <w:pPr>
        <w:jc w:val="right"/>
      </w:pPr>
      <w:r>
        <w:t>چاروں گروہوں کا ذکر پاتے ہیں کیونکہ چاروں گروہوں کے بارے میں ان کے عصری رویے کی بنا</w:t>
      </w:r>
    </w:p>
    <w:p>
      <w:r>
        <w:rPr>
          <w:b/>
        </w:rPr>
        <w:t xml:space="preserve">[59:32] </w:t>
      </w:r>
      <w:r>
        <w:t>par sakht tabsarre kiye gaye hain quran ke yeh sakht tabsarre zamani sabab ya age factor ki bina</w:t>
      </w:r>
    </w:p>
    <w:p>
      <w:pPr>
        <w:jc w:val="right"/>
      </w:pPr>
      <w:r>
        <w:t>پر سخت تبصرے کیے گئے ہیں قرآن کے یہ سخت تبصرے زمانی سبب یا ایج فیکٹر کی بنا</w:t>
      </w:r>
    </w:p>
    <w:p>
      <w:r>
        <w:rPr>
          <w:b/>
        </w:rPr>
        <w:t xml:space="preserve">[59:40] </w:t>
      </w:r>
      <w:r>
        <w:t>par hain lekin musalman ghair shaoori taur par yeh samajh lete hain ke yeh tabaqat aaj bhi baqi</w:t>
      </w:r>
    </w:p>
    <w:p>
      <w:pPr>
        <w:jc w:val="right"/>
      </w:pPr>
      <w:r>
        <w:t>پر ہیں لیکن مسلمان غیر شعوری طور پر یہ سمجھ لیتے ہیں کہ یہ طبقات آج بھی باقی</w:t>
      </w:r>
    </w:p>
    <w:p>
      <w:r>
        <w:rPr>
          <w:b/>
        </w:rPr>
        <w:t xml:space="preserve">[59:48] </w:t>
      </w:r>
      <w:r>
        <w:t>hain aur in ke bare mein aaj bhi un ka wahi sakht rawaiyya hona chahiye jo rasool aur</w:t>
      </w:r>
    </w:p>
    <w:p>
      <w:pPr>
        <w:jc w:val="right"/>
      </w:pPr>
      <w:r>
        <w:t>ہیں اور ان کے بارے میں آج بھی ان کا وہی سخت رویہ ہونا چاہیے جو رسول اور</w:t>
      </w:r>
    </w:p>
    <w:p>
      <w:r>
        <w:rPr>
          <w:b/>
        </w:rPr>
        <w:t xml:space="preserve">[59:55] </w:t>
      </w:r>
      <w:r>
        <w:t>ashab rasool ke zamane mein tha maujooda zamane mein musalmanon ka haal yeh hai ke woh tamam dunya</w:t>
      </w:r>
    </w:p>
    <w:p>
      <w:pPr>
        <w:jc w:val="right"/>
      </w:pPr>
      <w:r>
        <w:t>اصحاب رسول کے زمانے میں تھا موجودہ زمانے میں مسلمانوں کا حال یہ ہے کہ وہ تمام دنیا</w:t>
      </w:r>
    </w:p>
    <w:p>
      <w:r>
        <w:rPr>
          <w:b/>
        </w:rPr>
        <w:t xml:space="preserve">[1:00:03] </w:t>
      </w:r>
      <w:r>
        <w:t>کو اپنا دشمن سمجھتے ہیں وہ تمام قوموں کے خلاف لڑائی چھیڑے ہوئے ہیں کبھی passive sense میں</w:t>
      </w:r>
    </w:p>
    <w:p>
      <w:pPr>
        <w:jc w:val="right"/>
      </w:pPr>
      <w:r>
        <w:t>کو اپنا دشمن سمجھتے ہیں وہ تمام قوموں کے خلاف لڑائی چھیڑے ہوئے ہیں کبھی پیسیو سینس میں</w:t>
      </w:r>
    </w:p>
    <w:p>
      <w:r>
        <w:rPr>
          <w:b/>
        </w:rPr>
        <w:t xml:space="preserve">[1:00:10] </w:t>
      </w:r>
      <w:r>
        <w:t>aur kabhi active sense mein woh yahood ko maghzoob qaum samajhte hain nasara ko zaal qaum samajhte hain</w:t>
      </w:r>
    </w:p>
    <w:p>
      <w:pPr>
        <w:jc w:val="right"/>
      </w:pPr>
      <w:r>
        <w:t>اور کبھی ایکٹیو سینس میں وہ یہود کو مغضوب قوم سمجھتے ہیں نصاریٰ کو ظال قوم سمجھتے ہیں</w:t>
      </w:r>
    </w:p>
    <w:p>
      <w:r>
        <w:rPr>
          <w:b/>
        </w:rPr>
        <w:t xml:space="preserve">[1:00:18] </w:t>
      </w:r>
      <w:r>
        <w:t>woh mafroza kafiron ko jahannami samajhte hain aur isi tarah mushrikon ko eiteqadi</w:t>
      </w:r>
    </w:p>
    <w:p>
      <w:pPr>
        <w:jc w:val="right"/>
      </w:pPr>
      <w:r>
        <w:t>وہ مفروضہ کافروں کو جہنمی سمجھتے ہیں اور اسی طرح مشرکوں کو اعتقادی</w:t>
      </w:r>
    </w:p>
    <w:p>
      <w:r>
        <w:rPr>
          <w:b/>
        </w:rPr>
        <w:t xml:space="preserve">[1:00:25] </w:t>
      </w:r>
      <w:r>
        <w:t>maanon mein sarasar batil samajhte hain musalmanon ka yahi mizaj ya mindset hai jis ne in ko</w:t>
      </w:r>
    </w:p>
    <w:p>
      <w:pPr>
        <w:jc w:val="right"/>
      </w:pPr>
      <w:r>
        <w:t>معنوں میں سراسر باطل سمجھتے ہیں مسلمانوں کا یہی مزاج یا مائنڈ سیٹ ہے جس نے ان کو</w:t>
      </w:r>
    </w:p>
    <w:p>
      <w:r>
        <w:rPr>
          <w:b/>
        </w:rPr>
        <w:t xml:space="preserve">[1:00:33] </w:t>
      </w:r>
      <w:r>
        <w:t>saari dunya ka mukhalif bana diya hai in ka nishana yeh ban gaya hai ke tamam qaumon se</w:t>
      </w:r>
    </w:p>
    <w:p>
      <w:pPr>
        <w:jc w:val="right"/>
      </w:pPr>
      <w:r>
        <w:t>ساری دنیا کا مخالف بنا دیا ہے ان کا نشانہ یہ بن گیا ہے کہ تمام قوموں سے</w:t>
      </w:r>
    </w:p>
    <w:p>
      <w:r>
        <w:rPr>
          <w:b/>
        </w:rPr>
        <w:t xml:space="preserve">[1:00:41] </w:t>
      </w:r>
      <w:r>
        <w:t>lad kar in ko maghloob karna hai aur saari dunya mein islam ka siyasi iqtadar qaim karna hai</w:t>
      </w:r>
    </w:p>
    <w:p>
      <w:pPr>
        <w:jc w:val="right"/>
      </w:pPr>
      <w:r>
        <w:t>لڑ کر ان کو مغلوب کرنا ہے اور ساری دنیا میں اسلام کا سیاسی اقتدار قائم کرنا ہے</w:t>
      </w:r>
    </w:p>
    <w:p>
      <w:r>
        <w:rPr>
          <w:b/>
        </w:rPr>
        <w:t xml:space="preserve">[1:00:48] </w:t>
      </w:r>
      <w:r>
        <w:t>musalmanon ki yeh soch tamam tar un ki ghalat fikri ka nateeja hai</w:t>
      </w:r>
    </w:p>
    <w:p>
      <w:pPr>
        <w:jc w:val="right"/>
      </w:pPr>
      <w:r>
        <w:t>مسلمانوں کی یہ سوچ تمام تر ان کی غلط فکری کا نتیجہ ہے</w:t>
      </w:r>
    </w:p>
    <w:p>
      <w:r>
        <w:rPr>
          <w:b/>
        </w:rPr>
        <w:t xml:space="preserve">[1:00:56] </w:t>
      </w:r>
      <w:r>
        <w:t>saatveen sadi mein arab ya atraf arab mein jo qaumein maujood theen woh sab bohat pehle khatm ho</w:t>
      </w:r>
    </w:p>
    <w:p>
      <w:pPr>
        <w:jc w:val="right"/>
      </w:pPr>
      <w:r>
        <w:t>ساتویں صدی میں عرب یا اطراف عرب میں جو قومیں موجود تھیں وہ سب بہت پہلے ختم ہو</w:t>
      </w:r>
    </w:p>
    <w:p>
      <w:r>
        <w:rPr>
          <w:b/>
        </w:rPr>
        <w:t xml:space="preserve">[1:01:03] </w:t>
      </w:r>
      <w:r>
        <w:t>chuki hain ab un ke naam se jo qaumein dunya mein maujood hain woh khwah naam ke aitbar</w:t>
      </w:r>
    </w:p>
    <w:p>
      <w:pPr>
        <w:jc w:val="right"/>
      </w:pPr>
      <w:r>
        <w:t>چکی ہیں اب ان کے نام سے جو قومیں دنیا میں موجود ہیں وہ خواہ نام کے اعتبار</w:t>
      </w:r>
    </w:p>
    <w:p>
      <w:r>
        <w:rPr>
          <w:b/>
        </w:rPr>
        <w:t xml:space="preserve">[1:01:11] </w:t>
      </w:r>
      <w:r>
        <w:t>se qadeem hon lekin haqeeqat ke aitbar se woh jadeed hain jadeed daur ek aitbar se deconditioning</w:t>
      </w:r>
    </w:p>
    <w:p>
      <w:pPr>
        <w:jc w:val="right"/>
      </w:pPr>
      <w:r>
        <w:t>سے قدیم ہوں لیکن حقیقت کے اعتبار سے وہ جدید ہیں جدید دور ایک اعتبار سے ڈی کنڈیشننگ</w:t>
      </w:r>
    </w:p>
    <w:p>
      <w:r>
        <w:rPr>
          <w:b/>
        </w:rPr>
        <w:t xml:space="preserve">[1:01:18] </w:t>
      </w:r>
      <w:r>
        <w:t>ka daur ya age of deconditioning hai jadeed daur mein naye afkar khaas taur par</w:t>
      </w:r>
    </w:p>
    <w:p>
      <w:pPr>
        <w:jc w:val="right"/>
      </w:pPr>
      <w:r>
        <w:t>کا دور یا ایج آف ڈی کنڈیشننگ ہے جدید دور میں نئے افکار خاص طور پر</w:t>
      </w:r>
    </w:p>
    <w:p>
      <w:r>
        <w:rPr>
          <w:b/>
        </w:rPr>
        <w:t xml:space="preserve">[1:01:26] </w:t>
      </w:r>
      <w:r>
        <w:t>secular education ne mukammal taur par logon ke zehnon ko badal diya hai aaj ka yahoodi mukhtalif yahoodi hai aaj ka isai mukhtalif isai hai is tarah aaj ke mushrik mukhtalif qism ke mushrik hain yeh qaumein ab itna zyada badal chuki hain ke un ko wahi samajh sakta hai jis ne unhein dobara daryaft ya rediscover kiya ho qadeem zamane ke etibar se yeh log</w:t>
      </w:r>
    </w:p>
    <w:p>
      <w:pPr>
        <w:jc w:val="right"/>
      </w:pPr>
      <w:r>
        <w:t>سیکولر ایجوکیشن نے مکمل طور پر لوگوں کے ذہنوں کو بدل دیا ہے آج کا یہودی مختلف یہودی ہے آج کا عیسائی مختلف عیسائی ہے اس طرح آج کے مشرک مختلف قسم کے مشرک ہیں یہ قومیں اب اتنا زیادہ بدل چکی ہیں کہ ان کو وہی سمجھ سکتا ہے جس نے انہیں دوبارہ دریافت یا ری ڈسکور کیا ہو قدیم زمانے کے اعتبار سے یہ لوگ</w:t>
      </w:r>
    </w:p>
    <w:p>
      <w:r>
        <w:rPr>
          <w:b/>
        </w:rPr>
        <w:t xml:space="preserve">[1:01:56] </w:t>
      </w:r>
      <w:r>
        <w:t>char mukhtalif qaum the lekin jadeed zamane ke etibar se yeh sab aik hi qaum hain sab par aik hi lafz mantiq hota hai aur woh hai jadeed insan qadeem zamane ke insan ke bar aks jadeed daur ke insan ke andar usooli taur par kattar pan aur ta'assub khatam ho chuka hai qadeem zamane mein sari dunya mein hum aur woh we and they ka</w:t>
      </w:r>
    </w:p>
    <w:p>
      <w:pPr>
        <w:jc w:val="right"/>
      </w:pPr>
      <w:r>
        <w:t>چار مختلف قوم تھے لیکن جدید زمانے کے اعتبار سے یہ سب ایک ہی قوم ہیں سب پر ایک ہی لفظ منطبق ہوتا ہے اور وہ ہے جدید انسان قدیم زمانے کے انسان کے برعکس جدید دور کے انسان کے اندر اصولی طور پر کٹر پن اور تعصب ختم ہو چکا ہے قدیم زمانے میں ساری دنیا میں ہم اور وہ وی اینڈ ڈے کا</w:t>
      </w:r>
    </w:p>
    <w:p>
      <w:r>
        <w:rPr>
          <w:b/>
        </w:rPr>
        <w:t xml:space="preserve">[1:02:26] </w:t>
      </w:r>
      <w:r>
        <w:t>tasawwur ya concept raaij tha ab aaj ki dunya mein aam taur par hum aur hum we and</w:t>
      </w:r>
    </w:p>
    <w:p>
      <w:pPr>
        <w:jc w:val="right"/>
      </w:pPr>
      <w:r>
        <w:t>تصور یا کانسیپٹ رائج تھا اب آج کی دنیا میں عمومی طور پر ہم اور ہم وی اینڈ</w:t>
      </w:r>
    </w:p>
    <w:p>
      <w:r>
        <w:rPr>
          <w:b/>
        </w:rPr>
        <w:t xml:space="preserve">[1:02:33] </w:t>
      </w:r>
      <w:r>
        <w:t>we ka concept raaij ho chuka hai is soorathal ne qadeem masawat ya equation ka khatma kar diya</w:t>
      </w:r>
    </w:p>
    <w:p>
      <w:pPr>
        <w:jc w:val="right"/>
      </w:pPr>
      <w:r>
        <w:t>وی کا کانسیپٹ رائج ہو چکا ہے اس صورتحال نے قدیم مساوات یا ایکویشن کا خاتمہ کر دیا</w:t>
      </w:r>
    </w:p>
    <w:p>
      <w:r>
        <w:rPr>
          <w:b/>
        </w:rPr>
        <w:t xml:space="preserve">[1:02:41] </w:t>
      </w:r>
      <w:r>
        <w:t>hai qadeem zamane mein dost aur dushman friend and enemy ka tasawwur phaila hua tha ab yeh sanaiyat</w:t>
      </w:r>
    </w:p>
    <w:p>
      <w:pPr>
        <w:jc w:val="right"/>
      </w:pPr>
      <w:r>
        <w:t>ہے قدیم زمانے میں دوست اور دشمن فرینڈ اینڈ اینمی کا تصور پھیلا ہوا تھا اب یہ صنائیت</w:t>
      </w:r>
    </w:p>
    <w:p>
      <w:r>
        <w:rPr>
          <w:b/>
        </w:rPr>
        <w:t xml:space="preserve">[1:02:48] </w:t>
      </w:r>
      <w:r>
        <w:t>ya dichotomy khatm ho chuki hai aaj dunya mein</w:t>
      </w:r>
    </w:p>
    <w:p>
      <w:pPr>
        <w:jc w:val="right"/>
      </w:pPr>
      <w:r>
        <w:t>یا ڈائیکاٹمی ختم ہو چکی ہے آج دنیا میں</w:t>
      </w:r>
    </w:p>
    <w:p>
      <w:r>
        <w:rPr>
          <w:b/>
        </w:rPr>
        <w:t xml:space="preserve">[1:02:56] </w:t>
      </w:r>
      <w:r>
        <w:t>jis masawat ka ghalba hai woh dost aur mu'eed ya supporter ka hai aaj ki dunya mein koi kisi ka dushman nahi aaj ki dunya mein koi shakhs ya to aap ka dost hoga aur agar dost na ho to woh aap ka mu'eed hoga goya jis daur ki peshangoi hadees mein ki gayi thi woh ab waqia ban chuki hai in riwayat mein mustaqbil ke jis waqie ko deen ki nisbat se bayan kiya</w:t>
      </w:r>
    </w:p>
    <w:p>
      <w:pPr>
        <w:jc w:val="right"/>
      </w:pPr>
      <w:r>
        <w:t>جس مساوات کا غلبہ ہے وہ دوست اور معید یا سپورٹر کا ہے آج کی دنیا میں کوئی کسی کا دشمن نہیں آج کی دنیا میں کوئی شخص یا تو آپ کا دوست ہوگا اور اگر دوست نہ ہو تو وہ آپ کا معید ہوگا گویا جس دور کی پیشنگوئی حدیث میں کی گئی تھی وہ اب واقعہ بن چکی ہے ان روایتوں میں مستقبل کے جس واقعے کو دین کی نسبت سے بیان کیا</w:t>
      </w:r>
    </w:p>
    <w:p>
      <w:r>
        <w:rPr>
          <w:b/>
        </w:rPr>
        <w:t xml:space="preserve">[1:03:26] </w:t>
      </w:r>
      <w:r>
        <w:t>gaya hai woh haqeeqatan sari insaniyat ki nisbat se hai yani mustaqbil mein aik aisa zamana aayega jabke dushmani ka daur usooli taur par khatam ho jaye ga daur ke taqaze ki bina par log aik doosre ke dost honge aur agar dost na honge to woh imkani taur par aik doosre ke mu'eed ban jayenge islam se pehle hazaron saal se dunya mein jo culture raaij</w:t>
      </w:r>
    </w:p>
    <w:p>
      <w:pPr>
        <w:jc w:val="right"/>
      </w:pPr>
      <w:r>
        <w:t>گیا ہے وہ حقیقتاً ساری انسانیت کی نسبت سے ہے یعنی مستقبل میں ایک ایسا زمانہ آئے گا جبکہ دشمنی کا دور اصولی طور پر ختم ہو جائے گا دور کے تقاضے کی بنا پر لوگ ایک دوسرے کے دوست ہوں گے اور اگر دوست نہ ہوں گے تو وہ امکانی طور پر ایک دوسرے کے معید بن جائیں گے اسلام سے پہلے ہزاروں سال سے دنیا میں جو کلچر رائ</w:t>
      </w:r>
    </w:p>
    <w:p>
      <w:r>
        <w:rPr>
          <w:b/>
        </w:rPr>
        <w:t xml:space="preserve">[1:03:56] </w:t>
      </w:r>
      <w:r>
        <w:t>tha woh yeh tha ke jo mera dost nahi woh mera dushman hai qadeem zamana zarat ya</w:t>
      </w:r>
    </w:p>
    <w:p>
      <w:pPr>
        <w:jc w:val="right"/>
      </w:pPr>
      <w:r>
        <w:t>ج تھا وہ یہ تھا کہ جو میرا دوست نہیں وہ میرا دشمن ہے قدیم زمانہ ذرات یا</w:t>
      </w:r>
    </w:p>
    <w:p>
      <w:r>
        <w:rPr>
          <w:b/>
        </w:rPr>
        <w:t xml:space="preserve">[1:04:04] </w:t>
      </w:r>
      <w:r>
        <w:t>agriculture aur kingship ka zamana tha is zamane mein har ek ka interest alag hota tha goya</w:t>
      </w:r>
    </w:p>
    <w:p>
      <w:pPr>
        <w:jc w:val="right"/>
      </w:pPr>
      <w:r>
        <w:t>ایگریکلچر اور کنگ شپ کا زمانہ تھا اس زمانے میں ہر ایک کا انٹرسٹ الگ ہوتا تھا گویا</w:t>
      </w:r>
    </w:p>
    <w:p>
      <w:r>
        <w:rPr>
          <w:b/>
        </w:rPr>
        <w:t xml:space="preserve">[1:04:11] </w:t>
      </w:r>
      <w:r>
        <w:t>ke woh zamana age of differing interest ka zamana tha is zamane mein bahami taalluqat ka culture wajood</w:t>
      </w:r>
    </w:p>
    <w:p>
      <w:pPr>
        <w:jc w:val="right"/>
      </w:pPr>
      <w:r>
        <w:t>کہ وہ زمانہ ایج آف ڈیفرنگ انٹرسٹ کا زمانہ تھا اس زمانے میں باہمی تعلقات کا کلچر وجود</w:t>
      </w:r>
    </w:p>
    <w:p>
      <w:r>
        <w:rPr>
          <w:b/>
        </w:rPr>
        <w:t xml:space="preserve">[1:04:19] </w:t>
      </w:r>
      <w:r>
        <w:t>mein nahi aaya tha log ya to apne apne zati daire mein rehte the ya</w:t>
      </w:r>
    </w:p>
    <w:p>
      <w:pPr>
        <w:jc w:val="right"/>
      </w:pPr>
      <w:r>
        <w:t>میں نہیں آیا تھا لوگ یا تو اپنے اپنے ذاتی دائرے میں رہتے تھے یا</w:t>
      </w:r>
    </w:p>
    <w:p>
      <w:r>
        <w:rPr>
          <w:b/>
        </w:rPr>
        <w:t xml:space="preserve">[1:04:26] </w:t>
      </w:r>
      <w:r>
        <w:t>maidan jang ya battlefield mein ek doosre se milte the goya ke is zamane mein jo raaij</w:t>
      </w:r>
    </w:p>
    <w:p>
      <w:pPr>
        <w:jc w:val="right"/>
      </w:pPr>
      <w:r>
        <w:t>میدان جنگ یا بیٹل فیلڈ میں ایک دوسرے سے ملتے تھے گویا کہ اس زمانے میں جو رائج</w:t>
      </w:r>
    </w:p>
    <w:p>
      <w:r>
        <w:rPr>
          <w:b/>
        </w:rPr>
        <w:t xml:space="preserve">[1:04:34] </w:t>
      </w:r>
      <w:r>
        <w:t>sanaiyat ya dichotomy thi woh dost aur dushman ki dichotomy thi yeh sanai culture mustaqil taur par dushmani</w:t>
      </w:r>
    </w:p>
    <w:p>
      <w:pPr>
        <w:jc w:val="right"/>
      </w:pPr>
      <w:r>
        <w:t>صنائیت یا ڈائیکاٹمی تھی وہ دوست اور دشمن کی ڈائیکاٹمی تھی یہ صناعی کلچر مستقل طور پر دشمنی</w:t>
      </w:r>
    </w:p>
    <w:p>
      <w:r>
        <w:rPr>
          <w:b/>
        </w:rPr>
        <w:t xml:space="preserve">[1:04:41] </w:t>
      </w:r>
      <w:r>
        <w:t>aur jang ka sabab bana hua tha is sanai culture ki bina par deen haq ki ishaat amalan</w:t>
      </w:r>
    </w:p>
    <w:p>
      <w:pPr>
        <w:jc w:val="right"/>
      </w:pPr>
      <w:r>
        <w:t>اور جنگ کا سبب بنا ہوا تھا اس صناعی کلچر کی بنا پر دین حق کی اشاعت عملاً</w:t>
      </w:r>
    </w:p>
    <w:p>
      <w:r>
        <w:rPr>
          <w:b/>
        </w:rPr>
        <w:t xml:space="preserve">[1:04:49] </w:t>
      </w:r>
      <w:r>
        <w:t>namumkin ban gayi thi qadeem zamane mein jo mazhabi jabr ya r</w:t>
      </w:r>
    </w:p>
    <w:p>
      <w:pPr>
        <w:jc w:val="right"/>
      </w:pPr>
      <w:r>
        <w:t>ناممکن بن گئی تھی قدیم زمانے میں جو مذہبی جبر یا ر</w:t>
      </w:r>
    </w:p>
    <w:p>
      <w:r>
        <w:rPr>
          <w:b/>
        </w:rPr>
        <w:t xml:space="preserve">[1:04:56] </w:t>
      </w:r>
      <w:r>
        <w:t>religious persecution raaij hua is ka sabab yahi tha Allah taala ka mansooba yeh tha ke is sanaiyat</w:t>
      </w:r>
    </w:p>
    <w:p>
      <w:pPr>
        <w:jc w:val="right"/>
      </w:pPr>
      <w:r>
        <w:t>یلیجیس پرسیکیوشن رائج ہوا اس کا سبب یہی تھا اللہ تعالیٰ کا منصوبہ یہ تھا کہ اس صنائیت</w:t>
      </w:r>
    </w:p>
    <w:p>
      <w:r>
        <w:rPr>
          <w:b/>
        </w:rPr>
        <w:t xml:space="preserve">[1:05:04] </w:t>
      </w:r>
      <w:r>
        <w:t>ko hamesha ke liye khatm kar diya jaye yahi woh baat hai jo quran ki is ayat mein</w:t>
      </w:r>
    </w:p>
    <w:p>
      <w:pPr>
        <w:jc w:val="right"/>
      </w:pPr>
      <w:r>
        <w:t>کو ہمیشہ کے لیے ختم کر دیا جائے یہی وہ بات ہے جو قرآن کی اس آیت میں</w:t>
      </w:r>
    </w:p>
    <w:p>
      <w:r>
        <w:rPr>
          <w:b/>
        </w:rPr>
        <w:t xml:space="preserve">[1:05:11] </w:t>
      </w:r>
      <w:r>
        <w:t>bayan hui hai waqatalohum hatta la takuna fitnatun wa yakuna ad-deenu kulluhu lillah in se jang karo yahan tak</w:t>
      </w:r>
    </w:p>
    <w:p>
      <w:pPr>
        <w:jc w:val="right"/>
      </w:pPr>
      <w:r>
        <w:t>بیان ہوئی ہے وقاتلوہم حتیٰ لا تكون فتنۃ ویکون الدین کلہ للہ ان سے جنگ کرو یہاں تک</w:t>
      </w:r>
    </w:p>
    <w:p>
      <w:r>
        <w:rPr>
          <w:b/>
        </w:rPr>
        <w:t xml:space="preserve">[1:05:19] </w:t>
      </w:r>
      <w:r>
        <w:t>ke fitna baqi na rahe aur deen sab</w:t>
      </w:r>
    </w:p>
    <w:p>
      <w:pPr>
        <w:jc w:val="right"/>
      </w:pPr>
      <w:r>
        <w:t>کہ فتنہ باقی نہ رہے اور دین سب</w:t>
      </w:r>
    </w:p>
    <w:p>
      <w:r>
        <w:rPr>
          <w:b/>
        </w:rPr>
        <w:t xml:space="preserve">[1:05:27] </w:t>
      </w:r>
      <w:r>
        <w:t>dost aur dushman ki sanaiyat ya dichotomy khatam ho jaye aur aik aur sanaiyat raaij ho jaye yani dost aur mu'eed ki sanaiyat yahi woh tareekhi haqeeqat hai jis ko hadees mein in alfaaz mein bayan kiya gaya hai ke Allah beshak is deen ki madad aise aqwam ke zariye kare ga jo ahl-e-iman mein se na honge yeh</w:t>
      </w:r>
    </w:p>
    <w:p>
      <w:pPr>
        <w:jc w:val="right"/>
      </w:pPr>
      <w:r>
        <w:t>اللہ کے لیے ہو جائے اس آیت میں خدا کی جس اسکیم کا اعلان کیا گیا تھا اس کا مطلب یہ نہیں تھا کہ ساری دنیا میں حکومت الہیہ یا کنگڈم آف گاڈ قائم کی جائے اس آیت میں سیاسی نظریے کو نہیں بتایا گیا تھا بلکہ اس میں ایک انسانی نظریے کو بتایا گیا تھا اور وہ یہ کہ دنیا میں ایک عالمی اصول یا یونیورسل نارم کے طور پر</w:t>
      </w:r>
    </w:p>
    <w:p>
      <w:r>
        <w:rPr>
          <w:b/>
        </w:rPr>
        <w:t xml:space="preserve">[1:05:57] </w:t>
      </w:r>
      <w:r>
        <w:t>dost aur dushman ki sanaiyat ya dichotomy khatm ho jaye aur ek aur sanaiyat raij ho jaye yani</w:t>
      </w:r>
    </w:p>
    <w:p>
      <w:pPr>
        <w:jc w:val="right"/>
      </w:pPr>
      <w:r>
        <w:t>دوست اور دشمن کی صنائیت یا ڈائیکاٹمی ختم ہو جائے اور ایک اور صنائیت رائج ہو جائے یعنی</w:t>
      </w:r>
    </w:p>
    <w:p>
      <w:r>
        <w:rPr>
          <w:b/>
        </w:rPr>
        <w:t xml:space="preserve">[1:06:04] </w:t>
      </w:r>
      <w:r>
        <w:t>dost aur mu'eed ki sanaiyat yahi woh tareekhi haqeeqat hai jis ko hadees mein in alfaaz mein bayan</w:t>
      </w:r>
    </w:p>
    <w:p>
      <w:pPr>
        <w:jc w:val="right"/>
      </w:pPr>
      <w:r>
        <w:t>دوست اور معید کی صنائیت یہی وہ تاریخی حقیقت ہے جس کو حدیث میں ان الفاظ میں بیان</w:t>
      </w:r>
    </w:p>
    <w:p>
      <w:r>
        <w:rPr>
          <w:b/>
        </w:rPr>
        <w:t xml:space="preserve">[1:06:12] </w:t>
      </w:r>
      <w:r>
        <w:t>kiya gaya hai ke Allah beshak is deen ki madad aise aqwam ke zariye karega jo</w:t>
      </w:r>
    </w:p>
    <w:p>
      <w:pPr>
        <w:jc w:val="right"/>
      </w:pPr>
      <w:r>
        <w:t>کیا گیا ہے کہ اللہ بے شک اس دین کی مدد ایسے اقوام کے ذریعے کرے گا جو</w:t>
      </w:r>
    </w:p>
    <w:p>
      <w:r>
        <w:rPr>
          <w:b/>
        </w:rPr>
        <w:t xml:space="preserve">[1:06:19] </w:t>
      </w:r>
      <w:r>
        <w:t>ahl-e-iman mein se na honge yeh</w:t>
      </w:r>
    </w:p>
    <w:p>
      <w:pPr>
        <w:jc w:val="right"/>
      </w:pPr>
      <w:r>
        <w:t>اہل ایمان میں سے نہ ہوں گے یہ</w:t>
      </w:r>
    </w:p>
    <w:p>
      <w:r>
        <w:rPr>
          <w:b/>
        </w:rPr>
        <w:t xml:space="preserve">[1:06:27] </w:t>
      </w:r>
      <w:r>
        <w:t>nizam-e-ta'eed ya order of mutual support dunya mein kis tarah aayega is ka jawab yeh hai</w:t>
      </w:r>
    </w:p>
    <w:p>
      <w:pPr>
        <w:jc w:val="right"/>
      </w:pPr>
      <w:r>
        <w:t>نظام تائید یا آرڈر آف میوچل سپورٹ دنیا میں کس طرح آئے گا اس کا جواب یہ ہے</w:t>
      </w:r>
    </w:p>
    <w:p>
      <w:r>
        <w:rPr>
          <w:b/>
        </w:rPr>
        <w:t xml:space="preserve">[1:06:34] </w:t>
      </w:r>
      <w:r>
        <w:t>ke yeh nizam 'amalan jamhooriyat ya democracy aur san'ati tehzeeb ya industrial civilization ke zariye dunya mein aa</w:t>
      </w:r>
    </w:p>
    <w:p>
      <w:pPr>
        <w:jc w:val="right"/>
      </w:pPr>
      <w:r>
        <w:t>کہ یہ نظام عملاً جمہوریت یا ڈیموکریسی اور صنعتی تہذیب یا انڈسٹریل سویلائزیشن کے ذریعے دنیا میں آ</w:t>
      </w:r>
    </w:p>
    <w:p>
      <w:r>
        <w:rPr>
          <w:b/>
        </w:rPr>
        <w:t xml:space="preserve">[1:06:42] </w:t>
      </w:r>
      <w:r>
        <w:t>chuka hai is siyasi aur san'ati nizam ke baad dunya mein jo daur aaya hai woh tamam tar</w:t>
      </w:r>
    </w:p>
    <w:p>
      <w:pPr>
        <w:jc w:val="right"/>
      </w:pPr>
      <w:r>
        <w:t>چکا ہے اس سیاسی اور صنعتی نظام کے بعد دنیا میں جو دور آیا ہے وہ تمام تر</w:t>
      </w:r>
    </w:p>
    <w:p>
      <w:r>
        <w:rPr>
          <w:b/>
        </w:rPr>
        <w:t xml:space="preserve">[1:06:49] </w:t>
      </w:r>
      <w:r>
        <w:t>bahami mafad ya mutual interest par qaim hai pichhle</w:t>
      </w:r>
    </w:p>
    <w:p>
      <w:pPr>
        <w:jc w:val="right"/>
      </w:pPr>
      <w:r>
        <w:t>باہمی مفاد یا میوچل انٹرسٹ پر قائم ہے پچھلے</w:t>
      </w:r>
    </w:p>
    <w:p>
      <w:r>
        <w:rPr>
          <w:b/>
        </w:rPr>
        <w:t xml:space="preserve">[1:06:57] </w:t>
      </w:r>
      <w:r>
        <w:t>zamane mein bahami mafad ki hesiyat 'umoomi culture ki na thi maujooda zamane mein bahami mafad zyada zaroori</w:t>
      </w:r>
    </w:p>
    <w:p>
      <w:pPr>
        <w:jc w:val="right"/>
      </w:pPr>
      <w:r>
        <w:t>زمانے میں باہمی مفاد کی حیثیت عمومی کلچر کی نہ تھی موجودہ زمانے میں باہمی مفاد زیادہ ضروری</w:t>
      </w:r>
    </w:p>
    <w:p>
      <w:r>
        <w:rPr>
          <w:b/>
        </w:rPr>
        <w:t xml:space="preserve">[1:07:04] </w:t>
      </w:r>
      <w:r>
        <w:t>ho chuka hai is ke baghair na jamhoori siyasat dunya mein chalai ja sakti hai aur na san'ati</w:t>
      </w:r>
    </w:p>
    <w:p>
      <w:pPr>
        <w:jc w:val="right"/>
      </w:pPr>
      <w:r>
        <w:t>ہو چکا ہے اس کے بغیر نہ جمہوری سیاست دنیا میں چلائی جا سکتی ہے اور نہ صنعتی</w:t>
      </w:r>
    </w:p>
    <w:p>
      <w:r>
        <w:rPr>
          <w:b/>
        </w:rPr>
        <w:t xml:space="preserve">[1:07:12] </w:t>
      </w:r>
      <w:r>
        <w:t>tehzeeb qaim ki ja sakti hai bahami mafad ke is culture ne ab is cheez ko logon ke</w:t>
      </w:r>
    </w:p>
    <w:p>
      <w:pPr>
        <w:jc w:val="right"/>
      </w:pPr>
      <w:r>
        <w:t>تہذیب قائم کی جا سکتی ہے باہمی مفاد کے اس کلچر نے اب اس چیز کو لوگوں کے</w:t>
      </w:r>
    </w:p>
    <w:p>
      <w:r>
        <w:rPr>
          <w:b/>
        </w:rPr>
        <w:t xml:space="preserve">[1:07:19] </w:t>
      </w:r>
      <w:r>
        <w:t>liye ek majboori ya compulsion ka mamla bana diya hai jis ko pehle</w:t>
      </w:r>
    </w:p>
    <w:p>
      <w:pPr>
        <w:jc w:val="right"/>
      </w:pPr>
      <w:r>
        <w:t>لیے ایک مجبوری یا کمپلشن کا معاملہ بنا دیا ہے جس کو پہلے</w:t>
      </w:r>
    </w:p>
    <w:p>
      <w:r>
        <w:rPr>
          <w:b/>
        </w:rPr>
        <w:t xml:space="preserve">[1:07:27] </w:t>
      </w:r>
      <w:r>
        <w:t>sirf akhlaqi cheez samjha jata tha aaj ki dunya mein insan is ka tahammul nahi kar sakta ke</w:t>
      </w:r>
    </w:p>
    <w:p>
      <w:pPr>
        <w:jc w:val="right"/>
      </w:pPr>
      <w:r>
        <w:t>صرف اخلاقی چیز سمجھا جاتا تھا آج کی دنیا میں انسان اس کا تحمل نہیں کر سکتا کہ</w:t>
      </w:r>
    </w:p>
    <w:p>
      <w:r>
        <w:rPr>
          <w:b/>
        </w:rPr>
        <w:t xml:space="preserve">[1:07:35] </w:t>
      </w:r>
      <w:r>
        <w:t>woh doosron ko apna dushman qarar de aisa karne ki soorat mein na jamhoori siyasat chal sakti hai</w:t>
      </w:r>
    </w:p>
    <w:p>
      <w:pPr>
        <w:jc w:val="right"/>
      </w:pPr>
      <w:r>
        <w:t>وہ دوسروں کو اپنا دشمن قرار دے ایسا کرنے کی صورت میں نہ جمہوری سیاست چل سکتی ہے</w:t>
      </w:r>
    </w:p>
    <w:p>
      <w:r>
        <w:rPr>
          <w:b/>
        </w:rPr>
        <w:t xml:space="preserve">[1:07:42] </w:t>
      </w:r>
      <w:r>
        <w:t>aur na san'ati tehzeeb wajood mein aa sakti hai zamane ki is tabdeeli ki wajah se yeh hua</w:t>
      </w:r>
    </w:p>
    <w:p>
      <w:pPr>
        <w:jc w:val="right"/>
      </w:pPr>
      <w:r>
        <w:t>اور نہ صنعتی تہذیب وجود میں آ سکتی ہے زمانے کی اس تبدیلی کی وجہ سے یہ ہوا</w:t>
      </w:r>
    </w:p>
    <w:p>
      <w:r>
        <w:rPr>
          <w:b/>
        </w:rPr>
        <w:t xml:space="preserve">[1:07:50] </w:t>
      </w:r>
      <w:r>
        <w:t>ke qadeem tarz ki yeh sanaiyat ek namumkin cheez ban gayi is iztirar ya compulsion ki bina par</w:t>
      </w:r>
    </w:p>
    <w:p>
      <w:pPr>
        <w:jc w:val="right"/>
      </w:pPr>
      <w:r>
        <w:t>کہ قدیم طرز کی یہ صنائیت ایک ناممکن چیز بن گئی اس اضطرار یا کمپلشن کی بنا پر</w:t>
      </w:r>
    </w:p>
    <w:p>
      <w:r>
        <w:rPr>
          <w:b/>
        </w:rPr>
        <w:t xml:space="preserve">[1:07:57] </w:t>
      </w:r>
      <w:r>
        <w:t>daur-e-jadeed mein ek nayi sanaiyat qaim ho gayi yeh nayi sanaiyat dost aur mu'eed ya supporter ke</w:t>
      </w:r>
    </w:p>
    <w:p>
      <w:pPr>
        <w:jc w:val="right"/>
      </w:pPr>
      <w:r>
        <w:t>دور جدید میں ایک نئی صنائیت قائم ہو گئی یہ نئی صنائیت دوست اور معید یا سپورٹر کے</w:t>
      </w:r>
    </w:p>
    <w:p>
      <w:r>
        <w:rPr>
          <w:b/>
        </w:rPr>
        <w:t xml:space="preserve">[1:08:05] </w:t>
      </w:r>
      <w:r>
        <w:t>usool par qaim hai na ke qadeem zamane ki dost aur dushmani ki sanaiyat par maujooda zamane ke</w:t>
      </w:r>
    </w:p>
    <w:p>
      <w:pPr>
        <w:jc w:val="right"/>
      </w:pPr>
      <w:r>
        <w:t>اصول پر قائم ہے نہ کہ قدیم زمانے کی دوست اور دشمنی کی صنائیت پر موجودہ زمانے کے</w:t>
      </w:r>
    </w:p>
    <w:p>
      <w:r>
        <w:rPr>
          <w:b/>
        </w:rPr>
        <w:t xml:space="preserve">[1:08:12] </w:t>
      </w:r>
      <w:r>
        <w:t>jo musalman doosri qomon ko apna hareef ya dushman samajh kar un se nafrat karte hain ya un</w:t>
      </w:r>
    </w:p>
    <w:p>
      <w:pPr>
        <w:jc w:val="right"/>
      </w:pPr>
      <w:r>
        <w:t>جو مسلمان دوسری قوموں کو اپنا حریف یا دشمن سمجھ کر ان سے نفرت کرتے ہیں یا ان</w:t>
      </w:r>
    </w:p>
    <w:p>
      <w:r>
        <w:rPr>
          <w:b/>
        </w:rPr>
        <w:t xml:space="preserve">[1:08:20] </w:t>
      </w:r>
      <w:r>
        <w:t>se mutashaddidana ladai kar rahe hain woh mu'eed ki is haqeeqat</w:t>
      </w:r>
    </w:p>
    <w:p>
      <w:pPr>
        <w:jc w:val="right"/>
      </w:pPr>
      <w:r>
        <w:t>سے متشددانہ لڑائی کر رہے ہیں وہ معید کی اس حقیقت</w:t>
      </w:r>
    </w:p>
    <w:p>
      <w:r>
        <w:rPr>
          <w:b/>
        </w:rPr>
        <w:t xml:space="preserve">[1:08:27] </w:t>
      </w:r>
      <w:r>
        <w:t>se bekhabar hain woh apne qadeem zehan ki bina par yeh sochte hain ke aaj bhi dunya</w:t>
      </w:r>
    </w:p>
    <w:p>
      <w:pPr>
        <w:jc w:val="right"/>
      </w:pPr>
      <w:r>
        <w:t>سے بے خبر ہیں وہ اپنے قدیم ذہن کی بنا پر یہ سوچتے ہیں کہ آج بھی دنیا</w:t>
      </w:r>
    </w:p>
    <w:p>
      <w:r>
        <w:rPr>
          <w:b/>
        </w:rPr>
        <w:t xml:space="preserve">[1:08:35] </w:t>
      </w:r>
      <w:r>
        <w:t>mein wahi yahood, wahi nasara, wahi kuffar aur wahi mushrik hain jo pehle the halankeh ab usoolan taur par</w:t>
      </w:r>
    </w:p>
    <w:p>
      <w:pPr>
        <w:jc w:val="right"/>
      </w:pPr>
      <w:r>
        <w:t>میں وہی یہود، وہی نصاریٰ، وہی کافر اور وہی مشرک ہیں جو پہلے تھے حالانکہ اب اصولی طور</w:t>
      </w:r>
    </w:p>
    <w:p>
      <w:r>
        <w:rPr>
          <w:b/>
        </w:rPr>
        <w:t xml:space="preserve">[1:08:42] </w:t>
      </w:r>
      <w:r>
        <w:t>un tamam girohon ka khatma ho chuka hai aaj yeh tamam giroh ek 'umoomi culture ka hissa</w:t>
      </w:r>
    </w:p>
    <w:p>
      <w:pPr>
        <w:jc w:val="right"/>
      </w:pPr>
      <w:r>
        <w:t>پر ان تمام گروہوں کا خاتمہ ہو چکا ہے آج یہ تمام گروہ ایک عمومی کلچر کا حصہ</w:t>
      </w:r>
    </w:p>
    <w:p>
      <w:r>
        <w:rPr>
          <w:b/>
        </w:rPr>
        <w:t xml:space="preserve">[1:08:50] </w:t>
      </w:r>
      <w:r>
        <w:t>ban kar aik naye qism ke giroh ban gaye hain woh</w:t>
      </w:r>
    </w:p>
    <w:p>
      <w:pPr>
        <w:jc w:val="right"/>
      </w:pPr>
      <w:r>
        <w:t>بن کر ایک نئے قسم کے گروہ بن گئے ہیں وہ</w:t>
      </w:r>
    </w:p>
    <w:p>
      <w:r>
        <w:rPr>
          <w:b/>
        </w:rPr>
        <w:t xml:space="preserve">[1:08:57] </w:t>
      </w:r>
      <w:r>
        <w:t>aik doosre ka mufeed giroh ya supporter ban gaye hain aaj aik insaan ki shanakht ya identity mazhab</w:t>
      </w:r>
    </w:p>
    <w:p>
      <w:pPr>
        <w:jc w:val="right"/>
      </w:pPr>
      <w:r>
        <w:t>ایک دوسرے کا معید گروہ یا سپورٹر بن گئے ہیں آج ایک انسان کی شناخت یا آئیڈینٹیٹی مذہب</w:t>
      </w:r>
    </w:p>
    <w:p>
      <w:r>
        <w:rPr>
          <w:b/>
        </w:rPr>
        <w:t xml:space="preserve">[1:09:05] </w:t>
      </w:r>
      <w:r>
        <w:t>par mabni nahi hai balke taayidi culture par mabni hai woh taayidi daur jis ki peshangoi quran o</w:t>
      </w:r>
    </w:p>
    <w:p>
      <w:pPr>
        <w:jc w:val="right"/>
      </w:pPr>
      <w:r>
        <w:t>پر مبنی نہیں ہے بلکہ تائیدی کلچر پر مبنی ہے وہ تائیدی دور جس کی پیشنگوئی قرآن و</w:t>
      </w:r>
    </w:p>
    <w:p>
      <w:r>
        <w:rPr>
          <w:b/>
        </w:rPr>
        <w:t xml:space="preserve">[1:09:12] </w:t>
      </w:r>
      <w:r>
        <w:t>hadees mein ki gayi thi woh ab pichle hazar saala tareekhi amal ya historical process ke zariye dunya</w:t>
      </w:r>
    </w:p>
    <w:p>
      <w:pPr>
        <w:jc w:val="right"/>
      </w:pPr>
      <w:r>
        <w:t>حدیث میں کی گئی تھی وہ اب پچھلے ہزار سالہ تاریخی عمل یا ہسٹوریکل پروسیس کے ذریعے دنیا</w:t>
      </w:r>
    </w:p>
    <w:p>
      <w:r>
        <w:rPr>
          <w:b/>
        </w:rPr>
        <w:t xml:space="preserve">[1:09:20] </w:t>
      </w:r>
      <w:r>
        <w:t>mein amalan qaim ho chuka hai ab musalmanon ko chahiye ke woh</w:t>
      </w:r>
    </w:p>
    <w:p>
      <w:pPr>
        <w:jc w:val="right"/>
      </w:pPr>
      <w:r>
        <w:t>میں عملاً قائم ہو چکا ہے اب مسلمانوں کو چاہیے کہ وہ</w:t>
      </w:r>
    </w:p>
    <w:p>
      <w:r>
        <w:rPr>
          <w:b/>
        </w:rPr>
        <w:t xml:space="preserve">[1:09:28] </w:t>
      </w:r>
      <w:r>
        <w:t>mukammal tor par nafrat aur tashaddud ka khatma kar dein jis tarah doosre log apne siyasi mafad ya eiknomi mafad ko bahami taalluqat ya mutual interest ke zariye haasil kar rahe hain isi tarah musalmanon ko bhi apne mili mansoobay ko bahami taalluqat ya mutual interest par qaim karna chahiye na ke bahami takrao ki bunyaad par qadeem tareekh mein insaanon ke</w:t>
      </w:r>
    </w:p>
    <w:p>
      <w:pPr>
        <w:jc w:val="right"/>
      </w:pPr>
      <w:r>
        <w:t>مکمل طور پر نفرت اور تشدد کا خاتمہ کر دیں جس طرح دوسرے لوگ اپنے سیاسی مفاد یا اقتصادی مفاد کو باہمی تعلقات یا میوچل انٹرسٹ کے ذریعے حاصل کر رہے ہیں اسی طرح مسلمانوں کو بھی اپنے ملی منصوبے کو باہمی تعلقات یا میوچل انٹرسٹ پر قائم کرنا چاہیے نہ کہ باہمی ٹکراؤ کی بنیاد پر قدیم تاریخ میں انسانوں کے</w:t>
      </w:r>
    </w:p>
    <w:p>
      <w:r>
        <w:rPr>
          <w:b/>
        </w:rPr>
        <w:t xml:space="preserve">[1:09:58] </w:t>
      </w:r>
      <w:r>
        <w:t>darmiyan jo napasandeeda soorat e haal qaim thi us ke hal ke liye teen intekhab ya option mumkin thay ek yeh ke soorat e haal ko badastoor apni haalat par baqi rakha jaye is intekhab mein asal masla badastoor baqi rehta tha aur insaan ko woh azadi milne wali nahi thi jo khodai scheme ya scheme of things ke mutabiq matloob thi yani</w:t>
      </w:r>
    </w:p>
    <w:p>
      <w:pPr>
        <w:jc w:val="right"/>
      </w:pPr>
      <w:r>
        <w:t>درمیان جو ناپسندیدہ صورتحال قائم تھی اس کے حل کے لیے تین انتخاب یا آپشن ممکن تھے ایک یہ کہ صورتحال کو بدستور اپنی حالت پر باقی رکھا جائے اس انتخاب میں اصل مسئلہ بدستور باقی رہتا تھا اور انسان کو وہ آزادی ملنے والی نہیں تھی جو خدائی اسکیم یا اسکیم آف تھنگز کے مطابق مطلوب تھی یعنی</w:t>
      </w:r>
    </w:p>
    <w:p>
      <w:r>
        <w:rPr>
          <w:b/>
        </w:rPr>
        <w:t xml:space="preserve">[1:10:28] </w:t>
      </w:r>
      <w:r>
        <w:t>azadi ke sath apne pasandeeda mazhab ya fikr ko ikhtiyar karna doosra intekhab yeh tha ke larr kar is soorat e haal ko khatam karne ki koshish ki jaye magar yeh intekhab bhi ghair mufeed tha kyunke insani azadi ko baqi rakhte hue woh saray se qabil amal hi na tha teesra intekhab woh hai jis ko ikhtiyar kiya gaya y</w:t>
      </w:r>
    </w:p>
    <w:p>
      <w:pPr>
        <w:jc w:val="right"/>
      </w:pPr>
      <w:r>
        <w:t>آزادی کے ساتھ اپنے پسندیدہ مذہب یا فکر کو اختیار کرنا دوسرا انتخاب یہ تھا کہ لڑ کر اس صورتحال کو ختم کرنے کی کوشش کی جائے مگر یہ انتخاب بھی غیر مفید تھا کیونکہ انسانی آزادی کو باقی رکھتے ہوئے وہ سرے سے قابل عمل ہی نہ تھا تیسرا انتخاب وہ ہے جس کو اختیار کیا گیا ی</w:t>
      </w:r>
    </w:p>
    <w:p>
      <w:r>
        <w:rPr>
          <w:b/>
        </w:rPr>
        <w:t xml:space="preserve">[1:10:58] </w:t>
      </w:r>
      <w:r>
        <w:t>ani insani taalluqat mein aisa culture raaij kiya gaya jis mein aman har ek ki zaroorat ban gayi har ek ke liye yeh zaroori ho gaya ke woh doosron ki riayat ya concession karte hue apne liye raasta banane ki koshish kare na ke doosron se takrao ke zariye yahi woh hikmat hai jo khaliq ne is mamle mein ikhtiyar ki in tafseelat ko samne rakha jaye to maloom hoga ke quran</w:t>
      </w:r>
    </w:p>
    <w:p>
      <w:pPr>
        <w:jc w:val="right"/>
      </w:pPr>
      <w:r>
        <w:t>عنی انسانی تعلقات میں ایسا کلچر رائج کیا گیا جس میں امن ہر ایک کی ضرورت بن گئی ہر ایک کے لیے یہ ضروری ہو گیا کہ وہ دوسروں کی رعایت یا کنسیشن کرتے ہوئے اپنے لیے راستہ بنانے کی کوشش کرے نہ کہ دوسروں سے ٹکراؤ کے ذریعے یہی وہ حکمت ہے جو خالق نے اس معاملے میں اختیار کی ان تفصیلات کو سامنے رکھا جائے تو معلوم ہوگا کہ قرآن</w:t>
      </w:r>
    </w:p>
    <w:p>
      <w:r>
        <w:rPr>
          <w:b/>
        </w:rPr>
        <w:t xml:space="preserve">[1:11:28] </w:t>
      </w:r>
      <w:r>
        <w:t>mein is silsile mein jo baat kahi gayi hai woh maasir zamane ki riayat se thi woh abadi</w:t>
      </w:r>
    </w:p>
    <w:p>
      <w:pPr>
        <w:jc w:val="right"/>
      </w:pPr>
      <w:r>
        <w:t>میں اس سلسلے میں جو بات کہی گئی ہے وہ معاصر زمانے کی رعایت سے تھی وہ ابدی</w:t>
      </w:r>
    </w:p>
    <w:p>
      <w:r>
        <w:rPr>
          <w:b/>
        </w:rPr>
        <w:t xml:space="preserve">[1:11:35] </w:t>
      </w:r>
      <w:r>
        <w:t>na thi quran ki taleemat ke do hisse hain aik ideology aur doosra hai tareeqa kar ya method</w:t>
      </w:r>
    </w:p>
    <w:p>
      <w:pPr>
        <w:jc w:val="right"/>
      </w:pPr>
      <w:r>
        <w:t>نہ تھی قرآن کی تعلیمات کے دو حصے ہیں ایک آئیڈیالوجی اور دوسرا ہے طریقہ کار یا میتھڈ</w:t>
      </w:r>
    </w:p>
    <w:p>
      <w:r>
        <w:rPr>
          <w:b/>
        </w:rPr>
        <w:t xml:space="preserve">[1:11:43] </w:t>
      </w:r>
      <w:r>
        <w:t>ideology ka jo hissa hai na qabil tabdeeli hai woh jaise pehle tha waise hi ab bhi rahega</w:t>
      </w:r>
    </w:p>
    <w:p>
      <w:pPr>
        <w:jc w:val="right"/>
      </w:pPr>
      <w:r>
        <w:t>آئیڈیالوجی کا جو حصہ ہے ناقابل تبدیلی ہے وہ جیسے پہلے تھا ویسے ہی اب بھی رہے گا</w:t>
      </w:r>
    </w:p>
    <w:p>
      <w:r>
        <w:rPr>
          <w:b/>
        </w:rPr>
        <w:t xml:space="preserve">[1:11:50] </w:t>
      </w:r>
      <w:r>
        <w:t>lekin jahan tak method ki baat hai is ka taalluq zamani asbab ya e</w:t>
      </w:r>
    </w:p>
    <w:p>
      <w:pPr>
        <w:jc w:val="right"/>
      </w:pPr>
      <w:r>
        <w:t>لیکن جہاں تک میتھڈ کی بات ہے اس کا تعلق زمانی اسباب یا ای</w:t>
      </w:r>
    </w:p>
    <w:p>
      <w:r>
        <w:rPr>
          <w:b/>
        </w:rPr>
        <w:t xml:space="preserve">[1:11:58] </w:t>
      </w:r>
      <w:r>
        <w:t>factor se hai khaliq ne zamani asbab ke mamle mein tareekh ko is tarah manage kiya ke insaan ki azadi bhi baqi rahe aur masla bhi insani zindagi ke kisi pehlu ko nazar andaaz kiye baghair hal ho jaye qadeem zamanay mein zindagi ka jo nizam raaij tha us mein sirf do cheezon ki ahmiyat hoti thi ziraat, agriculture aur badshahat ya kingship zarai zameen ka malik</w:t>
      </w:r>
    </w:p>
    <w:p>
      <w:pPr>
        <w:jc w:val="right"/>
      </w:pPr>
      <w:r>
        <w:t>ج فیکٹر سے ہے خالق نے زمانی اسباب کے معاملے میں تاریخ کو اس طرح مینیج کیا کہ انسان کی آزادی بھی باقی رہے اور مسئلہ بھی انسانی زندگی کے کسی پہلو کو نظر انداز کیے بغیر حل ہو جائے قدیم زمانے میں زندگی کا جو نظام رائج تھا اس میں صرف دو چیزوں کی اہمیت ہوتی تھی زراعت، ایگریکلچر اور بادشاہت یا کنگ شپ زرعی زمین کا مالک</w:t>
      </w:r>
    </w:p>
    <w:p>
      <w:r>
        <w:rPr>
          <w:b/>
        </w:rPr>
        <w:t xml:space="preserve">[1:12:28] </w:t>
      </w:r>
      <w:r>
        <w:t>landlord hota tha zameen ke maamle mein wahi sab kuch hota tha is tarah hukumat ke maamle</w:t>
      </w:r>
    </w:p>
    <w:p>
      <w:pPr>
        <w:jc w:val="right"/>
      </w:pPr>
      <w:r>
        <w:t>لینڈ لارڈ ہوتا تھا زمین کے معاملے میں وہی سب کچھ ہوتا تھا اس طرح حکومت کے معاملے</w:t>
      </w:r>
    </w:p>
    <w:p>
      <w:r>
        <w:rPr>
          <w:b/>
        </w:rPr>
        <w:t xml:space="preserve">[1:12:35] </w:t>
      </w:r>
      <w:r>
        <w:t>mein saari hesiyat badshah ki hoti thi is nizaam ke tehat qadeem zamane mein saari dunya mein yak-tarfa</w:t>
      </w:r>
    </w:p>
    <w:p>
      <w:pPr>
        <w:jc w:val="right"/>
      </w:pPr>
      <w:r>
        <w:t>میں ساری حیثیت بادشاہ کی ہوتی تھی اس نظام کے تحت قدیم زمانے میں ساری دنیا میں یکطرفہ</w:t>
      </w:r>
    </w:p>
    <w:p>
      <w:r>
        <w:rPr>
          <w:b/>
        </w:rPr>
        <w:t xml:space="preserve">[1:12:43] </w:t>
      </w:r>
      <w:r>
        <w:t>mafada ya unilateral interest ka tareeqa raaij tha is liye hazaron saal ke darmiyan saari dunya mein</w:t>
      </w:r>
    </w:p>
    <w:p>
      <w:pPr>
        <w:jc w:val="right"/>
      </w:pPr>
      <w:r>
        <w:t>مفاد یا یونی لیٹرل انٹرسٹ کا طریقہ رائج تھا اس لیے ہزاروں سال کے درمیان ساری دنیا میں</w:t>
      </w:r>
    </w:p>
    <w:p>
      <w:r>
        <w:rPr>
          <w:b/>
        </w:rPr>
        <w:t xml:space="preserve">[1:12:50] </w:t>
      </w:r>
      <w:r>
        <w:t>yahi tareeqa raaij tha muslim ahad mein aathveen sadi eesvi mein sasani saltanat</w:t>
      </w:r>
    </w:p>
    <w:p>
      <w:pPr>
        <w:jc w:val="right"/>
      </w:pPr>
      <w:r>
        <w:t>یہی طریقہ رائج تھا مسلم عہد میں آٹھویں صدی عیسوی میں ساسانی سلطنت</w:t>
      </w:r>
    </w:p>
    <w:p>
      <w:r>
        <w:rPr>
          <w:b/>
        </w:rPr>
        <w:t xml:space="preserve">[1:12:58] </w:t>
      </w:r>
      <w:r>
        <w:t>aur bizantini saltanat ko tod diya gaya is ke baad insani zindagi mein aik naya tareekhi amal ya</w:t>
      </w:r>
    </w:p>
    <w:p>
      <w:pPr>
        <w:jc w:val="right"/>
      </w:pPr>
      <w:r>
        <w:t>اور بازنتینی سلطنت کو توڑ دیا گیا اس کے بعد انسانی زندگی میں ایک نیا تاریخی عمل یا</w:t>
      </w:r>
    </w:p>
    <w:p>
      <w:r>
        <w:rPr>
          <w:b/>
        </w:rPr>
        <w:t xml:space="preserve">[1:13:05] </w:t>
      </w:r>
      <w:r>
        <w:t>historical process shuru hua yeh amal mukhtalif marhalon se guzarta raha yahan tak ke satarveen sadi mein maghribi</w:t>
      </w:r>
    </w:p>
    <w:p>
      <w:pPr>
        <w:jc w:val="right"/>
      </w:pPr>
      <w:r>
        <w:t>ہسٹوریکل پروسیس شروع ہوا یہ عمل مختلف مراحل سے گزرتا رہا یہاں تک کہ سترویں صدی میں مغربی</w:t>
      </w:r>
    </w:p>
    <w:p>
      <w:r>
        <w:rPr>
          <w:b/>
        </w:rPr>
        <w:t xml:space="preserve">[1:13:13] </w:t>
      </w:r>
      <w:r>
        <w:t>europe mein is ki takmeel hui is ke baad insani zindagi mein aik naya daur aagaya yeh naya</w:t>
      </w:r>
    </w:p>
    <w:p>
      <w:pPr>
        <w:jc w:val="right"/>
      </w:pPr>
      <w:r>
        <w:t>یورپ میں اس کی تکمیل ہوئی اس کے بعد انسانی زندگی میں ایک نیا دور آگیا یہ نیا</w:t>
      </w:r>
    </w:p>
    <w:p>
      <w:r>
        <w:rPr>
          <w:b/>
        </w:rPr>
        <w:t xml:space="preserve">[1:13:20] </w:t>
      </w:r>
      <w:r>
        <w:t>daur bahami mafad ke usool par qaim tha ab dunya</w:t>
      </w:r>
    </w:p>
    <w:p>
      <w:pPr>
        <w:jc w:val="right"/>
      </w:pPr>
      <w:r>
        <w:t>دور باہمی مفاد کے اصول پر قائم تھا اب دنیا</w:t>
      </w:r>
    </w:p>
    <w:p>
      <w:r>
        <w:rPr>
          <w:b/>
        </w:rPr>
        <w:t xml:space="preserve">[1:13:28] </w:t>
      </w:r>
      <w:r>
        <w:t>ka nizaam mushtarak mafad ya common interest ke usool par chalne laga jabke is se pehle woh ghair</w:t>
      </w:r>
    </w:p>
    <w:p>
      <w:pPr>
        <w:jc w:val="right"/>
      </w:pPr>
      <w:r>
        <w:t>کا نظام مشترک مفاد یا کامن انٹرسٹ کے اصول پر چلنے لگا جبکہ اس سے پہلے وہ غیر</w:t>
      </w:r>
    </w:p>
    <w:p>
      <w:r>
        <w:rPr>
          <w:b/>
        </w:rPr>
        <w:t xml:space="preserve">[1:13:36] </w:t>
      </w:r>
      <w:r>
        <w:t>mushtarak mafad ya unilateral interest ke usool par chal raha tha is naye daur mein do bade</w:t>
      </w:r>
    </w:p>
    <w:p>
      <w:pPr>
        <w:jc w:val="right"/>
      </w:pPr>
      <w:r>
        <w:t>مشترک مفاد یا یونی لیٹرل انٹرسٹ کے اصول پر چل رہا تھا اس نئے دور میں دو بڑے</w:t>
      </w:r>
    </w:p>
    <w:p>
      <w:r>
        <w:rPr>
          <w:b/>
        </w:rPr>
        <w:t xml:space="preserve">[1:13:43] </w:t>
      </w:r>
      <w:r>
        <w:t>inqilabat aaye aik jamhooriyat ya democracy aur doosra sanati tehzeeb ya industrial civilization is soorat-e-haal ne pichli masawaaton</w:t>
      </w:r>
    </w:p>
    <w:p>
      <w:pPr>
        <w:jc w:val="right"/>
      </w:pPr>
      <w:r>
        <w:t>انقلابات آئے ایک جمہوریت یا ڈیموکریسی اور دوسرا صنعتی تہذیب یا انڈسٹریل سویلائزیشن اس صورتحال نے پچھلی مساواتوں</w:t>
      </w:r>
    </w:p>
    <w:p>
      <w:r>
        <w:rPr>
          <w:b/>
        </w:rPr>
        <w:t xml:space="preserve">[1:13:51] </w:t>
      </w:r>
      <w:r>
        <w:t>ya equations ko yakasar badal diya</w:t>
      </w:r>
    </w:p>
    <w:p>
      <w:pPr>
        <w:jc w:val="right"/>
      </w:pPr>
      <w:r>
        <w:t>یا ایکویشنز کو یکسر بدل دیا</w:t>
      </w:r>
    </w:p>
    <w:p>
      <w:r>
        <w:rPr>
          <w:b/>
        </w:rPr>
        <w:t xml:space="preserve">[1:13:58] </w:t>
      </w:r>
      <w:r>
        <w:t>ab dunya mein nai sanaiyat ya dichotomy wajood mein aayi tamam insani mafadat do tarafah buniyad par qaim</w:t>
      </w:r>
    </w:p>
    <w:p>
      <w:pPr>
        <w:jc w:val="right"/>
      </w:pPr>
      <w:r>
        <w:t>اب دنیا میں نئی صنائیت یا ڈائیکاٹمی وجود میں آئی تمام انسانی مفادات دو طرفہ بنیاد پر قائم</w:t>
      </w:r>
    </w:p>
    <w:p>
      <w:r>
        <w:rPr>
          <w:b/>
        </w:rPr>
        <w:t xml:space="preserve">[1:14:06] </w:t>
      </w:r>
      <w:r>
        <w:t>ho gaye teacher ka mafad student se aur student ka mafad teacher se businessman ka mafad customer</w:t>
      </w:r>
    </w:p>
    <w:p>
      <w:pPr>
        <w:jc w:val="right"/>
      </w:pPr>
      <w:r>
        <w:t>ہو گئے ٹیچر کا مفاد اسٹوڈنٹ سے اور اسٹوڈنٹ کا مفاد ٹیچر سے بزنس مین کا مفاد کسٹمر</w:t>
      </w:r>
    </w:p>
    <w:p>
      <w:r>
        <w:rPr>
          <w:b/>
        </w:rPr>
        <w:t xml:space="preserve">[1:14:14] </w:t>
      </w:r>
      <w:r>
        <w:t>se aur customers ka mafad businessman se political leaders ka mafad voters se aur voters ka mafad</w:t>
      </w:r>
    </w:p>
    <w:p>
      <w:pPr>
        <w:jc w:val="right"/>
      </w:pPr>
      <w:r>
        <w:t>سے اور کسٹمرز کا مفاد بزنس مین سے پولیٹیکل لیڈروں کا مفاد ووٹرز سے اور ووٹرز کا مفاد</w:t>
      </w:r>
    </w:p>
    <w:p>
      <w:r>
        <w:rPr>
          <w:b/>
        </w:rPr>
        <w:t xml:space="preserve">[1:14:21] </w:t>
      </w:r>
      <w:r>
        <w:t>political leaders se waghera</w:t>
      </w:r>
    </w:p>
    <w:p>
      <w:pPr>
        <w:jc w:val="right"/>
      </w:pPr>
      <w:r>
        <w:t>پولیٹیکل لیڈرز سے وغیرہ</w:t>
      </w:r>
    </w:p>
    <w:p>
      <w:r>
        <w:rPr>
          <w:b/>
        </w:rPr>
        <w:t xml:space="preserve">[1:14:29] </w:t>
      </w:r>
      <w:r>
        <w:t>is tarah dunya mein pehli baar woh door aam tor par raaij hua jis ko hadees mein taayid ka door ya age of mutual support kaha gaya hai is naye door ki peshangoi quran mein in alfaz mein ki gayi hai wala tastawi al hasanatu wala al sayyi'atu idfa bil lati hi ahsanu faiza alladhi bainaka wa bainahu adawatun ka annahu</w:t>
      </w:r>
    </w:p>
    <w:p>
      <w:pPr>
        <w:jc w:val="right"/>
      </w:pPr>
      <w:r>
        <w:t>اس طرح دنیا میں پہلی بار وہ دور عمومی طور پر رائج ہوا جس کو حدیث میں تائید کا دور یا ایج آف میوچل سپورٹ کہا گیا ہے اس نئے دور کی پیشنگوئی قرآن میں ان الفاظ میں کی گئی ہے ولا تستوی الحسنة ولا السيئة ادفع بالتي هي أحسن فإذا الذي بينك وبينه عداوة كأنه و</w:t>
      </w:r>
    </w:p>
    <w:p>
      <w:r>
        <w:rPr>
          <w:b/>
        </w:rPr>
        <w:t xml:space="preserve">[1:14:59] </w:t>
      </w:r>
      <w:r>
        <w:t>le hameem yani bhalai aur burai dono barabar nahi tum jawab mein woh kaho jo is se behtar</w:t>
      </w:r>
    </w:p>
    <w:p>
      <w:pPr>
        <w:jc w:val="right"/>
      </w:pPr>
      <w:r>
        <w:t>لي حميم یعنی بھلائی اور برائی دونوں برابر نہیں تم جواب میں وہ کہو جو اس سے بہتر</w:t>
      </w:r>
    </w:p>
    <w:p>
      <w:r>
        <w:rPr>
          <w:b/>
        </w:rPr>
        <w:t xml:space="preserve">[1:15:07] </w:t>
      </w:r>
      <w:r>
        <w:t>ho phir tum dekhoge ke tum mein aur jis mein dushmani thi woh aisa ho gaya jaise</w:t>
      </w:r>
    </w:p>
    <w:p>
      <w:pPr>
        <w:jc w:val="right"/>
      </w:pPr>
      <w:r>
        <w:t>ہو پھر تم دیکھو گے کہ تم میں اور جس میں دشمنی تھی وہ ایسا ہو گیا جیسے</w:t>
      </w:r>
    </w:p>
    <w:p>
      <w:r>
        <w:rPr>
          <w:b/>
        </w:rPr>
        <w:t xml:space="preserve">[1:15:15] </w:t>
      </w:r>
      <w:r>
        <w:t>koi dost qaraabat wala yeh tareekh mein khodai management ya divine management ka muamla tha qadeem zamane mein</w:t>
      </w:r>
    </w:p>
    <w:p>
      <w:pPr>
        <w:jc w:val="right"/>
      </w:pPr>
      <w:r>
        <w:t>کوئی دوست قرابت والا یہ تاریخ میں خدائی مینیجمنٹ یا ڈیوائن مینیجمنٹ کا معاملہ تھا قدیم زمانے میں</w:t>
      </w:r>
    </w:p>
    <w:p>
      <w:r>
        <w:rPr>
          <w:b/>
        </w:rPr>
        <w:t xml:space="preserve">[1:15:22] </w:t>
      </w:r>
      <w:r>
        <w:t>insani zindagi dost aur dushmani ki sanaiyat ya dichotomy par qaim thi</w:t>
      </w:r>
    </w:p>
    <w:p>
      <w:pPr>
        <w:jc w:val="right"/>
      </w:pPr>
      <w:r>
        <w:t>انسانی زندگی دوست اور دشمنی کی صنائیت یا ڈائیکاٹمی پر قائم تھی</w:t>
      </w:r>
    </w:p>
    <w:p>
      <w:r>
        <w:rPr>
          <w:b/>
        </w:rPr>
        <w:t xml:space="preserve">[1:15:30] </w:t>
      </w:r>
      <w:r>
        <w:t>tareekh mein is naye inqalab ke baad insani zindagi mein ek aur dichotomy qaim hui jis mein dushmani ka tasawwur hazf ho chuka tha sirf do fareeq baqi thay aur woh thay dost aur mufeed ya supporter quran mein rasool aur ashaab rasool ko yeh hukum diya gaya tha wa qatiluhum hatta la takuna fitnatun wa yakuna al deenu</w:t>
      </w:r>
    </w:p>
    <w:p>
      <w:pPr>
        <w:jc w:val="right"/>
      </w:pPr>
      <w:r>
        <w:t>تاریخ میں اس نئے انقلاب کے بعد انسانی زندگی میں ایک اور ڈائیکاٹمی قائم ہوئی جس میں دشمنی کا تصور حذف ہو چکا تھا صرف دو فریق باقی تھے اور وہ تھے دوست اور معید یا سپورٹر قرآن میں رسول اور اصحاب رسول کو یہ حکم دیا گیا تھا وقاتلوہم حتیٰ لا تكون فتنۃ ویکون الدین ک</w:t>
      </w:r>
    </w:p>
    <w:p>
      <w:r>
        <w:rPr>
          <w:b/>
        </w:rPr>
        <w:t xml:space="preserve">[1:16:00] </w:t>
      </w:r>
      <w:r>
        <w:t>lillahi yani un se laro yahan tak ke fitna baqi na rahe aur deen sab Allah ke liye ho jaye is ayat ka matlab yeh nahi tha ke sari dunya mein hukoomat elahiya qaim ho jaye balke is ka matlab yeh tha ke insani zindagi mein mukhasmanah taalluqat. balke is ka matlab yeh tha ke insani zindagi mein mukhasmanah taalluqat</w:t>
      </w:r>
    </w:p>
    <w:p>
      <w:pPr>
        <w:jc w:val="right"/>
      </w:pPr>
      <w:r>
        <w:t>لہ للہ یعنی ان سے لڑو یہاں تک کہ فتنہ باقی نہ رہے اور دین سب اللہ کے لیے ہو جائے اس آیت کا مطلب یہ نہیں تھا کہ ساری دنیا میں حکومت الہیہ قائم ہو جائے بلکہ اس کا مطلب یہ تھا کہ انسانی زندگی میں مخاصمانہ تعلقات. بلکہ اس کا مطلب یہ تھا کہ انسانی زندگی میں مخاصمانہ تعلقات</w:t>
      </w:r>
    </w:p>
    <w:p>
      <w:r>
        <w:rPr>
          <w:b/>
        </w:rPr>
        <w:t xml:space="preserve">[1:16:30] </w:t>
      </w:r>
      <w:r>
        <w:t>ya relationship based on rivalry ke bajaye mueedana taaluqat ya relationship based on support par qaim</w:t>
      </w:r>
    </w:p>
    <w:p>
      <w:pPr>
        <w:jc w:val="right"/>
      </w:pPr>
      <w:r>
        <w:t>یا ریلیشن شپ بیسڈ آن رائیولری کے بجائے معیدانہ تعلقات یا ریلیشن شپ بیسڈ آن سپورٹ پر قائم</w:t>
      </w:r>
    </w:p>
    <w:p>
      <w:r>
        <w:rPr>
          <w:b/>
        </w:rPr>
        <w:t xml:space="preserve">[1:16:38] </w:t>
      </w:r>
      <w:r>
        <w:t>ho jaye dunya se mazhabi istibdad khatm ho jaye aaj dunya ek global village ban chuki hai tez</w:t>
      </w:r>
    </w:p>
    <w:p>
      <w:pPr>
        <w:jc w:val="right"/>
      </w:pPr>
      <w:r>
        <w:t>ہو جائے دنیا سے مذہبی استبداد ختم ہو جائے آج دنیا ایک گلوبل ولیج بن چکی ہے تیز</w:t>
      </w:r>
    </w:p>
    <w:p>
      <w:r>
        <w:rPr>
          <w:b/>
        </w:rPr>
        <w:t xml:space="preserve">[1:16:45] </w:t>
      </w:r>
      <w:r>
        <w:t>raftaar communication ne tamam rukawatein door kar di hain ek mulk ke doosre mulk se mafaadaat wabasta ho</w:t>
      </w:r>
    </w:p>
    <w:p>
      <w:pPr>
        <w:jc w:val="right"/>
      </w:pPr>
      <w:r>
        <w:t>رفتار کمیونیکیشن نے تمام رکاوٹیں دور کر دی ہیں ایک ملک کے دوسرے ملک سے مفادات وابستہ ہو</w:t>
      </w:r>
    </w:p>
    <w:p>
      <w:r>
        <w:rPr>
          <w:b/>
        </w:rPr>
        <w:t xml:space="preserve">[1:16:53] </w:t>
      </w:r>
      <w:r>
        <w:t>gaye hain kisi mulk mein koi cheez dastiyab hai kisi mulk mein koi</w:t>
      </w:r>
    </w:p>
    <w:p>
      <w:pPr>
        <w:jc w:val="right"/>
      </w:pPr>
      <w:r>
        <w:t>گئے ہیں کسی ملک میں کوئی چیز دستیاب ہے کسی ملک میں کوئی</w:t>
      </w:r>
    </w:p>
    <w:p>
      <w:r>
        <w:rPr>
          <w:b/>
        </w:rPr>
        <w:t xml:space="preserve">[1:17:00] </w:t>
      </w:r>
      <w:r>
        <w:t>doosri cheez dastiyab hai is tarah aapsi len den bohat zyada badh gaya hai import export bohat bade</w:t>
      </w:r>
    </w:p>
    <w:p>
      <w:pPr>
        <w:jc w:val="right"/>
      </w:pPr>
      <w:r>
        <w:t>دوسری چیز دستیاب ہے اس طرح آپسی لین دین بہت زیادہ بڑھ گیا ہے امپورٹ ایکسپورٹ بہت بڑے</w:t>
      </w:r>
    </w:p>
    <w:p>
      <w:r>
        <w:rPr>
          <w:b/>
        </w:rPr>
        <w:t xml:space="preserve">[1:17:06] </w:t>
      </w:r>
      <w:r>
        <w:t>peymane par ho raha hai aisa pehle kabhi tareekh mein nahi tha is naye scenario mein tamam rivalries</w:t>
      </w:r>
    </w:p>
    <w:p>
      <w:pPr>
        <w:jc w:val="right"/>
      </w:pPr>
      <w:r>
        <w:t>پیمانے پر ہو رہا ہے ایسا پہلے کبھی تاریخ میں نہیں تھا اس نئے سیناریو میں تمام رائیولریز</w:t>
      </w:r>
    </w:p>
    <w:p>
      <w:r>
        <w:rPr>
          <w:b/>
        </w:rPr>
        <w:t xml:space="preserve">[1:17:12] </w:t>
      </w:r>
      <w:r>
        <w:t>khatm ho chuki hain ab sirf dost aur dost ka equation hai dost aur dushman ka equation khatm</w:t>
      </w:r>
    </w:p>
    <w:p>
      <w:pPr>
        <w:jc w:val="right"/>
      </w:pPr>
      <w:r>
        <w:t>ختم ہو چکی ہیں اب صرف دوست اور دوست کا ایکویشن ہے دوست اور دشمن کا ایکویشن ختم</w:t>
      </w:r>
    </w:p>
    <w:p>
      <w:r>
        <w:rPr>
          <w:b/>
        </w:rPr>
        <w:t xml:space="preserve">[1:17:18] </w:t>
      </w:r>
      <w:r>
        <w:t>ho chuka hai.</w:t>
      </w:r>
    </w:p>
    <w:p>
      <w:pPr>
        <w:jc w:val="right"/>
      </w:pPr>
      <w:r>
        <w:t>ہو چکا ہے.</w:t>
      </w:r>
    </w:p>
    <w:p>
      <w:r>
        <w:rPr>
          <w:b/>
        </w:rPr>
        <w:t xml:space="preserve">[1:17:25] </w:t>
      </w:r>
      <w:r>
        <w:t>is global village ki ek alamat</w:t>
      </w:r>
    </w:p>
    <w:p>
      <w:pPr>
        <w:jc w:val="right"/>
      </w:pPr>
      <w:r>
        <w:t>اس گلوبل ولیج کی ایک علامت</w:t>
      </w:r>
    </w:p>
    <w:p>
      <w:r>
        <w:rPr>
          <w:b/>
        </w:rPr>
        <w:t xml:space="preserve">[1:17:31] </w:t>
      </w:r>
      <w:r>
        <w:t>maujooda zamane mein hawai safar ya air travel hai qadeem bahri aur bari safar ke bar aks hawai jahaz</w:t>
      </w:r>
    </w:p>
    <w:p>
      <w:pPr>
        <w:jc w:val="right"/>
      </w:pPr>
      <w:r>
        <w:t>موجودہ زمانے میں ہوائی سفر یا ایئر ٹریول ہے قدیم بحری اور بری سفر کے برعکس ہوائی جہاز</w:t>
      </w:r>
    </w:p>
    <w:p>
      <w:r>
        <w:rPr>
          <w:b/>
        </w:rPr>
        <w:t xml:space="preserve">[1:17:38] </w:t>
      </w:r>
      <w:r>
        <w:t>tamam mulkon ke oopar parwaz karta hai khwah woh apna mulk ho ya ghair ka mulk ho is</w:t>
      </w:r>
    </w:p>
    <w:p>
      <w:pPr>
        <w:jc w:val="right"/>
      </w:pPr>
      <w:r>
        <w:t>تمام ملکوں کے اوپر پرواز کرتا ہے خواہ وہ اپنا ملک ہو یا غیر کا ملک ہو اس</w:t>
      </w:r>
    </w:p>
    <w:p>
      <w:r>
        <w:rPr>
          <w:b/>
        </w:rPr>
        <w:t xml:space="preserve">[1:17:46] </w:t>
      </w:r>
      <w:r>
        <w:t>ke nateeje mein insanon ki banai hui tamam sarhadein apne aap toot gayin ab amalan har insaan tamam</w:t>
      </w:r>
    </w:p>
    <w:p>
      <w:pPr>
        <w:jc w:val="right"/>
      </w:pPr>
      <w:r>
        <w:t>کے نتیجے میں انسانوں کی بنائی ہوئی تمام سرحدیں اپنے آپ ٹوٹ گئیں اب عملاً ہر انسان تمام</w:t>
      </w:r>
    </w:p>
    <w:p>
      <w:r>
        <w:rPr>
          <w:b/>
        </w:rPr>
        <w:t xml:space="preserve">[1:17:53] </w:t>
      </w:r>
      <w:r>
        <w:t>dunya ka shehri hai jabke qadeem zamane mein</w:t>
      </w:r>
    </w:p>
    <w:p>
      <w:pPr>
        <w:jc w:val="right"/>
      </w:pPr>
      <w:r>
        <w:t>دنیا کا شہری ہے جبکہ قدیم زمانے میں</w:t>
      </w:r>
    </w:p>
    <w:p>
      <w:r>
        <w:rPr>
          <w:b/>
        </w:rPr>
        <w:t xml:space="preserve">[1:18:01] </w:t>
      </w:r>
      <w:r>
        <w:t>koi insaan sirf apne mulk ka shehri hota tha education, job, siyahat, tijarat waghera ke liye log badi</w:t>
      </w:r>
    </w:p>
    <w:p>
      <w:pPr>
        <w:jc w:val="right"/>
      </w:pPr>
      <w:r>
        <w:t>کوئی انسان صرف اپنے ملک کا شہری ہوتا تھا ایجوکیشن، جاب، سیاحت، تجارت وغیرہ کے لیے لوگ بڑی</w:t>
      </w:r>
    </w:p>
    <w:p>
      <w:r>
        <w:rPr>
          <w:b/>
        </w:rPr>
        <w:t xml:space="preserve">[1:18:09] </w:t>
      </w:r>
      <w:r>
        <w:t>taadad mein ek mulk se doosre mulk jate hain in mulkon mein in ko har tarah ki azadi</w:t>
      </w:r>
    </w:p>
    <w:p>
      <w:pPr>
        <w:jc w:val="right"/>
      </w:pPr>
      <w:r>
        <w:t>تعداد میں ایک ملک سے دوسرے ملک جاتے ہیں ان ممالک میں ان کو ہر طرح کی آزادی</w:t>
      </w:r>
    </w:p>
    <w:p>
      <w:r>
        <w:rPr>
          <w:b/>
        </w:rPr>
        <w:t xml:space="preserve">[1:18:16] </w:t>
      </w:r>
      <w:r>
        <w:t>mili hui hai yahan tak ke woh apne mazhab se logon ko aagah karein is ki bhi azadi</w:t>
      </w:r>
    </w:p>
    <w:p>
      <w:pPr>
        <w:jc w:val="right"/>
      </w:pPr>
      <w:r>
        <w:t>ملی ہوئی ہے یہاں تک کہ وہ اپنے مذہب سے لوگوں کو آگاہ کریں اس کی بھی آزادی</w:t>
      </w:r>
    </w:p>
    <w:p>
      <w:r>
        <w:rPr>
          <w:b/>
        </w:rPr>
        <w:t xml:space="preserve">[1:18:24] </w:t>
      </w:r>
      <w:r>
        <w:t>hai is nazar se hum dekhein to humein mehsoos hoga ke aaj sari dunya hamari</w:t>
      </w:r>
    </w:p>
    <w:p>
      <w:pPr>
        <w:jc w:val="right"/>
      </w:pPr>
      <w:r>
        <w:t>ہے اس نظر سے ہم دیکھیں تو ہمیں محسوس ہوگا کہ آج ساری دنیا ہماری</w:t>
      </w:r>
    </w:p>
    <w:p>
      <w:r>
        <w:rPr>
          <w:b/>
        </w:rPr>
        <w:t xml:space="preserve">[1:18:31] </w:t>
      </w:r>
      <w:r>
        <w:t>dunya hai woh sari had bandiyan toot chuki hain jo qadeem daur ka khasa theen aap bahir ja</w:t>
      </w:r>
    </w:p>
    <w:p>
      <w:pPr>
        <w:jc w:val="right"/>
      </w:pPr>
      <w:r>
        <w:t>دنیا ہے وہ ساری حد بندیاں ٹوٹ چکی ہیں جو قدیم دور کا خاصہ تھیں آپ باہر جا</w:t>
      </w:r>
    </w:p>
    <w:p>
      <w:r>
        <w:rPr>
          <w:b/>
        </w:rPr>
        <w:t xml:space="preserve">[1:18:39] </w:t>
      </w:r>
      <w:r>
        <w:t>kar taleem hasil karein business karein apne mazhab ki practice karein apne mazhab ki tablegh karein sirf qanoon</w:t>
      </w:r>
    </w:p>
    <w:p>
      <w:pPr>
        <w:jc w:val="right"/>
      </w:pPr>
      <w:r>
        <w:t>کر تعلیم حاصل کریں بزنس کریں اپنے مذہب کی پریکٹس کریں اپنے مذہب کی تبلیغ کریں صرف قانون</w:t>
      </w:r>
    </w:p>
    <w:p>
      <w:r>
        <w:rPr>
          <w:b/>
        </w:rPr>
        <w:t xml:space="preserve">[1:18:46] </w:t>
      </w:r>
      <w:r>
        <w:t>o nazm ke liye masla banne ki ijazat nahi aap aman ya pur sakoon reh kar har mulk mein</w:t>
      </w:r>
    </w:p>
    <w:p>
      <w:pPr>
        <w:jc w:val="right"/>
      </w:pPr>
      <w:r>
        <w:t>و نظم کے لیے مسئلہ بننے کی اجازت نہیں آپ پرامن یا پُرسکون رہ کر ہر ملک میں</w:t>
      </w:r>
    </w:p>
    <w:p>
      <w:r>
        <w:rPr>
          <w:b/>
        </w:rPr>
        <w:t xml:space="preserve">[1:18:54] </w:t>
      </w:r>
      <w:r>
        <w:t>wo kaam kar sakte hain jo aap apne mulk mein kar sakte hain</w:t>
      </w:r>
    </w:p>
    <w:p>
      <w:pPr>
        <w:jc w:val="right"/>
      </w:pPr>
      <w:r>
        <w:t>وہ کام کر سکتے ہیں جو آپ اپنے ملک میں کر سکتے ہیں</w:t>
      </w:r>
    </w:p>
    <w:p>
      <w:r>
        <w:rPr>
          <w:b/>
        </w:rPr>
        <w:t xml:space="preserve">[1:19:01] </w:t>
      </w:r>
      <w:r>
        <w:t>yeh naya daur jo tareekh mein khodai intezam ya divine management ke tehat duniya mein aaya hai woh</w:t>
      </w:r>
    </w:p>
    <w:p>
      <w:pPr>
        <w:jc w:val="right"/>
      </w:pPr>
      <w:r>
        <w:t>یہ نیا دور جو تاریخ میں خدائی انتظام یا ڈیوائن مینیجمنٹ کے تحت دنیا میں آیا ہے وہ</w:t>
      </w:r>
    </w:p>
    <w:p>
      <w:r>
        <w:rPr>
          <w:b/>
        </w:rPr>
        <w:t xml:space="preserve">[1:19:09] </w:t>
      </w:r>
      <w:r>
        <w:t>ain deen e khodawandi ke haq mein hai ab waqt aa gaya hai ke ummat e muslema is haqeeqat ko samjhe</w:t>
      </w:r>
    </w:p>
    <w:p>
      <w:pPr>
        <w:jc w:val="right"/>
      </w:pPr>
      <w:r>
        <w:t>عین دین خداوندی کے حق میں ہے اب وقت آگیا ہے کہ امت مسلمہ اس حقیقت کو سمجھے</w:t>
      </w:r>
    </w:p>
    <w:p>
      <w:r>
        <w:rPr>
          <w:b/>
        </w:rPr>
        <w:t xml:space="preserve">[1:19:16] </w:t>
      </w:r>
      <w:r>
        <w:t>woh har qism ki manfi karrwaiyon ko mukammal taur par chhod de kyunke ummat e muslema ki manfi karrwaiyan</w:t>
      </w:r>
    </w:p>
    <w:p>
      <w:pPr>
        <w:jc w:val="right"/>
      </w:pPr>
      <w:r>
        <w:t>وہ ہر قسم کی منفی کارروائیوں کو مکمل طور پر چھوڑ دے کیونکہ امت مسلمہ کی منفی کارروائیاں</w:t>
      </w:r>
    </w:p>
    <w:p>
      <w:r>
        <w:rPr>
          <w:b/>
        </w:rPr>
        <w:t xml:space="preserve">[1:19:24] </w:t>
      </w:r>
      <w:r>
        <w:t>mehroomi ya deprivation ke usool par</w:t>
      </w:r>
    </w:p>
    <w:p>
      <w:pPr>
        <w:jc w:val="right"/>
      </w:pPr>
      <w:r>
        <w:t>محرومی یا ڈیپرائیویشن کے اصول پر</w:t>
      </w:r>
    </w:p>
    <w:p>
      <w:r>
        <w:rPr>
          <w:b/>
        </w:rPr>
        <w:t xml:space="preserve">[1:19:31] </w:t>
      </w:r>
      <w:r>
        <w:t>qaim theen ab ummat e muslema ko apni mansooba bandi ko mukammal taur par yaft ya hasil ke usool</w:t>
      </w:r>
    </w:p>
    <w:p>
      <w:pPr>
        <w:jc w:val="right"/>
      </w:pPr>
      <w:r>
        <w:t>قائم تھیں اب امت مسلمہ کو اپنی منصوبہ بندی کو مکمل طور پر یافت یا حاصل کے اصول</w:t>
      </w:r>
    </w:p>
    <w:p>
      <w:r>
        <w:rPr>
          <w:b/>
        </w:rPr>
        <w:t xml:space="preserve">[1:19:39] </w:t>
      </w:r>
      <w:r>
        <w:t>par qaim karna hai ab ummat e muslema ke liye mayoosi ka daur khatm ho gaya hai ab ummat</w:t>
      </w:r>
    </w:p>
    <w:p>
      <w:pPr>
        <w:jc w:val="right"/>
      </w:pPr>
      <w:r>
        <w:t>پر قائم کرنا ہے اب امت مسلمہ کے لیے مایوسی کا دور ختم ہو گیا ہے اب امت</w:t>
      </w:r>
    </w:p>
    <w:p>
      <w:r>
        <w:rPr>
          <w:b/>
        </w:rPr>
        <w:t xml:space="preserve">[1:19:47] </w:t>
      </w:r>
      <w:r>
        <w:t>e muslema ko kamil umeed ki buniyad par apne amal ki mansooba bandi karna hai yeh mansooba bandi tamam</w:t>
      </w:r>
    </w:p>
    <w:p>
      <w:pPr>
        <w:jc w:val="right"/>
      </w:pPr>
      <w:r>
        <w:t>مسلمہ کو کامل امید کی بنیاد پر اپنے عمل کی منصوبہ بندی کرنا ہے یہ منصوبہ بندی تمام</w:t>
      </w:r>
    </w:p>
    <w:p>
      <w:r>
        <w:rPr>
          <w:b/>
        </w:rPr>
        <w:t xml:space="preserve">[1:19:54] </w:t>
      </w:r>
      <w:r>
        <w:t>tar dawat ke usool par qaim honi chahiye jis ka buniyadi nishana ho</w:t>
      </w:r>
    </w:p>
    <w:p>
      <w:pPr>
        <w:jc w:val="right"/>
      </w:pPr>
      <w:r>
        <w:t>تر دعوت کے اصول پر قائم ہونی چاہیے جس کا بنیادی نشانہ ہو</w:t>
      </w:r>
    </w:p>
    <w:p>
      <w:r>
        <w:rPr>
          <w:b/>
        </w:rPr>
        <w:t xml:space="preserve">[1:20:02] </w:t>
      </w:r>
      <w:r>
        <w:t>quran ki عالمی ishait siyasi iqtadar ki noiyat islam mein siyasi iqtadar ki ahmiyat sirf ek aitbar se hai aur woh hai political istahkam ya political stability isi ko quran mein tamkeen fi al-ard kaha gaya hai islam mein siyasi iqtadar ka asal maqsad adilana nizam ya qawaneen ka nafaz nahi hai</w:t>
      </w:r>
    </w:p>
    <w:p>
      <w:pPr>
        <w:jc w:val="right"/>
      </w:pPr>
      <w:r>
        <w:t>قرآن کی عالمی اشاعت سیاسی اقتدار کی نوعیت اسلام میں سیاسی اقتدار کی اہمیت صرف ایک اعتبار سے ہے اور وہ ہے پولیٹیکل استحکام یا پولیٹیکل اسٹیبلٹی اسی کو قرآن میں تمکین فی الارض کہا گیا ہے اسلام میں سیاسی اقتدار کا اصل مقصد عادلانہ نظام یا قوانین کا نفاذ نہیں ہے</w:t>
      </w:r>
    </w:p>
    <w:p>
      <w:r>
        <w:rPr>
          <w:b/>
        </w:rPr>
        <w:t xml:space="preserve">[1:20:32] </w:t>
      </w:r>
      <w:r>
        <w:t>balkeh samaaj mein istahkam qaim karna hai jab istahkam hoga to logon ko yeh mauqa milega ke</w:t>
      </w:r>
    </w:p>
    <w:p>
      <w:pPr>
        <w:jc w:val="right"/>
      </w:pPr>
      <w:r>
        <w:t>بلکہ سماج میں استحکام قائم کرنا ہے جب استحکام ہوگا تو لوگوں کو یہ موقع ملے گا کہ</w:t>
      </w:r>
    </w:p>
    <w:p>
      <w:r>
        <w:rPr>
          <w:b/>
        </w:rPr>
        <w:t xml:space="preserve">[1:20:40] </w:t>
      </w:r>
      <w:r>
        <w:t>woh apne apne daire mein deeni kaam karen mislan masjid ki soorat mein iqamat e salat ka nizam madrasay</w:t>
      </w:r>
    </w:p>
    <w:p>
      <w:pPr>
        <w:jc w:val="right"/>
      </w:pPr>
      <w:r>
        <w:t>وہ اپنے اپنے دائرے میں دینی کام کریں مثلاً مسجد کی صورت میں اقامت صلاۃ کا نظام مدرسے</w:t>
      </w:r>
    </w:p>
    <w:p>
      <w:r>
        <w:rPr>
          <w:b/>
        </w:rPr>
        <w:t xml:space="preserve">[1:20:47] </w:t>
      </w:r>
      <w:r>
        <w:t>ki soorat mein deeni taleem ka nizam hajj ki soorat mein musalmanon mein ijtimaiyat ka nizam dawat ki</w:t>
      </w:r>
    </w:p>
    <w:p>
      <w:pPr>
        <w:jc w:val="right"/>
      </w:pPr>
      <w:r>
        <w:t>کی صورت میں دینی تعلیم کا نظام حج کی صورت میں مسلمانوں میں اجتماعیت کا نظام دعوت کی</w:t>
      </w:r>
    </w:p>
    <w:p>
      <w:r>
        <w:rPr>
          <w:b/>
        </w:rPr>
        <w:t xml:space="preserve">[1:20:55] </w:t>
      </w:r>
      <w:r>
        <w:t>soorat mein islam ki ishaat ka nizam waghera yahi wajah hai ke daur e awwal mein jab</w:t>
      </w:r>
    </w:p>
    <w:p>
      <w:pPr>
        <w:jc w:val="right"/>
      </w:pPr>
      <w:r>
        <w:t>صورت میں اسلام کی اشاعت کا نظام وغیرہ یہی وجہ ہے کہ دور اول میں جب</w:t>
      </w:r>
    </w:p>
    <w:p>
      <w:r>
        <w:rPr>
          <w:b/>
        </w:rPr>
        <w:t xml:space="preserve">[1:21:02] </w:t>
      </w:r>
      <w:r>
        <w:t>khilafat ki jagah khandani nizam ya dynasty qaim ho gaya to sahaba, tabeen aur tabe tabeen se le</w:t>
      </w:r>
    </w:p>
    <w:p>
      <w:pPr>
        <w:jc w:val="right"/>
      </w:pPr>
      <w:r>
        <w:t>خلافت کی جگہ خاندانی نظام یا ڈائنسٹی قائم ہو گیا تو صحابہ، تابعین اور تبع تابعین سے لے</w:t>
      </w:r>
    </w:p>
    <w:p>
      <w:r>
        <w:rPr>
          <w:b/>
        </w:rPr>
        <w:t xml:space="preserve">[1:21:10] </w:t>
      </w:r>
      <w:r>
        <w:t>kar baad ke ulama tak amal an ummat ke tamam afraad ne khandani nizam e hukoomat ko qabool kar liya</w:t>
      </w:r>
    </w:p>
    <w:p>
      <w:pPr>
        <w:jc w:val="right"/>
      </w:pPr>
      <w:r>
        <w:t>کر بعد کے علماء تک عملاً امت کے تمام افراد نے خاندانی نظام حکومت کو قبول کر لیا</w:t>
      </w:r>
    </w:p>
    <w:p>
      <w:r>
        <w:rPr>
          <w:b/>
        </w:rPr>
        <w:t xml:space="preserve">[1:21:17] </w:t>
      </w:r>
      <w:r>
        <w:t>kyunke is ke zariye se samaaj mein istahkam ka mahol qaim ho gaya tha is istahkam ki bina</w:t>
      </w:r>
    </w:p>
    <w:p>
      <w:pPr>
        <w:jc w:val="right"/>
      </w:pPr>
      <w:r>
        <w:t>کیونکہ اس کے ذریعے سے سماج میں استحکام کا ماحول قائم ہو گیا تھا اس استحکام کی بنا</w:t>
      </w:r>
    </w:p>
    <w:p>
      <w:r>
        <w:rPr>
          <w:b/>
        </w:rPr>
        <w:t xml:space="preserve">[1:21:25] </w:t>
      </w:r>
      <w:r>
        <w:t>par ahl e iman ko mauqa mila ke woh deen ke tamam taqaze paimand</w:t>
      </w:r>
    </w:p>
    <w:p>
      <w:pPr>
        <w:jc w:val="right"/>
      </w:pPr>
      <w:r>
        <w:t>پر اہل ایمان کو موقع ملا کہ وہ دین کے تمام تقاضے پرامن اند</w:t>
      </w:r>
    </w:p>
    <w:p>
      <w:r>
        <w:rPr>
          <w:b/>
        </w:rPr>
        <w:t xml:space="preserve">[1:21:33] </w:t>
      </w:r>
      <w:r>
        <w:t>az mein poore kar saken mislan quran ki hifazat, hadith ki jam-o-tadween, fiqh ka irteqa, masajid-o-madaris ka nizam, umra aur hajj ka nizam, islami uloom ki tadween waghera yeh sare kaam pur aman mahol mein hazar saal tak jari rahe beeswin sadi mein musalmanon ke andar bohat si tehreekein uthein in tamam tehreekon ka asal nishana political iqtadar tha sab ka case zahir</w:t>
      </w:r>
    </w:p>
    <w:p>
      <w:pPr>
        <w:jc w:val="right"/>
      </w:pPr>
      <w:r>
        <w:t>از میں پورے کر سکیں مثلاً قرآن کی حفاظت، حدیث کی جمع و تدوین، فقہ کا ارتقاء، مساجد و مدارس کا نظام، عمرہ اور حج کا نظام، اسلامی علوم کی تدوین وغیرہ یہ سارے کام پرامن ماحول میں ہزار سال تک جاری رہے بیسویں صدی میں مسلمانوں کے اندر بہت سی تحریکیں اٹھیں ان تمام تحریکوں کا اصل نشانہ پولیٹیکل اقتدار تھا سب کا کیس ظاہ</w:t>
      </w:r>
    </w:p>
    <w:p>
      <w:r>
        <w:rPr>
          <w:b/>
        </w:rPr>
        <w:t xml:space="preserve">[1:22:03] </w:t>
      </w:r>
      <w:r>
        <w:t>andari farq ke bawajood ek hi tha aur woh hai siyasi rukh political orientation in sab ka anjam</w:t>
      </w:r>
    </w:p>
    <w:p>
      <w:pPr>
        <w:jc w:val="right"/>
      </w:pPr>
      <w:r>
        <w:t>ری فرق کے باوجود ایک ہی تھا اور وہ ہے سیاسی رخ پولیٹیکل اورینٹیشن ان سب کا انجام</w:t>
      </w:r>
    </w:p>
    <w:p>
      <w:r>
        <w:rPr>
          <w:b/>
        </w:rPr>
        <w:t xml:space="preserve">[1:22:09] </w:t>
      </w:r>
      <w:r>
        <w:t>mushtark taur par ek hi hua apne nishane ko hasil karne mein nakami Allah ki sunnat yeh nahi</w:t>
      </w:r>
    </w:p>
    <w:p>
      <w:pPr>
        <w:jc w:val="right"/>
      </w:pPr>
      <w:r>
        <w:t>مشترک طور پر ایک ہی ہوا اپنے نشانے کو حاصل کرنے میں ناکامی اللہ کی سنت یہ نہیں</w:t>
      </w:r>
    </w:p>
    <w:p>
      <w:r>
        <w:rPr>
          <w:b/>
        </w:rPr>
        <w:t xml:space="preserve">[1:22:15] </w:t>
      </w:r>
      <w:r>
        <w:t>hai ke jo log islam ke nishane ko le kar uthein woh apne nishane ko poora karne mein</w:t>
      </w:r>
    </w:p>
    <w:p>
      <w:pPr>
        <w:jc w:val="right"/>
      </w:pPr>
      <w:r>
        <w:t>ہے کہ جو لوگ اسلام کے نشانے کو لے کر اٹھیں وہ اپنے نشانے کو پورا کرنے میں</w:t>
      </w:r>
    </w:p>
    <w:p>
      <w:r>
        <w:rPr>
          <w:b/>
        </w:rPr>
        <w:t xml:space="preserve">[1:22:21] </w:t>
      </w:r>
      <w:r>
        <w:t>nakam rahen nishana poora na hone ka mamla kisi ghair ki saazish ka nateeja na tha is ka</w:t>
      </w:r>
    </w:p>
    <w:p>
      <w:pPr>
        <w:jc w:val="right"/>
      </w:pPr>
      <w:r>
        <w:t>ناکام رہیں نشانہ پورا نہ ہونے کا معاملہ کسی غیر کی سازش کا نتیجہ نہ تھا اس کا</w:t>
      </w:r>
    </w:p>
    <w:p>
      <w:r>
        <w:rPr>
          <w:b/>
        </w:rPr>
        <w:t xml:space="preserve">[1:22:27] </w:t>
      </w:r>
      <w:r>
        <w:t>sabab yeh tha ke</w:t>
      </w:r>
    </w:p>
    <w:p>
      <w:pPr>
        <w:jc w:val="right"/>
      </w:pPr>
      <w:r>
        <w:t>سبب یہ تھا کہ</w:t>
      </w:r>
    </w:p>
    <w:p>
      <w:r>
        <w:rPr>
          <w:b/>
        </w:rPr>
        <w:t xml:space="preserve">[1:22:33] </w:t>
      </w:r>
      <w:r>
        <w:t>in baniyan e tehreek ne mansooba ilahi ko nahi samjha aur khud sakhta nishana le kar uth gaye aisi</w:t>
      </w:r>
    </w:p>
    <w:p>
      <w:pPr>
        <w:jc w:val="right"/>
      </w:pPr>
      <w:r>
        <w:t>ان بانیان تحریک نے منصوبہ الہی کو نہیں سمجھا اور خود ساختہ نشانہ لے کر اٹھ گئے ایسی</w:t>
      </w:r>
    </w:p>
    <w:p>
      <w:r>
        <w:rPr>
          <w:b/>
        </w:rPr>
        <w:t xml:space="preserve">[1:22:40] </w:t>
      </w:r>
      <w:r>
        <w:t>tehreek ke liye yahi maqdar hai ke woh apne nishane ko poora karne mein nakam rahen yeh tehreekein</w:t>
      </w:r>
    </w:p>
    <w:p>
      <w:pPr>
        <w:jc w:val="right"/>
      </w:pPr>
      <w:r>
        <w:t>تحریک کے لیے یہی مقدر ہے کہ وہ اپنے نشانے کو پورا کرنے میں ناکام رہیں یہ تحریکیں</w:t>
      </w:r>
    </w:p>
    <w:p>
      <w:r>
        <w:rPr>
          <w:b/>
        </w:rPr>
        <w:t xml:space="preserve">[1:22:48] </w:t>
      </w:r>
      <w:r>
        <w:t>bazaahir ab bhi maujood hain to in sab par yeh misaal saadiq aati hai taad se gira aur</w:t>
      </w:r>
    </w:p>
    <w:p>
      <w:pPr>
        <w:jc w:val="right"/>
      </w:pPr>
      <w:r>
        <w:t>بظاہر اب بھی موجود ہیں تو ان سب پر یہ مثال صادق آتی ہے تاڑ سے گرا اور</w:t>
      </w:r>
    </w:p>
    <w:p>
      <w:r>
        <w:rPr>
          <w:b/>
        </w:rPr>
        <w:t xml:space="preserve">[1:22:56] </w:t>
      </w:r>
      <w:r>
        <w:t>khajur mein atka in tamam tehreekon ne yahi kiya ke unhon ne apne nishane ki ghalati ka ailan nahi kiya</w:t>
      </w:r>
    </w:p>
    <w:p>
      <w:pPr>
        <w:jc w:val="right"/>
      </w:pPr>
      <w:r>
        <w:t>کھجور میں اٹکا ان تمام تحریکوں نے یہی کیا کہ انہوں نے اپنے نشانے کی غلطی کا اعلان نہیں کیا</w:t>
      </w:r>
    </w:p>
    <w:p>
      <w:r>
        <w:rPr>
          <w:b/>
        </w:rPr>
        <w:t xml:space="preserve">[1:23:03] </w:t>
      </w:r>
      <w:r>
        <w:t>albata sabiq naam ke sath apne naye kaam ko jari rakha yeh tareeqa do amli ka tareeqa hai</w:t>
      </w:r>
    </w:p>
    <w:p>
      <w:pPr>
        <w:jc w:val="right"/>
      </w:pPr>
      <w:r>
        <w:t>البتہ سابق نام کے ساتھ اپنے نئے کام کو جاری رکھا یہ طریقہ دو عملی کا طریقہ ہے</w:t>
      </w:r>
    </w:p>
    <w:p>
      <w:r>
        <w:rPr>
          <w:b/>
        </w:rPr>
        <w:t xml:space="preserve">[1:23:11] </w:t>
      </w:r>
      <w:r>
        <w:t>aur do amli islam mein bilashuba ghair matloob hai is daur ke muslim baniyan tehreek ke sath bazahir</w:t>
      </w:r>
    </w:p>
    <w:p>
      <w:pPr>
        <w:jc w:val="right"/>
      </w:pPr>
      <w:r>
        <w:t>اور دو عملی اسلام میں بلاشبہ غیر مطلوب ہے اس دور کے مسلم بانیان تحریک کے ساتھ بظاہر</w:t>
      </w:r>
    </w:p>
    <w:p>
      <w:r>
        <w:rPr>
          <w:b/>
        </w:rPr>
        <w:t xml:space="preserve">[1:23:18] </w:t>
      </w:r>
      <w:r>
        <w:t>ek hi mamla pesh aya in logon ka fikr pichle hazar saal ke siyasi halaat mein bana tha</w:t>
      </w:r>
    </w:p>
    <w:p>
      <w:pPr>
        <w:jc w:val="right"/>
      </w:pPr>
      <w:r>
        <w:t>ایک ہی معاملہ پیش آیا ان لوگوں کا فکر پچھلے ہزار سال کے سیاسی حالات میں بنا تھا</w:t>
      </w:r>
    </w:p>
    <w:p>
      <w:r>
        <w:rPr>
          <w:b/>
        </w:rPr>
        <w:t xml:space="preserve">[1:23:26] </w:t>
      </w:r>
      <w:r>
        <w:t>pichle hazar saal ke dauran dunya mein har jagah political model ka riwaj tha is se</w:t>
      </w:r>
    </w:p>
    <w:p>
      <w:pPr>
        <w:jc w:val="right"/>
      </w:pPr>
      <w:r>
        <w:t>پچھلے ہزار سال کے دوران دنیا میں ہر جگہ پولیٹیکل ماڈل کا رواج تھا اس سے</w:t>
      </w:r>
    </w:p>
    <w:p>
      <w:r>
        <w:rPr>
          <w:b/>
        </w:rPr>
        <w:t xml:space="preserve">[1:23:33] </w:t>
      </w:r>
      <w:r>
        <w:t>in baniyan-e-tehreek ke andar political mindset bana unhon ne apne is political mindset ko durust samajh kar is ke mutabiq tehreek shuru kar di magar yeh khilaf-e-zamana harkat ya anachronism ka moamla tha ab qadeem daur ka political model khatm ho chuka tha naye daur mein sirf ek hi model qabil-e-amal hai aur woh hai ghair siyasi ya non-political model qadeem</w:t>
      </w:r>
    </w:p>
    <w:p>
      <w:pPr>
        <w:jc w:val="right"/>
      </w:pPr>
      <w:r>
        <w:t>ان بانیان تحریک کے اندر پولیٹیکل مائنڈ سیٹ بنا انہوں نے اپنے اس پولیٹیکل مائنڈ سیٹ کو درست سمجھ کر اس کے مطابق تحریک شروع کر دی مگر یہ خلاف زمانہ حرکت یا ایناکرونزم کا معاملہ تھا اب قدیم دور کا پولیٹیکل ماڈل ختم ہو چکا تھا نئے دور میں صرف ایک ہی ماڈل قابل عمل ہے اور وہ ہے غیر سیاسی یا نان پولیٹیکل ماڈل قدیم</w:t>
      </w:r>
    </w:p>
    <w:p>
      <w:r>
        <w:rPr>
          <w:b/>
        </w:rPr>
        <w:t xml:space="preserve">[1:24:03] </w:t>
      </w:r>
      <w:r>
        <w:t>zamana badshahat ka zamana tha maujooda zamana jamhooriyat ya democracy aur secularism ka zamana hai secularism ka matlab hai mazhabi na-tarafdari aur democracy ka matlab hai har ek ke liye mukammal azadi har ek ko moqa ke istemal ka yaksa haqq is inqalab se pehle moqa par sirf badshah ki ijaradari ya monopoly hua karti thi ab yeh ijaradari khatm ho chuki hai ab naye ha</w:t>
      </w:r>
    </w:p>
    <w:p>
      <w:pPr>
        <w:jc w:val="right"/>
      </w:pPr>
      <w:r>
        <w:t>زمانہ بادشاہت کا زمانہ تھا موجودہ زمانہ جمہوریت یا ڈیموکریسی اور سیکولرزم کا زمانہ ہے سیکولرزم کا مطلب ہے مذہبی ناطرفداری اور ڈیموکریسی کا مطلب ہے ہر ایک کے لیے مکمل آزادی ہر ایک کو مواقع کے استعمال کا یکساں حق اس انقلاب سے پہلے مواقع پر صرف بادشاہ کی اجارہ داری یا مونوپولی ہوا کرتی تھی اب یہ اجارہ داری ختم ہو چکی ہے اب نئے ح</w:t>
      </w:r>
    </w:p>
    <w:p>
      <w:r>
        <w:rPr>
          <w:b/>
        </w:rPr>
        <w:t xml:space="preserve">[1:24:33] </w:t>
      </w:r>
      <w:r>
        <w:t>alaat mein tamam awaqe tamam insanon ke liye yeksan taur par qabil istimal ho chuke hain ab sirf</w:t>
      </w:r>
    </w:p>
    <w:p>
      <w:pPr>
        <w:jc w:val="right"/>
      </w:pPr>
      <w:r>
        <w:t>الات میں تمام مواقع تمام انسانوں کے لیے یکساں طور پر قابل استعمال ہو چکے ہیں اب صرف</w:t>
      </w:r>
    </w:p>
    <w:p>
      <w:r>
        <w:rPr>
          <w:b/>
        </w:rPr>
        <w:t xml:space="preserve">[1:24:41] </w:t>
      </w:r>
      <w:r>
        <w:t>ek hi cheez ki pabandi hai aur woh hai tashaddud ya violence daur jadeed ke muslim baniyan tehreek</w:t>
      </w:r>
    </w:p>
    <w:p>
      <w:pPr>
        <w:jc w:val="right"/>
      </w:pPr>
      <w:r>
        <w:t>ایک ہی چیز کی پابندی ہے اور وہ ہے تشدد یا وائلنس دور جدید کے مسلم بانیان تحریک</w:t>
      </w:r>
    </w:p>
    <w:p>
      <w:r>
        <w:rPr>
          <w:b/>
        </w:rPr>
        <w:t xml:space="preserve">[1:24:49] </w:t>
      </w:r>
      <w:r>
        <w:t>ne bazahir is raaz ko nahin samjha woh ghair zaroori taur par is cheez ke liye ladte rahe</w:t>
      </w:r>
    </w:p>
    <w:p>
      <w:pPr>
        <w:jc w:val="right"/>
      </w:pPr>
      <w:r>
        <w:t>نے بظاہر اس راز کو نہیں سمجھا وہ غیر ضروری طور پر اس چیز کے لیے لڑتے رہے</w:t>
      </w:r>
    </w:p>
    <w:p>
      <w:r>
        <w:rPr>
          <w:b/>
        </w:rPr>
        <w:t xml:space="preserve">[1:24:56] </w:t>
      </w:r>
      <w:r>
        <w:t>jo amlan un ko hasil ho chuki thi baad ke zamane mein islam ka daai badshah ki tarah</w:t>
      </w:r>
    </w:p>
    <w:p>
      <w:pPr>
        <w:jc w:val="right"/>
      </w:pPr>
      <w:r>
        <w:t>جو عملاً ان کو حاصل ہو چکی تھی بعد کے زمانے میں اسلام کا داعی بادشاہ کی طرح</w:t>
      </w:r>
    </w:p>
    <w:p>
      <w:r>
        <w:rPr>
          <w:b/>
        </w:rPr>
        <w:t xml:space="preserve">[1:25:04] </w:t>
      </w:r>
      <w:r>
        <w:t>kalmulki ala al-asra safar karega sahih bukhari yahan misal badshah safar karne ka matlab yeh hai ke jo moqa qadeem zamane mein badshahon ke liye khaas samjhe jate hain woh moqa aam daeeyan-e-islam ko hasil ho jayen ge rukawat ke baghair woh sari dunya mein islam ki dawat phailane ke liye azad honge</w:t>
      </w:r>
    </w:p>
    <w:p>
      <w:pPr>
        <w:jc w:val="right"/>
      </w:pPr>
      <w:r>
        <w:t>کلملوکی علی الاسرہ سفر کرے گا صحیح بخاری یہاں مثل بادشاہ سفر کرنے کا مطلب یہ ہے کہ جو مواقع قدیم زمانے میں بادشاہوں کے لیے خاص سمجھے جاتے ہیں وہ مواقع عام داعیان اسلام کو حاصل ہو جائیں گے رکاوٹ کے بغیر وہ ساری دنیا میں اسلام کی دعوت پھیلانے کے لیے آزاد ہوں گے</w:t>
      </w:r>
    </w:p>
    <w:p>
      <w:r>
        <w:rPr>
          <w:b/>
        </w:rPr>
        <w:t xml:space="preserve">[1:25:34] </w:t>
      </w:r>
      <w:r>
        <w:t>ahad islam quran o hadees mein islam ke mustaqbil ke baray mein aisi peshangoiyaan ya predictions maujood hain</w:t>
      </w:r>
    </w:p>
    <w:p>
      <w:pPr>
        <w:jc w:val="right"/>
      </w:pPr>
      <w:r>
        <w:t>عہد اسلام قرآن و حدیث میں اسلام کے مستقبل کے بارے میں ایسی پیشنگوئیاں یا پریڈکشنز موجود ہیں</w:t>
      </w:r>
    </w:p>
    <w:p>
      <w:r>
        <w:rPr>
          <w:b/>
        </w:rPr>
        <w:t xml:space="preserve">[1:25:40] </w:t>
      </w:r>
      <w:r>
        <w:t>jo batati hain ke rasool Allah sal Allah alaihi wasallam ke baad jo zamana aanay wala hai woh</w:t>
      </w:r>
    </w:p>
    <w:p>
      <w:pPr>
        <w:jc w:val="right"/>
      </w:pPr>
      <w:r>
        <w:t>جو بتاتی ہیں کہ رسول اللہ صلی اللہ علیہ وسلم کے بعد جو زمانہ آنے والا ہے وہ</w:t>
      </w:r>
    </w:p>
    <w:p>
      <w:r>
        <w:rPr>
          <w:b/>
        </w:rPr>
        <w:t xml:space="preserve">[1:25:46] </w:t>
      </w:r>
      <w:r>
        <w:t>islam ka zamana hoga mislan ek riwayat yeh hai sahaba kehte hain ke hum ne rasool Allah se</w:t>
      </w:r>
    </w:p>
    <w:p>
      <w:pPr>
        <w:jc w:val="right"/>
      </w:pPr>
      <w:r>
        <w:t>اسلام کا زمانہ ہوگا مثلاً ایک روایت یہ ہے صحابہ کہتے ہیں کہ ہم نے رسول اللہ سے</w:t>
      </w:r>
    </w:p>
    <w:p>
      <w:r>
        <w:rPr>
          <w:b/>
        </w:rPr>
        <w:t xml:space="preserve">[1:25:52] </w:t>
      </w:r>
      <w:r>
        <w:t>shikayat ki is waqt aap kaba ke saaye mein apni chadar ko takiya banaye hue lete thay hum</w:t>
      </w:r>
    </w:p>
    <w:p>
      <w:pPr>
        <w:jc w:val="right"/>
      </w:pPr>
      <w:r>
        <w:t>شکایت کی اس وقت آپ کعبے کے سائے میں اپنی چادر کو تکیہ بنائے ہوئے لیٹے تھے ہم</w:t>
      </w:r>
    </w:p>
    <w:p>
      <w:r>
        <w:rPr>
          <w:b/>
        </w:rPr>
        <w:t xml:space="preserve">[1:25:58] </w:t>
      </w:r>
      <w:r>
        <w:t>ne kaha ke kya aap hamare liye Allah se mad</w:t>
      </w:r>
    </w:p>
    <w:p>
      <w:pPr>
        <w:jc w:val="right"/>
      </w:pPr>
      <w:r>
        <w:t>نے کہا کہ کیا آپ ہمارے لیے اللہ سے مد</w:t>
      </w:r>
    </w:p>
    <w:p>
      <w:r>
        <w:rPr>
          <w:b/>
        </w:rPr>
        <w:t xml:space="preserve">[1:26:04] </w:t>
      </w:r>
      <w:r>
        <w:t>d nahin mangte kya aap hamare liye Allah se dua nahin karte aap ne farmaya tum se pehle</w:t>
      </w:r>
    </w:p>
    <w:p>
      <w:pPr>
        <w:jc w:val="right"/>
      </w:pPr>
      <w:r>
        <w:t>د نہیں مانگتے کیا آپ ہمارے لیے اللہ سے دعا نہیں کرتے آپ نے فرمایا تم سے پہلے</w:t>
      </w:r>
    </w:p>
    <w:p>
      <w:r>
        <w:rPr>
          <w:b/>
        </w:rPr>
        <w:t xml:space="preserve">[1:26:09] </w:t>
      </w:r>
      <w:r>
        <w:t>jo log thay un ka haal yeh tha ke aadmi ko pakda jata us ke liye zameen mein</w:t>
      </w:r>
    </w:p>
    <w:p>
      <w:pPr>
        <w:jc w:val="right"/>
      </w:pPr>
      <w:r>
        <w:t>جو لوگ تھے ان کا حال یہ تھا کہ آدمی کو پکڑا جاتا اس کے لیے زمین میں</w:t>
      </w:r>
    </w:p>
    <w:p>
      <w:r>
        <w:rPr>
          <w:b/>
        </w:rPr>
        <w:t xml:space="preserve">[1:26:14] </w:t>
      </w:r>
      <w:r>
        <w:t>gadha khoda jata phir us ko us mein daal diya jata phir aara laya jata tha aur us</w:t>
      </w:r>
    </w:p>
    <w:p>
      <w:pPr>
        <w:jc w:val="right"/>
      </w:pPr>
      <w:r>
        <w:t>گڑھا کھودا جاتا پھر اس کو اس میں ڈال دیا جاتا پھر آرا لایا جاتا تھا اور اس</w:t>
      </w:r>
    </w:p>
    <w:p>
      <w:r>
        <w:rPr>
          <w:b/>
        </w:rPr>
        <w:t xml:space="preserve">[1:26:19] </w:t>
      </w:r>
      <w:r>
        <w:t>ke sar par chalaya jata tha aur us ko do tukde kar diya jata tha aur kabhi aisa</w:t>
      </w:r>
    </w:p>
    <w:p>
      <w:pPr>
        <w:jc w:val="right"/>
      </w:pPr>
      <w:r>
        <w:t>کے سر پر چلایا جاتا تھا اور اس کو دو ٹکڑے کر دیا جاتا تھا اور کبھی ایسا</w:t>
      </w:r>
    </w:p>
    <w:p>
      <w:r>
        <w:rPr>
          <w:b/>
        </w:rPr>
        <w:t xml:space="preserve">[1:26:24] </w:t>
      </w:r>
      <w:r>
        <w:t>hota ke kisi aadmi ke jism par lohe ki kanghi ki jati yahan tak ke woh us ke</w:t>
      </w:r>
    </w:p>
    <w:p>
      <w:pPr>
        <w:jc w:val="right"/>
      </w:pPr>
      <w:r>
        <w:t>ہوتا کہ کسی آدمی کے جسم پر لوہے کی کنگھی کی جاتی یہاں تک کہ وہ اس کے</w:t>
      </w:r>
    </w:p>
    <w:p>
      <w:r>
        <w:rPr>
          <w:b/>
        </w:rPr>
        <w:t xml:space="preserve">[1:26:29] </w:t>
      </w:r>
      <w:r>
        <w:t>gosht se barh kar us ki haddi</w:t>
      </w:r>
    </w:p>
    <w:p>
      <w:pPr>
        <w:jc w:val="right"/>
      </w:pPr>
      <w:r>
        <w:t>گوشت سے بڑھ کر اس کی ہڈی</w:t>
      </w:r>
    </w:p>
    <w:p>
      <w:r>
        <w:rPr>
          <w:b/>
        </w:rPr>
        <w:t xml:space="preserve">[1:26:34] </w:t>
      </w:r>
      <w:r>
        <w:t>tak pahunch jati thi magar yeh cheez us ko us ke deen se rokne wali nahin banti thi</w:t>
      </w:r>
    </w:p>
    <w:p>
      <w:pPr>
        <w:jc w:val="right"/>
      </w:pPr>
      <w:r>
        <w:t>تک پہنچ جاتی تھی مگر یہ چیز اس کو اس کے دین سے روکنے والی نہیں بنتی تھی</w:t>
      </w:r>
    </w:p>
    <w:p>
      <w:r>
        <w:rPr>
          <w:b/>
        </w:rPr>
        <w:t xml:space="preserve">[1:26:49] </w:t>
      </w:r>
      <w:r>
        <w:t>phir aap ne farmaya wallah mun la ila illallah yani Khuda ki qasam yeh amr takmeel tak pahunchega yahan</w:t>
      </w:r>
    </w:p>
    <w:p>
      <w:pPr>
        <w:jc w:val="right"/>
      </w:pPr>
      <w:r>
        <w:t>پھر آپ نے فرمایا واللہ من لا الا اللہ یعنی خدا کی قسم یہ امر تکمیل تک پہنچے گا یہاں</w:t>
      </w:r>
    </w:p>
    <w:p>
      <w:r>
        <w:rPr>
          <w:b/>
        </w:rPr>
        <w:t xml:space="preserve">[1:27:05] </w:t>
      </w:r>
      <w:r>
        <w:t>ek sawar sana'a se hadhramaut tak safar karega aur us ko Allah ke siwa kisi aur</w:t>
      </w:r>
    </w:p>
    <w:p>
      <w:pPr>
        <w:jc w:val="right"/>
      </w:pPr>
      <w:r>
        <w:t>ایک سوار صنعا سے حضر موت تک سفر کرے گا اور اس کو اللہ کے سوا کسی اور</w:t>
      </w:r>
    </w:p>
    <w:p>
      <w:r>
        <w:rPr>
          <w:b/>
        </w:rPr>
        <w:t xml:space="preserve">[1:27:12] </w:t>
      </w:r>
      <w:r>
        <w:t>ka darr nahin hoga aur apni bakriyon par bhediye ka magar tum log jaldi kar rahe ho sahih</w:t>
      </w:r>
    </w:p>
    <w:p>
      <w:pPr>
        <w:jc w:val="right"/>
      </w:pPr>
      <w:r>
        <w:t>کا ڈر نہیں ہوگا اور اپنی بکریوں پر بھیڑیے کا مگر تم لوگ جلدی کر رہے ہو صحیح</w:t>
      </w:r>
    </w:p>
    <w:p>
      <w:r>
        <w:rPr>
          <w:b/>
        </w:rPr>
        <w:t xml:space="preserve">[1:27:20] </w:t>
      </w:r>
      <w:r>
        <w:t>bukhari yeh qaul rasool ek peshangoi hai is ka matlab yeh hai ke islam se pehle ki tareekh</w:t>
      </w:r>
    </w:p>
    <w:p>
      <w:pPr>
        <w:jc w:val="right"/>
      </w:pPr>
      <w:r>
        <w:t>بخاری یہ قول رسول ایک پیشنگوئی ہے اس کا مطلب یہ ہے کہ اسلام سے پہلے کی تاریخ</w:t>
      </w:r>
    </w:p>
    <w:p>
      <w:r>
        <w:rPr>
          <w:b/>
        </w:rPr>
        <w:t xml:space="preserve">[1:27:27] </w:t>
      </w:r>
      <w:r>
        <w:t>mein jo ahl-e-deen par zulm kiya jata tha woh islam ke baad ki tareekh mein Allah ki madad se</w:t>
      </w:r>
    </w:p>
    <w:p>
      <w:pPr>
        <w:jc w:val="right"/>
      </w:pPr>
      <w:r>
        <w:t>میں جو اہل دین پر ظلم کیا جاتا تھا وہ اسلام کے بعد کی تاریخ میں اللہ کی مدد سے</w:t>
      </w:r>
    </w:p>
    <w:p>
      <w:r>
        <w:rPr>
          <w:b/>
        </w:rPr>
        <w:t xml:space="preserve">[1:27:35] </w:t>
      </w:r>
      <w:r>
        <w:t>khatm ho jaye ga doosre lafzon mein yeh ke qabl az islam ka dour agar mukhalif islam dour</w:t>
      </w:r>
    </w:p>
    <w:p>
      <w:pPr>
        <w:jc w:val="right"/>
      </w:pPr>
      <w:r>
        <w:t>ختم ہو جائے گا دوسرے لفظوں میں یہ کہ قبل از اسلام کا دور اگر مخالف اسلام دور</w:t>
      </w:r>
    </w:p>
    <w:p>
      <w:r>
        <w:rPr>
          <w:b/>
        </w:rPr>
        <w:t xml:space="preserve">[1:27:42] </w:t>
      </w:r>
      <w:r>
        <w:t>tha to baad az islam ka dour muwafiq islam ka dour hoga hamare iman ka taqaza hai ke</w:t>
      </w:r>
    </w:p>
    <w:p>
      <w:pPr>
        <w:jc w:val="right"/>
      </w:pPr>
      <w:r>
        <w:t>تھا تو بعد از اسلام کا دور موافق اسلام کا دور ہوگا ہمارے ایمان کا تقاضا ہے کہ</w:t>
      </w:r>
    </w:p>
    <w:p>
      <w:r>
        <w:rPr>
          <w:b/>
        </w:rPr>
        <w:t xml:space="preserve">[1:27:50] </w:t>
      </w:r>
      <w:r>
        <w:t>hum yeh manen ke islam ke baad ke zamanay mein yeh dour aaya ab is peshangoi par taqreeban</w:t>
      </w:r>
    </w:p>
    <w:p>
      <w:pPr>
        <w:jc w:val="right"/>
      </w:pPr>
      <w:r>
        <w:t>ہم یہ مانیں کہ اسلام کے بعد کے زمانے میں یہ دور آیا اب اس پیشنگوئی پر تقریباً</w:t>
      </w:r>
    </w:p>
    <w:p>
      <w:r>
        <w:rPr>
          <w:b/>
        </w:rPr>
        <w:t xml:space="preserve">[1:27:57] </w:t>
      </w:r>
      <w:r>
        <w:t>dedh hazar saal guzar chuke hain yaqini hai ke yeh dour tareekh mein aa chuka hai phir kya</w:t>
      </w:r>
    </w:p>
    <w:p>
      <w:pPr>
        <w:jc w:val="right"/>
      </w:pPr>
      <w:r>
        <w:t>ڈیڑھ ہزار سال گزر چکے ہیں یقینی ہے کہ یہ دور تاریخ میں آ چکا ہے پھر کیا</w:t>
      </w:r>
    </w:p>
    <w:p>
      <w:r>
        <w:rPr>
          <w:b/>
        </w:rPr>
        <w:t xml:space="preserve">[1:28:05] </w:t>
      </w:r>
      <w:r>
        <w:t>waja hai ke ahle islam is dour ki aamad se bekhabar hain is azeem bekhabari ka</w:t>
      </w:r>
    </w:p>
    <w:p>
      <w:pPr>
        <w:jc w:val="right"/>
      </w:pPr>
      <w:r>
        <w:t>وجہ ہے کہ اہل اسلام اس دور کی آمد سے بے خبر ہیں اس عظیم بے خبری کا</w:t>
      </w:r>
    </w:p>
    <w:p>
      <w:r>
        <w:rPr>
          <w:b/>
        </w:rPr>
        <w:t xml:space="preserve">[1:28:11] </w:t>
      </w:r>
      <w:r>
        <w:t>sabab kya hai is ka sabab hadith ke mutabiq yeh hai ke baad ke zamanay ke aksar logon</w:t>
      </w:r>
    </w:p>
    <w:p>
      <w:pPr>
        <w:jc w:val="right"/>
      </w:pPr>
      <w:r>
        <w:t>سبب کیا ہے اس کا سبب حدیث کے مطابق یہ ہے کہ بعد کے زمانے کے اکثر لوگوں</w:t>
      </w:r>
    </w:p>
    <w:p>
      <w:r>
        <w:rPr>
          <w:b/>
        </w:rPr>
        <w:t xml:space="preserve">[1:28:17] </w:t>
      </w:r>
      <w:r>
        <w:t>se un ki aqlein chhin jayen gi is bina par woh is qabil na rahen ge ke woh</w:t>
      </w:r>
    </w:p>
    <w:p>
      <w:pPr>
        <w:jc w:val="right"/>
      </w:pPr>
      <w:r>
        <w:t>سے ان کی عقلیں چھن جائیں گی اس بنا پر وہ اس قابل نہ رہیں گے کہ وہ</w:t>
      </w:r>
    </w:p>
    <w:p>
      <w:r>
        <w:rPr>
          <w:b/>
        </w:rPr>
        <w:t xml:space="preserve">[1:28:23] </w:t>
      </w:r>
      <w:r>
        <w:t>kisi waqeye ka sahih tanzeeya kar ke us ki haqeeqat ko daryaft karen aql kya hai aql is</w:t>
      </w:r>
    </w:p>
    <w:p>
      <w:pPr>
        <w:jc w:val="right"/>
      </w:pPr>
      <w:r>
        <w:t>کسی واقعے کا صحیح تجزیہ کر کے اس کی حقیقت کو دریافت کریں عقل کیا ہے عقل اس</w:t>
      </w:r>
    </w:p>
    <w:p>
      <w:r>
        <w:rPr>
          <w:b/>
        </w:rPr>
        <w:t xml:space="preserve">[1:28:29] </w:t>
      </w:r>
      <w:r>
        <w:t>salahiyat ka naam hai ke</w:t>
      </w:r>
    </w:p>
    <w:p>
      <w:pPr>
        <w:jc w:val="right"/>
      </w:pPr>
      <w:r>
        <w:t>صلاحیت کا نام ہے کہ</w:t>
      </w:r>
    </w:p>
    <w:p>
      <w:r>
        <w:rPr>
          <w:b/>
        </w:rPr>
        <w:t xml:space="preserve">[1:28:35] </w:t>
      </w:r>
      <w:r>
        <w:t>آدمی غیر متعلق کو الگ کر کے متعلق کو جان سکے is to discover the relevant by</w:t>
      </w:r>
    </w:p>
    <w:p>
      <w:pPr>
        <w:jc w:val="right"/>
      </w:pPr>
      <w:r>
        <w:t>آدمی غیر متعلق کو الگ کر کے متعلق کو جان سکے از دا ٹو ڈسکور دا ریلیونٹ بائے</w:t>
      </w:r>
    </w:p>
    <w:p>
      <w:r>
        <w:rPr>
          <w:b/>
        </w:rPr>
        <w:t xml:space="preserve">[1:28:42] </w:t>
      </w:r>
      <w:r>
        <w:t>sorting out the relevant ek misaal se is ki wazahat hoti hai misr ke syed qutb mazeed</w:t>
      </w:r>
    </w:p>
    <w:p>
      <w:pPr>
        <w:jc w:val="right"/>
      </w:pPr>
      <w:r>
        <w:t>سورٹنگ آؤٹ دا ار ریلیونٹ ایک مثال سے اس کی وضاحت ہوتی ہے مصر کے سید قطب مزید</w:t>
      </w:r>
    </w:p>
    <w:p>
      <w:r>
        <w:rPr>
          <w:b/>
        </w:rPr>
        <w:t xml:space="preserve">[1:28:50] </w:t>
      </w:r>
      <w:r>
        <w:t>taleem ke liye amreeka gaye wahan woh teen saal rahe unhon ne amreeka ke baray mein ek kitaab</w:t>
      </w:r>
    </w:p>
    <w:p>
      <w:pPr>
        <w:jc w:val="right"/>
      </w:pPr>
      <w:r>
        <w:t>تعلیم کے لیے امریکہ گئے وہاں وہ تین سال رہے انہوں نے امریکہ کے بارے میں ایک کتاب</w:t>
      </w:r>
    </w:p>
    <w:p>
      <w:r>
        <w:rPr>
          <w:b/>
        </w:rPr>
        <w:t xml:space="preserve">[1:28:58] </w:t>
      </w:r>
      <w:r>
        <w:t>لکھی کتاب کا عربی نام یہ ہے America Latiraito the America I have seen</w:t>
      </w:r>
    </w:p>
    <w:p>
      <w:pPr>
        <w:jc w:val="right"/>
      </w:pPr>
      <w:r>
        <w:t>لکھی کتاب کا عربی نام یہ ہے امریکہ لتی رائیتو دا امریکہ آئی ہیو سین</w:t>
      </w:r>
    </w:p>
    <w:p>
      <w:r>
        <w:rPr>
          <w:b/>
        </w:rPr>
        <w:t xml:space="preserve">[1:29:05] </w:t>
      </w:r>
      <w:r>
        <w:t>yeh kitaab amreeka ki manfi tasweer pesh karti hai is kitaab ko parhne ke baad aadmi wahi rai</w:t>
      </w:r>
    </w:p>
    <w:p>
      <w:pPr>
        <w:jc w:val="right"/>
      </w:pPr>
      <w:r>
        <w:t>یہ کتاب امریکہ کی منفی تصویر پیش کرتی ہے اس کتاب کو پڑھنے کے بعد آدمی وہی رائے</w:t>
      </w:r>
    </w:p>
    <w:p>
      <w:r>
        <w:rPr>
          <w:b/>
        </w:rPr>
        <w:t xml:space="preserve">[1:29:13] </w:t>
      </w:r>
      <w:r>
        <w:t>qaim karega jo aam taur par amreeka ke baray mein arabon ki rai hai arab aam taur</w:t>
      </w:r>
    </w:p>
    <w:p>
      <w:pPr>
        <w:jc w:val="right"/>
      </w:pPr>
      <w:r>
        <w:t>قائم کرے گا جو عام طور پر امریکہ کے بارے میں عربوں کی رائے ہے عرب عام طور</w:t>
      </w:r>
    </w:p>
    <w:p>
      <w:r>
        <w:rPr>
          <w:b/>
        </w:rPr>
        <w:t xml:space="preserve">[1:29:20] </w:t>
      </w:r>
      <w:r>
        <w:t>par amreeka ke baray mein apni rai is alfaaz mein bayan karte hain amreeka adu islam raqam wahid</w:t>
      </w:r>
    </w:p>
    <w:p>
      <w:pPr>
        <w:jc w:val="right"/>
      </w:pPr>
      <w:r>
        <w:t>پر امریکہ کے بارے میں اپنی رائے اس الفاظ میں بیان کرتے ہیں امریکہ عدو الاسلام رقم واحد</w:t>
      </w:r>
    </w:p>
    <w:p>
      <w:r>
        <w:rPr>
          <w:b/>
        </w:rPr>
        <w:t xml:space="preserve">[1:29:28] </w:t>
      </w:r>
      <w:r>
        <w:t>amreeka islam ka dushman number ek hai is manfi rai ka sabab yeh hai ke log amrik</w:t>
      </w:r>
    </w:p>
    <w:p>
      <w:pPr>
        <w:jc w:val="right"/>
      </w:pPr>
      <w:r>
        <w:t>امریکہ اسلام کا دشمن نمبر ایک ہے اس منفی رائے کا سبب یہ ہے کہ لوگ امریک</w:t>
      </w:r>
    </w:p>
    <w:p>
      <w:r>
        <w:rPr>
          <w:b/>
        </w:rPr>
        <w:t xml:space="preserve">[1:29:35] </w:t>
      </w:r>
      <w:r>
        <w:t>ko ek ghair mutaliq pehlu se dekhte hain jo log amreeka ko israil ke zaawiye se dekhte</w:t>
      </w:r>
    </w:p>
    <w:p>
      <w:pPr>
        <w:jc w:val="right"/>
      </w:pPr>
      <w:r>
        <w:t>ہ کو ایک غیر متعلق پہلو سے دیکھتے ہیں جو لوگ امریکہ کو اسرائیل کے زاویے سے دیکھتے</w:t>
      </w:r>
    </w:p>
    <w:p>
      <w:r>
        <w:rPr>
          <w:b/>
        </w:rPr>
        <w:t xml:space="preserve">[1:29:43] </w:t>
      </w:r>
      <w:r>
        <w:t>hain woh amreeka ko islam ka dushman samajhte hain aur jo log amreeka ko us ke culture ke</w:t>
      </w:r>
    </w:p>
    <w:p>
      <w:pPr>
        <w:jc w:val="right"/>
      </w:pPr>
      <w:r>
        <w:t>ہیں وہ امریکہ کو اسلام کا دشمن سمجھتے ہیں اور جو لوگ امریکہ کو اس کے کلچر کے</w:t>
      </w:r>
    </w:p>
    <w:p>
      <w:r>
        <w:rPr>
          <w:b/>
        </w:rPr>
        <w:t xml:space="preserve">[1:29:50] </w:t>
      </w:r>
      <w:r>
        <w:t>aitbar se dekhte hain woh log amreeka ko abahiyat ya permissiveness ka mulk samajhte hain magar yeh dono</w:t>
      </w:r>
    </w:p>
    <w:p>
      <w:pPr>
        <w:jc w:val="right"/>
      </w:pPr>
      <w:r>
        <w:t>اعتبار سے دیکھتے ہیں وہ لوگ امریکہ کو اباہیت یا پرمیسیونس کا ملک سمجھتے ہیں مگر یہ دونوں</w:t>
      </w:r>
    </w:p>
    <w:p>
      <w:r>
        <w:rPr>
          <w:b/>
        </w:rPr>
        <w:t xml:space="preserve">[1:29:58] </w:t>
      </w:r>
      <w:r>
        <w:t>pehlu amreeka ke ghair mutaliq pehlu hain is ka mutaliq pehlu yeh hai ke amreeka mein scientific</w:t>
      </w:r>
    </w:p>
    <w:p>
      <w:pPr>
        <w:jc w:val="right"/>
      </w:pPr>
      <w:r>
        <w:t>پہلو امریکہ کے غیر متعلق پہلو ہیں اس کا متعلق پہلو یہ ہے کہ امریکہ میں سائنسی</w:t>
      </w:r>
    </w:p>
    <w:p>
      <w:r>
        <w:rPr>
          <w:b/>
        </w:rPr>
        <w:t xml:space="preserve">[1:30:05] </w:t>
      </w:r>
      <w:r>
        <w:t>tahqeeq ya scientific research ka sab se ziyada kaam hua hai ghair mutaliq pehlu se dekhne mein amreeka</w:t>
      </w:r>
    </w:p>
    <w:p>
      <w:pPr>
        <w:jc w:val="right"/>
      </w:pPr>
      <w:r>
        <w:t>تحقیق یا سائنٹیفک ریسرچ کا سب سے زیادہ کام ہوا ہے غیر متعلق پہلو سے دیکھنے میں امریکہ</w:t>
      </w:r>
    </w:p>
    <w:p>
      <w:r>
        <w:rPr>
          <w:b/>
        </w:rPr>
        <w:t xml:space="preserve">[1:30:15] </w:t>
      </w:r>
      <w:r>
        <w:t>ek bura mulk nazar aata hai lekin agar mutaliq pehlu se dekha jaye to amreeka insaniyat ka muhsin</w:t>
      </w:r>
    </w:p>
    <w:p>
      <w:pPr>
        <w:jc w:val="right"/>
      </w:pPr>
      <w:r>
        <w:t>ایک برا ملک نظر آتا ہے لیکن اگر متعلق پہلو سے دیکھا جائے تو امریکہ انسانیت کا محسن</w:t>
      </w:r>
    </w:p>
    <w:p>
      <w:r>
        <w:rPr>
          <w:b/>
        </w:rPr>
        <w:t xml:space="preserve">[1:30:25] </w:t>
      </w:r>
      <w:r>
        <w:t>mulk nazar aaye ga insaniyat intezar mein bees november do hazar solah ko hamare ek saathi delhi airport par utre</w:t>
      </w:r>
    </w:p>
    <w:p>
      <w:pPr>
        <w:jc w:val="right"/>
      </w:pPr>
      <w:r>
        <w:t>ملک نظر آئے گا انسانیت انتظار میں بیس نومبر دو ہزار سولہ کو ہمارے ایک ساتھی دہلی ایئرپورٹ پر اترے</w:t>
      </w:r>
    </w:p>
    <w:p>
      <w:r>
        <w:rPr>
          <w:b/>
        </w:rPr>
        <w:t xml:space="preserve">[1:30:35] </w:t>
      </w:r>
      <w:r>
        <w:t>yahan unhon ne dekha ke ek jagah kuch modern qism ke naujawan ladke aur ladkiyan khare hue hain</w:t>
      </w:r>
    </w:p>
    <w:p>
      <w:pPr>
        <w:jc w:val="right"/>
      </w:pPr>
      <w:r>
        <w:t>یہاں انہوں نے دیکھا کہ ایک جگہ کچھ ماڈرن قسم کے نوجوان لڑکے اور لڑکیاں کھڑے ہوئے ہیں</w:t>
      </w:r>
    </w:p>
    <w:p>
      <w:r>
        <w:rPr>
          <w:b/>
        </w:rPr>
        <w:t xml:space="preserve">[1:30:42] </w:t>
      </w:r>
      <w:r>
        <w:t>hamare saathi ke bag mein angrezi tarjuma quran maujood tha woh un ke qareeb gaye aur ek naujawan</w:t>
      </w:r>
    </w:p>
    <w:p>
      <w:pPr>
        <w:jc w:val="right"/>
      </w:pPr>
      <w:r>
        <w:t>ہمارے ساتھی کے بیگ میں انگریزی ترجمہ قرآن موجود تھا وہ ان کے قریب گئے اور ایک نوجوان</w:t>
      </w:r>
    </w:p>
    <w:p>
      <w:r>
        <w:rPr>
          <w:b/>
        </w:rPr>
        <w:t xml:space="preserve">[1:30:48] </w:t>
      </w:r>
      <w:r>
        <w:t>ko angrezi tarjuma quran yeh keh kar pesh kiya ke yeh aap ke liye gift hai naujawan ne</w:t>
      </w:r>
    </w:p>
    <w:p>
      <w:pPr>
        <w:jc w:val="right"/>
      </w:pPr>
      <w:r>
        <w:t>کو انگریزی ترجمہ قرآن یہ کہہ کر پیش کیا کہ یہ آپ کے لیے گفٹ ہے نوجوان نے</w:t>
      </w:r>
    </w:p>
    <w:p>
      <w:r>
        <w:rPr>
          <w:b/>
        </w:rPr>
        <w:t xml:space="preserve">[1:30:54] </w:t>
      </w:r>
      <w:r>
        <w:t>is ko dekha to woh khushi ke sath keh utha wao doosre naujawanon ko jab maloom hua to</w:t>
      </w:r>
    </w:p>
    <w:p>
      <w:pPr>
        <w:jc w:val="right"/>
      </w:pPr>
      <w:r>
        <w:t>اس کو دیکھا تو وہ خوشی کے ساتھ کہہ اٹھا واؤ دوسرے نوجوانوں کو جب معلوم ہوا تو</w:t>
      </w:r>
    </w:p>
    <w:p>
      <w:r>
        <w:rPr>
          <w:b/>
        </w:rPr>
        <w:t xml:space="preserve">[1:31:00] </w:t>
      </w:r>
      <w:r>
        <w:t>in logon ne kaha hum ko bhi wao kehne ka moqa dijiye</w:t>
      </w:r>
    </w:p>
    <w:p>
      <w:pPr>
        <w:jc w:val="right"/>
      </w:pPr>
      <w:r>
        <w:t>ان لوگوں نے کہا ہم کو بھی واؤ کہنے کا موقع دیجئے</w:t>
      </w:r>
    </w:p>
    <w:p>
      <w:r>
        <w:rPr>
          <w:b/>
        </w:rPr>
        <w:t xml:space="preserve">[1:31:06] </w:t>
      </w:r>
      <w:r>
        <w:t>hum bhi chahte hain ke hum quran ko parhein aur yeh janen ke is mein kya likha hai</w:t>
      </w:r>
    </w:p>
    <w:p>
      <w:pPr>
        <w:jc w:val="right"/>
      </w:pPr>
      <w:r>
        <w:t>ہم بھی چاہتے ہیں کہ ہم قرآن کو پڑھیں اور یہ جانیں کہ اس میں کیا لکھا ہے</w:t>
      </w:r>
    </w:p>
    <w:p>
      <w:r>
        <w:rPr>
          <w:b/>
        </w:rPr>
        <w:t xml:space="preserve">[1:31:14] </w:t>
      </w:r>
      <w:r>
        <w:t>yeh waqia allamati tor par ek numainda waqia hai haqeeqat yeh hai ke sare insan mard aur aurat</w:t>
      </w:r>
    </w:p>
    <w:p>
      <w:pPr>
        <w:jc w:val="right"/>
      </w:pPr>
      <w:r>
        <w:t>یہ واقعہ علامتی طور پر ایک نمائندہ واقعہ ہے حقیقت یہ ہے کہ سارے انسان مرد اور عورت</w:t>
      </w:r>
    </w:p>
    <w:p>
      <w:r>
        <w:rPr>
          <w:b/>
        </w:rPr>
        <w:t xml:space="preserve">[1:31:21] </w:t>
      </w:r>
      <w:r>
        <w:t>donon apni fitrat ke zor par is talash mein hain ke woh janen ke is dunya ka khaliq</w:t>
      </w:r>
    </w:p>
    <w:p>
      <w:pPr>
        <w:jc w:val="right"/>
      </w:pPr>
      <w:r>
        <w:t>دونوں اپنی فطرت کے زور پر اس تلاش میں ہیں کہ وہ جانیں کہ اس دنیا کا خالق</w:t>
      </w:r>
    </w:p>
    <w:p>
      <w:r>
        <w:rPr>
          <w:b/>
        </w:rPr>
        <w:t xml:space="preserve">[1:31:29] </w:t>
      </w:r>
      <w:r>
        <w:t>kaun hai khaliq ke takhleeqi naqshe ke mutabiq hamare liye is dunya mein zindagi ka sahi tareeqa kya hai</w:t>
      </w:r>
    </w:p>
    <w:p>
      <w:pPr>
        <w:jc w:val="right"/>
      </w:pPr>
      <w:r>
        <w:t>کون ہے خالق کے تخلیقی نقشے کے مطابق ہمارے لیے اس دنیا میں زندگی کا صحیح طریقہ کیا ہے</w:t>
      </w:r>
    </w:p>
    <w:p>
      <w:r>
        <w:rPr>
          <w:b/>
        </w:rPr>
        <w:t xml:space="preserve">[1:31:36] </w:t>
      </w:r>
      <w:r>
        <w:t>khuda ne apni kitab mein hamein kya paigham diya hai yeh shoori tor par ya ghair shoori tor</w:t>
      </w:r>
    </w:p>
    <w:p>
      <w:pPr>
        <w:jc w:val="right"/>
      </w:pPr>
      <w:r>
        <w:t>خدا نے اپنی کتاب میں ہمیں کیا پیغام دیا ہے یہ شعوری طور پر یا غیر شعوری طور</w:t>
      </w:r>
    </w:p>
    <w:p>
      <w:r>
        <w:rPr>
          <w:b/>
        </w:rPr>
        <w:t xml:space="preserve">[1:31:42] </w:t>
      </w:r>
      <w:r>
        <w:t>par har mard aur har aurat ke dil ki awaz hai yeh sooratehal ki ek pukar hai yeh</w:t>
      </w:r>
    </w:p>
    <w:p>
      <w:pPr>
        <w:jc w:val="right"/>
      </w:pPr>
      <w:r>
        <w:t>پر ہر مرد اور ہر عورت کے دل کی آواز ہے یہ صورتحال کی ایک پکار ہے یہ</w:t>
      </w:r>
    </w:p>
    <w:p>
      <w:r>
        <w:rPr>
          <w:b/>
        </w:rPr>
        <w:t xml:space="preserve">[1:31:49] </w:t>
      </w:r>
      <w:r>
        <w:t>pukar un tamam logon ko mukhatib kar rahi hai jo quran ke hamel hain un ka farz hai</w:t>
      </w:r>
    </w:p>
    <w:p>
      <w:pPr>
        <w:jc w:val="right"/>
      </w:pPr>
      <w:r>
        <w:t>پکار ان تمام لوگوں کو مخاطب کر رہی ہے جو قرآن کے حامل ہیں ان کا فرض ہے</w:t>
      </w:r>
    </w:p>
    <w:p>
      <w:r>
        <w:rPr>
          <w:b/>
        </w:rPr>
        <w:t xml:space="preserve">[1:31:55] </w:t>
      </w:r>
      <w:r>
        <w:t>ke woh quran ko dunya ki tamam qaumon ki zubanon mein tarjuma kar ke shaye karein aur is</w:t>
      </w:r>
    </w:p>
    <w:p>
      <w:pPr>
        <w:jc w:val="right"/>
      </w:pPr>
      <w:r>
        <w:t>کہ وہ قرآن کو دنیا کی تمام قوموں کی زبانوں میں ترجمہ کر کے شائع کریں اور اس</w:t>
      </w:r>
    </w:p>
    <w:p>
      <w:r>
        <w:rPr>
          <w:b/>
        </w:rPr>
        <w:t xml:space="preserve">[1:32:01] </w:t>
      </w:r>
      <w:r>
        <w:t>ko logon tak pahunchayen taake log apni qabil</w:t>
      </w:r>
    </w:p>
    <w:p>
      <w:pPr>
        <w:jc w:val="right"/>
      </w:pPr>
      <w:r>
        <w:t>کو لوگوں تک پہنچائیں تاکہ لوگ اپنی قابل</w:t>
      </w:r>
    </w:p>
    <w:p>
      <w:r>
        <w:rPr>
          <w:b/>
        </w:rPr>
        <w:t xml:space="preserve">[1:32:07] </w:t>
      </w:r>
      <w:r>
        <w:t>فہم زبان یا understandable language میں پڑھ کر جان سکیں کہ قرآن میں ان کے لیے کیا پیغام</w:t>
      </w:r>
    </w:p>
    <w:p>
      <w:pPr>
        <w:jc w:val="right"/>
      </w:pPr>
      <w:r>
        <w:t>فہم زبان یا انڈرسٹینڈیبل لینگویج میں پڑھ کر جان سکیں کہ قرآن میں ان کے لیے کیا پیغام</w:t>
      </w:r>
    </w:p>
    <w:p>
      <w:r>
        <w:rPr>
          <w:b/>
        </w:rPr>
        <w:t xml:space="preserve">[1:32:13] </w:t>
      </w:r>
      <w:r>
        <w:t>hai zaroorat hai ke har shakhs apne sath tarjuma quran ke chhape hue nuskhay rakhe aur jab bhi</w:t>
      </w:r>
    </w:p>
    <w:p>
      <w:pPr>
        <w:jc w:val="right"/>
      </w:pPr>
      <w:r>
        <w:t>ہے ضرورت ہے کہ ہر شخص اپنے ساتھ ترجمہ قرآن کے چھپے ہوئے نسخے رکھے اور جب بھی</w:t>
      </w:r>
    </w:p>
    <w:p>
      <w:r>
        <w:rPr>
          <w:b/>
        </w:rPr>
        <w:t xml:space="preserve">[1:32:19] </w:t>
      </w:r>
      <w:r>
        <w:t>kisi mard ya aurat se mulaqat ho to us ko woh ek spiritual gift ke tor par pesh</w:t>
      </w:r>
    </w:p>
    <w:p>
      <w:pPr>
        <w:jc w:val="right"/>
      </w:pPr>
      <w:r>
        <w:t>کسی مرد یا عورت سے ملاقات ہو تو اس کو وہ ایک سپریچول گفٹ کے طور پر پیش</w:t>
      </w:r>
    </w:p>
    <w:p>
      <w:r>
        <w:rPr>
          <w:b/>
        </w:rPr>
        <w:t xml:space="preserve">[1:32:25] </w:t>
      </w:r>
      <w:r>
        <w:t>kare yeh hamileen quran ke liye apni zimmedari ko ada karne ki ek aisi soorat hai jo</w:t>
      </w:r>
    </w:p>
    <w:p>
      <w:pPr>
        <w:jc w:val="right"/>
      </w:pPr>
      <w:r>
        <w:t>کرے یہ حاملین قرآن کے لیے اپنی ذمہ داری کو ادا کرنے کی ایک ایسی صورت ہے جو</w:t>
      </w:r>
    </w:p>
    <w:p>
      <w:r>
        <w:rPr>
          <w:b/>
        </w:rPr>
        <w:t xml:space="preserve">[1:32:31] </w:t>
      </w:r>
      <w:r>
        <w:t>har ek ke liye</w:t>
      </w:r>
    </w:p>
    <w:p>
      <w:pPr>
        <w:jc w:val="right"/>
      </w:pPr>
      <w:r>
        <w:t>ہر ایک کے لیے</w:t>
      </w:r>
    </w:p>
    <w:p>
      <w:r>
        <w:rPr>
          <w:b/>
        </w:rPr>
        <w:t xml:space="preserve">[1:32:37] </w:t>
      </w:r>
      <w:r>
        <w:t>poori tarah qabil amal hai haqeeqat yeh hai ke quran ko tamam insanon tak pahunchana har musalman ke</w:t>
      </w:r>
    </w:p>
    <w:p>
      <w:pPr>
        <w:jc w:val="right"/>
      </w:pPr>
      <w:r>
        <w:t>پوری طرح قابل عمل ہے حقیقت یہ ہے کہ قرآن کو تمام انسانوں تک پہنچانا ہر مسلمان کے</w:t>
      </w:r>
    </w:p>
    <w:p>
      <w:r>
        <w:rPr>
          <w:b/>
        </w:rPr>
        <w:t xml:space="preserve">[1:32:47] </w:t>
      </w:r>
      <w:r>
        <w:t>liye ek farz ki hesiyat rakhta hai is farz ki adaiygi ke baghair woh allah ke samne bari</w:t>
      </w:r>
    </w:p>
    <w:p>
      <w:pPr>
        <w:jc w:val="right"/>
      </w:pPr>
      <w:r>
        <w:t>لیے ایک فرض کی حیثیت رکھتا ہے اس فرض کی ادائیگی کے بغیر وہ اللہ کے سامنے بری</w:t>
      </w:r>
    </w:p>
    <w:p>
      <w:r>
        <w:rPr>
          <w:b/>
        </w:rPr>
        <w:t xml:space="preserve">[1:32:57] </w:t>
      </w:r>
      <w:r>
        <w:t>uz-zema qarar nahi pa sakte musalman aur door hazir aaj kal ke ulama jab musalmanon ke jadeed masail par</w:t>
      </w:r>
    </w:p>
    <w:p>
      <w:pPr>
        <w:jc w:val="right"/>
      </w:pPr>
      <w:r>
        <w:t>الذمہ قرار نہیں پا سکتے مسلمان اور دور حاضر آج کل کے علماء جب مسلمانوں کے جدید مسائل پر</w:t>
      </w:r>
    </w:p>
    <w:p>
      <w:r>
        <w:rPr>
          <w:b/>
        </w:rPr>
        <w:t xml:space="preserve">[1:33:07] </w:t>
      </w:r>
      <w:r>
        <w:t>likhte aur bolte hain to woh aam taur par qadeem fuqaha ke fatawa ka hawala dete hain woh</w:t>
      </w:r>
    </w:p>
    <w:p>
      <w:pPr>
        <w:jc w:val="right"/>
      </w:pPr>
      <w:r>
        <w:t>لکھتے اور بولتے ہیں تو وہ عام طور پر قدیم فقہاء کے فتاویٰ کا حوالہ دیتے ہیں وہ</w:t>
      </w:r>
    </w:p>
    <w:p>
      <w:r>
        <w:rPr>
          <w:b/>
        </w:rPr>
        <w:t xml:space="preserve">[1:33:15] </w:t>
      </w:r>
      <w:r>
        <w:t>qadeem fiqhi juziyat ko dhoond kar nikalte hain woh ibn taimiya aur doosre aima ke hawale dete hain</w:t>
      </w:r>
    </w:p>
    <w:p>
      <w:pPr>
        <w:jc w:val="right"/>
      </w:pPr>
      <w:r>
        <w:t>قدیم فقہی جزیات کو ڈھونڈ کر نکالتے ہیں وہ ابن تیمیہ اور دوسرے ائمہ کے حوالے دیتے ہیں</w:t>
      </w:r>
    </w:p>
    <w:p>
      <w:r>
        <w:rPr>
          <w:b/>
        </w:rPr>
        <w:t xml:space="preserve">[1:33:22] </w:t>
      </w:r>
      <w:r>
        <w:t>is qism ke hawale bilashuba durust nahi qadeem fuqaha ka zehn muslim hukmarani ke daur mein bana tha</w:t>
      </w:r>
    </w:p>
    <w:p>
      <w:pPr>
        <w:jc w:val="right"/>
      </w:pPr>
      <w:r>
        <w:t>اس قسم کے حوالے بلاشبہ درست نہیں قدیم فقہاء کا ذہن مسلم حکمرانی کے دور میں بنا تھا</w:t>
      </w:r>
    </w:p>
    <w:p>
      <w:r>
        <w:rPr>
          <w:b/>
        </w:rPr>
        <w:t xml:space="preserve">[1:33:30] </w:t>
      </w:r>
      <w:r>
        <w:t>un hazrat ke fatawa aaj ke halaat mein qabil intibaq ya applicable nahi qadeem fuqaha ka zehn apne zamani</w:t>
      </w:r>
    </w:p>
    <w:p>
      <w:pPr>
        <w:jc w:val="right"/>
      </w:pPr>
      <w:r>
        <w:t>ان حضرات کے فتاویٰ آج کے حالات میں قابل انطباق یا ایپلیکیبل نہیں قدیم فقہاء کا ذہن اپنے زمانی</w:t>
      </w:r>
    </w:p>
    <w:p>
      <w:r>
        <w:rPr>
          <w:b/>
        </w:rPr>
        <w:t xml:space="preserve">[1:33:38] </w:t>
      </w:r>
      <w:r>
        <w:t>halat ki bina par is tarah bana tha ke woh ek tabqe ko hakim aur doosre tabqe ko mahkoom samajhte the un ke nazdeek ek ilaqe ki hesiyat bilad al kuffar ki thi aur doosre ilaqe ki hesiyat bilad al muslimin ki woh apne is zehan ki bina par dunya ko dar al islam aur dar al kufr ki istilaahon mein taqseem kiye hue the maujooda zamane mein musalmanon ke sath jab koi masla pesh aata hai to hamare ulama inhi istilaahon ya isi framework</w:t>
      </w:r>
    </w:p>
    <w:p>
      <w:pPr>
        <w:jc w:val="right"/>
      </w:pPr>
      <w:r>
        <w:t>حالات کی بنا پر اس طرح بنا تھا کہ وہ ایک طبقے کو حاکم اور دوسرے طبقے کو محکوم سمجھتے تھے ان کے نزدیک ایک علاقے کی حیثیت بلاد الکفار کی تھی اور دوسرے علاقے کی حیثیت بلاد المسلمین کی وہ اپنے اس ذہن کی بنا پر دنیا کو دارالاسلام اور دارالکفر کی اصطلاحوں میں تقسیم کیے ہوئے تھے موجودہ زمانے میں مسلمانوں کے ساتھ جب کوئی مسئلہ پیش آتا ہے تو ہمارے علماء انہی اصطلاحات یا اسی فریم ورک</w:t>
      </w:r>
    </w:p>
    <w:p>
      <w:r>
        <w:rPr>
          <w:b/>
        </w:rPr>
        <w:t xml:space="preserve">[1:34:08] </w:t>
      </w:r>
      <w:r>
        <w:t>mein apna jawab dene ki koshish karte hain woh is mamle mein qadeem ulama ke hawale pesh karte</w:t>
      </w:r>
    </w:p>
    <w:p>
      <w:pPr>
        <w:jc w:val="right"/>
      </w:pPr>
      <w:r>
        <w:t>میں اپنا جواب دینے کی کوشش کرتے ہیں وہ اس معاملے میں قدیم علماء کے حوالے پیش کرتے</w:t>
      </w:r>
    </w:p>
    <w:p>
      <w:r>
        <w:rPr>
          <w:b/>
        </w:rPr>
        <w:t xml:space="preserve">[1:34:14] </w:t>
      </w:r>
      <w:r>
        <w:t>hain magar tajurba batata hai ke in jawabat ke bawajood asal masla badastoor baqi rehta hai woh na</w:t>
      </w:r>
    </w:p>
    <w:p>
      <w:pPr>
        <w:jc w:val="right"/>
      </w:pPr>
      <w:r>
        <w:t>ہیں مگر تجربہ بتاتا ہے کہ ان جوابات کے باوجود اصل مسئلہ بدستور باقی رہتا ہے وہ نہ</w:t>
      </w:r>
    </w:p>
    <w:p>
      <w:r>
        <w:rPr>
          <w:b/>
        </w:rPr>
        <w:t xml:space="preserve">[1:34:20] </w:t>
      </w:r>
      <w:r>
        <w:t>musalmanon ke zehn ko mutmain kar pata hai aur na asal masle ko hal karta maujooda zamane ke</w:t>
      </w:r>
    </w:p>
    <w:p>
      <w:pPr>
        <w:jc w:val="right"/>
      </w:pPr>
      <w:r>
        <w:t>مسلمانوں کے ذہن کو مطمئن کر پاتا ہے اور نہ اصل مسئلے کو حل کرتا موجودہ زمانے کے</w:t>
      </w:r>
    </w:p>
    <w:p>
      <w:r>
        <w:rPr>
          <w:b/>
        </w:rPr>
        <w:t xml:space="preserve">[1:34:26] </w:t>
      </w:r>
      <w:r>
        <w:t>musalmanon ko janna chahiye ke ab zamana yakser badal chuka hai ab secularism aur jamhuriyat ka zamana hai</w:t>
      </w:r>
    </w:p>
    <w:p>
      <w:pPr>
        <w:jc w:val="right"/>
      </w:pPr>
      <w:r>
        <w:t>مسلمانوں کو جاننا چاہیے کہ اب زمانہ یکسر بدل چکا ہے اب سیکولرزم اور جمہوریت کا زمانہ ہے</w:t>
      </w:r>
    </w:p>
    <w:p>
      <w:r>
        <w:rPr>
          <w:b/>
        </w:rPr>
        <w:t xml:space="preserve">[1:34:32] </w:t>
      </w:r>
      <w:r>
        <w:t>qadeem tarz ki taqseem ab qabil amal</w:t>
      </w:r>
    </w:p>
    <w:p>
      <w:pPr>
        <w:jc w:val="right"/>
      </w:pPr>
      <w:r>
        <w:t>قدیم طرز کی تقسیم اب قابل عمل</w:t>
      </w:r>
    </w:p>
    <w:p>
      <w:r>
        <w:rPr>
          <w:b/>
        </w:rPr>
        <w:t xml:space="preserve">[1:34:38] </w:t>
      </w:r>
      <w:r>
        <w:t>nahi rahi aaj ke musalmanon ke liye zaroori hai ke woh jamhuri andaaz mein sochen woh secular andaaz</w:t>
      </w:r>
    </w:p>
    <w:p>
      <w:pPr>
        <w:jc w:val="right"/>
      </w:pPr>
      <w:r>
        <w:t>نہیں رہی آج کے مسلمانوں کے لیے ضروری ہے کہ وہ جمہوری انداز میں سوچیں وہ سیکولر انداز</w:t>
      </w:r>
    </w:p>
    <w:p>
      <w:r>
        <w:rPr>
          <w:b/>
        </w:rPr>
        <w:t xml:space="preserve">[1:34:44] </w:t>
      </w:r>
      <w:r>
        <w:t>mein apne masail ka hal talash karen ab agar badastoor unhon ne muslim aur ghair muslim ke liye</w:t>
      </w:r>
    </w:p>
    <w:p>
      <w:pPr>
        <w:jc w:val="right"/>
      </w:pPr>
      <w:r>
        <w:t>میں اپنے مسائل کا حل تلاش کریں اب اگر بدستور انہوں نے مسلم اور غیر مسلم کے لیے</w:t>
      </w:r>
    </w:p>
    <w:p>
      <w:r>
        <w:rPr>
          <w:b/>
        </w:rPr>
        <w:t xml:space="preserve">[1:34:50] </w:t>
      </w:r>
      <w:r>
        <w:t>qadeem andaaz ki taqseem ko jaari rakha to aaj ki duniya mein unki fikr ghair mutalliq ya</w:t>
      </w:r>
    </w:p>
    <w:p>
      <w:pPr>
        <w:jc w:val="right"/>
      </w:pPr>
      <w:r>
        <w:t>قدیم انداز کی تقسیم کو جاری رکھا تو آج کی دنیا میں ان کی فکر غیر متعلق یا</w:t>
      </w:r>
    </w:p>
    <w:p>
      <w:r>
        <w:rPr>
          <w:b/>
        </w:rPr>
        <w:t xml:space="preserve">[1:34:56] </w:t>
      </w:r>
      <w:r>
        <w:t>irrelevant ho jayegi aaj ke zamane ke bare mein yeh kehna sahi hoga ke aaj ke</w:t>
      </w:r>
    </w:p>
    <w:p>
      <w:pPr>
        <w:jc w:val="right"/>
      </w:pPr>
      <w:r>
        <w:t>ار ریلیونٹ ہو جائے گی آج کے زمانے کے بارے میں یہ کہنا صحیح ہوگا کہ آج کے</w:t>
      </w:r>
    </w:p>
    <w:p>
      <w:r>
        <w:rPr>
          <w:b/>
        </w:rPr>
        <w:t xml:space="preserve">[1:35:02] </w:t>
      </w:r>
      <w:r>
        <w:t>zehan ke mutabiq</w:t>
      </w:r>
    </w:p>
    <w:p>
      <w:pPr>
        <w:jc w:val="right"/>
      </w:pPr>
      <w:r>
        <w:t>ذہن کے مطابق</w:t>
      </w:r>
    </w:p>
    <w:p>
      <w:r>
        <w:rPr>
          <w:b/>
        </w:rPr>
        <w:t xml:space="preserve">[1:35:08] </w:t>
      </w:r>
      <w:r>
        <w:t>sari duniya dar-ul-insaan hai zaati aqeedah aur ibadat ke siwa musalmanon ko har mamle mein ufaqi zehan ke</w:t>
      </w:r>
    </w:p>
    <w:p>
      <w:pPr>
        <w:jc w:val="right"/>
      </w:pPr>
      <w:r>
        <w:t>ساری دنیا دارالانسان ہے ذاتی عقیدہ اور عبادت کے سوا مسلمانوں کو ہر معاملے میں افاقی ذہن کے</w:t>
      </w:r>
    </w:p>
    <w:p>
      <w:r>
        <w:rPr>
          <w:b/>
        </w:rPr>
        <w:t xml:space="preserve">[1:35:18] </w:t>
      </w:r>
      <w:r>
        <w:t>saath rehna hoga warna woh logon ki nazar mein aaj ke zamane ke liye mis-fit qarar payen</w:t>
      </w:r>
    </w:p>
    <w:p>
      <w:pPr>
        <w:jc w:val="right"/>
      </w:pPr>
      <w:r>
        <w:t>ساتھ رہنا ہوگا ورنہ وہ لوگوں کی نظر میں آج کے زمانے کے لیے مس فٹ قرار پائیں</w:t>
      </w:r>
    </w:p>
    <w:p>
      <w:r>
        <w:rPr>
          <w:b/>
        </w:rPr>
        <w:t xml:space="preserve">[1:35:28] </w:t>
      </w:r>
      <w:r>
        <w:t>ge ijtihad ka fuqdan ummat ke daur-e-zuwal ke bare mein ek hadith yeh hai tanza'u aqool akthar dhalik</w:t>
      </w:r>
    </w:p>
    <w:p>
      <w:pPr>
        <w:jc w:val="right"/>
      </w:pPr>
      <w:r>
        <w:t>گے اجتہاد کا فقدان امت کے دور زوال کے بارے میں ایک حدیث یہ ہے تنزع اقول اکثر ذالک</w:t>
      </w:r>
    </w:p>
    <w:p>
      <w:r>
        <w:rPr>
          <w:b/>
        </w:rPr>
        <w:t xml:space="preserve">[1:35:38] </w:t>
      </w:r>
      <w:r>
        <w:t>al-zaman wa yakhlufo lahuba min al-nas la aqoolu lahum yani is zamane ke akthar logon ki aqlein chhin jayen</w:t>
      </w:r>
    </w:p>
    <w:p>
      <w:pPr>
        <w:jc w:val="right"/>
      </w:pPr>
      <w:r>
        <w:t>الزمان ویخلف لہبا من الناس لا اقول لہم یعنی اس زمانے کے اکثر لوگوں کی عقلیں چھن جائیں</w:t>
      </w:r>
    </w:p>
    <w:p>
      <w:r>
        <w:rPr>
          <w:b/>
        </w:rPr>
        <w:t xml:space="preserve">[1:35:45] </w:t>
      </w:r>
      <w:r>
        <w:t>gi aur zarron ki tarah log baqi reh jayenge jin ke paas aqlein na hongi aqal</w:t>
      </w:r>
    </w:p>
    <w:p>
      <w:pPr>
        <w:jc w:val="right"/>
      </w:pPr>
      <w:r>
        <w:t>گی اور ذروں کی طرح لوگ باقی رہ جائیں گے جن کے پاس عقلیں نہ ہوں گی عقل</w:t>
      </w:r>
    </w:p>
    <w:p>
      <w:r>
        <w:rPr>
          <w:b/>
        </w:rPr>
        <w:t xml:space="preserve">[1:35:53] </w:t>
      </w:r>
      <w:r>
        <w:t>ya reason to fitrat ka ek atiyah hai aqal ke mamle mein aisa nahi ho sakta ke ibtidai</w:t>
      </w:r>
    </w:p>
    <w:p>
      <w:pPr>
        <w:jc w:val="right"/>
      </w:pPr>
      <w:r>
        <w:t>یا ریزن تو فطرت کا ایک عطیہ ہے عقل کے معاملے میں ایسا نہیں ہو سکتا کہ ابتدائی</w:t>
      </w:r>
    </w:p>
    <w:p>
      <w:r>
        <w:rPr>
          <w:b/>
        </w:rPr>
        <w:t xml:space="preserve">[1:36:01] </w:t>
      </w:r>
      <w:r>
        <w:t>naslon mein aqal rahe aur baad ki naslon mein woh</w:t>
      </w:r>
    </w:p>
    <w:p>
      <w:pPr>
        <w:jc w:val="right"/>
      </w:pPr>
      <w:r>
        <w:t>نسلوں میں عقل رہے اور بعد کی نسلوں میں وہ</w:t>
      </w:r>
    </w:p>
    <w:p>
      <w:r>
        <w:rPr>
          <w:b/>
        </w:rPr>
        <w:t xml:space="preserve">[1:36:08] </w:t>
      </w:r>
      <w:r>
        <w:t>chhin jaye haqeeqat yeh hai ke aqal ka chhinna uzyati maani mein nahi hai balke woh samajh ya</w:t>
      </w:r>
    </w:p>
    <w:p>
      <w:pPr>
        <w:jc w:val="right"/>
      </w:pPr>
      <w:r>
        <w:t>چھن جائے حقیقت یہ ہے کہ عقل کا چھننا عضویاتی معنی میں نہیں ہے بلکہ وہ سمجھ یا</w:t>
      </w:r>
    </w:p>
    <w:p>
      <w:r>
        <w:rPr>
          <w:b/>
        </w:rPr>
        <w:t xml:space="preserve">[1:36:16] </w:t>
      </w:r>
      <w:r>
        <w:t>understanding ke maani mein hai yani aqal to maujood hogi lekin samajhdari maujood na hogi mazeed gaur-o-</w:t>
      </w:r>
    </w:p>
    <w:p>
      <w:pPr>
        <w:jc w:val="right"/>
      </w:pPr>
      <w:r>
        <w:t>انڈرسٹینڈنگ کے معنی میں ہے یعنی عقل تو موجود ہوگی لیکن سمجھداری موجود نہ ہوگی مزید غور و</w:t>
      </w:r>
    </w:p>
    <w:p>
      <w:r>
        <w:rPr>
          <w:b/>
        </w:rPr>
        <w:t xml:space="preserve">[1:36:23] </w:t>
      </w:r>
      <w:r>
        <w:t>fikr se yeh maloom hota hai ke baad ki naslon mein ijtihadi salahiyat khatm ho jayegi is</w:t>
      </w:r>
    </w:p>
    <w:p>
      <w:pPr>
        <w:jc w:val="right"/>
      </w:pPr>
      <w:r>
        <w:t>فکر سے یہ معلوم ہوتا ہے کہ بعد کی نسلوں میں اجتہادی صلاحیت ختم ہو جائے گی اس</w:t>
      </w:r>
    </w:p>
    <w:p>
      <w:r>
        <w:rPr>
          <w:b/>
        </w:rPr>
        <w:t xml:space="preserve">[1:36:31] </w:t>
      </w:r>
      <w:r>
        <w:t>liye woh is qabil na rahenge ke halaat ke mutabiq shariat ki tatbeeq nau' ya</w:t>
      </w:r>
    </w:p>
    <w:p>
      <w:pPr>
        <w:jc w:val="right"/>
      </w:pPr>
      <w:r>
        <w:t>لیے وہ اس قابل نہ رہیں گے کہ حالات کے مطابق شریعت کی تطبیق نوع یا</w:t>
      </w:r>
    </w:p>
    <w:p>
      <w:r>
        <w:rPr>
          <w:b/>
        </w:rPr>
        <w:t xml:space="preserve">[1:36:38] </w:t>
      </w:r>
      <w:r>
        <w:t>re application kar ke apne halat ke aitbar se is ki pairwi karein mazeed ghaur karne se maloom hota hai ke salahiyat ijtihad ka khatmah kulli taur par na hoga woh is maene mein hoga ke jahan majboori ya compulsion ki soorat hal ho wahan to woh ijtihad par amal karenge lekin jahan majboori ki soorat hal na hogi wahan woh apne rawayati zehan par qaim rahenge aur ijt</w:t>
      </w:r>
    </w:p>
    <w:p>
      <w:pPr>
        <w:jc w:val="right"/>
      </w:pPr>
      <w:r>
        <w:t>ری ایپلیکیشن کر کے اپنے حالات کے اعتبار سے اس کی پیروی کریں مزید غور کرنے سے معلوم ہوتا ہے کہ صلاحیت اجتہاد کا خاتمہ کلی طور پر نہ ہوگا وہ اس معنی میں ہوگا کہ جہاں مجبوری یا کمپلشن کی صورتحال ہو وہاں تو وہ اجتہاد پر عمل کریں گے لیکن جہاں مجبوری کی صورتحال نہ ہوگی وہاں وہ اپنے روایتی ذہن پر قائم رہیں گے اور اجت</w:t>
      </w:r>
    </w:p>
    <w:p>
      <w:r>
        <w:rPr>
          <w:b/>
        </w:rPr>
        <w:t xml:space="preserve">[1:37:08] </w:t>
      </w:r>
      <w:r>
        <w:t>hadi na kar sakenge is ki ek misaal yeh hai ke Quran mein hajj ke bare mein</w:t>
      </w:r>
    </w:p>
    <w:p>
      <w:pPr>
        <w:jc w:val="right"/>
      </w:pPr>
      <w:r>
        <w:t>ہاد نہ کر سکیں گے اس کی ایک مثال یہ ہے کہ قرآن میں حج کے بارے میں</w:t>
      </w:r>
    </w:p>
    <w:p>
      <w:r>
        <w:rPr>
          <w:b/>
        </w:rPr>
        <w:t xml:space="preserve">[1:37:16] </w:t>
      </w:r>
      <w:r>
        <w:t>yeh aayat aayi hai fi ya rajalan wa ala kulli damirin yatinamina min kulli fajin ameeq yani aur logon</w:t>
      </w:r>
    </w:p>
    <w:p>
      <w:pPr>
        <w:jc w:val="right"/>
      </w:pPr>
      <w:r>
        <w:t>یہ آیت آئی ہے فی یا رجالا وعلی کل ضامر یاتینا من کل فج عمیق یعنی اور لوگوں</w:t>
      </w:r>
    </w:p>
    <w:p>
      <w:r>
        <w:rPr>
          <w:b/>
        </w:rPr>
        <w:t xml:space="preserve">[1:37:23] </w:t>
      </w:r>
      <w:r>
        <w:t>mein hajj ka ailan kar do woh tumhare paas aayenge pairon par chal kar aur dabley onthon</w:t>
      </w:r>
    </w:p>
    <w:p>
      <w:pPr>
        <w:jc w:val="right"/>
      </w:pPr>
      <w:r>
        <w:t>میں حج کا اعلان کر دو وہ تمہارے پاس آئیں گے پیروں پر چل کر اور دبلے اونٹوں</w:t>
      </w:r>
    </w:p>
    <w:p>
      <w:r>
        <w:rPr>
          <w:b/>
        </w:rPr>
        <w:t xml:space="preserve">[1:37:31] </w:t>
      </w:r>
      <w:r>
        <w:t>par sawar ho kar door daraaz raston se aayenge</w:t>
      </w:r>
    </w:p>
    <w:p>
      <w:pPr>
        <w:jc w:val="right"/>
      </w:pPr>
      <w:r>
        <w:t>پر سوار ہو کر دور دراز راستوں سے آئیں گے</w:t>
      </w:r>
    </w:p>
    <w:p>
      <w:r>
        <w:rPr>
          <w:b/>
        </w:rPr>
        <w:t xml:space="preserve">[1:37:39] </w:t>
      </w:r>
      <w:r>
        <w:t>is aayat se bazahir yeh maloom hota hai ke hajiyon ko chahiye ke woh apne maqamat se oont</w:t>
      </w:r>
    </w:p>
    <w:p>
      <w:pPr>
        <w:jc w:val="right"/>
      </w:pPr>
      <w:r>
        <w:t>اس آیت سے بظاہر یہ معلوم ہوتا ہے کہ حاجیوں کو چاہیے کہ وہ اپنے مقامات سے اونٹ</w:t>
      </w:r>
    </w:p>
    <w:p>
      <w:r>
        <w:rPr>
          <w:b/>
        </w:rPr>
        <w:t xml:space="preserve">[1:37:46] </w:t>
      </w:r>
      <w:r>
        <w:t>par safar kar ke Makkah pahunchen qadeem zamane mein aisa hi hota tha magar maujudah zamane mein jab</w:t>
      </w:r>
    </w:p>
    <w:p>
      <w:pPr>
        <w:jc w:val="right"/>
      </w:pPr>
      <w:r>
        <w:t>پر سفر کر کے مکہ پہنچیں قدیم زمانے میں ایسا ہی ہوتا تھا مگر موجودہ زمانے میں جب</w:t>
      </w:r>
    </w:p>
    <w:p>
      <w:r>
        <w:rPr>
          <w:b/>
        </w:rPr>
        <w:t xml:space="preserve">[1:37:54] </w:t>
      </w:r>
      <w:r>
        <w:t>mashini sawari ka daur aa gaya to ab koi haji aisa nahi karta ke woh ab bhi sawari</w:t>
      </w:r>
    </w:p>
    <w:p>
      <w:pPr>
        <w:jc w:val="right"/>
      </w:pPr>
      <w:r>
        <w:t>مشینی سواری کا دور آ گیا تو اب کوئی حاجی ایسا نہیں کرتا کہ وہ اب بھی سواری</w:t>
      </w:r>
    </w:p>
    <w:p>
      <w:r>
        <w:rPr>
          <w:b/>
        </w:rPr>
        <w:t xml:space="preserve">[1:38:01] </w:t>
      </w:r>
      <w:r>
        <w:t>ke liye oont ka istemal kare aur is tarah maqamat e hajj tak pohnche balke ab tamam haji</w:t>
      </w:r>
    </w:p>
    <w:p>
      <w:pPr>
        <w:jc w:val="right"/>
      </w:pPr>
      <w:r>
        <w:t>کے لیے اونٹ کا استعمال کرے اور اس طرح مقامات حج تک پہنچے بلکہ اب تمام حاجی</w:t>
      </w:r>
    </w:p>
    <w:p>
      <w:r>
        <w:rPr>
          <w:b/>
        </w:rPr>
        <w:t xml:space="preserve">[1:38:09] </w:t>
      </w:r>
      <w:r>
        <w:t>yahi karte hain ke door ke maqamat se woh hawai jahaz par safar karte hain aur qareeb ke</w:t>
      </w:r>
    </w:p>
    <w:p>
      <w:pPr>
        <w:jc w:val="right"/>
      </w:pPr>
      <w:r>
        <w:t>یہی کرتے ہیں کہ دور کے مقامات سے وہ ہوائی جہاز پر سفر کرتے ہیں اور قریب کے</w:t>
      </w:r>
    </w:p>
    <w:p>
      <w:r>
        <w:rPr>
          <w:b/>
        </w:rPr>
        <w:t xml:space="preserve">[1:38:15] </w:t>
      </w:r>
      <w:r>
        <w:t>maqamat se caron aur buson par halankeh is mamle mein aisa nahi hua ke ulma ne jama ho</w:t>
      </w:r>
    </w:p>
    <w:p>
      <w:pPr>
        <w:jc w:val="right"/>
      </w:pPr>
      <w:r>
        <w:t>مقامات سے کاروں اور بسوں پر حالانکہ اس معاملے میں ایسا نہیں ہوا کہ علماء نے جمع ہو</w:t>
      </w:r>
    </w:p>
    <w:p>
      <w:r>
        <w:rPr>
          <w:b/>
        </w:rPr>
        <w:t xml:space="preserve">[1:38:21] </w:t>
      </w:r>
      <w:r>
        <w:t>kar yeh fatwa diya ho ke ab zamana badal gaya is liye logon ko chahiye ke woh hewani</w:t>
      </w:r>
    </w:p>
    <w:p>
      <w:pPr>
        <w:jc w:val="right"/>
      </w:pPr>
      <w:r>
        <w:t>کر یہ فتویٰ دیا ہو کہ اب زمانہ بدل گیا اس لیے لوگوں کو چاہیے کہ وہ حیوانی</w:t>
      </w:r>
    </w:p>
    <w:p>
      <w:r>
        <w:rPr>
          <w:b/>
        </w:rPr>
        <w:t xml:space="preserve">[1:38:27] </w:t>
      </w:r>
      <w:r>
        <w:t>sawari ke bajaye mashini sawari par safar kar ke maqam e hajj tak pohnchein waqiat batate hain ke zamane</w:t>
      </w:r>
    </w:p>
    <w:p>
      <w:pPr>
        <w:jc w:val="right"/>
      </w:pPr>
      <w:r>
        <w:t>سواری کے بجائے مشینی سواری پر سفر کر کے مقام حج تک پہنچیں واقعات بتاتے ہیں کہ زمانے</w:t>
      </w:r>
    </w:p>
    <w:p>
      <w:r>
        <w:rPr>
          <w:b/>
        </w:rPr>
        <w:t xml:space="preserve">[1:38:33] </w:t>
      </w:r>
      <w:r>
        <w:t>ke halaat mein aur bohat si</w:t>
      </w:r>
    </w:p>
    <w:p>
      <w:pPr>
        <w:jc w:val="right"/>
      </w:pPr>
      <w:r>
        <w:t>کے حالات میں اور بہت سی</w:t>
      </w:r>
    </w:p>
    <w:p>
      <w:r>
        <w:rPr>
          <w:b/>
        </w:rPr>
        <w:t xml:space="preserve">[1:38:39] </w:t>
      </w:r>
      <w:r>
        <w:t>tabdiliyan huin taham ummat ke awam ya ulma is mamle mein aisa na kar sake ke woh ijtihad</w:t>
      </w:r>
    </w:p>
    <w:p>
      <w:pPr>
        <w:jc w:val="right"/>
      </w:pPr>
      <w:r>
        <w:t>تبدیلیاں ہوئیں تاہم امت کے عوام یا علماء اس معاملے میں ایسا نہ کر سکے کہ وہ اجتہاد</w:t>
      </w:r>
    </w:p>
    <w:p>
      <w:r>
        <w:rPr>
          <w:b/>
        </w:rPr>
        <w:t xml:space="preserve">[1:38:46] </w:t>
      </w:r>
      <w:r>
        <w:t>karein aur qadeem tareeqe ko chhod kar naye tareeqe par amal karein is ki ek misal yeh hai</w:t>
      </w:r>
    </w:p>
    <w:p>
      <w:pPr>
        <w:jc w:val="right"/>
      </w:pPr>
      <w:r>
        <w:t>کریں اور قدیم طریقے کو چھوڑ کر نئے طریقے پر عمل کریں اس کی ایک مثال یہ ہے</w:t>
      </w:r>
    </w:p>
    <w:p>
      <w:r>
        <w:rPr>
          <w:b/>
        </w:rPr>
        <w:t xml:space="preserve">[1:38:54] </w:t>
      </w:r>
      <w:r>
        <w:t>ke maujooda zamane mein jahad o jahad ka tareeqa badal gaya hai qadeem zamane mein kisi maqsad ke husool ke</w:t>
      </w:r>
    </w:p>
    <w:p>
      <w:pPr>
        <w:jc w:val="right"/>
      </w:pPr>
      <w:r>
        <w:t>کہ موجودہ زمانے میں جدوجہد کا طریقہ بدل گیا ہے قدیم زمانے میں کسی مقصد کے حصول کے</w:t>
      </w:r>
    </w:p>
    <w:p>
      <w:r>
        <w:rPr>
          <w:b/>
        </w:rPr>
        <w:t xml:space="preserve">[1:39:02] </w:t>
      </w:r>
      <w:r>
        <w:t>liye mutashaddidana jahad o jahad ya violent struggle ka tareeqa raij tha magar</w:t>
      </w:r>
    </w:p>
    <w:p>
      <w:pPr>
        <w:jc w:val="right"/>
      </w:pPr>
      <w:r>
        <w:t>لیے متشددانہ جدوجہد یا وائلنٹ سٹرگل کا طریقہ رائج تھا مگر</w:t>
      </w:r>
    </w:p>
    <w:p>
      <w:r>
        <w:rPr>
          <w:b/>
        </w:rPr>
        <w:t xml:space="preserve">[1:39:09] </w:t>
      </w:r>
      <w:r>
        <w:t>maujooda zamane mein aisi tabdiliyan huin ke ab mutashaddidana jahad o jahad ka tareeqa ghair moassar ban gaya ab yeh</w:t>
      </w:r>
    </w:p>
    <w:p>
      <w:pPr>
        <w:jc w:val="right"/>
      </w:pPr>
      <w:r>
        <w:t>موجودہ زمانے میں ایسی تبدیلیاں ہوئیں کہ اب متشددانہ جدوجہد کا طریقہ غیر موثر بن گیا اب یہ</w:t>
      </w:r>
    </w:p>
    <w:p>
      <w:r>
        <w:rPr>
          <w:b/>
        </w:rPr>
        <w:t xml:space="preserve">[1:39:17] </w:t>
      </w:r>
      <w:r>
        <w:t>mumkin ho gaya ke pur aman jahad o jahad ya peaceful struggle ke zariye har qism ke maqasid hasil kiye</w:t>
      </w:r>
    </w:p>
    <w:p>
      <w:pPr>
        <w:jc w:val="right"/>
      </w:pPr>
      <w:r>
        <w:t>ممکن ہو گیا کہ پرامن جدوجہد یا پیس فل سٹرگل کے ذریعے ہر قسم کے مقاصد حاصل کیے</w:t>
      </w:r>
    </w:p>
    <w:p>
      <w:r>
        <w:rPr>
          <w:b/>
        </w:rPr>
        <w:t xml:space="preserve">[1:39:25] </w:t>
      </w:r>
      <w:r>
        <w:t>ja sakein aisi halat mein ijtihad ka taqaza tha ke maujooda zamane ke musalman tashaddud ke tareeqe ko</w:t>
      </w:r>
    </w:p>
    <w:p>
      <w:pPr>
        <w:jc w:val="right"/>
      </w:pPr>
      <w:r>
        <w:t>جا سکیں ایسی حالت میں اجتہاد کا تقاضا تھا کہ موجودہ زمانے کے مسلمان تشدد کے طریقے کو</w:t>
      </w:r>
    </w:p>
    <w:p>
      <w:r>
        <w:rPr>
          <w:b/>
        </w:rPr>
        <w:t xml:space="preserve">[1:39:32] </w:t>
      </w:r>
      <w:r>
        <w:t>mukammal taur par chhod dein aur aman ke tareeqe ko poori tarah ikhtiyar kar lein</w:t>
      </w:r>
    </w:p>
    <w:p>
      <w:pPr>
        <w:jc w:val="right"/>
      </w:pPr>
      <w:r>
        <w:t>مکمل طور پر چھوڑ دیں اور امن کے طریقے کو پوری طرح اختیار کر لیں</w:t>
      </w:r>
    </w:p>
    <w:p>
      <w:r>
        <w:rPr>
          <w:b/>
        </w:rPr>
        <w:t xml:space="preserve">[1:39:40] </w:t>
      </w:r>
      <w:r>
        <w:t>magar maujooda zamane ke musalman aisa na kar sake halankeh is mamle mein hadith e rasool mein peshgi taur</w:t>
      </w:r>
    </w:p>
    <w:p>
      <w:pPr>
        <w:jc w:val="right"/>
      </w:pPr>
      <w:r>
        <w:t>مگر موجودہ زمانے کے مسلمان ایسا نہ کر سکے حالانکہ اس معاملے میں حدیث رسول میں پیشگی طور</w:t>
      </w:r>
    </w:p>
    <w:p>
      <w:r>
        <w:rPr>
          <w:b/>
        </w:rPr>
        <w:t xml:space="preserve">[1:39:50] </w:t>
      </w:r>
      <w:r>
        <w:t>par rehnumai maujood thi Hazrat Aisha Razi Allah Anha Rasool Allah Sal Allahu Alaihi Wa Sallam ke bare mein batati</w:t>
      </w:r>
    </w:p>
    <w:p>
      <w:pPr>
        <w:jc w:val="right"/>
      </w:pPr>
      <w:r>
        <w:t>پر رہنمائی موجود تھی حضرت عائشہ رضی اللہ رسول اللہ صلی اللہ علیہ وسلم کے بارے میں بتاتی</w:t>
      </w:r>
    </w:p>
    <w:p>
      <w:r>
        <w:rPr>
          <w:b/>
        </w:rPr>
        <w:t xml:space="preserve">[1:40:00] </w:t>
      </w:r>
      <w:r>
        <w:t>hain Ma Rasool Allah Sal Allahu Alaihi Wa Sallam bain amraini al ikhtiyara sahih muslim yani aap ko jab bhi do kaam</w:t>
      </w:r>
    </w:p>
    <w:p>
      <w:pPr>
        <w:jc w:val="right"/>
      </w:pPr>
      <w:r>
        <w:t>ہیں ما رسول اللہ صلی اللہ علیہ وسلم بین امرین الاختارہ صحیح مسلم یعنی آپ کو جب بھی دو کام</w:t>
      </w:r>
    </w:p>
    <w:p>
      <w:r>
        <w:rPr>
          <w:b/>
        </w:rPr>
        <w:t xml:space="preserve">[1:40:10] </w:t>
      </w:r>
      <w:r>
        <w:t>on mein ek ikhtiyar karna hota jin mein se ek doosre se asan hota to aap un dono</w:t>
      </w:r>
    </w:p>
    <w:p>
      <w:pPr>
        <w:jc w:val="right"/>
      </w:pPr>
      <w:r>
        <w:t>وں میں ایک اختیار کرنا ہوتا جن میں سے ایک دوسرے سے آسان ہوتا تو آپ ان دونوں</w:t>
      </w:r>
    </w:p>
    <w:p>
      <w:r>
        <w:rPr>
          <w:b/>
        </w:rPr>
        <w:t xml:space="preserve">[1:40:18] </w:t>
      </w:r>
      <w:r>
        <w:t>mein se asan kaam ko ikhtiyar farmate yeh zahir hai ke mutashaddidana tareeqa e kar ke muqable mein pur aman</w:t>
      </w:r>
    </w:p>
    <w:p>
      <w:pPr>
        <w:jc w:val="right"/>
      </w:pPr>
      <w:r>
        <w:t>میں سے آسان کام کو اختیار فرماتے یہ ظاہر ہے کہ متشددانہ طریقہ کار کے مقابلے میں پرامن</w:t>
      </w:r>
    </w:p>
    <w:p>
      <w:r>
        <w:rPr>
          <w:b/>
        </w:rPr>
        <w:t xml:space="preserve">[1:40:25] </w:t>
      </w:r>
      <w:r>
        <w:t>tareeqa e kar asan hai aisi halat mein hadith e rasool ke mutabiq musalmanon par farz hai ke woh mutashaddidana</w:t>
      </w:r>
    </w:p>
    <w:p>
      <w:pPr>
        <w:jc w:val="right"/>
      </w:pPr>
      <w:r>
        <w:t>طریقہ کار آسان ہے ایسی حالت میں حدیث رسول کے مطابق مسلمانوں پر فرض ہے کہ وہ متشددانہ</w:t>
      </w:r>
    </w:p>
    <w:p>
      <w:r>
        <w:rPr>
          <w:b/>
        </w:rPr>
        <w:t xml:space="preserve">[1:40:33] </w:t>
      </w:r>
      <w:r>
        <w:t>tareeqa e kar ko mukammal taur par chhod dein aur apne maqsad ke husool ke liye</w:t>
      </w:r>
    </w:p>
    <w:p>
      <w:pPr>
        <w:jc w:val="right"/>
      </w:pPr>
      <w:r>
        <w:t>طریقہ کار کو مکمل طور پر چھوڑ دیں اور اپنے مقصد کے حصول کے لیے</w:t>
      </w:r>
    </w:p>
    <w:p>
      <w:r>
        <w:rPr>
          <w:b/>
        </w:rPr>
        <w:t xml:space="preserve">[1:40:40] </w:t>
      </w:r>
      <w:r>
        <w:t>sirf pur aman tareeqa e kar par amal karein magar ijtihad ke fuqdan ki bina par maujooda zamane ke musalman</w:t>
      </w:r>
    </w:p>
    <w:p>
      <w:pPr>
        <w:jc w:val="right"/>
      </w:pPr>
      <w:r>
        <w:t>صرف پرامن طریقہ کار پر عمل کریں مگر اجتہاد کے فقدان کی بنا پر موجودہ زمانے کے مسلمان</w:t>
      </w:r>
    </w:p>
    <w:p>
      <w:r>
        <w:rPr>
          <w:b/>
        </w:rPr>
        <w:t xml:space="preserve">[1:40:50] </w:t>
      </w:r>
      <w:r>
        <w:t>aisa na kar sake hikmat ki afaqiyat ek hadith e rasool sunan al tirmidhi aur sunan ibn majah wagera kutub</w:t>
      </w:r>
    </w:p>
    <w:p>
      <w:pPr>
        <w:jc w:val="right"/>
      </w:pPr>
      <w:r>
        <w:t>ایسا نہ کر سکے حکمت کی افاقیت ایک حدیث رسول سنن الترمذی اور سنن ابن ماجہ وغیرہ کتب</w:t>
      </w:r>
    </w:p>
    <w:p>
      <w:r>
        <w:rPr>
          <w:b/>
        </w:rPr>
        <w:t xml:space="preserve">[1:41:00] </w:t>
      </w:r>
      <w:r>
        <w:t>e hadith mein aayi hai musnad al shihab al qazai ke alfaaz yeh hain al hikmatu dalatu al</w:t>
      </w:r>
    </w:p>
    <w:p>
      <w:pPr>
        <w:jc w:val="right"/>
      </w:pPr>
      <w:r>
        <w:t>حدیث میں آئی ہے مسند الشہاب القضائی کے الفاظ یہ ہیں الحکمت ذالۃ الم</w:t>
      </w:r>
    </w:p>
    <w:p>
      <w:r>
        <w:rPr>
          <w:b/>
        </w:rPr>
        <w:t xml:space="preserve">[1:41:10] </w:t>
      </w:r>
      <w:r>
        <w:t>momin wa haithuma wajad al momin dalatu falyajma'hu ilaihi yani hikmat momin ka gumshuda maal hai jahan bhi momin apne</w:t>
      </w:r>
    </w:p>
    <w:p>
      <w:pPr>
        <w:jc w:val="right"/>
      </w:pPr>
      <w:r>
        <w:t>ومن حیثما وجد المومن ذالۃ فلیجمعہ الیہ یعنی حکمت مومن کا گمشدہ مال ہے جہاں بھی مومن اپنے</w:t>
      </w:r>
    </w:p>
    <w:p>
      <w:r>
        <w:rPr>
          <w:b/>
        </w:rPr>
        <w:t xml:space="preserve">[1:41:18] </w:t>
      </w:r>
      <w:r>
        <w:t>gumshuda maal ko paaye woh us ko apne paas ikattha kar le hikmat ya wisdom ki baat kyun</w:t>
      </w:r>
    </w:p>
    <w:p>
      <w:pPr>
        <w:jc w:val="right"/>
      </w:pPr>
      <w:r>
        <w:t>گمشدہ مال کو پائے وہ اس کو اپنے پاس اکٹھا کر لے حکمت یا وزڈم کی بات کیوں</w:t>
      </w:r>
    </w:p>
    <w:p>
      <w:r>
        <w:rPr>
          <w:b/>
        </w:rPr>
        <w:t xml:space="preserve">[1:41:25] </w:t>
      </w:r>
      <w:r>
        <w:t>momin ka haq hai is ka sabab yeh hai ke har hikmat aik rabbani atiya hai aur jo</w:t>
      </w:r>
    </w:p>
    <w:p>
      <w:pPr>
        <w:jc w:val="right"/>
      </w:pPr>
      <w:r>
        <w:t>مومن کا حق ہے اس کا سبب یہ ہے کہ ہر حکمت ایک ربانی عطیہ ہے اور جو</w:t>
      </w:r>
    </w:p>
    <w:p>
      <w:r>
        <w:rPr>
          <w:b/>
        </w:rPr>
        <w:t xml:space="preserve">[1:41:33] </w:t>
      </w:r>
      <w:r>
        <w:t>cheez rabbani atiya ya divine gift ho woh kisi ki ijara</w:t>
      </w:r>
    </w:p>
    <w:p>
      <w:pPr>
        <w:jc w:val="right"/>
      </w:pPr>
      <w:r>
        <w:t>چیز ربانی عطیہ یا ڈیوائن گفٹ ہو وہ کسی کی اجارہ</w:t>
      </w:r>
    </w:p>
    <w:p>
      <w:r>
        <w:rPr>
          <w:b/>
        </w:rPr>
        <w:t xml:space="preserve">[1:41:40] </w:t>
      </w:r>
      <w:r>
        <w:t>dari ya monopoly nahi ho sakti har rabbani atiyah ek afaqi nemat hai aur afaqi nemat mein har insan ka mushtarik hissah hota hai hikmat se murad madi takhleeqat bhi hain aur hikmat aur baseerat ki baatein bhi jis tarah suraj aur pani khalq ka afaqi atiyah hai usi tarah qanoon fitrat ya law of nature mein tehqeeq se hasil hone wali haqiqatein afaqi nematein hain jis</w:t>
      </w:r>
    </w:p>
    <w:p>
      <w:pPr>
        <w:jc w:val="right"/>
      </w:pPr>
      <w:r>
        <w:t>داری یا مونوپولی نہیں ہو سکتی ہر ربانی عطیہ ایک افاقی نعمت ہے اور افاقی نعمت میں ہر انسان کا مشترک حصہ ہوتا ہے حکمت سے مراد مادی تخلیقات بھی ہیں اور حکمت اور بصیرت کی باتیں بھی جس طرح سورج اور پانی خالق کا افاقی عطیہ ہے اسی طرح قانون فطرت یا لاء اف نیچر میں تحقیق سے حاصل ہونے والی حقیقتیں افاقی نعمتیں ہیں جس</w:t>
      </w:r>
    </w:p>
    <w:p>
      <w:r>
        <w:rPr>
          <w:b/>
        </w:rPr>
        <w:t xml:space="preserve">[1:42:10] </w:t>
      </w:r>
      <w:r>
        <w:t>tarah suraj aur pani khalq ka afaqi atiyah hain usi tarah qanoon fitrat ya law of nature mein tehqeeq se hasil hone wali haqiqatein bhi afaqi nematein hain woh har insan ka hissah hain momin ka bhi aur ghair momin ka bhi atiyyat ilahi mein tafreeq yaqeenan jaiz nahi atiyyat ilahi ke bare mein yeh afaqi nazariya ek inqalabi nazariya hai woh insan ki soch ko mukammal</w:t>
      </w:r>
    </w:p>
    <w:p>
      <w:pPr>
        <w:jc w:val="right"/>
      </w:pPr>
      <w:r>
        <w:t>طرح سورج اور پانی خالق کا افاقی عطیہ ہیں اسی طرح قانون فطرت یا لاء اف نیچر میں تحقیق سے حاصل ہونے والی حقیقتیں بھی افاقی نعمتیں ہیں وہ ہر انسان کا حصہ ہیں مومن کا بھی اور غیر مومن کا بھی عطیات الہی میں تفریق یقینا جائز نہیں عطیات الہی کے بارے میں یہ افاقی نظریہ ایک انقلابی نظریہ ہے وہ انسان کی سوچ کو مکمل</w:t>
      </w:r>
    </w:p>
    <w:p>
      <w:r>
        <w:rPr>
          <w:b/>
        </w:rPr>
        <w:t xml:space="preserve">[1:42:40] </w:t>
      </w:r>
      <w:r>
        <w:t>tor par badal deta hai misal ke taur par woh muhqqiqeen jinhone apni zindagiyaan waqf kar ke fitrat ke qanoon ko daryaft kiya woh shakhsiyaat bhi poori insaniyat ka hissah hain isi tarah yeh nazariya admi ke andar ek universal outlook paida karta hai is ke baad mutassibana tarz fikr ki jar kat jati hai dost aur dushman ki tafreeq khatm ho jati hai har insan ko doosra in</w:t>
      </w:r>
    </w:p>
    <w:p>
      <w:pPr>
        <w:jc w:val="right"/>
      </w:pPr>
      <w:r>
        <w:t>طور پر بدل دیتا ہے مثال کے طور پر وہ محققین جنہوں نے اپنی زندگیاں وقف کر کے فطرت کے قوانین کو دریافت کیا وہ شخصیتیں بھی پوری انسانیت کا حصہ ہیں اسی طرح یہ نظریہ ادمی کے اندر ایک یونیورسل اؤٹ لک پیدا کرتا ہے اس کے بعد متعصبانہ طرز فکر کی جڑ کٹ جاتی ہے دوست اور دشمن کی تفریق ختم ہو جاتی ہے ہر انسان کو دوسرا ان</w:t>
      </w:r>
    </w:p>
    <w:p>
      <w:r>
        <w:rPr>
          <w:b/>
        </w:rPr>
        <w:t xml:space="preserve">[1:43:10] </w:t>
      </w:r>
      <w:r>
        <w:t>san apna dost nazar aane lagta hai yeh nazariya nafrat ka qatil hai woh aalmi mohabbat ko farogh dene wala hai is hadith mein hikmat se murad sirf hikmat deen nahi hai balke is se murad har woh hikmat hai jo durust aur mufeed ho aur jo haqeeqat waqe ke mutabiq ho.</w:t>
      </w:r>
    </w:p>
    <w:p>
      <w:pPr>
        <w:jc w:val="right"/>
      </w:pPr>
      <w:r>
        <w:t>سان اپنا دوست نظر آنے لگتا ہے یہ نظریہ نفرت کا قاتل ہے وہ عالمی محبت کو فروغ دینے والا ہے اس حدیث میں حکمت سے مراد صرف حکمت دین نہیں ہے بلکہ اس سے مراد ہر وہ حکمت ہے جو درست اور مفید ہو اور جو حقیقت واقعہ کے مطابق ہو.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