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Secular Contribution of Islam | April 16, 2017</w:t>
      </w:r>
    </w:p>
    <w:p>
      <w:r>
        <w:t>https://www.youtube.com/watch?v=QV_HIq7KeaY</w:t>
      </w:r>
    </w:p>
    <w:p>
      <w:r>
        <w:rPr>
          <w:b/>
        </w:rPr>
        <w:t xml:space="preserve">[00:14] </w:t>
      </w:r>
      <w:r>
        <w:t>bismillah rahman al rahim wasallallahu ala al nabbi al kareem.</w:t>
      </w:r>
    </w:p>
    <w:p>
      <w:pPr>
        <w:jc w:val="right"/>
      </w:pPr>
      <w:r>
        <w:t>بسم اللہ الرحمن الرحیم وصلی اللہ علی النبی الکریم۔</w:t>
      </w:r>
    </w:p>
    <w:p>
      <w:r>
        <w:rPr>
          <w:b/>
        </w:rPr>
        <w:t xml:space="preserve">[00:21] </w:t>
      </w:r>
      <w:r>
        <w:t>rab ishrah li sadri wa yassir li amri wahlu al uqdata min lisani yafqahu qawli.</w:t>
      </w:r>
    </w:p>
    <w:p>
      <w:pPr>
        <w:jc w:val="right"/>
      </w:pPr>
      <w:r>
        <w:t>رب اشرح لی صدری ویسر لی امری واحل العقدۃ من لسانی یفقہ قولی۔</w:t>
      </w:r>
    </w:p>
    <w:p>
      <w:r>
        <w:rPr>
          <w:b/>
        </w:rPr>
        <w:t xml:space="preserve">[00:29] </w:t>
      </w:r>
      <w:r>
        <w:t>16 april 2017.</w:t>
      </w:r>
    </w:p>
    <w:p>
      <w:pPr>
        <w:jc w:val="right"/>
      </w:pPr>
      <w:r>
        <w:t>16 اپریل 2017۔</w:t>
      </w:r>
    </w:p>
    <w:p>
      <w:r>
        <w:rPr>
          <w:b/>
        </w:rPr>
        <w:t xml:space="preserve">[00:37] </w:t>
      </w:r>
      <w:r>
        <w:t>aik sahib se meri mulaqat hui</w:t>
      </w:r>
    </w:p>
    <w:p>
      <w:pPr>
        <w:jc w:val="right"/>
      </w:pPr>
      <w:r>
        <w:t>ایک صاحب سے میری ملاقات ہوئی</w:t>
      </w:r>
    </w:p>
    <w:p>
      <w:r>
        <w:rPr>
          <w:b/>
        </w:rPr>
        <w:t xml:space="preserve">[00:44] </w:t>
      </w:r>
      <w:r>
        <w:t>woh bohat parhe likhe aadmi thay.</w:t>
      </w:r>
    </w:p>
    <w:p>
      <w:pPr>
        <w:jc w:val="right"/>
      </w:pPr>
      <w:r>
        <w:t>، وہ بہت پڑھے لکھے آدمی تھے۔</w:t>
      </w:r>
    </w:p>
    <w:p>
      <w:r>
        <w:rPr>
          <w:b/>
        </w:rPr>
        <w:t xml:space="preserve">[00:50] </w:t>
      </w:r>
      <w:r>
        <w:t>pehlay unhon ne india mein parha, phir europe gaye, wahan par doctor ki degree li.</w:t>
      </w:r>
    </w:p>
    <w:p>
      <w:pPr>
        <w:jc w:val="right"/>
      </w:pPr>
      <w:r>
        <w:t>پہلے انہوں نے انڈیا میں پڑھا، پھر یورپ گئے، وہاں پر ڈاکٹر کی ڈگری لی۔</w:t>
      </w:r>
    </w:p>
    <w:p>
      <w:r>
        <w:rPr>
          <w:b/>
        </w:rPr>
        <w:t xml:space="preserve">[00:56] </w:t>
      </w:r>
      <w:r>
        <w:t>ab woh kisi university mein hain.</w:t>
      </w:r>
    </w:p>
    <w:p>
      <w:pPr>
        <w:jc w:val="right"/>
      </w:pPr>
      <w:r>
        <w:t>اب وہ کسی یونیورسٹی میں ہیں۔</w:t>
      </w:r>
    </w:p>
    <w:p>
      <w:r>
        <w:rPr>
          <w:b/>
        </w:rPr>
        <w:t xml:space="preserve">[01:02] </w:t>
      </w:r>
      <w:r>
        <w:t>toh unhon ne kaha ke islam ka contribution history mein kya hai? unhon ne kaha ke aap kehte</w:t>
      </w:r>
    </w:p>
    <w:p>
      <w:pPr>
        <w:jc w:val="right"/>
      </w:pPr>
      <w:r>
        <w:t>تو انہوں نے کہا کہ اسلام کا کنٹریبیوشن ہسٹری میں کیا ہے؟ انہوں نے کہا کہ آپ کہتے</w:t>
      </w:r>
    </w:p>
    <w:p>
      <w:r>
        <w:rPr>
          <w:b/>
        </w:rPr>
        <w:t xml:space="preserve">[01:08] </w:t>
      </w:r>
      <w:r>
        <w:t>hain ke islam ne</w:t>
      </w:r>
    </w:p>
    <w:p>
      <w:pPr>
        <w:jc w:val="right"/>
      </w:pPr>
      <w:r>
        <w:t>ہیں کہ اسلام نے</w:t>
      </w:r>
    </w:p>
    <w:p>
      <w:r>
        <w:rPr>
          <w:b/>
        </w:rPr>
        <w:t xml:space="preserve">[01:14] </w:t>
      </w:r>
      <w:r>
        <w:t>duniya ko tawheed diya, toh theek hai, tawheed toh aik legal contribution hai.</w:t>
      </w:r>
    </w:p>
    <w:p>
      <w:pPr>
        <w:jc w:val="right"/>
      </w:pPr>
      <w:r>
        <w:t>دنیا کو توحید دیا، تو ٹھیک ہے، توحید تو ایک لیجس کنٹریبیوشن ہے۔</w:t>
      </w:r>
    </w:p>
    <w:p>
      <w:r>
        <w:rPr>
          <w:b/>
        </w:rPr>
        <w:t xml:space="preserve">[01:22] </w:t>
      </w:r>
      <w:r>
        <w:t>sawal yeh hai ke secular contribution kya hai islam ka? hum maan letay hain ke islam ne duniya</w:t>
      </w:r>
    </w:p>
    <w:p>
      <w:pPr>
        <w:jc w:val="right"/>
      </w:pPr>
      <w:r>
        <w:t>سوال یہ ہے کہ سیکولر کنٹریبیوشن کیا ہے اسلام کا؟ ہم مان لیتے ہیں کہ اسلام نے دنیا</w:t>
      </w:r>
    </w:p>
    <w:p>
      <w:r>
        <w:rPr>
          <w:b/>
        </w:rPr>
        <w:t xml:space="preserve">[01:29] </w:t>
      </w:r>
      <w:r>
        <w:t>ko legal sense mein tawheed diya, lekin sawal yeh hai ke secular contribution kya hai? toh mein ne</w:t>
      </w:r>
    </w:p>
    <w:p>
      <w:pPr>
        <w:jc w:val="right"/>
      </w:pPr>
      <w:r>
        <w:t>کو لیجس سینس میں توحید دیا، لیکن سوال یہ ہے کہ سیکولر کنٹریبیوشن کیا ہے؟ تو میں نے</w:t>
      </w:r>
    </w:p>
    <w:p>
      <w:r>
        <w:rPr>
          <w:b/>
        </w:rPr>
        <w:t xml:space="preserve">[01:37] </w:t>
      </w:r>
      <w:r>
        <w:t>kaha ke dekhein, un ka khayal yeh tha ke secular contribution sara ka</w:t>
      </w:r>
    </w:p>
    <w:p>
      <w:pPr>
        <w:jc w:val="right"/>
      </w:pPr>
      <w:r>
        <w:t>کہا کہ دیکھیں، ان کا خیال یہ تھا کہ سیکولر کنٹریبیوشن سارا کا</w:t>
      </w:r>
    </w:p>
    <w:p>
      <w:r>
        <w:rPr>
          <w:b/>
        </w:rPr>
        <w:t xml:space="preserve">[01:44] </w:t>
      </w:r>
      <w:r>
        <w:t>sara secular civilization ka hai. secular civilization, jis ko modern civilization kehte hain, to secular civilization ka sara contribution hai secular sense mein. to maine kaha ke dekhen, main manta hoon aap ki baat ko, lekin secular civilization ka jo contribu</w:t>
      </w:r>
    </w:p>
    <w:p>
      <w:pPr>
        <w:jc w:val="right"/>
      </w:pPr>
      <w:r>
        <w:t>سارا سیکولر سولائزیشن کا ہے۔ سیکولر سولائزیشن، جس کو ماڈرن سولائزیشن کہتے ہیں، تو سیکولر سولائزیشن کا سارا کنٹریبیوشن ہے سیکولر سینس میں۔ تو میں نے کہا کہ دیکھیں، میں مانتا ہوں آپ کی بات کو، لیکن سیکولر سولائزیشن کا جو کنٹریبی</w:t>
      </w:r>
    </w:p>
    <w:p>
      <w:r>
        <w:rPr>
          <w:b/>
        </w:rPr>
        <w:t xml:space="preserve">[02:14] </w:t>
      </w:r>
      <w:r>
        <w:t>tion hai woh secondary hai aur islam ka jo hai primary hai.</w:t>
      </w:r>
    </w:p>
    <w:p>
      <w:pPr>
        <w:jc w:val="right"/>
      </w:pPr>
      <w:r>
        <w:t>وشن ہے وہ سیکنڈری ہے اور اسلام کا جو ہے پرائمری ہے۔</w:t>
      </w:r>
    </w:p>
    <w:p>
      <w:r>
        <w:rPr>
          <w:b/>
        </w:rPr>
        <w:t xml:space="preserve">[02:22] </w:t>
      </w:r>
      <w:r>
        <w:t>mein manta hoon ke modern civilization jo hai isi ne duniya ko tamam secular cheezein di hain, lekin</w:t>
      </w:r>
    </w:p>
    <w:p>
      <w:pPr>
        <w:jc w:val="right"/>
      </w:pPr>
      <w:r>
        <w:t>میں مانتا ہوں کہ ماڈرن سولائزیشن جو ہے اسی نے دنیا کو تمام سیکولر چیزیں دی ہیں، لیکن</w:t>
      </w:r>
    </w:p>
    <w:p>
      <w:r>
        <w:rPr>
          <w:b/>
        </w:rPr>
        <w:t xml:space="preserve">[02:29] </w:t>
      </w:r>
      <w:r>
        <w:t>is mamlay mein secular civilization ka jo contribution hai woh secondary hai.</w:t>
      </w:r>
    </w:p>
    <w:p>
      <w:pPr>
        <w:jc w:val="right"/>
      </w:pPr>
      <w:r>
        <w:t>اس معاملے میں سیکولر سولائزیشن کا جو کنٹریبیوشن ہے وہ سیکنڈری ہے۔</w:t>
      </w:r>
    </w:p>
    <w:p>
      <w:r>
        <w:rPr>
          <w:b/>
        </w:rPr>
        <w:t xml:space="preserve">[02:37] </w:t>
      </w:r>
      <w:r>
        <w:t>unhon ne kaha woh kaise?</w:t>
      </w:r>
    </w:p>
    <w:p>
      <w:pPr>
        <w:jc w:val="right"/>
      </w:pPr>
      <w:r>
        <w:t>انہوں نے کہا وہ کیسے؟</w:t>
      </w:r>
    </w:p>
    <w:p>
      <w:r>
        <w:rPr>
          <w:b/>
        </w:rPr>
        <w:t xml:space="preserve">[02:45] </w:t>
      </w:r>
      <w:r>
        <w:t>mein ne kaha sari cheezein jo hain jis ko aap contribute karte hain civilization ko, un sab ko</w:t>
      </w:r>
    </w:p>
    <w:p>
      <w:pPr>
        <w:jc w:val="right"/>
      </w:pPr>
      <w:r>
        <w:t>میں نے کہا ساری چیزیں جو ہیں جس کو آپ کنٹریبیوٹ کرتے ہیں سولائزیشن کو، ان سب کو</w:t>
      </w:r>
    </w:p>
    <w:p>
      <w:r>
        <w:rPr>
          <w:b/>
        </w:rPr>
        <w:t xml:space="preserve">[02:52] </w:t>
      </w:r>
      <w:r>
        <w:t>islam ne shuru kiya.</w:t>
      </w:r>
    </w:p>
    <w:p>
      <w:pPr>
        <w:jc w:val="right"/>
      </w:pPr>
      <w:r>
        <w:t>اسلام نے شروع کیا۔</w:t>
      </w:r>
    </w:p>
    <w:p>
      <w:r>
        <w:rPr>
          <w:b/>
        </w:rPr>
        <w:t xml:space="preserve">[03:00] </w:t>
      </w:r>
      <w:r>
        <w:t>yani opportunities ke door kholay islam ne aur western civilization jo hai us ne is ko avail kiya.</w:t>
      </w:r>
    </w:p>
    <w:p>
      <w:pPr>
        <w:jc w:val="right"/>
      </w:pPr>
      <w:r>
        <w:t>یعنی اپرچونیٹیز کے ڈور کھولے اسلام نے اور ویسٹرن سولائزیشن جو ہے اس نے اس کو اویل کیا۔</w:t>
      </w:r>
    </w:p>
    <w:p>
      <w:r>
        <w:rPr>
          <w:b/>
        </w:rPr>
        <w:t xml:space="preserve">[03:08] </w:t>
      </w:r>
      <w:r>
        <w:t>phir mein ne bataya ke dekhein, duniya mein hazaron saal se</w:t>
      </w:r>
    </w:p>
    <w:p>
      <w:pPr>
        <w:jc w:val="right"/>
      </w:pPr>
      <w:r>
        <w:t>پھر میں نے بتایا کہ دیکھیں، دنیا میں ہزاروں سال سے</w:t>
      </w:r>
    </w:p>
    <w:p>
      <w:r>
        <w:rPr>
          <w:b/>
        </w:rPr>
        <w:t xml:space="preserve">[03:16] </w:t>
      </w:r>
      <w:r>
        <w:t>nature worship ho rahi thi. yani samandar ko poojna, pahad ko poojna, suraj chand ko poojna, jo nature kehte hain us ko hum, word of nature, wo bana hua tha object of worship. to Islam ne pehli baar history mein yeh kiya ke nature ko worship se dealing kar</w:t>
      </w:r>
    </w:p>
    <w:p>
      <w:pPr>
        <w:jc w:val="right"/>
      </w:pPr>
      <w:r>
        <w:t>نیچر ورشپ ہو رہی تھی۔ یعنی سمندر کو پوجنا، پہاڑ کو پوجنا، سورج چاند کو پوجنا، جو نیچر کہتے ہیں اس کو ہم، ورڈ آف نیچر، وہ بنا ہوا تھا آبجیکٹ آف ورشپ۔ تو اسلام نے پہلی بار ہسٹری میں یہ کیا کہ نیچر کو ورشپ سے ڈیلنگ کر</w:t>
      </w:r>
    </w:p>
    <w:p>
      <w:r>
        <w:rPr>
          <w:b/>
        </w:rPr>
        <w:t xml:space="preserve">[03:46] </w:t>
      </w:r>
      <w:r>
        <w:t>diya.</w:t>
      </w:r>
    </w:p>
    <w:p>
      <w:pPr>
        <w:jc w:val="right"/>
      </w:pPr>
      <w:r>
        <w:t>دیا۔</w:t>
      </w:r>
    </w:p>
    <w:p>
      <w:r>
        <w:rPr>
          <w:b/>
        </w:rPr>
        <w:t xml:space="preserve">[03:52] </w:t>
      </w:r>
      <w:r>
        <w:t>nechar ko worship se dealing kar diya.</w:t>
      </w:r>
    </w:p>
    <w:p>
      <w:pPr>
        <w:jc w:val="right"/>
      </w:pPr>
      <w:r>
        <w:t>نیچر کو ورشپ سے ڈیلنگ کر دیا۔</w:t>
      </w:r>
    </w:p>
    <w:p>
      <w:r>
        <w:rPr>
          <w:b/>
        </w:rPr>
        <w:t xml:space="preserve">[03:58] </w:t>
      </w:r>
      <w:r>
        <w:t>tab shuru hua investigation.</w:t>
      </w:r>
    </w:p>
    <w:p>
      <w:pPr>
        <w:jc w:val="right"/>
      </w:pPr>
      <w:r>
        <w:t>تب شروع ہوا انویسٹیگیشن۔</w:t>
      </w:r>
    </w:p>
    <w:p>
      <w:r>
        <w:rPr>
          <w:b/>
        </w:rPr>
        <w:t xml:space="preserve">[04:04] </w:t>
      </w:r>
      <w:r>
        <w:t>to phir nechar mein jo technology thi, nechar mein jo sare secret the, sare law of nechar the,</w:t>
      </w:r>
    </w:p>
    <w:p>
      <w:pPr>
        <w:jc w:val="right"/>
      </w:pPr>
      <w:r>
        <w:t>تو پھر نیچر میں جو ٹیکنالوجی تھی، نیچر میں جو سارے سیکرٹ تھے، سارے لا آف نیچر تھے،</w:t>
      </w:r>
    </w:p>
    <w:p>
      <w:r>
        <w:rPr>
          <w:b/>
        </w:rPr>
        <w:t xml:space="preserve">[04:10] </w:t>
      </w:r>
      <w:r>
        <w:t>un sab ko discover karna shuru kiya Europe mein.</w:t>
      </w:r>
    </w:p>
    <w:p>
      <w:pPr>
        <w:jc w:val="right"/>
      </w:pPr>
      <w:r>
        <w:t>ان سب کو ڈسکور کرنا شروع کیا یورپ میں۔</w:t>
      </w:r>
    </w:p>
    <w:p>
      <w:r>
        <w:rPr>
          <w:b/>
        </w:rPr>
        <w:t xml:space="preserve">[04:16] </w:t>
      </w:r>
      <w:r>
        <w:t>to pehla kaam jo tha woh tha nechar ko aur worship ko dono ko ek doosre se alag karna.</w:t>
      </w:r>
    </w:p>
    <w:p>
      <w:pPr>
        <w:jc w:val="right"/>
      </w:pPr>
      <w:r>
        <w:t>تو پہلا کام جو تھا وہ تھا نیچر کو اور ورشپ کو دونوں کو ایک دوسرے سے الگ کرنا۔</w:t>
      </w:r>
    </w:p>
    <w:p>
      <w:r>
        <w:rPr>
          <w:b/>
        </w:rPr>
        <w:t xml:space="preserve">[04:23] </w:t>
      </w:r>
      <w:r>
        <w:t>to nechar ko worship se dealing kiya Islam ne.</w:t>
      </w:r>
    </w:p>
    <w:p>
      <w:pPr>
        <w:jc w:val="right"/>
      </w:pPr>
      <w:r>
        <w:t>تو نیچر کو ورشپ سے ڈیلنگ کیا اسلام نے۔</w:t>
      </w:r>
    </w:p>
    <w:p>
      <w:r>
        <w:rPr>
          <w:b/>
        </w:rPr>
        <w:t xml:space="preserve">[04:29] </w:t>
      </w:r>
      <w:r>
        <w:t>kis cheez ko Islam ne dekha khatam kiya tha? jo creator hai us ne insaan ko azaadi di</w:t>
      </w:r>
    </w:p>
    <w:p>
      <w:pPr>
        <w:jc w:val="right"/>
      </w:pPr>
      <w:r>
        <w:t>کس چیز کو اسلام نے دیکھا ختم کیا تھا؟ جو کریٹر ہے اس نے انسان کو آزادی دی</w:t>
      </w:r>
    </w:p>
    <w:p>
      <w:r>
        <w:rPr>
          <w:b/>
        </w:rPr>
        <w:t xml:space="preserve">[04:35] </w:t>
      </w:r>
      <w:r>
        <w:t>hai, azaadi, total freedom.</w:t>
      </w:r>
    </w:p>
    <w:p>
      <w:pPr>
        <w:jc w:val="right"/>
      </w:pPr>
      <w:r>
        <w:t>ہے، آزادی، ٹوٹل فریڈم۔</w:t>
      </w:r>
    </w:p>
    <w:p>
      <w:r>
        <w:rPr>
          <w:b/>
        </w:rPr>
        <w:t xml:space="preserve">[04:41] </w:t>
      </w:r>
      <w:r>
        <w:t>is liye yeh mumkin nahi hai ke kisi cheez ko bilkul khatam kar diya jaye.</w:t>
      </w:r>
    </w:p>
    <w:p>
      <w:pPr>
        <w:jc w:val="right"/>
      </w:pPr>
      <w:r>
        <w:t>اس لیے یہ ممکن نہیں ہے کہ کسی چیز کو بالکل ختم کر دیا جائے۔</w:t>
      </w:r>
    </w:p>
    <w:p>
      <w:r>
        <w:rPr>
          <w:b/>
        </w:rPr>
        <w:t xml:space="preserve">[04:47] </w:t>
      </w:r>
      <w:r>
        <w:t>yani other than God ki worship jo hai us ko khatam kar diya.</w:t>
      </w:r>
    </w:p>
    <w:p>
      <w:pPr>
        <w:jc w:val="right"/>
      </w:pPr>
      <w:r>
        <w:t>یعنی ادر دین گاڈ کی ورشپ جو ہے اس کو ختم کر دیا۔</w:t>
      </w:r>
    </w:p>
    <w:p>
      <w:r>
        <w:rPr>
          <w:b/>
        </w:rPr>
        <w:t xml:space="preserve">[04:56] </w:t>
      </w:r>
      <w:r>
        <w:t>yeh Khuda ki us ki wahan cheezon mein shamil nahi hai.</w:t>
      </w:r>
    </w:p>
    <w:p>
      <w:pPr>
        <w:jc w:val="right"/>
      </w:pPr>
      <w:r>
        <w:t>یہ خدا کی اس کی وہاں چیزز میں شامل نہیں ہے۔</w:t>
      </w:r>
    </w:p>
    <w:p>
      <w:r>
        <w:rPr>
          <w:b/>
        </w:rPr>
        <w:t xml:space="preserve">[05:04] </w:t>
      </w:r>
      <w:r>
        <w:t>lekin yeh Allah taala ne peghambar ke zariye se kiya ke nechar ko worship se dealing kar diya,</w:t>
      </w:r>
    </w:p>
    <w:p>
      <w:pPr>
        <w:jc w:val="right"/>
      </w:pPr>
      <w:r>
        <w:t>لیکن یہ اللہ تعالیٰ نے پیغمبر کے ذریعے سے کیا کہ نیچر کو ورشپ سے ڈیلنگ کر دیا،</w:t>
      </w:r>
    </w:p>
    <w:p>
      <w:r>
        <w:rPr>
          <w:b/>
        </w:rPr>
        <w:t xml:space="preserve">[05:12] </w:t>
      </w:r>
      <w:r>
        <w:t>tab taraqqiyan shuru huin. sari taraqqiyan.</w:t>
      </w:r>
    </w:p>
    <w:p>
      <w:pPr>
        <w:jc w:val="right"/>
      </w:pPr>
      <w:r>
        <w:t>تب ترقیاں شروع ہوئیں۔ ساری ترقیاں۔</w:t>
      </w:r>
    </w:p>
    <w:p>
      <w:r>
        <w:rPr>
          <w:b/>
        </w:rPr>
        <w:t xml:space="preserve">[05:21] </w:t>
      </w:r>
      <w:r>
        <w:t>aur is ka etiraf kuch top ke logon ne kiya hai, maslan Arnold Toynbee ne.</w:t>
      </w:r>
    </w:p>
    <w:p>
      <w:pPr>
        <w:jc w:val="right"/>
      </w:pPr>
      <w:r>
        <w:t>اور اس کا اعتراف کچھ ٹاپ کے لوگوں نے کیا ہے، مثلاً آرنلڈ ٹائن بھی نے۔</w:t>
      </w:r>
    </w:p>
    <w:p>
      <w:r>
        <w:rPr>
          <w:b/>
        </w:rPr>
        <w:t xml:space="preserve">[05:27] </w:t>
      </w:r>
      <w:r>
        <w:t>isi tarah dekhein, duniya hamesha ek hi cheez jaanti thi.</w:t>
      </w:r>
    </w:p>
    <w:p>
      <w:pPr>
        <w:jc w:val="right"/>
      </w:pPr>
      <w:r>
        <w:t>اسی طرح دیکھیں، دنیا ہمیشہ ایک ہی چیز جانتی تھی۔</w:t>
      </w:r>
    </w:p>
    <w:p>
      <w:r>
        <w:rPr>
          <w:b/>
        </w:rPr>
        <w:t xml:space="preserve">[05:33] </w:t>
      </w:r>
      <w:r>
        <w:t>advancement, advancement, advancement.</w:t>
      </w:r>
    </w:p>
    <w:p>
      <w:pPr>
        <w:jc w:val="right"/>
      </w:pPr>
      <w:r>
        <w:t>ایڈوانسمنٹ، ایڈوانسمنٹ، ایڈوانسمنٹ۔</w:t>
      </w:r>
    </w:p>
    <w:p>
      <w:r>
        <w:rPr>
          <w:b/>
        </w:rPr>
        <w:t xml:space="preserve">[05:39] </w:t>
      </w:r>
      <w:r>
        <w:t>yani iqdam kar ke ladna, iqdam kar ke takrana.</w:t>
      </w:r>
    </w:p>
    <w:p>
      <w:pPr>
        <w:jc w:val="right"/>
      </w:pPr>
      <w:r>
        <w:t>یعنی اقدام کر کے لڑنا، اقدام کر کے ٹکرانا۔</w:t>
      </w:r>
    </w:p>
    <w:p>
      <w:r>
        <w:rPr>
          <w:b/>
        </w:rPr>
        <w:t xml:space="preserve">[05:45] </w:t>
      </w:r>
      <w:r>
        <w:t>yani advancement ki</w:t>
      </w:r>
    </w:p>
    <w:p>
      <w:pPr>
        <w:jc w:val="right"/>
      </w:pPr>
      <w:r>
        <w:t>یعنی ایڈوانسمنٹ کی</w:t>
      </w:r>
    </w:p>
    <w:p>
      <w:r>
        <w:rPr>
          <w:b/>
        </w:rPr>
        <w:t xml:space="preserve">[05:51] </w:t>
      </w:r>
      <w:r>
        <w:t>glory jaanti thi duniya.</w:t>
      </w:r>
    </w:p>
    <w:p>
      <w:pPr>
        <w:jc w:val="right"/>
      </w:pPr>
      <w:r>
        <w:t>گلوری جانتی تھی دنیا۔</w:t>
      </w:r>
    </w:p>
    <w:p>
      <w:r>
        <w:rPr>
          <w:b/>
        </w:rPr>
        <w:t xml:space="preserve">[05:57] </w:t>
      </w:r>
      <w:r>
        <w:t>is liye duniya ki tareekh ladai ki tareekh ban gayi.</w:t>
      </w:r>
    </w:p>
    <w:p>
      <w:pPr>
        <w:jc w:val="right"/>
      </w:pPr>
      <w:r>
        <w:t>اس لیے دنیا کی تاریخ لڑائی کی تاریخ بن گئی۔</w:t>
      </w:r>
    </w:p>
    <w:p>
      <w:r>
        <w:rPr>
          <w:b/>
        </w:rPr>
        <w:t xml:space="preserve">[06:03] </w:t>
      </w:r>
      <w:r>
        <w:t>duniya ki history ladai ki history ban gayi.</w:t>
      </w:r>
    </w:p>
    <w:p>
      <w:pPr>
        <w:jc w:val="right"/>
      </w:pPr>
      <w:r>
        <w:t>دنیا کی ہسٹری لڑائی کی ہسٹری بن گئی۔</w:t>
      </w:r>
    </w:p>
    <w:p>
      <w:r>
        <w:rPr>
          <w:b/>
        </w:rPr>
        <w:t xml:space="preserve">[06:09] </w:t>
      </w:r>
      <w:r>
        <w:t>Islam ne bataya ke sab se bari cheez retreat hai, advancement nahi hai.</w:t>
      </w:r>
    </w:p>
    <w:p>
      <w:pPr>
        <w:jc w:val="right"/>
      </w:pPr>
      <w:r>
        <w:t>اسلام نے بتایا کہ سب سے بڑی چیز ریٹریٹ ہے، ایڈوانسمنٹ نہیں ہے۔</w:t>
      </w:r>
    </w:p>
    <w:p>
      <w:r>
        <w:rPr>
          <w:b/>
        </w:rPr>
        <w:t xml:space="preserve">[06:15] </w:t>
      </w:r>
      <w:r>
        <w:t>jaise dekhein, Khalid bin Waleed jo the woh maut ke mauqe par un ka</w:t>
      </w:r>
    </w:p>
    <w:p>
      <w:pPr>
        <w:jc w:val="right"/>
      </w:pPr>
      <w:r>
        <w:t>جیسے دیکھیں، خالد بن الولید جو تھے وہ موت کے موقع پر ان کا</w:t>
      </w:r>
    </w:p>
    <w:p>
      <w:r>
        <w:rPr>
          <w:b/>
        </w:rPr>
        <w:t xml:space="preserve">[06:21] </w:t>
      </w:r>
      <w:r>
        <w:t>muqabla hua Roomi faujon se.</w:t>
      </w:r>
    </w:p>
    <w:p>
      <w:pPr>
        <w:jc w:val="right"/>
      </w:pPr>
      <w:r>
        <w:t>مقابلہ ہوا رومی فوجوں سے۔</w:t>
      </w:r>
    </w:p>
    <w:p>
      <w:r>
        <w:rPr>
          <w:b/>
        </w:rPr>
        <w:t xml:space="preserve">[06:26] </w:t>
      </w:r>
      <w:r>
        <w:t>to unhon ne takraao karne ki bajaye wapsi ka faisla kiya.</w:t>
      </w:r>
    </w:p>
    <w:p>
      <w:pPr>
        <w:jc w:val="right"/>
      </w:pPr>
      <w:r>
        <w:t>تو انہوں نے ٹکراؤ کرنے کی بجائے واپسی کا فیصلہ کیا۔</w:t>
      </w:r>
    </w:p>
    <w:p>
      <w:r>
        <w:rPr>
          <w:b/>
        </w:rPr>
        <w:t xml:space="preserve">[06:31] </w:t>
      </w:r>
      <w:r>
        <w:t>yani madine chalaye.</w:t>
      </w:r>
    </w:p>
    <w:p>
      <w:pPr>
        <w:jc w:val="right"/>
      </w:pPr>
      <w:r>
        <w:t>یعنی مدینے چلائے۔</w:t>
      </w:r>
    </w:p>
    <w:p>
      <w:r>
        <w:rPr>
          <w:b/>
        </w:rPr>
        <w:t xml:space="preserve">[06:36] </w:t>
      </w:r>
      <w:r>
        <w:t>to madine ke logon ne in ko kaha, ya farar.</w:t>
      </w:r>
    </w:p>
    <w:p>
      <w:pPr>
        <w:jc w:val="right"/>
      </w:pPr>
      <w:r>
        <w:t>تو مدینے کے لوگوں نے ان کو کہا، یا فرار۔</w:t>
      </w:r>
    </w:p>
    <w:p>
      <w:r>
        <w:rPr>
          <w:b/>
        </w:rPr>
        <w:t xml:space="preserve">[06:41] </w:t>
      </w:r>
      <w:r>
        <w:t>ae bhagne walon!</w:t>
      </w:r>
    </w:p>
    <w:p>
      <w:pPr>
        <w:jc w:val="right"/>
      </w:pPr>
      <w:r>
        <w:t>اے بھاگنے والوں!</w:t>
      </w:r>
    </w:p>
    <w:p>
      <w:r>
        <w:rPr>
          <w:b/>
        </w:rPr>
        <w:t xml:space="preserve">[06:46] </w:t>
      </w:r>
      <w:r>
        <w:t>madine mein in ka jo in ko jo istiqbal kiya gaya wo ya farar keh kar, ae bhagne wal</w:t>
      </w:r>
    </w:p>
    <w:p>
      <w:pPr>
        <w:jc w:val="right"/>
      </w:pPr>
      <w:r>
        <w:t>مدینے میں ان کا جو ان کو جو استقبال کیا گیا وہ یا فرار کہہ کر، اے بھاگنے وال</w:t>
      </w:r>
    </w:p>
    <w:p>
      <w:r>
        <w:rPr>
          <w:b/>
        </w:rPr>
        <w:t xml:space="preserve">[06:51] </w:t>
      </w:r>
      <w:r>
        <w:t>on!</w:t>
      </w:r>
    </w:p>
    <w:p>
      <w:pPr>
        <w:jc w:val="right"/>
      </w:pPr>
      <w:r>
        <w:t>وں!</w:t>
      </w:r>
    </w:p>
    <w:p>
      <w:r>
        <w:rPr>
          <w:b/>
        </w:rPr>
        <w:t xml:space="preserve">[06:55] </w:t>
      </w:r>
      <w:r>
        <w:t>to rasool Allah ne farmaya ke nahi.</w:t>
      </w:r>
    </w:p>
    <w:p>
      <w:pPr>
        <w:jc w:val="right"/>
      </w:pPr>
      <w:r>
        <w:t>تو رسول اللہ نے فرمایا کہ نہیں۔</w:t>
      </w:r>
    </w:p>
    <w:p>
      <w:r>
        <w:rPr>
          <w:b/>
        </w:rPr>
        <w:t xml:space="preserve">[07:00] </w:t>
      </w:r>
      <w:r>
        <w:t>rasool Allah ne kaha ke nahi, farar nahi hai wo.</w:t>
      </w:r>
    </w:p>
    <w:p>
      <w:pPr>
        <w:jc w:val="right"/>
      </w:pPr>
      <w:r>
        <w:t>رسول اللہ نے کہا کہ نہیں، فرار نہیں ہے وہ۔</w:t>
      </w:r>
    </w:p>
    <w:p>
      <w:r>
        <w:rPr>
          <w:b/>
        </w:rPr>
        <w:t xml:space="preserve">[07:04] </w:t>
      </w:r>
      <w:r>
        <w:t>hum al malik qarar insha Allah taala, wo qarar hain.</w:t>
      </w:r>
    </w:p>
    <w:p>
      <w:pPr>
        <w:jc w:val="right"/>
      </w:pPr>
      <w:r>
        <w:t>ہم الملک قرار انشاء اللہ تعالیٰ، وہ قرار ہیں۔</w:t>
      </w:r>
    </w:p>
    <w:p>
      <w:r>
        <w:rPr>
          <w:b/>
        </w:rPr>
        <w:t xml:space="preserve">[07:08] </w:t>
      </w:r>
      <w:r>
        <w:t>qarar ke mani hain aage barhne walay.</w:t>
      </w:r>
    </w:p>
    <w:p>
      <w:pPr>
        <w:jc w:val="right"/>
      </w:pPr>
      <w:r>
        <w:t>قرار کے معنی ہیں آگے بڑھنے والے۔</w:t>
      </w:r>
    </w:p>
    <w:p>
      <w:r>
        <w:rPr>
          <w:b/>
        </w:rPr>
        <w:t xml:space="preserve">[07:13] </w:t>
      </w:r>
      <w:r>
        <w:t>is mein dekhen jo raaz hai wo yeh hai ke aap agar aap bas advance karna janen to</w:t>
      </w:r>
    </w:p>
    <w:p>
      <w:pPr>
        <w:jc w:val="right"/>
      </w:pPr>
      <w:r>
        <w:t>اس میں دیکھیں جو راز ہے وہ یہ ہے کہ آپ اگر آپ بس ایڈوانس کرنا جانیں تو</w:t>
      </w:r>
    </w:p>
    <w:p>
      <w:r>
        <w:rPr>
          <w:b/>
        </w:rPr>
        <w:t xml:space="preserve">[07:17] </w:t>
      </w:r>
      <w:r>
        <w:t>aap planning nahi kar payenge. planning</w:t>
      </w:r>
    </w:p>
    <w:p>
      <w:pPr>
        <w:jc w:val="right"/>
      </w:pPr>
      <w:r>
        <w:t>آپ پلاننگ نہیں کر پائیں گے۔ پلاننگ</w:t>
      </w:r>
    </w:p>
    <w:p>
      <w:r>
        <w:rPr>
          <w:b/>
        </w:rPr>
        <w:t xml:space="preserve">[07:21] </w:t>
      </w:r>
      <w:r>
        <w:t>jo hai time chahti hai.</w:t>
      </w:r>
    </w:p>
    <w:p>
      <w:pPr>
        <w:jc w:val="right"/>
      </w:pPr>
      <w:r>
        <w:t>جو ہے ٹائم چاہتی ہے۔</w:t>
      </w:r>
    </w:p>
    <w:p>
      <w:r>
        <w:rPr>
          <w:b/>
        </w:rPr>
        <w:t xml:space="preserve">[07:26] </w:t>
      </w:r>
      <w:r>
        <w:t>planning chahti hai ke aap ka sochne ka time ho, assessment ka time ho, opportunity talash karne ka time ho.</w:t>
      </w:r>
    </w:p>
    <w:p>
      <w:pPr>
        <w:jc w:val="right"/>
      </w:pPr>
      <w:r>
        <w:t>پلاننگ چاہتی ہے کہ آپ کا سوچنے کا ٹائم ہو، اسیسمنٹ کا ٹائم ہو، اپرچونیٹی تلاش کرنے کا ٹائم ہو۔</w:t>
      </w:r>
    </w:p>
    <w:p>
      <w:r>
        <w:rPr>
          <w:b/>
        </w:rPr>
        <w:t xml:space="preserve">[07:31] </w:t>
      </w:r>
      <w:r>
        <w:t>to retreat ka matlab hota hai planning.</w:t>
      </w:r>
    </w:p>
    <w:p>
      <w:pPr>
        <w:jc w:val="right"/>
      </w:pPr>
      <w:r>
        <w:t>تو ریٹریٹ کا مطلب ہوتا ہے پلاننگ۔</w:t>
      </w:r>
    </w:p>
    <w:p>
      <w:r>
        <w:rPr>
          <w:b/>
        </w:rPr>
        <w:t xml:space="preserve">[07:36] </w:t>
      </w:r>
      <w:r>
        <w:t>planning ka time lene.</w:t>
      </w:r>
    </w:p>
    <w:p>
      <w:pPr>
        <w:jc w:val="right"/>
      </w:pPr>
      <w:r>
        <w:t>پلاننگ کا ٹائم لینا۔</w:t>
      </w:r>
    </w:p>
    <w:p>
      <w:r>
        <w:rPr>
          <w:b/>
        </w:rPr>
        <w:t xml:space="preserve">[07:41] </w:t>
      </w:r>
      <w:r>
        <w:t>dunya is ko janti nahi thi.</w:t>
      </w:r>
    </w:p>
    <w:p>
      <w:pPr>
        <w:jc w:val="right"/>
      </w:pPr>
      <w:r>
        <w:t>دنیا اس کو جانتی نہیں تھی۔</w:t>
      </w:r>
    </w:p>
    <w:p>
      <w:r>
        <w:rPr>
          <w:b/>
        </w:rPr>
        <w:t xml:space="preserve">[07:46] </w:t>
      </w:r>
      <w:r>
        <w:t>wo yahi janti thi ke bas lar</w:t>
      </w:r>
    </w:p>
    <w:p>
      <w:pPr>
        <w:jc w:val="right"/>
      </w:pPr>
      <w:r>
        <w:t>وہ یہی جانتی تھی کہ بس لڑ</w:t>
      </w:r>
    </w:p>
    <w:p>
      <w:r>
        <w:rPr>
          <w:b/>
        </w:rPr>
        <w:t xml:space="preserve">[07:51] </w:t>
      </w:r>
      <w:r>
        <w:t>jao, advance karo.</w:t>
      </w:r>
    </w:p>
    <w:p>
      <w:pPr>
        <w:jc w:val="right"/>
      </w:pPr>
      <w:r>
        <w:t>جاؤ، ایڈوانس کرو۔</w:t>
      </w:r>
    </w:p>
    <w:p>
      <w:r>
        <w:rPr>
          <w:b/>
        </w:rPr>
        <w:t xml:space="preserve">[07:57] </w:t>
      </w:r>
      <w:r>
        <w:t>to rasool Allah ne Hudaybiyah mein retreat hi to kiya tha.</w:t>
      </w:r>
    </w:p>
    <w:p>
      <w:pPr>
        <w:jc w:val="right"/>
      </w:pPr>
      <w:r>
        <w:t>تو رسول اللہ نے حدیبیہ میں ریٹریٹ ہی تو کیا تھا۔</w:t>
      </w:r>
    </w:p>
    <w:p>
      <w:r>
        <w:rPr>
          <w:b/>
        </w:rPr>
        <w:t xml:space="preserve">[08:03] </w:t>
      </w:r>
      <w:r>
        <w:t>aap ja rahe the Makkah, Madinah se Makkah.</w:t>
      </w:r>
    </w:p>
    <w:p>
      <w:pPr>
        <w:jc w:val="right"/>
      </w:pPr>
      <w:r>
        <w:t>آپ جا رہے تھے مکہ، مدینہ سے مکہ۔</w:t>
      </w:r>
    </w:p>
    <w:p>
      <w:r>
        <w:rPr>
          <w:b/>
        </w:rPr>
        <w:t xml:space="preserve">[08:09] </w:t>
      </w:r>
      <w:r>
        <w:t>Hudaybiyah ke mauqe par aap ka rasta roka gaya, aap ka aur aap ke ashaab ka.</w:t>
      </w:r>
    </w:p>
    <w:p>
      <w:pPr>
        <w:jc w:val="right"/>
      </w:pPr>
      <w:r>
        <w:t>حدیبیہ کے موقع پر آپ کا راستہ روکا گیا، آپ کا اور آپ کے اصحاب کا۔</w:t>
      </w:r>
    </w:p>
    <w:p>
      <w:r>
        <w:rPr>
          <w:b/>
        </w:rPr>
        <w:t xml:space="preserve">[08:16] </w:t>
      </w:r>
      <w:r>
        <w:t>to wahan par option do mein tha, ya to aap laren ya peeche hat jayen.</w:t>
      </w:r>
    </w:p>
    <w:p>
      <w:pPr>
        <w:jc w:val="right"/>
      </w:pPr>
      <w:r>
        <w:t>تو وہاں پر آپشن دو میں تھا، یا تو آپ لڑیں یا پیچھے ہٹ جائیں۔</w:t>
      </w:r>
    </w:p>
    <w:p>
      <w:r>
        <w:rPr>
          <w:b/>
        </w:rPr>
        <w:t xml:space="preserve">[08:22] </w:t>
      </w:r>
      <w:r>
        <w:t>ya to aap Quraish se laren, jo us waqt Makkah ke sardar bani hui thin.</w:t>
      </w:r>
    </w:p>
    <w:p>
      <w:pPr>
        <w:jc w:val="right"/>
      </w:pPr>
      <w:r>
        <w:t>یا تو آپ قریش سے لڑیں، جو اس وقت مکہ کے سردار بنی ہوئی تھیں۔</w:t>
      </w:r>
    </w:p>
    <w:p>
      <w:r>
        <w:rPr>
          <w:b/>
        </w:rPr>
        <w:t xml:space="preserve">[08:27] </w:t>
      </w:r>
      <w:r>
        <w:t>to option do mein tha, yani ya to aap Quraish se laren ya Madinah wapas chale jayen.</w:t>
      </w:r>
    </w:p>
    <w:p>
      <w:pPr>
        <w:jc w:val="right"/>
      </w:pPr>
      <w:r>
        <w:t>تو آپشن دو میں تھا، یعنی یا تو آپ قریش سے لڑیں یا مدینہ واپس چلے جائیں۔</w:t>
      </w:r>
    </w:p>
    <w:p>
      <w:r>
        <w:rPr>
          <w:b/>
        </w:rPr>
        <w:t xml:space="preserve">[08:32] </w:t>
      </w:r>
      <w:r>
        <w:t>to aap ne wapas jaane ka faisla kiya.</w:t>
      </w:r>
    </w:p>
    <w:p>
      <w:pPr>
        <w:jc w:val="right"/>
      </w:pPr>
      <w:r>
        <w:t>تو آپ نے واپس جانے کا فیصلہ کیا۔</w:t>
      </w:r>
    </w:p>
    <w:p>
      <w:r>
        <w:rPr>
          <w:b/>
        </w:rPr>
        <w:t xml:space="preserve">[08:37] </w:t>
      </w:r>
      <w:r>
        <w:t>retreat kiya aap ne.</w:t>
      </w:r>
    </w:p>
    <w:p>
      <w:pPr>
        <w:jc w:val="right"/>
      </w:pPr>
      <w:r>
        <w:t>ریٹریٹ کیا آپ نے۔</w:t>
      </w:r>
    </w:p>
    <w:p>
      <w:r>
        <w:rPr>
          <w:b/>
        </w:rPr>
        <w:t xml:space="preserve">[08:42] </w:t>
      </w:r>
      <w:r>
        <w:t>hudaybiya ka waqia retreat ka waqia hai. paspayi.</w:t>
      </w:r>
    </w:p>
    <w:p>
      <w:pPr>
        <w:jc w:val="right"/>
      </w:pPr>
      <w:r>
        <w:t>حدیبیہ کا واقعہ ریٹریٹ کا واقعہ ہے۔ پسپائی۔</w:t>
      </w:r>
    </w:p>
    <w:p>
      <w:r>
        <w:rPr>
          <w:b/>
        </w:rPr>
        <w:t xml:space="preserve">[08:47] </w:t>
      </w:r>
      <w:r>
        <w:t>retreat ko kehte hain paspayi</w:t>
      </w:r>
    </w:p>
    <w:p>
      <w:pPr>
        <w:jc w:val="right"/>
      </w:pPr>
      <w:r>
        <w:t>ریٹریٹ کو کہتے ہیں پسپائی</w:t>
      </w:r>
    </w:p>
    <w:p>
      <w:r>
        <w:rPr>
          <w:b/>
        </w:rPr>
        <w:t xml:space="preserve">[08:52] </w:t>
      </w:r>
      <w:r>
        <w:t>—</w:t>
      </w:r>
    </w:p>
    <w:p>
      <w:pPr>
        <w:jc w:val="right"/>
      </w:pPr>
      <w:r>
        <w:t>۔</w:t>
      </w:r>
    </w:p>
    <w:p>
      <w:r>
        <w:rPr>
          <w:b/>
        </w:rPr>
        <w:t xml:space="preserve">[08:56] </w:t>
      </w:r>
      <w:r>
        <w:t>isi se fath o bun nikli.</w:t>
      </w:r>
    </w:p>
    <w:p>
      <w:pPr>
        <w:jc w:val="right"/>
      </w:pPr>
      <w:r>
        <w:t>اسی سے فتح و بن نکلی۔</w:t>
      </w:r>
    </w:p>
    <w:p>
      <w:r>
        <w:rPr>
          <w:b/>
        </w:rPr>
        <w:t xml:space="preserve">[08:59] </w:t>
      </w:r>
      <w:r>
        <w:t>in fath ka fath mubeen.</w:t>
      </w:r>
    </w:p>
    <w:p>
      <w:pPr>
        <w:jc w:val="right"/>
      </w:pPr>
      <w:r>
        <w:t>ان فتح کا فتح مبینہ۔</w:t>
      </w:r>
    </w:p>
    <w:p>
      <w:r>
        <w:rPr>
          <w:b/>
        </w:rPr>
        <w:t xml:space="preserve">[09:03] </w:t>
      </w:r>
      <w:r>
        <w:t>is retreat ko Allah taala ne fath o bun kaha.</w:t>
      </w:r>
    </w:p>
    <w:p>
      <w:pPr>
        <w:jc w:val="right"/>
      </w:pPr>
      <w:r>
        <w:t>اس ریٹریٹ کو اللہ تعالیٰ نے فتح و بن کہا۔</w:t>
      </w:r>
    </w:p>
    <w:p>
      <w:r>
        <w:rPr>
          <w:b/>
        </w:rPr>
        <w:t xml:space="preserve">[09:07] </w:t>
      </w:r>
      <w:r>
        <w:t>kyun? jab aap wapas aa rahe the hudaybiya se madina ja rahe the to rastay mein utri thi yeh surah.</w:t>
      </w:r>
    </w:p>
    <w:p>
      <w:pPr>
        <w:jc w:val="right"/>
      </w:pPr>
      <w:r>
        <w:t>کیوں؟ جب آپ واپس آ رہے تھے حدیبیہ سے مدینہ جا رہے تھے تو راستے میں اتری تھی یہ سورہ۔</w:t>
      </w:r>
    </w:p>
    <w:p>
      <w:r>
        <w:rPr>
          <w:b/>
        </w:rPr>
        <w:t xml:space="preserve">[09:11] </w:t>
      </w:r>
      <w:r>
        <w:t>yaani abhi kuch hua nahi tha, rastay mein utri thi yeh surah.</w:t>
      </w:r>
    </w:p>
    <w:p>
      <w:pPr>
        <w:jc w:val="right"/>
      </w:pPr>
      <w:r>
        <w:t>یعنی ابھی کچھ ہوا نہیں تھا، راستے میں اتری تھی یہ سورہ۔</w:t>
      </w:r>
    </w:p>
    <w:p>
      <w:r>
        <w:rPr>
          <w:b/>
        </w:rPr>
        <w:t xml:space="preserve">[09:14] </w:t>
      </w:r>
      <w:r>
        <w:t>in fath ka fath mubeen.</w:t>
      </w:r>
    </w:p>
    <w:p>
      <w:pPr>
        <w:jc w:val="right"/>
      </w:pPr>
      <w:r>
        <w:t>ان فتح کا فتح مبینہ۔</w:t>
      </w:r>
    </w:p>
    <w:p>
      <w:r>
        <w:rPr>
          <w:b/>
        </w:rPr>
        <w:t xml:space="preserve">[09:18] </w:t>
      </w:r>
      <w:r>
        <w:t>is ka matlab kya tha is ka</w:t>
      </w:r>
    </w:p>
    <w:p>
      <w:pPr>
        <w:jc w:val="right"/>
      </w:pPr>
      <w:r>
        <w:t>اس کا مطلب کیا تھا اس کا</w:t>
      </w:r>
    </w:p>
    <w:p>
      <w:r>
        <w:rPr>
          <w:b/>
        </w:rPr>
        <w:t xml:space="preserve">[09:22] </w:t>
      </w:r>
      <w:r>
        <w:t>? is ka matlab yeh tha ke tum ne na ladai na kar ke, advance na kar ke</w:t>
      </w:r>
    </w:p>
    <w:p>
      <w:pPr>
        <w:jc w:val="right"/>
      </w:pPr>
      <w:r>
        <w:t>؟ اس کا مطلب یہ تھا کہ تم نے نہ لڑائی نہ کر کے، ایڈوانس نہ کر کے</w:t>
      </w:r>
    </w:p>
    <w:p>
      <w:r>
        <w:rPr>
          <w:b/>
        </w:rPr>
        <w:t xml:space="preserve">[09:29] </w:t>
      </w:r>
      <w:r>
        <w:t>retreat ka jo faisla kiya woh kya tha? is ka matlab tha wapas loot kar planning karna, behtar planning karna.</w:t>
      </w:r>
    </w:p>
    <w:p>
      <w:pPr>
        <w:jc w:val="right"/>
      </w:pPr>
      <w:r>
        <w:t>ریٹریٹ کا جو فیصلہ کیا وہ کیا تھا؟ اس کا مطلب تھا واپس لوٹ کر پلاننگ کرنا، بہتر پلاننگ کرنا۔</w:t>
      </w:r>
    </w:p>
    <w:p>
      <w:r>
        <w:rPr>
          <w:b/>
        </w:rPr>
        <w:t xml:space="preserve">[09:37] </w:t>
      </w:r>
      <w:r>
        <w:t>retreat ka matlab hota hai planning.</w:t>
      </w:r>
    </w:p>
    <w:p>
      <w:pPr>
        <w:jc w:val="right"/>
      </w:pPr>
      <w:r>
        <w:t>ریٹریٹ کا مطلب ہوتا ہے پلاننگ۔</w:t>
      </w:r>
    </w:p>
    <w:p>
      <w:r>
        <w:rPr>
          <w:b/>
        </w:rPr>
        <w:t xml:space="preserve">[09:44] </w:t>
      </w:r>
      <w:r>
        <w:t>yeh dunya janti hi nahi thi. rasool</w:t>
      </w:r>
    </w:p>
    <w:p>
      <w:pPr>
        <w:jc w:val="right"/>
      </w:pPr>
      <w:r>
        <w:t>یہ دنیا جانتی ہی نہیں تھی۔ رسول</w:t>
      </w:r>
    </w:p>
    <w:p>
      <w:r>
        <w:rPr>
          <w:b/>
        </w:rPr>
        <w:t xml:space="preserve">[09:52] </w:t>
      </w:r>
      <w:r>
        <w:t>Allah ne history mein is concept ko introduce kiya.</w:t>
      </w:r>
    </w:p>
    <w:p>
      <w:pPr>
        <w:jc w:val="right"/>
      </w:pPr>
      <w:r>
        <w:t>اللہ نے ہسٹری میں اس کانسیپٹ کو انٹروڈیوس کیا۔</w:t>
      </w:r>
    </w:p>
    <w:p>
      <w:r>
        <w:rPr>
          <w:b/>
        </w:rPr>
        <w:t xml:space="preserve">[09:57] </w:t>
      </w:r>
      <w:r>
        <w:t>is concept ka sab se bara waqia shayad woh hai jo crusades ke baad pesh aaya.</w:t>
      </w:r>
    </w:p>
    <w:p>
      <w:pPr>
        <w:jc w:val="right"/>
      </w:pPr>
      <w:r>
        <w:t>اس کانسیپٹ کا سب سے بڑا واقعہ شاید وہ ہے جو کروسیٹس کے بعد پیش آیا۔</w:t>
      </w:r>
    </w:p>
    <w:p>
      <w:r>
        <w:rPr>
          <w:b/>
        </w:rPr>
        <w:t xml:space="preserve">[10:02] </w:t>
      </w:r>
      <w:r>
        <w:t>aap jante hain crusades ki war jo hai 200 saal tak jaari rahi.</w:t>
      </w:r>
    </w:p>
    <w:p>
      <w:pPr>
        <w:jc w:val="right"/>
      </w:pPr>
      <w:r>
        <w:t>آپ جانتے ہیں کروسیٹس کی وار جو ہے 200 سال تک جاری رہی۔</w:t>
      </w:r>
    </w:p>
    <w:p>
      <w:r>
        <w:rPr>
          <w:b/>
        </w:rPr>
        <w:t xml:space="preserve">[10:07] </w:t>
      </w:r>
      <w:r>
        <w:t>aur saare Europe is mein shamil tha.</w:t>
      </w:r>
    </w:p>
    <w:p>
      <w:pPr>
        <w:jc w:val="right"/>
      </w:pPr>
      <w:r>
        <w:t>اور سارے یورپ اس میں شامل تھا۔</w:t>
      </w:r>
    </w:p>
    <w:p>
      <w:r>
        <w:rPr>
          <w:b/>
        </w:rPr>
        <w:t xml:space="preserve">[10:12] </w:t>
      </w:r>
      <w:r>
        <w:t>lekin woh log haar gaye.</w:t>
      </w:r>
    </w:p>
    <w:p>
      <w:pPr>
        <w:jc w:val="right"/>
      </w:pPr>
      <w:r>
        <w:t>لیکن وہ لوگ ہار گئے۔</w:t>
      </w:r>
    </w:p>
    <w:p>
      <w:r>
        <w:rPr>
          <w:b/>
        </w:rPr>
        <w:t xml:space="preserve">[10:17] </w:t>
      </w:r>
      <w:r>
        <w:t>lekin aap jante hain ke dunya ki tareekh batati</w:t>
      </w:r>
    </w:p>
    <w:p>
      <w:pPr>
        <w:jc w:val="right"/>
      </w:pPr>
      <w:r>
        <w:t>لیکن آپ جانتے ہیں کہ دنیا کی تاریخ بتاتی</w:t>
      </w:r>
    </w:p>
    <w:p>
      <w:r>
        <w:rPr>
          <w:b/>
        </w:rPr>
        <w:t xml:space="preserve">[10:22] </w:t>
      </w:r>
      <w:r>
        <w:t>hai ke haarne wala kya karta hai? revenge leta hai.</w:t>
      </w:r>
    </w:p>
    <w:p>
      <w:pPr>
        <w:jc w:val="right"/>
      </w:pPr>
      <w:r>
        <w:t>ہے کہ ہارنے والا کیا کرتا ہے؟ ریونج لیتا ہے۔</w:t>
      </w:r>
    </w:p>
    <w:p>
      <w:r>
        <w:rPr>
          <w:b/>
        </w:rPr>
        <w:t xml:space="preserve">[10:28] </w:t>
      </w:r>
      <w:r>
        <w:t>koi bhi haarne wala aisa nahi jise revenge ka mauqa khula na ho.</w:t>
      </w:r>
    </w:p>
    <w:p>
      <w:pPr>
        <w:jc w:val="right"/>
      </w:pPr>
      <w:r>
        <w:t>کوئی بھی ہارنے والا ایسا نہیں جسے ریونج کا موقع کھلا نہ ہو۔</w:t>
      </w:r>
    </w:p>
    <w:p>
      <w:r>
        <w:rPr>
          <w:b/>
        </w:rPr>
        <w:t xml:space="preserve">[10:34] </w:t>
      </w:r>
      <w:r>
        <w:t>jaise aap dekhen abhi musalman jo suicide bombing karte hain woh kya hai? woh revenge hai.</w:t>
      </w:r>
    </w:p>
    <w:p>
      <w:pPr>
        <w:jc w:val="right"/>
      </w:pPr>
      <w:r>
        <w:t>جیسے آپ دیکھیں ابھی مسلمان جو سوسائیڈ بمبنگ کرتے ہیں وہ کیا ہے؟ وہ ریونج ہے۔</w:t>
      </w:r>
    </w:p>
    <w:p>
      <w:r>
        <w:rPr>
          <w:b/>
        </w:rPr>
        <w:t xml:space="preserve">[10:40] </w:t>
      </w:r>
      <w:r>
        <w:t>musalman jo suicide bombing karte hain jagah jagah woh revenge hai.</w:t>
      </w:r>
    </w:p>
    <w:p>
      <w:pPr>
        <w:jc w:val="right"/>
      </w:pPr>
      <w:r>
        <w:t>مسلمان جو سوسائیڈ بمبنگ کرتے ہیں جگہ جگہ وہ ریونج ہے۔</w:t>
      </w:r>
    </w:p>
    <w:p>
      <w:r>
        <w:rPr>
          <w:b/>
        </w:rPr>
        <w:t xml:space="preserve">[10:46] </w:t>
      </w:r>
      <w:r>
        <w:t>to koi bhi haarne wala, koi bhi ho, is ke liye</w:t>
      </w:r>
    </w:p>
    <w:p>
      <w:pPr>
        <w:jc w:val="right"/>
      </w:pPr>
      <w:r>
        <w:t>تو کوئی بھی ہارنے والا، کوئی بھی ہو، اس کے لیے</w:t>
      </w:r>
    </w:p>
    <w:p>
      <w:r>
        <w:rPr>
          <w:b/>
        </w:rPr>
        <w:t xml:space="preserve">[10:52] </w:t>
      </w:r>
      <w:r>
        <w:t>yeh mauqa khula hua hai ke revenge ka darwaza khol de. Revenge.</w:t>
      </w:r>
    </w:p>
    <w:p>
      <w:pPr>
        <w:jc w:val="right"/>
      </w:pPr>
      <w:r>
        <w:t>یہ موقع کھلا ہوا ہے کہ ریونج کا دروازہ کھول دے۔ ریونج۔</w:t>
      </w:r>
    </w:p>
    <w:p>
      <w:r>
        <w:rPr>
          <w:b/>
        </w:rPr>
        <w:t xml:space="preserve">[10:58] </w:t>
      </w:r>
      <w:r>
        <w:t>lekin Rasool Allah salallaho alaihe wasallam ne jo jo formula bataya tha to crusaders ne revenge nahi</w:t>
      </w:r>
    </w:p>
    <w:p>
      <w:pPr>
        <w:jc w:val="right"/>
      </w:pPr>
      <w:r>
        <w:t>لیکن رسول اللہ صلی اللہ علیہ وسلم نے جو جو فارمولا بتایا تھا تو کروسیٹرز نے ریونج نہیں</w:t>
      </w:r>
    </w:p>
    <w:p>
      <w:r>
        <w:rPr>
          <w:b/>
        </w:rPr>
        <w:t xml:space="preserve">[11:03] </w:t>
      </w:r>
      <w:r>
        <w:t>ka rasta nahi pakra.</w:t>
      </w:r>
    </w:p>
    <w:p>
      <w:pPr>
        <w:jc w:val="right"/>
      </w:pPr>
      <w:r>
        <w:t>کا راستہ نہیں پکڑا۔</w:t>
      </w:r>
    </w:p>
    <w:p>
      <w:r>
        <w:rPr>
          <w:b/>
        </w:rPr>
        <w:t xml:space="preserve">[11:08] </w:t>
      </w:r>
      <w:r>
        <w:t>revenge ka option nahi liya.</w:t>
      </w:r>
    </w:p>
    <w:p>
      <w:pPr>
        <w:jc w:val="right"/>
      </w:pPr>
      <w:r>
        <w:t>ریونج کا آپشن نہیں لیا۔</w:t>
      </w:r>
    </w:p>
    <w:p>
      <w:r>
        <w:rPr>
          <w:b/>
        </w:rPr>
        <w:t xml:space="preserve">[11:14] </w:t>
      </w:r>
      <w:r>
        <w:t>crusaders mein haarne ke baad unhone revenge ka option nahi liya.</w:t>
      </w:r>
    </w:p>
    <w:p>
      <w:pPr>
        <w:jc w:val="right"/>
      </w:pPr>
      <w:r>
        <w:t>کروسیٹرز میں ہارنے کے بعد انہوں نے ریونج کا آپشن نہیں لیا۔</w:t>
      </w:r>
    </w:p>
    <w:p>
      <w:r>
        <w:rPr>
          <w:b/>
        </w:rPr>
        <w:t xml:space="preserve">[11:19] </w:t>
      </w:r>
      <w:r>
        <w:t>balkay is ke baad unhone</w:t>
      </w:r>
    </w:p>
    <w:p>
      <w:pPr>
        <w:jc w:val="right"/>
      </w:pPr>
      <w:r>
        <w:t>بلکہ اس کے بعد انہوں نے</w:t>
      </w:r>
    </w:p>
    <w:p>
      <w:r>
        <w:rPr>
          <w:b/>
        </w:rPr>
        <w:t xml:space="preserve">[11:25] </w:t>
      </w:r>
      <w:r>
        <w:t>non political field, non battlefield mein koshish shuru kar di.</w:t>
      </w:r>
    </w:p>
    <w:p>
      <w:pPr>
        <w:jc w:val="right"/>
      </w:pPr>
      <w:r>
        <w:t>نان پولیٹیکل فیلڈ، نان بیٹل فیلڈ میں کوشش شروع کر دی۔</w:t>
      </w:r>
    </w:p>
    <w:p>
      <w:r>
        <w:rPr>
          <w:b/>
        </w:rPr>
        <w:t xml:space="preserve">[11:30] </w:t>
      </w:r>
      <w:r>
        <w:t>jis ka aaghaz hua renaissance se.</w:t>
      </w:r>
    </w:p>
    <w:p>
      <w:pPr>
        <w:jc w:val="right"/>
      </w:pPr>
      <w:r>
        <w:t>جس کا آغاز ہوا رینیساں سے۔</w:t>
      </w:r>
    </w:p>
    <w:p>
      <w:r>
        <w:rPr>
          <w:b/>
        </w:rPr>
        <w:t xml:space="preserve">[11:35] </w:t>
      </w:r>
      <w:r>
        <w:t>is ke baad phir civilization wajood mein aai.</w:t>
      </w:r>
    </w:p>
    <w:p>
      <w:pPr>
        <w:jc w:val="right"/>
      </w:pPr>
      <w:r>
        <w:t>اس کے بعد پھر سولائزیشن وجود میں آئی۔</w:t>
      </w:r>
    </w:p>
    <w:p>
      <w:r>
        <w:rPr>
          <w:b/>
        </w:rPr>
        <w:t xml:space="preserve">[11:40] </w:t>
      </w:r>
      <w:r>
        <w:t>to yeh tha retritement ka karnamey.</w:t>
      </w:r>
    </w:p>
    <w:p>
      <w:pPr>
        <w:jc w:val="right"/>
      </w:pPr>
      <w:r>
        <w:t>تو یہ تھا ریٹریٹمنٹ کا کارنامہ۔</w:t>
      </w:r>
    </w:p>
    <w:p>
      <w:r>
        <w:rPr>
          <w:b/>
        </w:rPr>
        <w:t xml:space="preserve">[11:45] </w:t>
      </w:r>
      <w:r>
        <w:t>to Rasool Allah se pehle dunya yeh janti thi ke lado, advance karo.</w:t>
      </w:r>
    </w:p>
    <w:p>
      <w:pPr>
        <w:jc w:val="right"/>
      </w:pPr>
      <w:r>
        <w:t>تو رسول اللہ سے پہلے دنیا یہ جانتی تھی کہ لڑو، ایڈوانس کرو۔</w:t>
      </w:r>
    </w:p>
    <w:p>
      <w:r>
        <w:rPr>
          <w:b/>
        </w:rPr>
        <w:t xml:space="preserve">[11:50] </w:t>
      </w:r>
      <w:r>
        <w:t>Rasool Allah ne kaha ke nahi, peechay hatto, re</w:t>
      </w:r>
    </w:p>
    <w:p>
      <w:pPr>
        <w:jc w:val="right"/>
      </w:pPr>
      <w:r>
        <w:t>رسول اللہ نے کہا کہ نہیں، پیچھے ہٹو، ری</w:t>
      </w:r>
    </w:p>
    <w:p>
      <w:r>
        <w:rPr>
          <w:b/>
        </w:rPr>
        <w:t xml:space="preserve">[11:55] </w:t>
      </w:r>
      <w:r>
        <w:t>treat karo.</w:t>
      </w:r>
    </w:p>
    <w:p>
      <w:pPr>
        <w:jc w:val="right"/>
      </w:pPr>
      <w:r>
        <w:t>ٹریٹ کرو۔</w:t>
      </w:r>
    </w:p>
    <w:p>
      <w:r>
        <w:rPr>
          <w:b/>
        </w:rPr>
        <w:t xml:space="preserve">[11:59] </w:t>
      </w:r>
      <w:r>
        <w:t>is silsilay mein dekhen ek ek aur waqea mein arz karunga aap.</w:t>
      </w:r>
    </w:p>
    <w:p>
      <w:pPr>
        <w:jc w:val="right"/>
      </w:pPr>
      <w:r>
        <w:t>اس سلسلے میں دیکھیں ایک ایک اور واقعہ میں عرض کروں گا آپ۔</w:t>
      </w:r>
    </w:p>
    <w:p>
      <w:r>
        <w:rPr>
          <w:b/>
        </w:rPr>
        <w:t xml:space="preserve">[12:03] </w:t>
      </w:r>
      <w:r>
        <w:t>bohat hi interesting.</w:t>
      </w:r>
    </w:p>
    <w:p>
      <w:pPr>
        <w:jc w:val="right"/>
      </w:pPr>
      <w:r>
        <w:t>بہت ہی انٹرسٹنگ۔</w:t>
      </w:r>
    </w:p>
    <w:p>
      <w:r>
        <w:rPr>
          <w:b/>
        </w:rPr>
        <w:t xml:space="preserve">[12:07] </w:t>
      </w:r>
      <w:r>
        <w:t>hijrat ka waqea.</w:t>
      </w:r>
    </w:p>
    <w:p>
      <w:pPr>
        <w:jc w:val="right"/>
      </w:pPr>
      <w:r>
        <w:t>ہجرت کا واقعہ۔</w:t>
      </w:r>
    </w:p>
    <w:p>
      <w:r>
        <w:rPr>
          <w:b/>
        </w:rPr>
        <w:t xml:space="preserve">[12:12] </w:t>
      </w:r>
      <w:r>
        <w:t>Rasool Allah ne makka se hijrat ki thi aur madina chale gaye thay.</w:t>
      </w:r>
    </w:p>
    <w:p>
      <w:pPr>
        <w:jc w:val="right"/>
      </w:pPr>
      <w:r>
        <w:t>رسول اللہ نے مکہ سے ہجرت کی تھی اور مدینہ چلے گئے تھے۔</w:t>
      </w:r>
    </w:p>
    <w:p>
      <w:r>
        <w:rPr>
          <w:b/>
        </w:rPr>
        <w:t xml:space="preserve">[12:16] </w:t>
      </w:r>
      <w:r>
        <w:t>saaray muslim writer jo hain woh ek waqea ko nahi bata paate.</w:t>
      </w:r>
    </w:p>
    <w:p>
      <w:pPr>
        <w:jc w:val="right"/>
      </w:pPr>
      <w:r>
        <w:t>سارے مسلم رائٹر جو ہیں وہ ایک واقعہ کو نہیں بتا پاتے۔</w:t>
      </w:r>
    </w:p>
    <w:p>
      <w:r>
        <w:rPr>
          <w:b/>
        </w:rPr>
        <w:t xml:space="preserve">[12:20] </w:t>
      </w:r>
      <w:r>
        <w:t>woh yeh ke aap makka se</w:t>
      </w:r>
    </w:p>
    <w:p>
      <w:pPr>
        <w:jc w:val="right"/>
      </w:pPr>
      <w:r>
        <w:t>وہ یہ کہ آپ مکہ سے</w:t>
      </w:r>
    </w:p>
    <w:p>
      <w:r>
        <w:rPr>
          <w:b/>
        </w:rPr>
        <w:t xml:space="preserve">[12:25] </w:t>
      </w:r>
      <w:r>
        <w:t>mein is waqt, is raat ko, hijrat ki raat ko Hazrat Khadija ke ghar mein thay jo bohat</w:t>
      </w:r>
    </w:p>
    <w:p>
      <w:pPr>
        <w:jc w:val="right"/>
      </w:pPr>
      <w:r>
        <w:t>میں اس وقت، اس رات کو، ہجرت کی رات کو حضرت خدیجہ کے گھر میں تھے جو بہت</w:t>
      </w:r>
    </w:p>
    <w:p>
      <w:r>
        <w:rPr>
          <w:b/>
        </w:rPr>
        <w:t xml:space="preserve">[12:30] </w:t>
      </w:r>
      <w:r>
        <w:t>bara ghar tha.</w:t>
      </w:r>
    </w:p>
    <w:p>
      <w:pPr>
        <w:jc w:val="right"/>
      </w:pPr>
      <w:r>
        <w:t>بڑا گھر تھا۔</w:t>
      </w:r>
    </w:p>
    <w:p>
      <w:r>
        <w:rPr>
          <w:b/>
        </w:rPr>
        <w:t xml:space="preserve">[12:36] </w:t>
      </w:r>
      <w:r>
        <w:t>aap back door se raat ke waqt niklay thay.</w:t>
      </w:r>
    </w:p>
    <w:p>
      <w:pPr>
        <w:jc w:val="right"/>
      </w:pPr>
      <w:r>
        <w:t>آپ بیک ڈور سے رات کے وقت نکلے تھے۔</w:t>
      </w:r>
    </w:p>
    <w:p>
      <w:r>
        <w:rPr>
          <w:b/>
        </w:rPr>
        <w:t xml:space="preserve">[12:41] </w:t>
      </w:r>
      <w:r>
        <w:t>jitnay muslim seerat nigar hain sab ne is waqey ko nahi likha kisi ne.</w:t>
      </w:r>
    </w:p>
    <w:p>
      <w:pPr>
        <w:jc w:val="right"/>
      </w:pPr>
      <w:r>
        <w:t>جتنے مسلم سیرت نگار ہیں سب نے اس واقعے کو نہیں لکھا کسی نے۔</w:t>
      </w:r>
    </w:p>
    <w:p>
      <w:r>
        <w:rPr>
          <w:b/>
        </w:rPr>
        <w:t xml:space="preserve">[12:47] </w:t>
      </w:r>
      <w:r>
        <w:t>sab se pehle jis ne is ko daryaft kiya ek musalsal hai.</w:t>
      </w:r>
    </w:p>
    <w:p>
      <w:pPr>
        <w:jc w:val="right"/>
      </w:pPr>
      <w:r>
        <w:t>سب سے پہلے جس نے اس کو دریافت کیا ایک مسلسل ہے۔</w:t>
      </w:r>
    </w:p>
    <w:p>
      <w:r>
        <w:rPr>
          <w:b/>
        </w:rPr>
        <w:t xml:space="preserve">[12:52] </w:t>
      </w:r>
      <w:r>
        <w:t>mein ne aik musalsal ki kitab, aik oriters ki kitab, aik yeh baat ko parha.</w:t>
      </w:r>
    </w:p>
    <w:p>
      <w:pPr>
        <w:jc w:val="right"/>
      </w:pPr>
      <w:r>
        <w:t>میں نے ایک مسلسل کی کتاب، ایک اوریٹرز کی کتاب، ایک یہ بات کو پڑھا۔</w:t>
      </w:r>
    </w:p>
    <w:p>
      <w:r>
        <w:rPr>
          <w:b/>
        </w:rPr>
        <w:t xml:space="preserve">[12:58] </w:t>
      </w:r>
      <w:r>
        <w:t>kyunke hamare seerat nigar jo hain woh samajhte hain ke agar hum yeh likhein ke back door se</w:t>
      </w:r>
    </w:p>
    <w:p>
      <w:pPr>
        <w:jc w:val="right"/>
      </w:pPr>
      <w:r>
        <w:t>کیونکہ ہمارے سیرت نگار جو ہیں وہ سمجھتے ہیں کہ اگر ہم یہ لکھیں کہ بیک ڈور سے</w:t>
      </w:r>
    </w:p>
    <w:p>
      <w:r>
        <w:rPr>
          <w:b/>
        </w:rPr>
        <w:t xml:space="preserve">[13:03] </w:t>
      </w:r>
      <w:r>
        <w:t>nikle to yeh to bozdi hogi.</w:t>
      </w:r>
    </w:p>
    <w:p>
      <w:pPr>
        <w:jc w:val="right"/>
      </w:pPr>
      <w:r>
        <w:t>نکلے تو یہ تو بزدلی ہوگی۔</w:t>
      </w:r>
    </w:p>
    <w:p>
      <w:r>
        <w:rPr>
          <w:b/>
        </w:rPr>
        <w:t xml:space="preserve">[13:08] </w:t>
      </w:r>
      <w:r>
        <w:t>to aik orientalist ne bohat ziyada is par research kiya to us ne nikala ke woh to back</w:t>
      </w:r>
    </w:p>
    <w:p>
      <w:pPr>
        <w:jc w:val="right"/>
      </w:pPr>
      <w:r>
        <w:t>تو ایک اورینٹلسٹ نے بہت زیادہ اس پر ریسرچ کیا تو اس نے نکالا کہ وہ تو بیک</w:t>
      </w:r>
    </w:p>
    <w:p>
      <w:r>
        <w:rPr>
          <w:b/>
        </w:rPr>
        <w:t xml:space="preserve">[13:13] </w:t>
      </w:r>
      <w:r>
        <w:t>door se nikle thay.</w:t>
      </w:r>
    </w:p>
    <w:p>
      <w:pPr>
        <w:jc w:val="right"/>
      </w:pPr>
      <w:r>
        <w:t>ڈور سے نکلے تھے۔</w:t>
      </w:r>
    </w:p>
    <w:p>
      <w:r>
        <w:rPr>
          <w:b/>
        </w:rPr>
        <w:t xml:space="preserve">[13:18] </w:t>
      </w:r>
      <w:r>
        <w:t>ab ghore kijiye ke is raat ko makkah ke jo aap ke dushman log thay woh talwar le</w:t>
      </w:r>
    </w:p>
    <w:p>
      <w:pPr>
        <w:jc w:val="right"/>
      </w:pPr>
      <w:r>
        <w:t>اب غور کیجئے کہ اس رات کو مکہ کے جو آپ کے دشمن لوگ تھے وہ تلوار لے</w:t>
      </w:r>
    </w:p>
    <w:p>
      <w:r>
        <w:rPr>
          <w:b/>
        </w:rPr>
        <w:t xml:space="preserve">[13:23] </w:t>
      </w:r>
      <w:r>
        <w:t>kar aa gaye thay wahan par.</w:t>
      </w:r>
    </w:p>
    <w:p>
      <w:pPr>
        <w:jc w:val="right"/>
      </w:pPr>
      <w:r>
        <w:t>کر آ گئے تھے وہاں پر۔</w:t>
      </w:r>
    </w:p>
    <w:p>
      <w:r>
        <w:rPr>
          <w:b/>
        </w:rPr>
        <w:t xml:space="preserve">[13:28] </w:t>
      </w:r>
      <w:r>
        <w:t>aap ke ghar ke samne. kyun ke ek tribal culture mein yeh yeh tradition thi ke wo kisi dushman ke ghar mein ghus jate hote the. bahar marte the wo. bahar. kisi ko marna ho to bahar marte the wo. ghar mein ghus ke kabhi nahi marte the wo. that was part of tribal culture. to bahar wo log baithe hue the ke niklein to un ko hum marein ge. aur Rasool</w:t>
      </w:r>
    </w:p>
    <w:p>
      <w:pPr>
        <w:jc w:val="right"/>
      </w:pPr>
      <w:r>
        <w:t>آپ کے گھر کے سامنے۔ کیونکہ ایک ٹرائبل کلچر میں یہ یہ ٹریڈیشن تھی کہ وہ کسی دشمن کے گھر میں گھس جاتے ہوتے تھے۔ باہر مارتے تھے وہ۔ باہر۔ کسی کو مارنا ہو تو باہر مارتے تھے وہ۔ گھر میں گھس کے کبھی نہیں مارتے تھے وہ۔ دیٹ واز پارٹ آف ٹرائبل کلچر۔ تو باہر وہ لوگ بیٹھے ہوئے تھے کہ نکلیں تو ان کو ہم ماریں گے۔ اور رس</w:t>
      </w:r>
    </w:p>
    <w:p>
      <w:r>
        <w:rPr>
          <w:b/>
        </w:rPr>
        <w:t xml:space="preserve">[13:58] </w:t>
      </w:r>
      <w:r>
        <w:t>wallah ne bohat hi khamoshi se raat ke waqt back door se nikal kar chale gaye.</w:t>
      </w:r>
    </w:p>
    <w:p>
      <w:pPr>
        <w:jc w:val="right"/>
      </w:pPr>
      <w:r>
        <w:t>ول اللہ نے بہت ہی خاموشی سے رات کے وقت بیک ڈور سے نکل کر چلے گئے۔</w:t>
      </w:r>
    </w:p>
    <w:p>
      <w:r>
        <w:rPr>
          <w:b/>
        </w:rPr>
        <w:t xml:space="preserve">[14:02] </w:t>
      </w:r>
      <w:r>
        <w:t>aur nikle bhi to madina ki taraf nahi gaye.</w:t>
      </w:r>
    </w:p>
    <w:p>
      <w:pPr>
        <w:jc w:val="right"/>
      </w:pPr>
      <w:r>
        <w:t>اور نکلے بھی تو مدینہ کی طرف نہیں گئے۔</w:t>
      </w:r>
    </w:p>
    <w:p>
      <w:r>
        <w:rPr>
          <w:b/>
        </w:rPr>
        <w:t xml:space="preserve">[14:06] </w:t>
      </w:r>
      <w:r>
        <w:t>ulti taraf gaye.</w:t>
      </w:r>
    </w:p>
    <w:p>
      <w:pPr>
        <w:jc w:val="right"/>
      </w:pPr>
      <w:r>
        <w:t>الٹی طرف گئے۔</w:t>
      </w:r>
    </w:p>
    <w:p>
      <w:r>
        <w:rPr>
          <w:b/>
        </w:rPr>
        <w:t xml:space="preserve">[14:10] </w:t>
      </w:r>
      <w:r>
        <w:t>aap jante hain ke rasool Allah niklne ke baad ghar e thaur mein thehray thay.</w:t>
      </w:r>
    </w:p>
    <w:p>
      <w:pPr>
        <w:jc w:val="right"/>
      </w:pPr>
      <w:r>
        <w:t>آپ جانتے ہیں کہ رسول اللہ نکلنے کے بعد غار ثور میں ٹھہرے تھے۔</w:t>
      </w:r>
    </w:p>
    <w:p>
      <w:r>
        <w:rPr>
          <w:b/>
        </w:rPr>
        <w:t xml:space="preserve">[14:13] </w:t>
      </w:r>
      <w:r>
        <w:t>woh madina ki ulti taraf hai.</w:t>
      </w:r>
    </w:p>
    <w:p>
      <w:pPr>
        <w:jc w:val="right"/>
      </w:pPr>
      <w:r>
        <w:t>وہ مدینہ کی الٹی طرف ہے۔</w:t>
      </w:r>
    </w:p>
    <w:p>
      <w:r>
        <w:rPr>
          <w:b/>
        </w:rPr>
        <w:t xml:space="preserve">[14:17] </w:t>
      </w:r>
      <w:r>
        <w:t>madina ki taraf nahi hai.</w:t>
      </w:r>
    </w:p>
    <w:p>
      <w:pPr>
        <w:jc w:val="right"/>
      </w:pPr>
      <w:r>
        <w:t>مدینہ کی طرف نہیں ہے۔</w:t>
      </w:r>
    </w:p>
    <w:p>
      <w:r>
        <w:rPr>
          <w:b/>
        </w:rPr>
        <w:t xml:space="preserve">[14:21] </w:t>
      </w:r>
      <w:r>
        <w:t>to yeh hai retreat.</w:t>
      </w:r>
    </w:p>
    <w:p>
      <w:pPr>
        <w:jc w:val="right"/>
      </w:pPr>
      <w:r>
        <w:t>تو یہ ہے ریٹریٹ۔</w:t>
      </w:r>
    </w:p>
    <w:p>
      <w:r>
        <w:rPr>
          <w:b/>
        </w:rPr>
        <w:t xml:space="preserve">[14:25] </w:t>
      </w:r>
      <w:r>
        <w:t>rasool Allah ne history mein</w:t>
      </w:r>
    </w:p>
    <w:p>
      <w:pPr>
        <w:jc w:val="right"/>
      </w:pPr>
      <w:r>
        <w:t>رسول اللہ نے ہسٹری میں</w:t>
      </w:r>
    </w:p>
    <w:p>
      <w:r>
        <w:rPr>
          <w:b/>
        </w:rPr>
        <w:t xml:space="preserve">[14:29] </w:t>
      </w:r>
      <w:r>
        <w:t>ghaliban pehli baar dunya ko yeh bataya ke bari cheez advancement nahi hai, bari cheez retreat hai. kyunke advancement kya hai? lad ke mar jao. kuch woh mare, kuch tum maro. lekin retreat jo hai woh hai apne ko bachao. time lo. re-planning karo. re-plan</w:t>
      </w:r>
    </w:p>
    <w:p>
      <w:pPr>
        <w:jc w:val="right"/>
      </w:pPr>
      <w:r>
        <w:t>غالباً پہلی بار دنیا کو یہ بتایا کہ بڑی چیز ایڈوانسمنٹ نہیں ہے، بڑی چیز ریٹریٹ ہے۔ کیونکہ ایڈوانسمنٹ کیا ہے؟ لڑ کے مر جاؤ۔ کچھ وہ مرے، کچھ تم مرو۔ لیکن ریٹریٹ جو ہے وہ ہے اپنے کو بچاؤ۔ ٹائم لو۔ ری پلاننگ کرو۔ ری پل</w:t>
      </w:r>
    </w:p>
    <w:p>
      <w:r>
        <w:rPr>
          <w:b/>
        </w:rPr>
        <w:t xml:space="preserve">[14:59] </w:t>
      </w:r>
      <w:r>
        <w:t>اننگ کر کے بہت ہی well-considered response دو صورتحال کا۔</w:t>
      </w:r>
    </w:p>
    <w:p>
      <w:pPr>
        <w:jc w:val="right"/>
      </w:pPr>
      <w:r>
        <w:t>اننگ کر کے بہت ہی ویل کنسیڈرڈ رسپانس دو صورتحال کا۔</w:t>
      </w:r>
    </w:p>
    <w:p>
      <w:r>
        <w:rPr>
          <w:b/>
        </w:rPr>
        <w:t xml:space="preserve">[15:05] </w:t>
      </w:r>
      <w:r>
        <w:t>yeh formula history mein ghaliban pehli bar islam ne diya.</w:t>
      </w:r>
    </w:p>
    <w:p>
      <w:pPr>
        <w:jc w:val="right"/>
      </w:pPr>
      <w:r>
        <w:t>یہ فارمولا ہسٹری میں غالباً پہلی بار اسلام نے دیا۔</w:t>
      </w:r>
    </w:p>
    <w:p>
      <w:r>
        <w:rPr>
          <w:b/>
        </w:rPr>
        <w:t xml:space="preserve">[15:11] </w:t>
      </w:r>
      <w:r>
        <w:t>ab yeh dekhein, is zamane mein aik bohat bari cheez hai jo industrial world mein hai, jis ko</w:t>
      </w:r>
    </w:p>
    <w:p>
      <w:pPr>
        <w:jc w:val="right"/>
      </w:pPr>
      <w:r>
        <w:t>اب یہ دیکھیں، اس زمانے میں ایک بہت بڑی چیز ہے جو انڈسٹریل ورلڈ میں ہے، جس کو</w:t>
      </w:r>
    </w:p>
    <w:p>
      <w:r>
        <w:rPr>
          <w:b/>
        </w:rPr>
        <w:t xml:space="preserve">[15:17] </w:t>
      </w:r>
      <w:r>
        <w:t>kehte hain, jis ko kehte hain outsourcing.</w:t>
      </w:r>
    </w:p>
    <w:p>
      <w:pPr>
        <w:jc w:val="right"/>
      </w:pPr>
      <w:r>
        <w:t>کہتے ہیں، جس کو کہتے ہیں آؤٹ سورسنگ۔</w:t>
      </w:r>
    </w:p>
    <w:p>
      <w:r>
        <w:rPr>
          <w:b/>
        </w:rPr>
        <w:t xml:space="preserve">[15:23] </w:t>
      </w:r>
      <w:r>
        <w:t>aaj industrial world mein</w:t>
      </w:r>
    </w:p>
    <w:p>
      <w:pPr>
        <w:jc w:val="right"/>
      </w:pPr>
      <w:r>
        <w:t>آج انڈسٹریل ورلڈ میں</w:t>
      </w:r>
    </w:p>
    <w:p>
      <w:r>
        <w:rPr>
          <w:b/>
        </w:rPr>
        <w:t xml:space="preserve">[15:29] </w:t>
      </w:r>
      <w:r>
        <w:t>yeh bohat common hai, outsourcing.</w:t>
      </w:r>
    </w:p>
    <w:p>
      <w:pPr>
        <w:jc w:val="right"/>
      </w:pPr>
      <w:r>
        <w:t>یہ بہت کامن ہے، آؤٹ سورسنگ۔</w:t>
      </w:r>
    </w:p>
    <w:p>
      <w:r>
        <w:rPr>
          <w:b/>
        </w:rPr>
        <w:t xml:space="preserve">[15:35] </w:t>
      </w:r>
      <w:r>
        <w:t>ab bari bari companies is se faida uthati hain.</w:t>
      </w:r>
    </w:p>
    <w:p>
      <w:pPr>
        <w:jc w:val="right"/>
      </w:pPr>
      <w:r>
        <w:t>اب بڑی بڑی کمپنیاں اس سے فائدہ اٹھاتی ہیں۔</w:t>
      </w:r>
    </w:p>
    <w:p>
      <w:r>
        <w:rPr>
          <w:b/>
        </w:rPr>
        <w:t xml:space="preserve">[15:41] </w:t>
      </w:r>
      <w:r>
        <w:t>lekin outsourcing ka concept sab se pehle rasool Allah ne diya tha.</w:t>
      </w:r>
    </w:p>
    <w:p>
      <w:pPr>
        <w:jc w:val="right"/>
      </w:pPr>
      <w:r>
        <w:t>لیکن آؤٹ سورسنگ کا کانسیپٹ سب سے پہلے رسول اللہ نے دیا تھا۔</w:t>
      </w:r>
    </w:p>
    <w:p>
      <w:r>
        <w:rPr>
          <w:b/>
        </w:rPr>
        <w:t xml:space="preserve">[15:47] </w:t>
      </w:r>
      <w:r>
        <w:t>outsourcing ka matlab yeh hai ke aik company hai to hamla kar ke fauji qabza kar is</w:t>
      </w:r>
    </w:p>
    <w:p>
      <w:pPr>
        <w:jc w:val="right"/>
      </w:pPr>
      <w:r>
        <w:t>آؤٹ سورسنگ کا مطلب یہ ہے کہ ایک کمپنی ہے تو حملہ کر کے فوجی قبضہ کر اس</w:t>
      </w:r>
    </w:p>
    <w:p>
      <w:r>
        <w:rPr>
          <w:b/>
        </w:rPr>
        <w:t xml:space="preserve">[15:53] </w:t>
      </w:r>
      <w:r>
        <w:t>par karna aur phir faida uthana.</w:t>
      </w:r>
    </w:p>
    <w:p>
      <w:pPr>
        <w:jc w:val="right"/>
      </w:pPr>
      <w:r>
        <w:t>پر کرنا اور پھر فائدہ اٹھانا۔</w:t>
      </w:r>
    </w:p>
    <w:p>
      <w:r>
        <w:rPr>
          <w:b/>
        </w:rPr>
        <w:t xml:space="preserve">[15:59] </w:t>
      </w:r>
      <w:r>
        <w:t>nahi, is ko rehne do apni jagah par. company ko kaam karne do. tum is ka outsourcing karo. to outsourcing hoti hai non-confrontational, non-confrontational method. badshah log lad kar logon ko maar kar ke mauqa ko chheen te the, zameen chheen te the. lekin outsourcing mein yeh hota hai ke log jo kar rahe hain, karne do un ko</w:t>
      </w:r>
    </w:p>
    <w:p>
      <w:pPr>
        <w:jc w:val="right"/>
      </w:pPr>
      <w:r>
        <w:t>نہیں، اس کو رہنے دو اپنی جگہ پر۔ کمپنی کو کام کرنے دو۔ تم اس کا آؤٹ سورسنگ کرو۔ تو آؤٹ سورسنگ ہوتی ہے نان کنفرنٹشل، نان کنفرنٹشل میتھڈ۔ بادشاہ لوگ لڑ کر لوگوں کو مار کر کے موقع کو چھینتے تھے، زمین چھینتے تھے۔ لیکن آؤٹ سورسنگ میں یہ ہوتا ہے کہ لوگ جو کر رہے ہیں، کرنے دو ان کو</w:t>
      </w:r>
    </w:p>
    <w:p>
      <w:r>
        <w:rPr>
          <w:b/>
        </w:rPr>
        <w:t xml:space="preserve">[16:29] </w:t>
      </w:r>
      <w:r>
        <w:t>. hum un se outsource karein ge. to Rasool Allah ne Makkah mein yahi kiya tha. Makkah mein aap jante hain ke is zamane mein, yaani saatvi sadi Isvi ke first quarter mein, Kaaba par mushrik logon ka qabza tha. unhone Kaaba ko but-khana bana diya tha. taqreeban 360 but rakh diye the us ke</w:t>
      </w:r>
    </w:p>
    <w:p>
      <w:pPr>
        <w:jc w:val="right"/>
      </w:pPr>
      <w:r>
        <w:t>۔ ہم ان سے آؤٹ سورس کریں گے۔ تو رسول اللہ نے مکہ میں یہی کیا تھا۔ مکہ میں آپ جانتے ہیں کہ اس زمانے میں، یعنی ساتویں صدی عیسوی کے فرسٹ کوارٹر میں، کعبہ پر مشرک لوگوں کا قبضہ تھا۔ انہوں نے کعبہ کو بت خانہ بنا دیا تھا۔ تقریباً 360 بت رکھ دیے تھے اس کے</w:t>
      </w:r>
    </w:p>
    <w:p>
      <w:r>
        <w:rPr>
          <w:b/>
        </w:rPr>
        <w:t xml:space="preserve">[16:59] </w:t>
      </w:r>
      <w:r>
        <w:t>andar.</w:t>
      </w:r>
    </w:p>
    <w:p>
      <w:pPr>
        <w:jc w:val="right"/>
      </w:pPr>
      <w:r>
        <w:t>اندر۔</w:t>
      </w:r>
    </w:p>
    <w:p>
      <w:r>
        <w:rPr>
          <w:b/>
        </w:rPr>
        <w:t xml:space="preserve">[17:04] </w:t>
      </w:r>
      <w:r>
        <w:t>is ki rakhe kyon rakhe the? yeh likhe the ke saare tribe poori arab ke wahan aayenge,</w:t>
      </w:r>
    </w:p>
    <w:p>
      <w:pPr>
        <w:jc w:val="right"/>
      </w:pPr>
      <w:r>
        <w:t>اس کی رکھے کیوں رکھے تھے؟ یہ لکھے تھے کہ سارے ٹرائب پوری عرب کے وہاں آئیں گے،</w:t>
      </w:r>
    </w:p>
    <w:p>
      <w:r>
        <w:rPr>
          <w:b/>
        </w:rPr>
        <w:t xml:space="preserve">[17:09] </w:t>
      </w:r>
      <w:r>
        <w:t>nazar charhayenge, aur is se hamara business chalega.</w:t>
      </w:r>
    </w:p>
    <w:p>
      <w:pPr>
        <w:jc w:val="right"/>
      </w:pPr>
      <w:r>
        <w:t>نظر چڑھائیں گے، اور اس سے ہمارا بزنس چلے گا۔</w:t>
      </w:r>
    </w:p>
    <w:p>
      <w:r>
        <w:rPr>
          <w:b/>
        </w:rPr>
        <w:t xml:space="preserve">[17:14] </w:t>
      </w:r>
      <w:r>
        <w:t>yeh hota tha.</w:t>
      </w:r>
    </w:p>
    <w:p>
      <w:pPr>
        <w:jc w:val="right"/>
      </w:pPr>
      <w:r>
        <w:t>یہ ہوتا تھا۔</w:t>
      </w:r>
    </w:p>
    <w:p>
      <w:r>
        <w:rPr>
          <w:b/>
        </w:rPr>
        <w:t xml:space="preserve">[17:19] </w:t>
      </w:r>
      <w:r>
        <w:t>in 360 buton ka maqsad yahi tha ke business chale.</w:t>
      </w:r>
    </w:p>
    <w:p>
      <w:pPr>
        <w:jc w:val="right"/>
      </w:pPr>
      <w:r>
        <w:t>ان 360 بتوں کا مقصد یہی تھا کہ بزنس چلے۔</w:t>
      </w:r>
    </w:p>
    <w:p>
      <w:r>
        <w:rPr>
          <w:b/>
        </w:rPr>
        <w:t xml:space="preserve">[17:24] </w:t>
      </w:r>
      <w:r>
        <w:t>jaise aaj kal tourism par business chalta hai, wahi tha</w:t>
      </w:r>
    </w:p>
    <w:p>
      <w:pPr>
        <w:jc w:val="right"/>
      </w:pPr>
      <w:r>
        <w:t>جیسے آج کل ٹورزم پر بزنس چلتا ہے، وہی تھا</w:t>
      </w:r>
    </w:p>
    <w:p>
      <w:r>
        <w:rPr>
          <w:b/>
        </w:rPr>
        <w:t xml:space="preserve">[17:29] </w:t>
      </w:r>
      <w:r>
        <w:t>woh maamla.</w:t>
      </w:r>
    </w:p>
    <w:p>
      <w:pPr>
        <w:jc w:val="right"/>
      </w:pPr>
      <w:r>
        <w:t>وہ معاملہ۔</w:t>
      </w:r>
    </w:p>
    <w:p>
      <w:r>
        <w:rPr>
          <w:b/>
        </w:rPr>
        <w:t xml:space="preserve">[17:34] </w:t>
      </w:r>
      <w:r>
        <w:t>toh Rasool Allah ne kya kiya? outsourcing kiya aap ne.</w:t>
      </w:r>
    </w:p>
    <w:p>
      <w:pPr>
        <w:jc w:val="right"/>
      </w:pPr>
      <w:r>
        <w:t>تو رسول اللہ نے کیا کیا؟ آؤٹ سورسنگ کیا آپ نے۔</w:t>
      </w:r>
    </w:p>
    <w:p>
      <w:r>
        <w:rPr>
          <w:b/>
        </w:rPr>
        <w:t xml:space="preserve">[17:39] </w:t>
      </w:r>
      <w:r>
        <w:t>yaani kaba mein but jo the, us ko aap ne chhora nahi.</w:t>
      </w:r>
    </w:p>
    <w:p>
      <w:pPr>
        <w:jc w:val="right"/>
      </w:pPr>
      <w:r>
        <w:t>یعنی کعبہ میں بت جو تھے، اس کو آپ نے چھوڑا نہیں۔</w:t>
      </w:r>
    </w:p>
    <w:p>
      <w:r>
        <w:rPr>
          <w:b/>
        </w:rPr>
        <w:t xml:space="preserve">[17:44] </w:t>
      </w:r>
      <w:r>
        <w:t>is par koi statement nahi diya.</w:t>
      </w:r>
    </w:p>
    <w:p>
      <w:pPr>
        <w:jc w:val="right"/>
      </w:pPr>
      <w:r>
        <w:t>اس پر کوئی اسٹیٹمنٹ نہیں دیا۔</w:t>
      </w:r>
    </w:p>
    <w:p>
      <w:r>
        <w:rPr>
          <w:b/>
        </w:rPr>
        <w:t xml:space="preserve">[17:49] </w:t>
      </w:r>
      <w:r>
        <w:t>in buton ki wajah se wahan jo gathering hoti thi, un gathering ko aap ne bajaure audience istemaal kiya.</w:t>
      </w:r>
    </w:p>
    <w:p>
      <w:pPr>
        <w:jc w:val="right"/>
      </w:pPr>
      <w:r>
        <w:t>ان بتوں کی وجہ سے وہاں جو گیدرنگ ہوتی تھی، ان گیدرنگ کو آپ نے بطور آڈینس استعمال کیا۔</w:t>
      </w:r>
    </w:p>
    <w:p>
      <w:r>
        <w:rPr>
          <w:b/>
        </w:rPr>
        <w:t xml:space="preserve">[17:54] </w:t>
      </w:r>
      <w:r>
        <w:t>wahan aap jaate the, quran padh ke sunate the logon ko.</w:t>
      </w:r>
    </w:p>
    <w:p>
      <w:pPr>
        <w:jc w:val="right"/>
      </w:pPr>
      <w:r>
        <w:t>وہاں آپ جاتے تھے، قرآن پڑھ کے سناتے تھے لوگوں کو۔</w:t>
      </w:r>
    </w:p>
    <w:p>
      <w:r>
        <w:rPr>
          <w:b/>
        </w:rPr>
        <w:t xml:space="preserve">[18:00] </w:t>
      </w:r>
      <w:r>
        <w:t>That was the first example of outsourcing.</w:t>
      </w:r>
    </w:p>
    <w:p>
      <w:pPr>
        <w:jc w:val="right"/>
      </w:pPr>
      <w:r>
        <w:t>دیٹ واز فرسٹ ایگزیمپل آف آؤٹ سورسنگ۔</w:t>
      </w:r>
    </w:p>
    <w:p>
      <w:r>
        <w:rPr>
          <w:b/>
        </w:rPr>
        <w:t xml:space="preserve">[18:07] </w:t>
      </w:r>
      <w:r>
        <w:t>toh aaj jo duniya mein bohat hi established tareeqa hai outsourcing, badi badi companies is se faida uthati hain.</w:t>
      </w:r>
    </w:p>
    <w:p>
      <w:pPr>
        <w:jc w:val="right"/>
      </w:pPr>
      <w:r>
        <w:t>تو آج جو دنیا میں بہت ہی اسٹیبلش طریقہ ہے آؤٹ سورسنگ، بڑی بڑی کمپنیاں اس سے فائدہ اٹھاتی ہیں۔</w:t>
      </w:r>
    </w:p>
    <w:p>
      <w:r>
        <w:rPr>
          <w:b/>
        </w:rPr>
        <w:t xml:space="preserve">[18:15] </w:t>
      </w:r>
      <w:r>
        <w:t>aur outsourcing ne is ko mumkin bana diya hai ke ladai na karo, fauji fauj mat charhao</w:t>
      </w:r>
    </w:p>
    <w:p>
      <w:pPr>
        <w:jc w:val="right"/>
      </w:pPr>
      <w:r>
        <w:t>اور آؤٹ سورسنگ نے اس کو ممکن بنا دیا ہے کہ لڑائی نہ کرو، فوجی فوج مت چڑھاؤ</w:t>
      </w:r>
    </w:p>
    <w:p>
      <w:r>
        <w:rPr>
          <w:b/>
        </w:rPr>
        <w:t xml:space="preserve">[18:23] </w:t>
      </w:r>
      <w:r>
        <w:t>kisi mulk mein, outsourcing karo. maslan jo</w:t>
      </w:r>
    </w:p>
    <w:p>
      <w:pPr>
        <w:jc w:val="right"/>
      </w:pPr>
      <w:r>
        <w:t>کسی ملک میں، آؤٹ سورسنگ کرو۔ مثلاً جو</w:t>
      </w:r>
    </w:p>
    <w:p>
      <w:r>
        <w:rPr>
          <w:b/>
        </w:rPr>
        <w:t xml:space="preserve">[18:30] </w:t>
      </w:r>
      <w:r>
        <w:t>french company aur british company jo thi, us ne Asia aur Africa mein fauj laye, woh log fauj</w:t>
      </w:r>
    </w:p>
    <w:p>
      <w:pPr>
        <w:jc w:val="right"/>
      </w:pPr>
      <w:r>
        <w:t>فرنچ کمپنی اور برٹش کمپنی جو تھی، اس نے ایشیا اور افریقہ میں فوج لائے، وہ لوگ فوج</w:t>
      </w:r>
    </w:p>
    <w:p>
      <w:r>
        <w:rPr>
          <w:b/>
        </w:rPr>
        <w:t xml:space="preserve">[18:36] </w:t>
      </w:r>
      <w:r>
        <w:t>par qabza kiya, colony banayi.</w:t>
      </w:r>
    </w:p>
    <w:p>
      <w:pPr>
        <w:jc w:val="right"/>
      </w:pPr>
      <w:r>
        <w:t>پر قبضہ کیا، کالونی بنائی۔</w:t>
      </w:r>
    </w:p>
    <w:p>
      <w:r>
        <w:rPr>
          <w:b/>
        </w:rPr>
        <w:t xml:space="preserve">[18:42] </w:t>
      </w:r>
      <w:r>
        <w:t>yaani faransisiyon ne Africa mein colony banayi, british ne Asia mein colony banayi, fauji qabza kiya.</w:t>
      </w:r>
    </w:p>
    <w:p>
      <w:pPr>
        <w:jc w:val="right"/>
      </w:pPr>
      <w:r>
        <w:t>یعنی فرانسیسیوں نے افریقہ میں کالونی بنائی، برٹشز نے ایشیا میں کالونی بنائی، فوجی قبضہ کیا۔</w:t>
      </w:r>
    </w:p>
    <w:p>
      <w:r>
        <w:rPr>
          <w:b/>
        </w:rPr>
        <w:t xml:space="preserve">[18:48] </w:t>
      </w:r>
      <w:r>
        <w:t>aaj wahi log baghair fauji qabze ke is se zyada faida utha rahe hain.</w:t>
      </w:r>
    </w:p>
    <w:p>
      <w:pPr>
        <w:jc w:val="right"/>
      </w:pPr>
      <w:r>
        <w:t>آج وہی لوگ بغیر فوجی قبضے کے اس سے زیادہ فائدہ اٹھا رہے ہیں۔</w:t>
      </w:r>
    </w:p>
    <w:p>
      <w:r>
        <w:rPr>
          <w:b/>
        </w:rPr>
        <w:t xml:space="preserve">[18:54] </w:t>
      </w:r>
      <w:r>
        <w:t>kaise? outsourcing ke zariye se. wahi France</w:t>
      </w:r>
    </w:p>
    <w:p>
      <w:pPr>
        <w:jc w:val="right"/>
      </w:pPr>
      <w:r>
        <w:t>کیسے؟ آؤٹ سورسنگ کے ذریعے سے۔ وہی فرانس</w:t>
      </w:r>
    </w:p>
    <w:p>
      <w:r>
        <w:rPr>
          <w:b/>
        </w:rPr>
        <w:t xml:space="preserve">[19:00] </w:t>
      </w:r>
      <w:r>
        <w:t>wohi Britain, outsourcing ke zariye se.</w:t>
      </w:r>
    </w:p>
    <w:p>
      <w:pPr>
        <w:jc w:val="right"/>
      </w:pPr>
      <w:r>
        <w:t>، وہی برٹن، آؤٹ سورسنگ کے ذریعے سے۔</w:t>
      </w:r>
    </w:p>
    <w:p>
      <w:r>
        <w:rPr>
          <w:b/>
        </w:rPr>
        <w:t xml:space="preserve">[19:07] </w:t>
      </w:r>
      <w:r>
        <w:t>na ladai hai, na fauj hai, na na kuch hai.</w:t>
      </w:r>
    </w:p>
    <w:p>
      <w:pPr>
        <w:jc w:val="right"/>
      </w:pPr>
      <w:r>
        <w:t>نہ لڑائی ہے، نہ فوج ہے، نہ نہ کچھ ہے۔</w:t>
      </w:r>
    </w:p>
    <w:p>
      <w:r>
        <w:rPr>
          <w:b/>
        </w:rPr>
        <w:t xml:space="preserve">[19:14] </w:t>
      </w:r>
      <w:r>
        <w:t>lekin outsourcing ka jo method hai, us ko duniya mein sab se pehle paighambar e Islam ne is</w:t>
      </w:r>
    </w:p>
    <w:p>
      <w:pPr>
        <w:jc w:val="right"/>
      </w:pPr>
      <w:r>
        <w:t>لیکن آؤٹ سورسنگ کا جو میتھڈ ہے، اس کو دنیا میں سب سے پہلے پیغمبر اسلام نے اس</w:t>
      </w:r>
    </w:p>
    <w:p>
      <w:r>
        <w:rPr>
          <w:b/>
        </w:rPr>
        <w:t xml:space="preserve">[19:21] </w:t>
      </w:r>
      <w:r>
        <w:t>کا ایگزامپل سیٹ کیا مکہ میں، 7th Century AD کے فرسٹ کوارٹر میں۔</w:t>
      </w:r>
    </w:p>
    <w:p>
      <w:pPr>
        <w:jc w:val="right"/>
      </w:pPr>
      <w:r>
        <w:t>کا ایگزامپل سیٹ کیا مکہ میں، سیون سینچری اے ڈی کے فرسٹ کوارٹر میں۔</w:t>
      </w:r>
    </w:p>
    <w:p>
      <w:r>
        <w:rPr>
          <w:b/>
        </w:rPr>
        <w:t xml:space="preserve">[19:27] </w:t>
      </w:r>
      <w:r>
        <w:t>toh yeh kitni badi baat hai? kitni badi baat deen hai.</w:t>
      </w:r>
    </w:p>
    <w:p>
      <w:pPr>
        <w:jc w:val="right"/>
      </w:pPr>
      <w:r>
        <w:t>تو یہ کتنی بڑی بات ہے؟ کتنی بڑی بات دین ہے۔</w:t>
      </w:r>
    </w:p>
    <w:p>
      <w:r>
        <w:rPr>
          <w:b/>
        </w:rPr>
        <w:t xml:space="preserve">[19:34] </w:t>
      </w:r>
      <w:r>
        <w:t>yaani bazahir secular deen hai, lekin is deen mein aap aap chahe mazhabi mission aap ka ho ya</w:t>
      </w:r>
    </w:p>
    <w:p>
      <w:pPr>
        <w:jc w:val="right"/>
      </w:pPr>
      <w:r>
        <w:t>یعنی بظاہر سیکولر دین ہے، لیکن اس دین میں آپ آپ چاہے مذہبی مشن آپ کا ہو یا</w:t>
      </w:r>
    </w:p>
    <w:p>
      <w:r>
        <w:rPr>
          <w:b/>
        </w:rPr>
        <w:t xml:space="preserve">[19:40] </w:t>
      </w:r>
      <w:r>
        <w:t>secular mission ho, aap is se faida utha sakte hain.</w:t>
      </w:r>
    </w:p>
    <w:p>
      <w:pPr>
        <w:jc w:val="right"/>
      </w:pPr>
      <w:r>
        <w:t>سیکولر مشن ہو، آپ اس سے فائدہ اٹھا سکتے ہیں۔</w:t>
      </w:r>
    </w:p>
    <w:p>
      <w:r>
        <w:rPr>
          <w:b/>
        </w:rPr>
        <w:t xml:space="preserve">[19:45] </w:t>
      </w:r>
      <w:r>
        <w:t>method ke mamle mein aap jante hain ke secular aur mazhabi ko farq nahi hota.</w:t>
      </w:r>
    </w:p>
    <w:p>
      <w:pPr>
        <w:jc w:val="right"/>
      </w:pPr>
      <w:r>
        <w:t>میتھڈ کے معاملے میں آپ جانتے ہیں کہ سیکولر اور مذہبی کو فرق نہیں ہوتا۔</w:t>
      </w:r>
    </w:p>
    <w:p>
      <w:r>
        <w:rPr>
          <w:b/>
        </w:rPr>
        <w:t xml:space="preserve">[19:51] </w:t>
      </w:r>
      <w:r>
        <w:t>farq jo hota hai, woh ideological mamle mein hota hai.</w:t>
      </w:r>
    </w:p>
    <w:p>
      <w:pPr>
        <w:jc w:val="right"/>
      </w:pPr>
      <w:r>
        <w:t>فرق جو ہوتا ہے، وہ آئیڈیالوجک معاملے میں ہوتا ہے۔</w:t>
      </w:r>
    </w:p>
    <w:p>
      <w:r>
        <w:rPr>
          <w:b/>
        </w:rPr>
        <w:t xml:space="preserve">[19:56] </w:t>
      </w:r>
      <w:r>
        <w:t>farq jo hota hai, woh ideological mamle mein.</w:t>
      </w:r>
    </w:p>
    <w:p>
      <w:pPr>
        <w:jc w:val="right"/>
      </w:pPr>
      <w:r>
        <w:t>فرق جو ہوتا ہے، وہ آئیڈیالوجک معاملے میں۔</w:t>
      </w:r>
    </w:p>
    <w:p>
      <w:r>
        <w:rPr>
          <w:b/>
        </w:rPr>
        <w:t xml:space="preserve">[20:02] </w:t>
      </w:r>
      <w:r>
        <w:t>lekin jo method hai, method to chahe woh istemal kare ya woh istemal kare.</w:t>
      </w:r>
    </w:p>
    <w:p>
      <w:pPr>
        <w:jc w:val="right"/>
      </w:pPr>
      <w:r>
        <w:t>لیکن جو میتھڈ ہے، میتھڈ تو چاہے وہ استعمال کرے یا وہ استعمال کرے۔</w:t>
      </w:r>
    </w:p>
    <w:p>
      <w:r>
        <w:rPr>
          <w:b/>
        </w:rPr>
        <w:t xml:space="preserve">[20:07] </w:t>
      </w:r>
      <w:r>
        <w:t>to yeh us ko paighambar e islam ne introduce kiya.</w:t>
      </w:r>
    </w:p>
    <w:p>
      <w:pPr>
        <w:jc w:val="right"/>
      </w:pPr>
      <w:r>
        <w:t>تو یہ اس کو پیغمبر اسلام نے انٹروڈیوس کیا۔</w:t>
      </w:r>
    </w:p>
    <w:p>
      <w:r>
        <w:rPr>
          <w:b/>
        </w:rPr>
        <w:t xml:space="preserve">[20:12] </w:t>
      </w:r>
      <w:r>
        <w:t>to human history ko yeh karta hua karne ki wajah se tha.</w:t>
      </w:r>
    </w:p>
    <w:p>
      <w:pPr>
        <w:jc w:val="right"/>
      </w:pPr>
      <w:r>
        <w:t>تو ہیومن ہسٹری کو یہ کرتا ہوا کرنے کی وجہ سے تھا۔</w:t>
      </w:r>
    </w:p>
    <w:p>
      <w:r>
        <w:rPr>
          <w:b/>
        </w:rPr>
        <w:t xml:space="preserve">[20:18] </w:t>
      </w:r>
      <w:r>
        <w:t>is liye woh woh larai ki zaroorat hi khatam kardi.</w:t>
      </w:r>
    </w:p>
    <w:p>
      <w:pPr>
        <w:jc w:val="right"/>
      </w:pPr>
      <w:r>
        <w:t>اس لیے وہ وہ لڑائی کی ضرورت ہی ختم کر دی۔</w:t>
      </w:r>
    </w:p>
    <w:p>
      <w:r>
        <w:rPr>
          <w:b/>
        </w:rPr>
        <w:t xml:space="preserve">[20:23] </w:t>
      </w:r>
      <w:r>
        <w:t>wohi France jo is se pehle fauj le kar ghusa tha Africa mein, wohi Britain jo fauj le</w:t>
      </w:r>
    </w:p>
    <w:p>
      <w:pPr>
        <w:jc w:val="right"/>
      </w:pPr>
      <w:r>
        <w:t>وہی فرانس جو اس سے پہلے فوج لے کر گھسا تھا افریقہ میں، وہی برٹن جو فوج لے</w:t>
      </w:r>
    </w:p>
    <w:p>
      <w:r>
        <w:rPr>
          <w:b/>
        </w:rPr>
        <w:t xml:space="preserve">[20:28] </w:t>
      </w:r>
      <w:r>
        <w:t>kar ghusa tha Asia mein, ab in ko fauj ki zaroorat hi nahi hai.</w:t>
      </w:r>
    </w:p>
    <w:p>
      <w:pPr>
        <w:jc w:val="right"/>
      </w:pPr>
      <w:r>
        <w:t>کر گھسا تھا ایشیا میں، اب ان کو فوج کی ضرورت ہی نہیں ہے۔</w:t>
      </w:r>
    </w:p>
    <w:p>
      <w:r>
        <w:rPr>
          <w:b/>
        </w:rPr>
        <w:t xml:space="preserve">[20:33] </w:t>
      </w:r>
      <w:r>
        <w:t>ab woh outsourcing kar rahe hain.</w:t>
      </w:r>
    </w:p>
    <w:p>
      <w:pPr>
        <w:jc w:val="right"/>
      </w:pPr>
      <w:r>
        <w:t>اب وہ آؤٹ سورسنگ کر رہے ہیں۔</w:t>
      </w:r>
    </w:p>
    <w:p>
      <w:r>
        <w:rPr>
          <w:b/>
        </w:rPr>
        <w:t xml:space="preserve">[20:38] </w:t>
      </w:r>
      <w:r>
        <w:t>to yeh kitab kitab deen hai, yeh kitab contribution hai, yeh Islam ka dunya ke liye.</w:t>
      </w:r>
    </w:p>
    <w:p>
      <w:pPr>
        <w:jc w:val="right"/>
      </w:pPr>
      <w:r>
        <w:t>تو یہ کتاب کتاب دین ہے، یہ کتاب کنٹریبیوشن ہے، یہ اسلام کا دنیا کے لیے۔</w:t>
      </w:r>
    </w:p>
    <w:p>
      <w:r>
        <w:rPr>
          <w:b/>
        </w:rPr>
        <w:t xml:space="preserve">[20:48] </w:t>
      </w:r>
      <w:r>
        <w:t>to jo log yeh kehte hain ke Islam ka koi contribution nahi, woh woh sirf yeh batate hain</w:t>
      </w:r>
    </w:p>
    <w:p>
      <w:pPr>
        <w:jc w:val="right"/>
      </w:pPr>
      <w:r>
        <w:t>تو جو لوگ یہ کہتے ہیں کہ اسلام کا کوئی کنٹریبیوشن نہیں، وہ وہ صرف یہ بتاتے ہیں</w:t>
      </w:r>
    </w:p>
    <w:p>
      <w:r>
        <w:rPr>
          <w:b/>
        </w:rPr>
        <w:t xml:space="preserve">[20:58] </w:t>
      </w:r>
      <w:r>
        <w:t>ke un ki history bohat super</w:t>
      </w:r>
    </w:p>
    <w:p>
      <w:pPr>
        <w:jc w:val="right"/>
      </w:pPr>
      <w:r>
        <w:t>کہ ان کی ہسٹری بہت سپرف</w:t>
      </w:r>
    </w:p>
    <w:p>
      <w:r>
        <w:rPr>
          <w:b/>
        </w:rPr>
        <w:t xml:space="preserve">[21:08] </w:t>
      </w:r>
      <w:r>
        <w:t>ficial history hai, gehri history nahi hai.</w:t>
      </w:r>
    </w:p>
    <w:p>
      <w:pPr>
        <w:jc w:val="right"/>
      </w:pPr>
      <w:r>
        <w:t>یس ہسٹری ہے، گہری ہسٹری نہیں ہے۔</w:t>
      </w:r>
    </w:p>
    <w:p>
      <w:r>
        <w:rPr>
          <w:b/>
        </w:rPr>
        <w:t xml:space="preserve">[21:16] </w:t>
      </w:r>
      <w:r>
        <w:t>gehrai ke sath unhon ne history ko nahi parha.</w:t>
      </w:r>
    </w:p>
    <w:p>
      <w:pPr>
        <w:jc w:val="right"/>
      </w:pPr>
      <w:r>
        <w:t>گہرائی کے ساتھ انہوں نے ہسٹری کو نہیں پڑھا۔</w:t>
      </w:r>
    </w:p>
    <w:p>
      <w:r>
        <w:rPr>
          <w:b/>
        </w:rPr>
        <w:t xml:space="preserve">[21:24] </w:t>
      </w:r>
      <w:r>
        <w:t>aap jante hain kisi bhi subject ka ek hota hai superficial history, kuch kitabein parh lein, ek hai deep history.</w:t>
      </w:r>
    </w:p>
    <w:p>
      <w:pPr>
        <w:jc w:val="right"/>
      </w:pPr>
      <w:r>
        <w:t>آپ جانتے ہیں کسی بھی سبجیکٹ کا ایک ہوتا ہے سپرفیس ہسٹری، کچھ کتابیں پڑھ لیں، ایک ہے ڈیپ ہسٹری۔</w:t>
      </w:r>
    </w:p>
    <w:p>
      <w:r>
        <w:rPr>
          <w:b/>
        </w:rPr>
        <w:t xml:space="preserve">[21:32] </w:t>
      </w:r>
      <w:r>
        <w:t>to jo log aisi baatein karte hain, unhon ne history ka deep history nahi ki.</w:t>
      </w:r>
    </w:p>
    <w:p>
      <w:pPr>
        <w:jc w:val="right"/>
      </w:pPr>
      <w:r>
        <w:t>تو جو لوگ ایسی باتیں کرتے ہیں، انہوں نے ہسٹری کا ڈیپ ہسٹری نہیں کی۔</w:t>
      </w:r>
    </w:p>
    <w:p>
      <w:r>
        <w:rPr>
          <w:b/>
        </w:rPr>
        <w:t xml:space="preserve">[21:39] </w:t>
      </w:r>
      <w:r>
        <w:t>deep history nahi ki.</w:t>
      </w:r>
    </w:p>
    <w:p>
      <w:pPr>
        <w:jc w:val="right"/>
      </w:pPr>
      <w:r>
        <w:t>ڈیپ ہسٹری نہیں کی۔</w:t>
      </w:r>
    </w:p>
    <w:p>
      <w:r>
        <w:rPr>
          <w:b/>
        </w:rPr>
        <w:t xml:space="preserve">[21:47] </w:t>
      </w:r>
      <w:r>
        <w:t>jab bhi aap ko koi rai kaam karna ho kisi ke bare mein bhi, to hamesha yaad rakhiye,</w:t>
      </w:r>
    </w:p>
    <w:p>
      <w:pPr>
        <w:jc w:val="right"/>
      </w:pPr>
      <w:r>
        <w:t>جب بھی آپ کو کوئی رائے کام کرنا ہو کسی کے بارے میں بھی، تو ہمیشہ یاد رکھیے،</w:t>
      </w:r>
    </w:p>
    <w:p>
      <w:r>
        <w:rPr>
          <w:b/>
        </w:rPr>
        <w:t xml:space="preserve">[21:52] </w:t>
      </w:r>
      <w:r>
        <w:t>deep history ki zaroorat hoti hai. Hamesha.</w:t>
      </w:r>
    </w:p>
    <w:p>
      <w:pPr>
        <w:jc w:val="right"/>
      </w:pPr>
      <w:r>
        <w:t>ڈیپ ہسٹری کی ضرورت ہوتی ہے۔ ہمیشہ۔</w:t>
      </w:r>
    </w:p>
    <w:p>
      <w:r>
        <w:rPr>
          <w:b/>
        </w:rPr>
        <w:t xml:space="preserve">[21:57] </w:t>
      </w:r>
      <w:r>
        <w:t>yeh ghalti kabhi nahi karna chahiye ke kuch cheezein idhar udhar parh lein aur rai bana li.</w:t>
      </w:r>
    </w:p>
    <w:p>
      <w:pPr>
        <w:jc w:val="right"/>
      </w:pPr>
      <w:r>
        <w:t>یہ غلطی کبھی نہیں کرنا چاہیے کہ کچھ چیزیں ادھر ادھر پڑھ لیں اور رائے بنا لی۔</w:t>
      </w:r>
    </w:p>
    <w:p>
      <w:r>
        <w:rPr>
          <w:b/>
        </w:rPr>
        <w:t xml:space="preserve">[22:02] </w:t>
      </w:r>
      <w:r>
        <w:t>koi bhi subject ho, aisa nahi karna chahiye.</w:t>
      </w:r>
    </w:p>
    <w:p>
      <w:pPr>
        <w:jc w:val="right"/>
      </w:pPr>
      <w:r>
        <w:t>کوئی بھی سبجیکٹ ہو، ایسا نہیں کرنا چاہیے۔</w:t>
      </w:r>
    </w:p>
    <w:p>
      <w:r>
        <w:rPr>
          <w:b/>
        </w:rPr>
        <w:t xml:space="preserve">[22:07] </w:t>
      </w:r>
      <w:r>
        <w:t>kuch idhar se parha, idhar se parha aur rai bana li.</w:t>
      </w:r>
    </w:p>
    <w:p>
      <w:pPr>
        <w:jc w:val="right"/>
      </w:pPr>
      <w:r>
        <w:t>کچھ ادھر سے پڑھا، ادھر سے پڑھا اور رائے بنا لی۔</w:t>
      </w:r>
    </w:p>
    <w:p>
      <w:r>
        <w:rPr>
          <w:b/>
        </w:rPr>
        <w:t xml:space="preserve">[22:12] </w:t>
      </w:r>
      <w:r>
        <w:t>jis ko Arabic mein kehte hain</w:t>
      </w:r>
    </w:p>
    <w:p>
      <w:pPr>
        <w:jc w:val="right"/>
      </w:pPr>
      <w:r>
        <w:t>جس کو عربی میں کہتے ہیں</w:t>
      </w:r>
    </w:p>
    <w:p>
      <w:r>
        <w:rPr>
          <w:b/>
        </w:rPr>
        <w:t xml:space="preserve">[22:17] </w:t>
      </w:r>
      <w:r>
        <w:t>tasaffuh.</w:t>
      </w:r>
    </w:p>
    <w:p>
      <w:pPr>
        <w:jc w:val="right"/>
      </w:pPr>
      <w:r>
        <w:t>تصفہ۔</w:t>
      </w:r>
    </w:p>
    <w:p>
      <w:r>
        <w:rPr>
          <w:b/>
        </w:rPr>
        <w:t xml:space="preserve">[22:22] </w:t>
      </w:r>
      <w:r>
        <w:t>tasfiya ka matlab hota hai ek kitaab aap ko mili, is ko waraq gardani ki aap ne, idhar</w:t>
      </w:r>
    </w:p>
    <w:p>
      <w:pPr>
        <w:jc w:val="right"/>
      </w:pPr>
      <w:r>
        <w:t>تصفہ کا مطلب ہوتا ہے ایک کتاب آپ کو ملی، اس کو ورق گردانی کی آپ نے، ادھر</w:t>
      </w:r>
    </w:p>
    <w:p>
      <w:r>
        <w:rPr>
          <w:b/>
        </w:rPr>
        <w:t xml:space="preserve">[22:28] </w:t>
      </w:r>
      <w:r>
        <w:t>dekha, idhar dekha, rai bana liya.</w:t>
      </w:r>
    </w:p>
    <w:p>
      <w:pPr>
        <w:jc w:val="right"/>
      </w:pPr>
      <w:r>
        <w:t>دیکھا، ادھر دیکھا، رائے بنا لیا۔</w:t>
      </w:r>
    </w:p>
    <w:p>
      <w:r>
        <w:rPr>
          <w:b/>
        </w:rPr>
        <w:t xml:space="preserve">[22:33] </w:t>
      </w:r>
      <w:r>
        <w:t>to tareekh ke bare mein tasfiya ke zareeye ke zareeye rai nahi banani chahiye.</w:t>
      </w:r>
    </w:p>
    <w:p>
      <w:pPr>
        <w:jc w:val="right"/>
      </w:pPr>
      <w:r>
        <w:t>تو تاریخ کے بارے میں تصفہ کے ذریعے کے ذریعے رائے نہیں بنانی چاہیے۔</w:t>
      </w:r>
    </w:p>
    <w:p>
      <w:r>
        <w:rPr>
          <w:b/>
        </w:rPr>
        <w:t xml:space="preserve">[22:38] </w:t>
      </w:r>
      <w:r>
        <w:t>deep history ke zareeye rai banana chahiye.</w:t>
      </w:r>
    </w:p>
    <w:p>
      <w:pPr>
        <w:jc w:val="right"/>
      </w:pPr>
      <w:r>
        <w:t>ڈیپ ہسٹری کے ذریعے رائے بنانا چاہیے۔</w:t>
      </w:r>
    </w:p>
    <w:p>
      <w:r>
        <w:rPr>
          <w:b/>
        </w:rPr>
        <w:t xml:space="preserve">[22:43] </w:t>
      </w:r>
      <w:r>
        <w:t>maut aane ke musalmanon ka sarbrah masla yahi hai ke woh khud apne paighambar ki</w:t>
      </w:r>
    </w:p>
    <w:p>
      <w:pPr>
        <w:jc w:val="right"/>
      </w:pPr>
      <w:r>
        <w:t>موت آنے کے مسلمانوں کا سربراہ مسئلہ یہی ہے کہ وہ خود اپنے پیغمبر کی</w:t>
      </w:r>
    </w:p>
    <w:p>
      <w:r>
        <w:rPr>
          <w:b/>
        </w:rPr>
        <w:t xml:space="preserve">[22:49] </w:t>
      </w:r>
      <w:r>
        <w:t>, khud apne Paighambar ki sunnat ko nahi jante. jis cheez ko woh sunnat samajhte hain, woh to kuch mamooli cheezein hain ke daadhi hai, pajama hai, isi ko sunnat samjhenge. aap jante hain ke bohat si kitabein likhi gayi hain, naam hota hai Shama'il. Shama'il yaani Allah Rasool Allah Salallahu Alaihi Wasallam ke Shama'il. is mein yeh choti choti baatein hoti hain. jitne Shama'il ki kitabein hain, aap padh lijiye, jaise Shama'il Tirmidhi ko</w:t>
      </w:r>
    </w:p>
    <w:p>
      <w:pPr>
        <w:jc w:val="right"/>
      </w:pPr>
      <w:r>
        <w:t>، خود اپنے پیغمبر کی سنت کو نہیں جانتے۔ جس چیز کو وہ سنت سمجھتے ہیں، وہ تو کچھ معمولی چیزیں ہیں کہ داڑھی ہے، پجامہ ہے، اسی کو سنت سمجھیں گے۔ آپ جانتے ہیں کہ بہت سی کتابیں لکھی گئی ہیں، نام ہوتا ہے شمائل۔ شمائل یعنی اللہ رسول اللہ صلی اللہ علیہ وسلم کے شمائل۔ اس میں یہ چھوٹی چھوٹی باتیں ہوتی ہیں۔ جتنے شمائل کی کتابیں ہیں، آپ پڑھ لیجئے، جیسے شمائل ترمذی کو</w:t>
      </w:r>
    </w:p>
    <w:p>
      <w:r>
        <w:rPr>
          <w:b/>
        </w:rPr>
        <w:t xml:space="preserve">[23:19] </w:t>
      </w:r>
      <w:r>
        <w:t>parh lijiye, yeh choti choti baatein milein gi aap ko.</w:t>
      </w:r>
    </w:p>
    <w:p>
      <w:pPr>
        <w:jc w:val="right"/>
      </w:pPr>
      <w:r>
        <w:t>پڑھ لیجئے، یہ چھوٹی چھوٹی باتیں ملیں گی آپ کو۔</w:t>
      </w:r>
    </w:p>
    <w:p>
      <w:r>
        <w:rPr>
          <w:b/>
        </w:rPr>
        <w:t xml:space="preserve">[23:25] </w:t>
      </w:r>
      <w:r>
        <w:t>koi bara contribution nahi batainge, bata pate woh.</w:t>
      </w:r>
    </w:p>
    <w:p>
      <w:pPr>
        <w:jc w:val="right"/>
      </w:pPr>
      <w:r>
        <w:t>کوئی بڑا کنٹریبیوشن نہیں بتائیں گے، بتا پاتے وہ۔</w:t>
      </w:r>
    </w:p>
    <w:p>
      <w:r>
        <w:rPr>
          <w:b/>
        </w:rPr>
        <w:t xml:space="preserve">[23:31] </w:t>
      </w:r>
      <w:r>
        <w:t>to dunya samajhti hai ke paighambar jo tha, woh koi bara contribution nahi tha history mein.</w:t>
      </w:r>
    </w:p>
    <w:p>
      <w:pPr>
        <w:jc w:val="right"/>
      </w:pPr>
      <w:r>
        <w:t>تو دنیا سمجھتی ہے کہ پیغمبر جو تھا، وہ کوئی بڑا کنٹریبیوشن نہیں تھا ہسٹری میں۔</w:t>
      </w:r>
    </w:p>
    <w:p>
      <w:r>
        <w:rPr>
          <w:b/>
        </w:rPr>
        <w:t xml:space="preserve">[23:37] </w:t>
      </w:r>
      <w:r>
        <w:t>iska history mein koi bara contribution nahi tha.</w:t>
      </w:r>
    </w:p>
    <w:p>
      <w:pPr>
        <w:jc w:val="right"/>
      </w:pPr>
      <w:r>
        <w:t>اس کا ہسٹری میں کوئی بڑا کنٹریبیوشن نہیں تھا۔</w:t>
      </w:r>
    </w:p>
    <w:p>
      <w:r>
        <w:rPr>
          <w:b/>
        </w:rPr>
        <w:t xml:space="preserve">[23:43] </w:t>
      </w:r>
      <w:r>
        <w:t>yahi sab tha ke aankhon se mubarak lagao aur daadhi barhao aur pajama ooncha ho, kurta neecha ho.</w:t>
      </w:r>
    </w:p>
    <w:p>
      <w:pPr>
        <w:jc w:val="right"/>
      </w:pPr>
      <w:r>
        <w:t>یہی سب تھا کہ آنکھوں سے مبارک لگاؤ اور داڑھی بڑھاؤ اور پجامہ اونچا ہو، کرتا نیچا ہو۔</w:t>
      </w:r>
    </w:p>
    <w:p>
      <w:r>
        <w:rPr>
          <w:b/>
        </w:rPr>
        <w:t xml:space="preserve">[23:49] </w:t>
      </w:r>
      <w:r>
        <w:t>to yahi yahi dunya ki nazar mein yeh koi bari cheez nahi hai.</w:t>
      </w:r>
    </w:p>
    <w:p>
      <w:pPr>
        <w:jc w:val="right"/>
      </w:pPr>
      <w:r>
        <w:t>تو یہی یہی دنیا کی نظر میں یہ کوئی بڑی چیز نہیں ہے۔</w:t>
      </w:r>
    </w:p>
    <w:p>
      <w:r>
        <w:rPr>
          <w:b/>
        </w:rPr>
        <w:t xml:space="preserve">[23:57] </w:t>
      </w:r>
      <w:r>
        <w:t>to hamare shamail ki kitabein jo hain, woh yeh dunya ko nahi bata pati ke paighambar ka bara</w:t>
      </w:r>
    </w:p>
    <w:p>
      <w:pPr>
        <w:jc w:val="right"/>
      </w:pPr>
      <w:r>
        <w:t>تو ہمارے شمائل کی کتابیں جو ہیں، وہ یہ دنیا کو نہیں بتا پاتی کہ پیغمبر کا بڑا</w:t>
      </w:r>
    </w:p>
    <w:p>
      <w:r>
        <w:rPr>
          <w:b/>
        </w:rPr>
        <w:t xml:space="preserve">[24:04] </w:t>
      </w:r>
      <w:r>
        <w:t>contribution kya hai.</w:t>
      </w:r>
    </w:p>
    <w:p>
      <w:pPr>
        <w:jc w:val="right"/>
      </w:pPr>
      <w:r>
        <w:t>کنٹریبیوشن کیا ہے۔</w:t>
      </w:r>
    </w:p>
    <w:p>
      <w:r>
        <w:rPr>
          <w:b/>
        </w:rPr>
        <w:t xml:space="preserve">[24:12] </w:t>
      </w:r>
      <w:r>
        <w:t>mein samajhta hoon ke ek aur bohat hi bara contribution Islam ka yeh hai ke dunya</w:t>
      </w:r>
    </w:p>
    <w:p>
      <w:pPr>
        <w:jc w:val="right"/>
      </w:pPr>
      <w:r>
        <w:t>میں سمجھتا ہوں کہ ایک اور بہت ہی بڑا کنٹریبیوشن اسلام کا یہ ہے کہ دنیا</w:t>
      </w:r>
    </w:p>
    <w:p>
      <w:r>
        <w:rPr>
          <w:b/>
        </w:rPr>
        <w:t xml:space="preserve">[24:19] </w:t>
      </w:r>
      <w:r>
        <w:t>mein equation ko badal diya Islam ne.</w:t>
      </w:r>
    </w:p>
    <w:p>
      <w:pPr>
        <w:jc w:val="right"/>
      </w:pPr>
      <w:r>
        <w:t>میں ایکویشن کو بدل دیا اسلام نے۔</w:t>
      </w:r>
    </w:p>
    <w:p>
      <w:r>
        <w:rPr>
          <w:b/>
        </w:rPr>
        <w:t xml:space="preserve">[24:26] </w:t>
      </w:r>
      <w:r>
        <w:t>equation ko badal diya.</w:t>
      </w:r>
    </w:p>
    <w:p>
      <w:pPr>
        <w:jc w:val="right"/>
      </w:pPr>
      <w:r>
        <w:t>ایکویشن کو بدل دیا۔</w:t>
      </w:r>
    </w:p>
    <w:p>
      <w:r>
        <w:rPr>
          <w:b/>
        </w:rPr>
        <w:t xml:space="preserve">[24:32] </w:t>
      </w:r>
      <w:r>
        <w:t>dunya poori tareekh mein log yeh samajhte the ke dost aur dushman, dost aur dushman.</w:t>
      </w:r>
    </w:p>
    <w:p>
      <w:pPr>
        <w:jc w:val="right"/>
      </w:pPr>
      <w:r>
        <w:t>دنیا پوری تاریخ میں لوگ یہ سمجھتے تھے کہ دوست اور دشمن، دوست اور دشمن۔</w:t>
      </w:r>
    </w:p>
    <w:p>
      <w:r>
        <w:rPr>
          <w:b/>
        </w:rPr>
        <w:t xml:space="preserve">[24:39] </w:t>
      </w:r>
      <w:r>
        <w:t>aap jante hain ke kab is logon ka political role qaim hua roos mein 1917 mein.</w:t>
      </w:r>
    </w:p>
    <w:p>
      <w:pPr>
        <w:jc w:val="right"/>
      </w:pPr>
      <w:r>
        <w:t>آپ جانتے ہیں کہ کب اس لوگوں کا پولیٹیکل رول قائم ہوا روس میں 1917 میں۔</w:t>
      </w:r>
    </w:p>
    <w:p>
      <w:r>
        <w:rPr>
          <w:b/>
        </w:rPr>
        <w:t xml:space="preserve">[24:45] </w:t>
      </w:r>
      <w:r>
        <w:t>1917 mein, 20 yaani so saal pehle.</w:t>
      </w:r>
    </w:p>
    <w:p>
      <w:pPr>
        <w:jc w:val="right"/>
      </w:pPr>
      <w:r>
        <w:t>1917 میں، 20 یعنی سو سال پہلے۔</w:t>
      </w:r>
    </w:p>
    <w:p>
      <w:r>
        <w:rPr>
          <w:b/>
        </w:rPr>
        <w:t xml:space="preserve">[24:52] </w:t>
      </w:r>
      <w:r>
        <w:t>to communist ka qaul kya tha? jo hamara, jo hamara, jo hamara saathi nahi, woh hamara dushman hai.</w:t>
      </w:r>
    </w:p>
    <w:p>
      <w:pPr>
        <w:jc w:val="right"/>
      </w:pPr>
      <w:r>
        <w:t>تو کمیونسٹوں کا قول کیا تھا؟ جو ہمارا، جو ہمارا، جو ہمارا ساتھی نہیں، وہ ہمارا دشمن ہے۔</w:t>
      </w:r>
    </w:p>
    <w:p>
      <w:r>
        <w:rPr>
          <w:b/>
        </w:rPr>
        <w:t xml:space="preserve">[24:58] </w:t>
      </w:r>
      <w:r>
        <w:t>woh yahi jante the, ya to saathi ya dushman.</w:t>
      </w:r>
    </w:p>
    <w:p>
      <w:pPr>
        <w:jc w:val="right"/>
      </w:pPr>
      <w:r>
        <w:t>وہ یہی جانتے تھے، یا تو ساتھی یا دشمن۔</w:t>
      </w:r>
    </w:p>
    <w:p>
      <w:r>
        <w:rPr>
          <w:b/>
        </w:rPr>
        <w:t xml:space="preserve">[25:04] </w:t>
      </w:r>
      <w:r>
        <w:t>quran mein ek ajeeb o ghareeb formula diya diya gaya.</w:t>
      </w:r>
    </w:p>
    <w:p>
      <w:pPr>
        <w:jc w:val="right"/>
      </w:pPr>
      <w:r>
        <w:t>قرآن میں ایک عجیب و غریب فارمولا دیا دیا گیا۔</w:t>
      </w:r>
    </w:p>
    <w:p>
      <w:r>
        <w:rPr>
          <w:b/>
        </w:rPr>
        <w:t xml:space="preserve">[25:10] </w:t>
      </w:r>
      <w:r>
        <w:t>atfa bilati ahsan faiz aldhi bank wabank ada kun alim haim.</w:t>
      </w:r>
    </w:p>
    <w:p>
      <w:pPr>
        <w:jc w:val="right"/>
      </w:pPr>
      <w:r>
        <w:t>اطفا بلتی احسن فیض الذی بینک وبن ادا کن علی حمیم۔</w:t>
      </w:r>
    </w:p>
    <w:p>
      <w:r>
        <w:rPr>
          <w:b/>
        </w:rPr>
        <w:t xml:space="preserve">[25:16] </w:t>
      </w:r>
      <w:r>
        <w:t>atfa bilati ahsan ke ma</w:t>
      </w:r>
    </w:p>
    <w:p>
      <w:pPr>
        <w:jc w:val="right"/>
      </w:pPr>
      <w:r>
        <w:t>اطفا بلتی احسن کے مع</w:t>
      </w:r>
    </w:p>
    <w:p>
      <w:r>
        <w:rPr>
          <w:b/>
        </w:rPr>
        <w:t xml:space="preserve">[25:22] </w:t>
      </w:r>
      <w:r>
        <w:t>ni hain ke positive planning karo, negative planning mat karo, reaction mat karo.</w:t>
      </w:r>
    </w:p>
    <w:p>
      <w:pPr>
        <w:jc w:val="right"/>
      </w:pPr>
      <w:r>
        <w:t>نی ہیں کہ پازیٹیو پلاننگ کرو، نیگیٹیو پلاننگ مت کرو، ری ایکشن مت کرو۔</w:t>
      </w:r>
    </w:p>
    <w:p>
      <w:r>
        <w:rPr>
          <w:b/>
        </w:rPr>
        <w:t xml:space="preserve">[25:30] </w:t>
      </w:r>
      <w:r>
        <w:t>koi tum ko bazahir dushman dikhai parta hai to negative planning mat karo, reaction mat karo, positive planning karo.</w:t>
      </w:r>
    </w:p>
    <w:p>
      <w:pPr>
        <w:jc w:val="right"/>
      </w:pPr>
      <w:r>
        <w:t>کوئی تم کو بظاہر دشمن دکھائی پڑتا ہے تو نیگیٹیو پلاننگ مت کرو، ری ایکشن مت کرو، پازیٹیو پلاننگ کرو۔</w:t>
      </w:r>
    </w:p>
    <w:p>
      <w:r>
        <w:rPr>
          <w:b/>
        </w:rPr>
        <w:t xml:space="preserve">[25:37] </w:t>
      </w:r>
      <w:r>
        <w:t>to jo tumhara dushman tha, wo tumhara dost ban jayega.</w:t>
      </w:r>
    </w:p>
    <w:p>
      <w:pPr>
        <w:jc w:val="right"/>
      </w:pPr>
      <w:r>
        <w:t>تو جو تمہارا دشمن تھا، وہ تمہارا دوست بن جائے گا۔</w:t>
      </w:r>
    </w:p>
    <w:p>
      <w:r>
        <w:rPr>
          <w:b/>
        </w:rPr>
        <w:t xml:space="preserve">[25:45] </w:t>
      </w:r>
      <w:r>
        <w:t>dost matlab kya hain? wo tumhara supporter ban jayega.</w:t>
      </w:r>
    </w:p>
    <w:p>
      <w:pPr>
        <w:jc w:val="right"/>
      </w:pPr>
      <w:r>
        <w:t>دوست معنی کیا ہیں؟ وہ تمہارا سپورٹر بن جائے گا۔</w:t>
      </w:r>
    </w:p>
    <w:p>
      <w:r>
        <w:rPr>
          <w:b/>
        </w:rPr>
        <w:t xml:space="preserve">[25:53] </w:t>
      </w:r>
      <w:r>
        <w:t>to islam ne yeh concept diya ke jo tum ko dushman nazar aata hai, us ko tum supporter</w:t>
      </w:r>
    </w:p>
    <w:p>
      <w:pPr>
        <w:jc w:val="right"/>
      </w:pPr>
      <w:r>
        <w:t>تو اسلام نے یہ کانسیپٹ دیا کہ جو تم کو دشمن نظر آتا ہے، اس کو تم سپورٹر</w:t>
      </w:r>
    </w:p>
    <w:p>
      <w:r>
        <w:rPr>
          <w:b/>
        </w:rPr>
        <w:t xml:space="preserve">[25:56] </w:t>
      </w:r>
      <w:r>
        <w:t>mein convert karo.</w:t>
      </w:r>
    </w:p>
    <w:p>
      <w:pPr>
        <w:jc w:val="right"/>
      </w:pPr>
      <w:r>
        <w:t>میں کنورٹ کرو۔</w:t>
      </w:r>
    </w:p>
    <w:p>
      <w:r>
        <w:rPr>
          <w:b/>
        </w:rPr>
        <w:t xml:space="preserve">[26:00] </w:t>
      </w:r>
      <w:r>
        <w:t>supporter mein convert karo.</w:t>
      </w:r>
    </w:p>
    <w:p>
      <w:pPr>
        <w:jc w:val="right"/>
      </w:pPr>
      <w:r>
        <w:t>سپورٹر میں کنورٹ کرو۔</w:t>
      </w:r>
    </w:p>
    <w:p>
      <w:r>
        <w:rPr>
          <w:b/>
        </w:rPr>
        <w:t xml:space="preserve">[26:04] </w:t>
      </w:r>
      <w:r>
        <w:t>to ek ek aur category dunya dicardamy mein jee rahi thi.</w:t>
      </w:r>
    </w:p>
    <w:p>
      <w:pPr>
        <w:jc w:val="right"/>
      </w:pPr>
      <w:r>
        <w:t>تو ایک ایک اور کیٹگری دائر دنیا ڈائی کارڈمی میں جی رہی تھی۔</w:t>
      </w:r>
    </w:p>
    <w:p>
      <w:r>
        <w:rPr>
          <w:b/>
        </w:rPr>
        <w:t xml:space="preserve">[26:08] </w:t>
      </w:r>
      <w:r>
        <w:t>dicardamy, dost dushman, dost dushman.</w:t>
      </w:r>
    </w:p>
    <w:p>
      <w:pPr>
        <w:jc w:val="right"/>
      </w:pPr>
      <w:r>
        <w:t>ڈائی کارڈمی، دوست دشمن، دوست دشمن۔</w:t>
      </w:r>
    </w:p>
    <w:p>
      <w:r>
        <w:rPr>
          <w:b/>
        </w:rPr>
        <w:t xml:space="preserve">[26:12] </w:t>
      </w:r>
      <w:r>
        <w:t>is dicardamy ko islam ne badal diya.</w:t>
      </w:r>
    </w:p>
    <w:p>
      <w:pPr>
        <w:jc w:val="right"/>
      </w:pPr>
      <w:r>
        <w:t>اس ڈائی کارڈمی کو اسلام نے بدل دیا۔</w:t>
      </w:r>
    </w:p>
    <w:p>
      <w:r>
        <w:rPr>
          <w:b/>
        </w:rPr>
        <w:t xml:space="preserve">[26:16] </w:t>
      </w:r>
      <w:r>
        <w:t>ek third option bataya.</w:t>
      </w:r>
    </w:p>
    <w:p>
      <w:pPr>
        <w:jc w:val="right"/>
      </w:pPr>
      <w:r>
        <w:t>ایک تھرڈ آپشن بتایا۔</w:t>
      </w:r>
    </w:p>
    <w:p>
      <w:r>
        <w:rPr>
          <w:b/>
        </w:rPr>
        <w:t xml:space="preserve">[26:19] </w:t>
      </w:r>
      <w:r>
        <w:t>sari tareekh mein yahi</w:t>
      </w:r>
    </w:p>
    <w:p>
      <w:pPr>
        <w:jc w:val="right"/>
      </w:pPr>
      <w:r>
        <w:t>ساری تاریخ میں یہی</w:t>
      </w:r>
    </w:p>
    <w:p>
      <w:r>
        <w:rPr>
          <w:b/>
        </w:rPr>
        <w:t xml:space="preserve">[26:23] </w:t>
      </w:r>
      <w:r>
        <w:t>dicardamy chal rahi thi, dost dushman ki dicardamy.</w:t>
      </w:r>
    </w:p>
    <w:p>
      <w:pPr>
        <w:jc w:val="right"/>
      </w:pPr>
      <w:r>
        <w:t>ڈائی کارڈمی چل رہی تھی، دوست دشمن کی ڈائی کارڈمی۔</w:t>
      </w:r>
    </w:p>
    <w:p>
      <w:r>
        <w:rPr>
          <w:b/>
        </w:rPr>
        <w:t xml:space="preserve">[26:32] </w:t>
      </w:r>
      <w:r>
        <w:t>islam ne ek third position batai, wo thi supporter.</w:t>
      </w:r>
    </w:p>
    <w:p>
      <w:pPr>
        <w:jc w:val="right"/>
      </w:pPr>
      <w:r>
        <w:t>اسلام نے ایک تھرڈ پوزیشن بتائی، وہ تھی سپورٹر۔</w:t>
      </w:r>
    </w:p>
    <w:p>
      <w:r>
        <w:rPr>
          <w:b/>
        </w:rPr>
        <w:t xml:space="preserve">[26:40] </w:t>
      </w:r>
      <w:r>
        <w:t>yeh baat quran mein bhi hai, hadith mein bhi hai ke jo tumhara dushman nazar aaye to to</w:t>
      </w:r>
    </w:p>
    <w:p>
      <w:pPr>
        <w:jc w:val="right"/>
      </w:pPr>
      <w:r>
        <w:t>یہ بات قرآن میں بھی ہے، حدیث میں بھی ہے کہ جو تمہارا دشمن نظر آئے تو تو</w:t>
      </w:r>
    </w:p>
    <w:p>
      <w:r>
        <w:rPr>
          <w:b/>
        </w:rPr>
        <w:t xml:space="preserve">[26:49] </w:t>
      </w:r>
      <w:r>
        <w:t>dushman kyun kehte ho? us ko supporter banao, supporter banao.</w:t>
      </w:r>
    </w:p>
    <w:p>
      <w:pPr>
        <w:jc w:val="right"/>
      </w:pPr>
      <w:r>
        <w:t>دشمن کیوں کہتے ہو؟ اس کو سپورٹر بناؤ، سپورٹر بناؤ۔</w:t>
      </w:r>
    </w:p>
    <w:p>
      <w:r>
        <w:rPr>
          <w:b/>
        </w:rPr>
        <w:t xml:space="preserve">[26:57] </w:t>
      </w:r>
      <w:r>
        <w:t>to yeh rasool Allah ne istemal kiya is formula ko ke jo log aap ke sath nahi thay,</w:t>
      </w:r>
    </w:p>
    <w:p>
      <w:pPr>
        <w:jc w:val="right"/>
      </w:pPr>
      <w:r>
        <w:t>تو یہ رسول اللہ نے استعمال کیا اس فارمولے کو کہ جو لوگ آپ کے ساتھ نہیں تھے،</w:t>
      </w:r>
    </w:p>
    <w:p>
      <w:r>
        <w:rPr>
          <w:b/>
        </w:rPr>
        <w:t xml:space="preserve">[27:05] </w:t>
      </w:r>
      <w:r>
        <w:t>un ko aap ne supporter ke taur par istemal kiya.</w:t>
      </w:r>
    </w:p>
    <w:p>
      <w:pPr>
        <w:jc w:val="right"/>
      </w:pPr>
      <w:r>
        <w:t>ان کو آپ نے سپورٹر کے طور پر استعمال کیا۔</w:t>
      </w:r>
    </w:p>
    <w:p>
      <w:r>
        <w:rPr>
          <w:b/>
        </w:rPr>
        <w:t xml:space="preserve">[27:12] </w:t>
      </w:r>
      <w:r>
        <w:t>aur dekhiye, Allah taala ka ek tareeqa yeh hai ke nature mein ya history mein example set karna.</w:t>
      </w:r>
    </w:p>
    <w:p>
      <w:pPr>
        <w:jc w:val="right"/>
      </w:pPr>
      <w:r>
        <w:t>اور دیکھیے، اللہ تعالیٰ کا ایک طریقہ یہ ہے کہ نیچر میں یا ہسٹری میں ایگزامپل سیٹ کرنا۔</w:t>
      </w:r>
    </w:p>
    <w:p>
      <w:r>
        <w:rPr>
          <w:b/>
        </w:rPr>
        <w:t xml:space="preserve">[27:20] </w:t>
      </w:r>
      <w:r>
        <w:t>ek hai masjid, masjid dunya mein e</w:t>
      </w:r>
    </w:p>
    <w:p>
      <w:pPr>
        <w:jc w:val="right"/>
      </w:pPr>
      <w:r>
        <w:t>ایک ہے مسجد، مسجد دنیا میں ای</w:t>
      </w:r>
    </w:p>
    <w:p>
      <w:r>
        <w:rPr>
          <w:b/>
        </w:rPr>
        <w:t xml:space="preserve">[27:27] </w:t>
      </w:r>
      <w:r>
        <w:t>guzample set karna.</w:t>
      </w:r>
    </w:p>
    <w:p>
      <w:pPr>
        <w:jc w:val="right"/>
      </w:pPr>
      <w:r>
        <w:t>گزامپل سیٹ کرنا۔</w:t>
      </w:r>
    </w:p>
    <w:p>
      <w:r>
        <w:rPr>
          <w:b/>
        </w:rPr>
        <w:t xml:space="preserve">[27:32] </w:t>
      </w:r>
      <w:r>
        <w:t>lekin is se bahar bhi Allah taala ka tareeqa hai ke nature mein, history mein example set karna.</w:t>
      </w:r>
    </w:p>
    <w:p>
      <w:pPr>
        <w:jc w:val="right"/>
      </w:pPr>
      <w:r>
        <w:t>لیکن اس سے باہر بھی اللہ تعالیٰ کا طریقہ ہے کہ نیچر میں، ہسٹری میں ایگزامپل سیٹ کرنا۔</w:t>
      </w:r>
    </w:p>
    <w:p>
      <w:r>
        <w:rPr>
          <w:b/>
        </w:rPr>
        <w:t xml:space="preserve">[27:37] </w:t>
      </w:r>
      <w:r>
        <w:t>to dekhiye, maujooda zamane mein ek bohat hi bara example set hua hai, wo hamare liye eye opener hai.</w:t>
      </w:r>
    </w:p>
    <w:p>
      <w:pPr>
        <w:jc w:val="right"/>
      </w:pPr>
      <w:r>
        <w:t>تو دیکھیے، موجودہ زمانے میں ایک بہت ہی بڑا ایگزامپل سیٹ ہوا ہے، وہ ہمارے لیے آئی اوپنر ہے۔</w:t>
      </w:r>
    </w:p>
    <w:p>
      <w:r>
        <w:rPr>
          <w:b/>
        </w:rPr>
        <w:t xml:space="preserve">[27:42] </w:t>
      </w:r>
      <w:r>
        <w:t>musalman to nahi jante, abhi bhi musalman bhala.</w:t>
      </w:r>
    </w:p>
    <w:p>
      <w:pPr>
        <w:jc w:val="right"/>
      </w:pPr>
      <w:r>
        <w:t>مسلمان تو نہیں جانتے، ابھی بھی مسلمان بھلا۔</w:t>
      </w:r>
    </w:p>
    <w:p>
      <w:r>
        <w:rPr>
          <w:b/>
        </w:rPr>
        <w:t xml:space="preserve">[27:47] </w:t>
      </w:r>
      <w:r>
        <w:t>musalmanon ne khud apne peghambar ki bari bari suraton ko bhula diya.</w:t>
      </w:r>
    </w:p>
    <w:p>
      <w:pPr>
        <w:jc w:val="right"/>
      </w:pPr>
      <w:r>
        <w:t>مسلمانوں نے خود اپنے پیغمبر کی بڑی بڑی صورتوں کو بھلا دیا۔</w:t>
      </w:r>
    </w:p>
    <w:p>
      <w:r>
        <w:rPr>
          <w:b/>
        </w:rPr>
        <w:t xml:space="preserve">[27:52] </w:t>
      </w:r>
      <w:r>
        <w:t>wo log jo bohat zabardast tareeqe se pajama</w:t>
      </w:r>
    </w:p>
    <w:p>
      <w:pPr>
        <w:jc w:val="right"/>
      </w:pPr>
      <w:r>
        <w:t>وہ لوگ جو بہت زبردست طریقے سے پاجامہ</w:t>
      </w:r>
    </w:p>
    <w:p>
      <w:r>
        <w:rPr>
          <w:b/>
        </w:rPr>
        <w:t xml:space="preserve">[27:57] </w:t>
      </w:r>
      <w:r>
        <w:t>ooncha pehente hain aur kurta neecha lamba pehente hain, bohat eh-timaam karte hain, topi ka, daadhi ka, woh</w:t>
      </w:r>
    </w:p>
    <w:p>
      <w:pPr>
        <w:jc w:val="right"/>
      </w:pPr>
      <w:r>
        <w:t>اونچا پہنتے ہیں اور کرتا نیچا لمبا پہنتے ہیں، بہت اہتمام کرتے ہیں، ٹوپی کا، داڑھی کا، وہ</w:t>
      </w:r>
    </w:p>
    <w:p>
      <w:r>
        <w:rPr>
          <w:b/>
        </w:rPr>
        <w:t xml:space="preserve">[28:03] </w:t>
      </w:r>
      <w:r>
        <w:t>nahin jaante ke Rasool Allah ki bari bari sunnatain kya hain.</w:t>
      </w:r>
    </w:p>
    <w:p>
      <w:pPr>
        <w:jc w:val="right"/>
      </w:pPr>
      <w:r>
        <w:t>نہیں جانتے کہ رسول اللہ کی بڑی بڑی سنتیں کیا ہیں۔</w:t>
      </w:r>
    </w:p>
    <w:p>
      <w:r>
        <w:rPr>
          <w:b/>
        </w:rPr>
        <w:t xml:space="preserve">[28:09] </w:t>
      </w:r>
      <w:r>
        <w:t>to Allah taala ne dunya mein secular qomon ke andar is ka example set kiya.</w:t>
      </w:r>
    </w:p>
    <w:p>
      <w:pPr>
        <w:jc w:val="right"/>
      </w:pPr>
      <w:r>
        <w:t>تو اللہ تعالیٰ نے دنیا میں سیکولر قوموں کے اندر اس کا ایگزامپل سیٹ کیا۔</w:t>
      </w:r>
    </w:p>
    <w:p>
      <w:r>
        <w:rPr>
          <w:b/>
        </w:rPr>
        <w:t xml:space="preserve">[28:15] </w:t>
      </w:r>
      <w:r>
        <w:t>misalan, misaal ke taur par Japan.</w:t>
      </w:r>
    </w:p>
    <w:p>
      <w:pPr>
        <w:jc w:val="right"/>
      </w:pPr>
      <w:r>
        <w:t>مثلاً، مثال کے طور پر جاپان۔</w:t>
      </w:r>
    </w:p>
    <w:p>
      <w:r>
        <w:rPr>
          <w:b/>
        </w:rPr>
        <w:t xml:space="preserve">[28:21] </w:t>
      </w:r>
      <w:r>
        <w:t>aap jaante hain ke Musalman jitna zulm batate hain</w:t>
      </w:r>
    </w:p>
    <w:p>
      <w:pPr>
        <w:jc w:val="right"/>
      </w:pPr>
      <w:r>
        <w:t>آپ جانتے ہیں کہ مسلمان جتنا ظلم بتاتے ہیں</w:t>
      </w:r>
    </w:p>
    <w:p>
      <w:r>
        <w:rPr>
          <w:b/>
        </w:rPr>
        <w:t xml:space="preserve">[28:27] </w:t>
      </w:r>
      <w:r>
        <w:t>apne upar, in saare zulmon se hazaron guna bada zulm woh tha jo America ne Japan par kiya.</w:t>
      </w:r>
    </w:p>
    <w:p>
      <w:pPr>
        <w:jc w:val="right"/>
      </w:pPr>
      <w:r>
        <w:t>اپنے اوپر، ان سارے ظلموں سے ہزاروں گنا بڑا ظلم وہ تھا جو امریکہ نے جاپان پر کیا۔</w:t>
      </w:r>
    </w:p>
    <w:p>
      <w:r>
        <w:rPr>
          <w:b/>
        </w:rPr>
        <w:t xml:space="preserve">[28:35] </w:t>
      </w:r>
      <w:r>
        <w:t>jo Musalman kehte hain na, hum par zulm ho raha hai, to saare zulmon ko ikattha kiya jaye.</w:t>
      </w:r>
    </w:p>
    <w:p>
      <w:pPr>
        <w:jc w:val="right"/>
      </w:pPr>
      <w:r>
        <w:t>جو مسلمان کہتے ہیں نا، ہم پر ظلم ہو رہا ہے، تو سارے ظلموں کو اکٹھا کیا جائے۔</w:t>
      </w:r>
    </w:p>
    <w:p>
      <w:r>
        <w:rPr>
          <w:b/>
        </w:rPr>
        <w:t xml:space="preserve">[28:43] </w:t>
      </w:r>
      <w:r>
        <w:t>dunya bhar mein jo zulm Musalmanon par batate hain, woh in sab se bada zulm woh tha jo</w:t>
      </w:r>
    </w:p>
    <w:p>
      <w:pPr>
        <w:jc w:val="right"/>
      </w:pPr>
      <w:r>
        <w:t>دنیا بھر میں جو ظلم مسلمانوں پر بتاتے ہیں، وہ ان سب سے بڑا ظلم وہ تھا جو</w:t>
      </w:r>
    </w:p>
    <w:p>
      <w:r>
        <w:rPr>
          <w:b/>
        </w:rPr>
        <w:t xml:space="preserve">[28:50] </w:t>
      </w:r>
      <w:r>
        <w:t>America ne Japan par kiya ke do atom bomb un ke bare shehron par gira diye.</w:t>
      </w:r>
    </w:p>
    <w:p>
      <w:pPr>
        <w:jc w:val="right"/>
      </w:pPr>
      <w:r>
        <w:t>امریکہ نے جاپان پر کیا کہ دو ایٹم بم ان کے بڑے شہروں پر گرا دیے۔</w:t>
      </w:r>
    </w:p>
    <w:p>
      <w:r>
        <w:rPr>
          <w:b/>
        </w:rPr>
        <w:t xml:space="preserve">[28:58] </w:t>
      </w:r>
      <w:r>
        <w:t>Hiroshima aur Nagasaki. Bohat hi bara, bohat hi bari tabahi aayi. Lekin Japan ne takht-e-tafrih U-turn liya. America ne us waqt, yaani jang jab khatam hui, second world war jab khatam hui, to Japan ka ek bara jazeera Okinawa kabze mein kar rakha tha. Unhon ne General MacArthur</w:t>
      </w:r>
    </w:p>
    <w:p>
      <w:pPr>
        <w:jc w:val="right"/>
      </w:pPr>
      <w:r>
        <w:t>ہیروشیما اور ناگاسکی۔ بہت ہی بڑا، بہت ہی بڑی تباہی آئی۔ لیکن جاپان نے تخت تفرت یو ٹرن لیا۔ امریکہ نے اس وقت، یعنی جنگ جب ختم ہوئی، سیکنڈ ورلڈ وار جب ختم ہوئی، تو جاپان کا ایک بڑا جزیرہ یوکناوا قبضہ میں کر رکھا تھا۔ انہوں نے جنرل میکارت</w:t>
      </w:r>
    </w:p>
    <w:p>
      <w:r>
        <w:rPr>
          <w:b/>
        </w:rPr>
        <w:t xml:space="preserve">[29:28] </w:t>
      </w:r>
      <w:r>
        <w:t>har Japan ka administrator banaya gaya.</w:t>
      </w:r>
    </w:p>
    <w:p>
      <w:pPr>
        <w:jc w:val="right"/>
      </w:pPr>
      <w:r>
        <w:t>ھر جاپان کا ایڈمنسٹریٹر بنایا گیا۔</w:t>
      </w:r>
    </w:p>
    <w:p>
      <w:r>
        <w:rPr>
          <w:b/>
        </w:rPr>
        <w:t xml:space="preserve">[29:32] </w:t>
      </w:r>
      <w:r>
        <w:t>America ki education jahan chalai gayi.</w:t>
      </w:r>
    </w:p>
    <w:p>
      <w:pPr>
        <w:jc w:val="right"/>
      </w:pPr>
      <w:r>
        <w:t>امریکہ کی ایجوکیشن جہاں چلائی گئی۔</w:t>
      </w:r>
    </w:p>
    <w:p>
      <w:r>
        <w:rPr>
          <w:b/>
        </w:rPr>
        <w:t xml:space="preserve">[29:37] </w:t>
      </w:r>
      <w:r>
        <w:t>lekin unhon ne takrao nahin kiya.</w:t>
      </w:r>
    </w:p>
    <w:p>
      <w:pPr>
        <w:jc w:val="right"/>
      </w:pPr>
      <w:r>
        <w:t>لیکن انہوں نے ٹکراؤ نہیں کیا۔</w:t>
      </w:r>
    </w:p>
    <w:p>
      <w:r>
        <w:rPr>
          <w:b/>
        </w:rPr>
        <w:t xml:space="preserve">[29:41] </w:t>
      </w:r>
      <w:r>
        <w:t>hum, unhon ne planning ki aur hum America se paisa liya.</w:t>
      </w:r>
    </w:p>
    <w:p>
      <w:pPr>
        <w:jc w:val="right"/>
      </w:pPr>
      <w:r>
        <w:t>ہم، انہوں نے پلاننگ کی اور ہم امریکہ سے پیسہ لیا۔</w:t>
      </w:r>
    </w:p>
    <w:p>
      <w:r>
        <w:rPr>
          <w:b/>
        </w:rPr>
        <w:t xml:space="preserve">[29:45] </w:t>
      </w:r>
      <w:r>
        <w:t>America se paise le kar apni national planning ki.</w:t>
      </w:r>
    </w:p>
    <w:p>
      <w:pPr>
        <w:jc w:val="right"/>
      </w:pPr>
      <w:r>
        <w:t>امریکہ سے پیسے لے کر اپنی نیشنل پلاننگ کی۔</w:t>
      </w:r>
    </w:p>
    <w:p>
      <w:r>
        <w:rPr>
          <w:b/>
        </w:rPr>
        <w:t xml:space="preserve">[29:50] </w:t>
      </w:r>
      <w:r>
        <w:t>unhon ne koi sawal hi nahin chhodha.</w:t>
      </w:r>
    </w:p>
    <w:p>
      <w:pPr>
        <w:jc w:val="right"/>
      </w:pPr>
      <w:r>
        <w:t>انہوں نے کوئی سوال ہی نہیں چھوڑا۔</w:t>
      </w:r>
    </w:p>
    <w:p>
      <w:r>
        <w:rPr>
          <w:b/>
        </w:rPr>
        <w:t xml:space="preserve">[29:54] </w:t>
      </w:r>
      <w:r>
        <w:t>unhon ne Okinawa ka ya General MacArthur ka ya aur</w:t>
      </w:r>
    </w:p>
    <w:p>
      <w:pPr>
        <w:jc w:val="right"/>
      </w:pPr>
      <w:r>
        <w:t>انہوں نے اوکیناوا کا یا جنرل میکارتھر کا یا اور</w:t>
      </w:r>
    </w:p>
    <w:p>
      <w:r>
        <w:rPr>
          <w:b/>
        </w:rPr>
        <w:t xml:space="preserve">[29:58] </w:t>
      </w:r>
      <w:r>
        <w:t>jo America ki jo domination tha, kuch nahin.</w:t>
      </w:r>
    </w:p>
    <w:p>
      <w:pPr>
        <w:jc w:val="right"/>
      </w:pPr>
      <w:r>
        <w:t>جو امریکہ کی جو ڈومینیشن تھا، کچھ نہیں۔</w:t>
      </w:r>
    </w:p>
    <w:p>
      <w:r>
        <w:rPr>
          <w:b/>
        </w:rPr>
        <w:t xml:space="preserve">[30:06] </w:t>
      </w:r>
      <w:r>
        <w:t>sirf apni national jo un ka national plan tha, us ko chalana America ke taawun se, America ke cooperation se.</w:t>
      </w:r>
    </w:p>
    <w:p>
      <w:pPr>
        <w:jc w:val="right"/>
      </w:pPr>
      <w:r>
        <w:t>صرف اپنی نیشنل جو ان کا نیشنل پلان تھا، اس کو چلانا امریکہ کے تعاون سے، امریکہ کے کوآپریشن سے۔</w:t>
      </w:r>
    </w:p>
    <w:p>
      <w:r>
        <w:rPr>
          <w:b/>
        </w:rPr>
        <w:t xml:space="preserve">[30:13] </w:t>
      </w:r>
      <w:r>
        <w:t>aur aap jaante hain ke 25 saal ke andar history badal gayi.</w:t>
      </w:r>
    </w:p>
    <w:p>
      <w:pPr>
        <w:jc w:val="right"/>
      </w:pPr>
      <w:r>
        <w:t>اور آپ جانتے ہیں کہ 25 سال کے اندر ہسٹری بدل گئی۔</w:t>
      </w:r>
    </w:p>
    <w:p>
      <w:r>
        <w:rPr>
          <w:b/>
        </w:rPr>
        <w:t xml:space="preserve">[30:21] </w:t>
      </w:r>
      <w:r>
        <w:t>Japan jo hai, emerge kiya ek economic</w:t>
      </w:r>
    </w:p>
    <w:p>
      <w:pPr>
        <w:jc w:val="right"/>
      </w:pPr>
      <w:r>
        <w:t>جاپان جو ہے، ایمرج کیا ایک اکنامک</w:t>
      </w:r>
    </w:p>
    <w:p>
      <w:r>
        <w:rPr>
          <w:b/>
        </w:rPr>
        <w:t xml:space="preserve">[30:28] </w:t>
      </w:r>
      <w:r>
        <w:t>superpower ke taur par. To duniya mein jo taraqqiyan hain, bazahir to mukhtalif qomon ne taraqqiyan ki hain, lekin is ka jo primary source, primary role jo hai, woh Islami ka hai. Secondary role doosron ka hai, secondary. Primary role Islam ka hai. Maut ke zamane mein Musalmanon</w:t>
      </w:r>
    </w:p>
    <w:p>
      <w:pPr>
        <w:jc w:val="right"/>
      </w:pPr>
      <w:r>
        <w:t>سپر پاور کے طور پر۔ تو دنیا میں جو ترقیاں ہیں، بظاہر تو مختلف قوموں نے ترقیاں کی ہیں، لیکن اس کا جو پرائمری سورس، پرائمری رول جو ہے، وہ اسلامی کا ہے۔ سیکنڈری رول دوسروں کا ہے، سیکنڈری۔ پرائمری رول اسلام کا ہے۔ موت کے زمانے میں مسلمانوں</w:t>
      </w:r>
    </w:p>
    <w:p>
      <w:r>
        <w:rPr>
          <w:b/>
        </w:rPr>
        <w:t xml:space="preserve">[30:58] </w:t>
      </w:r>
      <w:r>
        <w:t>ko chahiye ke woh ginn kar jaye, bomb kar jaye, suicide warming, us ko haram samajh ke chhod dein.</w:t>
      </w:r>
    </w:p>
    <w:p>
      <w:pPr>
        <w:jc w:val="right"/>
      </w:pPr>
      <w:r>
        <w:t>کو چاہیے کہ وہ گن کر جائے، بم کر جائے، سوسائیڈ وارمنگ، اس کو حرام سمجھ کے چھوڑ دیں۔</w:t>
      </w:r>
    </w:p>
    <w:p>
      <w:r>
        <w:rPr>
          <w:b/>
        </w:rPr>
        <w:t xml:space="preserve">[31:04] </w:t>
      </w:r>
      <w:r>
        <w:t>haram, haram samajh ke chhod dein.</w:t>
      </w:r>
    </w:p>
    <w:p>
      <w:pPr>
        <w:jc w:val="right"/>
      </w:pPr>
      <w:r>
        <w:t>حرام، حرام سمجھ کے چھوڑ دیں۔</w:t>
      </w:r>
    </w:p>
    <w:p>
      <w:r>
        <w:rPr>
          <w:b/>
        </w:rPr>
        <w:t xml:space="preserve">[31:10] </w:t>
      </w:r>
      <w:r>
        <w:t>tab un ke andar positive thinking aayegi, tab woh sehat Rasool ko samajh paayenge, tab woh</w:t>
      </w:r>
    </w:p>
    <w:p>
      <w:pPr>
        <w:jc w:val="right"/>
      </w:pPr>
      <w:r>
        <w:t>تب ان کے اندر پازیٹیو تھکنگ آئے گی، تب وہ صحت رسول کو سمجھ پائیں گے، تب وہ</w:t>
      </w:r>
    </w:p>
    <w:p>
      <w:r>
        <w:rPr>
          <w:b/>
        </w:rPr>
        <w:t xml:space="preserve">[31:16] </w:t>
      </w:r>
      <w:r>
        <w:t>Islam ke paigham ko jaan paayenge.</w:t>
      </w:r>
    </w:p>
    <w:p>
      <w:pPr>
        <w:jc w:val="right"/>
      </w:pPr>
      <w:r>
        <w:t>اسلام کے پیغام کو جان پائیں گے۔</w:t>
      </w:r>
    </w:p>
    <w:p>
      <w:r>
        <w:rPr>
          <w:b/>
        </w:rPr>
        <w:t xml:space="preserve">[31:23] </w:t>
      </w:r>
      <w:r>
        <w:t>abhi to jaanane ki koshish bhi nahin hai. Hamare baap</w:t>
      </w:r>
    </w:p>
    <w:p>
      <w:pPr>
        <w:jc w:val="right"/>
      </w:pPr>
      <w:r>
        <w:t>ابھی تو جاننے کی کوشش بھی نہیں ہے۔ ہمارے باپ</w:t>
      </w:r>
    </w:p>
    <w:p>
      <w:r>
        <w:rPr>
          <w:b/>
        </w:rPr>
        <w:t xml:space="preserve">[31:29] </w:t>
      </w:r>
      <w:r>
        <w:t>the Fariduddin Khan. Fariduddin ka to gaon mein un ki hesiyat chaudhri ki thi. Bare zimmedar the. To wahan par jo Dalit log the, aaj kal Dalit kehte hain, us zamane mein Chamar bola jata tha. Us ko Churoti kehte the un ki abadi ko. Hamare gaon mein jo Churoti thi, us mein Dalit ke</w:t>
      </w:r>
    </w:p>
    <w:p>
      <w:pPr>
        <w:jc w:val="right"/>
      </w:pPr>
      <w:r>
        <w:t>تھے فرید الدین خان۔ فرید الدین کا تو گاؤں میں ان کی حیثیت چوہدری کی تھی۔ بڑے ذمہ دار تھے۔ تو وہاں پر جو دلت لوگ تھے، آج کل دلت کہتے ہیں، اس زمانے میں چوار بولا جاتا تھا۔ اس کو چوروٹی کہتے تھے ان کی آبادی کو۔ ہمارے گاؤں میں جو چوروٹی تھی، اس میں دلت کے</w:t>
      </w:r>
    </w:p>
    <w:p>
      <w:r>
        <w:rPr>
          <w:b/>
        </w:rPr>
        <w:t xml:space="preserve">[31:59] </w:t>
      </w:r>
      <w:r>
        <w:t>do feemly mein larai hui.</w:t>
      </w:r>
    </w:p>
    <w:p>
      <w:pPr>
        <w:jc w:val="right"/>
      </w:pPr>
      <w:r>
        <w:t>دو فیملی میں لڑائی ہوئی۔</w:t>
      </w:r>
    </w:p>
    <w:p>
      <w:r>
        <w:rPr>
          <w:b/>
        </w:rPr>
        <w:t xml:space="preserve">[32:07] </w:t>
      </w:r>
      <w:r>
        <w:t>subah se shaam tak ladte rahe woh log.</w:t>
      </w:r>
    </w:p>
    <w:p>
      <w:pPr>
        <w:jc w:val="right"/>
      </w:pPr>
      <w:r>
        <w:t>صبح سے شام تک لڑتے رہے وہ لوگ۔</w:t>
      </w:r>
    </w:p>
    <w:p>
      <w:r>
        <w:rPr>
          <w:b/>
        </w:rPr>
        <w:t xml:space="preserve">[32:15] </w:t>
      </w:r>
      <w:r>
        <w:t>matlab musallah larai nahi, jhagda, fasaad, maar kaat wali larai nahi.</w:t>
      </w:r>
    </w:p>
    <w:p>
      <w:pPr>
        <w:jc w:val="right"/>
      </w:pPr>
      <w:r>
        <w:t>مطلب مسلح لڑائی نہیں، جھگڑا، فساد، مار کاٹ والی لڑائی نہیں۔</w:t>
      </w:r>
    </w:p>
    <w:p>
      <w:r>
        <w:rPr>
          <w:b/>
        </w:rPr>
        <w:t xml:space="preserve">[32:23] </w:t>
      </w:r>
      <w:r>
        <w:t>toh shaam ko yeh log aaye hamare baap ke paas, is ke liye faisla karne ke liye.</w:t>
      </w:r>
    </w:p>
    <w:p>
      <w:pPr>
        <w:jc w:val="right"/>
      </w:pPr>
      <w:r>
        <w:t>تو شام کو یہ لوگ آئے ہمارے باپ کے پاس، اس کے لیے فیصلہ کرنے کے لیے۔</w:t>
      </w:r>
    </w:p>
    <w:p>
      <w:r>
        <w:rPr>
          <w:b/>
        </w:rPr>
        <w:t xml:space="preserve">[32:31] </w:t>
      </w:r>
      <w:r>
        <w:t>toh hamare baap ne dekha ke yeh din bhar ladte rahe hain, toh yeh toh bhooke honge.</w:t>
      </w:r>
    </w:p>
    <w:p>
      <w:pPr>
        <w:jc w:val="right"/>
      </w:pPr>
      <w:r>
        <w:t>تو ہمارے باپ نے دیکھا کہ یہ دن بھر لڑتے رہے ہیں، تو یہ تو بھوکے ہوں گے۔</w:t>
      </w:r>
    </w:p>
    <w:p>
      <w:r>
        <w:rPr>
          <w:b/>
        </w:rPr>
        <w:t xml:space="preserve">[32:37] </w:t>
      </w:r>
      <w:r>
        <w:t>toh aisi haalat mein tasiya kya hoga? toh aap ne dono feemly ko kaha ke pehle in ko</w:t>
      </w:r>
    </w:p>
    <w:p>
      <w:pPr>
        <w:jc w:val="right"/>
      </w:pPr>
      <w:r>
        <w:t>تو ایسی حالت میں تسیہ کیا ہوگا؟ تو آپ نے دونوں فیملی کو کہا کہ پہلے ان کو</w:t>
      </w:r>
    </w:p>
    <w:p>
      <w:r>
        <w:rPr>
          <w:b/>
        </w:rPr>
        <w:t xml:space="preserve">[32:44] </w:t>
      </w:r>
      <w:r>
        <w:t>woh diya, saal raashan diya.</w:t>
      </w:r>
    </w:p>
    <w:p>
      <w:pPr>
        <w:jc w:val="right"/>
      </w:pPr>
      <w:r>
        <w:t>وہ دیا، سال راشن دیا۔</w:t>
      </w:r>
    </w:p>
    <w:p>
      <w:r>
        <w:rPr>
          <w:b/>
        </w:rPr>
        <w:t xml:space="preserve">[32:50] </w:t>
      </w:r>
      <w:r>
        <w:t>is zamane mein raashan hota tha chawal aur daal, ke khichri pakaao.</w:t>
      </w:r>
    </w:p>
    <w:p>
      <w:pPr>
        <w:jc w:val="right"/>
      </w:pPr>
      <w:r>
        <w:t>اس زمانے میں راشن ہوتا تھا چاول اور دال، کہ کھجری پکاؤ۔</w:t>
      </w:r>
    </w:p>
    <w:p>
      <w:r>
        <w:rPr>
          <w:b/>
        </w:rPr>
        <w:t xml:space="preserve">[32:57] </w:t>
      </w:r>
      <w:r>
        <w:t>toh pehle in ko kaha ke jaao khichri pakaao aur khao pehle.</w:t>
      </w:r>
    </w:p>
    <w:p>
      <w:pPr>
        <w:jc w:val="right"/>
      </w:pPr>
      <w:r>
        <w:t>تو پہلے ان کو کہا کہ جاؤ کھجری پکاؤ اور کھاؤ پہلے۔</w:t>
      </w:r>
    </w:p>
    <w:p>
      <w:r>
        <w:rPr>
          <w:b/>
        </w:rPr>
        <w:t xml:space="preserve">[33:04] </w:t>
      </w:r>
      <w:r>
        <w:t>toh khichri pakaao aur paka ke khao aur paani piyo, tab jhagde ka tasiya hoga.</w:t>
      </w:r>
    </w:p>
    <w:p>
      <w:pPr>
        <w:jc w:val="right"/>
      </w:pPr>
      <w:r>
        <w:t>تو کھجری پکاؤ اور پکا کے کھاؤ اور پانی پیو، تب جھگڑے کا تسیہ ہوگا۔</w:t>
      </w:r>
    </w:p>
    <w:p>
      <w:r>
        <w:rPr>
          <w:b/>
        </w:rPr>
        <w:t xml:space="preserve">[33:10] </w:t>
      </w:r>
      <w:r>
        <w:t>toh woh log jab logon ne khaya piya toh thande ho gaye.</w:t>
      </w:r>
    </w:p>
    <w:p>
      <w:pPr>
        <w:jc w:val="right"/>
      </w:pPr>
      <w:r>
        <w:t>تو وہ لوگ جب لوگوں نے کھایا پیا تو ٹھنڈے ہو گئے۔</w:t>
      </w:r>
    </w:p>
    <w:p>
      <w:r>
        <w:rPr>
          <w:b/>
        </w:rPr>
        <w:t xml:space="preserve">[33:16] </w:t>
      </w:r>
      <w:r>
        <w:t>toh baghair bahar se hi khatam ho gaya qissa.</w:t>
      </w:r>
    </w:p>
    <w:p>
      <w:pPr>
        <w:jc w:val="right"/>
      </w:pPr>
      <w:r>
        <w:t>تو بغیر باہر سے ہی ختم ہو گیا قصہ۔</w:t>
      </w:r>
    </w:p>
    <w:p>
      <w:r>
        <w:rPr>
          <w:b/>
        </w:rPr>
        <w:t xml:space="preserve">[33:22] </w:t>
      </w:r>
      <w:r>
        <w:t>baghair bahar ke qissa khatam ho gaya aur khush khush ghar wapas chale gaye.</w:t>
      </w:r>
    </w:p>
    <w:p>
      <w:pPr>
        <w:jc w:val="right"/>
      </w:pPr>
      <w:r>
        <w:t>بغیر باہر کے قصہ ختم ہو گیا اور خوش خوش گھر واپس چلے گئے۔</w:t>
      </w:r>
    </w:p>
    <w:p>
      <w:r>
        <w:rPr>
          <w:b/>
        </w:rPr>
        <w:t xml:space="preserve">[33:28] </w:t>
      </w:r>
      <w:r>
        <w:t>khush khush ghar wapas chale gaye.</w:t>
      </w:r>
    </w:p>
    <w:p>
      <w:pPr>
        <w:jc w:val="right"/>
      </w:pPr>
      <w:r>
        <w:t>خوش خوش گھر واپس چلے گئے۔</w:t>
      </w:r>
    </w:p>
    <w:p>
      <w:r>
        <w:rPr>
          <w:b/>
        </w:rPr>
        <w:t xml:space="preserve">[33:35] </w:t>
      </w:r>
      <w:r>
        <w:t>To jhagde se baat badhti hai. Aap jhagda na karte ho, baat khatam hoti hai. Yaad rakhiye, hamesha chahe khandan ho ya khandan ke bahar ho, jhagda hote hue koi faisla nahi ho sakta. Pehle jhagda khatam kijiye, phir saari baat tay ho jayegi. To Musalman us waqt jo jhagda chhede hue hain, duniya qomon se, ginn kar chale, bomb kar chale, suicide warming, to us position</w:t>
      </w:r>
    </w:p>
    <w:p>
      <w:pPr>
        <w:jc w:val="right"/>
      </w:pPr>
      <w:r>
        <w:t>تو جھگڑے سے بات بڑھتی ہے۔ آپ جھگڑا نہ کرتے ہو، بات ختم ہوتی ہے۔ یاد رکھیے، ہمیشہ چاہے خاندان ہو یا خاندان کے باہر ہو، جھگڑا ہوتے ہوئے کوئی فیصلہ نہیں ہو سکتا۔ پہلے جھگڑا ختم کیجئے، پھر ساری بات طے ہو جائے گی۔ تو مسلمان اس وقت جو جھگڑا چھڑے ہوئے ہیں، دنیا قوموں سے، گن کر چلے، بم کر چلے، سوسائیڈ وارمنگ، تو اس پوزیشن</w:t>
      </w:r>
    </w:p>
    <w:p>
      <w:r>
        <w:rPr>
          <w:b/>
        </w:rPr>
        <w:t xml:space="preserve">[34:05] </w:t>
      </w:r>
      <w:r>
        <w:t>mein nahi ke woh samjhein baaton ko.</w:t>
      </w:r>
    </w:p>
    <w:p>
      <w:pPr>
        <w:jc w:val="right"/>
      </w:pPr>
      <w:r>
        <w:t>میں نہیں کہ وہ سمجھیں باتوں کو۔</w:t>
      </w:r>
    </w:p>
    <w:p>
      <w:r>
        <w:rPr>
          <w:b/>
        </w:rPr>
        <w:t xml:space="preserve">[34:11] </w:t>
      </w:r>
      <w:r>
        <w:t>toh sab se pehle in ko kaha jaye ke jaao khichri pakaao, khao, khao, kapde thande karo.</w:t>
      </w:r>
    </w:p>
    <w:p>
      <w:pPr>
        <w:jc w:val="right"/>
      </w:pPr>
      <w:r>
        <w:t>تو سب سے پہلے ان کو کہا جائے کہ جاؤ کھجری پکاؤ، کھاؤ، کھاؤ، کپڑے ٹھنڈا کرو۔</w:t>
      </w:r>
    </w:p>
    <w:p>
      <w:r>
        <w:rPr>
          <w:b/>
        </w:rPr>
        <w:t xml:space="preserve">[34:17] </w:t>
      </w:r>
      <w:r>
        <w:t>phir baat, phir baat foran tay ho jayegi.</w:t>
      </w:r>
    </w:p>
    <w:p>
      <w:pPr>
        <w:jc w:val="right"/>
      </w:pPr>
      <w:r>
        <w:t>پھر بات، پھر بات فوراً طے ہو جائے گی۔</w:t>
      </w:r>
    </w:p>
    <w:p>
      <w:r>
        <w:rPr>
          <w:b/>
        </w:rPr>
        <w:t xml:space="preserve">[34:23] </w:t>
      </w:r>
      <w:r>
        <w:t>toh musalmanon ke paas, musalmanon ko Allah taala ne, musalman se matlab ummat-e-muhammadi, ummat-e-muhammadi ko Allah</w:t>
      </w:r>
    </w:p>
    <w:p>
      <w:pPr>
        <w:jc w:val="right"/>
      </w:pPr>
      <w:r>
        <w:t>تو مسلمانوں کے پاس، مسلمانوں کو اللہ تعالیٰ نے، مسلمان سے مطلب امت محمدی، امت محمدی کو اللہ</w:t>
      </w:r>
    </w:p>
    <w:p>
      <w:r>
        <w:rPr>
          <w:b/>
        </w:rPr>
        <w:t xml:space="preserve">[34:29] </w:t>
      </w:r>
      <w:r>
        <w:t>taala ne quran</w:t>
      </w:r>
    </w:p>
    <w:p>
      <w:pPr>
        <w:jc w:val="right"/>
      </w:pPr>
      <w:r>
        <w:t>تعالیٰ نے قرآن</w:t>
      </w:r>
    </w:p>
    <w:p>
      <w:r>
        <w:rPr>
          <w:b/>
        </w:rPr>
        <w:t xml:space="preserve">[34:35] </w:t>
      </w:r>
      <w:r>
        <w:t>diya hai, sunnat-e-rasool di hai taake woh dunya ko batayein, dunya ko rab-ul-alameen ke ka jo</w:t>
      </w:r>
    </w:p>
    <w:p>
      <w:pPr>
        <w:jc w:val="right"/>
      </w:pPr>
      <w:r>
        <w:t>دیا ہے، سنت رسول دی ہے تاکہ وہ دنیا کو بتائیں، دنیا کو رب العالمین کے کا جو</w:t>
      </w:r>
    </w:p>
    <w:p>
      <w:r>
        <w:rPr>
          <w:b/>
        </w:rPr>
        <w:t xml:space="preserve">[34:41] </w:t>
      </w:r>
      <w:r>
        <w:t>tohfa hai, woh logon ko pahunchayein.</w:t>
      </w:r>
    </w:p>
    <w:p>
      <w:pPr>
        <w:jc w:val="right"/>
      </w:pPr>
      <w:r>
        <w:t>تحفہ ہے، وہ لوگوں کو پہنچائیں۔</w:t>
      </w:r>
    </w:p>
    <w:p>
      <w:r>
        <w:rPr>
          <w:b/>
        </w:rPr>
        <w:t xml:space="preserve">[34:47] </w:t>
      </w:r>
      <w:r>
        <w:t>lekin woh lad bhi rahe hain, lad bhi rahe hain, is position mein nahi ke pahunchayein.</w:t>
      </w:r>
    </w:p>
    <w:p>
      <w:pPr>
        <w:jc w:val="right"/>
      </w:pPr>
      <w:r>
        <w:t>لیکن وہ لڑ بھی رہے ہیں، لڑ بھی رہے ہیں، اس پوزیشن میں نہیں کہ پہنچائیں۔</w:t>
      </w:r>
    </w:p>
    <w:p>
      <w:r>
        <w:rPr>
          <w:b/>
        </w:rPr>
        <w:t xml:space="preserve">[34:53] </w:t>
      </w:r>
      <w:r>
        <w:t>toh in ko pehla kaam yeh hai ke ja kar khichri paka ke khayein, apne dimaagh ko thanda karein.</w:t>
      </w:r>
    </w:p>
    <w:p>
      <w:pPr>
        <w:jc w:val="right"/>
      </w:pPr>
      <w:r>
        <w:t>تو ان کو پہلا کام یہ ہے کہ جا کر کھجری پکا کے کھائیں، اپنے دماغ کو ٹھنڈا کریں۔</w:t>
      </w:r>
    </w:p>
    <w:p>
      <w:r>
        <w:rPr>
          <w:b/>
        </w:rPr>
        <w:t xml:space="preserve">[34:59] </w:t>
      </w:r>
      <w:r>
        <w:t>tab woh is</w:t>
      </w:r>
    </w:p>
    <w:p>
      <w:pPr>
        <w:jc w:val="right"/>
      </w:pPr>
      <w:r>
        <w:t>تب وہ اس</w:t>
      </w:r>
    </w:p>
    <w:p>
      <w:r>
        <w:rPr>
          <w:b/>
        </w:rPr>
        <w:t xml:space="preserve">[35:05] </w:t>
      </w:r>
      <w:r>
        <w:t>position mein honge ke dunya ko rasool Allah ki sunnat, quran ka paigham, islam ka jo tohfa</w:t>
      </w:r>
    </w:p>
    <w:p>
      <w:pPr>
        <w:jc w:val="right"/>
      </w:pPr>
      <w:r>
        <w:t>پوزیشن میں ہوں گے کہ دنیا کو رسول اللہ کی سنت، قرآن کا پیغام، اسلام کا جو تحفہ</w:t>
      </w:r>
    </w:p>
    <w:p>
      <w:r>
        <w:rPr>
          <w:b/>
        </w:rPr>
        <w:t xml:space="preserve">[35:13] </w:t>
      </w:r>
      <w:r>
        <w:t>hai allah ki taraf se, is ko insano tak pohnchaen.</w:t>
      </w:r>
    </w:p>
    <w:p>
      <w:pPr>
        <w:jc w:val="right"/>
      </w:pPr>
      <w:r>
        <w:t>ہے اللہ کی طرف سے، اس کو انسانوں تک پہنچائیں۔</w:t>
      </w:r>
    </w:p>
    <w:p>
      <w:r>
        <w:rPr>
          <w:b/>
        </w:rPr>
        <w:t xml:space="preserve">[35:21] </w:t>
      </w:r>
      <w:r>
        <w:t>to is waqt musalmano ko yeh karna hai ke kuch bhi shikayat ho, kuch bhi shikayat ho, is</w:t>
      </w:r>
    </w:p>
    <w:p>
      <w:pPr>
        <w:jc w:val="right"/>
      </w:pPr>
      <w:r>
        <w:t>تو اس وقت مسلمانوں کو یہ کرنا ہے کہ کچھ بھی شکایت ہو، کچھ بھی شکایت ہو، اس</w:t>
      </w:r>
    </w:p>
    <w:p>
      <w:r>
        <w:rPr>
          <w:b/>
        </w:rPr>
        <w:t xml:space="preserve">[35:29] </w:t>
      </w:r>
      <w:r>
        <w:t>shikayat ko bhula den.</w:t>
      </w:r>
    </w:p>
    <w:p>
      <w:pPr>
        <w:jc w:val="right"/>
      </w:pPr>
      <w:r>
        <w:t>شکایت کو بھلا دیں۔</w:t>
      </w:r>
    </w:p>
    <w:p>
      <w:r>
        <w:rPr>
          <w:b/>
        </w:rPr>
        <w:t xml:space="preserve">[35:37] </w:t>
      </w:r>
      <w:r>
        <w:t>kuch bhi shikayat, rasool allah ne bari bari shikayaton ko bhula diya ke kaba ko but khana bana</w:t>
      </w:r>
    </w:p>
    <w:p>
      <w:pPr>
        <w:jc w:val="right"/>
      </w:pPr>
      <w:r>
        <w:t>کچھ بھی شکایت، رسول اللہ نے بڑی بڑی شکایتوں کو بھلا دیا کہ کعبہ کو بت خانہ بنا</w:t>
      </w:r>
    </w:p>
    <w:p>
      <w:r>
        <w:rPr>
          <w:b/>
        </w:rPr>
        <w:t xml:space="preserve">[35:42] </w:t>
      </w:r>
      <w:r>
        <w:t>diya logo ne, to bhula diya is shikayat ko.</w:t>
      </w:r>
    </w:p>
    <w:p>
      <w:pPr>
        <w:jc w:val="right"/>
      </w:pPr>
      <w:r>
        <w:t>دیا لوگوں نے، تو بھلا دیا اس شکایت کو۔</w:t>
      </w:r>
    </w:p>
    <w:p>
      <w:r>
        <w:rPr>
          <w:b/>
        </w:rPr>
        <w:t xml:space="preserve">[35:47] </w:t>
      </w:r>
      <w:r>
        <w:t>to musalmano ka pehla kaam hai ek shikayat ko bhulana.</w:t>
      </w:r>
    </w:p>
    <w:p>
      <w:pPr>
        <w:jc w:val="right"/>
      </w:pPr>
      <w:r>
        <w:t>تو مسلمانوں کا پہلا کام ہے ایک شکایت کو بھلانا۔</w:t>
      </w:r>
    </w:p>
    <w:p>
      <w:r>
        <w:rPr>
          <w:b/>
        </w:rPr>
        <w:t xml:space="preserve">[35:52] </w:t>
      </w:r>
      <w:r>
        <w:t>pehla kaam hai shikayat ko bhulana.</w:t>
      </w:r>
    </w:p>
    <w:p>
      <w:pPr>
        <w:jc w:val="right"/>
      </w:pPr>
      <w:r>
        <w:t>پہلا کام ہے شکایت کو بھلانا۔</w:t>
      </w:r>
    </w:p>
    <w:p>
      <w:r>
        <w:rPr>
          <w:b/>
        </w:rPr>
        <w:t xml:space="preserve">[35:58] </w:t>
      </w:r>
      <w:r>
        <w:t>tab woh, tab un ka maan is qabil banega ke woh kuch sochen.</w:t>
      </w:r>
    </w:p>
    <w:p>
      <w:pPr>
        <w:jc w:val="right"/>
      </w:pPr>
      <w:r>
        <w:t>تب وہ، تب ان کا مان اس قابل بنے گا کہ وہ کچھ سوچیں۔</w:t>
      </w:r>
    </w:p>
    <w:p>
      <w:r>
        <w:rPr>
          <w:b/>
        </w:rPr>
        <w:t xml:space="preserve">[36:03] </w:t>
      </w:r>
      <w:r>
        <w:t>jo bhi shikayaten ab musalmano ko hongi, un sab ko bhulao, chahe kitni bari shikayat ho.</w:t>
      </w:r>
    </w:p>
    <w:p>
      <w:pPr>
        <w:jc w:val="right"/>
      </w:pPr>
      <w:r>
        <w:t>جو بھی شکایتیں اب مسلمانوں کو ہوں گی، ان سب کو بھلاؤ، چاہے کتنی بڑی شکایت ہو۔</w:t>
      </w:r>
    </w:p>
    <w:p>
      <w:r>
        <w:rPr>
          <w:b/>
        </w:rPr>
        <w:t xml:space="preserve">[36:08] </w:t>
      </w:r>
      <w:r>
        <w:t>Masalan shikayat hai ke Babri Masjid utha diya, to bhulao us ko. Yeh shikayat hai ke empire ko tod diya, Turkish empire, Mughal empire, Usmani empire, bhulao us ko. Aaj ka jo Musalman hai, usi yaad mein jeeta hai, usi yaad mein jeeta hai ke yeh zulm kiya, woh zulm kiya.</w:t>
      </w:r>
    </w:p>
    <w:p>
      <w:pPr>
        <w:jc w:val="right"/>
      </w:pPr>
      <w:r>
        <w:t>مثلاً شکایت ہے کہ بابری مسجد اٹھا دیا، تو بھلاؤ اس کو۔ یہ شکایت ہے کہ امپائر کو توڑ دیا، ترکش امپائر، مغل امپائر، عثمانی امپائر، بھلاؤ اس کو۔ آج کا جو مسلمان ہے، اسی یاد میں جیتا ہے، اسی یاد میں جیتا ہے کہ یہ ظلم کیا، وہ ظلم کیا۔</w:t>
      </w:r>
    </w:p>
    <w:p>
      <w:r>
        <w:rPr>
          <w:b/>
        </w:rPr>
        <w:t xml:space="preserve">[36:38] </w:t>
      </w:r>
      <w:r>
        <w:t>shamir ne kaha tha, kaha tha log hum se intiqam fatah ayubi, dikhao ge hamein jang salibi ka</w:t>
      </w:r>
    </w:p>
    <w:p>
      <w:pPr>
        <w:jc w:val="right"/>
      </w:pPr>
      <w:r>
        <w:t>شمر نے کہا تھا، کہا تھا لوگ ہم سے انتقام فتح ایوبی، دکھاؤ گے ہمیں جنگ صلیبی کا</w:t>
      </w:r>
    </w:p>
    <w:p>
      <w:r>
        <w:rPr>
          <w:b/>
        </w:rPr>
        <w:t xml:space="preserve">[36:43] </w:t>
      </w:r>
      <w:r>
        <w:t>samak kab tak? is ko bhulao, is ko.</w:t>
      </w:r>
    </w:p>
    <w:p>
      <w:pPr>
        <w:jc w:val="right"/>
      </w:pPr>
      <w:r>
        <w:t>سمک کب تک؟ اس کو بھلاؤ، اس کو۔</w:t>
      </w:r>
    </w:p>
    <w:p>
      <w:r>
        <w:rPr>
          <w:b/>
        </w:rPr>
        <w:t xml:space="preserve">[36:48] </w:t>
      </w:r>
      <w:r>
        <w:t>unho ne turkish empire ko toda, unho ne mughal saltanat ko toda, unho ne israel empire ko toda,</w:t>
      </w:r>
    </w:p>
    <w:p>
      <w:pPr>
        <w:jc w:val="right"/>
      </w:pPr>
      <w:r>
        <w:t>انہوں نے ترکش امپائر کو توڑا، انہوں نے مغل سلطنت کو توڑا، انہوں نے اسرائیل امپائر کو توڑا،</w:t>
      </w:r>
    </w:p>
    <w:p>
      <w:r>
        <w:rPr>
          <w:b/>
        </w:rPr>
        <w:t xml:space="preserve">[36:54] </w:t>
      </w:r>
      <w:r>
        <w:t>bhulao is ko, bhulao.</w:t>
      </w:r>
    </w:p>
    <w:p>
      <w:pPr>
        <w:jc w:val="right"/>
      </w:pPr>
      <w:r>
        <w:t>بھلاؤ اس کو، بھلاؤ۔</w:t>
      </w:r>
    </w:p>
    <w:p>
      <w:r>
        <w:rPr>
          <w:b/>
        </w:rPr>
        <w:t xml:space="preserve">[36:59] </w:t>
      </w:r>
      <w:r>
        <w:t>kyun ke jo bara role tumhara hai ke allah ke deen ka jo jo tohfa aaya hai, is ko</w:t>
      </w:r>
    </w:p>
    <w:p>
      <w:pPr>
        <w:jc w:val="right"/>
      </w:pPr>
      <w:r>
        <w:t>کیونکہ جو بڑا رول تمہارا ہے کہ اللہ کے دین کا جو جو تحفہ آیا ہے، اس کو</w:t>
      </w:r>
    </w:p>
    <w:p>
      <w:r>
        <w:rPr>
          <w:b/>
        </w:rPr>
        <w:t xml:space="preserve">[37:04] </w:t>
      </w:r>
      <w:r>
        <w:t>to pohnchanay ke qabil nahi.</w:t>
      </w:r>
    </w:p>
    <w:p>
      <w:pPr>
        <w:jc w:val="right"/>
      </w:pPr>
      <w:r>
        <w:t>تو پہنچانے کے قابل نہیں۔</w:t>
      </w:r>
    </w:p>
    <w:p>
      <w:r>
        <w:rPr>
          <w:b/>
        </w:rPr>
        <w:t xml:space="preserve">[37:09] </w:t>
      </w:r>
      <w:r>
        <w:t>allah rab ul alameen ne deen ki shakal mein, quran aur sunnat ki shakal mein ek tohfa bheja hai,</w:t>
      </w:r>
    </w:p>
    <w:p>
      <w:pPr>
        <w:jc w:val="right"/>
      </w:pPr>
      <w:r>
        <w:t>اللہ رب العالمین نے دین کی شکل میں، قرآن اور سنت کی شکل میں ایک تحفہ بھیجا ہے،</w:t>
      </w:r>
    </w:p>
    <w:p>
      <w:r>
        <w:rPr>
          <w:b/>
        </w:rPr>
        <w:t xml:space="preserve">[37:15] </w:t>
      </w:r>
      <w:r>
        <w:t>ek tohfa sare alam ke liye, jis ko.</w:t>
      </w:r>
    </w:p>
    <w:p>
      <w:pPr>
        <w:jc w:val="right"/>
      </w:pPr>
      <w:r>
        <w:t>ایک تحفہ سارے عالم کے لیے، جس کو۔</w:t>
      </w:r>
    </w:p>
    <w:p>
      <w:r>
        <w:rPr>
          <w:b/>
        </w:rPr>
        <w:t xml:space="preserve">[37:21] </w:t>
      </w:r>
      <w:r>
        <w:t>wa ma arsalnaka illa rahmatan lil alameen rasool allah ke bare mein hai ke wa ma arsalnaka illa rahmatan lil alameen kyun ke</w:t>
      </w:r>
    </w:p>
    <w:p>
      <w:pPr>
        <w:jc w:val="right"/>
      </w:pPr>
      <w:r>
        <w:t>وما أرسلناك إلا رحمة للعالمين رسول اللہ کے بارے میں ہے کہ وما أرسلناك إلا رحمة للعالمين کیونکہ</w:t>
      </w:r>
    </w:p>
    <w:p>
      <w:r>
        <w:rPr>
          <w:b/>
        </w:rPr>
        <w:t xml:space="preserve">[37:27] </w:t>
      </w:r>
      <w:r>
        <w:t>rasool allah dunya ki qomon ke liye rehmat bana ke bheje gaye, ek tohfa bana ke bheje gaye.</w:t>
      </w:r>
    </w:p>
    <w:p>
      <w:pPr>
        <w:jc w:val="right"/>
      </w:pPr>
      <w:r>
        <w:t>رسول اللہ دنیا کی قوموں کے لیے رحمت بنا کے بھیجے گئے، ایک تحفہ بنا کے بھیجے گئے۔</w:t>
      </w:r>
    </w:p>
    <w:p>
      <w:r>
        <w:rPr>
          <w:b/>
        </w:rPr>
        <w:t xml:space="preserve">[37:33] </w:t>
      </w:r>
      <w:r>
        <w:t>musalmano ko chahiye ke woh pohnchayen is tohf</w:t>
      </w:r>
    </w:p>
    <w:p>
      <w:pPr>
        <w:jc w:val="right"/>
      </w:pPr>
      <w:r>
        <w:t>مسلمانوں کو چاہیے کہ وہ پہنچائیں اس تح</w:t>
      </w:r>
    </w:p>
    <w:p>
      <w:r>
        <w:rPr>
          <w:b/>
        </w:rPr>
        <w:t xml:space="preserve">[37:39] </w:t>
      </w:r>
      <w:r>
        <w:t>ko. Lekin shikayaton mein jee rahe hain. Shikayaton ki wajah se woh is qabil hi nahi rahe ke woh is tohfe ko pesh karein duniya ke samne. Yahan tak ke jaise abhi mere paas ek sahib aaye the, woh rehte hain America mein, wahan achhi service un ki hai lekin yahan jab tak rahe, woh us shikayat ki baat kar rahe hain. Donald Trump ki shikayat, yeh woh shikayat, woh shikayat.</w:t>
      </w:r>
    </w:p>
    <w:p>
      <w:pPr>
        <w:jc w:val="right"/>
      </w:pPr>
      <w:r>
        <w:t>فے کو لیکن شکایتوں میں جی رہے ہیں۔ شکایتوں کی وجہ سے وہ اس قابل ہی نہیں رہے کہ وہ اس تحفے کو پیش کریں دنیا کے سامنے۔ یہاں تک کہ جیسے ابھی میرے پاس ایک صاحب آئے تھے، وہ رہتے ہیں امریکہ میں، وہاں اچھی سروس ان کی ہے لیکن یہاں جب تک رہے، وہ اس شکایت کی بات کر رہے ہیں۔ ڈونلڈ ٹرمپ کی شکایت، یہ وہ شکایت، وہ شکایت۔</w:t>
      </w:r>
    </w:p>
    <w:p>
      <w:r>
        <w:rPr>
          <w:b/>
        </w:rPr>
        <w:t xml:space="preserve">[38:09] </w:t>
      </w:r>
      <w:r>
        <w:t>to kiya kiya woh woh america mein reh kar rehte hain lekin kiya woh dunya ko islam ke</w:t>
      </w:r>
    </w:p>
    <w:p>
      <w:pPr>
        <w:jc w:val="right"/>
      </w:pPr>
      <w:r>
        <w:t>تو کیا کیا وہ وہ امریکہ میں رہ کر رہتے ہیں لیکن کیا وہ دنیا کو اسلام کے</w:t>
      </w:r>
    </w:p>
    <w:p>
      <w:r>
        <w:rPr>
          <w:b/>
        </w:rPr>
        <w:t xml:space="preserve">[38:17] </w:t>
      </w:r>
      <w:r>
        <w:t>bare mein batayen ge? kiya batayen ge? sab se pehle aap ko apne mind ko positive banana pare</w:t>
      </w:r>
    </w:p>
    <w:p>
      <w:pPr>
        <w:jc w:val="right"/>
      </w:pPr>
      <w:r>
        <w:t>بارے میں بتائیں گے؟ کیا بتائیں گے؟ سب سے پہلے آپ کو اپنے مائنڈ کو پازیٹیو بنانا پڑے</w:t>
      </w:r>
    </w:p>
    <w:p>
      <w:r>
        <w:rPr>
          <w:b/>
        </w:rPr>
        <w:t xml:space="preserve">[38:25] </w:t>
      </w:r>
      <w:r>
        <w:t>ga, tab aap allah ki jo nemat aap ke pas hai, woh dunya ko pohncha payen ge.</w:t>
      </w:r>
    </w:p>
    <w:p>
      <w:pPr>
        <w:jc w:val="right"/>
      </w:pPr>
      <w:r>
        <w:t>گا، تب آپ اللہ کی جو نعمت آپ کے پاس ہے، وہ دنیا کو پہنچا پائیں گے۔</w:t>
      </w:r>
    </w:p>
    <w:p>
      <w:r>
        <w:rPr>
          <w:b/>
        </w:rPr>
        <w:t xml:space="preserve">[38:33] </w:t>
      </w:r>
      <w:r>
        <w:t>to koi bhi shikayat aap ko ho, kitni bari shikayat ho ke masjid babri masjid uthaya,</w:t>
      </w:r>
    </w:p>
    <w:p>
      <w:pPr>
        <w:jc w:val="right"/>
      </w:pPr>
      <w:r>
        <w:t>تو کوئی بھی شکایت آپ کو ہو، کتنی بڑی شکایت ہو کہ مسجد بابری مسجد اٹھایا،</w:t>
      </w:r>
    </w:p>
    <w:p>
      <w:r>
        <w:rPr>
          <w:b/>
        </w:rPr>
        <w:t xml:space="preserve">[38:41] </w:t>
      </w:r>
      <w:r>
        <w:t>turkish empire ko toda, usmani empire ko toda, mughal saltanat ko toda, kuch bhi, is se bhi bari</w:t>
      </w:r>
    </w:p>
    <w:p>
      <w:pPr>
        <w:jc w:val="right"/>
      </w:pPr>
      <w:r>
        <w:t>ترکش امپائر کو توڑا، عثمانی امپائر کو توڑا، مغل سلطنت کو توڑا، کچھ بھی، اس سے بھی بڑی</w:t>
      </w:r>
    </w:p>
    <w:p>
      <w:r>
        <w:rPr>
          <w:b/>
        </w:rPr>
        <w:t xml:space="preserve">[38:46] </w:t>
      </w:r>
      <w:r>
        <w:t>koi shikayat ho, bhala do us ko.</w:t>
      </w:r>
    </w:p>
    <w:p>
      <w:pPr>
        <w:jc w:val="right"/>
      </w:pPr>
      <w:r>
        <w:t>کوئی شکایت ہو، بھلا دو اس کو۔</w:t>
      </w:r>
    </w:p>
    <w:p>
      <w:r>
        <w:rPr>
          <w:b/>
        </w:rPr>
        <w:t xml:space="preserve">[38:51] </w:t>
      </w:r>
      <w:r>
        <w:t>kyon? jo Allah rab ul alameen ka tohfa hai, woh aap pahuncha nahi pa rahe hain insaan ke upar.</w:t>
      </w:r>
    </w:p>
    <w:p>
      <w:pPr>
        <w:jc w:val="right"/>
      </w:pPr>
      <w:r>
        <w:t>کیوں؟ جو اللہ رب العالمین کا تحفہ ہے، وہ آپ پہنچا نہیں پا رہے ہیں انسان کے اوپر۔</w:t>
      </w:r>
    </w:p>
    <w:p>
      <w:r>
        <w:rPr>
          <w:b/>
        </w:rPr>
        <w:t xml:space="preserve">[38:56] </w:t>
      </w:r>
      <w:r>
        <w:t>Allah rab ul alameen ka jo tohfa aap ke paas hai, us ko aap pahuncha nahi pa rahe hain.</w:t>
      </w:r>
    </w:p>
    <w:p>
      <w:pPr>
        <w:jc w:val="right"/>
      </w:pPr>
      <w:r>
        <w:t>اللہ رب العالمین کا جو تحفہ آپ کے پاس ہے، اس کو آپ پہنچا نہیں پا رہے ہیں۔</w:t>
      </w:r>
    </w:p>
    <w:p>
      <w:r>
        <w:rPr>
          <w:b/>
        </w:rPr>
        <w:t xml:space="preserve">[39:01] </w:t>
      </w:r>
      <w:r>
        <w:t>to Allah rab ul alameen ka jo ki taraf se aap ko diya hua jo role hai, woh role</w:t>
      </w:r>
    </w:p>
    <w:p>
      <w:pPr>
        <w:jc w:val="right"/>
      </w:pPr>
      <w:r>
        <w:t>تو اللہ رب العالمین کا جو کی طرف سے آپ کو دیا ہوا جو رول ہے، وہ رول</w:t>
      </w:r>
    </w:p>
    <w:p>
      <w:r>
        <w:rPr>
          <w:b/>
        </w:rPr>
        <w:t xml:space="preserve">[39:06] </w:t>
      </w:r>
      <w:r>
        <w:t>aap ada nahi kar rahe hain. to bha</w:t>
      </w:r>
    </w:p>
    <w:p>
      <w:pPr>
        <w:jc w:val="right"/>
      </w:pPr>
      <w:r>
        <w:t>آپ ادا نہیں کر رہے ہیں۔ تو بھ</w:t>
      </w:r>
    </w:p>
    <w:p>
      <w:r>
        <w:rPr>
          <w:b/>
        </w:rPr>
        <w:t xml:space="preserve">[39:11] </w:t>
      </w:r>
      <w:r>
        <w:t>lao, bhalao, bhalao, bhalao.</w:t>
      </w:r>
    </w:p>
    <w:p>
      <w:pPr>
        <w:jc w:val="right"/>
      </w:pPr>
      <w:r>
        <w:t>لاؤ، بھلاؤ، بھلاؤ، بھلاؤ۔</w:t>
      </w:r>
    </w:p>
    <w:p>
      <w:r>
        <w:rPr>
          <w:b/>
        </w:rPr>
        <w:t xml:space="preserve">[39:17] </w:t>
      </w:r>
      <w:r>
        <w:t>Rasool Allah sal Allah aleh wasalam ne kaba mein tees hazar buton ko bhala diya, tab aap woh</w:t>
      </w:r>
    </w:p>
    <w:p>
      <w:pPr>
        <w:jc w:val="right"/>
      </w:pPr>
      <w:r>
        <w:t>رسول اللہ صلی اللہ علیہ وسلم نے کعبہ میں تیس ہزار بتوں کو بھلا دیا، تب آپ وہ</w:t>
      </w:r>
    </w:p>
    <w:p>
      <w:r>
        <w:rPr>
          <w:b/>
        </w:rPr>
        <w:t xml:space="preserve">[39:23] </w:t>
      </w:r>
      <w:r>
        <w:t>kar saken, apna mission chala saken.</w:t>
      </w:r>
    </w:p>
    <w:p>
      <w:pPr>
        <w:jc w:val="right"/>
      </w:pPr>
      <w:r>
        <w:t>کر سکیں، اپنا مشن چلا سکیں۔</w:t>
      </w:r>
    </w:p>
    <w:p>
      <w:r>
        <w:rPr>
          <w:b/>
        </w:rPr>
        <w:t xml:space="preserve">[39:29] </w:t>
      </w:r>
      <w:r>
        <w:t>warna ladte, shuru se ladte, lad sari tareekh makka ki bas ladte rehte, ladte rehte.</w:t>
      </w:r>
    </w:p>
    <w:p>
      <w:pPr>
        <w:jc w:val="right"/>
      </w:pPr>
      <w:r>
        <w:t>ورنہ لڑتے، شروع سے لڑتے، لڑ ساری تاریخ مکہ کی بس لڑتے رہتے، لڑتے رہتے۔</w:t>
      </w:r>
    </w:p>
    <w:p>
      <w:r>
        <w:rPr>
          <w:b/>
        </w:rPr>
        <w:t xml:space="preserve">[39:36] </w:t>
      </w:r>
      <w:r>
        <w:t>to main samajhta hoon ke yeh jo deen hai, Islam</w:t>
      </w:r>
    </w:p>
    <w:p>
      <w:pPr>
        <w:jc w:val="right"/>
      </w:pPr>
      <w:r>
        <w:t>تو میں سمجھتا ہوں کہ یہ جو دین ہے، اسلام</w:t>
      </w:r>
    </w:p>
    <w:p>
      <w:r>
        <w:rPr>
          <w:b/>
        </w:rPr>
        <w:t xml:space="preserve">[39:42] </w:t>
      </w:r>
      <w:r>
        <w:t>aur Quran aur sunnat-e-Rasool ki shakal mein, woh hamare paas Allah Rabb-ul-Alameen ka gift hai, tohfa hai. Woh aaya hai taake duniya ko pahunchaya jaye. Ummat-e-Muhammadi ke paas woh tohfa aaya hai taake woh duniya ko pahunchaye, jaise postman ke paas aata hai, jaise postman ke paas by post ek tohfa aata hai, is liye ke woh address ko pahuncha</w:t>
      </w:r>
    </w:p>
    <w:p>
      <w:pPr>
        <w:jc w:val="right"/>
      </w:pPr>
      <w:r>
        <w:t>اور قرآن اور سنت رسول کی شکل میں، وہ ہمارے پاس اللہ رب العالمین کا گفٹ ہے، تحفہ ہے۔ وہ آیا ہے تاکہ دنیا کو پہنچایا جائے۔ امت محمدی کے پاس وہ تحفہ آیا ہے تاکہ وہ دنیا کو پہنچائے، جیسے پوسٹ مین کے پاس آتا ہے، جیسے پوسٹ مین کے پاس بائے پوسٹ ایک تحفہ آتا ہے، اس لیے کہ وہ ایڈریس کو پہن</w:t>
      </w:r>
    </w:p>
    <w:p>
      <w:r>
        <w:rPr>
          <w:b/>
        </w:rPr>
        <w:t xml:space="preserve">[40:12] </w:t>
      </w:r>
      <w:r>
        <w:t>chaye.</w:t>
      </w:r>
    </w:p>
    <w:p>
      <w:pPr>
        <w:jc w:val="right"/>
      </w:pPr>
      <w:r>
        <w:t>چائے۔</w:t>
      </w:r>
    </w:p>
    <w:p>
      <w:r>
        <w:rPr>
          <w:b/>
        </w:rPr>
        <w:t xml:space="preserve">[40:17] </w:t>
      </w:r>
      <w:r>
        <w:t>to hamare paas jo Allah rab ul alameen ka jo tohfa aaya hai, woh is liye ke woh insaan</w:t>
      </w:r>
    </w:p>
    <w:p>
      <w:pPr>
        <w:jc w:val="right"/>
      </w:pPr>
      <w:r>
        <w:t>تو ہمارے پاس جو اللہ رب العالمین کا جو تحفہ آیا ہے، وہ اس لیے کہ وہ انسان</w:t>
      </w:r>
    </w:p>
    <w:p>
      <w:r>
        <w:rPr>
          <w:b/>
        </w:rPr>
        <w:t xml:space="preserve">[40:22] </w:t>
      </w:r>
      <w:r>
        <w:t>tak pahunchayen, aap us ko.</w:t>
      </w:r>
    </w:p>
    <w:p>
      <w:pPr>
        <w:jc w:val="right"/>
      </w:pPr>
      <w:r>
        <w:t>تک پہنچائیں، آپ اس کو۔</w:t>
      </w:r>
    </w:p>
    <w:p>
      <w:r>
        <w:rPr>
          <w:b/>
        </w:rPr>
        <w:t xml:space="preserve">[40:27] </w:t>
      </w:r>
      <w:r>
        <w:t>to yeh bhi farz ho gaya hai ke jo bhi cheez rukawat, rukawat ho, yani is is farz</w:t>
      </w:r>
    </w:p>
    <w:p>
      <w:pPr>
        <w:jc w:val="right"/>
      </w:pPr>
      <w:r>
        <w:t>تو یہ بھی فرض ہو گیا ہے کہ جو بھی چیز رکاوٹ، رکاوٹ ہو، یعنی اس اس فرض</w:t>
      </w:r>
    </w:p>
    <w:p>
      <w:r>
        <w:rPr>
          <w:b/>
        </w:rPr>
        <w:t xml:space="preserve">[40:33] </w:t>
      </w:r>
      <w:r>
        <w:t>ki adaiygi, is duty ki adaiygi mein, is duty ki adaiygi mein jo bhi rukawat ho, us ko khatam karo.</w:t>
      </w:r>
    </w:p>
    <w:p>
      <w:pPr>
        <w:jc w:val="right"/>
      </w:pPr>
      <w:r>
        <w:t>کی ادائیگی، اس ڈیوٹی کی ادائیگی میں، اس ڈیوٹی کی ادائیگی میں جو بھی رکاوٹ ہو، اس کو ختم کرو۔</w:t>
      </w:r>
    </w:p>
    <w:p>
      <w:r>
        <w:rPr>
          <w:b/>
        </w:rPr>
        <w:t xml:space="preserve">[40:38] </w:t>
      </w:r>
      <w:r>
        <w:t>to yeh jo</w:t>
      </w:r>
    </w:p>
    <w:p>
      <w:pPr>
        <w:jc w:val="right"/>
      </w:pPr>
      <w:r>
        <w:t>تو یہ جو</w:t>
      </w:r>
    </w:p>
    <w:p>
      <w:r>
        <w:rPr>
          <w:b/>
        </w:rPr>
        <w:t xml:space="preserve">[40:43] </w:t>
      </w:r>
      <w:r>
        <w:t>ye jo shikayati mind hai, us ko khatam karo, shikayati mind ko khatam karo. Kyun ke aap ghor kijiye, akhirat mein jab sare insan ekhatta honge aur musalman wahan shikayat karenge ke hamare empire ko toda logon ne, to ye suni jayegi? Shikayat wahan suni jayegi? Koi nahi sunega, koi farishta nahi sunega is ko. Ek hi baat puchi jayegi ke jo Allah rabbul alameen ka jo tohfa</w:t>
      </w:r>
    </w:p>
    <w:p>
      <w:pPr>
        <w:jc w:val="right"/>
      </w:pPr>
      <w:r>
        <w:t>یہ جو شکایتی مائنڈ ہے، اس کو ختم کرو، شکایتی مائنڈ کو ختم کرو۔ کیونکہ آپ غور کیجئے، آخرت میں جب سارے انسان اکٹھا ہوں گے اور مسلمان وہاں شکایت کریں گے کہ ہمارے امپائر کو توڑا لوگوں نے، تو یہ سنی جائے گی؟ شکایت وہاں سنی جائے گی؟ کوئی نہیں سنے گا، کوئی فرشتہ نہیں سنے گا اس کو۔ ایک ہی بات پوچھی جائے گی کہ جو اللہ رب العالمین کا جو تحفہ</w:t>
      </w:r>
    </w:p>
    <w:p>
      <w:r>
        <w:rPr>
          <w:b/>
        </w:rPr>
        <w:t xml:space="preserve">[41:13] </w:t>
      </w:r>
      <w:r>
        <w:t>tumhare paas bheja gaya tha insaniyat ko dene ke liye, woh dunya ko diya ke nahi diya? wahan</w:t>
      </w:r>
    </w:p>
    <w:p>
      <w:pPr>
        <w:jc w:val="right"/>
      </w:pPr>
      <w:r>
        <w:t>تمہارے پاس بھیجا گیا تھا انسانیت کو دینے کے لیے، وہ دنیا کو دیا کہ نہیں دیا؟ وہاں</w:t>
      </w:r>
    </w:p>
    <w:p>
      <w:r>
        <w:rPr>
          <w:b/>
        </w:rPr>
        <w:t xml:space="preserve">[41:18] </w:t>
      </w:r>
      <w:r>
        <w:t>koi na sune ga, na koi is ka koi charcha hoga ke musalman wahan yeh register kholen, yeh</w:t>
      </w:r>
    </w:p>
    <w:p>
      <w:pPr>
        <w:jc w:val="right"/>
      </w:pPr>
      <w:r>
        <w:t>کوئی نہ سنے گا، نہ کوئی اس کا کوئی چرچا ہوگا کہ مسلمان وہاں یہ رجسٹر کھولیں، یہ</w:t>
      </w:r>
    </w:p>
    <w:p>
      <w:r>
        <w:rPr>
          <w:b/>
        </w:rPr>
        <w:t xml:space="preserve">[41:23] </w:t>
      </w:r>
      <w:r>
        <w:t>daftar kholen, wahan par ke hamare par description hua tha, hum hum ko hamari masjid ko tod diya</w:t>
      </w:r>
    </w:p>
    <w:p>
      <w:pPr>
        <w:jc w:val="right"/>
      </w:pPr>
      <w:r>
        <w:t>دفتر کھولیں، وہاں پر کہ ہمارے پر ڈسکریپشن ہوا تھا، ہم ہم کو ہماری مسجد کو توڑ دیا</w:t>
      </w:r>
    </w:p>
    <w:p>
      <w:r>
        <w:rPr>
          <w:b/>
        </w:rPr>
        <w:t xml:space="preserve">[41:28] </w:t>
      </w:r>
      <w:r>
        <w:t>tha, hamare empire ko khatam kar diya tha.</w:t>
      </w:r>
    </w:p>
    <w:p>
      <w:pPr>
        <w:jc w:val="right"/>
      </w:pPr>
      <w:r>
        <w:t>تھا، ہمارے امپائر کو ختم کر دیا تھا۔</w:t>
      </w:r>
    </w:p>
    <w:p>
      <w:r>
        <w:rPr>
          <w:b/>
        </w:rPr>
        <w:t xml:space="preserve">[41:33] </w:t>
      </w:r>
      <w:r>
        <w:t>wahan koi sunne wala nahi, no taker.</w:t>
      </w:r>
    </w:p>
    <w:p>
      <w:pPr>
        <w:jc w:val="right"/>
      </w:pPr>
      <w:r>
        <w:t>وہاں کوئی سننے والا نہیں، نو ٹیکر۔</w:t>
      </w:r>
    </w:p>
    <w:p>
      <w:r>
        <w:rPr>
          <w:b/>
        </w:rPr>
        <w:t xml:space="preserve">[41:39] </w:t>
      </w:r>
      <w:r>
        <w:t>aakhirat mein jo</w:t>
      </w:r>
    </w:p>
    <w:p>
      <w:pPr>
        <w:jc w:val="right"/>
      </w:pPr>
      <w:r>
        <w:t>آخرت میں جو</w:t>
      </w:r>
    </w:p>
    <w:p>
      <w:r>
        <w:rPr>
          <w:b/>
        </w:rPr>
        <w:t xml:space="preserve">[41:44] </w:t>
      </w:r>
      <w:r>
        <w:t>jo poocha jaye ga, jis cheez ki ahmiyat hogi, woh yahi hogi ke Allah taala ne ummat e Muhammadi</w:t>
      </w:r>
    </w:p>
    <w:p>
      <w:pPr>
        <w:jc w:val="right"/>
      </w:pPr>
      <w:r>
        <w:t>جو پوچھا جائے گا، جس چیز کی اہمیت ہوگی، وہ یہی ہوگی کہ اللہ تعالیٰ نے امت محمدی</w:t>
      </w:r>
    </w:p>
    <w:p>
      <w:r>
        <w:rPr>
          <w:b/>
        </w:rPr>
        <w:t xml:space="preserve">[41:54] </w:t>
      </w:r>
      <w:r>
        <w:t>ko ke wasate se ek tohfa pahunchana chaha tha sare insanon ke liye, ek tohfa rehmat, ek blessing.</w:t>
      </w:r>
    </w:p>
    <w:p>
      <w:pPr>
        <w:jc w:val="right"/>
      </w:pPr>
      <w:r>
        <w:t>کو کے واسطے سے ایک تحفہ پہنچانا چاہا تھا سارے انسانوں کے لیے، ایک تحفہ رحمت، ایک بلیسنگ۔</w:t>
      </w:r>
    </w:p>
    <w:p>
      <w:r>
        <w:rPr>
          <w:b/>
        </w:rPr>
        <w:t xml:space="preserve">[42:05] </w:t>
      </w:r>
      <w:r>
        <w:t>to ummat e Muhammadi ne is tohfe ko logon tak pahunchaya ya nahi pahunchaya?</w:t>
      </w:r>
    </w:p>
    <w:p>
      <w:pPr>
        <w:jc w:val="right"/>
      </w:pPr>
      <w:r>
        <w:t>تو امت محمدی نے اس تحفے کو لوگوں تک پہنچایا یا نہیں پہنچایا؟</w:t>
      </w:r>
    </w:p>
    <w:p>
      <w:r>
        <w:rPr>
          <w:b/>
        </w:rPr>
        <w:t xml:space="preserve">[42:16] </w:t>
      </w:r>
      <w:r>
        <w:t>koi shikayat wahan sunne ke liye koi farishta nahi aayega, kuch nahi, koi nahi aayega.</w:t>
      </w:r>
    </w:p>
    <w:p>
      <w:pPr>
        <w:jc w:val="right"/>
      </w:pPr>
      <w:r>
        <w:t>کوئی شکایت وہاں سننے کے لیے کوئی فرشتہ نہیں آئے گا، کچھ نہیں، کوئی نہیں آئے گا۔</w:t>
      </w:r>
    </w:p>
    <w:p>
      <w:r>
        <w:rPr>
          <w:b/>
        </w:rPr>
        <w:t xml:space="preserve">[42:26] </w:t>
      </w:r>
      <w:r>
        <w:t>to yeh baat bohat zyada sochne ki hai kyunke hum sab ko is din ka samna pesh aana</w:t>
      </w:r>
    </w:p>
    <w:p>
      <w:pPr>
        <w:jc w:val="right"/>
      </w:pPr>
      <w:r>
        <w:t>تو یہ بات بہت زیادہ سوچنے کی ہے کیونکہ ہم سب کو اس دن کا سامنا پیش آنا</w:t>
      </w:r>
    </w:p>
    <w:p>
      <w:r>
        <w:rPr>
          <w:b/>
        </w:rPr>
        <w:t xml:space="preserve">[42:36] </w:t>
      </w:r>
      <w:r>
        <w:t>hai jiske bare mein quran mein hai ke yom yaqul n</w:t>
      </w:r>
    </w:p>
    <w:p>
      <w:pPr>
        <w:jc w:val="right"/>
      </w:pPr>
      <w:r>
        <w:t>ہے جس کے بارے میں قرآن میں ہے کہ یوم یقب الن</w:t>
      </w:r>
    </w:p>
    <w:p>
      <w:r>
        <w:rPr>
          <w:b/>
        </w:rPr>
        <w:t xml:space="preserve">[42:46] </w:t>
      </w:r>
      <w:r>
        <w:t>as lirabbil alameen.</w:t>
      </w:r>
    </w:p>
    <w:p>
      <w:pPr>
        <w:jc w:val="right"/>
      </w:pPr>
      <w:r>
        <w:t>اس لرب العالمین۔</w:t>
      </w:r>
    </w:p>
    <w:p>
      <w:r>
        <w:rPr>
          <w:b/>
        </w:rPr>
        <w:t xml:space="preserve">[42:54] </w:t>
      </w:r>
      <w:r>
        <w:t>yom yaqul nas lirabbil alameen jis din sare insaan khade honge Allah rabbul alameen ke samne, to</w:t>
      </w:r>
    </w:p>
    <w:p>
      <w:pPr>
        <w:jc w:val="right"/>
      </w:pPr>
      <w:r>
        <w:t>یوم یقب الناس لرب العالمین جس دن سارے انسان کھڑے ہوں گے اللہ رب العالمین کے سامنے، تو</w:t>
      </w:r>
    </w:p>
    <w:p>
      <w:r>
        <w:rPr>
          <w:b/>
        </w:rPr>
        <w:t xml:space="preserve">[43:02] </w:t>
      </w:r>
      <w:r>
        <w:t>is din jo cheez kaam aayegi, wahi aaj isi ko aaj lena hai.</w:t>
      </w:r>
    </w:p>
    <w:p>
      <w:pPr>
        <w:jc w:val="right"/>
      </w:pPr>
      <w:r>
        <w:t>اس دن جو چیز کام آئے گی، وہی آج اسی کو آج لینا ہے۔</w:t>
      </w:r>
    </w:p>
    <w:p>
      <w:r>
        <w:rPr>
          <w:b/>
        </w:rPr>
        <w:t xml:space="preserve">[43:10] </w:t>
      </w:r>
      <w:r>
        <w:t>jo jo is din kaam na aaye, woh aaj un ko chhod dena, koi faida is ka nahi hai.</w:t>
      </w:r>
    </w:p>
    <w:p>
      <w:pPr>
        <w:jc w:val="right"/>
      </w:pPr>
      <w:r>
        <w:t>جو جو اس دن کام نہ آئے، وہ آج ان کو چھوڑ دینا، کوئی فائدہ اس کا نہیں ہے۔</w:t>
      </w:r>
    </w:p>
    <w:p>
      <w:r>
        <w:rPr>
          <w:b/>
        </w:rPr>
        <w:t xml:space="preserve">[43:18] </w:t>
      </w:r>
      <w:r>
        <w:t>to meri dua hai ke Allah taala mujh ko aur aap ko tofeeq de ke hum baat ko</w:t>
      </w:r>
    </w:p>
    <w:p>
      <w:pPr>
        <w:jc w:val="right"/>
      </w:pPr>
      <w:r>
        <w:t>تو میری دعا ہے کہ اللہ تعالیٰ مجھ کو اور آپ کو توفیق دے کہ ہم بات کو</w:t>
      </w:r>
    </w:p>
    <w:p>
      <w:r>
        <w:rPr>
          <w:b/>
        </w:rPr>
        <w:t xml:space="preserve">[43:26] </w:t>
      </w:r>
      <w:r>
        <w:t>samjhein aur is din ko le kar apni soch banayein jab yom yaqul nas lirabbil alameen ka waqia</w:t>
      </w:r>
    </w:p>
    <w:p>
      <w:pPr>
        <w:jc w:val="right"/>
      </w:pPr>
      <w:r>
        <w:t>سمجھیں اور اس دن کو لے کر اپنی سوچ بنائیں جب یوم یقب الناس لرب العالمین کا واقعہ</w:t>
      </w:r>
    </w:p>
    <w:p>
      <w:r>
        <w:rPr>
          <w:b/>
        </w:rPr>
        <w:t xml:space="preserve">[43:34] </w:t>
      </w:r>
      <w:r>
        <w:t>pesh aayega.</w:t>
      </w:r>
    </w:p>
    <w:p>
      <w:pPr>
        <w:jc w:val="right"/>
      </w:pPr>
      <w:r>
        <w:t>پیش آئے گا۔</w:t>
      </w:r>
    </w:p>
    <w:p>
      <w:r>
        <w:rPr>
          <w:b/>
        </w:rPr>
        <w:t xml:space="preserve">[43:42] </w:t>
      </w:r>
      <w:r>
        <w:t>assalam o alaikum wa rehmatullah.</w:t>
      </w:r>
    </w:p>
    <w:p>
      <w:pPr>
        <w:jc w:val="right"/>
      </w:pPr>
      <w:r>
        <w:t>السلام علیکم ورحمۃ اللہ۔</w:t>
      </w:r>
    </w:p>
    <w:p>
      <w:r>
        <w:rPr>
          <w:b/>
        </w:rPr>
        <w:t xml:space="preserve">[43:50] </w:t>
      </w:r>
      <w:r>
        <w:t>Question Answer Session: All the online viewers are requested to send their questions on info@cpsglobal.org.</w:t>
      </w:r>
    </w:p>
    <w:p>
      <w:pPr>
        <w:jc w:val="right"/>
      </w:pPr>
      <w:r>
        <w:t>Question Answer Session: All the online viewers are requested to send their questions on info@cpsglobal.org.</w:t>
      </w:r>
    </w:p>
    <w:p>
      <w:r>
        <w:rPr>
          <w:b/>
        </w:rPr>
        <w:t xml:space="preserve">[43:56] </w:t>
      </w:r>
      <w:r>
        <w:t>People are watching it on Facebook.</w:t>
      </w:r>
    </w:p>
    <w:p>
      <w:pPr>
        <w:jc w:val="right"/>
      </w:pPr>
      <w:r>
        <w:t>People are watching it on Facebook.</w:t>
      </w:r>
    </w:p>
    <w:p>
      <w:r>
        <w:rPr>
          <w:b/>
        </w:rPr>
        <w:t xml:space="preserve">[44:02] </w:t>
      </w:r>
      <w:r>
        <w:t>Please also mention your location when you send your question and comments in the comment section.</w:t>
      </w:r>
    </w:p>
    <w:p>
      <w:pPr>
        <w:jc w:val="right"/>
      </w:pPr>
      <w:r>
        <w:t>Please also mention your location when you send your question and comments in the comment section.</w:t>
      </w:r>
    </w:p>
    <w:p>
      <w:r>
        <w:rPr>
          <w:b/>
        </w:rPr>
        <w:t xml:space="preserve">[44:08] </w:t>
      </w:r>
      <w:r>
        <w:t>Maulana, sawal lene se pehle kuch comment padhna chahenge jo aaye hain.</w:t>
      </w:r>
    </w:p>
    <w:p>
      <w:pPr>
        <w:jc w:val="right"/>
      </w:pPr>
      <w:r>
        <w:t>مولانا، سوال لینے سے پہلے کچھ کمنٹ پڑھنا چاہیں گے جو آئے ہیں۔</w:t>
      </w:r>
    </w:p>
    <w:p>
      <w:r>
        <w:rPr>
          <w:b/>
        </w:rPr>
        <w:t xml:space="preserve">[44:15] </w:t>
      </w:r>
      <w:r>
        <w:t>pehla comment bheja hai Bangalore se Gufran sahab ne, unhone likha hai:</w:t>
      </w:r>
    </w:p>
    <w:p>
      <w:pPr>
        <w:jc w:val="right"/>
      </w:pPr>
      <w:r>
        <w:t>پہلا کمنٹ بھیجا ہے بنگلور سے گفران صاحب نے، انہوں نے لکھا ہے:</w:t>
      </w:r>
    </w:p>
    <w:p>
      <w:r>
        <w:rPr>
          <w:b/>
        </w:rPr>
        <w:t xml:space="preserve">[44:21] </w:t>
      </w:r>
      <w:r>
        <w:t>Maulana Sahab, your analysis of Prophet leaving from the back door before his emigration to Medina to avoid</w:t>
      </w:r>
    </w:p>
    <w:p>
      <w:pPr>
        <w:jc w:val="right"/>
      </w:pPr>
      <w:r>
        <w:t>مولانا صاحب، your analysis of Prophet leaving from the back door before his emigration to Medina to avoid</w:t>
      </w:r>
    </w:p>
    <w:p>
      <w:r>
        <w:rPr>
          <w:b/>
        </w:rPr>
        <w:t xml:space="preserve">[44:27] </w:t>
      </w:r>
      <w:r>
        <w:t>confrontation with Quraish was an eye-opener.</w:t>
      </w:r>
    </w:p>
    <w:p>
      <w:pPr>
        <w:jc w:val="right"/>
      </w:pPr>
      <w:r>
        <w:t>confrontation with Quraish was an eye-opener.</w:t>
      </w:r>
    </w:p>
    <w:p>
      <w:r>
        <w:rPr>
          <w:b/>
        </w:rPr>
        <w:t xml:space="preserve">[44:33] </w:t>
      </w:r>
      <w:r>
        <w:t>Your retreat principle that retreat is to buy time, to save oneself for replanning is full of wisdom.</w:t>
      </w:r>
    </w:p>
    <w:p>
      <w:pPr>
        <w:jc w:val="right"/>
      </w:pPr>
      <w:r>
        <w:t>Your retreat principle that retreat is to buy time, to save oneself for replanning is full of wisdom.</w:t>
      </w:r>
    </w:p>
    <w:p>
      <w:r>
        <w:rPr>
          <w:b/>
        </w:rPr>
        <w:t xml:space="preserve">[44:39] </w:t>
      </w:r>
      <w:r>
        <w:t>JazakAllah Maulana sahib for putting things in theright perspective.</w:t>
      </w:r>
    </w:p>
    <w:p>
      <w:pPr>
        <w:jc w:val="right"/>
      </w:pPr>
      <w:r>
        <w:t>JazakAllah مولانا صاحب for putting things in theright perspective.</w:t>
      </w:r>
    </w:p>
    <w:p>
      <w:r>
        <w:rPr>
          <w:b/>
        </w:rPr>
        <w:t xml:space="preserve">[44:45] </w:t>
      </w:r>
      <w:r>
        <w:t>Miss Shabana Ansari ne</w:t>
      </w:r>
    </w:p>
    <w:p>
      <w:pPr>
        <w:jc w:val="right"/>
      </w:pPr>
      <w:r>
        <w:t>Miss Shabana Ansari نے</w:t>
      </w:r>
    </w:p>
    <w:p>
      <w:r>
        <w:rPr>
          <w:b/>
        </w:rPr>
        <w:t xml:space="preserve">[44:51] </w:t>
      </w:r>
      <w:r>
        <w:t>Pakistan se bheja hai: We should adopt complaint-free attitude and should use the method of outsourcing as Muslim Ummah.</w:t>
      </w:r>
    </w:p>
    <w:p>
      <w:pPr>
        <w:jc w:val="right"/>
      </w:pPr>
      <w:r>
        <w:t>پاکستان سے بھیجا ہے: We should adopt complaint-free attitude and should use the method of outsourcing as Muslim Ummah.</w:t>
      </w:r>
    </w:p>
    <w:p>
      <w:r>
        <w:rPr>
          <w:b/>
        </w:rPr>
        <w:t xml:space="preserve">[44:58] </w:t>
      </w:r>
      <w:r>
        <w:t>Maulana, ab sawal lete hain.</w:t>
      </w:r>
    </w:p>
    <w:p>
      <w:pPr>
        <w:jc w:val="right"/>
      </w:pPr>
      <w:r>
        <w:t>مولانا، اب سوال لیتے ہیں۔</w:t>
      </w:r>
    </w:p>
    <w:p>
      <w:r>
        <w:rPr>
          <w:b/>
        </w:rPr>
        <w:t xml:space="preserve">[45:04] </w:t>
      </w:r>
      <w:r>
        <w:t>Merit se sawal bheja hai Farooqi sahab ne, unhone likha hai: Maulana sahib, many people think that</w:t>
      </w:r>
    </w:p>
    <w:p>
      <w:pPr>
        <w:jc w:val="right"/>
      </w:pPr>
      <w:r>
        <w:t>میرٹ سے سوال بھیجا ہے فاروقی صاحب نے، انہوں نے لکھا ہے: مولانا صاحب، many people think that</w:t>
      </w:r>
    </w:p>
    <w:p>
      <w:r>
        <w:rPr>
          <w:b/>
        </w:rPr>
        <w:t xml:space="preserve">[45:11] </w:t>
      </w:r>
      <w:r>
        <w:t>Islam is not compatible with present secularism or democracy.</w:t>
      </w:r>
    </w:p>
    <w:p>
      <w:pPr>
        <w:jc w:val="right"/>
      </w:pPr>
      <w:r>
        <w:t>Islam is not compatible with present secularism or democracy.</w:t>
      </w:r>
    </w:p>
    <w:p>
      <w:r>
        <w:rPr>
          <w:b/>
        </w:rPr>
        <w:t xml:space="preserve">[45:18] </w:t>
      </w:r>
      <w:r>
        <w:t>I want to know your opinion on this.</w:t>
      </w:r>
    </w:p>
    <w:p>
      <w:pPr>
        <w:jc w:val="right"/>
      </w:pPr>
      <w:r>
        <w:t>I want to know your opinion on this.</w:t>
      </w:r>
    </w:p>
    <w:p>
      <w:r>
        <w:rPr>
          <w:b/>
        </w:rPr>
        <w:t xml:space="preserve">[45:24] </w:t>
      </w:r>
      <w:r>
        <w:t>dekhiye, yeh masla islam ka nahi hai, musalmanon ka hai.</w:t>
      </w:r>
    </w:p>
    <w:p>
      <w:pPr>
        <w:jc w:val="right"/>
      </w:pPr>
      <w:r>
        <w:t>دیکھیے، یہ مسئلہ اسلام کا نہیں ہے، مسلمانوں کا ہے۔</w:t>
      </w:r>
    </w:p>
    <w:p>
      <w:r>
        <w:rPr>
          <w:b/>
        </w:rPr>
        <w:t xml:space="preserve">[45:30] </w:t>
      </w:r>
      <w:r>
        <w:t>islam to poori tarah compatible hai, maine aaj ki baat jo kahi, usi se aap samajh sakte hain.</w:t>
      </w:r>
    </w:p>
    <w:p>
      <w:pPr>
        <w:jc w:val="right"/>
      </w:pPr>
      <w:r>
        <w:t>اسلام تو پوری طرح compatible ہے، میں نے آج کی بات جو کہی، اسی سے آپ سمجھ سکتے ہیں۔</w:t>
      </w:r>
    </w:p>
    <w:p>
      <w:r>
        <w:rPr>
          <w:b/>
        </w:rPr>
        <w:t xml:space="preserve">[45:36] </w:t>
      </w:r>
      <w:r>
        <w:t>lekin musalmanon ka attitude qaumi attitude ban gaya hai, islami nahi.</w:t>
      </w:r>
    </w:p>
    <w:p>
      <w:pPr>
        <w:jc w:val="right"/>
      </w:pPr>
      <w:r>
        <w:t>لیکن مسلمانوں کا attitude قومی attitude بن گیا ہے، اسلامی نہیں۔</w:t>
      </w:r>
    </w:p>
    <w:p>
      <w:r>
        <w:rPr>
          <w:b/>
        </w:rPr>
        <w:t xml:space="preserve">[45:43] </w:t>
      </w:r>
      <w:r>
        <w:t>aaj ke musalmanon ki poori policy, unki saari attitude sab jo hai, qaumi hai, community ko le</w:t>
      </w:r>
    </w:p>
    <w:p>
      <w:pPr>
        <w:jc w:val="right"/>
      </w:pPr>
      <w:r>
        <w:t>آج کے مسلمانوں کی پوری پالیسی، ان کی ساری attitude سب جو ہے، قومی ہے، community کو لے</w:t>
      </w:r>
    </w:p>
    <w:p>
      <w:r>
        <w:rPr>
          <w:b/>
        </w:rPr>
        <w:t xml:space="preserve">[45:49] </w:t>
      </w:r>
      <w:r>
        <w:t>kar ke hai, islami nahi hai.</w:t>
      </w:r>
    </w:p>
    <w:p>
      <w:pPr>
        <w:jc w:val="right"/>
      </w:pPr>
      <w:r>
        <w:t>کر کے ہے، اسلامی نہیں ہے۔</w:t>
      </w:r>
    </w:p>
    <w:p>
      <w:r>
        <w:rPr>
          <w:b/>
        </w:rPr>
        <w:t xml:space="preserve">[45:55] </w:t>
      </w:r>
      <w:r>
        <w:t>to to all the blame goes to Muslim community and not to the Islam.</w:t>
      </w:r>
    </w:p>
    <w:p>
      <w:pPr>
        <w:jc w:val="right"/>
      </w:pPr>
      <w:r>
        <w:t>تو تو all the blame goes to Muslim community and not to the Islam۔</w:t>
      </w:r>
    </w:p>
    <w:p>
      <w:r>
        <w:rPr>
          <w:b/>
        </w:rPr>
        <w:t xml:space="preserve">[46:05] </w:t>
      </w:r>
      <w:r>
        <w:t>ji Maulana, agla sawal abdul wahab sahab ne kiya hai lucknow se, unhone likha hai: Maulana, you said</w:t>
      </w:r>
    </w:p>
    <w:p>
      <w:pPr>
        <w:jc w:val="right"/>
      </w:pPr>
      <w:r>
        <w:t>جی مولانا، اگلا سوال عبدالوہاب صاحب نے کیا ہے لکھنؤ سے، انہوں نے لکھا ہے: مولانا، you said</w:t>
      </w:r>
    </w:p>
    <w:p>
      <w:r>
        <w:rPr>
          <w:b/>
        </w:rPr>
        <w:t xml:space="preserve">[46:15] </w:t>
      </w:r>
      <w:r>
        <w:t>Crusaders did not take the option of revenge and went in the direction of non-political field, but today can't we</w:t>
      </w:r>
    </w:p>
    <w:p>
      <w:pPr>
        <w:jc w:val="right"/>
      </w:pPr>
      <w:r>
        <w:t>Crusaders did not take the option of revenge and went in the direction of non-political field, but today can't we</w:t>
      </w:r>
    </w:p>
    <w:p>
      <w:r>
        <w:rPr>
          <w:b/>
        </w:rPr>
        <w:t xml:space="preserve">[46:25] </w:t>
      </w:r>
      <w:r>
        <w:t>say that the West has again started Crusades without naming it as Crusades?</w:t>
      </w:r>
    </w:p>
    <w:p>
      <w:pPr>
        <w:jc w:val="right"/>
      </w:pPr>
      <w:r>
        <w:t>say that the West has again started Crusades without naming it as Crusades?</w:t>
      </w:r>
    </w:p>
    <w:p>
      <w:r>
        <w:rPr>
          <w:b/>
        </w:rPr>
        <w:t xml:space="preserve">[46:30] </w:t>
      </w:r>
      <w:r>
        <w:t>otherwise, why are they doing so much violence in the Muslim world?</w:t>
      </w:r>
    </w:p>
    <w:p>
      <w:pPr>
        <w:jc w:val="right"/>
      </w:pPr>
      <w:r>
        <w:t>Otherwise, why are they doing so much violence in the Muslim world?</w:t>
      </w:r>
    </w:p>
    <w:p>
      <w:r>
        <w:rPr>
          <w:b/>
        </w:rPr>
        <w:t xml:space="preserve">[46:35] </w:t>
      </w:r>
      <w:r>
        <w:t>what is your opinion on this? yeh bilkul hi intehai had tak be saros baat hai.</w:t>
      </w:r>
    </w:p>
    <w:p>
      <w:pPr>
        <w:jc w:val="right"/>
      </w:pPr>
      <w:r>
        <w:t>What is your opinion on this؟ یہ بالکل ہی انتہائی حد تک بے سروس بات ہے۔</w:t>
      </w:r>
    </w:p>
    <w:p>
      <w:r>
        <w:rPr>
          <w:b/>
        </w:rPr>
        <w:t xml:space="preserve">[46:40] </w:t>
      </w:r>
      <w:r>
        <w:t>unhone harghiz Crusade nahi choda.</w:t>
      </w:r>
    </w:p>
    <w:p>
      <w:pPr>
        <w:jc w:val="right"/>
      </w:pPr>
      <w:r>
        <w:t>انہوں نے ہرگز Crusade نہیں چھوڑا۔</w:t>
      </w:r>
    </w:p>
    <w:p>
      <w:r>
        <w:rPr>
          <w:b/>
        </w:rPr>
        <w:t xml:space="preserve">[46:45] </w:t>
      </w:r>
      <w:r>
        <w:t>musalmanon ne inteqam ka policy ikhtiyar ki hai.</w:t>
      </w:r>
    </w:p>
    <w:p>
      <w:pPr>
        <w:jc w:val="right"/>
      </w:pPr>
      <w:r>
        <w:t>مسلمانوں نے انتقام کا پالیسی اختیار کی ہے۔</w:t>
      </w:r>
    </w:p>
    <w:p>
      <w:r>
        <w:rPr>
          <w:b/>
        </w:rPr>
        <w:t xml:space="preserve">[46:50] </w:t>
      </w:r>
      <w:r>
        <w:t>jagah jagah bomb marte hain, jahan dekhiye bomb marte hain. woh to</w:t>
      </w:r>
    </w:p>
    <w:p>
      <w:pPr>
        <w:jc w:val="right"/>
      </w:pPr>
      <w:r>
        <w:t>جگہ جگہ بم مارتے ہیں، جہاں دیکھیے بم مارتے ہیں۔ وہ تو</w:t>
      </w:r>
    </w:p>
    <w:p>
      <w:r>
        <w:rPr>
          <w:b/>
        </w:rPr>
        <w:t xml:space="preserve">[46:55] </w:t>
      </w:r>
      <w:r>
        <w:t>retaliate karte hain, woh to control kar rahe hain.</w:t>
      </w:r>
    </w:p>
    <w:p>
      <w:pPr>
        <w:jc w:val="right"/>
      </w:pPr>
      <w:r>
        <w:t>retaliate کرتے ہیں، وہ تو کنٹرول کر رہے ہیں۔</w:t>
      </w:r>
    </w:p>
    <w:p>
      <w:r>
        <w:rPr>
          <w:b/>
        </w:rPr>
        <w:t xml:space="preserve">[46:59] </w:t>
      </w:r>
      <w:r>
        <w:t>kitne bade falsehood mein jee rahe hain musalman.</w:t>
      </w:r>
    </w:p>
    <w:p>
      <w:pPr>
        <w:jc w:val="right"/>
      </w:pPr>
      <w:r>
        <w:t>کتنے بڑے falsehood میں جی رہے ہیں مسلمان۔</w:t>
      </w:r>
    </w:p>
    <w:p>
      <w:r>
        <w:rPr>
          <w:b/>
        </w:rPr>
        <w:t xml:space="preserve">[47:03] </w:t>
      </w:r>
      <w:r>
        <w:t>saari duniya ke musalman isi falsehood mein jee rahe hain.</w:t>
      </w:r>
    </w:p>
    <w:p>
      <w:pPr>
        <w:jc w:val="right"/>
      </w:pPr>
      <w:r>
        <w:t>ساری دنیا کے مسلمان اسی falsehood میں جی رہے ہیں۔</w:t>
      </w:r>
    </w:p>
    <w:p>
      <w:r>
        <w:rPr>
          <w:b/>
        </w:rPr>
        <w:t xml:space="preserve">[47:07] </w:t>
      </w:r>
      <w:r>
        <w:t>apne ko is falsehood se nikaliye.</w:t>
      </w:r>
    </w:p>
    <w:p>
      <w:pPr>
        <w:jc w:val="right"/>
      </w:pPr>
      <w:r>
        <w:t>اپنے کو اس falsehood سے نکالیے۔</w:t>
      </w:r>
    </w:p>
    <w:p>
      <w:r>
        <w:rPr>
          <w:b/>
        </w:rPr>
        <w:t xml:space="preserve">[47:10] </w:t>
      </w:r>
      <w:r>
        <w:t>yeh ek shaitani thinking hai yeh ke jo blame jata hai musalmanon par, woh blame daal rahe hain</w:t>
      </w:r>
    </w:p>
    <w:p>
      <w:pPr>
        <w:jc w:val="right"/>
      </w:pPr>
      <w:r>
        <w:t>یہ ایک شیطانی thinking ہے یہ کہ جو blame جاتا ہے مسلمانوں پر، وہ blame ڈال رہے ہیں</w:t>
      </w:r>
    </w:p>
    <w:p>
      <w:r>
        <w:rPr>
          <w:b/>
        </w:rPr>
        <w:t xml:space="preserve">[47:14] </w:t>
      </w:r>
      <w:r>
        <w:t>aap West par.</w:t>
      </w:r>
    </w:p>
    <w:p>
      <w:pPr>
        <w:jc w:val="right"/>
      </w:pPr>
      <w:r>
        <w:t>آپ West پر۔</w:t>
      </w:r>
    </w:p>
    <w:p>
      <w:r>
        <w:rPr>
          <w:b/>
        </w:rPr>
        <w:t xml:space="preserve">[47:18] </w:t>
      </w:r>
      <w:r>
        <w:t>West ne harghiz harghiz Crusade ko nahi choda hai.</w:t>
      </w:r>
    </w:p>
    <w:p>
      <w:pPr>
        <w:jc w:val="right"/>
      </w:pPr>
      <w:r>
        <w:t>West نے ہرگز ہرگز Crusade کو نہیں چھوڑا ہے۔</w:t>
      </w:r>
    </w:p>
    <w:p>
      <w:r>
        <w:rPr>
          <w:b/>
        </w:rPr>
        <w:t xml:space="preserve">[47:22] </w:t>
      </w:r>
      <w:r>
        <w:t>musalmanon ne chhod rakha hai</w:t>
      </w:r>
    </w:p>
    <w:p>
      <w:pPr>
        <w:jc w:val="right"/>
      </w:pPr>
      <w:r>
        <w:t>مسلمانوں نے چھوڑ رکھا ہے</w:t>
      </w:r>
    </w:p>
    <w:p>
      <w:r>
        <w:rPr>
          <w:b/>
        </w:rPr>
        <w:t xml:space="preserve">[47:26] </w:t>
      </w:r>
      <w:r>
        <w:t>society bombing, society bombing, society bombing. To wo control kar rahe hain, kyun nahi control karenge wo? 9/11 kis ne kiya? To wo chahenge ke 9/11 dobara repeat na ho. West chahta hai ke 9/11 dobara repeat na ho. Aap chahte hain ke Ram Mandir, wo Babri Masjid dobara repeat na ho. Sare musalman ye chahte hain ke Babri Masjid dobara repeat na ho. Aise wo chahte hain ke 9/11 dobara repeat na ho.</w:t>
      </w:r>
    </w:p>
    <w:p>
      <w:pPr>
        <w:jc w:val="right"/>
      </w:pPr>
      <w:r>
        <w:t>society bombing, society bombing, society bombing۔ تو وہ کنٹرول کر رہے ہیں، کیوں نہیں کنٹرول کریں گے وہ؟ 9/11 کس نے کیا؟ تو وہ چاہیں گے کہ 9/11 دوبارہ repeat نہ ہو۔ West چاہتا ہے کہ 9/11 دوبارہ repeat نہ ہو۔ آپ چاہتے ہیں کہ رام مندر، وہ بابری مسجد دوبارہ repeat نہ ہو۔ سارے مسلمان یہ چاہتے ہیں کہ بابری مسجد دوبارہ repeat نہ ہو۔ ایسے وہ چاہتے ہیں کہ 9/11 دوبارہ repeat نہ ہو۔</w:t>
      </w:r>
    </w:p>
    <w:p>
      <w:r>
        <w:rPr>
          <w:b/>
        </w:rPr>
        <w:t xml:space="preserve">[47:56] </w:t>
      </w:r>
      <w:r>
        <w:t>is falsehood se bahar aaiye.</w:t>
      </w:r>
    </w:p>
    <w:p>
      <w:pPr>
        <w:jc w:val="right"/>
      </w:pPr>
      <w:r>
        <w:t>اس falsehood سے باہر آئیے۔</w:t>
      </w:r>
    </w:p>
    <w:p>
      <w:r>
        <w:rPr>
          <w:b/>
        </w:rPr>
        <w:t xml:space="preserve">[48:01] </w:t>
      </w:r>
      <w:r>
        <w:t>mera dekhiye, bahut badi ghalati hai.</w:t>
      </w:r>
    </w:p>
    <w:p>
      <w:pPr>
        <w:jc w:val="right"/>
      </w:pPr>
      <w:r>
        <w:t>میرا دیکھیے، بہت بڑی غلطی ہے۔</w:t>
      </w:r>
    </w:p>
    <w:p>
      <w:r>
        <w:rPr>
          <w:b/>
        </w:rPr>
        <w:t xml:space="preserve">[48:06] </w:t>
      </w:r>
      <w:r>
        <w:t>Allah is is is qism ki soch ko kabhi qabool nahi karega.</w:t>
      </w:r>
    </w:p>
    <w:p>
      <w:pPr>
        <w:jc w:val="right"/>
      </w:pPr>
      <w:r>
        <w:t>اللہ اس اس اس قسم کی سوچ کو کبھی قبول نہیں کرے گا۔</w:t>
      </w:r>
    </w:p>
    <w:p>
      <w:r>
        <w:rPr>
          <w:b/>
        </w:rPr>
        <w:t xml:space="preserve">[48:11] </w:t>
      </w:r>
      <w:r>
        <w:t>maulana, agla sawal lene se pehle ek comment parhna chahenge jo aa doctor waqar alam ne aa</w:t>
      </w:r>
    </w:p>
    <w:p>
      <w:pPr>
        <w:jc w:val="right"/>
      </w:pPr>
      <w:r>
        <w:t>مولانا، اگلا سوال لینے سے پہلے ایک کمنٹ پڑھنا چاہیں گے جو آ ڈاکٹر وقار عالم نے آ</w:t>
      </w:r>
    </w:p>
    <w:p>
      <w:r>
        <w:rPr>
          <w:b/>
        </w:rPr>
        <w:t xml:space="preserve">[48:16] </w:t>
      </w:r>
      <w:r>
        <w:t>USA se bheja hai.</w:t>
      </w:r>
    </w:p>
    <w:p>
      <w:pPr>
        <w:jc w:val="right"/>
      </w:pPr>
      <w:r>
        <w:t>یو ایس اے سے بھیجا ہے۔</w:t>
      </w:r>
    </w:p>
    <w:p>
      <w:r>
        <w:rPr>
          <w:b/>
        </w:rPr>
        <w:t xml:space="preserve">[48:21] </w:t>
      </w:r>
      <w:r>
        <w:t>unhon ne likha hai: maulana sahab, we in USA do study of books and discuss your philosophy of daawa work</w:t>
      </w:r>
    </w:p>
    <w:p>
      <w:pPr>
        <w:jc w:val="right"/>
      </w:pPr>
      <w:r>
        <w:t>انہوں نے لکھا ہے: مولانا صاحب، we in USA do study of books and discuss your philosophy of دعویٰ work</w:t>
      </w:r>
    </w:p>
    <w:p>
      <w:r>
        <w:rPr>
          <w:b/>
        </w:rPr>
        <w:t xml:space="preserve">[48:26] </w:t>
      </w:r>
      <w:r>
        <w:t>in our study circle.</w:t>
      </w:r>
    </w:p>
    <w:p>
      <w:pPr>
        <w:jc w:val="right"/>
      </w:pPr>
      <w:r>
        <w:t>in our study circle.</w:t>
      </w:r>
    </w:p>
    <w:p>
      <w:r>
        <w:rPr>
          <w:b/>
        </w:rPr>
        <w:t xml:space="preserve">[48:30] </w:t>
      </w:r>
      <w:r>
        <w:t>Your teachings of positive thinking prevail in this meeting.</w:t>
      </w:r>
    </w:p>
    <w:p>
      <w:pPr>
        <w:jc w:val="right"/>
      </w:pPr>
      <w:r>
        <w:t>Your teachings of positive thinking prevail in this meeting.</w:t>
      </w:r>
    </w:p>
    <w:p>
      <w:r>
        <w:rPr>
          <w:b/>
        </w:rPr>
        <w:t xml:space="preserve">[48:35] </w:t>
      </w:r>
      <w:r>
        <w:t>Instead of making negative comments about Trump, we decided to pray for him to give him the wisdom</w:t>
      </w:r>
    </w:p>
    <w:p>
      <w:pPr>
        <w:jc w:val="right"/>
      </w:pPr>
      <w:r>
        <w:t>Instead of making negative comments about Trump, we decided to pray for him to give him the wisdom</w:t>
      </w:r>
    </w:p>
    <w:p>
      <w:r>
        <w:rPr>
          <w:b/>
        </w:rPr>
        <w:t xml:space="preserve">[48:39] </w:t>
      </w:r>
      <w:r>
        <w:t>to become a better person.</w:t>
      </w:r>
    </w:p>
    <w:p>
      <w:pPr>
        <w:jc w:val="right"/>
      </w:pPr>
      <w:r>
        <w:t>to become a better person.</w:t>
      </w:r>
    </w:p>
    <w:p>
      <w:r>
        <w:rPr>
          <w:b/>
        </w:rPr>
        <w:t xml:space="preserve">[48:43] </w:t>
      </w:r>
      <w:r>
        <w:t>masha allah, bohat acha, bohat acha.</w:t>
      </w:r>
    </w:p>
    <w:p>
      <w:pPr>
        <w:jc w:val="right"/>
      </w:pPr>
      <w:r>
        <w:t>ماشاءاللہ، بہت اچھا، بہت اچھا۔</w:t>
      </w:r>
    </w:p>
    <w:p>
      <w:r>
        <w:rPr>
          <w:b/>
        </w:rPr>
        <w:t xml:space="preserve">[48:48] </w:t>
      </w:r>
      <w:r>
        <w:t>maulana, agla sawal Kuwait se bheja hai javed ahmad sahab ne, unhon ne likha hai: maulana sahab, your</w:t>
      </w:r>
    </w:p>
    <w:p>
      <w:pPr>
        <w:jc w:val="right"/>
      </w:pPr>
      <w:r>
        <w:t>مولانا، اگلا سوال کویت سے بھیجا ہے جاوید احمد صاحب نے، انہوں نے لکھا ہے: مولانا صاحب، your</w:t>
      </w:r>
    </w:p>
    <w:p>
      <w:r>
        <w:rPr>
          <w:b/>
        </w:rPr>
        <w:t xml:space="preserve">[48:52] </w:t>
      </w:r>
      <w:r>
        <w:t>approach towards everyone is of hammering,</w:t>
      </w:r>
    </w:p>
    <w:p>
      <w:pPr>
        <w:jc w:val="right"/>
      </w:pPr>
      <w:r>
        <w:t>approach towards everyone is of hammering,</w:t>
      </w:r>
    </w:p>
    <w:p>
      <w:r>
        <w:rPr>
          <w:b/>
        </w:rPr>
        <w:t xml:space="preserve">[48:57] </w:t>
      </w:r>
      <w:r>
        <w:t>but it is due to your efforts to straighten people so that they become paradise oriented.</w:t>
      </w:r>
    </w:p>
    <w:p>
      <w:pPr>
        <w:jc w:val="right"/>
      </w:pPr>
      <w:r>
        <w:t>but it is due to your efforts to straighten people so that they become paradise oriented.</w:t>
      </w:r>
    </w:p>
    <w:p>
      <w:r>
        <w:rPr>
          <w:b/>
        </w:rPr>
        <w:t xml:space="preserve">[49:03] </w:t>
      </w:r>
      <w:r>
        <w:t>Many of us live far away from you, so I want to know how can we all do</w:t>
      </w:r>
    </w:p>
    <w:p>
      <w:pPr>
        <w:jc w:val="right"/>
      </w:pPr>
      <w:r>
        <w:t>Many of us live far away from you, so I want to know how can we all do</w:t>
      </w:r>
    </w:p>
    <w:p>
      <w:r>
        <w:rPr>
          <w:b/>
        </w:rPr>
        <w:t xml:space="preserve">[49:09] </w:t>
      </w:r>
      <w:r>
        <w:t>self-hammering on an ongoing basis? bhai, aur samjhaiye, aur samjhaiye, aur samjhaiye.</w:t>
      </w:r>
    </w:p>
    <w:p>
      <w:pPr>
        <w:jc w:val="right"/>
      </w:pPr>
      <w:r>
        <w:t>self-hammering on an ongoing basis؟ بھئی، اور سمجھائیے، اور سمجھائیے، اور سمجھائیے۔</w:t>
      </w:r>
    </w:p>
    <w:p>
      <w:r>
        <w:rPr>
          <w:b/>
        </w:rPr>
        <w:t xml:space="preserve">[49:15] </w:t>
      </w:r>
      <w:r>
        <w:t>yeh bhi kar sakta hoon.</w:t>
      </w:r>
    </w:p>
    <w:p>
      <w:pPr>
        <w:jc w:val="right"/>
      </w:pPr>
      <w:r>
        <w:t>یہ بھی کر سکتا ہوں۔</w:t>
      </w:r>
    </w:p>
    <w:p>
      <w:r>
        <w:rPr>
          <w:b/>
        </w:rPr>
        <w:t xml:space="preserve">[49:21] </w:t>
      </w:r>
      <w:r>
        <w:t>aap khud maan rahe hain ke musalman ghalati par hain, to aur samjhaiye un ko, aur samjhaiye, aur samjhaiye.</w:t>
      </w:r>
    </w:p>
    <w:p>
      <w:pPr>
        <w:jc w:val="right"/>
      </w:pPr>
      <w:r>
        <w:t>آپ خود مان رہے ہیں کہ مسلمان غلطی پر ہیں، تو اور سمجھائیے ان کو، اور سمجھائیے، اور سمجھائیے۔</w:t>
      </w:r>
    </w:p>
    <w:p>
      <w:r>
        <w:rPr>
          <w:b/>
        </w:rPr>
        <w:t xml:space="preserve">[49:27] </w:t>
      </w:r>
      <w:r>
        <w:t>maulana, in ka sawal yeh hai ke kyunke woh log aap se bohat door hain, different different countries</w:t>
      </w:r>
    </w:p>
    <w:p>
      <w:pPr>
        <w:jc w:val="right"/>
      </w:pPr>
      <w:r>
        <w:t>مولانا، ان کا سوال یہ ہے کہ کیونکہ وہ لوگ آپ سے بہت دور ہیں، different different countries</w:t>
      </w:r>
    </w:p>
    <w:p>
      <w:r>
        <w:rPr>
          <w:b/>
        </w:rPr>
        <w:t xml:space="preserve">[49:33] </w:t>
      </w:r>
      <w:r>
        <w:t>mein hain, to aap shayad un ki direct hammering nahi kar sakte hain.</w:t>
      </w:r>
    </w:p>
    <w:p>
      <w:pPr>
        <w:jc w:val="right"/>
      </w:pPr>
      <w:r>
        <w:t>میں ہیں، تو آپ شاید ان کی direct hammering نہیں کر سکتے ہیں۔</w:t>
      </w:r>
    </w:p>
    <w:p>
      <w:r>
        <w:rPr>
          <w:b/>
        </w:rPr>
        <w:t xml:space="preserve">[49:38] </w:t>
      </w:r>
      <w:r>
        <w:t>to woh khud self-hammering kaise karen? woh process kaise apne andar layen? hamari baton ko pahunchaiye, hamare hamare</w:t>
      </w:r>
    </w:p>
    <w:p>
      <w:pPr>
        <w:jc w:val="right"/>
      </w:pPr>
      <w:r>
        <w:t>تو وہ خود self-hammering کیسے کریں؟ وہ process کیسے اپنے اندر لائیں؟ ہماری باتوں کو پہنچائیے، ہمارے ہمارے</w:t>
      </w:r>
    </w:p>
    <w:p>
      <w:r>
        <w:rPr>
          <w:b/>
        </w:rPr>
        <w:t xml:space="preserve">[49:43] </w:t>
      </w:r>
      <w:r>
        <w:t>lecture ko, hamari kitabon ko pahunchayen un ke tak.</w:t>
      </w:r>
    </w:p>
    <w:p>
      <w:pPr>
        <w:jc w:val="right"/>
      </w:pPr>
      <w:r>
        <w:t>lecture کو، ہماری کتابوں کو پہنچائیں ان کے تک۔</w:t>
      </w:r>
    </w:p>
    <w:p>
      <w:r>
        <w:rPr>
          <w:b/>
        </w:rPr>
        <w:t xml:space="preserve">[49:49] </w:t>
      </w:r>
      <w:r>
        <w:t>yeh tareeqa hai.</w:t>
      </w:r>
    </w:p>
    <w:p>
      <w:pPr>
        <w:jc w:val="right"/>
      </w:pPr>
      <w:r>
        <w:t>یہ طریقہ ہے۔</w:t>
      </w:r>
    </w:p>
    <w:p>
      <w:r>
        <w:rPr>
          <w:b/>
        </w:rPr>
        <w:t xml:space="preserve">[49:54] </w:t>
      </w:r>
      <w:r>
        <w:t>un ko link bhejiye ke sunein woh hamari baton ko.</w:t>
      </w:r>
    </w:p>
    <w:p>
      <w:pPr>
        <w:jc w:val="right"/>
      </w:pPr>
      <w:r>
        <w:t>ان کو لنک بھیجیے کہ سنیں وہ ہماری باتوں کو۔</w:t>
      </w:r>
    </w:p>
    <w:p>
      <w:r>
        <w:rPr>
          <w:b/>
        </w:rPr>
        <w:t xml:space="preserve">[49:59] </w:t>
      </w:r>
      <w:r>
        <w:t>ji maulana, agla sawal Srinagar se aamir mori sahab ne bheja hai, unhon ne aap se poocha</w:t>
      </w:r>
    </w:p>
    <w:p>
      <w:pPr>
        <w:jc w:val="right"/>
      </w:pPr>
      <w:r>
        <w:t>جی مولانا، اگلا سوال سری نگر سے عامر موری صاحب نے بھیجا ہے، انہوں نے آپ سے پوچھا</w:t>
      </w:r>
    </w:p>
    <w:p>
      <w:r>
        <w:rPr>
          <w:b/>
        </w:rPr>
        <w:t xml:space="preserve">[50:06] </w:t>
      </w:r>
      <w:r>
        <w:t>hai: maulana sahab, people have an element of sentiment.</w:t>
      </w:r>
    </w:p>
    <w:p>
      <w:pPr>
        <w:jc w:val="right"/>
      </w:pPr>
      <w:r>
        <w:t>ہے: مولانا صاحب، people have an element of sentiment۔</w:t>
      </w:r>
    </w:p>
    <w:p>
      <w:r>
        <w:rPr>
          <w:b/>
        </w:rPr>
        <w:t xml:space="preserve">[50:12] </w:t>
      </w:r>
      <w:r>
        <w:t>Once that sentiment gets hurt, we tend to react.</w:t>
      </w:r>
    </w:p>
    <w:p>
      <w:pPr>
        <w:jc w:val="right"/>
      </w:pPr>
      <w:r>
        <w:t>Once that sentiment gets hurt, we tend to react.</w:t>
      </w:r>
    </w:p>
    <w:p>
      <w:r>
        <w:rPr>
          <w:b/>
        </w:rPr>
        <w:t xml:space="preserve">[50:18] </w:t>
      </w:r>
      <w:r>
        <w:t>How can we manage these sentiments? Please give us your guidance.</w:t>
      </w:r>
    </w:p>
    <w:p>
      <w:pPr>
        <w:jc w:val="right"/>
      </w:pPr>
      <w:r>
        <w:t>How can we manage these sentiments؟ Please give us your guidance۔</w:t>
      </w:r>
    </w:p>
    <w:p>
      <w:r>
        <w:rPr>
          <w:b/>
        </w:rPr>
        <w:t xml:space="preserve">[50:24] </w:t>
      </w:r>
      <w:r>
        <w:t>dekhiye, sentiment kya cheez hai? Sentiment naam hai shaitan ke</w:t>
      </w:r>
    </w:p>
    <w:p>
      <w:pPr>
        <w:jc w:val="right"/>
      </w:pPr>
      <w:r>
        <w:t>دیکھیے، sentiment کیا چیز ہے؟ Sentiment نام ہے شیطان کے</w:t>
      </w:r>
    </w:p>
    <w:p>
      <w:r>
        <w:rPr>
          <w:b/>
        </w:rPr>
        <w:t xml:space="preserve">[50:30] </w:t>
      </w:r>
      <w:r>
        <w:t>activation ka.</w:t>
      </w:r>
    </w:p>
    <w:p>
      <w:pPr>
        <w:jc w:val="right"/>
      </w:pPr>
      <w:r>
        <w:t>activation کا۔</w:t>
      </w:r>
    </w:p>
    <w:p>
      <w:r>
        <w:rPr>
          <w:b/>
        </w:rPr>
        <w:t xml:space="preserve">[50:36] </w:t>
      </w:r>
      <w:r>
        <w:t>insaan ke andar ek cheez hai, us ko shaitan activate karta hai, to woh emotion ban jata hai.</w:t>
      </w:r>
    </w:p>
    <w:p>
      <w:pPr>
        <w:jc w:val="right"/>
      </w:pPr>
      <w:r>
        <w:t>انسان کے اندر ایک چیز ہے، اس کو شیطان activate کرتا ہے، تو وہ emotion بن جاتا ہے۔</w:t>
      </w:r>
    </w:p>
    <w:p>
      <w:r>
        <w:rPr>
          <w:b/>
        </w:rPr>
        <w:t xml:space="preserve">[50:42] </w:t>
      </w:r>
      <w:r>
        <w:t>woh is waqt insaan shaitan ke, yaani shaitan ke asar mein aa jata hai.</w:t>
      </w:r>
    </w:p>
    <w:p>
      <w:pPr>
        <w:jc w:val="right"/>
      </w:pPr>
      <w:r>
        <w:t>وہ اس وقت انسان شیطان کے، یعنی شیطان کے اثر میں آ جاتا ہے۔</w:t>
      </w:r>
    </w:p>
    <w:p>
      <w:r>
        <w:rPr>
          <w:b/>
        </w:rPr>
        <w:t xml:space="preserve">[50:49] </w:t>
      </w:r>
      <w:r>
        <w:t>to emotion ko le kar ke aadmi soche aur iqdam kare, to woh to us se shaitan ko follow kiya.</w:t>
      </w:r>
    </w:p>
    <w:p>
      <w:pPr>
        <w:jc w:val="right"/>
      </w:pPr>
      <w:r>
        <w:t>تو emotion کو لے کر کے آدمی سوچے اور اقدام کرے، تو وہ تو اس سے شیطان کو follow کیا۔</w:t>
      </w:r>
    </w:p>
    <w:p>
      <w:r>
        <w:rPr>
          <w:b/>
        </w:rPr>
        <w:t xml:space="preserve">[50:55] </w:t>
      </w:r>
      <w:r>
        <w:t>us ne use toba karna chahiye,</w:t>
      </w:r>
    </w:p>
    <w:p>
      <w:pPr>
        <w:jc w:val="right"/>
      </w:pPr>
      <w:r>
        <w:t>اس نے اسے توبہ کرنا چاہیے،</w:t>
      </w:r>
    </w:p>
    <w:p>
      <w:r>
        <w:rPr>
          <w:b/>
        </w:rPr>
        <w:t xml:space="preserve">[51:01] </w:t>
      </w:r>
      <w:r>
        <w:t>use toba karna chahiye.</w:t>
      </w:r>
    </w:p>
    <w:p>
      <w:pPr>
        <w:jc w:val="right"/>
      </w:pPr>
      <w:r>
        <w:t>اسے توبہ کرنا چاہیے۔</w:t>
      </w:r>
    </w:p>
    <w:p>
      <w:r>
        <w:rPr>
          <w:b/>
        </w:rPr>
        <w:t xml:space="preserve">[51:07] </w:t>
      </w:r>
      <w:r>
        <w:t>yeh mein keh sakta hoon.</w:t>
      </w:r>
    </w:p>
    <w:p>
      <w:pPr>
        <w:jc w:val="right"/>
      </w:pPr>
      <w:r>
        <w:t>یہ میں کہہ سکتا ہوں۔</w:t>
      </w:r>
    </w:p>
    <w:p>
      <w:r>
        <w:rPr>
          <w:b/>
        </w:rPr>
        <w:t xml:space="preserve">[51:13] </w:t>
      </w:r>
      <w:r>
        <w:t>ji Maulana, agla comment bheja hai jis mein sawal bhi hai doctor Waqar Alam sahib ka.</w:t>
      </w:r>
    </w:p>
    <w:p>
      <w:pPr>
        <w:jc w:val="right"/>
      </w:pPr>
      <w:r>
        <w:t>جی مولانا، اگلا کمنٹ بھیجا ہے جس میں سوال بھی ہے ڈاکٹر وقار عالم صاحب کا۔</w:t>
      </w:r>
    </w:p>
    <w:p>
      <w:r>
        <w:rPr>
          <w:b/>
        </w:rPr>
        <w:t xml:space="preserve">[51:19] </w:t>
      </w:r>
      <w:r>
        <w:t>un ka jo comment kam question hai, unhon ne likha hai: Maulana muhtaram, alhamdulillah, the message of CPS</w:t>
      </w:r>
    </w:p>
    <w:p>
      <w:pPr>
        <w:jc w:val="right"/>
      </w:pPr>
      <w:r>
        <w:t>ان کا جو کمنٹ کم question ہے، انہوں نے لکھا ہے: مولانا محترم، الحمدللہ، the message of CPS</w:t>
      </w:r>
    </w:p>
    <w:p>
      <w:r>
        <w:rPr>
          <w:b/>
        </w:rPr>
        <w:t xml:space="preserve">[51:25] </w:t>
      </w:r>
      <w:r>
        <w:t>mission has reached globally in last few years and lot of prepared minds are in making today around</w:t>
      </w:r>
    </w:p>
    <w:p>
      <w:pPr>
        <w:jc w:val="right"/>
      </w:pPr>
      <w:r>
        <w:t>mission has reached globally in last few years and lot of prepared minds are in making today around</w:t>
      </w:r>
    </w:p>
    <w:p>
      <w:r>
        <w:rPr>
          <w:b/>
        </w:rPr>
        <w:t xml:space="preserve">[51:31] </w:t>
      </w:r>
      <w:r>
        <w:t>the world.</w:t>
      </w:r>
    </w:p>
    <w:p>
      <w:pPr>
        <w:jc w:val="right"/>
      </w:pPr>
      <w:r>
        <w:t>the world.</w:t>
      </w:r>
    </w:p>
    <w:p>
      <w:r>
        <w:rPr>
          <w:b/>
        </w:rPr>
        <w:t xml:space="preserve">[51:37] </w:t>
      </w:r>
      <w:r>
        <w:t>I feel this is theright time to step back, consolidate and prepare a dedicated team with focused training</w:t>
      </w:r>
    </w:p>
    <w:p>
      <w:pPr>
        <w:jc w:val="right"/>
      </w:pPr>
      <w:r>
        <w:t>I feel this is theright time to step back, consolidate and prepare a dedicated team with focused training</w:t>
      </w:r>
    </w:p>
    <w:p>
      <w:r>
        <w:rPr>
          <w:b/>
        </w:rPr>
        <w:t xml:space="preserve">[51:43] </w:t>
      </w:r>
      <w:r>
        <w:t>for Allah's work according to CPS philosophy.</w:t>
      </w:r>
    </w:p>
    <w:p>
      <w:pPr>
        <w:jc w:val="right"/>
      </w:pPr>
      <w:r>
        <w:t>for اللہ's work according to CPS philosophy.</w:t>
      </w:r>
    </w:p>
    <w:p>
      <w:r>
        <w:rPr>
          <w:b/>
        </w:rPr>
        <w:t xml:space="preserve">[51:49] </w:t>
      </w:r>
      <w:r>
        <w:t>A team of aqwan e rasool is ready and needs an intense training from you.</w:t>
      </w:r>
    </w:p>
    <w:p>
      <w:pPr>
        <w:jc w:val="right"/>
      </w:pPr>
      <w:r>
        <w:t>A team of اقوان رسول is ready and needs an intense training from you.</w:t>
      </w:r>
    </w:p>
    <w:p>
      <w:r>
        <w:rPr>
          <w:b/>
        </w:rPr>
        <w:t xml:space="preserve">[51:56] </w:t>
      </w:r>
      <w:r>
        <w:t>I hope you will consider the urgency and chalk out a program to prepare a dedicated team to take this mission</w:t>
      </w:r>
    </w:p>
    <w:p>
      <w:pPr>
        <w:jc w:val="right"/>
      </w:pPr>
      <w:r>
        <w:t>I hope you will consider theurgency and chalk out a program to prepare a dedicated team to take this mission</w:t>
      </w:r>
    </w:p>
    <w:p>
      <w:r>
        <w:rPr>
          <w:b/>
        </w:rPr>
        <w:t xml:space="preserve">[52:02] </w:t>
      </w:r>
      <w:r>
        <w:t>forward. Inshallah, Inshallah.</w:t>
      </w:r>
    </w:p>
    <w:p>
      <w:pPr>
        <w:jc w:val="right"/>
      </w:pPr>
      <w:r>
        <w:t>forward. انشاءاللہ، انشاءاللہ۔</w:t>
      </w:r>
    </w:p>
    <w:p>
      <w:r>
        <w:rPr>
          <w:b/>
        </w:rPr>
        <w:t xml:space="preserve">[52:09] </w:t>
      </w:r>
      <w:r>
        <w:t>Maulana, agla sawal bheja hai Faisal sahib ne Bangalore se, unhon ne likha hai: Maulana, you said the</w:t>
      </w:r>
    </w:p>
    <w:p>
      <w:pPr>
        <w:jc w:val="right"/>
      </w:pPr>
      <w:r>
        <w:t>مولانا، اگلا سوال بھیجا ہے فیصل صاحب نے بنگلور سے، انہوں نے لکھا ہے: مولانا، you said the</w:t>
      </w:r>
    </w:p>
    <w:p>
      <w:r>
        <w:rPr>
          <w:b/>
        </w:rPr>
        <w:t xml:space="preserve">[52:17] </w:t>
      </w:r>
      <w:r>
        <w:t>first thing Muslim should do is to forget the complaint against others.</w:t>
      </w:r>
    </w:p>
    <w:p>
      <w:pPr>
        <w:jc w:val="right"/>
      </w:pPr>
      <w:r>
        <w:t>first thing Muslim should do is to forget the complaint against others.</w:t>
      </w:r>
    </w:p>
    <w:p>
      <w:r>
        <w:rPr>
          <w:b/>
        </w:rPr>
        <w:t xml:space="preserve">[52:24] </w:t>
      </w:r>
      <w:r>
        <w:t>Maulana, how can we do it practically as mind becomes restless if someone does bad to you?</w:t>
      </w:r>
    </w:p>
    <w:p>
      <w:pPr>
        <w:jc w:val="right"/>
      </w:pPr>
      <w:r>
        <w:t>مولانا، how can we do it practically as mind becomes restless if someone does bad to you?</w:t>
      </w:r>
    </w:p>
    <w:p>
      <w:r>
        <w:rPr>
          <w:b/>
        </w:rPr>
        <w:t xml:space="preserve">[52:32] </w:t>
      </w:r>
      <w:r>
        <w:t>I try to implement what I learn from your talks and books, but I am still struggling.</w:t>
      </w:r>
    </w:p>
    <w:p>
      <w:pPr>
        <w:jc w:val="right"/>
      </w:pPr>
      <w:r>
        <w:t>I try to implement what I learn from your talks and books, but I am still struggling.</w:t>
      </w:r>
    </w:p>
    <w:p>
      <w:r>
        <w:rPr>
          <w:b/>
        </w:rPr>
        <w:t xml:space="preserve">[52:39] </w:t>
      </w:r>
      <w:r>
        <w:t>For example, I have faced situations in office and at home when I was wronged, and I tried</w:t>
      </w:r>
    </w:p>
    <w:p>
      <w:pPr>
        <w:jc w:val="right"/>
      </w:pPr>
      <w:r>
        <w:t>For example, I have faced situations in office and at home when I was wronged, and I tried</w:t>
      </w:r>
    </w:p>
    <w:p>
      <w:r>
        <w:rPr>
          <w:b/>
        </w:rPr>
        <w:t xml:space="preserve">[52:45] </w:t>
      </w:r>
      <w:r>
        <w:t>forgiving them, but the thought of their wrongdoing kept bothering me.</w:t>
      </w:r>
    </w:p>
    <w:p>
      <w:pPr>
        <w:jc w:val="right"/>
      </w:pPr>
      <w:r>
        <w:t>forgiving them, but the thought of their wrongdoing kept bothering me.</w:t>
      </w:r>
    </w:p>
    <w:p>
      <w:r>
        <w:rPr>
          <w:b/>
        </w:rPr>
        <w:t xml:space="preserve">[52:52] </w:t>
      </w:r>
      <w:r>
        <w:t>My question is: what is the practical way to forgive and also forget the instances of wrongdoing?</w:t>
      </w:r>
    </w:p>
    <w:p>
      <w:pPr>
        <w:jc w:val="right"/>
      </w:pPr>
      <w:r>
        <w:t>My question is: what is the practical way to forgive and also forget the instances of wrongdoing?</w:t>
      </w:r>
    </w:p>
    <w:p>
      <w:r>
        <w:rPr>
          <w:b/>
        </w:rPr>
        <w:t xml:space="preserve">[52:59] </w:t>
      </w:r>
      <w:r>
        <w:t>Please give your guidance on this.</w:t>
      </w:r>
    </w:p>
    <w:p>
      <w:pPr>
        <w:jc w:val="right"/>
      </w:pPr>
      <w:r>
        <w:t>Please give your guidance on this.</w:t>
      </w:r>
    </w:p>
    <w:p>
      <w:r>
        <w:rPr>
          <w:b/>
        </w:rPr>
        <w:t xml:space="preserve">[53:06] </w:t>
      </w:r>
      <w:r>
        <w:t>dekhiye, musalmanon ko yeh kehna hai ke woh rasool Allah ko mante hain ya nahi mante.</w:t>
      </w:r>
    </w:p>
    <w:p>
      <w:pPr>
        <w:jc w:val="right"/>
      </w:pPr>
      <w:r>
        <w:t>دیکھیے، مسلمانوں کو یہ کہنا ہے کہ وہ رسول اللہ کو مانتے ہیں یا نہیں مانتے۔</w:t>
      </w:r>
    </w:p>
    <w:p>
      <w:r>
        <w:rPr>
          <w:b/>
        </w:rPr>
        <w:t xml:space="preserve">[53:11] </w:t>
      </w:r>
      <w:r>
        <w:t>yeh jo aaj kal naat khwaniyan ho rahi hain, is se kuch faida nahi.</w:t>
      </w:r>
    </w:p>
    <w:p>
      <w:pPr>
        <w:jc w:val="right"/>
      </w:pPr>
      <w:r>
        <w:t>یہ جو آج کل نعت خوانیاں ہو رہی ہیں، اس سے کچھ فائدہ نہیں۔</w:t>
      </w:r>
    </w:p>
    <w:p>
      <w:r>
        <w:rPr>
          <w:b/>
        </w:rPr>
        <w:t xml:space="preserve">[53:16] </w:t>
      </w:r>
      <w:r>
        <w:t>naat khwani se Allah khush hone wala nahi hai.</w:t>
      </w:r>
    </w:p>
    <w:p>
      <w:pPr>
        <w:jc w:val="right"/>
      </w:pPr>
      <w:r>
        <w:t>نعت خوانی سے اللہ خوش ہونے والا نہیں ہے۔</w:t>
      </w:r>
    </w:p>
    <w:p>
      <w:r>
        <w:rPr>
          <w:b/>
        </w:rPr>
        <w:t xml:space="preserve">[53:22] </w:t>
      </w:r>
      <w:r>
        <w:t>naat khwani ki dhoop machi hui hai.</w:t>
      </w:r>
    </w:p>
    <w:p>
      <w:pPr>
        <w:jc w:val="right"/>
      </w:pPr>
      <w:r>
        <w:t>نعت خوانی کی دھوپ مچی ہوئی ہے۔</w:t>
      </w:r>
    </w:p>
    <w:p>
      <w:r>
        <w:rPr>
          <w:b/>
        </w:rPr>
        <w:t xml:space="preserve">[53:27] </w:t>
      </w:r>
      <w:r>
        <w:t>hargiz hargiz mat samjhiye ke is se Allah khush ho jayega.</w:t>
      </w:r>
    </w:p>
    <w:p>
      <w:pPr>
        <w:jc w:val="right"/>
      </w:pPr>
      <w:r>
        <w:t>ہرگز ہرگز مت سمجھیے کہ اس سے اللہ خوش ہو جائے گا۔</w:t>
      </w:r>
    </w:p>
    <w:p>
      <w:r>
        <w:rPr>
          <w:b/>
        </w:rPr>
        <w:t xml:space="preserve">[53:32] </w:t>
      </w:r>
      <w:r>
        <w:t>musalmanon ko yeh faisla karna hai ke woh Allah ki sunnat ko mante hain ya nahi mante.</w:t>
      </w:r>
    </w:p>
    <w:p>
      <w:pPr>
        <w:jc w:val="right"/>
      </w:pPr>
      <w:r>
        <w:t>مسلمانوں کو یہ فیصلہ کرنا ہے کہ وہ اللہ کی سنت کو مانتے ہیں یا نہیں مانتے۔</w:t>
      </w:r>
    </w:p>
    <w:p>
      <w:r>
        <w:rPr>
          <w:b/>
        </w:rPr>
        <w:t xml:space="preserve">[53:38] </w:t>
      </w:r>
      <w:r>
        <w:t>jaise dekhie, rasool Allah 13 saal tak makka mein thay. makka mein rasool Allah ko jo sataya gaya, is tarah ka zulm kisi musalman ko nahi hua, bohat ziyada. lekin aap dekhie, makka se jab niklay aap aur madina pohanchay to kabhi bhi aap ko nahi pata aati koi hadith ke aap ne wahan shikayat ki ho makka wale ko zulm ki. maslan</w:t>
      </w:r>
    </w:p>
    <w:p>
      <w:pPr>
        <w:jc w:val="right"/>
      </w:pPr>
      <w:r>
        <w:t>جیسے دیکھیے، رسول اللہ 13 سال تک مکہ میں تھے۔ مکہ میں رسول اللہ کو جو ستایا گیا، اس طرح کا ظلم کسی مسلمان کو نہیں ہوا، بہت زیادہ۔ لیکن آپ دیکھیے، مکہ سے جب نکلے آپ اور مدینہ پہنچے تو کبھی بھی آپ کو نہیں پتہ آتی کوئی حدیث کہ آپ نے وہاں شکایت کی ہو مکہ والے کو ظلم کی۔ مثلا</w:t>
      </w:r>
    </w:p>
    <w:p>
      <w:r>
        <w:rPr>
          <w:b/>
        </w:rPr>
        <w:t xml:space="preserve">[54:08] </w:t>
      </w:r>
      <w:r>
        <w:t>ً, aap sirat ibn sham mein dekhiye, hijrat ke baad ka waqea ke rasool Allah jab makkah se</w:t>
      </w:r>
    </w:p>
    <w:p>
      <w:pPr>
        <w:jc w:val="right"/>
      </w:pPr>
      <w:r>
        <w:t>ً، آپ سیرت ابن شام میں دیکھیے، ہجرت کے بعد کا واقعہ کہ رسول اللہ جب مکہ سے</w:t>
      </w:r>
    </w:p>
    <w:p>
      <w:r>
        <w:rPr>
          <w:b/>
        </w:rPr>
        <w:t xml:space="preserve">[54:14] </w:t>
      </w:r>
      <w:r>
        <w:t>chal kar madinah pohanche to jo pehla khitab kiya tha aap ne, woh poora ka poora sirat ibn</w:t>
      </w:r>
    </w:p>
    <w:p>
      <w:pPr>
        <w:jc w:val="right"/>
      </w:pPr>
      <w:r>
        <w:t>چل کر مدینہ پہنچے تو جو پہلا خطاب کیا تھا آپ نے، وہ پورا کا پورا سیرت ابن</w:t>
      </w:r>
    </w:p>
    <w:p>
      <w:r>
        <w:rPr>
          <w:b/>
        </w:rPr>
        <w:t xml:space="preserve">[54:20] </w:t>
      </w:r>
      <w:r>
        <w:t>sham mein maujood hai, is ka title hai: awwal khutbah khutbah rasool Allah sallallahu alaihi wasallam fi al-madinah.</w:t>
      </w:r>
    </w:p>
    <w:p>
      <w:pPr>
        <w:jc w:val="right"/>
      </w:pPr>
      <w:r>
        <w:t>شام میں موجود ہے، اس کا ٹائٹل ہے: اول خطبۃ خطبہ رسول اللہ صلی اللہ علیہ وسلم فی المدینہ۔</w:t>
      </w:r>
    </w:p>
    <w:p>
      <w:r>
        <w:rPr>
          <w:b/>
        </w:rPr>
        <w:t xml:space="preserve">[54:26] </w:t>
      </w:r>
      <w:r>
        <w:t>is khutbe ko parhiye aap.</w:t>
      </w:r>
    </w:p>
    <w:p>
      <w:pPr>
        <w:jc w:val="right"/>
      </w:pPr>
      <w:r>
        <w:t>اس خطبے کو پڑھیے آپ۔</w:t>
      </w:r>
    </w:p>
    <w:p>
      <w:r>
        <w:rPr>
          <w:b/>
        </w:rPr>
        <w:t xml:space="preserve">[54:32] </w:t>
      </w:r>
      <w:r>
        <w:t>ek lafz is mein nahi hai ke makkah walon ne zulm kiya,</w:t>
      </w:r>
    </w:p>
    <w:p>
      <w:pPr>
        <w:jc w:val="right"/>
      </w:pPr>
      <w:r>
        <w:t>ایک لفظ اس میں نہیں ہے کہ مکہ والوں نے ظلم کیا،</w:t>
      </w:r>
    </w:p>
    <w:p>
      <w:r>
        <w:rPr>
          <w:b/>
        </w:rPr>
        <w:t xml:space="preserve">[54:38] </w:t>
      </w:r>
      <w:r>
        <w:t>makkah walon ne sataya, makkah walon ne hum ko bhaga diya, kuch bhi nahi.</w:t>
      </w:r>
    </w:p>
    <w:p>
      <w:pPr>
        <w:jc w:val="right"/>
      </w:pPr>
      <w:r>
        <w:t>مکہ والوں نے ستایا، مکہ والوں نے ہم کو بھگا دیا، کچھ بھی نہیں۔</w:t>
      </w:r>
    </w:p>
    <w:p>
      <w:r>
        <w:rPr>
          <w:b/>
        </w:rPr>
        <w:t xml:space="preserve">[54:43] </w:t>
      </w:r>
      <w:r>
        <w:t>koi is ka reference hi nahi hai.</w:t>
      </w:r>
    </w:p>
    <w:p>
      <w:pPr>
        <w:jc w:val="right"/>
      </w:pPr>
      <w:r>
        <w:t>کوئی اس کا ریفرنس ہی نہیں ہے۔</w:t>
      </w:r>
    </w:p>
    <w:p>
      <w:r>
        <w:rPr>
          <w:b/>
        </w:rPr>
        <w:t xml:space="preserve">[54:48] </w:t>
      </w:r>
      <w:r>
        <w:t>is ka reference yeh nahi ke makkah walon ne hum ko nikal diya makkah se, balke kya hai?</w:t>
      </w:r>
    </w:p>
    <w:p>
      <w:pPr>
        <w:jc w:val="right"/>
      </w:pPr>
      <w:r>
        <w:t>اس کا ریفرنس یہ نہیں کہ مکہ والوں نے ہم کو نکال دیا مکہ سے، بلکہ کیا ہے؟</w:t>
      </w:r>
    </w:p>
    <w:p>
      <w:r>
        <w:rPr>
          <w:b/>
        </w:rPr>
        <w:t xml:space="preserve">[54:53] </w:t>
      </w:r>
      <w:r>
        <w:t>eha nas, ittaqu anar walon se.</w:t>
      </w:r>
    </w:p>
    <w:p>
      <w:pPr>
        <w:jc w:val="right"/>
      </w:pPr>
      <w:r>
        <w:t>ایہا الناس، اتقوا انار والوں سے۔</w:t>
      </w:r>
    </w:p>
    <w:p>
      <w:r>
        <w:rPr>
          <w:b/>
        </w:rPr>
        <w:t xml:space="preserve">[54:58] </w:t>
      </w:r>
      <w:r>
        <w:t>to musalmanon ko yeh faisla karna hai ke un ki naat khwani se Khuda kabhi khush nahi hone</w:t>
      </w:r>
    </w:p>
    <w:p>
      <w:pPr>
        <w:jc w:val="right"/>
      </w:pPr>
      <w:r>
        <w:t>تو مسلمانوں کو یہ فیصلہ کرنا ہے کہ ان کی نعت خوانی سے خدا کبھی خوش نہیں ہونے</w:t>
      </w:r>
    </w:p>
    <w:p>
      <w:r>
        <w:rPr>
          <w:b/>
        </w:rPr>
        <w:t xml:space="preserve">[55:03] </w:t>
      </w:r>
      <w:r>
        <w:t>wala hai, namumkin hai.</w:t>
      </w:r>
    </w:p>
    <w:p>
      <w:pPr>
        <w:jc w:val="right"/>
      </w:pPr>
      <w:r>
        <w:t>والا ہے، ناممکن ہے۔</w:t>
      </w:r>
    </w:p>
    <w:p>
      <w:r>
        <w:rPr>
          <w:b/>
        </w:rPr>
        <w:t xml:space="preserve">[55:09] </w:t>
      </w:r>
      <w:r>
        <w:t>unhein rasool Allah ki sunnat ko ikhtiyar karna parega, tab rasool Allah, tab Allah un se khush hoga.</w:t>
      </w:r>
    </w:p>
    <w:p>
      <w:pPr>
        <w:jc w:val="right"/>
      </w:pPr>
      <w:r>
        <w:t>انہیں رسول اللہ کی سنت کو اختیار کرنا پڑے گا، تب رسول اللہ، تب اللہ ان سے خوش ہوگا۔</w:t>
      </w:r>
    </w:p>
    <w:p>
      <w:r>
        <w:rPr>
          <w:b/>
        </w:rPr>
        <w:t xml:space="preserve">[55:15] </w:t>
      </w:r>
      <w:r>
        <w:t>acchi tarah samajh lijiye, is mein zara bhi shakk nahi hai ke naat khwaniyan chahe ab jitni ho</w:t>
      </w:r>
    </w:p>
    <w:p>
      <w:pPr>
        <w:jc w:val="right"/>
      </w:pPr>
      <w:r>
        <w:t>اچھی طرح سمجھ لیجئے، اس میں ذرا بھی شک نہیں ہے کہ نعت خوانیاں چاہے اب جتنی ہو</w:t>
      </w:r>
    </w:p>
    <w:p>
      <w:r>
        <w:rPr>
          <w:b/>
        </w:rPr>
        <w:t xml:space="preserve">[55:22] </w:t>
      </w:r>
      <w:r>
        <w:t>rahi hain, is se hazar guna barh jayen, tab bhi kuch bhi nahi milne wala akhirat mein.</w:t>
      </w:r>
    </w:p>
    <w:p>
      <w:pPr>
        <w:jc w:val="right"/>
      </w:pPr>
      <w:r>
        <w:t>رہی ہیں، اس سے ہزار گنا بڑھ جائیں، تب بھی کچھ بھی نہیں ملنے والا آخرت میں۔</w:t>
      </w:r>
    </w:p>
    <w:p>
      <w:r>
        <w:rPr>
          <w:b/>
        </w:rPr>
        <w:t xml:space="preserve">[55:28] </w:t>
      </w:r>
      <w:r>
        <w:t>milega is waqt jab ke rasool musalman rasool Allah ki sunnat ko follow karen.</w:t>
      </w:r>
    </w:p>
    <w:p>
      <w:pPr>
        <w:jc w:val="right"/>
      </w:pPr>
      <w:r>
        <w:t>ملے گا اس وقت جب کہ رسول مسلمان رسول اللہ کی سنت کو فالو کریں۔</w:t>
      </w:r>
    </w:p>
    <w:p>
      <w:r>
        <w:rPr>
          <w:b/>
        </w:rPr>
        <w:t xml:space="preserve">[55:35] </w:t>
      </w:r>
      <w:r>
        <w:t>woh follow yahi ke ke shikayat ko bhulao, shikayat ko bhulao, shikayat ko bhulao.</w:t>
      </w:r>
    </w:p>
    <w:p>
      <w:pPr>
        <w:jc w:val="right"/>
      </w:pPr>
      <w:r>
        <w:t>وہ فالو یہی کہ کہ شکایت کو بھلاؤ، شکایت کو بھلاؤ، شکایت کو بھلاؤ۔</w:t>
      </w:r>
    </w:p>
    <w:p>
      <w:r>
        <w:rPr>
          <w:b/>
        </w:rPr>
        <w:t xml:space="preserve">[55:41] </w:t>
      </w:r>
      <w:r>
        <w:t>maulana, kuch comments parhna chahenge sawal lene se pehle.</w:t>
      </w:r>
    </w:p>
    <w:p>
      <w:pPr>
        <w:jc w:val="right"/>
      </w:pPr>
      <w:r>
        <w:t>مولانا، کچھ کمنٹس پڑھنا چاہیں گے سوال لینے سے پہلے۔</w:t>
      </w:r>
    </w:p>
    <w:p>
      <w:r>
        <w:rPr>
          <w:b/>
        </w:rPr>
        <w:t xml:space="preserve">[55:48] </w:t>
      </w:r>
      <w:r>
        <w:t>maulana iqbal umri sahib ne chennai se bheja hai: maulana, aaj aap ne daur jadeed ka starting point</w:t>
      </w:r>
    </w:p>
    <w:p>
      <w:pPr>
        <w:jc w:val="right"/>
      </w:pPr>
      <w:r>
        <w:t>مولانا اقبال عمری صاحب نے چنئی سے بھیجا ہے: مولانا، آج آپ نے دور جدید کا سٹارٹنگ پوائنٹ</w:t>
      </w:r>
    </w:p>
    <w:p>
      <w:r>
        <w:rPr>
          <w:b/>
        </w:rPr>
        <w:t xml:space="preserve">[55:54] </w:t>
      </w:r>
      <w:r>
        <w:t>ko itna wazeh kiya ke aaj tak kisi ne is ko shaoori taur par discover nahi kiya.</w:t>
      </w:r>
    </w:p>
    <w:p>
      <w:pPr>
        <w:jc w:val="right"/>
      </w:pPr>
      <w:r>
        <w:t>کو اتنا واضح کیا کہ آج تک کسی نے اس کو شعوری طور پر ڈسکور نہیں کیا۔</w:t>
      </w:r>
    </w:p>
    <w:p>
      <w:r>
        <w:rPr>
          <w:b/>
        </w:rPr>
        <w:t xml:space="preserve">[56:00] </w:t>
      </w:r>
      <w:r>
        <w:t>aaj aap ne jo log mis fit islam batate hain, aap ne is islam ko most fit mazhab</w:t>
      </w:r>
    </w:p>
    <w:p>
      <w:pPr>
        <w:jc w:val="right"/>
      </w:pPr>
      <w:r>
        <w:t>آج آپ نے جو لوگ مس فٹ اسلام بتاتے ہیں، آپ نے اس اسلام کو موسٹ فٹ مذہب</w:t>
      </w:r>
    </w:p>
    <w:p>
      <w:r>
        <w:rPr>
          <w:b/>
        </w:rPr>
        <w:t xml:space="preserve">[56:06] </w:t>
      </w:r>
      <w:r>
        <w:t>bana diya aur bataya ke islam perfect hai, muslim mis fit hain</w:t>
      </w:r>
    </w:p>
    <w:p>
      <w:pPr>
        <w:jc w:val="right"/>
      </w:pPr>
      <w:r>
        <w:t>بنا دیا اور بتایا کہ اسلام پرفیکٹ ہے، مسلم مس فٹ ہیں</w:t>
      </w:r>
    </w:p>
    <w:p>
      <w:r>
        <w:rPr>
          <w:b/>
        </w:rPr>
        <w:t xml:space="preserve">[56:12] </w:t>
      </w:r>
      <w:r>
        <w:t>aur un ko islam ko re discover karna hai.</w:t>
      </w:r>
    </w:p>
    <w:p>
      <w:pPr>
        <w:jc w:val="right"/>
      </w:pPr>
      <w:r>
        <w:t>اور ان کو اسلام کو ری ڈسکور کرنا ہے۔</w:t>
      </w:r>
    </w:p>
    <w:p>
      <w:r>
        <w:rPr>
          <w:b/>
        </w:rPr>
        <w:t xml:space="preserve">[56:16] </w:t>
      </w:r>
      <w:r>
        <w:t>jazak allah molana sahib.</w:t>
      </w:r>
    </w:p>
    <w:p>
      <w:pPr>
        <w:jc w:val="right"/>
      </w:pPr>
      <w:r>
        <w:t>جزاک اللہ مولانا صاحب۔</w:t>
      </w:r>
    </w:p>
    <w:p>
      <w:r>
        <w:rPr>
          <w:b/>
        </w:rPr>
        <w:t xml:space="preserve">[56:20] </w:t>
      </w:r>
      <w:r>
        <w:t>فراز خان صاحب نے دلی سے بھیجا ہے: مولانا، today I learned a very big lesson, that to</w:t>
      </w:r>
    </w:p>
    <w:p>
      <w:pPr>
        <w:jc w:val="right"/>
      </w:pPr>
      <w:r>
        <w:t>فراز خان صاحب نے دلی سے بھیجا ہے: مولانا، ٹوڈے آئی لرنڈ ا ویری بگ لیسن، دیٹ ٹو</w:t>
      </w:r>
    </w:p>
    <w:p>
      <w:r>
        <w:rPr>
          <w:b/>
        </w:rPr>
        <w:t xml:space="preserve">[56:23] </w:t>
      </w:r>
      <w:r>
        <w:t>retreat is the required policy.</w:t>
      </w:r>
    </w:p>
    <w:p>
      <w:pPr>
        <w:jc w:val="right"/>
      </w:pPr>
      <w:r>
        <w:t>ریٹریٹ از دا ریکوائرڈ پالیسی۔</w:t>
      </w:r>
    </w:p>
    <w:p>
      <w:r>
        <w:rPr>
          <w:b/>
        </w:rPr>
        <w:t xml:space="preserve">[56:27] </w:t>
      </w:r>
      <w:r>
        <w:t>Save yourself, gain time to replan and to give a well-cultured response to a situation.</w:t>
      </w:r>
    </w:p>
    <w:p>
      <w:pPr>
        <w:jc w:val="right"/>
      </w:pPr>
      <w:r>
        <w:t>سیو یور سیلف، گین ٹائم ٹو ری پلان اینڈ ٹو گیو ا ویل کلچر ریسپانس ٹو ا سچویشن۔</w:t>
      </w:r>
    </w:p>
    <w:p>
      <w:r>
        <w:rPr>
          <w:b/>
        </w:rPr>
        <w:t xml:space="preserve">[56:31] </w:t>
      </w:r>
      <w:r>
        <w:t>this is the amazing policy.</w:t>
      </w:r>
    </w:p>
    <w:p>
      <w:pPr>
        <w:jc w:val="right"/>
      </w:pPr>
      <w:r>
        <w:t>دس از دا امیزنگ پالیسی۔</w:t>
      </w:r>
    </w:p>
    <w:p>
      <w:r>
        <w:rPr>
          <w:b/>
        </w:rPr>
        <w:t xml:space="preserve">[56:35] </w:t>
      </w:r>
      <w:r>
        <w:t>jazak allah molana sahib.</w:t>
      </w:r>
    </w:p>
    <w:p>
      <w:pPr>
        <w:jc w:val="right"/>
      </w:pPr>
      <w:r>
        <w:t>جزاک اللہ مولانا صاحب۔</w:t>
      </w:r>
    </w:p>
    <w:p>
      <w:r>
        <w:rPr>
          <w:b/>
        </w:rPr>
        <w:t xml:space="preserve">[56:38] </w:t>
      </w:r>
      <w:r>
        <w:t>doctor farida khanam ne dilli se likha hai: mol</w:t>
      </w:r>
    </w:p>
    <w:p>
      <w:pPr>
        <w:jc w:val="right"/>
      </w:pPr>
      <w:r>
        <w:t>ڈاکٹر فریدہ خانم نے دلی سے لکھا ہے: مول</w:t>
      </w:r>
    </w:p>
    <w:p>
      <w:r>
        <w:rPr>
          <w:b/>
        </w:rPr>
        <w:t xml:space="preserve">[56:42] </w:t>
      </w:r>
      <w:r>
        <w:t>ana, when muslims will realize that all their problems can be solved, only when they begin to take part in divine dawa mission, because only then they will receive the divine blessings. muhammad rafiq chogle sahib ne mumbai se bheja hai: the retreat of khalid bin walid from mautah and the retreat of the prophet from hudaybiyyah are the examples of advancement with planning that the present day muslims lack</w:t>
      </w:r>
    </w:p>
    <w:p>
      <w:pPr>
        <w:jc w:val="right"/>
      </w:pPr>
      <w:r>
        <w:t>انا، وین مسلمز ول ریلائز دیٹ آل دیر پرابلمز کین بی سالوڈ، اونلی وین دے بیگن ٹو ٹیک پارٹ ان ڈیوائن دعویٰ مشن، بیکاز اونلی دین دے ول ریسیو دا ڈیوائن بلیسنگز۔ محمد رفیع چوگلے صاحب نے ممبئی سے بھیجا ہے: دا ریٹریٹ آف خالد بن ولید فرام موتہ اینڈ دا ریٹریٹ آف دا پرافٹ فرام حدیبیہ آر دی ایگزیمپلز آف ایڈوانسمنٹ ود پلاننگ دیٹ دا پریزنٹ ڈے مسلمز لیک</w:t>
      </w:r>
    </w:p>
    <w:p>
      <w:r>
        <w:rPr>
          <w:b/>
        </w:rPr>
        <w:t xml:space="preserve">[57:12] </w:t>
      </w:r>
      <w:r>
        <w:t>an.</w:t>
      </w:r>
    </w:p>
    <w:p>
      <w:pPr>
        <w:jc w:val="right"/>
      </w:pPr>
      <w:r>
        <w:t>ان۔</w:t>
      </w:r>
    </w:p>
    <w:p>
      <w:r>
        <w:rPr>
          <w:b/>
        </w:rPr>
        <w:t xml:space="preserve">[57:18] </w:t>
      </w:r>
      <w:r>
        <w:t>riyaz bhatt sahib ne molana ek sawal bheja hai srinagar se, unhon ne likha hai: the man</w:t>
      </w:r>
    </w:p>
    <w:p>
      <w:pPr>
        <w:jc w:val="right"/>
      </w:pPr>
      <w:r>
        <w:t>ریاض بھٹ صاحب نے مولانا ایک سوال بھیجا ہے سری نگر سے، انہوں نے لکھا ہے: دا مین</w:t>
      </w:r>
    </w:p>
    <w:p>
      <w:r>
        <w:rPr>
          <w:b/>
        </w:rPr>
        <w:t xml:space="preserve">[57:24] </w:t>
      </w:r>
      <w:r>
        <w:t>The theme of the strategy to be adopted is avoidance of confrontation.</w:t>
      </w:r>
    </w:p>
    <w:p>
      <w:pPr>
        <w:jc w:val="right"/>
      </w:pPr>
      <w:r>
        <w:t>تھیم آف دا سٹریٹجی ٹو بی اڈاپٹڈ از اوائڈنس آف کنفرنٹیشن۔</w:t>
      </w:r>
    </w:p>
    <w:p>
      <w:r>
        <w:rPr>
          <w:b/>
        </w:rPr>
        <w:t xml:space="preserve">[57:31] </w:t>
      </w:r>
      <w:r>
        <w:t>Similarly, deep study is requisite for making an opinion.</w:t>
      </w:r>
    </w:p>
    <w:p>
      <w:pPr>
        <w:jc w:val="right"/>
      </w:pPr>
      <w:r>
        <w:t>سمیلرلی، ڈیپ سٹڈی از ریکوزٹ فار میکنگ این اوپینین۔</w:t>
      </w:r>
    </w:p>
    <w:p>
      <w:r>
        <w:rPr>
          <w:b/>
        </w:rPr>
        <w:t xml:space="preserve">[57:37] </w:t>
      </w:r>
      <w:r>
        <w:t>These two things are missing in today's Muslim representatives, which they feel is cowardice.</w:t>
      </w:r>
    </w:p>
    <w:p>
      <w:pPr>
        <w:jc w:val="right"/>
      </w:pPr>
      <w:r>
        <w:t>دیز ٹو تھنگز آر مسنگ ان ٹوڈے مسلم ریپریزنٹیٹیوز، وچ دے فیل از کورڈائز۔</w:t>
      </w:r>
    </w:p>
    <w:p>
      <w:r>
        <w:rPr>
          <w:b/>
        </w:rPr>
        <w:t xml:space="preserve">[57:43] </w:t>
      </w:r>
      <w:r>
        <w:t>to work on creating positivity among muslims, how can progress be accelerated? molana, what are your views on</w:t>
      </w:r>
    </w:p>
    <w:p>
      <w:pPr>
        <w:jc w:val="right"/>
      </w:pPr>
      <w:r>
        <w:t>ٹو ورک آن کریٹنگ پازیٹیوٹی امنگ مسلمز، ہاؤ کین پروگریس بی ایکسیلریٹڈ؟ مولانا، واٹ آر یور ویوز آن</w:t>
      </w:r>
    </w:p>
    <w:p>
      <w:r>
        <w:rPr>
          <w:b/>
        </w:rPr>
        <w:t xml:space="preserve">[57:50] </w:t>
      </w:r>
      <w:r>
        <w:t>this? aap ne theek baat kahi hai, apni koshish ko badha dijiye, accelerate your effort.</w:t>
      </w:r>
    </w:p>
    <w:p>
      <w:pPr>
        <w:jc w:val="right"/>
      </w:pPr>
      <w:r>
        <w:t>دس؟ آپ نے ٹھیک بات کہی ہے، اپنی کوشش کو بڑھا دیجیے، ایکسیلریٹ یور ایفرٹ۔</w:t>
      </w:r>
    </w:p>
    <w:p>
      <w:r>
        <w:rPr>
          <w:b/>
        </w:rPr>
        <w:t xml:space="preserve">[57:58] </w:t>
      </w:r>
      <w:r>
        <w:t>line to aap ki sahi hai, bilkul soch.</w:t>
      </w:r>
    </w:p>
    <w:p>
      <w:pPr>
        <w:jc w:val="right"/>
      </w:pPr>
      <w:r>
        <w:t>لائن تو آپ کی صحیح ہے، بالکل سوچ۔</w:t>
      </w:r>
    </w:p>
    <w:p>
      <w:r>
        <w:rPr>
          <w:b/>
        </w:rPr>
        <w:t xml:space="preserve">[58:06] </w:t>
      </w:r>
      <w:r>
        <w:t>agar aap nateeja kam dekhte hain to aur koshish badha dijiye.</w:t>
      </w:r>
    </w:p>
    <w:p>
      <w:pPr>
        <w:jc w:val="right"/>
      </w:pPr>
      <w:r>
        <w:t>اگر آپ نتیجہ کم دیکھتے ہیں تو اور کوشش بڑھا دیجیے۔</w:t>
      </w:r>
    </w:p>
    <w:p>
      <w:r>
        <w:rPr>
          <w:b/>
        </w:rPr>
        <w:t xml:space="preserve">[58:13] </w:t>
      </w:r>
      <w:r>
        <w:t>molana, agla sawal bheja hai abu dhabi se amir qureshi sahib ne, unhon ne aap se poocha hai:</w:t>
      </w:r>
    </w:p>
    <w:p>
      <w:pPr>
        <w:jc w:val="right"/>
      </w:pPr>
      <w:r>
        <w:t>مولانا، اگلا سوال بھیجا ہے ابو دھابی سے امیر قریشی صاحب نے، انہوں نے آپ سے پوچھا ہے:</w:t>
      </w:r>
    </w:p>
    <w:p>
      <w:r>
        <w:rPr>
          <w:b/>
        </w:rPr>
        <w:t xml:space="preserve">[58:21] </w:t>
      </w:r>
      <w:r>
        <w:t>مولانا صاحب، in your opinion, what is Ilm al-Kalam? اس کو واضح کریں۔</w:t>
      </w:r>
    </w:p>
    <w:p>
      <w:pPr>
        <w:jc w:val="right"/>
      </w:pPr>
      <w:r>
        <w:t>مولانا صاحب، ان یور اوپینین، واٹ از علم الکلام؟ اس کو واضح کریں۔</w:t>
      </w:r>
    </w:p>
    <w:p>
      <w:r>
        <w:rPr>
          <w:b/>
        </w:rPr>
        <w:t xml:space="preserve">[58:28] </w:t>
      </w:r>
      <w:r>
        <w:t>ilm ul kalam par hamare ek poora maqala hai, ilm ul kalam qadeem o jadeed, is ko aap parh li jiye.</w:t>
      </w:r>
    </w:p>
    <w:p>
      <w:pPr>
        <w:jc w:val="right"/>
      </w:pPr>
      <w:r>
        <w:t>علم الکلام پر ہمارے ایک پورا مقالہ ہے، علم الکلام قدیم و جدید، اس کو آپ پڑھ لیجیے۔</w:t>
      </w:r>
    </w:p>
    <w:p>
      <w:r>
        <w:rPr>
          <w:b/>
        </w:rPr>
        <w:t xml:space="preserve">[58:36] </w:t>
      </w:r>
      <w:r>
        <w:t>waise ilm ul kalam usoolan jis cheez ka naam hai,</w:t>
      </w:r>
    </w:p>
    <w:p>
      <w:pPr>
        <w:jc w:val="right"/>
      </w:pPr>
      <w:r>
        <w:t>ویسے علم الکلام اصولاً جس چیز کا نام ہے،</w:t>
      </w:r>
    </w:p>
    <w:p>
      <w:r>
        <w:rPr>
          <w:b/>
        </w:rPr>
        <w:t xml:space="preserve">[58:43] </w:t>
      </w:r>
      <w:r>
        <w:t>وہ یہ ہے کہ اسلام کو rational terms میں understandable بنانا۔</w:t>
      </w:r>
    </w:p>
    <w:p>
      <w:pPr>
        <w:jc w:val="right"/>
      </w:pPr>
      <w:r>
        <w:t>وہ یہ ہے کہ اسلام کو ریشنل ٹرم میں انڈرسٹینڈیبل بنانا۔</w:t>
      </w:r>
    </w:p>
    <w:p>
      <w:r>
        <w:rPr>
          <w:b/>
        </w:rPr>
        <w:t xml:space="preserve">[58:51] </w:t>
      </w:r>
      <w:r>
        <w:t>علم الکلام جو ہے، وہ کیا ہے؟ اسلام کی تعلیمات کو rational terms میں understandable بنانا۔</w:t>
      </w:r>
    </w:p>
    <w:p>
      <w:pPr>
        <w:jc w:val="right"/>
      </w:pPr>
      <w:r>
        <w:t>علم الکلام جو ہے، وہ کیا ہے؟ اسلام کی تعلیمات کو ریشنل ٹرم میں انڈرسٹینڈیبل بنانا۔</w:t>
      </w:r>
    </w:p>
    <w:p>
      <w:r>
        <w:rPr>
          <w:b/>
        </w:rPr>
        <w:t xml:space="preserve">[58:58] </w:t>
      </w:r>
      <w:r>
        <w:t>to abbasi daur mein jo ilm ul kalam tha, us daur mein yunani philosophy ka dabdaba tha.</w:t>
      </w:r>
    </w:p>
    <w:p>
      <w:pPr>
        <w:jc w:val="right"/>
      </w:pPr>
      <w:r>
        <w:t>تو عباسی دور میں جو علم الکلام تھا، اس دور میں یونانی فلاسفی کا دبدبہ تھا۔</w:t>
      </w:r>
    </w:p>
    <w:p>
      <w:r>
        <w:rPr>
          <w:b/>
        </w:rPr>
        <w:t xml:space="preserve">[59:06] </w:t>
      </w:r>
      <w:r>
        <w:t>تو یونانی تھاٹ جو تھا، اس کی روشنی میں انہوں نے اسلام کو understand</w:t>
      </w:r>
    </w:p>
    <w:p>
      <w:pPr>
        <w:jc w:val="right"/>
      </w:pPr>
      <w:r>
        <w:t>تو یونانی تھاٹ جو تھا، اس کی روشنی میں انہوں نے اسلام کو انڈرسٹینڈی</w:t>
      </w:r>
    </w:p>
    <w:p>
      <w:r>
        <w:rPr>
          <w:b/>
        </w:rPr>
        <w:t xml:space="preserve">[59:13] </w:t>
      </w:r>
      <w:r>
        <w:t>bill banaya.</w:t>
      </w:r>
    </w:p>
    <w:p>
      <w:pPr>
        <w:jc w:val="right"/>
      </w:pPr>
      <w:r>
        <w:t>بل بنایا۔</w:t>
      </w:r>
    </w:p>
    <w:p>
      <w:r>
        <w:rPr>
          <w:b/>
        </w:rPr>
        <w:t xml:space="preserve">[59:17] </w:t>
      </w:r>
      <w:r>
        <w:t>ab woh khatam ho chuka hai, woh daur.</w:t>
      </w:r>
    </w:p>
    <w:p>
      <w:pPr>
        <w:jc w:val="right"/>
      </w:pPr>
      <w:r>
        <w:t>اب وہ ختم ہو چکا ہے، وہ دور۔</w:t>
      </w:r>
    </w:p>
    <w:p>
      <w:r>
        <w:rPr>
          <w:b/>
        </w:rPr>
        <w:t xml:space="preserve">[59:21] </w:t>
      </w:r>
      <w:r>
        <w:t>ab to scientific, ab to age of reason hai.</w:t>
      </w:r>
    </w:p>
    <w:p>
      <w:pPr>
        <w:jc w:val="right"/>
      </w:pPr>
      <w:r>
        <w:t>اب تو سائنٹیفک، اب تو ایج آف ریزن ہے۔</w:t>
      </w:r>
    </w:p>
    <w:p>
      <w:r>
        <w:rPr>
          <w:b/>
        </w:rPr>
        <w:t xml:space="preserve">[59:25] </w:t>
      </w:r>
      <w:r>
        <w:t>ab ab scientific logic duniya mein chalti hai.</w:t>
      </w:r>
    </w:p>
    <w:p>
      <w:pPr>
        <w:jc w:val="right"/>
      </w:pPr>
      <w:r>
        <w:t>اب اب سائنٹیفک لاجک دنیا میں چلتی ہے۔</w:t>
      </w:r>
    </w:p>
    <w:p>
      <w:r>
        <w:rPr>
          <w:b/>
        </w:rPr>
        <w:t xml:space="preserve">[59:29] </w:t>
      </w:r>
      <w:r>
        <w:t>اب سائنس کی روشنی میں آپ اسلام کو understandable بنائیے۔</w:t>
      </w:r>
    </w:p>
    <w:p>
      <w:pPr>
        <w:jc w:val="right"/>
      </w:pPr>
      <w:r>
        <w:t>اب سائنس کی روشنی میں آپ اسلام کو انڈرسٹینڈیبل بنائیے۔</w:t>
      </w:r>
    </w:p>
    <w:p>
      <w:r>
        <w:rPr>
          <w:b/>
        </w:rPr>
        <w:t xml:space="preserve">[59:32] </w:t>
      </w:r>
      <w:r>
        <w:t>aur meri jo kitab hai, alaihissalam wahdah, woh isi isi topic par hai.</w:t>
      </w:r>
    </w:p>
    <w:p>
      <w:pPr>
        <w:jc w:val="right"/>
      </w:pPr>
      <w:r>
        <w:t>اور میری جو کتاب ہے، علیہ السلام وحدہ، وہ اسی اسی ٹاپک پر ہے۔</w:t>
      </w:r>
    </w:p>
    <w:p>
      <w:r>
        <w:rPr>
          <w:b/>
        </w:rPr>
        <w:t xml:space="preserve">[59:36] </w:t>
      </w:r>
      <w:r>
        <w:t>ek comment parhna chahenge jo fenoid bone ne bheja hai pakistan se, unhon ne likha hai: molana</w:t>
      </w:r>
    </w:p>
    <w:p>
      <w:pPr>
        <w:jc w:val="right"/>
      </w:pPr>
      <w:r>
        <w:t>ایک کمنٹ پڑھنا چاہیں گے جو فینوائڈ بون نے بھیجا ہے پاکستان سے، انہوں نے لکھا ہے: مولانا</w:t>
      </w:r>
    </w:p>
    <w:p>
      <w:r>
        <w:rPr>
          <w:b/>
        </w:rPr>
        <w:t xml:space="preserve">[59:40] </w:t>
      </w:r>
      <w:r>
        <w:t>sahib, your every analysis</w:t>
      </w:r>
    </w:p>
    <w:p>
      <w:pPr>
        <w:jc w:val="right"/>
      </w:pPr>
      <w:r>
        <w:t>صاحب، یور ایوری انالیس</w:t>
      </w:r>
    </w:p>
    <w:p>
      <w:r>
        <w:rPr>
          <w:b/>
        </w:rPr>
        <w:t xml:space="preserve">[59:44] </w:t>
      </w:r>
      <w:r>
        <w:t>is just like a big bird approach. maulana, delhi se sawal kiya hai miss naghma siddiqui ne, unhon ne likha hai: islam has had a pivotal role in strong foundation of the modern age. what is islam's role in the modern age now? what is your comment on this, maulana? main samajhta hoon ke aaj sab se bara jo role hai islam ka, jo musalman</w:t>
      </w:r>
    </w:p>
    <w:p>
      <w:pPr>
        <w:jc w:val="right"/>
      </w:pPr>
      <w:r>
        <w:t>ز از جسٹ لائک ا بگ برڈ اپروچ۔ مولانا، دلی سے سوال کیا ہے مس نغمہ صدیقی نے، انہوں نے لکھا ہے: اسلام ہیز ہیڈ ا پیوٹل رول ان سٹرونگ فاؤنڈیشن آف دا ماڈرن ایج۔ واٹ از اسلامز رول ان دی ماڈرن ایج ناؤ؟ واٹ از یور کمنٹ آن دس، مولانا؟ میں سمجھتا ہوں کہ آج سب سے بڑا جو رول ہے اسلام کا، جو مسلمان</w:t>
      </w:r>
    </w:p>
    <w:p>
      <w:r>
        <w:rPr>
          <w:b/>
        </w:rPr>
        <w:t xml:space="preserve">[1:00:14] </w:t>
      </w:r>
      <w:r>
        <w:t>on ko, yani musalmanon ki taraf se duniya ke samne aana hai, yani islam khud to chal phir ke nahi pohnchega, pohnchana to musalmanon ko hai. to sab se bari baat jo duniya ko bata sakte hain musalman, ke islam ne equation ko badal diya. qadeem zamane mein jo equation jo tha, woh that was based on dichotomy: dushman dost, dushman dost. quran</w:t>
      </w:r>
    </w:p>
    <w:p>
      <w:pPr>
        <w:jc w:val="right"/>
      </w:pPr>
      <w:r>
        <w:t>وں کو، یعنی مسلمانوں کی طرف سے دنیا کے سامنے آنا ہے، یعنی اسلام خود تو چل پھر کے نہیں پہنچے گا، پہنچانا تو مسلمانوں کو ہے۔ تو سب سے بڑی بات جو دنیا کو بتا سکتے ہیں مسلمان، کہ اسلام نے ایکویشن کو بدل دیا۔ قدیم زمانے میں جو ایکویشن جو تھا، وہ دیٹ واز بیسڈ آن ڈائیکاٹمی: دشمن دوست، دشمن دوست۔ قرآن</w:t>
      </w:r>
    </w:p>
    <w:p>
      <w:r>
        <w:rPr>
          <w:b/>
        </w:rPr>
        <w:t xml:space="preserve">[1:00:44] </w:t>
      </w:r>
      <w:r>
        <w:t>ne ek third option nikala: dushman dost aur supporter.</w:t>
      </w:r>
    </w:p>
    <w:p>
      <w:pPr>
        <w:jc w:val="right"/>
      </w:pPr>
      <w:r>
        <w:t>نے ایک تھرڈ آپشن نکالا: دشمن دوست اور سپورٹر۔</w:t>
      </w:r>
    </w:p>
    <w:p>
      <w:r>
        <w:rPr>
          <w:b/>
        </w:rPr>
        <w:t xml:space="preserve">[1:00:50] </w:t>
      </w:r>
      <w:r>
        <w:t>yeh jante nahi log.</w:t>
      </w:r>
    </w:p>
    <w:p>
      <w:pPr>
        <w:jc w:val="right"/>
      </w:pPr>
      <w:r>
        <w:t>یہ جانتے نہیں لوگ۔</w:t>
      </w:r>
    </w:p>
    <w:p>
      <w:r>
        <w:rPr>
          <w:b/>
        </w:rPr>
        <w:t xml:space="preserve">[1:00:56] </w:t>
      </w:r>
      <w:r>
        <w:t>yeh dichotomy ko quran ne zyada behtar iski shakal di hai ke quran batata hai ke ke</w:t>
      </w:r>
    </w:p>
    <w:p>
      <w:pPr>
        <w:jc w:val="right"/>
      </w:pPr>
      <w:r>
        <w:t>یہ ڈائیکاٹمی کو قرآن نے زیادہ بہتر اس کی شکل دی ہے کہ قرآن بتاتا ہے کہ کہ</w:t>
      </w:r>
    </w:p>
    <w:p>
      <w:r>
        <w:rPr>
          <w:b/>
        </w:rPr>
        <w:t xml:space="preserve">[1:01:02] </w:t>
      </w:r>
      <w:r>
        <w:t>dost aur dushman ke sawab ek ek hain, aur woh hai supporter.</w:t>
      </w:r>
    </w:p>
    <w:p>
      <w:pPr>
        <w:jc w:val="right"/>
      </w:pPr>
      <w:r>
        <w:t>دوست اور دشمن کے ثواب ایک ایک ہیں، اور وہ ہے سپورٹر۔</w:t>
      </w:r>
    </w:p>
    <w:p>
      <w:r>
        <w:rPr>
          <w:b/>
        </w:rPr>
        <w:t xml:space="preserve">[1:01:08] </w:t>
      </w:r>
      <w:r>
        <w:t>toh logon ko supporter banao, kya zaroorat hai ladne ki? yeh jo concept</w:t>
      </w:r>
    </w:p>
    <w:p>
      <w:pPr>
        <w:jc w:val="right"/>
      </w:pPr>
      <w:r>
        <w:t>تو لوگوں کو سپورٹر بناؤ، کیا ضرورت ہے لڑنے کی؟ یہ جو کانسیپٹ</w:t>
      </w:r>
    </w:p>
    <w:p>
      <w:r>
        <w:rPr>
          <w:b/>
        </w:rPr>
        <w:t xml:space="preserve">[1:01:14] </w:t>
      </w:r>
      <w:r>
        <w:t>islam ka hai, yeh duniya ko batana, yeh musalmanon ka sabse bada kaam hai.</w:t>
      </w:r>
    </w:p>
    <w:p>
      <w:pPr>
        <w:jc w:val="right"/>
      </w:pPr>
      <w:r>
        <w:t>اسلام کا ہے، یہ دنیا کو بتانا، یہ مسلمانوں کا سب سے بڑا کام ہے۔</w:t>
      </w:r>
    </w:p>
    <w:p>
      <w:r>
        <w:rPr>
          <w:b/>
        </w:rPr>
        <w:t xml:space="preserve">[1:01:20] </w:t>
      </w:r>
      <w:r>
        <w:t>lekin iske liye musalmanon ko chhodna padega violence, apne apne hathiyaron ko samandar mein phenkna padega</w:t>
      </w:r>
    </w:p>
    <w:p>
      <w:pPr>
        <w:jc w:val="right"/>
      </w:pPr>
      <w:r>
        <w:t>لیکن اس کے لیے مسلمانوں کو چھوڑنا پڑے گا وائیلنس، اپنے اپنے ہتھیاروں کو سمندر میں پھینکنا پڑے</w:t>
      </w:r>
    </w:p>
    <w:p>
      <w:r>
        <w:rPr>
          <w:b/>
        </w:rPr>
        <w:t xml:space="preserve">[1:01:26] </w:t>
      </w:r>
      <w:r>
        <w:t>ga, tab yeh role bata payenge woh.</w:t>
      </w:r>
    </w:p>
    <w:p>
      <w:pPr>
        <w:jc w:val="right"/>
      </w:pPr>
      <w:r>
        <w:t>گا، تب یہ رول بتا پائیں گے وہ۔</w:t>
      </w:r>
    </w:p>
    <w:p>
      <w:r>
        <w:rPr>
          <w:b/>
        </w:rPr>
        <w:t xml:space="preserve">[1:01:32] </w:t>
      </w:r>
      <w:r>
        <w:t>maulana, agla sawal pakistan se bheja hai ajmal sahab ne, unhone likha hai: maulana sahab, what do</w:t>
      </w:r>
    </w:p>
    <w:p>
      <w:pPr>
        <w:jc w:val="right"/>
      </w:pPr>
      <w:r>
        <w:t>مولانا، اگلا سوال پاکستان سے بھیجا ہے اجمل صاحب نے، انہوں نے لکھا ہے: مولانا صاحب، واٹ ڈو</w:t>
      </w:r>
    </w:p>
    <w:p>
      <w:r>
        <w:rPr>
          <w:b/>
        </w:rPr>
        <w:t xml:space="preserve">[1:01:38] </w:t>
      </w:r>
      <w:r>
        <w:t>You want to say about law of blasphemy? اس کے بارے میں بتائیں۔</w:t>
      </w:r>
    </w:p>
    <w:p>
      <w:pPr>
        <w:jc w:val="right"/>
      </w:pPr>
      <w:r>
        <w:t>یو وانٹ ٹو سے اباؤٹ لاء آف بلاسفیمی؟ اس کے بارے میں بتائیں۔</w:t>
      </w:r>
    </w:p>
    <w:p>
      <w:r>
        <w:rPr>
          <w:b/>
        </w:rPr>
        <w:t xml:space="preserve">[1:01:44] </w:t>
      </w:r>
      <w:r>
        <w:t>law of blasphemy hai hi nahi islam mein, yeh to abbasi period mein bani bani hai. yeh yaad rakhiye, murtad ko qatl karna aur so called satab ko qatl karna, yeh hargiz hargiz islam nahi hai. hamare dono par likha hai tafseel se, yeh bana baat ko banaya gaya, na quran mein hai na hadith mein. yeh qanoon na to quran mein hai na hadith mein ke murtad ko mar dalo, nahi nahi karo quran mein, satam ko</w:t>
      </w:r>
    </w:p>
    <w:p>
      <w:pPr>
        <w:jc w:val="right"/>
      </w:pPr>
      <w:r>
        <w:t>لاء آف بلاسفیمی ہے ہی نہیں اسلام میں، یہ تو عباسی پیریڈ میں بنی بنی ہے۔ یہ یاد رکھیے، مرتد کو قتل کرنا اور سو کالڈ ساتب کو قتل کرنا، یہ ہرگز ہرگز اسلام نہیں ہے۔ ہمارے دونوں پر لکھا ہے تفصیل سے، یہ بنا بات کو بنایا گیا، نہ قرآن میں ہے نہ حدیث میں۔ یہ قانون نہ تو قرآن میں ہے نہ حدیث میں کہ مرتد کو مار ڈالو، نہیں نہیں کرو قرآن میں، ساتم کو</w:t>
      </w:r>
    </w:p>
    <w:p>
      <w:r>
        <w:rPr>
          <w:b/>
        </w:rPr>
        <w:t xml:space="preserve">[1:02:14] </w:t>
      </w:r>
      <w:r>
        <w:t>maar dalo, nahi quran mein.</w:t>
      </w:r>
    </w:p>
    <w:p>
      <w:pPr>
        <w:jc w:val="right"/>
      </w:pPr>
      <w:r>
        <w:t>مار ڈالو، نہیں قرآن میں۔</w:t>
      </w:r>
    </w:p>
    <w:p>
      <w:r>
        <w:rPr>
          <w:b/>
        </w:rPr>
        <w:t xml:space="preserve">[1:02:18] </w:t>
      </w:r>
      <w:r>
        <w:t>jo logon ne aise law banaye hain apne mulkon mein, woh jurm kiya hai, khud jurm kar rahe hain woh.</w:t>
      </w:r>
    </w:p>
    <w:p>
      <w:pPr>
        <w:jc w:val="right"/>
      </w:pPr>
      <w:r>
        <w:t>جو لوگوں نے ایسے لا بنائے ہیں اپنے ملکوں میں، وہ جرم کیا ہے، خود جرم کر رہے ہیں وہ۔</w:t>
      </w:r>
    </w:p>
    <w:p>
      <w:r>
        <w:rPr>
          <w:b/>
        </w:rPr>
        <w:t xml:space="preserve">[1:02:23] </w:t>
      </w:r>
      <w:r>
        <w:t>yani satam ke naam par, yeh murtad ke naam par jo qanoon banaye hain jin mulkon mein, un</w:t>
      </w:r>
    </w:p>
    <w:p>
      <w:pPr>
        <w:jc w:val="right"/>
      </w:pPr>
      <w:r>
        <w:t>یعنی ساتم کے نام پر، یہ مرتد کے نام پر جو قانون بنائے ہیں جن ملکوں میں، ان</w:t>
      </w:r>
    </w:p>
    <w:p>
      <w:r>
        <w:rPr>
          <w:b/>
        </w:rPr>
        <w:t xml:space="preserve">[1:02:27] </w:t>
      </w:r>
      <w:r>
        <w:t>mulkon ne khud jurm kiya hai.</w:t>
      </w:r>
    </w:p>
    <w:p>
      <w:pPr>
        <w:jc w:val="right"/>
      </w:pPr>
      <w:r>
        <w:t>ملکوں نے خود جرم کیا ہے۔</w:t>
      </w:r>
    </w:p>
    <w:p>
      <w:r>
        <w:rPr>
          <w:b/>
        </w:rPr>
        <w:t xml:space="preserve">[1:02:31] </w:t>
      </w:r>
      <w:r>
        <w:t>yeh mulk khud pakde jayenge allah taala ke haan, kyunke dekhiye, chahe irtidad ka case ho ya</w:t>
      </w:r>
    </w:p>
    <w:p>
      <w:pPr>
        <w:jc w:val="right"/>
      </w:pPr>
      <w:r>
        <w:t>یہ ملک خود پکڑے جائیں گے اللہ تعالی کے ہاں، کیونکہ دیکھیے، چاہے ارتداد کا کیس ہو یا</w:t>
      </w:r>
    </w:p>
    <w:p>
      <w:r>
        <w:rPr>
          <w:b/>
        </w:rPr>
        <w:t xml:space="preserve">[1:02:36] </w:t>
      </w:r>
      <w:r>
        <w:t>so called sato ka case ho, woh case hai difference of opinion ka case hai.</w:t>
      </w:r>
    </w:p>
    <w:p>
      <w:pPr>
        <w:jc w:val="right"/>
      </w:pPr>
      <w:r>
        <w:t>سو کالڈ سطو کا کیس ہو، وہ کیس ہے ڈفرنس آف اوپینین کا کیس ہے۔</w:t>
      </w:r>
    </w:p>
    <w:p>
      <w:r>
        <w:rPr>
          <w:b/>
        </w:rPr>
        <w:t xml:space="preserve">[1:02:40] </w:t>
      </w:r>
      <w:r>
        <w:t>aap isse baat</w:t>
      </w:r>
    </w:p>
    <w:p>
      <w:pPr>
        <w:jc w:val="right"/>
      </w:pPr>
      <w:r>
        <w:t>آپ اس سے بات</w:t>
      </w:r>
    </w:p>
    <w:p>
      <w:r>
        <w:rPr>
          <w:b/>
        </w:rPr>
        <w:t xml:space="preserve">[1:02:44] </w:t>
      </w:r>
      <w:r>
        <w:t>kijiye, miliye isse, usko samjhaiye, kitaab pesh kijiye.</w:t>
      </w:r>
    </w:p>
    <w:p>
      <w:pPr>
        <w:jc w:val="right"/>
      </w:pPr>
      <w:r>
        <w:t>کیجیے، ملیے اس سے، اس کو سمجھائیے، کتاب پیش کیجیے۔</w:t>
      </w:r>
    </w:p>
    <w:p>
      <w:r>
        <w:rPr>
          <w:b/>
        </w:rPr>
        <w:t xml:space="preserve">[1:02:49] </w:t>
      </w:r>
      <w:r>
        <w:t>yeh musalman isko naam de rakha hai, yani yeh naam musalmanon ko diya hua hai.</w:t>
      </w:r>
    </w:p>
    <w:p>
      <w:pPr>
        <w:jc w:val="right"/>
      </w:pPr>
      <w:r>
        <w:t>یہ مسلمان اس کو نام دے رکھا ہے، یعنی یہ نام مسلمانوں کو دیا ہوا ہے۔</w:t>
      </w:r>
    </w:p>
    <w:p>
      <w:r>
        <w:rPr>
          <w:b/>
        </w:rPr>
        <w:t xml:space="preserve">[1:02:53] </w:t>
      </w:r>
      <w:r>
        <w:t>irtidad aur sato yeh musalmanon ko diya hua naam hai, unke apne nazdeek toh woh difference of</w:t>
      </w:r>
    </w:p>
    <w:p>
      <w:pPr>
        <w:jc w:val="right"/>
      </w:pPr>
      <w:r>
        <w:t>ارتداد اور سطو یہ مسلمانوں کو دیا ہوا نام ہے، ان کے اپنے نزدیک تو وہ ڈفرنس آف</w:t>
      </w:r>
    </w:p>
    <w:p>
      <w:r>
        <w:rPr>
          <w:b/>
        </w:rPr>
        <w:t xml:space="preserve">[1:02:57] </w:t>
      </w:r>
      <w:r>
        <w:t>opinion ka case hai.</w:t>
      </w:r>
    </w:p>
    <w:p>
      <w:pPr>
        <w:jc w:val="right"/>
      </w:pPr>
      <w:r>
        <w:t>اوپینین کا کیس ہے۔</w:t>
      </w:r>
    </w:p>
    <w:p>
      <w:r>
        <w:rPr>
          <w:b/>
        </w:rPr>
        <w:t xml:space="preserve">[1:03:01] </w:t>
      </w:r>
      <w:r>
        <w:t>woh unse aap pooche toh yeh nahi kahe ke hum hum apne ko irtidad kaise nahi batayenge</w:t>
      </w:r>
    </w:p>
    <w:p>
      <w:pPr>
        <w:jc w:val="right"/>
      </w:pPr>
      <w:r>
        <w:t>وہ ان سے آپ پوچھیں تو یہ نہیں کہے کہ ہم ہم اپنے کو ارتداد کیسے نہیں بتائیں</w:t>
      </w:r>
    </w:p>
    <w:p>
      <w:r>
        <w:rPr>
          <w:b/>
        </w:rPr>
        <w:t xml:space="preserve">[1:03:06] </w:t>
      </w:r>
      <w:r>
        <w:t>ge, woh na satam ka kaise batayenge.</w:t>
      </w:r>
    </w:p>
    <w:p>
      <w:pPr>
        <w:jc w:val="right"/>
      </w:pPr>
      <w:r>
        <w:t>گے، وہ نہ ساتم کا کیسے بتائیں گے۔</w:t>
      </w:r>
    </w:p>
    <w:p>
      <w:r>
        <w:rPr>
          <w:b/>
        </w:rPr>
        <w:t xml:space="preserve">[1:03:10] </w:t>
      </w:r>
      <w:r>
        <w:t>woh yeh toh aap ne unko yeh naam de rakha hai, unke</w:t>
      </w:r>
    </w:p>
    <w:p>
      <w:pPr>
        <w:jc w:val="right"/>
      </w:pPr>
      <w:r>
        <w:t>وہ یہ تو آپ نے ان کو یہ نام دے رکھا ہے، ان کے</w:t>
      </w:r>
    </w:p>
    <w:p>
      <w:r>
        <w:rPr>
          <w:b/>
        </w:rPr>
        <w:t xml:space="preserve">[1:03:14] </w:t>
      </w:r>
      <w:r>
        <w:t>apne nazdeek woh difference of opinion ka case hai. to aap un ko miliye, un ko samjhaiye, un ko kitab dijiye, un se guftagu kijiye narmi ke sath. maulana, agla ek comment lenge jis pe session ko khatam karenge. yeh comment bheja hai syed ahmad ali sahib ne new delhi se, unhon ne likha hai: maulana, its always delightful to attend your lectures. your words of wisdom if applied to our life</w:t>
      </w:r>
    </w:p>
    <w:p>
      <w:pPr>
        <w:jc w:val="right"/>
      </w:pPr>
      <w:r>
        <w:t>اپنے نزدیک وہ ڈفرنس آف اوپینین کا کیس ہے۔ تو آپ ان کو ملیے، ان کو سمجھائیے، ان کو کتاب دیجیے، ان سے گفتگو کیجیے نرمی کے ساتھ۔ مولانا، اگلا ایک کمنٹ لیں گے جس پہ سیشن کو ختم کریں گے۔ یہ کمنٹ بھیجا ہے سید احمد علی صاحب نے نئی دلی سے، انہوں نے لکھا ہے: مولانا، اٹس آلویز ڈیلائٹ فل ٹو اٹینڈ یور لیکچرز۔ یور ورڈز آف وزڈم اف اپلائیڈ ٹو اور لائ</w:t>
      </w:r>
    </w:p>
    <w:p>
      <w:r>
        <w:rPr>
          <w:b/>
        </w:rPr>
        <w:t xml:space="preserve">[1:03:44] </w:t>
      </w:r>
      <w:r>
        <w:t>life, not just make it simple, but also beautifies our soul, which further helps to develop and strengthen the divine connection with God. may Allah grant you health. jazak Allah khair. so, we we will end the session today. we will be back next sunday same time. thank you.</w:t>
      </w:r>
    </w:p>
    <w:p>
      <w:pPr>
        <w:jc w:val="right"/>
      </w:pPr>
      <w:r>
        <w:t>ف، ناٹ جسٹ میک اٹ سمپل، بٹ آل سو بیوٹیفائیز اور سول، وچ فردر ہیلپس ٹو ڈویلپ اینڈ سٹرینتھن دا ڈیوائن کنیکشن ود گاڈ۔ میں اللہ گرانٹ یو ہیلتھ۔ جزاک اللہ خیر۔ سو، وی ویل اینڈ دی سیشن ٹوڈے۔ وی ویل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