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Universal outlook April 09, 2017</w:t>
      </w:r>
    </w:p>
    <w:p>
      <w:r>
        <w:t>https://www.youtube.com/watch?v=n3HAPCpom5c</w:t>
      </w:r>
    </w:p>
    <w:p>
      <w:r>
        <w:rPr>
          <w:b/>
        </w:rPr>
        <w:t xml:space="preserve">[00:14] </w:t>
      </w:r>
      <w:r>
        <w:t>bismillah hir rahman nir rahim. wasallallahu ala nabiyyil karim. rab 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[00:33] </w:t>
      </w:r>
      <w:r>
        <w:t>9 april 2017.</w:t>
      </w:r>
    </w:p>
    <w:p>
      <w:pPr>
        <w:jc w:val="right"/>
      </w:pPr>
      <w:r>
        <w:t>9 اپریل 2017۔</w:t>
      </w:r>
    </w:p>
    <w:p>
      <w:r>
        <w:rPr>
          <w:b/>
        </w:rPr>
        <w:t xml:space="preserve">[00:41] </w:t>
      </w:r>
      <w:r>
        <w:t>aaj ka aaj ki jo theme hai woh hai "Universal Outlook".</w:t>
      </w:r>
    </w:p>
    <w:p>
      <w:pPr>
        <w:jc w:val="right"/>
      </w:pPr>
      <w:r>
        <w:t>آج کا آج کی جو تھیم ہے وہ ہے "Universal Outlook"۔</w:t>
      </w:r>
    </w:p>
    <w:p>
      <w:r>
        <w:rPr>
          <w:b/>
        </w:rPr>
        <w:t xml:space="preserve">[00:51] </w:t>
      </w:r>
      <w:r>
        <w:t>aaj ke yeh mere haath mein yeh aaj ka times of india hai,</w:t>
      </w:r>
    </w:p>
    <w:p>
      <w:pPr>
        <w:jc w:val="right"/>
      </w:pPr>
      <w:r>
        <w:t>آج کے یہ میرے ہاتھ میں یہ آج کا ٹائمز آف انڈیا ہے،</w:t>
      </w:r>
    </w:p>
    <w:p>
      <w:r>
        <w:rPr>
          <w:b/>
        </w:rPr>
        <w:t xml:space="preserve">[01:02] </w:t>
      </w:r>
      <w:r>
        <w:t>9 april 2017 ka times of india. is mein mera aik article chhaapa hai, is ka title hai "Democracy is for All".</w:t>
      </w:r>
    </w:p>
    <w:p>
      <w:pPr>
        <w:jc w:val="right"/>
      </w:pPr>
      <w:r>
        <w:t>9 اپریل 2017 کا ٹائمز آف انڈیا۔ اس میں میرا ایک آرٹیکل چھپا ہے، اس کا ٹائٹل ہے "Democracy is for All"۔</w:t>
      </w:r>
    </w:p>
    <w:p>
      <w:r>
        <w:rPr>
          <w:b/>
        </w:rPr>
        <w:t xml:space="preserve">[01:21] </w:t>
      </w:r>
      <w:r>
        <w:t>dekhiye, yeh saada baat nahin hai.</w:t>
      </w:r>
    </w:p>
    <w:p>
      <w:pPr>
        <w:jc w:val="right"/>
      </w:pPr>
      <w:r>
        <w:t>دیکھیے، یہ سادہ بات نہیں ہے۔</w:t>
      </w:r>
    </w:p>
    <w:p>
      <w:r>
        <w:rPr>
          <w:b/>
        </w:rPr>
        <w:t xml:space="preserve">[01:32] </w:t>
      </w:r>
      <w:r>
        <w:t>yeh spirit of the age ki baat baat hai.</w:t>
      </w:r>
    </w:p>
    <w:p>
      <w:pPr>
        <w:jc w:val="right"/>
      </w:pPr>
      <w:r>
        <w:t>یہ اسپرٹ آف دی ایج کی بات بات ہے۔</w:t>
      </w:r>
    </w:p>
    <w:p>
      <w:r>
        <w:rPr>
          <w:b/>
        </w:rPr>
        <w:t xml:space="preserve">[01:39] </w:t>
      </w:r>
      <w:r>
        <w:t>spirit of the age ki baat hai yeh. is zamane mein jo waqt ka mind hai woh hai universal mind.</w:t>
      </w:r>
    </w:p>
    <w:p>
      <w:pPr>
        <w:jc w:val="right"/>
      </w:pPr>
      <w:r>
        <w:t>اسپرٹ آف دی ایج کی بات ہے یہ۔ اس زمانے میں جو وقت کا مائنڈ ہے وہ ہے یونیورسل مائنڈ۔</w:t>
      </w:r>
    </w:p>
    <w:p>
      <w:r>
        <w:rPr>
          <w:b/>
        </w:rPr>
        <w:t xml:space="preserve">[01:52] </w:t>
      </w:r>
      <w:r>
        <w:t>saari development, saari civilization, saari jo ilmi taraqqiyan hui hain, fikri taraqqiyan, in sab ka haasil yahi hai ke yeh age universality ka age hai.</w:t>
      </w:r>
    </w:p>
    <w:p>
      <w:pPr>
        <w:jc w:val="right"/>
      </w:pPr>
      <w:r>
        <w:t>ساری ڈویلپمنٹ، ساری سویلائزیشن، ساری جو علمی ترقیاں ہوئی ہیں، فکری ترقیاں، ان سب کا حاصل یہی ہے کہ یہ ایج یونیورسلٹی کا ایج ہے۔</w:t>
      </w:r>
    </w:p>
    <w:p>
      <w:r>
        <w:rPr>
          <w:b/>
        </w:rPr>
        <w:t xml:space="preserve">[02:13] </w:t>
      </w:r>
      <w:r>
        <w:t>badqismati se ke yeh baat sab log jaan chuke hain dunya ke, musalman is se bekhabar hain.</w:t>
      </w:r>
    </w:p>
    <w:p>
      <w:pPr>
        <w:jc w:val="right"/>
      </w:pPr>
      <w:r>
        <w:t>بدقسمتی سے کہ یہ بات سب لوگ جان چکے ہیں دنیا کے، مسلمان اس سے بے خبر ہیں۔</w:t>
      </w:r>
    </w:p>
    <w:p>
      <w:r>
        <w:rPr>
          <w:b/>
        </w:rPr>
        <w:t xml:space="preserve">[02:21] </w:t>
      </w:r>
      <w:r>
        <w:t>musalman, saari dunya ke musalman shikayat mein jeete hain. shikayat. yaani america mein rehne wala musalman bhi kehta hai "We are under siege".</w:t>
      </w:r>
    </w:p>
    <w:p>
      <w:pPr>
        <w:jc w:val="right"/>
      </w:pPr>
      <w:r>
        <w:t>مسلمان، ساری دنیا کے مسلمان شکایت میں جیتے ہیں۔ شکایت۔ یعنی امریکہ میں رہنے والا مسلمان بھی کہتا ہے "We are under siege"۔</w:t>
      </w:r>
    </w:p>
    <w:p>
      <w:r>
        <w:rPr>
          <w:b/>
        </w:rPr>
        <w:t xml:space="preserve">[02:34] </w:t>
      </w:r>
      <w:r>
        <w:t>india mein, arab mein, jahan bhi musalman hain, shikayat ki bari bolte hain. unhein unhein pata hi nahin ke shikayat ko to khatm ho gaya. shikayat ka age hi khatm ho gaya.</w:t>
      </w:r>
    </w:p>
    <w:p>
      <w:pPr>
        <w:jc w:val="right"/>
      </w:pPr>
      <w:r>
        <w:t>انڈیا میں، عرب میں، جہاں بھی مسلمان ہیں، شکایت کی بری بولتے ہیں۔ انہیں انہیں پتہ ہی نہیں کہ شکایت کو تو ختم ہو گیا۔ شکایت کا ایج ہی ختم ہو گیا۔</w:t>
      </w:r>
    </w:p>
    <w:p>
      <w:r>
        <w:rPr>
          <w:b/>
        </w:rPr>
        <w:t xml:space="preserve">[02:53] </w:t>
      </w:r>
      <w:r>
        <w:t>is zamane mein har cheez universal hai. democracy universal hai. industry universal hai. secular concept universal hai.</w:t>
      </w:r>
    </w:p>
    <w:p>
      <w:pPr>
        <w:jc w:val="right"/>
      </w:pPr>
      <w:r>
        <w:t>اس زمانے میں ہر چیز یونیورسل ہے۔ ڈیموکریسی یونیورسل ہے۔ انڈسٹری یونیورسل ہے۔ سیکولر کانسیپٹ یونیورسل ہے۔</w:t>
      </w:r>
    </w:p>
    <w:p>
      <w:r>
        <w:rPr>
          <w:b/>
        </w:rPr>
        <w:t xml:space="preserve">[03:03] </w:t>
      </w:r>
      <w:r>
        <w:t>civilization universal hai. partist universal hai. yaani "Everything for All".</w:t>
      </w:r>
    </w:p>
    <w:p>
      <w:pPr>
        <w:jc w:val="right"/>
      </w:pPr>
      <w:r>
        <w:t>سویلائزیشن یونیورسل ہے۔ پارٹسٹ یونیورسل ہے۔ یعنی "Everything for All"۔</w:t>
      </w:r>
    </w:p>
    <w:p>
      <w:r>
        <w:rPr>
          <w:b/>
        </w:rPr>
        <w:t xml:space="preserve">[03:13] </w:t>
      </w:r>
      <w:r>
        <w:t>yeh aik anokha daur hai jabke is se pehle aisa nahin hota tha. pehle tha "Everything for King".</w:t>
      </w:r>
    </w:p>
    <w:p>
      <w:pPr>
        <w:jc w:val="right"/>
      </w:pPr>
      <w:r>
        <w:t>یہ ایک انوکھا دور ہے جبکہ اس سے پہلے ایسا نہیں ہوتا تھا۔ پہلے تھا "Everything for King"۔</w:t>
      </w:r>
    </w:p>
    <w:p>
      <w:r>
        <w:rPr>
          <w:b/>
        </w:rPr>
        <w:t xml:space="preserve">[03:27] </w:t>
      </w:r>
      <w:r>
        <w:t>aik previous class hua karta tha, usi ke liye sab kuch hota tha. ab woh khatm ho gaya.</w:t>
      </w:r>
    </w:p>
    <w:p>
      <w:pPr>
        <w:jc w:val="right"/>
      </w:pPr>
      <w:r>
        <w:t>ایک پریویس کلاس ہوا کرتا تھا، اسی کے لیے سب کچھ ہوتا تھا۔ اب وہ ختم ہو گیا۔</w:t>
      </w:r>
    </w:p>
    <w:p>
      <w:r>
        <w:rPr>
          <w:b/>
        </w:rPr>
        <w:t xml:space="preserve">[03:38] </w:t>
      </w:r>
      <w:r>
        <w:t>sirf democracy ki baat to nahin hai, yeh age ki baat hai. to jab har cheez sab ke liye ho gayi ho to zahir hai ke woh hamare liye bhi hai.</w:t>
      </w:r>
    </w:p>
    <w:p>
      <w:pPr>
        <w:jc w:val="right"/>
      </w:pPr>
      <w:r>
        <w:t>صرف ڈیموکریسی کی بات تو نہیں ہے، یہ ایج کی بات ہے۔ تو جب ہر چیز سب کے لیے ہو گئی ہو تو ظاہر ہے کہ وہ ہمارے لیے بھی ہے۔</w:t>
      </w:r>
    </w:p>
    <w:p>
      <w:r>
        <w:rPr>
          <w:b/>
        </w:rPr>
        <w:t xml:space="preserve">[03:48] </w:t>
      </w:r>
      <w:r>
        <w:t>to phir shikayat kis liye? phir shikayat kis liye? wajah yeh hai ke musalmanon ki jo soch jo hai woh complex soch hai, sectarian soch hai.</w:t>
      </w:r>
    </w:p>
    <w:p>
      <w:pPr>
        <w:jc w:val="right"/>
      </w:pPr>
      <w:r>
        <w:t>تو پھر شکایت کس لیے؟ پھر شکایت کس لیے؟ وجہ یہ ہے کہ مسلمانوں کی جو سوچ جو ہے وہ کمپلیکس سوچ ہے، سیکٹیرین سوچ ہے۔</w:t>
      </w:r>
    </w:p>
    <w:p>
      <w:r>
        <w:rPr>
          <w:b/>
        </w:rPr>
        <w:t xml:space="preserve">[04:02] </w:t>
      </w:r>
      <w:r>
        <w:t>universal soch hai hi nahin un ke andar. jaise kisi shayar ne kaha hai ke "har mulk mulk maast ke mulk khudaaye maast".</w:t>
      </w:r>
    </w:p>
    <w:p>
      <w:pPr>
        <w:jc w:val="right"/>
      </w:pPr>
      <w:r>
        <w:t>یونیورسل سوچ ہے ہی نہیں ان کے اندر۔ جیسے کسی شاعر نے کہا ہے کہ "ہر ملک ملک ماست کہ ملک خدائے ماست"۔</w:t>
      </w:r>
    </w:p>
    <w:p>
      <w:r>
        <w:rPr>
          <w:b/>
        </w:rPr>
        <w:t xml:space="preserve">[04:18] </w:t>
      </w:r>
      <w:r>
        <w:t>har mulk hamara mulk hai kyunke woh hamari khuda ki milkiyat hai. har mulk mulk maast ke mulk khudaaye maast.</w:t>
      </w:r>
    </w:p>
    <w:p>
      <w:pPr>
        <w:jc w:val="right"/>
      </w:pPr>
      <w:r>
        <w:t>ہر ملک ہمارا ملک ہے کیونکہ وہ ہماری خدا کی ملکیت ہے۔ ہر ملک ملک ماست کہ ملک خدائے ماست۔</w:t>
      </w:r>
    </w:p>
    <w:p>
      <w:r>
        <w:rPr>
          <w:b/>
        </w:rPr>
        <w:t xml:space="preserve">[04:30] </w:t>
      </w:r>
      <w:r>
        <w:t>to khuda hamara kyun hai? khuda to sab ka hai. lekin khuda ko abhi unhon ne apna bana liya. quran hamara, rasool hamara, khuda hamara.</w:t>
      </w:r>
    </w:p>
    <w:p>
      <w:pPr>
        <w:jc w:val="right"/>
      </w:pPr>
      <w:r>
        <w:t>تو خدا ہمارا کیوں ہے؟ خدا تو سب کا ہے۔ لیکن خدا کو ابھی انہوں نے اپنا بنا لیا۔ قرآن ہمارا، رسول ہمارا، خدا ہمارا۔</w:t>
      </w:r>
    </w:p>
    <w:p>
      <w:r>
        <w:rPr>
          <w:b/>
        </w:rPr>
        <w:t xml:space="preserve">[04:43] </w:t>
      </w:r>
      <w:r>
        <w:t>is se aati hai complex thinking ya sectarian thinking. ab dekhiye, jab aap ka civil concern community ho to lazman aap complaint mein jiyenge.</w:t>
      </w:r>
    </w:p>
    <w:p>
      <w:pPr>
        <w:jc w:val="right"/>
      </w:pPr>
      <w:r>
        <w:t>اس سے آتی ہے کمپلیکس تھنکنگ یا سیکٹیرین تھنکنگ۔ اب دیکھیے، جب آپ کا سول کنسرن کمیونٹی ہو تو لازماً آپ کمپلینٹ میں جیئیں گے۔</w:t>
      </w:r>
    </w:p>
    <w:p>
      <w:r>
        <w:rPr>
          <w:b/>
        </w:rPr>
        <w:t xml:space="preserve">[04:59] </w:t>
      </w:r>
      <w:r>
        <w:t>kyun? allah ne banai hai dunya, is mein challenge hai, competition hai, misuse of freedom hai. yeh allah ne banai hui hai dunya isi time par.</w:t>
      </w:r>
    </w:p>
    <w:p>
      <w:pPr>
        <w:jc w:val="right"/>
      </w:pPr>
      <w:r>
        <w:t>کیوں؟ اللہ نے بنائی ہے دنیا، اس میں چیلنج ہے، کمپیٹیشن ہے، مس یوز آف فریڈم ہے۔ یہ اللہ نے بنائی ہوئی ہے دنیا اسی ٹائم پر۔</w:t>
      </w:r>
    </w:p>
    <w:p>
      <w:r>
        <w:rPr>
          <w:b/>
        </w:rPr>
        <w:t xml:space="preserve">[05:11] </w:t>
      </w:r>
      <w:r>
        <w:t>to is mein kabhi aap ko milega, kabhi nahin milega. kabhi aap ka urooj hoga, kabhi aap ka zawal hoga.</w:t>
      </w:r>
    </w:p>
    <w:p>
      <w:pPr>
        <w:jc w:val="right"/>
      </w:pPr>
      <w:r>
        <w:t>تو اس میں کبھی آپ کو ملے گا، کبھی نہیں ملے گا۔ کبھی آپ کا عروج ہوگا، کبھی آپ کا زوال ہوگا۔</w:t>
      </w:r>
    </w:p>
    <w:p>
      <w:r>
        <w:rPr>
          <w:b/>
        </w:rPr>
        <w:t xml:space="preserve">[05:22] </w:t>
      </w:r>
      <w:r>
        <w:t>It is but natural.</w:t>
      </w:r>
    </w:p>
    <w:p>
      <w:pPr>
        <w:jc w:val="right"/>
      </w:pPr>
      <w:r>
        <w:t>It is but natural۔</w:t>
      </w:r>
    </w:p>
    <w:p>
      <w:r>
        <w:rPr>
          <w:b/>
        </w:rPr>
        <w:t xml:space="preserve">[05:26] </w:t>
      </w:r>
      <w:r>
        <w:t>quran mein hai. to kya hoga? aap jiyenge false food mein.</w:t>
      </w:r>
    </w:p>
    <w:p>
      <w:pPr>
        <w:jc w:val="right"/>
      </w:pPr>
      <w:r>
        <w:t>قرآن میں ہے۔ تو کیا ہوگا؟ آپ جیئیں گے فالس فوڈ میں۔</w:t>
      </w:r>
    </w:p>
    <w:p>
      <w:r>
        <w:rPr>
          <w:b/>
        </w:rPr>
        <w:t xml:space="preserve">[05:38] </w:t>
      </w:r>
      <w:r>
        <w:t>jab aap ka urooj hoga to false pride aayega aap ke andar. aur jahan aap ka zawal hoga to false complaint aayegi aap ke andar.</w:t>
      </w:r>
    </w:p>
    <w:p>
      <w:pPr>
        <w:jc w:val="right"/>
      </w:pPr>
      <w:r>
        <w:t>جب آپ کا عروج ہوگا تو فالس پرائیڈ آئے گا آپ کے اندر۔ اور جہاں آپ کا زوال ہوگا تو فالس کمپلینٹ آئے گی آپ کے اندر۔</w:t>
      </w:r>
    </w:p>
    <w:p>
      <w:r>
        <w:rPr>
          <w:b/>
        </w:rPr>
        <w:t xml:space="preserve">[05:49] </w:t>
      </w:r>
      <w:r>
        <w:t>donon halaton mein aap jiyenge false food mein. to maujooda zamane mein musalmanon ki sab se bari, sab se sab se bari maslat ho gayi hai woh hai sectarian thinking.</w:t>
      </w:r>
    </w:p>
    <w:p>
      <w:pPr>
        <w:jc w:val="right"/>
      </w:pPr>
      <w:r>
        <w:t>دونوں حالتوں میں آپ جیئیں گے فالس فوڈ میں۔ تو موجودہ زمانے میں مسلمانوں کی سب سے بڑی، سب سے سب سے بڑی مسئلت ہو گئی ہے وہ ہے سیکٹیرین تھنکنگ۔</w:t>
      </w:r>
    </w:p>
    <w:p>
      <w:r>
        <w:rPr>
          <w:b/>
        </w:rPr>
        <w:t xml:space="preserve">[06:03] </w:t>
      </w:r>
      <w:r>
        <w:t>universal auto course khatm ho gaya hai. aur yeh Allah taala ka jo creation plan is ke khilaaf hai.</w:t>
      </w:r>
    </w:p>
    <w:p>
      <w:pPr>
        <w:jc w:val="right"/>
      </w:pPr>
      <w:r>
        <w:t>یونیورسل آٹو کورس ختم ہو گیا ہے۔ اور یہ اللہ تعالیٰ کا جو کریشن پلان اس کے خلاف ہے۔</w:t>
      </w:r>
    </w:p>
    <w:p>
      <w:r>
        <w:rPr>
          <w:b/>
        </w:rPr>
        <w:t xml:space="preserve">[06:18] </w:t>
      </w:r>
      <w:r>
        <w:t>aaj mein bahir baitha tha, aap jante hain ke bahir hamare jo scene hota hai, khula hua scene hai, har taraf darakht hain.</w:t>
      </w:r>
    </w:p>
    <w:p>
      <w:pPr>
        <w:jc w:val="right"/>
      </w:pPr>
      <w:r>
        <w:t>آج میں باہر بیٹھا تھا، آپ جانتے ہیں کہ باہر ہمارے جو سین ہوتا ہے، کھلا ہوا سین ہے، ہر طرف درخت ہیں۔</w:t>
      </w:r>
    </w:p>
    <w:p>
      <w:r>
        <w:rPr>
          <w:b/>
        </w:rPr>
        <w:t xml:space="preserve">[06:28] </w:t>
      </w:r>
      <w:r>
        <w:t>to suraj ke waqt, subah ke waqt suraj chamak raha tha, hawaein chal rahi theen, chidiyan urr rahi theen, khula aasman dikhai de raha tha.</w:t>
      </w:r>
    </w:p>
    <w:p>
      <w:pPr>
        <w:jc w:val="right"/>
      </w:pPr>
      <w:r>
        <w:t>تو سورج کے وقت، صبح کے وقت سورج چمک رہا تھا، ہوائیں چل رہی تھیں، چڑیاں اڑ رہی تھیں، کھلا آسمان دکھائی دے رہا تھا۔</w:t>
      </w:r>
    </w:p>
    <w:p>
      <w:r>
        <w:rPr>
          <w:b/>
        </w:rPr>
        <w:t xml:space="preserve">[06:41] </w:t>
      </w:r>
      <w:r>
        <w:t>to maine socha ke yeh duniya to sab ke liye hai. yeh duniya ek universal outlook hi ka paigham de rahi hai.</w:t>
      </w:r>
    </w:p>
    <w:p>
      <w:pPr>
        <w:jc w:val="right"/>
      </w:pPr>
      <w:r>
        <w:t>تو میں نے سوچا کہ یہ دنیا تو سب کے لیے ہے۔ یہ دنیا ایک یونیورسل آؤٹ لوک ہی کا پیغام دے رہی ہے۔</w:t>
      </w:r>
    </w:p>
    <w:p>
      <w:r>
        <w:rPr>
          <w:b/>
        </w:rPr>
        <w:t xml:space="preserve">[06:53] </w:t>
      </w:r>
      <w:r>
        <w:t>duniya mein kahin bhi complex thinking ki koi jagah hi nahi hai. phir mujhe yaad aaya ek shair ka she'r.</w:t>
      </w:r>
    </w:p>
    <w:p>
      <w:pPr>
        <w:jc w:val="right"/>
      </w:pPr>
      <w:r>
        <w:t>دنیا میں کہیں بھی کمپلیکس تھنکنگ کی کوئی جگہ ہی نہیں ہے۔ پھر مجھے یاد آیا ایک شاعر کا شعر۔</w:t>
      </w:r>
    </w:p>
    <w:p>
      <w:r>
        <w:rPr>
          <w:b/>
        </w:rPr>
        <w:t xml:space="preserve">[07:04] </w:t>
      </w:r>
      <w:r>
        <w:t>ek shair ne musalmanon ko marthiya likha hai ke Mughal empire khatm ho gayi, Turkish empire khatm ho gayi.</w:t>
      </w:r>
    </w:p>
    <w:p>
      <w:pPr>
        <w:jc w:val="right"/>
      </w:pPr>
      <w:r>
        <w:t>ایک شاعر نے مسلمانوں کو مرثیہ لکھا ہے کہ مغل ایمپائر ختم ہو گئی، ٹرکش ایمپائر ختم ہو گئی۔</w:t>
      </w:r>
    </w:p>
    <w:p>
      <w:r>
        <w:rPr>
          <w:b/>
        </w:rPr>
        <w:t xml:space="preserve">[07:16] </w:t>
      </w:r>
      <w:r>
        <w:t>in sab cheezon ko le kar woh kehta hai is baat ke kehne ko kahan se jigar aaye? yaani musalmanon ko jo zawal hua, unka jo political part toot gaya, us ko kehta hai woh is baat ke kehne ko kahan se jigar aaye?</w:t>
      </w:r>
    </w:p>
    <w:p>
      <w:pPr>
        <w:jc w:val="right"/>
      </w:pPr>
      <w:r>
        <w:t>ان سب چیزوں کو لے کر وہ کہتا ہے اس بات کے کہنے کو کہاں سے جگر آئے؟ یعنی مسلمانوں کو جو زوال ہوا، ان کا جو پولیٹیکل پارٹ ٹوٹ گیا، اس کو کہتا ہے وہ اس بات کے کہنے کو کہاں سے جگر آئے؟</w:t>
      </w:r>
    </w:p>
    <w:p>
      <w:r>
        <w:rPr>
          <w:b/>
        </w:rPr>
        <w:t xml:space="preserve">[07:34] </w:t>
      </w:r>
      <w:r>
        <w:t>ab mein dekh raha tha nature to mujhe khayal tha ke Allah ki galleries ki baat karne ke liye kahan se alfaaz aaye? yeh darakht, yeh suraj, yeh chidiyan, yeh aasman, yeh badal, yeh zameen, yeh aasman.</w:t>
      </w:r>
    </w:p>
    <w:p>
      <w:pPr>
        <w:jc w:val="right"/>
      </w:pPr>
      <w:r>
        <w:t>اب میں دیکھ رہا تھا نیچر تو مجھے خیال تھا کہ اللہ کی گیلریوں کی بات کرنے کے لیے کہاں سے الفاظ آئے؟ یہ درخت، یہ سورج، یہ چڑیاں، یہ آسمان، یہ بادل، یہ زمین، یہ آسمان۔</w:t>
      </w:r>
    </w:p>
    <w:p>
      <w:r>
        <w:rPr>
          <w:b/>
        </w:rPr>
        <w:t xml:space="preserve">[07:52] </w:t>
      </w:r>
      <w:r>
        <w:t>itna bara yeh creation ka waqea hai ke shair kehta hai ke hamare jo political zawal hua, us ko kehne ke liye kahan se jigar aaye?</w:t>
      </w:r>
    </w:p>
    <w:p>
      <w:pPr>
        <w:jc w:val="right"/>
      </w:pPr>
      <w:r>
        <w:t>اتنا بڑا یہ کریشن کا واقعہ ہے کہ شاعر کہتا ہے کہ ہمارے جو پولیٹیکل زوال ہوا، اس کو کہنے کے لیے کہاں سے جگر آئے؟</w:t>
      </w:r>
    </w:p>
    <w:p>
      <w:r>
        <w:rPr>
          <w:b/>
        </w:rPr>
        <w:t xml:space="preserve">[08:04] </w:t>
      </w:r>
      <w:r>
        <w:t>mein soch raha tha ke Rab-ul-alameen ki jo glory hai, itni bari, itni bari, itni bari, mind-bounding, us ko kehne ke liye kahan se alfaaz aaye?</w:t>
      </w:r>
    </w:p>
    <w:p>
      <w:pPr>
        <w:jc w:val="right"/>
      </w:pPr>
      <w:r>
        <w:t>میں سوچ رہا تھا کہ رب العالمین کی جو گلوری ہے، اتنی بڑی، اتنی بڑی، اتنی بڑی، مائنڈ باؤنڈرنگ، اس کو کہنے کے لیے کہاں سے الفاظ آئے؟</w:t>
      </w:r>
    </w:p>
    <w:p>
      <w:r>
        <w:rPr>
          <w:b/>
        </w:rPr>
        <w:t xml:space="preserve">[08:16] </w:t>
      </w:r>
      <w:r>
        <w:t>kahan se alfaaz aaye?</w:t>
      </w:r>
    </w:p>
    <w:p>
      <w:pPr>
        <w:jc w:val="right"/>
      </w:pPr>
      <w:r>
        <w:t>کہاں سے الفاظ آئے؟</w:t>
      </w:r>
    </w:p>
    <w:p>
      <w:r>
        <w:rPr>
          <w:b/>
        </w:rPr>
        <w:t xml:space="preserve">[08:23] </w:t>
      </w:r>
      <w:r>
        <w:t>to maujooda zamane ke musalmanon ka sab se bara masla yeh hai ke woh sectarian ka shikar ho gaye hain. meri qaum.</w:t>
      </w:r>
    </w:p>
    <w:p>
      <w:pPr>
        <w:jc w:val="right"/>
      </w:pPr>
      <w:r>
        <w:t>تو موجودہ زمانے کے مسلمانوں کا سب سے بڑا مسئلہ یہ ہے کہ وہ سیکٹیرین کا شکار ہو گئے ہیں۔ میری قوم۔</w:t>
      </w:r>
    </w:p>
    <w:p>
      <w:r>
        <w:rPr>
          <w:b/>
        </w:rPr>
        <w:t xml:space="preserve">[08:34] </w:t>
      </w:r>
      <w:r>
        <w:t>meri qaum ka nahi, mera insan, saare insan ek hain. Allah taala ne hazaron saal ke andar ek ek bohat bara</w:t>
      </w:r>
    </w:p>
    <w:p>
      <w:pPr>
        <w:jc w:val="right"/>
      </w:pPr>
      <w:r>
        <w:t>میری قوم کا نہیں، میرا انسان، سارے انسان ایک ہیں۔ اللہ تعالیٰ نے ہزاروں سال کے اندر ایک ایک بہت بڑا</w:t>
      </w:r>
    </w:p>
    <w:p>
      <w:r>
        <w:rPr>
          <w:b/>
        </w:rPr>
        <w:t xml:space="preserve">[08:50] </w:t>
      </w:r>
      <w:r>
        <w:t>bohat bara process chalaya. is ke end mein yeh aaj jo duniya aayi hai samne, yeh modern civilization, modern industry, modern jo development hai, yeh sab kya hai?</w:t>
      </w:r>
    </w:p>
    <w:p>
      <w:pPr>
        <w:jc w:val="right"/>
      </w:pPr>
      <w:r>
        <w:t>بہت بڑا پروسیس چلایا۔ اس کے اینڈ میں یہ آج جو دنیا آئی ہے سامنے، یہ ماڈرن سویلائزیشن، ماڈرن انڈسٹری، ماڈرن جو ڈویلپمنٹ ہے، یہ سب کیا ہے؟</w:t>
      </w:r>
    </w:p>
    <w:p>
      <w:r>
        <w:rPr>
          <w:b/>
        </w:rPr>
        <w:t xml:space="preserve">[09:03] </w:t>
      </w:r>
      <w:r>
        <w:t>hazaron saal ke ke amal ka ek culmination hai. to yeh to Khuda ki glory ko yaad karne ki baat hai, na ke yeh kahein aap ke is baat ke kehne ko kahan se jigar aaye.</w:t>
      </w:r>
    </w:p>
    <w:p>
      <w:pPr>
        <w:jc w:val="right"/>
      </w:pPr>
      <w:r>
        <w:t>ہزاروں سال کے کے عمل کا ایک کلمنیشن ہے۔ تو یہ تو خدا کی گلوری کو یاد کرنے کی بات ہے، نہ کہ یہ کہیں آپ کے اس بات کے کہنے کو کہاں سے جگر آئے۔</w:t>
      </w:r>
    </w:p>
    <w:p>
      <w:r>
        <w:rPr>
          <w:b/>
        </w:rPr>
        <w:t xml:space="preserve">[09:27] </w:t>
      </w:r>
      <w:r>
        <w:t>to musalmanon ka jo asal masla yeh nahi hai, woh yeh nahi ke un ke khilaaf sazish ho rahi hai, log jo dushman ho rahe hain. yahan se le kar America tak log kehte hain "We are under siege".</w:t>
      </w:r>
    </w:p>
    <w:p>
      <w:pPr>
        <w:jc w:val="right"/>
      </w:pPr>
      <w:r>
        <w:t>تو مسلمانوں کا جو اصل مسئلہ یہ نہیں ہے، وہ یہ نہیں کہ ان کے خلاف سازش ہو رہی ہے، لوگ جو دشمن ہو رہے ہیں۔ یہاں سے لے کر امریکہ تک لوگ کہتے ہیں "We are under siege"۔</w:t>
      </w:r>
    </w:p>
    <w:p>
      <w:r>
        <w:rPr>
          <w:b/>
        </w:rPr>
        <w:t xml:space="preserve">[09:40] </w:t>
      </w:r>
      <w:r>
        <w:t>yeh sab false food mein jeena hai. false food mein jeena hai, koi siege nahi hai. sab kuch khul gaya hai sab ke liye, saare door open hain sab ke liye.</w:t>
      </w:r>
    </w:p>
    <w:p>
      <w:pPr>
        <w:jc w:val="right"/>
      </w:pPr>
      <w:r>
        <w:t>یہ سب فالس فوڈ میں جینا ہے۔ فالس فوڈ میں جینا ہے، کوئی سیج نہیں ہے۔ سب کچھ کھل گیا ہے سب کے لیے، سارے ڈور اوپن ہیں سب کے لیے۔</w:t>
      </w:r>
    </w:p>
    <w:p>
      <w:r>
        <w:rPr>
          <w:b/>
        </w:rPr>
        <w:t xml:space="preserve">[09:53] </w:t>
      </w:r>
      <w:r>
        <w:t>to yeh daur hai universal outlook ka daur. aur musalman jee rahe hain sectarian outlook mein. yeh asal jar ki baat hai.</w:t>
      </w:r>
    </w:p>
    <w:p>
      <w:pPr>
        <w:jc w:val="right"/>
      </w:pPr>
      <w:r>
        <w:t>تو یہ دور ہے یونیورسل آؤٹ لوک کا دور۔ اور مسلمان جی رہے ہیں سیکٹیرین آؤٹ لوک میں۔ یہ اصل جڑ کی بات ہے۔</w:t>
      </w:r>
    </w:p>
    <w:p>
      <w:r>
        <w:rPr>
          <w:b/>
        </w:rPr>
        <w:t xml:space="preserve">[10:06] </w:t>
      </w:r>
      <w:r>
        <w:t>yehi baat jo hai jar ki baat hai.</w:t>
      </w:r>
    </w:p>
    <w:p>
      <w:pPr>
        <w:jc w:val="right"/>
      </w:pPr>
      <w:r>
        <w:t>یہی بات جو ہے جڑ کی بات ہے۔</w:t>
      </w:r>
    </w:p>
    <w:p>
      <w:r>
        <w:rPr>
          <w:b/>
        </w:rPr>
        <w:t xml:space="preserve">[10:11] </w:t>
      </w:r>
      <w:r>
        <w:t>phir yeh sab sochte hue, sochte hue, sochte hue mujhe Rasool Allah ke zamane ka ek waqea yaad aaya.</w:t>
      </w:r>
    </w:p>
    <w:p>
      <w:pPr>
        <w:jc w:val="right"/>
      </w:pPr>
      <w:r>
        <w:t>پھر یہ سب سوچتے ہوئے، سوچتے ہوئے، سوچتے ہوئے مجھے رسول اللہ کے زمانے کا ایک واقعہ یاد آیا۔</w:t>
      </w:r>
    </w:p>
    <w:p>
      <w:r>
        <w:rPr>
          <w:b/>
        </w:rPr>
        <w:t xml:space="preserve">[10:21] </w:t>
      </w:r>
      <w:r>
        <w:t>dekhiye, Rasool Allah ke zamane mein ek ghazwa hua tha hijrat ke baad, jis ko kehte hain Ghazwa-e-Uhud.</w:t>
      </w:r>
    </w:p>
    <w:p>
      <w:pPr>
        <w:jc w:val="right"/>
      </w:pPr>
      <w:r>
        <w:t>دیکھیے، رسول اللہ کے زمانے میں ایک غزوہ ہوا تھا ہجرت کے بعد، جس کو کہتے ہیں غزوہ احد۔</w:t>
      </w:r>
    </w:p>
    <w:p>
      <w:r>
        <w:rPr>
          <w:b/>
        </w:rPr>
        <w:t xml:space="preserve">[10:33] </w:t>
      </w:r>
      <w:r>
        <w:t>Ghazwa-e-Uhud. yeh Madina se taqreeban teen mil ke faasle par Uhud pahaad hai, us ke paas yeh hua tha. ek din ke liye bas.</w:t>
      </w:r>
    </w:p>
    <w:p>
      <w:pPr>
        <w:jc w:val="right"/>
      </w:pPr>
      <w:r>
        <w:t>غزوہ احد۔ یہ مدینہ سے تقریباً تین میل کے فاصلے پر احد پہاڑ ہے، اس کے پاس یہ ہوا تھا۔ ایک دن کے لیے بس۔</w:t>
      </w:r>
    </w:p>
    <w:p>
      <w:r>
        <w:rPr>
          <w:b/>
        </w:rPr>
        <w:t xml:space="preserve">[10:45] </w:t>
      </w:r>
      <w:r>
        <w:t>lekin yeh bohat hi Islami tareekh ka bohat hi serious waqea hai. kyunke is mein sattar Sahaba maare gaye the.</w:t>
      </w:r>
    </w:p>
    <w:p>
      <w:pPr>
        <w:jc w:val="right"/>
      </w:pPr>
      <w:r>
        <w:t>لیکن یہ بہت ہی اسلامی تاریخ کا بہت ہی سیریس واقعہ ہے۔ کیونکہ اس میں ستر صحابہ مارے گئے تھے۔</w:t>
      </w:r>
    </w:p>
    <w:p>
      <w:r>
        <w:rPr>
          <w:b/>
        </w:rPr>
        <w:t xml:space="preserve">[10:57] </w:t>
      </w:r>
      <w:r>
        <w:t>sattar Sahaba qatal ho gaye the. aap ghaur kijiye ke chota sa maidan, is mein sattar Sahaba ki laashe padi hui hain.</w:t>
      </w:r>
    </w:p>
    <w:p>
      <w:pPr>
        <w:jc w:val="right"/>
      </w:pPr>
      <w:r>
        <w:t>ستر صحابہ قتل ہو گئے تھے۔ آپ غور کیجیے کہ چھوٹا سا میدان، اس میں ستر صحابہ کی لاشیں پڑی ہوئی ہیں۔</w:t>
      </w:r>
    </w:p>
    <w:p>
      <w:r>
        <w:rPr>
          <w:b/>
        </w:rPr>
        <w:t xml:space="preserve">[11:07] </w:t>
      </w:r>
      <w:r>
        <w:t>aur kehte hain log zakhmi honge, khoon beh raha hoga.</w:t>
      </w:r>
    </w:p>
    <w:p>
      <w:pPr>
        <w:jc w:val="right"/>
      </w:pPr>
      <w:r>
        <w:t>اور کہتے ہیں لوگ زخمی ہوں گے، خون بہہ رہا ہوگا۔</w:t>
      </w:r>
    </w:p>
    <w:p>
      <w:r>
        <w:rPr>
          <w:b/>
        </w:rPr>
        <w:t xml:space="preserve">[11:14] </w:t>
      </w:r>
      <w:r>
        <w:t>to musalman jo baqi thay, woh yahan kharay hue hain. aur idhar jo jo fateh thay, quraish, makkah ke quraish ke fateh thay, woh charh gaye thay pahaar par.</w:t>
      </w:r>
    </w:p>
    <w:p>
      <w:pPr>
        <w:jc w:val="right"/>
      </w:pPr>
      <w:r>
        <w:t>تو مسلمان جو باقی تھے، وہ یہاں کھڑے ہوئے ہیں۔ اور ادھر جو جو فاتح تھے، قریش، مکہ کے قریش کے فاتح تھے، وہ چڑھ گئے تھے پہاڑ پر۔</w:t>
      </w:r>
    </w:p>
    <w:p>
      <w:r>
        <w:rPr>
          <w:b/>
        </w:rPr>
        <w:t xml:space="preserve">[11:27] </w:t>
      </w:r>
      <w:r>
        <w:t>to quraish ka leader wahan se kehta hai, aawaz buland aawaz ke sath, "ulo hubal, ulo hubal".</w:t>
      </w:r>
    </w:p>
    <w:p>
      <w:pPr>
        <w:jc w:val="right"/>
      </w:pPr>
      <w:r>
        <w:t>تو قریش کا لیڈر وہاں سے کہتا ہے، آواز بلند آواز کے ساتھ، "اولو حبل، اولو حبل"۔</w:t>
      </w:r>
    </w:p>
    <w:p>
      <w:r>
        <w:rPr>
          <w:b/>
        </w:rPr>
        <w:t xml:space="preserve">[11:37] </w:t>
      </w:r>
      <w:r>
        <w:t>woh hubal un ke haan bara but tha makkah walon ka is zamane mein. to quraish leader wahan se charh kar kehta hai, "ulo hubal, ulo hubal".</w:t>
      </w:r>
    </w:p>
    <w:p>
      <w:pPr>
        <w:jc w:val="right"/>
      </w:pPr>
      <w:r>
        <w:t>وہ حبل ان کے ہاں بڑا بت تھا مکہ والوں کا اس زمانے میں۔ تو قریش لیڈر وہاں سے چڑھ کر کہتا ہے، "اولو حبل، اولو حبل"۔</w:t>
      </w:r>
    </w:p>
    <w:p>
      <w:r>
        <w:rPr>
          <w:b/>
        </w:rPr>
        <w:t xml:space="preserve">[11:48] </w:t>
      </w:r>
      <w:r>
        <w:t>yani apni victory mana raha hai woh keh kar ke ahle hubal jo hai, isi ki jeet thi, wohi bara hai.</w:t>
      </w:r>
    </w:p>
    <w:p>
      <w:pPr>
        <w:jc w:val="right"/>
      </w:pPr>
      <w:r>
        <w:t>یعنی اپنی وکٹری منا رہا ہے وہ کہہ کر کہ اہل حبل جو ہے، اسی کی جیت تھی، وہی بڑا ہے۔</w:t>
      </w:r>
    </w:p>
    <w:p>
      <w:r>
        <w:rPr>
          <w:b/>
        </w:rPr>
        <w:t xml:space="preserve">[11:58] </w:t>
      </w:r>
      <w:r>
        <w:t>azmat isi ke liye hai.</w:t>
      </w:r>
    </w:p>
    <w:p>
      <w:pPr>
        <w:jc w:val="right"/>
      </w:pPr>
      <w:r>
        <w:t>عظمت اسی کے لیے ہے۔</w:t>
      </w:r>
    </w:p>
    <w:p>
      <w:r>
        <w:rPr>
          <w:b/>
        </w:rPr>
        <w:t xml:space="preserve">[12:02] </w:t>
      </w:r>
      <w:r>
        <w:t>to sahaba karam chup chup thay.</w:t>
      </w:r>
    </w:p>
    <w:p>
      <w:pPr>
        <w:jc w:val="right"/>
      </w:pPr>
      <w:r>
        <w:t>تو صحابہ کرام چپ چپ تھے۔</w:t>
      </w:r>
    </w:p>
    <w:p>
      <w:r>
        <w:rPr>
          <w:b/>
        </w:rPr>
        <w:t xml:space="preserve">[12:11] </w:t>
      </w:r>
      <w:r>
        <w:t>rasool Allah ne kaha, "chup chup kyun ho? bol</w:t>
      </w:r>
    </w:p>
    <w:p>
      <w:pPr>
        <w:jc w:val="right"/>
      </w:pPr>
      <w:r>
        <w:t>رسول اللہ نے کہا، "چپ چپ کیوں ہو؟ بول</w:t>
      </w:r>
    </w:p>
    <w:p>
      <w:r>
        <w:rPr>
          <w:b/>
        </w:rPr>
        <w:t xml:space="preserve">[12:14] </w:t>
      </w:r>
      <w:r>
        <w:t>o!" Allah aala wa ajal.</w:t>
      </w:r>
    </w:p>
    <w:p>
      <w:pPr>
        <w:jc w:val="right"/>
      </w:pPr>
      <w:r>
        <w:t>و!" اللہ اعلیٰ واجل۔</w:t>
      </w:r>
    </w:p>
    <w:p>
      <w:r>
        <w:rPr>
          <w:b/>
        </w:rPr>
        <w:t xml:space="preserve">[12:21] </w:t>
      </w:r>
      <w:r>
        <w:t>to sahaba ne kaha, "Allah aala wa ajal. Allah bara hai, Allah bara hai, Allah bara hai."</w:t>
      </w:r>
    </w:p>
    <w:p>
      <w:pPr>
        <w:jc w:val="right"/>
      </w:pPr>
      <w:r>
        <w:t>تو صحابہ نے کہا، "اللہ اعلیٰ واجل۔ اللہ بڑا ہے، اللہ بڑا ہے، اللہ بڑا ہے۔"</w:t>
      </w:r>
    </w:p>
    <w:p>
      <w:r>
        <w:rPr>
          <w:b/>
        </w:rPr>
        <w:t xml:space="preserve">[12:29] </w:t>
      </w:r>
      <w:r>
        <w:t>to quraish leader jo jo jeet hui, apni jeet mana raha tha us waqt, dobara unhon ne kaha, "lan al-uzza wa la uzza lakum".</w:t>
      </w:r>
    </w:p>
    <w:p>
      <w:pPr>
        <w:jc w:val="right"/>
      </w:pPr>
      <w:r>
        <w:t>تو قریش لیڈر جو جو جیت ہوئی، اپنی جیت منا رہا تھا اس وقت، دوبارہ انہوں نے کہا، "لن العزہ ولا عزہ لکم"۔</w:t>
      </w:r>
    </w:p>
    <w:p>
      <w:r>
        <w:rPr>
          <w:b/>
        </w:rPr>
        <w:t xml:space="preserve">[12:46] </w:t>
      </w:r>
      <w:r>
        <w:t>uzza bhi un ke haan aik bara but hota tha. "lan al-uzza wa la uzza lakum". yani uzza hamare sath hai aur tumhare pas koi uzza nahi.</w:t>
      </w:r>
    </w:p>
    <w:p>
      <w:pPr>
        <w:jc w:val="right"/>
      </w:pPr>
      <w:r>
        <w:t>عزہ بھی ان کے ہاں ایک بڑا بت ہوتا تھا۔ "لن العزہ ولا عزہ لکم"۔ یعنی عزہ ہمارے ساتھ ہے اور تمہارے پاس کوئی عزہ نہیں۔</w:t>
      </w:r>
    </w:p>
    <w:p>
      <w:r>
        <w:rPr>
          <w:b/>
        </w:rPr>
        <w:t xml:space="preserve">[12:57] </w:t>
      </w:r>
      <w:r>
        <w:t>phir rasool Allah ke ashaab jo thay, woh chup thay. rasool Allah ne kaha, "phir keh</w:t>
      </w:r>
    </w:p>
    <w:p>
      <w:pPr>
        <w:jc w:val="right"/>
      </w:pPr>
      <w:r>
        <w:t>پھر رسول اللہ کے اصحاب جو تھے، وہ چپ تھے۔ رسول اللہ نے کہا، "پھر کہ</w:t>
      </w:r>
    </w:p>
    <w:p>
      <w:r>
        <w:rPr>
          <w:b/>
        </w:rPr>
        <w:t xml:space="preserve">[13:01] </w:t>
      </w:r>
      <w:r>
        <w:t>o, bolo!" Allah maula wa la maula lakum.</w:t>
      </w:r>
    </w:p>
    <w:p>
      <w:pPr>
        <w:jc w:val="right"/>
      </w:pPr>
      <w:r>
        <w:t>و، بولو!" اللہ مولانا ولا مولا لکم۔</w:t>
      </w:r>
    </w:p>
    <w:p>
      <w:r>
        <w:rPr>
          <w:b/>
        </w:rPr>
        <w:t xml:space="preserve">[13:10] </w:t>
      </w:r>
      <w:r>
        <w:t>rasool Allah ne farmaya ke, "bolo! Allah maula wa la maula lakum. Allah hamara saathi hai, tumhara koi saathi nahi hai."</w:t>
      </w:r>
    </w:p>
    <w:p>
      <w:pPr>
        <w:jc w:val="right"/>
      </w:pPr>
      <w:r>
        <w:t>رسول اللہ نے فرمایا کہ، "بولو! اللہ مولانا ولا مولا لکم۔ اللہ ہمارا ساتھی ہے، تمہارا کوئی ساتھی نہیں ہے۔"</w:t>
      </w:r>
    </w:p>
    <w:p>
      <w:r>
        <w:rPr>
          <w:b/>
        </w:rPr>
        <w:t xml:space="preserve">[13:23] </w:t>
      </w:r>
      <w:r>
        <w:t>to yeh waqia yaad aya to maine socha ke yeh kya spirit thi ke sahaba ki laashein pari hui hain.</w:t>
      </w:r>
    </w:p>
    <w:p>
      <w:pPr>
        <w:jc w:val="right"/>
      </w:pPr>
      <w:r>
        <w:t>تو یہ واقعہ یاد آیا تو میں نے سوچا کہ یہ کیا سپرٹ تھی کہ صحابہ کی لاشیں پڑی ہوئی ہیں۔</w:t>
      </w:r>
    </w:p>
    <w:p>
      <w:r>
        <w:rPr>
          <w:b/>
        </w:rPr>
        <w:t xml:space="preserve">[13:34] </w:t>
      </w:r>
      <w:r>
        <w:t>total jeet, total haar hui hai. lekin boli kya bol rahe hain, aisi boli bol rahe hain.</w:t>
      </w:r>
    </w:p>
    <w:p>
      <w:pPr>
        <w:jc w:val="right"/>
      </w:pPr>
      <w:r>
        <w:t>ٹوٹل جیت، ٹوٹل ہار ہوئی ہے۔ لیکن بولی کیا بول رہے ہیں، ایسی بولی بول رہے ہیں۔</w:t>
      </w:r>
    </w:p>
    <w:p>
      <w:r>
        <w:rPr>
          <w:b/>
        </w:rPr>
        <w:t xml:space="preserve">[13:45] </w:t>
      </w:r>
      <w:r>
        <w:t>to maine socha ke doosre log jeete hain apne aap mein aur Islam ko manane wale jeete hain Allah mein.</w:t>
      </w:r>
    </w:p>
    <w:p>
      <w:pPr>
        <w:jc w:val="right"/>
      </w:pPr>
      <w:r>
        <w:t>تو میں نے سوچا کہ دوسرے لوگ جیتے ہیں اپنے آپ میں اور اسلام کو ماننے والے جیتے ہیں اللہ میں۔</w:t>
      </w:r>
    </w:p>
    <w:p>
      <w:r>
        <w:rPr>
          <w:b/>
        </w:rPr>
        <w:t xml:space="preserve">[13:55] </w:t>
      </w:r>
      <w:r>
        <w:t>rasool Allah aur ashaab rasool us waqt bhi Allah mein jee rahe thay, us waqt bhi jab ke laashein pari hui theen wahan.</w:t>
      </w:r>
    </w:p>
    <w:p>
      <w:pPr>
        <w:jc w:val="right"/>
      </w:pPr>
      <w:r>
        <w:t>رسول اللہ اور اصحاب رسول اس وقت بھی اللہ میں جی رہے تھے، اس وقت بھی جب کہ لاشیں پڑی ہوئی تھیں وہاں۔</w:t>
      </w:r>
    </w:p>
    <w:p>
      <w:r>
        <w:rPr>
          <w:b/>
        </w:rPr>
        <w:t xml:space="preserve">[14:07] </w:t>
      </w:r>
      <w:r>
        <w:t>to yeh phir maine socha to meri samajh mein aya ke rasool Allah ne jab kaha tha, woh future ki baat kahi thi unhon ne.</w:t>
      </w:r>
    </w:p>
    <w:p>
      <w:pPr>
        <w:jc w:val="right"/>
      </w:pPr>
      <w:r>
        <w:t>تو یہ پھر میں نے سوچا تو میری سمجھ میں آیا کہ رسول اللہ نے جب کہا تھا، وہ فیوچر کی بات کہی تھی انہوں نے۔</w:t>
      </w:r>
    </w:p>
    <w:p>
      <w:r>
        <w:rPr>
          <w:b/>
        </w:rPr>
        <w:t xml:space="preserve">[14:17] </w:t>
      </w:r>
      <w:r>
        <w:t>present mein to haar ho chuki thi. present mein to haar ho chuki thi. future ki baat kar rahe thay.</w:t>
      </w:r>
    </w:p>
    <w:p>
      <w:pPr>
        <w:jc w:val="right"/>
      </w:pPr>
      <w:r>
        <w:t>پریزنٹ میں تو ہار ہو چکی تھی۔ پریزنٹ میں تو ہار ہو چکی تھی۔ فیوچر کی بات کر رہے تھے۔</w:t>
      </w:r>
    </w:p>
    <w:p>
      <w:r>
        <w:rPr>
          <w:b/>
        </w:rPr>
        <w:t xml:space="preserve">[14:29] </w:t>
      </w:r>
      <w:r>
        <w:t>to jab rasool Allah ne kaha ke, "kaho ke Allah maula wa la maula lakum" to woh that was future of Islam.</w:t>
      </w:r>
    </w:p>
    <w:p>
      <w:pPr>
        <w:jc w:val="right"/>
      </w:pPr>
      <w:r>
        <w:t>تو جب رسول اللہ نے کہا کہ، "کہو کہ اللہ مولانا ولا مولا لکم" تو وہ that was future of اسلام۔</w:t>
      </w:r>
    </w:p>
    <w:p>
      <w:r>
        <w:rPr>
          <w:b/>
        </w:rPr>
        <w:t xml:space="preserve">[14:39] </w:t>
      </w:r>
      <w:r>
        <w:t>kyun ke dekhiye, Islam ka jo zahoor hua, khatam al-nabiyyin jo dunya mein bheje gaye, woh saada waqia nahi tha. history mein aik naya process chala, history mein aik naya inqilab aya.</w:t>
      </w:r>
    </w:p>
    <w:p>
      <w:pPr>
        <w:jc w:val="right"/>
      </w:pPr>
      <w:r>
        <w:t>کیونکہ دیکھیے، اسلام کا جو ظہور ہوا، خاتم النبیین جو دنیا میں بھیجے گئے، وہ سادہ واقعہ نہیں تھا۔ ہسٹری میں ایک نیا پروسیس چلا، ہسٹری میں ایک نیا انقلاب آیا۔</w:t>
      </w:r>
    </w:p>
    <w:p>
      <w:r>
        <w:rPr>
          <w:b/>
        </w:rPr>
        <w:t xml:space="preserve">[14:55] </w:t>
      </w:r>
      <w:r>
        <w:t>aur dunya mein aik nai tabdeeli, nai tabdeeli jo kabhi nahi hui thi, woh pesh ayi. ke daur-e-shirk khatam ho gaya, daur-e-tauheed aya, nature worship khatam ho gayi, nature ka explore karo, yeh daur aya.</w:t>
      </w:r>
    </w:p>
    <w:p>
      <w:pPr>
        <w:jc w:val="right"/>
      </w:pPr>
      <w:r>
        <w:t>اور دنیا میں ایک نئی تبدیلی، نئی تبدیلی جو کبھی نہیں ہوئی تھی، وہ پیش آئی۔ کہ دور شرک ختم ہوگیا، دور توحید آیا، نیچر ورشپ ختم ہوگئی، نیچر کا ایکسپلور کرو، یہ دور آیا۔</w:t>
      </w:r>
    </w:p>
    <w:p>
      <w:r>
        <w:rPr>
          <w:b/>
        </w:rPr>
        <w:t xml:space="preserve">[15:12] </w:t>
      </w:r>
      <w:r>
        <w:t>modern industry, modern civilization, yeh sab isi ka culmination hai.</w:t>
      </w:r>
    </w:p>
    <w:p>
      <w:pPr>
        <w:jc w:val="right"/>
      </w:pPr>
      <w:r>
        <w:t>ماڈرن انڈسٹری، ماڈرن سویلائزیشن، یہ سب اسی کا کلمنیشن ہے۔</w:t>
      </w:r>
    </w:p>
    <w:p>
      <w:r>
        <w:rPr>
          <w:b/>
        </w:rPr>
        <w:t xml:space="preserve">[15:22] </w:t>
      </w:r>
      <w:r>
        <w:t>to kaisi ajeeb baat hai. rasool Allah, ashaab rasool to past mein future ko dekh rahe thay.</w:t>
      </w:r>
    </w:p>
    <w:p>
      <w:pPr>
        <w:jc w:val="right"/>
      </w:pPr>
      <w:r>
        <w:t>تو کیسی عجیب بات ہے۔ رسول اللہ، اصحاب رسول تو پاسٹ میں فیوچر کو دیکھ رہے تھے۔</w:t>
      </w:r>
    </w:p>
    <w:p>
      <w:r>
        <w:rPr>
          <w:b/>
        </w:rPr>
        <w:t xml:space="preserve">[15:32] </w:t>
      </w:r>
      <w:r>
        <w:t>aaj musalmanon ke aage future mein hi future ko nahi dekh rahe woh. kaisi ajeeb baat hai.</w:t>
      </w:r>
    </w:p>
    <w:p>
      <w:pPr>
        <w:jc w:val="right"/>
      </w:pPr>
      <w:r>
        <w:t>آج مسلمانوں کے آگے فیوچر میں ہی فیوچر کو نہیں دیکھ رہے وہ۔ کیسی عجیب بات ہے۔</w:t>
      </w:r>
    </w:p>
    <w:p>
      <w:r>
        <w:rPr>
          <w:b/>
        </w:rPr>
        <w:t xml:space="preserve">[15:41] </w:t>
      </w:r>
      <w:r>
        <w:t>yaani rasool aur ashaab-e-rasool past mein future ko dekh rahe thay. aaj ke musalman jab future waqea ban chuka hai, tab bhi un ko dikhai nahi de raha.</w:t>
      </w:r>
    </w:p>
    <w:p>
      <w:pPr>
        <w:jc w:val="right"/>
      </w:pPr>
      <w:r>
        <w:t>یعنی رسول اور اصحاب رسول پاسٹ میں فیوچر کو دیکھ رہے تھے۔ آج کے مسلمان جب فیوچر واقعہ بن چکا ہے، تب بھی ان کو دکھائی نہیں دے رہا۔</w:t>
      </w:r>
    </w:p>
    <w:p>
      <w:r>
        <w:rPr>
          <w:b/>
        </w:rPr>
        <w:t xml:space="preserve">[15:53] </w:t>
      </w:r>
      <w:r>
        <w:t>main ne bohat parha musalman writers ko, non-muslim writers ko. mujhe sirf ek shakhs mila hai jo is baat ko sach much jaanta tha ke kya cheez pesh aai hai.</w:t>
      </w:r>
    </w:p>
    <w:p>
      <w:pPr>
        <w:jc w:val="right"/>
      </w:pPr>
      <w:r>
        <w:t>میں نے بہت پڑھا مسلمان رائٹرز کو، نان مسلم رائٹرز کو۔ مجھے صرف ایک شخص ملا ہے جو اس بات کو سچ مچ جانتا تھا کہ کیا چیز پیش آئی ہے۔</w:t>
      </w:r>
    </w:p>
    <w:p>
      <w:r>
        <w:rPr>
          <w:b/>
        </w:rPr>
        <w:t xml:space="preserve">[16:04] </w:t>
      </w:r>
      <w:r>
        <w:t>woh hai France ka ek historian, Henry Piren. Henry Piren, France ka historian.</w:t>
      </w:r>
    </w:p>
    <w:p>
      <w:pPr>
        <w:jc w:val="right"/>
      </w:pPr>
      <w:r>
        <w:t>وہ ہے فرانس کا ایک ہسٹورین، ہنری پرین۔ ہنری پرین، فرانس کا ہسٹورین۔</w:t>
      </w:r>
    </w:p>
    <w:p>
      <w:r>
        <w:rPr>
          <w:b/>
        </w:rPr>
        <w:t xml:space="preserve">[16:14] </w:t>
      </w:r>
      <w:r>
        <w:t>us ne kaha tha ke, "Islam change the face of the group.</w:t>
      </w:r>
    </w:p>
    <w:p>
      <w:pPr>
        <w:jc w:val="right"/>
      </w:pPr>
      <w:r>
        <w:t>اس نے کہا تھا کہ، "اسلام چینج دا فیس آف دا گروپ۔</w:t>
      </w:r>
    </w:p>
    <w:p>
      <w:r>
        <w:rPr>
          <w:b/>
        </w:rPr>
        <w:t xml:space="preserve">[16:25] </w:t>
      </w:r>
      <w:r>
        <w:t>the traditional order of history of the earth throne.</w:t>
      </w:r>
    </w:p>
    <w:p>
      <w:pPr>
        <w:jc w:val="right"/>
      </w:pPr>
      <w:r>
        <w:t>دا ٹریڈیشنل آرڈر آف ہسٹری آف دا ارتھ تھرون۔</w:t>
      </w:r>
    </w:p>
    <w:p>
      <w:r>
        <w:rPr>
          <w:b/>
        </w:rPr>
        <w:t xml:space="preserve">[16:35] </w:t>
      </w:r>
      <w:r>
        <w:t>Islam change da face of da globe. da traditional order of history of da earth throne." toh saari tareekh mein hazaron saal se kya tha duniya mein?</w:t>
      </w:r>
    </w:p>
    <w:p>
      <w:pPr>
        <w:jc w:val="right"/>
      </w:pPr>
      <w:r>
        <w:t>اسلام چینج دا فیس آف دا گلوب۔ دا ٹریڈیشنل آرڈر آف ہسٹری آف دا ارتھ تھرون۔" تو ساری تاریخ میں ہزاروں سال سے کیا تھا دنیا میں؟</w:t>
      </w:r>
    </w:p>
    <w:p>
      <w:r>
        <w:rPr>
          <w:b/>
        </w:rPr>
        <w:t xml:space="preserve">[16:45] </w:t>
      </w:r>
      <w:r>
        <w:t>kingship thi. ab naye انقلاب ke baad duniya mein democracy aai. saari tareekh mein duniya mein nature worship thi.</w:t>
      </w:r>
    </w:p>
    <w:p>
      <w:pPr>
        <w:jc w:val="right"/>
      </w:pPr>
      <w:r>
        <w:t>کنگ شپ تھی۔ اب نئے انقلاب کے بعد دنیا میں ڈیموکریسی آئی۔ ساری تاریخ میں دنیا میں نیچر ورشپ تھی۔</w:t>
      </w:r>
    </w:p>
    <w:p>
      <w:r>
        <w:rPr>
          <w:b/>
        </w:rPr>
        <w:t xml:space="preserve">[16:56] </w:t>
      </w:r>
      <w:r>
        <w:t>ab jo naya انقلاب aaya, naya jo rasool Allah aur ashaab-e-rasool ne jo history mein jo ek process chalaya, process, us process culmination ke ke baad yeh sab hua.</w:t>
      </w:r>
    </w:p>
    <w:p>
      <w:pPr>
        <w:jc w:val="right"/>
      </w:pPr>
      <w:r>
        <w:t>اب جو نیا انقلاب آیا، نیا جو رسول اللہ اور اصحاب رسول نے جو ہسٹری میں جو ایک پروسیس چلایا، پروسیس، اس پروسیس کلمنیشن کے کے بعد یہ سب ہوا۔</w:t>
      </w:r>
    </w:p>
    <w:p>
      <w:r>
        <w:rPr>
          <w:b/>
        </w:rPr>
        <w:t xml:space="preserve">[17:11] </w:t>
      </w:r>
      <w:r>
        <w:t>yaani isi waqt nahi hua gaya sab kuch jis ko hum Makki daur aur Madani daur kehte hain. Makki daur aur Madani daur mein ek process chalaya gaya tha.</w:t>
      </w:r>
    </w:p>
    <w:p>
      <w:pPr>
        <w:jc w:val="right"/>
      </w:pPr>
      <w:r>
        <w:t>یعنی اسی وقت نہیں ہوا گیا سب کچھ جس کو ہم مکی دور اور مدینی دور کہتے ہیں۔ مکی دور اور مدینی دور میں ایک پروسیس چلایا گیا تھا۔</w:t>
      </w:r>
    </w:p>
    <w:p>
      <w:r>
        <w:rPr>
          <w:b/>
        </w:rPr>
        <w:t xml:space="preserve">[17:21] </w:t>
      </w:r>
      <w:r>
        <w:t>us ka culmination hazar saal ke baad hua. toh kingship ki jagah democracy aai. nature worship ki jagah nature ko explore karna aaya.</w:t>
      </w:r>
    </w:p>
    <w:p>
      <w:pPr>
        <w:jc w:val="right"/>
      </w:pPr>
      <w:r>
        <w:t>اس کا کلمنیشن ہزار سال کے بعد ہوا۔ تو کنگ شپ کی جگہ ڈیموکریسی آئی۔ نیچر ورشپ کی جگہ نیچر کو ایکسپلور کرنا آیا۔</w:t>
      </w:r>
    </w:p>
    <w:p>
      <w:r>
        <w:rPr>
          <w:b/>
        </w:rPr>
        <w:t xml:space="preserve">[17:35] </w:t>
      </w:r>
      <w:r>
        <w:t>duniya mein modern industry aai. civilization aai. universals aai. purane zamane mein kya tha?</w:t>
      </w:r>
    </w:p>
    <w:p>
      <w:pPr>
        <w:jc w:val="right"/>
      </w:pPr>
      <w:r>
        <w:t>دنیا میں ماڈرن انڈسٹری آئی۔ سویلائزیشن آئی۔ یونیورسلز آئی۔ پرانے زمانے میں کیا تھا؟</w:t>
      </w:r>
    </w:p>
    <w:p>
      <w:r>
        <w:rPr>
          <w:b/>
        </w:rPr>
        <w:t xml:space="preserve">[17:44] </w:t>
      </w:r>
      <w:r>
        <w:t>ek sectarian, sectarian, sectarian. har group apne khol, har group apne cell mein rehta tha. qadeem zamane mein har group apne cell mein rehta tha.</w:t>
      </w:r>
    </w:p>
    <w:p>
      <w:pPr>
        <w:jc w:val="right"/>
      </w:pPr>
      <w:r>
        <w:t>ایک سیکٹیرین، سیکٹیرین، سیکٹیرین۔ ہر گروپ اپنے کھول، ہر گروپ اپنے سیل میں رہتا تھا۔ قدیم زمانے میں ہر گروپ اپنے سیل میں رہتا تھا۔</w:t>
      </w:r>
    </w:p>
    <w:p>
      <w:r>
        <w:rPr>
          <w:b/>
        </w:rPr>
        <w:t xml:space="preserve">[17:54] </w:t>
      </w:r>
      <w:r>
        <w:t>apne har har tribe apne cell mein. sab apne cell mein. is ko toda gaya. tod kar ke duniya mein universal age laya gaya.</w:t>
      </w:r>
    </w:p>
    <w:p>
      <w:pPr>
        <w:jc w:val="right"/>
      </w:pPr>
      <w:r>
        <w:t>اپنے ہر ہر ٹرائب اپنے سیل میں۔ سب اپنے سیل میں۔ اس کو توڑا گیا۔ توڑ کر کے دنیا میں یونیورسل ایج لایا گیا۔</w:t>
      </w:r>
    </w:p>
    <w:p>
      <w:r>
        <w:rPr>
          <w:b/>
        </w:rPr>
        <w:t xml:space="preserve">[18:05] </w:t>
      </w:r>
      <w:r>
        <w:t>universality, har taraf universality, har taraf universality.</w:t>
      </w:r>
    </w:p>
    <w:p>
      <w:pPr>
        <w:jc w:val="right"/>
      </w:pPr>
      <w:r>
        <w:t>یونیورسلٹی، ہر طرف یونیورسلٹی، ہر طرف یونیورسلٹی۔</w:t>
      </w:r>
    </w:p>
    <w:p>
      <w:r>
        <w:rPr>
          <w:b/>
        </w:rPr>
        <w:t xml:space="preserve">[18:12] </w:t>
      </w:r>
      <w:r>
        <w:t>now we are living in the age of universals. toh yeh sab kuch ho gaya, tab kya musalman kar rahe hain shikayat, protest, ladai, suicide bombing?</w:t>
      </w:r>
    </w:p>
    <w:p>
      <w:pPr>
        <w:jc w:val="right"/>
      </w:pPr>
      <w:r>
        <w:t>ناؤ وی آر لیونگ ان دا ایج آف یونیورسلز۔ تو یہ سب کچھ ہو گیا، تب کیا مسلمان کر رہے ہیں شکایت، پروٹیسٹ، لڑائی، سوسائیڈ بمبنگ؟</w:t>
      </w:r>
    </w:p>
    <w:p>
      <w:r>
        <w:rPr>
          <w:b/>
        </w:rPr>
        <w:t xml:space="preserve">[18:28] </w:t>
      </w:r>
      <w:r>
        <w:t>main sochta hoon ke jab main sochta hoon is baat ko ke Allah dekh raha hai jo watch kar raha hai saari history ko. Allah saari history ko watch kar raha hai.</w:t>
      </w:r>
    </w:p>
    <w:p>
      <w:pPr>
        <w:jc w:val="right"/>
      </w:pPr>
      <w:r>
        <w:t>میں سوچتا ہوں کہ جب میں سوچتا ہوں اس بات کو کہ اللہ دیکھ رہا ہے جو واچ کر رہا ہے ساری ہسٹری کو۔ اللہ ساری ہسٹری کو واچ کر رہا ہے۔</w:t>
      </w:r>
    </w:p>
    <w:p>
      <w:r>
        <w:rPr>
          <w:b/>
        </w:rPr>
        <w:t xml:space="preserve">[18:42] </w:t>
      </w:r>
      <w:r>
        <w:t>toh Allah kya kehta hoga ke yeh ummat-e-Muhammad jo hai, woh kaisi ajeeb ghareeb ummat hai.</w:t>
      </w:r>
    </w:p>
    <w:p>
      <w:pPr>
        <w:jc w:val="right"/>
      </w:pPr>
      <w:r>
        <w:t>تو اللہ کیا کہتا ہوگا کہ یہ امت محمد جو ہے، وہ کیسی عجیب غریب امت ہے۔</w:t>
      </w:r>
    </w:p>
    <w:p>
      <w:r>
        <w:rPr>
          <w:b/>
        </w:rPr>
        <w:t xml:space="preserve">[18:52] </w:t>
      </w:r>
      <w:r>
        <w:t>ke jab saare dahaane khol diye gaye, saare samandar ubal pade, saari taraqqiyan waqea ban gayeen.</w:t>
      </w:r>
    </w:p>
    <w:p>
      <w:pPr>
        <w:jc w:val="right"/>
      </w:pPr>
      <w:r>
        <w:t>کہ جب سارے دہانے کھول دیے گئے، سارے سمندر ابل پڑے، ساری ترقیاں واقعہ بن گئیں۔</w:t>
      </w:r>
    </w:p>
    <w:p>
      <w:r>
        <w:rPr>
          <w:b/>
        </w:rPr>
        <w:t xml:space="preserve">[19:04] </w:t>
      </w:r>
      <w:r>
        <w:t>toh bajaye is ke ke avail karein, shikayat karein. yeh daur avail karne ka daur hai, na ke shikayat karne ka daur hai. yaad rakhiye, yeh daur avail karne ka daur hai.</w:t>
      </w:r>
    </w:p>
    <w:p>
      <w:pPr>
        <w:jc w:val="right"/>
      </w:pPr>
      <w:r>
        <w:t>تو بجائے اس کے کہ اویل کریں، شکایت کریں۔ یہ دور اویل کرنے کا دور ہے، نہ کہ شکایت کرنے کا دور ہے۔ یاد رکھیے، یہ دور اویل کرنے کا دور ہے۔</w:t>
      </w:r>
    </w:p>
    <w:p>
      <w:r>
        <w:rPr>
          <w:b/>
        </w:rPr>
        <w:t xml:space="preserve">[19:16] </w:t>
      </w:r>
      <w:r>
        <w:t>shikayat karne ka daur nahi hai. toh kya likhte honge hamare bare mein farishtay apne record par? jab main sochta hoon toh main kaanp uthta hoon.</w:t>
      </w:r>
    </w:p>
    <w:p>
      <w:pPr>
        <w:jc w:val="right"/>
      </w:pPr>
      <w:r>
        <w:t>شکایت کرنے کا دور نہیں ہے۔ تو کیا لکھتے ہوں گے ہمارے بارے میں فرشتے اپنے ریکارڈ پر؟ جب میں سوچتا ہوں تو میں کانپ اٹھتا ہوں۔</w:t>
      </w:r>
    </w:p>
    <w:p>
      <w:r>
        <w:rPr>
          <w:b/>
        </w:rPr>
        <w:t xml:space="preserve">[19:28] </w:t>
      </w:r>
      <w:r>
        <w:t>is ummat ke bare mein farishtay kya report likhte honge? yeh ummat kya kar rahi hai?</w:t>
      </w:r>
    </w:p>
    <w:p>
      <w:pPr>
        <w:jc w:val="right"/>
      </w:pPr>
      <w:r>
        <w:t>اس امت کے بارے میں فرشتے کیا رپورٹ لکھتے ہوں گے؟ یہ امت کیا کر رہی ہے؟</w:t>
      </w:r>
    </w:p>
    <w:p>
      <w:r>
        <w:rPr>
          <w:b/>
        </w:rPr>
        <w:t xml:space="preserve">[19:36] </w:t>
      </w:r>
      <w:r>
        <w:t>kya kya likhte honge woh? kyunke farishton ke haan yaad rakhiye, yeh nahi hai ke koi jaari adari nahi hai.</w:t>
      </w:r>
    </w:p>
    <w:p>
      <w:pPr>
        <w:jc w:val="right"/>
      </w:pPr>
      <w:r>
        <w:t>کیا کیا لکھتے ہوں گے وہ؟ کیونکہ فرشتوں کے ہاں یاد رکھیے، یہ نہیں ہے کہ کوئی جاری اداری نہیں ہے۔</w:t>
      </w:r>
    </w:p>
    <w:p>
      <w:r>
        <w:rPr>
          <w:b/>
        </w:rPr>
        <w:t xml:space="preserve">[19:47] </w:t>
      </w:r>
      <w:r>
        <w:t>ke farzi taur par hamare bare mein achhi achhi baatein likh dein. aisa nahi hota wahan. wahan toh jo waqea hai, wohi likha jata hai.</w:t>
      </w:r>
    </w:p>
    <w:p>
      <w:pPr>
        <w:jc w:val="right"/>
      </w:pPr>
      <w:r>
        <w:t>کہ فرضی طور پر ہمارے بارے میں اچھی اچھی باتیں لکھ دیں۔ ایسا نہیں ہوتا وہاں۔ وہاں تو جو واقعہ ہے، وہی لکھا جاتا ہے۔</w:t>
      </w:r>
    </w:p>
    <w:p>
      <w:r>
        <w:rPr>
          <w:b/>
        </w:rPr>
        <w:t xml:space="preserve">[20:05] </w:t>
      </w:r>
      <w:r>
        <w:t>toh yeh daur jo Allah taala ne paida kiya tha, ek lambe process ke baad, historical process ke baad, woh is liye tha</w:t>
      </w:r>
    </w:p>
    <w:p>
      <w:pPr>
        <w:jc w:val="right"/>
      </w:pPr>
      <w:r>
        <w:t>تو یہ دور جو اللہ تعالیٰ نے پیدا کیا تھا، ایک لمبے پروسیس کے بعد، ہسٹوریکل پروسیس کے بعد، وہ اس لیے تھا</w:t>
      </w:r>
    </w:p>
    <w:p>
      <w:r>
        <w:rPr>
          <w:b/>
        </w:rPr>
        <w:t xml:space="preserve">[20:22] </w:t>
      </w:r>
      <w:r>
        <w:t>keh Allah ki glory ka log discover karein.</w:t>
      </w:r>
    </w:p>
    <w:p>
      <w:pPr>
        <w:jc w:val="right"/>
      </w:pPr>
      <w:r>
        <w:t>کہ اللہ کی گلوری کا لوگ ڈسکور کریں۔</w:t>
      </w:r>
    </w:p>
    <w:p>
      <w:r>
        <w:rPr>
          <w:b/>
        </w:rPr>
        <w:t xml:space="preserve">[20:30] </w:t>
      </w:r>
      <w:r>
        <w:t>jo maine abhi arz kiya keh aap se keh shair ne likha hai keh is baat ke kehne ko kahan se jigar aaye? matlab istuvahi ko kehne ko.</w:t>
      </w:r>
    </w:p>
    <w:p>
      <w:pPr>
        <w:jc w:val="right"/>
      </w:pPr>
      <w:r>
        <w:t>جو میں نے ابھی عرض کیا کہ آپ سے کہ شاعر نے لکھا ہے کہ اس بات کے کہنے کو کہاں سے جگر آئے؟ مطلب استواحی کو کہنے کو۔</w:t>
      </w:r>
    </w:p>
    <w:p>
      <w:r>
        <w:rPr>
          <w:b/>
        </w:rPr>
        <w:t xml:space="preserve">[20:39] </w:t>
      </w:r>
      <w:r>
        <w:t>is ke upar arz yeh karna chahiye keh Allah ki glory ko batane ke alfaaz kahan se aayein? yeh hona chahiye.</w:t>
      </w:r>
    </w:p>
    <w:p>
      <w:pPr>
        <w:jc w:val="right"/>
      </w:pPr>
      <w:r>
        <w:t>اس کے اوپر عرض یہ کرنا چاہیے کہ اللہ کی گلوری کو بتانے کے الفاظ کہاں سے آئیں؟ یہ ہونا چاہیے۔</w:t>
      </w:r>
    </w:p>
    <w:p>
      <w:r>
        <w:rPr>
          <w:b/>
        </w:rPr>
        <w:t xml:space="preserve">[20:51] </w:t>
      </w:r>
      <w:r>
        <w:t>to yeh daur jo aaya tha, ek lambe process ke baad, is liye tha keh is mein log jaanein keh Allah ka keshun kya hai?</w:t>
      </w:r>
    </w:p>
    <w:p>
      <w:pPr>
        <w:jc w:val="right"/>
      </w:pPr>
      <w:r>
        <w:t>تو یہ دور جو آیا تھا، ایک لمبے پروسیس کے بعد، اس لیے تھا کہ اس میں لوگ جانیں کہ اللہ کا کیشن کیا ہے؟</w:t>
      </w:r>
    </w:p>
    <w:p>
      <w:r>
        <w:rPr>
          <w:b/>
        </w:rPr>
        <w:t xml:space="preserve">[21:06] </w:t>
      </w:r>
      <w:r>
        <w:t>Allah ka plan kya hai? Allah ne khatam un nabiyyin ko kyun bheja?</w:t>
      </w:r>
    </w:p>
    <w:p>
      <w:pPr>
        <w:jc w:val="right"/>
      </w:pPr>
      <w:r>
        <w:t>اللہ کا پلان کیا ہے؟ اللہ نے خاتم النبیین کو کیوں بھیجا؟</w:t>
      </w:r>
    </w:p>
    <w:p>
      <w:r>
        <w:rPr>
          <w:b/>
        </w:rPr>
        <w:t xml:space="preserve">[21:15] </w:t>
      </w:r>
      <w:r>
        <w:t>Quran kis liye bheja gaya? jaanein aur phir is ko dunya ke samne pesh karein. banaya dunya ke samne. lekin yaad rakhiye, jo log yeh shikayat mein, complaint mein, woh koi bada kaam nahi kar sakte.</w:t>
      </w:r>
    </w:p>
    <w:p>
      <w:pPr>
        <w:jc w:val="right"/>
      </w:pPr>
      <w:r>
        <w:t>قرآن کس لیے بھیجا گیا؟ جانیں اور پھر اس کو دنیا کے سامنے پیش کریں۔ بنایا دنیا کے سامنے۔ لیکن یاد رکھیے، جو لوگ یہ شکایت میں، کمپلینٹ میں، وہ کوئی بڑا کام نہیں کر سکتے۔</w:t>
      </w:r>
    </w:p>
    <w:p>
      <w:r>
        <w:rPr>
          <w:b/>
        </w:rPr>
        <w:t xml:space="preserve">[21:30] </w:t>
      </w:r>
      <w:r>
        <w:t>kabhi nahi kar sakte. na kabhi kiya hai, na kabhi kareinge. jo log shikayat mein yeh hain, yeh kahein keh we are under siege, dunya ka apna dushman bana lein.</w:t>
      </w:r>
    </w:p>
    <w:p>
      <w:pPr>
        <w:jc w:val="right"/>
      </w:pPr>
      <w:r>
        <w:t>کبھی نہیں کر سکتے۔ نہ کبھی کیا ہے، نہ کبھی کریں گے۔ جو لوگ شکایت میں یہ ہیں، یہ کہیں کہ وی آر انڈر سیز، دنیا کا اپنا دشمن بنا لیں۔</w:t>
      </w:r>
    </w:p>
    <w:p>
      <w:r>
        <w:rPr>
          <w:b/>
        </w:rPr>
        <w:t xml:space="preserve">[21:44] </w:t>
      </w:r>
      <w:r>
        <w:t>woh na koi bada kaam dunya mein kabhi kiya hai unhone, na aage kuch kar sakte. impossible, impossible, impossible hain.</w:t>
      </w:r>
    </w:p>
    <w:p>
      <w:pPr>
        <w:jc w:val="right"/>
      </w:pPr>
      <w:r>
        <w:t>وہ نہ کوئی بڑا کام دنیا میں کبھی کیا ہے انہوں نے، نہ آگے کچھ کر سکتے۔ امپاسبل، امپاسبل، امپاسبل ہیں۔</w:t>
      </w:r>
    </w:p>
    <w:p>
      <w:r>
        <w:rPr>
          <w:b/>
        </w:rPr>
        <w:t xml:space="preserve">[21:55] </w:t>
      </w:r>
      <w:r>
        <w:t>bada kaam karne ke liye bada dil chahiye. bada kaam karne ke liye bada dimaag chahiye. bada dimaag, bada kaam karne ke liye badi soch chahiye.</w:t>
      </w:r>
    </w:p>
    <w:p>
      <w:pPr>
        <w:jc w:val="right"/>
      </w:pPr>
      <w:r>
        <w:t>بڑا کام کرنے کے لیے بڑا دل چاہیے۔ بڑا کام کرنے کے لیے بڑا دماغ چاہیے۔ بڑا دماغ، بڑا کام کرنے کے لیے بڑی سوچ چاہیے۔</w:t>
      </w:r>
    </w:p>
    <w:p>
      <w:r>
        <w:rPr>
          <w:b/>
        </w:rPr>
        <w:t xml:space="preserve">[22:08] </w:t>
      </w:r>
      <w:r>
        <w:t>bada kaam karne ki badi outlook chahiye. yeh to bohat hi, bohat hi zyada</w:t>
      </w:r>
    </w:p>
    <w:p>
      <w:pPr>
        <w:jc w:val="right"/>
      </w:pPr>
      <w:r>
        <w:t>بڑا کام کرنے کی بڑی آؤٹ لک چاہیے۔ یہ تو بہت ہی، بہت ہی زیادہ</w:t>
      </w:r>
    </w:p>
    <w:p>
      <w:r>
        <w:rPr>
          <w:b/>
        </w:rPr>
        <w:t xml:space="preserve">[22:19] </w:t>
      </w:r>
      <w:r>
        <w:t>ajeeb baat hai keh saare hi musalmanon ke sath, sari dunya mein ek bhi musalman nahi jo negative thinking se pak ho.</w:t>
      </w:r>
    </w:p>
    <w:p>
      <w:pPr>
        <w:jc w:val="right"/>
      </w:pPr>
      <w:r>
        <w:t>عجیب بات ہے کہ سارے ہی مسلمانوں کے ساتھ، ساری دنیا میں ایک بھی مسلمان نہیں جو نیگیٹیو تھنکنگ سے پاک ہو۔</w:t>
      </w:r>
    </w:p>
    <w:p>
      <w:r>
        <w:rPr>
          <w:b/>
        </w:rPr>
        <w:t xml:space="preserve">[22:29] </w:t>
      </w:r>
      <w:r>
        <w:t>main logon se poochta rehta hoon jo log jaate hain idhar udhar safar karte hain keh kisi musalman ko paya aap ne jo poore ma'ne mein positive thinking thi jis ke andar?</w:t>
      </w:r>
    </w:p>
    <w:p>
      <w:pPr>
        <w:jc w:val="right"/>
      </w:pPr>
      <w:r>
        <w:t>میں لوگوں سے پوچھتا رہتا ہوں جو لوگ جاتے ہیں ادھر ادھر سفر کرتے ہیں کہ کسی مسلمان کو پایا آپ نے جو پورے معنی میں پازیٹیو تھنکنگ تھی جس کے اندر؟</w:t>
      </w:r>
    </w:p>
    <w:p>
      <w:r>
        <w:rPr>
          <w:b/>
        </w:rPr>
        <w:t xml:space="preserve">[22:38] </w:t>
      </w:r>
      <w:r>
        <w:t>to aaj tak koi nahi mila mujhe jo yeh kahe keh haan mujhe falan jagah ek musalman mila tha. logon se poochta rehta hoon main. sab negative baatein.</w:t>
      </w:r>
    </w:p>
    <w:p>
      <w:pPr>
        <w:jc w:val="right"/>
      </w:pPr>
      <w:r>
        <w:t>تو آج تک کوئی نہیں ملا مجھے جو یہ کہے کہ ہاں مجھے فلاں جگہ ایک مسلمان ملا تھا۔ لوگوں سے پوچھتا رہتا ہوں میں۔ سب نیگیٹیو باتیں۔</w:t>
      </w:r>
    </w:p>
    <w:p>
      <w:r>
        <w:rPr>
          <w:b/>
        </w:rPr>
        <w:t xml:space="preserve">[22:49] </w:t>
      </w:r>
      <w:r>
        <w:t>sazish ki baat, conspiracy ki baat, dushmani ki baat, we are under siege ki baat, yahi sab ki zuban par hai.</w:t>
      </w:r>
    </w:p>
    <w:p>
      <w:pPr>
        <w:jc w:val="right"/>
      </w:pPr>
      <w:r>
        <w:t>سازش کی بات، کانسپریسی کی بات، دشمنی کی بات، وی آر انڈر سیز کی بات، یہی سب کی زبان پر ہے۔</w:t>
      </w:r>
    </w:p>
    <w:p>
      <w:r>
        <w:rPr>
          <w:b/>
        </w:rPr>
        <w:t xml:space="preserve">[23:00] </w:t>
      </w:r>
      <w:r>
        <w:t>to aise log kabhi bhi koi bada kaam nahi kar sakte.</w:t>
      </w:r>
    </w:p>
    <w:p>
      <w:pPr>
        <w:jc w:val="right"/>
      </w:pPr>
      <w:r>
        <w:t>تو ایسے لوگ کبھی بھی کوئی بڑا کام نہیں کر سکتے۔</w:t>
      </w:r>
    </w:p>
    <w:p>
      <w:r>
        <w:rPr>
          <w:b/>
        </w:rPr>
        <w:t xml:space="preserve">[23:06] </w:t>
      </w:r>
      <w:r>
        <w:t>badi badi baaton se bada kaam nahi hota. main jaanta hoon keh musalman badi badi baatein khoob karte hain. musalman har jagah badi baatein khoob karte hain.</w:t>
      </w:r>
    </w:p>
    <w:p>
      <w:pPr>
        <w:jc w:val="right"/>
      </w:pPr>
      <w:r>
        <w:t>بڑی بڑی باتوں سے بڑا کام نہیں ہوتا۔ میں جانتا ہوں کہ مسلمان بڑی بڑی باتیں خوب کرتے ہیں۔ مسلمان ہر جگہ بڑی باتیں خوب کرتے ہیں۔</w:t>
      </w:r>
    </w:p>
    <w:p>
      <w:r>
        <w:rPr>
          <w:b/>
        </w:rPr>
        <w:t xml:space="preserve">[23:18] </w:t>
      </w:r>
      <w:r>
        <w:t>chunki badi bada kaam karne ke karne ke qabil nahi hain yeh, to kya karte hain? keh na'at khwani karte hain.</w:t>
      </w:r>
    </w:p>
    <w:p>
      <w:pPr>
        <w:jc w:val="right"/>
      </w:pPr>
      <w:r>
        <w:t>چونکہ بڑی بڑا کام کرنے کے کرنے کے قابل نہیں ہیں یہ، تو کیا کرتے ہیں؟ کہ نعت خوانی کرتے ہیں۔</w:t>
      </w:r>
    </w:p>
    <w:p>
      <w:r>
        <w:rPr>
          <w:b/>
        </w:rPr>
        <w:t xml:space="preserve">[23:30] </w:t>
      </w:r>
      <w:r>
        <w:t>main soch raha tha keh aakhir yeh na'at khwani kyun itni barh gayi hai? Rasool Allah ko itna barhate hain keh zaboon aasman unhi ke hain. Rasool Allah ko itna barhate hain lafzon mein keh Rasool Allah sari zaboon aasman Rasool Allah ke hain.</w:t>
      </w:r>
    </w:p>
    <w:p>
      <w:pPr>
        <w:jc w:val="right"/>
      </w:pPr>
      <w:r>
        <w:t>میں سوچ رہا تھا کہ آخر یہ نعت خوانی کیوں اتنی بڑھ گئی ہے؟ رسول اللہ کو اتنا بڑھاتے ہیں کہ زبون آسمان انہی کے ہیں۔ رسول اللہ کو اتنا بڑھاتے ہیں لفظوں میں کہ رسول اللہ ساری زبون آسمان رسول اللہ کے ہیں۔</w:t>
      </w:r>
    </w:p>
    <w:p>
      <w:r>
        <w:rPr>
          <w:b/>
        </w:rPr>
        <w:t xml:space="preserve">[23:48] </w:t>
      </w:r>
      <w:r>
        <w:t>to main sochta tha keh kyun aisa hota hai? kyun itne ya'ni waqe'e khilaf baatein kyun karte hain? Quran mein to hai keh Rasool Allah ek bashar the, ek insan the.</w:t>
      </w:r>
    </w:p>
    <w:p>
      <w:pPr>
        <w:jc w:val="right"/>
      </w:pPr>
      <w:r>
        <w:t>تو میں سوچتا تھا کہ کیوں ایسا ہوتا ہے؟ کیوں اتنے یعنی واقعے خلاف باتیں کیوں کرتے ہیں؟ قرآن میں تو ہے کہ رسول اللہ ایک بشر تھے، ایک انسان تھے۔</w:t>
      </w:r>
    </w:p>
    <w:p>
      <w:r>
        <w:rPr>
          <w:b/>
        </w:rPr>
        <w:t xml:space="preserve">[24:00] </w:t>
      </w:r>
      <w:r>
        <w:t>Quran mein hai keh Rasool Allah ek bashar the. lekin musalman jo na'at khwani karte hain, na'at khwani mein to aisa lagta hai keh sab kuch loh o qalam Rasool Allah ka hai.</w:t>
      </w:r>
    </w:p>
    <w:p>
      <w:pPr>
        <w:jc w:val="right"/>
      </w:pPr>
      <w:r>
        <w:t>قرآن میں ہے کہ رسول اللہ ایک بشر تھے۔ لیکن مسلمان جو نعت خوانی کرتے ہیں، نعت خوانی میں تو ایسا لگتا ہے کہ سب کچھ لوح و قلم رسول اللہ کا ہے۔</w:t>
      </w:r>
    </w:p>
    <w:p>
      <w:r>
        <w:rPr>
          <w:b/>
        </w:rPr>
        <w:t xml:space="preserve">[24:11] </w:t>
      </w:r>
      <w:r>
        <w:t>surah shan Rasool Allah ka hai. sari university Rasool Allah ki, yeh kya kyun karte hain? yeh hai yeh compensate karna.</w:t>
      </w:r>
    </w:p>
    <w:p>
      <w:pPr>
        <w:jc w:val="right"/>
      </w:pPr>
      <w:r>
        <w:t>سورہ شان رسول اللہ کا ہے۔ ساری یونیورسٹی رسول اللہ کی، یہ کیا کیوں کرتے ہیں؟ یہ ہے یہ کمپنسیٹ کرنا۔</w:t>
      </w:r>
    </w:p>
    <w:p>
      <w:r>
        <w:rPr>
          <w:b/>
        </w:rPr>
        <w:t xml:space="preserve">[24:21] </w:t>
      </w:r>
      <w:r>
        <w:t>compensate karna chahte hain. chunki hum ne sab kuch kho diya hai, to aap lafzi madkhani kar ke Rasool Allah ki is ko compensate kar rahe hain.</w:t>
      </w:r>
    </w:p>
    <w:p>
      <w:pPr>
        <w:jc w:val="right"/>
      </w:pPr>
      <w:r>
        <w:t>کمپنسیٹ کرنا چاہتے ہیں۔ چونکہ ہم نے سب کچھ کھو دیا ہے، تو آپ لفظی مدخانی کر کے رسول اللہ کی اس کو کمپنسیٹ کر رہے ہیں۔</w:t>
      </w:r>
    </w:p>
    <w:p>
      <w:r>
        <w:rPr>
          <w:b/>
        </w:rPr>
        <w:t xml:space="preserve">[24:33] </w:t>
      </w:r>
      <w:r>
        <w:t>ya'ni false compensation, false</w:t>
      </w:r>
    </w:p>
    <w:p>
      <w:pPr>
        <w:jc w:val="right"/>
      </w:pPr>
      <w:r>
        <w:t>یعنی فالس کمپنسیشن، فالس</w:t>
      </w:r>
    </w:p>
    <w:p>
      <w:r>
        <w:rPr>
          <w:b/>
        </w:rPr>
        <w:t xml:space="preserve">[24:39] </w:t>
      </w:r>
      <w:r>
        <w:t>replacement, false alternative.</w:t>
      </w:r>
    </w:p>
    <w:p>
      <w:pPr>
        <w:jc w:val="right"/>
      </w:pPr>
      <w:r>
        <w:t>ریپلیسمنٹ، فالس آلٹرنیٹیو۔</w:t>
      </w:r>
    </w:p>
    <w:p>
      <w:r>
        <w:rPr>
          <w:b/>
        </w:rPr>
        <w:t xml:space="preserve">[24:48] </w:t>
      </w:r>
      <w:r>
        <w:t>madkhani ke baad yeh na'at khwani aap ne aap logon ne bhi suna hoga kabhi aap ne na'at khwani. keh itna barhate chalate hain Rasool Allah ko.</w:t>
      </w:r>
    </w:p>
    <w:p>
      <w:pPr>
        <w:jc w:val="right"/>
      </w:pPr>
      <w:r>
        <w:t>مدخانی کے بعد یہ نعت خوانی آپ نے آپ لوگوں نے بھی سنا ہوگا کبھی آپ نے نعت خوانی۔ کہ اتنا بڑھاتے چلاتے ہیں رسول اللہ کو۔</w:t>
      </w:r>
    </w:p>
    <w:p>
      <w:r>
        <w:rPr>
          <w:b/>
        </w:rPr>
        <w:t xml:space="preserve">[24:57] </w:t>
      </w:r>
      <w:r>
        <w:t>aik shair ne keh diya ke log mehshar mein hairaan reh jayenge. Khuda kaun hai aur Mustafa kaun hai? Yani jaisa Khuda waisa Mustafa.</w:t>
      </w:r>
    </w:p>
    <w:p>
      <w:pPr>
        <w:jc w:val="right"/>
      </w:pPr>
      <w:r>
        <w:t>ایک شاعر نے کہہ دیا کہ لوگ محشر میں حیران رہ جائیں گے۔ خدا کون ہے اور مصطفیٰ کون ہے؟ یعنی جیسا خدا ویسا مصطفیٰ۔</w:t>
      </w:r>
    </w:p>
    <w:p>
      <w:r>
        <w:rPr>
          <w:b/>
        </w:rPr>
        <w:t xml:space="preserve">[25:07] </w:t>
      </w:r>
      <w:r>
        <w:t>Oh Allah!</w:t>
      </w:r>
    </w:p>
    <w:p>
      <w:pPr>
        <w:jc w:val="right"/>
      </w:pPr>
      <w:r>
        <w:t>اوہ اللہ!</w:t>
      </w:r>
    </w:p>
    <w:p>
      <w:r>
        <w:rPr>
          <w:b/>
        </w:rPr>
        <w:t xml:space="preserve">[25:11] </w:t>
      </w:r>
      <w:r>
        <w:t>Log mehshar mein hairaan reh jayenge. Khuda kaun hai aur Mustafa kaun hai? To mein sochta tha ke aakhir Rasool Allah ko itna kyun barhate chalate hain? Yeh saari barhai jo Allah ki hai, woh daali hui hai Mustafa khwani mein.</w:t>
      </w:r>
    </w:p>
    <w:p>
      <w:pPr>
        <w:jc w:val="right"/>
      </w:pPr>
      <w:r>
        <w:t>لوگ محشر میں حیران رہ جائیں گے۔ خدا کون ہے اور مصطفیٰ کون ہے؟ تو میں سوچتا تھا کہ آخر رسول اللہ کو اتنا کیوں بڑھاتے چلاتے ہیں؟ یہ ساری بڑائی جو اللہ کی ہے، وہ ڈالی ہوئی ہے مصطفیٰ خوانی میں۔</w:t>
      </w:r>
    </w:p>
    <w:p>
      <w:r>
        <w:rPr>
          <w:b/>
        </w:rPr>
        <w:t xml:space="preserve">[25:29] </w:t>
      </w:r>
      <w:r>
        <w:t>To yahi mein soch raha tha, soch raha tha, soch raha tha. Mujhe samajh mein aayi ke iski wajah yeh hai ke Musalman chunke aakhri had tak aik mehroom mehroomi ke ehsas mein jeete hain. Hum se empire chhin gayi, hum se barhai chhin gayi,</w:t>
      </w:r>
    </w:p>
    <w:p>
      <w:pPr>
        <w:jc w:val="right"/>
      </w:pPr>
      <w:r>
        <w:t>تو یہی میں سوچ رہا تھا، سوچ رہا تھا، سوچ رہا تھا۔ مجھے سمجھ میں آئی کہ اس کی وجہ یہ ہے کہ مسلمان چونکہ آخری حد تک ایک محروم محرومی کے احساس میں جیتے ہیں۔ ہم سے ایمپائر چھن گئی، ہم سے بڑائی چھن گئی،</w:t>
      </w:r>
    </w:p>
    <w:p>
      <w:r>
        <w:rPr>
          <w:b/>
        </w:rPr>
        <w:t xml:space="preserve">[25:43] </w:t>
      </w:r>
      <w:r>
        <w:t>Hamari azmat chhin gayi. To ehsas mehroomi mein jeete hain. Iske liye unhon ne aik alternative daryaft kar rakha hai.</w:t>
      </w:r>
    </w:p>
    <w:p>
      <w:pPr>
        <w:jc w:val="right"/>
      </w:pPr>
      <w:r>
        <w:t>ہماری عظمت چھن گئی۔ تو احساس محرومی میں جیتے ہیں۔ اس کے لیے انہوں نے ایک آلٹرنیٹیو دریافت کر رکھا ہے۔</w:t>
      </w:r>
    </w:p>
    <w:p>
      <w:r>
        <w:rPr>
          <w:b/>
        </w:rPr>
        <w:t xml:space="preserve">[25:54] </w:t>
      </w:r>
      <w:r>
        <w:t>Woh false alternative hai. False.</w:t>
      </w:r>
    </w:p>
    <w:p>
      <w:pPr>
        <w:jc w:val="right"/>
      </w:pPr>
      <w:r>
        <w:t>وہ فالس آلٹرنیٹیو ہے۔ فالس۔</w:t>
      </w:r>
    </w:p>
    <w:p>
      <w:r>
        <w:rPr>
          <w:b/>
        </w:rPr>
        <w:t xml:space="preserve">[26:02] </w:t>
      </w:r>
      <w:r>
        <w:t>Dekhein, hamare liye kisi right beginning kya hai? Right beginning kya hai? Woh hai yeh kehna ke we we are wrong.</w:t>
      </w:r>
    </w:p>
    <w:p>
      <w:pPr>
        <w:jc w:val="right"/>
      </w:pPr>
      <w:r>
        <w:t>دیکھیں، ہمارے لیے کسی رائٹ بگننگ کیا ہے؟ رائٹ بگننگ کیا ہے؟ وہ ہے یہ کہنا کہ وی وی آر رانگ۔</w:t>
      </w:r>
    </w:p>
    <w:p>
      <w:r>
        <w:rPr>
          <w:b/>
        </w:rPr>
        <w:t xml:space="preserve">[26:14] </w:t>
      </w:r>
      <w:r>
        <w:t>Iske siwa koi beginning nahin.</w:t>
      </w:r>
    </w:p>
    <w:p>
      <w:pPr>
        <w:jc w:val="right"/>
      </w:pPr>
      <w:r>
        <w:t>اس کے سوا کوئی بگننگ نہیں۔</w:t>
      </w:r>
    </w:p>
    <w:p>
      <w:r>
        <w:rPr>
          <w:b/>
        </w:rPr>
        <w:t xml:space="preserve">[26:19] </w:t>
      </w:r>
      <w:r>
        <w:t>Musalmanon ke liye right beginning ya koi naya start sirf is waqt ho sakta hai jab ke woh kahein, unke leader kahein, unke ulama kahein, unke bade kahein ke we we are wrong, we we are wrong, we we are wrong.</w:t>
      </w:r>
    </w:p>
    <w:p>
      <w:pPr>
        <w:jc w:val="right"/>
      </w:pPr>
      <w:r>
        <w:t>مسلمانوں کے لیے رائٹ بگننگ یا کوئی نیا اسٹارٹ صرف اس وقت ہو سکتا ہے جب کہ وہ کہیں، ان کے لیڈر کہیں، ان کے علماء کہیں، ان کے بڑے کہیں کہ وی وی آر رانگ، وی وی آر رانگ، وی وی آر رانگ۔</w:t>
      </w:r>
    </w:p>
    <w:p>
      <w:r>
        <w:rPr>
          <w:b/>
        </w:rPr>
        <w:t xml:space="preserve">[26:34] </w:t>
      </w:r>
      <w:r>
        <w:t>Tab koi nayi beginning shuru hogi. Woh koi beginning nahin hai. Mein jab Delhi aaya tha 1967 mein to Musalmanon ke bahut se parche nikalte the.</w:t>
      </w:r>
    </w:p>
    <w:p>
      <w:pPr>
        <w:jc w:val="right"/>
      </w:pPr>
      <w:r>
        <w:t>تب کوئی نئی بگننگ شروع ہوگی۔ وہ کوئی بگننگ نہیں ہے۔ میں جب دہلی آیا تھا 1967 میں تو مسلمانوں کے بہت سے پرچے نکلتے تھے۔</w:t>
      </w:r>
    </w:p>
    <w:p>
      <w:r>
        <w:rPr>
          <w:b/>
        </w:rPr>
        <w:t xml:space="preserve">[26:46] </w:t>
      </w:r>
      <w:r>
        <w:t>Jo kehte hain community paper. Post se koi weekly magazine, koi koi monthly magazine, koi daily paper.</w:t>
      </w:r>
    </w:p>
    <w:p>
      <w:pPr>
        <w:jc w:val="right"/>
      </w:pPr>
      <w:r>
        <w:t>جو کہتے ہیں کمیونٹی پیپر۔ پوسٹ سے کوئی ویکلی میگزین، کوئی کوئی منتھلی میگزین، کوئی ڈیلی پیپر۔</w:t>
      </w:r>
    </w:p>
    <w:p>
      <w:r>
        <w:rPr>
          <w:b/>
        </w:rPr>
        <w:t xml:space="preserve">[26:55] </w:t>
      </w:r>
      <w:r>
        <w:t>To mein kehta tha ke kya nikaal rahe hain aap log parche? Yeh to community parche hain. Inki kya value? Inki kya hai? Mulk mein jo koi nahin padhega isko.</w:t>
      </w:r>
    </w:p>
    <w:p>
      <w:pPr>
        <w:jc w:val="right"/>
      </w:pPr>
      <w:r>
        <w:t>تو میں کہتا تھا کہ کیا نکال رہے ہیں آپ لوگ پرچے؟ یہ تو کمیونٹی پرچے ہیں۔ ان کی کیا ویلیو؟ ان کی کیا ہے؟ ملک میں جو کوئی نہیں پڑھے گا اس کو۔</w:t>
      </w:r>
    </w:p>
    <w:p>
      <w:r>
        <w:rPr>
          <w:b/>
        </w:rPr>
        <w:t xml:space="preserve">[27:06] </w:t>
      </w:r>
      <w:r>
        <w:t>Aap hi log chhapenge, aap hi log padhenge. Yeh value kya hai inki?</w:t>
      </w:r>
    </w:p>
    <w:p>
      <w:pPr>
        <w:jc w:val="right"/>
      </w:pPr>
      <w:r>
        <w:t>آپ ہی لوگ چھاپیں گے، آپ ہی لوگ پڑھیں گے۔ یہ ویلیو کیا ہے ان کی؟</w:t>
      </w:r>
    </w:p>
    <w:p>
      <w:r>
        <w:rPr>
          <w:b/>
        </w:rPr>
        <w:t xml:space="preserve">[27:13] </w:t>
      </w:r>
      <w:r>
        <w:t>To log kehte the ke phir hum kya karein? Hum ne kaha jo jo national parche hain, us pe likhiye. National parche mein likhiye.</w:t>
      </w:r>
    </w:p>
    <w:p>
      <w:pPr>
        <w:jc w:val="right"/>
      </w:pPr>
      <w:r>
        <w:t>تو لوگ کہتے تھے کہ پھر ہم کیا کریں؟ ہم نے کہا جو جو نیشنل پرچے ہیں، اس پہ لکھیے۔ نیشنل پرچے میں لکھیے۔</w:t>
      </w:r>
    </w:p>
    <w:p>
      <w:r>
        <w:rPr>
          <w:b/>
        </w:rPr>
        <w:t xml:space="preserve">[27:23] </w:t>
      </w:r>
      <w:r>
        <w:t>To woh kehte the ke woh kaun chhapayega isko? Hamari baat hai. To jab yeh aaj jo mera mazmoon chhaapa hai, is mein us pe mein soch raha tha ke kaise chhapaye?</w:t>
      </w:r>
    </w:p>
    <w:p>
      <w:pPr>
        <w:jc w:val="right"/>
      </w:pPr>
      <w:r>
        <w:t>تو وہ کہتے تھے کہ وہ کون چھاپے گا اس کو؟ ہماری بات ہے۔ تو جب یہ آج جو میرا مضمون چھپا ہے، اس میں اس پہ میں سوچ رہا تھا کہ کیسے چھپائے؟</w:t>
      </w:r>
    </w:p>
    <w:p>
      <w:r>
        <w:rPr>
          <w:b/>
        </w:rPr>
        <w:t xml:space="preserve">[27:34] </w:t>
      </w:r>
      <w:r>
        <w:t>Kehta hai numayan kar ke. Iski wajah se hai ke iski wajah yeh hai ke log likhte the ya likhte hain spirit of the age ke khilaaf.</w:t>
      </w:r>
    </w:p>
    <w:p>
      <w:pPr>
        <w:jc w:val="right"/>
      </w:pPr>
      <w:r>
        <w:t>کہتا ہے نمایاں کر کے۔ اس کی وجہ سے ہے کہ اس کی وجہ یہ ہے کہ لوگ لکھتے تھے یا لکھتے ہیں اسپیٹ آف دی ایج کے خلاف۔</w:t>
      </w:r>
    </w:p>
    <w:p>
      <w:r>
        <w:rPr>
          <w:b/>
        </w:rPr>
        <w:t xml:space="preserve">[27:44] </w:t>
      </w:r>
      <w:r>
        <w:t>Apni community ki grievances. Saare Musalmanon ki jo bolna aur likhna jo hai, apni community ki grievances hoti hain. To kyun koi chhapaye?</w:t>
      </w:r>
    </w:p>
    <w:p>
      <w:pPr>
        <w:jc w:val="right"/>
      </w:pPr>
      <w:r>
        <w:t>اپنی کمیونٹی کی گریونسز۔ سارے مسلمانوں کی جو بولنا اور لکھنا جو ہے، اپنی کمیونٹی کی گریونسز ہوتی ہیں۔ تو کیوں کوئی چھاپے؟</w:t>
      </w:r>
    </w:p>
    <w:p>
      <w:r>
        <w:rPr>
          <w:b/>
        </w:rPr>
        <w:t xml:space="preserve">[27:56] </w:t>
      </w:r>
      <w:r>
        <w:t>Kyun media isko le?</w:t>
      </w:r>
    </w:p>
    <w:p>
      <w:pPr>
        <w:jc w:val="right"/>
      </w:pPr>
      <w:r>
        <w:t>کیوں میڈیا اس کو لے؟</w:t>
      </w:r>
    </w:p>
    <w:p>
      <w:r>
        <w:rPr>
          <w:b/>
        </w:rPr>
        <w:t xml:space="preserve">[28:03] </w:t>
      </w:r>
      <w:r>
        <w:t>Ab is mein jo hamara mazmoon hai, is mein universal outlook hai. Jo spirit of the age ke mutabiq hai. To unhon ne chhaapa hai itna numayan kar ke.</w:t>
      </w:r>
    </w:p>
    <w:p>
      <w:pPr>
        <w:jc w:val="right"/>
      </w:pPr>
      <w:r>
        <w:t>اب اس میں جو ہمارا مضمون ہے، اس میں یونیورسل آؤٹ لک ہے۔ جو اسپیٹ آف دی ایج کے مطابق ہے۔ تو انہوں نے چھاپا ہے اتنا نمایاں کر کے۔</w:t>
      </w:r>
    </w:p>
    <w:p>
      <w:r>
        <w:rPr>
          <w:b/>
        </w:rPr>
        <w:t xml:space="preserve">[28:15] </w:t>
      </w:r>
      <w:r>
        <w:t>To aap ko duniya mein koi dushman nahin hai, koi conspiracy nahin hai, kuch bhi nahin hai. Aap ne apne aap ko bekhabar kar rakha hai spirit of the age se.</w:t>
      </w:r>
    </w:p>
    <w:p>
      <w:pPr>
        <w:jc w:val="right"/>
      </w:pPr>
      <w:r>
        <w:t>تو آپ کو دنیا میں کوئی دشمن نہیں ہے، کوئی کانسپریسی نہیں ہے، کچھ بھی نہیں ہے۔ آپ نے اپنے آپ کو بے خبر کر رکھا ہے اسپیٹ آف دی ایج سے۔</w:t>
      </w:r>
    </w:p>
    <w:p>
      <w:r>
        <w:rPr>
          <w:b/>
        </w:rPr>
        <w:t xml:space="preserve">[28:31] </w:t>
      </w:r>
      <w:r>
        <w:t>Aisi baatein aap bolte hain jis ka aaj ke zamane mein koi note taker. Musalmanon ki baat jo hoti hai, woh note taker hoti hai.</w:t>
      </w:r>
    </w:p>
    <w:p>
      <w:pPr>
        <w:jc w:val="right"/>
      </w:pPr>
      <w:r>
        <w:t>ایسی باتیں آپ بولتے ہیں جس کا آج کے زمانے میں کوئی نوٹ ٹیکر۔ مسلمانوں کی بات جو ہوتی ہے، وہ نوٹ ٹیکر ہوتی ہے۔</w:t>
      </w:r>
    </w:p>
    <w:p>
      <w:r>
        <w:rPr>
          <w:b/>
        </w:rPr>
        <w:t xml:space="preserve">[28:40] </w:t>
      </w:r>
      <w:r>
        <w:t>Kisi ko dilchaspi nahin hoti. Unke akhbar padhiye, unke stage par ja ke unki baatein suniye. To woh note taker sab apply hota hai.</w:t>
      </w:r>
    </w:p>
    <w:p>
      <w:pPr>
        <w:jc w:val="right"/>
      </w:pPr>
      <w:r>
        <w:t>کسی کو دلچسپی نہیں ہوتی۔ ان کے اخبار پڑھیے، ان کے اسٹیج پر جا کے ان کی باتیں سنیے۔ تو وہ نوٹ ٹیکر سب اپلائی ہوتا ہے۔</w:t>
      </w:r>
    </w:p>
    <w:p>
      <w:r>
        <w:rPr>
          <w:b/>
        </w:rPr>
        <w:t xml:space="preserve">[28:53] </w:t>
      </w:r>
      <w:r>
        <w:t>Kisi ko zaroorat nahin hai inke inke akhbaron ki aur inke stage ki tagheeron ki. Kyun ke woh sab tak hoti hain baatein unki. Yani complete tone mein.</w:t>
      </w:r>
    </w:p>
    <w:p>
      <w:pPr>
        <w:jc w:val="right"/>
      </w:pPr>
      <w:r>
        <w:t>کسی کو ضرورت نہیں ہے ان کے ان کے اخباروں کی اور ان کے اسٹیج کی تغیروں کی۔ کیونکہ وہ سب تک ہوتی ہیں باتیں ان کی۔ یعنی کمپلیٹ ٹون میں۔</w:t>
      </w:r>
    </w:p>
    <w:p>
      <w:r>
        <w:rPr>
          <w:b/>
        </w:rPr>
        <w:t xml:space="preserve">[29:05] </w:t>
      </w:r>
      <w:r>
        <w:t>Complete tone mein. Age to hai universal outlook ka age. Ab unki baatein hoti hain jo saari complete tone mein.</w:t>
      </w:r>
    </w:p>
    <w:p>
      <w:pPr>
        <w:jc w:val="right"/>
      </w:pPr>
      <w:r>
        <w:t>کمپلیٹ ٹون میں۔ ایج تو ہے یونیورسل آؤٹ لک کا ایج۔ اب ان کی باتیں ہوتی ہیں جو ساری کمپلیٹ ٹون میں۔</w:t>
      </w:r>
    </w:p>
    <w:p>
      <w:r>
        <w:rPr>
          <w:b/>
        </w:rPr>
        <w:t xml:space="preserve">[29:18] </w:t>
      </w:r>
      <w:r>
        <w:t>To kis ko fursat hai aisi baatein padhe ya use sune?</w:t>
      </w:r>
    </w:p>
    <w:p>
      <w:pPr>
        <w:jc w:val="right"/>
      </w:pPr>
      <w:r>
        <w:t>تو کس کو فرصت ہے ایسی باتیں پڑھے یا اسے سنے؟</w:t>
      </w:r>
    </w:p>
    <w:p>
      <w:r>
        <w:rPr>
          <w:b/>
        </w:rPr>
        <w:t xml:space="preserve">[29:30] </w:t>
      </w:r>
      <w:r>
        <w:t>to musalmanon ko main yeh baatein jo keh raha hoon, woh is liye keh raha hoon ke jo role musalmanon se matloob hai Allah taala ko, woh is role ke liye un competitive ban gaye hain.</w:t>
      </w:r>
    </w:p>
    <w:p>
      <w:pPr>
        <w:jc w:val="right"/>
      </w:pPr>
      <w:r>
        <w:t>تو مسلمانوں کو میں یہ باتیں جو کہہ رہا ہوں، وہ اس لیے کہہ رہا ہوں کہ جو رول مسلمانوں سے مطلوب ہے اللہ تعالیٰ کو، وہ اس رول کے لیے ان کمپیٹیٹ بن گئے ہیں۔</w:t>
      </w:r>
    </w:p>
    <w:p>
      <w:r>
        <w:rPr>
          <w:b/>
        </w:rPr>
        <w:t xml:space="preserve">[29:46] </w:t>
      </w:r>
      <w:r>
        <w:t>Allah taala ko musalmanon se, jo ummat e muhammadi se, ummat e muhammadi se jo role matloob hai, us ke liye un competitive ho gaye hain.</w:t>
      </w:r>
    </w:p>
    <w:p>
      <w:pPr>
        <w:jc w:val="right"/>
      </w:pPr>
      <w:r>
        <w:t>اللہ تعالیٰ کو مسلمانوں سے، جو امت محمدی سے، امت محمدی سے جو رول مطلوب ہے، اس کے لیے ان کمپیٹیٹ ہو گئے ہیں۔</w:t>
      </w:r>
    </w:p>
    <w:p>
      <w:r>
        <w:rPr>
          <w:b/>
        </w:rPr>
        <w:t xml:space="preserve">[29:56] </w:t>
      </w:r>
      <w:r>
        <w:t>woh role kya hai? woh ke quran ko sari dunya ke samne pesh karna. rasool Allah ke model ko sari dunya ke samne pesh karna.</w:t>
      </w:r>
    </w:p>
    <w:p>
      <w:pPr>
        <w:jc w:val="right"/>
      </w:pPr>
      <w:r>
        <w:t>وہ رول کیا ہے؟ وہ کہ قرآن کو ساری دنیا کے سامنے پیش کرنا۔ رسول اللہ کے ماڈل کو ساری دنیا کے سامنے پیش کرنا۔</w:t>
      </w:r>
    </w:p>
    <w:p>
      <w:r>
        <w:rPr>
          <w:b/>
        </w:rPr>
        <w:t xml:space="preserve">[30:08] </w:t>
      </w:r>
      <w:r>
        <w:t>islam ki taleemat ko sari dunya ke samne pesh karna. yeh un ka role hai, yeh un ka koi duty hai in ki.</w:t>
      </w:r>
    </w:p>
    <w:p>
      <w:pPr>
        <w:jc w:val="right"/>
      </w:pPr>
      <w:r>
        <w:t>اسلام کی تعلیمات کو ساری دنیا کے سامنے پیش کرنا۔ یہ ان کا رول ہے، یہ ان کا کوئی ڈیوٹی ہے ان کی۔</w:t>
      </w:r>
    </w:p>
    <w:p>
      <w:r>
        <w:rPr>
          <w:b/>
        </w:rPr>
        <w:t xml:space="preserve">[30:18] </w:t>
      </w:r>
      <w:r>
        <w:t>is ke liye un competitive ban gaye hain woh. kyunke woh jeete hain sectarian's mein. jabke yeh ke woh kar payega jis ke andar universal thinking ho.</w:t>
      </w:r>
    </w:p>
    <w:p>
      <w:pPr>
        <w:jc w:val="right"/>
      </w:pPr>
      <w:r>
        <w:t>اس کے لیے ان کمپیٹیٹ بن گئے ہیں وہ۔ کیونکہ وہ جیتے ہیں سیکٹیرینز میں۔ جبکہ یہ کہ وہ کر پائے گا جس کے اندر یونیورسل تھنکنگ ہو۔</w:t>
      </w:r>
    </w:p>
    <w:p>
      <w:r>
        <w:rPr>
          <w:b/>
        </w:rPr>
        <w:t xml:space="preserve">[30:32] </w:t>
      </w:r>
      <w:r>
        <w:t>afaqi soch ho. to yeh yaad rakhiye kitna bara sab se bari mahroomi yeh nahi ke dunya hamare sath kya kar rahi hai. sab se bari mahroomi yeh hai ke hum ne apne aap ko is khudai mission,</w:t>
      </w:r>
    </w:p>
    <w:p>
      <w:pPr>
        <w:jc w:val="right"/>
      </w:pPr>
      <w:r>
        <w:t>آفاقی سوچ ہو۔ تو یہ یاد رکھیے کتنا بڑا سب سے بڑی محرومی یہ نہیں کہ دنیا ہمارے ساتھ کیا کر رہی ہے۔ سب سے بڑی محرومی یہ ہے کہ ہم نے اپنے آپ کو اس خدائی مشن،</w:t>
      </w:r>
    </w:p>
    <w:p>
      <w:r>
        <w:rPr>
          <w:b/>
        </w:rPr>
        <w:t xml:space="preserve">[30:47] </w:t>
      </w:r>
      <w:r>
        <w:t>jo Khuda ki taraf jo role tha hamare liye, is role ke liye important nahl bana liya. yaad rakhiye musalmanon ka masla yeh nahi ke un se empire chhin gaya.</w:t>
      </w:r>
    </w:p>
    <w:p>
      <w:pPr>
        <w:jc w:val="right"/>
      </w:pPr>
      <w:r>
        <w:t>جو خدا کی طرف جو رول تھا ہمارے لیے، اس رول کے لیے امپورٹنٹ نااہل بنا لیا۔ یاد رکھیے مسلمانوں کا مسئلہ یہ نہیں کہ ان سے ایمپائر چھن گیا۔</w:t>
      </w:r>
    </w:p>
    <w:p>
      <w:r>
        <w:rPr>
          <w:b/>
        </w:rPr>
        <w:t xml:space="preserve">[31:02] </w:t>
      </w:r>
      <w:r>
        <w:t>un ka taaj chhin gaya. yeh kuch bhi nahi to nthein gaye yeh to. un ka takht chhin gaya yeh nthein gaye. takht e taus chhin gaya.</w:t>
      </w:r>
    </w:p>
    <w:p>
      <w:pPr>
        <w:jc w:val="right"/>
      </w:pPr>
      <w:r>
        <w:t>ان کا تاج چھن گیا۔ یہ کچھ بھی نہیں تو نتھیں گئے یہ تو۔ ان کا تخت چھن گیا یہ نتھیں گئے۔ تخت طاؤس چھن گیا۔</w:t>
      </w:r>
    </w:p>
    <w:p>
      <w:r>
        <w:rPr>
          <w:b/>
        </w:rPr>
        <w:t xml:space="preserve">[31:12] </w:t>
      </w:r>
      <w:r>
        <w:t>takht e taus chhin gaya yeh yeh koi masla nahi hai musalmanon ka. musalmanon ka masla yeh hai ke musalman ummat e muhammadi hain.</w:t>
      </w:r>
    </w:p>
    <w:p>
      <w:pPr>
        <w:jc w:val="right"/>
      </w:pPr>
      <w:r>
        <w:t>تخت طاؤس چھن گیا یہ یہ کوئی مسئلہ نہیں ہے مسلمانوں کا۔ مسلمانوں کا مسئلہ یہ ہے کہ مسلمان امت محمدی ہیں۔</w:t>
      </w:r>
    </w:p>
    <w:p>
      <w:r>
        <w:rPr>
          <w:b/>
        </w:rPr>
        <w:t xml:space="preserve">[31:21] </w:t>
      </w:r>
      <w:r>
        <w:t>ummat e muhammadi hone ki wajah se un ka jo role karna tha dunya mein, us role ke liye un competitive ban gaye woh.</w:t>
      </w:r>
    </w:p>
    <w:p>
      <w:pPr>
        <w:jc w:val="right"/>
      </w:pPr>
      <w:r>
        <w:t>امت محمدی ہونے کی وجہ سے ان کا جو رول کرنا تھا دنیا میں، اس رول کے لیے ان کمپیٹیٹ بن گئے وہ۔</w:t>
      </w:r>
    </w:p>
    <w:p>
      <w:r>
        <w:rPr>
          <w:b/>
        </w:rPr>
        <w:t xml:space="preserve">[31:32] </w:t>
      </w:r>
      <w:r>
        <w:t>phir se suniye is ko. ke musalmanon ka masla yeh nahi ke un ka takht e taus chhin gaya. un ki empire toot gayi. kuch bhi nahi.</w:t>
      </w:r>
    </w:p>
    <w:p>
      <w:pPr>
        <w:jc w:val="right"/>
      </w:pPr>
      <w:r>
        <w:t>پھر سے سنیے اس کو۔ کہ مسلمانوں کا مسئلہ یہ نہیں کہ ان کا تخت طاؤس چھن گیا۔ ان کی ایمپائر ٹوٹ گئی۔ کچھ بھی نہیں۔</w:t>
      </w:r>
    </w:p>
    <w:p>
      <w:r>
        <w:rPr>
          <w:b/>
        </w:rPr>
        <w:t xml:space="preserve">[31:41] </w:t>
      </w:r>
      <w:r>
        <w:t>thats nothing. asal masla yeh hai ke jo musalman ummat e muhammadi ki hesiyat se un ko jo</w:t>
      </w:r>
    </w:p>
    <w:p>
      <w:pPr>
        <w:jc w:val="right"/>
      </w:pPr>
      <w:r>
        <w:t>دیٹس نتھنگ۔ اصل مسئلہ یہ ہے کہ جو مسلمان امت محمدی کی حیثیت سے ان کو جو</w:t>
      </w:r>
    </w:p>
    <w:p>
      <w:r>
        <w:rPr>
          <w:b/>
        </w:rPr>
        <w:t xml:space="preserve">[31:54] </w:t>
      </w:r>
      <w:r>
        <w:t>sari insanon ke samne jo Allah ka message dena tha, us ke liye woh nahl ho gaye. us ke qabil nahi rahe.</w:t>
      </w:r>
    </w:p>
    <w:p>
      <w:pPr>
        <w:jc w:val="right"/>
      </w:pPr>
      <w:r>
        <w:t>سارے انسانوں کے سامنے جو اللہ کا میسج دینا تھا، اس کے لیے وہ نااہل ہو گئے۔ اس کے قابل نہیں رہے۔</w:t>
      </w:r>
    </w:p>
    <w:p>
      <w:r>
        <w:rPr>
          <w:b/>
        </w:rPr>
        <w:t xml:space="preserve">[32:03] </w:t>
      </w:r>
      <w:r>
        <w:t>us ke liye us ke liye to zarorat hai ke aap ke dil mein insan ki mohabbat ho. aap complete free insan hon. aap ka to afaqi soch ho.</w:t>
      </w:r>
    </w:p>
    <w:p>
      <w:pPr>
        <w:jc w:val="right"/>
      </w:pPr>
      <w:r>
        <w:t>اس کے لیے اس کے لیے تو ضرورت ہے کہ آپ کے دل میں انسان کی محبت ہو۔ آپ کمپلیٹ فری انسان ہوں۔ آپ کا تو آفاقی سوچ ہو۔</w:t>
      </w:r>
    </w:p>
    <w:p>
      <w:r>
        <w:rPr>
          <w:b/>
        </w:rPr>
        <w:t xml:space="preserve">[32:14] </w:t>
      </w:r>
      <w:r>
        <w:t>universal outlook ho.</w:t>
      </w:r>
    </w:p>
    <w:p>
      <w:pPr>
        <w:jc w:val="right"/>
      </w:pPr>
      <w:r>
        <w:t>یونیورسل آؤٹ لک ہو۔</w:t>
      </w:r>
    </w:p>
    <w:p>
      <w:r>
        <w:rPr>
          <w:b/>
        </w:rPr>
        <w:t xml:space="preserve">[32:21] </w:t>
      </w:r>
      <w:r>
        <w:t>aap Allah ko le kar sochen. tab aap ahl banenge is is role ke liye. woh chhin gaya to sab se bari mahroomi yeh hai.</w:t>
      </w:r>
    </w:p>
    <w:p>
      <w:pPr>
        <w:jc w:val="right"/>
      </w:pPr>
      <w:r>
        <w:t>آپ اللہ کو لے کر سوچیں۔ تب آپ اہل بنیں گے اس اس رول کے لیے۔ وہ چھن گیا تو سب سے بڑی محرومی یہ ہے۔</w:t>
      </w:r>
    </w:p>
    <w:p>
      <w:r>
        <w:rPr>
          <w:b/>
        </w:rPr>
        <w:t xml:space="preserve">[32:36] </w:t>
      </w:r>
      <w:r>
        <w:t>sab se bari mahroomi yeh hai.</w:t>
      </w:r>
    </w:p>
    <w:p>
      <w:pPr>
        <w:jc w:val="right"/>
      </w:pPr>
      <w:r>
        <w:t>سب سے بڑی محرومی یہ ہے۔</w:t>
      </w:r>
    </w:p>
    <w:p>
      <w:r>
        <w:rPr>
          <w:b/>
        </w:rPr>
        <w:t xml:space="preserve">[32:45] </w:t>
      </w:r>
      <w:r>
        <w:t>jaise ek bar to main America gaya to hamare ek sathi the. un ke sathi ka passport kahin misplaced ho gaya.</w:t>
      </w:r>
    </w:p>
    <w:p>
      <w:pPr>
        <w:jc w:val="right"/>
      </w:pPr>
      <w:r>
        <w:t>جیسے ایک بار تو میں امریکہ گیا تو ہمارے ایک ساتھی تھے۔ ان کے ساتھی کا پاسپورٹ کہیں مس پلیسڈ ہو گیا۔</w:t>
      </w:r>
    </w:p>
    <w:p>
      <w:r>
        <w:rPr>
          <w:b/>
        </w:rPr>
        <w:t xml:space="preserve">[32:57] </w:t>
      </w:r>
      <w:r>
        <w:t>gum to nahi hua, misplaced ho gaya. ab hum bohat pareshan the ke kyunke aap ke pas agar passport na ho to aap ki ID khatam.</w:t>
      </w:r>
    </w:p>
    <w:p>
      <w:pPr>
        <w:jc w:val="right"/>
      </w:pPr>
      <w:r>
        <w:t>گم تو نہیں ہوا، مس پلیسڈ ہو گیا۔ اب ہم بہت پریشان تھے کہ کیونکہ آپ کے پاس اگر پاسپورٹ نہ ہو تو آپ کی آئی ڈی ختم۔</w:t>
      </w:r>
    </w:p>
    <w:p>
      <w:r>
        <w:rPr>
          <w:b/>
        </w:rPr>
        <w:t xml:space="preserve">[33:10] </w:t>
      </w:r>
      <w:r>
        <w:t>kisi doosre mulk mein aap bilkul hi yani non existent ho jate hain. kyunke jo list hai mulk ke bashindon ki, us mein aap ka naam hi nahi.</w:t>
      </w:r>
    </w:p>
    <w:p>
      <w:pPr>
        <w:jc w:val="right"/>
      </w:pPr>
      <w:r>
        <w:t>کسی دوسرے ملک میں آپ بالکل ہی یعنی نان ایگزسٹنٹ ہو جاتے ہیں۔ کیونکہ جو لسٹ ہے ملک کے باشندوں کی، اس میں آپ کا نام ہی نہیں۔</w:t>
      </w:r>
    </w:p>
    <w:p>
      <w:r>
        <w:rPr>
          <w:b/>
        </w:rPr>
        <w:t xml:space="preserve">[33:22] </w:t>
      </w:r>
      <w:r>
        <w:t>koi aap ka role nahi, koi aap ki hesiyat nahi. ab bohat pareshan the woh. lekin khairiyat se woh misplaced ho gaya, baad ko mil gaya woh.</w:t>
      </w:r>
    </w:p>
    <w:p>
      <w:pPr>
        <w:jc w:val="right"/>
      </w:pPr>
      <w:r>
        <w:t>کوئی آپ کا رول نہیں، کوئی آپ کی حیثیت نہیں۔ اب بہت پریشان تھے وہ۔ لیکن خیریت سے وہ مس پلیسڈ ہو گیا، بعد کو مل گیا وہ۔</w:t>
      </w:r>
    </w:p>
    <w:p>
      <w:r>
        <w:rPr>
          <w:b/>
        </w:rPr>
        <w:t xml:space="preserve">[33:32] </w:t>
      </w:r>
      <w:r>
        <w:t>to musalmanon ka passport gum ho gaya hai.</w:t>
      </w:r>
    </w:p>
    <w:p>
      <w:pPr>
        <w:jc w:val="right"/>
      </w:pPr>
      <w:r>
        <w:t>تو مسلمانوں کا پاسپورٹ گم ہو گیا ہے۔</w:t>
      </w:r>
    </w:p>
    <w:p>
      <w:r>
        <w:rPr>
          <w:b/>
        </w:rPr>
        <w:t xml:space="preserve">[33:36] </w:t>
      </w:r>
      <w:r>
        <w:t>jo khudai passport jo tha musalmanon ka, wohi gum ho gaya. un ki ID khatam ho gayi hai. yani farishton ki is fehrist mein aap ki ID kya likhi jaye?</w:t>
      </w:r>
    </w:p>
    <w:p>
      <w:pPr>
        <w:jc w:val="right"/>
      </w:pPr>
      <w:r>
        <w:t>جو خدائی پاسپورٹ جو تھا مسلمانوں کا، وہی گم ہو گیا۔ ان کی آئی ڈی ختم ہو گئی ہے۔ یعنی فرشتوں کی اس فہرست میں آپ کی آئی ڈی کیا لکھی جائے؟</w:t>
      </w:r>
    </w:p>
    <w:p>
      <w:r>
        <w:rPr>
          <w:b/>
        </w:rPr>
        <w:t xml:space="preserve">[33:51] </w:t>
      </w:r>
      <w:r>
        <w:t>farishte rozana dekhte honge musalmanon ko ke kya likha hai un ki? un ki ID kya hai? jaise woh admi jis ke pas woh gum ho gaya tha, wahan ke log us ko America to likh nahi sakte the.</w:t>
      </w:r>
    </w:p>
    <w:p>
      <w:pPr>
        <w:jc w:val="right"/>
      </w:pPr>
      <w:r>
        <w:t>فرشتے روزانہ دیکھتے ہوں گے مسلمانوں کو کہ کیا لکھا ہے ان کی؟ ان کی آئی ڈی کیا ہے؟ جیسے وہ آدمی جس کے پاس وہ گم ہو گیا تھا، وہاں کے لوگ اس کو امریکہ تو لکھ نہیں سکتے تھے۔</w:t>
      </w:r>
    </w:p>
    <w:p>
      <w:r>
        <w:rPr>
          <w:b/>
        </w:rPr>
        <w:t xml:space="preserve">[34:03] </w:t>
      </w:r>
      <w:r>
        <w:t>un ki list mein naam hi nahi un ka. yani American logon ki jo list hogi, jo register hoga, us mein un ka naam as a name American hai hi nahi.</w:t>
      </w:r>
    </w:p>
    <w:p>
      <w:pPr>
        <w:jc w:val="right"/>
      </w:pPr>
      <w:r>
        <w:t>ان کی لسٹ میں نام ہی نہیں ان کا۔ یعنی امریکن لوگوں کی جو لسٹ ہوگی، جو رجسٹر ہوگا، اس میں ان کا نام ایز اے نیم امریکن ہے ہی نہیں۔</w:t>
      </w:r>
    </w:p>
    <w:p>
      <w:r>
        <w:rPr>
          <w:b/>
        </w:rPr>
        <w:t xml:space="preserve">[34:15] </w:t>
      </w:r>
      <w:r>
        <w:t>to id un ki gum hai. to farishtay daily dekhtay hongay ke ummat e muslema ki id hum kaise likhein?</w:t>
      </w:r>
    </w:p>
    <w:p>
      <w:pPr>
        <w:jc w:val="right"/>
      </w:pPr>
      <w:r>
        <w:t>تو آئی ڈی ان کی گم ہے۔ تو فرشتے ڈیلی دیکھتے ہوں گے کہ امت مسلمہ کی آئی ڈی ہم کیسے لکھیں؟</w:t>
      </w:r>
    </w:p>
    <w:p>
      <w:r>
        <w:rPr>
          <w:b/>
        </w:rPr>
        <w:t xml:space="preserve">[34:26] </w:t>
      </w:r>
      <w:r>
        <w:t>kya likhein? kya woh log jo out of season hain? woh log jo hain jo society bomb bhi kartay hain? woh log jo insanon se nafrat kartay hain?</w:t>
      </w:r>
    </w:p>
    <w:p>
      <w:pPr>
        <w:jc w:val="right"/>
      </w:pPr>
      <w:r>
        <w:t>کیا لکھیں؟ کیا وہ لوگ جو آؤٹ آف سیز ہیں؟ وہ لوگ جو ہیں جو سوسائٹی بم بھی کرتے ہیں؟ وہ لوگ جو انسانوں سے نفرت کرتے ہیں؟</w:t>
      </w:r>
    </w:p>
    <w:p>
      <w:r>
        <w:rPr>
          <w:b/>
        </w:rPr>
        <w:t xml:space="preserve">[34:36] </w:t>
      </w:r>
      <w:r>
        <w:t>yeh to yeh to wohi hai ke passport gum ho gaya. ummat e muhammadi ki id yeh hai ke woh insanon se mohabbat kare. woh quran ko phailanay ke liye khari ho.</w:t>
      </w:r>
    </w:p>
    <w:p>
      <w:pPr>
        <w:jc w:val="right"/>
      </w:pPr>
      <w:r>
        <w:t>یہ تو یہ تو وہی ہے کہ پاسپورٹ گم ہو گیا۔ امت محمدی کی آئی ڈی یہ ہے کہ وہ انسانوں سے محبت کرے۔ وہ قرآن کو پھیلانے کے لیے کھڑی ہو۔</w:t>
      </w:r>
    </w:p>
    <w:p>
      <w:r>
        <w:rPr>
          <w:b/>
        </w:rPr>
        <w:t xml:space="preserve">[34:49] </w:t>
      </w:r>
      <w:r>
        <w:t>woh dunya mein aakhri had tak tashaddud se door honay wali ummat ban jaye. society bombing, society bombing gun culture, bomb culture ko haram se bari cheez samjhe woh.</w:t>
      </w:r>
    </w:p>
    <w:p>
      <w:pPr>
        <w:jc w:val="right"/>
      </w:pPr>
      <w:r>
        <w:t>وہ دنیا میں آخری حد تک تشدد سے دور ہونے والی امت بن جائے۔ سوسائٹی بمنگ، سوسائٹی بمنگ گن کلچر، بم کلچر کو حرام سے بری چیز سمجھے وہ۔</w:t>
      </w:r>
    </w:p>
    <w:p>
      <w:r>
        <w:rPr>
          <w:b/>
        </w:rPr>
        <w:t xml:space="preserve">[35:05] </w:t>
      </w:r>
      <w:r>
        <w:t>yani ummat e muhammadi ko haram se ziyada bura samajhna paray ga tashaddud ko, gun culture ko, bomb culture ko, society bombing ko.</w:t>
      </w:r>
    </w:p>
    <w:p>
      <w:pPr>
        <w:jc w:val="right"/>
      </w:pPr>
      <w:r>
        <w:t>یعنی امت محمدی کو حرام سے زیادہ برا سمجھنا پڑے گا تشدد کو، گن کلچر کو، بم کلچر کو، سوسائٹی بمنگ کو۔</w:t>
      </w:r>
    </w:p>
    <w:p>
      <w:r>
        <w:rPr>
          <w:b/>
        </w:rPr>
        <w:t xml:space="preserve">[35:15] </w:t>
      </w:r>
      <w:r>
        <w:t>tab tab farishtay ki nazar mein un ki id banay gi. farishtay ki nazar mein un ki id tab banay gi ke haan yeh hain woh log jo Allah ke rule karnay ke liye ahel hain.</w:t>
      </w:r>
    </w:p>
    <w:p>
      <w:pPr>
        <w:jc w:val="right"/>
      </w:pPr>
      <w:r>
        <w:t>تب تب فرشتوں کی نظر میں ان کی آئی ڈی بنے گی۔ فرشتوں کی نظر میں ان کی آئی ڈی تب بنے گی کہ ہاں یہ ہیں وہ لوگ جو اللہ کے رول کرنے کے لیے اہل ہیں۔</w:t>
      </w:r>
    </w:p>
    <w:p>
      <w:r>
        <w:rPr>
          <w:b/>
        </w:rPr>
        <w:t xml:space="preserve">[35:31] </w:t>
      </w:r>
      <w:r>
        <w:t>to yeh bohat ziyada serious baat hai. ab bohat ziyada humein introspection karna hai.</w:t>
      </w:r>
    </w:p>
    <w:p>
      <w:pPr>
        <w:jc w:val="right"/>
      </w:pPr>
      <w:r>
        <w:t>تو یہ بہت زیادہ سیریس بات ہے۔ اب بہت زیادہ ہمیں انٹراسپیکشن کرنا ہے۔</w:t>
      </w:r>
    </w:p>
    <w:p>
      <w:r>
        <w:rPr>
          <w:b/>
        </w:rPr>
        <w:t xml:space="preserve">[35:41] </w:t>
      </w:r>
      <w:r>
        <w:t>mera haal to yeh hai ke mere paas alfaaz khatam ho gaye.</w:t>
      </w:r>
    </w:p>
    <w:p>
      <w:pPr>
        <w:jc w:val="right"/>
      </w:pPr>
      <w:r>
        <w:t>میرا حال تو یہ ہے کہ میرے پاس الفاظ ختم ہو گئے۔</w:t>
      </w:r>
    </w:p>
    <w:p>
      <w:r>
        <w:rPr>
          <w:b/>
        </w:rPr>
        <w:t xml:space="preserve">[35:47] </w:t>
      </w:r>
      <w:r>
        <w:t>jo shair ne kaha tha ke is baat ke kehne ko kahan se jigar aaye? to bhai haalat wohi hai.</w:t>
      </w:r>
    </w:p>
    <w:p>
      <w:pPr>
        <w:jc w:val="right"/>
      </w:pPr>
      <w:r>
        <w:t>جو شاعر نے کہا تھا کہ اس بات کے کہنے کو کہاں سے جگر آئے؟ تو بھئی حالت وہی ہے۔</w:t>
      </w:r>
    </w:p>
    <w:p>
      <w:r>
        <w:rPr>
          <w:b/>
        </w:rPr>
        <w:t xml:space="preserve">[35:57] </w:t>
      </w:r>
      <w:r>
        <w:t>yaqeen kijiye kabhi tanhaiyon mein sochta hoon aur cheikhta hoon ke khudaaya main saaray insanon ki taraf se teri hamd karta hoon.</w:t>
      </w:r>
    </w:p>
    <w:p>
      <w:pPr>
        <w:jc w:val="right"/>
      </w:pPr>
      <w:r>
        <w:t>یقین کیجیے کبھی تنہائیوں میں سوچتا ہوں اور چیختا ہوں کہ خدایا میں سارے انسانوں کی طرف سے تیری حمد کرتا ہوں۔</w:t>
      </w:r>
    </w:p>
    <w:p>
      <w:r>
        <w:rPr>
          <w:b/>
        </w:rPr>
        <w:t xml:space="preserve">[36:08] </w:t>
      </w:r>
      <w:r>
        <w:t>saaray insan tujh ko bhool gaye hain.</w:t>
      </w:r>
    </w:p>
    <w:p>
      <w:pPr>
        <w:jc w:val="right"/>
      </w:pPr>
      <w:r>
        <w:t>سارے انسان تجھ کو بھول گئے ہیں۔</w:t>
      </w:r>
    </w:p>
    <w:p>
      <w:r>
        <w:rPr>
          <w:b/>
        </w:rPr>
        <w:t xml:space="preserve">[36:13] </w:t>
      </w:r>
      <w:r>
        <w:t>main saaray insanon ki taraf se teri hamd karta hoon. saaray insanon ki taraf se main teri glory ka iqrar karta hoon.</w:t>
      </w:r>
    </w:p>
    <w:p>
      <w:pPr>
        <w:jc w:val="right"/>
      </w:pPr>
      <w:r>
        <w:t>میں سارے انسانوں کی طرف سے تیری حمد کرتا ہوں۔ سارے انسانوں کی طرف سے میں تیری گلوری کا اقرار کرتا ہوں۔</w:t>
      </w:r>
    </w:p>
    <w:p>
      <w:r>
        <w:rPr>
          <w:b/>
        </w:rPr>
        <w:t xml:space="preserve">[36:32] </w:t>
      </w:r>
      <w:r>
        <w:t>kyun ke asal kaam to yahi tha ke Allah rab ul alameen ka iqrar, Allah rab ul alameen ki glory ka etiraf, Allah rab ul alameen ki nematton ka iqrar karna is baaton asal baaton theen.</w:t>
      </w:r>
    </w:p>
    <w:p>
      <w:pPr>
        <w:jc w:val="right"/>
      </w:pPr>
      <w:r>
        <w:t>کیونکہ اصل کام تو یہی تھا کہ اللہ رب العالمین کا اقرار، اللہ رب العالمین کی گلوری کا اعتراف، اللہ رب العالمین کی نعمتوں کا اقرار کرنا اس باتیں اصل باتیں تھیں۔</w:t>
      </w:r>
    </w:p>
    <w:p>
      <w:r>
        <w:rPr>
          <w:b/>
        </w:rPr>
        <w:t xml:space="preserve">[36:51] </w:t>
      </w:r>
      <w:r>
        <w:t>lekin log jee rahay hain apnay aap mein.</w:t>
      </w:r>
    </w:p>
    <w:p>
      <w:pPr>
        <w:jc w:val="right"/>
      </w:pPr>
      <w:r>
        <w:t>لیکن لوگ جی رہے ہیں اپنے آپ میں۔</w:t>
      </w:r>
    </w:p>
    <w:p>
      <w:r>
        <w:rPr>
          <w:b/>
        </w:rPr>
        <w:t xml:space="preserve">[36:56] </w:t>
      </w:r>
      <w:r>
        <w:t>falsehood mein jee rahay hain.</w:t>
      </w:r>
    </w:p>
    <w:p>
      <w:pPr>
        <w:jc w:val="right"/>
      </w:pPr>
      <w:r>
        <w:t>فالس ہڈ میں جی رہے ہیں۔</w:t>
      </w:r>
    </w:p>
    <w:p>
      <w:r>
        <w:rPr>
          <w:b/>
        </w:rPr>
        <w:t xml:space="preserve">[37:06] </w:t>
      </w:r>
      <w:r>
        <w:t>beh-haal Allah taala ka muamla bohat ajeeb hai. insan kitni bari ghalti kar dalay. lekin agar woh toba kare to Allah ki rehmat us par laut aati hai.</w:t>
      </w:r>
    </w:p>
    <w:p>
      <w:pPr>
        <w:jc w:val="right"/>
      </w:pPr>
      <w:r>
        <w:t>بہرحال اللہ تعالیٰ کا معاملہ بہت عجیب ہے۔ انسان کتنی بڑی غلطی کر ڈالے۔ لیکن اگر وہ توبہ کرے تو اللہ کی رحمت اس پر لوٹ آتی ہے۔</w:t>
      </w:r>
    </w:p>
    <w:p>
      <w:r>
        <w:rPr>
          <w:b/>
        </w:rPr>
        <w:t xml:space="preserve">[37:22] </w:t>
      </w:r>
      <w:r>
        <w:t>jaise Adam ne ghalti ki thi to Allah ki rehmat us par laut aayi.</w:t>
      </w:r>
    </w:p>
    <w:p>
      <w:pPr>
        <w:jc w:val="right"/>
      </w:pPr>
      <w:r>
        <w:t>جیسے آدم نے غلطی کی تھی تو اللہ کی رحمت اس پر لوٹ آئی۔</w:t>
      </w:r>
    </w:p>
    <w:p>
      <w:r>
        <w:rPr>
          <w:b/>
        </w:rPr>
        <w:t xml:space="preserve">[37:31] </w:t>
      </w:r>
      <w:r>
        <w:t>to insan kitni bari ghalti karay. lekin agar woh laut toba kare dil se, jo jo quran mein toba rasool kaha gaya hai, to Allah ki rehmat us ki taraf laut aati hai.</w:t>
      </w:r>
    </w:p>
    <w:p>
      <w:pPr>
        <w:jc w:val="right"/>
      </w:pPr>
      <w:r>
        <w:t>تو انسان سکھا کتنی بڑی غلطی کرے۔ لیکن اگر وہ لوٹ توبہ کرے دل سے، جو جو قرآن میں توبہ رسول کہا گیا ہے، تو اللہ کی رحمت اس کی طرف لوٹ آتی ہے۔</w:t>
      </w:r>
    </w:p>
    <w:p>
      <w:r>
        <w:rPr>
          <w:b/>
        </w:rPr>
        <w:t xml:space="preserve">[37:52] </w:t>
      </w:r>
      <w:r>
        <w:t>to main isi cheez ka intazar kar raha hoon.</w:t>
      </w:r>
    </w:p>
    <w:p>
      <w:pPr>
        <w:jc w:val="right"/>
      </w:pPr>
      <w:r>
        <w:t>تو میں اسی چیز کا انتظار کر رہا ہوں۔</w:t>
      </w:r>
    </w:p>
    <w:p>
      <w:r>
        <w:rPr>
          <w:b/>
        </w:rPr>
        <w:t xml:space="preserve">[37:59] </w:t>
      </w:r>
      <w:r>
        <w:t>shayad Allah taala ne meri umar lambi kar di hai ta ke main is ko dekh kar maroon.</w:t>
      </w:r>
    </w:p>
    <w:p>
      <w:pPr>
        <w:jc w:val="right"/>
      </w:pPr>
      <w:r>
        <w:t>شاید اللہ تعالیٰ نے میری عمر لمبی کر دی ہے تاکہ میں اس کو دیکھ کر مروں۔</w:t>
      </w:r>
    </w:p>
    <w:p>
      <w:r>
        <w:rPr>
          <w:b/>
        </w:rPr>
        <w:t xml:space="preserve">[38:09] </w:t>
      </w:r>
      <w:r>
        <w:t>is ko dekh kar maroon ke insan laut aaya, insan ne toba kiya. insan ne toba kiya aur Allah ki rehmat us ki taraf laut aayi.</w:t>
      </w:r>
    </w:p>
    <w:p>
      <w:pPr>
        <w:jc w:val="right"/>
      </w:pPr>
      <w:r>
        <w:t>اس کو دیکھ کر مروں کہ انسان لوٹ آیا، انسان نے توبہ کیا۔ انسان نے توبہ کیا اور اللہ کی رحمت اس کی طرف لوٹ آئی۔</w:t>
      </w:r>
    </w:p>
    <w:p>
      <w:r>
        <w:rPr>
          <w:b/>
        </w:rPr>
        <w:t xml:space="preserve">[38:20] </w:t>
      </w:r>
      <w:r>
        <w:t>shayad Allah ne meri lambi umar is liye kar di ke main yeh manzar dekh kar maroon.</w:t>
      </w:r>
    </w:p>
    <w:p>
      <w:pPr>
        <w:jc w:val="right"/>
      </w:pPr>
      <w:r>
        <w:t>شاید اللہ نے میری لمبی عمر اس لیے کر دی کہ میں یہ منظر دیکھ کر مروں۔</w:t>
      </w:r>
    </w:p>
    <w:p>
      <w:r>
        <w:rPr>
          <w:b/>
        </w:rPr>
        <w:t xml:space="preserve">[38:32] </w:t>
      </w:r>
      <w:r>
        <w:t>kyun ke yeh quran o hadith se sabit hai ke chahe log kitni hi bari ghalti kar dalain, lekin agar woh sachay dil se toba karein to Allah un ki taraf laut aata hai.</w:t>
      </w:r>
    </w:p>
    <w:p>
      <w:pPr>
        <w:jc w:val="right"/>
      </w:pPr>
      <w:r>
        <w:t>کیونکہ یہ قرآن و حدیث سے ثابت ہے کہ چاہے لوگ کتنی ہی بڑی غلطی کر ڈالیں، لیکن اگر وہ سچے دل سے توبہ کریں تو اللہ ان کی طرف لوٹ آتا ہے۔</w:t>
      </w:r>
    </w:p>
    <w:p>
      <w:r>
        <w:rPr>
          <w:b/>
        </w:rPr>
        <w:t xml:space="preserve">[38:46] </w:t>
      </w:r>
      <w:r>
        <w:t>Allah dobara un par apni rehmat ki barish karta hai.</w:t>
      </w:r>
    </w:p>
    <w:p>
      <w:pPr>
        <w:jc w:val="right"/>
      </w:pPr>
      <w:r>
        <w:t>اللہ دوبارہ ان پر اپنی رحمت کی بارش کرتا ہے۔</w:t>
      </w:r>
    </w:p>
    <w:p>
      <w:r>
        <w:rPr>
          <w:b/>
        </w:rPr>
        <w:t xml:space="preserve">[38:54] </w:t>
      </w:r>
      <w:r>
        <w:t>dobara un ko accept kar leta hai.</w:t>
      </w:r>
    </w:p>
    <w:p>
      <w:pPr>
        <w:jc w:val="right"/>
      </w:pPr>
      <w:r>
        <w:t>دوبارہ ان کو ایکسیپٹ کر لیتا ہے۔</w:t>
      </w:r>
    </w:p>
    <w:p>
      <w:r>
        <w:rPr>
          <w:b/>
        </w:rPr>
        <w:t xml:space="preserve">[39:00] </w:t>
      </w:r>
      <w:r>
        <w:t>to inshallah wo din aane wala hai.</w:t>
      </w:r>
    </w:p>
    <w:p>
      <w:pPr>
        <w:jc w:val="right"/>
      </w:pPr>
      <w:r>
        <w:t>تو انشاءاللہ وہ دن آنے والا ہے۔</w:t>
      </w:r>
    </w:p>
    <w:p>
      <w:r>
        <w:rPr>
          <w:b/>
        </w:rPr>
        <w:t xml:space="preserve">[39:06] </w:t>
      </w:r>
      <w:r>
        <w:t>kyun ke raat raat ka din lambi ho, behraal subah hoti hai. Muhammad</w:t>
      </w:r>
    </w:p>
    <w:p>
      <w:pPr>
        <w:jc w:val="right"/>
      </w:pPr>
      <w:r>
        <w:t>کیونکہ رات رات کا دن لمبی ہو، بہرحال صبح ہوتی ہے۔ محمد</w:t>
      </w:r>
    </w:p>
    <w:p>
      <w:r>
        <w:rPr>
          <w:b/>
        </w:rPr>
        <w:t xml:space="preserve">[39:19] </w:t>
      </w:r>
      <w:r>
        <w:t>yani shair ka shair hai</w:t>
      </w:r>
    </w:p>
    <w:p>
      <w:pPr>
        <w:jc w:val="right"/>
      </w:pPr>
      <w:r>
        <w:t>یعنی شاعر کا شعر ہے</w:t>
      </w:r>
    </w:p>
    <w:p>
      <w:r>
        <w:rPr>
          <w:b/>
        </w:rPr>
        <w:t xml:space="preserve">[39:25] </w:t>
      </w:r>
      <w:r>
        <w:t>ke yani raat ka din lambi ho jaye, subah phir aa kar rehti hai. To waqt zaroor aayega.</w:t>
      </w:r>
    </w:p>
    <w:p>
      <w:pPr>
        <w:jc w:val="right"/>
      </w:pPr>
      <w:r>
        <w:t>کہ یعنی رات کا دن لمبی ہو جائے، صبح پھر آ کر رہتی ہے۔ تو وقت ضرور آئے گا۔</w:t>
      </w:r>
    </w:p>
    <w:p>
      <w:r>
        <w:rPr>
          <w:b/>
        </w:rPr>
        <w:t xml:space="preserve">[39:36] </w:t>
      </w:r>
      <w:r>
        <w:t>humain</w:t>
      </w:r>
    </w:p>
    <w:p>
      <w:pPr>
        <w:jc w:val="right"/>
      </w:pPr>
      <w:r>
        <w:t>ہمیں</w:t>
      </w:r>
    </w:p>
    <w:p>
      <w:r>
        <w:rPr>
          <w:b/>
        </w:rPr>
        <w:t xml:space="preserve">[39:41] </w:t>
      </w:r>
      <w:r>
        <w:t>puri tarah positive soch ke sath apna kaam jari rakhna chahiye. Jo log</w:t>
      </w:r>
    </w:p>
    <w:p>
      <w:pPr>
        <w:jc w:val="right"/>
      </w:pPr>
      <w:r>
        <w:t>پوری طرح پازیٹیو سوچ کے ساتھ اپنا کام جاری رکھنا چاہیے۔ جو لوگ</w:t>
      </w:r>
    </w:p>
    <w:p>
      <w:r>
        <w:rPr>
          <w:b/>
        </w:rPr>
        <w:t xml:space="preserve">[39:53] </w:t>
      </w:r>
      <w:r>
        <w:t>dawat ke peshe mein lage hue hain, un ko apne aap ko aakhri had tak negative soch se bachana hai. Ek ayat ke barabar bhi unhein apne aap ko negativity mein mubtala nahi karna hai.</w:t>
      </w:r>
    </w:p>
    <w:p>
      <w:pPr>
        <w:jc w:val="right"/>
      </w:pPr>
      <w:r>
        <w:t>دعوت کے پیشے میں لگے ہوئے ہیں، ان کو اپنے آپ کو آخری حد تک نیگیٹیو سوچ سے بچانا ہے۔ ایک آیت کے برابر بھی انہیں اپنے آپ کو نیگیٹیوٹی میں مبتلا نہیں کرنا ہے۔</w:t>
      </w:r>
    </w:p>
    <w:p>
      <w:r>
        <w:rPr>
          <w:b/>
        </w:rPr>
        <w:t xml:space="preserve">[40:11] </w:t>
      </w:r>
      <w:r>
        <w:t>To meri dua hai ke Allah taala mujh ko aur aap ko qabool farmaye apne mission ke liye, apni rehmat ke liye.</w:t>
      </w:r>
    </w:p>
    <w:p>
      <w:pPr>
        <w:jc w:val="right"/>
      </w:pPr>
      <w:r>
        <w:t>تو میری دعا ہے کہ اللہ تعالیٰ مجھ کو اور آپ کو قبول فرمائے اپنے مشن کے لیے، اپنی رحمت کے لیے۔</w:t>
      </w:r>
    </w:p>
    <w:p>
      <w:r>
        <w:rPr>
          <w:b/>
        </w:rPr>
        <w:t xml:space="preserve">[40:24] </w:t>
      </w:r>
      <w:r>
        <w:t>Aur is subah ko Allah ke liye jab ke raat khatam hogi aur naya daur insan par shuru hoga.</w:t>
      </w:r>
    </w:p>
    <w:p>
      <w:pPr>
        <w:jc w:val="right"/>
      </w:pPr>
      <w:r>
        <w:t>اور اس صبح کو اللہ کے لیے جب کہ رات ختم ہوگی اور نیا دور انسان پر شروع ہوگا۔</w:t>
      </w:r>
    </w:p>
    <w:p>
      <w:r>
        <w:rPr>
          <w:b/>
        </w:rPr>
        <w:t xml:space="preserve">[40:37] </w:t>
      </w:r>
      <w:r>
        <w:t>Assalam o alaikum wa rehmatullah.</w:t>
      </w:r>
    </w:p>
    <w:p>
      <w:pPr>
        <w:jc w:val="right"/>
      </w:pPr>
      <w:r>
        <w:t>السلام علیکم ورحمۃ اللہ۔</w:t>
      </w:r>
    </w:p>
    <w:p>
      <w:r>
        <w:rPr>
          <w:b/>
        </w:rPr>
        <w:t xml:space="preserve">[40:50] </w:t>
      </w:r>
      <w:r>
        <w:t>Okay so we will be starting with the question answer session. We request all the online viewers to send their questions on info@cpsglobal.org.</w:t>
      </w:r>
    </w:p>
    <w:p>
      <w:pPr>
        <w:jc w:val="right"/>
      </w:pPr>
      <w:r>
        <w:t>Okay so we will be starting with the question answer session. We request all the online viewers to send their questions on info@cpsglobal.org.</w:t>
      </w:r>
    </w:p>
    <w:p>
      <w:r>
        <w:rPr>
          <w:b/>
        </w:rPr>
        <w:t xml:space="preserve">[41:02] </w:t>
      </w:r>
      <w:r>
        <w:t>People who are watching it on Facebook can post their questions or comments in the comment section. Please also mention your location when you post your questions.</w:t>
      </w:r>
    </w:p>
    <w:p>
      <w:pPr>
        <w:jc w:val="right"/>
      </w:pPr>
      <w:r>
        <w:t>People who are watching it on Facebook can post their questions or comments in the comment section. Please also mention your location when you post your questions.</w:t>
      </w:r>
    </w:p>
    <w:p>
      <w:r>
        <w:rPr>
          <w:b/>
        </w:rPr>
        <w:t xml:space="preserve">[41:13] </w:t>
      </w:r>
      <w:r>
        <w:t>Maulana sab se pehle aa hum kuch comments parhna chahenge sawal lene se pehle.</w:t>
      </w:r>
    </w:p>
    <w:p>
      <w:pPr>
        <w:jc w:val="right"/>
      </w:pPr>
      <w:r>
        <w:t>مولانا سب سے پہلے آ ہم کچھ comments پڑھنا چاہیں گے سوال لینے سے پہلے۔</w:t>
      </w:r>
    </w:p>
    <w:p>
      <w:r>
        <w:rPr>
          <w:b/>
        </w:rPr>
        <w:t xml:space="preserve">[41:24] </w:t>
      </w:r>
      <w:r>
        <w:t>Maulana ek comment bheja hai Miss Shabana Ansari ne Pakistan se. Unhon ne likha hai Maulana sahib you are the great container of the divine inspiration for all of us in this globe.</w:t>
      </w:r>
    </w:p>
    <w:p>
      <w:pPr>
        <w:jc w:val="right"/>
      </w:pPr>
      <w:r>
        <w:t>مولانا ایک comment بھیجا ہے Miss Shabana Ansari نے پاکستان سے۔ انہوں نے لکھا ہے مولانا صاحب you are the great container of the divine inspiration for all of us in this globe.</w:t>
      </w:r>
    </w:p>
    <w:p>
      <w:r>
        <w:rPr>
          <w:b/>
        </w:rPr>
        <w:t xml:space="preserve">[41:38] </w:t>
      </w:r>
      <w:r>
        <w:t>Your words are soaked in marifat that washes our hearts like rain. Doosra comment bheja hai Maulana Iqbal Umri ne Chennai se.</w:t>
      </w:r>
    </w:p>
    <w:p>
      <w:pPr>
        <w:jc w:val="right"/>
      </w:pPr>
      <w:r>
        <w:t>Your words are soaked in marifat that washes our hearts like rain. دوسرا comment بھیجا ہے مولانا اقبال عمری نے چنئی سے۔</w:t>
      </w:r>
    </w:p>
    <w:p>
      <w:r>
        <w:rPr>
          <w:b/>
        </w:rPr>
        <w:t xml:space="preserve">[41:50] </w:t>
      </w:r>
      <w:r>
        <w:t>Unhon ne likha hai community feeling ki wajah se Khuda ki glory mein jeena naseeb nahi hota hai. Maulana Musalman is liye shikayat mein jeete hain.</w:t>
      </w:r>
    </w:p>
    <w:p>
      <w:pPr>
        <w:jc w:val="right"/>
      </w:pPr>
      <w:r>
        <w:t>انہوں نے لکھا ہے community feeling کی وجہ سے خدا کی گلوری میں جینا نصیب نہیں ہوتا ہے۔ مولانا مسلمان اس لیے شکایت میں جیتے ہیں۔</w:t>
      </w:r>
    </w:p>
    <w:p>
      <w:r>
        <w:rPr>
          <w:b/>
        </w:rPr>
        <w:t xml:space="preserve">[42:01] </w:t>
      </w:r>
      <w:r>
        <w:t>Aaj hi yeh wazeh hua. Faraz Khan sahib ne Kolkata se likha hai in this age everything is for all but Muslims have chosen complaint for themselves.</w:t>
      </w:r>
    </w:p>
    <w:p>
      <w:pPr>
        <w:jc w:val="right"/>
      </w:pPr>
      <w:r>
        <w:t>آج ہی یہ واضح ہوا۔ فراز خان صاحب نے کلکتہ سے لکھا ہے in this age everything is for all but Muslims have chosen complaint for themselves۔</w:t>
      </w:r>
    </w:p>
    <w:p>
      <w:r>
        <w:rPr>
          <w:b/>
        </w:rPr>
        <w:t xml:space="preserve">[42:16] </w:t>
      </w:r>
      <w:r>
        <w:t>Maulana sawal lena chahenge aa Peshawar Pakistan se Muhammad Siddiq sahib ne sawal bheja hai. Unhon ne likha hai Maulana sahib may you live long.</w:t>
      </w:r>
    </w:p>
    <w:p>
      <w:pPr>
        <w:jc w:val="right"/>
      </w:pPr>
      <w:r>
        <w:t>مولانا سوال لینا چاہیں گے آ پشاور پاکستان سے محمد صدیق صاحب نے سوال بھیجا ہے۔ انہوں نے لکھا ہے مولانا صاحب may you live long۔</w:t>
      </w:r>
    </w:p>
    <w:p>
      <w:r>
        <w:rPr>
          <w:b/>
        </w:rPr>
        <w:t xml:space="preserve">[42:28] </w:t>
      </w:r>
      <w:r>
        <w:t>According to your approach establishment of a political state should not be the aim of the Muslims. My question is then what is the reason behind expansionism that started since the early Islam till the Abbasid period</w:t>
      </w:r>
    </w:p>
    <w:p>
      <w:pPr>
        <w:jc w:val="right"/>
      </w:pPr>
      <w:r>
        <w:t>According to your approach establishment of a political state should not be the aim of the Muslims۔ My question is then what is the reason behind expansionism that started since the early Islam till the Abbasid period</w:t>
      </w:r>
    </w:p>
    <w:p>
      <w:r>
        <w:rPr>
          <w:b/>
        </w:rPr>
        <w:t xml:space="preserve">[42:48] </w:t>
      </w:r>
      <w:r>
        <w:t>? Please clarify on this.</w:t>
      </w:r>
    </w:p>
    <w:p>
      <w:pPr>
        <w:jc w:val="right"/>
      </w:pPr>
      <w:r>
        <w:t>؟ Please clarify on this۔</w:t>
      </w:r>
    </w:p>
    <w:p>
      <w:r>
        <w:rPr>
          <w:b/>
        </w:rPr>
        <w:t xml:space="preserve">[42:54] </w:t>
      </w:r>
      <w:r>
        <w:t>Dekhiye sab se bari bhool yeh hai ke is ko expansion samhein. Wo expansion nahi tha. Wo main ne jo kaha ke ek hi insan ne jana hai is baat ko.</w:t>
      </w:r>
    </w:p>
    <w:p>
      <w:pPr>
        <w:jc w:val="right"/>
      </w:pPr>
      <w:r>
        <w:t>دیکھیے سب سے بڑی بھول یہ ہے کہ اس کو expansion سمجھیں۔ وہ expansion نہیں تھا۔ وہ میں نے جو کہا کہ ایک ہی انسان نے جانا ہے اس بات کو۔</w:t>
      </w:r>
    </w:p>
    <w:p>
      <w:r>
        <w:rPr>
          <w:b/>
        </w:rPr>
        <w:t xml:space="preserve">[43:07] </w:t>
      </w:r>
      <w:r>
        <w:t>Henry Prince ne ke hazaron saal se duniya mein kingship chali aa rahi thi. Kingship ki jarrein itni gehri thi ke sab baat sukharni ho gayi thi siwaye badshah ke.</w:t>
      </w:r>
    </w:p>
    <w:p>
      <w:pPr>
        <w:jc w:val="right"/>
      </w:pPr>
      <w:r>
        <w:t>Henry Prince نے کہ ہزاروں سال سے دنیا میں kingship چلی آ رہی تھی۔ Kingship کی جڑیں اتنی گہری تھیں کہ سب بات سکھرنی ہو گئی تھی سوائے بادشاہ کے۔</w:t>
      </w:r>
    </w:p>
    <w:p>
      <w:r>
        <w:rPr>
          <w:b/>
        </w:rPr>
        <w:t xml:space="preserve">[43:20] </w:t>
      </w:r>
      <w:r>
        <w:t>To Allah taala ke hukum se Rasool aur Sahaba Rasool ne is kingship ke daur ko khatam kiya. Phir ek naya daur shuru hua jis mein tarqqiyan aayin.</w:t>
      </w:r>
    </w:p>
    <w:p>
      <w:pPr>
        <w:jc w:val="right"/>
      </w:pPr>
      <w:r>
        <w:t>تو اللہ تعالیٰ کے حکم سے رسول اور صحابہ رسول نے اس kingship کے دور کو ختم کیا۔ پھر ایک نیا دور شروع ہوا جس میں ترقیاں آئیں۔</w:t>
      </w:r>
    </w:p>
    <w:p>
      <w:r>
        <w:rPr>
          <w:b/>
        </w:rPr>
        <w:t xml:space="preserve">[43:31] </w:t>
      </w:r>
      <w:r>
        <w:t>Nature ko control kiya gaya. Solution aayi. Democracy aayi. Expansionism ka lafz hi bilkul ghair Islami hai.</w:t>
      </w:r>
    </w:p>
    <w:p>
      <w:pPr>
        <w:jc w:val="right"/>
      </w:pPr>
      <w:r>
        <w:t>Nature کو کنٹرول کیا گیا۔ Solution آئی۔ Democracy آئی۔ Expansionism کا لفظ ہی بالکل غیر اسلامی ہے۔</w:t>
      </w:r>
    </w:p>
    <w:p>
      <w:r>
        <w:rPr>
          <w:b/>
        </w:rPr>
        <w:t xml:space="preserve">[43:41] </w:t>
      </w:r>
      <w:r>
        <w:t>Bilkul ghair Islami hai. Main to is ko ghair Islami se zyada sakht qillat bolunga. Wo tha duniya par in tarqqiyon ka darwaza kholne ke liye jo Allah ne rakhi thi lekin khul nahi rahi thi.</w:t>
      </w:r>
    </w:p>
    <w:p>
      <w:pPr>
        <w:jc w:val="right"/>
      </w:pPr>
      <w:r>
        <w:t>بالکل غیر اسلامی ہے۔ میں تو اس کو غیر اسلامی سے زیادہ سخت قلت بولوں گا۔ وہ تھا دنیا پر ان ترقیوں کا دروازہ کھولنے کے لیے جو اللہ نے رکھی تھی لیکن کھل نہیں رہی تھیں۔</w:t>
      </w:r>
    </w:p>
    <w:p>
      <w:r>
        <w:rPr>
          <w:b/>
        </w:rPr>
        <w:t xml:space="preserve">[43:55] </w:t>
      </w:r>
      <w:r>
        <w:t>kingship ki wajah se. unhon ne is raaz ko jaana hi nahin. henry prince ne kehta hai sahi likha hai. is ki kai kitabein hain.</w:t>
      </w:r>
    </w:p>
    <w:p>
      <w:pPr>
        <w:jc w:val="right"/>
      </w:pPr>
      <w:r>
        <w:t>Kingship کی وجہ سے۔ انہوں نے اس راز کو جانا ہی نہیں۔ Henry Prince نے کہتا ہے صحیح لکھا ہے۔ اس کی کئی کتابیں ہیں۔</w:t>
      </w:r>
    </w:p>
    <w:p>
      <w:r>
        <w:rPr>
          <w:b/>
        </w:rPr>
        <w:t xml:space="preserve">[44:05] </w:t>
      </w:r>
      <w:r>
        <w:t>ghaliban teen kitabein hain. ke is islam changed the face of the globe. the traditional order of history was overthrown.</w:t>
      </w:r>
    </w:p>
    <w:p>
      <w:pPr>
        <w:jc w:val="right"/>
      </w:pPr>
      <w:r>
        <w:t>غالباً تین کتابیں ہیں۔ کہ اس اسلام changed the face of the globe۔ The traditional order of history was overthrown۔</w:t>
      </w:r>
    </w:p>
    <w:p>
      <w:r>
        <w:rPr>
          <w:b/>
        </w:rPr>
        <w:t xml:space="preserve">[44:15] </w:t>
      </w:r>
      <w:r>
        <w:t>ke islam ka karnama yeh hai ke is ne dunya par in in taraqqiyon ka darwaza khola jo Allah ne rakhi thi insan ke liye.</w:t>
      </w:r>
    </w:p>
    <w:p>
      <w:pPr>
        <w:jc w:val="right"/>
      </w:pPr>
      <w:r>
        <w:t>کہ اسلام کا کارنامہ یہ ہے کہ اس نے دنیا پر ان ان ترقیوں کا دروازہ کھولا جو اللہ نے رکھی تھی انسان کے لیے۔</w:t>
      </w:r>
    </w:p>
    <w:p>
      <w:r>
        <w:rPr>
          <w:b/>
        </w:rPr>
        <w:t xml:space="preserve">[44:25] </w:t>
      </w:r>
      <w:r>
        <w:t>lekin kingship ne is ko rok rakha tha. kingship ko todna yeh karnama hai sab se bara. expansionism to bilkul ghair islami lafz hai.</w:t>
      </w:r>
    </w:p>
    <w:p>
      <w:pPr>
        <w:jc w:val="right"/>
      </w:pPr>
      <w:r>
        <w:t>لیکن kingship نے اس کو روک رکھا تھا۔ Kingship کو توڑنا یہ کارنامہ ہے سب سے بڑا۔ Expansionism تو بالکل غیر اسلامی لفظ ہے۔</w:t>
      </w:r>
    </w:p>
    <w:p>
      <w:r>
        <w:rPr>
          <w:b/>
        </w:rPr>
        <w:t xml:space="preserve">[44:40] </w:t>
      </w:r>
      <w:r>
        <w:t>ji Maulana agla sawal bheja hai Zubair sahib ne Ahmedabad se. unhon ne likha hai Maulana Muslims feel that if they have political state then they would be able to spread the message of Islam more effectively.</w:t>
      </w:r>
    </w:p>
    <w:p>
      <w:pPr>
        <w:jc w:val="right"/>
      </w:pPr>
      <w:r>
        <w:t>جی مولانا اگلا سوال بھیجا ہے زبیر صاحب نے احمد آباد سے۔ انہوں نے لکھا ہے مولانا Muslims feel that if they have political state then they would be able to spread the message of Islam more effectively۔</w:t>
      </w:r>
    </w:p>
    <w:p>
      <w:r>
        <w:rPr>
          <w:b/>
        </w:rPr>
        <w:t xml:space="preserve">[44:57] </w:t>
      </w:r>
      <w:r>
        <w:t>so my question is what is wrong with this thought</w:t>
      </w:r>
    </w:p>
    <w:p>
      <w:pPr>
        <w:jc w:val="right"/>
      </w:pPr>
      <w:r>
        <w:t>So my question is what is wrong with this thought</w:t>
      </w:r>
    </w:p>
    <w:p>
      <w:r>
        <w:rPr>
          <w:b/>
        </w:rPr>
        <w:t xml:space="preserve">[45:00] </w:t>
      </w:r>
      <w:r>
        <w:t>process? ghalat yahi ke yeh soch hi ghalat hai.</w:t>
      </w:r>
    </w:p>
    <w:p>
      <w:pPr>
        <w:jc w:val="right"/>
      </w:pPr>
      <w:r>
        <w:t>process؟ غلط یہی کہ یہ سوچ ہی غلط ہے۔</w:t>
      </w:r>
    </w:p>
    <w:p>
      <w:r>
        <w:rPr>
          <w:b/>
        </w:rPr>
        <w:t xml:space="preserve">[45:06] </w:t>
      </w:r>
      <w:r>
        <w:t>islam yani yani musalman ka musalmanon ki political power jitne bhi hukoomatein theen musalmanon ki jo rote hain musalman woh dynasty thi.</w:t>
      </w:r>
    </w:p>
    <w:p>
      <w:pPr>
        <w:jc w:val="right"/>
      </w:pPr>
      <w:r>
        <w:t>اسلام یعنی یعنی مسلمان کا مسلمانوں کی political power جتنے بھی حکومتیں تھیں مسلمانوں کی جو روتے ہیں مسلمان وہ dynasty تھی۔</w:t>
      </w:r>
    </w:p>
    <w:p>
      <w:r>
        <w:rPr>
          <w:b/>
        </w:rPr>
        <w:t xml:space="preserve">[45:18] </w:t>
      </w:r>
      <w:r>
        <w:t>saari hukoomatein chahe woh Mughal Empire ho, Ottoman Empire ho, Abbasids Empire ho, is Paris Empire ho sab dynasty thi. woh islam ki hukoomat kahan se thi woh?</w:t>
      </w:r>
    </w:p>
    <w:p>
      <w:pPr>
        <w:jc w:val="right"/>
      </w:pPr>
      <w:r>
        <w:t>ساری حکومتیں چاہے وہ مغل Empire ہو، Ottoman Empire ہو، Abbasids Empire ہو، اس Paris Empire ہو سب dynasty تھی۔ وہ اسلام کی حکومت کہاں سے تھی وہ؟</w:t>
      </w:r>
    </w:p>
    <w:p>
      <w:r>
        <w:rPr>
          <w:b/>
        </w:rPr>
        <w:t xml:space="preserve">[45:29] </w:t>
      </w:r>
      <w:r>
        <w:t>woh to khandani hukoomat thi. aur islam phaila.</w:t>
      </w:r>
    </w:p>
    <w:p>
      <w:pPr>
        <w:jc w:val="right"/>
      </w:pPr>
      <w:r>
        <w:t>وہ تو خاندانی حکومت تھی۔ اور اسلام پھیلا۔</w:t>
      </w:r>
    </w:p>
    <w:p>
      <w:r>
        <w:rPr>
          <w:b/>
        </w:rPr>
        <w:t xml:space="preserve">[45:36] </w:t>
      </w:r>
      <w:r>
        <w:t>dunya mein yeh yahan se wahan tak dekhiye sab dynasty thi. Umayyad period mein, Abbasid period mein, Fatimid period mein, Mughal period mein, Turkish period mein, Spanish period mein hamesha dynasty thi.</w:t>
      </w:r>
    </w:p>
    <w:p>
      <w:pPr>
        <w:jc w:val="right"/>
      </w:pPr>
      <w:r>
        <w:t>دنیا میں یہ یہاں سے وہاں تک دیکھیے سب dynasty تھی۔ امیہ period میں، عباسید period میں، فاطمی period میں، مغل period میں، ترکش period میں، اسپینش period میں ہمیشہ dynasty تھی۔</w:t>
      </w:r>
    </w:p>
    <w:p>
      <w:r>
        <w:rPr>
          <w:b/>
        </w:rPr>
        <w:t xml:space="preserve">[45:51] </w:t>
      </w:r>
      <w:r>
        <w:t>woh kahan se islam ki hukoomat kahan se thi? woh to khandani hukoomat thi. islam apni taqat se phaila hai, apni taqat se. kisi ruler ke phailane se nahin phaila hai.</w:t>
      </w:r>
    </w:p>
    <w:p>
      <w:pPr>
        <w:jc w:val="right"/>
      </w:pPr>
      <w:r>
        <w:t>وہ کہاں سے اسلام کی حکومت کہاں سے تھی؟ وہ تو خاندانی حکومت تھی۔ اسلام اپنی طاقت سے پھیلا ہے، اپنی طاقت سے۔ کسی ruler کے پھیلانے سے نہیں پھیلا ہے۔</w:t>
      </w:r>
    </w:p>
    <w:p>
      <w:r>
        <w:rPr>
          <w:b/>
        </w:rPr>
        <w:t xml:space="preserve">[46:01] </w:t>
      </w:r>
      <w:r>
        <w:t>kaisi ajeeb o ghareeb tasweer Khuda Khuda bana rakhi hai logon ne. ajeeb o ghareeb tasweer hai.</w:t>
      </w:r>
    </w:p>
    <w:p>
      <w:pPr>
        <w:jc w:val="right"/>
      </w:pPr>
      <w:r>
        <w:t>کیسی عجیب و غریب تصویر خدا خدا بنا رکھی ہے لوگوں نے۔ عجیب و غریب تصویر ہے۔</w:t>
      </w:r>
    </w:p>
    <w:p>
      <w:r>
        <w:rPr>
          <w:b/>
        </w:rPr>
        <w:t xml:space="preserve">[46:11] </w:t>
      </w:r>
      <w:r>
        <w:t>Maulana agla sawal bheja hai Mansoob Ali sahib ne. unhon ne location nahin likha hai. un ka sawal yeh hai Maulana sahib mera naam Mansoob Ali hai.</w:t>
      </w:r>
    </w:p>
    <w:p>
      <w:pPr>
        <w:jc w:val="right"/>
      </w:pPr>
      <w:r>
        <w:t>مولانا اگلا سوال بھیجا ہے منصوب علی صاحب نے۔ انہوں نے location نہیں لکھا ہے۔ ان کا سوال یہ ہے مولانا صاحب میرا نام منصوب علی ہے۔</w:t>
      </w:r>
    </w:p>
    <w:p>
      <w:r>
        <w:rPr>
          <w:b/>
        </w:rPr>
        <w:t xml:space="preserve">[46:21] </w:t>
      </w:r>
      <w:r>
        <w:t>mera sawal hai Muhammad sallallahu alaihi wasallam ne farmaya ke Bani Israel ke seventy two firqe hue aur meri ummat mein seventy three firqe honge.</w:t>
      </w:r>
    </w:p>
    <w:p>
      <w:pPr>
        <w:jc w:val="right"/>
      </w:pPr>
      <w:r>
        <w:t>میرا سوال ہے محمد صلی اللہ علیہ وسلم نے فرمایا کہ بنی اسرائیل کے seventy two فرقے ہوئے اور میری امت میں seventy three فرقے ہوں گے۔</w:t>
      </w:r>
    </w:p>
    <w:p>
      <w:r>
        <w:rPr>
          <w:b/>
        </w:rPr>
        <w:t xml:space="preserve">[46:33] </w:t>
      </w:r>
      <w:r>
        <w:t>aur ek firqa jannati hoga. ab sawal yeh hai ke kya Allah ne koi wahi nazil ki thi is ke mutalliq?</w:t>
      </w:r>
    </w:p>
    <w:p>
      <w:pPr>
        <w:jc w:val="right"/>
      </w:pPr>
      <w:r>
        <w:t>اور ایک فرقہ جنتی ہوگا۔ اب سوال یہ ہے کہ کیا اللہ نے کوئی وحی نازل کی تھی اس کے متعلق؟</w:t>
      </w:r>
    </w:p>
    <w:p>
      <w:r>
        <w:rPr>
          <w:b/>
        </w:rPr>
        <w:t xml:space="preserve">[46:42] </w:t>
      </w:r>
      <w:r>
        <w:t>kyunke jahan tak mujhe jankari hai Allah ne Quran mein firqa parasti guthon mein bantne ko sakht mana farmaya hai. barah-e-meharbani wazahat karen.</w:t>
      </w:r>
    </w:p>
    <w:p>
      <w:pPr>
        <w:jc w:val="right"/>
      </w:pPr>
      <w:r>
        <w:t>کیونکہ جہاں تک مجھے جانکاری ہے اللہ نے قرآن میں فرقہ پرستی گھٹوں میں بانٹنے کو سخت منع فرمایا ہے۔ برائے مہربانی وضاحت کریں۔</w:t>
      </w:r>
    </w:p>
    <w:p>
      <w:r>
        <w:rPr>
          <w:b/>
        </w:rPr>
        <w:t xml:space="preserve">[46:56] </w:t>
      </w:r>
      <w:r>
        <w:t>is ke baray mein meri kitab parhiye aap Tajdeed-e-Deen. pehle is ko parh lijiye phir sawal kijiye. Tajdeed-e-Deen jo kitab hai us mein is ka jawab maujood hai.</w:t>
      </w:r>
    </w:p>
    <w:p>
      <w:pPr>
        <w:jc w:val="right"/>
      </w:pPr>
      <w:r>
        <w:t>اس کے بارے میں میری کتاب پڑھیے آپ تجدید دین۔ پہلے اس کو پڑھ لیجیے پھر سوال کیجیے۔ تجدید دین جو کتاب ہے اس میں اس کا جواب موجود ہے۔</w:t>
      </w:r>
    </w:p>
    <w:p>
      <w:r>
        <w:rPr>
          <w:b/>
        </w:rPr>
        <w:t xml:space="preserve">[47:08] </w:t>
      </w:r>
      <w:r>
        <w:t>is ko parhiye phir aage agle Sunday mein aap sawal kijiye ga. Maulana Najibabad se Suleman Khan sahib ne sawal bheja hai.</w:t>
      </w:r>
    </w:p>
    <w:p>
      <w:pPr>
        <w:jc w:val="right"/>
      </w:pPr>
      <w:r>
        <w:t>اس کو پڑھیے پھر آگے اگلے Sunday میں آپ سوال کیجیے گا۔ مولانا نجیب آباد سے سلیمان خان صاحب نے سوال بھیجا ہے۔</w:t>
      </w:r>
    </w:p>
    <w:p>
      <w:r>
        <w:rPr>
          <w:b/>
        </w:rPr>
        <w:t xml:space="preserve">[47:19] </w:t>
      </w:r>
      <w:r>
        <w:t>unhon ne likha hai Maulana sahib aap kis firqe se talluq rakhte hain? kya musalman hone ke liye firqa zaroori hai?</w:t>
      </w:r>
    </w:p>
    <w:p>
      <w:pPr>
        <w:jc w:val="right"/>
      </w:pPr>
      <w:r>
        <w:t>انہوں نے لکھا ہے مولانا صاحب آپ کس فرقے سے تعلق رکھتے ہیں؟ کیا مسلمان ہونے کے لیے فرقہ ضروری ہے؟</w:t>
      </w:r>
    </w:p>
    <w:p>
      <w:r>
        <w:rPr>
          <w:b/>
        </w:rPr>
        <w:t xml:space="preserve">[47:27] </w:t>
      </w:r>
      <w:r>
        <w:t>agar hai to hum kaise janen ke kaun sa firqa sahi hai? koi bhi firqa nahin. firqabandi hai hi nahin islam mein. islam mein to bas ummat-e-Muhammadi hai bas.</w:t>
      </w:r>
    </w:p>
    <w:p>
      <w:pPr>
        <w:jc w:val="right"/>
      </w:pPr>
      <w:r>
        <w:t>اگر ہے تو ہم کیسے جانیں کہ کون سا فرقہ صحیح ہے؟ کوئی بھی فرقہ نہیں۔ فرقہ بندی ہے ہی نہیں اسلام میں۔ اسلام میں تو بس امت محمدی ہے بس۔</w:t>
      </w:r>
    </w:p>
    <w:p>
      <w:r>
        <w:rPr>
          <w:b/>
        </w:rPr>
        <w:t xml:space="preserve">[47:41] </w:t>
      </w:r>
      <w:r>
        <w:t>yeh firqabandi hai hi nahin islami to Quran mein is ka koi saboot hai na hadees hai is ka saboot hai na Sahaba ki zindagi ka saboot hai.</w:t>
      </w:r>
    </w:p>
    <w:p>
      <w:pPr>
        <w:jc w:val="right"/>
      </w:pPr>
      <w:r>
        <w:t>یہ فرقہ بندی ہے ہی نہیں اسلامی تو قرآن میں اس کا کوئی ثبوت ہے نہ حدیث ہے اس کا ثبوت ہے نہ صحابہ کی زندگی کا ثبوت ہے۔</w:t>
      </w:r>
    </w:p>
    <w:p>
      <w:r>
        <w:rPr>
          <w:b/>
        </w:rPr>
        <w:t xml:space="preserve">[47:52] </w:t>
      </w:r>
      <w:r>
        <w:t>islam mein to bas ummat-e-Muhammadi hai bas. hum aap ummat-e-Muhammadi ke fard hain. aur kuch nahin hai.</w:t>
      </w:r>
    </w:p>
    <w:p>
      <w:pPr>
        <w:jc w:val="right"/>
      </w:pPr>
      <w:r>
        <w:t>اسلام میں تو بس امت محمدی ہے بس۔ ہم آپ امت محمدی کے فرد ہیں۔ اور کچھ نہیں ہے۔</w:t>
      </w:r>
    </w:p>
    <w:p>
      <w:r>
        <w:rPr>
          <w:b/>
        </w:rPr>
        <w:t xml:space="preserve">[48:01] </w:t>
      </w:r>
      <w:r>
        <w:t>Maulana agla sawal Delhi se bheja hai Mr Vikrant Dagar ne. unhon ne aapse poocha hai ke Maulana sahib please suggest the best formula to remove negativity which we can use in all the situations.</w:t>
      </w:r>
    </w:p>
    <w:p>
      <w:pPr>
        <w:jc w:val="right"/>
      </w:pPr>
      <w:r>
        <w:t>مولانا اگلا سوال دلی سے بھیجا ہے مسٹر وکرانت ڈاگر نے۔ انہوں نے آپ سے پوچھا ہے کہ مولانا صاحب please suggest the best formula to remove negativity which we can use in all the situations۔</w:t>
      </w:r>
    </w:p>
    <w:p>
      <w:r>
        <w:rPr>
          <w:b/>
        </w:rPr>
        <w:t xml:space="preserve">[48:18] </w:t>
      </w:r>
      <w:r>
        <w:t>mujhe to is se zyada aasan koi kaam nahin lagta. kyunke negative thinking jo hai outside se aati hai.</w:t>
      </w:r>
    </w:p>
    <w:p>
      <w:pPr>
        <w:jc w:val="right"/>
      </w:pPr>
      <w:r>
        <w:t>مجھے تو اس سے زیادہ آسان کوئی کام نہیں لگتا۔ کیونکہ negative thinking جو ہے outside سے آتی ہے۔</w:t>
      </w:r>
    </w:p>
    <w:p>
      <w:r>
        <w:rPr>
          <w:b/>
        </w:rPr>
        <w:t xml:space="preserve">[48:27] </w:t>
      </w:r>
      <w:r>
        <w:t>hamare andar nahi hoti woh.</w:t>
      </w:r>
    </w:p>
    <w:p>
      <w:pPr>
        <w:jc w:val="right"/>
      </w:pPr>
      <w:r>
        <w:t>ہمارے اندر نہیں ہوتی وہ۔</w:t>
      </w:r>
    </w:p>
    <w:p>
      <w:r>
        <w:rPr>
          <w:b/>
        </w:rPr>
        <w:t xml:space="preserve">[48:32] </w:t>
      </w:r>
      <w:r>
        <w:t>bahar se aati hai. to bahar se aane wale achhi kauniyat de bas itna hi karna hai. hamare andar to kuch bhi nahi hai. nature to bohat hi positive hota hai insan ka.</w:t>
      </w:r>
    </w:p>
    <w:p>
      <w:pPr>
        <w:jc w:val="right"/>
      </w:pPr>
      <w:r>
        <w:t>باہر سے آتی ہے۔ تو باہر سے آنے والے اچھی کونینت دے بس اتنا ہی کرنا ہے۔ ہمارے اندر تو کچھ بھی نہیں ہے۔ Nature تو بہت ہی positive ہوتا ہے انسان کا۔</w:t>
      </w:r>
    </w:p>
    <w:p>
      <w:r>
        <w:rPr>
          <w:b/>
        </w:rPr>
        <w:t xml:space="preserve">[48:43] </w:t>
      </w:r>
      <w:r>
        <w:t>har insan ka. to negative thinking aati hai bahar se.</w:t>
      </w:r>
    </w:p>
    <w:p>
      <w:pPr>
        <w:jc w:val="right"/>
      </w:pPr>
      <w:r>
        <w:t>ہر انسان کا۔ تو negative thinking آتی ہے باہر سے۔</w:t>
      </w:r>
    </w:p>
    <w:p>
      <w:r>
        <w:rPr>
          <w:b/>
        </w:rPr>
        <w:t xml:space="preserve">[48:52] </w:t>
      </w:r>
      <w:r>
        <w:t>to bahar se jo cheez aa rahi ho jaise bahar se dhool aa rahi hai aap aankh band kar li aap ne.</w:t>
      </w:r>
    </w:p>
    <w:p>
      <w:pPr>
        <w:jc w:val="right"/>
      </w:pPr>
      <w:r>
        <w:t>تو باہر سے جو چیز آ رہی ہو جیسے باہر سے دھول آ رہی ہے آپ آنکھ بند کر لی آپ نے۔</w:t>
      </w:r>
    </w:p>
    <w:p>
      <w:r>
        <w:rPr>
          <w:b/>
        </w:rPr>
        <w:t xml:space="preserve">[49:00] </w:t>
      </w:r>
      <w:r>
        <w:t>bahar se koi cheez aa rahi hai aap ne apne chehre par parda daal liya to nahi aayegi. to jo cheez aap ke andar na ho wo sirf bahar se aati ho us se bachna itna aasan hai ke us ko apne andar aane na dein aur aur kya karna hai aur kuch karna hi nahi hai.</w:t>
      </w:r>
    </w:p>
    <w:p>
      <w:pPr>
        <w:jc w:val="right"/>
      </w:pPr>
      <w:r>
        <w:t>باہر سے کوئی چیز آ رہی ہے آپ نے اپنے چہرے پر پردہ ڈال لیا تو نہیں آئے گی۔ تو جو چیز آپ کے اندر نہ ہو وہ صرف باہر سے آتی ہو اس سے بچنا اتنا آسان ہے کہ اس کو اپنے اندر آنے نہ دیں اور اور کیا کرنا ہے اور کچھ کرنا ہی نہیں ہے۔</w:t>
      </w:r>
    </w:p>
    <w:p>
      <w:r>
        <w:rPr>
          <w:b/>
        </w:rPr>
        <w:t xml:space="preserve">[49:23] </w:t>
      </w:r>
      <w:r>
        <w:t>maulana agla sawal lene se pehle ek comment parhna chahenge jo mahboob bhai ne bheja hai mumbai</w:t>
      </w:r>
    </w:p>
    <w:p>
      <w:pPr>
        <w:jc w:val="right"/>
      </w:pPr>
      <w:r>
        <w:t>مولانا اگلا سوال لینے سے پہلے ایک comment پڑھنا چاہیں گے جو محبوب بھائی نے بھیجا ہے ممبئی</w:t>
      </w:r>
    </w:p>
    <w:p>
      <w:r>
        <w:rPr>
          <w:b/>
        </w:rPr>
        <w:t xml:space="preserve">[49:28] </w:t>
      </w:r>
      <w:r>
        <w:t>se. Jo abhi is waqt dilli mein hain unhon ne likha hai ke maulana when we were in</w:t>
      </w:r>
    </w:p>
    <w:p>
      <w:pPr>
        <w:jc w:val="right"/>
      </w:pPr>
      <w:r>
        <w:t>سے۔ جو ابھی اس وقت دلی میں ہیں انہوں نے لکھا ہے کہ مولانا when we were in</w:t>
      </w:r>
    </w:p>
    <w:p>
      <w:r>
        <w:rPr>
          <w:b/>
        </w:rPr>
        <w:t xml:space="preserve">[49:34] </w:t>
      </w:r>
      <w:r>
        <w:t>flight from Mumbai to Delhi on Friday the captain of plane announced the distance that is twelve hundred</w:t>
      </w:r>
    </w:p>
    <w:p>
      <w:pPr>
        <w:jc w:val="right"/>
      </w:pPr>
      <w:r>
        <w:t>flight from ممبئی to delhi on friday the captain of plane announced the distance that is twelve hundred</w:t>
      </w:r>
    </w:p>
    <w:p>
      <w:r>
        <w:rPr>
          <w:b/>
        </w:rPr>
        <w:t xml:space="preserve">[49:43] </w:t>
      </w:r>
      <w:r>
        <w:t>and fifty kilometers</w:t>
      </w:r>
    </w:p>
    <w:p>
      <w:pPr>
        <w:jc w:val="right"/>
      </w:pPr>
      <w:r>
        <w:t>and fifty kilometers</w:t>
      </w:r>
    </w:p>
    <w:p>
      <w:r>
        <w:rPr>
          <w:b/>
        </w:rPr>
        <w:t xml:space="preserve">[49:45] </w:t>
      </w:r>
      <w:r>
        <w:t>maulana it's of immense worth for me to come here to listen to today's eye opening lecture live</w:t>
      </w:r>
    </w:p>
    <w:p>
      <w:pPr>
        <w:jc w:val="right"/>
      </w:pPr>
      <w:r>
        <w:t>مولانا it's of immense worth for me to come here to listen to today's eye opening lecture live</w:t>
      </w:r>
    </w:p>
    <w:p>
      <w:r>
        <w:rPr>
          <w:b/>
        </w:rPr>
        <w:t xml:space="preserve">[49:53] </w:t>
      </w:r>
      <w:r>
        <w:t>maulana i would like to say you thank you very much</w:t>
      </w:r>
    </w:p>
    <w:p>
      <w:pPr>
        <w:jc w:val="right"/>
      </w:pPr>
      <w:r>
        <w:t>مولانا I would like to say you thank you very much</w:t>
      </w:r>
    </w:p>
    <w:p>
      <w:r>
        <w:rPr>
          <w:b/>
        </w:rPr>
        <w:t xml:space="preserve">[49:59] </w:t>
      </w:r>
      <w:r>
        <w:t>masha Allah agla comment bheja hai sajid anwar sahab ne mumbai se unhon ne likha hai maulana sahab there</w:t>
      </w:r>
    </w:p>
    <w:p>
      <w:pPr>
        <w:jc w:val="right"/>
      </w:pPr>
      <w:r>
        <w:t>ماشاءاللہ اگلا comment بھیجا ہے ساجد انور صاحب نے ممبئی سے انہوں نے لکھا ہے مولانا صاحب there</w:t>
      </w:r>
    </w:p>
    <w:p>
      <w:r>
        <w:rPr>
          <w:b/>
        </w:rPr>
        <w:t xml:space="preserve">[50:05] </w:t>
      </w:r>
      <w:r>
        <w:t>is a verse in the quran which says everything</w:t>
      </w:r>
    </w:p>
    <w:p>
      <w:pPr>
        <w:jc w:val="right"/>
      </w:pPr>
      <w:r>
        <w:t>is a verse in the قرآن which says everything</w:t>
      </w:r>
    </w:p>
    <w:p>
      <w:r>
        <w:rPr>
          <w:b/>
        </w:rPr>
        <w:t xml:space="preserve">[50:09] </w:t>
      </w:r>
      <w:r>
        <w:t>in the heavens and in the earth belongs to god</w:t>
      </w:r>
    </w:p>
    <w:p>
      <w:pPr>
        <w:jc w:val="right"/>
      </w:pPr>
      <w:r>
        <w:t>in the heavens and in the earth belongs to god</w:t>
      </w:r>
    </w:p>
    <w:p>
      <w:r>
        <w:rPr>
          <w:b/>
        </w:rPr>
        <w:t xml:space="preserve">[50:14] </w:t>
      </w:r>
      <w:r>
        <w:t>what is the meaning of this verse</w:t>
      </w:r>
    </w:p>
    <w:p>
      <w:pPr>
        <w:jc w:val="right"/>
      </w:pPr>
      <w:r>
        <w:t>what is the meaning of this verse</w:t>
      </w:r>
    </w:p>
    <w:p>
      <w:r>
        <w:rPr>
          <w:b/>
        </w:rPr>
        <w:t xml:space="preserve">[50:18] </w:t>
      </w:r>
      <w:r>
        <w:t>bhai is ka matlab yahi hai ke Allah ne har cheez ko create kiya hai wahi sab lord</w:t>
      </w:r>
    </w:p>
    <w:p>
      <w:pPr>
        <w:jc w:val="right"/>
      </w:pPr>
      <w:r>
        <w:t>بھئی اس کا مطلب یہی ہے کہ اللہ نے ہر چیز کو create کیا ہے وہی سب lord</w:t>
      </w:r>
    </w:p>
    <w:p>
      <w:r>
        <w:rPr>
          <w:b/>
        </w:rPr>
        <w:t xml:space="preserve">[50:24] </w:t>
      </w:r>
      <w:r>
        <w:t>hai is ka wahi malik hai simple matlab hai is ka ab is mein koi</w:t>
      </w:r>
    </w:p>
    <w:p>
      <w:pPr>
        <w:jc w:val="right"/>
      </w:pPr>
      <w:r>
        <w:t>ہے اس کا وہی مالک ہے simple مطلب ہے اس کا اب اس میں کوئی</w:t>
      </w:r>
    </w:p>
    <w:p>
      <w:r>
        <w:rPr>
          <w:b/>
        </w:rPr>
        <w:t xml:space="preserve">[50:32] </w:t>
      </w:r>
      <w:r>
        <w:t>shubah ki baat ho to woh aap bataye to mein inshallah clear karunga ji warna iski</w:t>
      </w:r>
    </w:p>
    <w:p>
      <w:pPr>
        <w:jc w:val="right"/>
      </w:pPr>
      <w:r>
        <w:t>شبہ کی بات ہو تو وہ آپ بتائیں تو میں انشاءاللہ clear کروں گا جی ورنہ اس کی</w:t>
      </w:r>
    </w:p>
    <w:p>
      <w:r>
        <w:rPr>
          <w:b/>
        </w:rPr>
        <w:t xml:space="preserve">[50:37] </w:t>
      </w:r>
      <w:r>
        <w:t>meaning to bohat clear hai ke Allah ne galaxy paida ki solar system paida kiya zameen paida ki</w:t>
      </w:r>
    </w:p>
    <w:p>
      <w:pPr>
        <w:jc w:val="right"/>
      </w:pPr>
      <w:r>
        <w:t>meaning تو بہت clear ہے کہ اللہ نے galaxy پیدا کی solar system پیدا کیا زمین پیدا کی</w:t>
      </w:r>
    </w:p>
    <w:p>
      <w:r>
        <w:rPr>
          <w:b/>
        </w:rPr>
        <w:t xml:space="preserve">[50:45] </w:t>
      </w:r>
      <w:r>
        <w:t>aur wohi isko control kiye hue hai wohi isko manage kar raha hai to wohi is</w:t>
      </w:r>
    </w:p>
    <w:p>
      <w:pPr>
        <w:jc w:val="right"/>
      </w:pPr>
      <w:r>
        <w:t>اور وہی اس کو کنٹرول کیے ہوئے ہے وہی اس کو manage کر رہا ہے تو وہی اس</w:t>
      </w:r>
    </w:p>
    <w:p>
      <w:r>
        <w:rPr>
          <w:b/>
        </w:rPr>
        <w:t xml:space="preserve">[50:50] </w:t>
      </w:r>
      <w:r>
        <w:t>ka lord hai</w:t>
      </w:r>
    </w:p>
    <w:p>
      <w:pPr>
        <w:jc w:val="right"/>
      </w:pPr>
      <w:r>
        <w:t>کا lord ہے</w:t>
      </w:r>
    </w:p>
    <w:p>
      <w:r>
        <w:rPr>
          <w:b/>
        </w:rPr>
        <w:t xml:space="preserve">[50:52] </w:t>
      </w:r>
      <w:r>
        <w:t>yeh matlab hai iska</w:t>
      </w:r>
    </w:p>
    <w:p>
      <w:pPr>
        <w:jc w:val="right"/>
      </w:pPr>
      <w:r>
        <w:t>یہ مطلب ہے اس کا</w:t>
      </w:r>
    </w:p>
    <w:p>
      <w:r>
        <w:rPr>
          <w:b/>
        </w:rPr>
        <w:t xml:space="preserve">[50:56] </w:t>
      </w:r>
      <w:r>
        <w:t>ji Maulana inka ek aur sawal hai inhone aap se poocha hai</w:t>
      </w:r>
    </w:p>
    <w:p>
      <w:pPr>
        <w:jc w:val="right"/>
      </w:pPr>
      <w:r>
        <w:t>جی مولانا ان کا ایک اور سوال ہے انہوں نے آپ سے پوچھا ہے</w:t>
      </w:r>
    </w:p>
    <w:p>
      <w:r>
        <w:rPr>
          <w:b/>
        </w:rPr>
        <w:t xml:space="preserve">[50:59] </w:t>
      </w:r>
      <w:r>
        <w:t>ke how to get the deeper meaning of the quran</w:t>
      </w:r>
    </w:p>
    <w:p>
      <w:pPr>
        <w:jc w:val="right"/>
      </w:pPr>
      <w:r>
        <w:t>کہ how to get the deeper meaning of the قرآن</w:t>
      </w:r>
    </w:p>
    <w:p>
      <w:r>
        <w:rPr>
          <w:b/>
        </w:rPr>
        <w:t xml:space="preserve">[51:08] </w:t>
      </w:r>
      <w:r>
        <w:t>is ka quran mein to bataya gaya hai tadabbur karo yani ghaur karna contemplation</w:t>
      </w:r>
    </w:p>
    <w:p>
      <w:pPr>
        <w:jc w:val="right"/>
      </w:pPr>
      <w:r>
        <w:t>اس کا قرآن میں تو بتایا گیا ہے تدبر کرو یعنی غور کرنا contemplation</w:t>
      </w:r>
    </w:p>
    <w:p>
      <w:r>
        <w:rPr>
          <w:b/>
        </w:rPr>
        <w:t xml:space="preserve">[51:22] </w:t>
      </w:r>
      <w:r>
        <w:t>aur to koi tareeqa nahi hai</w:t>
      </w:r>
    </w:p>
    <w:p>
      <w:pPr>
        <w:jc w:val="right"/>
      </w:pPr>
      <w:r>
        <w:t>اور تو کوئی طریقہ نہیں ہے</w:t>
      </w:r>
    </w:p>
    <w:p>
      <w:r>
        <w:rPr>
          <w:b/>
        </w:rPr>
        <w:t xml:space="preserve">[51:25] </w:t>
      </w:r>
      <w:r>
        <w:t>khule zehen ke sath ghor karna yani</w:t>
      </w:r>
    </w:p>
    <w:p>
      <w:pPr>
        <w:jc w:val="right"/>
      </w:pPr>
      <w:r>
        <w:t>کھلے ذہن کے ساتھ غور کرنا یعنی</w:t>
      </w:r>
    </w:p>
    <w:p>
      <w:r>
        <w:rPr>
          <w:b/>
        </w:rPr>
        <w:t xml:space="preserve">[51:29] </w:t>
      </w:r>
      <w:r>
        <w:t>conditioned mind ke saath nahi khule zehen ke saath ghaur karna objective zehen ke saath</w:t>
      </w:r>
    </w:p>
    <w:p>
      <w:pPr>
        <w:jc w:val="right"/>
      </w:pPr>
      <w:r>
        <w:t>conditioned mind کے ساتھ نہیں کھلے ذہن کے ساتھ غور کرنا objective ذہن کے ساتھ</w:t>
      </w:r>
    </w:p>
    <w:p>
      <w:r>
        <w:rPr>
          <w:b/>
        </w:rPr>
        <w:t xml:space="preserve">[51:38] </w:t>
      </w:r>
      <w:r>
        <w:t>to Quran insan ke liye bheja gaya hai kyun nahi insan pahunchega iski maani tak</w:t>
      </w:r>
    </w:p>
    <w:p>
      <w:pPr>
        <w:jc w:val="right"/>
      </w:pPr>
      <w:r>
        <w:t>تو قرآن انسان کے لیے بھیجا گیا ہے کیوں نہیں انسان پہنچے گا اس کی معانی تک</w:t>
      </w:r>
    </w:p>
    <w:p>
      <w:r>
        <w:rPr>
          <w:b/>
        </w:rPr>
        <w:t xml:space="preserve">[51:43] </w:t>
      </w:r>
      <w:r>
        <w:t>sirf shart yeh hai ke open mind ke sath is par woh</w:t>
      </w:r>
    </w:p>
    <w:p>
      <w:pPr>
        <w:jc w:val="right"/>
      </w:pPr>
      <w:r>
        <w:t>صرف شرط یہ ہے کہ open mind کے ساتھ اس پر وہ</w:t>
      </w:r>
    </w:p>
    <w:p>
      <w:r>
        <w:rPr>
          <w:b/>
        </w:rPr>
        <w:t xml:space="preserve">[51:50] </w:t>
      </w:r>
      <w:r>
        <w:t>soche</w:t>
      </w:r>
    </w:p>
    <w:p>
      <w:pPr>
        <w:jc w:val="right"/>
      </w:pPr>
      <w:r>
        <w:t>سوچے</w:t>
      </w:r>
    </w:p>
    <w:p>
      <w:r>
        <w:rPr>
          <w:b/>
        </w:rPr>
        <w:t xml:space="preserve">[51:54] </w:t>
      </w:r>
      <w:r>
        <w:t>maulana agla sawal mumbai se bheja hai irfan jafri sahab ne unhone likha hai maulana sahab I want to ask that why khudkushi that is suicide haram in islam one of my friend has asked this question many times I have tried to convince him as per my knowledge about deen</w:t>
      </w:r>
    </w:p>
    <w:p>
      <w:pPr>
        <w:jc w:val="right"/>
      </w:pPr>
      <w:r>
        <w:t>مولانا اگلا سوال ممبئی سے بھیجا ہے عرفان جعفری صاحب نے انہوں نے لکھا ہے مولانا صاحب I want to ask that why خودکشی that is suicide حرام in اسلام one of my friend has asked this question many times I have tried to convince him as per my knowledge about دین</w:t>
      </w:r>
    </w:p>
    <w:p>
      <w:r>
        <w:rPr>
          <w:b/>
        </w:rPr>
        <w:t xml:space="preserve">[52:17] </w:t>
      </w:r>
      <w:r>
        <w:t>I told him that humans cannot end their life because only allah can decide about birth and death he is not satisfied and he wants to know what quran says about suicide maulana sahab if you answer this question I am confident that I will be able to convince my friend</w:t>
      </w:r>
    </w:p>
    <w:p>
      <w:pPr>
        <w:jc w:val="right"/>
      </w:pPr>
      <w:r>
        <w:t>I told him that humans cannot end their life because only اللہ can decide about birth and death he is not satisfied and he wants to know what قرآن says about suicide مولانا صاحب if you answer this question I am confident that I will be able to convince my friend</w:t>
      </w:r>
    </w:p>
    <w:p>
      <w:r>
        <w:rPr>
          <w:b/>
        </w:rPr>
        <w:t xml:space="preserve">[52:44] </w:t>
      </w:r>
      <w:r>
        <w:t>dekhiye</w:t>
      </w:r>
    </w:p>
    <w:p>
      <w:pPr>
        <w:jc w:val="right"/>
      </w:pPr>
      <w:r>
        <w:t>دیکھیے</w:t>
      </w:r>
    </w:p>
    <w:p>
      <w:r>
        <w:rPr>
          <w:b/>
        </w:rPr>
        <w:t xml:space="preserve">[52:48] </w:t>
      </w:r>
      <w:r>
        <w:t>jahan tak Quran ka bayan hai ghaliban do ayaton mein iska zikr hai</w:t>
      </w:r>
    </w:p>
    <w:p>
      <w:pPr>
        <w:jc w:val="right"/>
      </w:pPr>
      <w:r>
        <w:t>جہاں تک قرآن کا بیان ہے غالباً دو آیتوں میں اس کا ذکر ہے</w:t>
      </w:r>
    </w:p>
    <w:p>
      <w:r>
        <w:rPr>
          <w:b/>
        </w:rPr>
        <w:t xml:space="preserve">[52:54] </w:t>
      </w:r>
      <w:r>
        <w:t>ke iski wajah batai gayi hai ke</w:t>
      </w:r>
    </w:p>
    <w:p>
      <w:pPr>
        <w:jc w:val="right"/>
      </w:pPr>
      <w:r>
        <w:t>کہ اس کی وجہ بتائی گئی ہے کہ</w:t>
      </w:r>
    </w:p>
    <w:p>
      <w:r>
        <w:rPr>
          <w:b/>
        </w:rPr>
        <w:t xml:space="preserve">[53:00] </w:t>
      </w:r>
      <w:r>
        <w:t>rehmat se baais na ho to suicide karta hai jab aadmi to samajhta hai ke mere liye kuch</w:t>
      </w:r>
    </w:p>
    <w:p>
      <w:pPr>
        <w:jc w:val="right"/>
      </w:pPr>
      <w:r>
        <w:t>رحمت سے باعث نہ ہو تو suicide کرتا ہے جب آدمی تو سمجھتا ہے کہ میرے لیے کچھ</w:t>
      </w:r>
    </w:p>
    <w:p>
      <w:r>
        <w:rPr>
          <w:b/>
        </w:rPr>
        <w:t xml:space="preserve">[53:06] </w:t>
      </w:r>
      <w:r>
        <w:t>nahi hai suicide</w:t>
      </w:r>
    </w:p>
    <w:p>
      <w:pPr>
        <w:jc w:val="right"/>
      </w:pPr>
      <w:r>
        <w:t>نہیں ہے suicide</w:t>
      </w:r>
    </w:p>
    <w:p>
      <w:r>
        <w:rPr>
          <w:b/>
        </w:rPr>
        <w:t xml:space="preserve">[53:10] </w:t>
      </w:r>
      <w:r>
        <w:t>yani marne ke liye hoti hai suicide mayusi ka aakhri</w:t>
      </w:r>
    </w:p>
    <w:p>
      <w:pPr>
        <w:jc w:val="right"/>
      </w:pPr>
      <w:r>
        <w:t>یعنی مرنے کے لیے ہوتی ہے suicide مایوسی کا آخری</w:t>
      </w:r>
    </w:p>
    <w:p>
      <w:r>
        <w:rPr>
          <w:b/>
        </w:rPr>
        <w:t xml:space="preserve">[53:17] </w:t>
      </w:r>
      <w:r>
        <w:t>yani aakhri phase hai aadmi jeeta hai mayusi mein ke mere liye kuch nahi hai mere liye kuch</w:t>
      </w:r>
    </w:p>
    <w:p>
      <w:pPr>
        <w:jc w:val="right"/>
      </w:pPr>
      <w:r>
        <w:t>یعنی آخری phase ہے آدمی جیتا ہے مایوسی میں کہ میرے لیے کچھ نہیں ہے میرے لیے کچھ</w:t>
      </w:r>
    </w:p>
    <w:p>
      <w:r>
        <w:rPr>
          <w:b/>
        </w:rPr>
        <w:t xml:space="preserve">[53:22] </w:t>
      </w:r>
      <w:r>
        <w:t>nahi hai aur phir woh jam kar jata hai</w:t>
      </w:r>
    </w:p>
    <w:p>
      <w:pPr>
        <w:jc w:val="right"/>
      </w:pPr>
      <w:r>
        <w:t>نہیں ہے اور پھر وہ جم کر جاتا ہے</w:t>
      </w:r>
    </w:p>
    <w:p>
      <w:r>
        <w:rPr>
          <w:b/>
        </w:rPr>
        <w:t xml:space="preserve">[53:27] </w:t>
      </w:r>
      <w:r>
        <w:t>to Quran kehta hai ke tumhare liye sab kuch hai</w:t>
      </w:r>
    </w:p>
    <w:p>
      <w:pPr>
        <w:jc w:val="right"/>
      </w:pPr>
      <w:r>
        <w:t>تو قرآن کہتا ہے کہ تمہارے لیے سب کچھ ہے</w:t>
      </w:r>
    </w:p>
    <w:p>
      <w:r>
        <w:rPr>
          <w:b/>
        </w:rPr>
        <w:t xml:space="preserve">[53:31] </w:t>
      </w:r>
      <w:r>
        <w:t>jab Quran kehta hai jab Quran ke mutabiq</w:t>
      </w:r>
    </w:p>
    <w:p>
      <w:pPr>
        <w:jc w:val="right"/>
      </w:pPr>
      <w:r>
        <w:t>جب قرآن کہتا ہے جب قرآن کے مطابق</w:t>
      </w:r>
    </w:p>
    <w:p>
      <w:r>
        <w:rPr>
          <w:b/>
        </w:rPr>
        <w:t xml:space="preserve">[53:33] </w:t>
      </w:r>
      <w:r>
        <w:t>yani Allah ke creation ke mutabiq yeh duniya mein har waqt insan ke liye sab cheez maujood hai</w:t>
      </w:r>
    </w:p>
    <w:p>
      <w:pPr>
        <w:jc w:val="right"/>
      </w:pPr>
      <w:r>
        <w:t>یعنی اللہ کے creation کے مطابق یہ دنیا میں ہر وقت انسان کے لیے سب چیز موجود ہے</w:t>
      </w:r>
    </w:p>
    <w:p>
      <w:r>
        <w:rPr>
          <w:b/>
        </w:rPr>
        <w:t xml:space="preserve">[53:41] </w:t>
      </w:r>
      <w:r>
        <w:t>to kya justification hai apne aap ko marne ka</w:t>
      </w:r>
    </w:p>
    <w:p>
      <w:pPr>
        <w:jc w:val="right"/>
      </w:pPr>
      <w:r>
        <w:t>تو کیا justification ہے اپنے آپ کو مارنے کا</w:t>
      </w:r>
    </w:p>
    <w:p>
      <w:r>
        <w:rPr>
          <w:b/>
        </w:rPr>
        <w:t xml:space="preserve">[53:46] </w:t>
      </w:r>
      <w:r>
        <w:t>basic baat yeh hai ke jab kuch na ho aap ke liye tab koi keh sakta hai ke</w:t>
      </w:r>
    </w:p>
    <w:p>
      <w:pPr>
        <w:jc w:val="right"/>
      </w:pPr>
      <w:r>
        <w:t>basic بات یہ ہے کہ جب کچھ نہ ہو آپ کے لیے تب کوئی کہہ سکتا ہے کہ</w:t>
      </w:r>
    </w:p>
    <w:p>
      <w:r>
        <w:rPr>
          <w:b/>
        </w:rPr>
        <w:t xml:space="preserve">[53:52] </w:t>
      </w:r>
      <w:r>
        <w:t>hamare paas justification hai lekin sab kuch hai aap ke liye</w:t>
      </w:r>
    </w:p>
    <w:p>
      <w:pPr>
        <w:jc w:val="right"/>
      </w:pPr>
      <w:r>
        <w:t>ہمارے پاس justification ہے لیکن سب کچھ ہے آپ کے لیے</w:t>
      </w:r>
    </w:p>
    <w:p>
      <w:r>
        <w:rPr>
          <w:b/>
        </w:rPr>
        <w:t xml:space="preserve">[53:57] </w:t>
      </w:r>
      <w:r>
        <w:t>aur dekhiye ek kitab chhapi hai is par</w:t>
      </w:r>
    </w:p>
    <w:p>
      <w:pPr>
        <w:jc w:val="right"/>
      </w:pPr>
      <w:r>
        <w:t>اور دیکھیے ایک کتاب چھپی ہے اس پر</w:t>
      </w:r>
    </w:p>
    <w:p>
      <w:r>
        <w:rPr>
          <w:b/>
        </w:rPr>
        <w:t xml:space="preserve">[54:01] </w:t>
      </w:r>
      <w:r>
        <w:t>keh jo log suicide attempt kiya aur jee bach gaye baqayeda aik kitaab chhapi hai woh ghaliban internet</w:t>
      </w:r>
    </w:p>
    <w:p>
      <w:pPr>
        <w:jc w:val="right"/>
      </w:pPr>
      <w:r>
        <w:t>کہ جو لوگ suicide attempt کیا اور جی بچ گئے باقاعدہ ایک کتاب چھپی ہے وہ غالباً internet</w:t>
      </w:r>
    </w:p>
    <w:p>
      <w:r>
        <w:rPr>
          <w:b/>
        </w:rPr>
        <w:t xml:space="preserve">[54:09] </w:t>
      </w:r>
      <w:r>
        <w:t>par hogi keh bohat se log aisay hain jinhon ne</w:t>
      </w:r>
    </w:p>
    <w:p>
      <w:pPr>
        <w:jc w:val="right"/>
      </w:pPr>
      <w:r>
        <w:t>پر ہوگی کہ بہت سے لوگ ایسے ہیں جنہوں نے</w:t>
      </w:r>
    </w:p>
    <w:p>
      <w:r>
        <w:rPr>
          <w:b/>
        </w:rPr>
        <w:t xml:space="preserve">[54:14] </w:t>
      </w:r>
      <w:r>
        <w:t>suicide kiya lekin nahi pata attempt kiya lekin woh marne se bach</w:t>
      </w:r>
    </w:p>
    <w:p>
      <w:pPr>
        <w:jc w:val="right"/>
      </w:pPr>
      <w:r>
        <w:t>suicide کیا لیکن نہیں پتا attempt کیا لیکن وہ مرنے سے بچ</w:t>
      </w:r>
    </w:p>
    <w:p>
      <w:r>
        <w:rPr>
          <w:b/>
        </w:rPr>
        <w:t xml:space="preserve">[54:18] </w:t>
      </w:r>
      <w:r>
        <w:t>gaye is ke baad hero ban gaye woh</w:t>
      </w:r>
    </w:p>
    <w:p>
      <w:pPr>
        <w:jc w:val="right"/>
      </w:pPr>
      <w:r>
        <w:t>گئے اس کے بعد ہیرو بن گئے وہ</w:t>
      </w:r>
    </w:p>
    <w:p>
      <w:r>
        <w:rPr>
          <w:b/>
        </w:rPr>
        <w:t xml:space="preserve">[54:23] </w:t>
      </w:r>
      <w:r>
        <w:t>hero ban gaye bohat zabardast unhon ne success hasil ki yani keh un ke liye maujood thay mawaqe</w:t>
      </w:r>
    </w:p>
    <w:p>
      <w:pPr>
        <w:jc w:val="right"/>
      </w:pPr>
      <w:r>
        <w:t>ہیرو بن گئے بہت زبردست انہوں نے success حاصل کی یعنی کہ ان کے لیے موجود تھے مواقع</w:t>
      </w:r>
    </w:p>
    <w:p>
      <w:r>
        <w:rPr>
          <w:b/>
        </w:rPr>
        <w:t xml:space="preserve">[54:30] </w:t>
      </w:r>
      <w:r>
        <w:t>opportunities maujood theen un ke liye</w:t>
      </w:r>
    </w:p>
    <w:p>
      <w:pPr>
        <w:jc w:val="right"/>
      </w:pPr>
      <w:r>
        <w:t>opportunities موجود تھیں ان کے لیے</w:t>
      </w:r>
    </w:p>
    <w:p>
      <w:r>
        <w:rPr>
          <w:b/>
        </w:rPr>
        <w:t xml:space="preserve">[54:33] </w:t>
      </w:r>
      <w:r>
        <w:t>un is tarah ke jo cases hain woh sabit karte hain keh logon ke liye opportunities maujood theen</w:t>
      </w:r>
    </w:p>
    <w:p>
      <w:pPr>
        <w:jc w:val="right"/>
      </w:pPr>
      <w:r>
        <w:t>ان اس طرح کے جو cases ہیں وہ ثابت کرتے ہیں کہ لوگوں کے لیے opportunities موجود تھیں</w:t>
      </w:r>
    </w:p>
    <w:p>
      <w:r>
        <w:rPr>
          <w:b/>
        </w:rPr>
        <w:t xml:space="preserve">[54:40] </w:t>
      </w:r>
      <w:r>
        <w:t>yani Khuda ki rehmat maujood thi to phir kya kiya justification hai apne aap ko marne ka</w:t>
      </w:r>
    </w:p>
    <w:p>
      <w:pPr>
        <w:jc w:val="right"/>
      </w:pPr>
      <w:r>
        <w:t>یعنی خدا کی رحمت موجود تھی تو پھر کیا کیا justification ہے اپنے آپ کو مارنے کا</w:t>
      </w:r>
    </w:p>
    <w:p>
      <w:r>
        <w:rPr>
          <w:b/>
        </w:rPr>
        <w:t xml:space="preserve">[54:50] </w:t>
      </w:r>
      <w:r>
        <w:t>Maulana agla sawal bheja hai Pakistan se Miss Shabana Ansari ne unhon ne likha hai Maulana there is</w:t>
      </w:r>
    </w:p>
    <w:p>
      <w:pPr>
        <w:jc w:val="right"/>
      </w:pPr>
      <w:r>
        <w:t>مولانا اگلا سوال بھیجا ہے پاکستان سے مس شبانہ انصاری نے انہوں نے لکھا ہے مولانا there is</w:t>
      </w:r>
    </w:p>
    <w:p>
      <w:r>
        <w:rPr>
          <w:b/>
        </w:rPr>
        <w:t xml:space="preserve">[54:58] </w:t>
      </w:r>
      <w:r>
        <w:t>a hadith which says taqallu bi akhlaq al does this hadith teaches the same universal outlook</w:t>
      </w:r>
    </w:p>
    <w:p>
      <w:pPr>
        <w:jc w:val="right"/>
      </w:pPr>
      <w:r>
        <w:t>a حدیث which says تقلق بی اخلاق الا does this حدیث teaches the same universal outlook</w:t>
      </w:r>
    </w:p>
    <w:p>
      <w:r>
        <w:rPr>
          <w:b/>
        </w:rPr>
        <w:t xml:space="preserve">[55:09] </w:t>
      </w:r>
      <w:r>
        <w:t>yani jo is ke jo wording hai us mein to yahi baat hai lekin yeh is hadith ko</w:t>
      </w:r>
    </w:p>
    <w:p>
      <w:pPr>
        <w:jc w:val="right"/>
      </w:pPr>
      <w:r>
        <w:t>یعنی جو اس کے جو wording ہے اس میں تو یہی بات ہے لیکن یہ اس حدیث کو</w:t>
      </w:r>
    </w:p>
    <w:p>
      <w:r>
        <w:rPr>
          <w:b/>
        </w:rPr>
        <w:t xml:space="preserve">[55:16] </w:t>
      </w:r>
      <w:r>
        <w:t>muhaddiseen mante nahi muhaddiseen ne is ko hadith nahi mana hai yeh kisi ki saying hai kisi ka</w:t>
      </w:r>
    </w:p>
    <w:p>
      <w:pPr>
        <w:jc w:val="right"/>
      </w:pPr>
      <w:r>
        <w:t>محدثین مانتے نہیں محدثین نے اس کو حدیث نہیں مانا ہے یہ کسی کی saying ہے کسی کا</w:t>
      </w:r>
    </w:p>
    <w:p>
      <w:r>
        <w:rPr>
          <w:b/>
        </w:rPr>
        <w:t xml:space="preserve">[55:24] </w:t>
      </w:r>
      <w:r>
        <w:t>qol hai baat to achhi hai is ke andar</w:t>
      </w:r>
    </w:p>
    <w:p>
      <w:pPr>
        <w:jc w:val="right"/>
      </w:pPr>
      <w:r>
        <w:t>قول ہے بات تو اچھی ہے اس کے اندر</w:t>
      </w:r>
    </w:p>
    <w:p>
      <w:r>
        <w:rPr>
          <w:b/>
        </w:rPr>
        <w:t xml:space="preserve">[55:29] </w:t>
      </w:r>
      <w:r>
        <w:t>baat to bohat achhi hai lekin yeh qol Rasool nahi hai muhaddiseen ke nazdeek</w:t>
      </w:r>
    </w:p>
    <w:p>
      <w:pPr>
        <w:jc w:val="right"/>
      </w:pPr>
      <w:r>
        <w:t>بات تو بہت اچھی ہے لیکن یہ قول رسول نہیں ہے محدثین کے نزدیک</w:t>
      </w:r>
    </w:p>
    <w:p>
      <w:r>
        <w:rPr>
          <w:b/>
        </w:rPr>
        <w:t xml:space="preserve">[55:36] </w:t>
      </w:r>
      <w:r>
        <w:t>kisi</w:t>
      </w:r>
    </w:p>
    <w:p>
      <w:pPr>
        <w:jc w:val="right"/>
      </w:pPr>
      <w:r>
        <w:t>کسی</w:t>
      </w:r>
    </w:p>
    <w:p>
      <w:r>
        <w:rPr>
          <w:b/>
        </w:rPr>
        <w:t xml:space="preserve">[55:36] </w:t>
      </w:r>
      <w:r>
        <w:t>muhaddis ne is ko qaul rasool nahi mana hai ji maulana agla sawal kuwait se bheja hai abdul fattah sahab ne unhone aapse poocha hai ke what is your view in what is your view regarding the war in the middle east</w:t>
      </w:r>
    </w:p>
    <w:p>
      <w:pPr>
        <w:jc w:val="right"/>
      </w:pPr>
      <w:r>
        <w:t>محدث نے اس کو قول رسول نہیں مانا ہے جی مولانا اگلا سوال کویت سے بھیجا ہے عبدالفتح صاحب نے انہوں نے آپ سے پوچھا ہے کہ what is your view in what is your view regarding the war in the middle east</w:t>
      </w:r>
    </w:p>
    <w:p>
      <w:r>
        <w:rPr>
          <w:b/>
        </w:rPr>
        <w:t xml:space="preserve">[56:01] </w:t>
      </w:r>
      <w:r>
        <w:t>war is the middle east self-created war hai kisi doosre ke aggressor se nahi hui hai ye maine likha hai main is ke bare mein aap padh lijiye is ko ke self-created war hai khud hi apne ko marwa rahe hain khwamkhwah aap pehle mujhe mar</w:t>
      </w:r>
    </w:p>
    <w:p>
      <w:pPr>
        <w:jc w:val="right"/>
      </w:pPr>
      <w:r>
        <w:t>war is the middle east self-created war ہے کسی دوسرے کے aggressor سے نہیں ہوئی ہے یہ میں نے لکھا ہے میں اس کے بارے میں آپ پڑھ لیجیے اس کو کہ self-created war ہے خود ہی اپنے کو مروا رہے ہیں خوامخواہ آپ پہلے مجھے مار</w:t>
      </w:r>
    </w:p>
    <w:p>
      <w:r>
        <w:rPr>
          <w:b/>
        </w:rPr>
        <w:t xml:space="preserve">[56:23] </w:t>
      </w:r>
      <w:r>
        <w:t>to musalman hi zimmedar hain is war ke aap musalman hi khatm bhi kar sakte hain khatm kar dein to khatm</w:t>
      </w:r>
    </w:p>
    <w:p>
      <w:pPr>
        <w:jc w:val="right"/>
      </w:pPr>
      <w:r>
        <w:t>تو مسلمان ہی ذمہ دار ہیں اس war کے آپ مسلمان ہی ختم بھی کر سکتے ہیں ختم کر دیں تو ختم</w:t>
      </w:r>
    </w:p>
    <w:p>
      <w:r>
        <w:rPr>
          <w:b/>
        </w:rPr>
        <w:t xml:space="preserve">[56:31] </w:t>
      </w:r>
      <w:r>
        <w:t>is par maine kafi likha hai aap padh sakte hain ke main is ko aap pehle mujhe mar samajhta hoon yani self-created war samajhta hoon is ko is ko nahi samajhta ke koi doosra thopa aap ke upar</w:t>
      </w:r>
    </w:p>
    <w:p>
      <w:pPr>
        <w:jc w:val="right"/>
      </w:pPr>
      <w:r>
        <w:t>اس پر میں نے کافی لکھا ہے آپ پڑھ سکتے ہیں کہ میں اس کو آپ پہلے مجھے مار سمجھتا ہوں یعنی self-created war سمجھتا ہوں اس کو اس کو نہیں سمجھتا کہ کوئی دوسرا تھوپا آپ کے اوپر</w:t>
      </w:r>
    </w:p>
    <w:p>
      <w:r>
        <w:rPr>
          <w:b/>
        </w:rPr>
        <w:t xml:space="preserve">[56:50] </w:t>
      </w:r>
      <w:r>
        <w:t>miss mariya amir ne karachi se sawal bheja hai unhone aapse poocha hai is memorizing the quran no more important today because quran is a preserved book</w:t>
      </w:r>
    </w:p>
    <w:p>
      <w:pPr>
        <w:jc w:val="right"/>
      </w:pPr>
      <w:r>
        <w:t>مس ماریہ عامر نے کراچی سے سوال بھیجا ہے انہوں نے آپ سے پوچھا ہے is memorizing the قرآن no more important today because قرآن is a preserved book</w:t>
      </w:r>
    </w:p>
    <w:p>
      <w:r>
        <w:rPr>
          <w:b/>
        </w:rPr>
        <w:t xml:space="preserve">[57:04] </w:t>
      </w:r>
      <w:r>
        <w:t>maulana sahab what is your opinion on this</w:t>
      </w:r>
    </w:p>
    <w:p>
      <w:pPr>
        <w:jc w:val="right"/>
      </w:pPr>
      <w:r>
        <w:t>مولانا صاحب what is your opinion on this</w:t>
      </w:r>
    </w:p>
    <w:p>
      <w:r>
        <w:rPr>
          <w:b/>
        </w:rPr>
        <w:t xml:space="preserve">[57:11] </w:t>
      </w:r>
      <w:r>
        <w:t>theek hai yeh yani</w:t>
      </w:r>
    </w:p>
    <w:p>
      <w:pPr>
        <w:jc w:val="right"/>
      </w:pPr>
      <w:r>
        <w:t>ٹھیک ہے یہ یعنی</w:t>
      </w:r>
    </w:p>
    <w:p>
      <w:r>
        <w:rPr>
          <w:b/>
        </w:rPr>
        <w:t xml:space="preserve">[57:14] </w:t>
      </w:r>
      <w:r>
        <w:t>jahan tak Quran ki mehfooz ki mehfooziyat ki baat hai to is ke liye to zaroorat nahi hai</w:t>
      </w:r>
    </w:p>
    <w:p>
      <w:pPr>
        <w:jc w:val="right"/>
      </w:pPr>
      <w:r>
        <w:t>جہاں تک قرآن کی محفوظی کی محفوظیت کی بات ہے تو اس کے لیے تو ضرورت نہیں ہے</w:t>
      </w:r>
    </w:p>
    <w:p>
      <w:r>
        <w:rPr>
          <w:b/>
        </w:rPr>
        <w:t xml:space="preserve">[57:20] </w:t>
      </w:r>
      <w:r>
        <w:t>kyunkeh woh mehfooz ho chuka</w:t>
      </w:r>
    </w:p>
    <w:p>
      <w:pPr>
        <w:jc w:val="right"/>
      </w:pPr>
      <w:r>
        <w:t>کیونکہ وہ محفوظ ہو چکا</w:t>
      </w:r>
    </w:p>
    <w:p>
      <w:r>
        <w:rPr>
          <w:b/>
        </w:rPr>
        <w:t xml:space="preserve">[57:24] </w:t>
      </w:r>
      <w:r>
        <w:t>Quran jo hai mehfooz ho chuka to pehle mehfooz karta tha insan</w:t>
      </w:r>
    </w:p>
    <w:p>
      <w:pPr>
        <w:jc w:val="right"/>
      </w:pPr>
      <w:r>
        <w:t>قرآن جو ہے محفوظ ہو چکا تو پہلے محفوظ کرتا تھا انسان</w:t>
      </w:r>
    </w:p>
    <w:p>
      <w:r>
        <w:rPr>
          <w:b/>
        </w:rPr>
        <w:t xml:space="preserve">[57:31] </w:t>
      </w:r>
      <w:r>
        <w:t>yani printing press se pehle printing press se pehle insan mehfooz karta tha is ko memorize kar ke</w:t>
      </w:r>
    </w:p>
    <w:p>
      <w:pPr>
        <w:jc w:val="right"/>
      </w:pPr>
      <w:r>
        <w:t>یعنی printing press سے پہلے printing press سے پہلے انسان محفوظ کرتا تھا اس کو memorize کر کے</w:t>
      </w:r>
    </w:p>
    <w:p>
      <w:r>
        <w:rPr>
          <w:b/>
        </w:rPr>
        <w:t xml:space="preserve">[57:38] </w:t>
      </w:r>
      <w:r>
        <w:t>to woh woh daur khatm ho gaya lekin Quran ke</w:t>
      </w:r>
    </w:p>
    <w:p>
      <w:pPr>
        <w:jc w:val="right"/>
      </w:pPr>
      <w:r>
        <w:t>تو وہ وہ دور ختم ہو گیا لیکن قرآن کے</w:t>
      </w:r>
    </w:p>
    <w:p>
      <w:r>
        <w:rPr>
          <w:b/>
        </w:rPr>
        <w:t xml:space="preserve">[57:44] </w:t>
      </w:r>
      <w:r>
        <w:t>hifz ki aik zaroorat phir bhi baqi hai keh Quran namaz mein padhaya jata hai</w:t>
      </w:r>
    </w:p>
    <w:p>
      <w:pPr>
        <w:jc w:val="right"/>
      </w:pPr>
      <w:r>
        <w:t>حفظ کی ایک ضرورت پھر بھی باقی ہے کہ قرآن نماز میں پڑھایا جاتا ہے</w:t>
      </w:r>
    </w:p>
    <w:p>
      <w:r>
        <w:rPr>
          <w:b/>
        </w:rPr>
        <w:t xml:space="preserve">[57:50] </w:t>
      </w:r>
      <w:r>
        <w:t>aur namaz ke ilawa jab aap safar mein hon aap car drive kar rahe hain tab bhi Quran</w:t>
      </w:r>
    </w:p>
    <w:p>
      <w:pPr>
        <w:jc w:val="right"/>
      </w:pPr>
      <w:r>
        <w:t>اور نماز کے علاوہ جب آپ سفر میں ہوں آپ کار ڈرائیو کر رہے ہیں تب بھی قرآن</w:t>
      </w:r>
    </w:p>
    <w:p>
      <w:r>
        <w:rPr>
          <w:b/>
        </w:rPr>
        <w:t xml:space="preserve">[57:56] </w:t>
      </w:r>
      <w:r>
        <w:t>ko sochte hain to agar yaad rahega tab hi sochenge</w:t>
      </w:r>
    </w:p>
    <w:p>
      <w:pPr>
        <w:jc w:val="right"/>
      </w:pPr>
      <w:r>
        <w:t>کو سوچتے ہیں تو اگر یاد رہے گا تب ہی سوچیں گے</w:t>
      </w:r>
    </w:p>
    <w:p>
      <w:r>
        <w:rPr>
          <w:b/>
        </w:rPr>
        <w:t xml:space="preserve">[58:00] </w:t>
      </w:r>
      <w:r>
        <w:t>to Quran mein jo tadabbur karna hai ghaur o fikr karna hai woh to baqi hai</w:t>
      </w:r>
    </w:p>
    <w:p>
      <w:pPr>
        <w:jc w:val="right"/>
      </w:pPr>
      <w:r>
        <w:t>تو قرآن میں جو تدبر کرنا ہے غور و فکر کرنا ہے وہ تو باقی ہے</w:t>
      </w:r>
    </w:p>
    <w:p>
      <w:r>
        <w:rPr>
          <w:b/>
        </w:rPr>
        <w:t xml:space="preserve">[58:07] </w:t>
      </w:r>
      <w:r>
        <w:t>to ab jab hawai jahaz mein aap fly kar rahe hain car safar kar rahe hain to wahan</w:t>
      </w:r>
    </w:p>
    <w:p>
      <w:pPr>
        <w:jc w:val="right"/>
      </w:pPr>
      <w:r>
        <w:t>تو اب جب ہوائی جہاز میں آپ فلائی کر رہے ہیں کار سفر کر رہے ہیں تو وہاں</w:t>
      </w:r>
    </w:p>
    <w:p>
      <w:r>
        <w:rPr>
          <w:b/>
        </w:rPr>
        <w:t xml:space="preserve">[58:12] </w:t>
      </w:r>
      <w:r>
        <w:t>to quran ka nuskhah aap ke paas khol ke parhein woh nahi hota to aap ke mind mein</w:t>
      </w:r>
    </w:p>
    <w:p>
      <w:pPr>
        <w:jc w:val="right"/>
      </w:pPr>
      <w:r>
        <w:t>تو قرآن کا نسخہ آپ کے پاس کھول کے پڑھیں وہ نہیں ہوتا تو آپ کے mind میں</w:t>
      </w:r>
    </w:p>
    <w:p>
      <w:r>
        <w:rPr>
          <w:b/>
        </w:rPr>
        <w:t xml:space="preserve">[58:17] </w:t>
      </w:r>
      <w:r>
        <w:t>jo hai quran isi ko le kar aap sochte hain sochte hain sochte hain to quran ke tahaffuz</w:t>
      </w:r>
    </w:p>
    <w:p>
      <w:pPr>
        <w:jc w:val="right"/>
      </w:pPr>
      <w:r>
        <w:t>جو ہے قرآن اسی کو لے کر آپ سوچتے ہیں سوچتے ہیں سوچتے ہیں تو قرآن کے تحفظ</w:t>
      </w:r>
    </w:p>
    <w:p>
      <w:r>
        <w:rPr>
          <w:b/>
        </w:rPr>
        <w:t xml:space="preserve">[58:24] </w:t>
      </w:r>
      <w:r>
        <w:t>ke liye ab zaroorat nahi hai lekin quran ke tadabbur ke liye zaroorat hai</w:t>
      </w:r>
    </w:p>
    <w:p>
      <w:pPr>
        <w:jc w:val="right"/>
      </w:pPr>
      <w:r>
        <w:t>کے لیے اب ضرورت نہیں ہے لیکن قرآن کے تدبر کے لیے ضرورت ہے</w:t>
      </w:r>
    </w:p>
    <w:p>
      <w:r>
        <w:rPr>
          <w:b/>
        </w:rPr>
        <w:t xml:space="preserve">[58:33] </w:t>
      </w:r>
      <w:r>
        <w:t>quran ke tahaffuz ke liye to allah taala ne intezam kar diya printing press ke zariye lekin quran ke tadabbur ke liye to yeh zarurat hai aur baqi rahegi namaz mein padhne ki zarurat hai aur baqi rahegi</w:t>
      </w:r>
    </w:p>
    <w:p>
      <w:pPr>
        <w:jc w:val="right"/>
      </w:pPr>
      <w:r>
        <w:t>قرآن کے تحفظ کے لیے تو اللہ تعالی نے انتظام کر دیا printing press کے ذریعے لیکن قرآن کے تدبر کے لیے تو یہ ضرورت ہے اور باقی رہے گی نماز میں پڑھنے کی ضرورت ہے اور باقی رہے گی</w:t>
      </w:r>
    </w:p>
    <w:p>
      <w:r>
        <w:rPr>
          <w:b/>
        </w:rPr>
        <w:t xml:space="preserve">[58:50] </w:t>
      </w:r>
      <w:r>
        <w:t>yeh mera khayal hai maulana agla sawal lene se pehle ek comment padhna chahenge jo dilli se bheja hai shakir alhasan sahab ne unhone likha hai maulana is book islam rediscovered and on muhammad the prophet are sufficient for anyone who wants to know what is life and its objective in the world</w:t>
      </w:r>
    </w:p>
    <w:p>
      <w:pPr>
        <w:jc w:val="right"/>
      </w:pPr>
      <w:r>
        <w:t>یہ میرا خیال ہے مولانا اگلا سوال لینے سے پہلے ایک comment پڑھنا چاہیں گے جو دلی سے بھیجا ہے شاکر الحسان صاحب نے انہوں نے لکھا ہے مولانا اس book اسلام rediscovered and on محمد the prophet are sufficient for anyone who wants to know what is life and its objective in the world</w:t>
      </w:r>
    </w:p>
    <w:p>
      <w:r>
        <w:rPr>
          <w:b/>
        </w:rPr>
        <w:t xml:space="preserve">[59:15] </w:t>
      </w:r>
      <w:r>
        <w:t>maulana agla comment aur sawal bheja hai mister ajay deviri ne dilli se unka pehle comment padhna chahenge unhone comment likha hai maulana in today's class you have shaken me completely from within by giving the analogy of lost passport i couldn't hold my tears coming out thank you for waking me up and guiding in theright direction</w:t>
      </w:r>
    </w:p>
    <w:p>
      <w:pPr>
        <w:jc w:val="right"/>
      </w:pPr>
      <w:r>
        <w:t>مولانا اگلا comment اور سوال بھیجا ہے مسٹر اجے دیویری نے دلی سے ان کا پہلے comment پڑھنا چاہیں گے انہوں نے comment لکھا ہے مولانا in today's class you have shaken me completely from within by giving the analogy of lost passport I couldn't hold my tears coming out thank you for waking me up and guiding in theright direction</w:t>
      </w:r>
    </w:p>
    <w:p>
      <w:r>
        <w:rPr>
          <w:b/>
        </w:rPr>
        <w:t xml:space="preserve">[59:44] </w:t>
      </w:r>
      <w:r>
        <w:t>unka sawal yeh hai unhone likha hai maulana i have learned that when man doesn't understand the divine plan of god then god creates compulsion for man by giving shock treatment</w:t>
      </w:r>
    </w:p>
    <w:p>
      <w:pPr>
        <w:jc w:val="right"/>
      </w:pPr>
      <w:r>
        <w:t>ان کا سوال یہ ہے انہوں نے لکھا ہے مولانا I have learned that when man doesn't understand the divine plan of god then god creates compulsion for man by giving shock treatment</w:t>
      </w:r>
    </w:p>
    <w:p>
      <w:r>
        <w:rPr>
          <w:b/>
        </w:rPr>
        <w:t xml:space="preserve">[59:58] </w:t>
      </w:r>
      <w:r>
        <w:t>the current political development across globe from america to india seems like god's shock treatment to muslims this shock treatment may become the reason of taking u-turn for them maulana sahib what are your remarks on this question</w:t>
      </w:r>
    </w:p>
    <w:p>
      <w:pPr>
        <w:jc w:val="right"/>
      </w:pPr>
      <w:r>
        <w:t>the current political development across globe from امریکہ to انڈیا seems like god's shock treatment to مسلمs this shock treatment may become the reason of taking u-turn for them مولانا صاحب what are your remarks on this question</w:t>
      </w:r>
    </w:p>
    <w:p>
      <w:r>
        <w:rPr>
          <w:b/>
        </w:rPr>
        <w:t xml:space="preserve">[1:00:18] </w:t>
      </w:r>
      <w:r>
        <w:t>bilkul theek hai bahut sahi kaha hai unhone main is se agree karta hoon</w:t>
      </w:r>
    </w:p>
    <w:p>
      <w:pPr>
        <w:jc w:val="right"/>
      </w:pPr>
      <w:r>
        <w:t>بالکل ٹھیک ہے بہت صحیح کہا ہے انہوں نے میں اس سے agree کرتا ہوں</w:t>
      </w:r>
    </w:p>
    <w:p>
      <w:r>
        <w:rPr>
          <w:b/>
        </w:rPr>
        <w:t xml:space="preserve">[1:00:26] </w:t>
      </w:r>
      <w:r>
        <w:t>maulana agla sawal faisal khan sahab ne muradabad se bheja hai unhone aapse poocha hai ke maulana sahib what do you mean by true repentance is ke bare mein bataein</w:t>
      </w:r>
    </w:p>
    <w:p>
      <w:pPr>
        <w:jc w:val="right"/>
      </w:pPr>
      <w:r>
        <w:t>مولانا اگلا سوال فیصل خان صاحب نے مراد آباد سے بھیجا ہے انہوں نے آپ سے پوچھا ہے کہ مولانا صاحب what do you mean by true repentance اس کے بارے میں بتائیں</w:t>
      </w:r>
    </w:p>
    <w:p>
      <w:r>
        <w:rPr>
          <w:b/>
        </w:rPr>
        <w:t xml:space="preserve">[1:00:42] </w:t>
      </w:r>
      <w:r>
        <w:t>matlab ek hai lip service to lip service ki koi value nahi hai</w:t>
      </w:r>
    </w:p>
    <w:p>
      <w:pPr>
        <w:jc w:val="right"/>
      </w:pPr>
      <w:r>
        <w:t>مطلب ایک ہے lip service تو lip service کی کوئی value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