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 Atheism | May 22, 2016</w:t>
      </w:r>
    </w:p>
    <w:p>
      <w:r>
        <w:t>https://www.youtube.com/watch?v=tzJmfYnSleo</w:t>
      </w:r>
    </w:p>
    <w:p>
      <w:r>
        <w:rPr>
          <w:b/>
        </w:rPr>
        <w:t xml:space="preserve">[00:15] </w:t>
      </w:r>
      <w:r>
        <w:t>aaj ka topic hai aqeel.</w:t>
      </w:r>
    </w:p>
    <w:p>
      <w:pPr>
        <w:jc w:val="right"/>
      </w:pPr>
      <w:r>
        <w:t>آج کا ٹاپک ہے عقیل۔</w:t>
      </w:r>
    </w:p>
    <w:p>
      <w:r>
        <w:rPr>
          <w:b/>
        </w:rPr>
        <w:t xml:space="preserve">[00:25] </w:t>
      </w:r>
      <w:r>
        <w:t>dekhein, mere haath mein yeh 21, yani kal ka magazine hai, yeh 21 may 2016 ka.</w:t>
      </w:r>
    </w:p>
    <w:p>
      <w:pPr>
        <w:jc w:val="right"/>
      </w:pPr>
      <w:r>
        <w:t>دیکھیں، میرے ہاتھ میں یہ 21، یعنی کل کا مگزین ہے، یہ 21 مئی 2016 کا۔</w:t>
      </w:r>
    </w:p>
    <w:p>
      <w:r>
        <w:rPr>
          <w:b/>
        </w:rPr>
        <w:t xml:space="preserve">[00:36] </w:t>
      </w:r>
      <w:r>
        <w:t>is mein aik news hai</w:t>
      </w:r>
    </w:p>
    <w:p>
      <w:pPr>
        <w:jc w:val="right"/>
      </w:pPr>
      <w:r>
        <w:t>اس میں ایک نیوز ہے</w:t>
      </w:r>
    </w:p>
    <w:p>
      <w:r>
        <w:rPr>
          <w:b/>
        </w:rPr>
        <w:t xml:space="preserve">[00:46] </w:t>
      </w:r>
      <w:r>
        <w:t>ke america mein, industry of miami mein, ek chair kholi gayi hai. ek daulatmand aadmi ne 22 billion dollar ka donation diya hai is chair ke liye. is chair ka maqsad hai acad</w:t>
      </w:r>
    </w:p>
    <w:p>
      <w:pPr>
        <w:jc w:val="right"/>
      </w:pPr>
      <w:r>
        <w:t>کہ امریکہ میں، انڈسٹری آف میامہ میں، ایک چیئر کھلی گئی ہے۔ ایک دولت مند آدمی نے 22 بلین ڈالر کا ڈونیشن دیا ہے اس چیئر کے لیے۔ اس چیئر کا مقصد ہے اکیڈ</w:t>
      </w:r>
    </w:p>
    <w:p>
      <w:r>
        <w:rPr>
          <w:b/>
        </w:rPr>
        <w:t xml:space="preserve">[01:16] </w:t>
      </w:r>
      <w:r>
        <w:t>mak research karna, atheism ka.</w:t>
      </w:r>
    </w:p>
    <w:p>
      <w:pPr>
        <w:jc w:val="right"/>
      </w:pPr>
      <w:r>
        <w:t>مک ریسرچ کرنا، اتھیزم کا۔</w:t>
      </w:r>
    </w:p>
    <w:p>
      <w:r>
        <w:rPr>
          <w:b/>
        </w:rPr>
        <w:t xml:space="preserve">[01:22] </w:t>
      </w:r>
      <w:r>
        <w:t>atheism ka academic research.</w:t>
      </w:r>
    </w:p>
    <w:p>
      <w:pPr>
        <w:jc w:val="right"/>
      </w:pPr>
      <w:r>
        <w:t>اتھیزم کا اکیڈمک ریسرچ۔</w:t>
      </w:r>
    </w:p>
    <w:p>
      <w:r>
        <w:rPr>
          <w:b/>
        </w:rPr>
        <w:t xml:space="preserve">[01:28] </w:t>
      </w:r>
      <w:r>
        <w:t>is ke liye yeh chair hai.</w:t>
      </w:r>
    </w:p>
    <w:p>
      <w:pPr>
        <w:jc w:val="right"/>
      </w:pPr>
      <w:r>
        <w:t>اس کے لیے یہ چیئر ہے۔</w:t>
      </w:r>
    </w:p>
    <w:p>
      <w:r>
        <w:rPr>
          <w:b/>
        </w:rPr>
        <w:t xml:space="preserve">[01:34] </w:t>
      </w:r>
      <w:r>
        <w:t>تو ان کا کہنا یہ ہے کہ atheism کو ابھی تک academic research کا subject نہیں بنایا گیا۔</w:t>
      </w:r>
    </w:p>
    <w:p>
      <w:pPr>
        <w:jc w:val="right"/>
      </w:pPr>
      <w:r>
        <w:t>تو ان کا کہنا یہ ہے کہ اتھیزم کو ابھی تک اکیڈمک ریسرچ کا سبجیکٹ نہیں بنایا گیا۔</w:t>
      </w:r>
    </w:p>
    <w:p>
      <w:r>
        <w:rPr>
          <w:b/>
        </w:rPr>
        <w:t xml:space="preserve">[01:40] </w:t>
      </w:r>
      <w:r>
        <w:t>تو وہ چاہتے ہیں کہ atheism academic research کا subject بنے</w:t>
      </w:r>
    </w:p>
    <w:p>
      <w:pPr>
        <w:jc w:val="right"/>
      </w:pPr>
      <w:r>
        <w:t>تو وہ چاہتے ہیں کہ اتھیزم اکیڈمک ریسرچ کا سبجیکٹ بن</w:t>
      </w:r>
    </w:p>
    <w:p>
      <w:r>
        <w:rPr>
          <w:b/>
        </w:rPr>
        <w:t xml:space="preserve">[01:46] </w:t>
      </w:r>
      <w:r>
        <w:t>e</w:t>
      </w:r>
    </w:p>
    <w:p>
      <w:pPr>
        <w:jc w:val="right"/>
      </w:pPr>
      <w:r>
        <w:t>ے۔</w:t>
      </w:r>
    </w:p>
    <w:p>
      <w:r>
        <w:rPr>
          <w:b/>
        </w:rPr>
        <w:t xml:space="preserve">[01:51] </w:t>
      </w:r>
      <w:r>
        <w:t>atheism kya hai? atheism, theism ka ulta hai.</w:t>
      </w:r>
    </w:p>
    <w:p>
      <w:pPr>
        <w:jc w:val="right"/>
      </w:pPr>
      <w:r>
        <w:t>اتھیزم کیا ہے؟ اتھیزم، تھیزم کا الٹا ہے۔</w:t>
      </w:r>
    </w:p>
    <w:p>
      <w:r>
        <w:rPr>
          <w:b/>
        </w:rPr>
        <w:t xml:space="preserve">[01:56] </w:t>
      </w:r>
      <w:r>
        <w:t>theism ka matlab hai with god.</w:t>
      </w:r>
    </w:p>
    <w:p>
      <w:pPr>
        <w:jc w:val="right"/>
      </w:pPr>
      <w:r>
        <w:t>تھیزم کا مطلب ہے ود گاڈ۔</w:t>
      </w:r>
    </w:p>
    <w:p>
      <w:r>
        <w:rPr>
          <w:b/>
        </w:rPr>
        <w:t xml:space="preserve">[02:01] </w:t>
      </w:r>
      <w:r>
        <w:t>atheism ka matlab hai without god.</w:t>
      </w:r>
    </w:p>
    <w:p>
      <w:pPr>
        <w:jc w:val="right"/>
      </w:pPr>
      <w:r>
        <w:t>اتھیزم کا مطلب ہے ودا آؤٹ گاڈ۔</w:t>
      </w:r>
    </w:p>
    <w:p>
      <w:r>
        <w:rPr>
          <w:b/>
        </w:rPr>
        <w:t xml:space="preserve">[02:06] </w:t>
      </w:r>
      <w:r>
        <w:t>yani khuda ko mannay ka mazhab jo hai woh theism hai.</w:t>
      </w:r>
    </w:p>
    <w:p>
      <w:pPr>
        <w:jc w:val="right"/>
      </w:pPr>
      <w:r>
        <w:t>یعنی خدا کو ماننے کا مذہب جو ہے وہ تھیزم ہے۔</w:t>
      </w:r>
    </w:p>
    <w:p>
      <w:r>
        <w:rPr>
          <w:b/>
        </w:rPr>
        <w:t xml:space="preserve">[02:11] </w:t>
      </w:r>
      <w:r>
        <w:t>aur khuda ko na mannay ka jo mazhab kahein agar us ko to</w:t>
      </w:r>
    </w:p>
    <w:p>
      <w:pPr>
        <w:jc w:val="right"/>
      </w:pPr>
      <w:r>
        <w:t>اور خدا کو نہ ماننے کا جو مذہب کہیں اگر اس کو تو</w:t>
      </w:r>
    </w:p>
    <w:p>
      <w:r>
        <w:rPr>
          <w:b/>
        </w:rPr>
        <w:t xml:space="preserve">[02:16] </w:t>
      </w:r>
      <w:r>
        <w:t>woh atheism hai.</w:t>
      </w:r>
    </w:p>
    <w:p>
      <w:pPr>
        <w:jc w:val="right"/>
      </w:pPr>
      <w:r>
        <w:t>وہ اتھیزم ہے۔</w:t>
      </w:r>
    </w:p>
    <w:p>
      <w:r>
        <w:rPr>
          <w:b/>
        </w:rPr>
        <w:t xml:space="preserve">[02:21] </w:t>
      </w:r>
      <w:r>
        <w:t>to is ko parh kar mein ne sochna shuru kiya.</w:t>
      </w:r>
    </w:p>
    <w:p>
      <w:pPr>
        <w:jc w:val="right"/>
      </w:pPr>
      <w:r>
        <w:t>تو اس کو پڑھ کر میں نے سوچنا شروع کیا۔</w:t>
      </w:r>
    </w:p>
    <w:p>
      <w:r>
        <w:rPr>
          <w:b/>
        </w:rPr>
        <w:t xml:space="preserve">[02:26] </w:t>
      </w:r>
      <w:r>
        <w:t>mein ne is par kafi parha hai is se pehle.</w:t>
      </w:r>
    </w:p>
    <w:p>
      <w:pPr>
        <w:jc w:val="right"/>
      </w:pPr>
      <w:r>
        <w:t>میں نے اس پر کافی پڑھا ہے اس سے پہلے۔</w:t>
      </w:r>
    </w:p>
    <w:p>
      <w:r>
        <w:rPr>
          <w:b/>
        </w:rPr>
        <w:t xml:space="preserve">[02:31] </w:t>
      </w:r>
      <w:r>
        <w:t>to atheism pehle dekh, koi subject nahi hai.</w:t>
      </w:r>
    </w:p>
    <w:p>
      <w:pPr>
        <w:jc w:val="right"/>
      </w:pPr>
      <w:r>
        <w:t>تو اتھیزم پہلے دیکھ، کوئی سبجیکٹ نہیں ہے۔</w:t>
      </w:r>
    </w:p>
    <w:p>
      <w:r>
        <w:rPr>
          <w:b/>
        </w:rPr>
        <w:t xml:space="preserve">[02:36] </w:t>
      </w:r>
      <w:r>
        <w:t>atheism koi subject nahi hai.</w:t>
      </w:r>
    </w:p>
    <w:p>
      <w:pPr>
        <w:jc w:val="right"/>
      </w:pPr>
      <w:r>
        <w:t>اتھیزم کوئی سبجیکٹ نہیں ہے۔</w:t>
      </w:r>
    </w:p>
    <w:p>
      <w:r>
        <w:rPr>
          <w:b/>
        </w:rPr>
        <w:t xml:space="preserve">[02:41] </w:t>
      </w:r>
      <w:r>
        <w:t>subject is liye nahi hai ke aap without god ko subject kaise banayein ge?</w:t>
      </w:r>
    </w:p>
    <w:p>
      <w:pPr>
        <w:jc w:val="right"/>
      </w:pPr>
      <w:r>
        <w:t>سبجیکٹ اس لیے نہیں ہے کہ آپ ودا آؤٹ گاڈ کو سبجیکٹ کیسے بنائیں گے؟</w:t>
      </w:r>
    </w:p>
    <w:p>
      <w:r>
        <w:rPr>
          <w:b/>
        </w:rPr>
        <w:t xml:space="preserve">[02:46] </w:t>
      </w:r>
      <w:r>
        <w:t>jab god ka jo creation hai, yeh duniya mein phaila hua hai.</w:t>
      </w:r>
    </w:p>
    <w:p>
      <w:pPr>
        <w:jc w:val="right"/>
      </w:pPr>
      <w:r>
        <w:t>جب گاڈ کا جو کریشن ہے، یہ دنیا میں پھیلا ہوا ہے۔</w:t>
      </w:r>
    </w:p>
    <w:p>
      <w:r>
        <w:rPr>
          <w:b/>
        </w:rPr>
        <w:t xml:space="preserve">[02:52] </w:t>
      </w:r>
      <w:r>
        <w:t>jaise aaj hi akhbar mein news aayi hai, discovery channel ke hawale se ke researchers ne pata paya</w:t>
      </w:r>
    </w:p>
    <w:p>
      <w:pPr>
        <w:jc w:val="right"/>
      </w:pPr>
      <w:r>
        <w:t>جیسے آج ہی اخبار میں نیوز آئی ہے، ڈسکوری چینل کے حوالے سے کہ ریسرچرز نے پتہ پایا</w:t>
      </w:r>
    </w:p>
    <w:p>
      <w:r>
        <w:rPr>
          <w:b/>
        </w:rPr>
        <w:t xml:space="preserve">[02:58] </w:t>
      </w:r>
      <w:r>
        <w:t>hai ke duniya mein taqreeban aik trillion species hain.</w:t>
      </w:r>
    </w:p>
    <w:p>
      <w:pPr>
        <w:jc w:val="right"/>
      </w:pPr>
      <w:r>
        <w:t>ہے کہ دنیا میں تقریباً ایک ٹریلین اسپیشیز ہیں۔</w:t>
      </w:r>
    </w:p>
    <w:p>
      <w:r>
        <w:rPr>
          <w:b/>
        </w:rPr>
        <w:t xml:space="preserve">[03:04] </w:t>
      </w:r>
      <w:r>
        <w:t>aik trillion species.</w:t>
      </w:r>
    </w:p>
    <w:p>
      <w:pPr>
        <w:jc w:val="right"/>
      </w:pPr>
      <w:r>
        <w:t>ایک ٹریلین اسپیشیز۔</w:t>
      </w:r>
    </w:p>
    <w:p>
      <w:r>
        <w:rPr>
          <w:b/>
        </w:rPr>
        <w:t xml:space="preserve">[03:10] </w:t>
      </w:r>
      <w:r>
        <w:t>ab ghor kijiye, is mein is mein</w:t>
      </w:r>
    </w:p>
    <w:p>
      <w:pPr>
        <w:jc w:val="right"/>
      </w:pPr>
      <w:r>
        <w:t>اب غور کیجئے، اس میں اس میں</w:t>
      </w:r>
    </w:p>
    <w:p>
      <w:r>
        <w:rPr>
          <w:b/>
        </w:rPr>
        <w:t xml:space="preserve">[03:16] </w:t>
      </w:r>
      <w:r>
        <w:t>chote bhi hain, bare bhi hain, har qism ke.</w:t>
      </w:r>
    </w:p>
    <w:p>
      <w:pPr>
        <w:jc w:val="right"/>
      </w:pPr>
      <w:r>
        <w:t>چھوٹے بھی ہیں، بڑے بھی ہیں، ہر قسم کے۔</w:t>
      </w:r>
    </w:p>
    <w:p>
      <w:r>
        <w:rPr>
          <w:b/>
        </w:rPr>
        <w:t xml:space="preserve">[03:22] </w:t>
      </w:r>
      <w:r>
        <w:t>to aik trillion species ke ilawa bohat sari hain is duniya mein cheezein.</w:t>
      </w:r>
    </w:p>
    <w:p>
      <w:pPr>
        <w:jc w:val="right"/>
      </w:pPr>
      <w:r>
        <w:t>تو ایک ٹریلین اسپیشیز کے علاوہ بہت ساری ہیں اس دنیا میں چیزیں۔</w:t>
      </w:r>
    </w:p>
    <w:p>
      <w:r>
        <w:rPr>
          <w:b/>
        </w:rPr>
        <w:t xml:space="preserve">[03:29] </w:t>
      </w:r>
      <w:r>
        <w:t>bohat sari cheezein hain.</w:t>
      </w:r>
    </w:p>
    <w:p>
      <w:pPr>
        <w:jc w:val="right"/>
      </w:pPr>
      <w:r>
        <w:t>بہت ساری چیزیں ہیں۔</w:t>
      </w:r>
    </w:p>
    <w:p>
      <w:r>
        <w:rPr>
          <w:b/>
        </w:rPr>
        <w:t xml:space="preserve">[03:35] </w:t>
      </w:r>
      <w:r>
        <w:t>zinda cheezein aur ghair zinda cheezein.</w:t>
      </w:r>
    </w:p>
    <w:p>
      <w:pPr>
        <w:jc w:val="right"/>
      </w:pPr>
      <w:r>
        <w:t>زندہ چیزیں اور غیر زندہ چیزیں۔</w:t>
      </w:r>
    </w:p>
    <w:p>
      <w:r>
        <w:rPr>
          <w:b/>
        </w:rPr>
        <w:t xml:space="preserve">[03:41] </w:t>
      </w:r>
      <w:r>
        <w:t>to itni bari kainat, itni sari chezen kaise paida ho gayin?</w:t>
      </w:r>
    </w:p>
    <w:p>
      <w:pPr>
        <w:jc w:val="right"/>
      </w:pPr>
      <w:r>
        <w:t>تو اتنی بڑی کائنات، اتنی ساری چیزیں کیسے پیدا ہوگئیں؟</w:t>
      </w:r>
    </w:p>
    <w:p>
      <w:r>
        <w:rPr>
          <w:b/>
        </w:rPr>
        <w:t xml:space="preserve">[03:47] </w:t>
      </w:r>
      <w:r>
        <w:t>kaise paida ho gayin? aur itna, itna zyada well controlled hain ke in mein kahin bhi koi gadbad nahi hota.</w:t>
      </w:r>
    </w:p>
    <w:p>
      <w:pPr>
        <w:jc w:val="right"/>
      </w:pPr>
      <w:r>
        <w:t>کیسے پیدا ہوگئیں؟ اور اتنا، اتنا زیادہ ویل کنٹرولڈ ہیں کہ ان میں کہیں بھی کوئی گڑبڑ نہیں ہوتا۔</w:t>
      </w:r>
    </w:p>
    <w:p>
      <w:r>
        <w:rPr>
          <w:b/>
        </w:rPr>
        <w:t xml:space="preserve">[03:57] </w:t>
      </w:r>
      <w:r>
        <w:t>koi problem nahi aata.</w:t>
      </w:r>
    </w:p>
    <w:p>
      <w:pPr>
        <w:jc w:val="right"/>
      </w:pPr>
      <w:r>
        <w:t>کوئی پرابلم نہیں آتا۔</w:t>
      </w:r>
    </w:p>
    <w:p>
      <w:r>
        <w:rPr>
          <w:b/>
        </w:rPr>
        <w:t xml:space="preserve">[04:07] </w:t>
      </w:r>
      <w:r>
        <w:t>to kaise yeh sab ho gaya? to main samajhta hoon ke yeh atheism</w:t>
      </w:r>
    </w:p>
    <w:p>
      <w:pPr>
        <w:jc w:val="right"/>
      </w:pPr>
      <w:r>
        <w:t>تو کیسے یہ سب ہو گیا؟ تو میں سمجھتا ہوں کہ یہ اتھیزم</w:t>
      </w:r>
    </w:p>
    <w:p>
      <w:r>
        <w:rPr>
          <w:b/>
        </w:rPr>
        <w:t xml:space="preserve">[04:17] </w:t>
      </w:r>
      <w:r>
        <w:t>ka jo concept hai, woh koi concept hi nahi. jahan tak main ne padha hai, sirf ek aadmi mujhe sarjeeda laga jo atheism ke concept wala aadmi. main logon ko sarjeeda nahi manta. greece mein, old greece mein, ek aadmi tha jo atheist tha, woh khuda ko nahi manta tha. woh lekin jab us ne kaha ke woh khuda ko nahi manta to us ko aisa laga ke jaise main yeh kahoon ke main apne baap ko nahi m</w:t>
      </w:r>
    </w:p>
    <w:p>
      <w:pPr>
        <w:jc w:val="right"/>
      </w:pPr>
      <w:r>
        <w:t>کا جو کانسیپٹ ہے، وہ کوئی کانسیپٹ ہی نہیں۔ جہاں تک میں نے پڑھا ہے، صرف ایک آدمی مجھے سرجیدہ لگا جو اتھیزم کے کانسیپٹ والا آدمی۔ میں لوگوں کو سرجیدہ نہیں مانتا۔ گریس میں، اولڈ گریس میں، ایک آدمی تھا جو اتھیسٹ تھا، وہ خدا کو نہیں مانتا تھا۔ وہ لیکن جب اس نے کہا کہ وہ خدا کو نہیں مانتا تو اس کو ایسا لگا کہ جیسے میں یہ کہوں کہ میں اپنے باپ کو نہیں م</w:t>
      </w:r>
    </w:p>
    <w:p>
      <w:r>
        <w:rPr>
          <w:b/>
        </w:rPr>
        <w:t xml:space="preserve">[04:47] </w:t>
      </w:r>
      <w:r>
        <w:t>inta.</w:t>
      </w:r>
    </w:p>
    <w:p>
      <w:pPr>
        <w:jc w:val="right"/>
      </w:pPr>
      <w:r>
        <w:t>انتا۔</w:t>
      </w:r>
    </w:p>
    <w:p>
      <w:r>
        <w:rPr>
          <w:b/>
        </w:rPr>
        <w:t xml:space="preserve">[04:52] </w:t>
      </w:r>
      <w:r>
        <w:t>to agar baap ko main na manoon to mujhe apne liye starting point nahi milta.</w:t>
      </w:r>
    </w:p>
    <w:p>
      <w:pPr>
        <w:jc w:val="right"/>
      </w:pPr>
      <w:r>
        <w:t>تو اگر باپ کو میں نہ مانوں تو مجھے اپنے لیے اسٹارٹنگ پوائنٹ نہیں ملتا۔</w:t>
      </w:r>
    </w:p>
    <w:p>
      <w:r>
        <w:rPr>
          <w:b/>
        </w:rPr>
        <w:t xml:space="preserve">[04:57] </w:t>
      </w:r>
      <w:r>
        <w:t>kahan se mashoor? kahan se shuru karoon aap apni zindagi ko? main koi bhi shakhs agar apne baap</w:t>
      </w:r>
    </w:p>
    <w:p>
      <w:pPr>
        <w:jc w:val="right"/>
      </w:pPr>
      <w:r>
        <w:t>کہاں سے مشہور؟ کہاں سے شروع کروں آپ اپنی زندگی کو؟ میں کوئی بھی شخص اگر اپنے باپ</w:t>
      </w:r>
    </w:p>
    <w:p>
      <w:r>
        <w:rPr>
          <w:b/>
        </w:rPr>
        <w:t xml:space="preserve">[05:02] </w:t>
      </w:r>
      <w:r>
        <w:t>ko na manay, apni maan ko na manay to is ka matlab kya hai? saada nahi hai yeh.</w:t>
      </w:r>
    </w:p>
    <w:p>
      <w:pPr>
        <w:jc w:val="right"/>
      </w:pPr>
      <w:r>
        <w:t>کو نہ مانے، اپنی ماں کو نہ مانے تو اس کا مطلب کیا ہے؟ سادہ نہیں ہے یہ۔</w:t>
      </w:r>
    </w:p>
    <w:p>
      <w:r>
        <w:rPr>
          <w:b/>
        </w:rPr>
        <w:t xml:space="preserve">[05:07] </w:t>
      </w:r>
      <w:r>
        <w:t>is ka matlab hai ke aap ko apni zindagi ke liye starting point nahi mila hai.</w:t>
      </w:r>
    </w:p>
    <w:p>
      <w:pPr>
        <w:jc w:val="right"/>
      </w:pPr>
      <w:r>
        <w:t>اس کا مطلب ہے کہ آپ کو اپنی زندگی کے لیے اسٹارٹنگ پوائنٹ نہیں ملا ہے۔</w:t>
      </w:r>
    </w:p>
    <w:p>
      <w:r>
        <w:rPr>
          <w:b/>
        </w:rPr>
        <w:t xml:space="preserve">[05:12] </w:t>
      </w:r>
      <w:r>
        <w:t>aise hi sari universe ke liye aap khud manen ke khuda nahi koi to aap ko</w:t>
      </w:r>
    </w:p>
    <w:p>
      <w:pPr>
        <w:jc w:val="right"/>
      </w:pPr>
      <w:r>
        <w:t>ایسے ہی سارے یونیورس کے لیے آپ خود مانیں کہ خدا نہیں کوئی تو آپ کو</w:t>
      </w:r>
    </w:p>
    <w:p>
      <w:r>
        <w:rPr>
          <w:b/>
        </w:rPr>
        <w:t xml:space="preserve">[05:17] </w:t>
      </w:r>
      <w:r>
        <w:t>starting point nahi milta. to woh aadmi jo tha greece mein, woh pier pe charh gaya. aise hi pier pe charh ke baitha hua tha woh. to kisi ne dekha ke ek aadmi upar charh kar baitha hua hai to us ne poocha ke tum kaun ho? wahan baithe ho? to us ne kaha yeh to main nahi jaanta ke main kaun hoon. to yahan aa ke baith gaya hoon. to</w:t>
      </w:r>
    </w:p>
    <w:p>
      <w:pPr>
        <w:jc w:val="right"/>
      </w:pPr>
      <w:r>
        <w:t>اسٹارٹنگ پوائنٹ نہیں ملتا۔ تو وہ آدمی جو تھا گریس میں، وہ پیئر پہ چڑھ گیا۔ ایسے ہی پیئر پہ چڑھ کے بیٹھا ہوا تھا وہ۔ تو کسی نے دیکھا کہ ایک آدمی اوپر چڑھ کر بیٹھا ہوا ہے تو اس نے پوچھا کہ تم کون ہو؟ وہاں بیٹھے ہو؟ تو اس نے کہا یہ تو میں نہیں جانتا کہ میں کون ہوں۔ تو یہاں آ کے بیٹھ گیا ہوں۔ تو</w:t>
      </w:r>
    </w:p>
    <w:p>
      <w:r>
        <w:rPr>
          <w:b/>
        </w:rPr>
        <w:t xml:space="preserve">[05:47] </w:t>
      </w:r>
      <w:r>
        <w:t>woh bohat serious aadmi tha, serious.</w:t>
      </w:r>
    </w:p>
    <w:p>
      <w:pPr>
        <w:jc w:val="right"/>
      </w:pPr>
      <w:r>
        <w:t>وہ بہت سیریس آدمی تھا، سیریس۔</w:t>
      </w:r>
    </w:p>
    <w:p>
      <w:r>
        <w:rPr>
          <w:b/>
        </w:rPr>
        <w:t xml:space="preserve">[05:52] </w:t>
      </w:r>
      <w:r>
        <w:t>isko mehsoos hua ke agar main khuda ko na manoon to is ka matlab hai ke main</w:t>
      </w:r>
    </w:p>
    <w:p>
      <w:pPr>
        <w:jc w:val="right"/>
      </w:pPr>
      <w:r>
        <w:t>اس کو محسوس ہوا کہ اگر میں خدا کو نہ مانوں تو اس کا مطلب ہے کہ میں</w:t>
      </w:r>
    </w:p>
    <w:p>
      <w:r>
        <w:rPr>
          <w:b/>
        </w:rPr>
        <w:t xml:space="preserve">[05:56] </w:t>
      </w:r>
      <w:r>
        <w:t>khaliq ko nahi manta.</w:t>
      </w:r>
    </w:p>
    <w:p>
      <w:pPr>
        <w:jc w:val="right"/>
      </w:pPr>
      <w:r>
        <w:t>خالق کو نہیں مانتا۔</w:t>
      </w:r>
    </w:p>
    <w:p>
      <w:r>
        <w:rPr>
          <w:b/>
        </w:rPr>
        <w:t xml:space="preserve">[06:00] </w:t>
      </w:r>
      <w:r>
        <w:t>to main apne ko kaise manoon? jab main khaliq ko na manoon to main apne ko kaise manoon?</w:t>
      </w:r>
    </w:p>
    <w:p>
      <w:pPr>
        <w:jc w:val="right"/>
      </w:pPr>
      <w:r>
        <w:t>تو میں اپنے کو کیسے مانوں؟ جب میں خالق کو نہ مانوں تو میں اپنے کو کیسے مانوں؟</w:t>
      </w:r>
    </w:p>
    <w:p>
      <w:r>
        <w:rPr>
          <w:b/>
        </w:rPr>
        <w:t xml:space="preserve">[06:05] </w:t>
      </w:r>
      <w:r>
        <w:t>to khud apne liye mujhe koi starting point nahi milta.</w:t>
      </w:r>
    </w:p>
    <w:p>
      <w:pPr>
        <w:jc w:val="right"/>
      </w:pPr>
      <w:r>
        <w:t>تو خود اپنے لیے مجھے کوئی سٹارٹنگ پوائنٹ نہیں ملتا۔</w:t>
      </w:r>
    </w:p>
    <w:p>
      <w:r>
        <w:rPr>
          <w:b/>
        </w:rPr>
        <w:t xml:space="preserve">[06:09] </w:t>
      </w:r>
      <w:r>
        <w:t>to main samajhta hoon ke yeh koi nazariya nahi hai.</w:t>
      </w:r>
    </w:p>
    <w:p>
      <w:pPr>
        <w:jc w:val="right"/>
      </w:pPr>
      <w:r>
        <w:t>تو میں سمجھتا ہوں کہ یہ کوئی نظریہ نہیں ہے۔</w:t>
      </w:r>
    </w:p>
    <w:p>
      <w:r>
        <w:rPr>
          <w:b/>
        </w:rPr>
        <w:t xml:space="preserve">[06:14] </w:t>
      </w:r>
      <w:r>
        <w:t>researchers agar serious honge waqai</w:t>
      </w:r>
    </w:p>
    <w:p>
      <w:pPr>
        <w:jc w:val="right"/>
      </w:pPr>
      <w:r>
        <w:t>ریسرچرز اگر سیریس ہوں گے واقعی</w:t>
      </w:r>
    </w:p>
    <w:p>
      <w:r>
        <w:rPr>
          <w:b/>
        </w:rPr>
        <w:t xml:space="preserve">[06:18] </w:t>
      </w:r>
      <w:r>
        <w:t>to woh kisi nisbat ko nahi pahunchenge.</w:t>
      </w:r>
    </w:p>
    <w:p>
      <w:pPr>
        <w:jc w:val="right"/>
      </w:pPr>
      <w:r>
        <w:t>تو وہ کسی نسبت کو نہیں پہنچیں گے۔</w:t>
      </w:r>
    </w:p>
    <w:p>
      <w:r>
        <w:rPr>
          <w:b/>
        </w:rPr>
        <w:t xml:space="preserve">[06:23] </w:t>
      </w:r>
      <w:r>
        <w:t>wohi pahunchenge ke darakht pe charh jayen, woh kahein ke bhai pata nahi kya cheez hai.</w:t>
      </w:r>
    </w:p>
    <w:p>
      <w:pPr>
        <w:jc w:val="right"/>
      </w:pPr>
      <w:r>
        <w:t>وہی پہنچیں گے کہ درخت پہ چڑھ جائیں، وہ کہیں کہ بھئی پتہ نہیں کیا چیز ہے۔</w:t>
      </w:r>
    </w:p>
    <w:p>
      <w:r>
        <w:rPr>
          <w:b/>
        </w:rPr>
        <w:t xml:space="preserve">[06:29] </w:t>
      </w:r>
      <w:r>
        <w:t>main yahan yeh arz karoon ga ke modern science se pehle ya 20 century se pehle yeh kehne</w:t>
      </w:r>
    </w:p>
    <w:p>
      <w:pPr>
        <w:jc w:val="right"/>
      </w:pPr>
      <w:r>
        <w:t>میں یہاں یہ عرض کروں گا کہ ماڈرن سائنس سے پہلے یا 20 سینچری سے پہلے یہ کہنے</w:t>
      </w:r>
    </w:p>
    <w:p>
      <w:r>
        <w:rPr>
          <w:b/>
        </w:rPr>
        <w:t xml:space="preserve">[06:34] </w:t>
      </w:r>
      <w:r>
        <w:t>ki koi maani thay ke khuda nahi hai.</w:t>
      </w:r>
    </w:p>
    <w:p>
      <w:pPr>
        <w:jc w:val="right"/>
      </w:pPr>
      <w:r>
        <w:t>کی کوئی معنی تھے کہ خدا نہیں ہے۔</w:t>
      </w:r>
    </w:p>
    <w:p>
      <w:r>
        <w:rPr>
          <w:b/>
        </w:rPr>
        <w:t xml:space="preserve">[06:39] </w:t>
      </w:r>
      <w:r>
        <w:t>ab to is ki koi maani nahi hai yeh kehne ki.</w:t>
      </w:r>
    </w:p>
    <w:p>
      <w:pPr>
        <w:jc w:val="right"/>
      </w:pPr>
      <w:r>
        <w:t>اب تو اس کی کوئی معنی نہیں ہے یہ کہنے کی۔</w:t>
      </w:r>
    </w:p>
    <w:p>
      <w:r>
        <w:rPr>
          <w:b/>
        </w:rPr>
        <w:t xml:space="preserve">[06:44] </w:t>
      </w:r>
      <w:r>
        <w:t>quran mein aik ayat thi: "afala shakka fatir al-samawat"</w:t>
      </w:r>
    </w:p>
    <w:p>
      <w:pPr>
        <w:jc w:val="right"/>
      </w:pPr>
      <w:r>
        <w:t>قرآن میں ایک آیت تھی: "افلا شک فاطر السماوات"</w:t>
      </w:r>
    </w:p>
    <w:p>
      <w:r>
        <w:rPr>
          <w:b/>
        </w:rPr>
        <w:t xml:space="preserve">[06:49] </w:t>
      </w:r>
      <w:r>
        <w:t>—</w:t>
      </w:r>
    </w:p>
    <w:p>
      <w:pPr>
        <w:jc w:val="right"/>
      </w:pPr>
      <w:r>
        <w:t>۔</w:t>
      </w:r>
    </w:p>
    <w:p>
      <w:r>
        <w:rPr>
          <w:b/>
        </w:rPr>
        <w:t xml:space="preserve">[06:55] </w:t>
      </w:r>
      <w:r>
        <w:t>kya tum ko shakk hai is khuda ke baray mein jo zameen o asman ka fatir hai, paida</w:t>
      </w:r>
    </w:p>
    <w:p>
      <w:pPr>
        <w:jc w:val="right"/>
      </w:pPr>
      <w:r>
        <w:t>کیا تم کو شک ہے اس خدا کے بارے میں جو زمین و آسمان کا فاطر ہے، پیدا</w:t>
      </w:r>
    </w:p>
    <w:p>
      <w:r>
        <w:rPr>
          <w:b/>
        </w:rPr>
        <w:t xml:space="preserve">[07:02] </w:t>
      </w:r>
      <w:r>
        <w:t>karne wala hai? to main samajhta hoon yeh baat mustaqbil ke aitbar se thi.</w:t>
      </w:r>
    </w:p>
    <w:p>
      <w:pPr>
        <w:jc w:val="right"/>
      </w:pPr>
      <w:r>
        <w:t>کرنے والا ہے؟ تو میں سمجھتا ہوں یہ بات مستقبل کے اعتبار سے تھی۔</w:t>
      </w:r>
    </w:p>
    <w:p>
      <w:r>
        <w:rPr>
          <w:b/>
        </w:rPr>
        <w:t xml:space="preserve">[07:08] </w:t>
      </w:r>
      <w:r>
        <w:t>mustaqbil ke mani hain 21 century, 20 century ke aitbar se.</w:t>
      </w:r>
    </w:p>
    <w:p>
      <w:pPr>
        <w:jc w:val="right"/>
      </w:pPr>
      <w:r>
        <w:t>مستقبل کے معنی ہیں 21 سینچری، 20 سینچری کے اعتبار سے۔</w:t>
      </w:r>
    </w:p>
    <w:p>
      <w:r>
        <w:rPr>
          <w:b/>
        </w:rPr>
        <w:t xml:space="preserve">[07:14] </w:t>
      </w:r>
      <w:r>
        <w:t>kyunke aap jante hain ke 20 century ke first quarter mein yeh discovery hui jo establish ho gayi</w:t>
      </w:r>
    </w:p>
    <w:p>
      <w:pPr>
        <w:jc w:val="right"/>
      </w:pPr>
      <w:r>
        <w:t>کیونکہ آپ جانتے ہیں کہ 20 سینچری کے فرسٹ کوارٹر میں یہ ڈسکوری ہوئی جو اسٹیبلش ہو گئی</w:t>
      </w:r>
    </w:p>
    <w:p>
      <w:r>
        <w:rPr>
          <w:b/>
        </w:rPr>
        <w:t xml:space="preserve">[07:20] </w:t>
      </w:r>
      <w:r>
        <w:t>ke duniya ki tareekh jo hai is ka aghaz 13 billion saal pehle hua hai.</w:t>
      </w:r>
    </w:p>
    <w:p>
      <w:pPr>
        <w:jc w:val="right"/>
      </w:pPr>
      <w:r>
        <w:t>کہ دنیا کی تاریخ جو ہے اس کا آغاز 13 بلین سال پہلے ہوا ہے۔</w:t>
      </w:r>
    </w:p>
    <w:p>
      <w:r>
        <w:rPr>
          <w:b/>
        </w:rPr>
        <w:t xml:space="preserve">[07:28] </w:t>
      </w:r>
      <w:r>
        <w:t>ek cosmic ball aaya space mein, is mein explosion hua, phir sari duniya bani.</w:t>
      </w:r>
    </w:p>
    <w:p>
      <w:pPr>
        <w:jc w:val="right"/>
      </w:pPr>
      <w:r>
        <w:t>ایک کاسمک بال آیا اسپیس میں، اس میں ایکسپلوژن ہوا، پھر ساری دنیا بنی۔</w:t>
      </w:r>
    </w:p>
    <w:p>
      <w:r>
        <w:rPr>
          <w:b/>
        </w:rPr>
        <w:t xml:space="preserve">[07:36] </w:t>
      </w:r>
      <w:r>
        <w:t>is ka matlab kya hai ke 13 billion saal se pehle duniya thi hi nahin.</w:t>
      </w:r>
    </w:p>
    <w:p>
      <w:pPr>
        <w:jc w:val="right"/>
      </w:pPr>
      <w:r>
        <w:t>اس کا مطلب کیا ہے کہ 13 بلین سال سے پہلے دنیا تھی ہی نہیں۔</w:t>
      </w:r>
    </w:p>
    <w:p>
      <w:r>
        <w:rPr>
          <w:b/>
        </w:rPr>
        <w:t xml:space="preserve">[07:43] </w:t>
      </w:r>
      <w:r>
        <w:t>yahan sirf yaani vacuum tha, khala tha.</w:t>
      </w:r>
    </w:p>
    <w:p>
      <w:pPr>
        <w:jc w:val="right"/>
      </w:pPr>
      <w:r>
        <w:t>یہاں صرف یعنی ویکیوم تھا، خلا تھا۔</w:t>
      </w:r>
    </w:p>
    <w:p>
      <w:r>
        <w:rPr>
          <w:b/>
        </w:rPr>
        <w:t xml:space="preserve">[07:51] </w:t>
      </w:r>
      <w:r>
        <w:t>to yeh jab se daryaft hui hai to woh nazariya khatam ho gaya. ab atheist ko nazariya kyun ke jab 13 billion saal pehle kuch nahi tha, kuch nahi tha, kuch nahi tha, phir kahan se aa gaya? phir kahan se aa gaya? kahan se cosmic ball aaya? kahan se is mein explosion hua? aur phir kaise saare particle jo hai is se saari universe bani? to 13 billion saal pehle kyun ke ek vacuum tha,</w:t>
      </w:r>
    </w:p>
    <w:p>
      <w:pPr>
        <w:jc w:val="right"/>
      </w:pPr>
      <w:r>
        <w:t>تو یہ جب سے دریافت ہوئی ہے تو وہ نظریہ ختم ہو گیا۔ اب اتھیسٹ کو نظریہ کیونکہ جب 13 بلین سال پہلے کچھ نہیں تھا، کچھ نہیں تھا، کچھ نہیں تھا، پھر کہاں سے آ گیا؟ پھر کہاں سے آ گیا؟ کہاں سے کاسمک بال آیا؟ کہاں سے اس میں ایکسپلوژن ہوا؟ اور پھر کیسے سارے پارٹیکل جو ہے اس سے ساری یونیورس بنی؟ تو 13 بلین سال پہلے کیونکہ ایک ویکیوم تھا،</w:t>
      </w:r>
    </w:p>
    <w:p>
      <w:r>
        <w:rPr>
          <w:b/>
        </w:rPr>
        <w:t xml:space="preserve">[08:21] </w:t>
      </w:r>
      <w:r>
        <w:t>us waqt is kahani ke mani ho sakte the.</w:t>
      </w:r>
    </w:p>
    <w:p>
      <w:pPr>
        <w:jc w:val="right"/>
      </w:pPr>
      <w:r>
        <w:t>اس وقت اس کہانی کے معنی ہو سکتے تھے۔</w:t>
      </w:r>
    </w:p>
    <w:p>
      <w:r>
        <w:rPr>
          <w:b/>
        </w:rPr>
        <w:t xml:space="preserve">[08:26] </w:t>
      </w:r>
      <w:r>
        <w:t>ab to is kahani ke mani nahin hain.</w:t>
      </w:r>
    </w:p>
    <w:p>
      <w:pPr>
        <w:jc w:val="right"/>
      </w:pPr>
      <w:r>
        <w:t>اب تو اس کہانی کے معنی نہیں ہیں۔</w:t>
      </w:r>
    </w:p>
    <w:p>
      <w:r>
        <w:rPr>
          <w:b/>
        </w:rPr>
        <w:t xml:space="preserve">[08:31] </w:t>
      </w:r>
      <w:r>
        <w:t>kyunke aap agar aap 13 billion saal ke peechay chale jayen to achaanak aap dekhenge achaanak ek</w:t>
      </w:r>
    </w:p>
    <w:p>
      <w:pPr>
        <w:jc w:val="right"/>
      </w:pPr>
      <w:r>
        <w:t>کیونکہ آپ اگر آپ 13 بلین سال کے پیچھے چلے جائیں تو اچانک آپ دیکھیں گے اچانک ایک</w:t>
      </w:r>
    </w:p>
    <w:p>
      <w:r>
        <w:rPr>
          <w:b/>
        </w:rPr>
        <w:t xml:space="preserve">[08:35] </w:t>
      </w:r>
      <w:r>
        <w:t>ek explosion hota hai.</w:t>
      </w:r>
    </w:p>
    <w:p>
      <w:pPr>
        <w:jc w:val="right"/>
      </w:pPr>
      <w:r>
        <w:t>ایک ایکسپلوژن ہوتا ہے۔</w:t>
      </w:r>
    </w:p>
    <w:p>
      <w:r>
        <w:rPr>
          <w:b/>
        </w:rPr>
        <w:t xml:space="preserve">[08:40] </w:t>
      </w:r>
      <w:r>
        <w:t>ek cosmic ball aata hai, is mein explosion hota hai.</w:t>
      </w:r>
    </w:p>
    <w:p>
      <w:pPr>
        <w:jc w:val="right"/>
      </w:pPr>
      <w:r>
        <w:t>ایک کاسمک بال آتا ہے، اس میں ایکسپلوژن ہوتا ہے۔</w:t>
      </w:r>
    </w:p>
    <w:p>
      <w:r>
        <w:rPr>
          <w:b/>
        </w:rPr>
        <w:t xml:space="preserve">[08:45] </w:t>
      </w:r>
      <w:r>
        <w:t>aur phir sare particle phail jatay hain universe mein.</w:t>
      </w:r>
    </w:p>
    <w:p>
      <w:pPr>
        <w:jc w:val="right"/>
      </w:pPr>
      <w:r>
        <w:t>اور پھر سارے پارٹیکل پھیل جاتے ہیں یونیورس میں۔</w:t>
      </w:r>
    </w:p>
    <w:p>
      <w:r>
        <w:rPr>
          <w:b/>
        </w:rPr>
        <w:t xml:space="preserve">[08:49] </w:t>
      </w:r>
      <w:r>
        <w:t>aur aur galaxy banti hai, solar system banta hai, zameen banti hai, sari cheezen banti hain.</w:t>
      </w:r>
    </w:p>
    <w:p>
      <w:pPr>
        <w:jc w:val="right"/>
      </w:pPr>
      <w:r>
        <w:t>اور اور گلیکسی بنتی ہے، سولر سسٹم بنتا ہے، زمین بنتی ہے، ساری چیزیں بنتی ہیں۔</w:t>
      </w:r>
    </w:p>
    <w:p>
      <w:r>
        <w:rPr>
          <w:b/>
        </w:rPr>
        <w:t xml:space="preserve">[08:54] </w:t>
      </w:r>
      <w:r>
        <w:t>to ab to yeh kehne ka koi mani nahin reh gaya ke Khuda nahin hai.</w:t>
      </w:r>
    </w:p>
    <w:p>
      <w:pPr>
        <w:jc w:val="right"/>
      </w:pPr>
      <w:r>
        <w:t>تو اب تو یہ کہنے کا کوئی معنی نہیں رہ گیا کہ خدا نہیں ہے۔</w:t>
      </w:r>
    </w:p>
    <w:p>
      <w:r>
        <w:rPr>
          <w:b/>
        </w:rPr>
        <w:t xml:space="preserve">[08:59] </w:t>
      </w:r>
      <w:r>
        <w:t>Khuda nahin hai to 13 billion saal pehle kaise beginning hui? to philosophers yeh kehte thay pehle jo</w:t>
      </w:r>
    </w:p>
    <w:p>
      <w:pPr>
        <w:jc w:val="right"/>
      </w:pPr>
      <w:r>
        <w:t>خدا نہیں ہے تو 13 بلین سال پہلے کیسے بگننگ ہوئی؟ تو فلاسفہ یہ کہتے تھے پہلے جو</w:t>
      </w:r>
    </w:p>
    <w:p>
      <w:r>
        <w:rPr>
          <w:b/>
        </w:rPr>
        <w:t xml:space="preserve">[09:04] </w:t>
      </w:r>
      <w:r>
        <w:t>philosophers nahin mante thay Khuda ko ke duniya qadeem hai.</w:t>
      </w:r>
    </w:p>
    <w:p>
      <w:pPr>
        <w:jc w:val="right"/>
      </w:pPr>
      <w:r>
        <w:t>فلاسفہ نہیں مانتے تھے خدا کو کہ دنیا قدیم ہے۔</w:t>
      </w:r>
    </w:p>
    <w:p>
      <w:r>
        <w:rPr>
          <w:b/>
        </w:rPr>
        <w:t xml:space="preserve">[09:09] </w:t>
      </w:r>
      <w:r>
        <w:t>qadeem ke mani hain duniya hamesha se chali aa rahi hai, hamesha chalti rahe gi.</w:t>
      </w:r>
    </w:p>
    <w:p>
      <w:pPr>
        <w:jc w:val="right"/>
      </w:pPr>
      <w:r>
        <w:t>قدیم کے معنی ہیں دنیا ہمیشہ سے چلی آ رہی ہے، ہمیشہ چلتی رہے گی۔</w:t>
      </w:r>
    </w:p>
    <w:p>
      <w:r>
        <w:rPr>
          <w:b/>
        </w:rPr>
        <w:t xml:space="preserve">[09:14] </w:t>
      </w:r>
      <w:r>
        <w:t>jis tarah hamara aqeedah hai ke Khuda qadeem hai, to woh kehte hain ke yeh duniya qadeem hai.</w:t>
      </w:r>
    </w:p>
    <w:p>
      <w:pPr>
        <w:jc w:val="right"/>
      </w:pPr>
      <w:r>
        <w:t>جس طرح ہمارا عقیدہ ہے کہ خدا قدیم ہے، تو وہ کہتے ہیں کہ یہ دنیا قدیم ہے۔</w:t>
      </w:r>
    </w:p>
    <w:p>
      <w:r>
        <w:rPr>
          <w:b/>
        </w:rPr>
        <w:t xml:space="preserve">[09:19] </w:t>
      </w:r>
      <w:r>
        <w:t>to jab hamesha se maan liya unhon ne</w:t>
      </w:r>
    </w:p>
    <w:p>
      <w:pPr>
        <w:jc w:val="right"/>
      </w:pPr>
      <w:r>
        <w:t>تو جب ہمیشہ سے مان لیا انہوں نے</w:t>
      </w:r>
    </w:p>
    <w:p>
      <w:r>
        <w:rPr>
          <w:b/>
        </w:rPr>
        <w:t xml:space="preserve">[09:24] </w:t>
      </w:r>
      <w:r>
        <w:t>to phir unhon nay samjha ke ab Khuda ko mannay ki zaroorat hi nahi. lekin jab scientific study nay, scientific discovery nay yeh bataya ke dunya qadeem nahi hai, yeh to 13 billion saal pehlay se shuru hui, to yeh jo nazariya tha pehlay ke dunya qadeem hai, woh to khatam ho gaya. woh saaray nazariyat ab ab hum aam mashhoor ho gay. ab to aap ko maan</w:t>
      </w:r>
    </w:p>
    <w:p>
      <w:pPr>
        <w:jc w:val="right"/>
      </w:pPr>
      <w:r>
        <w:t>تو پھر انہوں نے سمجھا کہ اب خدا کو ماننے کی ضرورت ہی نہیں۔ لیکن جب سائنٹیفک اسٹڈی نے، سائنٹیفک ڈسکوری نے یہ بتایا کہ دنیا قدیم نہیں ہے، یہ تو 13 بلین سال پہلے سے شروع ہوئی، تو یہ جو نظریہ تھا پہلے کہ دنیا قدیم ہے، وہ تو ختم ہو گیا۔ وہ سارے نظریات اب اب ہم عام مشہور ہو گئے۔ اب تو آپ کو مان</w:t>
      </w:r>
    </w:p>
    <w:p>
      <w:r>
        <w:rPr>
          <w:b/>
        </w:rPr>
        <w:t xml:space="preserve">[09:54] </w:t>
      </w:r>
      <w:r>
        <w:t>na hi parhe ga ke koi koi khaliq hai, koi creator hai jis ne 13 billion saal pehle</w:t>
      </w:r>
    </w:p>
    <w:p>
      <w:pPr>
        <w:jc w:val="right"/>
      </w:pPr>
      <w:r>
        <w:t>نا ہی پڑے گا کہ کوئی کوئی خالق ہے، کوئی کریٹر ہے جس نے 13 بلین سال پہلے</w:t>
      </w:r>
    </w:p>
    <w:p>
      <w:r>
        <w:rPr>
          <w:b/>
        </w:rPr>
        <w:t xml:space="preserve">[09:59] </w:t>
      </w:r>
      <w:r>
        <w:t>is ka aghaz kiya.</w:t>
      </w:r>
    </w:p>
    <w:p>
      <w:pPr>
        <w:jc w:val="right"/>
      </w:pPr>
      <w:r>
        <w:t>اس کا آغاز کیا۔</w:t>
      </w:r>
    </w:p>
    <w:p>
      <w:r>
        <w:rPr>
          <w:b/>
        </w:rPr>
        <w:t xml:space="preserve">[10:05] </w:t>
      </w:r>
      <w:r>
        <w:t>to aghaz se pehle kisi ko manna parhe ga.</w:t>
      </w:r>
    </w:p>
    <w:p>
      <w:pPr>
        <w:jc w:val="right"/>
      </w:pPr>
      <w:r>
        <w:t>تو آغاز سے پہلے کسی کو ماننا پڑے گا۔</w:t>
      </w:r>
    </w:p>
    <w:p>
      <w:r>
        <w:rPr>
          <w:b/>
        </w:rPr>
        <w:t xml:space="preserve">[10:10] </w:t>
      </w:r>
      <w:r>
        <w:t>to yeh modern science ne bohat si cheezon ko discipline kar diya hai.</w:t>
      </w:r>
    </w:p>
    <w:p>
      <w:pPr>
        <w:jc w:val="right"/>
      </w:pPr>
      <w:r>
        <w:t>تو یہ ماڈرن سائنس نے بہت سی چیزوں کو ڈسپل کر دیا ہے۔</w:t>
      </w:r>
    </w:p>
    <w:p>
      <w:r>
        <w:rPr>
          <w:b/>
        </w:rPr>
        <w:t xml:space="preserve">[10:15] </w:t>
      </w:r>
      <w:r>
        <w:t>bohat se supposition ko, bohat se khud sakhta khayalat ko discipline kar diya hai.</w:t>
      </w:r>
    </w:p>
    <w:p>
      <w:pPr>
        <w:jc w:val="right"/>
      </w:pPr>
      <w:r>
        <w:t>بہت سے سپوسیشن کو، بہت سے خود ساختہ خیالات کو ڈسپل کر دیا ہے۔</w:t>
      </w:r>
    </w:p>
    <w:p>
      <w:r>
        <w:rPr>
          <w:b/>
        </w:rPr>
        <w:t xml:space="preserve">[10:20] </w:t>
      </w:r>
      <w:r>
        <w:t>inhi mein se aik aik bhi hai ke dunya qadeem hai, is liye is ka koi khaliq</w:t>
      </w:r>
    </w:p>
    <w:p>
      <w:pPr>
        <w:jc w:val="right"/>
      </w:pPr>
      <w:r>
        <w:t>انہی میں سے ایک ایک بھی ہے کہ دنیا قدیم ہے، اس لیے اس کا کوئی خالق</w:t>
      </w:r>
    </w:p>
    <w:p>
      <w:r>
        <w:rPr>
          <w:b/>
        </w:rPr>
        <w:t xml:space="preserve">[10:25] </w:t>
      </w:r>
      <w:r>
        <w:t>mannay ki zaroorat nahi hai.</w:t>
      </w:r>
    </w:p>
    <w:p>
      <w:pPr>
        <w:jc w:val="right"/>
      </w:pPr>
      <w:r>
        <w:t>ماننے کی ضرورت نہیں ہے۔</w:t>
      </w:r>
    </w:p>
    <w:p>
      <w:r>
        <w:rPr>
          <w:b/>
        </w:rPr>
        <w:t xml:space="preserve">[10:31] </w:t>
      </w:r>
      <w:r>
        <w:t>aur aap ko yeh maloom hoga ke yeh jis ko kehte hain big bang.</w:t>
      </w:r>
    </w:p>
    <w:p>
      <w:pPr>
        <w:jc w:val="right"/>
      </w:pPr>
      <w:r>
        <w:t>اور آپ کو یہ معلوم ہوگا کہ یہ جس کو کہتے ہیں بگ بینگ۔</w:t>
      </w:r>
    </w:p>
    <w:p>
      <w:r>
        <w:rPr>
          <w:b/>
        </w:rPr>
        <w:t xml:space="preserve">[10:37] </w:t>
      </w:r>
      <w:r>
        <w:t>big bang ab aik established theory hai science mein.</w:t>
      </w:r>
    </w:p>
    <w:p>
      <w:pPr>
        <w:jc w:val="right"/>
      </w:pPr>
      <w:r>
        <w:t>بگ بینگ اب ایک اسٹیبلش نظریہ ہے سائنس میں۔</w:t>
      </w:r>
    </w:p>
    <w:p>
      <w:r>
        <w:rPr>
          <w:b/>
        </w:rPr>
        <w:t xml:space="preserve">[10:44] </w:t>
      </w:r>
      <w:r>
        <w:t>kyun ke aisi lehrein pakri gayi hain, daryaft ki gayi hain jo explosion ke waqt nikli theen.</w:t>
      </w:r>
    </w:p>
    <w:p>
      <w:pPr>
        <w:jc w:val="right"/>
      </w:pPr>
      <w:r>
        <w:t>کیونکہ ایسی لہریں پکڑی گئی ہیں، دریافت کی گئی ہیں جو ایکسپلوژن کے وقت نکلی تھیں۔</w:t>
      </w:r>
    </w:p>
    <w:p>
      <w:r>
        <w:rPr>
          <w:b/>
        </w:rPr>
        <w:t xml:space="preserve">[10:50] </w:t>
      </w:r>
      <w:r>
        <w:t>aur abhi bhi maujood hain</w:t>
      </w:r>
    </w:p>
    <w:p>
      <w:pPr>
        <w:jc w:val="right"/>
      </w:pPr>
      <w:r>
        <w:t>اور ابھی بھی موجود ہیں</w:t>
      </w:r>
    </w:p>
    <w:p>
      <w:r>
        <w:rPr>
          <w:b/>
        </w:rPr>
        <w:t xml:space="preserve">[10:56] </w:t>
      </w:r>
      <w:r>
        <w:t>woh space mein.</w:t>
      </w:r>
    </w:p>
    <w:p>
      <w:pPr>
        <w:jc w:val="right"/>
      </w:pPr>
      <w:r>
        <w:t>وہ اسپیس میں۔</w:t>
      </w:r>
    </w:p>
    <w:p>
      <w:r>
        <w:rPr>
          <w:b/>
        </w:rPr>
        <w:t xml:space="preserve">[11:02] </w:t>
      </w:r>
      <w:r>
        <w:t>jo is is baat ka saboot hai ke 13 billion saal pehle yahan par aik explosion hua tha.</w:t>
      </w:r>
    </w:p>
    <w:p>
      <w:pPr>
        <w:jc w:val="right"/>
      </w:pPr>
      <w:r>
        <w:t>جو اس اس بات کا ثبوت ہے کہ 13 بلین سال پہلے یہاں پر ایک ایکسپلوژن ہوا تھا۔</w:t>
      </w:r>
    </w:p>
    <w:p>
      <w:r>
        <w:rPr>
          <w:b/>
        </w:rPr>
        <w:t xml:space="preserve">[11:08] </w:t>
      </w:r>
      <w:r>
        <w:t>to yeh ab yeh theory aik aik established theory ban chuki hai ke kainat ka aaghaz 13 billion</w:t>
      </w:r>
    </w:p>
    <w:p>
      <w:pPr>
        <w:jc w:val="right"/>
      </w:pPr>
      <w:r>
        <w:t>تو یہ اب یہ تھیوری ایک ایک اسٹیبلش تھیوری بن چکی ہے کہ کائنات کا آغاز 13 بلین</w:t>
      </w:r>
    </w:p>
    <w:p>
      <w:r>
        <w:rPr>
          <w:b/>
        </w:rPr>
        <w:t xml:space="preserve">[11:14] </w:t>
      </w:r>
      <w:r>
        <w:t>saal pehle hua.</w:t>
      </w:r>
    </w:p>
    <w:p>
      <w:pPr>
        <w:jc w:val="right"/>
      </w:pPr>
      <w:r>
        <w:t>سال پہلے ہوا۔</w:t>
      </w:r>
    </w:p>
    <w:p>
      <w:r>
        <w:rPr>
          <w:b/>
        </w:rPr>
        <w:t xml:space="preserve">[11:21] </w:t>
      </w:r>
      <w:r>
        <w:t>to phir woh nazariya khatam hoga ke dunya qadeem hai.</w:t>
      </w:r>
    </w:p>
    <w:p>
      <w:pPr>
        <w:jc w:val="right"/>
      </w:pPr>
      <w:r>
        <w:t>تو پھر وہ نظریہ ختم ہوگا کہ دنیا قدیم ہے۔</w:t>
      </w:r>
    </w:p>
    <w:p>
      <w:r>
        <w:rPr>
          <w:b/>
        </w:rPr>
        <w:t xml:space="preserve">[11:27] </w:t>
      </w:r>
      <w:r>
        <w:t>to dunya jab qadeem nahi hai to kisi ne is ko shuru kiya.</w:t>
      </w:r>
    </w:p>
    <w:p>
      <w:pPr>
        <w:jc w:val="right"/>
      </w:pPr>
      <w:r>
        <w:t>تو دنیا جب قدیم نہیں ہے تو کسی نے اس کو شروع کیا۔</w:t>
      </w:r>
    </w:p>
    <w:p>
      <w:r>
        <w:rPr>
          <w:b/>
        </w:rPr>
        <w:t xml:space="preserve">[11:33] </w:t>
      </w:r>
      <w:r>
        <w:t>woh shuru kis ne kiya? wahi hai jis ko hum Khuda kehte hain, jis ko hum creator kehte hain.</w:t>
      </w:r>
    </w:p>
    <w:p>
      <w:pPr>
        <w:jc w:val="right"/>
      </w:pPr>
      <w:r>
        <w:t>وہ شروع کس نے کیا؟ وہی ہے جس کو ہم خدا کہتے ہیں، جس کو ہم کریٹر کہتے ہیں۔</w:t>
      </w:r>
    </w:p>
    <w:p>
      <w:r>
        <w:rPr>
          <w:b/>
        </w:rPr>
        <w:t xml:space="preserve">[11:39] </w:t>
      </w:r>
      <w:r>
        <w:t>to mein samajhta hoon ke yeh jo wahan chair qaim ki gayi hai, atheist par research ki, academic</w:t>
      </w:r>
    </w:p>
    <w:p>
      <w:pPr>
        <w:jc w:val="right"/>
      </w:pPr>
      <w:r>
        <w:t>تو میں سمجھتا ہوں کہ یہ جو وہاں چیئر قائم کی گئی ہے، اتھیسٹ پر ریسرچ کی، اکیڈمک</w:t>
      </w:r>
    </w:p>
    <w:p>
      <w:r>
        <w:rPr>
          <w:b/>
        </w:rPr>
        <w:t xml:space="preserve">[11:45] </w:t>
      </w:r>
      <w:r>
        <w:t>ریسرچ کی، وہ ایک ridiculous بات ہے۔ ridiculous.</w:t>
      </w:r>
    </w:p>
    <w:p>
      <w:pPr>
        <w:jc w:val="right"/>
      </w:pPr>
      <w:r>
        <w:t>ریسرچ کی، وہ ایک ڈیڈیکولس بات ہے۔ ڈیڈیکولس۔</w:t>
      </w:r>
    </w:p>
    <w:p>
      <w:r>
        <w:rPr>
          <w:b/>
        </w:rPr>
        <w:t xml:space="preserve">[11:51] </w:t>
      </w:r>
      <w:r>
        <w:t>kyun ke is ka koi relevance nahi hai.</w:t>
      </w:r>
    </w:p>
    <w:p>
      <w:pPr>
        <w:jc w:val="right"/>
      </w:pPr>
      <w:r>
        <w:t>کیونکہ اس کا کوئی ریلیونس نہیں ہے۔</w:t>
      </w:r>
    </w:p>
    <w:p>
      <w:r>
        <w:rPr>
          <w:b/>
        </w:rPr>
        <w:t xml:space="preserve">[11:57] </w:t>
      </w:r>
      <w:r>
        <w:t>is ka relevance nahi hai koi.</w:t>
      </w:r>
    </w:p>
    <w:p>
      <w:pPr>
        <w:jc w:val="right"/>
      </w:pPr>
      <w:r>
        <w:t>اس کا ریلیونس نہیں ہے کوئی۔</w:t>
      </w:r>
    </w:p>
    <w:p>
      <w:r>
        <w:rPr>
          <w:b/>
        </w:rPr>
        <w:t xml:space="preserve">[12:03] </w:t>
      </w:r>
      <w:r>
        <w:t>acha, yahan mein aik aur hawala dena chahta hoon ke jo log apne aap ko atheist kehte hain,</w:t>
      </w:r>
    </w:p>
    <w:p>
      <w:pPr>
        <w:jc w:val="right"/>
      </w:pPr>
      <w:r>
        <w:t>اچھا، یہاں میں ایک اور حوالہ دینا چاہتا ہوں کہ جو لوگ اپنے آپ کو اتھیسٹ کہتے ہیں،</w:t>
      </w:r>
    </w:p>
    <w:p>
      <w:r>
        <w:rPr>
          <w:b/>
        </w:rPr>
        <w:t xml:space="preserve">[12:09] </w:t>
      </w:r>
      <w:r>
        <w:t>un ki koi logical base nahi hoti.</w:t>
      </w:r>
    </w:p>
    <w:p>
      <w:pPr>
        <w:jc w:val="right"/>
      </w:pPr>
      <w:r>
        <w:t>ان کی کوئی لاجیکل بیس نہیں ہوتی۔</w:t>
      </w:r>
    </w:p>
    <w:p>
      <w:r>
        <w:rPr>
          <w:b/>
        </w:rPr>
        <w:t xml:space="preserve">[12:15] </w:t>
      </w:r>
      <w:r>
        <w:t>sirf aik cheez hoti hai.</w:t>
      </w:r>
    </w:p>
    <w:p>
      <w:pPr>
        <w:jc w:val="right"/>
      </w:pPr>
      <w:r>
        <w:t>صرف ایک چیز ہوتی ہے۔</w:t>
      </w:r>
    </w:p>
    <w:p>
      <w:r>
        <w:rPr>
          <w:b/>
        </w:rPr>
        <w:t xml:space="preserve">[12:21] </w:t>
      </w:r>
      <w:r>
        <w:t>is ka saboot aap chahte hain to jo mashhoor atheist hai, Richard Dawkins, us ki kitaab parhiye: "God Delusion".</w:t>
      </w:r>
    </w:p>
    <w:p>
      <w:pPr>
        <w:jc w:val="right"/>
      </w:pPr>
      <w:r>
        <w:t>اس کا ثبوت آپ چاہتے ہیں تو جو مشہور اتھیسٹ ہے، رچرڈ ڈاکنز، اس کی کتاب پڑھیے: "گاڈ ڈیلیوژن"۔</w:t>
      </w:r>
    </w:p>
    <w:p>
      <w:r>
        <w:rPr>
          <w:b/>
        </w:rPr>
        <w:t xml:space="preserve">[12:27] </w:t>
      </w:r>
      <w:r>
        <w:t>moti kitaab hai.</w:t>
      </w:r>
    </w:p>
    <w:p>
      <w:pPr>
        <w:jc w:val="right"/>
      </w:pPr>
      <w:r>
        <w:t>موٹی کتاب ہے۔</w:t>
      </w:r>
    </w:p>
    <w:p>
      <w:r>
        <w:rPr>
          <w:b/>
        </w:rPr>
        <w:t xml:space="preserve">[12:32] </w:t>
      </w:r>
      <w:r>
        <w:t>to woh Khuda, woh sabit karta hai, is mein yeh daawa karta hai ke Khuda kuch nahi.</w:t>
      </w:r>
    </w:p>
    <w:p>
      <w:pPr>
        <w:jc w:val="right"/>
      </w:pPr>
      <w:r>
        <w:t>تو وہ خدا، وہ ثابت کرتا ہے، اس میں یہ دعویٰ کرتا ہے کہ خدا کچھ نہیں۔</w:t>
      </w:r>
    </w:p>
    <w:p>
      <w:r>
        <w:rPr>
          <w:b/>
        </w:rPr>
        <w:t xml:space="preserve">[12:37] </w:t>
      </w:r>
      <w:r>
        <w:t>lekin is par daleel kya deta hai? woh saari kitaab mein koi logical daleel nahi hai.</w:t>
      </w:r>
    </w:p>
    <w:p>
      <w:pPr>
        <w:jc w:val="right"/>
      </w:pPr>
      <w:r>
        <w:t>لیکن اس پر دلیل کیا دیتا ہے؟ وہ ساری کتاب میں کوئی لاجیکل دلیل نہیں ہے۔</w:t>
      </w:r>
    </w:p>
    <w:p>
      <w:r>
        <w:rPr>
          <w:b/>
        </w:rPr>
        <w:t xml:space="preserve">[12:42] </w:t>
      </w:r>
      <w:r>
        <w:t>daleel sirf aik hai.</w:t>
      </w:r>
    </w:p>
    <w:p>
      <w:pPr>
        <w:jc w:val="right"/>
      </w:pPr>
      <w:r>
        <w:t>دلیل صرف ایک ہے۔</w:t>
      </w:r>
    </w:p>
    <w:p>
      <w:r>
        <w:rPr>
          <w:b/>
        </w:rPr>
        <w:t xml:space="preserve">[12:47] </w:t>
      </w:r>
      <w:r>
        <w:t>woh yeh ke jo log Khuda ko mante hain, un ke mein yeh kharab buraiyan hain, yeh evil hain.</w:t>
      </w:r>
    </w:p>
    <w:p>
      <w:pPr>
        <w:jc w:val="right"/>
      </w:pPr>
      <w:r>
        <w:t>وہ یہ کہ جو لوگ خدا کو مانتے ہیں، ان کے میں یہ خراب برائیاں ہیں، یہ ایول ہیں۔</w:t>
      </w:r>
    </w:p>
    <w:p>
      <w:r>
        <w:rPr>
          <w:b/>
        </w:rPr>
        <w:t xml:space="preserve">[12:52] </w:t>
      </w:r>
      <w:r>
        <w:t>misal ke taur par</w:t>
      </w:r>
    </w:p>
    <w:p>
      <w:pPr>
        <w:jc w:val="right"/>
      </w:pPr>
      <w:r>
        <w:t>مثال کے طور پر</w:t>
      </w:r>
    </w:p>
    <w:p>
      <w:r>
        <w:rPr>
          <w:b/>
        </w:rPr>
        <w:t xml:space="preserve">[12:57] </w:t>
      </w:r>
      <w:r>
        <w:t>pesh karta hai ke musalman khuda ko mante hain aur bohat hi irrational belief un ke haan paya jata hai.</w:t>
      </w:r>
    </w:p>
    <w:p>
      <w:pPr>
        <w:jc w:val="right"/>
      </w:pPr>
      <w:r>
        <w:t>پیش کرتا ہے کہ مسلمان خدا کو مانتے ہیں اور بہت ہی ارریشنل بیلیف ان کے ہاں پایا جاتا ہے۔</w:t>
      </w:r>
    </w:p>
    <w:p>
      <w:r>
        <w:rPr>
          <w:b/>
        </w:rPr>
        <w:t xml:space="preserve">[13:02] </w:t>
      </w:r>
      <w:r>
        <w:t>misal ke taur par musalman mante hain ke shatm koi kare to us ko qatl kar do, koi</w:t>
      </w:r>
    </w:p>
    <w:p>
      <w:pPr>
        <w:jc w:val="right"/>
      </w:pPr>
      <w:r>
        <w:t>مثال کے طور پر مسلمان مانتے ہیں کہ شتم کوئی کرے تو اس کو قدر کر دو، کوئی</w:t>
      </w:r>
    </w:p>
    <w:p>
      <w:r>
        <w:rPr>
          <w:b/>
        </w:rPr>
        <w:t xml:space="preserve">[13:07] </w:t>
      </w:r>
      <w:r>
        <w:t>irtidad kare to us ko qatl kar do.</w:t>
      </w:r>
    </w:p>
    <w:p>
      <w:pPr>
        <w:jc w:val="right"/>
      </w:pPr>
      <w:r>
        <w:t>ارتداد کرے تو اس کو قدر کر دو۔</w:t>
      </w:r>
    </w:p>
    <w:p>
      <w:r>
        <w:rPr>
          <w:b/>
        </w:rPr>
        <w:t xml:space="preserve">[13:12] </w:t>
      </w:r>
      <w:r>
        <w:t>to us ko woh kehta hai "thought crime".</w:t>
      </w:r>
    </w:p>
    <w:p>
      <w:pPr>
        <w:jc w:val="right"/>
      </w:pPr>
      <w:r>
        <w:t>تو اس کو وہ کہتا ہے "تھاٹ کرائم"۔</w:t>
      </w:r>
    </w:p>
    <w:p>
      <w:r>
        <w:rPr>
          <w:b/>
        </w:rPr>
        <w:t xml:space="preserve">[13:17] </w:t>
      </w:r>
      <w:r>
        <w:t>to "thought crime" yani sochne par marna kisi ko.</w:t>
      </w:r>
    </w:p>
    <w:p>
      <w:pPr>
        <w:jc w:val="right"/>
      </w:pPr>
      <w:r>
        <w:t>تو "تھاٹ کرائم" یعنی سوچنے پر مارنا کسی کو۔</w:t>
      </w:r>
    </w:p>
    <w:p>
      <w:r>
        <w:rPr>
          <w:b/>
        </w:rPr>
        <w:t xml:space="preserve">[13:22] </w:t>
      </w:r>
      <w:r>
        <w:t>to woh kehta hai ke aql yeh kehti</w:t>
      </w:r>
    </w:p>
    <w:p>
      <w:pPr>
        <w:jc w:val="right"/>
      </w:pPr>
      <w:r>
        <w:t>تو وہ کہتا ہے کہ عقل یہ کہتی</w:t>
      </w:r>
    </w:p>
    <w:p>
      <w:r>
        <w:rPr>
          <w:b/>
        </w:rPr>
        <w:t xml:space="preserve">[13:27] </w:t>
      </w:r>
      <w:r>
        <w:t>hai ke koi social crime karay, koi physical crime karay to us ko aap maar saktay hain. lekin kisi ki soch mein aik baat hai to us ko kaisay maren gay aap? phir to saara concept education ko khatam karna paray ga, intellectual development ko khatam karna paray ga. to chounkay Musalman "thought crime" ko mantay hain, is liye koi Khuda nahi ho sakta. Khuda hota to aisi baat ho sakti hai ke</w:t>
      </w:r>
    </w:p>
    <w:p>
      <w:pPr>
        <w:jc w:val="right"/>
      </w:pPr>
      <w:r>
        <w:t>ہے کہ کوئی سوشل کرائم کرے، کوئی فزیکل کرائم کرے تو اس کو آپ مار سکتے ہیں۔ لیکن کسی کی سوچ میں ایک بات ہے تو اس کو کیسے ماریں گے آپ؟ پھر تو سارا کانسیپٹ ایجوکیشن کو ختم کرنا پڑے گا، انٹلیکچول ڈیولپمنٹ کو ختم کرنا پڑے گا۔ تو چونکہ مسلمان "تھاٹ کرائم" کو مانتے ہیں، اس لیے کوئی خدا نہیں ہو سکتا۔ خدا ہوتا تو ایسی بات ہو سکتی ہے کہ</w:t>
      </w:r>
    </w:p>
    <w:p>
      <w:r>
        <w:rPr>
          <w:b/>
        </w:rPr>
        <w:t xml:space="preserve">[13:57] </w:t>
      </w:r>
      <w:r>
        <w:t>khuda ne yeh kaha hai ke "thought crime" par logon ko saza do.</w:t>
      </w:r>
    </w:p>
    <w:p>
      <w:pPr>
        <w:jc w:val="right"/>
      </w:pPr>
      <w:r>
        <w:t>خدا نے ایک کہا ہے کہ "تھاٹ کرائم" پر لوگوں کو سزا دو۔</w:t>
      </w:r>
    </w:p>
    <w:p>
      <w:r>
        <w:rPr>
          <w:b/>
        </w:rPr>
        <w:t xml:space="preserve">[14:02] </w:t>
      </w:r>
      <w:r>
        <w:t>to agar khuda hota to aisi be aqli ki baat na karta.</w:t>
      </w:r>
    </w:p>
    <w:p>
      <w:pPr>
        <w:jc w:val="right"/>
      </w:pPr>
      <w:r>
        <w:t>تو اگر خدا ہوتا تو ایسی بے عقلی کی بات نہ کرتا۔</w:t>
      </w:r>
    </w:p>
    <w:p>
      <w:r>
        <w:rPr>
          <w:b/>
        </w:rPr>
        <w:t xml:space="preserve">[14:08] </w:t>
      </w:r>
      <w:r>
        <w:t>lekin sawal yeh hai ke "thought crime" ka to musalmanon ki apna culture hai.</w:t>
      </w:r>
    </w:p>
    <w:p>
      <w:pPr>
        <w:jc w:val="right"/>
      </w:pPr>
      <w:r>
        <w:t>لیکن سوال یہ ہے کہ "تھاٹ کرائم" کا تو مسلمانوں کی اپنا کلچر ہے۔</w:t>
      </w:r>
    </w:p>
    <w:p>
      <w:r>
        <w:rPr>
          <w:b/>
        </w:rPr>
        <w:t xml:space="preserve">[14:13] </w:t>
      </w:r>
      <w:r>
        <w:t>khuda ne to kabhi nahi kaha ke "thought crime" par logon ko maro.</w:t>
      </w:r>
    </w:p>
    <w:p>
      <w:pPr>
        <w:jc w:val="right"/>
      </w:pPr>
      <w:r>
        <w:t>خدا نے تو کبھی نہیں کہا کہ "تھاٹ کرائم" پر لوگوں کو مارو۔</w:t>
      </w:r>
    </w:p>
    <w:p>
      <w:r>
        <w:rPr>
          <w:b/>
        </w:rPr>
        <w:t xml:space="preserve">[14:18] </w:t>
      </w:r>
      <w:r>
        <w:t>yaad rakhiye, yeh shatm par jo saza hai, qatl yani fuqaha to kehte hain ke "yuqatlu haddan".</w:t>
      </w:r>
    </w:p>
    <w:p>
      <w:pPr>
        <w:jc w:val="right"/>
      </w:pPr>
      <w:r>
        <w:t>یاد رکھیے، یہ شتم پر جو سزا ہے، قتل یعنی فقہاء تو کہتے ہیں کہ "یقتل حداً"۔</w:t>
      </w:r>
    </w:p>
    <w:p>
      <w:r>
        <w:rPr>
          <w:b/>
        </w:rPr>
        <w:t xml:space="preserve">[14:23] </w:t>
      </w:r>
      <w:r>
        <w:t>is ki koi asal quran o hadees mein nahi hai.</w:t>
      </w:r>
    </w:p>
    <w:p>
      <w:pPr>
        <w:jc w:val="right"/>
      </w:pPr>
      <w:r>
        <w:t>اس کی کوئی اصل قرآن و حدیث میں نہیں ہے۔</w:t>
      </w:r>
    </w:p>
    <w:p>
      <w:r>
        <w:rPr>
          <w:b/>
        </w:rPr>
        <w:t xml:space="preserve">[14:28] </w:t>
      </w:r>
      <w:r>
        <w:t>irtidad par qatl karne ki koi asal quran o hadees mein nahi hai.</w:t>
      </w:r>
    </w:p>
    <w:p>
      <w:pPr>
        <w:jc w:val="right"/>
      </w:pPr>
      <w:r>
        <w:t>ارتداد پر قدر کرنے کی کوئی اصل قرآن و حدیث میں نہیں ہے۔</w:t>
      </w:r>
    </w:p>
    <w:p>
      <w:r>
        <w:rPr>
          <w:b/>
        </w:rPr>
        <w:t xml:space="preserve">[14:34] </w:t>
      </w:r>
      <w:r>
        <w:t>to is yani is usool ko khuda ki taraf mansoob kaise karenge aap? yeh to musalmanon ka</w:t>
      </w:r>
    </w:p>
    <w:p>
      <w:pPr>
        <w:jc w:val="right"/>
      </w:pPr>
      <w:r>
        <w:t>تو اس یعنی اس اصول کو خدا کی طرف منسوب کیسے کریں گے آپ؟ یہ تو مسلمانوں کا</w:t>
      </w:r>
    </w:p>
    <w:p>
      <w:r>
        <w:rPr>
          <w:b/>
        </w:rPr>
        <w:t xml:space="preserve">[14:40] </w:t>
      </w:r>
      <w:r>
        <w:t>apna aik garha hua culture hai.</w:t>
      </w:r>
    </w:p>
    <w:p>
      <w:pPr>
        <w:jc w:val="right"/>
      </w:pPr>
      <w:r>
        <w:t>اپنا ایک گڑھا ہوا کلچر ہے۔</w:t>
      </w:r>
    </w:p>
    <w:p>
      <w:r>
        <w:rPr>
          <w:b/>
        </w:rPr>
        <w:t xml:space="preserve">[14:46] </w:t>
      </w:r>
      <w:r>
        <w:t>"blame goes to Muslims and not to God Almighty".</w:t>
      </w:r>
    </w:p>
    <w:p>
      <w:pPr>
        <w:jc w:val="right"/>
      </w:pPr>
      <w:r>
        <w:t>تو "blame goes to Muslims and not to God Almighty"۔</w:t>
      </w:r>
    </w:p>
    <w:p>
      <w:r>
        <w:rPr>
          <w:b/>
        </w:rPr>
        <w:t xml:space="preserve">[14:52] </w:t>
      </w:r>
      <w:r>
        <w:t>aisi illogical baaton par khara hua hai atheism ka nazariya</w:t>
      </w:r>
    </w:p>
    <w:p>
      <w:pPr>
        <w:jc w:val="right"/>
      </w:pPr>
      <w:r>
        <w:t>ایسی اللیجیکل باتوں پر کھڑا ہوا ہے اتھیزم کا نظریہ</w:t>
      </w:r>
    </w:p>
    <w:p>
      <w:r>
        <w:rPr>
          <w:b/>
        </w:rPr>
        <w:t xml:space="preserve">[14:58] </w:t>
      </w:r>
      <w:r>
        <w:t>.</w:t>
      </w:r>
    </w:p>
    <w:p>
      <w:pPr>
        <w:jc w:val="right"/>
      </w:pPr>
      <w:r>
        <w:t>۔</w:t>
      </w:r>
    </w:p>
    <w:p>
      <w:r>
        <w:rPr>
          <w:b/>
        </w:rPr>
        <w:t xml:space="preserve">[15:06] </w:t>
      </w:r>
      <w:r>
        <w:t>isi qism ki illogical baaton par.</w:t>
      </w:r>
    </w:p>
    <w:p>
      <w:pPr>
        <w:jc w:val="right"/>
      </w:pPr>
      <w:r>
        <w:t>اسی قسم کی اللاجیکل باتوں پر۔</w:t>
      </w:r>
    </w:p>
    <w:p>
      <w:r>
        <w:rPr>
          <w:b/>
        </w:rPr>
        <w:t xml:space="preserve">[15:13] </w:t>
      </w:r>
      <w:r>
        <w:t>to jo log atheist ko mante hain, misal ke taur par woh huxley atheist ko manta tha, woh aik atheist tha, jorien huxley.</w:t>
      </w:r>
    </w:p>
    <w:p>
      <w:pPr>
        <w:jc w:val="right"/>
      </w:pPr>
      <w:r>
        <w:t>تو جو لوگ اتھیسٹ کو مانتے ہیں، مثلاً وہ حقصر اتھیسٹ کو مانتا تھا، وہ ایک اتھیسٹ تھا، جورین حقصر۔</w:t>
      </w:r>
    </w:p>
    <w:p>
      <w:r>
        <w:rPr>
          <w:b/>
        </w:rPr>
        <w:t xml:space="preserve">[15:21] </w:t>
      </w:r>
      <w:r>
        <w:t>us ne likha hai ke "law of chance" se bhi cheezein</w:t>
      </w:r>
    </w:p>
    <w:p>
      <w:pPr>
        <w:jc w:val="right"/>
      </w:pPr>
      <w:r>
        <w:t>اس نے لکھا ہے کہ "لا آف چانس" سے بھی چیز</w:t>
      </w:r>
    </w:p>
    <w:p>
      <w:r>
        <w:rPr>
          <w:b/>
        </w:rPr>
        <w:t xml:space="preserve">[15:28] </w:t>
      </w:r>
      <w:r>
        <w:t>ain wajood mein aati hain.</w:t>
      </w:r>
    </w:p>
    <w:p>
      <w:pPr>
        <w:jc w:val="right"/>
      </w:pPr>
      <w:r>
        <w:t>یں وجود میں آتی ہیں۔</w:t>
      </w:r>
    </w:p>
    <w:p>
      <w:r>
        <w:rPr>
          <w:b/>
        </w:rPr>
        <w:t xml:space="preserve">[15:35] </w:t>
      </w:r>
      <w:r>
        <w:t>"law of chance".</w:t>
      </w:r>
    </w:p>
    <w:p>
      <w:pPr>
        <w:jc w:val="right"/>
      </w:pPr>
      <w:r>
        <w:t>"لا آف چانس"۔</w:t>
      </w:r>
    </w:p>
    <w:p>
      <w:r>
        <w:rPr>
          <w:b/>
        </w:rPr>
        <w:t xml:space="preserve">[15:41] </w:t>
      </w:r>
      <w:r>
        <w:t>to woh kehta hai ke agar aik agar aik bandar million saal tak aik computer par type karte</w:t>
      </w:r>
    </w:p>
    <w:p>
      <w:pPr>
        <w:jc w:val="right"/>
      </w:pPr>
      <w:r>
        <w:t>تو وہ کہتا ہے کہ اگر ایک اگر ایک بندر ملین سال تک ایک کمپیوٹر پر انہیں پیٹتے</w:t>
      </w:r>
    </w:p>
    <w:p>
      <w:r>
        <w:rPr>
          <w:b/>
        </w:rPr>
        <w:t xml:space="preserve">[15:47] </w:t>
      </w:r>
      <w:r>
        <w:t>rahe, peet te rahe, peet te rahe to ho sakta hai is se aik aik shakhs par ka sawal nikal aaye.</w:t>
      </w:r>
    </w:p>
    <w:p>
      <w:pPr>
        <w:jc w:val="right"/>
      </w:pPr>
      <w:r>
        <w:t>رہے، پیٹتے رہے، پیٹتے رہے تو ہو سکتا ہے اس سے ایک ایک شخص پر کا سوال نکل آئے۔</w:t>
      </w:r>
    </w:p>
    <w:p>
      <w:r>
        <w:rPr>
          <w:b/>
        </w:rPr>
        <w:t xml:space="preserve">[15:54] </w:t>
      </w:r>
      <w:r>
        <w:t>yeh koi baat hai? yeh koi logic hai? koi logic hi nahi hai ke bandar agar</w:t>
      </w:r>
    </w:p>
    <w:p>
      <w:pPr>
        <w:jc w:val="right"/>
      </w:pPr>
      <w:r>
        <w:t>یہ کوئی بات ہے؟ یہ کوئی لاجک ہے؟ کوئی لاجک ہی نہیں ہے کہ بندر اگر</w:t>
      </w:r>
    </w:p>
    <w:p>
      <w:r>
        <w:rPr>
          <w:b/>
        </w:rPr>
        <w:t xml:space="preserve">[16:00] </w:t>
      </w:r>
      <w:r>
        <w:t>apni oont peet rahe hain, type writer se to yaani "law of chance" kehta hai to is mein</w:t>
      </w:r>
    </w:p>
    <w:p>
      <w:pPr>
        <w:jc w:val="right"/>
      </w:pPr>
      <w:r>
        <w:t>اپنی اونٹ پیٹ رہے ہیں، ٹائپ رائڈر سے تو یعنی "لا آف چانس" کہتا ہے تو اس میں</w:t>
      </w:r>
    </w:p>
    <w:p>
      <w:r>
        <w:rPr>
          <w:b/>
        </w:rPr>
        <w:t xml:space="preserve">[16:05] </w:t>
      </w:r>
      <w:r>
        <w:t>aik Shakespeare ka sawal nikal aayega.</w:t>
      </w:r>
    </w:p>
    <w:p>
      <w:pPr>
        <w:jc w:val="right"/>
      </w:pPr>
      <w:r>
        <w:t>ایک شیکسپیئر کا سوال نکل آئے گا۔</w:t>
      </w:r>
    </w:p>
    <w:p>
      <w:r>
        <w:rPr>
          <w:b/>
        </w:rPr>
        <w:t xml:space="preserve">[16:10] </w:t>
      </w:r>
      <w:r>
        <w:t>is se sabit hoga ke Khuda nahi.</w:t>
      </w:r>
    </w:p>
    <w:p>
      <w:pPr>
        <w:jc w:val="right"/>
      </w:pPr>
      <w:r>
        <w:t>اس سے ثابت ہوگا کہ خدا نہیں۔</w:t>
      </w:r>
    </w:p>
    <w:p>
      <w:r>
        <w:rPr>
          <w:b/>
        </w:rPr>
        <w:t xml:space="preserve">[16:15] </w:t>
      </w:r>
      <w:r>
        <w:t>yeh koi logical baat nahi hai.</w:t>
      </w:r>
    </w:p>
    <w:p>
      <w:pPr>
        <w:jc w:val="right"/>
      </w:pPr>
      <w:r>
        <w:t>یہ کوئی لاجیکل بات نہیں ہے۔</w:t>
      </w:r>
    </w:p>
    <w:p>
      <w:r>
        <w:rPr>
          <w:b/>
        </w:rPr>
        <w:t xml:space="preserve">[16:20] </w:t>
      </w:r>
      <w:r>
        <w:t>to jitne log Khuda ko nahi mante, jo aap logon ko atheist kehte hain, woh sirf logical, illogical</w:t>
      </w:r>
    </w:p>
    <w:p>
      <w:pPr>
        <w:jc w:val="right"/>
      </w:pPr>
      <w:r>
        <w:t>تو جتنے لوگ خدا کو نہیں مانتے، جو آپ لوگوں کو اتھیسٹ کہتے ہیں، وہ صرف لاجیکل، اللاجیکل</w:t>
      </w:r>
    </w:p>
    <w:p>
      <w:r>
        <w:rPr>
          <w:b/>
        </w:rPr>
        <w:t xml:space="preserve">[16:25] </w:t>
      </w:r>
      <w:r>
        <w:t>baatein karte hain.</w:t>
      </w:r>
    </w:p>
    <w:p>
      <w:pPr>
        <w:jc w:val="right"/>
      </w:pPr>
      <w:r>
        <w:t>باتیں کرتے ہیں۔</w:t>
      </w:r>
    </w:p>
    <w:p>
      <w:r>
        <w:rPr>
          <w:b/>
        </w:rPr>
        <w:t xml:space="preserve">[16:30] </w:t>
      </w:r>
      <w:r>
        <w:t>un ke jitne bhi arguments hain, woh illogical hain. illogical.</w:t>
      </w:r>
    </w:p>
    <w:p>
      <w:pPr>
        <w:jc w:val="right"/>
      </w:pPr>
      <w:r>
        <w:t>ان کے جتنے بھی آرگیومنٹ ہیں، وہ اللاجیکل ہیں۔ اللاجیکل۔</w:t>
      </w:r>
    </w:p>
    <w:p>
      <w:r>
        <w:rPr>
          <w:b/>
        </w:rPr>
        <w:t xml:space="preserve">[16:35] </w:t>
      </w:r>
      <w:r>
        <w:t>misalan dekhiye, Newton ke zamane mein yeh daryaft hua ke jo waqiat paish aate hain, is ke peeche</w:t>
      </w:r>
    </w:p>
    <w:p>
      <w:pPr>
        <w:jc w:val="right"/>
      </w:pPr>
      <w:r>
        <w:t>مثلاً دیکھیے، نیوٹن کے زمانے میں یہ دریافت ہوا کہ جو واقعات پیش آتے ہیں، اس کے پیچھے</w:t>
      </w:r>
    </w:p>
    <w:p>
      <w:r>
        <w:rPr>
          <w:b/>
        </w:rPr>
        <w:t xml:space="preserve">[16:40] </w:t>
      </w:r>
      <w:r>
        <w:t>kuch cause hota hai. cause.</w:t>
      </w:r>
    </w:p>
    <w:p>
      <w:pPr>
        <w:jc w:val="right"/>
      </w:pPr>
      <w:r>
        <w:t>کچھ کاز ہوتا ہے۔ کاز۔</w:t>
      </w:r>
    </w:p>
    <w:p>
      <w:r>
        <w:rPr>
          <w:b/>
        </w:rPr>
        <w:t xml:space="preserve">[16:45] </w:t>
      </w:r>
      <w:r>
        <w:t>is ko is ko kaha gaya "law of causation".</w:t>
      </w:r>
    </w:p>
    <w:p>
      <w:pPr>
        <w:jc w:val="right"/>
      </w:pPr>
      <w:r>
        <w:t>اس کو اس کو کہا گیا "لا آف کازیشن"۔</w:t>
      </w:r>
    </w:p>
    <w:p>
      <w:r>
        <w:rPr>
          <w:b/>
        </w:rPr>
        <w:t xml:space="preserve">[16:50] </w:t>
      </w:r>
      <w:r>
        <w:t>"law of causation".</w:t>
      </w:r>
    </w:p>
    <w:p>
      <w:pPr>
        <w:jc w:val="right"/>
      </w:pPr>
      <w:r>
        <w:t>"لا آف کازیشن"۔</w:t>
      </w:r>
    </w:p>
    <w:p>
      <w:r>
        <w:rPr>
          <w:b/>
        </w:rPr>
        <w:t xml:space="preserve">[16:56] </w:t>
      </w:r>
      <w:r>
        <w:t>yaani har har</w:t>
      </w:r>
    </w:p>
    <w:p>
      <w:pPr>
        <w:jc w:val="right"/>
      </w:pPr>
      <w:r>
        <w:t>یعنی ہر ہر</w:t>
      </w:r>
    </w:p>
    <w:p>
      <w:r>
        <w:rPr>
          <w:b/>
        </w:rPr>
        <w:t xml:space="preserve">[17:01] </w:t>
      </w:r>
      <w:r>
        <w:t>result ke peeche aik cause hota hai.</w:t>
      </w:r>
    </w:p>
    <w:p>
      <w:pPr>
        <w:jc w:val="right"/>
      </w:pPr>
      <w:r>
        <w:t>رزلٹ کے پیچھے ایک کاز ہوتا ہے۔</w:t>
      </w:r>
    </w:p>
    <w:p>
      <w:r>
        <w:rPr>
          <w:b/>
        </w:rPr>
        <w:t xml:space="preserve">[17:07] </w:t>
      </w:r>
      <w:r>
        <w:t>to atheist ne keh diya ke dekho, jab yeh daryaft ho gaya ke waqiat ke peeche aik cause</w:t>
      </w:r>
    </w:p>
    <w:p>
      <w:pPr>
        <w:jc w:val="right"/>
      </w:pPr>
      <w:r>
        <w:t>تو اتھیسٹ نے کہہ دیا کہ دیکھو، جب یہ دریافت ہو گیا کہ واقعات کے پیچھے ایک کاز</w:t>
      </w:r>
    </w:p>
    <w:p>
      <w:r>
        <w:rPr>
          <w:b/>
        </w:rPr>
        <w:t xml:space="preserve">[17:13] </w:t>
      </w:r>
      <w:r>
        <w:t>hota hai to Khuda ko manne ki zaroorat kya hai? "If events are due to natural causes, they</w:t>
      </w:r>
    </w:p>
    <w:p>
      <w:pPr>
        <w:jc w:val="right"/>
      </w:pPr>
      <w:r>
        <w:t>ہوتا ہے تو خدا کو ماننے کی ضرورت کیا ہے؟ "If events are due to natural causes, they</w:t>
      </w:r>
    </w:p>
    <w:p>
      <w:r>
        <w:rPr>
          <w:b/>
        </w:rPr>
        <w:t xml:space="preserve">[17:19] </w:t>
      </w:r>
      <w:r>
        <w:t>are not due to super natural causes".</w:t>
      </w:r>
    </w:p>
    <w:p>
      <w:pPr>
        <w:jc w:val="right"/>
      </w:pPr>
      <w:r>
        <w:t>are not due to super natural causes"۔</w:t>
      </w:r>
    </w:p>
    <w:p>
      <w:r>
        <w:rPr>
          <w:b/>
        </w:rPr>
        <w:t xml:space="preserve">[17:26] </w:t>
      </w:r>
      <w:r>
        <w:t>lekin sawal yeh hai ke yeh cause kaise wajood mein aaya? cause aik law of nature hai.</w:t>
      </w:r>
    </w:p>
    <w:p>
      <w:pPr>
        <w:jc w:val="right"/>
      </w:pPr>
      <w:r>
        <w:t>لیکن سوال یہ ہے کہ یہ کاز کیسے وجود میں آیا؟ کاز ایک لاء آف نیچر ہے۔</w:t>
      </w:r>
    </w:p>
    <w:p>
      <w:r>
        <w:rPr>
          <w:b/>
        </w:rPr>
        <w:t xml:space="preserve">[17:32] </w:t>
      </w:r>
      <w:r>
        <w:t>agar law of nature na ho to kaisay baray baray waqiaat wajood mein lay ga woh? to jo sawal pehlay is par tha ke jo cheez maujood hai, jis ko hum dekh rahay hain, woh kaisay paida ho gayi? agar Khuda nahi hai to. to ab yeh sawal ho gaya ke agar farz karain cause se cheezain paida ho rahi hain to khud cause kis nay paida kiya? woh cause kahan se wajood mein aa gaya? to sawal to baqi</w:t>
      </w:r>
    </w:p>
    <w:p>
      <w:pPr>
        <w:jc w:val="right"/>
      </w:pPr>
      <w:r>
        <w:t>اگر لاء آف نیچر نہ ہو تو کیسے بڑے بڑے واقعات وجود میں لائے گا وہ؟ تو جو سوال پہلے اس پر تھا کہ جو چیز موجود ہے، جس کو ہم دیکھ رہے ہیں، وہ کیسے پیدا ہو گئی؟ اگر خدا نہیں ہے تو۔ تو اب یہ سوال ہو گیا کہ اگر فرض کریں کاز سے چیزیں پیدا ہو رہی ہیں تو خود کاز کس نے پیدا کیا؟ وہ کاز کہاں سے وجود میں آ گیا؟ تو سوال تو باقی</w:t>
      </w:r>
    </w:p>
    <w:p>
      <w:r>
        <w:rPr>
          <w:b/>
        </w:rPr>
        <w:t xml:space="preserve">[18:02] </w:t>
      </w:r>
      <w:r>
        <w:t>raha.</w:t>
      </w:r>
    </w:p>
    <w:p>
      <w:pPr>
        <w:jc w:val="right"/>
      </w:pPr>
      <w:r>
        <w:t>رہا۔</w:t>
      </w:r>
    </w:p>
    <w:p>
      <w:r>
        <w:rPr>
          <w:b/>
        </w:rPr>
        <w:t xml:space="preserve">[18:07] </w:t>
      </w:r>
      <w:r>
        <w:t>pehlay sawal tha cheez par qaim, ab cause par qaim ho gaya.</w:t>
      </w:r>
    </w:p>
    <w:p>
      <w:pPr>
        <w:jc w:val="right"/>
      </w:pPr>
      <w:r>
        <w:t>پہلے سوال تھا چیز پر قائم، اب کاز پر قائم ہو گیا۔</w:t>
      </w:r>
    </w:p>
    <w:p>
      <w:r>
        <w:rPr>
          <w:b/>
        </w:rPr>
        <w:t xml:space="preserve">[18:12] </w:t>
      </w:r>
      <w:r>
        <w:t>to jo bhi atheist hain, un ki kitabein aap parhiye, jaise Bertrand Russell, Jurgen Habermas, ya yeh Richard</w:t>
      </w:r>
    </w:p>
    <w:p>
      <w:pPr>
        <w:jc w:val="right"/>
      </w:pPr>
      <w:r>
        <w:t>تو جو بھی اتھیسٹ ہیں، ان کی کتابیں آپ پڑھیے، جیسے برڈ نرسل، جورین حقصر، یا یہ رچرڈ</w:t>
      </w:r>
    </w:p>
    <w:p>
      <w:r>
        <w:rPr>
          <w:b/>
        </w:rPr>
        <w:t xml:space="preserve">[18:17] </w:t>
      </w:r>
      <w:r>
        <w:t>Dawkins, un ke paas koi logic nahi hoti hai.</w:t>
      </w:r>
    </w:p>
    <w:p>
      <w:pPr>
        <w:jc w:val="right"/>
      </w:pPr>
      <w:r>
        <w:t>ڈاکنز، ان کے پاس کوئی لاجک نہیں ہوتی ہے۔</w:t>
      </w:r>
    </w:p>
    <w:p>
      <w:r>
        <w:rPr>
          <w:b/>
        </w:rPr>
        <w:t xml:space="preserve">[18:22] </w:t>
      </w:r>
      <w:r>
        <w:t>illogical baatein karte hain. illogical baatein.</w:t>
      </w:r>
    </w:p>
    <w:p>
      <w:pPr>
        <w:jc w:val="right"/>
      </w:pPr>
      <w:r>
        <w:t>اللاجیکل باتیں کرتے ہیں۔ اللاجیکل باتیں۔</w:t>
      </w:r>
    </w:p>
    <w:p>
      <w:r>
        <w:rPr>
          <w:b/>
        </w:rPr>
        <w:t xml:space="preserve">[18:27] </w:t>
      </w:r>
      <w:r>
        <w:t>to main samajhta hoon</w:t>
      </w:r>
    </w:p>
    <w:p>
      <w:pPr>
        <w:jc w:val="right"/>
      </w:pPr>
      <w:r>
        <w:t>تو میں سمجھتا ہوں</w:t>
      </w:r>
    </w:p>
    <w:p>
      <w:r>
        <w:rPr>
          <w:b/>
        </w:rPr>
        <w:t xml:space="preserve">[18:32] </w:t>
      </w:r>
      <w:r>
        <w:t>keh jis ne is ko yeh socha keh aik chair qaim kiya jaye jis par atheism ki ki</w:t>
      </w:r>
    </w:p>
    <w:p>
      <w:pPr>
        <w:jc w:val="right"/>
      </w:pPr>
      <w:r>
        <w:t>کہ جس نے اس کو یہ سوچا کہ ایک چیئر قائم کیا جائے جس پر اتھیزم کی کی</w:t>
      </w:r>
    </w:p>
    <w:p>
      <w:r>
        <w:rPr>
          <w:b/>
        </w:rPr>
        <w:t xml:space="preserve">[18:39] </w:t>
      </w:r>
      <w:r>
        <w:t>academic research ho, to yeh is ka sochna aik joke to ho sakta hai, joke, lekin koi ilmi</w:t>
      </w:r>
    </w:p>
    <w:p>
      <w:pPr>
        <w:jc w:val="right"/>
      </w:pPr>
      <w:r>
        <w:t>اکیڈمک ریسرچ ہو، تو یہ اس کا سوچنا ایک جوک تو ہو سکتا ہے، جوک، لیکن کوئی علمی</w:t>
      </w:r>
    </w:p>
    <w:p>
      <w:r>
        <w:rPr>
          <w:b/>
        </w:rPr>
        <w:t xml:space="preserve">[18:47] </w:t>
      </w:r>
      <w:r>
        <w:t>waqia nahi hai.</w:t>
      </w:r>
    </w:p>
    <w:p>
      <w:pPr>
        <w:jc w:val="right"/>
      </w:pPr>
      <w:r>
        <w:t>واقعہ نہیں ہے۔</w:t>
      </w:r>
    </w:p>
    <w:p>
      <w:r>
        <w:rPr>
          <w:b/>
        </w:rPr>
        <w:t xml:space="preserve">[18:55] </w:t>
      </w:r>
      <w:r>
        <w:t>aik academic research kahan hogi? jaise</w:t>
      </w:r>
    </w:p>
    <w:p>
      <w:pPr>
        <w:jc w:val="right"/>
      </w:pPr>
      <w:r>
        <w:t>ایک اکیڈمک ریسرچ کہاں ہوگی؟ جیسے</w:t>
      </w:r>
    </w:p>
    <w:p>
      <w:r>
        <w:rPr>
          <w:b/>
        </w:rPr>
        <w:t xml:space="preserve">[19:02] </w:t>
      </w:r>
      <w:r>
        <w:t>zameen ghoomti hai ya suraj ghoomta hai, yeh aik sawal tha.</w:t>
      </w:r>
    </w:p>
    <w:p>
      <w:pPr>
        <w:jc w:val="right"/>
      </w:pPr>
      <w:r>
        <w:t>زمین گھومتی ہے یا سورج گھومتا ہے، یہ ایک سوال تھا۔</w:t>
      </w:r>
    </w:p>
    <w:p>
      <w:r>
        <w:rPr>
          <w:b/>
        </w:rPr>
        <w:t xml:space="preserve">[19:07] </w:t>
      </w:r>
      <w:r>
        <w:t>is par academic research ki gayi.</w:t>
      </w:r>
    </w:p>
    <w:p>
      <w:pPr>
        <w:jc w:val="right"/>
      </w:pPr>
      <w:r>
        <w:t>اس پر اکیڈمک ریسرچ کی گئی۔</w:t>
      </w:r>
    </w:p>
    <w:p>
      <w:r>
        <w:rPr>
          <w:b/>
        </w:rPr>
        <w:t xml:space="preserve">[19:13] </w:t>
      </w:r>
      <w:r>
        <w:t>to doorbeen banai gayi.</w:t>
      </w:r>
    </w:p>
    <w:p>
      <w:pPr>
        <w:jc w:val="right"/>
      </w:pPr>
      <w:r>
        <w:t>تو دوربین بنائی گئی۔</w:t>
      </w:r>
    </w:p>
    <w:p>
      <w:r>
        <w:rPr>
          <w:b/>
        </w:rPr>
        <w:t xml:space="preserve">[19:18] </w:t>
      </w:r>
      <w:r>
        <w:t>to wahan to physical world mein aap ke paas yeh sab cheezein theen jise aap ne research kiya.</w:t>
      </w:r>
    </w:p>
    <w:p>
      <w:pPr>
        <w:jc w:val="right"/>
      </w:pPr>
      <w:r>
        <w:t>تو وہاں تو فزیکل ورلڈ میں آپ کے پاس یہ سب چیزیں تھیں جسے آپ نے ریسرچ کیا۔</w:t>
      </w:r>
    </w:p>
    <w:p>
      <w:r>
        <w:rPr>
          <w:b/>
        </w:rPr>
        <w:t xml:space="preserve">[19:23] </w:t>
      </w:r>
      <w:r>
        <w:t>atheism ke liye kya research karein ge aap? kis cheez par? to atheism jo hai, sirf aik daawa</w:t>
      </w:r>
    </w:p>
    <w:p>
      <w:pPr>
        <w:jc w:val="right"/>
      </w:pPr>
      <w:r>
        <w:t>اتھیزم کے لیے کیا ریسرچ کریں گے آپ؟ کس چیز پر؟ تو اتھیزم جو ہے، صرف ایک دعویٰ</w:t>
      </w:r>
    </w:p>
    <w:p>
      <w:r>
        <w:rPr>
          <w:b/>
        </w:rPr>
        <w:t xml:space="preserve">[19:28] </w:t>
      </w:r>
      <w:r>
        <w:t>hai, aik claim hai.</w:t>
      </w:r>
    </w:p>
    <w:p>
      <w:pPr>
        <w:jc w:val="right"/>
      </w:pPr>
      <w:r>
        <w:t>ہے، ایک کلیم ہے۔</w:t>
      </w:r>
    </w:p>
    <w:p>
      <w:r>
        <w:rPr>
          <w:b/>
        </w:rPr>
        <w:t xml:space="preserve">[19:34] </w:t>
      </w:r>
      <w:r>
        <w:t>is ke siwa aur kuch nahi.</w:t>
      </w:r>
    </w:p>
    <w:p>
      <w:pPr>
        <w:jc w:val="right"/>
      </w:pPr>
      <w:r>
        <w:t>اس کے سوا اور کچھ نہیں۔</w:t>
      </w:r>
    </w:p>
    <w:p>
      <w:r>
        <w:rPr>
          <w:b/>
        </w:rPr>
        <w:t xml:space="preserve">[19:40] </w:t>
      </w:r>
      <w:r>
        <w:t>aur jahan tak mani logon ko parha hai, mani yeh paya hai ke sab se bara sabab in</w:t>
      </w:r>
    </w:p>
    <w:p>
      <w:pPr>
        <w:jc w:val="right"/>
      </w:pPr>
      <w:r>
        <w:t>اور جہاں تک معنی لوگوں کو پڑھا ہے، معنی یہ پایا ہے کہ سب سے بڑا سبب ان</w:t>
      </w:r>
    </w:p>
    <w:p>
      <w:r>
        <w:rPr>
          <w:b/>
        </w:rPr>
        <w:t xml:space="preserve">[19:46] </w:t>
      </w:r>
      <w:r>
        <w:t>logon ke atheist bne ka yeh hai ke aadmi bilkul azaad ho jata hai.</w:t>
      </w:r>
    </w:p>
    <w:p>
      <w:pPr>
        <w:jc w:val="right"/>
      </w:pPr>
      <w:r>
        <w:t>لوگوں کے اتھیسٹ بننے کا یہ ہے کہ آدمی بالکل آزاد ہو جاتا ہے۔</w:t>
      </w:r>
    </w:p>
    <w:p>
      <w:r>
        <w:rPr>
          <w:b/>
        </w:rPr>
        <w:t xml:space="preserve">[19:52] </w:t>
      </w:r>
      <w:r>
        <w:t>responsibility nahi rehti.</w:t>
      </w:r>
    </w:p>
    <w:p>
      <w:pPr>
        <w:jc w:val="right"/>
      </w:pPr>
      <w:r>
        <w:t>ریسپانسبیلٹی نہیں رہتی۔</w:t>
      </w:r>
    </w:p>
    <w:p>
      <w:r>
        <w:rPr>
          <w:b/>
        </w:rPr>
        <w:t xml:space="preserve">[19:58] </w:t>
      </w:r>
      <w:r>
        <w:t>aap Khuda ko manen to foran yeh manna parta hai ke</w:t>
      </w:r>
    </w:p>
    <w:p>
      <w:pPr>
        <w:jc w:val="right"/>
      </w:pPr>
      <w:r>
        <w:t>آپ خدا کو مانیں تو فوراً یہ ماننا پڑتا ہے کہ</w:t>
      </w:r>
    </w:p>
    <w:p>
      <w:r>
        <w:rPr>
          <w:b/>
        </w:rPr>
        <w:t xml:space="preserve">[20:05] </w:t>
      </w:r>
      <w:r>
        <w:t>keh mein Khuda ke samne jawab deh hoon.</w:t>
      </w:r>
    </w:p>
    <w:p>
      <w:pPr>
        <w:jc w:val="right"/>
      </w:pPr>
      <w:r>
        <w:t>کہ میں خدا کے سامنے جواب دہ ہوں۔</w:t>
      </w:r>
    </w:p>
    <w:p>
      <w:r>
        <w:rPr>
          <w:b/>
        </w:rPr>
        <w:t xml:space="preserve">[20:09] </w:t>
      </w:r>
      <w:r>
        <w:t>mein Khuda ke samne accountable hoon.</w:t>
      </w:r>
    </w:p>
    <w:p>
      <w:pPr>
        <w:jc w:val="right"/>
      </w:pPr>
      <w:r>
        <w:t>میں خدا کے سامنے اکاؤنٹیبل ہوں۔</w:t>
      </w:r>
    </w:p>
    <w:p>
      <w:r>
        <w:rPr>
          <w:b/>
        </w:rPr>
        <w:t xml:space="preserve">[20:13] </w:t>
      </w:r>
      <w:r>
        <w:t>lekin Khuda ko na manen, aap to bilkul azaad ho jate hain.</w:t>
      </w:r>
    </w:p>
    <w:p>
      <w:pPr>
        <w:jc w:val="right"/>
      </w:pPr>
      <w:r>
        <w:t>لیکن خدا کو نہ مانیں، آپ تو بالکل آزاد ہو جاتے ہیں۔</w:t>
      </w:r>
    </w:p>
    <w:p>
      <w:r>
        <w:rPr>
          <w:b/>
        </w:rPr>
        <w:t xml:space="preserve">[20:17] </w:t>
      </w:r>
      <w:r>
        <w:t>aap kuch bhi kijiye.</w:t>
      </w:r>
    </w:p>
    <w:p>
      <w:pPr>
        <w:jc w:val="right"/>
      </w:pPr>
      <w:r>
        <w:t>آپ کچھ بھی کیجیے۔</w:t>
      </w:r>
    </w:p>
    <w:p>
      <w:r>
        <w:rPr>
          <w:b/>
        </w:rPr>
        <w:t xml:space="preserve">[20:21] </w:t>
      </w:r>
      <w:r>
        <w:t>jaise mein ne suna hai ke aaj kal aik fashion nikla hai ke larkay aik shirt pehente hain,</w:t>
      </w:r>
    </w:p>
    <w:p>
      <w:pPr>
        <w:jc w:val="right"/>
      </w:pPr>
      <w:r>
        <w:t>جیسے میں نے سنا ہے کہ آج کل ایک فیشن نکلا ہے کہ لڑکے ایک شرٹ پہنتے ہیں،</w:t>
      </w:r>
    </w:p>
    <w:p>
      <w:r>
        <w:rPr>
          <w:b/>
        </w:rPr>
        <w:t xml:space="preserve">[20:25] </w:t>
      </w:r>
      <w:r>
        <w:t>is par likha rehta hai: "I don't care".</w:t>
      </w:r>
    </w:p>
    <w:p>
      <w:pPr>
        <w:jc w:val="right"/>
      </w:pPr>
      <w:r>
        <w:t>اس پر لکھا رہتا ہے: "I don't care"۔</w:t>
      </w:r>
    </w:p>
    <w:p>
      <w:r>
        <w:rPr>
          <w:b/>
        </w:rPr>
        <w:t xml:space="preserve">[20:29] </w:t>
      </w:r>
      <w:r>
        <w:t>"I don't care".</w:t>
      </w:r>
    </w:p>
    <w:p>
      <w:pPr>
        <w:jc w:val="right"/>
      </w:pPr>
      <w:r>
        <w:t>"I don't care"۔</w:t>
      </w:r>
    </w:p>
    <w:p>
      <w:r>
        <w:rPr>
          <w:b/>
        </w:rPr>
        <w:t xml:space="preserve">[20:33] </w:t>
      </w:r>
      <w:r>
        <w:t>to yeh jo "I don't care" culture hai, yeh chal nahi sakta agar aap Khuda ko manen.</w:t>
      </w:r>
    </w:p>
    <w:p>
      <w:pPr>
        <w:jc w:val="right"/>
      </w:pPr>
      <w:r>
        <w:t>تو یہ جو "I don't care" کلچر ہے، یہ چل نہیں سکتا اگر آپ خدا کو مانیں۔</w:t>
      </w:r>
    </w:p>
    <w:p>
      <w:r>
        <w:rPr>
          <w:b/>
        </w:rPr>
        <w:t xml:space="preserve">[20:37] </w:t>
      </w:r>
      <w:r>
        <w:t>"I don't care" wala culture sirf is waqt chalega jab koi Khuda ko na manay.</w:t>
      </w:r>
    </w:p>
    <w:p>
      <w:pPr>
        <w:jc w:val="right"/>
      </w:pPr>
      <w:r>
        <w:t>"I don't care" والا کلچر صرف اس وقت چلے گا جب کوئی خدا کو نہ مانے۔</w:t>
      </w:r>
    </w:p>
    <w:p>
      <w:r>
        <w:rPr>
          <w:b/>
        </w:rPr>
        <w:t xml:space="preserve">[20:43] </w:t>
      </w:r>
      <w:r>
        <w:t>to atheism jo hai, aik mein samajhta hoon ke aik aik aik shelter hai, aik parda hai.</w:t>
      </w:r>
    </w:p>
    <w:p>
      <w:pPr>
        <w:jc w:val="right"/>
      </w:pPr>
      <w:r>
        <w:t>تو اتھیزم جو ہے، ایک میں سمجھتا ہوں کہ ایک ایک ایک شیلٹر ہے، ایک پردہ ہے۔</w:t>
      </w:r>
    </w:p>
    <w:p>
      <w:r>
        <w:rPr>
          <w:b/>
        </w:rPr>
        <w:t xml:space="preserve">[20:49] </w:t>
      </w:r>
      <w:r>
        <w:t>"I don't care" wala culture ikhtiyar karne ke liye.</w:t>
      </w:r>
    </w:p>
    <w:p>
      <w:pPr>
        <w:jc w:val="right"/>
      </w:pPr>
      <w:r>
        <w:t>"I don't care" والا کلچر اختیار کرنے کے لیے۔</w:t>
      </w:r>
    </w:p>
    <w:p>
      <w:r>
        <w:rPr>
          <w:b/>
        </w:rPr>
        <w:t xml:space="preserve">[20:55] </w:t>
      </w:r>
      <w:r>
        <w:t>Azaad, bilkul koi pabandi nahin.</w:t>
      </w:r>
    </w:p>
    <w:p>
      <w:pPr>
        <w:jc w:val="right"/>
      </w:pPr>
      <w:r>
        <w:t>آزاد، بالکل کوئی پابندی نہیں۔</w:t>
      </w:r>
    </w:p>
    <w:p>
      <w:r>
        <w:rPr>
          <w:b/>
        </w:rPr>
        <w:t xml:space="preserve">[21:01] </w:t>
      </w:r>
      <w:r>
        <w:t>Lekin sawal yeh hai, aap ka har lamha</w:t>
      </w:r>
    </w:p>
    <w:p>
      <w:pPr>
        <w:jc w:val="right"/>
      </w:pPr>
      <w:r>
        <w:t>لیکن سوال یہ ہے، آپ کا ہر لمحہ</w:t>
      </w:r>
    </w:p>
    <w:p>
      <w:r>
        <w:rPr>
          <w:b/>
        </w:rPr>
        <w:t xml:space="preserve">[21:07] </w:t>
      </w:r>
      <w:r>
        <w:t>aap se poochta hai ke "I don't care" ka relevance kya hai? Kya hai is ka relevance? Aap</w:t>
      </w:r>
    </w:p>
    <w:p>
      <w:pPr>
        <w:jc w:val="right"/>
      </w:pPr>
      <w:r>
        <w:t>آپ سے پوچھتا ہے کہ "I don't care" کا ریلیونس کیا ہے؟ کیا ہے اس کا ریلیونس؟ آپ</w:t>
      </w:r>
    </w:p>
    <w:p>
      <w:r>
        <w:rPr>
          <w:b/>
        </w:rPr>
        <w:t xml:space="preserve">[21:12] </w:t>
      </w:r>
      <w:r>
        <w:t>ke pyaas lagi to pani maujood tha, woh aap ne piya.</w:t>
      </w:r>
    </w:p>
    <w:p>
      <w:pPr>
        <w:jc w:val="right"/>
      </w:pPr>
      <w:r>
        <w:t>کے پیاس لگی تو پانی موجود تھا، وہ آپ نے پیا۔</w:t>
      </w:r>
    </w:p>
    <w:p>
      <w:r>
        <w:rPr>
          <w:b/>
        </w:rPr>
        <w:t xml:space="preserve">[21:17] </w:t>
      </w:r>
      <w:r>
        <w:t>To foran sawal hota hai ke yeh pani kahan se aa gaya? Kis ne pani diya? Kis ko</w:t>
      </w:r>
    </w:p>
    <w:p>
      <w:pPr>
        <w:jc w:val="right"/>
      </w:pPr>
      <w:r>
        <w:t>تو فوراً سوال ہوتا ہے کہ یہ پانی کہاں سے آ گیا؟ کس نے پانی دیا؟ کس کو</w:t>
      </w:r>
    </w:p>
    <w:p>
      <w:r>
        <w:rPr>
          <w:b/>
        </w:rPr>
        <w:t xml:space="preserve">[21:22] </w:t>
      </w:r>
      <w:r>
        <w:t>pata tha ke main ek aisa creature hoon jis ko pani ki zaroorat hai? Kis ko pata tha?</w:t>
      </w:r>
    </w:p>
    <w:p>
      <w:pPr>
        <w:jc w:val="right"/>
      </w:pPr>
      <w:r>
        <w:t>پتہ تھا کہ میں ایک ایسا کریچر ہوں جس کو پانی کی ضرورت ہے؟ کس کو پتہ تھا؟</w:t>
      </w:r>
    </w:p>
    <w:p>
      <w:r>
        <w:rPr>
          <w:b/>
        </w:rPr>
        <w:t xml:space="preserve">[21:27] </w:t>
      </w:r>
      <w:r>
        <w:t>Aap ko bhook lagi, aap ne khana khaya.</w:t>
      </w:r>
    </w:p>
    <w:p>
      <w:pPr>
        <w:jc w:val="right"/>
      </w:pPr>
      <w:r>
        <w:t>آپ کو بھوک لگی، آپ نے کھانا کھایا۔</w:t>
      </w:r>
    </w:p>
    <w:p>
      <w:r>
        <w:rPr>
          <w:b/>
        </w:rPr>
        <w:t xml:space="preserve">[21:32] </w:t>
      </w:r>
      <w:r>
        <w:t>To phir sawal pata hota hai,</w:t>
      </w:r>
    </w:p>
    <w:p>
      <w:pPr>
        <w:jc w:val="right"/>
      </w:pPr>
      <w:r>
        <w:t>تو پھر سوال پتہ ہوتا ہے،</w:t>
      </w:r>
    </w:p>
    <w:p>
      <w:r>
        <w:rPr>
          <w:b/>
        </w:rPr>
        <w:t xml:space="preserve">[21:37] </w:t>
      </w:r>
      <w:r>
        <w:t>kis ko pata tha ke aap ko food chahiye? Us ne food ko paida kar diya hai sawal ke andar.</w:t>
      </w:r>
    </w:p>
    <w:p>
      <w:pPr>
        <w:jc w:val="right"/>
      </w:pPr>
      <w:r>
        <w:t>کس کو پتہ تھا کہ آپ کو فوڈ چاہیے؟ اس کو فوڈ کو پیدا کر دیا ہے سوال کے اندر۔</w:t>
      </w:r>
    </w:p>
    <w:p>
      <w:r>
        <w:rPr>
          <w:b/>
        </w:rPr>
        <w:t xml:space="preserve">[21:42] </w:t>
      </w:r>
      <w:r>
        <w:t>To har lamha aap poochta hai aap se, aap ko oxygen ki zaroorat hai, aap oxygen ke sath</w:t>
      </w:r>
    </w:p>
    <w:p>
      <w:pPr>
        <w:jc w:val="right"/>
      </w:pPr>
      <w:r>
        <w:t>تو ہر لمحہ آپ پوچھتا ہے آپ سے، آپ کو آکسیجن کی ضرورت ہے، آپ آکسیجن کے ساتھ</w:t>
      </w:r>
    </w:p>
    <w:p>
      <w:r>
        <w:rPr>
          <w:b/>
        </w:rPr>
        <w:t xml:space="preserve">[21:47] </w:t>
      </w:r>
      <w:r>
        <w:t>saans lete hain.</w:t>
      </w:r>
    </w:p>
    <w:p>
      <w:pPr>
        <w:jc w:val="right"/>
      </w:pPr>
      <w:r>
        <w:t>سانس لیتے ہیں۔</w:t>
      </w:r>
    </w:p>
    <w:p>
      <w:r>
        <w:rPr>
          <w:b/>
        </w:rPr>
        <w:t xml:space="preserve">[21:52] </w:t>
      </w:r>
      <w:r>
        <w:t>Har saans ke sath yeh sawal aata hai ke kis ko pata tha ke mujhe oxygen chahiye aur</w:t>
      </w:r>
    </w:p>
    <w:p>
      <w:pPr>
        <w:jc w:val="right"/>
      </w:pPr>
      <w:r>
        <w:t>ہر سانس کے ساتھ یہ سوال آتا ہے کہ کس کو پتہ تھا کہ مجھے آکسیجن چاہیے اور</w:t>
      </w:r>
    </w:p>
    <w:p>
      <w:r>
        <w:rPr>
          <w:b/>
        </w:rPr>
        <w:t xml:space="preserve">[21:58] </w:t>
      </w:r>
      <w:r>
        <w:t>us ne oxygen paida kar ke rakh diya.</w:t>
      </w:r>
    </w:p>
    <w:p>
      <w:pPr>
        <w:jc w:val="right"/>
      </w:pPr>
      <w:r>
        <w:t>اس نے آکسیجن پیدا کر کے رکھ دیا۔</w:t>
      </w:r>
    </w:p>
    <w:p>
      <w:r>
        <w:rPr>
          <w:b/>
        </w:rPr>
        <w:t xml:space="preserve">[22:03] </w:t>
      </w:r>
      <w:r>
        <w:t>Aur hawaein paida kar dein jo us ko bikher ti hain.</w:t>
      </w:r>
    </w:p>
    <w:p>
      <w:pPr>
        <w:jc w:val="right"/>
      </w:pPr>
      <w:r>
        <w:t>اور ہوائیں پیدا کر دیں جو اس کو بکھیرتی ہیں۔</w:t>
      </w:r>
    </w:p>
    <w:p>
      <w:r>
        <w:rPr>
          <w:b/>
        </w:rPr>
        <w:t xml:space="preserve">[22:08] </w:t>
      </w:r>
      <w:r>
        <w:t>To har lamha aap is sawal se to "I don't care" se masla khatam nahin hota.</w:t>
      </w:r>
    </w:p>
    <w:p>
      <w:pPr>
        <w:jc w:val="right"/>
      </w:pPr>
      <w:r>
        <w:t>تو ہر لمحہ آپ اس سوال سے تو "I don't care" سے مسئلہ ختم نہیں ہوتا۔</w:t>
      </w:r>
    </w:p>
    <w:p>
      <w:r>
        <w:rPr>
          <w:b/>
        </w:rPr>
        <w:t xml:space="preserve">[22:14] </w:t>
      </w:r>
      <w:r>
        <w:t>Aap ko poochna hi parhe ga, har sawal ka jawab dena hi parhe ga.</w:t>
      </w:r>
    </w:p>
    <w:p>
      <w:pPr>
        <w:jc w:val="right"/>
      </w:pPr>
      <w:r>
        <w:t>آپ کو پوچھنا ہی پڑے گا، ہر سوال کا جواب دینا ہی پڑے گا۔</w:t>
      </w:r>
    </w:p>
    <w:p>
      <w:r>
        <w:rPr>
          <w:b/>
        </w:rPr>
        <w:t xml:space="preserve">[22:20] </w:t>
      </w:r>
      <w:r>
        <w:t>To main ne jahan tak parha hai, jitne atheist hote hain, sab illogical baatein karte hain. Illogical.</w:t>
      </w:r>
    </w:p>
    <w:p>
      <w:pPr>
        <w:jc w:val="right"/>
      </w:pPr>
      <w:r>
        <w:t>تو میں نے جہاں تک پڑھا ہے، جتنے اتھیسٹ ہوتے ہیں، سب اللاجیکل باتیں کرتے ہیں۔ اللاجیکل۔</w:t>
      </w:r>
    </w:p>
    <w:p>
      <w:r>
        <w:rPr>
          <w:b/>
        </w:rPr>
        <w:t xml:space="preserve">[22:26] </w:t>
      </w:r>
      <w:r>
        <w:t>Is mein koi logic nahin, koi reasoning nahin, koi daleel nahin.</w:t>
      </w:r>
    </w:p>
    <w:p>
      <w:pPr>
        <w:jc w:val="right"/>
      </w:pPr>
      <w:r>
        <w:t>اس میں کوئی لاجک نہیں، کوئی ریزننگ نہیں، کوئی دلیل نہیں۔</w:t>
      </w:r>
    </w:p>
    <w:p>
      <w:r>
        <w:rPr>
          <w:b/>
        </w:rPr>
        <w:t xml:space="preserve">[22:32] </w:t>
      </w:r>
      <w:r>
        <w:t>Acha dekhiye, yeh saada baat nahin hai.</w:t>
      </w:r>
    </w:p>
    <w:p>
      <w:pPr>
        <w:jc w:val="right"/>
      </w:pPr>
      <w:r>
        <w:t>اچھا دیکھیے، یہ سادہ بات نہیں ہے۔</w:t>
      </w:r>
    </w:p>
    <w:p>
      <w:r>
        <w:rPr>
          <w:b/>
        </w:rPr>
        <w:t xml:space="preserve">[22:38] </w:t>
      </w:r>
      <w:r>
        <w:t>agar aap "I don't care" wala culture ikhtiyar karein to kya hoga? aap ke andar yani high thinking ka process khatam ho jayega. sab se bari cheez jo insan ke liye hai ke is ke andar high thinking ka process ho. kyunke isi se aap ke aap ki jo per</w:t>
      </w:r>
    </w:p>
    <w:p>
      <w:pPr>
        <w:jc w:val="right"/>
      </w:pPr>
      <w:r>
        <w:t>اگر آپ "I don't care" والا کلچر اختیار کریں تو کیا ہوگا؟ آپ کے اندر یعنی ہائی تھنکنگ کا کا پروسیس ختم ہو جائے گا۔ سب سے بڑی چیز جو انسان کے لیے ہے کہ اس کے اندر ہائی تھنکنگ کا پروسیس ہو۔ کیونکہ اسی سے آپ کے آپ کی جو پر</w:t>
      </w:r>
    </w:p>
    <w:p>
      <w:r>
        <w:rPr>
          <w:b/>
        </w:rPr>
        <w:t xml:space="preserve">[23:08] </w:t>
      </w:r>
      <w:r>
        <w:t>سنیلٹی میں جو پوٹینشل ہے، وہ unfold ہوتے ہیں۔</w:t>
      </w:r>
    </w:p>
    <w:p>
      <w:pPr>
        <w:jc w:val="right"/>
      </w:pPr>
      <w:r>
        <w:t>سنیلٹی میں جو پوٹینشل ہے، وہ انفولڈ ہوتے ہیں۔</w:t>
      </w:r>
    </w:p>
    <w:p>
      <w:r>
        <w:rPr>
          <w:b/>
        </w:rPr>
        <w:t xml:space="preserve">[23:14] </w:t>
      </w:r>
      <w:r>
        <w:t>انسان جب پیدا ہوتا ہے تو وہ developed mind نہیں ہوتا۔</w:t>
      </w:r>
    </w:p>
    <w:p>
      <w:pPr>
        <w:jc w:val="right"/>
      </w:pPr>
      <w:r>
        <w:t>انسان جب پیدا ہوتا ہے تو وہ ڈیولپڈ مائنڈ نہیں ہوتا۔</w:t>
      </w:r>
    </w:p>
    <w:p>
      <w:r>
        <w:rPr>
          <w:b/>
        </w:rPr>
        <w:t xml:space="preserve">[23:19] </w:t>
      </w:r>
      <w:r>
        <w:t>Aap jante hain, kabhi chota bacha aankh kanghaye, munh daal leta hai.</w:t>
      </w:r>
    </w:p>
    <w:p>
      <w:pPr>
        <w:jc w:val="right"/>
      </w:pPr>
      <w:r>
        <w:t>آپ جانتے ہیں، کبھی چھوٹا بچہ آنکھ کنگھائے، منہ ڈال لیتا ہے۔</w:t>
      </w:r>
    </w:p>
    <w:p>
      <w:r>
        <w:rPr>
          <w:b/>
        </w:rPr>
        <w:t xml:space="preserve">[23:24] </w:t>
      </w:r>
      <w:r>
        <w:t>Woh loha khane lagta hai.</w:t>
      </w:r>
    </w:p>
    <w:p>
      <w:pPr>
        <w:jc w:val="right"/>
      </w:pPr>
      <w:r>
        <w:t>وہ لوہا کھانے لگتا ہے۔</w:t>
      </w:r>
    </w:p>
    <w:p>
      <w:r>
        <w:rPr>
          <w:b/>
        </w:rPr>
        <w:t xml:space="preserve">[23:29] </w:t>
      </w:r>
      <w:r>
        <w:t>تو انسان جب پیدا ہوتا ہے تو وہ developed mind نہیں ہوتا۔</w:t>
      </w:r>
    </w:p>
    <w:p>
      <w:pPr>
        <w:jc w:val="right"/>
      </w:pPr>
      <w:r>
        <w:t>تو انسان جب پیدا ہوتا ہے تو وہ ڈیولپڈ مائنڈ نہیں ہوتا۔</w:t>
      </w:r>
    </w:p>
    <w:p>
      <w:r>
        <w:rPr>
          <w:b/>
        </w:rPr>
        <w:t xml:space="preserve">[23:34] </w:t>
      </w:r>
      <w:r>
        <w:t>اس کے اندر پوٹینشل تو ہوتے ہیں ڈویلپمنٹ کے</w:t>
      </w:r>
    </w:p>
    <w:p>
      <w:pPr>
        <w:jc w:val="right"/>
      </w:pPr>
      <w:r>
        <w:t>اس کے اندر پوٹینشل تو ہوتے ہیں ڈیولپمنٹ کے</w:t>
      </w:r>
    </w:p>
    <w:p>
      <w:r>
        <w:rPr>
          <w:b/>
        </w:rPr>
        <w:t xml:space="preserve">[23:39] </w:t>
      </w:r>
      <w:r>
        <w:t>، lekin actual tor par nahin hota woh.</w:t>
      </w:r>
    </w:p>
    <w:p>
      <w:pPr>
        <w:jc w:val="right"/>
      </w:pPr>
      <w:r>
        <w:t>، لیکن ایکچول طور پر نہیں ہوتا وہ۔</w:t>
      </w:r>
    </w:p>
    <w:p>
      <w:r>
        <w:rPr>
          <w:b/>
        </w:rPr>
        <w:t xml:space="preserve">[23:43] </w:t>
      </w:r>
      <w:r>
        <w:t>تو اگر آپ یہ کلچر اختیار کریں: "I don't care" seriously، تو کیا ہوگا؟ آپ animal سے زیادہ</w:t>
      </w:r>
    </w:p>
    <w:p>
      <w:pPr>
        <w:jc w:val="right"/>
      </w:pPr>
      <w:r>
        <w:t>تو اگر آپ یہ کلچر اختیار کریں: "I don't care" سیریسلی، تو کیا ہوگا؟ آپ اینیمل سے زیادہ</w:t>
      </w:r>
    </w:p>
    <w:p>
      <w:r>
        <w:rPr>
          <w:b/>
        </w:rPr>
        <w:t xml:space="preserve">[23:48] </w:t>
      </w:r>
      <w:r>
        <w:t>Yaani se zyada badtar ho jayen ge.</w:t>
      </w:r>
    </w:p>
    <w:p>
      <w:pPr>
        <w:jc w:val="right"/>
      </w:pPr>
      <w:r>
        <w:t>یعنی سے زیادہ بدتر ہو جائیں گے۔</w:t>
      </w:r>
    </w:p>
    <w:p>
      <w:r>
        <w:rPr>
          <w:b/>
        </w:rPr>
        <w:t xml:space="preserve">[23:52] </w:t>
      </w:r>
      <w:r>
        <w:t>کیونکہ آپ کے اندر thinking process جاری نہیں ہوگا۔</w:t>
      </w:r>
    </w:p>
    <w:p>
      <w:pPr>
        <w:jc w:val="right"/>
      </w:pPr>
      <w:r>
        <w:t>کیونکہ آپ کے اندر تھنکنگ پروسیس جاری نہیں ہوگا۔</w:t>
      </w:r>
    </w:p>
    <w:p>
      <w:r>
        <w:rPr>
          <w:b/>
        </w:rPr>
        <w:t xml:space="preserve">[23:56] </w:t>
      </w:r>
      <w:r>
        <w:t>Intellectual development nahin aye ga.</w:t>
      </w:r>
    </w:p>
    <w:p>
      <w:pPr>
        <w:jc w:val="right"/>
      </w:pPr>
      <w:r>
        <w:t>انٹلیکچول ڈیولپمنٹ نہیں آئے گا۔</w:t>
      </w:r>
    </w:p>
    <w:p>
      <w:r>
        <w:rPr>
          <w:b/>
        </w:rPr>
        <w:t xml:space="preserve">[24:01] </w:t>
      </w:r>
      <w:r>
        <w:t>Creativity nahi paida hogi aap ke andar.</w:t>
      </w:r>
    </w:p>
    <w:p>
      <w:pPr>
        <w:jc w:val="right"/>
      </w:pPr>
      <w:r>
        <w:t>کریٹیوٹی نہیں پیدا ہوگی آپ کے اندر۔</w:t>
      </w:r>
    </w:p>
    <w:p>
      <w:r>
        <w:rPr>
          <w:b/>
        </w:rPr>
        <w:t xml:space="preserve">[24:05] </w:t>
      </w:r>
      <w:r>
        <w:t>Sab kuch khatam. "I don</w:t>
      </w:r>
    </w:p>
    <w:p>
      <w:pPr>
        <w:jc w:val="right"/>
      </w:pPr>
      <w:r>
        <w:t>سب کچھ ختم۔ "I don</w:t>
      </w:r>
    </w:p>
    <w:p>
      <w:r>
        <w:rPr>
          <w:b/>
        </w:rPr>
        <w:t xml:space="preserve">[24:09] </w:t>
      </w:r>
      <w:r>
        <w:t>'t care" aap ko animal se bhi zyada neechay le ayega. kyunke animal ka bhi aik soch hoti hai. agarche animal ki soch jo hai, zyada tar do baaton par chalti hai. yani security aur food. in ko security chahiye aur food chahiye. to kam az kam woh sochte to hain. food ke liye sochte hain, daurte hain idhar udhar. food ke liye. security chahte hain, is ke liye daurte hain idhar udhar. to food aur security ko le kar un ke</w:t>
      </w:r>
    </w:p>
    <w:p>
      <w:pPr>
        <w:jc w:val="right"/>
      </w:pPr>
      <w:r>
        <w:t>'t care" آپ کو اینیمل سے بھی زیادہ نیچے لے آئے گا۔ کیونکہ اینیمل کا بھی ایک سوچ ہوتی ہے۔ اگرچہ اینیمل کی سوچ جو ہے، زیادہ تر دو باتوں پر چلتی ہے۔ یعنی سیکیورٹی اور فوڈ۔ ان کو سیکیورٹی چاہیے اور فوڈ چاہیے۔ تو کم از کم وہ سوچتے تو ہیں۔ فوڈ کے لیے سوچتے ہیں، دوڑتے ہیں ادھر ادھر۔ فوڈ کے لیے۔ سیکیورٹی چاہتے ہیں، اس کے لیے دوڑتے ہیں ادھر ادھر۔ تو فوڈ اور سیکیورٹی کو لے کر ان کے</w:t>
      </w:r>
    </w:p>
    <w:p>
      <w:r>
        <w:rPr>
          <w:b/>
        </w:rPr>
        <w:t xml:space="preserve">[24:39] </w:t>
      </w:r>
      <w:r>
        <w:t>اندر intellectual development ہوتا ہے۔</w:t>
      </w:r>
    </w:p>
    <w:p>
      <w:pPr>
        <w:jc w:val="right"/>
      </w:pPr>
      <w:r>
        <w:t>اندر انٹلیکچول ڈیولپمنٹ ہوتا ہے۔</w:t>
      </w:r>
    </w:p>
    <w:p>
      <w:r>
        <w:rPr>
          <w:b/>
        </w:rPr>
        <w:t xml:space="preserve">[24:44] </w:t>
      </w:r>
      <w:r>
        <w:t>agarche limited sense mein.</w:t>
      </w:r>
    </w:p>
    <w:p>
      <w:pPr>
        <w:jc w:val="right"/>
      </w:pPr>
      <w:r>
        <w:t>اگرچہ لمیٹڈ سینس میں۔</w:t>
      </w:r>
    </w:p>
    <w:p>
      <w:r>
        <w:rPr>
          <w:b/>
        </w:rPr>
        <w:t xml:space="preserve">[24:48] </w:t>
      </w:r>
      <w:r>
        <w:t>lekin aik insan agar is ko ikhtiyar kar le: "I don't care" wala culture, to yeh bhi nahi</w:t>
      </w:r>
    </w:p>
    <w:p>
      <w:pPr>
        <w:jc w:val="right"/>
      </w:pPr>
      <w:r>
        <w:t>لیکن ایک انسان اگر اس کو اختیار کر لے: "I don't care" والا کلچر، تو یہ بھی نہیں</w:t>
      </w:r>
    </w:p>
    <w:p>
      <w:r>
        <w:rPr>
          <w:b/>
        </w:rPr>
        <w:t xml:space="preserve">[24:52] </w:t>
      </w:r>
      <w:r>
        <w:t>hoga is ke andar.</w:t>
      </w:r>
    </w:p>
    <w:p>
      <w:pPr>
        <w:jc w:val="right"/>
      </w:pPr>
      <w:r>
        <w:t>ہوگا اس کے اندر۔</w:t>
      </w:r>
    </w:p>
    <w:p>
      <w:r>
        <w:rPr>
          <w:b/>
        </w:rPr>
        <w:t xml:space="preserve">[24:56] </w:t>
      </w:r>
      <w:r>
        <w:t>kuch bhi nahi hoga.</w:t>
      </w:r>
    </w:p>
    <w:p>
      <w:pPr>
        <w:jc w:val="right"/>
      </w:pPr>
      <w:r>
        <w:t>کچھ بھی نہیں ہوگا۔</w:t>
      </w:r>
    </w:p>
    <w:p>
      <w:r>
        <w:rPr>
          <w:b/>
        </w:rPr>
        <w:t xml:space="preserve">[25:01] </w:t>
      </w:r>
      <w:r>
        <w:t>quran mein jo hai ke: "wailaiq kull anaa bilhum azal".</w:t>
      </w:r>
    </w:p>
    <w:p>
      <w:pPr>
        <w:jc w:val="right"/>
      </w:pPr>
      <w:r>
        <w:t>قرآن میں جو ہے کہ: "ولائق کل انا بلھم ازل"۔</w:t>
      </w:r>
    </w:p>
    <w:p>
      <w:r>
        <w:rPr>
          <w:b/>
        </w:rPr>
        <w:t xml:space="preserve">[25:05] </w:t>
      </w:r>
      <w:r>
        <w:t>"wailaiq kull anaa bilhum azal" yani woh log janwar</w:t>
      </w:r>
    </w:p>
    <w:p>
      <w:pPr>
        <w:jc w:val="right"/>
      </w:pPr>
      <w:r>
        <w:t>"ولائق کل انا بلھم ازل" یعنی وہ لوگ جانور</w:t>
      </w:r>
    </w:p>
    <w:p>
      <w:r>
        <w:rPr>
          <w:b/>
        </w:rPr>
        <w:t xml:space="preserve">[25:09] </w:t>
      </w:r>
      <w:r>
        <w:t>ki tarah hain, balkay janwar se bhi zyada badtar. wohi hoga insan ka haal. to atheism saada baat nahi hai. khuda ko manna ya na manna saada baat nahi hai. jab aap khuda ko mante hain to aap ko starting point mil jata hai ke mujhe khuda ne paida kiya. jis tarah aap apne parent ko mante hain to aap ko apne baray mein starting point mil jata hai ke yeh mere p</w:t>
      </w:r>
    </w:p>
    <w:p>
      <w:pPr>
        <w:jc w:val="right"/>
      </w:pPr>
      <w:r>
        <w:t>کی طرح ہیں، بلکہ جانور سے بھی زیادہ بدتر۔ وہی ہوگا انسان کا حال۔ تو اتھیزم سادہ بات نہیں ہے۔ خدا کو ماننا یا نہ ماننا سادہ بات نہیں ہے۔ جب آپ خدا کو مانتے ہیں تو آپ کو سٹارٹنگ پوائنٹ مل جاتا ہے کہ مجھے خدا نے پیدا کیا۔ جس طرح آپ اپنے پیرنٹ کو مانتے ہیں تو آپ کو اپنے بارے میں سٹارٹنگ پوائنٹ مل جاتا ہے کہ یہ میرے پ</w:t>
      </w:r>
    </w:p>
    <w:p>
      <w:r>
        <w:rPr>
          <w:b/>
        </w:rPr>
        <w:t xml:space="preserve">[25:39] </w:t>
      </w:r>
      <w:r>
        <w:t>arent hain. to khuda ko mante hi aap ko starting point mil gaya. aap ki journey shuru ho gayi. is tarah bohat si cheezein hain, maslan aap sincere ho jayenge zindagi ke baray mein. aap apne ko accountable samjhenge creator ke samne. society mein aap aik predictable character paida hoga aap ke andar. jitna bhi dunya mein tarqqiyan hui</w:t>
      </w:r>
    </w:p>
    <w:p>
      <w:pPr>
        <w:jc w:val="right"/>
      </w:pPr>
      <w:r>
        <w:t>یرنٹ ہیں۔ تو خدا کو مانتے ہی آپ کو سٹارٹنگ پوائنٹ مل گیا۔ آپ کی جرنی شروع ہو گئی۔ اس طرح بہت سی چیزیں ہیں، مثلاً آپ سنسیئر ہو جائیں گے زندگی کے بارے میں۔ آپ اپنے کو اکاؤنٹیبل سمجھیں گے کریٹر کے سامنے۔ سوسائٹی میں آپ ایک پریڈکٹیبل کریکٹر پیدا ہوگا آپ کے اندر۔ جتنا بھی دنیا میں ترقیاں ہوئی</w:t>
      </w:r>
    </w:p>
    <w:p>
      <w:r>
        <w:rPr>
          <w:b/>
        </w:rPr>
        <w:t xml:space="preserve">[26:09] </w:t>
      </w:r>
      <w:r>
        <w:t>ہیں، ترقیاں اس لیے ہوئیں کہ لوگوں نے یہ starting point کو دریافت کر لیا تھا۔</w:t>
      </w:r>
    </w:p>
    <w:p>
      <w:pPr>
        <w:jc w:val="right"/>
      </w:pPr>
      <w:r>
        <w:t>ہیں، ترقیاں اس لیے ہوئیں کہ لوگوں نے یہ سٹارٹنگ پوائنٹ کو دریافت کر لیا تھا۔</w:t>
      </w:r>
    </w:p>
    <w:p>
      <w:r>
        <w:rPr>
          <w:b/>
        </w:rPr>
        <w:t xml:space="preserve">[26:17] </w:t>
      </w:r>
      <w:r>
        <w:t>تو atheism انسان کی آبادی کو ایک ایسا جنگل بنایا تھا۔ جنگل۔</w:t>
      </w:r>
    </w:p>
    <w:p>
      <w:pPr>
        <w:jc w:val="right"/>
      </w:pPr>
      <w:r>
        <w:t>تو اتھیزم انسان کی آبادی کو ایک ایسا جنگل بنایا تھا۔ جنگل۔</w:t>
      </w:r>
    </w:p>
    <w:p>
      <w:r>
        <w:rPr>
          <w:b/>
        </w:rPr>
        <w:t xml:space="preserve">[26:25] </w:t>
      </w:r>
      <w:r>
        <w:t>dekhiye, aap yeh kahein ke bohat se log to khuda ko nahi mante, phir bhi kaise tarqqiyan ho</w:t>
      </w:r>
    </w:p>
    <w:p>
      <w:pPr>
        <w:jc w:val="right"/>
      </w:pPr>
      <w:r>
        <w:t>دیکھیے، آپ یہ کہیں کہ بہت سے لوگ تو خدا کو نہیں مانتے، پھر بھی کیسے ترقیاں ہو</w:t>
      </w:r>
    </w:p>
    <w:p>
      <w:r>
        <w:rPr>
          <w:b/>
        </w:rPr>
        <w:t xml:space="preserve">[26:33] </w:t>
      </w:r>
      <w:r>
        <w:t>rahi hain? mein kahunga wahi mante hain.</w:t>
      </w:r>
    </w:p>
    <w:p>
      <w:pPr>
        <w:jc w:val="right"/>
      </w:pPr>
      <w:r>
        <w:t>رہی ہیں؟ میں کہوں گا وہی مانتے ہیں۔</w:t>
      </w:r>
    </w:p>
    <w:p>
      <w:r>
        <w:rPr>
          <w:b/>
        </w:rPr>
        <w:t xml:space="preserve">[26:41] </w:t>
      </w:r>
      <w:r>
        <w:t>اس لیے کہ یہ anthropology کی جو ریسرچ ہوئی ہے، اس سے ثابت ہوتا ہے کہ تاریخ میں</w:t>
      </w:r>
    </w:p>
    <w:p>
      <w:pPr>
        <w:jc w:val="right"/>
      </w:pPr>
      <w:r>
        <w:t>اس لیے کہ یہ اینتھروپولوجی کی جو ریسرچ ہوئی ہے، اس سے ثابت ہوتا ہے کہ تاریخ میں</w:t>
      </w:r>
    </w:p>
    <w:p>
      <w:r>
        <w:rPr>
          <w:b/>
        </w:rPr>
        <w:t xml:space="preserve">[26:48] </w:t>
      </w:r>
      <w:r>
        <w:t>jitne bhi insan paida hue, jitni societies bani, sab kisi na kisi aitbar se khuda ko manti theen.</w:t>
      </w:r>
    </w:p>
    <w:p>
      <w:pPr>
        <w:jc w:val="right"/>
      </w:pPr>
      <w:r>
        <w:t>جتنے بھی انسان پیدا ہوئے، جتنی سوسائٹیاں بنیں، سب کسی نہ کسی اعتبار سے خدا کو مانتی تھیں۔</w:t>
      </w:r>
    </w:p>
    <w:p>
      <w:r>
        <w:rPr>
          <w:b/>
        </w:rPr>
        <w:t xml:space="preserve">[26:56] </w:t>
      </w:r>
      <w:r>
        <w:t>creator ko manti theen.</w:t>
      </w:r>
    </w:p>
    <w:p>
      <w:pPr>
        <w:jc w:val="right"/>
      </w:pPr>
      <w:r>
        <w:t>کریٹر کو مانتی تھیں۔</w:t>
      </w:r>
    </w:p>
    <w:p>
      <w:r>
        <w:rPr>
          <w:b/>
        </w:rPr>
        <w:t xml:space="preserve">[27:03] </w:t>
      </w:r>
      <w:r>
        <w:t>abhi tak tareekh mein aisa koi daryaft nahi hua hai. society. to to</w:t>
      </w:r>
    </w:p>
    <w:p>
      <w:pPr>
        <w:jc w:val="right"/>
      </w:pPr>
      <w:r>
        <w:t>ابھی تک تاریخ میں ایسا کوئی دریافت نہیں ہوا ہے۔ سوسائٹی۔ تو تو</w:t>
      </w:r>
    </w:p>
    <w:p>
      <w:r>
        <w:rPr>
          <w:b/>
        </w:rPr>
        <w:t xml:space="preserve">[27:11] </w:t>
      </w:r>
      <w:r>
        <w:t>baat kya hai ke jo log munh se kehta hai ke woh khuda ko nahi manta, woh is</w:t>
      </w:r>
    </w:p>
    <w:p>
      <w:pPr>
        <w:jc w:val="right"/>
      </w:pPr>
      <w:r>
        <w:t>بات کیا ہے کہ جو لوگ منہ سے کہتا ہے کہ وہ خدا کو نہیں مانتا، وہ اس</w:t>
      </w:r>
    </w:p>
    <w:p>
      <w:r>
        <w:rPr>
          <w:b/>
        </w:rPr>
        <w:t xml:space="preserve">[27:15] </w:t>
      </w:r>
      <w:r>
        <w:t>کی بھی سائیکالوجی، اس کا بھی inner جو جو اس کا جو inner thinking ہے، وہ پھر بھی</w:t>
      </w:r>
    </w:p>
    <w:p>
      <w:pPr>
        <w:jc w:val="right"/>
      </w:pPr>
      <w:r>
        <w:t>کی بھی سائیکالوجی، اس کا بھی انر جو جو اس کا جو انر تھنکنگ ہے، وہ پھر بھی</w:t>
      </w:r>
    </w:p>
    <w:p>
      <w:r>
        <w:rPr>
          <w:b/>
        </w:rPr>
        <w:t xml:space="preserve">[27:20] </w:t>
      </w:r>
      <w:r>
        <w:t>manti hai ke mera aik koi khuda hai.</w:t>
      </w:r>
    </w:p>
    <w:p>
      <w:pPr>
        <w:jc w:val="right"/>
      </w:pPr>
      <w:r>
        <w:t>مانتی ہے کہ میرا ایک کوئی خدا ہے۔</w:t>
      </w:r>
    </w:p>
    <w:p>
      <w:r>
        <w:rPr>
          <w:b/>
        </w:rPr>
        <w:t xml:space="preserve">[27:24] </w:t>
      </w:r>
      <w:r>
        <w:t>to isi par chalta hai woh aadmi.</w:t>
      </w:r>
    </w:p>
    <w:p>
      <w:pPr>
        <w:jc w:val="right"/>
      </w:pPr>
      <w:r>
        <w:t>تو اسی پر چلتا ہے وہ آدمی۔</w:t>
      </w:r>
    </w:p>
    <w:p>
      <w:r>
        <w:rPr>
          <w:b/>
        </w:rPr>
        <w:t xml:space="preserve">[27:29] </w:t>
      </w:r>
      <w:r>
        <w:t>jo aadmi apne aap ko kahe ke woh khuda ko nahi manta, woh bhi unconsciously level par khuda</w:t>
      </w:r>
    </w:p>
    <w:p>
      <w:pPr>
        <w:jc w:val="right"/>
      </w:pPr>
      <w:r>
        <w:t>جو آدمی اپنے آپ کو کہے کہ وہ خدا کو نہیں مانتا، وہ بھی انکانسس لیول پر خدا</w:t>
      </w:r>
    </w:p>
    <w:p>
      <w:r>
        <w:rPr>
          <w:b/>
        </w:rPr>
        <w:t xml:space="preserve">[27:33] </w:t>
      </w:r>
      <w:r>
        <w:t>ko manta hai.</w:t>
      </w:r>
    </w:p>
    <w:p>
      <w:pPr>
        <w:jc w:val="right"/>
      </w:pPr>
      <w:r>
        <w:t>کو مانتا ہے۔</w:t>
      </w:r>
    </w:p>
    <w:p>
      <w:r>
        <w:rPr>
          <w:b/>
        </w:rPr>
        <w:t xml:space="preserve">[27:37] </w:t>
      </w:r>
      <w:r>
        <w:t>isi liye woh zinda hai.</w:t>
      </w:r>
    </w:p>
    <w:p>
      <w:pPr>
        <w:jc w:val="right"/>
      </w:pPr>
      <w:r>
        <w:t>اسی لیے وہ زندہ ہے۔</w:t>
      </w:r>
    </w:p>
    <w:p>
      <w:r>
        <w:rPr>
          <w:b/>
        </w:rPr>
        <w:t xml:space="preserve">[27:42] </w:t>
      </w:r>
      <w:r>
        <w:t>isi liye woh yani activities dikhata hai. main samajhta hoon ke khuda ko manna aik compulsion hai jis se chhutkara nahi hai. aap ke nature mein introversion hai khuda ka concept. introversion hai. aap is se apne aap ko alag kar hi nahi sakte. to ya to aap</w:t>
      </w:r>
    </w:p>
    <w:p>
      <w:pPr>
        <w:jc w:val="right"/>
      </w:pPr>
      <w:r>
        <w:t>اسی لیے وہ یعنی ایکٹیویٹیز دکھاتا ہے۔ میں سمجھتا ہوں کہ خدا کو ماننا ایک کمپلشن ہے جس سے چھٹکارا نہیں ہے۔ آپ کے نیچر میں انٹرووربن ہے خدا کا کانسیپٹ۔ انٹرووربن ہے۔ آپ اس سے اپنے آپ کو الگ کر ہی نہیں سکتے۔ تو یا تو آپ</w:t>
      </w:r>
    </w:p>
    <w:p>
      <w:r>
        <w:rPr>
          <w:b/>
        </w:rPr>
        <w:t xml:space="preserve">[28:12] </w:t>
      </w:r>
      <w:r>
        <w:t>is ko consciously manen.</w:t>
      </w:r>
    </w:p>
    <w:p>
      <w:pPr>
        <w:jc w:val="right"/>
      </w:pPr>
      <w:r>
        <w:t>اس کو کانشیسلی مانیں۔</w:t>
      </w:r>
    </w:p>
    <w:p>
      <w:r>
        <w:rPr>
          <w:b/>
        </w:rPr>
        <w:t xml:space="preserve">[28:16] </w:t>
      </w:r>
      <w:r>
        <w:t>consciously na manen ge to unconsciously manna padega.</w:t>
      </w:r>
    </w:p>
    <w:p>
      <w:pPr>
        <w:jc w:val="right"/>
      </w:pPr>
      <w:r>
        <w:t>کانشیسلی نہ مانیں گے تو انکانسلی ماننا پڑے گا۔</w:t>
      </w:r>
    </w:p>
    <w:p>
      <w:r>
        <w:rPr>
          <w:b/>
        </w:rPr>
        <w:t xml:space="preserve">[28:21] </w:t>
      </w:r>
      <w:r>
        <w:t>agar aap consciously na manen to unconsciously manna padega.</w:t>
      </w:r>
    </w:p>
    <w:p>
      <w:pPr>
        <w:jc w:val="right"/>
      </w:pPr>
      <w:r>
        <w:t>اگر آپ کانشیسلی نہ مانیں تو انکانسلی ماننا پڑے گا۔</w:t>
      </w:r>
    </w:p>
    <w:p>
      <w:r>
        <w:rPr>
          <w:b/>
        </w:rPr>
        <w:t xml:space="preserve">[28:25] </w:t>
      </w:r>
      <w:r>
        <w:t>warna aap aap ke andar zindagi nahi, zindagi ki activities nahi paida hongi aap ke andar.</w:t>
      </w:r>
    </w:p>
    <w:p>
      <w:pPr>
        <w:jc w:val="right"/>
      </w:pPr>
      <w:r>
        <w:t>ورنہ آپ آپ کے اندر زندگی نہیں، زندگی کی ایکٹیویٹیز نہیں پیدا ہوں گی آپ کے اندر۔</w:t>
      </w:r>
    </w:p>
    <w:p>
      <w:r>
        <w:rPr>
          <w:b/>
        </w:rPr>
        <w:t xml:space="preserve">[28:30] </w:t>
      </w:r>
      <w:r>
        <w:t>aap insan nahi banenge.</w:t>
      </w:r>
    </w:p>
    <w:p>
      <w:pPr>
        <w:jc w:val="right"/>
      </w:pPr>
      <w:r>
        <w:t>آپ انسان نہیں بنیں گے۔</w:t>
      </w:r>
    </w:p>
    <w:p>
      <w:r>
        <w:rPr>
          <w:b/>
        </w:rPr>
        <w:t xml:space="preserve">[28:34] </w:t>
      </w:r>
      <w:r>
        <w:t>aap dead animal ban jayenge.</w:t>
      </w:r>
    </w:p>
    <w:p>
      <w:pPr>
        <w:jc w:val="right"/>
      </w:pPr>
      <w:r>
        <w:t>آپ ڈیڈ اینیمل بن جائیں گے۔</w:t>
      </w:r>
    </w:p>
    <w:p>
      <w:r>
        <w:rPr>
          <w:b/>
        </w:rPr>
        <w:t xml:space="preserve">[28:39] </w:t>
      </w:r>
      <w:r>
        <w:t>to jo log yeh kehte hain ke mein khuda ko nahi manta,</w:t>
      </w:r>
    </w:p>
    <w:p>
      <w:pPr>
        <w:jc w:val="right"/>
      </w:pPr>
      <w:r>
        <w:t>تو جو لوگ یہ کہتے ہیں کہ میں خدا کو نہیں مانتا،</w:t>
      </w:r>
    </w:p>
    <w:p>
      <w:r>
        <w:rPr>
          <w:b/>
        </w:rPr>
        <w:t xml:space="preserve">[28:43] </w:t>
      </w:r>
      <w:r>
        <w:t>woh bhi unconsciously khuda ko manta hai.</w:t>
      </w:r>
    </w:p>
    <w:p>
      <w:pPr>
        <w:jc w:val="right"/>
      </w:pPr>
      <w:r>
        <w:t>وہ بھی انکانسلی خدا کو مانتا ہے۔</w:t>
      </w:r>
    </w:p>
    <w:p>
      <w:r>
        <w:rPr>
          <w:b/>
        </w:rPr>
        <w:t xml:space="preserve">[28:51] </w:t>
      </w:r>
      <w:r>
        <w:t>is ki aik bohat dilchasp misaal maine likhi hai apni kitab: "woh religion of nature".</w:t>
      </w:r>
    </w:p>
    <w:p>
      <w:pPr>
        <w:jc w:val="right"/>
      </w:pPr>
      <w:r>
        <w:t>اس کی ایک بہت دلچسپ مثال میں نے لکھی ہے اپنی کتاب: "وہ ریلیجن آف نیچر"۔</w:t>
      </w:r>
    </w:p>
    <w:p>
      <w:r>
        <w:rPr>
          <w:b/>
        </w:rPr>
        <w:t xml:space="preserve">[28:59] </w:t>
      </w:r>
      <w:r>
        <w:t>deen-e-fitrat mein.</w:t>
      </w:r>
    </w:p>
    <w:p>
      <w:pPr>
        <w:jc w:val="right"/>
      </w:pPr>
      <w:r>
        <w:t>دین فطرت میں۔</w:t>
      </w:r>
    </w:p>
    <w:p>
      <w:r>
        <w:rPr>
          <w:b/>
        </w:rPr>
        <w:t xml:space="preserve">[29:07] </w:t>
      </w:r>
      <w:r>
        <w:t>dekhiye, second world war ke zamanay mein do front ban gaye thay: allied powers aur axis powers.</w:t>
      </w:r>
    </w:p>
    <w:p>
      <w:pPr>
        <w:jc w:val="right"/>
      </w:pPr>
      <w:r>
        <w:t>دیکھیے، سیکنڈ ورلڈ وار کے زمانے میں دو فرنٹ بن گئے تھے: الائرڈ پاورز اور ایکسسٹ پاورز۔</w:t>
      </w:r>
    </w:p>
    <w:p>
      <w:r>
        <w:rPr>
          <w:b/>
        </w:rPr>
        <w:t xml:space="preserve">[29:14] </w:t>
      </w:r>
      <w:r>
        <w:t>to jo allied powers thay, woh aik maqam aaya ke woh defensive position mein aa gaye. defensive.</w:t>
      </w:r>
    </w:p>
    <w:p>
      <w:pPr>
        <w:jc w:val="right"/>
      </w:pPr>
      <w:r>
        <w:t>تو جو الائرڈ پاورز تھے، وہ ایک مقام آیا کہ وہ ڈیفنسو پوزیشن میں آ گئے۔ ڈیفنسو۔</w:t>
      </w:r>
    </w:p>
    <w:p>
      <w:r>
        <w:rPr>
          <w:b/>
        </w:rPr>
        <w:t xml:space="preserve">[29:25] </w:t>
      </w:r>
      <w:r>
        <w:t>to un ki aik meeting hui ghaliban 1943 mein Yalta mein.</w:t>
      </w:r>
    </w:p>
    <w:p>
      <w:pPr>
        <w:jc w:val="right"/>
      </w:pPr>
      <w:r>
        <w:t>تو ان کی ایک میٹنگ ہوئی غالباً 1943 میں یالٹا میں۔</w:t>
      </w:r>
    </w:p>
    <w:p>
      <w:r>
        <w:rPr>
          <w:b/>
        </w:rPr>
        <w:t xml:space="preserve">[29:35] </w:t>
      </w:r>
      <w:r>
        <w:t>Yalta Russia ke paas aik jazeera hai jo retreat ke taur par istemal hota hai. to wahan</w:t>
      </w:r>
    </w:p>
    <w:p>
      <w:pPr>
        <w:jc w:val="right"/>
      </w:pPr>
      <w:r>
        <w:t>یالٹا روس کے پاس ایک جزیرہ ہے جو ریٹریٹ کے طور پر استعمال ہوتا ہے۔ تو وہاں</w:t>
      </w:r>
    </w:p>
    <w:p>
      <w:r>
        <w:rPr>
          <w:b/>
        </w:rPr>
        <w:t xml:space="preserve">[29:46] </w:t>
      </w:r>
      <w:r>
        <w:t>yeh thay: Stalin aur Roosevelt aur Chamberlain. nahin, Churchill.</w:t>
      </w:r>
    </w:p>
    <w:p>
      <w:pPr>
        <w:jc w:val="right"/>
      </w:pPr>
      <w:r>
        <w:t>یہ تھے: اسٹالن اور روزولٹ اور چمبرلین۔ نہیں، چرچل۔</w:t>
      </w:r>
    </w:p>
    <w:p>
      <w:r>
        <w:rPr>
          <w:b/>
        </w:rPr>
        <w:t xml:space="preserve">[29:56] </w:t>
      </w:r>
      <w:r>
        <w:t>yeh teen aadmi yaani Bartania ka aur Russia ka aur Russia ka.</w:t>
      </w:r>
    </w:p>
    <w:p>
      <w:pPr>
        <w:jc w:val="right"/>
      </w:pPr>
      <w:r>
        <w:t>یہ تین آدمی یعنی برطانیہ کا اور روسیا کا اور روس کا۔</w:t>
      </w:r>
    </w:p>
    <w:p>
      <w:r>
        <w:rPr>
          <w:b/>
        </w:rPr>
        <w:t xml:space="preserve">[30:06] </w:t>
      </w:r>
      <w:r>
        <w:t>yaani Bartania ka, Russia ka aur America ka. America ka. teen jo</w:t>
      </w:r>
    </w:p>
    <w:p>
      <w:pPr>
        <w:jc w:val="right"/>
      </w:pPr>
      <w:r>
        <w:t>یعنی برطانیہ کا، روسیا کا اور امریکہ کا۔ امریکہ کا۔ تین جو</w:t>
      </w:r>
    </w:p>
    <w:p>
      <w:r>
        <w:rPr>
          <w:b/>
        </w:rPr>
        <w:t xml:space="preserve">[30:16] </w:t>
      </w:r>
      <w:r>
        <w:t>top ke head of the state thay, woh ekatha hue Yalta mein.</w:t>
      </w:r>
    </w:p>
    <w:p>
      <w:pPr>
        <w:jc w:val="right"/>
      </w:pPr>
      <w:r>
        <w:t>ٹاپ کے ہیڈ آف دی اسٹیٹ تھے، وہ اکٹھا ہوئے یالٹا میں۔</w:t>
      </w:r>
    </w:p>
    <w:p>
      <w:r>
        <w:rPr>
          <w:b/>
        </w:rPr>
        <w:t xml:space="preserve">[30:22] </w:t>
      </w:r>
      <w:r>
        <w:t>to committee aik banai gayi thi is par research kar ke aik draft tayyar karne ke liye ke</w:t>
      </w:r>
    </w:p>
    <w:p>
      <w:pPr>
        <w:jc w:val="right"/>
      </w:pPr>
      <w:r>
        <w:t>تو کمیٹی ایک بنائی گئی تھی اس پر ریسرچ کر کے ایک ڈرافٹ تیار کرنے کے لیے کہ</w:t>
      </w:r>
    </w:p>
    <w:p>
      <w:r>
        <w:rPr>
          <w:b/>
        </w:rPr>
        <w:t xml:space="preserve">[30:28] </w:t>
      </w:r>
      <w:r>
        <w:t>humein kya jo situation create ho gayi hai, to is mein humein axis powers ne jo create kar</w:t>
      </w:r>
    </w:p>
    <w:p>
      <w:pPr>
        <w:jc w:val="right"/>
      </w:pPr>
      <w:r>
        <w:t>ہمیں کیا جو سچوئیشن کریٹ ہو گئی ہے، تو اس میں ہمیں ایکسسٹ پاورز نے جو کریٹ کر</w:t>
      </w:r>
    </w:p>
    <w:p>
      <w:r>
        <w:rPr>
          <w:b/>
        </w:rPr>
        <w:t xml:space="preserve">[30:34] </w:t>
      </w:r>
      <w:r>
        <w:t>diya hai, us situation se hum kaise samna karein is par.</w:t>
      </w:r>
    </w:p>
    <w:p>
      <w:pPr>
        <w:jc w:val="right"/>
      </w:pPr>
      <w:r>
        <w:t>دیا ہے، اس سچوئیشن سے ہم کیسے سامنا کریں اس پر۔</w:t>
      </w:r>
    </w:p>
    <w:p>
      <w:r>
        <w:rPr>
          <w:b/>
        </w:rPr>
        <w:t xml:space="preserve">[30:40] </w:t>
      </w:r>
      <w:r>
        <w:t>to is ne aik d</w:t>
      </w:r>
    </w:p>
    <w:p>
      <w:pPr>
        <w:jc w:val="right"/>
      </w:pPr>
      <w:r>
        <w:t>تو اس نے ایک ڈ</w:t>
      </w:r>
    </w:p>
    <w:p>
      <w:r>
        <w:rPr>
          <w:b/>
        </w:rPr>
        <w:t xml:space="preserve">[30:46] </w:t>
      </w:r>
      <w:r>
        <w:t>aft tayar kiya tha. to jab wahan teenon aadmi akatha hue to woh draft jo hai parhne ke liye diya gaya Stalin ko. Stalin jo roosiya ka hukumat ka head tha, to Stalin is ko parhne mein gharaq ho gaya. aur gharaq ho gaya to itna zyada ke parhte parhte is ki is ki duaon se nikla: "May God prosper this undertak</w:t>
      </w:r>
    </w:p>
    <w:p>
      <w:pPr>
        <w:jc w:val="right"/>
      </w:pPr>
      <w:r>
        <w:t>رافٹ تیار کیا تھا۔ تو جب وہاں تینوں آدمی اکٹھا ہوئے تو وہ ڈرافٹ جو ہے پڑھنے کے لیے دیا گیا اسٹالن کو۔ اسٹالن جو روسیا کا حکومت کا ہیڈ تھا، تو اسٹالن اس کو پڑھنے میں غرق ہو گیا۔ اور غرق ہو گیا تو اتنا زیادہ کہ پڑھتے پڑھتے اس کی اس کی دعاؤں سے نکلا: "مے گاڈ پراسپر دس انڈر ٹیک</w:t>
      </w:r>
    </w:p>
    <w:p>
      <w:r>
        <w:rPr>
          <w:b/>
        </w:rPr>
        <w:t xml:space="preserve">[31:16] </w:t>
      </w:r>
      <w:r>
        <w:t>ing".</w:t>
      </w:r>
    </w:p>
    <w:p>
      <w:pPr>
        <w:jc w:val="right"/>
      </w:pPr>
      <w:r>
        <w:t>نگ"۔</w:t>
      </w:r>
    </w:p>
    <w:p>
      <w:r>
        <w:rPr>
          <w:b/>
        </w:rPr>
        <w:t xml:space="preserve">[31:21] </w:t>
      </w:r>
      <w:r>
        <w:t>"may God prosper this undertaking".</w:t>
      </w:r>
    </w:p>
    <w:p>
      <w:pPr>
        <w:jc w:val="right"/>
      </w:pPr>
      <w:r>
        <w:t>"مے گاڈ پراسپر دس انڈر ٹیکنگ"۔</w:t>
      </w:r>
    </w:p>
    <w:p>
      <w:r>
        <w:rPr>
          <w:b/>
        </w:rPr>
        <w:t xml:space="preserve">[31:25] </w:t>
      </w:r>
      <w:r>
        <w:t>is par aik baqayda kitab chhapi hai, maine is ka reference diya hai.</w:t>
      </w:r>
    </w:p>
    <w:p>
      <w:pPr>
        <w:jc w:val="right"/>
      </w:pPr>
      <w:r>
        <w:t>اس پر ایک باقاعدہ کتاب چھپی ہے، میں نے اس کا ریفرنس دیا ہے۔</w:t>
      </w:r>
    </w:p>
    <w:p>
      <w:r>
        <w:rPr>
          <w:b/>
        </w:rPr>
        <w:t xml:space="preserve">[31:30] </w:t>
      </w:r>
      <w:r>
        <w:t>jo aadmi maujood tha wahan, jo suna tha is ki zuban se yeh lafz, us ne likha hai:</w:t>
      </w:r>
    </w:p>
    <w:p>
      <w:pPr>
        <w:jc w:val="right"/>
      </w:pPr>
      <w:r>
        <w:t>جو آدمی موجود تھا وہاں، جو سنا تھا اس کی زبان سے یہ لفظ، اس نے لکھا ہے:</w:t>
      </w:r>
    </w:p>
    <w:p>
      <w:r>
        <w:rPr>
          <w:b/>
        </w:rPr>
        <w:t xml:space="preserve">[31:34] </w:t>
      </w:r>
      <w:r>
        <w:t>"may God prosper this undertaking".</w:t>
      </w:r>
    </w:p>
    <w:p>
      <w:pPr>
        <w:jc w:val="right"/>
      </w:pPr>
      <w:r>
        <w:t>"مے گاڈ پراسپر دس انڈر ٹیکنگ"۔</w:t>
      </w:r>
    </w:p>
    <w:p>
      <w:r>
        <w:rPr>
          <w:b/>
        </w:rPr>
        <w:t xml:space="preserve">[31:38] </w:t>
      </w:r>
      <w:r>
        <w:t>yaani Khuda is mansoobay ko kamyab kare.</w:t>
      </w:r>
    </w:p>
    <w:p>
      <w:pPr>
        <w:jc w:val="right"/>
      </w:pPr>
      <w:r>
        <w:t>یعنی خدا اس منصوبے کو کامیاب کرے۔</w:t>
      </w:r>
    </w:p>
    <w:p>
      <w:r>
        <w:rPr>
          <w:b/>
        </w:rPr>
        <w:t xml:space="preserve">[31:43] </w:t>
      </w:r>
      <w:r>
        <w:t>halankay aap jante hain ke Stalin jo tha, yaani ailan ke sath atheist tha.</w:t>
      </w:r>
    </w:p>
    <w:p>
      <w:pPr>
        <w:jc w:val="right"/>
      </w:pPr>
      <w:r>
        <w:t>حالانکہ آپ جانتے ہیں کہ اسٹالن جو تھا، یعنی اعلان کے ساتھ اتھیسٹ تھا۔</w:t>
      </w:r>
    </w:p>
    <w:p>
      <w:r>
        <w:rPr>
          <w:b/>
        </w:rPr>
        <w:t xml:space="preserve">[31:47] </w:t>
      </w:r>
      <w:r>
        <w:t>ailan ke sath yani khullam khulla kehta tha ke main khuda ko nahi manta. lekin jab woh aa gaye bohat hi sakht halaat mein second world war ke zamanay mein, ab us waqt jo draft woh diya gaya, jo us ko laga ke bohat hi feasible hai yeh aur is se hum muqabla kar sakte hain is situation ka, to parhte parhte us ko itna zyada fascination aaya is ke andar ke us zuban se n</w:t>
      </w:r>
    </w:p>
    <w:p>
      <w:pPr>
        <w:jc w:val="right"/>
      </w:pPr>
      <w:r>
        <w:t>اعلان کے ساتھ یعنی کھلم کھلا کہتا تھا کہ میں خدا کو نہیں مانتا۔ لیکن جب وہ آ گئے بہت ہی سخت حالات میں سیکنڈ ورلڈ وار کے زمانے میں، اب اس وقت جو ڈرافٹ وہ دیا گیا، جو اس کو لگا کہ بہت ہی فیزیبل ہے یہ اور اس سے ہم مقابلہ کر سکتے ہیں اس سچوئیشن کا، تو پڑھتے پڑھتے اس کو اتنا زیادہ فیسینیشن آیا اس کے اندر کہ اس زبان سے ن</w:t>
      </w:r>
    </w:p>
    <w:p>
      <w:r>
        <w:rPr>
          <w:b/>
        </w:rPr>
        <w:t xml:space="preserve">[32:17] </w:t>
      </w:r>
      <w:r>
        <w:t>کل گیا بے ساختہ: "May God prosper this undertaking"۔</w:t>
      </w:r>
    </w:p>
    <w:p>
      <w:pPr>
        <w:jc w:val="right"/>
      </w:pPr>
      <w:r>
        <w:t>کل گیا بے ساختہ: "مے گاڈ پراسپر دس انڈر ٹیکنگ"۔</w:t>
      </w:r>
    </w:p>
    <w:p>
      <w:r>
        <w:rPr>
          <w:b/>
        </w:rPr>
        <w:t xml:space="preserve">[32:22] </w:t>
      </w:r>
      <w:r>
        <w:t>yeh kaun sa Stalin bola tha? woh Stalin jo unconscious mind mein tha.</w:t>
      </w:r>
    </w:p>
    <w:p>
      <w:pPr>
        <w:jc w:val="right"/>
      </w:pPr>
      <w:r>
        <w:t>یہ کون سا اسٹالن بولا تھا؟ وہ اسٹالن جو انکانس مائنڈ میں تھا۔</w:t>
      </w:r>
    </w:p>
    <w:p>
      <w:r>
        <w:rPr>
          <w:b/>
        </w:rPr>
        <w:t xml:space="preserve">[32:26] </w:t>
      </w:r>
      <w:r>
        <w:t>aik Stalin tha conscious level par, doosra Stalin tha unconscious level par, unconscious level par.</w:t>
      </w:r>
    </w:p>
    <w:p>
      <w:pPr>
        <w:jc w:val="right"/>
      </w:pPr>
      <w:r>
        <w:t>ایک اسٹالن تھا کانسس لیول پر، دوسرا اسٹالن تھا انکانس لیول پر، انکانس لیول پر۔</w:t>
      </w:r>
    </w:p>
    <w:p>
      <w:r>
        <w:rPr>
          <w:b/>
        </w:rPr>
        <w:t xml:space="preserve">[32:31] </w:t>
      </w:r>
      <w:r>
        <w:t>yaani chhupi hui fitrat ke level par.</w:t>
      </w:r>
    </w:p>
    <w:p>
      <w:pPr>
        <w:jc w:val="right"/>
      </w:pPr>
      <w:r>
        <w:t>یعنی چھپی ہوئی فطرت کے لیول پر۔</w:t>
      </w:r>
    </w:p>
    <w:p>
      <w:r>
        <w:rPr>
          <w:b/>
        </w:rPr>
        <w:t xml:space="preserve">[32:35] </w:t>
      </w:r>
      <w:r>
        <w:t>to chhupi hui fitrat jo hai woh unfold ho gayi.</w:t>
      </w:r>
    </w:p>
    <w:p>
      <w:pPr>
        <w:jc w:val="right"/>
      </w:pPr>
      <w:r>
        <w:t>تو چھپی ہوئی فطرت جو ہے وہ انفولڈ ہو گئی۔</w:t>
      </w:r>
    </w:p>
    <w:p>
      <w:r>
        <w:rPr>
          <w:b/>
        </w:rPr>
        <w:t xml:space="preserve">[32:40] </w:t>
      </w:r>
      <w:r>
        <w:t>is ki zaban se nikal para.</w:t>
      </w:r>
    </w:p>
    <w:p>
      <w:pPr>
        <w:jc w:val="right"/>
      </w:pPr>
      <w:r>
        <w:t>اس کی زبان سے نکل پڑا۔</w:t>
      </w:r>
    </w:p>
    <w:p>
      <w:r>
        <w:rPr>
          <w:b/>
        </w:rPr>
        <w:t xml:space="preserve">[32:44] </w:t>
      </w:r>
      <w:r>
        <w:t>mera jo experience hai,</w:t>
      </w:r>
    </w:p>
    <w:p>
      <w:pPr>
        <w:jc w:val="right"/>
      </w:pPr>
      <w:r>
        <w:t>میرا جو ایکسپیرینس ہے،</w:t>
      </w:r>
    </w:p>
    <w:p>
      <w:r>
        <w:rPr>
          <w:b/>
        </w:rPr>
        <w:t xml:space="preserve">[32:48] </w:t>
      </w:r>
      <w:r>
        <w:t>mein yeh kahoon ga ke atheist bhi khuda ko mante hain, na manen to chale hi nahin.</w:t>
      </w:r>
    </w:p>
    <w:p>
      <w:pPr>
        <w:jc w:val="right"/>
      </w:pPr>
      <w:r>
        <w:t>میں یہ کہوں گا کہ اتھیسٹ بھی خدا کو مانتے ہیں، نہ مانیں تو چلے ہی نہیں۔</w:t>
      </w:r>
    </w:p>
    <w:p>
      <w:r>
        <w:rPr>
          <w:b/>
        </w:rPr>
        <w:t xml:space="preserve">[32:55] </w:t>
      </w:r>
      <w:r>
        <w:t>ek ek din bhi woh na chal paen.</w:t>
      </w:r>
    </w:p>
    <w:p>
      <w:pPr>
        <w:jc w:val="right"/>
      </w:pPr>
      <w:r>
        <w:t>ایک ایک دن بھی وہ نہ چل پائیں۔</w:t>
      </w:r>
    </w:p>
    <w:p>
      <w:r>
        <w:rPr>
          <w:b/>
        </w:rPr>
        <w:t xml:space="preserve">[33:01] </w:t>
      </w:r>
      <w:r>
        <w:t>to yeh yeh hawai bahas hai, ek ek abstract level par ek bahas hai.</w:t>
      </w:r>
    </w:p>
    <w:p>
      <w:pPr>
        <w:jc w:val="right"/>
      </w:pPr>
      <w:r>
        <w:t>تو یہ یہ ہوائی بحث ہے، ایک ایک ابسٹرکٹ لیول پر ایک بحث ہے۔</w:t>
      </w:r>
    </w:p>
    <w:p>
      <w:r>
        <w:rPr>
          <w:b/>
        </w:rPr>
        <w:t xml:space="preserve">[33:07] </w:t>
      </w:r>
      <w:r>
        <w:t>kehte hain khuda nahin hai, khuda nahin hai, yeh woh.</w:t>
      </w:r>
    </w:p>
    <w:p>
      <w:pPr>
        <w:jc w:val="right"/>
      </w:pPr>
      <w:r>
        <w:t>کہتے ہیں خدا نہیں ہے، خدا نہیں ہے، یہ وہ۔</w:t>
      </w:r>
    </w:p>
    <w:p>
      <w:r>
        <w:rPr>
          <w:b/>
        </w:rPr>
        <w:t xml:space="preserve">[33:13] </w:t>
      </w:r>
      <w:r>
        <w:t>to atheist ka nazariya jo hai in natural hai</w:t>
      </w:r>
    </w:p>
    <w:p>
      <w:pPr>
        <w:jc w:val="right"/>
      </w:pPr>
      <w:r>
        <w:t>تو اتھیسٹ کا نظریہ جو ہے ان نیچرل ہے</w:t>
      </w:r>
    </w:p>
    <w:p>
      <w:r>
        <w:rPr>
          <w:b/>
        </w:rPr>
        <w:t xml:space="preserve">[33:19] </w:t>
      </w:r>
      <w:r>
        <w:t>aur woh sirf abstract se dunya maujood hai.</w:t>
      </w:r>
    </w:p>
    <w:p>
      <w:pPr>
        <w:jc w:val="right"/>
      </w:pPr>
      <w:r>
        <w:t>اور وہ صرف ابسٹرکٹ سے دنیا موجود ہے۔</w:t>
      </w:r>
    </w:p>
    <w:p>
      <w:r>
        <w:rPr>
          <w:b/>
        </w:rPr>
        <w:t xml:space="preserve">[33:27] </w:t>
      </w:r>
      <w:r>
        <w:t>atheist ka nazariya abstract dunya mein maujood hai, haqeeqi dunya mein nahin maujood hai.</w:t>
      </w:r>
    </w:p>
    <w:p>
      <w:pPr>
        <w:jc w:val="right"/>
      </w:pPr>
      <w:r>
        <w:t>اتھیسٹ کا نظریہ ابسٹرکٹ دنیا میں موجود ہے، حقیقی دنیا میں نہیں موجود ہے۔</w:t>
      </w:r>
    </w:p>
    <w:p>
      <w:r>
        <w:rPr>
          <w:b/>
        </w:rPr>
        <w:t xml:space="preserve">[33:34] </w:t>
      </w:r>
      <w:r>
        <w:t>is tarah ke bohat waqeyat hain, yeh stalin ki baat nahin hai, bohat waqeyat hain.</w:t>
      </w:r>
    </w:p>
    <w:p>
      <w:pPr>
        <w:jc w:val="right"/>
      </w:pPr>
      <w:r>
        <w:t>اس طرح کے بہت واقعات ہیں، یہ اسٹالن کی بات نہیں ہے، بہت واقعات ہیں۔</w:t>
      </w:r>
    </w:p>
    <w:p>
      <w:r>
        <w:rPr>
          <w:b/>
        </w:rPr>
        <w:t xml:space="preserve">[33:42] </w:t>
      </w:r>
      <w:r>
        <w:t>is tarah ke bohat waqeyat hain ke aadmi ab khuda ko nahin manta tha, lekin jab woh woh sa</w:t>
      </w:r>
    </w:p>
    <w:p>
      <w:pPr>
        <w:jc w:val="right"/>
      </w:pPr>
      <w:r>
        <w:t>اس طرح کے بہت واقعات ہیں کہ آدمی اب خدا کو نہیں مانتا تھا، لیکن جب وہ وہ س</w:t>
      </w:r>
    </w:p>
    <w:p>
      <w:r>
        <w:rPr>
          <w:b/>
        </w:rPr>
        <w:t xml:space="preserve">[33:49] </w:t>
      </w:r>
      <w:r>
        <w:t>khat halaat mein para to pukar utha khuda ko.</w:t>
      </w:r>
    </w:p>
    <w:p>
      <w:pPr>
        <w:jc w:val="right"/>
      </w:pPr>
      <w:r>
        <w:t>خت حالات میں پڑا تو پکار اٹھا خدا کو۔</w:t>
      </w:r>
    </w:p>
    <w:p>
      <w:r>
        <w:rPr>
          <w:b/>
        </w:rPr>
        <w:t xml:space="preserve">[33:55] </w:t>
      </w:r>
      <w:r>
        <w:t>quran mein bhi yeh zikr hai is ka ke jab safar karte ho tum samandar mein aur tumhari</w:t>
      </w:r>
    </w:p>
    <w:p>
      <w:pPr>
        <w:jc w:val="right"/>
      </w:pPr>
      <w:r>
        <w:t>قرآن میں بھی یہ ذکر ہے اس کا کہ جب سفر کرتے ہو تم سمندر میں اور تمہاری</w:t>
      </w:r>
    </w:p>
    <w:p>
      <w:r>
        <w:rPr>
          <w:b/>
        </w:rPr>
        <w:t xml:space="preserve">[34:02] </w:t>
      </w:r>
      <w:r>
        <w:t>kashti doobne lagti hai, us waqt tum pukarte ho khuda ko.</w:t>
      </w:r>
    </w:p>
    <w:p>
      <w:pPr>
        <w:jc w:val="right"/>
      </w:pPr>
      <w:r>
        <w:t>کشتی ڈوبنے لگتی ہے، اس وقت تم پکارتے ہو خدا کو۔</w:t>
      </w:r>
    </w:p>
    <w:p>
      <w:r>
        <w:rPr>
          <w:b/>
        </w:rPr>
        <w:t xml:space="preserve">[34:08] </w:t>
      </w:r>
      <w:r>
        <w:t>halan ke khuda ko nahin mante the is se pehle.</w:t>
      </w:r>
    </w:p>
    <w:p>
      <w:pPr>
        <w:jc w:val="right"/>
      </w:pPr>
      <w:r>
        <w:t>حالانکہ خدا کو نہیں مانتے تھے اس سے پہلے۔</w:t>
      </w:r>
    </w:p>
    <w:p>
      <w:r>
        <w:rPr>
          <w:b/>
        </w:rPr>
        <w:t xml:space="preserve">[34:14] </w:t>
      </w:r>
      <w:r>
        <w:t>to mein samajhta hoon ke yeh atheist par jo</w:t>
      </w:r>
    </w:p>
    <w:p>
      <w:pPr>
        <w:jc w:val="right"/>
      </w:pPr>
      <w:r>
        <w:t>تو میں سمجھتا ہوں کہ یہ اتھیسٹ پر جو</w:t>
      </w:r>
    </w:p>
    <w:p>
      <w:r>
        <w:rPr>
          <w:b/>
        </w:rPr>
        <w:t xml:space="preserve">[34:20] </w:t>
      </w:r>
      <w:r>
        <w:t>chair qaim ki gayi hai, woh ek ek joke hai.</w:t>
      </w:r>
    </w:p>
    <w:p>
      <w:pPr>
        <w:jc w:val="right"/>
      </w:pPr>
      <w:r>
        <w:t>چیئر قائم کی گئی ہے، وہ ایک ایک جوک ہے۔</w:t>
      </w:r>
    </w:p>
    <w:p>
      <w:r>
        <w:rPr>
          <w:b/>
        </w:rPr>
        <w:t xml:space="preserve">[34:26] </w:t>
      </w:r>
      <w:r>
        <w:t>mujhe to ek joke sa lagta hai.</w:t>
      </w:r>
    </w:p>
    <w:p>
      <w:pPr>
        <w:jc w:val="right"/>
      </w:pPr>
      <w:r>
        <w:t>مجھے تو ایک جوک سا لگتا ہے۔</w:t>
      </w:r>
    </w:p>
    <w:p>
      <w:r>
        <w:rPr>
          <w:b/>
        </w:rPr>
        <w:t xml:space="preserve">[34:32] </w:t>
      </w:r>
      <w:r>
        <w:t>جب اس کی کوئی سائنس نہیں ہے، اس کا کوئی logical base نہیں ہے، اور history prove نہیں</w:t>
      </w:r>
    </w:p>
    <w:p>
      <w:pPr>
        <w:jc w:val="right"/>
      </w:pPr>
      <w:r>
        <w:t>جب اس کی کوئی سائنس نہیں ہے، اس کا کوئی لاجیکل بیس نہیں ہے، اور ہسٹری پروف نہیں</w:t>
      </w:r>
    </w:p>
    <w:p>
      <w:r>
        <w:rPr>
          <w:b/>
        </w:rPr>
        <w:t xml:space="preserve">[34:38] </w:t>
      </w:r>
      <w:r>
        <w:t>karti ke aise log dunya mein kabhi paida hue hain jo sach much khuda ko nahin mante the,</w:t>
      </w:r>
    </w:p>
    <w:p>
      <w:pPr>
        <w:jc w:val="right"/>
      </w:pPr>
      <w:r>
        <w:t>کرتی کہ ایسے لوگ دنیا میں کبھی پیدا ہوئے ہیں جو سچ مچ خدا کو نہیں مانتے تھے،</w:t>
      </w:r>
    </w:p>
    <w:p>
      <w:r>
        <w:rPr>
          <w:b/>
        </w:rPr>
        <w:t xml:space="preserve">[34:44] </w:t>
      </w:r>
      <w:r>
        <w:t>to kya aap research kar ke aaen is ke baad? kya research karen ge? to mein</w:t>
      </w:r>
    </w:p>
    <w:p>
      <w:pPr>
        <w:jc w:val="right"/>
      </w:pPr>
      <w:r>
        <w:t>تو کیا آپ ریسرچ کر کے آئیں اس کے بعد؟ کیا ریسرچ کریں گے؟ تو میں</w:t>
      </w:r>
    </w:p>
    <w:p>
      <w:r>
        <w:rPr>
          <w:b/>
        </w:rPr>
        <w:t xml:space="preserve">[34:51] </w:t>
      </w:r>
      <w:r>
        <w:t>yeh kahoon ga ke aadmi ko chahiye ke woh apne bare mein sincere ho.</w:t>
      </w:r>
    </w:p>
    <w:p>
      <w:pPr>
        <w:jc w:val="right"/>
      </w:pPr>
      <w:r>
        <w:t>یہ کہوں گا کہ آدمی کو چاہیے کہ وہ اپنے بارے میں سنسیئر ہو۔</w:t>
      </w:r>
    </w:p>
    <w:p>
      <w:r>
        <w:rPr>
          <w:b/>
        </w:rPr>
        <w:t xml:space="preserve">[34:57] </w:t>
      </w:r>
      <w:r>
        <w:t>woh jaane ke khuda ko agar maloom hai to sari cheezon ko mein explain kar sakta hoon.</w:t>
      </w:r>
    </w:p>
    <w:p>
      <w:pPr>
        <w:jc w:val="right"/>
      </w:pPr>
      <w:r>
        <w:t>وہ جانے کہ خدا کو اگر معلوم ہے تو ساری چیزوں کو میں ایکسپلین کر سکتا ہوں۔</w:t>
      </w:r>
    </w:p>
    <w:p>
      <w:r>
        <w:rPr>
          <w:b/>
        </w:rPr>
        <w:t xml:space="preserve">[35:03] </w:t>
      </w:r>
      <w:r>
        <w:t>misalan mein apne bare mein batata hoon, kal isi kamre mein baitha hua tha, mein akela tha, yahan</w:t>
      </w:r>
    </w:p>
    <w:p>
      <w:pPr>
        <w:jc w:val="right"/>
      </w:pPr>
      <w:r>
        <w:t>مثلاً میں اپنے بارے میں بتاتا ہوں، کل اسی کمرے میں بیٹھا ہوا تھا، میں اکیلا تھا، یہاں</w:t>
      </w:r>
    </w:p>
    <w:p>
      <w:r>
        <w:rPr>
          <w:b/>
        </w:rPr>
        <w:t xml:space="preserve">[35:09] </w:t>
      </w:r>
      <w:r>
        <w:t>koi nahin tha, tanha.</w:t>
      </w:r>
    </w:p>
    <w:p>
      <w:pPr>
        <w:jc w:val="right"/>
      </w:pPr>
      <w:r>
        <w:t>کوئی نہیں تھا، تنہا۔</w:t>
      </w:r>
    </w:p>
    <w:p>
      <w:r>
        <w:rPr>
          <w:b/>
        </w:rPr>
        <w:t xml:space="preserve">[35:15] </w:t>
      </w:r>
      <w:r>
        <w:t>to mein ne laga sochne, mein</w:t>
      </w:r>
    </w:p>
    <w:p>
      <w:pPr>
        <w:jc w:val="right"/>
      </w:pPr>
      <w:r>
        <w:t>تو میں نے لگا سوچنے، میں</w:t>
      </w:r>
    </w:p>
    <w:p>
      <w:r>
        <w:rPr>
          <w:b/>
        </w:rPr>
        <w:t xml:space="preserve">[35:21] </w:t>
      </w:r>
      <w:r>
        <w:t>apne hath ko dekhta tha, apne paon ko dekhta tha, apne aap par sochta tha ke main kahan se agya.</w:t>
      </w:r>
    </w:p>
    <w:p>
      <w:pPr>
        <w:jc w:val="right"/>
      </w:pPr>
      <w:r>
        <w:t>اپنے ہاتھ کو دیکھتا تھا، اپنے پاؤں کو دیکھتا تھا، اپنے آپ پر سوچتا تھا کہ میں کہاں سے آگیا۔</w:t>
      </w:r>
    </w:p>
    <w:p>
      <w:r>
        <w:rPr>
          <w:b/>
        </w:rPr>
        <w:t xml:space="preserve">[35:28] </w:t>
      </w:r>
      <w:r>
        <w:t>to maine socha ke maine apne aap ko khud to create kiya nahin, maine apne</w:t>
      </w:r>
    </w:p>
    <w:p>
      <w:pPr>
        <w:jc w:val="right"/>
      </w:pPr>
      <w:r>
        <w:t>تو میں نے سوچا کہ میں نے اپنے آپ کو خود تو کریٹ کیا نہیں، میں نے اپنے</w:t>
      </w:r>
    </w:p>
    <w:p>
      <w:r>
        <w:rPr>
          <w:b/>
        </w:rPr>
        <w:t xml:space="preserve">[35:36] </w:t>
      </w:r>
      <w:r>
        <w:t>aap ko khud to create kiya nahin, phir main kahan se agya? ek ajib sawal hai ke bhai</w:t>
      </w:r>
    </w:p>
    <w:p>
      <w:pPr>
        <w:jc w:val="right"/>
      </w:pPr>
      <w:r>
        <w:t>آپ کو خود تو کریٹ کیا نہیں، پھر میں کہاں سے آگیا؟ ایک عجیب سوال ہے کہ بھئی</w:t>
      </w:r>
    </w:p>
    <w:p>
      <w:r>
        <w:rPr>
          <w:b/>
        </w:rPr>
        <w:t xml:space="preserve">[35:43] </w:t>
      </w:r>
      <w:r>
        <w:t>agya kahan se? kahan se agya main? phir main kaise jis duniya</w:t>
      </w:r>
    </w:p>
    <w:p>
      <w:pPr>
        <w:jc w:val="right"/>
      </w:pPr>
      <w:r>
        <w:t>آگیا کہاں سے؟ کہاں سے آگیا میں؟ پھر میں کیسے جس دنیا</w:t>
      </w:r>
    </w:p>
    <w:p>
      <w:r>
        <w:rPr>
          <w:b/>
        </w:rPr>
        <w:t xml:space="preserve">[35:51] </w:t>
      </w:r>
      <w:r>
        <w:t>mein main apne aap ko pata hoon, wo duniya meri custom made universe hai.</w:t>
      </w:r>
    </w:p>
    <w:p>
      <w:pPr>
        <w:jc w:val="right"/>
      </w:pPr>
      <w:r>
        <w:t>میں میں اپنے آپ کو پاتا ہوں، وہ دنیا میری کسٹم میڈ یونیورس ہے۔</w:t>
      </w:r>
    </w:p>
    <w:p>
      <w:r>
        <w:rPr>
          <w:b/>
        </w:rPr>
        <w:t xml:space="preserve">[35:58] </w:t>
      </w:r>
      <w:r>
        <w:t>yeh duniya meri custom made universe hai, kaise wo custom made ban gayi? yeh universe kaise custom made</w:t>
      </w:r>
    </w:p>
    <w:p>
      <w:pPr>
        <w:jc w:val="right"/>
      </w:pPr>
      <w:r>
        <w:t>یہ دنیا میری کسٹم میڈ یونیورس ہے، کیسے وہ کسٹم میڈ بن گئی؟ یہ یونیورس کیسے کسٹم میڈ</w:t>
      </w:r>
    </w:p>
    <w:p>
      <w:r>
        <w:rPr>
          <w:b/>
        </w:rPr>
        <w:t xml:space="preserve">[36:06] </w:t>
      </w:r>
      <w:r>
        <w:t>universe ban gayi? phir yeh earth jo hai, yeh earth par aap jante hain, life support system hai,</w:t>
      </w:r>
    </w:p>
    <w:p>
      <w:pPr>
        <w:jc w:val="right"/>
      </w:pPr>
      <w:r>
        <w:t>یونیورس بن گئی؟ پھر یہ ارتھ جو ہے، یہ ارتھ پر آپ جانتے ہیں، لائف سپورٹ سسٹم ہے،</w:t>
      </w:r>
    </w:p>
    <w:p>
      <w:r>
        <w:rPr>
          <w:b/>
        </w:rPr>
        <w:t xml:space="preserve">[36:13] </w:t>
      </w:r>
      <w:r>
        <w:t>wo kaise ho gaya? is baat par sochte sochte main bilkul ek diwangi tari hui mere upar.</w:t>
      </w:r>
    </w:p>
    <w:p>
      <w:pPr>
        <w:jc w:val="right"/>
      </w:pPr>
      <w:r>
        <w:t>وہ کیسے ہو گیا؟ اس بات پر سوچتے سوچتے میں بالکل ایک دیوانگی طاری ہوئی میرے اوپر۔</w:t>
      </w:r>
    </w:p>
    <w:p>
      <w:r>
        <w:rPr>
          <w:b/>
        </w:rPr>
        <w:t xml:space="preserve">[36:21] </w:t>
      </w:r>
      <w:r>
        <w:t>maine socha ke agar mein khuda ko na maanoon to mera jeena hi namumkin ho jaye ga, mein zinda nahi reh sakta. khuda ko maanta hoon mein to yaqeen hota hai ke jis khuda ne aaj suraj nikala hai mere liye, kal bhi mere liye suraj nikale ga. mein yaqeen karta hoon ke jis khuda ne aaj mere liye oxygen supply ki hai, kal bhi supply kare ga. mein nikalta hoon ke jis khuda ne aaj saal se mere liye food ugaya hai, woh khuda kal bhi mujhe fo</w:t>
      </w:r>
    </w:p>
    <w:p>
      <w:pPr>
        <w:jc w:val="right"/>
      </w:pPr>
      <w:r>
        <w:t>میں نے سوچا کہ اگر میں خدا کو نہ مانوں تو میرا جینا ہی ناممکن ہو جائے گا، میں زندہ نہیں رہ سکتا۔ خدا کو مانتا ہوں میں تو یقین ہوتا ہے کہ جس خدا نے آج سورج نکالا ہے میرے لیے، کل بھی میرے لیے سورج نکالے گا۔ میں یقین کرتا ہوں کہ جس خدا نے آج میرے لیے آکسیجن سپلائی کی ہے، کل بھی سپلائی کرے گا۔ میں نکالتا ہوں کہ جس خدا نے آج سال سے میرے لیے فوڈ اگایا ہے، وہ خدا کل بھی مجھے فو</w:t>
      </w:r>
    </w:p>
    <w:p>
      <w:r>
        <w:rPr>
          <w:b/>
        </w:rPr>
        <w:t xml:space="preserve">[36:51] </w:t>
      </w:r>
      <w:r>
        <w:t>de dega.</w:t>
      </w:r>
    </w:p>
    <w:p>
      <w:pPr>
        <w:jc w:val="right"/>
      </w:pPr>
      <w:r>
        <w:t>ڈ دے گا۔</w:t>
      </w:r>
    </w:p>
    <w:p>
      <w:r>
        <w:rPr>
          <w:b/>
        </w:rPr>
        <w:t xml:space="preserve">[36:56] </w:t>
      </w:r>
      <w:r>
        <w:t>main samajhta hoon ke jis Khuda ne mere liye pani barsaya hai aaj, kal bhi wo pani barsayega. yeh yaqin.</w:t>
      </w:r>
    </w:p>
    <w:p>
      <w:pPr>
        <w:jc w:val="right"/>
      </w:pPr>
      <w:r>
        <w:t>میں سمجھتا ہوں کہ جس خدا نے میرے لیے پانی برسایا ہے آج، کل بھی وہ پانی برسائے گا۔ یہ یقین۔</w:t>
      </w:r>
    </w:p>
    <w:p>
      <w:r>
        <w:rPr>
          <w:b/>
        </w:rPr>
        <w:t xml:space="preserve">[37:01] </w:t>
      </w:r>
      <w:r>
        <w:t>to atheist agar sach much ho kisi ke andar to wo aap se yaqin chheen lega.</w:t>
      </w:r>
    </w:p>
    <w:p>
      <w:pPr>
        <w:jc w:val="right"/>
      </w:pPr>
      <w:r>
        <w:t>تو اتھیسٹ اگر سچ مچ ہو کسی کے اندر تو وہ آپ سے یقین چھین لے گا۔</w:t>
      </w:r>
    </w:p>
    <w:p>
      <w:r>
        <w:rPr>
          <w:b/>
        </w:rPr>
        <w:t xml:space="preserve">[37:06] </w:t>
      </w:r>
      <w:r>
        <w:t>yani Khuda ko jab nahin manenge aap to aap se yaqin chhan jayega.</w:t>
      </w:r>
    </w:p>
    <w:p>
      <w:pPr>
        <w:jc w:val="right"/>
      </w:pPr>
      <w:r>
        <w:t>یعنی خدا کو جب نہیں مانیں گے آپ تو آپ سے یقین چھن جائے گا۔</w:t>
      </w:r>
    </w:p>
    <w:p>
      <w:r>
        <w:rPr>
          <w:b/>
        </w:rPr>
        <w:t xml:space="preserve">[37:11] </w:t>
      </w:r>
      <w:r>
        <w:t>lekin jab aap Khuda ko mante hain to yaqin pakad lete hain.</w:t>
      </w:r>
    </w:p>
    <w:p>
      <w:pPr>
        <w:jc w:val="right"/>
      </w:pPr>
      <w:r>
        <w:t>لیکن جب آپ خدا کو مانتے ہیں تو یقین پکڑ لیتے ہیں۔</w:t>
      </w:r>
    </w:p>
    <w:p>
      <w:r>
        <w:rPr>
          <w:b/>
        </w:rPr>
        <w:t xml:space="preserve">[37:16] </w:t>
      </w:r>
      <w:r>
        <w:t>jaise mujh par ek lamhe ke liye</w:t>
      </w:r>
    </w:p>
    <w:p>
      <w:pPr>
        <w:jc w:val="right"/>
      </w:pPr>
      <w:r>
        <w:t>جیسے مجھ پر ایک لمحے کے لیے</w:t>
      </w:r>
    </w:p>
    <w:p>
      <w:r>
        <w:rPr>
          <w:b/>
        </w:rPr>
        <w:t xml:space="preserve">[37:21] </w:t>
      </w:r>
      <w:r>
        <w:t>yeh bhi baat hui thi ke Khuda nahin hai, Khuda nahin hai, Khuda nahin hai, to main kahan</w:t>
      </w:r>
    </w:p>
    <w:p>
      <w:pPr>
        <w:jc w:val="right"/>
      </w:pPr>
      <w:r>
        <w:t>یہ بھی بات ہوئی تھی کہ خدا نہیں ہے، خدا نہیں ہے، خدا نہیں ہے، تو میں کہاں</w:t>
      </w:r>
    </w:p>
    <w:p>
      <w:r>
        <w:rPr>
          <w:b/>
        </w:rPr>
        <w:t xml:space="preserve">[37:26] </w:t>
      </w:r>
      <w:r>
        <w:t>hoon? to main bilkul ek yani beyaqini ki duniya mein pahunch gaya kuch der ke liye.</w:t>
      </w:r>
    </w:p>
    <w:p>
      <w:pPr>
        <w:jc w:val="right"/>
      </w:pPr>
      <w:r>
        <w:t>ہوں؟ تو میں بالکل ایک یعنی بے یقینی کی دنیا میں پہنچ گیا کچھ دیر کے لیے۔</w:t>
      </w:r>
    </w:p>
    <w:p>
      <w:r>
        <w:rPr>
          <w:b/>
        </w:rPr>
        <w:t xml:space="preserve">[37:31] </w:t>
      </w:r>
      <w:r>
        <w:t>kisi cheez mein yaqin nahin, na apne wajood par, na duniya par, na aaj par, na kal par.</w:t>
      </w:r>
    </w:p>
    <w:p>
      <w:pPr>
        <w:jc w:val="right"/>
      </w:pPr>
      <w:r>
        <w:t>کسی چیز میں یقین نہیں، نہ اپنے وجود پر، نہ دنیا پر، نہ آج پر، نہ کل پر۔</w:t>
      </w:r>
    </w:p>
    <w:p>
      <w:r>
        <w:rPr>
          <w:b/>
        </w:rPr>
        <w:t xml:space="preserve">[37:36] </w:t>
      </w:r>
      <w:r>
        <w:t>to maine socha ke beyaqini ki duniya mein to main jee nahin sakta.</w:t>
      </w:r>
    </w:p>
    <w:p>
      <w:pPr>
        <w:jc w:val="right"/>
      </w:pPr>
      <w:r>
        <w:t>تو میں نے سوچا کہ بے یقینی کی دنیا میں تو میں جی نہیں سکتا۔</w:t>
      </w:r>
    </w:p>
    <w:p>
      <w:r>
        <w:rPr>
          <w:b/>
        </w:rPr>
        <w:t xml:space="preserve">[37:41] </w:t>
      </w:r>
      <w:r>
        <w:t>to phir sochte sochte jab main Khuda tak pahuncha to mujhe achanak maloom hua ke mujhe duniya mein</w:t>
      </w:r>
    </w:p>
    <w:p>
      <w:pPr>
        <w:jc w:val="right"/>
      </w:pPr>
      <w:r>
        <w:t>تو پھر سوچتے سوچتے جب میں خدا تک پہنچا تو مجھے اچانک معلوم ہوا کہ مجھے دنیا میں</w:t>
      </w:r>
    </w:p>
    <w:p>
      <w:r>
        <w:rPr>
          <w:b/>
        </w:rPr>
        <w:t xml:space="preserve">[37:46] </w:t>
      </w:r>
      <w:r>
        <w:t>khade hone ke</w:t>
      </w:r>
    </w:p>
    <w:p>
      <w:pPr>
        <w:jc w:val="right"/>
      </w:pPr>
      <w:r>
        <w:t>کھڑے ہونے کے</w:t>
      </w:r>
    </w:p>
    <w:p>
      <w:r>
        <w:rPr>
          <w:b/>
        </w:rPr>
        <w:t xml:space="preserve">[37:51] </w:t>
      </w:r>
      <w:r>
        <w:t>liye ek aqeedah mil gaya jis par main yaqin kar saka hoon, kar sakta hoon.</w:t>
      </w:r>
    </w:p>
    <w:p>
      <w:pPr>
        <w:jc w:val="right"/>
      </w:pPr>
      <w:r>
        <w:t>لیے ایک عقیدہ مل گیا جس پر میں یقین کر سکا ہوں، کر سکتا ہوں۔</w:t>
      </w:r>
    </w:p>
    <w:p>
      <w:r>
        <w:rPr>
          <w:b/>
        </w:rPr>
        <w:t xml:space="preserve">[37:57] </w:t>
      </w:r>
      <w:r>
        <w:t>to atheist aur atheist saada baat nahin hai.</w:t>
      </w:r>
    </w:p>
    <w:p>
      <w:pPr>
        <w:jc w:val="right"/>
      </w:pPr>
      <w:r>
        <w:t>تو اتھیسٹ اور اتھیسٹ سادہ بات نہیں ہے۔</w:t>
      </w:r>
    </w:p>
    <w:p>
      <w:r>
        <w:rPr>
          <w:b/>
        </w:rPr>
        <w:t xml:space="preserve">[38:03] </w:t>
      </w:r>
      <w:r>
        <w:t>atheist ka matlab hai ke aap ki koi base nahin hai duniya mein, koi sochne ki, koi yani</w:t>
      </w:r>
    </w:p>
    <w:p>
      <w:pPr>
        <w:jc w:val="right"/>
      </w:pPr>
      <w:r>
        <w:t>اتھیسٹ کا مطلب ہے کہ آپ کی کوئی بیس نہیں ہے دنیا میں، کوئی سوچنے کی، کوئی یعنی</w:t>
      </w:r>
    </w:p>
    <w:p>
      <w:r>
        <w:rPr>
          <w:b/>
        </w:rPr>
        <w:t xml:space="preserve">[38:10] </w:t>
      </w:r>
      <w:r>
        <w:t>koi starting point nahin.</w:t>
      </w:r>
    </w:p>
    <w:p>
      <w:pPr>
        <w:jc w:val="right"/>
      </w:pPr>
      <w:r>
        <w:t>کوئی اسٹارٹنگ پوائنٹ نہیں۔</w:t>
      </w:r>
    </w:p>
    <w:p>
      <w:r>
        <w:rPr>
          <w:b/>
        </w:rPr>
        <w:t xml:space="preserve">[38:16] </w:t>
      </w:r>
      <w:r>
        <w:t>har cheez aap ke liye doubtfull, har taraf se uncertainty.</w:t>
      </w:r>
    </w:p>
    <w:p>
      <w:pPr>
        <w:jc w:val="right"/>
      </w:pPr>
      <w:r>
        <w:t>ہر چیز آپ کے لیے ڈاؤٹ فل، ہر طرف سے انسرٹینٹی۔</w:t>
      </w:r>
    </w:p>
    <w:p>
      <w:r>
        <w:rPr>
          <w:b/>
        </w:rPr>
        <w:t xml:space="preserve">[38:22] </w:t>
      </w:r>
      <w:r>
        <w:t>to kaise jeen ge aap? jeete hain to is nature ke sath jis nature par bol pada tha</w:t>
      </w:r>
    </w:p>
    <w:p>
      <w:pPr>
        <w:jc w:val="right"/>
      </w:pPr>
      <w:r>
        <w:t>تو کیسے جئیں گے آپ؟ جیتے ہیں تو اس نیچر کے ساتھ جس نیچر پر بول پڑا تھا</w:t>
      </w:r>
    </w:p>
    <w:p>
      <w:r>
        <w:rPr>
          <w:b/>
        </w:rPr>
        <w:t xml:space="preserve">[38:30] </w:t>
      </w:r>
      <w:r>
        <w:t>stalin ke haan khuda hai.</w:t>
      </w:r>
    </w:p>
    <w:p>
      <w:pPr>
        <w:jc w:val="right"/>
      </w:pPr>
      <w:r>
        <w:t>اسٹالن کہ ہاں خدا ہے۔</w:t>
      </w:r>
    </w:p>
    <w:p>
      <w:r>
        <w:rPr>
          <w:b/>
        </w:rPr>
        <w:t xml:space="preserve">[38:37] </w:t>
      </w:r>
      <w:r>
        <w:t>to aap atheist bhi na jee paye agar is uncanny mind ke sahare par jeena chhod do.</w:t>
      </w:r>
    </w:p>
    <w:p>
      <w:pPr>
        <w:jc w:val="right"/>
      </w:pPr>
      <w:r>
        <w:t>تو آپ اتھیسٹ بھی نہ جی پائے اگر اس انکانس مائنڈ کے سہارے پر جینا چھوڑ دو۔</w:t>
      </w:r>
    </w:p>
    <w:p>
      <w:r>
        <w:rPr>
          <w:b/>
        </w:rPr>
        <w:t xml:space="preserve">[38:45] </w:t>
      </w:r>
      <w:r>
        <w:t>wo to mujh par yeh kaifiyat guzri ke ek lamhe ke liye maine mehsoos kiya ke main to bilkul</w:t>
      </w:r>
    </w:p>
    <w:p>
      <w:pPr>
        <w:jc w:val="right"/>
      </w:pPr>
      <w:r>
        <w:t>وہ تو مجھ پر یہ کیفیت گزری کہ ایک لمحے کے لیے میں نے محسوس کیا کہ میں تو بالکل</w:t>
      </w:r>
    </w:p>
    <w:p>
      <w:r>
        <w:rPr>
          <w:b/>
        </w:rPr>
        <w:t xml:space="preserve">[38:52] </w:t>
      </w:r>
      <w:r>
        <w:t>yaani ground less ho gaya hoon, hawa mein hoon. koi aage nahi, peechhe nahi, dayen na bayen. har cheez, kisi cheez par yaqeen kaise karoon mein? kaise mein yaqeen karoon kal bhi mujhe suraj ki roshni mile gi, kal bhi mujhe khana mile ga, kal bhi mujhe pani mile ga, kal bhi mujhe life support system isi tarah mile ga? to jab mein yaqeen, jab</w:t>
      </w:r>
    </w:p>
    <w:p>
      <w:pPr>
        <w:jc w:val="right"/>
      </w:pPr>
      <w:r>
        <w:t>یعنی گراؤنڈ لیس ہو گیا ہوں، ہوا میں ہوں۔ کوئی آگے نہیں، پیچھے نہیں، دائیں نہ بائیں۔ ہر چیز، کسی چیز پر یقین کیسے کروں میں؟ کیسے میں یقین کروں کل بھی مجھے سورج کی روشنی ملے گی، کل بھی مجھے کھانا ملے گا، کل بھی مجھے پانی ملے گا، کل بھی مجھے لائف سپورٹ سسٹم اسی طرح ملے گا؟ تو جب میں یقین، جب</w:t>
      </w:r>
    </w:p>
    <w:p>
      <w:r>
        <w:rPr>
          <w:b/>
        </w:rPr>
        <w:t xml:space="preserve">[39:22] </w:t>
      </w:r>
      <w:r>
        <w:t>main khuda ko manta hoon, is par yaqeen karta hoon to yeh sab kuch mumkin ho jata hai.</w:t>
      </w:r>
    </w:p>
    <w:p>
      <w:pPr>
        <w:jc w:val="right"/>
      </w:pPr>
      <w:r>
        <w:t>میں خدا کو مانتا ہوں، اس پر یقین کرتا ہوں تو یہ سب کچھ ممکن ہو جاتا ہے۔</w:t>
      </w:r>
    </w:p>
    <w:p>
      <w:r>
        <w:rPr>
          <w:b/>
        </w:rPr>
        <w:t xml:space="preserve">[39:29] </w:t>
      </w:r>
      <w:r>
        <w:t>isi liye main kehta hoon ke agar aap khuda ko na manen to aap ke pas starting point nahi hai.</w:t>
      </w:r>
    </w:p>
    <w:p>
      <w:pPr>
        <w:jc w:val="right"/>
      </w:pPr>
      <w:r>
        <w:t>اسی لیے میں کہتا ہوں کہ اگر آپ خدا کو نہ مانیں تو آپ کے پاس اسٹارٹنگ پوائنٹ نہیں ہے۔</w:t>
      </w:r>
    </w:p>
    <w:p>
      <w:r>
        <w:rPr>
          <w:b/>
        </w:rPr>
        <w:t xml:space="preserve">[39:36] </w:t>
      </w:r>
      <w:r>
        <w:t>koi starting point hi se aap mehroom ho jate hain.</w:t>
      </w:r>
    </w:p>
    <w:p>
      <w:pPr>
        <w:jc w:val="right"/>
      </w:pPr>
      <w:r>
        <w:t>کوئی اسٹارٹنگ پوائنٹ ہی سے آپ محروم ہو جاتے ہیں۔</w:t>
      </w:r>
    </w:p>
    <w:p>
      <w:r>
        <w:rPr>
          <w:b/>
        </w:rPr>
        <w:t xml:space="preserve">[39:42] </w:t>
      </w:r>
      <w:r>
        <w:t>khuda ko na manen to aap starting point se mehroom ho jate hain.</w:t>
      </w:r>
    </w:p>
    <w:p>
      <w:pPr>
        <w:jc w:val="right"/>
      </w:pPr>
      <w:r>
        <w:t>خدا کو نہ مانیں تو آپ اسٹارٹنگ پوائنٹ سے محروم ہو جاتے ہیں۔</w:t>
      </w:r>
    </w:p>
    <w:p>
      <w:r>
        <w:rPr>
          <w:b/>
        </w:rPr>
        <w:t xml:space="preserve">[39:49] </w:t>
      </w:r>
      <w:r>
        <w:t>جیسے میں بمبے میں، آپ کو پتہ ہے کہ میں faint ہو گیا تھا۔</w:t>
      </w:r>
    </w:p>
    <w:p>
      <w:pPr>
        <w:jc w:val="right"/>
      </w:pPr>
      <w:r>
        <w:t>جیسے میں بمبے میں، آپ کو پتہ ہے کہ میں پھینٹ ہو گیا تھا۔</w:t>
      </w:r>
    </w:p>
    <w:p>
      <w:r>
        <w:rPr>
          <w:b/>
        </w:rPr>
        <w:t xml:space="preserve">[39:56] </w:t>
      </w:r>
      <w:r>
        <w:t>is ke baad meri surgery hui.</w:t>
      </w:r>
    </w:p>
    <w:p>
      <w:pPr>
        <w:jc w:val="right"/>
      </w:pPr>
      <w:r>
        <w:t>اس کے بعد میری سرجری ہوئی۔</w:t>
      </w:r>
    </w:p>
    <w:p>
      <w:r>
        <w:rPr>
          <w:b/>
        </w:rPr>
        <w:t xml:space="preserve">[40:00] </w:t>
      </w:r>
      <w:r>
        <w:t>to waqti taur par mera yeh hal tha ke main farida ko pehchanta nahi tha.</w:t>
      </w:r>
    </w:p>
    <w:p>
      <w:pPr>
        <w:jc w:val="right"/>
      </w:pPr>
      <w:r>
        <w:t>تو وقتی طور پر میرا یہ حال تھا کہ میں فریدہ کو پہچانتا نہیں تھا۔</w:t>
      </w:r>
    </w:p>
    <w:p>
      <w:r>
        <w:rPr>
          <w:b/>
        </w:rPr>
        <w:t xml:space="preserve">[40:04] </w:t>
      </w:r>
      <w:r>
        <w:t>farida mere pas aayen to main aise hi dekhne laga.</w:t>
      </w:r>
    </w:p>
    <w:p>
      <w:pPr>
        <w:jc w:val="right"/>
      </w:pPr>
      <w:r>
        <w:t>فریدہ میرے پاس آئیں تو میں ایسے ہی دیکھنے لگا۔</w:t>
      </w:r>
    </w:p>
    <w:p>
      <w:r>
        <w:rPr>
          <w:b/>
        </w:rPr>
        <w:t xml:space="preserve">[40:09] </w:t>
      </w:r>
      <w:r>
        <w:t>unhon ne kaha ke main farida hoon.</w:t>
      </w:r>
    </w:p>
    <w:p>
      <w:pPr>
        <w:jc w:val="right"/>
      </w:pPr>
      <w:r>
        <w:t>انہوں نے کہا کہ میں فریدہ ہوں۔</w:t>
      </w:r>
    </w:p>
    <w:p>
      <w:r>
        <w:rPr>
          <w:b/>
        </w:rPr>
        <w:t xml:space="preserve">[40:13] </w:t>
      </w:r>
      <w:r>
        <w:t>to bhai kuch samajh nahi aya kya keh rahi hain.</w:t>
      </w:r>
    </w:p>
    <w:p>
      <w:pPr>
        <w:jc w:val="right"/>
      </w:pPr>
      <w:r>
        <w:t>تو بھئی کچھ سمجھ نہیں آیا کیا کہہ رہی ہیں۔</w:t>
      </w:r>
    </w:p>
    <w:p>
      <w:r>
        <w:rPr>
          <w:b/>
        </w:rPr>
        <w:t xml:space="preserve">[40:18] </w:t>
      </w:r>
      <w:r>
        <w:t>to yeh halat insan ko ho jayega mustaqil taur par.</w:t>
      </w:r>
    </w:p>
    <w:p>
      <w:pPr>
        <w:jc w:val="right"/>
      </w:pPr>
      <w:r>
        <w:t>تو یہ حالت انسان کو ہو جائے گا مستقل طور پر۔</w:t>
      </w:r>
    </w:p>
    <w:p>
      <w:r>
        <w:rPr>
          <w:b/>
        </w:rPr>
        <w:t xml:space="preserve">[40:22] </w:t>
      </w:r>
      <w:r>
        <w:t>yani agar sach much, sach much mein kahunga ke jo log atheist hain wo sach much atheist nahi hain.</w:t>
      </w:r>
    </w:p>
    <w:p>
      <w:pPr>
        <w:jc w:val="right"/>
      </w:pPr>
      <w:r>
        <w:t>یعنی اگر سچ مچ، سچ مچ میں کہوں گا کہ جو لوگ اتھیسٹ ہیں وہ سچ مچ اتھیسٹ نہیں ہیں۔</w:t>
      </w:r>
    </w:p>
    <w:p>
      <w:r>
        <w:rPr>
          <w:b/>
        </w:rPr>
        <w:t xml:space="preserve">[40:27] </w:t>
      </w:r>
      <w:r>
        <w:t>yaani zabaan se woh bolte hain ke mein atheist hoon lekin un ka nature jo hai us par woh khade hue hain. atheist par nahi khade hue hain. jo apne ko atheist kehte hain, atheist kehte hain urdu mein mulhid. mulhid. jo apne ko mulhid kehte hain woh bhi apne ilhad par nahi khade hue hain. woh khade hue hain apne us unconscious mind</w:t>
      </w:r>
    </w:p>
    <w:p>
      <w:pPr>
        <w:jc w:val="right"/>
      </w:pPr>
      <w:r>
        <w:t>یعنی زبان سے وہ بولتے ہیں کہ میں اتھیسٹ ہوں لیکن ان کا نیچر جو ہے اس پر وہ کھڑے ہوئے ہیں۔ اتھیسٹ پر نہیں کھڑے ہوئے ہیں۔ جو اپنے کو اتھیسٹ کہتے ہیں، اتھیسٹ کہتے ہیں اردو میں ملحد۔ ملحد۔ جو اپنے کو ملحد کہتے ہیں وہ بھی اپنے الحاد پر نہیں کھڑے ہوئے ہیں۔ وہ کھڑے ہوئے ہیں اپنے اس انکانس مائن</w:t>
      </w:r>
    </w:p>
    <w:p>
      <w:r>
        <w:rPr>
          <w:b/>
        </w:rPr>
        <w:t xml:space="preserve">[40:57] </w:t>
      </w:r>
      <w:r>
        <w:t>par, us us nature par jis ke andar inter movement hai khuda ka tasawwur. tab woh khade hue hain. wahi haal jo mera haal hua bombay mein ke woh kisi ko pehchanta nahi tha. to yeh baat bohat zyada sochne ki hai. bohat zyada sochne ki hai. mujhe yaqeen hai ke jo log kehte hain ke mein khuda ko nahi maanta woh adhoori baat</w:t>
      </w:r>
    </w:p>
    <w:p>
      <w:pPr>
        <w:jc w:val="right"/>
      </w:pPr>
      <w:r>
        <w:t>ڈ پر، اس اس نیچر پر جس کے اندر انٹر موومنٹ ہے خدا کا تصور۔ تب وہ کھڑے ہوئے ہیں۔ وہی حال جو میرا حال ہوا بمبے میں کہ وہ کسی کو پہچانتا نہیں تھا۔ تو یہ بات بہت زیادہ سوچنے کی ہے۔ بہت زیادہ سوچنے کی ہے۔ مجھے یقین ہے کہ جو لوگ کہتے ہیں کہ میں خدا کو نہیں مانتا وہ ادھوری بات</w:t>
      </w:r>
    </w:p>
    <w:p>
      <w:r>
        <w:rPr>
          <w:b/>
        </w:rPr>
        <w:t xml:space="preserve">[41:27] </w:t>
      </w:r>
      <w:r>
        <w:t>hoti hai. adhoori. un ka nature phir bhi ban raha hota hai. aur jab koi aisa crisis aata hai, crisis. dekhein crisis ke waqt real aadmi jo hota hai woh saamne aa jata hai. jaise stalin ka jo yalta mein tajurba hai woh us ke liye crisis ka waqt aa gaya tha. crisis. jab crisis</w:t>
      </w:r>
    </w:p>
    <w:p>
      <w:pPr>
        <w:jc w:val="right"/>
      </w:pPr>
      <w:r>
        <w:t>ہوتی ہے۔ ادھوری۔ ان کا نیچر پھر بھی بن رہا ہوتا ہے۔ اور جب کوئی ایسا کرائسس آتا ہے، کرائسس۔ دیکھیں کرائسس کے وقت ریئل آدمی جو ہوتا ہے وہ سامنے آ جاتا ہے۔ جیسے اسٹالن کا جو یالٹا میں تجربہ ہے وہ اس کے لیے کرائسس کا وقت آ گیا تھا۔ کرائسس۔ جب کرائسس</w:t>
      </w:r>
    </w:p>
    <w:p>
      <w:r>
        <w:rPr>
          <w:b/>
        </w:rPr>
        <w:t xml:space="preserve">[41:57] </w:t>
      </w:r>
      <w:r>
        <w:t>ka waqt aata hai to aadmi kath rassa ho jata hai.</w:t>
      </w:r>
    </w:p>
    <w:p>
      <w:pPr>
        <w:jc w:val="right"/>
      </w:pPr>
      <w:r>
        <w:t>کا وقت آتا ہے تو آدمی کٹھ رسا ہو جاتا ہے۔</w:t>
      </w:r>
    </w:p>
    <w:p>
      <w:r>
        <w:rPr>
          <w:b/>
        </w:rPr>
        <w:t xml:space="preserve">[42:01] </w:t>
      </w:r>
      <w:r>
        <w:t>jab crisis ka waqt aata hai to aadmi kath rassa ho jata hai.</w:t>
      </w:r>
    </w:p>
    <w:p>
      <w:pPr>
        <w:jc w:val="right"/>
      </w:pPr>
      <w:r>
        <w:t>جب کرائسس کا وقت آتا ہے تو آدمی کٹھ رسا ہو جاتا ہے۔</w:t>
      </w:r>
    </w:p>
    <w:p>
      <w:r>
        <w:rPr>
          <w:b/>
        </w:rPr>
        <w:t xml:space="preserve">[42:05] </w:t>
      </w:r>
      <w:r>
        <w:t>phir wo wo boli bolta hai jo nature wali boli hai. nature.</w:t>
      </w:r>
    </w:p>
    <w:p>
      <w:pPr>
        <w:jc w:val="right"/>
      </w:pPr>
      <w:r>
        <w:t>پھر وہ وہ بولی بولتا ہے جو نیچر والی بولی ہے۔ نیچر۔</w:t>
      </w:r>
    </w:p>
    <w:p>
      <w:r>
        <w:rPr>
          <w:b/>
        </w:rPr>
        <w:t xml:space="preserve">[42:10] </w:t>
      </w:r>
      <w:r>
        <w:t>main ek ajib o gharib qism ka main nature hai.</w:t>
      </w:r>
    </w:p>
    <w:p>
      <w:pPr>
        <w:jc w:val="right"/>
      </w:pPr>
      <w:r>
        <w:t>میں ایک عجیب و غریب قسم کا میں نیچر ہے۔</w:t>
      </w:r>
    </w:p>
    <w:p>
      <w:r>
        <w:rPr>
          <w:b/>
        </w:rPr>
        <w:t xml:space="preserve">[42:14] </w:t>
      </w:r>
      <w:r>
        <w:t>har cheez, har cheez ka main tajurba karta hoon.</w:t>
      </w:r>
    </w:p>
    <w:p>
      <w:pPr>
        <w:jc w:val="right"/>
      </w:pPr>
      <w:r>
        <w:t>ہر چیز، ہر چیز کا میں تجربہ کرتا ہوں۔</w:t>
      </w:r>
    </w:p>
    <w:p>
      <w:r>
        <w:rPr>
          <w:b/>
        </w:rPr>
        <w:t xml:space="preserve">[42:18] </w:t>
      </w:r>
      <w:r>
        <w:t>misalan main ek waqt zehar bhi kha liya.</w:t>
      </w:r>
    </w:p>
    <w:p>
      <w:pPr>
        <w:jc w:val="right"/>
      </w:pPr>
      <w:r>
        <w:t>مثلاً میں ایک وقت زہر بھی کھا لیا۔</w:t>
      </w:r>
    </w:p>
    <w:p>
      <w:r>
        <w:rPr>
          <w:b/>
        </w:rPr>
        <w:t xml:space="preserve">[42:22] </w:t>
      </w:r>
      <w:r>
        <w:t>yeh tajurba karne ke liye ke zehar ki</w:t>
      </w:r>
    </w:p>
    <w:p>
      <w:pPr>
        <w:jc w:val="right"/>
      </w:pPr>
      <w:r>
        <w:t>یہ تجربہ کرنے کے لیے کہ زہر کی</w:t>
      </w:r>
    </w:p>
    <w:p>
      <w:r>
        <w:rPr>
          <w:b/>
        </w:rPr>
        <w:t xml:space="preserve">[42:27] </w:t>
      </w:r>
      <w:r>
        <w:t>se asar karta hai apna.</w:t>
      </w:r>
    </w:p>
    <w:p>
      <w:pPr>
        <w:jc w:val="right"/>
      </w:pPr>
      <w:r>
        <w:t>سے اثر کرتا ہے اپنا۔</w:t>
      </w:r>
    </w:p>
    <w:p>
      <w:r>
        <w:rPr>
          <w:b/>
        </w:rPr>
        <w:t xml:space="preserve">[42:32] </w:t>
      </w:r>
      <w:r>
        <w:t>to main kabhi akele mein apne aap ko aise maqam par le aata hoon yani soch ke aitbar</w:t>
      </w:r>
    </w:p>
    <w:p>
      <w:pPr>
        <w:jc w:val="right"/>
      </w:pPr>
      <w:r>
        <w:t>تو میں کبھی اکیلے میں اپنے آپ کو ایسے مقام پر لے آتا ہوں یعنی سوچ کے اعتبار</w:t>
      </w:r>
    </w:p>
    <w:p>
      <w:r>
        <w:rPr>
          <w:b/>
        </w:rPr>
        <w:t xml:space="preserve">[42:37] </w:t>
      </w:r>
      <w:r>
        <w:t>se jahan sirf main akela ho jaoon.</w:t>
      </w:r>
    </w:p>
    <w:p>
      <w:pPr>
        <w:jc w:val="right"/>
      </w:pPr>
      <w:r>
        <w:t>سے جہاں صرف میں اکیلا ہو جاؤں۔</w:t>
      </w:r>
    </w:p>
    <w:p>
      <w:r>
        <w:rPr>
          <w:b/>
        </w:rPr>
        <w:t xml:space="preserve">[42:42] </w:t>
      </w:r>
      <w:r>
        <w:t>koi bhi nahin, na farishtay hain, na khuda hai, na kuch nahin.</w:t>
      </w:r>
    </w:p>
    <w:p>
      <w:pPr>
        <w:jc w:val="right"/>
      </w:pPr>
      <w:r>
        <w:t>کوئی بھی نہیں، نہ فرشتے ہیں، نہ خدا ہے، نہ کچھ نہیں۔</w:t>
      </w:r>
    </w:p>
    <w:p>
      <w:r>
        <w:rPr>
          <w:b/>
        </w:rPr>
        <w:t xml:space="preserve">[42:47] </w:t>
      </w:r>
      <w:r>
        <w:t>tasawwurati taur par.</w:t>
      </w:r>
    </w:p>
    <w:p>
      <w:pPr>
        <w:jc w:val="right"/>
      </w:pPr>
      <w:r>
        <w:t>تصوراتی طور پر۔</w:t>
      </w:r>
    </w:p>
    <w:p>
      <w:r>
        <w:rPr>
          <w:b/>
        </w:rPr>
        <w:t xml:space="preserve">[42:53] </w:t>
      </w:r>
      <w:r>
        <w:t>to achaanak rukh tha ke main to yaani khatm ho gaya.</w:t>
      </w:r>
    </w:p>
    <w:p>
      <w:pPr>
        <w:jc w:val="right"/>
      </w:pPr>
      <w:r>
        <w:t>تو اچانک رخ تھا کہ میں تو یعنی ختم ہو گیا۔</w:t>
      </w:r>
    </w:p>
    <w:p>
      <w:r>
        <w:rPr>
          <w:b/>
        </w:rPr>
        <w:t xml:space="preserve">[42:58] </w:t>
      </w:r>
      <w:r>
        <w:t>aisa maqam jahan na khuda ho, na farishtay hon, na society ho, na insan ho, na civilization ho.</w:t>
      </w:r>
    </w:p>
    <w:p>
      <w:pPr>
        <w:jc w:val="right"/>
      </w:pPr>
      <w:r>
        <w:t>ایسا مقام جہاں نہ خدا ہو، نہ فرشتے ہوں، نہ سوسائٹی ہو، نہ انسان ہو، نہ سولائزیشن ہو۔</w:t>
      </w:r>
    </w:p>
    <w:p>
      <w:r>
        <w:rPr>
          <w:b/>
        </w:rPr>
        <w:t xml:space="preserve">[43:03] </w:t>
      </w:r>
      <w:r>
        <w:t>to mera wajood khatm.</w:t>
      </w:r>
    </w:p>
    <w:p>
      <w:pPr>
        <w:jc w:val="right"/>
      </w:pPr>
      <w:r>
        <w:t>تو میرا وجود ختم۔</w:t>
      </w:r>
    </w:p>
    <w:p>
      <w:r>
        <w:rPr>
          <w:b/>
        </w:rPr>
        <w:t xml:space="preserve">[43:08] </w:t>
      </w:r>
      <w:r>
        <w:t>to kehne ke liye log bante hain atheist.</w:t>
      </w:r>
    </w:p>
    <w:p>
      <w:pPr>
        <w:jc w:val="right"/>
      </w:pPr>
      <w:r>
        <w:t>تو کہنے کے لیے لوگ بنتے ہیں اتھیسٹ۔</w:t>
      </w:r>
    </w:p>
    <w:p>
      <w:r>
        <w:rPr>
          <w:b/>
        </w:rPr>
        <w:t xml:space="preserve">[43:13] </w:t>
      </w:r>
      <w:r>
        <w:t>haqeeqat mein koi atheist hota nahin hai.</w:t>
      </w:r>
    </w:p>
    <w:p>
      <w:pPr>
        <w:jc w:val="right"/>
      </w:pPr>
      <w:r>
        <w:t>حقیقت میں کوئی اتھیسٹ ہوتا نہیں ہے۔</w:t>
      </w:r>
    </w:p>
    <w:p>
      <w:r>
        <w:rPr>
          <w:b/>
        </w:rPr>
        <w:t xml:space="preserve">[43:18] </w:t>
      </w:r>
      <w:r>
        <w:t>atheist sach much ho to wahi ho jaye ke samjhe ke mera wajood khatm.</w:t>
      </w:r>
    </w:p>
    <w:p>
      <w:pPr>
        <w:jc w:val="right"/>
      </w:pPr>
      <w:r>
        <w:t>اتھیسٹ سچ مچ ہو تو وہی ہو جائے کہ سمجھے کہ میرا وجود ختم۔</w:t>
      </w:r>
    </w:p>
    <w:p>
      <w:r>
        <w:rPr>
          <w:b/>
        </w:rPr>
        <w:t xml:space="preserve">[43:23] </w:t>
      </w:r>
      <w:r>
        <w:t>mera wajood khatm.</w:t>
      </w:r>
    </w:p>
    <w:p>
      <w:pPr>
        <w:jc w:val="right"/>
      </w:pPr>
      <w:r>
        <w:t>میرا وجود ختم۔</w:t>
      </w:r>
    </w:p>
    <w:p>
      <w:r>
        <w:rPr>
          <w:b/>
        </w:rPr>
        <w:t xml:space="preserve">[43:28] </w:t>
      </w:r>
      <w:r>
        <w:t>main to kuch bhi nahin hoon.</w:t>
      </w:r>
    </w:p>
    <w:p>
      <w:pPr>
        <w:jc w:val="right"/>
      </w:pPr>
      <w:r>
        <w:t>میں تو کچھ بھی نہیں ہوں۔</w:t>
      </w:r>
    </w:p>
    <w:p>
      <w:r>
        <w:rPr>
          <w:b/>
        </w:rPr>
        <w:t xml:space="preserve">[43:33] </w:t>
      </w:r>
      <w:r>
        <w:t>kyun ke dekhein insaan ko jeene ke liye koi madadgar chahiye. jaise maine bataya tha aap ko ke masoom ho gaya to aik din aisa hua ke mere paas koi madadgar nahi. akela ho gaya mein. wahan ki zabaan bhi nahi. meri koi samajhta tha. us waqt ajeeb mera haal ho gaya tha. to khuda ko na maanein to is ka matlab yeh hua ke aap madadgar se mehroom kar l</w:t>
      </w:r>
    </w:p>
    <w:p>
      <w:pPr>
        <w:jc w:val="right"/>
      </w:pPr>
      <w:r>
        <w:t>کیونکہ دیکھیں انسان کو جینے کے لیے کوئی مددگار چاہیے۔ جیسے میں نے بتایا تھا آپ کو کہ معصوم ہو گیا تو ایک دن ایسا ہوا کہ میرے پاس کوئی مددگار نہیں۔ اکیلا ہو گیا میں۔ وہاں کی زبان بھی نہیں۔ میری کوئی سمجھتا تھا۔ اس وقت عجیب میرا حال ہو گیا تھا۔ تو خدا کو نہ مانیں تو اس کا مطلب یہ ہوا کہ آپ مددگار سے محروم کر ل</w:t>
      </w:r>
    </w:p>
    <w:p>
      <w:r>
        <w:rPr>
          <w:b/>
        </w:rPr>
        <w:t xml:space="preserve">[44:03] </w:t>
      </w:r>
      <w:r>
        <w:t>ya apne aap ko.</w:t>
      </w:r>
    </w:p>
    <w:p>
      <w:pPr>
        <w:jc w:val="right"/>
      </w:pPr>
      <w:r>
        <w:t>یا اپنے آپ کو۔</w:t>
      </w:r>
    </w:p>
    <w:p>
      <w:r>
        <w:rPr>
          <w:b/>
        </w:rPr>
        <w:t xml:space="preserve">[44:09] </w:t>
      </w:r>
      <w:r>
        <w:t>aap jab aap apne ko madadgar se mehroom kar lein to aap jee nahin sakte.</w:t>
      </w:r>
    </w:p>
    <w:p>
      <w:pPr>
        <w:jc w:val="right"/>
      </w:pPr>
      <w:r>
        <w:t>آپ جب آپ اپنے کو مددگار سے محروم کر لیں تو آپ جی نہیں سکتے۔</w:t>
      </w:r>
    </w:p>
    <w:p>
      <w:r>
        <w:rPr>
          <w:b/>
        </w:rPr>
        <w:t xml:space="preserve">[44:14] </w:t>
      </w:r>
      <w:r>
        <w:t>aap jee nahin sakte.</w:t>
      </w:r>
    </w:p>
    <w:p>
      <w:pPr>
        <w:jc w:val="right"/>
      </w:pPr>
      <w:r>
        <w:t>آپ جی نہیں سکتے۔</w:t>
      </w:r>
    </w:p>
    <w:p>
      <w:r>
        <w:rPr>
          <w:b/>
        </w:rPr>
        <w:t xml:space="preserve">[44:19] </w:t>
      </w:r>
      <w:r>
        <w:t>to behal main dua karta hoon ke jo log is tarah sochte hain atheist ki istilaah mein woh</w:t>
      </w:r>
    </w:p>
    <w:p>
      <w:pPr>
        <w:jc w:val="right"/>
      </w:pPr>
      <w:r>
        <w:t>تو بہرحال میں دعا کرتا ہوں کہ جو لوگ اس طرح سوچتے ہیں اتھیسٹ کی اصطلاح میں وہ</w:t>
      </w:r>
    </w:p>
    <w:p>
      <w:r>
        <w:rPr>
          <w:b/>
        </w:rPr>
        <w:t xml:space="preserve">[44:24] </w:t>
      </w:r>
      <w:r>
        <w:t>is tarah sochna chhod dein.</w:t>
      </w:r>
    </w:p>
    <w:p>
      <w:pPr>
        <w:jc w:val="right"/>
      </w:pPr>
      <w:r>
        <w:t>اس طرح سوچنا چھوڑ دیں۔</w:t>
      </w:r>
    </w:p>
    <w:p>
      <w:r>
        <w:rPr>
          <w:b/>
        </w:rPr>
        <w:t xml:space="preserve">[44:29] </w:t>
      </w:r>
      <w:r>
        <w:t>apne upar reham karein. aur</w:t>
      </w:r>
    </w:p>
    <w:p>
      <w:pPr>
        <w:jc w:val="right"/>
      </w:pPr>
      <w:r>
        <w:t>اپنے اوپر رحم کریں۔ اور</w:t>
      </w:r>
    </w:p>
    <w:p>
      <w:r>
        <w:rPr>
          <w:b/>
        </w:rPr>
        <w:t xml:space="preserve">[44:34] </w:t>
      </w:r>
      <w:r>
        <w:t>khuda ko, apne khalq ko maankar zindagi ka aaghaz karein taake woh kamyab hon.</w:t>
      </w:r>
    </w:p>
    <w:p>
      <w:pPr>
        <w:jc w:val="right"/>
      </w:pPr>
      <w:r>
        <w:t>خدا کو، اپنے خالق کو مان کر زندگی کا آغاز کریں تاکہ وہ کامیاب ہوں۔</w:t>
      </w:r>
    </w:p>
    <w:p>
      <w:r>
        <w:rPr>
          <w:b/>
        </w:rPr>
        <w:t xml:space="preserve">[44:44] </w:t>
      </w:r>
      <w:r>
        <w:t>assalam o alaikum wa rehmatullah.</w:t>
      </w:r>
    </w:p>
    <w:p>
      <w:pPr>
        <w:jc w:val="right"/>
      </w:pPr>
      <w:r>
        <w:t>السلام علیکم ورحمۃ اللہ۔</w:t>
      </w:r>
    </w:p>
    <w:p>
      <w:r>
        <w:rPr>
          <w:b/>
        </w:rPr>
        <w:t xml:space="preserve">[44:54] </w:t>
      </w:r>
      <w:r>
        <w:t>maulana pehla sawal hum lete hain jo chennai se bheja hai Maulana Iqbal Umri ne aur unhon</w:t>
      </w:r>
    </w:p>
    <w:p>
      <w:pPr>
        <w:jc w:val="right"/>
      </w:pPr>
      <w:r>
        <w:t>مولانا پہلا سوال ہم لیتے ہیں جو چنئی سے بھیجا ہے مولانا اقبال عمری نے اور انہوں</w:t>
      </w:r>
    </w:p>
    <w:p>
      <w:r>
        <w:rPr>
          <w:b/>
        </w:rPr>
        <w:t xml:space="preserve">[45:04] </w:t>
      </w:r>
      <w:r>
        <w:t>ne likha hai ke Maulana aap se koi sawal kare ke aap khuda ko kyun mante hain is</w:t>
      </w:r>
    </w:p>
    <w:p>
      <w:pPr>
        <w:jc w:val="right"/>
      </w:pPr>
      <w:r>
        <w:t>نے لکھا ہے کہ مولانا آپ سے کوئی سوال کرے کہ آپ خدا کو کیوں مانتے ہیں اس</w:t>
      </w:r>
    </w:p>
    <w:p>
      <w:r>
        <w:rPr>
          <w:b/>
        </w:rPr>
        <w:t xml:space="preserve">[45:12] </w:t>
      </w:r>
      <w:r>
        <w:t>ka faida kya hai apni zindagi mein to aap ka jawab kya hoga? bhai mera zaati jawab, zaati</w:t>
      </w:r>
    </w:p>
    <w:p>
      <w:pPr>
        <w:jc w:val="right"/>
      </w:pPr>
      <w:r>
        <w:t>کا فائدہ کیا ہے اپنی زندگی میں تو آپ کا جواب کیا ہوگا؟ بھئی میرا ذاتی جواب، ذاتی</w:t>
      </w:r>
    </w:p>
    <w:p>
      <w:r>
        <w:rPr>
          <w:b/>
        </w:rPr>
        <w:t xml:space="preserve">[45:19] </w:t>
      </w:r>
      <w:r>
        <w:t>tajurba wala jawab to yeh hoga ke khuda ko na manna yeh hai self denial.</w:t>
      </w:r>
    </w:p>
    <w:p>
      <w:pPr>
        <w:jc w:val="right"/>
      </w:pPr>
      <w:r>
        <w:t>تجربہ والا جواب تو یہ ہوگا کہ خدا کو نہ ماننا یہ ہے سیلف ڈینائل۔</w:t>
      </w:r>
    </w:p>
    <w:p>
      <w:r>
        <w:rPr>
          <w:b/>
        </w:rPr>
        <w:t xml:space="preserve">[45:27] </w:t>
      </w:r>
      <w:r>
        <w:t>khuda ka inkar</w:t>
      </w:r>
    </w:p>
    <w:p>
      <w:pPr>
        <w:jc w:val="right"/>
      </w:pPr>
      <w:r>
        <w:t>خدا کا انکار</w:t>
      </w:r>
    </w:p>
    <w:p>
      <w:r>
        <w:rPr>
          <w:b/>
        </w:rPr>
        <w:t xml:space="preserve">[45:34] </w:t>
      </w:r>
      <w:r>
        <w:t>apna inkaar hai. khuda ka inkaar jo hai self denial hai, apna inkaar hai. jo log aisi baatein karein woh sincere nahi hote. mein chunke bohat zyada sincere aadmi hoon jaise ke maine kaha ke maine zehar bhi kha liya yeh janne ke liye ke zehar kya cheez hai. to meri sincerity jo hai woh kehti hai ke khuda ka inkaar to sel</w:t>
      </w:r>
    </w:p>
    <w:p>
      <w:pPr>
        <w:jc w:val="right"/>
      </w:pPr>
      <w:r>
        <w:t>اپنا انکار ہے۔ خدا کا انکار جو ہے سیلف ڈینائل ہے، اپنا انکار ہے۔ جو لوگ ایسی باتیں کریں وہ سنسیئر نہیں ہوتے۔ میں چونکہ بہت زیادہ سنسیئر آدمی ہوں جیسے کہ میں نے کہا کہ میں نے زہر بھی کھا لیا یہ جاننے کے لیے کہ زہر کیا چیز ہے۔ تو میری سنسیئرٹی جو ہے وہ کہتی ہے کہ خدا کا انکار تو سیل</w:t>
      </w:r>
    </w:p>
    <w:p>
      <w:r>
        <w:rPr>
          <w:b/>
        </w:rPr>
        <w:t xml:space="preserve">[46:04] </w:t>
      </w:r>
      <w:r>
        <w:t>f denial hai.</w:t>
      </w:r>
    </w:p>
    <w:p>
      <w:pPr>
        <w:jc w:val="right"/>
      </w:pPr>
      <w:r>
        <w:t>ف ڈینائل ہے۔</w:t>
      </w:r>
    </w:p>
    <w:p>
      <w:r>
        <w:rPr>
          <w:b/>
        </w:rPr>
        <w:t xml:space="preserve">[46:09] </w:t>
      </w:r>
      <w:r>
        <w:t>khuda ka inkar karke tum tum kya ho? tum kaise pehchanoge apne aap ko? apna, apne</w:t>
      </w:r>
    </w:p>
    <w:p>
      <w:pPr>
        <w:jc w:val="right"/>
      </w:pPr>
      <w:r>
        <w:t>خدا کا انکار کر کے تم تم کیا ہو؟ تم کیسے پہچانو گے اپنے آپ کو؟ اپنا، اپنے</w:t>
      </w:r>
    </w:p>
    <w:p>
      <w:r>
        <w:rPr>
          <w:b/>
        </w:rPr>
        <w:t xml:space="preserve">[46:15] </w:t>
      </w:r>
      <w:r>
        <w:t>ko apni pehchani gum ho jati hai agar hum khuda ko na manen to sirf in silsile se</w:t>
      </w:r>
    </w:p>
    <w:p>
      <w:pPr>
        <w:jc w:val="right"/>
      </w:pPr>
      <w:r>
        <w:t>کو اپنی پہچانی گم ہو جاتی ہے اگر ہم خدا کو نہ مانیں تو صرف ان سلسلے سے</w:t>
      </w:r>
    </w:p>
    <w:p>
      <w:r>
        <w:rPr>
          <w:b/>
        </w:rPr>
        <w:t xml:space="preserve">[46:20] </w:t>
      </w:r>
      <w:r>
        <w:t>log khuda ka inkar kar sakte hain.</w:t>
      </w:r>
    </w:p>
    <w:p>
      <w:pPr>
        <w:jc w:val="right"/>
      </w:pPr>
      <w:r>
        <w:t>لوگ خدا کا انکار کر سکتے ہیں۔</w:t>
      </w:r>
    </w:p>
    <w:p>
      <w:r>
        <w:rPr>
          <w:b/>
        </w:rPr>
        <w:t xml:space="preserve">[46:25] </w:t>
      </w:r>
      <w:r>
        <w:t>sinsiyar aadmi khuda ka inkar nahi kar sakta.</w:t>
      </w:r>
    </w:p>
    <w:p>
      <w:pPr>
        <w:jc w:val="right"/>
      </w:pPr>
      <w:r>
        <w:t>سنسیئر آدمی خدا کا انکار نہیں کر سکتا۔</w:t>
      </w:r>
    </w:p>
    <w:p>
      <w:r>
        <w:rPr>
          <w:b/>
        </w:rPr>
        <w:t xml:space="preserve">[46:30] </w:t>
      </w:r>
      <w:r>
        <w:t>maulana agla sawal dili se kya hai miss naghma siddiqui ne aur</w:t>
      </w:r>
    </w:p>
    <w:p>
      <w:pPr>
        <w:jc w:val="right"/>
      </w:pPr>
      <w:r>
        <w:t>مولانا اگلا سوال دلی سے کیا ہے مس نغمہ صدیقی نے اور</w:t>
      </w:r>
    </w:p>
    <w:p>
      <w:r>
        <w:rPr>
          <w:b/>
        </w:rPr>
        <w:t xml:space="preserve">[46:35] </w:t>
      </w:r>
      <w:r>
        <w:t>انہوں نے آپ سے پوچھا ہے کہ is belief in atheism a form of overconfidence in one</w:t>
      </w:r>
    </w:p>
    <w:p>
      <w:pPr>
        <w:jc w:val="right"/>
      </w:pPr>
      <w:r>
        <w:t>انہوں نے آپ سے پوچھا ہے کہ اس بیلیف ان ایتھزم ا فارم اف اوور کانفیڈنس ان ون</w:t>
      </w:r>
    </w:p>
    <w:p>
      <w:r>
        <w:rPr>
          <w:b/>
        </w:rPr>
        <w:t xml:space="preserve">[46:41] </w:t>
      </w:r>
      <w:r>
        <w:t>self beyond one's capacity. What would you say to that? Baat to sahi hai aapki lekin lekin</w:t>
      </w:r>
    </w:p>
    <w:p>
      <w:pPr>
        <w:jc w:val="right"/>
      </w:pPr>
      <w:r>
        <w:t>سیلف بیونڈ ونز کپیسٹی واٹ وڈ یو سے ٹو دیٹ؟ بات تو صحیح ہے آپ کی لیکن لیکن</w:t>
      </w:r>
    </w:p>
    <w:p>
      <w:r>
        <w:rPr>
          <w:b/>
        </w:rPr>
        <w:t xml:space="preserve">[46:47] </w:t>
      </w:r>
      <w:r>
        <w:t>yeh over confidence ka lafz halka hai.</w:t>
      </w:r>
    </w:p>
    <w:p>
      <w:pPr>
        <w:jc w:val="right"/>
      </w:pPr>
      <w:r>
        <w:t>یہ اوور کانفیڈنس کا لفظ ہلکا ہے۔</w:t>
      </w:r>
    </w:p>
    <w:p>
      <w:r>
        <w:rPr>
          <w:b/>
        </w:rPr>
        <w:t xml:space="preserve">[46:53] </w:t>
      </w:r>
      <w:r>
        <w:t>over confidence ka lafz halka hai is ke liye.</w:t>
      </w:r>
    </w:p>
    <w:p>
      <w:pPr>
        <w:jc w:val="right"/>
      </w:pPr>
      <w:r>
        <w:t>اوور کانفیڈنس کا لفظ ہلکا ہے اس کے لیے۔</w:t>
      </w:r>
    </w:p>
    <w:p>
      <w:r>
        <w:rPr>
          <w:b/>
        </w:rPr>
        <w:t xml:space="preserve">[46:59] </w:t>
      </w:r>
      <w:r>
        <w:t>mein kahunga ke yeh sab se</w:t>
      </w:r>
    </w:p>
    <w:p>
      <w:pPr>
        <w:jc w:val="right"/>
      </w:pPr>
      <w:r>
        <w:t>میں کہوں گا کہ یہ سب سے</w:t>
      </w:r>
    </w:p>
    <w:p>
      <w:r>
        <w:rPr>
          <w:b/>
        </w:rPr>
        <w:t xml:space="preserve">[47:05] </w:t>
      </w:r>
      <w:r>
        <w:t>buri qism ki ignorance hai.</w:t>
      </w:r>
    </w:p>
    <w:p>
      <w:pPr>
        <w:jc w:val="right"/>
      </w:pPr>
      <w:r>
        <w:t>بری قسم کی اگنورنس ہے۔</w:t>
      </w:r>
    </w:p>
    <w:p>
      <w:r>
        <w:rPr>
          <w:b/>
        </w:rPr>
        <w:t xml:space="preserve">[47:10] </w:t>
      </w:r>
      <w:r>
        <w:t>yeh yeh kehna ke khuda nahi hai.</w:t>
      </w:r>
    </w:p>
    <w:p>
      <w:pPr>
        <w:jc w:val="right"/>
      </w:pPr>
      <w:r>
        <w:t>یہ یہ کہنا کہ خدا نہیں ہے۔</w:t>
      </w:r>
    </w:p>
    <w:p>
      <w:r>
        <w:rPr>
          <w:b/>
        </w:rPr>
        <w:t xml:space="preserve">[47:15] </w:t>
      </w:r>
      <w:r>
        <w:t>ignorance ki badtareen shakal hai.</w:t>
      </w:r>
    </w:p>
    <w:p>
      <w:pPr>
        <w:jc w:val="right"/>
      </w:pPr>
      <w:r>
        <w:t>اگنورنس کی بدترین شکل ہے۔</w:t>
      </w:r>
    </w:p>
    <w:p>
      <w:r>
        <w:rPr>
          <w:b/>
        </w:rPr>
        <w:t xml:space="preserve">[47:21] </w:t>
      </w:r>
      <w:r>
        <w:t>mein hoon sari kainat hai suraj nikal raha hai hawa chal rahi hai.</w:t>
      </w:r>
    </w:p>
    <w:p>
      <w:pPr>
        <w:jc w:val="right"/>
      </w:pPr>
      <w:r>
        <w:t>میں ہوں ساری کائنات ہے سورج نکل رہا ہے ہوا چل رہی ہے۔</w:t>
      </w:r>
    </w:p>
    <w:p>
      <w:r>
        <w:rPr>
          <w:b/>
        </w:rPr>
        <w:t xml:space="preserve">[47:26] </w:t>
      </w:r>
      <w:r>
        <w:t>yeh sari cheezen kaise ho rahi hain itne perfect andaaz mein? ab to khud science ne se yeh</w:t>
      </w:r>
    </w:p>
    <w:p>
      <w:pPr>
        <w:jc w:val="right"/>
      </w:pPr>
      <w:r>
        <w:t>یہ ساری چیزیں کیسے ہو رہی ہیں اتنے پرفیکٹ انداز میں؟ اب تو خود سائنس نے سے یہ</w:t>
      </w:r>
    </w:p>
    <w:p>
      <w:r>
        <w:rPr>
          <w:b/>
        </w:rPr>
        <w:t xml:space="preserve">[47:31] </w:t>
      </w:r>
      <w:r>
        <w:t>sabit ho gaya hai ke dunya mein intelligent design hai. zaheen jahalat.</w:t>
      </w:r>
    </w:p>
    <w:p>
      <w:pPr>
        <w:jc w:val="right"/>
      </w:pPr>
      <w:r>
        <w:t>ثابت ہو گیا ہے کہ دنیا میں انٹیلیجنٹ ڈیزائن ہے۔ ذہین جہالت۔</w:t>
      </w:r>
    </w:p>
    <w:p>
      <w:r>
        <w:rPr>
          <w:b/>
        </w:rPr>
        <w:t xml:space="preserve">[47:37] </w:t>
      </w:r>
      <w:r>
        <w:t>zaheen planning.</w:t>
      </w:r>
    </w:p>
    <w:p>
      <w:pPr>
        <w:jc w:val="right"/>
      </w:pPr>
      <w:r>
        <w:t>ذہین پلاننگ۔</w:t>
      </w:r>
    </w:p>
    <w:p>
      <w:r>
        <w:rPr>
          <w:b/>
        </w:rPr>
        <w:t xml:space="preserve">[47:43] </w:t>
      </w:r>
      <w:r>
        <w:t>to jab yahan tak science ki discovery pahunch chuki intelligent design ki to ek hi step tha ke</w:t>
      </w:r>
    </w:p>
    <w:p>
      <w:pPr>
        <w:jc w:val="right"/>
      </w:pPr>
      <w:r>
        <w:t>تو جب یہاں تک سائنس کی ڈسکوری پہنچ چکی انٹیلیجنٹ ڈیزائن کی تو ایک ہی سٹیپ تھا کہ</w:t>
      </w:r>
    </w:p>
    <w:p>
      <w:r>
        <w:rPr>
          <w:b/>
        </w:rPr>
        <w:t xml:space="preserve">[47:49] </w:t>
      </w:r>
      <w:r>
        <w:t>aap bhi intelligent designer ban len. intelligent designer.</w:t>
      </w:r>
    </w:p>
    <w:p>
      <w:pPr>
        <w:jc w:val="right"/>
      </w:pPr>
      <w:r>
        <w:t>آپ بھی انٹیلیجنٹ ڈیزائنر بن لیں۔ انٹیلیجنٹ ڈیزائنر۔</w:t>
      </w:r>
    </w:p>
    <w:p>
      <w:r>
        <w:rPr>
          <w:b/>
        </w:rPr>
        <w:t xml:space="preserve">[47:55] </w:t>
      </w:r>
      <w:r>
        <w:t>to ab to mein samajhta hoon ke yeh bilkul ignore ki baat hai ke aadmi aisa kahe.</w:t>
      </w:r>
    </w:p>
    <w:p>
      <w:pPr>
        <w:jc w:val="right"/>
      </w:pPr>
      <w:r>
        <w:t>تو اب تو میں سمجھتا ہوں کہ یہ بالکل اگنورس کی بات ہے کہ آدمی ایسا کہے۔</w:t>
      </w:r>
    </w:p>
    <w:p>
      <w:r>
        <w:rPr>
          <w:b/>
        </w:rPr>
        <w:t xml:space="preserve">[48:01] </w:t>
      </w:r>
      <w:r>
        <w:t>maulana agla sawal bhopal se kya hai firoz sahab ne aur</w:t>
      </w:r>
    </w:p>
    <w:p>
      <w:pPr>
        <w:jc w:val="right"/>
      </w:pPr>
      <w:r>
        <w:t>مولانا اگلا سوال بھوپال سے کیا ہے فیروز صاحب نے اور</w:t>
      </w:r>
    </w:p>
    <w:p>
      <w:r>
        <w:rPr>
          <w:b/>
        </w:rPr>
        <w:t xml:space="preserve">[48:07] </w:t>
      </w:r>
      <w:r>
        <w:t>انہوں نے لکھا ہے کہ atheist usually say that if there is God then the logical question that</w:t>
      </w:r>
    </w:p>
    <w:p>
      <w:pPr>
        <w:jc w:val="right"/>
      </w:pPr>
      <w:r>
        <w:t>انہوں نے لکھا ہے کہ ایتھسٹ یوزلی سے دیٹ اف دیر از گاڈ دین دا لوجیکل کوسچن دیٹ</w:t>
      </w:r>
    </w:p>
    <w:p>
      <w:r>
        <w:rPr>
          <w:b/>
        </w:rPr>
        <w:t xml:space="preserve">[48:13] </w:t>
      </w:r>
      <w:r>
        <w:t>who created god? how should we address this question Maulana sahib? pichhle is mein maine</w:t>
      </w:r>
    </w:p>
    <w:p>
      <w:pPr>
        <w:jc w:val="right"/>
      </w:pPr>
      <w:r>
        <w:t>فالوز از ہو کریٹڈ گاڈ؟ ہاؤ شوڈ وی ایڈریس دس کوسچن مولانا صاحب؟ پچھلے اس میں میں نے</w:t>
      </w:r>
    </w:p>
    <w:p>
      <w:r>
        <w:rPr>
          <w:b/>
        </w:rPr>
        <w:t xml:space="preserve">[48:19] </w:t>
      </w:r>
      <w:r>
        <w:t>kaha tha ke yeh saada baat nahi hai.</w:t>
      </w:r>
    </w:p>
    <w:p>
      <w:pPr>
        <w:jc w:val="right"/>
      </w:pPr>
      <w:r>
        <w:t>کہا تھا کہ یہ سادہ بات نہیں ہے۔</w:t>
      </w:r>
    </w:p>
    <w:p>
      <w:r>
        <w:rPr>
          <w:b/>
        </w:rPr>
        <w:t xml:space="preserve">[48:25] </w:t>
      </w:r>
      <w:r>
        <w:t>who created god.</w:t>
      </w:r>
    </w:p>
    <w:p>
      <w:pPr>
        <w:jc w:val="right"/>
      </w:pPr>
      <w:r>
        <w:t>ہو کریٹڈ گاڈ۔</w:t>
      </w:r>
    </w:p>
    <w:p>
      <w:r>
        <w:rPr>
          <w:b/>
        </w:rPr>
        <w:t xml:space="preserve">[48:31] </w:t>
      </w:r>
      <w:r>
        <w:t>is liye ke maine yeh kaha tha ke hamare liye</w:t>
      </w:r>
    </w:p>
    <w:p>
      <w:pPr>
        <w:jc w:val="right"/>
      </w:pPr>
      <w:r>
        <w:t>اس لیے کہ میں نے یہ کہا تھا کہ ہمارے لیے</w:t>
      </w:r>
    </w:p>
    <w:p>
      <w:r>
        <w:rPr>
          <w:b/>
        </w:rPr>
        <w:t xml:space="preserve">[48:38] </w:t>
      </w:r>
      <w:r>
        <w:t>kyunke hum dekhte hain ek universe maujood hai.</w:t>
      </w:r>
    </w:p>
    <w:p>
      <w:pPr>
        <w:jc w:val="right"/>
      </w:pPr>
      <w:r>
        <w:t>کیونکہ ہم دیکھتے ہیں ایک یونیورس موجود ہے۔</w:t>
      </w:r>
    </w:p>
    <w:p>
      <w:r>
        <w:rPr>
          <w:b/>
        </w:rPr>
        <w:t xml:space="preserve">[48:41] </w:t>
      </w:r>
      <w:r>
        <w:t>ek poori universe maujood hai jis mein galaxies hain.</w:t>
      </w:r>
    </w:p>
    <w:p>
      <w:pPr>
        <w:jc w:val="right"/>
      </w:pPr>
      <w:r>
        <w:t>ایک پوری یونیورس موجود ہے جس میں گلیکسیز ہیں۔</w:t>
      </w:r>
    </w:p>
    <w:p>
      <w:r>
        <w:rPr>
          <w:b/>
        </w:rPr>
        <w:t xml:space="preserve">[48:44] </w:t>
      </w:r>
      <w:r>
        <w:t>yeh solar system hai.</w:t>
      </w:r>
    </w:p>
    <w:p>
      <w:pPr>
        <w:jc w:val="right"/>
      </w:pPr>
      <w:r>
        <w:t>یہ سولر سسٹم ہے۔</w:t>
      </w:r>
    </w:p>
    <w:p>
      <w:r>
        <w:rPr>
          <w:b/>
        </w:rPr>
        <w:t xml:space="preserve">[48:48] </w:t>
      </w:r>
      <w:r>
        <w:t>yeh arth hai.</w:t>
      </w:r>
    </w:p>
    <w:p>
      <w:pPr>
        <w:jc w:val="right"/>
      </w:pPr>
      <w:r>
        <w:t>یہ ارتھ ہے۔</w:t>
      </w:r>
    </w:p>
    <w:p>
      <w:r>
        <w:rPr>
          <w:b/>
        </w:rPr>
        <w:t xml:space="preserve">[48:51] </w:t>
      </w:r>
      <w:r>
        <w:t>ek mukammal universe maujood hai.</w:t>
      </w:r>
    </w:p>
    <w:p>
      <w:pPr>
        <w:jc w:val="right"/>
      </w:pPr>
      <w:r>
        <w:t>ایک مکمل یونیورس موجود ہے۔</w:t>
      </w:r>
    </w:p>
    <w:p>
      <w:r>
        <w:rPr>
          <w:b/>
        </w:rPr>
        <w:t xml:space="preserve">[48:54] </w:t>
      </w:r>
      <w:r>
        <w:t>bohat hi perfect tareeqay se woh chal rahi hai.</w:t>
      </w:r>
    </w:p>
    <w:p>
      <w:pPr>
        <w:jc w:val="right"/>
      </w:pPr>
      <w:r>
        <w:t>بہت ہی پرفیکٹ طریقے سے وہ چل رہی ہے۔</w:t>
      </w:r>
    </w:p>
    <w:p>
      <w:r>
        <w:rPr>
          <w:b/>
        </w:rPr>
        <w:t xml:space="preserve">[48:58] </w:t>
      </w:r>
      <w:r>
        <w:t>toh main ne kaha tha ke yeh saada baat nahi hai.</w:t>
      </w:r>
    </w:p>
    <w:p>
      <w:pPr>
        <w:jc w:val="right"/>
      </w:pPr>
      <w:r>
        <w:t>تو میں نے کہا تھا کہ یہ سادہ بات نہیں ہے۔</w:t>
      </w:r>
    </w:p>
    <w:p>
      <w:r>
        <w:rPr>
          <w:b/>
        </w:rPr>
        <w:t xml:space="preserve">[49:01] </w:t>
      </w:r>
      <w:r>
        <w:t>hamare liye option universe with god ya universe without god nahi ke taqreeban nahi hai.</w:t>
      </w:r>
    </w:p>
    <w:p>
      <w:pPr>
        <w:jc w:val="right"/>
      </w:pPr>
      <w:r>
        <w:t>ہمارے لیے اپشن یونیورس ود گاڈ یا یونیورس ودا اؤٹ گاڈ نہیں کے تقریبا نہیں ہے۔</w:t>
      </w:r>
    </w:p>
    <w:p>
      <w:r>
        <w:rPr>
          <w:b/>
        </w:rPr>
        <w:t xml:space="preserve">[49:05] </w:t>
      </w:r>
      <w:r>
        <w:t>universe with god</w:t>
      </w:r>
    </w:p>
    <w:p>
      <w:pPr>
        <w:jc w:val="right"/>
      </w:pPr>
      <w:r>
        <w:t>یونیورس ود گاڈ</w:t>
      </w:r>
    </w:p>
    <w:p>
      <w:r>
        <w:rPr>
          <w:b/>
        </w:rPr>
        <w:t xml:space="preserve">[49:08] </w:t>
      </w:r>
      <w:r>
        <w:t>without god balkeh option hai universe with god or no universe at all. agar aap god ko na manen to university ka wajood khatam ho jata hai. to option jo hai woh universe with god aur universe without god ka darmyan nahi hai balkeh universe with god or no universe at all ke darmyan hai. aur is ko aap afford nahi kar sakt</w:t>
      </w:r>
    </w:p>
    <w:p>
      <w:pPr>
        <w:jc w:val="right"/>
      </w:pPr>
      <w:r>
        <w:t>ودا اؤٹ گاڈ بلکہ اپشن ہے یونیورس ود گاڈ ار نو یونیورس ایٹ ال۔ اگر آپ گاڈ کو نہ مانیں تو یونیورسٹی کا وجود ختم ہو جاتا ہے۔ تو اپشن جو ہے وہ یونیورس ود گاڈ اور یونیورس ودا اؤٹ گاڈ کا درمیان نہیں ہے بلکہ یونیورس ود گاڈ ار نو یونیورس ایٹ ال کے درمیان ہے۔ اور اس کو آپ افورڈ نہیں کر سکت</w:t>
      </w:r>
    </w:p>
    <w:p>
      <w:r>
        <w:rPr>
          <w:b/>
        </w:rPr>
        <w:t xml:space="preserve">[49:38] </w:t>
      </w:r>
      <w:r>
        <w:t>e</w:t>
      </w:r>
    </w:p>
    <w:p>
      <w:pPr>
        <w:jc w:val="right"/>
      </w:pPr>
      <w:r>
        <w:t>ے۔</w:t>
      </w:r>
    </w:p>
    <w:p>
      <w:r>
        <w:rPr>
          <w:b/>
        </w:rPr>
        <w:t xml:space="preserve">[49:42] </w:t>
      </w:r>
      <w:r>
        <w:t>no universe at all ko aap afford nahi kar sakte kyunke aap dekhte hain ke ek universe maujood hai.</w:t>
      </w:r>
    </w:p>
    <w:p>
      <w:pPr>
        <w:jc w:val="right"/>
      </w:pPr>
      <w:r>
        <w:t>نو یونیورس ایٹ ال کو آپ افورڈ نہیں کر سکتے کیونکہ آپ دیکھتے ہیں کہ ایک یونیورس موجود ہے۔</w:t>
      </w:r>
    </w:p>
    <w:p>
      <w:r>
        <w:rPr>
          <w:b/>
        </w:rPr>
        <w:t xml:space="preserve">[49:47] </w:t>
      </w:r>
      <w:r>
        <w:t>yeh ek yeh question jo hai yeh hypothetical question hai.</w:t>
      </w:r>
    </w:p>
    <w:p>
      <w:pPr>
        <w:jc w:val="right"/>
      </w:pPr>
      <w:r>
        <w:t>یہ ایک یہ کوسچن جو ہے یہ ہائیپوتھیتیکل کوسچن ہے۔</w:t>
      </w:r>
    </w:p>
    <w:p>
      <w:r>
        <w:rPr>
          <w:b/>
        </w:rPr>
        <w:t xml:space="preserve">[49:51] </w:t>
      </w:r>
      <w:r>
        <w:t>yeh farzi nazariyati question hai.</w:t>
      </w:r>
    </w:p>
    <w:p>
      <w:pPr>
        <w:jc w:val="right"/>
      </w:pPr>
      <w:r>
        <w:t>یہ فرضی نظریاتی کوسچن ہے۔</w:t>
      </w:r>
    </w:p>
    <w:p>
      <w:r>
        <w:rPr>
          <w:b/>
        </w:rPr>
        <w:t xml:space="preserve">[49:55] </w:t>
      </w:r>
      <w:r>
        <w:t>yeh haqeeqi question nahi hai.</w:t>
      </w:r>
    </w:p>
    <w:p>
      <w:pPr>
        <w:jc w:val="right"/>
      </w:pPr>
      <w:r>
        <w:t>یہ حقیقی کوسچن نہیں ہے۔</w:t>
      </w:r>
    </w:p>
    <w:p>
      <w:r>
        <w:rPr>
          <w:b/>
        </w:rPr>
        <w:t xml:space="preserve">[49:59] </w:t>
      </w:r>
      <w:r>
        <w:t>maulana agla sawal lene se pehle ek comment parhna chahenge jo doctor safina tosam ne bheja hai ajmer se.</w:t>
      </w:r>
    </w:p>
    <w:p>
      <w:pPr>
        <w:jc w:val="right"/>
      </w:pPr>
      <w:r>
        <w:t>مولانا اگلا سوال لینے سے پہلے ایک کمنٹ پڑھنا چاہیں گے جو ڈاکٹر صفینہ توسم نے بھیجا ہے اجمیر سے۔</w:t>
      </w:r>
    </w:p>
    <w:p>
      <w:r>
        <w:rPr>
          <w:b/>
        </w:rPr>
        <w:t xml:space="preserve">[50:04] </w:t>
      </w:r>
      <w:r>
        <w:t>unhon ne likha hai mol</w:t>
      </w:r>
    </w:p>
    <w:p>
      <w:pPr>
        <w:jc w:val="right"/>
      </w:pPr>
      <w:r>
        <w:t>انہوں نے لکھا ہے مول</w:t>
      </w:r>
    </w:p>
    <w:p>
      <w:r>
        <w:rPr>
          <w:b/>
        </w:rPr>
        <w:t xml:space="preserve">[50:08] </w:t>
      </w:r>
      <w:r>
        <w:t>ana sahib aaj bohat hi sahi taur par aap ne yeh bata diya ke i dont care attitude</w:t>
      </w:r>
    </w:p>
    <w:p>
      <w:pPr>
        <w:jc w:val="right"/>
      </w:pPr>
      <w:r>
        <w:t>انا صاحب آج بہت ہی صحیح طور پر آپ نے یہ بتا دیا کہ ائی ڈونٹ کیئر ایٹیٹیوڈ</w:t>
      </w:r>
    </w:p>
    <w:p>
      <w:r>
        <w:rPr>
          <w:b/>
        </w:rPr>
        <w:t xml:space="preserve">[50:13] </w:t>
      </w:r>
      <w:r>
        <w:t>is degrading humans.</w:t>
      </w:r>
    </w:p>
    <w:p>
      <w:pPr>
        <w:jc w:val="right"/>
      </w:pPr>
      <w:r>
        <w:t>از ڈی گریڈنگ ہیومنز۔</w:t>
      </w:r>
    </w:p>
    <w:p>
      <w:r>
        <w:rPr>
          <w:b/>
        </w:rPr>
        <w:t xml:space="preserve">[50:18] </w:t>
      </w:r>
      <w:r>
        <w:t>it stops our intellectual development and takes us below the level of animals.</w:t>
      </w:r>
    </w:p>
    <w:p>
      <w:pPr>
        <w:jc w:val="right"/>
      </w:pPr>
      <w:r>
        <w:t>اٹ سٹاپس اور انٹلیکچول ڈیویلپمنٹ اینڈ ٹیکس اس بیلو دی لیول اف اینیملز۔</w:t>
      </w:r>
    </w:p>
    <w:p>
      <w:r>
        <w:rPr>
          <w:b/>
        </w:rPr>
        <w:t xml:space="preserve">[50:23] </w:t>
      </w:r>
      <w:r>
        <w:t>it was a great talk and i really learned a lot today.</w:t>
      </w:r>
    </w:p>
    <w:p>
      <w:pPr>
        <w:jc w:val="right"/>
      </w:pPr>
      <w:r>
        <w:t>اٹ واز ا گریٹ ٹاک اینڈ ائی ریلی لرنڈ ا لاٹ ٹوڈے۔</w:t>
      </w:r>
    </w:p>
    <w:p>
      <w:r>
        <w:rPr>
          <w:b/>
        </w:rPr>
        <w:t xml:space="preserve">[50:28] </w:t>
      </w:r>
      <w:r>
        <w:t>maulana agla sawal ahmedabad se kya hai zubair sahib ne aur unhon ne likha hai ke maulana</w:t>
      </w:r>
    </w:p>
    <w:p>
      <w:pPr>
        <w:jc w:val="right"/>
      </w:pPr>
      <w:r>
        <w:t>مولانا اگلا سوال احمد آباد سے کیا ہے زبیر صاحب نے اور انہوں نے لکھا ہے کہ مولانا</w:t>
      </w:r>
    </w:p>
    <w:p>
      <w:r>
        <w:rPr>
          <w:b/>
        </w:rPr>
        <w:t xml:space="preserve">[50:33] </w:t>
      </w:r>
      <w:r>
        <w:t>god is all knowing</w:t>
      </w:r>
    </w:p>
    <w:p>
      <w:pPr>
        <w:jc w:val="right"/>
      </w:pPr>
      <w:r>
        <w:t>گاڈ از ال نوئنگ</w:t>
      </w:r>
    </w:p>
    <w:p>
      <w:r>
        <w:rPr>
          <w:b/>
        </w:rPr>
        <w:t xml:space="preserve">[50:39] </w:t>
      </w:r>
      <w:r>
        <w:t>So an atheist friend tells us when we talk to them about faith that why God wants human</w:t>
      </w:r>
    </w:p>
    <w:p>
      <w:pPr>
        <w:jc w:val="right"/>
      </w:pPr>
      <w:r>
        <w:t>سو اور ایتھسٹ فرینڈ ٹیل اس وین وی ٹاک ٹو دیم اباؤٹ فیتھ دیٹ وائی گاڈ وانٹس ہیومن</w:t>
      </w:r>
    </w:p>
    <w:p>
      <w:r>
        <w:rPr>
          <w:b/>
        </w:rPr>
        <w:t xml:space="preserve">[50:44] </w:t>
      </w:r>
      <w:r>
        <w:t>belongs to demonstrate faith by worshipping as He is already all-knowing.</w:t>
      </w:r>
    </w:p>
    <w:p>
      <w:pPr>
        <w:jc w:val="right"/>
      </w:pPr>
      <w:r>
        <w:t>بینگز ٹو ڈیمونسٹریٹ فیتھ بائی ورشپنگ ایز ہی از الریڈی ال نوئنگ۔</w:t>
      </w:r>
    </w:p>
    <w:p>
      <w:r>
        <w:rPr>
          <w:b/>
        </w:rPr>
        <w:t xml:space="preserve">[50:49] </w:t>
      </w:r>
      <w:r>
        <w:t>this is a contradiction.</w:t>
      </w:r>
    </w:p>
    <w:p>
      <w:pPr>
        <w:jc w:val="right"/>
      </w:pPr>
      <w:r>
        <w:t>دس از ا کانٹراڈکشن۔</w:t>
      </w:r>
    </w:p>
    <w:p>
      <w:r>
        <w:rPr>
          <w:b/>
        </w:rPr>
        <w:t xml:space="preserve">[50:54] </w:t>
      </w:r>
      <w:r>
        <w:t>how should we respond to such people? nahi aap aap ne galat angle se dekha.</w:t>
      </w:r>
    </w:p>
    <w:p>
      <w:pPr>
        <w:jc w:val="right"/>
      </w:pPr>
      <w:r>
        <w:t>ہاؤ شوڈ وی رسپانڈ ٹو سچ پیپل؟ نہیں آپ آپ نے غلط اینگل سے دیکھا۔</w:t>
      </w:r>
    </w:p>
    <w:p>
      <w:r>
        <w:rPr>
          <w:b/>
        </w:rPr>
        <w:t xml:space="preserve">[50:59] </w:t>
      </w:r>
      <w:r>
        <w:t>woh hamare hamare training ke liye hai.</w:t>
      </w:r>
    </w:p>
    <w:p>
      <w:pPr>
        <w:jc w:val="right"/>
      </w:pPr>
      <w:r>
        <w:t>وہ ہمارے ہمارے ٹریننگ کے لیے ہے۔</w:t>
      </w:r>
    </w:p>
    <w:p>
      <w:r>
        <w:rPr>
          <w:b/>
        </w:rPr>
        <w:t xml:space="preserve">[51:04] </w:t>
      </w:r>
      <w:r>
        <w:t>yani Allah taala hum ko</w:t>
      </w:r>
    </w:p>
    <w:p>
      <w:pPr>
        <w:jc w:val="right"/>
      </w:pPr>
      <w:r>
        <w:t>یعنی اللہ تعالی ہم کو</w:t>
      </w:r>
    </w:p>
    <w:p>
      <w:r>
        <w:rPr>
          <w:b/>
        </w:rPr>
        <w:t xml:space="preserve">[51:09] </w:t>
      </w:r>
      <w:r>
        <w:t>paida karne ke baad Allah taala ka jo plan hai hamein attender paidaish mein pohnchana. to is ke liye hamari training ho rahi hai yahan par. woh jo cheezein hain woh sab hamari apni apni personality development ke liye hamari apni training ke liye ke hum kisi situation mein hum positive response dete hain ke negative response dete hain. kisi such</w:t>
      </w:r>
    </w:p>
    <w:p>
      <w:pPr>
        <w:jc w:val="right"/>
      </w:pPr>
      <w:r>
        <w:t>پیدا کرنے کے بعد اللہ تعالی کا جو پلان ہے ہمیں اٹینڈر پیدائش میں پہنچانا۔ تو اس کے لیے ہماری ٹریننگ ہو رہی ہے یہاں پر۔ وہ جو چیزیں ہیں وہ سب ہماری اپنی اپنی پرسنیلٹی ڈیویلپمنٹ کے لیے ہماری اپنی ٹریننگ کے لیے کہ ہم کسی سچوئیشن میں ہم پازیٹیو رسپانس دیتے ہیں کہ نیگیٹیو رسپانس دیتے ہیں۔ کسی سچ</w:t>
      </w:r>
    </w:p>
    <w:p>
      <w:r>
        <w:rPr>
          <w:b/>
        </w:rPr>
        <w:t xml:space="preserve">[51:39] </w:t>
      </w:r>
      <w:r>
        <w:t>uation mein hum peaceful rehte hain ya ya violent ho jate hain. kisi mauqe par aap hum acknowledge karte hain ya hum acknowledge nahi karte. yeh sab hamara test ho raha hai. agar yeh sab halaat na hon to test kaise ho? isi test ki buniyad par yeh yeh sabit ho jayega ke kaun aadmi jannat ke liye deserving candidate hai. to aap ne galat an</w:t>
      </w:r>
    </w:p>
    <w:p>
      <w:pPr>
        <w:jc w:val="right"/>
      </w:pPr>
      <w:r>
        <w:t>وئیشن میں ہم پیس فل رہتے ہیں یا یا وائلنٹ ہو جاتے ہیں۔ کسی موقع پر آپ ہم اکنالج کرتے ہیں یا ہم اکنالج نہیں کرتے۔ یہ سب ہمارا ٹیسٹ ہو رہا ہے۔ اگر یہ سب حالات نہ ہوں تو ٹیسٹ کیسے ہو؟ اسی ٹیسٹ کی بنیاد پر یہ یہ ثابت ہو جائے گا کہ کون آدمی جنت کے لیے ڈیزرونگ کینڈیڈیٹ ہے۔ تو آپ نے غلط این</w:t>
      </w:r>
    </w:p>
    <w:p>
      <w:r>
        <w:rPr>
          <w:b/>
        </w:rPr>
        <w:t xml:space="preserve">[52:09] </w:t>
      </w:r>
      <w:r>
        <w:t>galat se dekha hai.</w:t>
      </w:r>
    </w:p>
    <w:p>
      <w:pPr>
        <w:jc w:val="right"/>
      </w:pPr>
      <w:r>
        <w:t>گل سے دیکھا ہے۔</w:t>
      </w:r>
    </w:p>
    <w:p>
      <w:r>
        <w:rPr>
          <w:b/>
        </w:rPr>
        <w:t xml:space="preserve">[52:14] </w:t>
      </w:r>
      <w:r>
        <w:t>is ko right angle dekhiye toh aap ko yeh bohat hi durust planning Allah taala ki nazar ayegi.</w:t>
      </w:r>
    </w:p>
    <w:p>
      <w:pPr>
        <w:jc w:val="right"/>
      </w:pPr>
      <w:r>
        <w:t>اس کو رائٹ اینگل دیکھیے تو آپ کو یہ بہت ہی درست پلاننگ اللہ تعالی کی نظر آئے گی۔</w:t>
      </w:r>
    </w:p>
    <w:p>
      <w:r>
        <w:rPr>
          <w:b/>
        </w:rPr>
        <w:t xml:space="preserve">[52:19] </w:t>
      </w:r>
      <w:r>
        <w:t>molana sahib aise hi smilar question poocha hai.</w:t>
      </w:r>
    </w:p>
    <w:p>
      <w:pPr>
        <w:jc w:val="right"/>
      </w:pPr>
      <w:r>
        <w:t>مولانا صاحب ایسے ہی سمیلر کوسچن پوچھا ہے۔</w:t>
      </w:r>
    </w:p>
    <w:p>
      <w:r>
        <w:rPr>
          <w:b/>
        </w:rPr>
        <w:t xml:space="preserve">[52:24] </w:t>
      </w:r>
      <w:r>
        <w:t>unhon ne location nahi likhi hai apni.</w:t>
      </w:r>
    </w:p>
    <w:p>
      <w:pPr>
        <w:jc w:val="right"/>
      </w:pPr>
      <w:r>
        <w:t>انہوں نے لوکیشن نہیں لکھی ہے اپنی۔</w:t>
      </w:r>
    </w:p>
    <w:p>
      <w:r>
        <w:rPr>
          <w:b/>
        </w:rPr>
        <w:t xml:space="preserve">[52:29] </w:t>
      </w:r>
      <w:r>
        <w:t>sawal karne wale ne likha hai ke god is closer to us dein aur jugular wen sees quran.</w:t>
      </w:r>
    </w:p>
    <w:p>
      <w:pPr>
        <w:jc w:val="right"/>
      </w:pPr>
      <w:r>
        <w:t>سوال کرنے والے نے لکھا ہے کہ گاڈ از کلوزر ٹو اس دین اور جیگولر وین سیز قرآن۔</w:t>
      </w:r>
    </w:p>
    <w:p>
      <w:r>
        <w:rPr>
          <w:b/>
        </w:rPr>
        <w:t xml:space="preserve">[52:34] </w:t>
      </w:r>
      <w:r>
        <w:t>one of my friend after hearing me said to me</w:t>
      </w:r>
    </w:p>
    <w:p>
      <w:pPr>
        <w:jc w:val="right"/>
      </w:pPr>
      <w:r>
        <w:t>ون اف مائی فرینڈ افٹر ہیئرنگ می سیڈ ٹو می</w:t>
      </w:r>
    </w:p>
    <w:p>
      <w:r>
        <w:rPr>
          <w:b/>
        </w:rPr>
        <w:t xml:space="preserve">[52:39] </w:t>
      </w:r>
      <w:r>
        <w:t>that why then your holy book describe god at some places as surprised or angered by the actions of humans.</w:t>
      </w:r>
    </w:p>
    <w:p>
      <w:pPr>
        <w:jc w:val="right"/>
      </w:pPr>
      <w:r>
        <w:t>دیٹ وائی دین یور ہولی بک ڈسکرائب گاڈ ایٹ سم پلیسز ایز سرپرائزڈ اور اینگرڈ بائی دی ایکشنز اف ہیومنز۔</w:t>
      </w:r>
    </w:p>
    <w:p>
      <w:r>
        <w:rPr>
          <w:b/>
        </w:rPr>
        <w:t xml:space="preserve">[52:45] </w:t>
      </w:r>
      <w:r>
        <w:t>being god he already is aware about our inner thoughts or our likely actions.</w:t>
      </w:r>
    </w:p>
    <w:p>
      <w:pPr>
        <w:jc w:val="right"/>
      </w:pPr>
      <w:r>
        <w:t>بینگ گاڈ ہی الریڈی از اویئر اباؤٹ اور انر تھاٹس اور اور لائکلی ایکشن۔</w:t>
      </w:r>
    </w:p>
    <w:p>
      <w:r>
        <w:rPr>
          <w:b/>
        </w:rPr>
        <w:t xml:space="preserve">[52:51] </w:t>
      </w:r>
      <w:r>
        <w:t>why this so? kya matlab hai? molana woh yeh janna chah rahe hain ke quran mein jo ayat</w:t>
      </w:r>
    </w:p>
    <w:p>
      <w:pPr>
        <w:jc w:val="right"/>
      </w:pPr>
      <w:r>
        <w:t>وائی دس سو؟ کیا مطلب ہے؟ مولانا وہ یہ جاننا چاہ رہے ہیں کہ قرآن میں جو آیت</w:t>
      </w:r>
    </w:p>
    <w:p>
      <w:r>
        <w:rPr>
          <w:b/>
        </w:rPr>
        <w:t xml:space="preserve">[52:57] </w:t>
      </w:r>
      <w:r>
        <w:t>hai ke khuda jugular vein se bhi close hai to is lehaz se khuda har action har thought</w:t>
      </w:r>
    </w:p>
    <w:p>
      <w:pPr>
        <w:jc w:val="right"/>
      </w:pPr>
      <w:r>
        <w:t>ہے کہ خدا جیگولر وین سے بھی کلوز ہے تو اس لحاظ سے خدا ہر ایکشن ہر تھاٹ</w:t>
      </w:r>
    </w:p>
    <w:p>
      <w:r>
        <w:rPr>
          <w:b/>
        </w:rPr>
        <w:t xml:space="preserve">[53:03] </w:t>
      </w:r>
      <w:r>
        <w:t>ko janta hai.</w:t>
      </w:r>
    </w:p>
    <w:p>
      <w:pPr>
        <w:jc w:val="right"/>
      </w:pPr>
      <w:r>
        <w:t>کو جانتا ہے۔</w:t>
      </w:r>
    </w:p>
    <w:p>
      <w:r>
        <w:rPr>
          <w:b/>
        </w:rPr>
        <w:t xml:space="preserve">[53:09] </w:t>
      </w:r>
      <w:r>
        <w:t>to phir kyun kai ayaton mein yeh aya hai ke ke khuda ghussa ho gaya ya khuda surprised</w:t>
      </w:r>
    </w:p>
    <w:p>
      <w:pPr>
        <w:jc w:val="right"/>
      </w:pPr>
      <w:r>
        <w:t>تو پھر کیوں کئی آیتوں میں یہ آیا ہے کہ کہ خدا غصہ ہو گیا یا خدا سرپرائزڈ</w:t>
      </w:r>
    </w:p>
    <w:p>
      <w:r>
        <w:rPr>
          <w:b/>
        </w:rPr>
        <w:t xml:space="preserve">[53:13] </w:t>
      </w:r>
      <w:r>
        <w:t>hai? kyunke khuda sab janta hai to phir why god is being mentioned as surprised or angry? is</w:t>
      </w:r>
    </w:p>
    <w:p>
      <w:pPr>
        <w:jc w:val="right"/>
      </w:pPr>
      <w:r>
        <w:t>ہے؟ کیونکہ خدا سب جانتا ہے تو پھر وائی گاڈ از بینگ مینشنڈ ایز سرپرائزڈ اور اینگری؟ اس</w:t>
      </w:r>
    </w:p>
    <w:p>
      <w:r>
        <w:rPr>
          <w:b/>
        </w:rPr>
        <w:t xml:space="preserve">[53:18] </w:t>
      </w:r>
      <w:r>
        <w:t>ka door ya qareeb se kya taluq hai? bhai door ho kar bhi ho sakta hai, qareeb ho</w:t>
      </w:r>
    </w:p>
    <w:p>
      <w:pPr>
        <w:jc w:val="right"/>
      </w:pPr>
      <w:r>
        <w:t>کا دور یا قریب سے کیا تعلق ہے؟ بھئی دور ہو کر بھی ہو سکتا ہے، قریب ہو</w:t>
      </w:r>
    </w:p>
    <w:p>
      <w:r>
        <w:rPr>
          <w:b/>
        </w:rPr>
        <w:t xml:space="preserve">[53:22] </w:t>
      </w:r>
      <w:r>
        <w:t>kar bhi ho sakta hai.</w:t>
      </w:r>
    </w:p>
    <w:p>
      <w:pPr>
        <w:jc w:val="right"/>
      </w:pPr>
      <w:r>
        <w:t>کر بھی ہو سکتا ہے۔</w:t>
      </w:r>
    </w:p>
    <w:p>
      <w:r>
        <w:rPr>
          <w:b/>
        </w:rPr>
        <w:t xml:space="preserve">[53:26] </w:t>
      </w:r>
      <w:r>
        <w:t>ji yani khuda ke bare mein yeh baat to keh rahe hain woh is ka door qareeb se</w:t>
      </w:r>
    </w:p>
    <w:p>
      <w:pPr>
        <w:jc w:val="right"/>
      </w:pPr>
      <w:r>
        <w:t>جی یعنی خدا کے بارے میں یہ بات تو کہہ رہے ہیں وہ اس کا دور قریب سے</w:t>
      </w:r>
    </w:p>
    <w:p>
      <w:r>
        <w:rPr>
          <w:b/>
        </w:rPr>
        <w:t xml:space="preserve">[53:30] </w:t>
      </w:r>
      <w:r>
        <w:t>kya taluq hai? yeh meri samajh nahi aayi.</w:t>
      </w:r>
    </w:p>
    <w:p>
      <w:pPr>
        <w:jc w:val="right"/>
      </w:pPr>
      <w:r>
        <w:t>کیا تعلق ہے؟ یہ میری سمجھ نہیں آئی۔</w:t>
      </w:r>
    </w:p>
    <w:p>
      <w:r>
        <w:rPr>
          <w:b/>
        </w:rPr>
        <w:t xml:space="preserve">[53:35] </w:t>
      </w:r>
      <w:r>
        <w:t>woh shayad molana yeh janna chah rahe hain ke kyunke khuda</w:t>
      </w:r>
    </w:p>
    <w:p>
      <w:pPr>
        <w:jc w:val="right"/>
      </w:pPr>
      <w:r>
        <w:t>وہ شاید مولانا یہ جاننا چاہ رہے ہیں کہ کیونکہ خدا</w:t>
      </w:r>
    </w:p>
    <w:p>
      <w:r>
        <w:rPr>
          <w:b/>
        </w:rPr>
        <w:t xml:space="preserve">[53:39] </w:t>
      </w:r>
      <w:r>
        <w:t>sab jante hain to nahi to door qareeb koi jo ayat pesh ki hai unhon ne ke allah</w:t>
      </w:r>
    </w:p>
    <w:p>
      <w:pPr>
        <w:jc w:val="right"/>
      </w:pPr>
      <w:r>
        <w:t>سب جانتے ہیں تو نہیں تو دور قریب کوئی جو آیت پیش کی ہے انہوں نے کہ اللہ</w:t>
      </w:r>
    </w:p>
    <w:p>
      <w:r>
        <w:rPr>
          <w:b/>
        </w:rPr>
        <w:t xml:space="preserve">[53:44] </w:t>
      </w:r>
      <w:r>
        <w:t>insan ke hal al-wali se bhi qareeb hai is se kya taluq is ka hai? ji is baat</w:t>
      </w:r>
    </w:p>
    <w:p>
      <w:pPr>
        <w:jc w:val="right"/>
      </w:pPr>
      <w:r>
        <w:t>انسان کے حبل الولی سے بھی قریب ہے اس سے کیا تعلق اس کا ہے؟ جی اس بات</w:t>
      </w:r>
    </w:p>
    <w:p>
      <w:r>
        <w:rPr>
          <w:b/>
        </w:rPr>
        <w:t xml:space="preserve">[53:49] </w:t>
      </w:r>
      <w:r>
        <w:t>ko mein to nahi samjha.</w:t>
      </w:r>
    </w:p>
    <w:p>
      <w:pPr>
        <w:jc w:val="right"/>
      </w:pPr>
      <w:r>
        <w:t>کو میں تو نہیں سمجھا۔</w:t>
      </w:r>
    </w:p>
    <w:p>
      <w:r>
        <w:rPr>
          <w:b/>
        </w:rPr>
        <w:t xml:space="preserve">[53:54] </w:t>
      </w:r>
      <w:r>
        <w:t>phir se woh ji agle sunday ko clear kar ke phir se sawal karenge.</w:t>
      </w:r>
    </w:p>
    <w:p>
      <w:pPr>
        <w:jc w:val="right"/>
      </w:pPr>
      <w:r>
        <w:t>پھر سے وہ جی اگلے سنڈے کو کلیئر کر کے پھر سے سوال کریں گے۔</w:t>
      </w:r>
    </w:p>
    <w:p>
      <w:r>
        <w:rPr>
          <w:b/>
        </w:rPr>
        <w:t xml:space="preserve">[53:59] </w:t>
      </w:r>
      <w:r>
        <w:t>molana agla sawal lete hain.</w:t>
      </w:r>
    </w:p>
    <w:p>
      <w:pPr>
        <w:jc w:val="right"/>
      </w:pPr>
      <w:r>
        <w:t>مولانا اگلا سوال لیتے ہیں۔</w:t>
      </w:r>
    </w:p>
    <w:p>
      <w:r>
        <w:rPr>
          <w:b/>
        </w:rPr>
        <w:t xml:space="preserve">[54:04] </w:t>
      </w:r>
      <w:r>
        <w:t>yeh shamshuddin sahib ne poocha hai mumbai se aur unhon ne likha hai ke eth</w:t>
      </w:r>
    </w:p>
    <w:p>
      <w:pPr>
        <w:jc w:val="right"/>
      </w:pPr>
      <w:r>
        <w:t>یہ شمش الدین صاحب نے پوچھا ہے ممبئی سے اور انہوں نے لکھا ہے کہ ایتھ</w:t>
      </w:r>
    </w:p>
    <w:p>
      <w:r>
        <w:rPr>
          <w:b/>
        </w:rPr>
        <w:t xml:space="preserve">[54:09] </w:t>
      </w:r>
      <w:r>
        <w:t>"It's claimed that religion appeals more to poor, weak, vulnerable, ill, depressed, and people who are generally in trouble."</w:t>
      </w:r>
    </w:p>
    <w:p>
      <w:pPr>
        <w:jc w:val="right"/>
      </w:pPr>
      <w:r>
        <w:t>سٹ کلیم دیٹ ریلیجن اپیلز مور ٹو پور ویک ولنیریبل ال ڈپریسڈ اینڈ پیپل ہو ار جنرلی ان ٹربل۔</w:t>
      </w:r>
    </w:p>
    <w:p>
      <w:r>
        <w:rPr>
          <w:b/>
        </w:rPr>
        <w:t xml:space="preserve">[54:14] </w:t>
      </w:r>
      <w:r>
        <w:t>Is religion more like a temptations offering false promises to these people? What would you say to this?</w:t>
      </w:r>
    </w:p>
    <w:p>
      <w:pPr>
        <w:jc w:val="right"/>
      </w:pPr>
      <w:r>
        <w:t>از ریلیجن مور لائک ا ٹیمٹیشنز افرنگ فالس پرومسز ٹو دیز پیپل؟ واٹ وڈ یو سے ٹو دس؟</w:t>
      </w:r>
    </w:p>
    <w:p>
      <w:r>
        <w:rPr>
          <w:b/>
        </w:rPr>
        <w:t xml:space="preserve">[54:19] </w:t>
      </w:r>
      <w:r>
        <w:t>yeh baat bilkul galat hai.</w:t>
      </w:r>
    </w:p>
    <w:p>
      <w:pPr>
        <w:jc w:val="right"/>
      </w:pPr>
      <w:r>
        <w:t>یہ بات بالکل غلط ہے۔</w:t>
      </w:r>
    </w:p>
    <w:p>
      <w:r>
        <w:rPr>
          <w:b/>
        </w:rPr>
        <w:t xml:space="preserve">[54:24] </w:t>
      </w:r>
      <w:r>
        <w:t>maine misaal di aap ki stalin ki.</w:t>
      </w:r>
    </w:p>
    <w:p>
      <w:pPr>
        <w:jc w:val="right"/>
      </w:pPr>
      <w:r>
        <w:t>میں نے مثال دی آپ کی اسٹالن کی۔</w:t>
      </w:r>
    </w:p>
    <w:p>
      <w:r>
        <w:rPr>
          <w:b/>
        </w:rPr>
        <w:t xml:space="preserve">[54:29] </w:t>
      </w:r>
      <w:r>
        <w:t>stalin to bohat super power ka head tha.</w:t>
      </w:r>
    </w:p>
    <w:p>
      <w:pPr>
        <w:jc w:val="right"/>
      </w:pPr>
      <w:r>
        <w:t>اسٹالن تو بہت سپر پاور کا ہیڈ تھا۔</w:t>
      </w:r>
    </w:p>
    <w:p>
      <w:r>
        <w:rPr>
          <w:b/>
        </w:rPr>
        <w:t xml:space="preserve">[54:34] </w:t>
      </w:r>
      <w:r>
        <w:t>yeh to koi baat nahi hai. amrik</w:t>
      </w:r>
    </w:p>
    <w:p>
      <w:pPr>
        <w:jc w:val="right"/>
      </w:pPr>
      <w:r>
        <w:t>یہ تو کوئی بات نہیں ہے۔ امریک</w:t>
      </w:r>
    </w:p>
    <w:p>
      <w:r>
        <w:rPr>
          <w:b/>
        </w:rPr>
        <w:t xml:space="preserve">[54:39] </w:t>
      </w:r>
      <w:r>
        <w:t>a super power mana jata hai.</w:t>
      </w:r>
    </w:p>
    <w:p>
      <w:pPr>
        <w:jc w:val="right"/>
      </w:pPr>
      <w:r>
        <w:t>ہ سپر پاور مانا جاتا ہے۔</w:t>
      </w:r>
    </w:p>
    <w:p>
      <w:r>
        <w:rPr>
          <w:b/>
        </w:rPr>
        <w:t xml:space="preserve">[54:43] </w:t>
      </w:r>
      <w:r>
        <w:t>اس کے ہر ڈالر پہ لکھا جاتا ہے In God We Trust.</w:t>
      </w:r>
    </w:p>
    <w:p>
      <w:pPr>
        <w:jc w:val="right"/>
      </w:pPr>
      <w:r>
        <w:t>اس کے ہر ڈالر پہ لکھا جاتا ہے ان گاڈ وی ٹرسٹ۔</w:t>
      </w:r>
    </w:p>
    <w:p>
      <w:r>
        <w:rPr>
          <w:b/>
        </w:rPr>
        <w:t xml:space="preserve">[54:47] </w:t>
      </w:r>
      <w:r>
        <w:t>dunya mein sab se bari taqat mani jati hai america ki.</w:t>
      </w:r>
    </w:p>
    <w:p>
      <w:pPr>
        <w:jc w:val="right"/>
      </w:pPr>
      <w:r>
        <w:t>دنیا میں سب سے بڑی طاقت مانی جاتی ہے امریکہ کی۔</w:t>
      </w:r>
    </w:p>
    <w:p>
      <w:r>
        <w:rPr>
          <w:b/>
        </w:rPr>
        <w:t xml:space="preserve">[54:51] </w:t>
      </w:r>
      <w:r>
        <w:t>sab se bari dolat mani jati hai america ke paas hai.</w:t>
      </w:r>
    </w:p>
    <w:p>
      <w:pPr>
        <w:jc w:val="right"/>
      </w:pPr>
      <w:r>
        <w:t>سب سے بڑی دولت مانی جاتی ہے امریکہ کے پاس ہے۔</w:t>
      </w:r>
    </w:p>
    <w:p>
      <w:r>
        <w:rPr>
          <w:b/>
        </w:rPr>
        <w:t xml:space="preserve">[54:54] </w:t>
      </w:r>
      <w:r>
        <w:t>لیکن ہر ہر ڈالر پہ لکھا جاتا ہے In God We Trust۔</w:t>
      </w:r>
    </w:p>
    <w:p>
      <w:pPr>
        <w:jc w:val="right"/>
      </w:pPr>
      <w:r>
        <w:t>لیکن ہر ہر ڈالر پہ لکھا جاتا ہے ان گاڈ وی ٹرسٹ۔</w:t>
      </w:r>
    </w:p>
    <w:p>
      <w:r>
        <w:rPr>
          <w:b/>
        </w:rPr>
        <w:t xml:space="preserve">[54:58] </w:t>
      </w:r>
      <w:r>
        <w:t>isi isi dollar ko kamane ke liye bhage jate hain america.</w:t>
      </w:r>
    </w:p>
    <w:p>
      <w:pPr>
        <w:jc w:val="right"/>
      </w:pPr>
      <w:r>
        <w:t>اسی اسی ڈالر کو کمانے کے لیے بھاگے جاتے ہیں امریکہ۔</w:t>
      </w:r>
    </w:p>
    <w:p>
      <w:r>
        <w:rPr>
          <w:b/>
        </w:rPr>
        <w:t xml:space="preserve">[55:02] </w:t>
      </w:r>
      <w:r>
        <w:t>to yeh baat to unho ne kahi to sahi nahi hai.</w:t>
      </w:r>
    </w:p>
    <w:p>
      <w:pPr>
        <w:jc w:val="right"/>
      </w:pPr>
      <w:r>
        <w:t>تو یہ بات تو انہوں نے کہی تو صحیح نہیں ہے۔</w:t>
      </w:r>
    </w:p>
    <w:p>
      <w:r>
        <w:rPr>
          <w:b/>
        </w:rPr>
        <w:t xml:space="preserve">[55:06] </w:t>
      </w:r>
      <w:r>
        <w:t>maulana agla sawal lete hain jo kolhapur se aya hai</w:t>
      </w:r>
    </w:p>
    <w:p>
      <w:pPr>
        <w:jc w:val="right"/>
      </w:pPr>
      <w:r>
        <w:t>مولانا اگلا سوال لیتے ہیں جو کولہ پور سے آیا ہے</w:t>
      </w:r>
    </w:p>
    <w:p>
      <w:r>
        <w:rPr>
          <w:b/>
        </w:rPr>
        <w:t xml:space="preserve">[55:10] </w:t>
      </w:r>
      <w:r>
        <w:t>zaid sahib ka aur unho ne likha hai an atheist friend told me that what is right for</w:t>
      </w:r>
    </w:p>
    <w:p>
      <w:pPr>
        <w:jc w:val="right"/>
      </w:pPr>
      <w:r>
        <w:t>زائد صاحب کا اور انہوں نے لکھا ہے این ایتھسٹ فرینڈ ٹول می دیٹ واٹ از رائٹ فار</w:t>
      </w:r>
    </w:p>
    <w:p>
      <w:r>
        <w:rPr>
          <w:b/>
        </w:rPr>
        <w:t xml:space="preserve">[55:15] </w:t>
      </w:r>
      <w:r>
        <w:t>You is wrong for me and what is wrong for me is right for you.</w:t>
      </w:r>
    </w:p>
    <w:p>
      <w:pPr>
        <w:jc w:val="right"/>
      </w:pPr>
      <w:r>
        <w:t>یو از رونگ فار می اینڈ واٹ از رونگ فار می از رائٹ فار یو۔</w:t>
      </w:r>
    </w:p>
    <w:p>
      <w:r>
        <w:rPr>
          <w:b/>
        </w:rPr>
        <w:t xml:space="preserve">[55:20] </w:t>
      </w:r>
      <w:r>
        <w:t>Right and wrong cannot be decided by religion as I don't believe in God.</w:t>
      </w:r>
    </w:p>
    <w:p>
      <w:pPr>
        <w:jc w:val="right"/>
      </w:pPr>
      <w:r>
        <w:t>رائٹ اور رونگ کین ناٹ بی ڈیسائیڈڈ بائے ریلیجن ایز ائی ڈونٹ بیلیو ان گاڈ۔</w:t>
      </w:r>
    </w:p>
    <w:p>
      <w:r>
        <w:rPr>
          <w:b/>
        </w:rPr>
        <w:t xml:space="preserve">[55:25] </w:t>
      </w:r>
      <w:r>
        <w:t>for me law of the land is inf.</w:t>
      </w:r>
    </w:p>
    <w:p>
      <w:pPr>
        <w:jc w:val="right"/>
      </w:pPr>
      <w:r>
        <w:t>فار می لاء اف دا لینڈ از انف۔</w:t>
      </w:r>
    </w:p>
    <w:p>
      <w:r>
        <w:rPr>
          <w:b/>
        </w:rPr>
        <w:t xml:space="preserve">[55:30] </w:t>
      </w:r>
      <w:r>
        <w:t>maulana sahib how should we respond to such people? bhai is se misal to puchi nahi aap ne.</w:t>
      </w:r>
    </w:p>
    <w:p>
      <w:pPr>
        <w:jc w:val="right"/>
      </w:pPr>
      <w:r>
        <w:t>مولانا صاحب ہاؤ شوڈ وی رسپانڈ ٹو سچ پیپل؟ بھئی اس سے مثال تو پوچھی نہیں آپ نے۔</w:t>
      </w:r>
    </w:p>
    <w:p>
      <w:r>
        <w:rPr>
          <w:b/>
        </w:rPr>
        <w:t xml:space="preserve">[55:35] </w:t>
      </w:r>
      <w:r>
        <w:t>yeh to ab</w:t>
      </w:r>
    </w:p>
    <w:p>
      <w:pPr>
        <w:jc w:val="right"/>
      </w:pPr>
      <w:r>
        <w:t>یہ تو اب</w:t>
      </w:r>
    </w:p>
    <w:p>
      <w:r>
        <w:rPr>
          <w:b/>
        </w:rPr>
        <w:t xml:space="preserve">[55:40] </w:t>
      </w:r>
      <w:r>
        <w:t>strict question hai.</w:t>
      </w:r>
    </w:p>
    <w:p>
      <w:pPr>
        <w:jc w:val="right"/>
      </w:pPr>
      <w:r>
        <w:t>سٹرکٹ کوسچن ہے۔</w:t>
      </w:r>
    </w:p>
    <w:p>
      <w:r>
        <w:rPr>
          <w:b/>
        </w:rPr>
        <w:t xml:space="preserve">[55:44] </w:t>
      </w:r>
      <w:r>
        <w:t>koi aadmi bhi jo aap se abstract sawal kare to sab se pehle us ko kahein ke specific</w:t>
      </w:r>
    </w:p>
    <w:p>
      <w:pPr>
        <w:jc w:val="right"/>
      </w:pPr>
      <w:r>
        <w:t>کوئی آدمی بھی جو آپ سے ابسٹرکٹ سوال کرے تو سب سے پہلے اس کو کہیں کہ سپیسیفک</w:t>
      </w:r>
    </w:p>
    <w:p>
      <w:r>
        <w:rPr>
          <w:b/>
        </w:rPr>
        <w:t xml:space="preserve">[55:48] </w:t>
      </w:r>
      <w:r>
        <w:t>tor par batao.</w:t>
      </w:r>
    </w:p>
    <w:p>
      <w:pPr>
        <w:jc w:val="right"/>
      </w:pPr>
      <w:r>
        <w:t>طور پر بتاؤ۔</w:t>
      </w:r>
    </w:p>
    <w:p>
      <w:r>
        <w:rPr>
          <w:b/>
        </w:rPr>
        <w:t xml:space="preserve">[55:53] </w:t>
      </w:r>
      <w:r>
        <w:t>matlab ab abstract baat ka koi jawab nahi hota.</w:t>
      </w:r>
    </w:p>
    <w:p>
      <w:pPr>
        <w:jc w:val="right"/>
      </w:pPr>
      <w:r>
        <w:t>مطلب اب ابسٹرکٹ بات کا کوئی جواب نہیں ہوتا۔</w:t>
      </w:r>
    </w:p>
    <w:p>
      <w:r>
        <w:rPr>
          <w:b/>
        </w:rPr>
        <w:t xml:space="preserve">[55:57] </w:t>
      </w:r>
      <w:r>
        <w:t>kyun rang hai? kyun right hai? bataein woh.</w:t>
      </w:r>
    </w:p>
    <w:p>
      <w:pPr>
        <w:jc w:val="right"/>
      </w:pPr>
      <w:r>
        <w:t>کیوں رنگ ہے؟ کیوں رائٹ ہے؟ بتائیں وہ۔</w:t>
      </w:r>
    </w:p>
    <w:p>
      <w:r>
        <w:rPr>
          <w:b/>
        </w:rPr>
        <w:t xml:space="preserve">[56:01] </w:t>
      </w:r>
      <w:r>
        <w:t>woh is misal ko dein ke falan baat jo hai to wali right hai, meri rang hai.</w:t>
      </w:r>
    </w:p>
    <w:p>
      <w:pPr>
        <w:jc w:val="right"/>
      </w:pPr>
      <w:r>
        <w:t>وہ اس مثال کو دیں کہ فلاں بات جو ہے تو والی رائٹ ہے، میری رنگ ہے۔</w:t>
      </w:r>
    </w:p>
    <w:p>
      <w:r>
        <w:rPr>
          <w:b/>
        </w:rPr>
        <w:t xml:space="preserve">[56:05] </w:t>
      </w:r>
      <w:r>
        <w:t>is is tum tab mein is ko analysis karunga inshallah. maulana agla</w:t>
      </w:r>
    </w:p>
    <w:p>
      <w:pPr>
        <w:jc w:val="right"/>
      </w:pPr>
      <w:r>
        <w:t>اس اس تم تب میں اس کو انالیسز کروں گا انشاءاللہ۔ مولانا اگلا</w:t>
      </w:r>
    </w:p>
    <w:p>
      <w:r>
        <w:rPr>
          <w:b/>
        </w:rPr>
        <w:t xml:space="preserve">[56:10] </w:t>
      </w:r>
      <w:r>
        <w:t>sawal kanpur se bheja hai saleem sahib ne aur unho ne likha hai atheist people say that while</w:t>
      </w:r>
    </w:p>
    <w:p>
      <w:pPr>
        <w:jc w:val="right"/>
      </w:pPr>
      <w:r>
        <w:t>سوال کانپور سے بھیجا ہے سلیم صاحب نے اور انہوں نے لکھا ہے ایتھسٹ پیپل سے دیٹ وائل</w:t>
      </w:r>
    </w:p>
    <w:p>
      <w:r>
        <w:rPr>
          <w:b/>
        </w:rPr>
        <w:t xml:space="preserve">[56:17] </w:t>
      </w:r>
      <w:r>
        <w:t>free will is understandable and the problems or misuse due to this free will can be explained.</w:t>
      </w:r>
    </w:p>
    <w:p>
      <w:pPr>
        <w:jc w:val="right"/>
      </w:pPr>
      <w:r>
        <w:t>فری ول از انڈرسٹینڈیبل اینڈ دی پرابلمز اور مس یوز ڈیو ٹو دس فری ول کین بی ایکسپلینڈ۔</w:t>
      </w:r>
    </w:p>
    <w:p>
      <w:r>
        <w:rPr>
          <w:b/>
        </w:rPr>
        <w:t xml:space="preserve">[56:25] </w:t>
      </w:r>
      <w:r>
        <w:t>but if god really existed then why does he causes natural calamities? doesnt god know that this would</w:t>
      </w:r>
    </w:p>
    <w:p>
      <w:pPr>
        <w:jc w:val="right"/>
      </w:pPr>
      <w:r>
        <w:t>بٹ اف گاڈ ریلی ایگزسٹڈ دین وائی ڈز ہی کازز نیچرل کیلامٹیز؟ ڈزنٹ گاڈ نو دیٹ دس وڈ</w:t>
      </w:r>
    </w:p>
    <w:p>
      <w:r>
        <w:rPr>
          <w:b/>
        </w:rPr>
        <w:t xml:space="preserve">[56:33] </w:t>
      </w:r>
      <w:r>
        <w:t>kill so many people including the innocent children? maulana please give your comment on this.</w:t>
      </w:r>
    </w:p>
    <w:p>
      <w:pPr>
        <w:jc w:val="right"/>
      </w:pPr>
      <w:r>
        <w:t>کل سو مینی پیپل انکلوڈنگ دا انوسنٹ چلڈرن؟ مولانا پلیز گیو یور کمنٹ ان دس۔</w:t>
      </w:r>
    </w:p>
    <w:p>
      <w:r>
        <w:rPr>
          <w:b/>
        </w:rPr>
        <w:t xml:space="preserve">[56:40] </w:t>
      </w:r>
      <w:r>
        <w:t>mein is ko achi tarah se pakar nahi.</w:t>
      </w:r>
    </w:p>
    <w:p>
      <w:pPr>
        <w:jc w:val="right"/>
      </w:pPr>
      <w:r>
        <w:t>میں اس کو اچھی طریقے سے پکڑ نہیں۔</w:t>
      </w:r>
    </w:p>
    <w:p>
      <w:r>
        <w:rPr>
          <w:b/>
        </w:rPr>
        <w:t xml:space="preserve">[56:45] </w:t>
      </w:r>
      <w:r>
        <w:t>kya sawal hai un ka? maulana woh just just ka ek sawal.</w:t>
      </w:r>
    </w:p>
    <w:p>
      <w:pPr>
        <w:jc w:val="right"/>
      </w:pPr>
      <w:r>
        <w:t>کیا سوال ہے ان کا؟ مولانا وہ جسٹ جسٹ کا ایک سوال۔</w:t>
      </w:r>
    </w:p>
    <w:p>
      <w:r>
        <w:rPr>
          <w:b/>
        </w:rPr>
        <w:t xml:space="preserve">[56:51] </w:t>
      </w:r>
      <w:r>
        <w:t>just maulana jo samajh aa raha hai woh yeh ke if god really existed then why does he</w:t>
      </w:r>
    </w:p>
    <w:p>
      <w:pPr>
        <w:jc w:val="right"/>
      </w:pPr>
      <w:r>
        <w:t>جسٹ مولانا جو سمجھ آ رہا ہے وہ یہ کہ اف گاڈ ریلی ایگزسٹ دین وائی ڈز ہی</w:t>
      </w:r>
    </w:p>
    <w:p>
      <w:r>
        <w:rPr>
          <w:b/>
        </w:rPr>
        <w:t xml:space="preserve">[56:56] </w:t>
      </w:r>
      <w:r>
        <w:t>kaiziz so much of natural calamities? kyunke is se boht logon ki mout ho jati hai including innocent bachay.</w:t>
      </w:r>
    </w:p>
    <w:p>
      <w:pPr>
        <w:jc w:val="right"/>
      </w:pPr>
      <w:r>
        <w:t>کازز سو مچ اف نیچرل کیلامٹیز؟ کیونکہ اس سے بہت لوگوں کی موت ہو جاتی ہے انکلوڈنگ انوسنٹ بچے۔</w:t>
      </w:r>
    </w:p>
    <w:p>
      <w:r>
        <w:rPr>
          <w:b/>
        </w:rPr>
        <w:t xml:space="preserve">[57:01] </w:t>
      </w:r>
      <w:r>
        <w:t>to why why? wahi dekhen ye inhone hamari literature padhani hai.</w:t>
      </w:r>
    </w:p>
    <w:p>
      <w:pPr>
        <w:jc w:val="right"/>
      </w:pPr>
      <w:r>
        <w:t>تو وائی وائی؟ وہی دیکھیں یہ انہوں نے ہماری لٹریچر پڑھانی ہے۔</w:t>
      </w:r>
    </w:p>
    <w:p>
      <w:r>
        <w:rPr>
          <w:b/>
        </w:rPr>
        <w:t xml:space="preserve">[57:06] </w:t>
      </w:r>
      <w:r>
        <w:t>jis cheez ko natural calamity kehte hain wo calamity nahi hai.</w:t>
      </w:r>
    </w:p>
    <w:p>
      <w:pPr>
        <w:jc w:val="right"/>
      </w:pPr>
      <w:r>
        <w:t>جس چیز کو نیچرل کیلامٹی کہتے ہیں وہ کیلامٹی نہیں ہے۔</w:t>
      </w:r>
    </w:p>
    <w:p>
      <w:r>
        <w:rPr>
          <w:b/>
        </w:rPr>
        <w:t xml:space="preserve">[57:11] </w:t>
      </w:r>
      <w:r>
        <w:t>wo to insan ki training course hai.</w:t>
      </w:r>
    </w:p>
    <w:p>
      <w:pPr>
        <w:jc w:val="right"/>
      </w:pPr>
      <w:r>
        <w:t>وہ تو انسان کی ٹریننگ کورس ہے۔</w:t>
      </w:r>
    </w:p>
    <w:p>
      <w:r>
        <w:rPr>
          <w:b/>
        </w:rPr>
        <w:t xml:space="preserve">[57:16] </w:t>
      </w:r>
      <w:r>
        <w:t>agar ye sab na ho to insan trained na ho.</w:t>
      </w:r>
    </w:p>
    <w:p>
      <w:pPr>
        <w:jc w:val="right"/>
      </w:pPr>
      <w:r>
        <w:t>اگر یہ سب نہ ہو تو انسان ٹرینڈ نہ ہو۔</w:t>
      </w:r>
    </w:p>
    <w:p>
      <w:r>
        <w:rPr>
          <w:b/>
        </w:rPr>
        <w:t xml:space="preserve">[57:20] </w:t>
      </w:r>
      <w:r>
        <w:t>insan trained na ho.</w:t>
      </w:r>
    </w:p>
    <w:p>
      <w:pPr>
        <w:jc w:val="right"/>
      </w:pPr>
      <w:r>
        <w:t>انسان ٹرینڈ نہ ہو۔</w:t>
      </w:r>
    </w:p>
    <w:p>
      <w:r>
        <w:rPr>
          <w:b/>
        </w:rPr>
        <w:t xml:space="preserve">[57:25] </w:t>
      </w:r>
      <w:r>
        <w:t>is pe hum ne likha hai.</w:t>
      </w:r>
    </w:p>
    <w:p>
      <w:pPr>
        <w:jc w:val="right"/>
      </w:pPr>
      <w:r>
        <w:t>اس پہ ہم نے لکھا ہے۔</w:t>
      </w:r>
    </w:p>
    <w:p>
      <w:r>
        <w:rPr>
          <w:b/>
        </w:rPr>
        <w:t xml:space="preserve">[57:30] </w:t>
      </w:r>
      <w:r>
        <w:t>is ko aap parhen hain.</w:t>
      </w:r>
    </w:p>
    <w:p>
      <w:pPr>
        <w:jc w:val="right"/>
      </w:pPr>
      <w:r>
        <w:t>اس کو آپ پڑھیں ہیں۔</w:t>
      </w:r>
    </w:p>
    <w:p>
      <w:r>
        <w:rPr>
          <w:b/>
        </w:rPr>
        <w:t xml:space="preserve">[57:34] </w:t>
      </w:r>
      <w:r>
        <w:t>ye dunya mein ka tajurba hai ke yani ke shock se sab zyada insan mein change ata hai.</w:t>
      </w:r>
    </w:p>
    <w:p>
      <w:pPr>
        <w:jc w:val="right"/>
      </w:pPr>
      <w:r>
        <w:t>یہ دنیا میں کا تجربہ ہے کہ یعنی کہ شاک سے سب زیادہ انسان میں چینج آتا ہے۔</w:t>
      </w:r>
    </w:p>
    <w:p>
      <w:r>
        <w:rPr>
          <w:b/>
        </w:rPr>
        <w:t xml:space="preserve">[57:39] </w:t>
      </w:r>
      <w:r>
        <w:t>agar shock na ho to sab insan enable ho jaye.</w:t>
      </w:r>
    </w:p>
    <w:p>
      <w:pPr>
        <w:jc w:val="right"/>
      </w:pPr>
      <w:r>
        <w:t>اگر شاک نہ ہو تو سب انسان انیبل ہو جائے۔</w:t>
      </w:r>
    </w:p>
    <w:p>
      <w:r>
        <w:rPr>
          <w:b/>
        </w:rPr>
        <w:t xml:space="preserve">[57:44] </w:t>
      </w:r>
      <w:r>
        <w:t>isi liye kaha jata hai blessing in disguise.</w:t>
      </w:r>
    </w:p>
    <w:p>
      <w:pPr>
        <w:jc w:val="right"/>
      </w:pPr>
      <w:r>
        <w:t>اسی لیے کہا جاتا ہے بلیسنگ ان ڈس گائیڈ۔</w:t>
      </w:r>
    </w:p>
    <w:p>
      <w:r>
        <w:rPr>
          <w:b/>
        </w:rPr>
        <w:t xml:space="preserve">[57:49] </w:t>
      </w:r>
      <w:r>
        <w:t>blessing in disguise.</w:t>
      </w:r>
    </w:p>
    <w:p>
      <w:pPr>
        <w:jc w:val="right"/>
      </w:pPr>
      <w:r>
        <w:t>بلیسنگ ان ڈس گائیڈ۔</w:t>
      </w:r>
    </w:p>
    <w:p>
      <w:r>
        <w:rPr>
          <w:b/>
        </w:rPr>
        <w:t xml:space="preserve">[57:54] </w:t>
      </w:r>
      <w:r>
        <w:t>to agar aap yani Allah taala insan ko chahte hain ke is ka spiritual development ho, intellectual development</w:t>
      </w:r>
    </w:p>
    <w:p>
      <w:pPr>
        <w:jc w:val="right"/>
      </w:pPr>
      <w:r>
        <w:t>تو اگر آپ یعنی اللہ تعالی انسان کو چاہتے ہیں کہ اس کا سپریچول ڈیویلپمنٹ ہو، انٹیلیجول ڈیویلپمنٹ</w:t>
      </w:r>
    </w:p>
    <w:p>
      <w:r>
        <w:rPr>
          <w:b/>
        </w:rPr>
        <w:t xml:space="preserve">[57:59] </w:t>
      </w:r>
      <w:r>
        <w:t>ho, personality development ho, wo kaise hoga? agar shock na ho, agar problem na ho, agar difficulties na</w:t>
      </w:r>
    </w:p>
    <w:p>
      <w:pPr>
        <w:jc w:val="right"/>
      </w:pPr>
      <w:r>
        <w:t>ہو، پرسنیلٹی ڈیویلپمنٹ ہو، وہ کیسے ہوگا؟ اگر شاک نہ ہو، اگر پرابلم نہ ہو، اگر ڈیفیکلٹیز نہ</w:t>
      </w:r>
    </w:p>
    <w:p>
      <w:r>
        <w:rPr>
          <w:b/>
        </w:rPr>
        <w:t xml:space="preserve">[58:04] </w:t>
      </w:r>
      <w:r>
        <w:t>hon to sare insan enable ho jayenge.</w:t>
      </w:r>
    </w:p>
    <w:p>
      <w:pPr>
        <w:jc w:val="right"/>
      </w:pPr>
      <w:r>
        <w:t>ہوں تو سارے انسان اینیبل ہو جائیں گے۔</w:t>
      </w:r>
    </w:p>
    <w:p>
      <w:r>
        <w:rPr>
          <w:b/>
        </w:rPr>
        <w:t xml:space="preserve">[58:09] </w:t>
      </w:r>
      <w:r>
        <w:t>kisi ne boht sahi kaha hai ke is that</w:t>
      </w:r>
    </w:p>
    <w:p>
      <w:pPr>
        <w:jc w:val="right"/>
      </w:pPr>
      <w:r>
        <w:t>کسی نے بہت صحیح کہا ہے کہ از داٹ</w:t>
      </w:r>
    </w:p>
    <w:p>
      <w:r>
        <w:rPr>
          <w:b/>
        </w:rPr>
        <w:t xml:space="preserve">[58:14] </w:t>
      </w:r>
      <w:r>
        <w:t>to phir kyun kai ayaton mein yeh aaya hai ke ke khuda ghussa ho gaya ya khuda surprised hai? kyunke khuda sab janta hai to phir why god is being mentioned as surprised or angry? is ka door ya qareeb se kya taluq hai? kya matlab hai? Maulana woh yeh janna cha rahe hain ke Quran mein jo ayat hai ke khuda jugular vein se bhi close hai to is lehaz se khuda har action har thought ko janta hai.</w:t>
      </w:r>
    </w:p>
    <w:p>
      <w:pPr>
        <w:jc w:val="right"/>
      </w:pPr>
      <w:r>
        <w:t>از بٹ ایفرٹ ناٹ فیسلیٹی بٹ ڈیفیکلٹی دیٹ میکس مین۔ پوری تاریخ میں کوئی ایک انسان ایسا نہیں ہے جو خوب اس کو کچھ نہ ہوا ہو، کچھ نہ ہوا ہو اور ترقی کیا ہو۔ اس نے ترقی جنہوں نے کی وہی ہیں جنہوں نے مصیبتیں اٹھائیں۔ جیسے ہمارے انڈیا میں امبیدکر بہت ہی غریب فیملی میں پیدا ہوئی۔ اسٹریٹ لائٹس جو مطالعہ کرتے تھے، وہ بیٹھ کر گھر میں ان کی لائٹ نہیں</w:t>
      </w:r>
    </w:p>
    <w:p>
      <w:r>
        <w:rPr>
          <w:b/>
        </w:rPr>
        <w:t xml:space="preserve">[58:44] </w:t>
      </w:r>
      <w:r>
        <w:t>thi.</w:t>
      </w:r>
    </w:p>
    <w:p>
      <w:pPr>
        <w:jc w:val="right"/>
      </w:pPr>
      <w:r>
        <w:t>تھی۔</w:t>
      </w:r>
    </w:p>
    <w:p>
      <w:r>
        <w:rPr>
          <w:b/>
        </w:rPr>
        <w:t xml:space="preserve">[58:49] </w:t>
      </w:r>
      <w:r>
        <w:t>aur wo India mein itna bara darja mila un ko.</w:t>
      </w:r>
    </w:p>
    <w:p>
      <w:pPr>
        <w:jc w:val="right"/>
      </w:pPr>
      <w:r>
        <w:t>اور وہ انڈیا میں اتنا بڑا درجہ ملا ان کو۔</w:t>
      </w:r>
    </w:p>
    <w:p>
      <w:r>
        <w:rPr>
          <w:b/>
        </w:rPr>
        <w:t xml:space="preserve">[58:53] </w:t>
      </w:r>
      <w:r>
        <w:t>constitution of India ke me'maar ban gaye.</w:t>
      </w:r>
    </w:p>
    <w:p>
      <w:pPr>
        <w:jc w:val="right"/>
      </w:pPr>
      <w:r>
        <w:t>کانسٹیٹیوشن اف انڈیا کے میعمار بن گئے۔</w:t>
      </w:r>
    </w:p>
    <w:p>
      <w:r>
        <w:rPr>
          <w:b/>
        </w:rPr>
        <w:t xml:space="preserve">[58:58] </w:t>
      </w:r>
      <w:r>
        <w:t>Dr. Abdul Kalam bilkul poor family paida hui.</w:t>
      </w:r>
    </w:p>
    <w:p>
      <w:pPr>
        <w:jc w:val="right"/>
      </w:pPr>
      <w:r>
        <w:t>ڈاکٹر عبدالکلام بالکل پور فیملی پیدا ہوئی۔</w:t>
      </w:r>
    </w:p>
    <w:p>
      <w:r>
        <w:rPr>
          <w:b/>
        </w:rPr>
        <w:t xml:space="preserve">[59:03] </w:t>
      </w:r>
      <w:r>
        <w:t>to dekhiye ye insan ka jo nature hai wo difficulties mein ubharta hai.</w:t>
      </w:r>
    </w:p>
    <w:p>
      <w:pPr>
        <w:jc w:val="right"/>
      </w:pPr>
      <w:r>
        <w:t>تو دیکھیے یہ انسان کا جو نیچر ہے وہ ڈیفیکلٹیز میں ابھرتا ہے۔</w:t>
      </w:r>
    </w:p>
    <w:p>
      <w:r>
        <w:rPr>
          <w:b/>
        </w:rPr>
        <w:t xml:space="preserve">[59:08] </w:t>
      </w:r>
      <w:r>
        <w:t>difficulties na ho to ubhrega bhi nahi.</w:t>
      </w:r>
    </w:p>
    <w:p>
      <w:pPr>
        <w:jc w:val="right"/>
      </w:pPr>
      <w:r>
        <w:t>ڈیفیکلٹیز نہ ہو تو ابھرے گا بھی نہیں۔</w:t>
      </w:r>
    </w:p>
    <w:p>
      <w:r>
        <w:rPr>
          <w:b/>
        </w:rPr>
        <w:t xml:space="preserve">[59:13] </w:t>
      </w:r>
      <w:r>
        <w:t>boht hi sahi hai qaul hai ke is not is but effort not facility but difficulty that makes man.</w:t>
      </w:r>
    </w:p>
    <w:p>
      <w:pPr>
        <w:jc w:val="right"/>
      </w:pPr>
      <w:r>
        <w:t>بہت ہی صحیح ہے قول ہے کہ از ناٹ از بٹ ایفرٹ ناٹ فیسلیٹی بٹ ڈیفیکلٹی دیٹ میکس مین۔</w:t>
      </w:r>
    </w:p>
    <w:p>
      <w:r>
        <w:rPr>
          <w:b/>
        </w:rPr>
        <w:t xml:space="preserve">[59:17] </w:t>
      </w:r>
      <w:r>
        <w:t>Maulana agla sawal lene se pehle ek comment parhna chahenge jo Dr. Saniya Stein Khan ne bheja</w:t>
      </w:r>
    </w:p>
    <w:p>
      <w:pPr>
        <w:jc w:val="right"/>
      </w:pPr>
      <w:r>
        <w:t>مولانا اگلا سوال لینے سے پہلے ایک کمنٹ پڑھنا چاہیں گے جو ڈاکٹر سانیا سٹین خان نے بھیجا</w:t>
      </w:r>
    </w:p>
    <w:p>
      <w:r>
        <w:rPr>
          <w:b/>
        </w:rPr>
        <w:t xml:space="preserve">[59:22] </w:t>
      </w:r>
      <w:r>
        <w:t>hai France se.</w:t>
      </w:r>
    </w:p>
    <w:p>
      <w:pPr>
        <w:jc w:val="right"/>
      </w:pPr>
      <w:r>
        <w:t>ہے فرانس سے۔</w:t>
      </w:r>
    </w:p>
    <w:p>
      <w:r>
        <w:rPr>
          <w:b/>
        </w:rPr>
        <w:t xml:space="preserve">[59:26] </w:t>
      </w:r>
      <w:r>
        <w:t>انہوں نے لکھا ہے I am attending the Bourges Islamic Conference.</w:t>
      </w:r>
    </w:p>
    <w:p>
      <w:pPr>
        <w:jc w:val="right"/>
      </w:pPr>
      <w:r>
        <w:t>انہوں نے لکھا ہے ائی ایم اٹینڈنگ دا بورجے اسلامک کانفرنس۔</w:t>
      </w:r>
    </w:p>
    <w:p>
      <w:r>
        <w:rPr>
          <w:b/>
        </w:rPr>
        <w:t xml:space="preserve">[59:30] </w:t>
      </w:r>
      <w:r>
        <w:t>It is the biggest Islamic event in the world.</w:t>
      </w:r>
    </w:p>
    <w:p>
      <w:pPr>
        <w:jc w:val="right"/>
      </w:pPr>
      <w:r>
        <w:t>اٹ از ا بگسٹ اسلامک ایونٹ ان دا ورلڈ۔</w:t>
      </w:r>
    </w:p>
    <w:p>
      <w:r>
        <w:rPr>
          <w:b/>
        </w:rPr>
        <w:t xml:space="preserve">[59:35] </w:t>
      </w:r>
      <w:r>
        <w:t>I presented the French Quran we recently published to the organizer Fouad Alawi.</w:t>
      </w:r>
    </w:p>
    <w:p>
      <w:pPr>
        <w:jc w:val="right"/>
      </w:pPr>
      <w:r>
        <w:t>ائی پریزنٹڈ دا فرنچ قرآن وی ریسنٹلی پبلش ٹو دی ارگنائزر فواد العلاوی۔</w:t>
      </w:r>
    </w:p>
    <w:p>
      <w:r>
        <w:rPr>
          <w:b/>
        </w:rPr>
        <w:t xml:space="preserve">[59:39] </w:t>
      </w:r>
      <w:r>
        <w:t>He liked it so much that he said, "It's an excellent translation."</w:t>
      </w:r>
    </w:p>
    <w:p>
      <w:pPr>
        <w:jc w:val="right"/>
      </w:pPr>
      <w:r>
        <w:t>ہی لائکڈ اٹ سو مچ دیٹ ہی سیڈ اٹس این ایکسیلنٹ ٹرانسلیشن۔</w:t>
      </w:r>
    </w:p>
    <w:p>
      <w:r>
        <w:rPr>
          <w:b/>
        </w:rPr>
        <w:t xml:space="preserve">[59:43] </w:t>
      </w:r>
      <w:r>
        <w:t>he will publish it</w:t>
      </w:r>
    </w:p>
    <w:p>
      <w:pPr>
        <w:jc w:val="right"/>
      </w:pPr>
      <w:r>
        <w:t>ہی ویل پبلش اٹ</w:t>
      </w:r>
    </w:p>
    <w:p>
      <w:r>
        <w:rPr>
          <w:b/>
        </w:rPr>
        <w:t xml:space="preserve">[59:48] </w:t>
      </w:r>
      <w:r>
        <w:t>in france.</w:t>
      </w:r>
    </w:p>
    <w:p>
      <w:pPr>
        <w:jc w:val="right"/>
      </w:pPr>
      <w:r>
        <w:t>ان فرانس۔</w:t>
      </w:r>
    </w:p>
    <w:p>
      <w:r>
        <w:rPr>
          <w:b/>
        </w:rPr>
        <w:t xml:space="preserve">[59:53] </w:t>
      </w:r>
      <w:r>
        <w:t>he owns the biggest islamic publishing house in france named jihad. mashallah mashallah.</w:t>
      </w:r>
    </w:p>
    <w:p>
      <w:pPr>
        <w:jc w:val="right"/>
      </w:pPr>
      <w:r>
        <w:t>ہی اونس دا بگسٹ اسلامک پبلشنگ ہاؤس ان فرانس نیمڈ جیادس۔ ماشاءاللہ ماشاءاللہ۔</w:t>
      </w:r>
    </w:p>
    <w:p>
      <w:r>
        <w:rPr>
          <w:b/>
        </w:rPr>
        <w:t xml:space="preserve">[59:58] </w:t>
      </w:r>
      <w:r>
        <w:t>molana agla sawal zaid noor sahib ne bheja hai.</w:t>
      </w:r>
    </w:p>
    <w:p>
      <w:pPr>
        <w:jc w:val="right"/>
      </w:pPr>
      <w:r>
        <w:t>مولانا اگلا سوال زائد نور صاحب نے بھیجا ہے۔</w:t>
      </w:r>
    </w:p>
    <w:p>
      <w:r>
        <w:rPr>
          <w:b/>
        </w:rPr>
        <w:t xml:space="preserve">[1:00:03] </w:t>
      </w:r>
      <w:r>
        <w:t>unhon ne apni location nahi likhi hai.</w:t>
      </w:r>
    </w:p>
    <w:p>
      <w:pPr>
        <w:jc w:val="right"/>
      </w:pPr>
      <w:r>
        <w:t>انہوں نے اپنی لوکیشن نہیں لکھی ہے۔</w:t>
      </w:r>
    </w:p>
    <w:p>
      <w:r>
        <w:rPr>
          <w:b/>
        </w:rPr>
        <w:t xml:space="preserve">[1:00:08] </w:t>
      </w:r>
      <w:r>
        <w:t>ان کا سوال ہے مولانا I have to know, I want to know the reality of magic in Islam.</w:t>
      </w:r>
    </w:p>
    <w:p>
      <w:pPr>
        <w:jc w:val="right"/>
      </w:pPr>
      <w:r>
        <w:t>ان کا سوال ہے مولانا ائی ہیو ٹو نو ائی وانٹ ٹو نو دا ریلیٹی اف میجک ان اسلام۔</w:t>
      </w:r>
    </w:p>
    <w:p>
      <w:r>
        <w:rPr>
          <w:b/>
        </w:rPr>
        <w:t xml:space="preserve">[1:00:13] </w:t>
      </w:r>
      <w:r>
        <w:t>I have read in hadith that the Prophet of Islam was affected by it.</w:t>
      </w:r>
    </w:p>
    <w:p>
      <w:pPr>
        <w:jc w:val="right"/>
      </w:pPr>
      <w:r>
        <w:t>ائی ہیو ریڈ ان حدیث دیٹ پرافٹ اف اسلام واز ایفیکٹڈ بائے اٹ۔</w:t>
      </w:r>
    </w:p>
    <w:p>
      <w:r>
        <w:rPr>
          <w:b/>
        </w:rPr>
        <w:t xml:space="preserve">[1:00:18] </w:t>
      </w:r>
      <w:r>
        <w:t>I cannot digest about this reality of magic.</w:t>
      </w:r>
    </w:p>
    <w:p>
      <w:pPr>
        <w:jc w:val="right"/>
      </w:pPr>
      <w:r>
        <w:t>ائی کین ناٹ ڈائجسٹ اباؤٹ دس ریلیٹی اف میجک۔</w:t>
      </w:r>
    </w:p>
    <w:p>
      <w:r>
        <w:rPr>
          <w:b/>
        </w:rPr>
        <w:t xml:space="preserve">[1:00:22] </w:t>
      </w:r>
      <w:r>
        <w:t>also please tell me about nazar.</w:t>
      </w:r>
    </w:p>
    <w:p>
      <w:pPr>
        <w:jc w:val="right"/>
      </w:pPr>
      <w:r>
        <w:t>السو پلیز ٹیل می اباؤٹ نظر۔</w:t>
      </w:r>
    </w:p>
    <w:p>
      <w:r>
        <w:rPr>
          <w:b/>
        </w:rPr>
        <w:t xml:space="preserve">[1:00:26] </w:t>
      </w:r>
      <w:r>
        <w:t>in hadith nazar is barhaq.</w:t>
      </w:r>
    </w:p>
    <w:p>
      <w:pPr>
        <w:jc w:val="right"/>
      </w:pPr>
      <w:r>
        <w:t>ان حدیث نظر از برحق۔</w:t>
      </w:r>
    </w:p>
    <w:p>
      <w:r>
        <w:rPr>
          <w:b/>
        </w:rPr>
        <w:t xml:space="preserve">[1:00:31] </w:t>
      </w:r>
      <w:r>
        <w:t>kindly comment on this.</w:t>
      </w:r>
    </w:p>
    <w:p>
      <w:pPr>
        <w:jc w:val="right"/>
      </w:pPr>
      <w:r>
        <w:t>کائنڈلی کمنٹ ان دس۔</w:t>
      </w:r>
    </w:p>
    <w:p>
      <w:r>
        <w:rPr>
          <w:b/>
        </w:rPr>
        <w:t xml:space="preserve">[1:00:35] </w:t>
      </w:r>
      <w:r>
        <w:t>haan ek hadith hai ke al-ain haq lekin hadith ka matlab yeh nahi ke sach much in ka</w:t>
      </w:r>
    </w:p>
    <w:p>
      <w:pPr>
        <w:jc w:val="right"/>
      </w:pPr>
      <w:r>
        <w:t>ہاں ایک حدیث ہے کہ العین حق لیکن حدیث کا مطلب یہ نہیں کہ سچ مچ ان کا</w:t>
      </w:r>
    </w:p>
    <w:p>
      <w:r>
        <w:rPr>
          <w:b/>
        </w:rPr>
        <w:t xml:space="preserve">[1:00:39] </w:t>
      </w:r>
      <w:r>
        <w:t>matlab yeh ho sakta hai ke log aisa mante hon.</w:t>
      </w:r>
    </w:p>
    <w:p>
      <w:pPr>
        <w:jc w:val="right"/>
      </w:pPr>
      <w:r>
        <w:t>مطلب یہ ہو سکتا ہے کہ لوگ ایسا مانتے ہوں۔</w:t>
      </w:r>
    </w:p>
    <w:p>
      <w:r>
        <w:rPr>
          <w:b/>
        </w:rPr>
        <w:t xml:space="preserve">[1:00:44] </w:t>
      </w:r>
      <w:r>
        <w:t>is hadith ka matlab yeh</w:t>
      </w:r>
    </w:p>
    <w:p>
      <w:pPr>
        <w:jc w:val="right"/>
      </w:pPr>
      <w:r>
        <w:t>اس حدیث کا مطلب یہ</w:t>
      </w:r>
    </w:p>
    <w:p>
      <w:r>
        <w:rPr>
          <w:b/>
        </w:rPr>
        <w:t xml:space="preserve">[1:00:48] </w:t>
      </w:r>
      <w:r>
        <w:t>nahi ke waqeatan nazar lagti hai. kya matlab log aisa samajhte hain ke nazar lagti hai? to main al-ain haq ka matlab yeh leta hoon. koi ayat quran ki ayat nahi hai. yeh ek hadith hai. to is tarah ke confusion kai is mein hote hain. jaise ek misaal main deta hoon aap ko ke hazrat aisha se kaha gaya ke hazrat abu hurairah ek hadith bayan karte hain ke teen cheezon mein nahusat hai. t</w:t>
      </w:r>
    </w:p>
    <w:p>
      <w:pPr>
        <w:jc w:val="right"/>
      </w:pPr>
      <w:r>
        <w:t>نہیں کہ واقعتا نظر لگتی ہے۔ کیا مطلب لوگ ایسا سمجھتے ہیں کہ نظر لگتی ہے؟ تو میں العین حق کا مطلب یہ لیتا ہوں۔ کوئی آیت قرآن کی آیت نہیں ہے۔ یہ ایک حدیث ہے۔ تو اس طرح کے کنفیوژن کئی اس میں ہوتے ہیں۔ جیسے ایک مثال میں دیتا ہوں آپ کو کہ حضرت عائشہ سے کہا گیا کہ حضرت ابو ہریرہ ایک حدیث بیان کرتے ہیں کہ تین چیزوں میں نحوست ہے۔ ت</w:t>
      </w:r>
    </w:p>
    <w:p>
      <w:r>
        <w:rPr>
          <w:b/>
        </w:rPr>
        <w:t xml:space="preserve">[1:01:18] </w:t>
      </w:r>
      <w:r>
        <w:t>een cheezon mein nahusat hai. to hazrat aisha ne is ko sun ke kaha hai kadhab abu hurairah. abu hurairah ne jhoot kaha. rasool allah ne kaha tha ke yahood ya kuch log aisa mante hain ke teen cheezon mein nahusat hai. islam mein aisa nahi hai. to woh cheez bhool gaye aisa hazrat abu hurairah. to al-ain haq jo hai main samajhta hoon ke yeh baat yeh nahi ke khuda ke qanoon ke mutabiq nazar lagti hai. balkeh is ka matlab yeh</w:t>
      </w:r>
    </w:p>
    <w:p>
      <w:pPr>
        <w:jc w:val="right"/>
      </w:pPr>
      <w:r>
        <w:t>ین چیزوں میں نحوست ہے۔ تو حضرت عائشہ نے اس کو سن کے کہا ہے کذب ابو ہریرہ۔ ابو ہریرہ نے جھوٹ کہا۔ رسول اللہ نے کہا تھا کہ یہود یا کچھ لوگ ایسا مانتے ہیں کہ تین چیزوں میں نحوست ہے۔ اسلام میں ایسا نہیں ہے۔ تو وہ چیز بھول گئے ایسا حضرت ابو ہریرہ۔ تو العین حق جو ہے میں سمجھتا ہوں کہ یہ بات یہ نہیں کہ خدا کے قانون کے مطابق نظر لگتی ہے۔ بلکہ اس کا مطلب یہ</w:t>
      </w:r>
    </w:p>
    <w:p>
      <w:r>
        <w:rPr>
          <w:b/>
        </w:rPr>
        <w:t xml:space="preserve">[1:01:48] </w:t>
      </w:r>
      <w:r>
        <w:t>hai ke log aisa mante hon.</w:t>
      </w:r>
    </w:p>
    <w:p>
      <w:pPr>
        <w:jc w:val="right"/>
      </w:pPr>
      <w:r>
        <w:t>ہے کہ لوگ ایسا مانتے ہیں۔</w:t>
      </w:r>
    </w:p>
    <w:p>
      <w:r>
        <w:rPr>
          <w:b/>
        </w:rPr>
        <w:t xml:space="preserve">[1:01:54] </w:t>
      </w:r>
      <w:r>
        <w:t>mein to yahi samajhta hoon is ko.</w:t>
      </w:r>
    </w:p>
    <w:p>
      <w:pPr>
        <w:jc w:val="right"/>
      </w:pPr>
      <w:r>
        <w:t>میں تو یہی سمجھتا ہوں اس کو۔</w:t>
      </w:r>
    </w:p>
    <w:p>
      <w:r>
        <w:rPr>
          <w:b/>
        </w:rPr>
        <w:t xml:space="preserve">[1:02:00] </w:t>
      </w:r>
      <w:r>
        <w:t>molana agla sawal doctor hamid hussain sahib ne kiya hai odisha se aur unhon ne likha hai molana</w:t>
      </w:r>
    </w:p>
    <w:p>
      <w:pPr>
        <w:jc w:val="right"/>
      </w:pPr>
      <w:r>
        <w:t>مولانا اگلا سوال ڈاکٹر حامد حسین صاحب نے کیا ہے اڑیسہ سے اور انہوں نے لکھا ہے مولانا</w:t>
      </w:r>
    </w:p>
    <w:p>
      <w:r>
        <w:rPr>
          <w:b/>
        </w:rPr>
        <w:t xml:space="preserve">[1:02:06] </w:t>
      </w:r>
      <w:r>
        <w:t>صاحب, you have deliberated upon an extremely important topic excellently today.</w:t>
      </w:r>
    </w:p>
    <w:p>
      <w:pPr>
        <w:jc w:val="right"/>
      </w:pPr>
      <w:r>
        <w:t>صاحب یو ہیو ڈیلیبریٹڈ اپون این ایکسٹریملی امپورٹنٹ ٹاپک ایکسیلنٹلی ٹوڈے۔</w:t>
      </w:r>
    </w:p>
    <w:p>
      <w:r>
        <w:rPr>
          <w:b/>
        </w:rPr>
        <w:t xml:space="preserve">[1:02:13] </w:t>
      </w:r>
      <w:r>
        <w:t>Please tell us how we can realize God.</w:t>
      </w:r>
    </w:p>
    <w:p>
      <w:pPr>
        <w:jc w:val="right"/>
      </w:pPr>
      <w:r>
        <w:t>پلیز ٹیل اس ہاؤ وی کین ریلائز گاڈ۔</w:t>
      </w:r>
    </w:p>
    <w:p>
      <w:r>
        <w:rPr>
          <w:b/>
        </w:rPr>
        <w:t xml:space="preserve">[1:02:19] </w:t>
      </w:r>
      <w:r>
        <w:t>dekhiye ek hadith hai mein is ko bar bar tajruba karta hoon man arafa nafsahu faqad arafa rabbahu.</w:t>
      </w:r>
    </w:p>
    <w:p>
      <w:pPr>
        <w:jc w:val="right"/>
      </w:pPr>
      <w:r>
        <w:t>دیکھیے ایک حدیث ہے میں اس کو بار بار تجربہ کرتا ہوں من عرف نفسہ فقط عرف ربا۔</w:t>
      </w:r>
    </w:p>
    <w:p>
      <w:r>
        <w:rPr>
          <w:b/>
        </w:rPr>
        <w:t xml:space="preserve">[1:02:25] </w:t>
      </w:r>
      <w:r>
        <w:t>jis ne apne aap ko pehchana us ne god ko pehchana.</w:t>
      </w:r>
    </w:p>
    <w:p>
      <w:pPr>
        <w:jc w:val="right"/>
      </w:pPr>
      <w:r>
        <w:t>جس نے اپنے آپ کو پہچانا اس نے گاڈ کو پہچانا۔</w:t>
      </w:r>
    </w:p>
    <w:p>
      <w:r>
        <w:rPr>
          <w:b/>
        </w:rPr>
        <w:t xml:space="preserve">[1:02:32] </w:t>
      </w:r>
      <w:r>
        <w:t>to mein akele mein aksar yeh sochta rehta hoon khud apne bare mein.</w:t>
      </w:r>
    </w:p>
    <w:p>
      <w:pPr>
        <w:jc w:val="right"/>
      </w:pPr>
      <w:r>
        <w:t>تو میں اکیلے میں اکثر یہ سوچتا رہتا ہوں خود اپنے بارے میں۔</w:t>
      </w:r>
    </w:p>
    <w:p>
      <w:r>
        <w:rPr>
          <w:b/>
        </w:rPr>
        <w:t xml:space="preserve">[1:02:38] </w:t>
      </w:r>
      <w:r>
        <w:t>to mujhe har soch ke baad yeh mujhe daryaft hoti hai ke bilashuba yahan ek khuda hai.</w:t>
      </w:r>
    </w:p>
    <w:p>
      <w:pPr>
        <w:jc w:val="right"/>
      </w:pPr>
      <w:r>
        <w:t>تو مجھے ہر سوچ کے بعد یہ مجھے دریافت ہوتی ہے کہ بلاشبہ یہاں ایک خدا ہے۔</w:t>
      </w:r>
    </w:p>
    <w:p>
      <w:r>
        <w:rPr>
          <w:b/>
        </w:rPr>
        <w:t xml:space="preserve">[1:02:44] </w:t>
      </w:r>
      <w:r>
        <w:t>aur yeh sab kaise ho raha hai?</w:t>
      </w:r>
    </w:p>
    <w:p>
      <w:pPr>
        <w:jc w:val="right"/>
      </w:pPr>
      <w:r>
        <w:t>اور یہ سب کیسے ہو رہا ہے؟</w:t>
      </w:r>
    </w:p>
    <w:p>
      <w:r>
        <w:rPr>
          <w:b/>
        </w:rPr>
        <w:t xml:space="preserve">[1:02:51] </w:t>
      </w:r>
      <w:r>
        <w:t>meri zindagi mein bar bar aise waqiat hote hain jo takhleeq meri hai har insan ki tarike se.</w:t>
      </w:r>
    </w:p>
    <w:p>
      <w:pPr>
        <w:jc w:val="right"/>
      </w:pPr>
      <w:r>
        <w:t>میری زندگی میں بار بار ایسے واقعات ہوتے ہیں جو تخلیق میری ہے ہر انسان کی طریقے سے۔</w:t>
      </w:r>
    </w:p>
    <w:p>
      <w:r>
        <w:rPr>
          <w:b/>
        </w:rPr>
        <w:t xml:space="preserve">[1:02:57] </w:t>
      </w:r>
      <w:r>
        <w:t>misal ke taur par bas sochta hoon hath apna hath le kar ke seen ke mere hath ki</w:t>
      </w:r>
    </w:p>
    <w:p>
      <w:pPr>
        <w:jc w:val="right"/>
      </w:pPr>
      <w:r>
        <w:t>مثال کے طور پر بس سوچتا ہوں ہاتھ اپنا ہاتھ لے کر کے سین کہ میرے ہاتھ کی</w:t>
      </w:r>
    </w:p>
    <w:p>
      <w:r>
        <w:rPr>
          <w:b/>
        </w:rPr>
        <w:t xml:space="preserve">[1:03:03] </w:t>
      </w:r>
      <w:r>
        <w:t>ungliyan jo hain agar paon ki tarah hoti choti choti aur yeh badi badi ungliyan paon mein hoti.</w:t>
      </w:r>
    </w:p>
    <w:p>
      <w:pPr>
        <w:jc w:val="right"/>
      </w:pPr>
      <w:r>
        <w:t>انگلیاں جو ہیں اگر پاؤں کی طرح ہوتی چھوٹی چھوٹی اور یہ بڑی بڑی انگلیاں پاؤں میں ہوتی۔</w:t>
      </w:r>
    </w:p>
    <w:p>
      <w:r>
        <w:rPr>
          <w:b/>
        </w:rPr>
        <w:t xml:space="preserve">[1:03:09] </w:t>
      </w:r>
      <w:r>
        <w:t>yani lambi ungliyan paon mein hoti hain choti ungliyan hath mein hoti hain to mera kya haal hota</w:t>
      </w:r>
    </w:p>
    <w:p>
      <w:pPr>
        <w:jc w:val="right"/>
      </w:pPr>
      <w:r>
        <w:t>یعنی لمبی انگلیاں پاؤں میں ہوتی ہیں چھوٹی انگلیاں ہاتھ میں ہوتی ہیں تو میرا کیا حال ہوتا</w:t>
      </w:r>
    </w:p>
    <w:p>
      <w:r>
        <w:rPr>
          <w:b/>
        </w:rPr>
        <w:t xml:space="preserve">[1:03:15] </w:t>
      </w:r>
      <w:r>
        <w:t>hai? aise hi mein sochta rehta hoon ke meri naak yahan hoti aankh</w:t>
      </w:r>
    </w:p>
    <w:p>
      <w:pPr>
        <w:jc w:val="right"/>
      </w:pPr>
      <w:r>
        <w:t>ہے؟ ایسے ہی میں سوچتا رہتا ہوں کہ میری ناک یہاں ہوتی آنکھ</w:t>
      </w:r>
    </w:p>
    <w:p>
      <w:r>
        <w:rPr>
          <w:b/>
        </w:rPr>
        <w:t xml:space="preserve">[1:03:21] </w:t>
      </w:r>
      <w:r>
        <w:t>yahan hoti to aap jante hain ke maujooda zamane mein sabit ho gaya hai ke yeh jo hai badal sakta hai. to kya hota? to itna zyada well arranged wali cheez hai itni zyada well planned ek ek cheez hai. thinking hai aaj subah hi bas soch raha tha ke main soch raha hoon main kaise soch raha hoon yeh soch ki taqat kahan se aayi mere andar hai? to yeh sari man arafa nafsahu faqad arafa rabbah aadmi apne bar</w:t>
      </w:r>
    </w:p>
    <w:p>
      <w:pPr>
        <w:jc w:val="right"/>
      </w:pPr>
      <w:r>
        <w:t>یہاں ہوتی تو آپ جانتے ہیں کہ موجودہ زمانے میں ثابت ہو گیا ہے کہ یہ جو ہے بدل سکتا ہے۔ تو کیا ہوتا؟ تو اتنا زیادہ ویل ارینج والی چیز ہے اتنی زیادہ ویل پلانڈ ایک ایک چیز ہے۔ تھنکنگ ہے اج صبح ہی بس سوچ رہا تھا کہ میں سوچ رہا ہوں میں کیسے سوچ رہا ہوں یہ سوچ کی طاقت کہاں سے ائی میرے اندر ہے؟ تو یہ ساری من عرف نفسہ فقط عرف ربا آدمی اپنے بار</w:t>
      </w:r>
    </w:p>
    <w:p>
      <w:r>
        <w:rPr>
          <w:b/>
        </w:rPr>
        <w:t xml:space="preserve">[1:03:51] </w:t>
      </w:r>
      <w:r>
        <w:t>e mein soche to woh chala uthega ke yaqeenan ek khuda hai jis ne mujhe banaya. mera tajurba yahi hai. maulana agla sawal pakistan se bheja hai miss shabana ateeb ne aur unhone likha hai ke in quran chapter 75 verse number 14 and 15 it is mentioned indeed man shall be a witness against himself in spite of all the ex</w:t>
      </w:r>
    </w:p>
    <w:p>
      <w:pPr>
        <w:jc w:val="right"/>
      </w:pPr>
      <w:r>
        <w:t>ے میں سوچے تو وہ چلا اٹھے گا کہ یقینا ایک خدا ہے جس نے مجھے بنایا۔ میرا تجربہ یہی ہے۔ مولانا اگلا سوال پاکستان سے بھیجا ہے مس شبانہ عتیب نے اور انہوں نے لکھا ہے کہ ان قرآن چیپٹر 75 ورس نمبر 14 اینڈ 15 اٹ از مینشنڈ انڈیڈ مین شیل بی ا وٹنس اگینسٹ ہم سیلف ان سپائٹ اف ال دا ایکس</w:t>
      </w:r>
    </w:p>
    <w:p>
      <w:r>
        <w:rPr>
          <w:b/>
        </w:rPr>
        <w:t xml:space="preserve">[1:04:21] </w:t>
      </w:r>
      <w:r>
        <w:t>queues he me offer.</w:t>
      </w:r>
    </w:p>
    <w:p>
      <w:pPr>
        <w:jc w:val="right"/>
      </w:pPr>
      <w:r>
        <w:t>کیوزز ہی می افر۔</w:t>
      </w:r>
    </w:p>
    <w:p>
      <w:r>
        <w:rPr>
          <w:b/>
        </w:rPr>
        <w:t xml:space="preserve">[1:04:26] </w:t>
      </w:r>
      <w:r>
        <w:t>molana sahib das vers hiz always clicked me da most.</w:t>
      </w:r>
    </w:p>
    <w:p>
      <w:pPr>
        <w:jc w:val="right"/>
      </w:pPr>
      <w:r>
        <w:t>مولانا صاحب دس ورس ہیز الویز کلکڈ می دا موسٹ۔</w:t>
      </w:r>
    </w:p>
    <w:p>
      <w:r>
        <w:rPr>
          <w:b/>
        </w:rPr>
        <w:t xml:space="preserve">[1:04:31] </w:t>
      </w:r>
      <w:r>
        <w:t>i would request you to please elaborate on this verse.</w:t>
      </w:r>
    </w:p>
    <w:p>
      <w:pPr>
        <w:jc w:val="right"/>
      </w:pPr>
      <w:r>
        <w:t>ائی وڈ ریکویسٹ یو ٹو پلیز الیبریٹ ان دس ورس۔</w:t>
      </w:r>
    </w:p>
    <w:p>
      <w:r>
        <w:rPr>
          <w:b/>
        </w:rPr>
        <w:t xml:space="preserve">[1:04:36] </w:t>
      </w:r>
      <w:r>
        <w:t>dekhiye yahan jo murad hai woh zamir yani consciousness hai.</w:t>
      </w:r>
    </w:p>
    <w:p>
      <w:pPr>
        <w:jc w:val="right"/>
      </w:pPr>
      <w:r>
        <w:t>دیکھیے یہاں جو مراد ہے وہ ضمیر یعنی کانشیسنس ہے۔</w:t>
      </w:r>
    </w:p>
    <w:p>
      <w:r>
        <w:rPr>
          <w:b/>
        </w:rPr>
        <w:t xml:space="preserve">[1:04:41] </w:t>
      </w:r>
      <w:r>
        <w:t>yahan consciousness ko refer kiya gaya hai.</w:t>
      </w:r>
    </w:p>
    <w:p>
      <w:pPr>
        <w:jc w:val="right"/>
      </w:pPr>
      <w:r>
        <w:t>یہاں کانشیسنس کو ریفر کیا گیا ہے۔</w:t>
      </w:r>
    </w:p>
    <w:p>
      <w:r>
        <w:rPr>
          <w:b/>
        </w:rPr>
        <w:t xml:space="preserve">[1:04:46] </w:t>
      </w:r>
      <w:r>
        <w:t>bil insaan awwal aur naseeb baseerah yani insaan ke andar ajeeb ghareeb ek cheez hai consciousness</w:t>
      </w:r>
    </w:p>
    <w:p>
      <w:pPr>
        <w:jc w:val="right"/>
      </w:pPr>
      <w:r>
        <w:t>بلیل انسان اول اور نصیب بصیرہ یعنی انسان کے اندر عجیب غریب ایک چیز ہے کانشیسنس</w:t>
      </w:r>
    </w:p>
    <w:p>
      <w:r>
        <w:rPr>
          <w:b/>
        </w:rPr>
        <w:t xml:space="preserve">[1:04:51] </w:t>
      </w:r>
      <w:r>
        <w:t>ya zamir. aap is ko chahen ke woh woh baat bole jo aap chahte hain to woh nahi bolega. woh woh bolega jo haqeeqat hai. maslan aap kisi ka maal ghassab kar lein to aap chahte hain ke aap zamir kahein ke haan tum ne sahi kiya to yeh kabhi nahi hoga. aap tajurba kar ke dekh lijiye. aap kisi ko marein aur aap chahen ke aap ka zamir jis ko kahein ke inner voice inner voice bhi woh</w:t>
      </w:r>
    </w:p>
    <w:p>
      <w:pPr>
        <w:jc w:val="right"/>
      </w:pPr>
      <w:r>
        <w:t>یا ضمیر۔ آپ اس کو چاہیں کہ وہ وہ بات بولے جو آپ چاہتے تو وہ نہیں بولے گا۔ وہ وہ بولے گا جو حقیقت ہے۔ مثلا آپ کسی کا مال غصب کر لیں تو آپ چاہتے ہیں کہ آپ ضمیر کہیں کہ ہاں تم نے صحیح کیا تو یہ کبھی نہیں ہوگا۔ آپ تجربہ کر کے دیکھ لیجئے۔ آپ کسی کو ماریں اور آپ چاہیں کہ آپ کا ضمیر جو جس کو کہیں کہ انر وائس انر وائس بھی وہ</w:t>
      </w:r>
    </w:p>
    <w:p>
      <w:r>
        <w:rPr>
          <w:b/>
        </w:rPr>
        <w:t xml:space="preserve">[1:05:21] </w:t>
      </w:r>
      <w:r>
        <w:t>ی بولے کہ ہاں تم نے اچھا کیا ان کا مارa inner voice کبھی نہیں بولے گی۔</w:t>
      </w:r>
    </w:p>
    <w:p>
      <w:pPr>
        <w:jc w:val="right"/>
      </w:pPr>
      <w:r>
        <w:t>ی بولے کہ ہاں تم نے اچھا کیا ان کا مارا انر وائس کبھی نہیں بولے گی۔</w:t>
      </w:r>
    </w:p>
    <w:p>
      <w:r>
        <w:rPr>
          <w:b/>
        </w:rPr>
        <w:t xml:space="preserve">[1:05:28] </w:t>
      </w:r>
      <w:r>
        <w:t>aap jab bhi tajurba karein ke koi aisa kaam aap karein jo galat ho kisi ko gaali dein</w:t>
      </w:r>
    </w:p>
    <w:p>
      <w:pPr>
        <w:jc w:val="right"/>
      </w:pPr>
      <w:r>
        <w:t>آپ جب بھی تجربہ کریں کہ کوئی ایسا کام آپ کریں جو غلط ہو کسی کو گالی دیں</w:t>
      </w:r>
    </w:p>
    <w:p>
      <w:r>
        <w:rPr>
          <w:b/>
        </w:rPr>
        <w:t xml:space="preserve">[1:05:36] </w:t>
      </w:r>
      <w:r>
        <w:t>کسی کو مارا ہو کسی کو پیسہ گڑبڑ کیا ہو تو آپ کا mind چاہتا ہے کہ آپ</w:t>
      </w:r>
    </w:p>
    <w:p>
      <w:pPr>
        <w:jc w:val="right"/>
      </w:pPr>
      <w:r>
        <w:t>کسی کو مارا ہو کسی کو پیسہ گڑبڑ کیا ہو تو آپ کا مائنڈ چاہتا ہے کہ آپ</w:t>
      </w:r>
    </w:p>
    <w:p>
      <w:r>
        <w:rPr>
          <w:b/>
        </w:rPr>
        <w:t xml:space="preserve">[1:05:43] </w:t>
      </w:r>
      <w:r>
        <w:t>ka zameer usko justify kar de lekin zameer kabhi nahi karega.</w:t>
      </w:r>
    </w:p>
    <w:p>
      <w:pPr>
        <w:jc w:val="right"/>
      </w:pPr>
      <w:r>
        <w:t>کا ضمیر اس کو جسٹیفائی کر دے لیکن ضمیر کبھی نہیں کرے گا۔</w:t>
      </w:r>
    </w:p>
    <w:p>
      <w:r>
        <w:rPr>
          <w:b/>
        </w:rPr>
        <w:t xml:space="preserve">[1:05:51] </w:t>
      </w:r>
      <w:r>
        <w:t>isi liye kaha jata hai ke zamir ek khudaai awaaz hai.</w:t>
      </w:r>
    </w:p>
    <w:p>
      <w:pPr>
        <w:jc w:val="right"/>
      </w:pPr>
      <w:r>
        <w:t>اسی لیے کہا جاتا ہے کہ ضمیر ایک خدائی آواز ہے۔</w:t>
      </w:r>
    </w:p>
    <w:p>
      <w:r>
        <w:rPr>
          <w:b/>
        </w:rPr>
        <w:t xml:space="preserve">[1:05:57] </w:t>
      </w:r>
      <w:r>
        <w:t>کہ ضمیر جو ہے inner voice کہیے یا divine voice کہیے وہ کبھی آپ کا ساتھ نہیں دیتی</w:t>
      </w:r>
    </w:p>
    <w:p>
      <w:pPr>
        <w:jc w:val="right"/>
      </w:pPr>
      <w:r>
        <w:t>کہ ضمیر جو ہے انر وائس کہیے یا ڈیوائن وائس کہیے وہ کبھی آپ کا ساتھ نہیں دیتی</w:t>
      </w:r>
    </w:p>
    <w:p>
      <w:r>
        <w:rPr>
          <w:b/>
        </w:rPr>
        <w:t xml:space="preserve">[1:06:04] </w:t>
      </w:r>
      <w:r>
        <w:t>ke galat baat mein woh aap se wahi baat kahegi jo sahi yahi matlab hai is ka</w:t>
      </w:r>
    </w:p>
    <w:p>
      <w:pPr>
        <w:jc w:val="right"/>
      </w:pPr>
      <w:r>
        <w:t>کہ غلط بات میں وہ آپ سے وہی بات کہے گی جو صحیح یہی مطلب ہے اس کا</w:t>
      </w:r>
    </w:p>
    <w:p>
      <w:r>
        <w:rPr>
          <w:b/>
        </w:rPr>
        <w:t xml:space="preserve">[1:06:11] </w:t>
      </w:r>
      <w:r>
        <w:t>bil insaan awwal naseeb baseerah wal qalb yani khud insaan ka apna zamir hi gawahi deta hai ke</w:t>
      </w:r>
    </w:p>
    <w:p>
      <w:pPr>
        <w:jc w:val="right"/>
      </w:pPr>
      <w:r>
        <w:t>بل انسان اول نصیب بصیرہ ول القاب یعنی خود انسان کا اپنا ضمیر ہی گواہی دیتا ہے کہ</w:t>
      </w:r>
    </w:p>
    <w:p>
      <w:r>
        <w:rPr>
          <w:b/>
        </w:rPr>
        <w:t xml:space="preserve">[1:06:17] </w:t>
      </w:r>
      <w:r>
        <w:t>tum ne sahi kiya ya galat kiya.</w:t>
      </w:r>
    </w:p>
    <w:p>
      <w:pPr>
        <w:jc w:val="right"/>
      </w:pPr>
      <w:r>
        <w:t>تم نے صحیح کیا یا غلط کیا۔</w:t>
      </w:r>
    </w:p>
    <w:p>
      <w:r>
        <w:rPr>
          <w:b/>
        </w:rPr>
        <w:t xml:space="preserve">[1:06:24] </w:t>
      </w:r>
      <w:r>
        <w:t>yeh clear hai ji.</w:t>
      </w:r>
    </w:p>
    <w:p>
      <w:pPr>
        <w:jc w:val="right"/>
      </w:pPr>
      <w:r>
        <w:t>یہ کلیئر ہے جی۔</w:t>
      </w:r>
    </w:p>
    <w:p>
      <w:r>
        <w:rPr>
          <w:b/>
        </w:rPr>
        <w:t xml:space="preserve">[1:06:30] </w:t>
      </w:r>
      <w:r>
        <w:t>molana agla sawal ek comment ki shakal mein aya hai jo doctor najma siddiqui ne bheja hai</w:t>
      </w:r>
    </w:p>
    <w:p>
      <w:pPr>
        <w:jc w:val="right"/>
      </w:pPr>
      <w:r>
        <w:t>مولانا اگلا سوال اہ ایک کمنٹ کی شکل میں آیا ہے جو ڈاکٹر نجمہ صدیقی نے بھیجا ہے</w:t>
      </w:r>
    </w:p>
    <w:p>
      <w:r>
        <w:rPr>
          <w:b/>
        </w:rPr>
        <w:t xml:space="preserve">[1:06:36] </w:t>
      </w:r>
      <w:r>
        <w:t>dilli se aur unhon ne likha hai ke believing in god in real spirit and depending on him</w:t>
      </w:r>
    </w:p>
    <w:p>
      <w:pPr>
        <w:jc w:val="right"/>
      </w:pPr>
      <w:r>
        <w:t>دلی سے اور انہوں نے لکھا ہے کہ بیلیونگ ان گاڈ ان ریل سپرٹ اینڈ ڈیپینڈنگ ان ہم</w:t>
      </w:r>
    </w:p>
    <w:p>
      <w:r>
        <w:rPr>
          <w:b/>
        </w:rPr>
        <w:t xml:space="preserve">[1:06:42] </w:t>
      </w:r>
      <w:r>
        <w:t>and his angels gives us so much strength confidence and stress free life.</w:t>
      </w:r>
    </w:p>
    <w:p>
      <w:pPr>
        <w:jc w:val="right"/>
      </w:pPr>
      <w:r>
        <w:t>اینڈ ہز اینجلز گوز اس سو مچ سٹرینتھ کانفیڈنس اینڈ سٹریس فری لائف۔</w:t>
      </w:r>
    </w:p>
    <w:p>
      <w:r>
        <w:rPr>
          <w:b/>
        </w:rPr>
        <w:t xml:space="preserve">[1:06:48] </w:t>
      </w:r>
      <w:r>
        <w:t>molana what is your comment on this? bilkul sahi hai yeh yeh baat</w:t>
      </w:r>
    </w:p>
    <w:p>
      <w:pPr>
        <w:jc w:val="right"/>
      </w:pPr>
      <w:r>
        <w:t>مولانا واٹ از یور کمنٹ ان دس؟ بالکل صحیح ہے یہ یہ بات</w:t>
      </w:r>
    </w:p>
    <w:p>
      <w:r>
        <w:rPr>
          <w:b/>
        </w:rPr>
        <w:t xml:space="preserve">[1:06:54] </w:t>
      </w:r>
      <w:r>
        <w:t>main main khud manta hoon bilkul sahi hai. maulana agla sawal saharanpur se doctor aslam ne kiya hai aur unhone likha hai ke in yesterday question answer series that you did in the evening you mentioned that this era is an era of multiple opportunities or age of peace. maulana sahib i want to know why did you say this? bhai</w:t>
      </w:r>
    </w:p>
    <w:p>
      <w:pPr>
        <w:jc w:val="right"/>
      </w:pPr>
      <w:r>
        <w:t>میں میں خود مانتا ہوں بالکل صحیح ہے۔ مولانا اگلا سوال سہارن پور سے ڈاکٹر اسلم نے کیا ہے اور انہوں نے لکھا ہے کہ ان یسٹرڈے کوئسچن انسر سیریز دیٹ یو ڈیڈ ان دا ایوننگ یو مینشن دیٹ دس ایرا از این ایرا اف ملٹیپل اپرچونیٹیز اور ایج اف پیس۔ مولانا صاحب ائی وانٹ ٹو نو وائی ڈیڈ یو سے دس؟ بھئی</w:t>
      </w:r>
    </w:p>
    <w:p>
      <w:r>
        <w:rPr>
          <w:b/>
        </w:rPr>
        <w:t xml:space="preserve">[1:07:24] </w:t>
      </w:r>
      <w:r>
        <w:t>toh aap bhai kitab aap padh lein age of peace yeh toh ek reality hai.</w:t>
      </w:r>
    </w:p>
    <w:p>
      <w:pPr>
        <w:jc w:val="right"/>
      </w:pPr>
      <w:r>
        <w:t>تو آپ بھئی کتاب آپ پڑھ لیں ایج اف پیس یہ تو ایک ریلیٹی ہے۔</w:t>
      </w:r>
    </w:p>
    <w:p>
      <w:r>
        <w:rPr>
          <w:b/>
        </w:rPr>
        <w:t xml:space="preserve">[1:07:30] </w:t>
      </w:r>
      <w:r>
        <w:t>ji ji is ka poora aap ko meri jo soch hai use mil jayegi aap ko age</w:t>
      </w:r>
    </w:p>
    <w:p>
      <w:pPr>
        <w:jc w:val="right"/>
      </w:pPr>
      <w:r>
        <w:t>جی جی اس کا پورا آپ کو میری جو سوچ ہے اسے مل جائے گی آپ کو ایج</w:t>
      </w:r>
    </w:p>
    <w:p>
      <w:r>
        <w:rPr>
          <w:b/>
        </w:rPr>
        <w:t xml:space="preserve">[1:07:36] </w:t>
      </w:r>
      <w:r>
        <w:t>of peace mein.</w:t>
      </w:r>
    </w:p>
    <w:p>
      <w:pPr>
        <w:jc w:val="right"/>
      </w:pPr>
      <w:r>
        <w:t>اف پیس میں۔</w:t>
      </w:r>
    </w:p>
    <w:p>
      <w:r>
        <w:rPr>
          <w:b/>
        </w:rPr>
        <w:t xml:space="preserve">[1:07:43] </w:t>
      </w:r>
      <w:r>
        <w:t>molana agla sawal lucknow se kiya hai muhammad furqan sahib ne aur unhon ne likha hai ke is</w:t>
      </w:r>
    </w:p>
    <w:p>
      <w:pPr>
        <w:jc w:val="right"/>
      </w:pPr>
      <w:r>
        <w:t>مولانا اگلا سوال لکھنو سے کیا ہے محمد فرقان صاحب نے اور انہوں نے لکھا ہے کہ از</w:t>
      </w:r>
    </w:p>
    <w:p>
      <w:r>
        <w:rPr>
          <w:b/>
        </w:rPr>
        <w:t xml:space="preserve">[1:07:49] </w:t>
      </w:r>
      <w:r>
        <w:t>it permissible to offer namaz by sunni brothers behind a shia imam? what is your opinion on this?</w:t>
      </w:r>
    </w:p>
    <w:p>
      <w:pPr>
        <w:jc w:val="right"/>
      </w:pPr>
      <w:r>
        <w:t>اٹ پرمسیبل ٹو افر نماز بائے سنی برادرز بیہائنڈ ا شیعہ امام؟ واٹ از یور اوپینین ان دس؟</w:t>
      </w:r>
    </w:p>
    <w:p>
      <w:r>
        <w:rPr>
          <w:b/>
        </w:rPr>
        <w:t xml:space="preserve">[1:07:55] </w:t>
      </w:r>
      <w:r>
        <w:t>yeh shia imam sunni imam yeh sab logon ne nikal rakha hai islam mein aisa kuch nahi hai. islam mein aisa kuch nahi hai. sunan abi daud mein riwayat hai ke salu khalfa kulli birr wa fajir yani siyah mein maan jati hai yeh kitab siyah sitta mein is ka tarjuma yeh hai ke parho namaz har insan ke peeche khwah woh bura ho ya acha ho. is ka matlab yeh hai ke tumhare nazdeek</w:t>
      </w:r>
    </w:p>
    <w:p>
      <w:pPr>
        <w:jc w:val="right"/>
      </w:pPr>
      <w:r>
        <w:t>یہ شیعہ امام سنی امام یہ سب لوگوں نے نکال رکھا ہے اسلام میں ایسا کچھ نہیں ہے۔ اسلام میں ایسا کچھ نہیں ہے۔ سننا ابی داؤد میں روایت ہے کہ صلو خلف کل بر فاجر یعنی سیاہ میں مان جاتی ہے یہ کتاب سیاہ ستہ میں اس کا ترجمہ یہ ہے کہ پڑھو نماز ہر انسان کے پیچھے خواہ وہ برا ہو یا اچھا ہو۔ اس کا مطلب یہ ہے کہ تمہارے نزد</w:t>
      </w:r>
    </w:p>
    <w:p>
      <w:r>
        <w:rPr>
          <w:b/>
        </w:rPr>
        <w:t xml:space="preserve">[1:08:25] </w:t>
      </w:r>
      <w:r>
        <w:t>yak bra achha kyunke haqeeqat mein woh kya hai woh toh Allah janta hai.</w:t>
      </w:r>
    </w:p>
    <w:p>
      <w:pPr>
        <w:jc w:val="right"/>
      </w:pPr>
      <w:r>
        <w:t>یک برا اچھا کیونکہ حقیقت میں وہ کیا ہے وہ تو اللہ جانتا ہے۔</w:t>
      </w:r>
    </w:p>
    <w:p>
      <w:r>
        <w:rPr>
          <w:b/>
        </w:rPr>
        <w:t xml:space="preserve">[1:08:31] </w:t>
      </w:r>
      <w:r>
        <w:t>haq haqeeqat mein koi shakhs kaisa hai yeh toh sirf Allah ko khabar hai.</w:t>
      </w:r>
    </w:p>
    <w:p>
      <w:pPr>
        <w:jc w:val="right"/>
      </w:pPr>
      <w:r>
        <w:t>حق حقیقت میں کوئی شخص کیسا ہے یہ تو صرف اللہ کو خبر ہے۔</w:t>
      </w:r>
    </w:p>
    <w:p>
      <w:r>
        <w:rPr>
          <w:b/>
        </w:rPr>
        <w:t xml:space="preserve">[1:08:37] </w:t>
      </w:r>
      <w:r>
        <w:t>toh muqtadi ko kaha gaya hai namazi jo peeche peeche padh raha hai ke tumhare nazdeek woh jo</w:t>
      </w:r>
    </w:p>
    <w:p>
      <w:pPr>
        <w:jc w:val="right"/>
      </w:pPr>
      <w:r>
        <w:t>تو مقتدی کو کہا گیا ہے نمازی جو پیچھے پیچھے پڑھ رہا ہے کہ تمہارے نزدیک وہ جو</w:t>
      </w:r>
    </w:p>
    <w:p>
      <w:r>
        <w:rPr>
          <w:b/>
        </w:rPr>
        <w:t xml:space="preserve">[1:08:43] </w:t>
      </w:r>
      <w:r>
        <w:t>imam samne khada hua hai woh tumhare nazdeek woh achha ya bura yeh tumhari apni soch hai.</w:t>
      </w:r>
    </w:p>
    <w:p>
      <w:pPr>
        <w:jc w:val="right"/>
      </w:pPr>
      <w:r>
        <w:t>امام سامنے کھڑا ہوا ہے وہ تمہارے نزدیک وہ اچھا یا برا یہ تمہاری اپنی سوچ ہے۔</w:t>
      </w:r>
    </w:p>
    <w:p>
      <w:r>
        <w:rPr>
          <w:b/>
        </w:rPr>
        <w:t xml:space="preserve">[1:08:49] </w:t>
      </w:r>
      <w:r>
        <w:t>namaz padh jamaat ki ati hai organization ke liye toh imam jo hai woh</w:t>
      </w:r>
    </w:p>
    <w:p>
      <w:pPr>
        <w:jc w:val="right"/>
      </w:pPr>
      <w:r>
        <w:t>نماز پڑھ جماعت کی اتی ہے ارگنائزیشن کے لیے تو امام جو ہے وہ</w:t>
      </w:r>
    </w:p>
    <w:p>
      <w:r>
        <w:rPr>
          <w:b/>
        </w:rPr>
        <w:t xml:space="preserve">[1:08:55] </w:t>
      </w:r>
      <w:r>
        <w:t>simbal organization hota hai.</w:t>
      </w:r>
    </w:p>
    <w:p>
      <w:pPr>
        <w:jc w:val="right"/>
      </w:pPr>
      <w:r>
        <w:t>سمبل ارگنائزیشن ہوتا ہے۔</w:t>
      </w:r>
    </w:p>
    <w:p>
      <w:r>
        <w:rPr>
          <w:b/>
        </w:rPr>
        <w:t xml:space="preserve">[1:09:00] </w:t>
      </w:r>
      <w:r>
        <w:t>bas is ka aap is is mein khare ho jaiye na har dekhiye is se maloom hota hai</w:t>
      </w:r>
    </w:p>
    <w:p>
      <w:pPr>
        <w:jc w:val="right"/>
      </w:pPr>
      <w:r>
        <w:t>بس اس کا آپ اس اس میں کھڑے ہو جائیے نہ ہر دیکھیے اس سے معلوم ہوتا ہے</w:t>
      </w:r>
    </w:p>
    <w:p>
      <w:r>
        <w:rPr>
          <w:b/>
        </w:rPr>
        <w:t xml:space="preserve">[1:09:05] </w:t>
      </w:r>
      <w:r>
        <w:t>ke har aadmi apni namaz parhta hai imam ki namaz nahi parhta.</w:t>
      </w:r>
    </w:p>
    <w:p>
      <w:pPr>
        <w:jc w:val="right"/>
      </w:pPr>
      <w:r>
        <w:t>کہ ہر آدمی اپنی نماز پڑھتا ہے امام کی نماز نہیں پڑھتا۔</w:t>
      </w:r>
    </w:p>
    <w:p>
      <w:r>
        <w:rPr>
          <w:b/>
        </w:rPr>
        <w:t xml:space="preserve">[1:09:10] </w:t>
      </w:r>
      <w:r>
        <w:t>yeh yeh jo nikala gaya hai ke falan imam ke peechay namaz ja rahi hai yeh bilkul bilkul</w:t>
      </w:r>
    </w:p>
    <w:p>
      <w:pPr>
        <w:jc w:val="right"/>
      </w:pPr>
      <w:r>
        <w:t>یہ یہ جو نکالا گیا ہے کہ فلاں امام کے پیچھے نماز جا رہی ہے یہ بالکل بالکل</w:t>
      </w:r>
    </w:p>
    <w:p>
      <w:r>
        <w:rPr>
          <w:b/>
        </w:rPr>
        <w:t xml:space="preserve">[1:09:15] </w:t>
      </w:r>
      <w:r>
        <w:t>baseless baat hai yeh islam ki baat nahi hai.</w:t>
      </w:r>
    </w:p>
    <w:p>
      <w:pPr>
        <w:jc w:val="right"/>
      </w:pPr>
      <w:r>
        <w:t>بیسلیس بات ہے یہ اسلام کی بات نہیں ہے۔</w:t>
      </w:r>
    </w:p>
    <w:p>
      <w:r>
        <w:rPr>
          <w:b/>
        </w:rPr>
        <w:t xml:space="preserve">[1:09:20] </w:t>
      </w:r>
      <w:r>
        <w:t>khud dono jhagda jhagda nikalein yaad rakhiye namaz bajamat hai organization ke liye yani a</w:t>
      </w:r>
    </w:p>
    <w:p>
      <w:pPr>
        <w:jc w:val="right"/>
      </w:pPr>
      <w:r>
        <w:t>خود دونوں جھگڑا جھگڑا نکالیں یاد رکھیے نماز باجماعت ہے ارگنائزیشن کے لیے یعنی ا</w:t>
      </w:r>
    </w:p>
    <w:p>
      <w:r>
        <w:rPr>
          <w:b/>
        </w:rPr>
        <w:t xml:space="preserve">[1:09:25] </w:t>
      </w:r>
      <w:r>
        <w:t>kathe namaz parhne ke liye. to jab aap ekhathe namaz parhne parhna chahenge to ek shakhs ko imam banayenge. woh imam jo hoga woh woh sirf organization ke liye hoga aap ki namaz parhne ke liye nahi hoga. woh namaz to aap ne khud parhein ge to organization ke liye aap ne kisi ko imam maan liya magar namaz to aap nahi parh rahe. is liye yeh bilkul baseless sawal yeh sawal hi baseless hai h</w:t>
      </w:r>
    </w:p>
    <w:p>
      <w:pPr>
        <w:jc w:val="right"/>
      </w:pPr>
      <w:r>
        <w:t>کٹھے نماز پڑھنے کے لیے۔ تو جب آپ اکٹھے نماز پڑھنے پڑھنا چاہیں گے تو ایک شخص کو امام بنائیں گے۔ وہ امام جو ہوگا وہ وہ صرف ارگنائزیشن کے لیے ہوگا آپ کی نماز پڑھنے کے لیے نہیں ہوگا۔ وہ نماز تو آپ نے خود پڑھیں گے تو ارگنائزیشن کے لیے آپ نے کسی کو امام مان لیا مگر نماز تو آپ نہیں پڑھ رہے۔ اس لیے یہ بالکل بیسلیس سوال یہ سوال ہی بیسلیس ہے ہ</w:t>
      </w:r>
    </w:p>
    <w:p>
      <w:r>
        <w:rPr>
          <w:b/>
        </w:rPr>
        <w:t xml:space="preserve">[1:09:55] </w:t>
      </w:r>
      <w:r>
        <w:t>r ek ke peechay namaz parhiye har ek ke peechay.</w:t>
      </w:r>
    </w:p>
    <w:p>
      <w:pPr>
        <w:jc w:val="right"/>
      </w:pPr>
      <w:r>
        <w:t>ر ایک کے پیچھے نماز پڑھیے ہر ایک کے پیچھے۔</w:t>
      </w:r>
    </w:p>
    <w:p>
      <w:r>
        <w:rPr>
          <w:b/>
        </w:rPr>
        <w:t xml:space="preserve">[1:10:01] </w:t>
      </w:r>
      <w:r>
        <w:t>maulana agla sawal kya hai mister ajay dravri ne dilli se unho ne likha hai ke maulana ai</w:t>
      </w:r>
    </w:p>
    <w:p>
      <w:pPr>
        <w:jc w:val="right"/>
      </w:pPr>
      <w:r>
        <w:t>مولانا اگلا سوال کیا ہے مسٹر اجے درویری نے دلی سے انہوں نے لکھا ہے کہ مولانا ائی</w:t>
      </w:r>
    </w:p>
    <w:p>
      <w:r>
        <w:rPr>
          <w:b/>
        </w:rPr>
        <w:t xml:space="preserve">[1:10:08] </w:t>
      </w:r>
      <w:r>
        <w:t>I think the real challenge for an atheist is that he wants to discover God at a rational level and</w:t>
      </w:r>
    </w:p>
    <w:p>
      <w:pPr>
        <w:jc w:val="right"/>
      </w:pPr>
      <w:r>
        <w:t>تھنک دا ریل چیلنج فار این ایتھسٹ از دیٹ ہی وانٹس ٹو ڈسکور گاڈ ایٹ ریشنل لیول اینڈ</w:t>
      </w:r>
    </w:p>
    <w:p>
      <w:r>
        <w:rPr>
          <w:b/>
        </w:rPr>
        <w:t xml:space="preserve">[1:10:14] </w:t>
      </w:r>
      <w:r>
        <w:t>He does not get all the logical answers.</w:t>
      </w:r>
    </w:p>
    <w:p>
      <w:pPr>
        <w:jc w:val="right"/>
      </w:pPr>
      <w:r>
        <w:t>ہی ڈز ناٹ گیٹ ال دی لوجیکل انسرز۔</w:t>
      </w:r>
    </w:p>
    <w:p>
      <w:r>
        <w:rPr>
          <w:b/>
        </w:rPr>
        <w:t xml:space="preserve">[1:10:20] </w:t>
      </w:r>
      <w:r>
        <w:t>Is it possible to discover God at a logical level?</w:t>
      </w:r>
    </w:p>
    <w:p>
      <w:pPr>
        <w:jc w:val="right"/>
      </w:pPr>
      <w:r>
        <w:t>از اٹ پوسیبل ٹو ڈسکور گاڈ ایٹ لوجیکل لیول؟ وا</w:t>
      </w:r>
    </w:p>
    <w:p>
      <w:r>
        <w:rPr>
          <w:b/>
        </w:rPr>
        <w:t xml:space="preserve">[1:10:26] </w:t>
      </w:r>
      <w:r>
        <w:t>What is your opinion in this? یہ بات صحیح ہے کہ ہم ہر چیز کو ریزن اؤٹ کرتے ہیں۔</w:t>
      </w:r>
    </w:p>
    <w:p>
      <w:pPr>
        <w:jc w:val="right"/>
      </w:pPr>
      <w:r>
        <w:t>ٹ از یور اوپینین ان دس؟ یہ بات صحیح ہے کہ ہم ہر چیز کو ریزن اؤٹ کرتے ہیں۔</w:t>
      </w:r>
    </w:p>
    <w:p>
      <w:r>
        <w:rPr>
          <w:b/>
        </w:rPr>
        <w:t xml:space="preserve">[1:10:33] </w:t>
      </w:r>
      <w:r>
        <w:t>god ko hum god ke concept ko har cheez ko hum reason out yeh hamara hamara mind jo</w:t>
      </w:r>
    </w:p>
    <w:p>
      <w:pPr>
        <w:jc w:val="right"/>
      </w:pPr>
      <w:r>
        <w:t>گاڈ کو ہم گاڈ کے کانسیپٹ کو ہر چیز کو ہم ریزن اؤٹ یہ ہمارا ہمارا مائنڈ جو</w:t>
      </w:r>
    </w:p>
    <w:p>
      <w:r>
        <w:rPr>
          <w:b/>
        </w:rPr>
        <w:t xml:space="preserve">[1:10:41] </w:t>
      </w:r>
      <w:r>
        <w:t>hai woh by nature har cheez ko reason out karna chahta hai.</w:t>
      </w:r>
    </w:p>
    <w:p>
      <w:pPr>
        <w:jc w:val="right"/>
      </w:pPr>
      <w:r>
        <w:t>ہے وہ بائی نیچر ہر چیز کو ریزن اؤٹ کرنا چاہتا ہے۔</w:t>
      </w:r>
    </w:p>
    <w:p>
      <w:r>
        <w:rPr>
          <w:b/>
        </w:rPr>
        <w:t xml:space="preserve">[1:10:49] </w:t>
      </w:r>
      <w:r>
        <w:t>lekin reason out karne ke principle kya hain? Agar aap yeh janna chahein ke aap apni maan ke bete hain</w:t>
      </w:r>
    </w:p>
    <w:p>
      <w:pPr>
        <w:jc w:val="right"/>
      </w:pPr>
      <w:r>
        <w:t>لیکن ریزن اؤٹ کرنے کے پرنسپل کیا ہیں؟ اگر آپ یہ جاننا چاہیں کہ آپ اپنی ماں کے بیٹے ہیں</w:t>
      </w:r>
    </w:p>
    <w:p>
      <w:r>
        <w:rPr>
          <w:b/>
        </w:rPr>
        <w:t xml:space="preserve">[1:10:57] </w:t>
      </w:r>
      <w:r>
        <w:t>to is ki shart yeh ho ke mujhe dekhna chahiye to kabhi aap dekh payenge ke aap</w:t>
      </w:r>
    </w:p>
    <w:p>
      <w:pPr>
        <w:jc w:val="right"/>
      </w:pPr>
      <w:r>
        <w:t>تو اس کی شرط یہ ہو کہ مجھے دیکھنا چاہیے تو کبھی آپ دیکھ پائیں گے کہ آپ</w:t>
      </w:r>
    </w:p>
    <w:p>
      <w:r>
        <w:rPr>
          <w:b/>
        </w:rPr>
        <w:t xml:space="preserve">[1:11:03] </w:t>
      </w:r>
      <w:r>
        <w:t>apni maan ke peit se paida hue? Aisi hazaron cheezein hain aaj is zamane mein to aap jante</w:t>
      </w:r>
    </w:p>
    <w:p>
      <w:pPr>
        <w:jc w:val="right"/>
      </w:pPr>
      <w:r>
        <w:t>اپنی ماں کے پیٹ سے پیدا ہوئے؟ ایسی ہزاروں چیزیں ہیں اج اس زمانے میں تو آپ جانتے</w:t>
      </w:r>
    </w:p>
    <w:p>
      <w:r>
        <w:rPr>
          <w:b/>
        </w:rPr>
        <w:t xml:space="preserve">[1:11:09] </w:t>
      </w:r>
      <w:r>
        <w:t>hain ke yeh discovery ho gayi hai ke sub atomic particle hain.</w:t>
      </w:r>
    </w:p>
    <w:p>
      <w:pPr>
        <w:jc w:val="right"/>
      </w:pPr>
      <w:r>
        <w:t>ہیں کہ یہ ڈسکوری ہو گئی ہے کہ سب اٹامک پارٹیکل ہیں۔</w:t>
      </w:r>
    </w:p>
    <w:p>
      <w:r>
        <w:rPr>
          <w:b/>
        </w:rPr>
        <w:t xml:space="preserve">[1:11:15] </w:t>
      </w:r>
      <w:r>
        <w:t>sub atomic particle jo hain woh dikhai nahi dete.</w:t>
      </w:r>
    </w:p>
    <w:p>
      <w:pPr>
        <w:jc w:val="right"/>
      </w:pPr>
      <w:r>
        <w:t>سب اٹامک پارٹیکل جو ہیں وہ دکھائی نہیں دیتے۔</w:t>
      </w:r>
    </w:p>
    <w:p>
      <w:r>
        <w:rPr>
          <w:b/>
        </w:rPr>
        <w:t xml:space="preserve">[1:11:21] </w:t>
      </w:r>
      <w:r>
        <w:t>koi bhi aala is ko aap ko dikha nahi sakta phir</w:t>
      </w:r>
    </w:p>
    <w:p>
      <w:pPr>
        <w:jc w:val="right"/>
      </w:pPr>
      <w:r>
        <w:t>کوئی بھی اعلی اس کو آپ کو دکھا نہیں سکتا پھر</w:t>
      </w:r>
    </w:p>
    <w:p>
      <w:r>
        <w:rPr>
          <w:b/>
        </w:rPr>
        <w:t xml:space="preserve">[1:11:27] </w:t>
      </w:r>
      <w:r>
        <w:t>bhi aap is ko mante hain.</w:t>
      </w:r>
    </w:p>
    <w:p>
      <w:pPr>
        <w:jc w:val="right"/>
      </w:pPr>
      <w:r>
        <w:t>بھی آپ اس کو مانتے ہیں۔</w:t>
      </w:r>
    </w:p>
    <w:p>
      <w:r>
        <w:rPr>
          <w:b/>
        </w:rPr>
        <w:t xml:space="preserve">[1:11:30] </w:t>
      </w:r>
      <w:r>
        <w:t>to reason ka is zamane mein concept badal gaya hai.</w:t>
      </w:r>
    </w:p>
    <w:p>
      <w:pPr>
        <w:jc w:val="right"/>
      </w:pPr>
      <w:r>
        <w:t>تو ریزن کا اس زمانے میں کانسیپٹ بدل گیا ہے۔</w:t>
      </w:r>
    </w:p>
    <w:p>
      <w:r>
        <w:rPr>
          <w:b/>
        </w:rPr>
        <w:t xml:space="preserve">[1:11:34] </w:t>
      </w:r>
      <w:r>
        <w:t>pehlay zamane mein yeh reason ka matlab tha ke aankh se dekhna.</w:t>
      </w:r>
    </w:p>
    <w:p>
      <w:pPr>
        <w:jc w:val="right"/>
      </w:pPr>
      <w:r>
        <w:t>پہلے زمانے میں یہ ریزن کا مطلب تھا کہ انکھ سے دیکھنا۔</w:t>
      </w:r>
    </w:p>
    <w:p>
      <w:r>
        <w:rPr>
          <w:b/>
        </w:rPr>
        <w:t xml:space="preserve">[1:11:38] </w:t>
      </w:r>
      <w:r>
        <w:t>ab woh dekhne dikhai nahi koi cheez cheez dikhai nahi deti.</w:t>
      </w:r>
    </w:p>
    <w:p>
      <w:pPr>
        <w:jc w:val="right"/>
      </w:pPr>
      <w:r>
        <w:t>اب وہ دیکھنے دکھائی نہیں کوئی چیز چیز دکھائی نہیں دیتی۔</w:t>
      </w:r>
    </w:p>
    <w:p>
      <w:r>
        <w:rPr>
          <w:b/>
        </w:rPr>
        <w:t xml:space="preserve">[1:11:42] </w:t>
      </w:r>
      <w:r>
        <w:t>is mamle ko aap ko samajhna ho to ek kitab padh lijiye woh hai sir Arthur Eddington ki kitab.</w:t>
      </w:r>
    </w:p>
    <w:p>
      <w:pPr>
        <w:jc w:val="right"/>
      </w:pPr>
      <w:r>
        <w:t>اس معاملے کو آپ کو سمجھنا ہو تو ایک کتاب پڑھ لیجئے وہ ہے سر ارتھ ایڈنگٹن کی کتاب۔</w:t>
      </w:r>
    </w:p>
    <w:p>
      <w:r>
        <w:rPr>
          <w:b/>
        </w:rPr>
        <w:t xml:space="preserve">[1:11:45] </w:t>
      </w:r>
      <w:r>
        <w:t>is ka naam hai unseen word.</w:t>
      </w:r>
    </w:p>
    <w:p>
      <w:pPr>
        <w:jc w:val="right"/>
      </w:pPr>
      <w:r>
        <w:t>اس کا نام ہے ان سین ورڈ۔</w:t>
      </w:r>
    </w:p>
    <w:p>
      <w:r>
        <w:rPr>
          <w:b/>
        </w:rPr>
        <w:t xml:space="preserve">[1:11:49] </w:t>
      </w:r>
      <w:r>
        <w:t>unseen word.</w:t>
      </w:r>
    </w:p>
    <w:p>
      <w:pPr>
        <w:jc w:val="right"/>
      </w:pPr>
      <w:r>
        <w:t>ان سین ورڈ۔</w:t>
      </w:r>
    </w:p>
    <w:p>
      <w:r>
        <w:rPr>
          <w:b/>
        </w:rPr>
        <w:t xml:space="preserve">[1:11:53] </w:t>
      </w:r>
      <w:r>
        <w:t>sirf ek kitab padhna aap ko ka</w:t>
      </w:r>
    </w:p>
    <w:p>
      <w:pPr>
        <w:jc w:val="right"/>
      </w:pPr>
      <w:r>
        <w:t>صرف ایک کتاب پڑھنا آپ کو کا</w:t>
      </w:r>
    </w:p>
    <w:p>
      <w:r>
        <w:rPr>
          <w:b/>
        </w:rPr>
        <w:t xml:space="preserve">[1:11:57] </w:t>
      </w:r>
      <w:r>
        <w:t>fi ho jayega.</w:t>
      </w:r>
    </w:p>
    <w:p>
      <w:pPr>
        <w:jc w:val="right"/>
      </w:pPr>
      <w:r>
        <w:t>فی ہو جائے گا۔</w:t>
      </w:r>
    </w:p>
    <w:p>
      <w:r>
        <w:rPr>
          <w:b/>
        </w:rPr>
        <w:t xml:space="preserve">[1:12:03] </w:t>
      </w:r>
      <w:r>
        <w:t>maulana ek comment parhna chahenge jo abdul basit umri ne bheja hai doha qatar se aur unhon ne</w:t>
      </w:r>
    </w:p>
    <w:p>
      <w:pPr>
        <w:jc w:val="right"/>
      </w:pPr>
      <w:r>
        <w:t>مولانا ایک کمنٹ پڑھنا چاہیں گے جو عبدالباسط عمری نے بھیجا ہے دوحہ قطر سے اور انہوں نے</w:t>
      </w:r>
    </w:p>
    <w:p>
      <w:r>
        <w:rPr>
          <w:b/>
        </w:rPr>
        <w:t xml:space="preserve">[1:12:09] </w:t>
      </w:r>
      <w:r>
        <w:t>likha hai maulana aap ne jo kaha ke khuda ko manne se aadmi ko ek yaqeen aur umeed</w:t>
      </w:r>
    </w:p>
    <w:p>
      <w:pPr>
        <w:jc w:val="right"/>
      </w:pPr>
      <w:r>
        <w:t>لکھا ہے مولانا آپ نے جو کہا کہ خدا کو ماننے سے آدمی کو ایک یقین اور امید</w:t>
      </w:r>
    </w:p>
    <w:p>
      <w:r>
        <w:rPr>
          <w:b/>
        </w:rPr>
        <w:t xml:space="preserve">[1:12:15] </w:t>
      </w:r>
      <w:r>
        <w:t>milti hai ke jis khuda ne aj mere liye suraj ko nikala wahi kal bhi nikale ga lekin</w:t>
      </w:r>
    </w:p>
    <w:p>
      <w:pPr>
        <w:jc w:val="right"/>
      </w:pPr>
      <w:r>
        <w:t>ملتی ہے کہ جس خدا نے اج میرے لیے سورج کو نکالا وہی کل بھی نکالے گا لیکن</w:t>
      </w:r>
    </w:p>
    <w:p>
      <w:r>
        <w:rPr>
          <w:b/>
        </w:rPr>
        <w:t xml:space="preserve">[1:12:21] </w:t>
      </w:r>
      <w:r>
        <w:t>khuda ko na mane to insan ke liye koi sahara nahi woh hairan aur pareshan ki tarah</w:t>
      </w:r>
    </w:p>
    <w:p>
      <w:pPr>
        <w:jc w:val="right"/>
      </w:pPr>
      <w:r>
        <w:t>خدا کو نہ مانے تو انسان کے لیے کوئی سہارا نہیں وہ حیران اور پریشان کی طرح</w:t>
      </w:r>
    </w:p>
    <w:p>
      <w:r>
        <w:rPr>
          <w:b/>
        </w:rPr>
        <w:t xml:space="preserve">[1:12:27] </w:t>
      </w:r>
      <w:r>
        <w:t>jangal mein bhatakta rahega yeh mere liye khuda ko manne ke liye ek aur daleel hai.</w:t>
      </w:r>
    </w:p>
    <w:p>
      <w:pPr>
        <w:jc w:val="right"/>
      </w:pPr>
      <w:r>
        <w:t>جنگل میں بھٹکتا رہے گا یہ میرے لیے خدا کو ماننے کے لیے ایک اور دلیل ہے۔</w:t>
      </w:r>
    </w:p>
    <w:p>
      <w:r>
        <w:rPr>
          <w:b/>
        </w:rPr>
        <w:t xml:space="preserve">[1:12:34] </w:t>
      </w:r>
      <w:r>
        <w:t>maulana ek aur sawal aaya hai aamir jinn mori sahib ka kashmir se woh sawal aj ke topic</w:t>
      </w:r>
    </w:p>
    <w:p>
      <w:pPr>
        <w:jc w:val="right"/>
      </w:pPr>
      <w:r>
        <w:t>مولانا ایک اور سوال آیا ہے عامر جن موری صاحب کا کشمیر سے وہ سوال اج کے ٹاپک</w:t>
      </w:r>
    </w:p>
    <w:p>
      <w:r>
        <w:rPr>
          <w:b/>
        </w:rPr>
        <w:t xml:space="preserve">[1:12:42] </w:t>
      </w:r>
      <w:r>
        <w:t>se nahi hai unhon ne likha hai ke maulana sahib when a team is doing dawah work how</w:t>
      </w:r>
    </w:p>
    <w:p>
      <w:pPr>
        <w:jc w:val="right"/>
      </w:pPr>
      <w:r>
        <w:t>سے نہیں ہے انہوں نے لکھا ہے کہ مولانا صاحب وین ا ٹیم از ڈوئنگ دعوی ورک ہاؤ</w:t>
      </w:r>
    </w:p>
    <w:p>
      <w:r>
        <w:rPr>
          <w:b/>
        </w:rPr>
        <w:t xml:space="preserve">[1:12:50] </w:t>
      </w:r>
      <w:r>
        <w:t>important is it that every member of the team</w:t>
      </w:r>
    </w:p>
    <w:p>
      <w:pPr>
        <w:jc w:val="right"/>
      </w:pPr>
      <w:r>
        <w:t>امپورٹنٹ از اٹ دیٹ ایوری ممبر اف دا ٹیم</w:t>
      </w:r>
    </w:p>
    <w:p>
      <w:r>
        <w:rPr>
          <w:b/>
        </w:rPr>
        <w:t xml:space="preserve">[1:12:57] </w:t>
      </w:r>
      <w:r>
        <w:t>should have rules and responsibilities of doing the work how important is it that there has to be</w:t>
      </w:r>
    </w:p>
    <w:p>
      <w:pPr>
        <w:jc w:val="right"/>
      </w:pPr>
      <w:r>
        <w:t>شوڈ ہیو رولز اینڈ رسپانسبیلٹیز اف ڈوئنگ دا ورک ہاؤ امپورٹنٹ از اٹ دیٹ دیر ہیز ٹو بی</w:t>
      </w:r>
    </w:p>
    <w:p>
      <w:r>
        <w:rPr>
          <w:b/>
        </w:rPr>
        <w:t xml:space="preserve">[1:13:03] </w:t>
      </w:r>
      <w:r>
        <w:t>a lot of cohesiveness among the team members and if both are equally important then how we can</w:t>
      </w:r>
    </w:p>
    <w:p>
      <w:pPr>
        <w:jc w:val="right"/>
      </w:pPr>
      <w:r>
        <w:t>ا لاٹ اف کوہیسوونس امنگ دا ٹیم ممبرز اینڈ اف بوتھ ار ایکولی امپورٹنٹ دین ہاؤ وی کین</w:t>
      </w:r>
    </w:p>
    <w:p>
      <w:r>
        <w:rPr>
          <w:b/>
        </w:rPr>
        <w:t xml:space="preserve">[1:13:10] </w:t>
      </w:r>
      <w:r>
        <w:t>address it if either or both of them are missing.</w:t>
      </w:r>
    </w:p>
    <w:p>
      <w:pPr>
        <w:jc w:val="right"/>
      </w:pPr>
      <w:r>
        <w:t>ایڈریس اٹ اف ایدر اور بوتھ اف دیم ار مسنگ۔</w:t>
      </w:r>
    </w:p>
    <w:p>
      <w:r>
        <w:rPr>
          <w:b/>
        </w:rPr>
        <w:t xml:space="preserve">[1:13:16] </w:t>
      </w:r>
      <w:r>
        <w:t>dekhiye dawah jo hai har qatar mein har fard ka kaam hai.</w:t>
      </w:r>
    </w:p>
    <w:p>
      <w:pPr>
        <w:jc w:val="right"/>
      </w:pPr>
      <w:r>
        <w:t>دیکھیے دعوت جو ہے ہر قطر میں ہر فرد کا کام ہے۔</w:t>
      </w:r>
    </w:p>
    <w:p>
      <w:r>
        <w:rPr>
          <w:b/>
        </w:rPr>
        <w:t xml:space="preserve">[1:13:22] </w:t>
      </w:r>
      <w:r>
        <w:t>dawah har fard ka kaam hai</w:t>
      </w:r>
    </w:p>
    <w:p>
      <w:pPr>
        <w:jc w:val="right"/>
      </w:pPr>
      <w:r>
        <w:t>دعوت ہر فرد کا کام ہے</w:t>
      </w:r>
    </w:p>
    <w:p>
      <w:r>
        <w:rPr>
          <w:b/>
        </w:rPr>
        <w:t xml:space="preserve">[1:13:28] </w:t>
      </w:r>
      <w:r>
        <w:t>lekin koi bhi kaam aap jante hain organized way pe kiya aata hai to zyada bada result niklta hai.</w:t>
      </w:r>
    </w:p>
    <w:p>
      <w:pPr>
        <w:jc w:val="right"/>
      </w:pPr>
      <w:r>
        <w:t>لیکن کوئی بھی کام آپ جانتے ہیں ارگنائزڈ وے پہ کیا آتا ہے تو زیادہ بڑا رزلٹ نکلتا ہے۔</w:t>
      </w:r>
    </w:p>
    <w:p>
      <w:r>
        <w:rPr>
          <w:b/>
        </w:rPr>
        <w:t xml:space="preserve">[1:13:34] </w:t>
      </w:r>
      <w:r>
        <w:t>to team kis ek hai dawah akele akele karna ek hai team ki surat mein karna to team</w:t>
      </w:r>
    </w:p>
    <w:p>
      <w:pPr>
        <w:jc w:val="right"/>
      </w:pPr>
      <w:r>
        <w:t>تو ٹیم کس ایک ہے دعوت اکیلے اکیلے کرنا ایک ہے ٹیم کی صورت میں کرنا تو ٹیم</w:t>
      </w:r>
    </w:p>
    <w:p>
      <w:r>
        <w:rPr>
          <w:b/>
        </w:rPr>
        <w:t xml:space="preserve">[1:13:40] </w:t>
      </w:r>
      <w:r>
        <w:t>ki surat mein karne ke mani hain organized way mein karna aur organized way pe jab karenge</w:t>
      </w:r>
    </w:p>
    <w:p>
      <w:pPr>
        <w:jc w:val="right"/>
      </w:pPr>
      <w:r>
        <w:t>کی صورت میں کرنے کے معنی ہیں ارگنائزڈ وے میں کرنا اور ارگنائزڈ وے پہ جب کریں گے</w:t>
      </w:r>
    </w:p>
    <w:p>
      <w:r>
        <w:rPr>
          <w:b/>
        </w:rPr>
        <w:t xml:space="preserve">[1:13:46] </w:t>
      </w:r>
      <w:r>
        <w:t>to result bohat barh jayega bohat barh jayega.</w:t>
      </w:r>
    </w:p>
    <w:p>
      <w:pPr>
        <w:jc w:val="right"/>
      </w:pPr>
      <w:r>
        <w:t>تو رزلٹ بہت بڑھ جائے گا بہت بڑھ جائے گا۔</w:t>
      </w:r>
    </w:p>
    <w:p>
      <w:r>
        <w:rPr>
          <w:b/>
        </w:rPr>
        <w:t xml:space="preserve">[1:13:52] </w:t>
      </w:r>
      <w:r>
        <w:t>to yeh hai maamla hadith mein jo</w:t>
      </w:r>
    </w:p>
    <w:p>
      <w:pPr>
        <w:jc w:val="right"/>
      </w:pPr>
      <w:r>
        <w:t>تو یہ ہے معاملہ حدیث میں جو</w:t>
      </w:r>
    </w:p>
    <w:p>
      <w:r>
        <w:rPr>
          <w:b/>
        </w:rPr>
        <w:t xml:space="preserve">[1:13:58] </w:t>
      </w:r>
      <w:r>
        <w:t>aata hai ke yadullah al jamaat jamaat ke upar Allah ka hath hai wo yahi hai ke team ki shakal mein jab kaam karoge tum ya organized way mein kaam karoge to result bahut zyada badh jayega baqi farz to har ek ke liye har ek ko anjam dena hai lekin jo aadmi dawah ka kaam kar raha hai agar akela kiya usne to farz to ada ho gaya lekin jitna bada result nikal sakta tha</w:t>
      </w:r>
    </w:p>
    <w:p>
      <w:pPr>
        <w:jc w:val="right"/>
      </w:pPr>
      <w:r>
        <w:t>آتا ہے کہید اللہ الجماع جماعت کے اوپر اللہ کا ہاتھ ہے وہ یہی ہے کہ ٹیم کی شکل میں جب کام کرو گے تم یا ارگنائزڈ وے میں کام کرو گے تو رزلٹ بہت زیادہ بڑھ جائے گا باقی فرض تو ہر ایک کے لیے ہر ایک کو انجام دینا ہے لیکن جو آدمی دعوت کا کام کر رہا ہے اگر اکیلا کیا اس نے تو فرض تو ادا ہو گیا لیکن جتنا بڑا رزلٹ نکل سکتا تھا</w:t>
      </w:r>
    </w:p>
    <w:p>
      <w:r>
        <w:rPr>
          <w:b/>
        </w:rPr>
        <w:t xml:space="preserve">[1:14:28] </w:t>
      </w:r>
      <w:r>
        <w:t>wo nikal nahi nikal payega woh kyunke is ke liye chahiye bohat se sathi acha jo sathi</w:t>
      </w:r>
    </w:p>
    <w:p>
      <w:pPr>
        <w:jc w:val="right"/>
      </w:pPr>
      <w:r>
        <w:t>وہ نکال نہیں نکال پائے گا وہ کیونکہ اس کے لیے چاہیے بہت سے ساتھی اچھا جو ساتھی</w:t>
      </w:r>
    </w:p>
    <w:p>
      <w:r>
        <w:rPr>
          <w:b/>
        </w:rPr>
        <w:t xml:space="preserve">[1:14:36] </w:t>
      </w:r>
      <w:r>
        <w:t>ke liye qeemat deni parti hai sathi ban nahi sakte aap ke sathi jab banenge jab aap</w:t>
      </w:r>
    </w:p>
    <w:p>
      <w:pPr>
        <w:jc w:val="right"/>
      </w:pPr>
      <w:r>
        <w:t>کے لیے قیمت دینی پڑتی ہے ساتھی بن نہیں سکتے آپ کے ساتھی جب بنیں گے جب آپ</w:t>
      </w:r>
    </w:p>
    <w:p>
      <w:r>
        <w:rPr>
          <w:b/>
        </w:rPr>
        <w:t xml:space="preserve">[1:14:43] </w:t>
      </w:r>
      <w:r>
        <w:t>ke andar bardasht ho sabr ho khair khwahi ho tolerance ho tab hoga warna warna team banegi</w:t>
      </w:r>
    </w:p>
    <w:p>
      <w:pPr>
        <w:jc w:val="right"/>
      </w:pPr>
      <w:r>
        <w:t>کے اندر برداشت ہو صبر ہو خیر خواہی ہو ٹولرنس ہو تب ہوگا ورنہ ورنہ ٹیم بنے گی</w:t>
      </w:r>
    </w:p>
    <w:p>
      <w:r>
        <w:rPr>
          <w:b/>
        </w:rPr>
        <w:t xml:space="preserve">[1:14:51] </w:t>
      </w:r>
      <w:r>
        <w:t>nahi to apne</w:t>
      </w:r>
    </w:p>
    <w:p>
      <w:pPr>
        <w:jc w:val="right"/>
      </w:pPr>
      <w:r>
        <w:t>نہیں تو اپنے</w:t>
      </w:r>
    </w:p>
    <w:p>
      <w:r>
        <w:rPr>
          <w:b/>
        </w:rPr>
        <w:t xml:space="preserve">[1:14:58] </w:t>
      </w:r>
      <w:r>
        <w:t>dawati kaam ko zyada effective banane ke liye aap ko team ke sath judna padta hai aur team ke ke aur team work ki surat mein dawah ka kaam karne ke liye zaroori hota hai ke aap aap ke andar tolerance ho ye hai poori baat. Maulana Jordan se Rashid Ahmed sahab ne sawal kiya hai unhone aapse poocha hai ke Maulana sahib kya Khuda insaan ki roohaniyat se juda hua hai iske bare mein mujhe bataye. Ye ak</w:t>
      </w:r>
    </w:p>
    <w:p>
      <w:pPr>
        <w:jc w:val="right"/>
      </w:pPr>
      <w:r>
        <w:t>دعوتی کام کو زیادہ ایفیکٹیو بنانے کے لیے آپ کو ٹیم کے ساتھ جڑنا پڑتا ہے اور ٹیم کے کے اور ٹیم ورک کی صورت میں دعوت کا کام کرنے کے لیے ضروری ہوتا ہے کہ آپ آپ کے اندر ٹولرنس ہو یہ ہے پوری بات۔ مولانا جارڈن سے راشد احمد صاحب نے سوال کیا ہے انہوں نے آپ سے پوچھا ہے کہ مولانا صاحب کیا خدا انسان کی روحانیت سے جڑا ہوا ہے اس کے بارے میں مجھے بتائیں۔ یہ اک</w:t>
      </w:r>
    </w:p>
    <w:p>
      <w:r>
        <w:rPr>
          <w:b/>
        </w:rPr>
        <w:t xml:space="preserve">[1:15:28] </w:t>
      </w:r>
      <w:r>
        <w:t>akele khuda ke baghair koi rohaniyat hi nahi.</w:t>
      </w:r>
    </w:p>
    <w:p>
      <w:pPr>
        <w:jc w:val="right"/>
      </w:pPr>
      <w:r>
        <w:t>یلے خدا کے بغیر کوئی روحانیت ہی نہیں۔</w:t>
      </w:r>
    </w:p>
    <w:p>
      <w:r>
        <w:rPr>
          <w:b/>
        </w:rPr>
        <w:t xml:space="preserve">[1:15:36] </w:t>
      </w:r>
      <w:r>
        <w:t>rohaniyat to mere nazdeek nami is baat ka hai ke aap aap khuda ko discover karen khuda se</w:t>
      </w:r>
    </w:p>
    <w:p>
      <w:pPr>
        <w:jc w:val="right"/>
      </w:pPr>
      <w:r>
        <w:t>روحانیت تو میرے نزدیک نامی اس بات کا ہے کہ آپ آپ خدا کو ڈسکور کریں خدا سے</w:t>
      </w:r>
    </w:p>
    <w:p>
      <w:r>
        <w:rPr>
          <w:b/>
        </w:rPr>
        <w:t xml:space="preserve">[1:15:44] </w:t>
      </w:r>
      <w:r>
        <w:t>apna ta'alluq banayen khuda ke jo kalmat hain jo tajalliyat hain is ko janen khuda mein sochen yani</w:t>
      </w:r>
    </w:p>
    <w:p>
      <w:pPr>
        <w:jc w:val="right"/>
      </w:pPr>
      <w:r>
        <w:t>اپنا تعلق بنائیں خدا کے جو کلمات ہیں جو تجلیات ہیں اس کو جانیں خدا میں سوچیں یعنی</w:t>
      </w:r>
    </w:p>
    <w:p>
      <w:r>
        <w:rPr>
          <w:b/>
        </w:rPr>
        <w:t xml:space="preserve">[1:15:52] </w:t>
      </w:r>
      <w:r>
        <w:t>khuda se alag reh kar ke rohaniyat az nothing</w:t>
      </w:r>
    </w:p>
    <w:p>
      <w:pPr>
        <w:jc w:val="right"/>
      </w:pPr>
      <w:r>
        <w:t>خدا سے الگ رہ کر کے روحانیت از نتھنگ</w:t>
      </w:r>
    </w:p>
    <w:p>
      <w:r>
        <w:rPr>
          <w:b/>
        </w:rPr>
        <w:t xml:space="preserve">[1:15:59] </w:t>
      </w:r>
      <w:r>
        <w:t>kyunke source of rohaniyat to khuda hi hai aap to receive karte hain aap giver nahi hain aap</w:t>
      </w:r>
    </w:p>
    <w:p>
      <w:pPr>
        <w:jc w:val="right"/>
      </w:pPr>
      <w:r>
        <w:t>کیونکہ سورس اف روحانیت تو خدا ہی ہے آپ تو ریسیو کرتے ہیں آپ گیور نہیں ہیں آپ</w:t>
      </w:r>
    </w:p>
    <w:p>
      <w:r>
        <w:rPr>
          <w:b/>
        </w:rPr>
        <w:t xml:space="preserve">[1:16:07] </w:t>
      </w:r>
      <w:r>
        <w:t>taker hain to mera tajurba yahi ke agar main apne aap ko akela bana loon to meri rohaniyat</w:t>
      </w:r>
    </w:p>
    <w:p>
      <w:pPr>
        <w:jc w:val="right"/>
      </w:pPr>
      <w:r>
        <w:t>ٹیکر ہیں تو میرا تجربہ یہی کہ اگر میں اپنے اپ کو اکیلا بنا لوں تو میری روحانیت</w:t>
      </w:r>
    </w:p>
    <w:p>
      <w:r>
        <w:rPr>
          <w:b/>
        </w:rPr>
        <w:t xml:space="preserve">[1:16:14] </w:t>
      </w:r>
      <w:r>
        <w:t>khatm ho jayegi lekin jab main khuda jodta hoon tab mujhe khuda mere liye power house ban</w:t>
      </w:r>
    </w:p>
    <w:p>
      <w:pPr>
        <w:jc w:val="right"/>
      </w:pPr>
      <w:r>
        <w:t>ختم ہو جائے گی لیکن جب میں خدا جوڑتا ہوں تب مجھے خدا میرے لیے پاور ہاؤس بن</w:t>
      </w:r>
    </w:p>
    <w:p>
      <w:r>
        <w:rPr>
          <w:b/>
        </w:rPr>
        <w:t xml:space="preserve">[1:16:22] </w:t>
      </w:r>
      <w:r>
        <w:t>jata hai ke idhar se aa rahi hai mere liye rohaniyat ki ro</w:t>
      </w:r>
    </w:p>
    <w:p>
      <w:pPr>
        <w:jc w:val="right"/>
      </w:pPr>
      <w:r>
        <w:t>جاتا ہے کہ ادھر سے ارہی ہے میرے لیے روحانیت کی رو</w:t>
      </w:r>
    </w:p>
    <w:p>
      <w:r>
        <w:rPr>
          <w:b/>
        </w:rPr>
        <w:t xml:space="preserve">[1:16:30] </w:t>
      </w:r>
      <w:r>
        <w:t>shni.</w:t>
      </w:r>
    </w:p>
    <w:p>
      <w:pPr>
        <w:jc w:val="right"/>
      </w:pPr>
      <w:r>
        <w:t>شنی۔</w:t>
      </w:r>
    </w:p>
    <w:p>
      <w:r>
        <w:rPr>
          <w:b/>
        </w:rPr>
        <w:t xml:space="preserve">[1:16:36] </w:t>
      </w:r>
      <w:r>
        <w:t>maulana agla sawal jamal bin saad ne kiya hai unhone apni location nahi likhi hai unka</w:t>
      </w:r>
    </w:p>
    <w:p>
      <w:pPr>
        <w:jc w:val="right"/>
      </w:pPr>
      <w:r>
        <w:t>مولانا اگلا سوال جمال بن سعد نے کیا ہے انہوں نے اپنی لوکیشن نہیں لکھی ہے ان کا</w:t>
      </w:r>
    </w:p>
    <w:p>
      <w:r>
        <w:rPr>
          <w:b/>
        </w:rPr>
        <w:t xml:space="preserve">[1:16:42] </w:t>
      </w:r>
      <w:r>
        <w:t>سوال ہے کہ Is atheism an intellectual state or a practical one? The common Muslim may be atheist.</w:t>
      </w:r>
    </w:p>
    <w:p>
      <w:pPr>
        <w:jc w:val="right"/>
      </w:pPr>
      <w:r>
        <w:t>سوال ہے کہ از ایتھزم اینڈ انٹلیکچول سٹیٹ اور ا پریکٹیکل ون دا کامن مسلم می بی ایتھسٹ</w:t>
      </w:r>
    </w:p>
    <w:p>
      <w:r>
        <w:rPr>
          <w:b/>
        </w:rPr>
        <w:t xml:space="preserve">[1:16:48] </w:t>
      </w:r>
      <w:r>
        <w:t>without knowing. What is your comment to this?</w:t>
      </w:r>
    </w:p>
    <w:p>
      <w:pPr>
        <w:jc w:val="right"/>
      </w:pPr>
      <w:r>
        <w:t>وداؤٹ نوئنگ واٹ از یور کمنٹ ٹو دس۔</w:t>
      </w:r>
    </w:p>
    <w:p>
      <w:r>
        <w:rPr>
          <w:b/>
        </w:rPr>
        <w:t xml:space="preserve">[1:16:54] </w:t>
      </w:r>
      <w:r>
        <w:t>کیا پھر سے پڑھیے Is atheism an intellectual state or a practical one? The common Muslim</w:t>
      </w:r>
    </w:p>
    <w:p>
      <w:pPr>
        <w:jc w:val="right"/>
      </w:pPr>
      <w:r>
        <w:t>کیا پھر سے پڑھیے از ایتھزم اینڈ انٹلیکچول سٹیٹ اور ا پریکٹیکل ون دا کامن مسلم</w:t>
      </w:r>
    </w:p>
    <w:p>
      <w:r>
        <w:rPr>
          <w:b/>
        </w:rPr>
        <w:t xml:space="preserve">[1:17:00] </w:t>
      </w:r>
      <w:r>
        <w:t>may also be an atheist without knowing it.</w:t>
      </w:r>
    </w:p>
    <w:p>
      <w:pPr>
        <w:jc w:val="right"/>
      </w:pPr>
      <w:r>
        <w:t>می السو بی این ایتھسٹ وداؤٹ نوئنگ اٹ۔</w:t>
      </w:r>
    </w:p>
    <w:p>
      <w:r>
        <w:rPr>
          <w:b/>
        </w:rPr>
        <w:t xml:space="preserve">[1:17:06] </w:t>
      </w:r>
      <w:r>
        <w:t>to mujhe kuch clear nahi hua sawal aap ko clear hai maulana shayad wo yeh farq janna chah</w:t>
      </w:r>
    </w:p>
    <w:p>
      <w:pPr>
        <w:jc w:val="right"/>
      </w:pPr>
      <w:r>
        <w:t>تو مجھے کچھ کلیئر نہیں ہوا سوال اپ کو کلیئر ہے مولانا شاید وہ یہ فرق جاننا چاہ</w:t>
      </w:r>
    </w:p>
    <w:p>
      <w:r>
        <w:rPr>
          <w:b/>
        </w:rPr>
        <w:t xml:space="preserve">[1:17:12] </w:t>
      </w:r>
      <w:r>
        <w:t>rahe hain ke atheism jo hai wo kya ek mental level pe ek understanding ko le ke hai</w:t>
      </w:r>
    </w:p>
    <w:p>
      <w:pPr>
        <w:jc w:val="right"/>
      </w:pPr>
      <w:r>
        <w:t>رہے ہیں کہ ایتھزم جو ہے وہ کیا ایک مینٹل لیول پہ ایک انڈرسٹینڈنگ کو لے کے ہے</w:t>
      </w:r>
    </w:p>
    <w:p>
      <w:r>
        <w:rPr>
          <w:b/>
        </w:rPr>
        <w:t xml:space="preserve">[1:17:18] </w:t>
      </w:r>
      <w:r>
        <w:t>ya practically applied hota hai yeh bhi ho sakta hai ke kai musalman jo believers kehte hon apne</w:t>
      </w:r>
    </w:p>
    <w:p>
      <w:pPr>
        <w:jc w:val="right"/>
      </w:pPr>
      <w:r>
        <w:t>یا پریکٹیکلی اپلائیڈ ہوتا ہے یہ بھی ہو سکتا ہے کہ کئی مسلمان جو بیلیورز کہتے ہوں اپنے</w:t>
      </w:r>
    </w:p>
    <w:p>
      <w:r>
        <w:rPr>
          <w:b/>
        </w:rPr>
        <w:t xml:space="preserve">[1:17:24] </w:t>
      </w:r>
      <w:r>
        <w:t>ko but wo actually mein atheist hon but they might not be aware about it. dekhiye</w:t>
      </w:r>
    </w:p>
    <w:p>
      <w:pPr>
        <w:jc w:val="right"/>
      </w:pPr>
      <w:r>
        <w:t>اپ کو بٹ وہ ایکچولی میں ایتھسٹ ہوں بٹ دے مائٹ ناٹ بی اویر اباؤٹ اٹ۔ دیکھیے</w:t>
      </w:r>
    </w:p>
    <w:p>
      <w:r>
        <w:rPr>
          <w:b/>
        </w:rPr>
        <w:t xml:space="preserve">[1:17:30] </w:t>
      </w:r>
      <w:r>
        <w:t>atheist ki baat nahi hai har cheez jo bhi cheez hai pehle zehan ki satah par aati hai</w:t>
      </w:r>
    </w:p>
    <w:p>
      <w:pPr>
        <w:jc w:val="right"/>
      </w:pPr>
      <w:r>
        <w:t>اتھیسٹ کی بات نہیں ہے ہر چیز جو بھی چیز ہے پہلے ذہن کی سطح پر اتی ہے</w:t>
      </w:r>
    </w:p>
    <w:p>
      <w:r>
        <w:rPr>
          <w:b/>
        </w:rPr>
        <w:t xml:space="preserve">[1:17:37] </w:t>
      </w:r>
      <w:r>
        <w:t>aap khayen khana pani piyen bolen chalen kuch bhi ho pehle aap ko mind sochta hai phir wo</w:t>
      </w:r>
    </w:p>
    <w:p>
      <w:pPr>
        <w:jc w:val="right"/>
      </w:pPr>
      <w:r>
        <w:t>اپ کھائیں کھانا پانی پیئیں بولیں چلیں کچھ بھی ہو پہلے اپ کو مائنڈ سوچتا ہے پھر وہ</w:t>
      </w:r>
    </w:p>
    <w:p>
      <w:r>
        <w:rPr>
          <w:b/>
        </w:rPr>
        <w:t xml:space="preserve">[1:17:45] </w:t>
      </w:r>
      <w:r>
        <w:t>practice mein aata hai to atheist bhi pehle mind mein paida hogi phir aap us ko practice mein</w:t>
      </w:r>
    </w:p>
    <w:p>
      <w:pPr>
        <w:jc w:val="right"/>
      </w:pPr>
      <w:r>
        <w:t>پریکٹس میں اتا ہے تو اتھیسٹ بھی پہلے مائنڈ میں پیدا ہوگی پھر اپ اس کو پریکٹس میں</w:t>
      </w:r>
    </w:p>
    <w:p>
      <w:r>
        <w:rPr>
          <w:b/>
        </w:rPr>
        <w:t xml:space="preserve">[1:17:52] </w:t>
      </w:r>
      <w:r>
        <w:t>layenge yeh to bilkul it is but natural is mein to koi do raah nahi hai.</w:t>
      </w:r>
    </w:p>
    <w:p>
      <w:pPr>
        <w:jc w:val="right"/>
      </w:pPr>
      <w:r>
        <w:t>لائیں گے یہ تو بالکل اٹ از بٹ نیچرل اس میں تو کوئی دو راہ نہیں ہے۔</w:t>
      </w:r>
    </w:p>
    <w:p>
      <w:r>
        <w:rPr>
          <w:b/>
        </w:rPr>
        <w:t xml:space="preserve">[1:18:00] </w:t>
      </w:r>
      <w:r>
        <w:t>Okay so we will end the session now thank you.</w:t>
      </w:r>
    </w:p>
    <w:p>
      <w:pPr>
        <w:jc w:val="right"/>
      </w:pPr>
      <w:r>
        <w:t>اوکے سو وی ویل اینڈ دی سیشن ناو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