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Living in a New Age | March 26, 2017</w:t>
      </w:r>
    </w:p>
    <w:p>
      <w:r>
        <w:t>https://www.youtube.com/watch?v=iST0AxQscKo</w:t>
      </w:r>
    </w:p>
    <w:p>
      <w:r>
        <w:rPr>
          <w:b/>
        </w:rPr>
        <w:t xml:space="preserve">[00:14] </w:t>
      </w:r>
      <w:r>
        <w:t>bismillah hir rahman nir rahim.</w:t>
      </w:r>
    </w:p>
    <w:p>
      <w:pPr>
        <w:jc w:val="right"/>
      </w:pPr>
      <w:r>
        <w:t>بسم اللہ الرحمن الرحیم۔</w:t>
      </w:r>
    </w:p>
    <w:p>
      <w:r>
        <w:rPr>
          <w:b/>
        </w:rPr>
        <w:t xml:space="preserve">[00:20] </w:t>
      </w:r>
      <w:r>
        <w:t>wasallallahu ala nabiyil karim.</w:t>
      </w:r>
    </w:p>
    <w:p>
      <w:pPr>
        <w:jc w:val="right"/>
      </w:pPr>
      <w:r>
        <w:t>وصلی اللہ علی نبی الکریم۔</w:t>
      </w:r>
    </w:p>
    <w:p>
      <w:r>
        <w:rPr>
          <w:b/>
        </w:rPr>
        <w:t xml:space="preserve">[00:26] </w:t>
      </w:r>
      <w:r>
        <w:t>rabishrah li sadri, wayassir li amri, wahalul uqdatan min lisani, yafqahu qawli.</w:t>
      </w:r>
    </w:p>
    <w:p>
      <w:pPr>
        <w:jc w:val="right"/>
      </w:pPr>
      <w:r>
        <w:t>رب اشرح لی صدری، ویسر لی امری، واحل العقدۃ من لسانی، یفقہ قولی۔</w:t>
      </w:r>
    </w:p>
    <w:p>
      <w:r>
        <w:rPr>
          <w:b/>
        </w:rPr>
        <w:t xml:space="preserve">[00:32] </w:t>
      </w:r>
      <w:r>
        <w:t>chhabis march do hazar satrah.</w:t>
      </w:r>
    </w:p>
    <w:p>
      <w:pPr>
        <w:jc w:val="right"/>
      </w:pPr>
      <w:r>
        <w:t>چھبیس مارچ دو ہزار سترہ۔</w:t>
      </w:r>
    </w:p>
    <w:p>
      <w:r>
        <w:rPr>
          <w:b/>
        </w:rPr>
        <w:t xml:space="preserve">[00:38] </w:t>
      </w:r>
      <w:r>
        <w:t>aaj main ek baat soch raha</w:t>
      </w:r>
    </w:p>
    <w:p>
      <w:pPr>
        <w:jc w:val="right"/>
      </w:pPr>
      <w:r>
        <w:t>آج میں ایک بات سوچ رہا</w:t>
      </w:r>
    </w:p>
    <w:p>
      <w:r>
        <w:rPr>
          <w:b/>
        </w:rPr>
        <w:t xml:space="preserve">[00:44] </w:t>
      </w:r>
      <w:r>
        <w:t>hoon, soch raha tha ke mauj dhuwane mein musalmanon ka masla kya hai.</w:t>
      </w:r>
    </w:p>
    <w:p>
      <w:pPr>
        <w:jc w:val="right"/>
      </w:pPr>
      <w:r>
        <w:t>ہوں، سوچ رہا تھا کہ موج دھوانے میں مسلمانوں کا مسئلہ کیا ہے۔</w:t>
      </w:r>
    </w:p>
    <w:p>
      <w:r>
        <w:rPr>
          <w:b/>
        </w:rPr>
        <w:t xml:space="preserve">[00:52] </w:t>
      </w:r>
      <w:r>
        <w:t>kal ek sahab aaye mere paas, yahi sawal unhone kiya ke mauj dhuwane mein musalmanon ka masla kya hai.</w:t>
      </w:r>
    </w:p>
    <w:p>
      <w:pPr>
        <w:jc w:val="right"/>
      </w:pPr>
      <w:r>
        <w:t>کل ایک صاحب آئے میرے پاس، یہی سوال انہوں نے کیا کہ موج دھوانے میں مسلمانوں کا مسئلہ کیا ہے۔</w:t>
      </w:r>
    </w:p>
    <w:p>
      <w:r>
        <w:rPr>
          <w:b/>
        </w:rPr>
        <w:t xml:space="preserve">[00:59] </w:t>
      </w:r>
      <w:r>
        <w:t>to agar aap dekhen musalmanon ke jo bolne aur likhne wale log hain, unki baaten hain to</w:t>
      </w:r>
    </w:p>
    <w:p>
      <w:pPr>
        <w:jc w:val="right"/>
      </w:pPr>
      <w:r>
        <w:t>تو اگر آپ دیکھیں مسلمانوں کے جو بولنے اور لکھنے والے لوگ ہیں، ان کی باتیں ہیں تو</w:t>
      </w:r>
    </w:p>
    <w:p>
      <w:r>
        <w:rPr>
          <w:b/>
        </w:rPr>
        <w:t xml:space="preserve">[01:07] </w:t>
      </w:r>
      <w:r>
        <w:t>aap kahenge ke musalmanon ka masla hai ke mus</w:t>
      </w:r>
    </w:p>
    <w:p>
      <w:pPr>
        <w:jc w:val="right"/>
      </w:pPr>
      <w:r>
        <w:t>آپ کہیں گے کہ مسلمانوں کا مسئلہ ہے کہ مس</w:t>
      </w:r>
    </w:p>
    <w:p>
      <w:r>
        <w:rPr>
          <w:b/>
        </w:rPr>
        <w:t xml:space="preserve">[01:14] </w:t>
      </w:r>
      <w:r>
        <w:t>alman under siege hain.</w:t>
      </w:r>
    </w:p>
    <w:p>
      <w:pPr>
        <w:jc w:val="right"/>
      </w:pPr>
      <w:r>
        <w:t>لمان under siege ہیں۔</w:t>
      </w:r>
    </w:p>
    <w:p>
      <w:r>
        <w:rPr>
          <w:b/>
        </w:rPr>
        <w:t xml:space="preserve">[01:20] </w:t>
      </w:r>
      <w:r>
        <w:t>wo enemies ghare hue hain.</w:t>
      </w:r>
    </w:p>
    <w:p>
      <w:pPr>
        <w:jc w:val="right"/>
      </w:pPr>
      <w:r>
        <w:t>وہ enemies گھرے ہوئے ہیں۔</w:t>
      </w:r>
    </w:p>
    <w:p>
      <w:r>
        <w:rPr>
          <w:b/>
        </w:rPr>
        <w:t xml:space="preserve">[01:26] </w:t>
      </w:r>
      <w:r>
        <w:t>Islamophobia ka masla hai yani sari dunya ke musalman, including India.</w:t>
      </w:r>
    </w:p>
    <w:p>
      <w:pPr>
        <w:jc w:val="right"/>
      </w:pPr>
      <w:r>
        <w:t>Islamophobia کا مسئلہ ہے یعنی ساری دنیا کے مسلمان، including انڈیا۔</w:t>
      </w:r>
    </w:p>
    <w:p>
      <w:r>
        <w:rPr>
          <w:b/>
        </w:rPr>
        <w:t xml:space="preserve">[01:32] </w:t>
      </w:r>
      <w:r>
        <w:t>lekin yeh baat jo hai Allah ki creation plan ke khilaf hai.</w:t>
      </w:r>
    </w:p>
    <w:p>
      <w:pPr>
        <w:jc w:val="right"/>
      </w:pPr>
      <w:r>
        <w:t>لیکن یہ بات جو ہے اللہ کی creation plan کے خلاف ہے۔</w:t>
      </w:r>
    </w:p>
    <w:p>
      <w:r>
        <w:rPr>
          <w:b/>
        </w:rPr>
        <w:t xml:space="preserve">[01:38] </w:t>
      </w:r>
      <w:r>
        <w:t>Allah ke creation plan ke khilaf hai.</w:t>
      </w:r>
    </w:p>
    <w:p>
      <w:pPr>
        <w:jc w:val="right"/>
      </w:pPr>
      <w:r>
        <w:t>اللہ کے creation plan کے خلاف ہے۔</w:t>
      </w:r>
    </w:p>
    <w:p>
      <w:r>
        <w:rPr>
          <w:b/>
        </w:rPr>
        <w:t xml:space="preserve">[01:45] </w:t>
      </w:r>
      <w:r>
        <w:t>yeh aisa hi hai jaise kahe ke koi kahe ke June ka mahina sakht thand ka mahina hota</w:t>
      </w:r>
    </w:p>
    <w:p>
      <w:pPr>
        <w:jc w:val="right"/>
      </w:pPr>
      <w:r>
        <w:t>یہ ایسا ہی ہے جیسے کہے کہ کوئی کہے کہ جون کا مہینہ سخت ٹھنڈ کا مہینہ ہوتا</w:t>
      </w:r>
    </w:p>
    <w:p>
      <w:r>
        <w:rPr>
          <w:b/>
        </w:rPr>
        <w:t xml:space="preserve">[01:50] </w:t>
      </w:r>
      <w:r>
        <w:t>hai India mein to yeh Allah ke creation plan ke khilaf hai.</w:t>
      </w:r>
    </w:p>
    <w:p>
      <w:pPr>
        <w:jc w:val="right"/>
      </w:pPr>
      <w:r>
        <w:t>ہے انڈیا میں تو یہ اللہ کے creation plan کے خلاف ہے۔</w:t>
      </w:r>
    </w:p>
    <w:p>
      <w:r>
        <w:rPr>
          <w:b/>
        </w:rPr>
        <w:t xml:space="preserve">[01:55] </w:t>
      </w:r>
      <w:r>
        <w:t>Allah ka creation plan yeh hai hi nahi ke ummat e muslema jo hai under siege ho jaye, enemies gir jayein.</w:t>
      </w:r>
    </w:p>
    <w:p>
      <w:pPr>
        <w:jc w:val="right"/>
      </w:pPr>
      <w:r>
        <w:t>اللہ کا creation plan یہ ہے ہی نہیں کہ امت مسلمہ جو ہے under siege ہو جائے، enemies گر جائیں۔</w:t>
      </w:r>
    </w:p>
    <w:p>
      <w:r>
        <w:rPr>
          <w:b/>
        </w:rPr>
        <w:t xml:space="preserve">[02:00] </w:t>
      </w:r>
      <w:r>
        <w:t>yeh hai hi nahi.</w:t>
      </w:r>
    </w:p>
    <w:p>
      <w:pPr>
        <w:jc w:val="right"/>
      </w:pPr>
      <w:r>
        <w:t>یہ ہے ہی نہیں۔</w:t>
      </w:r>
    </w:p>
    <w:p>
      <w:r>
        <w:rPr>
          <w:b/>
        </w:rPr>
        <w:t xml:space="preserve">[02:05] </w:t>
      </w:r>
      <w:r>
        <w:t>Quran o Hadees padh lijeye aap.</w:t>
      </w:r>
    </w:p>
    <w:p>
      <w:pPr>
        <w:jc w:val="right"/>
      </w:pPr>
      <w:r>
        <w:t>قرآن و حدیث پڑھ لیجیے آپ۔</w:t>
      </w:r>
    </w:p>
    <w:p>
      <w:r>
        <w:rPr>
          <w:b/>
        </w:rPr>
        <w:t xml:space="preserve">[02:10] </w:t>
      </w:r>
      <w:r>
        <w:t>to yeh kahan se nikal aya? khud hi khud nikal liya</w:t>
      </w:r>
    </w:p>
    <w:p>
      <w:pPr>
        <w:jc w:val="right"/>
      </w:pPr>
      <w:r>
        <w:t>تو یہ کہاں سے نکل آیا؟ خود ہی خود نکال لیا</w:t>
      </w:r>
    </w:p>
    <w:p>
      <w:r>
        <w:rPr>
          <w:b/>
        </w:rPr>
        <w:t xml:space="preserve">[02:15] </w:t>
      </w:r>
      <w:r>
        <w:t>aur ye ajeeb baat hai ke itna phail gaya hai, itna phail gaya hai ke jisko dekhe wahi boli bolta hai. Pakistan ke ek top ke rehnuma ka maine padha, unhone likha tha ke Yahood o Hanood Islam ke azli dushman hain. Kehti be maani</w:t>
      </w:r>
    </w:p>
    <w:p>
      <w:pPr>
        <w:jc w:val="right"/>
      </w:pPr>
      <w:r>
        <w:t>۔ اور یہ عجیب بات ہے کہ اتنا پھیل گیا ہے، اتنا پھیل گیا ہے کہ جس کو دیکھے وہی بولی بولتا ہے۔ پاکستان کے ایک top کے رہنما کا میں نے پڑھا، انہوں نے لکھا تھا کہ یہود اور ہنود اسلام کے ازلی دشمن ہیں۔ کہتی بے مع</w:t>
      </w:r>
    </w:p>
    <w:p>
      <w:r>
        <w:rPr>
          <w:b/>
        </w:rPr>
        <w:t xml:space="preserve">[02:45] </w:t>
      </w:r>
      <w:r>
        <w:t>ni baat hai, azal mein to yahood o hanood the hi nahi.</w:t>
      </w:r>
    </w:p>
    <w:p>
      <w:pPr>
        <w:jc w:val="right"/>
      </w:pPr>
      <w:r>
        <w:t>نی بات ہے، ازل میں تو یہود و ہنود تھے ہی نہیں۔</w:t>
      </w:r>
    </w:p>
    <w:p>
      <w:r>
        <w:rPr>
          <w:b/>
        </w:rPr>
        <w:t xml:space="preserve">[02:50] </w:t>
      </w:r>
      <w:r>
        <w:t>azal mein kahan the yeh log? yeh to baat koi paida hui hai.</w:t>
      </w:r>
    </w:p>
    <w:p>
      <w:pPr>
        <w:jc w:val="right"/>
      </w:pPr>
      <w:r>
        <w:t>ازل میں کہاں تھے یہ لوگ؟ یہ تو بات کوئی پیدا ہوئی ہے۔</w:t>
      </w:r>
    </w:p>
    <w:p>
      <w:r>
        <w:rPr>
          <w:b/>
        </w:rPr>
        <w:t xml:space="preserve">[02:55] </w:t>
      </w:r>
      <w:r>
        <w:t>yeh bilkul baseless baat hai.</w:t>
      </w:r>
    </w:p>
    <w:p>
      <w:pPr>
        <w:jc w:val="right"/>
      </w:pPr>
      <w:r>
        <w:t>یہ بالکل baseless بات ہے۔</w:t>
      </w:r>
    </w:p>
    <w:p>
      <w:r>
        <w:rPr>
          <w:b/>
        </w:rPr>
        <w:t xml:space="preserve">[03:00] </w:t>
      </w:r>
      <w:r>
        <w:t>aise hi India se le kar aap America tak chale jaiye, sab log Islamophobia ki boli bolenge.</w:t>
      </w:r>
    </w:p>
    <w:p>
      <w:pPr>
        <w:jc w:val="right"/>
      </w:pPr>
      <w:r>
        <w:t>ایسے ہی انڈیا سے لے کر آپ امریکہ تک چلے جائیے، سب لوگ Islamophobia کی بولی بولیں گے۔</w:t>
      </w:r>
    </w:p>
    <w:p>
      <w:r>
        <w:rPr>
          <w:b/>
        </w:rPr>
        <w:t xml:space="preserve">[03:05] </w:t>
      </w:r>
      <w:r>
        <w:t>sab log kahenge sari dunya Islam ke khilaf conspiracy kar rahi hai.</w:t>
      </w:r>
    </w:p>
    <w:p>
      <w:pPr>
        <w:jc w:val="right"/>
      </w:pPr>
      <w:r>
        <w:t>سب لوگ کہیں گے ساری دنیا اسلام کے خلاف conspiracy کر رہی ہے۔</w:t>
      </w:r>
    </w:p>
    <w:p>
      <w:r>
        <w:rPr>
          <w:b/>
        </w:rPr>
        <w:t xml:space="preserve">[03:10] </w:t>
      </w:r>
      <w:r>
        <w:t>lekin aap jab dekhein Quran o</w:t>
      </w:r>
    </w:p>
    <w:p>
      <w:pPr>
        <w:jc w:val="right"/>
      </w:pPr>
      <w:r>
        <w:t>لیکن آپ جب دیکھیں قرآن و</w:t>
      </w:r>
    </w:p>
    <w:p>
      <w:r>
        <w:rPr>
          <w:b/>
        </w:rPr>
        <w:t xml:space="preserve">[03:15] </w:t>
      </w:r>
      <w:r>
        <w:t>Hadees ko to yeh bilkul unfounded lagta hai.</w:t>
      </w:r>
    </w:p>
    <w:p>
      <w:pPr>
        <w:jc w:val="right"/>
      </w:pPr>
      <w:r>
        <w:t>حدیث کو تو یہ بالکل unfounded لگتا ہے۔</w:t>
      </w:r>
    </w:p>
    <w:p>
      <w:r>
        <w:rPr>
          <w:b/>
        </w:rPr>
        <w:t xml:space="preserve">[03:21] </w:t>
      </w:r>
      <w:r>
        <w:t>phir woh aaj mein soch raha tha ke ek Hadees hai ke Rasool Allah Sal Allahu Alaihi Wasallam</w:t>
      </w:r>
    </w:p>
    <w:p>
      <w:pPr>
        <w:jc w:val="right"/>
      </w:pPr>
      <w:r>
        <w:t>پھر وہ آج میں سوچ رہا تھا کہ ایک حدیث ہے کہ رسول اللہ صلی اللہ علیہ وسلم</w:t>
      </w:r>
    </w:p>
    <w:p>
      <w:r>
        <w:rPr>
          <w:b/>
        </w:rPr>
        <w:t xml:space="preserve">[03:27] </w:t>
      </w:r>
      <w:r>
        <w:t>Makkah mein jab the, mukhalifat badh gayi thi.</w:t>
      </w:r>
    </w:p>
    <w:p>
      <w:pPr>
        <w:jc w:val="right"/>
      </w:pPr>
      <w:r>
        <w:t>مکہ میں جب تھے، مخالفت بڑھ گئی تھی۔</w:t>
      </w:r>
    </w:p>
    <w:p>
      <w:r>
        <w:rPr>
          <w:b/>
        </w:rPr>
        <w:t xml:space="preserve">[03:33] </w:t>
      </w:r>
      <w:r>
        <w:t>to Abu Talib wahan aap ke sarparast the, woh bimar hue, us zamane ki baat hai yeh.</w:t>
      </w:r>
    </w:p>
    <w:p>
      <w:pPr>
        <w:jc w:val="right"/>
      </w:pPr>
      <w:r>
        <w:t>تو ابو طالب وہاں آپ کے سرپرست تھے، وہ بیمار ہوئے، اس زمانے کی بات ہے یہ۔</w:t>
      </w:r>
    </w:p>
    <w:p>
      <w:r>
        <w:rPr>
          <w:b/>
        </w:rPr>
        <w:t xml:space="preserve">[03:40] </w:t>
      </w:r>
      <w:r>
        <w:t>to Quraish ke leader wahan ekattha hue, woh kaha ke bulao apne bhatije ko</w:t>
      </w:r>
    </w:p>
    <w:p>
      <w:pPr>
        <w:jc w:val="right"/>
      </w:pPr>
      <w:r>
        <w:t>تو قریش کے leader وہاں اکٹھا ہوئے، وہ کہا کہ بلاؤ اپنے بھتیجے کو</w:t>
      </w:r>
    </w:p>
    <w:p>
      <w:r>
        <w:rPr>
          <w:b/>
        </w:rPr>
        <w:t xml:space="preserve">[03:46] </w:t>
      </w:r>
      <w:r>
        <w:t>aur hum un se baat karna chahte hain.</w:t>
      </w:r>
    </w:p>
    <w:p>
      <w:pPr>
        <w:jc w:val="right"/>
      </w:pPr>
      <w:r>
        <w:t>اور ہم ان سے بات کرنا چاہتے ہیں۔</w:t>
      </w:r>
    </w:p>
    <w:p>
      <w:r>
        <w:rPr>
          <w:b/>
        </w:rPr>
        <w:t xml:space="preserve">[03:51] </w:t>
      </w:r>
      <w:r>
        <w:t>to Rasool Allah aaye to wahan Quraish ke leaderon ne aap se poocha ke aap chahte kya hain?</w:t>
      </w:r>
    </w:p>
    <w:p>
      <w:pPr>
        <w:jc w:val="right"/>
      </w:pPr>
      <w:r>
        <w:t>تو رسول اللہ آئے تو وہاں قریش کے لیڈروں نے آپ سے پوچھا کہ آپ چاہتے کیا ہیں؟</w:t>
      </w:r>
    </w:p>
    <w:p>
      <w:r>
        <w:rPr>
          <w:b/>
        </w:rPr>
        <w:t xml:space="preserve">[03:56] </w:t>
      </w:r>
      <w:r>
        <w:t>yeh bataiye un ko.</w:t>
      </w:r>
    </w:p>
    <w:p>
      <w:pPr>
        <w:jc w:val="right"/>
      </w:pPr>
      <w:r>
        <w:t>یہ بتائیے ان کو۔</w:t>
      </w:r>
    </w:p>
    <w:p>
      <w:r>
        <w:rPr>
          <w:b/>
        </w:rPr>
        <w:t xml:space="preserve">[04:01] </w:t>
      </w:r>
      <w:r>
        <w:t>to us waqt ka jo jo aap ne jo kaha tha, woh aap dekh sakte hain Al Bidaya wa Al Nihaya</w:t>
      </w:r>
    </w:p>
    <w:p>
      <w:pPr>
        <w:jc w:val="right"/>
      </w:pPr>
      <w:r>
        <w:t>تو اس وقت کا جو جو آپ نے جو کہا تھا، وہ آپ دیکھ سکتے ہیں البدایہ والنہایہ</w:t>
      </w:r>
    </w:p>
    <w:p>
      <w:r>
        <w:rPr>
          <w:b/>
        </w:rPr>
        <w:t xml:space="preserve">[04:06] </w:t>
      </w:r>
      <w:r>
        <w:t>mein, seerat ibn e hisham mein aur doosri kitabon mein.</w:t>
      </w:r>
    </w:p>
    <w:p>
      <w:pPr>
        <w:jc w:val="right"/>
      </w:pPr>
      <w:r>
        <w:t>میں، سیرت ابن ہشام میں اور دوسری کتابوں میں۔</w:t>
      </w:r>
    </w:p>
    <w:p>
      <w:r>
        <w:rPr>
          <w:b/>
        </w:rPr>
        <w:t xml:space="preserve">[04:11] </w:t>
      </w:r>
      <w:r>
        <w:t>aap ne kaha</w:t>
      </w:r>
    </w:p>
    <w:p>
      <w:pPr>
        <w:jc w:val="right"/>
      </w:pPr>
      <w:r>
        <w:t>آپ نے کہا</w:t>
      </w:r>
    </w:p>
    <w:p>
      <w:r>
        <w:rPr>
          <w:b/>
        </w:rPr>
        <w:t xml:space="preserve">[04:16] </w:t>
      </w:r>
      <w:r>
        <w:t>tha ke kalmata wahida tutooniya tamlikoon bil arab wa tadino bil ajam.</w:t>
      </w:r>
    </w:p>
    <w:p>
      <w:pPr>
        <w:jc w:val="right"/>
      </w:pPr>
      <w:r>
        <w:t>تھا کہ کلمۃ واحدا توتونیہ تملکون بالعرب وتدین بالعجم۔</w:t>
      </w:r>
    </w:p>
    <w:p>
      <w:r>
        <w:rPr>
          <w:b/>
        </w:rPr>
        <w:t xml:space="preserve">[04:24] </w:t>
      </w:r>
      <w:r>
        <w:t>mein tum se sirf ek kalma chahta hoon, ek kalma.</w:t>
      </w:r>
    </w:p>
    <w:p>
      <w:pPr>
        <w:jc w:val="right"/>
      </w:pPr>
      <w:r>
        <w:t>میں تم سے صرف ایک کلمہ چاہتا ہوں، ایک کلمہ۔</w:t>
      </w:r>
    </w:p>
    <w:p>
      <w:r>
        <w:rPr>
          <w:b/>
        </w:rPr>
        <w:t xml:space="preserve">[04:31] </w:t>
      </w:r>
      <w:r>
        <w:t>is ke zariye tum arab o ajam ke malik ban jao ge.</w:t>
      </w:r>
    </w:p>
    <w:p>
      <w:pPr>
        <w:jc w:val="right"/>
      </w:pPr>
      <w:r>
        <w:t>اس کے ذریعے تم عرب و عجم کے مالک بن جاؤ گے۔</w:t>
      </w:r>
    </w:p>
    <w:p>
      <w:r>
        <w:rPr>
          <w:b/>
        </w:rPr>
        <w:t xml:space="preserve">[04:39] </w:t>
      </w:r>
      <w:r>
        <w:t>ab ghor kijiye ke</w:t>
      </w:r>
    </w:p>
    <w:p>
      <w:pPr>
        <w:jc w:val="right"/>
      </w:pPr>
      <w:r>
        <w:t>اب غور کیجیے کہ</w:t>
      </w:r>
    </w:p>
    <w:p>
      <w:r>
        <w:rPr>
          <w:b/>
        </w:rPr>
        <w:t xml:space="preserve">[04:46] </w:t>
      </w:r>
      <w:r>
        <w:t>Rasool Allah ke is kehne jab kaha tha aap ne to chaudah sau saal beet gaye. To jo log is ko lete hain political maani mein ke Islam ka political rule sari duniya mein ho jayega, to abhi tak to hua nahi. To jis ko kehte hain English mein ke metaphysical it is strength rejected. Ke Rasool Allah ke</w:t>
      </w:r>
    </w:p>
    <w:p>
      <w:pPr>
        <w:jc w:val="right"/>
      </w:pPr>
      <w:r>
        <w:t>رسول اللہ کے اس کہنے جب کہا تھا آپ نے تو چودہ سو سال بیت گئے۔ تو جو لوگ اس کو لیتے ہیں political معنی میں کہ اسلام کا political rule ساری دنیا میں ہو جائے گا، تو ابھی تک تو ہوا نہیں۔ تو جس کو کہتے ہیں انگلش میں کہ paramaphysi it is strength rejected۔ کہ رسول اللہ کے</w:t>
      </w:r>
    </w:p>
    <w:p>
      <w:r>
        <w:rPr>
          <w:b/>
        </w:rPr>
        <w:t xml:space="preserve">[05:16] </w:t>
      </w:r>
      <w:r>
        <w:t>kehne ka matlab agar yeh liya jaye political rule to hona chahiye tha woh, woh hua nahi.</w:t>
      </w:r>
    </w:p>
    <w:p>
      <w:pPr>
        <w:jc w:val="right"/>
      </w:pPr>
      <w:r>
        <w:t>کہنے کا مطلب اگر یہ لیا جائے political rule تو ہونا چاہیے تھا وہ، وہ ہوا نہیں۔</w:t>
      </w:r>
    </w:p>
    <w:p>
      <w:r>
        <w:rPr>
          <w:b/>
        </w:rPr>
        <w:t xml:space="preserve">[05:22] </w:t>
      </w:r>
      <w:r>
        <w:t>to is mani mein kuch aur lena parega jo hua.</w:t>
      </w:r>
    </w:p>
    <w:p>
      <w:pPr>
        <w:jc w:val="right"/>
      </w:pPr>
      <w:r>
        <w:t>تو اس معنی میں کچھ اور لینا پڑے گا جو ہوا۔</w:t>
      </w:r>
    </w:p>
    <w:p>
      <w:r>
        <w:rPr>
          <w:b/>
        </w:rPr>
        <w:t xml:space="preserve">[05:28] </w:t>
      </w:r>
      <w:r>
        <w:t>kuch aur lena parega jo hua.</w:t>
      </w:r>
    </w:p>
    <w:p>
      <w:pPr>
        <w:jc w:val="right"/>
      </w:pPr>
      <w:r>
        <w:t>کچھ اور لینا پڑے گا جو ہوا۔</w:t>
      </w:r>
    </w:p>
    <w:p>
      <w:r>
        <w:rPr>
          <w:b/>
        </w:rPr>
        <w:t xml:space="preserve">[05:35] </w:t>
      </w:r>
      <w:r>
        <w:t>to hua kya tha? mein ne is pe bohat socha.</w:t>
      </w:r>
    </w:p>
    <w:p>
      <w:pPr>
        <w:jc w:val="right"/>
      </w:pPr>
      <w:r>
        <w:t>تو ہوا کیا تھا؟ میں نے اس پہ بہت سوچا۔</w:t>
      </w:r>
    </w:p>
    <w:p>
      <w:r>
        <w:rPr>
          <w:b/>
        </w:rPr>
        <w:t xml:space="preserve">[05:41] </w:t>
      </w:r>
      <w:r>
        <w:t>to mein is rai par pohancha ke aap ne yeh kaha tha ke mere zariye se ek naya</w:t>
      </w:r>
    </w:p>
    <w:p>
      <w:pPr>
        <w:jc w:val="right"/>
      </w:pPr>
      <w:r>
        <w:t>تو میں اس رائے پر پہنچا کہ آپ نے یہ کہا تھا کہ میرے ذریعے سے ایک نیا</w:t>
      </w:r>
    </w:p>
    <w:p>
      <w:r>
        <w:rPr>
          <w:b/>
        </w:rPr>
        <w:t xml:space="preserve">[05:47] </w:t>
      </w:r>
      <w:r>
        <w:t>revolution aaye ga history mein.</w:t>
      </w:r>
    </w:p>
    <w:p>
      <w:pPr>
        <w:jc w:val="right"/>
      </w:pPr>
      <w:r>
        <w:t>revolution آئے گا history میں۔</w:t>
      </w:r>
    </w:p>
    <w:p>
      <w:r>
        <w:rPr>
          <w:b/>
        </w:rPr>
        <w:t xml:space="preserve">[05:51] </w:t>
      </w:r>
      <w:r>
        <w:t>history mein ek naya inqilab, naya revolution aaye ga.</w:t>
      </w:r>
    </w:p>
    <w:p>
      <w:pPr>
        <w:jc w:val="right"/>
      </w:pPr>
      <w:r>
        <w:t>history میں ایک نیا انقلاب، نیا revolution آئے گا۔</w:t>
      </w:r>
    </w:p>
    <w:p>
      <w:r>
        <w:rPr>
          <w:b/>
        </w:rPr>
        <w:t xml:space="preserve">[05:55] </w:t>
      </w:r>
      <w:r>
        <w:t>jabke equation badal jayega.</w:t>
      </w:r>
    </w:p>
    <w:p>
      <w:pPr>
        <w:jc w:val="right"/>
      </w:pPr>
      <w:r>
        <w:t>جبکہ equation بدل جائے گا۔</w:t>
      </w:r>
    </w:p>
    <w:p>
      <w:r>
        <w:rPr>
          <w:b/>
        </w:rPr>
        <w:t xml:space="preserve">[06:00] </w:t>
      </w:r>
      <w:r>
        <w:t>equation hi badal jayega.</w:t>
      </w:r>
    </w:p>
    <w:p>
      <w:pPr>
        <w:jc w:val="right"/>
      </w:pPr>
      <w:r>
        <w:t>equation ہی بدل جائے گا۔</w:t>
      </w:r>
    </w:p>
    <w:p>
      <w:r>
        <w:rPr>
          <w:b/>
        </w:rPr>
        <w:t xml:space="preserve">[06:04] </w:t>
      </w:r>
      <w:r>
        <w:t>yani ab tak ki tareekh yeh thi ke friend aur foe, dost aur dushman ka equation tha duniya mein.</w:t>
      </w:r>
    </w:p>
    <w:p>
      <w:pPr>
        <w:jc w:val="right"/>
      </w:pPr>
      <w:r>
        <w:t>یعنی اب تک کی تاریخ یہ تھی کہ friend اور foe، دوست اور دشمن کا equation تھا دنیا میں۔</w:t>
      </w:r>
    </w:p>
    <w:p>
      <w:r>
        <w:rPr>
          <w:b/>
        </w:rPr>
        <w:t xml:space="preserve">[06:08] </w:t>
      </w:r>
      <w:r>
        <w:t>kuch dost hain, kuch dushman hain.</w:t>
      </w:r>
    </w:p>
    <w:p>
      <w:pPr>
        <w:jc w:val="right"/>
      </w:pPr>
      <w:r>
        <w:t>کچھ دوست ہیں، کچھ دشمن ہیں۔</w:t>
      </w:r>
    </w:p>
    <w:p>
      <w:r>
        <w:rPr>
          <w:b/>
        </w:rPr>
        <w:t xml:space="preserve">[06:13] </w:t>
      </w:r>
      <w:r>
        <w:t>to aap ne yeh</w:t>
      </w:r>
    </w:p>
    <w:p>
      <w:pPr>
        <w:jc w:val="right"/>
      </w:pPr>
      <w:r>
        <w:t>تو آپ نے یہ</w:t>
      </w:r>
    </w:p>
    <w:p>
      <w:r>
        <w:rPr>
          <w:b/>
        </w:rPr>
        <w:t xml:space="preserve">[06:17] </w:t>
      </w:r>
      <w:r>
        <w:t>kaha tha, mein doosri aur jo mein un ko le kar bol raha hoon yeh baat ke duniya</w:t>
      </w:r>
    </w:p>
    <w:p>
      <w:pPr>
        <w:jc w:val="right"/>
      </w:pPr>
      <w:r>
        <w:t>کہا تھا، میں دوسری اور جو میں ان کو لے کر بول رہا ہوں یہ بات کہ دنیا</w:t>
      </w:r>
    </w:p>
    <w:p>
      <w:r>
        <w:rPr>
          <w:b/>
        </w:rPr>
        <w:t xml:space="preserve">[06:23] </w:t>
      </w:r>
      <w:r>
        <w:t>mein dost honge aur supporter honge.</w:t>
      </w:r>
    </w:p>
    <w:p>
      <w:pPr>
        <w:jc w:val="right"/>
      </w:pPr>
      <w:r>
        <w:t>میں دوست ہوں گے اور supporter ہوں گے۔</w:t>
      </w:r>
    </w:p>
    <w:p>
      <w:r>
        <w:rPr>
          <w:b/>
        </w:rPr>
        <w:t xml:space="preserve">[06:29] </w:t>
      </w:r>
      <w:r>
        <w:t>ab jo equation banega, kuch log dost honge, kuch log supporter honge.</w:t>
      </w:r>
    </w:p>
    <w:p>
      <w:pPr>
        <w:jc w:val="right"/>
      </w:pPr>
      <w:r>
        <w:t>اب جو equation بنے گا، کچھ لوگ دوست ہوں گے، کچھ لوگ supporter ہوں گے۔</w:t>
      </w:r>
    </w:p>
    <w:p>
      <w:r>
        <w:rPr>
          <w:b/>
        </w:rPr>
        <w:t xml:space="preserve">[06:35] </w:t>
      </w:r>
      <w:r>
        <w:t>yani aaj kal ki industrial istilaah jo hai outsourcing.</w:t>
      </w:r>
    </w:p>
    <w:p>
      <w:pPr>
        <w:jc w:val="right"/>
      </w:pPr>
      <w:r>
        <w:t>یعنی آج کل کی industrial اصطلاح جو ہے outsourcing۔</w:t>
      </w:r>
    </w:p>
    <w:p>
      <w:r>
        <w:rPr>
          <w:b/>
        </w:rPr>
        <w:t xml:space="preserve">[06:41] </w:t>
      </w:r>
      <w:r>
        <w:t>to kaha ke kuch log woh honge jo</w:t>
      </w:r>
    </w:p>
    <w:p>
      <w:pPr>
        <w:jc w:val="right"/>
      </w:pPr>
      <w:r>
        <w:t>تو کہا کہ کچھ لوگ وہ ہوں گے جو</w:t>
      </w:r>
    </w:p>
    <w:p>
      <w:r>
        <w:rPr>
          <w:b/>
        </w:rPr>
        <w:t xml:space="preserve">[06:47] </w:t>
      </w:r>
      <w:r>
        <w:t>aap ke followers honge, kuch log woh honge jin ka aap outsourcing karenge.</w:t>
      </w:r>
    </w:p>
    <w:p>
      <w:pPr>
        <w:jc w:val="right"/>
      </w:pPr>
      <w:r>
        <w:t>آپ کے followers ہوں گے، کچھ لوگ وہ ہوں گے جن کا آپ outsourcing کریں گے۔</w:t>
      </w:r>
    </w:p>
    <w:p>
      <w:r>
        <w:rPr>
          <w:b/>
        </w:rPr>
        <w:t xml:space="preserve">[06:53] </w:t>
      </w:r>
      <w:r>
        <w:t>dushmani khatam, sazish khatam.</w:t>
      </w:r>
    </w:p>
    <w:p>
      <w:pPr>
        <w:jc w:val="right"/>
      </w:pPr>
      <w:r>
        <w:t>دشمنی ختم، سازش ختم۔</w:t>
      </w:r>
    </w:p>
    <w:p>
      <w:r>
        <w:rPr>
          <w:b/>
        </w:rPr>
        <w:t xml:space="preserve">[06:59] </w:t>
      </w:r>
      <w:r>
        <w:t>lekin dekhiye, is dunya mein koi bhi cheez potential tor par khatm hoti hai, actual tor par nahin.</w:t>
      </w:r>
    </w:p>
    <w:p>
      <w:pPr>
        <w:jc w:val="right"/>
      </w:pPr>
      <w:r>
        <w:t>لیکن دیکھیے، اس دنیا میں کوئی بھی چیز potential طور پر ختم ہوتی ہے، actual طور پر نہیں۔</w:t>
      </w:r>
    </w:p>
    <w:p>
      <w:r>
        <w:rPr>
          <w:b/>
        </w:rPr>
        <w:t xml:space="preserve">[07:05] </w:t>
      </w:r>
      <w:r>
        <w:t>jaise suraj nikla hua hai to potential tor par nikla hua hai, woh apni aankh band kar loon</w:t>
      </w:r>
    </w:p>
    <w:p>
      <w:pPr>
        <w:jc w:val="right"/>
      </w:pPr>
      <w:r>
        <w:t>جیسے سورج نکلا ہوا ہے تو potential طور پر نکلا ہوا ہے، وہ اپنی آنکھ بند کر لوں</w:t>
      </w:r>
    </w:p>
    <w:p>
      <w:r>
        <w:rPr>
          <w:b/>
        </w:rPr>
        <w:t xml:space="preserve">[07:11] </w:t>
      </w:r>
      <w:r>
        <w:t>to mere liye suraj nahin rahe ga, roshni nahin rahe gi.</w:t>
      </w:r>
    </w:p>
    <w:p>
      <w:pPr>
        <w:jc w:val="right"/>
      </w:pPr>
      <w:r>
        <w:t>تو میرے لیے سورج نہیں رہے گا، روشنی نہیں رہے گی۔</w:t>
      </w:r>
    </w:p>
    <w:p>
      <w:r>
        <w:rPr>
          <w:b/>
        </w:rPr>
        <w:t xml:space="preserve">[07:17] </w:t>
      </w:r>
      <w:r>
        <w:t>to insan ko apna is mein aik share dena parta hai, tab woh potential actual banta hai.</w:t>
      </w:r>
    </w:p>
    <w:p>
      <w:pPr>
        <w:jc w:val="right"/>
      </w:pPr>
      <w:r>
        <w:t>تو انسان کو اپنا اس میں ایک share دینا پڑتا ہے، تب وہ potential actual بنتا ہے۔</w:t>
      </w:r>
    </w:p>
    <w:p>
      <w:r>
        <w:rPr>
          <w:b/>
        </w:rPr>
        <w:t xml:space="preserve">[07:25] </w:t>
      </w:r>
      <w:r>
        <w:t>yani suraj ki roshni mere liye roshni tab hai jab ke main apne ko khula rakhun, apne aap</w:t>
      </w:r>
    </w:p>
    <w:p>
      <w:pPr>
        <w:jc w:val="right"/>
      </w:pPr>
      <w:r>
        <w:t>یعنی سورج کی روشنی میرے لیے روشنی تب ہے جب کہ میں اپنے کو کھلا رکھوں، اپنے آپ</w:t>
      </w:r>
    </w:p>
    <w:p>
      <w:r>
        <w:rPr>
          <w:b/>
        </w:rPr>
        <w:t xml:space="preserve">[07:33] </w:t>
      </w:r>
      <w:r>
        <w:t>ko band kar loon to nahin hai.</w:t>
      </w:r>
    </w:p>
    <w:p>
      <w:pPr>
        <w:jc w:val="right"/>
      </w:pPr>
      <w:r>
        <w:t>کو بند کر لوں تو نہیں ہے۔</w:t>
      </w:r>
    </w:p>
    <w:p>
      <w:r>
        <w:rPr>
          <w:b/>
        </w:rPr>
        <w:t xml:space="preserve">[07:41] </w:t>
      </w:r>
      <w:r>
        <w:t>to musalman is zamane mein apni aankhein band kar rakhi hain, unhon ne band kar rakhi hain.</w:t>
      </w:r>
    </w:p>
    <w:p>
      <w:pPr>
        <w:jc w:val="right"/>
      </w:pPr>
      <w:r>
        <w:t>تو مسلمان اس زمانے میں اپنی آنکھیں بند کر رکھی ہیں، انہوں نے بند کر رکھی ہیں۔</w:t>
      </w:r>
    </w:p>
    <w:p>
      <w:r>
        <w:rPr>
          <w:b/>
        </w:rPr>
        <w:t xml:space="preserve">[07:48] </w:t>
      </w:r>
      <w:r>
        <w:t>to unhein sab idhar udhar dikhai deta hai.</w:t>
      </w:r>
    </w:p>
    <w:p>
      <w:pPr>
        <w:jc w:val="right"/>
      </w:pPr>
      <w:r>
        <w:t>تو انہیں سب ادھر ادھر دکھائی دیتا ہے۔</w:t>
      </w:r>
    </w:p>
    <w:p>
      <w:r>
        <w:rPr>
          <w:b/>
        </w:rPr>
        <w:t xml:space="preserve">[07:56] </w:t>
      </w:r>
      <w:r>
        <w:t>halankeh woh zamana aa chuka jab ke koi dushmani bhi nahin, sazish bhi nahin, koi Islamophobia bhi nahin.</w:t>
      </w:r>
    </w:p>
    <w:p>
      <w:pPr>
        <w:jc w:val="right"/>
      </w:pPr>
      <w:r>
        <w:t>حالانکہ وہ زمانہ آ چکا جب کہ کوئی دشمنی بھی نہیں، سازش بھی نہیں، کوئی Islamophobia بھی نہیں۔</w:t>
      </w:r>
    </w:p>
    <w:p>
      <w:r>
        <w:rPr>
          <w:b/>
        </w:rPr>
        <w:t xml:space="preserve">[08:04] </w:t>
      </w:r>
      <w:r>
        <w:t>saare log ya to aap ke followers hon ge ya aap ke supporter hon ge.</w:t>
      </w:r>
    </w:p>
    <w:p>
      <w:pPr>
        <w:jc w:val="right"/>
      </w:pPr>
      <w:r>
        <w:t>سارے لوگ یا تو آپ کے followers ہوں گے یا آپ کے supporter ہوں گے۔</w:t>
      </w:r>
    </w:p>
    <w:p>
      <w:r>
        <w:rPr>
          <w:b/>
        </w:rPr>
        <w:t xml:space="preserve">[08:11] </w:t>
      </w:r>
      <w:r>
        <w:t>main aap ko aaj ki aik misaal deta hoon, aaj hi ki. dekhiye, yeh</w:t>
      </w:r>
    </w:p>
    <w:p>
      <w:pPr>
        <w:jc w:val="right"/>
      </w:pPr>
      <w:r>
        <w:t>میں آپ کو آج کی ایک مثال دیتا ہوں، آج ہی کی۔ دیکھیے، یہ</w:t>
      </w:r>
    </w:p>
    <w:p>
      <w:r>
        <w:rPr>
          <w:b/>
        </w:rPr>
        <w:t xml:space="preserve">[08:19] </w:t>
      </w:r>
      <w:r>
        <w:t>aaj ka Times of India hai, yani chhabbees March ka.</w:t>
      </w:r>
    </w:p>
    <w:p>
      <w:pPr>
        <w:jc w:val="right"/>
      </w:pPr>
      <w:r>
        <w:t>آج کا ٹیبز آف انڈیا ہے، یعنی چھبیس مارچ کا۔</w:t>
      </w:r>
    </w:p>
    <w:p>
      <w:r>
        <w:rPr>
          <w:b/>
        </w:rPr>
        <w:t xml:space="preserve">[08:25] </w:t>
      </w:r>
      <w:r>
        <w:t>is ke pehle page par aik article chhaapa hai jo main ne likha hua.</w:t>
      </w:r>
    </w:p>
    <w:p>
      <w:pPr>
        <w:jc w:val="right"/>
      </w:pPr>
      <w:r>
        <w:t>اس کے پہلے page پر ایک آرٹیکل چھپا ہے جو میں نے لکھا ہوا۔</w:t>
      </w:r>
    </w:p>
    <w:p>
      <w:r>
        <w:rPr>
          <w:b/>
        </w:rPr>
        <w:t xml:space="preserve">[08:31] </w:t>
      </w:r>
      <w:r>
        <w:t>is mein aap dekhiye, saare political leaderon ko khara kar diya unhon ne.</w:t>
      </w:r>
    </w:p>
    <w:p>
      <w:pPr>
        <w:jc w:val="right"/>
      </w:pPr>
      <w:r>
        <w:t>اس میں آپ دیکھیے، سارے political لیڈروں کو کھڑا کر دیا انہوں نے۔</w:t>
      </w:r>
    </w:p>
    <w:p>
      <w:r>
        <w:rPr>
          <w:b/>
        </w:rPr>
        <w:t xml:space="preserve">[08:38] </w:t>
      </w:r>
      <w:r>
        <w:t>aik taraf ab is ko khara kar diya advisor ke roop mein.</w:t>
      </w:r>
    </w:p>
    <w:p>
      <w:pPr>
        <w:jc w:val="right"/>
      </w:pPr>
      <w:r>
        <w:t>ایک طرف اب اس کو کھڑا کر دیا advisor کے روپ میں۔</w:t>
      </w:r>
    </w:p>
    <w:p>
      <w:r>
        <w:rPr>
          <w:b/>
        </w:rPr>
        <w:t xml:space="preserve">[08:44] </w:t>
      </w:r>
      <w:r>
        <w:t>idhar main advisor ke roop mein hoon, idhar woh audience ke roop mein goya ke hain.</w:t>
      </w:r>
    </w:p>
    <w:p>
      <w:pPr>
        <w:jc w:val="right"/>
      </w:pPr>
      <w:r>
        <w:t>ادھر میں advisor کے روپ میں ہوں، ادھر وہ audience کے روپ میں گویا کہ ہیں۔</w:t>
      </w:r>
    </w:p>
    <w:p>
      <w:r>
        <w:rPr>
          <w:b/>
        </w:rPr>
        <w:t xml:space="preserve">[08:50] </w:t>
      </w:r>
      <w:r>
        <w:t>kaisi ajeeb baat hai.</w:t>
      </w:r>
    </w:p>
    <w:p>
      <w:pPr>
        <w:jc w:val="right"/>
      </w:pPr>
      <w:r>
        <w:t>کیسی عجیب بات ہے۔</w:t>
      </w:r>
    </w:p>
    <w:p>
      <w:r>
        <w:rPr>
          <w:b/>
        </w:rPr>
        <w:t xml:space="preserve">[08:57] </w:t>
      </w:r>
      <w:r>
        <w:t>yahan par unhon ne mera mazmoon chhaapa hai aur is pe likha hai ke Maulana Wahiduddin Khan offers</w:t>
      </w:r>
    </w:p>
    <w:p>
      <w:pPr>
        <w:jc w:val="right"/>
      </w:pPr>
      <w:r>
        <w:t>یہاں پر انہوں نے میرا مضمون چھاپا ہے اور اس پہ لکھا ہے کہ مولا عبیدالدین خان offers</w:t>
      </w:r>
    </w:p>
    <w:p>
      <w:r>
        <w:rPr>
          <w:b/>
        </w:rPr>
        <w:t xml:space="preserve">[09:03] </w:t>
      </w:r>
      <w:r>
        <w:t>sales advice to politicians.</w:t>
      </w:r>
    </w:p>
    <w:p>
      <w:pPr>
        <w:jc w:val="right"/>
      </w:pPr>
      <w:r>
        <w:t>sales advice to politicians۔</w:t>
      </w:r>
    </w:p>
    <w:p>
      <w:r>
        <w:rPr>
          <w:b/>
        </w:rPr>
        <w:t xml:space="preserve">[09:09] </w:t>
      </w:r>
      <w:r>
        <w:t>aap ghaur kijiye ke India ke baray mein sochte hain log ke yeh to yani yahan par musalmanon</w:t>
      </w:r>
    </w:p>
    <w:p>
      <w:pPr>
        <w:jc w:val="right"/>
      </w:pPr>
      <w:r>
        <w:t>آپ غور کیجیے کہ انڈیا کے بارے میں سوچتے ہیں لوگ کہ یہ تو یعنی یہاں پر مسلمانوں</w:t>
      </w:r>
    </w:p>
    <w:p>
      <w:r>
        <w:rPr>
          <w:b/>
        </w:rPr>
        <w:t xml:space="preserve">[09:15] </w:t>
      </w:r>
      <w:r>
        <w:t>ke yeh hai, woh hai.</w:t>
      </w:r>
    </w:p>
    <w:p>
      <w:pPr>
        <w:jc w:val="right"/>
      </w:pPr>
      <w:r>
        <w:t>کے یہ ہے، وہ ہے۔</w:t>
      </w:r>
    </w:p>
    <w:p>
      <w:r>
        <w:rPr>
          <w:b/>
        </w:rPr>
        <w:t xml:space="preserve">[09:21] </w:t>
      </w:r>
      <w:r>
        <w:t>main to nahin manta.</w:t>
      </w:r>
    </w:p>
    <w:p>
      <w:pPr>
        <w:jc w:val="right"/>
      </w:pPr>
      <w:r>
        <w:t>میں تو نہیں مانتا۔</w:t>
      </w:r>
    </w:p>
    <w:p>
      <w:r>
        <w:rPr>
          <w:b/>
        </w:rPr>
        <w:t xml:space="preserve">[09:27] </w:t>
      </w:r>
      <w:r>
        <w:t>wahan par aik musalman, aik musalmani nahin balkeh aik aik aik daadhi wala musalman, yani aik aalim ko</w:t>
      </w:r>
    </w:p>
    <w:p>
      <w:pPr>
        <w:jc w:val="right"/>
      </w:pPr>
      <w:r>
        <w:t>وہاں پر ایک مسلمان، ایک مسلمانی نہیں بلکہ ایک ایک ایک داڑھی والا مسلمان، یعنی ایک عالم کو</w:t>
      </w:r>
    </w:p>
    <w:p>
      <w:r>
        <w:rPr>
          <w:b/>
        </w:rPr>
        <w:t xml:space="preserve">[09:33] </w:t>
      </w:r>
      <w:r>
        <w:t>unhon ne India ke tamam politicians ka advisor bana diya.</w:t>
      </w:r>
    </w:p>
    <w:p>
      <w:pPr>
        <w:jc w:val="right"/>
      </w:pPr>
      <w:r>
        <w:t>انہوں نے انڈیا کے تمام politicians کا advisor بنا دیا۔</w:t>
      </w:r>
    </w:p>
    <w:p>
      <w:r>
        <w:rPr>
          <w:b/>
        </w:rPr>
        <w:t xml:space="preserve">[09:40] </w:t>
      </w:r>
      <w:r>
        <w:t>kaisi ajeeb baat hai.</w:t>
      </w:r>
    </w:p>
    <w:p>
      <w:pPr>
        <w:jc w:val="right"/>
      </w:pPr>
      <w:r>
        <w:t>کیسی عجیب بات ہے۔</w:t>
      </w:r>
    </w:p>
    <w:p>
      <w:r>
        <w:rPr>
          <w:b/>
        </w:rPr>
        <w:t xml:space="preserve">[09:46] </w:t>
      </w:r>
      <w:r>
        <w:t>to yeh sirf India ki baat nahi hai,</w:t>
      </w:r>
    </w:p>
    <w:p>
      <w:pPr>
        <w:jc w:val="right"/>
      </w:pPr>
      <w:r>
        <w:t>تو یہ صرف انڈیا کی بات نہیں ہے،</w:t>
      </w:r>
    </w:p>
    <w:p>
      <w:r>
        <w:rPr>
          <w:b/>
        </w:rPr>
        <w:t xml:space="preserve">[09:52] </w:t>
      </w:r>
      <w:r>
        <w:t>yeh poori dunya ki baat hai. agar aap woh boli bolein jo aaj ke intellectual level ke mutabiq ho to sari dunya sune gi aap ki baat. aap ko janana parega ke aaj ka universal norm kya hai. to Salman ne jo farmaya tha, is ka matlab tha ke aik waqt aayega mere</w:t>
      </w:r>
    </w:p>
    <w:p>
      <w:pPr>
        <w:jc w:val="right"/>
      </w:pPr>
      <w:r>
        <w:t>یہ پوری دنیا کی بات ہے۔ اگر آپ وہ بولی بولیں جو آج کے intellectual level کے مطابق ہو تو ساری دنیا سنے گی آپ کی بات۔ آپ کو جاننا پڑے گا کہ آج کا universal norm کیا ہے۔ تو سلمان نے جو فرمایا تھا، اس کا مطلب تھا کہ ایک وقت آئے گا میرے</w:t>
      </w:r>
    </w:p>
    <w:p>
      <w:r>
        <w:rPr>
          <w:b/>
        </w:rPr>
        <w:t xml:space="preserve">[10:22] </w:t>
      </w:r>
      <w:r>
        <w:t>mission ke baad ke universal norm hi badal jayega.</w:t>
      </w:r>
    </w:p>
    <w:p>
      <w:pPr>
        <w:jc w:val="right"/>
      </w:pPr>
      <w:r>
        <w:t>mission کے بعد کہ universal norm ہی بدل جائے گا۔</w:t>
      </w:r>
    </w:p>
    <w:p>
      <w:r>
        <w:rPr>
          <w:b/>
        </w:rPr>
        <w:t xml:space="preserve">[10:28] </w:t>
      </w:r>
      <w:r>
        <w:t>duniya ka culture badal jayega, universal norm badal jayega.</w:t>
      </w:r>
    </w:p>
    <w:p>
      <w:pPr>
        <w:jc w:val="right"/>
      </w:pPr>
      <w:r>
        <w:t>دنیا کا کلچر بدل جائے گا، universal norm بدل جائے گا۔</w:t>
      </w:r>
    </w:p>
    <w:p>
      <w:r>
        <w:rPr>
          <w:b/>
        </w:rPr>
        <w:t xml:space="preserve">[10:34] </w:t>
      </w:r>
      <w:r>
        <w:t>woh yeh hai ke koi dushman aur dost nahi rahenge, balkeh ya toh followers honge ya</w:t>
      </w:r>
    </w:p>
    <w:p>
      <w:pPr>
        <w:jc w:val="right"/>
      </w:pPr>
      <w:r>
        <w:t>وہ یہ ہے کہ کوئی دشمن اور دوست نہیں رہیں گے، بلکہ یا تو followers ہوں گے یا</w:t>
      </w:r>
    </w:p>
    <w:p>
      <w:r>
        <w:rPr>
          <w:b/>
        </w:rPr>
        <w:t xml:space="preserve">[10:40] </w:t>
      </w:r>
      <w:r>
        <w:t>supporters honge.</w:t>
      </w:r>
    </w:p>
    <w:p>
      <w:pPr>
        <w:jc w:val="right"/>
      </w:pPr>
      <w:r>
        <w:t>supporters ہوں گے۔</w:t>
      </w:r>
    </w:p>
    <w:p>
      <w:r>
        <w:rPr>
          <w:b/>
        </w:rPr>
        <w:t xml:space="preserve">[10:47] </w:t>
      </w:r>
      <w:r>
        <w:t>aur supporters jo hain, woh indirect way mein followers hota hai.</w:t>
      </w:r>
    </w:p>
    <w:p>
      <w:pPr>
        <w:jc w:val="right"/>
      </w:pPr>
      <w:r>
        <w:t>اور supporters جو ہیں، وہ indirect way میں followers ہوتا ہے۔</w:t>
      </w:r>
    </w:p>
    <w:p>
      <w:r>
        <w:rPr>
          <w:b/>
        </w:rPr>
        <w:t xml:space="preserve">[10:53] </w:t>
      </w:r>
      <w:r>
        <w:t>to kaisi ajeeb baat hai.</w:t>
      </w:r>
    </w:p>
    <w:p>
      <w:pPr>
        <w:jc w:val="right"/>
      </w:pPr>
      <w:r>
        <w:t>تو کیسی عجیب بات ہے۔</w:t>
      </w:r>
    </w:p>
    <w:p>
      <w:r>
        <w:rPr>
          <w:b/>
        </w:rPr>
        <w:t xml:space="preserve">[10:59] </w:t>
      </w:r>
      <w:r>
        <w:t>to dekhiye, ek ek kaha jata hai ke Socrates jo tha, bohat bara philosopher, uske paas koi</w:t>
      </w:r>
    </w:p>
    <w:p>
      <w:pPr>
        <w:jc w:val="right"/>
      </w:pPr>
      <w:r>
        <w:t>تو دیکھیے، ایک ایک کہا جاتا ہے کہ Socrates جو تھا، بہت بڑا philosopher، اس کے پاس کوئی</w:t>
      </w:r>
    </w:p>
    <w:p>
      <w:r>
        <w:rPr>
          <w:b/>
        </w:rPr>
        <w:t xml:space="preserve">[11:07] </w:t>
      </w:r>
      <w:r>
        <w:t>aya ke ek aadmi bimar ho toh uska sab se bara problem kya hai.</w:t>
      </w:r>
    </w:p>
    <w:p>
      <w:pPr>
        <w:jc w:val="right"/>
      </w:pPr>
      <w:r>
        <w:t>آیا کہ ایک آدمی بیمار ہو تو اس کا سب سے بڑا problem کیا ہے۔</w:t>
      </w:r>
    </w:p>
    <w:p>
      <w:r>
        <w:rPr>
          <w:b/>
        </w:rPr>
        <w:t xml:space="preserve">[11:14] </w:t>
      </w:r>
      <w:r>
        <w:t>ek ek bimar ka problem sab se bara kya hai.</w:t>
      </w:r>
    </w:p>
    <w:p>
      <w:pPr>
        <w:jc w:val="right"/>
      </w:pPr>
      <w:r>
        <w:t>ایک ایک بیمار کا problem سب سے بڑا کیا ہے۔</w:t>
      </w:r>
    </w:p>
    <w:p>
      <w:r>
        <w:rPr>
          <w:b/>
        </w:rPr>
        <w:t xml:space="preserve">[11:22] </w:t>
      </w:r>
      <w:r>
        <w:t>usne kaha ke isko aise doctor mil jayein jo isko</w:t>
      </w:r>
    </w:p>
    <w:p>
      <w:pPr>
        <w:jc w:val="right"/>
      </w:pPr>
      <w:r>
        <w:t>اس نے کہا کہ اس کو ایسے ڈاکٹر مل جائیں جو اس کو</w:t>
      </w:r>
    </w:p>
    <w:p>
      <w:r>
        <w:rPr>
          <w:b/>
        </w:rPr>
        <w:t xml:space="preserve">[11:30] </w:t>
      </w:r>
      <w:r>
        <w:t>ghalat diagnosis karein.</w:t>
      </w:r>
    </w:p>
    <w:p>
      <w:pPr>
        <w:jc w:val="right"/>
      </w:pPr>
      <w:r>
        <w:t>غلط diagnosis کریں۔</w:t>
      </w:r>
    </w:p>
    <w:p>
      <w:r>
        <w:rPr>
          <w:b/>
        </w:rPr>
        <w:t xml:space="preserve">[11:35] </w:t>
      </w:r>
      <w:r>
        <w:t>yani ghalat tashkhees.</w:t>
      </w:r>
    </w:p>
    <w:p>
      <w:pPr>
        <w:jc w:val="right"/>
      </w:pPr>
      <w:r>
        <w:t>یعنی غلط تشخیص۔</w:t>
      </w:r>
    </w:p>
    <w:p>
      <w:r>
        <w:rPr>
          <w:b/>
        </w:rPr>
        <w:t xml:space="preserve">[11:40] </w:t>
      </w:r>
      <w:r>
        <w:t>sahi tashkhees karein toh bari acha ho jayega.</w:t>
      </w:r>
    </w:p>
    <w:p>
      <w:pPr>
        <w:jc w:val="right"/>
      </w:pPr>
      <w:r>
        <w:t>صحیح تشخیص کریں تو بڑی اچھا ہو جائے گا۔</w:t>
      </w:r>
    </w:p>
    <w:p>
      <w:r>
        <w:rPr>
          <w:b/>
        </w:rPr>
        <w:t xml:space="preserve">[11:45] </w:t>
      </w:r>
      <w:r>
        <w:t>ghalat tashkhees karein toh bari aur zyada bura haal iska ho jayega.</w:t>
      </w:r>
    </w:p>
    <w:p>
      <w:pPr>
        <w:jc w:val="right"/>
      </w:pPr>
      <w:r>
        <w:t>غلط تشخیص کریں تو بڑی اور زیادہ برا حال اس کا ہو جائے گا۔</w:t>
      </w:r>
    </w:p>
    <w:p>
      <w:r>
        <w:rPr>
          <w:b/>
        </w:rPr>
        <w:t xml:space="preserve">[11:50] </w:t>
      </w:r>
      <w:r>
        <w:t>to musalmanon ka is waqt mamla yeh hai ke jitne musalmanon ke so-called leader hain, Arab se le</w:t>
      </w:r>
    </w:p>
    <w:p>
      <w:pPr>
        <w:jc w:val="right"/>
      </w:pPr>
      <w:r>
        <w:t>تو مسلمانوں کا اس وقت معاملہ یہ ہے کہ جتنے مسلمانوں کے so-called leader ہیں، عرب سے لے</w:t>
      </w:r>
    </w:p>
    <w:p>
      <w:r>
        <w:rPr>
          <w:b/>
        </w:rPr>
        <w:t xml:space="preserve">[11:55] </w:t>
      </w:r>
      <w:r>
        <w:t>kar Ajam tak, India se le kar America tak,</w:t>
      </w:r>
    </w:p>
    <w:p>
      <w:pPr>
        <w:jc w:val="right"/>
      </w:pPr>
      <w:r>
        <w:t>کر عجم تک، انڈیا سے لے کر امریکہ تک،</w:t>
      </w:r>
    </w:p>
    <w:p>
      <w:r>
        <w:rPr>
          <w:b/>
        </w:rPr>
        <w:t xml:space="preserve">[12:00] </w:t>
      </w:r>
      <w:r>
        <w:t>one to all sab ke sab jaante hi nahi ke diagnosis kya hai.</w:t>
      </w:r>
    </w:p>
    <w:p>
      <w:pPr>
        <w:jc w:val="right"/>
      </w:pPr>
      <w:r>
        <w:t>one to all سب کے سب جانتے ہی نہیں کہ diagnosis کیا ہے۔</w:t>
      </w:r>
    </w:p>
    <w:p>
      <w:r>
        <w:rPr>
          <w:b/>
        </w:rPr>
        <w:t xml:space="preserve">[12:05] </w:t>
      </w:r>
      <w:r>
        <w:t>ghalat tashkhees kar rahe hain.</w:t>
      </w:r>
    </w:p>
    <w:p>
      <w:pPr>
        <w:jc w:val="right"/>
      </w:pPr>
      <w:r>
        <w:t>غلط تشخیص کر رہے ہیں۔</w:t>
      </w:r>
    </w:p>
    <w:p>
      <w:r>
        <w:rPr>
          <w:b/>
        </w:rPr>
        <w:t xml:space="preserve">[12:09] </w:t>
      </w:r>
      <w:r>
        <w:t>ke koi woh keh raha hai ke koi keh raha hai ke Islamophobia, koi kehta hai ke West</w:t>
      </w:r>
    </w:p>
    <w:p>
      <w:pPr>
        <w:jc w:val="right"/>
      </w:pPr>
      <w:r>
        <w:t>کہ کوئی وہ کہہ رہا ہے کہ کوئی کہہ رہا ہے کہ Islamophobia، کوئی کہتا ہے کہ West</w:t>
      </w:r>
    </w:p>
    <w:p>
      <w:r>
        <w:rPr>
          <w:b/>
        </w:rPr>
        <w:t xml:space="preserve">[12:14] </w:t>
      </w:r>
      <w:r>
        <w:t>is enemy of Islam.</w:t>
      </w:r>
    </w:p>
    <w:p>
      <w:pPr>
        <w:jc w:val="right"/>
      </w:pPr>
      <w:r>
        <w:t>is enemy of Islam۔</w:t>
      </w:r>
    </w:p>
    <w:p>
      <w:r>
        <w:rPr>
          <w:b/>
        </w:rPr>
        <w:t xml:space="preserve">[12:18] </w:t>
      </w:r>
      <w:r>
        <w:t>ajeeb o ghareeb qism ki baat hai.</w:t>
      </w:r>
    </w:p>
    <w:p>
      <w:pPr>
        <w:jc w:val="right"/>
      </w:pPr>
      <w:r>
        <w:t>عجیب و غریب قسم کی بات ہے۔</w:t>
      </w:r>
    </w:p>
    <w:p>
      <w:r>
        <w:rPr>
          <w:b/>
        </w:rPr>
        <w:t xml:space="preserve">[12:23] </w:t>
      </w:r>
      <w:r>
        <w:t>We are under siege.</w:t>
      </w:r>
    </w:p>
    <w:p>
      <w:pPr>
        <w:jc w:val="right"/>
      </w:pPr>
      <w:r>
        <w:t>We are under siege۔</w:t>
      </w:r>
    </w:p>
    <w:p>
      <w:r>
        <w:rPr>
          <w:b/>
        </w:rPr>
        <w:t xml:space="preserve">[12:27] </w:t>
      </w:r>
      <w:r>
        <w:t>yeh sab baseless baatein hain, baseless baatein hain, baseless baatein hain.</w:t>
      </w:r>
    </w:p>
    <w:p>
      <w:pPr>
        <w:jc w:val="right"/>
      </w:pPr>
      <w:r>
        <w:t>یہ سب baseless باتیں ہیں، baseless باتیں ہیں، baseless باتیں ہیں۔</w:t>
      </w:r>
    </w:p>
    <w:p>
      <w:r>
        <w:rPr>
          <w:b/>
        </w:rPr>
        <w:t xml:space="preserve">[12:32] </w:t>
      </w:r>
      <w:r>
        <w:t>Allah taala ke scheme of things ke khilaf hai.</w:t>
      </w:r>
    </w:p>
    <w:p>
      <w:pPr>
        <w:jc w:val="right"/>
      </w:pPr>
      <w:r>
        <w:t>اللہ تعالیٰ کے scheme of things کے خلاف ہے۔</w:t>
      </w:r>
    </w:p>
    <w:p>
      <w:r>
        <w:rPr>
          <w:b/>
        </w:rPr>
        <w:t xml:space="preserve">[12:37] </w:t>
      </w:r>
      <w:r>
        <w:t>Allah ne duniya ko badal diya.</w:t>
      </w:r>
    </w:p>
    <w:p>
      <w:pPr>
        <w:jc w:val="right"/>
      </w:pPr>
      <w:r>
        <w:t>اللہ نے دنیا کو بدل دیا۔</w:t>
      </w:r>
    </w:p>
    <w:p>
      <w:r>
        <w:rPr>
          <w:b/>
        </w:rPr>
        <w:t xml:space="preserve">[12:42] </w:t>
      </w:r>
      <w:r>
        <w:t>rasool Allah sal Allah alih wasallam ke zariye jo inqalab aaya dunya mein, us mein universal norm badal gaya.</w:t>
      </w:r>
    </w:p>
    <w:p>
      <w:pPr>
        <w:jc w:val="right"/>
      </w:pPr>
      <w:r>
        <w:t>رسول اللہ صلی اللہ علیہ وسلم کے ذریعے جو انقلاب آیا دنیا میں، اس میں universal norm بدل گیا۔</w:t>
      </w:r>
    </w:p>
    <w:p>
      <w:r>
        <w:rPr>
          <w:b/>
        </w:rPr>
        <w:t xml:space="preserve">[12:47] </w:t>
      </w:r>
      <w:r>
        <w:t>equation بدل گیا، discard بھی بدل گئی۔</w:t>
      </w:r>
    </w:p>
    <w:p>
      <w:pPr>
        <w:jc w:val="right"/>
      </w:pPr>
      <w:r>
        <w:t>equation بدل گیا، ڈائیکارڈ بھی بدل گئی۔</w:t>
      </w:r>
    </w:p>
    <w:p>
      <w:r>
        <w:rPr>
          <w:b/>
        </w:rPr>
        <w:t xml:space="preserve">[12:52] </w:t>
      </w:r>
      <w:r>
        <w:t>abhi wahi boli bol rahe hain aap.</w:t>
      </w:r>
    </w:p>
    <w:p>
      <w:pPr>
        <w:jc w:val="right"/>
      </w:pPr>
      <w:r>
        <w:t>ابھی وہی بولی بول رہے ہیں آپ۔</w:t>
      </w:r>
    </w:p>
    <w:p>
      <w:r>
        <w:rPr>
          <w:b/>
        </w:rPr>
        <w:t xml:space="preserve">[12:58] </w:t>
      </w:r>
      <w:r>
        <w:t>mein to samajhta hoon ke musalmanon se zyada samjha tha Islam ko. French historian</w:t>
      </w:r>
    </w:p>
    <w:p>
      <w:pPr>
        <w:jc w:val="right"/>
      </w:pPr>
      <w:r>
        <w:t>میں تو سمجھتا ہوں کہ مسلمانوں سے زیادہ سمجھا تھا اسلام کو۔ French historian</w:t>
      </w:r>
    </w:p>
    <w:p>
      <w:r>
        <w:rPr>
          <w:b/>
        </w:rPr>
        <w:t xml:space="preserve">[13:03] </w:t>
      </w:r>
      <w:r>
        <w:t>Henry Prince jo hai, un so-called muslim leaderon se zyada samjha tha us ne. us ne kaha tha ke Islam changed the face of the globe. The traditional order of history was overthrown. ab na koi dushman hai, na koi saazishi hai. lekin ab aap agar policy ikhtiyar karein, ab a</w:t>
      </w:r>
    </w:p>
    <w:p>
      <w:pPr>
        <w:jc w:val="right"/>
      </w:pPr>
      <w:r>
        <w:t>Henry Prince جو ہے، ان so-called مسلم لیڈروں سے زیادہ سمجھا تھا اس نے۔ اس نے کہا تھا کہ اسلام changed the face of the globe۔ The traditional order of history was overthrown۔ اب نہ کوئی دشمن ہے، نہ کوئی سازشی ہے۔ لیکن اب آپ اگر پالیسی اختیار کریں، اب اے</w:t>
      </w:r>
    </w:p>
    <w:p>
      <w:r>
        <w:rPr>
          <w:b/>
        </w:rPr>
        <w:t xml:space="preserve">[13:33] </w:t>
      </w:r>
      <w:r>
        <w:t>mujhe maar.</w:t>
      </w:r>
    </w:p>
    <w:p>
      <w:pPr>
        <w:jc w:val="right"/>
      </w:pPr>
      <w:r>
        <w:t>مجھے مار۔</w:t>
      </w:r>
    </w:p>
    <w:p>
      <w:r>
        <w:rPr>
          <w:b/>
        </w:rPr>
        <w:t xml:space="preserve">[13:38] </w:t>
      </w:r>
      <w:r>
        <w:t>bail khada hua hai, chup chap se aap pathar maarein aap ko to woh seeng maare ga.</w:t>
      </w:r>
    </w:p>
    <w:p>
      <w:pPr>
        <w:jc w:val="right"/>
      </w:pPr>
      <w:r>
        <w:t>بیل کھڑا ہوا ہے، چپ چاپ سے آپ پتھر ماریں آپ کو تو وہ سینگ مارے گا۔</w:t>
      </w:r>
    </w:p>
    <w:p>
      <w:r>
        <w:rPr>
          <w:b/>
        </w:rPr>
        <w:t xml:space="preserve">[13:43] </w:t>
      </w:r>
      <w:r>
        <w:t>ek bail khada hua hai to us ko koi matlab nahi aap se.</w:t>
      </w:r>
    </w:p>
    <w:p>
      <w:pPr>
        <w:jc w:val="right"/>
      </w:pPr>
      <w:r>
        <w:t>ایک بیل کھڑا ہوا ہے تو اس کو کوئی مطلب نہیں آپ سے۔</w:t>
      </w:r>
    </w:p>
    <w:p>
      <w:r>
        <w:rPr>
          <w:b/>
        </w:rPr>
        <w:t xml:space="preserve">[13:48] </w:t>
      </w:r>
      <w:r>
        <w:t>lekin jab aap pathar maarein ge to seeng maare ga woh.</w:t>
      </w:r>
    </w:p>
    <w:p>
      <w:pPr>
        <w:jc w:val="right"/>
      </w:pPr>
      <w:r>
        <w:t>لیکن جب آپ پتھر ماریں گے تو سینگ مارے گا وہ۔</w:t>
      </w:r>
    </w:p>
    <w:p>
      <w:r>
        <w:rPr>
          <w:b/>
        </w:rPr>
        <w:t xml:space="preserve">[13:53] </w:t>
      </w:r>
      <w:r>
        <w:t>to aaj ki dunya mein jo so-called zulm musalmanon ke khilaf hai, woh sab retaliation hai, reaction hai.</w:t>
      </w:r>
    </w:p>
    <w:p>
      <w:pPr>
        <w:jc w:val="right"/>
      </w:pPr>
      <w:r>
        <w:t>تو آج کی دنیا میں جو so-called ظلم مسلمانوں کے خلاف ہے، وہ سب retaliation ہے، reaction ہے۔</w:t>
      </w:r>
    </w:p>
    <w:p>
      <w:r>
        <w:rPr>
          <w:b/>
        </w:rPr>
        <w:t xml:space="preserve">[13:58] </w:t>
      </w:r>
      <w:r>
        <w:t>musalman pathar maarte hain to use goli aati hai idhar se. musalman</w:t>
      </w:r>
    </w:p>
    <w:p>
      <w:pPr>
        <w:jc w:val="right"/>
      </w:pPr>
      <w:r>
        <w:t>مسلمان پتھر مارتے ہیں تو اسے گولی آتی ہے ادھر سے۔ مسلمان</w:t>
      </w:r>
    </w:p>
    <w:p>
      <w:r>
        <w:rPr>
          <w:b/>
        </w:rPr>
        <w:t xml:space="preserve">[14:03] </w:t>
      </w:r>
      <w:r>
        <w:t>ek bomb maarte hain to us ka do do bomb aata hai.</w:t>
      </w:r>
    </w:p>
    <w:p>
      <w:pPr>
        <w:jc w:val="right"/>
      </w:pPr>
      <w:r>
        <w:t>ایک بم مارتے ہیں تو اس کا دو دو بم آتا ہے۔</w:t>
      </w:r>
    </w:p>
    <w:p>
      <w:r>
        <w:rPr>
          <w:b/>
        </w:rPr>
        <w:t xml:space="preserve">[14:10] </w:t>
      </w:r>
      <w:r>
        <w:t>agar musalman peaceful ho jayein, peaceful to dunya mein koi un ke khilaf kuch, koi koi problem nahi hai.</w:t>
      </w:r>
    </w:p>
    <w:p>
      <w:pPr>
        <w:jc w:val="right"/>
      </w:pPr>
      <w:r>
        <w:t>اگر مسلمان peaceful ہو جائیں، peaceful تو دنیا میں کوئی ان کے خلاف کچھ، کوئی کوئی problem نہیں ہے۔</w:t>
      </w:r>
    </w:p>
    <w:p>
      <w:r>
        <w:rPr>
          <w:b/>
        </w:rPr>
        <w:t xml:space="preserve">[14:18] </w:t>
      </w:r>
      <w:r>
        <w:t>yani peaceful ho jayein jis sense mein ke Islam ne bataya hai.</w:t>
      </w:r>
    </w:p>
    <w:p>
      <w:pPr>
        <w:jc w:val="right"/>
      </w:pPr>
      <w:r>
        <w:t>یعنی peaceful ہو جائیں جس sense میں کہ اسلام نے بتایا ہے۔</w:t>
      </w:r>
    </w:p>
    <w:p>
      <w:r>
        <w:rPr>
          <w:b/>
        </w:rPr>
        <w:t xml:space="preserve">[14:25] </w:t>
      </w:r>
      <w:r>
        <w:t>musalman agar jo Islam ne bataya hai, peaceful ka tareeqa, peaceful ka kal</w:t>
      </w:r>
    </w:p>
    <w:p>
      <w:pPr>
        <w:jc w:val="right"/>
      </w:pPr>
      <w:r>
        <w:t>مسلمان اگر جو اسلام نے بتایا ہے، peaceful کا طریقہ، peaceful کا کل</w:t>
      </w:r>
    </w:p>
    <w:p>
      <w:r>
        <w:rPr>
          <w:b/>
        </w:rPr>
        <w:t xml:space="preserve">[14:33] </w:t>
      </w:r>
      <w:r>
        <w:t>char, agar musalman is ko apna lein to dunya mein koi bhi community, koi bhi shakhs nahi hai</w:t>
      </w:r>
    </w:p>
    <w:p>
      <w:pPr>
        <w:jc w:val="right"/>
      </w:pPr>
      <w:r>
        <w:t>چر، اگر مسلمان اس کو اپنا لیں تو دنیا میں کوئی بھی community، کوئی بھی شخص نہیں ہے</w:t>
      </w:r>
    </w:p>
    <w:p>
      <w:r>
        <w:rPr>
          <w:b/>
        </w:rPr>
        <w:t xml:space="preserve">[14:41] </w:t>
      </w:r>
      <w:r>
        <w:t>jo Islam ke khilaf ho.</w:t>
      </w:r>
    </w:p>
    <w:p>
      <w:pPr>
        <w:jc w:val="right"/>
      </w:pPr>
      <w:r>
        <w:t>جو اسلام کے خلاف ہو۔</w:t>
      </w:r>
    </w:p>
    <w:p>
      <w:r>
        <w:rPr>
          <w:b/>
        </w:rPr>
        <w:t xml:space="preserve">[14:49] </w:t>
      </w:r>
      <w:r>
        <w:t>us ke maani kya hain ke Allah taala ne dunya ko aisa bana diya ke baghair kisi rukawat</w:t>
      </w:r>
    </w:p>
    <w:p>
      <w:pPr>
        <w:jc w:val="right"/>
      </w:pPr>
      <w:r>
        <w:t>اس کے معنی کیا ہیں کہ اللہ تعالیٰ نے دنیا کو ایسا بنا دیا کہ بغیر کسی رکاوٹ</w:t>
      </w:r>
    </w:p>
    <w:p>
      <w:r>
        <w:rPr>
          <w:b/>
        </w:rPr>
        <w:t xml:space="preserve">[14:57] </w:t>
      </w:r>
      <w:r>
        <w:t>ke aap Islam ka jo peaceful mission hai, woh chalate rahe hain.</w:t>
      </w:r>
    </w:p>
    <w:p>
      <w:pPr>
        <w:jc w:val="right"/>
      </w:pPr>
      <w:r>
        <w:t>کے آپ اسلام کا جو peaceful mission ہے، وہ چلاتے رہے ہیں۔</w:t>
      </w:r>
    </w:p>
    <w:p>
      <w:r>
        <w:rPr>
          <w:b/>
        </w:rPr>
        <w:t xml:space="preserve">[15:05] </w:t>
      </w:r>
      <w:r>
        <w:t>poori history ko Allah ne manage kiya.</w:t>
      </w:r>
    </w:p>
    <w:p>
      <w:pPr>
        <w:jc w:val="right"/>
      </w:pPr>
      <w:r>
        <w:t>پوری history کو اللہ نے manage کیا۔</w:t>
      </w:r>
    </w:p>
    <w:p>
      <w:r>
        <w:rPr>
          <w:b/>
        </w:rPr>
        <w:t xml:space="preserve">[15:11] </w:t>
      </w:r>
      <w:r>
        <w:t>poori history ko manage kiya Allah taala ne.</w:t>
      </w:r>
    </w:p>
    <w:p>
      <w:pPr>
        <w:jc w:val="right"/>
      </w:pPr>
      <w:r>
        <w:t>پوری history کو manage کیا اللہ تعالیٰ نے۔</w:t>
      </w:r>
    </w:p>
    <w:p>
      <w:r>
        <w:rPr>
          <w:b/>
        </w:rPr>
        <w:t xml:space="preserve">[15:16] </w:t>
      </w:r>
      <w:r>
        <w:t>taake Allah ke deen ke khilaf rukawatein khatam ho jayein.</w:t>
      </w:r>
    </w:p>
    <w:p>
      <w:pPr>
        <w:jc w:val="right"/>
      </w:pPr>
      <w:r>
        <w:t>تاکہ اللہ کے دین کے خلاف رکاوٹیں ختم ہو جائیں۔</w:t>
      </w:r>
    </w:p>
    <w:p>
      <w:r>
        <w:rPr>
          <w:b/>
        </w:rPr>
        <w:t xml:space="preserve">[15:21] </w:t>
      </w:r>
      <w:r>
        <w:t>dekhiye, qadeem zamanay ki aap tareekhein padhiye to sab se bara masla tha kya? qadeem zamanay mein despotic</w:t>
      </w:r>
    </w:p>
    <w:p>
      <w:pPr>
        <w:jc w:val="right"/>
      </w:pPr>
      <w:r>
        <w:t>دیکھیے، قدیم زمانے کی آپ تاریخیں پڑھیے تو سب سے بڑا مسئلہ تھا کیا؟ قدیم زمانے میں despotic</w:t>
      </w:r>
    </w:p>
    <w:p>
      <w:r>
        <w:rPr>
          <w:b/>
        </w:rPr>
        <w:t xml:space="preserve">[15:27] </w:t>
      </w:r>
      <w:r>
        <w:t>king hua karte thay.</w:t>
      </w:r>
    </w:p>
    <w:p>
      <w:pPr>
        <w:jc w:val="right"/>
      </w:pPr>
      <w:r>
        <w:t>king ہوا کرتے تھے۔</w:t>
      </w:r>
    </w:p>
    <w:p>
      <w:r>
        <w:rPr>
          <w:b/>
        </w:rPr>
        <w:t xml:space="preserve">[15:32] </w:t>
      </w:r>
      <w:r>
        <w:t>jabar badshah qadeem zamanay mein sari dunya mein despotic king hua karte thay.</w:t>
      </w:r>
    </w:p>
    <w:p>
      <w:pPr>
        <w:jc w:val="right"/>
      </w:pPr>
      <w:r>
        <w:t>جابر بادشاہ قدیم زمانے میں ساری دنیا میں despotic king ہوا کرتے تھے۔</w:t>
      </w:r>
    </w:p>
    <w:p>
      <w:r>
        <w:rPr>
          <w:b/>
        </w:rPr>
        <w:t xml:space="preserve">[15:37] </w:t>
      </w:r>
      <w:r>
        <w:t>un ke haan kuch nahi tha, bas koi baat un ki marzi ke khilaf ho, talwar.</w:t>
      </w:r>
    </w:p>
    <w:p>
      <w:pPr>
        <w:jc w:val="right"/>
      </w:pPr>
      <w:r>
        <w:t>ان کے ہاں کچھ نہیں تھا، بس کوئی بات ان کی مرضی کے خلاف ہو، تلوار۔</w:t>
      </w:r>
    </w:p>
    <w:p>
      <w:r>
        <w:rPr>
          <w:b/>
        </w:rPr>
        <w:t xml:space="preserve">[15:42] </w:t>
      </w:r>
      <w:r>
        <w:t>to Allah taala ko yeh kingship khatam karna tha.</w:t>
      </w:r>
    </w:p>
    <w:p>
      <w:pPr>
        <w:jc w:val="right"/>
      </w:pPr>
      <w:r>
        <w:t>تو اللہ تعالیٰ کو یہ kingship ختم کرنا تھا۔</w:t>
      </w:r>
    </w:p>
    <w:p>
      <w:r>
        <w:rPr>
          <w:b/>
        </w:rPr>
        <w:t xml:space="preserve">[15:48] </w:t>
      </w:r>
      <w:r>
        <w:t>kese khatm ho? to musalmanon ko Allah taala ne yeh hidayat di ke kingship ko khatma karen.</w:t>
      </w:r>
    </w:p>
    <w:p>
      <w:pPr>
        <w:jc w:val="right"/>
      </w:pPr>
      <w:r>
        <w:t>کیسے ختم ہو؟ تو مسلمانوں کو اللہ تعالیٰ نے یہ ہدایت دی کہ kingship کو خاتمہ کریں۔</w:t>
      </w:r>
    </w:p>
    <w:p>
      <w:r>
        <w:rPr>
          <w:b/>
        </w:rPr>
        <w:t xml:space="preserve">[15:53] </w:t>
      </w:r>
      <w:r>
        <w:t>qataloon hatta la tuftna.</w:t>
      </w:r>
    </w:p>
    <w:p>
      <w:pPr>
        <w:jc w:val="right"/>
      </w:pPr>
      <w:r>
        <w:t>قاتلون حتیٰ لاتون الفتنہ۔</w:t>
      </w:r>
    </w:p>
    <w:p>
      <w:r>
        <w:rPr>
          <w:b/>
        </w:rPr>
        <w:t xml:space="preserve">[15:58] </w:t>
      </w:r>
      <w:r>
        <w:t>fitna ka matlab yahi hai, despotic kingship.</w:t>
      </w:r>
    </w:p>
    <w:p>
      <w:pPr>
        <w:jc w:val="right"/>
      </w:pPr>
      <w:r>
        <w:t>فتنہ کا مطلب یہی ہے، despotic kingship۔</w:t>
      </w:r>
    </w:p>
    <w:p>
      <w:r>
        <w:rPr>
          <w:b/>
        </w:rPr>
        <w:t xml:space="preserve">[16:03] </w:t>
      </w:r>
      <w:r>
        <w:t>quran mein jo hai ke qataloon hatta</w:t>
      </w:r>
    </w:p>
    <w:p>
      <w:pPr>
        <w:jc w:val="right"/>
      </w:pPr>
      <w:r>
        <w:t>قرآن میں جو ہے کہ قاتلون حتیٰ</w:t>
      </w:r>
    </w:p>
    <w:p>
      <w:r>
        <w:rPr>
          <w:b/>
        </w:rPr>
        <w:t xml:space="preserve">[16:08] </w:t>
      </w:r>
      <w:r>
        <w:t>la tuftna.</w:t>
      </w:r>
    </w:p>
    <w:p>
      <w:pPr>
        <w:jc w:val="right"/>
      </w:pPr>
      <w:r>
        <w:t>لاتون الفتنہ۔</w:t>
      </w:r>
    </w:p>
    <w:p>
      <w:r>
        <w:rPr>
          <w:b/>
        </w:rPr>
        <w:t xml:space="preserve">[16:12] </w:t>
      </w:r>
      <w:r>
        <w:t>jang karo jahan tak fitna rahe.</w:t>
      </w:r>
    </w:p>
    <w:p>
      <w:pPr>
        <w:jc w:val="right"/>
      </w:pPr>
      <w:r>
        <w:t>جنگ کرو جہاں تک فتنہ رہے۔</w:t>
      </w:r>
    </w:p>
    <w:p>
      <w:r>
        <w:rPr>
          <w:b/>
        </w:rPr>
        <w:t xml:space="preserve">[16:16] </w:t>
      </w:r>
      <w:r>
        <w:t>fitna yahi hai, yahi fitna hai.</w:t>
      </w:r>
    </w:p>
    <w:p>
      <w:pPr>
        <w:jc w:val="right"/>
      </w:pPr>
      <w:r>
        <w:t>فتنہ یہی ہے، یہی فتنہ ہے۔</w:t>
      </w:r>
    </w:p>
    <w:p>
      <w:r>
        <w:rPr>
          <w:b/>
        </w:rPr>
        <w:t xml:space="preserve">[16:21] </w:t>
      </w:r>
      <w:r>
        <w:t>jo despotic king hote the is zamane mein, khatm karo un ko.</w:t>
      </w:r>
    </w:p>
    <w:p>
      <w:pPr>
        <w:jc w:val="right"/>
      </w:pPr>
      <w:r>
        <w:t>جو despotic king ہوتے تھے اس زمانے میں، ختم کرو ان کو۔</w:t>
      </w:r>
    </w:p>
    <w:p>
      <w:r>
        <w:rPr>
          <w:b/>
        </w:rPr>
        <w:t xml:space="preserve">[16:25] </w:t>
      </w:r>
      <w:r>
        <w:t>yeh rukawat hai sachai mein.</w:t>
      </w:r>
    </w:p>
    <w:p>
      <w:pPr>
        <w:jc w:val="right"/>
      </w:pPr>
      <w:r>
        <w:t>یہ رکاوٹ ہے سچائی میں۔</w:t>
      </w:r>
    </w:p>
    <w:p>
      <w:r>
        <w:rPr>
          <w:b/>
        </w:rPr>
        <w:t xml:space="preserve">[16:29] </w:t>
      </w:r>
      <w:r>
        <w:t>lekin in ko khatm karna bohat hi mushkil kaam tha.</w:t>
      </w:r>
    </w:p>
    <w:p>
      <w:pPr>
        <w:jc w:val="right"/>
      </w:pPr>
      <w:r>
        <w:t>لیکن ان کو ختم کرنا بہت ہی مشکل کام تھا۔</w:t>
      </w:r>
    </w:p>
    <w:p>
      <w:r>
        <w:rPr>
          <w:b/>
        </w:rPr>
        <w:t xml:space="preserve">[16:34] </w:t>
      </w:r>
      <w:r>
        <w:t>kyun ke hazaron saal se in ka chattanen ki tarah woh apne ko jama rakha tha unhon ne. jaise dekhiye,</w:t>
      </w:r>
    </w:p>
    <w:p>
      <w:pPr>
        <w:jc w:val="right"/>
      </w:pPr>
      <w:r>
        <w:t>کیونکہ ہزاروں سال سے ان کا چٹانیں کی طرح وہ اپنے کو جما رکھا تھا انہوں نے۔ جیسے دیکھیے،</w:t>
      </w:r>
    </w:p>
    <w:p>
      <w:r>
        <w:rPr>
          <w:b/>
        </w:rPr>
        <w:t xml:space="preserve">[16:38] </w:t>
      </w:r>
      <w:r>
        <w:t>roman Empire aur bazantini Empire.</w:t>
      </w:r>
    </w:p>
    <w:p>
      <w:pPr>
        <w:jc w:val="right"/>
      </w:pPr>
      <w:r>
        <w:t>رومن Empire اور بازنطینی Empire۔</w:t>
      </w:r>
    </w:p>
    <w:p>
      <w:r>
        <w:rPr>
          <w:b/>
        </w:rPr>
        <w:t xml:space="preserve">[16:43] </w:t>
      </w:r>
      <w:r>
        <w:t>nahi, irani Empire aur bazantini Empire.</w:t>
      </w:r>
    </w:p>
    <w:p>
      <w:pPr>
        <w:jc w:val="right"/>
      </w:pPr>
      <w:r>
        <w:t>نہیں، ایرانی Empire اور بازنطینی Empire۔</w:t>
      </w:r>
    </w:p>
    <w:p>
      <w:r>
        <w:rPr>
          <w:b/>
        </w:rPr>
        <w:t xml:space="preserve">[16:48] </w:t>
      </w:r>
      <w:r>
        <w:t>is zamane mein arab ke paros mein do bari saltanaten theen.</w:t>
      </w:r>
    </w:p>
    <w:p>
      <w:pPr>
        <w:jc w:val="right"/>
      </w:pPr>
      <w:r>
        <w:t>اس زمانے میں عرب کے پڑوس میں دو بڑی سلطنتیں تھیں۔</w:t>
      </w:r>
    </w:p>
    <w:p>
      <w:r>
        <w:rPr>
          <w:b/>
        </w:rPr>
        <w:t xml:space="preserve">[16:53] </w:t>
      </w:r>
      <w:r>
        <w:t>bazantini Empire jo romiyon ka hissa thi, aur doosri sasani Empire.</w:t>
      </w:r>
    </w:p>
    <w:p>
      <w:pPr>
        <w:jc w:val="right"/>
      </w:pPr>
      <w:r>
        <w:t>بازنطینی Empire جو رومیوں کا حصہ تھی، اور دوسری ساسانی Empire۔</w:t>
      </w:r>
    </w:p>
    <w:p>
      <w:r>
        <w:rPr>
          <w:b/>
        </w:rPr>
        <w:t xml:space="preserve">[16:58] </w:t>
      </w:r>
      <w:r>
        <w:t>yeh do bare numainde the kingship ke.</w:t>
      </w:r>
    </w:p>
    <w:p>
      <w:pPr>
        <w:jc w:val="right"/>
      </w:pPr>
      <w:r>
        <w:t>یہ دو بڑے نمائندے تھے kingship کے۔</w:t>
      </w:r>
    </w:p>
    <w:p>
      <w:r>
        <w:rPr>
          <w:b/>
        </w:rPr>
        <w:t xml:space="preserve">[17:03] </w:t>
      </w:r>
      <w:r>
        <w:t>do despotic king wahan</w:t>
      </w:r>
    </w:p>
    <w:p>
      <w:pPr>
        <w:jc w:val="right"/>
      </w:pPr>
      <w:r>
        <w:t>دو despotic king وہاں</w:t>
      </w:r>
    </w:p>
    <w:p>
      <w:r>
        <w:rPr>
          <w:b/>
        </w:rPr>
        <w:t xml:space="preserve">[17:08] </w:t>
      </w:r>
      <w:r>
        <w:t>bethe hue the.</w:t>
      </w:r>
    </w:p>
    <w:p>
      <w:pPr>
        <w:jc w:val="right"/>
      </w:pPr>
      <w:r>
        <w:t>بیٹھے ہوئے تھے۔</w:t>
      </w:r>
    </w:p>
    <w:p>
      <w:r>
        <w:rPr>
          <w:b/>
        </w:rPr>
        <w:t xml:space="preserve">[17:14] </w:t>
      </w:r>
      <w:r>
        <w:t>to musalmanon ke bas mein nahi tha ke in ko toden woh.</w:t>
      </w:r>
    </w:p>
    <w:p>
      <w:pPr>
        <w:jc w:val="right"/>
      </w:pPr>
      <w:r>
        <w:t>تو مسلمانوں کے بس میں نہیں تھا کہ ان کو توڑیں وہ۔</w:t>
      </w:r>
    </w:p>
    <w:p>
      <w:r>
        <w:rPr>
          <w:b/>
        </w:rPr>
        <w:t xml:space="preserve">[17:19] </w:t>
      </w:r>
      <w:r>
        <w:t>to Allah taala ne history ko manage kiya.</w:t>
      </w:r>
    </w:p>
    <w:p>
      <w:pPr>
        <w:jc w:val="right"/>
      </w:pPr>
      <w:r>
        <w:t>تو اللہ تعالیٰ نے history کو manage کیا۔</w:t>
      </w:r>
    </w:p>
    <w:p>
      <w:r>
        <w:rPr>
          <w:b/>
        </w:rPr>
        <w:t xml:space="preserve">[17:24] </w:t>
      </w:r>
      <w:r>
        <w:t>aur bohat ajeeb o ghareeb tor par yeh surat-e-haal paida hui ke pehle iraniyon ne hamla kiya bazantini</w:t>
      </w:r>
    </w:p>
    <w:p>
      <w:pPr>
        <w:jc w:val="right"/>
      </w:pPr>
      <w:r>
        <w:t>اور بہت عجیب و غریب طور پر یہ صورتحال پیدا ہوئی کہ پہلے ایرانیوں نے حملہ کیا بازنطینی</w:t>
      </w:r>
    </w:p>
    <w:p>
      <w:r>
        <w:rPr>
          <w:b/>
        </w:rPr>
        <w:t xml:space="preserve">[17:30] </w:t>
      </w:r>
      <w:r>
        <w:t>par, yani romiyon par.</w:t>
      </w:r>
    </w:p>
    <w:p>
      <w:pPr>
        <w:jc w:val="right"/>
      </w:pPr>
      <w:r>
        <w:t>پر، یعنی رومیوں پر۔</w:t>
      </w:r>
    </w:p>
    <w:p>
      <w:r>
        <w:rPr>
          <w:b/>
        </w:rPr>
        <w:t xml:space="preserve">[17:35] </w:t>
      </w:r>
      <w:r>
        <w:t>aur destroy kar diya roman saltanat ko.</w:t>
      </w:r>
    </w:p>
    <w:p>
      <w:pPr>
        <w:jc w:val="right"/>
      </w:pPr>
      <w:r>
        <w:t>اور destroy کر دیا رومن سلطنت کو۔</w:t>
      </w:r>
    </w:p>
    <w:p>
      <w:r>
        <w:rPr>
          <w:b/>
        </w:rPr>
        <w:t xml:space="preserve">[17:40] </w:t>
      </w:r>
      <w:r>
        <w:t>yahan tak ke un ka jo badshah tha, Heraclius, woh bhag kar Constantinople mein ja kar ke panah liya us ne. lekin phir Allah taala ne kya kiya? Heraclius ko samajh mein aaya, us ne apne ko re-planning ki, phir tayyar kiya aur hamla kiya. aur us ne Iranian saltanat ko tabah kiya. is ka zikr hai Quran mein. Alif Laam</w:t>
      </w:r>
    </w:p>
    <w:p>
      <w:pPr>
        <w:jc w:val="right"/>
      </w:pPr>
      <w:r>
        <w:t>یہاں تک کہ ان کا جو بادشاہ تھا، ہرقل، وہ بھاگ کر قسطنطنیہ میں جا کر کے پناہ لیا اس نے۔ لیکن پھر اللہ تعالیٰ نے کیا کیا؟ ہرقل کو سمجھ میں آیا، اس نے اپنے کو re-planning کی، پھر تیار کیا اور حملہ کیا۔ اور اس نے ایرانی سلطنت کو تباہ کیا۔ اس کا ذکر ہے قرآن میں۔ الف لام</w:t>
      </w:r>
    </w:p>
    <w:p>
      <w:r>
        <w:rPr>
          <w:b/>
        </w:rPr>
        <w:t xml:space="preserve">[18:10] </w:t>
      </w:r>
      <w:r>
        <w:t>mim ghalbat ur rum fi adnal arz min ba'd ghalbat as sa'ghalbun.</w:t>
      </w:r>
    </w:p>
    <w:p>
      <w:pPr>
        <w:jc w:val="right"/>
      </w:pPr>
      <w:r>
        <w:t>میم غلبۃ الروم فی ادن الارض من بعد غلبۃ الساغلبون۔</w:t>
      </w:r>
    </w:p>
    <w:p>
      <w:r>
        <w:rPr>
          <w:b/>
        </w:rPr>
        <w:t xml:space="preserve">[18:16] </w:t>
      </w:r>
      <w:r>
        <w:t>yani ek bar romi fateh hue, doosri bar ek bar irani fateh hue, doosri bar romi fateh hue.</w:t>
      </w:r>
    </w:p>
    <w:p>
      <w:pPr>
        <w:jc w:val="right"/>
      </w:pPr>
      <w:r>
        <w:t>یعنی ایک بار رومی فاتح ہوئے، دوسری بار ایک بار ایرانی فاتح ہوئے، دوسری بار رومی فاتح ہوئے۔</w:t>
      </w:r>
    </w:p>
    <w:p>
      <w:r>
        <w:rPr>
          <w:b/>
        </w:rPr>
        <w:t xml:space="preserve">[18:22] </w:t>
      </w:r>
      <w:r>
        <w:t>to dono jo saltanatein theen, aapas mein larr kar ke bohat kamzor ho gayeen, bohat kamzor ho gayeen.</w:t>
      </w:r>
    </w:p>
    <w:p>
      <w:pPr>
        <w:jc w:val="right"/>
      </w:pPr>
      <w:r>
        <w:t>تو دونوں جو سلطنتیں تھیں، آپس میں لڑ کر کے بہت کمزور ہو گئیں، بہت کمزور ہو گئیں۔</w:t>
      </w:r>
    </w:p>
    <w:p>
      <w:r>
        <w:rPr>
          <w:b/>
        </w:rPr>
        <w:t xml:space="preserve">[18:28] </w:t>
      </w:r>
      <w:r>
        <w:t>tab musalman wahan dakhil hue.</w:t>
      </w:r>
    </w:p>
    <w:p>
      <w:pPr>
        <w:jc w:val="right"/>
      </w:pPr>
      <w:r>
        <w:t>تب مسلمان وہاں داخل ہوئے۔</w:t>
      </w:r>
    </w:p>
    <w:p>
      <w:r>
        <w:rPr>
          <w:b/>
        </w:rPr>
        <w:t xml:space="preserve">[18:34] </w:t>
      </w:r>
      <w:r>
        <w:t>to aik Liki, aik historian hai, Liki,</w:t>
      </w:r>
    </w:p>
    <w:p>
      <w:pPr>
        <w:jc w:val="right"/>
      </w:pPr>
      <w:r>
        <w:t>تو ایک لیکی، ایک historian ہے، لیکی،</w:t>
      </w:r>
    </w:p>
    <w:p>
      <w:r>
        <w:rPr>
          <w:b/>
        </w:rPr>
        <w:t xml:space="preserve">[18:41] </w:t>
      </w:r>
      <w:r>
        <w:t>is ne apni kitaab mein likha hai ke musalman jab dakhil hue irani saltanat aur roomi saltanat mein</w:t>
      </w:r>
    </w:p>
    <w:p>
      <w:pPr>
        <w:jc w:val="right"/>
      </w:pPr>
      <w:r>
        <w:t>اس نے اپنی کتاب میں لکھا ہے کہ مسلمان جب داخل ہوئے ایرانی سلطنت اور رومی سلطنت میں</w:t>
      </w:r>
    </w:p>
    <w:p>
      <w:r>
        <w:rPr>
          <w:b/>
        </w:rPr>
        <w:t xml:space="preserve">[18:48] </w:t>
      </w:r>
      <w:r>
        <w:t>to woh demaak zaddah ho chuke thay.</w:t>
      </w:r>
    </w:p>
    <w:p>
      <w:pPr>
        <w:jc w:val="right"/>
      </w:pPr>
      <w:r>
        <w:t>تو وہ دیمک زدہ ہو چکے تھے۔</w:t>
      </w:r>
    </w:p>
    <w:p>
      <w:r>
        <w:rPr>
          <w:b/>
        </w:rPr>
        <w:t xml:space="preserve">[18:56] </w:t>
      </w:r>
      <w:r>
        <w:t>to is tarah woh ghuste gaye jaise lakri mein demaak zaddah lakri pachak pachak thokar thokar jaye.</w:t>
      </w:r>
    </w:p>
    <w:p>
      <w:pPr>
        <w:jc w:val="right"/>
      </w:pPr>
      <w:r>
        <w:t>تو اس طرح وہ گھستے گئے جیسے لکڑی میں دیمک زدہ لکڑی پچک پچک ٹھوکر ٹھوکر جائے۔</w:t>
      </w:r>
    </w:p>
    <w:p>
      <w:r>
        <w:rPr>
          <w:b/>
        </w:rPr>
        <w:t xml:space="preserve">[19:03] </w:t>
      </w:r>
      <w:r>
        <w:t>to Allah taala ne is zamane ke do baray badshah, do baray despotic king ko lara diya aapas mein,</w:t>
      </w:r>
    </w:p>
    <w:p>
      <w:pPr>
        <w:jc w:val="right"/>
      </w:pPr>
      <w:r>
        <w:t>تو اللہ تعالیٰ نے اس زمانے کے دو بڑے بادشاہ، دو بڑے despotic king کو لڑا دیا آپس میں،</w:t>
      </w:r>
    </w:p>
    <w:p>
      <w:r>
        <w:rPr>
          <w:b/>
        </w:rPr>
        <w:t xml:space="preserve">[19:11] </w:t>
      </w:r>
      <w:r>
        <w:t>kamzor kar diya.</w:t>
      </w:r>
    </w:p>
    <w:p>
      <w:pPr>
        <w:jc w:val="right"/>
      </w:pPr>
      <w:r>
        <w:t>کمزور کر دیا۔</w:t>
      </w:r>
    </w:p>
    <w:p>
      <w:r>
        <w:rPr>
          <w:b/>
        </w:rPr>
        <w:t xml:space="preserve">[19:16] </w:t>
      </w:r>
      <w:r>
        <w:t>phir Islam, phir musalman wahan dakhil hue.</w:t>
      </w:r>
    </w:p>
    <w:p>
      <w:pPr>
        <w:jc w:val="right"/>
      </w:pPr>
      <w:r>
        <w:t>پھر اسلام، پھر مسلمان وہاں داخل ہوئے۔</w:t>
      </w:r>
    </w:p>
    <w:p>
      <w:r>
        <w:rPr>
          <w:b/>
        </w:rPr>
        <w:t xml:space="preserve">[19:21] </w:t>
      </w:r>
      <w:r>
        <w:t>aur dunya se hamesha ke liye kingship ka khatmah ho gaya.</w:t>
      </w:r>
    </w:p>
    <w:p>
      <w:pPr>
        <w:jc w:val="right"/>
      </w:pPr>
      <w:r>
        <w:t>اور دنیا سے ہمیشہ کے لیے kingship کا خاتمہ ہو گیا۔</w:t>
      </w:r>
    </w:p>
    <w:p>
      <w:r>
        <w:rPr>
          <w:b/>
        </w:rPr>
        <w:t xml:space="preserve">[19:26] </w:t>
      </w:r>
      <w:r>
        <w:t>to phir kya hua? rukawatein khatm ho gayeen, fitnah khatm ho gaya.</w:t>
      </w:r>
    </w:p>
    <w:p>
      <w:pPr>
        <w:jc w:val="right"/>
      </w:pPr>
      <w:r>
        <w:t>تو پھر کیا ہوا؟ رکاوٹیں ختم ہو گئیں، فتنہ ختم ہو گیا۔</w:t>
      </w:r>
    </w:p>
    <w:p>
      <w:r>
        <w:rPr>
          <w:b/>
        </w:rPr>
        <w:t xml:space="preserve">[19:31] </w:t>
      </w:r>
      <w:r>
        <w:t>azaadi dunya mein aa gayi, democracy ka daur aa gaya.</w:t>
      </w:r>
    </w:p>
    <w:p>
      <w:pPr>
        <w:jc w:val="right"/>
      </w:pPr>
      <w:r>
        <w:t>آزادی دنیا میں آ گئی، democracy کا دور آ گیا۔</w:t>
      </w:r>
    </w:p>
    <w:p>
      <w:r>
        <w:rPr>
          <w:b/>
        </w:rPr>
        <w:t xml:space="preserve">[19:36] </w:t>
      </w:r>
      <w:r>
        <w:t>yani democracy jis ka samjha jata hai ke France mein aayi hai, is ka aaghaz musalmanon ne kiya</w:t>
      </w:r>
    </w:p>
    <w:p>
      <w:pPr>
        <w:jc w:val="right"/>
      </w:pPr>
      <w:r>
        <w:t>یعنی democracy جس کا سمجھا جاتا ہے کہ فرانس میں آئی ہے، اس کا آغاز مسلمانوں نے کیا</w:t>
      </w:r>
    </w:p>
    <w:p>
      <w:r>
        <w:rPr>
          <w:b/>
        </w:rPr>
        <w:t xml:space="preserve">[19:41] </w:t>
      </w:r>
      <w:r>
        <w:t>tha.</w:t>
      </w:r>
    </w:p>
    <w:p>
      <w:pPr>
        <w:jc w:val="right"/>
      </w:pPr>
      <w:r>
        <w:t>تھا۔</w:t>
      </w:r>
    </w:p>
    <w:p>
      <w:r>
        <w:rPr>
          <w:b/>
        </w:rPr>
        <w:t xml:space="preserve">[19:47] </w:t>
      </w:r>
      <w:r>
        <w:t>to dunya mein baad ke zamane mein jo democracy aayi, science aayi, azaadi aayi, yeh sab is liye</w:t>
      </w:r>
    </w:p>
    <w:p>
      <w:pPr>
        <w:jc w:val="right"/>
      </w:pPr>
      <w:r>
        <w:t>تو دنیا میں بعد کے زمانے میں جو democracy آئی، سائنس آئی، آزادی آئی، یہ سب اس لیے</w:t>
      </w:r>
    </w:p>
    <w:p>
      <w:r>
        <w:rPr>
          <w:b/>
        </w:rPr>
        <w:t xml:space="preserve">[19:53] </w:t>
      </w:r>
      <w:r>
        <w:t>aayi ke Allah Rasool aur ashaab-e-Rasool ne aik naya inqilaab barpa kiya.</w:t>
      </w:r>
    </w:p>
    <w:p>
      <w:pPr>
        <w:jc w:val="right"/>
      </w:pPr>
      <w:r>
        <w:t>آئی کہ اللہ رسول اور اصحاب رسول نے ایک نیا انقلاب برپا کیا۔</w:t>
      </w:r>
    </w:p>
    <w:p>
      <w:r>
        <w:rPr>
          <w:b/>
        </w:rPr>
        <w:t xml:space="preserve">[19:59] </w:t>
      </w:r>
      <w:r>
        <w:t>is se kya hua? is ka matlab yeh nahi tha ke musalmanon ka rule qaim ho gaya dunya</w:t>
      </w:r>
    </w:p>
    <w:p>
      <w:pPr>
        <w:jc w:val="right"/>
      </w:pPr>
      <w:r>
        <w:t>اس سے کیا ہوا؟ اس کا مطلب یہ نہیں تھا کہ مسلمانوں کا rule قائم ہو گیا دنیا</w:t>
      </w:r>
    </w:p>
    <w:p>
      <w:r>
        <w:rPr>
          <w:b/>
        </w:rPr>
        <w:t xml:space="preserve">[20:05] </w:t>
      </w:r>
      <w:r>
        <w:t>mein, Islam ka rule nahi. equation</w:t>
      </w:r>
    </w:p>
    <w:p>
      <w:pPr>
        <w:jc w:val="right"/>
      </w:pPr>
      <w:r>
        <w:t>میں، اسلام کا rule نہیں۔ equation</w:t>
      </w:r>
    </w:p>
    <w:p>
      <w:r>
        <w:rPr>
          <w:b/>
        </w:rPr>
        <w:t xml:space="preserve">[20:11] </w:t>
      </w:r>
      <w:r>
        <w:t>badal gaya, equation.</w:t>
      </w:r>
    </w:p>
    <w:p>
      <w:pPr>
        <w:jc w:val="right"/>
      </w:pPr>
      <w:r>
        <w:t>بدل گیا، equation۔</w:t>
      </w:r>
    </w:p>
    <w:p>
      <w:r>
        <w:rPr>
          <w:b/>
        </w:rPr>
        <w:t xml:space="preserve">[20:16] </w:t>
      </w:r>
      <w:r>
        <w:t>yani dunya mein koi dushman do nahi raha.</w:t>
      </w:r>
    </w:p>
    <w:p>
      <w:pPr>
        <w:jc w:val="right"/>
      </w:pPr>
      <w:r>
        <w:t>یعنی دنیا میں کوئی دشمن دو نہیں رہا۔</w:t>
      </w:r>
    </w:p>
    <w:p>
      <w:r>
        <w:rPr>
          <w:b/>
        </w:rPr>
        <w:t xml:space="preserve">[20:21] </w:t>
      </w:r>
      <w:r>
        <w:t>dushman burai nahi koi.</w:t>
      </w:r>
    </w:p>
    <w:p>
      <w:pPr>
        <w:jc w:val="right"/>
      </w:pPr>
      <w:r>
        <w:t>دشمن برائی نہیں کوئی۔</w:t>
      </w:r>
    </w:p>
    <w:p>
      <w:r>
        <w:rPr>
          <w:b/>
        </w:rPr>
        <w:t xml:space="preserve">[20:26] </w:t>
      </w:r>
      <w:r>
        <w:t>sab ke sab ya to followers thay ya supporters thay.</w:t>
      </w:r>
    </w:p>
    <w:p>
      <w:pPr>
        <w:jc w:val="right"/>
      </w:pPr>
      <w:r>
        <w:t>سب کے سب یا تو followers تھے یا supporters تھے۔</w:t>
      </w:r>
    </w:p>
    <w:p>
      <w:r>
        <w:rPr>
          <w:b/>
        </w:rPr>
        <w:t xml:space="preserve">[20:31] </w:t>
      </w:r>
      <w:r>
        <w:t>phir aur aagay barh kar ke dekhiye jo modern industrial civilization aayi, modern industry, is mein aik naya</w:t>
      </w:r>
    </w:p>
    <w:p>
      <w:pPr>
        <w:jc w:val="right"/>
      </w:pPr>
      <w:r>
        <w:t>پھر اور آگے بڑھ کر کے دیکھیے جو modern industrial civilization آئی، modern industry، اس میں ایک نیا</w:t>
      </w:r>
    </w:p>
    <w:p>
      <w:r>
        <w:rPr>
          <w:b/>
        </w:rPr>
        <w:t xml:space="preserve">[20:36] </w:t>
      </w:r>
      <w:r>
        <w:t>aik naya phenomena paida</w:t>
      </w:r>
    </w:p>
    <w:p>
      <w:pPr>
        <w:jc w:val="right"/>
      </w:pPr>
      <w:r>
        <w:t>ایک نیا phenomena پیدا</w:t>
      </w:r>
    </w:p>
    <w:p>
      <w:r>
        <w:rPr>
          <w:b/>
        </w:rPr>
        <w:t xml:space="preserve">[20:41] </w:t>
      </w:r>
      <w:r>
        <w:t>hua jo pehle kabhi tha nahi.</w:t>
      </w:r>
    </w:p>
    <w:p>
      <w:pPr>
        <w:jc w:val="right"/>
      </w:pPr>
      <w:r>
        <w:t>ہوا جو پہلے کبھی تھا نہیں۔</w:t>
      </w:r>
    </w:p>
    <w:p>
      <w:r>
        <w:rPr>
          <w:b/>
        </w:rPr>
        <w:t xml:space="preserve">[20:45] </w:t>
      </w:r>
      <w:r>
        <w:t>woh tha interdependent culture.</w:t>
      </w:r>
    </w:p>
    <w:p>
      <w:pPr>
        <w:jc w:val="right"/>
      </w:pPr>
      <w:r>
        <w:t>وہ تھا interdependent culture۔</w:t>
      </w:r>
    </w:p>
    <w:p>
      <w:r>
        <w:rPr>
          <w:b/>
        </w:rPr>
        <w:t xml:space="preserve">[20:49] </w:t>
      </w:r>
      <w:r>
        <w:t>yani har aik ka talluq doosre se ho gaya.</w:t>
      </w:r>
    </w:p>
    <w:p>
      <w:pPr>
        <w:jc w:val="right"/>
      </w:pPr>
      <w:r>
        <w:t>یعنی ہر ایک کا تعلق دوسرے سے ہو گیا۔</w:t>
      </w:r>
    </w:p>
    <w:p>
      <w:r>
        <w:rPr>
          <w:b/>
        </w:rPr>
        <w:t xml:space="preserve">[20:52] </w:t>
      </w:r>
      <w:r>
        <w:t>kyunke industry jo aai is mein mass production hone laga.</w:t>
      </w:r>
    </w:p>
    <w:p>
      <w:pPr>
        <w:jc w:val="right"/>
      </w:pPr>
      <w:r>
        <w:t>کیونکہ industry جو آئی اس میں mass production ہونے لگا۔</w:t>
      </w:r>
    </w:p>
    <w:p>
      <w:r>
        <w:rPr>
          <w:b/>
        </w:rPr>
        <w:t xml:space="preserve">[20:56] </w:t>
      </w:r>
      <w:r>
        <w:t>naye naye saman bante lagay.</w:t>
      </w:r>
    </w:p>
    <w:p>
      <w:pPr>
        <w:jc w:val="right"/>
      </w:pPr>
      <w:r>
        <w:t>نئے نئے سامان بننے لگے۔</w:t>
      </w:r>
    </w:p>
    <w:p>
      <w:r>
        <w:rPr>
          <w:b/>
        </w:rPr>
        <w:t xml:space="preserve">[21:00] </w:t>
      </w:r>
      <w:r>
        <w:t>sui taage se le ke car aur hawa jahaaz tak.</w:t>
      </w:r>
    </w:p>
    <w:p>
      <w:pPr>
        <w:jc w:val="right"/>
      </w:pPr>
      <w:r>
        <w:t>سوئی تاگے سے لے کے کار اور ہوا جہاز تک۔</w:t>
      </w:r>
    </w:p>
    <w:p>
      <w:r>
        <w:rPr>
          <w:b/>
        </w:rPr>
        <w:t xml:space="preserve">[21:04] </w:t>
      </w:r>
      <w:r>
        <w:t>to jo banane wale thay un ko customer chahiye tha.</w:t>
      </w:r>
    </w:p>
    <w:p>
      <w:pPr>
        <w:jc w:val="right"/>
      </w:pPr>
      <w:r>
        <w:t>تو جو بنانے والے تھے ان کو customer چاہیے تھا۔</w:t>
      </w:r>
    </w:p>
    <w:p>
      <w:r>
        <w:rPr>
          <w:b/>
        </w:rPr>
        <w:t xml:space="preserve">[21:07] </w:t>
      </w:r>
      <w:r>
        <w:t>to customer ko chahiye banane wala,</w:t>
      </w:r>
    </w:p>
    <w:p>
      <w:pPr>
        <w:jc w:val="right"/>
      </w:pPr>
      <w:r>
        <w:t>تو customer کو چاہیے بنانے والا،</w:t>
      </w:r>
    </w:p>
    <w:p>
      <w:r>
        <w:rPr>
          <w:b/>
        </w:rPr>
        <w:t xml:space="preserve">[21:11] </w:t>
      </w:r>
      <w:r>
        <w:t>banane wale ko customer chahiye.</w:t>
      </w:r>
    </w:p>
    <w:p>
      <w:pPr>
        <w:jc w:val="right"/>
      </w:pPr>
      <w:r>
        <w:t>بنانے والے کو customer چاہیے۔</w:t>
      </w:r>
    </w:p>
    <w:p>
      <w:r>
        <w:rPr>
          <w:b/>
        </w:rPr>
        <w:t xml:space="preserve">[21:16] </w:t>
      </w:r>
      <w:r>
        <w:t>jis tarah doctor ko chahiye mareez, wakeel ko chahiye client, businessman ko chahiye customer.</w:t>
      </w:r>
    </w:p>
    <w:p>
      <w:pPr>
        <w:jc w:val="right"/>
      </w:pPr>
      <w:r>
        <w:t>جس طرح ڈاکٹر کو چاہیے مریض، وکیل کو چاہیے client، businessman کو چاہیے customer۔</w:t>
      </w:r>
    </w:p>
    <w:p>
      <w:r>
        <w:rPr>
          <w:b/>
        </w:rPr>
        <w:t xml:space="preserve">[21:21] </w:t>
      </w:r>
      <w:r>
        <w:t>isi tareeqe se political leader ko chahiye voter.</w:t>
      </w:r>
    </w:p>
    <w:p>
      <w:pPr>
        <w:jc w:val="right"/>
      </w:pPr>
      <w:r>
        <w:t>اسی طریقے سے political leader کو چاہیے voter۔</w:t>
      </w:r>
    </w:p>
    <w:p>
      <w:r>
        <w:rPr>
          <w:b/>
        </w:rPr>
        <w:t xml:space="preserve">[21:26] </w:t>
      </w:r>
      <w:r>
        <w:t>is ko woh kehte hain interdependent culture qaim ho gaya duniya mein.</w:t>
      </w:r>
    </w:p>
    <w:p>
      <w:pPr>
        <w:jc w:val="right"/>
      </w:pPr>
      <w:r>
        <w:t>اس کو وہ کہتے ہیں interdependent culture قائم ہو گیا دنیا میں۔</w:t>
      </w:r>
    </w:p>
    <w:p>
      <w:r>
        <w:rPr>
          <w:b/>
        </w:rPr>
        <w:t xml:space="preserve">[21:31] </w:t>
      </w:r>
      <w:r>
        <w:t>har aik ka interest doosre se jud gaya.</w:t>
      </w:r>
    </w:p>
    <w:p>
      <w:pPr>
        <w:jc w:val="right"/>
      </w:pPr>
      <w:r>
        <w:t>ہر ایک کا interest دوسرے سے جڑ گیا۔</w:t>
      </w:r>
    </w:p>
    <w:p>
      <w:r>
        <w:rPr>
          <w:b/>
        </w:rPr>
        <w:t xml:space="preserve">[21:36] </w:t>
      </w:r>
      <w:r>
        <w:t>ab woh sochne ka mauqa hi khatam ho gaya ke yeh wala</w:t>
      </w:r>
    </w:p>
    <w:p>
      <w:pPr>
        <w:jc w:val="right"/>
      </w:pPr>
      <w:r>
        <w:t>اب وہ سوچنے کا موقع ہی ختم ہو گیا کہ یہ والا</w:t>
      </w:r>
    </w:p>
    <w:p>
      <w:r>
        <w:rPr>
          <w:b/>
        </w:rPr>
        <w:t xml:space="preserve">[21:41] </w:t>
      </w:r>
      <w:r>
        <w:t>dushman hai.</w:t>
      </w:r>
    </w:p>
    <w:p>
      <w:pPr>
        <w:jc w:val="right"/>
      </w:pPr>
      <w:r>
        <w:t>دشمن ہے۔</w:t>
      </w:r>
    </w:p>
    <w:p>
      <w:r>
        <w:rPr>
          <w:b/>
        </w:rPr>
        <w:t xml:space="preserve">[21:47] </w:t>
      </w:r>
      <w:r>
        <w:t>nahi, woh is ka supporter hai.</w:t>
      </w:r>
    </w:p>
    <w:p>
      <w:pPr>
        <w:jc w:val="right"/>
      </w:pPr>
      <w:r>
        <w:t>نہیں، وہ اس کا supporter ہے۔</w:t>
      </w:r>
    </w:p>
    <w:p>
      <w:r>
        <w:rPr>
          <w:b/>
        </w:rPr>
        <w:t xml:space="preserve">[21:53] </w:t>
      </w:r>
      <w:r>
        <w:t>politician ka supporter hai voter, doctor ka supporter hai patient, businessman ka supporter hai customer.</w:t>
      </w:r>
    </w:p>
    <w:p>
      <w:pPr>
        <w:jc w:val="right"/>
      </w:pPr>
      <w:r>
        <w:t>politician کا supporter ہے voter، ڈاکٹر کا supporter ہے patient، businessman کا supporter ہے customer۔</w:t>
      </w:r>
    </w:p>
    <w:p>
      <w:r>
        <w:rPr>
          <w:b/>
        </w:rPr>
        <w:t xml:space="preserve">[21:59] </w:t>
      </w:r>
      <w:r>
        <w:t>is ko kehte hain interdependent culture.</w:t>
      </w:r>
    </w:p>
    <w:p>
      <w:pPr>
        <w:jc w:val="right"/>
      </w:pPr>
      <w:r>
        <w:t>اس کو کہتے ہیں interdependent culture۔</w:t>
      </w:r>
    </w:p>
    <w:p>
      <w:r>
        <w:rPr>
          <w:b/>
        </w:rPr>
        <w:t xml:space="preserve">[22:05] </w:t>
      </w:r>
      <w:r>
        <w:t>to aik mutual interest ki wajah se aik compassion create ho gaya mutual inter</w:t>
      </w:r>
    </w:p>
    <w:p>
      <w:pPr>
        <w:jc w:val="right"/>
      </w:pPr>
      <w:r>
        <w:t>تو ایک mutual interest کی وجہ سے ایک compassion create ہو گیا۔ mutual inter</w:t>
      </w:r>
    </w:p>
    <w:p>
      <w:r>
        <w:rPr>
          <w:b/>
        </w:rPr>
        <w:t xml:space="preserve">[22:11] </w:t>
      </w:r>
      <w:r>
        <w:t>est ki wajah se aik compassion create ho gaya.</w:t>
      </w:r>
    </w:p>
    <w:p>
      <w:pPr>
        <w:jc w:val="right"/>
      </w:pPr>
      <w:r>
        <w:t>est کی وجہ سے ایک compassion create ہو گیا۔</w:t>
      </w:r>
    </w:p>
    <w:p>
      <w:r>
        <w:rPr>
          <w:b/>
        </w:rPr>
        <w:t xml:space="preserve">[22:17] </w:t>
      </w:r>
      <w:r>
        <w:t>ke woh majboor thay log ke doosre ko apna apna apna supporter samjhein.</w:t>
      </w:r>
    </w:p>
    <w:p>
      <w:pPr>
        <w:jc w:val="right"/>
      </w:pPr>
      <w:r>
        <w:t>کہ وہ مجبور تھے لوگ کہ دوسرے کو اپنا اپنا اپنا supporter سمجھیں۔</w:t>
      </w:r>
    </w:p>
    <w:p>
      <w:r>
        <w:rPr>
          <w:b/>
        </w:rPr>
        <w:t xml:space="preserve">[22:22] </w:t>
      </w:r>
      <w:r>
        <w:t>yani businessman customer ko apna supporter samjhe.</w:t>
      </w:r>
    </w:p>
    <w:p>
      <w:pPr>
        <w:jc w:val="right"/>
      </w:pPr>
      <w:r>
        <w:t>یعنی businessman customer کو اپنا supporter سمجھے۔</w:t>
      </w:r>
    </w:p>
    <w:p>
      <w:r>
        <w:rPr>
          <w:b/>
        </w:rPr>
        <w:t xml:space="preserve">[22:27] </w:t>
      </w:r>
      <w:r>
        <w:t>politician voter ko apna supporter samjhe.</w:t>
      </w:r>
    </w:p>
    <w:p>
      <w:pPr>
        <w:jc w:val="right"/>
      </w:pPr>
      <w:r>
        <w:t>politician voter کو اپنا supporter سمجھے۔</w:t>
      </w:r>
    </w:p>
    <w:p>
      <w:r>
        <w:rPr>
          <w:b/>
        </w:rPr>
        <w:t xml:space="preserve">[22:32] </w:t>
      </w:r>
      <w:r>
        <w:t>aise hi har jagah.</w:t>
      </w:r>
    </w:p>
    <w:p>
      <w:pPr>
        <w:jc w:val="right"/>
      </w:pPr>
      <w:r>
        <w:t>ایسے ہی ہر جگہ۔</w:t>
      </w:r>
    </w:p>
    <w:p>
      <w:r>
        <w:rPr>
          <w:b/>
        </w:rPr>
        <w:t xml:space="preserve">[22:37] </w:t>
      </w:r>
      <w:r>
        <w:t>to is se pehli baar duniya mein industrial revolution ke baad aik daur aaya</w:t>
      </w:r>
    </w:p>
    <w:p>
      <w:pPr>
        <w:jc w:val="right"/>
      </w:pPr>
      <w:r>
        <w:t>تو اس سے پہلی بار دنیا میں industrial revolution کے بعد ایک دور آیا</w:t>
      </w:r>
    </w:p>
    <w:p>
      <w:r>
        <w:rPr>
          <w:b/>
        </w:rPr>
        <w:t xml:space="preserve">[22:42] </w:t>
      </w:r>
      <w:r>
        <w:t>jabke interdependent culture ban gaya.</w:t>
      </w:r>
    </w:p>
    <w:p>
      <w:pPr>
        <w:jc w:val="right"/>
      </w:pPr>
      <w:r>
        <w:t>جبکہ interdependent culture بن گیا۔</w:t>
      </w:r>
    </w:p>
    <w:p>
      <w:r>
        <w:rPr>
          <w:b/>
        </w:rPr>
        <w:t xml:space="preserve">[22:47] </w:t>
      </w:r>
      <w:r>
        <w:t>yeh kabhi aisa tha hi nahin.</w:t>
      </w:r>
    </w:p>
    <w:p>
      <w:pPr>
        <w:jc w:val="right"/>
      </w:pPr>
      <w:r>
        <w:t>یہ کبھی ایسا تھا ہی نہیں۔</w:t>
      </w:r>
    </w:p>
    <w:p>
      <w:r>
        <w:rPr>
          <w:b/>
        </w:rPr>
        <w:t xml:space="preserve">[22:53] </w:t>
      </w:r>
      <w:r>
        <w:t>interdependent culture kabhi dunya mein tha hi nahin.</w:t>
      </w:r>
    </w:p>
    <w:p>
      <w:pPr>
        <w:jc w:val="right"/>
      </w:pPr>
      <w:r>
        <w:t>interdependent culture کبھی دنیا میں تھا ہی نہیں۔</w:t>
      </w:r>
    </w:p>
    <w:p>
      <w:r>
        <w:rPr>
          <w:b/>
        </w:rPr>
        <w:t xml:space="preserve">[22:58] </w:t>
      </w:r>
      <w:r>
        <w:t>yeh to modern industrial age ka atiya hai.</w:t>
      </w:r>
    </w:p>
    <w:p>
      <w:pPr>
        <w:jc w:val="right"/>
      </w:pPr>
      <w:r>
        <w:t>یہ تو modern industrial age کا عطیہ ہے۔</w:t>
      </w:r>
    </w:p>
    <w:p>
      <w:r>
        <w:rPr>
          <w:b/>
        </w:rPr>
        <w:t xml:space="preserve">[23:03] </w:t>
      </w:r>
      <w:r>
        <w:t>lekin is daur ka jis ne initiate kiya, us ki jis ne is ki process jari kiya, jis</w:t>
      </w:r>
    </w:p>
    <w:p>
      <w:pPr>
        <w:jc w:val="right"/>
      </w:pPr>
      <w:r>
        <w:t>لیکن اس دور کا جس نے initiate کیا، اس کی جس نے اس کی process جاری کیا، جس</w:t>
      </w:r>
    </w:p>
    <w:p>
      <w:r>
        <w:rPr>
          <w:b/>
        </w:rPr>
        <w:t xml:space="preserve">[23:09] </w:t>
      </w:r>
      <w:r>
        <w:t>ke nateejay mein hua, woh woh rasool aur ashaab rasool ka tha. Woh</w:t>
      </w:r>
    </w:p>
    <w:p>
      <w:pPr>
        <w:jc w:val="right"/>
      </w:pPr>
      <w:r>
        <w:t>کے نتیجے میں ہوا، وہ وہ رسول اور اصحاب رسول کا تھے۔ وہ</w:t>
      </w:r>
    </w:p>
    <w:p>
      <w:r>
        <w:rPr>
          <w:b/>
        </w:rPr>
        <w:t xml:space="preserve">[23:14] </w:t>
      </w:r>
      <w:r>
        <w:t>yeh tha woh baat jo rasool Allah ne kahi thi Makkah mein.</w:t>
      </w:r>
    </w:p>
    <w:p>
      <w:pPr>
        <w:jc w:val="right"/>
      </w:pPr>
      <w:r>
        <w:t>یہ تھا وہ بات جو رسول اللہ نے کہی تھی مکہ میں۔</w:t>
      </w:r>
    </w:p>
    <w:p>
      <w:r>
        <w:rPr>
          <w:b/>
        </w:rPr>
        <w:t xml:space="preserve">[23:18] </w:t>
      </w:r>
      <w:r>
        <w:t>kalmata wahida to teen ya.</w:t>
      </w:r>
    </w:p>
    <w:p>
      <w:pPr>
        <w:jc w:val="right"/>
      </w:pPr>
      <w:r>
        <w:t>کلمۃ واحد تو تین یا۔</w:t>
      </w:r>
    </w:p>
    <w:p>
      <w:r>
        <w:rPr>
          <w:b/>
        </w:rPr>
        <w:t xml:space="preserve">[23:22] </w:t>
      </w:r>
      <w:r>
        <w:t>yani aik kalma hai, us ko tum maan lo to sari dunya tumhari ho jaye gi.</w:t>
      </w:r>
    </w:p>
    <w:p>
      <w:pPr>
        <w:jc w:val="right"/>
      </w:pPr>
      <w:r>
        <w:t>یعنی ایک کلمہ ہے، اس کو تم مان لو تو ساری دنیا تمہاری ہو جائے گی۔</w:t>
      </w:r>
    </w:p>
    <w:p>
      <w:r>
        <w:rPr>
          <w:b/>
        </w:rPr>
        <w:t xml:space="preserve">[23:25] </w:t>
      </w:r>
      <w:r>
        <w:t>tumhari sachai mein nahin ke tumhara rule qaim ho jaye ga.</w:t>
      </w:r>
    </w:p>
    <w:p>
      <w:pPr>
        <w:jc w:val="right"/>
      </w:pPr>
      <w:r>
        <w:t>تمہاری سچائی میں نہیں کہ تمہارا rule قائم ہو جائے گا۔</w:t>
      </w:r>
    </w:p>
    <w:p>
      <w:r>
        <w:rPr>
          <w:b/>
        </w:rPr>
        <w:t xml:space="preserve">[23:29] </w:t>
      </w:r>
      <w:r>
        <w:t>equation badal jaye ga, universal norm badal jaye ga.</w:t>
      </w:r>
    </w:p>
    <w:p>
      <w:pPr>
        <w:jc w:val="right"/>
      </w:pPr>
      <w:r>
        <w:t>equation بدل جائے گا، universal norm بدل جائے گا۔</w:t>
      </w:r>
    </w:p>
    <w:p>
      <w:r>
        <w:rPr>
          <w:b/>
        </w:rPr>
        <w:t xml:space="preserve">[23:33] </w:t>
      </w:r>
      <w:r>
        <w:t>interdependent culture ban jaye ga, jis mein koi kisi kisi ko koi koi afford nahin kar sake ga</w:t>
      </w:r>
    </w:p>
    <w:p>
      <w:pPr>
        <w:jc w:val="right"/>
      </w:pPr>
      <w:r>
        <w:t>interdependent culture بن جائے گا، جس میں کوئی کسی کسی کو کوئی کوئی afford نہیں کر سکے گا</w:t>
      </w:r>
    </w:p>
    <w:p>
      <w:r>
        <w:rPr>
          <w:b/>
        </w:rPr>
        <w:t xml:space="preserve">[23:37] </w:t>
      </w:r>
      <w:r>
        <w:t>ke kisi ko dushman ban jaye.</w:t>
      </w:r>
    </w:p>
    <w:p>
      <w:pPr>
        <w:jc w:val="right"/>
      </w:pPr>
      <w:r>
        <w:t>کہ کسی کو دشمن بن جائے۔</w:t>
      </w:r>
    </w:p>
    <w:p>
      <w:r>
        <w:rPr>
          <w:b/>
        </w:rPr>
        <w:t xml:space="preserve">[23:41] </w:t>
      </w:r>
      <w:r>
        <w:t>jaise ke aap dekhiye,</w:t>
      </w:r>
    </w:p>
    <w:p>
      <w:pPr>
        <w:jc w:val="right"/>
      </w:pPr>
      <w:r>
        <w:t>جیسے کہ آپ دیکھیے،</w:t>
      </w:r>
    </w:p>
    <w:p>
      <w:r>
        <w:rPr>
          <w:b/>
        </w:rPr>
        <w:t xml:space="preserve">[23:44] </w:t>
      </w:r>
      <w:r>
        <w:t>business community is ko afford nahin kar sakti ke woh logon ke dushman ban jaye kyunke woh customer hain.</w:t>
      </w:r>
    </w:p>
    <w:p>
      <w:pPr>
        <w:jc w:val="right"/>
      </w:pPr>
      <w:r>
        <w:t>business community اس کو afford نہیں کر سکتی کہ وہ لوگوں کے دشمن بن جائے کیونکہ وہ customer ہیں۔</w:t>
      </w:r>
    </w:p>
    <w:p>
      <w:r>
        <w:rPr>
          <w:b/>
        </w:rPr>
        <w:t xml:space="preserve">[23:50] </w:t>
      </w:r>
      <w:r>
        <w:t>politician afford nahin kar sakta ke apne voter ko apna dushman bana le.</w:t>
      </w:r>
    </w:p>
    <w:p>
      <w:pPr>
        <w:jc w:val="right"/>
      </w:pPr>
      <w:r>
        <w:t>politician afford نہیں کر سکتا کہ اپنے voter کو اپنا دشمن بنا لے۔</w:t>
      </w:r>
    </w:p>
    <w:p>
      <w:r>
        <w:rPr>
          <w:b/>
        </w:rPr>
        <w:t xml:space="preserve">[23:55] </w:t>
      </w:r>
      <w:r>
        <w:t>koi nahin kar sakta.</w:t>
      </w:r>
    </w:p>
    <w:p>
      <w:pPr>
        <w:jc w:val="right"/>
      </w:pPr>
      <w:r>
        <w:t>کوئی نہیں کر سکتا۔</w:t>
      </w:r>
    </w:p>
    <w:p>
      <w:r>
        <w:rPr>
          <w:b/>
        </w:rPr>
        <w:t xml:space="preserve">[24:00] </w:t>
      </w:r>
      <w:r>
        <w:t>to yeh pehli baar dunya mein aaya interdependent culture.</w:t>
      </w:r>
    </w:p>
    <w:p>
      <w:pPr>
        <w:jc w:val="right"/>
      </w:pPr>
      <w:r>
        <w:t>تو یہ پہلی بار دنیا میں آیا interdependent culture۔</w:t>
      </w:r>
    </w:p>
    <w:p>
      <w:r>
        <w:rPr>
          <w:b/>
        </w:rPr>
        <w:t xml:space="preserve">[24:05] </w:t>
      </w:r>
      <w:r>
        <w:t>is ke nateejay mein kya hua? Ke sazish ka daur hi khatam ho gaya.</w:t>
      </w:r>
    </w:p>
    <w:p>
      <w:pPr>
        <w:jc w:val="right"/>
      </w:pPr>
      <w:r>
        <w:t>اس کے نتیجے میں کیا ہوا؟ کہ سازش کا دور ہی ختم ہو گیا۔</w:t>
      </w:r>
    </w:p>
    <w:p>
      <w:r>
        <w:rPr>
          <w:b/>
        </w:rPr>
        <w:t xml:space="preserve">[24:11] </w:t>
      </w:r>
      <w:r>
        <w:t>dushmani ka daur hi khatam ho gaya.</w:t>
      </w:r>
    </w:p>
    <w:p>
      <w:pPr>
        <w:jc w:val="right"/>
      </w:pPr>
      <w:r>
        <w:t>دشمنی کا دور ہی ختم ہو گیا۔</w:t>
      </w:r>
    </w:p>
    <w:p>
      <w:r>
        <w:rPr>
          <w:b/>
        </w:rPr>
        <w:t xml:space="preserve">[24:16] </w:t>
      </w:r>
      <w:r>
        <w:t>ab to appeasement ka daur aa gaya, appeasement.</w:t>
      </w:r>
    </w:p>
    <w:p>
      <w:pPr>
        <w:jc w:val="right"/>
      </w:pPr>
      <w:r>
        <w:t>اب تو appeasement کا دور آ گیا، appeasement۔</w:t>
      </w:r>
    </w:p>
    <w:p>
      <w:r>
        <w:rPr>
          <w:b/>
        </w:rPr>
        <w:t xml:space="preserve">[24:19] </w:t>
      </w:r>
      <w:r>
        <w:t>sab ko khush rakho.</w:t>
      </w:r>
    </w:p>
    <w:p>
      <w:pPr>
        <w:jc w:val="right"/>
      </w:pPr>
      <w:r>
        <w:t>سب کو خوش رکھو۔</w:t>
      </w:r>
    </w:p>
    <w:p>
      <w:r>
        <w:rPr>
          <w:b/>
        </w:rPr>
        <w:t xml:space="preserve">[24:23] </w:t>
      </w:r>
      <w:r>
        <w:t>taake hamara kaam chalta rahe.</w:t>
      </w:r>
    </w:p>
    <w:p>
      <w:pPr>
        <w:jc w:val="right"/>
      </w:pPr>
      <w:r>
        <w:t>تاکہ ہمارا کام چلتا رہے۔</w:t>
      </w:r>
    </w:p>
    <w:p>
      <w:r>
        <w:rPr>
          <w:b/>
        </w:rPr>
        <w:t xml:space="preserve">[24:26] </w:t>
      </w:r>
      <w:r>
        <w:t>ab sahi ke yeh musalman jo bolte hain, aisi negative boli, yeh Allah ki scheme ko deny kar</w:t>
      </w:r>
    </w:p>
    <w:p>
      <w:pPr>
        <w:jc w:val="right"/>
      </w:pPr>
      <w:r>
        <w:t>اب صحیح کہ یہ مسلمان جو بولتے ہیں، ایسی negative بولی، یہ اللہ کی scheme کو deny کر</w:t>
      </w:r>
    </w:p>
    <w:p>
      <w:r>
        <w:rPr>
          <w:b/>
        </w:rPr>
        <w:t xml:space="preserve">[24:29] </w:t>
      </w:r>
      <w:r>
        <w:t>rahe hain woh.</w:t>
      </w:r>
    </w:p>
    <w:p>
      <w:pPr>
        <w:jc w:val="right"/>
      </w:pPr>
      <w:r>
        <w:t>رہے ہیں وہ۔</w:t>
      </w:r>
    </w:p>
    <w:p>
      <w:r>
        <w:rPr>
          <w:b/>
        </w:rPr>
        <w:t xml:space="preserve">[24:33] </w:t>
      </w:r>
      <w:r>
        <w:t>sadah baat nahin hai.</w:t>
      </w:r>
    </w:p>
    <w:p>
      <w:pPr>
        <w:jc w:val="right"/>
      </w:pPr>
      <w:r>
        <w:t>سادہ بات نہیں ہے۔</w:t>
      </w:r>
    </w:p>
    <w:p>
      <w:r>
        <w:rPr>
          <w:b/>
        </w:rPr>
        <w:t xml:space="preserve">[24:36] </w:t>
      </w:r>
      <w:r>
        <w:t>yeh sirf unwise baat nahi hai.</w:t>
      </w:r>
    </w:p>
    <w:p>
      <w:pPr>
        <w:jc w:val="right"/>
      </w:pPr>
      <w:r>
        <w:t>یہ صرف unwise بات نہیں ہے۔</w:t>
      </w:r>
    </w:p>
    <w:p>
      <w:r>
        <w:rPr>
          <w:b/>
        </w:rPr>
        <w:t xml:space="preserve">[24:39] </w:t>
      </w:r>
      <w:r>
        <w:t>rab ul alameen ki scheme ko deny karna hai, yeh.</w:t>
      </w:r>
    </w:p>
    <w:p>
      <w:pPr>
        <w:jc w:val="right"/>
      </w:pPr>
      <w:r>
        <w:t>رب العالمین کی scheme کو deny کرنا ہے، یہ۔</w:t>
      </w:r>
    </w:p>
    <w:p>
      <w:r>
        <w:rPr>
          <w:b/>
        </w:rPr>
        <w:t xml:space="preserve">[24:43] </w:t>
      </w:r>
      <w:r>
        <w:t>jaise is waqt suraj nikla hua</w:t>
      </w:r>
    </w:p>
    <w:p>
      <w:pPr>
        <w:jc w:val="right"/>
      </w:pPr>
      <w:r>
        <w:t>جیسے اس وقت سورہ نکلا ہوا</w:t>
      </w:r>
    </w:p>
    <w:p>
      <w:r>
        <w:rPr>
          <w:b/>
        </w:rPr>
        <w:t xml:space="preserve">[24:46] </w:t>
      </w:r>
      <w:r>
        <w:t>hai, aap ko idhar udhar idhar udhar idhar to aap rab ul alameen ki scheme ko scheme ko deny</w:t>
      </w:r>
    </w:p>
    <w:p>
      <w:pPr>
        <w:jc w:val="right"/>
      </w:pPr>
      <w:r>
        <w:t>ہے، آپ کو ادھر ادھر ادھر ادھر ادھر تو آپ رب العالمین کی scheme کو scheme کو deny</w:t>
      </w:r>
    </w:p>
    <w:p>
      <w:r>
        <w:rPr>
          <w:b/>
        </w:rPr>
        <w:t xml:space="preserve">[24:51] </w:t>
      </w:r>
      <w:r>
        <w:t>kar rahe hain.</w:t>
      </w:r>
    </w:p>
    <w:p>
      <w:pPr>
        <w:jc w:val="right"/>
      </w:pPr>
      <w:r>
        <w:t>کر رہے ہیں۔</w:t>
      </w:r>
    </w:p>
    <w:p>
      <w:r>
        <w:rPr>
          <w:b/>
        </w:rPr>
        <w:t xml:space="preserve">[24:56] </w:t>
      </w:r>
      <w:r>
        <w:t>kahan kahan kahan kahan kon si zameen aap ko jagah degi, kon aasman aap ko jagah dega.</w:t>
      </w:r>
    </w:p>
    <w:p>
      <w:pPr>
        <w:jc w:val="right"/>
      </w:pPr>
      <w:r>
        <w:t>کہاں کہاں کہاں کہاں کون سی زمین آپ کو جگہ دے گی، کون آسمان آپ کو جگہ دے گا۔</w:t>
      </w:r>
    </w:p>
    <w:p>
      <w:r>
        <w:rPr>
          <w:b/>
        </w:rPr>
        <w:t xml:space="preserve">[25:01] </w:t>
      </w:r>
      <w:r>
        <w:t>yani pani barsa barsa raha ho aasman se, aap kahein haye khushki wali haye qahat, suraj nikal raha</w:t>
      </w:r>
    </w:p>
    <w:p>
      <w:pPr>
        <w:jc w:val="right"/>
      </w:pPr>
      <w:r>
        <w:t>یعنی پانی برسا برس رہا ہو آسمان سے، آپ کہیں ہائے خشکی والی ہائے قحط، سورج نکل رہا</w:t>
      </w:r>
    </w:p>
    <w:p>
      <w:r>
        <w:rPr>
          <w:b/>
        </w:rPr>
        <w:t xml:space="preserve">[25:06] </w:t>
      </w:r>
      <w:r>
        <w:t>hua ho, aap kahein ke haye andhera haye andhera.</w:t>
      </w:r>
    </w:p>
    <w:p>
      <w:pPr>
        <w:jc w:val="right"/>
      </w:pPr>
      <w:r>
        <w:t>ہوا ہو، آپ کہیں کہ ہائے اندھیرا ہائے اندھیرا۔</w:t>
      </w:r>
    </w:p>
    <w:p>
      <w:r>
        <w:rPr>
          <w:b/>
        </w:rPr>
        <w:t xml:space="preserve">[25:11] </w:t>
      </w:r>
      <w:r>
        <w:t>to aap rab ul alameen</w:t>
      </w:r>
    </w:p>
    <w:p>
      <w:pPr>
        <w:jc w:val="right"/>
      </w:pPr>
      <w:r>
        <w:t>تو آپ رب العالمین</w:t>
      </w:r>
    </w:p>
    <w:p>
      <w:r>
        <w:rPr>
          <w:b/>
        </w:rPr>
        <w:t xml:space="preserve">[25:16] </w:t>
      </w:r>
      <w:r>
        <w:t>ki scheme ko deny kar rahe hain. ab mujhe bataiye ke kaun si zameen aap ko jagah degi, kaun sa aasman aap ko jagah dega. ab waqt aa gaya hai ke Musalman aisi boliyon ko shaitani boli samjhein. negative boli ko shaitani boli samjhein woh. Maa baap ka ek uool karein, Allah Ta'ala ne saare mawaqe khol diye. Allah Ta'ala ne saare mawa</w:t>
      </w:r>
    </w:p>
    <w:p>
      <w:pPr>
        <w:jc w:val="right"/>
      </w:pPr>
      <w:r>
        <w:t>کی scheme کو deny کر رہے ہیں۔ اب مجھے بتائیے کہ کون سی زمین آپ کو جگہ دے گی، کون سا آسمان آپ کو جگہ دے گا۔ اب وقت آ گیا ہے کہ مسلمان ایسی بولیوں کو شیطانی بولی سمجھیں۔ negative بولی کو شیطانی بولی سمجھیں وہ۔ ماں باپ کا ایک اویل کریں، اللہ تعالیٰ نے سارے مواقع کھول دیے۔ اللہ تعالیٰ نے سارے موا</w:t>
      </w:r>
    </w:p>
    <w:p>
      <w:r>
        <w:rPr>
          <w:b/>
        </w:rPr>
        <w:t xml:space="preserve">[25:46] </w:t>
      </w:r>
      <w:r>
        <w:t>qe khol diye. Allah ke deen ko le ke uthiye, peaceful andaaz mein. Allah ke deen ko le ke uthiye, peaceful andaaz mein. aur dunya ko aaj sab se zyada zaroorat hai Allah ke deen ki. dekhiye, dunya ne sab kuch haasil kar liya. saari luxury haasil kar li, lekin peace</w:t>
      </w:r>
    </w:p>
    <w:p>
      <w:pPr>
        <w:jc w:val="right"/>
      </w:pPr>
      <w:r>
        <w:t>قع کھول دیے۔ اللہ کے دین کو لے کے اٹھیے، peaceful انداز میں۔ اللہ کے دین کو لے کے اٹھیے، peaceful انداز میں۔ اور دنیا کو آج سب سے زیادہ ضرورت ہے اللہ کے دین کی۔ دیکھیے، دنیا نے سب کچھ حاصل کر لیا۔ ساری لگژری حاصل کر لی، لیکن peace</w:t>
      </w:r>
    </w:p>
    <w:p>
      <w:r>
        <w:rPr>
          <w:b/>
        </w:rPr>
        <w:t xml:space="preserve">[26:16] </w:t>
      </w:r>
      <w:r>
        <w:t>of mind nahi mila is ko.</w:t>
      </w:r>
    </w:p>
    <w:p>
      <w:pPr>
        <w:jc w:val="right"/>
      </w:pPr>
      <w:r>
        <w:t>of mind نہیں ملا اس کو۔</w:t>
      </w:r>
    </w:p>
    <w:p>
      <w:r>
        <w:rPr>
          <w:b/>
        </w:rPr>
        <w:t xml:space="preserve">[26:21] </w:t>
      </w:r>
      <w:r>
        <w:t>is ko qalbi sukoon nahi mila is ko.</w:t>
      </w:r>
    </w:p>
    <w:p>
      <w:pPr>
        <w:jc w:val="right"/>
      </w:pPr>
      <w:r>
        <w:t>اس کو قلبی سکون نہیں ملا اس کو۔</w:t>
      </w:r>
    </w:p>
    <w:p>
      <w:r>
        <w:rPr>
          <w:b/>
        </w:rPr>
        <w:t xml:space="preserve">[26:26] </w:t>
      </w:r>
      <w:r>
        <w:t>kyun? Allah bizikrillah tatmain al quloob.</w:t>
      </w:r>
    </w:p>
    <w:p>
      <w:pPr>
        <w:jc w:val="right"/>
      </w:pPr>
      <w:r>
        <w:t>کیوں؟ اللہ بذکر اللہ تطمئن القلوب۔</w:t>
      </w:r>
    </w:p>
    <w:p>
      <w:r>
        <w:rPr>
          <w:b/>
        </w:rPr>
        <w:t xml:space="preserve">[26:31] </w:t>
      </w:r>
      <w:r>
        <w:t>sun lo ke Allah hi ki yaad se dilon ko sukoon milta hai.</w:t>
      </w:r>
    </w:p>
    <w:p>
      <w:pPr>
        <w:jc w:val="right"/>
      </w:pPr>
      <w:r>
        <w:t>سن لو کہ اللہ ہی کی یاد سے دلوں کو سکون ملتا ہے۔</w:t>
      </w:r>
    </w:p>
    <w:p>
      <w:r>
        <w:rPr>
          <w:b/>
        </w:rPr>
        <w:t xml:space="preserve">[26:36] </w:t>
      </w:r>
      <w:r>
        <w:t>to wohi cheez hadaf hai.</w:t>
      </w:r>
    </w:p>
    <w:p>
      <w:pPr>
        <w:jc w:val="right"/>
      </w:pPr>
      <w:r>
        <w:t>تو وہی چیز ہدف ہے۔</w:t>
      </w:r>
    </w:p>
    <w:p>
      <w:r>
        <w:rPr>
          <w:b/>
        </w:rPr>
        <w:t xml:space="preserve">[26:41] </w:t>
      </w:r>
      <w:r>
        <w:t>luxury hai, car hai, hawai jahaz hai, shopping center hai,</w:t>
      </w:r>
    </w:p>
    <w:p>
      <w:pPr>
        <w:jc w:val="right"/>
      </w:pPr>
      <w:r>
        <w:t>لگژری ہے، کار ہے، ہوا جہاز ہے، شاپنگ سینٹر ہے،</w:t>
      </w:r>
    </w:p>
    <w:p>
      <w:r>
        <w:rPr>
          <w:b/>
        </w:rPr>
        <w:t xml:space="preserve">[26:47] </w:t>
      </w:r>
      <w:r>
        <w:t>saari cheezein hain, lekin Allah hadaf hai. to Allah bi zikr Allah, yeh dunya ko batana hai ke Allah bi zikr Allah tatmain al quloob. sun lo ke dilon ko chain jo milta hai, woh Allah ki yaad se milta hai. luxury se nahin, caron se nahin, hawa jahaz se nahin. hukoomat ke uhdon se nahin. to yeh yeh yeh paigham dena hai Musalman ko, saari dunya</w:t>
      </w:r>
    </w:p>
    <w:p>
      <w:pPr>
        <w:jc w:val="right"/>
      </w:pPr>
      <w:r>
        <w:t>ساری چیزیں ہیں، لیکن اللہ ہدف ہے۔ تو اللہ بذکر اللہ، یہ دنیا کو بتانا ہے کہ اللہ بذکر اللہ تطمئن القلوب۔ سن لو کہ دلوں کو چین جو ملتا ہے، وہ اللہ کی یاد سے ملتا ہے۔ لگژری سے نہیں، کاروں سے نہیں، ہوا جہاز سے نہیں۔ حکومت کے عہدوں سے نہیں۔ تو یہ یہ یہ پیغام دینا ہے مسلمان کو، ساری دنیا</w:t>
      </w:r>
    </w:p>
    <w:p>
      <w:r>
        <w:rPr>
          <w:b/>
        </w:rPr>
        <w:t xml:space="preserve">[27:17] </w:t>
      </w:r>
      <w:r>
        <w:t>ke liye, peaceful andaaz mein.</w:t>
      </w:r>
    </w:p>
    <w:p>
      <w:pPr>
        <w:jc w:val="right"/>
      </w:pPr>
      <w:r>
        <w:t>کے لیے، peaceful انداز میں۔</w:t>
      </w:r>
    </w:p>
    <w:p>
      <w:r>
        <w:rPr>
          <w:b/>
        </w:rPr>
        <w:t xml:space="preserve">[27:23] </w:t>
      </w:r>
      <w:r>
        <w:t>yani paigham dena hai jo log apne kamre band kar ke so rahe hon, un ko batana hai</w:t>
      </w:r>
    </w:p>
    <w:p>
      <w:pPr>
        <w:jc w:val="right"/>
      </w:pPr>
      <w:r>
        <w:t>یعنی پیغام دینا ہے جو لوگ اپنے کمرے بند کر کے سو رہے ہوں، ان کو بتانا ہے</w:t>
      </w:r>
    </w:p>
    <w:p>
      <w:r>
        <w:rPr>
          <w:b/>
        </w:rPr>
        <w:t xml:space="preserve">[27:29] </w:t>
      </w:r>
      <w:r>
        <w:t>ke arey suraj nikal aaya hai, roshni ho gayi, niklo apne kamre se bahar.</w:t>
      </w:r>
    </w:p>
    <w:p>
      <w:pPr>
        <w:jc w:val="right"/>
      </w:pPr>
      <w:r>
        <w:t>کہ ارے سورج نکل آیا ہے، روشنی ہو گئی، نکلو اپنے کمرے سے باہر۔</w:t>
      </w:r>
    </w:p>
    <w:p>
      <w:r>
        <w:rPr>
          <w:b/>
        </w:rPr>
        <w:t xml:space="preserve">[27:35] </w:t>
      </w:r>
      <w:r>
        <w:t>is waqt chalana hai ke andhera andhera andhera andhera.</w:t>
      </w:r>
    </w:p>
    <w:p>
      <w:pPr>
        <w:jc w:val="right"/>
      </w:pPr>
      <w:r>
        <w:t>اس وقت چلانا ہے کہ اندھیرا اندھیرا اندھیرا اندھیرا۔</w:t>
      </w:r>
    </w:p>
    <w:p>
      <w:r>
        <w:rPr>
          <w:b/>
        </w:rPr>
        <w:t xml:space="preserve">[27:41] </w:t>
      </w:r>
      <w:r>
        <w:t>to yaad rakhiye, rasool Allah paighambar khatam uz zaman, paighambar</w:t>
      </w:r>
    </w:p>
    <w:p>
      <w:pPr>
        <w:jc w:val="right"/>
      </w:pPr>
      <w:r>
        <w:t>تو یاد رکھیے، رسول اللہ پیغمبر خاتم الزمان، پیغمبر</w:t>
      </w:r>
    </w:p>
    <w:p>
      <w:r>
        <w:rPr>
          <w:b/>
        </w:rPr>
        <w:t xml:space="preserve">[27:47] </w:t>
      </w:r>
      <w:r>
        <w:t>khatam un nabiyyin thay.</w:t>
      </w:r>
    </w:p>
    <w:p>
      <w:pPr>
        <w:jc w:val="right"/>
      </w:pPr>
      <w:r>
        <w:t>خاتم النبیین تھے۔</w:t>
      </w:r>
    </w:p>
    <w:p>
      <w:r>
        <w:rPr>
          <w:b/>
        </w:rPr>
        <w:t xml:space="preserve">[27:52] </w:t>
      </w:r>
      <w:r>
        <w:t>aap par nabuwat ka silsila khatam ho gaya.</w:t>
      </w:r>
    </w:p>
    <w:p>
      <w:pPr>
        <w:jc w:val="right"/>
      </w:pPr>
      <w:r>
        <w:t>آپ پر نبوت کا سلسلہ ختم ہو گیا۔</w:t>
      </w:r>
    </w:p>
    <w:p>
      <w:r>
        <w:rPr>
          <w:b/>
        </w:rPr>
        <w:t xml:space="preserve">[27:57] </w:t>
      </w:r>
      <w:r>
        <w:t>to Allah taala ko manzoor tha ke is ke baad halaat aise ho jayen ke paighambar ko bhejane</w:t>
      </w:r>
    </w:p>
    <w:p>
      <w:pPr>
        <w:jc w:val="right"/>
      </w:pPr>
      <w:r>
        <w:t>تو اللہ تعالیٰ کو منظور تھا کہ اس کے بعد حالات ایسے ہو جائیں کہ پیغمبر کو بھیجنے</w:t>
      </w:r>
    </w:p>
    <w:p>
      <w:r>
        <w:rPr>
          <w:b/>
        </w:rPr>
        <w:t xml:space="preserve">[28:02] </w:t>
      </w:r>
      <w:r>
        <w:t>ki zaroorat hi na rahe.</w:t>
      </w:r>
    </w:p>
    <w:p>
      <w:pPr>
        <w:jc w:val="right"/>
      </w:pPr>
      <w:r>
        <w:t>کی ضرورت ہی نہ رہے۔</w:t>
      </w:r>
    </w:p>
    <w:p>
      <w:r>
        <w:rPr>
          <w:b/>
        </w:rPr>
        <w:t xml:space="preserve">[28:07] </w:t>
      </w:r>
      <w:r>
        <w:t>paighambar Islam jo khatam un nabiyyin hain, kis maani mein? Yeh list list wali baat nahi hai ke list</w:t>
      </w:r>
    </w:p>
    <w:p>
      <w:pPr>
        <w:jc w:val="right"/>
      </w:pPr>
      <w:r>
        <w:t>پیغمبر اسلام جو خاتم النبیین ہیں، کس معنی میں؟ یہ list list والی بات نہیں ہے کہ list</w:t>
      </w:r>
    </w:p>
    <w:p>
      <w:r>
        <w:rPr>
          <w:b/>
        </w:rPr>
        <w:t xml:space="preserve">[28:13] </w:t>
      </w:r>
      <w:r>
        <w:t>khatm ho gai. nahi,</w:t>
      </w:r>
    </w:p>
    <w:p>
      <w:pPr>
        <w:jc w:val="right"/>
      </w:pPr>
      <w:r>
        <w:t>ختم ہو گئی۔ نہیں،</w:t>
      </w:r>
    </w:p>
    <w:p>
      <w:r>
        <w:rPr>
          <w:b/>
        </w:rPr>
        <w:t xml:space="preserve">[28:18] </w:t>
      </w:r>
      <w:r>
        <w:t>Allah Ta'ala ne woh halaat khatm kar diye jabke zaroorat hoti thi ke koi Paighambar dunya mein aaae. Allah ki kitab mehfooz ho gayi, Allah ki sunnat mehfooz ho gayi. ek billion se zyada Musalman dunya mein ho gaye. aur taraqqiyan ho gayin, communication aa gaya, printing press aa gaya. saare mawaqe khol diye gaye, universal norm badal gaya. to ab to Paighambar jo</w:t>
      </w:r>
    </w:p>
    <w:p>
      <w:pPr>
        <w:jc w:val="right"/>
      </w:pPr>
      <w:r>
        <w:t>اللہ تعالیٰ نے وہ حالات ختم کر دیے جبکہ ضرورت ہوتی تھی کہ کوئی پیغمبر دنیا میں آئے۔ اللہ کی کتاب محفوظ ہو گئی، اللہ کی سنت محفوظ ہو گئی۔ ایک بلین سے زیادہ مسلمان دنیا میں ہو گئے۔ اور ترقیاں ہو گئیں، communication آ گیا، printing press آ گیا۔ سارے مواقع کھول دیے گئے، universal norm بدل گیا۔ تو اب تو پیغمبر جو</w:t>
      </w:r>
    </w:p>
    <w:p>
      <w:r>
        <w:rPr>
          <w:b/>
        </w:rPr>
        <w:t xml:space="preserve">[28:48] </w:t>
      </w:r>
      <w:r>
        <w:t>laye thay, usi ko phailana hai.</w:t>
      </w:r>
    </w:p>
    <w:p>
      <w:pPr>
        <w:jc w:val="right"/>
      </w:pPr>
      <w:r>
        <w:t>لائے تھے، اسی کو پھیلانا ہے۔</w:t>
      </w:r>
    </w:p>
    <w:p>
      <w:r>
        <w:rPr>
          <w:b/>
        </w:rPr>
        <w:t xml:space="preserve">[28:52] </w:t>
      </w:r>
      <w:r>
        <w:t>ab naye peghambaron ki zaroorat hi nahi.</w:t>
      </w:r>
    </w:p>
    <w:p>
      <w:pPr>
        <w:jc w:val="right"/>
      </w:pPr>
      <w:r>
        <w:t>اب نئے پیغمبروں کی ضرورت ہی نہیں۔</w:t>
      </w:r>
    </w:p>
    <w:p>
      <w:r>
        <w:rPr>
          <w:b/>
        </w:rPr>
        <w:t xml:space="preserve">[28:57] </w:t>
      </w:r>
      <w:r>
        <w:t>yani woh peghambar ka par silsila nabuwat khatm hone ka matlab yeh hai ke ab usi ko phailana</w:t>
      </w:r>
    </w:p>
    <w:p>
      <w:pPr>
        <w:jc w:val="right"/>
      </w:pPr>
      <w:r>
        <w:t>یعنی وہ پیغمبر کا پر سلسلہ نبوت ختم ہونے کا مطلب یہ ہے کہ اب اسی کو پھیلانا</w:t>
      </w:r>
    </w:p>
    <w:p>
      <w:r>
        <w:rPr>
          <w:b/>
        </w:rPr>
        <w:t xml:space="preserve">[29:01] </w:t>
      </w:r>
      <w:r>
        <w:t>hai, koi naye nabi ki zaroorat hi nahi hai.</w:t>
      </w:r>
    </w:p>
    <w:p>
      <w:pPr>
        <w:jc w:val="right"/>
      </w:pPr>
      <w:r>
        <w:t>ہے، کوئی نئے نبی کی ضرورت ہی نہیں ہے۔</w:t>
      </w:r>
    </w:p>
    <w:p>
      <w:r>
        <w:rPr>
          <w:b/>
        </w:rPr>
        <w:t xml:space="preserve">[29:06] </w:t>
      </w:r>
      <w:r>
        <w:t>lekin jo phailane wale hain, woh jante hi nahi ke kya hai, kya hai quran, kya hai hadith.</w:t>
      </w:r>
    </w:p>
    <w:p>
      <w:pPr>
        <w:jc w:val="right"/>
      </w:pPr>
      <w:r>
        <w:t>لیکن جو پھیلانے والے ہیں، وہ جانتے ہی نہیں کہ کیا ہے، کیا ہے قرآن، کیا ہے حدیث۔</w:t>
      </w:r>
    </w:p>
    <w:p>
      <w:r>
        <w:rPr>
          <w:b/>
        </w:rPr>
        <w:t xml:space="preserve">[29:10] </w:t>
      </w:r>
      <w:r>
        <w:t>apne qaumi masail ko jante hain woh.</w:t>
      </w:r>
    </w:p>
    <w:p>
      <w:pPr>
        <w:jc w:val="right"/>
      </w:pPr>
      <w:r>
        <w:t>اپنے قومی مسائل کو جانتے ہیں وہ۔</w:t>
      </w:r>
    </w:p>
    <w:p>
      <w:r>
        <w:rPr>
          <w:b/>
        </w:rPr>
        <w:t xml:space="preserve">[29:15] </w:t>
      </w:r>
      <w:r>
        <w:t>is waqt sab se bara masla yeh hai ke musalman</w:t>
      </w:r>
    </w:p>
    <w:p>
      <w:pPr>
        <w:jc w:val="right"/>
      </w:pPr>
      <w:r>
        <w:t>اس وقت سب سے بڑا مسئلہ یہ ہے کہ مسلمان</w:t>
      </w:r>
    </w:p>
    <w:p>
      <w:r>
        <w:rPr>
          <w:b/>
        </w:rPr>
        <w:t xml:space="preserve">[29:19] </w:t>
      </w:r>
      <w:r>
        <w:t>islam ko rediscover karen.</w:t>
      </w:r>
    </w:p>
    <w:p>
      <w:pPr>
        <w:jc w:val="right"/>
      </w:pPr>
      <w:r>
        <w:t>اسلام کو rediscover کریں۔</w:t>
      </w:r>
    </w:p>
    <w:p>
      <w:r>
        <w:rPr>
          <w:b/>
        </w:rPr>
        <w:t xml:space="preserve">[29:24] </w:t>
      </w:r>
      <w:r>
        <w:t>musalman islam ka naam to jante hain, lekin unhein rediscover karna hai.</w:t>
      </w:r>
    </w:p>
    <w:p>
      <w:pPr>
        <w:jc w:val="right"/>
      </w:pPr>
      <w:r>
        <w:t>مسلمان اسلام کا نام تو جانتے ہیں، لیکن انہیں rediscover کرنا ہے۔</w:t>
      </w:r>
    </w:p>
    <w:p>
      <w:r>
        <w:rPr>
          <w:b/>
        </w:rPr>
        <w:t xml:space="preserve">[29:29] </w:t>
      </w:r>
      <w:r>
        <w:t>yeh hadith mein aaya hai, ek zamana aye ga jabke la yubqa min al-islam illa ismuhu.</w:t>
      </w:r>
    </w:p>
    <w:p>
      <w:pPr>
        <w:jc w:val="right"/>
      </w:pPr>
      <w:r>
        <w:t>یہ حدیث میں آیا ہے، ایک زمانہ آئے گا جبکہ لا یبقى من الاسلام الا اسمہ۔</w:t>
      </w:r>
    </w:p>
    <w:p>
      <w:r>
        <w:rPr>
          <w:b/>
        </w:rPr>
        <w:t xml:space="preserve">[29:34] </w:t>
      </w:r>
      <w:r>
        <w:t>yeh hadith mein aaya hai.</w:t>
      </w:r>
    </w:p>
    <w:p>
      <w:pPr>
        <w:jc w:val="right"/>
      </w:pPr>
      <w:r>
        <w:t>یہ حدیث میں آیا ہے۔</w:t>
      </w:r>
    </w:p>
    <w:p>
      <w:r>
        <w:rPr>
          <w:b/>
        </w:rPr>
        <w:t xml:space="preserve">[29:40] </w:t>
      </w:r>
      <w:r>
        <w:t>la yubqa min al-islam illa ismuhu.</w:t>
      </w:r>
    </w:p>
    <w:p>
      <w:pPr>
        <w:jc w:val="right"/>
      </w:pPr>
      <w:r>
        <w:t>لا یبقى من الاسلام الا اسمہ۔</w:t>
      </w:r>
    </w:p>
    <w:p>
      <w:r>
        <w:rPr>
          <w:b/>
        </w:rPr>
        <w:t xml:space="preserve">[29:45] </w:t>
      </w:r>
      <w:r>
        <w:t>yani ek zamana aye ga ke islam ke pas naam hi baqi reh jaye ga.</w:t>
      </w:r>
    </w:p>
    <w:p>
      <w:pPr>
        <w:jc w:val="right"/>
      </w:pPr>
      <w:r>
        <w:t>یعنی ایک زمانہ آئے گا کہ اسلام کے پاس نام ہی باقی رہے گا۔</w:t>
      </w:r>
    </w:p>
    <w:p>
      <w:r>
        <w:rPr>
          <w:b/>
        </w:rPr>
        <w:t xml:space="preserve">[29:50] </w:t>
      </w:r>
      <w:r>
        <w:t>yeh baat musalmanon ke lehaz se hai, dunya ke lehaz se nahi hai.</w:t>
      </w:r>
    </w:p>
    <w:p>
      <w:pPr>
        <w:jc w:val="right"/>
      </w:pPr>
      <w:r>
        <w:t>یہ بات مسلمانوں کے لحاظ سے ہے، دنیا کے لحاظ سے نہیں ہے۔</w:t>
      </w:r>
    </w:p>
    <w:p>
      <w:r>
        <w:rPr>
          <w:b/>
        </w:rPr>
        <w:t xml:space="preserve">[29:55] </w:t>
      </w:r>
      <w:r>
        <w:t>hadith mein yeh peshangoi hai, yeh musalmanon ke lehaz se hai.</w:t>
      </w:r>
    </w:p>
    <w:p>
      <w:pPr>
        <w:jc w:val="right"/>
      </w:pPr>
      <w:r>
        <w:t>حدیث میں یہ پیشنگوئی ہے، یہ مسلمانوں کے لحاظ سے ہے۔</w:t>
      </w:r>
    </w:p>
    <w:p>
      <w:r>
        <w:rPr>
          <w:b/>
        </w:rPr>
        <w:t xml:space="preserve">[30:00] </w:t>
      </w:r>
      <w:r>
        <w:t>yad rakhiye, dunya ke lehaz se nahi hai.</w:t>
      </w:r>
    </w:p>
    <w:p>
      <w:pPr>
        <w:jc w:val="right"/>
      </w:pPr>
      <w:r>
        <w:t>یاد رکھیے، دنیا کے لحاظ سے نہیں ہے۔</w:t>
      </w:r>
    </w:p>
    <w:p>
      <w:r>
        <w:rPr>
          <w:b/>
        </w:rPr>
        <w:t xml:space="preserve">[30:05] </w:t>
      </w:r>
      <w:r>
        <w:t>khud musalman be khabar ho jayen ge islam se.</w:t>
      </w:r>
    </w:p>
    <w:p>
      <w:pPr>
        <w:jc w:val="right"/>
      </w:pPr>
      <w:r>
        <w:t>خود مسلمان بے خبر ہو جائیں گے اسلام سے۔</w:t>
      </w:r>
    </w:p>
    <w:p>
      <w:r>
        <w:rPr>
          <w:b/>
        </w:rPr>
        <w:t xml:space="preserve">[30:10] </w:t>
      </w:r>
      <w:r>
        <w:t>khud musalman be khabar ho jayen ge peghambar ki sunnat se.</w:t>
      </w:r>
    </w:p>
    <w:p>
      <w:pPr>
        <w:jc w:val="right"/>
      </w:pPr>
      <w:r>
        <w:t>خود مسلمان بے خبر ہو جائیں گے پیغمبر کی سنت سے۔</w:t>
      </w:r>
    </w:p>
    <w:p>
      <w:r>
        <w:rPr>
          <w:b/>
        </w:rPr>
        <w:t xml:space="preserve">[30:15] </w:t>
      </w:r>
      <w:r>
        <w:t>yeh jo musalman jo naat khwani hoti</w:t>
      </w:r>
    </w:p>
    <w:p>
      <w:pPr>
        <w:jc w:val="right"/>
      </w:pPr>
      <w:r>
        <w:t>یہ جو مسلمان جو نعت خوانی ہوتی</w:t>
      </w:r>
    </w:p>
    <w:p>
      <w:r>
        <w:rPr>
          <w:b/>
        </w:rPr>
        <w:t xml:space="preserve">[30:20] </w:t>
      </w:r>
      <w:r>
        <w:t>hai, har jagah naatein parhi jati hain, woh islam nahi hai woh.</w:t>
      </w:r>
    </w:p>
    <w:p>
      <w:pPr>
        <w:jc w:val="right"/>
      </w:pPr>
      <w:r>
        <w:t>ہے، ہر جگہ نعتیں پڑھی جاتی ہیں، وہ اسلام نہیں ہے وہ۔</w:t>
      </w:r>
    </w:p>
    <w:p>
      <w:r>
        <w:rPr>
          <w:b/>
        </w:rPr>
        <w:t xml:space="preserve">[30:24] </w:t>
      </w:r>
      <w:r>
        <w:t>yeh kam az kam nahi ke woh jante hain rasool Allah ko.</w:t>
      </w:r>
    </w:p>
    <w:p>
      <w:pPr>
        <w:jc w:val="right"/>
      </w:pPr>
      <w:r>
        <w:t>یہ کم از کم نہیں کہ وہ جانتے ہیں رسول اللہ کو۔</w:t>
      </w:r>
    </w:p>
    <w:p>
      <w:r>
        <w:rPr>
          <w:b/>
        </w:rPr>
        <w:t xml:space="preserve">[30:28] </w:t>
      </w:r>
      <w:r>
        <w:t>dhoom machi hui hai, har jagah naat, har jagah naat, har jagah naat.</w:t>
      </w:r>
    </w:p>
    <w:p>
      <w:pPr>
        <w:jc w:val="right"/>
      </w:pPr>
      <w:r>
        <w:t>دھوم مچی ہوئی ہے، ہر جگہ نعت، ہر جگہ نعت، ہر جگہ نعت۔</w:t>
      </w:r>
    </w:p>
    <w:p>
      <w:r>
        <w:rPr>
          <w:b/>
        </w:rPr>
        <w:t xml:space="preserve">[30:31] </w:t>
      </w:r>
      <w:r>
        <w:t>baqayda is ke liye professional tayyar kiye jatay hain, naat khwan.</w:t>
      </w:r>
    </w:p>
    <w:p>
      <w:pPr>
        <w:jc w:val="right"/>
      </w:pPr>
      <w:r>
        <w:t>باقاعدہ اس کے لیے professional تیار کیے جاتے ہیں، نعت خواں۔</w:t>
      </w:r>
    </w:p>
    <w:p>
      <w:r>
        <w:rPr>
          <w:b/>
        </w:rPr>
        <w:t xml:space="preserve">[30:35] </w:t>
      </w:r>
      <w:r>
        <w:t>yeh bas waja hai ke is waja se Muhammad sallallahu alaihi wasallam ko jante hain log.</w:t>
      </w:r>
    </w:p>
    <w:p>
      <w:pPr>
        <w:jc w:val="right"/>
      </w:pPr>
      <w:r>
        <w:t>یہ بس وجہ ہے کہ اس وجہ سے محمد صلی اللہ علیہ وسلم کو جانتے ہیں لوگ۔</w:t>
      </w:r>
    </w:p>
    <w:p>
      <w:r>
        <w:rPr>
          <w:b/>
        </w:rPr>
        <w:t xml:space="preserve">[30:39] </w:t>
      </w:r>
      <w:r>
        <w:t>hargiz nahin, hargiz nahin, hargiz nahin.</w:t>
      </w:r>
    </w:p>
    <w:p>
      <w:pPr>
        <w:jc w:val="right"/>
      </w:pPr>
      <w:r>
        <w:t>ہرگز نہیں، ہرگز نہیں، ہرگز نہیں۔</w:t>
      </w:r>
    </w:p>
    <w:p>
      <w:r>
        <w:rPr>
          <w:b/>
        </w:rPr>
        <w:t xml:space="preserve">[30:43] </w:t>
      </w:r>
      <w:r>
        <w:t>naat khwani to bekhabri ka thappa hai.</w:t>
      </w:r>
    </w:p>
    <w:p>
      <w:pPr>
        <w:jc w:val="right"/>
      </w:pPr>
      <w:r>
        <w:t>نعت خوانی تو بے خبری کا ٹھپا ہے۔</w:t>
      </w:r>
    </w:p>
    <w:p>
      <w:r>
        <w:rPr>
          <w:b/>
        </w:rPr>
        <w:t xml:space="preserve">[30:46] </w:t>
      </w:r>
      <w:r>
        <w:t>yeh naat khwani jo hoti hai,</w:t>
      </w:r>
    </w:p>
    <w:p>
      <w:pPr>
        <w:jc w:val="right"/>
      </w:pPr>
      <w:r>
        <w:t>یہ نعت خوانی جو ہوتی ہے،</w:t>
      </w:r>
    </w:p>
    <w:p>
      <w:r>
        <w:rPr>
          <w:b/>
        </w:rPr>
        <w:t xml:space="preserve">[30:50] </w:t>
      </w:r>
      <w:r>
        <w:t>is ka matlab hai ke bekhabar hain log, pakad Islam se.</w:t>
      </w:r>
    </w:p>
    <w:p>
      <w:pPr>
        <w:jc w:val="right"/>
      </w:pPr>
      <w:r>
        <w:t>اس کا مطلب ہے کہ بے خبر ہیں لوگ، پکڑ اسلام سے۔</w:t>
      </w:r>
    </w:p>
    <w:p>
      <w:r>
        <w:rPr>
          <w:b/>
        </w:rPr>
        <w:t xml:space="preserve">[30:55] </w:t>
      </w:r>
      <w:r>
        <w:t>behurmati Rasool Allah ke naam par jo ladte phirte hain log ke Rasool Allah ki shaan mein</w:t>
      </w:r>
    </w:p>
    <w:p>
      <w:pPr>
        <w:jc w:val="right"/>
      </w:pPr>
      <w:r>
        <w:t>بے حرمتی رسول اللہ کے نام پر جو لڑتے پھرتے ہیں لوگ کہ رسول اللہ کی شان میں</w:t>
      </w:r>
    </w:p>
    <w:p>
      <w:r>
        <w:rPr>
          <w:b/>
        </w:rPr>
        <w:t xml:space="preserve">[31:00] </w:t>
      </w:r>
      <w:r>
        <w:t>gustakhi hui hai, is ka matlab yeh hai ke woh jante hain is Rasool Allah ko.</w:t>
      </w:r>
    </w:p>
    <w:p>
      <w:pPr>
        <w:jc w:val="right"/>
      </w:pPr>
      <w:r>
        <w:t>گستاخی ہوئی ہے، اس کا مطلب یہ ہے کہ وہ جانتے ہیں اس رسول اللہ کو۔</w:t>
      </w:r>
    </w:p>
    <w:p>
      <w:r>
        <w:rPr>
          <w:b/>
        </w:rPr>
        <w:t xml:space="preserve">[31:05] </w:t>
      </w:r>
      <w:r>
        <w:t>yeh bekhabri ka qissa hai.</w:t>
      </w:r>
    </w:p>
    <w:p>
      <w:pPr>
        <w:jc w:val="right"/>
      </w:pPr>
      <w:r>
        <w:t>یہ بے خبری کا قصہ ہے۔</w:t>
      </w:r>
    </w:p>
    <w:p>
      <w:r>
        <w:rPr>
          <w:b/>
        </w:rPr>
        <w:t xml:space="preserve">[31:10] </w:t>
      </w:r>
      <w:r>
        <w:t>Rasool Allah ki shaan mein behurmati ke naam par ladna phadna, Rasool Allah se bekhabri ka saboot hai.</w:t>
      </w:r>
    </w:p>
    <w:p>
      <w:pPr>
        <w:jc w:val="right"/>
      </w:pPr>
      <w:r>
        <w:t>رسول اللہ کی شان میں بے حرمتی کے نام پر لڑنا پھڑنا، رسول اللہ سے بے خبری کا ثبوت ہے۔</w:t>
      </w:r>
    </w:p>
    <w:p>
      <w:r>
        <w:rPr>
          <w:b/>
        </w:rPr>
        <w:t xml:space="preserve">[31:15] </w:t>
      </w:r>
      <w:r>
        <w:t>Rasool Allah ko jaane ka saboot nahin hai</w:t>
      </w:r>
    </w:p>
    <w:p>
      <w:pPr>
        <w:jc w:val="right"/>
      </w:pPr>
      <w:r>
        <w:t>رسول اللہ کو جانے کا ثبوت نہیں ہے</w:t>
      </w:r>
    </w:p>
    <w:p>
      <w:r>
        <w:rPr>
          <w:b/>
        </w:rPr>
        <w:t xml:space="preserve">[31:20] </w:t>
      </w:r>
      <w:r>
        <w:t>yeh.</w:t>
      </w:r>
    </w:p>
    <w:p>
      <w:pPr>
        <w:jc w:val="right"/>
      </w:pPr>
      <w:r>
        <w:t>یہ۔</w:t>
      </w:r>
    </w:p>
    <w:p>
      <w:r>
        <w:rPr>
          <w:b/>
        </w:rPr>
        <w:t xml:space="preserve">[31:25] </w:t>
      </w:r>
      <w:r>
        <w:t>Rasool Allah ki sunnat to yeh hai ke jo log Islam, Allah se bekhabar the, risalat se</w:t>
      </w:r>
    </w:p>
    <w:p>
      <w:pPr>
        <w:jc w:val="right"/>
      </w:pPr>
      <w:r>
        <w:t>رسول اللہ کی سنت تو یہ ہے کہ جو لوگ اسلام، اللہ سے بے خبر تھے، رسالت سے</w:t>
      </w:r>
    </w:p>
    <w:p>
      <w:r>
        <w:rPr>
          <w:b/>
        </w:rPr>
        <w:t xml:space="preserve">[31:29] </w:t>
      </w:r>
      <w:r>
        <w:t>bekhabar the, un ko ja ke bataya aap ne.</w:t>
      </w:r>
    </w:p>
    <w:p>
      <w:pPr>
        <w:jc w:val="right"/>
      </w:pPr>
      <w:r>
        <w:t>بے خبر تھے، ان کو جا کے بتایا آپ نے۔</w:t>
      </w:r>
    </w:p>
    <w:p>
      <w:r>
        <w:rPr>
          <w:b/>
        </w:rPr>
        <w:t xml:space="preserve">[31:34] </w:t>
      </w:r>
      <w:r>
        <w:t>to Rasool Allah se ba-khabar hone ka matlab yeh hai ke jo aadmi Rasool Allah ke bare mein</w:t>
      </w:r>
    </w:p>
    <w:p>
      <w:pPr>
        <w:jc w:val="right"/>
      </w:pPr>
      <w:r>
        <w:t>تو رسول اللہ سے باخبر ہونے کا مطلب یہ ہے کہ جو آدمی رسول اللہ کے بارے میں</w:t>
      </w:r>
    </w:p>
    <w:p>
      <w:r>
        <w:rPr>
          <w:b/>
        </w:rPr>
        <w:t xml:space="preserve">[31:38] </w:t>
      </w:r>
      <w:r>
        <w:t>kuch bole, is ka matlab hai woh bekhabar hai.</w:t>
      </w:r>
    </w:p>
    <w:p>
      <w:pPr>
        <w:jc w:val="right"/>
      </w:pPr>
      <w:r>
        <w:t>کچھ بولے، اس کا مطلب ہے وہ بے خبر ہے۔</w:t>
      </w:r>
    </w:p>
    <w:p>
      <w:r>
        <w:rPr>
          <w:b/>
        </w:rPr>
        <w:t xml:space="preserve">[31:42] </w:t>
      </w:r>
      <w:r>
        <w:t>ja ke us ki bekhabri ko toriye.</w:t>
      </w:r>
    </w:p>
    <w:p>
      <w:pPr>
        <w:jc w:val="right"/>
      </w:pPr>
      <w:r>
        <w:t>جا کے اس کی بے خبری کو توڑیے۔</w:t>
      </w:r>
    </w:p>
    <w:p>
      <w:r>
        <w:rPr>
          <w:b/>
        </w:rPr>
        <w:t xml:space="preserve">[31:47] </w:t>
      </w:r>
      <w:r>
        <w:t>aap bataiye us ko ke Rasool Allah kya cheez the?</w:t>
      </w:r>
    </w:p>
    <w:p>
      <w:pPr>
        <w:jc w:val="right"/>
      </w:pPr>
      <w:r>
        <w:t>آپ بتائیے اس کو کہ رسول اللہ کیا چیز تھے؟</w:t>
      </w:r>
    </w:p>
    <w:p>
      <w:r>
        <w:rPr>
          <w:b/>
        </w:rPr>
        <w:t xml:space="preserve">[31:51] </w:t>
      </w:r>
      <w:r>
        <w:t>ma'ni kya hai? Jahan dawat dena hai, wahan tala uthana, yeh to Islam mein hai hi nahin.</w:t>
      </w:r>
    </w:p>
    <w:p>
      <w:pPr>
        <w:jc w:val="right"/>
      </w:pPr>
      <w:r>
        <w:t>معنی کیا ہے؟ جہاں دعوت دینا ہے، وہاں تالا اٹھانا، یہ تو اسلام میں ہے ہی نہیں۔</w:t>
      </w:r>
    </w:p>
    <w:p>
      <w:r>
        <w:rPr>
          <w:b/>
        </w:rPr>
        <w:t xml:space="preserve">[31:59] </w:t>
      </w:r>
      <w:r>
        <w:t>Jahan dawat dena hai, wahan gun uthana, yeh to Islam mein hai hi nahin.</w:t>
      </w:r>
    </w:p>
    <w:p>
      <w:pPr>
        <w:jc w:val="right"/>
      </w:pPr>
      <w:r>
        <w:t>جہاں دعوت دینا ہے، وہاں گن اٹھانا، یہ تو اسلام میں ہے ہی نہیں۔</w:t>
      </w:r>
    </w:p>
    <w:p>
      <w:r>
        <w:rPr>
          <w:b/>
        </w:rPr>
        <w:t xml:space="preserve">[32:07] </w:t>
      </w:r>
      <w:r>
        <w:t>to Allah taala ne poori tareekh ko manage kiya taake ek naya daur aaye.</w:t>
      </w:r>
    </w:p>
    <w:p>
      <w:pPr>
        <w:jc w:val="right"/>
      </w:pPr>
      <w:r>
        <w:t>تو اللہ تعالیٰ نے پوری تاریخ کو manage کیا تاکہ ایک نیا دور آئے۔</w:t>
      </w:r>
    </w:p>
    <w:p>
      <w:r>
        <w:rPr>
          <w:b/>
        </w:rPr>
        <w:t xml:space="preserve">[32:14] </w:t>
      </w:r>
      <w:r>
        <w:t>Allah taala ne poori tareekh ko manage kiya taake ek naya daur aaye</w:t>
      </w:r>
    </w:p>
    <w:p>
      <w:pPr>
        <w:jc w:val="right"/>
      </w:pPr>
      <w:r>
        <w:t>اللہ تعالیٰ نے پوری تاریخ کو manage کیا تاکہ ایک نیا دور آئے</w:t>
      </w:r>
    </w:p>
    <w:p>
      <w:r>
        <w:rPr>
          <w:b/>
        </w:rPr>
        <w:t xml:space="preserve">[32:22] </w:t>
      </w:r>
      <w:r>
        <w:t>jab ke purani equation khatm ho jaye.</w:t>
      </w:r>
    </w:p>
    <w:p>
      <w:pPr>
        <w:jc w:val="right"/>
      </w:pPr>
      <w:r>
        <w:t>جب کہ پرانی equation ختم ہو جائے۔</w:t>
      </w:r>
    </w:p>
    <w:p>
      <w:r>
        <w:rPr>
          <w:b/>
        </w:rPr>
        <w:t xml:space="preserve">[32:27] </w:t>
      </w:r>
      <w:r>
        <w:t>Duniya mein koi dushman na rahe.</w:t>
      </w:r>
    </w:p>
    <w:p>
      <w:pPr>
        <w:jc w:val="right"/>
      </w:pPr>
      <w:r>
        <w:t>دنیا میں کوئی دشمن نہ رہے۔</w:t>
      </w:r>
    </w:p>
    <w:p>
      <w:r>
        <w:rPr>
          <w:b/>
        </w:rPr>
        <w:t xml:space="preserve">[32:31] </w:t>
      </w:r>
      <w:r>
        <w:t>Ab to peace hi peace hai.</w:t>
      </w:r>
    </w:p>
    <w:p>
      <w:pPr>
        <w:jc w:val="right"/>
      </w:pPr>
      <w:r>
        <w:t>اب تو piece ہی piece ہے۔</w:t>
      </w:r>
    </w:p>
    <w:p>
      <w:r>
        <w:rPr>
          <w:b/>
        </w:rPr>
        <w:t xml:space="preserve">[32:35] </w:t>
      </w:r>
      <w:r>
        <w:t>Aaj ki duniya mein aap jo bhi kijiye, ab kya azaadi hai aap ko? Ek hi shart hai</w:t>
      </w:r>
    </w:p>
    <w:p>
      <w:pPr>
        <w:jc w:val="right"/>
      </w:pPr>
      <w:r>
        <w:t>آج کی دنیا میں آپ جو بھی کیجیے، اب کیا آزادی ہے آپ کو؟ ایک ہی شرط ہے</w:t>
      </w:r>
    </w:p>
    <w:p>
      <w:r>
        <w:rPr>
          <w:b/>
        </w:rPr>
        <w:t xml:space="preserve">[32:40] </w:t>
      </w:r>
      <w:r>
        <w:t>ke aap tashaddud na karein, violence na karein, bas aur koi shart hi nahin hai.</w:t>
      </w:r>
    </w:p>
    <w:p>
      <w:pPr>
        <w:jc w:val="right"/>
      </w:pPr>
      <w:r>
        <w:t>کہ آپ تشدد نہ کریں، violence نہ کریں، بس اور کوئی شرط ہی نہیں ہے۔</w:t>
      </w:r>
    </w:p>
    <w:p>
      <w:r>
        <w:rPr>
          <w:b/>
        </w:rPr>
        <w:t xml:space="preserve">[32:44] </w:t>
      </w:r>
      <w:r>
        <w:t>aaj ki dunya mein ek shart ke siwa koi shart hi nahi hai ke aap tashaddud na karein.</w:t>
      </w:r>
    </w:p>
    <w:p>
      <w:pPr>
        <w:jc w:val="right"/>
      </w:pPr>
      <w:r>
        <w:t>آج کی دنیا میں ایک شرط کے سوا کوئی شرط ہی نہیں ہے کہ آپ تشدد نہ کریں۔</w:t>
      </w:r>
    </w:p>
    <w:p>
      <w:r>
        <w:rPr>
          <w:b/>
        </w:rPr>
        <w:t xml:space="preserve">[32:48] </w:t>
      </w:r>
      <w:r>
        <w:t>violence na karein.</w:t>
      </w:r>
    </w:p>
    <w:p>
      <w:pPr>
        <w:jc w:val="right"/>
      </w:pPr>
      <w:r>
        <w:t>violence نہ کریں۔</w:t>
      </w:r>
    </w:p>
    <w:p>
      <w:r>
        <w:rPr>
          <w:b/>
        </w:rPr>
        <w:t xml:space="preserve">[32:53] </w:t>
      </w:r>
      <w:r>
        <w:t>poori azaadi hai.</w:t>
      </w:r>
    </w:p>
    <w:p>
      <w:pPr>
        <w:jc w:val="right"/>
      </w:pPr>
      <w:r>
        <w:t>پوری آزادی ہے۔</w:t>
      </w:r>
    </w:p>
    <w:p>
      <w:r>
        <w:rPr>
          <w:b/>
        </w:rPr>
        <w:t xml:space="preserve">[32:58] </w:t>
      </w:r>
      <w:r>
        <w:t>quran ko phailaiye, hadeeson ko phailaiye, islam ki baat logon ko bataiye.</w:t>
      </w:r>
    </w:p>
    <w:p>
      <w:pPr>
        <w:jc w:val="right"/>
      </w:pPr>
      <w:r>
        <w:t>قرآن کو پھیلائیے، حدیثوں کو پھیلائیے، اسلام کی بات لوگوں کو بتائیے۔</w:t>
      </w:r>
    </w:p>
    <w:p>
      <w:r>
        <w:rPr>
          <w:b/>
        </w:rPr>
        <w:t xml:space="preserve">[33:04] </w:t>
      </w:r>
      <w:r>
        <w:t>kisi qism ki koi pabandi nahi.</w:t>
      </w:r>
    </w:p>
    <w:p>
      <w:pPr>
        <w:jc w:val="right"/>
      </w:pPr>
      <w:r>
        <w:t>کسی قسم کی کوئی پابندی نہیں۔</w:t>
      </w:r>
    </w:p>
    <w:p>
      <w:r>
        <w:rPr>
          <w:b/>
        </w:rPr>
        <w:t xml:space="preserve">[33:10] </w:t>
      </w:r>
      <w:r>
        <w:t>to Islamophobia yeh musalmanon ke apne zehan ka paidawar hai.</w:t>
      </w:r>
    </w:p>
    <w:p>
      <w:pPr>
        <w:jc w:val="right"/>
      </w:pPr>
      <w:r>
        <w:t>تو Islamophobia یہ مسلمانوں کے اپنے ذہن کا پیداوار ہے۔</w:t>
      </w:r>
    </w:p>
    <w:p>
      <w:r>
        <w:rPr>
          <w:b/>
        </w:rPr>
        <w:t xml:space="preserve">[33:15] </w:t>
      </w:r>
      <w:r>
        <w:t>khud musalmanon ke dimagh mein kuch hi tha jis ko is ko naam bana rakha Islamophobia.</w:t>
      </w:r>
    </w:p>
    <w:p>
      <w:pPr>
        <w:jc w:val="right"/>
      </w:pPr>
      <w:r>
        <w:t>خود مسلمانوں کے دماغ میں کچھ ہی تھا جس کو اس کو نام بنا رکھا Islamophobia۔</w:t>
      </w:r>
    </w:p>
    <w:p>
      <w:r>
        <w:rPr>
          <w:b/>
        </w:rPr>
        <w:t xml:space="preserve">[33:21] </w:t>
      </w:r>
      <w:r>
        <w:t>europe aur america ke log jante hi nahi is is concept ko.</w:t>
      </w:r>
    </w:p>
    <w:p>
      <w:pPr>
        <w:jc w:val="right"/>
      </w:pPr>
      <w:r>
        <w:t>یورپ اور امریکہ کے لوگ جانتے ہی نہیں اس اس concept کو۔</w:t>
      </w:r>
    </w:p>
    <w:p>
      <w:r>
        <w:rPr>
          <w:b/>
        </w:rPr>
        <w:t xml:space="preserve">[33:27] </w:t>
      </w:r>
      <w:r>
        <w:t>yani un ke magazine mein, un ke media mein aata hi nahi hai.</w:t>
      </w:r>
    </w:p>
    <w:p>
      <w:pPr>
        <w:jc w:val="right"/>
      </w:pPr>
      <w:r>
        <w:t>یعنی ان کے magazine میں، ان کے میڈیا میں آتا ہی نہیں ہے۔</w:t>
      </w:r>
    </w:p>
    <w:p>
      <w:r>
        <w:rPr>
          <w:b/>
        </w:rPr>
        <w:t xml:space="preserve">[33:32] </w:t>
      </w:r>
      <w:r>
        <w:t>yeh lafz hi nahi aata.</w:t>
      </w:r>
    </w:p>
    <w:p>
      <w:pPr>
        <w:jc w:val="right"/>
      </w:pPr>
      <w:r>
        <w:t>یہ لفظ ہی نہیں آتا۔</w:t>
      </w:r>
    </w:p>
    <w:p>
      <w:r>
        <w:rPr>
          <w:b/>
        </w:rPr>
        <w:t xml:space="preserve">[33:37] </w:t>
      </w:r>
      <w:r>
        <w:t>yeh musalmanon ke haan aata hai yeh lafz.</w:t>
      </w:r>
    </w:p>
    <w:p>
      <w:pPr>
        <w:jc w:val="right"/>
      </w:pPr>
      <w:r>
        <w:t>یہ مسلمانوں کے ہاں آتا ہے یہ لفظ۔</w:t>
      </w:r>
    </w:p>
    <w:p>
      <w:r>
        <w:rPr>
          <w:b/>
        </w:rPr>
        <w:t xml:space="preserve">[33:42] </w:t>
      </w:r>
      <w:r>
        <w:t>yani jo un ka media hai, woh is se bekhabar hai.</w:t>
      </w:r>
    </w:p>
    <w:p>
      <w:pPr>
        <w:jc w:val="right"/>
      </w:pPr>
      <w:r>
        <w:t>یعنی جو ان کا میڈیا ہے، وہ اس سے بے خبر ہے۔</w:t>
      </w:r>
    </w:p>
    <w:p>
      <w:r>
        <w:rPr>
          <w:b/>
        </w:rPr>
        <w:t xml:space="preserve">[33:47] </w:t>
      </w:r>
      <w:r>
        <w:t>musalmanon ne bana rakha Islamophobia.</w:t>
      </w:r>
    </w:p>
    <w:p>
      <w:pPr>
        <w:jc w:val="right"/>
      </w:pPr>
      <w:r>
        <w:t>مسلمانوں نے بنا رکھا Islamophobia۔</w:t>
      </w:r>
    </w:p>
    <w:p>
      <w:r>
        <w:rPr>
          <w:b/>
        </w:rPr>
        <w:t xml:space="preserve">[33:52] </w:t>
      </w:r>
      <w:r>
        <w:t>to hamara mission hai ke hum logon ko phir se batayein ke islam kya hai. logon ko</w:t>
      </w:r>
    </w:p>
    <w:p>
      <w:pPr>
        <w:jc w:val="right"/>
      </w:pPr>
      <w:r>
        <w:t>تو ہمارا mission ہے کہ ہم لوگوں کو پھر سے بتائیں کہ اسلام کیا ہے۔ لوگوں کو</w:t>
      </w:r>
    </w:p>
    <w:p>
      <w:r>
        <w:rPr>
          <w:b/>
        </w:rPr>
        <w:t xml:space="preserve">[33:57] </w:t>
      </w:r>
      <w:r>
        <w:t>logon ke liye islam ko rediscovery banayein.</w:t>
      </w:r>
    </w:p>
    <w:p>
      <w:pPr>
        <w:jc w:val="right"/>
      </w:pPr>
      <w:r>
        <w:t>، لوگوں کے لیے اسلام کو rediscovery بنائیں۔</w:t>
      </w:r>
    </w:p>
    <w:p>
      <w:r>
        <w:rPr>
          <w:b/>
        </w:rPr>
        <w:t xml:space="preserve">[34:04] </w:t>
      </w:r>
      <w:r>
        <w:t>taake woh uthein aur Allah ke paigham ko peaceful andaaz mein dunya tak pahunchayein.</w:t>
      </w:r>
    </w:p>
    <w:p>
      <w:pPr>
        <w:jc w:val="right"/>
      </w:pPr>
      <w:r>
        <w:t>تاکہ وہ اٹھیں اور اللہ کے پیغام کو peaceful انداز میں دنیا تک پہنچائیں۔</w:t>
      </w:r>
    </w:p>
    <w:p>
      <w:r>
        <w:rPr>
          <w:b/>
        </w:rPr>
        <w:t xml:space="preserve">[34:10] </w:t>
      </w:r>
      <w:r>
        <w:t>aakhri waqt aa gaya hai, aakhri waqt.</w:t>
      </w:r>
    </w:p>
    <w:p>
      <w:pPr>
        <w:jc w:val="right"/>
      </w:pPr>
      <w:r>
        <w:t>آخری وقت آ گیا ہے، آخری وقت۔</w:t>
      </w:r>
    </w:p>
    <w:p>
      <w:r>
        <w:rPr>
          <w:b/>
        </w:rPr>
        <w:t xml:space="preserve">[34:17] </w:t>
      </w:r>
      <w:r>
        <w:t>jab koi rukawat nahi, bila kisi rukawat ke aap sari dunya mein Allah ki baat ko phailaiye.</w:t>
      </w:r>
    </w:p>
    <w:p>
      <w:pPr>
        <w:jc w:val="right"/>
      </w:pPr>
      <w:r>
        <w:t>جب کوئی رکاوٹ نہیں، بلا کسی رکاوٹ کے آپ ساری دنیا میں اللہ کی بات کو پھیلائیے۔</w:t>
      </w:r>
    </w:p>
    <w:p>
      <w:r>
        <w:rPr>
          <w:b/>
        </w:rPr>
        <w:t xml:space="preserve">[34:23] </w:t>
      </w:r>
      <w:r>
        <w:t>koi rukawat nahi, no rukawat at all.</w:t>
      </w:r>
    </w:p>
    <w:p>
      <w:pPr>
        <w:jc w:val="right"/>
      </w:pPr>
      <w:r>
        <w:t>کوئی رکاوٹ نہیں، no رکاوٹ at all۔</w:t>
      </w:r>
    </w:p>
    <w:p>
      <w:r>
        <w:rPr>
          <w:b/>
        </w:rPr>
        <w:t xml:space="preserve">[34:30] </w:t>
      </w:r>
      <w:r>
        <w:t>to yeh kis liye hui hai? Barish jab hoti hai to kis liye hoti hai? Suraj nikalta hai to kis liye nikalta hai? Ke log apna kaam karein. Dorein apne kaam ke liye. Isi tareeqe se rukawatein khatm kar di gayin. To kis liye? Taake Allah ke da'i dorein, dorein. Sari dunya mein phailayein Islam ko. Quran ko. Rasool Allah ki sunnat ko. Khoob phailayein, khoob phailayein, khoob phail</w:t>
      </w:r>
    </w:p>
    <w:p>
      <w:pPr>
        <w:jc w:val="right"/>
      </w:pPr>
      <w:r>
        <w:t>تو یہ کس لیے ہوئی ہے؟ بارش جب ہوتی ہے تو کس لیے ہوتی ہے؟ سورج نکلتا ہے تو کس لیے نکلتا ہے؟ کہ لوگ اپنا کام کریں۔ دوڑیں اپنے کام کے لیے۔ اسی طریقے سے رکاوٹیں ختم کر دی گئیں۔ تو کس لیے؟ تاکہ اللہ کے داعی دوڑیں، دوڑیں۔ ساری دنیا میں پھیلائیں اسلام کو۔ قرآن کو۔ رسول اللہ کی سنت کو۔ خوب پھیلائیں، خوب پھیلائیں، خوب پھیل</w:t>
      </w:r>
    </w:p>
    <w:p>
      <w:r>
        <w:rPr>
          <w:b/>
        </w:rPr>
        <w:t xml:space="preserve">[35:00] </w:t>
      </w:r>
      <w:r>
        <w:t>aayein.</w:t>
      </w:r>
    </w:p>
    <w:p>
      <w:pPr>
        <w:jc w:val="right"/>
      </w:pPr>
      <w:r>
        <w:t>ائیں۔</w:t>
      </w:r>
    </w:p>
    <w:p>
      <w:r>
        <w:rPr>
          <w:b/>
        </w:rPr>
        <w:t xml:space="preserve">[35:04] </w:t>
      </w:r>
      <w:r>
        <w:t>ke to Allah taala ne dunya se rukawatein khatam kar di hain.</w:t>
      </w:r>
    </w:p>
    <w:p>
      <w:pPr>
        <w:jc w:val="right"/>
      </w:pPr>
      <w:r>
        <w:t>کہ تو اللہ تعالیٰ نے دنیا سے رکاوٹیں ختم کر دی ہیں۔</w:t>
      </w:r>
    </w:p>
    <w:p>
      <w:r>
        <w:rPr>
          <w:b/>
        </w:rPr>
        <w:t xml:space="preserve">[35:08] </w:t>
      </w:r>
      <w:r>
        <w:t>woh jo hadees mein, woh jo, woh jo quran mein tha ke fitna yani fitna ko khatam kar do.</w:t>
      </w:r>
    </w:p>
    <w:p>
      <w:pPr>
        <w:jc w:val="right"/>
      </w:pPr>
      <w:r>
        <w:t>وہ جو حدیث میں، وہ جو، وہ جو قرآن میں تھا کہ فتنہ یعنی فتنہ کو ختم کر دو۔</w:t>
      </w:r>
    </w:p>
    <w:p>
      <w:r>
        <w:rPr>
          <w:b/>
        </w:rPr>
        <w:t xml:space="preserve">[35:13] </w:t>
      </w:r>
      <w:r>
        <w:t>rukawaton ko khatam kar do.</w:t>
      </w:r>
    </w:p>
    <w:p>
      <w:pPr>
        <w:jc w:val="right"/>
      </w:pPr>
      <w:r>
        <w:t>رکاوٹوں کو ختم کر دو۔</w:t>
      </w:r>
    </w:p>
    <w:p>
      <w:r>
        <w:rPr>
          <w:b/>
        </w:rPr>
        <w:t xml:space="preserve">[35:17] </w:t>
      </w:r>
      <w:r>
        <w:t>fitna ka matlab ke fitna ko khatam kar do.</w:t>
      </w:r>
    </w:p>
    <w:p>
      <w:pPr>
        <w:jc w:val="right"/>
      </w:pPr>
      <w:r>
        <w:t>فتنہ کا مطلب کہ فتنہ کو ختم کر دو۔</w:t>
      </w:r>
    </w:p>
    <w:p>
      <w:r>
        <w:rPr>
          <w:b/>
        </w:rPr>
        <w:t xml:space="preserve">[35:21] </w:t>
      </w:r>
      <w:r>
        <w:t>to fitna khatam ho gaya.</w:t>
      </w:r>
    </w:p>
    <w:p>
      <w:pPr>
        <w:jc w:val="right"/>
      </w:pPr>
      <w:r>
        <w:t>تو فتنہ ختم ہو گیا۔</w:t>
      </w:r>
    </w:p>
    <w:p>
      <w:r>
        <w:rPr>
          <w:b/>
        </w:rPr>
        <w:t xml:space="preserve">[35:26] </w:t>
      </w:r>
      <w:r>
        <w:t>to kis liye? yani Allah</w:t>
      </w:r>
    </w:p>
    <w:p>
      <w:pPr>
        <w:jc w:val="right"/>
      </w:pPr>
      <w:r>
        <w:t>تو کس لیے؟ یعنی اللہ</w:t>
      </w:r>
    </w:p>
    <w:p>
      <w:r>
        <w:rPr>
          <w:b/>
        </w:rPr>
        <w:t xml:space="preserve">[35:30] </w:t>
      </w:r>
      <w:r>
        <w:t>taala ne fitna ko, yani rukavaton ko jo khatm kiya tha, kis liye khatm kiya tha? is liye</w:t>
      </w:r>
    </w:p>
    <w:p>
      <w:pPr>
        <w:jc w:val="right"/>
      </w:pPr>
      <w:r>
        <w:t>تعالیٰ نے فتنہ کو، یعنی رکاوٹوں کو جو ختم کیا تھا، کس لیے ختم کیا تھا؟ اس لیے</w:t>
      </w:r>
    </w:p>
    <w:p>
      <w:r>
        <w:rPr>
          <w:b/>
        </w:rPr>
        <w:t xml:space="preserve">[35:38] </w:t>
      </w:r>
      <w:r>
        <w:t>ke Allah ke bagha, Allah ki baat ko sari dunya mein phailaya jaye.</w:t>
      </w:r>
    </w:p>
    <w:p>
      <w:pPr>
        <w:jc w:val="right"/>
      </w:pPr>
      <w:r>
        <w:t>کہ اللہ کے بغا، اللہ کی بات کو ساری دنیا میں پھیلایا جائے۔</w:t>
      </w:r>
    </w:p>
    <w:p>
      <w:r>
        <w:rPr>
          <w:b/>
        </w:rPr>
        <w:t xml:space="preserve">[35:45] </w:t>
      </w:r>
      <w:r>
        <w:t>Allah ki baat ko sari dunya mein phailaya jaye.</w:t>
      </w:r>
    </w:p>
    <w:p>
      <w:pPr>
        <w:jc w:val="right"/>
      </w:pPr>
      <w:r>
        <w:t>اللہ کی بات کو ساری دنیا میں پھیلایا جائے۔</w:t>
      </w:r>
    </w:p>
    <w:p>
      <w:r>
        <w:rPr>
          <w:b/>
        </w:rPr>
        <w:t xml:space="preserve">[35:53] </w:t>
      </w:r>
      <w:r>
        <w:t>aur dekhiye, hamare saathi hain, woh Allah ke fazl se sari dunya mein quran ko distribute kar rahe</w:t>
      </w:r>
    </w:p>
    <w:p>
      <w:pPr>
        <w:jc w:val="right"/>
      </w:pPr>
      <w:r>
        <w:t>اور دیکھیے، ہمارے ساتھی ہیں، وہ اللہ کے فضل سے ساری دنیا میں قرآن کو distribute کر رہے</w:t>
      </w:r>
    </w:p>
    <w:p>
      <w:r>
        <w:rPr>
          <w:b/>
        </w:rPr>
        <w:t xml:space="preserve">[36:00] </w:t>
      </w:r>
      <w:r>
        <w:t>hain, literature ko phaila rahe hain. To koi ek report aisi nahin aayi abhi tak is ke khilaaf. Jaise aaj hi mere paas telephone, aaj subah telephone aaya ek saathi ka ke unhone ek saathi ko Quran aur kuch literature bhej diya tha by post. Aaj subah telephone aaya mere paas. Ek Hindu sahib</w:t>
      </w:r>
    </w:p>
    <w:p>
      <w:pPr>
        <w:jc w:val="right"/>
      </w:pPr>
      <w:r>
        <w:t>ہیں، literature کو پھیلا رہے ہیں۔ تو کوئی ایک رپورٹ ایسی نہیں آئی ابھی تک اس کے خلاف۔ جیسے آج ہی میرے پاس ٹیلی فون، آج صبح ٹیلی فون آیا ایک ساتھی کا کہ انہوں نے ایک ساتھی کو قرآن اور کچھ literature بھیج دیا تھا by post۔ آج صبح ٹیلی فون آیا میرے پاس۔ ایک ہندو صاحب</w:t>
      </w:r>
    </w:p>
    <w:p>
      <w:r>
        <w:rPr>
          <w:b/>
        </w:rPr>
        <w:t xml:space="preserve">[36:30] </w:t>
      </w:r>
      <w:r>
        <w:t>the woh. To by post unhone un ko Quran ka English translation aur kitabein kuch bhej di thi. To unhone un ko telephone kiya ke aap ne kyun bheja? Main ne to mangani thi aap se Islami kitabein. Kyun bheja aap ne? To un ke paas kya tha? Un ka letterhead par type kiya hua khat tha. Jo mang</w:t>
      </w:r>
    </w:p>
    <w:p>
      <w:pPr>
        <w:jc w:val="right"/>
      </w:pPr>
      <w:r>
        <w:t>تھے وہ۔ تو by post انہوں نے ان کو قرآن کا انگلش translation اور کتابیں کچھ بھیج دی تھیں۔ تو انہوں نے ان کو ٹیلی فون کیا کہ آپ نے کیوں بھیجا؟ میں نے تو منگانی تھی آپ سے اسلامی کتابیں۔ کیوں بھیجا آپ نے؟ تو ان کے پاس کیا تھا؟ ان کا letterhead پر ٹائپ کیا ہوا خط تھا۔ جو مانگ</w:t>
      </w:r>
    </w:p>
    <w:p>
      <w:r>
        <w:rPr>
          <w:b/>
        </w:rPr>
        <w:t xml:space="preserve">[37:00] </w:t>
      </w:r>
      <w:r>
        <w:t>a tha unhon ne quran aur kitaben.</w:t>
      </w:r>
    </w:p>
    <w:p>
      <w:pPr>
        <w:jc w:val="right"/>
      </w:pPr>
      <w:r>
        <w:t>ا تھا انہوں نے قرآن اور کتابیں۔</w:t>
      </w:r>
    </w:p>
    <w:p>
      <w:r>
        <w:rPr>
          <w:b/>
        </w:rPr>
        <w:t xml:space="preserve">[37:04] </w:t>
      </w:r>
      <w:r>
        <w:t>is ka photocopy bhej diya unhon ne.</w:t>
      </w:r>
    </w:p>
    <w:p>
      <w:pPr>
        <w:jc w:val="right"/>
      </w:pPr>
      <w:r>
        <w:t>اس کا photocopy بھیج دیا انہوں نے۔</w:t>
      </w:r>
    </w:p>
    <w:p>
      <w:r>
        <w:rPr>
          <w:b/>
        </w:rPr>
        <w:t xml:space="preserve">[37:08] </w:t>
      </w:r>
      <w:r>
        <w:t>to is ne parha is ko.</w:t>
      </w:r>
    </w:p>
    <w:p>
      <w:pPr>
        <w:jc w:val="right"/>
      </w:pPr>
      <w:r>
        <w:t>تو اس نے پڑھا اس کو۔</w:t>
      </w:r>
    </w:p>
    <w:p>
      <w:r>
        <w:rPr>
          <w:b/>
        </w:rPr>
        <w:t xml:space="preserve">[37:12] </w:t>
      </w:r>
      <w:r>
        <w:t>to is ke father ka tha woh.</w:t>
      </w:r>
    </w:p>
    <w:p>
      <w:pPr>
        <w:jc w:val="right"/>
      </w:pPr>
      <w:r>
        <w:t>تو اس کے father کا تھا وہ۔</w:t>
      </w:r>
    </w:p>
    <w:p>
      <w:r>
        <w:rPr>
          <w:b/>
        </w:rPr>
        <w:t xml:space="preserve">[37:16] </w:t>
      </w:r>
      <w:r>
        <w:t>yani bete ne likha tha lekin bete ko pata hai ke khud mere father ne mangai thi kitaben yeh.</w:t>
      </w:r>
    </w:p>
    <w:p>
      <w:pPr>
        <w:jc w:val="right"/>
      </w:pPr>
      <w:r>
        <w:t>یعنی بیٹے نے لکھا تھا لیکن بیٹے کو پتہ ہے کہ خود میرے father نے منگائی تھی کتابیں یہ۔</w:t>
      </w:r>
    </w:p>
    <w:p>
      <w:r>
        <w:rPr>
          <w:b/>
        </w:rPr>
        <w:t xml:space="preserve">[37:20] </w:t>
      </w:r>
      <w:r>
        <w:t>tab is ne apology ki us se.</w:t>
      </w:r>
    </w:p>
    <w:p>
      <w:pPr>
        <w:jc w:val="right"/>
      </w:pPr>
      <w:r>
        <w:t>تب اس نے apology کی اس سے۔</w:t>
      </w:r>
    </w:p>
    <w:p>
      <w:r>
        <w:rPr>
          <w:b/>
        </w:rPr>
        <w:t xml:space="preserve">[37:24] </w:t>
      </w:r>
      <w:r>
        <w:t>aaj subah mujhe pata hua. aaj subah.</w:t>
      </w:r>
    </w:p>
    <w:p>
      <w:pPr>
        <w:jc w:val="right"/>
      </w:pPr>
      <w:r>
        <w:t>آج صبح مجھے پتہ ہوا۔ آج صبح۔</w:t>
      </w:r>
    </w:p>
    <w:p>
      <w:r>
        <w:rPr>
          <w:b/>
        </w:rPr>
        <w:t xml:space="preserve">[37:29] </w:t>
      </w:r>
      <w:r>
        <w:t>bangalore se mere pas telephone aaya aaj hi subah.</w:t>
      </w:r>
    </w:p>
    <w:p>
      <w:pPr>
        <w:jc w:val="right"/>
      </w:pPr>
      <w:r>
        <w:t>بنگلور سے میرے پاس ٹیلی فون آیا آج ہی صبح۔</w:t>
      </w:r>
    </w:p>
    <w:p>
      <w:r>
        <w:rPr>
          <w:b/>
        </w:rPr>
        <w:t xml:space="preserve">[37:33] </w:t>
      </w:r>
      <w:r>
        <w:t>unhon ne bataya ke unhon ne, unhon ne ek ek letter mila un ko ke hamare pas quran</w:t>
      </w:r>
    </w:p>
    <w:p>
      <w:pPr>
        <w:jc w:val="right"/>
      </w:pPr>
      <w:r>
        <w:t>انہوں نے بتایا کہ انہوں نے، انہوں نے ایک ایک letter ملا ان کو کہ ہمارے پاس قرآن</w:t>
      </w:r>
    </w:p>
    <w:p>
      <w:r>
        <w:rPr>
          <w:b/>
        </w:rPr>
        <w:t xml:space="preserve">[37:37] </w:t>
      </w:r>
      <w:r>
        <w:t>ka english translation bhejiye aur kuch kitaben hon to bhejiye.</w:t>
      </w:r>
    </w:p>
    <w:p>
      <w:pPr>
        <w:jc w:val="right"/>
      </w:pPr>
      <w:r>
        <w:t>کا انگلش translation بھیجیے اور کچھ کتابیں ہوں تو بھیجیے۔</w:t>
      </w:r>
    </w:p>
    <w:p>
      <w:r>
        <w:rPr>
          <w:b/>
        </w:rPr>
        <w:t xml:space="preserve">[37:42] </w:t>
      </w:r>
      <w:r>
        <w:t>to bhej diya unhon ne by post.</w:t>
      </w:r>
    </w:p>
    <w:p>
      <w:pPr>
        <w:jc w:val="right"/>
      </w:pPr>
      <w:r>
        <w:t>تو بھیج دیا انہوں نے by post۔</w:t>
      </w:r>
    </w:p>
    <w:p>
      <w:r>
        <w:rPr>
          <w:b/>
        </w:rPr>
        <w:t xml:space="preserve">[37:46] </w:t>
      </w:r>
      <w:r>
        <w:t>to wahan se telephone aaya ke aap ne kyun bhej diya? nahi, woh hum ne to manga</w:t>
      </w:r>
    </w:p>
    <w:p>
      <w:pPr>
        <w:jc w:val="right"/>
      </w:pPr>
      <w:r>
        <w:t>تو وہاں سے ٹیلی فون آیا کہ آپ نے کیوں بھیج دیا؟ نہیں، وہ ہم نے تو مانگا</w:t>
      </w:r>
    </w:p>
    <w:p>
      <w:r>
        <w:rPr>
          <w:b/>
        </w:rPr>
        <w:t xml:space="preserve">[37:51] </w:t>
      </w:r>
      <w:r>
        <w:t>nahi tha aap ne.</w:t>
      </w:r>
    </w:p>
    <w:p>
      <w:pPr>
        <w:jc w:val="right"/>
      </w:pPr>
      <w:r>
        <w:t>نہیں تھا آپ نے۔</w:t>
      </w:r>
    </w:p>
    <w:p>
      <w:r>
        <w:rPr>
          <w:b/>
        </w:rPr>
        <w:t xml:space="preserve">[37:55] </w:t>
      </w:r>
      <w:r>
        <w:t>to unhon ne woh jo khat mila tha un ko, us ka photocopy bhej diya us ko.</w:t>
      </w:r>
    </w:p>
    <w:p>
      <w:pPr>
        <w:jc w:val="right"/>
      </w:pPr>
      <w:r>
        <w:t>تو انہوں نے وہ جو خط ملا تھا ان کو، اس کا photocopy بھیج دیا اس کو۔</w:t>
      </w:r>
    </w:p>
    <w:p>
      <w:r>
        <w:rPr>
          <w:b/>
        </w:rPr>
        <w:t xml:space="preserve">[38:00] </w:t>
      </w:r>
      <w:r>
        <w:t>to is ne apology ki us jagah ke aap ne theek bhejha kyunke hamare father ne kitab mangi thi.</w:t>
      </w:r>
    </w:p>
    <w:p>
      <w:pPr>
        <w:jc w:val="right"/>
      </w:pPr>
      <w:r>
        <w:t>تو اس نے apology کی اس جگہ کہ آپ نے ٹھیک بھیجا کیونکہ ہمارے father نے کتاب مانگی تھی۔</w:t>
      </w:r>
    </w:p>
    <w:p>
      <w:r>
        <w:rPr>
          <w:b/>
        </w:rPr>
        <w:t xml:space="preserve">[38:04] </w:t>
      </w:r>
      <w:r>
        <w:t>to shukriya kiya us ne. Yeh aaj ka waqea hai. Bangalore se mere paas khat aaya, telephone aaya. To Allah taala ne sare opportunities, sare mawaqe khol diye. Aur tashaddud ko khatm kar diya. Religious persecution ko khatm kar diya. United N</w:t>
      </w:r>
    </w:p>
    <w:p>
      <w:pPr>
        <w:jc w:val="right"/>
      </w:pPr>
      <w:r>
        <w:t>تو شکریہ کیا اس نے۔ یہ آج کا واقعہ ہے۔ بنگلور سے میرے پاس خط آیا، ٹیلی فون آیا۔ تو اللہ تعالیٰ نے سارے opportunities، سارے مواقع کھول دیے۔ اور تشدد کو ختم کر دیا۔ Religious persecution کو ختم کر دیا۔ United N</w:t>
      </w:r>
    </w:p>
    <w:p>
      <w:r>
        <w:rPr>
          <w:b/>
        </w:rPr>
        <w:t xml:space="preserve">[38:34] </w:t>
      </w:r>
      <w:r>
        <w:t>ations ke zariye sari dunya ki tamam hukumaton ne ittefaq ke sath is charter par sign kiya.</w:t>
      </w:r>
    </w:p>
    <w:p>
      <w:pPr>
        <w:jc w:val="right"/>
      </w:pPr>
      <w:r>
        <w:t>ations کے ذریعے ساری دنیا کی تمام حکومتوں نے اتفاق کے ساتھ اس charter پر sign کیا۔</w:t>
      </w:r>
    </w:p>
    <w:p>
      <w:r>
        <w:rPr>
          <w:b/>
        </w:rPr>
        <w:t xml:space="preserve">[38:40] </w:t>
      </w:r>
      <w:r>
        <w:t>aap jante hain ke United Nations jo hai, us mein dunya ke tamam mulk is ke official member hain.</w:t>
      </w:r>
    </w:p>
    <w:p>
      <w:pPr>
        <w:jc w:val="right"/>
      </w:pPr>
      <w:r>
        <w:t>آپ جانتے ہیں کہ United Nations جو ہے، اس میں دنیا کے تمام ملک اس کے official ممبر ہیں۔</w:t>
      </w:r>
    </w:p>
    <w:p>
      <w:r>
        <w:rPr>
          <w:b/>
        </w:rPr>
        <w:t xml:space="preserve">[38:46] </w:t>
      </w:r>
      <w:r>
        <w:t>hukumatain is ki member hain.</w:t>
      </w:r>
    </w:p>
    <w:p>
      <w:pPr>
        <w:jc w:val="right"/>
      </w:pPr>
      <w:r>
        <w:t>حکومتیں اس کی ممبر ہیں۔</w:t>
      </w:r>
    </w:p>
    <w:p>
      <w:r>
        <w:rPr>
          <w:b/>
        </w:rPr>
        <w:t xml:space="preserve">[38:52] </w:t>
      </w:r>
      <w:r>
        <w:t>to is ka ek charter hai, charter of human rights.</w:t>
      </w:r>
    </w:p>
    <w:p>
      <w:pPr>
        <w:jc w:val="right"/>
      </w:pPr>
      <w:r>
        <w:t>تو اس کا ایک charter ہے، charter of human rights۔</w:t>
      </w:r>
    </w:p>
    <w:p>
      <w:r>
        <w:rPr>
          <w:b/>
        </w:rPr>
        <w:t xml:space="preserve">[38:58] </w:t>
      </w:r>
      <w:r>
        <w:t>us mein likha hua hai ke har aadmi ko azadi</w:t>
      </w:r>
    </w:p>
    <w:p>
      <w:pPr>
        <w:jc w:val="right"/>
      </w:pPr>
      <w:r>
        <w:t>اس میں لکھا ہوا ہے کہ ہر آدمی کو آزادی</w:t>
      </w:r>
    </w:p>
    <w:p>
      <w:r>
        <w:rPr>
          <w:b/>
        </w:rPr>
        <w:t xml:space="preserve">[39:04] </w:t>
      </w:r>
      <w:r>
        <w:t>hogi ke jis mazhab ko chahe maane, jis mazhab ko chahe phailaye.</w:t>
      </w:r>
    </w:p>
    <w:p>
      <w:pPr>
        <w:jc w:val="right"/>
      </w:pPr>
      <w:r>
        <w:t>ہوگی کہ جس مذہب کو چاہے مانے، جس مذہب کو چاہے پھیلائے۔</w:t>
      </w:r>
    </w:p>
    <w:p>
      <w:r>
        <w:rPr>
          <w:b/>
        </w:rPr>
        <w:t xml:space="preserve">[39:09] </w:t>
      </w:r>
      <w:r>
        <w:t>Total freedom hogi.</w:t>
      </w:r>
    </w:p>
    <w:p>
      <w:pPr>
        <w:jc w:val="right"/>
      </w:pPr>
      <w:r>
        <w:t>Total freedom ہوگی۔</w:t>
      </w:r>
    </w:p>
    <w:p>
      <w:r>
        <w:rPr>
          <w:b/>
        </w:rPr>
        <w:t xml:space="preserve">[39:14] </w:t>
      </w:r>
      <w:r>
        <w:t>saheeh hai, yeh yeh daur hai.</w:t>
      </w:r>
    </w:p>
    <w:p>
      <w:pPr>
        <w:jc w:val="right"/>
      </w:pPr>
      <w:r>
        <w:t>صحیح ہے، یہ یہ دور ہے۔</w:t>
      </w:r>
    </w:p>
    <w:p>
      <w:r>
        <w:rPr>
          <w:b/>
        </w:rPr>
        <w:t xml:space="preserve">[39:19] </w:t>
      </w:r>
      <w:r>
        <w:t>kabhi aisa hua tha? maazi mein kabhi aisa hua tha ke tamam dunya ke tamam jo badshah, ruler</w:t>
      </w:r>
    </w:p>
    <w:p>
      <w:pPr>
        <w:jc w:val="right"/>
      </w:pPr>
      <w:r>
        <w:t>کبھی ایسا ہوا تھا؟ ماضی میں کبھی ایسا ہوا تھا کہ تمام دنیا کے تمام جو بادشاہ، ruler</w:t>
      </w:r>
    </w:p>
    <w:p>
      <w:r>
        <w:rPr>
          <w:b/>
        </w:rPr>
        <w:t xml:space="preserve">[39:24] </w:t>
      </w:r>
      <w:r>
        <w:t>hain, ruler woh sign karein ek aise charter par ke sab logon ko azadi hai, apne mazhab par</w:t>
      </w:r>
    </w:p>
    <w:p>
      <w:pPr>
        <w:jc w:val="right"/>
      </w:pPr>
      <w:r>
        <w:t>ہیں، ruler وہ sign کریں ایک ایسے charter پر کہ سب لوگوں کو آزادی ہے، اپنے مذہب پر</w:t>
      </w:r>
    </w:p>
    <w:p>
      <w:r>
        <w:rPr>
          <w:b/>
        </w:rPr>
        <w:t xml:space="preserve">[39:29] </w:t>
      </w:r>
      <w:r>
        <w:t>chalein, is ko phailayein, kuch karein</w:t>
      </w:r>
    </w:p>
    <w:p>
      <w:pPr>
        <w:jc w:val="right"/>
      </w:pPr>
      <w:r>
        <w:t>چلیں، اس کو پھیلائیں، کچھ کریں</w:t>
      </w:r>
    </w:p>
    <w:p>
      <w:r>
        <w:rPr>
          <w:b/>
        </w:rPr>
        <w:t xml:space="preserve">[39:34] </w:t>
      </w:r>
      <w:r>
        <w:t>—</w:t>
      </w:r>
    </w:p>
    <w:p>
      <w:pPr>
        <w:jc w:val="right"/>
      </w:pPr>
      <w:r>
        <w:t>۔</w:t>
      </w:r>
    </w:p>
    <w:p>
      <w:r>
        <w:rPr>
          <w:b/>
        </w:rPr>
        <w:t xml:space="preserve">[39:39] </w:t>
      </w:r>
      <w:r>
        <w:t>sirf ek shart hai ke aap tashaddud na karein.</w:t>
      </w:r>
    </w:p>
    <w:p>
      <w:pPr>
        <w:jc w:val="right"/>
      </w:pPr>
      <w:r>
        <w:t>صرف ایک شرط ہے کہ آپ تشدد نہ کریں۔</w:t>
      </w:r>
    </w:p>
    <w:p>
      <w:r>
        <w:rPr>
          <w:b/>
        </w:rPr>
        <w:t xml:space="preserve">[39:44] </w:t>
      </w:r>
      <w:r>
        <w:t>aisa kabhi dunya mein kabhi aisa nahi hua tha.</w:t>
      </w:r>
    </w:p>
    <w:p>
      <w:pPr>
        <w:jc w:val="right"/>
      </w:pPr>
      <w:r>
        <w:t>ایسا کبھی دنیا میں کبھی ایسا نہیں ہوا تھا۔</w:t>
      </w:r>
    </w:p>
    <w:p>
      <w:r>
        <w:rPr>
          <w:b/>
        </w:rPr>
        <w:t xml:space="preserve">[39:48] </w:t>
      </w:r>
      <w:r>
        <w:t>to is ka shukr ada kijiye.</w:t>
      </w:r>
    </w:p>
    <w:p>
      <w:pPr>
        <w:jc w:val="right"/>
      </w:pPr>
      <w:r>
        <w:t>تو اس کا شکر ادا کیجیے۔</w:t>
      </w:r>
    </w:p>
    <w:p>
      <w:r>
        <w:rPr>
          <w:b/>
        </w:rPr>
        <w:t xml:space="preserve">[39:53] </w:t>
      </w:r>
      <w:r>
        <w:t>is ko avail kijiye.</w:t>
      </w:r>
    </w:p>
    <w:p>
      <w:pPr>
        <w:jc w:val="right"/>
      </w:pPr>
      <w:r>
        <w:t>اس کو avail کیجیے۔</w:t>
      </w:r>
    </w:p>
    <w:p>
      <w:r>
        <w:rPr>
          <w:b/>
        </w:rPr>
        <w:t xml:space="preserve">[39:58] </w:t>
      </w:r>
      <w:r>
        <w:t>aur zyada mawaqe khulein ge aur zyada Allah ki nematein milein gi aap ko.</w:t>
      </w:r>
    </w:p>
    <w:p>
      <w:pPr>
        <w:jc w:val="right"/>
      </w:pPr>
      <w:r>
        <w:t>اور زیادہ مواقع کھلیں گے اور زیادہ اللہ کی نعمتیں ملیں گی آپ کو۔</w:t>
      </w:r>
    </w:p>
    <w:p>
      <w:r>
        <w:rPr>
          <w:b/>
        </w:rPr>
        <w:t xml:space="preserve">[40:03] </w:t>
      </w:r>
      <w:r>
        <w:t>to waqt aa gaya hai ke jab negative boli band, tashaddud band, pathar marna aur goli chalana band,</w:t>
      </w:r>
    </w:p>
    <w:p>
      <w:pPr>
        <w:jc w:val="right"/>
      </w:pPr>
      <w:r>
        <w:t>تو وقت آ گیا ہے کہ جب negative بولی بند، تشدد بند، پتھر مارنا اور گولی چلانا بند،</w:t>
      </w:r>
    </w:p>
    <w:p>
      <w:r>
        <w:rPr>
          <w:b/>
        </w:rPr>
        <w:t xml:space="preserve">[40:07] </w:t>
      </w:r>
      <w:r>
        <w:t>sab kuch band aur sirf Allah ka shukr karna aur Allah ke deen ko phailana. bas.</w:t>
      </w:r>
    </w:p>
    <w:p>
      <w:pPr>
        <w:jc w:val="right"/>
      </w:pPr>
      <w:r>
        <w:t>سب کچھ بند اور صرف اللہ کا شکر کرنا اور اللہ کے دین کو پھیلانا۔ بس۔</w:t>
      </w:r>
    </w:p>
    <w:p>
      <w:r>
        <w:rPr>
          <w:b/>
        </w:rPr>
        <w:t xml:space="preserve">[40:13] </w:t>
      </w:r>
      <w:r>
        <w:t>ab koi kaam hi nahi raha.</w:t>
      </w:r>
    </w:p>
    <w:p>
      <w:pPr>
        <w:jc w:val="right"/>
      </w:pPr>
      <w:r>
        <w:t>اب کوئی کام ہی نہیں رہا۔</w:t>
      </w:r>
    </w:p>
    <w:p>
      <w:r>
        <w:rPr>
          <w:b/>
        </w:rPr>
        <w:t xml:space="preserve">[40:19] </w:t>
      </w:r>
      <w:r>
        <w:t>aaj subah ko is waqt mein namaz parhne ke baad woh hamare haan woh hain, woh Shahabuddin,</w:t>
      </w:r>
    </w:p>
    <w:p>
      <w:pPr>
        <w:jc w:val="right"/>
      </w:pPr>
      <w:r>
        <w:t>آج صبح کو اس وقت میں نماز پڑھنے کے بعد وہ ہمارے ہاں وہ ہیں، وہ شہاب الدین،</w:t>
      </w:r>
    </w:p>
    <w:p>
      <w:r>
        <w:rPr>
          <w:b/>
        </w:rPr>
        <w:t xml:space="preserve">[40:25] </w:t>
      </w:r>
      <w:r>
        <w:t>un se maine kaha ke bhai mein namaz parhne ke baad sounga, mujhe uda do.</w:t>
      </w:r>
    </w:p>
    <w:p>
      <w:pPr>
        <w:jc w:val="right"/>
      </w:pPr>
      <w:r>
        <w:t>ان سے میں نے کہا کہ بھئی میں نماز پڑھنے کے بعد سوؤں گا، مجھے اڑا دو۔</w:t>
      </w:r>
    </w:p>
    <w:p>
      <w:r>
        <w:rPr>
          <w:b/>
        </w:rPr>
        <w:t xml:space="preserve">[40:31] </w:t>
      </w:r>
      <w:r>
        <w:t>to mein namaz parhne ke baad let gaya aur uda diya</w:t>
      </w:r>
    </w:p>
    <w:p>
      <w:pPr>
        <w:jc w:val="right"/>
      </w:pPr>
      <w:r>
        <w:t>تو میں نماز پڑھنے کے بعد لیٹ گیا اور اڑا دیا</w:t>
      </w:r>
    </w:p>
    <w:p>
      <w:r>
        <w:rPr>
          <w:b/>
        </w:rPr>
        <w:t xml:space="preserve">[40:37] </w:t>
      </w:r>
      <w:r>
        <w:t>unhone chadar.</w:t>
      </w:r>
    </w:p>
    <w:p>
      <w:pPr>
        <w:jc w:val="right"/>
      </w:pPr>
      <w:r>
        <w:t>انہوں نے چادر۔</w:t>
      </w:r>
    </w:p>
    <w:p>
      <w:r>
        <w:rPr>
          <w:b/>
        </w:rPr>
        <w:t xml:space="preserve">[40:43] </w:t>
      </w:r>
      <w:r>
        <w:t>mein so gaya.</w:t>
      </w:r>
    </w:p>
    <w:p>
      <w:pPr>
        <w:jc w:val="right"/>
      </w:pPr>
      <w:r>
        <w:t>میں سو گیا۔</w:t>
      </w:r>
    </w:p>
    <w:p>
      <w:r>
        <w:rPr>
          <w:b/>
        </w:rPr>
        <w:t xml:space="preserve">[40:48] </w:t>
      </w:r>
      <w:r>
        <w:t>to zahir hai ke chadar mein soya hua tha to andhera andhera tha andar aur kamra hi band tha.</w:t>
      </w:r>
    </w:p>
    <w:p>
      <w:pPr>
        <w:jc w:val="right"/>
      </w:pPr>
      <w:r>
        <w:t>تو ظاہر ہے کہ چادر میں سویا ہوا تھا تو اندھیرا اندھیرا تھا اندر اور کمرہ ہی بند تھا۔</w:t>
      </w:r>
    </w:p>
    <w:p>
      <w:r>
        <w:rPr>
          <w:b/>
        </w:rPr>
        <w:t xml:space="preserve">[40:53] </w:t>
      </w:r>
      <w:r>
        <w:t>to phir jab reit khuli, maine chadar hatayi to khoob ujala ho raha tha charon taraf.</w:t>
      </w:r>
    </w:p>
    <w:p>
      <w:pPr>
        <w:jc w:val="right"/>
      </w:pPr>
      <w:r>
        <w:t>تو پھر جب ریت کھلی، میں نے چادر ہٹائی تو خوب اجالا ہو رہا تھا چاروں طرف۔</w:t>
      </w:r>
    </w:p>
    <w:p>
      <w:r>
        <w:rPr>
          <w:b/>
        </w:rPr>
        <w:t xml:space="preserve">[40:59] </w:t>
      </w:r>
      <w:r>
        <w:t>aise hi hai logon ka haal ke ujale mein apne ko andhere mein dalein ge.</w:t>
      </w:r>
    </w:p>
    <w:p>
      <w:pPr>
        <w:jc w:val="right"/>
      </w:pPr>
      <w:r>
        <w:t>ایسے ہی ہے لوگوں کا حال کہ اجالے میں اپنے کو اندھیرے میں ڈالیں گے۔</w:t>
      </w:r>
    </w:p>
    <w:p>
      <w:r>
        <w:rPr>
          <w:b/>
        </w:rPr>
        <w:t xml:space="preserve">[41:04] </w:t>
      </w:r>
      <w:r>
        <w:t>yani charon taraf ujala hai, apne ko farzi taur par andhere mein dalein ge.</w:t>
      </w:r>
    </w:p>
    <w:p>
      <w:pPr>
        <w:jc w:val="right"/>
      </w:pPr>
      <w:r>
        <w:t>یعنی چاروں طرف اجالا ہے، اپنے کو فرضی طور پر اندھیرے میں ڈالیں گے۔</w:t>
      </w:r>
    </w:p>
    <w:p>
      <w:r>
        <w:rPr>
          <w:b/>
        </w:rPr>
        <w:t xml:space="preserve">[41:09] </w:t>
      </w:r>
      <w:r>
        <w:t>ya'ni ujale mein andhera andhera bol rahe hain. To discover kijiye ke suraj nikal chuka hai. Discover kijiye ke dunya mein azaadi aa chuki hai. Discover kijiye ke dunya mein laser persecution khatm ho chuka hai. Discover kijiye ke dunya mein koi dushman nahin, koi sazishien nahin, koi Islamophobia nahin. Aur phir replanning kijiye. Is discovery ke baad replanning ki</w:t>
      </w:r>
    </w:p>
    <w:p>
      <w:pPr>
        <w:jc w:val="right"/>
      </w:pPr>
      <w:r>
        <w:t>یعنی اجالے میں اندھیرا اندھیرا بول رہے ہیں۔ تو discover کیجیے کہ سورج نکل چکا ہے۔ Discover کیجیے کہ دنیا میں آزادی آ چکی ہے۔ Discover کیجیے کہ دنیا میں laser persecution ختم ہو چکا ہے۔ Discover کیجیے کہ دنیا میں کوئی دشمن نہیں، کوئی سازشیں نہیں، کوئی Islamophobia نہیں۔ اور پھر replanning کیجیے۔ اس discovery کے بعد replanning کی</w:t>
      </w:r>
    </w:p>
    <w:p>
      <w:r>
        <w:rPr>
          <w:b/>
        </w:rPr>
        <w:t xml:space="preserve">[41:39] </w:t>
      </w:r>
      <w:r>
        <w:t>jiye.</w:t>
      </w:r>
    </w:p>
    <w:p>
      <w:pPr>
        <w:jc w:val="right"/>
      </w:pPr>
      <w:r>
        <w:t>جیے۔</w:t>
      </w:r>
    </w:p>
    <w:p>
      <w:r>
        <w:rPr>
          <w:b/>
        </w:rPr>
        <w:t xml:space="preserve">[41:47] </w:t>
      </w:r>
      <w:r>
        <w:t>tu mein dua karta hoon ke Allah taala mujh ko aur aap ko tofeeq de ke hum Allah</w:t>
      </w:r>
    </w:p>
    <w:p>
      <w:pPr>
        <w:jc w:val="right"/>
      </w:pPr>
      <w:r>
        <w:t>تو میں دعا کرتا ہوں کہ اللہ تعالیٰ مجھ کو اور آپ کو توفیق دے کہ ہم اللہ</w:t>
      </w:r>
    </w:p>
    <w:p>
      <w:r>
        <w:rPr>
          <w:b/>
        </w:rPr>
        <w:t xml:space="preserve">[41:54] </w:t>
      </w:r>
      <w:r>
        <w:t>ka shukr karna janen, Allah ki scheme ko janen, Allah ke raste par chalna janen.</w:t>
      </w:r>
    </w:p>
    <w:p>
      <w:pPr>
        <w:jc w:val="right"/>
      </w:pPr>
      <w:r>
        <w:t>کا شکر کرنا جانیں، اللہ کی scheme کو جانیں، اللہ کے راستے پر چلنا جانیں۔</w:t>
      </w:r>
    </w:p>
    <w:p>
      <w:r>
        <w:rPr>
          <w:b/>
        </w:rPr>
        <w:t xml:space="preserve">[42:02] </w:t>
      </w:r>
      <w:r>
        <w:t>Assalam o alaikum wa rehmatullah. Okay so</w:t>
      </w:r>
    </w:p>
    <w:p>
      <w:pPr>
        <w:jc w:val="right"/>
      </w:pPr>
      <w:r>
        <w:t>السلام علیکم ورحمتہ اللہ۔ Okay so</w:t>
      </w:r>
    </w:p>
    <w:p>
      <w:r>
        <w:rPr>
          <w:b/>
        </w:rPr>
        <w:t xml:space="preserve">[42:09] </w:t>
      </w:r>
      <w:r>
        <w:t>we'll be starting with the question answer session now.</w:t>
      </w:r>
    </w:p>
    <w:p>
      <w:pPr>
        <w:jc w:val="right"/>
      </w:pPr>
      <w:r>
        <w:t>we'll be starting with the question answer session now.</w:t>
      </w:r>
    </w:p>
    <w:p>
      <w:r>
        <w:rPr>
          <w:b/>
        </w:rPr>
        <w:t xml:space="preserve">[42:14] </w:t>
      </w:r>
      <w:r>
        <w:t>All the online viewers are requested to send their questions on info@cpsglobal.org.</w:t>
      </w:r>
    </w:p>
    <w:p>
      <w:pPr>
        <w:jc w:val="right"/>
      </w:pPr>
      <w:r>
        <w:t>All the online viewers are requested to send their questions on info@cpsglobal.org.</w:t>
      </w:r>
    </w:p>
    <w:p>
      <w:r>
        <w:rPr>
          <w:b/>
        </w:rPr>
        <w:t xml:space="preserve">[42:20] </w:t>
      </w:r>
      <w:r>
        <w:t>People are watching it on Facebook Live.</w:t>
      </w:r>
    </w:p>
    <w:p>
      <w:pPr>
        <w:jc w:val="right"/>
      </w:pPr>
      <w:r>
        <w:t>People are watching it on Facebook Live.</w:t>
      </w:r>
    </w:p>
    <w:p>
      <w:r>
        <w:rPr>
          <w:b/>
        </w:rPr>
        <w:t xml:space="preserve">[42:25] </w:t>
      </w:r>
      <w:r>
        <w:t>Please also mention your location when you post your questions in the comment section.</w:t>
      </w:r>
    </w:p>
    <w:p>
      <w:pPr>
        <w:jc w:val="right"/>
      </w:pPr>
      <w:r>
        <w:t>Please also mention your location when you post your questions in the comment section.</w:t>
      </w:r>
    </w:p>
    <w:p>
      <w:r>
        <w:rPr>
          <w:b/>
        </w:rPr>
        <w:t xml:space="preserve">[42:30] </w:t>
      </w:r>
      <w:r>
        <w:t>Maulana pehle kuch comments parhna chahenge hum sawal lene se pehle.</w:t>
      </w:r>
    </w:p>
    <w:p>
      <w:pPr>
        <w:jc w:val="right"/>
      </w:pPr>
      <w:r>
        <w:t>مولانا پہلے کچھ comments پڑھنا چاہیں گے ہم سوال لینے سے پہلے۔</w:t>
      </w:r>
    </w:p>
    <w:p>
      <w:r>
        <w:rPr>
          <w:b/>
        </w:rPr>
        <w:t xml:space="preserve">[42:35] </w:t>
      </w:r>
      <w:r>
        <w:t>Yeh comment, pehla comment aaya hai Muslim Khan Sahab ka Pakistan Peshawar se.</w:t>
      </w:r>
    </w:p>
    <w:p>
      <w:pPr>
        <w:jc w:val="right"/>
      </w:pPr>
      <w:r>
        <w:t>یہ comment، پہلا comment آیا ہے مسلم خان صاحب کا پاکستان پشاور سے۔</w:t>
      </w:r>
    </w:p>
    <w:p>
      <w:r>
        <w:rPr>
          <w:b/>
        </w:rPr>
        <w:t xml:space="preserve">[42:40] </w:t>
      </w:r>
      <w:r>
        <w:t>unhone likha hai Muslims are actually under siege due to the misguided interpreters of Islam and not because of the so-called non-Muslim enemies. Phir unhone dobara ek comment bheja hai, is mein likha hai unhone the age of war or sword is over but the age of reasoning has taken birth. The struggle is the same but battlefields have changed. Abdul Rehman Chowdhry sahib ne Nanded</w:t>
      </w:r>
    </w:p>
    <w:p>
      <w:pPr>
        <w:jc w:val="right"/>
      </w:pPr>
      <w:r>
        <w:t>انہوں نے لکھا ہے مسلمs are actually under siege due to the misguided interpreters of Islam and not because of the so-called non-Muslim enemies. پھر انہوں نے دوبارہ ایک comment بھیجا ہے، اس میں لکھا ہے انہوں نے the age of war or sword is over but the age of reasoning has taken birth. The struggle is the same but battlefields have changed. عبدالرحمن چوہدری صاحب نے ناندیر</w:t>
      </w:r>
    </w:p>
    <w:p>
      <w:r>
        <w:rPr>
          <w:b/>
        </w:rPr>
        <w:t xml:space="preserve">[43:10] </w:t>
      </w:r>
      <w:r>
        <w:t>se likha hai yeh baat bilkul sahi hai, Allah ne history ke course ko naya rukh par mor diya hai.</w:t>
      </w:r>
    </w:p>
    <w:p>
      <w:pPr>
        <w:jc w:val="right"/>
      </w:pPr>
      <w:r>
        <w:t>سے لکھا ہے یہ بات بالکل صحیح ہے، اللہ نے history کے کورس کو نیا رخ پر موڑ دیا ہے۔</w:t>
      </w:r>
    </w:p>
    <w:p>
      <w:r>
        <w:rPr>
          <w:b/>
        </w:rPr>
        <w:t xml:space="preserve">[43:16] </w:t>
      </w:r>
      <w:r>
        <w:t>Ab koi Allah ke badle hue ko badal nahi sakta.</w:t>
      </w:r>
    </w:p>
    <w:p>
      <w:pPr>
        <w:jc w:val="right"/>
      </w:pPr>
      <w:r>
        <w:t>اب کوئی اللہ کے بدلے ہوئے کو بدل نہیں سکتا۔</w:t>
      </w:r>
    </w:p>
    <w:p>
      <w:r>
        <w:rPr>
          <w:b/>
        </w:rPr>
        <w:t xml:space="preserve">[43:22] </w:t>
      </w:r>
      <w:r>
        <w:t>Miss Kurutulen ne likha hai Srinagar se the stress that entire history of the world is controlled</w:t>
      </w:r>
    </w:p>
    <w:p>
      <w:pPr>
        <w:jc w:val="right"/>
      </w:pPr>
      <w:r>
        <w:t>Miss Kurutulen نے لکھا ہے سری نگر سے the stress that entire history of the world is controlled</w:t>
      </w:r>
    </w:p>
    <w:p>
      <w:r>
        <w:rPr>
          <w:b/>
        </w:rPr>
        <w:t xml:space="preserve">[43:28] </w:t>
      </w:r>
      <w:r>
        <w:t>by God and human beings have no role is appropriate and need of the are.</w:t>
      </w:r>
    </w:p>
    <w:p>
      <w:pPr>
        <w:jc w:val="right"/>
      </w:pPr>
      <w:r>
        <w:t>by God and human beings have no role is appropriate and need of the are.</w:t>
      </w:r>
    </w:p>
    <w:p>
      <w:r>
        <w:rPr>
          <w:b/>
        </w:rPr>
        <w:t xml:space="preserve">[43:34] </w:t>
      </w:r>
      <w:r>
        <w:t>Rightly said that it is a friendly world and no ill will and</w:t>
      </w:r>
    </w:p>
    <w:p>
      <w:pPr>
        <w:jc w:val="right"/>
      </w:pPr>
      <w:r>
        <w:t>Rightly said that it is a friendly world and no ill will and</w:t>
      </w:r>
    </w:p>
    <w:p>
      <w:r>
        <w:rPr>
          <w:b/>
        </w:rPr>
        <w:t xml:space="preserve">[43:40] </w:t>
      </w:r>
      <w:r>
        <w:t>hatred should be nourished against anyone.</w:t>
      </w:r>
    </w:p>
    <w:p>
      <w:pPr>
        <w:jc w:val="right"/>
      </w:pPr>
      <w:r>
        <w:t>hatred should be nourished against anyone.</w:t>
      </w:r>
    </w:p>
    <w:p>
      <w:r>
        <w:rPr>
          <w:b/>
        </w:rPr>
        <w:t xml:space="preserve">[43:44] </w:t>
      </w:r>
      <w:r>
        <w:t>To fight for the profit for trivial issues speaks volumes of unawareness about him and his mission.</w:t>
      </w:r>
    </w:p>
    <w:p>
      <w:pPr>
        <w:jc w:val="right"/>
      </w:pPr>
      <w:r>
        <w:t>To fight for the profit for trivial issues speaks volumes of unawareness about him and his mission.</w:t>
      </w:r>
    </w:p>
    <w:p>
      <w:r>
        <w:rPr>
          <w:b/>
        </w:rPr>
        <w:t xml:space="preserve">[43:49] </w:t>
      </w:r>
      <w:r>
        <w:t>Thank you for an excellent lecture.</w:t>
      </w:r>
    </w:p>
    <w:p>
      <w:pPr>
        <w:jc w:val="right"/>
      </w:pPr>
      <w:r>
        <w:t>Thank you for an excellent lecture.</w:t>
      </w:r>
    </w:p>
    <w:p>
      <w:r>
        <w:rPr>
          <w:b/>
        </w:rPr>
        <w:t xml:space="preserve">[43:53] </w:t>
      </w:r>
      <w:r>
        <w:t>Doctor Safina Tabassum ne Ajmer se likha hai very clearly Maulana Sahab if Muslims become completely peaceful no</w:t>
      </w:r>
    </w:p>
    <w:p>
      <w:pPr>
        <w:jc w:val="right"/>
      </w:pPr>
      <w:r>
        <w:t>ڈاکٹر صفینہ تبسم نے اجمیر سے لکھا ہے very clearly مولانا صاحب if Muslims become completely peaceful no</w:t>
      </w:r>
    </w:p>
    <w:p>
      <w:r>
        <w:rPr>
          <w:b/>
        </w:rPr>
        <w:t xml:space="preserve">[43:57] </w:t>
      </w:r>
      <w:r>
        <w:t>community is against them.</w:t>
      </w:r>
    </w:p>
    <w:p>
      <w:pPr>
        <w:jc w:val="right"/>
      </w:pPr>
      <w:r>
        <w:t>community is against them.</w:t>
      </w:r>
    </w:p>
    <w:p>
      <w:r>
        <w:rPr>
          <w:b/>
        </w:rPr>
        <w:t xml:space="preserve">[44:01] </w:t>
      </w:r>
      <w:r>
        <w:t>No obstacles for any peaceful mission is there in today's world.</w:t>
      </w:r>
    </w:p>
    <w:p>
      <w:pPr>
        <w:jc w:val="right"/>
      </w:pPr>
      <w:r>
        <w:t>No obstacles for any peaceful mission is there in today's world.</w:t>
      </w:r>
    </w:p>
    <w:p>
      <w:r>
        <w:rPr>
          <w:b/>
        </w:rPr>
        <w:t xml:space="preserve">[44:06] </w:t>
      </w:r>
      <w:r>
        <w:t>Shah Hussain Sahab</w:t>
      </w:r>
    </w:p>
    <w:p>
      <w:pPr>
        <w:jc w:val="right"/>
      </w:pPr>
      <w:r>
        <w:t>شاہ حسین صاحب</w:t>
      </w:r>
    </w:p>
    <w:p>
      <w:r>
        <w:rPr>
          <w:b/>
        </w:rPr>
        <w:t xml:space="preserve">[44:10] </w:t>
      </w:r>
      <w:r>
        <w:t>ne Srinagar se likha hai Maulana Sahab by expounding the scheme of God pointing out to the</w:t>
      </w:r>
    </w:p>
    <w:p>
      <w:pPr>
        <w:jc w:val="right"/>
      </w:pPr>
      <w:r>
        <w:t>نے سری نگر سے لکھا ہے مولانا صاحب by expounding the scheme of God pointing out to the</w:t>
      </w:r>
    </w:p>
    <w:p>
      <w:r>
        <w:rPr>
          <w:b/>
        </w:rPr>
        <w:t xml:space="preserve">[44:14] </w:t>
      </w:r>
      <w:r>
        <w:t>lacuna of Muslims.</w:t>
      </w:r>
    </w:p>
    <w:p>
      <w:pPr>
        <w:jc w:val="right"/>
      </w:pPr>
      <w:r>
        <w:t>lacuna of Muslims.</w:t>
      </w:r>
    </w:p>
    <w:p>
      <w:r>
        <w:rPr>
          <w:b/>
        </w:rPr>
        <w:t xml:space="preserve">[44:19] </w:t>
      </w:r>
      <w:r>
        <w:t>Making the real goal explicit.</w:t>
      </w:r>
    </w:p>
    <w:p>
      <w:pPr>
        <w:jc w:val="right"/>
      </w:pPr>
      <w:r>
        <w:t>Making the real goal explicit.</w:t>
      </w:r>
    </w:p>
    <w:p>
      <w:r>
        <w:rPr>
          <w:b/>
        </w:rPr>
        <w:t xml:space="preserve">[44:23] </w:t>
      </w:r>
      <w:r>
        <w:t>You have made the secret of positive thinking clear to us. Thank you.</w:t>
      </w:r>
    </w:p>
    <w:p>
      <w:pPr>
        <w:jc w:val="right"/>
      </w:pPr>
      <w:r>
        <w:t>You have made the secret of positive thinking clear to us. Thank you.</w:t>
      </w:r>
    </w:p>
    <w:p>
      <w:r>
        <w:rPr>
          <w:b/>
        </w:rPr>
        <w:t xml:space="preserve">[44:27] </w:t>
      </w:r>
      <w:r>
        <w:t>maulana ab hum kuch sawal lena chahenge.</w:t>
      </w:r>
    </w:p>
    <w:p>
      <w:pPr>
        <w:jc w:val="right"/>
      </w:pPr>
      <w:r>
        <w:t>مولانا اب ہم کچھ سوال لینا چاہیں گے۔</w:t>
      </w:r>
    </w:p>
    <w:p>
      <w:r>
        <w:rPr>
          <w:b/>
        </w:rPr>
        <w:t xml:space="preserve">[44:31] </w:t>
      </w:r>
      <w:r>
        <w:t>pehla sawal bheja hai zuber ahmed sahab ne muradabad se.</w:t>
      </w:r>
    </w:p>
    <w:p>
      <w:pPr>
        <w:jc w:val="right"/>
      </w:pPr>
      <w:r>
        <w:t>پہلا سوال بھیجا ہے زبیر احمد صاحب نے مراد آباد سے۔</w:t>
      </w:r>
    </w:p>
    <w:p>
      <w:r>
        <w:rPr>
          <w:b/>
        </w:rPr>
        <w:t xml:space="preserve">[44:36] </w:t>
      </w:r>
      <w:r>
        <w:t>unhone likha hai maulana sahab how does as it is thinking help</w:t>
      </w:r>
    </w:p>
    <w:p>
      <w:pPr>
        <w:jc w:val="right"/>
      </w:pPr>
      <w:r>
        <w:t>انہوں نے لکھا ہے مولانا صاحب how does as it is thinking help</w:t>
      </w:r>
    </w:p>
    <w:p>
      <w:r>
        <w:rPr>
          <w:b/>
        </w:rPr>
        <w:t xml:space="preserve">[44:40] </w:t>
      </w:r>
      <w:r>
        <w:t>a person become positive in life? dekhen quran ki jo pehli ayat hai alhamdulillah rabbul alameen.</w:t>
      </w:r>
    </w:p>
    <w:p>
      <w:pPr>
        <w:jc w:val="right"/>
      </w:pPr>
      <w:r>
        <w:t>a person become positive in life؟ دیکھیں قرآن کی جو پہلی آیت ہے الحمد للہ رب العالمین۔</w:t>
      </w:r>
    </w:p>
    <w:p>
      <w:r>
        <w:rPr>
          <w:b/>
        </w:rPr>
        <w:t xml:space="preserve">[44:46] </w:t>
      </w:r>
      <w:r>
        <w:t>is ayat ko har musalman roz namaz mein dohrate hain.</w:t>
      </w:r>
    </w:p>
    <w:p>
      <w:pPr>
        <w:jc w:val="right"/>
      </w:pPr>
      <w:r>
        <w:t>اس آیت کو ہر مسلمان روزانہ نماز میں دہراتے ہیں۔</w:t>
      </w:r>
    </w:p>
    <w:p>
      <w:r>
        <w:rPr>
          <w:b/>
        </w:rPr>
        <w:t xml:space="preserve">[44:52] </w:t>
      </w:r>
      <w:r>
        <w:t>is ka matlab kya hai? is ka matlab yahi hai ke elan karta hai musalman ke i am</w:t>
      </w:r>
    </w:p>
    <w:p>
      <w:pPr>
        <w:jc w:val="right"/>
      </w:pPr>
      <w:r>
        <w:t>اس کا مطلب کیا ہے؟ اس کا مطلب یہی ہے کہ اعلان کرتا ہے مسلمان کہ آئی ایم</w:t>
      </w:r>
    </w:p>
    <w:p>
      <w:r>
        <w:rPr>
          <w:b/>
        </w:rPr>
        <w:t xml:space="preserve">[44:58] </w:t>
      </w:r>
      <w:r>
        <w:t>a positive thinker.</w:t>
      </w:r>
    </w:p>
    <w:p>
      <w:pPr>
        <w:jc w:val="right"/>
      </w:pPr>
      <w:r>
        <w:t>اے positive thinker۔</w:t>
      </w:r>
    </w:p>
    <w:p>
      <w:r>
        <w:rPr>
          <w:b/>
        </w:rPr>
        <w:t xml:space="preserve">[45:04] </w:t>
      </w:r>
      <w:r>
        <w:t>jab aap namaz mein kehte hain alhamdulillah rabbul alameen</w:t>
      </w:r>
    </w:p>
    <w:p>
      <w:pPr>
        <w:jc w:val="right"/>
      </w:pPr>
      <w:r>
        <w:t>جب آپ نماز میں کہتے ہیں الحمد للہ رب العالم</w:t>
      </w:r>
    </w:p>
    <w:p>
      <w:r>
        <w:rPr>
          <w:b/>
        </w:rPr>
        <w:t xml:space="preserve">[45:10] </w:t>
      </w:r>
      <w:r>
        <w:t>to aap dusre lafzon mein yeh keh rahe hote hain ke o allah rabbul alameen i am</w:t>
      </w:r>
    </w:p>
    <w:p>
      <w:pPr>
        <w:jc w:val="right"/>
      </w:pPr>
      <w:r>
        <w:t>ین تو آپ دوسرے لفظوں میں یہ کہہ رہے ہوتے ہیں کہ او اللہ رب العالمین آئی ایم</w:t>
      </w:r>
    </w:p>
    <w:p>
      <w:r>
        <w:rPr>
          <w:b/>
        </w:rPr>
        <w:t xml:space="preserve">[45:15] </w:t>
      </w:r>
      <w:r>
        <w:t>a positive thinker.</w:t>
      </w:r>
    </w:p>
    <w:p>
      <w:pPr>
        <w:jc w:val="right"/>
      </w:pPr>
      <w:r>
        <w:t>اے positive thinker۔</w:t>
      </w:r>
    </w:p>
    <w:p>
      <w:r>
        <w:rPr>
          <w:b/>
        </w:rPr>
        <w:t xml:space="preserve">[45:19] </w:t>
      </w:r>
      <w:r>
        <w:t>to yeh to aap wada karte hain allah se usi ke din mein us ke khilaf.</w:t>
      </w:r>
    </w:p>
    <w:p>
      <w:pPr>
        <w:jc w:val="right"/>
      </w:pPr>
      <w:r>
        <w:t>تو یہ تو آپ وعدہ کرتے ہیں اللہ سے اسی کے دن میں اس کے خلاف۔</w:t>
      </w:r>
    </w:p>
    <w:p>
      <w:r>
        <w:rPr>
          <w:b/>
        </w:rPr>
        <w:t xml:space="preserve">[45:24] </w:t>
      </w:r>
      <w:r>
        <w:t>har din har namaz mein musalman yeh kehta hai ke khuda ya main kyunke dekhiye alhamdulillah kaise kahenge</w:t>
      </w:r>
    </w:p>
    <w:p>
      <w:pPr>
        <w:jc w:val="right"/>
      </w:pPr>
      <w:r>
        <w:t>ہر دن ہر نماز میں مسلمان یہ کہتا ہے کہ خدایا میں کیونکہ دیکھیے الحمد کیسے کہیں گے</w:t>
      </w:r>
    </w:p>
    <w:p>
      <w:r>
        <w:rPr>
          <w:b/>
        </w:rPr>
        <w:t xml:space="preserve">[45:28] </w:t>
      </w:r>
      <w:r>
        <w:t>aap? alhamdulillah ka mani shukr.</w:t>
      </w:r>
    </w:p>
    <w:p>
      <w:pPr>
        <w:jc w:val="right"/>
      </w:pPr>
      <w:r>
        <w:t>آپ؟ الحمد کا معنی شکر۔</w:t>
      </w:r>
    </w:p>
    <w:p>
      <w:r>
        <w:rPr>
          <w:b/>
        </w:rPr>
        <w:t xml:space="preserve">[45:33] </w:t>
      </w:r>
      <w:r>
        <w:t>khuda ya tera shukr hai.</w:t>
      </w:r>
    </w:p>
    <w:p>
      <w:pPr>
        <w:jc w:val="right"/>
      </w:pPr>
      <w:r>
        <w:t>خدایا تیرا شکر ہے۔</w:t>
      </w:r>
    </w:p>
    <w:p>
      <w:r>
        <w:rPr>
          <w:b/>
        </w:rPr>
        <w:t xml:space="preserve">[45:37] </w:t>
      </w:r>
      <w:r>
        <w:t>din mein nafrat bhari hui hai.</w:t>
      </w:r>
    </w:p>
    <w:p>
      <w:pPr>
        <w:jc w:val="right"/>
      </w:pPr>
      <w:r>
        <w:t>دن میں نفرت بھری ہوئی ہے۔</w:t>
      </w:r>
    </w:p>
    <w:p>
      <w:r>
        <w:rPr>
          <w:b/>
        </w:rPr>
        <w:t xml:space="preserve">[45:42] </w:t>
      </w:r>
      <w:r>
        <w:t>to shukr kaisa? shukr kaisa? to jab aap kehte hain alhamdulillah rabbul alameen to is mani ka</w:t>
      </w:r>
    </w:p>
    <w:p>
      <w:pPr>
        <w:jc w:val="right"/>
      </w:pPr>
      <w:r>
        <w:t>تو شکر کیسا؟ شکر کیسا؟ تو جب آپ کہتے ہیں الحمد للہ رب العالمین تو اس معنی کا</w:t>
      </w:r>
    </w:p>
    <w:p>
      <w:r>
        <w:rPr>
          <w:b/>
        </w:rPr>
        <w:t xml:space="preserve">[45:46] </w:t>
      </w:r>
      <w:r>
        <w:t>aap elan kar rahe hain allah ko gawah bana kar.</w:t>
      </w:r>
    </w:p>
    <w:p>
      <w:pPr>
        <w:jc w:val="right"/>
      </w:pPr>
      <w:r>
        <w:t>آپ اعلان کر رہے ہیں اللہ کو گواہ بنا کر۔</w:t>
      </w:r>
    </w:p>
    <w:p>
      <w:r>
        <w:rPr>
          <w:b/>
        </w:rPr>
        <w:t xml:space="preserve">[45:50] </w:t>
      </w:r>
      <w:r>
        <w:t>firishton ko gawah bana kar.</w:t>
      </w:r>
    </w:p>
    <w:p>
      <w:pPr>
        <w:jc w:val="right"/>
      </w:pPr>
      <w:r>
        <w:t>فرشتوں کو گواہ بنا کر۔</w:t>
      </w:r>
    </w:p>
    <w:p>
      <w:r>
        <w:rPr>
          <w:b/>
        </w:rPr>
        <w:t xml:space="preserve">[45:54] </w:t>
      </w:r>
      <w:r>
        <w:t>ke main shukr karne wala hoon.</w:t>
      </w:r>
    </w:p>
    <w:p>
      <w:pPr>
        <w:jc w:val="right"/>
      </w:pPr>
      <w:r>
        <w:t>کہ میں شکر کرنے والا ہوں۔</w:t>
      </w:r>
    </w:p>
    <w:p>
      <w:r>
        <w:rPr>
          <w:b/>
        </w:rPr>
        <w:t xml:space="preserve">[45:59] </w:t>
      </w:r>
      <w:r>
        <w:t>main positive thinking wala aadmi hoon.</w:t>
      </w:r>
    </w:p>
    <w:p>
      <w:pPr>
        <w:jc w:val="right"/>
      </w:pPr>
      <w:r>
        <w:t>میں positive thinking والا آدمی ہوں۔</w:t>
      </w:r>
    </w:p>
    <w:p>
      <w:r>
        <w:rPr>
          <w:b/>
        </w:rPr>
        <w:t xml:space="preserve">[46:03] </w:t>
      </w:r>
      <w:r>
        <w:t>mere dil mein hate nahi hai.</w:t>
      </w:r>
    </w:p>
    <w:p>
      <w:pPr>
        <w:jc w:val="right"/>
      </w:pPr>
      <w:r>
        <w:t>میرے دل میں hate نہیں ہے۔</w:t>
      </w:r>
    </w:p>
    <w:p>
      <w:r>
        <w:rPr>
          <w:b/>
        </w:rPr>
        <w:t xml:space="preserve">[46:07] </w:t>
      </w:r>
      <w:r>
        <w:t>to is ke is to agar aap aisa na karein to phir aap ki namaz hi namaz nahi. jaise hadith</w:t>
      </w:r>
    </w:p>
    <w:p>
      <w:pPr>
        <w:jc w:val="right"/>
      </w:pPr>
      <w:r>
        <w:t>تو اس کے اس تو اگر آپ ایسا نہ کریں تو پھر آپ کی نماز ہی نماز نہیں۔ جیسے حدیث</w:t>
      </w:r>
    </w:p>
    <w:p>
      <w:r>
        <w:rPr>
          <w:b/>
        </w:rPr>
        <w:t xml:space="preserve">[46:12] </w:t>
      </w:r>
      <w:r>
        <w:t>hadith mein aata hai ke namazein padhenge lekin un ki namaz kuch nahi hogi.</w:t>
      </w:r>
    </w:p>
    <w:p>
      <w:pPr>
        <w:jc w:val="right"/>
      </w:pPr>
      <w:r>
        <w:t>حدیث میں آتا ہے کہ نمازیں پڑھیں گے لیکن ان کی نماز کچھ نہیں ہوگی۔</w:t>
      </w:r>
    </w:p>
    <w:p>
      <w:r>
        <w:rPr>
          <w:b/>
        </w:rPr>
        <w:t xml:space="preserve">[46:18] </w:t>
      </w:r>
      <w:r>
        <w:t>hata la trakhash.</w:t>
      </w:r>
    </w:p>
    <w:p>
      <w:pPr>
        <w:jc w:val="right"/>
      </w:pPr>
      <w:r>
        <w:t>حتیٰ لا تراخاش۔</w:t>
      </w:r>
    </w:p>
    <w:p>
      <w:r>
        <w:rPr>
          <w:b/>
        </w:rPr>
        <w:t xml:space="preserve">[46:24] </w:t>
      </w:r>
      <w:r>
        <w:t>maulana agla sawal karachi pakistan se likha hai faisal abdul sahab ne aur unhone aapse poocha</w:t>
      </w:r>
    </w:p>
    <w:p>
      <w:pPr>
        <w:jc w:val="right"/>
      </w:pPr>
      <w:r>
        <w:t>مولانا اگلا سوال کراچی پاکستان سے لکھا ہے فیصل عبدال صاحب نے اور انہوں نے آپ سے پوچھا</w:t>
      </w:r>
    </w:p>
    <w:p>
      <w:r>
        <w:rPr>
          <w:b/>
        </w:rPr>
        <w:t xml:space="preserve">[46:30] </w:t>
      </w:r>
      <w:r>
        <w:t>hai ke Maulana sahib how can we remain positive twenty four hours? kyon ke ke rukawat kya hai?</w:t>
      </w:r>
    </w:p>
    <w:p>
      <w:pPr>
        <w:jc w:val="right"/>
      </w:pPr>
      <w:r>
        <w:t>ہے کہ مولانا صاحب how can we remain positive twenty four hours؟ کیوں کہ کہ رکاوٹ کیا ہے؟</w:t>
      </w:r>
    </w:p>
    <w:p>
      <w:r>
        <w:rPr>
          <w:b/>
        </w:rPr>
        <w:t xml:space="preserve">[46:36] </w:t>
      </w:r>
      <w:r>
        <w:t>chobees ghantay Allah ki rehmat</w:t>
      </w:r>
    </w:p>
    <w:p>
      <w:pPr>
        <w:jc w:val="right"/>
      </w:pPr>
      <w:r>
        <w:t>چوبیس گھنٹے اللہ کی رحمت</w:t>
      </w:r>
    </w:p>
    <w:p>
      <w:r>
        <w:rPr>
          <w:b/>
        </w:rPr>
        <w:t xml:space="preserve">[46:42] </w:t>
      </w:r>
      <w:r>
        <w:t>baras rahi hai.</w:t>
      </w:r>
    </w:p>
    <w:p>
      <w:pPr>
        <w:jc w:val="right"/>
      </w:pPr>
      <w:r>
        <w:t>برس رہی ہے۔</w:t>
      </w:r>
    </w:p>
    <w:p>
      <w:r>
        <w:rPr>
          <w:b/>
        </w:rPr>
        <w:t xml:space="preserve">[46:46] </w:t>
      </w:r>
      <w:r>
        <w:t>to kya is mein mushkil kya hai? mushkil kya hai is mein? apni apni soch ko Allah wali soch banaiye.</w:t>
      </w:r>
    </w:p>
    <w:p>
      <w:pPr>
        <w:jc w:val="right"/>
      </w:pPr>
      <w:r>
        <w:t>تو کیا اس میں مشکل کیا ہے؟ مشکل کیا ہے اس میں؟ اپنی اپنی سوچ کو اللہ والی سوچ بنائیے۔</w:t>
      </w:r>
    </w:p>
    <w:p>
      <w:r>
        <w:rPr>
          <w:b/>
        </w:rPr>
        <w:t xml:space="preserve">[46:51] </w:t>
      </w:r>
      <w:r>
        <w:t>insan pe kyon atka rakha hai apni soch ko aap ne? to Allah ki rehmat baras rahi hai</w:t>
      </w:r>
    </w:p>
    <w:p>
      <w:pPr>
        <w:jc w:val="right"/>
      </w:pPr>
      <w:r>
        <w:t>انسان پہ کیوں اٹکا رکھا ہے اپنی سوچ کو آپ نے؟ تو اللہ کی رحمت برس رہی ہے</w:t>
      </w:r>
    </w:p>
    <w:p>
      <w:r>
        <w:rPr>
          <w:b/>
        </w:rPr>
        <w:t xml:space="preserve">[46:55] </w:t>
      </w:r>
      <w:r>
        <w:t>subah subah raat din.</w:t>
      </w:r>
    </w:p>
    <w:p>
      <w:pPr>
        <w:jc w:val="right"/>
      </w:pPr>
      <w:r>
        <w:t>صبح صبح رات دن۔</w:t>
      </w:r>
    </w:p>
    <w:p>
      <w:r>
        <w:rPr>
          <w:b/>
        </w:rPr>
        <w:t xml:space="preserve">[46:59] </w:t>
      </w:r>
      <w:r>
        <w:t>woh aap ko dikhai nahi deta.</w:t>
      </w:r>
    </w:p>
    <w:p>
      <w:pPr>
        <w:jc w:val="right"/>
      </w:pPr>
      <w:r>
        <w:t>وہ آپ کو دکھائی نہیں دیتا۔</w:t>
      </w:r>
    </w:p>
    <w:p>
      <w:r>
        <w:rPr>
          <w:b/>
        </w:rPr>
        <w:t xml:space="preserve">[47:04] </w:t>
      </w:r>
      <w:r>
        <w:t>koi insan kahin bol diya.</w:t>
      </w:r>
    </w:p>
    <w:p>
      <w:pPr>
        <w:jc w:val="right"/>
      </w:pPr>
      <w:r>
        <w:t>کوئی انسان کہیں بول دیا۔</w:t>
      </w:r>
    </w:p>
    <w:p>
      <w:r>
        <w:rPr>
          <w:b/>
        </w:rPr>
        <w:t xml:space="preserve">[47:08] </w:t>
      </w:r>
      <w:r>
        <w:t>koi speech de di woh sunai deta hai aap ko? farishton ki awaz suniye.</w:t>
      </w:r>
    </w:p>
    <w:p>
      <w:pPr>
        <w:jc w:val="right"/>
      </w:pPr>
      <w:r>
        <w:t>کوئی speech دے دی وہ سنائی دیتا ہے آپ کو؟ فرشتوں کی آواز سنیے۔</w:t>
      </w:r>
    </w:p>
    <w:p>
      <w:r>
        <w:rPr>
          <w:b/>
        </w:rPr>
        <w:t xml:space="preserve">[47:13] </w:t>
      </w:r>
      <w:r>
        <w:t>Allah ki pukar ko suniye.</w:t>
      </w:r>
    </w:p>
    <w:p>
      <w:pPr>
        <w:jc w:val="right"/>
      </w:pPr>
      <w:r>
        <w:t>اللہ کی پکار کو سنیے۔</w:t>
      </w:r>
    </w:p>
    <w:p>
      <w:r>
        <w:rPr>
          <w:b/>
        </w:rPr>
        <w:t xml:space="preserve">[47:18] </w:t>
      </w:r>
      <w:r>
        <w:t>puri universe puri universe puri universe jo keh rahi hai us ko suniye.</w:t>
      </w:r>
    </w:p>
    <w:p>
      <w:pPr>
        <w:jc w:val="right"/>
      </w:pPr>
      <w:r>
        <w:t>پوری universe پوری universe پوری universe جو کہہ رہی ہے اس کو سنیے۔</w:t>
      </w:r>
    </w:p>
    <w:p>
      <w:r>
        <w:rPr>
          <w:b/>
        </w:rPr>
        <w:t xml:space="preserve">[47:23] </w:t>
      </w:r>
      <w:r>
        <w:t>Quran mein hai ke sari zameen o aasman Allah ki tasbeeh kar rahe hain.</w:t>
      </w:r>
    </w:p>
    <w:p>
      <w:pPr>
        <w:jc w:val="right"/>
      </w:pPr>
      <w:r>
        <w:t>قرآن میں ہے کہ ساری زمین و آسمان اللہ کی تسبیح کر رہے ہیں۔</w:t>
      </w:r>
    </w:p>
    <w:p>
      <w:r>
        <w:rPr>
          <w:b/>
        </w:rPr>
        <w:t xml:space="preserve">[47:28] </w:t>
      </w:r>
      <w:r>
        <w:t>is ka matlab yahi hai ke sare zameen o aasman ek message de rahe hain ke aye insan</w:t>
      </w:r>
    </w:p>
    <w:p>
      <w:pPr>
        <w:jc w:val="right"/>
      </w:pPr>
      <w:r>
        <w:t>اس کا مطلب یہی ہے کہ سارے زمین و آسمان ایک message دے رہے ہیں کہ اے انسان</w:t>
      </w:r>
    </w:p>
    <w:p>
      <w:r>
        <w:rPr>
          <w:b/>
        </w:rPr>
        <w:t xml:space="preserve">[47:33] </w:t>
      </w:r>
      <w:r>
        <w:t>be positive ban positive ban positive ban.</w:t>
      </w:r>
    </w:p>
    <w:p>
      <w:pPr>
        <w:jc w:val="right"/>
      </w:pPr>
      <w:r>
        <w:t>be positive بن positive بن positive بن۔</w:t>
      </w:r>
    </w:p>
    <w:p>
      <w:r>
        <w:rPr>
          <w:b/>
        </w:rPr>
        <w:t xml:space="preserve">[47:38] </w:t>
      </w:r>
      <w:r>
        <w:t>to mushkil kya hai? Maulana agla</w:t>
      </w:r>
    </w:p>
    <w:p>
      <w:pPr>
        <w:jc w:val="right"/>
      </w:pPr>
      <w:r>
        <w:t>تو مشکل کیا ہے؟ مولانا اگلا</w:t>
      </w:r>
    </w:p>
    <w:p>
      <w:r>
        <w:rPr>
          <w:b/>
        </w:rPr>
        <w:t xml:space="preserve">[47:43] </w:t>
      </w:r>
      <w:r>
        <w:t>sawal cheenai se bheja hai maulana iqbal umri ne aur unhone likha hai maulana ek sahib ne kaha ke musalmanon mein ittehad aa jaye to saare masail hal ho jayenge. jaisa ke doosre log musalmanon ke khilaf mutahid ho chuke hain. maulana apne supporters ke khilaf mutahid hona is daur ki sab se badi ghalati hai. is ki khabar kisi ko nahi hai. maulana log ab</w:t>
      </w:r>
    </w:p>
    <w:p>
      <w:pPr>
        <w:jc w:val="right"/>
      </w:pPr>
      <w:r>
        <w:t>سوال چنئی سے بھیجا ہے مولانا اقبال عمری نے اور انہوں نے لکھا ہے مولانا ایک صاحب نے کہا کہ مسلمانوں میں اتحاد آ جائے تو سارے مسائل حل ہو جائیں گے۔ جیسا کہ دوسرے لوگ مسلمانوں کے خلاف متحد ہو چکے ہیں۔ مولانا اپنے supporters کے خلاف متحد ہونا اس دور کی سب سے بڑی غلطی ہے۔ اس کی خبر کسی کو نہیں ہے۔ مولانا لوگ اب</w:t>
      </w:r>
    </w:p>
    <w:p>
      <w:r>
        <w:rPr>
          <w:b/>
        </w:rPr>
        <w:t xml:space="preserve">[48:13] </w:t>
      </w:r>
      <w:r>
        <w:t>hee bhi dushman ki istilaah mein kyon sochte hain? is par kuch bataiye.</w:t>
      </w:r>
    </w:p>
    <w:p>
      <w:pPr>
        <w:jc w:val="right"/>
      </w:pPr>
      <w:r>
        <w:t>ھی بھی دشمن کی اصطلاح میں کیوں سوچتے ہیں؟ اس پر کچھ بتائیں۔</w:t>
      </w:r>
    </w:p>
    <w:p>
      <w:r>
        <w:rPr>
          <w:b/>
        </w:rPr>
        <w:t xml:space="preserve">[48:18] </w:t>
      </w:r>
      <w:r>
        <w:t>Allah ki baat se be khabar hain.</w:t>
      </w:r>
    </w:p>
    <w:p>
      <w:pPr>
        <w:jc w:val="right"/>
      </w:pPr>
      <w:r>
        <w:t>اللہ کی بات سے بے خبر ہیں۔</w:t>
      </w:r>
    </w:p>
    <w:p>
      <w:r>
        <w:rPr>
          <w:b/>
        </w:rPr>
        <w:t xml:space="preserve">[48:23] </w:t>
      </w:r>
      <w:r>
        <w:t>mein yeh kahoon ga Allah ne kaha Allah ke paigham ka har waqt aap ko pahunch raha hai.</w:t>
      </w:r>
    </w:p>
    <w:p>
      <w:pPr>
        <w:jc w:val="right"/>
      </w:pPr>
      <w:r>
        <w:t>میں یہ کہوں گا اللہ نے کہا اللہ کے پیغام کا ہر وقت آپ کو پہنچ رہا ہے۔</w:t>
      </w:r>
    </w:p>
    <w:p>
      <w:r>
        <w:rPr>
          <w:b/>
        </w:rPr>
        <w:t xml:space="preserve">[48:28] </w:t>
      </w:r>
      <w:r>
        <w:t>Rasool Allah ne kya farmaya hai? Quran o Hadees bhi kaha hai is ke be khabar hain.</w:t>
      </w:r>
    </w:p>
    <w:p>
      <w:pPr>
        <w:jc w:val="right"/>
      </w:pPr>
      <w:r>
        <w:t>رسول اللہ نے کیا فرمایا ہے؟ قرآن و حدیث بھی کہا ہے اس کے بے خبر ہیں۔</w:t>
      </w:r>
    </w:p>
    <w:p>
      <w:r>
        <w:rPr>
          <w:b/>
        </w:rPr>
        <w:t xml:space="preserve">[48:33] </w:t>
      </w:r>
      <w:r>
        <w:t>insanon ki awazein atke hue hain.</w:t>
      </w:r>
    </w:p>
    <w:p>
      <w:pPr>
        <w:jc w:val="right"/>
      </w:pPr>
      <w:r>
        <w:t>انسانوں کی آوازیں اٹکے ہوئے ہیں۔</w:t>
      </w:r>
    </w:p>
    <w:p>
      <w:r>
        <w:rPr>
          <w:b/>
        </w:rPr>
        <w:t xml:space="preserve">[48:38] </w:t>
      </w:r>
      <w:r>
        <w:t>yeh mein kahoon</w:t>
      </w:r>
    </w:p>
    <w:p>
      <w:pPr>
        <w:jc w:val="right"/>
      </w:pPr>
      <w:r>
        <w:t>یہ میں کہوں</w:t>
      </w:r>
    </w:p>
    <w:p>
      <w:r>
        <w:rPr>
          <w:b/>
        </w:rPr>
        <w:t xml:space="preserve">[48:43] </w:t>
      </w:r>
      <w:r>
        <w:t>ga ke insan ki awazein un ko sunai deti hain.</w:t>
      </w:r>
    </w:p>
    <w:p>
      <w:pPr>
        <w:jc w:val="right"/>
      </w:pPr>
      <w:r>
        <w:t>گا کہ انسان کی آوازیں ان کو سنائی دیتی ہیں۔</w:t>
      </w:r>
    </w:p>
    <w:p>
      <w:r>
        <w:rPr>
          <w:b/>
        </w:rPr>
        <w:t xml:space="preserve">[48:46] </w:t>
      </w:r>
      <w:r>
        <w:t>Allah Rasool ki awazein nahi sunai deti.</w:t>
      </w:r>
    </w:p>
    <w:p>
      <w:pPr>
        <w:jc w:val="right"/>
      </w:pPr>
      <w:r>
        <w:t>اللہ رسول کی آوازیں نہیں سنائی دیتی۔</w:t>
      </w:r>
    </w:p>
    <w:p>
      <w:r>
        <w:rPr>
          <w:b/>
        </w:rPr>
        <w:t xml:space="preserve">[48:49] </w:t>
      </w:r>
      <w:r>
        <w:t>bas yahi kahoon ga.</w:t>
      </w:r>
    </w:p>
    <w:p>
      <w:pPr>
        <w:jc w:val="right"/>
      </w:pPr>
      <w:r>
        <w:t>بس یہی کہوں گا۔</w:t>
      </w:r>
    </w:p>
    <w:p>
      <w:r>
        <w:rPr>
          <w:b/>
        </w:rPr>
        <w:t xml:space="preserve">[48:52] </w:t>
      </w:r>
      <w:r>
        <w:t>rasmi tor par namaz parheinge.</w:t>
      </w:r>
    </w:p>
    <w:p>
      <w:pPr>
        <w:jc w:val="right"/>
      </w:pPr>
      <w:r>
        <w:t>رسمی طور پر نماز پڑھیں گے۔</w:t>
      </w:r>
    </w:p>
    <w:p>
      <w:r>
        <w:rPr>
          <w:b/>
        </w:rPr>
        <w:t xml:space="preserve">[48:55] </w:t>
      </w:r>
      <w:r>
        <w:t>rasmi tor par.</w:t>
      </w:r>
    </w:p>
    <w:p>
      <w:pPr>
        <w:jc w:val="right"/>
      </w:pPr>
      <w:r>
        <w:t>رسمی طور پر۔</w:t>
      </w:r>
    </w:p>
    <w:p>
      <w:r>
        <w:rPr>
          <w:b/>
        </w:rPr>
        <w:t xml:space="preserve">[48:58] </w:t>
      </w:r>
      <w:r>
        <w:t>lekin namaz ki spirit se bilkul bekhabar hain.</w:t>
      </w:r>
    </w:p>
    <w:p>
      <w:pPr>
        <w:jc w:val="right"/>
      </w:pPr>
      <w:r>
        <w:t>لیکن نماز کی spirit سے بالکل بے خبر ہیں۔</w:t>
      </w:r>
    </w:p>
    <w:p>
      <w:r>
        <w:rPr>
          <w:b/>
        </w:rPr>
        <w:t xml:space="preserve">[49:01] </w:t>
      </w:r>
      <w:r>
        <w:t>unhon ne ek aur sawal kiya hai Maulana aap se.</w:t>
      </w:r>
    </w:p>
    <w:p>
      <w:pPr>
        <w:jc w:val="right"/>
      </w:pPr>
      <w:r>
        <w:t>انہوں نے ایک اور سوال کیا ہے مولانا آپ سے۔</w:t>
      </w:r>
    </w:p>
    <w:p>
      <w:r>
        <w:rPr>
          <w:b/>
        </w:rPr>
        <w:t xml:space="preserve">[49:04] </w:t>
      </w:r>
      <w:r>
        <w:t>unhon ne likha hai ke Maulana kalma-e-wahida kya hai? Tauheed ki ideology hai.</w:t>
      </w:r>
    </w:p>
    <w:p>
      <w:pPr>
        <w:jc w:val="right"/>
      </w:pPr>
      <w:r>
        <w:t>انہوں نے لکھا ہے کہ مولانا کلمۃ واحدہ کیا ہے؟ توحید کی ideology ہے۔</w:t>
      </w:r>
    </w:p>
    <w:p>
      <w:r>
        <w:rPr>
          <w:b/>
        </w:rPr>
        <w:t xml:space="preserve">[49:07] </w:t>
      </w:r>
      <w:r>
        <w:t>majeed iski wazahat karen.</w:t>
      </w:r>
    </w:p>
    <w:p>
      <w:pPr>
        <w:jc w:val="right"/>
      </w:pPr>
      <w:r>
        <w:t>مجید اس کی وضاحت کریں۔</w:t>
      </w:r>
    </w:p>
    <w:p>
      <w:r>
        <w:rPr>
          <w:b/>
        </w:rPr>
        <w:t xml:space="preserve">[49:10] </w:t>
      </w:r>
      <w:r>
        <w:t>tauheed ki ide</w:t>
      </w:r>
    </w:p>
    <w:p>
      <w:pPr>
        <w:jc w:val="right"/>
      </w:pPr>
      <w:r>
        <w:t>توحید کی ide</w:t>
      </w:r>
    </w:p>
    <w:p>
      <w:r>
        <w:rPr>
          <w:b/>
        </w:rPr>
        <w:t xml:space="preserve">[49:13] </w:t>
      </w:r>
      <w:r>
        <w:t>ology hai bilashuba.</w:t>
      </w:r>
    </w:p>
    <w:p>
      <w:pPr>
        <w:jc w:val="right"/>
      </w:pPr>
      <w:r>
        <w:t>ology ہے بلاشبہ۔</w:t>
      </w:r>
    </w:p>
    <w:p>
      <w:r>
        <w:rPr>
          <w:b/>
        </w:rPr>
        <w:t xml:space="preserve">[49:16] </w:t>
      </w:r>
      <w:r>
        <w:t>tauheed ki ideology hai.</w:t>
      </w:r>
    </w:p>
    <w:p>
      <w:pPr>
        <w:jc w:val="right"/>
      </w:pPr>
      <w:r>
        <w:t>توحید کی ideology ہے۔</w:t>
      </w:r>
    </w:p>
    <w:p>
      <w:r>
        <w:rPr>
          <w:b/>
        </w:rPr>
        <w:t xml:space="preserve">[49:20] </w:t>
      </w:r>
      <w:r>
        <w:t>yeh koi jihad ki baat nahin.</w:t>
      </w:r>
    </w:p>
    <w:p>
      <w:pPr>
        <w:jc w:val="right"/>
      </w:pPr>
      <w:r>
        <w:t>یہ کوئی جہاد کی بات نہیں۔</w:t>
      </w:r>
    </w:p>
    <w:p>
      <w:r>
        <w:rPr>
          <w:b/>
        </w:rPr>
        <w:t xml:space="preserve">[49:23] </w:t>
      </w:r>
      <w:r>
        <w:t>koi politics ki baat nahin hai.</w:t>
      </w:r>
    </w:p>
    <w:p>
      <w:pPr>
        <w:jc w:val="right"/>
      </w:pPr>
      <w:r>
        <w:t>کوئی politics کی بات نہیں ہے۔</w:t>
      </w:r>
    </w:p>
    <w:p>
      <w:r>
        <w:rPr>
          <w:b/>
        </w:rPr>
        <w:t xml:space="preserve">[49:27] </w:t>
      </w:r>
      <w:r>
        <w:t>tauheed ki ideology hai.</w:t>
      </w:r>
    </w:p>
    <w:p>
      <w:pPr>
        <w:jc w:val="right"/>
      </w:pPr>
      <w:r>
        <w:t>توحید کی ideology ہے۔</w:t>
      </w:r>
    </w:p>
    <w:p>
      <w:r>
        <w:rPr>
          <w:b/>
        </w:rPr>
        <w:t xml:space="preserve">[49:30] </w:t>
      </w:r>
      <w:r>
        <w:t>is mein koi shakk nahin.</w:t>
      </w:r>
    </w:p>
    <w:p>
      <w:pPr>
        <w:jc w:val="right"/>
      </w:pPr>
      <w:r>
        <w:t>اس میں کوئی شک نہیں۔</w:t>
      </w:r>
    </w:p>
    <w:p>
      <w:r>
        <w:rPr>
          <w:b/>
        </w:rPr>
        <w:t xml:space="preserve">[49:33] </w:t>
      </w:r>
      <w:r>
        <w:t>ji Maulana Ameer Qureshi sahib ne Pakistan se sawal bheja hai.</w:t>
      </w:r>
    </w:p>
    <w:p>
      <w:pPr>
        <w:jc w:val="right"/>
      </w:pPr>
      <w:r>
        <w:t>جی مولانا امیر قریشی صاحب نے پاکستان سے سوال بھیجا ہے۔</w:t>
      </w:r>
    </w:p>
    <w:p>
      <w:r>
        <w:rPr>
          <w:b/>
        </w:rPr>
        <w:t xml:space="preserve">[49:37] </w:t>
      </w:r>
      <w:r>
        <w:t>انہوں نے لکھا ہے کہ مولانا صاحب what do you think about the future of the Muslims؟ میں</w:t>
      </w:r>
    </w:p>
    <w:p>
      <w:pPr>
        <w:jc w:val="right"/>
      </w:pPr>
      <w:r>
        <w:t>انہوں نے لکھا ہے کہ مولانا صاحب what do you think about the future of the مسلمs؟ میں</w:t>
      </w:r>
    </w:p>
    <w:p>
      <w:r>
        <w:rPr>
          <w:b/>
        </w:rPr>
        <w:t xml:space="preserve">[49:40] </w:t>
      </w:r>
      <w:r>
        <w:t>samajhta hoon ke Muslim ki surat bohat acha hai.</w:t>
      </w:r>
    </w:p>
    <w:p>
      <w:pPr>
        <w:jc w:val="right"/>
      </w:pPr>
      <w:r>
        <w:t>سمجھتا ہوں کہ مسلم کی صورت بہت اچھا ہے۔</w:t>
      </w:r>
    </w:p>
    <w:p>
      <w:r>
        <w:rPr>
          <w:b/>
        </w:rPr>
        <w:t xml:space="preserve">[49:44] </w:t>
      </w:r>
      <w:r>
        <w:t>kyun ke abhi abhi hai tareekh mein jab koi upheaval hota hai to kisi positive maqsad ke liye hota hai.</w:t>
      </w:r>
    </w:p>
    <w:p>
      <w:pPr>
        <w:jc w:val="right"/>
      </w:pPr>
      <w:r>
        <w:t>کیونکہ ابھی ابھی ہے تاریخ میں جب کوئی upheaval ہوتا ہے تو کسی positive مقصد کے لیے ہوتا ہے۔</w:t>
      </w:r>
    </w:p>
    <w:p>
      <w:r>
        <w:rPr>
          <w:b/>
        </w:rPr>
        <w:t xml:space="preserve">[49:51] </w:t>
      </w:r>
      <w:r>
        <w:t>isi ko Maulana Room ne kaha tha ke unhon ne Allah ki scheme ko bataya tha is tareeqe</w:t>
      </w:r>
    </w:p>
    <w:p>
      <w:pPr>
        <w:jc w:val="right"/>
      </w:pPr>
      <w:r>
        <w:t>اسی کو مولانا روم نے کہا تھا کہ انہوں نے اللہ کی scheme کو بتایا تھا اس طریقے</w:t>
      </w:r>
    </w:p>
    <w:p>
      <w:r>
        <w:rPr>
          <w:b/>
        </w:rPr>
        <w:t xml:space="preserve">[49:59] </w:t>
      </w:r>
      <w:r>
        <w:t>se unhon ne ke choon banaye konah abad kun awalan ta'meer raawi kun yeh Maulana Room ka shair</w:t>
      </w:r>
    </w:p>
    <w:p>
      <w:pPr>
        <w:jc w:val="right"/>
      </w:pPr>
      <w:r>
        <w:t>سے انہوں نے کہ چوں بنائے کونہ آبادہ کند اولا تعمیر راویرا کند یہ مولانا روم کا شعر</w:t>
      </w:r>
    </w:p>
    <w:p>
      <w:r>
        <w:rPr>
          <w:b/>
        </w:rPr>
        <w:t xml:space="preserve">[50:06] </w:t>
      </w:r>
      <w:r>
        <w:t>hai awalan choon banaye konah abad</w:t>
      </w:r>
    </w:p>
    <w:p>
      <w:pPr>
        <w:jc w:val="right"/>
      </w:pPr>
      <w:r>
        <w:t>ہے اولا چوں بنائے کونہ آباد</w:t>
      </w:r>
    </w:p>
    <w:p>
      <w:r>
        <w:rPr>
          <w:b/>
        </w:rPr>
        <w:t xml:space="preserve">[50:14] </w:t>
      </w:r>
      <w:r>
        <w:t>ah kund awalan taameer raavi ra kund yani allah rabbul alameen jab chahta hai nayi duniya banana to pichli duniya ko tod deta hai. to musalmanon mein jo jo halchal hai aur gadbad hai is liye ke ek naya emergence aane wala hai inshallah. ek ise great thinking aayegi musalmanon mein. musalmanon mein is se deep thinking aa</w:t>
      </w:r>
    </w:p>
    <w:p>
      <w:pPr>
        <w:jc w:val="right"/>
      </w:pPr>
      <w:r>
        <w:t>ہ کند اولا تعمیر راویرا کند یعنی اللہ رب العالمین جب چاہتا ہے نئی دنیا بنانا تو پچھلی دنیا کو توڑ دیتا ہے۔ تو مسلمانوں میں جو جو ہلچل ہے اور گڑبڑ ہے اس لیے کہ ایک نیا emergence آنے والا ہے انشاءاللہ۔ ایک اسے great thinking آئے گی مسلمانوں میں۔ مسلمانوں میں اس سے deep thinking آ</w:t>
      </w:r>
    </w:p>
    <w:p>
      <w:r>
        <w:rPr>
          <w:b/>
        </w:rPr>
        <w:t xml:space="preserve">[50:44] </w:t>
      </w:r>
      <w:r>
        <w:t>ye gi aur phir sab kuch inshallah dheere dheere badal jayega.</w:t>
      </w:r>
    </w:p>
    <w:p>
      <w:pPr>
        <w:jc w:val="right"/>
      </w:pPr>
      <w:r>
        <w:t>ئے گی اور پھر سب کچھ انشاءاللہ دھیرے دھیرے بدل جائے گا۔</w:t>
      </w:r>
    </w:p>
    <w:p>
      <w:r>
        <w:rPr>
          <w:b/>
        </w:rPr>
        <w:t xml:space="preserve">[50:50] </w:t>
      </w:r>
      <w:r>
        <w:t>Maulana Miss Shabana Ansari ne Pakistan se sawal bheja hai.</w:t>
      </w:r>
    </w:p>
    <w:p>
      <w:pPr>
        <w:jc w:val="right"/>
      </w:pPr>
      <w:r>
        <w:t>مولانا Miss شبانہ انصاری نے پاکستان سے سوال بھیجا ہے۔</w:t>
      </w:r>
    </w:p>
    <w:p>
      <w:r>
        <w:rPr>
          <w:b/>
        </w:rPr>
        <w:t xml:space="preserve">[50:56] </w:t>
      </w:r>
      <w:r>
        <w:t>unhon ne likha hai ke Maulana sahib can we say that United Nations charter is culmination of sulah</w:t>
      </w:r>
    </w:p>
    <w:p>
      <w:pPr>
        <w:jc w:val="right"/>
      </w:pPr>
      <w:r>
        <w:t>انہوں نے لکھا ہے کہ مولانا صاحب can we say that United Nations charter is culmination of صلح</w:t>
      </w:r>
    </w:p>
    <w:p>
      <w:r>
        <w:rPr>
          <w:b/>
        </w:rPr>
        <w:t xml:space="preserve">[51:02] </w:t>
      </w:r>
      <w:r>
        <w:t>Hudaibiyah? Aap jo bhi kahiye yeh bhi keh sakte hain aap.</w:t>
      </w:r>
    </w:p>
    <w:p>
      <w:pPr>
        <w:jc w:val="right"/>
      </w:pPr>
      <w:r>
        <w:t>حدیبیہ؟ آپ جو بھی کہیے یہ بھی کہہ سکتے ہیں آپ۔</w:t>
      </w:r>
    </w:p>
    <w:p>
      <w:r>
        <w:rPr>
          <w:b/>
        </w:rPr>
        <w:t xml:space="preserve">[51:08] </w:t>
      </w:r>
      <w:r>
        <w:t>lekin yeh aap</w:t>
      </w:r>
    </w:p>
    <w:p>
      <w:pPr>
        <w:jc w:val="right"/>
      </w:pPr>
      <w:r>
        <w:t>لیکن یہ آپ</w:t>
      </w:r>
    </w:p>
    <w:p>
      <w:r>
        <w:rPr>
          <w:b/>
        </w:rPr>
        <w:t xml:space="preserve">[51:14] </w:t>
      </w:r>
      <w:r>
        <w:t>wazahat agar yani fazilat ke lehaz se kahein ke hamara hamara credit hai to yeh galat hoga.</w:t>
      </w:r>
    </w:p>
    <w:p>
      <w:pPr>
        <w:jc w:val="right"/>
      </w:pPr>
      <w:r>
        <w:t>وضاحت اگر یعنی فضیلت کے لحاظ سے کہیں کہ ہمارا ہمارا credit ہے تو یہ غلط ہوگا۔</w:t>
      </w:r>
    </w:p>
    <w:p>
      <w:r>
        <w:rPr>
          <w:b/>
        </w:rPr>
        <w:t xml:space="preserve">[51:21] </w:t>
      </w:r>
      <w:r>
        <w:t>musalmanon ka mizaj yeh hai ke har cheez credit khud lana chahte hain.</w:t>
      </w:r>
    </w:p>
    <w:p>
      <w:pPr>
        <w:jc w:val="right"/>
      </w:pPr>
      <w:r>
        <w:t>مسلمانوں کا مزاج یہ ہے کہ ہر چیز credit خود لانا چاہتے ہیں۔</w:t>
      </w:r>
    </w:p>
    <w:p>
      <w:r>
        <w:rPr>
          <w:b/>
        </w:rPr>
        <w:t xml:space="preserve">[51:29] </w:t>
      </w:r>
      <w:r>
        <w:t>nahi woh Allah Allah ta'ala ne ek halaat badle ek naya process jari kiya is ka culmination hai.</w:t>
      </w:r>
    </w:p>
    <w:p>
      <w:pPr>
        <w:jc w:val="right"/>
      </w:pPr>
      <w:r>
        <w:t>نہیں وہ اللہ اللہ تعالی نے ایک حالات بدلے ایک نیا process جاری کیا اس کا culmination ہے۔</w:t>
      </w:r>
    </w:p>
    <w:p>
      <w:r>
        <w:rPr>
          <w:b/>
        </w:rPr>
        <w:t xml:space="preserve">[51:37] </w:t>
      </w:r>
      <w:r>
        <w:t>aap chahein ke musalmanon ko credit dein yeh koi healthy soch nahi hai. Maulana likh</w:t>
      </w:r>
    </w:p>
    <w:p>
      <w:pPr>
        <w:jc w:val="right"/>
      </w:pPr>
      <w:r>
        <w:t>آپ چاہیں کہ مسلمانوں کو credit دیں یہ کوئی healthy سوچ نہیں ہے۔ مولانا لکھ</w:t>
      </w:r>
    </w:p>
    <w:p>
      <w:r>
        <w:rPr>
          <w:b/>
        </w:rPr>
        <w:t xml:space="preserve">[51:44] </w:t>
      </w:r>
      <w:r>
        <w:t>no se miss rukhsana ne sawal bheja hai. unhone likha hai maulana sahib the same situation of siege that muslims talk about today was probably faced by prophet and sahaba but they did not complain and remained positive by placing their trust in god. does this mean that the faith of muslims today is weak as they keep complaining and live in negative reaction rather than placing their trust in god</w:t>
      </w:r>
    </w:p>
    <w:p>
      <w:pPr>
        <w:jc w:val="right"/>
      </w:pPr>
      <w:r>
        <w:t>نؤ سے Miss رخسانہ نے سوال بھیجا ہے۔ انہوں نے لکھا ہے مولانا صاحب the same situation of siege that Muslims talk about today was probably faced by prophet and صحابہ but they did not complain and remained positive by placing their trust in God۔ Does this mean that the faith of Muslims today is weak as they keep complaining and live in negative reaction rather than placing their trust in God</w:t>
      </w:r>
    </w:p>
    <w:p>
      <w:r>
        <w:rPr>
          <w:b/>
        </w:rPr>
        <w:t xml:space="preserve">[52:14] </w:t>
      </w:r>
      <w:r>
        <w:t>? haan theek kaha aap ne.</w:t>
      </w:r>
    </w:p>
    <w:p>
      <w:pPr>
        <w:jc w:val="right"/>
      </w:pPr>
      <w:r>
        <w:t>؟ ہاں ٹھیک کہا آپ نے۔</w:t>
      </w:r>
    </w:p>
    <w:p>
      <w:r>
        <w:rPr>
          <w:b/>
        </w:rPr>
        <w:t xml:space="preserve">[52:18] </w:t>
      </w:r>
      <w:r>
        <w:t>saheeh saheeh baat hai.</w:t>
      </w:r>
    </w:p>
    <w:p>
      <w:pPr>
        <w:jc w:val="right"/>
      </w:pPr>
      <w:r>
        <w:t>صحیح صحیح بات ہے۔</w:t>
      </w:r>
    </w:p>
    <w:p>
      <w:r>
        <w:rPr>
          <w:b/>
        </w:rPr>
        <w:t xml:space="preserve">[52:23] </w:t>
      </w:r>
      <w:r>
        <w:t>baat saheeh hai.</w:t>
      </w:r>
    </w:p>
    <w:p>
      <w:pPr>
        <w:jc w:val="right"/>
      </w:pPr>
      <w:r>
        <w:t>بات صحیح ہے۔</w:t>
      </w:r>
    </w:p>
    <w:p>
      <w:r>
        <w:rPr>
          <w:b/>
        </w:rPr>
        <w:t xml:space="preserve">[52:27] </w:t>
      </w:r>
      <w:r>
        <w:t>Maulana Rajiv Anand ji ne Bangalore se sawal bheja hai.</w:t>
      </w:r>
    </w:p>
    <w:p>
      <w:pPr>
        <w:jc w:val="right"/>
      </w:pPr>
      <w:r>
        <w:t>مولانا راجیو آنند جی نے بینگلور سے سوال بھیجا ہے۔</w:t>
      </w:r>
    </w:p>
    <w:p>
      <w:r>
        <w:rPr>
          <w:b/>
        </w:rPr>
        <w:t xml:space="preserve">[52:31] </w:t>
      </w:r>
      <w:r>
        <w:t>unhon ne likha hai Maulana sahib I always follow your articles especially in times of India.</w:t>
      </w:r>
    </w:p>
    <w:p>
      <w:pPr>
        <w:jc w:val="right"/>
      </w:pPr>
      <w:r>
        <w:t>انہوں نے لکھا ہے مولانا صاحب I always follow your articles especially in times of India.</w:t>
      </w:r>
    </w:p>
    <w:p>
      <w:r>
        <w:rPr>
          <w:b/>
        </w:rPr>
        <w:t xml:space="preserve">[52:36] </w:t>
      </w:r>
      <w:r>
        <w:t>I always find your analysis very sharp but positive.</w:t>
      </w:r>
    </w:p>
    <w:p>
      <w:pPr>
        <w:jc w:val="right"/>
      </w:pPr>
      <w:r>
        <w:t>I always find your analysis very sharp but positive.</w:t>
      </w:r>
    </w:p>
    <w:p>
      <w:r>
        <w:rPr>
          <w:b/>
        </w:rPr>
        <w:t xml:space="preserve">[52:40] </w:t>
      </w:r>
      <w:r>
        <w:t>I want to know from your I want to know from you your source of analyt</w:t>
      </w:r>
    </w:p>
    <w:p>
      <w:pPr>
        <w:jc w:val="right"/>
      </w:pPr>
      <w:r>
        <w:t>I want to know from your I want to know from you your source of analyt</w:t>
      </w:r>
    </w:p>
    <w:p>
      <w:r>
        <w:rPr>
          <w:b/>
        </w:rPr>
        <w:t xml:space="preserve">[52:44] </w:t>
      </w:r>
      <w:r>
        <w:t>ical strength as I too want to become as objective as you are.</w:t>
      </w:r>
    </w:p>
    <w:p>
      <w:pPr>
        <w:jc w:val="right"/>
      </w:pPr>
      <w:r>
        <w:t>ical strength as I too want to become as objective as you are.</w:t>
      </w:r>
    </w:p>
    <w:p>
      <w:r>
        <w:rPr>
          <w:b/>
        </w:rPr>
        <w:t xml:space="preserve">[52:50] </w:t>
      </w:r>
      <w:r>
        <w:t>Please share your secret formula with us.</w:t>
      </w:r>
    </w:p>
    <w:p>
      <w:pPr>
        <w:jc w:val="right"/>
      </w:pPr>
      <w:r>
        <w:t>Please share your secret formula with us۔</w:t>
      </w:r>
    </w:p>
    <w:p>
      <w:r>
        <w:rPr>
          <w:b/>
        </w:rPr>
        <w:t xml:space="preserve">[52:56] </w:t>
      </w:r>
      <w:r>
        <w:t>Allah wale ban jaiye bas sab cheez apne aap hoti rahe gi.</w:t>
      </w:r>
    </w:p>
    <w:p>
      <w:pPr>
        <w:jc w:val="right"/>
      </w:pPr>
      <w:r>
        <w:t>اللہ والے بن جائیے بس سب چیز اپنے آپ ہوتی رہے گی۔</w:t>
      </w:r>
    </w:p>
    <w:p>
      <w:r>
        <w:rPr>
          <w:b/>
        </w:rPr>
        <w:t xml:space="preserve">[53:02] </w:t>
      </w:r>
      <w:r>
        <w:t>main to yahi samajhta hoon ke insan Allah wala ban jaye.</w:t>
      </w:r>
    </w:p>
    <w:p>
      <w:pPr>
        <w:jc w:val="right"/>
      </w:pPr>
      <w:r>
        <w:t>میں تو یہی سمجھتا ہوں کہ انسان اللہ والا بن جائے۔</w:t>
      </w:r>
    </w:p>
    <w:p>
      <w:r>
        <w:rPr>
          <w:b/>
        </w:rPr>
        <w:t xml:space="preserve">[53:08] </w:t>
      </w:r>
      <w:r>
        <w:t>ji Maulana agla sawal Abdullah Khan sahib ne bheja hai Bangladesh se.</w:t>
      </w:r>
    </w:p>
    <w:p>
      <w:pPr>
        <w:jc w:val="right"/>
      </w:pPr>
      <w:r>
        <w:t>جی مولانا اگلا سوال عبداللہ خان صاحب نے بھیجا ہے بنگلہ دیش سے۔</w:t>
      </w:r>
    </w:p>
    <w:p>
      <w:r>
        <w:rPr>
          <w:b/>
        </w:rPr>
        <w:t xml:space="preserve">[53:14] </w:t>
      </w:r>
      <w:r>
        <w:t>unhon ne likha hai Maulana sahib why are you so pro-democracy? Don't you think dictatorship is better as</w:t>
      </w:r>
    </w:p>
    <w:p>
      <w:pPr>
        <w:jc w:val="right"/>
      </w:pPr>
      <w:r>
        <w:t>انہوں نے لکھا ہے مولانا صاحب why are you so pro-democracy؟ Don't you think dictatorship is better as</w:t>
      </w:r>
    </w:p>
    <w:p>
      <w:r>
        <w:rPr>
          <w:b/>
        </w:rPr>
        <w:t xml:space="preserve">[53:22] </w:t>
      </w:r>
      <w:r>
        <w:t>it is easier to implement policies and bring about changes fast? In democracy every party tries to find</w:t>
      </w:r>
    </w:p>
    <w:p>
      <w:pPr>
        <w:jc w:val="right"/>
      </w:pPr>
      <w:r>
        <w:t>it is easier to implement policies and bring about changes fast؟ In democracy every party tries to find</w:t>
      </w:r>
    </w:p>
    <w:p>
      <w:r>
        <w:rPr>
          <w:b/>
        </w:rPr>
        <w:t xml:space="preserve">[53:30] </w:t>
      </w:r>
      <w:r>
        <w:t>loopholes and sabotage sabotage the good policies.</w:t>
      </w:r>
    </w:p>
    <w:p>
      <w:pPr>
        <w:jc w:val="right"/>
      </w:pPr>
      <w:r>
        <w:t>loopholes and sabotage sabotage the good policies.</w:t>
      </w:r>
    </w:p>
    <w:p>
      <w:r>
        <w:rPr>
          <w:b/>
        </w:rPr>
        <w:t xml:space="preserve">[53:37] </w:t>
      </w:r>
      <w:r>
        <w:t>What is the rationale for having a democracy instead of dictatorship? yeh un ki baat saheeh nahi hai.</w:t>
      </w:r>
    </w:p>
    <w:p>
      <w:pPr>
        <w:jc w:val="right"/>
      </w:pPr>
      <w:r>
        <w:t>What is the rationale for having a democracy instead of dictatorship؟ یہ ان کی بات صحیح نہیں ہے۔</w:t>
      </w:r>
    </w:p>
    <w:p>
      <w:r>
        <w:rPr>
          <w:b/>
        </w:rPr>
        <w:t xml:space="preserve">[53:45] </w:t>
      </w:r>
      <w:r>
        <w:t>aap dekhiye yeh Misr Egypt mein saath baras se dictatorship saath baras ka sau baras se dictatorship hai.</w:t>
      </w:r>
    </w:p>
    <w:p>
      <w:pPr>
        <w:jc w:val="right"/>
      </w:pPr>
      <w:r>
        <w:t>آپ دیکھیے یہ مصر Egypt میں ساٹھ برس سے dictatorship ساٹھ برس کا سو برس سے dictatorship ہے۔</w:t>
      </w:r>
    </w:p>
    <w:p>
      <w:r>
        <w:rPr>
          <w:b/>
        </w:rPr>
        <w:t xml:space="preserve">[53:51] </w:t>
      </w:r>
      <w:r>
        <w:t>pehlay badshah hota tha phir dictator hua.</w:t>
      </w:r>
    </w:p>
    <w:p>
      <w:pPr>
        <w:jc w:val="right"/>
      </w:pPr>
      <w:r>
        <w:t>پہلے بادشاہ ہوتا تھا پھر dictator ہوئی۔</w:t>
      </w:r>
    </w:p>
    <w:p>
      <w:r>
        <w:rPr>
          <w:b/>
        </w:rPr>
        <w:t xml:space="preserve">[53:58] </w:t>
      </w:r>
      <w:r>
        <w:t>ab wahan sawat aabai ko kuch bhi nahi.</w:t>
      </w:r>
    </w:p>
    <w:p>
      <w:pPr>
        <w:jc w:val="right"/>
      </w:pPr>
      <w:r>
        <w:t>اب وہاں سوات آبائی کو کچھ بھی نہیں۔</w:t>
      </w:r>
    </w:p>
    <w:p>
      <w:r>
        <w:rPr>
          <w:b/>
        </w:rPr>
        <w:t xml:space="preserve">[54:04] </w:t>
      </w:r>
      <w:r>
        <w:t>Egypt mein pehlay King Farooq tha phir General Naguib aaye phir Jawad Abdul Nasser aaye phir Anwar Sadat aaye</w:t>
      </w:r>
    </w:p>
    <w:p>
      <w:pPr>
        <w:jc w:val="right"/>
      </w:pPr>
      <w:r>
        <w:t>Egypt میں پہلے King فاروق تھا پھر جنرل نجیب آئے پھر جواد عبدالناصر آئے پھر انور سادات آئے</w:t>
      </w:r>
    </w:p>
    <w:p>
      <w:r>
        <w:rPr>
          <w:b/>
        </w:rPr>
        <w:t xml:space="preserve">[54:11] </w:t>
      </w:r>
      <w:r>
        <w:t>phir Hussain Mubarak aaye phir Doctor Morsi aaye.</w:t>
      </w:r>
    </w:p>
    <w:p>
      <w:pPr>
        <w:jc w:val="right"/>
      </w:pPr>
      <w:r>
        <w:t>پھر حسین مبارک آئے پھر ڈاکٹر مرسی آئے۔</w:t>
      </w:r>
    </w:p>
    <w:p>
      <w:r>
        <w:rPr>
          <w:b/>
        </w:rPr>
        <w:t xml:space="preserve">[54:17] </w:t>
      </w:r>
      <w:r>
        <w:t>lekin swat abai ko kuch bhi nahi. to democracy plus education mein jo kehta hoon woh democracy plus education ki baat karta hoon. democracy ke naam par aap dictatorship chalayen is ko main nahi kehta. bhala un ka comment mere khayal se sahi nahi hai. maulana agla sawal miss naghma siddiqui ne bheja hai dehli se. unhone likha hai today's lecture was trul</w:t>
      </w:r>
    </w:p>
    <w:p>
      <w:pPr>
        <w:jc w:val="right"/>
      </w:pPr>
      <w:r>
        <w:t>لیکن سوات آبائی کو کچھ بھی نہیں۔ تو democracy plus education میں جو کہتا ہوں وہ democracy plus education کی بات کرتا ہوں۔ Democracy کے نام پر آپ dictatorship چلائیں اس کو میں نہیں کہتا۔ بھلا ان کا comment میرے خیال سے صحیح نہیں ہے۔ مولانا اگلا سوال Miss نغمہ صدیقی نے بھیجا ہے دہلی سے۔ انہوں نے لکھا ہے today's lecture was trul</w:t>
      </w:r>
    </w:p>
    <w:p>
      <w:r>
        <w:rPr>
          <w:b/>
        </w:rPr>
        <w:t xml:space="preserve">[54:47] </w:t>
      </w:r>
      <w:r>
        <w:t>y amazing.</w:t>
      </w:r>
    </w:p>
    <w:p>
      <w:pPr>
        <w:jc w:val="right"/>
      </w:pPr>
      <w:r>
        <w:t>y amazing۔</w:t>
      </w:r>
    </w:p>
    <w:p>
      <w:r>
        <w:rPr>
          <w:b/>
        </w:rPr>
        <w:t xml:space="preserve">[54:52] </w:t>
      </w:r>
      <w:r>
        <w:t>I realize that if we don't live based on realities it is as if we are living in unawareness.</w:t>
      </w:r>
    </w:p>
    <w:p>
      <w:pPr>
        <w:jc w:val="right"/>
      </w:pPr>
      <w:r>
        <w:t>I realize that if we don't live based on realities it is as if we are living in unawareness۔</w:t>
      </w:r>
    </w:p>
    <w:p>
      <w:r>
        <w:rPr>
          <w:b/>
        </w:rPr>
        <w:t xml:space="preserve">[54:57] </w:t>
      </w:r>
      <w:r>
        <w:t>bhai mein to sahi samajhta hoon ke log</w:t>
      </w:r>
    </w:p>
    <w:p>
      <w:pPr>
        <w:jc w:val="right"/>
      </w:pPr>
      <w:r>
        <w:t>Can you advise how to understand the realities of life؟ بھئی میں تو صحیح سمجھتا ہوں کہ لوگ</w:t>
      </w:r>
    </w:p>
    <w:p>
      <w:r>
        <w:rPr>
          <w:b/>
        </w:rPr>
        <w:t xml:space="preserve">[55:03] </w:t>
      </w:r>
      <w:r>
        <w:t>insaan ki baaton mein atke rehte hain.</w:t>
      </w:r>
    </w:p>
    <w:p>
      <w:pPr>
        <w:jc w:val="right"/>
      </w:pPr>
      <w:r>
        <w:t>انسان کی باتوں میں اٹکے رہتے ہیں۔</w:t>
      </w:r>
    </w:p>
    <w:p>
      <w:r>
        <w:rPr>
          <w:b/>
        </w:rPr>
        <w:t xml:space="preserve">[55:08] </w:t>
      </w:r>
      <w:r>
        <w:t>allah ki baaton mein jeena koi jaanta nahin.</w:t>
      </w:r>
    </w:p>
    <w:p>
      <w:pPr>
        <w:jc w:val="right"/>
      </w:pPr>
      <w:r>
        <w:t>اللہ کی باتوں میں جینا کوئی جانتا نہیں۔</w:t>
      </w:r>
    </w:p>
    <w:p>
      <w:r>
        <w:rPr>
          <w:b/>
        </w:rPr>
        <w:t xml:space="preserve">[55:13] </w:t>
      </w:r>
      <w:r>
        <w:t>jis ke dekhe woh allah ki baaton mein atka</w:t>
      </w:r>
    </w:p>
    <w:p>
      <w:pPr>
        <w:jc w:val="right"/>
      </w:pPr>
      <w:r>
        <w:t>جس کے دیکھے وہ اللہ کی باتوں میں اٹکا</w:t>
      </w:r>
    </w:p>
    <w:p>
      <w:r>
        <w:rPr>
          <w:b/>
        </w:rPr>
        <w:t xml:space="preserve">[55:18] </w:t>
      </w:r>
      <w:r>
        <w:t>ho.</w:t>
      </w:r>
    </w:p>
    <w:p>
      <w:pPr>
        <w:jc w:val="right"/>
      </w:pPr>
      <w:r>
        <w:t>ہو۔</w:t>
      </w:r>
    </w:p>
    <w:p>
      <w:r>
        <w:rPr>
          <w:b/>
        </w:rPr>
        <w:t xml:space="preserve">[55:21] </w:t>
      </w:r>
      <w:r>
        <w:t>yeh insaan ki baaton mein atka hua hai.</w:t>
      </w:r>
    </w:p>
    <w:p>
      <w:pPr>
        <w:jc w:val="right"/>
      </w:pPr>
      <w:r>
        <w:t>یہ انسان کی باتوں میں اٹکا ہوا ہے۔</w:t>
      </w:r>
    </w:p>
    <w:p>
      <w:r>
        <w:rPr>
          <w:b/>
        </w:rPr>
        <w:t xml:space="preserve">[55:25] </w:t>
      </w:r>
      <w:r>
        <w:t>yaani jo media mein aata hai jo akhbar mein aata hai jo stage par aata hai bas usi</w:t>
      </w:r>
    </w:p>
    <w:p>
      <w:pPr>
        <w:jc w:val="right"/>
      </w:pPr>
      <w:r>
        <w:t>یعنی جو میڈیا میں آتا ہے جو اخبار میں آتا ہے جو اسٹیج پر آتا ہے بس اسی</w:t>
      </w:r>
    </w:p>
    <w:p>
      <w:r>
        <w:rPr>
          <w:b/>
        </w:rPr>
        <w:t xml:space="preserve">[55:29] </w:t>
      </w:r>
      <w:r>
        <w:t>ki charcha usi ki charcha hai.</w:t>
      </w:r>
    </w:p>
    <w:p>
      <w:pPr>
        <w:jc w:val="right"/>
      </w:pPr>
      <w:r>
        <w:t>کی چرچا اسی کی چرچا ہے۔</w:t>
      </w:r>
    </w:p>
    <w:p>
      <w:r>
        <w:rPr>
          <w:b/>
        </w:rPr>
        <w:t xml:space="preserve">[55:33] </w:t>
      </w:r>
      <w:r>
        <w:t>aur jo rab ul alameen ki baaten hain uska charcha hi nahin.</w:t>
      </w:r>
    </w:p>
    <w:p>
      <w:pPr>
        <w:jc w:val="right"/>
      </w:pPr>
      <w:r>
        <w:t>اور جو رب العالمین کی باتیں ہیں اس کا چرچا ہی نہیں۔</w:t>
      </w:r>
    </w:p>
    <w:p>
      <w:r>
        <w:rPr>
          <w:b/>
        </w:rPr>
        <w:t xml:space="preserve">[55:36] </w:t>
      </w:r>
      <w:r>
        <w:t>to sab pe wajah to yeh mere khayal se yahi hai.</w:t>
      </w:r>
    </w:p>
    <w:p>
      <w:pPr>
        <w:jc w:val="right"/>
      </w:pPr>
      <w:r>
        <w:t>تو سب پہ وجہ تو یہ میرے خیال سے یہی ہے۔</w:t>
      </w:r>
    </w:p>
    <w:p>
      <w:r>
        <w:rPr>
          <w:b/>
        </w:rPr>
        <w:t xml:space="preserve">[55:40] </w:t>
      </w:r>
      <w:r>
        <w:t>maulana agla sawal riyaz bhatt sahib ne bheja hai srinagar se.</w:t>
      </w:r>
    </w:p>
    <w:p>
      <w:pPr>
        <w:jc w:val="right"/>
      </w:pPr>
      <w:r>
        <w:t>مولانا اگلا سوال ریاض بھٹ صاحب نے بھیجا ہے سری نگر سے۔</w:t>
      </w:r>
    </w:p>
    <w:p>
      <w:r>
        <w:rPr>
          <w:b/>
        </w:rPr>
        <w:t xml:space="preserve">[55:44] </w:t>
      </w:r>
      <w:r>
        <w:t>unhon ne likha hai fitna as mentioned in the quran</w:t>
      </w:r>
    </w:p>
    <w:p>
      <w:pPr>
        <w:jc w:val="right"/>
      </w:pPr>
      <w:r>
        <w:t>انہوں نے لکھا ہے فتنہ as mentioned in the قرآن</w:t>
      </w:r>
    </w:p>
    <w:p>
      <w:r>
        <w:rPr>
          <w:b/>
        </w:rPr>
        <w:t xml:space="preserve">[55:48] </w:t>
      </w:r>
      <w:r>
        <w:t>relates to obstruction to dawah work.</w:t>
      </w:r>
    </w:p>
    <w:p>
      <w:pPr>
        <w:jc w:val="right"/>
      </w:pPr>
      <w:r>
        <w:t>relates to obstruction to دعویٰ work۔</w:t>
      </w:r>
    </w:p>
    <w:p>
      <w:r>
        <w:rPr>
          <w:b/>
        </w:rPr>
        <w:t xml:space="preserve">[55:52] </w:t>
      </w:r>
      <w:r>
        <w:t>that is the take away from today's lecture.</w:t>
      </w:r>
    </w:p>
    <w:p>
      <w:pPr>
        <w:jc w:val="right"/>
      </w:pPr>
      <w:r>
        <w:t>That is the take away from today's lecture۔</w:t>
      </w:r>
    </w:p>
    <w:p>
      <w:r>
        <w:rPr>
          <w:b/>
        </w:rPr>
        <w:t xml:space="preserve">[55:57] </w:t>
      </w:r>
      <w:r>
        <w:t>secondly if i say that our ulama still live in kingship age am i right? because they are unable</w:t>
      </w:r>
    </w:p>
    <w:p>
      <w:pPr>
        <w:jc w:val="right"/>
      </w:pPr>
      <w:r>
        <w:t>Secondly if I say that our علماء still live in kingship age am Iright؟ Because they are unable</w:t>
      </w:r>
    </w:p>
    <w:p>
      <w:r>
        <w:rPr>
          <w:b/>
        </w:rPr>
        <w:t xml:space="preserve">[56:01] </w:t>
      </w:r>
      <w:r>
        <w:t>to identify the opportunities in this age.</w:t>
      </w:r>
    </w:p>
    <w:p>
      <w:pPr>
        <w:jc w:val="right"/>
      </w:pPr>
      <w:r>
        <w:t>to identify the opportunities in this age۔</w:t>
      </w:r>
    </w:p>
    <w:p>
      <w:r>
        <w:rPr>
          <w:b/>
        </w:rPr>
        <w:t xml:space="preserve">[56:05] </w:t>
      </w:r>
      <w:r>
        <w:t>hmm mein to to sahi kaha unhon ne. theek kaha.</w:t>
      </w:r>
    </w:p>
    <w:p>
      <w:pPr>
        <w:jc w:val="right"/>
      </w:pPr>
      <w:r>
        <w:t>ہمم میں تو تو صحیح کہا انہوں نے۔ ٹھیک کہا۔</w:t>
      </w:r>
    </w:p>
    <w:p>
      <w:r>
        <w:rPr>
          <w:b/>
        </w:rPr>
        <w:t xml:space="preserve">[56:10] </w:t>
      </w:r>
      <w:r>
        <w:t>ji maulana agla sawal bhi srinagar se aaya hai aamir mori sahib ka.</w:t>
      </w:r>
    </w:p>
    <w:p>
      <w:pPr>
        <w:jc w:val="right"/>
      </w:pPr>
      <w:r>
        <w:t>جی مولانا اگلا سوال بھی سری نگر سے آیا ہے عامر موری صاحب کا۔</w:t>
      </w:r>
    </w:p>
    <w:p>
      <w:r>
        <w:rPr>
          <w:b/>
        </w:rPr>
        <w:t xml:space="preserve">[56:14] </w:t>
      </w:r>
      <w:r>
        <w:t>unhon ne likha hai</w:t>
      </w:r>
    </w:p>
    <w:p>
      <w:pPr>
        <w:jc w:val="right"/>
      </w:pPr>
      <w:r>
        <w:t>انہوں نے لکھا ہے</w:t>
      </w:r>
    </w:p>
    <w:p>
      <w:r>
        <w:rPr>
          <w:b/>
        </w:rPr>
        <w:t xml:space="preserve">[56:19] </w:t>
      </w:r>
      <w:r>
        <w:t>we are living in a digital age where quran is available on everyone's mobile phone and is just</w:t>
      </w:r>
    </w:p>
    <w:p>
      <w:pPr>
        <w:jc w:val="right"/>
      </w:pPr>
      <w:r>
        <w:t>we are living in a digital age where قرآن is available on everyone's mobile phone and is just</w:t>
      </w:r>
    </w:p>
    <w:p>
      <w:r>
        <w:rPr>
          <w:b/>
        </w:rPr>
        <w:t xml:space="preserve">[56:24] </w:t>
      </w:r>
      <w:r>
        <w:t>a touch away.</w:t>
      </w:r>
    </w:p>
    <w:p>
      <w:pPr>
        <w:jc w:val="right"/>
      </w:pPr>
      <w:r>
        <w:t>a touch away۔</w:t>
      </w:r>
    </w:p>
    <w:p>
      <w:r>
        <w:rPr>
          <w:b/>
        </w:rPr>
        <w:t xml:space="preserve">[56:29] </w:t>
      </w:r>
      <w:r>
        <w:t>but still people are far away from quran because i think their mind is not prepared to read it.</w:t>
      </w:r>
    </w:p>
    <w:p>
      <w:pPr>
        <w:jc w:val="right"/>
      </w:pPr>
      <w:r>
        <w:t>But still people are far away from قرآن because I think their mind is not prepared to read it۔</w:t>
      </w:r>
    </w:p>
    <w:p>
      <w:r>
        <w:rPr>
          <w:b/>
        </w:rPr>
        <w:t xml:space="preserve">[56:34] </w:t>
      </w:r>
      <w:r>
        <w:t>so while doing dawah it is important that a person to whom we offer quran need to have</w:t>
      </w:r>
    </w:p>
    <w:p>
      <w:pPr>
        <w:jc w:val="right"/>
      </w:pPr>
      <w:r>
        <w:t>So while doing دعویٰ it is important that a person to whom we offer قرآن need to have</w:t>
      </w:r>
    </w:p>
    <w:p>
      <w:r>
        <w:rPr>
          <w:b/>
        </w:rPr>
        <w:t xml:space="preserve">[56:39] </w:t>
      </w:r>
      <w:r>
        <w:t>a prepared mind.</w:t>
      </w:r>
    </w:p>
    <w:p>
      <w:pPr>
        <w:jc w:val="right"/>
      </w:pPr>
      <w:r>
        <w:t>a prepared mind۔</w:t>
      </w:r>
    </w:p>
    <w:p>
      <w:r>
        <w:rPr>
          <w:b/>
        </w:rPr>
        <w:t xml:space="preserve">[56:44] </w:t>
      </w:r>
      <w:r>
        <w:t>maulana i personally feel that literature prepares one's mind</w:t>
      </w:r>
    </w:p>
    <w:p>
      <w:pPr>
        <w:jc w:val="right"/>
      </w:pPr>
      <w:r>
        <w:t>مولانا I personally feel that literature prepares one's mind</w:t>
      </w:r>
    </w:p>
    <w:p>
      <w:r>
        <w:rPr>
          <w:b/>
        </w:rPr>
        <w:t xml:space="preserve">[56:49] </w:t>
      </w:r>
      <w:r>
        <w:t>better than quran in the first phase۔</w:t>
      </w:r>
    </w:p>
    <w:p>
      <w:pPr>
        <w:jc w:val="right"/>
      </w:pPr>
      <w:r>
        <w:t>better than قرآن in the first phase۔</w:t>
      </w:r>
    </w:p>
    <w:p>
      <w:r>
        <w:rPr>
          <w:b/>
        </w:rPr>
        <w:t xml:space="preserve">[56:53] </w:t>
      </w:r>
      <w:r>
        <w:t>It is like literature triggers the mind of the reader to study quran۔</w:t>
      </w:r>
    </w:p>
    <w:p>
      <w:pPr>
        <w:jc w:val="right"/>
      </w:pPr>
      <w:r>
        <w:t>It is like literature triggers the mind of the reader to study قرآن۔</w:t>
      </w:r>
    </w:p>
    <w:p>
      <w:r>
        <w:rPr>
          <w:b/>
        </w:rPr>
        <w:t xml:space="preserve">[56:56] </w:t>
      </w:r>
      <w:r>
        <w:t>maulana what is your comment on this kindly guide us۔</w:t>
      </w:r>
    </w:p>
    <w:p>
      <w:pPr>
        <w:jc w:val="right"/>
      </w:pPr>
      <w:r>
        <w:t>مولانا what is your comment on this kindly guide us۔</w:t>
      </w:r>
    </w:p>
    <w:p>
      <w:r>
        <w:rPr>
          <w:b/>
        </w:rPr>
        <w:t xml:space="preserve">[57:00] </w:t>
      </w:r>
      <w:r>
        <w:t>haan theek kaha unhon ne۔</w:t>
      </w:r>
    </w:p>
    <w:p>
      <w:pPr>
        <w:jc w:val="right"/>
      </w:pPr>
      <w:r>
        <w:t>ہاں ٹھیک کہا انہوں نے۔</w:t>
      </w:r>
    </w:p>
    <w:p>
      <w:r>
        <w:rPr>
          <w:b/>
        </w:rPr>
        <w:t xml:space="preserve">[57:04] </w:t>
      </w:r>
      <w:r>
        <w:t>mere khayal se sahi baat hai۔</w:t>
      </w:r>
    </w:p>
    <w:p>
      <w:pPr>
        <w:jc w:val="right"/>
      </w:pPr>
      <w:r>
        <w:t>میرے خیال سے صحیح بات ہے۔</w:t>
      </w:r>
    </w:p>
    <w:p>
      <w:r>
        <w:rPr>
          <w:b/>
        </w:rPr>
        <w:t xml:space="preserve">[57:08] </w:t>
      </w:r>
      <w:r>
        <w:t>ji baat sahi hai۔</w:t>
      </w:r>
    </w:p>
    <w:p>
      <w:pPr>
        <w:jc w:val="right"/>
      </w:pPr>
      <w:r>
        <w:t>جی بات صحیح ہے۔</w:t>
      </w:r>
    </w:p>
    <w:p>
      <w:r>
        <w:rPr>
          <w:b/>
        </w:rPr>
        <w:t xml:space="preserve">[57:11] </w:t>
      </w:r>
      <w:r>
        <w:t>maulana agla sawal maulana farhad ahmed sahib ne dilli se bheja hai۔</w:t>
      </w:r>
    </w:p>
    <w:p>
      <w:pPr>
        <w:jc w:val="right"/>
      </w:pPr>
      <w:r>
        <w:t>مولانا اگلا سوال مولانا فرہاد احمد صاحب نے دہلی سے بھیجا ہے۔</w:t>
      </w:r>
    </w:p>
    <w:p>
      <w:r>
        <w:rPr>
          <w:b/>
        </w:rPr>
        <w:t xml:space="preserve">[57:15] </w:t>
      </w:r>
      <w:r>
        <w:t>unhon ne likha hai</w:t>
      </w:r>
    </w:p>
    <w:p>
      <w:pPr>
        <w:jc w:val="right"/>
      </w:pPr>
      <w:r>
        <w:t>انہوں نے لکھا ہے</w:t>
      </w:r>
    </w:p>
    <w:p>
      <w:r>
        <w:rPr>
          <w:b/>
        </w:rPr>
        <w:t xml:space="preserve">[57:19] </w:t>
      </w:r>
      <w:r>
        <w:t>maulana what is the reason ulama don't know the importance of dawah? Even allah said in nisa verse</w:t>
      </w:r>
    </w:p>
    <w:p>
      <w:pPr>
        <w:jc w:val="right"/>
      </w:pPr>
      <w:r>
        <w:t>مولانا what is the reason علماء don't know the importance of دعویٰ؟ Even اللہ said in النساء verse</w:t>
      </w:r>
    </w:p>
    <w:p>
      <w:r>
        <w:rPr>
          <w:b/>
        </w:rPr>
        <w:t xml:space="preserve">[57:25] </w:t>
      </w:r>
      <w:r>
        <w:t>one sixty five there were messengers bearing good news and giving warning so that mankind would have no</w:t>
      </w:r>
    </w:p>
    <w:p>
      <w:pPr>
        <w:jc w:val="right"/>
      </w:pPr>
      <w:r>
        <w:t>one sixty five there were messengers bearing good news and giving warning so that mankind would have no</w:t>
      </w:r>
    </w:p>
    <w:p>
      <w:r>
        <w:rPr>
          <w:b/>
        </w:rPr>
        <w:t xml:space="preserve">[57:31] </w:t>
      </w:r>
      <w:r>
        <w:t>excuse before god۔</w:t>
      </w:r>
    </w:p>
    <w:p>
      <w:pPr>
        <w:jc w:val="right"/>
      </w:pPr>
      <w:r>
        <w:t>excuse before God۔</w:t>
      </w:r>
    </w:p>
    <w:p>
      <w:r>
        <w:rPr>
          <w:b/>
        </w:rPr>
        <w:t xml:space="preserve">[57:37] </w:t>
      </w:r>
      <w:r>
        <w:t>After the coming of the messengers god is mighty wise۔</w:t>
      </w:r>
    </w:p>
    <w:p>
      <w:pPr>
        <w:jc w:val="right"/>
      </w:pPr>
      <w:r>
        <w:t>After the coming of the messengers God is mighty wise۔</w:t>
      </w:r>
    </w:p>
    <w:p>
      <w:r>
        <w:rPr>
          <w:b/>
        </w:rPr>
        <w:t xml:space="preserve">[57:43] </w:t>
      </w:r>
      <w:r>
        <w:t>According to this verse making people aware of the creation plan</w:t>
      </w:r>
    </w:p>
    <w:p>
      <w:pPr>
        <w:jc w:val="right"/>
      </w:pPr>
      <w:r>
        <w:t>According to this verse making people aware of the creation plan</w:t>
      </w:r>
    </w:p>
    <w:p>
      <w:r>
        <w:rPr>
          <w:b/>
        </w:rPr>
        <w:t xml:space="preserve">[57:49] </w:t>
      </w:r>
      <w:r>
        <w:t>is the prime course of action of all prophet۔</w:t>
      </w:r>
    </w:p>
    <w:p>
      <w:pPr>
        <w:jc w:val="right"/>
      </w:pPr>
      <w:r>
        <w:t>is the prime course of action of all prophet۔</w:t>
      </w:r>
    </w:p>
    <w:p>
      <w:r>
        <w:rPr>
          <w:b/>
        </w:rPr>
        <w:t xml:space="preserve">[57:55] </w:t>
      </w:r>
      <w:r>
        <w:t>theek kaha mere khayal se unhon ne۔</w:t>
      </w:r>
    </w:p>
    <w:p>
      <w:pPr>
        <w:jc w:val="right"/>
      </w:pPr>
      <w:r>
        <w:t>ٹھیک کہا میرے خیال سے انہوں نے۔</w:t>
      </w:r>
    </w:p>
    <w:p>
      <w:r>
        <w:rPr>
          <w:b/>
        </w:rPr>
        <w:t xml:space="preserve">[58:01] </w:t>
      </w:r>
      <w:r>
        <w:t>sahi baat hai۔</w:t>
      </w:r>
    </w:p>
    <w:p>
      <w:pPr>
        <w:jc w:val="right"/>
      </w:pPr>
      <w:r>
        <w:t>صحیح بات ہے۔</w:t>
      </w:r>
    </w:p>
    <w:p>
      <w:r>
        <w:rPr>
          <w:b/>
        </w:rPr>
        <w:t xml:space="preserve">[58:07] </w:t>
      </w:r>
      <w:r>
        <w:t>maulana agla sawal dilli se bheja hai muhammad behzad fatmi sahib ne۔</w:t>
      </w:r>
    </w:p>
    <w:p>
      <w:pPr>
        <w:jc w:val="right"/>
      </w:pPr>
      <w:r>
        <w:t>مولانا اگلا سوال دہلی سے بھیجا ہے محمد بہزاد فاطمی صاحب نے۔</w:t>
      </w:r>
    </w:p>
    <w:p>
      <w:r>
        <w:rPr>
          <w:b/>
        </w:rPr>
        <w:t xml:space="preserve">[58:13] </w:t>
      </w:r>
      <w:r>
        <w:t>unhon ne likha hai do you think religion should be kept out of politics? What is your</w:t>
      </w:r>
    </w:p>
    <w:p>
      <w:pPr>
        <w:jc w:val="right"/>
      </w:pPr>
      <w:r>
        <w:t>انہوں نے لکھا ہے do you think religion should be kept out of politics؟ What is your</w:t>
      </w:r>
    </w:p>
    <w:p>
      <w:r>
        <w:rPr>
          <w:b/>
        </w:rPr>
        <w:t xml:space="preserve">[58:19] </w:t>
      </w:r>
      <w:r>
        <w:t>advice on this? bas sahi hai۔</w:t>
      </w:r>
    </w:p>
    <w:p>
      <w:pPr>
        <w:jc w:val="right"/>
      </w:pPr>
      <w:r>
        <w:t>advice on this؟ بس صحیح ہے۔</w:t>
      </w:r>
    </w:p>
    <w:p>
      <w:r>
        <w:rPr>
          <w:b/>
        </w:rPr>
        <w:t xml:space="preserve">[58:25] </w:t>
      </w:r>
      <w:r>
        <w:t>Kept kiya zaroorat hai? Religion ke mutalliq politics hai hi nahin۔</w:t>
      </w:r>
    </w:p>
    <w:p>
      <w:pPr>
        <w:jc w:val="right"/>
      </w:pPr>
      <w:r>
        <w:t>Kept کیا ضرورت ہے؟ Religion کے متعلق politics ہے ہی نہیں۔</w:t>
      </w:r>
    </w:p>
    <w:p>
      <w:r>
        <w:rPr>
          <w:b/>
        </w:rPr>
        <w:t xml:space="preserve">[58:30] </w:t>
      </w:r>
      <w:r>
        <w:t>Spiritual subject hai religion۔</w:t>
      </w:r>
    </w:p>
    <w:p>
      <w:pPr>
        <w:jc w:val="right"/>
      </w:pPr>
      <w:r>
        <w:t>Spiritual subject ہے religion۔</w:t>
      </w:r>
    </w:p>
    <w:p>
      <w:r>
        <w:rPr>
          <w:b/>
        </w:rPr>
        <w:t xml:space="preserve">[58:35] </w:t>
      </w:r>
      <w:r>
        <w:t>saare quran mein ab dekhiye aap kahan hai yeh baat۔</w:t>
      </w:r>
    </w:p>
    <w:p>
      <w:pPr>
        <w:jc w:val="right"/>
      </w:pPr>
      <w:r>
        <w:t>سارے قرآن میں اب دیکھیے آپ کہاں ہے یہ بات۔</w:t>
      </w:r>
    </w:p>
    <w:p>
      <w:r>
        <w:rPr>
          <w:b/>
        </w:rPr>
        <w:t xml:space="preserve">[58:40] </w:t>
      </w:r>
      <w:r>
        <w:t>Political baat jo aaj kal jo jamaatein hain jamaat islami hai woh ahle khwab musalman hain jo baatein</w:t>
      </w:r>
    </w:p>
    <w:p>
      <w:pPr>
        <w:jc w:val="right"/>
      </w:pPr>
      <w:r>
        <w:t>Political بات جو آج کل جو جماعتیں ہیں جماعت اسلامی ہے وہ اہل خواب مسلمون ہیں جو باتیں</w:t>
      </w:r>
    </w:p>
    <w:p>
      <w:r>
        <w:rPr>
          <w:b/>
        </w:rPr>
        <w:t xml:space="preserve">[58:45] </w:t>
      </w:r>
      <w:r>
        <w:t>kehte hain woh unki apni dawah ki baatein hoti hain quran hadith to hai nahin woh</w:t>
      </w:r>
    </w:p>
    <w:p>
      <w:pPr>
        <w:jc w:val="right"/>
      </w:pPr>
      <w:r>
        <w:t>کہتے ہیں وہ ان کی اپنی دعا کی باتیں ہوتی ہیں قرآن حدیث تو ہے نہیں وہ</w:t>
      </w:r>
    </w:p>
    <w:p>
      <w:r>
        <w:rPr>
          <w:b/>
        </w:rPr>
        <w:t xml:space="preserve">[58:50] </w:t>
      </w:r>
      <w:r>
        <w:t>۔</w:t>
      </w:r>
    </w:p>
    <w:p>
      <w:pPr>
        <w:jc w:val="right"/>
      </w:pPr>
      <w:r>
        <w:t>۔</w:t>
      </w:r>
    </w:p>
    <w:p>
      <w:r>
        <w:rPr>
          <w:b/>
        </w:rPr>
        <w:t xml:space="preserve">[58:56] </w:t>
      </w:r>
      <w:r>
        <w:t>Religion to aik yani spiritual science ka naam hai. Spiritual science.</w:t>
      </w:r>
    </w:p>
    <w:p>
      <w:pPr>
        <w:jc w:val="right"/>
      </w:pPr>
      <w:r>
        <w:t>Religion تو ایک یعنی spiritual سائنس کا نام ہے۔ Spiritual سائنس۔</w:t>
      </w:r>
    </w:p>
    <w:p>
      <w:r>
        <w:rPr>
          <w:b/>
        </w:rPr>
        <w:t xml:space="preserve">[59:02] </w:t>
      </w:r>
      <w:r>
        <w:t>Maulana agla sawal Delhi se bheja hai Miss Khair un Nisa ne.</w:t>
      </w:r>
    </w:p>
    <w:p>
      <w:pPr>
        <w:jc w:val="right"/>
      </w:pPr>
      <w:r>
        <w:t>مولانا اگلا سوال دہلی سے بھیجا ہے Miss خیر النساء نے۔</w:t>
      </w:r>
    </w:p>
    <w:p>
      <w:r>
        <w:rPr>
          <w:b/>
        </w:rPr>
        <w:t xml:space="preserve">[59:08] </w:t>
      </w:r>
      <w:r>
        <w:t>انہوں نے لکھا ہے کہ do you think the political Islam that is Wahhabism and Islamic revolution of</w:t>
      </w:r>
    </w:p>
    <w:p>
      <w:pPr>
        <w:jc w:val="right"/>
      </w:pPr>
      <w:r>
        <w:t>انہوں نے لکھا ہے کہ do you think the political اسلام that is Wahhabism and Islamic revolution of</w:t>
      </w:r>
    </w:p>
    <w:p>
      <w:r>
        <w:rPr>
          <w:b/>
        </w:rPr>
        <w:t xml:space="preserve">[59:14] </w:t>
      </w:r>
      <w:r>
        <w:t>Iran is responsible for the tension within Muslim world? What is the role of ijtihad in promoting peace?</w:t>
      </w:r>
    </w:p>
    <w:p>
      <w:pPr>
        <w:jc w:val="right"/>
      </w:pPr>
      <w:r>
        <w:t>ایران is responsible for the tension within مسلم world؟ What is the role of اجتہاد in promoting peace؟</w:t>
      </w:r>
    </w:p>
    <w:p>
      <w:r>
        <w:rPr>
          <w:b/>
        </w:rPr>
        <w:t xml:space="preserve">[59:20] </w:t>
      </w:r>
      <w:r>
        <w:t>Yeh baat to sahi hai ke jo political list is ko kehte hain political Islam woh politicization of Islam hai.</w:t>
      </w:r>
    </w:p>
    <w:p>
      <w:pPr>
        <w:jc w:val="right"/>
      </w:pPr>
      <w:r>
        <w:t>یہ بات تو صحیح ہے کہ جو political list اس کو کہتے ہیں political اسلام وہ politicization of اسلام ہے۔</w:t>
      </w:r>
    </w:p>
    <w:p>
      <w:r>
        <w:rPr>
          <w:b/>
        </w:rPr>
        <w:t xml:space="preserve">[59:25] </w:t>
      </w:r>
      <w:r>
        <w:t>Political Islam is a thing.</w:t>
      </w:r>
    </w:p>
    <w:p>
      <w:pPr>
        <w:jc w:val="right"/>
      </w:pPr>
      <w:r>
        <w:t>Political اسلام is a thing۔</w:t>
      </w:r>
    </w:p>
    <w:p>
      <w:r>
        <w:rPr>
          <w:b/>
        </w:rPr>
        <w:t xml:space="preserve">[59:29] </w:t>
      </w:r>
      <w:r>
        <w:t>Kuch logon ne politicize kar rakha hai Islam ko.</w:t>
      </w:r>
    </w:p>
    <w:p>
      <w:pPr>
        <w:jc w:val="right"/>
      </w:pPr>
      <w:r>
        <w:t>کچھ لوگوں نے politicize کر رکھا ہے اسلام کو۔</w:t>
      </w:r>
    </w:p>
    <w:p>
      <w:r>
        <w:rPr>
          <w:b/>
        </w:rPr>
        <w:t xml:space="preserve">[59:33] </w:t>
      </w:r>
      <w:r>
        <w:t>To bidat hai woh.</w:t>
      </w:r>
    </w:p>
    <w:p>
      <w:pPr>
        <w:jc w:val="right"/>
      </w:pPr>
      <w:r>
        <w:t>تو بدعت ہے وہ۔</w:t>
      </w:r>
    </w:p>
    <w:p>
      <w:r>
        <w:rPr>
          <w:b/>
        </w:rPr>
        <w:t xml:space="preserve">[59:38] </w:t>
      </w:r>
      <w:r>
        <w:t>To bidat se kabhi acha nikal nahi sakta.</w:t>
      </w:r>
    </w:p>
    <w:p>
      <w:pPr>
        <w:jc w:val="right"/>
      </w:pPr>
      <w:r>
        <w:t>تو بدعت سے کبھی اچھا نکل نہیں سکتا۔</w:t>
      </w:r>
    </w:p>
    <w:p>
      <w:r>
        <w:rPr>
          <w:b/>
        </w:rPr>
        <w:t xml:space="preserve">[59:42] </w:t>
      </w:r>
      <w:r>
        <w:t>To yahan pe ijtihad ka matlab yeh hai ke Islam ko rediscover kiya jaye.</w:t>
      </w:r>
    </w:p>
    <w:p>
      <w:pPr>
        <w:jc w:val="right"/>
      </w:pPr>
      <w:r>
        <w:t>تو یہاں پہ اجتہاد کا مطلب یہ ہے کہ اسلام کو rediscover کیا جائے۔</w:t>
      </w:r>
    </w:p>
    <w:p>
      <w:r>
        <w:rPr>
          <w:b/>
        </w:rPr>
        <w:t xml:space="preserve">[59:46] </w:t>
      </w:r>
      <w:r>
        <w:t>Ijtihad ka role jo yahan par hai woh</w:t>
      </w:r>
    </w:p>
    <w:p>
      <w:pPr>
        <w:jc w:val="right"/>
      </w:pPr>
      <w:r>
        <w:t>اجتہاد کا رول جو یہاں پر ہے وہ</w:t>
      </w:r>
    </w:p>
    <w:p>
      <w:r>
        <w:rPr>
          <w:b/>
        </w:rPr>
        <w:t xml:space="preserve">[59:51] </w:t>
      </w:r>
      <w:r>
        <w:t>Yeh hai ke Islam ko deep politicize kiya jaye jaisa ke hai woh.</w:t>
      </w:r>
    </w:p>
    <w:p>
      <w:pPr>
        <w:jc w:val="right"/>
      </w:pPr>
      <w:r>
        <w:t>یہ ہے کہ اسلام کو deep politicize کیا جائے جیسا کہ ہے وہ۔</w:t>
      </w:r>
    </w:p>
    <w:p>
      <w:r>
        <w:rPr>
          <w:b/>
        </w:rPr>
        <w:t xml:space="preserve">[59:57] </w:t>
      </w:r>
      <w:r>
        <w:t>Main samajhta hoon ke is waqt ijtihad ka sab se bara kaam yahi hai.</w:t>
      </w:r>
    </w:p>
    <w:p>
      <w:pPr>
        <w:jc w:val="right"/>
      </w:pPr>
      <w:r>
        <w:t>میں سمجھتا ہوں کہ اس وقت اجتہاد کا سب سے بڑا کام یہی ہے۔</w:t>
      </w:r>
    </w:p>
    <w:p>
      <w:r>
        <w:rPr>
          <w:b/>
        </w:rPr>
        <w:t xml:space="preserve">[1:00:03] </w:t>
      </w:r>
      <w:r>
        <w:t>Maulana agla sawal bheja hai Delhi se Muhammad Shabbir sahib ne.</w:t>
      </w:r>
    </w:p>
    <w:p>
      <w:pPr>
        <w:jc w:val="right"/>
      </w:pPr>
      <w:r>
        <w:t>مولانا اگلا سوال بھیجا ہے دہلی سے محمد شبیر صاحب نے۔</w:t>
      </w:r>
    </w:p>
    <w:p>
      <w:r>
        <w:rPr>
          <w:b/>
        </w:rPr>
        <w:t xml:space="preserve">[1:00:09] </w:t>
      </w:r>
      <w:r>
        <w:t>Unhon ne likha hai how do you see the scope of ijtihad in this time? Is the scope</w:t>
      </w:r>
    </w:p>
    <w:p>
      <w:pPr>
        <w:jc w:val="right"/>
      </w:pPr>
      <w:r>
        <w:t>انہوں نے لکھا ہے how do you see the scope of اجتہاد in this time؟ Is the scope</w:t>
      </w:r>
    </w:p>
    <w:p>
      <w:r>
        <w:rPr>
          <w:b/>
        </w:rPr>
        <w:t xml:space="preserve">[1:00:15] </w:t>
      </w:r>
      <w:r>
        <w:t>of ijtihad still open as it</w:t>
      </w:r>
    </w:p>
    <w:p>
      <w:pPr>
        <w:jc w:val="right"/>
      </w:pPr>
      <w:r>
        <w:t>of اجتہاد still open as it</w:t>
      </w:r>
    </w:p>
    <w:p>
      <w:r>
        <w:rPr>
          <w:b/>
        </w:rPr>
        <w:t xml:space="preserve">[1:00:21] </w:t>
      </w:r>
      <w:r>
        <w:t>is in the early stages of islam? if it is opened what about the authenticity of the literature? the authenticity has lost with the loss of so many hadith. dekhiye ijtihad toh rasool allah ke zamane mein bhi jaari tha. ijtihad koi aisi cheez nahi koi koi koi il</w:t>
      </w:r>
    </w:p>
    <w:p>
      <w:pPr>
        <w:jc w:val="right"/>
      </w:pPr>
      <w:r>
        <w:t>is in the early stages of Islam؟ If it is opened what about the authenticity of the literature؟ The authenticity has lost with the loss of so many hadith۔ دیکھیے اجتہاد تو رسول اللہ کے زمانے میں بھی جاری تھا۔ اجتہاد کوئی ایسی چیز نہیں کوئی کوئی کوئی ال</w:t>
      </w:r>
    </w:p>
    <w:p>
      <w:r>
        <w:rPr>
          <w:b/>
        </w:rPr>
        <w:t xml:space="preserve">[1:00:51] </w:t>
      </w:r>
      <w:r>
        <w:t>G cheez.</w:t>
      </w:r>
    </w:p>
    <w:p>
      <w:pPr>
        <w:jc w:val="right"/>
      </w:pPr>
      <w:r>
        <w:t>گ چیز۔</w:t>
      </w:r>
    </w:p>
    <w:p>
      <w:r>
        <w:rPr>
          <w:b/>
        </w:rPr>
        <w:t xml:space="preserve">[1:00:53] </w:t>
      </w:r>
      <w:r>
        <w:t>Rasool Allah ke zamane mein bhi ijtihad jari tha.</w:t>
      </w:r>
    </w:p>
    <w:p>
      <w:pPr>
        <w:jc w:val="right"/>
      </w:pPr>
      <w:r>
        <w:t>رسول اللہ کے زمانے میں بھی اجتہاد جاری تھا۔</w:t>
      </w:r>
    </w:p>
    <w:p>
      <w:r>
        <w:rPr>
          <w:b/>
        </w:rPr>
        <w:t xml:space="preserve">[1:00:56] </w:t>
      </w:r>
      <w:r>
        <w:t>Main ne likhi kitab parh lijiye aap.</w:t>
      </w:r>
    </w:p>
    <w:p>
      <w:pPr>
        <w:jc w:val="right"/>
      </w:pPr>
      <w:r>
        <w:t>میں نے لکھی کتاب پڑھ لیجیے آپ۔</w:t>
      </w:r>
    </w:p>
    <w:p>
      <w:r>
        <w:rPr>
          <w:b/>
        </w:rPr>
        <w:t xml:space="preserve">[1:00:59] </w:t>
      </w:r>
      <w:r>
        <w:t>Fikr Islami aur Tajdeeduddin.</w:t>
      </w:r>
    </w:p>
    <w:p>
      <w:pPr>
        <w:jc w:val="right"/>
      </w:pPr>
      <w:r>
        <w:t>فکر اسلامی اور تجدید الدین۔</w:t>
      </w:r>
    </w:p>
    <w:p>
      <w:r>
        <w:rPr>
          <w:b/>
        </w:rPr>
        <w:t xml:space="preserve">[1:01:01] </w:t>
      </w:r>
      <w:r>
        <w:t>Ijtihad to zindagi ka part hai.</w:t>
      </w:r>
    </w:p>
    <w:p>
      <w:pPr>
        <w:jc w:val="right"/>
      </w:pPr>
      <w:r>
        <w:t>اجتہاد تو زندگی کا part ہے۔</w:t>
      </w:r>
    </w:p>
    <w:p>
      <w:r>
        <w:rPr>
          <w:b/>
        </w:rPr>
        <w:t xml:space="preserve">[1:01:04] </w:t>
      </w:r>
      <w:r>
        <w:t>Woh to rahega maza rahega.</w:t>
      </w:r>
    </w:p>
    <w:p>
      <w:pPr>
        <w:jc w:val="right"/>
      </w:pPr>
      <w:r>
        <w:t>وہ تو رہے گا مزہ رہے گا۔</w:t>
      </w:r>
    </w:p>
    <w:p>
      <w:r>
        <w:rPr>
          <w:b/>
        </w:rPr>
        <w:t xml:space="preserve">[1:01:07] </w:t>
      </w:r>
      <w:r>
        <w:t>Rasool Allah zinda the aur tab bhi ijtihad hota tha.</w:t>
      </w:r>
    </w:p>
    <w:p>
      <w:pPr>
        <w:jc w:val="right"/>
      </w:pPr>
      <w:r>
        <w:t>رسول اللہ زندہ تھے اور تب بھی اجتہاد ہوتا تھا۔</w:t>
      </w:r>
    </w:p>
    <w:p>
      <w:r>
        <w:rPr>
          <w:b/>
        </w:rPr>
        <w:t xml:space="preserve">[1:01:10] </w:t>
      </w:r>
      <w:r>
        <w:t>Main ne aik do kitabein parhin aap.</w:t>
      </w:r>
    </w:p>
    <w:p>
      <w:pPr>
        <w:jc w:val="right"/>
      </w:pPr>
      <w:r>
        <w:t>میں نے ایک دو کتابیں پڑھیں آپ۔</w:t>
      </w:r>
    </w:p>
    <w:p>
      <w:r>
        <w:rPr>
          <w:b/>
        </w:rPr>
        <w:t xml:space="preserve">[1:01:12] </w:t>
      </w:r>
      <w:r>
        <w:t>Balkay teen kitabein.</w:t>
      </w:r>
    </w:p>
    <w:p>
      <w:pPr>
        <w:jc w:val="right"/>
      </w:pPr>
      <w:r>
        <w:t>بلکہ تین کتابیں۔</w:t>
      </w:r>
    </w:p>
    <w:p>
      <w:r>
        <w:rPr>
          <w:b/>
        </w:rPr>
        <w:t xml:space="preserve">[1:01:15] </w:t>
      </w:r>
      <w:r>
        <w:t>Tajdeeduddin Fikr Islami aur Ijtihadi Masail.</w:t>
      </w:r>
    </w:p>
    <w:p>
      <w:pPr>
        <w:jc w:val="right"/>
      </w:pPr>
      <w:r>
        <w:t>تجدید الدین فکر اسلامی اور اجتہادی مسائل۔</w:t>
      </w:r>
    </w:p>
    <w:p>
      <w:r>
        <w:rPr>
          <w:b/>
        </w:rPr>
        <w:t xml:space="preserve">[1:01:18] </w:t>
      </w:r>
      <w:r>
        <w:t>ji maulana agla sawal chennai se kiya hai</w:t>
      </w:r>
    </w:p>
    <w:p>
      <w:pPr>
        <w:jc w:val="right"/>
      </w:pPr>
      <w:r>
        <w:t>جی مولانا اگلا سوال چنئی سے کیا ہے</w:t>
      </w:r>
    </w:p>
    <w:p>
      <w:r>
        <w:rPr>
          <w:b/>
        </w:rPr>
        <w:t xml:space="preserve">[1:01:21] </w:t>
      </w:r>
      <w:r>
        <w:t>maulana israr khateeb sahib ne.</w:t>
      </w:r>
    </w:p>
    <w:p>
      <w:pPr>
        <w:jc w:val="right"/>
      </w:pPr>
      <w:r>
        <w:t>مولانا اسرار خطیب صاحب نے۔</w:t>
      </w:r>
    </w:p>
    <w:p>
      <w:r>
        <w:rPr>
          <w:b/>
        </w:rPr>
        <w:t xml:space="preserve">[1:01:27] </w:t>
      </w:r>
      <w:r>
        <w:t>unhon ne likha hai ke maulana what is the purpose of daawa is converting people to islam aur</w:t>
      </w:r>
    </w:p>
    <w:p>
      <w:pPr>
        <w:jc w:val="right"/>
      </w:pPr>
      <w:r>
        <w:t>انہوں نے لکھا ہے کہ مولانا what is the purpose of دعویٰ is converting people to اسلام اور</w:t>
      </w:r>
    </w:p>
    <w:p>
      <w:r>
        <w:rPr>
          <w:b/>
        </w:rPr>
        <w:t xml:space="preserve">[1:01:33] </w:t>
      </w:r>
      <w:r>
        <w:t>just conveying the message of god? converting convert karna to har giz islam ka goal nahi hai.</w:t>
      </w:r>
    </w:p>
    <w:p>
      <w:pPr>
        <w:jc w:val="right"/>
      </w:pPr>
      <w:r>
        <w:t>just conveying the message of God؟ Converting convert کرنا تو ہرگز اسلام کا goal نہیں ہے۔</w:t>
      </w:r>
    </w:p>
    <w:p>
      <w:r>
        <w:rPr>
          <w:b/>
        </w:rPr>
        <w:t xml:space="preserve">[1:01:39] </w:t>
      </w:r>
      <w:r>
        <w:t>koi faida nahi convert karne se.</w:t>
      </w:r>
    </w:p>
    <w:p>
      <w:pPr>
        <w:jc w:val="right"/>
      </w:pPr>
      <w:r>
        <w:t>کوئی فائدہ نہیں convert کرنے سے۔</w:t>
      </w:r>
    </w:p>
    <w:p>
      <w:r>
        <w:rPr>
          <w:b/>
        </w:rPr>
        <w:t xml:space="preserve">[1:01:45] </w:t>
      </w:r>
      <w:r>
        <w:t>dekhiye islam ke mutabiq mazhab</w:t>
      </w:r>
    </w:p>
    <w:p>
      <w:pPr>
        <w:jc w:val="right"/>
      </w:pPr>
      <w:r>
        <w:t>دیکھیے اسلام کے مطابق مذہ</w:t>
      </w:r>
    </w:p>
    <w:p>
      <w:r>
        <w:rPr>
          <w:b/>
        </w:rPr>
        <w:t xml:space="preserve">[1:01:51] </w:t>
      </w:r>
      <w:r>
        <w:t>jo hai ek self discovery ki baat hai.</w:t>
      </w:r>
    </w:p>
    <w:p>
      <w:pPr>
        <w:jc w:val="right"/>
      </w:pPr>
      <w:r>
        <w:t>ب جو ہے ایک self discovery کی بات ہے۔</w:t>
      </w:r>
    </w:p>
    <w:p>
      <w:r>
        <w:rPr>
          <w:b/>
        </w:rPr>
        <w:t xml:space="preserve">[1:01:54] </w:t>
      </w:r>
      <w:r>
        <w:t>self discovery convert karne ki baat cheez hi nahi hai woh.</w:t>
      </w:r>
    </w:p>
    <w:p>
      <w:pPr>
        <w:jc w:val="right"/>
      </w:pPr>
      <w:r>
        <w:t>Self discovery convert کرنے کی بات چیز ہی نہیں ہے وہ۔</w:t>
      </w:r>
    </w:p>
    <w:p>
      <w:r>
        <w:rPr>
          <w:b/>
        </w:rPr>
        <w:t xml:space="preserve">[1:01:58] </w:t>
      </w:r>
      <w:r>
        <w:t>mazhab jo hai convert karne ki cheez hi nahi hai.</w:t>
      </w:r>
    </w:p>
    <w:p>
      <w:pPr>
        <w:jc w:val="right"/>
      </w:pPr>
      <w:r>
        <w:t>مذہب جو ہے convert کرنے کی چیز ہی نہیں ہے۔</w:t>
      </w:r>
    </w:p>
    <w:p>
      <w:r>
        <w:rPr>
          <w:b/>
        </w:rPr>
        <w:t xml:space="preserve">[1:02:02] </w:t>
      </w:r>
      <w:r>
        <w:t>self discovery ki cheez hai.</w:t>
      </w:r>
    </w:p>
    <w:p>
      <w:pPr>
        <w:jc w:val="right"/>
      </w:pPr>
      <w:r>
        <w:t>Self discovery کی چیز ہے۔</w:t>
      </w:r>
    </w:p>
    <w:p>
      <w:r>
        <w:rPr>
          <w:b/>
        </w:rPr>
        <w:t xml:space="preserve">[1:02:06] </w:t>
      </w:r>
      <w:r>
        <w:t>aap is mutalea ki jiye jo aap ko theek lage.</w:t>
      </w:r>
    </w:p>
    <w:p>
      <w:pPr>
        <w:jc w:val="right"/>
      </w:pPr>
      <w:r>
        <w:t>آپ اس مطالعہ کیجیے جو آپ کو ٹھیک لگے۔</w:t>
      </w:r>
    </w:p>
    <w:p>
      <w:r>
        <w:rPr>
          <w:b/>
        </w:rPr>
        <w:t xml:space="preserve">[1:02:10] </w:t>
      </w:r>
      <w:r>
        <w:t>that is your personal choice is ko le lijiye.</w:t>
      </w:r>
    </w:p>
    <w:p>
      <w:pPr>
        <w:jc w:val="right"/>
      </w:pPr>
      <w:r>
        <w:t>That is your personal choice اس کو لے لیجیے۔</w:t>
      </w:r>
    </w:p>
    <w:p>
      <w:r>
        <w:rPr>
          <w:b/>
        </w:rPr>
        <w:t xml:space="preserve">[1:02:13] </w:t>
      </w:r>
      <w:r>
        <w:t>convert karna to kuch bhi nateeje mein to nateeja samjhta hoon.</w:t>
      </w:r>
    </w:p>
    <w:p>
      <w:pPr>
        <w:jc w:val="right"/>
      </w:pPr>
      <w:r>
        <w:t>Convert کرنا تو کچھ بھی نتیجہ میں تو نتیجہ سمجھتا ہوں۔</w:t>
      </w:r>
    </w:p>
    <w:p>
      <w:r>
        <w:rPr>
          <w:b/>
        </w:rPr>
        <w:t xml:space="preserve">[1:02:17] </w:t>
      </w:r>
      <w:r>
        <w:t>maulana agla sawal lete hain jo</w:t>
      </w:r>
    </w:p>
    <w:p>
      <w:pPr>
        <w:jc w:val="right"/>
      </w:pPr>
      <w:r>
        <w:t>مولانا اگلا سوال لیتے ہیں جو</w:t>
      </w:r>
    </w:p>
    <w:p>
      <w:r>
        <w:rPr>
          <w:b/>
        </w:rPr>
        <w:t xml:space="preserve">[1:02:21] </w:t>
      </w:r>
      <w:r>
        <w:t>faiz khursheed sahib ne bheja hai srinagar se.</w:t>
      </w:r>
    </w:p>
    <w:p>
      <w:pPr>
        <w:jc w:val="right"/>
      </w:pPr>
      <w:r>
        <w:t>فیض خورشید صاحب نے بھیجا ہے سری نگر سے۔</w:t>
      </w:r>
    </w:p>
    <w:p>
      <w:r>
        <w:rPr>
          <w:b/>
        </w:rPr>
        <w:t xml:space="preserve">[1:02:25] </w:t>
      </w:r>
      <w:r>
        <w:t>unhon ne likha hai maulana sahib is being too optimistic in life.</w:t>
      </w:r>
    </w:p>
    <w:p>
      <w:pPr>
        <w:jc w:val="right"/>
      </w:pPr>
      <w:r>
        <w:t>انہوں نے لکھا ہے مولانا صاحب is being too optimistic in life۔</w:t>
      </w:r>
    </w:p>
    <w:p>
      <w:r>
        <w:rPr>
          <w:b/>
        </w:rPr>
        <w:t xml:space="preserve">[1:02:29] </w:t>
      </w:r>
      <w:r>
        <w:t>a bad idea.</w:t>
      </w:r>
    </w:p>
    <w:p>
      <w:pPr>
        <w:jc w:val="right"/>
      </w:pPr>
      <w:r>
        <w:t>A bad idea۔</w:t>
      </w:r>
    </w:p>
    <w:p>
      <w:r>
        <w:rPr>
          <w:b/>
        </w:rPr>
        <w:t xml:space="preserve">[1:02:33] </w:t>
      </w:r>
      <w:r>
        <w:t>is ke bare mein batayein.</w:t>
      </w:r>
    </w:p>
    <w:p>
      <w:pPr>
        <w:jc w:val="right"/>
      </w:pPr>
      <w:r>
        <w:t>اس کے بارے میں بتائیں۔</w:t>
      </w:r>
    </w:p>
    <w:p>
      <w:r>
        <w:rPr>
          <w:b/>
        </w:rPr>
        <w:t xml:space="preserve">[1:02:36] </w:t>
      </w:r>
      <w:r>
        <w:t>dekhiye optimism mein kam aur zyada ka sawal hi nahi hai.</w:t>
      </w:r>
    </w:p>
    <w:p>
      <w:pPr>
        <w:jc w:val="right"/>
      </w:pPr>
      <w:r>
        <w:t>دیکھیے optimism میں کم اور زیادہ کا سوال ہی نہیں ہے۔</w:t>
      </w:r>
    </w:p>
    <w:p>
      <w:r>
        <w:rPr>
          <w:b/>
        </w:rPr>
        <w:t xml:space="preserve">[1:02:40] </w:t>
      </w:r>
      <w:r>
        <w:t>optimism to part of life hai.</w:t>
      </w:r>
    </w:p>
    <w:p>
      <w:pPr>
        <w:jc w:val="right"/>
      </w:pPr>
      <w:r>
        <w:t>Optimism تو part of life ہے۔</w:t>
      </w:r>
    </w:p>
    <w:p>
      <w:r>
        <w:rPr>
          <w:b/>
        </w:rPr>
        <w:t xml:space="preserve">[1:02:44] </w:t>
      </w:r>
      <w:r>
        <w:t>aap ko hamesha aap hamesha hope mein jeena hai.</w:t>
      </w:r>
    </w:p>
    <w:p>
      <w:pPr>
        <w:jc w:val="right"/>
      </w:pPr>
      <w:r>
        <w:t>آپ کو ہمیشہ آپ ہمیشہ hope میں جینا ہے۔</w:t>
      </w:r>
    </w:p>
    <w:p>
      <w:r>
        <w:rPr>
          <w:b/>
        </w:rPr>
        <w:t xml:space="preserve">[1:02:48] </w:t>
      </w:r>
      <w:r>
        <w:t>yeh to islam ki taleem hai.</w:t>
      </w:r>
    </w:p>
    <w:p>
      <w:pPr>
        <w:jc w:val="right"/>
      </w:pPr>
      <w:r>
        <w:t>یہ تو اسلام کی تعلیم ہے۔</w:t>
      </w:r>
    </w:p>
    <w:p>
      <w:r>
        <w:rPr>
          <w:b/>
        </w:rPr>
        <w:t xml:space="preserve">[1:02:52] </w:t>
      </w:r>
      <w:r>
        <w:t>hamesha hope mein jeena hai. toh optimism part of life hai part of nature hai part of creation plan hai. toh is mein kam zyada koi sawal hi nahi hai. okay so we will end the session now. we will be back next sunday same time. thank you.</w:t>
      </w:r>
    </w:p>
    <w:p>
      <w:pPr>
        <w:jc w:val="right"/>
      </w:pPr>
      <w:r>
        <w:t>ہمیشہ hope میں جینا ہے۔ تو optimism part of life ہے part of nature ہے part of creation plan ہے۔ تو اس میں کم زیادہ کوئی سوال ہی نہیں ہے۔ Okay so we will end the session now۔ We will be back next Sunday same time۔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