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Creative Solution or Ijtihadi Hal September 16, 2012</w:t>
      </w:r>
    </w:p>
    <w:p>
      <w:r>
        <w:t>https://youtu.be/yBKbiu0d_1A</w:t>
      </w:r>
    </w:p>
    <w:p>
      <w:r>
        <w:rPr>
          <w:b/>
        </w:rPr>
        <w:t xml:space="preserve">[00:39] </w:t>
      </w:r>
      <w:r>
        <w:t>aaj ka jo topic hai woh hai</w:t>
      </w:r>
    </w:p>
    <w:p>
      <w:pPr>
        <w:jc w:val="right"/>
      </w:pPr>
      <w:r>
        <w:t>آج کا جو ٹاپک ہے وہ ہے</w:t>
      </w:r>
    </w:p>
    <w:p>
      <w:r>
        <w:rPr>
          <w:b/>
        </w:rPr>
        <w:t xml:space="preserve">[00:50] </w:t>
      </w:r>
      <w:r>
        <w:t>ijtihadi hal aur creative solution, ROR.</w:t>
      </w:r>
    </w:p>
    <w:p>
      <w:pPr>
        <w:jc w:val="right"/>
      </w:pPr>
      <w:r>
        <w:t>اجتہادی حل اور کریئیٹیو سلوشن، آر او آر۔</w:t>
      </w:r>
    </w:p>
    <w:p>
      <w:r>
        <w:rPr>
          <w:b/>
        </w:rPr>
        <w:t xml:space="preserve">[01:02] </w:t>
      </w:r>
      <w:r>
        <w:t>dekhein, Islam mein ijtihad ki bohat ahmiyat hai, lekin ijtihad ko logon ne ek ek ek purasrar cheez bana rakha hai.</w:t>
      </w:r>
    </w:p>
    <w:p>
      <w:pPr>
        <w:jc w:val="right"/>
      </w:pPr>
      <w:r>
        <w:t>دیکھیں، اسلام میں اجتہاد کی بہت اہمیت ہے، لیکن اجتہاد کو لوگوں نے ایک ایک ایک پراسرار چیز بنا رکھا ہے۔</w:t>
      </w:r>
    </w:p>
    <w:p>
      <w:r>
        <w:rPr>
          <w:b/>
        </w:rPr>
        <w:t xml:space="preserve">[01:19] </w:t>
      </w:r>
      <w:r>
        <w:t>harghiz harghiz is ijtihad koi mysterious cheez nahi hai. woh wahi cheez hai jis ko aaj kal kaha jata hai creative solution.</w:t>
      </w:r>
    </w:p>
    <w:p>
      <w:pPr>
        <w:jc w:val="right"/>
      </w:pPr>
      <w:r>
        <w:t>ہرگز ہرگز اس اجتہاد کوئی مسٹیریس چیز نہیں ہے۔ وہ وہی چیز ہے جس کو آج کل کہا جاتا ہے کریئیٹیو سلوشن۔</w:t>
      </w:r>
    </w:p>
    <w:p>
      <w:r>
        <w:rPr>
          <w:b/>
        </w:rPr>
        <w:t xml:space="preserve">[01:33] </w:t>
      </w:r>
      <w:r>
        <w:t>aaj kal dekhen, jab se computer aaya hai aur modern distri ej aaya hai to ek lafz bahut istemal hota hai, ek term, us ko kehte hain creative solution.</w:t>
      </w:r>
    </w:p>
    <w:p>
      <w:pPr>
        <w:jc w:val="right"/>
      </w:pPr>
      <w:r>
        <w:t>آج کل دیکھیں، جب سے کمپیوٹر آیا ہے اور ماڈرن ڈسٹری ایج آیا ہے تو ایک لفظ بہت استعمال ہوتا ہے، ایک ٹرم، اس کو کہتے ہیں کریئیٹیو سلوشن۔</w:t>
      </w:r>
    </w:p>
    <w:p>
      <w:r>
        <w:rPr>
          <w:b/>
        </w:rPr>
        <w:t xml:space="preserve">[01:46] </w:t>
      </w:r>
      <w:r>
        <w:t>is par bahut kitaben likhi gayi hain, isi ke naam par bahut si companiyan hain, bahut si website hain. creative solution.</w:t>
      </w:r>
    </w:p>
    <w:p>
      <w:pPr>
        <w:jc w:val="right"/>
      </w:pPr>
      <w:r>
        <w:t>اس پر بہت کتابیں لکھی گئی ہیں، اسی کے نام پر بہت سی کمپنیاں ہیں، بہت سی ویب سائٹ ہیں۔ کریئیٹیو سلوشن۔</w:t>
      </w:r>
    </w:p>
    <w:p>
      <w:r>
        <w:rPr>
          <w:b/>
        </w:rPr>
        <w:t xml:space="preserve">[01:57] </w:t>
      </w:r>
      <w:r>
        <w:t>creative solution kya hai?</w:t>
      </w:r>
    </w:p>
    <w:p>
      <w:pPr>
        <w:jc w:val="right"/>
      </w:pPr>
      <w:r>
        <w:t>کریئیٹیو سلوشن کیا ہے؟</w:t>
      </w:r>
    </w:p>
    <w:p>
      <w:r>
        <w:rPr>
          <w:b/>
        </w:rPr>
        <w:t xml:space="preserve">[02:00] </w:t>
      </w:r>
      <w:r>
        <w:t>woh darasal secular naam hai ijtihadi hal ka. jis cheez ko hum rawaiyeti zaban mein kahenge ijtihadi hal, usi ka modern language mein naam hai</w:t>
      </w:r>
    </w:p>
    <w:p>
      <w:pPr>
        <w:jc w:val="right"/>
      </w:pPr>
      <w:r>
        <w:t>وہ دراصل سیکولر نام ہے اجتہادی حل کا۔ جس چیز کو ہم روایتی زبان میں کہیں گے اجتہادی حل، اسی کا ماڈرن لینگویج میں نام ہے</w:t>
      </w:r>
    </w:p>
    <w:p>
      <w:r>
        <w:rPr>
          <w:b/>
        </w:rPr>
        <w:t xml:space="preserve">[02:18] </w:t>
      </w:r>
      <w:r>
        <w:t>creative solution.</w:t>
      </w:r>
    </w:p>
    <w:p>
      <w:pPr>
        <w:jc w:val="right"/>
      </w:pPr>
      <w:r>
        <w:t>کریئیٹیو سلوشن۔</w:t>
      </w:r>
    </w:p>
    <w:p>
      <w:r>
        <w:rPr>
          <w:b/>
        </w:rPr>
        <w:t xml:space="preserve">[02:24] </w:t>
      </w:r>
      <w:r>
        <w:t>yeh kya cheez hai?</w:t>
      </w:r>
    </w:p>
    <w:p>
      <w:pPr>
        <w:jc w:val="right"/>
      </w:pPr>
      <w:r>
        <w:t>یہ کیا چیز ہے؟</w:t>
      </w:r>
    </w:p>
    <w:p>
      <w:r>
        <w:rPr>
          <w:b/>
        </w:rPr>
        <w:t xml:space="preserve">[02:28] </w:t>
      </w:r>
      <w:r>
        <w:t>dekhen, ek lafz mein creative solution goes a fresh perspective to a challenging problem.</w:t>
      </w:r>
    </w:p>
    <w:p>
      <w:pPr>
        <w:jc w:val="right"/>
      </w:pPr>
      <w:r>
        <w:t>دیکھیں، ایک لفظ میں کریئیٹیو سلوشن گوز ا فریش پرسپیکٹو ٹو ا چیلنجنگ پرابلم۔</w:t>
      </w:r>
    </w:p>
    <w:p>
      <w:r>
        <w:rPr>
          <w:b/>
        </w:rPr>
        <w:t xml:space="preserve">[02:46] </w:t>
      </w:r>
      <w:r>
        <w:t>creative solution goes a fresh perspective to a challenging problem.</w:t>
      </w:r>
    </w:p>
    <w:p>
      <w:pPr>
        <w:jc w:val="right"/>
      </w:pPr>
      <w:r>
        <w:t>کریئیٹیو سلوشن گوز ا فریش پرسپیکٹو ٹو ا چیلنجنگ پرابلم۔</w:t>
      </w:r>
    </w:p>
    <w:p>
      <w:r>
        <w:rPr>
          <w:b/>
        </w:rPr>
        <w:t xml:space="preserve">[02:56] </w:t>
      </w:r>
      <w:r>
        <w:t>zindagi dekhen, naam hai masail ka, problem ka. problems are part of life.</w:t>
      </w:r>
    </w:p>
    <w:p>
      <w:pPr>
        <w:jc w:val="right"/>
      </w:pPr>
      <w:r>
        <w:t>زندگی دیکھیں، نام ہے مسائل کا، پرابلم کا۔ پرابلمز آر پارٹ آف لائف۔</w:t>
      </w:r>
    </w:p>
    <w:p>
      <w:r>
        <w:rPr>
          <w:b/>
        </w:rPr>
        <w:t xml:space="preserve">[03:07] </w:t>
      </w:r>
      <w:r>
        <w:t>koi conspirator koi enemy problem nahi create karta. problem part hai khud khaliq ke creation plan ka.</w:t>
      </w:r>
    </w:p>
    <w:p>
      <w:pPr>
        <w:jc w:val="right"/>
      </w:pPr>
      <w:r>
        <w:t>کوئی کانسپریٹر کوئی انمی پرابلم نہیں کریئیٹ کرتا۔ پرابلم پارٹ ہے خود خالق کے کریئیشن پلان کا۔</w:t>
      </w:r>
    </w:p>
    <w:p>
      <w:r>
        <w:rPr>
          <w:b/>
        </w:rPr>
        <w:t xml:space="preserve">[03:23] </w:t>
      </w:r>
      <w:r>
        <w:t>to jab problem aaye to kya karna hai? ijtihad karna hai. ijtihad ka literal matlab hai bahut zyada, bahut zyada koshish.</w:t>
      </w:r>
    </w:p>
    <w:p>
      <w:pPr>
        <w:jc w:val="right"/>
      </w:pPr>
      <w:r>
        <w:t>تو جب پرابلم آئے تو کیا کرنا ہے؟ اجتہاد کرنا ہے۔ اجتہاد کا لٹرل مطلب ہے بہت زیادہ، بہت زیادہ کوشش۔</w:t>
      </w:r>
    </w:p>
    <w:p>
      <w:r>
        <w:rPr>
          <w:b/>
        </w:rPr>
        <w:t xml:space="preserve">[03:39] </w:t>
      </w:r>
      <w:r>
        <w:t>at most struggle.</w:t>
      </w:r>
    </w:p>
    <w:p>
      <w:pPr>
        <w:jc w:val="right"/>
      </w:pPr>
      <w:r>
        <w:t>ایٹ موسٹ سٹرگل۔</w:t>
      </w:r>
    </w:p>
    <w:p>
      <w:r>
        <w:rPr>
          <w:b/>
        </w:rPr>
        <w:t xml:space="preserve">[03:45] </w:t>
      </w:r>
      <w:r>
        <w:t>to exact ones at most struggle, yehi ijtihad hai.</w:t>
      </w:r>
    </w:p>
    <w:p>
      <w:pPr>
        <w:jc w:val="right"/>
      </w:pPr>
      <w:r>
        <w:t>ٹو ایگزیکٹ ونز ایٹ موسٹ سٹرگل، یہی اجتہاد ہے۔</w:t>
      </w:r>
    </w:p>
    <w:p>
      <w:r>
        <w:rPr>
          <w:b/>
        </w:rPr>
        <w:t xml:space="preserve">[03:51] </w:t>
      </w:r>
      <w:r>
        <w:t>kis kaam ke liye? har bar jab nai situation create ho, jab naya problem aaye to us soorat-e-haal mein rediscover karna sachai ko,</w:t>
      </w:r>
    </w:p>
    <w:p>
      <w:pPr>
        <w:jc w:val="right"/>
      </w:pPr>
      <w:r>
        <w:t>کس کام کے لیے؟ ہر بار جب نئی سچویشن کریئیٹ ہو، جب نیا پرابلم آئے تو اس صورتحال میں ری ڈسکور کرنا سچائی کو،</w:t>
      </w:r>
    </w:p>
    <w:p>
      <w:r>
        <w:rPr>
          <w:b/>
        </w:rPr>
        <w:t xml:space="preserve">[04:08] </w:t>
      </w:r>
      <w:r>
        <w:t>redefine karna ideology ko, yeh ijtihad hai. to ijtihadi hal naam hai isi cheez ka jis ko kaha jata hai creative solution.</w:t>
      </w:r>
    </w:p>
    <w:p>
      <w:pPr>
        <w:jc w:val="right"/>
      </w:pPr>
      <w:r>
        <w:t>ری ڈیفائن کرنا آئیڈیالوجی کو، یہ اجتہاد ہے۔ تو اجتہادی حل نام ہے اسی چیز کا جس کو کہا جاتا ہے کریئیٹیو سلوشن۔</w:t>
      </w:r>
    </w:p>
    <w:p>
      <w:r>
        <w:rPr>
          <w:b/>
        </w:rPr>
        <w:t xml:space="preserve">[04:24] </w:t>
      </w:r>
      <w:r>
        <w:t>ab mein kuch misaal doonga to is se baat zyada clear ho jayegi.</w:t>
      </w:r>
    </w:p>
    <w:p>
      <w:pPr>
        <w:jc w:val="right"/>
      </w:pPr>
      <w:r>
        <w:t>اب میں کچھ مثال دوں گا تو اس سے بات زیادہ کلیئر ہو جائے گی۔</w:t>
      </w:r>
    </w:p>
    <w:p>
      <w:r>
        <w:rPr>
          <w:b/>
        </w:rPr>
        <w:t xml:space="preserve">[04:34] </w:t>
      </w:r>
      <w:r>
        <w:t>maharashtra ke ek ek city mein, ek bada city ab maharashtra ka ho, wahan par ek problem create hua.</w:t>
      </w:r>
    </w:p>
    <w:p>
      <w:pPr>
        <w:jc w:val="right"/>
      </w:pPr>
      <w:r>
        <w:t>مہاراش کے ایک ایک سٹی میں، ایک بڑا سٹی اب مہاراش کا ہو، وہاں پر ایک پرابلم کریئیٹ ہوا۔</w:t>
      </w:r>
    </w:p>
    <w:p>
      <w:r>
        <w:rPr>
          <w:b/>
        </w:rPr>
        <w:t xml:space="preserve">[04:47] </w:t>
      </w:r>
      <w:r>
        <w:t>wahan par aap jante hain ke maharashtra mein bade dhoom se nikala jata hai ganesh chaturthi ka procession, juloos.</w:t>
      </w:r>
    </w:p>
    <w:p>
      <w:pPr>
        <w:jc w:val="right"/>
      </w:pPr>
      <w:r>
        <w:t>وہاں پر آپ جانتے ہیں کہ مہاراش میں بڑے دھوم سے نکالا جاتا ہے گنیش چتورتی کا پروسیشن، جلوس۔</w:t>
      </w:r>
    </w:p>
    <w:p>
      <w:r>
        <w:rPr>
          <w:b/>
        </w:rPr>
        <w:t xml:space="preserve">[04:57] </w:t>
      </w:r>
      <w:r>
        <w:t>to</w:t>
      </w:r>
    </w:p>
    <w:p>
      <w:pPr>
        <w:jc w:val="right"/>
      </w:pPr>
      <w:r>
        <w:t>تو</w:t>
      </w:r>
    </w:p>
    <w:p>
      <w:r>
        <w:rPr>
          <w:b/>
        </w:rPr>
        <w:t xml:space="preserve">[05:00] </w:t>
      </w:r>
      <w:r>
        <w:t>ittifaq se ek hi din coincide kar raha tha ke isi din nikalna tha masailon ka milad un nabi ka procession, milad un nabi ka juloos, aur theek isi din nikalna tha</w:t>
      </w:r>
    </w:p>
    <w:p>
      <w:pPr>
        <w:jc w:val="right"/>
      </w:pPr>
      <w:r>
        <w:t>اتفاق سے ایک ہی دن کوائنسائیڈ کر رہا تھا کہ اسی دن نکلنا تھا مسالوں کا میلاد النبی کا پروسیشن، میلاد النبی کا جلوس، اور ٹھیک اسی دن نکلنا تھا</w:t>
      </w:r>
    </w:p>
    <w:p>
      <w:r>
        <w:rPr>
          <w:b/>
        </w:rPr>
        <w:t xml:space="preserve">[05:19] </w:t>
      </w:r>
      <w:r>
        <w:t>ganesh chaturthi ka procession. dono coincide kar rahe the.</w:t>
      </w:r>
    </w:p>
    <w:p>
      <w:pPr>
        <w:jc w:val="right"/>
      </w:pPr>
      <w:r>
        <w:t>گنیش چتورتی کا پروسیشن۔ دونوں کوائنسائیڈ کر رہے تھے۔</w:t>
      </w:r>
    </w:p>
    <w:p>
      <w:r>
        <w:rPr>
          <w:b/>
        </w:rPr>
        <w:t xml:space="preserve">[05:25] </w:t>
      </w:r>
      <w:r>
        <w:t>to yeh yaqini tha ke kahin na kahin takrao ho jayega. aur phir kya hoga? bloodshed hoga. log jayenge, jalaye phoonkenge.</w:t>
      </w:r>
    </w:p>
    <w:p>
      <w:pPr>
        <w:jc w:val="right"/>
      </w:pPr>
      <w:r>
        <w:t>تو یہ یقینی تھا کہ کہیں نہ کہیں ٹکراؤ ہو جائے گا۔ اور پھر کیا ہوگا؟ بلڈ شیڈ ہوگا۔ لوگ جائیں، جلائے پھونکیں گے۔</w:t>
      </w:r>
    </w:p>
    <w:p>
      <w:r>
        <w:rPr>
          <w:b/>
        </w:rPr>
        <w:t xml:space="preserve">[05:37] </w:t>
      </w:r>
      <w:r>
        <w:t>maal o jaan ka nuksan hoga. bilkul nearly certain tha yeh.</w:t>
      </w:r>
    </w:p>
    <w:p>
      <w:pPr>
        <w:jc w:val="right"/>
      </w:pPr>
      <w:r>
        <w:t>مال و جان کا نقصان ہوگا۔ بالکل نیئرلی سرٹن تھا یہ۔</w:t>
      </w:r>
    </w:p>
    <w:p>
      <w:r>
        <w:rPr>
          <w:b/>
        </w:rPr>
        <w:t xml:space="preserve">[05:44] </w:t>
      </w:r>
      <w:r>
        <w:t>to poona ke yeh waqia poona ka hai, kai saal pehle ka.</w:t>
      </w:r>
    </w:p>
    <w:p>
      <w:pPr>
        <w:jc w:val="right"/>
      </w:pPr>
      <w:r>
        <w:t>تو پونا کے یہ واقعہ پونا کا ہے، کئی سال پہلے کا۔</w:t>
      </w:r>
    </w:p>
    <w:p>
      <w:r>
        <w:rPr>
          <w:b/>
        </w:rPr>
        <w:t xml:space="preserve">[05:54] </w:t>
      </w:r>
      <w:r>
        <w:t>kuch samajhdar musalman ek masjid mein ikhatta hue, is mein hamare risala kari bhi the.</w:t>
      </w:r>
    </w:p>
    <w:p>
      <w:pPr>
        <w:jc w:val="right"/>
      </w:pPr>
      <w:r>
        <w:t>کچھ سمجھدار مسلمان ایک مسجد میں اکٹھا ہوئے، اس میں ہمارے رسالہ کاری بھی تھے۔</w:t>
      </w:r>
    </w:p>
    <w:p>
      <w:r>
        <w:rPr>
          <w:b/>
        </w:rPr>
        <w:t xml:space="preserve">[06:03] </w:t>
      </w:r>
      <w:r>
        <w:t>to unhon ne sochne ke baad yeh tay kiya ke hum apne milad un nabi ke jaloos ki jo date hai badal dete hain.</w:t>
      </w:r>
    </w:p>
    <w:p>
      <w:pPr>
        <w:jc w:val="right"/>
      </w:pPr>
      <w:r>
        <w:t>تو انہوں نے سوچنے کے بعد یہ طے کیا کہ ہم اپنے میلاد النبی کے جلوس کی جو ڈیٹ ہے بدل دیتے ہیں۔</w:t>
      </w:r>
    </w:p>
    <w:p>
      <w:r>
        <w:rPr>
          <w:b/>
        </w:rPr>
        <w:t xml:space="preserve">[06:16] </w:t>
      </w:r>
      <w:r>
        <w:t>yani aaj hai ganesh chaturthi ka jaloos to kal hum nikalenge milad un nabi ka jaloos. Aisa unhon ne decide kiya aur maswaho mein ailan kar diya.</w:t>
      </w:r>
    </w:p>
    <w:p>
      <w:pPr>
        <w:jc w:val="right"/>
      </w:pPr>
      <w:r>
        <w:t>یعنی آج ہے گنیش چتورتی کا جلوس تو کل ہم نکالیں گے میلاد النبی کا جلوس۔ ایسا انہوں نے ڈیسائیڈ کیا اور مسواحوں میں اعلان کر دیا۔</w:t>
      </w:r>
    </w:p>
    <w:p>
      <w:r>
        <w:rPr>
          <w:b/>
        </w:rPr>
        <w:t xml:space="preserve">[06:28] </w:t>
      </w:r>
      <w:r>
        <w:t>aur phir aise hi kiya gaya.</w:t>
      </w:r>
    </w:p>
    <w:p>
      <w:pPr>
        <w:jc w:val="right"/>
      </w:pPr>
      <w:r>
        <w:t>اور پھر ایسے ہی کیا گیا۔</w:t>
      </w:r>
    </w:p>
    <w:p>
      <w:r>
        <w:rPr>
          <w:b/>
        </w:rPr>
        <w:t xml:space="preserve">[06:34] </w:t>
      </w:r>
      <w:r>
        <w:t>deen all the problems were solved. there was no riot, no bloodshed, nothing. yeh hai creative solution.</w:t>
      </w:r>
    </w:p>
    <w:p>
      <w:pPr>
        <w:jc w:val="right"/>
      </w:pPr>
      <w:r>
        <w:t>دین آل دا پرابلم وار سالوڈ۔ دیر واز نو رائٹ، نو بلڈ شیڈ، نتھنگ۔ یہ ہے کریئیٹیو سلوشن۔</w:t>
      </w:r>
    </w:p>
    <w:p>
      <w:r>
        <w:rPr>
          <w:b/>
        </w:rPr>
        <w:t xml:space="preserve">[06:49] </w:t>
      </w:r>
      <w:r>
        <w:t>main jahan rehta hoon, wahan par mere ghar ke jo balcony hai, wahan peeche bohat se darakht hain.</w:t>
      </w:r>
    </w:p>
    <w:p>
      <w:pPr>
        <w:jc w:val="right"/>
      </w:pPr>
      <w:r>
        <w:t>میں جہاں رہتا ہوں، وہاں پر میرے گھر کے جو بالکنی ہے، وہاں پیچھے بہت سے درخت ہیں۔</w:t>
      </w:r>
    </w:p>
    <w:p>
      <w:r>
        <w:rPr>
          <w:b/>
        </w:rPr>
        <w:t xml:space="preserve">[06:59] </w:t>
      </w:r>
      <w:r>
        <w:t>aur hamare ghar se darakht ke beech mein taar jata hai,</w:t>
      </w:r>
    </w:p>
    <w:p>
      <w:pPr>
        <w:jc w:val="right"/>
      </w:pPr>
      <w:r>
        <w:t>اور ہمارے گھر سے درخت کے بیچ میں تار جاتا ہے،</w:t>
      </w:r>
    </w:p>
    <w:p>
      <w:r>
        <w:rPr>
          <w:b/>
        </w:rPr>
        <w:t xml:space="preserve">[07:08] </w:t>
      </w:r>
      <w:r>
        <w:t>wire, to is par gilahren daudti rehti hain.</w:t>
      </w:r>
    </w:p>
    <w:p>
      <w:pPr>
        <w:jc w:val="right"/>
      </w:pPr>
      <w:r>
        <w:t>وائر، تو اس پر گلہریں دوڑتی رہتی ہیں۔</w:t>
      </w:r>
    </w:p>
    <w:p>
      <w:r>
        <w:rPr>
          <w:b/>
        </w:rPr>
        <w:t xml:space="preserve">[07:13] </w:t>
      </w:r>
      <w:r>
        <w:t>idhar se udhar, idhar se udhar. to ek roz maine dekha ke ek waqia hua ke ek ek taar jo ab yahan idhar se udhar taar ja raha hai, wire, is wire par idhar se ek gilhari aa rahi hai aur idhar se bhi gilhari chali.</w:t>
      </w:r>
    </w:p>
    <w:p>
      <w:pPr>
        <w:jc w:val="right"/>
      </w:pPr>
      <w:r>
        <w:t>ادھر سے ادھر، ادھر سے ادھر۔ تو ایک روز میں نے دیکھا کہ ایک واقعہ ہوا کہ ایک ایک تار جو اب یہاں ادھر سے ادھر تار جا رہا ہے، وائر، اس وائر پر ادھر سے ایک گلہری آ رہی ہے اور ادھر سے بھی گلہری چلی۔</w:t>
      </w:r>
    </w:p>
    <w:p>
      <w:r>
        <w:rPr>
          <w:b/>
        </w:rPr>
        <w:t xml:space="preserve">[07:33] </w:t>
      </w:r>
      <w:r>
        <w:t>to ab dono ka takrao hona tay tha. to maine dekha ke foran ek gilhari neeche lad gayi, taar ke neeche lad gayi.</w:t>
      </w:r>
    </w:p>
    <w:p>
      <w:pPr>
        <w:jc w:val="right"/>
      </w:pPr>
      <w:r>
        <w:t>تو اب دونوں کا ٹکراؤ ہونا طے تھا۔ تو میں نے دیکھا کہ فوراً ایک گلہری نیچے لڑ گئی، تار کے نیچے لڑ گئی۔</w:t>
      </w:r>
    </w:p>
    <w:p>
      <w:r>
        <w:rPr>
          <w:b/>
        </w:rPr>
        <w:t xml:space="preserve">[07:43] </w:t>
      </w:r>
      <w:r>
        <w:t>jab ek gilhari chali gayi to phir upar aa gayi. yeh hai creative solution of a problem. yeh law of nature hai.</w:t>
      </w:r>
    </w:p>
    <w:p>
      <w:pPr>
        <w:jc w:val="right"/>
      </w:pPr>
      <w:r>
        <w:t>جب ایک گلہری چلی گئی تو پھر اوپر آ گئی۔ یہ ہے کریئیٹیو سلوشن آف اے پرابلم۔ یہ لاء آف نیچر ہے۔</w:t>
      </w:r>
    </w:p>
    <w:p>
      <w:r>
        <w:rPr>
          <w:b/>
        </w:rPr>
        <w:t xml:space="preserve">[07:54] </w:t>
      </w:r>
      <w:r>
        <w:t>saare animal world mein yahi hota hai. sher bhi yahi karta hai, elephant bhi yahi karte hain. aap kabhi dekhen TV par ke kaise ajeeb ghareeb tor par saare animal kisi creative solution ko apnaye hue hain.</w:t>
      </w:r>
    </w:p>
    <w:p>
      <w:pPr>
        <w:jc w:val="right"/>
      </w:pPr>
      <w:r>
        <w:t>سارے اینیمل ورلڈ میں یہی ہوتا ہے۔ شیر بھی یہی کرتا ہے، ایلیفنٹ بھی یہی کرتے ہیں۔ آپ کبھی دیکھیں ٹی وی پر کہ کیسے عجیب غریب طور پر سارے اینیمل کسی کریئیٹیو سلوشن کو اپنائے ہوئے ہیں۔</w:t>
      </w:r>
    </w:p>
    <w:p>
      <w:r>
        <w:rPr>
          <w:b/>
        </w:rPr>
        <w:t xml:space="preserve">[08:14] </w:t>
      </w:r>
      <w:r>
        <w:t>to woh karte hain by instinct. instinct se control hote hain tamam animal. instinct kehte hain urdu mein jabalat.</w:t>
      </w:r>
    </w:p>
    <w:p>
      <w:pPr>
        <w:jc w:val="right"/>
      </w:pPr>
      <w:r>
        <w:t>تو وہ کرتے ہیں بائی انسٹنکٹ۔ انسٹنکٹ سے کنٹرول ہوتے ہیں تمام اینیمل۔ انسٹنکٹ کہتے ہیں اردو میں جبلت۔</w:t>
      </w:r>
    </w:p>
    <w:p>
      <w:r>
        <w:rPr>
          <w:b/>
        </w:rPr>
        <w:t xml:space="preserve">[08:27] </w:t>
      </w:r>
      <w:r>
        <w:t>aur insan jo hai, mind se control hota hai, soch kar karta hai.</w:t>
      </w:r>
    </w:p>
    <w:p>
      <w:pPr>
        <w:jc w:val="right"/>
      </w:pPr>
      <w:r>
        <w:t>اور انسان جو ہے، مائنڈ سے کنٹرول ہوتا ہے، سوچ کر کرتا ہے۔</w:t>
      </w:r>
    </w:p>
    <w:p>
      <w:r>
        <w:rPr>
          <w:b/>
        </w:rPr>
        <w:t xml:space="preserve">[08:33] </w:t>
      </w:r>
      <w:r>
        <w:t>to jo kaam, jo maine waqia bataya, un musalmanon ne jo kaam kiya, soch kar ke, woh kaam animal karte hain apne instinct ke tehat.</w:t>
      </w:r>
    </w:p>
    <w:p>
      <w:pPr>
        <w:jc w:val="right"/>
      </w:pPr>
      <w:r>
        <w:t>تو جو کام، جو میں نے واقعہ بتایا، ان مسلمانوں نے جو کام کیا، سوچ کر کے، وہ کام اینیمل کرتے ہیں اپنے انسٹنکٹ کے تحت۔</w:t>
      </w:r>
    </w:p>
    <w:p>
      <w:r>
        <w:rPr>
          <w:b/>
        </w:rPr>
        <w:t xml:space="preserve">[08:48] </w:t>
      </w:r>
      <w:r>
        <w:t>yeh hai raaz zindagi ki kamyabi ka.</w:t>
      </w:r>
    </w:p>
    <w:p>
      <w:pPr>
        <w:jc w:val="right"/>
      </w:pPr>
      <w:r>
        <w:t>یہ ہے راز زندگی کی کامیابی کا۔</w:t>
      </w:r>
    </w:p>
    <w:p>
      <w:r>
        <w:rPr>
          <w:b/>
        </w:rPr>
        <w:t xml:space="preserve">[08:55] </w:t>
      </w:r>
      <w:r>
        <w:t>jab koi qaum ijtihad ki sifat kho de</w:t>
      </w:r>
    </w:p>
    <w:p>
      <w:pPr>
        <w:jc w:val="right"/>
      </w:pPr>
      <w:r>
        <w:t>جب کوئی قوم اجتہاد کی صفت کھو دے</w:t>
      </w:r>
    </w:p>
    <w:p>
      <w:r>
        <w:rPr>
          <w:b/>
        </w:rPr>
        <w:t xml:space="preserve">[09:01] </w:t>
      </w:r>
      <w:r>
        <w:t>to kya hoga?</w:t>
      </w:r>
    </w:p>
    <w:p>
      <w:pPr>
        <w:jc w:val="right"/>
      </w:pPr>
      <w:r>
        <w:t>تو کیا ہوگا؟</w:t>
      </w:r>
    </w:p>
    <w:p>
      <w:r>
        <w:rPr>
          <w:b/>
        </w:rPr>
        <w:t xml:space="preserve">[09:05] </w:t>
      </w:r>
      <w:r>
        <w:t>koi doosra formula, koi bhi doosra tareeqa is ko kamyab karne wala nahi hai. kyunke dekhen, problem khatam nahi honge, challenge khatam nahi honge, masail khatam nahi honge, to aap kya karenge?</w:t>
      </w:r>
    </w:p>
    <w:p>
      <w:pPr>
        <w:jc w:val="right"/>
      </w:pPr>
      <w:r>
        <w:t>کوئی دوسرا فارمولا، کوئی بھی دوسرا طریقہ اس کو کامیاب کرنے والا نہیں ہے۔ کیونکہ دیکھیں، پرابلم ختم نہیں ہوں گے، چیلنج ختم نہیں ہوں گے، مسائل ختم نہیں ہوں گے، تو آپ کیا کریں گے؟</w:t>
      </w:r>
    </w:p>
    <w:p>
      <w:r>
        <w:rPr>
          <w:b/>
        </w:rPr>
        <w:t xml:space="preserve">[09:19] </w:t>
      </w:r>
      <w:r>
        <w:t>aap takraenge.</w:t>
      </w:r>
    </w:p>
    <w:p>
      <w:pPr>
        <w:jc w:val="right"/>
      </w:pPr>
      <w:r>
        <w:t>آپ ٹکرائیں گے۔</w:t>
      </w:r>
    </w:p>
    <w:p>
      <w:r>
        <w:rPr>
          <w:b/>
        </w:rPr>
        <w:t xml:space="preserve">[09:21] </w:t>
      </w:r>
      <w:r>
        <w:t>phir kya hoga? bloodshed hoga, janen jayengi, maal ka nuksan hoga.</w:t>
      </w:r>
    </w:p>
    <w:p>
      <w:pPr>
        <w:jc w:val="right"/>
      </w:pPr>
      <w:r>
        <w:t>پھر کیا ہوگا؟ بلڈ شیڈ ہوگا، جانیں جائیں گی، مال کا نقصان ہوگا۔</w:t>
      </w:r>
    </w:p>
    <w:p>
      <w:r>
        <w:rPr>
          <w:b/>
        </w:rPr>
        <w:t xml:space="preserve">[09:29] </w:t>
      </w:r>
      <w:r>
        <w:t>jaise falasteen mein saari muslim dunya involve hai, arab dunya direct tor par, baqi musalman indirect tor par.</w:t>
      </w:r>
    </w:p>
    <w:p>
      <w:pPr>
        <w:jc w:val="right"/>
      </w:pPr>
      <w:r>
        <w:t>جیسے فلسطین میں ساری مسلم دنیا انوالو ہے، عرب دنیا ڈائریکٹ طور پر، بقیہ مسلمان ان ڈائریکٹ طور پر۔</w:t>
      </w:r>
    </w:p>
    <w:p>
      <w:r>
        <w:rPr>
          <w:b/>
        </w:rPr>
        <w:t xml:space="preserve">[09:40] </w:t>
      </w:r>
      <w:r>
        <w:t>1940, 1948 se yeh masla hai aur ab tak taqreeban 10 trillion dollar kharch ho chuka hai is ke upar, musalmanon ka.</w:t>
      </w:r>
    </w:p>
    <w:p>
      <w:pPr>
        <w:jc w:val="right"/>
      </w:pPr>
      <w:r>
        <w:t>1940، 1948 سے یہ مسئلہ ہے اور اب تک تقریباً 10 ٹریلین ڈالر خرچ ہو چکا ہے اس کے اوپر، مسلمانوں کا۔</w:t>
      </w:r>
    </w:p>
    <w:p>
      <w:r>
        <w:rPr>
          <w:b/>
        </w:rPr>
        <w:t xml:space="preserve">[09:52] </w:t>
      </w:r>
      <w:r>
        <w:t>10 trillion dollar. more than 10 trillion dollar. aur kya kya nuksanat hue? aap jante hain ke masla wahin ke wahin hai, balke ulta nuksan musalmanon ko ho raha hai.</w:t>
      </w:r>
    </w:p>
    <w:p>
      <w:pPr>
        <w:jc w:val="right"/>
      </w:pPr>
      <w:r>
        <w:t>10 ٹریلین ڈالر۔ مور دین 10 ٹریلین ڈالر۔ اور کیا کیا نقصانات ہوئے؟ آپ جانتے ہیں کہ مسئلہ وہیں کے وہیں ہے، بلکہ الٹا نقصان مسلمانوں کو ہو رہا ہے۔</w:t>
      </w:r>
    </w:p>
    <w:p>
      <w:r>
        <w:rPr>
          <w:b/>
        </w:rPr>
        <w:t xml:space="preserve">[10:07] </w:t>
      </w:r>
      <w:r>
        <w:t>kyun ho raha hai? woh is masle mein creative solution daryaft na kar sake, ijtihadi hal daryaft na kar sake.</w:t>
      </w:r>
    </w:p>
    <w:p>
      <w:pPr>
        <w:jc w:val="right"/>
      </w:pPr>
      <w:r>
        <w:t>کیوں ہو رہا ہے؟ وہ اس مسئلے میں کریئیٹیو سلوشن دریافت نہ کر سکے، اجتہادی حل دریافت نہ کر سکے۔</w:t>
      </w:r>
    </w:p>
    <w:p>
      <w:r>
        <w:rPr>
          <w:b/>
        </w:rPr>
        <w:t xml:space="preserve">[10:20] </w:t>
      </w:r>
      <w:r>
        <w:t>ijtihad ki ahmiyat itni zyada hai ke sahih bukhari mein ek riwayat hai jis mein kaha gaya hai, rasool Allah salallahu alaihi wasallam ne farmaya ke tum ijtihad karo.</w:t>
      </w:r>
    </w:p>
    <w:p>
      <w:pPr>
        <w:jc w:val="right"/>
      </w:pPr>
      <w:r>
        <w:t>اجتہاد کی اہمیت اتنی زیادہ ہے کہ صحیح بخاری میں ایک روایت ہے جس میں کہا گیا ہے، رسول اللہ صلی اللہ علیہ وسلم نے فرمایا کہ تم اجتہاد کرو۔</w:t>
      </w:r>
    </w:p>
    <w:p>
      <w:r>
        <w:rPr>
          <w:b/>
        </w:rPr>
        <w:t xml:space="preserve">[10:34] </w:t>
      </w:r>
      <w:r>
        <w:t>ijtihad par yani encourage kiya gaya hai.</w:t>
      </w:r>
    </w:p>
    <w:p>
      <w:pPr>
        <w:jc w:val="right"/>
      </w:pPr>
      <w:r>
        <w:t>اجتہاد پر یعنی انکریج کیا گیا ہے۔</w:t>
      </w:r>
    </w:p>
    <w:p>
      <w:r>
        <w:rPr>
          <w:b/>
        </w:rPr>
        <w:t xml:space="preserve">[10:41] </w:t>
      </w:r>
      <w:r>
        <w:t>agar tum, agar tumhara ijtihad sahih hua to tum ko double sawab milega. aur agar tum ne ijtihad mein khata kar di,</w:t>
      </w:r>
    </w:p>
    <w:p>
      <w:pPr>
        <w:jc w:val="right"/>
      </w:pPr>
      <w:r>
        <w:t>اگر تم، اگر تمہارا اجتہاد صحیح ہوا تو تم کو ڈبل ثواب ملے گا۔ اور اگر تم نے اجتہاد میں خطا کر دی،</w:t>
      </w:r>
    </w:p>
    <w:p>
      <w:r>
        <w:rPr>
          <w:b/>
        </w:rPr>
        <w:t xml:space="preserve">[10:54] </w:t>
      </w:r>
      <w:r>
        <w:t>ghalti ho gayi, tab bhi tum ko ek sawab milega. is ka matlab hai ke rasool Allah ne aakhri had tak encourage kiya ke khoob ijtihad karo, khoob ijtihad karo.</w:t>
      </w:r>
    </w:p>
    <w:p>
      <w:pPr>
        <w:jc w:val="right"/>
      </w:pPr>
      <w:r>
        <w:t>غلطی ہو گئی، تب بھی تم کو ایک ثواب ملے گا۔ اس کا مطلب ہے کہ رسول اللہ نے آخری حد تک انکریج کیا کہ خوب اجتہاد کرو، خوب اجتہاد کرو۔</w:t>
      </w:r>
    </w:p>
    <w:p>
      <w:r>
        <w:rPr>
          <w:b/>
        </w:rPr>
        <w:t xml:space="preserve">[11:04] </w:t>
      </w:r>
      <w:r>
        <w:t>yeh dare baghair kahin ghalti na ho jaye.</w:t>
      </w:r>
    </w:p>
    <w:p>
      <w:pPr>
        <w:jc w:val="right"/>
      </w:pPr>
      <w:r>
        <w:t>یہ ڈرے بغیر کہیں غلطی نہ ہو جائے۔</w:t>
      </w:r>
    </w:p>
    <w:p>
      <w:r>
        <w:rPr>
          <w:b/>
        </w:rPr>
        <w:t xml:space="preserve">[11:09] </w:t>
      </w:r>
      <w:r>
        <w:t>kyun? is liye ke ijtihad ke baghair zindagi, jis ko kehte hain angrezi mein blind alley, band rasta ban jayegi.</w:t>
      </w:r>
    </w:p>
    <w:p>
      <w:pPr>
        <w:jc w:val="right"/>
      </w:pPr>
      <w:r>
        <w:t>کیوں؟ اس لیے کہ اجتہاد کے بغیر زندگی، جس کو کہتے ہیں انگریزی میں بلائنڈ ایلی، بند راستہ بن جائے گی۔</w:t>
      </w:r>
    </w:p>
    <w:p>
      <w:r>
        <w:rPr>
          <w:b/>
        </w:rPr>
        <w:t xml:space="preserve">[11:22] </w:t>
      </w:r>
      <w:r>
        <w:t>to yeh ijtihad ya creative solution, yeh Khuda ke deen ka ek aisa part hai jo hamesha tareekh mein jari raha hai, tamam paighambaron ke haan.</w:t>
      </w:r>
    </w:p>
    <w:p>
      <w:pPr>
        <w:jc w:val="right"/>
      </w:pPr>
      <w:r>
        <w:t>تو یہ اجتہاد یا کریئیٹیو سلوشن، یہ خدا کے دین کا ایک ایسا پارٹ ہے جو ہمیشہ تاریخ میں جاری رہا ہے، تمام پیغمبروں کے ہاں۔</w:t>
      </w:r>
    </w:p>
    <w:p>
      <w:r>
        <w:rPr>
          <w:b/>
        </w:rPr>
        <w:t xml:space="preserve">[11:36] </w:t>
      </w:r>
      <w:r>
        <w:t>main aap ko chand ek misaal doonga is ko wazeh karne ke liye.</w:t>
      </w:r>
    </w:p>
    <w:p>
      <w:pPr>
        <w:jc w:val="right"/>
      </w:pPr>
      <w:r>
        <w:t>میں آپ کو چند ایک مثال دوں گا اس کو واضح کرنے کے لیے۔</w:t>
      </w:r>
    </w:p>
    <w:p>
      <w:r>
        <w:rPr>
          <w:b/>
        </w:rPr>
        <w:t xml:space="preserve">[11:43] </w:t>
      </w:r>
      <w:r>
        <w:t>dekhein, Bani Israel mein yani rasool Allah sallallahu alaihi wasallam se pehle ek nabi paida hue the jinka naam hai Ayyub.</w:t>
      </w:r>
    </w:p>
    <w:p>
      <w:pPr>
        <w:jc w:val="right"/>
      </w:pPr>
      <w:r>
        <w:t>دیکھیں، بنی اسرائیل میں یعنی رسول اللہ صلی اللہ علیہ وسلم سے پہلے ایک نبی پیدا ہوئے تھے جن کا نام ہے ایوب۔</w:t>
      </w:r>
    </w:p>
    <w:p>
      <w:r>
        <w:rPr>
          <w:b/>
        </w:rPr>
        <w:t xml:space="preserve">[11:54] </w:t>
      </w:r>
      <w:r>
        <w:t>Bible mein is ko Job kaha gaya hai, J O B.</w:t>
      </w:r>
    </w:p>
    <w:p>
      <w:pPr>
        <w:jc w:val="right"/>
      </w:pPr>
      <w:r>
        <w:t>بائبل میں اس کو جاب کہا گیا ہے، جے او بی۔</w:t>
      </w:r>
    </w:p>
    <w:p>
      <w:r>
        <w:rPr>
          <w:b/>
        </w:rPr>
        <w:t xml:space="preserve">[12:00] </w:t>
      </w:r>
      <w:r>
        <w:t>yeh Eastern Arabia mein kisi maqam par thay woh.</w:t>
      </w:r>
    </w:p>
    <w:p>
      <w:pPr>
        <w:jc w:val="right"/>
      </w:pPr>
      <w:r>
        <w:t>یہ ایسٹرن عربیہ میں کسی مقام پر تھے وہ۔</w:t>
      </w:r>
    </w:p>
    <w:p>
      <w:r>
        <w:rPr>
          <w:b/>
        </w:rPr>
        <w:t xml:space="preserve">[12:06] </w:t>
      </w:r>
      <w:r>
        <w:t>to un ko koi bimari lag gayi, bohat lambi bhi bimari. bimari mein aisa hua ke apni biwi se naraz ho gaye kisi mauqe par.</w:t>
      </w:r>
    </w:p>
    <w:p>
      <w:pPr>
        <w:jc w:val="right"/>
      </w:pPr>
      <w:r>
        <w:t>تو ان کو کوئی بیماری لگ گئی، بہت لمبی بھی بیماری۔ بیماری میں ایسا ہوا کہ اپنی بیوی سے ناراض ہو گئے کسی موقع پر۔</w:t>
      </w:r>
    </w:p>
    <w:p>
      <w:r>
        <w:rPr>
          <w:b/>
        </w:rPr>
        <w:t xml:space="preserve">[12:19] </w:t>
      </w:r>
      <w:r>
        <w:t>unhon ne kaha ke main tum ko ek sau lakdi marunga, acha hone ke baad. jab acha ho jaunga, tum ko lakdi se ek sau lakdi marunga.</w:t>
      </w:r>
    </w:p>
    <w:p>
      <w:pPr>
        <w:jc w:val="right"/>
      </w:pPr>
      <w:r>
        <w:t>انہوں نے کہا کہ میں تم کو ایک سو لکڑی ماروں گا، اچھا ہونے کے بعد۔ جب اچھا ہو جاؤں گا، تم کو لکڑی سے ایک سو لکڑی ماروں گا۔</w:t>
      </w:r>
    </w:p>
    <w:p>
      <w:r>
        <w:rPr>
          <w:b/>
        </w:rPr>
        <w:t xml:space="preserve">[12:31] </w:t>
      </w:r>
      <w:r>
        <w:t>acha, is ke baad Allah ne un ko acha kar diya.</w:t>
      </w:r>
    </w:p>
    <w:p>
      <w:pPr>
        <w:jc w:val="right"/>
      </w:pPr>
      <w:r>
        <w:t>اچھا، اس کے بعد اللہ نے ان کو اچھا کر دیا۔</w:t>
      </w:r>
    </w:p>
    <w:p>
      <w:r>
        <w:rPr>
          <w:b/>
        </w:rPr>
        <w:t xml:space="preserve">[12:36] </w:t>
      </w:r>
      <w:r>
        <w:t>to ab jab un ko, ab woh ache ho gaye aur normal ho gaye, normal, to un ko yeh baat theek nahi lagi ke main apni biwi ko jo itni khidmat kiya, us ne mujhe, us ko sau lakdi marun.</w:t>
      </w:r>
    </w:p>
    <w:p>
      <w:pPr>
        <w:jc w:val="right"/>
      </w:pPr>
      <w:r>
        <w:t>تو اب جب ان کو، اب وہ اچھے ہو گئے اور نارمل ہو گئے، نارمل، تو ان کو یہ بات ٹھیک نہیں لگی کہ میں اپنی بیوی کو جو اتنی خدمت کیا، اس نے مجھے، اس کو سو لکڑی ماروں۔</w:t>
      </w:r>
    </w:p>
    <w:p>
      <w:r>
        <w:rPr>
          <w:b/>
        </w:rPr>
        <w:t xml:space="preserve">[12:50] </w:t>
      </w:r>
      <w:r>
        <w:t>to Quran mein aur Bible mein dono mein yeh qissa hai. aap parh sakte hain. is waqt Allah taala ne unhein ek creative solution bataya, creative solution.</w:t>
      </w:r>
    </w:p>
    <w:p>
      <w:pPr>
        <w:jc w:val="right"/>
      </w:pPr>
      <w:r>
        <w:t>تو قرآن میں اور بائبل میں دونوں میں یہ قصہ ہے۔ آپ پڑھ سکتے ہیں۔ اس وقت اللہ تعالی نے انہیں ایک کریئیٹیو سلوشن بتایا، کریئیٹیو سلوشن۔</w:t>
      </w:r>
    </w:p>
    <w:p>
      <w:r>
        <w:rPr>
          <w:b/>
        </w:rPr>
        <w:t xml:space="preserve">[13:05] </w:t>
      </w:r>
      <w:r>
        <w:t>woh kya? ke ek jharoo le lo, jharoo, is mein ek sau sank ho</w:t>
      </w:r>
    </w:p>
    <w:p>
      <w:pPr>
        <w:jc w:val="right"/>
      </w:pPr>
      <w:r>
        <w:t>وہ کیا؟ کہ ایک جھاڑو لے لو، جھاڑو، اس میں ایک سو سینک ہو</w:t>
      </w:r>
    </w:p>
    <w:p>
      <w:r>
        <w:rPr>
          <w:b/>
        </w:rPr>
        <w:t xml:space="preserve">[13:14] </w:t>
      </w:r>
      <w:r>
        <w:t>aur ek baar is ko aise mar do.</w:t>
      </w:r>
    </w:p>
    <w:p>
      <w:pPr>
        <w:jc w:val="right"/>
      </w:pPr>
      <w:r>
        <w:t>اور ایک بار اس کو ایسے مار دو۔</w:t>
      </w:r>
    </w:p>
    <w:p>
      <w:r>
        <w:rPr>
          <w:b/>
        </w:rPr>
        <w:t xml:space="preserve">[13:19] </w:t>
      </w:r>
      <w:r>
        <w:t>to woh sau baar jo marne ki baat hai, woh poori ho jayegi. that was a creative solution. kitna beautiful solution hai yeh.</w:t>
      </w:r>
    </w:p>
    <w:p>
      <w:pPr>
        <w:jc w:val="right"/>
      </w:pPr>
      <w:r>
        <w:t>تو وہ سو بار جو مارنے کی بات ہے، وہ پوری ہو جائے گی۔ دیٹ واز ا کریئیٹیو سلوشن۔ کتنا بیوٹی فل سلوشن ہے یہ۔</w:t>
      </w:r>
    </w:p>
    <w:p>
      <w:r>
        <w:rPr>
          <w:b/>
        </w:rPr>
        <w:t xml:space="preserve">[13:31] </w:t>
      </w:r>
      <w:r>
        <w:t>unhon ne qasam kha liya tha ke main qasam khata hoon ke tum ko marunga main. to qasam bhi poori ho gayi aur koi naya problem create nahi hua.</w:t>
      </w:r>
    </w:p>
    <w:p>
      <w:pPr>
        <w:jc w:val="right"/>
      </w:pPr>
      <w:r>
        <w:t>انہوں نے قسم کھا لیا تھا کہ میں قسم کھاتا ہوں کہ تم کو ماروں گا میں۔ تو قسم بھی پوری ہو گئی اور کوئی نیا پرابلم کریئیٹ نہیں ہوا۔</w:t>
      </w:r>
    </w:p>
    <w:p>
      <w:r>
        <w:rPr>
          <w:b/>
        </w:rPr>
        <w:t xml:space="preserve">[13:41] </w:t>
      </w:r>
      <w:r>
        <w:t>ek bohat hi beautiful misaal hai Quran mein aur Bible mein is baat ko janne ke liye ke what is creative solution, what is ijtihadi hal.</w:t>
      </w:r>
    </w:p>
    <w:p>
      <w:pPr>
        <w:jc w:val="right"/>
      </w:pPr>
      <w:r>
        <w:t>ایک بہت ہی بیوٹی فل مثال ہے قرآن میں اور بائبل میں اس بات کو جاننے کے لیے کہ واٹ از کریئیٹیو سلوشن، واٹ از اجتہادی حل۔</w:t>
      </w:r>
    </w:p>
    <w:p>
      <w:r>
        <w:rPr>
          <w:b/>
        </w:rPr>
        <w:t xml:space="preserve">[13:55] </w:t>
      </w:r>
      <w:r>
        <w:t>aise hi dekhein, main aap ko ek aur misaal deta hoon rasool Allah ke zamane ki.</w:t>
      </w:r>
    </w:p>
    <w:p>
      <w:pPr>
        <w:jc w:val="right"/>
      </w:pPr>
      <w:r>
        <w:t>ایسے ہی دیکھیں، میں آپ کو ایک اور مثال دیتا ہوں رسول اللہ کے زمانے کی۔</w:t>
      </w:r>
    </w:p>
    <w:p>
      <w:r>
        <w:rPr>
          <w:b/>
        </w:rPr>
        <w:t xml:space="preserve">[14:07] </w:t>
      </w:r>
      <w:r>
        <w:t>hijrat ke baad jab rasool Allah Madine mein thay to Madine se kuch faasle par Bano Quraiza ki abadiyan theen.</w:t>
      </w:r>
    </w:p>
    <w:p>
      <w:pPr>
        <w:jc w:val="right"/>
      </w:pPr>
      <w:r>
        <w:t>ہجرت کے بعد جب رسول اللہ مدینے میں تھے تو مدینے سے کچھ فاصلے پر بنو قریضہ کی آبادی تھیں۔</w:t>
      </w:r>
    </w:p>
    <w:p>
      <w:r>
        <w:rPr>
          <w:b/>
        </w:rPr>
        <w:t xml:space="preserve">[14:22] </w:t>
      </w:r>
      <w:r>
        <w:t>unhon ne wahan par ek purane tarz ka qila hua karta tha, woh bana liya wahan par. to ek martaba rasool Allah sallallahu alaihi wasallam ne, yeh Sulah Hudaibiyah ke baad ka waqea hai, yeh Sahaba ka ek dasta bheja Madine se Quraiza ki bastiyon ki taraf.</w:t>
      </w:r>
    </w:p>
    <w:p>
      <w:pPr>
        <w:jc w:val="right"/>
      </w:pPr>
      <w:r>
        <w:t>انہوں نے وہاں پر ایک پرانے طرز کا قلعہ ہوا کرتا تھا، وہ بنا لیا وہاں پر۔ تو ایک مرتبہ رسول اللہ صلی اللہ علیہ وسلم نے، یہ صلح حدیبیہ کے بعد کا واقعہ ہے، یہ صحابہ کا ایک دستہ بھیجا مدینہ سے قریضہ کی بستیوں کی طرف۔</w:t>
      </w:r>
    </w:p>
    <w:p>
      <w:r>
        <w:rPr>
          <w:b/>
        </w:rPr>
        <w:t xml:space="preserve">[14:49] </w:t>
      </w:r>
      <w:r>
        <w:t>zuhr baad aap ne bheja tha un ko, zuhr ki namaz ke baad, aur aap ne bhejte hue yeh naseehat ki thi ke la yusalliyan ahdakum al-asr illa fi Bano Quraiza.</w:t>
      </w:r>
    </w:p>
    <w:p>
      <w:pPr>
        <w:jc w:val="right"/>
      </w:pPr>
      <w:r>
        <w:t>ظہر بعد آپ نے بھیجا تھا ان کو، ظہر کی نماز کے بعد، اور آپ نے بھیجتے ہوئے یہ نصیحت کی تھی کہ لا یصلین عہدکم العصر الا فی بنی قریضہ۔</w:t>
      </w:r>
    </w:p>
    <w:p>
      <w:r>
        <w:rPr>
          <w:b/>
        </w:rPr>
        <w:t xml:space="preserve">[15:10] </w:t>
      </w:r>
      <w:r>
        <w:t>la yusalliyan ahdakum al-asr illa fi</w:t>
      </w:r>
    </w:p>
    <w:p>
      <w:pPr>
        <w:jc w:val="right"/>
      </w:pPr>
      <w:r>
        <w:t>لا یصلین عہدکم العصر الا فی</w:t>
      </w:r>
    </w:p>
    <w:p>
      <w:r>
        <w:rPr>
          <w:b/>
        </w:rPr>
        <w:t xml:space="preserve">[15:13] </w:t>
      </w:r>
      <w:r>
        <w:t>bano qareza. is ka tarjuma ye hai ke tum mein se koi shakhs hargiz asar ki namaz na parhe is waqt tak jab tak ke wo bano qareza ki basti mein na pohnch jae.</w:t>
      </w:r>
    </w:p>
    <w:p>
      <w:pPr>
        <w:jc w:val="right"/>
      </w:pPr>
      <w:r>
        <w:t>بنی قریضہ۔ اس کا ترجمہ یہ ہے کہ تم میں سے کوئی شخص ہرگز عصر کی نماز نہ پڑھے اس وقت تک جب تک کہ وہ بنو قریضہ کی بستی میں نہ پہنچ جائے۔</w:t>
      </w:r>
    </w:p>
    <w:p>
      <w:r>
        <w:rPr>
          <w:b/>
        </w:rPr>
        <w:t xml:space="preserve">[15:26] </w:t>
      </w:r>
      <w:r>
        <w:t>goya taakidi naseehat thi, taakidi.</w:t>
      </w:r>
    </w:p>
    <w:p>
      <w:pPr>
        <w:jc w:val="right"/>
      </w:pPr>
      <w:r>
        <w:t>گویا تاکیدی نصیحت تھی، تاکیدی۔</w:t>
      </w:r>
    </w:p>
    <w:p>
      <w:r>
        <w:rPr>
          <w:b/>
        </w:rPr>
        <w:t xml:space="preserve">[15:30] </w:t>
      </w:r>
      <w:r>
        <w:t>tum mein se koi, koi, koi shakhs, koi ek shakhs bhi, ahadkum, ahadkum ka lafz hai ke tum mein se koi shakhs asar ki namaz hargiz na parhe jab tak wo pohnch na jae bano qareza ki basti mein.</w:t>
      </w:r>
    </w:p>
    <w:p>
      <w:pPr>
        <w:jc w:val="right"/>
      </w:pPr>
      <w:r>
        <w:t>تم میں سے کوئی، کوئی، کوئی شخص، کوئی ایک شخص بھی، عہدکم، عہدکم کا لفظ ہے کہ تم میں سے کوئی شخص عصر کی نماز ہرگز نہ پڑھے جب تک وہ پہنچ نہ جائے بنو قریضہ کی بستی میں۔</w:t>
      </w:r>
    </w:p>
    <w:p>
      <w:r>
        <w:rPr>
          <w:b/>
        </w:rPr>
        <w:t xml:space="preserve">[15:48] </w:t>
      </w:r>
      <w:r>
        <w:t>to is zamane mein aap jante hain ke wo log oont par sawar hua karta tha.</w:t>
      </w:r>
    </w:p>
    <w:p>
      <w:pPr>
        <w:jc w:val="right"/>
      </w:pPr>
      <w:r>
        <w:t>تو اس زمانے میں آپ جانتے ہیں کہ وہ لوگ اونٹ پر سوار ہوا کرتا تھا۔</w:t>
      </w:r>
    </w:p>
    <w:p>
      <w:r>
        <w:rPr>
          <w:b/>
        </w:rPr>
        <w:t xml:space="preserve">[15:53] </w:t>
      </w:r>
      <w:r>
        <w:t>to aage jab chale to laga ke suraj to surkhi aa gai, suraj mein bohat jald gharoob ho jaega.</w:t>
      </w:r>
    </w:p>
    <w:p>
      <w:pPr>
        <w:jc w:val="right"/>
      </w:pPr>
      <w:r>
        <w:t>تو آگے جب چلے تو لگا کہ سورج تو سرخی آ گئی، سورج میں بہت جلد غروب ہو جائے گا۔</w:t>
      </w:r>
    </w:p>
    <w:p>
      <w:r>
        <w:rPr>
          <w:b/>
        </w:rPr>
        <w:t xml:space="preserve">[16:04] </w:t>
      </w:r>
      <w:r>
        <w:t>to unhon ne andaza kiya ke agar hum chalte rahen bano qareza ki basti tak pohnchne ka intezar karen to us waqt suraj doob chuka hoga.</w:t>
      </w:r>
    </w:p>
    <w:p>
      <w:pPr>
        <w:jc w:val="right"/>
      </w:pPr>
      <w:r>
        <w:t>تو انہوں نے اندازہ کیا کہ اگر ہم چلتے رہیں بنو قریضہ کی بستی تک پہنچنے کا انتظار کریں تو اس وقت سورج ڈوب چکا ہوگا۔</w:t>
      </w:r>
    </w:p>
    <w:p>
      <w:r>
        <w:rPr>
          <w:b/>
        </w:rPr>
        <w:t xml:space="preserve">[16:18] </w:t>
      </w:r>
      <w:r>
        <w:t>yani sunset ho chuka hoga.</w:t>
      </w:r>
    </w:p>
    <w:p>
      <w:pPr>
        <w:jc w:val="right"/>
      </w:pPr>
      <w:r>
        <w:t>یعنی سن سیٹ ہو چکا ہوگا۔</w:t>
      </w:r>
    </w:p>
    <w:p>
      <w:r>
        <w:rPr>
          <w:b/>
        </w:rPr>
        <w:t xml:space="preserve">[16:21] </w:t>
      </w:r>
      <w:r>
        <w:t>sunset ka matlab ye hai ke asar ki namaz ka waqt khatm.</w:t>
      </w:r>
    </w:p>
    <w:p>
      <w:pPr>
        <w:jc w:val="right"/>
      </w:pPr>
      <w:r>
        <w:t>سن سیٹ کا مطلب یہ ہے کہ عصر کی نماز کا وقت ختم۔</w:t>
      </w:r>
    </w:p>
    <w:p>
      <w:r>
        <w:rPr>
          <w:b/>
        </w:rPr>
        <w:t xml:space="preserve">[16:27] </w:t>
      </w:r>
      <w:r>
        <w:t>to sahaba mein se kuch logon ne literal taur par liya, wo chalte hi rahen, chalte rahen. kuch logon ne kaha ke nahi, hum pehle namaz parh lete hain waqt ke andar.</w:t>
      </w:r>
    </w:p>
    <w:p>
      <w:pPr>
        <w:jc w:val="right"/>
      </w:pPr>
      <w:r>
        <w:t>تو صحابہ میں سے کچھ لوگوں نے لٹرل طور پر لیا، وہ چلتے ہی رہے، چلتے رہے۔ کچھ لوگوں نے کہا کہ نہیں، ہم پہلے نماز پڑھ لیتے ہیں وقت کے اندر۔</w:t>
      </w:r>
    </w:p>
    <w:p>
      <w:r>
        <w:rPr>
          <w:b/>
        </w:rPr>
        <w:t xml:space="preserve">[16:41] </w:t>
      </w:r>
      <w:r>
        <w:t>to unhon ne beech mein ruk kar ke namaz parhi.</w:t>
      </w:r>
    </w:p>
    <w:p>
      <w:pPr>
        <w:jc w:val="right"/>
      </w:pPr>
      <w:r>
        <w:t>تو انہوں نے بیچ میں رک کر کے نماز پڑھی۔</w:t>
      </w:r>
    </w:p>
    <w:p>
      <w:r>
        <w:rPr>
          <w:b/>
        </w:rPr>
        <w:t xml:space="preserve">[16:45] </w:t>
      </w:r>
      <w:r>
        <w:t>aap dekhen ke ye jo namaz parh li beech mein to ab literal taur par agar dekhiye to rasool Allah ke ka jo direction tha, us ke bilkul khilaf tha ye</w:t>
      </w:r>
    </w:p>
    <w:p>
      <w:pPr>
        <w:jc w:val="right"/>
      </w:pPr>
      <w:r>
        <w:t>آپ دیکھیں کہ یہ جو نماز پڑھ لی بیچ میں تو اب لٹرل طور پر اگر دیکھیے تو رسول اللہ کے کا جو ڈائریکشن تھا، اس کے بالکل خلاف تھا یہ</w:t>
      </w:r>
    </w:p>
    <w:p>
      <w:r>
        <w:rPr>
          <w:b/>
        </w:rPr>
        <w:t xml:space="preserve">[17:00] </w:t>
      </w:r>
      <w:r>
        <w:t>ke bano qareza ki basti mein pohnchne se pehle namaz parh lena.</w:t>
      </w:r>
    </w:p>
    <w:p>
      <w:pPr>
        <w:jc w:val="right"/>
      </w:pPr>
      <w:r>
        <w:t>کہ بنو قریضہ کی بستی میں پہنچنے سے پہلے نماز پڑھ لینا۔</w:t>
      </w:r>
    </w:p>
    <w:p>
      <w:r>
        <w:rPr>
          <w:b/>
        </w:rPr>
        <w:t xml:space="preserve">[17:07] </w:t>
      </w:r>
      <w:r>
        <w:t>lekin unhon ne kaha kaise is ko explain kiya?</w:t>
      </w:r>
    </w:p>
    <w:p>
      <w:pPr>
        <w:jc w:val="right"/>
      </w:pPr>
      <w:r>
        <w:t>لیکن انہوں نے کہا کیسے اس کو ایکسپلین کیا؟</w:t>
      </w:r>
    </w:p>
    <w:p>
      <w:r>
        <w:rPr>
          <w:b/>
        </w:rPr>
        <w:t xml:space="preserve">[17:11] </w:t>
      </w:r>
      <w:r>
        <w:t>jin logon ne pehle namaz parh li, unhon ne is ko explain is tarah kiya ke aap, unhon ne kaha ke inma aradah al-sair.</w:t>
      </w:r>
    </w:p>
    <w:p>
      <w:pPr>
        <w:jc w:val="right"/>
      </w:pPr>
      <w:r>
        <w:t>جن لوگوں نے پہلے نماز پڑھ لی، انہوں نے اس کو ایکسپلین اس طرح کیا کہ آپ، انہوں نے کہا کہ انما ارادہ السیر۔</w:t>
      </w:r>
    </w:p>
    <w:p>
      <w:r>
        <w:rPr>
          <w:b/>
        </w:rPr>
        <w:t xml:space="preserve">[17:24] </w:t>
      </w:r>
      <w:r>
        <w:t>rasool Allah ne jab aisa kaha tha to aap ka matlab ye tha ke tum tez chal kar jao. ye matlab ye nahi tha ke bano qareza ki bastiyan ja kar hi namaz parhna, ye matlab nahi</w:t>
      </w:r>
    </w:p>
    <w:p>
      <w:pPr>
        <w:jc w:val="right"/>
      </w:pPr>
      <w:r>
        <w:t>رسول اللہ نے جب ایسا کہا تھا تو آپ کا مطلب یہ تھا کہ تم تیز چل کر جاؤ۔ یہ مطلب یہ نہیں تھا کہ بنو قریضہ کی بستیاں جا کر ہی نماز پڑھنا، یہ مطلب نہیں</w:t>
      </w:r>
    </w:p>
    <w:p>
      <w:r>
        <w:rPr>
          <w:b/>
        </w:rPr>
        <w:t xml:space="preserve">[17:37] </w:t>
      </w:r>
      <w:r>
        <w:t>tha. matlab tha ke khoob tez tez chal kar rawana ho, safar tezi se karo. inma aradah al-sair. kitna beautiful example hai is baat ka ke kaise jab koi crisis paida ho,</w:t>
      </w:r>
    </w:p>
    <w:p>
      <w:pPr>
        <w:jc w:val="right"/>
      </w:pPr>
      <w:r>
        <w:t>تھا۔ مطلب تھا کہ خوب تیز تیز چل کر روانہ ہو، سفر تیزی سے کرو۔ انما ارادہ السیر۔ کتنا بیوٹی فل ایگزیمپل ہے اس بات کا کہ کیسے جب کوئی کرائسز پیدا ہو،</w:t>
      </w:r>
    </w:p>
    <w:p>
      <w:r>
        <w:rPr>
          <w:b/>
        </w:rPr>
        <w:t xml:space="preserve">[17:53] </w:t>
      </w:r>
      <w:r>
        <w:t>koi naya problem paida ho to aap ijtihad kar ke ek creative solution daryaft karen.</w:t>
      </w:r>
    </w:p>
    <w:p>
      <w:pPr>
        <w:jc w:val="right"/>
      </w:pPr>
      <w:r>
        <w:t>کوئی نیا پرابلم پیدا ہو تو آپ اجتہاد کر کے ایک کریئیٹیو سلوشن دریافت کریں۔</w:t>
      </w:r>
    </w:p>
    <w:p>
      <w:r>
        <w:rPr>
          <w:b/>
        </w:rPr>
        <w:t xml:space="preserve">[18:02] </w:t>
      </w:r>
      <w:r>
        <w:t>creative solution. to ye jo kiya sahaba ne, ye inhiraf nahi tha, ye rasool Allah ke hukum ko chhodna nahi tha.</w:t>
      </w:r>
    </w:p>
    <w:p>
      <w:pPr>
        <w:jc w:val="right"/>
      </w:pPr>
      <w:r>
        <w:t>کریئیٹیو سلوشن۔ تو یہ جو کیا صحابہ نے، یہ انحراف نہیں تھا، یہ رسول اللہ کے حکم کو چھوڑنا نہیں تھا۔</w:t>
      </w:r>
    </w:p>
    <w:p>
      <w:r>
        <w:rPr>
          <w:b/>
        </w:rPr>
        <w:t xml:space="preserve">[18:13] </w:t>
      </w:r>
      <w:r>
        <w:t>rasool Allah ke hukum ki redefinition dena tha. unhon ne rasool Allah ke hukum ko re-define kiya.</w:t>
      </w:r>
    </w:p>
    <w:p>
      <w:pPr>
        <w:jc w:val="right"/>
      </w:pPr>
      <w:r>
        <w:t>رسول اللہ کے حکم کی ری ڈیفینیشن دینا تھا۔ انہوں نے رسول اللہ کے حکم کو ری ڈیفائن کیا۔</w:t>
      </w:r>
    </w:p>
    <w:p>
      <w:r>
        <w:rPr>
          <w:b/>
        </w:rPr>
        <w:t xml:space="preserve">[18:23] </w:t>
      </w:r>
      <w:r>
        <w:t>ye hai ijtihad</w:t>
      </w:r>
    </w:p>
    <w:p>
      <w:pPr>
        <w:jc w:val="right"/>
      </w:pPr>
      <w:r>
        <w:t>یہ ہے اجتہاد</w:t>
      </w:r>
    </w:p>
    <w:p>
      <w:r>
        <w:rPr>
          <w:b/>
        </w:rPr>
        <w:t xml:space="preserve">[18:26] </w:t>
      </w:r>
      <w:r>
        <w:t>. is ijtihad ke baghair zindagi gaadi ruk jaegi, blind alley mein phans jaenge aap ijtihad ke baghair. kyunke zindagi mein har bar changes ate hain,</w:t>
      </w:r>
    </w:p>
    <w:p>
      <w:pPr>
        <w:jc w:val="right"/>
      </w:pPr>
      <w:r>
        <w:t>۔ اس اجتہاد کے بغیر زندگی گاڑی رک جائے گی، بلائنڈ ایلی میں پھنس جائیں گے آپ اجتہاد کے بغیر۔ کیونکہ زندگی میں ہر بار چینجز آتے ہیں،</w:t>
      </w:r>
    </w:p>
    <w:p>
      <w:r>
        <w:rPr>
          <w:b/>
        </w:rPr>
        <w:t xml:space="preserve">[18:39] </w:t>
      </w:r>
      <w:r>
        <w:t>bar bar naye problem ate hain, naye naye challenges. to agar aap budh jaen, budh jaen kuch apne banaye hue usoolon ke tehat to kya hoga?</w:t>
      </w:r>
    </w:p>
    <w:p>
      <w:pPr>
        <w:jc w:val="right"/>
      </w:pPr>
      <w:r>
        <w:t>بار بار نئے پرابلم آتے ہیں، نئے نئے چیلنجز۔ تو اگر آپ بدھ جائیں، بدھ جائیں کچھ اپنے بنائے ہوئے اصولوں کے تحت تو کیا ہوگا؟</w:t>
      </w:r>
    </w:p>
    <w:p>
      <w:r>
        <w:rPr>
          <w:b/>
        </w:rPr>
        <w:t xml:space="preserve">[18:54] </w:t>
      </w:r>
      <w:r>
        <w:t>aap ki gaadi kisi blind alley mein phans jaegi. to har lamha zaroorat hai ijtihad ki, har lamha zaroorat hai re-define karne ki, har lamha zaroorat hai re-explain karne ki, har lamha zaroorat hai koi creative solution daryaft karne ki.</w:t>
      </w:r>
    </w:p>
    <w:p>
      <w:pPr>
        <w:jc w:val="right"/>
      </w:pPr>
      <w:r>
        <w:t>آپ کی گاڑی کسی بلائنڈ ایلی میں پھنس جائے گی۔ تو ہر لمحہ ضرورت ہے اجتہاد کی، ہر لمحہ ضرورت ہے ری ڈیفائن کرنے کی، ہر لمحہ ضرورت ہے ری ایکسپلین کرنے کی، ہر لمحہ ضرورت ہے کوئی کریئیٹیو سلوشن دریافت کرنے کی۔</w:t>
      </w:r>
    </w:p>
    <w:p>
      <w:r>
        <w:rPr>
          <w:b/>
        </w:rPr>
        <w:t xml:space="preserve">[19:15] </w:t>
      </w:r>
      <w:r>
        <w:t>ab aap ek aur misal lijie.</w:t>
      </w:r>
    </w:p>
    <w:p>
      <w:pPr>
        <w:jc w:val="right"/>
      </w:pPr>
      <w:r>
        <w:t>اب آپ ایک اور مثال لیجئے۔</w:t>
      </w:r>
    </w:p>
    <w:p>
      <w:r>
        <w:rPr>
          <w:b/>
        </w:rPr>
        <w:t xml:space="preserve">[19:20] </w:t>
      </w:r>
      <w:r>
        <w:t>rasool Allah sal Allah alaihi wasallam ne, aap jante hain ke Makkah mein apni dawat shuru ki 600, 10 isvi mein, 610 AD mein.</w:t>
      </w:r>
    </w:p>
    <w:p>
      <w:pPr>
        <w:jc w:val="right"/>
      </w:pPr>
      <w:r>
        <w:t>رسول اللہ صلی اللہ علیہ وسلم نے، آپ جانتے ہیں کہ مکہ میں اپنی دعوت شروع کی 600، 10 عیسوی میں، 610 اے ڈی میں۔</w:t>
      </w:r>
    </w:p>
    <w:p>
      <w:r>
        <w:rPr>
          <w:b/>
        </w:rPr>
        <w:t xml:space="preserve">[19:36] </w:t>
      </w:r>
      <w:r>
        <w:t>is waqt wahan par mushrik log hua karte thay, un ka wahi dominate kar rahe thay, wahi unhi ke qabze mein sab kuch tha.</w:t>
      </w:r>
    </w:p>
    <w:p>
      <w:pPr>
        <w:jc w:val="right"/>
      </w:pPr>
      <w:r>
        <w:t>اس وقت وہاں پر مشرک لوگ ہوا کرتے تھے، ان کا وہی ڈومینیٹ کر رہے تھے، وہی انہی کے قبضے میں سب کچھ تھا۔</w:t>
      </w:r>
    </w:p>
    <w:p>
      <w:r>
        <w:rPr>
          <w:b/>
        </w:rPr>
        <w:t xml:space="preserve">[19:48] </w:t>
      </w:r>
      <w:r>
        <w:t>to wo aap ke sakht mukhalif ban gaye, bohat zyada oppose karne lage, yahan tak ke wo zulm karne lage, maar peet bhi ki unho ne.</w:t>
      </w:r>
    </w:p>
    <w:p>
      <w:pPr>
        <w:jc w:val="right"/>
      </w:pPr>
      <w:r>
        <w:t>تو وہ آپ کے سخت مخالف بن گئے، بہت زیادہ اپوز کرنے لگے، یہاں تک کہ وہ ظلم کرنے لگے، مار پیٹ بھی کیا انہوں نے۔</w:t>
      </w:r>
    </w:p>
    <w:p>
      <w:r>
        <w:rPr>
          <w:b/>
        </w:rPr>
        <w:t xml:space="preserve">[20:04] </w:t>
      </w:r>
      <w:r>
        <w:t>yahan tak ke unho ne yeh tay kiya ke ke rasool aur un ke saathi ya to makka chhoden, nahi to hum un ko qatl kar den ge.</w:t>
      </w:r>
    </w:p>
    <w:p>
      <w:pPr>
        <w:jc w:val="right"/>
      </w:pPr>
      <w:r>
        <w:t>یہاں تک کہ انہوں نے یہ طے کیا کہ کہ رسول اور ان کے ساتھی یا تو مکہ چھوڑیں، نہیں تو ہم ان کو قتل کر دیں گے۔</w:t>
      </w:r>
    </w:p>
    <w:p>
      <w:r>
        <w:rPr>
          <w:b/>
        </w:rPr>
        <w:t xml:space="preserve">[20:15] </w:t>
      </w:r>
      <w:r>
        <w:t>un ki ek tribal parliament hua karti thi, darul-nadwah. darul-nadwah mein unho ne yeh consistence ke sath yeh faisla liya ke muhammad aur un ke saathi ya to chhoden makka, nahi to hum ko qatl kar den ge.</w:t>
      </w:r>
    </w:p>
    <w:p>
      <w:pPr>
        <w:jc w:val="right"/>
      </w:pPr>
      <w:r>
        <w:t>ان کی ایک ٹرائبل پارلیمنٹ ہوا کرتی تھی، دارالندوہ۔ دارالندوہ میں انہوں نے یہ کنسسٹنس کے ساتھ یہ فیصلہ لیا کہ محمد اور ان کے ساتھی یا تو چھوڑیں مکہ، نہیں تو ہم کو قتل کر دیں گے۔</w:t>
      </w:r>
    </w:p>
    <w:p>
      <w:r>
        <w:rPr>
          <w:b/>
        </w:rPr>
        <w:t xml:space="preserve">[20:35] </w:t>
      </w:r>
      <w:r>
        <w:t>to hazrat umar jo thay, bohat bahadur aadmi thay, wo tayyar ho gaye jihad karne ke liye. rasool allah ne kya farmaya?</w:t>
      </w:r>
    </w:p>
    <w:p>
      <w:pPr>
        <w:jc w:val="right"/>
      </w:pPr>
      <w:r>
        <w:t>تو حضرت عمر جو تھے، بہت بہادر آدمی تھے، وہ تیار ہو گئے جہاد کرنے کے لیے۔ رسول اللہ نے کیا فرمایا؟</w:t>
      </w:r>
    </w:p>
    <w:p>
      <w:r>
        <w:rPr>
          <w:b/>
        </w:rPr>
        <w:t xml:space="preserve">[20:46] </w:t>
      </w:r>
      <w:r>
        <w:t>ya umar, ana qaleel. aye umar, hum thode hain. yeh dekhen, yeh bahaduri nahi hai ke aap bas koi situation create ho, aap lad jaen.</w:t>
      </w:r>
    </w:p>
    <w:p>
      <w:pPr>
        <w:jc w:val="right"/>
      </w:pPr>
      <w:r>
        <w:t>یا عمر، انا قلیل۔ اے عمر، ہم تھوڑے ہیں۔ یہ دیکھیں، یہ بہادری نہیں ہے کہ آپ بس کوئی سچوئیشن کریئیٹ ہو، آپ لڑ جائیں۔</w:t>
      </w:r>
    </w:p>
    <w:p>
      <w:r>
        <w:rPr>
          <w:b/>
        </w:rPr>
        <w:t xml:space="preserve">[20:57] </w:t>
      </w:r>
      <w:r>
        <w:t>yeh bahaduri nahi hai, yeh yeh hai be deen, be danishi,</w:t>
      </w:r>
    </w:p>
    <w:p>
      <w:pPr>
        <w:jc w:val="right"/>
      </w:pPr>
      <w:r>
        <w:t>یہ بہادری نہیں ہے، یہ یہ ہے بے دین، بے دانشی،</w:t>
      </w:r>
    </w:p>
    <w:p>
      <w:r>
        <w:rPr>
          <w:b/>
        </w:rPr>
        <w:t xml:space="preserve">[21:06] </w:t>
      </w:r>
      <w:r>
        <w:t>stupidity.</w:t>
      </w:r>
    </w:p>
    <w:p>
      <w:pPr>
        <w:jc w:val="right"/>
      </w:pPr>
      <w:r>
        <w:t>اسٹیپیڈیٹی۔</w:t>
      </w:r>
    </w:p>
    <w:p>
      <w:r>
        <w:rPr>
          <w:b/>
        </w:rPr>
        <w:t xml:space="preserve">[21:10] </w:t>
      </w:r>
      <w:r>
        <w:t>agar yeh bahaduri hoti to rasool allah lad jaate.</w:t>
      </w:r>
    </w:p>
    <w:p>
      <w:pPr>
        <w:jc w:val="right"/>
      </w:pPr>
      <w:r>
        <w:t>اگر یہ بہادری ہوتی تو رسول اللہ لڑ جاتے۔</w:t>
      </w:r>
    </w:p>
    <w:p>
      <w:r>
        <w:rPr>
          <w:b/>
        </w:rPr>
        <w:t xml:space="preserve">[21:14] </w:t>
      </w:r>
      <w:r>
        <w:t>to aap ne nai planning ki, saare mamle ki nai planning ki, yani aap ne apne workplace ko badal diya.</w:t>
      </w:r>
    </w:p>
    <w:p>
      <w:pPr>
        <w:jc w:val="right"/>
      </w:pPr>
      <w:r>
        <w:t>تو آپ نے نئی پلاننگ کی، سارے معاملے کی نئی پلاننگ کی، یعنی آپ نے اپنے ورک پلیس کو بدل دیا۔</w:t>
      </w:r>
    </w:p>
    <w:p>
      <w:r>
        <w:rPr>
          <w:b/>
        </w:rPr>
        <w:t xml:space="preserve">[21:26] </w:t>
      </w:r>
      <w:r>
        <w:t>kaisi ajeeb yeh wisdom hai ke makka ke bajaye aap madina aa gaye. mission wahi tha, tauheed ka mission, lekin workplace aap ne badal diya.</w:t>
      </w:r>
    </w:p>
    <w:p>
      <w:pPr>
        <w:jc w:val="right"/>
      </w:pPr>
      <w:r>
        <w:t>کیسی عجیب یہ وزڈم ہے کہ مکہ کے بجائے آپ مدینہ آ گئے۔ مشن وہی تھا، توحید کا مشن، لیکن ورک پلیس آپ نے بدل دیا۔</w:t>
      </w:r>
    </w:p>
    <w:p>
      <w:r>
        <w:rPr>
          <w:b/>
        </w:rPr>
        <w:t xml:space="preserve">[21:42] </w:t>
      </w:r>
      <w:r>
        <w:t>jahan takrao ka andesha tha, wahan chhod kar wahan aa gaye jahan takrao ka andesha nahi tha, makke mein ko chhod kar madine mein. lekin kya hua?</w:t>
      </w:r>
    </w:p>
    <w:p>
      <w:pPr>
        <w:jc w:val="right"/>
      </w:pPr>
      <w:r>
        <w:t>جہاں ٹکراؤ کا اندیشہ تھا، وہاں چھوڑ کر وہاں آ گئے جہاں ٹکراؤ کا اندیشہ نہیں تھا، مکے میں کو چھوڑ کر مدینے میں۔ لیکن کیا ہوا؟</w:t>
      </w:r>
    </w:p>
    <w:p>
      <w:r>
        <w:rPr>
          <w:b/>
        </w:rPr>
        <w:t xml:space="preserve">[21:53] </w:t>
      </w:r>
      <w:r>
        <w:t>wo log jo thay, wo tribal age tha, wo ladne peene ke siwa kuch aur jante nahi thay. to hijrat ke baad bhi unho ne ladai chhod di.</w:t>
      </w:r>
    </w:p>
    <w:p>
      <w:pPr>
        <w:jc w:val="right"/>
      </w:pPr>
      <w:r>
        <w:t>وہ لوگ جو تھے، وہ ٹرائبل ایج تھا، وہ لڑنے پینے کے سوا کچھ اور جانتے نہیں تھے۔ تو ہجرت کے بعد بھی انہوں نے لڑائی چھوڑ دی۔</w:t>
      </w:r>
    </w:p>
    <w:p>
      <w:r>
        <w:rPr>
          <w:b/>
        </w:rPr>
        <w:t xml:space="preserve">[22:06] </w:t>
      </w:r>
      <w:r>
        <w:t>badr ki ladai hui, uhud ki ladai hui, hunain ki ladai hui.</w:t>
      </w:r>
    </w:p>
    <w:p>
      <w:pPr>
        <w:jc w:val="right"/>
      </w:pPr>
      <w:r>
        <w:t>بد کی لڑائی ہوئی، احد کی لڑائی ہوئی، حنین کی لڑائی ہوئی۔</w:t>
      </w:r>
    </w:p>
    <w:p>
      <w:r>
        <w:rPr>
          <w:b/>
        </w:rPr>
        <w:t xml:space="preserve">[22:12] </w:t>
      </w:r>
      <w:r>
        <w:t>un ladaiyon ki wajah se kya hua ke rasool allah ka jo mission tha, wahi stop, wahi ruk gaya. kyun ke aap dekhen, tauheed ka mission jo hai, ek peaceful mission hai,</w:t>
      </w:r>
    </w:p>
    <w:p>
      <w:pPr>
        <w:jc w:val="right"/>
      </w:pPr>
      <w:r>
        <w:t>ان لڑائیوں کی وجہ سے کیا ہوا کہ رسول اللہ کا جو مشن تھا، وہی اسٹاپ، وہی رک گیا۔ کیونکہ آپ دیکھیے، توحید کا مشن جو ہے، ایک پیس فل مشن ہے،</w:t>
      </w:r>
    </w:p>
    <w:p>
      <w:r>
        <w:rPr>
          <w:b/>
        </w:rPr>
        <w:t xml:space="preserve">[22:28] </w:t>
      </w:r>
      <w:r>
        <w:t>us ke liye normal condition chahiye.</w:t>
      </w:r>
    </w:p>
    <w:p>
      <w:pPr>
        <w:jc w:val="right"/>
      </w:pPr>
      <w:r>
        <w:t>اس کے لیے نارمل کنڈیشن چاہیے۔</w:t>
      </w:r>
    </w:p>
    <w:p>
      <w:r>
        <w:rPr>
          <w:b/>
        </w:rPr>
        <w:t xml:space="preserve">[22:32] </w:t>
      </w:r>
      <w:r>
        <w:t>ladai bhadai ke mahaul mein nafrat hoti hai, interaction band ho jata hai, open mind se log cheezon ko dekhte nahi.</w:t>
      </w:r>
    </w:p>
    <w:p>
      <w:pPr>
        <w:jc w:val="right"/>
      </w:pPr>
      <w:r>
        <w:t>لڑائی بھڑائی کے ماحول میں نفرت ہوتی ہے، انٹریکشن بند ہو جاتا ہے، اوپن مائنڈ سے لوگ چیزوں کو دیکھتے نہیں۔</w:t>
      </w:r>
    </w:p>
    <w:p>
      <w:r>
        <w:rPr>
          <w:b/>
        </w:rPr>
        <w:t xml:space="preserve">[22:44] </w:t>
      </w:r>
      <w:r>
        <w:t>to aap ne faisla kiya, kisi bhi qeemat par hamein ladai ko khatam karna hai. to aap ne negotiation, negosh iation shuru kiya, negotiation, baat cheet.</w:t>
      </w:r>
    </w:p>
    <w:p>
      <w:pPr>
        <w:jc w:val="right"/>
      </w:pPr>
      <w:r>
        <w:t>تو آپ نے فیصلہ کیا، کسی بھی قیمت پر ہمیں لڑائی کو ختم کرنا ہے۔ تو آپ نے نیگوشیشن، نیگوشی ایشن شروع کیا، نیگوشی ایشن، بات چیت۔</w:t>
      </w:r>
    </w:p>
    <w:p>
      <w:r>
        <w:rPr>
          <w:b/>
        </w:rPr>
        <w:t xml:space="preserve">[22:58] </w:t>
      </w:r>
      <w:r>
        <w:t>yeh baat cheet hudaybiya mein hui, jo makka se taqreeban das mil ke faasle par hai. wahan aap 15 din rahe.</w:t>
      </w:r>
    </w:p>
    <w:p>
      <w:pPr>
        <w:jc w:val="right"/>
      </w:pPr>
      <w:r>
        <w:t>یہ بات چیت حدیبیہ میں ہوئی، جو مکہ سے تقریباً دس میل کے فاصلے پر ہے۔ وہاں آپ 15 دن رہے۔</w:t>
      </w:r>
    </w:p>
    <w:p>
      <w:r>
        <w:rPr>
          <w:b/>
        </w:rPr>
        <w:t xml:space="preserve">[23:09] </w:t>
      </w:r>
      <w:r>
        <w:t>makka ke lead, leader wahan aate thay, baat cheet hoti thi. to aap jante hain ke jo aadmi apne aap ko</w:t>
      </w:r>
    </w:p>
    <w:p>
      <w:pPr>
        <w:jc w:val="right"/>
      </w:pPr>
      <w:r>
        <w:t>مکہ کے لیڈ، لیڈر وہاں آتے تھے، بات چیت ہوتی تھی۔ تو آپ جانتے ہیں کہ جو آدمی اپنے آپ کو</w:t>
      </w:r>
    </w:p>
    <w:p>
      <w:r>
        <w:rPr>
          <w:b/>
        </w:rPr>
        <w:t xml:space="preserve">[23:22] </w:t>
      </w:r>
      <w:r>
        <w:t>better position mein samjhe, wo kabhi bhi darta nahi.</w:t>
      </w:r>
    </w:p>
    <w:p>
      <w:pPr>
        <w:jc w:val="right"/>
      </w:pPr>
      <w:r>
        <w:t>بیٹر پوزیشن میں سمجھے، وہ کبھی بھی دبتا نہیں۔</w:t>
      </w:r>
    </w:p>
    <w:p>
      <w:r>
        <w:rPr>
          <w:b/>
        </w:rPr>
        <w:t xml:space="preserve">[23:28] </w:t>
      </w:r>
      <w:r>
        <w:t>wo dab kar koi agreement karne par raazi nahi hota. yahi wahan hua. to in logo ne kaha ke hum rasool allah ka kehna yeh tha ke hum, hamare aur tumhare darmiyan peace agreement ho jaye.</w:t>
      </w:r>
    </w:p>
    <w:p>
      <w:pPr>
        <w:jc w:val="right"/>
      </w:pPr>
      <w:r>
        <w:t>وہ دب کر کوئی ایگریمنٹ کرنے پر راضی نہیں ہوتا۔ یہی وہاں ہوا۔ تو ان لوگوں نے کہا کہ ہم رسول اللہ کا کہنا یہ تھا کہ ہم، ہمارے اور تمہارے درمیان پیس ایگریمنٹ ہو جائے۔</w:t>
      </w:r>
    </w:p>
    <w:p>
      <w:r>
        <w:rPr>
          <w:b/>
        </w:rPr>
        <w:t xml:space="preserve">[23:47] </w:t>
      </w:r>
      <w:r>
        <w:t>na hum tumhare par koi khilaf, koi ladai karen, na tum hamare khilaf ladai karo. peace agreement bas yeh tha rasool allah sallallahu alaihi wasallam ka.</w:t>
      </w:r>
    </w:p>
    <w:p>
      <w:pPr>
        <w:jc w:val="right"/>
      </w:pPr>
      <w:r>
        <w:t>نہ ہم تمہارے پر کوئی خلاف، کوئی لڑائی کریں، نہ تم ہمارے خلاف لڑائی کرو۔ پیس ایگریمنٹ بس یہ تھا رسول اللہ صلی اللہ علیہ وسلم کا۔</w:t>
      </w:r>
    </w:p>
    <w:p>
      <w:r>
        <w:rPr>
          <w:b/>
        </w:rPr>
        <w:t xml:space="preserve">[23:59] </w:t>
      </w:r>
      <w:r>
        <w:t>unho ne kaha ke hum peace agreement jab karenge, jahan hamari condition ko manen, aap yeh to nahi karenge. yeh insaan ki psychology hai ke jo</w:t>
      </w:r>
    </w:p>
    <w:p>
      <w:pPr>
        <w:jc w:val="right"/>
      </w:pPr>
      <w:r>
        <w:t>انہوں نے کہا کہ ہم پیس ایگریمنٹ جب کریں گے، جہاں ہماری کنڈیشن کو مانیں، آپ یہ تو نہیں کریں گے۔ یہ انسان کی سائیکالوجی ہے کہ جو</w:t>
      </w:r>
    </w:p>
    <w:p>
      <w:r>
        <w:rPr>
          <w:b/>
        </w:rPr>
        <w:t xml:space="preserve">[24:15] </w:t>
      </w:r>
      <w:r>
        <w:t>strong position mein hota hai, wo hamesha apni sharton ko manwana chahta hai. yahi wahan hua.</w:t>
      </w:r>
    </w:p>
    <w:p>
      <w:pPr>
        <w:jc w:val="right"/>
      </w:pPr>
      <w:r>
        <w:t>سٹرانگ پوزیشن میں ہوتا ہے، وہ ہمیشہ اپنی شرطوں کو منوانا چاہتا ہے۔ یہی وہاں ہوا۔</w:t>
      </w:r>
    </w:p>
    <w:p>
      <w:r>
        <w:rPr>
          <w:b/>
        </w:rPr>
        <w:t xml:space="preserve">[24:24] </w:t>
      </w:r>
      <w:r>
        <w:t>to 15 din tak baat cheet chalti rahi, woh log raazi nahi hue ke apni sharton ko chhoden. bilkul yak-tarfa shart hai, unilateral conditions theen sab in ki.</w:t>
      </w:r>
    </w:p>
    <w:p>
      <w:pPr>
        <w:jc w:val="right"/>
      </w:pPr>
      <w:r>
        <w:t>تو 15 دن تک بات چیت چلتی رہی، وہ لوگ راضی نہیں ہوئے کہ اپنی شرطوں کو چھوڑیں۔ بالکل یکطرفہ شرط ہے، یونیلیٹرل کنڈیشنز تھیں سب ان کی۔</w:t>
      </w:r>
    </w:p>
    <w:p>
      <w:r>
        <w:rPr>
          <w:b/>
        </w:rPr>
        <w:t xml:space="preserve">[24:40] </w:t>
      </w:r>
      <w:r>
        <w:t>to un ki sharton ko maante hue rasool Allah ne umrah ka safar post-pon kar diya. aap umrah ke liye makka nahi gaye.</w:t>
      </w:r>
    </w:p>
    <w:p>
      <w:pPr>
        <w:jc w:val="right"/>
      </w:pPr>
      <w:r>
        <w:t>تو ان کی شرطوں کو مانتے ہوئے رسول اللہ نے عمرہ کا سفر پوسٹ پون کر دیا۔ آپ عمرہ کے لیے مکہ نہیں گئے۔</w:t>
      </w:r>
    </w:p>
    <w:p>
      <w:r>
        <w:rPr>
          <w:b/>
        </w:rPr>
        <w:t xml:space="preserve">[24:52] </w:t>
      </w:r>
      <w:r>
        <w:t>paper par jo likha gaya tha, wahan rasool Allah ka lafz us ko mita diya aap ne apne haath se. abu jahl ko lauta diya, zanjeer mein bandhe hue the.</w:t>
      </w:r>
    </w:p>
    <w:p>
      <w:pPr>
        <w:jc w:val="right"/>
      </w:pPr>
      <w:r>
        <w:t>پیپر پر جو لکھا گیا تھا، وہاں رسول اللہ کا لفظ اس کو مٹا دیا آپ نے اپنے ہاتھ سے۔ ابو جلدل کو لوٹا دیا، زنجیر میں بندھے ہوئے تھے۔</w:t>
      </w:r>
    </w:p>
    <w:p>
      <w:r>
        <w:rPr>
          <w:b/>
        </w:rPr>
        <w:t xml:space="preserve">[25:03] </w:t>
      </w:r>
      <w:r>
        <w:t>woh kaho, us waqt kitne saare waqeaat hue? to un ki saari maangen, un ki saari conditions ko unilateral taur par aap ne maan liya.</w:t>
      </w:r>
    </w:p>
    <w:p>
      <w:pPr>
        <w:jc w:val="right"/>
      </w:pPr>
      <w:r>
        <w:t>وہ کہو، اس وقت کتنے سارے واقعات ہوئے؟ تو ان کی ساری مانگیں، ان کی ساری کنڈیشنز کو یونیلیٹرل طور پر آپ نے مان لیا۔</w:t>
      </w:r>
    </w:p>
    <w:p>
      <w:r>
        <w:rPr>
          <w:b/>
        </w:rPr>
        <w:t xml:space="preserve">[25:14] </w:t>
      </w:r>
      <w:r>
        <w:t>kyun? sirf is liye ke peace agreement ho jaaye.</w:t>
      </w:r>
    </w:p>
    <w:p>
      <w:pPr>
        <w:jc w:val="right"/>
      </w:pPr>
      <w:r>
        <w:t>کیوں؟ صرف اس لیے کہ پیس ایگریمنٹ ہو جائے۔</w:t>
      </w:r>
    </w:p>
    <w:p>
      <w:r>
        <w:rPr>
          <w:b/>
        </w:rPr>
        <w:t xml:space="preserve">[25:21] </w:t>
      </w:r>
      <w:r>
        <w:t>peace agreement ka matlab kya hai? ka matlab hai normalization of situation, soorat-e-haal ko muaddal banana.</w:t>
      </w:r>
    </w:p>
    <w:p>
      <w:pPr>
        <w:jc w:val="right"/>
      </w:pPr>
      <w:r>
        <w:t>پیس ایگریمنٹ کا مطلب کیا ہے؟ کا مطلب ہے نارملائزیشن آف سچویشن، صورتحال کو معدل بنانا۔</w:t>
      </w:r>
    </w:p>
    <w:p>
      <w:r>
        <w:rPr>
          <w:b/>
        </w:rPr>
        <w:t xml:space="preserve">[25:32] </w:t>
      </w:r>
      <w:r>
        <w:t>yeh hai peace ka matlab. kyunke normal situation mein ya muaddal halaat hi mein dawat ka kaam hota hai.</w:t>
      </w:r>
    </w:p>
    <w:p>
      <w:pPr>
        <w:jc w:val="right"/>
      </w:pPr>
      <w:r>
        <w:t>یہ ہے پیس کا مطلب۔ کیونکہ نارمل سچویشن میں یا معدل حالات ہی میں دعوت کا کام ہوتا ہے۔</w:t>
      </w:r>
    </w:p>
    <w:p>
      <w:r>
        <w:rPr>
          <w:b/>
        </w:rPr>
        <w:t xml:space="preserve">[25:42] </w:t>
      </w:r>
      <w:r>
        <w:t>to</w:t>
      </w:r>
    </w:p>
    <w:p>
      <w:pPr>
        <w:jc w:val="right"/>
      </w:pPr>
      <w:r>
        <w:t>تو</w:t>
      </w:r>
    </w:p>
    <w:p>
      <w:r>
        <w:rPr>
          <w:b/>
        </w:rPr>
        <w:t xml:space="preserve">[25:43] </w:t>
      </w:r>
      <w:r>
        <w:t>aap chahte the ke situation ko normalize karen. to har har price dene ke tayyar ho gaye aap, har price.</w:t>
      </w:r>
    </w:p>
    <w:p>
      <w:pPr>
        <w:jc w:val="right"/>
      </w:pPr>
      <w:r>
        <w:t>آپ چاہتے تھے کہ سچویشن کو نارملائز کریں۔ تو ہر ہر پرائس دینے کے تیار ہو گئے آپ، ہر پرائس۔</w:t>
      </w:r>
    </w:p>
    <w:p>
      <w:r>
        <w:rPr>
          <w:b/>
        </w:rPr>
        <w:t xml:space="preserve">[25:56] </w:t>
      </w:r>
      <w:r>
        <w:t>to jab agreement poora hua, dono taraf is par sign ho gaye. to quran mein yeh aayat utri ke inna fatahna laka fat-han mubeena ke hum ne tum ko clear victory de di.</w:t>
      </w:r>
    </w:p>
    <w:p>
      <w:pPr>
        <w:jc w:val="right"/>
      </w:pPr>
      <w:r>
        <w:t>تو جب ایگریمنٹ پورا ہوا، دونوں طرف اس پر سائن ہو گئے۔ تو قرآن میں یہ آیت اتری کہ انا فتحنا لک فتح مبینہ کہ ہم نے تم کو کلیئر وکٹری دے دی۔</w:t>
      </w:r>
    </w:p>
    <w:p>
      <w:r>
        <w:rPr>
          <w:b/>
        </w:rPr>
        <w:t xml:space="preserve">[26:14] </w:t>
      </w:r>
      <w:r>
        <w:t>sahaba bohat is par bechain hue, unhone kaha kya yeh fateh hai? yeh to humiliation hai. un ki sharton ko maan liya hum ne, yeh fateh kahan hai?</w:t>
      </w:r>
    </w:p>
    <w:p>
      <w:pPr>
        <w:jc w:val="right"/>
      </w:pPr>
      <w:r>
        <w:t>صحابہ بہت اس پر بے چین ہوئے، انہوں نے کہا کیا یہ فتح ہے؟ یہ تو ہیومیلیشن ہے۔ ان کی شرطوں کو مان لیا ہم نے، یہ فتح کہاں ہے؟</w:t>
      </w:r>
    </w:p>
    <w:p>
      <w:r>
        <w:rPr>
          <w:b/>
        </w:rPr>
        <w:t xml:space="preserve">[26:28] </w:t>
      </w:r>
      <w:r>
        <w:t>yeh humiliating defeat hai yeh to.</w:t>
      </w:r>
    </w:p>
    <w:p>
      <w:pPr>
        <w:jc w:val="right"/>
      </w:pPr>
      <w:r>
        <w:t>یہ ہیومیلیٹنگ ڈیفیٹ ہے یہ تو۔</w:t>
      </w:r>
    </w:p>
    <w:p>
      <w:r>
        <w:rPr>
          <w:b/>
        </w:rPr>
        <w:t xml:space="preserve">[26:33] </w:t>
      </w:r>
      <w:r>
        <w:t>lekin rasool Allah ne kaha ke nahi, yeh fateh hai. Allah taala ne kaha ke nahi, fateh hai. kyun?</w:t>
      </w:r>
    </w:p>
    <w:p>
      <w:pPr>
        <w:jc w:val="right"/>
      </w:pPr>
      <w:r>
        <w:t>لیکن رسول اللہ نے کہا کہ نہیں، یہ فتح ہے۔ اللہ تعالی نے کہا کہ نہیں، فتح ہے۔ کیوں؟</w:t>
      </w:r>
    </w:p>
    <w:p>
      <w:r>
        <w:rPr>
          <w:b/>
        </w:rPr>
        <w:t xml:space="preserve">[26:40] </w:t>
      </w:r>
      <w:r>
        <w:t>Allah ne, rasool Allah ne is ko dekha in terms of result. boqt-e-muaahida lagta tha ke yeh to fateh nahi hai, lekin be-etbaar nataij in terms of result woh fateh thi.</w:t>
      </w:r>
    </w:p>
    <w:p>
      <w:pPr>
        <w:jc w:val="right"/>
      </w:pPr>
      <w:r>
        <w:t>اللہ نے، رسول اللہ نے اس کو دیکھا ان ٹرمز آف رزلٹ۔ بوقت معاہدہ لگتا تھا کہ یہ تو فتح نہیں ہے، لیکن بے اعتبار نتیجہ ان ٹرمز آف رزلٹ وہ فتح تھی۔</w:t>
      </w:r>
    </w:p>
    <w:p>
      <w:r>
        <w:rPr>
          <w:b/>
        </w:rPr>
        <w:t xml:space="preserve">[26:59] </w:t>
      </w:r>
      <w:r>
        <w:t>yeh hai creative solution ke kisi cheez ko aap present ke etbaar se na dekhen, future ke etbaar se dekhen.</w:t>
      </w:r>
    </w:p>
    <w:p>
      <w:pPr>
        <w:jc w:val="right"/>
      </w:pPr>
      <w:r>
        <w:t>یہ ہے کریئیٹیو سلوشن کہ کسی چیز کو آپ پریزنٹ کے اعتبار سے نہ دیکھیں، فیوچر کے اعتبار سے دیکھیں۔</w:t>
      </w:r>
    </w:p>
    <w:p>
      <w:r>
        <w:rPr>
          <w:b/>
        </w:rPr>
        <w:t xml:space="preserve">[27:10] </w:t>
      </w:r>
      <w:r>
        <w:t>kyunke jab dono fareeq ke darmiyan normal ta'alluqaat ho gaye, interaction badh gaya, peaceful tareeqe se mila jula ho gaya, quran logon tak pahunchaya jaane laga,</w:t>
      </w:r>
    </w:p>
    <w:p>
      <w:pPr>
        <w:jc w:val="right"/>
      </w:pPr>
      <w:r>
        <w:t>کیونکہ جب دونوں فریق کے درمیان نارمل تعلقات ہو گئے، انٹریکشن بڑھ گیا، پیس فل طریقے سے ملا جلا ہو گیا، قرآن لوگوں تک پہنچایا جانے لگا،</w:t>
      </w:r>
    </w:p>
    <w:p>
      <w:r>
        <w:rPr>
          <w:b/>
        </w:rPr>
        <w:t xml:space="preserve">[27:26] </w:t>
      </w:r>
      <w:r>
        <w:t>logon ko Islam ka introduction hone laga, bilkul normal halaat mein. to un ki nature ko Islam address karne laga.</w:t>
      </w:r>
    </w:p>
    <w:p>
      <w:pPr>
        <w:jc w:val="right"/>
      </w:pPr>
      <w:r>
        <w:t>لوگوں کو اسلام کا انٹروڈکشن ہونے لگا، بالکل نارمل حالات میں۔ تو ان کی نیچر کو اسلام ایڈریس کرنے لگا۔</w:t>
      </w:r>
    </w:p>
    <w:p>
      <w:r>
        <w:rPr>
          <w:b/>
        </w:rPr>
        <w:t xml:space="preserve">[27:40] </w:t>
      </w:r>
      <w:r>
        <w:t>yaani yeh jo chupa hua pehlu tha ke jaise hi open discussion hoga, interaction hoga, to Islam un ke mind ko address karne lagega.</w:t>
      </w:r>
    </w:p>
    <w:p>
      <w:pPr>
        <w:jc w:val="right"/>
      </w:pPr>
      <w:r>
        <w:t>یعنی یہ جو چھپا ہوا پہلو تھا کہ جیسے ہی اوپن ڈسکشن ہوگا، انٹریکشن ہوگا، تو اسلام ان کے مائنڈ کو ایڈریس کرنے لگے گا۔</w:t>
      </w:r>
    </w:p>
    <w:p>
      <w:r>
        <w:rPr>
          <w:b/>
        </w:rPr>
        <w:t xml:space="preserve">[27:54] </w:t>
      </w:r>
      <w:r>
        <w:t>to baghair fauj ke woh hathyaar daal denge.</w:t>
      </w:r>
    </w:p>
    <w:p>
      <w:pPr>
        <w:jc w:val="right"/>
      </w:pPr>
      <w:r>
        <w:t>تو بغیر فوج کے وہ ہتھیار ڈال دیں گے۔</w:t>
      </w:r>
    </w:p>
    <w:p>
      <w:r>
        <w:rPr>
          <w:b/>
        </w:rPr>
        <w:t xml:space="preserve">[28:00] </w:t>
      </w:r>
      <w:r>
        <w:t>chunaanche do saal ke andar kya hua ke bohat badi taadaad mein log Islam mein daakhil ho gaye aur dheere dheere poora Arab Islamize ho gaya.</w:t>
      </w:r>
    </w:p>
    <w:p>
      <w:pPr>
        <w:jc w:val="right"/>
      </w:pPr>
      <w:r>
        <w:t>چنانچہ دو سال کے اندر کیا ہوا کہ بہت بڑی تعداد میں لوگ اسلام میں داخل ہو گئے اور دھیرے دھیرے پورا عرب اسلامائز ہو گیا۔</w:t>
      </w:r>
    </w:p>
    <w:p>
      <w:r>
        <w:rPr>
          <w:b/>
        </w:rPr>
        <w:t xml:space="preserve">[28:14] </w:t>
      </w:r>
      <w:r>
        <w:t>yeh kya tha? yeh tha miracle</w:t>
      </w:r>
    </w:p>
    <w:p>
      <w:pPr>
        <w:jc w:val="right"/>
      </w:pPr>
      <w:r>
        <w:t>یہ کیا تھا؟ یہ تھا میریکل</w:t>
      </w:r>
    </w:p>
    <w:p>
      <w:r>
        <w:rPr>
          <w:b/>
        </w:rPr>
        <w:t xml:space="preserve">[28:23] </w:t>
      </w:r>
      <w:r>
        <w:t>creative solution ka, ijtihadi hal ka.</w:t>
      </w:r>
    </w:p>
    <w:p>
      <w:pPr>
        <w:jc w:val="right"/>
      </w:pPr>
      <w:r>
        <w:t>کریئیٹیو سلوشن کا، اجتہادی حل کا۔</w:t>
      </w:r>
    </w:p>
    <w:p>
      <w:r>
        <w:rPr>
          <w:b/>
        </w:rPr>
        <w:t xml:space="preserve">[28:29] </w:t>
      </w:r>
      <w:r>
        <w:t>to ijtihadi hal hamesha aisa hota hai ke woh future ko dekh kar kiya aata hai, present ko dekh kar nahi. hamesha creative solution jo hai, woh future ko dekh kar hota hai,</w:t>
      </w:r>
    </w:p>
    <w:p>
      <w:pPr>
        <w:jc w:val="right"/>
      </w:pPr>
      <w:r>
        <w:t>تو اجتہادی حل ہمیشہ ایسا ہوتا ہے کہ وہ فیوچر کو دیکھ کر کیا آتا ہے، پریزنٹ کو دیکھ کر نہیں۔ ہمیشہ کریئیٹیو سلوشن جو ہے، وہ فیوچر کو دیکھ کر ہوتا ہے،</w:t>
      </w:r>
    </w:p>
    <w:p>
      <w:r>
        <w:rPr>
          <w:b/>
        </w:rPr>
        <w:t xml:space="preserve">[28:45] </w:t>
      </w:r>
      <w:r>
        <w:t>future based hota hai. log chunke present mein phanse hue rehte hain, yeh samajh nahi paate.</w:t>
      </w:r>
    </w:p>
    <w:p>
      <w:pPr>
        <w:jc w:val="right"/>
      </w:pPr>
      <w:r>
        <w:t>فیوچر بیسڈ ہوتا ہے۔ لوگ چونکہ پریزنٹ میں پھنسے ہوئے رہتے ہیں، یہ سمجھ نہیں پاتے۔</w:t>
      </w:r>
    </w:p>
    <w:p>
      <w:r>
        <w:rPr>
          <w:b/>
        </w:rPr>
        <w:t xml:space="preserve">[28:53] </w:t>
      </w:r>
      <w:r>
        <w:t>to ek kitna bada yeh kehti hai, badi yeh misaal hai</w:t>
      </w:r>
    </w:p>
    <w:p>
      <w:pPr>
        <w:jc w:val="right"/>
      </w:pPr>
      <w:r>
        <w:t>تو ایک کتنا بڑا یہ کہتی ہے، بڑی یہ مثال ہے</w:t>
      </w:r>
    </w:p>
    <w:p>
      <w:r>
        <w:rPr>
          <w:b/>
        </w:rPr>
        <w:t xml:space="preserve">[29:02] </w:t>
      </w:r>
      <w:r>
        <w:t>keh workplace ko badalna, fareeq-e-sani ki sharton ko maan kar soorat-e-haal ko normalize karna, kisi bhi qeemat par war ko khatm kar ke peace lana,</w:t>
      </w:r>
    </w:p>
    <w:p>
      <w:pPr>
        <w:jc w:val="right"/>
      </w:pPr>
      <w:r>
        <w:t>کہ ورک پلیس کو بدلنا، فریق ثانی کی شرطوں کو مان کر صورتحال کو نارملائز کرنا، کسی بھی قیمت پر وار کو ختم کر کے پیس لانا،</w:t>
      </w:r>
    </w:p>
    <w:p>
      <w:r>
        <w:rPr>
          <w:b/>
        </w:rPr>
        <w:t xml:space="preserve">[29:19] </w:t>
      </w:r>
      <w:r>
        <w:t>yeh sab deen-e-haq ke liye ayn mufeed hai.</w:t>
      </w:r>
    </w:p>
    <w:p>
      <w:pPr>
        <w:jc w:val="right"/>
      </w:pPr>
      <w:r>
        <w:t>یہ سب دین حق کے لیے عین مفید ہے۔</w:t>
      </w:r>
    </w:p>
    <w:p>
      <w:r>
        <w:rPr>
          <w:b/>
        </w:rPr>
        <w:t xml:space="preserve">[29:26] </w:t>
      </w:r>
      <w:r>
        <w:t>jab aisa hoga to woh is ka faida deen-e-haq ko mile ga.</w:t>
      </w:r>
    </w:p>
    <w:p>
      <w:pPr>
        <w:jc w:val="right"/>
      </w:pPr>
      <w:r>
        <w:t>جب ایسا ہوگا تو وہ اس کا فائدہ دین حق کو ملے گا۔</w:t>
      </w:r>
    </w:p>
    <w:p>
      <w:r>
        <w:rPr>
          <w:b/>
        </w:rPr>
        <w:t xml:space="preserve">[29:35] </w:t>
      </w:r>
      <w:r>
        <w:t>aise hi dekhiye,</w:t>
      </w:r>
    </w:p>
    <w:p>
      <w:pPr>
        <w:jc w:val="right"/>
      </w:pPr>
      <w:r>
        <w:t>ایسے ہی دیکھیے،</w:t>
      </w:r>
    </w:p>
    <w:p>
      <w:r>
        <w:rPr>
          <w:b/>
        </w:rPr>
        <w:t xml:space="preserve">[29:40] </w:t>
      </w:r>
      <w:r>
        <w:t>Rasool Allah ki wafat ke baad wahan par aik aik jis ko kehte hain civil war, aapas ki jang paida hui.</w:t>
      </w:r>
    </w:p>
    <w:p>
      <w:pPr>
        <w:jc w:val="right"/>
      </w:pPr>
      <w:r>
        <w:t>رسول اللہ کی وفات کے بعد وہاں پر ایک ایک جس کو کہتے ہیں سول وار، آپس کی جنگ پیدا ہوئی۔</w:t>
      </w:r>
    </w:p>
    <w:p>
      <w:r>
        <w:rPr>
          <w:b/>
        </w:rPr>
        <w:t xml:space="preserve">[29:49] </w:t>
      </w:r>
      <w:r>
        <w:t>yeh Ibn Zubair aur Hajjaj ke darmiyan thi,</w:t>
      </w:r>
    </w:p>
    <w:p>
      <w:pPr>
        <w:jc w:val="right"/>
      </w:pPr>
      <w:r>
        <w:t>یہ ابن زبیر اور حجاج کے درمیان تھ</w:t>
      </w:r>
    </w:p>
    <w:p>
      <w:r>
        <w:rPr>
          <w:b/>
        </w:rPr>
        <w:t xml:space="preserve">[29:53] </w:t>
      </w:r>
      <w:r>
        <w:t>Hajjaj jo ke Bani Umayyah ke governor ka naam tha. To is daur mein aik sahabi thay, Hazrat Abdullah Ibn Umar, woh is mein shareek nahi thay.</w:t>
      </w:r>
    </w:p>
    <w:p>
      <w:pPr>
        <w:jc w:val="right"/>
      </w:pPr>
      <w:r>
        <w:t>ی، حجاج جو کہ بنی امیہ کے گورنر کا نام تھا۔ تو اس دور میں ایک صحابی تھے، حضرت عبداللہ ابن عمر، وہ اس میں شریک نہیں تھے۔</w:t>
      </w:r>
    </w:p>
    <w:p>
      <w:r>
        <w:rPr>
          <w:b/>
        </w:rPr>
        <w:t xml:space="preserve">[30:07] </w:t>
      </w:r>
      <w:r>
        <w:t>donon taraf se talwar chal rahi thi, donon taraf se laraiyan ho rahi theen. To woh apne ghar mein thay.</w:t>
      </w:r>
    </w:p>
    <w:p>
      <w:pPr>
        <w:jc w:val="right"/>
      </w:pPr>
      <w:r>
        <w:t>دونوں طرف سے تلوار چل رہی تھی، دونوں طرف سے لڑائیاں ہو رہی تھیں۔ تو وہ اپنے گھر میں تھے۔</w:t>
      </w:r>
    </w:p>
    <w:p>
      <w:r>
        <w:rPr>
          <w:b/>
        </w:rPr>
        <w:t xml:space="preserve">[30:18] </w:t>
      </w:r>
      <w:r>
        <w:t>To aik baar kuch Musalman un ke paas aaye, unhon ne kaha ke aap ghar mein baithe hain aur yahan haq-o-batil ki jang ho rahi hai, is mein aap kyun shareek shareek hotay hain?</w:t>
      </w:r>
    </w:p>
    <w:p>
      <w:pPr>
        <w:jc w:val="right"/>
      </w:pPr>
      <w:r>
        <w:t>تو ایک بار کچھ مسلمان ان کے پاس آئے، انہوں نے کہا کہ آپ گھر میں بیٹھے ہیں اور یہاں حق و باطل کی جنگ ہو رہی ہے، اس میں آپ کیوں شریک شریک ہوتے ہیں؟</w:t>
      </w:r>
    </w:p>
    <w:p>
      <w:r>
        <w:rPr>
          <w:b/>
        </w:rPr>
        <w:t xml:space="preserve">[30:35] </w:t>
      </w:r>
      <w:r>
        <w:t>To unhon ne kaha ke yeh haq-o-batil ki jang nahi hai.</w:t>
      </w:r>
    </w:p>
    <w:p>
      <w:pPr>
        <w:jc w:val="right"/>
      </w:pPr>
      <w:r>
        <w:t>تو انہوں نے کہا کہ یہ حق و باطل کی جنگ نہیں ہے۔</w:t>
      </w:r>
    </w:p>
    <w:p>
      <w:r>
        <w:rPr>
          <w:b/>
        </w:rPr>
        <w:t xml:space="preserve">[30:38] </w:t>
      </w:r>
      <w:r>
        <w:t>To in logon ne Quran ki riwayat parhi</w:t>
      </w:r>
    </w:p>
    <w:p>
      <w:pPr>
        <w:jc w:val="right"/>
      </w:pPr>
      <w:r>
        <w:t>تو ان لوگوں نے قرآن کی روایت پڑھی</w:t>
      </w:r>
    </w:p>
    <w:p>
      <w:r>
        <w:rPr>
          <w:b/>
        </w:rPr>
        <w:t xml:space="preserve">[30:44] </w:t>
      </w:r>
      <w:r>
        <w:t>keh "wa qaatiluhum hatta la takuna fitnatun wa yakunad deenu lillah" yani fitna ko khatm kar lijiye, larai karo.</w:t>
      </w:r>
    </w:p>
    <w:p>
      <w:pPr>
        <w:jc w:val="right"/>
      </w:pPr>
      <w:r>
        <w:t>کہ "وقاتلوہم حتی لا تكون فتنہ ویکن الدین کل للہ" یعنی فتنہ کو ختم کر لیجئے، لڑائی کرو۔</w:t>
      </w:r>
    </w:p>
    <w:p>
      <w:r>
        <w:rPr>
          <w:b/>
        </w:rPr>
        <w:t xml:space="preserve">[30:55] </w:t>
      </w:r>
      <w:r>
        <w:t>To Hazrat Abdullah ne kaha ke fitna to khatm ho chuka, "qatfalna" woh to hum ne khatm kar diya, ab to tum phir se fitna paida kar rahay ho.</w:t>
      </w:r>
    </w:p>
    <w:p>
      <w:pPr>
        <w:jc w:val="right"/>
      </w:pPr>
      <w:r>
        <w:t>تو حضرت عبداللہ نے کہا کہ فتنہ تو ختم ہو چکا، "قتفالنا" وہ تو ہم نے ختم کر دیا، اب تو تم پھر سے فتنہ پیدا کر رہے ہو۔</w:t>
      </w:r>
    </w:p>
    <w:p>
      <w:r>
        <w:rPr>
          <w:b/>
        </w:rPr>
        <w:t xml:space="preserve">[31:06] </w:t>
      </w:r>
      <w:r>
        <w:t>Woh to fitna to khatm ho chuka. Fitna khatm hone ke maani kya hain? Asal jo maqsood tha, jis ki wajah se takrao paish aaya tha, woh tha yani religious freedom, mazhab ki azaadi,</w:t>
      </w:r>
    </w:p>
    <w:p>
      <w:pPr>
        <w:jc w:val="right"/>
      </w:pPr>
      <w:r>
        <w:t>وہ تو فتنہ تو ختم ہو چکا۔ فتنہ ختم ہونے کے معنی کیا ہیں؟ اصل جو مقصود تھا، جس کی وجہ سے ٹکراؤ پیش آیا تھا، وہ تھا یعنی ریلیجس فریڈم، مذہب کی آزادی،</w:t>
      </w:r>
    </w:p>
    <w:p>
      <w:r>
        <w:rPr>
          <w:b/>
        </w:rPr>
        <w:t xml:space="preserve">[31:21] </w:t>
      </w:r>
      <w:r>
        <w:t>da'wat-e-Ilah ki azaadi. Woh ho gaya, ab koi rukawat nahi hai. Woh taaqatein ab khatm ho gayeen jo rukawat daal daal ti theen,</w:t>
      </w:r>
    </w:p>
    <w:p>
      <w:pPr>
        <w:jc w:val="right"/>
      </w:pPr>
      <w:r>
        <w:t>دعوت اللہ کی آزادی۔ وہ ہو گیا، اب کوئی رکاوٹ نہیں ہے۔ وہ طاقتیں اب ختم ہوگئیں جو رکاوٹ ڈال ڈالتی تھیں،</w:t>
      </w:r>
    </w:p>
    <w:p>
      <w:r>
        <w:rPr>
          <w:b/>
        </w:rPr>
        <w:t xml:space="preserve">[31:31] </w:t>
      </w:r>
      <w:r>
        <w:t>jin ke baray mein Quran mein aaya hai ke "a-ra-ayta alladhi yanha 'abdan 'idha Salla" ke dekho un logon ko ke namaz parhta hai, hamara banda Kaba mein, us ko roktay hain, us ko.</w:t>
      </w:r>
    </w:p>
    <w:p>
      <w:pPr>
        <w:jc w:val="right"/>
      </w:pPr>
      <w:r>
        <w:t>جن کے بارے میں قرآن میں آیا ہے کہ "أفرأيت الذی عنہا عبد رضا صلی اللہ علیہ وسلم" کہ دیکھو ان لوگوں کو کہ نماز پڑھتا ہے، ہمارا بندہ کعبہ میں، اس کو روکتے ہیں، اس کو۔</w:t>
      </w:r>
    </w:p>
    <w:p>
      <w:r>
        <w:rPr>
          <w:b/>
        </w:rPr>
        <w:t xml:space="preserve">[31:43] </w:t>
      </w:r>
      <w:r>
        <w:t>To woh log khatm ho gaye. Ab kaun aap ko namaz parhne se rokta hai? Ab kaun aap ko da'wat-e-Ilah ka kaam karne se rokta hai? Ab kaun aap ko Quran phailane se rokta hai?</w:t>
      </w:r>
    </w:p>
    <w:p>
      <w:pPr>
        <w:jc w:val="right"/>
      </w:pPr>
      <w:r>
        <w:t>تو وہ لوگ ختم ہو گئے۔ اب کون آپ کو نماز پڑھنے سے روکتا ہے؟ اب کون آپ کو دعوت اللہ کا کام کرنے سے روکتا ہے؟ اب کون آپ کو قرآن پھیلانے سے روکتا ہے؟</w:t>
      </w:r>
    </w:p>
    <w:p>
      <w:r>
        <w:rPr>
          <w:b/>
        </w:rPr>
        <w:t xml:space="preserve">[31:54] </w:t>
      </w:r>
      <w:r>
        <w:t>To fitna to khatm ho gaya, ab jo tum kar rahay ho, woh to phir se fitna ko zinda kar rahay ho.</w:t>
      </w:r>
    </w:p>
    <w:p>
      <w:pPr>
        <w:jc w:val="right"/>
      </w:pPr>
      <w:r>
        <w:t>تو فتنہ تو ختم ہو گیا، اب جو تم کر رہے ہو، وہ تو پھر سے فتنہ کو زندہ کر رہے ہو۔</w:t>
      </w:r>
    </w:p>
    <w:p>
      <w:r>
        <w:rPr>
          <w:b/>
        </w:rPr>
        <w:t xml:space="preserve">[32:00] </w:t>
      </w:r>
      <w:r>
        <w:t>Yeh khud saakhta fitna hai. Yeh</w:t>
      </w:r>
    </w:p>
    <w:p>
      <w:pPr>
        <w:jc w:val="right"/>
      </w:pPr>
      <w:r>
        <w:t>یہ خود ساختہ فتنہ ہے۔ یہ</w:t>
      </w:r>
    </w:p>
    <w:p>
      <w:r>
        <w:rPr>
          <w:b/>
        </w:rPr>
        <w:t xml:space="preserve">[32:08] </w:t>
      </w:r>
      <w:r>
        <w:t>To woh log jo hai, us ko us ko samajh nahi paate ke fitna khatm karne ka matlab kya hai.</w:t>
      </w:r>
    </w:p>
    <w:p>
      <w:pPr>
        <w:jc w:val="right"/>
      </w:pPr>
      <w:r>
        <w:t>تو وہ لوگ جو ہے، اس کو اس کو سمجھ نہیں پاتے کہ فتنہ ختم کرنے کا مطلب کیا ہے۔</w:t>
      </w:r>
    </w:p>
    <w:p>
      <w:r>
        <w:rPr>
          <w:b/>
        </w:rPr>
        <w:t xml:space="preserve">[32:19] </w:t>
      </w:r>
      <w:r>
        <w:t>Hazrat Abdullah Ibn Umar ne is ko wazahat ki, kaha is is aayat ko re-define kiya. Unhon ne</w:t>
      </w:r>
    </w:p>
    <w:p>
      <w:pPr>
        <w:jc w:val="right"/>
      </w:pPr>
      <w:r>
        <w:t>حضرت عبداللہ بن عمر نے اس کو وضاحت کی، کہا اس اس آیت کو ری ڈیفائن کیا۔ انہوں نے</w:t>
      </w:r>
    </w:p>
    <w:p>
      <w:r>
        <w:rPr>
          <w:b/>
        </w:rPr>
        <w:t xml:space="preserve">[32:27] </w:t>
      </w:r>
      <w:r>
        <w:t>Yeh soorat-e-haal aaj tak mas'ala mein chali aa rahi hai ke woh nayi nayi soorat-e-haal paish aati hai, to woh re-define nahi kar saktay, re-application daryaft nahi paate aur ladte rehtay hain.</w:t>
      </w:r>
    </w:p>
    <w:p>
      <w:pPr>
        <w:jc w:val="right"/>
      </w:pPr>
      <w:r>
        <w:t>یہ صورتحال آج تک مساون میں چلی آ رہی ہے کہ وہ نئی نئی صورتحال پیش آتی ہے، تو وہ ری ڈیفائن نہیں کر سکتے، ری ایپلیکیشن دریافت نہیں کر پاتے اور لڑتے رہتے ہیں۔</w:t>
      </w:r>
    </w:p>
    <w:p>
      <w:r>
        <w:rPr>
          <w:b/>
        </w:rPr>
        <w:t xml:space="preserve">[32:44] </w:t>
      </w:r>
      <w:r>
        <w:t>Ab aap aaj kal jo ho raha hai, us ko dekhiye. Aap ne akhbaron mein, TV par dekha hoga ke aik film bani America mein,</w:t>
      </w:r>
    </w:p>
    <w:p>
      <w:pPr>
        <w:jc w:val="right"/>
      </w:pPr>
      <w:r>
        <w:t>اب آپ آج کل جو ہو رہا ہے، اس کو دیکھیے۔ آپ نے اخباروں میں، ٹی وی پر دیکھا ہوگا کہ ایک فلم بنی امریکہ میں،</w:t>
      </w:r>
    </w:p>
    <w:p>
      <w:r>
        <w:rPr>
          <w:b/>
        </w:rPr>
        <w:t xml:space="preserve">[33:00] </w:t>
      </w:r>
      <w:r>
        <w:t>jis ka naam hai "Innocence of Muslims".</w:t>
      </w:r>
    </w:p>
    <w:p>
      <w:pPr>
        <w:jc w:val="right"/>
      </w:pPr>
      <w:r>
        <w:t>جس کا نام ہے "انسنس آف مسلمز"۔</w:t>
      </w:r>
    </w:p>
    <w:p>
      <w:r>
        <w:rPr>
          <w:b/>
        </w:rPr>
        <w:t xml:space="preserve">[33:07] </w:t>
      </w:r>
      <w:r>
        <w:t>Is mein Rasool Allah ko qabil-e-aitraz andaaz mein paish kiya gaya hai, objectionable andaaz mein paish kiya gaya hai.</w:t>
      </w:r>
    </w:p>
    <w:p>
      <w:pPr>
        <w:jc w:val="right"/>
      </w:pPr>
      <w:r>
        <w:t>اس میں رسول اللہ کو قابل اعتراض انداز میں پیش کیا گیا ہے، ابجیکشن ایبل انداز میں پیش کیا گیا ہے۔</w:t>
      </w:r>
    </w:p>
    <w:p>
      <w:r>
        <w:rPr>
          <w:b/>
        </w:rPr>
        <w:t xml:space="preserve">[33:18] </w:t>
      </w:r>
      <w:r>
        <w:t>is film ko unhon ne, is ke aik part ko,</w:t>
      </w:r>
    </w:p>
    <w:p>
      <w:pPr>
        <w:jc w:val="right"/>
      </w:pPr>
      <w:r>
        <w:t>اس فلم کو انہوں نے، اس کے ایک پارٹ کو،</w:t>
      </w:r>
    </w:p>
    <w:p>
      <w:r>
        <w:rPr>
          <w:b/>
        </w:rPr>
        <w:t xml:space="preserve">[33:23] </w:t>
      </w:r>
      <w:r>
        <w:t>taqreeban 12 minute ke hissay ko unhon ne internet par daal diya. to logon ne dekha, internet daalne ke maani ke aap jahan chahen, wahin dekh lijiye.</w:t>
      </w:r>
    </w:p>
    <w:p>
      <w:pPr>
        <w:jc w:val="right"/>
      </w:pPr>
      <w:r>
        <w:t>تقریباً 12 منٹ کے حصے کو انہوں نے انٹرنیٹ پر ڈال دیا۔ تو لوگوں نے دیکھا، انٹرنیٹ ڈالنے کے معنی کہ آپ جہاں چاہیں، وہیں دیکھ لیجئے۔</w:t>
      </w:r>
    </w:p>
    <w:p>
      <w:r>
        <w:rPr>
          <w:b/>
        </w:rPr>
        <w:t xml:space="preserve">[33:36] </w:t>
      </w:r>
      <w:r>
        <w:t>ab picture house mein jaane ki zaroorat nahin hai aap ko. to saari duniya mein musalman bhadak uthe is ke upar. aap jante hain ke kahin unhon ne America safeer ko mara,</w:t>
      </w:r>
    </w:p>
    <w:p>
      <w:pPr>
        <w:jc w:val="right"/>
      </w:pPr>
      <w:r>
        <w:t>اب پکچر ہاؤس میں جانے کی ضرورت نہیں ہے آپ کو۔ تو ساری دنیا میں مسلمان بھڑک اٹھے اس کے اوپر۔ آپ جانتے ہیں کہ کہیں انہوں نے امریکہ سفیر کو مارا،</w:t>
      </w:r>
    </w:p>
    <w:p>
      <w:r>
        <w:rPr>
          <w:b/>
        </w:rPr>
        <w:t xml:space="preserve">[33:49] </w:t>
      </w:r>
      <w:r>
        <w:t>kahin kahin jalaya phoonka. aur abhi aaj tak ki khabar ke mutabiq har jagah yaani silsila jaari hai.</w:t>
      </w:r>
    </w:p>
    <w:p>
      <w:pPr>
        <w:jc w:val="right"/>
      </w:pPr>
      <w:r>
        <w:t>کہیں کہیں جلایا پھونکا۔ اور ابھی آج تک کی خبر کے مطابق ہر جگہ یعنی سلسلہ جاری ہے۔</w:t>
      </w:r>
    </w:p>
    <w:p>
      <w:r>
        <w:rPr>
          <w:b/>
        </w:rPr>
        <w:t xml:space="preserve">[34:00] </w:t>
      </w:r>
      <w:r>
        <w:t>abhi aaj jo tha ke Australia mein hungama kar rahe hain ke "Obama, Obama, Obama we like Osama" is tarah ke nare lag rahe hain aur is mein bohat nuqsan ho raha hai.</w:t>
      </w:r>
    </w:p>
    <w:p>
      <w:pPr>
        <w:jc w:val="right"/>
      </w:pPr>
      <w:r>
        <w:t>ابھی آج جو تھا کہ آسٹریلیا میں ہنگامہ کر رہے ہیں کہ "اوباما، اوباما، اوباما وی لائک اسامہ" اس طرح کے نعرے لگ رہے ہیں اور اس میں بہت نقصان ہو رہا ہے۔</w:t>
      </w:r>
    </w:p>
    <w:p>
      <w:r>
        <w:rPr>
          <w:b/>
        </w:rPr>
        <w:t xml:space="preserve">[34:16] </w:t>
      </w:r>
      <w:r>
        <w:t>yeh kyun ho raha hai? musalman is maamle ka yaani soorat-e-haal ka creative solution daryaft na kar sake.</w:t>
      </w:r>
    </w:p>
    <w:p>
      <w:pPr>
        <w:jc w:val="right"/>
      </w:pPr>
      <w:r>
        <w:t>یہ کیوں ہو رہا ہے؟ مسلمان اس معاملے کا یعنی صورتحال کا کریئیٹیو سلوشن دریافت نہ کر سکے۔</w:t>
      </w:r>
    </w:p>
    <w:p>
      <w:r>
        <w:rPr>
          <w:b/>
        </w:rPr>
        <w:t xml:space="preserve">[34:27] </w:t>
      </w:r>
      <w:r>
        <w:t>yeh soorat-e-haal pesh aayi to pehli baar nahin hai, is se pehle bhi pesh aaya hai. Rushdie ka ki jo kitaab thi, "Satanic Verses", us par bhi bara hungama hua.</w:t>
      </w:r>
    </w:p>
    <w:p>
      <w:pPr>
        <w:jc w:val="right"/>
      </w:pPr>
      <w:r>
        <w:t>یہ صورتحال پیش آئی تو پہلی بار نہیں ہے، اس سے پہلے بھی پیش آیا ہے۔ رشدی کا کی جو کتاب تھی، "سیٹک ورسز"، اس پر بھی بڑا ہنگامہ ہوا۔</w:t>
      </w:r>
    </w:p>
    <w:p>
      <w:r>
        <w:rPr>
          <w:b/>
        </w:rPr>
        <w:t xml:space="preserve">[34:40] </w:t>
      </w:r>
      <w:r>
        <w:t>Denmark ke aik akhbar mein jo cartoon chhapa tha, us par bhi bara hungama hua. Quran mein aik jo aaya tha ke woh aik akhbar mein khabar mein aaya tha ke America mein kisi ne Quran ko jalaya, us par bare hungame hue.</w:t>
      </w:r>
    </w:p>
    <w:p>
      <w:pPr>
        <w:jc w:val="right"/>
      </w:pPr>
      <w:r>
        <w:t>ڈنمارک کے ایک اخبار میں جو کارٹون چھپا تھا، اس پر بھی بڑا ہنگامہ ہوا۔ قرآن میں ایک جو آیا تھا کہ وہ ایک اخبار میں خبر میں آیا تھا کہ امریکہ میں کسی نے قرآن کو جلایا، اس پر بڑے ہنگامے ہوئے۔</w:t>
      </w:r>
    </w:p>
    <w:p>
      <w:r>
        <w:rPr>
          <w:b/>
        </w:rPr>
        <w:t xml:space="preserve">[34:54] </w:t>
      </w:r>
      <w:r>
        <w:t>ab yeh latest hungama hai, yeh chal raha hai.</w:t>
      </w:r>
    </w:p>
    <w:p>
      <w:pPr>
        <w:jc w:val="right"/>
      </w:pPr>
      <w:r>
        <w:t>اب یہ لیٹسٹ ہنگامہ ہے، یہ چل رہا ہے۔</w:t>
      </w:r>
    </w:p>
    <w:p>
      <w:r>
        <w:rPr>
          <w:b/>
        </w:rPr>
        <w:t xml:space="preserve">[34:58] </w:t>
      </w:r>
      <w:r>
        <w:t>yeh kyun hai? yeh hai is liye ke logon mein ijtihad ki spirit nahin, logon mein ijtihadi hal daryaft karne ki taaqat nahin.</w:t>
      </w:r>
    </w:p>
    <w:p>
      <w:pPr>
        <w:jc w:val="right"/>
      </w:pPr>
      <w:r>
        <w:t>یہ کیوں ہے؟ یہ ہے اس لیے کہ لوگوں میں اجتہاد کی سپرٹ نہیں، لوگوں میں اجتہادی حل دریافت کرنے کی طاقت نہیں۔</w:t>
      </w:r>
    </w:p>
    <w:p>
      <w:r>
        <w:rPr>
          <w:b/>
        </w:rPr>
        <w:t xml:space="preserve">[35:11] </w:t>
      </w:r>
      <w:r>
        <w:t>log creative solution ko ja nahin sake is maamle mein. main aap ko misaal deta hoon.</w:t>
      </w:r>
    </w:p>
    <w:p>
      <w:pPr>
        <w:jc w:val="right"/>
      </w:pPr>
      <w:r>
        <w:t>لوگ کریئیٹیو سلوشن کو جا نہیں سکے اس معاملے میں۔ میں آپ کو مثال دیتا ہوں۔</w:t>
      </w:r>
    </w:p>
    <w:p>
      <w:r>
        <w:rPr>
          <w:b/>
        </w:rPr>
        <w:t xml:space="preserve">[35:24] </w:t>
      </w:r>
      <w:r>
        <w:t>dekhiye, jab chhapi thi Salman Rushdie ki kitaab "Satanic Verses" to us ke us ke baad main America gaya tha.</w:t>
      </w:r>
    </w:p>
    <w:p>
      <w:pPr>
        <w:jc w:val="right"/>
      </w:pPr>
      <w:r>
        <w:t>دیکھیے، جب چھپی تھی سلمان رشدی کی کتاب "سیٹک ورسز" تو اس کے اس کے بعد میں امریکہ گیا تھا۔</w:t>
      </w:r>
    </w:p>
    <w:p>
      <w:r>
        <w:rPr>
          <w:b/>
        </w:rPr>
        <w:t xml:space="preserve">[35:39] </w:t>
      </w:r>
      <w:r>
        <w:t>wahan aik sahab se mulaqat hui, unhon ne kaha tha ke America ke aik mashhoor shehar hai, Chicago. woh Chicago ko gaye the, wahan par</w:t>
      </w:r>
    </w:p>
    <w:p>
      <w:pPr>
        <w:jc w:val="right"/>
      </w:pPr>
      <w:r>
        <w:t>وہاں ایک صاحب سے ملاقات ہوئی، انہوں نے کہا تھا کہ امریکہ کے ایک مشہور شہر ہے، شکاگو۔ وہ شکاگو کو گئے تھے، وہاں پر</w:t>
      </w:r>
    </w:p>
    <w:p>
      <w:r>
        <w:rPr>
          <w:b/>
        </w:rPr>
        <w:t xml:space="preserve">[35:48] </w:t>
      </w:r>
      <w:r>
        <w:t>to unhon ne bataya ke main Chicago ke shehar mein aik baray book seller ke haan gaya, kitaab ki dukaan par.</w:t>
      </w:r>
    </w:p>
    <w:p>
      <w:pPr>
        <w:jc w:val="right"/>
      </w:pPr>
      <w:r>
        <w:t>تو انہوں نے بتایا کہ میں شکاگو کے شہر میں ایک بڑے بک سیلر کے ہاں گیا، کتاب کی دکان پر۔</w:t>
      </w:r>
    </w:p>
    <w:p>
      <w:r>
        <w:rPr>
          <w:b/>
        </w:rPr>
        <w:t xml:space="preserve">[36:01] </w:t>
      </w:r>
      <w:r>
        <w:t>to us se poocha ke tumhare haan aaj, is is aik din</w:t>
      </w:r>
    </w:p>
    <w:p>
      <w:pPr>
        <w:jc w:val="right"/>
      </w:pPr>
      <w:r>
        <w:t>تو اس سے پوچھا کہ تمہارے ہاں آج، اس اس ایک دن</w:t>
      </w:r>
    </w:p>
    <w:p>
      <w:r>
        <w:rPr>
          <w:b/>
        </w:rPr>
        <w:t xml:space="preserve">[36:09] </w:t>
      </w:r>
      <w:r>
        <w:t>main</w:t>
      </w:r>
    </w:p>
    <w:p>
      <w:pPr>
        <w:jc w:val="right"/>
      </w:pPr>
      <w:r>
        <w:t>میں</w:t>
      </w:r>
    </w:p>
    <w:p>
      <w:r>
        <w:rPr>
          <w:b/>
        </w:rPr>
        <w:t xml:space="preserve">[36:12] </w:t>
      </w:r>
      <w:r>
        <w:t>"Satanic Verses" wali jo kitaab, woh kitni bikki hai? kitna sale hua hai?</w:t>
      </w:r>
    </w:p>
    <w:p>
      <w:pPr>
        <w:jc w:val="right"/>
      </w:pPr>
      <w:r>
        <w:t>"سیٹک ورسز" والی جو کتاب، وہ کتنی بکی ہے؟ کتنا سیل ہوئی ہے؟</w:t>
      </w:r>
    </w:p>
    <w:p>
      <w:r>
        <w:rPr>
          <w:b/>
        </w:rPr>
        <w:t xml:space="preserve">[36:18] </w:t>
      </w:r>
      <w:r>
        <w:t>yaani Salman Rushdie ki kitaab "Satanic Verses" ka sale aaj kitna hua hai? us ne kaha ke sirf teen copy, teen nuskhay is ke aaj sale bikay hain,</w:t>
      </w:r>
    </w:p>
    <w:p>
      <w:pPr>
        <w:jc w:val="right"/>
      </w:pPr>
      <w:r>
        <w:t>یعنی سلمان رشدی کی کتاب "سیٹک ورسز" کا سیل آج کتنا ہوا ہے؟ اس نے کہا کہ صرف تین کاپی، تین نسخے اس کے آج سیل بکے ہیں،</w:t>
      </w:r>
    </w:p>
    <w:p>
      <w:r>
        <w:rPr>
          <w:b/>
        </w:rPr>
        <w:t xml:space="preserve">[36:32] </w:t>
      </w:r>
      <w:r>
        <w:t>sale hua hai un ka. to phir unhon ne poocha ke aaj ki tareekh mein Quran ke nuskhay kitne ziyada sale hue hain? us ne kaha ke 70, 70.</w:t>
      </w:r>
    </w:p>
    <w:p>
      <w:pPr>
        <w:jc w:val="right"/>
      </w:pPr>
      <w:r>
        <w:t>سیل ہوا ہے ان کا۔ تو پھر انہوں نے پوچھا کہ آج کی تاریخ میں قرآن کے نسخے کتنے زیادہ سیل ہوئے ہیں؟ اس نے کہا کہ 70، 70۔</w:t>
      </w:r>
    </w:p>
    <w:p>
      <w:r>
        <w:rPr>
          <w:b/>
        </w:rPr>
        <w:t xml:space="preserve">[36:47] </w:t>
      </w:r>
      <w:r>
        <w:t>ab dekhiye ke aisa kyun hua? dekhiye, har aisa waqea kya karta hai? in terms of result hamare liye aik aik bohat bara opportunity laata hai.</w:t>
      </w:r>
    </w:p>
    <w:p>
      <w:pPr>
        <w:jc w:val="right"/>
      </w:pPr>
      <w:r>
        <w:t>اب دیکھیے کہ ایسا کیوں ہوا؟ دیکھیے، ہر ایسا واقعہ کیا کرتا ہے؟ ان ٹرمز آف رزلٹ ہمارے لیے ایک ایک بہت بڑا اپرچونیٹی لاتا ہے۔</w:t>
      </w:r>
    </w:p>
    <w:p>
      <w:r>
        <w:rPr>
          <w:b/>
        </w:rPr>
        <w:t xml:space="preserve">[37:04] </w:t>
      </w:r>
      <w:r>
        <w:t>woh kya? logon ke andar tajassus aata hai, curiosity aati hai. woh jaanna chahte hain ke bhai yeh kya cheez hai, kya maamla hai?</w:t>
      </w:r>
    </w:p>
    <w:p>
      <w:pPr>
        <w:jc w:val="right"/>
      </w:pPr>
      <w:r>
        <w:t>وہ کیا؟ لوگوں کے اندر تجسس آتا ہے، کیوروسٹی آتی ہے۔ وہ جاننا چاہتے ہیں کہ بھئی یہ کیا چیز ہے، کیا معاملہ ہے؟</w:t>
      </w:r>
    </w:p>
    <w:p>
      <w:r>
        <w:rPr>
          <w:b/>
        </w:rPr>
        <w:t xml:space="preserve">[37:14] </w:t>
      </w:r>
      <w:r>
        <w:t>to woh jo curiosity paida hoti hai, woh hum ko dawat ka mauqa deti hai. chunancha jab "Satanic Verses" chhapi to logon ke andar yeh tajassus aaya, yeh curiosity aayi ke bhai kya maamla hai?</w:t>
      </w:r>
    </w:p>
    <w:p>
      <w:pPr>
        <w:jc w:val="right"/>
      </w:pPr>
      <w:r>
        <w:t>تو وہ جو کیوروسٹی پیدا ہوتی ہے، وہ ہم کو دعوت کا موقع دیتی ہے۔ چنانچہ جب "سیٹک ورسز" چھپی تو لوگوں کے اندر یہ تجسس آیا، یہ کیوروسٹی آئی کہ بھئی کیا معاملہ ہے؟</w:t>
      </w:r>
    </w:p>
    <w:p>
      <w:r>
        <w:rPr>
          <w:b/>
        </w:rPr>
        <w:t xml:space="preserve">[37:27] </w:t>
      </w:r>
      <w:r>
        <w:t>yeh kaisi kitaab hai? yeh to gaye dhoondne ke liye idhar udhar. to is aik dukaan par "Satanic Verses" wale ko khareedne wale agar teen aaye the to Quran ko khareedne wale 70 aaye.</w:t>
      </w:r>
    </w:p>
    <w:p>
      <w:pPr>
        <w:jc w:val="right"/>
      </w:pPr>
      <w:r>
        <w:t>یہ کیسی کتاب ہے؟ یہ تو گئے ڈھونڈنے کے لیے ادھر ادھر۔ تو اس ایک دکان پر "سیٹک ورسز" والے کو خریدنے والے اگر تین آئے تھے تو قرآن کو خریدنے والے 70 آئے۔</w:t>
      </w:r>
    </w:p>
    <w:p>
      <w:r>
        <w:rPr>
          <w:b/>
        </w:rPr>
        <w:t xml:space="preserve">[37:48] </w:t>
      </w:r>
      <w:r>
        <w:t>is se andaaza hota hai ke ke tajassus ka ki miqdaar problem se ziyada hoti hai.</w:t>
      </w:r>
    </w:p>
    <w:p>
      <w:pPr>
        <w:jc w:val="right"/>
      </w:pPr>
      <w:r>
        <w:t>اس سے اندازہ ہوتا ہے کہ کہ تجسس کا کی مقدار پرابلم سے زیادہ ہوتی ہے۔</w:t>
      </w:r>
    </w:p>
    <w:p>
      <w:r>
        <w:rPr>
          <w:b/>
        </w:rPr>
        <w:t xml:space="preserve">[37:57] </w:t>
      </w:r>
      <w:r>
        <w:t>kaisi ajeeb baat hai! jitna aap problem create karenge, us se bohat ziyada opportunity paida hogi. to main ne kaha ke dekhiye, musalman.</w:t>
      </w:r>
    </w:p>
    <w:p>
      <w:pPr>
        <w:jc w:val="right"/>
      </w:pPr>
      <w:r>
        <w:t>کیسی عجیب بات ہے! جتنا آپ پرابلم کریئیٹ کریں گے، اس سے بہت زیادہ اپرچونیٹی پیدا ہوگی۔ تو میں نے کہا کہ دیکھیے، مسلمان۔</w:t>
      </w:r>
    </w:p>
    <w:p>
      <w:r>
        <w:rPr>
          <w:b/>
        </w:rPr>
        <w:t xml:space="preserve">[38:11] </w:t>
      </w:r>
      <w:r>
        <w:t>ab musalmanon ne bohat hangama kiya,</w:t>
      </w:r>
    </w:p>
    <w:p>
      <w:pPr>
        <w:jc w:val="right"/>
      </w:pPr>
      <w:r>
        <w:t>اب مسلمانوں نے بہت ہنگامہ کیا،</w:t>
      </w:r>
    </w:p>
    <w:p>
      <w:r>
        <w:rPr>
          <w:b/>
        </w:rPr>
        <w:t xml:space="preserve">[38:13] </w:t>
      </w:r>
      <w:r>
        <w:t>kitne log is mein hi mare thay, kitna nuqsan hua tha.</w:t>
      </w:r>
    </w:p>
    <w:p>
      <w:pPr>
        <w:jc w:val="right"/>
      </w:pPr>
      <w:r>
        <w:t>کتنے لوگ اس میں ہی مرے تھے، کتنا نقصان ہوا تھا۔</w:t>
      </w:r>
    </w:p>
    <w:p>
      <w:r>
        <w:rPr>
          <w:b/>
        </w:rPr>
        <w:t xml:space="preserve">[38:19] </w:t>
      </w:r>
      <w:r>
        <w:t>aur aaj tak salman rushdi ka kuch nuqsan nahi hua. woh is ki kitab khud biki, is ke tarjame bhi, is ka koi nuqsan nahi hua. is ko aur zyada shohrat hasil ho gayi.</w:t>
      </w:r>
    </w:p>
    <w:p>
      <w:pPr>
        <w:jc w:val="right"/>
      </w:pPr>
      <w:r>
        <w:t>اور آج تک سلمان رشدی کا کچھ نقصان نہیں ہوا۔ وہ اس کی کتاب خود بکی، اس کے ترجمے بھی، اس کا کوئی نقصان نہیں ہوا۔ اس کو اور زیادہ شہرت حاصل ہوگئی۔</w:t>
      </w:r>
    </w:p>
    <w:p>
      <w:r>
        <w:rPr>
          <w:b/>
        </w:rPr>
        <w:t xml:space="preserve">[38:30] </w:t>
      </w:r>
      <w:r>
        <w:t>to maine kaha ke musalman salman rushdi ki kitab chhapne ke baad sirf ek kaam karte hain, agar khamoshi se, bilkul baghair kisi shor ke, ke woh quran ke english translation bohat acha chhapwa kar ke tamam dukano par ja kar rakh detey.</w:t>
      </w:r>
    </w:p>
    <w:p>
      <w:pPr>
        <w:jc w:val="right"/>
      </w:pPr>
      <w:r>
        <w:t>تو میں نے کہا کہ مسلمان سلمان رشدی کی کتاب چھپنے کے بعد صرف ایک کام کرتے ہیں، اگر خاموشی سے، بالکل بغیر کسی شور کے، کہ وہ قرآن کے انگلش ٹرانسلیشن بہت اچھا چھپوا کر کے تمام دکانوں پر جا کر رکھ دیتے۔</w:t>
      </w:r>
    </w:p>
    <w:p>
      <w:r>
        <w:rPr>
          <w:b/>
        </w:rPr>
        <w:t xml:space="preserve">[38:53] </w:t>
      </w:r>
      <w:r>
        <w:t>woh dukandar is ko kehte hain ke bhai is ko rakho, jitna biki, is ka hisab kar dena,</w:t>
      </w:r>
    </w:p>
    <w:p>
      <w:pPr>
        <w:jc w:val="right"/>
      </w:pPr>
      <w:r>
        <w:t>وہ دکاندار اس کو کہتے ہیں کہ بھئی اس کو رکھو، جتنا بکے گی، اس کا حساب کر دینا،</w:t>
      </w:r>
    </w:p>
    <w:p>
      <w:r>
        <w:rPr>
          <w:b/>
        </w:rPr>
        <w:t xml:space="preserve">[39:00] </w:t>
      </w:r>
      <w:r>
        <w:t>baqi hum wapas le len ge, tumhara is mein koi nuqsan nahi hai.</w:t>
      </w:r>
    </w:p>
    <w:p>
      <w:pPr>
        <w:jc w:val="right"/>
      </w:pPr>
      <w:r>
        <w:t>باقی ہم واپس لے لیں گے، تمہارا اس میں کوئی نقصان نہیں ہے۔</w:t>
      </w:r>
    </w:p>
    <w:p>
      <w:r>
        <w:rPr>
          <w:b/>
        </w:rPr>
        <w:t xml:space="preserve">[39:07] </w:t>
      </w:r>
      <w:r>
        <w:t>to beshumar log gaye hon ge dukanon par aur wahan par unhon ne quran nahi paya hoga, kahin kahin kahin paya hoga. to woh khareeda hoga ja kar ke unhon ne.</w:t>
      </w:r>
    </w:p>
    <w:p>
      <w:pPr>
        <w:jc w:val="right"/>
      </w:pPr>
      <w:r>
        <w:t>تو بے شمار لوگ گئے ہوں گے دکانوں پر اور وہاں پر انہوں نے قرآن نہیں پایا ہوگا، کہیں کہیں کہیں پایا ہوگا۔ تو وہ خریدا ہوگا جا کر کے انہوں نے۔</w:t>
      </w:r>
    </w:p>
    <w:p>
      <w:r>
        <w:rPr>
          <w:b/>
        </w:rPr>
        <w:t xml:space="preserve">[39:18] </w:t>
      </w:r>
      <w:r>
        <w:t>to agar yeh har dukan par quran rakh dete, yeh log to beshumar nuskhay quran ke logon tak pohnch jaate.</w:t>
      </w:r>
    </w:p>
    <w:p>
      <w:pPr>
        <w:jc w:val="right"/>
      </w:pPr>
      <w:r>
        <w:t>تو اگر یہ ہر دکان پر قرآن رکھ دیتے، یہ لوگ تو بے شمار نسخے قرآن کے لوگوں تک پہنچ جاتے۔</w:t>
      </w:r>
    </w:p>
    <w:p>
      <w:r>
        <w:rPr>
          <w:b/>
        </w:rPr>
        <w:t xml:space="preserve">[39:29] </w:t>
      </w:r>
      <w:r>
        <w:t>aur salman rushdi ki kitab bil-wasta andaaz mein, indirect way mein, quran ki isha'at ka zariya ban jati.</w:t>
      </w:r>
    </w:p>
    <w:p>
      <w:pPr>
        <w:jc w:val="right"/>
      </w:pPr>
      <w:r>
        <w:t>اور سلمان رشدی کی کتاب بالواسطہ انداز میں، ان ڈائریکٹ وے میں، قرآن کی اشاعت کا ذریعہ بن جاتی۔</w:t>
      </w:r>
    </w:p>
    <w:p>
      <w:r>
        <w:rPr>
          <w:b/>
        </w:rPr>
        <w:t xml:space="preserve">[39:40] </w:t>
      </w:r>
      <w:r>
        <w:t>yeh hai creative solution.</w:t>
      </w:r>
    </w:p>
    <w:p>
      <w:pPr>
        <w:jc w:val="right"/>
      </w:pPr>
      <w:r>
        <w:t>یہ ہے کریئیٹیو سلوشن۔</w:t>
      </w:r>
    </w:p>
    <w:p>
      <w:r>
        <w:rPr>
          <w:b/>
        </w:rPr>
        <w:t xml:space="preserve">[39:46] </w:t>
      </w:r>
      <w:r>
        <w:t>to is mani ke musalmanon ka sab se bara problem yeh hai ke woh jante hain nahi ke ijtihad kiya cheez hai? what is ijtihad?</w:t>
      </w:r>
    </w:p>
    <w:p>
      <w:pPr>
        <w:jc w:val="right"/>
      </w:pPr>
      <w:r>
        <w:t>تو اس معنی کے مسلمانوں کا سب سے بڑا پرابلم یہ ہے کہ وہ جانتے ہیں نہیں کہ اجتہاد کیا چیز ہے؟ واٹ از اجتہاد؟</w:t>
      </w:r>
    </w:p>
    <w:p>
      <w:r>
        <w:rPr>
          <w:b/>
        </w:rPr>
        <w:t xml:space="preserve">[39:57] </w:t>
      </w:r>
      <w:r>
        <w:t>woh khali ghoghai siyasat jante hain, shor ghul karna, jaloos nikalna, hangama karna, yeh jante hain.</w:t>
      </w:r>
    </w:p>
    <w:p>
      <w:pPr>
        <w:jc w:val="right"/>
      </w:pPr>
      <w:r>
        <w:t>وہ خالی غوغائی سیاست جانتے ہیں، شور غل کرنا، جلوس نکالنا، ہنگامہ کرنا، یہ جانتے ہیں۔</w:t>
      </w:r>
    </w:p>
    <w:p>
      <w:r>
        <w:rPr>
          <w:b/>
        </w:rPr>
        <w:t xml:space="preserve">[40:04] </w:t>
      </w:r>
      <w:r>
        <w:t>jis ko kehte hain mujtahidana tarz-e-fikr yani creative thinking, woh bilkul musalmanon mein hai hi nahi. mujtahidana tarz-e-fikr wahi cheez hai jis ko hum kehte hain creative thinking.</w:t>
      </w:r>
    </w:p>
    <w:p>
      <w:pPr>
        <w:jc w:val="right"/>
      </w:pPr>
      <w:r>
        <w:t>جس کو کہتے ہیں مجتہدانہ طرز فکر یعنی کریئیٹیو تھنکنگ، وہ بالکل مسلمانوں میں ہے ہی نہیں۔ مجتہدانہ طرز فکر وہی چیز ہے جس کو ہم کہتے ہیں کریئیٹیو تھنکنگ۔</w:t>
      </w:r>
    </w:p>
    <w:p>
      <w:r>
        <w:rPr>
          <w:b/>
        </w:rPr>
        <w:t xml:space="preserve">[40:21] </w:t>
      </w:r>
      <w:r>
        <w:t>creative thinking ka matlab hai problem ka koi naya solution daryaft karna. jaise maine misaal di aap ko is se pehle jaloos ki,</w:t>
      </w:r>
    </w:p>
    <w:p>
      <w:pPr>
        <w:jc w:val="right"/>
      </w:pPr>
      <w:r>
        <w:t>کریئیٹیو تھنکنگ کا مطلب ہے پرابلم کا کوئی نیا سلوشن دریافت کرنا۔ جیسے میں نے مثال دی آپ کو اس سے پہلے جلوس کی،</w:t>
      </w:r>
    </w:p>
    <w:p>
      <w:r>
        <w:rPr>
          <w:b/>
        </w:rPr>
        <w:t xml:space="preserve">[40:31] </w:t>
      </w:r>
      <w:r>
        <w:t>to problem ka koi naya solution, zyada work karne wala, zyada workable solution daryaft karna, yahi hai ijtihad.</w:t>
      </w:r>
    </w:p>
    <w:p>
      <w:pPr>
        <w:jc w:val="right"/>
      </w:pPr>
      <w:r>
        <w:t>تو پرابلم کا کوئی نیا سلوشن، زیادہ ورک کرنے والا، زیادہ ورک ایبل سلوشن دریافت کرنا، یہی ہے اجتہاد۔</w:t>
      </w:r>
    </w:p>
    <w:p>
      <w:r>
        <w:rPr>
          <w:b/>
        </w:rPr>
        <w:t xml:space="preserve">[40:41] </w:t>
      </w:r>
      <w:r>
        <w:t>isi ka naam hai ke creative thinking. is se mehroom hain log, halanke quran mein dekhiye, yeh raaz bhi bataya gaya hai quran mein.</w:t>
      </w:r>
    </w:p>
    <w:p>
      <w:pPr>
        <w:jc w:val="right"/>
      </w:pPr>
      <w:r>
        <w:t>اسی کا نام ہے کہ کریئیٹیو تھنکنگ۔ اس سے محروم ہیں لوگ، حالانکہ قرآن میں دیکھیے، یہ راز بھی بتایا گیا ہے قرآن میں۔</w:t>
      </w:r>
    </w:p>
    <w:p>
      <w:r>
        <w:rPr>
          <w:b/>
        </w:rPr>
        <w:t xml:space="preserve">[40:52] </w:t>
      </w:r>
      <w:r>
        <w:t>makka mein jab rasool Allah sal-Allahu alaihi wasallam ne apna mission shuru kiya to wahan pe khoob propaganda kiya tha aap ke khilaf.</w:t>
      </w:r>
    </w:p>
    <w:p>
      <w:pPr>
        <w:jc w:val="right"/>
      </w:pPr>
      <w:r>
        <w:t>مکہ میں جب رسول اللہ صلی اللہ علیہ وسلم نے اپنا مشن شروع کیا تو وہاں پہ خوب پروپیگنڈا کیا تھا آپ کے خلاف۔</w:t>
      </w:r>
    </w:p>
    <w:p>
      <w:r>
        <w:rPr>
          <w:b/>
        </w:rPr>
        <w:t xml:space="preserve">[40:59] </w:t>
      </w:r>
      <w:r>
        <w:t>aaj kal jo propaganda kiya gaya hai, yeh sab propaganda wahan kiya gaya tha, is se barh kar barh charh kar ke. to rasool Allah sal-Allahu alaihi wasallam ne na to jaloos nikala, ab aap ne ya aap ke ashaab ne na koi nara lagaya,</w:t>
      </w:r>
    </w:p>
    <w:p>
      <w:pPr>
        <w:jc w:val="right"/>
      </w:pPr>
      <w:r>
        <w:t>آج کل جو پروپیگنڈا کیا گیا ہے، یہ سب پروپیگنڈا وہاں کیا گیا تھا، اس سے بڑھ کر بڑھ چڑھ کر کے۔ تو رسول اللہ صلی اللہ علیہ وسلم نے نہ تو جلوس نکالا، اب آپ نے یا آپ کے اصحاب نے نہ کوئی نعرہ لگایا،</w:t>
      </w:r>
    </w:p>
    <w:p>
      <w:r>
        <w:rPr>
          <w:b/>
        </w:rPr>
        <w:t xml:space="preserve">[41:16] </w:t>
      </w:r>
      <w:r>
        <w:t>kuch bhi nahi, kuch bhi nahi, na koi reaction dikhaya. quran mein yeh ayat utri: "warfu alaa dhikrik"</w:t>
      </w:r>
    </w:p>
    <w:p>
      <w:pPr>
        <w:jc w:val="right"/>
      </w:pPr>
      <w:r>
        <w:t>کچھ بھی نہیں، کچھ بھی نہیں، نہ کوئی ری ایکشن دکھایا۔ قرآن میں یہ آیت اتری: "ورفون علی ذکرک"</w:t>
      </w:r>
    </w:p>
    <w:p>
      <w:r>
        <w:rPr>
          <w:b/>
        </w:rPr>
        <w:t xml:space="preserve">[41:26] </w:t>
      </w:r>
      <w:r>
        <w:t>yani quran ne is mukhalifana propaganda ko</w:t>
      </w:r>
    </w:p>
    <w:p>
      <w:pPr>
        <w:jc w:val="right"/>
      </w:pPr>
      <w:r>
        <w:t>یعنی قرآن نے اس مخالفانہ پروپیگنڈے کو</w:t>
      </w:r>
    </w:p>
    <w:p>
      <w:r>
        <w:rPr>
          <w:b/>
        </w:rPr>
        <w:t xml:space="preserve">[41:35] </w:t>
      </w:r>
      <w:r>
        <w:t>publicity ka naam de diya. publicity, yeh tumhari publicity ho rahi hai, free mein.</w:t>
      </w:r>
    </w:p>
    <w:p>
      <w:pPr>
        <w:jc w:val="right"/>
      </w:pPr>
      <w:r>
        <w:t>پبلیسٹی کا نام دے دیا۔ پبلیسٹی، یہ تمہاری پبلیسٹی ہو رہی ہے، فری میں۔</w:t>
      </w:r>
    </w:p>
    <w:p>
      <w:r>
        <w:rPr>
          <w:b/>
        </w:rPr>
        <w:t xml:space="preserve">[41:43] </w:t>
      </w:r>
      <w:r>
        <w:t>logon ke andar tajassus barh raha hai, logon ke andar</w:t>
      </w:r>
    </w:p>
    <w:p>
      <w:pPr>
        <w:jc w:val="right"/>
      </w:pPr>
      <w:r>
        <w:t>لوگوں کے اندر تجسس بڑھ رہا ہے، لوگوں کے اندر</w:t>
      </w:r>
    </w:p>
    <w:p>
      <w:r>
        <w:rPr>
          <w:b/>
        </w:rPr>
        <w:t xml:space="preserve">[41:51] </w:t>
      </w:r>
      <w:r>
        <w:t>yeh yeh yeh yeh shauq barh raha hai ke jaane ke Muhammad ka mission kya hai?</w:t>
      </w:r>
    </w:p>
    <w:p>
      <w:pPr>
        <w:jc w:val="right"/>
      </w:pPr>
      <w:r>
        <w:t>یہ یہ یہ یہ شوق بڑھ رہا ہے کہ جانے کہ محمد کا مشن کیا ہے؟</w:t>
      </w:r>
    </w:p>
    <w:p>
      <w:r>
        <w:rPr>
          <w:b/>
        </w:rPr>
        <w:t xml:space="preserve">[41:57] </w:t>
      </w:r>
      <w:r>
        <w:t>"warfu alaa dhikrik" yani aap ka charchaa barh gaya, aap ki publicity barh gayi, aap ke mission ko aur janne aur janne ka zawq paida hua logon ke andar.</w:t>
      </w:r>
    </w:p>
    <w:p>
      <w:pPr>
        <w:jc w:val="right"/>
      </w:pPr>
      <w:r>
        <w:t>"ورفون علی ذکرک" یعنی آپ کا چرچہ بڑھ گیا، آپ کی پبلیسٹی بڑھ گئی، آپ کے مشن کو اور جاننے اور جاننے کا ذوق پیدا ہوا لوگوں کے اندر۔</w:t>
      </w:r>
    </w:p>
    <w:p>
      <w:r>
        <w:rPr>
          <w:b/>
        </w:rPr>
        <w:t xml:space="preserve">[42:12] </w:t>
      </w:r>
      <w:r>
        <w:t>dekhiye, Allah taala ne negative ko positive mein convert kar diya.</w:t>
      </w:r>
    </w:p>
    <w:p>
      <w:pPr>
        <w:jc w:val="right"/>
      </w:pPr>
      <w:r>
        <w:t>دیکھیے، اللہ تعالیٰ نے نیگیٹیو کو پازیٹیو میں کنورٹ کر دیا۔</w:t>
      </w:r>
    </w:p>
    <w:p>
      <w:r>
        <w:rPr>
          <w:b/>
        </w:rPr>
        <w:t xml:space="preserve">[42:18] </w:t>
      </w:r>
      <w:r>
        <w:t>mukhalifana propaganda ko Allah taala ne publicity ki hesiyat de di, taaruf ki hesiyat de di.</w:t>
      </w:r>
    </w:p>
    <w:p>
      <w:pPr>
        <w:jc w:val="right"/>
      </w:pPr>
      <w:r>
        <w:t>مخالفانہ پروپیگنڈے کو اللہ تعالیٰ نے پبلیسٹی کی حیثیت دے دی، تعارف کی حیثیت دے دی۔</w:t>
      </w:r>
    </w:p>
    <w:p>
      <w:r>
        <w:rPr>
          <w:b/>
        </w:rPr>
        <w:t xml:space="preserve">[42:26] </w:t>
      </w:r>
      <w:r>
        <w:t>yeh hai creative thinking, yeh hai creative solution, yeh hai mujtahidana tarz-e-fikr. To dekhiye, yeh baat yaad rakhiye ke aap ke liye possible nahi hai ke aap problem ko khatm kar dein,</w:t>
      </w:r>
    </w:p>
    <w:p>
      <w:pPr>
        <w:jc w:val="right"/>
      </w:pPr>
      <w:r>
        <w:t>یہ ہے کریئیٹیو تھنکنگ، یہ ہے کریئیٹیو سلوشن، یہ ہے مجتہدانہ طرز فکر۔ تو دیکھیے، یہ بات یاد رکھیے کہ آپ کے لیے پاسیبل نہیں ہے کہ آپ پرابلم کو ختم کر دیں،</w:t>
      </w:r>
    </w:p>
    <w:p>
      <w:r>
        <w:rPr>
          <w:b/>
        </w:rPr>
        <w:t xml:space="preserve">[42:41] </w:t>
      </w:r>
      <w:r>
        <w:t>yeh mumkin nahi hai. Aap ghaur kijiye, dunya bhar ke musalmanon ne hungama kiya Salman Rushdie ke khilaaf to kya woh khatm ho gaya?</w:t>
      </w:r>
    </w:p>
    <w:p>
      <w:pPr>
        <w:jc w:val="right"/>
      </w:pPr>
      <w:r>
        <w:t>یہ ممکن نہیں ہے۔ آپ غور کیجئے، دنیا بھر کے مسلمانوں نے ہنگامہ کیا سلمان رشدی کے خلاف تو کیا وہ ختم ہو گیا؟</w:t>
      </w:r>
    </w:p>
    <w:p>
      <w:r>
        <w:rPr>
          <w:b/>
        </w:rPr>
        <w:t xml:space="preserve">[42:52] </w:t>
      </w:r>
      <w:r>
        <w:t>Naya hungama paida hua, Denmark ka cartoon wala, is par hungama kiya to kaha phir khatm ho gaya. Ab hungama kar rahe hain "Innocence of Muslims" par to kya yeh khatm ho jayega?</w:t>
      </w:r>
    </w:p>
    <w:p>
      <w:pPr>
        <w:jc w:val="right"/>
      </w:pPr>
      <w:r>
        <w:t>نیا ہنگامہ پیدا ہوا، ڈنمارک کا کارٹون والا، اس پر ہنگامہ کیا تو کہا پھر ختم ہو گیا۔ اب ہنگامہ کر رہے ہیں "انسنس آف مسلمز" پر تو کیا یہ ختم ہو جائے گا؟</w:t>
      </w:r>
    </w:p>
    <w:p>
      <w:r>
        <w:rPr>
          <w:b/>
        </w:rPr>
        <w:t xml:space="preserve">[43:06] </w:t>
      </w:r>
      <w:r>
        <w:t>Yeh namumkin hai khatm ho. Kyun? Bahut badi ghalati yeh hai ke log samajhte hain ke yeh yeh ek conspiracy ka nateeja hai, yeh kisi dushmani ka nateeja</w:t>
      </w:r>
    </w:p>
    <w:p>
      <w:pPr>
        <w:jc w:val="right"/>
      </w:pPr>
      <w:r>
        <w:t>یہ ناممکن ہے ختم ہو۔ کیوں؟ بہت بڑی غلطی یہ ہے کہ لوگ سمجھتے ہیں کہ یہ یہ ایک کانسپریسی کا نتیجہ ہے، یہ کسی دشمنی کا نتیجہ</w:t>
      </w:r>
    </w:p>
    <w:p>
      <w:r>
        <w:rPr>
          <w:b/>
        </w:rPr>
        <w:t xml:space="preserve">[43:18] </w:t>
      </w:r>
      <w:r>
        <w:t>hai. Hargiz nahi, yeh Allah ke diye hue azadi ka misuse hai. It is a phenomenon of misuse of freedom.</w:t>
      </w:r>
    </w:p>
    <w:p>
      <w:pPr>
        <w:jc w:val="right"/>
      </w:pPr>
      <w:r>
        <w:t>ہے۔ ہرگز نہیں، یہ اللہ کے دیے ہوئے آزادی کا مس یوز ہے۔ اٹ از ا فیناومینا آف مس یوز آف فریڈم۔</w:t>
      </w:r>
    </w:p>
    <w:p>
      <w:r>
        <w:rPr>
          <w:b/>
        </w:rPr>
        <w:t xml:space="preserve">[43:31] </w:t>
      </w:r>
      <w:r>
        <w:t>Aur freedom kis ne diya hai? Allah ne diya hai. Faman sha'a falyu'min, wa man sha'a falyakfur. To khud Allah taala ke creation plan mein freedom maujood hai har insaan ke liye.</w:t>
      </w:r>
    </w:p>
    <w:p>
      <w:pPr>
        <w:jc w:val="right"/>
      </w:pPr>
      <w:r>
        <w:t>اور فریڈم کس نے دیا ہے؟ اللہ نے دیا ہے۔ فمن شاہ فریمن، فمن شاہ فلک پر۔ تو خود اللہ تعالیٰ کے کریشن پلان میں فریڈم موجود ہے ہر انسان کے لیے۔</w:t>
      </w:r>
    </w:p>
    <w:p>
      <w:r>
        <w:rPr>
          <w:b/>
        </w:rPr>
        <w:t xml:space="preserve">[43:47] </w:t>
      </w:r>
      <w:r>
        <w:t>Jab freedom maujood hai to is ka misuse karna bhi maujood hai. To yeh jitne bhi waqiyat ho rahe hain, yeh sab na to kisi conspiracy ka hissa hain, na kisi ki dushmani ka hissa hain,</w:t>
      </w:r>
    </w:p>
    <w:p>
      <w:pPr>
        <w:jc w:val="right"/>
      </w:pPr>
      <w:r>
        <w:t>جب فریڈم موجود ہے تو اس کا مس یوز کرنا بھی موجود ہے۔ تو یہ جتنے بھی واقعات ہو رہے ہیں، یہ سب نہ تو کسی کانسپریسی کا حصہ ہیں، نہ کسی کی دشمنی کا حصہ ہیں،</w:t>
      </w:r>
    </w:p>
    <w:p>
      <w:r>
        <w:rPr>
          <w:b/>
        </w:rPr>
        <w:t xml:space="preserve">[44:02] </w:t>
      </w:r>
      <w:r>
        <w:t>kuch bhi nahi. Yeh sab yeh sab kuch bhi nahi. Insaan apni azadi ko misuse kar raha hai, woh sirf hamare khilaaf nahi. Subah shaam rozana yeh kaam ho raha hai,</w:t>
      </w:r>
    </w:p>
    <w:p>
      <w:pPr>
        <w:jc w:val="right"/>
      </w:pPr>
      <w:r>
        <w:t>کچھ بھی نہیں۔ یہ سب یہ سب کچھ بھی نہیں۔ انسان اپنی آزادی کو مس یوز کر رہا ہے، وہ صرف ہمارے خلاف نہیں۔ صبح شام روزانہ یہ کام ہو رہا ہے،</w:t>
      </w:r>
    </w:p>
    <w:p>
      <w:r>
        <w:rPr>
          <w:b/>
        </w:rPr>
        <w:t xml:space="preserve">[44:16] </w:t>
      </w:r>
      <w:r>
        <w:t>yeh sab misuse karte hain. Stalin ne azadi ko misuse kiya, Hitler ne azadi ko misuse kiya. Jahan bhi kahin bloodshed hai, jahan bhi kahin hungama hai, jahan bhi koi violence hai, woh sab kya hai?</w:t>
      </w:r>
    </w:p>
    <w:p>
      <w:pPr>
        <w:jc w:val="right"/>
      </w:pPr>
      <w:r>
        <w:t>یہ سب مس یوز کرتے ہیں۔ اسٹالن نے آزادی کو مس یوز کیا، ہٹلر نے آزادی کو مس یوز کیا۔ جہاں بھی کہیں بلڈ شیڈ ہے، جہاں بھی کہیں بھی ہنگامہ ہے، جہاں بھی کوئی وائیلنس ہے، وہ سب کیا ہے؟</w:t>
      </w:r>
    </w:p>
    <w:p>
      <w:r>
        <w:rPr>
          <w:b/>
        </w:rPr>
        <w:t xml:space="preserve">[44:33] </w:t>
      </w:r>
      <w:r>
        <w:t>Woh hai Allah ki di hui azadi ka misuse karna hai. Yeh to ho hi raha hai,</w:t>
      </w:r>
    </w:p>
    <w:p>
      <w:pPr>
        <w:jc w:val="right"/>
      </w:pPr>
      <w:r>
        <w:t>وہ ہے اللہ کی دی ہوئی آزادی کا مس یوز کرنا ہے۔ یہ تو ہو ہی رہا ہے،</w:t>
      </w:r>
    </w:p>
    <w:p>
      <w:r>
        <w:rPr>
          <w:b/>
        </w:rPr>
        <w:t xml:space="preserve">[44:42] </w:t>
      </w:r>
      <w:r>
        <w:t>Adam ke zamane se ho raha hai. Khud Adam se ghalati hui ke unhon ne azadi ko misuse kiya, yani Allah taala ne azadi di thi un ko, yani jannat mein Allah taala ne mauqa diya poori azadi ke jahan chaho ghoomo, jo chahe khao.</w:t>
      </w:r>
    </w:p>
    <w:p>
      <w:pPr>
        <w:jc w:val="right"/>
      </w:pPr>
      <w:r>
        <w:t>آدم کے زمانے سے ہو رہا ہے۔ خود آدم سے غلطی ہوئی کہ انہوں نے آزادی کو مس یوز کیا، یعنی اللہ تعالیٰ نے آزادی دی تھی ان کو، یعنی جنت میں اللہ تعالیٰ نے موقع دیا پوری آزادی کہ جہاں چاہو گھومو، جو چاہے کھاؤ۔</w:t>
      </w:r>
    </w:p>
    <w:p>
      <w:r>
        <w:rPr>
          <w:b/>
        </w:rPr>
        <w:t xml:space="preserve">[44:57] </w:t>
      </w:r>
      <w:r>
        <w:t>Lekin unhon ne misuse kiya ke forbidden tree ko ja ke khane lage. That was a case of misuse of freedom.</w:t>
      </w:r>
    </w:p>
    <w:p>
      <w:pPr>
        <w:jc w:val="right"/>
      </w:pPr>
      <w:r>
        <w:t>لیکن انہوں نے مس یوز کیا کہ پوائبن ٹری کو جا کے کھانے لگے۔ دیٹ واز کیس آف مس یوز آف فریڈم۔</w:t>
      </w:r>
    </w:p>
    <w:p>
      <w:r>
        <w:rPr>
          <w:b/>
        </w:rPr>
        <w:t xml:space="preserve">[45:08] </w:t>
      </w:r>
      <w:r>
        <w:t>Us waqt se yeh chal raha hai aur qayamat tak chalta rahega. Choonke aap azadi ko abolish nahi kar sakte, is liye aap is phenomenon ko bhi rok nahi sakte.</w:t>
      </w:r>
    </w:p>
    <w:p>
      <w:pPr>
        <w:jc w:val="right"/>
      </w:pPr>
      <w:r>
        <w:t>اس وقت سے یہ چل رہا ہے اور قیامت تک چلتا رہے گا۔ چونکہ آپ آزادی کو ابالش نہیں کر سکتے، اس لیے آپ اس فیناومینا کو بھی روک نہیں سکتے۔</w:t>
      </w:r>
    </w:p>
    <w:p>
      <w:r>
        <w:rPr>
          <w:b/>
        </w:rPr>
        <w:t xml:space="preserve">[45:21] </w:t>
      </w:r>
      <w:r>
        <w:t>Aap na Salman Saudi, na Salman Rushdie ko khatm kar sakte, na cartoonist ko khatm kar sakte, aur na Islam ke khilaaf film banne ko khatm kar sakte.</w:t>
      </w:r>
    </w:p>
    <w:p>
      <w:pPr>
        <w:jc w:val="right"/>
      </w:pPr>
      <w:r>
        <w:t>آپ نہ سلمان سعودی، نہ سلمان رشدی کو ختم کر سکتے، نہ کارٹونسٹ کو ختم کر سکتے، اور نہ اسلام کے خلاف فلم بننے کو ختم کر سکتے۔</w:t>
      </w:r>
    </w:p>
    <w:p>
      <w:r>
        <w:rPr>
          <w:b/>
        </w:rPr>
        <w:t xml:space="preserve">[45:32] </w:t>
      </w:r>
      <w:r>
        <w:t>Impossible hai aap ke liye, woh banta rahega, hota rahega.</w:t>
      </w:r>
    </w:p>
    <w:p>
      <w:pPr>
        <w:jc w:val="right"/>
      </w:pPr>
      <w:r>
        <w:t>امپاسیبل ہے آپ کے لیے، وہ بنتا رہے گا، ہوتا رہے گا۔</w:t>
      </w:r>
    </w:p>
    <w:p>
      <w:r>
        <w:rPr>
          <w:b/>
        </w:rPr>
        <w:t xml:space="preserve">[45:36] </w:t>
      </w:r>
      <w:r>
        <w:t>Ek ke baad doosra, doosre ke baad teesra. Insaan ki azadi ko abolish karne ki taqat sirf Allah ko hai, aur Allah abolish karne wala hai nahi.</w:t>
      </w:r>
    </w:p>
    <w:p>
      <w:pPr>
        <w:jc w:val="right"/>
      </w:pPr>
      <w:r>
        <w:t>ایک کے بعد دوسرا، دوسرے کے بعد تیسرا۔ انسان کی آزادی کو ابالش کرنے کی طاقت صرف اللہ کو ہے، اور اللہ ابالش کرنے والا ہے نہیں۔</w:t>
      </w:r>
    </w:p>
    <w:p>
      <w:r>
        <w:rPr>
          <w:b/>
        </w:rPr>
        <w:t xml:space="preserve">[45:48] </w:t>
      </w:r>
      <w:r>
        <w:t>Qayamat tak ke liye is ne insaan ko freedom de diya hai. To jab insaan ki azadi ko koi khatm karne wala nahi hai, to azadi ko misuse karna bhi kabhi khatm nahi hoga, woh chalta rahega.</w:t>
      </w:r>
    </w:p>
    <w:p>
      <w:pPr>
        <w:jc w:val="right"/>
      </w:pPr>
      <w:r>
        <w:t>قیامت تک کے لیے اس نے انسان کو فریڈم دے دیا ہے۔ تو جب انسان کی آزادی کو کوئی ختم کرنے والا نہیں ہے، تو آزادی کو مس یوز کرنا بھی کبھی ختم نہیں ہوگا، وہ چلتا رہے گا۔</w:t>
      </w:r>
    </w:p>
    <w:p>
      <w:r>
        <w:rPr>
          <w:b/>
        </w:rPr>
        <w:t xml:space="preserve">[46:06] </w:t>
      </w:r>
      <w:r>
        <w:t>To aap ko kya karna chahiye? Aap ko manage karna seekhna chahiye. You have to know, you have to know the art of management.</w:t>
      </w:r>
    </w:p>
    <w:p>
      <w:pPr>
        <w:jc w:val="right"/>
      </w:pPr>
      <w:r>
        <w:t>تو آپ کو کیا کرنا چاہیے؟ آپ کو مینج کرنا سیکھنا چاہیے۔ یو ہیو ٹو نو، یو ہیو ٹو نو دا آرٹ آف مینجمنٹ۔</w:t>
      </w:r>
    </w:p>
    <w:p>
      <w:r>
        <w:rPr>
          <w:b/>
        </w:rPr>
        <w:t xml:space="preserve">[46:18] </w:t>
      </w:r>
      <w:r>
        <w:t>Aap is ko eliminate karne ki koshish na karein, is ko manage karne ki koshish karein. Aap creative andaaz mein sochein, creative solution daryaft karein.</w:t>
      </w:r>
    </w:p>
    <w:p>
      <w:pPr>
        <w:jc w:val="right"/>
      </w:pPr>
      <w:r>
        <w:t>آپ اس کو ایلیمینیٹ کرنے کی کوشش نہ کریں، اس کو مینج کرنے کی کوشش کریں۔ آپ کریئیٹیو انداز میں سوچیں، کریئیٹیو سلوشن دریافت کریں۔</w:t>
      </w:r>
    </w:p>
    <w:p>
      <w:r>
        <w:rPr>
          <w:b/>
        </w:rPr>
        <w:t xml:space="preserve">[46:32] </w:t>
      </w:r>
      <w:r>
        <w:t>Yeh karna hai, isi ka naam hai ijtihad.</w:t>
      </w:r>
    </w:p>
    <w:p>
      <w:pPr>
        <w:jc w:val="right"/>
      </w:pPr>
      <w:r>
        <w:t>یہ کرنا ہے، اسی کا نام ہے اجتہاد۔</w:t>
      </w:r>
    </w:p>
    <w:p>
      <w:r>
        <w:rPr>
          <w:b/>
        </w:rPr>
        <w:t xml:space="preserve">[46:40] </w:t>
      </w:r>
      <w:r>
        <w:t>To jitne bhi aaj kal jo so-called problems hain, jin ko musalman, jin ke baray mein bahut zyada hungama karte rehte hain, woh problems nahi hain.</w:t>
      </w:r>
    </w:p>
    <w:p>
      <w:pPr>
        <w:jc w:val="right"/>
      </w:pPr>
      <w:r>
        <w:t>تو جتنے بھی آج کل جو سو کالڈ پرابلم ہیں، جن کو مسلمان، جن کے بارے میں بہت زیادہ ہنگامہ کرتے رہتے ہیں، وہ پرابلم نہیں ہیں۔</w:t>
      </w:r>
    </w:p>
    <w:p>
      <w:r>
        <w:rPr>
          <w:b/>
        </w:rPr>
        <w:t xml:space="preserve">[46:54] </w:t>
      </w:r>
      <w:r>
        <w:t>Musalmanon ke failure ka, yani musalmanon ka, yani ek situation create hui, us situation, us situation ko musalman handle nahi kar sake, to yeh problem paida ho gaya.</w:t>
      </w:r>
    </w:p>
    <w:p>
      <w:pPr>
        <w:jc w:val="right"/>
      </w:pPr>
      <w:r>
        <w:t>مسلمانوں کے فیلیر کا، یعنی مسلمانوں کا، یعنی ایک سچوئیشن کریئیٹ ہوئی، اس سچوئیشن، اس سچوئیشن کو مسلمان ہینڈل نہیں کر سکے، تو یہ پرابلم پیدا ہوگیا۔</w:t>
      </w:r>
    </w:p>
    <w:p>
      <w:r>
        <w:rPr>
          <w:b/>
        </w:rPr>
        <w:t xml:space="preserve">[47:10] </w:t>
      </w:r>
      <w:r>
        <w:t>Bas is se zyada aur kuch bhi nahi. Sab se aham, zyada aham baat jo jaan na chahiye, woh yeh hai ke we are living in a world that was not created by us,</w:t>
      </w:r>
    </w:p>
    <w:p>
      <w:pPr>
        <w:jc w:val="right"/>
      </w:pPr>
      <w:r>
        <w:t>بس اس سے زیادہ اور کچھ بھی نہیں۔ سب سے اہم، زیادہ اہم بات جو جاننا چاہیے، وہ یہ ہے کہ وی آر لیونگ ان اے ورلڈ دیٹ واز ناٹ کریٹڈ بائی اس،</w:t>
      </w:r>
    </w:p>
    <w:p>
      <w:r>
        <w:rPr>
          <w:b/>
        </w:rPr>
        <w:t xml:space="preserve">[47:23] </w:t>
      </w:r>
      <w:r>
        <w:t>it was created by God Almighty. So we have to know what is the creation plan of God.</w:t>
      </w:r>
    </w:p>
    <w:p>
      <w:pPr>
        <w:jc w:val="right"/>
      </w:pPr>
      <w:r>
        <w:t>اٹ واز کریٹڈ بائی گاڈ المائٹی۔ سو وی ہیو ٹو نو واٹ از دا کریشن پلان آف گاڈ۔</w:t>
      </w:r>
    </w:p>
    <w:p>
      <w:r>
        <w:rPr>
          <w:b/>
        </w:rPr>
        <w:t xml:space="preserve">[47:35] </w:t>
      </w:r>
      <w:r>
        <w:t>without knowing the creation plan of God, we can not manage our affairs, we can not deal with the problems.</w:t>
      </w:r>
    </w:p>
    <w:p>
      <w:pPr>
        <w:jc w:val="right"/>
      </w:pPr>
      <w:r>
        <w:t>وداؤٹ نوئنگ دا کریشن پلان آف گاڈ، وی کین ناٹ مینج اور افیئرز، وی کین ناٹ ڈیل ود دی پرابلمز۔</w:t>
      </w:r>
    </w:p>
    <w:p>
      <w:r>
        <w:rPr>
          <w:b/>
        </w:rPr>
        <w:t xml:space="preserve">[47:48] </w:t>
      </w:r>
      <w:r>
        <w:t>to Allah taala ka jo creation plan hai, is ke tehat Allah ne insan ko total freedom diya hai, kyunke trust par hai insan.</w:t>
      </w:r>
    </w:p>
    <w:p>
      <w:pPr>
        <w:jc w:val="right"/>
      </w:pPr>
      <w:r>
        <w:t>تو اللہ تعالیٰ کا جو کریشن پلان ہے، اس کے تحت اللہ نے انسان کو ٹوٹل فریڈم دیا ہے، کیونکہ ٹرسٹ پر ہے انسان۔</w:t>
      </w:r>
    </w:p>
    <w:p>
      <w:r>
        <w:rPr>
          <w:b/>
        </w:rPr>
        <w:t xml:space="preserve">[48:00] </w:t>
      </w:r>
      <w:r>
        <w:t>jab insan trust par hai to freedom to dena parega.</w:t>
      </w:r>
    </w:p>
    <w:p>
      <w:pPr>
        <w:jc w:val="right"/>
      </w:pPr>
      <w:r>
        <w:t>جب انسان ٹرسٹ پر ہے تو فریڈم تو دینا پڑے گا۔</w:t>
      </w:r>
    </w:p>
    <w:p>
      <w:r>
        <w:rPr>
          <w:b/>
        </w:rPr>
        <w:t xml:space="preserve">[48:04] </w:t>
      </w:r>
      <w:r>
        <w:t>jaise aap school mein, college mein exam hote hain to teen ghante ke liye student ko poori freedom hoti hai.</w:t>
      </w:r>
    </w:p>
    <w:p>
      <w:pPr>
        <w:jc w:val="right"/>
      </w:pPr>
      <w:r>
        <w:t>جیسے آپ اسکول میں، کالج میں ایگزام ہوتے ہیں تو تین گھنٹے کے لیے اسٹوڈنٹ کو پوری فریڈم ہوتی ہے۔</w:t>
      </w:r>
    </w:p>
    <w:p>
      <w:r>
        <w:rPr>
          <w:b/>
        </w:rPr>
        <w:t xml:space="preserve">[48:16] </w:t>
      </w:r>
      <w:r>
        <w:t>agar woh is ko question aap ne diya hai history ka, aur is ko history ke bajaye woh is mein</w:t>
      </w:r>
    </w:p>
    <w:p>
      <w:pPr>
        <w:jc w:val="right"/>
      </w:pPr>
      <w:r>
        <w:t>اگر وہ اس کو کوئسچن آپ نے دیا ہے ہسٹری کا، اور اس کو ہسٹری کے بجائے وہ اس میں</w:t>
      </w:r>
    </w:p>
    <w:p>
      <w:r>
        <w:rPr>
          <w:b/>
        </w:rPr>
        <w:t xml:space="preserve">[48:26] </w:t>
      </w:r>
      <w:r>
        <w:t>literature ki baatein likh dale apni copy mein, to aap rok nahi sakte is ko.</w:t>
      </w:r>
    </w:p>
    <w:p>
      <w:pPr>
        <w:jc w:val="right"/>
      </w:pPr>
      <w:r>
        <w:t>لٹریچر کی باتیں لکھ ڈالے اپنی کاپی میں، تو آپ روک نہیں سکتے اس کو۔</w:t>
      </w:r>
    </w:p>
    <w:p>
      <w:r>
        <w:rPr>
          <w:b/>
        </w:rPr>
        <w:t xml:space="preserve">[48:32] </w:t>
      </w:r>
      <w:r>
        <w:t>jo chahe likhe, is ko freedom hai. ya apni copy sada chhod de, is mein kuch bhi likhe, bad language likhe, aap is ka haath nahi rok sakte.</w:t>
      </w:r>
    </w:p>
    <w:p>
      <w:pPr>
        <w:jc w:val="right"/>
      </w:pPr>
      <w:r>
        <w:t>جو چاہے لکھے، اس کو فریڈم ہے۔ یا اپنی کاپی سادہ چھوڑ دے، اس میں کچھ بھی لکھے، بیڈ لینگویج لکھے، آپ اس کا ہاتھ نہیں روک سکتے۔</w:t>
      </w:r>
    </w:p>
    <w:p>
      <w:r>
        <w:rPr>
          <w:b/>
        </w:rPr>
        <w:t xml:space="preserve">[48:45] </w:t>
      </w:r>
      <w:r>
        <w:t>management ne is ka haath nahi rok sakti, kyunke is teen ghante ke liye is ko freedom mila hua hai.</w:t>
      </w:r>
    </w:p>
    <w:p>
      <w:pPr>
        <w:jc w:val="right"/>
      </w:pPr>
      <w:r>
        <w:t>مینجمنٹ نے اس کا ہاتھ نہیں روک سکتی، کیونکہ اس تین گھنٹے کے لیے اس کو فریڈم ملا ہوا ہے۔</w:t>
      </w:r>
    </w:p>
    <w:p>
      <w:r>
        <w:rPr>
          <w:b/>
        </w:rPr>
        <w:t xml:space="preserve">[48:55] </w:t>
      </w:r>
      <w:r>
        <w:t>to insan ko Allah taala ne qayamat tak ke liye total freedom diya hai.</w:t>
      </w:r>
    </w:p>
    <w:p>
      <w:pPr>
        <w:jc w:val="right"/>
      </w:pPr>
      <w:r>
        <w:t>تو انسان کو اللہ تعالیٰ نے قیامت تک کے لیے ٹوٹل فریڈم دیا ہے۔</w:t>
      </w:r>
    </w:p>
    <w:p>
      <w:r>
        <w:rPr>
          <w:b/>
        </w:rPr>
        <w:t xml:space="preserve">[49:02] </w:t>
      </w:r>
      <w:r>
        <w:t>freedom mein apne aap yeh cheez shamil hai ke woh chahe proper use kare ya ya misuse kare, dono ki azadi is ko hai. to galat taur par musalman yeh samajhte hain ke sab conspiracy hai.</w:t>
      </w:r>
    </w:p>
    <w:p>
      <w:pPr>
        <w:jc w:val="right"/>
      </w:pPr>
      <w:r>
        <w:t>فریڈم میں اپنے آپ یہ چیز شامل ہے کہ وہ چاہے پراپر یوز کرے یا یا مس یوز کرے، دونوں کی آزادی اس کو ہے۔ تو غلط طور پر مسلمان یہ سمجھتے ہیں کہ سب کانسپریسی ہے۔</w:t>
      </w:r>
    </w:p>
    <w:p>
      <w:r>
        <w:rPr>
          <w:b/>
        </w:rPr>
        <w:t xml:space="preserve">[49:17] </w:t>
      </w:r>
      <w:r>
        <w:t>hargiz conspiracy nahi hai, woh hai case misuse of freedom ka. aur chunke aap azadi ko aap abolish nahi kar sakte, is wajah se aap is ko rok bhi nahi sakte.</w:t>
      </w:r>
    </w:p>
    <w:p>
      <w:pPr>
        <w:jc w:val="right"/>
      </w:pPr>
      <w:r>
        <w:t>ہرگز کانسپریسی نہیں ہے، وہ ہے کیس مس یوز آف فریڈم کا۔ اور چونکہ آپ آزادی کو آپ ابالش نہیں کر سکتے، اس وجہ سے آپ اس کو روک بھی نہیں سکتے۔</w:t>
      </w:r>
    </w:p>
    <w:p>
      <w:r>
        <w:rPr>
          <w:b/>
        </w:rPr>
        <w:t xml:space="preserve">[49:30] </w:t>
      </w:r>
      <w:r>
        <w:t>woh hota rahega, woh</w:t>
      </w:r>
    </w:p>
    <w:p>
      <w:pPr>
        <w:jc w:val="right"/>
      </w:pPr>
      <w:r>
        <w:t>وہ ہوتا رہے گا، وہ</w:t>
      </w:r>
    </w:p>
    <w:p>
      <w:r>
        <w:rPr>
          <w:b/>
        </w:rPr>
        <w:t xml:space="preserve">[49:36] </w:t>
      </w:r>
      <w:r>
        <w:t>woh to hota rahega. dekhiye, terveen sadi eesvi mein, terveen sadi eesvi mein ek waqea hua.</w:t>
      </w:r>
    </w:p>
    <w:p>
      <w:pPr>
        <w:jc w:val="right"/>
      </w:pPr>
      <w:r>
        <w:t>وہ تو ہوتا رہے گا۔ دیکھیے، تیرویں صدی عیسوی میں، تیرویں صدی عیسوی میں ایک واقعہ ہوا۔</w:t>
      </w:r>
    </w:p>
    <w:p>
      <w:r>
        <w:rPr>
          <w:b/>
        </w:rPr>
        <w:t xml:space="preserve">[49:46] </w:t>
      </w:r>
      <w:r>
        <w:t>ek tha</w:t>
      </w:r>
    </w:p>
    <w:p>
      <w:pPr>
        <w:jc w:val="right"/>
      </w:pPr>
      <w:r>
        <w:t>ایک تھا</w:t>
      </w:r>
    </w:p>
    <w:p>
      <w:r>
        <w:rPr>
          <w:b/>
        </w:rPr>
        <w:t xml:space="preserve">[49:50] </w:t>
      </w:r>
      <w:r>
        <w:t>Christian, is ka naam tha Al-Saf. to is ne kaha jata hai ke Rasool Allah ke khilaf is ne gustakhi ki baatein keen,</w:t>
      </w:r>
    </w:p>
    <w:p>
      <w:pPr>
        <w:jc w:val="right"/>
      </w:pPr>
      <w:r>
        <w:t>کرسچن، اس کا نام تھا الصاف عین سین الف ف الصاف۔ تو اس نے کہا جاتا ہے کہ رسول اللہ کے خلاف اس نے گستاخی کی باتیں کیں،</w:t>
      </w:r>
    </w:p>
    <w:p>
      <w:r>
        <w:rPr>
          <w:b/>
        </w:rPr>
        <w:t xml:space="preserve">[50:05] </w:t>
      </w:r>
      <w:r>
        <w:t>jis ko kehte hain shatm. ab isi language istemal ki, is par shor ghul, shor ghul hua. wahan musalmanon ne shor ghul kiya ke is ko maro, is ko maro.</w:t>
      </w:r>
    </w:p>
    <w:p>
      <w:pPr>
        <w:jc w:val="right"/>
      </w:pPr>
      <w:r>
        <w:t>جس کو کہتے ہیں شتم۔ اب اسی لینگویج استعمال کی، اس پر شور غل، شور غل ہوا۔ وہاں مسلمانوں نے شور غل کیا کہ اس کو مارو، اس کو مارو۔</w:t>
      </w:r>
    </w:p>
    <w:p>
      <w:r>
        <w:rPr>
          <w:b/>
        </w:rPr>
        <w:t xml:space="preserve">[50:17] </w:t>
      </w:r>
      <w:r>
        <w:t>is zamane mein Imam Taimiya zinda the, unhon ne ek kitab likhi. is kitab ka naam hai "Al-Sayf Al-Maslool Ala Shatim Al-Rasool".</w:t>
      </w:r>
    </w:p>
    <w:p>
      <w:pPr>
        <w:jc w:val="right"/>
      </w:pPr>
      <w:r>
        <w:t>اس زمانے میں امام تیمیہ زندہ تھے، انہوں نے ایک کتاب لکھی۔ اس کتاب کا نام ہے "الصارب المسلول علی شاطب رسول"۔</w:t>
      </w:r>
    </w:p>
    <w:p>
      <w:r>
        <w:rPr>
          <w:b/>
        </w:rPr>
        <w:t xml:space="preserve">[50:33] </w:t>
      </w:r>
      <w:r>
        <w:t>is mein yeh likha tha unhon ne ke jo shatm kare, is ko maar dalo. is ke baad bhi phir kai kitabein likhi gayeen, maslan sab ki kitab "Al-Bayan Wa Al-Tabyin" Ibn Abdin Shami ki kitab waghera.</w:t>
      </w:r>
    </w:p>
    <w:p>
      <w:pPr>
        <w:jc w:val="right"/>
      </w:pPr>
      <w:r>
        <w:t>اس میں یہ لکھا تھا انہوں نے کہ جو شتم کرے، اس کو مار ڈالو۔ اس کے بعد بھی پھر کئی کتابیں لکھی گئیں، مثلاً سب کی کتاب "الابن ابن ابن عبدین شامی" کی کتاب وغیرہ۔</w:t>
      </w:r>
    </w:p>
    <w:p>
      <w:r>
        <w:rPr>
          <w:b/>
        </w:rPr>
        <w:t xml:space="preserve">[50:49] </w:t>
      </w:r>
      <w:r>
        <w:t>aur in sab mein yahi kaha gaya ke jo shatm kare, is ko mara jaye, qatl kar diya jaye. to kya shatm khatm ho gaya? shatm badhta hi badhta raha, badhta raha, badhta raha.</w:t>
      </w:r>
    </w:p>
    <w:p>
      <w:pPr>
        <w:jc w:val="right"/>
      </w:pPr>
      <w:r>
        <w:t>اور ان سب میں یہی کہا گیا کہ جو شتم کرے، اس کو مارا جائے، قتل کر دیا جائے۔ تو کیا شتم ختم ہو گیا؟ شتم بڑھتا ہی بڑھتا رہا، بڑھتا رہا، بڑھتا رہا۔</w:t>
      </w:r>
    </w:p>
    <w:p>
      <w:r>
        <w:rPr>
          <w:b/>
        </w:rPr>
        <w:t xml:space="preserve">[51:03] </w:t>
      </w:r>
      <w:r>
        <w:t>ab to woh TV par hai, akhbaron mein hai, kitabon mein hai, libraryon mein hai, movies mein hai. yani jab kitab likhi thi Ibn Taimiya ne, us se ab hazaron guna zyada badh chuka hai.</w:t>
      </w:r>
    </w:p>
    <w:p>
      <w:pPr>
        <w:jc w:val="right"/>
      </w:pPr>
      <w:r>
        <w:t>اب تو وہ ٹی وی پر ہے، اخباروں میں ہے، کتابوں میں ہے، لائبریریوں میں ہے، موویز میں ہے۔ یعنی جب کتاب لکھی تھی ابن تیمیہ نے، اس سے اب ہزاروں گنا زیادہ بڑھ چکا ہے۔</w:t>
      </w:r>
    </w:p>
    <w:p>
      <w:r>
        <w:rPr>
          <w:b/>
        </w:rPr>
        <w:t xml:space="preserve">[51:17] </w:t>
      </w:r>
      <w:r>
        <w:t>to aisi kitab likhne se faida kya?</w:t>
      </w:r>
    </w:p>
    <w:p>
      <w:pPr>
        <w:jc w:val="right"/>
      </w:pPr>
      <w:r>
        <w:t>تو ایسی کتاب لکھنے سے فائدہ کیا؟</w:t>
      </w:r>
    </w:p>
    <w:p>
      <w:r>
        <w:rPr>
          <w:b/>
        </w:rPr>
        <w:t xml:space="preserve">[51:23] </w:t>
      </w:r>
      <w:r>
        <w:t>nahi, Ibn Taimiya ko ya Allama Subki ko ya Allama Abidin ko aur doosre logon ko kitab yeh likhna chahiye tha ke jab bhi kahin koi shatm kare, jab bhi koi Rasool gustakhi kare, to is ko tum ek ek dawat ke case ke taur par lo.</w:t>
      </w:r>
    </w:p>
    <w:p>
      <w:pPr>
        <w:jc w:val="right"/>
      </w:pPr>
      <w:r>
        <w:t>نہیں، ابن تیمیہ کو یا علامہ شبقی کو یا علامہ عابدین کو اور دوسرے لوگوں کو کتاب یہ لکھنا چاہیے تھا کہ جب بھی کہیں کوئی شتم کرے، جب بھی کوئی رسول گستاخی کرے، تو اس کو تم ایک ایک دعوت کے کیس کے طور پر لو۔</w:t>
      </w:r>
    </w:p>
    <w:p>
      <w:r>
        <w:rPr>
          <w:b/>
        </w:rPr>
        <w:t xml:space="preserve">[51:46] </w:t>
      </w:r>
      <w:r>
        <w:t>ek aadmi hai jis se ja kar aap Rasool Allah ke bare mein baat kar sakte hain,</w:t>
      </w:r>
    </w:p>
    <w:p>
      <w:pPr>
        <w:jc w:val="right"/>
      </w:pPr>
      <w:r>
        <w:t>ایک آدمی ہے جس سے جا کر آپ رسول اللہ کے بارے میں بات کر سکتے ہیں،</w:t>
      </w:r>
    </w:p>
    <w:p>
      <w:r>
        <w:rPr>
          <w:b/>
        </w:rPr>
        <w:t xml:space="preserve">[51:55] </w:t>
      </w:r>
      <w:r>
        <w:t>yani is se discussion kar sakte hain, is ko kitabein de sakte hain, is se ja ke baat kijiye. jo shakhs aisa kare, is ko dawat ka case samjhiye, na ke shatm, na ke qatl ka case.</w:t>
      </w:r>
    </w:p>
    <w:p>
      <w:pPr>
        <w:jc w:val="right"/>
      </w:pPr>
      <w:r>
        <w:t>یعنی اس سے ڈسکشن کر سکتے ہیں، اس کو کتابیں دے سکتے ہیں، اس سے جا کے بات کیجئے۔ جو شخص ایسا کرے، اس کو دعوت کا کیس سمجھیے، نہ کہ شتم، نہ کہ قتل کا کیس۔</w:t>
      </w:r>
    </w:p>
    <w:p>
      <w:r>
        <w:rPr>
          <w:b/>
        </w:rPr>
        <w:t xml:space="preserve">[52:12] </w:t>
      </w:r>
      <w:r>
        <w:t>dekhiye, yeh jo aaya hai, yeh Islam Quran mein kahin bhi nahi hai. Quran mein kahin bhi nahi hai ke jo shatm kare, is ko maar dalo.</w:t>
      </w:r>
    </w:p>
    <w:p>
      <w:pPr>
        <w:jc w:val="right"/>
      </w:pPr>
      <w:r>
        <w:t>دیکھیں، یہ جو آیا ہے، یہ اسلام قرآن میں کہیں بھی نہیں ہے۔ قرآن میں کہیں بھی نہیں ہے کہ جو شتم کرے، اس کو مار ڈالو۔</w:t>
      </w:r>
    </w:p>
    <w:p>
      <w:r>
        <w:rPr>
          <w:b/>
        </w:rPr>
        <w:t xml:space="preserve">[52:25] </w:t>
      </w:r>
      <w:r>
        <w:t>yeh to blasphemy ka concept christian mein tha. jab Roman Empire fateh hui aur Misr waghera ke saare Christian log Islam mein dakhil ho gaye, to woh le aaye, yaani jo Christian convert thay, woh laaye aik concept blasphemy ka concept.</w:t>
      </w:r>
    </w:p>
    <w:p>
      <w:pPr>
        <w:jc w:val="right"/>
      </w:pPr>
      <w:r>
        <w:t>یہ تو بلاسفیمی کا کانسیپٹ کرسچن میں تھا۔ جب رومن ایمپائر فتح ہوئی اور مصر وغیرہ کے سارے کرسچن لوگ اسلام میں داخل ہو گئے، تو وہ لے آئے، یعنی جو کرسچن کنورٹ تھے، وہ لائے ایک کانسیپٹ بلاسفیمی کا کانسیپٹ۔</w:t>
      </w:r>
    </w:p>
    <w:p>
      <w:r>
        <w:rPr>
          <w:b/>
        </w:rPr>
        <w:t xml:space="preserve">[52:44] </w:t>
      </w:r>
      <w:r>
        <w:t>Islam mein nahi tha, ab woh Musalmanon ne is ko Islamize kar liya. Quran mein dekhiye, is ke bar aks baat</w:t>
      </w:r>
    </w:p>
    <w:p>
      <w:pPr>
        <w:jc w:val="right"/>
      </w:pPr>
      <w:r>
        <w:t>اسلام میں نہیں تھا، اب وہ مسلمانوں نے اس کو اسلامائز کر لیا۔ قرآن میں دیکھیے، اس کے برعکس بات</w:t>
      </w:r>
    </w:p>
    <w:p>
      <w:r>
        <w:rPr>
          <w:b/>
        </w:rPr>
        <w:t xml:space="preserve">[52:53] </w:t>
      </w:r>
      <w:r>
        <w:t>hai. Quran mein hai ke "wa la tasubbudhina yaduna min dunillahi fa yasubbudhahu adum bighairi ilmin".</w:t>
      </w:r>
    </w:p>
    <w:p>
      <w:pPr>
        <w:jc w:val="right"/>
      </w:pPr>
      <w:r>
        <w:t>ہے۔ قرآن میں ہے کہ "ولا تسب الذینیدون من دون اللہ فیسب اللہ ادوم بغیر علم"۔</w:t>
      </w:r>
    </w:p>
    <w:p>
      <w:r>
        <w:rPr>
          <w:b/>
        </w:rPr>
        <w:t xml:space="preserve">[53:04] </w:t>
      </w:r>
      <w:r>
        <w:t>Yaani Musalmanon ko kaha gaya hai ke tum doosron ke khilaaf shatm na karo, warna woh woh ghussa ho kar tumhare khilaaf karein ge.</w:t>
      </w:r>
    </w:p>
    <w:p>
      <w:pPr>
        <w:jc w:val="right"/>
      </w:pPr>
      <w:r>
        <w:t>یعنی مسلمانوں کو کہا گیا ہے کہ تم دوسروں کے خلاف شتم نہ کرو، ورنہ وہ وہ غصہ ہو کر تمہارے خلاف کریں گے۔</w:t>
      </w:r>
    </w:p>
    <w:p>
      <w:r>
        <w:rPr>
          <w:b/>
        </w:rPr>
        <w:t xml:space="preserve">[53:14] </w:t>
      </w:r>
      <w:r>
        <w:t>Yaani Musalmanon ko yeh hukum nahi diya gaya hai ke jo shatm kare, us ko maar dalo. Yeh saare Quran mein aisa kahin bhi nahi hai. Khud Musalmanon ko kaha gaya hai ke tum shatm na karo,</w:t>
      </w:r>
    </w:p>
    <w:p>
      <w:pPr>
        <w:jc w:val="right"/>
      </w:pPr>
      <w:r>
        <w:t>یعنی مسلمانوں کو یہ حکم نہیں دیا گیا ہے کہ جو شتم کرے، اس کو مار ڈالو۔ یہ سارے قرآن میں ایسا کہیں بھی نہیں ہے۔ خود مسلمانوں کو کہا گیا ہے کہ تم شتم نہ کرو،</w:t>
      </w:r>
    </w:p>
    <w:p>
      <w:r>
        <w:rPr>
          <w:b/>
        </w:rPr>
        <w:t xml:space="preserve">[53:25] </w:t>
      </w:r>
      <w:r>
        <w:t>warna woh provoke ho jayenge. Yaani aye Musalmano, tum shatm kar ke doosron ko provoke na karo. Yeh Quran mein bataya gaya hai.</w:t>
      </w:r>
    </w:p>
    <w:p>
      <w:pPr>
        <w:jc w:val="right"/>
      </w:pPr>
      <w:r>
        <w:t>ورنہ وہ پرووک ہو جائیں گے۔ یعنی اے مسلمانوں، تم شتم کر کے دوسروں کو پرووک نہ کرو۔ یہ قرآن میں بتایا گیا ہے۔</w:t>
      </w:r>
    </w:p>
    <w:p>
      <w:r>
        <w:rPr>
          <w:b/>
        </w:rPr>
        <w:t xml:space="preserve">[53:37] </w:t>
      </w:r>
      <w:r>
        <w:t>Yeh to kahin bhi nahi hai ke jo shatm kare, us ko maar dalo.</w:t>
      </w:r>
    </w:p>
    <w:p>
      <w:pPr>
        <w:jc w:val="right"/>
      </w:pPr>
      <w:r>
        <w:t>یہ تو کہیں بھی نہیں ہے کہ جو شتم کرے، اس کو مار ڈالو۔</w:t>
      </w:r>
    </w:p>
    <w:p>
      <w:r>
        <w:rPr>
          <w:b/>
        </w:rPr>
        <w:t xml:space="preserve">[53:42] </w:t>
      </w:r>
      <w:r>
        <w:t>Yeh to Christian concept tha, blasphemy ka concept, jo jo Christianity se jo log Islam mein dakhil hue, woh wahan se le kar aaye aur yahan par logon ne is ko Islamize kar liya.</w:t>
      </w:r>
    </w:p>
    <w:p>
      <w:pPr>
        <w:jc w:val="right"/>
      </w:pPr>
      <w:r>
        <w:t>یہ تو کرسچن کانسیپٹ تھا، بلاسفیمی کا کانسیپٹ، جو جو کرسچینٹی سے جو لوگ اسلام میں داخل ہوئے، وہ وہاں سے لے کر آئے اور یہاں پر لوگوں نے اس کو اسلامائز کر لیا۔</w:t>
      </w:r>
    </w:p>
    <w:p>
      <w:r>
        <w:rPr>
          <w:b/>
        </w:rPr>
        <w:t xml:space="preserve">[53:56] </w:t>
      </w:r>
      <w:r>
        <w:t>Is ka naam rakh diya "shatm-e-Rasool" ka, "shatm sab o shatm ka masla". Saare Quran mein aap parh daliye, parh daliye.</w:t>
      </w:r>
    </w:p>
    <w:p>
      <w:pPr>
        <w:jc w:val="right"/>
      </w:pPr>
      <w:r>
        <w:t>اس کا نام رکھ دیا "شتم رسول" کا، "شتم سب و شتم کا مسئلہ"۔ سارے قرآن میں آپ پڑھ ڈالیے، پڑھ ڈالیے۔</w:t>
      </w:r>
    </w:p>
    <w:p>
      <w:r>
        <w:rPr>
          <w:b/>
        </w:rPr>
        <w:t xml:space="preserve">[54:06] </w:t>
      </w:r>
      <w:r>
        <w:t>Quran mein 134 soortein hain, saadey chaar hazar aayatein hain.</w:t>
      </w:r>
    </w:p>
    <w:p>
      <w:pPr>
        <w:jc w:val="right"/>
      </w:pPr>
      <w:r>
        <w:t>قرآن میں 134 سورتیں ہیں، ساڑھے چھ ہزار آیتیں ہیں۔</w:t>
      </w:r>
    </w:p>
    <w:p>
      <w:r>
        <w:rPr>
          <w:b/>
        </w:rPr>
        <w:t xml:space="preserve">[54:13] </w:t>
      </w:r>
      <w:r>
        <w:t>Ab poora Quran parh daliye, saare Quran mein kahin bhi nahi hai ke jo shatm kare, woh mara jaye. Balkeh bar aks hai ke Musalmanon ko roka gaya hai ke woh sab o shatm karein aur khwamkhwah log bhadak bhadak kar ke Islam ke khilaaf ho jayen.</w:t>
      </w:r>
    </w:p>
    <w:p>
      <w:pPr>
        <w:jc w:val="right"/>
      </w:pPr>
      <w:r>
        <w:t>اب پورا قرآن پڑھ ڈالیے، سارے قرآن میں کہیں بھی نہیں ہے کہ جو شتم کرے، وہ مارا جائے۔ بلکہ بریکس ہے کہ مسلمانوں کو روکا گیا ہے کہ وہ سب و شتم کریں اور خوامخواہ لوگ بھڑک بھڑک کر کے اسلام کے خلاف ہو جائیں۔</w:t>
      </w:r>
    </w:p>
    <w:p>
      <w:r>
        <w:rPr>
          <w:b/>
        </w:rPr>
        <w:t xml:space="preserve">[54:31] </w:t>
      </w:r>
      <w:r>
        <w:t>Kaisi ajeeb baat hai!</w:t>
      </w:r>
    </w:p>
    <w:p>
      <w:pPr>
        <w:jc w:val="right"/>
      </w:pPr>
      <w:r>
        <w:t>کیسی عجیب بات ہے!</w:t>
      </w:r>
    </w:p>
    <w:p>
      <w:r>
        <w:rPr>
          <w:b/>
        </w:rPr>
        <w:t xml:space="preserve">[54:36] </w:t>
      </w:r>
      <w:r>
        <w:t>To ab jo log Islam ke naam par hangame kar rahe hain, yeh Islam nahi hai. Yeh</w:t>
      </w:r>
    </w:p>
    <w:p>
      <w:pPr>
        <w:jc w:val="right"/>
      </w:pPr>
      <w:r>
        <w:t>تو اب جو لوگ اسلام کے نام پر ہنگامے کر رہے ہیں، یہ اسلام نہیں ہے۔ یہ</w:t>
      </w:r>
    </w:p>
    <w:p>
      <w:r>
        <w:rPr>
          <w:b/>
        </w:rPr>
        <w:t xml:space="preserve">[54:41] </w:t>
      </w:r>
      <w:r>
        <w:t>yeh Quran ki khilaaf warzi hai, yeh Quran ke khilaaf chalna hai. Is ka ta'alluq na Quran se hai, na Rasool Allah se hai.</w:t>
      </w:r>
    </w:p>
    <w:p>
      <w:pPr>
        <w:jc w:val="right"/>
      </w:pPr>
      <w:r>
        <w:t>یہ قرآن کی خلاف ورزی ہے، یہ قرآن کے خلاف چلنا ہے۔ اس کا تعلق نہ قرآن سے ہے، نہ رسول اللہ سے ہے۔</w:t>
      </w:r>
    </w:p>
    <w:p>
      <w:r>
        <w:rPr>
          <w:b/>
        </w:rPr>
        <w:t xml:space="preserve">[54:52] </w:t>
      </w:r>
      <w:r>
        <w:t>Yeh yeh bilkul khud sakhta deen par hain, yeh log, aur hargiz hargiz is ka koi in ko na dunya mein faida hone wala hai, na akhirat mein faida hone wala hai.</w:t>
      </w:r>
    </w:p>
    <w:p>
      <w:pPr>
        <w:jc w:val="right"/>
      </w:pPr>
      <w:r>
        <w:t>یہ یہ بالکل خود ساختہ دین پر ہیں، یہ لوگ، اور ہرگز ہرگز اس کا کوئی ان کو نہ دنیا میں فائدہ ہونے والا ہے، نہ آخرت میں فائدہ ہونے والا ہے۔</w:t>
      </w:r>
    </w:p>
    <w:p>
      <w:r>
        <w:rPr>
          <w:b/>
        </w:rPr>
        <w:t xml:space="preserve">[55:09] </w:t>
      </w:r>
      <w:r>
        <w:t>Yaani is mein koi shakk nahi. Jis ko shakk ho, woh Quran ko parhe aur parh kar mujhe bataye, woh kaun si surah hai ya kaun si ayat hai jis mein yeh kaha gaya hai ke jo Rasool Allah par shatm kare, us ke khilaaf hangama karo, us ko maar dalo.</w:t>
      </w:r>
    </w:p>
    <w:p>
      <w:pPr>
        <w:jc w:val="right"/>
      </w:pPr>
      <w:r>
        <w:t>یعنی اس میں کوئی شک نہیں۔ جس کو شک ہو، وہ قرآن کو پڑھے اور پڑھ کر مجھے بتائے، وہ کون سی سورہ ہے یا کون سی آیت ہے جس میں یہ کہا گیا ہے کہ جو رسول اللہ پر شتم کرے، اس کے خلاف ہنگامہ کرو، اس کو مار ڈالو۔</w:t>
      </w:r>
    </w:p>
    <w:p>
      <w:r>
        <w:rPr>
          <w:b/>
        </w:rPr>
        <w:t xml:space="preserve">[55:28] </w:t>
      </w:r>
      <w:r>
        <w:t>Yeh to bilkul baseless hai, akhirat tak baseless hai.</w:t>
      </w:r>
    </w:p>
    <w:p>
      <w:pPr>
        <w:jc w:val="right"/>
      </w:pPr>
      <w:r>
        <w:t>یہ تو بالکل بیس لیس ہے، آخرت تک بیس لیس ہے۔</w:t>
      </w:r>
    </w:p>
    <w:p>
      <w:r>
        <w:rPr>
          <w:b/>
        </w:rPr>
        <w:t xml:space="preserve">[55:35] </w:t>
      </w:r>
      <w:r>
        <w:t>Quran mein is ki kuch bhi asal nahi hai.</w:t>
      </w:r>
    </w:p>
    <w:p>
      <w:pPr>
        <w:jc w:val="right"/>
      </w:pPr>
      <w:r>
        <w:t>قرآن میں اس کی کچھ بھی اصل نہیں ہے۔</w:t>
      </w:r>
    </w:p>
    <w:p>
      <w:r>
        <w:rPr>
          <w:b/>
        </w:rPr>
        <w:t xml:space="preserve">[55:39] </w:t>
      </w:r>
      <w:r>
        <w:t>Kehti hai, bari hikmat ki baat Quran mein hai ke tum logon ko provoke na karo.</w:t>
      </w:r>
    </w:p>
    <w:p>
      <w:pPr>
        <w:jc w:val="right"/>
      </w:pPr>
      <w:r>
        <w:t>کہتی ہے، بڑی حکمت کی بات قرآن میں ہے کہ تم لوگوں کو پرووک نہ کرو۔</w:t>
      </w:r>
    </w:p>
    <w:p>
      <w:r>
        <w:rPr>
          <w:b/>
        </w:rPr>
        <w:t xml:space="preserve">[55:48] </w:t>
      </w:r>
      <w:r>
        <w:t>"La tasubbudhina yaduna min dunillahi fa yasubbudhahu adum bighairi ilmin". Yaani aye Musalmano, tum logon ko provoke na karo.</w:t>
      </w:r>
    </w:p>
    <w:p>
      <w:pPr>
        <w:jc w:val="right"/>
      </w:pPr>
      <w:r>
        <w:t>"لا تسب الذینیدون من دون اللہ فیسب اللہ ادوم بغیر علم"۔ یعنی اے مسلمانوں، تم لوگوں کو پرووک نہ کرو۔</w:t>
      </w:r>
    </w:p>
    <w:p>
      <w:r>
        <w:rPr>
          <w:b/>
        </w:rPr>
        <w:t xml:space="preserve">[55:57] </w:t>
      </w:r>
      <w:r>
        <w:t>Kehti hai, hikmat ki baat hai ke woh kaha gaya, agar agar aap provoke nahi karein ge to situation normal rahe gi.</w:t>
      </w:r>
    </w:p>
    <w:p>
      <w:pPr>
        <w:jc w:val="right"/>
      </w:pPr>
      <w:r>
        <w:t>کہتی ہے، حکمت کی بات ہے کہ وہ کہا گیا، اگر اگر آپ پرووک نہیں کریں گے تو سچوئیشن نارمل رہے گی۔</w:t>
      </w:r>
    </w:p>
    <w:p>
      <w:r>
        <w:rPr>
          <w:b/>
        </w:rPr>
        <w:t xml:space="preserve">[56:06] </w:t>
      </w:r>
      <w:r>
        <w:t>Jab normal rahe gi to dawat ke mawaqe khoob rahen ge. Hamesha dekhiye, provocation se baat barhti hai.</w:t>
      </w:r>
    </w:p>
    <w:p>
      <w:pPr>
        <w:jc w:val="right"/>
      </w:pPr>
      <w:r>
        <w:t>جب نارمل رہے گی تو دعوت کے مواقع خوب رہیں گے۔ ہمیشہ دیکھیے، پرووکیشن سے بات بڑھتی ہے۔</w:t>
      </w:r>
    </w:p>
    <w:p>
      <w:r>
        <w:rPr>
          <w:b/>
        </w:rPr>
        <w:t xml:space="preserve">[56:16] </w:t>
      </w:r>
      <w:r>
        <w:t>Agar aap logon ko provoke na karein to yeh nature hai, natural law of nature hai ke normal soorat-e-haal baqi rehti hai.</w:t>
      </w:r>
    </w:p>
    <w:p>
      <w:pPr>
        <w:jc w:val="right"/>
      </w:pPr>
      <w:r>
        <w:t>اگر آپ لوگوں کو پرووک نہ کریں تو یہ نیچر ہے، نیچر لاء آف نیچر ہے کہ نارمل صورتحال باقی رہتی ہے۔</w:t>
      </w:r>
    </w:p>
    <w:p>
      <w:r>
        <w:rPr>
          <w:b/>
        </w:rPr>
        <w:t xml:space="preserve">[56:29] </w:t>
      </w:r>
      <w:r>
        <w:t>To normal soorat-e-haal ko jo cheez break karti hai, woh yeh hai ke aap koi provocative kaam karein, koi provocative statement dein, koi provocative action lein.</w:t>
      </w:r>
    </w:p>
    <w:p>
      <w:pPr>
        <w:jc w:val="right"/>
      </w:pPr>
      <w:r>
        <w:t>تو نارمل صورتحال کو جو چیز بریک کرتی ہے، وہ یہ ہے کہ آپ کوئی پرووکیٹیو کام کریں، کوئی پرووکیٹیو سٹیٹمنٹ دیں، کوئی پرووکیٹیو ایکشن لیں۔</w:t>
      </w:r>
    </w:p>
    <w:p>
      <w:r>
        <w:rPr>
          <w:b/>
        </w:rPr>
        <w:t xml:space="preserve">[56:41] </w:t>
      </w:r>
      <w:r>
        <w:t>To Musalmanon ko mana kiya gaya hai ke tum is tarah ka koi provocative feel na karo taake normal soorat-e-haal baqi rahe, taake Islam ka jo peaceful mission hai, woh chalta rahe.</w:t>
      </w:r>
    </w:p>
    <w:p>
      <w:pPr>
        <w:jc w:val="right"/>
      </w:pPr>
      <w:r>
        <w:t>تو مسلمانوں کو منع کیا گیا ہے کہ تم اس طرح کا کوئی پرووکیٹیو فیل نہ کرو تاکہ نارمل صورتحال باقی رہے، تاکہ اسلام کا جو پیس فل مشن ہے، وہ چلتا رہے۔</w:t>
      </w:r>
    </w:p>
    <w:p>
      <w:r>
        <w:rPr>
          <w:b/>
        </w:rPr>
        <w:t xml:space="preserve">[56:56] </w:t>
      </w:r>
      <w:r>
        <w:t>kehti hai, aham taleem hai yeh Islam mein.</w:t>
      </w:r>
    </w:p>
    <w:p>
      <w:pPr>
        <w:jc w:val="right"/>
      </w:pPr>
      <w:r>
        <w:t>کہتی ہے، اہم تعلیم ہے یہ اسلام میں۔</w:t>
      </w:r>
    </w:p>
    <w:p>
      <w:r>
        <w:rPr>
          <w:b/>
        </w:rPr>
        <w:t xml:space="preserve">[57:00] </w:t>
      </w:r>
      <w:r>
        <w:t>to jo Quran mein likha hua nahi hai, woh Musalmanon ne daryaft kar rakha hai, aur jo Quran mein likha hua hai, us se woh be khabar hain.</w:t>
      </w:r>
    </w:p>
    <w:p>
      <w:pPr>
        <w:jc w:val="right"/>
      </w:pPr>
      <w:r>
        <w:t>تو جو قرآن میں لکھا ہوا نہیں ہے، وہ مسلمانوں نے دریافت کر رکھا ہے، اور جو قرآن میں لکھا ہوا ہے، اس سے وہ بے خبر ہیں۔</w:t>
      </w:r>
    </w:p>
    <w:p>
      <w:r>
        <w:rPr>
          <w:b/>
        </w:rPr>
        <w:t xml:space="preserve">[57:08] </w:t>
      </w:r>
      <w:r>
        <w:t>kaisi ajeeb baat hai! yani jo cheez Quran mein sarr-e-se likhi bhi nahi hai, kahin bhi, woh unhon ne nikaal rakha hai Quran se khud saakhta taur par, aur jo Quran mein likha hua hai, us se woh be khabar hain</w:t>
      </w:r>
    </w:p>
    <w:p>
      <w:pPr>
        <w:jc w:val="right"/>
      </w:pPr>
      <w:r>
        <w:t>کیسی عجیب بات ہے! یعنی جو چیز قرآن میں سرے سے لکھی بھی نہیں ہے، کہیں بھی، وہ انہوں نے نکال رکھا ہے قرآن سے خود ساختہ طور پر، اور جو قرآن میں لکھا ہوا ہے، اس سے وہ بے خبر ہیں</w:t>
      </w:r>
    </w:p>
    <w:p>
      <w:r>
        <w:rPr>
          <w:b/>
        </w:rPr>
        <w:t xml:space="preserve">[57:29] </w:t>
      </w:r>
      <w:r>
        <w:t>ke koi bhi harkat aap ko nahi karna chahiye jis se log provoke hon.</w:t>
      </w:r>
    </w:p>
    <w:p>
      <w:pPr>
        <w:jc w:val="right"/>
      </w:pPr>
      <w:r>
        <w:t>کہ کوئی بھی حرکت آپ کو نہیں کرنا چاہیے جس سے لوگ پرووک ہوں۔</w:t>
      </w:r>
    </w:p>
    <w:p>
      <w:r>
        <w:rPr>
          <w:b/>
        </w:rPr>
        <w:t xml:space="preserve">[57:33] </w:t>
      </w:r>
      <w:r>
        <w:t>aakhri had tak aap ko is se bachna hai ke logon ko aap provoke karen aur normalcy khatam ho jaye. Normalcy ko Islam bohat zyada importance deta hai.</w:t>
      </w:r>
    </w:p>
    <w:p>
      <w:pPr>
        <w:jc w:val="right"/>
      </w:pPr>
      <w:r>
        <w:t>آخری حد تک آپ کو اس سے بچنا ہے کہ لوگوں کو آپ پرووک کریں اور نارملسی ختم ہو جائے۔ نارملسی کو اسلام بہت زیادہ امپورٹنٹ دیتا ہے۔</w:t>
      </w:r>
    </w:p>
    <w:p>
      <w:r>
        <w:rPr>
          <w:b/>
        </w:rPr>
        <w:t xml:space="preserve">[57:45] </w:t>
      </w:r>
      <w:r>
        <w:t>Normalcy, peace, achhe taluqat, kyunke is tarah ki jab fiza hogi, tabhi constitutive kaam hoga, tabhi dawat ka kaam hoga, tabhi log Islam ko study karenge, Islam ko samjhenge.</w:t>
      </w:r>
    </w:p>
    <w:p>
      <w:pPr>
        <w:jc w:val="right"/>
      </w:pPr>
      <w:r>
        <w:t>نارملسی، پیس، اچھے تعلقات، کیونکہ اس طرح کی جب فضا ہوگی، تبھی کانسٹیٹیٹیو کام ہوگا، تبھی دعوت کا کام ہوگا، تبھی لوگ اسلام کو کا سٹڈی کریں گے، اسلام کو سمجھیں گے۔</w:t>
      </w:r>
    </w:p>
    <w:p>
      <w:r>
        <w:rPr>
          <w:b/>
        </w:rPr>
        <w:t xml:space="preserve">[58:05] </w:t>
      </w:r>
      <w:r>
        <w:t>yeh hai Islam ka mauqaf. Lekin Musalman chunke ijtihadi spirit hai nahi, Musalmanon ke andar, is liye is ko samajh nahi paate.</w:t>
      </w:r>
    </w:p>
    <w:p>
      <w:pPr>
        <w:jc w:val="right"/>
      </w:pPr>
      <w:r>
        <w:t>یہ ہے اسلام کا موقف۔ لیکن مسلمان چونکہ اجتہادی سپرٹ ہے نہیں، مسلمانوں کے اندر، اس لیے اس کو سمجھ نہیں پاتے۔</w:t>
      </w:r>
    </w:p>
    <w:p>
      <w:r>
        <w:rPr>
          <w:b/>
        </w:rPr>
        <w:t xml:space="preserve">[58:15] </w:t>
      </w:r>
      <w:r>
        <w:t>woh</w:t>
      </w:r>
    </w:p>
    <w:p>
      <w:pPr>
        <w:jc w:val="right"/>
      </w:pPr>
      <w:r>
        <w:t>وہ</w:t>
      </w:r>
    </w:p>
    <w:p>
      <w:r>
        <w:rPr>
          <w:b/>
        </w:rPr>
        <w:t xml:space="preserve">[58:21] </w:t>
      </w:r>
      <w:r>
        <w:t>meri dua hai ke Allah taala</w:t>
      </w:r>
    </w:p>
    <w:p>
      <w:pPr>
        <w:jc w:val="right"/>
      </w:pPr>
      <w:r>
        <w:t>میری دعا ہے کہ اللہ تعالیٰ</w:t>
      </w:r>
    </w:p>
    <w:p>
      <w:r>
        <w:rPr>
          <w:b/>
        </w:rPr>
        <w:t xml:space="preserve">[58:25] </w:t>
      </w:r>
      <w:r>
        <w:t>hum sab ko sachai ka yeh samajh de.</w:t>
      </w:r>
    </w:p>
    <w:p>
      <w:pPr>
        <w:jc w:val="right"/>
      </w:pPr>
      <w:r>
        <w:t>ہم سب کو سچائی کا یہ سمجھ دے۔</w:t>
      </w:r>
    </w:p>
    <w:p>
      <w:r>
        <w:rPr>
          <w:b/>
        </w:rPr>
        <w:t xml:space="preserve">[58:31] </w:t>
      </w:r>
      <w:r>
        <w:t>hum is baat ko jaanein ke kya ahmiyat hai society mein muaddal halaat ki, normal situation ki, aur us ko har qeemat par baqi rakhein, har qeemat par peace baqi rakhein, har qeemat par normalcy baqi rakhein.</w:t>
      </w:r>
    </w:p>
    <w:p>
      <w:pPr>
        <w:jc w:val="right"/>
      </w:pPr>
      <w:r>
        <w:t>ہم اس بات کو جانیں کہ کیا اہمیت ہے سوسائٹی میں معدل حالات کی، نارمل سچوئیشن کی، اور اس کو ہر قیمت پر باقی رکھیں، ہر قیمت پر پیس باقی رکھیں، ہر قیمت پر نارملسی باقی رکھیں۔</w:t>
      </w:r>
    </w:p>
    <w:p>
      <w:r>
        <w:rPr>
          <w:b/>
        </w:rPr>
        <w:t xml:space="preserve">[58:53] </w:t>
      </w:r>
      <w:r>
        <w:t>Allah taala humein yeh samajh de</w:t>
      </w:r>
    </w:p>
    <w:p>
      <w:pPr>
        <w:jc w:val="right"/>
      </w:pPr>
      <w:r>
        <w:t>اللہ تعالیٰ ہمیں یہ سمجھ دے</w:t>
      </w:r>
    </w:p>
    <w:p>
      <w:r>
        <w:rPr>
          <w:b/>
        </w:rPr>
        <w:t xml:space="preserve">[58:59] </w:t>
      </w:r>
      <w:r>
        <w:t>taake dawat Allah ka kaam muwafiq halaat mein hota rahe. Allah taala mujh ko aur aap ko is is sa'adat mein hissa ata farmaye.</w:t>
      </w:r>
    </w:p>
    <w:p>
      <w:pPr>
        <w:jc w:val="right"/>
      </w:pPr>
      <w:r>
        <w:t>تاکہ دعوت اللہ کا کام موافق حالات میں ہوتا رہے۔ اللہ تعالیٰ مجھ کو اور آپ کو اس اس سعادت میں حصہ عطا فرمائے۔</w:t>
      </w:r>
    </w:p>
    <w:p>
      <w:r>
        <w:rPr>
          <w:b/>
        </w:rPr>
        <w:t xml:space="preserve">[59:12] </w:t>
      </w:r>
      <w:r>
        <w:t>aqool qawli hadha wa astaghfirullaha li wa lakum ajmaeen.</w:t>
      </w:r>
    </w:p>
    <w:p>
      <w:pPr>
        <w:jc w:val="right"/>
      </w:pPr>
      <w:r>
        <w:t>اقول قولیھذا واستغفراللہ لی ولکم اجمعین۔</w:t>
      </w:r>
    </w:p>
    <w:p>
      <w:r>
        <w:rPr>
          <w:b/>
        </w:rPr>
        <w:t xml:space="preserve">[59:31] </w:t>
      </w:r>
      <w:r>
        <w:t>Maulana, yeh sawal Tamil Nadu se aaya hai Maulana Hafiz Iqbal sahab ka. Unhon ne aap se poocha hai ke deeni ghairat aur deeni hammi ka criteria kya hai?</w:t>
      </w:r>
    </w:p>
    <w:p>
      <w:pPr>
        <w:jc w:val="right"/>
      </w:pPr>
      <w:r>
        <w:t>مولانا، یہ سوال تمل ناڈو سے آیا ہے مولانا حافظ اقبال صاحب کا۔ انہوں نے آپ سے پوچھا ہے کہ دینی غیرت اور دینی حامی کا کرائٹیریا کیا ہے؟</w:t>
      </w:r>
    </w:p>
    <w:p>
      <w:r>
        <w:rPr>
          <w:b/>
        </w:rPr>
        <w:t xml:space="preserve">[59:43] </w:t>
      </w:r>
      <w:r>
        <w:t>is is ke bare mein bataein. Kuch bhi nahi, yeh lafzi galat hai. Main is ko jahilana samajhta hoon. Deen ghairat koi cheez nahi, deen hammi koi cheez nahi.</w:t>
      </w:r>
    </w:p>
    <w:p>
      <w:pPr>
        <w:jc w:val="right"/>
      </w:pPr>
      <w:r>
        <w:t>اس اس کے بارے میں بتائیں۔ کچھ بھی نہیں، یہ لفظی غلط ہے۔ میں اس کو جھالانا سمجھتا ہوں۔ دین غیرت کوئی چیز نہیں، دین حامی کوئی چیز نہیں۔</w:t>
      </w:r>
    </w:p>
    <w:p>
      <w:r>
        <w:rPr>
          <w:b/>
        </w:rPr>
        <w:t xml:space="preserve">[59:54] </w:t>
      </w:r>
      <w:r>
        <w:t>Quran mein aap dekhein, is ko negative sense</w:t>
      </w:r>
    </w:p>
    <w:p>
      <w:pPr>
        <w:jc w:val="right"/>
      </w:pPr>
      <w:r>
        <w:t>قرآن میں آپ دیکھیں، اس کو نیگیٹیو سینس</w:t>
      </w:r>
    </w:p>
    <w:p>
      <w:r>
        <w:rPr>
          <w:b/>
        </w:rPr>
        <w:t xml:space="preserve">[59:57] </w:t>
      </w:r>
      <w:r>
        <w:t>mein bayan hua hai. Ghairat aur hammi ke alfaaz ko Quran mein negative sense mein bataya gaya, positive nahi. Yeh sab mere nazdeek, yani is ka Islam se koi talluq nahi hai.</w:t>
      </w:r>
    </w:p>
    <w:p>
      <w:pPr>
        <w:jc w:val="right"/>
      </w:pPr>
      <w:r>
        <w:t>میں بیان ہوا ہے۔ غیرت اور حامی کے الفاظ کو قرآن میں نیگیٹیو سینس میں بتایا گیا، پازیٹیو نہیں۔ یہ سب میرے نزدیک، یعنی اس کا اسلام سے کوئی تعلق نہیں ہے۔</w:t>
      </w:r>
    </w:p>
    <w:p>
      <w:r>
        <w:rPr>
          <w:b/>
        </w:rPr>
        <w:t xml:space="preserve">[1:00:10] </w:t>
      </w:r>
      <w:r>
        <w:t>yeh qaumi jazbaat se talluq hai. Is ka Islam mein aap ko sirf yeh dekhna hai ke lafzan kya baat likhi hui hai Quran o Hadees mein.</w:t>
      </w:r>
    </w:p>
    <w:p>
      <w:pPr>
        <w:jc w:val="right"/>
      </w:pPr>
      <w:r>
        <w:t>یہ قومی جذبات سے تعلق ہے۔ اس کا اسلام میں آپ کو صرف یہ دیکھنا ہے کہ لفظاً کیا بات لکھی ہوئی ہے قرآن و حدیث میں۔</w:t>
      </w:r>
    </w:p>
    <w:p>
      <w:r>
        <w:rPr>
          <w:b/>
        </w:rPr>
        <w:t xml:space="preserve">[1:00:18] </w:t>
      </w:r>
      <w:r>
        <w:t>lafzan yeh sab jazbati alfaaz hain. Deeni ghairat, deeni hammi,</w:t>
      </w:r>
    </w:p>
    <w:p>
      <w:pPr>
        <w:jc w:val="right"/>
      </w:pPr>
      <w:r>
        <w:t>لفظاً یہ سب جذباتی الفاظ ہیں۔ دینی غیرت، دینی حامی،</w:t>
      </w:r>
    </w:p>
    <w:p>
      <w:r>
        <w:rPr>
          <w:b/>
        </w:rPr>
        <w:t xml:space="preserve">[1:00:26] </w:t>
      </w:r>
      <w:r>
        <w:t>aap ke jazbaat, aap ke emotions, aap ke sentiment, kyunke hamare jazbaat majrooh hote hain. Yeh sab bilkul jahilana alfaaz hain.</w:t>
      </w:r>
    </w:p>
    <w:p>
      <w:pPr>
        <w:jc w:val="right"/>
      </w:pPr>
      <w:r>
        <w:t>آپ کے جذبات، آپ کے ایموشنز، آپ کے سینٹیمنٹ، کیونکہ ہمارے جذبات مجروح ہوتے ہیں۔ یہ سب بالکل جاہلانہ الفاظ ہیں۔</w:t>
      </w:r>
    </w:p>
    <w:p>
      <w:r>
        <w:rPr>
          <w:b/>
        </w:rPr>
        <w:t xml:space="preserve">[1:00:36] </w:t>
      </w:r>
      <w:r>
        <w:t>aksar kehte hain na log ke Musalmanon ke jazbaat majrooh hue hain. Yeh sab bilkul hi, yani yani Islam mein koi value nahi aise alfaaz ki.</w:t>
      </w:r>
    </w:p>
    <w:p>
      <w:pPr>
        <w:jc w:val="right"/>
      </w:pPr>
      <w:r>
        <w:t>اکثر کہتے ہیں نا لوگ کہ مسلمانوں کے جذبات مجروح ہوئے ہیں۔ یہ سب بالکل ہی، یعنی یعنی اسلام میں کوئی ولو نہیں ایسے الفاظ کی۔</w:t>
      </w:r>
    </w:p>
    <w:p>
      <w:r>
        <w:rPr>
          <w:b/>
        </w:rPr>
        <w:t xml:space="preserve">[1:00:48] </w:t>
      </w:r>
      <w:r>
        <w:t>aap jazbaat majrooh hote hain, nahi, woh to aap jaaniye.</w:t>
      </w:r>
    </w:p>
    <w:p>
      <w:pPr>
        <w:jc w:val="right"/>
      </w:pPr>
      <w:r>
        <w:t>آپ جذبات مجروح ہوتے ہیں، نہیں، وہ تو آپ جانیے۔</w:t>
      </w:r>
    </w:p>
    <w:p>
      <w:r>
        <w:rPr>
          <w:b/>
        </w:rPr>
        <w:t xml:space="preserve">[1:00:53] </w:t>
      </w:r>
      <w:r>
        <w:t>kisi bhi baat, kisi bhi maamle mein sharai hukm maloom batane ke liye aap ko Quran ka hawala dena padega, Hadees ka hawala dena padega. Hamare jazbaat majrooh hote hain, yeh koi hawala nahi hai, yeh koi reference nahi hai, is se koi baat saabit nahi hoti.</w:t>
      </w:r>
    </w:p>
    <w:p>
      <w:pPr>
        <w:jc w:val="right"/>
      </w:pPr>
      <w:r>
        <w:t>کسی بھی بات، کسی بھی معاملے میں شرعی حکم معلوم بتانے کے لیے آپ کو قرآن کا حوالہ دینا پڑے گا، حدیث کا حوالہ دینا پڑے گا۔ ہمارے جذبات مجروح ہوتے ہیں، یہ کوئی حوالہ نہیں ہے، یہ کوئی ریفرنس نہیں ہے، اس سے کوئی بات ثابت نہیں ہوتی۔</w:t>
      </w:r>
    </w:p>
    <w:p>
      <w:r>
        <w:rPr>
          <w:b/>
        </w:rPr>
        <w:t xml:space="preserve">[1:01:09] </w:t>
      </w:r>
      <w:r>
        <w:t>Musalmanon ke qaumi jazbaat majrooh hote hain to woh jaanein, woh khud is ko manage karein. Is ko Islam ka label nahi laga sakte. Aap</w:t>
      </w:r>
    </w:p>
    <w:p>
      <w:pPr>
        <w:jc w:val="right"/>
      </w:pPr>
      <w:r>
        <w:t>مسلمانوں کے قومی جذبات مجروح ہوتے ہیں تو وہ جانیں، وہ خود اس کو مینج کریں۔ اس کو اسلام کا لیبل نہیں لگا سکتے۔ آپ</w:t>
      </w:r>
    </w:p>
    <w:p>
      <w:r>
        <w:rPr>
          <w:b/>
        </w:rPr>
        <w:t xml:space="preserve">[1:01:19] </w:t>
      </w:r>
      <w:r>
        <w:t>islam ka label sirf is par lage ga jab ke aap ke pas koi quran ka hawala ho. jazbat majrooh hue hain, yeh koi yeh koi qabil hawala baat nahi hai.</w:t>
      </w:r>
    </w:p>
    <w:p>
      <w:pPr>
        <w:jc w:val="right"/>
      </w:pPr>
      <w:r>
        <w:t>اسلام کا لیبل صرف اس پر لگے گا جب کہ آپ کے پاس کوئی قرآن کا حوالہ ہو۔ جذبات مجروح ہوئے ہیں، یہ کوئی یہ کوئی قابل حوالہ بات نہیں ہے۔</w:t>
      </w:r>
    </w:p>
    <w:p>
      <w:r>
        <w:rPr>
          <w:b/>
        </w:rPr>
        <w:t xml:space="preserve">[1:01:33] </w:t>
      </w:r>
      <w:r>
        <w:t>maulana, agla sawal dilli se hai nafees sahab ka. unhon ne aap se talif-e-qalb ke bare mein poocha hai aur unhon ne likha hai ke agar koi misaal de kar agar aap samjhane ki koshish karein to bohat meharbani hogi.</w:t>
      </w:r>
    </w:p>
    <w:p>
      <w:pPr>
        <w:jc w:val="right"/>
      </w:pPr>
      <w:r>
        <w:t>مولانا، اگلا سوال دلی سے ہے نفیس صاحب کا۔ انہوں نے آپ سے تالیف قلب کے بارے میں پوچھا ہے اور انہوں نے لکھا ہے کہ اگر کوئی مثال دے کر اگر آپ سمجھانے کا کوشش کریں تو بہت مہربانی ہوگی۔</w:t>
      </w:r>
    </w:p>
    <w:p>
      <w:r>
        <w:rPr>
          <w:b/>
        </w:rPr>
        <w:t xml:space="preserve">[1:01:50] </w:t>
      </w:r>
      <w:r>
        <w:t>dekhein, talif-e-qalb jo hai, is ko angrezi mein kahen ge "softening". "softening the heart" dil ko naram karna aur yeh ek fitrat ka qanoon hai.</w:t>
      </w:r>
    </w:p>
    <w:p>
      <w:pPr>
        <w:jc w:val="right"/>
      </w:pPr>
      <w:r>
        <w:t>دیکھیں، تالیف قلب جو ہے، اس کو انگریزی میں کہیں گے "سافٹینڈنگ"۔ "سافٹننگ دا ہارٹ" دل کو نرم کرنا اور یہ ایک فطرت کا قانون ہے۔</w:t>
      </w:r>
    </w:p>
    <w:p>
      <w:r>
        <w:rPr>
          <w:b/>
        </w:rPr>
        <w:t xml:space="preserve">[1:02:07] </w:t>
      </w:r>
      <w:r>
        <w:t>aap har kaam mein aap aisa karte hain. aap jab business karte hain ya aap job karte hain, aap rishtedaron se milte hain, har jagah aap yeh usool istemal karte hain.</w:t>
      </w:r>
    </w:p>
    <w:p>
      <w:pPr>
        <w:jc w:val="right"/>
      </w:pPr>
      <w:r>
        <w:t>آپ ہر کام میں آپ ایسا کرتے ہیں۔ آپ جب بزنس کرتے ہیں یا آپ جاب کرتے ہیں، آپ رشتہ داروں سے ملتے ہیں، ہر جگہ آپ یہ اصول استعمال کرتے ہیں۔</w:t>
      </w:r>
    </w:p>
    <w:p>
      <w:r>
        <w:rPr>
          <w:b/>
        </w:rPr>
        <w:t xml:space="preserve">[1:02:18] </w:t>
      </w:r>
      <w:r>
        <w:t>talif-e-qalb ka, yani dil ko naram karne wali baat,</w:t>
      </w:r>
    </w:p>
    <w:p>
      <w:pPr>
        <w:jc w:val="right"/>
      </w:pPr>
      <w:r>
        <w:t>تالیف قلب کا، یعنی دل کو نرم کرنے والی بات،</w:t>
      </w:r>
    </w:p>
    <w:p>
      <w:r>
        <w:rPr>
          <w:b/>
        </w:rPr>
        <w:t xml:space="preserve">[1:02:24] </w:t>
      </w:r>
      <w:r>
        <w:t>to yeh koi anokhi baat nahi hai. isi ka islam mein dawat ke maqsad ke liye istemal kiya gaya hai.</w:t>
      </w:r>
    </w:p>
    <w:p>
      <w:pPr>
        <w:jc w:val="right"/>
      </w:pPr>
      <w:r>
        <w:t>تو یہ کوئی انوکھی بات نہیں ہے۔ اسی کا اسلام میں دعوت کے مقصد کے لیے استعمال کیا گیا ہے۔</w:t>
      </w:r>
    </w:p>
    <w:p>
      <w:r>
        <w:rPr>
          <w:b/>
        </w:rPr>
        <w:t xml:space="preserve">[1:02:31] </w:t>
      </w:r>
      <w:r>
        <w:t>woh kaise? jaise ke aap naram boli bolein, achhe alfaz mein us ko خطاب karein.</w:t>
      </w:r>
    </w:p>
    <w:p>
      <w:pPr>
        <w:jc w:val="right"/>
      </w:pPr>
      <w:r>
        <w:t>وہ کیسے؟ جیسے کہ آپ نرم بولی بولیں، اچھے الفاظ میں اس کو خطاب کریں۔</w:t>
      </w:r>
    </w:p>
    <w:p>
      <w:r>
        <w:rPr>
          <w:b/>
        </w:rPr>
        <w:t xml:space="preserve">[1:02:45] </w:t>
      </w:r>
      <w:r>
        <w:t>ek kitab, woh farz ki jiye ke kharidne ki likha raha hai, aap free mein de dein us ko. yeh sab talif-e-qalb hai.</w:t>
      </w:r>
    </w:p>
    <w:p>
      <w:pPr>
        <w:jc w:val="right"/>
      </w:pPr>
      <w:r>
        <w:t>ایک کتاب، وہ فرض کیجئے کہ خریدنے کی لکھا رہا ہے، آپ فری میں دے دیں اس کو۔ یہ سب تالیف قلب ہے۔</w:t>
      </w:r>
    </w:p>
    <w:p>
      <w:r>
        <w:rPr>
          <w:b/>
        </w:rPr>
        <w:t xml:space="preserve">[1:02:54] </w:t>
      </w:r>
      <w:r>
        <w:t>jaise ek sahab ne mujhe waqea bataya ke woh bus mein safar kar rahe the to hamare haan ki chhapi hui kitab, uska naam hai "insan apne aap ko pehchan".</w:t>
      </w:r>
    </w:p>
    <w:p>
      <w:pPr>
        <w:jc w:val="right"/>
      </w:pPr>
      <w:r>
        <w:t>جیسے ایک صاحب نے مجھے واقعہ بتایا کہ وہ بس میں سفر کر رہے تھے تو ہمارے ہاں کی چھپی ہوئی کتاب، اس کا نام ہے "انسان اپنے آپ کو پہچان"۔</w:t>
      </w:r>
    </w:p>
    <w:p>
      <w:r>
        <w:rPr>
          <w:b/>
        </w:rPr>
        <w:t xml:space="preserve">[1:03:07] </w:t>
      </w:r>
      <w:r>
        <w:t>woh urdu mein, hindi mein, english mein, teeno zabano mein milti hai. to woh parh rahe the us ko</w:t>
      </w:r>
    </w:p>
    <w:p>
      <w:pPr>
        <w:jc w:val="right"/>
      </w:pPr>
      <w:r>
        <w:t>وہ اردو میں، ہندی میں، انگلش میں، تینوں زبانوں میں ملتی ہے۔ تو وہ پڑھ رہے تھے اس کو</w:t>
      </w:r>
    </w:p>
    <w:p>
      <w:r>
        <w:rPr>
          <w:b/>
        </w:rPr>
        <w:t xml:space="preserve">[1:03:13] </w:t>
      </w:r>
      <w:r>
        <w:t>to ek ghair muslim wahan baithe hue the. un ko yeh naam kuch, ek ek woh kuch naam se attract hue, woh ke "insan ne apne aap ko pehchan".</w:t>
      </w:r>
    </w:p>
    <w:p>
      <w:pPr>
        <w:jc w:val="right"/>
      </w:pPr>
      <w:r>
        <w:t>تو ایک غیر مسلم وہاں بیٹھے ہوئے تھے۔ ان کو یہ نام کچھ، ایک ایک وہ کچھ نام سے اٹریکٹ ہوئے، وہ کہ "انسان نے اپنے آپ کو پہچان"۔</w:t>
      </w:r>
    </w:p>
    <w:p>
      <w:r>
        <w:rPr>
          <w:b/>
        </w:rPr>
        <w:t xml:space="preserve">[1:03:25] </w:t>
      </w:r>
      <w:r>
        <w:t>to unhon ne kaha ke yeh kitab kya mein kharid sakta hoon? matlab is kitab ko chahte the ke paise de kar khareedein. to unhon ne kaha, "main aap ko gift deta hoon, yeh hai talif-e-qalb"</w:t>
      </w:r>
    </w:p>
    <w:p>
      <w:pPr>
        <w:jc w:val="right"/>
      </w:pPr>
      <w:r>
        <w:t>تو انہوں نے کہا کہ یہ کتاب کیا میں خرید سکتا ہوں؟ مطلب اس کتاب کو چاہتے تھے کہ پیسے دے کر خریدیں۔ تو انہوں نے کہا، "میں آپ کو گفٹ دیتا ہوں، یہ ہے تالیف قلب"</w:t>
      </w:r>
    </w:p>
    <w:p>
      <w:r>
        <w:rPr>
          <w:b/>
        </w:rPr>
        <w:t xml:space="preserve">[1:03:40] </w:t>
      </w:r>
      <w:r>
        <w:t>. to talif-e-qalb koi anokhi cheez nahi hai. mauqa mauqe ke lehaz se, jaise aap kisi jagah gaye, kisi gurudware mein, mandir mein, to wahan prashad diya.</w:t>
      </w:r>
    </w:p>
    <w:p>
      <w:pPr>
        <w:jc w:val="right"/>
      </w:pPr>
      <w:r>
        <w:t>۔ تو تالیف قلب کوئی انوکھی چیز نہیں ہے۔ موقع موقع کے لحاظ سے، جیسے آپ کسی جگہ گئے، کسی گردوارے میں، مندر میں، تو وہاں پرشاد دیا۔</w:t>
      </w:r>
    </w:p>
    <w:p>
      <w:r>
        <w:rPr>
          <w:b/>
        </w:rPr>
        <w:t xml:space="preserve">[1:03:54] </w:t>
      </w:r>
      <w:r>
        <w:t>unhon ne ab aap kahein ke "hai yeh to yeh to shirk hai, yeh to yeh to jaiz nahi hai". to yeh talif-e-qalb ke khilaf hoga. aap le lijiye us ko bohat shauq se, shukriya ka ada karte hue,</w:t>
      </w:r>
    </w:p>
    <w:p>
      <w:pPr>
        <w:jc w:val="right"/>
      </w:pPr>
      <w:r>
        <w:t>انہوں نے اب آپ کہیں کہ "ہے یہ تو یہ تو شرک ہے، یہ تو یہ تو جائز نہیں ہے"۔ تو یہ تالیف قلب کے خلاف ہوگا۔ آپ لے لیجئے اس کو بہت شوق سے، شکریہ کا ادا کرتے ہوئے،</w:t>
      </w:r>
    </w:p>
    <w:p>
      <w:r>
        <w:rPr>
          <w:b/>
        </w:rPr>
        <w:t xml:space="preserve">[1:04:06] </w:t>
      </w:r>
      <w:r>
        <w:t>woh talif-e-qalb ki niyat se lijiye us ko to sawab ho jaye ga aap ko. to talif-e-qalb ka koi laga bata usool nahi hai.</w:t>
      </w:r>
    </w:p>
    <w:p>
      <w:pPr>
        <w:jc w:val="right"/>
      </w:pPr>
      <w:r>
        <w:t>وہ تالیف قلب کی نیت سے لیجئے اس کو تو ثواب ہو جائے گا آپ کو۔ تو تالیف قلب کا کوئی لگا بتا اصول نہیں ہے۔</w:t>
      </w:r>
    </w:p>
    <w:p>
      <w:r>
        <w:rPr>
          <w:b/>
        </w:rPr>
        <w:t xml:space="preserve">[1:04:18] </w:t>
      </w:r>
      <w:r>
        <w:t>mauqa ke lehaz se mad'u ko ke dil ko naram karna aur us ko is aisa, yani aisi situation create karna ke bohat hi normal zehan ke sath woh aap se baat kare, aap kitab ko parhe.</w:t>
      </w:r>
    </w:p>
    <w:p>
      <w:pPr>
        <w:jc w:val="right"/>
      </w:pPr>
      <w:r>
        <w:t>موقع کے لحاظ سے مدعو کو کہ دل کو نرم کرنا اور اس کو اس ایسا، یعنی ایسی سچوئیشن کریٹ کرنا کہ بہت ہی نارمل ذہن کے ساتھ وہ آپ سے بات کرے، آپ کتاب کو پڑھے۔</w:t>
      </w:r>
    </w:p>
    <w:p>
      <w:r>
        <w:rPr>
          <w:b/>
        </w:rPr>
        <w:t xml:space="preserve">[1:04:37] </w:t>
      </w:r>
      <w:r>
        <w:t>bas isi ka naam talif-e-qalb hai. is ka is ki koi fees nahi bana sakte hum.</w:t>
      </w:r>
    </w:p>
    <w:p>
      <w:pPr>
        <w:jc w:val="right"/>
      </w:pPr>
      <w:r>
        <w:t>بس اسی کا نام تالیف قلب ہے۔ اس کا اس کی کوئی فیس نہیں بنا سکتے ہم۔</w:t>
      </w:r>
    </w:p>
    <w:p>
      <w:r>
        <w:rPr>
          <w:b/>
        </w:rPr>
        <w:t xml:space="preserve">[1:04:44] </w:t>
      </w:r>
      <w:r>
        <w:t>koi is ki fees nahi hai ke aap jab mandir mein jayein to prashad qabool kar lein. aisi koi fees nahi hai. har mauqe ke lehaz se talif-e-qalb hoti hai.</w:t>
      </w:r>
    </w:p>
    <w:p>
      <w:pPr>
        <w:jc w:val="right"/>
      </w:pPr>
      <w:r>
        <w:t>کوئی اس کی فیس نہیں ہے کہ آپ جب مندر میں جائیں تو پرشاد قبول کر لیں۔ ایسی کوئی فیس نہیں ہے۔ ہر موقع کے لحاظ سے تالیف قلب ہوتی ہے۔</w:t>
      </w:r>
    </w:p>
    <w:p>
      <w:r>
        <w:rPr>
          <w:b/>
        </w:rPr>
        <w:t xml:space="preserve">[1:04:57] </w:t>
      </w:r>
      <w:r>
        <w:t>to agar aap ko dawat ka jazba aap ke andar zinda hai, aap mad'u ke sath aap khair khwah hain, yani aap ke andar mad'u friendly zehan hai, aap ke andar mad'u friendly zehan hai, to aap khud foran aap ko samajh mein aa jaye ga ke yahan par hum talif-e-qalb ka kaun sa tareeqa istemal karein jo mu'assir ho.</w:t>
      </w:r>
    </w:p>
    <w:p>
      <w:pPr>
        <w:jc w:val="right"/>
      </w:pPr>
      <w:r>
        <w:t>تو اگر آپ کو دعوت کا جذبہ آپ کے اندر زندہ ہے، آپ مدعو کے ساتھ آپ خیر خواہ ہیں، یعنی آپ کے اندر مدعو فرینڈلی ذہن ہے، آپ کے اندر مدعو فرینڈلی ذہن ہے، تو آپ خود فوراً آپ کو سمجھ میں آ جائے گا کہ یہاں پر ہم تالیف قلب کا کون سا طریقہ استعمال کریں جو مؤثر ہو۔</w:t>
      </w:r>
    </w:p>
    <w:p>
      <w:r>
        <w:rPr>
          <w:b/>
        </w:rPr>
        <w:t xml:space="preserve">[1:05:22] </w:t>
      </w:r>
      <w:r>
        <w:t>maulana, agla sawal dilli se hai doctor tahir ka</w:t>
      </w:r>
    </w:p>
    <w:p>
      <w:pPr>
        <w:jc w:val="right"/>
      </w:pPr>
      <w:r>
        <w:t>مولانا، اگلا سوال دلی سے ہے ڈاکٹر طاہ کا</w:t>
      </w:r>
    </w:p>
    <w:p>
      <w:r>
        <w:rPr>
          <w:b/>
        </w:rPr>
        <w:t xml:space="preserve">[1:05:26] </w:t>
      </w:r>
      <w:r>
        <w:t>. unhon ne likha hai ke "quite a few times it happens that we are invited in gatherings or parties.</w:t>
      </w:r>
    </w:p>
    <w:p>
      <w:pPr>
        <w:jc w:val="right"/>
      </w:pPr>
      <w:r>
        <w:t>۔ انہوں نے لکھا ہے کہ "کوائٹ ا فیو ٹائمز اٹ ہیپنز دیٹ وی آر انوائٹڈ ان گیدرنگز اور پارٹیز۔</w:t>
      </w:r>
    </w:p>
    <w:p>
      <w:r>
        <w:rPr>
          <w:b/>
        </w:rPr>
        <w:t xml:space="preserve">[1:05:35] </w:t>
      </w:r>
      <w:r>
        <w:t>in such gatherings or parties alcohol is also served. my question is that should we attend such gatherings or parties?"</w:t>
      </w:r>
    </w:p>
    <w:p>
      <w:pPr>
        <w:jc w:val="right"/>
      </w:pPr>
      <w:r>
        <w:t>ان سچ گیدرنگز اور پارٹیز الکوحل از السو سروڈ۔ مائی کوئسچن از دیٹ شوڈ وی اٹینڈ سچ گیدرنگز اور پارٹیز؟"</w:t>
      </w:r>
    </w:p>
    <w:p>
      <w:r>
        <w:rPr>
          <w:b/>
        </w:rPr>
        <w:t xml:space="preserve">[1:05:46] </w:t>
      </w:r>
      <w:r>
        <w:t>dekhiye, hamara maslak jo islam ke mutabiq hai, woh yeh hai ke is aisi partiyon mein ma'eeshat jana waqt ko zaya karna hai.</w:t>
      </w:r>
    </w:p>
    <w:p>
      <w:pPr>
        <w:jc w:val="right"/>
      </w:pPr>
      <w:r>
        <w:t>دیکھیے، ہمارا مسلک جو اسلام کے مطابق ہے، وہ یہ ہے کہ اس ایسی پارٹیوں میں معیشت جانا وقت کو ضائع کرنا ہے۔</w:t>
      </w:r>
    </w:p>
    <w:p>
      <w:r>
        <w:rPr>
          <w:b/>
        </w:rPr>
        <w:t xml:space="preserve">[1:05:57] </w:t>
      </w:r>
      <w:r>
        <w:t>lekin agar aap da'i hain, tab jana bilkul, yani bohat hi achhi baat hogi ke aap apne pocket mein, apne bag mein islamic popular rakh lein, quran ka tehsil rakh lein,</w:t>
      </w:r>
    </w:p>
    <w:p>
      <w:pPr>
        <w:jc w:val="right"/>
      </w:pPr>
      <w:r>
        <w:t>لیکن اگر آپ داعی ہیں، تب جانا بالکل، یعنی بہت ہی اچھی بات ہوگی کہ آپ اپنے پاکٹ میں، اپنے بیگ میں اسلامک پاپولر رکھ لیں، قرآن کا تحصیل رکھ لیں،</w:t>
      </w:r>
    </w:p>
    <w:p>
      <w:r>
        <w:rPr>
          <w:b/>
        </w:rPr>
        <w:t xml:space="preserve">[1:06:12] </w:t>
      </w:r>
      <w:r>
        <w:t>aisi kuch kitabein rakh lein, rasool Allah ki seerat par, aur wahan par jo log ate hain, un ko aap pesh karein kitabein. to woh un ka fe'al hai ke woh alcohol lete hain ke nahi lete, woh un ka fe'al hai.</w:t>
      </w:r>
    </w:p>
    <w:p>
      <w:pPr>
        <w:jc w:val="right"/>
      </w:pPr>
      <w:r>
        <w:t>ایسی کچھ کتابیں رکھ لیں، رسول اللہ کی سیرت پر، اور وہاں پر جو لوگ آتے ہیں، ان کو آپ پیش کریں کتابیں۔ تو وہ ان کا فعل ہے کہ وہ الکوحل لیتے ہیں کہ نہیں لیتے، وہ ان کا فعل ہے۔</w:t>
      </w:r>
    </w:p>
    <w:p>
      <w:r>
        <w:rPr>
          <w:b/>
        </w:rPr>
        <w:t xml:space="preserve">[1:06:23] </w:t>
      </w:r>
      <w:r>
        <w:t>aap ko is se kya lena dena؟</w:t>
      </w:r>
    </w:p>
    <w:p>
      <w:pPr>
        <w:jc w:val="right"/>
      </w:pPr>
      <w:r>
        <w:t>آپ کو اس سے کیا لینا دینا؟</w:t>
      </w:r>
    </w:p>
    <w:p>
      <w:r>
        <w:rPr>
          <w:b/>
        </w:rPr>
        <w:t xml:space="preserve">[1:06:27] </w:t>
      </w:r>
      <w:r>
        <w:t>to yeh koi wajah nahi hai ke aap partiyon mein na jayen. asal cheez hai ke kya partiyon mein ja kar ke aap us ko opportunity ko avail kar kar sakte hain؟</w:t>
      </w:r>
    </w:p>
    <w:p>
      <w:pPr>
        <w:jc w:val="right"/>
      </w:pPr>
      <w:r>
        <w:t>تو یہ کوئی وجہ نہیں ہے کہ آپ پارٹیوں میں نہ جائیں۔ اصل چیز ہے کہ کیا پارٹیوں میں جا کر کے آپ اس کو اپرچونیٹی کو اویل کر کر سکتے ہیں؟</w:t>
      </w:r>
    </w:p>
    <w:p>
      <w:r>
        <w:rPr>
          <w:b/>
        </w:rPr>
        <w:t xml:space="preserve">[1:06:38] </w:t>
      </w:r>
      <w:r>
        <w:t>avail kar sakte hain, yani aik aik gathering ko bator audience ke istemal karna, bator baddu ke istemal karna, yeh aap kar sakte hain ke nahi؟</w:t>
      </w:r>
    </w:p>
    <w:p>
      <w:pPr>
        <w:jc w:val="right"/>
      </w:pPr>
      <w:r>
        <w:t>اویل کر سکتے ہیں، یعنی ایک ایک گیدرنگ کو بطور آڈینس کے استعمال کرنا، بطور بدو کے استعمال کرنا، یہ آپ کر سکتے ہیں کہ نہیں؟</w:t>
      </w:r>
    </w:p>
    <w:p>
      <w:r>
        <w:rPr>
          <w:b/>
        </w:rPr>
        <w:t xml:space="preserve">[1:06:48] </w:t>
      </w:r>
      <w:r>
        <w:t>yahan par, yani aap ko decision lena hai.</w:t>
      </w:r>
    </w:p>
    <w:p>
      <w:pPr>
        <w:jc w:val="right"/>
      </w:pPr>
      <w:r>
        <w:t>یہاں پر، یعنی آپ کو ڈیسیژن لینا ہے۔</w:t>
      </w:r>
    </w:p>
    <w:p>
      <w:r>
        <w:rPr>
          <w:b/>
        </w:rPr>
        <w:t xml:space="preserve">[1:06:53] </w:t>
      </w:r>
      <w:r>
        <w:t>rasool allah salallaho alaihi wasallam dekhiye, har mauqa pe ja dete ho jahan but pooja ja raha hai, wahan pe ja dete the. bazaar lagte the, wahan bhi tarah tarah ke jahili rasmein hoti thin, wahan bhi jate the aap kyunke un ko aap bator madu ke dekhte the.</w:t>
      </w:r>
    </w:p>
    <w:p>
      <w:pPr>
        <w:jc w:val="right"/>
      </w:pPr>
      <w:r>
        <w:t>رسول اللہ صلی اللہ علیہ وسلم دیکھیے، ہر موقع پہ جا دیتے ہو جہاں بت پوجا جا رہا ہے، وہاں پہ جا دیتے تھے۔ بازار لگتے تھے، وہاں بھی طرح طرح کے جاہلی رسمیں ہوتی تھیں، وہاں بھی جاتے تھے آپ کیونکہ ان کو آپ بطور مدعو کے دیکھتے تھے۔</w:t>
      </w:r>
    </w:p>
    <w:p>
      <w:r>
        <w:rPr>
          <w:b/>
        </w:rPr>
        <w:t xml:space="preserve">[1:07:07] </w:t>
      </w:r>
      <w:r>
        <w:t>madu wahan ja kar aap ko quran pesh karte the. to aap par depend karta hai ke aap wahan ja kar ke us ko bator opportunity avail kar sakte hain ya nahi kar sakte.</w:t>
      </w:r>
    </w:p>
    <w:p>
      <w:pPr>
        <w:jc w:val="right"/>
      </w:pPr>
      <w:r>
        <w:t>مدعو وہاں جا کر آپ کو قرآن پیش کرتے تھے۔ تو آپ پر ڈیپینڈ کرتا ہے کہ آپ وہاں جا کر کے اس کو بطور اپرچونیٹی اویل کر سکتے ہیں یا نہیں کر سکتے۔</w:t>
      </w:r>
    </w:p>
    <w:p>
      <w:r>
        <w:rPr>
          <w:b/>
        </w:rPr>
        <w:t xml:space="preserve">[1:07:21] </w:t>
      </w:r>
      <w:r>
        <w:t>is ko dekh kar faisla kijiye. baqi woh alcohol lete hain ya nahi lete, woh woh aap ka concern nahi hai.</w:t>
      </w:r>
    </w:p>
    <w:p>
      <w:pPr>
        <w:jc w:val="right"/>
      </w:pPr>
      <w:r>
        <w:t>اس کو دیکھ کر فیصلہ کیجئے۔ باقی وہ الکوحل لیتے ہیں یا نہیں لیتے، وہ وہ آپ کا کنسرن نہیں ہے۔</w:t>
      </w:r>
    </w:p>
    <w:p>
      <w:r>
        <w:rPr>
          <w:b/>
        </w:rPr>
        <w:t xml:space="preserve">[1:07:31] </w:t>
      </w:r>
      <w:r>
        <w:t>maulana, agla sawal roorkee se hai sajid anwar sahib ka. unhon ne likha hai: "maulana, what are the factors which inhibit the development of creative thinking in us؟</w:t>
      </w:r>
    </w:p>
    <w:p>
      <w:pPr>
        <w:jc w:val="right"/>
      </w:pPr>
      <w:r>
        <w:t>مولانا، اگلا سوال روڑکی سے ہے ساجد انور صاحب کا۔ انہوں نے لکھا ہے: "مولانا، واٹ آر دا فیکٹرز وچ انہیبٹس دا ڈویلپمنٹ آف کریٹیو تھنکنگ ان اس؟</w:t>
      </w:r>
    </w:p>
    <w:p>
      <w:r>
        <w:rPr>
          <w:b/>
        </w:rPr>
        <w:t xml:space="preserve">[1:07:44] </w:t>
      </w:r>
      <w:r>
        <w:t>please guide us</w:t>
      </w:r>
    </w:p>
    <w:p>
      <w:pPr>
        <w:jc w:val="right"/>
      </w:pPr>
      <w:r>
        <w:t>پلیز گائیڈ اس</w:t>
      </w:r>
    </w:p>
    <w:p>
      <w:r>
        <w:rPr>
          <w:b/>
        </w:rPr>
        <w:t xml:space="preserve">[1:07:45] </w:t>
      </w:r>
      <w:r>
        <w:t>." mein dekhiye, mera jo experience hai, woh to yeh hai ke creative thinking naam hai natural thinking ka.</w:t>
      </w:r>
    </w:p>
    <w:p>
      <w:pPr>
        <w:jc w:val="right"/>
      </w:pPr>
      <w:r>
        <w:t>۔" میں دیکھیں، میرا جو ایکسپیرینس ہے، وہ تو یہ ہے کہ کریٹیو تھنکنگ نام ہے نیچرل تھنکنگ کا۔</w:t>
      </w:r>
    </w:p>
    <w:p>
      <w:r>
        <w:rPr>
          <w:b/>
        </w:rPr>
        <w:t xml:space="preserve">[1:07:59] </w:t>
      </w:r>
      <w:r>
        <w:t>yani aap agar apne ko distraction se bachayen to apne aap nature unfold hoti hai. apne aap jab nature unfold hoti hai to woh aap ke andar creative thinking aati hai.</w:t>
      </w:r>
    </w:p>
    <w:p>
      <w:pPr>
        <w:jc w:val="right"/>
      </w:pPr>
      <w:r>
        <w:t>یعنی آپ اگر اپنے کو ڈسٹریکشن سے بچائیں تو اپنے آپ نیچر انفولڈ ہوتی ہے۔ اپنے آپ جب نیچر انفولڈ ہوتی ہے تو وہ آپ کے اندر کریٹیو تھنکنگ آتی ہے۔</w:t>
      </w:r>
    </w:p>
    <w:p>
      <w:r>
        <w:rPr>
          <w:b/>
        </w:rPr>
        <w:t xml:space="preserve">[1:08:12] </w:t>
      </w:r>
      <w:r>
        <w:t>is ke baad</w:t>
      </w:r>
    </w:p>
    <w:p>
      <w:pPr>
        <w:jc w:val="right"/>
      </w:pPr>
      <w:r>
        <w:t>اس کے بعد</w:t>
      </w:r>
    </w:p>
    <w:p>
      <w:r>
        <w:rPr>
          <w:b/>
        </w:rPr>
        <w:t xml:space="preserve">[1:08:14] </w:t>
      </w:r>
      <w:r>
        <w:t>creative thinking koi alag se import karne ki cheez nahi hai. creative thinking ko aap koi import nahi karta, woh already aap ke andar maujood hai nature ke andar.</w:t>
      </w:r>
    </w:p>
    <w:p>
      <w:pPr>
        <w:jc w:val="right"/>
      </w:pPr>
      <w:r>
        <w:t>کریٹیو تھنکنگ کوئی الگ سے امپورٹ کرنے کی چیز نہیں ہے۔ کریٹیو تھنکنگ کو آپ کوئی امپورٹ نہیں کرتا، وہ الریڈی آپ کے اندر موجود ہے نیچر کے اندر۔</w:t>
      </w:r>
    </w:p>
    <w:p>
      <w:r>
        <w:rPr>
          <w:b/>
        </w:rPr>
        <w:t xml:space="preserve">[1:08:27] </w:t>
      </w:r>
      <w:r>
        <w:t>lekin log kya karte hain? conditioning mein pad jate hain, un ke andar bias aa jata hai, nafrat aa jati hai. ab normal tareeqe se sochne lagte hain: ghussa, nafrat, inteqam, tashaddud mein phans jate hain.</w:t>
      </w:r>
    </w:p>
    <w:p>
      <w:pPr>
        <w:jc w:val="right"/>
      </w:pPr>
      <w:r>
        <w:t>لیکن لوگ کیا کرتے ہیں؟ کنڈیشننگ میں پڑ جاتے ہیں، ان کے اندر بائس آ جاتا ہے، نفرت آ جاتی ہے۔ اب نارمل طریقے سے سوچنے لگتے ہیں: غصہ، نفرت، انتقام، تشدد میں پھنس جاتے ہیں۔</w:t>
      </w:r>
    </w:p>
    <w:p>
      <w:r>
        <w:rPr>
          <w:b/>
        </w:rPr>
        <w:t xml:space="preserve">[1:08:42] </w:t>
      </w:r>
      <w:r>
        <w:t>is ki wajah se nature unfold nahi ho pati. to sirf aik hi shart hai ke aap apne aap ko aisi cheezon se bachayen jo nature ko unfold hone se rokti hain.</w:t>
      </w:r>
    </w:p>
    <w:p>
      <w:pPr>
        <w:jc w:val="right"/>
      </w:pPr>
      <w:r>
        <w:t>اس کی وجہ سے نیچر انفولڈ نہیں ہو پاتی۔ تو صرف ایک ہی شرط ہے کہ آپ اپنے آپ کو ایسی چیزوں سے بچائیں جو نیچر کو انفولڈ ہونے سے روکتی ہے۔</w:t>
      </w:r>
    </w:p>
    <w:p>
      <w:r>
        <w:rPr>
          <w:b/>
        </w:rPr>
        <w:t xml:space="preserve">[1:08:56] </w:t>
      </w:r>
      <w:r>
        <w:t>bas is ke baad creative thinking apne aap develop kare gi. maulana, yeh sawal dilli se aya hai mr hamad ahmad sahib ka.</w:t>
      </w:r>
    </w:p>
    <w:p>
      <w:pPr>
        <w:jc w:val="right"/>
      </w:pPr>
      <w:r>
        <w:t>بس اس کے بعد کریٹیو تھنکنگ اپنے آپ ڈویلپ کرے گی۔ مولانا، یہ سوال دلی سے آیا ہے مسٹر حمد احمد صاحب کا۔</w:t>
      </w:r>
    </w:p>
    <w:p>
      <w:r>
        <w:rPr>
          <w:b/>
        </w:rPr>
        <w:t xml:space="preserve">[1:09:06] </w:t>
      </w:r>
      <w:r>
        <w:t>unhon ne aap se poocha hai ke "what is the creative solution of indian riots?" indian riots, acha, "how it can be prevented and what should be the role of indian muslims during the riots?" dekhiye, is ka jawab bohat hi acha diya hai aik sahabi ne.</w:t>
      </w:r>
    </w:p>
    <w:p>
      <w:pPr>
        <w:jc w:val="right"/>
      </w:pPr>
      <w:r>
        <w:t>انہوں نے آپ سے پوچھا ہے کہ "واٹ از دا کریٹیو سولیوشن آف انڈین رائٹس؟" انڈین رائٹس، اچھا، "ہاؤ اٹ کین بی پریوینٹڈ اینڈ واٹ شوڈ بی دا رول آف انڈین مسلمز ڈیورنگ دا رائٹس؟" دیکھیے، اس کا جواب بہت ہی اچھا دیا ہے ایک صحابی نے۔</w:t>
      </w:r>
    </w:p>
    <w:p>
      <w:r>
        <w:rPr>
          <w:b/>
        </w:rPr>
        <w:t xml:space="preserve">[1:09:31] </w:t>
      </w:r>
      <w:r>
        <w:t>indian riots jo hain, woh woh right nahi hote. muslims are paying the price of their own stupid policies.</w:t>
      </w:r>
    </w:p>
    <w:p>
      <w:pPr>
        <w:jc w:val="right"/>
      </w:pPr>
      <w:r>
        <w:t>انڈین رائٹس جو ہیں، وہ وہ رائٹ نہیں ہوتے۔ مسلمز آر پینگ دا پرائس آف دیر اون اسٹیوڈ پالیسیز۔</w:t>
      </w:r>
    </w:p>
    <w:p>
      <w:r>
        <w:rPr>
          <w:b/>
        </w:rPr>
        <w:t xml:space="preserve">[1:09:41] </w:t>
      </w:r>
      <w:r>
        <w:t>is ko right kehna hi galat hai. woh stupid policy ki qeemat hoti hai, us ko hum kehte hain right. is ko mein explain karta hoon.</w:t>
      </w:r>
    </w:p>
    <w:p>
      <w:pPr>
        <w:jc w:val="right"/>
      </w:pPr>
      <w:r>
        <w:t>اس کو رائٹ کہنا ہی غلط ہے۔ وہ اسٹیوڈ پالیسی کی قیمت ہوتی ہے، اس کو ہم کہتے ہیں رائٹ۔ اس کو میں ایکسپلین کرتا ہوں۔</w:t>
      </w:r>
    </w:p>
    <w:p>
      <w:r>
        <w:rPr>
          <w:b/>
        </w:rPr>
        <w:t xml:space="preserve">[1:09:51] </w:t>
      </w:r>
      <w:r>
        <w:t>dekhiye, aik sahabi kehte hain ke "malayardha bil qaleel mimma yati bihi safi hayardha bil kaseer".</w:t>
      </w:r>
    </w:p>
    <w:p>
      <w:pPr>
        <w:jc w:val="right"/>
      </w:pPr>
      <w:r>
        <w:t>دیکھیے، ایک صحابی کہتے ہیں کہ "ملایرضا بالقلیل مما یاتی بہ صفی ہویرضا بالکثیر"۔</w:t>
      </w:r>
    </w:p>
    <w:p>
      <w:r>
        <w:rPr>
          <w:b/>
        </w:rPr>
        <w:t xml:space="preserve">[1:10:05] </w:t>
      </w:r>
      <w:r>
        <w:t>yeh sahabi ka qaul hai.</w:t>
      </w:r>
    </w:p>
    <w:p>
      <w:pPr>
        <w:jc w:val="right"/>
      </w:pPr>
      <w:r>
        <w:t>یہ صحابی کا قول ہے۔</w:t>
      </w:r>
    </w:p>
    <w:p>
      <w:r>
        <w:rPr>
          <w:b/>
        </w:rPr>
        <w:t xml:space="preserve">[1:10:08] </w:t>
      </w:r>
      <w:r>
        <w:t>is ka translation yeh hai ke jo aadmi</w:t>
      </w:r>
    </w:p>
    <w:p>
      <w:pPr>
        <w:jc w:val="right"/>
      </w:pPr>
      <w:r>
        <w:t>اس کا ٹرانسلیشن یہ ہے کہ جو آدمی</w:t>
      </w:r>
    </w:p>
    <w:p>
      <w:r>
        <w:rPr>
          <w:b/>
        </w:rPr>
        <w:t xml:space="preserve">[1:10:16] </w:t>
      </w:r>
      <w:r>
        <w:t>nadan ke chote shar ko bardasht nahi kare ga, to us ko nadan ke bare shar ko bardasht karna pare ga.</w:t>
      </w:r>
    </w:p>
    <w:p>
      <w:pPr>
        <w:jc w:val="right"/>
      </w:pPr>
      <w:r>
        <w:t>نادان کے چھوٹے شر کو برداشت نہیں کرے گا، تو اس کو نادان کے بڑے شر کو برداشت کرنا پڑے گا۔</w:t>
      </w:r>
    </w:p>
    <w:p>
      <w:r>
        <w:rPr>
          <w:b/>
        </w:rPr>
        <w:t xml:space="preserve">[1:10:27] </w:t>
      </w:r>
      <w:r>
        <w:t>is ka matlab kya hai? zindagi mein chote shar to ate hi ate hain. aap chahen ke chote shar bhi na hon, yeh impossible hai. matlab koi nara laga laga de ga, koi jaloos nikale ga, koi</w:t>
      </w:r>
    </w:p>
    <w:p>
      <w:pPr>
        <w:jc w:val="right"/>
      </w:pPr>
      <w:r>
        <w:t>اس کا مطلب کیا ہے؟ زندگی میں چھوٹے شر تو آتے ہی آتے ہیں۔ آپ چاہیں کہ چھوٹے شر بھی نہ ہوں، یہ امپاسیبل ہے۔ مطلب کوئی نعرہ لگا لگا دے گا، کوئی جلوس نکالے گا، کوئی</w:t>
      </w:r>
    </w:p>
    <w:p>
      <w:r>
        <w:rPr>
          <w:b/>
        </w:rPr>
        <w:t xml:space="preserve">[1:10:39] </w:t>
      </w:r>
      <w:r>
        <w:t>koi holi ka pani phenk de ga aap ki masjid par. yeh chota shar hai, is ko bardasht kijiye. ladte kyun hain is ke liye? aap hazrat umar ne yeh baat is tareeqe se kahi ke "laysal aaqil alladhi ya'riful khair wal sharr, walakinahu alladhi ya'rifu khaira sharrin" ke aqalmand woh nahi hai jo jo</w:t>
      </w:r>
    </w:p>
    <w:p>
      <w:pPr>
        <w:jc w:val="right"/>
      </w:pPr>
      <w:r>
        <w:t>کوئی ہولی کا پانی پھینک دے گا آپ کی مسجد پر۔ یہ چھوٹا شر ہے، اس کو برداشت کیجئے۔ لڑتے کیوں ہیں اس کے لیے؟ آپ حضرت عمر نے یہ بات اس طریقے سے کہی کہ "لیس العاقل الذی یعرف الخیر ابن الشر، ولكنه الذی یعرف خیر شرین" کہ عقلمند وہ نہیں ہے جو جو</w:t>
      </w:r>
    </w:p>
    <w:p>
      <w:r>
        <w:rPr>
          <w:b/>
        </w:rPr>
        <w:t xml:space="preserve">[1:11:07] </w:t>
      </w:r>
      <w:r>
        <w:t>khair aur shar ko jaane.</w:t>
      </w:r>
    </w:p>
    <w:p>
      <w:pPr>
        <w:jc w:val="right"/>
      </w:pPr>
      <w:r>
        <w:t>خیر اور شر کو جانے۔</w:t>
      </w:r>
    </w:p>
    <w:p>
      <w:r>
        <w:rPr>
          <w:b/>
        </w:rPr>
        <w:t xml:space="preserve">[1:11:09] </w:t>
      </w:r>
      <w:r>
        <w:t>aqalmand woh hai jo yeh jaane ke do shar mein se kamtar shar konsa hai. matlab kya hai?</w:t>
      </w:r>
    </w:p>
    <w:p>
      <w:pPr>
        <w:jc w:val="right"/>
      </w:pPr>
      <w:r>
        <w:t>عقلمند وہ ہے جو یہ جانے کہ دو شر میں سے کمتر شر کونسا ہے۔ مطلب کیا ہے؟</w:t>
      </w:r>
    </w:p>
    <w:p>
      <w:r>
        <w:rPr>
          <w:b/>
        </w:rPr>
        <w:t xml:space="preserve">[1:11:20] </w:t>
      </w:r>
      <w:r>
        <w:t>zindagi mein choice jo hai, woh good and bad ka nahi hai, lesser evil aur greater evil ka hai.</w:t>
      </w:r>
    </w:p>
    <w:p>
      <w:pPr>
        <w:jc w:val="right"/>
      </w:pPr>
      <w:r>
        <w:t>زندگی میں چوائس جو ہے، وہ گڈ اینڈ بیڈ کا نہیں ہے، لیسر ایول اور گٹر ایول کا ہے۔</w:t>
      </w:r>
    </w:p>
    <w:p>
      <w:r>
        <w:rPr>
          <w:b/>
        </w:rPr>
        <w:t xml:space="preserve">[1:11:29] </w:t>
      </w:r>
      <w:r>
        <w:t>ab aap dekhiye, kamra right ko kya hota hai?</w:t>
      </w:r>
    </w:p>
    <w:p>
      <w:pPr>
        <w:jc w:val="right"/>
      </w:pPr>
      <w:r>
        <w:t>اب آپ دیکھیے، کمرہ رائٹ کو کیا ہوتا ہے؟</w:t>
      </w:r>
    </w:p>
    <w:p>
      <w:r>
        <w:rPr>
          <w:b/>
        </w:rPr>
        <w:t xml:space="preserve">[1:11:32] </w:t>
      </w:r>
      <w:r>
        <w:t>99 feesad cases mein kya hota hai ke musalman mutalba karte hain ke route badlo, route badlo.</w:t>
      </w:r>
    </w:p>
    <w:p>
      <w:pPr>
        <w:jc w:val="right"/>
      </w:pPr>
      <w:r>
        <w:t>99 فیصد کیسز میں کیا ہوتا ہے کہ مسلمان مطالبہ کرتے ہیں کہ روٹ بدلو، روٹ بدلو۔</w:t>
      </w:r>
    </w:p>
    <w:p>
      <w:r>
        <w:rPr>
          <w:b/>
        </w:rPr>
        <w:t xml:space="preserve">[1:11:42] </w:t>
      </w:r>
      <w:r>
        <w:t>achha, woh route nahi badalne pe tayyar hote ya kehte hain ke sahib, lord square par bhajan band karo. woh band karne pe tayyar nahi hote.</w:t>
      </w:r>
    </w:p>
    <w:p>
      <w:pPr>
        <w:jc w:val="right"/>
      </w:pPr>
      <w:r>
        <w:t>اچھا، وہ روٹ نہیں بدلنے پہ تیار ہوتے یا کہتے ہیں کہ صاحب، لارڈ سکوئر پر بھجن بند کرو۔ وہ بند کرنے پہ تیار نہیں ہوتے۔</w:t>
      </w:r>
    </w:p>
    <w:p>
      <w:r>
        <w:rPr>
          <w:b/>
        </w:rPr>
        <w:t xml:space="preserve">[1:11:54] </w:t>
      </w:r>
      <w:r>
        <w:t>to kya karte hain? is ke baad ja ke rokte aur tokte hain. wahan par</w:t>
      </w:r>
    </w:p>
    <w:p>
      <w:pPr>
        <w:jc w:val="right"/>
      </w:pPr>
      <w:r>
        <w:t>تو کیا کرتے ہیں؟ اس کے بعد جا کے روکتے اور ٹوکتے ہیں۔ وہاں پر</w:t>
      </w:r>
    </w:p>
    <w:p>
      <w:r>
        <w:rPr>
          <w:b/>
        </w:rPr>
        <w:t xml:space="preserve">[1:12:00] </w:t>
      </w:r>
      <w:r>
        <w:t>aap jaise hi aap roka toke ga, jaise hi aap un ko, yani violence karein, koi kisi qism ka ke aap ko pathar maar dein ya aap un ka un ka lord square tod dein, to foran kya hota hai?</w:t>
      </w:r>
    </w:p>
    <w:p>
      <w:pPr>
        <w:jc w:val="right"/>
      </w:pPr>
      <w:r>
        <w:t>آپ جیسے ہی آپ روکا ٹوکیں گے، جیسے ہی آپ ان کو، یعنی وائیلنس کریں، کوئی کسی قسم کا کہ آپ کو پتھر مار دیں یا آپ ان کا ان کا لارڈ سکوئر توڑ دیں، تو فوراً کیا ہوتا ہے؟</w:t>
      </w:r>
    </w:p>
    <w:p>
      <w:r>
        <w:rPr>
          <w:b/>
        </w:rPr>
        <w:t xml:space="preserve">[1:12:17] </w:t>
      </w:r>
      <w:r>
        <w:t>woh police case ban jata hai. jab juloos nikalta hai, zyada tar juloos hi mein jhagde hote hain.</w:t>
      </w:r>
    </w:p>
    <w:p>
      <w:pPr>
        <w:jc w:val="right"/>
      </w:pPr>
      <w:r>
        <w:t>وہ پولیس کیس بن جاتا ہے۔ جب جلوس نکلتا ہے، زیادہ تر جلوس ہی میں جھگڑے ہوتے ہیں۔</w:t>
      </w:r>
    </w:p>
    <w:p>
      <w:r>
        <w:rPr>
          <w:b/>
        </w:rPr>
        <w:t xml:space="preserve">[1:12:24] </w:t>
      </w:r>
      <w:r>
        <w:t>jab juloos nikalta hai to us waqt kya case hota hai? ke masla hota hai, yani juloos versus police.</w:t>
      </w:r>
    </w:p>
    <w:p>
      <w:pPr>
        <w:jc w:val="right"/>
      </w:pPr>
      <w:r>
        <w:t>جب جلوس نکلتا ہے تو اس وقت کیا کیس ہوتا ہے؟ کہ مسئلہ ہوتا ہے، یعنی جلوس ورسز پولیس۔</w:t>
      </w:r>
    </w:p>
    <w:p>
      <w:r>
        <w:rPr>
          <w:b/>
        </w:rPr>
        <w:t xml:space="preserve">[1:12:33] </w:t>
      </w:r>
      <w:r>
        <w:t>wahan police hoti hai juloos ko control karne ke liye. musalman kya karte hain? ke route badlo. idhar hamari masjid hai, idhar hamara mohalla hai.</w:t>
      </w:r>
    </w:p>
    <w:p>
      <w:pPr>
        <w:jc w:val="right"/>
      </w:pPr>
      <w:r>
        <w:t>وہاں پولیس ہوتی ہے جلوس کو کنٹرول کرنے کے لیے۔ مسلمان کیا کرتے ہیں؟ کہ روٹ بدلو۔ ادھر ہماری مسجد ہے، ادھر ہمارا محلہ ہے۔</w:t>
      </w:r>
    </w:p>
    <w:p>
      <w:r>
        <w:rPr>
          <w:b/>
        </w:rPr>
        <w:t xml:space="preserve">[1:12:44] </w:t>
      </w:r>
      <w:r>
        <w:t>to woh raazi nahi hote. to police se kehte hain ke in ko badalwao, idhar le jaao in ko. police kehti hai ke hum nahi badal sakte, hamare bas mein nahi</w:t>
      </w:r>
    </w:p>
    <w:p>
      <w:pPr>
        <w:jc w:val="right"/>
      </w:pPr>
      <w:r>
        <w:t>تو وہ راضی نہیں ہوتے۔ تو پولیس سے کہتے ہیں کہ ان کو بدلواؤ، ادھر لے جاؤ ان کو۔ پولیس کہتی ہے کہ ہم نہیں بدل سکتے، ہمارے بس میں نہیں</w:t>
      </w:r>
    </w:p>
    <w:p>
      <w:r>
        <w:rPr>
          <w:b/>
        </w:rPr>
        <w:t xml:space="preserve">[1:12:52] </w:t>
      </w:r>
      <w:r>
        <w:t>hai. to police ko pathar maarte hain. pathar maarte hi kya hota hai? ke jo case pehle tha, juloos versus police, ab ho jata hai Muslim versus police.</w:t>
      </w:r>
    </w:p>
    <w:p>
      <w:pPr>
        <w:jc w:val="right"/>
      </w:pPr>
      <w:r>
        <w:t>ہے۔ تو پولیس کو پتھر مارتے ہیں۔ پتھر مارتے ہی کیا ہوتا ہے؟ کہ جو کیس پہلے تھا، جلوس ورسز پولیس، اب ہو جاتا ہے مسلم ورسز پولیس۔</w:t>
      </w:r>
    </w:p>
    <w:p>
      <w:r>
        <w:rPr>
          <w:b/>
        </w:rPr>
        <w:t xml:space="preserve">[1:13:06] </w:t>
      </w:r>
      <w:r>
        <w:t>ab khwamkhwah apne ko aap wale mujhe bar ki situation ban jati hai. wahan par abhi recently jo fasad hua tha UK mein, woh kya hua tha?</w:t>
      </w:r>
    </w:p>
    <w:p>
      <w:pPr>
        <w:jc w:val="right"/>
      </w:pPr>
      <w:r>
        <w:t>اب خوامخواہ اپنے کو آپ والے مجھے بار کی سچوئیشن بن جاتی ہے۔ وہاں پر ابھی ریسنٹلی جو فساد ہوا تھا یو کے میں، وہ کیا ہوا تھا؟</w:t>
      </w:r>
    </w:p>
    <w:p>
      <w:r>
        <w:rPr>
          <w:b/>
        </w:rPr>
        <w:t xml:space="preserve">[1:13:19] </w:t>
      </w:r>
      <w:r>
        <w:t>roze ke zamane mein log ab masjid mein jama hue the iftar karne ke liye. qareeb ke mandir se awaz aane lagi bhajan ki.</w:t>
      </w:r>
    </w:p>
    <w:p>
      <w:pPr>
        <w:jc w:val="right"/>
      </w:pPr>
      <w:r>
        <w:t>روزے کے زمانے میں لوگ اب مسجد میں جمع ہوئے تھے افطار کرنے کے لیے۔ قریب کے مندر سے آواز آنے لگی بھجن کی۔</w:t>
      </w:r>
    </w:p>
    <w:p>
      <w:r>
        <w:rPr>
          <w:b/>
        </w:rPr>
        <w:t xml:space="preserve">[1:13:30] </w:t>
      </w:r>
      <w:r>
        <w:t>ab wahan kuch log gaye ja ke sahib, apne loudspeaker ko awaz kam karo, us ko band karo. to unhone yeh band kiya. to kya unhone kiya ke us ko tod phod kar karne lage?</w:t>
      </w:r>
    </w:p>
    <w:p>
      <w:pPr>
        <w:jc w:val="right"/>
      </w:pPr>
      <w:r>
        <w:t>اب وہاں کچھ لوگ گئے جا کے صاحب، اپنے لاؤڈ سپیکر کو آواز کم کرو، اس کو بند کرو۔ تو انہوں نے یہ بند کیا۔ تو کیا انہوں نے کیا کہ اس کو توڑ پھوڑ کر کرنے لگے؟</w:t>
      </w:r>
    </w:p>
    <w:p>
      <w:r>
        <w:rPr>
          <w:b/>
        </w:rPr>
        <w:t xml:space="preserve">[1:13:41] </w:t>
      </w:r>
      <w:r>
        <w:t>to bas fasad ho gaya. aur wahan curfew laga, bohat se log maare gaye.</w:t>
      </w:r>
    </w:p>
    <w:p>
      <w:pPr>
        <w:jc w:val="right"/>
      </w:pPr>
      <w:r>
        <w:t>تو بس فساد ہو گیا۔ اور وہاں کرفو لگا، بہت سے لوگ مارے گئے۔</w:t>
      </w:r>
    </w:p>
    <w:p>
      <w:r>
        <w:rPr>
          <w:b/>
        </w:rPr>
        <w:t xml:space="preserve">[1:13:46] </w:t>
      </w:r>
      <w:r>
        <w:t>jitne woh commercial right hote hain, woh commercial right nahi hain. woh haqeeqatan musalmanon ki stepped policy ke result hain. woh aap aap kyun juloos ko rokte hain?</w:t>
      </w:r>
    </w:p>
    <w:p>
      <w:pPr>
        <w:jc w:val="right"/>
      </w:pPr>
      <w:r>
        <w:t>جتنے وہ کمرل رائٹ ہوتے ہیں، وہ کمرل رائٹ نہیں ہیں۔ وہ حقیقتاً مسلمانوں کی اسٹیپڈ پالیسی کے رزلٹ ہیں۔ وہ آپ آپ کیوں جلوس کو روکتے ہیں؟</w:t>
      </w:r>
    </w:p>
    <w:p>
      <w:r>
        <w:rPr>
          <w:b/>
        </w:rPr>
        <w:t xml:space="preserve">[1:13:56] </w:t>
      </w:r>
      <w:r>
        <w:t>kyun ke un ke loudspeaker ko band karna chahte hain. un ke slogan, slogan ko nahi band kar sakte aap. woh slogan lagayein ge kyun ke India mein azadi aap ke liye, un ke liye bhi dono ki azadi hai.</w:t>
      </w:r>
    </w:p>
    <w:p>
      <w:pPr>
        <w:jc w:val="right"/>
      </w:pPr>
      <w:r>
        <w:t>کیوں کہ ان کے لاؤڈ سپیکر کو بند کرنا چاہتے ہیں۔ ان کے سلوگن، سلوگن کو نہیں بند کر سکتے آپ۔ وہ سلوگن لگائیں گے کیونکہ انڈیا میں آزادی آپ کے لیے، ان کے لیے بھی دونوں کی آزادی ہے۔</w:t>
      </w:r>
    </w:p>
    <w:p>
      <w:r>
        <w:rPr>
          <w:b/>
        </w:rPr>
        <w:t xml:space="preserve">[1:14:10] </w:t>
      </w:r>
      <w:r>
        <w:t>to sirf ek hi shakal hai ke musalman principle of avoidance ko pakrein, araz karna. araz juloos nikalta hai to kar le dein, naara lagata hai to laga le dein.</w:t>
      </w:r>
    </w:p>
    <w:p>
      <w:pPr>
        <w:jc w:val="right"/>
      </w:pPr>
      <w:r>
        <w:t>تو صرف ایک ہی شکل ہے کہ مسلمان پرنسپل آف اوائڈنس کو پکڑیں، اعراض کرنا۔ اعراض جلوس نکلتا ہے تو کر لے دیں، نعرہ لگاتا ہے تو لگا لے دیں۔</w:t>
      </w:r>
    </w:p>
    <w:p>
      <w:r>
        <w:rPr>
          <w:b/>
        </w:rPr>
        <w:t xml:space="preserve">[1:14:25] </w:t>
      </w:r>
      <w:r>
        <w:t>main aap ko ek dilchasp qissa sunata hoon. ek martaba bohat bara fasad hua tha Bhagalpur mein, Bihar mein.</w:t>
      </w:r>
    </w:p>
    <w:p>
      <w:pPr>
        <w:jc w:val="right"/>
      </w:pPr>
      <w:r>
        <w:t>میں آپ کو ایک دلچسپ قصہ سناتا ہوں۔ ایک مرتبہ بہت بڑا فساد ہوا تھا باغل پور میں، بہار میں۔</w:t>
      </w:r>
    </w:p>
    <w:p>
      <w:r>
        <w:rPr>
          <w:b/>
        </w:rPr>
        <w:t xml:space="preserve">[1:14:38] </w:t>
      </w:r>
      <w:r>
        <w:t>to bohat fasad hua aur musalmanon ko bohat nuksan hua tha is mein. to ek sahib ne ek kitab likhi thi, moti si, isi mauzu par "Bhagalpur ka fasad".</w:t>
      </w:r>
    </w:p>
    <w:p>
      <w:pPr>
        <w:jc w:val="right"/>
      </w:pPr>
      <w:r>
        <w:t>تو بہت فساد ہوا اور مسلمانوں کو بہت نقصان ہوا تھا اس میں۔ تو ایک صاحب نے ایک کتاب لکھی تھی، موٹی سی، اسی موضوع پر "باغل پور کا فساد"۔</w:t>
      </w:r>
    </w:p>
    <w:p>
      <w:r>
        <w:rPr>
          <w:b/>
        </w:rPr>
        <w:t xml:space="preserve">[1:14:48] </w:t>
      </w:r>
      <w:r>
        <w:t>yeh kitab mere paas abhi maujood hai, koi shakhs dekh sakta hai is ko. woh khud musannif mere paas woh kitab le aaye.</w:t>
      </w:r>
    </w:p>
    <w:p>
      <w:pPr>
        <w:jc w:val="right"/>
      </w:pPr>
      <w:r>
        <w:t>یہ کتاب میرے پاس ابھی موجود ہے، کوئی شخص دیکھ سکتا ہے اس کو۔ وہ خود مصنف میرے پاس وہ کتاب لے آئے۔</w:t>
      </w:r>
    </w:p>
    <w:p>
      <w:r>
        <w:rPr>
          <w:b/>
        </w:rPr>
        <w:t xml:space="preserve">[1:14:56] </w:t>
      </w:r>
      <w:r>
        <w:t>to maine us ko thoda sa parha to phir likha hua tha ke juloos nikla musalmanon ke mohalle mein.</w:t>
      </w:r>
    </w:p>
    <w:p>
      <w:pPr>
        <w:jc w:val="right"/>
      </w:pPr>
      <w:r>
        <w:t>تو میں نے اس کو تھوڑا سا پڑھا تو پھر لکھا ہوا تھا کہ جلوس نکلا مسلمانوں کے محلے میں۔</w:t>
      </w:r>
    </w:p>
    <w:p>
      <w:r>
        <w:rPr>
          <w:b/>
        </w:rPr>
        <w:t xml:space="preserve">[1:15:10] </w:t>
      </w:r>
      <w:r>
        <w:t>to pehle to aman tha, woh phir musalmanon ne ek step liya. yahi lafz tha is mein. step liya, is ke baad fasad shuru ho gaya.</w:t>
      </w:r>
    </w:p>
    <w:p>
      <w:pPr>
        <w:jc w:val="right"/>
      </w:pPr>
      <w:r>
        <w:t>تو پہلے تو پرامن تھا، وہ پھر مسلمانوں نے ایک سٹیپ لیا۔ یہی لفظ تھا اس میں۔ سٹیپ لیا، اس کے بعد فساد شروع ہو گیا۔</w:t>
      </w:r>
    </w:p>
    <w:p>
      <w:r>
        <w:rPr>
          <w:b/>
        </w:rPr>
        <w:t xml:space="preserve">[1:15:20] </w:t>
      </w:r>
      <w:r>
        <w:t>to mein ne poocha un se ke bhai step kiya tha? woh to bata nahi rahe the ke step kiya tha.</w:t>
      </w:r>
    </w:p>
    <w:p>
      <w:pPr>
        <w:jc w:val="right"/>
      </w:pPr>
      <w:r>
        <w:t>تو میں نے پوچھا ان سے کہ بھئی سٹیپ کیا تھا؟ وہ تو بتا نہیں رہے تھے کہ سٹیپ کیا تھا۔</w:t>
      </w:r>
    </w:p>
    <w:p>
      <w:r>
        <w:rPr>
          <w:b/>
        </w:rPr>
        <w:t xml:space="preserve">[1:15:28] </w:t>
      </w:r>
      <w:r>
        <w:t>to baat ko bhagal pur ke case ki jo vakalat kar rahe the, woh pairvi kar rahe the, vakeel sahib, un se meri mulaqat hui.</w:t>
      </w:r>
    </w:p>
    <w:p>
      <w:pPr>
        <w:jc w:val="right"/>
      </w:pPr>
      <w:r>
        <w:t>تو بات کو بھاگل پور کے کیس کی جو وکالت کر رہے تھے، وہ پیروی کر رہے تھے، وکیل صاحب، ان سے میری ملاقات ہوئی۔</w:t>
      </w:r>
    </w:p>
    <w:p>
      <w:r>
        <w:rPr>
          <w:b/>
        </w:rPr>
        <w:t xml:space="preserve">[1:15:38] </w:t>
      </w:r>
      <w:r>
        <w:t>to un se poocha ke woh step kiya tha? to unhon ne unhon ne bataya, khud vakeel sahib ne bataya, jo jo case ki pairvi kar rahe the, ke hua yeh ke jaloos nikla aur musalmanon ne kaha ke sahib, root badlo, root badlo, root badlo.</w:t>
      </w:r>
    </w:p>
    <w:p>
      <w:pPr>
        <w:jc w:val="right"/>
      </w:pPr>
      <w:r>
        <w:t>تو ان سے پوچھا کہ وہ سٹیپ کیا تھا؟ تو انہوں نے انہوں نے بتایا، خود وکیل صاحب نے بتایا، جو جو کیس کی پیروی کر رہے تھے، کہ ہوا یہ کہ جلوس نکلا اور مسلمانوں نے کہا کہ صاحب، روٹ بدلو، روٹ بدلو، روٹ بدلو۔</w:t>
      </w:r>
    </w:p>
    <w:p>
      <w:r>
        <w:rPr>
          <w:b/>
        </w:rPr>
        <w:t xml:space="preserve">[1:15:54] </w:t>
      </w:r>
      <w:r>
        <w:t>root badalne par raazi nahi hue.</w:t>
      </w:r>
    </w:p>
    <w:p>
      <w:pPr>
        <w:jc w:val="right"/>
      </w:pPr>
      <w:r>
        <w:t>روٹ بدلنے پر راضی نہیں ہوئے۔</w:t>
      </w:r>
    </w:p>
    <w:p>
      <w:r>
        <w:rPr>
          <w:b/>
        </w:rPr>
        <w:t xml:space="preserve">[1:15:56] </w:t>
      </w:r>
      <w:r>
        <w:t>to musalmanon ne hand grade, hand hand gradenate phenka, dasti bomb. aur khud vakeel sahib ke alfaaz hain ke saare, yaani woh dhuwan phail gaya saare road par.</w:t>
      </w:r>
    </w:p>
    <w:p>
      <w:pPr>
        <w:jc w:val="right"/>
      </w:pPr>
      <w:r>
        <w:t>تو مسلمانوں نے ہینڈ گریڈ، ہینڈ ہینڈ گریڈنیٹ پھینکا، دستی بم۔ اور خود وکیل صاحب کے الفاظ ہیں کہ سارے، یعنی وہ دھواں پھیل گیا سارے روڈ پر۔</w:t>
      </w:r>
    </w:p>
    <w:p>
      <w:r>
        <w:rPr>
          <w:b/>
        </w:rPr>
        <w:t xml:space="preserve">[1:16:10] </w:t>
      </w:r>
      <w:r>
        <w:t>to is ke baad un logon ne retaliate kiya aur phir bara fasaad hua, bara hangama hua, bohat jalaye phoonke gaye log.</w:t>
      </w:r>
    </w:p>
    <w:p>
      <w:pPr>
        <w:jc w:val="right"/>
      </w:pPr>
      <w:r>
        <w:t>تو اس کے بعد ان لوگوں نے ریٹیلیٹ کیا اور پھر بڑا فساد ہوا، بڑا ہنگامہ ہوا، بہت جلائے پھونکے گئے لوگ۔</w:t>
      </w:r>
    </w:p>
    <w:p>
      <w:r>
        <w:rPr>
          <w:b/>
        </w:rPr>
        <w:t xml:space="preserve">[1:16:18] </w:t>
      </w:r>
      <w:r>
        <w:t>to bhai, step step liya keh kar ke chhupaye hue hain is baat ko ke musalmanon ne ek nadani ki ke wahan bomb maar diya. jab bomb maarne ka hai to wohi marenge, koi nahi marenge.</w:t>
      </w:r>
    </w:p>
    <w:p>
      <w:pPr>
        <w:jc w:val="right"/>
      </w:pPr>
      <w:r>
        <w:t>تو بھائی، سٹیپ سٹیپ لیا کہہ کر کے چھپائے ہوئے ہیں اس بات کو کہ مسلمانوں نے ایک نادانی کی کہ وہاں بم مار دیا۔ جب بم مارنے کا ہے تو وہی ماریں گے، کوئی نہیں ماریں گے۔</w:t>
      </w:r>
    </w:p>
    <w:p>
      <w:r>
        <w:rPr>
          <w:b/>
        </w:rPr>
        <w:t xml:space="preserve">[1:16:31] </w:t>
      </w:r>
      <w:r>
        <w:t>bhai, to musannif se mein ne poocha, musannif se meri mulaqat hui ke mein ne kaha ke kyun aap itna ghussa ho gaye?</w:t>
      </w:r>
    </w:p>
    <w:p>
      <w:pPr>
        <w:jc w:val="right"/>
      </w:pPr>
      <w:r>
        <w:t>بھئی، تو مصنف سے میں نے پوچھا، مصنف سے میری ملاقات ہوئی کہ میں نے کہا کہ کیوں آپ اتنا غصہ ہو گئے؟</w:t>
      </w:r>
    </w:p>
    <w:p>
      <w:r>
        <w:rPr>
          <w:b/>
        </w:rPr>
        <w:t xml:space="preserve">[1:16:41] </w:t>
      </w:r>
      <w:r>
        <w:t>aap log to unhon ne kaha kaise ghussa hote hain? hum</w:t>
      </w:r>
    </w:p>
    <w:p>
      <w:pPr>
        <w:jc w:val="right"/>
      </w:pPr>
      <w:r>
        <w:t>آپ لوگ تو انہوں نے کہا کیسے غصہ ہوتے ہیں؟ ہم</w:t>
      </w:r>
    </w:p>
    <w:p>
      <w:r>
        <w:rPr>
          <w:b/>
        </w:rPr>
        <w:t xml:space="preserve">[1:16:46] </w:t>
      </w:r>
      <w:r>
        <w:t>to unhon ne bataya ke woh is is bohat is ka muhalle ka naam tha tatar pur. unhon ne kaha ke woh log naara laga rahe the ke "jai maa kali tatar pur karo khali".</w:t>
      </w:r>
    </w:p>
    <w:p>
      <w:pPr>
        <w:jc w:val="right"/>
      </w:pPr>
      <w:r>
        <w:t>تو انہوں نے بتایا کہ وہ اس اس بہت اس کا محلے کا نام تھا تاتار پور۔ انہوں نے کہا کہ وہ لوگ نعرہ لگا رہے تھے کہ "جے ماں کالی تاتار پور کرو خالی"۔</w:t>
      </w:r>
    </w:p>
    <w:p>
      <w:r>
        <w:rPr>
          <w:b/>
        </w:rPr>
        <w:t xml:space="preserve">[1:17:02] </w:t>
      </w:r>
      <w:r>
        <w:t>yeh musannif ne bataya "jai maa kali tatar pur kharo khali". to unhon ne kaha kaise hum is ko bardasht kar sakte the?</w:t>
      </w:r>
    </w:p>
    <w:p>
      <w:pPr>
        <w:jc w:val="right"/>
      </w:pPr>
      <w:r>
        <w:t>یہ مصنف نے بتایا "جے ماں کالی تاتار پور خرو خالی"۔ تو انہوں نے کہا کیسے ہم اس کو برداشت کر سکتے تھے؟</w:t>
      </w:r>
    </w:p>
    <w:p>
      <w:r>
        <w:rPr>
          <w:b/>
        </w:rPr>
        <w:t xml:space="preserve">[1:17:12] </w:t>
      </w:r>
      <w:r>
        <w:t>to mein ne kaha acha yeh bataiye ke aap ne bardasht nahi kiya, roka, fasaad hua, karfu laga, log maare gaye, dukanein jalai phoonki gaein.</w:t>
      </w:r>
    </w:p>
    <w:p>
      <w:pPr>
        <w:jc w:val="right"/>
      </w:pPr>
      <w:r>
        <w:t>تو میں نے کہا اچھا یہ بتائیے کہ آپ نے برداشت نہیں کیا، روکا، فساد ہوا، کرفو لگا، لوگ مارے گئے، دکانیں جلائی پھونکی گئیں۔</w:t>
      </w:r>
    </w:p>
    <w:p>
      <w:r>
        <w:rPr>
          <w:b/>
        </w:rPr>
        <w:t xml:space="preserve">[1:17:24] </w:t>
      </w:r>
      <w:r>
        <w:t>to ab wahan par musalman hain ke nahi hain? kaha alhamdulillah, ab musalman wahan par abhi bhi hain.</w:t>
      </w:r>
    </w:p>
    <w:p>
      <w:pPr>
        <w:jc w:val="right"/>
      </w:pPr>
      <w:r>
        <w:t>تو اب وہاں پر مسلمان ہیں کہ نہیں ہیں؟ کہا الحمدللہ، اب مسلمان وہاں پر ابھی بھی ہیں۔</w:t>
      </w:r>
    </w:p>
    <w:p>
      <w:r>
        <w:rPr>
          <w:b/>
        </w:rPr>
        <w:t xml:space="preserve">[1:17:31] </w:t>
      </w:r>
      <w:r>
        <w:t>to mein ne phir un se kaha jab jaloos nikal kar ke fasaad kar ke bhi woh tatar pur ko khali nahi kar sake musalmanon se, to aap ko react karne ki zaroorat kya thi?</w:t>
      </w:r>
    </w:p>
    <w:p>
      <w:pPr>
        <w:jc w:val="right"/>
      </w:pPr>
      <w:r>
        <w:t>تو میں نے پھر ان سے کہا جب جلوس نکال کر کے فساد کر کے بھی وہ تاتار پور کو خالی نہیں کر سکے مسلمانوں سے، تو آپ کو ری ایکٹ کرنے کی ضرورت کیا تھی؟</w:t>
      </w:r>
    </w:p>
    <w:p>
      <w:r>
        <w:rPr>
          <w:b/>
        </w:rPr>
        <w:t xml:space="preserve">[1:17:44] </w:t>
      </w:r>
      <w:r>
        <w:t>aap kehte hain ke yeh bewakoofi ke idare hain, is tarah kahin tatar pur khali ho jata hai. aap mein ne kaha ke aap ghor kijiye ke unhon ne jaloos nikala aur wahan par fasaad hua, goliyan chali, dukanein jalai gayin, phir bhi musalman maujood hain wahan par.</w:t>
      </w:r>
    </w:p>
    <w:p>
      <w:pPr>
        <w:jc w:val="right"/>
      </w:pPr>
      <w:r>
        <w:t>آپ کہتے ہیں کہ یہ بیوقوفی کے ادارے ہیں، اس طرح کہیں تاتار پور خالی ہو جاتا ہے۔ آپ میں نے کہا کہ آپ غور کیجئے کہ انہوں نے جلوس نکالا اور وہاں پر فساد ہوا، گولیاں چلیں، دکانیں جلائی گئیں، پھر بھی مسلمان موجود ہیں وہاں پر۔</w:t>
      </w:r>
    </w:p>
    <w:p>
      <w:r>
        <w:rPr>
          <w:b/>
        </w:rPr>
        <w:t xml:space="preserve">[1:18:01] </w:t>
      </w:r>
      <w:r>
        <w:t>to jab fasaad jaloos nikalwa kar fasaad karwa kar ke bhi woh tatar pur ko khali nahi kara sake, to aap ab bhadak bhadke kyun?</w:t>
      </w:r>
    </w:p>
    <w:p>
      <w:pPr>
        <w:jc w:val="right"/>
      </w:pPr>
      <w:r>
        <w:t>تو جب فساد جلوس نکلوا کر فساد کروا کر کے بھی وہ تاتار پور کو خالی نہیں کرا سکے، تو آپ اب بھڑک بھڑکے کیوں؟</w:t>
      </w:r>
    </w:p>
    <w:p>
      <w:r>
        <w:rPr>
          <w:b/>
        </w:rPr>
        <w:t xml:space="preserve">[1:18:10] </w:t>
      </w:r>
      <w:r>
        <w:t>aap ne react kyun kiya? aap ko kehna chahiye tha ke bhai yeh bewakoofi ke idare hain, aise ke tatar pur khali hota hai. yahi nadani hai jis ki wajah se communal right ho rahe hain India mein.</w:t>
      </w:r>
    </w:p>
    <w:p>
      <w:pPr>
        <w:jc w:val="right"/>
      </w:pPr>
      <w:r>
        <w:t>آپ نے ری ایکٹ کیوں کیا؟ آپ کو کہنا چاہیے تھا کہ بھئی یہ بیوقوفی کے ادارے ہیں، ایسے کہ تاتار پور خالی ہوتا ہے۔ یہی نادانی ہے جس کی وجہ سے کمرل رائٹ ہو رہے ہیں انڈیا میں۔</w:t>
      </w:r>
    </w:p>
    <w:p>
      <w:r>
        <w:rPr>
          <w:b/>
        </w:rPr>
        <w:t xml:space="preserve">[1:18:22] </w:t>
      </w:r>
      <w:r>
        <w:t>aap ko mein arz karunga, meri ek kitab padh li jiye. aap ek kitab hai "hal yahan hai". sirf ek kitab aap padh li jiye "hal yahan", aap ko yeh baat wazeh ho jayegi.</w:t>
      </w:r>
    </w:p>
    <w:p>
      <w:pPr>
        <w:jc w:val="right"/>
      </w:pPr>
      <w:r>
        <w:t>آپ کو میں عرض کروں گا، میری ایک کتاب پڑھ لیجئے۔ آپ ایک کتاب ہے "حل یہاں ہے"۔ صرف ایک کتاب آپ پڑھ لیجئے "حل یہاں"، آپ کو یہ بات واضح ہو جائے گی۔</w:t>
      </w:r>
    </w:p>
    <w:p>
      <w:r>
        <w:rPr>
          <w:b/>
        </w:rPr>
        <w:t xml:space="preserve">[1:18:32] </w:t>
      </w:r>
      <w:r>
        <w:t>"hal yahan hai" yahan mil sakti hai aap ko. hum neeche jab aap jayen to us ko aap dekh sakte hain.</w:t>
      </w:r>
    </w:p>
    <w:p>
      <w:pPr>
        <w:jc w:val="right"/>
      </w:pPr>
      <w:r>
        <w:t>"حل یہاں ہے" یہاں مل سکتی ہے آپ کو۔ ہم نیچے جب آپ جائیں تو اس کو آپ دیکھ سکتے ہیں۔</w:t>
      </w:r>
    </w:p>
    <w:p>
      <w:r>
        <w:rPr>
          <w:b/>
        </w:rPr>
        <w:t xml:space="preserve">[1:18:40] </w:t>
      </w:r>
      <w:r>
        <w:t>"hal yahan hai" Maulana yeh sawal Dilli se aaya hai Dr. Saleha Siddiqui</w:t>
      </w:r>
    </w:p>
    <w:p>
      <w:pPr>
        <w:jc w:val="right"/>
      </w:pPr>
      <w:r>
        <w:t>"حل یہاں ہے" مولانا یہ سوال دلی سے آیا ہے ڈاکٹر مسلمہ صدیقی</w:t>
      </w:r>
    </w:p>
    <w:p>
      <w:r>
        <w:rPr>
          <w:b/>
        </w:rPr>
        <w:t xml:space="preserve">[1:18:46] </w:t>
      </w:r>
      <w:r>
        <w:t>ka. unhon ne likha hai jab sailab e nooh aaya to Hazrat Nooh ka beta Kanan, jo mushrikon ka saathi tha, Allah ne is sailab mein us ko dubo diya.</w:t>
      </w:r>
    </w:p>
    <w:p>
      <w:pPr>
        <w:jc w:val="right"/>
      </w:pPr>
      <w:r>
        <w:t>کا۔ انہوں نے لکھا ہے جب سیلاب نوح آیا تو حضرت نوح کا بیٹا کنان، جو مشرکوں کا ساتھی تھا، اللہ نے اس سیلاب میں اس کو ڈبو دیا۔</w:t>
      </w:r>
    </w:p>
    <w:p>
      <w:r>
        <w:rPr>
          <w:b/>
        </w:rPr>
        <w:t xml:space="preserve">[1:18:59] </w:t>
      </w:r>
      <w:r>
        <w:t>tab Nooh ne Allah ko pukara aur kaha "my lord, my son was a part of my family, your promise was surely true, you are the most just of all judges.</w:t>
      </w:r>
    </w:p>
    <w:p>
      <w:pPr>
        <w:jc w:val="right"/>
      </w:pPr>
      <w:r>
        <w:t>تب نوح نے اللہ کو پکارا اور کہا "مائی لارڈ، مائی سن واز ا پارٹ آف مائی فیملی، یور پرومس واز شورلی ٹرو، یو آر دا موسٹ جسٹ آف آل ججز۔</w:t>
      </w:r>
    </w:p>
    <w:p>
      <w:r>
        <w:rPr>
          <w:b/>
        </w:rPr>
        <w:t xml:space="preserve">[1:19:14] </w:t>
      </w:r>
      <w:r>
        <w:t>God said Noah he was not one of your family, for indeed he was in rights in his conduct." Maulana, kya is ayat ka explanation yeh liya jaye ke Islam mein blood relation asal nahi hai?</w:t>
      </w:r>
    </w:p>
    <w:p>
      <w:pPr>
        <w:jc w:val="right"/>
      </w:pPr>
      <w:r>
        <w:t>گاڈ سیڈ نوحہ ہی واز ناٹ ون آف یور فیملی، فار انڈیڈ ہی واز ان رائٹس ان ہز کنڈکٹ۔" مولانا، کیا اس آیت کا ایکسپلینیشن یہ لیا جائے کہ اسلام میں بلڈ ریلیشن اصل نہیں ہے؟</w:t>
      </w:r>
    </w:p>
    <w:p>
      <w:r>
        <w:rPr>
          <w:b/>
        </w:rPr>
        <w:t xml:space="preserve">[1:19:29] </w:t>
      </w:r>
      <w:r>
        <w:t>kyunki Khuda ne criteria rights hona bataya hai, na ke rishtedari. koi insan is liye nahi bachaya jayega ke woh paighambar ka rishtedar hai.</w:t>
      </w:r>
    </w:p>
    <w:p>
      <w:pPr>
        <w:jc w:val="right"/>
      </w:pPr>
      <w:r>
        <w:t>کیونکہ خدا نے کرائٹیریا رائٹس ہونا بتایا ہے، نہ کہ رشتہ داری۔ کوئی انسان اس لیے نہیں بچایا جائے گا کہ وہ پیغمبر کا رشتہ دار ہے۔</w:t>
      </w:r>
    </w:p>
    <w:p>
      <w:r>
        <w:rPr>
          <w:b/>
        </w:rPr>
        <w:t xml:space="preserve">[1:19:42] </w:t>
      </w:r>
      <w:r>
        <w:t>abhi yeh to yahi matlab hi hai is ka. woh to khud jo alfaaz hain, woh bol rahe hain. koi doosra explanation is ka ho nahi sakta.</w:t>
      </w:r>
    </w:p>
    <w:p>
      <w:pPr>
        <w:jc w:val="right"/>
      </w:pPr>
      <w:r>
        <w:t>ابھی یہ تو یہی مطلب ہی ہے اس کا۔ وہ تو خود جو الفاظ ہیں، وہ بول رہے ہیں۔ کوئی دوسرا ایکسپلینیشن اس کا ہو نہیں سکتا۔</w:t>
      </w:r>
    </w:p>
    <w:p>
      <w:r>
        <w:rPr>
          <w:b/>
        </w:rPr>
        <w:t xml:space="preserve">[1:19:53] </w:t>
      </w:r>
      <w:r>
        <w:t>clear hai, yeh to is mein koi shakk nahin. ya mein phir mun akhi wa ummi wa abi wa saahibati wa bani quran mein aaya hai to sahi baat hai yeh.</w:t>
      </w:r>
    </w:p>
    <w:p>
      <w:pPr>
        <w:jc w:val="right"/>
      </w:pPr>
      <w:r>
        <w:t>کلیئر ہے، یہ تو اس میں کوئی شک نہیں۔ یا میں پھر من اخی و امی و ابی و صاحبتی و بنی قرآن میں آیا ہے تو صحیح بات ہے یہ۔</w:t>
      </w:r>
    </w:p>
    <w:p>
      <w:r>
        <w:rPr>
          <w:b/>
        </w:rPr>
        <w:t xml:space="preserve">[1:20:07] </w:t>
      </w:r>
      <w:r>
        <w:t>maulana, agla sawal dilli se hai doctor farida khanam ka.</w:t>
      </w:r>
    </w:p>
    <w:p>
      <w:pPr>
        <w:jc w:val="right"/>
      </w:pPr>
      <w:r>
        <w:t>مولانا، اگلا سوال دلی سے ہے ڈاکٹر فریدہ خانم کا۔</w:t>
      </w:r>
    </w:p>
    <w:p>
      <w:r>
        <w:rPr>
          <w:b/>
        </w:rPr>
        <w:t xml:space="preserve">[1:20:11] </w:t>
      </w:r>
      <w:r>
        <w:t>unhon ne likha hai ke maulana, yeh jo abhi present violence hua hai movie ko le ke, to is mein unhon ne likha hai ke times of india mein aaya hai ke "head muslims not reacted violently, very few people would have watch the film.</w:t>
      </w:r>
    </w:p>
    <w:p>
      <w:pPr>
        <w:jc w:val="right"/>
      </w:pPr>
      <w:r>
        <w:t>انہوں نے لکھا ہے کہ مولانا، یہ جو ابھی پریزنٹ وائیلنس ہوا ہے مووی کو لے کے، تو اس میں انہوں نے لکھا ہے کہ ٹائمز آف انڈیا میں آیا ہے کہ "ہیڈ مسلمز ناٹ ری ایکٹڈ وائیلنٹلی، ویری فیو پیپل وڈ ہیو واچ دا فلم۔</w:t>
      </w:r>
    </w:p>
    <w:p>
      <w:r>
        <w:rPr>
          <w:b/>
        </w:rPr>
        <w:t xml:space="preserve">[1:20:28] </w:t>
      </w:r>
      <w:r>
        <w:t>not only has it increased the curiosity of people, but now youtube plans to put the complete video on line." maulana, what is your thoughts on in this?</w:t>
      </w:r>
    </w:p>
    <w:p>
      <w:pPr>
        <w:jc w:val="right"/>
      </w:pPr>
      <w:r>
        <w:t>ناٹ اونلی ہیز اٹ انکریز دا کیوریسٹی آف پیپل، بٹ ناؤ یوٹیوب پلانز ٹو پٹ دا کمپلیٹ ویڈیو آن لائن۔" مولانا، واٹ از یور تھاٹس ان ان دس؟</w:t>
      </w:r>
    </w:p>
    <w:p>
      <w:r>
        <w:rPr>
          <w:b/>
        </w:rPr>
        <w:t xml:space="preserve">[1:20:38] </w:t>
      </w:r>
      <w:r>
        <w:t>yeh to</w:t>
      </w:r>
    </w:p>
    <w:p>
      <w:pPr>
        <w:jc w:val="right"/>
      </w:pPr>
      <w:r>
        <w:t>یہ تو</w:t>
      </w:r>
    </w:p>
    <w:p>
      <w:r>
        <w:rPr>
          <w:b/>
        </w:rPr>
        <w:t xml:space="preserve">[1:20:39] </w:t>
      </w:r>
      <w:r>
        <w:t>bohat sahi baat hai. maine hi padha hai wiedia ke is is report ko. yeh to musalman, maine thoda sa dekha internet par, thoda sa dekha hai is ko.</w:t>
      </w:r>
    </w:p>
    <w:p>
      <w:pPr>
        <w:jc w:val="right"/>
      </w:pPr>
      <w:r>
        <w:t>بہت صحیح بات ہے۔ میں نے ہی پڑھا ہے ویڈیا کے اس اس رپورٹ کو۔ یہ تو مسلمان، میں نے تھوڑا سا دیکھا انٹرنیٹ پر، تھوڑا سا دیکھا ہے اس کو۔</w:t>
      </w:r>
    </w:p>
    <w:p>
      <w:r>
        <w:rPr>
          <w:b/>
        </w:rPr>
        <w:t xml:space="preserve">[1:20:52] </w:t>
      </w:r>
      <w:r>
        <w:t>itna absurd hai woh bilkul, yaani itni theme is ki fazool hai ke woh is qabil nahin ke koi dekhe der tak.</w:t>
      </w:r>
    </w:p>
    <w:p>
      <w:pPr>
        <w:jc w:val="right"/>
      </w:pPr>
      <w:r>
        <w:t>اتنا ابسرڈ ہے وہ بالکل، یعنی اتنی تھیم اس کی فضول ہے کہ وہ اس قابل نہیں کہ کوئی دیکھے دیر تک۔</w:t>
      </w:r>
    </w:p>
    <w:p>
      <w:r>
        <w:rPr>
          <w:b/>
        </w:rPr>
        <w:t xml:space="preserve">[1:21:00] </w:t>
      </w:r>
      <w:r>
        <w:t>is ko aadmi is ko zara sa dekhe ga, is ke baad chhod de ga. is ko</w:t>
      </w:r>
    </w:p>
    <w:p>
      <w:pPr>
        <w:jc w:val="right"/>
      </w:pPr>
      <w:r>
        <w:t>اس کو آدمی اس کو ذرا سا دیکھے گا، اس کے بعد چھوڑ دے گا۔ اس کو</w:t>
      </w:r>
    </w:p>
    <w:p>
      <w:r>
        <w:rPr>
          <w:b/>
        </w:rPr>
        <w:t xml:space="preserve">[1:21:07] </w:t>
      </w:r>
      <w:r>
        <w:t>yeh to musalman ne shorgon bachaya, shorgon bachaya to is ki ahmiyat paida kar di. shorgon bacha ke yahi baat hui thi salman rushdie ke muamle mein ke woh kitaab bhi bilkul is ki theme bohat thi, third class ki theme hai is ki.</w:t>
      </w:r>
    </w:p>
    <w:p>
      <w:pPr>
        <w:jc w:val="right"/>
      </w:pPr>
      <w:r>
        <w:t>یہ تو مسلمان نے شورگوں بچایا، شورگوں بچایا تو اس کی اہمیت پیدا کر دی۔ شورگوں بچا کے یہی بات ہوئی تھی سلمہ رشدی کے معاملے میں کہ وہ کتاب بھی بالکل اس کی تھیم بہت تھی، تھرڈ کلاس کی تھیم ہے اس کی۔</w:t>
      </w:r>
    </w:p>
    <w:p>
      <w:r>
        <w:rPr>
          <w:b/>
        </w:rPr>
        <w:t xml:space="preserve">[1:21:24] </w:t>
      </w:r>
      <w:r>
        <w:t>aur lekin wahan jo shor bachaya hai, tab logon ko khwab hi kya ke is ko padho, kya baat hai is kitaab mein. to salman rushdie ke muamle mein bhi musalmanon ne shorgor kar ke is ki ahmiyat</w:t>
      </w:r>
    </w:p>
    <w:p>
      <w:pPr>
        <w:jc w:val="right"/>
      </w:pPr>
      <w:r>
        <w:t>اور لیکن وہاں جو شور بچایا ہے، تب لوگوں کو خواب ہی کیا کہ اس کو پڑھو، کیا بات ہے اس کتاب میں۔ تو سلمہ رشدی کے معاملے میں بھی مسلمانوں نے شورغور کر کے اس کی اہمیت</w:t>
      </w:r>
    </w:p>
    <w:p>
      <w:r>
        <w:rPr>
          <w:b/>
        </w:rPr>
        <w:t xml:space="preserve">[1:21:36] </w:t>
      </w:r>
      <w:r>
        <w:t>badha di. aise hi is baar bhi shorgor kar ke is ki ahmiyat badha di. warna koi bhi shakhs is kitaab ko padhe ya is ah yeh innocent substance ko dekhe, itna zyada laagu hai, itna zyada absurd hai ke aadmi kahe ke la haula wala quwwat, kahe ke chhod de ga is ko.</w:t>
      </w:r>
    </w:p>
    <w:p>
      <w:pPr>
        <w:jc w:val="right"/>
      </w:pPr>
      <w:r>
        <w:t>بڑھا دی۔ ایسے ہی اس بار بھی شورغور کر کے اس کی اہمیت بڑھا دی۔ ورنہ کوئی بھی شخص اس کتاب کو پڑھے یا اس اہ یہ انوسنٹ سبسٹنس کو دیکھے، اتنا زیادہ لاغو ہے، اتنا زیادہ ابسرڈ ہے کہ آدمی کہے کہ لا حول ولا قوۃ، کہے کہ چھوڑ دے گا اس کو۔</w:t>
      </w:r>
    </w:p>
    <w:p>
      <w:r>
        <w:rPr>
          <w:b/>
        </w:rPr>
        <w:t xml:space="preserve">[1:21:57] </w:t>
      </w:r>
      <w:r>
        <w:t>koi is se koi problem hi koi hone wala nahin hai, har giz nahin. koi ek aadmi is is se koi asar lene wala nahin hai.</w:t>
      </w:r>
    </w:p>
    <w:p>
      <w:pPr>
        <w:jc w:val="right"/>
      </w:pPr>
      <w:r>
        <w:t>کوئی اس سے کوئی پرابلم ہی کوئی ہونے والا نہیں ہے، ہرگز نہیں۔ کوئی ایک آدمی اس اس سے کوئی اثر لینے والا نہیں ہے۔</w:t>
      </w:r>
    </w:p>
    <w:p>
      <w:r>
        <w:rPr>
          <w:b/>
        </w:rPr>
        <w:t xml:space="preserve">[1:22:07] </w:t>
      </w:r>
      <w:r>
        <w:t>lekin jab shorgol karein ge aap to ahmiyat badh jaye gi. shorgol karne ki wajah se ahmiyat badh gayi is ki. maulana, un ka ek aur sawal hai.</w:t>
      </w:r>
    </w:p>
    <w:p>
      <w:pPr>
        <w:jc w:val="right"/>
      </w:pPr>
      <w:r>
        <w:t>لیکن جب شورگول کریں گے آپ تو اہمیت بڑھ جائے گی۔ شورگول کرنے کی وجہ سے اہمیت بڑھ گئی اس کی۔ مولانا، ان کا ایک اور سوال ہے۔</w:t>
      </w:r>
    </w:p>
    <w:p>
      <w:r>
        <w:rPr>
          <w:b/>
        </w:rPr>
        <w:t xml:space="preserve">[1:22:18] </w:t>
      </w:r>
      <w:r>
        <w:t>unhon ne likha hai "one of my students told me that after completing his studies, he would join jihad.</w:t>
      </w:r>
    </w:p>
    <w:p>
      <w:pPr>
        <w:jc w:val="right"/>
      </w:pPr>
      <w:r>
        <w:t>انہوں نے لکھا ہے "ون آف مائی سٹوڈنٹس ٹولڈ می دیٹ افٹر کمپلیٹنگ ہز سٹڈیز، ہی وڈ جوائن جہاد۔</w:t>
      </w:r>
    </w:p>
    <w:p>
      <w:r>
        <w:rPr>
          <w:b/>
        </w:rPr>
        <w:t xml:space="preserve">[1:22:27] </w:t>
      </w:r>
      <w:r>
        <w:t>i asked him the reason for his doing so. he replied that our brothers are being killed in assam</w:t>
      </w:r>
    </w:p>
    <w:p>
      <w:pPr>
        <w:jc w:val="right"/>
      </w:pPr>
      <w:r>
        <w:t>آئی اسکڈ ہم دا ریزن فار ہز ڈوئنگ سو۔ ہی ریپلائیڈ دیٹ اور برادرز آر بینگ کلڈ ان اسام</w:t>
      </w:r>
    </w:p>
    <w:p>
      <w:r>
        <w:rPr>
          <w:b/>
        </w:rPr>
        <w:t xml:space="preserve">[1:22:35] </w:t>
      </w:r>
      <w:r>
        <w:t>. how can we remain silent at such operation? we have to retaliate." maulana, what is your comment? dekhein, yeh sara muamla yeh hai ke musalmanon ke jo so called jo leader hain,</w:t>
      </w:r>
    </w:p>
    <w:p>
      <w:pPr>
        <w:jc w:val="right"/>
      </w:pPr>
      <w:r>
        <w:t>۔ ہاؤ کین وی ریمین سائلنٹ ایٹ سچ آپریشن؟ وی ہیو ٹو ریٹیلیٹ۔" مولانا، واٹ از یور کمنٹ؟ دیکھیں، یہ سارا معاملہ یہ ہے کہ مسلمانوں کے جو سو کالڈ جو لیڈر ہیں،</w:t>
      </w:r>
    </w:p>
    <w:p>
      <w:r>
        <w:rPr>
          <w:b/>
        </w:rPr>
        <w:t xml:space="preserve">[1:22:50] </w:t>
      </w:r>
      <w:r>
        <w:t>bilkul musalmanon mein third class log jo hain, aa kar ke bolte hain. aur is mein stage par aur woh urdu akhbaron mein sab aata hai.</w:t>
      </w:r>
    </w:p>
    <w:p>
      <w:pPr>
        <w:jc w:val="right"/>
      </w:pPr>
      <w:r>
        <w:t>بالکل مسلمانوں میں تھرڈ کلاس لوگ جو ہیں، آ کر کے بولتے ہیں۔ اور اس میں اسٹیج پر اور وہ اردو اخباروں میں سب آتا ہے۔</w:t>
      </w:r>
    </w:p>
    <w:p>
      <w:r>
        <w:rPr>
          <w:b/>
        </w:rPr>
        <w:t xml:space="preserve">[1:23:00] </w:t>
      </w:r>
      <w:r>
        <w:t>zyada tar urdu akhbaron mein sab baatein hoti hain.</w:t>
      </w:r>
    </w:p>
    <w:p>
      <w:pPr>
        <w:jc w:val="right"/>
      </w:pPr>
      <w:r>
        <w:t>زیادہ تر اردو اخباروں میں سب باتیں ہوتی ہیں۔</w:t>
      </w:r>
    </w:p>
    <w:p>
      <w:r>
        <w:rPr>
          <w:b/>
        </w:rPr>
        <w:t xml:space="preserve">[1:23:03] </w:t>
      </w:r>
      <w:r>
        <w:t>woh samajhte hain ke wahan zulm ho raha hai. akhbari reporton mein one sided reporting hoti hai, yak tarfa reporting, yaani khud musalmanon ne kya kiya, yeh nahin hoti.</w:t>
      </w:r>
    </w:p>
    <w:p>
      <w:pPr>
        <w:jc w:val="right"/>
      </w:pPr>
      <w:r>
        <w:t>وہ سمجھتے ہیں کہ وہاں ظلم ہو رہا ہے۔ اخباری رپورٹوں میں ون سائیڈڈ رپورٹنگ ہوتی ہے، یکطرفہ رپورٹنگ، یعنی خود مسلمانوں نے کیا کیا، یہ نہیں ہوتی۔</w:t>
      </w:r>
    </w:p>
    <w:p>
      <w:r>
        <w:rPr>
          <w:b/>
        </w:rPr>
        <w:t xml:space="preserve">[1:23:16] </w:t>
      </w:r>
      <w:r>
        <w:t>main is ki ek misaal deta hoon ke burma mein aap internet se check kar lijiye ke burma mein mashhoor hai ke burma mein zulm ho raha hai, zulm ho raha hai, zulm ho raha hai.</w:t>
      </w:r>
    </w:p>
    <w:p>
      <w:pPr>
        <w:jc w:val="right"/>
      </w:pPr>
      <w:r>
        <w:t>میں اس کی ایک مثال دیتا ہوں کہ برما میں آپ انٹرنیٹ سے چیک کر لیجئے کہ برما میں مشہور ہے کہ برما میں ظلم ہو رہا ہے، ظلم ہو رہا ہے، ظلم ہو رہا ہے۔</w:t>
      </w:r>
    </w:p>
    <w:p>
      <w:r>
        <w:rPr>
          <w:b/>
        </w:rPr>
        <w:t xml:space="preserve">[1:23:27] </w:t>
      </w:r>
      <w:r>
        <w:t>musalmanon ko maar rahe hain. to in dilli ke kuch yahi jo so called leader hain musalmanon ke, unhon ne dilli ke jo burma ka ambassador hai, us ko letter likha ke sahib, aap se milna chahte hain.</w:t>
      </w:r>
    </w:p>
    <w:p>
      <w:pPr>
        <w:jc w:val="right"/>
      </w:pPr>
      <w:r>
        <w:t>مسلمانوں کو مار رہے ہیں۔ تو ان دلی کے کچھ یہی جو سو کالڈ لیڈر ہیں مسلمانوں کے، انہوں نے دلی کے جو برما کا ایمبیسڈر ہے، اس کو لیٹر لکھا کہ صاحب، آپ سے ملنا چاہتے ہیں۔</w:t>
      </w:r>
    </w:p>
    <w:p>
      <w:r>
        <w:rPr>
          <w:b/>
        </w:rPr>
        <w:t xml:space="preserve">[1:23:44] </w:t>
      </w:r>
      <w:r>
        <w:t>us jo zulm musalmanon ke khilaf ho raha hai, us se baat karne ke liye.</w:t>
      </w:r>
    </w:p>
    <w:p>
      <w:pPr>
        <w:jc w:val="right"/>
      </w:pPr>
      <w:r>
        <w:t>اس جو ظلم مسلمانوں کے خلاف ہو رہا ہے، اس سے بات کرنے کے لیے۔</w:t>
      </w:r>
    </w:p>
    <w:p>
      <w:r>
        <w:rPr>
          <w:b/>
        </w:rPr>
        <w:t xml:space="preserve">[1:23:48] </w:t>
      </w:r>
      <w:r>
        <w:t>to us ne ek letter likha. us letter ko us ne internet pe daal diya. aap dekh sakte ho us letter ko. burma ke safeer ne, jo dilli mein hai, us ne kaha ke aap log waqiyat se ko ko poori tarah se li jiye.</w:t>
      </w:r>
    </w:p>
    <w:p>
      <w:pPr>
        <w:jc w:val="right"/>
      </w:pPr>
      <w:r>
        <w:t>تو اس نے ایک لیٹر لکھا۔ اس لیٹر کو اس نے انٹرنیٹ پہ ڈال دیا۔ آپ دیکھ سکتے ہو اس لیٹر کو۔ برما کے سفیر نے، جو دلی میں ہے، اس نے کہا کہ آپ لوگ واقعات سے کو کو پوری طریقے سے لیجئے۔</w:t>
      </w:r>
    </w:p>
    <w:p>
      <w:r>
        <w:rPr>
          <w:b/>
        </w:rPr>
        <w:t xml:space="preserve">[1:24:04] </w:t>
      </w:r>
      <w:r>
        <w:t>aap be khabar hain is waqeye se</w:t>
      </w:r>
    </w:p>
    <w:p>
      <w:pPr>
        <w:jc w:val="right"/>
      </w:pPr>
      <w:r>
        <w:t>آپ بے خبر ہیں اس واقعے سے</w:t>
      </w:r>
    </w:p>
    <w:p>
      <w:r>
        <w:rPr>
          <w:b/>
        </w:rPr>
        <w:t xml:space="preserve">[1:24:06] </w:t>
      </w:r>
      <w:r>
        <w:t>. us ne kaha ke wahan par aisa hua ke ek ek buddhist ladki ko, buddhist ladki ko kai musalman ladkon ne gang rape kiya aur phir maar bhi dala us ko.</w:t>
      </w:r>
    </w:p>
    <w:p>
      <w:pPr>
        <w:jc w:val="right"/>
      </w:pPr>
      <w:r>
        <w:t>۔ اس نے کہا کہ وہاں پر ایسا ہوا کہ ایک ایک بدھسٹ لڑکی کو، بدھسٹ لڑکی کو کئی مسلمان لڑکوں نے گینگ ریپ کیا اور پھر مار بھی ڈالا اس کو۔</w:t>
      </w:r>
    </w:p>
    <w:p>
      <w:r>
        <w:rPr>
          <w:b/>
        </w:rPr>
        <w:t xml:space="preserve">[1:24:22] </w:t>
      </w:r>
      <w:r>
        <w:t>to zahir hai ke use, use, use, use to wahan par ek trigger hona hi tha. yeh sab baatein aap dekh lijiye, internet maujood hai.</w:t>
      </w:r>
    </w:p>
    <w:p>
      <w:pPr>
        <w:jc w:val="right"/>
      </w:pPr>
      <w:r>
        <w:t>تو ظاہر ہے کہ اسے، اسے، اسے، اسے تو وہاں پر ایک ٹریگر ہونا ہی تھا۔ یہ سب باتیں آپ دیکھ لیجئے، انٹرنیٹ موجود ہے۔</w:t>
      </w:r>
    </w:p>
    <w:p>
      <w:r>
        <w:rPr>
          <w:b/>
        </w:rPr>
        <w:t xml:space="preserve">[1:24:32] </w:t>
      </w:r>
      <w:r>
        <w:t>to is tarah ki hum hum hum huma kaana harkatein jo ki jaati hain, is ko report nahi karte akhbar wale. is ke retaliation ki report karte hain.</w:t>
      </w:r>
    </w:p>
    <w:p>
      <w:pPr>
        <w:jc w:val="right"/>
      </w:pPr>
      <w:r>
        <w:t>تو اس طرح کی ہم ہم ہم ہمہ کانہ حرکتیں جو کی جاتی ہیں، اس کو رپورٹ نہیں کرتے اخبار والے۔ اس کے ریٹیلیشن کی رپورٹ کرتے ہیں۔</w:t>
      </w:r>
    </w:p>
    <w:p>
      <w:r>
        <w:rPr>
          <w:b/>
        </w:rPr>
        <w:t xml:space="preserve">[1:24:41] </w:t>
      </w:r>
      <w:r>
        <w:t>in ko main kehta hoon one sided reporting. to yeh, yeh, yeh, yeh sab se zyada yeh musalmanon ke akhbar hain, woh aag lagate hain.</w:t>
      </w:r>
    </w:p>
    <w:p>
      <w:pPr>
        <w:jc w:val="right"/>
      </w:pPr>
      <w:r>
        <w:t>ان کو میں کہتا ہوں ون سائیڈڈ رپورٹنگ۔ تو یہ، یہ، یہ، یہ سب سے زیادہ یہ مسلمانوں کے اخبار ہیں، وہ آگ لگاتے ہیں۔</w:t>
      </w:r>
    </w:p>
    <w:p>
      <w:r>
        <w:rPr>
          <w:b/>
        </w:rPr>
        <w:t xml:space="preserve">[1:24:50] </w:t>
      </w:r>
      <w:r>
        <w:t>musalmanon ke akhbar mein sab se zyada one sided reporting hoti hai.</w:t>
      </w:r>
    </w:p>
    <w:p>
      <w:pPr>
        <w:jc w:val="right"/>
      </w:pPr>
      <w:r>
        <w:t>مسلمانوں کے اخبار میں سب سے زیادہ ون سائیڈڈ رپورٹنگ ہوتی ہے۔</w:t>
      </w:r>
    </w:p>
    <w:p>
      <w:r>
        <w:rPr>
          <w:b/>
        </w:rPr>
        <w:t xml:space="preserve">[1:24:54] </w:t>
      </w:r>
      <w:r>
        <w:t>main ne ek mazmoon likha tha ke musalmanon ki jo sahafat hai, ye yellow sahafat, yellow journals ki sab se bari misaal hai.</w:t>
      </w:r>
    </w:p>
    <w:p>
      <w:pPr>
        <w:jc w:val="right"/>
      </w:pPr>
      <w:r>
        <w:t>میں نے ایک مضمون لکھا تھا کہ مسلمانوں کی جو صحافت ہے، وہیلو صحافت،یلو جرنلز کی سب سے بڑی مثال ہے۔</w:t>
      </w:r>
    </w:p>
    <w:p>
      <w:r>
        <w:rPr>
          <w:b/>
        </w:rPr>
        <w:t xml:space="preserve">[1:25:04] </w:t>
      </w:r>
      <w:r>
        <w:t>jitne musalmanon ke akhbarat the, chahe urdu ho ya angrezi mein hon, sab yellow journals ki misaal hote hain. yaani adhi baat na kehna, adhi baat kehna, ise log bhadak bhadak kar ke kehte hain.</w:t>
      </w:r>
    </w:p>
    <w:p>
      <w:pPr>
        <w:jc w:val="right"/>
      </w:pPr>
      <w:r>
        <w:t>جتنے مسلمانوں کے اخبارات تھے، چاہے اردو ہو یا انگریزی میں ہوں، سبیلو جرنلز کی مثال ہوتے ہیں۔ یعنی ادھی بات نہ کہنا، ادھی بات کہنا، اسے لوگ بھڑک بھڑک کر کے کہتے ہیں۔</w:t>
      </w:r>
    </w:p>
    <w:p>
      <w:r>
        <w:rPr>
          <w:b/>
        </w:rPr>
        <w:t xml:space="preserve">[1:25:16] </w:t>
      </w:r>
      <w:r>
        <w:t>to assam mein kuch nahi hai, na burma mein kuch hai.</w:t>
      </w:r>
    </w:p>
    <w:p>
      <w:pPr>
        <w:jc w:val="right"/>
      </w:pPr>
      <w:r>
        <w:t>تو اسام میں کچھ نہیں ہے، نہ برما میں کچھ ہے۔</w:t>
      </w:r>
    </w:p>
    <w:p>
      <w:r>
        <w:rPr>
          <w:b/>
        </w:rPr>
        <w:t xml:space="preserve">[1:25:21] </w:t>
      </w:r>
      <w:r>
        <w:t>har jagah musalmanon ko batana chahiye ke tum ne jo hamakatein ki thin, us ko band karo. yeh retaliation hai. retaliation ko woh zulm batate hain.</w:t>
      </w:r>
    </w:p>
    <w:p>
      <w:pPr>
        <w:jc w:val="right"/>
      </w:pPr>
      <w:r>
        <w:t>ہر جگہ مسلمانوں کو بتانا چاہیے کہ تم نے جو حماقتیں کی تھیں، اس کو بند کرو۔ یہ ریٹیلیشن ہے۔ ریٹیلیشن کو وہ ظلم بتاتے ہیں۔</w:t>
      </w:r>
    </w:p>
    <w:p>
      <w:r>
        <w:rPr>
          <w:b/>
        </w:rPr>
        <w:t xml:space="preserve">[1:25:32] </w:t>
      </w:r>
      <w:r>
        <w:t>burma mein bhi retaliation hai, assam mein bhi retaliation hai. to jo jo talib ilm bechara aisa soch raha hai, woh woh janta hi nahi kuch.</w:t>
      </w:r>
    </w:p>
    <w:p>
      <w:pPr>
        <w:jc w:val="right"/>
      </w:pPr>
      <w:r>
        <w:t>برما میں بھی ریٹیلیشن ہے، اسام میں بھی ریٹیلیشن ہے۔ تو جو جو طالب علم بیچارہ ایسا سوچ رہا ہے، وہ وہ جانتا ہی نہیں کچھ۔</w:t>
      </w:r>
    </w:p>
    <w:p>
      <w:r>
        <w:rPr>
          <w:b/>
        </w:rPr>
        <w:t xml:space="preserve">[1:25:42] </w:t>
      </w:r>
      <w:r>
        <w:t>is ko haqeeqat khabar nahi. is musalmanon ke akhbar ne parh liya, us ne bas samajhta hai ke yahi waqia hai.</w:t>
      </w:r>
    </w:p>
    <w:p>
      <w:pPr>
        <w:jc w:val="right"/>
      </w:pPr>
      <w:r>
        <w:t>اس کو حقیقت خبر نہیں۔ اس مسلمانوں کے اخبار نے پڑھ لیا، اس نے بس سمجھتا ہے کہ یہی واقعہ ہے۔</w:t>
      </w:r>
    </w:p>
    <w:p>
      <w:r>
        <w:rPr>
          <w:b/>
        </w:rPr>
        <w:t xml:space="preserve">[1:25:48] </w:t>
      </w:r>
      <w:r>
        <w:t>halanke musalmanon ke akhbar mein yak tarafah reporting rehti hai. to is ko agar samjha diya jaye ke tum poori soorat-e-haal ko pata karo ke kya hai, to maloom hoga ke yeh musalman innocent nahi hain.</w:t>
      </w:r>
    </w:p>
    <w:p>
      <w:pPr>
        <w:jc w:val="right"/>
      </w:pPr>
      <w:r>
        <w:t>حالانکہ مسلمانوں کے اخبار میں یکطرفہ رپورٹنگ رہتی ہے۔ تو اس کو اگر سمجھا دیا جائے کہ تم پوری صورتحال کو پتہ کرو کہ کیا ہے، تو معلوم ہوگا کہ یہ مسلمان انوسنٹس نہیں ہیں۔</w:t>
      </w:r>
    </w:p>
    <w:p>
      <w:r>
        <w:rPr>
          <w:b/>
        </w:rPr>
        <w:t xml:space="preserve">[1:26:09] </w:t>
      </w:r>
      <w:r>
        <w:t>yaani musalmanon ka koi innocent dikhate hain. saare urdu urdu akhbarat aur musalmanon ke angrezi akhbar, urdu akhbar jate hain, musalmanon ko innocent dikhate hain, masoom bilkul.</w:t>
      </w:r>
    </w:p>
    <w:p>
      <w:pPr>
        <w:jc w:val="right"/>
      </w:pPr>
      <w:r>
        <w:t>یعنی مسلمانوں کا کوئی انوسنٹ دکھاتے ہیں۔ سارے اردو اردو اخبارات اور مسلمانوں کے انگریزی اخبار، اردو اخبار جاتے ہیں، مسلمانوں کو انوسنٹ دکھاتے ہیں، معصوم بالکل۔</w:t>
      </w:r>
    </w:p>
    <w:p>
      <w:r>
        <w:rPr>
          <w:b/>
        </w:rPr>
        <w:t xml:space="preserve">[1:26:21] </w:t>
      </w:r>
      <w:r>
        <w:t>isi se log bhadakte hain ke hum to bilkul innocent hain, hamare khilaf khwamkhwah zulm ho raha hai. bhai, yeh bilkul aisa nahi hai. aap is ki ek misaal bhi maine di aap ko.</w:t>
      </w:r>
    </w:p>
    <w:p>
      <w:pPr>
        <w:jc w:val="right"/>
      </w:pPr>
      <w:r>
        <w:t>اسی سے لوگ بھڑکتے ہیں کہ ہم تو بالکل انوسنٹ ہیں، ہمارے خلاف خوامخواہ ظلم ہو رہا ہے۔ بھئی، یہ بالکل ایسا نہیں ہے۔ آپ اس کی ایک مثال بھی میں نے دی آپ کو۔</w:t>
      </w:r>
    </w:p>
    <w:p>
      <w:r>
        <w:rPr>
          <w:b/>
        </w:rPr>
        <w:t xml:space="preserve">[1:26:30] </w:t>
      </w:r>
      <w:r>
        <w:t>aap internet pe check kar lijiye ke burma ka safeer jo india mein hai,</w:t>
      </w:r>
    </w:p>
    <w:p>
      <w:pPr>
        <w:jc w:val="right"/>
      </w:pPr>
      <w:r>
        <w:t>آپ انٹرنیٹ پہ چیک کر لیجئے کہ برما کا سفیر جو انڈیا میں ہے،</w:t>
      </w:r>
    </w:p>
    <w:p>
      <w:r>
        <w:rPr>
          <w:b/>
        </w:rPr>
        <w:t xml:space="preserve">[1:26:35] </w:t>
      </w:r>
      <w:r>
        <w:t>us ne jo khat likha tha, us ko us ne daal diya hai internet par. use us ko download kar ke parh lijiye aap.</w:t>
      </w:r>
    </w:p>
    <w:p>
      <w:pPr>
        <w:jc w:val="right"/>
      </w:pPr>
      <w:r>
        <w:t>اس نے جو خط لکھا تھا، اس کو اس نے ڈال دیا ہے انٹرنیٹ پر۔ اسے اس کو ڈاؤن لوڈ کر کے پڑھ لیجئے آپ۔</w:t>
      </w:r>
    </w:p>
    <w:p>
      <w:r>
        <w:rPr>
          <w:b/>
        </w:rPr>
        <w:t xml:space="preserve">[1:26:44] </w:t>
      </w:r>
      <w:r>
        <w:t>maulana, agla sawal delhi se hai miss naghma siddiqui ka. unhone aapse poocha hai ke "how can we avoid emotional thinking and develop objective thinking?"</w:t>
      </w:r>
    </w:p>
    <w:p>
      <w:pPr>
        <w:jc w:val="right"/>
      </w:pPr>
      <w:r>
        <w:t>مولانا، اگلا سوال دلی سے ہے مس نغمہ صدیقی کا۔ انہوں نے آپ سے پوچھا ہے کہ "ہاؤ کین وی اوائڈ ایموشنل تھنکنگ اینڈ ڈویلپ ابجیکٹو تھنکنگ؟"</w:t>
      </w:r>
    </w:p>
    <w:p>
      <w:r>
        <w:rPr>
          <w:b/>
        </w:rPr>
        <w:t xml:space="preserve">[1:26:59] </w:t>
      </w:r>
      <w:r>
        <w:t>bhai, ab result ko dekhna parega.</w:t>
      </w:r>
    </w:p>
    <w:p>
      <w:pPr>
        <w:jc w:val="right"/>
      </w:pPr>
      <w:r>
        <w:t>بھئی، اب رزلٹ کو دیکھنا پڑے گا۔</w:t>
      </w:r>
    </w:p>
    <w:p>
      <w:r>
        <w:rPr>
          <w:b/>
        </w:rPr>
        <w:t xml:space="preserve">[1:27:02] </w:t>
      </w:r>
      <w:r>
        <w:t>emotional approach ya emotional thinking ka result hamesha ulta hota hai. kabhi bhi aisa nahi ho sakta ke aadmi, yaani jazbat mein aa kar koi karwai kare aur is ka acha result nikle.</w:t>
      </w:r>
    </w:p>
    <w:p>
      <w:pPr>
        <w:jc w:val="right"/>
      </w:pPr>
      <w:r>
        <w:t>ایموشنل اپروچ یا ایموشنل تھنکنگ کا رزلٹ ہمیشہ الٹا ہوتا ہے۔ کبھی بھی ایسا نہیں ہو سکتا کہ آدمی، یعنی جذبات میں آ کر کوئی کارروائی کرے اور اس کا اچھا رزلٹ نکلے۔</w:t>
      </w:r>
    </w:p>
    <w:p>
      <w:r>
        <w:rPr>
          <w:b/>
        </w:rPr>
        <w:t xml:space="preserve">[1:27:19] </w:t>
      </w:r>
      <w:r>
        <w:t>aisa kabhi hua nahi, na ho sakta hai. to aadmi apni aql ko istemal kare ke jab jazbati karwai ka result ulta niklta hai to hum kyun jazbati banein?</w:t>
      </w:r>
    </w:p>
    <w:p>
      <w:pPr>
        <w:jc w:val="right"/>
      </w:pPr>
      <w:r>
        <w:t>ایسا کبھی ہوا نہیں، نہ ہو سکتا ہے۔ تو آدمی اپنی عقل کو استعمال کرے کہ جب جذباتی کارروائی کا رزلٹ الٹا نکلتا ہے تو ہم کیوں جذباتی بنیں؟</w:t>
      </w:r>
    </w:p>
    <w:p>
      <w:r>
        <w:rPr>
          <w:b/>
        </w:rPr>
        <w:t xml:space="preserve">[1:27:32] </w:t>
      </w:r>
      <w:r>
        <w:t>to aap soch se hi apne jazbat ko control kar sakte hain. soch se aur soch ko, aur yaani soch hona chahiye result ko le kar ke.</w:t>
      </w:r>
    </w:p>
    <w:p>
      <w:pPr>
        <w:jc w:val="right"/>
      </w:pPr>
      <w:r>
        <w:t>تو آپ سوچ سے ہی اپنے جذبات کو کنٹرول کر سکتے ہیں۔ سوچ سے اور سوچ کو، اور یعنی سوچ ہونا چاہیے رزلٹ کو لے کر کے۔</w:t>
      </w:r>
    </w:p>
    <w:p>
      <w:r>
        <w:rPr>
          <w:b/>
        </w:rPr>
        <w:t xml:space="preserve">[1:27:44] </w:t>
      </w:r>
      <w:r>
        <w:t>result ko le kar sochna chahiye. yeh nahi ke bas, yaani koi waqia suna aur bhadak kar ke lage karwai karne.</w:t>
      </w:r>
    </w:p>
    <w:p>
      <w:pPr>
        <w:jc w:val="right"/>
      </w:pPr>
      <w:r>
        <w:t>رزلٹ کو لے کر سوچنا چاہیے۔ یہ نہیں کہ بس، یعنی کوئی واقعہ سنا اور بھڑک کر کے لگے کارروائی کرنے۔</w:t>
      </w:r>
    </w:p>
    <w:p>
      <w:r>
        <w:rPr>
          <w:b/>
        </w:rPr>
        <w:t xml:space="preserve">[1:27:57] </w:t>
      </w:r>
      <w:r>
        <w:t>in every situation you have to see the result.</w:t>
      </w:r>
    </w:p>
    <w:p>
      <w:pPr>
        <w:jc w:val="right"/>
      </w:pPr>
      <w:r>
        <w:t>ان ایوری سچویشن یو ہیو ٹو سی دا رزلٹ۔</w:t>
      </w:r>
    </w:p>
    <w:p>
      <w:r>
        <w:rPr>
          <w:b/>
        </w:rPr>
        <w:t xml:space="preserve">[1:28:00] </w:t>
      </w:r>
      <w:r>
        <w:t>jab bhi aadmi result ko le kar sochega to pacify ho jayega.</w:t>
      </w:r>
    </w:p>
    <w:p>
      <w:pPr>
        <w:jc w:val="right"/>
      </w:pPr>
      <w:r>
        <w:t>جب بھی آدمی رزلٹ کو لے کر سوچے گا تو پیسیفائی ہو جائے گا۔</w:t>
      </w:r>
    </w:p>
    <w:p>
      <w:r>
        <w:rPr>
          <w:b/>
        </w:rPr>
        <w:t xml:space="preserve">[1:28:08] </w:t>
      </w:r>
      <w:r>
        <w:t>maulana, agla sawal delhi se hai muhammad ans sahib ka. unhone likha hai: "maulana, do din pehle ghaziabad ke paas mansoori gaon mein railway station par quran ki be adabi ki gayi to log police station report darj karane ke liye gaye.</w:t>
      </w:r>
    </w:p>
    <w:p>
      <w:pPr>
        <w:jc w:val="right"/>
      </w:pPr>
      <w:r>
        <w:t>مولانا، اگلا سوال دلی سے ہے محمد انس صاحب کا۔ انہوں نے لکھا ہے: "مولانا، دو دن پہلے غازی آباد کے پاس منصوری گاؤں میں ریلوے اسٹیشن پر قرآن کی بے ادبی کی گئی تو لوگ پولیس اسٹیشن رپورٹ درج کرانے کے لیے گئے۔</w:t>
      </w:r>
    </w:p>
    <w:p>
      <w:r>
        <w:rPr>
          <w:b/>
        </w:rPr>
        <w:t xml:space="preserve">[1:28:26] </w:t>
      </w:r>
      <w:r>
        <w:t>police ke report darj na karne par musalmanon ne police station mein tod phod kar ke aag laga di aur ab wahan curfew laga hua hai aur kuch log mare bhi gaye hain."</w:t>
      </w:r>
    </w:p>
    <w:p>
      <w:pPr>
        <w:jc w:val="right"/>
      </w:pPr>
      <w:r>
        <w:t>پولیس کے رپورٹ درج نہ کرنے پر مسلمانوں نے پولیس اسٹیشن میں توڑ پھوڑ کر کے آگ لگا دی اور اب وہاں کرفیو لگا ہوا ہے اور کچھ لوگ مارے بھی گئے ہیں۔</w:t>
      </w:r>
    </w:p>
    <w:p>
      <w:r>
        <w:rPr>
          <w:b/>
        </w:rPr>
        <w:t xml:space="preserve">[1:28:40] </w:t>
      </w:r>
      <w:r>
        <w:t>maulana, quran ki be adabi hone par wahan par jo log hangama kar rahe hain, is ka islam se koi talluq hai ya nahi?</w:t>
      </w:r>
    </w:p>
    <w:p>
      <w:pPr>
        <w:jc w:val="right"/>
      </w:pPr>
      <w:r>
        <w:t>مولانا، قرآن کی بے ادبی ہونے پر وہاں پر جو لوگ ہنگامہ کر رہے ہیں، اس کا اسلام سے کوئی تعلق ہے یا نہیں؟</w:t>
      </w:r>
    </w:p>
    <w:p>
      <w:r>
        <w:rPr>
          <w:b/>
        </w:rPr>
        <w:t xml:space="preserve">[1:28:49] </w:t>
      </w:r>
      <w:r>
        <w:t>maulana, logon ko kya karna chahiye aur kya nahi, is ke bare mein advice karein.</w:t>
      </w:r>
    </w:p>
    <w:p>
      <w:pPr>
        <w:jc w:val="right"/>
      </w:pPr>
      <w:r>
        <w:t>مولانا، لوگوں کو کیا کرنا چاہیے اور کیا نہیں، اس کے بارے میں ایڈوائس کریں۔</w:t>
      </w:r>
    </w:p>
    <w:p>
      <w:r>
        <w:rPr>
          <w:b/>
        </w:rPr>
        <w:t xml:space="preserve">[1:28:55] </w:t>
      </w:r>
      <w:r>
        <w:t>dekhein, yeh is ka islam se koi bhi talluq nahi hai. yeh to aik shaitani feal hai. aur dekhiye, aik baat mein arz karunga, aap har case mein ja kar tehqeeq kar lijiye.</w:t>
      </w:r>
    </w:p>
    <w:p>
      <w:pPr>
        <w:jc w:val="right"/>
      </w:pPr>
      <w:r>
        <w:t>" دیکھیں، یہ اس کا اسلام سے کوئی بھی تعلق نہیں ہے۔ یہ تو ایک شیطانی فعل ہے۔ اور دیکھیے، ایک بات میں عرض کروں گا، آپ ہر کیس میں جا کر تحقیق کر لیجئے۔</w:t>
      </w:r>
    </w:p>
    <w:p>
      <w:r>
        <w:rPr>
          <w:b/>
        </w:rPr>
        <w:t xml:space="preserve">[1:29:06] </w:t>
      </w:r>
      <w:r>
        <w:t>be adabi nahi hoti, be adabi ki afwah hoti hai, rumor. jise kehte hain aap gustakhi, be adabi, woh hargiz na to gustakhi hoti hai, na be adabi hoti hai.</w:t>
      </w:r>
    </w:p>
    <w:p>
      <w:pPr>
        <w:jc w:val="right"/>
      </w:pPr>
      <w:r>
        <w:t>بے ادبی نہیں ہوتی، بے ادبی کی افواہ ہوتی ہے، رومر۔ جسے کہتے ہیں آپ گستاخی، بے ادبی، وہ ہرگز نہ تو گستاخی ہوتی ہے، نہ بے ادبی ہوتی ہے۔</w:t>
      </w:r>
    </w:p>
    <w:p>
      <w:r>
        <w:rPr>
          <w:b/>
        </w:rPr>
        <w:t xml:space="preserve">[1:29:17] </w:t>
      </w:r>
      <w:r>
        <w:t>woh rumor hoti hai, afwah hoti hai. bas rumor ko suna aur daur pade log.</w:t>
      </w:r>
    </w:p>
    <w:p>
      <w:pPr>
        <w:jc w:val="right"/>
      </w:pPr>
      <w:r>
        <w:t>وہ رومر ہوتی ہے، افواہ ہوتی ہے۔ بس رومر کو سنا اور دوڑ پڑے لوگ۔</w:t>
      </w:r>
    </w:p>
    <w:p>
      <w:r>
        <w:rPr>
          <w:b/>
        </w:rPr>
        <w:t xml:space="preserve">[1:29:24] </w:t>
      </w:r>
      <w:r>
        <w:t>aap ja kar wahan dekhein, aik aadmi ne bhi ja kar tehqeeq nahi ki, hua kya? koi bhi be adabi nahi hui thi. bas rumor urr gayi, bas us ke baad woh bhark uthe ke ladne ke liye khare ho gaye.</w:t>
      </w:r>
    </w:p>
    <w:p>
      <w:pPr>
        <w:jc w:val="right"/>
      </w:pPr>
      <w:r>
        <w:t>آپ جا کے وہاں دیکھیں، ایک آدمی نے بھی جا کے تحقیق نہیں کی، ہوا کیا؟ کوئی بھی بے ادبی نہیں ہوئی تھی۔ بس رومر اڑ گئی، بس اس کے بعد وہ بھڑک اٹھے کہ لڑنے کے لیے کھڑے ہو گئے۔</w:t>
      </w:r>
    </w:p>
    <w:p>
      <w:r>
        <w:rPr>
          <w:b/>
        </w:rPr>
        <w:t xml:space="preserve">[1:29:37] </w:t>
      </w:r>
      <w:r>
        <w:t>jitne bhi waqiyat hain, yaad rakhiye, sab rumor par hote hain. aur quran mein saaf bataya gaya hai ke rumor sun kar ke action na lo.</w:t>
      </w:r>
    </w:p>
    <w:p>
      <w:pPr>
        <w:jc w:val="right"/>
      </w:pPr>
      <w:r>
        <w:t>جتنے بھی واقعات ہیں، یاد رکھیے، سب رومر پر ہوتے ہیں۔ اور قرآن میں صاف بتایا گیا ہے کہ رومر سن کر کے ایکشن نہ لو۔</w:t>
      </w:r>
    </w:p>
    <w:p>
      <w:r>
        <w:rPr>
          <w:b/>
        </w:rPr>
        <w:t xml:space="preserve">[1:29:48] </w:t>
      </w:r>
      <w:r>
        <w:t>quran mein aik ayat hai: "jab jakum fasiq bin bin fatabainu."</w:t>
      </w:r>
    </w:p>
    <w:p>
      <w:pPr>
        <w:jc w:val="right"/>
      </w:pPr>
      <w:r>
        <w:t>قرآن میں ایک آیت ہے: "اذا جاکم فاسق بین بین فتبینو۔"</w:t>
      </w:r>
    </w:p>
    <w:p>
      <w:r>
        <w:rPr>
          <w:b/>
        </w:rPr>
        <w:t xml:space="preserve">[1:29:55] </w:t>
      </w:r>
      <w:r>
        <w:t>yeh ab ayat utri thi, aik aik waqia pesh aya tha. aik sahabi ko rasool allah sallallahu alaihi wasallam ne bheja, wahan kaha ke bana kar ke ghaleban yaman ka waqia hai.</w:t>
      </w:r>
    </w:p>
    <w:p>
      <w:pPr>
        <w:jc w:val="right"/>
      </w:pPr>
      <w:r>
        <w:t>یہ اب آیت اتری تھی، ایک ایک واقعہ پیش آیا تھا۔ ایک صحابی کو رسول اللہ صلی اللہ علیہ وسلم نے بھیجا، وہاں کہا کہ بنا کر کے غالباًیمن کا واقعہ ہے۔</w:t>
      </w:r>
    </w:p>
    <w:p>
      <w:r>
        <w:rPr>
          <w:b/>
        </w:rPr>
        <w:t xml:space="preserve">[1:30:07] </w:t>
      </w:r>
      <w:r>
        <w:t>to woh jab wahan pohanche, kab yani sarhad par, to wahan bohat se log ikhatta ho gaye the ke unhone samjha ke woh is ko maarne ke liye aaye hain.</w:t>
      </w:r>
    </w:p>
    <w:p>
      <w:pPr>
        <w:jc w:val="right"/>
      </w:pPr>
      <w:r>
        <w:t>تو وہ جب وہاں پہنچے، کب یعنی سرحد پر، تو وہاں بہت سے لوگ اکٹھا ہو گئے تھے کہ انہوں نے سمجھا کہ وہ اس کو مارنے کے لیے آئے ہیں۔</w:t>
      </w:r>
    </w:p>
    <w:p>
      <w:r>
        <w:rPr>
          <w:b/>
        </w:rPr>
        <w:t xml:space="preserve">[1:30:17] </w:t>
      </w:r>
      <w:r>
        <w:t>to wapas aa gaye, woh yani yani basti mein gaye nahi, woh aur aa kar rasool allah se shikayat ki ke wahan to woh log mujhe maarne par tul gaye the.</w:t>
      </w:r>
    </w:p>
    <w:p>
      <w:pPr>
        <w:jc w:val="right"/>
      </w:pPr>
      <w:r>
        <w:t>تو واپس آ گئے، وہ یعنی یعنی بستی میں گئے نہیں، وہ اور آ کر رسول اللہ سے شکایت کی کہ وہاں تو وہ لوگ مجھے مارنے پر تل گئے تھے۔</w:t>
      </w:r>
    </w:p>
    <w:p>
      <w:r>
        <w:rPr>
          <w:b/>
        </w:rPr>
        <w:t xml:space="preserve">[1:30:30] </w:t>
      </w:r>
      <w:r>
        <w:t>to rasool allah ne is pe koi iqdami nahi kiya. pata kiya to maloom hua ke woh to receive karne ke liye aaye the.</w:t>
      </w:r>
    </w:p>
    <w:p>
      <w:pPr>
        <w:jc w:val="right"/>
      </w:pPr>
      <w:r>
        <w:t>تو رسول اللہ نے اس پہ کوئی اقدام نہیں کیا۔ پتہ کیا تو معلوم ہوا کہ وہ تو ریسیو کرنے کے لیے آئے تھے۔</w:t>
      </w:r>
    </w:p>
    <w:p>
      <w:r>
        <w:rPr>
          <w:b/>
        </w:rPr>
        <w:t xml:space="preserve">[1:30:37] </w:t>
      </w:r>
      <w:r>
        <w:t>woh bechare aaye the ke rasool allah ka aadmi aaya hua hai, chalo is ko receive karte hain. aur unhone samjha ke woh mujhe maarne ke liye aaye hain. to jab aap tehqeeq karenge to pata chalega ke baat kuch thi, baat kuch bandhi gayi.</w:t>
      </w:r>
    </w:p>
    <w:p>
      <w:pPr>
        <w:jc w:val="right"/>
      </w:pPr>
      <w:r>
        <w:t>وہ بیچارے آئے تھے کہ رسول اللہ کا آدمی آیا ہوا ہے، چلو اس کو ریسیو کرتے ہیں۔ اور انہوں نے سمجھا کہ وہ مجھے مارنے کے لیے آئے ہیں۔ تو جب آپ تحقیق کریں گے تو پتہ چلے گا کہ بات کچھ تھی، بات کچھ باندھی گئی۔</w:t>
      </w:r>
    </w:p>
    <w:p>
      <w:r>
        <w:rPr>
          <w:b/>
        </w:rPr>
        <w:t xml:space="preserve">[1:30:52] </w:t>
      </w:r>
      <w:r>
        <w:t>woh kuch na be adabi hoti hai, na gustakhi hoti hai. aik rumor hoti hai, rumor par log daur padte hain. ab kya karein?</w:t>
      </w:r>
    </w:p>
    <w:p>
      <w:pPr>
        <w:jc w:val="right"/>
      </w:pPr>
      <w:r>
        <w:t>وہ کچھ نہ بے ادبی ہوتی ہے، نہ گستاخی ہوتی ہے۔ ایک رومر ہوتی ہے، رومر پر لوگ دوڑ پڑتے ہیں۔ اب کیا کریں؟</w:t>
      </w:r>
    </w:p>
    <w:p>
      <w:r>
        <w:rPr>
          <w:b/>
        </w:rPr>
        <w:t xml:space="preserve">[1:31:01] </w:t>
      </w:r>
      <w:r>
        <w:t>musalmanon mein allah ka darr nahi hai. basic baat hai, logon ko allah ka darr nahi hai.</w:t>
      </w:r>
    </w:p>
    <w:p>
      <w:pPr>
        <w:jc w:val="right"/>
      </w:pPr>
      <w:r>
        <w:t>مسلمانوں میں اللہ کا ڈر نہیں ہے۔ بیسک بات ہے، لوگوں کو اللہ کا ڈر نہیں ہے۔</w:t>
      </w:r>
    </w:p>
    <w:p>
      <w:r>
        <w:rPr>
          <w:b/>
        </w:rPr>
        <w:t xml:space="preserve">[1:31:06] </w:t>
      </w:r>
      <w:r>
        <w:t>be khauf ho gaye hain, be khauf, bilkul theek ho gaye hain. aur india mein chuki azadi hai, to is se is waqt harkatein hoti hain.</w:t>
      </w:r>
    </w:p>
    <w:p>
      <w:pPr>
        <w:jc w:val="right"/>
      </w:pPr>
      <w:r>
        <w:t>بے خوف ہو گئے ہیں، بے خوف، بالکل ٹھیک ہو گئے ہیں۔ اور انڈیا میں چونکہ آزادی ہے، تو اس سے اس وقت حرکتیں ہوتی ہیں۔</w:t>
      </w:r>
    </w:p>
    <w:p>
      <w:r>
        <w:rPr>
          <w:b/>
        </w:rPr>
        <w:t xml:space="preserve">[1:31:16] </w:t>
      </w:r>
      <w:r>
        <w:t>agar yahan dictatorship hoti hai to kuch na hota. jaise saudi arab mein sab nahi karte, karte kyunke jante hain ke wahan par to mamooli baat pe pakar ke jail mein band kar denge.</w:t>
      </w:r>
    </w:p>
    <w:p>
      <w:pPr>
        <w:jc w:val="right"/>
      </w:pPr>
      <w:r>
        <w:t>اگر یہاں ڈکٹیٹرشپ ہوتی ہے تو کچھ نہ ہوتا۔ جیسے سعودی عرب میں سب نہیں کرتے، کرتے کیونکہ جانتے ہیں کہ وہاں پر تو معمولی بات پہ پکڑ کے جیل میں بند کر دیں گے۔</w:t>
      </w:r>
    </w:p>
    <w:p>
      <w:r>
        <w:rPr>
          <w:b/>
        </w:rPr>
        <w:t xml:space="preserve">[1:31:26] </w:t>
      </w:r>
      <w:r>
        <w:t>to wahan yeh sab nahi hota. yeh sab azadi ko misuse kar rahe hain musalman yahan par.</w:t>
      </w:r>
    </w:p>
    <w:p>
      <w:pPr>
        <w:jc w:val="right"/>
      </w:pPr>
      <w:r>
        <w:t>تو وہاں یہ سب نہیں ہوتا۔ یہ سب آزادی کو مس یوز کر رہے ہیں مسلمان یہاں پر۔</w:t>
      </w:r>
    </w:p>
    <w:p>
      <w:r>
        <w:rPr>
          <w:b/>
        </w:rPr>
        <w:t xml:space="preserve">[1:31:34] </w:t>
      </w:r>
      <w:r>
        <w:t>na koi be adabi hui hai, na kuch hua. yeh sirf rumor thi jis pe itna bara gaon khara ho gaya. aur bilashuba is ka islam se koi talluq nahi. maulana, agla sawal raipur se aya hai idrees sahab ka.</w:t>
      </w:r>
    </w:p>
    <w:p>
      <w:pPr>
        <w:jc w:val="right"/>
      </w:pPr>
      <w:r>
        <w:t>نہ کوئی بے ادبی ہوئی ہے، نہ کچھ ہوا۔ یہ صرف رومر تھی جس پہ اتنا بڑا گاؤں کھڑا ہو گیا۔ اور بلاشبہ اس کا اسلام سے کوئی تعلق نہیں۔ مولانا، اگلا سوال رائے پور سے آیا ہے ادریس صاحب کا۔</w:t>
      </w:r>
    </w:p>
    <w:p>
      <w:r>
        <w:rPr>
          <w:b/>
        </w:rPr>
        <w:t xml:space="preserve">[1:31:49] </w:t>
      </w:r>
      <w:r>
        <w:t>unhone likha hai: "first social and cultural programs organized in neighborhoods</w:t>
      </w:r>
    </w:p>
    <w:p>
      <w:pPr>
        <w:jc w:val="right"/>
      </w:pPr>
      <w:r>
        <w:t>انہوں نے لکھا ہے: "فرسٹ سوشل اینڈ کلچرل پروگرامز ارگنائزڈ ان نیبرہڈز</w:t>
      </w:r>
    </w:p>
    <w:p>
      <w:r>
        <w:rPr>
          <w:b/>
        </w:rPr>
        <w:t xml:space="preserve">[1:31:55] </w:t>
      </w:r>
      <w:r>
        <w:t>for ganesh utsav. is it okay to contribute donations with intention of promoting goodwill, social harmony and talif qalb?</w:t>
      </w:r>
    </w:p>
    <w:p>
      <w:pPr>
        <w:jc w:val="right"/>
      </w:pPr>
      <w:r>
        <w:t>فار گنیش اُتسو۔ از اٹ اوکے ٹو کنٹریبیوٹ ڈونیشنز ود انٹینشن اف پروموٹنگ گڈ ول، سوشل ہارمونی اینڈ طالیف قلب؟</w:t>
      </w:r>
    </w:p>
    <w:p>
      <w:r>
        <w:rPr>
          <w:b/>
        </w:rPr>
        <w:t xml:space="preserve">[1:32:05] </w:t>
      </w:r>
      <w:r>
        <w:t>kindly advice." dekhein, is par koi aik</w:t>
      </w:r>
    </w:p>
    <w:p>
      <w:pPr>
        <w:jc w:val="right"/>
      </w:pPr>
      <w:r>
        <w:t>کائنڈلی ایڈوائس۔" دیکھیں، اس پر کوئی ایک</w:t>
      </w:r>
    </w:p>
    <w:p>
      <w:r>
        <w:rPr>
          <w:b/>
        </w:rPr>
        <w:t xml:space="preserve">[1:32:14] </w:t>
      </w:r>
      <w:r>
        <w:t>koi aik is par koi aik general usool nahi bana sakta.</w:t>
      </w:r>
    </w:p>
    <w:p>
      <w:pPr>
        <w:jc w:val="right"/>
      </w:pPr>
      <w:r>
        <w:t>کوئی ایک اس پر کوئی ایک جنرل اصول نہیں بنا سکتا۔</w:t>
      </w:r>
    </w:p>
    <w:p>
      <w:r>
        <w:rPr>
          <w:b/>
        </w:rPr>
        <w:t xml:space="preserve">[1:32:20] </w:t>
      </w:r>
      <w:r>
        <w:t>it depends upon situation. jahan jahan pesh aa rahi hai surat haal, wahan pe aap dekhiye ke ke aap ke option kis kis do ke beech mein hain.</w:t>
      </w:r>
    </w:p>
    <w:p>
      <w:pPr>
        <w:jc w:val="right"/>
      </w:pPr>
      <w:r>
        <w:t>اٹ ڈیپینڈز اپ سچویشن۔ جہاں جہاں پیش آ رہی ہے صورتحال، وہاں پہ آپ دیکھیے کہ کہ آپ کے آپشن کس کس دو کے بیچ میں ہیں۔</w:t>
      </w:r>
    </w:p>
    <w:p>
      <w:r>
        <w:rPr>
          <w:b/>
        </w:rPr>
        <w:t xml:space="preserve">[1:32:35] </w:t>
      </w:r>
      <w:r>
        <w:t>to lesser evil aur greater evil ka darmiyan option hota hai. to jo cheez aap ko lesser evil lage, is ka option le lijiye.</w:t>
      </w:r>
    </w:p>
    <w:p>
      <w:pPr>
        <w:jc w:val="right"/>
      </w:pPr>
      <w:r>
        <w:t>تو لیسر ایول اور گریٹر ایول کا درمیان آپشن ہوتا ہے۔ تو جو چیز آپ کو لیسر ایول لگے، اس کا آپشن لے لیجئے۔</w:t>
      </w:r>
    </w:p>
    <w:p>
      <w:r>
        <w:rPr>
          <w:b/>
        </w:rPr>
        <w:t xml:space="preserve">[1:32:48] </w:t>
      </w:r>
      <w:r>
        <w:t>right aur wrong ke darmiyan option nahi hota hai. lesser evil aur greater evil ke darmiyan option hota hai. to yeh yahan baith kar hum kuch nahi kar sakte.</w:t>
      </w:r>
    </w:p>
    <w:p>
      <w:pPr>
        <w:jc w:val="right"/>
      </w:pPr>
      <w:r>
        <w:t>رائٹ اور رانگ کے درمیان آپشن نہیں ہوتا ہے۔ لیسر ایول اور گریٹر ایول کے درمیان آپشن ہوتا ہے۔ تو یہ یہاں بیٹھ کر ہم کچھ نہیں کر سکتے۔</w:t>
      </w:r>
    </w:p>
    <w:p>
      <w:r>
        <w:rPr>
          <w:b/>
        </w:rPr>
        <w:t xml:space="preserve">[1:32:59] </w:t>
      </w:r>
      <w:r>
        <w:t>jo aadmi wahan jo wahan par mauqa par maujood hai, woh is wahi faisla kar sakta hai ke kaun sa lesser evil hai, kaun sa greater evil hai.</w:t>
      </w:r>
    </w:p>
    <w:p>
      <w:pPr>
        <w:jc w:val="right"/>
      </w:pPr>
      <w:r>
        <w:t>جو آدمی وہاں جو وہاں پر موقع پر موجود ہے، وہ اس وہی فیصلہ کر سکتا ہے کہ کون سا لیسر ایول ہے، کون سا گریٹر ایول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