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Thinking November 02, 2014 Maulana Wahiduddin Khan</w:t>
      </w:r>
    </w:p>
    <w:p>
      <w:r>
        <w:t>https://www.youtube.com/watch?v=jxGjv30RG1Q</w:t>
      </w:r>
    </w:p>
    <w:p>
      <w:r>
        <w:rPr>
          <w:b/>
        </w:rPr>
        <w:t xml:space="preserve">[00:13] </w:t>
      </w:r>
      <w:r>
        <w:t>bismillah hir rahman nir rahim. wasallallahu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 2 november 2014. aaj ke talk ka title hai "art of thinking", yani tareeqa e fikr.</w:t>
      </w:r>
    </w:p>
    <w:p>
      <w:pPr>
        <w:jc w:val="right"/>
      </w:pPr>
      <w:r>
        <w:t>واحل العقدۃ من لسانی، یفقہ قولی۔ 2 نومبر 2014۔ آج کے ٹاک کا ٹائٹل ہے "Art of Thinking"، یعنی طریق فکر۔</w:t>
      </w:r>
    </w:p>
    <w:p>
      <w:r>
        <w:rPr>
          <w:b/>
        </w:rPr>
        <w:t xml:space="preserve">[00:51] </w:t>
      </w:r>
      <w:r>
        <w:t>dekhein, zindagi mein sab se zyada ahmiyat is baat ki hoti hai ke aap ke sochne ka tareeqa kya hai.</w:t>
      </w:r>
    </w:p>
    <w:p>
      <w:pPr>
        <w:jc w:val="right"/>
      </w:pPr>
      <w:r>
        <w:t>دیکھیں، زندگی میں سب سے زیادہ اہمیت اس بات کی ہوتی ہے کہ آپ کے سوچنے کا طریقہ کیا ہے۔</w:t>
      </w:r>
    </w:p>
    <w:p>
      <w:r>
        <w:rPr>
          <w:b/>
        </w:rPr>
        <w:t xml:space="preserve">[01:05] </w:t>
      </w:r>
      <w:r>
        <w:t>saare masail bigadte hain sochne ke galat tareeqe se, aur saare masail hal hote hain sochne ke sahi tareeqe se.</w:t>
      </w:r>
    </w:p>
    <w:p>
      <w:pPr>
        <w:jc w:val="right"/>
      </w:pPr>
      <w:r>
        <w:t>سارے مسائل بگڑتے ہیں سوچنے کے غلط طریقے سے، اور سارے مسائل حل ہوتے ہیں سوچنے کے صحیح طریقے سے۔</w:t>
      </w:r>
    </w:p>
    <w:p>
      <w:r>
        <w:rPr>
          <w:b/>
        </w:rPr>
        <w:t xml:space="preserve">[01:22] </w:t>
      </w:r>
      <w:r>
        <w:t>yahi saari zindagi ka khulasa hai.</w:t>
      </w:r>
    </w:p>
    <w:p>
      <w:pPr>
        <w:jc w:val="right"/>
      </w:pPr>
      <w:r>
        <w:t>یہی ساری زندگی کا خلاصہ ہے۔</w:t>
      </w:r>
    </w:p>
    <w:p>
      <w:r>
        <w:rPr>
          <w:b/>
        </w:rPr>
        <w:t xml:space="preserve">[01:27] </w:t>
      </w:r>
      <w:r>
        <w:t>jaise main aap ko ek misaal deta hoon.</w:t>
      </w:r>
    </w:p>
    <w:p>
      <w:pPr>
        <w:jc w:val="right"/>
      </w:pPr>
      <w:r>
        <w:t>جیسے میں آپ کو ایک مثال دیتا ہوں۔</w:t>
      </w:r>
    </w:p>
    <w:p>
      <w:r>
        <w:rPr>
          <w:b/>
        </w:rPr>
        <w:t xml:space="preserve">[01:32] </w:t>
      </w:r>
      <w:r>
        <w:t>rasool allah sallallahu alaihi wasallam ke zamane mein, jab aap madina mein the, toh wahan ek aadmi tha jo shayar tha. toh rasool allah sallallahu alaihi wasallam ke khilaf woh ashaar ke zariye se bahut si galat baatein phailata tha.</w:t>
      </w:r>
    </w:p>
    <w:p>
      <w:pPr>
        <w:jc w:val="right"/>
      </w:pPr>
      <w:r>
        <w:t>رسول اللہ صلی اللہ علیہ وسلم کے زمانے میں، جب آپ مدینہ میں تھے، تو وہاں ایک آدمی تھا جو شاعر تھا۔ تو رسول اللہ صلی اللہ علیہ وسلم کے خلاف وہ اشعار کے ذریعے سے بہت سی غلط باتیں پھیلاتا تھا۔</w:t>
      </w:r>
    </w:p>
    <w:p>
      <w:r>
        <w:rPr>
          <w:b/>
        </w:rPr>
        <w:t xml:space="preserve">[01:53] </w:t>
      </w:r>
      <w:r>
        <w:t>us zamane mein akhbar nahi hota tha, toh akhbar ki jagah log shayari ke zariye baatein phailate the. toh woh ek masla bana hua tha madina mein.</w:t>
      </w:r>
    </w:p>
    <w:p>
      <w:pPr>
        <w:jc w:val="right"/>
      </w:pPr>
      <w:r>
        <w:t>اس زمانے میں اخبار نہیں ہوتا تھا، تو اخبار کی جگہ لوگ شاعری کے ذریعے باتیں پھیلاتے تھے۔ تو وہ ایک مسئلہ بنا ہوا تھا مدینہ میں۔</w:t>
      </w:r>
    </w:p>
    <w:p>
      <w:r>
        <w:rPr>
          <w:b/>
        </w:rPr>
        <w:t xml:space="preserve">[02:06] </w:t>
      </w:r>
      <w:r>
        <w:t>toh kuch sahaba ne chaha ke is ko maarein.</w:t>
      </w:r>
    </w:p>
    <w:p>
      <w:pPr>
        <w:jc w:val="right"/>
      </w:pPr>
      <w:r>
        <w:t>تو کچھ صحابہ نے چاہا کہ اس کو ماریں۔</w:t>
      </w:r>
    </w:p>
    <w:p>
      <w:r>
        <w:rPr>
          <w:b/>
        </w:rPr>
        <w:t xml:space="preserve">[02:13] </w:t>
      </w:r>
      <w:r>
        <w:t>rasool allah sallallahu alaihi wasallam ne kaha ke maarne ki zaroorat nahi hai, is ki talif e qalb kar do. talif e qalb ka matlab yeh hai ke kuch is ko dirham o dinar de do, kuch faida pahuncha do is ko.</w:t>
      </w:r>
    </w:p>
    <w:p>
      <w:pPr>
        <w:jc w:val="right"/>
      </w:pPr>
      <w:r>
        <w:t>رسول اللہ صلی اللہ علیہ وسلم نے کہا کہ مارنے کی ضرورت نہیں ہے، اس کی تالیف قلب کر دو۔ تالیف قلب کا مطلب یہ ہے کہ کچھ اس کو درہم و دینار دے دو، کچھ فائدہ پہنچا دو اس کو۔</w:t>
      </w:r>
    </w:p>
    <w:p>
      <w:r>
        <w:rPr>
          <w:b/>
        </w:rPr>
        <w:t xml:space="preserve">[02:26] </w:t>
      </w:r>
      <w:r>
        <w:t>aisa kiya unhon ne? ab woh theek ho gaya, bilkul theek. ab farz kijiye aap maarte ho toh aur woh ghussa badhta hai is ka, aur woh harkatein karta hai.</w:t>
      </w:r>
    </w:p>
    <w:p>
      <w:pPr>
        <w:jc w:val="right"/>
      </w:pPr>
      <w:r>
        <w:t>ایسا کیا انہوں نے؟ اب وہ ٹھیک ہو گیا، بالکل ٹھیک۔ اب فرض کیجیے آپ مارتے ہو تو اور وہ غصہ بڑھتا ہے اس کا، اور وہ حرکتیں کرتا ہے۔</w:t>
      </w:r>
    </w:p>
    <w:p>
      <w:r>
        <w:rPr>
          <w:b/>
        </w:rPr>
        <w:t xml:space="preserve">[02:40] </w:t>
      </w:r>
      <w:r>
        <w:t>dekhein, aap jab koi aisi baat karte hain jis mein tashaddud ho, tashaddud ho, toh woh ghusse ko badhati hai, woh masle ko hal nahi karti.</w:t>
      </w:r>
    </w:p>
    <w:p>
      <w:pPr>
        <w:jc w:val="right"/>
      </w:pPr>
      <w:r>
        <w:t>دیکھیں، آپ جب کوئی ایسی بات کرتے ہیں جس میں تشدد ہو، تشدد ہو، تو وہ غصے کو بڑھاتی ہے، وہ مسئلے کو حل نہیں کرتی۔</w:t>
      </w:r>
    </w:p>
    <w:p>
      <w:r>
        <w:rPr>
          <w:b/>
        </w:rPr>
        <w:t xml:space="preserve">[02:54] </w:t>
      </w:r>
      <w:r>
        <w:t>then you have to see the result. dekhein, aap ka action result oriented hona chahiye.</w:t>
      </w:r>
    </w:p>
    <w:p>
      <w:pPr>
        <w:jc w:val="right"/>
      </w:pPr>
      <w:r>
        <w:t>Then you have to see the result۔ دیکھیں، آپ کا ایکشن رزلٹ اورینٹڈ ہونا چاہیے۔</w:t>
      </w:r>
    </w:p>
    <w:p>
      <w:r>
        <w:rPr>
          <w:b/>
        </w:rPr>
        <w:t xml:space="preserve">[03:03] </w:t>
      </w:r>
      <w:r>
        <w:t>yani nateeje ko dekh kar amal karna, na ke bas ghusse mein aa gaye to kuch kar dala.</w:t>
      </w:r>
    </w:p>
    <w:p>
      <w:pPr>
        <w:jc w:val="right"/>
      </w:pPr>
      <w:r>
        <w:t>یعنی نتیجے کو دیکھ کر عمل کرنا، نہ کہ بس غصے میں آ گئے تو کچھ کر ڈالا۔</w:t>
      </w:r>
    </w:p>
    <w:p>
      <w:r>
        <w:rPr>
          <w:b/>
        </w:rPr>
        <w:t xml:space="preserve">[03:11] </w:t>
      </w:r>
      <w:r>
        <w:t>to bohat hi zaroori hai ke aap yeh janiye ke mahaz kuch kar dalna is se kuch nahi hota, balkeh aisa kaam karna jo nateeja khez ho, yani result oriented ho.</w:t>
      </w:r>
    </w:p>
    <w:p>
      <w:pPr>
        <w:jc w:val="right"/>
      </w:pPr>
      <w:r>
        <w:t>تو بہت ہی ضروری ہے کہ آپ یہ جانیں کہ محض کچھ کر ڈالنا اس سے کچھ نہیں ہوتا، بلکہ ایسا کام کرنا جو نتیجہ خیز ہو، یعنی رزلٹ اورینٹڈ ہو۔</w:t>
      </w:r>
    </w:p>
    <w:p>
      <w:r>
        <w:rPr>
          <w:b/>
        </w:rPr>
        <w:t xml:space="preserve">[03:35] </w:t>
      </w:r>
      <w:r>
        <w:t>yeh baat infiradi ke liye bhi sahi hai aur poori poori qaumon ke liye bhi sahi hai. har jagah yahi ussool apply hota hai.</w:t>
      </w:r>
    </w:p>
    <w:p>
      <w:pPr>
        <w:jc w:val="right"/>
      </w:pPr>
      <w:r>
        <w:t>یہ بات انفرادی کے لیے بھی صحیح ہے اور پوری پوری قوموں کے لیے بھی صحیح ہے۔ ہر جگہ یہی اصول اپلائی ہوتا ہے۔</w:t>
      </w:r>
    </w:p>
    <w:p>
      <w:r>
        <w:rPr>
          <w:b/>
        </w:rPr>
        <w:t xml:space="preserve">[03:48] </w:t>
      </w:r>
      <w:r>
        <w:t>main aap ko misaal deta hoon. dekhein, yeh aaj ka angrezi akhbar hai. is mein ek news hai, islami state of...</w:t>
      </w:r>
    </w:p>
    <w:p>
      <w:pPr>
        <w:jc w:val="right"/>
      </w:pPr>
      <w:r>
        <w:t>میں آپ کو مثال دیتا ہوں۔ دیکھیں، یہ آج کا انگریزی اخبار ہے۔ اس میں ایک نیوز ہے، اسلامی اسٹیٹ آف...</w:t>
      </w:r>
    </w:p>
    <w:p>
      <w:r>
        <w:rPr>
          <w:b/>
        </w:rPr>
        <w:t xml:space="preserve">[04:05] </w:t>
      </w:r>
      <w:r>
        <w:t>ek bani hai jo Iraq aur Syria mein. islami state of Iraq aur Syria, us ko kaha jata hai IS.</w:t>
      </w:r>
    </w:p>
    <w:p>
      <w:pPr>
        <w:jc w:val="right"/>
      </w:pPr>
      <w:r>
        <w:t>ایک بنی ہے جو عراق اور شام میں۔ اسلامی اسٹیٹ آف عراق اور سیریا، اس کو کہا جاتا ہے آئی ایس۔</w:t>
      </w:r>
    </w:p>
    <w:p>
      <w:r>
        <w:rPr>
          <w:b/>
        </w:rPr>
        <w:t xml:space="preserve">[04:19] </w:t>
      </w:r>
      <w:r>
        <w:t>IS. aaj kal khabron mein bohat zyada aa raha hai.</w:t>
      </w:r>
    </w:p>
    <w:p>
      <w:pPr>
        <w:jc w:val="right"/>
      </w:pPr>
      <w:r>
        <w:t>آئی ایس۔ آج کل خبروں میں بہت زیادہ آ رہا ہے۔</w:t>
      </w:r>
    </w:p>
    <w:p>
      <w:r>
        <w:rPr>
          <w:b/>
        </w:rPr>
        <w:t xml:space="preserve">[04:24] </w:t>
      </w:r>
      <w:r>
        <w:t>to yeh bohat zyada tashaddud kar rahe hain, marpeet rahe hain logon ko. aaj ki news yeh hai ke unhon ne chand dinon mein unhon ne teen so se zyada aadmiyon ko maar dala Iraq aur Syria ke ilaqe mein.</w:t>
      </w:r>
    </w:p>
    <w:p>
      <w:pPr>
        <w:jc w:val="right"/>
      </w:pPr>
      <w:r>
        <w:t>تو یہ بہت زیادہ تشدد کر رہے ہیں، مارپیٹ رہے ہیں لوگوں کو۔ آج کی نیوز یہ ہے کہ انہوں نے چند دنوں میں انہوں نے تین سو سے زیادہ آدمیوں کو مار ڈالا عراق اور شام کے علاقے میں۔</w:t>
      </w:r>
    </w:p>
    <w:p>
      <w:r>
        <w:rPr>
          <w:b/>
        </w:rPr>
        <w:t xml:space="preserve">[04:38] </w:t>
      </w:r>
      <w:r>
        <w:t>to is ke jawab mein kya is mein hai ke un ko maarne ke liye wahan par kurd hote hain.</w:t>
      </w:r>
    </w:p>
    <w:p>
      <w:pPr>
        <w:jc w:val="right"/>
      </w:pPr>
      <w:r>
        <w:t>تو اس کے جواب میں کیا اس میں ہے کہ ان کو مارنے کے لیے وہاں پر کرد ہوتے ہیں۔</w:t>
      </w:r>
    </w:p>
    <w:p>
      <w:r>
        <w:rPr>
          <w:b/>
        </w:rPr>
        <w:t xml:space="preserve">[04:49] </w:t>
      </w:r>
      <w:r>
        <w:t>kurd ek qabeela hai jo bohat hi lakhon qabeela hai, yani woh barcel race kaha jata hai. yeh Turkey aur Syria ke beech mein ek ilaaqa hai, Kurdistan.</w:t>
      </w:r>
    </w:p>
    <w:p>
      <w:pPr>
        <w:jc w:val="right"/>
      </w:pPr>
      <w:r>
        <w:t>کرد ایک قبیلہ ہے جو بہت ہی لاکھوں قبیلہ ہے، یعنی وہ بارسل ریس کہا جاتا ہے۔ یہ ترکی اور سیریا کے بیچ میں ایک علاقہ ہے، کردستان۔</w:t>
      </w:r>
    </w:p>
    <w:p>
      <w:r>
        <w:rPr>
          <w:b/>
        </w:rPr>
        <w:t xml:space="preserve">[05:03] </w:t>
      </w:r>
      <w:r>
        <w:t>to wahan jo log hain woh bohat hi lakhon qism ke log hain. unhi ki nasal se tha Salahuddin Ayubi. to yeh log is waqt se le kar ab tak larka samjhe jate hain.</w:t>
      </w:r>
    </w:p>
    <w:p>
      <w:pPr>
        <w:jc w:val="right"/>
      </w:pPr>
      <w:r>
        <w:t>تو وہاں جو لوگ ہیں وہ بہت ہی لاکھوں قسم کے لوگ ہیں۔ انہی کی نسل سے تھا صلاح الدین ایوبی۔ تو یہ لوگ اس وقت سے لے کر اب تک لڑاکا سمجھے جاتے ہیں۔</w:t>
      </w:r>
    </w:p>
    <w:p>
      <w:r>
        <w:rPr>
          <w:b/>
        </w:rPr>
        <w:t xml:space="preserve">[05:17] </w:t>
      </w:r>
      <w:r>
        <w:t>in se kuch logon ko le kar ke aur un ko hathyar de kar bheja ja raha hai ke ja kar un ko kuchal do. is se kuch hone wala nahi hai.</w:t>
      </w:r>
    </w:p>
    <w:p>
      <w:pPr>
        <w:jc w:val="right"/>
      </w:pPr>
      <w:r>
        <w:t>ان سے کچھ لوگوں کو لے کر کے اور ان کو ہتھیار دے کر بھیجا جا رہا ہے کہ جا کر ان کو کچل دو۔ اس سے کچھ ہونے والا نہیں ہے۔</w:t>
      </w:r>
    </w:p>
    <w:p>
      <w:r>
        <w:rPr>
          <w:b/>
        </w:rPr>
        <w:t xml:space="preserve">[05:31] </w:t>
      </w:r>
      <w:r>
        <w:t>dekhein, logon ke andar sahi tareeqa sochne ka nahi hai. bas reaction karte hain, reaction karte hain, reaction karte hain.</w:t>
      </w:r>
    </w:p>
    <w:p>
      <w:pPr>
        <w:jc w:val="right"/>
      </w:pPr>
      <w:r>
        <w:t>دیکھیں، لوگوں کے اندر صحیح طریقہ سوچنے کا نہیں ہے۔ بس ری ایکشن کرتے ہیں، ری ایکشن کرتے ہیں، ری ایکشن کرتے ہیں۔</w:t>
      </w:r>
    </w:p>
    <w:p>
      <w:r>
        <w:rPr>
          <w:b/>
        </w:rPr>
        <w:t xml:space="preserve">[05:42] </w:t>
      </w:r>
      <w:r>
        <w:t>isi waqeye ko aap lijiyye. isi ilaqe mein Saddam Hussain dictator bana hua tha aur zulm karta tha logon ke alfaaz mein.</w:t>
      </w:r>
    </w:p>
    <w:p>
      <w:pPr>
        <w:jc w:val="right"/>
      </w:pPr>
      <w:r>
        <w:t>اسی واقعے کو آپ لیجیے۔ اسی علاقے میں صدام حسین ڈکٹیٹر بنا ہوا تھا اور ظلم کرتا تھا لوگوں کے الفاظ میں۔</w:t>
      </w:r>
    </w:p>
    <w:p>
      <w:r>
        <w:rPr>
          <w:b/>
        </w:rPr>
        <w:t xml:space="preserve">[05:52] </w:t>
      </w:r>
      <w:r>
        <w:t>main to zulm ka lafz nahi bolta, meri dictionary mein zulm ka lafz nahi hai. to us ke khilaf America ne bohat bara operation kiya, bohat bari war chheri.</w:t>
      </w:r>
    </w:p>
    <w:p>
      <w:pPr>
        <w:jc w:val="right"/>
      </w:pPr>
      <w:r>
        <w:t>میں تو ظلم کا لفظ نہیں بولتا، میری ڈکشنری میں ظلم کا لفظ نہیں ہے۔ تو اس کے خلاف امریکہ نے بہت بڑا آپریشن کیا، بہت بڑی وار چھیڑی۔</w:t>
      </w:r>
    </w:p>
    <w:p>
      <w:r>
        <w:rPr>
          <w:b/>
        </w:rPr>
        <w:t xml:space="preserve">[06:07] </w:t>
      </w:r>
      <w:r>
        <w:t>yahan tak ke Saddam Hussain ko bhi phansi ho gayi. us ke baad kya hua? us ke baad Al-Qaeda ubhar aaye.</w:t>
      </w:r>
    </w:p>
    <w:p>
      <w:pPr>
        <w:jc w:val="right"/>
      </w:pPr>
      <w:r>
        <w:t>یہاں تک کہ صدام حسین کو بھی پھانسی ہو گئی۔ اس کے بعد کیا ہوا؟ اس کے بعد القاعدہ ابھر آئے۔</w:t>
      </w:r>
    </w:p>
    <w:p>
      <w:r>
        <w:rPr>
          <w:b/>
        </w:rPr>
        <w:t xml:space="preserve">[06:16] </w:t>
      </w:r>
      <w:r>
        <w:t>Al-Qaeda ne to wahi sab karna shuru kiya. to Al-Qaeda ke khilaf operation hua. yahan tak ke Osama bin Laden ko maar dala.</w:t>
      </w:r>
    </w:p>
    <w:p>
      <w:pPr>
        <w:jc w:val="right"/>
      </w:pPr>
      <w:r>
        <w:t>القاعدہ نے تو وہی سب کرنا شروع کیا۔ تو القاعدہ کے خلاف آپریشن ہوا۔ یہاں تک کہ اسامہ بن لادن کو مار ڈالا۔</w:t>
      </w:r>
    </w:p>
    <w:p>
      <w:r>
        <w:rPr>
          <w:b/>
        </w:rPr>
        <w:t xml:space="preserve">[06:26] </w:t>
      </w:r>
      <w:r>
        <w:t>tab kya hua? baat khatam nahi hui. yeh ek nayi museebat nikal aayi. IS, IS. is jo Khalifa apne ko declare kar rakha hai wahan, ek sahib ne.</w:t>
      </w:r>
    </w:p>
    <w:p>
      <w:pPr>
        <w:jc w:val="right"/>
      </w:pPr>
      <w:r>
        <w:t>تب کیا ہوا؟ بات ختم نہیں ہوئی۔ یہ ایک نئی مصیبت نکل آئی۔ آئی ایس، آئی ایس۔ اس جو خلیفہ اپنے کو ڈیکلیئر کر رکھا ہے وہاں، ایک صاحب نے۔</w:t>
      </w:r>
    </w:p>
    <w:p>
      <w:r>
        <w:rPr>
          <w:b/>
        </w:rPr>
        <w:t xml:space="preserve">[06:41] </w:t>
      </w:r>
      <w:r>
        <w:t>aur islami state bana diya hai. aur aur yeh Iraq aur Syria ke darmiyan ke ek ilaqe par baqayda qabza kar liya hai.</w:t>
      </w:r>
    </w:p>
    <w:p>
      <w:pPr>
        <w:jc w:val="right"/>
      </w:pPr>
      <w:r>
        <w:t>اور اسلامی اسٹیٹ بنا دیا ہے۔ اور اور یہ عراق اور شام کے درمیان کے ایک علاقے پر باقاعدہ قبضہ کر لیا ہے۔</w:t>
      </w:r>
    </w:p>
    <w:p>
      <w:r>
        <w:rPr>
          <w:b/>
        </w:rPr>
        <w:t xml:space="preserve">[06:53] </w:t>
      </w:r>
      <w:r>
        <w:t>aur zabardast hathyar un ke paas hain. to un ko maarne ke liye ab kurdon ko bheja ja raha hai. to ek ke baad ek war less versus war less ka tareeqa ikhtiyar kiya ja raha hai.</w:t>
      </w:r>
    </w:p>
    <w:p>
      <w:pPr>
        <w:jc w:val="right"/>
      </w:pPr>
      <w:r>
        <w:t>اور زبردست ہتھیار ان کے پاس ہیں۔ تو ان کو مارنے کے لیے اب کردوں کو بھیجا جا رہا ہے۔ تو ایک کے بعد ایک وارلیس ورسز وارلیس کا طریقہ اختیار کیا جا رہا ہے۔</w:t>
      </w:r>
    </w:p>
    <w:p>
      <w:r>
        <w:rPr>
          <w:b/>
        </w:rPr>
        <w:t xml:space="preserve">[07:10] </w:t>
      </w:r>
      <w:r>
        <w:t>aur masla khatam nahi ho raha. Now the time is for rethinking.</w:t>
      </w:r>
    </w:p>
    <w:p>
      <w:pPr>
        <w:jc w:val="right"/>
      </w:pPr>
      <w:r>
        <w:t>اور مسئلہ ختم نہیں ہو رہا۔ Now the time is for rethinking۔</w:t>
      </w:r>
    </w:p>
    <w:p>
      <w:r>
        <w:rPr>
          <w:b/>
        </w:rPr>
        <w:t xml:space="preserve">[07:19] </w:t>
      </w:r>
      <w:r>
        <w:t>ab aap ko rethink karna hai ke yeh yeh stage chali nahi. Saddam Hussain ko mara to Al-Qaeda ubhar aaya.</w:t>
      </w:r>
    </w:p>
    <w:p>
      <w:pPr>
        <w:jc w:val="right"/>
      </w:pPr>
      <w:r>
        <w:t>اب آپ کو rethink کرنا ہے کہ یہ یہ اسٹیج چلی نہیں۔ صدام حسین کو مارا تو القاعدہ ابھر آیا۔</w:t>
      </w:r>
    </w:p>
    <w:p>
      <w:r>
        <w:rPr>
          <w:b/>
        </w:rPr>
        <w:t xml:space="preserve">[07:32] </w:t>
      </w:r>
      <w:r>
        <w:t>Al-Qaeda ko mara to islami state wale ubhar aaye. in ko marenge to Kurdistan wale ubhar aayenge.</w:t>
      </w:r>
    </w:p>
    <w:p>
      <w:pPr>
        <w:jc w:val="right"/>
      </w:pPr>
      <w:r>
        <w:t>القاعدہ کو مارا تو اسلامی اسٹیٹ والے ابھر آئے۔ ان کو ماریں گے تو کردستان والے ابھر آئیں گے۔</w:t>
      </w:r>
    </w:p>
    <w:p>
      <w:r>
        <w:rPr>
          <w:b/>
        </w:rPr>
        <w:t xml:space="preserve">[07:42] </w:t>
      </w:r>
      <w:r>
        <w:t>to is ki jar ki baat kya hai? jar ki baat yeh hai ke yeh masla gun versus gun ka hai hi nahi. yeh masla gun versus gun ka hai hi nahi.</w:t>
      </w:r>
    </w:p>
    <w:p>
      <w:pPr>
        <w:jc w:val="right"/>
      </w:pPr>
      <w:r>
        <w:t>تو اس کی جڑ کی بات کیا ہے؟ جڑ کی بات یہ ہے کہ یہ مسئلہ گن ورسز گن کا ہے ہی نہیں۔ یہ مسئلہ گن ورسز گن کا ہے ہی نہیں۔</w:t>
      </w:r>
    </w:p>
    <w:p>
      <w:r>
        <w:rPr>
          <w:b/>
        </w:rPr>
        <w:t xml:space="preserve">[07:54] </w:t>
      </w:r>
      <w:r>
        <w:t>yeh masla hai gun versus ideology ka masla. is do so saal ke andar kuch log aise paida hue jinhon ne Islam ko</w:t>
      </w:r>
    </w:p>
    <w:p>
      <w:pPr>
        <w:jc w:val="right"/>
      </w:pPr>
      <w:r>
        <w:t>یہ مسئلہ ہے گن ورسز آئیڈیالوجی کا مسئلہ۔ اس دو سو سال کے اندر کچھ لوگ ایسے پیدا ہوئے جنہوں نے اسلام کو</w:t>
      </w:r>
    </w:p>
    <w:p>
      <w:r>
        <w:rPr>
          <w:b/>
        </w:rPr>
        <w:t xml:space="preserve">[08:07] </w:t>
      </w:r>
      <w:r>
        <w:t>ka political interpretation diya. yeh bataya ke islami state, islami state, islami state. yani Quran mein yeh lafz maujood nahi, islami state ka.</w:t>
      </w:r>
    </w:p>
    <w:p>
      <w:pPr>
        <w:jc w:val="right"/>
      </w:pPr>
      <w:r>
        <w:t>کا پولیٹیکل انٹرپریشن دیا۔ یہ بتایا کہ اسلامی اسٹیٹ، اسلامی اسٹیٹ، اسلامی اسٹیٹ۔ یعنی قرآن میں یہ لفظ موجود نہیں، اسلامی اسٹیٹ کا۔</w:t>
      </w:r>
    </w:p>
    <w:p>
      <w:r>
        <w:rPr>
          <w:b/>
        </w:rPr>
        <w:t xml:space="preserve">[08:21] </w:t>
      </w:r>
      <w:r>
        <w:t>yani daulat-e-islām. Arabi mein kahein ke daulat-e-islām. Woh Qur'an mein kahein hai hi nahin. Hadith mein kahein hai hi nahin. Sahābah ne kabhi yeh lafz bola nahin.</w:t>
      </w:r>
    </w:p>
    <w:p>
      <w:pPr>
        <w:jc w:val="right"/>
      </w:pPr>
      <w:r>
        <w:t>یعنی دولت الاسلام۔ عربی میں کہیں کہ دولت الاسلام۔ وہ قرآن میں کہیں ہے ہی نہیں۔ حدیث میں کہیں ہے ہی نہیں۔ صحابہ نے کبھی یہ لفظ بولا نہیں۔</w:t>
      </w:r>
    </w:p>
    <w:p>
      <w:r>
        <w:rPr>
          <w:b/>
        </w:rPr>
        <w:t xml:space="preserve">[08:31] </w:t>
      </w:r>
      <w:r>
        <w:t>Toh islāmī state ya daulat-e-islām ek bid'at ka lafz hai, innovation hai. Lekin lafz bada beautiful hai, bahut khoobsurat hai.</w:t>
      </w:r>
    </w:p>
    <w:p>
      <w:pPr>
        <w:jc w:val="right"/>
      </w:pPr>
      <w:r>
        <w:t>تو اسلامی اسٹیٹ یا دولت الاسلام ایک بدعت کا لفظ ہے، انویشن ہے۔ لیکن لفظ بڑا بیوٹی فل ہے، بہت خوبصورت ہے۔</w:t>
      </w:r>
    </w:p>
    <w:p>
      <w:r>
        <w:rPr>
          <w:b/>
        </w:rPr>
        <w:t xml:space="preserve">[08:40] </w:t>
      </w:r>
      <w:r>
        <w:t>Islāmī state. Koi yeh nahin, kisi ne yeh jab yeh baat pesh ki gayi, Sayyid Qutb ne pesh ki, Abdullah Mahdi ne pesh ki, aur bahut se logon ne.</w:t>
      </w:r>
    </w:p>
    <w:p>
      <w:pPr>
        <w:jc w:val="right"/>
      </w:pPr>
      <w:r>
        <w:t>اسلامی اسٹیٹ۔ کوئی یہ نہیں، کسی نے یہ جب یہ بات پیش کی گئی، سید قطب نے پیش کی، عبداللہ مہدی نے پیش کی، اور بہت سے لوگوں نے۔</w:t>
      </w:r>
    </w:p>
    <w:p>
      <w:r>
        <w:rPr>
          <w:b/>
        </w:rPr>
        <w:t xml:space="preserve">[08:51] </w:t>
      </w:r>
      <w:r>
        <w:t>Toh kisi ne socha nahin ke poochha un se ke bhai kahan Qur'an-o-Hadith mein daulat-e-islām hai?</w:t>
      </w:r>
    </w:p>
    <w:p>
      <w:pPr>
        <w:jc w:val="right"/>
      </w:pPr>
      <w:r>
        <w:t>تو کسی نے سوچا نہیں کہ پوچھا ان سے کہ بھئی کہاں قرآن و حدیث میں دولت الاسلام ہے؟</w:t>
      </w:r>
    </w:p>
    <w:p>
      <w:r>
        <w:rPr>
          <w:b/>
        </w:rPr>
        <w:t xml:space="preserve">[08:59] </w:t>
      </w:r>
      <w:r>
        <w:t>Kahan hai? Rasool Allah sallallāhu alayhi wasallam par jo wahi utri pehli ke aap ko karna kya hai, toh us mein Surah Al-Muddaththir utri.</w:t>
      </w:r>
    </w:p>
    <w:p>
      <w:pPr>
        <w:jc w:val="right"/>
      </w:pPr>
      <w:r>
        <w:t>کہاں ہے؟ رسول اللہ صلی اللہ علیہ وسلم پر جو وحی اتری پہلی کہ آپ کو کرنا کیا ہے، تو اس میں سورہ المدثر اتری۔</w:t>
      </w:r>
    </w:p>
    <w:p>
      <w:r>
        <w:rPr>
          <w:b/>
        </w:rPr>
        <w:t xml:space="preserve">[09:09] </w:t>
      </w:r>
      <w:r>
        <w:t>Us mein ek yā ayyuhal muddaththir qum fa'anzir. Yani aye paighambar utho aur inzar-o-taseer karo.</w:t>
      </w:r>
    </w:p>
    <w:p>
      <w:pPr>
        <w:jc w:val="right"/>
      </w:pPr>
      <w:r>
        <w:t>اس میں ایک یا یا المدثر کن فانزر۔ یعنی اے پیغمبر اٹھو اور انظار و تفسیر کرو۔</w:t>
      </w:r>
    </w:p>
    <w:p>
      <w:r>
        <w:rPr>
          <w:b/>
        </w:rPr>
        <w:t xml:space="preserve">[09:24] </w:t>
      </w:r>
      <w:r>
        <w:t>Yeh nahin kaha ke aye paighambar utho aur aqiim daulat-e-islām, islāmī hukoomat qā'im karo. Toh yeh toh hai nahin.</w:t>
      </w:r>
    </w:p>
    <w:p>
      <w:pPr>
        <w:jc w:val="right"/>
      </w:pPr>
      <w:r>
        <w:t>یہ نہیں کہا کہ اے پیغمبر اٹھو اور اقم دولت الاسلام، اسلامی حکومت قائم کرو۔ تو یہ تو ہے نہیں۔</w:t>
      </w:r>
    </w:p>
    <w:p>
      <w:r>
        <w:rPr>
          <w:b/>
        </w:rPr>
        <w:t xml:space="preserve">[09:36] </w:t>
      </w:r>
      <w:r>
        <w:t>Yani yā ayyuhal muddaththir aqiim daulat-e-islām, naffiz shariat-e-islāmī hai. Yeh toh kahein hai nahin us mein. Us mein hai ke dawat ka kaam, dawat ka kaam karo.</w:t>
      </w:r>
    </w:p>
    <w:p>
      <w:pPr>
        <w:jc w:val="right"/>
      </w:pPr>
      <w:r>
        <w:t>یعنی یا المدثر اقم دولت الاسلام، نفذ شریعت اسلامی ہے۔ یہ تو کہیں ہے نہیں اس میں۔ اس میں ہے کہ دعوت کا کام، دعوت کا کام کرو۔</w:t>
      </w:r>
    </w:p>
    <w:p>
      <w:r>
        <w:rPr>
          <w:b/>
        </w:rPr>
        <w:t xml:space="preserve">[09:46] </w:t>
      </w:r>
      <w:r>
        <w:t>Yani paighambar ko jo goal diya tha, tha woh dawat-e-Ilāh ka goal tha. Islāmī state ka goal hi nahin tha.</w:t>
      </w:r>
    </w:p>
    <w:p>
      <w:pPr>
        <w:jc w:val="right"/>
      </w:pPr>
      <w:r>
        <w:t>یعنی پیغمبر کو جو گول دیا تھا، تھا وہ دعوت اللہ کا گول تھا۔ اسلامی اسٹیٹ کا گول ہی نہیں تھا۔</w:t>
      </w:r>
    </w:p>
    <w:p>
      <w:r>
        <w:rPr>
          <w:b/>
        </w:rPr>
        <w:t xml:space="preserve">[09:57] </w:t>
      </w:r>
      <w:r>
        <w:t>Teen logon ne banaya hai. Kai log is mein shāmil hain. Main ne do nām liye, Sayyid Qutb, Abdullah Mahdi, aur bhi kai log hain jo us zamāne mein, yani basically 20th century mein, uthe aur bas islāmī state hamein qā'im karna hai.</w:t>
      </w:r>
    </w:p>
    <w:p>
      <w:pPr>
        <w:jc w:val="right"/>
      </w:pPr>
      <w:r>
        <w:t>تین لوگوں نے بنایا ہے۔ کئی لوگ اس میں شامل ہیں۔ میں نے دو نام لیے، سید قطب، عبداللہ مہدی، اور بھی کئی لوگ ہیں جو اس زمانے میں، یعنی بیسکلی ٹونٹی سنچری میں، اٹھے اور بس اسلامی اسٹیٹ ہمیں قائم کرنا ہے۔</w:t>
      </w:r>
    </w:p>
    <w:p>
      <w:r>
        <w:rPr>
          <w:b/>
        </w:rPr>
        <w:t xml:space="preserve">[10:13] </w:t>
      </w:r>
      <w:r>
        <w:t>Toh logon ko bada achha laga aur daud pade is ki taraf. Lekin natija kya hai? Islāmī state ke nām se jo āyi, woh toh woh toh khoon rezi thi.</w:t>
      </w:r>
    </w:p>
    <w:p>
      <w:pPr>
        <w:jc w:val="right"/>
      </w:pPr>
      <w:r>
        <w:t>تو لوگوں کو بڑا اچھا لگا اور دوڑ پڑے اس کی طرف۔ لیکن نتیجہ کیا ہے؟ اسلامی اسٹیٹ کے نام سے جو آئی، وہ تو وہ تو خون ریزی تھی۔</w:t>
      </w:r>
    </w:p>
    <w:p>
      <w:r>
        <w:rPr>
          <w:b/>
        </w:rPr>
        <w:t xml:space="preserve">[10:25] </w:t>
      </w:r>
      <w:r>
        <w:t>Woh toh bloodshed tha. Woh toh ladā'iyan thin. Toh agar woh in terms of result sochein toh samjhein ke yeh idārah hi galat tha.</w:t>
      </w:r>
    </w:p>
    <w:p>
      <w:pPr>
        <w:jc w:val="right"/>
      </w:pPr>
      <w:r>
        <w:t>وہ تو بلڈ شیڈ تھا۔ وہ تو لڑائیاں تھیں۔ تو اگر وہ ان ٹرمز آف رزلٹ سوچیں تو سمجھیں کہ یہ ادارہ ہی غلط تھا۔</w:t>
      </w:r>
    </w:p>
    <w:p>
      <w:r>
        <w:rPr>
          <w:b/>
        </w:rPr>
        <w:t xml:space="preserve">[10:35] </w:t>
      </w:r>
      <w:r>
        <w:t>Yeh goal galat tha. Yeh soch hi galat thi. Toh phir daulat woh lote dawat ki taraf.</w:t>
      </w:r>
    </w:p>
    <w:p>
      <w:pPr>
        <w:jc w:val="right"/>
      </w:pPr>
      <w:r>
        <w:t>یہ گول غلط تھا۔ یہ سوچ ہی غلط تھی۔ تو پھر دولت وہ لوٹے دعوت کی طرف۔</w:t>
      </w:r>
    </w:p>
    <w:p>
      <w:r>
        <w:rPr>
          <w:b/>
        </w:rPr>
        <w:t xml:space="preserve">[10:45] </w:t>
      </w:r>
      <w:r>
        <w:t>Toh daulat ki taraf loot nahin rahe hain. Ek ke baad ek wohi gun le kar khade ho jaate hain. Yani gun Saddam Hussain ke khilāf, phir gun Al-Qaeda ke khilāf, phir gun Islāmī State wālon ke khilāf.</w:t>
      </w:r>
    </w:p>
    <w:p>
      <w:pPr>
        <w:jc w:val="right"/>
      </w:pPr>
      <w:r>
        <w:t>تو دولت کی طرف لوٹ نہیں رہے ہیں۔ ایک کے بعد ایک وہی گن لے کر کھڑے ہو جاتے ہیں۔ یعنی گن صدام حسین کے خلاف، پھر گن القاعدہ کے خلاف، پھر گن اسلامی اسٹیٹ والوں کے خلاف۔</w:t>
      </w:r>
    </w:p>
    <w:p>
      <w:r>
        <w:rPr>
          <w:b/>
        </w:rPr>
        <w:t xml:space="preserve">[11:03] </w:t>
      </w:r>
      <w:r>
        <w:t>Phir waqt ā gaya ke gun chalegi Kurdon ke khilāf. Toh yeh gun versus gun ka mu'āmalah nahin hai, yeh gun versus ideology ka mu'āmalah hai.</w:t>
      </w:r>
    </w:p>
    <w:p>
      <w:pPr>
        <w:jc w:val="right"/>
      </w:pPr>
      <w:r>
        <w:t>پھر وقت آ گیا کہ گن چلے گی کردوں کے خلاف۔ تو یہ گن ورسز گن کا معاملہ نہیں ہے، یہ گن ورسز آئیڈیالوجی کا معاملہ ہے۔</w:t>
      </w:r>
    </w:p>
    <w:p>
      <w:r>
        <w:rPr>
          <w:b/>
        </w:rPr>
        <w:t xml:space="preserve">[11:18] </w:t>
      </w:r>
      <w:r>
        <w:t>Toh yeh is ke liye zarūrat hai, is bāt ko samajhne ke liye zarūrat hai, way of thinking, tareeq-e-fikr. Toh way of thinking kya cheez hai?</w:t>
      </w:r>
    </w:p>
    <w:p>
      <w:pPr>
        <w:jc w:val="right"/>
      </w:pPr>
      <w:r>
        <w:t>تو یہ اس کے لیے ضرورت ہے، اس بات کو سمجھنے کے لیے ضرورت ہے، وے آف تھنکنگ، طریق فکر۔ تو وے آف تھنکنگ کیا چیز ہے؟</w:t>
      </w:r>
    </w:p>
    <w:p>
      <w:r>
        <w:rPr>
          <w:b/>
        </w:rPr>
        <w:t xml:space="preserve">[11:29] </w:t>
      </w:r>
      <w:r>
        <w:t>Main aap ko ek aur is ek ek misāl deta hoon. Way of thinking ka tareeqa har cheez se hai. Aap yahan baithe hain, is mein bhi ek way of thinking involve hai.</w:t>
      </w:r>
    </w:p>
    <w:p>
      <w:pPr>
        <w:jc w:val="right"/>
      </w:pPr>
      <w:r>
        <w:t>میں آپ کو ایک اور اس ایک ایک مثال دیتا ہوں۔ وے آف تھنکنگ کا طریقہ ہر چیز سے ہے۔ آپ یہاں بیٹھے ہیں، اس میں بھی ایک وے آف تھنکنگ انوالو ہے۔</w:t>
      </w:r>
    </w:p>
    <w:p>
      <w:r>
        <w:rPr>
          <w:b/>
        </w:rPr>
        <w:t xml:space="preserve">[11:42] </w:t>
      </w:r>
      <w:r>
        <w:t>Yeh bas samjhein ke way of thinking koi limited cheez hai, koi mahdood cheez hai. Har cheez ka ta'alluq hai way of thinking ka. Maslan road par aap chal rahe hain, chahe aap car daurā rahe hain ya aap scoot daurā rahe hain, toh India mein tareeqa hai keep left ka.</w:t>
      </w:r>
    </w:p>
    <w:p>
      <w:pPr>
        <w:jc w:val="right"/>
      </w:pPr>
      <w:r>
        <w:t>یہ بس سمجھیں کہ وے آف تھنکنگ کوئی لمیٹڈ چیز ہے، کوئی محدود چیز ہے۔ ہر چیز کا تعلق ہے وے آف تھنکنگ کا۔ مثلاً روڈ پر آپ چل رہے ہیں، چاہے آپ کار دوڑا رہے ہیں یا آپ اسکوٹ دوڑا رہے ہیں، تو انڈیا میں طریقہ ہے کیپ لیفٹ کا۔</w:t>
      </w:r>
    </w:p>
    <w:p>
      <w:r>
        <w:rPr>
          <w:b/>
        </w:rPr>
        <w:t xml:space="preserve">[12:06] </w:t>
      </w:r>
      <w:r>
        <w:t>Ab aap dayen daurāne ka kahein ke Islām mein dayān tareeqa hai. Aap yeh sochein ke Islām mein fazeelat hai dayān taraf, dayān hāth ki fazeelat hai.</w:t>
      </w:r>
    </w:p>
    <w:p>
      <w:pPr>
        <w:jc w:val="right"/>
      </w:pPr>
      <w:r>
        <w:t>اب آپ دائیں دوڑانے کا کہیں کہ اسلام میں دایاں طریقہ ہے۔ آپ یہ سوچیں کہ اسلام میں فضیلت ہے دائیں طرف، دائیں ہاتھ کی فضیلت ہے۔</w:t>
      </w:r>
    </w:p>
    <w:p>
      <w:r>
        <w:rPr>
          <w:b/>
        </w:rPr>
        <w:t xml:space="preserve">[12:18] </w:t>
      </w:r>
      <w:r>
        <w:t>Ab aap chalāyein dayān hāth toh kya hoga? Accident hoga, road par aap khatm ho jayenge, ghar par lotenge nahin.</w:t>
      </w:r>
    </w:p>
    <w:p>
      <w:pPr>
        <w:jc w:val="right"/>
      </w:pPr>
      <w:r>
        <w:t>اب آپ چلائیں دائیں ہاتھ تو کیا ہوگا؟ ایکسیڈنٹ ہوگا، روڈ پر آپ ختم ہو جائیں گے، گھر پر لوٹیں گے نہیں۔</w:t>
      </w:r>
    </w:p>
    <w:p>
      <w:r>
        <w:rPr>
          <w:b/>
        </w:rPr>
        <w:t xml:space="preserve">[12:30] </w:t>
      </w:r>
      <w:r>
        <w:t>Toh yeh sochna ke agar aap road par yeh chalāyein, bahut se jo taqreerein karte hain ke dayān, yani dayān hāth ka chalna Islām ka tareeqa hai,</w:t>
      </w:r>
    </w:p>
    <w:p>
      <w:pPr>
        <w:jc w:val="right"/>
      </w:pPr>
      <w:r>
        <w:t>تو یہ سوچنا کہ اگر آپ روڈ پر یہ چلائیں، بہت سے جو تقریریں کرتے ہیں کہ دائیں، یعنی دایاں ہاتھ کا چلنا اسلام کا طریقہ ہے،</w:t>
      </w:r>
    </w:p>
    <w:p>
      <w:r>
        <w:rPr>
          <w:b/>
        </w:rPr>
        <w:t xml:space="preserve">[12:45] </w:t>
      </w:r>
      <w:r>
        <w:t>Main yahan dekhta hoon park mein log dayān hāth chalte hain, Islām ka tareeqa. Yeh bilkul yeh yeh bilkul nadāni ka tareeqa yeh hai.</w:t>
      </w:r>
    </w:p>
    <w:p>
      <w:pPr>
        <w:jc w:val="right"/>
      </w:pPr>
      <w:r>
        <w:t>میں یہاں دیکھتا ہوں پارک میں لوگ دائیں ہاتھ چلتے ہیں، اسلام کا طریقہ۔ یہ بالکل یہ یہ بالکل نادانی کا طریقہ یہ ہے۔</w:t>
      </w:r>
    </w:p>
    <w:p>
      <w:r>
        <w:rPr>
          <w:b/>
        </w:rPr>
        <w:t xml:space="preserve">[12:55] </w:t>
      </w:r>
      <w:r>
        <w:t>In dekhein, in cheezon ka ta'alluq aqīde se nahin hota hai. In cheezon ka ta'alluq social culture se hota hai.</w:t>
      </w:r>
    </w:p>
    <w:p>
      <w:pPr>
        <w:jc w:val="right"/>
      </w:pPr>
      <w:r>
        <w:t>ان دیکھیں، ان چیزوں کا تعلق عقیدے سے نہیں ہوتا ہے۔ ان چیزوں کا تعلق سوشل کلچر سے ہوتا ہے۔</w:t>
      </w:r>
    </w:p>
    <w:p>
      <w:r>
        <w:rPr>
          <w:b/>
        </w:rPr>
        <w:t xml:space="preserve">[13:06] </w:t>
      </w:r>
      <w:r>
        <w:t>Aap dayān chalein ya bayen chalein, is ka ta'alluq har giz har giz Islām se nahin hai. Main jahan rehta hoon, is ke āspās park hai toh āte hain Musalmān auratein, Musalmān mard.</w:t>
      </w:r>
    </w:p>
    <w:p>
      <w:pPr>
        <w:jc w:val="right"/>
      </w:pPr>
      <w:r>
        <w:t>آپ دائیں چلیں یا بائیں چلیں، اس کا تعلق ہرگز ہرگز اسلام سے نہیں ہے۔ میں جہاں رہتا ہوں، اس کے اس پاس پارک ہے۔ تو آتے ہیں مسلمان عورتیں، مسلمان مرد۔</w:t>
      </w:r>
    </w:p>
    <w:p>
      <w:r>
        <w:rPr>
          <w:b/>
        </w:rPr>
        <w:t xml:space="preserve">[13:18] </w:t>
      </w:r>
      <w:r>
        <w:t>Auratein burqa pehni hui hain, mard topi odhi hui hain, aur dayān chalte hain woh. Islām ka tareeqa yeh hai. Main ek martaba khada tha is ki gate par toh kuch ādmī āye, jaane lage bayen taraf.</w:t>
      </w:r>
    </w:p>
    <w:p>
      <w:pPr>
        <w:jc w:val="right"/>
      </w:pPr>
      <w:r>
        <w:t>عورتیں برقعہ پہنی ہوئی ہیں، مرد ٹوپی اوڑی ہوئی ہیں، اور دائیں چلتے ہیں وہ۔ اسلام کا طریقہ یہ ہے۔ میں ایک مرتبہ کھڑا تھا اس کی گیٹ پر تو کچھ آدمی آئے، جانے لگے بائیں طرف۔</w:t>
      </w:r>
    </w:p>
    <w:p>
      <w:r>
        <w:rPr>
          <w:b/>
        </w:rPr>
        <w:t xml:space="preserve">[13:34] </w:t>
      </w:r>
      <w:r>
        <w:t>to ek aadmi ne pakad khencha un ko, ulte haath kyon ja rahe ho? seedha chalo, yeh islam ka tareeqa hai. yeh bilkul yaani baseless baat hai, is ka islam se koi talluq nahin.</w:t>
      </w:r>
    </w:p>
    <w:p>
      <w:pPr>
        <w:jc w:val="right"/>
      </w:pPr>
      <w:r>
        <w:t>تو ایک آدمی نے پکڑ کھینچا ان کو، الٹے ہاتھ کیوں جا رہے ہو؟ سیدھا چلو، یہ اسلام کا طریقہ ہے۔ یہ بالکل یعنی بیسلیس بات ہے، اس کا اسلام سے کوئی تعلق نہیں۔</w:t>
      </w:r>
    </w:p>
    <w:p>
      <w:r>
        <w:rPr>
          <w:b/>
        </w:rPr>
        <w:t xml:space="preserve">[13:48] </w:t>
      </w:r>
      <w:r>
        <w:t>yeh hai yeh maamla hai social culture ka maamla.</w:t>
      </w:r>
    </w:p>
    <w:p>
      <w:pPr>
        <w:jc w:val="right"/>
      </w:pPr>
      <w:r>
        <w:t>یہ ہے یہ معاملہ ہے سوشل کلچر کا معاملہ۔</w:t>
      </w:r>
    </w:p>
    <w:p>
      <w:r>
        <w:rPr>
          <w:b/>
        </w:rPr>
        <w:t xml:space="preserve">[13:55] </w:t>
      </w:r>
      <w:r>
        <w:t>misalan India mein aap jante hain ke yahan keep left ka usool hai. ab America jayen to wahan keep right ka usool hai.</w:t>
      </w:r>
    </w:p>
    <w:p>
      <w:pPr>
        <w:jc w:val="right"/>
      </w:pPr>
      <w:r>
        <w:t>مثلاً انڈیا میں آپ جانتے ہیں کہ یہاں کیپ لیفٹ کا اصول ہے۔ اب امریکہ جائیں تو وہاں کیپ رائٹ کا اصول ہے۔</w:t>
      </w:r>
    </w:p>
    <w:p>
      <w:r>
        <w:rPr>
          <w:b/>
        </w:rPr>
        <w:t xml:space="preserve">[14:05] </w:t>
      </w:r>
      <w:r>
        <w:t>wahan keep right hai, na woh islam hai, na yeh islam hai. yeh ek social tareeqa hai, samajee tareeqa hai. to yeh sara maamla dekhen, ghalat soch ka hota hai.</w:t>
      </w:r>
    </w:p>
    <w:p>
      <w:pPr>
        <w:jc w:val="right"/>
      </w:pPr>
      <w:r>
        <w:t>وہاں کیپ رائٹ ہے، نہ وہ اسلام ہے، نہ یہ اسلام ہے۔ یہ ایک سوشل طریقہ ہے، سماجی طریقہ ہے۔ تو یہ سارا معاملہ دیکھیں، غلط سوچ کا ہوتا ہے۔</w:t>
      </w:r>
    </w:p>
    <w:p>
      <w:r>
        <w:rPr>
          <w:b/>
        </w:rPr>
        <w:t xml:space="preserve">[14:19] </w:t>
      </w:r>
      <w:r>
        <w:t>sara maamla. sahi soch ya ghalat soch ke darmiyan aadmi zindagi guzarta hai. ghalat soch aap ko tabah kare gi, sahi soch aap ko zindagi de gi.</w:t>
      </w:r>
    </w:p>
    <w:p>
      <w:pPr>
        <w:jc w:val="right"/>
      </w:pPr>
      <w:r>
        <w:t>سارا معاملہ۔ صحیح سوچ یا غلط سوچ کے درمیان آدمی زندگی گزارتا ہے۔ غلط سوچ آپ کو تباہ کرے گی، صحیح سوچ آپ کو زندگی دے گی۔</w:t>
      </w:r>
    </w:p>
    <w:p>
      <w:r>
        <w:rPr>
          <w:b/>
        </w:rPr>
        <w:t xml:space="preserve">[14:35] </w:t>
      </w:r>
      <w:r>
        <w:t>ab mein aap ko ek aur misal deta hoon. kal subah ki misal. mein apne mere ghar ke samne ek balcony hai, jis ko barza kehte hain.</w:t>
      </w:r>
    </w:p>
    <w:p>
      <w:pPr>
        <w:jc w:val="right"/>
      </w:pPr>
      <w:r>
        <w:t>اب میں آپ کو ایک اور مثال دیتا ہوں۔ کل صبح کی مثال۔ میں اپنے میرے گھر کے سامنے ایک بالکنی ہے، جس کو بارزہ کہتے ہیں۔</w:t>
      </w:r>
    </w:p>
    <w:p>
      <w:r>
        <w:rPr>
          <w:b/>
        </w:rPr>
        <w:t xml:space="preserve">[14:49] </w:t>
      </w:r>
      <w:r>
        <w:t>to wahan mein walk karta hoon. rozana. to mein kal wahan walk kar raha tha.</w:t>
      </w:r>
    </w:p>
    <w:p>
      <w:pPr>
        <w:jc w:val="right"/>
      </w:pPr>
      <w:r>
        <w:t>تو وہاں میں واک کرتا ہوں۔ روزانہ۔ تو میں کل وہاں واک کر رہا تھا۔</w:t>
      </w:r>
    </w:p>
    <w:p>
      <w:r>
        <w:rPr>
          <w:b/>
        </w:rPr>
        <w:t xml:space="preserve">[14:59] </w:t>
      </w:r>
      <w:r>
        <w:t>to hamare ghar bilkul road par hai. to wahan par har waqt car ja rahi hai, scooter ja raha hai. to har aadmi ka haath hota hai horn par.</w:t>
      </w:r>
    </w:p>
    <w:p>
      <w:pPr>
        <w:jc w:val="right"/>
      </w:pPr>
      <w:r>
        <w:t>تو ہمارے گھر بالکل روڈ پر ہے۔ تو وہاں پر ہر وقت کار جا رہی ہے، اسکوٹر جا رہا ہے۔ تو ہر آدمی کا ہاتھ ہوتا ہے ہارن پر۔</w:t>
      </w:r>
    </w:p>
    <w:p>
      <w:r>
        <w:rPr>
          <w:b/>
        </w:rPr>
        <w:t xml:space="preserve">[15:10] </w:t>
      </w:r>
      <w:r>
        <w:t>jis ko dekhen horn baja raha hai, khwamkhwah horn baja raha hai. developed countries mein horn nahin bajaya jata. aap America jaiye, Germany jaiye, France jaiye to aap horn ki awaz hi nahin sunenge.</w:t>
      </w:r>
    </w:p>
    <w:p>
      <w:pPr>
        <w:jc w:val="right"/>
      </w:pPr>
      <w:r>
        <w:t>جس کو دیکھیں ہارن بجا رہا ہے، خوامخواہ ہارن بجا رہا ہے۔ ڈیولپڈ کنٹریز میں ہارن نہیں بجایا جاتا۔ آپ امریکہ جائیے، جرمنی جائیے، فرانس جائیے تو آپ ہارن کی آواز ہی نہیں سنیں گے۔</w:t>
      </w:r>
    </w:p>
    <w:p>
      <w:r>
        <w:rPr>
          <w:b/>
        </w:rPr>
        <w:t xml:space="preserve">[15:22] </w:t>
      </w:r>
      <w:r>
        <w:t>cars dor rahi hain, dor rahi hain, lekin koi horn nahin bajata. yeh to back pat countries mein yeh sab hai. under developed countries mein yeh hai horn bajana.</w:t>
      </w:r>
    </w:p>
    <w:p>
      <w:pPr>
        <w:jc w:val="right"/>
      </w:pPr>
      <w:r>
        <w:t>کاریں دوڑ رہی ہیں، دوڑ رہی ہیں، لیکن کوئی ہارن نہیں بجاتا۔ یہ تو بیک پٹ کنٹریز میں یہ سب ہے۔ انڈر ڈیولپڈ کنٹریز میں یہ ہے ہارن بجانا۔</w:t>
      </w:r>
    </w:p>
    <w:p>
      <w:r>
        <w:rPr>
          <w:b/>
        </w:rPr>
        <w:t xml:space="preserve">[15:33] </w:t>
      </w:r>
      <w:r>
        <w:t>to khair, mein wahan walk kar raha tha, bar bar horn baj raha hai, to disturb ho raha hai. sun sun kar wehshat ho rahi thi.</w:t>
      </w:r>
    </w:p>
    <w:p>
      <w:pPr>
        <w:jc w:val="right"/>
      </w:pPr>
      <w:r>
        <w:t>تو خیر، میں وہاں واک کر رہا تھا، بار بار ہارن بج رہا ہے، تو ڈسٹرب ہو رہا ہے۔ سن سن کر وحشت ہو رہی تھی۔</w:t>
      </w:r>
    </w:p>
    <w:p>
      <w:r>
        <w:rPr>
          <w:b/>
        </w:rPr>
        <w:t xml:space="preserve">[15:44] </w:t>
      </w:r>
      <w:r>
        <w:t>to bohat hi yaani mere mind mein ek aaya, thori dair ke liye ghussa aaya. mein ne kaha kaash mere haath mein, mujhe ikhtiyar hota to mein in sab logon ko shoot kar deta.</w:t>
      </w:r>
    </w:p>
    <w:p>
      <w:pPr>
        <w:jc w:val="right"/>
      </w:pPr>
      <w:r>
        <w:t>تو بہت ہی یعنی میرے مائنڈ میں ایک آیا، تھوڑی دیر کے لیے غصہ آیا۔ میں نے کہا کاش میرے ہاتھ میں، مجھے اختیار ہوتا تو میں ان سب لوگوں کو شوٹ کر دیتا۔</w:t>
      </w:r>
    </w:p>
    <w:p>
      <w:r>
        <w:rPr>
          <w:b/>
        </w:rPr>
        <w:t xml:space="preserve">[15:57] </w:t>
      </w:r>
      <w:r>
        <w:t>is ghusse mein mein ne kaha kaash mujhe ikhtiyar hota to mein in sare logon ko shoot kar deta. jo horn baja baja kar nuisance create kar rahe hain.</w:t>
      </w:r>
    </w:p>
    <w:p>
      <w:pPr>
        <w:jc w:val="right"/>
      </w:pPr>
      <w:r>
        <w:t>اس غصے میں میں نے کہا کاش مجھے اختیار ہوتا تو میں ان سارے لوگوں کو شوٹ کر دیتا۔ جو ہارن بجا بجا کر نیوسنس کریٹ کر رہے ہیں۔</w:t>
      </w:r>
    </w:p>
    <w:p>
      <w:r>
        <w:rPr>
          <w:b/>
        </w:rPr>
        <w:t xml:space="preserve">[16:06] </w:t>
      </w:r>
      <w:r>
        <w:t>isi English mein kehte hain nuisance. nuisance create kar rahe hain. yeh thori dair ke liye mere mind mein aaya. phir mein ne socha.</w:t>
      </w:r>
    </w:p>
    <w:p>
      <w:pPr>
        <w:jc w:val="right"/>
      </w:pPr>
      <w:r>
        <w:t>اسی انگلش میں کہتے ہیں نیوسنس۔ نیوسنس کریٹ کر رہے ہیں۔ یہ تھوڑی دیر کے لیے میرے مائنڈ میں آیا۔ پھر میں نے سوچا۔</w:t>
      </w:r>
    </w:p>
    <w:p>
      <w:r>
        <w:rPr>
          <w:b/>
        </w:rPr>
        <w:t xml:space="preserve">[16:18] </w:t>
      </w:r>
      <w:r>
        <w:t>to mein ne kaha ke jo awaz mein sun raha hoon, woh awaz Allah taala bhi sun rahe hain. yeh to nahin ke Allah taala ko sunai nahin deta.</w:t>
      </w:r>
    </w:p>
    <w:p>
      <w:pPr>
        <w:jc w:val="right"/>
      </w:pPr>
      <w:r>
        <w:t>تو میں نے کہا کہ جو آواز میں سن رہا ہوں، وہ آواز اللہ تعالیٰ بھی سن رہے ہیں۔ یہ تو نہیں کہ اللہ تعالیٰ کو سنائی نہیں دیتا۔</w:t>
      </w:r>
    </w:p>
    <w:p>
      <w:r>
        <w:rPr>
          <w:b/>
        </w:rPr>
        <w:t xml:space="preserve">[16:30] </w:t>
      </w:r>
      <w:r>
        <w:t>woh samee bhi hai. Allah jis tarah khaliq hai, us tarah samee bhi hai. yaani creator bhi hai to sunne wala bhi hai woh.</w:t>
      </w:r>
    </w:p>
    <w:p>
      <w:pPr>
        <w:jc w:val="right"/>
      </w:pPr>
      <w:r>
        <w:t>وہ سمیع بھی ہے۔ اللہ جس طرح خالق ہے، اس طرح سمیع بھی ہے۔ یعنی کریٹر بھی ہے تو سننے والا بھی ہے وہ۔</w:t>
      </w:r>
    </w:p>
    <w:p>
      <w:r>
        <w:rPr>
          <w:b/>
        </w:rPr>
        <w:t xml:space="preserve">[16:39] </w:t>
      </w:r>
      <w:r>
        <w:t>to mein ne socha ke mein to ek road par, itni door jahan mera ghar hai, wahan ki awazon ko sun raha hoon, is nuisance ko.</w:t>
      </w:r>
    </w:p>
    <w:p>
      <w:pPr>
        <w:jc w:val="right"/>
      </w:pPr>
      <w:r>
        <w:t>تو میں نے سوچا کہ میں تو ایک روڈ پر، اتنی دور جہاں میرا گھر ہے، وہاں کی آوازوں کو سن رہا ہوں، اس نیوسنس کو۔</w:t>
      </w:r>
    </w:p>
    <w:p>
      <w:r>
        <w:rPr>
          <w:b/>
        </w:rPr>
        <w:t xml:space="preserve">[16:51] </w:t>
      </w:r>
      <w:r>
        <w:t>lekin Khuda to pure Delhi ke nuisance sun raha hai. pure India ke nuisance sun raha hai. aur nuisance ka aur bohat sa tareeqa hai. koi awaz hi ki baat nahin hai.</w:t>
      </w:r>
    </w:p>
    <w:p>
      <w:pPr>
        <w:jc w:val="right"/>
      </w:pPr>
      <w:r>
        <w:t>لیکن خدا تو پورے دلی کے نیوسنس سن رہا ہے۔ پورے انڈیا کے نیوسنس سن رہا ہے۔ اور نیوسنس کا اور بہت سا طریقہ ہے۔ کوئی آواز ہی کی بات نہیں ہے۔</w:t>
      </w:r>
    </w:p>
    <w:p>
      <w:r>
        <w:rPr>
          <w:b/>
        </w:rPr>
        <w:t xml:space="preserve">[17:02] </w:t>
      </w:r>
      <w:r>
        <w:t>hazaron qism ke nuisance log create kar rahe hain. to Khuda ko sara nuisance sunai de raha hai. to mein ne socha ke kaisa ajeeb hoga woh Khuda.</w:t>
      </w:r>
    </w:p>
    <w:p>
      <w:pPr>
        <w:jc w:val="right"/>
      </w:pPr>
      <w:r>
        <w:t>ہزاروں قسم کے نیوسنس لوگ کریٹ کر رہے ہیں۔ تو خدا کو سارا نیوسنس سنائی دے رہا ہے۔ تو میں نے سوچا کہ کیسا عجیب ہوگا وہ خدا۔</w:t>
      </w:r>
    </w:p>
    <w:p>
      <w:r>
        <w:rPr>
          <w:b/>
        </w:rPr>
        <w:t xml:space="preserve">[17:15] </w:t>
      </w:r>
      <w:r>
        <w:t>jo disturb nahin hota. to mein ne Khuda ki ek ek sifat ko daryaft kiya. is ke ek attribute ko daryaft kiya.</w:t>
      </w:r>
    </w:p>
    <w:p>
      <w:pPr>
        <w:jc w:val="right"/>
      </w:pPr>
      <w:r>
        <w:t>جو ڈسٹرب نہیں ہوتا۔ تو میں نے خدا کی ایک ایک صفت کو دریافت کیا۔ اس کے ایک ایٹریبیوٹ کو دریافت کیا۔</w:t>
      </w:r>
    </w:p>
    <w:p>
      <w:r>
        <w:rPr>
          <w:b/>
        </w:rPr>
        <w:t xml:space="preserve">[17:24] </w:t>
      </w:r>
      <w:r>
        <w:t>ke Khuda ki capacity itni zyada hai, itni zyada hai, itni zyada hai. ke us ko woh all powerful hai. aur sari duniya ke nuisance bhi sun raha hai woh.</w:t>
      </w:r>
    </w:p>
    <w:p>
      <w:pPr>
        <w:jc w:val="right"/>
      </w:pPr>
      <w:r>
        <w:t>کہ خدا کی کیپیسٹی اتنی زیادہ ہے، اتنی زیادہ ہے، اتنی زیادہ ہے۔ کہ اس کو وہ آل پاور فل ہے۔ اور ساری دنیا کے نیوسنس بھی سن رہا ہے وہ۔</w:t>
      </w:r>
    </w:p>
    <w:p>
      <w:r>
        <w:rPr>
          <w:b/>
        </w:rPr>
        <w:t xml:space="preserve">[17:34] </w:t>
      </w:r>
      <w:r>
        <w:t>lekin koi action nahin leta. kaisi ajeeb yeh sifat Allah taala ki. yeh way of thinking se dekhen, ek way of thinking us ko le rahi thi ghusse ki taraf, aur sab ko maro ki taraf.</w:t>
      </w:r>
    </w:p>
    <w:p>
      <w:pPr>
        <w:jc w:val="right"/>
      </w:pPr>
      <w:r>
        <w:t>لیکن کوئی ایکشن نہیں لیتا۔ کیسی عجیب یہ صفت اللہ تعالیٰ کی۔ یہ وے آف تھنکنگ سے دیکھیں، ایک وے آف تھنکنگ اس کو لے رہی تھی غصے کی طرف، اور سب کو مارو کی طرف۔</w:t>
      </w:r>
    </w:p>
    <w:p>
      <w:r>
        <w:rPr>
          <w:b/>
        </w:rPr>
        <w:t xml:space="preserve">[17:48] </w:t>
      </w:r>
      <w:r>
        <w:t>doosri way of thinking idhar le gai. yaani ek way of thinking us ko negative bana rahi thi, ghusse ki taraf le ja rahi thi.</w:t>
      </w:r>
    </w:p>
    <w:p>
      <w:pPr>
        <w:jc w:val="right"/>
      </w:pPr>
      <w:r>
        <w:t>دوسری وے آف تھنکنگ ادھر لے گئی۔ یعنی ایک وے آف تھنکنگ اس کو نیگیٹو بنا رہی تھی، غصے کی طرف لے جا رہی تھی۔</w:t>
      </w:r>
    </w:p>
    <w:p>
      <w:r>
        <w:rPr>
          <w:b/>
        </w:rPr>
        <w:t xml:space="preserve">[17:58] </w:t>
      </w:r>
      <w:r>
        <w:t>yeh taraf dekhen, sab ko maro, sab ko shoot karo. aur doosri way of thinking jo thi, us mein mein ne Allah ki ek sifat ko daryaft kar liya.</w:t>
      </w:r>
    </w:p>
    <w:p>
      <w:pPr>
        <w:jc w:val="right"/>
      </w:pPr>
      <w:r>
        <w:t>یہ طرف دیکھیں، سب کو مارو، سب کو شوٹ کرو۔ اور دوسری وے آف تھنکنگ جو تھی، اس میں میں نے اللہ کی ایک صفت کو دریافت کر لیا۔</w:t>
      </w:r>
    </w:p>
    <w:p>
      <w:r>
        <w:rPr>
          <w:b/>
        </w:rPr>
        <w:t xml:space="preserve">[18:08] </w:t>
      </w:r>
      <w:r>
        <w:t>Allah se talluq barh gaya.</w:t>
      </w:r>
    </w:p>
    <w:p>
      <w:pPr>
        <w:jc w:val="right"/>
      </w:pPr>
      <w:r>
        <w:t>اللہ سے تعلق بڑھ گیا۔</w:t>
      </w:r>
    </w:p>
    <w:p>
      <w:r>
        <w:rPr>
          <w:b/>
        </w:rPr>
        <w:t xml:space="preserve">[18:13] </w:t>
      </w:r>
      <w:r>
        <w:t>phir mujhe ek ayat yaad aai. dekhen surah fatir mein ek ayat hai. surah fatir, ayat number ghaliban 45.</w:t>
      </w:r>
    </w:p>
    <w:p>
      <w:pPr>
        <w:jc w:val="right"/>
      </w:pPr>
      <w:r>
        <w:t>پھر مجھے ایک آیت یاد آئی۔ دیکھیں سورہ فاطر میں ایک آیت ہے۔ سورہ فاطر، آیت نمبر غالباً 45۔</w:t>
      </w:r>
    </w:p>
    <w:p>
      <w:r>
        <w:rPr>
          <w:b/>
        </w:rPr>
        <w:t xml:space="preserve">[18:27] </w:t>
      </w:r>
      <w:r>
        <w:t>walo ya khuz Allahu alnnasa bima kasabu ma taraka ala zirr tin min dabbatin.</w:t>
      </w:r>
    </w:p>
    <w:p>
      <w:pPr>
        <w:jc w:val="right"/>
      </w:pPr>
      <w:r>
        <w:t>ولو یؤخذ اللہ الناس بما کسبوا ما ترک علی ذرہ من دابہ۔</w:t>
      </w:r>
    </w:p>
    <w:p>
      <w:r>
        <w:rPr>
          <w:b/>
        </w:rPr>
        <w:t xml:space="preserve">[18:38] </w:t>
      </w:r>
      <w:r>
        <w:t>yeh surah fatir mein ayat 45 hai. is ka matlab yeh hai</w:t>
      </w:r>
    </w:p>
    <w:p>
      <w:pPr>
        <w:jc w:val="right"/>
      </w:pPr>
      <w:r>
        <w:t>یہ سورہ فاطر میں آیت 45 ہے۔ اس کا مطلب یہ ہے</w:t>
      </w:r>
    </w:p>
    <w:p>
      <w:r>
        <w:rPr>
          <w:b/>
        </w:rPr>
        <w:t xml:space="preserve">[18:44] </w:t>
      </w:r>
      <w:r>
        <w:t>ke Allah agar logon ke, yaani kasaba ka matlab jo jo kar rahe hain log, jo khurafat bikher rahe hain,</w:t>
      </w:r>
    </w:p>
    <w:p>
      <w:pPr>
        <w:jc w:val="right"/>
      </w:pPr>
      <w:r>
        <w:t>کہ اللہ اگر لوگوں کے، یعنی کسبہ کا مطلب جو جو کر رہے ہیں لوگ، جو خرافات بکھر رہے ہیں،</w:t>
      </w:r>
    </w:p>
    <w:p>
      <w:r>
        <w:rPr>
          <w:b/>
        </w:rPr>
        <w:t xml:space="preserve">[18:55] </w:t>
      </w:r>
      <w:r>
        <w:t>jo nyoosans kriet kar rahe hain, agar Allah logon ko un ke upar pakadta to zameen par ek rengne wala haiwan na hota.</w:t>
      </w:r>
    </w:p>
    <w:p>
      <w:pPr>
        <w:jc w:val="right"/>
      </w:pPr>
      <w:r>
        <w:t>جو نیوسنس کریٹ کر رہے ہیں، اگر اللہ لوگوں کو ان کے اوپر پکڑتا تو زمین پر ایک رینگنے والا حیوان نہ ہوتا۔</w:t>
      </w:r>
    </w:p>
    <w:p>
      <w:r>
        <w:rPr>
          <w:b/>
        </w:rPr>
        <w:t xml:space="preserve">[19:08] </w:t>
      </w:r>
      <w:r>
        <w:t>ma taraka ala zirr tin min dabbatin. agar logon ko pakadta Allah un ke bad amali par, un ko jo nyoosans kriet kar rahe hain is par, to zameen par ek bhi chalne wala na hota.</w:t>
      </w:r>
    </w:p>
    <w:p>
      <w:pPr>
        <w:jc w:val="right"/>
      </w:pPr>
      <w:r>
        <w:t>ما ترک علی ذرہ من دابہ۔ اگر لوگوں کو پکڑتا اللہ ان کے بد اعمالی پر، ان کو جو نیوسنس کریٹ کر رہے ہیں اس پر، تو زمین پر ایک بھی چلنے والا نہ ہوتا۔</w:t>
      </w:r>
    </w:p>
    <w:p>
      <w:r>
        <w:rPr>
          <w:b/>
        </w:rPr>
        <w:t xml:space="preserve">[19:26] </w:t>
      </w:r>
      <w:r>
        <w:t>to main ne socha ke itni bari taqat Allah taala ki hai,</w:t>
      </w:r>
    </w:p>
    <w:p>
      <w:pPr>
        <w:jc w:val="right"/>
      </w:pPr>
      <w:r>
        <w:t>تو میں نے سوچا کہ اتنی بڑی طاقت اللہ تعالیٰ کی ہے،</w:t>
      </w:r>
    </w:p>
    <w:p>
      <w:r>
        <w:rPr>
          <w:b/>
        </w:rPr>
        <w:t xml:space="preserve">[19:33] </w:t>
      </w:r>
      <w:r>
        <w:t>lekin woh nyoosans ko bardasht kar raha hai. phir aur socha, aur socha, aur socha.</w:t>
      </w:r>
    </w:p>
    <w:p>
      <w:pPr>
        <w:jc w:val="right"/>
      </w:pPr>
      <w:r>
        <w:t>لیکن وہ نیوسنس کو برداشت کر رہا ہے۔ پھر اور سوچا، اور سوچا، اور سوچا۔</w:t>
      </w:r>
    </w:p>
    <w:p>
      <w:r>
        <w:rPr>
          <w:b/>
        </w:rPr>
        <w:t xml:space="preserve">[19:42] </w:t>
      </w:r>
      <w:r>
        <w:t>to meri samajh mein yeh baat aai ke Allah taala taqat ke bawajood kyon bardasht kar rahe hain. is ke peeche koi, yaani koi meaningful purpose hona chahiye.</w:t>
      </w:r>
    </w:p>
    <w:p>
      <w:pPr>
        <w:jc w:val="right"/>
      </w:pPr>
      <w:r>
        <w:t>تو میری سمجھ میں یہ بات آئی کہ اللہ تعالیٰ طاقت کے باوجود کیوں برداشت کر رہے ہیں۔ اس کے پیچھے کوئی، یعنی کوئی میننگ فل پرپس ہونا چاہیے۔</w:t>
      </w:r>
    </w:p>
    <w:p>
      <w:r>
        <w:rPr>
          <w:b/>
        </w:rPr>
        <w:t xml:space="preserve">[20:00] </w:t>
      </w:r>
      <w:r>
        <w:t>to phir main ne socha ke Allah taala ne insan ko banaya, us ko azadi di. azadi ko mis use karne ki wajah se yeh sara nyoosans kriet hota hai.</w:t>
      </w:r>
    </w:p>
    <w:p>
      <w:pPr>
        <w:jc w:val="right"/>
      </w:pPr>
      <w:r>
        <w:t>تو پھر میں نے سوچا کہ اللہ تعالیٰ نے انسان کو بنایا، اس کو آزادی دی۔ آزادی کو مس یوز کرنے کی وجہ سے یہ سارا نیوسنس کریٹ ہوتا ہے۔</w:t>
      </w:r>
    </w:p>
    <w:p>
      <w:r>
        <w:rPr>
          <w:b/>
        </w:rPr>
        <w:t xml:space="preserve">[20:16] </w:t>
      </w:r>
      <w:r>
        <w:t>to azadi di, aur Allah taala ko yeh dekhna hai poori tareekh mein in afraad ko chunna hai, in in individual ko select karna hai jo azadi ke bawajood apne aap ko sahi raste par baqi rakhen.</w:t>
      </w:r>
    </w:p>
    <w:p>
      <w:pPr>
        <w:jc w:val="right"/>
      </w:pPr>
      <w:r>
        <w:t>تو آزادی دی، اور اللہ تعالیٰ کو یہ دیکھنا ہے پوری تاریخ میں ان افراد کو چننا ہے، ان ان انڈیویجول کو سلیکٹ کرنا ہے جو آزادی کے باوجود اپنے آپ کو صحیح راستے پر باقی رکھیں۔</w:t>
      </w:r>
    </w:p>
    <w:p>
      <w:r>
        <w:rPr>
          <w:b/>
        </w:rPr>
        <w:t xml:space="preserve">[20:37] </w:t>
      </w:r>
      <w:r>
        <w:t>yaani azadi ke bawajood azadi ko mis use na karen. azadi ke bawajood azadi ko right way mein istemal karen. aise logon ko chunna hai.</w:t>
      </w:r>
    </w:p>
    <w:p>
      <w:pPr>
        <w:jc w:val="right"/>
      </w:pPr>
      <w:r>
        <w:t>یعنی آزادی کے باوجود آزادی کو مس یوز نہ کریں۔ آزادی کے باوجود آزادی کو رائٹ وے میں استعمال کریں۔ ایسے لوگوں کو چننا ہے۔</w:t>
      </w:r>
    </w:p>
    <w:p>
      <w:r>
        <w:rPr>
          <w:b/>
        </w:rPr>
        <w:t xml:space="preserve">[20:48] </w:t>
      </w:r>
      <w:r>
        <w:t>to Allah ne ek jannat banai, bohat hi ideal, bohat hi perfect. har cheez wahan par hai. is mein Allah ko basana hai, in selected logon ko.</w:t>
      </w:r>
    </w:p>
    <w:p>
      <w:pPr>
        <w:jc w:val="right"/>
      </w:pPr>
      <w:r>
        <w:t>تو اللہ نے ایک جنت بنائی، بہت ہی آئیڈیل، بہت ہی پرفیکٹ۔ ہر چیز وہاں پر ہے۔ اس میں اللہ کو بسانا ہے، ان سلیکٹڈ لوگوں کو۔</w:t>
      </w:r>
    </w:p>
    <w:p>
      <w:r>
        <w:rPr>
          <w:b/>
        </w:rPr>
        <w:t xml:space="preserve">[21:02] </w:t>
      </w:r>
      <w:r>
        <w:t>phir jo Allah ki jannat sooli reh jayegi. zara ghor kijiye. yaani agar Allah logon ko maar dale to kahan se woh insan chunne jayenge?</w:t>
      </w:r>
    </w:p>
    <w:p>
      <w:pPr>
        <w:jc w:val="right"/>
      </w:pPr>
      <w:r>
        <w:t>پھر جو اللہ کی جنت سولی رہ جائے گی۔ ذرا غور کیجیے۔ یعنی اگر اللہ لوگوں کو مار ڈالے تو کہاں سے وہ انسان چنے جائیں گے؟</w:t>
      </w:r>
    </w:p>
    <w:p>
      <w:r>
        <w:rPr>
          <w:b/>
        </w:rPr>
        <w:t xml:space="preserve">[21:16] </w:t>
      </w:r>
      <w:r>
        <w:t>inhi halaat mein chunna hai Allah taala ko. Allah ko aise insan chunna hai jannat mein basane ke liye jo apni azadi ko mis use na karen.</w:t>
      </w:r>
    </w:p>
    <w:p>
      <w:pPr>
        <w:jc w:val="right"/>
      </w:pPr>
      <w:r>
        <w:t>انہی حالات میں چننا ہے اللہ تعالیٰ کو۔ اللہ کو ایسے انسان چننا ہے جنت میں بسانے کے لیے جو اپنی آزادی کو مس یوز نہ کریں۔</w:t>
      </w:r>
    </w:p>
    <w:p>
      <w:r>
        <w:rPr>
          <w:b/>
        </w:rPr>
        <w:t xml:space="preserve">[21:28] </w:t>
      </w:r>
      <w:r>
        <w:t>jo jhoot na bolen, sach bolen apne ikhtiyar se. jo kisi ka maal ghassab na karen. jo kisi ko pareshan na karen.</w:t>
      </w:r>
    </w:p>
    <w:p>
      <w:pPr>
        <w:jc w:val="right"/>
      </w:pPr>
      <w:r>
        <w:t>جو جھوٹ نہ بولیں، سچ بولیں اپنے اختیار سے۔ جو کسی کا مال غصب نہ کریں۔ جو کسی کو پریشان نہ کریں۔</w:t>
      </w:r>
    </w:p>
    <w:p>
      <w:r>
        <w:rPr>
          <w:b/>
        </w:rPr>
        <w:t xml:space="preserve">[21:40] </w:t>
      </w:r>
      <w:r>
        <w:t>jo nyoosans kriet na karen. chahe woh family mein hon, chahe woh society mein hon, chahe woh poori qaum ke andar hon ya dunya ke naqshe par hon, kahin bhi hon,</w:t>
      </w:r>
    </w:p>
    <w:p>
      <w:pPr>
        <w:jc w:val="right"/>
      </w:pPr>
      <w:r>
        <w:t>جو نیوسنس کریٹ نہ کریں۔ چاہے وہ فیملی میں ہوں، چاہے وہ سوسائٹی میں ہوں، چاہے وہ پوری قوم کے اندر ہوں یا دنیا کے نقشے پر ہوں، کہیں بھی ہوں،</w:t>
      </w:r>
    </w:p>
    <w:p>
      <w:r>
        <w:rPr>
          <w:b/>
        </w:rPr>
        <w:t xml:space="preserve">[21:55] </w:t>
      </w:r>
      <w:r>
        <w:t>woh right conduct ka saboot den. right conduct, yaani sahi kirdaar. un ki soch positive ho, un ke bol jo hain sachai ka bol ho, un ki dealing jo hai is mein amanat ho, honesty ho.</w:t>
      </w:r>
    </w:p>
    <w:p>
      <w:pPr>
        <w:jc w:val="right"/>
      </w:pPr>
      <w:r>
        <w:t>وہ رائٹ کنڈکٹ کا ثبوت دیں۔ رائٹ کنڈکٹ، یعنی صحیح کردار۔ ان کی سوچ پازیٹیو ہو، ان کے بول جو ہیں سچائی کا بول ہو، ان کی ڈیلنگ جو ہے اس میں امانت ہو، ہونسٹری ہو۔</w:t>
      </w:r>
    </w:p>
    <w:p>
      <w:r>
        <w:rPr>
          <w:b/>
        </w:rPr>
        <w:t xml:space="preserve">[22:13] </w:t>
      </w:r>
      <w:r>
        <w:t>aise insan Khuda ko chunne hain taake jannat mein basaya jaye. zalika jaza ma tuzakkar.</w:t>
      </w:r>
    </w:p>
    <w:p>
      <w:pPr>
        <w:jc w:val="right"/>
      </w:pPr>
      <w:r>
        <w:t>ایسے انسان خدا کو چننے ہیں تاکہ جنت میں بسایا جائے۔ ذالک جزا ما تذکر۔</w:t>
      </w:r>
    </w:p>
    <w:p>
      <w:r>
        <w:rPr>
          <w:b/>
        </w:rPr>
        <w:t xml:space="preserve">[22:22] </w:t>
      </w:r>
      <w:r>
        <w:t>ab aap ghor kijiye ke Allah ko agar ghussa aa jaye, agar Allah ko yeh ho jaye ke maro in zalimon ko, to kya hoga?</w:t>
      </w:r>
    </w:p>
    <w:p>
      <w:pPr>
        <w:jc w:val="right"/>
      </w:pPr>
      <w:r>
        <w:t>اب آپ غور کیجیے کہ اللہ کو اگر غصہ آ جائے، اگر اللہ کو یہ ہو جائے کہ مارو ان ظالموں کو، تو کیا ہوگا؟</w:t>
      </w:r>
    </w:p>
    <w:p>
      <w:r>
        <w:rPr>
          <w:b/>
        </w:rPr>
        <w:t xml:space="preserve">[22:36] </w:t>
      </w:r>
      <w:r>
        <w:t>Allah ki planning hi jeopardized ho jayegi. Allah ki planning jo hai woh jeopardized ho jayegi.</w:t>
      </w:r>
    </w:p>
    <w:p>
      <w:pPr>
        <w:jc w:val="right"/>
      </w:pPr>
      <w:r>
        <w:t>اللہ کی پلاننگ ہی جبرڈائز ہو جائے گی۔ اللہ کی پلاننگ جو ہے وہ جبرڈائز ہو جائے گی۔</w:t>
      </w:r>
    </w:p>
    <w:p>
      <w:r>
        <w:rPr>
          <w:b/>
        </w:rPr>
        <w:t xml:space="preserve">[22:45] </w:t>
      </w:r>
      <w:r>
        <w:t>jannat sooli reh jayegi. phir Khuda ko yeh karna padega ke chalo jannat bhi ko bhi tod dalo, is ko bhi khatam karo. to Khuda aisa kar sakta hai?</w:t>
      </w:r>
    </w:p>
    <w:p>
      <w:pPr>
        <w:jc w:val="right"/>
      </w:pPr>
      <w:r>
        <w:t>جنت سولی رہ جائے گی۔ پھر خدا کو یہ کرنا پڑے گا کہ چلو جنت بھی کو بھی توڑ ڈالو، اس کو بھی ختم کرو۔ تو خدا ایسا کر سکتا ہے؟</w:t>
      </w:r>
    </w:p>
    <w:p>
      <w:r>
        <w:rPr>
          <w:b/>
        </w:rPr>
        <w:t xml:space="preserve">[22:58] </w:t>
      </w:r>
      <w:r>
        <w:t>phir sochte sochte iblis ne samjhaya. dekhen aaj jab aap apne mind ko negative soch ki taraf na le jayen, positive soch ki taraf le jayen to bohat bari bari baaten samne aati hain.</w:t>
      </w:r>
    </w:p>
    <w:p>
      <w:pPr>
        <w:jc w:val="right"/>
      </w:pPr>
      <w:r>
        <w:t>پھر سوچتے سوچتے ابلیس نے سمجھایا۔ دیکھیں آج جب آپ اپنے مائنڈ کو نیگیٹیو سوچ کی طرف نہ لے جائیں، پازیٹیو سوچ کی طرف لے جائیں تو بہت بڑی بڑی باتیں سامنے آتی ہیں۔</w:t>
      </w:r>
    </w:p>
    <w:p>
      <w:r>
        <w:rPr>
          <w:b/>
        </w:rPr>
        <w:t xml:space="preserve">[23:17] </w:t>
      </w:r>
      <w:r>
        <w:t>ab main ne socha ke aaj kal musalman dunya bhar mein kya kar rahe hain? nafrat culture chala rahe hain, bomb culture chala rahe hain, gun culture chala rahe hain.</w:t>
      </w:r>
    </w:p>
    <w:p>
      <w:pPr>
        <w:jc w:val="right"/>
      </w:pPr>
      <w:r>
        <w:t>اب میں نے سوچا کہ آج کل مسلمان دنیا بھر میں کیا کر رہے ہیں؟ نفرت کلچر چلا رہے ہیں، بم کلچر چلا رہے ہیں، گن کلچر چلا رہے ہیں۔</w:t>
      </w:r>
    </w:p>
    <w:p>
      <w:r>
        <w:rPr>
          <w:b/>
        </w:rPr>
        <w:t xml:space="preserve">[23:28] </w:t>
      </w:r>
      <w:r>
        <w:t>kuch logon ko, kuch qaumon ko unhon ne declare kar rakha hai ke yeh dushman hain, yeh conspiracy karte hain, yeh sazishi hain, yeh Islam ke khilaf hain, maro in ko.</w:t>
      </w:r>
    </w:p>
    <w:p>
      <w:pPr>
        <w:jc w:val="right"/>
      </w:pPr>
      <w:r>
        <w:t>کچھ لوگوں کو، کچھ قوموں کو انہوں نے ڈیکلئیر کر رکھا ہے کہ یہ دشمن ہیں، یہ کانسپریسی کرتے ہیں، یہ سازشی ہیں، یہ اسلام کے خلاف ہیں، مارو ان کو۔</w:t>
      </w:r>
    </w:p>
    <w:p>
      <w:r>
        <w:rPr>
          <w:b/>
        </w:rPr>
        <w:t xml:space="preserve">[23:39] </w:t>
      </w:r>
      <w:r>
        <w:t>achha maarne ke liye kya kar rahe hain woh? pehle zamane mein insaan is tarah se, yaani</w:t>
      </w:r>
    </w:p>
    <w:p>
      <w:pPr>
        <w:jc w:val="right"/>
      </w:pPr>
      <w:r>
        <w:t>اچھا مارنے کے لیے کیا کر رہے ہیں وہ؟ پہلے زمانے میں انسان اس طرح سے، یعنی</w:t>
      </w:r>
    </w:p>
    <w:p>
      <w:r>
        <w:rPr>
          <w:b/>
        </w:rPr>
        <w:t xml:space="preserve">[23:50] </w:t>
      </w:r>
      <w:r>
        <w:t>violence chala hi sakta tha. pehle zamane mein insaan is tarah se nahin maar sakta tha. is ki zaroorat thi communication ki, is ki zaroorat thi modern technology ki, is ki zaroorat thi naye qism ke bane hathiyaron ki.</w:t>
      </w:r>
    </w:p>
    <w:p>
      <w:pPr>
        <w:jc w:val="right"/>
      </w:pPr>
      <w:r>
        <w:t>وائلنس چلا ہی سکتا تھا۔ پہلے زمانے میں انسان اس طرح سے نہیں مار سکتا تھا۔ اس کی ضرورت تھی کمیونیکیشن کی، اس کی ضرورت تھی ماڈرن ٹیکنالوجی کی، اس کی ضرورت تھی نئے قسم کے بنے ہتھیاروں کی۔</w:t>
      </w:r>
    </w:p>
    <w:p>
      <w:r>
        <w:rPr>
          <w:b/>
        </w:rPr>
        <w:t xml:space="preserve">[24:06] </w:t>
      </w:r>
      <w:r>
        <w:t>yeh sara jo modern technology hai, agar na ho to aap ka yeh so called jihad bhi khatm ho jaye. yaani jihad ke naam par jo violence musalman duniya bhar mein kar rahe hain, woh modern technology ke bal par hai, woh na ho to sab khatm.</w:t>
      </w:r>
    </w:p>
    <w:p>
      <w:pPr>
        <w:jc w:val="right"/>
      </w:pPr>
      <w:r>
        <w:t>یہ سارا جو ماڈرن ٹیکنالوجی ہے، اگر نہ ہو تو آپ کا یہ سو کالڈ جہاد بھی ختم ہو جائے۔ یعنی جہاد کے نام پر جو وائلنس مسلمان دنیا بھر میں کر رہے ہیں، وہ ماڈرن ٹیکنالوجی کے بل پر ہے، وہ نہ ہو تو سب ختم۔</w:t>
      </w:r>
    </w:p>
    <w:p>
      <w:r>
        <w:rPr>
          <w:b/>
        </w:rPr>
        <w:t xml:space="preserve">[24:26] </w:t>
      </w:r>
      <w:r>
        <w:t>misalan dekhein aaj kal musalman kya kar rahe hain? ek bomb ko wahan par plant kar diya, wahan road par.</w:t>
      </w:r>
    </w:p>
    <w:p>
      <w:pPr>
        <w:jc w:val="right"/>
      </w:pPr>
      <w:r>
        <w:t>مثلاً دیکھیں آج کل مسلمان کیا کر رہے ہیں؟ ایک بم کو وہاں پر پلانٹ کر دیا، وہاں روڈ پر۔</w:t>
      </w:r>
    </w:p>
    <w:p>
      <w:r>
        <w:rPr>
          <w:b/>
        </w:rPr>
        <w:t xml:space="preserve">[24:37] </w:t>
      </w:r>
      <w:r>
        <w:t>un ko pata chala ke yahan se falan ki gaadi guzarne wali hai, jo un ke nazdeek islam dushman hai, us ka wahan par juloos karne wala hai, us ki gaadi guzregi.</w:t>
      </w:r>
    </w:p>
    <w:p>
      <w:pPr>
        <w:jc w:val="right"/>
      </w:pPr>
      <w:r>
        <w:t>ان کو پتہ چلا کہ یہاں سے فلاں کی گاڑی گزرنے والی ہے، جو ان کے نزدیک اسلام دشمن ہے، اس کا وہاں پر جلوس کرنے والا ہے، اس کی گاڑی گزرے گی۔</w:t>
      </w:r>
    </w:p>
    <w:p>
      <w:r>
        <w:rPr>
          <w:b/>
        </w:rPr>
        <w:t xml:space="preserve">[24:51] </w:t>
      </w:r>
      <w:r>
        <w:t>to wahan bomb laga diya unhon ne. pata kar liya ke us ki gaadi kitne baje wahan pohnchegi. ab haath mein ghari hai janne ke liye ke kis waqt wahan gaadi us ki pohnchi.</w:t>
      </w:r>
    </w:p>
    <w:p>
      <w:pPr>
        <w:jc w:val="right"/>
      </w:pPr>
      <w:r>
        <w:t>تو وہاں بم لگا دیا انہوں نے۔ پتہ کر لیا کہ اس کی گاڑی کتنے بجے وہاں پہنچے گی۔ اب ہاتھ میں گھڑی ہے جاننے کے لیے کہ کس وقت وہاں گاڑی اس کی پہنچی۔</w:t>
      </w:r>
    </w:p>
    <w:p>
      <w:r>
        <w:rPr>
          <w:b/>
        </w:rPr>
        <w:t xml:space="preserve">[25:00] </w:t>
      </w:r>
      <w:r>
        <w:t>aur aur remote control haath mein hai. bomb, remote control aur ghari, yeh teeno kis ne diya aap ko? modern technology ne, yeh western technology ne.</w:t>
      </w:r>
    </w:p>
    <w:p>
      <w:pPr>
        <w:jc w:val="right"/>
      </w:pPr>
      <w:r>
        <w:t>اور اور ریموٹ کنٹرول ہاتھ میں ہے۔ بم، ریموٹ کنٹرول اور گھڑی، یہ تینوں کس نے دیا آپ کو؟ ماڈرن ٹیکنالوجی نے، یہ ویسٹرن ٹیکنالوجی نے۔</w:t>
      </w:r>
    </w:p>
    <w:p>
      <w:r>
        <w:rPr>
          <w:b/>
        </w:rPr>
        <w:t xml:space="preserve">[25:13] </w:t>
      </w:r>
      <w:r>
        <w:t>aap ne nahin ijad kiya hai. kisi muslim country mein yeh technology nahin banai gai. khud hi military ne nahin banai. so called muslim mujahideen ne nahin banai.</w:t>
      </w:r>
    </w:p>
    <w:p>
      <w:pPr>
        <w:jc w:val="right"/>
      </w:pPr>
      <w:r>
        <w:t>آپ نے نہیں ایجاد کیا ہے۔ کسی مسلم کنٹری میں یہ ٹیکنالوجی نہیں بنائی گئی۔ خود ہی ملٹری نے نہیں بنائی۔ سو کالڈ مسلم مجاہدین نے نہیں بنائی۔</w:t>
      </w:r>
    </w:p>
    <w:p>
      <w:r>
        <w:rPr>
          <w:b/>
        </w:rPr>
        <w:t xml:space="preserve">[25:26] </w:t>
      </w:r>
      <w:r>
        <w:t>to yeh modern technology jo hai, is ko istemal kar rahe hain kis ke liye? violence ke liye.</w:t>
      </w:r>
    </w:p>
    <w:p>
      <w:pPr>
        <w:jc w:val="right"/>
      </w:pPr>
      <w:r>
        <w:t>تو یہ ماڈرن ٹیکنالوجی جو ہے، اس کو استعمال کر رہے ہیں کس کے لیے؟ وائلنس کے لیے۔</w:t>
      </w:r>
    </w:p>
    <w:p>
      <w:r>
        <w:rPr>
          <w:b/>
        </w:rPr>
        <w:t xml:space="preserve">[25:36] </w:t>
      </w:r>
      <w:r>
        <w:t>lekin yeh nahin koi sochta ke yeh modern technology jo itni bari nemat hai, ya yeh yeh Khuda ki nemat hai. Khuda ne is duniya mein har cheezein rakhi theen.</w:t>
      </w:r>
    </w:p>
    <w:p>
      <w:pPr>
        <w:jc w:val="right"/>
      </w:pPr>
      <w:r>
        <w:t>لیکن یہ نہیں کوئی سوچتا کہ یہ ماڈرن ٹیکنالوجی جو اتنی بڑی نعمت ہے، یا یہ یہ خدا کی نعمت ہے۔ خدا نے اس دنیا میں ہر چیزیں رکھی تھیں۔</w:t>
      </w:r>
    </w:p>
    <w:p>
      <w:r>
        <w:rPr>
          <w:b/>
        </w:rPr>
        <w:t xml:space="preserve">[25:50] </w:t>
      </w:r>
      <w:r>
        <w:t>misalan mein yeh camera, yeh radio, yeh computer, aur yeh hawai jahaz, yeh car, yeh sab Allah ne paida kar ke zameen mein rakh diya tha.</w:t>
      </w:r>
    </w:p>
    <w:p>
      <w:pPr>
        <w:jc w:val="right"/>
      </w:pPr>
      <w:r>
        <w:t>مثلاً میں یہ کیمرہ، یہ ریڈیو، یہ کمپیوٹر، اور یہ ہوائی جہاز، یہ کار، یہ سب اللہ نے پیدا کر کے زمین میں رکھ دیا تھا۔</w:t>
      </w:r>
    </w:p>
    <w:p>
      <w:r>
        <w:rPr>
          <w:b/>
        </w:rPr>
        <w:t xml:space="preserve">[26:06] </w:t>
      </w:r>
      <w:r>
        <w:t>potentially is ko insaan ne daryaft kiya to modern technology bani. yeh kis liye?</w:t>
      </w:r>
    </w:p>
    <w:p>
      <w:pPr>
        <w:jc w:val="right"/>
      </w:pPr>
      <w:r>
        <w:t>پوٹینشلی اس کو انسان نے دریافت کیا تو ماڈرن ٹیکنالوجی بنی۔ یہ کس لیے؟</w:t>
      </w:r>
    </w:p>
    <w:p>
      <w:r>
        <w:rPr>
          <w:b/>
        </w:rPr>
        <w:t xml:space="preserve">[26:15] </w:t>
      </w:r>
      <w:r>
        <w:t>taake Allah ka jo nishana hai, ke Allah ka paigham sari duniya mein pohnche, us ke liye istemal kiya jaye. lakum lil alameen nazeera.</w:t>
      </w:r>
    </w:p>
    <w:p>
      <w:pPr>
        <w:jc w:val="right"/>
      </w:pPr>
      <w:r>
        <w:t>تاکہ اللہ کا جو نشانہ ہے، کہ اللہ کا پیغام ساری دنیا میں پہنچے، اس کے لیے استعمال کیا جائے۔ لیکون للعالمین نظیرہ۔</w:t>
      </w:r>
    </w:p>
    <w:p>
      <w:r>
        <w:rPr>
          <w:b/>
        </w:rPr>
        <w:t xml:space="preserve">[26:27] </w:t>
      </w:r>
      <w:r>
        <w:t>yaani saatveen sadi isvi mein yeh ayat utri thi. seven century AD mein, seven century AD mein yeh ayat utri thi.</w:t>
      </w:r>
    </w:p>
    <w:p>
      <w:pPr>
        <w:jc w:val="right"/>
      </w:pPr>
      <w:r>
        <w:t>یعنی ساتویں صدی عیسوی میں یہ آیت اتری تھی۔ سیون سینچری اے ڈی میں، سیون سینچری اے ڈی میں یہ آیت اتری تھی۔</w:t>
      </w:r>
    </w:p>
    <w:p>
      <w:r>
        <w:rPr>
          <w:b/>
        </w:rPr>
        <w:t xml:space="preserve">[26:38] </w:t>
      </w:r>
      <w:r>
        <w:t>yaani ab se chaudah so saal pehle. yeh kaun Quran is liye utra hai ke is ko sari duniya mein pohnchaya jaye?</w:t>
      </w:r>
    </w:p>
    <w:p>
      <w:pPr>
        <w:jc w:val="right"/>
      </w:pPr>
      <w:r>
        <w:t>یعنی اب سے چودہ سو سال پہلے۔ یہ کون قرآن اس لیے اترا ہے کہ اس کو ساری دنیا میں پہنچایا جائے؟</w:t>
      </w:r>
    </w:p>
    <w:p>
      <w:r>
        <w:rPr>
          <w:b/>
        </w:rPr>
        <w:t xml:space="preserve">[26:48] </w:t>
      </w:r>
      <w:r>
        <w:t>yeh Quran is liye utra hai ke is ko sari duniya mein pohnchaya jaye. lakum lil alameen nazeera. achha ab aap sochiye, seven century mein to koi janta bhi nahin tha ke sari duniya kitni bari hai.</w:t>
      </w:r>
    </w:p>
    <w:p>
      <w:pPr>
        <w:jc w:val="right"/>
      </w:pPr>
      <w:r>
        <w:t>یہ قرآن اس لیے اترا ہے کہ اس کو ساری دنیا میں پہنچایا جائے۔ لیکون للعالمین نظیرہ۔ اچھا اب آپ سوچیے، سیون سینچری میں تو کوئی جانتا بھی نہیں تھا کہ ساری دنیا کتنی بڑی ہے۔</w:t>
      </w:r>
    </w:p>
    <w:p>
      <w:r>
        <w:rPr>
          <w:b/>
        </w:rPr>
        <w:t xml:space="preserve">[27:01] </w:t>
      </w:r>
      <w:r>
        <w:t>seven century ke log nahin jante the ke koi Australia hai, koi America hai, koi janta hi nahin tha.</w:t>
      </w:r>
    </w:p>
    <w:p>
      <w:pPr>
        <w:jc w:val="right"/>
      </w:pPr>
      <w:r>
        <w:t>سیون سینچری کے لوگ نہیں جانتے تھے کہ کوئی آسٹریلیا ہے، کوئی امریکہ ہے، کوئی جانتا ہی نہیں تھا۔</w:t>
      </w:r>
    </w:p>
    <w:p>
      <w:r>
        <w:rPr>
          <w:b/>
        </w:rPr>
        <w:t xml:space="preserve">[27:10] </w:t>
      </w:r>
      <w:r>
        <w:t>aur modern communication ka woh pata hi nahin tha ke hum jahan bolein, duniya aur log sunein, is ko ek kitab tayyar karo, chhaap kar ke is ko million copy bana lo.</w:t>
      </w:r>
    </w:p>
    <w:p>
      <w:pPr>
        <w:jc w:val="right"/>
      </w:pPr>
      <w:r>
        <w:t>اور ماڈرن کمیونیکیشن کا وہ پتہ ہی نہیں تھا کہ ہم جہاں بولیں، دنیا اور لوگ سنیں، اس کو ایک کتاب تیار کرو، چھاپ کر کے اس کو ملین کاپی بنا لو۔</w:t>
      </w:r>
    </w:p>
    <w:p>
      <w:r>
        <w:rPr>
          <w:b/>
        </w:rPr>
        <w:t xml:space="preserve">[27:21] </w:t>
      </w:r>
      <w:r>
        <w:t>yaani sari modern technology jo aaj duniya mein hum dekh rahe hain, woh us waqt thi hi nahin.</w:t>
      </w:r>
    </w:p>
    <w:p>
      <w:pPr>
        <w:jc w:val="right"/>
      </w:pPr>
      <w:r>
        <w:t>یعنی ساری ماڈرن ٹیکنالوجی جو آج دنیا میں ہم دیکھ رہے ہیں، وہ اس وقت تھی ہی نہیں۔</w:t>
      </w:r>
    </w:p>
    <w:p>
      <w:r>
        <w:rPr>
          <w:b/>
        </w:rPr>
        <w:t xml:space="preserve">[27:32] </w:t>
      </w:r>
      <w:r>
        <w:t>yeh to abhi do so saal ke andar wajood mein aai hai. achha yeh kyun aai wajood mein aai? ab aap sochte hain agar. to aap kahein yeh yeh to isi ke liye hai.</w:t>
      </w:r>
    </w:p>
    <w:p>
      <w:pPr>
        <w:jc w:val="right"/>
      </w:pPr>
      <w:r>
        <w:t>یہ تو ابھی دو سو سال کے اندر وجود میں آئی ہے۔ اچھا یہ کیوں آئی وجود میں آئی؟ اب آپ سوچتے ہیں اگر۔ تو آپ کہیں یہ یہ تو اسی کے لیے ہے۔</w:t>
      </w:r>
    </w:p>
    <w:p>
      <w:r>
        <w:rPr>
          <w:b/>
        </w:rPr>
        <w:t xml:space="preserve">[27:42] </w:t>
      </w:r>
      <w:r>
        <w:t>Allah ne kaha tha ke aye bando, is Quran ko pohnchao duniya bhar mein. lekin hum pohncha nahin sakte the kyunke hamare paas technology nahin thi. to Allah ne hukum diya westerners ko,</w:t>
      </w:r>
    </w:p>
    <w:p>
      <w:pPr>
        <w:jc w:val="right"/>
      </w:pPr>
      <w:r>
        <w:t>اللہ نے کہا تھا کہ اے بندوں، اس قرآن کو پہنچاؤ دنیا بھر میں۔ لیکن ہم پہنچا نہیں سکتے تھے کیونکہ ہمارے پاس ٹیکنالوجی نہیں تھی۔ تو اللہ نے حکم دیا ویسٹرنرز کو،</w:t>
      </w:r>
    </w:p>
    <w:p>
      <w:r>
        <w:rPr>
          <w:b/>
        </w:rPr>
        <w:t xml:space="preserve">[27:55] </w:t>
      </w:r>
      <w:r>
        <w:t>maghribi qomon ko ke technology banao aur do hamari bando ko.</w:t>
      </w:r>
    </w:p>
    <w:p>
      <w:pPr>
        <w:jc w:val="right"/>
      </w:pPr>
      <w:r>
        <w:t>مغربی قوموں کو کہ ٹیکنالوجی بناؤ اور دو ہماری بندوں کو۔</w:t>
      </w:r>
    </w:p>
    <w:p>
      <w:r>
        <w:rPr>
          <w:b/>
        </w:rPr>
        <w:t xml:space="preserve">[28:04] </w:t>
      </w:r>
      <w:r>
        <w:t>yaani western nations jo hain, woh Allah ne un ko hukum diya ke is zameen se nikalo aur sirf hidden technology ko.</w:t>
      </w:r>
    </w:p>
    <w:p>
      <w:pPr>
        <w:jc w:val="right"/>
      </w:pPr>
      <w:r>
        <w:t>یعنی ویسٹرن نیشنز جو ہیں، وہ اللہ نے ان کو حکم دیا کہ اس زمین سے نکالو اور صرف ہڈن ٹیکنالوجی کو۔</w:t>
      </w:r>
    </w:p>
    <w:p>
      <w:r>
        <w:rPr>
          <w:b/>
        </w:rPr>
        <w:t xml:space="preserve">[28:15] </w:t>
      </w:r>
      <w:r>
        <w:t>aur banao mobile, banao computer, banao car, banao hawai jahaz, banao printing press, banao taake mere bando is ko le kar ke mere paigham ko sari duniya mein pohnchayein.</w:t>
      </w:r>
    </w:p>
    <w:p>
      <w:pPr>
        <w:jc w:val="right"/>
      </w:pPr>
      <w:r>
        <w:t>اور بناؤ موبائل، بناؤ کمپیوٹر، بناؤ کار، بناؤ ہوائی جہاز، بناؤ پرنٹنگ پریس، بناؤ تاکہ میرے بندے اس کو لے کر کے میرے پیغام کو ساری دنیا میں پہنچائیں۔</w:t>
      </w:r>
    </w:p>
    <w:p>
      <w:r>
        <w:rPr>
          <w:b/>
        </w:rPr>
        <w:t xml:space="preserve">[28:32] </w:t>
      </w:r>
      <w:r>
        <w:t>lekin bando ne kya kiya? is technology ko istemal karne lage violence ke liye. violence ke liye.</w:t>
      </w:r>
    </w:p>
    <w:p>
      <w:pPr>
        <w:jc w:val="right"/>
      </w:pPr>
      <w:r>
        <w:t>لیکن بندوں نے کیا کیا؟ اس ٹیکنالوجی کو استعمال کرنے لگے وائلنس کے لیے۔ وائلنس کے لیے۔</w:t>
      </w:r>
    </w:p>
    <w:p>
      <w:r>
        <w:rPr>
          <w:b/>
        </w:rPr>
        <w:t xml:space="preserve">[28:41] </w:t>
      </w:r>
      <w:r>
        <w:t>yani sara khel bigaad rahe hain yeh.</w:t>
      </w:r>
    </w:p>
    <w:p>
      <w:pPr>
        <w:jc w:val="right"/>
      </w:pPr>
      <w:r>
        <w:t>یعنی سارا کھیل بگاڑ رہے ہیں یہ۔</w:t>
      </w:r>
    </w:p>
    <w:p>
      <w:r>
        <w:rPr>
          <w:b/>
        </w:rPr>
        <w:t xml:space="preserve">[28:47] </w:t>
      </w:r>
      <w:r>
        <w:t>to is ko sabak lena chahiye ke Allah taala agar yeh kare ke nuisance ko dekh kar ghussa ho jaye aur dunya ko tabah kar le to Allah ki is ki sab chapt rai ho jaye gi.</w:t>
      </w:r>
    </w:p>
    <w:p>
      <w:pPr>
        <w:jc w:val="right"/>
      </w:pPr>
      <w:r>
        <w:t>تو اس کو سبق لینا چاہیے کہ اللہ تعالیٰ اگر یہ کرے کہ نیوسنس کو دیکھ کر غصہ ہو جائے اور دنیا کو تباہ کر لے تو اللہ کی اس کی سب چپٹ رائے ہو جائے گی۔</w:t>
      </w:r>
    </w:p>
    <w:p>
      <w:r>
        <w:rPr>
          <w:b/>
        </w:rPr>
        <w:t xml:space="preserve">[29:01] </w:t>
      </w:r>
      <w:r>
        <w:t>jannat soli reh jaye, padi rahe gi. to yahan wahi ho raha hai jo Allah ne nahi kiya, wo aap kar rahe hain ke technology ko le kar jihad ke naam par, Islam state ke naam par jhooti larai lad rahe hain.</w:t>
      </w:r>
    </w:p>
    <w:p>
      <w:pPr>
        <w:jc w:val="right"/>
      </w:pPr>
      <w:r>
        <w:t>جنت سولی رہ جائے، پڑی رہے گی۔ تو یہاں وہی ہو رہا ہے جو اللہ نے نہیں کیا، وہ آپ کر رہے ہیں کہ ٹیکنالوجی کو لے کر جہاد کے نام پر، اسلام اسٹیٹ کے نام پر جھوٹی لڑائی لڑ رہے ہیں۔</w:t>
      </w:r>
    </w:p>
    <w:p>
      <w:r>
        <w:rPr>
          <w:b/>
        </w:rPr>
        <w:t xml:space="preserve">[29:16] </w:t>
      </w:r>
      <w:r>
        <w:t>sari dunya mein, one to all. yaqeen kijiye ke sare musalman is mein involve hain. wo kaise? kuch active sense mein, kuch passive sense mein.</w:t>
      </w:r>
    </w:p>
    <w:p>
      <w:pPr>
        <w:jc w:val="right"/>
      </w:pPr>
      <w:r>
        <w:t>ساری دنیا میں، ون ٹو آل۔ یقین کیجیے کہ سارے مسلمان اس میں انوالو ہیں۔ وہ کیسے؟ کچھ ایکٹیو سینس میں، کچھ پیسو سینس میں۔</w:t>
      </w:r>
    </w:p>
    <w:p>
      <w:r>
        <w:rPr>
          <w:b/>
        </w:rPr>
        <w:t xml:space="preserve">[29:29] </w:t>
      </w:r>
      <w:r>
        <w:t>jaise aaj kal ek istilaah nikli hai, passive smoker. yani aap cigarette peete hain to aap active smoker hain.</w:t>
      </w:r>
    </w:p>
    <w:p>
      <w:pPr>
        <w:jc w:val="right"/>
      </w:pPr>
      <w:r>
        <w:t>جیسے آج کل ایک اصطلاح نکلی ہے، پیسو اسموکر۔ یعنی آپ سگریٹ پیتے ہیں تو آپ ایکٹیو اسموکر ہیں۔</w:t>
      </w:r>
    </w:p>
    <w:p>
      <w:r>
        <w:rPr>
          <w:b/>
        </w:rPr>
        <w:t xml:space="preserve">[29:41] </w:t>
      </w:r>
      <w:r>
        <w:t>yani cigarette pee kar ke apna phephra kharab kar rahe hain aap. yani agar aap pee rahe hain cigarette aur dhuan daal rahe hain apne andar, then you are an active smoker.</w:t>
      </w:r>
    </w:p>
    <w:p>
      <w:pPr>
        <w:jc w:val="right"/>
      </w:pPr>
      <w:r>
        <w:t>یعنی سگریٹ پی کر کے اپنا پھیپھڑا خراب کر رہے ہیں آپ۔ یعنی اگر آپ پی رہے ہیں سگریٹ اور دھواں ڈال رہے ہیں اپنے اندر، دین یو آر این ایکٹیو اسموکر۔</w:t>
      </w:r>
    </w:p>
    <w:p>
      <w:r>
        <w:rPr>
          <w:b/>
        </w:rPr>
        <w:t xml:space="preserve">[29:55] </w:t>
      </w:r>
      <w:r>
        <w:t>lekin aap jo jab cigarette peete hain to dhuan fiza mein phailta hai. to jab fiza mein phailta hai to hawa ke zariye doosron tak pahuncha wo.</w:t>
      </w:r>
    </w:p>
    <w:p>
      <w:pPr>
        <w:jc w:val="right"/>
      </w:pPr>
      <w:r>
        <w:t>لیکن آپ جو جب سگریٹ پیتے ہیں تو دھواں فضا میں پھیلتا ہے۔ تو جب فضا میں پھیلتا ہے تو ہوا کے ذریعے دوسروں تک پہنچا وہ۔</w:t>
      </w:r>
    </w:p>
    <w:p>
      <w:r>
        <w:rPr>
          <w:b/>
        </w:rPr>
        <w:t xml:space="preserve">[30:09] </w:t>
      </w:r>
      <w:r>
        <w:t>yani aap pee rahe hain cigarette to is se dhuan nikla, wo dhuan hawa ke zariye phaila. to doosron bhi jab ko bhi is ko apne sath mein lena para.</w:t>
      </w:r>
    </w:p>
    <w:p>
      <w:pPr>
        <w:jc w:val="right"/>
      </w:pPr>
      <w:r>
        <w:t>یعنی آپ پی رہے ہیں سگریٹ تو اس سے دھواں نکلا، وہ دھواں ہوا کے ذریعے پھیلا۔ تو دوسروں بھی جب کو بھی اس کو اپنے ساتھ میں لینا پڑا۔</w:t>
      </w:r>
    </w:p>
    <w:p>
      <w:r>
        <w:rPr>
          <w:b/>
        </w:rPr>
        <w:t xml:space="preserve">[30:23] </w:t>
      </w:r>
      <w:r>
        <w:t>saans lene ke zariye unhon ne bhi is ko ek hissa un ko pahunch gaya. to doosre logon ko kaha jata hai passive smoker. kuch active smoker hain, kuch passive smoker hain.</w:t>
      </w:r>
    </w:p>
    <w:p>
      <w:pPr>
        <w:jc w:val="right"/>
      </w:pPr>
      <w:r>
        <w:t>سانس لینے کے ذریعے انہوں نے بھی اس کو ایک حصہ ان کو پہنچ گیا۔ تو دوسرے لوگوں کو کہا جاتا ہے پیسو اسموکر۔ کچھ ایکٹیو اسموکر ہیں، کچھ پیسو اسموکر ہیں۔</w:t>
      </w:r>
    </w:p>
    <w:p>
      <w:r>
        <w:rPr>
          <w:b/>
        </w:rPr>
        <w:t xml:space="preserve">[30:36] </w:t>
      </w:r>
      <w:r>
        <w:t>to militant jo hain, active militant hain aur doosre log passive militant hain. kyun? isi tarah par sochte hain, wo isi kitabein likhte hain, wo isi mazameen chhapte hain, majlisoun mein isi charcha karte hain.</w:t>
      </w:r>
    </w:p>
    <w:p>
      <w:pPr>
        <w:jc w:val="right"/>
      </w:pPr>
      <w:r>
        <w:t>تو ملٹنٹ جو ہیں، ایکٹیو ملٹنٹ ہیں اور دوسرے لوگ پیسو ملٹنٹ ہیں۔ کیوں؟ اسی طرح پر سوچتے ہیں، وہ اسی کتابیں لکھتے ہیں، وہ اسی مضامین چھاپتے ہیں، مجلسوں میں اسی چرچا کرتے ہیں۔</w:t>
      </w:r>
    </w:p>
    <w:p>
      <w:r>
        <w:rPr>
          <w:b/>
        </w:rPr>
        <w:t xml:space="preserve">[30:49] </w:t>
      </w:r>
      <w:r>
        <w:t>jahan bhi jaiye, aap musalmanoun ka koi bhi magazine padhiye, ek koi bhi magazine, arabi mein ho, persian mein ho, english mein ho, urdu mein ho, musalmanoun ka koi bhi magazine, wo wo yahi sab hoga ke dunya hamare khilaf yeh kar rahi hai, zulm kar rahi hai, hamare khilaf sazish kar rahi hai.</w:t>
      </w:r>
    </w:p>
    <w:p>
      <w:pPr>
        <w:jc w:val="right"/>
      </w:pPr>
      <w:r>
        <w:t>جہاں بھی جائیے، آپ مسلمانوں کا کوئی بھی میگزین پڑھیے، ایک کوئی بھی میگزین، عربی میں ہو، پرشین میں ہو، انگلش میں ہو، اردو میں ہو، مسلمانوں کا کوئی بھی میگزین، وہ وہ یہی سب ہوگا کہ دنیا ہمارے خلاف یہ کر رہی ہے، ظلم کر رہی ہے، ہمارے خلاف سازش کر رہی ہے۔</w:t>
      </w:r>
    </w:p>
    <w:p>
      <w:r>
        <w:rPr>
          <w:b/>
        </w:rPr>
        <w:t xml:space="preserve">[31:11] </w:t>
      </w:r>
      <w:r>
        <w:t>yahi majlisoun mein yahi charcha hai, jalsoun mein yahi baatein hain aur muslim media mein yahi baatein hain.</w:t>
      </w:r>
    </w:p>
    <w:p>
      <w:pPr>
        <w:jc w:val="right"/>
      </w:pPr>
      <w:r>
        <w:t>یہی مجلسوں میں یہی چرچا ہے، جلسوں میں یہی باتیں ہیں اور مسلم میڈیا میں یہی باتیں ہیں۔</w:t>
      </w:r>
    </w:p>
    <w:p>
      <w:r>
        <w:rPr>
          <w:b/>
        </w:rPr>
        <w:t xml:space="preserve">[31:23] </w:t>
      </w:r>
      <w:r>
        <w:t>to sare musalman bane hue hain passive, yani passive sense mein violent bane hue hain.</w:t>
      </w:r>
    </w:p>
    <w:p>
      <w:pPr>
        <w:jc w:val="right"/>
      </w:pPr>
      <w:r>
        <w:t>تو سارے مسلمان بنے ہوئے ہیں پیسو، یعنی پیسو سینس میں وائلنٹ بنے ہوئے ہیں۔</w:t>
      </w:r>
    </w:p>
    <w:p>
      <w:r>
        <w:rPr>
          <w:b/>
        </w:rPr>
        <w:t xml:space="preserve">[31:33] </w:t>
      </w:r>
      <w:r>
        <w:t>kuch log jo hain active sense mein violence kar rahe hain, kuch passive sense mein violence kar rahe hain.</w:t>
      </w:r>
    </w:p>
    <w:p>
      <w:pPr>
        <w:jc w:val="right"/>
      </w:pPr>
      <w:r>
        <w:t>کچھ لوگ جو ہیں ایکٹیو سینس میں وائلنس کر رہے ہیں، کچھ پیسو سینس میں وائلنس کر رہے ہیں۔</w:t>
      </w:r>
    </w:p>
    <w:p>
      <w:r>
        <w:rPr>
          <w:b/>
        </w:rPr>
        <w:t xml:space="preserve">[31:43] </w:t>
      </w:r>
      <w:r>
        <w:t>to sab involve hain. to aage sab ke sab mil kar ke kya kar rahe hain? Allah ki escape ko jeopardize kar rahe hain.</w:t>
      </w:r>
    </w:p>
    <w:p>
      <w:pPr>
        <w:jc w:val="right"/>
      </w:pPr>
      <w:r>
        <w:t>تو سب انوالو ہیں۔ تو آگے سب کے سب مل کر کے کیا کر رہے ہیں؟ اللہ کی اسکیپ کو جبرڈائز کر رہے ہیں۔</w:t>
      </w:r>
    </w:p>
    <w:p>
      <w:r>
        <w:rPr>
          <w:b/>
        </w:rPr>
        <w:t xml:space="preserve">[31:54] </w:t>
      </w:r>
      <w:r>
        <w:t>Allah ne dunya mein kya kiya? printing press laye, freedom laye, religious persecution khatam kiya, safar mein azadi ho gayi, jahan chahiye wahan jaiye, communication, ek jagah aap hain, jahan chahein message bhejiye.</w:t>
      </w:r>
    </w:p>
    <w:p>
      <w:pPr>
        <w:jc w:val="right"/>
      </w:pPr>
      <w:r>
        <w:t>اللہ نے دنیا میں کیا کیا؟ پرنٹنگ پریس لائے، فریڈم لائے، ریلیجس پرسیکیوشن ختم کیا، سفر میں آزادی ہو گئی، جہاں چاہیے وہاں جائیے، کمیونیکیشن، ایک جگہ آپ ہیں، جہاں چاہیں میسج بھیجیے۔</w:t>
      </w:r>
    </w:p>
    <w:p>
      <w:r>
        <w:rPr>
          <w:b/>
        </w:rPr>
        <w:t xml:space="preserve">[32:12] </w:t>
      </w:r>
      <w:r>
        <w:t>is tarah ki hazaron cheezein hain.</w:t>
      </w:r>
    </w:p>
    <w:p>
      <w:pPr>
        <w:jc w:val="right"/>
      </w:pPr>
      <w:r>
        <w:t>اس طرح کی ہزاروں چیزیں ہیں۔</w:t>
      </w:r>
    </w:p>
    <w:p>
      <w:r>
        <w:rPr>
          <w:b/>
        </w:rPr>
        <w:t xml:space="preserve">[32:17] </w:t>
      </w:r>
      <w:r>
        <w:t>aur is ko musalman istemal kahan kar rahe hain? negative property ke liye aur larai mar ke liye. kuch amal kar rahe hain, kuch isi jagah par sochte hain.</w:t>
      </w:r>
    </w:p>
    <w:p>
      <w:pPr>
        <w:jc w:val="right"/>
      </w:pPr>
      <w:r>
        <w:t>اور اس کو مسلمان استعمال کہاں کر رہے ہیں؟ نیگیٹیو پراپرٹی کے لیے اور لڑائی مار کے لیے۔ کچھ عمل کر رہے ہیں، کچھ اسی جگہ پر سوچتے ہیں۔</w:t>
      </w:r>
    </w:p>
    <w:p>
      <w:r>
        <w:rPr>
          <w:b/>
        </w:rPr>
        <w:t xml:space="preserve">[32:33] </w:t>
      </w:r>
      <w:r>
        <w:t>to kuch active sense mein is mein shamil hain, kuch passive sense mein is mein shamil hain. to jeopardize kar rahe hain Allah ki escape ko. yeh sari technology jo thi, is liye thi ke is ko istemal kar ke aap Allah ke paigham ko sari dunya mein pahuncha dein.</w:t>
      </w:r>
    </w:p>
    <w:p>
      <w:pPr>
        <w:jc w:val="right"/>
      </w:pPr>
      <w:r>
        <w:t>تو کچھ ایکٹیو سینس میں اس میں شامل ہیں، کچھ پیسو سینس میں اس میں شامل ہیں۔ تو جبرڈائز کر رہے ہیں اللہ کی اسکیپ کو۔ یہ ساری ٹیکنالوجی جو تھی، اس لیے تھی کہ اس کو استعمال کر کے آپ اللہ کے پیغام کو ساری دنیا میں پہنچا دیں۔</w:t>
      </w:r>
    </w:p>
    <w:p>
      <w:r>
        <w:rPr>
          <w:b/>
        </w:rPr>
        <w:t xml:space="preserve">[32:50] </w:t>
      </w:r>
      <w:r>
        <w:t>lekin kya kar rahe hain? is ko istemal kar rahe hain Islam ke naam par, militancy mein.</w:t>
      </w:r>
    </w:p>
    <w:p>
      <w:pPr>
        <w:jc w:val="right"/>
      </w:pPr>
      <w:r>
        <w:t>لیکن کیا کر رہے ہیں؟ اس کو استعمال کر رہے ہیں اسلام کے نام پر، ملٹنسی میں۔</w:t>
      </w:r>
    </w:p>
    <w:p>
      <w:r>
        <w:rPr>
          <w:b/>
        </w:rPr>
        <w:t xml:space="preserve">[32:59] </w:t>
      </w:r>
      <w:r>
        <w:t>yeh hai sahi soch na hona. dekhiye, musalmanoun se jo cheez uth gayi hai, wo hai right way of thinking.</w:t>
      </w:r>
    </w:p>
    <w:p>
      <w:pPr>
        <w:jc w:val="right"/>
      </w:pPr>
      <w:r>
        <w:t>یہ ہے صحیح سوچ نہ ہونا۔ دیکھیے، مسلمانوں سے جو چیز اٹھ گئی ہے، وہ ہے رائٹ وے آف تھنکنگ۔</w:t>
      </w:r>
    </w:p>
    <w:p>
      <w:r>
        <w:rPr>
          <w:b/>
        </w:rPr>
        <w:t xml:space="preserve">[33:12] </w:t>
      </w:r>
      <w:r>
        <w:t>aisa kuch nahi hai, na koi sazishi hai, na koi zalim hai, na koi hum se chheene hue hain, na hum koi musibat mein dale hue hain, kuch bhi nahi hai.</w:t>
      </w:r>
    </w:p>
    <w:p>
      <w:pPr>
        <w:jc w:val="right"/>
      </w:pPr>
      <w:r>
        <w:t>ایسا کچھ نہیں ہے، نہ کوئی سازشی ہے، نہ کوئی ظالم ہے، نہ کوئی ہم سے چھینے ہوئے ہیں، نہ ہم کوئی مصیبت میں ڈالے ہوئے ہیں، کچھ بھی نہیں ہے۔</w:t>
      </w:r>
    </w:p>
    <w:p>
      <w:r>
        <w:rPr>
          <w:b/>
        </w:rPr>
        <w:t xml:space="preserve">[33:22] </w:t>
      </w:r>
      <w:r>
        <w:t>sara mamla musalmanoun se sahi tarz fikr chhin gaya hai. right way of thinking musalmanoun se chhin gaya hai.</w:t>
      </w:r>
    </w:p>
    <w:p>
      <w:pPr>
        <w:jc w:val="right"/>
      </w:pPr>
      <w:r>
        <w:t>سارا معاملہ مسلمانوں سے صحیح طرز فکر چھن گیا ہے۔ رائٹ وے آف تھنکنگ مسلمانوں سے چھن گیا ہے۔</w:t>
      </w:r>
    </w:p>
    <w:p>
      <w:r>
        <w:rPr>
          <w:b/>
        </w:rPr>
        <w:t xml:space="preserve">[33:32] </w:t>
      </w:r>
      <w:r>
        <w:t>asal masla yahan hai. yani here is the problem.</w:t>
      </w:r>
    </w:p>
    <w:p>
      <w:pPr>
        <w:jc w:val="right"/>
      </w:pPr>
      <w:r>
        <w:t>اصل مسئلہ یہاں ہے۔ یعنی ہیر از دا پرابلم۔</w:t>
      </w:r>
    </w:p>
    <w:p>
      <w:r>
        <w:rPr>
          <w:b/>
        </w:rPr>
        <w:t xml:space="preserve">[33:38] </w:t>
      </w:r>
      <w:r>
        <w:t>here is the problem. aap bataiye ke jis cheez se, yani modern technology se, un ko mauqa tha ke Allah ki rehmat un ko mile, Allah un se khush ho, un ko dunya mein apni blessing de aur akhirat mein jannat mein dakhil kare.</w:t>
      </w:r>
    </w:p>
    <w:p>
      <w:pPr>
        <w:jc w:val="right"/>
      </w:pPr>
      <w:r>
        <w:t>ہیر از دا پرابلم۔ آپ بتائیے کہ جس چیز سے، یعنی ماڈرن ٹیکنالوجی سے، ان کو موقع تھا کہ اللہ کی رحمت ان کو ملے، اللہ ان سے خوش ہو، ان کو دنیا میں اپنی بلیسنگ دے اور آخرت میں جنت میں داخل کرے۔</w:t>
      </w:r>
    </w:p>
    <w:p>
      <w:r>
        <w:rPr>
          <w:b/>
        </w:rPr>
        <w:t xml:space="preserve">[34:02] </w:t>
      </w:r>
      <w:r>
        <w:t>modern technology ko istemal karen dawat ke liye. modern technology ko, yani printing press ko aur communication ko aur internet ko aur safar ki sahulat ko aur jo jagah jagah seminar aur conference huin, us ko har tarah opportunity hain.</w:t>
      </w:r>
    </w:p>
    <w:p>
      <w:pPr>
        <w:jc w:val="right"/>
      </w:pPr>
      <w:r>
        <w:t>ماڈرن ٹیکنالوجی کو استعمال کریں دعوت کے لیے۔ ماڈرن ٹیکنالوجی کو، یعنی پرنٹنگ پریس کو اور کمیونیکیشن کو اور انٹرنیٹ کو اور سفر کی سہولت کو اور جو جگہ جگہ سیمینار اور کانفرنس ہوئیں، اس کو ہر طرح آپرچونیٹی ہیں۔</w:t>
      </w:r>
    </w:p>
    <w:p>
      <w:r>
        <w:rPr>
          <w:b/>
        </w:rPr>
        <w:t xml:space="preserve">[34:26] </w:t>
      </w:r>
      <w:r>
        <w:t>is age ko main kehta hoon, yeh age of opportunity explosion hai. age of opportunity explosion hai.</w:t>
      </w:r>
    </w:p>
    <w:p>
      <w:pPr>
        <w:jc w:val="right"/>
      </w:pPr>
      <w:r>
        <w:t>اس ایج کو میں کہتا ہوں، یہ ایج آف آپرچونیٹی ایکسپلوژن ہے۔ ایج آف آپرچونیٹی ایکسپلوژن ہے۔</w:t>
      </w:r>
    </w:p>
    <w:p>
      <w:r>
        <w:rPr>
          <w:b/>
        </w:rPr>
        <w:t xml:space="preserve">[34:36] </w:t>
      </w:r>
      <w:r>
        <w:t>yani mawaqe ka infijar. aap is ko istemal karen musalman dawat ke liye. khuda ka shukar karen. un un logon ka shukar karen jinho ne is technology ko banaya aur dawat ke liye istemal kar rahe hain.</w:t>
      </w:r>
    </w:p>
    <w:p>
      <w:pPr>
        <w:jc w:val="right"/>
      </w:pPr>
      <w:r>
        <w:t>یعنی مواقع کا انفجار۔ آپ اس کو استعمال کریں مسلمان دعوت کے لیے۔ خدا کا شکر کریں۔ ان ان لوگوں کا شکر کریں جنہوں نے اس ٹیکنالوجی کو بنایا اور دعوت کے لیے استعمال کر رہے ہیں۔</w:t>
      </w:r>
    </w:p>
    <w:p>
      <w:r>
        <w:rPr>
          <w:b/>
        </w:rPr>
        <w:t xml:space="preserve">[34:54] </w:t>
      </w:r>
      <w:r>
        <w:t>to dunya mein un ko blessing mile gi Allah ki. Allah un se khush hoga. aur sab se bari baat yeh hai, sab se bari baat yeh hai ke maut ke baad jab aap eternal world mein dakhil honge to aap farishte kahenge, aao tum ne Allah ki escape ko poora kiya.</w:t>
      </w:r>
    </w:p>
    <w:p>
      <w:pPr>
        <w:jc w:val="right"/>
      </w:pPr>
      <w:r>
        <w:t>تو دنیا میں ان کو بلیسنگ ملے گی اللہ کی۔ اللہ ان سے خوش ہوگا۔ اور سب سے بڑی بات یہ ہے، سب سے بڑی بات یہ ہے کہ موت کے بعد جب آپ ایٹرنل ورلڈ میں داخل ہوں گے تو آپ فرشتے کہیں گے، آؤ تم نے اللہ کی اسکیپ کو پورا کیا۔</w:t>
      </w:r>
    </w:p>
    <w:p>
      <w:r>
        <w:rPr>
          <w:b/>
        </w:rPr>
        <w:t xml:space="preserve">[35:11] </w:t>
      </w:r>
      <w:r>
        <w:t>tum ne samjha Allah ki escape of things ko. chalo ab tumhari jannat ke darwaze khule hue hain. to kitna bara chance intezar kar raha hai hamara.</w:t>
      </w:r>
    </w:p>
    <w:p>
      <w:pPr>
        <w:jc w:val="right"/>
      </w:pPr>
      <w:r>
        <w:t>تم نے سمجھا اللہ کی اسکیپ آپ تھنگز کو۔ چلو اب تمہاری جنت کے دروازے کھلے ہوئے ہیں۔ تو کتنا بڑا چانس انتظار کر رہا ہے ہمارا۔</w:t>
      </w:r>
    </w:p>
    <w:p>
      <w:r>
        <w:rPr>
          <w:b/>
        </w:rPr>
        <w:t xml:space="preserve">[35:25] </w:t>
      </w:r>
      <w:r>
        <w:t>lekin yeh musalman kitne zyada nadan hain ke dunya mein apne ko marwa rahe hain aur akhirat mein farishte un ko khush aamdeed nahi kahenge.</w:t>
      </w:r>
    </w:p>
    <w:p>
      <w:pPr>
        <w:jc w:val="right"/>
      </w:pPr>
      <w:r>
        <w:t>لیکن یہ مسلمان کتنے زیادہ نادان ہیں کہ دنیا میں اپنے کو مروا رہے ہیں اور آخرت میں فرشتے ان کو خوش آمدید نہیں کہیں گے۔</w:t>
      </w:r>
    </w:p>
    <w:p>
      <w:r>
        <w:rPr>
          <w:b/>
        </w:rPr>
        <w:t xml:space="preserve">[35:35] </w:t>
      </w:r>
      <w:r>
        <w:t>is ka risk le rahe hain. yani dunya mein apne ko marwana, dunya mein apne aap ko marwana aur akhirat mein is ka risk lena ke farishte aap ko khush aamdeed na kahen, farishte aap ko welcome na karen.</w:t>
      </w:r>
    </w:p>
    <w:p>
      <w:pPr>
        <w:jc w:val="right"/>
      </w:pPr>
      <w:r>
        <w:t>اس کا رسک لے رہے ہیں۔ یعنی دنیا میں اپنے کو مروانا، دنیا میں اپنے آپ کو مروانا اور آخرت میں اس کا رسک لینا کہ فرشتے آپ کو خوش آمدید نہ کہیں، فرشتے آپ کو ویلکم نہ کریں۔</w:t>
      </w:r>
    </w:p>
    <w:p>
      <w:r>
        <w:rPr>
          <w:b/>
        </w:rPr>
        <w:t xml:space="preserve">[35:54] </w:t>
      </w:r>
      <w:r>
        <w:t>yeh sara mamla kyun hai? way of thinking musalmanon se chhin gayi hai. right way of thinking. right way of thinking musalmanon se chhin gayi hai.</w:t>
      </w:r>
    </w:p>
    <w:p>
      <w:pPr>
        <w:jc w:val="right"/>
      </w:pPr>
      <w:r>
        <w:t>یہ سارا معاملہ کیوں ہے؟ وے آف تھنکنگ مسلمانوں سے چھن گئی ہے۔ رائٹ وے آف تھنکنگ۔ رائٹ وے آف تھنکنگ مسلمانوں سے چھن گئی ہے۔</w:t>
      </w:r>
    </w:p>
    <w:p>
      <w:r>
        <w:rPr>
          <w:b/>
        </w:rPr>
        <w:t xml:space="preserve">[36:12] </w:t>
      </w:r>
      <w:r>
        <w:t>jaise ek misal doon main aap ko.</w:t>
      </w:r>
    </w:p>
    <w:p>
      <w:pPr>
        <w:jc w:val="right"/>
      </w:pPr>
      <w:r>
        <w:t>جیسے ایک مثال دوں میں آپ کو۔</w:t>
      </w:r>
    </w:p>
    <w:p>
      <w:r>
        <w:rPr>
          <w:b/>
        </w:rPr>
        <w:t xml:space="preserve">[36:18] </w:t>
      </w:r>
      <w:r>
        <w:t>rasool Allah sal Allah alaihi wasallam ne jab Makkah se hijrat ki, hijrat kar ke Madinah chale gaye to us waqt kai so sahaba ho chuke the.</w:t>
      </w:r>
    </w:p>
    <w:p>
      <w:pPr>
        <w:jc w:val="right"/>
      </w:pPr>
      <w:r>
        <w:t>رسول اللہ صلی اللہ علیہ وسلم نے جب مکہ سے ہجرت کی، ہجرت کر کے مدینہ چلے گئے تو اس وقت کئی سو صحابہ ہو چکے تھے۔</w:t>
      </w:r>
    </w:p>
    <w:p>
      <w:r>
        <w:rPr>
          <w:b/>
        </w:rPr>
        <w:t xml:space="preserve">[36:28] </w:t>
      </w:r>
      <w:r>
        <w:t>kai so.</w:t>
      </w:r>
    </w:p>
    <w:p>
      <w:pPr>
        <w:jc w:val="right"/>
      </w:pPr>
      <w:r>
        <w:t>کئی سو۔</w:t>
      </w:r>
    </w:p>
    <w:p>
      <w:r>
        <w:rPr>
          <w:b/>
        </w:rPr>
        <w:t xml:space="preserve">[36:32] </w:t>
      </w:r>
      <w:r>
        <w:t>to sahaba mein jo zyada strong log the, woh kehte the, hum hijrat kyun karen? hum laren ge in logon se, apna haq len ge. Makkah hamara watan hai, hamara right hai ke hum yahan rahen, hum laren ge in se. yahi yahi zalim hai, hum Makkah chhoden kyun?</w:t>
      </w:r>
    </w:p>
    <w:p>
      <w:pPr>
        <w:jc w:val="right"/>
      </w:pPr>
      <w:r>
        <w:t>تو صحابہ میں جو زیادہ اسٹرانگ لوگ تھے، وہ کہتے تھے، ہم ہجرت کیوں کریں؟ ہم لڑیں گے ان لوگوں سے، اپنا حق لیں گے۔</w:t>
      </w:r>
    </w:p>
    <w:p>
      <w:r>
        <w:rPr>
          <w:b/>
        </w:rPr>
        <w:t xml:space="preserve">[36:43] </w:t>
      </w:r>
      <w:r>
        <w:t>rasool Allah ne kaha ke nahi. inni lubbir bil qital. inni lubbir bil qital.</w:t>
      </w:r>
    </w:p>
    <w:p>
      <w:pPr>
        <w:jc w:val="right"/>
      </w:pPr>
      <w:r>
        <w:t>مکہ ہمارا وطن ہے، ہمارا رائٹ ہے کہ ہم یہاں رہیں، ہم لڑیں گے ان سے۔ یہی یہی ظالم ہے، ہم مکہ چھوڑیں کیوں؟</w:t>
      </w:r>
    </w:p>
    <w:p>
      <w:r>
        <w:rPr>
          <w:b/>
        </w:rPr>
        <w:t xml:space="preserve">[36:53] </w:t>
      </w:r>
      <w:r>
        <w:t>mujhe larai ka hukum nahi diya gaya hai. dekhiye, way of thinking dekhiye aap.</w:t>
      </w:r>
    </w:p>
    <w:p>
      <w:pPr>
        <w:jc w:val="right"/>
      </w:pPr>
      <w:r>
        <w:t>رسول اللہ نے کہا کہ نہیں۔ انی لببر بالقتال۔ انی لببر بالقتال۔</w:t>
      </w:r>
    </w:p>
    <w:p>
      <w:r>
        <w:rPr>
          <w:b/>
        </w:rPr>
        <w:t xml:space="preserve">[37:04] </w:t>
      </w:r>
      <w:r>
        <w:t>ke sahaba jo hain, woh sahabi the lekin phir bhi is tribe age hi se to nikal kar aaye the woh. tribal age mein parhe parhe the woh.</w:t>
      </w:r>
    </w:p>
    <w:p>
      <w:pPr>
        <w:jc w:val="right"/>
      </w:pPr>
      <w:r>
        <w:t>مجھے لڑائی کا حکم نہیں دیا گیا ہے۔ دیکھیے، وے آف تھنکنگ دیکھیے آپ۔</w:t>
      </w:r>
    </w:p>
    <w:p>
      <w:r>
        <w:rPr>
          <w:b/>
        </w:rPr>
        <w:t xml:space="preserve">[37:12] </w:t>
      </w:r>
      <w:r>
        <w:t>to is zamane mein yeh tha ke hum peechhe kyun hat rahe hain? hum apna right len ge. aaj bhi musalmanon mein yeh mizaj hai, hum apne right lene ke liye laren ge.</w:t>
      </w:r>
    </w:p>
    <w:p>
      <w:pPr>
        <w:jc w:val="right"/>
      </w:pPr>
      <w:r>
        <w:t>کہ صحابہ جو ہیں، وہ صحابی تھے لیکن پھر بھی اس ٹرائب ایج ہی سے تو نکل کر آئے تھے وہ۔ ٹرائبل ایج میں پڑھے پڑھے تھے وہ۔</w:t>
      </w:r>
    </w:p>
    <w:p>
      <w:r>
        <w:rPr>
          <w:b/>
        </w:rPr>
        <w:t xml:space="preserve">[37:24] </w:t>
      </w:r>
      <w:r>
        <w:t>to Allah rasool Allah ne farmaya ke nahi, inni lubbir bil qital. mujhe larnay ka hukum nahi diya gaya. is ka matlab kya hai? ke in ko marna hai thodi ab main.</w:t>
      </w:r>
    </w:p>
    <w:p>
      <w:pPr>
        <w:jc w:val="right"/>
      </w:pPr>
      <w:r>
        <w:t>تو اس زمانے میں یہ تھا کہ ہم پیچھے کیوں ہٹ رہے ہیں؟ ہم اپنا رائٹ لیں گے۔ آج بھی مسلمانوں میں یہ مزاج ہے، ہم اپنے رائٹ لینے کے لیے لڑیں گے۔</w:t>
      </w:r>
    </w:p>
    <w:p>
      <w:r>
        <w:rPr>
          <w:b/>
        </w:rPr>
        <w:t xml:space="preserve">[37:35] </w:t>
      </w:r>
      <w:r>
        <w:t>dawat kar ke inhen is dakhil karna hai sachai mein. yeh jo Makkah ke log hain, yeh thodi ke in ko gardanen maar dalen in ki.</w:t>
      </w:r>
    </w:p>
    <w:p>
      <w:pPr>
        <w:jc w:val="right"/>
      </w:pPr>
      <w:r>
        <w:t>تو اللہ رسول اللہ نے فرمایا کہ نہیں، انی لببر بالقتال۔ مجھے لڑنے کا حکم نہیں دیا گیا۔ اس کا مطلب کیا ہے؟ کہ ان کو مارنا ہے تھوڑی اب میں۔</w:t>
      </w:r>
    </w:p>
    <w:p>
      <w:r>
        <w:rPr>
          <w:b/>
        </w:rPr>
        <w:t xml:space="preserve">[37:45] </w:t>
      </w:r>
      <w:r>
        <w:t>nahi, in ko hum zindagi dena hai humein.</w:t>
      </w:r>
    </w:p>
    <w:p>
      <w:pPr>
        <w:jc w:val="right"/>
      </w:pPr>
      <w:r>
        <w:t>دعوت کر کے انہیں اس داخل کرنا ہے سچائی میں۔ یہ جو مکہ کے لوگ ہیں، یہ تھوڑی کہ ان کو گردنیں مار ڈالیں ان کی۔</w:t>
      </w:r>
    </w:p>
    <w:p>
      <w:r>
        <w:rPr>
          <w:b/>
        </w:rPr>
        <w:t xml:space="preserve">[37:56] </w:t>
      </w:r>
      <w:r>
        <w:t>quran mein ayat utri ke man qatala nafsan bighaira nafsin faqad qatala nasan jameean. man ahya ahya an nas jameean.</w:t>
      </w:r>
    </w:p>
    <w:p>
      <w:pPr>
        <w:jc w:val="right"/>
      </w:pPr>
      <w:r>
        <w:t>نہیں، ان کو ہم زندگی دینا ہے ہمیں۔</w:t>
      </w:r>
    </w:p>
    <w:p>
      <w:r>
        <w:rPr>
          <w:b/>
        </w:rPr>
        <w:t xml:space="preserve">[38:01] </w:t>
      </w:r>
      <w:r>
        <w:t>yani jis ne ek insan ko zindagi di, us ne sare insanon ko zindagi de di. yahan zindagi dene ka matlab yeh hai. yani hayat-e-imani dena.</w:t>
      </w:r>
    </w:p>
    <w:p>
      <w:pPr>
        <w:jc w:val="right"/>
      </w:pPr>
      <w:r>
        <w:t>قرآن میں آیت اتری کہ من قطر نفس بغیر نفس فقد قطر ناس جمیہ۔ من احیاء احیاء الناس جمیہ۔</w:t>
      </w:r>
    </w:p>
    <w:p>
      <w:r>
        <w:rPr>
          <w:b/>
        </w:rPr>
        <w:t xml:space="preserve">[38:13] </w:t>
      </w:r>
      <w:r>
        <w:t>sawal mada mein bhi aya tha ke man ahya ahya an nas jameean. jo ek insan ko zindagi de, us ne sare insanon ko zindagi de di.</w:t>
      </w:r>
    </w:p>
    <w:p>
      <w:pPr>
        <w:jc w:val="right"/>
      </w:pPr>
      <w:r>
        <w:t>یعنی جس نے ایک انسان کو زندگی دی، اس نے سارے انسانوں کو زندگی دے دی۔ یہاں زندگی دینے کا مطلب یہ ہے۔ یعنی حیات ایمانی دینا۔</w:t>
      </w:r>
    </w:p>
    <w:p>
      <w:r>
        <w:rPr>
          <w:b/>
        </w:rPr>
        <w:t xml:space="preserve">[38:24] </w:t>
      </w:r>
      <w:r>
        <w:t>to humein to in ko zindagi dena hai, marna hamara mission nahi hai. aur zindagi ke maane kya hain? hayat-e-insani. imani zindagi.</w:t>
      </w:r>
    </w:p>
    <w:p>
      <w:pPr>
        <w:jc w:val="right"/>
      </w:pPr>
      <w:r>
        <w:t>سوال مادہ میں بھی آیا تھا کہ من احیاء احیاء الناس جمیہ۔ جو ایک انسان کو زندگی دے، اس نے سارے انسانوں کو زندگی دے دی۔</w:t>
      </w:r>
    </w:p>
    <w:p>
      <w:r>
        <w:rPr>
          <w:b/>
        </w:rPr>
        <w:t xml:space="preserve">[38:35] </w:t>
      </w:r>
      <w:r>
        <w:t>to aap ne hijrat kar ke dawat ko malzam kiya. aur har tarah se chaha ke dawat pahunche, dawat pahunche, dawat pahunche.</w:t>
      </w:r>
    </w:p>
    <w:p>
      <w:pPr>
        <w:jc w:val="right"/>
      </w:pPr>
      <w:r>
        <w:t>تو ہمیں تو ان کو زندگی دینا ہے، مارنا ہمارا مشن نہیں ہے۔ اور زندگی کے معنی کیا ہیں؟ حیات انسانی۔ ایمانی زندگی۔</w:t>
      </w:r>
    </w:p>
    <w:p>
      <w:r>
        <w:rPr>
          <w:b/>
        </w:rPr>
        <w:t xml:space="preserve">[38:46] </w:t>
      </w:r>
      <w:r>
        <w:t>to aap ne hijrat kar ke dawat ko mulzim kiya. aur har tareeqay se chaha ke dawat pohnchay, dawat pohnchay, dawat pohnchay.</w:t>
      </w:r>
    </w:p>
    <w:p>
      <w:pPr>
        <w:jc w:val="right"/>
      </w:pPr>
      <w:r>
        <w:t>تو آپ نے ہجرت کر کے دعوت کو ملزم کیا۔ اور ہر طریقے سے چاہا کہ دعوت پہنچے، دعوت پہنچے، دعوت پہنچے۔</w:t>
      </w:r>
    </w:p>
    <w:p>
      <w:r>
        <w:rPr>
          <w:b/>
        </w:rPr>
        <w:t xml:space="preserve">[38:58] </w:t>
      </w:r>
      <w:r>
        <w:t>yahan tak ke aap jante hain ke woh quran mein hai ke ila jaa rasool ullah wal fath wa ra'ait un naas yadkhuloon fi deen ullah afwajaa.</w:t>
      </w:r>
    </w:p>
    <w:p>
      <w:pPr>
        <w:jc w:val="right"/>
      </w:pPr>
      <w:r>
        <w:t>یہاں تک کہ آپ جانتے ہیں کہ وہ قرآن میں ہے کہ اذا جاء رسول اللہ والفتح ورأيت الناس يدخلون في دين الله أفواجاً۔</w:t>
      </w:r>
    </w:p>
    <w:p>
      <w:r>
        <w:rPr>
          <w:b/>
        </w:rPr>
        <w:t xml:space="preserve">[39:10] </w:t>
      </w:r>
      <w:r>
        <w:t>yani fauj dar fauj log islam mein dakhil ho gaye. yeh makkah wale to thay. jin makkah walon ko sochte thay ke larr kar maro unhein, yeh zalim hain, yeh sazishi hain, wohi log jo hain islam qabool kar ke islam mein dakhil ho gaye.</w:t>
      </w:r>
    </w:p>
    <w:p>
      <w:pPr>
        <w:jc w:val="right"/>
      </w:pPr>
      <w:r>
        <w:t>یعنی فوج در فوج لوگ اسلام میں داخل ہو گئے۔ یہ مکے والے تو تھے۔ جن مکے والوں کو سوچتے تھے کہ لڑ کر مارو انہیں، یہ ظالم ہیں، یہ سازشی ہیں، وہی لوگ جو ہیں اسلام قبول کر کے اسلام میں داخل ہو گئے۔</w:t>
      </w:r>
    </w:p>
    <w:p>
      <w:r>
        <w:rPr>
          <w:b/>
        </w:rPr>
        <w:t xml:space="preserve">[39:27] </w:t>
      </w:r>
      <w:r>
        <w:t>to mun ahyaa ahyaa un naas jameeh. yeh islam ka mission hai. ke tum zindagi de do un logon ko. yeh sab se bara ek insan ko bhi zindagi de do ge to goya ke pure mind ko tum ne zindagi de di.</w:t>
      </w:r>
    </w:p>
    <w:p>
      <w:pPr>
        <w:jc w:val="right"/>
      </w:pPr>
      <w:r>
        <w:t>تو من احیاء احیاء الناس جمیہ۔ یہ اسلام کا مشن ہے۔ کہ تم زندگی دے دو ان لوگوں کو۔ یہ سب سے بڑا ایک انسان کو بھی زندگی دے دو گے تو گویا کہ پورے مائنڈ کان کو تم نے زندگی دے دی۔</w:t>
      </w:r>
    </w:p>
    <w:p>
      <w:r>
        <w:rPr>
          <w:b/>
        </w:rPr>
        <w:t xml:space="preserve">[39:43] </w:t>
      </w:r>
      <w:r>
        <w:t>yani kitna bara yeh yeh yeh sochne ka tareeqa diya hai quran ne. ke agar ek insan ko tum ne zindagi de di to goya ke tum ne sare insanon ko zindagi de di.</w:t>
      </w:r>
    </w:p>
    <w:p>
      <w:pPr>
        <w:jc w:val="right"/>
      </w:pPr>
      <w:r>
        <w:t>یعنی کتنا بڑا یہ یہ یہ سوچنے کا طریقہ دیا ہے قرآن نے۔ کہ اگر ایک انسان کو تم نے زندگی دے دی تو گویا کہ تم نے سارے انسانوں کو زندگی دے دی۔</w:t>
      </w:r>
    </w:p>
    <w:p>
      <w:r>
        <w:rPr>
          <w:b/>
        </w:rPr>
        <w:t xml:space="preserve">[39:59] </w:t>
      </w:r>
      <w:r>
        <w:t>yahan zindagi se murad yahi hai. yani sachai ki soch, imani zindagi, allah ke rastay par chalne wala tareeqa fikr, yeh hai zindagi.</w:t>
      </w:r>
    </w:p>
    <w:p>
      <w:pPr>
        <w:jc w:val="right"/>
      </w:pPr>
      <w:r>
        <w:t>یہاں زندگی سے مراد یہی ہے۔ یعنی سچائی کی سوچ، ایمانی زندگی، اللہ کے راستے پر چلنے والا طریقہ فکر، یہ ہے زندگی۔</w:t>
      </w:r>
    </w:p>
    <w:p>
      <w:r>
        <w:rPr>
          <w:b/>
        </w:rPr>
        <w:t xml:space="preserve">[40:17] </w:t>
      </w:r>
      <w:r>
        <w:t>to aap jo log larr rahe hain, aap ghor kijiye ke allah ne yeh mawaqe kholay thay is liye ke in ko istemal kiya jaye logon ko zindagi dene ke liye.</w:t>
      </w:r>
    </w:p>
    <w:p>
      <w:pPr>
        <w:jc w:val="right"/>
      </w:pPr>
      <w:r>
        <w:t>تو آپ جو لوگ لڑ رہے ہیں، آپ غور کیجیے کہ اللہ نے یہ مواقع کھولے تھے اس لیے کہ ان کو استعمال کیا جائے لوگوں کو زندگی دینے کے لیے۔</w:t>
      </w:r>
    </w:p>
    <w:p>
      <w:r>
        <w:rPr>
          <w:b/>
        </w:rPr>
        <w:t xml:space="preserve">[40:27] </w:t>
      </w:r>
      <w:r>
        <w:t>woh in ko maut de rahe hain. gun aur bomb ka shikar kar rahe hain in ko. kyun? right way of thinking nahi hai.</w:t>
      </w:r>
    </w:p>
    <w:p>
      <w:pPr>
        <w:jc w:val="right"/>
      </w:pPr>
      <w:r>
        <w:t>وہ ان کو موت دے رہے ہیں۔ گن اور بم کا شکار کر رہے ہیں ان کو۔ کیوں؟ رائٹ وے آف تھنکنگ نہیں ہے۔</w:t>
      </w:r>
    </w:p>
    <w:p>
      <w:r>
        <w:rPr>
          <w:b/>
        </w:rPr>
        <w:t xml:space="preserve">[40:40] </w:t>
      </w:r>
      <w:r>
        <w:t>sahi tarz fikr nahi hai. yani woh kaam jo kufr o shirk se bhi badtar hai, marna hai insan ko, us ko kar rahe hain islam ke naam par.</w:t>
      </w:r>
    </w:p>
    <w:p>
      <w:pPr>
        <w:jc w:val="right"/>
      </w:pPr>
      <w:r>
        <w:t>صحیح طرز فکر نہیں ہے۔ یعنی وہ کام جو کفر و شرک سے بھی بدتر ہے، مارنا ہے انسان کو، اس کو کر رہے ہیں اسلام کے نام پر۔</w:t>
      </w:r>
    </w:p>
    <w:p>
      <w:r>
        <w:rPr>
          <w:b/>
        </w:rPr>
        <w:t xml:space="preserve">[40:51] </w:t>
      </w:r>
      <w:r>
        <w:t>islami jihad ke naam par. yaad kijiye, ek yaad rakhiye, insan ko qatal karna yeh kufr o shirk se bhi bari cheez hai.</w:t>
      </w:r>
    </w:p>
    <w:p>
      <w:pPr>
        <w:jc w:val="right"/>
      </w:pPr>
      <w:r>
        <w:t>اسلامی جہاد کے نام پر۔ یاد کیجیے، ایک یاد رکھیے، انسان کو قتل کرنا یہ کفر و شرک سے بھی بری چیز ہے۔</w:t>
      </w:r>
    </w:p>
    <w:p>
      <w:r>
        <w:rPr>
          <w:b/>
        </w:rPr>
        <w:t xml:space="preserve">[41:03] </w:t>
      </w:r>
      <w:r>
        <w:t>aur woh kaam kar rahe hain yeh log islam ke naam par.</w:t>
      </w:r>
    </w:p>
    <w:p>
      <w:pPr>
        <w:jc w:val="right"/>
      </w:pPr>
      <w:r>
        <w:t>اور وہ کام کر رہے ہیں یہ لوگ اسلام کے نام پر۔</w:t>
      </w:r>
    </w:p>
    <w:p>
      <w:r>
        <w:rPr>
          <w:b/>
        </w:rPr>
        <w:t xml:space="preserve">[41:10] </w:t>
      </w:r>
      <w:r>
        <w:t>to yaad rakhiye, sab se bari zaroorat jo hai yeh hai ke logon ke andar</w:t>
      </w:r>
    </w:p>
    <w:p>
      <w:pPr>
        <w:jc w:val="right"/>
      </w:pPr>
      <w:r>
        <w:t>تو یاد رکھیے، سب سے بڑی ضرورت جو ہے یہ ہے کہ لوگوں کے اندر</w:t>
      </w:r>
    </w:p>
    <w:p>
      <w:r>
        <w:rPr>
          <w:b/>
        </w:rPr>
        <w:t xml:space="preserve">[41:19] </w:t>
      </w:r>
      <w:r>
        <w:t>sahi soch laayi jaye. sahi soch laayi jaye. quran ki surah, yani haam sajda, jis ka number hai 41, us mein yeh aaya hai ke atfa bilti ahsan.</w:t>
      </w:r>
    </w:p>
    <w:p>
      <w:pPr>
        <w:jc w:val="right"/>
      </w:pPr>
      <w:r>
        <w:t>صحیح سوچ لائی جائے۔ صحیح سوچ لائی جائے۔ قرآن کی سورہ، یعنی حام سجدہ، جس کا نمبر ہے 41، اس میں یہ آیا ہے کہ اتفاء بلتی احسن۔</w:t>
      </w:r>
    </w:p>
    <w:p>
      <w:r>
        <w:rPr>
          <w:b/>
        </w:rPr>
        <w:t xml:space="preserve">[41:41] </w:t>
      </w:r>
      <w:r>
        <w:t>la tastaoli husna budi. matlab tum burai ke badle mein burai karo to yeh bohat galat policy hai.</w:t>
      </w:r>
    </w:p>
    <w:p>
      <w:pPr>
        <w:jc w:val="right"/>
      </w:pPr>
      <w:r>
        <w:t>لا تستولی حسنۃ بدیہ۔ مطلب تم برائی کے بدلے میں برائی کرو تو یہ بہت غلط پالیسی ہے۔</w:t>
      </w:r>
    </w:p>
    <w:p>
      <w:r>
        <w:rPr>
          <w:b/>
        </w:rPr>
        <w:t xml:space="preserve">[41:53] </w:t>
      </w:r>
      <w:r>
        <w:t>burai ke badle mein burai karo to sirf yeh hoga ke burai double ho jayegi. us ne gun mara to tum bhi gun maro. to burai double ho gayi.</w:t>
      </w:r>
    </w:p>
    <w:p>
      <w:pPr>
        <w:jc w:val="right"/>
      </w:pPr>
      <w:r>
        <w:t>برائی کے بدلے میں برائی کرو تو صرف یہ ہوگا کہ برائی ڈبل ہو جائے گی۔ اس نے گن مارا تو تم بھی گن مارو۔ تو برائی ڈبل ہو گئی۔</w:t>
      </w:r>
    </w:p>
    <w:p>
      <w:r>
        <w:rPr>
          <w:b/>
        </w:rPr>
        <w:t xml:space="preserve">[42:03] </w:t>
      </w:r>
      <w:r>
        <w:t>faida kya hai? to quran mein bataya gaya hai ke atfa bilti ahsan. woh waris karo, tum peace karo.</w:t>
      </w:r>
    </w:p>
    <w:p>
      <w:pPr>
        <w:jc w:val="right"/>
      </w:pPr>
      <w:r>
        <w:t>فائدہ کیا ہے؟ تو قرآن میں بتایا گیا ہے کہ اتفاء بلتی احسن۔ وہ وارث کرو، تم پیس کرو۔</w:t>
      </w:r>
    </w:p>
    <w:p>
      <w:r>
        <w:rPr>
          <w:b/>
        </w:rPr>
        <w:t xml:space="preserve">[42:12] </w:t>
      </w:r>
      <w:r>
        <w:t>woh burai kare, tum achai karo. to woh khatam ho jayega. yeh kaisi ajeeb philosophy hai. yeh aap parh lijiye surah number 41 mein.</w:t>
      </w:r>
    </w:p>
    <w:p>
      <w:pPr>
        <w:jc w:val="right"/>
      </w:pPr>
      <w:r>
        <w:t>وہ برائی کرے، تم اچھائی کرو۔ تو وہ ختم ہو جائے گا۔ یہ کیسی عجیب فلاسفی ہے۔ یہ آپ پڑھ لیجیے سورہ نمبر 41 میں۔</w:t>
      </w:r>
    </w:p>
    <w:p>
      <w:r>
        <w:rPr>
          <w:b/>
        </w:rPr>
        <w:t xml:space="preserve">[42:25] </w:t>
      </w:r>
      <w:r>
        <w:t>ke burai ke badle mein burai se burai double ho jati hai.</w:t>
      </w:r>
    </w:p>
    <w:p>
      <w:pPr>
        <w:jc w:val="right"/>
      </w:pPr>
      <w:r>
        <w:t>کہ برائی کے بدلے میں برائی سے برائی ڈبل ہو جاتی ہے۔</w:t>
      </w:r>
    </w:p>
    <w:p>
      <w:r>
        <w:rPr>
          <w:b/>
        </w:rPr>
        <w:t xml:space="preserve">[42:32] </w:t>
      </w:r>
      <w:r>
        <w:t>tashaddud ke badle mein tashaddud se tashaddud double ho jata hai. to aap ko tashaddud ke badle mein aman karna hai.</w:t>
      </w:r>
    </w:p>
    <w:p>
      <w:pPr>
        <w:jc w:val="right"/>
      </w:pPr>
      <w:r>
        <w:t>تشدد کے بدلے میں تشدد سے تشدد ڈبل ہو جاتا ہے۔ تو آپ کو تشدد کے بدلے میں امن کرنا ہے۔</w:t>
      </w:r>
    </w:p>
    <w:p>
      <w:r>
        <w:rPr>
          <w:b/>
        </w:rPr>
        <w:t xml:space="preserve">[42:42] </w:t>
      </w:r>
      <w:r>
        <w:t>violence ke jawab mein peace karna hai. burai ke jawab mein achai karna hai. tab duniya mein aman ayega.</w:t>
      </w:r>
    </w:p>
    <w:p>
      <w:pPr>
        <w:jc w:val="right"/>
      </w:pPr>
      <w:r>
        <w:t>وائلنس کے جواب میں پیس کرنا ہے۔ برائی کے جواب میں اچھائی کرنا ہے۔ تب دنیا میں امن آئے گا۔</w:t>
      </w:r>
    </w:p>
    <w:p>
      <w:r>
        <w:rPr>
          <w:b/>
        </w:rPr>
        <w:t xml:space="preserve">[42:53] </w:t>
      </w:r>
      <w:r>
        <w:t>tab duniya mein achai ayegi. to main dua karta hoon ke allah taala mujh ko aur aap ko tofeeq de ke hum khud sahi andaz mein sochein aur doosron ko batayein ke sab se zyada zaroori cheez hai sahi andaz mein sochna.</w:t>
      </w:r>
    </w:p>
    <w:p>
      <w:pPr>
        <w:jc w:val="right"/>
      </w:pPr>
      <w:r>
        <w:t>تب دنیا میں اچھائی آئے گی۔ تو میں دعا کرتا ہوں کہ اللہ تعالیٰ مجھ کو اور آپ کو توفیق دے کہ ہم خود صحیح انداز میں سوچیں اور دوسروں کو بتائیں کہ سب سے زیادہ ضروری چیز ہے صحیح انداز میں سوچنا۔</w:t>
      </w:r>
    </w:p>
    <w:p>
      <w:r>
        <w:rPr>
          <w:b/>
        </w:rPr>
        <w:t xml:space="preserve">[43:18] </w:t>
      </w:r>
      <w:r>
        <w:t>right way of thinking. yahi mission hai hamara aap ka. apne aap ko sahi andaz fikr par lana aur doosron ko koshish karna ke woh bhi sahi andaz mein sochne wale banen.</w:t>
      </w:r>
    </w:p>
    <w:p>
      <w:pPr>
        <w:jc w:val="right"/>
      </w:pPr>
      <w:r>
        <w:t>رائٹ وے آف تھنکنگ۔ یہی مشن ہے ہمارا آپ کا۔ اپنے آپ کو صحیح انداز فکر پر لانا اور دوسروں کو کوشش کرنا کہ وہ بھی صحیح انداز میں سوچنے والے بنیں۔</w:t>
      </w:r>
    </w:p>
    <w:p>
      <w:r>
        <w:rPr>
          <w:b/>
        </w:rPr>
        <w:t xml:space="preserve">[43:39] </w:t>
      </w:r>
      <w:r>
        <w:t>sab se bara mission agar duniya mein hai to yahi hai. sab se bari kamyabi yeh hai ke aap ko yeh yeh hikmat aa jaye ke sab se bara kaam hai sahi andaz mein sochna.</w:t>
      </w:r>
    </w:p>
    <w:p>
      <w:pPr>
        <w:jc w:val="right"/>
      </w:pPr>
      <w:r>
        <w:t>سب سے بڑا مشن اگر دنیا میں ہے تو یہی ہے۔ سب سے بڑی کامیابی یہ ہے کہ آپ کو یہ یہ حکمت آ جائے کہ سب سے بڑا کام ہے صحیح انداز میں سوچنا۔</w:t>
      </w:r>
    </w:p>
    <w:p>
      <w:r>
        <w:rPr>
          <w:b/>
        </w:rPr>
        <w:t xml:space="preserve">[43:56] </w:t>
      </w:r>
      <w:r>
        <w:t>yeh hikmat agar aap jaan lein to goya ke aap ne sab se bari cheez pa li. aur is hikmat ko aap na janen to goya ke aap ne sab se bari cheez ko kho diya.</w:t>
      </w:r>
    </w:p>
    <w:p>
      <w:pPr>
        <w:jc w:val="right"/>
      </w:pPr>
      <w:r>
        <w:t>یہ حکمت اگر آپ جان لیں تو گویا کہ آپ نے سب سے بڑی چیز پا لی۔ اور اس حکمت کو آپ نہ جانیں تو گویا کہ آپ نے سب سے بڑی چیز کو کھو دیا۔</w:t>
      </w:r>
    </w:p>
    <w:p>
      <w:r>
        <w:rPr>
          <w:b/>
        </w:rPr>
        <w:t xml:space="preserve">[44:10] </w:t>
      </w:r>
      <w:r>
        <w:t>greatest loser ban gaye aap. ek surat mein aap greatest finder hain, doosri surat mein aap greatest loser hain.</w:t>
      </w:r>
    </w:p>
    <w:p>
      <w:pPr>
        <w:jc w:val="right"/>
      </w:pPr>
      <w:r>
        <w:t>گریٹسٹ لوزر بن گئے آپ۔ ایک صورت میں آپ گریٹسٹ فائنڈر ہیں، دوسری صورت میں آپ گریٹسٹ لوزر ہیں۔</w:t>
      </w:r>
    </w:p>
    <w:p>
      <w:r>
        <w:rPr>
          <w:b/>
        </w:rPr>
        <w:t xml:space="preserve">[44:24] </w:t>
      </w:r>
      <w:r>
        <w:t>to aap ko khud bhi yahi karna hai aur doosron ko bhi aise hi banana hai. yahi hamara mission hai.</w:t>
      </w:r>
    </w:p>
    <w:p>
      <w:pPr>
        <w:jc w:val="right"/>
      </w:pPr>
      <w:r>
        <w:t>تو آپ کو خود بھی یہی کرنا ہے اور دوسروں کو بھی ایسے ہی بنانا ہے۔ یہی ہمارا مشن ہے۔</w:t>
      </w:r>
    </w:p>
    <w:p>
      <w:r>
        <w:rPr>
          <w:b/>
        </w:rPr>
        <w:t xml:space="preserve">[44:35] </w:t>
      </w:r>
      <w:r>
        <w:t>aur jab tak yeh na ho, ya yaad rakhiye, kuch kuch bhi islaah hone wali nahi hai. kuch bhi nahi hone wali.</w:t>
      </w:r>
    </w:p>
    <w:p>
      <w:pPr>
        <w:jc w:val="right"/>
      </w:pPr>
      <w:r>
        <w:t>اور جب تک یہ نہ ہو، یا یاد رکھیے، کچھ کچھ بھی اصلاح ہونے والی نہیں ہے۔ کچھ بھی نہیں ہونے والی۔</w:t>
      </w:r>
    </w:p>
    <w:p>
      <w:r>
        <w:rPr>
          <w:b/>
        </w:rPr>
        <w:t xml:space="preserve">[44:44] </w:t>
      </w:r>
      <w:r>
        <w:t>shor o ghul hoga, bheed jama hogi, log taaliyan bajayenge muqarririn ke liye aur hangame khade honge aur akhbaron mein khabrein chhappengi.</w:t>
      </w:r>
    </w:p>
    <w:p>
      <w:pPr>
        <w:jc w:val="right"/>
      </w:pPr>
      <w:r>
        <w:t>شور و غل ہوگا، بھیڑ اکٹھا ہوگی، لوگ تالیاں بجائیں گے مقررین کے لیے اور ہنگامے کھڑے ہوں گے اور اخباروں میں خبریں چھپیں گی۔</w:t>
      </w:r>
    </w:p>
    <w:p>
      <w:r>
        <w:rPr>
          <w:b/>
        </w:rPr>
        <w:t xml:space="preserve">[44:55] </w:t>
      </w:r>
      <w:r>
        <w:t>lekin result kuch bhi nahi hai. natije ke aitbaar se kuch bhi nahi hai.</w:t>
      </w:r>
    </w:p>
    <w:p>
      <w:pPr>
        <w:jc w:val="right"/>
      </w:pPr>
      <w:r>
        <w:t>لیکن رزلٹ کچھ بھی نہیں ہے۔ نتیجے کے اعتبار سے کچھ بھی نہیں ہے۔</w:t>
      </w:r>
    </w:p>
    <w:p>
      <w:r>
        <w:rPr>
          <w:b/>
        </w:rPr>
        <w:t xml:space="preserve">[45:05] </w:t>
      </w:r>
      <w:r>
        <w:t>to Allah taala mujh ko aur aap ko tofeeq de ke hum is raaste par chalein. aqool qawli haza wastaghfirullaha li walakum ajmaeen assalamu alaikum warahmatullah.</w:t>
      </w:r>
    </w:p>
    <w:p>
      <w:pPr>
        <w:jc w:val="right"/>
      </w:pPr>
      <w:r>
        <w:t>تو اللہ تعالیٰ مجھ کو اور آپ کو توفیق دے کہ ہم اس راستے پر چلیں۔ اقول قولیھذا واستغفراللہ لی ولکم اجمعین السلام علیکم ورحمۃ اللہ۔</w:t>
      </w:r>
    </w:p>
    <w:p>
      <w:r>
        <w:rPr>
          <w:b/>
        </w:rPr>
        <w:t xml:space="preserve">[45:27] </w:t>
      </w:r>
      <w:r>
        <w:t>sawal aaya hai Jodhpur se Bilal sahib ka aur unhone likha hai: "Maulana, I really like your today talk.</w:t>
      </w:r>
    </w:p>
    <w:p>
      <w:pPr>
        <w:jc w:val="right"/>
      </w:pPr>
      <w:r>
        <w:t>سوال آیا ہے جودھپور سے بلال صاحب کا اور انہوں نے لکھا ہے: "مولانا، آئی ریلی لائک یور ٹوڈے ٹاک۔</w:t>
      </w:r>
    </w:p>
    <w:p>
      <w:r>
        <w:rPr>
          <w:b/>
        </w:rPr>
        <w:t xml:space="preserve">[45:37] </w:t>
      </w:r>
      <w:r>
        <w:t>My question is from where to begin? What should be the starting point of developing the art of thinking?" dekhiye, study karna, sochna,</w:t>
      </w:r>
    </w:p>
    <w:p>
      <w:pPr>
        <w:jc w:val="right"/>
      </w:pPr>
      <w:r>
        <w:t>مائی کوئسچن از فرام ویر ٹو بیگن؟ واٹ شوڈ بی دا سٹارٹنگ پوائنٹ آف ڈویلپنگ دی آرٹ آف تھنکنگ؟" دیکھیے، اسٹڈی کرنا، سوچنا،</w:t>
      </w:r>
    </w:p>
    <w:p>
      <w:r>
        <w:rPr>
          <w:b/>
        </w:rPr>
        <w:t xml:space="preserve">[45:52] </w:t>
      </w:r>
      <w:r>
        <w:t>koi criticize kare aap ko to us ko positive mein lena, introspection karna, apni degrading karna, yeh ek process hai.</w:t>
      </w:r>
    </w:p>
    <w:p>
      <w:pPr>
        <w:jc w:val="right"/>
      </w:pPr>
      <w:r>
        <w:t>کوئی کریٹیسائز کرے آپ کو تو اس کو پازیٹیو میں لینا، انٹراسپیکشن کرنا، اپنی ڈی گریڈنگ کرنا، یہ ایک پروسیس ہے۔</w:t>
      </w:r>
    </w:p>
    <w:p>
      <w:r>
        <w:rPr>
          <w:b/>
        </w:rPr>
        <w:t xml:space="preserve">[46:07] </w:t>
      </w:r>
      <w:r>
        <w:t>yaad rakhiye, koi goli nahi ke aap kha lein aur woh cheez haasil ho jaye. ek poora process hai jo aap ko apne andar chalana padta hai.</w:t>
      </w:r>
    </w:p>
    <w:p>
      <w:pPr>
        <w:jc w:val="right"/>
      </w:pPr>
      <w:r>
        <w:t>یاد رکھیے، کوئی گولی نہیں کہ آپ کھا لیں اور وہ چیز حاصل ہو جائے۔ ایک پورا پروسیس ہے جو آپ کو اپنے اندر چلانا پڑتا ہے۔</w:t>
      </w:r>
    </w:p>
    <w:p>
      <w:r>
        <w:rPr>
          <w:b/>
        </w:rPr>
        <w:t xml:space="preserve">[46:21] </w:t>
      </w:r>
      <w:r>
        <w:t>to is ke culmination ka naam hai right way of thinking. to jo aadmi is ka hareese ho ke is ke andar sahi sochne ka tareeqa aa jaye taake is ki zindagi sachi zindagi bane.</w:t>
      </w:r>
    </w:p>
    <w:p>
      <w:pPr>
        <w:jc w:val="right"/>
      </w:pPr>
      <w:r>
        <w:t>تو اس کے کلمینیشن کا نام ہے رائٹ وے آف تھنکنگ۔ تو جو آدمی اس کا حریص ہو کہ اس کے اندر صحیح سوچنے کا طریقہ آ جائے تاکہ اس کی زندگی سچی زندگی بنے۔</w:t>
      </w:r>
    </w:p>
    <w:p>
      <w:r>
        <w:rPr>
          <w:b/>
        </w:rPr>
        <w:t xml:space="preserve">[46:42] </w:t>
      </w:r>
      <w:r>
        <w:t>aur sab se bari incentive jo is mein hai woh yeh hai ke Quran mein hai ke fi maqad siddiq inda malik muqtadir.</w:t>
      </w:r>
    </w:p>
    <w:p>
      <w:pPr>
        <w:jc w:val="right"/>
      </w:pPr>
      <w:r>
        <w:t>اور سب سے بڑی انسنٹیو جو اس میں ہے وہ یہ ہے کہ قرآن میں ہے کہ فی مقد صدق عند ملک مقتدر۔</w:t>
      </w:r>
    </w:p>
    <w:p>
      <w:r>
        <w:rPr>
          <w:b/>
        </w:rPr>
        <w:t xml:space="preserve">[46:53] </w:t>
      </w:r>
      <w:r>
        <w:t>yani akhirat mein</w:t>
      </w:r>
    </w:p>
    <w:p>
      <w:pPr>
        <w:jc w:val="right"/>
      </w:pPr>
      <w:r>
        <w:t>یعنی آخرت میں</w:t>
      </w:r>
    </w:p>
    <w:p>
      <w:r>
        <w:rPr>
          <w:b/>
        </w:rPr>
        <w:t xml:space="preserve">[46:57] </w:t>
      </w:r>
      <w:r>
        <w:t>aise log sachai ki seat par jagah payenge. maqad siddiq mani seat of truth. akhirat mein jab Allah ka zahoor hoga to wahan aise log maqad siddiq par jagah payenge.</w:t>
      </w:r>
    </w:p>
    <w:p>
      <w:pPr>
        <w:jc w:val="right"/>
      </w:pPr>
      <w:r>
        <w:t>ایسے لوگ سچائی کی سیٹ پر جگہ پائیں گے۔ مقد صدق معنی سیٹ آف ٹروتھ۔ آخرت میں جب اللہ کا ظہور ہوگا تو وہاں ایسے لوگ مقد صدق پر جگہ پائیں گے۔</w:t>
      </w:r>
    </w:p>
    <w:p>
      <w:r>
        <w:rPr>
          <w:b/>
        </w:rPr>
        <w:t xml:space="preserve">[47:15] </w:t>
      </w:r>
      <w:r>
        <w:t>yani seat of truth par jagah payenge. to is ke liye apne ko yani ek ek intellectual sacrifice ka ek course se guzarna padega.</w:t>
      </w:r>
    </w:p>
    <w:p>
      <w:pPr>
        <w:jc w:val="right"/>
      </w:pPr>
      <w:r>
        <w:t>یعنی سیٹ آف ٹروتھ پر جگہ پائیں گے۔ تو اس کے لیے اپنے کو یعنی ایک ایک انٹلیکچول سیکریفائس کا ایک کورس سے گزرنا پڑے گا۔</w:t>
      </w:r>
    </w:p>
    <w:p>
      <w:r>
        <w:rPr>
          <w:b/>
        </w:rPr>
        <w:t xml:space="preserve">[47:32] </w:t>
      </w:r>
      <w:r>
        <w:t>ya yani yeh aasani se nahi aa sakta.</w:t>
      </w:r>
    </w:p>
    <w:p>
      <w:pPr>
        <w:jc w:val="right"/>
      </w:pPr>
      <w:r>
        <w:t>یا یعنی یہ آسانی سے نہیں آ سکتا۔</w:t>
      </w:r>
    </w:p>
    <w:p>
      <w:r>
        <w:rPr>
          <w:b/>
        </w:rPr>
        <w:t xml:space="preserve">[47:41] </w:t>
      </w:r>
      <w:r>
        <w:t>is ke liye ek it requires an intellectual sacrifice.</w:t>
      </w:r>
    </w:p>
    <w:p>
      <w:pPr>
        <w:jc w:val="right"/>
      </w:pPr>
      <w:r>
        <w:t>اس کے لیے ایک اٹ ریکوائرڈز این انٹلیکچول سیکریفائس۔</w:t>
      </w:r>
    </w:p>
    <w:p>
      <w:r>
        <w:rPr>
          <w:b/>
        </w:rPr>
        <w:t xml:space="preserve">[47:50] </w:t>
      </w:r>
      <w:r>
        <w:t>yani physical sacrifice nahi, intellectual sacrifice. woh kya hai?</w:t>
      </w:r>
    </w:p>
    <w:p>
      <w:pPr>
        <w:jc w:val="right"/>
      </w:pPr>
      <w:r>
        <w:t>یعنی فزیکل سیکریفائس نہیں، انٹلیکچول سیکریفائس۔ وہ کیا ہے؟</w:t>
      </w:r>
    </w:p>
    <w:p>
      <w:r>
        <w:rPr>
          <w:b/>
        </w:rPr>
        <w:t xml:space="preserve">[47:58] </w:t>
      </w:r>
      <w:r>
        <w:t>sochna, bolne se zyada sochna, apni degrading karna, introspection karna, rethinking karna, apni priorities ko reset karna,</w:t>
      </w:r>
    </w:p>
    <w:p>
      <w:pPr>
        <w:jc w:val="right"/>
      </w:pPr>
      <w:r>
        <w:t>سوچنا، بولنے سے زیادہ سوچنا، اپنی ڈی گریڈنگ کرنا، انٹراسپیکشن کرنا، ری تھنکنگ کرنا، اپنی پرائیورٹیز کو ری سیٹ کرنا،</w:t>
      </w:r>
    </w:p>
    <w:p>
      <w:r>
        <w:rPr>
          <w:b/>
        </w:rPr>
        <w:t xml:space="preserve">[48:16] </w:t>
      </w:r>
      <w:r>
        <w:t>apne wahm se bahar aa kar sochna,</w:t>
      </w:r>
    </w:p>
    <w:p>
      <w:pPr>
        <w:jc w:val="right"/>
      </w:pPr>
      <w:r>
        <w:t>اپنے وہم سے باہر آ کر سوچنا،</w:t>
      </w:r>
    </w:p>
    <w:p>
      <w:r>
        <w:rPr>
          <w:b/>
        </w:rPr>
        <w:t xml:space="preserve">[48:22] </w:t>
      </w:r>
      <w:r>
        <w:t>apne bias ko khatam karna</w:t>
      </w:r>
    </w:p>
    <w:p>
      <w:pPr>
        <w:jc w:val="right"/>
      </w:pPr>
      <w:r>
        <w:t>اپنے بائس کو ختم کرنا</w:t>
      </w:r>
    </w:p>
    <w:p>
      <w:r>
        <w:rPr>
          <w:b/>
        </w:rPr>
        <w:t xml:space="preserve">[48:29] </w:t>
      </w:r>
      <w:r>
        <w:t>aur barabar sochna, barabar sochna, plus dua karna, dua karna, Quran padhna. to ek process hai yeh.</w:t>
      </w:r>
    </w:p>
    <w:p>
      <w:pPr>
        <w:jc w:val="right"/>
      </w:pPr>
      <w:r>
        <w:t>اور برابر سوچنا، برابر سوچنا، پلس دعا کرنا، دعا کرنا، قرآن پڑھنا۔ تو ایک پروسیس ہے یہ۔</w:t>
      </w:r>
    </w:p>
    <w:p>
      <w:r>
        <w:rPr>
          <w:b/>
        </w:rPr>
        <w:t xml:space="preserve">[48:37] </w:t>
      </w:r>
      <w:r>
        <w:t>is process ko main keh raha hoon ke intellectual sacrifice. kyunke is mein aap ko bohat baar apne marz ke khilaaf sochna padega, apne wahm ko todna padega, apne ego ko khatam karna padega.</w:t>
      </w:r>
    </w:p>
    <w:p>
      <w:pPr>
        <w:jc w:val="right"/>
      </w:pPr>
      <w:r>
        <w:t>اس پروسیس کو میں کہہ رہا ہوں کہ انٹلیکچول سیکریفائس۔ کیونکہ اس میں آپ کو بہت بار اپنے مرض کے خلاف سوچنا پڑے گا، اپنے وہم کو توڑنا پڑے گا، اپنے ایگو کو ختم کرنا پڑے گا۔</w:t>
      </w:r>
    </w:p>
    <w:p>
      <w:r>
        <w:rPr>
          <w:b/>
        </w:rPr>
        <w:t xml:space="preserve">[48:54] </w:t>
      </w:r>
      <w:r>
        <w:t>yeh sab karna padega. to yeh hai intellectual sacrifice. to phir is ka culmination hota hai right way of thinking.</w:t>
      </w:r>
    </w:p>
    <w:p>
      <w:pPr>
        <w:jc w:val="right"/>
      </w:pPr>
      <w:r>
        <w:t>یہ سب کرنا پڑے گا۔ تو یہ ہے انٹلیکچول سیکریفائس۔ تو پھر اس کا کلمینیشن ہوتا ہے رائٹ وے آف تھنکنگ۔</w:t>
      </w:r>
    </w:p>
    <w:p>
      <w:r>
        <w:rPr>
          <w:b/>
        </w:rPr>
        <w:t xml:space="preserve">[49:06] </w:t>
      </w:r>
      <w:r>
        <w:t>jab right way of think aa jayegi tab aap ke andar woh zindagi banegi, woh sachai ki zindagi jo aap ko is baat ke liye yani deserving karrandar banayegi ke aap akhirat mein maqad siddiq par yani seat of truth par jagah payein.</w:t>
      </w:r>
    </w:p>
    <w:p>
      <w:pPr>
        <w:jc w:val="right"/>
      </w:pPr>
      <w:r>
        <w:t>جب رائٹ وے آف تھنک آ جائے گی تب آپ کے اندر وہ زندگی بنے گی، وہ سچائی کی زندگی جو آپ کو اس بات کے لیے یعنی ڈیزرونگ کرنڈر بنائے گی کہ آپ آخرت میں مقد صدق پر یعنی سیٹ آف ٹروتھ پر جگہ پائیں۔</w:t>
      </w:r>
    </w:p>
    <w:p>
      <w:r>
        <w:rPr>
          <w:b/>
        </w:rPr>
        <w:t xml:space="preserve">[49:31] </w:t>
      </w:r>
      <w:r>
        <w:t>Maulana, agla sawal Delhi se hai Dr. Farhat Nasreen ka aur unhone likha hai: "How do we handle a feeling that we should have done a certain thing differently and how do we handle regrets from the past?</w:t>
      </w:r>
    </w:p>
    <w:p>
      <w:pPr>
        <w:jc w:val="right"/>
      </w:pPr>
      <w:r>
        <w:t>مولانا، اگلا سوال دلی سے ہے ڈاکٹر فرحت نسرین کا اور انہوں نے لکھا ہے: "ہاؤ ڈو وی ہینڈل ا فیلنگ دیٹ وی شوڈ ہیو ڈن ا سرٹن تھنگ ڈفرنٹلی اینڈ ہاؤ ڈو وی ہینڈل ریگریٹس فرام دا پاسٹ؟</w:t>
      </w:r>
    </w:p>
    <w:p>
      <w:r>
        <w:rPr>
          <w:b/>
        </w:rPr>
        <w:t xml:space="preserve">[49:49] </w:t>
      </w:r>
      <w:r>
        <w:t>What is your comment on this?" kya kya is ka list hai is ka? Maulana, kai baar koi ek cheez hum kisi tareeqe se karte hain aur woh shayad kaamyaab nahi hoti to yeh ehsaas hota hai ke us ko doosre tareeqe se karna chahiye tha.</w:t>
      </w:r>
    </w:p>
    <w:p>
      <w:pPr>
        <w:jc w:val="right"/>
      </w:pPr>
      <w:r>
        <w:t>واٹ از یور کمنٹ آن دس؟" کیا کیا اس کو لسٹ ہے اس کا؟ مولانا، کئی بار کوئی ایک چیز ہم کسی طریقے سے کرتے ہیں اور وہ شاید کامیاب نہیں ہوتی تو یہ احساس ہوتا ہے کہ اس کو دوسرے طریقے سے کرنا چاہیے تھا۔</w:t>
      </w:r>
    </w:p>
    <w:p>
      <w:r>
        <w:rPr>
          <w:b/>
        </w:rPr>
        <w:t xml:space="preserve">[50:04] </w:t>
      </w:r>
      <w:r>
        <w:t>to yeh ek feeling rehti hai. aur jo doosra part hai woh yeh hai ke jo regrets reh jaate hain past ko le ke to yeh in dono ehsasat ko kaise handle kiya jaye?</w:t>
      </w:r>
    </w:p>
    <w:p>
      <w:pPr>
        <w:jc w:val="right"/>
      </w:pPr>
      <w:r>
        <w:t>تو یہ ایک فیلنگ رہتی ہے۔ اور جو دوسرا پارٹ ہے وہ یہ ہے کہ جو ریگریٹس رہ جاتے ہیں پاسٹ کو لے کے تو یہ ان دونوں احساسات کو کیسے ہینڈل کیا جائے؟</w:t>
      </w:r>
    </w:p>
    <w:p>
      <w:r>
        <w:rPr>
          <w:b/>
        </w:rPr>
        <w:t xml:space="preserve">[50:20] </w:t>
      </w:r>
      <w:r>
        <w:t>ke koi ek cheez hamein kisi doosre tareeqe se karni chahiye thi aur hum nahi kar paye. dekhiye, sara mamla hai ke result oriented thinking aap ke andar ho.</w:t>
      </w:r>
    </w:p>
    <w:p>
      <w:pPr>
        <w:jc w:val="right"/>
      </w:pPr>
      <w:r>
        <w:t>کہ کوئی ایک چیز ہمیں کسی دوسرے طریقے سے کرنی چاہیے تھی اور ہم نہیں کر پائے۔ دیکھیے، سارا معاملہ ہے کہ رزلٹ اورینٹڈ تھنکنگ آپ کے اندر ہو۔</w:t>
      </w:r>
    </w:p>
    <w:p>
      <w:r>
        <w:rPr>
          <w:b/>
        </w:rPr>
        <w:t xml:space="preserve">[50:37] </w:t>
      </w:r>
      <w:r>
        <w:t>aap ko cheezon ko</w:t>
      </w:r>
    </w:p>
    <w:p>
      <w:pPr>
        <w:jc w:val="right"/>
      </w:pPr>
      <w:r>
        <w:t>آپ کو چیزوں کو</w:t>
      </w:r>
    </w:p>
    <w:p>
      <w:r>
        <w:rPr>
          <w:b/>
        </w:rPr>
        <w:t xml:space="preserve">[50:41] </w:t>
      </w:r>
      <w:r>
        <w:t>jis criterion se judge karna chahiye woh sirf ek hona chahiye, woh hai result. doosre doosre criterion log apply karne lagte hain. doosre doosre criterion.</w:t>
      </w:r>
    </w:p>
    <w:p>
      <w:pPr>
        <w:jc w:val="right"/>
      </w:pPr>
      <w:r>
        <w:t>جس کرائیٹیرین سے جج کرنا چاہیے وہ صرف ایک ہونا چاہیے، وہ ہے رزلٹ۔ دوسرے دوسرے کرائیٹیرین لوگ اپلائی کرنے لگتے ہیں۔ دوسرے دوسرے کرائیٹیرین۔</w:t>
      </w:r>
    </w:p>
    <w:p>
      <w:r>
        <w:rPr>
          <w:b/>
        </w:rPr>
        <w:t xml:space="preserve">[50:55] </w:t>
      </w:r>
      <w:r>
        <w:t>ek hi criterion hai cheezon ko judge karne ka, woh yeh hai ke result ke aitbar se aap un ko jaanchain.</w:t>
      </w:r>
    </w:p>
    <w:p>
      <w:pPr>
        <w:jc w:val="right"/>
      </w:pPr>
      <w:r>
        <w:t>ایک ہی کرائیٹیرین ہے چیزوں کو جج کرنے کا، وہ یہ ہے کہ رزلٹ کے اعتبار سے آپ ان کو جانچیں۔</w:t>
      </w:r>
    </w:p>
    <w:p>
      <w:r>
        <w:rPr>
          <w:b/>
        </w:rPr>
        <w:t xml:space="preserve">[51:04] </w:t>
      </w:r>
      <w:r>
        <w:t>bas aur koi doosra criterion nahi. phir apne aap cheezein set ho jayengi, apne aap jo hai har cheez sort out ho jayegi, apne aap sab cheez durust ho jayegi.</w:t>
      </w:r>
    </w:p>
    <w:p>
      <w:pPr>
        <w:jc w:val="right"/>
      </w:pPr>
      <w:r>
        <w:t>بس اور کوئی دوسرا کرائیٹیرین نہیں۔ پھر اپنے آپ چیزیں سیٹ ہو جائیں گی، اپنے آپ جو ہے ہر چیز سورٹ آؤٹ ہو جائے گی، اپنے آپ سب چیز درست ہو جائے گی۔</w:t>
      </w:r>
    </w:p>
    <w:p>
      <w:r>
        <w:rPr>
          <w:b/>
        </w:rPr>
        <w:t xml:space="preserve">[51:20] </w:t>
      </w:r>
      <w:r>
        <w:t>to ek hi criterion hai, right criterion cheezon ko judge karne ka, woh hai result. jise maine is wajah se misaal di ke hijrat na karte aur kai so sahabi is waqt the, aap lad jaate to marte aur maare jaate to woh sari skill jeopardise ho jati.</w:t>
      </w:r>
    </w:p>
    <w:p>
      <w:pPr>
        <w:jc w:val="right"/>
      </w:pPr>
      <w:r>
        <w:t>تو ایک ہی کرائیٹیرین ہے، رائٹ کرائیٹیرین چیزوں کو جج کرنے کا، وہ ہے رزلٹ۔ جسے میں نے اس وجہ سے مثال دی کہ ہجرت نہ کرتے اور کئی سو صحابی اس وقت تھے، آپ لڑ جاتے تو مرتے اور مارے جاتے تو وہ ساری اسکل جیپرٹائز ہو جاتی۔</w:t>
      </w:r>
    </w:p>
    <w:p>
      <w:r>
        <w:rPr>
          <w:b/>
        </w:rPr>
        <w:t xml:space="preserve">[51:42] </w:t>
      </w:r>
      <w:r>
        <w:t>yani result hi na milta. result to yeh tha ke makkah wale Islam mein dakhil hon, kaba jo hai buton se pak ho, ibrahim ka daur zinda kiya jaye.</w:t>
      </w:r>
    </w:p>
    <w:p>
      <w:pPr>
        <w:jc w:val="right"/>
      </w:pPr>
      <w:r>
        <w:t>یعنی رزلٹ ہی نہ ملتا۔ رزلٹ تو یہ تھا کہ مکہ والے اسلام میں داخل ہوں، کعبہ جو ہے بتوں سے پاک ہو، ابراہیم کا دور زندہ کیا جائے۔</w:t>
      </w:r>
    </w:p>
    <w:p>
      <w:r>
        <w:rPr>
          <w:b/>
        </w:rPr>
        <w:t xml:space="preserve">[51:53] </w:t>
      </w:r>
      <w:r>
        <w:t>goal to yeh tha lekin lad mar ke shayad khatam ho jaate aur kuch bhi nahi. to rasool Allah ne is ko result ke angle se socha to aap ne kaha ke ladna nahi, hamein to chale jana hai madina.</w:t>
      </w:r>
    </w:p>
    <w:p>
      <w:pPr>
        <w:jc w:val="right"/>
      </w:pPr>
      <w:r>
        <w:t>گول تو یہ تھا لیکن لڑ مر کے شاید ختم ہو جاتے اور کچھ بھی نہیں۔ تو رسول اللہ نے اس کو رزلٹ کے اینگل سے سوچا تو آپ نے کہا کہ لڑنا نہیں، ہمیں تو چلے جانا ہے مدینہ۔</w:t>
      </w:r>
    </w:p>
    <w:p>
      <w:r>
        <w:rPr>
          <w:b/>
        </w:rPr>
        <w:t xml:space="preserve">[52:08] </w:t>
      </w:r>
      <w:r>
        <w:t>madina ka matlab kya? replanning of the work. ek planning woh thi jo makkah mein chal rahi thi to work nahi kar rahi thi us waqt.</w:t>
      </w:r>
    </w:p>
    <w:p>
      <w:pPr>
        <w:jc w:val="right"/>
      </w:pPr>
      <w:r>
        <w:t>مدینہ کا مطلب کیا؟ ری پلاننگ آف دا ورک۔ ایک پلاننگ وہ تھی جو مکہ میں چل رہی تھی تو ورک نہیں کر رہی تھی اس وقت۔</w:t>
      </w:r>
    </w:p>
    <w:p>
      <w:r>
        <w:rPr>
          <w:b/>
        </w:rPr>
        <w:t xml:space="preserve">[52:23] </w:t>
      </w:r>
      <w:r>
        <w:t>to aap ne replanning ki madina mein ja kar jo ke work kare aur us ne work kiya aur poora arab Islamize ho gaya. to jab aap cheezon ko dekhenge result ke angle se to aap hamesha replanning karenge, rethink karenge,</w:t>
      </w:r>
    </w:p>
    <w:p>
      <w:pPr>
        <w:jc w:val="right"/>
      </w:pPr>
      <w:r>
        <w:t>تو آپ نے ری پلاننگ کی مدینہ میں جا کر جو کہ ورک کرے اور اس نے ورک کیا اور پورا عرب اسلامائز ہو گیا۔ تو جب آپ چیزوں کو دیکھیں گے رزلٹ کے اینگل سے تو آپ ہمیشہ ری پلاننگ کریں گے، ری تھنک کریں گے،</w:t>
      </w:r>
    </w:p>
    <w:p>
      <w:r>
        <w:rPr>
          <w:b/>
        </w:rPr>
        <w:t xml:space="preserve">[52:41] </w:t>
      </w:r>
      <w:r>
        <w:t>apni priorities ko reset karenge. yahi ek hi hai aur yahi tareeqa hai aur koi doosra tareeqa nahi.</w:t>
      </w:r>
    </w:p>
    <w:p>
      <w:pPr>
        <w:jc w:val="right"/>
      </w:pPr>
      <w:r>
        <w:t>اپنی پرائیورٹیز کو ری سیٹ کریں گے۔ یہی ایک ہی ہے اور یہی طریقہ ہے اور کوئی دوسرا طریقہ نہیں۔</w:t>
      </w:r>
    </w:p>
    <w:p>
      <w:r>
        <w:rPr>
          <w:b/>
        </w:rPr>
        <w:t xml:space="preserve">[52:53] </w:t>
      </w:r>
      <w:r>
        <w:t>molana, agla sawal kya hai doctor wasiq ur rehman sahib ne dewas mp se aur unhone likha hai: "were all gazwa wars from badr to fateh makkah and onwards fought for defence only.</w:t>
      </w:r>
    </w:p>
    <w:p>
      <w:pPr>
        <w:jc w:val="right"/>
      </w:pPr>
      <w:r>
        <w:t>مولانا، اگلا سوال کیا ہے ڈاکٹر وسق الرحمن صاحب نے دیواس ایم پی سے اور انہوں نے لکھا ہے: "ور آل گزواز وارز فرام بدر ٹو فتح مکہ اینڈ آنورڈز فاٹ فار ڈیفنس اونلی۔</w:t>
      </w:r>
    </w:p>
    <w:p>
      <w:r>
        <w:rPr>
          <w:b/>
        </w:rPr>
        <w:t xml:space="preserve">[53:11] </w:t>
      </w:r>
      <w:r>
        <w:t>it is alleged by the opponents of Islam that such a big empire from makkah to turkey was achieved by aggressive wars and not by defensive fights." molana, what is your view on this?</w:t>
      </w:r>
    </w:p>
    <w:p>
      <w:pPr>
        <w:jc w:val="right"/>
      </w:pPr>
      <w:r>
        <w:t>اٹ از ایلیجڈ بائی دی اپرنٹس آف اسلام دیٹ سچ ا بگ ایمپائر فرام مکہ ٹو ٹرکی واز اچیوڈ بائی ایگریسو وارز اینڈ ناٹ بائی ڈیفنسو فائٹس۔" مولانا، واٹ از یور ویو آن دس؟</w:t>
      </w:r>
    </w:p>
    <w:p>
      <w:r>
        <w:rPr>
          <w:b/>
        </w:rPr>
        <w:t xml:space="preserve">[53:26] </w:t>
      </w:r>
      <w:r>
        <w:t>dekhiye, Quran mein bataya gaya hai ke وَهُمْ بَدَوْكُمْ أَوَّلَ بَرًّا. is mein jo basic buniyadi jo reference hai woh yeh ayat hai: وَهُمْ بَدَوْكُمْ أَوَّلَ بَرًّا.</w:t>
      </w:r>
    </w:p>
    <w:p>
      <w:pPr>
        <w:jc w:val="right"/>
      </w:pPr>
      <w:r>
        <w:t>دیکھیے، قرآن میں بتایا گیا ہے کہ وَهُمْ بَدَوْكُمْ أَوَّلَ بَرًّا۔ اس میں جو بیسک بنیادی جو ریفرنس ہے وہ یہ آیت ہے: وَهُمْ بَدَوْكُمْ أَوَّلَ بَرًّا۔</w:t>
      </w:r>
    </w:p>
    <w:p>
      <w:r>
        <w:rPr>
          <w:b/>
        </w:rPr>
        <w:t xml:space="preserve">[53:41] </w:t>
      </w:r>
      <w:r>
        <w:t>unhone kiya hai? is pehle unhone shuru kiya hai jang, unhone shuru kiya to ab jang jo hai un ke muwafiq nahi gayi.</w:t>
      </w:r>
    </w:p>
    <w:p>
      <w:pPr>
        <w:jc w:val="right"/>
      </w:pPr>
      <w:r>
        <w:t>انہوں نے کیا ہے؟ اس پہلے انہوں نے شروع کیا ہے جنگ، انہوں نے شروع کیا تو اب جنگ جو ہے ان کے موافق نہیں گئی۔</w:t>
      </w:r>
    </w:p>
    <w:p>
      <w:r>
        <w:rPr>
          <w:b/>
        </w:rPr>
        <w:t xml:space="preserve">[53:51] </w:t>
      </w:r>
      <w:r>
        <w:t>yani rasool Allah aur aap ke ashaab jeet gaye jaise 1965 mein jang shuru ki thi Pakistan ne lekin jeet gaya India to ab jeetna to aap ke ikhtiyar mein thori hai.</w:t>
      </w:r>
    </w:p>
    <w:p>
      <w:pPr>
        <w:jc w:val="right"/>
      </w:pPr>
      <w:r>
        <w:t>یعنی رسول اللہ اور آپ کے اصحاب جیت گئے جیسے 1965 میں جنگ شروع کی تھی پاکستان نے لیکن جیت گیا انڈیا تو اب جیتنا تو آپ کے اختیار میں تھوڑی ہے۔</w:t>
      </w:r>
    </w:p>
    <w:p>
      <w:r>
        <w:rPr>
          <w:b/>
        </w:rPr>
        <w:t xml:space="preserve">[54:10] </w:t>
      </w:r>
      <w:r>
        <w:t>to وَهُمْ بَدَوْكُمْ أَوَّلَ بَرًّا. shuru kiya unhone, waqai shuru karne ke baad Allah ki madad se jeet gaye rasool Allah aur aap ke ashaab to theek hai.</w:t>
      </w:r>
    </w:p>
    <w:p>
      <w:pPr>
        <w:jc w:val="right"/>
      </w:pPr>
      <w:r>
        <w:t>تو وَهُمْ بَدَوْكُمْ أَوَّلَ بَرًّا۔ شروع کیا انہوں نے، واقعی شروع کرنے کے بعد اللہ کی مدد سے جیت گئے رسول اللہ اور آپ کے اصحاب تو ٹھیک ہے۔</w:t>
      </w:r>
    </w:p>
    <w:p>
      <w:r>
        <w:rPr>
          <w:b/>
        </w:rPr>
        <w:t xml:space="preserve">[54:21] </w:t>
      </w:r>
      <w:r>
        <w:t>is mein kya hai? jeet kisi ke ikhtiyar mein thori hoti hai. jeet ka faisla to future karta hai.</w:t>
      </w:r>
    </w:p>
    <w:p>
      <w:pPr>
        <w:jc w:val="right"/>
      </w:pPr>
      <w:r>
        <w:t>اس میں کیا ہے؟ جیت کسی کے اختیار میں تھوڑی ہوتی ہے۔ جیت کا فیصلہ تو فیوچر کرتا ہے۔</w:t>
      </w:r>
    </w:p>
    <w:p>
      <w:r>
        <w:rPr>
          <w:b/>
        </w:rPr>
        <w:t xml:space="preserve">[54:31] </w:t>
      </w:r>
      <w:r>
        <w:t>present mein aap shuru karte hain lekin jeet ka faisla future mein hota hai. to وَهُمْ بَدَوْكُمْ أَوَّلَ بَرًّا.</w:t>
      </w:r>
    </w:p>
    <w:p>
      <w:pPr>
        <w:jc w:val="right"/>
      </w:pPr>
      <w:r>
        <w:t>پریزنٹ میں آپ شروع کرتے ہیں لیکن جیت کا فیصلہ فیوچر میں ہوتا ہے۔ تو وَهُمْ بَدَوْكُمْ أَوَّلَ بَرًّا۔</w:t>
      </w:r>
    </w:p>
    <w:p>
      <w:r>
        <w:rPr>
          <w:b/>
        </w:rPr>
        <w:t xml:space="preserve">[54:42] </w:t>
      </w:r>
      <w:r>
        <w:t>yeh yeh usool bilkul woh us se nikalta hai ke bad unhone kiya hai? bad mani beginning. bad mani beginning.</w:t>
      </w:r>
    </w:p>
    <w:p>
      <w:pPr>
        <w:jc w:val="right"/>
      </w:pPr>
      <w:r>
        <w:t>یہ یہ اصول بالکل وہ اس سے نکلتا ہے کہ بد انہوں نے کیا ہے؟ بد معنی بگننگ۔ بد معنی بگننگ۔</w:t>
      </w:r>
    </w:p>
    <w:p>
      <w:r>
        <w:rPr>
          <w:b/>
        </w:rPr>
        <w:t xml:space="preserve">[54:53] </w:t>
      </w:r>
      <w:r>
        <w:t>beginning unhone kar di, ab ladai shuru ho gayi. ladai shuru ho gayi to ab ab to future decide karega ke jeet kis tareeqe se, haar kis tareeqe se. yeh bohat clear hai yeh baat.</w:t>
      </w:r>
    </w:p>
    <w:p>
      <w:pPr>
        <w:jc w:val="right"/>
      </w:pPr>
      <w:r>
        <w:t>بگننگ انہوں نے کر دی، اب لڑائی شروع ہو گئی۔ لڑائی شروع ہو گئی تو اب اب تو فیوچر ڈیسائیڈ کرے گا کہ جیت کس طریقے سے، ہار کس طریقے سے۔ یہ بہت کلیئر ہے یہ بات۔</w:t>
      </w:r>
    </w:p>
    <w:p>
      <w:r>
        <w:rPr>
          <w:b/>
        </w:rPr>
        <w:t xml:space="preserve">[55:07] </w:t>
      </w:r>
      <w:r>
        <w:t>molana, agla sawal Dilli se hai molana farhad ahmad sahib ka aur unhone likha hai: "molana, aap ne yeh kaha hai ke Quran ki Al-Baqarah ayat number 282 sab se lambi ayat hai.</w:t>
      </w:r>
    </w:p>
    <w:p>
      <w:pPr>
        <w:jc w:val="right"/>
      </w:pPr>
      <w:r>
        <w:t>مولانا، اگلا سوال دلی سے ہے مولانا فرہاد احمد صاحب کا اور انہوں نے لکھا ہے: "مولانا، آپ نے یہ کہا ہے کہ قرآن کی البقرہ آیت نمبر 282 سب سے لمبی آیت ہے۔</w:t>
      </w:r>
    </w:p>
    <w:p>
      <w:r>
        <w:rPr>
          <w:b/>
        </w:rPr>
        <w:t xml:space="preserve">[55:23] </w:t>
      </w:r>
      <w:r>
        <w:t>is se mamlat ka ek bohat hi important aspect maloom hota hai. woh yeh hai ke mamlat mein tawad yani uniformity honi chahiye." molana, is ko please elaborate karein.</w:t>
      </w:r>
    </w:p>
    <w:p>
      <w:pPr>
        <w:jc w:val="right"/>
      </w:pPr>
      <w:r>
        <w:t>اس سے معاملات کا ایک بہت ہی امپورٹنٹ ایسپیکٹ معلوم ہوتا ہے۔ وہ یہ ہے کہ معاملات میں تواحد یعنی یونیفارمیٹی ہونی چاہیے۔" مولانا، اس کو پلیز الیبوریٹ کریں۔</w:t>
      </w:r>
    </w:p>
    <w:p>
      <w:r>
        <w:rPr>
          <w:b/>
        </w:rPr>
        <w:t xml:space="preserve">[55:40] </w:t>
      </w:r>
      <w:r>
        <w:t>is ko kehte hain ayat e ma'amla. ma'amla matlab dealing. to dealing jo hai ya ma'amla jo hai is ke bare mein yeh ayat hai, yeh bohat lambi ayat hai ke is ko kehte hain ke jab koi dealing kare to likh lo.</w:t>
      </w:r>
    </w:p>
    <w:p>
      <w:pPr>
        <w:jc w:val="right"/>
      </w:pPr>
      <w:r>
        <w:t>اس کو کہتے ہیں آیت معاملہ۔ معاملہ مطلب ڈیلنگ۔ تو ڈیلنگ جو ہے یا معاملہ جو ہے اس کے بارے میں یہ آیت ہے، یہ بہت لمبی آیت ہے کہ اس کو کہتے ہیں کہ جب کوئی ڈیلنگ کرے تو لکھ لو۔</w:t>
      </w:r>
    </w:p>
    <w:p>
      <w:r>
        <w:rPr>
          <w:b/>
        </w:rPr>
        <w:t xml:space="preserve">[55:58] </w:t>
      </w:r>
      <w:r>
        <w:t>to sirf itna hi nahin kaha ke likh lo balkeh likhne ki bohat detailed hai, is mein bataya gaya hai kaise, aise, aise, aise, ese.</w:t>
      </w:r>
    </w:p>
    <w:p>
      <w:pPr>
        <w:jc w:val="right"/>
      </w:pPr>
      <w:r>
        <w:t>تو صرف اتنا ہی نہیں کہا کہ لکھ لو بلکہ لکھنے کی بہت ڈیٹیلڈ ہے، اس میں بتایا گیا ہے کیسے، ایسے، ایسے، ایسے، ایسے۔</w:t>
      </w:r>
    </w:p>
    <w:p>
      <w:r>
        <w:rPr>
          <w:b/>
        </w:rPr>
        <w:t xml:space="preserve">[56:11] </w:t>
      </w:r>
      <w:r>
        <w:t>to is se maloom hota hai ke Allah ki nazar mein jo dealing ki baat hai, muamle ki baat hai, woh bohat hi specific tor par well defined honi chahiye taake baad ko koi is mein ek aur interpretation na de sake.</w:t>
      </w:r>
    </w:p>
    <w:p>
      <w:pPr>
        <w:jc w:val="right"/>
      </w:pPr>
      <w:r>
        <w:t>تو اس سے معلوم ہوتا ہے کہ اللہ کی نظر میں جو ڈیلنگ کی بات ہے، معاملے کی بات ہے، وہ بہت ہی سپیسیفک طور پر ویل ڈیفائنڈ ہونی چاہیے تاکہ بعد کو کوئی اس میں ایک اور انٹرپریٹیشن نہ دے سکے۔</w:t>
      </w:r>
    </w:p>
    <w:p>
      <w:r>
        <w:rPr>
          <w:b/>
        </w:rPr>
        <w:t xml:space="preserve">[56:30] </w:t>
      </w:r>
      <w:r>
        <w:t>to agar likha hua na ho, zahir hai ke baat ko zabani ho, zabani ho, likha hua na ho to baad ko aadmi woh kahe, woh kuch kahega, woh kuch kahega, woh kuch kahega.</w:t>
      </w:r>
    </w:p>
    <w:p>
      <w:pPr>
        <w:jc w:val="right"/>
      </w:pPr>
      <w:r>
        <w:t>تو اگر لکھا ہوا نہ ہو، ظاہر ہے کہ بات کو زبانی ہو، زبانی ہو، لکھا ہوا نہ ہو تو بعد کو آدمی وہ کہے، وہ کچھ کہے گا، وہ کچھ کہے گا، وہ کچھ کہے گا۔</w:t>
      </w:r>
    </w:p>
    <w:p>
      <w:r>
        <w:rPr>
          <w:b/>
        </w:rPr>
        <w:t xml:space="preserve">[56:42] </w:t>
      </w:r>
      <w:r>
        <w:t>to baad ko kaise yaani determine kiya jaye ke dealing hui thi to kya hui thi? Kya baat tay hui thi?</w:t>
      </w:r>
    </w:p>
    <w:p>
      <w:pPr>
        <w:jc w:val="right"/>
      </w:pPr>
      <w:r>
        <w:t>تو بعد کو کیسے یعنی ڈیٹرمن کیا جائے کہ ڈیلنگ ہوئی تھی تو کیا ہوئی تھی؟ کیا بات طے ہوئی تھی؟</w:t>
      </w:r>
    </w:p>
    <w:p>
      <w:r>
        <w:rPr>
          <w:b/>
        </w:rPr>
        <w:t xml:space="preserve">[56:51] </w:t>
      </w:r>
      <w:r>
        <w:t>to woh likha hua wahi kaam ayega. To dealing ya muamla jo aisi cheez hai ke is mein mauqa yeh nahin dena chahiye ke kai qism ki interpretation ho.</w:t>
      </w:r>
    </w:p>
    <w:p>
      <w:pPr>
        <w:jc w:val="right"/>
      </w:pPr>
      <w:r>
        <w:t>تو وہ لکھا ہوا وہی کام آئے گا۔ تو ڈیلنگ یا معاملہ جو ایسی چیز ہے کہ اس میں موقع یہ نہیں دینا چاہیے کہ کئی قسم کی انٹرپریٹیشن ہو۔</w:t>
      </w:r>
    </w:p>
    <w:p>
      <w:r>
        <w:rPr>
          <w:b/>
        </w:rPr>
        <w:t xml:space="preserve">[57:06] </w:t>
      </w:r>
      <w:r>
        <w:t>is mein matlab tadad interpretation mein tadad na ho balkeh wahdat ho, yaani ek hi interpretation nikle. Jab aap zabani kahenge to jab zabani batata hai aadmi to kuch na kuch alfaaz badal jate hain.</w:t>
      </w:r>
    </w:p>
    <w:p>
      <w:pPr>
        <w:jc w:val="right"/>
      </w:pPr>
      <w:r>
        <w:t>اس میں مطلب تعدد انٹرپریٹیشن میں تعدد نہ ہو بلکہ تواحد ہو، یعنی ایک ہی انٹرپریٹیشن نکلے۔ جب آپ زبانی کہیں گے تو جب زبانی بتاتا ہے آدمی تو کچھ نہ کچھ الفاظ بدل جاتے ہیں۔</w:t>
      </w:r>
    </w:p>
    <w:p>
      <w:r>
        <w:rPr>
          <w:b/>
        </w:rPr>
        <w:t xml:space="preserve">[57:23] </w:t>
      </w:r>
      <w:r>
        <w:t>asal asal lafz jo bola gaya tha wahi aap nahin bolte, kuch lafz badal jata hai. Lafz badalne se is ka emphasis badalta hai, is ke angle badalte hain, is ka pehlu badal jata hai.</w:t>
      </w:r>
    </w:p>
    <w:p>
      <w:pPr>
        <w:jc w:val="right"/>
      </w:pPr>
      <w:r>
        <w:t>اصل اصل لفظ جو بولا گیا تھا وہی آپ نہیں بولتے، کچھ لفظ بدل جاتا ہے۔ لفظ بدلنے سے اس کا ایمفیسز بدلتا ہے، اس کے اینگل بدلتے ہیں، اس کا پہلو بدل جاتا ہے۔</w:t>
      </w:r>
    </w:p>
    <w:p>
      <w:r>
        <w:rPr>
          <w:b/>
        </w:rPr>
        <w:t xml:space="preserve">[57:34] </w:t>
      </w:r>
      <w:r>
        <w:t>to phir interpretation naye naye nikalte rehte hain. To dealing ke muamle mein Allah taala chahte hain wahdat, tadad rahe, yaani jab bhi is ko parha jaye aur janne ki koshish ki jaye ke dealing kya hui thi to ek hi rai bane.</w:t>
      </w:r>
    </w:p>
    <w:p>
      <w:pPr>
        <w:jc w:val="right"/>
      </w:pPr>
      <w:r>
        <w:t>تو پھر انٹرپریٹیشن نئے نئے نکلتے رہتے ہیں۔ تو ڈیلنگ کے معاملے میں اللہ تعالیٰ چاہتے ہیں تواحد، تعدد رہے، یعنی جب بھی اس کو پڑھا جائے اور جاننے کی کوشش کی جائے کہ ڈیلنگ کیا ہوئی تھی تو ایک ہی رائے بنے۔</w:t>
      </w:r>
    </w:p>
    <w:p>
      <w:r>
        <w:rPr>
          <w:b/>
        </w:rPr>
        <w:t xml:space="preserve">[57:53] </w:t>
      </w:r>
      <w:r>
        <w:t>aur ek hi rai jab ban payegi jab ke is ko likha jayega, zabani rahega to rai kai ho jayegi. Rai mein jo hai diversity aa jayegi.</w:t>
      </w:r>
    </w:p>
    <w:p>
      <w:pPr>
        <w:jc w:val="right"/>
      </w:pPr>
      <w:r>
        <w:t>اور ایک ہی رائے جب بن پائے گی جب کہ اس کو لکھا جائے گا، زبانی رہے گا تو رائے کئی ہو جائے گی۔ رائے میں جو ہے ڈائیورسٹی آ جائے گی۔</w:t>
      </w:r>
    </w:p>
    <w:p>
      <w:r>
        <w:rPr>
          <w:b/>
        </w:rPr>
        <w:t xml:space="preserve">[58:03] </w:t>
      </w:r>
      <w:r>
        <w:t>taddud yeh mein is ayat se samjha raha tha.</w:t>
      </w:r>
    </w:p>
    <w:p>
      <w:pPr>
        <w:jc w:val="right"/>
      </w:pPr>
      <w:r>
        <w:t>تعدد یہ میں اس آیت سے سمجھا رہا تھا۔</w:t>
      </w:r>
    </w:p>
    <w:p>
      <w:r>
        <w:rPr>
          <w:b/>
        </w:rPr>
        <w:t xml:space="preserve">[58:11] </w:t>
      </w:r>
      <w:r>
        <w:t>Maulana, agla sawal Chennai se hai Maulana Iqbal Umri ka aur unhon ne likha hai: "Maulana, ek sahab ne kaha ke tauheed aur akhirat ki dawat sirf dawat nahin hai kyunke anbiya waqt ki buraiyon ke khilaf bhi kaam karte the jaise Suhaib (AS) aur Lut (AS).</w:t>
      </w:r>
    </w:p>
    <w:p>
      <w:pPr>
        <w:jc w:val="right"/>
      </w:pPr>
      <w:r>
        <w:t>مولانا، اگلا سوال چنئی سے ہے مولانا اقبال عمری کا اور انہوں نے لکھا ہے: "مولانا، ایک صاحب نے کہا کہ توحید اور آخرت کی دعوت صرف دعوت نہیں ہے کیونکہ انبیاء وقت کی برائیوں کے خلاف بھی کام کرتے تھے جیسے صہیب علیہ السلام اور لط علیہ السلام۔</w:t>
      </w:r>
    </w:p>
    <w:p>
      <w:r>
        <w:rPr>
          <w:b/>
        </w:rPr>
        <w:t xml:space="preserve">[58:33] </w:t>
      </w:r>
      <w:r>
        <w:t>Maulana, is mein jo mughalta hai woh kya hai? Is ko wazeh karen." Mughalta dekhen yeh hai ke Quran mein jin ayaton ko kaha gaya hai.</w:t>
      </w:r>
    </w:p>
    <w:p>
      <w:pPr>
        <w:jc w:val="right"/>
      </w:pPr>
      <w:r>
        <w:t>مولانا، اس میں جو مغالطہ ہے وہ کیا ہے؟ اس کو واضح کریں۔" مغالطہ دیکھیں یہ ہے کہ قرآن میں جن آیتوں کو کہا گیا ہے۔</w:t>
      </w:r>
    </w:p>
    <w:p>
      <w:r>
        <w:rPr>
          <w:b/>
        </w:rPr>
        <w:t xml:space="preserve">[58:46] </w:t>
      </w:r>
      <w:r>
        <w:t>kehne ke mani mein is ko le len, ladne ke mani mein yeh mughalta hai. Yaani Quran mein kaha gaya hai ke sachai, sach bolo to is ka matlab kya liya hai ke sach ka nizam qaim karo.</w:t>
      </w:r>
    </w:p>
    <w:p>
      <w:pPr>
        <w:jc w:val="right"/>
      </w:pPr>
      <w:r>
        <w:t>کہنے کے معنی میں اس کو لے لیں، لڑنے کے معنی میں یہ مغالطہ ہے۔ یعنی قرآن میں کہا گیا ہے کہ سچائی، سچ بولو تو اس کا مطلب کیا لیا ہے کہ سچ کا نظام قائم کرو۔</w:t>
      </w:r>
    </w:p>
    <w:p>
      <w:r>
        <w:rPr>
          <w:b/>
        </w:rPr>
        <w:t xml:space="preserve">[59:05] </w:t>
      </w:r>
      <w:r>
        <w:t>to ab nizam jab qaim karenge to koi wahan baitha hua hai, occupier to aap is ko incite karen, is se laren, is ko deter karen.</w:t>
      </w:r>
    </w:p>
    <w:p>
      <w:pPr>
        <w:jc w:val="right"/>
      </w:pPr>
      <w:r>
        <w:t>تو اب نظام جب قائم کریں گے تو کوئی وہاں بیٹھا ہوا ہے، اکوپائر تو آپ اس کو انسیٹ کرو، اس سے لڑو، اس کو ڈیٹریٹ کرو۔</w:t>
      </w:r>
    </w:p>
    <w:p>
      <w:r>
        <w:rPr>
          <w:b/>
        </w:rPr>
        <w:t xml:space="preserve">[59:15] </w:t>
      </w:r>
      <w:r>
        <w:t>to yeh hai lazim ko mutaddi bana dena. Yeh is qism ke jitne log hain woh sab ne bohat hi bara ek crime kar rakha hai, crime ke Quran mein jo ayaten lazim ke sighay mein hain us ko unhon ne mutaddi ke sighay mein bana diya hai.</w:t>
      </w:r>
    </w:p>
    <w:p>
      <w:pPr>
        <w:jc w:val="right"/>
      </w:pPr>
      <w:r>
        <w:t>تو یہ ہے لازم کو متعدی بنا دینا۔ یہ اس قسم کے جتنے لوگ ہیں وہ سب نے بہت ہی بڑا ایک کرائم کر رکھا ہے، کرائم کہ قرآن میں جو آیتیں لازم کے صیغے میں ہیں اس کو انہوں نے متعدی کے صیغے میں بنا دیا۔</w:t>
      </w:r>
    </w:p>
    <w:p>
      <w:r>
        <w:rPr>
          <w:b/>
        </w:rPr>
        <w:t xml:space="preserve">[59:31] </w:t>
      </w:r>
      <w:r>
        <w:t>is ki ek misaal bhi deta hoon aap ko ke 'a'dilu' Quran mein hai. 'a'dilu' ke mani hote hain insaaf ko follow karo.</w:t>
      </w:r>
    </w:p>
    <w:p>
      <w:pPr>
        <w:jc w:val="right"/>
      </w:pPr>
      <w:r>
        <w:t>اس کی ایک مثال بھی دیتا ہوں آپ کو کہ ایذلو قرآن میں ہے۔ ایذلو کے معنی ہوتے ہیں انصاف کو فالو کرو۔</w:t>
      </w:r>
    </w:p>
    <w:p>
      <w:r>
        <w:rPr>
          <w:b/>
        </w:rPr>
        <w:t xml:space="preserve">[59:42] </w:t>
      </w:r>
      <w:r>
        <w:t>'a'dilu' ke mani hote hain insaaf ko follow karo. Is ko kya bana liya? Insaaf ko implement karo, Islam ko establish karo. Woh insaaf ko, insaaf ka nizam qaim karo jaise Misr mein yeh to ho raha hai.</w:t>
      </w:r>
    </w:p>
    <w:p>
      <w:pPr>
        <w:jc w:val="right"/>
      </w:pPr>
      <w:r>
        <w:t>ایذلو کے معنی ہوتے ہیں انصاف کو فالو کرو۔ اس کو کیا بنا لیا؟ انصاف کو امپلیمنٹ کرو، اسلام کو اسٹیبلش کرو۔ وہ انصاف کو، انصاف کا نظام قائم کرو جیسے مصر میں یہ تو ہو رہا ہے۔</w:t>
      </w:r>
    </w:p>
    <w:p>
      <w:r>
        <w:rPr>
          <w:b/>
        </w:rPr>
        <w:t xml:space="preserve">[59:57] </w:t>
      </w:r>
      <w:r>
        <w:t>unhon ne party banai aur yeh is mein kaha ke humein insaaf ko Misr mein qaim karna hai.</w:t>
      </w:r>
    </w:p>
    <w:p>
      <w:pPr>
        <w:jc w:val="right"/>
      </w:pPr>
      <w:r>
        <w:t>انہوں نے پارٹی بنائی اور یہ اس میں کہا کہ ہمیں انصاف کو مصر میں قائم کرنا ہے۔</w:t>
      </w:r>
    </w:p>
    <w:p>
      <w:r>
        <w:rPr>
          <w:b/>
        </w:rPr>
        <w:t xml:space="preserve">[1:00:06] </w:t>
      </w:r>
      <w:r>
        <w:t>ab lad gaye is ke liye. Agar yeh ahl-e-khawariz Muslimon is ko lete hain is mani mein ke humein insaaf ko follow karna hai to koi ladai nahin.</w:t>
      </w:r>
    </w:p>
    <w:p>
      <w:pPr>
        <w:jc w:val="right"/>
      </w:pPr>
      <w:r>
        <w:t>اب لڑ گئے اس کے لیے۔ اگر یہ اہل خوار مسلمون اس کو لیتے ہیں اس معنی میں کہ ہمیں انصاف کو فالو کرنا ہے تو کوئی لڑائی نہیں۔</w:t>
      </w:r>
    </w:p>
    <w:p>
      <w:r>
        <w:rPr>
          <w:b/>
        </w:rPr>
        <w:t xml:space="preserve">[1:00:15] </w:t>
      </w:r>
      <w:r>
        <w:t>kaun ladega aap se bhai? Aap sach boliye to koi ladai nahin. Insaaf ke sath dealing kijiye to koi ladai nahin. Achhi tul kijiye to koi ladai nahin.</w:t>
      </w:r>
    </w:p>
    <w:p>
      <w:pPr>
        <w:jc w:val="right"/>
      </w:pPr>
      <w:r>
        <w:t>کون لڑے گا آپ سے بھئی؟ آپ سچ بولیے تو کوئی لڑائی نہیں۔ انصاف کے ساتھ ڈیلنگ کیے تو کوئی لڑائی نہیں۔ اچھی تول کیجئے تو کوئی لڑائی نہیں۔</w:t>
      </w:r>
    </w:p>
    <w:p>
      <w:r>
        <w:rPr>
          <w:b/>
        </w:rPr>
        <w:t xml:space="preserve">[1:00:26] </w:t>
      </w:r>
      <w:r>
        <w:t>lekin jab aap kahenge ke mujhe achhi tul tulwana hai, logon ko maar maar ke karna hai ke woh achhi tul tolen, galat tul na tolen to zahir hai ladai hogi wahan par.</w:t>
      </w:r>
    </w:p>
    <w:p>
      <w:pPr>
        <w:jc w:val="right"/>
      </w:pPr>
      <w:r>
        <w:t>لیکن جب آپ کہیں کہ مجھے اچھی تول تلوانا ہے، لوگوں کو مار مار کے کرنا ہے کہ وہ اچھی تول تولیں، غلط تول نہ تولیں تو ظاہر ہے لڑائی ہوگی وہاں پر۔</w:t>
      </w:r>
    </w:p>
    <w:p>
      <w:r>
        <w:rPr>
          <w:b/>
        </w:rPr>
        <w:t xml:space="preserve">[1:00:39] </w:t>
      </w:r>
      <w:r>
        <w:t>to yeh bilkul mere nazdeek yaani criminal right hai, criminal right hai ke lazim ke sighon ko aap mutaddi bana den aur kahen ke humein to yaani yeh naafiz karna hai.</w:t>
      </w:r>
    </w:p>
    <w:p>
      <w:pPr>
        <w:jc w:val="right"/>
      </w:pPr>
      <w:r>
        <w:t>تو یہ بالکل میرے نزدیک یعنی کریمنل رائٹ ہے، کریمنل رائٹ ہے کہ لازم کے صیغوں کو آپ متعدی بنا دیں اور کہیں کہ ہمیں تو یعنی یہ نافذ کرنا ہے۔</w:t>
      </w:r>
    </w:p>
    <w:p>
      <w:r>
        <w:rPr>
          <w:b/>
        </w:rPr>
        <w:t xml:space="preserve">[1:00:53] </w:t>
      </w:r>
      <w:r>
        <w:t>yaani itteba ke ayat ko difa ke mani mein le len. Sab ne yahi kar rakha hai. Jitne bhi chahe yaani Arab ka ahl-e-khawariz Muslimon ho ya Pakistan ka Jamaat-e-Islami ho, unhon ne yahi kar rakha hai ke itteba ke ayat ko nafaz ki ayat bana diya hai.</w:t>
      </w:r>
    </w:p>
    <w:p>
      <w:pPr>
        <w:jc w:val="right"/>
      </w:pPr>
      <w:r>
        <w:t>یعنی اتباع کے آیت کو دفاع کے معنی میں لے لیں۔ سب نے یہی کر رکھا ہے۔ جتنے بھی چاہے یعنی عرب کا اہل خوار مسلمون ہو یا پاکستان کا جماعت اسلامی ہو، انہوں نے یہی کر رکھا ہے کہ اتباع کے آیت کو نفاذ کی آیت بنا دیا ہے۔</w:t>
      </w:r>
    </w:p>
    <w:p>
      <w:r>
        <w:rPr>
          <w:b/>
        </w:rPr>
        <w:t xml:space="preserve">[1:01:16] </w:t>
      </w:r>
      <w:r>
        <w:t>yeh to sab se buri shakal hai yaani tafseer baraye ki. Yaani tafseer baraye ek buri cheez samjhati hai.</w:t>
      </w:r>
    </w:p>
    <w:p>
      <w:pPr>
        <w:jc w:val="right"/>
      </w:pPr>
      <w:r>
        <w:t>یہ تو سب سے بری شکل ہے یعنی تفسیر برائے کی۔ یعنی تفسیر برائے ایک بری چیز سمجھاتی ہے۔</w:t>
      </w:r>
    </w:p>
    <w:p>
      <w:r>
        <w:rPr>
          <w:b/>
        </w:rPr>
        <w:t xml:space="preserve">[1:01:25] </w:t>
      </w:r>
      <w:r>
        <w:t>to is ki sab se buri shakal yeh hai ke aap itteba ke ayaton ko nafaz ki ayat bana den. Aap gehrai se mutala kijiye to sab ne yahi kar rakha hai ke itteba ke ayaton ko nafaz ki ayat bana rakha hai.</w:t>
      </w:r>
    </w:p>
    <w:p>
      <w:pPr>
        <w:jc w:val="right"/>
      </w:pPr>
      <w:r>
        <w:t>تو اس کی سب سے بری شکل یہ ہے کہ آپ اتباع کے آیتوں کو نفاذ کی آیت بنا دیں۔ آپ گہرائی سے مطالعہ کیے تو سب نے یہی کر رکھا ہے کہ اتباع کے آیتوں کو نفاذ کی آیت بنا رکھا ہے۔</w:t>
      </w:r>
    </w:p>
    <w:p>
      <w:r>
        <w:rPr>
          <w:b/>
        </w:rPr>
        <w:t xml:space="preserve">[1:01:42] </w:t>
      </w:r>
      <w:r>
        <w:t>isi se saaray jhagray paida hotay hain.</w:t>
      </w:r>
    </w:p>
    <w:p>
      <w:pPr>
        <w:jc w:val="right"/>
      </w:pPr>
      <w:r>
        <w:t>اسی سے سارے جھگڑے پیدا ہوتے ہیں۔</w:t>
      </w:r>
    </w:p>
    <w:p>
      <w:r>
        <w:rPr>
          <w:b/>
        </w:rPr>
        <w:t xml:space="preserve">[1:01:48] </w:t>
      </w:r>
      <w:r>
        <w:t>maulana, agla sawal dilli se hai doctor anwar abbas ka aur unhon ne likha hai: "koi museebat hamare liye saza hai ya museebat?</w:t>
      </w:r>
    </w:p>
    <w:p>
      <w:pPr>
        <w:jc w:val="right"/>
      </w:pPr>
      <w:r>
        <w:t>مولانا، اگلا سوال دلی سے ہے ڈاکٹر انور عباس کا اور انہوں نے لکھا ہے: "کوئی مصیبت ہمارے لیے سزا ہے یا مصیبت؟</w:t>
      </w:r>
    </w:p>
    <w:p>
      <w:r>
        <w:rPr>
          <w:b/>
        </w:rPr>
        <w:t xml:space="preserve">[1:02:00] </w:t>
      </w:r>
      <w:r>
        <w:t>is ka andaza kaisay ho sakta hai? is ke baray mein bataein." andaza yeh hai ke museebat saza hai hi nahin. is mein andaza karne ki zaroorat hi nahin hai.</w:t>
      </w:r>
    </w:p>
    <w:p>
      <w:pPr>
        <w:jc w:val="right"/>
      </w:pPr>
      <w:r>
        <w:t>اس کا اندازہ کیسے ہو سکتا ہے؟ اس کے بارے میں بتائیں۔" اندازہ یہ ہے کہ مصیبت سزا ہے ہی نہیں۔ اس میں اندازہ کرنے کی ضرورت ہی نہیں ہے۔</w:t>
      </w:r>
    </w:p>
    <w:p>
      <w:r>
        <w:rPr>
          <w:b/>
        </w:rPr>
        <w:t xml:space="preserve">[1:02:15] </w:t>
      </w:r>
      <w:r>
        <w:t>is mein do ka masla hi nahin hai, aik hi ka masla hai. har koi bhi museebat saza ke liye hoti hi nahin.</w:t>
      </w:r>
    </w:p>
    <w:p>
      <w:pPr>
        <w:jc w:val="right"/>
      </w:pPr>
      <w:r>
        <w:t>اس میں دو کا مسئلہ ہی نہیں ہے، ایک ہی کا مسئلہ ہے۔ ہر کوئی بھی مصیبت سزا کے لیے ہوتی ہی نہیں۔</w:t>
      </w:r>
    </w:p>
    <w:p>
      <w:r>
        <w:rPr>
          <w:b/>
        </w:rPr>
        <w:t xml:space="preserve">[1:02:27] </w:t>
      </w:r>
      <w:r>
        <w:t>agar do ka masla ho tab sochne ki baat hai. misaal ke tor par aadmi beemar ho gaya to woh saza nahin hai.</w:t>
      </w:r>
    </w:p>
    <w:p>
      <w:pPr>
        <w:jc w:val="right"/>
      </w:pPr>
      <w:r>
        <w:t>اگر دو کا مسئلہ ہو تب سوچنے کی بات ہے۔ مثال کے طور پر آدمی بیمار ہو گیا تو وہ سزا نہیں ہے۔</w:t>
      </w:r>
    </w:p>
    <w:p>
      <w:r>
        <w:rPr>
          <w:b/>
        </w:rPr>
        <w:t xml:space="preserve">[1:02:40] </w:t>
      </w:r>
      <w:r>
        <w:t>mein khud mujhe kuch takleef thi, aaj hi ki baat mein kar raha hoon, aaj hi subah mujhe kuch takleef thi to mujhe woh dour yaad aaya, apni jawani ka dour.</w:t>
      </w:r>
    </w:p>
    <w:p>
      <w:pPr>
        <w:jc w:val="right"/>
      </w:pPr>
      <w:r>
        <w:t>میں خود مجھے کچھ تکلیف تھی، آج ہی کی بات میں کر رہا ہوں، آج ہی صبح مجھے کچھ تکلیف تھی تو مجھے وہ دور یاد آیا، اپنی جوانی کا دور۔</w:t>
      </w:r>
    </w:p>
    <w:p>
      <w:r>
        <w:rPr>
          <w:b/>
        </w:rPr>
        <w:t xml:space="preserve">[1:02:53] </w:t>
      </w:r>
      <w:r>
        <w:t>jawani ke dour mein kaha karta tha mein ke mein kankar ke oopar bhi aaram ke sath so sakta hoon. yaani eent ka takiya laga kar ke kankar ke oopar so sakta hoon.</w:t>
      </w:r>
    </w:p>
    <w:p>
      <w:pPr>
        <w:jc w:val="right"/>
      </w:pPr>
      <w:r>
        <w:t>جوانی کے دور میں کہا کرتا تھا میں کہ میں کنکر کے اوپر بھی آرام کے ساتھ سو سکتا ہوں۔ یعنی اینٹ کا تکیہ لگا کر کے کنکر کے اوپر سو سکتا ہوں۔</w:t>
      </w:r>
    </w:p>
    <w:p>
      <w:r>
        <w:rPr>
          <w:b/>
        </w:rPr>
        <w:t xml:space="preserve">[1:03:04] </w:t>
      </w:r>
      <w:r>
        <w:t>jawani umar mein yahi kehta tha mein ke eent ka takiya aur kankar ka bistar aur aaram se mujhe neend aa jaye gi mujhe.</w:t>
      </w:r>
    </w:p>
    <w:p>
      <w:pPr>
        <w:jc w:val="right"/>
      </w:pPr>
      <w:r>
        <w:t>جوانی عمر میں یہی کہتا تھا میں کہ اینٹ کا تکیہ اور کنکر کا بستر اور آرام سے مجھے نیند آ جائے گی مجھے۔</w:t>
      </w:r>
    </w:p>
    <w:p>
      <w:r>
        <w:rPr>
          <w:b/>
        </w:rPr>
        <w:t xml:space="preserve">[1:03:15] </w:t>
      </w:r>
      <w:r>
        <w:t>to aaj mein subah mein so jata hoon ke aaj mein.</w:t>
      </w:r>
    </w:p>
    <w:p>
      <w:pPr>
        <w:jc w:val="right"/>
      </w:pPr>
      <w:r>
        <w:t>تو آج میں صبح میں سو جاتا ہوں کہ آج میں۔</w:t>
      </w:r>
    </w:p>
    <w:p>
      <w:r>
        <w:rPr>
          <w:b/>
        </w:rPr>
        <w:t xml:space="preserve">[1:03:18] </w:t>
      </w:r>
      <w:r>
        <w:t>gadhe ko bhi neend nahin aati. to mujhe is yeh kyun aisa hai? yeh Allah ki nematoun ko yaad karne ke liye.</w:t>
      </w:r>
    </w:p>
    <w:p>
      <w:pPr>
        <w:jc w:val="right"/>
      </w:pPr>
      <w:r>
        <w:t>گدھے کو بھی نیند نہیں آتی۔ تو مجھے اس یہ کیوں ایسا ہے؟ یہ اللہ کی نعمتوں کو یاد کرنے کے لیے۔</w:t>
      </w:r>
    </w:p>
    <w:p>
      <w:r>
        <w:rPr>
          <w:b/>
        </w:rPr>
        <w:t xml:space="preserve">[1:03:29] </w:t>
      </w:r>
      <w:r>
        <w:t>jab hum nematoun ko yaad karein ge to woh jo dour hai, jawani ka dour, dobara mad afzaay ke sath hamein koi jannat mile ga. yaani barhapay ke dour mein aap jawani ki nematoun ko yaad karein to aap ko jawani wali nemat aakhirat mein</w:t>
      </w:r>
    </w:p>
    <w:p>
      <w:pPr>
        <w:jc w:val="right"/>
      </w:pPr>
      <w:r>
        <w:t>جب ہم نعمتوں کو یاد کریں گے تو وہ جو دور ہے، جوانی کا دور، دوبارہ مد اضافے کے ساتھ ہمیں کوئی جنت ملے گا۔ یعنی بڑھاپے کے دور میں آپ جوانی کی نعمتوں کو یاد کریں تو آپ کو جوانی والی نعمت آخرت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