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Wisdom of Hadith February 23, 2014</w:t>
      </w:r>
    </w:p>
    <w:p>
      <w:r>
        <w:t>https://www.youtube.com/watch?v=8GZmhBU-LwE</w:t>
      </w:r>
    </w:p>
    <w:p>
      <w:r>
        <w:rPr>
          <w:b/>
        </w:rPr>
        <w:t xml:space="preserve">[00:14] </w:t>
      </w:r>
      <w:r>
        <w:t>bismillah-ir-rehman-ir-rahim. wa-sallallahu 'ala-n-nabiyyi-l-kareem. rab-bish-rah-li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[00:35] </w:t>
      </w:r>
      <w:r>
        <w:t>taees farwari do hazar chudah.</w:t>
      </w:r>
    </w:p>
    <w:p>
      <w:pPr>
        <w:jc w:val="right"/>
      </w:pPr>
      <w:r>
        <w:t>تئیس فروری دو ہزار چودہ۔</w:t>
      </w:r>
    </w:p>
    <w:p>
      <w:r>
        <w:rPr>
          <w:b/>
        </w:rPr>
        <w:t xml:space="preserve">[00:42] </w:t>
      </w:r>
      <w:r>
        <w:t>aaj ke liye jo topic hai woh hai "Wisdom of Hadith".</w:t>
      </w:r>
    </w:p>
    <w:p>
      <w:pPr>
        <w:jc w:val="right"/>
      </w:pPr>
      <w:r>
        <w:t>آج کے لیے جو ٹاپک ہے وہ ہے "Wisdom of Hadith"۔</w:t>
      </w:r>
    </w:p>
    <w:p>
      <w:r>
        <w:rPr>
          <w:b/>
        </w:rPr>
        <w:t xml:space="preserve">[00:51] </w:t>
      </w:r>
      <w:r>
        <w:t>yani hadith ki hikmat ya hikmat-e-hadith.</w:t>
      </w:r>
    </w:p>
    <w:p>
      <w:pPr>
        <w:jc w:val="right"/>
      </w:pPr>
      <w:r>
        <w:t>یعنی حدیث کی حکمت یا حکمتِ حدیث۔</w:t>
      </w:r>
    </w:p>
    <w:p>
      <w:r>
        <w:rPr>
          <w:b/>
        </w:rPr>
        <w:t xml:space="preserve">[01:01] </w:t>
      </w:r>
      <w:r>
        <w:t>hadith ke bare mein pehle kabhi shakk nahi kiya gaya. maujoodah zamane mein aisa hua hai ke log hadith ke bare mein shakk karne lage hain.</w:t>
      </w:r>
    </w:p>
    <w:p>
      <w:pPr>
        <w:jc w:val="right"/>
      </w:pPr>
      <w:r>
        <w:t>حدیث کے بارے میں پہلے کبھی شک نہیں کیا گیا۔ موجودہ زمانے میں ایسا ہوا ہے کہ لوگ حدیث کے بارے میں شک کرنے لگے ہیں۔</w:t>
      </w:r>
    </w:p>
    <w:p>
      <w:r>
        <w:rPr>
          <w:b/>
        </w:rPr>
        <w:t xml:space="preserve">[01:10] </w:t>
      </w:r>
      <w:r>
        <w:t>main samajhta hoon ke is ke zimmedaar khud hamare log hain. yani mazhabi rehnuma.</w:t>
      </w:r>
    </w:p>
    <w:p>
      <w:pPr>
        <w:jc w:val="right"/>
      </w:pPr>
      <w:r>
        <w:t>میں سمجھتا ہوں کہ اس کے ذمہ دار خود ہمارے لوگ ہیں۔ یعنی مذہبی رہنما۔</w:t>
      </w:r>
    </w:p>
    <w:p>
      <w:r>
        <w:rPr>
          <w:b/>
        </w:rPr>
        <w:t xml:space="preserve">[01:22] </w:t>
      </w:r>
      <w:r>
        <w:t>rasool Allah sal-lal-lahu alaihi wasallam ke baad jab hadith ki tadween hui aur phir fiqh ki tadween hui</w:t>
      </w:r>
    </w:p>
    <w:p>
      <w:pPr>
        <w:jc w:val="right"/>
      </w:pPr>
      <w:r>
        <w:t>رسول اللہ صلی اللہ علیہ وسلم کے بعد جب حدیث کی تدوین ہوئی اور پھر فقہ کی تدوین ہوئی</w:t>
      </w:r>
    </w:p>
    <w:p>
      <w:r>
        <w:rPr>
          <w:b/>
        </w:rPr>
        <w:t xml:space="preserve">[01:36] </w:t>
      </w:r>
      <w:r>
        <w:t>toh fiqh mein jo pattern ikhtiyar kiya gaya woh tha "mabni bar masail" pattern.</w:t>
      </w:r>
    </w:p>
    <w:p>
      <w:pPr>
        <w:jc w:val="right"/>
      </w:pPr>
      <w:r>
        <w:t>تو فقہ میں جو پیٹرن اختیار کیا گیا وہ تھا "مبنی بر مسائل" پیٹرن۔</w:t>
      </w:r>
    </w:p>
    <w:p>
      <w:r>
        <w:rPr>
          <w:b/>
        </w:rPr>
        <w:t xml:space="preserve">[01:49] </w:t>
      </w:r>
      <w:r>
        <w:t>yani shariat ki juz'iyat par sari baatein. aap fiqh ki kitabon ko padhein toh is ka bada hissa shariat ki juz'iyat par</w:t>
      </w:r>
    </w:p>
    <w:p>
      <w:pPr>
        <w:jc w:val="right"/>
      </w:pPr>
      <w:r>
        <w:t>یعنی شریعت کی جزئیات پر ساری بحثیں۔ آپ فقہ کی کتابوں کو پڑھیں تو اس کا بڑا حصہ شریعت کی جزئیات پر</w:t>
      </w:r>
    </w:p>
    <w:p>
      <w:r>
        <w:rPr>
          <w:b/>
        </w:rPr>
        <w:t xml:space="preserve">[02:03] </w:t>
      </w:r>
      <w:r>
        <w:t>depend karta hoga. sari kitabein jo likhi gayin woh isi pattern par likhi gayin.</w:t>
      </w:r>
    </w:p>
    <w:p>
      <w:pPr>
        <w:jc w:val="right"/>
      </w:pPr>
      <w:r>
        <w:t>ڈیپنڈ کرتا ہوگا۔ ساری کتابیں جو لکھی گئیں وہ اسی پیٹرن پر لکھی گئیں۔</w:t>
      </w:r>
    </w:p>
    <w:p>
      <w:r>
        <w:rPr>
          <w:b/>
        </w:rPr>
        <w:t xml:space="preserve">[02:12] </w:t>
      </w:r>
      <w:r>
        <w:t>yani juz'iyat-e-shariat ko akhaz karte the woh hadith se. toh shaoori ya ghair shaoori taur par logon ne yeh samjha ke hadith jo hai juz'iyat-e-shariat ka ilm hai.</w:t>
      </w:r>
    </w:p>
    <w:p>
      <w:pPr>
        <w:jc w:val="right"/>
      </w:pPr>
      <w:r>
        <w:t>یعنی جزئیات شریعت کو اخذ کرتے تھے وہ حدیث سے۔ تو شعوری یا غیر شعوری طور پر لوگوں نے یہ سمجھا کہ حدیث جو ہے جزئیات شریعت کا علم ہے۔</w:t>
      </w:r>
    </w:p>
    <w:p>
      <w:r>
        <w:rPr>
          <w:b/>
        </w:rPr>
        <w:t xml:space="preserve">[02:27] </w:t>
      </w:r>
      <w:r>
        <w:t>yani aaj kal ki zaban mein kahunga ke "Do's and Don'ts" ka ilm hai.</w:t>
      </w:r>
    </w:p>
    <w:p>
      <w:pPr>
        <w:jc w:val="right"/>
      </w:pPr>
      <w:r>
        <w:t>یعنی آج کل کی زبان میں کہوں گا کہ "Do's and Don'ts" کا علم ہے۔</w:t>
      </w:r>
    </w:p>
    <w:p>
      <w:r>
        <w:rPr>
          <w:b/>
        </w:rPr>
        <w:t xml:space="preserve">[02:36] </w:t>
      </w:r>
      <w:r>
        <w:t>aql se is ka koi ta'alluq nahi hai. toh ab jab "Age of Reason" jo hai hum aaj "Age of Reason" mein hain toh is tarah ki baatein aaj insaan ko bilkul Irrelevant maloom hoti hain.</w:t>
      </w:r>
    </w:p>
    <w:p>
      <w:pPr>
        <w:jc w:val="right"/>
      </w:pPr>
      <w:r>
        <w:t>عقل سے اس کا کوئی تعلق نہیں ہے۔ تو اب جب "Age of Reason" جو ہے ہم آج ہم "Age of Reason" میں ہیں تو اس طرح کے بحثیں آج انسان کو بالکل Irrelevant معلوم ہوتی ہیں۔</w:t>
      </w:r>
    </w:p>
    <w:p>
      <w:r>
        <w:rPr>
          <w:b/>
        </w:rPr>
        <w:t xml:space="preserve">[02:54] </w:t>
      </w:r>
      <w:r>
        <w:t>misalan fiqh ki baatein jo hain woh juz'iyat-e-shariat par kya hain woh woh main chahe misal deta hoon. masalan aap namaz padhte hain toh ek ek yeh masla hai ke haath uthayein phir haath bandhein.</w:t>
      </w:r>
    </w:p>
    <w:p>
      <w:pPr>
        <w:jc w:val="right"/>
      </w:pPr>
      <w:r>
        <w:t>مثلاً فقہ کی بحثیں جو ہیں وہ جزئیات شریعت پر کیا ہیں وہ وہ میں چاہے مثال دیتا ہوں۔ مثلاً آپ نماز پڑھتے ہیں تو ایک ایک یہ مسئلہ ہے کہ ہاتھ اٹھائیں پھر ہاتھ باندھیں۔</w:t>
      </w:r>
    </w:p>
    <w:p>
      <w:r>
        <w:rPr>
          <w:b/>
        </w:rPr>
        <w:t xml:space="preserve">[03:12] </w:t>
      </w:r>
      <w:r>
        <w:t>ek hai ke baghair kaan tak haath lagaye bandh lein. is ko kehte hain "Ref'e Yadayn". ab yeh badi baatein is ke upar hain ke "Ref'e Yadayn" ke baghair namaz hi nahi hogi.</w:t>
      </w:r>
    </w:p>
    <w:p>
      <w:pPr>
        <w:jc w:val="right"/>
      </w:pPr>
      <w:r>
        <w:t>ایک ہے کہ بغیر کان تک ہاتھ لگائے باندھ لیں۔ اس کو کہتے ہیں "Ref'e Yadayn"۔ اب یہ بڑی بحثیں اس کے اوپر ہیں کہ "Ref'e Yadayn" کے بغیر نماز ہی نہیں ہوگی۔</w:t>
      </w:r>
    </w:p>
    <w:p>
      <w:r>
        <w:rPr>
          <w:b/>
        </w:rPr>
        <w:t xml:space="preserve">[03:23] </w:t>
      </w:r>
      <w:r>
        <w:t>aisi niyat bandhne ke bare mein ek ek yahan bandho ke yahan bandho. badi baatein is ke upar hain. yahan bandha toh namaz ho gayi yahan bandha toh namaz nahi hui. aisi "Ameen bil Sirr" "Ameen bil Jahr" "Qirat Fatiha Khalaf al-Imam".</w:t>
      </w:r>
    </w:p>
    <w:p>
      <w:pPr>
        <w:jc w:val="right"/>
      </w:pPr>
      <w:r>
        <w:t>ایسی نیت باندھنے کے بارے میں ایک ایک یہاں باندھو کہ یہاں باندھو۔ بڑی بحثیں اس کے اوپر ہیں۔ یہاں باندھا تو نماز ہو گئی یہاں باندھا تو نماز نہیں ہوئی۔ ایسی "آمین بالسر" "آمین بالجہر" "قرأت فاتحہ خلف الامام"۔</w:t>
      </w:r>
    </w:p>
    <w:p>
      <w:r>
        <w:rPr>
          <w:b/>
        </w:rPr>
        <w:t xml:space="preserve">[03:39] </w:t>
      </w:r>
      <w:r>
        <w:t>is tarah ki juz'iyati baatein. is par bahut kitabein likhi gayin. aur yeh sab masail nikale gaye hadith se. halanke hadith mein aisa nahi tha.</w:t>
      </w:r>
    </w:p>
    <w:p>
      <w:pPr>
        <w:jc w:val="right"/>
      </w:pPr>
      <w:r>
        <w:t>اس طرح کی جزئیاتی بحثیں۔ اس پر بہت کتابیں لکھی گئیں۔ اور یہ سب مسئلے نکالے گئے حدیث سے۔ حالانکہ حدیث میں ایسا نہیں تھا۔</w:t>
      </w:r>
    </w:p>
    <w:p>
      <w:r>
        <w:rPr>
          <w:b/>
        </w:rPr>
        <w:t xml:space="preserve">[03:48] </w:t>
      </w:r>
      <w:r>
        <w:t>lekin logon ne ba'toor-e-khud nikale. hadith ke mutabiq yeh sab cheezein jo hain yeh is mein taus'a hai.</w:t>
      </w:r>
    </w:p>
    <w:p>
      <w:pPr>
        <w:jc w:val="right"/>
      </w:pPr>
      <w:r>
        <w:t>لیکن لوگوں نے بطور خود نکالے۔ حدیث کے مطابق یہ سب چیزیں جو ہیں یہ اس میں توسع ہے۔</w:t>
      </w:r>
    </w:p>
    <w:p>
      <w:r>
        <w:rPr>
          <w:b/>
        </w:rPr>
        <w:t xml:space="preserve">[03:58] </w:t>
      </w:r>
      <w:r>
        <w:t>hadith mein aata hai ke "bi ayyihim iqtadayt iqtadayt". yeh bhi theek woh bhi theek. matlab juz'iyat mein Diversity hai.</w:t>
      </w:r>
    </w:p>
    <w:p>
      <w:pPr>
        <w:jc w:val="right"/>
      </w:pPr>
      <w:r>
        <w:t>حدیث میں آتا ہے کہ "بیاءهم اقتدیت بعتدیت"۔ یہ بھی ٹھیک وہ بھی ٹھیک۔ مطلب جزئیات میں Diversity ہے۔</w:t>
      </w:r>
    </w:p>
    <w:p>
      <w:r>
        <w:rPr>
          <w:b/>
        </w:rPr>
        <w:t xml:space="preserve">[04:10] </w:t>
      </w:r>
      <w:r>
        <w:t>juz'iyat mein Diversity hai. lekin juz'iyat mein logon ne chaha ke Diversity ko khatam karein. Oneness layein. yeh hadith mein nahi tha. yeh fuqaha ne kiya.</w:t>
      </w:r>
    </w:p>
    <w:p>
      <w:pPr>
        <w:jc w:val="right"/>
      </w:pPr>
      <w:r>
        <w:t>جزئیات میں Diversity ہے۔ لیکن جزئیات میں لوگوں نے چاہا کہ Diversity کو ختم کریں۔ Oneness لائیں۔ یہ حدیث میں نہیں تھا۔ یہ فقہاء نے کیا۔</w:t>
      </w:r>
    </w:p>
    <w:p>
      <w:r>
        <w:rPr>
          <w:b/>
        </w:rPr>
        <w:t xml:space="preserve">[04:21] </w:t>
      </w:r>
      <w:r>
        <w:t>is ki wajah se logon ne is ka zimmedaar samajh liya hadith ko. is tarah ki juz'iyati baaton ka.</w:t>
      </w:r>
    </w:p>
    <w:p>
      <w:pPr>
        <w:jc w:val="right"/>
      </w:pPr>
      <w:r>
        <w:t>اس کی وجہ سے لوگوں نے اس کا ذمہ دار سمجھ لیا حدیث کو۔ اس طرح کی جزئیاتی بحثوں کا۔</w:t>
      </w:r>
    </w:p>
    <w:p>
      <w:r>
        <w:rPr>
          <w:b/>
        </w:rPr>
        <w:t xml:space="preserve">[04:30] </w:t>
      </w:r>
      <w:r>
        <w:t>halanke is ka zimmedaar sirf fiqh thi. aur hadith ke bare mein mujtahida ho gaye.</w:t>
      </w:r>
    </w:p>
    <w:p>
      <w:pPr>
        <w:jc w:val="right"/>
      </w:pPr>
      <w:r>
        <w:t>حالانکہ اس کا ذمہ دار صرف فقہ تھی۔ اور حدیث کے بارے میں مجتبیٰ ہو گئے۔</w:t>
      </w:r>
    </w:p>
    <w:p>
      <w:r>
        <w:rPr>
          <w:b/>
        </w:rPr>
        <w:t xml:space="preserve">[04:38] </w:t>
      </w:r>
      <w:r>
        <w:t>hamare madarison mein jis tarah hadith padhai jaati hai is ka main ek qissa batata hoon aap ko. unnis sau chudah mein Arab ke ek mashhoor aalim Rashid Raza Sheikh Rashid Raza India aaye the.</w:t>
      </w:r>
    </w:p>
    <w:p>
      <w:pPr>
        <w:jc w:val="right"/>
      </w:pPr>
      <w:r>
        <w:t>ہمارے مدرسوں میں جس طرح حدیث پڑھائی جاتی ہے اس کا میں ایک قصہ بتاتا ہوں آپ کو۔ انیس سو چودہ میں عرب کے ایک مشہور عالم رشید رضا شیخ رشید رضا انڈیا آئے تھے۔</w:t>
      </w:r>
    </w:p>
    <w:p>
      <w:r>
        <w:rPr>
          <w:b/>
        </w:rPr>
        <w:t xml:space="preserve">[04:59] </w:t>
      </w:r>
      <w:r>
        <w:t>toh Deoband gaye woh. us waqt Deoband ka jo Darul Uloom hai us ke shakh al-hadith the Maulana Anwar Shah Kashmiri jinka inteqal hua hai nineteen thirty three mein.</w:t>
      </w:r>
    </w:p>
    <w:p>
      <w:pPr>
        <w:jc w:val="right"/>
      </w:pPr>
      <w:r>
        <w:t>تو دیوبند گئے وہ۔ اس وقت دیوبند کا جو دارالعلوم ہے اس کے شاخ الحدیث تھے مولانا انور شاہ کشمیری جن کا انتقال ہوا ہے نائنٹین تھرٹی تھری میں۔</w:t>
      </w:r>
    </w:p>
    <w:p>
      <w:r>
        <w:rPr>
          <w:b/>
        </w:rPr>
        <w:t xml:space="preserve">[05:17] </w:t>
      </w:r>
      <w:r>
        <w:t>toh unhone taqreer ki. Arabi mein taqreer ki unhone. jo rawdad mein chhapi hui maujood hai. toh sari taqreer mein unhone dikhaya ke Hanafi maslak jo hai woh ain hadith ke mutabiq hai.</w:t>
      </w:r>
    </w:p>
    <w:p>
      <w:pPr>
        <w:jc w:val="right"/>
      </w:pPr>
      <w:r>
        <w:t>تو انہوں نے تقریر کی۔ عربی میں تقریر کی انہوں نے۔ جو روداد میں چھپی ہوئی موجود ہے۔ تو ساری تقریر میں انہوں نے دکھایا کہ حنفی مسلک جو ہے وہ عین حدیث کے مطابق ہے۔</w:t>
      </w:r>
    </w:p>
    <w:p>
      <w:r>
        <w:rPr>
          <w:b/>
        </w:rPr>
        <w:t xml:space="preserve">[05:34] </w:t>
      </w:r>
      <w:r>
        <w:t>Hanafi maslak kya hai wohi juz'iyati maslak. Hanafi aur ghair Hanafi mein juz'iyati shariat juz'iyat-e-shariat ke maamle mein bahut baatein hain bahut baatein hain.</w:t>
      </w:r>
    </w:p>
    <w:p>
      <w:pPr>
        <w:jc w:val="right"/>
      </w:pPr>
      <w:r>
        <w:t>حنفی مسلک کیا ہے وہی جزئیاتی مسلک۔ حنفی اور غیر حنفی میں جزئیاتی شریعت جزئیات شریعت کے معاملے میں بہت بحثیں ہیں بہت بحثیں ہیں۔</w:t>
      </w:r>
    </w:p>
    <w:p>
      <w:r>
        <w:rPr>
          <w:b/>
        </w:rPr>
        <w:t xml:space="preserve">[05:45] </w:t>
      </w:r>
      <w:r>
        <w:t>bohat bahasain hain. maslan hanfi log mante hain "ameen bil-sir" ko. aur doosre log mante hain "ameen bil-jahr" ko. is bari bahas hai is ke upar.</w:t>
      </w:r>
    </w:p>
    <w:p>
      <w:pPr>
        <w:jc w:val="right"/>
      </w:pPr>
      <w:r>
        <w:t>بہت بحثیں ہیں۔ مثلاً حنفی لوگ مانتے ہیں "آمین بالسر" کو۔ اور دوسرے لوگ مانتے ہیں "آمین بالجہر" کو۔ اس بڑی بحث ہے اس کے اوپر۔</w:t>
      </w:r>
    </w:p>
    <w:p>
      <w:r>
        <w:rPr>
          <w:b/>
        </w:rPr>
        <w:t xml:space="preserve">[05:56] </w:t>
      </w:r>
      <w:r>
        <w:t>hanfi log "rafayadain" ko nahi mante. woh doosre log "rafayadain" ko mante hain. to yeh bari bahas hai. to allama anwar shah kashmiri ne apni taqreer mein yeh sabit kiya ke jo maslak hanfi hai wohi hadith ke mutabiq hai.</w:t>
      </w:r>
    </w:p>
    <w:p>
      <w:pPr>
        <w:jc w:val="right"/>
      </w:pPr>
      <w:r>
        <w:t>حنفی لوگ "رفعیدین" کو نہیں مانتے۔ وہ دوسرے لوگ "رفعیدین" کو مانتے ہیں۔ تو یہ بڑی بحث ہے۔ تو علامہ انور شاہ کشمیری نے اپنی تقریر میں یہ ثابت کیا کہ جو مسلک حنفی ہے وہی حدیث کے مطابق ہے۔</w:t>
      </w:r>
    </w:p>
    <w:p>
      <w:r>
        <w:rPr>
          <w:b/>
        </w:rPr>
        <w:t xml:space="preserve">[06:13] </w:t>
      </w:r>
      <w:r>
        <w:t>yani hadithon ko is tareeqe se unhon ne is ko intervention kiya is ka ke sab hadithain jo hain hanfi maslak ke mutabiq. to rasheed raza hanfi nahi thay.</w:t>
      </w:r>
    </w:p>
    <w:p>
      <w:pPr>
        <w:jc w:val="right"/>
      </w:pPr>
      <w:r>
        <w:t>یعنی حدیثوں کو اس طریقے سے انہوں نے اس کو Intervention کیا اس کا کہ سب حدیثیں جو ہیں حنفی مسلک کے مطابق۔ تو رشید رضا حنفی نہیں تھے۔</w:t>
      </w:r>
    </w:p>
    <w:p>
      <w:r>
        <w:rPr>
          <w:b/>
        </w:rPr>
        <w:t xml:space="preserve">[06:27] </w:t>
      </w:r>
      <w:r>
        <w:t>un ko bara taajjub hua. unhon ne apne aik tabsaray mein kaha tha "halil al-hadith hanfiyun". kya hadith bhi hanfi hai?</w:t>
      </w:r>
    </w:p>
    <w:p>
      <w:pPr>
        <w:jc w:val="right"/>
      </w:pPr>
      <w:r>
        <w:t>ان کو بڑا تعجب ہوا۔ انہوں نے اپنے ایک تبصرے میں کہا تھا "حلیل الحدیث حنفیون"۔ کیا حدیث بھی حنفی ہے؟</w:t>
      </w:r>
    </w:p>
    <w:p>
      <w:r>
        <w:rPr>
          <w:b/>
        </w:rPr>
        <w:t xml:space="preserve">[06:39] </w:t>
      </w:r>
      <w:r>
        <w:t>to yeh sab ka maslak hai. "halil al-hadith hanfiyun" "halil al-hadith salafiyun" "halil al-hadith shafi'iyun" yani sab ne hadith ko ghuma phira kar apne maslak mein dhal rakha hai.</w:t>
      </w:r>
    </w:p>
    <w:p>
      <w:pPr>
        <w:jc w:val="right"/>
      </w:pPr>
      <w:r>
        <w:t>تو یہ سب کا مسلک ہے۔ "حلیل الحدیث حنفیون" "حلیل الحدیث سلفیون" "حلیل الحدیث شافعیون" یعنی سب نے حدیث کو گھما پھرا کر اپنے مسلک میں ڈھال رکھا ہے۔</w:t>
      </w:r>
    </w:p>
    <w:p>
      <w:r>
        <w:rPr>
          <w:b/>
        </w:rPr>
        <w:t xml:space="preserve">[06:54] </w:t>
      </w:r>
      <w:r>
        <w:t>is se firqay paida hue. juz'iyati bahasain paida huin. to hadith ki asal jo ahmiyat hai wohi gum ho gayi.</w:t>
      </w:r>
    </w:p>
    <w:p>
      <w:pPr>
        <w:jc w:val="right"/>
      </w:pPr>
      <w:r>
        <w:t>اس سے فرقے پیدا ہوئے۔ جزئیاتی بحثیں پیدا ہوئیں۔ تو حدیث کی اصل جو اہمیت ہے وہی گم ہو گئی۔</w:t>
      </w:r>
    </w:p>
    <w:p>
      <w:r>
        <w:rPr>
          <w:b/>
        </w:rPr>
        <w:t xml:space="preserve">[07:05] </w:t>
      </w:r>
      <w:r>
        <w:t>dekhen hadith jo hai is ke liye quran mein aaya hai "hikmat kalim". "yu'allimuhul kitaba wal-hikmah" yani peghambar ka aik kaam yeh hai ke us ne kitab diya insan ko.</w:t>
      </w:r>
    </w:p>
    <w:p>
      <w:pPr>
        <w:jc w:val="right"/>
      </w:pPr>
      <w:r>
        <w:t>دیکھیں حدیث جو ہے اس کے لیے قرآن میں آیا ہے "حکمت کلم"۔ "یعلمہ بالکتاب والحکمہ" یعنی پیغمبر کا ایک کام یہ ہے کہ اس نے کتاب دیا انسان کو۔</w:t>
      </w:r>
    </w:p>
    <w:p>
      <w:r>
        <w:rPr>
          <w:b/>
        </w:rPr>
        <w:t xml:space="preserve">[07:20] </w:t>
      </w:r>
      <w:r>
        <w:t>quran. doosri cheez yeh hai ke us ne hikmat diya. yeh hikmat jo hai yahi hadith hai. hikmat ka matlab hota hai Wisdom.</w:t>
      </w:r>
    </w:p>
    <w:p>
      <w:pPr>
        <w:jc w:val="right"/>
      </w:pPr>
      <w:r>
        <w:t>قرآن۔ دوسری چیز یہ ہے کہ اس نے حکمت دیا۔ یہ حکمت جو ہے یہی حدیث ہے۔ حکمت کا مطلب ہوتا ہے Wisdom۔</w:t>
      </w:r>
    </w:p>
    <w:p>
      <w:r>
        <w:rPr>
          <w:b/>
        </w:rPr>
        <w:t xml:space="preserve">[07:33] </w:t>
      </w:r>
      <w:r>
        <w:t>to dekhen hadith ka muamla juz'iyat shariat ka mozu nahi hai hadith. hadith jo hai woh is se zyada bohat hi ahim cheez hai hadith.</w:t>
      </w:r>
    </w:p>
    <w:p>
      <w:pPr>
        <w:jc w:val="right"/>
      </w:pPr>
      <w:r>
        <w:t>تو دیکھیں حدیث کا معاملہ جزئیات شریعت کا موضوع نہیں ہے حدیث۔ حدیث جو ہے وہ اس سے زیادہ بہت ہی اہم چیز ہے حدیث۔</w:t>
      </w:r>
    </w:p>
    <w:p>
      <w:r>
        <w:rPr>
          <w:b/>
        </w:rPr>
        <w:t xml:space="preserve">[07:46] </w:t>
      </w:r>
      <w:r>
        <w:t>yani quran agar allah ki kitab hai to hadith is ka Applied Edition hai Applied Version hai.</w:t>
      </w:r>
    </w:p>
    <w:p>
      <w:pPr>
        <w:jc w:val="right"/>
      </w:pPr>
      <w:r>
        <w:t>یعنی قرآن اگر اللہ کی کتاب ہے تو حدیث اس کا Applied Edition ہے Applied Version ہے۔</w:t>
      </w:r>
    </w:p>
    <w:p>
      <w:r>
        <w:rPr>
          <w:b/>
        </w:rPr>
        <w:t xml:space="preserve">[07:56] </w:t>
      </w:r>
      <w:r>
        <w:t>yani quran ka Applied Version.</w:t>
      </w:r>
    </w:p>
    <w:p>
      <w:pPr>
        <w:jc w:val="right"/>
      </w:pPr>
      <w:r>
        <w:t>یعنی قرآن کا Applied Version۔</w:t>
      </w:r>
    </w:p>
    <w:p>
      <w:r>
        <w:rPr>
          <w:b/>
        </w:rPr>
        <w:t xml:space="preserve">[08:05] </w:t>
      </w:r>
      <w:r>
        <w:t>quran jo hai</w:t>
      </w:r>
    </w:p>
    <w:p>
      <w:pPr>
        <w:jc w:val="right"/>
      </w:pPr>
      <w:r>
        <w:t>قرآن جو ہے</w:t>
      </w:r>
    </w:p>
    <w:p>
      <w:r>
        <w:rPr>
          <w:b/>
        </w:rPr>
        <w:t xml:space="preserve">[08:09] </w:t>
      </w:r>
      <w:r>
        <w:t>agar Principles hain is ke andar hain to hadith mein is ki Detail hain.</w:t>
      </w:r>
    </w:p>
    <w:p>
      <w:pPr>
        <w:jc w:val="right"/>
      </w:pPr>
      <w:r>
        <w:t>اگر Principles ہیں اس کے اندر ہیں تو حدیث میں اس کی Detail ہیں۔</w:t>
      </w:r>
    </w:p>
    <w:p>
      <w:r>
        <w:rPr>
          <w:b/>
        </w:rPr>
        <w:t xml:space="preserve">[08:19] </w:t>
      </w:r>
      <w:r>
        <w:t>woh sari cheezain jo baad ki tareekh mein is ko jis ki wajah se islam aik kiya ko ahmiyat hasil hui woh sab hadithain hi se to maloom hoti hain.</w:t>
      </w:r>
    </w:p>
    <w:p>
      <w:pPr>
        <w:jc w:val="right"/>
      </w:pPr>
      <w:r>
        <w:t>وہ ساری چیزیں جو بعد کی تاریخ میں اس کو جس کی وجہ سے اسلام ایک کیا کو اہمیت حاصل ہوئی وہ سب حدیثیں ہی سے تو معلوم ہوتی ہیں۔</w:t>
      </w:r>
    </w:p>
    <w:p>
      <w:r>
        <w:rPr>
          <w:b/>
        </w:rPr>
        <w:t xml:space="preserve">[08:29] </w:t>
      </w:r>
      <w:r>
        <w:t>hadith ko hadaf karte hain to sara muamla jo hai aik aik bilkul Abstract ban kar reh jayega.</w:t>
      </w:r>
    </w:p>
    <w:p>
      <w:pPr>
        <w:jc w:val="right"/>
      </w:pPr>
      <w:r>
        <w:t>حدیث کو حذف کرتے ہیں تو سارا معاملہ جو ہے ایک ایک بالکل Abstract بن کر رہ جائے گا۔</w:t>
      </w:r>
    </w:p>
    <w:p>
      <w:r>
        <w:rPr>
          <w:b/>
        </w:rPr>
        <w:t xml:space="preserve">[08:37] </w:t>
      </w:r>
      <w:r>
        <w:t>mein aik misaal deta hoon.</w:t>
      </w:r>
    </w:p>
    <w:p>
      <w:pPr>
        <w:jc w:val="right"/>
      </w:pPr>
      <w:r>
        <w:t>میں ایک مثال دیتا ہوں۔</w:t>
      </w:r>
    </w:p>
    <w:p>
      <w:r>
        <w:rPr>
          <w:b/>
        </w:rPr>
        <w:t xml:space="preserve">[08:42] </w:t>
      </w:r>
      <w:r>
        <w:t>rasool allah sallallahu alaihi wasallam tamam peghambaron mein aik hi peghambar aisay hain jo Historical peghambar ki haisiyat rakhte hain.</w:t>
      </w:r>
    </w:p>
    <w:p>
      <w:pPr>
        <w:jc w:val="right"/>
      </w:pPr>
      <w:r>
        <w:t>رسول اللہ صلی اللہ علیہ وسلم تمام پیغمبروں میں ایک ہی پیغمبر ایسے ہیں جو Historical پیغمبر کی حیثیت رکھتے ہیں۔</w:t>
      </w:r>
    </w:p>
    <w:p>
      <w:r>
        <w:rPr>
          <w:b/>
        </w:rPr>
        <w:t xml:space="preserve">[08:53] </w:t>
      </w:r>
      <w:r>
        <w:t>pichlay peghambar aqeeday ke peghambar hain. batore aqeedah hum un ko mante hain. lekin un ko Historical Base hasil nahi hai. to Philip Hickory jo aik Christian thay un ki kitab hai "History of the Arabs".</w:t>
      </w:r>
    </w:p>
    <w:p>
      <w:pPr>
        <w:jc w:val="right"/>
      </w:pPr>
      <w:r>
        <w:t>پچھلے پیغمبر عقیدے کے پیغمبر ہیں۔ بطور عقیدہ ہم ان کو مانتے ہیں۔ لیکن ان کو Historical Base حاصل نہیں ہے۔ تو Philip Hickory جو ایک Christian تھے ان کی کتاب ہے "History of the Arabs"۔</w:t>
      </w:r>
    </w:p>
    <w:p>
      <w:r>
        <w:rPr>
          <w:b/>
        </w:rPr>
        <w:t xml:space="preserve">[09:10] </w:t>
      </w:r>
      <w:r>
        <w:t>is mein woh likhte hain ke "Muhammad was born in the full light of history". "Muhammad was born in the full light of history".</w:t>
      </w:r>
    </w:p>
    <w:p>
      <w:pPr>
        <w:jc w:val="right"/>
      </w:pPr>
      <w:r>
        <w:t>اس میں وہ لکھتے ہیں کہ "Muhammad was born in the full light of history"۔ "Muhammad was born in the full light of history"۔</w:t>
      </w:r>
    </w:p>
    <w:p>
      <w:r>
        <w:rPr>
          <w:b/>
        </w:rPr>
        <w:t xml:space="preserve">[09:24] </w:t>
      </w:r>
      <w:r>
        <w:t>muhammad paida hue mukammal tareekh ki roshni mein. to yeh muhammad sallallahu alaihi wasallam ko yeh haisiyat kaise mili?</w:t>
      </w:r>
    </w:p>
    <w:p>
      <w:pPr>
        <w:jc w:val="right"/>
      </w:pPr>
      <w:r>
        <w:t>محمد پیدا ہوئے مکمل تاریخ کی روشنی میں۔ تو یہ محمد صلی اللہ علیہ وسلم کو یہ حیثیت کیسے ملی؟</w:t>
      </w:r>
    </w:p>
    <w:p>
      <w:r>
        <w:rPr>
          <w:b/>
        </w:rPr>
        <w:t xml:space="preserve">[09:36] </w:t>
      </w:r>
      <w:r>
        <w:t>aap ghor kijiye ke rasool allah sallallahu alaihi wasallam se sirf chhay so saal pehle. sirf chhay so saal pehle hazrat masih paida hue falasteen mein.</w:t>
      </w:r>
    </w:p>
    <w:p>
      <w:pPr>
        <w:jc w:val="right"/>
      </w:pPr>
      <w:r>
        <w:t>آپ غور کیجیے کہ رسول اللہ صلی اللہ علیہ وسلم سے صرف چھ سو سال پہلے۔ صرف چھ سو سال پہلے حضرت مسیح پیدا ہوئے فلسطین میں۔</w:t>
      </w:r>
    </w:p>
    <w:p>
      <w:r>
        <w:rPr>
          <w:b/>
        </w:rPr>
        <w:t xml:space="preserve">[09:45] </w:t>
      </w:r>
      <w:r>
        <w:t>unki koi History nahi. Burt Nerson ne likha hai ke Historically it is quite doubtful whether Christ ever existed at all.</w:t>
      </w:r>
    </w:p>
    <w:p>
      <w:pPr>
        <w:jc w:val="right"/>
      </w:pPr>
      <w:r>
        <w:t>ان کی کوئی History نہیں۔ برٹ نرسن نے لکھا ہے کہ Historically it is quite doubtful whether Christ ever existed at all۔</w:t>
      </w:r>
    </w:p>
    <w:p>
      <w:r>
        <w:rPr>
          <w:b/>
        </w:rPr>
        <w:t xml:space="preserve">[09:57] </w:t>
      </w:r>
      <w:r>
        <w:t>kyun ke Historical Document nahi hai hazrat masih ke liye. kyun nahi hai? un ke is ke sath koi tape nahi thi. khud bible mein likha hua hai ke jab woh un ko suuli par charhanay ke liye le gaye to un ke jo shagird thay wahan par taqreeban das shagird thay woh sab ke sab bhag gaye.</w:t>
      </w:r>
    </w:p>
    <w:p>
      <w:pPr>
        <w:jc w:val="right"/>
      </w:pPr>
      <w:r>
        <w:t>کیونکہ Historical Document نہیں ہے حضرت مسیح کے لیے۔ کیوں نہیں ہے؟ ان کے اس کے ساتھ کوئی ٹیپ نہیں تھی۔ خود بائبل میں لکھا ہوا ہے کہ جب وہ ان کو سولی پر چڑھانے کے لیے لے گئے تو ان کے جو شاگرد تھے وہاں پر تقریباً دس شاگرد تھے وہ سب کے سب بھاگ گئے۔</w:t>
      </w:r>
    </w:p>
    <w:p>
      <w:r>
        <w:rPr>
          <w:b/>
        </w:rPr>
        <w:t xml:space="preserve">[10:18] </w:t>
      </w:r>
      <w:r>
        <w:t>yeh khud bible mein likha hua hai ke bhag gaye sab ke sab.</w:t>
      </w:r>
    </w:p>
    <w:p>
      <w:pPr>
        <w:jc w:val="right"/>
      </w:pPr>
      <w:r>
        <w:t>یہ خود بائبل میں لکھا ہوا ہے کہ بھاگ گئے سب کے سب۔</w:t>
      </w:r>
    </w:p>
    <w:p>
      <w:r>
        <w:rPr>
          <w:b/>
        </w:rPr>
        <w:t xml:space="preserve">[10:25] </w:t>
      </w:r>
      <w:r>
        <w:t>to History ko insan banate hain. History jo hai woh insan banate hain. team banati hai. to pichlay peghambaron ke sath koi team nahi thi is liye un ki History bhi nahi bani.</w:t>
      </w:r>
    </w:p>
    <w:p>
      <w:pPr>
        <w:jc w:val="right"/>
      </w:pPr>
      <w:r>
        <w:t>تو History کو انسان بناتے ہیں۔ History جو ہے وہ انسان بناتے ہیں۔ ٹیم بناتی ہے۔ تو پچھلے پیغمبروں کے ساتھ کوئی ٹیم نہیں تھی اس لیے ان کی History بھی نہیں بنی۔</w:t>
      </w:r>
    </w:p>
    <w:p>
      <w:r>
        <w:rPr>
          <w:b/>
        </w:rPr>
        <w:t xml:space="preserve">[10:38] </w:t>
      </w:r>
      <w:r>
        <w:t>rasool Allah ke sath team thi yani sahaba karam jin ko hum kehte hain. taqreeban deid lakh sahaba. yahi to Reporters of History hain.</w:t>
      </w:r>
    </w:p>
    <w:p>
      <w:pPr>
        <w:jc w:val="right"/>
      </w:pPr>
      <w:r>
        <w:t>رسول اللہ کے ساتھ ٹیم تھی یعنی صحابہ کرام جن کو ہم کہتے ہیں۔ تقریباً ڈیڑھ لاکھ صحابہ۔ یہی تو Reporters of History ہیں۔</w:t>
      </w:r>
    </w:p>
    <w:p>
      <w:r>
        <w:rPr>
          <w:b/>
        </w:rPr>
        <w:t xml:space="preserve">[10:52] </w:t>
      </w:r>
      <w:r>
        <w:t>inhi ki waja se to History bani rasool Allah sal Allah alih wasalam ki. to hazrat maseeh jo sirf chhay sau saal pehle paida hue un ki History nahin.</w:t>
      </w:r>
    </w:p>
    <w:p>
      <w:pPr>
        <w:jc w:val="right"/>
      </w:pPr>
      <w:r>
        <w:t>انہی کی وجہ سے تو History بنی رسول اللہ صلی اللہ علیہ وسلم کی۔ تو حضرت مسیح جو صرف چھ سو سال پہلے پیدا ہوئے ان کی History نہیں۔</w:t>
      </w:r>
    </w:p>
    <w:p>
      <w:r>
        <w:rPr>
          <w:b/>
        </w:rPr>
        <w:t xml:space="preserve">[11:01] </w:t>
      </w:r>
      <w:r>
        <w:t>kyun ke Reporters nahin the. History ko Report karne wale log nahin the. rasool Allah ki History ko Report karne wale log the. jinho ne rasool Allah ko dekha aap ke sath rahe.</w:t>
      </w:r>
    </w:p>
    <w:p>
      <w:pPr>
        <w:jc w:val="right"/>
      </w:pPr>
      <w:r>
        <w:t>کیونکہ Reporters نہیں تھے۔ History کو Report کرنے والے لوگ نہیں تھے۔ رسول اللہ کی History کو Report کرنے والے لوگ تھے۔ جنہوں نے رسول اللہ کو دیکھا آپ کے ساتھ رہے۔</w:t>
      </w:r>
    </w:p>
    <w:p>
      <w:r>
        <w:rPr>
          <w:b/>
        </w:rPr>
        <w:t xml:space="preserve">[11:13] </w:t>
      </w:r>
      <w:r>
        <w:t>aap tamam mamlaat mein un ke shareek rahe. woh Report karte hain. to yahi sahaba hain. to sahaba aur Reporters of History of the Prophet.</w:t>
      </w:r>
    </w:p>
    <w:p>
      <w:pPr>
        <w:jc w:val="right"/>
      </w:pPr>
      <w:r>
        <w:t>آپ تمام معاملات میں ان کے شریک رہے۔ وہ Report کرتے ہیں۔ تو یہی صحابہ ہیں۔ تو صحابہ اور Reporters of History of the Prophet۔</w:t>
      </w:r>
    </w:p>
    <w:p>
      <w:r>
        <w:rPr>
          <w:b/>
        </w:rPr>
        <w:t xml:space="preserve">[11:25] </w:t>
      </w:r>
      <w:r>
        <w:t>to hadith kya hai? woh sahaba ke zariye jo Report mili hai wahi to hai hadith. hadith kya cheez hai? rasool Allah sal Allah alih wasalam ki baaton ko Report kiya sahaba ne.</w:t>
      </w:r>
    </w:p>
    <w:p>
      <w:pPr>
        <w:jc w:val="right"/>
      </w:pPr>
      <w:r>
        <w:t>تو حدیث کیا ہے؟ وہ صحابہ کے ذریعے جو Report ملی ہے وہی تو ہے حدیث۔ حدیث کیا چیز ہے؟ رسول اللہ صلی اللہ علیہ وسلم کی باتوں کو Report کیا صحابہ نے۔</w:t>
      </w:r>
    </w:p>
    <w:p>
      <w:r>
        <w:rPr>
          <w:b/>
        </w:rPr>
        <w:t xml:space="preserve">[11:37] </w:t>
      </w:r>
      <w:r>
        <w:t>phir sahaba ne Report kiya tabeen ko. phir tabeen ne bataya tabe tabeen ko. phir Generation After Generation woh chalta raha.</w:t>
      </w:r>
    </w:p>
    <w:p>
      <w:pPr>
        <w:jc w:val="right"/>
      </w:pPr>
      <w:r>
        <w:t>پھر صحابہ نے Report کیا تابعین کو۔ پھر تابعین نے بتایا تبع تابعین کو۔ پھر Generation After Generation وہ چلتا رہا۔</w:t>
      </w:r>
    </w:p>
    <w:p>
      <w:r>
        <w:rPr>
          <w:b/>
        </w:rPr>
        <w:t xml:space="preserve">[11:48] </w:t>
      </w:r>
      <w:r>
        <w:t>logon ne kitaben likhin. pehle zamaney mein chhapayi nahin hua karti thi. to logon ne kitaben likhin. un ke Manuscript jagah jagah maujood the.</w:t>
      </w:r>
    </w:p>
    <w:p>
      <w:pPr>
        <w:jc w:val="right"/>
      </w:pPr>
      <w:r>
        <w:t>لوگوں نے کتابیں لکھیں۔ پہلے زمانے میں چھپائی نہیں ہوا کرتی تھی۔ تو لوگوں نے کتابیں لکھیں۔ ان کے Manuscript جگہ جگہ موجود تھے۔</w:t>
      </w:r>
    </w:p>
    <w:p>
      <w:r>
        <w:rPr>
          <w:b/>
        </w:rPr>
        <w:t xml:space="preserve">[12:00] </w:t>
      </w:r>
      <w:r>
        <w:t>phir atharveen sadi mein Press ka daur aaya. Printing Press ka daur. to jo Orientalist hain unhone ek bohat bara kaam kiya ke in makhtootat ko Manuscript ko le kar koi padhe.</w:t>
      </w:r>
    </w:p>
    <w:p>
      <w:pPr>
        <w:jc w:val="right"/>
      </w:pPr>
      <w:r>
        <w:t>پھر اٹھارویں صدی میں Press کا دور آیا۔ Printing Press کا دور۔ تو جو Orientalist ہیں انہوں نے ایک بہت بڑا کام کیا کہ ان مخطوطات کو Manuscript کو لے کر کوئی پڑھا۔</w:t>
      </w:r>
    </w:p>
    <w:p>
      <w:r>
        <w:rPr>
          <w:b/>
        </w:rPr>
        <w:t xml:space="preserve">[12:12] </w:t>
      </w:r>
      <w:r>
        <w:t>Edit kiya un ko chhapaya.</w:t>
      </w:r>
    </w:p>
    <w:p>
      <w:pPr>
        <w:jc w:val="right"/>
      </w:pPr>
      <w:r>
        <w:t>Edit کیا ان کو چھپایا۔</w:t>
      </w:r>
    </w:p>
    <w:p>
      <w:r>
        <w:rPr>
          <w:b/>
        </w:rPr>
        <w:t xml:space="preserve">[12:17] </w:t>
      </w:r>
      <w:r>
        <w:t>main ek misaal deta hoon. tareekh ki ek kitab hai is ka naam hai "Al-Bidaya wa al-Nihaya". Ibn Kathir is ke musannif hain. Shibli ke zamaney mein Shibli ke zamaney mein in ka intiqal hua hai unees chaudah mein.</w:t>
      </w:r>
    </w:p>
    <w:p>
      <w:pPr>
        <w:jc w:val="right"/>
      </w:pPr>
      <w:r>
        <w:t>میں ایک مثال دیتا ہوں۔ تاریخ کی ایک کتاب ہے اس کا نام ہے "البدایہ والنہایہ"۔ ابن کثیر اس کے مصنف ہیں۔ شبلی کے زمانے میں شبلی کے زمانے میں ان کا انتقال ہوا ہے انیس چودہ میں۔</w:t>
      </w:r>
    </w:p>
    <w:p>
      <w:r>
        <w:rPr>
          <w:b/>
        </w:rPr>
        <w:t xml:space="preserve">[12:33] </w:t>
      </w:r>
      <w:r>
        <w:t>yeh kitab chhapi hui maujood nahin thi. Shibli ko is kitab ko padhne ke liye us zamaney mein bahri safar karna pada.</w:t>
      </w:r>
    </w:p>
    <w:p>
      <w:pPr>
        <w:jc w:val="right"/>
      </w:pPr>
      <w:r>
        <w:t>یہ کتاب چھپی ہوئی موجود نہیں تھی۔ شبلی کو اس کتاب کو پڑھنے کے لیے اس زمانے میں بحری سفر کرنا پڑا۔</w:t>
      </w:r>
    </w:p>
    <w:p>
      <w:r>
        <w:rPr>
          <w:b/>
        </w:rPr>
        <w:t xml:space="preserve">[12:42] </w:t>
      </w:r>
      <w:r>
        <w:t>is Shipship ke zariye woh Istanbul gaye. Istanbul mein ja kar unhone is ke makhtoota yani Script ko padha. aaj mere kab aap aaj mere office mein mein chhapi hui maujood hai.</w:t>
      </w:r>
    </w:p>
    <w:p>
      <w:pPr>
        <w:jc w:val="right"/>
      </w:pPr>
      <w:r>
        <w:t>اس Shipship کے ذریعے وہ استنبول گئے۔ استنبول میں جا کر انہوں نے اس کے مخطوطہ یعنی Script کو پڑھا۔ آج میرے کب آپ آج میرے آفس میں میں چھپی ہوئی موجود ہے۔</w:t>
      </w:r>
    </w:p>
    <w:p>
      <w:r>
        <w:rPr>
          <w:b/>
        </w:rPr>
        <w:t xml:space="preserve">[12:54] </w:t>
      </w:r>
      <w:r>
        <w:t>itni zakheem chalte hain is ki. yani shelf mein itna sa bhara hua hai woh. woh chhapi hui halat mein hai. to Shibli ke zamaney mein makhtootat the aaj woh sab matbooaat hain.</w:t>
      </w:r>
    </w:p>
    <w:p>
      <w:pPr>
        <w:jc w:val="right"/>
      </w:pPr>
      <w:r>
        <w:t>اتنی زخیم چلتے ہیں اس کی۔ یعنی شیلف میں اتنا سا بھرا ہوا ہے وہ۔ وہ چھپی ہوئی حالت میں ہے۔ تو شبلی کے زمانے میں مخطوطات تھے آج وہ سب مطبوعات ہیں۔</w:t>
      </w:r>
    </w:p>
    <w:p>
      <w:r>
        <w:rPr>
          <w:b/>
        </w:rPr>
        <w:t xml:space="preserve">[13:08] </w:t>
      </w:r>
      <w:r>
        <w:t>ab to internet par sab kuch maujood hai. aap button dabaiye aur sari kitaben samne aa jayengi aap ki. yeh sab kis ne kiya?</w:t>
      </w:r>
    </w:p>
    <w:p>
      <w:pPr>
        <w:jc w:val="right"/>
      </w:pPr>
      <w:r>
        <w:t>اب تو انٹرنیٹ پر سب کچھ موجود ہے۔ آپ بٹن دبائیے اور ساری کتابیں سامنے آ جائیں گی آپ کی۔ یہ سب کس نے کیا؟</w:t>
      </w:r>
    </w:p>
    <w:p>
      <w:r>
        <w:rPr>
          <w:b/>
        </w:rPr>
        <w:t xml:space="preserve">[13:18] </w:t>
      </w:r>
      <w:r>
        <w:t>rasool Allah ke sahatiyon ne kiya. rasool Allah ke sahatiyon ne rasool Allah se le kar Report kiya is ko. baat karoon ko phir baat karoon ko phir baat karoon ko.</w:t>
      </w:r>
    </w:p>
    <w:p>
      <w:pPr>
        <w:jc w:val="right"/>
      </w:pPr>
      <w:r>
        <w:t>رسول اللہ کے ساتھیوں نے کیا۔ رسول اللہ کے ساتھیوں نے رسول اللہ سے لے کر Report کیا اس کو۔ بات کروں کو پھر بات کروں کو پھر بات کروں کو۔</w:t>
      </w:r>
    </w:p>
    <w:p>
      <w:r>
        <w:rPr>
          <w:b/>
        </w:rPr>
        <w:t xml:space="preserve">[13:28] </w:t>
      </w:r>
      <w:r>
        <w:t>yahan tak ke woh hum tak pahunch gaya. agar aap hadith ko hadaf karein to jante hain kya hai? Quran bhi hadaf Muhammad bhi hadaf sab kuch hadaf.</w:t>
      </w:r>
    </w:p>
    <w:p>
      <w:pPr>
        <w:jc w:val="right"/>
      </w:pPr>
      <w:r>
        <w:t>یہاں تک کہ وہ ہم تک پہنچ گیا۔ اگر آپ حدیث کو حذف کریں تو جانتے ہیں کیا ہے؟ قرآن بھی حذف محمد بھی حذف سب کچھ حذف۔</w:t>
      </w:r>
    </w:p>
    <w:p>
      <w:r>
        <w:rPr>
          <w:b/>
        </w:rPr>
        <w:t xml:space="preserve">[13:36] </w:t>
      </w:r>
      <w:r>
        <w:t>kyun ke sab Myth ban jayega. Abstract ban jayega. jaisa bana hua. jitne bhi peghambar hain Including Hazrat Masih jab sab ki sab kahaniyan hain.</w:t>
      </w:r>
    </w:p>
    <w:p>
      <w:pPr>
        <w:jc w:val="right"/>
      </w:pPr>
      <w:r>
        <w:t>کیونکہ سب Myth بن جائے گا۔ Abstract بن جائے گا۔ جیسا بنا ہوا۔ جتنے بھی پیغمبر ہیں Including حضرت مسیح جب سب کی سب کہانیاں ہیں۔</w:t>
      </w:r>
    </w:p>
    <w:p>
      <w:r>
        <w:rPr>
          <w:b/>
        </w:rPr>
        <w:t xml:space="preserve">[13:50] </w:t>
      </w:r>
      <w:r>
        <w:t>Myth hain. aqeeday hain. tareekh nahin hai.</w:t>
      </w:r>
    </w:p>
    <w:p>
      <w:pPr>
        <w:jc w:val="right"/>
      </w:pPr>
      <w:r>
        <w:t>Myth ہیں۔ عقیدے ہیں۔ تاریخ نہیں ہے۔</w:t>
      </w:r>
    </w:p>
    <w:p>
      <w:r>
        <w:rPr>
          <w:b/>
        </w:rPr>
        <w:t xml:space="preserve">[13:55] </w:t>
      </w:r>
      <w:r>
        <w:t>isi liye Doctor Nashri Doctor Nashri Khan Chehlubadiya bohat bara Scholar tha Hindu Scholar is ki kitaben padhin. to sare nabiyon ke bare mein padha padha padha malwah ke sab nabi to Myth hain.</w:t>
      </w:r>
    </w:p>
    <w:p>
      <w:pPr>
        <w:jc w:val="right"/>
      </w:pPr>
      <w:r>
        <w:t>اسی لیے ڈاکٹر نشری ڈاکٹر نشری خان چہلوبادیہ بہت بڑا Scholar تھا ہندو Scholar اس کی کتابیں پڑھیں۔ تو سارے نبیوں کے بارے میں پڑھا پڑھا پڑھا ملوہ کہ سب نبی تو Myth ہیں۔</w:t>
      </w:r>
    </w:p>
    <w:p>
      <w:r>
        <w:rPr>
          <w:b/>
        </w:rPr>
        <w:t xml:space="preserve">[14:09] </w:t>
      </w:r>
      <w:r>
        <w:t>sirf aqeedah hain. koi Historical Base nahin hai in ko. kaise hum yaqeen karein? kaise yaqeen karein ke yeh yeh peghambar the?</w:t>
      </w:r>
    </w:p>
    <w:p>
      <w:pPr>
        <w:jc w:val="right"/>
      </w:pPr>
      <w:r>
        <w:t>صرف عقیدہ ہیں۔ کوئی Historical Base نہیں ہے ان کو۔ کیسے ہم یقین کریں؟ کیسے یقین کریں کہ یہ یہ پیغمبر تھے؟</w:t>
      </w:r>
    </w:p>
    <w:p>
      <w:r>
        <w:rPr>
          <w:b/>
        </w:rPr>
        <w:t xml:space="preserve">[14:19] </w:t>
      </w:r>
      <w:r>
        <w:t>aakhir mein rasool Allah sal Allah alih wasalam ko padha is ne. to is ne kitab likhi aur Islam qabool kar liya. to woh kehta hai ke oh</w:t>
      </w:r>
    </w:p>
    <w:p>
      <w:pPr>
        <w:jc w:val="right"/>
      </w:pPr>
      <w:r>
        <w:t>آخر میں رسول اللہ صلی اللہ علیہ وسلم کو پڑھا اس نے۔ تو اس نے کتاب لکھی اور اسلام قبول کر لیا۔ تو وہ کہتا ہے کہ اوہ</w:t>
      </w:r>
    </w:p>
    <w:p>
      <w:r>
        <w:rPr>
          <w:b/>
        </w:rPr>
        <w:t xml:space="preserve">[14:27] </w:t>
      </w:r>
      <w:r>
        <w:t>What are you leave to find after all a truly historical Prophet to believe in؟</w:t>
      </w:r>
    </w:p>
    <w:p>
      <w:pPr>
        <w:jc w:val="right"/>
      </w:pPr>
      <w:r>
        <w:t>What are you leave to find after all a truly historical Prophet to believe in؟</w:t>
      </w:r>
    </w:p>
    <w:p>
      <w:r>
        <w:rPr>
          <w:b/>
        </w:rPr>
        <w:t xml:space="preserve">[14:36] </w:t>
      </w:r>
      <w:r>
        <w:t>to yeh jo rasool Allah ko yeh tareekhi hasiyat mili kaise mili hai? in hadithon ke zariye to mili hai. hadithen jo hain woh Historical Record hain Quran ka rasool Allah ka Islam ka.</w:t>
      </w:r>
    </w:p>
    <w:p>
      <w:pPr>
        <w:jc w:val="right"/>
      </w:pPr>
      <w:r>
        <w:t>تو یہ جو رسول اللہ کو یہ تاریخی حیثیت ملی کیسے ملی ہے؟ ان حدیثوں کے ذریعے تو ملی ہے۔ حدیثیں جو ہیں وہ Historical Record ہیں قرآن کا رسول اللہ کا اسلام کا۔</w:t>
      </w:r>
    </w:p>
    <w:p>
      <w:r>
        <w:rPr>
          <w:b/>
        </w:rPr>
        <w:t xml:space="preserve">[14:51] </w:t>
      </w:r>
      <w:r>
        <w:t>hadith ko aap hadaf kar dein to Islam ki History hadaf hai. phir to na Quran hai na hadith hai na Islam hai na kuch hai na kuch hai. ek Myth hai bas.</w:t>
      </w:r>
    </w:p>
    <w:p>
      <w:pPr>
        <w:jc w:val="right"/>
      </w:pPr>
      <w:r>
        <w:t>حدیث کو آپ حذف کر دیں تو اسلام کی History حذف ہے۔ پھر تو نہ قرآن ہے نہ حدیث ہے نہ اسلام ہے نہ کچھ ہے نہ کچھ ہے۔ ایک Myth ہے بس۔</w:t>
      </w:r>
    </w:p>
    <w:p>
      <w:r>
        <w:rPr>
          <w:b/>
        </w:rPr>
        <w:t xml:space="preserve">[15:03] </w:t>
      </w:r>
      <w:r>
        <w:t>to sahaba jo hain rasool Allah</w:t>
      </w:r>
    </w:p>
    <w:p>
      <w:pPr>
        <w:jc w:val="right"/>
      </w:pPr>
      <w:r>
        <w:t>تو صحابہ جو ہیں رسول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