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Replanning | February 26, 2017</w:t>
      </w:r>
    </w:p>
    <w:p>
      <w:r>
        <w:t>https://www.youtube.com/watch?v=E120hwMH9x8</w:t>
      </w:r>
    </w:p>
    <w:p>
      <w:r>
        <w:rPr>
          <w:b/>
        </w:rPr>
        <w:t xml:space="preserve">[00:14] </w:t>
      </w:r>
      <w:r>
        <w:t>bismillah rahman rahim.</w:t>
      </w:r>
    </w:p>
    <w:p>
      <w:pPr>
        <w:jc w:val="right"/>
      </w:pPr>
      <w:r>
        <w:t>بسم اللہ الرحمن الرحیم۔</w:t>
      </w:r>
    </w:p>
    <w:p>
      <w:r>
        <w:rPr>
          <w:b/>
        </w:rPr>
        <w:t xml:space="preserve">[00:20] </w:t>
      </w:r>
      <w:r>
        <w:t>wasalli allah ala nabiyil karim.</w:t>
      </w:r>
    </w:p>
    <w:p>
      <w:pPr>
        <w:jc w:val="right"/>
      </w:pPr>
      <w:r>
        <w:t>وصلی اللہ علی النبی الکریم۔</w:t>
      </w:r>
    </w:p>
    <w:p>
      <w:r>
        <w:rPr>
          <w:b/>
        </w:rPr>
        <w:t xml:space="preserve">[00:26]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chhabis farwari do hazar satrah.</w:t>
      </w:r>
    </w:p>
    <w:p>
      <w:pPr>
        <w:jc w:val="right"/>
      </w:pPr>
      <w:r>
        <w:t>چھبیس فروری دو ہزار سترہ۔</w:t>
      </w:r>
    </w:p>
    <w:p>
      <w:r>
        <w:rPr>
          <w:b/>
        </w:rPr>
        <w:t xml:space="preserve">[00:38] </w:t>
      </w:r>
      <w:r>
        <w:t>aaj mere paas ek bar</w:t>
      </w:r>
    </w:p>
    <w:p>
      <w:pPr>
        <w:jc w:val="right"/>
      </w:pPr>
      <w:r>
        <w:t>آج میرے پاس ایک بر</w:t>
      </w:r>
    </w:p>
    <w:p>
      <w:r>
        <w:rPr>
          <w:b/>
        </w:rPr>
        <w:t xml:space="preserve">[00:44] </w:t>
      </w:r>
      <w:r>
        <w:t>yking news hai. breaking news.</w:t>
      </w:r>
    </w:p>
    <w:p>
      <w:pPr>
        <w:jc w:val="right"/>
      </w:pPr>
      <w:r>
        <w:t>یکنگ نیوز ہے۔ بریکنگ نیوز۔</w:t>
      </w:r>
    </w:p>
    <w:p>
      <w:r>
        <w:rPr>
          <w:b/>
        </w:rPr>
        <w:t xml:space="preserve">[00:54] </w:t>
      </w:r>
      <w:r>
        <w:t>hamara jo mission dawat ka mission hai woh ab ek naye daur mein dakhil ho gaya hai inshallah.</w:t>
      </w:r>
    </w:p>
    <w:p>
      <w:pPr>
        <w:jc w:val="right"/>
      </w:pPr>
      <w:r>
        <w:t>ہمارا جو مشن دعوت کا مشن ہے وہ اب ایک نئے دور میں داخل ہو گیا ہے انشاءاللہ۔</w:t>
      </w:r>
    </w:p>
    <w:p>
      <w:r>
        <w:rPr>
          <w:b/>
        </w:rPr>
        <w:t xml:space="preserve">[01:05] </w:t>
      </w:r>
      <w:r>
        <w:t>aur is mein bohat bara kaam kiya hai hamari bambay ki team ne.</w:t>
      </w:r>
    </w:p>
    <w:p>
      <w:pPr>
        <w:jc w:val="right"/>
      </w:pPr>
      <w:r>
        <w:t>اور اس میں بہت بڑا کام کیا ہے ہماری بامبے کی ٹیم نے۔</w:t>
      </w:r>
    </w:p>
    <w:p>
      <w:r>
        <w:rPr>
          <w:b/>
        </w:rPr>
        <w:t xml:space="preserve">[01:15] </w:t>
      </w:r>
      <w:r>
        <w:t>woh kiya hai? Allah ki khususi madad se ab yeh team press ban gayi hai.</w:t>
      </w:r>
    </w:p>
    <w:p>
      <w:pPr>
        <w:jc w:val="right"/>
      </w:pPr>
      <w:r>
        <w:t>وہ کیا ہے؟ اللہ کی خصوصی مدد سے اب یہ ٹیم پریس بن گئی ہے۔</w:t>
      </w:r>
    </w:p>
    <w:p>
      <w:r>
        <w:rPr>
          <w:b/>
        </w:rPr>
        <w:t xml:space="preserve">[01:21] </w:t>
      </w:r>
      <w:r>
        <w:t>ya creative team ban gayi hai.</w:t>
      </w:r>
    </w:p>
    <w:p>
      <w:pPr>
        <w:jc w:val="right"/>
      </w:pPr>
      <w:r>
        <w:t>یا کریئیٹیو ٹیم بن گئی ہے۔</w:t>
      </w:r>
    </w:p>
    <w:p>
      <w:r>
        <w:rPr>
          <w:b/>
        </w:rPr>
        <w:t xml:space="preserve">[01:27] </w:t>
      </w:r>
      <w:r>
        <w:t>yeh Allah ke shukr ka maqam hai.</w:t>
      </w:r>
    </w:p>
    <w:p>
      <w:pPr>
        <w:jc w:val="right"/>
      </w:pPr>
      <w:r>
        <w:t>یہ اللہ کے شکر کا مقام ہے۔</w:t>
      </w:r>
    </w:p>
    <w:p>
      <w:r>
        <w:rPr>
          <w:b/>
        </w:rPr>
        <w:t xml:space="preserve">[01:33] </w:t>
      </w:r>
      <w:r>
        <w:t>aur bambay ki team ne is mein bohat bara role ada kiya hai.</w:t>
      </w:r>
    </w:p>
    <w:p>
      <w:pPr>
        <w:jc w:val="right"/>
      </w:pPr>
      <w:r>
        <w:t>اور بامبے کی ٹیم نے اس میں بہت بڑا رول ادا کیا ہے۔</w:t>
      </w:r>
    </w:p>
    <w:p>
      <w:r>
        <w:rPr>
          <w:b/>
        </w:rPr>
        <w:t xml:space="preserve">[01:39] </w:t>
      </w:r>
      <w:r>
        <w:t>is se pehle bambay ki team ne</w:t>
      </w:r>
    </w:p>
    <w:p>
      <w:pPr>
        <w:jc w:val="right"/>
      </w:pPr>
      <w:r>
        <w:t>اس سے پہلے بامبے کی ٹیم نے</w:t>
      </w:r>
    </w:p>
    <w:p>
      <w:r>
        <w:rPr>
          <w:b/>
        </w:rPr>
        <w:t xml:space="preserve">[01:46] </w:t>
      </w:r>
      <w:r>
        <w:t>ek kaam kiya tha jo chal raha hai ke safar kar ke jana doosri jagahon par aur wahan</w:t>
      </w:r>
    </w:p>
    <w:p>
      <w:pPr>
        <w:jc w:val="right"/>
      </w:pPr>
      <w:r>
        <w:t>ایک کام کیا تھا جو چل رہا ہے کہ سفر کر کے جانا دوسری جگہوں پر اور وہاں</w:t>
      </w:r>
    </w:p>
    <w:p>
      <w:r>
        <w:rPr>
          <w:b/>
        </w:rPr>
        <w:t xml:space="preserve">[01:52] </w:t>
      </w:r>
      <w:r>
        <w:t>dawat ke kaam ko organize karna.</w:t>
      </w:r>
    </w:p>
    <w:p>
      <w:pPr>
        <w:jc w:val="right"/>
      </w:pPr>
      <w:r>
        <w:t>دعوت کے کام کو آرگنائز کرنا۔</w:t>
      </w:r>
    </w:p>
    <w:p>
      <w:r>
        <w:rPr>
          <w:b/>
        </w:rPr>
        <w:t xml:space="preserve">[01:58] </w:t>
      </w:r>
      <w:r>
        <w:t>is ko quran mein kaha gaya hai siyahat.</w:t>
      </w:r>
    </w:p>
    <w:p>
      <w:pPr>
        <w:jc w:val="right"/>
      </w:pPr>
      <w:r>
        <w:t>اس کو قرآن میں کہا گیا ہے سیاحت۔</w:t>
      </w:r>
    </w:p>
    <w:p>
      <w:r>
        <w:rPr>
          <w:b/>
        </w:rPr>
        <w:t xml:space="preserve">[02:04] </w:t>
      </w:r>
      <w:r>
        <w:t>سیاحت یعنی کا مطلب ہے dawah on wheels.</w:t>
      </w:r>
    </w:p>
    <w:p>
      <w:pPr>
        <w:jc w:val="right"/>
      </w:pPr>
      <w:r>
        <w:t>سیاحت یعنی کا مطلب ہے دعویٰ آن ویل۔</w:t>
      </w:r>
    </w:p>
    <w:p>
      <w:r>
        <w:rPr>
          <w:b/>
        </w:rPr>
        <w:t xml:space="preserve">[02:11] </w:t>
      </w:r>
      <w:r>
        <w:t>yani travel kar ke pahunchna jagah jagah aur dawat ke mission ko phailana. to</w:t>
      </w:r>
    </w:p>
    <w:p>
      <w:pPr>
        <w:jc w:val="right"/>
      </w:pPr>
      <w:r>
        <w:t>یعنی ٹریول کر کے پہنچنا جگہ جگہ اور دعوت کے مشن کو پھیلانا۔ تو</w:t>
      </w:r>
    </w:p>
    <w:p>
      <w:r>
        <w:rPr>
          <w:b/>
        </w:rPr>
        <w:t xml:space="preserve">[02:17] </w:t>
      </w:r>
      <w:r>
        <w:t>yeh Allah taala ne hamari bambay ki team ko yeh tofeeq di ke unhon ne is mission ko</w:t>
      </w:r>
    </w:p>
    <w:p>
      <w:pPr>
        <w:jc w:val="right"/>
      </w:pPr>
      <w:r>
        <w:t>یہ اللہ تعالیٰ نے ہماری بامبے کی ٹیم کو یہ توفیق دی کہ انہوں نے اس مشن کو</w:t>
      </w:r>
    </w:p>
    <w:p>
      <w:r>
        <w:rPr>
          <w:b/>
        </w:rPr>
        <w:t xml:space="preserve">[02:23] </w:t>
      </w:r>
      <w:r>
        <w:t>daawa on wheel ke mission mein pahuncha diya.</w:t>
      </w:r>
    </w:p>
    <w:p>
      <w:pPr>
        <w:jc w:val="right"/>
      </w:pPr>
      <w:r>
        <w:t>دعویٰ آن ویل کے مشن میں پہنچا دیا۔</w:t>
      </w:r>
    </w:p>
    <w:p>
      <w:r>
        <w:rPr>
          <w:b/>
        </w:rPr>
        <w:t xml:space="preserve">[02:29] </w:t>
      </w:r>
      <w:r>
        <w:t>aur doosre log mashallah is ki is ki follow kar rahe hain.</w:t>
      </w:r>
    </w:p>
    <w:p>
      <w:pPr>
        <w:jc w:val="right"/>
      </w:pPr>
      <w:r>
        <w:t>اور دوسرے لوگ ماشاءاللہ اس کی اس کی فالو کر رہے ہیں۔</w:t>
      </w:r>
    </w:p>
    <w:p>
      <w:r>
        <w:rPr>
          <w:b/>
        </w:rPr>
        <w:t xml:space="preserve">[02:35] </w:t>
      </w:r>
      <w:r>
        <w:t>ab mere paas ek nai khabar hai.</w:t>
      </w:r>
    </w:p>
    <w:p>
      <w:pPr>
        <w:jc w:val="right"/>
      </w:pPr>
      <w:r>
        <w:t>اب میرے پاس ایک نئی خبر ہے۔</w:t>
      </w:r>
    </w:p>
    <w:p>
      <w:r>
        <w:rPr>
          <w:b/>
        </w:rPr>
        <w:t xml:space="preserve">[02:41] </w:t>
      </w:r>
      <w:r>
        <w:t>aisa hua ke bambay ka ek adar</w:t>
      </w:r>
    </w:p>
    <w:p>
      <w:pPr>
        <w:jc w:val="right"/>
      </w:pPr>
      <w:r>
        <w:t>ایسا ہوا کہ بامبے کا ایک ادار</w:t>
      </w:r>
    </w:p>
    <w:p>
      <w:r>
        <w:rPr>
          <w:b/>
        </w:rPr>
        <w:t xml:space="preserve">[02:47] </w:t>
      </w:r>
      <w:r>
        <w:t>ha hai ek bara adara is ne hamari team ke liye ek program banaya ke aap log aaiye</w:t>
      </w:r>
    </w:p>
    <w:p>
      <w:pPr>
        <w:jc w:val="right"/>
      </w:pPr>
      <w:r>
        <w:t>ہ ہے ایک بڑا ادارہ اس نے ہماری ٹیم کے لیے ایک پروگرام بنایا کہ آپ لوگ آئیے</w:t>
      </w:r>
    </w:p>
    <w:p>
      <w:r>
        <w:rPr>
          <w:b/>
        </w:rPr>
        <w:t xml:space="preserve">[02:58] </w:t>
      </w:r>
      <w:r>
        <w:t>aur in ka jo in ka haal hai in ka bara establishment hai to wahan aap Islam on</w:t>
      </w:r>
    </w:p>
    <w:p>
      <w:pPr>
        <w:jc w:val="right"/>
      </w:pPr>
      <w:r>
        <w:t>اور ان کا جو ان کا حال ہے ان کا بڑا اسٹیبلشمنٹ ہے تو وہاں آپ اسلام آن</w:t>
      </w:r>
    </w:p>
    <w:p>
      <w:r>
        <w:rPr>
          <w:b/>
        </w:rPr>
        <w:t xml:space="preserve">[03:10] </w:t>
      </w:r>
      <w:r>
        <w:t>peace par logon ko bataiye apna nazariya.</w:t>
      </w:r>
    </w:p>
    <w:p>
      <w:pPr>
        <w:jc w:val="right"/>
      </w:pPr>
      <w:r>
        <w:t>پیس پر لوگوں کو بتائیے اپنا نظریہ۔</w:t>
      </w:r>
    </w:p>
    <w:p>
      <w:r>
        <w:rPr>
          <w:b/>
        </w:rPr>
        <w:t xml:space="preserve">[03:22] </w:t>
      </w:r>
      <w:r>
        <w:t>magar kisi wajah se aakhir waqt mein woh logon ne is ko cancel kar diya.</w:t>
      </w:r>
    </w:p>
    <w:p>
      <w:pPr>
        <w:jc w:val="right"/>
      </w:pPr>
      <w:r>
        <w:t>مگر کسی وجہ سے آخر وقت میں وہ لوگوں نے اس کو کینسل کر دیا۔</w:t>
      </w:r>
    </w:p>
    <w:p>
      <w:r>
        <w:rPr>
          <w:b/>
        </w:rPr>
        <w:t xml:space="preserve">[03:27] </w:t>
      </w:r>
      <w:r>
        <w:t>yeh ek bohat bara crisis tha.</w:t>
      </w:r>
    </w:p>
    <w:p>
      <w:pPr>
        <w:jc w:val="right"/>
      </w:pPr>
      <w:r>
        <w:t>یہ ایک بہت بڑا کرائسس تھا۔</w:t>
      </w:r>
    </w:p>
    <w:p>
      <w:r>
        <w:rPr>
          <w:b/>
        </w:rPr>
        <w:t xml:space="preserve">[03:33] </w:t>
      </w:r>
      <w:r>
        <w:t>bohat bara crisis tha.</w:t>
      </w:r>
    </w:p>
    <w:p>
      <w:pPr>
        <w:jc w:val="right"/>
      </w:pPr>
      <w:r>
        <w:t>بہت بڑا کرائسس تھا۔</w:t>
      </w:r>
    </w:p>
    <w:p>
      <w:r>
        <w:rPr>
          <w:b/>
        </w:rPr>
        <w:t xml:space="preserve">[03:38] </w:t>
      </w:r>
      <w:r>
        <w:t>mein khud nahin janta tha ke is crisis ko kya kiya jae.</w:t>
      </w:r>
    </w:p>
    <w:p>
      <w:pPr>
        <w:jc w:val="right"/>
      </w:pPr>
      <w:r>
        <w:t>میں خود نہیں جانتا تھا کہ اس کرائسس کو کیا کیا جائے۔</w:t>
      </w:r>
    </w:p>
    <w:p>
      <w:r>
        <w:rPr>
          <w:b/>
        </w:rPr>
        <w:t xml:space="preserve">[03:43] </w:t>
      </w:r>
      <w:r>
        <w:t>mujhe telephone par bataya gaya lekin mein khud kuch soch nahin paya tha.</w:t>
      </w:r>
    </w:p>
    <w:p>
      <w:pPr>
        <w:jc w:val="right"/>
      </w:pPr>
      <w:r>
        <w:t>مجھے ٹیلی فون پر بتایا گیا لیکن میں خود کچھ سوچ نہیں پایا تھا۔</w:t>
      </w:r>
    </w:p>
    <w:p>
      <w:r>
        <w:rPr>
          <w:b/>
        </w:rPr>
        <w:t xml:space="preserve">[03:49] </w:t>
      </w:r>
      <w:r>
        <w:t>lekin bombay ki team ne khud socha khud replan kiya.</w:t>
      </w:r>
    </w:p>
    <w:p>
      <w:pPr>
        <w:jc w:val="right"/>
      </w:pPr>
      <w:r>
        <w:t>لیکن بامبے کی ٹیم نے خود سوچا خود ری پلان کیا۔</w:t>
      </w:r>
    </w:p>
    <w:p>
      <w:r>
        <w:rPr>
          <w:b/>
        </w:rPr>
        <w:t xml:space="preserve">[03:54] </w:t>
      </w:r>
      <w:r>
        <w:t>aur jo log wahan jaane wale the un ko bulaya.</w:t>
      </w:r>
    </w:p>
    <w:p>
      <w:pPr>
        <w:jc w:val="right"/>
      </w:pPr>
      <w:r>
        <w:t>اور جو لوگ وہاں جانے والے تھے ان کو بلایا۔</w:t>
      </w:r>
    </w:p>
    <w:p>
      <w:r>
        <w:rPr>
          <w:b/>
        </w:rPr>
        <w:t xml:space="preserve">[04:00] </w:t>
      </w:r>
      <w:r>
        <w:t>kal program hua mujhe aaj khabar bhi di gai hai ke bohat acha program raha bohat hi acha.</w:t>
      </w:r>
    </w:p>
    <w:p>
      <w:pPr>
        <w:jc w:val="right"/>
      </w:pPr>
      <w:r>
        <w:t>کل پروگرام ہوا مجھے آج خبر بھی دی گئی ہے کہ بہت اچھا پروگرام رہا بہت ہی اچھا۔</w:t>
      </w:r>
    </w:p>
    <w:p>
      <w:r>
        <w:rPr>
          <w:b/>
        </w:rPr>
        <w:t xml:space="preserve">[04:06] </w:t>
      </w:r>
      <w:r>
        <w:t>yeh pura program english mein tha english mein.</w:t>
      </w:r>
    </w:p>
    <w:p>
      <w:pPr>
        <w:jc w:val="right"/>
      </w:pPr>
      <w:r>
        <w:t>یہ پورا پروگرام انگلش میں تھا انگلش میں۔</w:t>
      </w:r>
    </w:p>
    <w:p>
      <w:r>
        <w:rPr>
          <w:b/>
        </w:rPr>
        <w:t xml:space="preserve">[04:12] </w:t>
      </w:r>
      <w:r>
        <w:t>aur educated log wahan par the.</w:t>
      </w:r>
    </w:p>
    <w:p>
      <w:pPr>
        <w:jc w:val="right"/>
      </w:pPr>
      <w:r>
        <w:t>اور ایجوکیٹڈ لوگ وہاں پر تھے۔</w:t>
      </w:r>
    </w:p>
    <w:p>
      <w:r>
        <w:rPr>
          <w:b/>
        </w:rPr>
        <w:t xml:space="preserve">[04:18] </w:t>
      </w:r>
      <w:r>
        <w:t>to mein samajhta hoon ke yeh ek sabaq diya unhon ne ke crisis ko excuse</w:t>
      </w:r>
    </w:p>
    <w:p>
      <w:pPr>
        <w:jc w:val="right"/>
      </w:pPr>
      <w:r>
        <w:t>تو میں سمجھتا ہوں کہ یہ ایک سبق دیا انہوں نے کہ کرائسس کو ایکسکیوز</w:t>
      </w:r>
    </w:p>
    <w:p>
      <w:r>
        <w:rPr>
          <w:b/>
        </w:rPr>
        <w:t xml:space="preserve">[04:24] </w:t>
      </w:r>
      <w:r>
        <w:t>mat banao balkeh replan karo.</w:t>
      </w:r>
    </w:p>
    <w:p>
      <w:pPr>
        <w:jc w:val="right"/>
      </w:pPr>
      <w:r>
        <w:t>مت بناؤ بلکہ ری پلان کرو۔</w:t>
      </w:r>
    </w:p>
    <w:p>
      <w:r>
        <w:rPr>
          <w:b/>
        </w:rPr>
        <w:t xml:space="preserve">[04:33] </w:t>
      </w:r>
      <w:r>
        <w:t>log aksar karte hain ke crisis ko excuse bana lete hain.</w:t>
      </w:r>
    </w:p>
    <w:p>
      <w:pPr>
        <w:jc w:val="right"/>
      </w:pPr>
      <w:r>
        <w:t>لوگ اکثر کرتے ہیں کہ کرائسس کو ایکسکیوز بنا لیتے ہیں۔</w:t>
      </w:r>
    </w:p>
    <w:p>
      <w:r>
        <w:rPr>
          <w:b/>
        </w:rPr>
        <w:t xml:space="preserve">[04:41] </w:t>
      </w:r>
      <w:r>
        <w:t>excuse ka matlab hai shor o ghul complain protest violence yeh sab karne lagte hain.</w:t>
      </w:r>
    </w:p>
    <w:p>
      <w:pPr>
        <w:jc w:val="right"/>
      </w:pPr>
      <w:r>
        <w:t>ایکسکیوز کا مطلب ہے شور و غل کمپلین پروٹیسٹ وائلنس یہ سب کرنے لگتے ہیں۔</w:t>
      </w:r>
    </w:p>
    <w:p>
      <w:r>
        <w:rPr>
          <w:b/>
        </w:rPr>
        <w:t xml:space="preserve">[04:49] </w:t>
      </w:r>
      <w:r>
        <w:t>to unhon ne yeh sabaq diya hai ke aisa mat karo balkeh apne mission ki replanning karo.</w:t>
      </w:r>
    </w:p>
    <w:p>
      <w:pPr>
        <w:jc w:val="right"/>
      </w:pPr>
      <w:r>
        <w:t>تو انہوں نے یہ سبق دیا ہے کہ ایسا مت کرو بلکہ اپنے مشن کی ری پلاننگ کرو۔</w:t>
      </w:r>
    </w:p>
    <w:p>
      <w:r>
        <w:rPr>
          <w:b/>
        </w:rPr>
        <w:t xml:space="preserve">[04:57] </w:t>
      </w:r>
      <w:r>
        <w:t>to replanning aksar halaat mein pehle se bhi zyada kamyab hoti hai. hamari poori ummat isi mein phansi hui hai. misaal ke taur par dekhiye nineteen forty eight mein falasteen mein ek crisis paida hua. crisis. balfour water ke tehat wahan partition kiya gaya. aur roughly aadha hissa diya gaya arab</w:t>
      </w:r>
    </w:p>
    <w:p>
      <w:pPr>
        <w:jc w:val="right"/>
      </w:pPr>
      <w:r>
        <w:t>تو ری پلاننگ اکثر حالات میں پہلے سے بھی زیادہ کامیاب ہوتی ہے۔ ہماری پوری امت اسی میں پھنسی ہوئی ہے۔ مثلاً دیکھیے نائنٹین فورٹی ایٹ میں فلسطین میں ایک کرائسس پیدا ہوا۔ کرائسس۔ بالفور واٹر کے تحت وہاں پارٹیشن کیا گیا۔ اور ریفلی آدھا حصہ دیا گیا عرب</w:t>
      </w:r>
    </w:p>
    <w:p>
      <w:r>
        <w:rPr>
          <w:b/>
        </w:rPr>
        <w:t xml:space="preserve">[05:27] </w:t>
      </w:r>
      <w:r>
        <w:t>on ko aadha jewish community ko.</w:t>
      </w:r>
    </w:p>
    <w:p>
      <w:pPr>
        <w:jc w:val="right"/>
      </w:pPr>
      <w:r>
        <w:t>وں کو آدھا جیوش کمیونٹی کو۔</w:t>
      </w:r>
    </w:p>
    <w:p>
      <w:r>
        <w:rPr>
          <w:b/>
        </w:rPr>
        <w:t xml:space="preserve">[05:35] </w:t>
      </w:r>
      <w:r>
        <w:t>to us waqt kya hua hasan binna uthe jaloos nikala unhon ne ek lakh arbon ko le kar</w:t>
      </w:r>
    </w:p>
    <w:p>
      <w:pPr>
        <w:jc w:val="right"/>
      </w:pPr>
      <w:r>
        <w:t>تو اس وقت کیا ہوا حسن بننا اٹھے جلوس نکالا انہوں نے ایک لاکھ عربوں کو لے کر</w:t>
      </w:r>
    </w:p>
    <w:p>
      <w:r>
        <w:rPr>
          <w:b/>
        </w:rPr>
        <w:t xml:space="preserve">[05:42] </w:t>
      </w:r>
      <w:r>
        <w:t>cairo mein labbaik ya falasteen labbaik ya falasteen ab puri al-ikhwan al-muslimeen jo bohat bari jamaat hai arab</w:t>
      </w:r>
    </w:p>
    <w:p>
      <w:pPr>
        <w:jc w:val="right"/>
      </w:pPr>
      <w:r>
        <w:t>قاہرہ میں لبیک یا فلسطین لبیک یا فلسطین اب پوری الاخوان المسلمون جو بہت بڑی جماعت ہے عرب</w:t>
      </w:r>
    </w:p>
    <w:p>
      <w:r>
        <w:rPr>
          <w:b/>
        </w:rPr>
        <w:t xml:space="preserve">[05:50] </w:t>
      </w:r>
      <w:r>
        <w:t>ki puri ki puri isi isi battle par chal pari. ek hungama</w:t>
      </w:r>
    </w:p>
    <w:p>
      <w:pPr>
        <w:jc w:val="right"/>
      </w:pPr>
      <w:r>
        <w:t>کی پوری کی پوری اسی اسی بیٹل پر چل پڑی۔ ایک ہنگامہ</w:t>
      </w:r>
    </w:p>
    <w:p>
      <w:r>
        <w:rPr>
          <w:b/>
        </w:rPr>
        <w:t xml:space="preserve">[05:58] </w:t>
      </w:r>
      <w:r>
        <w:t>violence shor o ghul yeh sab karne lage yeh log.</w:t>
      </w:r>
    </w:p>
    <w:p>
      <w:pPr>
        <w:jc w:val="right"/>
      </w:pPr>
      <w:r>
        <w:t>وائلنس شور و غل یہ سب کرنے لگے یہ لوگ۔</w:t>
      </w:r>
    </w:p>
    <w:p>
      <w:r>
        <w:rPr>
          <w:b/>
        </w:rPr>
        <w:t xml:space="preserve">[06:08] </w:t>
      </w:r>
      <w:r>
        <w:t>ab aap dekhiye ke aaj saath saal beet gaye hain aur kya hua sirf khoya paya kuch bhi nahin.</w:t>
      </w:r>
    </w:p>
    <w:p>
      <w:pPr>
        <w:jc w:val="right"/>
      </w:pPr>
      <w:r>
        <w:t>اب آپ دیکھیے کہ آج ساٹھ سال بیت گئے ہیں اور کیا ہوا صرف کھویا پایا کچھ بھی نہیں۔</w:t>
      </w:r>
    </w:p>
    <w:p>
      <w:r>
        <w:rPr>
          <w:b/>
        </w:rPr>
        <w:t xml:space="preserve">[06:18] </w:t>
      </w:r>
      <w:r>
        <w:t>zillat nakami loss yeh kya hua ke crisis ko manage karne mein woh kamyab nahin hue.</w:t>
      </w:r>
    </w:p>
    <w:p>
      <w:pPr>
        <w:jc w:val="right"/>
      </w:pPr>
      <w:r>
        <w:t>ذلت ناکامی لاس یہ کیا ہوا کہ کرائسس کو مینج کرنے میں وہ کامیاب نہیں ہوئے۔</w:t>
      </w:r>
    </w:p>
    <w:p>
      <w:r>
        <w:rPr>
          <w:b/>
        </w:rPr>
        <w:t xml:space="preserve">[06:28] </w:t>
      </w:r>
      <w:r>
        <w:t>iski replanning nahin kar sake.</w:t>
      </w:r>
    </w:p>
    <w:p>
      <w:pPr>
        <w:jc w:val="right"/>
      </w:pPr>
      <w:r>
        <w:t>اس کی ری پلاننگ نہیں کر سکے۔</w:t>
      </w:r>
    </w:p>
    <w:p>
      <w:r>
        <w:rPr>
          <w:b/>
        </w:rPr>
        <w:t xml:space="preserve">[06:34] </w:t>
      </w:r>
      <w:r>
        <w:t>dekhiye replanning agar karte woh to kya hota to beshumar opportunities balfour ke baad bhi maujood</w:t>
      </w:r>
    </w:p>
    <w:p>
      <w:pPr>
        <w:jc w:val="right"/>
      </w:pPr>
      <w:r>
        <w:t>دیکھیے ری پلاننگ اگر کرتے وہ تو کیا ہوتا تو بے شمار اپرچونیٹیز بالفور کے بعد بھی موجود</w:t>
      </w:r>
    </w:p>
    <w:p>
      <w:r>
        <w:rPr>
          <w:b/>
        </w:rPr>
        <w:t xml:space="preserve">[06:40] </w:t>
      </w:r>
      <w:r>
        <w:t>thin wahan par.</w:t>
      </w:r>
    </w:p>
    <w:p>
      <w:pPr>
        <w:jc w:val="right"/>
      </w:pPr>
      <w:r>
        <w:t>تھیں وہاں پر۔</w:t>
      </w:r>
    </w:p>
    <w:p>
      <w:r>
        <w:rPr>
          <w:b/>
        </w:rPr>
        <w:t xml:space="preserve">[06:46] </w:t>
      </w:r>
      <w:r>
        <w:t>aisa nahin ke balfour verdict ne sare opportunities ko chheen liya tha.</w:t>
      </w:r>
    </w:p>
    <w:p>
      <w:pPr>
        <w:jc w:val="right"/>
      </w:pPr>
      <w:r>
        <w:t>ایسا نہیں کہ بالفور واڈکٹ نے سارے اپرچونیٹیز کو چھین لیا تھا۔</w:t>
      </w:r>
    </w:p>
    <w:p>
      <w:r>
        <w:rPr>
          <w:b/>
        </w:rPr>
        <w:t xml:space="preserve">[06:52] </w:t>
      </w:r>
      <w:r>
        <w:t>woh to ek line kheench di thi unhon ne falasteen mein baqi pure middle east mein jo opportunities hain woh</w:t>
      </w:r>
    </w:p>
    <w:p>
      <w:pPr>
        <w:jc w:val="right"/>
      </w:pPr>
      <w:r>
        <w:t>وہ تو ایک لائن کھینچی تھی انہوں نے فلسطین میں باقی پورے مڈل ایسٹ میں جو اپرچونیٹیز ہیں وہ</w:t>
      </w:r>
    </w:p>
    <w:p>
      <w:r>
        <w:rPr>
          <w:b/>
        </w:rPr>
        <w:t xml:space="preserve">[06:58] </w:t>
      </w:r>
      <w:r>
        <w:t>sab already maujood theen. misaal ke taur par dekhiye woh jo area hai woh dunya ka sab se rich area hai in terms of tourism. yeh jo egypt hai falasteen hai jordan hai aur is falasteen hai sham hai iraq hai yeh jo area hai is ko middle east kehte hain is mein athah opportunities hain tourism ke liye</w:t>
      </w:r>
    </w:p>
    <w:p>
      <w:pPr>
        <w:jc w:val="right"/>
      </w:pPr>
      <w:r>
        <w:t>سب آلریڈی موجود تھیں۔ مثلاً دیکھیے وہ جو ایریا ہے وہ دنیا کا سب سے رچ ایریا ہے ان ٹرمز آف ٹورزم۔ یہ جو ایجپٹ ہے فلسطین ہے اردن ہے اور اس فلسطین ہے شام ہے عراق ہے یہ جو ایریا ہے اس کو مڈل ایسٹ کہتے ہیں اس میں اتھاہ اپرچونیٹیز ہیں ٹورزم کے لیے</w:t>
      </w:r>
    </w:p>
    <w:p>
      <w:r>
        <w:rPr>
          <w:b/>
        </w:rPr>
        <w:t xml:space="preserve">[07:28] </w:t>
      </w:r>
      <w:r>
        <w:t>kyun ke dunya ke sab se zyada yani aisi cheezein wahan par hain jo jo saiyahon ko attract karti hain. to in logon ke liye yani ikhwan al muslimun ke liye hassan banna ke liye ya arbon ke liye yahan double opportunity thi double. ek yeh ke woh tourism ko wahan org</w:t>
      </w:r>
    </w:p>
    <w:p>
      <w:pPr>
        <w:jc w:val="right"/>
      </w:pPr>
      <w:r>
        <w:t>کیونکہ دنیا کے سب سے زیادہ یعنی ایسی چیزیں وہاں پر ہیں جو جو سیاحوں کو اٹریکٹ کرتی ہیں۔ تو ان لوگوں کے لیے یعنی اخوان المسلمون کے لیے حسن بننا کے لیے یا عربوں کے لیے یہاں ڈبل اپرچونیٹی تھی ڈبل۔ ایک یہ کہ وہ ٹورزم کو وہاں آرگ</w:t>
      </w:r>
    </w:p>
    <w:p>
      <w:r>
        <w:rPr>
          <w:b/>
        </w:rPr>
        <w:t xml:space="preserve">[07:58] </w:t>
      </w:r>
      <w:r>
        <w:t>nize karo is ko farogh do.</w:t>
      </w:r>
    </w:p>
    <w:p>
      <w:pPr>
        <w:jc w:val="right"/>
      </w:pPr>
      <w:r>
        <w:t>نائز کریں اس کو فروغ دیں۔</w:t>
      </w:r>
    </w:p>
    <w:p>
      <w:r>
        <w:rPr>
          <w:b/>
        </w:rPr>
        <w:t xml:space="preserve">[08:03] </w:t>
      </w:r>
      <w:r>
        <w:t>to aik bohat bara source of income in ko ban jata tha.</w:t>
      </w:r>
    </w:p>
    <w:p>
      <w:pPr>
        <w:jc w:val="right"/>
      </w:pPr>
      <w:r>
        <w:t>تو ایک بہت بڑا سورس آف انکم ان کو بن جاتا تھا۔</w:t>
      </w:r>
    </w:p>
    <w:p>
      <w:r>
        <w:rPr>
          <w:b/>
        </w:rPr>
        <w:t xml:space="preserve">[08:08] </w:t>
      </w:r>
      <w:r>
        <w:t>is zamane mein tourism aik bohat bari industry ban jati hai industry.</w:t>
      </w:r>
    </w:p>
    <w:p>
      <w:pPr>
        <w:jc w:val="right"/>
      </w:pPr>
      <w:r>
        <w:t>اس زمانے میں ٹورزم ایک بہت بڑی انڈسٹری بن جاتی ہے انڈسٹری۔</w:t>
      </w:r>
    </w:p>
    <w:p>
      <w:r>
        <w:rPr>
          <w:b/>
        </w:rPr>
        <w:t xml:space="preserve">[08:13] </w:t>
      </w:r>
      <w:r>
        <w:t>to dunya ki sab se bari industry khul jati hai is ilaqe mein.</w:t>
      </w:r>
    </w:p>
    <w:p>
      <w:pPr>
        <w:jc w:val="right"/>
      </w:pPr>
      <w:r>
        <w:t>تو دنیا کی سب سے بڑی انڈسٹری کھل جاتی ہے اس علاقے میں۔</w:t>
      </w:r>
    </w:p>
    <w:p>
      <w:r>
        <w:rPr>
          <w:b/>
        </w:rPr>
        <w:t xml:space="preserve">[08:18] </w:t>
      </w:r>
      <w:r>
        <w:t>kyunke yahan jo cheezen hain wo dunya mein kahin nahin hain.</w:t>
      </w:r>
    </w:p>
    <w:p>
      <w:pPr>
        <w:jc w:val="right"/>
      </w:pPr>
      <w:r>
        <w:t>کیونکہ یہاں جو چیزیں ہیں وہ دنیا میں کہیں نہیں ہیں۔</w:t>
      </w:r>
    </w:p>
    <w:p>
      <w:r>
        <w:rPr>
          <w:b/>
        </w:rPr>
        <w:t xml:space="preserve">[08:23] </w:t>
      </w:r>
      <w:r>
        <w:t>misal ke taur par dekhiye jo ahram misr hai ahram wo</w:t>
      </w:r>
    </w:p>
    <w:p>
      <w:pPr>
        <w:jc w:val="right"/>
      </w:pPr>
      <w:r>
        <w:t>مثال کے طور پر دیکھیے جو احرام مصر ہے احرام وہ</w:t>
      </w:r>
    </w:p>
    <w:p>
      <w:r>
        <w:rPr>
          <w:b/>
        </w:rPr>
        <w:t xml:space="preserve">[08:28] </w:t>
      </w:r>
      <w:r>
        <w:t>dunya ke sab se zyada old historical monument hai.</w:t>
      </w:r>
    </w:p>
    <w:p>
      <w:pPr>
        <w:jc w:val="right"/>
      </w:pPr>
      <w:r>
        <w:t>دنیا کے سب سے زیادہ اولڈ ہسٹوریکل مونومنٹ ہے۔</w:t>
      </w:r>
    </w:p>
    <w:p>
      <w:r>
        <w:rPr>
          <w:b/>
        </w:rPr>
        <w:t xml:space="preserve">[08:34] </w:t>
      </w:r>
      <w:r>
        <w:t>is se bari bhi cheez kya ho sakti hai is tarah bohat bohat sari cheezen hain bohat cheezen</w:t>
      </w:r>
    </w:p>
    <w:p>
      <w:pPr>
        <w:jc w:val="right"/>
      </w:pPr>
      <w:r>
        <w:t>اس سے بڑی بھی چیز کیا ہو سکتی ہے اس طرح بہت بہت ساری چیزیں ہیں بہت چیزیں</w:t>
      </w:r>
    </w:p>
    <w:p>
      <w:r>
        <w:rPr>
          <w:b/>
        </w:rPr>
        <w:t xml:space="preserve">[08:40] </w:t>
      </w:r>
      <w:r>
        <w:t>bohat cheezen hain.</w:t>
      </w:r>
    </w:p>
    <w:p>
      <w:pPr>
        <w:jc w:val="right"/>
      </w:pPr>
      <w:r>
        <w:t>بہت چیزیں ہیں۔</w:t>
      </w:r>
    </w:p>
    <w:p>
      <w:r>
        <w:rPr>
          <w:b/>
        </w:rPr>
        <w:t xml:space="preserve">[08:46] </w:t>
      </w:r>
      <w:r>
        <w:t>lekin larai bhirayi mein se barik maar kaat wahan bari ho aur tourism ko kisi ne socha bhi nahin.</w:t>
      </w:r>
    </w:p>
    <w:p>
      <w:pPr>
        <w:jc w:val="right"/>
      </w:pPr>
      <w:r>
        <w:t>لیکن لڑائی بھڑائی میں سے باریک مار کاٹ وہاں بڑی ہو اور ٹورزم کو کسی نے سوچا بھی نہیں۔</w:t>
      </w:r>
    </w:p>
    <w:p>
      <w:r>
        <w:rPr>
          <w:b/>
        </w:rPr>
        <w:t xml:space="preserve">[08:53] </w:t>
      </w:r>
      <w:r>
        <w:t>aur doosra kya tha yeh jab bahar se tourist ate hain wahan par yeh aap ke liye madعو tha.</w:t>
      </w:r>
    </w:p>
    <w:p>
      <w:pPr>
        <w:jc w:val="right"/>
      </w:pPr>
      <w:r>
        <w:t>اور دوسرا کیا تھا یہ جب باہر سے ٹورسٹ آتے ہیں وہاں پر یہ آپ کے لیے مدعو تھے۔</w:t>
      </w:r>
    </w:p>
    <w:p>
      <w:r>
        <w:rPr>
          <w:b/>
        </w:rPr>
        <w:t xml:space="preserve">[08:59] </w:t>
      </w:r>
      <w:r>
        <w:t>dawah ka golden opportunity thi wahan. yani ek taraf yeh opportunity thi ke aap industry ko tourist industry ko khoob badhaen aur doosri yeh thi ke aap dawah ko organize karein. jo wahan aane wale the un ko madu samajh kar dawah ko phailayen to double opportunity to kuch bhi nahi hua. sare arab sare ikhwan al muslimun balkeh</w:t>
      </w:r>
    </w:p>
    <w:p>
      <w:pPr>
        <w:jc w:val="right"/>
      </w:pPr>
      <w:r>
        <w:t>دعوت کا گولڈن اپرچونیٹی تھی وہاں۔ یعنی ایک طرف یہ اپرچونیٹی تھی کہ آپ انڈسٹری کو ٹورسٹ انڈسٹری کو خوب بڑھائیں اور دوسری یہ تھی کہ آپ دعوت کو آرگنائز کریں۔ جو وہاں آنے والے تھے ان کو مدعو سمجھ کر دعوت کو پھیلائیں تو ڈبل اپرچونیٹی تو کچھ بھی نہیں ہوا۔ سارے عرب سارے اخوان المسلمون بلکہ</w:t>
      </w:r>
    </w:p>
    <w:p>
      <w:r>
        <w:rPr>
          <w:b/>
        </w:rPr>
        <w:t xml:space="preserve">[09:29] </w:t>
      </w:r>
      <w:r>
        <w:t>sari muslim dunya isi mein le kar negative ho gayi.</w:t>
      </w:r>
    </w:p>
    <w:p>
      <w:pPr>
        <w:jc w:val="right"/>
      </w:pPr>
      <w:r>
        <w:t>ساری مسلم دنیا اسی میں لے کر نیگیٹیو ہو گئی۔</w:t>
      </w:r>
    </w:p>
    <w:p>
      <w:r>
        <w:rPr>
          <w:b/>
        </w:rPr>
        <w:t xml:space="preserve">[09:37] </w:t>
      </w:r>
      <w:r>
        <w:t>puri muslim dunya jo is waqt negative hai is ka sab se bara source jo hai falasteen hai.</w:t>
      </w:r>
    </w:p>
    <w:p>
      <w:pPr>
        <w:jc w:val="right"/>
      </w:pPr>
      <w:r>
        <w:t>پوری مسلم دنیا جو اس وقت نیگیٹیو ہے اس کا سب سے بڑا سورس جو ہے فلسطین ہے۔</w:t>
      </w:r>
    </w:p>
    <w:p>
      <w:r>
        <w:rPr>
          <w:b/>
        </w:rPr>
        <w:t xml:space="preserve">[09:44] </w:t>
      </w:r>
      <w:r>
        <w:t>aur kyon kyonke woh fail ho gaye ke jab crisis aaya to replan nahin kar sake.</w:t>
      </w:r>
    </w:p>
    <w:p>
      <w:pPr>
        <w:jc w:val="right"/>
      </w:pPr>
      <w:r>
        <w:t>اور کیوں کیونکہ وہ فیل ہو گئے کہ جب کرائسس آیا تو ری پلان نہیں کر سکے۔</w:t>
      </w:r>
    </w:p>
    <w:p>
      <w:r>
        <w:rPr>
          <w:b/>
        </w:rPr>
        <w:t xml:space="preserve">[09:52] </w:t>
      </w:r>
      <w:r>
        <w:t>jaise rasool Allah ko jab ultimatum diya ke ya to makka chhoro ya hum tum ko qatl kar denge.</w:t>
      </w:r>
    </w:p>
    <w:p>
      <w:pPr>
        <w:jc w:val="right"/>
      </w:pPr>
      <w:r>
        <w:t>جیسے رسول اللہ کو جب الٹیمیٹم دیا کہ یا تو مکہ چھوڑو یا ہم تم کو قتل کر دیں گے۔</w:t>
      </w:r>
    </w:p>
    <w:p>
      <w:r>
        <w:rPr>
          <w:b/>
        </w:rPr>
        <w:t xml:space="preserve">[10:00] </w:t>
      </w:r>
      <w:r>
        <w:t>to woh bhi ek crisis tha. rasool Allah ne is crisis ko manage kiya makkah chhod kar madina chale gaye. bohat hi simple method. is ke baad yeh kya hua ke bukhari mein yeh riwayat hai ke umar to yaqool yasrib al madina to log ek sahib mujh se mile balkeh bohat se log mujh se mile hain arabi padho arabi padho arabi padho</w:t>
      </w:r>
    </w:p>
    <w:p>
      <w:pPr>
        <w:jc w:val="right"/>
      </w:pPr>
      <w:r>
        <w:t>تو وہ بھی ایک کرائسس تھا۔ رسول اللہ نے اس کرائسس کو مینج کیا مکہ چھوڑ کر مدینہ چلے گئے۔ بہت ہی سمپل میتھڈ۔ اس کے بعد یہ کیا ہوا کہ بخاری میں یہ روایت ہے کہ عمر تو یقول یسرب المدینہ تو لوگ ایک صاحب مجھ سے ملے بلکہ بہت سے لوگ مجھ سے ملے ہیں عربی پڑھو عربی پڑھو عربی پڑھو</w:t>
      </w:r>
    </w:p>
    <w:p>
      <w:r>
        <w:rPr>
          <w:b/>
        </w:rPr>
        <w:t xml:space="preserve">[10:30] </w:t>
      </w:r>
      <w:r>
        <w:t>kyunke jab tak arabi nahin parho quran nahin samajhte.</w:t>
      </w:r>
    </w:p>
    <w:p>
      <w:pPr>
        <w:jc w:val="right"/>
      </w:pPr>
      <w:r>
        <w:t>کیونکہ جب تک عربی نہیں پڑھو قرآن نہیں سمجھتے۔</w:t>
      </w:r>
    </w:p>
    <w:p>
      <w:r>
        <w:rPr>
          <w:b/>
        </w:rPr>
        <w:t xml:space="preserve">[10:35] </w:t>
      </w:r>
      <w:r>
        <w:t>to yeh sare log to arabi daan hain pura middle east arabi janta hai.</w:t>
      </w:r>
    </w:p>
    <w:p>
      <w:pPr>
        <w:jc w:val="right"/>
      </w:pPr>
      <w:r>
        <w:t>تو یہ سارے لوگ تو عربی دان ہیں پورا مڈل ایسٹ عربی جانتا ہے۔</w:t>
      </w:r>
    </w:p>
    <w:p>
      <w:r>
        <w:rPr>
          <w:b/>
        </w:rPr>
        <w:t xml:space="preserve">[10:40] </w:t>
      </w:r>
      <w:r>
        <w:t>lekin rasool Allah ki sunnat se bekhabar hain ke jab crisis aaye to shor o ghul mat</w:t>
      </w:r>
    </w:p>
    <w:p>
      <w:pPr>
        <w:jc w:val="right"/>
      </w:pPr>
      <w:r>
        <w:t>لیکن رسول اللہ کی سنت سے بے خبر ہیں کہ جب کرائسس آئے تو شور و غل مت</w:t>
      </w:r>
    </w:p>
    <w:p>
      <w:r>
        <w:rPr>
          <w:b/>
        </w:rPr>
        <w:t xml:space="preserve">[10:45] </w:t>
      </w:r>
      <w:r>
        <w:t>karo balkeh re plan karo.</w:t>
      </w:r>
    </w:p>
    <w:p>
      <w:pPr>
        <w:jc w:val="right"/>
      </w:pPr>
      <w:r>
        <w:t>کرو بلکہ ری پلان کرو۔</w:t>
      </w:r>
    </w:p>
    <w:p>
      <w:r>
        <w:rPr>
          <w:b/>
        </w:rPr>
        <w:t xml:space="preserve">[10:50] </w:t>
      </w:r>
      <w:r>
        <w:t>pura middle east arabi zaban ka mahir hai.</w:t>
      </w:r>
    </w:p>
    <w:p>
      <w:pPr>
        <w:jc w:val="right"/>
      </w:pPr>
      <w:r>
        <w:t>پورا مڈل ایسٹ عربی زبان کا ماہر ہے۔</w:t>
      </w:r>
    </w:p>
    <w:p>
      <w:r>
        <w:rPr>
          <w:b/>
        </w:rPr>
        <w:t xml:space="preserve">[10:55] </w:t>
      </w:r>
      <w:r>
        <w:t>lekin quran mein hadith mein yeh jo raaz bataya gaya hai wisdom</w:t>
      </w:r>
    </w:p>
    <w:p>
      <w:pPr>
        <w:jc w:val="right"/>
      </w:pPr>
      <w:r>
        <w:t>لیکن قرآن میں حدیث میں یہ جو راز بتایا گیا ہے وزڈم</w:t>
      </w:r>
    </w:p>
    <w:p>
      <w:r>
        <w:rPr>
          <w:b/>
        </w:rPr>
        <w:t xml:space="preserve">[11:00] </w:t>
      </w:r>
      <w:r>
        <w:t>rasool Allah ki sunnat ko le kar ke crisis par reaction mat karo shor o ghul mat karo ladai jhagda mat karo balkeh replan karo. bekhabar hain is se to arabi janna hargiz kafi nahi hai. aqal chahiye aqal arabi janne se pehle aqal chahiye aap ko. ladabro ayat hai yeh quran mein ek quran utara gaya hai ke tum is par socho apni aqal</w:t>
      </w:r>
    </w:p>
    <w:p>
      <w:pPr>
        <w:jc w:val="right"/>
      </w:pPr>
      <w:r>
        <w:t>رسول اللہ کی سنت کو لے کر کہ کرائسس پر ری ایکشن مت کرو شور و غل مت کرو لڑائی جھگڑا مت کرو بلکہ ری پلان کرو۔ بے خبر ہیں اس سے تو عربی جاننا ہرگز کافی نہیں ہے۔ عقل چاہیے عقل عربی جاننے سے پہلے عقل چاہیے آپ کو۔ لیدبرو آیت ہے یہ قرآن میں ایک قرآن اتارا گیا ہے کہ تم اس پر سوچو اپنی عقل</w:t>
      </w:r>
    </w:p>
    <w:p>
      <w:r>
        <w:rPr>
          <w:b/>
        </w:rPr>
        <w:t xml:space="preserve">[11:30] </w:t>
      </w:r>
      <w:r>
        <w:t>ko istemal karo.</w:t>
      </w:r>
    </w:p>
    <w:p>
      <w:pPr>
        <w:jc w:val="right"/>
      </w:pPr>
      <w:r>
        <w:t>کو استعمال کرو۔</w:t>
      </w:r>
    </w:p>
    <w:p>
      <w:r>
        <w:rPr>
          <w:b/>
        </w:rPr>
        <w:t xml:space="preserve">[11:36] </w:t>
      </w:r>
      <w:r>
        <w:t>ladhabro ayat hai yeh matlab hai ke aql ko istemal karo.</w:t>
      </w:r>
    </w:p>
    <w:p>
      <w:pPr>
        <w:jc w:val="right"/>
      </w:pPr>
      <w:r>
        <w:t>لیدبرو آیت ہے یہ مطلب ہے کہ عقل کو استعمال کرو۔</w:t>
      </w:r>
    </w:p>
    <w:p>
      <w:r>
        <w:rPr>
          <w:b/>
        </w:rPr>
        <w:t xml:space="preserve">[11:41] </w:t>
      </w:r>
      <w:r>
        <w:t>to quran mein jo wisdom hai wo jab wo us waqt jaan paenge aap jab aap aql</w:t>
      </w:r>
    </w:p>
    <w:p>
      <w:pPr>
        <w:jc w:val="right"/>
      </w:pPr>
      <w:r>
        <w:t>تو قرآن میں جو وزڈم ہے وہ جب وہ اس وقت جان پائیں گے آپ جب آپ عقل</w:t>
      </w:r>
    </w:p>
    <w:p>
      <w:r>
        <w:rPr>
          <w:b/>
        </w:rPr>
        <w:t xml:space="preserve">[11:46] </w:t>
      </w:r>
      <w:r>
        <w:t>ko istemal karen sunnat rasool par jo wisdom hai us ko aap us waqt jaan paenge jab</w:t>
      </w:r>
    </w:p>
    <w:p>
      <w:pPr>
        <w:jc w:val="right"/>
      </w:pPr>
      <w:r>
        <w:t>کو استعمال کریں سنت رسول پر جو وزڈم ہے اس کو آپ اس وقت جان پائیں گے جب</w:t>
      </w:r>
    </w:p>
    <w:p>
      <w:r>
        <w:rPr>
          <w:b/>
        </w:rPr>
        <w:t xml:space="preserve">[11:51] </w:t>
      </w:r>
      <w:r>
        <w:t>aap aql ko istemal karen.</w:t>
      </w:r>
    </w:p>
    <w:p>
      <w:pPr>
        <w:jc w:val="right"/>
      </w:pPr>
      <w:r>
        <w:t>آپ عقل کو استعمال کریں۔</w:t>
      </w:r>
    </w:p>
    <w:p>
      <w:r>
        <w:rPr>
          <w:b/>
        </w:rPr>
        <w:t xml:space="preserve">[11:56] </w:t>
      </w:r>
      <w:r>
        <w:t>to main samajhta hoon ke hamari team jo hai bombay ki wo</w:t>
      </w:r>
    </w:p>
    <w:p>
      <w:pPr>
        <w:jc w:val="right"/>
      </w:pPr>
      <w:r>
        <w:t>تو میں سمجھتا ہوں کہ ہماری ٹیم جو ہے بامبے کی وہ</w:t>
      </w:r>
    </w:p>
    <w:p>
      <w:r>
        <w:rPr>
          <w:b/>
        </w:rPr>
        <w:t xml:space="preserve">[12:01] </w:t>
      </w:r>
      <w:r>
        <w:t>is mamle mein ek ek ek in ke liye ek test aaya test mein is test mein unhon ne stand kiya. aur rasta bataya ke kya karna chahiye. yani mini scale par unhon ne poori ummat ko ek rasta bataya ke crisis par react mat karo crisis par le kar shor o ghul mat karo balkeh khamoshi ke sath replan karo. dekhiye</w:t>
      </w:r>
    </w:p>
    <w:p>
      <w:pPr>
        <w:jc w:val="right"/>
      </w:pPr>
      <w:r>
        <w:t>اس معاملے میں ایک ایک ایک ان کے لیے ایک ٹیسٹ آیا ٹیسٹ میں اس ٹیسٹ میں انہوں نے اسٹینڈ کیا۔ اور راستہ بتایا کہ کیا کرنا چاہیے۔ یعنی منی سکیل پر انہوں نے پوری امت کو ایک راستہ بتایا کہ کرائسس پر ری ایکٹ مت کرو کرائسس پر لے کر شور و غل مت کرو بلکہ خاموشی کے ساتھ ری پلان کرو۔ دیکھیے</w:t>
      </w:r>
    </w:p>
    <w:p>
      <w:r>
        <w:rPr>
          <w:b/>
        </w:rPr>
        <w:t xml:space="preserve">[12:31] </w:t>
      </w:r>
      <w:r>
        <w:t>quran mein hai ke ana mal usr yusr usr ke sath yusr hai.</w:t>
      </w:r>
    </w:p>
    <w:p>
      <w:pPr>
        <w:jc w:val="right"/>
      </w:pPr>
      <w:r>
        <w:t>قرآن میں ہے کہ انا مال عسر یسرا عسر کے ساتھ یسر ہے۔</w:t>
      </w:r>
    </w:p>
    <w:p>
      <w:r>
        <w:rPr>
          <w:b/>
        </w:rPr>
        <w:t xml:space="preserve">[12:39] </w:t>
      </w:r>
      <w:r>
        <w:t>ana mal usr yusr usr ke sath yusr hai is ka matlab kya hai koi bhi crisis ho</w:t>
      </w:r>
    </w:p>
    <w:p>
      <w:pPr>
        <w:jc w:val="right"/>
      </w:pPr>
      <w:r>
        <w:t>انا مال عسر یسرا عسر کے ساتھ یسر ہے اس کا مطلب کیا ہے کوئی بھی کرائسس ہو</w:t>
      </w:r>
    </w:p>
    <w:p>
      <w:r>
        <w:rPr>
          <w:b/>
        </w:rPr>
        <w:t xml:space="preserve">[12:47] </w:t>
      </w:r>
      <w:r>
        <w:t>koi bhi crisis ho wahan moqa hota hai replanning ka.</w:t>
      </w:r>
    </w:p>
    <w:p>
      <w:pPr>
        <w:jc w:val="right"/>
      </w:pPr>
      <w:r>
        <w:t>کوئی بھی کرائسس ہو وہاں موقع ہوتا ہے ری پلاننگ کا۔</w:t>
      </w:r>
    </w:p>
    <w:p>
      <w:r>
        <w:rPr>
          <w:b/>
        </w:rPr>
        <w:t xml:space="preserve">[12:54] </w:t>
      </w:r>
      <w:r>
        <w:t>boht bara crisis hai aap ko is se mahroom nahi karta ke aap apne mission ki replanning karen</w:t>
      </w:r>
    </w:p>
    <w:p>
      <w:pPr>
        <w:jc w:val="right"/>
      </w:pPr>
      <w:r>
        <w:t>بہت بڑا کرائسس ہے آپ کو اس سے محروم نہیں کرتا کہ آپ اپنے مشن کی ری پلاننگ کریں</w:t>
      </w:r>
    </w:p>
    <w:p>
      <w:r>
        <w:rPr>
          <w:b/>
        </w:rPr>
        <w:t xml:space="preserve">[13:02] </w:t>
      </w:r>
      <w:r>
        <w:t>ye matlab hai is ka.</w:t>
      </w:r>
    </w:p>
    <w:p>
      <w:pPr>
        <w:jc w:val="right"/>
      </w:pPr>
      <w:r>
        <w:t>یہ مطلب ہے اس کا۔</w:t>
      </w:r>
    </w:p>
    <w:p>
      <w:r>
        <w:rPr>
          <w:b/>
        </w:rPr>
        <w:t xml:space="preserve">[13:08] </w:t>
      </w:r>
      <w:r>
        <w:t>انا مال عسر یسرا ودھ ہے ودھ کا لفظ ہے With every hardship there is ease.</w:t>
      </w:r>
    </w:p>
    <w:p>
      <w:pPr>
        <w:jc w:val="right"/>
      </w:pPr>
      <w:r>
        <w:t>انا مال عسر یسرا ودھ ہے ودھ کا لفظ ہے ودھ ایوری ہارڈشپ دیٹ از ایز۔</w:t>
      </w:r>
    </w:p>
    <w:p>
      <w:r>
        <w:rPr>
          <w:b/>
        </w:rPr>
        <w:t xml:space="preserve">[13:14] </w:t>
      </w:r>
      <w:r>
        <w:t>yani jab koi crisis paida ho to usi ke sath sath wahan mojood hota hai aise halaat aise</w:t>
      </w:r>
    </w:p>
    <w:p>
      <w:pPr>
        <w:jc w:val="right"/>
      </w:pPr>
      <w:r>
        <w:t>یعنی جب کوئی کرائسس پیدا ہو تو اسی کے ساتھ ساتھ وہاں موجود ہوتا ہے ایسے حالات ایسی</w:t>
      </w:r>
    </w:p>
    <w:p>
      <w:r>
        <w:rPr>
          <w:b/>
        </w:rPr>
        <w:t xml:space="preserve">[13:20] </w:t>
      </w:r>
      <w:r>
        <w:t>opportunity ke aap apne mission ki replanning karen.</w:t>
      </w:r>
    </w:p>
    <w:p>
      <w:pPr>
        <w:jc w:val="right"/>
      </w:pPr>
      <w:r>
        <w:t>اپرچونیٹی کہ آپ اپنے مشن کی ری پلاننگ کریں۔</w:t>
      </w:r>
    </w:p>
    <w:p>
      <w:r>
        <w:rPr>
          <w:b/>
        </w:rPr>
        <w:t xml:space="preserve">[13:26] </w:t>
      </w:r>
      <w:r>
        <w:t>to aql ko istemal kijiye</w:t>
      </w:r>
    </w:p>
    <w:p>
      <w:pPr>
        <w:jc w:val="right"/>
      </w:pPr>
      <w:r>
        <w:t>تو عقل کو استعمال کیجیے</w:t>
      </w:r>
    </w:p>
    <w:p>
      <w:r>
        <w:rPr>
          <w:b/>
        </w:rPr>
        <w:t xml:space="preserve">[13:32] </w:t>
      </w:r>
      <w:r>
        <w:t>aur daryaft kijiye yusr ko phir aap is qabil ho jayenge ke aap replan kar ke</w:t>
      </w:r>
    </w:p>
    <w:p>
      <w:pPr>
        <w:jc w:val="right"/>
      </w:pPr>
      <w:r>
        <w:t>اور دریافت کیجیے یسر کو پھر آپ اس قابل ہو جائیں گے کہ آپ ری پلان کر کے</w:t>
      </w:r>
    </w:p>
    <w:p>
      <w:r>
        <w:rPr>
          <w:b/>
        </w:rPr>
        <w:t xml:space="preserve">[13:40] </w:t>
      </w:r>
      <w:r>
        <w:t>kamyabi hasil kar len to mein dua karta hoon apni team ke liye aur poori ummat ke liye</w:t>
      </w:r>
    </w:p>
    <w:p>
      <w:pPr>
        <w:jc w:val="right"/>
      </w:pPr>
      <w:r>
        <w:t>کامیابی حاصل کر لیں تو میں دعا کرتا ہوں اپنی ٹیم کے لیے اور پوری امت کے لیے</w:t>
      </w:r>
    </w:p>
    <w:p>
      <w:r>
        <w:rPr>
          <w:b/>
        </w:rPr>
        <w:t xml:space="preserve">[13:47] </w:t>
      </w:r>
      <w:r>
        <w:t>sare musalmanon ke liye ke wo sunnat-e-rasool se is wisdom ko janen jis tarah shehad ki makkhi</w:t>
      </w:r>
    </w:p>
    <w:p>
      <w:pPr>
        <w:jc w:val="right"/>
      </w:pPr>
      <w:r>
        <w:t>سارے مسلمانوں کے لیے کہ وہ سنت رسول سے اس وزڈم کو جانیں جس طرح شہد کی مکھی</w:t>
      </w:r>
    </w:p>
    <w:p>
      <w:r>
        <w:rPr>
          <w:b/>
        </w:rPr>
        <w:t xml:space="preserve">[13:55] </w:t>
      </w:r>
      <w:r>
        <w:t>phool se nectar extract karti</w:t>
      </w:r>
    </w:p>
    <w:p>
      <w:pPr>
        <w:jc w:val="right"/>
      </w:pPr>
      <w:r>
        <w:t>پھول سے نیکٹر ایکسٹریکٹ کرتی</w:t>
      </w:r>
    </w:p>
    <w:p>
      <w:r>
        <w:rPr>
          <w:b/>
        </w:rPr>
        <w:t xml:space="preserve">[14:02] </w:t>
      </w:r>
      <w:r>
        <w:t>hai extract aise hi mein sab ko sab ke liye dua karta hoon ke wo is qabil banen</w:t>
      </w:r>
    </w:p>
    <w:p>
      <w:pPr>
        <w:jc w:val="right"/>
      </w:pPr>
      <w:r>
        <w:t>ہے ایکسٹریکٹ ایسے ہی میں سب کو سب کے لیے دعا کرتا ہوں کہ وہ اس قابل بنیں</w:t>
      </w:r>
    </w:p>
    <w:p>
      <w:r>
        <w:rPr>
          <w:b/>
        </w:rPr>
        <w:t xml:space="preserve">[14:11] </w:t>
      </w:r>
      <w:r>
        <w:t>ke halaat mein jo un ke liye opportunity hai replanning ke jo mawaqe hain is ko extract</w:t>
      </w:r>
    </w:p>
    <w:p>
      <w:pPr>
        <w:jc w:val="right"/>
      </w:pPr>
      <w:r>
        <w:t>کہ حالات میں جو ان کے لیے اپرچونیٹی ہے ری پلاننگ کے جو مواقع ہیں اس کو ایکسٹریکٹ</w:t>
      </w:r>
    </w:p>
    <w:p>
      <w:r>
        <w:rPr>
          <w:b/>
        </w:rPr>
        <w:t xml:space="preserve">[14:19] </w:t>
      </w:r>
      <w:r>
        <w:t>karen is nectar ko aur phir phir se replanning karen.</w:t>
      </w:r>
    </w:p>
    <w:p>
      <w:pPr>
        <w:jc w:val="right"/>
      </w:pPr>
      <w:r>
        <w:t>کریں اس نیکٹر کو اور پھر پھر سے ری پلاننگ کریں۔</w:t>
      </w:r>
    </w:p>
    <w:p>
      <w:r>
        <w:rPr>
          <w:b/>
        </w:rPr>
        <w:t xml:space="preserve">[14:27] </w:t>
      </w:r>
      <w:r>
        <w:t>pehli planning agar fail ho jaye to is ka naam failure nahi hai.</w:t>
      </w:r>
    </w:p>
    <w:p>
      <w:pPr>
        <w:jc w:val="right"/>
      </w:pPr>
      <w:r>
        <w:t>پہلی پلاننگ اگر فیل ہو جائے تو اس کا نام فیلیر نہیں ہے۔</w:t>
      </w:r>
    </w:p>
    <w:p>
      <w:r>
        <w:rPr>
          <w:b/>
        </w:rPr>
        <w:t xml:space="preserve">[14:35] </w:t>
      </w:r>
      <w:r>
        <w:t>pehli planning agar fail ho jaye to is ka matlab nahi hai ke ke fail ho gaye aap</w:t>
      </w:r>
    </w:p>
    <w:p>
      <w:pPr>
        <w:jc w:val="right"/>
      </w:pPr>
      <w:r>
        <w:t>پہلی پلاننگ اگر فیل ہو جائے تو اس کا مطلب نہیں ہے کہ کہ فیل ہو گئے آپ</w:t>
      </w:r>
    </w:p>
    <w:p>
      <w:r>
        <w:rPr>
          <w:b/>
        </w:rPr>
        <w:t xml:space="preserve">[14:42] </w:t>
      </w:r>
      <w:r>
        <w:t>usr ke baad yusr hai is ke is ke sath hi yusr hai yani jahan pehli planning fail</w:t>
      </w:r>
    </w:p>
    <w:p>
      <w:pPr>
        <w:jc w:val="right"/>
      </w:pPr>
      <w:r>
        <w:t>عسر کے بعد یسر ہے اس کے اس کے ساتھ ہی یسر ہے یعنی جہاں پہلی پلاننگ فیل</w:t>
      </w:r>
    </w:p>
    <w:p>
      <w:r>
        <w:rPr>
          <w:b/>
        </w:rPr>
        <w:t xml:space="preserve">[14:50] </w:t>
      </w:r>
      <w:r>
        <w:t>ho jaye wahin par doosri planning ke liye halaat mojood rehte hain.</w:t>
      </w:r>
    </w:p>
    <w:p>
      <w:pPr>
        <w:jc w:val="right"/>
      </w:pPr>
      <w:r>
        <w:t>ہو جائے وہیں پر دوسری پلاننگ کے لیے حالات موجود رہتے ہیں۔</w:t>
      </w:r>
    </w:p>
    <w:p>
      <w:r>
        <w:rPr>
          <w:b/>
        </w:rPr>
        <w:t xml:space="preserve">[14:58] </w:t>
      </w:r>
      <w:r>
        <w:t>is hadith ye ye is ayat mein ek boht hi inqalabi baat kahi gayi hai</w:t>
      </w:r>
    </w:p>
    <w:p>
      <w:pPr>
        <w:jc w:val="right"/>
      </w:pPr>
      <w:r>
        <w:t>اس حدیث یہ یہ اس آیت میں ایک بہت ہی انقلابی بات کہی گئی ہے</w:t>
      </w:r>
    </w:p>
    <w:p>
      <w:r>
        <w:rPr>
          <w:b/>
        </w:rPr>
        <w:t xml:space="preserve">[15:06] </w:t>
      </w:r>
      <w:r>
        <w:t>انا مال عسر یسرا And with every hardship there is ease. اس کا مطلب کیا ہے کہ جہاں تمہارا</w:t>
      </w:r>
    </w:p>
    <w:p>
      <w:pPr>
        <w:jc w:val="right"/>
      </w:pPr>
      <w:r>
        <w:t>انا مال عسر یسرا ودھ ایوری ہارڈشپ دیٹ از ایز اس کا مطلب کیا ہے کہ جہاں تمہارا</w:t>
      </w:r>
    </w:p>
    <w:p>
      <w:r>
        <w:rPr>
          <w:b/>
        </w:rPr>
        <w:t xml:space="preserve">[15:16] </w:t>
      </w:r>
      <w:r>
        <w:t>pehla mansooba fail ho gaya wahin theek wahin aise halaat aise mawaqe aise opportunities mojood rehti hain ke</w:t>
      </w:r>
    </w:p>
    <w:p>
      <w:pPr>
        <w:jc w:val="right"/>
      </w:pPr>
      <w:r>
        <w:t>پہلا منصوبہ فیل ہو گیا وہیں ٹھیک وہیں ایسے حالات ایسے مواقع ایسی اپرچونیٹیز موجود رہتی ہیں کہ</w:t>
      </w:r>
    </w:p>
    <w:p>
      <w:r>
        <w:rPr>
          <w:b/>
        </w:rPr>
        <w:t xml:space="preserve">[15:26] </w:t>
      </w:r>
      <w:r>
        <w:t>un ko discover kar ke tum replanning karo aur kamyabi hasil kar lo dobara apne maqsad ko pa lo</w:t>
      </w:r>
    </w:p>
    <w:p>
      <w:pPr>
        <w:jc w:val="right"/>
      </w:pPr>
      <w:r>
        <w:t>ان کو ڈسکور کر کے تم ری پلاننگ کرو اور کامیابی حاصل کر لو دوبارہ اپنے مقصد کو پا لو</w:t>
      </w:r>
    </w:p>
    <w:p>
      <w:r>
        <w:rPr>
          <w:b/>
        </w:rPr>
        <w:t xml:space="preserve">[15:36] </w:t>
      </w:r>
      <w:r>
        <w:t>.</w:t>
      </w:r>
    </w:p>
    <w:p>
      <w:pPr>
        <w:jc w:val="right"/>
      </w:pPr>
      <w:r>
        <w:t>۔</w:t>
      </w:r>
    </w:p>
    <w:p>
      <w:r>
        <w:rPr>
          <w:b/>
        </w:rPr>
        <w:t xml:space="preserve">[15:41] </w:t>
      </w:r>
      <w:r>
        <w:t>ye hai raaz.</w:t>
      </w:r>
    </w:p>
    <w:p>
      <w:pPr>
        <w:jc w:val="right"/>
      </w:pPr>
      <w:r>
        <w:t>یہ ہے راز۔</w:t>
      </w:r>
    </w:p>
    <w:p>
      <w:r>
        <w:rPr>
          <w:b/>
        </w:rPr>
        <w:t xml:space="preserve">[15:46] </w:t>
      </w:r>
      <w:r>
        <w:t>to bombay ki team ne jo kaam kiya us se mein khud be khabar tha.</w:t>
      </w:r>
    </w:p>
    <w:p>
      <w:pPr>
        <w:jc w:val="right"/>
      </w:pPr>
      <w:r>
        <w:t>تو بامبے کی ٹیم نے جو کام کیا اس سے میں خود بے خبر تھا۔</w:t>
      </w:r>
    </w:p>
    <w:p>
      <w:r>
        <w:rPr>
          <w:b/>
        </w:rPr>
        <w:t xml:space="preserve">[15:51] </w:t>
      </w:r>
      <w:r>
        <w:t>aaj subah jab maloom hua to mujhe bohat khushi hui ke hamari team ke andar self planning ka</w:t>
      </w:r>
    </w:p>
    <w:p>
      <w:pPr>
        <w:jc w:val="right"/>
      </w:pPr>
      <w:r>
        <w:t>آج صبح جب معلوم ہوا تو مجھے بہت خوشی ہوئی کہ ہماری ٹیم کے اندر سیلف پلاننگ کا</w:t>
      </w:r>
    </w:p>
    <w:p>
      <w:r>
        <w:rPr>
          <w:b/>
        </w:rPr>
        <w:t xml:space="preserve">[15:56] </w:t>
      </w:r>
      <w:r>
        <w:t>maada paida ho chuka hai yani center se in ko hidayat ki jaye wo kuch karein ye to</w:t>
      </w:r>
    </w:p>
    <w:p>
      <w:pPr>
        <w:jc w:val="right"/>
      </w:pPr>
      <w:r>
        <w:t>مادہ پیدا ہو چکا ہے یعنی سینٹر سے ان کو ہدایت کی جائے وہ کچھ کریں یہ تو</w:t>
      </w:r>
    </w:p>
    <w:p>
      <w:r>
        <w:rPr>
          <w:b/>
        </w:rPr>
        <w:t xml:space="preserve">[16:01] </w:t>
      </w:r>
      <w:r>
        <w:t>bohat choti baat hai.</w:t>
      </w:r>
    </w:p>
    <w:p>
      <w:pPr>
        <w:jc w:val="right"/>
      </w:pPr>
      <w:r>
        <w:t>بہت چھوٹی بات ہے۔</w:t>
      </w:r>
    </w:p>
    <w:p>
      <w:r>
        <w:rPr>
          <w:b/>
        </w:rPr>
        <w:t xml:space="preserve">[16:06] </w:t>
      </w:r>
      <w:r>
        <w:t>yani central planning ko mein nahi manta central planning bohat acha lafz hai lekin wo wo central cling</w:t>
      </w:r>
    </w:p>
    <w:p>
      <w:pPr>
        <w:jc w:val="right"/>
      </w:pPr>
      <w:r>
        <w:t>یعنی سینٹرل پلاننگ کو میں نہیں مانتا سینٹرل پلاننگ بہت اچھا لفظ ہے لیکن وہ وہ سینٹرل کلنگ</w:t>
      </w:r>
    </w:p>
    <w:p>
      <w:r>
        <w:rPr>
          <w:b/>
        </w:rPr>
        <w:t xml:space="preserve">[16:14] </w:t>
      </w:r>
      <w:r>
        <w:t>hota hai amal.</w:t>
      </w:r>
    </w:p>
    <w:p>
      <w:pPr>
        <w:jc w:val="right"/>
      </w:pPr>
      <w:r>
        <w:t>ہوتا ہے عمل۔</w:t>
      </w:r>
    </w:p>
    <w:p>
      <w:r>
        <w:rPr>
          <w:b/>
        </w:rPr>
        <w:t xml:space="preserve">[16:21] </w:t>
      </w:r>
      <w:r>
        <w:t>central planning jo hai bohat khoobsurat lafz hai lekin practically wo central cling hai logon ko creative banaiye</w:t>
      </w:r>
    </w:p>
    <w:p>
      <w:pPr>
        <w:jc w:val="right"/>
      </w:pPr>
      <w:r>
        <w:t>سینٹرل پلاننگ جو ہے بہت خوبصورت لفظ ہے لیکن پریکٹیکلی وہ سینٹرل کلنگ ہے لوگوں کو کریٹیو بنائیے</w:t>
      </w:r>
    </w:p>
    <w:p>
      <w:r>
        <w:rPr>
          <w:b/>
        </w:rPr>
        <w:t xml:space="preserve">[16:29] </w:t>
      </w:r>
      <w:r>
        <w:t>logon ke logon ke mind ko jagah jagah jagaiye logon ko is q</w:t>
      </w:r>
    </w:p>
    <w:p>
      <w:pPr>
        <w:jc w:val="right"/>
      </w:pPr>
      <w:r>
        <w:t>لوگوں کے لوگوں کے مائنڈ کو جگہ جگہ جگائیے لوگوں کو اس ق</w:t>
      </w:r>
    </w:p>
    <w:p>
      <w:r>
        <w:rPr>
          <w:b/>
        </w:rPr>
        <w:t xml:space="preserve">[16:36] </w:t>
      </w:r>
      <w:r>
        <w:t>abil banaiye ke wo khud sochein khud plan karein logon ki creativity ko badhaiye to Allah ke fazal</w:t>
      </w:r>
    </w:p>
    <w:p>
      <w:pPr>
        <w:jc w:val="right"/>
      </w:pPr>
      <w:r>
        <w:t>ابل بنائیے کہ وہ خود سوچیں خود پلان کریں لوگوں کی کریٹیوٹی کو بڑھائیے تو اللہ کے فضل</w:t>
      </w:r>
    </w:p>
    <w:p>
      <w:r>
        <w:rPr>
          <w:b/>
        </w:rPr>
        <w:t xml:space="preserve">[16:44] </w:t>
      </w:r>
      <w:r>
        <w:t>se bombay ki team ne dikhaya hai hamare mission mein ye already ye cheez paida ho chuki hai</w:t>
      </w:r>
    </w:p>
    <w:p>
      <w:pPr>
        <w:jc w:val="right"/>
      </w:pPr>
      <w:r>
        <w:t>سے بامبے کی ٹیم نے دکھایا ہے ہمارے مشن میں یہ آلریڈی یہ چیز پیدا ہو چکی ہے</w:t>
      </w:r>
    </w:p>
    <w:p>
      <w:r>
        <w:rPr>
          <w:b/>
        </w:rPr>
        <w:t xml:space="preserve">[16:52] </w:t>
      </w:r>
      <w:r>
        <w:t>logon ko to creative thinking hai already logon ko to creative thinking aa chuki hai aur wo is</w:t>
      </w:r>
    </w:p>
    <w:p>
      <w:pPr>
        <w:jc w:val="right"/>
      </w:pPr>
      <w:r>
        <w:t>لوگوں کو تو کریٹیو تھنکنگ ہے آلریڈی لوگوں کو تو کریٹیو تھنکنگ آ چکی ہے اور وہ اس</w:t>
      </w:r>
    </w:p>
    <w:p>
      <w:r>
        <w:rPr>
          <w:b/>
        </w:rPr>
        <w:t xml:space="preserve">[17:00] </w:t>
      </w:r>
      <w:r>
        <w:t>ka istemal kar rahe hain wo.</w:t>
      </w:r>
    </w:p>
    <w:p>
      <w:pPr>
        <w:jc w:val="right"/>
      </w:pPr>
      <w:r>
        <w:t>کا استعمال کر رہے ہیں وہ۔</w:t>
      </w:r>
    </w:p>
    <w:p>
      <w:r>
        <w:rPr>
          <w:b/>
        </w:rPr>
        <w:t xml:space="preserve">[17:08] </w:t>
      </w:r>
      <w:r>
        <w:t>yeh bohat bari main samajhta hoon ke hamari team ki speciality hai yeh yeh hamari team ki speciality hai ke woh khud se socha unhon ne khud se plan kiya khud se execute kiya aur kamyab hue to main Allah taala ka shukr ada karta hoon ke Allah taala ne hamari team ke andar yeh development paida</w:t>
      </w:r>
    </w:p>
    <w:p>
      <w:pPr>
        <w:jc w:val="right"/>
      </w:pPr>
      <w:r>
        <w:t>یہ بہت بڑی میں سمجھتا ہوں کہ ہماری ٹیم کی اسپیشلٹی ہے یہ یہ ہماری ٹیم کی اسپیشلٹی ہے کہ وہ خود سے سوچا انہوں نے خود سے پلان کیا خود سے ایکسیکیوٹ کیا اور کامیاب ہوئے تو میں اللہ تعالیٰ کا شکر ادا کرتا ہوں کہ اللہ تعالیٰ نے ہماری ٹیم کے اندر یہ ڈیولپمنٹ پیدا</w:t>
      </w:r>
    </w:p>
    <w:p>
      <w:r>
        <w:rPr>
          <w:b/>
        </w:rPr>
        <w:t xml:space="preserve">[17:38] </w:t>
      </w:r>
      <w:r>
        <w:t>kiya. sachi baat hai ke hamein 21st century mein yahi kaam karna hai bare paimane par kyunke pichhle kai so saal mein hamare bare bare leader paida hue bohat bare bare top ke leader bare bare plan banaye sab fail sab fail sab fail. main jab naujawani ki umar mein</w:t>
      </w:r>
    </w:p>
    <w:p>
      <w:pPr>
        <w:jc w:val="right"/>
      </w:pPr>
      <w:r>
        <w:t>کیا۔ سچی بات ہے کہ ہمیں ٹونٹی فرسٹ سینچری میں یہی کام کرنا ہے بڑے پیمانے پر کیونکہ پچھلے کئی سو سال میں ہمارے بڑے بڑے لیڈر پیدا ہوئے بہت بڑے بڑے ٹاپ کے لیڈر بڑے بڑے پلان بنائے سب فیل سب فیل سب فیل۔ میں جب نوجوانی کے عمر میں</w:t>
      </w:r>
    </w:p>
    <w:p>
      <w:r>
        <w:rPr>
          <w:b/>
        </w:rPr>
        <w:t xml:space="preserve">[18:08] </w:t>
      </w:r>
      <w:r>
        <w:t>tha yani british period yani british rule yahan tha qaim abhi azadi nahi aayi thi to ek bari</w:t>
      </w:r>
    </w:p>
    <w:p>
      <w:pPr>
        <w:jc w:val="right"/>
      </w:pPr>
      <w:r>
        <w:t>تھا یعنی برٹش پیریڈ یعنی برٹش رول یہاں تھا قائم ابھی آزادی نہیں آئی تھی تو ایک بڑی</w:t>
      </w:r>
    </w:p>
    <w:p>
      <w:r>
        <w:rPr>
          <w:b/>
        </w:rPr>
        <w:t xml:space="preserve">[18:18] </w:t>
      </w:r>
      <w:r>
        <w:t>si kitab chhapi thi is ka naam tha roshan mustaqbil roshan mustaqbil yani bright future is mein likha</w:t>
      </w:r>
    </w:p>
    <w:p>
      <w:pPr>
        <w:jc w:val="right"/>
      </w:pPr>
      <w:r>
        <w:t>سی کتاب چھپی تھی اس کا نام تھا روشن مستقبل روشن مستقبل یعنی برائٹ فیوچر اس میں لکھا</w:t>
      </w:r>
    </w:p>
    <w:p>
      <w:r>
        <w:rPr>
          <w:b/>
        </w:rPr>
        <w:t xml:space="preserve">[18:28] </w:t>
      </w:r>
      <w:r>
        <w:t>hota tha burj mehan se nikla suraj roshan apna mustaqbil hai</w:t>
      </w:r>
    </w:p>
    <w:p>
      <w:pPr>
        <w:jc w:val="right"/>
      </w:pPr>
      <w:r>
        <w:t>ہوتا تھا برج محن سے نکلا سورج روشن اپنا مستقبل ہے</w:t>
      </w:r>
    </w:p>
    <w:p>
      <w:r>
        <w:rPr>
          <w:b/>
        </w:rPr>
        <w:t xml:space="preserve">[18:39] </w:t>
      </w:r>
      <w:r>
        <w:t>burj mehan se nikla suraj roshan apna mustaqbil hai lekin ab saath baras beet gaye kahan wo future</w:t>
      </w:r>
    </w:p>
    <w:p>
      <w:pPr>
        <w:jc w:val="right"/>
      </w:pPr>
      <w:r>
        <w:t>برج محن سے نکلا سورج روشن اپنا مستقبل ہے لیکن اب ساٹھ برس بیت گئے کہاں وہ فیوچر</w:t>
      </w:r>
    </w:p>
    <w:p>
      <w:r>
        <w:rPr>
          <w:b/>
        </w:rPr>
        <w:t xml:space="preserve">[18:45] </w:t>
      </w:r>
      <w:r>
        <w:t>kahan hai har taraf mayoosi har taraf tareeki lagta hai ke poori notion poori blind gali phansi hui hai.</w:t>
      </w:r>
    </w:p>
    <w:p>
      <w:pPr>
        <w:jc w:val="right"/>
      </w:pPr>
      <w:r>
        <w:t>کہاں ہے ہر طرف مایوسی ہر طرف تاریکی لگتا ہے کہ پوری نوشن پوری بلائنڈ گلی پھنسی ہوئی ہے۔</w:t>
      </w:r>
    </w:p>
    <w:p>
      <w:r>
        <w:rPr>
          <w:b/>
        </w:rPr>
        <w:t xml:space="preserve">[18:51] </w:t>
      </w:r>
      <w:r>
        <w:t>to shair o shayari se nahi taraqqi hoti.</w:t>
      </w:r>
    </w:p>
    <w:p>
      <w:pPr>
        <w:jc w:val="right"/>
      </w:pPr>
      <w:r>
        <w:t>تو شعر و شاعری سے نہیں ترقی ہوتی۔</w:t>
      </w:r>
    </w:p>
    <w:p>
      <w:r>
        <w:rPr>
          <w:b/>
        </w:rPr>
        <w:t xml:space="preserve">[18:58] </w:t>
      </w:r>
      <w:r>
        <w:t>bade bade nare lagane se taraqqi nahi hoti.</w:t>
      </w:r>
    </w:p>
    <w:p>
      <w:pPr>
        <w:jc w:val="right"/>
      </w:pPr>
      <w:r>
        <w:t>بڑے بڑے نعرے لگانے سے ترقی نہیں ہوتی۔</w:t>
      </w:r>
    </w:p>
    <w:p>
      <w:r>
        <w:rPr>
          <w:b/>
        </w:rPr>
        <w:t xml:space="preserve">[19:04] </w:t>
      </w:r>
      <w:r>
        <w:t>bade bade alfaaz bolne se taraqqi nahi hoti.</w:t>
      </w:r>
    </w:p>
    <w:p>
      <w:pPr>
        <w:jc w:val="right"/>
      </w:pPr>
      <w:r>
        <w:t>بڑے بڑے الفاظ بولنے سے ترقی نہیں ہوتی۔</w:t>
      </w:r>
    </w:p>
    <w:p>
      <w:r>
        <w:rPr>
          <w:b/>
        </w:rPr>
        <w:t xml:space="preserve">[19:11] </w:t>
      </w:r>
      <w:r>
        <w:t>It requires creative thinking. آپ کو کریٹیو تھنکر بننا پڑتا ہے ہر وقت نئی بات زندگی میں پیش</w:t>
      </w:r>
    </w:p>
    <w:p>
      <w:pPr>
        <w:jc w:val="right"/>
      </w:pPr>
      <w:r>
        <w:t>اٹ ریکوائرڈز کریٹیو تھنکنگ آپ کو کریٹیو تھنکر بننا پڑتا ہے ہر وقت نئی بات زندگی میں پیش</w:t>
      </w:r>
    </w:p>
    <w:p>
      <w:r>
        <w:rPr>
          <w:b/>
        </w:rPr>
        <w:t xml:space="preserve">[19:17] </w:t>
      </w:r>
      <w:r>
        <w:t>aati hai har waqt aap ko phir se sochna parta hai har waqt aap ko replan karna parta hai.</w:t>
      </w:r>
    </w:p>
    <w:p>
      <w:pPr>
        <w:jc w:val="right"/>
      </w:pPr>
      <w:r>
        <w:t>آتی ہے ہر وقت آپ کو پھر سے سوچنا پڑتا ہے ہر وقت آپ کو ری پلان کرنا پڑتا ہے۔</w:t>
      </w:r>
    </w:p>
    <w:p>
      <w:r>
        <w:rPr>
          <w:b/>
        </w:rPr>
        <w:t xml:space="preserve">[19:23] </w:t>
      </w:r>
      <w:r>
        <w:t>yahi baat hai quran mein in alfaaz mein ke kal yaum ho fi shan kal yaum ho fi</w:t>
      </w:r>
    </w:p>
    <w:p>
      <w:pPr>
        <w:jc w:val="right"/>
      </w:pPr>
      <w:r>
        <w:t>یہی بات ہے قرآن میں ان الفاظ میں کہ کل یوم ہو فی شان کل یوم ہو فی</w:t>
      </w:r>
    </w:p>
    <w:p>
      <w:r>
        <w:rPr>
          <w:b/>
        </w:rPr>
        <w:t xml:space="preserve">[19:30] </w:t>
      </w:r>
      <w:r>
        <w:t>shan to ye baat jo hai bazahir Allah ke bare mein hai lekin haqeeqat mein insan ke bare</w:t>
      </w:r>
    </w:p>
    <w:p>
      <w:pPr>
        <w:jc w:val="right"/>
      </w:pPr>
      <w:r>
        <w:t>شان تو یہ بات جو ہے بظاہر اللہ کے بارے میں ہے لیکن حقیقت میں انسان کے بارے</w:t>
      </w:r>
    </w:p>
    <w:p>
      <w:r>
        <w:rPr>
          <w:b/>
        </w:rPr>
        <w:t xml:space="preserve">[19:36] </w:t>
      </w:r>
      <w:r>
        <w:t>mein hai ye</w:t>
      </w:r>
    </w:p>
    <w:p>
      <w:pPr>
        <w:jc w:val="right"/>
      </w:pPr>
      <w:r>
        <w:t>میں ہے یہ</w:t>
      </w:r>
    </w:p>
    <w:p>
      <w:r>
        <w:rPr>
          <w:b/>
        </w:rPr>
        <w:t xml:space="preserve">[19:43] </w:t>
      </w:r>
      <w:r>
        <w:t>quran ke usloob ko samjhiye kal yaum ho fi shan bazahir Allah ke bare mein hai lekin insan</w:t>
      </w:r>
    </w:p>
    <w:p>
      <w:pPr>
        <w:jc w:val="right"/>
      </w:pPr>
      <w:r>
        <w:t>قرآن کے اسلوب کو سمجھیے کل یوم ہو فی شان بظاہر اللہ کے بارے میں ہے لیکن انسان</w:t>
      </w:r>
    </w:p>
    <w:p>
      <w:r>
        <w:rPr>
          <w:b/>
        </w:rPr>
        <w:t xml:space="preserve">[19:50] </w:t>
      </w:r>
      <w:r>
        <w:t>ko message diya gaya hai ye message diya gaya hai is mein aye insan har din tujh ko</w:t>
      </w:r>
    </w:p>
    <w:p>
      <w:pPr>
        <w:jc w:val="right"/>
      </w:pPr>
      <w:r>
        <w:t>کو میسج دیا گیا ہے یہ میسج دیا گیا ہے اس میں اے انسان ہر دن تجھ کو</w:t>
      </w:r>
    </w:p>
    <w:p>
      <w:r>
        <w:rPr>
          <w:b/>
        </w:rPr>
        <w:t xml:space="preserve">[19:58] </w:t>
      </w:r>
      <w:r>
        <w:t>re planning karni hai har din tum ko nai baat daryaft karni hai har din tum ko re</w:t>
      </w:r>
    </w:p>
    <w:p>
      <w:pPr>
        <w:jc w:val="right"/>
      </w:pPr>
      <w:r>
        <w:t>ری پلاننگ کرنی ہے ہر دن تم کو نئی بات دریافت کرنی ہے ہر دن تم کو ری</w:t>
      </w:r>
    </w:p>
    <w:p>
      <w:r>
        <w:rPr>
          <w:b/>
        </w:rPr>
        <w:t xml:space="preserve">[20:06] </w:t>
      </w:r>
      <w:r>
        <w:t>discovery par khara hona hai yeh hai is ke andar message.</w:t>
      </w:r>
    </w:p>
    <w:p>
      <w:pPr>
        <w:jc w:val="right"/>
      </w:pPr>
      <w:r>
        <w:t>ڈسکوری پر کھڑا ہونا ہے یہ ہے اس کے اندر میسج۔</w:t>
      </w:r>
    </w:p>
    <w:p>
      <w:r>
        <w:rPr>
          <w:b/>
        </w:rPr>
        <w:t xml:space="preserve">[20:13] </w:t>
      </w:r>
      <w:r>
        <w:t>to yeh ayat jo Quran majeed mein hai Surah Rahman mein 'kullu yawmin huwa fi sha'n' yeh ek inqalabi baat is ke andar hai yeh Allah ki barai bazahir log samajhte hain ke is mein Allah ki barai ka bayan hai to Allah itna bara hai ke is ko barai bayan karne ki zaroorat nahi hai sara universe is ki barai ka ailan hai har din suraj nikalta hai sitare</w:t>
      </w:r>
    </w:p>
    <w:p>
      <w:pPr>
        <w:jc w:val="right"/>
      </w:pPr>
      <w:r>
        <w:t>تو یہ آیت جو قرآن مجید میں ہے سورۃ الرحمن میں کل یوم ہو فی شان یہ ایک انقلابی بات اس کے اندر ہے یہ اللہ کی بڑائی بظاہر لوگ سمجھتے ہیں کہ اس میں اللہ کی بڑائی کا بیان ہے تو اللہ اتنا بڑا ہے کہ اس کو بڑائی بیان کرنے کی ضرورت نہیں ہے سارا یونیورس اس کی بڑائی کا اعلان ہے ہر دن سورج نکلتا ہے ستار</w:t>
      </w:r>
    </w:p>
    <w:p>
      <w:r>
        <w:rPr>
          <w:b/>
        </w:rPr>
        <w:t xml:space="preserve">[20:43] </w:t>
      </w:r>
      <w:r>
        <w:t>e chamakte hain hawaein chalti hain to Allah ki barhai ko to bayan karti hai woh is mein</w:t>
      </w:r>
    </w:p>
    <w:p>
      <w:pPr>
        <w:jc w:val="right"/>
      </w:pPr>
      <w:r>
        <w:t>ے چمکتے ہیں ہوائیں چلتی ہیں تو اللہ کی بڑائی کو تو بیان کرتی ہے وہ اس میں</w:t>
      </w:r>
    </w:p>
    <w:p>
      <w:r>
        <w:rPr>
          <w:b/>
        </w:rPr>
        <w:t xml:space="preserve">[20:51] </w:t>
      </w:r>
      <w:r>
        <w:t>ایک میسج دیا گیا ہے اے انسان تجھ کو ہر دن replan کرنا ہے تجھ کو ہر</w:t>
      </w:r>
    </w:p>
    <w:p>
      <w:pPr>
        <w:jc w:val="right"/>
      </w:pPr>
      <w:r>
        <w:t>ایک میسج دیا گیا ہے اے انسان تجھ کو ہر دن ری پلان کرنا ہے تجھ کو ہر</w:t>
      </w:r>
    </w:p>
    <w:p>
      <w:r>
        <w:rPr>
          <w:b/>
        </w:rPr>
        <w:t xml:space="preserve">[20:59] </w:t>
      </w:r>
      <w:r>
        <w:t>دن نئے انداز سے سوچنا ہے ہر دن تم کو rediscover کرنا ہے تب تم super achiever</w:t>
      </w:r>
    </w:p>
    <w:p>
      <w:pPr>
        <w:jc w:val="right"/>
      </w:pPr>
      <w:r>
        <w:t>دن نئے انداز سے سوچنا ہے ہر دن تم کو ری ڈسکور کرنا ہے تب تم سپر اچیور</w:t>
      </w:r>
    </w:p>
    <w:p>
      <w:r>
        <w:rPr>
          <w:b/>
        </w:rPr>
        <w:t xml:space="preserve">[21:06] </w:t>
      </w:r>
      <w:r>
        <w:t>ban sakte ho is dunya mein tab koi bari kamon bhi tum ko mil sakti hai is dunya mein</w:t>
      </w:r>
    </w:p>
    <w:p>
      <w:pPr>
        <w:jc w:val="right"/>
      </w:pPr>
      <w:r>
        <w:t>بن سکتے ہو اس دنیا میں تب کوئی بڑی کاموں بھی تم کو مل سکتی ہے اس دنیا میں</w:t>
      </w:r>
    </w:p>
    <w:p>
      <w:r>
        <w:rPr>
          <w:b/>
        </w:rPr>
        <w:t xml:space="preserve">[21:14] </w:t>
      </w:r>
      <w:r>
        <w:t>aaj ka din mere liye breaking news ka din hai kyunke Allah ke fazal se hamara mission jo</w:t>
      </w:r>
    </w:p>
    <w:p>
      <w:pPr>
        <w:jc w:val="right"/>
      </w:pPr>
      <w:r>
        <w:t>آج کا دن میرے لیے بریکنگ نیوز کا دن ہے کیونکہ اللہ کے فضل سے ہمارا مشن جو</w:t>
      </w:r>
    </w:p>
    <w:p>
      <w:r>
        <w:rPr>
          <w:b/>
        </w:rPr>
        <w:t xml:space="preserve">[21:22] </w:t>
      </w:r>
      <w:r>
        <w:t>hai ek naye daur mein dakhil ho gaya aur main bambay walon ke liye aur poori team ke</w:t>
      </w:r>
    </w:p>
    <w:p>
      <w:pPr>
        <w:jc w:val="right"/>
      </w:pPr>
      <w:r>
        <w:t>ہے ایک نئے دور میں داخل ہو گیا اور میں بامبے والوں کے لیے اور پوری ٹیم کے</w:t>
      </w:r>
    </w:p>
    <w:p>
      <w:r>
        <w:rPr>
          <w:b/>
        </w:rPr>
        <w:t xml:space="preserve">[21:31] </w:t>
      </w:r>
      <w:r>
        <w:t>liye sab ke liye dua karta hoon ke Allah un ke andar istiqamat paida kare is line mein</w:t>
      </w:r>
    </w:p>
    <w:p>
      <w:pPr>
        <w:jc w:val="right"/>
      </w:pPr>
      <w:r>
        <w:t>لیے سب کے لیے دعا کرتا ہوں کہ اللہ ان کے اندر استقامت پیدا کرے اس لائن میں</w:t>
      </w:r>
    </w:p>
    <w:p>
      <w:r>
        <w:rPr>
          <w:b/>
        </w:rPr>
        <w:t xml:space="preserve">[21:40] </w:t>
      </w:r>
      <w:r>
        <w:t>aur aage barhne ki tofeeq de</w:t>
      </w:r>
    </w:p>
    <w:p>
      <w:pPr>
        <w:jc w:val="right"/>
      </w:pPr>
      <w:r>
        <w:t>اور آگے بڑھنے کی توفیق دے</w:t>
      </w:r>
    </w:p>
    <w:p>
      <w:r>
        <w:rPr>
          <w:b/>
        </w:rPr>
        <w:t xml:space="preserve">[21:48] </w:t>
      </w:r>
      <w:r>
        <w:t>dekhiye zindagi itni zyada complex hai itni zyada complex hai ke aap ek din baith kar ke panch</w:t>
      </w:r>
    </w:p>
    <w:p>
      <w:pPr>
        <w:jc w:val="right"/>
      </w:pPr>
      <w:r>
        <w:t>دیکھیے زندگی اتنی زیادہ کمپلیکس ہے اتنی زیادہ کمپلیکس ہے کہ آپ ایک دن بیٹھ کر کے پانچ</w:t>
      </w:r>
    </w:p>
    <w:p>
      <w:r>
        <w:rPr>
          <w:b/>
        </w:rPr>
        <w:t xml:space="preserve">[21:56] </w:t>
      </w:r>
      <w:r>
        <w:t>saal ka plan karein aur wohi plan chalta rahe panch saal tak yeh nahi ho sakta yeh nahi</w:t>
      </w:r>
    </w:p>
    <w:p>
      <w:pPr>
        <w:jc w:val="right"/>
      </w:pPr>
      <w:r>
        <w:t>سال کا پلان کریں اور وہی پلان چلتا رہے پانچ سال تک یہ نہیں ہو سکتا یہ نہیں</w:t>
      </w:r>
    </w:p>
    <w:p>
      <w:r>
        <w:rPr>
          <w:b/>
        </w:rPr>
        <w:t xml:space="preserve">[22:03] </w:t>
      </w:r>
      <w:r>
        <w:t>ho sakta panch saal aur das saal ki planning karein aap aur chahein ke woh isi ko hum</w:t>
      </w:r>
    </w:p>
    <w:p>
      <w:pPr>
        <w:jc w:val="right"/>
      </w:pPr>
      <w:r>
        <w:t>ہو سکتا پانچ سال اور دس سال کی پلاننگ کریں آپ اور چاہیں کہ وہ اسی کو ہم</w:t>
      </w:r>
    </w:p>
    <w:p>
      <w:r>
        <w:rPr>
          <w:b/>
        </w:rPr>
        <w:t xml:space="preserve">[22:11] </w:t>
      </w:r>
      <w:r>
        <w:t>chalate rahein das saal tak yeh nahi ho sakta har din aap</w:t>
      </w:r>
    </w:p>
    <w:p>
      <w:pPr>
        <w:jc w:val="right"/>
      </w:pPr>
      <w:r>
        <w:t>چلاتے رہیں دس سال تک یہ نہیں ہو سکتا ہر دن آپ</w:t>
      </w:r>
    </w:p>
    <w:p>
      <w:r>
        <w:rPr>
          <w:b/>
        </w:rPr>
        <w:t xml:space="preserve">[22:18] </w:t>
      </w:r>
      <w:r>
        <w:t>jante hain ke har din suraj doobta hai phir nikalta hai doobta hai nikalta hai woh message de</w:t>
      </w:r>
    </w:p>
    <w:p>
      <w:pPr>
        <w:jc w:val="right"/>
      </w:pPr>
      <w:r>
        <w:t>جانتے ہیں کہ ہر دن سورج ڈوبتا ہے پھر نکلتا ہے ڈوبتا ہے نکلتا ہے وہ میسج دے</w:t>
      </w:r>
    </w:p>
    <w:p>
      <w:r>
        <w:rPr>
          <w:b/>
        </w:rPr>
        <w:t xml:space="preserve">[22:29] </w:t>
      </w:r>
      <w:r>
        <w:t>raha hai ke aye insaan zindagi mein continuity bar bar tootti hai tasalsul bar bar tootti hai tum</w:t>
      </w:r>
    </w:p>
    <w:p>
      <w:pPr>
        <w:jc w:val="right"/>
      </w:pPr>
      <w:r>
        <w:t>رہا ہے کہ اے انسان زندگی میں کنٹینیوٹی بار بار ٹوٹتی ہے تسلسل بار بار ٹوٹتی ہے تم</w:t>
      </w:r>
    </w:p>
    <w:p>
      <w:r>
        <w:rPr>
          <w:b/>
        </w:rPr>
        <w:t xml:space="preserve">[22:40] </w:t>
      </w:r>
      <w:r>
        <w:t>کو بار بار سوچنا ہے بار بار پلان کرنا ہے بار بار تم کو rediscover کرنا ہے</w:t>
      </w:r>
    </w:p>
    <w:p>
      <w:pPr>
        <w:jc w:val="right"/>
      </w:pPr>
      <w:r>
        <w:t>کو بار بار سوچنا ہے بار بار پلان کرنا ہے بار بار تم کو ری ڈسکور کرنا ہے</w:t>
      </w:r>
    </w:p>
    <w:p>
      <w:r>
        <w:rPr>
          <w:b/>
        </w:rPr>
        <w:t xml:space="preserve">[22:50] </w:t>
      </w:r>
      <w:r>
        <w:t>yani har subah ko jab suraj nikalta hai to woh ailan karta hai aye insan rediscover kar Allah Rabb-ul-Alameen ko kainat ko apne plan ko har cheez ko yaad rakhiye jin logon ke andar rediscovery ka maada na ho jin logon ke andar replanning ka maada na ho woh koi bari kamyabi hasil nahi kar sakte aaj kal aap</w:t>
      </w:r>
    </w:p>
    <w:p>
      <w:pPr>
        <w:jc w:val="right"/>
      </w:pPr>
      <w:r>
        <w:t>یعنی ہر صبح کو جب سورج نکلتا ہے تو وہ اعلان کرتا ہے اے انسان ری ڈسکور کر اللہ رب العالمین کو کائنات کو اپنے پلان کو ہر چیز کو یاد رکھیے جن لوگوں کے اندر ری ڈسکوری کا مادہ نہ ہو جن لوگوں کے اندر ری پلاننگ کا مادہ نہ ہو وہ کوئی بڑی کامیابی حاصل نہیں کر سکتے آج کل آپ</w:t>
      </w:r>
    </w:p>
    <w:p>
      <w:r>
        <w:rPr>
          <w:b/>
        </w:rPr>
        <w:t xml:space="preserve">[23:20] </w:t>
      </w:r>
      <w:r>
        <w:t>jante hain ke muslim dunya har jagah phansi hui hai Pakistan mein Palestine mein Kashmir mein jahan bhi</w:t>
      </w:r>
    </w:p>
    <w:p>
      <w:pPr>
        <w:jc w:val="right"/>
      </w:pPr>
      <w:r>
        <w:t>جانتے ہیں کہ مسلم دنیا ہر جگہ پھنسی ہوئی ہے پاکستان میں فلسطین میں کشمیر میں جہاں بھی</w:t>
      </w:r>
    </w:p>
    <w:p>
      <w:r>
        <w:rPr>
          <w:b/>
        </w:rPr>
        <w:t xml:space="preserve">[23:28] </w:t>
      </w:r>
      <w:r>
        <w:t>dekhiye log shikayatein karte hain shikayatein karte hain shikayatein karte hain dushman falan dushman hai falan hamare khilaf</w:t>
      </w:r>
    </w:p>
    <w:p>
      <w:pPr>
        <w:jc w:val="right"/>
      </w:pPr>
      <w:r>
        <w:t>دیکھیے لوگ شکایتیں کرتے ہیں شکایتیں کرتے ہیں شکایتیں کرتے ہیں دشمن فلاں دشمن ہے فلاں ہمارے خلاف</w:t>
      </w:r>
    </w:p>
    <w:p>
      <w:r>
        <w:rPr>
          <w:b/>
        </w:rPr>
        <w:t xml:space="preserve">[23:36] </w:t>
      </w:r>
      <w:r>
        <w:t>conspiracy kar raha hai sab ki yahi boli hoti hai haqeeqat mein woh yeh elaan kar rahe hain</w:t>
      </w:r>
    </w:p>
    <w:p>
      <w:pPr>
        <w:jc w:val="right"/>
      </w:pPr>
      <w:r>
        <w:t>کاسپیسی کر رہا ہے سب کی یہی بولی ہوتی ہے حقیقت میں وہ یہ اعلان کر رہے ہیں</w:t>
      </w:r>
    </w:p>
    <w:p>
      <w:r>
        <w:rPr>
          <w:b/>
        </w:rPr>
        <w:t xml:space="preserve">[23:44] </w:t>
      </w:r>
      <w:r>
        <w:t>ke hum fail ho gaye re planning mein</w:t>
      </w:r>
    </w:p>
    <w:p>
      <w:pPr>
        <w:jc w:val="right"/>
      </w:pPr>
      <w:r>
        <w:t>کہ ہم فیل ہو گئے ری پلاننگ میں</w:t>
      </w:r>
    </w:p>
    <w:p>
      <w:r>
        <w:rPr>
          <w:b/>
        </w:rPr>
        <w:t xml:space="preserve">[23:52] </w:t>
      </w:r>
      <w:r>
        <w:t>yeh itne log hain chahe Palestine wale hon chahe Kashmir wale hon jo log yeh elaan kar rahe</w:t>
      </w:r>
    </w:p>
    <w:p>
      <w:pPr>
        <w:jc w:val="right"/>
      </w:pPr>
      <w:r>
        <w:t>یہ اتنے لوگ ہیں چاہے فلسطین والے ہوں چاہے کشمیر والے ہوں جو لوگ یہ اعلان کر رہے</w:t>
      </w:r>
    </w:p>
    <w:p>
      <w:r>
        <w:rPr>
          <w:b/>
        </w:rPr>
        <w:t xml:space="preserve">[24:00] </w:t>
      </w:r>
      <w:r>
        <w:t>hain ke falan dushman hai hamara falan dushman hai hamara woh sirf yeh elaan kar rahe hain ke</w:t>
      </w:r>
    </w:p>
    <w:p>
      <w:pPr>
        <w:jc w:val="right"/>
      </w:pPr>
      <w:r>
        <w:t>ہیں کہ فلاں دشمن ہے ہمارا فلاں دشمن ہے ہمارا وہ صرف یہ اعلان کر رہے ہیں کہ</w:t>
      </w:r>
    </w:p>
    <w:p>
      <w:r>
        <w:rPr>
          <w:b/>
        </w:rPr>
        <w:t xml:space="preserve">[24:08] </w:t>
      </w:r>
      <w:r>
        <w:t>hum re planning mein fail ho gaye to jo log re planning mein fail ho jayein un ke</w:t>
      </w:r>
    </w:p>
    <w:p>
      <w:pPr>
        <w:jc w:val="right"/>
      </w:pPr>
      <w:r>
        <w:t>ہم ری پلاننگ میں فیل ہو گئے تو جو لوگ ری پلاننگ میں فیل ہو جائیں ان کے</w:t>
      </w:r>
    </w:p>
    <w:p>
      <w:r>
        <w:rPr>
          <w:b/>
        </w:rPr>
        <w:t xml:space="preserve">[24:16] </w:t>
      </w:r>
      <w:r>
        <w:t>liye is dunya mein achievement nahi hai failure hi failure hai</w:t>
      </w:r>
    </w:p>
    <w:p>
      <w:pPr>
        <w:jc w:val="right"/>
      </w:pPr>
      <w:r>
        <w:t>لیے اس دنیا میں اچیومنٹ نہیں ہے فیلیر ہی فیلیر ہے</w:t>
      </w:r>
    </w:p>
    <w:p>
      <w:r>
        <w:rPr>
          <w:b/>
        </w:rPr>
        <w:t xml:space="preserve">[24:24] </w:t>
      </w:r>
      <w:r>
        <w:t>is duniya mein achievement un ke liye muqaddar hai jo replan karen jaise Adam pehle insan the Adam pehle insan the Allah ne un ko paida kiya paida kar ke un ko paradise mein kaha ke raho yahan lekin wahan par ek forbidden tree tha us ko unhon ne kha liya aur phir jannat</w:t>
      </w:r>
    </w:p>
    <w:p>
      <w:pPr>
        <w:jc w:val="right"/>
      </w:pPr>
      <w:r>
        <w:t>اس دنیا میں اچیومنٹ ان کے لیے مقدر ہے جو ری پلان کریں جیسے آدم پہلے انسان تھے آدم پہلے انسان تھے اللہ نے ان کو پیدا کیا پیدا کر کے ان کو پیراڈائز میں کہا کہ رہو یہاں لیکن وہاں پر ایک فاڈ بین ٹری تھا اس کو انہوں نے کھا لیا اور پھر جن</w:t>
      </w:r>
    </w:p>
    <w:p>
      <w:r>
        <w:rPr>
          <w:b/>
        </w:rPr>
        <w:t xml:space="preserve">[24:54] </w:t>
      </w:r>
      <w:r>
        <w:t>t khoi gayi un se jis se ke military ne theme banai paradise lost lekin us ke baad</w:t>
      </w:r>
    </w:p>
    <w:p>
      <w:pPr>
        <w:jc w:val="right"/>
      </w:pPr>
      <w:r>
        <w:t>ت کھوئی گئی ان سے جس سے کہ ملٹری نے تھیم بنائی پیراڈائز لاسٹ لیکن اس کے بعد</w:t>
      </w:r>
    </w:p>
    <w:p>
      <w:r>
        <w:rPr>
          <w:b/>
        </w:rPr>
        <w:t xml:space="preserve">[25:04] </w:t>
      </w:r>
      <w:r>
        <w:t>unhone toba kiya giriya o zaari ki Allah se maafi mangi goya ke re planning ke liye</w:t>
      </w:r>
    </w:p>
    <w:p>
      <w:pPr>
        <w:jc w:val="right"/>
      </w:pPr>
      <w:r>
        <w:t>انہوں نے توبہ کیا گریہ و زاری کی اللہ سے معافی مانگی گویا کہ ری پلاننگ کے لیے</w:t>
      </w:r>
    </w:p>
    <w:p>
      <w:r>
        <w:rPr>
          <w:b/>
        </w:rPr>
        <w:t xml:space="preserve">[25:14] </w:t>
      </w:r>
      <w:r>
        <w:t>apne aap ko tayyar kiya to phir dobara un ko jannat mein dakhla mila to Adam</w:t>
      </w:r>
    </w:p>
    <w:p>
      <w:pPr>
        <w:jc w:val="right"/>
      </w:pPr>
      <w:r>
        <w:t>اپنے آپ کو تیار کیا تو پھر دوبارہ ان کو جنت میں داخلہ ملا تو آدم</w:t>
      </w:r>
    </w:p>
    <w:p>
      <w:r>
        <w:rPr>
          <w:b/>
        </w:rPr>
        <w:t xml:space="preserve">[25:24] </w:t>
      </w:r>
      <w:r>
        <w:t>ka case yeh hai ke agar tumhara pehla plan fail ho jaye to mayoos mat ho re planning</w:t>
      </w:r>
    </w:p>
    <w:p>
      <w:pPr>
        <w:jc w:val="right"/>
      </w:pPr>
      <w:r>
        <w:t>کا کیس یہ ہے کہ اگر تمہارا پہلا پلان فیل ہو جائے تو مایوس مت ہو ری پلاننگ</w:t>
      </w:r>
    </w:p>
    <w:p>
      <w:r>
        <w:rPr>
          <w:b/>
        </w:rPr>
        <w:t xml:space="preserve">[25:32] </w:t>
      </w:r>
      <w:r>
        <w:t>karo re planning karo to ab insaniyat re planning ke daur mein hai lekin yeh ek hi baar</w:t>
      </w:r>
    </w:p>
    <w:p>
      <w:pPr>
        <w:jc w:val="right"/>
      </w:pPr>
      <w:r>
        <w:t>کرو ری پلاننگ کرو تو اب انسانیت ری پلاننگ کے دور میں ہے لیکن یہ ایک ہی بار</w:t>
      </w:r>
    </w:p>
    <w:p>
      <w:r>
        <w:rPr>
          <w:b/>
        </w:rPr>
        <w:t xml:space="preserve">[25:39] </w:t>
      </w:r>
      <w:r>
        <w:t>nahi hoga baar baar hoga baar baar yeh process dohraya jata rahega dekhiye agar aap sirf apne</w:t>
      </w:r>
    </w:p>
    <w:p>
      <w:pPr>
        <w:jc w:val="right"/>
      </w:pPr>
      <w:r>
        <w:t>نہیں ہوگا بار بار ہوگا بار بار یہ پراسیس دہرایا جاتا رہے گا دیکھیے اگر آپ صرف اپنے</w:t>
      </w:r>
    </w:p>
    <w:p>
      <w:r>
        <w:rPr>
          <w:b/>
        </w:rPr>
        <w:t xml:space="preserve">[25:47] </w:t>
      </w:r>
      <w:r>
        <w:t>aapas mein jeete hain apne aapas mein</w:t>
      </w:r>
    </w:p>
    <w:p>
      <w:pPr>
        <w:jc w:val="right"/>
      </w:pPr>
      <w:r>
        <w:t>آپس میں جیتے ہیں اپنے آپس میں</w:t>
      </w:r>
    </w:p>
    <w:p>
      <w:r>
        <w:rPr>
          <w:b/>
        </w:rPr>
        <w:t xml:space="preserve">[25:54] </w:t>
      </w:r>
      <w:r>
        <w:t>apne mind mein jeete hain apne mindset mein jeete hain to is duniya mein aap ke liye</w:t>
      </w:r>
    </w:p>
    <w:p>
      <w:pPr>
        <w:jc w:val="right"/>
      </w:pPr>
      <w:r>
        <w:t>اپنے مائنڈ میں جیتے ہیں اپنے مائنڈ سیٹ میں جیتے ہیں تو اس دنیا میں آپ کے لیے</w:t>
      </w:r>
    </w:p>
    <w:p>
      <w:r>
        <w:rPr>
          <w:b/>
        </w:rPr>
        <w:t xml:space="preserve">[26:02] </w:t>
      </w:r>
      <w:r>
        <w:t>koi badi achievement nahi hai aap ko law of nature ko janna padega aap ko history ko</w:t>
      </w:r>
    </w:p>
    <w:p>
      <w:pPr>
        <w:jc w:val="right"/>
      </w:pPr>
      <w:r>
        <w:t>کوئی بڑی اچیومنٹ نہیں ہے آپ کو لاء آف نیچر کو جاننا پڑے گا آپ کو ہسٹری کو</w:t>
      </w:r>
    </w:p>
    <w:p>
      <w:r>
        <w:rPr>
          <w:b/>
        </w:rPr>
        <w:t xml:space="preserve">[26:09] </w:t>
      </w:r>
      <w:r>
        <w:t>janna padega aap ko creator ki theory ko janna padega Adam ki story mein kya lesson</w:t>
      </w:r>
    </w:p>
    <w:p>
      <w:pPr>
        <w:jc w:val="right"/>
      </w:pPr>
      <w:r>
        <w:t>جاننا پڑے گا آپ کو کریٹر کی تھیوری کو جاننا پڑے گا آدم کی سٹوری میں کیا لیسن</w:t>
      </w:r>
    </w:p>
    <w:p>
      <w:r>
        <w:rPr>
          <w:b/>
        </w:rPr>
        <w:t xml:space="preserve">[26:17] </w:t>
      </w:r>
      <w:r>
        <w:t>hai us ko janna padega tab aap ke liye is</w:t>
      </w:r>
    </w:p>
    <w:p>
      <w:pPr>
        <w:jc w:val="right"/>
      </w:pPr>
      <w:r>
        <w:t>ہے اس کو جاننا پڑے گا تب آپ کے لیے اس</w:t>
      </w:r>
    </w:p>
    <w:p>
      <w:r>
        <w:rPr>
          <w:b/>
        </w:rPr>
        <w:t xml:space="preserve">[26:24] </w:t>
      </w:r>
      <w:r>
        <w:t>dunya mein koi bari success hogi warna nahi is dunya mein dekhiye barsi ka usool nahi hai is dunya mein realistic approach ka usool hai aap ko haqeeqat pasand banna hoga haqaiq ka etraf karna hoga apni ghalti ko manna hoga dekhiye replanning ki</w:t>
      </w:r>
    </w:p>
    <w:p>
      <w:pPr>
        <w:jc w:val="right"/>
      </w:pPr>
      <w:r>
        <w:t>دنیا میں کوئی بڑی سکسیس ہوگی ورنہ نہیں اس دنیا میں دیکھیے برسی کا اصول نہیں ہے اس دنیا میں ریلسٹک اپروچ کا اصول ہے آپ کو حقیقت پسند بننا ہوگا حقائق کا اعتراف کرنا ہوگا اپنی غلطی کو ماننا ہوگا دیکھیے ری پلاننگ کی</w:t>
      </w:r>
    </w:p>
    <w:p>
      <w:r>
        <w:rPr>
          <w:b/>
        </w:rPr>
        <w:t xml:space="preserve">[26:54] </w:t>
      </w:r>
      <w:r>
        <w:t>kahan se shuru beginning hoti hai i was wrong se hoti hai Adam ne jab kaha ke i</w:t>
      </w:r>
    </w:p>
    <w:p>
      <w:pPr>
        <w:jc w:val="right"/>
      </w:pPr>
      <w:r>
        <w:t>کہاں سے شروع بگننگ ہوتی ہے آئی واز رانگ سے ہوتی ہے آدم نے جب کہا کہ آئی</w:t>
      </w:r>
    </w:p>
    <w:p>
      <w:r>
        <w:rPr>
          <w:b/>
        </w:rPr>
        <w:t xml:space="preserve">[27:02] </w:t>
      </w:r>
      <w:r>
        <w:t>was wrong tab un ko doosra chance diya Allah taala ne ab jo hum duniya mein hain to</w:t>
      </w:r>
    </w:p>
    <w:p>
      <w:pPr>
        <w:jc w:val="right"/>
      </w:pPr>
      <w:r>
        <w:t>واز رانگ تب ان کو دوسرا چانس دیا اللہ تعالیٰ نے اب جو ہم دنیا میں ہیں تو</w:t>
      </w:r>
    </w:p>
    <w:p>
      <w:r>
        <w:rPr>
          <w:b/>
        </w:rPr>
        <w:t xml:space="preserve">[27:10] </w:t>
      </w:r>
      <w:r>
        <w:t>yeh second chance mila hai hum ko tab hain is duniya mein lekin kab mila jab hum ne</w:t>
      </w:r>
    </w:p>
    <w:p>
      <w:pPr>
        <w:jc w:val="right"/>
      </w:pPr>
      <w:r>
        <w:t>یہ سیکنڈ چانس ملا ہے ہم کو تب ہیں اس دنیا میں لیکن کب ملا جب ہم نے</w:t>
      </w:r>
    </w:p>
    <w:p>
      <w:r>
        <w:rPr>
          <w:b/>
        </w:rPr>
        <w:t xml:space="preserve">[27:17] </w:t>
      </w:r>
      <w:r>
        <w:t>jab Adam ne aur Hawa ne etraf kiya dekhiye jab first chance khoya jaye</w:t>
      </w:r>
    </w:p>
    <w:p>
      <w:pPr>
        <w:jc w:val="right"/>
      </w:pPr>
      <w:r>
        <w:t>جب آدم نے اور حوا نے اعتراف کیا دیکھیے جب فرسٹ چانس کھویا جائے</w:t>
      </w:r>
    </w:p>
    <w:p>
      <w:r>
        <w:rPr>
          <w:b/>
        </w:rPr>
        <w:t xml:space="preserve">[27:25] </w:t>
      </w:r>
      <w:r>
        <w:t>to foran kahiye ke i was wrong beware wrong taake doosra chance mile aap ko doosra chance</w:t>
      </w:r>
    </w:p>
    <w:p>
      <w:pPr>
        <w:jc w:val="right"/>
      </w:pPr>
      <w:r>
        <w:t>تو فوراً کہیے کہ آئی واز رانگ بی ویئر رانگ تاکہ دوسرا چانس ملے آپ کو دوسرا چانس</w:t>
      </w:r>
    </w:p>
    <w:p>
      <w:r>
        <w:rPr>
          <w:b/>
        </w:rPr>
        <w:t xml:space="preserve">[27:35] </w:t>
      </w:r>
      <w:r>
        <w:t>na khoya jaye aap se pehli planning fail ho jaye to jaldi se kahiye ke i was wrong</w:t>
      </w:r>
    </w:p>
    <w:p>
      <w:pPr>
        <w:jc w:val="right"/>
      </w:pPr>
      <w:r>
        <w:t>نہ کھویا جائے آپ سے پہلی پلاننگ فیل ہو جائے تو جلدی سے کہیے کہ آئی واز رانگ</w:t>
      </w:r>
    </w:p>
    <w:p>
      <w:r>
        <w:rPr>
          <w:b/>
        </w:rPr>
        <w:t xml:space="preserve">[27:45] </w:t>
      </w:r>
      <w:r>
        <w:t>taake aap ko doosri planning ka mind aap ki taraf paida ho yeh bohat</w:t>
      </w:r>
    </w:p>
    <w:p>
      <w:pPr>
        <w:jc w:val="right"/>
      </w:pPr>
      <w:r>
        <w:t>تاکہ آپ کو دوسری پلاننگ کا مائنڈ آپ کی طرف پیدا ہو یہ بہت</w:t>
      </w:r>
    </w:p>
    <w:p>
      <w:r>
        <w:rPr>
          <w:b/>
        </w:rPr>
        <w:t xml:space="preserve">[27:55] </w:t>
      </w:r>
      <w:r>
        <w:t>zyada important baat hai hatta ke dekhiye ke jo kalma hai pehle us mein law hai phir ala</w:t>
      </w:r>
    </w:p>
    <w:p>
      <w:pPr>
        <w:jc w:val="right"/>
      </w:pPr>
      <w:r>
        <w:t>زیادہ امپورٹنٹ بات ہے حتیٰ کہ دیکھیے کہ جو کلمہ ہے پہلے اس میں لاء ہے پھر الا</w:t>
      </w:r>
    </w:p>
    <w:p>
      <w:r>
        <w:rPr>
          <w:b/>
        </w:rPr>
        <w:t xml:space="preserve">[28:03] </w:t>
      </w:r>
      <w:r>
        <w:t>اللہ آتا ہے پہلے یہ کہنا پڑتا ہے کہ I was wrong تب آپ کو سپر اچیور کی</w:t>
      </w:r>
    </w:p>
    <w:p>
      <w:pPr>
        <w:jc w:val="right"/>
      </w:pPr>
      <w:r>
        <w:t>اللہ آتا ہے پہلے یہ کہنا پڑتا ہے کہ آئی واز رانگ تب آپ کو سپر اچیور کی</w:t>
      </w:r>
    </w:p>
    <w:p>
      <w:r>
        <w:rPr>
          <w:b/>
        </w:rPr>
        <w:t xml:space="preserve">[28:10] </w:t>
      </w:r>
      <w:r>
        <w:t>list mein likha jata hai jo yeh manne ke liye tayar na ho ke maine galti ki</w:t>
      </w:r>
    </w:p>
    <w:p>
      <w:pPr>
        <w:jc w:val="right"/>
      </w:pPr>
      <w:r>
        <w:t>لسٹ میں لکھا جاتا ہے جو یہ ماننے کے لیے تیار نہ ہو کہ میں نے غلطی کی</w:t>
      </w:r>
    </w:p>
    <w:p>
      <w:r>
        <w:rPr>
          <w:b/>
        </w:rPr>
        <w:t xml:space="preserve">[28:18] </w:t>
      </w:r>
      <w:r>
        <w:t>to yaad rakhiye us ko kabhi bhi</w:t>
      </w:r>
    </w:p>
    <w:p>
      <w:pPr>
        <w:jc w:val="right"/>
      </w:pPr>
      <w:r>
        <w:t>تو یاد رکھیے اس کو کبھی بھی</w:t>
      </w:r>
    </w:p>
    <w:p>
      <w:r>
        <w:rPr>
          <w:b/>
        </w:rPr>
        <w:t xml:space="preserve">[28:26] </w:t>
      </w:r>
      <w:r>
        <w:t>history جگہ نہیں ملتی اپنی تو امت مسلمہ کو یہ کہنا پڑے گا کہ Beware, you are wrong. یہ</w:t>
      </w:r>
    </w:p>
    <w:p>
      <w:pPr>
        <w:jc w:val="right"/>
      </w:pPr>
      <w:r>
        <w:t>ہسٹری جگہ نہیں ملتی اپنی تو امت مسلمہ کو یہ کہنا پڑے گا کہ بی ویئر رانگ یہ</w:t>
      </w:r>
    </w:p>
    <w:p>
      <w:r>
        <w:rPr>
          <w:b/>
        </w:rPr>
        <w:t xml:space="preserve">[28:33] </w:t>
      </w:r>
      <w:r>
        <w:t>kehna padega in shikayaton se kuch bhi nahi hoga poori ummat jo hai shikayat kar rahi hai</w:t>
      </w:r>
    </w:p>
    <w:p>
      <w:pPr>
        <w:jc w:val="right"/>
      </w:pPr>
      <w:r>
        <w:t>کہنا پڑے گا ان شکایتوں سے کچھ بھی نہیں ہوگا پوری امت جو ہے شکایت کر رہی ہے</w:t>
      </w:r>
    </w:p>
    <w:p>
      <w:r>
        <w:rPr>
          <w:b/>
        </w:rPr>
        <w:t xml:space="preserve">[28:41] </w:t>
      </w:r>
      <w:r>
        <w:t>doosron ki enemy hai yeh elaan kar rahi hai doosre sazish kar rahe hain yeh shor macha hua</w:t>
      </w:r>
    </w:p>
    <w:p>
      <w:pPr>
        <w:jc w:val="right"/>
      </w:pPr>
      <w:r>
        <w:t>دوسروں کی اینمی ہے یہ اعلان کر رہی ہے دوسرے سازش کر رہے ہیں یہ شور مچا ہوا</w:t>
      </w:r>
    </w:p>
    <w:p>
      <w:r>
        <w:rPr>
          <w:b/>
        </w:rPr>
        <w:t xml:space="preserve">[28:48] </w:t>
      </w:r>
      <w:r>
        <w:t>hai har taraf sare likhne wale aur bolne wale log musalmanon ke</w:t>
      </w:r>
    </w:p>
    <w:p>
      <w:pPr>
        <w:jc w:val="right"/>
      </w:pPr>
      <w:r>
        <w:t>ہے ہر طرف سارے لکھنے والے اور بولنے والے لوگ مسلمانوں کے</w:t>
      </w:r>
    </w:p>
    <w:p>
      <w:r>
        <w:rPr>
          <w:b/>
        </w:rPr>
        <w:t xml:space="preserve">[28:56] </w:t>
      </w:r>
      <w:r>
        <w:t>جتنے لکھنے والے ہیں جتنے بولنے والے ہیں وہ ایک ہی بولی بول رہے ہیں enemy enemy conspiracy</w:t>
      </w:r>
    </w:p>
    <w:p>
      <w:pPr>
        <w:jc w:val="right"/>
      </w:pPr>
      <w:r>
        <w:t>جتنے لکھنے والے ہیں جتنے بولنے والے ہیں وہ ایک ہی بولی بول رہے ہیں اینمی اینمی کاسپیسی</w:t>
      </w:r>
    </w:p>
    <w:p>
      <w:r>
        <w:rPr>
          <w:b/>
        </w:rPr>
        <w:t xml:space="preserve">[29:03] </w:t>
      </w:r>
      <w:r>
        <w:t>conspiracy دیکھیے اس دنیا میں یہ طریقہ ورک نہیں کرے گا نہیں کرے گا نہیں کرے گا دوسروں</w:t>
      </w:r>
    </w:p>
    <w:p>
      <w:pPr>
        <w:jc w:val="right"/>
      </w:pPr>
      <w:r>
        <w:t>کانسپریسی دیکھیے اس دنیا میں یہ طریقہ ورک نہیں کرے گا نہیں کرے گا نہیں کرے گا دوسروں</w:t>
      </w:r>
    </w:p>
    <w:p>
      <w:r>
        <w:rPr>
          <w:b/>
        </w:rPr>
        <w:t xml:space="preserve">[29:11] </w:t>
      </w:r>
      <w:r>
        <w:t>ko shikayat dena doosron ko blame dena doosron ki sazish ka elaan karna doosron ko enemy batana yeh</w:t>
      </w:r>
    </w:p>
    <w:p>
      <w:pPr>
        <w:jc w:val="right"/>
      </w:pPr>
      <w:r>
        <w:t>کو شکایت دینا دوسروں کو بلیم دینا دوسروں کی سازش کا اعلان کرنا دوسروں کو اینمی بتانا یہ</w:t>
      </w:r>
    </w:p>
    <w:p>
      <w:r>
        <w:rPr>
          <w:b/>
        </w:rPr>
        <w:t xml:space="preserve">[29:18] </w:t>
      </w:r>
      <w:r>
        <w:t>work nahi karega</w:t>
      </w:r>
    </w:p>
    <w:p>
      <w:pPr>
        <w:jc w:val="right"/>
      </w:pPr>
      <w:r>
        <w:t>ورک نہیں کرے گا</w:t>
      </w:r>
    </w:p>
    <w:p>
      <w:r>
        <w:rPr>
          <w:b/>
        </w:rPr>
        <w:t xml:space="preserve">[29:26] </w:t>
      </w:r>
      <w:r>
        <w:t>yeh work nahi karega hatta ke dekhiye Hazrat Adam ko jab jo galti hui aur un ko</w:t>
      </w:r>
    </w:p>
    <w:p>
      <w:pPr>
        <w:jc w:val="right"/>
      </w:pPr>
      <w:r>
        <w:t>یہ ورک نہیں کرے گا حتیٰ کہ دیکھیے حضرت آدم کو جب جو غلطی ہوئی اور ان کو</w:t>
      </w:r>
    </w:p>
    <w:p>
      <w:r>
        <w:rPr>
          <w:b/>
        </w:rPr>
        <w:t xml:space="preserve">[29:33] </w:t>
      </w:r>
      <w:r>
        <w:t>جنت سے معلوم ہوئی تو شیطان نے ان کو بہکایا تھا جیسے قرآن میں ہے لیکن کیا حضرت</w:t>
      </w:r>
    </w:p>
    <w:p>
      <w:pPr>
        <w:jc w:val="right"/>
      </w:pPr>
      <w:r>
        <w:t>جنت سے معلوم ہوئی تو شیطان نے ان کو بقایہ تھا جیسے قرآن میں ہے لیکن کیا حضرت</w:t>
      </w:r>
    </w:p>
    <w:p>
      <w:r>
        <w:rPr>
          <w:b/>
        </w:rPr>
        <w:t xml:space="preserve">[29:41] </w:t>
      </w:r>
      <w:r>
        <w:t>Adam shaitan ke khilaf shor o ghalti karne lage. Quran mein khud likha hua hai ke Adam aur</w:t>
      </w:r>
    </w:p>
    <w:p>
      <w:pPr>
        <w:jc w:val="right"/>
      </w:pPr>
      <w:r>
        <w:t>آدم شیطان کے خلاف شور و غلطی کرنے لگے قرآن میں خود لکھا ہوا ہے کہ آدم اور</w:t>
      </w:r>
    </w:p>
    <w:p>
      <w:r>
        <w:rPr>
          <w:b/>
        </w:rPr>
        <w:t xml:space="preserve">[29:48] </w:t>
      </w:r>
      <w:r>
        <w:t>Hawa ko shaitan</w:t>
      </w:r>
    </w:p>
    <w:p>
      <w:pPr>
        <w:jc w:val="right"/>
      </w:pPr>
      <w:r>
        <w:t>حوا کو شیطان</w:t>
      </w:r>
    </w:p>
    <w:p>
      <w:r>
        <w:rPr>
          <w:b/>
        </w:rPr>
        <w:t xml:space="preserve">[29:56] </w:t>
      </w:r>
      <w:r>
        <w:t>نے بقایا کر کے اس پر تیار کیا تھا کہ وہ find between tree کو کھا لیں لیکن</w:t>
      </w:r>
    </w:p>
    <w:p>
      <w:pPr>
        <w:jc w:val="right"/>
      </w:pPr>
      <w:r>
        <w:t>نے بقایہ کر کے اس پر تیار کیا تھا کہ وہ فاڈ بین ٹری کو کھا لیں لیکن</w:t>
      </w:r>
    </w:p>
    <w:p>
      <w:r>
        <w:rPr>
          <w:b/>
        </w:rPr>
        <w:t xml:space="preserve">[30:03] </w:t>
      </w:r>
      <w:r>
        <w:t>jab un ko hosh aaya to aap quran ko parhiye yeh kabhi nahi kiya aisa unhon ne ke</w:t>
      </w:r>
    </w:p>
    <w:p>
      <w:pPr>
        <w:jc w:val="right"/>
      </w:pPr>
      <w:r>
        <w:t>جب ان کو ہوش آیا تو آپ قرآن کو پڑھیے یہ کبھی نہیں کیا ایسا انہوں نے کہ</w:t>
      </w:r>
    </w:p>
    <w:p>
      <w:r>
        <w:rPr>
          <w:b/>
        </w:rPr>
        <w:t xml:space="preserve">[30:11] </w:t>
      </w:r>
      <w:r>
        <w:t>bas shor karein ke shaitan bura hai shaitan bura hai shaitan dushman hai shaitan dushman hai yeh nahi</w:t>
      </w:r>
    </w:p>
    <w:p>
      <w:pPr>
        <w:jc w:val="right"/>
      </w:pPr>
      <w:r>
        <w:t>بس شور کریں کہ شیطان برا ہے شیطان برا ہے شیطان دشمن ہے شیطان دشمن ہے یہ نہیں</w:t>
      </w:r>
    </w:p>
    <w:p>
      <w:r>
        <w:rPr>
          <w:b/>
        </w:rPr>
        <w:t xml:space="preserve">[30:18] </w:t>
      </w:r>
      <w:r>
        <w:t>kiya unhon ne bohat anokhi misaal hai yeh ke agarche quran ki shahadat ke mutabiq shi</w:t>
      </w:r>
    </w:p>
    <w:p>
      <w:pPr>
        <w:jc w:val="right"/>
      </w:pPr>
      <w:r>
        <w:t>کیا انہوں نے بہت انوکھی مثال ہے یہ کہ اگرچہ قرآن کی شہادت کے مطابق شی</w:t>
      </w:r>
    </w:p>
    <w:p>
      <w:r>
        <w:rPr>
          <w:b/>
        </w:rPr>
        <w:t xml:space="preserve">[30:26] </w:t>
      </w:r>
      <w:r>
        <w:t>tan ne un ko baqaya tha fazlullahma baghroor shaitan ne baqaya tha un ko lekin jab un</w:t>
      </w:r>
    </w:p>
    <w:p>
      <w:pPr>
        <w:jc w:val="right"/>
      </w:pPr>
      <w:r>
        <w:t>طان نے ان کو بقایہ تھا فضل اللہما بغرور شیطان نے بقایہ تھا ان کو لیکن جب ان</w:t>
      </w:r>
    </w:p>
    <w:p>
      <w:r>
        <w:rPr>
          <w:b/>
        </w:rPr>
        <w:t xml:space="preserve">[30:34] </w:t>
      </w:r>
      <w:r>
        <w:t>ko hosh aaya to yeh kaam nahi kiya unhon ne ke shaitan dushman hai shaitan mere khilaf sazish</w:t>
      </w:r>
    </w:p>
    <w:p>
      <w:pPr>
        <w:jc w:val="right"/>
      </w:pPr>
      <w:r>
        <w:t>کو ہوش آیا تو یہ کام نہیں کیا انہوں نے کہ شیطان دشمن ہے شیطان میرے خلاف سازش</w:t>
      </w:r>
    </w:p>
    <w:p>
      <w:r>
        <w:rPr>
          <w:b/>
        </w:rPr>
        <w:t xml:space="preserve">[30:43] </w:t>
      </w:r>
      <w:r>
        <w:t>kiya is ne mujh ko shaitan ne yeh sab is mein is ghalati mein dala kuch nahi kiya</w:t>
      </w:r>
    </w:p>
    <w:p>
      <w:pPr>
        <w:jc w:val="right"/>
      </w:pPr>
      <w:r>
        <w:t>کیا اس نے مجھ کو شیطان نے یہ سب اس میں اس غلطی میں ڈالا کچھ نہیں کیا</w:t>
      </w:r>
    </w:p>
    <w:p>
      <w:r>
        <w:rPr>
          <w:b/>
        </w:rPr>
        <w:t xml:space="preserve">[30:51] </w:t>
      </w:r>
      <w:r>
        <w:t>unhon ne aap quran ko parh lijiye apni ghalati ko maana apni ghalati ko maana</w:t>
      </w:r>
    </w:p>
    <w:p>
      <w:pPr>
        <w:jc w:val="right"/>
      </w:pPr>
      <w:r>
        <w:t>انہوں نے آپ قرآن کو پڑھ لیجیے اپنی غلطی کو مانا اپنی غلطی کو مانا</w:t>
      </w:r>
    </w:p>
    <w:p>
      <w:r>
        <w:rPr>
          <w:b/>
        </w:rPr>
        <w:t xml:space="preserve">[31:00] </w:t>
      </w:r>
      <w:r>
        <w:t>تو حضرت آدم نے یہ ایک ایک ایک example سیٹ کیا کہ اگر قرآن کی شہادت کے مطابق</w:t>
      </w:r>
    </w:p>
    <w:p>
      <w:pPr>
        <w:jc w:val="right"/>
      </w:pPr>
      <w:r>
        <w:t>تو حضرت آدم نے یہ ایک ایک ایک ایگزیمپل سیٹ کیا کہ اگر قرآن کی شہادت کے مطابق</w:t>
      </w:r>
    </w:p>
    <w:p>
      <w:r>
        <w:rPr>
          <w:b/>
        </w:rPr>
        <w:t xml:space="preserve">[31:10] </w:t>
      </w:r>
      <w:r>
        <w:t>bhi agar tumhara koi dushman ho tab bhi dushman dushman chalao apni ghalati ko mano aap quran ko</w:t>
      </w:r>
    </w:p>
    <w:p>
      <w:pPr>
        <w:jc w:val="right"/>
      </w:pPr>
      <w:r>
        <w:t>بھی اگر تمہارا کوئی دشمن ہو تب بھی دشمن دشمن چلاؤ اپنی غلطی کو مانو آپ قرآن کو</w:t>
      </w:r>
    </w:p>
    <w:p>
      <w:r>
        <w:rPr>
          <w:b/>
        </w:rPr>
        <w:t xml:space="preserve">[31:20] </w:t>
      </w:r>
      <w:r>
        <w:t>is nazar se parhiye quran khule tor par ailaan kiya gaya quran majeed mein ke adam aur hawa ne</w:t>
      </w:r>
    </w:p>
    <w:p>
      <w:pPr>
        <w:jc w:val="right"/>
      </w:pPr>
      <w:r>
        <w:t>اس نظر سے پڑھیے قرآن کھلے طور پر اعلان کیا گیا قرآن مجید میں کہ آدم اور حوا نے</w:t>
      </w:r>
    </w:p>
    <w:p>
      <w:r>
        <w:rPr>
          <w:b/>
        </w:rPr>
        <w:t xml:space="preserve">[31:30] </w:t>
      </w:r>
      <w:r>
        <w:t>jo forbidden tree ko kha liya tha us ka phal to yeh shaitan ne un ko baqaya tha lekin sare quran mein jhoot daliye kahin bhi nahi paayenge aap ke adam aur hawa mil kar ke shor machayein ke shaitan dushman hai shaitan bura hai shaitan ne sazish ki sare quran mein kahin aap nahi paayenge aisa is ke bar aks khud unho ne toba kiya apni ghalti ko mana apni ghalti ka elaan</w:t>
      </w:r>
    </w:p>
    <w:p>
      <w:pPr>
        <w:jc w:val="right"/>
      </w:pPr>
      <w:r>
        <w:t>جو فاڈ بین ٹری کو کھا لیا تھا اس کا پھل تو یہ شیطان نے ان کو بقایہ تھا لیکن سارے قرآن میں جھوٹ ڈالیے کہیں بھی نہیں پائیں گے آپ کہ آدم اور حوا مل کر کے شور مچائیں کہ شیطان دشمن ہے شیطان برا ہے شیطان نے سازش کی سارے قرآن میں کہیں آپ نہیں پائیں گے ایسا اس کے برعکس خود انہوں نے توبہ کیا اپنی غلطی کو مانا اپنی غلطی کا اعلان</w:t>
      </w:r>
    </w:p>
    <w:p>
      <w:r>
        <w:rPr>
          <w:b/>
        </w:rPr>
        <w:t xml:space="preserve">[32:00] </w:t>
      </w:r>
      <w:r>
        <w:t>کیا یعنی I was wrong کہا انہوں نے یعنی Satan is wrong نہیں کہا I was wrong یہ</w:t>
      </w:r>
    </w:p>
    <w:p>
      <w:pPr>
        <w:jc w:val="right"/>
      </w:pPr>
      <w:r>
        <w:t>کیا یعنی آئی واز رانگ کہا انہوں نے یعنی سیٹرن از رانگ نہیں کہا آئی واز رانگ یہ</w:t>
      </w:r>
    </w:p>
    <w:p>
      <w:r>
        <w:rPr>
          <w:b/>
        </w:rPr>
        <w:t xml:space="preserve">[32:07] </w:t>
      </w:r>
      <w:r>
        <w:t>bohat bari misaal hai yeh aap sare quran ko aik baar isi nazar se parhiye ke kiya adam</w:t>
      </w:r>
    </w:p>
    <w:p>
      <w:pPr>
        <w:jc w:val="right"/>
      </w:pPr>
      <w:r>
        <w:t>بہت بڑی مثال ہے یہ آپ سارے قرآن کو ایک بار اسی نظر سے پڑھیے کہ کیا آدم</w:t>
      </w:r>
    </w:p>
    <w:p>
      <w:r>
        <w:rPr>
          <w:b/>
        </w:rPr>
        <w:t xml:space="preserve">[32:15] </w:t>
      </w:r>
      <w:r>
        <w:t>ne baith kar yeh ailaan kiya tha ke saturn is wrong saturn is our enemy sare quran mein</w:t>
      </w:r>
    </w:p>
    <w:p>
      <w:pPr>
        <w:jc w:val="right"/>
      </w:pPr>
      <w:r>
        <w:t>نے بیٹھ کر یہ اعلان کیا تھا کہ سیٹرن از رانگ سیٹرن از اور اینمی سارے قرآن میں</w:t>
      </w:r>
    </w:p>
    <w:p>
      <w:r>
        <w:rPr>
          <w:b/>
        </w:rPr>
        <w:t xml:space="preserve">[32:22] </w:t>
      </w:r>
      <w:r>
        <w:t>aise jhoot dhoondhiye</w:t>
      </w:r>
    </w:p>
    <w:p>
      <w:pPr>
        <w:jc w:val="right"/>
      </w:pPr>
      <w:r>
        <w:t>ایسے جھوٹ ڈھونڈیے</w:t>
      </w:r>
    </w:p>
    <w:p>
      <w:r>
        <w:rPr>
          <w:b/>
        </w:rPr>
        <w:t xml:space="preserve">[32:30] </w:t>
      </w:r>
      <w:r>
        <w:t>jis mein yeh yeh ho ke Hazrat adam aur hawa baith kar yeh ailaan karein ke shaitan hamara</w:t>
      </w:r>
    </w:p>
    <w:p>
      <w:pPr>
        <w:jc w:val="right"/>
      </w:pPr>
      <w:r>
        <w:t>جس میں یہ یہ ہو کہ حضرت آدم اور حوا بیٹھ کر یہ اعلان کریں کہ شیطان ہمارا</w:t>
      </w:r>
    </w:p>
    <w:p>
      <w:r>
        <w:rPr>
          <w:b/>
        </w:rPr>
        <w:t xml:space="preserve">[32:38] </w:t>
      </w:r>
      <w:r>
        <w:t>dushman hai shaitan ne hamare khilaf sazish ki shaitan ne hum ko jannat se mehroom kiya aik bhi</w:t>
      </w:r>
    </w:p>
    <w:p>
      <w:pPr>
        <w:jc w:val="right"/>
      </w:pPr>
      <w:r>
        <w:t>دشمن ہے شیطان نے ہمارے خلاف سازش کی شیطان نے ہم کو جنت سے محروم کیا ایک بھی</w:t>
      </w:r>
    </w:p>
    <w:p>
      <w:r>
        <w:rPr>
          <w:b/>
        </w:rPr>
        <w:t xml:space="preserve">[32:45] </w:t>
      </w:r>
      <w:r>
        <w:t>aayat nahi paayenge aap is ke bar aks unhon ne khud apni ghalati ko maana ab khud toba</w:t>
      </w:r>
    </w:p>
    <w:p>
      <w:pPr>
        <w:jc w:val="right"/>
      </w:pPr>
      <w:r>
        <w:t>آیت نہیں پائیں گے آپ اس کے برعکس انہوں نے خود اپنی غلطی کو مانا اب خود توبہ</w:t>
      </w:r>
    </w:p>
    <w:p>
      <w:r>
        <w:rPr>
          <w:b/>
        </w:rPr>
        <w:t xml:space="preserve">[32:53] </w:t>
      </w:r>
      <w:r>
        <w:t>kiya khud Allah se dua ki</w:t>
      </w:r>
    </w:p>
    <w:p>
      <w:pPr>
        <w:jc w:val="right"/>
      </w:pPr>
      <w:r>
        <w:t>کیا خود اللہ سے دعا کی</w:t>
      </w:r>
    </w:p>
    <w:p>
      <w:r>
        <w:rPr>
          <w:b/>
        </w:rPr>
        <w:t xml:space="preserve">[33:00] </w:t>
      </w:r>
      <w:r>
        <w:t>aap isi aik cheez ko parh kar ke quran ka mutalia kijiye aur dekhiye to aaj sari ummat</w:t>
      </w:r>
    </w:p>
    <w:p>
      <w:pPr>
        <w:jc w:val="right"/>
      </w:pPr>
      <w:r>
        <w:t>آپ اسی ایک چیز کو پڑھ کر کے قرآن کا مطالعہ کیجیے اور دیکھیے تو آج ساری امت</w:t>
      </w:r>
    </w:p>
    <w:p>
      <w:r>
        <w:rPr>
          <w:b/>
        </w:rPr>
        <w:t xml:space="preserve">[33:08] </w:t>
      </w:r>
      <w:r>
        <w:t>jo hai quran se hati hui hai kyunke woh doosron ke bare mein ailaan kar rahi hai falan</w:t>
      </w:r>
    </w:p>
    <w:p>
      <w:pPr>
        <w:jc w:val="right"/>
      </w:pPr>
      <w:r>
        <w:t>جو ہے قرآن سے ہٹی ہوئی ہے کیونکہ وہ دوسروں کے بارے میں اعلان کر رہی ہے فلاں</w:t>
      </w:r>
    </w:p>
    <w:p>
      <w:r>
        <w:rPr>
          <w:b/>
        </w:rPr>
        <w:t xml:space="preserve">[33:16] </w:t>
      </w:r>
      <w:r>
        <w:t>dushman hai falan sazishi hai yahi kar rahe hain sare musalman yahi kar rahe hain one to all</w:t>
      </w:r>
    </w:p>
    <w:p>
      <w:pPr>
        <w:jc w:val="right"/>
      </w:pPr>
      <w:r>
        <w:t>دشمن ہے فلاں سازشی ہے یہی کر رہے ہیں سارے مسلمان یہی کر رہے ہیں ون ٹو آل</w:t>
      </w:r>
    </w:p>
    <w:p>
      <w:r>
        <w:rPr>
          <w:b/>
        </w:rPr>
        <w:t xml:space="preserve">[33:23] </w:t>
      </w:r>
      <w:r>
        <w:t>to hum ko aik kiya karna hai ke hum ko apni ghalati ko daryaft karna hai aur</w:t>
      </w:r>
    </w:p>
    <w:p>
      <w:pPr>
        <w:jc w:val="right"/>
      </w:pPr>
      <w:r>
        <w:t>تو ہم کو ایک کیا کرنا ہے کہ ہم کو اپنی غلطی کو دریافت کرنا ہے اور</w:t>
      </w:r>
    </w:p>
    <w:p>
      <w:r>
        <w:rPr>
          <w:b/>
        </w:rPr>
        <w:t xml:space="preserve">[33:31] </w:t>
      </w:r>
      <w:r>
        <w:t>اوپنلی اعلان کرنا ہے کہ beware wrong beware wrong چاہے وہ پاکستان ہو چاہے فلسطین ہو</w:t>
      </w:r>
    </w:p>
    <w:p>
      <w:pPr>
        <w:jc w:val="right"/>
      </w:pPr>
      <w:r>
        <w:t>اوپنلی اعلان کرنا ہے کہ بی ویئر رانگ بی ویئر رانگ چاہے وہ پاکستان ہو چاہے فلسطین ہو</w:t>
      </w:r>
    </w:p>
    <w:p>
      <w:r>
        <w:rPr>
          <w:b/>
        </w:rPr>
        <w:t xml:space="preserve">[33:39] </w:t>
      </w:r>
      <w:r>
        <w:t>chahe kashmir ho chahe kahin ke musalman hon openly unhein ailaan karna hai ke be wear wrong tab</w:t>
      </w:r>
    </w:p>
    <w:p>
      <w:pPr>
        <w:jc w:val="right"/>
      </w:pPr>
      <w:r>
        <w:t>چاہے کشمیر ہو چاہے کہیں کے مسلمان ہوں اوپنلی انہیں اعلان کرنا ہے کہ بی ویئر رانگ تب</w:t>
      </w:r>
    </w:p>
    <w:p>
      <w:r>
        <w:rPr>
          <w:b/>
        </w:rPr>
        <w:t xml:space="preserve">[33:46] </w:t>
      </w:r>
      <w:r>
        <w:t>Allah ki rehmat ka darwaza khulega jaise adam par khula yaani adam ka qissa jo quran mein</w:t>
      </w:r>
    </w:p>
    <w:p>
      <w:pPr>
        <w:jc w:val="right"/>
      </w:pPr>
      <w:r>
        <w:t>اللہ کی رحمت کا دروازہ کھلے گا جیسے آدم پر کھلا یعنی آدم کا قصہ جو قرآن میں</w:t>
      </w:r>
    </w:p>
    <w:p>
      <w:r>
        <w:rPr>
          <w:b/>
        </w:rPr>
        <w:t xml:space="preserve">[33:54] </w:t>
      </w:r>
      <w:r>
        <w:t>hai woh bata raha hai ke pehle apni ghalati ka ailaan karo p</w:t>
      </w:r>
    </w:p>
    <w:p>
      <w:pPr>
        <w:jc w:val="right"/>
      </w:pPr>
      <w:r>
        <w:t>ہے وہ بتا رہا ہے کہ پہلے اپنی غلطی کا اعلان کرو پ</w:t>
      </w:r>
    </w:p>
    <w:p>
      <w:r>
        <w:rPr>
          <w:b/>
        </w:rPr>
        <w:t xml:space="preserve">[34:01] </w:t>
      </w:r>
      <w:r>
        <w:t>har Allah ki rehmat ka darwaza tumhare liye khulega aur jab tak tum apni ghalati ka ailaan</w:t>
      </w:r>
    </w:p>
    <w:p>
      <w:pPr>
        <w:jc w:val="right"/>
      </w:pPr>
      <w:r>
        <w:t>ھر اللہ کی رحمت کا دروازہ تمہارے لیے کھلے گا اور جب تک تم اپنی غلطی کا اعلان</w:t>
      </w:r>
    </w:p>
    <w:p>
      <w:r>
        <w:rPr>
          <w:b/>
        </w:rPr>
        <w:t xml:space="preserve">[34:09] </w:t>
      </w:r>
      <w:r>
        <w:t>nahi karoge darwaza band rahega band rahega band rahega to aap Allah ke jo</w:t>
      </w:r>
    </w:p>
    <w:p>
      <w:pPr>
        <w:jc w:val="right"/>
      </w:pPr>
      <w:r>
        <w:t>نہیں کرو گے دروازہ بند رہے گا بند رہے گا بند رہے گا تو آپ اللہ کے جو</w:t>
      </w:r>
    </w:p>
    <w:p>
      <w:r>
        <w:rPr>
          <w:b/>
        </w:rPr>
        <w:t xml:space="preserve">[34:17] </w:t>
      </w:r>
      <w:r>
        <w:t>scheme of things hain us ko samjhiye Allah ki jo planning hai us ko samjhiye jo law of</w:t>
      </w:r>
    </w:p>
    <w:p>
      <w:pPr>
        <w:jc w:val="right"/>
      </w:pPr>
      <w:r>
        <w:t>اسکیم آف تھنگز ہیں اس کو سمجھیے اللہ کی جو پلاننگ ہے اس کو سمجھیے جو لاء آف</w:t>
      </w:r>
    </w:p>
    <w:p>
      <w:r>
        <w:rPr>
          <w:b/>
        </w:rPr>
        <w:t xml:space="preserve">[34:25] </w:t>
      </w:r>
      <w:r>
        <w:t>nechar hai is ko samjhiye</w:t>
      </w:r>
    </w:p>
    <w:p>
      <w:pPr>
        <w:jc w:val="right"/>
      </w:pPr>
      <w:r>
        <w:t>نیچر ہے اس کو سمجھیے</w:t>
      </w:r>
    </w:p>
    <w:p>
      <w:r>
        <w:rPr>
          <w:b/>
        </w:rPr>
        <w:t xml:space="preserve">[34:33] </w:t>
      </w:r>
      <w:r>
        <w:t>aur mujhe khushi hai woh yeh ke bombay ki team mein jab unhon ne yani wahan aik aik</w:t>
      </w:r>
    </w:p>
    <w:p>
      <w:pPr>
        <w:jc w:val="right"/>
      </w:pPr>
      <w:r>
        <w:t>اور مجھے خوشی ہے وہ یہ کہ بمبئی کی ٹیم میں جب انہوں نے یعنی وہاں ایک ایک</w:t>
      </w:r>
    </w:p>
    <w:p>
      <w:r>
        <w:rPr>
          <w:b/>
        </w:rPr>
        <w:t xml:space="preserve">[34:40] </w:t>
      </w:r>
      <w:r>
        <w:t>aik organization hai is ne baqayda program banaya aur invite kiya aur hamare log yahan se bombay rawana</w:t>
      </w:r>
    </w:p>
    <w:p>
      <w:pPr>
        <w:jc w:val="right"/>
      </w:pPr>
      <w:r>
        <w:t>ایک آرگنائزیشن ہے اس نے باقاعدہ پروگرام بنایا اور انوائٹ کیا اور ہمارے لوگ یہاں سے بمبئی روانہ</w:t>
      </w:r>
    </w:p>
    <w:p>
      <w:r>
        <w:rPr>
          <w:b/>
        </w:rPr>
        <w:t xml:space="preserve">[34:48] </w:t>
      </w:r>
      <w:r>
        <w:t>ho gaye ticket le kar phir unhon ne cancel kar diya to main ne unhein koi hidayat nahi</w:t>
      </w:r>
    </w:p>
    <w:p>
      <w:pPr>
        <w:jc w:val="right"/>
      </w:pPr>
      <w:r>
        <w:t>ہو گئے ٹکٹ لے کر پھر انہوں نے کینسل کر دیا تو میں نے انہیں کوئی ہدایت نہیں</w:t>
      </w:r>
    </w:p>
    <w:p>
      <w:r>
        <w:rPr>
          <w:b/>
        </w:rPr>
        <w:t xml:space="preserve">[34:55] </w:t>
      </w:r>
      <w:r>
        <w:t>di thi mujhe khushi hai ke unhon ne khud se faisla kiya ke hamein yeh</w:t>
      </w:r>
    </w:p>
    <w:p>
      <w:pPr>
        <w:jc w:val="right"/>
      </w:pPr>
      <w:r>
        <w:t>دی تھی مجھے خوشی ہے کہ انہوں نے خود سے فیصلہ کیا کہ ہمیں یہ</w:t>
      </w:r>
    </w:p>
    <w:p>
      <w:r>
        <w:rPr>
          <w:b/>
        </w:rPr>
        <w:t xml:space="preserve">[35:03] </w:t>
      </w:r>
      <w:r>
        <w:t>blame culture ko nahi chalana hai complaint culture ko nahi chalana hai balke khud planning ki bajaye is</w:t>
      </w:r>
    </w:p>
    <w:p>
      <w:pPr>
        <w:jc w:val="right"/>
      </w:pPr>
      <w:r>
        <w:t>بلیم کلچر کو نہیں چلانا ہے کمپلینٹ کلچر کو نہیں چلانا ہے بلکہ خود پلاننگ کی بجائے اس</w:t>
      </w:r>
    </w:p>
    <w:p>
      <w:r>
        <w:rPr>
          <w:b/>
        </w:rPr>
        <w:t xml:space="preserve">[35:11] </w:t>
      </w:r>
      <w:r>
        <w:t>ke ke woh un logon ke khilaf bura bhala kehte khud socha ke hum kaise planning karein aur</w:t>
      </w:r>
    </w:p>
    <w:p>
      <w:pPr>
        <w:jc w:val="right"/>
      </w:pPr>
      <w:r>
        <w:t>کے کہ وہ ان لوگوں کے خلاف برا بھلا کہتے خود سوچا کہ ہم کیسے پلاننگ کریں اور</w:t>
      </w:r>
    </w:p>
    <w:p>
      <w:r>
        <w:rPr>
          <w:b/>
        </w:rPr>
        <w:t xml:space="preserve">[35:19] </w:t>
      </w:r>
      <w:r>
        <w:t>aik din ke andar unhon ne poora plan kar dala aur yahan se kai log gaye wahan program</w:t>
      </w:r>
    </w:p>
    <w:p>
      <w:pPr>
        <w:jc w:val="right"/>
      </w:pPr>
      <w:r>
        <w:t>ایک دن کے اندر انہوں نے پورا پلان کر ڈالا اور یہاں سے کئی لوگ گئے وہاں پروگرام</w:t>
      </w:r>
    </w:p>
    <w:p>
      <w:r>
        <w:rPr>
          <w:b/>
        </w:rPr>
        <w:t xml:space="preserve">[35:27] </w:t>
      </w:r>
      <w:r>
        <w:t>hua bohat hi kamyab program hua mashallah</w:t>
      </w:r>
    </w:p>
    <w:p>
      <w:pPr>
        <w:jc w:val="right"/>
      </w:pPr>
      <w:r>
        <w:t>ہوا بہت ہی کامیاب پروگرام ہوا ماشاءاللہ</w:t>
      </w:r>
    </w:p>
    <w:p>
      <w:r>
        <w:rPr>
          <w:b/>
        </w:rPr>
        <w:t xml:space="preserve">[35:35] </w:t>
      </w:r>
      <w:r>
        <w:t>to poori ummat ko yahi karna hai chahe kashmir ho chahe falasteen ho chahe pakistan ho sab ko</w:t>
      </w:r>
    </w:p>
    <w:p>
      <w:pPr>
        <w:jc w:val="right"/>
      </w:pPr>
      <w:r>
        <w:t>تو پوری امت کو یہی کرنا ہے چاہے کشمیر ہو چاہے فلسطین ہو چاہے پاکستان ہو سب کو</w:t>
      </w:r>
    </w:p>
    <w:p>
      <w:r>
        <w:rPr>
          <w:b/>
        </w:rPr>
        <w:t xml:space="preserve">[35:45] </w:t>
      </w:r>
      <w:r>
        <w:t>یہی کرنا ہے کہ اپنے وہ re-planning کریں شور و غلطی چھوڑیں blame others کے کانٹے چھوڑیں</w:t>
      </w:r>
    </w:p>
    <w:p>
      <w:pPr>
        <w:jc w:val="right"/>
      </w:pPr>
      <w:r>
        <w:t>یہی کرنا ہے کہ اپنے وہ ری پلاننگ کریں شور و غلطی چھوڑیں بلیم آدرس کے کانٹے چھوڑیں</w:t>
      </w:r>
    </w:p>
    <w:p>
      <w:r>
        <w:rPr>
          <w:b/>
        </w:rPr>
        <w:t xml:space="preserve">[35:56] </w:t>
      </w:r>
      <w:r>
        <w:t>dusron ko bura bhala kehna dusron ke khilaf larai chherna dusron ke khilaf society bombing karna yeh sab chhoden</w:t>
      </w:r>
    </w:p>
    <w:p>
      <w:pPr>
        <w:jc w:val="right"/>
      </w:pPr>
      <w:r>
        <w:t>دوسروں کو برا بھلا کہنا دوسروں کے خلاف لڑائی چھیڑنا دوسروں کے خلاف سوسائٹ بمبنگ کرنا یہ سب چھوڑیں</w:t>
      </w:r>
    </w:p>
    <w:p>
      <w:r>
        <w:rPr>
          <w:b/>
        </w:rPr>
        <w:t xml:space="preserve">[36:07] </w:t>
      </w:r>
      <w:r>
        <w:t>dusron ke khilaf society bombing aap aik hazar saal tak karte rahiye kuch nahi hone wala hai dusron</w:t>
      </w:r>
    </w:p>
    <w:p>
      <w:pPr>
        <w:jc w:val="right"/>
      </w:pPr>
      <w:r>
        <w:t>دوسروں کے خلاف سوسائٹ بمبنگ آپ ایک ہزار سال تک کرتے رہیے کچھ نہیں ہونے والا ہے دوسروں</w:t>
      </w:r>
    </w:p>
    <w:p>
      <w:r>
        <w:rPr>
          <w:b/>
        </w:rPr>
        <w:t xml:space="preserve">[36:15] </w:t>
      </w:r>
      <w:r>
        <w:t>ke khilaf gun culture aur bomb culture aap hazar saal tak chalate rahiye kuch nahi hone wala hai</w:t>
      </w:r>
    </w:p>
    <w:p>
      <w:pPr>
        <w:jc w:val="right"/>
      </w:pPr>
      <w:r>
        <w:t>کے خلاف گن کلچر اور بم کلچر آپ ہزار سال تک چلاتے رہیے کچھ نہیں ہونے والا ہے</w:t>
      </w:r>
    </w:p>
    <w:p>
      <w:r>
        <w:rPr>
          <w:b/>
        </w:rPr>
        <w:t xml:space="preserve">[36:23] </w:t>
      </w:r>
      <w:r>
        <w:t>kuch nahi hone wala hai aap ko apni ghalti ka etraf karna hai tab allah ki rehmat aap</w:t>
      </w:r>
    </w:p>
    <w:p>
      <w:pPr>
        <w:jc w:val="right"/>
      </w:pPr>
      <w:r>
        <w:t>کچھ نہیں ہونے والا ہے آپ کو اپنی غلطی کا اعتراف کرنا ہے تب اللہ کی رحمت آپ</w:t>
      </w:r>
    </w:p>
    <w:p>
      <w:r>
        <w:rPr>
          <w:b/>
        </w:rPr>
        <w:t xml:space="preserve">[36:31] </w:t>
      </w:r>
      <w:r>
        <w:t>ki taraf lote gi yeh masla allah ki rehmat ko dobara</w:t>
      </w:r>
    </w:p>
    <w:p>
      <w:pPr>
        <w:jc w:val="right"/>
      </w:pPr>
      <w:r>
        <w:t>کی طرف لوٹے گی یہ مسئلہ اللہ کی رحمت کو دوبارہ</w:t>
      </w:r>
    </w:p>
    <w:p>
      <w:r>
        <w:rPr>
          <w:b/>
        </w:rPr>
        <w:t xml:space="preserve">[36:39] </w:t>
      </w:r>
      <w:r>
        <w:t>invoke karna hai yeh jo masla ummat muslima ka hai dusron ke khilaf dusron ko blame dene ka</w:t>
      </w:r>
    </w:p>
    <w:p>
      <w:pPr>
        <w:jc w:val="right"/>
      </w:pPr>
      <w:r>
        <w:t>انووک کرنا ہے یہ جو مسئلہ امت مسلمہ کا ہے دوسروں کے خلاف دوسروں کو بلیم دینے کا</w:t>
      </w:r>
    </w:p>
    <w:p>
      <w:r>
        <w:rPr>
          <w:b/>
        </w:rPr>
        <w:t xml:space="preserve">[36:47] </w:t>
      </w:r>
      <w:r>
        <w:t>nahi hai dusron ke khilaf society bombing karne ka nahi hai jis masle se ummat muslima dochar hai</w:t>
      </w:r>
    </w:p>
    <w:p>
      <w:pPr>
        <w:jc w:val="right"/>
      </w:pPr>
      <w:r>
        <w:t>نہیں ہے دوسروں کے خلاف سوسائٹ بمبنگ کرنے کا نہیں ہے جس مسئلے سے امت مسلمہ دوچار ہے</w:t>
      </w:r>
    </w:p>
    <w:p>
      <w:r>
        <w:rPr>
          <w:b/>
        </w:rPr>
        <w:t xml:space="preserve">[36:54] </w:t>
      </w:r>
      <w:r>
        <w:t>woh dusron ke khilaf society bombing karne se kuch bhi is farq nahi padne wala hai yeh masla</w:t>
      </w:r>
    </w:p>
    <w:p>
      <w:pPr>
        <w:jc w:val="right"/>
      </w:pPr>
      <w:r>
        <w:t>وہ دوسروں کے خلاف سوسائٹ بمبنگ کرنے سے کچھ بھی اس فرق نہیں پڑنے والا ہے یہ مسئلہ</w:t>
      </w:r>
    </w:p>
    <w:p>
      <w:r>
        <w:rPr>
          <w:b/>
        </w:rPr>
        <w:t xml:space="preserve">[37:02] </w:t>
      </w:r>
      <w:r>
        <w:t>hai allah ki</w:t>
      </w:r>
    </w:p>
    <w:p>
      <w:pPr>
        <w:jc w:val="right"/>
      </w:pPr>
      <w:r>
        <w:t>ہے اللہ کی</w:t>
      </w:r>
    </w:p>
    <w:p>
      <w:r>
        <w:rPr>
          <w:b/>
        </w:rPr>
        <w:t xml:space="preserve">[37:09] </w:t>
      </w:r>
      <w:r>
        <w:t>rehmat dobara aap ki taraf lote is ka hai allah ki madad dobara aap ki taraf aaye is</w:t>
      </w:r>
    </w:p>
    <w:p>
      <w:pPr>
        <w:jc w:val="right"/>
      </w:pPr>
      <w:r>
        <w:t>رحمت دوبارہ آپ کی طرف لوٹے اس کا ہے اللہ کی مدد دوبارہ آپ کی طرف آئے اس</w:t>
      </w:r>
    </w:p>
    <w:p>
      <w:r>
        <w:rPr>
          <w:b/>
        </w:rPr>
        <w:t xml:space="preserve">[37:20] </w:t>
      </w:r>
      <w:r>
        <w:t>ka hai aur woh tauba se hoti hai koi doosra rasta nahi hai tauba ka mani hota hai</w:t>
      </w:r>
    </w:p>
    <w:p>
      <w:pPr>
        <w:jc w:val="right"/>
      </w:pPr>
      <w:r>
        <w:t>کا ہے اور وہ توبہ سے ہوتی ہے کوئی دوسرا راستہ نہیں ہے توبہ کا معنی ہوتا ہے</w:t>
      </w:r>
    </w:p>
    <w:p>
      <w:r>
        <w:rPr>
          <w:b/>
        </w:rPr>
        <w:t xml:space="preserve">[37:31] </w:t>
      </w:r>
      <w:r>
        <w:t>apni ghalti ko manna to sara mamla yahan atka hua hai ke allah ki rehmat dobara aap ki taraf lote</w:t>
      </w:r>
    </w:p>
    <w:p>
      <w:pPr>
        <w:jc w:val="right"/>
      </w:pPr>
      <w:r>
        <w:t>اپنی غلطی کو ماننا تو سارا معاملہ یہاں اٹکا ہوا ہے کہ اللہ کی رحمت دوبارہ آپ کی طرف لوٹے</w:t>
      </w:r>
    </w:p>
    <w:p>
      <w:r>
        <w:rPr>
          <w:b/>
        </w:rPr>
        <w:t xml:space="preserve">[37:41] </w:t>
      </w:r>
      <w:r>
        <w:t>aur yeh kab hoga yeh harghiz harghiz dusron ke khilaf shor o ghalti karne se nahi hoga dusron</w:t>
      </w:r>
    </w:p>
    <w:p>
      <w:pPr>
        <w:jc w:val="right"/>
      </w:pPr>
      <w:r>
        <w:t>اور یہ کب ہوگا یہ ہرگز ہرگز دوسروں کے خلاف شور و غلطی کرنے سے نہیں ہوگا دوسروں</w:t>
      </w:r>
    </w:p>
    <w:p>
      <w:r>
        <w:rPr>
          <w:b/>
        </w:rPr>
        <w:t xml:space="preserve">[37:49] </w:t>
      </w:r>
      <w:r>
        <w:t>ko bura batane se nahi hoga dusron ko dushman hain ailan karne se nahi hoga apni ghalti ko</w:t>
      </w:r>
    </w:p>
    <w:p>
      <w:pPr>
        <w:jc w:val="right"/>
      </w:pPr>
      <w:r>
        <w:t>کو برا بتانے سے نہیں ہوگا دوسروں کو دشمن ہیں اعلان کرنے سے نہیں ہوگا اپنی غلطی کو</w:t>
      </w:r>
    </w:p>
    <w:p>
      <w:r>
        <w:rPr>
          <w:b/>
        </w:rPr>
        <w:t xml:space="preserve">[37:56] </w:t>
      </w:r>
      <w:r>
        <w:t>mannane se hoga be aware wrong kehne se hoga aur dil se kehna hoga dil se dil se</w:t>
      </w:r>
    </w:p>
    <w:p>
      <w:pPr>
        <w:jc w:val="right"/>
      </w:pPr>
      <w:r>
        <w:t>ماننے سے ہوگا بی ویئر رانگ کہنے سے ہوگا اور دل سے کہنا ہوگا دل سے دل سے</w:t>
      </w:r>
    </w:p>
    <w:p>
      <w:r>
        <w:rPr>
          <w:b/>
        </w:rPr>
        <w:t xml:space="preserve">[38:04] </w:t>
      </w:r>
      <w:r>
        <w:t>yeh kehna hoga tab Allah</w:t>
      </w:r>
    </w:p>
    <w:p>
      <w:pPr>
        <w:jc w:val="right"/>
      </w:pPr>
      <w:r>
        <w:t>یہ کہنا ہوگا تب اللہ</w:t>
      </w:r>
    </w:p>
    <w:p>
      <w:r>
        <w:rPr>
          <w:b/>
        </w:rPr>
        <w:t xml:space="preserve">[38:11] </w:t>
      </w:r>
      <w:r>
        <w:t>ki rehmat aap ki taraf lotegi dawat ke itne zyada mawaqe khule hue hain sari dunya mein</w:t>
      </w:r>
    </w:p>
    <w:p>
      <w:pPr>
        <w:jc w:val="right"/>
      </w:pPr>
      <w:r>
        <w:t>کی رحمت آپ کی طرف لوٹے گی دعوت کے اتنے زیادہ مواقع کھلے ہوئے ہیں ساری دنیا میں</w:t>
      </w:r>
    </w:p>
    <w:p>
      <w:r>
        <w:rPr>
          <w:b/>
        </w:rPr>
        <w:t xml:space="preserve">[38:17] </w:t>
      </w:r>
      <w:r>
        <w:t>ab musalmanon ka haal yeh hai ke dawat ke mawaqe ko istemal nahi karte aur shor kar rahe</w:t>
      </w:r>
    </w:p>
    <w:p>
      <w:pPr>
        <w:jc w:val="right"/>
      </w:pPr>
      <w:r>
        <w:t>اب مسلمانوں کا حال یہ ہے کہ دعوت کے مواقع کو استعمال نہیں کرتے اور شور کر رہے</w:t>
      </w:r>
    </w:p>
    <w:p>
      <w:r>
        <w:rPr>
          <w:b/>
        </w:rPr>
        <w:t xml:space="preserve">[38:23] </w:t>
      </w:r>
      <w:r>
        <w:t>hain ke dushman dushman dushman jin ko aap dushman kehte hain woh aap ke dost madu hain jin</w:t>
      </w:r>
    </w:p>
    <w:p>
      <w:pPr>
        <w:jc w:val="right"/>
      </w:pPr>
      <w:r>
        <w:t>ہیں کہ دشمن دشمن دشمن جن کو آپ دشمن کہتے ہیں وہ آپ کے دوست مدعو ہیں جن</w:t>
      </w:r>
    </w:p>
    <w:p>
      <w:r>
        <w:rPr>
          <w:b/>
        </w:rPr>
        <w:t xml:space="preserve">[38:29] </w:t>
      </w:r>
      <w:r>
        <w:t>ko aap dushman batate hain woh aap ke madu hain un se mohabbat kijiye un ke liye dua</w:t>
      </w:r>
    </w:p>
    <w:p>
      <w:pPr>
        <w:jc w:val="right"/>
      </w:pPr>
      <w:r>
        <w:t>کو آپ دشمن بتاتے ہیں وہ آپ کے مدعو ہیں ان سے محبت کیجیے ان کے لیے دعا</w:t>
      </w:r>
    </w:p>
    <w:p>
      <w:r>
        <w:rPr>
          <w:b/>
        </w:rPr>
        <w:t xml:space="preserve">[38:35] </w:t>
      </w:r>
      <w:r>
        <w:t>kijiye un ko</w:t>
      </w:r>
    </w:p>
    <w:p>
      <w:pPr>
        <w:jc w:val="right"/>
      </w:pPr>
      <w:r>
        <w:t>کیجیے ان کو</w:t>
      </w:r>
    </w:p>
    <w:p>
      <w:r>
        <w:rPr>
          <w:b/>
        </w:rPr>
        <w:t xml:space="preserve">[38:41] </w:t>
      </w:r>
      <w:r>
        <w:t>quran pahunchaiye sari qaumon ki zaban mein quran ka tarjuma kijiye aur un ko sare logon tak pahunchaiye</w:t>
      </w:r>
    </w:p>
    <w:p>
      <w:pPr>
        <w:jc w:val="right"/>
      </w:pPr>
      <w:r>
        <w:t>قرآن پہنچائیے ساری قوموں کی زبان میں قرآن کا ترجمہ کیجیے اور ان کو سارے لوگوں تک پہنچائیے</w:t>
      </w:r>
    </w:p>
    <w:p>
      <w:r>
        <w:rPr>
          <w:b/>
        </w:rPr>
        <w:t xml:space="preserve">[38:49] </w:t>
      </w:r>
      <w:r>
        <w:t>yeh karna hai kaam un ko pathar marne se ya un ko bomb marne se kuch hone wala</w:t>
      </w:r>
    </w:p>
    <w:p>
      <w:pPr>
        <w:jc w:val="right"/>
      </w:pPr>
      <w:r>
        <w:t>یہ کرنا ہے کام ان کو پتھر مارنے سے یا ان کو بم مارنے سے کچھ ہونے والا</w:t>
      </w:r>
    </w:p>
    <w:p>
      <w:r>
        <w:rPr>
          <w:b/>
        </w:rPr>
        <w:t xml:space="preserve">[38:57] </w:t>
      </w:r>
      <w:r>
        <w:t>nahi hai yani apni qaum ko aap pathar marein apne apne madu ko aap pathar marein apne madu</w:t>
      </w:r>
    </w:p>
    <w:p>
      <w:pPr>
        <w:jc w:val="right"/>
      </w:pPr>
      <w:r>
        <w:t>نہیں ہے یعنی اپنی قوم کو آپ پتھر ماریں اپنے اپنے مدعو کو آپ پتھر ماریں اپنے مدعو</w:t>
      </w:r>
    </w:p>
    <w:p>
      <w:r>
        <w:rPr>
          <w:b/>
        </w:rPr>
        <w:t xml:space="preserve">[39:04] </w:t>
      </w:r>
      <w:r>
        <w:t>ko aap bomb marein is se kuch ho sakta hai</w:t>
      </w:r>
    </w:p>
    <w:p>
      <w:pPr>
        <w:jc w:val="right"/>
      </w:pPr>
      <w:r>
        <w:t>کو آپ بم ماریں اس سے کچھ ہو سکتا ہے</w:t>
      </w:r>
    </w:p>
    <w:p>
      <w:r>
        <w:rPr>
          <w:b/>
        </w:rPr>
        <w:t xml:space="preserve">[39:12] </w:t>
      </w:r>
      <w:r>
        <w:t>yeh to Allah ke ghazab ko bharkane wali baat hai ke jo log aap ke madu hain un ko aap pathar marain jo log aap ke madu hain un ko bomb marain is se Allah ki rehmat mile gi aap ko to behal mein dua karta hoon ke Allah taala hum ko aur hamari team</w:t>
      </w:r>
    </w:p>
    <w:p>
      <w:pPr>
        <w:jc w:val="right"/>
      </w:pPr>
      <w:r>
        <w:t>یہ تو اللہ کے غضب کو بھڑکانے والی بات ہے کہ جو لوگ آپ کے مدعو ہیں ان کو آپ پتھر ماریں جو لوگ آپ کے مدعو ہیں ان کو بم ماریں اس سے اللہ کی رحمت ملے گی آپ کو تو بہرحال میں دعا کرتا ہوں کہ اللہ تعالیٰ ہم کو اور ہماری ٹیم</w:t>
      </w:r>
    </w:p>
    <w:p>
      <w:r>
        <w:rPr>
          <w:b/>
        </w:rPr>
        <w:t xml:space="preserve">[39:42] </w:t>
      </w:r>
      <w:r>
        <w:t>ko aur sare musalmanon ko tofeeq de hum sehat mustaqeem ki taraf dobara loten dawat ke kaam ko</w:t>
      </w:r>
    </w:p>
    <w:p>
      <w:pPr>
        <w:jc w:val="right"/>
      </w:pPr>
      <w:r>
        <w:t>کو اور سارے مسلمانوں کو توفیق دے ہم صحت مستقیم کی طرف دوبارہ لوٹیں دعوت کے کام کو</w:t>
      </w:r>
    </w:p>
    <w:p>
      <w:r>
        <w:rPr>
          <w:b/>
        </w:rPr>
        <w:t xml:space="preserve">[39:53] </w:t>
      </w:r>
      <w:r>
        <w:t>aage badhayen quran ka le kar sari dunya mein paigham pahunchayen quran ka yahi rasta hai yahi rasta</w:t>
      </w:r>
    </w:p>
    <w:p>
      <w:pPr>
        <w:jc w:val="right"/>
      </w:pPr>
      <w:r>
        <w:t>آگے بڑھائیں قرآن کا لے کر ساری دنیا میں پیغام پہنچائیں قرآن کا یہی راستہ ہے یہی راستہ</w:t>
      </w:r>
    </w:p>
    <w:p>
      <w:r>
        <w:rPr>
          <w:b/>
        </w:rPr>
        <w:t xml:space="preserve">[40:04] </w:t>
      </w:r>
      <w:r>
        <w:t>pehlay bhi tha yahi aaj bhi hai</w:t>
      </w:r>
    </w:p>
    <w:p>
      <w:pPr>
        <w:jc w:val="right"/>
      </w:pPr>
      <w:r>
        <w:t>پہلے بھی تھا یہی آج بھی ہے</w:t>
      </w:r>
    </w:p>
    <w:p>
      <w:r>
        <w:rPr>
          <w:b/>
        </w:rPr>
        <w:t xml:space="preserve">[40:15] </w:t>
      </w:r>
      <w:r>
        <w:t>jo hum ko reporten milti hain idhar udhar se hamare saathi quran pahuncha rahe hain har jagah log</w:t>
      </w:r>
    </w:p>
    <w:p>
      <w:pPr>
        <w:jc w:val="right"/>
      </w:pPr>
      <w:r>
        <w:t>جو ہم کو رپورٹیں ملتی ہیں ادھر ادھر سے ہمارے ساتھی قرآن پہنچا رہے ہیں ہر جگہ لوگ</w:t>
      </w:r>
    </w:p>
    <w:p>
      <w:r>
        <w:rPr>
          <w:b/>
        </w:rPr>
        <w:t xml:space="preserve">[40:22] </w:t>
      </w:r>
      <w:r>
        <w:t>quran ko is tarah lete hain jaise ke isi ke intezar mein thay woh yani sari dunya intezar</w:t>
      </w:r>
    </w:p>
    <w:p>
      <w:pPr>
        <w:jc w:val="right"/>
      </w:pPr>
      <w:r>
        <w:t>قرآن کو اس طرح لیتے ہیں جیسے کہ اسی کے انتظار میں تھے وہ یعنی ساری دنیا انتظار</w:t>
      </w:r>
    </w:p>
    <w:p>
      <w:r>
        <w:rPr>
          <w:b/>
        </w:rPr>
        <w:t xml:space="preserve">[40:28] </w:t>
      </w:r>
      <w:r>
        <w:t>kar rahi hai ke quran un ki apni zaban mein un ko pahunchaya jaye aap un ko pathar</w:t>
      </w:r>
    </w:p>
    <w:p>
      <w:pPr>
        <w:jc w:val="right"/>
      </w:pPr>
      <w:r>
        <w:t>کر رہی ہے کہ قرآن ان کی اپنی زبان میں ان کو پہنچایا جائے آپ ان کو پتھر</w:t>
      </w:r>
    </w:p>
    <w:p>
      <w:r>
        <w:rPr>
          <w:b/>
        </w:rPr>
        <w:t xml:space="preserve">[40:34] </w:t>
      </w:r>
      <w:r>
        <w:t>mar rahe hain un ko enemy bata rahe hain to aap ghor kijiye ke Allah ki rehmat kaise</w:t>
      </w:r>
    </w:p>
    <w:p>
      <w:pPr>
        <w:jc w:val="right"/>
      </w:pPr>
      <w:r>
        <w:t>مار رہے ہیں ان کو اینیمی بتا رہے ہیں تو آپ غور کیجیے کہ اللہ کی رحمت کیسے</w:t>
      </w:r>
    </w:p>
    <w:p>
      <w:r>
        <w:rPr>
          <w:b/>
        </w:rPr>
        <w:t xml:space="preserve">[40:40] </w:t>
      </w:r>
      <w:r>
        <w:t>aayegi aap ki taraf</w:t>
      </w:r>
    </w:p>
    <w:p>
      <w:pPr>
        <w:jc w:val="right"/>
      </w:pPr>
      <w:r>
        <w:t>آئے گی آپ کی طرف</w:t>
      </w:r>
    </w:p>
    <w:p>
      <w:r>
        <w:rPr>
          <w:b/>
        </w:rPr>
        <w:t xml:space="preserve">[40:46] </w:t>
      </w:r>
      <w:r>
        <w:t>kaise aae gi to humein phir se sochna hai rethinking karna hai apni soch ko Allah ki soch mein milana hai yani quran ko aur Islam ko sun</w:t>
      </w:r>
    </w:p>
    <w:p>
      <w:pPr>
        <w:jc w:val="right"/>
      </w:pPr>
      <w:r>
        <w:t>کیسے آئے گی تو ہمیں پھر سے سوچنا ہے ری تھنکنگ کرنا ہے اپنی سوچ کو اللہ کی سوچ میں ملانا ہے یعنی قرآن کو اور اسلام کو سن</w:t>
      </w:r>
    </w:p>
    <w:p>
      <w:r>
        <w:rPr>
          <w:b/>
        </w:rPr>
        <w:t xml:space="preserve">[41:16] </w:t>
      </w:r>
      <w:r>
        <w:t>nat rasool ko rediscover karna hai quran ko Islam ko aur sunnat rasool ko rediscover karna hai is ka waqt aagaya hai to mein dua karta hoon Allah taala se apne liye apni team ke liye aur sare musalmanon ke liye ke</w:t>
      </w:r>
    </w:p>
    <w:p>
      <w:pPr>
        <w:jc w:val="right"/>
      </w:pPr>
      <w:r>
        <w:t>ت رسول کو ری ڈسکور کرنا ہے قرآن کو اسلام کو اور سنت رسول کو ری ڈسکور کرنا ہے اس کا وقت آگیا ہے تو میں دعا کرتا ہوں اللہ تعالیٰ سے اپنے لیے اپنی ٹیم کے لیے اور سارے مسلمانوں کے لیے کہ</w:t>
      </w:r>
    </w:p>
    <w:p>
      <w:r>
        <w:rPr>
          <w:b/>
        </w:rPr>
        <w:t xml:space="preserve">[41:46] </w:t>
      </w:r>
      <w:r>
        <w:t>Allah taala hum ko aql de hum ko sahi raste par chalne ki tofeeq de kyunke is waqt ummat ka qafila ka case yahi hai ke woh right track se bhatak gaya hai derailment ho gaya hai ummat ka</w:t>
      </w:r>
    </w:p>
    <w:p>
      <w:pPr>
        <w:jc w:val="right"/>
      </w:pPr>
      <w:r>
        <w:t>اللہ تعالیٰ ہم کو عقل دے ہم کو صحیح راستے پر چلنے کی توفیق دے کیونکہ اس وقت امت کا قافلہ کا کیس یہی ہے کہ وہ رائٹ ٹریک سے بھٹک گیا ہے ڈی ریلیمنٹ ہو گیا ہے امت کا</w:t>
      </w:r>
    </w:p>
    <w:p>
      <w:r>
        <w:rPr>
          <w:b/>
        </w:rPr>
        <w:t xml:space="preserve">[42:16] </w:t>
      </w:r>
      <w:r>
        <w:t>masla jo hai woh yeh hai ke woh derailment ka shikar hai right track se bhatak gaya</w:t>
      </w:r>
    </w:p>
    <w:p>
      <w:pPr>
        <w:jc w:val="right"/>
      </w:pPr>
      <w:r>
        <w:t>مسئلہ جو ہے وہ یہ ہے کہ وہ ڈی ریلیمنٹ کا شکار ہے رائٹ ٹریک سے بھٹک گیا</w:t>
      </w:r>
    </w:p>
    <w:p>
      <w:r>
        <w:rPr>
          <w:b/>
        </w:rPr>
        <w:t xml:space="preserve">[42:25] </w:t>
      </w:r>
      <w:r>
        <w:t>hai to is ko right track par wapas aana hai yeh asal masla hai to is masle ke</w:t>
      </w:r>
    </w:p>
    <w:p>
      <w:pPr>
        <w:jc w:val="right"/>
      </w:pPr>
      <w:r>
        <w:t>ہے تو اس کو رائٹ ٹریک پر واپس آنا ہے یہ اصل مسئلہ ہے تو اس مسئلے کے</w:t>
      </w:r>
    </w:p>
    <w:p>
      <w:r>
        <w:rPr>
          <w:b/>
        </w:rPr>
        <w:t xml:space="preserve">[42:34] </w:t>
      </w:r>
      <w:r>
        <w:t>liye hamein sochna hai hamein quran ko aur Islam ko rediscover karna hai aur Allah rab ul alameen</w:t>
      </w:r>
    </w:p>
    <w:p>
      <w:pPr>
        <w:jc w:val="right"/>
      </w:pPr>
      <w:r>
        <w:t>لیے ہمیں سوچنا ہے ہمیں قرآن کو اور اسلام کو ری ڈسکور کرنا ہے اور اللہ رب العالمین</w:t>
      </w:r>
    </w:p>
    <w:p>
      <w:r>
        <w:rPr>
          <w:b/>
        </w:rPr>
        <w:t xml:space="preserve">[42:42] </w:t>
      </w:r>
      <w:r>
        <w:t>se khoob khoob duaen karna hai</w:t>
      </w:r>
    </w:p>
    <w:p>
      <w:pPr>
        <w:jc w:val="right"/>
      </w:pPr>
      <w:r>
        <w:t>سے خوب خوب دعائیں کرنا ہے</w:t>
      </w:r>
    </w:p>
    <w:p>
      <w:r>
        <w:rPr>
          <w:b/>
        </w:rPr>
        <w:t xml:space="preserve">[42:51] </w:t>
      </w:r>
      <w:r>
        <w:t>tab aisa hoga ke koi naya mustaqbil hamare samne aaye ga woh jo mein ne aap ko bataya</w:t>
      </w:r>
    </w:p>
    <w:p>
      <w:pPr>
        <w:jc w:val="right"/>
      </w:pPr>
      <w:r>
        <w:t>تب ایسا ہوگا کہ کوئی نیا مستقبل ہمارے سامنے آئے گا وہ جو میں نے آپ کو بتایا</w:t>
      </w:r>
    </w:p>
    <w:p>
      <w:r>
        <w:rPr>
          <w:b/>
        </w:rPr>
        <w:t xml:space="preserve">[42:59] </w:t>
      </w:r>
      <w:r>
        <w:t>ke British period mein ek kitab chhapi thi roshan mustaqbil is mein likha hua tha ke hota tha</w:t>
      </w:r>
    </w:p>
    <w:p>
      <w:pPr>
        <w:jc w:val="right"/>
      </w:pPr>
      <w:r>
        <w:t>کہ برٹش پیریڈ میں ایک کتاب چھپی تھی روشن مستقبل اس میں لکھا ہوا تھا کہ ہوتا تھا</w:t>
      </w:r>
    </w:p>
    <w:p>
      <w:r>
        <w:rPr>
          <w:b/>
        </w:rPr>
        <w:t xml:space="preserve">[43:07] </w:t>
      </w:r>
      <w:r>
        <w:t>ke burj mehnat se nikla suraj roshan apna mustaqbil hai to shair o shayari se kuch nahi hone</w:t>
      </w:r>
    </w:p>
    <w:p>
      <w:pPr>
        <w:jc w:val="right"/>
      </w:pPr>
      <w:r>
        <w:t>کہ برج محن سے نکلا سورج روشن اپنا مستقبل ہے تو شعر و شاعری سے کچھ نہیں ہونے</w:t>
      </w:r>
    </w:p>
    <w:p>
      <w:r>
        <w:rPr>
          <w:b/>
        </w:rPr>
        <w:t xml:space="preserve">[43:16] </w:t>
      </w:r>
      <w:r>
        <w:t>wala hai basar dene se</w:t>
      </w:r>
    </w:p>
    <w:p>
      <w:pPr>
        <w:jc w:val="right"/>
      </w:pPr>
      <w:r>
        <w:t>والا ہے باسر دینے سے</w:t>
      </w:r>
    </w:p>
    <w:p>
      <w:r>
        <w:rPr>
          <w:b/>
        </w:rPr>
        <w:t xml:space="preserve">[43:24] </w:t>
      </w:r>
      <w:r>
        <w:t>speeches dene se nare lagane se street demonstration se kuch nahi hone wala hai to meri dua hai</w:t>
      </w:r>
    </w:p>
    <w:p>
      <w:pPr>
        <w:jc w:val="right"/>
      </w:pPr>
      <w:r>
        <w:t>اسپیچز دینے سے نعرے لگانے سے اسٹریٹ ڈیمونسٹریشن سے کچھ نہیں ہونے والا ہے تو میری دعا ہے</w:t>
      </w:r>
    </w:p>
    <w:p>
      <w:r>
        <w:rPr>
          <w:b/>
        </w:rPr>
        <w:t xml:space="preserve">[43:34] </w:t>
      </w:r>
      <w:r>
        <w:t>ke Allah taala mujh ko aur aap ko samajh de hum mazeed apna waqt zaya na karein ab</w:t>
      </w:r>
    </w:p>
    <w:p>
      <w:pPr>
        <w:jc w:val="right"/>
      </w:pPr>
      <w:r>
        <w:t>کہ اللہ تعالیٰ مجھ کو اور آپ کو سمجھ دے ہم مزید اپنا وقت ضائع نہ کریں اب</w:t>
      </w:r>
    </w:p>
    <w:p>
      <w:r>
        <w:rPr>
          <w:b/>
        </w:rPr>
        <w:t xml:space="preserve">[43:44] </w:t>
      </w:r>
      <w:r>
        <w:t>se hum right track par aajayein assalam o alaikum war</w:t>
      </w:r>
    </w:p>
    <w:p>
      <w:pPr>
        <w:jc w:val="right"/>
      </w:pPr>
      <w:r>
        <w:t>سے ہم رائٹ ٹریک پر آجائیں السلام علیکم ورح</w:t>
      </w:r>
    </w:p>
    <w:p>
      <w:r>
        <w:rPr>
          <w:b/>
        </w:rPr>
        <w:t xml:space="preserve">[43:54] </w:t>
      </w:r>
      <w:r>
        <w:t>matahullah okay ah before we start the question answer session there is an important announcement ah CPS</w:t>
      </w:r>
    </w:p>
    <w:p>
      <w:pPr>
        <w:jc w:val="right"/>
      </w:pPr>
      <w:r>
        <w:t>متہ اللہ اوکے آہ before we start the question answer session there is an important announcement آہ CPS</w:t>
      </w:r>
    </w:p>
    <w:p>
      <w:r>
        <w:rPr>
          <w:b/>
        </w:rPr>
        <w:t xml:space="preserve">[44:04] </w:t>
      </w:r>
      <w:r>
        <w:t>international is extremely happy to announce the release of another book of new book of Maulana Wahiduddin</w:t>
      </w:r>
    </w:p>
    <w:p>
      <w:pPr>
        <w:jc w:val="right"/>
      </w:pPr>
      <w:r>
        <w:t>International is extremely happy to announce the release of another book of new book of مولانا وحید الدین</w:t>
      </w:r>
    </w:p>
    <w:p>
      <w:r>
        <w:rPr>
          <w:b/>
        </w:rPr>
        <w:t xml:space="preserve">[44:14] </w:t>
      </w:r>
      <w:r>
        <w:t>Khan sahib the title of the book is Nonviolence and Peace Build</w:t>
      </w:r>
    </w:p>
    <w:p>
      <w:pPr>
        <w:jc w:val="right"/>
      </w:pPr>
      <w:r>
        <w:t>خان صاحب the title of the book is Nonviolence and Peace Build</w:t>
      </w:r>
    </w:p>
    <w:p>
      <w:r>
        <w:rPr>
          <w:b/>
        </w:rPr>
        <w:t xml:space="preserve">[44:24] </w:t>
      </w:r>
      <w:r>
        <w:t>ing as you know that Maulana has always maintained that war is the phenomena of crisis and peace</w:t>
      </w:r>
    </w:p>
    <w:p>
      <w:pPr>
        <w:jc w:val="right"/>
      </w:pPr>
      <w:r>
        <w:t>ing as you know that مولانا has always maintained that war is the phenomena of crisis and peace</w:t>
      </w:r>
    </w:p>
    <w:p>
      <w:r>
        <w:rPr>
          <w:b/>
        </w:rPr>
        <w:t xml:space="preserve">[44:32] </w:t>
      </w:r>
      <w:r>
        <w:t>is the result of applying the principles of crisis management so in this new book Maulana Wahiduddin</w:t>
      </w:r>
    </w:p>
    <w:p>
      <w:pPr>
        <w:jc w:val="right"/>
      </w:pPr>
      <w:r>
        <w:t>is the result of applying the principles of crisis management so in this new book مولانا وحید الدین</w:t>
      </w:r>
    </w:p>
    <w:p>
      <w:r>
        <w:rPr>
          <w:b/>
        </w:rPr>
        <w:t xml:space="preserve">[44:39] </w:t>
      </w:r>
      <w:r>
        <w:t>Khan sahib has shown the method of conflict prevention and peace building the approach followed is on the</w:t>
      </w:r>
    </w:p>
    <w:p>
      <w:pPr>
        <w:jc w:val="right"/>
      </w:pPr>
      <w:r>
        <w:t>خان صاحب has shown the method of conflict prevention and peace building the approach followed is on the</w:t>
      </w:r>
    </w:p>
    <w:p>
      <w:r>
        <w:rPr>
          <w:b/>
        </w:rPr>
        <w:t xml:space="preserve">[44:47] </w:t>
      </w:r>
      <w:r>
        <w:t>Quran and the life of Prophet of Islam ah you can obtain these</w:t>
      </w:r>
    </w:p>
    <w:p>
      <w:pPr>
        <w:jc w:val="right"/>
      </w:pPr>
      <w:r>
        <w:t>Quran and the life of Prophet of Islam آہ you can obtain these</w:t>
      </w:r>
    </w:p>
    <w:p>
      <w:r>
        <w:rPr>
          <w:b/>
        </w:rPr>
        <w:t xml:space="preserve">[44:54] </w:t>
      </w:r>
      <w:r>
        <w:t>books from all Goodword bookstores or from online www.goodwordbooks.com I would now request Maulana sahib to release this</w:t>
      </w:r>
    </w:p>
    <w:p>
      <w:pPr>
        <w:jc w:val="right"/>
      </w:pPr>
      <w:r>
        <w:t>books from all Goodword bookstores or from online www.goodwordbooks.com I would now request مولانا صاحب to release this</w:t>
      </w:r>
    </w:p>
    <w:p>
      <w:r>
        <w:rPr>
          <w:b/>
        </w:rPr>
        <w:t xml:space="preserve">[45:05] </w:t>
      </w:r>
      <w:r>
        <w:t>new book titled Nonviolence and Peace Building yeh kitab.</w:t>
      </w:r>
    </w:p>
    <w:p>
      <w:pPr>
        <w:jc w:val="right"/>
      </w:pPr>
      <w:r>
        <w:t>new book titled Nonviolence and Peace Building یہ کتاب.</w:t>
      </w:r>
    </w:p>
    <w:p>
      <w:r>
        <w:rPr>
          <w:b/>
        </w:rPr>
        <w:t xml:space="preserve">[45:15] </w:t>
      </w:r>
      <w:r>
        <w:t>is ka khulasa yeh hai ke social</w:t>
      </w:r>
    </w:p>
    <w:p>
      <w:pPr>
        <w:jc w:val="right"/>
      </w:pPr>
      <w:r>
        <w:t>اس کا خلاصہ یہ ہے کہ سوشل</w:t>
      </w:r>
    </w:p>
    <w:p>
      <w:r>
        <w:rPr>
          <w:b/>
        </w:rPr>
        <w:t xml:space="preserve">[45:25] </w:t>
      </w:r>
      <w:r>
        <w:t>problem ya commercial problem ko kaise peaceful tareeqe se aasani ke sath hal kiya ja sakta hai koi problem sirf is waqt to problem hai jabke aap art of management ko apply na kar saken art of management art of crises management art of crises management ko apply karte hi e</w:t>
      </w:r>
    </w:p>
    <w:p>
      <w:pPr>
        <w:jc w:val="right"/>
      </w:pPr>
      <w:r>
        <w:t>پرابلم یا کمرل پرابلم کو کیسے پیسفل طریقے سے آسانی کے ساتھ حل کیا جا سکتا ہے کوئی پرابلم صرف اس وقت تو پرابلم ہے جبکہ آپ آرٹ آف مینجمنٹ کو اپلائی نہ کر سکیں آرٹ آف مینجمنٹ آرٹ آف کرائسز مینجمنٹ آرٹ آف کرائسز مینجمنٹ کو اپلائی کرتے ہی ای</w:t>
      </w:r>
    </w:p>
    <w:p>
      <w:r>
        <w:rPr>
          <w:b/>
        </w:rPr>
        <w:t xml:space="preserve">[45:55] </w:t>
      </w:r>
      <w:r>
        <w:t>lagta hai ke masla tha hi nahi okay we will start with the question answer session ah</w:t>
      </w:r>
    </w:p>
    <w:p>
      <w:pPr>
        <w:jc w:val="right"/>
      </w:pPr>
      <w:r>
        <w:t>سا لگتا ہے کہ مسئلہ تھا ہی نہیں اوکے we will start with the question answer session آہ</w:t>
      </w:r>
    </w:p>
    <w:p>
      <w:r>
        <w:rPr>
          <w:b/>
        </w:rPr>
        <w:t xml:space="preserve">[46:03] </w:t>
      </w:r>
      <w:r>
        <w:t>before I take the comments and question ah I would like to read a message which has been</w:t>
      </w:r>
    </w:p>
    <w:p>
      <w:pPr>
        <w:jc w:val="right"/>
      </w:pPr>
      <w:r>
        <w:t>before I take the comments and question آہ I would like to read a message which has been</w:t>
      </w:r>
    </w:p>
    <w:p>
      <w:r>
        <w:rPr>
          <w:b/>
        </w:rPr>
        <w:t xml:space="preserve">[46:11] </w:t>
      </w:r>
      <w:r>
        <w:t>sent by the team of Spirit of Islam magazine for all the viewers so I will be reading</w:t>
      </w:r>
    </w:p>
    <w:p>
      <w:pPr>
        <w:jc w:val="right"/>
      </w:pPr>
      <w:r>
        <w:t>sent by the team of Spirit of Islam magazine for all the viewers so I will be reading</w:t>
      </w:r>
    </w:p>
    <w:p>
      <w:r>
        <w:rPr>
          <w:b/>
        </w:rPr>
        <w:t xml:space="preserve">[46:18] </w:t>
      </w:r>
      <w:r>
        <w:t>the message and then I will move on to the comments and question answer session the message that</w:t>
      </w:r>
    </w:p>
    <w:p>
      <w:pPr>
        <w:jc w:val="right"/>
      </w:pPr>
      <w:r>
        <w:t>the message and then I will move on to the comments and question answer session the message that</w:t>
      </w:r>
    </w:p>
    <w:p>
      <w:r>
        <w:rPr>
          <w:b/>
        </w:rPr>
        <w:t xml:space="preserve">[46:26] </w:t>
      </w:r>
      <w:r>
        <w:t>the Spirit of Islam team has sent in a continuous endeavor to humbly offer our best to our</w:t>
      </w:r>
    </w:p>
    <w:p>
      <w:pPr>
        <w:jc w:val="right"/>
      </w:pPr>
      <w:r>
        <w:t>the Spirit of Islam team has sent in a continuous endeavor to humbly offer our best to our</w:t>
      </w:r>
    </w:p>
    <w:p>
      <w:r>
        <w:rPr>
          <w:b/>
        </w:rPr>
        <w:t xml:space="preserve">[46:33] </w:t>
      </w:r>
      <w:r>
        <w:t>esteemed readers of Spirit of Islam we have upgraded the Spirit of Islam website mobile phone friendly version</w:t>
      </w:r>
    </w:p>
    <w:p>
      <w:pPr>
        <w:jc w:val="right"/>
      </w:pPr>
      <w:r>
        <w:t>esteemed readers of Spirit of Islam we have upgraded the Spirit of Islam website mobile phone friendly version</w:t>
      </w:r>
    </w:p>
    <w:p>
      <w:r>
        <w:rPr>
          <w:b/>
        </w:rPr>
        <w:t xml:space="preserve">[46:41] </w:t>
      </w:r>
      <w:r>
        <w:t>with advanced search options forms to fill up for complimentary copies and a few other facilities are the</w:t>
      </w:r>
    </w:p>
    <w:p>
      <w:pPr>
        <w:jc w:val="right"/>
      </w:pPr>
      <w:r>
        <w:t>with advanced search options forms to fill up for complimentary copies and a few other facilities are the</w:t>
      </w:r>
    </w:p>
    <w:p>
      <w:r>
        <w:rPr>
          <w:b/>
        </w:rPr>
        <w:t xml:space="preserve">[46:48] </w:t>
      </w:r>
      <w:r>
        <w:t>highlighting features one can search</w:t>
      </w:r>
    </w:p>
    <w:p>
      <w:pPr>
        <w:jc w:val="right"/>
      </w:pPr>
      <w:r>
        <w:t>highlighting features one can search</w:t>
      </w:r>
    </w:p>
    <w:p>
      <w:r>
        <w:rPr>
          <w:b/>
        </w:rPr>
        <w:t xml:space="preserve">[46:56] </w:t>
      </w:r>
      <w:r>
        <w:t>articles topic wise for example if one types the word peace all the peace articles from the first</w:t>
      </w:r>
    </w:p>
    <w:p>
      <w:pPr>
        <w:jc w:val="right"/>
      </w:pPr>
      <w:r>
        <w:t>articles topic wise for example if one types the word peace all the peace articles from the first</w:t>
      </w:r>
    </w:p>
    <w:p>
      <w:r>
        <w:rPr>
          <w:b/>
        </w:rPr>
        <w:t xml:space="preserve">[47:04] </w:t>
      </w:r>
      <w:r>
        <w:t>issue to the latest will be uploaded for the international promotion of the website every month we select</w:t>
      </w:r>
    </w:p>
    <w:p>
      <w:pPr>
        <w:jc w:val="right"/>
      </w:pPr>
      <w:r>
        <w:t>issue to the latest will be uploaded for the international promotion of the website every month we select</w:t>
      </w:r>
    </w:p>
    <w:p>
      <w:r>
        <w:rPr>
          <w:b/>
        </w:rPr>
        <w:t xml:space="preserve">[47:11] </w:t>
      </w:r>
      <w:r>
        <w:t>two countries this month it was Australia and Saudi Arabia we request the CPS members to introduce the</w:t>
      </w:r>
    </w:p>
    <w:p>
      <w:pPr>
        <w:jc w:val="right"/>
      </w:pPr>
      <w:r>
        <w:t>two countries this month it was Australia and Saudi Arabia we request the CPS members to introduce the</w:t>
      </w:r>
    </w:p>
    <w:p>
      <w:r>
        <w:rPr>
          <w:b/>
        </w:rPr>
        <w:t xml:space="preserve">[47:19] </w:t>
      </w:r>
      <w:r>
        <w:t>website to others by showing the actual</w:t>
      </w:r>
    </w:p>
    <w:p>
      <w:pPr>
        <w:jc w:val="right"/>
      </w:pPr>
      <w:r>
        <w:t>website to others by showing the actual</w:t>
      </w:r>
    </w:p>
    <w:p>
      <w:r>
        <w:rPr>
          <w:b/>
        </w:rPr>
        <w:t xml:space="preserve">[47:27] </w:t>
      </w:r>
      <w:r>
        <w:t>website jazak Allah khair Maulana sahib for making us aware to thank God for the technology for teaching</w:t>
      </w:r>
    </w:p>
    <w:p>
      <w:pPr>
        <w:jc w:val="right"/>
      </w:pPr>
      <w:r>
        <w:t>website جزاک اللہ خیر مولانا صاحب for making us aware to thank God for the technology for teaching</w:t>
      </w:r>
    </w:p>
    <w:p>
      <w:r>
        <w:rPr>
          <w:b/>
        </w:rPr>
        <w:t xml:space="preserve">[47:34] </w:t>
      </w:r>
      <w:r>
        <w:t>us to graciously acknowledge our fellow men's contribution in bringing us this technology for guiding us to make</w:t>
      </w:r>
    </w:p>
    <w:p>
      <w:pPr>
        <w:jc w:val="right"/>
      </w:pPr>
      <w:r>
        <w:t>us to graciously acknowledge our fellow men's contribution in bringing us this technology for guiding us to make</w:t>
      </w:r>
    </w:p>
    <w:p>
      <w:r>
        <w:rPr>
          <w:b/>
        </w:rPr>
        <w:t xml:space="preserve">[47:42] </w:t>
      </w:r>
      <w:r>
        <w:t>use of it for the service of mankind in the way of God for instilling in us true</w:t>
      </w:r>
    </w:p>
    <w:p>
      <w:pPr>
        <w:jc w:val="right"/>
      </w:pPr>
      <w:r>
        <w:t>use of it for the service of mankind in the way of God for instilling in us true</w:t>
      </w:r>
    </w:p>
    <w:p>
      <w:r>
        <w:rPr>
          <w:b/>
        </w:rPr>
        <w:t xml:space="preserve">[47:49] </w:t>
      </w:r>
      <w:r>
        <w:t>humility for the support of the modern world which brought to us the age of openness</w:t>
      </w:r>
    </w:p>
    <w:p>
      <w:pPr>
        <w:jc w:val="right"/>
      </w:pPr>
      <w:r>
        <w:t>humility for the support of the modern world which brought to us the age of openness</w:t>
      </w:r>
    </w:p>
    <w:p>
      <w:r>
        <w:rPr>
          <w:b/>
        </w:rPr>
        <w:t xml:space="preserve">[47:57] </w:t>
      </w:r>
      <w:r>
        <w:t>opportunities freedom of speech and much more Maulana sahib we acknowledge humbly that we were totally unaware of</w:t>
      </w:r>
    </w:p>
    <w:p>
      <w:pPr>
        <w:jc w:val="right"/>
      </w:pPr>
      <w:r>
        <w:t>opportunities freedom of speech and much more مولانا صاحب we acknowledge humbly that we were totally unaware of</w:t>
      </w:r>
    </w:p>
    <w:p>
      <w:r>
        <w:rPr>
          <w:b/>
        </w:rPr>
        <w:t xml:space="preserve">[48:05] </w:t>
      </w:r>
      <w:r>
        <w:t>this until you taught us may God reward you with his choicest rewards amin amin so we will</w:t>
      </w:r>
    </w:p>
    <w:p>
      <w:pPr>
        <w:jc w:val="right"/>
      </w:pPr>
      <w:r>
        <w:t>this until you taught us may God reward you with his choicest rewards amin amin so we will</w:t>
      </w:r>
    </w:p>
    <w:p>
      <w:r>
        <w:rPr>
          <w:b/>
        </w:rPr>
        <w:t xml:space="preserve">[48:12] </w:t>
      </w:r>
      <w:r>
        <w:t>begin with today's comments and question answers Maulana hum sab se pehle comments parhna chahenge jo logon</w:t>
      </w:r>
    </w:p>
    <w:p>
      <w:pPr>
        <w:jc w:val="right"/>
      </w:pPr>
      <w:r>
        <w:t>begin with today's comments and question answers مولانا ہم سب سے پہلے کمنٹس پڑھنا چاہیں گے جو لوگوں</w:t>
      </w:r>
    </w:p>
    <w:p>
      <w:r>
        <w:rPr>
          <w:b/>
        </w:rPr>
        <w:t xml:space="preserve">[48:20] </w:t>
      </w:r>
      <w:r>
        <w:t>ne bheje hain</w:t>
      </w:r>
    </w:p>
    <w:p>
      <w:pPr>
        <w:jc w:val="right"/>
      </w:pPr>
      <w:r>
        <w:t>نے بھیجے ہیں</w:t>
      </w:r>
    </w:p>
    <w:p>
      <w:r>
        <w:rPr>
          <w:b/>
        </w:rPr>
        <w:t xml:space="preserve">[48:28] </w:t>
      </w:r>
      <w:r>
        <w:t>pehla comment bheja hai Maulana Iqbal Umri sahib ne Chennai se aur unhon ne likha hai re planning</w:t>
      </w:r>
    </w:p>
    <w:p>
      <w:pPr>
        <w:jc w:val="right"/>
      </w:pPr>
      <w:r>
        <w:t>پہلا کمنٹ بھیجا ہے مولانا اقبال عمری صاحب نے چنئی سے اور انہوں نے لکھا ہے ری پلاننگ</w:t>
      </w:r>
    </w:p>
    <w:p>
      <w:r>
        <w:rPr>
          <w:b/>
        </w:rPr>
        <w:t xml:space="preserve">[48:38] </w:t>
      </w:r>
      <w:r>
        <w:t>is the only solution for the crisis management and without re planning the result will always be negative</w:t>
      </w:r>
    </w:p>
    <w:p>
      <w:pPr>
        <w:jc w:val="right"/>
      </w:pPr>
      <w:r>
        <w:t>is the only solution for the crisis management and without re planning the result will always be negative</w:t>
      </w:r>
    </w:p>
    <w:p>
      <w:r>
        <w:rPr>
          <w:b/>
        </w:rPr>
        <w:t xml:space="preserve">[48:48] </w:t>
      </w:r>
      <w:r>
        <w:t>jazak Allah Maulana sahib Muhammad Luqman sahib ne Pakistan se bheja hai Maulana is a peaceful intellectual and best th</w:t>
      </w:r>
    </w:p>
    <w:p>
      <w:pPr>
        <w:jc w:val="right"/>
      </w:pPr>
      <w:r>
        <w:t>جزاک اللہ مولانا صاحب محمد لقمان صاحب نے پاکستان سے بھیجا ہے مولانا is a peaceful intellectual and best th</w:t>
      </w:r>
    </w:p>
    <w:p>
      <w:r>
        <w:rPr>
          <w:b/>
        </w:rPr>
        <w:t xml:space="preserve">[48:58] </w:t>
      </w:r>
      <w:r>
        <w:t>inker I have ever known Shakeel Rehman sahib ne Delhi se likha hai Maulana is a rare practical</w:t>
      </w:r>
    </w:p>
    <w:p>
      <w:pPr>
        <w:jc w:val="right"/>
      </w:pPr>
      <w:r>
        <w:t>inker I have ever known شکیل الرحمن صاحب نے دلی سے لکھا ہے مولانا is a rare practical</w:t>
      </w:r>
    </w:p>
    <w:p>
      <w:r>
        <w:rPr>
          <w:b/>
        </w:rPr>
        <w:t xml:space="preserve">[49:05] </w:t>
      </w:r>
      <w:r>
        <w:t>thinker who has established faith and re engineered all those who have come in contact with him jazak</w:t>
      </w:r>
    </w:p>
    <w:p>
      <w:pPr>
        <w:jc w:val="right"/>
      </w:pPr>
      <w:r>
        <w:t>thinker who has established faith and re engineered all those who have come in contact with him جزاک</w:t>
      </w:r>
    </w:p>
    <w:p>
      <w:r>
        <w:rPr>
          <w:b/>
        </w:rPr>
        <w:t xml:space="preserve">[49:13] </w:t>
      </w:r>
      <w:r>
        <w:t>Allah Naseer Ahmed sahib ne Gulbarga se bheja hai Maulana sahib Allah ka bohat bohat shukr hai ke</w:t>
      </w:r>
    </w:p>
    <w:p>
      <w:pPr>
        <w:jc w:val="right"/>
      </w:pPr>
      <w:r>
        <w:t>اللہ نصیر سنہ صاحب نے گلبرگہ سے بھیجا ہے مولانا صاحب اللہ کا بہت بہت شکر ہے کہ</w:t>
      </w:r>
    </w:p>
    <w:p>
      <w:r>
        <w:rPr>
          <w:b/>
        </w:rPr>
        <w:t xml:space="preserve">[49:20] </w:t>
      </w:r>
      <w:r>
        <w:t>humein aap ke zariye creative thinking aur positive thinking daryaft hui aur hum negative th</w:t>
      </w:r>
    </w:p>
    <w:p>
      <w:pPr>
        <w:jc w:val="right"/>
      </w:pPr>
      <w:r>
        <w:t>ہمیں آپ کے ذریعے creative thinking اور positive thinking دریافت ہوئی اور ہم negative th</w:t>
      </w:r>
    </w:p>
    <w:p>
      <w:r>
        <w:rPr>
          <w:b/>
        </w:rPr>
        <w:t xml:space="preserve">[49:28] </w:t>
      </w:r>
      <w:r>
        <w:t>inking se pak hue jazak Allah Faraz Khan ne Kolkata se bheja hai I have learned from today's</w:t>
      </w:r>
    </w:p>
    <w:p>
      <w:pPr>
        <w:jc w:val="right"/>
      </w:pPr>
      <w:r>
        <w:t>inking سے پاک ہوئے جزاک اللہ فراز خان نے کلکتہ سے بھیجا ہے I have learned from today's</w:t>
      </w:r>
    </w:p>
    <w:p>
      <w:r>
        <w:rPr>
          <w:b/>
        </w:rPr>
        <w:t xml:space="preserve">[49:35] </w:t>
      </w:r>
      <w:r>
        <w:t>class that we have to accept our mistakes and re plan just like Adam علیہ السلام did so</w:t>
      </w:r>
    </w:p>
    <w:p>
      <w:pPr>
        <w:jc w:val="right"/>
      </w:pPr>
      <w:r>
        <w:t>class that we have to accept our mistakes and re plan just like آدم علیہ السلام did so</w:t>
      </w:r>
    </w:p>
    <w:p>
      <w:r>
        <w:rPr>
          <w:b/>
        </w:rPr>
        <w:t xml:space="preserve">[49:43] </w:t>
      </w:r>
      <w:r>
        <w:t>as to qualify for paradise in the hereafter Fayyaz Huner Tooqi sahib ne Mumbai se likha hai I</w:t>
      </w:r>
    </w:p>
    <w:p>
      <w:pPr>
        <w:jc w:val="right"/>
      </w:pPr>
      <w:r>
        <w:t>as to qualify for paradise in the hereafter فیاض ہنر ٹوگی صاحب نے ممبئی سے لکھا ہے I</w:t>
      </w:r>
    </w:p>
    <w:p>
      <w:r>
        <w:rPr>
          <w:b/>
        </w:rPr>
        <w:t xml:space="preserve">[49:50] </w:t>
      </w:r>
      <w:r>
        <w:t>was so fortunate to be part of yesterday's program in Mumbai</w:t>
      </w:r>
    </w:p>
    <w:p>
      <w:pPr>
        <w:jc w:val="right"/>
      </w:pPr>
      <w:r>
        <w:t>was so fortunate to be part of yesterday's program in ممبئی</w:t>
      </w:r>
    </w:p>
    <w:p>
      <w:r>
        <w:rPr>
          <w:b/>
        </w:rPr>
        <w:t xml:space="preserve">[49:58] </w:t>
      </w:r>
      <w:r>
        <w:t>inshallah I will try to participate more actively in such a mission of peace Shahid Hussain sahib ne Srinagar se likha hai thank you Maulana sahib for discovering the urgency of re planning at every phase I am introduced for the first time to the great wisdom conveyed in the words of Surah Rehman thank you for enlightening us Abdul Majeed Bhat sahib ne likha hai Kashmir are</w:t>
      </w:r>
    </w:p>
    <w:p>
      <w:pPr>
        <w:jc w:val="right"/>
      </w:pPr>
      <w:r>
        <w:t>انشاءاللہ I will try to participate more actively in such a mission of peace شاہد حسین صاحب نے سری نگر سے لکھا ہے thank you مولانا صاحب for discovering theurgency of re planning at every phase I am introduced for the first time to the great wisdom conveyed in the words of سورہ الرحمن thank you for enlightening us عبدالمجید بھٹ صاحب نے لکھا ہے کشمیر are</w:t>
      </w:r>
    </w:p>
    <w:p>
      <w:r>
        <w:rPr>
          <w:b/>
        </w:rPr>
        <w:t xml:space="preserve">[50:28] </w:t>
      </w:r>
      <w:r>
        <w:t>becoming Kashmiris are becoming missed opportunity as far as da'wah work is concerned. Maulana, ab hum sawal lete hain.</w:t>
      </w:r>
    </w:p>
    <w:p>
      <w:pPr>
        <w:jc w:val="right"/>
      </w:pPr>
      <w:r>
        <w:t>becoming کشمیریز are becoming miscase opportunity as far as دعویٰ work is concerned مولانا اب ہم سوال لیتے</w:t>
      </w:r>
    </w:p>
    <w:p>
      <w:r>
        <w:rPr>
          <w:b/>
        </w:rPr>
        <w:t xml:space="preserve">[50:35] </w:t>
      </w:r>
      <w:r>
        <w:t>hain pehla sawal bheja hai Maulana Farhad Umri sahib ne Delhi se aur unhon ne aap se poocha</w:t>
      </w:r>
    </w:p>
    <w:p>
      <w:pPr>
        <w:jc w:val="right"/>
      </w:pPr>
      <w:r>
        <w:t>ہیں پہلا سوال بھیجا ہے مولانا فرہاد عمری صاحب نے دلی سے اور انہوں نے آپ سے پوچھا</w:t>
      </w:r>
    </w:p>
    <w:p>
      <w:r>
        <w:rPr>
          <w:b/>
        </w:rPr>
        <w:t xml:space="preserve">[50:43] </w:t>
      </w:r>
      <w:r>
        <w:t>hai Maulana you always say that bara kaam karne ke liye bara dil chahiye Maulana please is ko</w:t>
      </w:r>
    </w:p>
    <w:p>
      <w:pPr>
        <w:jc w:val="right"/>
      </w:pPr>
      <w:r>
        <w:t>ہے مولانا you always say that بڑا کام کرنے کے لیے بڑا دل چاہیے مولانا please اس کو</w:t>
      </w:r>
    </w:p>
    <w:p>
      <w:r>
        <w:rPr>
          <w:b/>
        </w:rPr>
        <w:t xml:space="preserve">[50:50] </w:t>
      </w:r>
      <w:r>
        <w:t>hum sab ke liye</w:t>
      </w:r>
    </w:p>
    <w:p>
      <w:pPr>
        <w:jc w:val="right"/>
      </w:pPr>
      <w:r>
        <w:t>ہم سب کے لیے</w:t>
      </w:r>
    </w:p>
    <w:p>
      <w:r>
        <w:rPr>
          <w:b/>
        </w:rPr>
        <w:t xml:space="preserve">[50:58] </w:t>
      </w:r>
      <w:r>
        <w:t>elaborate karke bataiye dekhiye yeh duniya jo hai is ko Allah Ta'ala ne freedom ke usool par</w:t>
      </w:r>
    </w:p>
    <w:p>
      <w:pPr>
        <w:jc w:val="right"/>
      </w:pPr>
      <w:r>
        <w:t>elaborate کر کے بتائیے دیکھیے یہ دنیا جو ہے اس کو اللہ تعالیٰ نے freedom کے اصول پر</w:t>
      </w:r>
    </w:p>
    <w:p>
      <w:r>
        <w:rPr>
          <w:b/>
        </w:rPr>
        <w:t xml:space="preserve">[51:09] </w:t>
      </w:r>
      <w:r>
        <w:t>banaya hai har insaan ko freedom hai total freedom to jab freedom hai to aadmi apni freedom ko</w:t>
      </w:r>
    </w:p>
    <w:p>
      <w:pPr>
        <w:jc w:val="right"/>
      </w:pPr>
      <w:r>
        <w:t>بنایا ہے ہر انسان کو freedom ہے total freedom تو جب freedom ہے تو آدمی اپنی freedom کو</w:t>
      </w:r>
    </w:p>
    <w:p>
      <w:r>
        <w:rPr>
          <w:b/>
        </w:rPr>
        <w:t xml:space="preserve">[51:20] </w:t>
      </w:r>
      <w:r>
        <w:t>apni marzi ke mutabiq istemal karega aap se puchne nahi aayega wo</w:t>
      </w:r>
    </w:p>
    <w:p>
      <w:pPr>
        <w:jc w:val="right"/>
      </w:pPr>
      <w:r>
        <w:t>اپنی مرضی کے مطابق استعمال کرے گا آپ سے پوچھنے نہیں آئے گا وہ</w:t>
      </w:r>
    </w:p>
    <w:p>
      <w:r>
        <w:rPr>
          <w:b/>
        </w:rPr>
        <w:t xml:space="preserve">[51:31] </w:t>
      </w:r>
      <w:r>
        <w:t>to is waja se dunya mein hamesha problem rehta hai aap jante hain ke bohat se bare bare</w:t>
      </w:r>
    </w:p>
    <w:p>
      <w:pPr>
        <w:jc w:val="right"/>
      </w:pPr>
      <w:r>
        <w:t>تو اس وجہ سے دنیا میں ہمیشہ problem رہتا ہے آپ جانتے ہیں کہ بہت سے بڑے بڑے</w:t>
      </w:r>
    </w:p>
    <w:p>
      <w:r>
        <w:rPr>
          <w:b/>
        </w:rPr>
        <w:t xml:space="preserve">[51:38] </w:t>
      </w:r>
      <w:r>
        <w:t>farmer yeh kehte hain ke dunya mein sab se bara masla problem of evil hai sab se bara</w:t>
      </w:r>
    </w:p>
    <w:p>
      <w:pPr>
        <w:jc w:val="right"/>
      </w:pPr>
      <w:r>
        <w:t>فارمر یہ کہتے ہیں کہ دنیا میں سب سے بڑا مسئلہ problem of evil ہے سب سے بڑا</w:t>
      </w:r>
    </w:p>
    <w:p>
      <w:r>
        <w:rPr>
          <w:b/>
        </w:rPr>
        <w:t xml:space="preserve">[51:46] </w:t>
      </w:r>
      <w:r>
        <w:t>masla problem of evil hai mein kehta hoon bhook ho raha tha yeh baat dunya mein jo masla</w:t>
      </w:r>
    </w:p>
    <w:p>
      <w:pPr>
        <w:jc w:val="right"/>
      </w:pPr>
      <w:r>
        <w:t>مسئلہ problem of evil ہے میں کہتا ہوں بھوک ہو رہا تھا یہ بات دنیا میں جو مسئلہ</w:t>
      </w:r>
    </w:p>
    <w:p>
      <w:r>
        <w:rPr>
          <w:b/>
        </w:rPr>
        <w:t xml:space="preserve">[51:54] </w:t>
      </w:r>
      <w:r>
        <w:t>hai misuse of freedom ka hai dunya mein jo masla hai wo</w:t>
      </w:r>
    </w:p>
    <w:p>
      <w:pPr>
        <w:jc w:val="right"/>
      </w:pPr>
      <w:r>
        <w:t>ہے misuse of freedom کا ہے دنیا میں جو مسئلہ ہے وہ</w:t>
      </w:r>
    </w:p>
    <w:p>
      <w:r>
        <w:rPr>
          <w:b/>
        </w:rPr>
        <w:t xml:space="preserve">[52:02] </w:t>
      </w:r>
      <w:r>
        <w:t>problem of evil nahi hai wo hai misuse of freedom har aadmi apni freedom ko istemal karega</w:t>
      </w:r>
    </w:p>
    <w:p>
      <w:pPr>
        <w:jc w:val="right"/>
      </w:pPr>
      <w:r>
        <w:t>problem of evil نہیں ہے وہ ہے misuse of freedom ہر آدمی اپنی freedom کو استعمال کرے گا</w:t>
      </w:r>
    </w:p>
    <w:p>
      <w:r>
        <w:rPr>
          <w:b/>
        </w:rPr>
        <w:t xml:space="preserve">[52:09] </w:t>
      </w:r>
      <w:r>
        <w:t>to kisi na kisi ke khilaf ho jayega wo to is ko aap take it easy ka</w:t>
      </w:r>
    </w:p>
    <w:p>
      <w:pPr>
        <w:jc w:val="right"/>
      </w:pPr>
      <w:r>
        <w:t>تو کسی نہ کسی کے خلاف ہو جائے گا وہ تو اس کو آپ take it easy کا</w:t>
      </w:r>
    </w:p>
    <w:p>
      <w:r>
        <w:rPr>
          <w:b/>
        </w:rPr>
        <w:t xml:space="preserve">[52:17] </w:t>
      </w:r>
      <w:r>
        <w:t>aap formula apnaiye is ko normal samjhiye aur phir re planning kijiye re planning kijiye is dunya mein</w:t>
      </w:r>
    </w:p>
    <w:p>
      <w:pPr>
        <w:jc w:val="right"/>
      </w:pPr>
      <w:r>
        <w:t>آپ فارمولا اپنائیے اس کو نارمل سمجھیے اور پھر re planning کیجیے re planning کیجیے اس دنیا میں</w:t>
      </w:r>
    </w:p>
    <w:p>
      <w:r>
        <w:rPr>
          <w:b/>
        </w:rPr>
        <w:t xml:space="preserve">[52:24] </w:t>
      </w:r>
      <w:r>
        <w:t>aap ke liye koi option hi nahi hai is ke siwa ke aap</w:t>
      </w:r>
    </w:p>
    <w:p>
      <w:pPr>
        <w:jc w:val="right"/>
      </w:pPr>
      <w:r>
        <w:t>آپ کے لیے کوئی option ہی نہیں ہے اس کے سوا کہ آپ</w:t>
      </w:r>
    </w:p>
    <w:p>
      <w:r>
        <w:rPr>
          <w:b/>
        </w:rPr>
        <w:t xml:space="preserve">[52:32] </w:t>
      </w:r>
      <w:r>
        <w:t>re plan karein lekin is ke liye bara dil chahiye bara dil ka matlab yeh hai ke aap aap choti choti baton se oopar uthein real aur unreal ko real aur non-real ko alag kar ke sochein koi offend karta hai aap ko koi aap ko takleef pohanchata hai is se oopar uth kar sochein wohi jis cheez ko kehte hain quran mein khalq e azeem y</w:t>
      </w:r>
    </w:p>
    <w:p>
      <w:pPr>
        <w:jc w:val="right"/>
      </w:pPr>
      <w:r>
        <w:t>re plan کریں لیکن اس کے لیے بڑا دل چاہیے بڑا دل کا مطلب یہ ہے کہ آپ آپ چھوٹی چھوٹی باتوں سے اوپر اٹھیں real اور unreal کو real اور non-real کو الگ کر کے سوچیں کوئی offend کرتا ہے آپ کو کوئی آپ کو تکلیف پہنچاتا ہے اس سے اوپر اٹھ کر سوچیں وہی جس چیز کو کہتے ہیں قرآن میں خلق عظیم ی</w:t>
      </w:r>
    </w:p>
    <w:p>
      <w:r>
        <w:rPr>
          <w:b/>
        </w:rPr>
        <w:t xml:space="preserve">[53:02] </w:t>
      </w:r>
      <w:r>
        <w:t>yani khalq e azeem ka character apnana yeh hai bara dil bara dil ke baghair is dunya mein koi</w:t>
      </w:r>
    </w:p>
    <w:p>
      <w:pPr>
        <w:jc w:val="right"/>
      </w:pPr>
      <w:r>
        <w:t>عنی خلق عظیم کا character اپنانا یہ ہے بڑا دل بڑا دل کے بغیر اس دنیا میں کوئی</w:t>
      </w:r>
    </w:p>
    <w:p>
      <w:r>
        <w:rPr>
          <w:b/>
        </w:rPr>
        <w:t xml:space="preserve">[53:10] </w:t>
      </w:r>
      <w:r>
        <w:t>bari kamyabi nahi ho sakti kyunke dunya mein log aazad rahenge dunya mein competition rahega dunya</w:t>
      </w:r>
    </w:p>
    <w:p>
      <w:pPr>
        <w:jc w:val="right"/>
      </w:pPr>
      <w:r>
        <w:t>بڑی کامیابی نہیں ہو سکتی کیونکہ دنیا میں لوگ آزاد رہیں گے دنیا میں competition رہے گا دنیا</w:t>
      </w:r>
    </w:p>
    <w:p>
      <w:r>
        <w:rPr>
          <w:b/>
        </w:rPr>
        <w:t xml:space="preserve">[53:17] </w:t>
      </w:r>
      <w:r>
        <w:t>mein challenges rahenge to jab tak aap ka bara dil na ho tab tak aap kaise apni</w:t>
      </w:r>
    </w:p>
    <w:p>
      <w:pPr>
        <w:jc w:val="right"/>
      </w:pPr>
      <w:r>
        <w:t>میں challenges رہیں گے تو جب تک آپ کا بڑا دل نہ ہو تب تک آپ کیسے اپنی</w:t>
      </w:r>
    </w:p>
    <w:p>
      <w:r>
        <w:rPr>
          <w:b/>
        </w:rPr>
        <w:t xml:space="preserve">[53:25] </w:t>
      </w:r>
      <w:r>
        <w:t>planning karenge uljhe rahenge aap shikayaton mein uljhe rahenge yeh mat</w:t>
      </w:r>
    </w:p>
    <w:p>
      <w:pPr>
        <w:jc w:val="right"/>
      </w:pPr>
      <w:r>
        <w:t>planning کریں گے الجھے رہیں گے آپ شکایتوں میں الجھے رہیں گے یہ مط</w:t>
      </w:r>
    </w:p>
    <w:p>
      <w:r>
        <w:rPr>
          <w:b/>
        </w:rPr>
        <w:t xml:space="preserve">[53:32] </w:t>
      </w:r>
      <w:r>
        <w:t>allab hai is ka Maulana un ka aik aur sawal hai unhon ne likha hai Maulana aap ne kaha hai ke log mushkilat Quran ke topic par book likhte hain magar aap ke mutabiq asal hai mahzufat e Quran ko daryaft karna is ke baray mein bataein dekhiye Quran ki apni aik aik style hai</w:t>
      </w:r>
    </w:p>
    <w:p>
      <w:pPr>
        <w:jc w:val="right"/>
      </w:pPr>
      <w:r>
        <w:t>لب ہے اس کا مولانا ان کا ایک اور سوال ہے انہوں نے لکھا ہے مولانا آپ نے کہا ہے کہ لوگ مشکلات القرآن کے topic پر book لکھتے ہیں مگر آپ کے مطابق اصل ہے محذوفات القرآن کو دریافت کرنا اس کے بارے میں بتائیں دیکھیے قرآن کی اپنی ایک ایک style ہے</w:t>
      </w:r>
    </w:p>
    <w:p>
      <w:r>
        <w:rPr>
          <w:b/>
        </w:rPr>
        <w:t xml:space="preserve">[54:02] </w:t>
      </w:r>
      <w:r>
        <w:t>is ka quran mein history ki zaban nahi hai novel ki afsane ki zaban nahi hai wisdom ki</w:t>
      </w:r>
    </w:p>
    <w:p>
      <w:pPr>
        <w:jc w:val="right"/>
      </w:pPr>
      <w:r>
        <w:t>اس کا قرآن میں history کی زبان نہیں ہے ناول کی افسانے کی زبان نہیں ہے wisdom کی</w:t>
      </w:r>
    </w:p>
    <w:p>
      <w:r>
        <w:rPr>
          <w:b/>
        </w:rPr>
        <w:t xml:space="preserve">[54:10] </w:t>
      </w:r>
      <w:r>
        <w:t>zaban hai wisdom ki zaban jo hoti hai us mein hamesha kuch cheezein ghair mazkoor hoti hain yani</w:t>
      </w:r>
    </w:p>
    <w:p>
      <w:pPr>
        <w:jc w:val="right"/>
      </w:pPr>
      <w:r>
        <w:t>زبان ہے wisdom کی زبان جو ہوتی ہے اس میں ہمیشہ کچھ چیزیں غیر مذکور ہوتی ہیں یعنی</w:t>
      </w:r>
    </w:p>
    <w:p>
      <w:r>
        <w:rPr>
          <w:b/>
        </w:rPr>
        <w:t xml:space="preserve">[54:17] </w:t>
      </w:r>
      <w:r>
        <w:t>aap ko soch kar janna parta hai to isi ko mein kehta hoon mahzufuat e quran yani quran mein</w:t>
      </w:r>
    </w:p>
    <w:p>
      <w:pPr>
        <w:jc w:val="right"/>
      </w:pPr>
      <w:r>
        <w:t>آپ کو سوچ کر جاننا پڑتا ہے تو اسی کو میں کہتا ہوں محذوفات القرآن یعنی قرآن میں</w:t>
      </w:r>
    </w:p>
    <w:p>
      <w:r>
        <w:rPr>
          <w:b/>
        </w:rPr>
        <w:t xml:space="preserve">[54:25] </w:t>
      </w:r>
      <w:r>
        <w:t>hamesha kuch cheezein mahzoof rehti hain un</w:t>
      </w:r>
    </w:p>
    <w:p>
      <w:pPr>
        <w:jc w:val="right"/>
      </w:pPr>
      <w:r>
        <w:t>ہمیشہ کچھ چیزیں محذوف رہتی ہیں un</w:t>
      </w:r>
    </w:p>
    <w:p>
      <w:r>
        <w:rPr>
          <w:b/>
        </w:rPr>
        <w:t xml:space="preserve">[54:32] </w:t>
      </w:r>
      <w:r>
        <w:t>declared jaise misaal ke taur par lijiye uhud ke mauqe par is zamane mein jo jang hui thi</w:t>
      </w:r>
    </w:p>
    <w:p>
      <w:pPr>
        <w:jc w:val="right"/>
      </w:pPr>
      <w:r>
        <w:t>declared جیسے مثال کے طور پر لیجیے احد کے موقع پر اس زمانے میں جو جنگ ہوئی تھی</w:t>
      </w:r>
    </w:p>
    <w:p>
      <w:r>
        <w:rPr>
          <w:b/>
        </w:rPr>
        <w:t xml:space="preserve">[54:43] </w:t>
      </w:r>
      <w:r>
        <w:t>to 70 sahaba mare gaye the to is ke baad jo ayat utri wo yeh nahi thi ke</w:t>
      </w:r>
    </w:p>
    <w:p>
      <w:pPr>
        <w:jc w:val="right"/>
      </w:pPr>
      <w:r>
        <w:t>تو ستر صحابہ مارے گئے تھے تو اس کے بعد جو آیت اتری وہ یہ نہیں تھی کہ</w:t>
      </w:r>
    </w:p>
    <w:p>
      <w:r>
        <w:rPr>
          <w:b/>
        </w:rPr>
        <w:t xml:space="preserve">[54:54] </w:t>
      </w:r>
      <w:r>
        <w:t>wo dushman hain un ki dushmani par laanat bhejo bad duaayein karo</w:t>
      </w:r>
    </w:p>
    <w:p>
      <w:pPr>
        <w:jc w:val="right"/>
      </w:pPr>
      <w:r>
        <w:t>وہ دشمن ہیں ان کی دشمنی پر لعنت بھیجو بد دعائیں کرو</w:t>
      </w:r>
    </w:p>
    <w:p>
      <w:r>
        <w:rPr>
          <w:b/>
        </w:rPr>
        <w:t xml:space="preserve">[55:05] </w:t>
      </w:r>
      <w:r>
        <w:t>is ke baad yeh kaha gaya ke fasabakum ghamun bigham likala ta'su ala mafatikum yani yeh jo gham</w:t>
      </w:r>
    </w:p>
    <w:p>
      <w:pPr>
        <w:jc w:val="right"/>
      </w:pPr>
      <w:r>
        <w:t>اس کے بعد یہ کہا گیا کہ فاصابکم غم بغم لکلا تعصوا علی مفاتکم یعنی یہ جو غم</w:t>
      </w:r>
    </w:p>
    <w:p>
      <w:r>
        <w:rPr>
          <w:b/>
        </w:rPr>
        <w:t xml:space="preserve">[55:13] </w:t>
      </w:r>
      <w:r>
        <w:t>pada hai tumhare upar use nahi ke tum mayoos ho jao likala ta'su ala mafatikum jo tum par</w:t>
      </w:r>
    </w:p>
    <w:p>
      <w:pPr>
        <w:jc w:val="right"/>
      </w:pPr>
      <w:r>
        <w:t>پڑا ہے تمہارے اوپر اسے نہیں کہ تم مایوس ہو جاؤ لکلا تعصوا علی مفاتکم جو تم پر</w:t>
      </w:r>
    </w:p>
    <w:p>
      <w:r>
        <w:rPr>
          <w:b/>
        </w:rPr>
        <w:t xml:space="preserve">[55:20] </w:t>
      </w:r>
      <w:r>
        <w:t>musibat pada hai jo tumhe khoya gaya hai us par mayoos ho jao yeh allah ki iskeep nahi</w:t>
      </w:r>
    </w:p>
    <w:p>
      <w:pPr>
        <w:jc w:val="right"/>
      </w:pPr>
      <w:r>
        <w:t>مصیبت پڑی ہے جو تمہیں کھویا گیا ہے اس پر مایوس ہو جاؤ یہ اللہ کی اسکیپ نہیں</w:t>
      </w:r>
    </w:p>
    <w:p>
      <w:r>
        <w:rPr>
          <w:b/>
        </w:rPr>
        <w:t xml:space="preserve">[55:28] </w:t>
      </w:r>
      <w:r>
        <w:t>hai lekin yeh zikr nahi hai ke kya karo</w:t>
      </w:r>
    </w:p>
    <w:p>
      <w:pPr>
        <w:jc w:val="right"/>
      </w:pPr>
      <w:r>
        <w:t>ہے لیکن یہ ذکر نہیں ہے کہ کیا کرو</w:t>
      </w:r>
    </w:p>
    <w:p>
      <w:r>
        <w:rPr>
          <w:b/>
        </w:rPr>
        <w:t xml:space="preserve">[55:35] </w:t>
      </w:r>
      <w:r>
        <w:t>mayoos na ho to kya karo aap is ayat ko padhiye quran majeed mein yeh to kaha gaya</w:t>
      </w:r>
    </w:p>
    <w:p>
      <w:pPr>
        <w:jc w:val="right"/>
      </w:pPr>
      <w:r>
        <w:t>مایوس نہ ہو تو کیا کرو آپ اس آیت کو پڑھیے قرآن مجید میں یہ تو کہا گیا</w:t>
      </w:r>
    </w:p>
    <w:p>
      <w:r>
        <w:rPr>
          <w:b/>
        </w:rPr>
        <w:t xml:space="preserve">[55:41] </w:t>
      </w:r>
      <w:r>
        <w:t>hai ke ahad mein jo tum ko nuqsan hua us par mayoos na ho to sawal hai ke</w:t>
      </w:r>
    </w:p>
    <w:p>
      <w:pPr>
        <w:jc w:val="right"/>
      </w:pPr>
      <w:r>
        <w:t>ہے کہ احد میں جو تم کو نقصان ہوا اس پر مایوس نہ ہو تو سوال ہے کہ</w:t>
      </w:r>
    </w:p>
    <w:p>
      <w:r>
        <w:rPr>
          <w:b/>
        </w:rPr>
        <w:t xml:space="preserve">[55:47] </w:t>
      </w:r>
      <w:r>
        <w:t>mayoos na ho to kya karo is ke baad kya karo to wahan implicit hai ek cheez woh</w:t>
      </w:r>
    </w:p>
    <w:p>
      <w:pPr>
        <w:jc w:val="right"/>
      </w:pPr>
      <w:r>
        <w:t>مایوس نہ ہو تو کیا کرو اس کے بعد کیا کرو تو وہاں implicit ہے ایک چیز وہ</w:t>
      </w:r>
    </w:p>
    <w:p>
      <w:r>
        <w:rPr>
          <w:b/>
        </w:rPr>
        <w:t xml:space="preserve">[55:54] </w:t>
      </w:r>
      <w:r>
        <w:t>hai ke re planning karo mayoos hone ke bajaye halaat ka jaiza lo apni taqat ka mukhalif ki</w:t>
      </w:r>
    </w:p>
    <w:p>
      <w:pPr>
        <w:jc w:val="right"/>
      </w:pPr>
      <w:r>
        <w:t>ہے کہ re planning کرو مایوس ہونے کے بجائے حالات کا جائزہ لو اپنی طاقت کا مخالف کی</w:t>
      </w:r>
    </w:p>
    <w:p>
      <w:r>
        <w:rPr>
          <w:b/>
        </w:rPr>
        <w:t xml:space="preserve">[56:00] </w:t>
      </w:r>
      <w:r>
        <w:t>taqat ka andaza karo</w:t>
      </w:r>
    </w:p>
    <w:p>
      <w:pPr>
        <w:jc w:val="right"/>
      </w:pPr>
      <w:r>
        <w:t>طاقت کا اندازہ کرو</w:t>
      </w:r>
    </w:p>
    <w:p>
      <w:r>
        <w:rPr>
          <w:b/>
        </w:rPr>
        <w:t xml:space="preserve">[56:06] </w:t>
      </w:r>
      <w:r>
        <w:t>halaat ko samjho aqal ko istemal karo aur re planning karo ab re planning ka wahan par zikr</w:t>
      </w:r>
    </w:p>
    <w:p>
      <w:pPr>
        <w:jc w:val="right"/>
      </w:pPr>
      <w:r>
        <w:t>حالات کو سمجھو عقل کو استعمال کرو اور re planning کرو اب re planning کا وہاں پر ذکر</w:t>
      </w:r>
    </w:p>
    <w:p>
      <w:r>
        <w:rPr>
          <w:b/>
        </w:rPr>
        <w:t xml:space="preserve">[56:13] </w:t>
      </w:r>
      <w:r>
        <w:t>nahi hai woh cheez mahzoof hai undeclared hai to quran mein aisa bohat zyada hai jab tak aap</w:t>
      </w:r>
    </w:p>
    <w:p>
      <w:pPr>
        <w:jc w:val="right"/>
      </w:pPr>
      <w:r>
        <w:t>نہیں ہے وہ چیز محذوف ہے undeclared ہے تو قرآن میں ایسا بہت زیادہ ہے جب تک آپ</w:t>
      </w:r>
    </w:p>
    <w:p>
      <w:r>
        <w:rPr>
          <w:b/>
        </w:rPr>
        <w:t xml:space="preserve">[56:21] </w:t>
      </w:r>
      <w:r>
        <w:t>quran ke mahzoofat ko nahi samjhenge aap quran ki wisdom ko nahi samajh sakte pehle hi ayat</w:t>
      </w:r>
    </w:p>
    <w:p>
      <w:pPr>
        <w:jc w:val="right"/>
      </w:pPr>
      <w:r>
        <w:t>قرآن کے محذوفات کو نہیں سمجھیں گے آپ قرآن کی wisdom کو نہیں سمجھ سکتے پہلے ہی آیت</w:t>
      </w:r>
    </w:p>
    <w:p>
      <w:r>
        <w:rPr>
          <w:b/>
        </w:rPr>
        <w:t xml:space="preserve">[56:28] </w:t>
      </w:r>
      <w:r>
        <w:t>dekhiye alhamdulillah rabbil alameen shukr hai allah rabb</w:t>
      </w:r>
    </w:p>
    <w:p>
      <w:pPr>
        <w:jc w:val="right"/>
      </w:pPr>
      <w:r>
        <w:t>دیکھیے الحمدللہ رب العالمین شکر ہے اللہ رب</w:t>
      </w:r>
    </w:p>
    <w:p>
      <w:r>
        <w:rPr>
          <w:b/>
        </w:rPr>
        <w:t xml:space="preserve">[56:36] </w:t>
      </w:r>
      <w:r>
        <w:t>il alameen ka is mein ek cheez mahzoof hai ke dunya mein jab koi unwanted situation aati hai us</w:t>
      </w:r>
    </w:p>
    <w:p>
      <w:pPr>
        <w:jc w:val="right"/>
      </w:pPr>
      <w:r>
        <w:t>العالمین کا اس میں ایک چیز محذوف ہے کہ دنیا میں جب کوئی unwanted situation آتی ہے اس</w:t>
      </w:r>
    </w:p>
    <w:p>
      <w:r>
        <w:rPr>
          <w:b/>
        </w:rPr>
        <w:t xml:space="preserve">[56:43] </w:t>
      </w:r>
      <w:r>
        <w:t>ko bhulao tab ilm kar paoge tab shukr ada kar paoge to sare quran mein jo</w:t>
      </w:r>
    </w:p>
    <w:p>
      <w:pPr>
        <w:jc w:val="right"/>
      </w:pPr>
      <w:r>
        <w:t>کو بھلاؤ تب علم کر پاؤ گے تب شکر ادا کر پاؤ گے تو سارے قرآن میں جو</w:t>
      </w:r>
    </w:p>
    <w:p>
      <w:r>
        <w:rPr>
          <w:b/>
        </w:rPr>
        <w:t xml:space="preserve">[56:51] </w:t>
      </w:r>
      <w:r>
        <w:t>wisdom jo hai woh mahzoofat mein hai agar mahzoofat aap ko nahi padhna aata to aap wisdom se</w:t>
      </w:r>
    </w:p>
    <w:p>
      <w:pPr>
        <w:jc w:val="right"/>
      </w:pPr>
      <w:r>
        <w:t>wisdom جو ہے وہ محذوفات میں ہے اگر محذوفات آپ کو نہیں پڑھنا آتا تو آپ wisdom سے</w:t>
      </w:r>
    </w:p>
    <w:p>
      <w:r>
        <w:rPr>
          <w:b/>
        </w:rPr>
        <w:t xml:space="preserve">[56:58] </w:t>
      </w:r>
      <w:r>
        <w:t>be khabar rahenge yani between the lines jo hai us ko janna padega aap ko</w:t>
      </w:r>
    </w:p>
    <w:p>
      <w:pPr>
        <w:jc w:val="right"/>
      </w:pPr>
      <w:r>
        <w:t>بے خبر رہیں گے یعنی between the lines جو ہے اس کو جاننا پڑے گا آپ کو</w:t>
      </w:r>
    </w:p>
    <w:p>
      <w:r>
        <w:rPr>
          <w:b/>
        </w:rPr>
        <w:t xml:space="preserve">[57:06] </w:t>
      </w:r>
      <w:r>
        <w:t>tab quran ki wisdom se tak pahunchenge aap molana agla sawal lene se pehle kuch aur comments</w:t>
      </w:r>
    </w:p>
    <w:p>
      <w:pPr>
        <w:jc w:val="right"/>
      </w:pPr>
      <w:r>
        <w:t>تب قرآن کی wisdom سے تک پہنچیں گے آپ مولانا اگلا سوال لینے سے پہلے کچھ اور کمنٹس</w:t>
      </w:r>
    </w:p>
    <w:p>
      <w:r>
        <w:rPr>
          <w:b/>
        </w:rPr>
        <w:t xml:space="preserve">[57:14] </w:t>
      </w:r>
      <w:r>
        <w:t>padhna chahenge jo abhi abhi aaye hain yeh comment bheja hai rashid ansari sahab ne up</w:t>
      </w:r>
    </w:p>
    <w:p>
      <w:pPr>
        <w:jc w:val="right"/>
      </w:pPr>
      <w:r>
        <w:t>پڑھنا چاہیں گے جو ابھی ابھی آئے ہیں یہ کمنٹ بھیجا ہے رشید انصاری صاحب نے یو پی</w:t>
      </w:r>
    </w:p>
    <w:p>
      <w:r>
        <w:rPr>
          <w:b/>
        </w:rPr>
        <w:t xml:space="preserve">[57:22] </w:t>
      </w:r>
      <w:r>
        <w:t>se unhon ne likha hai molana yeh baat aap ne apne aap mein ek haqeeqat hai ke jab</w:t>
      </w:r>
    </w:p>
    <w:p>
      <w:pPr>
        <w:jc w:val="right"/>
      </w:pPr>
      <w:r>
        <w:t>سے انہوں نے لکھا ہے مولانا یہ بات آپ نے اپنے آپ میں ایک حقیقت ہے کہ جب</w:t>
      </w:r>
    </w:p>
    <w:p>
      <w:r>
        <w:rPr>
          <w:b/>
        </w:rPr>
        <w:t xml:space="preserve">[57:30] </w:t>
      </w:r>
      <w:r>
        <w:t>hum quran un ko dete hain jis ko hum apna dushman samajhte hain woh log bohat khushi ho ke</w:t>
      </w:r>
    </w:p>
    <w:p>
      <w:pPr>
        <w:jc w:val="right"/>
      </w:pPr>
      <w:r>
        <w:t>ہم قرآن ان کو دیتے ہیں جس کو ہم اپنا دشمن سمجھتے ہیں وہ لوگ بہت خوشی ہو کے</w:t>
      </w:r>
    </w:p>
    <w:p>
      <w:r>
        <w:rPr>
          <w:b/>
        </w:rPr>
        <w:t xml:space="preserve">[57:37] </w:t>
      </w:r>
      <w:r>
        <w:t>khushi ho ke woh lete hain yeh mera zaati tajurba hai mashallah is ke baad molana comment bheja</w:t>
      </w:r>
    </w:p>
    <w:p>
      <w:pPr>
        <w:jc w:val="right"/>
      </w:pPr>
      <w:r>
        <w:t>خوشی ہو کے وہ لیتے ہیں یہ میرا ذاتی تجربہ ہے ماشاءاللہ اس کے بعد مولانا کمنٹ بھیجا</w:t>
      </w:r>
    </w:p>
    <w:p>
      <w:r>
        <w:rPr>
          <w:b/>
        </w:rPr>
        <w:t xml:space="preserve">[57:45] </w:t>
      </w:r>
      <w:r>
        <w:t>hai doctor safeena tabassum ne ajmer se unhon ne likha hai yesterday molana sahab told us that we</w:t>
      </w:r>
    </w:p>
    <w:p>
      <w:pPr>
        <w:jc w:val="right"/>
      </w:pPr>
      <w:r>
        <w:t>ہے ڈاکٹر سفینہ تبسم نے اجمیر سے انہوں نے لکھا ہے yesterday مولانا صاحب told us that we</w:t>
      </w:r>
    </w:p>
    <w:p>
      <w:r>
        <w:rPr>
          <w:b/>
        </w:rPr>
        <w:t xml:space="preserve">[57:53] </w:t>
      </w:r>
      <w:r>
        <w:t>should discover god in every failed plan and today molana sahab has mentioned that how re planning makes</w:t>
      </w:r>
    </w:p>
    <w:p>
      <w:pPr>
        <w:jc w:val="right"/>
      </w:pPr>
      <w:r>
        <w:t>should discover God in every failed plan and today مولانا صاحب has mentioned that how re planning makes</w:t>
      </w:r>
    </w:p>
    <w:p>
      <w:r>
        <w:rPr>
          <w:b/>
        </w:rPr>
        <w:t xml:space="preserve">[58:00] </w:t>
      </w:r>
      <w:r>
        <w:t>us nearer to god almighty i sincerely thank him for increasing me in my faith daily</w:t>
      </w:r>
    </w:p>
    <w:p>
      <w:pPr>
        <w:jc w:val="right"/>
      </w:pPr>
      <w:r>
        <w:t>us nearer to God almighty I sincerely thank Him for increasing me in my faith daily</w:t>
      </w:r>
    </w:p>
    <w:p>
      <w:r>
        <w:rPr>
          <w:b/>
        </w:rPr>
        <w:t xml:space="preserve">[58:08] </w:t>
      </w:r>
      <w:r>
        <w:t>your daily lecture is blessing of god for all of us molana is ke baad comment bheja hai</w:t>
      </w:r>
    </w:p>
    <w:p>
      <w:pPr>
        <w:jc w:val="right"/>
      </w:pPr>
      <w:r>
        <w:t>your daily lecture is blessing of God for all of us مولانا اس کے بعد کمنٹ بھیجا ہے</w:t>
      </w:r>
    </w:p>
    <w:p>
      <w:r>
        <w:rPr>
          <w:b/>
        </w:rPr>
        <w:t xml:space="preserve">[58:16] </w:t>
      </w:r>
      <w:r>
        <w:t>yaqoob molana yaqoob umri sahab ne delhi se unhon ne likha hai molana for the first time i</w:t>
      </w:r>
    </w:p>
    <w:p>
      <w:pPr>
        <w:jc w:val="right"/>
      </w:pPr>
      <w:r>
        <w:t>یعقوب مولانا یعقوب عمری صاحب نے دلی سے انہوں نے لکھا ہے مولانا for the first time I</w:t>
      </w:r>
    </w:p>
    <w:p>
      <w:r>
        <w:rPr>
          <w:b/>
        </w:rPr>
        <w:t xml:space="preserve">[58:24] </w:t>
      </w:r>
      <w:r>
        <w:t>discovered that event of prophet adam has given us a lesson of re planning we should re plan</w:t>
      </w:r>
    </w:p>
    <w:p>
      <w:pPr>
        <w:jc w:val="right"/>
      </w:pPr>
      <w:r>
        <w:t>discovered that event of prophet Adam has given us a lesson of re planning we should re plan</w:t>
      </w:r>
    </w:p>
    <w:p>
      <w:r>
        <w:rPr>
          <w:b/>
        </w:rPr>
        <w:t xml:space="preserve">[58:32] </w:t>
      </w:r>
      <w:r>
        <w:t>and convert our failure to success this is an important lesson for me jazak allah</w:t>
      </w:r>
    </w:p>
    <w:p>
      <w:pPr>
        <w:jc w:val="right"/>
      </w:pPr>
      <w:r>
        <w:t>and convert our failure to success this is an important lesson for me جزاک اللہ</w:t>
      </w:r>
    </w:p>
    <w:p>
      <w:r>
        <w:rPr>
          <w:b/>
        </w:rPr>
        <w:t xml:space="preserve">[58:39] </w:t>
      </w:r>
      <w:r>
        <w:t>molana agla sawal bheja hai aamir mori sahab ne srinagar se unhon ne likha hai our plans</w:t>
      </w:r>
    </w:p>
    <w:p>
      <w:pPr>
        <w:jc w:val="right"/>
      </w:pPr>
      <w:r>
        <w:t>مولانا اگلا سوال بھیجا ہے عامر موری صاحب نے سری نگر سے انہوں نے لکھا ہے our plans</w:t>
      </w:r>
    </w:p>
    <w:p>
      <w:r>
        <w:rPr>
          <w:b/>
        </w:rPr>
        <w:t xml:space="preserve">[58:47] </w:t>
      </w:r>
      <w:r>
        <w:t>tend to fail and the concept of re planning gives us the clear manifestation that when our plan</w:t>
      </w:r>
    </w:p>
    <w:p>
      <w:pPr>
        <w:jc w:val="right"/>
      </w:pPr>
      <w:r>
        <w:t>tend to fail and the concept of re planning gives us the clear manifestation that when our plan</w:t>
      </w:r>
    </w:p>
    <w:p>
      <w:r>
        <w:rPr>
          <w:b/>
        </w:rPr>
        <w:t xml:space="preserve">[58:54] </w:t>
      </w:r>
      <w:r>
        <w:t>fails Allah wants us to do something better than what we have planned so whenever our plan fails</w:t>
      </w:r>
    </w:p>
    <w:p>
      <w:pPr>
        <w:jc w:val="right"/>
      </w:pPr>
      <w:r>
        <w:t>fails اللہ wants us to do something better than what we have planned so whenever our plan fails</w:t>
      </w:r>
    </w:p>
    <w:p>
      <w:r>
        <w:rPr>
          <w:b/>
        </w:rPr>
        <w:t xml:space="preserve">[59:02] </w:t>
      </w:r>
      <w:r>
        <w:t>fails is it right to say that it is not the case of opportunity lost r</w:t>
      </w:r>
    </w:p>
    <w:p>
      <w:pPr>
        <w:jc w:val="right"/>
      </w:pPr>
      <w:r>
        <w:t>is itright to say that it is not the case of opportunity lost r</w:t>
      </w:r>
    </w:p>
    <w:p>
      <w:r>
        <w:rPr>
          <w:b/>
        </w:rPr>
        <w:t xml:space="preserve">[59:10] </w:t>
      </w:r>
      <w:r>
        <w:t>ather it is a case of getting more bigger opportunities Maulana what is your comment on this bilkul</w:t>
      </w:r>
    </w:p>
    <w:p>
      <w:pPr>
        <w:jc w:val="right"/>
      </w:pPr>
      <w:r>
        <w:t>ather it is a case of getting more bigger opportunities مولانا what is your comment on this بالکل</w:t>
      </w:r>
    </w:p>
    <w:p>
      <w:r>
        <w:rPr>
          <w:b/>
        </w:rPr>
        <w:t xml:space="preserve">[59:17] </w:t>
      </w:r>
      <w:r>
        <w:t>sahee baat hai bohat sahee kaha aap ne jazaak Allah Maulana agla sawal Miss Gulzeeba Ahmed ka hai</w:t>
      </w:r>
    </w:p>
    <w:p>
      <w:pPr>
        <w:jc w:val="right"/>
      </w:pPr>
      <w:r>
        <w:t>صحیح بات ہے بہت صحیح کہا آپ نے جزاک اللہ مولانا اگلا سوال مس گلزیبہ احمد کا ہے</w:t>
      </w:r>
    </w:p>
    <w:p>
      <w:r>
        <w:rPr>
          <w:b/>
        </w:rPr>
        <w:t xml:space="preserve">[59:25] </w:t>
      </w:r>
      <w:r>
        <w:t>USA se unhon ne likha hai I want to share a dream with you which a</w:t>
      </w:r>
    </w:p>
    <w:p>
      <w:pPr>
        <w:jc w:val="right"/>
      </w:pPr>
      <w:r>
        <w:t>یو ایس اے سے انہوں نے لکھا ہے I want to share a dream with you which a</w:t>
      </w:r>
    </w:p>
    <w:p>
      <w:r>
        <w:rPr>
          <w:b/>
        </w:rPr>
        <w:t xml:space="preserve">[59:32] </w:t>
      </w:r>
      <w:r>
        <w:t>friend of mine told me about her boss who is a Hindu had a dream he saw that</w:t>
      </w:r>
    </w:p>
    <w:p>
      <w:pPr>
        <w:jc w:val="right"/>
      </w:pPr>
      <w:r>
        <w:t>friend of mine told me about ہر boss who is a ہندو had a dream he saw that</w:t>
      </w:r>
    </w:p>
    <w:p>
      <w:r>
        <w:rPr>
          <w:b/>
        </w:rPr>
        <w:t xml:space="preserve">[59:40] </w:t>
      </w:r>
      <w:r>
        <w:t>world is ending everywhere is a disaster buildings are falling he is very thirsty and he reaches a</w:t>
      </w:r>
    </w:p>
    <w:p>
      <w:pPr>
        <w:jc w:val="right"/>
      </w:pPr>
      <w:r>
        <w:t>world is ending everywhere is a disaster buildings are falling he is very thirsty and he reaches a</w:t>
      </w:r>
    </w:p>
    <w:p>
      <w:r>
        <w:rPr>
          <w:b/>
        </w:rPr>
        <w:t xml:space="preserve">[59:50] </w:t>
      </w:r>
      <w:r>
        <w:t>house belonging to a Muslim he asked for water but the Muslim refused to give him any water</w:t>
      </w:r>
    </w:p>
    <w:p>
      <w:pPr>
        <w:jc w:val="right"/>
      </w:pPr>
      <w:r>
        <w:t>house belonging to a مسلم he asked for water but the مسلم refused to give him any water</w:t>
      </w:r>
    </w:p>
    <w:p>
      <w:r>
        <w:rPr>
          <w:b/>
        </w:rPr>
        <w:t xml:space="preserve">[1:00:00] </w:t>
      </w:r>
      <w:r>
        <w:t>he woke upright after that Maulana what is your interpretation of this dream</w:t>
      </w:r>
    </w:p>
    <w:p>
      <w:pPr>
        <w:jc w:val="right"/>
      </w:pPr>
      <w:r>
        <w:t>he woke upright after that مولانا what is your interpretation of this dream</w:t>
      </w:r>
    </w:p>
    <w:p>
      <w:r>
        <w:rPr>
          <w:b/>
        </w:rPr>
        <w:t xml:space="preserve">[1:00:10] </w:t>
      </w:r>
      <w:r>
        <w:t>dekhiye yeh dream bilkul khula hua hai woh water nahi mang raha tha water to kahin bhi mil sakta tha road par woh keh raha tha ke khaliq ka kya message hai batao mujh ko creator ka kya paigham hai batao mujh ko yani woh Quran mang raha tha Quran ya</w:t>
      </w:r>
    </w:p>
    <w:p>
      <w:pPr>
        <w:jc w:val="right"/>
      </w:pPr>
      <w:r>
        <w:t>دیکھیے یہ dream بالکل کھلا ہوا ہے وہ water نہیں مانگ رہا تھا water تو کہیں بھی مل سکتا تھا road پر وہ کہہ رہا تھا کہ خالق کا کیا message ہے بتاؤ مجھ کو creator کا کیا پیغام ہے بتاؤ مجھ کو یعنی وہ قرآن مانگ رہا تھا قرآن یا</w:t>
      </w:r>
    </w:p>
    <w:p>
      <w:r>
        <w:rPr>
          <w:b/>
        </w:rPr>
        <w:t xml:space="preserve">[1:00:40] </w:t>
      </w:r>
      <w:r>
        <w:t>Allah ne Musalmanon ko warning di hai warning tum ko agar tumhare paas pani hai aur tum pyason</w:t>
      </w:r>
    </w:p>
    <w:p>
      <w:pPr>
        <w:jc w:val="right"/>
      </w:pPr>
      <w:r>
        <w:t>اللہ نے مسلمانوں کو warning دی ہے warning تم کو اگر تمہارے پاس پانی ہے اور تم پیاسوں</w:t>
      </w:r>
    </w:p>
    <w:p>
      <w:r>
        <w:rPr>
          <w:b/>
        </w:rPr>
        <w:t xml:space="preserve">[1:00:51] </w:t>
      </w:r>
      <w:r>
        <w:t>ko lutao to socho ke tumhara kya anjam hoga aakhirat mein main sochta hoon ke yeh yeh warning</w:t>
      </w:r>
    </w:p>
    <w:p>
      <w:pPr>
        <w:jc w:val="right"/>
      </w:pPr>
      <w:r>
        <w:t>کو لٹاؤ تو سوچو کہ تمہارا کیا انجام ہوگا آخرت میں میں سوچتا ہوں کہ یہ یہ warning</w:t>
      </w:r>
    </w:p>
    <w:p>
      <w:r>
        <w:rPr>
          <w:b/>
        </w:rPr>
        <w:t xml:space="preserve">[1:01:01] </w:t>
      </w:r>
      <w:r>
        <w:t>hai Allah taala ki taraf se jo ek bande ki zuban se Allah ne hamein di hai hum sab ko</w:t>
      </w:r>
    </w:p>
    <w:p>
      <w:pPr>
        <w:jc w:val="right"/>
      </w:pPr>
      <w:r>
        <w:t>ہے اللہ تعالیٰ کی طرف سے جو ایک بندے کی زبان سے اللہ نے ہمیں دی ہے ہم سب کو</w:t>
      </w:r>
    </w:p>
    <w:p>
      <w:r>
        <w:rPr>
          <w:b/>
        </w:rPr>
        <w:t xml:space="preserve">[1:01:11] </w:t>
      </w:r>
      <w:r>
        <w:t>yeh karna hai ke Quran ke liye uth jao har zaban mein Quran ka tarjuma har mulk mein Quran ko phailana har qaum mein us ko aam karna is khwab ka matlab yahi hai yeh bohat hi hila dene wala khwab hai yeh woh pani mang raha tha Khuda kitab mang raha tha woh apni zaban mein ab</w:t>
      </w:r>
    </w:p>
    <w:p>
      <w:pPr>
        <w:jc w:val="right"/>
      </w:pPr>
      <w:r>
        <w:t>یہ کرنا ہے کہ قرآن کے لیے اٹھ جاؤ ہر زبان میں قرآن کا ترجمہ ہر ملک میں قرآن کو پھیلانا ہر قوم میں اس کو عام کرنا اس خواب کا مطلب یہی ہے یہ بہت ہی ہلا دینے والا خواب ہے یہ وہ پانی مانگ رہا تھا خدا کتاب مانگ رہا تھا وہ اپنی زبان میں اب</w:t>
      </w:r>
    </w:p>
    <w:p>
      <w:r>
        <w:rPr>
          <w:b/>
        </w:rPr>
        <w:t xml:space="preserve">[1:01:41] </w:t>
      </w:r>
      <w:r>
        <w:t>hamein yahi kaam karna hai is ke siwa doosre har kaam ko hamein secondary banana hai secondary Maulana</w:t>
      </w:r>
    </w:p>
    <w:p>
      <w:pPr>
        <w:jc w:val="right"/>
      </w:pPr>
      <w:r>
        <w:t>ہمیں یہی کام کرنا ہے اس کے سوا دوسرے ہر کام کو ہمیں secondary بنانا ہے secondary مولانا</w:t>
      </w:r>
    </w:p>
    <w:p>
      <w:r>
        <w:rPr>
          <w:b/>
        </w:rPr>
        <w:t xml:space="preserve">[1:01:49] </w:t>
      </w:r>
      <w:r>
        <w:t>agla sawal bheja hai Raipur se aa Miss Shabana Idrees ne unhon ne likha hai Maulana please</w:t>
      </w:r>
    </w:p>
    <w:p>
      <w:pPr>
        <w:jc w:val="right"/>
      </w:pPr>
      <w:r>
        <w:t>اگلا سوال بھیجا ہے رائے پور سے آ مس شبانہ ادریس نے انہوں نے لکھا ہے مولانا please</w:t>
      </w:r>
    </w:p>
    <w:p>
      <w:r>
        <w:rPr>
          <w:b/>
        </w:rPr>
        <w:t xml:space="preserve">[1:01:57] </w:t>
      </w:r>
      <w:r>
        <w:t>comment about importance of attending Sunday classes and also about attending it online for those who are not</w:t>
      </w:r>
    </w:p>
    <w:p>
      <w:pPr>
        <w:jc w:val="right"/>
      </w:pPr>
      <w:r>
        <w:t>comment about importance of attending Sunday classes and also about attending it online for those who are not</w:t>
      </w:r>
    </w:p>
    <w:p>
      <w:r>
        <w:rPr>
          <w:b/>
        </w:rPr>
        <w:t xml:space="preserve">[1:02:05] </w:t>
      </w:r>
      <w:r>
        <w:t>based in Delhi</w:t>
      </w:r>
    </w:p>
    <w:p>
      <w:pPr>
        <w:jc w:val="right"/>
      </w:pPr>
      <w:r>
        <w:t>based in Delhi</w:t>
      </w:r>
    </w:p>
    <w:p>
      <w:r>
        <w:rPr>
          <w:b/>
        </w:rPr>
        <w:t xml:space="preserve">[1:02:13] </w:t>
      </w:r>
      <w:r>
        <w:t>dekhiye yeh class jo hai jis ko nahi dikhaya jata woh mere khayal mein woh blind hai jis</w:t>
      </w:r>
    </w:p>
    <w:p>
      <w:pPr>
        <w:jc w:val="right"/>
      </w:pPr>
      <w:r>
        <w:t>دیکھیے یہ کلاس جو ہے جس کو نہیں دکھایا جاتا وہ میرے خیال میں وہ blind ہے جس</w:t>
      </w:r>
    </w:p>
    <w:p>
      <w:r>
        <w:rPr>
          <w:b/>
        </w:rPr>
        <w:t xml:space="preserve">[1:02:20] </w:t>
      </w:r>
      <w:r>
        <w:t>ne jitne aadmi is mein aate hain is se zyada farishtay aate hain yahan par Sunday class mein</w:t>
      </w:r>
    </w:p>
    <w:p>
      <w:pPr>
        <w:jc w:val="right"/>
      </w:pPr>
      <w:r>
        <w:t>نے جتنے آدمی اس میں آتے ہیں اس سے زیادہ فرشتے آتے ہیں یہاں پر Sunday کلاس میں</w:t>
      </w:r>
    </w:p>
    <w:p>
      <w:r>
        <w:rPr>
          <w:b/>
        </w:rPr>
        <w:t xml:space="preserve">[1:02:28] </w:t>
      </w:r>
      <w:r>
        <w:t>jitne log aate hain is se zyada aate hain farishtay to jo logon ko farishton ki majlis mein</w:t>
      </w:r>
    </w:p>
    <w:p>
      <w:pPr>
        <w:jc w:val="right"/>
      </w:pPr>
      <w:r>
        <w:t>جتنے لوگ آتے ہیں اس سے زیادہ آتے ہیں فرشتے تو جو لوگوں کو فرشتوں کی مجلس میں</w:t>
      </w:r>
    </w:p>
    <w:p>
      <w:r>
        <w:rPr>
          <w:b/>
        </w:rPr>
        <w:t xml:space="preserve">[1:02:35] </w:t>
      </w:r>
      <w:r>
        <w:t>baithna hai un ko zaroor is mein shirkat</w:t>
      </w:r>
    </w:p>
    <w:p>
      <w:pPr>
        <w:jc w:val="right"/>
      </w:pPr>
      <w:r>
        <w:t>بیٹھنا ہے ان کو ضرور اس میں شرکت</w:t>
      </w:r>
    </w:p>
    <w:p>
      <w:r>
        <w:rPr>
          <w:b/>
        </w:rPr>
        <w:t xml:space="preserve">[1:02:43] </w:t>
      </w:r>
      <w:r>
        <w:t>karna chahiye Delhi mein hai to barah e raast taur par Delhi mein nahi hai to woh internet se</w:t>
      </w:r>
    </w:p>
    <w:p>
      <w:pPr>
        <w:jc w:val="right"/>
      </w:pPr>
      <w:r>
        <w:t>کرنا چاہیے Delhi میں ہے تو براہ راست طور پر Delhi میں نہیں ہے تو وہ انٹرنیٹ سے</w:t>
      </w:r>
    </w:p>
    <w:p>
      <w:r>
        <w:rPr>
          <w:b/>
        </w:rPr>
        <w:t xml:space="preserve">[1:02:54] </w:t>
      </w:r>
      <w:r>
        <w:t>us ko suna hai aur dekha hai mujhe is mein zara bhi shaq nahi ke Sunday class ka</w:t>
      </w:r>
    </w:p>
    <w:p>
      <w:pPr>
        <w:jc w:val="right"/>
      </w:pPr>
      <w:r>
        <w:t>اس کو سنا ہے اور دیکھا ہے مجھے اس میں ذرا بھی شک نہیں کہ Sunday کلاس کا</w:t>
      </w:r>
    </w:p>
    <w:p>
      <w:r>
        <w:rPr>
          <w:b/>
        </w:rPr>
        <w:t xml:space="preserve">[1:03:04] </w:t>
      </w:r>
      <w:r>
        <w:t>intezar karte hain farishtay aur jab yeh hoti hai to woh toot padte hain yahan</w:t>
      </w:r>
    </w:p>
    <w:p>
      <w:pPr>
        <w:jc w:val="right"/>
      </w:pPr>
      <w:r>
        <w:t>انتظار کرتے ہیں فرشتے اور جب یہ ہوتی ہے تو وہ ٹوٹ پڑتے ہیں یہاں</w:t>
      </w:r>
    </w:p>
    <w:p>
      <w:r>
        <w:rPr>
          <w:b/>
        </w:rPr>
        <w:t xml:space="preserve">[1:03:15] </w:t>
      </w:r>
      <w:r>
        <w:t>to is se ziyada mehroom aur kaun hoga jis ke liye farishtay ki majlis mein baithne ka mauqa ho aur us mein na baithay agla sawal bheja hai Muhammad Irfan Rasheedi sahib ne Nagpur se unhon ne likha hai Maulana sahib what is meant by result oriented dawah work us ke baray mein bataein dekhiye result oriented ka matlab yeh nahi hai jis par aap paigham pohanch</w:t>
      </w:r>
    </w:p>
    <w:p>
      <w:pPr>
        <w:jc w:val="right"/>
      </w:pPr>
      <w:r>
        <w:t>تو اس سے زیادہ محروم اور کون ہوگا جس کے لیے فرشتوں کی مجلس میں بیٹھنے کا موقع ہو اور اس میں نہ بیٹھے اگلا سوال بھیجا ہے محمد عرفان رشیدی صاحب نے ناکپور سے انہوں نے لکھا ہے مولانا صاحب what is meant by result oriented دعویٰ work اس کے بارے میں بتائیں دیکھیے result oriented کا مطلب یہ نہیں ہے جس پر آپ پیغام پہنچ</w:t>
      </w:r>
    </w:p>
    <w:p>
      <w:r>
        <w:rPr>
          <w:b/>
        </w:rPr>
        <w:t xml:space="preserve">[1:03:45] </w:t>
      </w:r>
      <w:r>
        <w:t>aayein woh foran sun kar maan le mein samajhta hoon ke farishton ke haan likha jaye ke is</w:t>
      </w:r>
    </w:p>
    <w:p>
      <w:pPr>
        <w:jc w:val="right"/>
      </w:pPr>
      <w:r>
        <w:t>ائیں وہ فوراً سن کر مان لے میں سمجھتا ہوں کہ فرشتوں کے ہاں لکھا جائے کہ اس</w:t>
      </w:r>
    </w:p>
    <w:p>
      <w:r>
        <w:rPr>
          <w:b/>
        </w:rPr>
        <w:t xml:space="preserve">[1:03:55] </w:t>
      </w:r>
      <w:r>
        <w:t>aadmi ne allah ka paigham pohanchaya insaan tak yeh hai result result oriented daawa work woh hai jo</w:t>
      </w:r>
    </w:p>
    <w:p>
      <w:pPr>
        <w:jc w:val="right"/>
      </w:pPr>
      <w:r>
        <w:t>آدمی نے اللہ کا پیغام پہنچایا انسان تک یہ ہے result result oriented دعویٰ work وہ ہے جو</w:t>
      </w:r>
    </w:p>
    <w:p>
      <w:r>
        <w:rPr>
          <w:b/>
        </w:rPr>
        <w:t xml:space="preserve">[1:04:05] </w:t>
      </w:r>
      <w:r>
        <w:t>firishton ke nazdeek reportable ho iss qabil ho ke iss ki report ki jaye allah rab ul alameen</w:t>
      </w:r>
    </w:p>
    <w:p>
      <w:pPr>
        <w:jc w:val="right"/>
      </w:pPr>
      <w:r>
        <w:t>فرشتوں کے نزدیک reportable ہو اس قابل ہو کہ اس کی رپورٹ کی جائے اللہ رب العالمین</w:t>
      </w:r>
    </w:p>
    <w:p>
      <w:r>
        <w:rPr>
          <w:b/>
        </w:rPr>
        <w:t xml:space="preserve">[1:04:15] </w:t>
      </w:r>
      <w:r>
        <w:t>tak aur wohi hai jis mein do sifatein pai jayen naskh aur amanat ani lakum rasool ameen daai</w:t>
      </w:r>
    </w:p>
    <w:p>
      <w:pPr>
        <w:jc w:val="right"/>
      </w:pPr>
      <w:r>
        <w:t>تک اور وہی ہے جس میں دو صفتیں پائی جائیں نسخ اور امانت انی لکم رسول امین داعی</w:t>
      </w:r>
    </w:p>
    <w:p>
      <w:r>
        <w:rPr>
          <w:b/>
        </w:rPr>
        <w:t xml:space="preserve">[1:04:23] </w:t>
      </w:r>
      <w:r>
        <w:t>ki jo hai madu ke liye bohat ziyada khair khwah ho aur daai wohi baat kahe jo allah</w:t>
      </w:r>
    </w:p>
    <w:p>
      <w:pPr>
        <w:jc w:val="right"/>
      </w:pPr>
      <w:r>
        <w:t>کی جو ہے مدعو کے لیے بہت زیادہ خیر خواہ ہو اور داعی وہی بات کہے جو اللہ</w:t>
      </w:r>
    </w:p>
    <w:p>
      <w:r>
        <w:rPr>
          <w:b/>
        </w:rPr>
        <w:t xml:space="preserve">[1:04:31] </w:t>
      </w:r>
      <w:r>
        <w:t>rab ul alameen ki baat hai koi aur baat na milaye iss mein toh firishton ke nazdeek reportable jo</w:t>
      </w:r>
    </w:p>
    <w:p>
      <w:pPr>
        <w:jc w:val="right"/>
      </w:pPr>
      <w:r>
        <w:t>رب العالمین کی بات ہے کوئی اور بات نہ ملائے اس میں تو فرشتوں کے نزدیک reportable جو</w:t>
      </w:r>
    </w:p>
    <w:p>
      <w:r>
        <w:rPr>
          <w:b/>
        </w:rPr>
        <w:t xml:space="preserve">[1:04:38] </w:t>
      </w:r>
      <w:r>
        <w:t>hai wohi hai result oriented Maulana agla sawal</w:t>
      </w:r>
    </w:p>
    <w:p>
      <w:pPr>
        <w:jc w:val="right"/>
      </w:pPr>
      <w:r>
        <w:t>ہے وہی ہے result oriented مولانا اگلا سوال</w:t>
      </w:r>
    </w:p>
    <w:p>
      <w:r>
        <w:rPr>
          <w:b/>
        </w:rPr>
        <w:t xml:space="preserve">[1:04:46] </w:t>
      </w:r>
      <w:r>
        <w:t>Chennai se Maulana Iqbal Umri ne bheja hai unhon ne likha hai ke self planning aur central planning ki mazeed wazahat karen abhi yeh baat mission walon ko wazeh nahi hui hai shayad dekhiye jahan tak mein janta hoon aam taur par central planning ka usool hai yani jo jamaat hoti hai jo organization hota hai us ke kuch jo</w:t>
      </w:r>
    </w:p>
    <w:p>
      <w:pPr>
        <w:jc w:val="right"/>
      </w:pPr>
      <w:r>
        <w:t>چنئی سے مولانا اقبال عمری نے بھیجا ہے انہوں نے لکھا ہے کہ self planning اور central planning کی مزید وضاحت کریں ابھی یہ بات مشن والوں کو واضح نہیں ہوئی ہے شاید دیکھیے جہاں تک میں جانتا ہوں عام طور پر central planning کا اصول ہے یعنی جو جماعت ہوتی ہے جو organization ہوتا ہے اس کے کچھ جو</w:t>
      </w:r>
    </w:p>
    <w:p>
      <w:r>
        <w:rPr>
          <w:b/>
        </w:rPr>
        <w:t xml:space="preserve">[1:05:16] </w:t>
      </w:r>
      <w:r>
        <w:t>top ke log hain woh baithte hain baith kar aik aik plan banate hain mislan chaar saal ka</w:t>
      </w:r>
    </w:p>
    <w:p>
      <w:pPr>
        <w:jc w:val="right"/>
      </w:pPr>
      <w:r>
        <w:t>ٹاپ کے لوگ ہیں وہ بیٹھتے ہیں بیٹھ کر ایک ایک پلان بناتے ہیں مثلاً چار سال کا</w:t>
      </w:r>
    </w:p>
    <w:p>
      <w:r>
        <w:rPr>
          <w:b/>
        </w:rPr>
        <w:t xml:space="preserve">[1:05:24] </w:t>
      </w:r>
      <w:r>
        <w:t>plan aur phir woh sab ko distribute kar diya jata hai ke iss plan ke mutabiq chaar saal</w:t>
      </w:r>
    </w:p>
    <w:p>
      <w:pPr>
        <w:jc w:val="right"/>
      </w:pPr>
      <w:r>
        <w:t>پلان اور پھر وہ سب کو distribute کر دیا جاتا ہے کہ اس پلان کے مطابق چار سال</w:t>
      </w:r>
    </w:p>
    <w:p>
      <w:r>
        <w:rPr>
          <w:b/>
        </w:rPr>
        <w:t xml:space="preserve">[1:05:31] </w:t>
      </w:r>
      <w:r>
        <w:t>tak paanch saal tak kaam karo that is central planning mein magar mission mein yeh central planning nahi</w:t>
      </w:r>
    </w:p>
    <w:p>
      <w:pPr>
        <w:jc w:val="right"/>
      </w:pPr>
      <w:r>
        <w:t>تک پانچ سال تک کام کرو that is central planning میں مگر مشن میں یہ central planning نہیں</w:t>
      </w:r>
    </w:p>
    <w:p>
      <w:r>
        <w:rPr>
          <w:b/>
        </w:rPr>
        <w:t xml:space="preserve">[1:05:39] </w:t>
      </w:r>
      <w:r>
        <w:t>chalti yeh toh industry waghera mein hoti hai mission mein har member ko creative hona chahiye kyunke har waqt</w:t>
      </w:r>
    </w:p>
    <w:p>
      <w:pPr>
        <w:jc w:val="right"/>
      </w:pPr>
      <w:r>
        <w:t>چلتی یہ تو industry وغیرہ میں ہوتی ہے مشن میں ہر ممبر کو creative ہونا چاہیے کیونکہ ہر وقت</w:t>
      </w:r>
    </w:p>
    <w:p>
      <w:r>
        <w:rPr>
          <w:b/>
        </w:rPr>
        <w:t xml:space="preserve">[1:05:47] </w:t>
      </w:r>
      <w:r>
        <w:t>naya nai situation har waqt naya insan to is ke liye aap ko self learner banna parta hai central planning se koi koi technical ka to kaam ho sakta hai lekin bara kaam jo hai woh is waqt hoga jab ke mission ke log logon ka jo creative thinking ho woh self planning janiye har soorat e haal mein phir se sochna aata ho un ko</w:t>
      </w:r>
    </w:p>
    <w:p>
      <w:pPr>
        <w:jc w:val="right"/>
      </w:pPr>
      <w:r>
        <w:t>نیا نئی situation ہر وقت نیا انسان تو اس کے لیے آپ کو self learner بننا پڑتا ہے central planning سے کوئی کوئی technical کا تو کام ہو سکتا ہے لیکن بڑا کام جو ہے وہ اس وقت ہوگا جب کہ مشن کے لوگ لوگوں کا جو creative thinking ہو وہ self planning جانیں ہر صورتحال میں پھر سے سوچنا آتا ہو ان کو</w:t>
      </w:r>
    </w:p>
    <w:p>
      <w:r>
        <w:rPr>
          <w:b/>
        </w:rPr>
        <w:t xml:space="preserve">[1:06:17] </w:t>
      </w:r>
      <w:r>
        <w:t>jaisa ke bombay walon ne kiya bombay walon ne mere nazdeek aik aik example set kiya hai sab</w:t>
      </w:r>
    </w:p>
    <w:p>
      <w:pPr>
        <w:jc w:val="right"/>
      </w:pPr>
      <w:r>
        <w:t>جیسا کہ بمبئی والوں نے کیا بمبئی والوں نے میرے نزدیک ایک ایک example set کیا ہے سب</w:t>
      </w:r>
    </w:p>
    <w:p>
      <w:r>
        <w:rPr>
          <w:b/>
        </w:rPr>
        <w:t xml:space="preserve">[1:06:27] </w:t>
      </w:r>
      <w:r>
        <w:t>ke liye Maulana agla sawal kolkata se bhi bheja hai Aftab Alam sahib ne unhon ne likha hai what</w:t>
      </w:r>
    </w:p>
    <w:p>
      <w:pPr>
        <w:jc w:val="right"/>
      </w:pPr>
      <w:r>
        <w:t>کے لیے مولانا اگلا سوال کلکتہ سے بھیجا ہے آفتاب عالم صاحب نے انہوں نے لکھا ہے what</w:t>
      </w:r>
    </w:p>
    <w:p>
      <w:r>
        <w:rPr>
          <w:b/>
        </w:rPr>
        <w:t xml:space="preserve">[1:06:37] </w:t>
      </w:r>
      <w:r>
        <w:t>are the requirements for re planning the first step is to accept that I am unsuccessful</w:t>
      </w:r>
    </w:p>
    <w:p>
      <w:pPr>
        <w:jc w:val="right"/>
      </w:pPr>
      <w:r>
        <w:t>are the requirements for re planning the first step is to accept that I am unsuccessful</w:t>
      </w:r>
    </w:p>
    <w:p>
      <w:r>
        <w:rPr>
          <w:b/>
        </w:rPr>
        <w:t xml:space="preserve">[1:06:48] </w:t>
      </w:r>
      <w:r>
        <w:t>but what are the other requirements Maulana iss ke baray mein bataiye dekhiye re planning ke liye mein</w:t>
      </w:r>
    </w:p>
    <w:p>
      <w:pPr>
        <w:jc w:val="right"/>
      </w:pPr>
      <w:r>
        <w:t>but what are the other requirements مولانا اس کے بارے میں بتائیں دیکھیے re planning کے لیے میں</w:t>
      </w:r>
    </w:p>
    <w:p>
      <w:r>
        <w:rPr>
          <w:b/>
        </w:rPr>
        <w:t xml:space="preserve">[1:06:58] </w:t>
      </w:r>
      <w:r>
        <w:t>samajhta hoon ke zaroorat iss baat ki hoti hai ke aadmi ke andar positive thinking ho complaint na</w:t>
      </w:r>
    </w:p>
    <w:p>
      <w:pPr>
        <w:jc w:val="right"/>
      </w:pPr>
      <w:r>
        <w:t>سمجھتا ہوں کہ ضرورت اس بات کی ہوتی ہے کہ آدمی کے اندر positive thinking ہو complaint نہ</w:t>
      </w:r>
    </w:p>
    <w:p>
      <w:r>
        <w:rPr>
          <w:b/>
        </w:rPr>
        <w:t xml:space="preserve">[1:07:08] </w:t>
      </w:r>
      <w:r>
        <w:t>ho protest na ho violence na ho enemy hai woh hamare khilaaf yeh sab baatein na hon</w:t>
      </w:r>
    </w:p>
    <w:p>
      <w:pPr>
        <w:jc w:val="right"/>
      </w:pPr>
      <w:r>
        <w:t>ہو protest نہ ہو violence نہ ہو enemy ہے وہ ہمارے خلاف یہ سب باتیں نہ ہوں</w:t>
      </w:r>
    </w:p>
    <w:p>
      <w:r>
        <w:rPr>
          <w:b/>
        </w:rPr>
        <w:t xml:space="preserve">[1:07:18] </w:t>
      </w:r>
      <w:r>
        <w:t>toh woh aadmi phir nature par aa jata hai nature par toh jab aap nature par aa jayen</w:t>
      </w:r>
    </w:p>
    <w:p>
      <w:pPr>
        <w:jc w:val="right"/>
      </w:pPr>
      <w:r>
        <w:t>تو وہ آدمی پھر nature پر آ جاتا ہے nature پر تو جب آپ nature پر آ جائیں</w:t>
      </w:r>
    </w:p>
    <w:p>
      <w:r>
        <w:rPr>
          <w:b/>
        </w:rPr>
        <w:t xml:space="preserve">[1:07:25] </w:t>
      </w:r>
      <w:r>
        <w:t>toh nature khud hi aap ko batati hai kya karna hai kya karna hai kya karna hai toh</w:t>
      </w:r>
    </w:p>
    <w:p>
      <w:pPr>
        <w:jc w:val="right"/>
      </w:pPr>
      <w:r>
        <w:t>تو nature خود ہی آپ کو بتاتی ہے کیا کرنا ہے کیا کرنا ہے کیا کرنا ہے تو</w:t>
      </w:r>
    </w:p>
    <w:p>
      <w:r>
        <w:rPr>
          <w:b/>
        </w:rPr>
        <w:t xml:space="preserve">[1:07:33] </w:t>
      </w:r>
      <w:r>
        <w:t>self obsession se bahar aana seekhiye yeh jo negative thought hai yeh sab aap ko aik obsession ban</w:t>
      </w:r>
    </w:p>
    <w:p>
      <w:pPr>
        <w:jc w:val="right"/>
      </w:pPr>
      <w:r>
        <w:t>self obsession سے باہر آنا سیکھیے یہ جو negative thought ہے یہ سب آپ کو ایک obsession بن</w:t>
      </w:r>
    </w:p>
    <w:p>
      <w:r>
        <w:rPr>
          <w:b/>
        </w:rPr>
        <w:t xml:space="preserve">[1:07:40] </w:t>
      </w:r>
      <w:r>
        <w:t>jate hain obsession issi obsession mein aadmi jeene lagta hai obsession se bahar aaiye toh sab kuch aap ko</w:t>
      </w:r>
    </w:p>
    <w:p>
      <w:pPr>
        <w:jc w:val="right"/>
      </w:pPr>
      <w:r>
        <w:t>جاتے ہیں obsession اسی obsession میں آدمی جینے لگتا ہے obsession سے باہر آئیے تو سب کچھ آپ کو</w:t>
      </w:r>
    </w:p>
    <w:p>
      <w:r>
        <w:rPr>
          <w:b/>
        </w:rPr>
        <w:t xml:space="preserve">[1:07:48] </w:t>
      </w:r>
      <w:r>
        <w:t>khul jayega museebat yeh hai ke log aik self created obsession mein jeete hain self created obsession</w:t>
      </w:r>
    </w:p>
    <w:p>
      <w:pPr>
        <w:jc w:val="right"/>
      </w:pPr>
      <w:r>
        <w:t>کھل جائے گا مصیبت یہ ہے کہ لوگ ایک self created obsession میں جیتے ہیں self created obsession</w:t>
      </w:r>
    </w:p>
    <w:p>
      <w:r>
        <w:rPr>
          <w:b/>
        </w:rPr>
        <w:t xml:space="preserve">[1:07:55] </w:t>
      </w:r>
      <w:r>
        <w:t>iss se bahar aa jaiye bas sab kuch aasan ho jayega Maulana agla sawal lene se pehle</w:t>
      </w:r>
    </w:p>
    <w:p>
      <w:pPr>
        <w:jc w:val="right"/>
      </w:pPr>
      <w:r>
        <w:t>اس سے باہر آ جائیے بس سب کچھ آسان ہو جائے گا مولانا اگلا سوال لینے سے پہلے</w:t>
      </w:r>
    </w:p>
    <w:p>
      <w:r>
        <w:rPr>
          <w:b/>
        </w:rPr>
        <w:t xml:space="preserve">[1:08:03] </w:t>
      </w:r>
      <w:r>
        <w:t>aik comment parhna chahenge jo Muhammad Danish Fazil sahib ne bheja hai Lucknow se unhon ne likha</w:t>
      </w:r>
    </w:p>
    <w:p>
      <w:pPr>
        <w:jc w:val="right"/>
      </w:pPr>
      <w:r>
        <w:t>ایک کمنٹ پڑھنا چاہیں گے جو محمد دانش فضل صاحب نے بھیجا ہے لکھنؤ سے انہوں نے لکھا</w:t>
      </w:r>
    </w:p>
    <w:p>
      <w:r>
        <w:rPr>
          <w:b/>
        </w:rPr>
        <w:t xml:space="preserve">[1:08:10] </w:t>
      </w:r>
      <w:r>
        <w:t>ہے realizing our mistake with "I was wrong" statement</w:t>
      </w:r>
    </w:p>
    <w:p>
      <w:pPr>
        <w:jc w:val="right"/>
      </w:pPr>
      <w:r>
        <w:t>ہے realizing our mistake with I was wrong statement</w:t>
      </w:r>
    </w:p>
    <w:p>
      <w:r>
        <w:rPr>
          <w:b/>
        </w:rPr>
        <w:t xml:space="preserve">[1:08:18] </w:t>
      </w:r>
      <w:r>
        <w:t>and managing it with wisdom is the starting point of replanning. Thank you Maulana Sahib for making</w:t>
      </w:r>
    </w:p>
    <w:p>
      <w:pPr>
        <w:jc w:val="right"/>
      </w:pPr>
      <w:r>
        <w:t>and managing it with wisdom is the starting point of re planning thank you مولانا صاحب for making</w:t>
      </w:r>
    </w:p>
    <w:p>
      <w:r>
        <w:rPr>
          <w:b/>
        </w:rPr>
        <w:t xml:space="preserve">[1:08:25] </w:t>
      </w:r>
      <w:r>
        <w:t>us understand the importance of I was wrong and replanning in crisis management. Maulana, agla sawal bheja</w:t>
      </w:r>
    </w:p>
    <w:p>
      <w:pPr>
        <w:jc w:val="right"/>
      </w:pPr>
      <w:r>
        <w:t>us understand the importance of I was wrong and re planning in crisis management مولانا اگلا سوال بھیجا</w:t>
      </w:r>
    </w:p>
    <w:p>
      <w:r>
        <w:rPr>
          <w:b/>
        </w:rPr>
        <w:t xml:space="preserve">[1:08:33] </w:t>
      </w:r>
      <w:r>
        <w:t>hai Riyaz Bhat sahib ne Srinagar se unhon ne likha hai Maulana the summary of today's lecture</w:t>
      </w:r>
    </w:p>
    <w:p>
      <w:pPr>
        <w:jc w:val="right"/>
      </w:pPr>
      <w:r>
        <w:t>ہے ریاض بھٹ صاحب نے سری نگر سے انہوں نے لکھا ہے مولانا the summary of today's lecture</w:t>
      </w:r>
    </w:p>
    <w:p>
      <w:r>
        <w:rPr>
          <w:b/>
        </w:rPr>
        <w:t xml:space="preserve">[1:08:41] </w:t>
      </w:r>
      <w:r>
        <w:t>according to me is that the failure of any plan should trigger</w:t>
      </w:r>
    </w:p>
    <w:p>
      <w:pPr>
        <w:jc w:val="right"/>
      </w:pPr>
      <w:r>
        <w:t>according to me is that the failure of any plan should trigger</w:t>
      </w:r>
    </w:p>
    <w:p>
      <w:r>
        <w:rPr>
          <w:b/>
        </w:rPr>
        <w:t xml:space="preserve">[1:08:48] </w:t>
      </w:r>
      <w:r>
        <w:t>human mind for re assessment and re planning and not disappointment or abandonment of mission this is the prophetic way Maulana am I correct in summarizing it this way haan bilkul sahi hai theek aap ne summarize kiya hai bohat sahi hai mujhe poora ittefaq hai aap ki is baat se ji Maulana agla sawal Chennai se bheja hai Maulana Israr Khatib sahib ne unhon ne</w:t>
      </w:r>
    </w:p>
    <w:p>
      <w:pPr>
        <w:jc w:val="right"/>
      </w:pPr>
      <w:r>
        <w:t>human mind for re assessment and re planning and not disappointment or abandonment of mission this is the prophetic way مولانا am I correct in summarizing it this way ہاں بالکل صحیح ہے ٹھیک آپ نے summarize کیا ہے بہت صحیح ہے مجھے پورا اتفاق ہے آپ کی اس بات سے جی مولانا اگلا سوال چنئی سے بھیجا ہے مولانا اسرار خطیب صاحب نے انہوں نے</w:t>
      </w:r>
    </w:p>
    <w:p>
      <w:r>
        <w:rPr>
          <w:b/>
        </w:rPr>
        <w:t xml:space="preserve">[1:09:18] </w:t>
      </w:r>
      <w:r>
        <w:t>aap se poocha hai ke why muslims don't accept their mistakes what is the reason behind this is</w:t>
      </w:r>
    </w:p>
    <w:p>
      <w:pPr>
        <w:jc w:val="right"/>
      </w:pPr>
      <w:r>
        <w:t>آپ سے پوچھا ہے کہ why مسلمs don't accept their mistakes what is the reason behind this اس</w:t>
      </w:r>
    </w:p>
    <w:p>
      <w:r>
        <w:rPr>
          <w:b/>
        </w:rPr>
        <w:t xml:space="preserve">[1:09:26] </w:t>
      </w:r>
      <w:r>
        <w:t>liye ke hamare jitne bhi likhne wale aur bolne wale hain unko ek hi food de rahe</w:t>
      </w:r>
    </w:p>
    <w:p>
      <w:pPr>
        <w:jc w:val="right"/>
      </w:pPr>
      <w:r>
        <w:t>لیے کہ ہمارے جتنے بھی لکھنے والے اور بولنے والے ہیں ان کو ایک ہی food دے رہے</w:t>
      </w:r>
    </w:p>
    <w:p>
      <w:r>
        <w:rPr>
          <w:b/>
        </w:rPr>
        <w:t xml:space="preserve">[1:09:33] </w:t>
      </w:r>
      <w:r>
        <w:t>hain false pride false pride sare musalman chahe chhote hon ya bade misr hain amolvi sab jeete hain</w:t>
      </w:r>
    </w:p>
    <w:p>
      <w:pPr>
        <w:jc w:val="right"/>
      </w:pPr>
      <w:r>
        <w:t>ہیں false pride false pride سارے مسلمان چاہے چھوٹے ہوں یا بڑے مسٹر ہیں امولوی سب جیتے ہیں</w:t>
      </w:r>
    </w:p>
    <w:p>
      <w:r>
        <w:rPr>
          <w:b/>
        </w:rPr>
        <w:t xml:space="preserve">[1:09:41] </w:t>
      </w:r>
      <w:r>
        <w:t>false pride mein aur false pride</w:t>
      </w:r>
    </w:p>
    <w:p>
      <w:pPr>
        <w:jc w:val="right"/>
      </w:pPr>
      <w:r>
        <w:t>false pride میں اور false pride</w:t>
      </w:r>
    </w:p>
    <w:p>
      <w:r>
        <w:rPr>
          <w:b/>
        </w:rPr>
        <w:t xml:space="preserve">[1:09:48] </w:t>
      </w:r>
      <w:r>
        <w:t>liya unhon ne history se history ki aik khud sakhta tareekh banai hai unhon ne khud sakhta picture musalmanon ne apni history ki aik khud sakhta picture banai hai jo waqea maujood nahi hai us se phir unhon ne un ke andar aaya hai false pride hamari khud apni Muslim history jo hai us mein bohat sare drawback hain lekin is ka zikr nahi karte hamare log selective item</w:t>
      </w:r>
    </w:p>
    <w:p>
      <w:pPr>
        <w:jc w:val="right"/>
      </w:pPr>
      <w:r>
        <w:t>لیا انہوں نے history سے history کی ایک خود ساختہ تاریخ بنائی ہے انہوں نے خود ساختہ picture مسلمانوں نے اپنی history کی ایک خود ساختہ picture بنائی ہے جو واقعہ موجود نہیں ہے اس سے پھر انہوں نے ان کے اندر آیا ہے false pride ہماری خود اپنی مسلم history جو ہے اس میں بہت سارے drawback ہیں لیکن اس کا ذکر نہیں کرتے ہمارے لوگ selective item</w:t>
      </w:r>
    </w:p>
    <w:p>
      <w:r>
        <w:rPr>
          <w:b/>
        </w:rPr>
        <w:t xml:space="preserve">[1:10:18] </w:t>
      </w:r>
      <w:r>
        <w:t>lete hain is se is Muslim history banate hain musalmanon ne jo likhi hai history woh selected kuch chune hue waqeat par banti hai to woh real history nahi hai woh to is se kya hua false pride logon ke andar aa gaya to Quran ke hawale se sochna chahiye Rasool ke hawale se sochna chahiye aik khud sakhta picture hai history ki woh us ki soch</w:t>
      </w:r>
    </w:p>
    <w:p>
      <w:pPr>
        <w:jc w:val="right"/>
      </w:pPr>
      <w:r>
        <w:t>لیتے ہیں اس سے اس مسلم history بناتے ہیں مسلمانوں نے جو لکھی ہے history وہ selected کچھ چنے ہوئے واقعات پر بنتی ہے تو وہ real history نہیں ہے وہ تو اس سے کیا ہوا false pride لوگوں کے اندر آ گیا تو قرآن کے حوالے سے سوچنا چاہیے رسول کے حوالے سے سوچنا چاہیے ایک خود ساختہ picture ہے history کی وہ اس کی سوچ</w:t>
      </w:r>
    </w:p>
    <w:p>
      <w:r>
        <w:rPr>
          <w:b/>
        </w:rPr>
        <w:t xml:space="preserve">[1:10:48] </w:t>
      </w:r>
      <w:r>
        <w:t>bani hai musalmanon ke andar isi ko kehta hoon false pride yahi khulasa hai muslim tha thinking ka</w:t>
      </w:r>
    </w:p>
    <w:p>
      <w:pPr>
        <w:jc w:val="right"/>
      </w:pPr>
      <w:r>
        <w:t>بنی ہے مسلمانوں کے اندر اسی کو کہتا ہوں false pride یہی خلاصہ ہے مسلم تھا thinking کا</w:t>
      </w:r>
    </w:p>
    <w:p>
      <w:r>
        <w:rPr>
          <w:b/>
        </w:rPr>
        <w:t xml:space="preserve">[1:10:56] </w:t>
      </w:r>
      <w:r>
        <w:t>maulana ek comment padhna chahenge jo zahoor mir sahib ne bheja hai kashmir se unhone likha</w:t>
      </w:r>
    </w:p>
    <w:p>
      <w:pPr>
        <w:jc w:val="right"/>
      </w:pPr>
      <w:r>
        <w:t>مولانا ایک کمنٹ پڑھنا چاہیں گے جو ظہور میر صاحب نے بھیجا ہے کشمیر سے انہوں نے لکھا</w:t>
      </w:r>
    </w:p>
    <w:p>
      <w:r>
        <w:rPr>
          <w:b/>
        </w:rPr>
        <w:t xml:space="preserve">[1:11:03] </w:t>
      </w:r>
      <w:r>
        <w:t>hai maulana sahib dua kijiye ke quran ka tarjuma har zaban mein ho kuch din pehle ek foreign</w:t>
      </w:r>
    </w:p>
    <w:p>
      <w:pPr>
        <w:jc w:val="right"/>
      </w:pPr>
      <w:r>
        <w:t>ہے مولانا صاحب دعا کیجیے کہ قرآن کا ترجمہ ہر زبان میں ہو کچھ دن پہلے ایک foreign</w:t>
      </w:r>
    </w:p>
    <w:p>
      <w:r>
        <w:rPr>
          <w:b/>
        </w:rPr>
        <w:t xml:space="preserve">[1:11:11] </w:t>
      </w:r>
      <w:r>
        <w:t>lady ko maine english quran</w:t>
      </w:r>
    </w:p>
    <w:p>
      <w:pPr>
        <w:jc w:val="right"/>
      </w:pPr>
      <w:r>
        <w:t>lady کو میں نے انگلش قرآن</w:t>
      </w:r>
    </w:p>
    <w:p>
      <w:r>
        <w:rPr>
          <w:b/>
        </w:rPr>
        <w:t xml:space="preserve">[1:11:18] </w:t>
      </w:r>
      <w:r>
        <w:t>dena chaha lekin usne kaha ke english mein padh nahi sakti I want quran in my mother</w:t>
      </w:r>
    </w:p>
    <w:p>
      <w:pPr>
        <w:jc w:val="right"/>
      </w:pPr>
      <w:r>
        <w:t>دینا چاہا لیکن اس نے کہا کہ انگلش میں پڑھ نہیں سکتی I want قرآن in my mother</w:t>
      </w:r>
    </w:p>
    <w:p>
      <w:r>
        <w:rPr>
          <w:b/>
        </w:rPr>
        <w:t xml:space="preserve">[1:11:26] </w:t>
      </w:r>
      <w:r>
        <w:t>tongue jo mere paas nahi tha bada afsos hua mujhe inshallah hoga har zaban mein inshallah hoga mumbai</w:t>
      </w:r>
    </w:p>
    <w:p>
      <w:pPr>
        <w:jc w:val="right"/>
      </w:pPr>
      <w:r>
        <w:t>tongue جو میرے پاس نہیں تھا بڑا افسوس ہوا مجھے انشاءاللہ ہوگا ہر زبان میں انشاءاللہ ہوگا ممبئی</w:t>
      </w:r>
    </w:p>
    <w:p>
      <w:r>
        <w:rPr>
          <w:b/>
        </w:rPr>
        <w:t xml:space="preserve">[1:11:33] </w:t>
      </w:r>
      <w:r>
        <w:t>se fayyaz sahib ne ek sawal bheja hai unhone likha hai maulana sahib no doubt the daawa</w:t>
      </w:r>
    </w:p>
    <w:p>
      <w:pPr>
        <w:jc w:val="right"/>
      </w:pPr>
      <w:r>
        <w:t>سے فیاض صاحب نے ایک سوال بھیجا ہے انہوں نے لکھا ہے مولانا صاحب no doubt the دعویٰ</w:t>
      </w:r>
    </w:p>
    <w:p>
      <w:r>
        <w:rPr>
          <w:b/>
        </w:rPr>
        <w:t xml:space="preserve">[1:11:41] </w:t>
      </w:r>
      <w:r>
        <w:t>work CPS is doing is commendable</w:t>
      </w:r>
    </w:p>
    <w:p>
      <w:pPr>
        <w:jc w:val="right"/>
      </w:pPr>
      <w:r>
        <w:t>work CPS is doing is commendable</w:t>
      </w:r>
    </w:p>
    <w:p>
      <w:r>
        <w:rPr>
          <w:b/>
        </w:rPr>
        <w:t xml:space="preserve">[1:11:49] </w:t>
      </w:r>
      <w:r>
        <w:t>but I have this one thing to say I see this organization working globally and on higher sector but what about the work on ground level by ground level I mean rural setups since majority of India lives in rural setup please advise what should we do dekhiye yeh aap ki jo soch hai yeh communist soch hai communist soch</w:t>
      </w:r>
    </w:p>
    <w:p>
      <w:pPr>
        <w:jc w:val="right"/>
      </w:pPr>
      <w:r>
        <w:t>but I have this one thing to say I see this organization working globally and on higher sector but what about the work on ground level by ground level I mean rural setups since majority of India lives in rural setup please advise what should we do دیکھیے یہ آپ کی جو سوچ ہے یہ communist سوچ ہے communist سوچ</w:t>
      </w:r>
    </w:p>
    <w:p>
      <w:r>
        <w:rPr>
          <w:b/>
        </w:rPr>
        <w:t xml:space="preserve">[1:12:19] </w:t>
      </w:r>
      <w:r>
        <w:t>yeh islami soch nahi hai yeh socialiston ne yeh yeh term use ijad kiya hai ground level par</w:t>
      </w:r>
    </w:p>
    <w:p>
      <w:pPr>
        <w:jc w:val="right"/>
      </w:pPr>
      <w:r>
        <w:t>یہ اسلامی سوچ نہیں ہے یہ socialistوں نے یہ یہ term use ایجاد کیا ہے ground level پر</w:t>
      </w:r>
    </w:p>
    <w:p>
      <w:r>
        <w:rPr>
          <w:b/>
        </w:rPr>
        <w:t xml:space="preserve">[1:12:29] </w:t>
      </w:r>
      <w:r>
        <w:t>kaam karna warna dekhiye quran mein bataye anbiya ne jo kaam kiya tha to qal marr al-ladheena kafaroo</w:t>
      </w:r>
    </w:p>
    <w:p>
      <w:pPr>
        <w:jc w:val="right"/>
      </w:pPr>
      <w:r>
        <w:t>کام کرنا ورنہ دیکھیے قرآن میں بتائے انبیاء نے جو کام کیا تھا تو قال مرو الذین کفرو</w:t>
      </w:r>
    </w:p>
    <w:p>
      <w:r>
        <w:rPr>
          <w:b/>
        </w:rPr>
        <w:t xml:space="preserve">[1:12:39] </w:t>
      </w:r>
      <w:r>
        <w:t>min al-qawm yani qom ke jo mulk the woh unhone koi response diya yeh dekhiye aap is paighamoon</w:t>
      </w:r>
    </w:p>
    <w:p>
      <w:pPr>
        <w:jc w:val="right"/>
      </w:pPr>
      <w:r>
        <w:t>من القوم یعنی قوم کے جو ملک تھے وہ انہوں نے کوئی response دیا یہ دیکھیے آپ اس پیغاموں</w:t>
      </w:r>
    </w:p>
    <w:p>
      <w:r>
        <w:rPr>
          <w:b/>
        </w:rPr>
        <w:t xml:space="preserve">[1:12:49] </w:t>
      </w:r>
      <w:r>
        <w:t>ka khitab awalan mulk se hua karta tha yani us waqt ke jo intellectuals the yeh yeh soch bilkul galat hai yeh yeh communist soch hai yeh Islam ki soch nahi hai yeh okay so we will end this session today we will be back next Sunday same time thank you.</w:t>
      </w:r>
    </w:p>
    <w:p>
      <w:pPr>
        <w:jc w:val="right"/>
      </w:pPr>
      <w:r>
        <w:t>کا خطاب اولاً ملک سے ہوا کرتا تھا یعنی اس وقت کے جو intellectuals تھے یہ یہ سوچ بالکل غلط ہے یہ یہ communist سوچ ہے یہ اسلام کی سوچ نہیں ہے یہ اوکے سو we will end this session today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