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Positive Thinking | June 13, 2010 | Maulana Wahiduddin Khan</w:t>
      </w:r>
    </w:p>
    <w:p>
      <w:r>
        <w:t>https://www.youtube.com/watch?v=81MIy8VqzYU</w:t>
      </w:r>
    </w:p>
    <w:p>
      <w:r>
        <w:rPr>
          <w:b/>
        </w:rPr>
        <w:t xml:space="preserve">[00:14] </w:t>
      </w:r>
      <w:r>
        <w:t>bismillah rahman rahim, wa salla Allahu ala al-nabi al-karim.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[00:35] </w:t>
      </w:r>
      <w:r>
        <w:t>aaj ke liye jo topic hai woh hai "I</w:t>
      </w:r>
    </w:p>
    <w:p>
      <w:pPr>
        <w:jc w:val="right"/>
      </w:pPr>
      <w:r>
        <w:t>آج کے لیے جو ٹاپک ہے وہ ہے "I</w:t>
      </w:r>
    </w:p>
    <w:p>
      <w:r>
        <w:rPr>
          <w:b/>
        </w:rPr>
        <w:t xml:space="preserve">[00:45] </w:t>
      </w:r>
      <w:r>
        <w:t>mportance of Positive Thinking".</w:t>
      </w:r>
    </w:p>
    <w:p>
      <w:pPr>
        <w:jc w:val="right"/>
      </w:pPr>
      <w:r>
        <w:t>mportance of Positive Thinking".</w:t>
      </w:r>
    </w:p>
    <w:p>
      <w:r>
        <w:rPr>
          <w:b/>
        </w:rPr>
        <w:t xml:space="preserve">[00:53] </w:t>
      </w:r>
      <w:r>
        <w:t>dekhein, Positive Thinking kya hai? Positive Thinking ek lafz mein hai "Maintaining Positivity in Negative Situations".</w:t>
      </w:r>
    </w:p>
    <w:p>
      <w:pPr>
        <w:jc w:val="right"/>
      </w:pPr>
      <w:r>
        <w:t>دیکھیں، Positive Thinking کیا ہے؟ Positive Thinking ایک لفظ میں ہے "Maintaining Positivity in Negative Situations"۔</w:t>
      </w:r>
    </w:p>
    <w:p>
      <w:r>
        <w:rPr>
          <w:b/>
        </w:rPr>
        <w:t xml:space="preserve">[01:00] </w:t>
      </w:r>
      <w:r>
        <w:t>dekhein, Positive Thinking koi abstract cheez nahi hai.</w:t>
      </w:r>
    </w:p>
    <w:p>
      <w:pPr>
        <w:jc w:val="right"/>
      </w:pPr>
      <w:r>
        <w:t>دیکھیں، Positive Thinking کوئی abstract چیز نہیں ہے۔</w:t>
      </w:r>
    </w:p>
    <w:p>
      <w:r>
        <w:rPr>
          <w:b/>
        </w:rPr>
        <w:t xml:space="preserve">[01:08] </w:t>
      </w:r>
      <w:r>
        <w:t>kyun? is liye</w:t>
      </w:r>
    </w:p>
    <w:p>
      <w:pPr>
        <w:jc w:val="right"/>
      </w:pPr>
      <w:r>
        <w:t>کیوں؟ اس لیے</w:t>
      </w:r>
    </w:p>
    <w:p>
      <w:r>
        <w:rPr>
          <w:b/>
        </w:rPr>
        <w:t xml:space="preserve">[01:15] </w:t>
      </w:r>
      <w:r>
        <w:t>ke is duniya mein Allah taala ne har individual ko, har group ko, har nation ko, har community</w:t>
      </w:r>
    </w:p>
    <w:p>
      <w:pPr>
        <w:jc w:val="right"/>
      </w:pPr>
      <w:r>
        <w:t>کہ اس دنیا میں اللہ تعالیٰ نے ہر individual کو، ہر گروپ کو، ہر nation کو، ہر community</w:t>
      </w:r>
    </w:p>
    <w:p>
      <w:r>
        <w:rPr>
          <w:b/>
        </w:rPr>
        <w:t xml:space="preserve">[01:21] </w:t>
      </w:r>
      <w:r>
        <w:t>ko total azadi di hai.</w:t>
      </w:r>
    </w:p>
    <w:p>
      <w:pPr>
        <w:jc w:val="right"/>
      </w:pPr>
      <w:r>
        <w:t>کو total آزادی دی ہے۔</w:t>
      </w:r>
    </w:p>
    <w:p>
      <w:r>
        <w:rPr>
          <w:b/>
        </w:rPr>
        <w:t xml:space="preserve">[01:27] </w:t>
      </w:r>
      <w:r>
        <w:t>jab azadi di hai to woh kuch bhi karega? hum se poochega nahi.</w:t>
      </w:r>
    </w:p>
    <w:p>
      <w:pPr>
        <w:jc w:val="right"/>
      </w:pPr>
      <w:r>
        <w:t>جب آزادی دی ہے تو وہ کچھ بھی کرے گا؟ ہم سے پوچھے گا نہیں۔</w:t>
      </w:r>
    </w:p>
    <w:p>
      <w:r>
        <w:rPr>
          <w:b/>
        </w:rPr>
        <w:t xml:space="preserve">[01:33] </w:t>
      </w:r>
      <w:r>
        <w:t>hum se pooch kar nahi karega woh.</w:t>
      </w:r>
    </w:p>
    <w:p>
      <w:pPr>
        <w:jc w:val="right"/>
      </w:pPr>
      <w:r>
        <w:t>ہم سے پوچھ کر نہیں کرے گا وہ۔</w:t>
      </w:r>
    </w:p>
    <w:p>
      <w:r>
        <w:rPr>
          <w:b/>
        </w:rPr>
        <w:t xml:space="preserve">[01:39] </w:t>
      </w:r>
      <w:r>
        <w:t>is ko proper use bhi karega, misuse bhi karega, kuch bhi</w:t>
      </w:r>
    </w:p>
    <w:p>
      <w:pPr>
        <w:jc w:val="right"/>
      </w:pPr>
      <w:r>
        <w:t>اس کو proper use بھی کرے گا، misuse بھی کرے گا، کچھ بھی</w:t>
      </w:r>
    </w:p>
    <w:p>
      <w:r>
        <w:rPr>
          <w:b/>
        </w:rPr>
        <w:t xml:space="preserve">[01:45] </w:t>
      </w:r>
      <w:r>
        <w:t>karega. Hamare haq mein jaye ya hamare khilaf jaye, that is not his concern. Yeh yeh yeh yeh yahi woh cheez hai jo Positive Thinking ka mamla paida karti hai. Farz karen ke aap hote angels ke paros mein to wahan koi Positive Thinking ki baat hi nahi thi. Koi angel aap ko prov</w:t>
      </w:r>
    </w:p>
    <w:p>
      <w:pPr>
        <w:jc w:val="right"/>
      </w:pPr>
      <w:r>
        <w:t>کرے گا۔ ہمارے حق میں جائے یا ہمارے خلاف جائے، that is not his concern۔ یہ یہ یہ یہ یہی وہ چیز ہے جو Positive Thinking کا معاملہ پیدا کرتی ہے۔ فرض کریں کہ آپ ہوتے angels کے پڑوس میں تو وہاں کوئی Positive Thinking کی بات ہی نہیں تھی۔ کوئی angel آپ کو prov</w:t>
      </w:r>
    </w:p>
    <w:p>
      <w:r>
        <w:rPr>
          <w:b/>
        </w:rPr>
        <w:t xml:space="preserve">[02:15] </w:t>
      </w:r>
      <w:r>
        <w:t>oke na karta, koi angel aap ko pareshan na karta, to wahan Positive Thinking ki aik be maani baat ho jati. Positive Thinking is liye hai. Ahmiyat ke aap aik aisi dunya mein hain jahan har aadmi apni apni marzi poori karna chahta hai, aapse poochay baghair. Ab aap kya karen? Ab do option aap ke liye hain: ya to har aik se l</w:t>
      </w:r>
    </w:p>
    <w:p>
      <w:pPr>
        <w:jc w:val="right"/>
      </w:pPr>
      <w:r>
        <w:t>oke نہ کرتا، کوئی angel آپ کو پریشان نہ کرتا، تو وہاں Positive Thinking کی ایک بے معنی بات ہو جاتی۔ Positive Thinking اس لیے ہے۔ اہمیت کہ آپ ایک ایسی دنیا میں ہیں جہاں ہر آدمی اپنی اپنی مرضی پوری کرنا چاہتا ہے، آپ سے پوچھے بغیر۔ اب آپ کیا کریں؟ اب دو آپشن آپ کے لیے ہیں: یا تو ہر ایک سے ل</w:t>
      </w:r>
    </w:p>
    <w:p>
      <w:r>
        <w:rPr>
          <w:b/>
        </w:rPr>
        <w:t xml:space="preserve">[02:45] </w:t>
      </w:r>
      <w:r>
        <w:t>rein, ya ghair mustaqeem tor par aap Positive Thinker ban jayen.</w:t>
      </w:r>
    </w:p>
    <w:p>
      <w:pPr>
        <w:jc w:val="right"/>
      </w:pPr>
      <w:r>
        <w:t>ڑیں، یا غیرمستقیم طور پر آپ Positive Thinker بن جائیں۔</w:t>
      </w:r>
    </w:p>
    <w:p>
      <w:r>
        <w:rPr>
          <w:b/>
        </w:rPr>
        <w:t xml:space="preserve">[02:51] </w:t>
      </w:r>
      <w:r>
        <w:t>to aap dekhen ke kya aap har ek se lad sakte hain? yeh to namumkin hai, it is</w:t>
      </w:r>
    </w:p>
    <w:p>
      <w:pPr>
        <w:jc w:val="right"/>
      </w:pPr>
      <w:r>
        <w:t>تو آپ دیکھیں کہ کیا آپ ہر ایک سے لڑ سکتے ہیں؟ یہ تو ناممکن ہے، it is</w:t>
      </w:r>
    </w:p>
    <w:p>
      <w:r>
        <w:rPr>
          <w:b/>
        </w:rPr>
        <w:t xml:space="preserve">[02:57] </w:t>
      </w:r>
      <w:r>
        <w:t>beyond your capacity.</w:t>
      </w:r>
    </w:p>
    <w:p>
      <w:pPr>
        <w:jc w:val="right"/>
      </w:pPr>
      <w:r>
        <w:t>beyond your capacity۔</w:t>
      </w:r>
    </w:p>
    <w:p>
      <w:r>
        <w:rPr>
          <w:b/>
        </w:rPr>
        <w:t xml:space="preserve">[03:03] </w:t>
      </w:r>
      <w:r>
        <w:t>to ek hi option reh jata hai, woh yeh: you have to maintain your positivity in negative situations.</w:t>
      </w:r>
    </w:p>
    <w:p>
      <w:pPr>
        <w:jc w:val="right"/>
      </w:pPr>
      <w:r>
        <w:t>تو ایک ہی آپشن رہ جاتا ہے، وہ یہ: you have to maintain your positivity in negative situations۔</w:t>
      </w:r>
    </w:p>
    <w:p>
      <w:r>
        <w:rPr>
          <w:b/>
        </w:rPr>
        <w:t xml:space="preserve">[03:09] </w:t>
      </w:r>
      <w:r>
        <w:t>tab aap ke andar Positive Thinking hogi. jin logon</w:t>
      </w:r>
    </w:p>
    <w:p>
      <w:pPr>
        <w:jc w:val="right"/>
      </w:pPr>
      <w:r>
        <w:t>تب آپ کے اندر Positive Thinking ہوگی۔ جن لوگوں</w:t>
      </w:r>
    </w:p>
    <w:p>
      <w:r>
        <w:rPr>
          <w:b/>
        </w:rPr>
        <w:t xml:space="preserve">[03:15] </w:t>
      </w:r>
      <w:r>
        <w:t>ke andar shikayat ka mizaj ho, complaint ka mizaj ho, unhon ne yeh kar diya, unhon ne woh</w:t>
      </w:r>
    </w:p>
    <w:p>
      <w:pPr>
        <w:jc w:val="right"/>
      </w:pPr>
      <w:r>
        <w:t>کے اندر شکایت کا مزاج ہو، complaint کا مزاج ہو، انہوں نے یہ کر دیا، انہوں نے وہ</w:t>
      </w:r>
    </w:p>
    <w:p>
      <w:r>
        <w:rPr>
          <w:b/>
        </w:rPr>
        <w:t xml:space="preserve">[03:20] </w:t>
      </w:r>
      <w:r>
        <w:t>kar diya, unhon ne yeh kar diya, unhon ne woh kar diya, to yaad rakhen woh hamesha negative</w:t>
      </w:r>
    </w:p>
    <w:p>
      <w:pPr>
        <w:jc w:val="right"/>
      </w:pPr>
      <w:r>
        <w:t>کر دیا، انہوں نے یہ کر دیا، انہوں نے وہ کر دیا، تو یاد رکھیں وہ ہمیشہ negative</w:t>
      </w:r>
    </w:p>
    <w:p>
      <w:r>
        <w:rPr>
          <w:b/>
        </w:rPr>
        <w:t xml:space="preserve">[03:24] </w:t>
      </w:r>
      <w:r>
        <w:t>thinking mein jiyenge.</w:t>
      </w:r>
    </w:p>
    <w:p>
      <w:pPr>
        <w:jc w:val="right"/>
      </w:pPr>
      <w:r>
        <w:t>thinking میں جیئیں گے۔</w:t>
      </w:r>
    </w:p>
    <w:p>
      <w:r>
        <w:rPr>
          <w:b/>
        </w:rPr>
        <w:t xml:space="preserve">[03:28] </w:t>
      </w:r>
      <w:r>
        <w:t>kyunke woh to ho nahi hona hai.</w:t>
      </w:r>
    </w:p>
    <w:p>
      <w:pPr>
        <w:jc w:val="right"/>
      </w:pPr>
      <w:r>
        <w:t>کیونکہ وہ تو ہو نہیں ہونا ہے۔</w:t>
      </w:r>
    </w:p>
    <w:p>
      <w:r>
        <w:rPr>
          <w:b/>
        </w:rPr>
        <w:t xml:space="preserve">[03:33] </w:t>
      </w:r>
      <w:r>
        <w:t>paighambaron ke bare mein kaha gaya: "ya aiyuhal rasool inna kal majnoon".</w:t>
      </w:r>
    </w:p>
    <w:p>
      <w:pPr>
        <w:jc w:val="right"/>
      </w:pPr>
      <w:r>
        <w:t>پیغمبروں کے بارے میں کہا گیا: "یا ایہا الرسول انکل مجنون"۔</w:t>
      </w:r>
    </w:p>
    <w:p>
      <w:r>
        <w:rPr>
          <w:b/>
        </w:rPr>
        <w:t xml:space="preserve">[03:37] </w:t>
      </w:r>
      <w:r>
        <w:t>to Khuda ne un ki zuban to kaat nahi li.</w:t>
      </w:r>
    </w:p>
    <w:p>
      <w:pPr>
        <w:jc w:val="right"/>
      </w:pPr>
      <w:r>
        <w:t>تو خدا نے ان کی زبان تو کاٹ نہیں لی۔</w:t>
      </w:r>
    </w:p>
    <w:p>
      <w:r>
        <w:rPr>
          <w:b/>
        </w:rPr>
        <w:t xml:space="preserve">[03:41] </w:t>
      </w:r>
      <w:r>
        <w:t>aisa nahi hua ke farishton ko bheje aur</w:t>
      </w:r>
    </w:p>
    <w:p>
      <w:pPr>
        <w:jc w:val="right"/>
      </w:pPr>
      <w:r>
        <w:t>ایسا نہیں ہوا کہ فرشتوں کو بھیجے اور</w:t>
      </w:r>
    </w:p>
    <w:p>
      <w:r>
        <w:rPr>
          <w:b/>
        </w:rPr>
        <w:t xml:space="preserve">[03:45] </w:t>
      </w:r>
      <w:r>
        <w:t>kehe ke jao un ki zuban kaat do, hamare paighambar ko woh aisa keh rahe hain.</w:t>
      </w:r>
    </w:p>
    <w:p>
      <w:pPr>
        <w:jc w:val="right"/>
      </w:pPr>
      <w:r>
        <w:t>کہے کہ جاؤ ان کی زبان کاٹ دو، ہمارے پیغمبر کو وہ ایسا کہہ رہے ہیں۔</w:t>
      </w:r>
    </w:p>
    <w:p>
      <w:r>
        <w:rPr>
          <w:b/>
        </w:rPr>
        <w:t xml:space="preserve">[03:51] </w:t>
      </w:r>
      <w:r>
        <w:t>to phir bhi un logon ko azadi rahi jinhon ne paighambaron ka istihza kiya: "wa ma arsalna min rasool</w:t>
      </w:r>
    </w:p>
    <w:p>
      <w:pPr>
        <w:jc w:val="right"/>
      </w:pPr>
      <w:r>
        <w:t>تو پھر بھی ان لوگوں کو آزادی رہی جنہوں نے پیغمبروں کا استہزاء کیا: "وما أرسلنا من رسول</w:t>
      </w:r>
    </w:p>
    <w:p>
      <w:r>
        <w:rPr>
          <w:b/>
        </w:rPr>
        <w:t xml:space="preserve">[03:57] </w:t>
      </w:r>
      <w:r>
        <w:t>Allah kano yastahziun".</w:t>
      </w:r>
    </w:p>
    <w:p>
      <w:pPr>
        <w:jc w:val="right"/>
      </w:pPr>
      <w:r>
        <w:t>الله كانوا يستهزئون"۔</w:t>
      </w:r>
    </w:p>
    <w:p>
      <w:r>
        <w:rPr>
          <w:b/>
        </w:rPr>
        <w:t xml:space="preserve">[04:03] </w:t>
      </w:r>
      <w:r>
        <w:t>paighambaron ko mazak uraya, paighambaron ko majnoon kaha, tab bhi unhein azadi mili rahi.</w:t>
      </w:r>
    </w:p>
    <w:p>
      <w:pPr>
        <w:jc w:val="right"/>
      </w:pPr>
      <w:r>
        <w:t>پیغمبروں کو مذاق اڑایا، پیغمبروں کو مجنون کہا، تب بھی انہیں آزادی ملی رہی۔</w:t>
      </w:r>
    </w:p>
    <w:p>
      <w:r>
        <w:rPr>
          <w:b/>
        </w:rPr>
        <w:t xml:space="preserve">[04:10] </w:t>
      </w:r>
      <w:r>
        <w:t>to aaj bhi wahi hai, hamesha rahega wahi. to</w:t>
      </w:r>
    </w:p>
    <w:p>
      <w:pPr>
        <w:jc w:val="right"/>
      </w:pPr>
      <w:r>
        <w:t>تو آج بھی وہی ہے، ہمیشہ رہے گا وہی۔ تو</w:t>
      </w:r>
    </w:p>
    <w:p>
      <w:r>
        <w:rPr>
          <w:b/>
        </w:rPr>
        <w:t xml:space="preserve">[04:16] </w:t>
      </w:r>
      <w:r>
        <w:t>Positive Thinking bohat hi, mein kahunga, most important quality jo hai woh Positive Thinking hai.</w:t>
      </w:r>
    </w:p>
    <w:p>
      <w:pPr>
        <w:jc w:val="right"/>
      </w:pPr>
      <w:r>
        <w:t>Positive Thinking بہت ہی، میں کہوں گا، most important quality جو ہے وہ Positive Thinking ہے۔</w:t>
      </w:r>
    </w:p>
    <w:p>
      <w:r>
        <w:rPr>
          <w:b/>
        </w:rPr>
        <w:t xml:space="preserve">[04:23] </w:t>
      </w:r>
      <w:r>
        <w:t>sari achhi cheezen judi hui hain Positive Thinking se, musbat soch se.</w:t>
      </w:r>
    </w:p>
    <w:p>
      <w:pPr>
        <w:jc w:val="right"/>
      </w:pPr>
      <w:r>
        <w:t>ساری اچھی چیزیں جڑی ہوئی ہیں Positive Thinking سے، مثبت سوچ سے۔</w:t>
      </w:r>
    </w:p>
    <w:p>
      <w:r>
        <w:rPr>
          <w:b/>
        </w:rPr>
        <w:t xml:space="preserve">[04:31] </w:t>
      </w:r>
      <w:r>
        <w:t>is liye aaj ka unwan hum ne rakha hai "The Importance of Positive Thinking" yani musbat soch ki</w:t>
      </w:r>
    </w:p>
    <w:p>
      <w:pPr>
        <w:jc w:val="right"/>
      </w:pPr>
      <w:r>
        <w:t>اس لیے آج کا عنوان ہم نے رکھا ہے "The Importance of Positive Thinking" یعنی مثبت سوچ کی</w:t>
      </w:r>
    </w:p>
    <w:p>
      <w:r>
        <w:rPr>
          <w:b/>
        </w:rPr>
        <w:t xml:space="preserve">[04:38] </w:t>
      </w:r>
      <w:r>
        <w:t>ahmiyat, musbat tarz-e-fikr ki ahmiyat.</w:t>
      </w:r>
    </w:p>
    <w:p>
      <w:pPr>
        <w:jc w:val="right"/>
      </w:pPr>
      <w:r>
        <w:t>اہمیت، مثبت طرز فکر کی اہمیت۔</w:t>
      </w:r>
    </w:p>
    <w:p>
      <w:r>
        <w:rPr>
          <w:b/>
        </w:rPr>
        <w:t xml:space="preserve">[04:46] </w:t>
      </w:r>
      <w:r>
        <w:t>kyunke log aam taur par is baat ko nahi jante ke jis aadmi se aap shikayat kar rahe</w:t>
      </w:r>
    </w:p>
    <w:p>
      <w:pPr>
        <w:jc w:val="right"/>
      </w:pPr>
      <w:r>
        <w:t>کیونکہ لوگ عام طور پر اس بات کو نہیں جانتے کہ جس آدمی سے آپ شکایت کر رہے</w:t>
      </w:r>
    </w:p>
    <w:p>
      <w:r>
        <w:rPr>
          <w:b/>
        </w:rPr>
        <w:t xml:space="preserve">[04:52] </w:t>
      </w:r>
      <w:r>
        <w:t>hain, woh aadmi Allah ki di hui azadi ko istemal kar raha hai.</w:t>
      </w:r>
    </w:p>
    <w:p>
      <w:pPr>
        <w:jc w:val="right"/>
      </w:pPr>
      <w:r>
        <w:t>ہیں، وہ آدمی اللہ کی دی ہوئی آزادی کو استعمال کر رہا ہے۔</w:t>
      </w:r>
    </w:p>
    <w:p>
      <w:r>
        <w:rPr>
          <w:b/>
        </w:rPr>
        <w:t xml:space="preserve">[04:58] </w:t>
      </w:r>
      <w:r>
        <w:t>to shikayat aap ki kis ke khilaf gayi? woh to naoozubillah khaliq ke khilaf gayi.</w:t>
      </w:r>
    </w:p>
    <w:p>
      <w:pPr>
        <w:jc w:val="right"/>
      </w:pPr>
      <w:r>
        <w:t>تو شکایت آپ کی کس کے خلاف گئی؟ وہ تو نعوذ باللہ خالق کے خلاف گئی۔</w:t>
      </w:r>
    </w:p>
    <w:p>
      <w:r>
        <w:rPr>
          <w:b/>
        </w:rPr>
        <w:t xml:space="preserve">[05:04] </w:t>
      </w:r>
      <w:r>
        <w:t>jis ke khilaf aap cheekh pukaar kar rahe hain, protest kar rahe hain, shikayat kar rahe hain, to</w:t>
      </w:r>
    </w:p>
    <w:p>
      <w:pPr>
        <w:jc w:val="right"/>
      </w:pPr>
      <w:r>
        <w:t>جس کے خلاف آپ چیخ پکار کر رہے ہیں، protest کر رہے ہیں، شکایت کر رہے ہیں، تو</w:t>
      </w:r>
    </w:p>
    <w:p>
      <w:r>
        <w:rPr>
          <w:b/>
        </w:rPr>
        <w:t xml:space="preserve">[05:10] </w:t>
      </w:r>
      <w:r>
        <w:t>woh kis ke khilaf gayi? jab woh insaan Allah ki di hui azadi ko istemal kar raha</w:t>
      </w:r>
    </w:p>
    <w:p>
      <w:pPr>
        <w:jc w:val="right"/>
      </w:pPr>
      <w:r>
        <w:t>وہ کس کے خلاف گئی؟ جب وہ انسان اللہ کی دی ہوئی آزادی کو استعمال کر رہا</w:t>
      </w:r>
    </w:p>
    <w:p>
      <w:r>
        <w:rPr>
          <w:b/>
        </w:rPr>
        <w:t xml:space="preserve">[05:16] </w:t>
      </w:r>
      <w:r>
        <w:t>hai to aap ki shikayat gayi barah-e-rast taur par khaliq ke khilaf.</w:t>
      </w:r>
    </w:p>
    <w:p>
      <w:pPr>
        <w:jc w:val="right"/>
      </w:pPr>
      <w:r>
        <w:t>ہے تو آپ کی شکایت گئی براہ راست طور پر خالق کے خلاف۔</w:t>
      </w:r>
    </w:p>
    <w:p>
      <w:r>
        <w:rPr>
          <w:b/>
        </w:rPr>
        <w:t xml:space="preserve">[05:21] </w:t>
      </w:r>
      <w:r>
        <w:t>to bataiye, aisa duniya mein jo rahe, kya us ki woh kuch kuch bhi us ki hesiyat nahi</w:t>
      </w:r>
    </w:p>
    <w:p>
      <w:pPr>
        <w:jc w:val="right"/>
      </w:pPr>
      <w:r>
        <w:t>تو بتائیے، ایسا دنیا میں جو رہے، کیا اس کی وہ کچھ کچھ بھی اس کی حیثیت نہیں</w:t>
      </w:r>
    </w:p>
    <w:p>
      <w:r>
        <w:rPr>
          <w:b/>
        </w:rPr>
        <w:t xml:space="preserve">[05:26] </w:t>
      </w:r>
      <w:r>
        <w:t>hai? yani jo khaliq se, creator se shikayat kar ke duniya banana chahe, to us ki kya jagah</w:t>
      </w:r>
    </w:p>
    <w:p>
      <w:pPr>
        <w:jc w:val="right"/>
      </w:pPr>
      <w:r>
        <w:t>ہے؟ یعنی جو خالق سے، creator سے شکایت کر کے دنیا بنانا چاہے، تو اس کی کیا جگہ</w:t>
      </w:r>
    </w:p>
    <w:p>
      <w:r>
        <w:rPr>
          <w:b/>
        </w:rPr>
        <w:t xml:space="preserve">[05:31] </w:t>
      </w:r>
      <w:r>
        <w:t>hai duniya mein? us ki yeh sari muslim duniya aaj kal isi mein mubtala hai.</w:t>
      </w:r>
    </w:p>
    <w:p>
      <w:pPr>
        <w:jc w:val="right"/>
      </w:pPr>
      <w:r>
        <w:t>ہے دنیا میں؟ اس کی یہ ساری مسلم دنیا آج کل اسی میں مبتلا ہے۔</w:t>
      </w:r>
    </w:p>
    <w:p>
      <w:r>
        <w:rPr>
          <w:b/>
        </w:rPr>
        <w:t xml:space="preserve">[05:36] </w:t>
      </w:r>
      <w:r>
        <w:t>unhein pata hi nahi ke "What is the creation plan of God".</w:t>
      </w:r>
    </w:p>
    <w:p>
      <w:pPr>
        <w:jc w:val="right"/>
      </w:pPr>
      <w:r>
        <w:t>انہیں پتہ ہی نہیں کہ "What is the creation plan of God"۔</w:t>
      </w:r>
    </w:p>
    <w:p>
      <w:r>
        <w:rPr>
          <w:b/>
        </w:rPr>
        <w:t xml:space="preserve">[05:41] </w:t>
      </w:r>
      <w:r>
        <w:t>bas unhein shakk</w:t>
      </w:r>
    </w:p>
    <w:p>
      <w:pPr>
        <w:jc w:val="right"/>
      </w:pPr>
      <w:r>
        <w:t>بس انہیں شک</w:t>
      </w:r>
    </w:p>
    <w:p>
      <w:r>
        <w:rPr>
          <w:b/>
        </w:rPr>
        <w:t xml:space="preserve">[05:46] </w:t>
      </w:r>
      <w:r>
        <w:t>ayaton mein jeete hain, shikayaton mein jeete hain. jis ko dekhen, yahan se Arab tak, yahan se America tak, yahan se Europe tak aap safar kijiye, ek bhi insan kam az kam mujhe to nahi mila, main ne sankaron safar kiye hain, jo waqai ma'non mein Positive Thinker ho. oopar oopar agar baat karega woh to scrutiny kijiye aap us ki. yeh scrutiny karte hi foran nikal aayega ke andar se woh negativity mein jee raha hai. kyun? in logon ko namaz</w:t>
      </w:r>
    </w:p>
    <w:p>
      <w:pPr>
        <w:jc w:val="right"/>
      </w:pPr>
      <w:r>
        <w:t>ایتوں میں جیتے ہیں، شکایتوں میں جیتے ہیں۔ جس کو دیکھیں، یہاں سے عرب تک، یہاں سے امریکہ تک، یہاں سے یورپ تک آپ سفر کیجیے، ایک بھی انسان کم از کم مجھے تو نہیں ملا، میں نے سینکڑوں سفر کیے ہیں، جو واقعی معنوں میں Positive Thinker ہو۔ اوپر اوپر اگر بات کرے گا وہ تو اسکرٹنی کیجیے آپ اس کی۔ یہ اسکرٹنی کرتے ہی فوراً نکل آئے گا کہ اندر سے وہ negativity میں جی رہا ہے۔ کیوں؟ ان لوگوں کو نماز</w:t>
      </w:r>
    </w:p>
    <w:p>
      <w:r>
        <w:rPr>
          <w:b/>
        </w:rPr>
        <w:t xml:space="preserve">[06:16] </w:t>
      </w:r>
      <w:r>
        <w:t>roze ke masail maloom hain, yeh sare musalman jo hain, hajj ke masail maloom hain in ko, lekin</w:t>
      </w:r>
    </w:p>
    <w:p>
      <w:pPr>
        <w:jc w:val="right"/>
      </w:pPr>
      <w:r>
        <w:t>روزے کے مسائل معلوم ہیں، یہ سارے مسلمان جو ہیں، حج کے مسائل معلوم ہیں ان کو، لیکن</w:t>
      </w:r>
    </w:p>
    <w:p>
      <w:r>
        <w:rPr>
          <w:b/>
        </w:rPr>
        <w:t xml:space="preserve">[06:21] </w:t>
      </w:r>
      <w:r>
        <w:t>yeh nahi maloom ke "What is the creation plan of God".</w:t>
      </w:r>
    </w:p>
    <w:p>
      <w:pPr>
        <w:jc w:val="right"/>
      </w:pPr>
      <w:r>
        <w:t>یہ نہیں معلوم کہ "What is the creation plan of God"۔</w:t>
      </w:r>
    </w:p>
    <w:p>
      <w:r>
        <w:rPr>
          <w:b/>
        </w:rPr>
        <w:t xml:space="preserve">[06:27] </w:t>
      </w:r>
      <w:r>
        <w:t>us ki khabar hi nahi in ko.</w:t>
      </w:r>
    </w:p>
    <w:p>
      <w:pPr>
        <w:jc w:val="right"/>
      </w:pPr>
      <w:r>
        <w:t>اس کی خبر ہی نہیں ان کو۔</w:t>
      </w:r>
    </w:p>
    <w:p>
      <w:r>
        <w:rPr>
          <w:b/>
        </w:rPr>
        <w:t xml:space="preserve">[06:32] </w:t>
      </w:r>
      <w:r>
        <w:t>mein aik taza misaal deta hoon.</w:t>
      </w:r>
    </w:p>
    <w:p>
      <w:pPr>
        <w:jc w:val="right"/>
      </w:pPr>
      <w:r>
        <w:t>میں ایک تازہ مثال دیتا ہوں۔</w:t>
      </w:r>
    </w:p>
    <w:p>
      <w:r>
        <w:rPr>
          <w:b/>
        </w:rPr>
        <w:t xml:space="preserve">[06:37] </w:t>
      </w:r>
      <w:r>
        <w:t>abhi aik arabi jareede mein isi mahine mein, yani June 2010 mein, aik arabi jareede mein aik mazmoon</w:t>
      </w:r>
    </w:p>
    <w:p>
      <w:pPr>
        <w:jc w:val="right"/>
      </w:pPr>
      <w:r>
        <w:t>ابھی ایک عربی جریدے میں اسی مہینے میں، یعنی جون 2010 میں، ایک عربی جریدے میں ایک مضمون</w:t>
      </w:r>
    </w:p>
    <w:p>
      <w:r>
        <w:rPr>
          <w:b/>
        </w:rPr>
        <w:t xml:space="preserve">[06:43] </w:t>
      </w:r>
      <w:r>
        <w:t>chupa hai aik bohat hi well-known scholar ka. ka</w:t>
      </w:r>
    </w:p>
    <w:p>
      <w:pPr>
        <w:jc w:val="right"/>
      </w:pPr>
      <w:r>
        <w:t>چھپا ہے ایک بہت ہی well-known scholar کا۔ کا</w:t>
      </w:r>
    </w:p>
    <w:p>
      <w:r>
        <w:rPr>
          <w:b/>
        </w:rPr>
        <w:t xml:space="preserve">[06:48] </w:t>
      </w:r>
      <w:r>
        <w:t>us ka unwaan kya hai? us ka caption kya hai? woh yeh hai: "Hal lihaza al-hiqd min nihayah".</w:t>
      </w:r>
    </w:p>
    <w:p>
      <w:pPr>
        <w:jc w:val="right"/>
      </w:pPr>
      <w:r>
        <w:t>اس کا عنوان کیا ہے؟ اس کا caption کیا ہے؟ وہ یہ ہے: "حل لہٰذا الحقد من نهایہ"۔</w:t>
      </w:r>
    </w:p>
    <w:p>
      <w:r>
        <w:rPr>
          <w:b/>
        </w:rPr>
        <w:t xml:space="preserve">[06:58] </w:t>
      </w:r>
      <w:r>
        <w:t>yani "Will there be no end to this hatred".</w:t>
      </w:r>
    </w:p>
    <w:p>
      <w:pPr>
        <w:jc w:val="right"/>
      </w:pPr>
      <w:r>
        <w:t>یعنی "Will there be no end to this hatred"۔</w:t>
      </w:r>
    </w:p>
    <w:p>
      <w:r>
        <w:rPr>
          <w:b/>
        </w:rPr>
        <w:t xml:space="preserve">[07:08] </w:t>
      </w:r>
      <w:r>
        <w:t>yani yeh jo hamare khilaf hatred ho rahi hai, hamare khilaf jo kina aur dushmani</w:t>
      </w:r>
    </w:p>
    <w:p>
      <w:pPr>
        <w:jc w:val="right"/>
      </w:pPr>
      <w:r>
        <w:t>یعنی یہ جو ہمارے خلاف hatred ہو رہی ہے، ہمارے خلاف جو کینہ اور دشمنی</w:t>
      </w:r>
    </w:p>
    <w:p>
      <w:r>
        <w:rPr>
          <w:b/>
        </w:rPr>
        <w:t xml:space="preserve">[07:18] </w:t>
      </w:r>
      <w:r>
        <w:t>ka kiya ja raha hai, kya yeh kabhi khatam hoga? yani kaun kis ke khilaf hai? Western nations ke khilaf.</w:t>
      </w:r>
    </w:p>
    <w:p>
      <w:pPr>
        <w:jc w:val="right"/>
      </w:pPr>
      <w:r>
        <w:t>کا کیا جا رہا ہے، کیا یہ کبھی ختم ہوگا؟ یعنی کون کس کے خلاف ہے؟ Western nations کے خلاف۔</w:t>
      </w:r>
    </w:p>
    <w:p>
      <w:r>
        <w:rPr>
          <w:b/>
        </w:rPr>
        <w:t xml:space="preserve">[07:24] </w:t>
      </w:r>
      <w:r>
        <w:t>yani poora article jo hai woh batata hai ke Western nations jo hain, yani Europe aur America, musalmanon</w:t>
      </w:r>
    </w:p>
    <w:p>
      <w:pPr>
        <w:jc w:val="right"/>
      </w:pPr>
      <w:r>
        <w:t>یعنی پورا آرٹیکل جو ہے وہ بتاتا ہے کہ Western nations جو ہیں، یعنی یورپ اور امریکہ، مسلمانوں</w:t>
      </w:r>
    </w:p>
    <w:p>
      <w:r>
        <w:rPr>
          <w:b/>
        </w:rPr>
        <w:t xml:space="preserve">[07:31] </w:t>
      </w:r>
      <w:r>
        <w:t>ke dushman hain aur har aitbar se hum ko chahte hain ke hum tabah ho jayein aur hum</w:t>
      </w:r>
    </w:p>
    <w:p>
      <w:pPr>
        <w:jc w:val="right"/>
      </w:pPr>
      <w:r>
        <w:t>کے دشمن ہیں اور ہر اعتبار سے ہم کو چاہتے ہیں کہ ہم تباہ ہو جائیں اور ہم</w:t>
      </w:r>
    </w:p>
    <w:p>
      <w:r>
        <w:rPr>
          <w:b/>
        </w:rPr>
        <w:t xml:space="preserve">[07:37] </w:t>
      </w:r>
      <w:r>
        <w:t>tabah ho kar reh jayein.</w:t>
      </w:r>
    </w:p>
    <w:p>
      <w:pPr>
        <w:jc w:val="right"/>
      </w:pPr>
      <w:r>
        <w:t>تباہ ہو کر رہ جائیں۔</w:t>
      </w:r>
    </w:p>
    <w:p>
      <w:r>
        <w:rPr>
          <w:b/>
        </w:rPr>
        <w:t xml:space="preserve">[07:43] </w:t>
      </w:r>
      <w:r>
        <w:t>yeh koi soch hai? yeh koi soch hai?</w:t>
      </w:r>
    </w:p>
    <w:p>
      <w:pPr>
        <w:jc w:val="right"/>
      </w:pPr>
      <w:r>
        <w:t>یہ کوئی سوچ ہے؟ یہ کوئی سوچ ہے؟</w:t>
      </w:r>
    </w:p>
    <w:p>
      <w:r>
        <w:rPr>
          <w:b/>
        </w:rPr>
        <w:t xml:space="preserve">[07:49] </w:t>
      </w:r>
      <w:r>
        <w:t>main aap ko yaad dilaoon ke ab se sau saal pehle, sau saal pehle, yani aaj ek muslim scholar kehta hai ke "Hal la hadha al-hiqd min nihayah". sau saal pehle Maulana Shibli Nomani ne yahi baat kahi thi. sau saal pehle kahan tak loge hum se? Aal-e-Europe ko khitab karte hue kahan tak loge hum se inteqam-e-Fatah Ayyubi? dikhaoge humein jang-e-Sa</w:t>
      </w:r>
    </w:p>
    <w:p>
      <w:pPr>
        <w:jc w:val="right"/>
      </w:pPr>
      <w:r>
        <w:t>میں آپ کو یاد دلاؤں کہ اب سے سو سال پہلے، سو سال پہلے، یعنی آج ایک مسلم scholar کہتا ہے کہ "حل لہٰذا الحقد من نهایہ"۔ سو سال پہلے مولانا شبلی نعمانی نے یہی بات کہی تھی۔ سو سال پہلے کہاں تک لو گے ہم سے؟ آل یورپ کو خطاب کرتے ہوئے کہاں تک لو گے ہم سے انتقام فتح ایوبی؟ دکھاؤ گے ہمیں جنگ ص</w:t>
      </w:r>
    </w:p>
    <w:p>
      <w:r>
        <w:rPr>
          <w:b/>
        </w:rPr>
        <w:t xml:space="preserve">[08:19] </w:t>
      </w:r>
      <w:r>
        <w:t>libi ka sama kab tak? ab ghor kijiye ke jo qaum sau baras se shikayat mein jee rahi ho, us ke andar koi soch hai? yeh koi thinking hai? sau baras se jarrisha aur jarrisha yahi soch chali aa rahi hai. sab log yahi boli bolte hain, sab log yahi boli bolte hain, sabhi log yahi zaban likhte hain. to yeh jo</w:t>
      </w:r>
    </w:p>
    <w:p>
      <w:pPr>
        <w:jc w:val="right"/>
      </w:pPr>
      <w:r>
        <w:t>لیبی کا سماں کب تک؟ اب غور کیجیے کہ جو قوم سو برس سے شکایت میں جی رہی ہو، اس کے اندر کوئی سوچ ہے؟ یہ کوئی thinking ہے؟ سو برس سے جریشہ اور جریشہ یہی سوچ چلی آ رہی ہے۔ سب لوگ یہی بولی بولتے ہیں، سب لوگ یہی بولی بولتے ہیں، سبھی لوگ یہی زبان لکھتے ہیں۔ تو یہ جو</w:t>
      </w:r>
    </w:p>
    <w:p>
      <w:r>
        <w:rPr>
          <w:b/>
        </w:rPr>
        <w:t xml:space="preserve">[08:49] </w:t>
      </w:r>
      <w:r>
        <w:t>mein ne parha ke "Hal lihaza al-hiqd min nihayah" to sari baatein mujhe yaad aa gayeen.</w:t>
      </w:r>
    </w:p>
    <w:p>
      <w:pPr>
        <w:jc w:val="right"/>
      </w:pPr>
      <w:r>
        <w:t>میں نے پڑھا کہ "حل لہٰذا الحقد من نهایہ" تو ساری باتیں مجھے یاد آ گئیں۔</w:t>
      </w:r>
    </w:p>
    <w:p>
      <w:r>
        <w:rPr>
          <w:b/>
        </w:rPr>
        <w:t xml:space="preserve">[08:54] </w:t>
      </w:r>
      <w:r>
        <w:t>yani koi reassess nahi karta.</w:t>
      </w:r>
    </w:p>
    <w:p>
      <w:pPr>
        <w:jc w:val="right"/>
      </w:pPr>
      <w:r>
        <w:t>یعنی کوئی reassess نہیں کرتا۔</w:t>
      </w:r>
    </w:p>
    <w:p>
      <w:r>
        <w:rPr>
          <w:b/>
        </w:rPr>
        <w:t xml:space="preserve">[08:59] </w:t>
      </w:r>
      <w:r>
        <w:t>mein hairan hoon ke aage sochte kyon nahin hain log ke so baras guzar gaye aur haqad khatm</w:t>
      </w:r>
    </w:p>
    <w:p>
      <w:pPr>
        <w:jc w:val="right"/>
      </w:pPr>
      <w:r>
        <w:t>میں حیران ہوں کہ آگے سوچتے کیوں نہیں ہیں لوگ کہ سو برس گزر گئے اور حقد ختم</w:t>
      </w:r>
    </w:p>
    <w:p>
      <w:r>
        <w:rPr>
          <w:b/>
        </w:rPr>
        <w:t xml:space="preserve">[09:04] </w:t>
      </w:r>
      <w:r>
        <w:t>nahin hua? yani un ka unhon ne suppose kar rakha hai, mein to nahin manta haqad waghera, haqad</w:t>
      </w:r>
    </w:p>
    <w:p>
      <w:pPr>
        <w:jc w:val="right"/>
      </w:pPr>
      <w:r>
        <w:t>نہیں ہوا؟ یعنی ان کا انہوں نے suppose کر رکھا ہے، میں تو نہیں مانتا حقد وغیرہ، حقد</w:t>
      </w:r>
    </w:p>
    <w:p>
      <w:r>
        <w:rPr>
          <w:b/>
        </w:rPr>
        <w:t xml:space="preserve">[09:09] </w:t>
      </w:r>
      <w:r>
        <w:t>ki philosophy ko mein nahin manta.</w:t>
      </w:r>
    </w:p>
    <w:p>
      <w:pPr>
        <w:jc w:val="right"/>
      </w:pPr>
      <w:r>
        <w:t>کی فلاسفی کو میں نہیں مانتا۔</w:t>
      </w:r>
    </w:p>
    <w:p>
      <w:r>
        <w:rPr>
          <w:b/>
        </w:rPr>
        <w:t xml:space="preserve">[09:14] </w:t>
      </w:r>
      <w:r>
        <w:t>lekin jo logon ne is philosophy ko maan rakha hai, unhein sochna chahiye ke</w:t>
      </w:r>
    </w:p>
    <w:p>
      <w:pPr>
        <w:jc w:val="right"/>
      </w:pPr>
      <w:r>
        <w:t>لیکن جو لوگوں نے اس فلاسفی کو مان رکھا ہے، انہیں سوچنا چاہیے کہ</w:t>
      </w:r>
    </w:p>
    <w:p>
      <w:r>
        <w:rPr>
          <w:b/>
        </w:rPr>
        <w:t xml:space="preserve">[09:19] </w:t>
      </w:r>
      <w:r>
        <w:t>so saal se ek qaum ko dunya ke log apne haqad ka shikar kiye hue hain, hatred ka,</w:t>
      </w:r>
    </w:p>
    <w:p>
      <w:pPr>
        <w:jc w:val="right"/>
      </w:pPr>
      <w:r>
        <w:t>سو سال سے ایک قوم کو دنیا کے لوگ اپنے حقد کا شکار کیے ہوئے ہیں، hatred کا،</w:t>
      </w:r>
    </w:p>
    <w:p>
      <w:r>
        <w:rPr>
          <w:b/>
        </w:rPr>
        <w:t xml:space="preserve">[09:25] </w:t>
      </w:r>
      <w:r>
        <w:t>aur Khuda jo hai woh bilkul khamosh hai, woh indifferent ho gaya hai, jabke hamein dawah hai ke</w:t>
      </w:r>
    </w:p>
    <w:p>
      <w:pPr>
        <w:jc w:val="right"/>
      </w:pPr>
      <w:r>
        <w:t>اور خدا جو ہے وہ بالکل خاموش ہے، وہ indifferent ہو گیا ہے، جبکہ ہمیں دعویٰ ہے کہ</w:t>
      </w:r>
    </w:p>
    <w:p>
      <w:r>
        <w:rPr>
          <w:b/>
        </w:rPr>
        <w:t xml:space="preserve">[09:32] </w:t>
      </w:r>
      <w:r>
        <w:t>hum khair ummat hain.</w:t>
      </w:r>
    </w:p>
    <w:p>
      <w:pPr>
        <w:jc w:val="right"/>
      </w:pPr>
      <w:r>
        <w:t>ہم خیر امت ہیں۔</w:t>
      </w:r>
    </w:p>
    <w:p>
      <w:r>
        <w:rPr>
          <w:b/>
        </w:rPr>
        <w:t xml:space="preserve">[09:38] </w:t>
      </w:r>
      <w:r>
        <w:t>ab ghor kijiye to yeh waqt aa gaya hai aakhri ke hum phir se rethink karen, phir se sochen</w:t>
      </w:r>
    </w:p>
    <w:p>
      <w:pPr>
        <w:jc w:val="right"/>
      </w:pPr>
      <w:r>
        <w:t>اب غور کیجیے تو یہ وقت آگیا ہے آخری کہ ہم پھر سے rethink کریں، پھر سے سوچیں</w:t>
      </w:r>
    </w:p>
    <w:p>
      <w:r>
        <w:rPr>
          <w:b/>
        </w:rPr>
        <w:t xml:space="preserve">[09:44] </w:t>
      </w:r>
      <w:r>
        <w:t>ke mamla kya hai?</w:t>
      </w:r>
    </w:p>
    <w:p>
      <w:pPr>
        <w:jc w:val="right"/>
      </w:pPr>
      <w:r>
        <w:t>کہ معاملہ کیا ہے؟</w:t>
      </w:r>
    </w:p>
    <w:p>
      <w:r>
        <w:rPr>
          <w:b/>
        </w:rPr>
        <w:t xml:space="preserve">[09:50] </w:t>
      </w:r>
      <w:r>
        <w:t>yahan mein aap ko yaad dilana chahta hoon ke Allah taala ka ek qanoon hai.</w:t>
      </w:r>
    </w:p>
    <w:p>
      <w:pPr>
        <w:jc w:val="right"/>
      </w:pPr>
      <w:r>
        <w:t>یہاں میں آپ کو یاد دلانا چاہتا ہوں کہ اللہ تعالیٰ کا ایک قانون ہے۔</w:t>
      </w:r>
    </w:p>
    <w:p>
      <w:r>
        <w:rPr>
          <w:b/>
        </w:rPr>
        <w:t xml:space="preserve">[09:56] </w:t>
      </w:r>
      <w:r>
        <w:t>is qanoon ko Quran mein istibdaal kaha gaya hai: "yastabdil qawman ghayrakum thumma la yakoonu amthalakum".</w:t>
      </w:r>
    </w:p>
    <w:p>
      <w:pPr>
        <w:jc w:val="right"/>
      </w:pPr>
      <w:r>
        <w:t>اس قانون کو قرآن میں استبدال کہا گیا ہے: "يَسْتَبْلِ قَوْمًا غَيْرَكُمْ ثُمَّ لَا يَكُونُوا أَمْثَالَكُمْ"۔</w:t>
      </w:r>
    </w:p>
    <w:p>
      <w:r>
        <w:rPr>
          <w:b/>
        </w:rPr>
        <w:t xml:space="preserve">[10:02] </w:t>
      </w:r>
      <w:r>
        <w:t>istibdaal ka matlab hota hai replacement, ek ko badal kar doosre ko lana.</w:t>
      </w:r>
    </w:p>
    <w:p>
      <w:pPr>
        <w:jc w:val="right"/>
      </w:pPr>
      <w:r>
        <w:t>استبدال کا مطلب ہوتا ہے replacement، ایک کو بدل کر دوسرے کو لانا۔</w:t>
      </w:r>
    </w:p>
    <w:p>
      <w:r>
        <w:rPr>
          <w:b/>
        </w:rPr>
        <w:t xml:space="preserve">[10:09] </w:t>
      </w:r>
      <w:r>
        <w:t>to dunya mein Allah taala ka jo qanoon hai, woh istibdaal ke tehat hai.</w:t>
      </w:r>
    </w:p>
    <w:p>
      <w:pPr>
        <w:jc w:val="right"/>
      </w:pPr>
      <w:r>
        <w:t>تو دنیا میں اللہ تعالیٰ کا جو قانون ہے، وہ استبدال کے تحت ہے۔</w:t>
      </w:r>
    </w:p>
    <w:p>
      <w:r>
        <w:rPr>
          <w:b/>
        </w:rPr>
        <w:t xml:space="preserve">[10:15] </w:t>
      </w:r>
      <w:r>
        <w:t>istibdaal yani ek qaum aati hai, woh</w:t>
      </w:r>
    </w:p>
    <w:p>
      <w:pPr>
        <w:jc w:val="right"/>
      </w:pPr>
      <w:r>
        <w:t>استبدال یعنی ایک قوم آتی ہے، وہ</w:t>
      </w:r>
    </w:p>
    <w:p>
      <w:r>
        <w:rPr>
          <w:b/>
        </w:rPr>
        <w:t xml:space="preserve">[10:21] </w:t>
      </w:r>
      <w:r>
        <w:t>kuch dinon tak apna karkhana dikhati hai, us ko hata diya jata hai, phir doosri qaum laai jati</w:t>
      </w:r>
    </w:p>
    <w:p>
      <w:pPr>
        <w:jc w:val="right"/>
      </w:pPr>
      <w:r>
        <w:t>کچھ دنوں تک اپنا کارنامہ دکھاتی ہے، اس کو ہٹا دیا جاتا ہے، پھر دوسری قوم لائی جاتی</w:t>
      </w:r>
    </w:p>
    <w:p>
      <w:r>
        <w:rPr>
          <w:b/>
        </w:rPr>
        <w:t xml:space="preserve">[10:27] </w:t>
      </w:r>
      <w:r>
        <w:t>hai, woh us ko phir teesri laai jati hai.</w:t>
      </w:r>
    </w:p>
    <w:p>
      <w:pPr>
        <w:jc w:val="right"/>
      </w:pPr>
      <w:r>
        <w:t>ہے، وہ اس کو پھر تیسری لائی جاتی ہے۔</w:t>
      </w:r>
    </w:p>
    <w:p>
      <w:r>
        <w:rPr>
          <w:b/>
        </w:rPr>
        <w:t xml:space="preserve">[10:33] </w:t>
      </w:r>
      <w:r>
        <w:t>kyon? ek hi qaum agar bohat din tak rahe to woh woh kya hoga? yani jis tarah ke</w:t>
      </w:r>
    </w:p>
    <w:p>
      <w:pPr>
        <w:jc w:val="right"/>
      </w:pPr>
      <w:r>
        <w:t>کیوں؟ ایک ہی قوم اگر بہت دن تک رہے تو وہ وہ کیا ہوگا؟ یعنی جس طرح کے</w:t>
      </w:r>
    </w:p>
    <w:p>
      <w:r>
        <w:rPr>
          <w:b/>
        </w:rPr>
        <w:t xml:space="preserve">[10:39] </w:t>
      </w:r>
      <w:r>
        <w:t>old blood aur new blood wali baat jo hai, old blood jo hai woh zyada der tak kuch</w:t>
      </w:r>
    </w:p>
    <w:p>
      <w:pPr>
        <w:jc w:val="right"/>
      </w:pPr>
      <w:r>
        <w:t>old blood اور new blood والی بات جو ہے، old blood جو ہے وہ زیادہ دیر تک کچھ</w:t>
      </w:r>
    </w:p>
    <w:p>
      <w:r>
        <w:rPr>
          <w:b/>
        </w:rPr>
        <w:t xml:space="preserve">[10:45] </w:t>
      </w:r>
      <w:r>
        <w:t>kaam karne ki halat mein nahin rehta, to new blood laaya jata hai. to yeh</w:t>
      </w:r>
    </w:p>
    <w:p>
      <w:pPr>
        <w:jc w:val="right"/>
      </w:pPr>
      <w:r>
        <w:t>کام کرنے کی حالت میں نہیں رہتا، تو new blood لایا جاتا ہے۔ تو یہ</w:t>
      </w:r>
    </w:p>
    <w:p>
      <w:r>
        <w:rPr>
          <w:b/>
        </w:rPr>
        <w:t xml:space="preserve">[10:51] </w:t>
      </w:r>
      <w:r>
        <w:t>jo hai istibdaal jo hai, is ko aap keh sakte hain ke replacement of old blood with new blood.</w:t>
      </w:r>
    </w:p>
    <w:p>
      <w:pPr>
        <w:jc w:val="right"/>
      </w:pPr>
      <w:r>
        <w:t>جو ہے استبدال جو ہے، اس کو آپ کہہ سکتے ہیں کہ replacement of old blood with new blood۔</w:t>
      </w:r>
    </w:p>
    <w:p>
      <w:r>
        <w:rPr>
          <w:b/>
        </w:rPr>
        <w:t xml:space="preserve">[10:57] </w:t>
      </w:r>
      <w:r>
        <w:t>ke pichli qaum jis ko zawal aa chuka hota hai, jo old blood ho chuki hoti hai, us</w:t>
      </w:r>
    </w:p>
    <w:p>
      <w:pPr>
        <w:jc w:val="right"/>
      </w:pPr>
      <w:r>
        <w:t>کہ پچھلی قوم جس کو زوال آ چکا ہوتا ہے، جو old blood ہو چکی ہوتی ہے، اس</w:t>
      </w:r>
    </w:p>
    <w:p>
      <w:r>
        <w:rPr>
          <w:b/>
        </w:rPr>
        <w:t xml:space="preserve">[11:03] </w:t>
      </w:r>
      <w:r>
        <w:t>ko hatana aur taza dam qaum ko laana.</w:t>
      </w:r>
    </w:p>
    <w:p>
      <w:pPr>
        <w:jc w:val="right"/>
      </w:pPr>
      <w:r>
        <w:t>کو ہٹانا اور تازہ دم قوم کو لانا۔</w:t>
      </w:r>
    </w:p>
    <w:p>
      <w:r>
        <w:rPr>
          <w:b/>
        </w:rPr>
        <w:t xml:space="preserve">[11:09] </w:t>
      </w:r>
      <w:r>
        <w:t>yeh poori tareekh mein ho raha hai.</w:t>
      </w:r>
    </w:p>
    <w:p>
      <w:pPr>
        <w:jc w:val="right"/>
      </w:pPr>
      <w:r>
        <w:t>یہ پوری تاریخ میں ہو رہا ہے۔</w:t>
      </w:r>
    </w:p>
    <w:p>
      <w:r>
        <w:rPr>
          <w:b/>
        </w:rPr>
        <w:t xml:space="preserve">[11:15] </w:t>
      </w:r>
      <w:r>
        <w:t>is dunya mein kisi ki political</w:t>
      </w:r>
    </w:p>
    <w:p>
      <w:pPr>
        <w:jc w:val="right"/>
      </w:pPr>
      <w:r>
        <w:t>اس دنیا میں کسی کی political</w:t>
      </w:r>
    </w:p>
    <w:p>
      <w:r>
        <w:rPr>
          <w:b/>
        </w:rPr>
        <w:t xml:space="preserve">[11:21] </w:t>
      </w:r>
      <w:r>
        <w:t>monopoly nahin hai, yaad rakhiye, kisi bhi qaum ki political monopoly nahin hai ke usi ko power rahe,</w:t>
      </w:r>
    </w:p>
    <w:p>
      <w:pPr>
        <w:jc w:val="right"/>
      </w:pPr>
      <w:r>
        <w:t>monopoly نہیں ہے، یاد رکھیے، کسی بھی قوم کی political monopoly نہیں ہے کہ اسی کو power رہے،</w:t>
      </w:r>
    </w:p>
    <w:p>
      <w:r>
        <w:rPr>
          <w:b/>
        </w:rPr>
        <w:t xml:space="preserve">[11:26] </w:t>
      </w:r>
      <w:r>
        <w:t>isi ko ghalba rahe, isi ko sab kuch mila rahe.</w:t>
      </w:r>
    </w:p>
    <w:p>
      <w:pPr>
        <w:jc w:val="right"/>
      </w:pPr>
      <w:r>
        <w:t>اسی کو غلبہ رہے، اسی کو سب کچھ ملا رہے۔</w:t>
      </w:r>
    </w:p>
    <w:p>
      <w:r>
        <w:rPr>
          <w:b/>
        </w:rPr>
        <w:t xml:space="preserve">[11:31] </w:t>
      </w:r>
      <w:r>
        <w:t>yeh impossible hai.</w:t>
      </w:r>
    </w:p>
    <w:p>
      <w:pPr>
        <w:jc w:val="right"/>
      </w:pPr>
      <w:r>
        <w:t>یہ impossible ہے۔</w:t>
      </w:r>
    </w:p>
    <w:p>
      <w:r>
        <w:rPr>
          <w:b/>
        </w:rPr>
        <w:t xml:space="preserve">[11:36] </w:t>
      </w:r>
      <w:r>
        <w:t>That is against the creation plan of God.</w:t>
      </w:r>
    </w:p>
    <w:p>
      <w:pPr>
        <w:jc w:val="right"/>
      </w:pPr>
      <w:r>
        <w:t>That is against the creation plan of God۔</w:t>
      </w:r>
    </w:p>
    <w:p>
      <w:r>
        <w:rPr>
          <w:b/>
        </w:rPr>
        <w:t xml:space="preserve">[11:41] </w:t>
      </w:r>
      <w:r>
        <w:t>mein aap ko yaad dilana chahta hoon chand hazar saal ki tareekh.</w:t>
      </w:r>
    </w:p>
    <w:p>
      <w:pPr>
        <w:jc w:val="right"/>
      </w:pPr>
      <w:r>
        <w:t>میں آپ کو یاد دلانا چاہتا ہوں چند ہزار سال کی تاریخ۔</w:t>
      </w:r>
    </w:p>
    <w:p>
      <w:r>
        <w:rPr>
          <w:b/>
        </w:rPr>
        <w:t xml:space="preserve">[11:46] </w:t>
      </w:r>
      <w:r>
        <w:t>sab se pehle dekhiye, bohat pehle mein nahi jata, Romans ko lijie.</w:t>
      </w:r>
    </w:p>
    <w:p>
      <w:pPr>
        <w:jc w:val="right"/>
      </w:pPr>
      <w:r>
        <w:t>سب سے پہلے دیکھیے، بہت پہلے میں نہیں جاتا، رومنز کو لیجیے۔</w:t>
      </w:r>
    </w:p>
    <w:p>
      <w:r>
        <w:rPr>
          <w:b/>
        </w:rPr>
        <w:t xml:space="preserve">[11:52] </w:t>
      </w:r>
      <w:r>
        <w:t>Romans jo hain, do hazar saal tak in ko Allah taala ne mauqa diya.</w:t>
      </w:r>
    </w:p>
    <w:p>
      <w:pPr>
        <w:jc w:val="right"/>
      </w:pPr>
      <w:r>
        <w:t>رومنز جو ہیں، دو ہزار سال تک ان کو اللہ تعالیٰ نے موقع دیا۔</w:t>
      </w:r>
    </w:p>
    <w:p>
      <w:r>
        <w:rPr>
          <w:b/>
        </w:rPr>
        <w:t xml:space="preserve">[11:57] </w:t>
      </w:r>
      <w:r>
        <w:t>Romans ne kya kiya? ek bohat bara kaam kiya: unity.</w:t>
      </w:r>
    </w:p>
    <w:p>
      <w:pPr>
        <w:jc w:val="right"/>
      </w:pPr>
      <w:r>
        <w:t>رومنز نے کیا کیا؟ ایک بہت بڑا کام کیا: unity۔</w:t>
      </w:r>
    </w:p>
    <w:p>
      <w:r>
        <w:rPr>
          <w:b/>
        </w:rPr>
        <w:t xml:space="preserve">[12:02] </w:t>
      </w:r>
      <w:r>
        <w:t>Romans se pehle dunya mein log qabail mein bikhre hue the, aapas mein koi unity nahi thi.</w:t>
      </w:r>
    </w:p>
    <w:p>
      <w:pPr>
        <w:jc w:val="right"/>
      </w:pPr>
      <w:r>
        <w:t>رومنز سے پہلے دنیا میں لوگ قبائل میں بکھرے ہوئے تھے، آپس میں کوئی unity نہیں تھی۔</w:t>
      </w:r>
    </w:p>
    <w:p>
      <w:r>
        <w:rPr>
          <w:b/>
        </w:rPr>
        <w:t xml:space="preserve">[12:07] </w:t>
      </w:r>
      <w:r>
        <w:t>to Romans ne ek unity paida ki.</w:t>
      </w:r>
    </w:p>
    <w:p>
      <w:pPr>
        <w:jc w:val="right"/>
      </w:pPr>
      <w:r>
        <w:t>تو رومنز نے ایک unity پیدا کی۔</w:t>
      </w:r>
    </w:p>
    <w:p>
      <w:r>
        <w:rPr>
          <w:b/>
        </w:rPr>
        <w:t xml:space="preserve">[12:12] </w:t>
      </w:r>
      <w:r>
        <w:t>unity se kya hua? interaction barha.</w:t>
      </w:r>
    </w:p>
    <w:p>
      <w:pPr>
        <w:jc w:val="right"/>
      </w:pPr>
      <w:r>
        <w:t>unity سے کیا ہوا؟ interaction بڑھا۔</w:t>
      </w:r>
    </w:p>
    <w:p>
      <w:r>
        <w:rPr>
          <w:b/>
        </w:rPr>
        <w:t xml:space="preserve">[12:17] </w:t>
      </w:r>
      <w:r>
        <w:t>to yeh Romans ka ek karname aaj Roman empire banaya tha jinho ne aur kaha jata hai ke Pax Romana.</w:t>
      </w:r>
    </w:p>
    <w:p>
      <w:pPr>
        <w:jc w:val="right"/>
      </w:pPr>
      <w:r>
        <w:t>تو یہ رومنز کا ایک کارنامہ آج رومن ایمپائر بنایا تھا جنہوں نے اور کہا جاتا ہے کہ Pax Romana۔</w:t>
      </w:r>
    </w:p>
    <w:p>
      <w:r>
        <w:rPr>
          <w:b/>
        </w:rPr>
        <w:t xml:space="preserve">[12:22] </w:t>
      </w:r>
      <w:r>
        <w:t>to Pax Romana jo tha, is ka ek bohat bara yeh hua ke pichle daur, jo ke tribal</w:t>
      </w:r>
    </w:p>
    <w:p>
      <w:pPr>
        <w:jc w:val="right"/>
      </w:pPr>
      <w:r>
        <w:t>تو Pax Romana جو تھا، اس کا ایک بہت بڑا یہ ہوا کہ پچھلے دور، جو کہ tribal</w:t>
      </w:r>
    </w:p>
    <w:p>
      <w:r>
        <w:rPr>
          <w:b/>
        </w:rPr>
        <w:t xml:space="preserve">[12:27] </w:t>
      </w:r>
      <w:r>
        <w:t>age tha, qabaili daur, mutfarriq, sab mutfarriq, sab mutfarriq, is mein inhone unity paida ki.</w:t>
      </w:r>
    </w:p>
    <w:p>
      <w:pPr>
        <w:jc w:val="right"/>
      </w:pPr>
      <w:r>
        <w:t>age تھا، قبائلی دور، متفرق، سب متفرق، سب متفرق، اس میں انہوں نے unity پیدا کی۔</w:t>
      </w:r>
    </w:p>
    <w:p>
      <w:r>
        <w:rPr>
          <w:b/>
        </w:rPr>
        <w:t xml:space="preserve">[12:32] </w:t>
      </w:r>
      <w:r>
        <w:t>ek hi empire ki tarah sab ko laye aur interaction barhne laga.</w:t>
      </w:r>
    </w:p>
    <w:p>
      <w:pPr>
        <w:jc w:val="right"/>
      </w:pPr>
      <w:r>
        <w:t>ایک ہی ایمپائر کی طرح سب کو لائے اور interaction بڑھنے لگا۔</w:t>
      </w:r>
    </w:p>
    <w:p>
      <w:r>
        <w:rPr>
          <w:b/>
        </w:rPr>
        <w:t xml:space="preserve">[12:37] </w:t>
      </w:r>
      <w:r>
        <w:t>yeh tha karname Romans ka.</w:t>
      </w:r>
    </w:p>
    <w:p>
      <w:pPr>
        <w:jc w:val="right"/>
      </w:pPr>
      <w:r>
        <w:t>یہ تھا کارنامہ رومنز کا۔</w:t>
      </w:r>
    </w:p>
    <w:p>
      <w:r>
        <w:rPr>
          <w:b/>
        </w:rPr>
        <w:t xml:space="preserve">[12:42] </w:t>
      </w:r>
      <w:r>
        <w:t>is ke baad saatvi sadi mein in ko hata kar Allah taala ne Musalmanon ko laya, Musalmanon ne</w:t>
      </w:r>
    </w:p>
    <w:p>
      <w:pPr>
        <w:jc w:val="right"/>
      </w:pPr>
      <w:r>
        <w:t>اس کے بعد ساتویں صدی میں ان کو ہٹا کر اللہ تعالیٰ نے مسلمانوں کو لایا، مسلمانوں نے</w:t>
      </w:r>
    </w:p>
    <w:p>
      <w:r>
        <w:rPr>
          <w:b/>
        </w:rPr>
        <w:t xml:space="preserve">[12:47] </w:t>
      </w:r>
      <w:r>
        <w:t>empire qaim kiya jo</w:t>
      </w:r>
    </w:p>
    <w:p>
      <w:pPr>
        <w:jc w:val="right"/>
      </w:pPr>
      <w:r>
        <w:t>ایمپائر قائم کیا جو</w:t>
      </w:r>
    </w:p>
    <w:p>
      <w:r>
        <w:rPr>
          <w:b/>
        </w:rPr>
        <w:t xml:space="preserve">[12:52] </w:t>
      </w:r>
      <w:r>
        <w:t>taqreeban aath so saal tak raha.</w:t>
      </w:r>
    </w:p>
    <w:p>
      <w:pPr>
        <w:jc w:val="right"/>
      </w:pPr>
      <w:r>
        <w:t>تقریباً آٹھ سو سال تک رہا۔</w:t>
      </w:r>
    </w:p>
    <w:p>
      <w:r>
        <w:rPr>
          <w:b/>
        </w:rPr>
        <w:t xml:space="preserve">[12:58] </w:t>
      </w:r>
      <w:r>
        <w:t>Roman empire ko hata kar Muslim empire aaya.</w:t>
      </w:r>
    </w:p>
    <w:p>
      <w:pPr>
        <w:jc w:val="right"/>
      </w:pPr>
      <w:r>
        <w:t>رومن ایمپائر کو ہٹا کر مسلم ایمپائر آیا۔</w:t>
      </w:r>
    </w:p>
    <w:p>
      <w:r>
        <w:rPr>
          <w:b/>
        </w:rPr>
        <w:t xml:space="preserve">[13:04] </w:t>
      </w:r>
      <w:r>
        <w:t>Musalmanon ne ek bohat bara kaam kiya, woh tha nature worship ka khatma, jo Romans nahi kar saken the.</w:t>
      </w:r>
    </w:p>
    <w:p>
      <w:pPr>
        <w:jc w:val="right"/>
      </w:pPr>
      <w:r>
        <w:t>مسلمانوں نے ایک بہت بڑا کام کیا، وہ تھا nature worship کا خاتمہ، جو رومنز نہیں کر سکے تھے۔</w:t>
      </w:r>
    </w:p>
    <w:p>
      <w:r>
        <w:rPr>
          <w:b/>
        </w:rPr>
        <w:t xml:space="preserve">[13:10] </w:t>
      </w:r>
      <w:r>
        <w:t>Romans ne unity laye, Romans ne interaction barhaya inhone, lekin nature worship jo thi woh baqi rahi phir bhi.</w:t>
      </w:r>
    </w:p>
    <w:p>
      <w:pPr>
        <w:jc w:val="right"/>
      </w:pPr>
      <w:r>
        <w:t>رومنز نے unity لائے، رومنز نے interaction بڑھایا انہوں نے، لیکن nature worship جو تھی وہ باقی رہی پھر بھی۔</w:t>
      </w:r>
    </w:p>
    <w:p>
      <w:r>
        <w:rPr>
          <w:b/>
        </w:rPr>
        <w:t xml:space="preserve">[13:16] </w:t>
      </w:r>
      <w:r>
        <w:t>aur nature worship jo thi woh rukawat thi science mein</w:t>
      </w:r>
    </w:p>
    <w:p>
      <w:pPr>
        <w:jc w:val="right"/>
      </w:pPr>
      <w:r>
        <w:t>اور nature worship جو تھی وہ رکاوٹ تھی سائنس میں</w:t>
      </w:r>
    </w:p>
    <w:p>
      <w:r>
        <w:rPr>
          <w:b/>
        </w:rPr>
        <w:t xml:space="preserve">[13:22] </w:t>
      </w:r>
      <w:r>
        <w:t>jab ke nature ko explore karne se to science nikli hai.</w:t>
      </w:r>
    </w:p>
    <w:p>
      <w:pPr>
        <w:jc w:val="right"/>
      </w:pPr>
      <w:r>
        <w:t>، کیونکہ nature کو explore کرنے سے تو سائنس نکلی ہے۔</w:t>
      </w:r>
    </w:p>
    <w:p>
      <w:r>
        <w:rPr>
          <w:b/>
        </w:rPr>
        <w:t xml:space="preserve">[13:27] </w:t>
      </w:r>
      <w:r>
        <w:t>What is science?</w:t>
      </w:r>
    </w:p>
    <w:p>
      <w:pPr>
        <w:jc w:val="right"/>
      </w:pPr>
      <w:r>
        <w:t>What is science?</w:t>
      </w:r>
    </w:p>
    <w:p>
      <w:r>
        <w:rPr>
          <w:b/>
        </w:rPr>
        <w:t xml:space="preserve">[13:32] </w:t>
      </w:r>
      <w:r>
        <w:t>Science is nothing but exploration of nature.</w:t>
      </w:r>
    </w:p>
    <w:p>
      <w:pPr>
        <w:jc w:val="right"/>
      </w:pPr>
      <w:r>
        <w:t>Science is nothing but exploration of nature۔</w:t>
      </w:r>
    </w:p>
    <w:p>
      <w:r>
        <w:rPr>
          <w:b/>
        </w:rPr>
        <w:t xml:space="preserve">[13:37] </w:t>
      </w:r>
      <w:r>
        <w:t>nature ko explore kiya, nature ko ke hidden secret ko discover kiya to science ban gai.</w:t>
      </w:r>
    </w:p>
    <w:p>
      <w:pPr>
        <w:jc w:val="right"/>
      </w:pPr>
      <w:r>
        <w:t>nature کو explore کیا، nature کو کے hidden secret کو discover کیا تو سائنس بن گئی۔</w:t>
      </w:r>
    </w:p>
    <w:p>
      <w:r>
        <w:rPr>
          <w:b/>
        </w:rPr>
        <w:t xml:space="preserve">[13:42] </w:t>
      </w:r>
      <w:r>
        <w:t>to musalmanon ne apne empire jo qaim kiya, un ka is ka aik bohat bara kaam yeh kiya</w:t>
      </w:r>
    </w:p>
    <w:p>
      <w:pPr>
        <w:jc w:val="right"/>
      </w:pPr>
      <w:r>
        <w:t>تو مسلمانوں نے اپنے ایمپائر جو قائم کیا، ان کا اس کا ایک بہت بڑا کام یہ کیا</w:t>
      </w:r>
    </w:p>
    <w:p>
      <w:r>
        <w:rPr>
          <w:b/>
        </w:rPr>
        <w:t xml:space="preserve">[13:47] </w:t>
      </w:r>
      <w:r>
        <w:t>ke nature ko unhon ne worship ke maqam se hataya.</w:t>
      </w:r>
    </w:p>
    <w:p>
      <w:pPr>
        <w:jc w:val="right"/>
      </w:pPr>
      <w:r>
        <w:t>کہ nature کو انہوں نے worship کے مقام سے ہٹایا۔</w:t>
      </w:r>
    </w:p>
    <w:p>
      <w:r>
        <w:rPr>
          <w:b/>
        </w:rPr>
        <w:t xml:space="preserve">[13:52] </w:t>
      </w:r>
      <w:r>
        <w:t>to phir exploration shuru hua, science ka daur shuru hua, lekin bohat aage nahi barha sakay woh, yahan</w:t>
      </w:r>
    </w:p>
    <w:p>
      <w:pPr>
        <w:jc w:val="right"/>
      </w:pPr>
      <w:r>
        <w:t>تو پھر exploration شروع ہوا، سائنس کا دور شروع ہوا، لیکن بہت آگے نہیں بڑھا سکے وہ، یہاں</w:t>
      </w:r>
    </w:p>
    <w:p>
      <w:r>
        <w:rPr>
          <w:b/>
        </w:rPr>
        <w:t xml:space="preserve">[13:57] </w:t>
      </w:r>
      <w:r>
        <w:t>tak ke un ko zawal aa gaya.</w:t>
      </w:r>
    </w:p>
    <w:p>
      <w:pPr>
        <w:jc w:val="right"/>
      </w:pPr>
      <w:r>
        <w:t>تک کہ ان کو زوال آ گیا۔</w:t>
      </w:r>
    </w:p>
    <w:p>
      <w:r>
        <w:rPr>
          <w:b/>
        </w:rPr>
        <w:t xml:space="preserve">[14:02] </w:t>
      </w:r>
      <w:r>
        <w:t>jab zawal aa gaya to Allah taala ne un ko bhi hataya, un ko hataya.</w:t>
      </w:r>
    </w:p>
    <w:p>
      <w:pPr>
        <w:jc w:val="right"/>
      </w:pPr>
      <w:r>
        <w:t>جب زوال آ گیا تو اللہ تعالیٰ نے ان کو بھی ہٹایا، ان کو ہٹایا۔</w:t>
      </w:r>
    </w:p>
    <w:p>
      <w:r>
        <w:rPr>
          <w:b/>
        </w:rPr>
        <w:t xml:space="preserve">[14:07] </w:t>
      </w:r>
      <w:r>
        <w:t>phir Europeans aaye, British Empire aaya.</w:t>
      </w:r>
    </w:p>
    <w:p>
      <w:pPr>
        <w:jc w:val="right"/>
      </w:pPr>
      <w:r>
        <w:t>پھر یورپینز آئے، برٹش ایمپائر آیا۔</w:t>
      </w:r>
    </w:p>
    <w:p>
      <w:r>
        <w:rPr>
          <w:b/>
        </w:rPr>
        <w:t xml:space="preserve">[14:13] </w:t>
      </w:r>
      <w:r>
        <w:t>British Empire ne aik bohat bara kaam kiya, ya European Empire keh saktay hain ya British Empire keh</w:t>
      </w:r>
    </w:p>
    <w:p>
      <w:pPr>
        <w:jc w:val="right"/>
      </w:pPr>
      <w:r>
        <w:t>برٹش ایمپائر نے ایک بہت بڑا کام کیا، یا یورپین ایمپائر کہہ سکتے ہیں یا برٹش ایمپائر کہہ</w:t>
      </w:r>
    </w:p>
    <w:p>
      <w:r>
        <w:rPr>
          <w:b/>
        </w:rPr>
        <w:t xml:space="preserve">[14:18] </w:t>
      </w:r>
      <w:r>
        <w:t>saktay hain, ke unhon ne nature worship</w:t>
      </w:r>
    </w:p>
    <w:p>
      <w:pPr>
        <w:jc w:val="right"/>
      </w:pPr>
      <w:r>
        <w:t>سکتے ہیں، کہ انہوں نے nature worship</w:t>
      </w:r>
    </w:p>
    <w:p>
      <w:r>
        <w:rPr>
          <w:b/>
        </w:rPr>
        <w:t xml:space="preserve">[14:23] </w:t>
      </w:r>
      <w:r>
        <w:t>ko jo hataya tha musalmanon ne, is ka agla jo marhala hai unhon ne pura kiya.</w:t>
      </w:r>
    </w:p>
    <w:p>
      <w:pPr>
        <w:jc w:val="right"/>
      </w:pPr>
      <w:r>
        <w:t>کو جو ہٹایا تھا مسلمانوں نے، اس کا اگلا جو مرحلہ ہے انہوں نے پورا کیا۔</w:t>
      </w:r>
    </w:p>
    <w:p>
      <w:r>
        <w:rPr>
          <w:b/>
        </w:rPr>
        <w:t xml:space="preserve">[14:29] </w:t>
      </w:r>
      <w:r>
        <w:t>yani unhon ne mechanization of power hum keh saktay hain is ko.</w:t>
      </w:r>
    </w:p>
    <w:p>
      <w:pPr>
        <w:jc w:val="right"/>
      </w:pPr>
      <w:r>
        <w:t>یعنی انہوں نے mechanization of power ہم کہہ سکتے ہیں اس کو۔</w:t>
      </w:r>
    </w:p>
    <w:p>
      <w:r>
        <w:rPr>
          <w:b/>
        </w:rPr>
        <w:t xml:space="preserve">[14:35] </w:t>
      </w:r>
      <w:r>
        <w:t>musalman jahan tak puhnchay thay, bas woh ghoray aur oont tak puhnchay thay.</w:t>
      </w:r>
    </w:p>
    <w:p>
      <w:pPr>
        <w:jc w:val="right"/>
      </w:pPr>
      <w:r>
        <w:t>مسلمان جہاں تک پہنچے تھے، بس وہ گھوڑے اور اونٹ تک پہنچے تھے۔</w:t>
      </w:r>
    </w:p>
    <w:p>
      <w:r>
        <w:rPr>
          <w:b/>
        </w:rPr>
        <w:t xml:space="preserve">[14:41] </w:t>
      </w:r>
      <w:r>
        <w:t>yani ghora taqat tha un ke zamanay mein, lekin angrezon ke zamanay mein yeh hua ke pani ko</w:t>
      </w:r>
    </w:p>
    <w:p>
      <w:pPr>
        <w:jc w:val="right"/>
      </w:pPr>
      <w:r>
        <w:t>یعنی گھوڑا طاقت تھا ان کے زمانے میں، لیکن انگریزوں کے زمانے میں یہ ہوا کہ پانی کو</w:t>
      </w:r>
    </w:p>
    <w:p>
      <w:r>
        <w:rPr>
          <w:b/>
        </w:rPr>
        <w:t xml:space="preserve">[14:47] </w:t>
      </w:r>
      <w:r>
        <w:t>unhon ne discover kiya ke is ke andar taqat hai,</w:t>
      </w:r>
    </w:p>
    <w:p>
      <w:pPr>
        <w:jc w:val="right"/>
      </w:pPr>
      <w:r>
        <w:t>انہوں نے discover کیا کہ اس کے اندر طاقت ہے،</w:t>
      </w:r>
    </w:p>
    <w:p>
      <w:r>
        <w:rPr>
          <w:b/>
        </w:rPr>
        <w:t xml:space="preserve">[14:53] </w:t>
      </w:r>
      <w:r>
        <w:t>steam power hai.</w:t>
      </w:r>
    </w:p>
    <w:p>
      <w:pPr>
        <w:jc w:val="right"/>
      </w:pPr>
      <w:r>
        <w:t>steam power ہے۔</w:t>
      </w:r>
    </w:p>
    <w:p>
      <w:r>
        <w:rPr>
          <w:b/>
        </w:rPr>
        <w:t xml:space="preserve">[14:58] </w:t>
      </w:r>
      <w:r>
        <w:t>pani ko steam power mein convert kiya unhon ne, yeh musalman nahi kar sakay thay.</w:t>
      </w:r>
    </w:p>
    <w:p>
      <w:pPr>
        <w:jc w:val="right"/>
      </w:pPr>
      <w:r>
        <w:t>پانی کو steam power میں convert کیا انہوں نے، یہ مسلمان نہیں کر سکے تھے۔</w:t>
      </w:r>
    </w:p>
    <w:p>
      <w:r>
        <w:rPr>
          <w:b/>
        </w:rPr>
        <w:t xml:space="preserve">[15:03] </w:t>
      </w:r>
      <w:r>
        <w:t>musalman ghoray tak puhnchay thay, oont tak puhnchay thay, yani animal power tak puhnchay thay.</w:t>
      </w:r>
    </w:p>
    <w:p>
      <w:pPr>
        <w:jc w:val="right"/>
      </w:pPr>
      <w:r>
        <w:t>مسلمان گھوڑے تک پہنچے تھے، اونٹ تک پہنچے تھے، یعنی animal power تک پہنچے تھے۔</w:t>
      </w:r>
    </w:p>
    <w:p>
      <w:r>
        <w:rPr>
          <w:b/>
        </w:rPr>
        <w:t xml:space="preserve">[15:08] </w:t>
      </w:r>
      <w:r>
        <w:t>woh animal power, mechanical power tak musalman nahi puhnch sakay aur zawal aa gaya un ko.</w:t>
      </w:r>
    </w:p>
    <w:p>
      <w:pPr>
        <w:jc w:val="right"/>
      </w:pPr>
      <w:r>
        <w:t>وہ animal power، mechanical power تک مسلمان نہیں پہنچ سکے اور زوال آگیا ان کو۔</w:t>
      </w:r>
    </w:p>
    <w:p>
      <w:r>
        <w:rPr>
          <w:b/>
        </w:rPr>
        <w:t xml:space="preserve">[15:13] </w:t>
      </w:r>
      <w:r>
        <w:t>jab zawal aa gaya to aage kuch imkan nahi tha un ka.</w:t>
      </w:r>
    </w:p>
    <w:p>
      <w:pPr>
        <w:jc w:val="right"/>
      </w:pPr>
      <w:r>
        <w:t>جب زوال آگیا تو آگے کچھ امکان نہیں تھا ان کا۔</w:t>
      </w:r>
    </w:p>
    <w:p>
      <w:r>
        <w:rPr>
          <w:b/>
        </w:rPr>
        <w:t xml:space="preserve">[15:18] </w:t>
      </w:r>
      <w:r>
        <w:t>to Allah taala ne Europeans ko khara kiya. British Empire</w:t>
      </w:r>
    </w:p>
    <w:p>
      <w:pPr>
        <w:jc w:val="right"/>
      </w:pPr>
      <w:r>
        <w:t>تو اللہ تعالیٰ نے یورپینز کو کھڑا کیا۔ برٹش ایمپائر</w:t>
      </w:r>
    </w:p>
    <w:p>
      <w:r>
        <w:rPr>
          <w:b/>
        </w:rPr>
        <w:t xml:space="preserve">[15:23] </w:t>
      </w:r>
      <w:r>
        <w:t>ko aik lamba arsa mila, unhon ne steam power ijad kiya.</w:t>
      </w:r>
    </w:p>
    <w:p>
      <w:pPr>
        <w:jc w:val="right"/>
      </w:pPr>
      <w:r>
        <w:t>کو ایک لمبا عرصہ ملا، انہوں نے steam power ایجاد کیا۔</w:t>
      </w:r>
    </w:p>
    <w:p>
      <w:r>
        <w:rPr>
          <w:b/>
        </w:rPr>
        <w:t xml:space="preserve">[15:28] </w:t>
      </w:r>
      <w:r>
        <w:t>steam power ka matlab kya tha? steam ship bnnay lagay, rail gariyan dornay lagin, machinein bnnay lagin waghera,</w:t>
      </w:r>
    </w:p>
    <w:p>
      <w:pPr>
        <w:jc w:val="right"/>
      </w:pPr>
      <w:r>
        <w:t>steam power کا مطلب کیا تھا؟ steam ship بننے لگے، ریل گاڑیاں دوڑنے لگیں، مشینیں بننے لگیں وغیرہ،</w:t>
      </w:r>
    </w:p>
    <w:p>
      <w:r>
        <w:rPr>
          <w:b/>
        </w:rPr>
        <w:t xml:space="preserve">[15:33] </w:t>
      </w:r>
      <w:r>
        <w:t>aur phir communication bhi unhi ke zamanay mein shuru hua.</w:t>
      </w:r>
    </w:p>
    <w:p>
      <w:pPr>
        <w:jc w:val="right"/>
      </w:pPr>
      <w:r>
        <w:t>اور پھر communication بھی انہی کے زمانے میں شروع ہوا۔</w:t>
      </w:r>
    </w:p>
    <w:p>
      <w:r>
        <w:rPr>
          <w:b/>
        </w:rPr>
        <w:t xml:space="preserve">[15:38] </w:t>
      </w:r>
      <w:r>
        <w:t>to yeh tha British Empire ka contribution, lekin is ko bhi zawal aaya.</w:t>
      </w:r>
    </w:p>
    <w:p>
      <w:pPr>
        <w:jc w:val="right"/>
      </w:pPr>
      <w:r>
        <w:t>تو یہ تھا برٹش ایمپائر کا contribution، لیکن اس کو بھی زوال آیا۔</w:t>
      </w:r>
    </w:p>
    <w:p>
      <w:r>
        <w:rPr>
          <w:b/>
        </w:rPr>
        <w:t xml:space="preserve">[15:43] </w:t>
      </w:r>
      <w:r>
        <w:t>yani British Empire bhi do sau saal ke baad is ko zawal aa gaya.</w:t>
      </w:r>
    </w:p>
    <w:p>
      <w:pPr>
        <w:jc w:val="right"/>
      </w:pPr>
      <w:r>
        <w:t>یعنی برٹش ایمپائر بھی دو سو سال کے بعد اس کو زوال آگیا۔</w:t>
      </w:r>
    </w:p>
    <w:p>
      <w:r>
        <w:rPr>
          <w:b/>
        </w:rPr>
        <w:t xml:space="preserve">[15:48] </w:t>
      </w:r>
      <w:r>
        <w:t>tu allah taala ne</w:t>
      </w:r>
    </w:p>
    <w:p>
      <w:pPr>
        <w:jc w:val="right"/>
      </w:pPr>
      <w:r>
        <w:t>تو اللہ تعالیٰ نے</w:t>
      </w:r>
    </w:p>
    <w:p>
      <w:r>
        <w:rPr>
          <w:b/>
        </w:rPr>
        <w:t xml:space="preserve">[15:53] </w:t>
      </w:r>
      <w:r>
        <w:t>americans ko khara kiya.</w:t>
      </w:r>
    </w:p>
    <w:p>
      <w:pPr>
        <w:jc w:val="right"/>
      </w:pPr>
      <w:r>
        <w:t>امریکنز کو کھڑا کیا۔</w:t>
      </w:r>
    </w:p>
    <w:p>
      <w:r>
        <w:rPr>
          <w:b/>
        </w:rPr>
        <w:t xml:space="preserve">[15:57] </w:t>
      </w:r>
      <w:r>
        <w:t>americans ne dekhiye, bohat bara kaam kiya hai communication ke daire mein.</w:t>
      </w:r>
    </w:p>
    <w:p>
      <w:pPr>
        <w:jc w:val="right"/>
      </w:pPr>
      <w:r>
        <w:t>امریکنز نے دیکھیے، بہت بڑا کام کیا ہے communication کے دائرے میں۔</w:t>
      </w:r>
    </w:p>
    <w:p>
      <w:r>
        <w:rPr>
          <w:b/>
        </w:rPr>
        <w:t xml:space="preserve">[16:02] </w:t>
      </w:r>
      <w:r>
        <w:t>americans ki research aur americans ke contribution ki waja se aisa hua ke global village ban gayi duniya mein.</w:t>
      </w:r>
    </w:p>
    <w:p>
      <w:pPr>
        <w:jc w:val="right"/>
      </w:pPr>
      <w:r>
        <w:t>امریکنز کی research اور امریکنز کے contribution کی وجہ سے ایسا ہوا کہ global village بن گئی دنیا میں۔</w:t>
      </w:r>
    </w:p>
    <w:p>
      <w:r>
        <w:rPr>
          <w:b/>
        </w:rPr>
        <w:t xml:space="preserve">[16:06] </w:t>
      </w:r>
      <w:r>
        <w:t>kaisi ajeeb baat hai ke aap yahan baith kar bol rahe hain aur sari duniya sun rahi hai.</w:t>
      </w:r>
    </w:p>
    <w:p>
      <w:pPr>
        <w:jc w:val="right"/>
      </w:pPr>
      <w:r>
        <w:t>کیسی عجیب بات ہے کہ آپ یہاں بیٹھ کر بول رہے ہیں اور ساری دنیا سن رہی ہے۔</w:t>
      </w:r>
    </w:p>
    <w:p>
      <w:r>
        <w:rPr>
          <w:b/>
        </w:rPr>
        <w:t xml:space="preserve">[16:10] </w:t>
      </w:r>
      <w:r>
        <w:t>kaisi ajeeb baat hai yeh ke kisi bhi goshe mein aap ki awaz pahunch rahi hai.</w:t>
      </w:r>
    </w:p>
    <w:p>
      <w:pPr>
        <w:jc w:val="right"/>
      </w:pPr>
      <w:r>
        <w:t>کیسی عجیب بات ہے یہ کہ کسی بھی گوشے میں آپ کی آواز پہنچ رہی ہے۔</w:t>
      </w:r>
    </w:p>
    <w:p>
      <w:r>
        <w:rPr>
          <w:b/>
        </w:rPr>
        <w:t xml:space="preserve">[16:15] </w:t>
      </w:r>
      <w:r>
        <w:t>that is globalization.</w:t>
      </w:r>
    </w:p>
    <w:p>
      <w:pPr>
        <w:jc w:val="right"/>
      </w:pPr>
      <w:r>
        <w:t>That is globalization۔</w:t>
      </w:r>
    </w:p>
    <w:p>
      <w:r>
        <w:rPr>
          <w:b/>
        </w:rPr>
        <w:t xml:space="preserve">[16:19] </w:t>
      </w:r>
      <w:r>
        <w:t>tu globalization jis ko hum kehte hain,</w:t>
      </w:r>
    </w:p>
    <w:p>
      <w:pPr>
        <w:jc w:val="right"/>
      </w:pPr>
      <w:r>
        <w:t>تو globalization جس کو ہم کہتے ہیں،</w:t>
      </w:r>
    </w:p>
    <w:p>
      <w:r>
        <w:rPr>
          <w:b/>
        </w:rPr>
        <w:t xml:space="preserve">[16:23] </w:t>
      </w:r>
      <w:r>
        <w:t>wo americans ne paida kiya.</w:t>
      </w:r>
    </w:p>
    <w:p>
      <w:pPr>
        <w:jc w:val="right"/>
      </w:pPr>
      <w:r>
        <w:t>وہ امریکنز نے پیدا کیا۔</w:t>
      </w:r>
    </w:p>
    <w:p>
      <w:r>
        <w:rPr>
          <w:b/>
        </w:rPr>
        <w:t xml:space="preserve">[16:27] </w:t>
      </w:r>
      <w:r>
        <w:t>yeh bohat hi bara karname americans ka hai.</w:t>
      </w:r>
    </w:p>
    <w:p>
      <w:pPr>
        <w:jc w:val="right"/>
      </w:pPr>
      <w:r>
        <w:t>یہ بہت ہی بڑا کارنامہ امریکنز کا ہے۔</w:t>
      </w:r>
    </w:p>
    <w:p>
      <w:r>
        <w:rPr>
          <w:b/>
        </w:rPr>
        <w:t xml:space="preserve">[16:31] </w:t>
      </w:r>
      <w:r>
        <w:t>ab americans ko bhi zawal shuru hogaya hai.</w:t>
      </w:r>
    </w:p>
    <w:p>
      <w:pPr>
        <w:jc w:val="right"/>
      </w:pPr>
      <w:r>
        <w:t>اب امریکنز کو بھی زوال شروع ہوگیا ہے۔</w:t>
      </w:r>
    </w:p>
    <w:p>
      <w:r>
        <w:rPr>
          <w:b/>
        </w:rPr>
        <w:t xml:space="preserve">[16:35] </w:t>
      </w:r>
      <w:r>
        <w:t>ab ek naya daur aaya hai jabke siyasat se nikal kar ke ek economic power jo hai, ek</w:t>
      </w:r>
    </w:p>
    <w:p>
      <w:pPr>
        <w:jc w:val="right"/>
      </w:pPr>
      <w:r>
        <w:t>اب ایک نیا دور آیا ہے جبکہ سیاست سے نکل کر کے ایک economic power جو ہے، ایک</w:t>
      </w:r>
    </w:p>
    <w:p>
      <w:r>
        <w:rPr>
          <w:b/>
        </w:rPr>
        <w:t xml:space="preserve">[16:38] </w:t>
      </w:r>
      <w:r>
        <w:t>is mein aa gayi hai iqtisadiyat mein.</w:t>
      </w:r>
    </w:p>
    <w:p>
      <w:pPr>
        <w:jc w:val="right"/>
      </w:pPr>
      <w:r>
        <w:t>اس میں آگئی ہے اقتصادیات میں۔</w:t>
      </w:r>
    </w:p>
    <w:p>
      <w:r>
        <w:rPr>
          <w:b/>
        </w:rPr>
        <w:t xml:space="preserve">[16:42] </w:t>
      </w:r>
      <w:r>
        <w:t>ab zamana aa gaya hai multinationals ka.</w:t>
      </w:r>
    </w:p>
    <w:p>
      <w:pPr>
        <w:jc w:val="right"/>
      </w:pPr>
      <w:r>
        <w:t>اب زمانہ آگیا ہے multinationals کا۔</w:t>
      </w:r>
    </w:p>
    <w:p>
      <w:r>
        <w:rPr>
          <w:b/>
        </w:rPr>
        <w:t xml:space="preserve">[16:46] </w:t>
      </w:r>
      <w:r>
        <w:t>multinationals ne ek bohat bara kaam kiya hai, kai kai kaam kiye hain.</w:t>
      </w:r>
    </w:p>
    <w:p>
      <w:pPr>
        <w:jc w:val="right"/>
      </w:pPr>
      <w:r>
        <w:t>multinationals نے ایک بہت بڑا کام کیا ہے، کئی کئی کام کیے ہیں۔</w:t>
      </w:r>
    </w:p>
    <w:p>
      <w:r>
        <w:rPr>
          <w:b/>
        </w:rPr>
        <w:t xml:space="preserve">[16:50] </w:t>
      </w:r>
      <w:r>
        <w:t>is mein se ek wo hai jis ko hum kehte hain outs</w:t>
      </w:r>
    </w:p>
    <w:p>
      <w:pPr>
        <w:jc w:val="right"/>
      </w:pPr>
      <w:r>
        <w:t>اس میں سے ایک وہ ہے جس کو ہم کہتے ہیں outs</w:t>
      </w:r>
    </w:p>
    <w:p>
      <w:r>
        <w:rPr>
          <w:b/>
        </w:rPr>
        <w:t xml:space="preserve">[16:54] </w:t>
      </w:r>
      <w:r>
        <w:t>ourcing. yeh ek bohat hi naya idea hai outsourcing. to yeh sari cheezein jo ek ke baad ek history mein aati chali ja rahi hain, lekin musalman kuch samajhte nahi. yani unhon ne na to romans ke contribution ko jana, apne bare mein to fakhar karte hain bohat, lekin romans ke contribution ko nahi jana unhon ne. british ke contribution ko nahi jana unhon ne. americans ke contribution ko nahi jana unhon ne. ab multinational</w:t>
      </w:r>
    </w:p>
    <w:p>
      <w:pPr>
        <w:jc w:val="right"/>
      </w:pPr>
      <w:r>
        <w:t>ourcing۔ یہ ایک بہت ہی نیا idea ہے outsourcing۔ تو یہ ساری چیزیں جو ایک کے بعد ایک history میں آتی چلی جا رہی ہیں، لیکن مسلمان کچھ سب سمجھتے نہیں۔ یعنی انہوں نے نہ تو رومنز کے contribution کو جانا، اپنے بارے میں تو فخر کرتے ہیں بہت، لیکن رومنز کے contribution کو نہیں جانا انہوں نے۔ برٹش کے contribution کو نہیں جانا انہوں نے۔ امریکنز کے contribution کو نہیں جانا انہوں نے۔ اب multinational</w:t>
      </w:r>
    </w:p>
    <w:p>
      <w:r>
        <w:rPr>
          <w:b/>
        </w:rPr>
        <w:t xml:space="preserve">[17:24] </w:t>
      </w:r>
      <w:r>
        <w:t>s ke contribution ko nahi jana unhone.</w:t>
      </w:r>
    </w:p>
    <w:p>
      <w:pPr>
        <w:jc w:val="right"/>
      </w:pPr>
      <w:r>
        <w:t>s کے contribution کو نہیں جانا انہوں نے۔</w:t>
      </w:r>
    </w:p>
    <w:p>
      <w:r>
        <w:rPr>
          <w:b/>
        </w:rPr>
        <w:t xml:space="preserve">[17:28] </w:t>
      </w:r>
      <w:r>
        <w:t>abhi mein gaya tha south mein, to kuch log isi par bohat bura bhala keh rahe the ke</w:t>
      </w:r>
    </w:p>
    <w:p>
      <w:pPr>
        <w:jc w:val="right"/>
      </w:pPr>
      <w:r>
        <w:t>ابھی میں گایا تھا ساؤتھ میں، تو کچھ لوگ اسی پر بہت برا بھلا کہہ رہے تھے کہ</w:t>
      </w:r>
    </w:p>
    <w:p>
      <w:r>
        <w:rPr>
          <w:b/>
        </w:rPr>
        <w:t xml:space="preserve">[17:32] </w:t>
      </w:r>
      <w:r>
        <w:t>dekhiye, outsourcing karte hain yeh ke america mein baithe hue hain aur yahan se saman manga kar wahan bechte hain.</w:t>
      </w:r>
    </w:p>
    <w:p>
      <w:pPr>
        <w:jc w:val="right"/>
      </w:pPr>
      <w:r>
        <w:t>دیکھیے، outsourcing کرتے ہیں یہ کہ امریکہ میں بیٹھے ہوئے ہیں اور یہاں سے سامان منگا کر وہاں بیچتے ہیں۔</w:t>
      </w:r>
    </w:p>
    <w:p>
      <w:r>
        <w:rPr>
          <w:b/>
        </w:rPr>
        <w:t xml:space="preserve">[17:36] </w:t>
      </w:r>
      <w:r>
        <w:t>outsourcing ka matlab hai ke ek company jis ka office kahin aur hai, wo doosre mulkon mein apna</w:t>
      </w:r>
    </w:p>
    <w:p>
      <w:pPr>
        <w:jc w:val="right"/>
      </w:pPr>
      <w:r>
        <w:t>outsourcing کا مطلب ہے کہ ایک کمپنی جس کا آفس کہیں اور ہے، وہ دوسرے ممالک میں اپنا</w:t>
      </w:r>
    </w:p>
    <w:p>
      <w:r>
        <w:rPr>
          <w:b/>
        </w:rPr>
        <w:t xml:space="preserve">[17:41] </w:t>
      </w:r>
      <w:r>
        <w:t>saman barbadi kare.</w:t>
      </w:r>
    </w:p>
    <w:p>
      <w:pPr>
        <w:jc w:val="right"/>
      </w:pPr>
      <w:r>
        <w:t>سامان برباد کیے۔</w:t>
      </w:r>
    </w:p>
    <w:p>
      <w:r>
        <w:rPr>
          <w:b/>
        </w:rPr>
        <w:t xml:space="preserve">[17:45] </w:t>
      </w:r>
      <w:r>
        <w:t>misal ke taur par south se wo joota banwate hain, wo aur joote ko wahan laga kar ke</w:t>
      </w:r>
    </w:p>
    <w:p>
      <w:pPr>
        <w:jc w:val="right"/>
      </w:pPr>
      <w:r>
        <w:t>مثال کے طور پر ساؤتھ سے وہ جوتا بنواتے ہیں، وہ اور جوتے کو وہاں لگا کر کے</w:t>
      </w:r>
    </w:p>
    <w:p>
      <w:r>
        <w:rPr>
          <w:b/>
        </w:rPr>
        <w:t xml:space="preserve">[17:49] </w:t>
      </w:r>
      <w:r>
        <w:t>apna brand laga kar bechte hain wahan par.</w:t>
      </w:r>
    </w:p>
    <w:p>
      <w:pPr>
        <w:jc w:val="right"/>
      </w:pPr>
      <w:r>
        <w:t>اپنا برانڈ لگا کر بیچتے ہیں وہاں پر۔</w:t>
      </w:r>
    </w:p>
    <w:p>
      <w:r>
        <w:rPr>
          <w:b/>
        </w:rPr>
        <w:t xml:space="preserve">[17:54] </w:t>
      </w:r>
      <w:r>
        <w:t>yeh outsourcing to bura bhala keh rahe the.</w:t>
      </w:r>
    </w:p>
    <w:p>
      <w:pPr>
        <w:jc w:val="right"/>
      </w:pPr>
      <w:r>
        <w:t>یہ outsourcing تو برا بھلا کہہ رہے تھے۔</w:t>
      </w:r>
    </w:p>
    <w:p>
      <w:r>
        <w:rPr>
          <w:b/>
        </w:rPr>
        <w:t xml:space="preserve">[18:00] </w:t>
      </w:r>
      <w:r>
        <w:t>tu mein ne un se kaha aur logon se ke outsourcing ko bura aap keh rahe hain.</w:t>
      </w:r>
    </w:p>
    <w:p>
      <w:pPr>
        <w:jc w:val="right"/>
      </w:pPr>
      <w:r>
        <w:t>تو میں نے ان سے کہا اور لوگوں سے کہ outsourcing کو برا آپ کہہ رہے ہیں۔</w:t>
      </w:r>
    </w:p>
    <w:p>
      <w:r>
        <w:rPr>
          <w:b/>
        </w:rPr>
        <w:t xml:space="preserve">[18:06] </w:t>
      </w:r>
      <w:r>
        <w:t>outsourcing to ek nemat hai, khud islam bhi is ko karta hai.</w:t>
      </w:r>
    </w:p>
    <w:p>
      <w:pPr>
        <w:jc w:val="right"/>
      </w:pPr>
      <w:r>
        <w:t>outsourcing تو ایک نعمت ہے، خود اسلام بھی اس کو کرتا ہے۔</w:t>
      </w:r>
    </w:p>
    <w:p>
      <w:r>
        <w:rPr>
          <w:b/>
        </w:rPr>
        <w:t xml:space="preserve">[18:12] </w:t>
      </w:r>
      <w:r>
        <w:t>islam ka bhi tareeqa outsourcing ka tareeqa hai.</w:t>
      </w:r>
    </w:p>
    <w:p>
      <w:pPr>
        <w:jc w:val="right"/>
      </w:pPr>
      <w:r>
        <w:t>اسلام کا بھی طریقہ outsourcing کا طریقہ ہے۔</w:t>
      </w:r>
    </w:p>
    <w:p>
      <w:r>
        <w:rPr>
          <w:b/>
        </w:rPr>
        <w:t xml:space="preserve">[18:18] </w:t>
      </w:r>
      <w:r>
        <w:t>woh kaisay? quran majeed mein dekhiye, woh woh is mein bukhari mein</w:t>
      </w:r>
    </w:p>
    <w:p>
      <w:pPr>
        <w:jc w:val="right"/>
      </w:pPr>
      <w:r>
        <w:t>وہ کیسے؟ قرآن مجید میں دیکھیے، وہ وہ اس میں بخاری میں</w:t>
      </w:r>
    </w:p>
    <w:p>
      <w:r>
        <w:rPr>
          <w:b/>
        </w:rPr>
        <w:t xml:space="preserve">[18:24] </w:t>
      </w:r>
      <w:r>
        <w:t>"innalaha la yu'iddu hadhad-deena bir-rajulil-fajir".</w:t>
      </w:r>
    </w:p>
    <w:p>
      <w:pPr>
        <w:jc w:val="right"/>
      </w:pPr>
      <w:r>
        <w:t>صحیح البخاری میں روایت ہے: "إن الله لا يعيد هذا الدين بالرجل الفاجر"۔</w:t>
      </w:r>
    </w:p>
    <w:p>
      <w:r>
        <w:rPr>
          <w:b/>
        </w:rPr>
        <w:t xml:space="preserve">[18:30] </w:t>
      </w:r>
      <w:r>
        <w:t>yeh bhi to outsourcing hai.</w:t>
      </w:r>
    </w:p>
    <w:p>
      <w:pPr>
        <w:jc w:val="right"/>
      </w:pPr>
      <w:r>
        <w:t>یہ بھی تو outsourcing ہے۔</w:t>
      </w:r>
    </w:p>
    <w:p>
      <w:r>
        <w:rPr>
          <w:b/>
        </w:rPr>
        <w:t xml:space="preserve">[18:36] </w:t>
      </w:r>
      <w:r>
        <w:t>yani rijal fajar say aisi cheezein extract karna jo islam kay liye mufeed hon, rijal fajar say taeed</w:t>
      </w:r>
    </w:p>
    <w:p>
      <w:pPr>
        <w:jc w:val="right"/>
      </w:pPr>
      <w:r>
        <w:t>یعنی رجال فاجر سے ایسی چیزیں extract کرنا جو اسلام کے لیے مفید ہوں، رجال فاجر سے تائید</w:t>
      </w:r>
    </w:p>
    <w:p>
      <w:r>
        <w:rPr>
          <w:b/>
        </w:rPr>
        <w:t xml:space="preserve">[18:42] </w:t>
      </w:r>
      <w:r>
        <w:t>islam nikalna, yeh bhi to outsourcing hai.</w:t>
      </w:r>
    </w:p>
    <w:p>
      <w:pPr>
        <w:jc w:val="right"/>
      </w:pPr>
      <w:r>
        <w:t>اسلام نکالنا، یہ بھی تو outsourcing ہے۔</w:t>
      </w:r>
    </w:p>
    <w:p>
      <w:r>
        <w:rPr>
          <w:b/>
        </w:rPr>
        <w:t xml:space="preserve">[18:48] </w:t>
      </w:r>
      <w:r>
        <w:t>phir aap dekhiye, quran majeed mein hai kay: "sanureehim ayatina fil afaqi wa fi anfusihim</w:t>
      </w:r>
    </w:p>
    <w:p>
      <w:pPr>
        <w:jc w:val="right"/>
      </w:pPr>
      <w:r>
        <w:t>پھر آپ دیکھیے، قرآن مجید میں ہے کہ: "سنریهم آیاتنا فی الآفاق وفی أنفس</w:t>
      </w:r>
    </w:p>
    <w:p>
      <w:r>
        <w:rPr>
          <w:b/>
        </w:rPr>
        <w:t xml:space="preserve">[18:54] </w:t>
      </w:r>
      <w:r>
        <w:t>ihim hatta yatabayyana lahum annahu al-haqq". yani Allah taala ne afaq o anfus mein, yani nature mein ya universe mein aisi cheezein rakh di thi jo evidence of God ka darja rakhti thi. sachaiyan is se sabit ho rahi thi, lekin is ko discover karna tha. yeh discover kis ne kiya? Aal Europe ne</w:t>
      </w:r>
    </w:p>
    <w:p>
      <w:pPr>
        <w:jc w:val="right"/>
      </w:pPr>
      <w:r>
        <w:t>هم حتى يتبين لهم منهو الحق"۔ یعنی اللہ تعالیٰ نے آفاق و أنفس میں، یعنی nature میں یا universe میں ایسی چیزیں رکھ دی تھیں جو evidence of God کا درجہ رکھتی تھیں۔ سچائیاں اس سے ثابت ہو رہی تھیں، لیکن اس کو discover کرنا تھا۔ یہ discover کس نے کیا؟ آل یورپ نے</w:t>
      </w:r>
    </w:p>
    <w:p>
      <w:r>
        <w:rPr>
          <w:b/>
        </w:rPr>
        <w:t xml:space="preserve">[19:24] </w:t>
      </w:r>
      <w:r>
        <w:t>kya, aal america nay kya, aur faida is say islam ko mil raha hai.</w:t>
      </w:r>
    </w:p>
    <w:p>
      <w:pPr>
        <w:jc w:val="right"/>
      </w:pPr>
      <w:r>
        <w:t>کیا، آل امریکہ نے کیا، اور فائدہ اس سے اسلام کو مل رہا ہے۔</w:t>
      </w:r>
    </w:p>
    <w:p>
      <w:r>
        <w:rPr>
          <w:b/>
        </w:rPr>
        <w:t xml:space="preserve">[19:29] </w:t>
      </w:r>
      <w:r>
        <w:t>"sanureehim ayatina fil afaqi wa fi anfusihim hatta yatabayyana lahum annahul haq".</w:t>
      </w:r>
    </w:p>
    <w:p>
      <w:pPr>
        <w:jc w:val="right"/>
      </w:pPr>
      <w:r>
        <w:t>"سنریہم آیاتنا فی الآفاق وفی أنفسهم حتى يتبين لهم منهو الحق"۔</w:t>
      </w:r>
    </w:p>
    <w:p>
      <w:r>
        <w:rPr>
          <w:b/>
        </w:rPr>
        <w:t xml:space="preserve">[19:34] </w:t>
      </w:r>
      <w:r>
        <w:t>yeh qurani sadaqat jo hai, is ki ta'beer ho rahi hai.</w:t>
      </w:r>
    </w:p>
    <w:p>
      <w:pPr>
        <w:jc w:val="right"/>
      </w:pPr>
      <w:r>
        <w:t>یہ قرآنی صداقت جو ہے، اس کی تعبیر ہو رہی ہے۔</w:t>
      </w:r>
    </w:p>
    <w:p>
      <w:r>
        <w:rPr>
          <w:b/>
        </w:rPr>
        <w:t xml:space="preserve">[19:39] </w:t>
      </w:r>
      <w:r>
        <w:t>aap dekhiye, kaam to hua europe mein aur america mein.</w:t>
      </w:r>
    </w:p>
    <w:p>
      <w:pPr>
        <w:jc w:val="right"/>
      </w:pPr>
      <w:r>
        <w:t>آپ دیکھیے، کام تو ہوا یورپ میں اور امریکہ میں۔</w:t>
      </w:r>
    </w:p>
    <w:p>
      <w:r>
        <w:rPr>
          <w:b/>
        </w:rPr>
        <w:t xml:space="preserve">[19:44] </w:t>
      </w:r>
      <w:r>
        <w:t>yani kaam jo hua research ka, tehqeeq ka, woh sab america aur europe mein hua.</w:t>
      </w:r>
    </w:p>
    <w:p>
      <w:pPr>
        <w:jc w:val="right"/>
      </w:pPr>
      <w:r>
        <w:t>یعنی کام جو ہوا research کا، تحقیق کا، وہ سب امریکہ اور یورپ میں ہوا۔</w:t>
      </w:r>
    </w:p>
    <w:p>
      <w:r>
        <w:rPr>
          <w:b/>
        </w:rPr>
        <w:t xml:space="preserve">[19:49] </w:t>
      </w:r>
      <w:r>
        <w:t>ab faida kis ko mil raha hai? quran kay bayan kay mutabiq kay quran</w:t>
      </w:r>
    </w:p>
    <w:p>
      <w:pPr>
        <w:jc w:val="right"/>
      </w:pPr>
      <w:r>
        <w:t>اب فائدہ کس کو مل رہا ہے؟ قرآن کے بیان کے مطابق کہ قر</w:t>
      </w:r>
    </w:p>
    <w:p>
      <w:r>
        <w:rPr>
          <w:b/>
        </w:rPr>
        <w:t xml:space="preserve">[19:54] </w:t>
      </w:r>
      <w:r>
        <w:t>ani sadaqat hai, qurani sadaqatain sabit ho rahi hain, islam ki sachaiyan mudallal ho rahi hain.</w:t>
      </w:r>
    </w:p>
    <w:p>
      <w:pPr>
        <w:jc w:val="right"/>
      </w:pPr>
      <w:r>
        <w:t>آنی صداقت ہے، قرآنی صداقتیں ثابت ہو رہی ہیں، اسلام کی سچائیاں مدلل ہو رہی ہیں۔</w:t>
      </w:r>
    </w:p>
    <w:p>
      <w:r>
        <w:rPr>
          <w:b/>
        </w:rPr>
        <w:t xml:space="preserve">[20:00] </w:t>
      </w:r>
      <w:r>
        <w:t>yeh bhi to outsourcing hai.</w:t>
      </w:r>
    </w:p>
    <w:p>
      <w:pPr>
        <w:jc w:val="right"/>
      </w:pPr>
      <w:r>
        <w:t>یہ بھی تو outsourcing ہے۔</w:t>
      </w:r>
    </w:p>
    <w:p>
      <w:r>
        <w:rPr>
          <w:b/>
        </w:rPr>
        <w:t xml:space="preserve">[20:06] </w:t>
      </w:r>
      <w:r>
        <w:t>to sab say bari museebat hai musalmanon mein kay woh qawaneen fitrati ko nahi jantay.</w:t>
      </w:r>
    </w:p>
    <w:p>
      <w:pPr>
        <w:jc w:val="right"/>
      </w:pPr>
      <w:r>
        <w:t>تو سب سے بڑی مصیبت ہے مسلمانوں میں کہ وہ قوانین فطرتی کو نہیں جانتے۔</w:t>
      </w:r>
    </w:p>
    <w:p>
      <w:r>
        <w:rPr>
          <w:b/>
        </w:rPr>
        <w:t xml:space="preserve">[20:12] </w:t>
      </w:r>
      <w:r>
        <w:t>creation plan of god jo hai, woh isi ko nahi jantay.</w:t>
      </w:r>
    </w:p>
    <w:p>
      <w:pPr>
        <w:jc w:val="right"/>
      </w:pPr>
      <w:r>
        <w:t>creation plan of God جو ہے، وہ اسی کو نہیں جانتے۔</w:t>
      </w:r>
    </w:p>
    <w:p>
      <w:r>
        <w:rPr>
          <w:b/>
        </w:rPr>
        <w:t xml:space="preserve">[20:18] </w:t>
      </w:r>
      <w:r>
        <w:t>to barabar bas mein samajhta hoon kay do so</w:t>
      </w:r>
    </w:p>
    <w:p>
      <w:pPr>
        <w:jc w:val="right"/>
      </w:pPr>
      <w:r>
        <w:t>تو برابر بس میں سمجھتا ہوں کہ دو سو</w:t>
      </w:r>
    </w:p>
    <w:p>
      <w:r>
        <w:rPr>
          <w:b/>
        </w:rPr>
        <w:t xml:space="preserve">[20:24] </w:t>
      </w:r>
      <w:r>
        <w:t>saal say musalman sirf shikayat mein jee rahay hain.</w:t>
      </w:r>
    </w:p>
    <w:p>
      <w:pPr>
        <w:jc w:val="right"/>
      </w:pPr>
      <w:r>
        <w:t>سال سے مسلمان صرف شکایت میں جی رہے ہیں۔</w:t>
      </w:r>
    </w:p>
    <w:p>
      <w:r>
        <w:rPr>
          <w:b/>
        </w:rPr>
        <w:t xml:space="preserve">[20:28] </w:t>
      </w:r>
      <w:r>
        <w:t>yani jab say empire musalmanon ko toota hai, shikayat mein jee rahay hain.</w:t>
      </w:r>
    </w:p>
    <w:p>
      <w:pPr>
        <w:jc w:val="right"/>
      </w:pPr>
      <w:r>
        <w:t>یعنی جب سے ایمپائر مسلمانوں کو ٹوٹا ہے، شکایت میں جی رہے ہیں۔</w:t>
      </w:r>
    </w:p>
    <w:p>
      <w:r>
        <w:rPr>
          <w:b/>
        </w:rPr>
        <w:t xml:space="preserve">[20:33] </w:t>
      </w:r>
      <w:r>
        <w:t>is ka nuqsan yeh hai, kitna bara nuqsan yeh hua hai.</w:t>
      </w:r>
    </w:p>
    <w:p>
      <w:pPr>
        <w:jc w:val="right"/>
      </w:pPr>
      <w:r>
        <w:t>اس کا نقصان یہ ہے، کتنا بڑا نقصان یہ ہوا ہے۔</w:t>
      </w:r>
    </w:p>
    <w:p>
      <w:r>
        <w:rPr>
          <w:b/>
        </w:rPr>
        <w:t xml:space="preserve">[20:37] </w:t>
      </w:r>
      <w:r>
        <w:t>dekhiye, is ka bohat bara nuqsan hai.</w:t>
      </w:r>
    </w:p>
    <w:p>
      <w:pPr>
        <w:jc w:val="right"/>
      </w:pPr>
      <w:r>
        <w:t>دیکھیے، اس کا بہت بڑا نقصان ہے۔</w:t>
      </w:r>
    </w:p>
    <w:p>
      <w:r>
        <w:rPr>
          <w:b/>
        </w:rPr>
        <w:t xml:space="preserve">[20:42] </w:t>
      </w:r>
      <w:r>
        <w:t>shikayat ka matlab hai negativity mein jeena, negativity mein jeena, positivity say mehroom ho jana.</w:t>
      </w:r>
    </w:p>
    <w:p>
      <w:pPr>
        <w:jc w:val="right"/>
      </w:pPr>
      <w:r>
        <w:t>شکایت کا مطلب ہے negativity میں جینا، negativity میں جینا، positivity سے محروم ہو جانا۔</w:t>
      </w:r>
    </w:p>
    <w:p>
      <w:r>
        <w:rPr>
          <w:b/>
        </w:rPr>
        <w:t xml:space="preserve">[20:46] </w:t>
      </w:r>
      <w:r>
        <w:t>to bohat say nuqsanaat is kay hain.</w:t>
      </w:r>
    </w:p>
    <w:p>
      <w:pPr>
        <w:jc w:val="right"/>
      </w:pPr>
      <w:r>
        <w:t>تو بہت سے نقصانات اس کے ہیں۔</w:t>
      </w:r>
    </w:p>
    <w:p>
      <w:r>
        <w:rPr>
          <w:b/>
        </w:rPr>
        <w:t xml:space="preserve">[20:51] </w:t>
      </w:r>
      <w:r>
        <w:t>yeh chuna kay aap nay musalmanon nay allah kay</w:t>
      </w:r>
    </w:p>
    <w:p>
      <w:pPr>
        <w:jc w:val="right"/>
      </w:pPr>
      <w:r>
        <w:t>یہ چونکہ آپ نے مسلمانوں نے اللہ کے</w:t>
      </w:r>
    </w:p>
    <w:p>
      <w:r>
        <w:rPr>
          <w:b/>
        </w:rPr>
        <w:t xml:space="preserve">[20:55] </w:t>
      </w:r>
      <w:r>
        <w:t>mansooba takhleeq ko nahi jaana, to jab bhi koi doosra ghalib aa gaya to lage شکایت karne.</w:t>
      </w:r>
    </w:p>
    <w:p>
      <w:pPr>
        <w:jc w:val="right"/>
      </w:pPr>
      <w:r>
        <w:t>منصوبہ تخلیق کو نہیں جانا، تو جب بھی کوئی دوسرا غالب آگیا تو لگے شکایت کرنے۔</w:t>
      </w:r>
    </w:p>
    <w:p>
      <w:r>
        <w:rPr>
          <w:b/>
        </w:rPr>
        <w:t xml:space="preserve">[21:01] </w:t>
      </w:r>
      <w:r>
        <w:t>halankay dekhiye, quran mein hai: "وتلك الأيام نداولها بين الناس"۔</w:t>
      </w:r>
    </w:p>
    <w:p>
      <w:pPr>
        <w:jc w:val="right"/>
      </w:pPr>
      <w:r>
        <w:t>حالانکہ دیکھیے، قرآن میں ہے: "وتلك الأيام نداولها بين الناس"۔</w:t>
      </w:r>
    </w:p>
    <w:p>
      <w:r>
        <w:rPr>
          <w:b/>
        </w:rPr>
        <w:t xml:space="preserve">[21:07] </w:t>
      </w:r>
      <w:r>
        <w:t>matlab kabhi ghalba tum ko rahega, kabhi ghalba doosre ko rahega.</w:t>
      </w:r>
    </w:p>
    <w:p>
      <w:pPr>
        <w:jc w:val="right"/>
      </w:pPr>
      <w:r>
        <w:t>مطلب کبھی غلبہ تم کو رہے گا، کبھی غلبہ دوسرے کو رہے گا۔</w:t>
      </w:r>
    </w:p>
    <w:p>
      <w:r>
        <w:rPr>
          <w:b/>
        </w:rPr>
        <w:t xml:space="preserve">[21:13] </w:t>
      </w:r>
      <w:r>
        <w:t>ghalba tumhari monopoly nahi hai.</w:t>
      </w:r>
    </w:p>
    <w:p>
      <w:pPr>
        <w:jc w:val="right"/>
      </w:pPr>
      <w:r>
        <w:t>غلبہ تمہاری مناپلی نہیں ہے۔</w:t>
      </w:r>
    </w:p>
    <w:p>
      <w:r>
        <w:rPr>
          <w:b/>
        </w:rPr>
        <w:t xml:space="preserve">[21:19] </w:t>
      </w:r>
      <w:r>
        <w:t>yeh quran mein khula khula yeh bataya gaya hai ke Allah taala ka</w:t>
      </w:r>
    </w:p>
    <w:p>
      <w:pPr>
        <w:jc w:val="right"/>
      </w:pPr>
      <w:r>
        <w:t>یہ قرآن میں کھلا کھلا یہ بتایا گیا ہے کہ اللہ تعالیٰ کا</w:t>
      </w:r>
    </w:p>
    <w:p>
      <w:r>
        <w:rPr>
          <w:b/>
        </w:rPr>
        <w:t xml:space="preserve">[21:26] </w:t>
      </w:r>
      <w:r>
        <w:t>mansooba takhleeq kya hai. "Wa tilka al-ayyamu nudawiluha bayna an-nas". Zibakhsh ne likha hai yahan par ke ayyam se murad ghalba, yani ayyam ghalba. Zibakhsh jo bohat hi mashhoor mufassir hai, ayyam se murad is ne ghalba liya hai. yani ghalba ke ayyam ek hi sirf ek community ke paas nahi rahenge, ek se doos</w:t>
      </w:r>
    </w:p>
    <w:p>
      <w:pPr>
        <w:jc w:val="right"/>
      </w:pPr>
      <w:r>
        <w:t>منصوبہ تخلیق کیا ہے۔ "وتلك الأيام نداولها بين الناس"۔ ذبخشے نے لکھا ہے یہاں پر کہ ایام سے مراد غلبہ، یعنی ایام غلبہ۔ ذبخشے جو بہت ہی مشہور مفسر ہے، ایام سے مراد اس نے غلبہ لیا ہے۔ یعنی غلبہ کے ایام ایک ہی صرف ایک community کے پاس نہیں رہیں گے، ایک سے دوس</w:t>
      </w:r>
    </w:p>
    <w:p>
      <w:r>
        <w:rPr>
          <w:b/>
        </w:rPr>
        <w:t xml:space="preserve">[21:56] </w:t>
      </w:r>
      <w:r>
        <w:t>ray ke paas jayenge.</w:t>
      </w:r>
    </w:p>
    <w:p>
      <w:pPr>
        <w:jc w:val="right"/>
      </w:pPr>
      <w:r>
        <w:t>رے کے پاس جائیں گے۔</w:t>
      </w:r>
    </w:p>
    <w:p>
      <w:r>
        <w:rPr>
          <w:b/>
        </w:rPr>
        <w:t xml:space="preserve">[22:01] </w:t>
      </w:r>
      <w:r>
        <w:t>"وتلك الأيام نداولها بين الناس"۔</w:t>
      </w:r>
    </w:p>
    <w:p>
      <w:pPr>
        <w:jc w:val="right"/>
      </w:pPr>
      <w:r>
        <w:t>"وتلك الأيام نداولها بين الناس"۔</w:t>
      </w:r>
    </w:p>
    <w:p>
      <w:r>
        <w:rPr>
          <w:b/>
        </w:rPr>
        <w:t xml:space="preserve">[22:06] </w:t>
      </w:r>
      <w:r>
        <w:t>yani ghalba ke ayyam jo hain, kabhi tumhare paas rahenge, kabhi doosre ke paas rahenge.</w:t>
      </w:r>
    </w:p>
    <w:p>
      <w:pPr>
        <w:jc w:val="right"/>
      </w:pPr>
      <w:r>
        <w:t>یعنی غلبہ کے ایام جو ہیں، کبھی تمہارے پاس رہیں گے، کبھی دوسرے کے پاس رہیں گے۔</w:t>
      </w:r>
    </w:p>
    <w:p>
      <w:r>
        <w:rPr>
          <w:b/>
        </w:rPr>
        <w:t xml:space="preserve">[22:11] </w:t>
      </w:r>
      <w:r>
        <w:t>to phir is mein shikayat kya? agar aap shikayat karte hain to barah-e-raast woh naoozubillah Allah</w:t>
      </w:r>
    </w:p>
    <w:p>
      <w:pPr>
        <w:jc w:val="right"/>
      </w:pPr>
      <w:r>
        <w:t>تو پھر اس میں شکایت کیا؟ اگر آپ شکایت کرتے ہیں تو براہ راست وہ نعوذ باللہ اللہ</w:t>
      </w:r>
    </w:p>
    <w:p>
      <w:r>
        <w:rPr>
          <w:b/>
        </w:rPr>
        <w:t xml:space="preserve">[22:16] </w:t>
      </w:r>
      <w:r>
        <w:t>taala ke saath shikayat chali ja rahi hai.</w:t>
      </w:r>
    </w:p>
    <w:p>
      <w:pPr>
        <w:jc w:val="right"/>
      </w:pPr>
      <w:r>
        <w:t>تعالیٰ کے ساتھ شکایت چلی جا رہی ہے۔</w:t>
      </w:r>
    </w:p>
    <w:p>
      <w:r>
        <w:rPr>
          <w:b/>
        </w:rPr>
        <w:t xml:space="preserve">[22:21] </w:t>
      </w:r>
      <w:r>
        <w:t>woh is mein kya nuqsan hai? dekhiye ke hum yani</w:t>
      </w:r>
    </w:p>
    <w:p>
      <w:pPr>
        <w:jc w:val="right"/>
      </w:pPr>
      <w:r>
        <w:t>وہ اس میں کیا نقصان ہے؟ دیکھیے کہ ہم یعنی</w:t>
      </w:r>
    </w:p>
    <w:p>
      <w:r>
        <w:rPr>
          <w:b/>
        </w:rPr>
        <w:t xml:space="preserve">[22:26] </w:t>
      </w:r>
      <w:r>
        <w:t>apni planning nahi kar paate sahi. agar aap koi, agar aap is se bekhabar hon ke is waqt din hai ya raat hai, to aap planning kaise karenge? aap ko maloom hona chahiye ke yeh din hai ya raat hai, to aap ki us ke mutabiq planning karenge. aap ab ek aadmi jo khabrein us ko nahi ke din hai ke raat hai, to bhatkega idhar udhar. to Allah taala ki jo planning hai, us ke mutabiq Allah taala ne ek ko ab</w:t>
      </w:r>
    </w:p>
    <w:p>
      <w:pPr>
        <w:jc w:val="right"/>
      </w:pPr>
      <w:r>
        <w:t>اپنی planning نہیں کر پاتے صحیح۔ اگر آپ کوئی، اگر آپ اس سے بے خبر ہوں کہ اس وقت دن ہے یا رات ہے، تو آپ planning کیسے کریں گے؟ آپ کو معلوم ہونا چاہیے کہ یہ دن ہے یا رات ہے، تو آپ کی اس کے مطابق planning کریں گے۔ آپ اب ایک آدمی جو خبریں اس کو نہیں کہ دن ہے کہ رات ہے، تو بھٹکے گا ادھر ادھر۔ تو اللہ تعالیٰ کی جو planning ہے، اس کے مطابق اللہ تعالیٰ نے ایک کو اب</w:t>
      </w:r>
    </w:p>
    <w:p>
      <w:r>
        <w:rPr>
          <w:b/>
        </w:rPr>
        <w:t xml:space="preserve">[22:56] </w:t>
      </w:r>
      <w:r>
        <w:t>tak rakha tha, ab hata kar doosre ko laye woh.</w:t>
      </w:r>
    </w:p>
    <w:p>
      <w:pPr>
        <w:jc w:val="right"/>
      </w:pPr>
      <w:r>
        <w:t>تک رکھا تھا، اب ہٹا کر دوسرے کو لائے وہ۔</w:t>
      </w:r>
    </w:p>
    <w:p>
      <w:r>
        <w:rPr>
          <w:b/>
        </w:rPr>
        <w:t xml:space="preserve">[23:02] </w:t>
      </w:r>
      <w:r>
        <w:t>to is ke mutabiq aap ko re-planning karna hai, reassess karna hai.</w:t>
      </w:r>
    </w:p>
    <w:p>
      <w:pPr>
        <w:jc w:val="right"/>
      </w:pPr>
      <w:r>
        <w:t>تو اس کے مطابق آپ کو re-planning کرنا ہے، reassess کرنا ہے۔</w:t>
      </w:r>
    </w:p>
    <w:p>
      <w:r>
        <w:rPr>
          <w:b/>
        </w:rPr>
        <w:t xml:space="preserve">[23:08] </w:t>
      </w:r>
      <w:r>
        <w:t>lekin choonkay shikayaton mein jeete hain, to unhein kuch khabar nahi.</w:t>
      </w:r>
    </w:p>
    <w:p>
      <w:pPr>
        <w:jc w:val="right"/>
      </w:pPr>
      <w:r>
        <w:t>لیکن چونکہ شکایتوں میں جیتے ہیں، تو انہیں کچھ خبر نہیں۔</w:t>
      </w:r>
    </w:p>
    <w:p>
      <w:r>
        <w:rPr>
          <w:b/>
        </w:rPr>
        <w:t xml:space="preserve">[23:14] </w:t>
      </w:r>
      <w:r>
        <w:t>to dekhiye, yeh jo negative thinking musalmanon mein aa gayi hai, taqreeban har muslim is a case of negative</w:t>
      </w:r>
    </w:p>
    <w:p>
      <w:pPr>
        <w:jc w:val="right"/>
      </w:pPr>
      <w:r>
        <w:t>تو دیکھیے، یہ جو negative thinking مسلمانوں میں آگئی ہے، تقریباً ہر مسلم is a case of negative</w:t>
      </w:r>
    </w:p>
    <w:p>
      <w:r>
        <w:rPr>
          <w:b/>
        </w:rPr>
        <w:t xml:space="preserve">[23:20] </w:t>
      </w:r>
      <w:r>
        <w:t>thinking poori duniya mein.</w:t>
      </w:r>
    </w:p>
    <w:p>
      <w:pPr>
        <w:jc w:val="right"/>
      </w:pPr>
      <w:r>
        <w:t>thinking پوری دنیا میں۔</w:t>
      </w:r>
    </w:p>
    <w:p>
      <w:r>
        <w:rPr>
          <w:b/>
        </w:rPr>
        <w:t xml:space="preserve">[23:27] </w:t>
      </w:r>
      <w:r>
        <w:t>yahan tak ke logon ke paas sab kuch khane peene ko hai aur aram se reh rahe hain, tab bhi negative boli bolte hain. tab bhi negative boli bolte hain, kyunke mindset to bigra hua hai. dekhiye, negative thinking ka pehla nuksan kya hota hai? Allah ki nusrat se aap mehroom ho jate hain. hadith mein aata hai ke har subah ko Allah taala aasman o dunya par zahir hote hain aur kehte hain: "Haye koi lene wala hai, us ko main du</w:t>
      </w:r>
    </w:p>
    <w:p>
      <w:pPr>
        <w:jc w:val="right"/>
      </w:pPr>
      <w:r>
        <w:t>یہاں تک کہ لوگوں کے پاس سب کچھ کھانے پینے کو ہے اور آرام سے رہ رہے ہیں، تب بھی negative بولی بولتے ہیں۔ تب بھی negative بولی بولتے ہیں، کیونکہ mindset تو بگڑا ہوا ہے۔ دیکھیے، negative thinking کا پہلا نقصان کیا ہوتا ہے؟ اللہ کی نصرت سے آپ محروم ہو جاتے ہیں۔ حدیث میں آتا ہے کہ ہر صبح کو اللہ تعالیٰ آسمان و دنیا پر ظاہر ہوتے ہیں اور کہتے ہیں: "ہائے کوئی لینے والا ہے، اس کو میں د</w:t>
      </w:r>
    </w:p>
    <w:p>
      <w:r>
        <w:rPr>
          <w:b/>
        </w:rPr>
        <w:t xml:space="preserve">[23:57] </w:t>
      </w:r>
      <w:r>
        <w:t>on?" is ka matlab hai inspiration.</w:t>
      </w:r>
    </w:p>
    <w:p>
      <w:pPr>
        <w:jc w:val="right"/>
      </w:pPr>
      <w:r>
        <w:t>وں؟" اس کا مطلب ہے inspiration۔</w:t>
      </w:r>
    </w:p>
    <w:p>
      <w:r>
        <w:rPr>
          <w:b/>
        </w:rPr>
        <w:t xml:space="preserve">[24:03] </w:t>
      </w:r>
      <w:r>
        <w:t>yani ek cheez woh hai jis ko hum wahi kehte hain, woh sirf peghambaron ko aati hai.</w:t>
      </w:r>
    </w:p>
    <w:p>
      <w:pPr>
        <w:jc w:val="right"/>
      </w:pPr>
      <w:r>
        <w:t>یعنی ایک چیز وہ ہے جس کو ہم وحی کہتے ہیں، وہ صرف پیغمبروں کو آتی ہے۔</w:t>
      </w:r>
    </w:p>
    <w:p>
      <w:r>
        <w:rPr>
          <w:b/>
        </w:rPr>
        <w:t xml:space="preserve">[24:09] </w:t>
      </w:r>
      <w:r>
        <w:t>lekin sirf wahi aakhri cheez nahi hai, wahi peghambaron ke liye hai, lekin is ka sawab ek cheez</w:t>
      </w:r>
    </w:p>
    <w:p>
      <w:pPr>
        <w:jc w:val="right"/>
      </w:pPr>
      <w:r>
        <w:t>لیکن صرف وحی آخری چیز نہیں ہے، وحی پیغمبروں کے لیے ہے، لیکن اس کا ثواب ایک چیز</w:t>
      </w:r>
    </w:p>
    <w:p>
      <w:r>
        <w:rPr>
          <w:b/>
        </w:rPr>
        <w:t xml:space="preserve">[24:15] </w:t>
      </w:r>
      <w:r>
        <w:t>hai, woh hai ilham ya ilqa, jis ko aap keh sakte hain aap inspiration.</w:t>
      </w:r>
    </w:p>
    <w:p>
      <w:pPr>
        <w:jc w:val="right"/>
      </w:pPr>
      <w:r>
        <w:t>ہے، وہ ہے الہام یا القاء، جس کو آپ کہہ سکتے ہیں آپ inspiration۔</w:t>
      </w:r>
    </w:p>
    <w:p>
      <w:r>
        <w:rPr>
          <w:b/>
        </w:rPr>
        <w:t xml:space="preserve">[24:21] </w:t>
      </w:r>
      <w:r>
        <w:t>yani rohani inspiration, rabbani inspiration, woh har din Allah ki taraf se aata hai, lekin aap us ko</w:t>
      </w:r>
    </w:p>
    <w:p>
      <w:pPr>
        <w:jc w:val="right"/>
      </w:pPr>
      <w:r>
        <w:t>یعنی روحانی inspiration، ربانی inspiration، وہ ہر دن اللہ کی طرف سے آتا ہے، لیکن آپ اس کو</w:t>
      </w:r>
    </w:p>
    <w:p>
      <w:r>
        <w:rPr>
          <w:b/>
        </w:rPr>
        <w:t xml:space="preserve">[24:27] </w:t>
      </w:r>
      <w:r>
        <w:t>, us ko aap wasool nahi kar paate.</w:t>
      </w:r>
    </w:p>
    <w:p>
      <w:pPr>
        <w:jc w:val="right"/>
      </w:pPr>
      <w:r>
        <w:t>، اس کو آپ وصول نہیں کر پاتے۔</w:t>
      </w:r>
    </w:p>
    <w:p>
      <w:r>
        <w:rPr>
          <w:b/>
        </w:rPr>
        <w:t xml:space="preserve">[24:32] </w:t>
      </w:r>
      <w:r>
        <w:t>aap musalmanon mein kahin bhi chale jayen, kisi bhi mulk mein, un ki majlison mein baithiye, aap dekhenge</w:t>
      </w:r>
    </w:p>
    <w:p>
      <w:pPr>
        <w:jc w:val="right"/>
      </w:pPr>
      <w:r>
        <w:t>آپ مسلمانوں میں کہیں بھی چلے جائیں، کسی بھی ملک میں، ان کی مجلسوں میں بیٹھیے، آپ دیکھیں</w:t>
      </w:r>
    </w:p>
    <w:p>
      <w:r>
        <w:rPr>
          <w:b/>
        </w:rPr>
        <w:t xml:space="preserve">[24:37] </w:t>
      </w:r>
      <w:r>
        <w:t>ge ke wahan na mohabbat-e-ilahi ka charcha hai, na khauf-e-khuda ka charcha hai, na jannat ka</w:t>
      </w:r>
    </w:p>
    <w:p>
      <w:pPr>
        <w:jc w:val="right"/>
      </w:pPr>
      <w:r>
        <w:t>گے کہ وہاں نہ محبت الہی کا چرچہ ہے، نہ خوف خدا کا چرچہ ہے، نہ جنت کا</w:t>
      </w:r>
    </w:p>
    <w:p>
      <w:r>
        <w:rPr>
          <w:b/>
        </w:rPr>
        <w:t xml:space="preserve">[24:42] </w:t>
      </w:r>
      <w:r>
        <w:t>charcha hai, kuch nahi.</w:t>
      </w:r>
    </w:p>
    <w:p>
      <w:pPr>
        <w:jc w:val="right"/>
      </w:pPr>
      <w:r>
        <w:t>چرچہ ہے، کچھ نہیں۔</w:t>
      </w:r>
    </w:p>
    <w:p>
      <w:r>
        <w:rPr>
          <w:b/>
        </w:rPr>
        <w:t xml:space="preserve">[24:47] </w:t>
      </w:r>
      <w:r>
        <w:t>qaumi baatein karenge log, shikayatein karenge log, kyun? inspiration nahin mila in ko.</w:t>
      </w:r>
    </w:p>
    <w:p>
      <w:pPr>
        <w:jc w:val="right"/>
      </w:pPr>
      <w:r>
        <w:t>قومی باتیں کریں گے لوگ، شکایتیں کریں گے لوگ، کیوں؟ inspiration نہیں ملا ان کو۔</w:t>
      </w:r>
    </w:p>
    <w:p>
      <w:r>
        <w:rPr>
          <w:b/>
        </w:rPr>
        <w:t xml:space="preserve">[24:52] </w:t>
      </w:r>
      <w:r>
        <w:t>Allah taala ki taraf se jo inspiration baras raha tha, us mein hissa nahin mila in ko. neg</w:t>
      </w:r>
    </w:p>
    <w:p>
      <w:pPr>
        <w:jc w:val="right"/>
      </w:pPr>
      <w:r>
        <w:t>اللہ تعالیٰ کی طرف سے جو inspiration برس رہا تھا، اس میں حصہ نہیں ملا ان کو۔ neg</w:t>
      </w:r>
    </w:p>
    <w:p>
      <w:r>
        <w:rPr>
          <w:b/>
        </w:rPr>
        <w:t xml:space="preserve">[24:57] </w:t>
      </w:r>
      <w:r>
        <w:t>ative thinking aap ke darwaze ko band kar deti hai, yaad rakhiye.</w:t>
      </w:r>
    </w:p>
    <w:p>
      <w:pPr>
        <w:jc w:val="right"/>
      </w:pPr>
      <w:r>
        <w:t>ative thinking آپ کے دروازے کو بند کر دیتی ہے، یاد رکھیے۔</w:t>
      </w:r>
    </w:p>
    <w:p>
      <w:r>
        <w:rPr>
          <w:b/>
        </w:rPr>
        <w:t xml:space="preserve">[25:02] </w:t>
      </w:r>
      <w:r>
        <w:t>negative thinking aap ke darwaze ko band kar deti hai.</w:t>
      </w:r>
    </w:p>
    <w:p>
      <w:pPr>
        <w:jc w:val="right"/>
      </w:pPr>
      <w:r>
        <w:t>negative thinking آپ کے دروازے کو بند کر دیتی ہے۔</w:t>
      </w:r>
    </w:p>
    <w:p>
      <w:r>
        <w:rPr>
          <w:b/>
        </w:rPr>
        <w:t xml:space="preserve">[25:07] </w:t>
      </w:r>
      <w:r>
        <w:t>ek bahut hi misaal ke taur par waqea ek hai Gautam Budh ka.</w:t>
      </w:r>
    </w:p>
    <w:p>
      <w:pPr>
        <w:jc w:val="right"/>
      </w:pPr>
      <w:r>
        <w:t>ایک بہت ہی مثال کے طور پر واقعہ ایک ہے گوتم بدھ کا۔</w:t>
      </w:r>
    </w:p>
    <w:p>
      <w:r>
        <w:rPr>
          <w:b/>
        </w:rPr>
        <w:t xml:space="preserve">[25:12] </w:t>
      </w:r>
      <w:r>
        <w:t>Gautam Budh jo the, to un ka ek shagir tha, ek shagir jo woh tha, yaani doodh ka</w:t>
      </w:r>
    </w:p>
    <w:p>
      <w:pPr>
        <w:jc w:val="right"/>
      </w:pPr>
      <w:r>
        <w:t>گوتم بدھ جو تھے، تو ان کا ایک شاگرد تھا، ایک شاگرد جو وہ تھا، یعنی دودھ کا</w:t>
      </w:r>
    </w:p>
    <w:p>
      <w:r>
        <w:rPr>
          <w:b/>
        </w:rPr>
        <w:t xml:space="preserve">[25:17] </w:t>
      </w:r>
      <w:r>
        <w:t>karobar tha is ka, doodh ka.</w:t>
      </w:r>
    </w:p>
    <w:p>
      <w:pPr>
        <w:jc w:val="right"/>
      </w:pPr>
      <w:r>
        <w:t>کاروبار تھا اس کا، دودھ کا۔</w:t>
      </w:r>
    </w:p>
    <w:p>
      <w:r>
        <w:rPr>
          <w:b/>
        </w:rPr>
        <w:t xml:space="preserve">[25:22] </w:t>
      </w:r>
      <w:r>
        <w:t>to is ne</w:t>
      </w:r>
    </w:p>
    <w:p>
      <w:pPr>
        <w:jc w:val="right"/>
      </w:pPr>
      <w:r>
        <w:t>تو اس نے</w:t>
      </w:r>
    </w:p>
    <w:p>
      <w:r>
        <w:rPr>
          <w:b/>
        </w:rPr>
        <w:t xml:space="preserve">[25:27] </w:t>
      </w:r>
      <w:r>
        <w:t>kaha ke Gautam Buddha se kaha: "Aap mere aaiye, hum ko hum ko kuch gyan dijiye aur main aap ko taza doodh doonga." to woh gaye aur apne sath ek bartan le gaye. is bartan mein unhon ne jaan boojh kar thori si mitti daal di. to us ko jab bartan diya unhon ne, to jab dekha ke is mein mitti hai, to pehle us ko safai kiya, dhoya, phir taza doodh laya us</w:t>
      </w:r>
    </w:p>
    <w:p>
      <w:pPr>
        <w:jc w:val="right"/>
      </w:pPr>
      <w:r>
        <w:t>کہا کہ گوتم بدھ سے کہا: "آپ میرے آئیے، ہم کو ہم کو کچھ گیان دیجیے اور میں آپ کو تازہ دودھ دوں گا۔" تو وہ گئے اور اپنے ساتھ ایک برتن لے گئے۔ اس برتن میں انہوں نے جان بوجھ کر تھوڑی سی مٹی ڈال دی۔ تو اس کو جب برتن دیا انہوں نے، تو جب دیکھا کہ اس میں مٹی ہے، تو پہلے اس کو صفائی کیا، دھویا، پھر تازہ دودھ لایا اس</w:t>
      </w:r>
    </w:p>
    <w:p>
      <w:r>
        <w:rPr>
          <w:b/>
        </w:rPr>
        <w:t xml:space="preserve">[25:57] </w:t>
      </w:r>
      <w:r>
        <w:t>mein aur pesh kiya un ko.</w:t>
      </w:r>
    </w:p>
    <w:p>
      <w:pPr>
        <w:jc w:val="right"/>
      </w:pPr>
      <w:r>
        <w:t>میں اور پیش کیا ان کو۔</w:t>
      </w:r>
    </w:p>
    <w:p>
      <w:r>
        <w:rPr>
          <w:b/>
        </w:rPr>
        <w:t xml:space="preserve">[26:02] </w:t>
      </w:r>
      <w:r>
        <w:t>to Gautam Budh jo the, woh doodh le kar jaane lagey.</w:t>
      </w:r>
    </w:p>
    <w:p>
      <w:pPr>
        <w:jc w:val="right"/>
      </w:pPr>
      <w:r>
        <w:t>تو گوتم بدھ جو تھے، وہ دودھ لے کر جانے لگے۔</w:t>
      </w:r>
    </w:p>
    <w:p>
      <w:r>
        <w:rPr>
          <w:b/>
        </w:rPr>
        <w:t xml:space="preserve">[26:07] </w:t>
      </w:r>
      <w:r>
        <w:t>to is ne kaha ke: "aap doodh le ke chale ja rahe hain aur asal kaam to kiya</w:t>
      </w:r>
    </w:p>
    <w:p>
      <w:pPr>
        <w:jc w:val="right"/>
      </w:pPr>
      <w:r>
        <w:t>تو اس نے کہا کہ: "آپ دودھ لے کے چلے جا رہے ہیں اور اصل کام تو کیا</w:t>
      </w:r>
    </w:p>
    <w:p>
      <w:r>
        <w:rPr>
          <w:b/>
        </w:rPr>
        <w:t xml:space="preserve">[26:12] </w:t>
      </w:r>
      <w:r>
        <w:t>nahin aap ne?" kaha: "woh kiya?" unhon ne kaha: "gyan to mujh ko diya nahin aap ne kuch."</w:t>
      </w:r>
    </w:p>
    <w:p>
      <w:pPr>
        <w:jc w:val="right"/>
      </w:pPr>
      <w:r>
        <w:t>نہیں آپ نے؟" کہا: "وہ کیا؟" انہوں نے کہا: "گیان تو مجھ کو دیا نہیں آپ نے کچھ۔"</w:t>
      </w:r>
    </w:p>
    <w:p>
      <w:r>
        <w:rPr>
          <w:b/>
        </w:rPr>
        <w:t xml:space="preserve">[26:17] </w:t>
      </w:r>
      <w:r>
        <w:t>to unhon ne kaha: "main ne to gyan de diya tum ko." woh kaise? kaha ke: "dekho, yeh</w:t>
      </w:r>
    </w:p>
    <w:p>
      <w:pPr>
        <w:jc w:val="right"/>
      </w:pPr>
      <w:r>
        <w:t>تو انہوں نے کہا: "میں نے تو گیان دے دیا تم کو۔" وہ کیسے؟ کہا کہ: "دیکھو، یہ</w:t>
      </w:r>
    </w:p>
    <w:p>
      <w:r>
        <w:rPr>
          <w:b/>
        </w:rPr>
        <w:t xml:space="preserve">[26:22] </w:t>
      </w:r>
      <w:r>
        <w:t>jo main bartan laya tha, yeh container</w:t>
      </w:r>
    </w:p>
    <w:p>
      <w:pPr>
        <w:jc w:val="right"/>
      </w:pPr>
      <w:r>
        <w:t>جو میں برتن لایا تھا، یہ کنٹینر</w:t>
      </w:r>
    </w:p>
    <w:p>
      <w:r>
        <w:rPr>
          <w:b/>
        </w:rPr>
        <w:t xml:space="preserve">[26:27] </w:t>
      </w:r>
      <w:r>
        <w:t>yeh saaf nahi tha. to tum ne is mein doodh rakhna gawara nahi kiya. is ki safai ki pehle, phir doodh dala, kyunke doodh kharab ho jata. aap jante hain ke doodh bohat hi nazuk cheez hai. yeh tumhara, ise tumhara sina, woh container hai tumhara, tumhare sine ka, tumhare dil ka, tumhare dimagh ka jo container hai, woh saaf hai hi nahi. woh to alooda hai. woh to main gyan rakhun to kahan rakhun? g</w:t>
      </w:r>
    </w:p>
    <w:p>
      <w:pPr>
        <w:jc w:val="right"/>
      </w:pPr>
      <w:r>
        <w:t>، یہ صاف نہیں تھا۔ تو تم نے اس میں دودھ رکھنا گوارا نہیں کیا۔ اس کی صفائی کی پہلے، پھر دودھ ڈالا، کیونکہ دودھ خراب ہو جاتا۔ آپ جانتے ہیں کہ دودھ بہت ہی نازک چیز ہے۔ یہ تمہارا، اسے تمہارا سینہ، وہ کنٹینر ہے تمہارا، تمہارے سینے کا، تمہارے دل کا، تمہارے دماغ کا جو کنٹینر ہے، وہ صاف ہے ہی نہیں۔ وہ تو آلودہ ہے۔ وہ تو میں گیان رکھوں تو کہاں رکھوں؟ گ</w:t>
      </w:r>
    </w:p>
    <w:p>
      <w:r>
        <w:rPr>
          <w:b/>
        </w:rPr>
        <w:t xml:space="preserve">[26:57] </w:t>
      </w:r>
      <w:r>
        <w:t>yan rakhun to kahan rakhun? to pehle apne container ko saaf karo, yaani negativity nikalo is ke andar se. negativity nikalo.</w:t>
      </w:r>
    </w:p>
    <w:p>
      <w:pPr>
        <w:jc w:val="right"/>
      </w:pPr>
      <w:r>
        <w:t>یان رکھوں تو کہاں رکھوں؟ تو پہلے اپنے کنٹینر کو صاف کرو، یعنی negativity نکالو اس کے اندر سے۔ negativity نکالو۔</w:t>
      </w:r>
    </w:p>
    <w:p>
      <w:r>
        <w:rPr>
          <w:b/>
        </w:rPr>
        <w:t xml:space="preserve">[27:05] </w:t>
      </w:r>
      <w:r>
        <w:t>tum ne apne container mein negativity ki mitti daal rakhi hai, to main kaise is mein doodh dalun?</w:t>
      </w:r>
    </w:p>
    <w:p>
      <w:pPr>
        <w:jc w:val="right"/>
      </w:pPr>
      <w:r>
        <w:t>تم نے اپنے کنٹینر میں negativity کی مٹی ڈال رکھی ہے، تو میں کیسے اس میں دودھ ڈالوں؟</w:t>
      </w:r>
    </w:p>
    <w:p>
      <w:r>
        <w:rPr>
          <w:b/>
        </w:rPr>
        <w:t xml:space="preserve">[27:12] </w:t>
      </w:r>
      <w:r>
        <w:t>to yeh ek bahut hi misaal ke taur par waqea hai ke saare log jo negative thinking mein</w:t>
      </w:r>
    </w:p>
    <w:p>
      <w:pPr>
        <w:jc w:val="right"/>
      </w:pPr>
      <w:r>
        <w:t>تو یہ ایک بہت ہی مثال کے طور پر واقعہ ہے کہ سارے لوگ جو negative thinking میں</w:t>
      </w:r>
    </w:p>
    <w:p>
      <w:r>
        <w:rPr>
          <w:b/>
        </w:rPr>
        <w:t xml:space="preserve">[27:20] </w:t>
      </w:r>
      <w:r>
        <w:t>jite hain, woh apne aap ko mehroom kiye hue hain ke Allah ka inspiration un par utre. bahut</w:t>
      </w:r>
    </w:p>
    <w:p>
      <w:pPr>
        <w:jc w:val="right"/>
      </w:pPr>
      <w:r>
        <w:t>جیتے ہیں، وہ اپنے آپ کو محروم کیے ہوئے ہیں کہ اللہ کا inspiration ان پر اترے۔ بہت</w:t>
      </w:r>
    </w:p>
    <w:p>
      <w:r>
        <w:rPr>
          <w:b/>
        </w:rPr>
        <w:t xml:space="preserve">[27:27] </w:t>
      </w:r>
      <w:r>
        <w:t>hi bari mehroomi hai.</w:t>
      </w:r>
    </w:p>
    <w:p>
      <w:pPr>
        <w:jc w:val="right"/>
      </w:pPr>
      <w:r>
        <w:t>ہی بڑی محرومی ہے۔</w:t>
      </w:r>
    </w:p>
    <w:p>
      <w:r>
        <w:rPr>
          <w:b/>
        </w:rPr>
        <w:t xml:space="preserve">[27:33] </w:t>
      </w:r>
      <w:r>
        <w:t>Allah ke inspiration se insan musbat sochne wala banta hai aur jitne bhi values hain, taqwa hai, khushu</w:t>
      </w:r>
    </w:p>
    <w:p>
      <w:pPr>
        <w:jc w:val="right"/>
      </w:pPr>
      <w:r>
        <w:t>اللہ کے inspiration سے انسان مثبت سوچنے والا بنتا ہے اور جتنے بھی values ہیں، تقویٰ ہے، خشوع</w:t>
      </w:r>
    </w:p>
    <w:p>
      <w:r>
        <w:rPr>
          <w:b/>
        </w:rPr>
        <w:t xml:space="preserve">[27:40] </w:t>
      </w:r>
      <w:r>
        <w:t>hai, akhbat hai, inabat hai, tazru hai, Allah ke liye rona, Allah ke shukr guzar banna, hamd ka</w:t>
      </w:r>
    </w:p>
    <w:p>
      <w:pPr>
        <w:jc w:val="right"/>
      </w:pPr>
      <w:r>
        <w:t>ہے، اخبات ہے، عنابت ہے، تضرع ہے، اللہ کے لیے رونا، اللہ کے شکر گزار بننا، حمد کا</w:t>
      </w:r>
    </w:p>
    <w:p>
      <w:r>
        <w:rPr>
          <w:b/>
        </w:rPr>
        <w:t xml:space="preserve">[27:46] </w:t>
      </w:r>
      <w:r>
        <w:t>jazba paida hona, yeh saari cheezein yaad rakhiye, yeh musbat soch se aati hain.</w:t>
      </w:r>
    </w:p>
    <w:p>
      <w:pPr>
        <w:jc w:val="right"/>
      </w:pPr>
      <w:r>
        <w:t>جذبہ پیدا ہونا، یہ ساری چیزیں یاد رکھیے، یہ مثبت سوچ سے آتی ہیں۔</w:t>
      </w:r>
    </w:p>
    <w:p>
      <w:r>
        <w:rPr>
          <w:b/>
        </w:rPr>
        <w:t xml:space="preserve">[27:52] </w:t>
      </w:r>
      <w:r>
        <w:t>Islam mein jitne bhi values hain,</w:t>
      </w:r>
    </w:p>
    <w:p>
      <w:pPr>
        <w:jc w:val="right"/>
      </w:pPr>
      <w:r>
        <w:t>اسلام میں جتنے بھی values ہیں،</w:t>
      </w:r>
    </w:p>
    <w:p>
      <w:r>
        <w:rPr>
          <w:b/>
        </w:rPr>
        <w:t xml:space="preserve">[27:58] </w:t>
      </w:r>
      <w:r>
        <w:t>jitne bhi aala values hain, aala values, jaise misaal ke taur par: "woh jab zikr Allah wajilat quloobuhum".</w:t>
      </w:r>
    </w:p>
    <w:p>
      <w:pPr>
        <w:jc w:val="right"/>
      </w:pPr>
      <w:r>
        <w:t>جتنے بھی اعلیٰ values ہیں، اعلیٰ values، جیسے مثال کے طور پر: "وہ اذا ذکر اللہ وجلت قلوبہم"۔</w:t>
      </w:r>
    </w:p>
    <w:p>
      <w:r>
        <w:rPr>
          <w:b/>
        </w:rPr>
        <w:t xml:space="preserve">[28:08] </w:t>
      </w:r>
      <w:r>
        <w:t>yeh saari cheezein jo Quran majeed mein hain ke aap aap ka Allah ki yaad se dil dahal</w:t>
      </w:r>
    </w:p>
    <w:p>
      <w:pPr>
        <w:jc w:val="right"/>
      </w:pPr>
      <w:r>
        <w:t>یہ ساری چیزیں جو قرآن مجید میں ہیں کہ آپ آپ کا اللہ کی یاد سے دل دہل</w:t>
      </w:r>
    </w:p>
    <w:p>
      <w:r>
        <w:rPr>
          <w:b/>
        </w:rPr>
        <w:t xml:space="preserve">[28:18] </w:t>
      </w:r>
      <w:r>
        <w:t>uthe, Allah ki yaad se aap ki girya taari ho jaye, Allah ki yaad se aap ke dimagh mein</w:t>
      </w:r>
    </w:p>
    <w:p>
      <w:pPr>
        <w:jc w:val="right"/>
      </w:pPr>
      <w:r>
        <w:t>اٹھے، اللہ کی یاد سے آپ کی گریہ طاری ہو جائے، اللہ کی یاد سے آپ کے دماغ میں</w:t>
      </w:r>
    </w:p>
    <w:p>
      <w:r>
        <w:rPr>
          <w:b/>
        </w:rPr>
        <w:t xml:space="preserve">[28:29] </w:t>
      </w:r>
      <w:r>
        <w:t>ek halchal paida ho jaye, Allah ki yaad se aap ke andar ek samandar, rabbaniyat ka samandar moajzan ho jaye. yeh sari cheezein jo aala, yani aala kaifiyat hain, woh sab ki sab aadmi mehroom ho jata hai is se agar us ke andar musbat soch nahi hai. to agar aadmi ch</w:t>
      </w:r>
    </w:p>
    <w:p>
      <w:pPr>
        <w:jc w:val="right"/>
      </w:pPr>
      <w:r>
        <w:t>ایک ہلچل پیدا ہو جائے، اللہ کی یاد سے آپ کے اندر ایک سمندر، ربانیت کا سمندر موجزن ہو جائے۔ یہ ساری چیزیں جو اعلیٰ، یعنی اعلیٰ کیفیات ہیں، وہ سب کی سب آدمی محروم ہو جاتا ہے اس سے اگر اس کے اندر مثبت سوچ نہیں ہے۔ تو اگر آدمی چ</w:t>
      </w:r>
    </w:p>
    <w:p>
      <w:r>
        <w:rPr>
          <w:b/>
        </w:rPr>
        <w:t xml:space="preserve">[28:59] </w:t>
      </w:r>
      <w:r>
        <w:t>ahta hai ke is ke andar jo aala darje ki jo rabani kaifiyat hain, woh paida hon, to is ko wahi karna parega jo gautam buddh ke qisse mein hai ke apne sine ko negativity se pak karna parega. apne sine ko negativity se pak karna parega. so feesadi apne aap ko musbat sochne wala banana parega, nahi to mehroom, mehroom, mehroom. aap duniya mein jahan bhi chale jayen, main bohat dekha hoon</w:t>
      </w:r>
    </w:p>
    <w:p>
      <w:pPr>
        <w:jc w:val="right"/>
      </w:pPr>
      <w:r>
        <w:t>اہتا ہے کہ اس کے اندر جو اعلیٰ درجے کی جو ربانی کیفیات ہیں، وہ پیدا ہوں، تو اس کو وہی کرنا پڑے گا جو گوتم بدھ کے قصے میں ہے کہ اپنے سینے کو negativity سے پاک کرنا پڑے گا۔ اپنے سینے کو negativity سے پاک کرنا پڑے گا۔ سو فیصد اپنے آپ کو مثبت سوچنے والا بنانا پڑے گا، نہیں تو محروم، محروم، محروم۔ آپ دنیا میں جہاں بھی چلے جائیں، میں بہت دیکھا ہوں</w:t>
      </w:r>
    </w:p>
    <w:p>
      <w:r>
        <w:rPr>
          <w:b/>
        </w:rPr>
        <w:t xml:space="preserve">[29:29] </w:t>
      </w:r>
      <w:r>
        <w:t>hamare musalmanon mein, kahin bhi koi aala baatein nahi hain. aala shukr, aala khauf, aala hamd, aala khuzoo, aala khushoo, yeh sab maujood hi is ka nahi hai. namazen, bohat si jagah hai ke namazon ki dhoom, namaz ki shakal ki dhoom hai, namaz ki jo shakal hai, us ki dhoom hai, haqeeqat namaz ki dhoom nahi. to ek hai namaz ki shakal, ek hai us ki</w:t>
      </w:r>
    </w:p>
    <w:p>
      <w:pPr>
        <w:jc w:val="right"/>
      </w:pPr>
      <w:r>
        <w:t>ہمارے مسلمانوں میں، کہیں بھی کوئی اعلیٰ باتیں نہیں ہیں۔ اعلیٰ شکر، اعلیٰ خوف، اعلیٰ حمد، اعلیٰ خضوع، اعلیٰ خشوع، یہ سب موجود ہی اس کا نہیں ہے۔ نمازیں، بہت سی جگہ ہے کہ نمازوں کی دھوم، نماز کی شکل کی دھوم ہے، نماز کی جو شکل ہے، اس کی دھوم ہے، حقیقت نماز کی دھوم نہیں۔ تو ایک ہے نماز کی شکل، ایک ہے اس کی</w:t>
      </w:r>
    </w:p>
    <w:p>
      <w:r>
        <w:rPr>
          <w:b/>
        </w:rPr>
        <w:t xml:space="preserve">[29:59] </w:t>
      </w:r>
      <w:r>
        <w:t>rooh, rooh khushu.</w:t>
      </w:r>
    </w:p>
    <w:p>
      <w:pPr>
        <w:jc w:val="right"/>
      </w:pPr>
      <w:r>
        <w:t>روح، روح خشوع۔</w:t>
      </w:r>
    </w:p>
    <w:p>
      <w:r>
        <w:rPr>
          <w:b/>
        </w:rPr>
        <w:t xml:space="preserve">[30:04] </w:t>
      </w:r>
      <w:r>
        <w:t>jahan bhi jaiye, aap namaz ki shakalon ki dhoom milegi aap ko aur khushu ghayab, hamd ghayab,</w:t>
      </w:r>
    </w:p>
    <w:p>
      <w:pPr>
        <w:jc w:val="right"/>
      </w:pPr>
      <w:r>
        <w:t>جہاں بھی جائیے، آپ نماز کی شکلوں کی دھوم ملے گی آپ کو اور خشوع غائب، حمد غائب،</w:t>
      </w:r>
    </w:p>
    <w:p>
      <w:r>
        <w:rPr>
          <w:b/>
        </w:rPr>
        <w:t xml:space="preserve">[30:09] </w:t>
      </w:r>
      <w:r>
        <w:t>mohabbat Elahi ghayab.</w:t>
      </w:r>
    </w:p>
    <w:p>
      <w:pPr>
        <w:jc w:val="right"/>
      </w:pPr>
      <w:r>
        <w:t>محبت الہی غائب۔</w:t>
      </w:r>
    </w:p>
    <w:p>
      <w:r>
        <w:rPr>
          <w:b/>
        </w:rPr>
        <w:t xml:space="preserve">[30:14] </w:t>
      </w:r>
      <w:r>
        <w:t>to woh sari chezen ghayab kyun hain? log jeete hain negativity mein, shikayaten liye pade hue hain.</w:t>
      </w:r>
    </w:p>
    <w:p>
      <w:pPr>
        <w:jc w:val="right"/>
      </w:pPr>
      <w:r>
        <w:t>تو وہ ساری چیزیں غائب کیوں ہیں؟ لوگ جیتے ہیں negativity میں، شکایتیں لیے پڑے ہوئے ہیں۔</w:t>
      </w:r>
    </w:p>
    <w:p>
      <w:r>
        <w:rPr>
          <w:b/>
        </w:rPr>
        <w:t xml:space="preserve">[30:19] </w:t>
      </w:r>
      <w:r>
        <w:t>har aadmi ko shikayat hai, kisi ko Hindu se shikayat, kisi ko Yahudi se shikayat, kisi ko Amrikiyon</w:t>
      </w:r>
    </w:p>
    <w:p>
      <w:pPr>
        <w:jc w:val="right"/>
      </w:pPr>
      <w:r>
        <w:t>ہر آدمی کو شکایت ہے، کسی کو ہندو سے شکایت، کسی کو یہودی سے شکایت، کسی کو امریکیوں</w:t>
      </w:r>
    </w:p>
    <w:p>
      <w:r>
        <w:rPr>
          <w:b/>
        </w:rPr>
        <w:t xml:space="preserve">[30:24] </w:t>
      </w:r>
      <w:r>
        <w:t>se shikayat, kisi ko Angrezo se shikayat, kisi ko France se shikayat, kisi ko Germany se shikayat.</w:t>
      </w:r>
    </w:p>
    <w:p>
      <w:pPr>
        <w:jc w:val="right"/>
      </w:pPr>
      <w:r>
        <w:t>سے شکایت، کسی کو انگریزوں سے شکایت، کسی کو فرانس سے شکایت، کسی کو جرمنی سے شکایت۔</w:t>
      </w:r>
    </w:p>
    <w:p>
      <w:r>
        <w:rPr>
          <w:b/>
        </w:rPr>
        <w:t xml:space="preserve">[30:29] </w:t>
      </w:r>
      <w:r>
        <w:t>shikayat, shikayat, shikayat, shikayat.</w:t>
      </w:r>
    </w:p>
    <w:p>
      <w:pPr>
        <w:jc w:val="right"/>
      </w:pPr>
      <w:r>
        <w:t>شکایت، شکایت، شکایت، شکایت۔</w:t>
      </w:r>
    </w:p>
    <w:p>
      <w:r>
        <w:rPr>
          <w:b/>
        </w:rPr>
        <w:t xml:space="preserve">[30:35] </w:t>
      </w:r>
      <w:r>
        <w:t>hamare jo akhbarat hote hain Musalmanon ke, woh sab is se bhare hue hain.</w:t>
      </w:r>
    </w:p>
    <w:p>
      <w:pPr>
        <w:jc w:val="right"/>
      </w:pPr>
      <w:r>
        <w:t>ہمارے جو اخبارات ہوتے ہیں مسلمانوں کے، وہ سب اس سے بھرے ہوئے ہیں۔</w:t>
      </w:r>
    </w:p>
    <w:p>
      <w:r>
        <w:rPr>
          <w:b/>
        </w:rPr>
        <w:t xml:space="preserve">[30:41] </w:t>
      </w:r>
      <w:r>
        <w:t>to kitna bada nuqsan hai yeh ke aap aala kaifiyat Rabani se mehroom ho jayen.</w:t>
      </w:r>
    </w:p>
    <w:p>
      <w:pPr>
        <w:jc w:val="right"/>
      </w:pPr>
      <w:r>
        <w:t>تو کتنا بڑا نقصان ہے یہ کہ آپ اعلیٰ کیفیات ربانی سے محروم ہو جائیں۔</w:t>
      </w:r>
    </w:p>
    <w:p>
      <w:r>
        <w:rPr>
          <w:b/>
        </w:rPr>
        <w:t xml:space="preserve">[30:47] </w:t>
      </w:r>
      <w:r>
        <w:t>yani kitna is nuqsan ki koi talafi ho sakti hai? Quran majeed mein bataya gaya hai ke shukr</w:t>
      </w:r>
    </w:p>
    <w:p>
      <w:pPr>
        <w:jc w:val="right"/>
      </w:pPr>
      <w:r>
        <w:t>یعنی کتنا اس نقصان کی کوئی تلافی ہو سکتی ہے؟ قرآن مجید میں بتایا گیا ہے کہ شکر</w:t>
      </w:r>
    </w:p>
    <w:p>
      <w:r>
        <w:rPr>
          <w:b/>
        </w:rPr>
        <w:t xml:space="preserve">[30:53] </w:t>
      </w:r>
      <w:r>
        <w:t>karne wale jannat mein jayenge, qalb saleem wale jannat mein jayenge. illa man</w:t>
      </w:r>
    </w:p>
    <w:p>
      <w:pPr>
        <w:jc w:val="right"/>
      </w:pPr>
      <w:r>
        <w:t>کرنے والے جنت میں جائیں گے، قلب سلیم والے جنت میں جائیں گے۔ الا من</w:t>
      </w:r>
    </w:p>
    <w:p>
      <w:r>
        <w:rPr>
          <w:b/>
        </w:rPr>
        <w:t xml:space="preserve">[30:59] </w:t>
      </w:r>
      <w:r>
        <w:t>Allah yani Quran se yeh sabit hai ke jannat woh log jayenge jin ke andar qalb saleem ho.</w:t>
      </w:r>
    </w:p>
    <w:p>
      <w:pPr>
        <w:jc w:val="right"/>
      </w:pPr>
      <w:r>
        <w:t>اللہ یعنی قرآن سے یہ ثابت ہے کہ جنت وہ لوگ جائیں گے جن کے اندر قلب سلیم ہو۔</w:t>
      </w:r>
    </w:p>
    <w:p>
      <w:r>
        <w:rPr>
          <w:b/>
        </w:rPr>
        <w:t xml:space="preserve">[31:04] </w:t>
      </w:r>
      <w:r>
        <w:t>qalb saleem se murad kya hai? sau feesad musbat, koi negativity bilkul nahin.</w:t>
      </w:r>
    </w:p>
    <w:p>
      <w:pPr>
        <w:jc w:val="right"/>
      </w:pPr>
      <w:r>
        <w:t>قلب سلیم سے مراد کیا ہے؟ سو فیصد مثبت، کوئی negativity بالکل نہیں۔</w:t>
      </w:r>
    </w:p>
    <w:p>
      <w:r>
        <w:rPr>
          <w:b/>
        </w:rPr>
        <w:t xml:space="preserve">[31:09] </w:t>
      </w:r>
      <w:r>
        <w:t>wohi jannat mein jayega.</w:t>
      </w:r>
    </w:p>
    <w:p>
      <w:pPr>
        <w:jc w:val="right"/>
      </w:pPr>
      <w:r>
        <w:t>وہی جنت میں جائے گا۔</w:t>
      </w:r>
    </w:p>
    <w:p>
      <w:r>
        <w:rPr>
          <w:b/>
        </w:rPr>
        <w:t xml:space="preserve">[31:14] </w:t>
      </w:r>
      <w:r>
        <w:t>ab bataiye ke jo log nafraton mein jeete hain, shikayaton mein jeete hain, kitna bada rizq bol rahe</w:t>
      </w:r>
    </w:p>
    <w:p>
      <w:pPr>
        <w:jc w:val="right"/>
      </w:pPr>
      <w:r>
        <w:t>اب بتائیے کہ جو لوگ نفرتوں میں جیتے ہیں، شکایتوں میں جیتے ہیں، کتنا بڑا رزق بول رہے</w:t>
      </w:r>
    </w:p>
    <w:p>
      <w:r>
        <w:rPr>
          <w:b/>
        </w:rPr>
        <w:t xml:space="preserve">[31:19] </w:t>
      </w:r>
      <w:r>
        <w:t>hain? rizq, jannat ka rizq.</w:t>
      </w:r>
    </w:p>
    <w:p>
      <w:pPr>
        <w:jc w:val="right"/>
      </w:pPr>
      <w:r>
        <w:t>ہیں؟ رزق، جنت کا رزق۔</w:t>
      </w:r>
    </w:p>
    <w:p>
      <w:r>
        <w:rPr>
          <w:b/>
        </w:rPr>
        <w:t xml:space="preserve">[31:24] </w:t>
      </w:r>
      <w:r>
        <w:t>yani dunya mein Allah ka insp</w:t>
      </w:r>
    </w:p>
    <w:p>
      <w:pPr>
        <w:jc w:val="right"/>
      </w:pPr>
      <w:r>
        <w:t>یعنی دنیا میں اللہ کا insp</w:t>
      </w:r>
    </w:p>
    <w:p>
      <w:r>
        <w:rPr>
          <w:b/>
        </w:rPr>
        <w:t xml:space="preserve">[31:30] </w:t>
      </w:r>
      <w:r>
        <w:t>iration unhein na mile, is ka rizq, aur akhirat mein jannat na mile, is ka rizq. ila man allah qalb saleem. qalb saleem ka matlab hi yahi hai ke so feesadi musbat soch is ke andar ho, negativity se bilkul pak ho, nafrat nahi aur koi badla nahi. is qism ki jo cheezen hoti hain, woh sab se pak sina. to sab ke khilaf shikayaten le ke baithe hue hain</w:t>
      </w:r>
    </w:p>
    <w:p>
      <w:pPr>
        <w:jc w:val="right"/>
      </w:pPr>
      <w:r>
        <w:t>iration انہیں نہ ملے، اس کا رزق، اور آخرت میں جنت نہ ملے، اس کا رزق۔ الا من اللہ قلب سلیم۔ قلب سلیم کا مطلب ہی یہی ہے کہ سو فیصد مثبت سوچ اس کے اندر ہو، negativity سے بالکل پاک ہو، نفرت نہیں اور کوئی بدلہ نہیں۔ اس قسم کی جو چیزیں ہوتی ہیں، وہ سب سے پاک سینہ۔ تو سب کے خلاف شکایتیں لے کے بیٹھے ہوئے ہیں</w:t>
      </w:r>
    </w:p>
    <w:p>
      <w:r>
        <w:rPr>
          <w:b/>
        </w:rPr>
        <w:t xml:space="preserve">[32:00] </w:t>
      </w:r>
      <w:r>
        <w:t>Musalman aur apne aap ko negative banaye hue hain.</w:t>
      </w:r>
    </w:p>
    <w:p>
      <w:pPr>
        <w:jc w:val="right"/>
      </w:pPr>
      <w:r>
        <w:t>مسلمان اور اپنے آپ کو negative بنائے ہوئے ہیں۔</w:t>
      </w:r>
    </w:p>
    <w:p>
      <w:r>
        <w:rPr>
          <w:b/>
        </w:rPr>
        <w:t xml:space="preserve">[32:06] </w:t>
      </w:r>
      <w:r>
        <w:t>to sochna chahiye ke kitna bada rizq le rahe hain woh? kitna bada rizq le rahe hain woh?</w:t>
      </w:r>
    </w:p>
    <w:p>
      <w:pPr>
        <w:jc w:val="right"/>
      </w:pPr>
      <w:r>
        <w:t>تو سوچنا چاہیے کہ کتنا بڑا رزق لے رہے ہیں وہ؟ کتنا بڑا رزق لے رہے ہیں وہ؟</w:t>
      </w:r>
    </w:p>
    <w:p>
      <w:r>
        <w:rPr>
          <w:b/>
        </w:rPr>
        <w:t xml:space="preserve">[32:12] </w:t>
      </w:r>
      <w:r>
        <w:t>dunya mein bhi, khas taur par dunya aur aakhrat ka mushtaq ban rahe hain.</w:t>
      </w:r>
    </w:p>
    <w:p>
      <w:pPr>
        <w:jc w:val="right"/>
      </w:pPr>
      <w:r>
        <w:t>دنیا میں بھی، خاص طور پر دنیا اور آخرت کا مشتاق بن رہے ہیں۔</w:t>
      </w:r>
    </w:p>
    <w:p>
      <w:r>
        <w:rPr>
          <w:b/>
        </w:rPr>
        <w:t xml:space="preserve">[32:18] </w:t>
      </w:r>
      <w:r>
        <w:t>doosri baat yeh hai ke aap musbat planning nahin kar sakte.</w:t>
      </w:r>
    </w:p>
    <w:p>
      <w:pPr>
        <w:jc w:val="right"/>
      </w:pPr>
      <w:r>
        <w:t>دوسری بات یہ ہے کہ آپ مثبت planning نہیں کر سکتے۔</w:t>
      </w:r>
    </w:p>
    <w:p>
      <w:r>
        <w:rPr>
          <w:b/>
        </w:rPr>
        <w:t xml:space="preserve">[32:24] </w:t>
      </w:r>
      <w:r>
        <w:t>jab aap yeh na janen ke Khuda ka takhleeqi mansooba kya hai, to aap</w:t>
      </w:r>
    </w:p>
    <w:p>
      <w:pPr>
        <w:jc w:val="right"/>
      </w:pPr>
      <w:r>
        <w:t>جب آپ یہ نہ جانیں کہ خدا کا تخلیقی منصوبہ کیا ہے، تو آپ</w:t>
      </w:r>
    </w:p>
    <w:p>
      <w:r>
        <w:rPr>
          <w:b/>
        </w:rPr>
        <w:t xml:space="preserve">[32:30] </w:t>
      </w:r>
      <w:r>
        <w:t>musbat planning nahin kar sakte.</w:t>
      </w:r>
    </w:p>
    <w:p>
      <w:pPr>
        <w:jc w:val="right"/>
      </w:pPr>
      <w:r>
        <w:t>مثبت planning نہیں کر سکتے۔</w:t>
      </w:r>
    </w:p>
    <w:p>
      <w:r>
        <w:rPr>
          <w:b/>
        </w:rPr>
        <w:t xml:space="preserve">[32:35] </w:t>
      </w:r>
      <w:r>
        <w:t>aap kyun? musbat planning ka formula Quran mein diya gaya hai: "inna maghal al-'usra yusra".</w:t>
      </w:r>
    </w:p>
    <w:p>
      <w:pPr>
        <w:jc w:val="right"/>
      </w:pPr>
      <w:r>
        <w:t>آپ کیوں؟ مثبت planning کا فارمولا قرآن میں دیا گیا ہے: "إنَّ مَغَلُ الْعُسْرَ يُسْرَى"۔</w:t>
      </w:r>
    </w:p>
    <w:p>
      <w:r>
        <w:rPr>
          <w:b/>
        </w:rPr>
        <w:t xml:space="preserve">[32:40] </w:t>
      </w:r>
      <w:r>
        <w:t>har surat-haal mein 'usr bhi rahega, yusr bhi rahega.</w:t>
      </w:r>
    </w:p>
    <w:p>
      <w:pPr>
        <w:jc w:val="right"/>
      </w:pPr>
      <w:r>
        <w:t>ہر صورتحال میں عُسر بھی رہے گا، یُسر بھی رہے گا۔</w:t>
      </w:r>
    </w:p>
    <w:p>
      <w:r>
        <w:rPr>
          <w:b/>
        </w:rPr>
        <w:t xml:space="preserve">[32:45] </w:t>
      </w:r>
      <w:r>
        <w:t>har surat-haal mein isi, ya'ni aazadi ke barabar, insaanon ko jo aazadi di gayi hai, aazadi, is ke</w:t>
      </w:r>
    </w:p>
    <w:p>
      <w:pPr>
        <w:jc w:val="right"/>
      </w:pPr>
      <w:r>
        <w:t>ہر صورتحال میں اسی، یعنی آزادی کے برابر، انسانوں کو جو آزادی دی گئی ہے، آزادی، اس کے</w:t>
      </w:r>
    </w:p>
    <w:p>
      <w:r>
        <w:rPr>
          <w:b/>
        </w:rPr>
        <w:t xml:space="preserve">[32:50] </w:t>
      </w:r>
      <w:r>
        <w:t>barabar aisa hoga, lazman aisa hoga.</w:t>
      </w:r>
    </w:p>
    <w:p>
      <w:pPr>
        <w:jc w:val="right"/>
      </w:pPr>
      <w:r>
        <w:t>برابر ایسا ہوگا، لازماً ایسا ہوگا۔</w:t>
      </w:r>
    </w:p>
    <w:p>
      <w:r>
        <w:rPr>
          <w:b/>
        </w:rPr>
        <w:t xml:space="preserve">[32:55] </w:t>
      </w:r>
      <w:r>
        <w:t>har surat-haal mein koi surat-haal aisi nahin hogi jahan se yusr to ho aur 'usr na ho, ya'ni mush</w:t>
      </w:r>
    </w:p>
    <w:p>
      <w:pPr>
        <w:jc w:val="right"/>
      </w:pPr>
      <w:r>
        <w:t>ہر صورتحال میں کوئی صورتحال ایسی نہیں ہوگی جہاں سے یُسر تو ہو اور عُسر نہ ہو، یعنی مش</w:t>
      </w:r>
    </w:p>
    <w:p>
      <w:r>
        <w:rPr>
          <w:b/>
        </w:rPr>
        <w:t xml:space="preserve">[33:00] </w:t>
      </w:r>
      <w:r>
        <w:t>kilat na hon aur sirf, ya'ni aasani aasani ho.</w:t>
      </w:r>
    </w:p>
    <w:p>
      <w:pPr>
        <w:jc w:val="right"/>
      </w:pPr>
      <w:r>
        <w:t>کلات نہ ہوں اور صرف، یعنی آسانی آسانی ہو۔</w:t>
      </w:r>
    </w:p>
    <w:p>
      <w:r>
        <w:rPr>
          <w:b/>
        </w:rPr>
        <w:t xml:space="preserve">[33:04] </w:t>
      </w:r>
      <w:r>
        <w:t>namumkin bola hai yeh duniya mein.</w:t>
      </w:r>
    </w:p>
    <w:p>
      <w:pPr>
        <w:jc w:val="right"/>
      </w:pPr>
      <w:r>
        <w:t>ناممکن بولا ہے یہ دنیا میں۔</w:t>
      </w:r>
    </w:p>
    <w:p>
      <w:r>
        <w:rPr>
          <w:b/>
        </w:rPr>
        <w:t xml:space="preserve">[33:09] </w:t>
      </w:r>
      <w:r>
        <w:t>na peghambar ke liye aisa tha, na aap ke liye aisa hoga.</w:t>
      </w:r>
    </w:p>
    <w:p>
      <w:pPr>
        <w:jc w:val="right"/>
      </w:pPr>
      <w:r>
        <w:t>نہ پیغمبر کے لیے ایسا تھا، نہ آپ کے لیے ایسا ہوگا۔</w:t>
      </w:r>
    </w:p>
    <w:p>
      <w:r>
        <w:rPr>
          <w:b/>
        </w:rPr>
        <w:t xml:space="preserve">[33:13] </w:t>
      </w:r>
      <w:r>
        <w:t>to ab kya kiya jaye? aisi halat mein aap ko jo hikmat hona chahiye, hikmat ke yusr, 'usr</w:t>
      </w:r>
    </w:p>
    <w:p>
      <w:pPr>
        <w:jc w:val="right"/>
      </w:pPr>
      <w:r>
        <w:t>تو اب کیا کیا جائے؟ ایسی حالت میں آپ کو جو حکمت ہونا چاہیے، حکمت کہ یُسر، عُسر</w:t>
      </w:r>
    </w:p>
    <w:p>
      <w:r>
        <w:rPr>
          <w:b/>
        </w:rPr>
        <w:t xml:space="preserve">[33:18] </w:t>
      </w:r>
      <w:r>
        <w:t>to hai aur rahega.</w:t>
      </w:r>
    </w:p>
    <w:p>
      <w:pPr>
        <w:jc w:val="right"/>
      </w:pPr>
      <w:r>
        <w:t>تو ہے اور رہے گا۔</w:t>
      </w:r>
    </w:p>
    <w:p>
      <w:r>
        <w:rPr>
          <w:b/>
        </w:rPr>
        <w:t xml:space="preserve">[33:22] </w:t>
      </w:r>
      <w:r>
        <w:t>ab 'usr ko talash karo.</w:t>
      </w:r>
    </w:p>
    <w:p>
      <w:pPr>
        <w:jc w:val="right"/>
      </w:pPr>
      <w:r>
        <w:t>اب عُسر کو تلاش کرو۔</w:t>
      </w:r>
    </w:p>
    <w:p>
      <w:r>
        <w:rPr>
          <w:b/>
        </w:rPr>
        <w:t xml:space="preserve">[33:27] </w:t>
      </w:r>
      <w:r>
        <w:t>ya'ni hum kamzor kar rahe hain 'usr ko is</w:t>
      </w:r>
    </w:p>
    <w:p>
      <w:pPr>
        <w:jc w:val="right"/>
      </w:pPr>
      <w:r>
        <w:t>یعنی ہم کمزور کر رہے ہیں عُسر کو اس</w:t>
      </w:r>
    </w:p>
    <w:p>
      <w:r>
        <w:rPr>
          <w:b/>
        </w:rPr>
        <w:t xml:space="preserve">[33:31] </w:t>
      </w:r>
      <w:r>
        <w:t>duniya se.</w:t>
      </w:r>
    </w:p>
    <w:p>
      <w:pPr>
        <w:jc w:val="right"/>
      </w:pPr>
      <w:r>
        <w:t>دنیا سے۔</w:t>
      </w:r>
    </w:p>
    <w:p>
      <w:r>
        <w:rPr>
          <w:b/>
        </w:rPr>
        <w:t xml:space="preserve">[33:37] </w:t>
      </w:r>
      <w:r>
        <w:t>to aap ko talash karna hai yusr, ya'ni is ko hum ne formula banaya hai ke mauqa ko</w:t>
      </w:r>
    </w:p>
    <w:p>
      <w:pPr>
        <w:jc w:val="right"/>
      </w:pPr>
      <w:r>
        <w:t>تو آپ کو تلاش کرنا ہے یُسر، یعنی اس کو ہم نے فارمولا بنایا ہے کہ موقع کو</w:t>
      </w:r>
    </w:p>
    <w:p>
      <w:r>
        <w:rPr>
          <w:b/>
        </w:rPr>
        <w:t xml:space="preserve">[33:43] </w:t>
      </w:r>
      <w:r>
        <w:t>talash karo, is ko hasil karo, aur jo mushkilat hain, un ko bhula do, un ko nazarandaaz karo.</w:t>
      </w:r>
    </w:p>
    <w:p>
      <w:pPr>
        <w:jc w:val="right"/>
      </w:pPr>
      <w:r>
        <w:t>تلاش کرو، اس کو حاصل کرو، اور جو مشکلات ہیں، ان کو بھلا دو، ان کو نظرانداز کرو۔</w:t>
      </w:r>
    </w:p>
    <w:p>
      <w:r>
        <w:rPr>
          <w:b/>
        </w:rPr>
        <w:t xml:space="preserve">[33:49] </w:t>
      </w:r>
      <w:r>
        <w:t>ya'ni nazarandaaz karo mas'ala, hasil karo mauqe, aur koi doosri planning mumkin hi nahin hai.</w:t>
      </w:r>
    </w:p>
    <w:p>
      <w:pPr>
        <w:jc w:val="right"/>
      </w:pPr>
      <w:r>
        <w:t>یعنی نظرانداز کرو مسئلہ، حاصل کرو مواقع، اور کوئی دوسری planning ممکن ہی نہیں ہے۔</w:t>
      </w:r>
    </w:p>
    <w:p>
      <w:r>
        <w:rPr>
          <w:b/>
        </w:rPr>
        <w:t xml:space="preserve">[33:55] </w:t>
      </w:r>
      <w:r>
        <w:t>agar aap yeh chahein ke aisi plan</w:t>
      </w:r>
    </w:p>
    <w:p>
      <w:pPr>
        <w:jc w:val="right"/>
      </w:pPr>
      <w:r>
        <w:t>اگر آپ یہ چاہیں کہ ایسی plan</w:t>
      </w:r>
    </w:p>
    <w:p>
      <w:r>
        <w:rPr>
          <w:b/>
        </w:rPr>
        <w:t xml:space="preserve">[34:01] </w:t>
      </w:r>
      <w:r>
        <w:t>ning jahan usr na ho, mushkilat na hon, koi aap ka dushman na ho, koi aap ke khilaf na ho, aur phir aap khali maidan mein ghoda daurayen, aap ka to aisa maidan to milega hi nahi aap ko is duniya mein. to nateeja kya hoga? ke aap taraqqi nahi kar sakenge. is zaban mein musalman aap dekhen, har shobay mein peechay hain, taleem mein peechay hain, sahafat mein peechay hain, sanat mein peechay hain, technology mein peechay hain, aur sainsi tehqeeq mein peechay hain. yani koi</w:t>
      </w:r>
    </w:p>
    <w:p>
      <w:pPr>
        <w:jc w:val="right"/>
      </w:pPr>
      <w:r>
        <w:t>ning جہاں عُسر نہ ہو، مشکلات نہ ہوں، کوئی آپ کا دشمن نہ ہو، کوئی آپ کے خلاف نہ ہو، اور پھر آپ خالی میدان میں گھوڑا دوڑائیں، آپ کا تو ایسا میدان تو ملے گا ہی نہیں آپ کو اس دنیا میں۔ تو نتیجہ کیا ہوگا؟ کہ آپ ترقی نہیں کر سکیں گے۔ اس زبان میں مسلمان آپ دیکھیں، ہر شعبے میں پیچھے ہیں، تعلیم میں پیچھے ہیں، صحافت میں پیچھے ہیں، صنعت میں پیچھے ہیں، ٹیکنالوجی میں پیچھے ہیں، اور سائنسی تحقیق میں پیچھے ہیں۔ یعنی کوئی</w:t>
      </w:r>
    </w:p>
    <w:p>
      <w:r>
        <w:rPr>
          <w:b/>
        </w:rPr>
        <w:t xml:space="preserve">[34:31] </w:t>
      </w:r>
      <w:r>
        <w:t>shoba aisa nahi jahan woh peechay na ho. sirf ek cheez woh aage ho sakti hai: military, khudkushi, bambari. wahan har cheez peechay hai, har cheez peechay hai. kyun? kyunke in agahi ki wajah se woh nakaam rahe hain apni sargarmiyon mein musbat tareeqay se. chunke unhein is ki khabar nahi, to isi mein, isi mein shikayaton mein jeete hain</w:t>
      </w:r>
    </w:p>
    <w:p>
      <w:pPr>
        <w:jc w:val="right"/>
      </w:pPr>
      <w:r>
        <w:t>شعبہ ایسا نہیں جہاں وہ پیچھے نہ ہوں۔ صرف ایک چیز وہ آگے ہو سکتی ہے: ملٹری، خودکشی، بمباری۔ وہاں ہر چیز پیچھے ہے، ہر چیز پیچھے ہے۔ کیوں؟ کیونکہ ان آگاہی کی وجہ سے وہ ناکام رہے ہیں اپنی سرگرمیوں میں مثبت طریقے سے۔ چونکہ انہیں اس کی خبر نہیں، تو اسی میں، اسی میں شکایتوں میں جیتے ہیں</w:t>
      </w:r>
    </w:p>
    <w:p>
      <w:r>
        <w:rPr>
          <w:b/>
        </w:rPr>
        <w:t xml:space="preserve">[35:01] </w:t>
      </w:r>
      <w:r>
        <w:t>, kuch samajh nahin paate.</w:t>
      </w:r>
    </w:p>
    <w:p>
      <w:pPr>
        <w:jc w:val="right"/>
      </w:pPr>
      <w:r>
        <w:t>، کچھ سمجھ نہیں پاتے۔</w:t>
      </w:r>
    </w:p>
    <w:p>
      <w:r>
        <w:rPr>
          <w:b/>
        </w:rPr>
        <w:t xml:space="preserve">[35:07] </w:t>
      </w:r>
      <w:r>
        <w:t>yeh formula musalmanon ko maloom hi nahin hai ke nazarandaaz karo masail aur hasil karo mauqe.</w:t>
      </w:r>
    </w:p>
    <w:p>
      <w:pPr>
        <w:jc w:val="right"/>
      </w:pPr>
      <w:r>
        <w:t>یہ فارمولا مسلمانوں کو معلوم ہی نہیں ہے کہ نظرانداز کرو مسائل اور حاصل کرو مواقع۔</w:t>
      </w:r>
    </w:p>
    <w:p>
      <w:r>
        <w:rPr>
          <w:b/>
        </w:rPr>
        <w:t xml:space="preserve">[35:14] </w:t>
      </w:r>
      <w:r>
        <w:t>doosri qaumein dekhein, kitna taraqqi kar rahi hain, kitna taraqqi kar rahi hain.</w:t>
      </w:r>
    </w:p>
    <w:p>
      <w:pPr>
        <w:jc w:val="right"/>
      </w:pPr>
      <w:r>
        <w:t>دوسری قومیں دیکھیں، کتنا ترقی کر رہی ہیں، کتنا ترقی کر رہی ہیں۔</w:t>
      </w:r>
    </w:p>
    <w:p>
      <w:r>
        <w:rPr>
          <w:b/>
        </w:rPr>
        <w:t xml:space="preserve">[35:20] </w:t>
      </w:r>
      <w:r>
        <w:t>ab musalman, muslim star liking bank, is ki sab se badi wajah is ki yahi hai ke musbat</w:t>
      </w:r>
    </w:p>
    <w:p>
      <w:pPr>
        <w:jc w:val="right"/>
      </w:pPr>
      <w:r>
        <w:t>اب مسلمان، مسلم سٹار لیکنگ بینک، اس کی سب سے بڑی وجہ اس کی یہی ہے کہ مثبت</w:t>
      </w:r>
    </w:p>
    <w:p>
      <w:r>
        <w:rPr>
          <w:b/>
        </w:rPr>
        <w:t xml:space="preserve">[35:26] </w:t>
      </w:r>
      <w:r>
        <w:t>soch nahin hai in ko.</w:t>
      </w:r>
    </w:p>
    <w:p>
      <w:pPr>
        <w:jc w:val="right"/>
      </w:pPr>
      <w:r>
        <w:t>سوچ نہیں ہے ان کو۔</w:t>
      </w:r>
    </w:p>
    <w:p>
      <w:r>
        <w:rPr>
          <w:b/>
        </w:rPr>
        <w:t xml:space="preserve">[35:32] </w:t>
      </w:r>
      <w:r>
        <w:t>to aap ghaur kijiye, kitna bada nuqsan yeh hai, kitna bada nuqsan yeh hai.</w:t>
      </w:r>
    </w:p>
    <w:p>
      <w:pPr>
        <w:jc w:val="right"/>
      </w:pPr>
      <w:r>
        <w:t>تو آپ غور کیجیے، کتنا بڑا نقصان یہ ہے، کتنا بڑا نقصان یہ ہے۔</w:t>
      </w:r>
    </w:p>
    <w:p>
      <w:r>
        <w:rPr>
          <w:b/>
        </w:rPr>
        <w:t xml:space="preserve">[35:36] </w:t>
      </w:r>
      <w:r>
        <w:t>is tarah se dekhiye aap yeh nuqsan ke jis cheez ka ilzam aap doosron ko de rahe hain,</w:t>
      </w:r>
    </w:p>
    <w:p>
      <w:pPr>
        <w:jc w:val="right"/>
      </w:pPr>
      <w:r>
        <w:t>اس طرح سے دیکھیے آپ یہ نقصان کہ جس چیز کا الزام آپ دوسروں کو دے رہے ہیں،</w:t>
      </w:r>
    </w:p>
    <w:p>
      <w:r>
        <w:rPr>
          <w:b/>
        </w:rPr>
        <w:t xml:space="preserve">[35:41] </w:t>
      </w:r>
      <w:r>
        <w:t>woh to ek nemat thi aap ke liye.</w:t>
      </w:r>
    </w:p>
    <w:p>
      <w:pPr>
        <w:jc w:val="right"/>
      </w:pPr>
      <w:r>
        <w:t>وہ تو ایک نعمت تھی آپ کے لیے۔</w:t>
      </w:r>
    </w:p>
    <w:p>
      <w:r>
        <w:rPr>
          <w:b/>
        </w:rPr>
        <w:t xml:space="preserve">[35:45] </w:t>
      </w:r>
      <w:r>
        <w:t>misal ke taur par ek kitab chhapi hai, isi dilli mein ek jama'at ne kitab chhapi hai, global</w:t>
      </w:r>
    </w:p>
    <w:p>
      <w:pPr>
        <w:jc w:val="right"/>
      </w:pPr>
      <w:r>
        <w:t>مثال کے طور پر ایک کتاب چھپی ہے، اسی دلی میں ایک جماعت نے کتاب چھاپی ہے، گلوبل</w:t>
      </w:r>
    </w:p>
    <w:p>
      <w:r>
        <w:rPr>
          <w:b/>
        </w:rPr>
        <w:t xml:space="preserve">[35:49] </w:t>
      </w:r>
      <w:r>
        <w:t>ais ain par.</w:t>
      </w:r>
    </w:p>
    <w:p>
      <w:pPr>
        <w:jc w:val="right"/>
      </w:pPr>
      <w:r>
        <w:t>آئی ایس این پر۔</w:t>
      </w:r>
    </w:p>
    <w:p>
      <w:r>
        <w:rPr>
          <w:b/>
        </w:rPr>
        <w:t xml:space="preserve">[35:53] </w:t>
      </w:r>
      <w:r>
        <w:t>bazaahir ek bahut badi jamaat hai woh, aur kitaab chhapi hai global ais ain par.</w:t>
      </w:r>
    </w:p>
    <w:p>
      <w:pPr>
        <w:jc w:val="right"/>
      </w:pPr>
      <w:r>
        <w:t>بظاہر ایک بہت بڑی جماعت ہے وہ، اور کتاب چھاپی ہے گلوبل آئی ایس این پر۔</w:t>
      </w:r>
    </w:p>
    <w:p>
      <w:r>
        <w:rPr>
          <w:b/>
        </w:rPr>
        <w:t xml:space="preserve">[35:58] </w:t>
      </w:r>
      <w:r>
        <w:t>bahut hi, bahut hi negative, bahut hi b</w:t>
      </w:r>
    </w:p>
    <w:p>
      <w:pPr>
        <w:jc w:val="right"/>
      </w:pPr>
      <w:r>
        <w:t>بہت ہی، بہت ہی نیگیٹیو، بہت ہی ب</w:t>
      </w:r>
    </w:p>
    <w:p>
      <w:r>
        <w:rPr>
          <w:b/>
        </w:rPr>
        <w:t xml:space="preserve">[36:02] </w:t>
      </w:r>
      <w:r>
        <w:t>ra bataya hai global ais ain ko ke saazish hai musalmanon ke khilaaf.</w:t>
      </w:r>
    </w:p>
    <w:p>
      <w:pPr>
        <w:jc w:val="right"/>
      </w:pPr>
      <w:r>
        <w:t>را بتایا ہے گلوبل آئی ایس این کو کہ سازش ہے مسلمانوں کے خلاف۔</w:t>
      </w:r>
    </w:p>
    <w:p>
      <w:r>
        <w:rPr>
          <w:b/>
        </w:rPr>
        <w:t xml:space="preserve">[36:07] </w:t>
      </w:r>
      <w:r>
        <w:t>yaani global ais ain ko musalmanon ke khilaaf saazish bataya.</w:t>
      </w:r>
    </w:p>
    <w:p>
      <w:pPr>
        <w:jc w:val="right"/>
      </w:pPr>
      <w:r>
        <w:t>یعنی گلوبل آئی ایس این کو مسلمانوں کے خلاف سازش بتایا۔</w:t>
      </w:r>
    </w:p>
    <w:p>
      <w:r>
        <w:rPr>
          <w:b/>
        </w:rPr>
        <w:t xml:space="preserve">[36:12] </w:t>
      </w:r>
      <w:r>
        <w:t>yaani kis qadar, yaani kitne bade in aagahi ki baat hai yeh.</w:t>
      </w:r>
    </w:p>
    <w:p>
      <w:pPr>
        <w:jc w:val="right"/>
      </w:pPr>
      <w:r>
        <w:t>یعنی کس قدر، یعنی کتنے بڑے ان آگاہی کی بات ہے یہ۔</w:t>
      </w:r>
    </w:p>
    <w:p>
      <w:r>
        <w:rPr>
          <w:b/>
        </w:rPr>
        <w:t xml:space="preserve">[36:17] </w:t>
      </w:r>
      <w:r>
        <w:t>global ais ain ek nemat hai, ek barkat hai hamare liye.</w:t>
      </w:r>
    </w:p>
    <w:p>
      <w:pPr>
        <w:jc w:val="right"/>
      </w:pPr>
      <w:r>
        <w:t>گلوبل آئی ایس این ایک نعمت ہے، ایک برکت ہے ہمارے لیے۔</w:t>
      </w:r>
    </w:p>
    <w:p>
      <w:r>
        <w:rPr>
          <w:b/>
        </w:rPr>
        <w:t xml:space="preserve">[36:22] </w:t>
      </w:r>
      <w:r>
        <w:t>doosra agar faayda utha raha hai toh woh bhi faayda uthayega.</w:t>
      </w:r>
    </w:p>
    <w:p>
      <w:pPr>
        <w:jc w:val="right"/>
      </w:pPr>
      <w:r>
        <w:t>دوسرا اگر فائدہ اٹھا رہا ہے تو وہ بھی فائدہ اٹھائے گا۔</w:t>
      </w:r>
    </w:p>
    <w:p>
      <w:r>
        <w:rPr>
          <w:b/>
        </w:rPr>
        <w:t xml:space="preserve">[36:27] </w:t>
      </w:r>
      <w:r>
        <w:t>agar ek aisa daur aajaye jahan, yaani communication bahut zyada ho jaye,</w:t>
      </w:r>
    </w:p>
    <w:p>
      <w:pPr>
        <w:jc w:val="right"/>
      </w:pPr>
      <w:r>
        <w:t>اگر ایک ایسا دور آجائے جہاں، یعنی کمیونیکیشن بہت زیادہ ہو جائے،</w:t>
      </w:r>
    </w:p>
    <w:p>
      <w:r>
        <w:rPr>
          <w:b/>
        </w:rPr>
        <w:t xml:space="preserve">[36:32] </w:t>
      </w:r>
      <w:r>
        <w:t>duniya ek global shehar ban jaye, to kya aap samajhte hain ke hum hi is ko faida uthayenge? doosra nahi uthaye ga? jo doosra utha raha hai, us liye us ko bana diya ke woh bohat buri cheez hai woh. yani global isn ek nemat hai hamare liye. yani aise, aise communication ka duniya mein aana, aise zamane ki duniya mein aana ke aap ek jagah reh kar ke sari duniya mein aap apna paigham phaila sakte hain. yani idkhal kalma ka zamana, jo hadith mein aaya hai ke qayamat</w:t>
      </w:r>
    </w:p>
    <w:p>
      <w:pPr>
        <w:jc w:val="right"/>
      </w:pPr>
      <w:r>
        <w:t>دنیا ایک گلوبل شہر بن جائے، تو کیا آپ سمجھتے ہیں کہ ہم ہی اس کو فائدہ اٹھائیں گے؟ دوسرا نہیں اٹھائے گا؟ جو دوسرا اٹھا رہا ہے، اس لیے اس کو بنا دیا کہ وہ بہت بری چیز ہے وہ۔ یعنی گلوبل آئی ایس این ایک نعمت ہے ہمارے لیے۔ یعنی ایسے، ایسے کمیونیکیشن کا دنیا میں آنا، ایسے زمانے کی دنیا میں آنا کہ آپ ایک جگہ رہ کر کے ساری دنیا میں آپ اپنا پیغام پھیلا سکتے ہیں۔ یعنی ادخال کلمہ کا زمانہ، جو حدیث میں آیا ہے کہ قیامت</w:t>
      </w:r>
    </w:p>
    <w:p>
      <w:r>
        <w:rPr>
          <w:b/>
        </w:rPr>
        <w:t xml:space="preserve">[37:02] </w:t>
      </w:r>
      <w:r>
        <w:t>se pehle idkhaal kalma fi kul al buyoot hoga.</w:t>
      </w:r>
    </w:p>
    <w:p>
      <w:pPr>
        <w:jc w:val="right"/>
      </w:pPr>
      <w:r>
        <w:t>سے پہلے ادخال کلمہ فی کل البیوت ہوگا۔</w:t>
      </w:r>
    </w:p>
    <w:p>
      <w:r>
        <w:rPr>
          <w:b/>
        </w:rPr>
        <w:t xml:space="preserve">[37:07] </w:t>
      </w:r>
      <w:r>
        <w:t>yaani har ghar mein Allah ka paigham pohnchega.</w:t>
      </w:r>
    </w:p>
    <w:p>
      <w:pPr>
        <w:jc w:val="right"/>
      </w:pPr>
      <w:r>
        <w:t>یعنی ہر گھر میں اللہ کا پیغام پہنچے گا۔</w:t>
      </w:r>
    </w:p>
    <w:p>
      <w:r>
        <w:rPr>
          <w:b/>
        </w:rPr>
        <w:t xml:space="preserve">[37:12] </w:t>
      </w:r>
      <w:r>
        <w:t>toh kaise pohnch sakta hai? isi liye toh pohnchega, isi liye toh pohnchega, isi communication ko</w:t>
      </w:r>
    </w:p>
    <w:p>
      <w:pPr>
        <w:jc w:val="right"/>
      </w:pPr>
      <w:r>
        <w:t>تو کیسے پہنچ سکتا ہے؟ اسی لیے تو پہنچے گا، اسی لیے تو پہنچے گا، اسی کمیونیکیشن کو</w:t>
      </w:r>
    </w:p>
    <w:p>
      <w:r>
        <w:rPr>
          <w:b/>
        </w:rPr>
        <w:t xml:space="preserve">[37:17] </w:t>
      </w:r>
      <w:r>
        <w:t>le kar ke, isi, yaani print media aur electronic media ko le kar ke, jis ko multimedia</w:t>
      </w:r>
    </w:p>
    <w:p>
      <w:pPr>
        <w:jc w:val="right"/>
      </w:pPr>
      <w:r>
        <w:t>لے کر کے، اسی، یعنی پرنٹ میڈیا اور الیکٹرانک میڈیا کو لے کر کے، جس کو ملٹی میڈیا</w:t>
      </w:r>
    </w:p>
    <w:p>
      <w:r>
        <w:rPr>
          <w:b/>
        </w:rPr>
        <w:t xml:space="preserve">[37:22] </w:t>
      </w:r>
      <w:r>
        <w:t>kaha jata hai, woh isi tak pohnchega.</w:t>
      </w:r>
    </w:p>
    <w:p>
      <w:pPr>
        <w:jc w:val="right"/>
      </w:pPr>
      <w:r>
        <w:t>کہا جاتا ہے، وہ اسی تک پہنچے گا۔</w:t>
      </w:r>
    </w:p>
    <w:p>
      <w:r>
        <w:rPr>
          <w:b/>
        </w:rPr>
        <w:t xml:space="preserve">[37:27] </w:t>
      </w:r>
      <w:r>
        <w:t>aur kaise pohnchega? toh yeh agar is ta</w:t>
      </w:r>
    </w:p>
    <w:p>
      <w:pPr>
        <w:jc w:val="right"/>
      </w:pPr>
      <w:r>
        <w:t>اور کیسے پہنچے گا؟ تو یہ اگر اس ط</w:t>
      </w:r>
    </w:p>
    <w:p>
      <w:r>
        <w:rPr>
          <w:b/>
        </w:rPr>
        <w:t xml:space="preserve">[37:32] </w:t>
      </w:r>
      <w:r>
        <w:t>reeqe ko agar america walon ne ijad kiya to woh nahi faida uthayenge kya? sirf aap ke liye chhod denge woh? to kitab chhapi hai, bohat hi bura bhala ke musalmanon ke khilaf yeh hai global isn. yani kya hamari monopoly hai jadeed communication par? jadeed communication par hamari monopoly rahegi? yeh to bilkul ahmaqana baat hai na? yeh koi soch hai yeh?</w:t>
      </w:r>
    </w:p>
    <w:p>
      <w:pPr>
        <w:jc w:val="right"/>
      </w:pPr>
      <w:r>
        <w:t>ریقے کو اگر امریکہ والوں نے ایجاد کیا تو وہ نہیں فائدہ اٹھائیں گے کیا؟ صرف آپ کے لیے چھوڑ دیں گے وہ؟ تو کتاب چھپی ہے، بہت ہی برا بھلا کہ مسلمانوں کے خلاف یہ ہے گلوبل آئی ایس این۔ یعنی کیا ہماری مناپلی ہے جدید کمیونیکیشن پر؟ جدید کمیونیکیشن پر ہماری مناپلی رہے گی؟ یہ تو بالکل احمقانہ بات ہے نا؟ یہ کوئی سوچ ہے یہ؟</w:t>
      </w:r>
    </w:p>
    <w:p>
      <w:r>
        <w:rPr>
          <w:b/>
        </w:rPr>
        <w:t xml:space="preserve">[38:02] </w:t>
      </w:r>
      <w:r>
        <w:t>toh baharhaal chuki hamari soch jo negative ho gayi hai, is har maamle mein hum negative bane hue hain.</w:t>
      </w:r>
    </w:p>
    <w:p>
      <w:pPr>
        <w:jc w:val="right"/>
      </w:pPr>
      <w:r>
        <w:t>تو بہرحال چونکہ ہماری سوچ جو نیگیٹیو ہو گئی ہے، اس ہر معاملے میں ہم نیگیٹیو بنے ہوئے ہیں۔</w:t>
      </w:r>
    </w:p>
    <w:p>
      <w:r>
        <w:rPr>
          <w:b/>
        </w:rPr>
        <w:t xml:space="preserve">[38:08] </w:t>
      </w:r>
      <w:r>
        <w:t>jo sab se bada khair musbat soch hai, woh musbat soch kab aaya hota hai? jab aap cheezon</w:t>
      </w:r>
    </w:p>
    <w:p>
      <w:pPr>
        <w:jc w:val="right"/>
      </w:pPr>
      <w:r>
        <w:t>جو سب سے بڑا خیر مثبت سوچ ہے، وہ مثبت سوچ کب آیا ہوتا ہے؟ جب آپ چیزوں</w:t>
      </w:r>
    </w:p>
    <w:p>
      <w:r>
        <w:rPr>
          <w:b/>
        </w:rPr>
        <w:t xml:space="preserve">[38:14] </w:t>
      </w:r>
      <w:r>
        <w:t>ko samajh sakein, aap jaan sakein ke yeh toh jo hai, woh toh Khuda ki ki mansooba bandi</w:t>
      </w:r>
    </w:p>
    <w:p>
      <w:pPr>
        <w:jc w:val="right"/>
      </w:pPr>
      <w:r>
        <w:t>کو سمجھ سکیں، آپ جان سکیں کہ یہ تو جو ہے، وہ تو خدا کی کی منصوبہ بندی</w:t>
      </w:r>
    </w:p>
    <w:p>
      <w:r>
        <w:rPr>
          <w:b/>
        </w:rPr>
        <w:t xml:space="preserve">[38:20] </w:t>
      </w:r>
      <w:r>
        <w:t>ki wajah se hai.</w:t>
      </w:r>
    </w:p>
    <w:p>
      <w:pPr>
        <w:jc w:val="right"/>
      </w:pPr>
      <w:r>
        <w:t>کی وجہ سے ہے۔</w:t>
      </w:r>
    </w:p>
    <w:p>
      <w:r>
        <w:rPr>
          <w:b/>
        </w:rPr>
        <w:t xml:space="preserve">[38:26] </w:t>
      </w:r>
      <w:r>
        <w:t>doosri qaumein agar aage badh rahi hain toh Khuda ki mansooba bandi ki wajah se</w:t>
      </w:r>
    </w:p>
    <w:p>
      <w:pPr>
        <w:jc w:val="right"/>
      </w:pPr>
      <w:r>
        <w:t>دوسری قومیں اگر آگے بڑھ رہی ہیں تو خدا کی منصوبہ بندی کی وجہ سے</w:t>
      </w:r>
    </w:p>
    <w:p>
      <w:r>
        <w:rPr>
          <w:b/>
        </w:rPr>
        <w:t xml:space="preserve">[38:32] </w:t>
      </w:r>
      <w:r>
        <w:t>hai.</w:t>
      </w:r>
    </w:p>
    <w:p>
      <w:pPr>
        <w:jc w:val="right"/>
      </w:pPr>
      <w:r>
        <w:t>ہے۔</w:t>
      </w:r>
    </w:p>
    <w:p>
      <w:r>
        <w:rPr>
          <w:b/>
        </w:rPr>
        <w:t xml:space="preserve">[38:37] </w:t>
      </w:r>
      <w:r>
        <w:t>isi ki wajah se dekhiye, ek bahut bada junoon musalmanon ko jo hai ke saari duniya un ko</w:t>
      </w:r>
    </w:p>
    <w:p>
      <w:pPr>
        <w:jc w:val="right"/>
      </w:pPr>
      <w:r>
        <w:t>اسی کی وجہ سے دیکھیے، ایک بہت بڑا جنون مسلمانوں کو جو ہے کہ ساری دنیا ان کو</w:t>
      </w:r>
    </w:p>
    <w:p>
      <w:r>
        <w:rPr>
          <w:b/>
        </w:rPr>
        <w:t xml:space="preserve">[38:43] </w:t>
      </w:r>
      <w:r>
        <w:t>lagti hai ke un ki dushman hai, woh yeh ke kahin Rasool Allah ke khilaaf koi cartoon chhap</w:t>
      </w:r>
    </w:p>
    <w:p>
      <w:pPr>
        <w:jc w:val="right"/>
      </w:pPr>
      <w:r>
        <w:t>لگتی ہے کہ ان کی دشمن ہے، وہ یہ کہ کہیں رسول اللہ کے خلاف کوئی کارٹون چھپ</w:t>
      </w:r>
    </w:p>
    <w:p>
      <w:r>
        <w:rPr>
          <w:b/>
        </w:rPr>
        <w:t xml:space="preserve">[38:48] </w:t>
      </w:r>
      <w:r>
        <w:t>jaye, koi kitaab chhap jaye, bas ek hungama khada ho jata hai is ke liye kar ke.</w:t>
      </w:r>
    </w:p>
    <w:p>
      <w:pPr>
        <w:jc w:val="right"/>
      </w:pPr>
      <w:r>
        <w:t>جائے، کوئی کتاب چھپ جائے، بس ایک ہنگامہ کھڑا ہو جاتا ہے اس کے لیے کر کے۔</w:t>
      </w:r>
    </w:p>
    <w:p>
      <w:r>
        <w:rPr>
          <w:b/>
        </w:rPr>
        <w:t xml:space="preserve">[38:53] </w:t>
      </w:r>
      <w:r>
        <w:t>arey bhai, jab duniya mein azaadi aayi hai toh azaadi aap hi ko milegi, un ko nahi milegi.</w:t>
      </w:r>
    </w:p>
    <w:p>
      <w:pPr>
        <w:jc w:val="right"/>
      </w:pPr>
      <w:r>
        <w:t>ارے بھائی، جب دنیا میں آزادی آئی ہے تو آزادی آپ ہی کو ملے گی، ان کو نہیں ملے گی۔</w:t>
      </w:r>
    </w:p>
    <w:p>
      <w:r>
        <w:rPr>
          <w:b/>
        </w:rPr>
        <w:t xml:space="preserve">[38:58] </w:t>
      </w:r>
      <w:r>
        <w:t>aap ghhor kijiye, kitni bari nemat hai azadi, jo kabhi tareekh mein nahi thi pehle.</w:t>
      </w:r>
    </w:p>
    <w:p>
      <w:pPr>
        <w:jc w:val="right"/>
      </w:pPr>
      <w:r>
        <w:t>آپ غور کیجیے، کتنی بڑی نعمت ہے آزادی، جو کبھی تاریخ میں نہیں تھی پہلے۔</w:t>
      </w:r>
    </w:p>
    <w:p>
      <w:r>
        <w:rPr>
          <w:b/>
        </w:rPr>
        <w:t xml:space="preserve">[39:03] </w:t>
      </w:r>
      <w:r>
        <w:t>yani aik taraf to log yeh mante hain ke hamara deen sab se afzal hai, hamari kitab sab</w:t>
      </w:r>
    </w:p>
    <w:p>
      <w:pPr>
        <w:jc w:val="right"/>
      </w:pPr>
      <w:r>
        <w:t>یعنی ایک طرف تو لوگ یہ مانتے ہیں کہ ہمارا دین سب سے افضل ہے، ہماری کتاب سب</w:t>
      </w:r>
    </w:p>
    <w:p>
      <w:r>
        <w:rPr>
          <w:b/>
        </w:rPr>
        <w:t xml:space="preserve">[39:08] </w:t>
      </w:r>
      <w:r>
        <w:t>se afzal hai, to phir darne ki kya baat hai? agar doosra chhapta hai cartoon, doosra chhapta hai</w:t>
      </w:r>
    </w:p>
    <w:p>
      <w:pPr>
        <w:jc w:val="right"/>
      </w:pPr>
      <w:r>
        <w:t>سے افضل ہے، تو پھر ڈرنے کی کیا بات ہے؟ اگر دوسرا چھاپتا ہے کارٹون، دوسرا چھاپتا ہے</w:t>
      </w:r>
    </w:p>
    <w:p>
      <w:r>
        <w:rPr>
          <w:b/>
        </w:rPr>
        <w:t xml:space="preserve">[39:13] </w:t>
      </w:r>
      <w:r>
        <w:t>kitab to aap apni afzaliyat ko qaim kijiye.</w:t>
      </w:r>
    </w:p>
    <w:p>
      <w:pPr>
        <w:jc w:val="right"/>
      </w:pPr>
      <w:r>
        <w:t>کتاب تو آپ اپنی افضلیت کو قائم کیجیے۔</w:t>
      </w:r>
    </w:p>
    <w:p>
      <w:r>
        <w:rPr>
          <w:b/>
        </w:rPr>
        <w:t xml:space="preserve">[39:18] </w:t>
      </w:r>
      <w:r>
        <w:t>aap mazmoon likhein, kitabein likhein, is mein kaun rokta hai aap ko? yeh dekhiye, namumkin hai ke ke</w:t>
      </w:r>
    </w:p>
    <w:p>
      <w:pPr>
        <w:jc w:val="right"/>
      </w:pPr>
      <w:r>
        <w:t>آپ مضمون لکھیں، کتابیں لکھیں، اس میں کون روکتا ہے آپ کو؟ یہ دیکھیے، ناممکن ہے کہ کہ</w:t>
      </w:r>
    </w:p>
    <w:p>
      <w:r>
        <w:rPr>
          <w:b/>
        </w:rPr>
        <w:t xml:space="preserve">[39:23] </w:t>
      </w:r>
      <w:r>
        <w:t>aap ko monopoly mil jaye.</w:t>
      </w:r>
    </w:p>
    <w:p>
      <w:pPr>
        <w:jc w:val="right"/>
      </w:pPr>
      <w:r>
        <w:t>آپ کو مناپلی مل جائے۔</w:t>
      </w:r>
    </w:p>
    <w:p>
      <w:r>
        <w:rPr>
          <w:b/>
        </w:rPr>
        <w:t xml:space="preserve">[39:29] </w:t>
      </w:r>
      <w:r>
        <w:t>yeh namumkin hai, ho nahi sakta hai.</w:t>
      </w:r>
    </w:p>
    <w:p>
      <w:pPr>
        <w:jc w:val="right"/>
      </w:pPr>
      <w:r>
        <w:t>یہ ناممکن ہے، ہو نہیں سکتا ہے۔</w:t>
      </w:r>
    </w:p>
    <w:p>
      <w:r>
        <w:rPr>
          <w:b/>
        </w:rPr>
        <w:t xml:space="preserve">[39:34] </w:t>
      </w:r>
      <w:r>
        <w:t>azadi aap ko milegi ya doosron ko milegi? mawaqe aap ko milenge ya doosron ko milenge? mawaqe aap ko milenge ya doosron ko milenge? to doosra agar is ko istemal karein to aap chekhen? yeh to bilkul ek, yani ek ahmaqana harkat hai yeh. isi mein waqt zaya hota hai. sare jo hai, aap musalmanon ke kisi jalse mein chale jaiye, un ke akhbar padhiye to sab isi mein hoga ke falan aadmi, falan log hamare khilaf</w:t>
      </w:r>
    </w:p>
    <w:p>
      <w:pPr>
        <w:jc w:val="right"/>
      </w:pPr>
      <w:r>
        <w:t>آزادی آپ کو ملے گی یا دوسروں کو ملے گی؟ مواقع آپ کو ملیں گے یا دوسروں کو ملیں گے؟ مواقع آپ کو ملیں گے یا دوسروں کو ملیں گے؟ تو دوسرا اگر اس کو استعمال کریں تو آپ چیخیں؟ یہ تو بالکل ایک، یعنی ایک احمقانہ حرکت ہے یہ۔ اسی میں وقت ضائع ہوتا ہے۔ سارے جو ہے، آپ مسلمانوں کے کسی جلسے میں چلے جائیے، ان کے اخبار پڑھیے تو سب اسی میں ہوگا کہ فلاں آدمی، فلاں لوگ ہمارے خلاف</w:t>
      </w:r>
    </w:p>
    <w:p>
      <w:r>
        <w:rPr>
          <w:b/>
        </w:rPr>
        <w:t xml:space="preserve">[40:04] </w:t>
      </w:r>
      <w:r>
        <w:t>sazish kar rahe hain, falan log hamare dushman bane hue hain, aur falan, yani hamare khilaf yeh kar</w:t>
      </w:r>
    </w:p>
    <w:p>
      <w:pPr>
        <w:jc w:val="right"/>
      </w:pPr>
      <w:r>
        <w:t>سازش کر رہے ہیں، فلاں لوگ ہمارے دشمن بنے ہوئے ہیں، اور فلاں، یعنی ہمارے خلاف یہ کر</w:t>
      </w:r>
    </w:p>
    <w:p>
      <w:r>
        <w:rPr>
          <w:b/>
        </w:rPr>
        <w:t xml:space="preserve">[40:09] </w:t>
      </w:r>
      <w:r>
        <w:t>raha hai, woh kar raha hai.</w:t>
      </w:r>
    </w:p>
    <w:p>
      <w:pPr>
        <w:jc w:val="right"/>
      </w:pPr>
      <w:r>
        <w:t>رہا ہے، وہ کر رہا ہے۔</w:t>
      </w:r>
    </w:p>
    <w:p>
      <w:r>
        <w:rPr>
          <w:b/>
        </w:rPr>
        <w:t xml:space="preserve">[40:14] </w:t>
      </w:r>
      <w:r>
        <w:t>kyun? yeh samajh rakha hai shaoori tor par ya lashaoori tor par ke hamein monopoly milni chahiye har cheez par.</w:t>
      </w:r>
    </w:p>
    <w:p>
      <w:pPr>
        <w:jc w:val="right"/>
      </w:pPr>
      <w:r>
        <w:t>کیوں؟ یہ سمجھ رکھا ہے شعوری طور پر یا لاشعوری طور پر کہ ہمیں مناپلی ملنی چاہیے ہر چیز پر۔</w:t>
      </w:r>
    </w:p>
    <w:p>
      <w:r>
        <w:rPr>
          <w:b/>
        </w:rPr>
        <w:t xml:space="preserve">[40:19] </w:t>
      </w:r>
      <w:r>
        <w:t>to kaise monopoly mile gi? yeh dunya to sab ke liye banai hai Allah taala ne.</w:t>
      </w:r>
    </w:p>
    <w:p>
      <w:pPr>
        <w:jc w:val="right"/>
      </w:pPr>
      <w:r>
        <w:t>تو کیسے مناپلی ملے گی؟ یہ دنیا تو سب کے لیے بنائی ہے اللہ تعالیٰ نے۔</w:t>
      </w:r>
    </w:p>
    <w:p>
      <w:r>
        <w:rPr>
          <w:b/>
        </w:rPr>
        <w:t xml:space="preserve">[40:25] </w:t>
      </w:r>
      <w:r>
        <w:t>monopoly kaise hamein mil jaye gi? aur zarea se woh karein to aap bhi aur zarea se kijiye.</w:t>
      </w:r>
    </w:p>
    <w:p>
      <w:pPr>
        <w:jc w:val="right"/>
      </w:pPr>
      <w:r>
        <w:t>مناپلی کیسے ہمیں مل جائے گی؟ اور ذرائع سے وہ کریں تو آپ بھی اور ذرائع سے کیجیے۔</w:t>
      </w:r>
    </w:p>
    <w:p>
      <w:r>
        <w:rPr>
          <w:b/>
        </w:rPr>
        <w:t xml:space="preserve">[40:30] </w:t>
      </w:r>
      <w:r>
        <w:t>communication ko woh istemal karein, aap bhi communication ko istemal kijiye.</w:t>
      </w:r>
    </w:p>
    <w:p>
      <w:pPr>
        <w:jc w:val="right"/>
      </w:pPr>
      <w:r>
        <w:t>کمیونیکیشن کو وہ استعمال کریں، آپ بھی کمیونیکیشن کو استعمال کیجیے۔</w:t>
      </w:r>
    </w:p>
    <w:p>
      <w:r>
        <w:rPr>
          <w:b/>
        </w:rPr>
        <w:t xml:space="preserve">[40:35] </w:t>
      </w:r>
      <w:r>
        <w:t>printing press ko woh istemal karein, aap bhi istemal kijiye.</w:t>
      </w:r>
    </w:p>
    <w:p>
      <w:pPr>
        <w:jc w:val="right"/>
      </w:pPr>
      <w:r>
        <w:t>پرنٹنگ پریس کو وہ استعمال کریں، آپ بھی استعمال کیجیے۔</w:t>
      </w:r>
    </w:p>
    <w:p>
      <w:r>
        <w:rPr>
          <w:b/>
        </w:rPr>
        <w:t xml:space="preserve">[40:40] </w:t>
      </w:r>
      <w:r>
        <w:t>TV woh banate hain, sare musalman jo hain, bas CNN ke khilaf, bas jis se</w:t>
      </w:r>
    </w:p>
    <w:p>
      <w:pPr>
        <w:jc w:val="right"/>
      </w:pPr>
      <w:r>
        <w:t>ٹی وی وہ بناتے ہیں، سارے مسلمان جو ہیں، بس سی این این کے خلاف، بس جس سے</w:t>
      </w:r>
    </w:p>
    <w:p>
      <w:r>
        <w:rPr>
          <w:b/>
        </w:rPr>
        <w:t xml:space="preserve">[40:45] </w:t>
      </w:r>
      <w:r>
        <w:t>baat ki CNN, bas us ke khilaf bolne lag gaye.</w:t>
      </w:r>
    </w:p>
    <w:p>
      <w:pPr>
        <w:jc w:val="right"/>
      </w:pPr>
      <w:r>
        <w:t>بات کی سی این این، بس اس کے خلاف بولنے لگ گئے۔</w:t>
      </w:r>
    </w:p>
    <w:p>
      <w:r>
        <w:rPr>
          <w:b/>
        </w:rPr>
        <w:t xml:space="preserve">[40:50] </w:t>
      </w:r>
      <w:r>
        <w:t>aap bhi CNN banaiye, aik doosra mutawazi CNN ne.</w:t>
      </w:r>
    </w:p>
    <w:p>
      <w:pPr>
        <w:jc w:val="right"/>
      </w:pPr>
      <w:r>
        <w:t>آپ بھی سی این این بنائیے، ایک دوسرا متوازی سی این این نے۔</w:t>
      </w:r>
    </w:p>
    <w:p>
      <w:r>
        <w:rPr>
          <w:b/>
        </w:rPr>
        <w:t xml:space="preserve">[40:55] </w:t>
      </w:r>
      <w:r>
        <w:t>yani jo bari bari companyan hain TV ki, woh sab musalmanon ke nazdeek dushman hain Islam ki.</w:t>
      </w:r>
    </w:p>
    <w:p>
      <w:pPr>
        <w:jc w:val="right"/>
      </w:pPr>
      <w:r>
        <w:t>یعنی جو بڑی بڑی کمپنیاں ہیں ٹی وی کی، وہ سب مسلمانوں کے نزدیک دشمن ہیں اسلام کی۔</w:t>
      </w:r>
    </w:p>
    <w:p>
      <w:r>
        <w:rPr>
          <w:b/>
        </w:rPr>
        <w:t xml:space="preserve">[41:01] </w:t>
      </w:r>
      <w:r>
        <w:t>bhai to aap to Muslim dost company banao, unhone agar Muslim</w:t>
      </w:r>
    </w:p>
    <w:p>
      <w:pPr>
        <w:jc w:val="right"/>
      </w:pPr>
      <w:r>
        <w:t>بھئی تو آپ تو مسلم دوست کمپنی بناؤ، انہوں نے اگر مسلم</w:t>
      </w:r>
    </w:p>
    <w:p>
      <w:r>
        <w:rPr>
          <w:b/>
        </w:rPr>
        <w:t xml:space="preserve">[41:06] </w:t>
      </w:r>
      <w:r>
        <w:t>dushman company bana rakhi hai to aap Muslim dost company banaiye.</w:t>
      </w:r>
    </w:p>
    <w:p>
      <w:pPr>
        <w:jc w:val="right"/>
      </w:pPr>
      <w:r>
        <w:t>دشمن کمپنی بنا رکھی ہے تو آپ مسلم دوست کمپنی بنائیے۔</w:t>
      </w:r>
    </w:p>
    <w:p>
      <w:r>
        <w:rPr>
          <w:b/>
        </w:rPr>
        <w:t xml:space="preserve">[41:12] </w:t>
      </w:r>
      <w:r>
        <w:t>un ko azadi hai to aap ki bhi azadi hai.</w:t>
      </w:r>
    </w:p>
    <w:p>
      <w:pPr>
        <w:jc w:val="right"/>
      </w:pPr>
      <w:r>
        <w:t>ان کو آزادی ہے تو آپ کی بھی آزادی ہے۔</w:t>
      </w:r>
    </w:p>
    <w:p>
      <w:r>
        <w:rPr>
          <w:b/>
        </w:rPr>
        <w:t xml:space="preserve">[41:19] </w:t>
      </w:r>
      <w:r>
        <w:t>yeh aisi ajeeb o ghareeb soch hai jaise koi sir hai na pair.</w:t>
      </w:r>
    </w:p>
    <w:p>
      <w:pPr>
        <w:jc w:val="right"/>
      </w:pPr>
      <w:r>
        <w:t>یہ ایسی عجیب و غریب سوچ ہے جیسے کوئی سر ہے نہ پیر۔</w:t>
      </w:r>
    </w:p>
    <w:p>
      <w:r>
        <w:rPr>
          <w:b/>
        </w:rPr>
        <w:t xml:space="preserve">[41:26] </w:t>
      </w:r>
      <w:r>
        <w:t>is ko musalman daryaft nahi kar sake ke Allah taala ka takhleeqi mansooba kya hai? takhleeqi mansooba hai</w:t>
      </w:r>
    </w:p>
    <w:p>
      <w:pPr>
        <w:jc w:val="right"/>
      </w:pPr>
      <w:r>
        <w:t>اس کو مسلمان دریافت نہیں کر سکے کہ اللہ تعالیٰ کا تخلیقی منصوبہ کیا ہے؟ تخلیقی منصوبہ ہے</w:t>
      </w:r>
    </w:p>
    <w:p>
      <w:r>
        <w:rPr>
          <w:b/>
        </w:rPr>
        <w:t xml:space="preserve">[41:33] </w:t>
      </w:r>
      <w:r>
        <w:t>aik insan ko azadi de kar ke imtehan lena.</w:t>
      </w:r>
    </w:p>
    <w:p>
      <w:pPr>
        <w:jc w:val="right"/>
      </w:pPr>
      <w:r>
        <w:t>ایک انسان کو آزادی دے کر کے امتحان لینا۔</w:t>
      </w:r>
    </w:p>
    <w:p>
      <w:r>
        <w:rPr>
          <w:b/>
        </w:rPr>
        <w:t xml:space="preserve">[41:39] </w:t>
      </w:r>
      <w:r>
        <w:t>azadi de kar imtehan lena.</w:t>
      </w:r>
    </w:p>
    <w:p>
      <w:pPr>
        <w:jc w:val="right"/>
      </w:pPr>
      <w:r>
        <w:t>آزادی دے کر امتحان لینا۔</w:t>
      </w:r>
    </w:p>
    <w:p>
      <w:r>
        <w:rPr>
          <w:b/>
        </w:rPr>
        <w:t xml:space="preserve">[41:45] </w:t>
      </w:r>
      <w:r>
        <w:t>yeh hai takhleeqi mansoobah.</w:t>
      </w:r>
    </w:p>
    <w:p>
      <w:pPr>
        <w:jc w:val="right"/>
      </w:pPr>
      <w:r>
        <w:t>یہ ہے تخلیقی منصوبہ۔</w:t>
      </w:r>
    </w:p>
    <w:p>
      <w:r>
        <w:rPr>
          <w:b/>
        </w:rPr>
        <w:t xml:space="preserve">[41:51] </w:t>
      </w:r>
      <w:r>
        <w:t>yani saare halaat, yani har cheez ki azaadi har ek ko haasil hai.</w:t>
      </w:r>
    </w:p>
    <w:p>
      <w:pPr>
        <w:jc w:val="right"/>
      </w:pPr>
      <w:r>
        <w:t>یعنی سارے حالات، یعنی ہر چیز کی آزادی ہر ایک کو حاصل ہے۔</w:t>
      </w:r>
    </w:p>
    <w:p>
      <w:r>
        <w:rPr>
          <w:b/>
        </w:rPr>
        <w:t xml:space="preserve">[41:57] </w:t>
      </w:r>
      <w:r>
        <w:t>jo mawaaqe hain, sab ka sab is ko istemaal kar sakte hain.</w:t>
      </w:r>
    </w:p>
    <w:p>
      <w:pPr>
        <w:jc w:val="right"/>
      </w:pPr>
      <w:r>
        <w:t>جو مواقع ہیں، سب کا سب اس کو استعمال کر سکتے ہیں۔</w:t>
      </w:r>
    </w:p>
    <w:p>
      <w:r>
        <w:rPr>
          <w:b/>
        </w:rPr>
        <w:t xml:space="preserve">[42:03] </w:t>
      </w:r>
      <w:r>
        <w:t>kisi ek ko nahi</w:t>
      </w:r>
    </w:p>
    <w:p>
      <w:pPr>
        <w:jc w:val="right"/>
      </w:pPr>
      <w:r>
        <w:t>کسی ایک کو نہیں</w:t>
      </w:r>
    </w:p>
    <w:p>
      <w:r>
        <w:rPr>
          <w:b/>
        </w:rPr>
        <w:t xml:space="preserve">[42:10] </w:t>
      </w:r>
      <w:r>
        <w:t>hai.</w:t>
      </w:r>
    </w:p>
    <w:p>
      <w:pPr>
        <w:jc w:val="right"/>
      </w:pPr>
      <w:r>
        <w:t>ہے۔</w:t>
      </w:r>
    </w:p>
    <w:p>
      <w:r>
        <w:rPr>
          <w:b/>
        </w:rPr>
        <w:t xml:space="preserve">[42:13] </w:t>
      </w:r>
      <w:r>
        <w:t>misalan Allah ko jaanchana hai, agar hukoomat de kar to doosron ko bhi hukoomat de ga woh, sirf</w:t>
      </w:r>
    </w:p>
    <w:p>
      <w:pPr>
        <w:jc w:val="right"/>
      </w:pPr>
      <w:r>
        <w:t>مثلاً اللہ کو جانچنا ہے، اگر حکومت دے کر تو دوسروں کو بھی حکومت دے گا وہ، صرف</w:t>
      </w:r>
    </w:p>
    <w:p>
      <w:r>
        <w:rPr>
          <w:b/>
        </w:rPr>
        <w:t xml:space="preserve">[42:17] </w:t>
      </w:r>
      <w:r>
        <w:t>aap hi ko nahi de ga hukoomat.</w:t>
      </w:r>
    </w:p>
    <w:p>
      <w:pPr>
        <w:jc w:val="right"/>
      </w:pPr>
      <w:r>
        <w:t>آپ ہی کو نہیں دے گا حکومت۔</w:t>
      </w:r>
    </w:p>
    <w:p>
      <w:r>
        <w:rPr>
          <w:b/>
        </w:rPr>
        <w:t xml:space="preserve">[42:21] </w:t>
      </w:r>
      <w:r>
        <w:t>Allah ko jaanchana hai, dolat de kar to doosron ko bhi dolat de ga, sirf aap hi ko</w:t>
      </w:r>
    </w:p>
    <w:p>
      <w:pPr>
        <w:jc w:val="right"/>
      </w:pPr>
      <w:r>
        <w:t>اللہ کو جانچنا ہے، دولت دے کر تو دوسروں کو بھی دولت دے گا، صرف آپ ہی کو</w:t>
      </w:r>
    </w:p>
    <w:p>
      <w:r>
        <w:rPr>
          <w:b/>
        </w:rPr>
        <w:t xml:space="preserve">[42:25] </w:t>
      </w:r>
      <w:r>
        <w:t>nahi de ga dolat.</w:t>
      </w:r>
    </w:p>
    <w:p>
      <w:pPr>
        <w:jc w:val="right"/>
      </w:pPr>
      <w:r>
        <w:t>نہیں دے گا دولت۔</w:t>
      </w:r>
    </w:p>
    <w:p>
      <w:r>
        <w:rPr>
          <w:b/>
        </w:rPr>
        <w:t xml:space="preserve">[42:29] </w:t>
      </w:r>
      <w:r>
        <w:t>to dunya mein jo cheezein hain, sab ke sab jo hain, woh hain test item hain, imtehaan ke liye hain.</w:t>
      </w:r>
    </w:p>
    <w:p>
      <w:pPr>
        <w:jc w:val="right"/>
      </w:pPr>
      <w:r>
        <w:t>تو دنیا میں جو چیزیں ہیں، سب کے سب جو ہیں، وہ ہیں ٹیسٹ آئٹم ہیں، امتحان کے لیے ہیں۔</w:t>
      </w:r>
    </w:p>
    <w:p>
      <w:r>
        <w:rPr>
          <w:b/>
        </w:rPr>
        <w:t xml:space="preserve">[42:32] </w:t>
      </w:r>
      <w:r>
        <w:t>to sab ko diye jayenge.</w:t>
      </w:r>
    </w:p>
    <w:p>
      <w:pPr>
        <w:jc w:val="right"/>
      </w:pPr>
      <w:r>
        <w:t>تو سب کو دیے جائیں گے۔</w:t>
      </w:r>
    </w:p>
    <w:p>
      <w:r>
        <w:rPr>
          <w:b/>
        </w:rPr>
        <w:t xml:space="preserve">[42:36] </w:t>
      </w:r>
      <w:r>
        <w:t>siyasi taaqat bhi sab ko di jayegi, dolat bhi sab ko di jayegi,</w:t>
      </w:r>
    </w:p>
    <w:p>
      <w:pPr>
        <w:jc w:val="right"/>
      </w:pPr>
      <w:r>
        <w:t>سیاسی طاقت بھی سب کو دی جائے گی، دولت بھی سب کو دی جائے گی،</w:t>
      </w:r>
    </w:p>
    <w:p>
      <w:r>
        <w:rPr>
          <w:b/>
        </w:rPr>
        <w:t xml:space="preserve">[42:40] </w:t>
      </w:r>
      <w:r>
        <w:t>aur jitni bhi cheezein hain, sab sab sab ko di jayengi. aur taake dekha jaye ke kaun is ko ghalat istemal kar raha hai, kaun kaun achhe tareeqe se istemal kar raha hai is ko. to mein samajhta hoon ke sab se bari jo jar ki kharabi hai musalmanon mein, woh yeh hai ke unhon ne Allah taala ke takhleeqi mansoobe ko jana hi nahi hua. woh sirf yeh jante hain ke hum khair ummat hain, hamara</w:t>
      </w:r>
    </w:p>
    <w:p>
      <w:pPr>
        <w:jc w:val="right"/>
      </w:pPr>
      <w:r>
        <w:t>اور جتنی بھی چیزیں ہیں، سب سب سب کو دی جائیں گی۔ اور تاکہ دیکھا جائے کہ کون اس کو غلط استعمال کر رہا ہے، کون کون اچھے طریقے سے استعمال کر رہا ہے اس کو۔ تو میں سمجھتا ہوں کہ سب سے بڑی جو جڑ کی خرابی ہے مسلمانوں میں، وہ یہ ہے کہ انہوں نے اللہ تعالیٰ کے تخلیقی منصوبے کو جانا ہی نہیں ہوا۔ وہ صرف یہ جانتے ہیں کہ ہم خیر امت ہیں، ہمارا</w:t>
      </w:r>
    </w:p>
    <w:p>
      <w:r>
        <w:rPr>
          <w:b/>
        </w:rPr>
        <w:t xml:space="preserve">[43:10] </w:t>
      </w:r>
      <w:r>
        <w:t>nabi sab se afzal hai, hamari kitaab sab se afzal hai, yahi jaante hain woh.</w:t>
      </w:r>
    </w:p>
    <w:p>
      <w:pPr>
        <w:jc w:val="right"/>
      </w:pPr>
      <w:r>
        <w:t>نبی سب سے افضل ہے، ہماری کتاب سب سے افضل ہے، یہی جانتے ہیں وہ۔</w:t>
      </w:r>
    </w:p>
    <w:p>
      <w:r>
        <w:rPr>
          <w:b/>
        </w:rPr>
        <w:t xml:space="preserve">[43:15] </w:t>
      </w:r>
      <w:r>
        <w:t>aur Allah taala ka takhleeqi mansoobah kya hai, woh is ko is ki unhein khabar hi nahi hai,</w:t>
      </w:r>
    </w:p>
    <w:p>
      <w:pPr>
        <w:jc w:val="right"/>
      </w:pPr>
      <w:r>
        <w:t>اور اللہ تعالیٰ کا تخلیقی منصوبہ کیا ہے، وہ اس کو اس کی انہیں خبر ہی نہیں ہے،</w:t>
      </w:r>
    </w:p>
    <w:p>
      <w:r>
        <w:rPr>
          <w:b/>
        </w:rPr>
        <w:t xml:space="preserve">[43:20] </w:t>
      </w:r>
      <w:r>
        <w:t>is se be khabar hain woh.</w:t>
      </w:r>
    </w:p>
    <w:p>
      <w:pPr>
        <w:jc w:val="right"/>
      </w:pPr>
      <w:r>
        <w:t>اس سے بے خبر ہیں وہ۔</w:t>
      </w:r>
    </w:p>
    <w:p>
      <w:r>
        <w:rPr>
          <w:b/>
        </w:rPr>
        <w:t xml:space="preserve">[43:25] </w:t>
      </w:r>
      <w:r>
        <w:t>hamare mission aur hamare jo saathi hain, un ka mission yahi hai ke hum logon ko logon ke</w:t>
      </w:r>
    </w:p>
    <w:p>
      <w:pPr>
        <w:jc w:val="right"/>
      </w:pPr>
      <w:r>
        <w:t>ہمارے مشن اور ہمارے جو ساتھی ہیں، ان کا مشن یہی ہے کہ ہم لوگوں کو لوگوں کے</w:t>
      </w:r>
    </w:p>
    <w:p>
      <w:r>
        <w:rPr>
          <w:b/>
        </w:rPr>
        <w:t xml:space="preserve">[43:30] </w:t>
      </w:r>
      <w:r>
        <w:t>andar musbat soch paida karein.</w:t>
      </w:r>
    </w:p>
    <w:p>
      <w:pPr>
        <w:jc w:val="right"/>
      </w:pPr>
      <w:r>
        <w:t>اندر مثبت سوچ پیدا کریں۔</w:t>
      </w:r>
    </w:p>
    <w:p>
      <w:r>
        <w:rPr>
          <w:b/>
        </w:rPr>
        <w:t xml:space="preserve">[43:35] </w:t>
      </w:r>
      <w:r>
        <w:t>musbat soch se saari achhaiyan</w:t>
      </w:r>
    </w:p>
    <w:p>
      <w:pPr>
        <w:jc w:val="right"/>
      </w:pPr>
      <w:r>
        <w:t>مثبت سوچ سے ساری اچھائیاں</w:t>
      </w:r>
    </w:p>
    <w:p>
      <w:r>
        <w:rPr>
          <w:b/>
        </w:rPr>
        <w:t xml:space="preserve">[43:40] </w:t>
      </w:r>
      <w:r>
        <w:t>aati hain.</w:t>
      </w:r>
    </w:p>
    <w:p>
      <w:pPr>
        <w:jc w:val="right"/>
      </w:pPr>
      <w:r>
        <w:t>آتی ہیں۔</w:t>
      </w:r>
    </w:p>
    <w:p>
      <w:r>
        <w:rPr>
          <w:b/>
        </w:rPr>
        <w:t xml:space="preserve">[43:45] </w:t>
      </w:r>
      <w:r>
        <w:t>jahan musbat soch na ho, woh saari kharabiyan wahan paida ho jati hain.</w:t>
      </w:r>
    </w:p>
    <w:p>
      <w:pPr>
        <w:jc w:val="right"/>
      </w:pPr>
      <w:r>
        <w:t>جہاں مثبت سوچ نہ ہو، وہ ساری خرابیاں وہاں پیدا ہو جاتی ہیں۔</w:t>
      </w:r>
    </w:p>
    <w:p>
      <w:r>
        <w:rPr>
          <w:b/>
        </w:rPr>
        <w:t xml:space="preserve">[43:50] </w:t>
      </w:r>
      <w:r>
        <w:t>hata ke secular taraqqi bhi isi se juri hui hai, mazhabi taraqqi bhi isi se juri hui hai,</w:t>
      </w:r>
    </w:p>
    <w:p>
      <w:pPr>
        <w:jc w:val="right"/>
      </w:pPr>
      <w:r>
        <w:t>حتیٰ کہ سیکولر ترقی بھی اسی سے جڑی ہوئی ہے، مذہبی ترقی بھی اسی سے جڑی ہوئی ہے،</w:t>
      </w:r>
    </w:p>
    <w:p>
      <w:r>
        <w:rPr>
          <w:b/>
        </w:rPr>
        <w:t xml:space="preserve">[43:55] </w:t>
      </w:r>
      <w:r>
        <w:t>jannat bhi isi se juri hui hai.</w:t>
      </w:r>
    </w:p>
    <w:p>
      <w:pPr>
        <w:jc w:val="right"/>
      </w:pPr>
      <w:r>
        <w:t>جنت بھی اسی سے جڑی ہوئی ہے۔</w:t>
      </w:r>
    </w:p>
    <w:p>
      <w:r>
        <w:rPr>
          <w:b/>
        </w:rPr>
        <w:t xml:space="preserve">[44:00] </w:t>
      </w:r>
      <w:r>
        <w:t>har cheez, har khair isi se juri hui hai, musbat soch se.</w:t>
      </w:r>
    </w:p>
    <w:p>
      <w:pPr>
        <w:jc w:val="right"/>
      </w:pPr>
      <w:r>
        <w:t>ہر چیز، ہر خیر اسی سے جڑی ہوئی ہے، مثبت سوچ سے۔</w:t>
      </w:r>
    </w:p>
    <w:p>
      <w:r>
        <w:rPr>
          <w:b/>
        </w:rPr>
        <w:t xml:space="preserve">[44:05] </w:t>
      </w:r>
      <w:r>
        <w:t>musbat soch kya hai? musbat soch ka matlab hai ke Khuda ke mansoobon takhleeq par raazi ho jana.</w:t>
      </w:r>
    </w:p>
    <w:p>
      <w:pPr>
        <w:jc w:val="right"/>
      </w:pPr>
      <w:r>
        <w:t>مثبت سوچ کیا ہے؟ مثبت سوچ کا مطلب ہے کہ خدا کے منصوبے تخلیق پر راضی ہو جانا۔</w:t>
      </w:r>
    </w:p>
    <w:p>
      <w:r>
        <w:rPr>
          <w:b/>
        </w:rPr>
        <w:t xml:space="preserve">[44:10] </w:t>
      </w:r>
      <w:r>
        <w:t>jaise Quran majeed mein hai ke razi Allahu anhu ya an-nafs al-mutma'innah.</w:t>
      </w:r>
    </w:p>
    <w:p>
      <w:pPr>
        <w:jc w:val="right"/>
      </w:pPr>
      <w:r>
        <w:t>جیسے قرآن مجید میں ہے کہ رضی اللہ عنہ یا النفس المطمئنہ۔</w:t>
      </w:r>
    </w:p>
    <w:p>
      <w:r>
        <w:rPr>
          <w:b/>
        </w:rPr>
        <w:t xml:space="preserve">[44:17] </w:t>
      </w:r>
      <w:r>
        <w:t>alnafs almutmainnah kaun hai? jo raazi ho jaaye Allah ke naqsh-e-takhleeq par, raazi ho kar ke apni</w:t>
      </w:r>
    </w:p>
    <w:p>
      <w:pPr>
        <w:jc w:val="right"/>
      </w:pPr>
      <w:r>
        <w:t>النفس المطمئنہ کون ہے؟ جو راضی ہو جائے اللہ کے نقشہ تخلیق پر، راضی ہو کر کے اپنی</w:t>
      </w:r>
    </w:p>
    <w:p>
      <w:r>
        <w:rPr>
          <w:b/>
        </w:rPr>
        <w:t xml:space="preserve">[44:24] </w:t>
      </w:r>
      <w:r>
        <w:t>mansoobah bandi kare.</w:t>
      </w:r>
    </w:p>
    <w:p>
      <w:pPr>
        <w:jc w:val="right"/>
      </w:pPr>
      <w:r>
        <w:t>منصوبہ بندی کرے۔</w:t>
      </w:r>
    </w:p>
    <w:p>
      <w:r>
        <w:rPr>
          <w:b/>
        </w:rPr>
        <w:t xml:space="preserve">[44:31] </w:t>
      </w:r>
      <w:r>
        <w:t>jab aap raazi ho kar ke Allah ke takhleeqi mansoobay par raazi ho kar apni mansoobah bandi karen</w:t>
      </w:r>
    </w:p>
    <w:p>
      <w:pPr>
        <w:jc w:val="right"/>
      </w:pPr>
      <w:r>
        <w:t>جب آپ راضی ہو کر کے اللہ کے تخلیقی منصوبے پر راضی ہو کر اپنی منصوبہ بندی کریں</w:t>
      </w:r>
    </w:p>
    <w:p>
      <w:r>
        <w:rPr>
          <w:b/>
        </w:rPr>
        <w:t xml:space="preserve">[44:37] </w:t>
      </w:r>
      <w:r>
        <w:t>ge, to yeh musbat soch hai.</w:t>
      </w:r>
    </w:p>
    <w:p>
      <w:pPr>
        <w:jc w:val="right"/>
      </w:pPr>
      <w:r>
        <w:t>گے، تو یہ مثبت سوچ ہے۔</w:t>
      </w:r>
    </w:p>
    <w:p>
      <w:r>
        <w:rPr>
          <w:b/>
        </w:rPr>
        <w:t xml:space="preserve">[44:44] </w:t>
      </w:r>
      <w:r>
        <w:t>yeh buniyadi nuqta hai jo musalmanon se chhoot gaya hai is zamane mein.</w:t>
      </w:r>
    </w:p>
    <w:p>
      <w:pPr>
        <w:jc w:val="right"/>
      </w:pPr>
      <w:r>
        <w:t>یہ بنیادی نقطہ ہے جو مسلمانوں سے چھوٹ گیا ہے اس زمانے میں۔</w:t>
      </w:r>
    </w:p>
    <w:p>
      <w:r>
        <w:rPr>
          <w:b/>
        </w:rPr>
        <w:t xml:space="preserve">[44:50] </w:t>
      </w:r>
      <w:r>
        <w:t>musalman is se bekhabar ho gaye hain.</w:t>
      </w:r>
    </w:p>
    <w:p>
      <w:pPr>
        <w:jc w:val="right"/>
      </w:pPr>
      <w:r>
        <w:t>مسلمان اس سے بے خبر ہو گئے ہیں۔</w:t>
      </w:r>
    </w:p>
    <w:p>
      <w:r>
        <w:rPr>
          <w:b/>
        </w:rPr>
        <w:t xml:space="preserve">[44:56] </w:t>
      </w:r>
      <w:r>
        <w:t>bilkul hi, yaani jaise main wahan junoobi Hind mein gaya tha jab maine yeh bataya ke out</w:t>
      </w:r>
    </w:p>
    <w:p>
      <w:pPr>
        <w:jc w:val="right"/>
      </w:pPr>
      <w:r>
        <w:t>بالکل ہی، یعنی جیسے میں وہاں جنوبی ہند میں گیا تھا جب میں نے یہ بتایا کہ آؤٹ</w:t>
      </w:r>
    </w:p>
    <w:p>
      <w:r>
        <w:rPr>
          <w:b/>
        </w:rPr>
        <w:t xml:space="preserve">[45:02] </w:t>
      </w:r>
      <w:r>
        <w:t>sourcing to khud Islam ka tareeqa hai, to hairaan reh gaye woh ke yeh bhi Islam mein hai.</w:t>
      </w:r>
    </w:p>
    <w:p>
      <w:pPr>
        <w:jc w:val="right"/>
      </w:pPr>
      <w:r>
        <w:t>سورسنگ تو خود اسلام کا طریقہ ہے، تو حیران رہ گئے وہ کہ یہ بھی اسلام میں ہے۔</w:t>
      </w:r>
    </w:p>
    <w:p>
      <w:r>
        <w:rPr>
          <w:b/>
        </w:rPr>
        <w:t xml:space="preserve">[45:09] </w:t>
      </w:r>
      <w:r>
        <w:t>bhai, un jo maine yeh hadees sunai hai in ko ke in Allah</w:t>
      </w:r>
    </w:p>
    <w:p>
      <w:pPr>
        <w:jc w:val="right"/>
      </w:pPr>
      <w:r>
        <w:t>بھئی، ان جو میں نے یہ حدیث سنائی ہے ان کو کہ ان اللہ</w:t>
      </w:r>
    </w:p>
    <w:p>
      <w:r>
        <w:rPr>
          <w:b/>
        </w:rPr>
        <w:t xml:space="preserve">[45:15] </w:t>
      </w:r>
      <w:r>
        <w:t>yaani faajir shakhs se, faajir shakhs se Islam ki taeed nikalna, yahi to out sourcing hai.</w:t>
      </w:r>
    </w:p>
    <w:p>
      <w:pPr>
        <w:jc w:val="right"/>
      </w:pPr>
      <w:r>
        <w:t>یعنی فاجر شخص سے، فاجر شخص سے اسلام کی تائید نکالنا، یہی تو آؤٹ سورسنگ ہے۔</w:t>
      </w:r>
    </w:p>
    <w:p>
      <w:r>
        <w:rPr>
          <w:b/>
        </w:rPr>
        <w:t xml:space="preserve">[45:22] </w:t>
      </w:r>
      <w:r>
        <w:t>to doosron ko koi bura kehta hai, yeh to Islam ka tareeqa bhi hai.</w:t>
      </w:r>
    </w:p>
    <w:p>
      <w:pPr>
        <w:jc w:val="right"/>
      </w:pPr>
      <w:r>
        <w:t>تو دوسروں کو کوئی برا کہتا ہے، یہ تو اسلام کا طریقہ بھی ہے۔</w:t>
      </w:r>
    </w:p>
    <w:p>
      <w:r>
        <w:rPr>
          <w:b/>
        </w:rPr>
        <w:t xml:space="preserve">[45:30] </w:t>
      </w:r>
      <w:r>
        <w:t>to saari, chahe Quran ko samajhna ho, chahe Allah ta'alluq billah qaim karna ho, namazon ko durust karna</w:t>
      </w:r>
    </w:p>
    <w:p>
      <w:pPr>
        <w:jc w:val="right"/>
      </w:pPr>
      <w:r>
        <w:t>تو ساری، چاہے قرآن کو سمجھنا ہو، چاہے اللہ تعلق باللہ قائم کرنا ہو، نمازوں کو درست کرنا</w:t>
      </w:r>
    </w:p>
    <w:p>
      <w:r>
        <w:rPr>
          <w:b/>
        </w:rPr>
        <w:t xml:space="preserve">[45:38] </w:t>
      </w:r>
      <w:r>
        <w:t>ho, ya duniya mein behtar mansoobah bandi karna ho,</w:t>
      </w:r>
    </w:p>
    <w:p>
      <w:pPr>
        <w:jc w:val="right"/>
      </w:pPr>
      <w:r>
        <w:t>ہو، یا دنیا میں بہتر منصوبہ بندی کرنا ہو،</w:t>
      </w:r>
    </w:p>
    <w:p>
      <w:r>
        <w:rPr>
          <w:b/>
        </w:rPr>
        <w:t xml:space="preserve">[45:45] </w:t>
      </w:r>
      <w:r>
        <w:t>jitne bhi kaam hain, chahe woh aqeedah ho, ibaadat ho, mu'aamlaat ho, kuch bhi ho, sab aakhir kaar</w:t>
      </w:r>
    </w:p>
    <w:p>
      <w:pPr>
        <w:jc w:val="right"/>
      </w:pPr>
      <w:r>
        <w:t>جتنے بھی کام ہیں، چاہے وہ عقیدہ ہو، عبادت ہو، معاملات ہو، کچھ بھی ہو، سب آخر کار</w:t>
      </w:r>
    </w:p>
    <w:p>
      <w:r>
        <w:rPr>
          <w:b/>
        </w:rPr>
        <w:t xml:space="preserve">[45:50] </w:t>
      </w:r>
      <w:r>
        <w:t>jahan juda hua hai, woh musbat soch se hai.</w:t>
      </w:r>
    </w:p>
    <w:p>
      <w:pPr>
        <w:jc w:val="right"/>
      </w:pPr>
      <w:r>
        <w:t>جہاں جڑا ہوا ہے، وہ مثبت سوچ سے ہے۔</w:t>
      </w:r>
    </w:p>
    <w:p>
      <w:r>
        <w:rPr>
          <w:b/>
        </w:rPr>
        <w:t xml:space="preserve">[45:56] </w:t>
      </w:r>
      <w:r>
        <w:t>musbat soch hogi, tab hi aap ke andar se achhi dua niklegi.</w:t>
      </w:r>
    </w:p>
    <w:p>
      <w:pPr>
        <w:jc w:val="right"/>
      </w:pPr>
      <w:r>
        <w:t>مثبت سوچ ہوگی، تب ہی آپ کے اندر سے اچھی دعا نکلے گی۔</w:t>
      </w:r>
    </w:p>
    <w:p>
      <w:r>
        <w:rPr>
          <w:b/>
        </w:rPr>
        <w:t xml:space="preserve">[46:01] </w:t>
      </w:r>
      <w:r>
        <w:t>musbat soch hogi, jabhi aap ke andar Allah se ta'alluq qaim hoga.</w:t>
      </w:r>
    </w:p>
    <w:p>
      <w:pPr>
        <w:jc w:val="right"/>
      </w:pPr>
      <w:r>
        <w:t>مثبت سوچ ہوگی، جبھی آپ کے اندر اللہ سے تعلق قائم ہوگا۔</w:t>
      </w:r>
    </w:p>
    <w:p>
      <w:r>
        <w:rPr>
          <w:b/>
        </w:rPr>
        <w:t xml:space="preserve">[46:06] </w:t>
      </w:r>
      <w:r>
        <w:t>musbat soch hogi, jabhi aap ki ibaadaton mein jaan aayegi.</w:t>
      </w:r>
    </w:p>
    <w:p>
      <w:pPr>
        <w:jc w:val="right"/>
      </w:pPr>
      <w:r>
        <w:t>مثبت سوچ ہوگی، جبھی آپ کی عبادتوں میں جان آئے گی۔</w:t>
      </w:r>
    </w:p>
    <w:p>
      <w:r>
        <w:rPr>
          <w:b/>
        </w:rPr>
        <w:t xml:space="preserve">[46:11] </w:t>
      </w:r>
      <w:r>
        <w:t>kyun ke jab aap manfi soch ke liye hue honge to har cheez aap ki</w:t>
      </w:r>
    </w:p>
    <w:p>
      <w:pPr>
        <w:jc w:val="right"/>
      </w:pPr>
      <w:r>
        <w:t>کیونکہ جب آپ منفی سوچ کے لیے ہوئے ہوں گے تو ہر چیز آپ کی</w:t>
      </w:r>
    </w:p>
    <w:p>
      <w:r>
        <w:rPr>
          <w:b/>
        </w:rPr>
        <w:t xml:space="preserve">[46:16] </w:t>
      </w:r>
      <w:r>
        <w:t>, yaani galat ho jayegi.</w:t>
      </w:r>
    </w:p>
    <w:p>
      <w:pPr>
        <w:jc w:val="right"/>
      </w:pPr>
      <w:r>
        <w:t>، یعنی غلط ہو جائے گی۔</w:t>
      </w:r>
    </w:p>
    <w:p>
      <w:r>
        <w:rPr>
          <w:b/>
        </w:rPr>
        <w:t xml:space="preserve">[46:20] </w:t>
      </w:r>
      <w:r>
        <w:t>soch bhi galat, aqeedah bhi galat, ibaadat bhi, sab cheez, sab cheez, sab cheez.</w:t>
      </w:r>
    </w:p>
    <w:p>
      <w:pPr>
        <w:jc w:val="right"/>
      </w:pPr>
      <w:r>
        <w:t>سوچ بھی غلط، عقیدہ بھی غلط، عبادت بھی، سب چیز، سب چیز، سب چیز۔</w:t>
      </w:r>
    </w:p>
    <w:p>
      <w:r>
        <w:rPr>
          <w:b/>
        </w:rPr>
        <w:t xml:space="preserve">[46:25] </w:t>
      </w:r>
      <w:r>
        <w:t>to main samajhta hoon ke yeh markazi theme hai.</w:t>
      </w:r>
    </w:p>
    <w:p>
      <w:pPr>
        <w:jc w:val="right"/>
      </w:pPr>
      <w:r>
        <w:t>تو میں سمجھتا ہوں کہ یہ مرکزی تھیم ہے۔</w:t>
      </w:r>
    </w:p>
    <w:p>
      <w:r>
        <w:rPr>
          <w:b/>
        </w:rPr>
        <w:t xml:space="preserve">[46:29] </w:t>
      </w:r>
      <w:r>
        <w:t>musbat soch jo hai, woh markazi theme hai.</w:t>
      </w:r>
    </w:p>
    <w:p>
      <w:pPr>
        <w:jc w:val="right"/>
      </w:pPr>
      <w:r>
        <w:t>مثبت سوچ جو ہے، وہ مرکزی تھیم ہے۔</w:t>
      </w:r>
    </w:p>
    <w:p>
      <w:r>
        <w:rPr>
          <w:b/>
        </w:rPr>
        <w:t xml:space="preserve">[46:34] </w:t>
      </w:r>
      <w:r>
        <w:t>woh hai to sab kuch hai, woh nahi hai to kuch bhi nahi.</w:t>
      </w:r>
    </w:p>
    <w:p>
      <w:pPr>
        <w:jc w:val="right"/>
      </w:pPr>
      <w:r>
        <w:t>وہ ہے تو سب کچھ ہے، وہ نہیں ہے تو کچھ بھی نہیں۔</w:t>
      </w:r>
    </w:p>
    <w:p>
      <w:r>
        <w:rPr>
          <w:b/>
        </w:rPr>
        <w:t xml:space="preserve">[46:38] </w:t>
      </w:r>
      <w:r>
        <w:t>aur musbat soch, jaisa ke maine arz kiya, kisi mujarrad cheez ka naam nahi hai.</w:t>
      </w:r>
    </w:p>
    <w:p>
      <w:pPr>
        <w:jc w:val="right"/>
      </w:pPr>
      <w:r>
        <w:t>اور مثبت سوچ، جیسا کہ میں نے عرض کیا، کسی مجرد چیز کا نام نہیں ہے۔</w:t>
      </w:r>
    </w:p>
    <w:p>
      <w:r>
        <w:rPr>
          <w:b/>
        </w:rPr>
        <w:t xml:space="preserve">[46:42] </w:t>
      </w:r>
      <w:r>
        <w:t>woh hai manfi soch mein</w:t>
      </w:r>
    </w:p>
    <w:p>
      <w:pPr>
        <w:jc w:val="right"/>
      </w:pPr>
      <w:r>
        <w:t>وہ ہے منفی سوچ میں</w:t>
      </w:r>
    </w:p>
    <w:p>
      <w:r>
        <w:rPr>
          <w:b/>
        </w:rPr>
        <w:t xml:space="preserve">[46:47] </w:t>
      </w:r>
      <w:r>
        <w:t>musbat ban kar rehna. aur mein samajhta hoon ke Allah taala ne dunya ki, yani jo fitrat hai, fitrat kya hai? mazahira hai. mein samajhta hoon ke fitrat jo hai, sare iqdar ka mazahira hai. is ka bhi mazahira hai. misaal ke taur par aap dekhiye, ek gulab ke phool ko dekhiye, gulab ke darakht ko. us ke shakh par aap dekhein ke kaan</w:t>
      </w:r>
    </w:p>
    <w:p>
      <w:pPr>
        <w:jc w:val="right"/>
      </w:pPr>
      <w:r>
        <w:t>مثبت بن کر رہنا۔ اور میں سمجھتا ہوں کہ اللہ تعالیٰ نے دنیا کی، یعنی جو فطرت ہے، فطرت کیا ہے؟ مظاہرہ ہے۔ میں سمجھتا ہوں کہ فطرت جو ہے، سارے اقدار کا مظاہرہ ہے۔ اس کا بھی مظاہرہ ہے۔ مثال کے طور پر آپ دیکھیے، ایک گلاب کے پھول کو دیکھیے، گلاب کے درخت کو۔ اس کے شاخ پر آپ دیکھیں کہ کان</w:t>
      </w:r>
    </w:p>
    <w:p>
      <w:r>
        <w:rPr>
          <w:b/>
        </w:rPr>
        <w:t xml:space="preserve">[47:17] </w:t>
      </w:r>
      <w:r>
        <w:t>te, bohat se kaantay hain.</w:t>
      </w:r>
    </w:p>
    <w:p>
      <w:pPr>
        <w:jc w:val="right"/>
      </w:pPr>
      <w:r>
        <w:t>ٹے، بہت سے کانٹے ہیں۔</w:t>
      </w:r>
    </w:p>
    <w:p>
      <w:r>
        <w:rPr>
          <w:b/>
        </w:rPr>
        <w:t xml:space="preserve">[47:21] </w:t>
      </w:r>
      <w:r>
        <w:t>isi mein aik bohat khoobsurat phool uga hua hai.</w:t>
      </w:r>
    </w:p>
    <w:p>
      <w:pPr>
        <w:jc w:val="right"/>
      </w:pPr>
      <w:r>
        <w:t>اسی میں ایک بہت خوبصورت پھول اگا ہوا ہے۔</w:t>
      </w:r>
    </w:p>
    <w:p>
      <w:r>
        <w:rPr>
          <w:b/>
        </w:rPr>
        <w:t xml:space="preserve">[47:26] </w:t>
      </w:r>
      <w:r>
        <w:t>in kaanton ke darmiyan phool.</w:t>
      </w:r>
    </w:p>
    <w:p>
      <w:pPr>
        <w:jc w:val="right"/>
      </w:pPr>
      <w:r>
        <w:t>ان کانٹوں کے درمیان پھول۔</w:t>
      </w:r>
    </w:p>
    <w:p>
      <w:r>
        <w:rPr>
          <w:b/>
        </w:rPr>
        <w:t xml:space="preserve">[47:30] </w:t>
      </w:r>
      <w:r>
        <w:t>kabhi bhi aap dekhen kisi gulab ke darakht ko to aik manzar aap is mein paayenge ke</w:t>
      </w:r>
    </w:p>
    <w:p>
      <w:pPr>
        <w:jc w:val="right"/>
      </w:pPr>
      <w:r>
        <w:t>کبھی بھی آپ دیکھیں کسی گلاب کے درخت کو تو ایک منظر آپ اس میں پائیں گے کہ</w:t>
      </w:r>
    </w:p>
    <w:p>
      <w:r>
        <w:rPr>
          <w:b/>
        </w:rPr>
        <w:t xml:space="preserve">[47:35] </w:t>
      </w:r>
      <w:r>
        <w:t>aik shaakh hai, us shaakh mein bohat se kaantay hain.</w:t>
      </w:r>
    </w:p>
    <w:p>
      <w:pPr>
        <w:jc w:val="right"/>
      </w:pPr>
      <w:r>
        <w:t>ایک شاخ ہے، اس شاخ میں بہت سے کانٹے ہیں۔</w:t>
      </w:r>
    </w:p>
    <w:p>
      <w:r>
        <w:rPr>
          <w:b/>
        </w:rPr>
        <w:t xml:space="preserve">[47:39] </w:t>
      </w:r>
      <w:r>
        <w:t>phir isi mein aik bohat hi khoobsurat phool uga hua hai.</w:t>
      </w:r>
    </w:p>
    <w:p>
      <w:pPr>
        <w:jc w:val="right"/>
      </w:pPr>
      <w:r>
        <w:t>پھر اسی میں ایک بہت ہی خوبصورت پھول اگا ہوا ہے۔</w:t>
      </w:r>
    </w:p>
    <w:p>
      <w:r>
        <w:rPr>
          <w:b/>
        </w:rPr>
        <w:t xml:space="preserve">[47:44] </w:t>
      </w:r>
      <w:r>
        <w:t>yahi to hai ke manfi soch ke darmiyan misbat soch ban kar rehna, kaanton ke darmiyan phool ban kar rehna.</w:t>
      </w:r>
    </w:p>
    <w:p>
      <w:pPr>
        <w:jc w:val="right"/>
      </w:pPr>
      <w:r>
        <w:t>یہی تو ہے کہ منفی سوچ کے درمیان مثبت سوچ بن کر رہنا، کانٹوں کے درمیان پھول بن کر رہنا۔</w:t>
      </w:r>
    </w:p>
    <w:p>
      <w:r>
        <w:rPr>
          <w:b/>
        </w:rPr>
        <w:t xml:space="preserve">[47:48] </w:t>
      </w:r>
      <w:r>
        <w:t>woh kya hai? fitrat mein mazahira hai. is tarah zindagi ka, is tarah zindagi ka ke chahe tumhare aas pas kaante hon, tumhare aas pas kaante hon, tab bhi tum musbat soch ko tum tum ko nahi khona hai. yahi baat ek hadith mein hai ke Hazrat Umar ne ek sahabi se kaha ke taqwa kya hai? taqwa kya</w:t>
      </w:r>
    </w:p>
    <w:p>
      <w:pPr>
        <w:jc w:val="right"/>
      </w:pPr>
      <w:r>
        <w:t>وہ کیا ہے؟ فطرت میں مظاہرہ ہے۔ اس طرح زندگی کا، اس طرح زندگی کا کہ چاہے تمہارے آس پاس کانٹے ہوں، تمہارے آس پاس کانٹے ہوں، تب بھی تم مثبت سوچ کو تم تم کو نہیں کھونا ہے۔ یہی بات ایک حدیث میں ہے کہ حضرت عمر نے ایک صحابی سے کہا کہ تقویٰ کیا ہے؟ تقویٰ کیا</w:t>
      </w:r>
    </w:p>
    <w:p>
      <w:r>
        <w:rPr>
          <w:b/>
        </w:rPr>
        <w:t xml:space="preserve">[48:18] </w:t>
      </w:r>
      <w:r>
        <w:t>hai? to unhon ne Hazrat Umar se sawal kiya, har tareeqa kisi aisay rastay se guzray hon aap</w:t>
      </w:r>
    </w:p>
    <w:p>
      <w:pPr>
        <w:jc w:val="right"/>
      </w:pPr>
      <w:r>
        <w:t>ہے؟ تو انہوں نے حضرت عمر سے سوال کیا، ہر طریقہ کسی ایسے راستے سے گزرے ہوں آپ</w:t>
      </w:r>
    </w:p>
    <w:p>
      <w:r>
        <w:rPr>
          <w:b/>
        </w:rPr>
        <w:t xml:space="preserve">[48:25] </w:t>
      </w:r>
      <w:r>
        <w:t>jis mein do teen jhaariyan hon.</w:t>
      </w:r>
    </w:p>
    <w:p>
      <w:pPr>
        <w:jc w:val="right"/>
      </w:pPr>
      <w:r>
        <w:t>جس میں دو تین جھاڑیاں ہوں۔</w:t>
      </w:r>
    </w:p>
    <w:p>
      <w:r>
        <w:rPr>
          <w:b/>
        </w:rPr>
        <w:t xml:space="preserve">[48:31] </w:t>
      </w:r>
      <w:r>
        <w:t>aap jantay hain jhaariyon mein woh kaantay bhi hotay hain aur kapra ulajhta hai, is mein phanstaa hai aadmi.</w:t>
      </w:r>
    </w:p>
    <w:p>
      <w:pPr>
        <w:jc w:val="right"/>
      </w:pPr>
      <w:r>
        <w:t>آپ جانتے ہیں جھاڑیوں میں وہ کانٹے بھی ہوتے ہیں اور کپڑا الجھتا ہے، اس میں پھنستا ہے آدمی۔</w:t>
      </w:r>
    </w:p>
    <w:p>
      <w:r>
        <w:rPr>
          <w:b/>
        </w:rPr>
        <w:t xml:space="preserve">[48:38] </w:t>
      </w:r>
      <w:r>
        <w:t>wahan aisay hua karte thay pehle.</w:t>
      </w:r>
    </w:p>
    <w:p>
      <w:pPr>
        <w:jc w:val="right"/>
      </w:pPr>
      <w:r>
        <w:t>وہاں ایسے ہوا کرتے تھے پہلے۔</w:t>
      </w:r>
    </w:p>
    <w:p>
      <w:r>
        <w:rPr>
          <w:b/>
        </w:rPr>
        <w:t xml:space="preserve">[48:44] </w:t>
      </w:r>
      <w:r>
        <w:t>to aap kahein aisay aisi jhaari se guzray jahan kaantay daar jhaariyan jahan hon.</w:t>
      </w:r>
    </w:p>
    <w:p>
      <w:pPr>
        <w:jc w:val="right"/>
      </w:pPr>
      <w:r>
        <w:t>تو آپ کہیں ایسے ایسی جھاڑی سے گزرے جہاں کانٹے دار جھاڑیاں جہاں ہوں۔</w:t>
      </w:r>
    </w:p>
    <w:p>
      <w:r>
        <w:rPr>
          <w:b/>
        </w:rPr>
        <w:t xml:space="preserve">[48:51] </w:t>
      </w:r>
      <w:r>
        <w:t>to unhon ne kaha ke haan, to unhon ne kaha kya kiya aap ne? to unhon ne kaha</w:t>
      </w:r>
    </w:p>
    <w:p>
      <w:pPr>
        <w:jc w:val="right"/>
      </w:pPr>
      <w:r>
        <w:t>تو انہوں نے کہا کہ ہاں، تو انہوں نے کہا کیا کیا آپ نے؟ تو انہوں نے کہا</w:t>
      </w:r>
    </w:p>
    <w:p>
      <w:r>
        <w:rPr>
          <w:b/>
        </w:rPr>
        <w:t xml:space="preserve">[48:57] </w:t>
      </w:r>
      <w:r>
        <w:t>ke ke maine apne kapray samait liye aur bachta hua nikal gaya.</w:t>
      </w:r>
    </w:p>
    <w:p>
      <w:pPr>
        <w:jc w:val="right"/>
      </w:pPr>
      <w:r>
        <w:t>کہ کہ میں نے اپنے کپڑے سمیٹ لیے اور بچتا ہوا نکل گیا۔</w:t>
      </w:r>
    </w:p>
    <w:p>
      <w:r>
        <w:rPr>
          <w:b/>
        </w:rPr>
        <w:t xml:space="preserve">[49:03] </w:t>
      </w:r>
      <w:r>
        <w:t>to unhon ne kaha ke yeh taqwa hai, yeh taqwa hai.</w:t>
      </w:r>
    </w:p>
    <w:p>
      <w:pPr>
        <w:jc w:val="right"/>
      </w:pPr>
      <w:r>
        <w:t>تو انہوں نے کہا کہ یہ تقویٰ ہے، یہ تقویٰ ہے۔</w:t>
      </w:r>
    </w:p>
    <w:p>
      <w:r>
        <w:rPr>
          <w:b/>
        </w:rPr>
        <w:t xml:space="preserve">[49:09] </w:t>
      </w:r>
      <w:r>
        <w:t>yaani aisay rastay se kaisay guzarta hai aadmi jahan kaantay daar jhaariyan hon? is ka tareeqa unhon ne</w:t>
      </w:r>
    </w:p>
    <w:p>
      <w:pPr>
        <w:jc w:val="right"/>
      </w:pPr>
      <w:r>
        <w:t>یعنی ایسے راستے سے کیسے گزرتا ہے آدمی جہاں کانٹے دار جھاڑیاں ہوں؟ اس کا طریقہ انہوں نے</w:t>
      </w:r>
    </w:p>
    <w:p>
      <w:r>
        <w:rPr>
          <w:b/>
        </w:rPr>
        <w:t xml:space="preserve">[49:15] </w:t>
      </w:r>
      <w:r>
        <w:t>bataya ke apne ko bachatay hue, yeh aisa nahi ke pehle to in jhaariyon ko kaato, in ki safai karo,</w:t>
      </w:r>
    </w:p>
    <w:p>
      <w:pPr>
        <w:jc w:val="right"/>
      </w:pPr>
      <w:r>
        <w:t>بتایا کہ اپنے کو بچاتے ہوئے، یہ ایسا نہیں کہ پہلے تو ان جھاڑیوں کو کاٹو، ان کا صفائی کرو،</w:t>
      </w:r>
    </w:p>
    <w:p>
      <w:r>
        <w:rPr>
          <w:b/>
        </w:rPr>
        <w:t xml:space="preserve">[49:21] </w:t>
      </w:r>
      <w:r>
        <w:t>in ka wajood mita do, phir hum jayenge.</w:t>
      </w:r>
    </w:p>
    <w:p>
      <w:pPr>
        <w:jc w:val="right"/>
      </w:pPr>
      <w:r>
        <w:t>ان کا وجود مٹا دو، پھر ہم جائیں گے۔</w:t>
      </w:r>
    </w:p>
    <w:p>
      <w:r>
        <w:rPr>
          <w:b/>
        </w:rPr>
        <w:t xml:space="preserve">[49:26] </w:t>
      </w:r>
      <w:r>
        <w:t>is ke baghair hum safar nahi karenge, yeh nahi.</w:t>
      </w:r>
    </w:p>
    <w:p>
      <w:pPr>
        <w:jc w:val="right"/>
      </w:pPr>
      <w:r>
        <w:t>اس کے بغیر ہم سفر نہیں کریں گے، یہ نہیں۔</w:t>
      </w:r>
    </w:p>
    <w:p>
      <w:r>
        <w:rPr>
          <w:b/>
        </w:rPr>
        <w:t xml:space="preserve">[49:30] </w:t>
      </w:r>
      <w:r>
        <w:t>yaani rooye zameen se kaantay daar jhaariyon ki safai kar do, tab hum apna safar jaari karenge,</w:t>
      </w:r>
    </w:p>
    <w:p>
      <w:pPr>
        <w:jc w:val="right"/>
      </w:pPr>
      <w:r>
        <w:t>یعنی روئے زمین سے کانٹے دار جھاڑیوں کی صفائی کر دو، تب ہم اپنا سفر جاری کریں گے،</w:t>
      </w:r>
    </w:p>
    <w:p>
      <w:r>
        <w:rPr>
          <w:b/>
        </w:rPr>
        <w:t xml:space="preserve">[49:34] </w:t>
      </w:r>
      <w:r>
        <w:t>yeh nahi tareeqa hai momin ka.</w:t>
      </w:r>
    </w:p>
    <w:p>
      <w:pPr>
        <w:jc w:val="right"/>
      </w:pPr>
      <w:r>
        <w:t>یہ نہیں طریقہ ہے مومن کا۔</w:t>
      </w:r>
    </w:p>
    <w:p>
      <w:r>
        <w:rPr>
          <w:b/>
        </w:rPr>
        <w:t xml:space="preserve">[49:39] </w:t>
      </w:r>
      <w:r>
        <w:t>balkay kaantay daar jhaariyon ke darmiyan se guzrein, bachtay hue, bachtay hue, bachtay hue.</w:t>
      </w:r>
    </w:p>
    <w:p>
      <w:pPr>
        <w:jc w:val="right"/>
      </w:pPr>
      <w:r>
        <w:t>بلکہ کانٹے دار جھاڑیوں کے درمیان سے گزریں، بچتے ہوئے، بچتے ہوئے، بچتے ہوئے۔</w:t>
      </w:r>
    </w:p>
    <w:p>
      <w:r>
        <w:rPr>
          <w:b/>
        </w:rPr>
        <w:t xml:space="preserve">[49:43] </w:t>
      </w:r>
      <w:r>
        <w:t>to is ke maani yeh kya hain ke aap ka safar bhi hoga aur kaantay daar jhaariyan maujood</w:t>
      </w:r>
    </w:p>
    <w:p>
      <w:pPr>
        <w:jc w:val="right"/>
      </w:pPr>
      <w:r>
        <w:t>تو اس کے معنی یہ کیا ہیں کہ آپ کا سفر بھی ہوگا اور کانٹے دار جھاڑیاں موجود</w:t>
      </w:r>
    </w:p>
    <w:p>
      <w:r>
        <w:rPr>
          <w:b/>
        </w:rPr>
        <w:t xml:space="preserve">[49:47] </w:t>
      </w:r>
      <w:r>
        <w:t>rahegi, woh khatam</w:t>
      </w:r>
    </w:p>
    <w:p>
      <w:pPr>
        <w:jc w:val="right"/>
      </w:pPr>
      <w:r>
        <w:t>رہیں گی، وہ ختم</w:t>
      </w:r>
    </w:p>
    <w:p>
      <w:r>
        <w:rPr>
          <w:b/>
        </w:rPr>
        <w:t xml:space="preserve">[49:51] </w:t>
      </w:r>
      <w:r>
        <w:t>nahi hongi.</w:t>
      </w:r>
    </w:p>
    <w:p>
      <w:pPr>
        <w:jc w:val="right"/>
      </w:pPr>
      <w:r>
        <w:t>نہیں ہوں گی۔</w:t>
      </w:r>
    </w:p>
    <w:p>
      <w:r>
        <w:rPr>
          <w:b/>
        </w:rPr>
        <w:t xml:space="preserve">[49:56] </w:t>
      </w:r>
      <w:r>
        <w:t>woh aise aap ko musbat andaaz se sochna hai aur saath saath manfi soch baqi rahegi.</w:t>
      </w:r>
    </w:p>
    <w:p>
      <w:pPr>
        <w:jc w:val="right"/>
      </w:pPr>
      <w:r>
        <w:t>وہ ایسے آپ کو مثبت انداز سے سوچنا ہے اور ساتھ ساتھ منفی سوچ باقی رہے گی۔</w:t>
      </w:r>
    </w:p>
    <w:p>
      <w:r>
        <w:rPr>
          <w:b/>
        </w:rPr>
        <w:t xml:space="preserve">[50:01] </w:t>
      </w:r>
      <w:r>
        <w:t>log aap ko ishtia'al den ge, log aap ke saath dushmani karenge, log aap ko peeche dhakelna</w:t>
      </w:r>
    </w:p>
    <w:p>
      <w:pPr>
        <w:jc w:val="right"/>
      </w:pPr>
      <w:r>
        <w:t>لوگ آپ کو اشتعال دیں گے، لوگ آپ کے ساتھ دشمنی کریں گے، لوگ آپ کو پیچھے دھکیلنا</w:t>
      </w:r>
    </w:p>
    <w:p>
      <w:r>
        <w:rPr>
          <w:b/>
        </w:rPr>
        <w:t xml:space="preserve">[50:06] </w:t>
      </w:r>
      <w:r>
        <w:t>chahenge, sab kuch hoga.</w:t>
      </w:r>
    </w:p>
    <w:p>
      <w:pPr>
        <w:jc w:val="right"/>
      </w:pPr>
      <w:r>
        <w:t>چاہیں گے، سب کچھ ہوگا۔</w:t>
      </w:r>
    </w:p>
    <w:p>
      <w:r>
        <w:rPr>
          <w:b/>
        </w:rPr>
        <w:t xml:space="preserve">[50:12] </w:t>
      </w:r>
      <w:r>
        <w:t>aur woh hoga yaani is liye ke Allah taala ne logon ko aazadi di hai.</w:t>
      </w:r>
    </w:p>
    <w:p>
      <w:pPr>
        <w:jc w:val="right"/>
      </w:pPr>
      <w:r>
        <w:t>اور وہ ہوگا یعنی اس لیے کہ اللہ تعالیٰ نے لوگوں کو آزادی دی ہے۔</w:t>
      </w:r>
    </w:p>
    <w:p>
      <w:r>
        <w:rPr>
          <w:b/>
        </w:rPr>
        <w:t xml:space="preserve">[50:17] </w:t>
      </w:r>
      <w:r>
        <w:t>har aadmi daud lagana chahta hai, koi dhakka bhi de dega aap ko</w:t>
      </w:r>
    </w:p>
    <w:p>
      <w:pPr>
        <w:jc w:val="right"/>
      </w:pPr>
      <w:r>
        <w:t>ہر آدمی دوڑ لگانا چاہتا ہے، کوئی دھکا بھی دے دے گا آپ کو</w:t>
      </w:r>
    </w:p>
    <w:p>
      <w:r>
        <w:rPr>
          <w:b/>
        </w:rPr>
        <w:t xml:space="preserve">[50:22] </w:t>
      </w:r>
      <w:r>
        <w:t>—</w:t>
      </w:r>
    </w:p>
    <w:p>
      <w:pPr>
        <w:jc w:val="right"/>
      </w:pPr>
      <w:r>
        <w:t>۔</w:t>
      </w:r>
    </w:p>
    <w:p>
      <w:r>
        <w:rPr>
          <w:b/>
        </w:rPr>
        <w:t xml:space="preserve">[50:26] </w:t>
      </w:r>
      <w:r>
        <w:t>ek aadmi daud laga raha hai to aap ko dhakka bhi lag sakta hai.</w:t>
      </w:r>
    </w:p>
    <w:p>
      <w:pPr>
        <w:jc w:val="right"/>
      </w:pPr>
      <w:r>
        <w:t>ایک آدمی دوڑ لگا رہا ہے تو آپ کو دھکا بھی لگ سکتا ہے۔</w:t>
      </w:r>
    </w:p>
    <w:p>
      <w:r>
        <w:rPr>
          <w:b/>
        </w:rPr>
        <w:t xml:space="preserve">[50:30] </w:t>
      </w:r>
      <w:r>
        <w:t>aap ko yeh sab kuch hoga, yeh sab hona hi hona hai.</w:t>
      </w:r>
    </w:p>
    <w:p>
      <w:pPr>
        <w:jc w:val="right"/>
      </w:pPr>
      <w:r>
        <w:t>آپ کو یہ سب کچھ ہوگا، یہ سب ہونا ہی ہونا ہے۔</w:t>
      </w:r>
    </w:p>
    <w:p>
      <w:r>
        <w:rPr>
          <w:b/>
        </w:rPr>
        <w:t xml:space="preserve">[50:35] </w:t>
      </w:r>
      <w:r>
        <w:t>yeh bohat qudrati hai.</w:t>
      </w:r>
    </w:p>
    <w:p>
      <w:pPr>
        <w:jc w:val="right"/>
      </w:pPr>
      <w:r>
        <w:t>یہ بہت قدرتی ہے۔</w:t>
      </w:r>
    </w:p>
    <w:p>
      <w:r>
        <w:rPr>
          <w:b/>
        </w:rPr>
        <w:t xml:space="preserve">[50:39] </w:t>
      </w:r>
      <w:r>
        <w:t>to in sab ke darmiyan, in sab ke hote hue aap ko apna rasta banana hai.</w:t>
      </w:r>
    </w:p>
    <w:p>
      <w:pPr>
        <w:jc w:val="right"/>
      </w:pPr>
      <w:r>
        <w:t>تو ان سب کے درمیان، ان سب کے ہوتے ہوئے آپ کو اپنا راستہ بنانا ہے۔</w:t>
      </w:r>
    </w:p>
    <w:p>
      <w:r>
        <w:rPr>
          <w:b/>
        </w:rPr>
        <w:t xml:space="preserve">[50:44] </w:t>
      </w:r>
      <w:r>
        <w:t>aur yeh shikayat ke ma'ani hain jo aap shikayat karte hain, jo ihtijaj karte hain.</w:t>
      </w:r>
    </w:p>
    <w:p>
      <w:pPr>
        <w:jc w:val="right"/>
      </w:pPr>
      <w:r>
        <w:t>اور یہ شکایت کے معنی ہیں جو آپ شکایت کرتے ہیں، جو احتجاج کرتے ہیں۔</w:t>
      </w:r>
    </w:p>
    <w:p>
      <w:r>
        <w:rPr>
          <w:b/>
        </w:rPr>
        <w:t xml:space="preserve">[50:48] </w:t>
      </w:r>
      <w:r>
        <w:t>to kya matlab hota hai is ka</w:t>
      </w:r>
    </w:p>
    <w:p>
      <w:pPr>
        <w:jc w:val="right"/>
      </w:pPr>
      <w:r>
        <w:t>تو کیا مطلب ہوتا ہے اس کا</w:t>
      </w:r>
    </w:p>
    <w:p>
      <w:r>
        <w:rPr>
          <w:b/>
        </w:rPr>
        <w:t xml:space="preserve">[50:53] </w:t>
      </w:r>
      <w:r>
        <w:t>؟ is ka matlab yeh hai ke aap chahte hain ke ke yeh woh cheezein maujood na rahen dunya mein. to mein mein yeh kehta hoon ke phir aap ko ek nayi dunya takhleeq karni padegi. yeh jo Allah ne banai hai dunya, yeh dunya to aisi rahegi, yeh dunya to badalne wali hai nahi. agar aap ko ek, agar aap yeh chahte hain ke mere rastay mein kaante daar jhaadiyan na hon, mere mahol mein koi manfi</w:t>
      </w:r>
    </w:p>
    <w:p>
      <w:pPr>
        <w:jc w:val="right"/>
      </w:pPr>
      <w:r>
        <w:t>؟ اس کا مطلب یہ ہے کہ آپ چاہتے ہیں کہ کہ یہ وہ چیزیں موجود نہ رہیں دنیا میں۔ تو میں میں یہ کہتا ہوں کہ پھر آپ کو ایک نئی دنیا تخلیق کرنی پڑے گی۔ یہ جو اللہ نے بنائی ہے دنیا، یہ دنیا تو ایسی رہے گی، یہ دنیا تو بدلنے والی ہے نہیں۔ اگر آپ کو ایک، اگر آپ یہ چاہتے ہیں کہ میرے راستے میں کانٹے دار جھاڑیاں نہ ہوں، میرے ماحول میں کوئی منفی</w:t>
      </w:r>
    </w:p>
    <w:p>
      <w:r>
        <w:rPr>
          <w:b/>
        </w:rPr>
        <w:t xml:space="preserve">[51:23] </w:t>
      </w:r>
      <w:r>
        <w:t>boli wala, manfi boli bolne wala na ho, koi mujhe ishtia'al dene wala na ho, koi mere khilaf</w:t>
      </w:r>
    </w:p>
    <w:p>
      <w:pPr>
        <w:jc w:val="right"/>
      </w:pPr>
      <w:r>
        <w:t>بولی والا، منفی بولی بولنے والا نہ ہو، کوئی مجھے اشتعال دینے والا نہ ہو، کوئی میرے خلاف</w:t>
      </w:r>
    </w:p>
    <w:p>
      <w:r>
        <w:rPr>
          <w:b/>
        </w:rPr>
        <w:t xml:space="preserve">[51:28] </w:t>
      </w:r>
      <w:r>
        <w:t>cartoon chhapne wala na ho, achha aap chahte hain ek nai dunya takhleeq kijiye, phir ek nai kainat banaiye.</w:t>
      </w:r>
    </w:p>
    <w:p>
      <w:pPr>
        <w:jc w:val="right"/>
      </w:pPr>
      <w:r>
        <w:t>کارٹون چھاپنے والا نہ ہو، اچھا آپ چاہتے ہیں ایک نئی دنیا تخلیق کیجیے، پھر ایک نئی کائنات بنائیے۔</w:t>
      </w:r>
    </w:p>
    <w:p>
      <w:r>
        <w:rPr>
          <w:b/>
        </w:rPr>
        <w:t xml:space="preserve">[51:33] </w:t>
      </w:r>
      <w:r>
        <w:t>yahan to yahi sab hoga, yahan to yahi sab hoga, yahan aap ke khilaf kitaben bhi chhapengi,</w:t>
      </w:r>
    </w:p>
    <w:p>
      <w:pPr>
        <w:jc w:val="right"/>
      </w:pPr>
      <w:r>
        <w:t>یہاں تو یہی سب ہوگا، یہاں تو یہی سب ہوگا، یہاں آپ کے خلاف کتابیں بھی چھپیں گی،</w:t>
      </w:r>
    </w:p>
    <w:p>
      <w:r>
        <w:rPr>
          <w:b/>
        </w:rPr>
        <w:t xml:space="preserve">[51:38] </w:t>
      </w:r>
      <w:r>
        <w:t>yahan aap ke khilaf cartoon bhi chhapenge.</w:t>
      </w:r>
    </w:p>
    <w:p>
      <w:pPr>
        <w:jc w:val="right"/>
      </w:pPr>
      <w:r>
        <w:t>یہاں آپ کے خلاف کارٹون بھی چھپیں گے۔</w:t>
      </w:r>
    </w:p>
    <w:p>
      <w:r>
        <w:rPr>
          <w:b/>
        </w:rPr>
        <w:t xml:space="preserve">[51:43] </w:t>
      </w:r>
      <w:r>
        <w:t>aap bhadakte kyun hain? apna bhadakna band kijiye.</w:t>
      </w:r>
    </w:p>
    <w:p>
      <w:pPr>
        <w:jc w:val="right"/>
      </w:pPr>
      <w:r>
        <w:t>آپ بھڑکتے کیوں ہیں؟ اپنا بھڑکنا بند کیجیے۔</w:t>
      </w:r>
    </w:p>
    <w:p>
      <w:r>
        <w:rPr>
          <w:b/>
        </w:rPr>
        <w:t xml:space="preserve">[51:48] </w:t>
      </w:r>
      <w:r>
        <w:t>bajaye is ke ke un se aap mang karen ke tum mat chhapao cartoon, apne</w:t>
      </w:r>
    </w:p>
    <w:p>
      <w:pPr>
        <w:jc w:val="right"/>
      </w:pPr>
      <w:r>
        <w:t>بجائے اس کے کہ ان سے آپ مانگ کریں کہ تم مت چھاپو کارٹون، اپنے</w:t>
      </w:r>
    </w:p>
    <w:p>
      <w:r>
        <w:rPr>
          <w:b/>
        </w:rPr>
        <w:t xml:space="preserve">[51:53] </w:t>
      </w:r>
      <w:r>
        <w:t>ko badlie, apne ko badlie, apne ko badlie.</w:t>
      </w:r>
    </w:p>
    <w:p>
      <w:pPr>
        <w:jc w:val="right"/>
      </w:pPr>
      <w:r>
        <w:t>کو بدلیے، اپنے کو بدلیے، اپنے کو بدلیے۔</w:t>
      </w:r>
    </w:p>
    <w:p>
      <w:r>
        <w:rPr>
          <w:b/>
        </w:rPr>
        <w:t xml:space="preserve">[51:59] </w:t>
      </w:r>
      <w:r>
        <w:t>isi liye sabr ki Islam mein bohat ahmiyat hai.</w:t>
      </w:r>
    </w:p>
    <w:p>
      <w:pPr>
        <w:jc w:val="right"/>
      </w:pPr>
      <w:r>
        <w:t>اسی لیے صبر کی اسلام میں بہت اہمیت ہے۔</w:t>
      </w:r>
    </w:p>
    <w:p>
      <w:r>
        <w:rPr>
          <w:b/>
        </w:rPr>
        <w:t xml:space="preserve">[52:05] </w:t>
      </w:r>
      <w:r>
        <w:t>yaani shuru mein jo surat utri Allah taala ki taraf se Rasool Allah par, Surat al-Muddaththir, us mein</w:t>
      </w:r>
    </w:p>
    <w:p>
      <w:pPr>
        <w:jc w:val="right"/>
      </w:pPr>
      <w:r>
        <w:t>یعنی شروع میں جو سورت اتری اللہ تعالیٰ کی طرف سے رسول اللہ پر، سورۃ المدثر، اس میں</w:t>
      </w:r>
    </w:p>
    <w:p>
      <w:r>
        <w:rPr>
          <w:b/>
        </w:rPr>
        <w:t xml:space="preserve">[52:11] </w:t>
      </w:r>
      <w:r>
        <w:t>dekhiye, us mein yeh tha: "Ya ayyuhal muddaththir, qum fa'anzir".</w:t>
      </w:r>
    </w:p>
    <w:p>
      <w:pPr>
        <w:jc w:val="right"/>
      </w:pPr>
      <w:r>
        <w:t>دیکھیے، اس میں یہ تھا: "یا ایہا المدثر، قم فانظر"۔</w:t>
      </w:r>
    </w:p>
    <w:p>
      <w:r>
        <w:rPr>
          <w:b/>
        </w:rPr>
        <w:t xml:space="preserve">[52:17] </w:t>
      </w:r>
      <w:r>
        <w:t>is tarah se hukum deti hui aakhir mein farmaya ke "Wa li rabbika fasbir".</w:t>
      </w:r>
    </w:p>
    <w:p>
      <w:pPr>
        <w:jc w:val="right"/>
      </w:pPr>
      <w:r>
        <w:t>اس طرح سے حکم دیتی ہوئی آخر میں فرمایا کہ "ولربک فاصبر"۔</w:t>
      </w:r>
    </w:p>
    <w:p>
      <w:r>
        <w:rPr>
          <w:b/>
        </w:rPr>
        <w:t xml:space="preserve">[52:23] </w:t>
      </w:r>
      <w:r>
        <w:t>apne Rab ke liye sabr karo.</w:t>
      </w:r>
    </w:p>
    <w:p>
      <w:pPr>
        <w:jc w:val="right"/>
      </w:pPr>
      <w:r>
        <w:t>اپنے رب کے لیے صبر کرو۔</w:t>
      </w:r>
    </w:p>
    <w:p>
      <w:r>
        <w:rPr>
          <w:b/>
        </w:rPr>
        <w:t xml:space="preserve">[52:28] </w:t>
      </w:r>
      <w:r>
        <w:t>"Keep patience for the sake of God"۔</w:t>
      </w:r>
    </w:p>
    <w:p>
      <w:pPr>
        <w:jc w:val="right"/>
      </w:pPr>
      <w:r>
        <w:t>"Keep patience for the sake of God"۔</w:t>
      </w:r>
    </w:p>
    <w:p>
      <w:r>
        <w:rPr>
          <w:b/>
        </w:rPr>
        <w:t xml:space="preserve">[52:32] </w:t>
      </w:r>
      <w:r>
        <w:t>yani rasool Allah ko hukum diya gaya ke tum intezar karo aur baseerat o akhlaq ko durust kar</w:t>
      </w:r>
    </w:p>
    <w:p>
      <w:pPr>
        <w:jc w:val="right"/>
      </w:pPr>
      <w:r>
        <w:t>یعنی رسول اللہ کو حکم دیا گیا کہ تم انتظار کرو اور بصیرت و اخلاق کو درست کر</w:t>
      </w:r>
    </w:p>
    <w:p>
      <w:r>
        <w:rPr>
          <w:b/>
        </w:rPr>
        <w:t xml:space="preserve">[52:36] </w:t>
      </w:r>
      <w:r>
        <w:t>ke logon ko batao ke baseerat o akhlaq ko durust kar ke rahen dunya mein۔</w:t>
      </w:r>
    </w:p>
    <w:p>
      <w:pPr>
        <w:jc w:val="right"/>
      </w:pPr>
      <w:r>
        <w:t>کے لوگوں کو بتاؤ کہ بصیرت و اخلاق کو درست کر کے رہیں دنیا میں۔</w:t>
      </w:r>
    </w:p>
    <w:p>
      <w:r>
        <w:rPr>
          <w:b/>
        </w:rPr>
        <w:t xml:space="preserve">[52:41] </w:t>
      </w:r>
      <w:r>
        <w:t>aur aakhir mein farmaya ke "walilrrbika fasbir"۔</w:t>
      </w:r>
    </w:p>
    <w:p>
      <w:pPr>
        <w:jc w:val="right"/>
      </w:pPr>
      <w:r>
        <w:t>اور آخر میں فرمایا کہ "ولربک فاصبر"۔</w:t>
      </w:r>
    </w:p>
    <w:p>
      <w:r>
        <w:rPr>
          <w:b/>
        </w:rPr>
        <w:t xml:space="preserve">[52:45] </w:t>
      </w:r>
      <w:r>
        <w:t>"Keep patience for the sake of God"۔</w:t>
      </w:r>
    </w:p>
    <w:p>
      <w:pPr>
        <w:jc w:val="right"/>
      </w:pPr>
      <w:r>
        <w:t>"Keep patience for the sake of God"۔</w:t>
      </w:r>
    </w:p>
    <w:p>
      <w:r>
        <w:rPr>
          <w:b/>
        </w:rPr>
        <w:t xml:space="preserve">[52:49] </w:t>
      </w:r>
      <w:r>
        <w:t>yani jo jo</w:t>
      </w:r>
    </w:p>
    <w:p>
      <w:pPr>
        <w:jc w:val="right"/>
      </w:pPr>
      <w:r>
        <w:t>یعنی جو جو</w:t>
      </w:r>
    </w:p>
    <w:p>
      <w:r>
        <w:rPr>
          <w:b/>
        </w:rPr>
        <w:t xml:space="preserve">[52:54] </w:t>
      </w:r>
      <w:r>
        <w:t>tumhare aas paas jo kaantay daar jhaariyan hain, tumhare aas paas jo woh log hain jo ishtia'al de</w:t>
      </w:r>
    </w:p>
    <w:p>
      <w:pPr>
        <w:jc w:val="right"/>
      </w:pPr>
      <w:r>
        <w:t>تمہارے آس پاس جو کانٹے دار جھاڑیاں ہیں، تمہارے آس پاس جو وہ لوگ ہیں جو اشتعال دے</w:t>
      </w:r>
    </w:p>
    <w:p>
      <w:r>
        <w:rPr>
          <w:b/>
        </w:rPr>
        <w:t xml:space="preserve">[53:00] </w:t>
      </w:r>
      <w:r>
        <w:t>rahe hain tum ko, tumhare aas paas woh log jo hain jo tumhare khilaaf baaten kar rahe hain,</w:t>
      </w:r>
    </w:p>
    <w:p>
      <w:pPr>
        <w:jc w:val="right"/>
      </w:pPr>
      <w:r>
        <w:t>رہے ہیں تم کو، تمہارے آس پاس وہ لوگ جو ہیں جو تمہارے خلاف باتیں کر رہے ہیں،</w:t>
      </w:r>
    </w:p>
    <w:p>
      <w:r>
        <w:rPr>
          <w:b/>
        </w:rPr>
        <w:t xml:space="preserve">[53:06] </w:t>
      </w:r>
      <w:r>
        <w:t>un sab ko nazar andaaz karo, sabr karo۔</w:t>
      </w:r>
    </w:p>
    <w:p>
      <w:pPr>
        <w:jc w:val="right"/>
      </w:pPr>
      <w:r>
        <w:t>ان سب کو نظر انداز کرو، صبر کرو۔</w:t>
      </w:r>
    </w:p>
    <w:p>
      <w:r>
        <w:rPr>
          <w:b/>
        </w:rPr>
        <w:t xml:space="preserve">[53:12] </w:t>
      </w:r>
      <w:r>
        <w:t>un ke khilaaf, un ke khilaaf koi iqdaam mat karo۔</w:t>
      </w:r>
    </w:p>
    <w:p>
      <w:pPr>
        <w:jc w:val="right"/>
      </w:pPr>
      <w:r>
        <w:t>ان کے خلاف، ان کے خلاف کوئی اقدام مت کرو۔</w:t>
      </w:r>
    </w:p>
    <w:p>
      <w:r>
        <w:rPr>
          <w:b/>
        </w:rPr>
        <w:t xml:space="preserve">[53:18] </w:t>
      </w:r>
      <w:r>
        <w:t>sabr ka matlab yahi hai ke naamwafiq cheezon ko taalte hue apne mission par lage rehna</w:t>
      </w:r>
    </w:p>
    <w:p>
      <w:pPr>
        <w:jc w:val="right"/>
      </w:pPr>
      <w:r>
        <w:t>صبر کا مطلب یہی ہے کہ ناموافق چیزوں کو ٹالتے ہوئے اپنے مشن پر لگے رہنا</w:t>
      </w:r>
    </w:p>
    <w:p>
      <w:r>
        <w:rPr>
          <w:b/>
        </w:rPr>
        <w:t xml:space="preserve">[53:24] </w:t>
      </w:r>
      <w:r>
        <w:t>۔ yeh sara Quran bhara hua hai is se, yahan tak ke Quran majeed mein dekhiye, ek ayat aisi hai sabr ke bare mein jo kisi bhi doosre amal ke bare mein nahi hai. is mein hai ke sab se zyada inaam mile ga sabr par, sab se zyada baghair hisab. kaisi ajeeb baat hai ke sabr karne walon ko la mehdood inaam</w:t>
      </w:r>
    </w:p>
    <w:p>
      <w:pPr>
        <w:jc w:val="right"/>
      </w:pPr>
      <w:r>
        <w:t>۔ یہ سارا قرآن بھرا ہوا ہے اس سے، یہاں تک کہ قرآن مجید میں دیکھیے، ایک آیت ایسی ہے صبر کے بارے میں جو کسی بھی دوسرے عمل کے بارے میں نہیں ہے۔ اس میں ہے کہ سب سے زیادہ انعام ملے گا صبر پر، سب سے زیادہ بغیر حساب۔ کیسی عجیب بات ہے کہ صبر کرنے والوں کو لامحدود انعام</w:t>
      </w:r>
    </w:p>
    <w:p>
      <w:r>
        <w:rPr>
          <w:b/>
        </w:rPr>
        <w:t xml:space="preserve">[53:54] </w:t>
      </w:r>
      <w:r>
        <w:t>milega۔</w:t>
      </w:r>
    </w:p>
    <w:p>
      <w:pPr>
        <w:jc w:val="right"/>
      </w:pPr>
      <w:r>
        <w:t>ملے گا۔</w:t>
      </w:r>
    </w:p>
    <w:p>
      <w:r>
        <w:rPr>
          <w:b/>
        </w:rPr>
        <w:t xml:space="preserve">[53:59] </w:t>
      </w:r>
      <w:r>
        <w:t>sabr karne walon ko la mehdood inaam milega۔</w:t>
      </w:r>
    </w:p>
    <w:p>
      <w:pPr>
        <w:jc w:val="right"/>
      </w:pPr>
      <w:r>
        <w:t>صبر کرنے والوں کو لامحدود انعام ملے گا۔</w:t>
      </w:r>
    </w:p>
    <w:p>
      <w:r>
        <w:rPr>
          <w:b/>
        </w:rPr>
        <w:t xml:space="preserve">[54:04] </w:t>
      </w:r>
      <w:r>
        <w:t>yeh kisi aur amal par aisa nahi hai۔</w:t>
      </w:r>
    </w:p>
    <w:p>
      <w:pPr>
        <w:jc w:val="right"/>
      </w:pPr>
      <w:r>
        <w:t>یہ کسی اور عمل پر ایسا نہیں ہے۔</w:t>
      </w:r>
    </w:p>
    <w:p>
      <w:r>
        <w:rPr>
          <w:b/>
        </w:rPr>
        <w:t xml:space="preserve">[54:09] </w:t>
      </w:r>
      <w:r>
        <w:t>kyun? kyun milega? isi liye milega ke unhon ne Allah ke naqsha takhleeq ko qabool kiya۔</w:t>
      </w:r>
    </w:p>
    <w:p>
      <w:pPr>
        <w:jc w:val="right"/>
      </w:pPr>
      <w:r>
        <w:t>کیوں؟ کیوں ملے گا؟ اسی لیے ملے گا کہ انہوں نے اللہ کے نقشہ تخلیق کو قبول کیا۔</w:t>
      </w:r>
    </w:p>
    <w:p>
      <w:r>
        <w:rPr>
          <w:b/>
        </w:rPr>
        <w:t xml:space="preserve">[54:14] </w:t>
      </w:r>
      <w:r>
        <w:t>Allah ke naqsha takhleeq ko qabool kiya۔</w:t>
      </w:r>
    </w:p>
    <w:p>
      <w:pPr>
        <w:jc w:val="right"/>
      </w:pPr>
      <w:r>
        <w:t>اللہ کے نقشہ تخلیق کو قبول کیا۔</w:t>
      </w:r>
    </w:p>
    <w:p>
      <w:r>
        <w:rPr>
          <w:b/>
        </w:rPr>
        <w:t xml:space="preserve">[54:19] </w:t>
      </w:r>
      <w:r>
        <w:t>yani Allah ne apne</w:t>
      </w:r>
    </w:p>
    <w:p>
      <w:pPr>
        <w:jc w:val="right"/>
      </w:pPr>
      <w:r>
        <w:t>یعنی اللہ نے اپنے</w:t>
      </w:r>
    </w:p>
    <w:p>
      <w:r>
        <w:rPr>
          <w:b/>
        </w:rPr>
        <w:t xml:space="preserve">[54:24] </w:t>
      </w:r>
      <w:r>
        <w:t>naqsha takhleeq ke mutabiq sab ko azaadi di thi۔</w:t>
      </w:r>
    </w:p>
    <w:p>
      <w:pPr>
        <w:jc w:val="right"/>
      </w:pPr>
      <w:r>
        <w:t>نقشہ تخلیق کے مطابق سب کو آزادی دی تھی۔</w:t>
      </w:r>
    </w:p>
    <w:p>
      <w:r>
        <w:rPr>
          <w:b/>
        </w:rPr>
        <w:t xml:space="preserve">[54:29] </w:t>
      </w:r>
      <w:r>
        <w:t>azaadi ki bina par woh tarah tarah ki harkaten karte the jo humein pasand na hon, tab bhi</w:t>
      </w:r>
    </w:p>
    <w:p>
      <w:pPr>
        <w:jc w:val="right"/>
      </w:pPr>
      <w:r>
        <w:t>آزادی کی بنا پر وہ طرح طرح کی حرکتیں کرتے تھے جو ہمیں پسند نہ ہوں، تب بھی</w:t>
      </w:r>
    </w:p>
    <w:p>
      <w:r>
        <w:rPr>
          <w:b/>
        </w:rPr>
        <w:t xml:space="preserve">[54:34] </w:t>
      </w:r>
      <w:r>
        <w:t>hum ne hum is par rad-e-amal nahi diya, hum ne is ko bardasht kiya aur Allah ke naqsha</w:t>
      </w:r>
    </w:p>
    <w:p>
      <w:pPr>
        <w:jc w:val="right"/>
      </w:pPr>
      <w:r>
        <w:t>ہم نے ہم اس پر ردعمل نہیں دیا، ہم نے اس کو برداشت کیا اور اللہ کے نقشہ</w:t>
      </w:r>
    </w:p>
    <w:p>
      <w:r>
        <w:rPr>
          <w:b/>
        </w:rPr>
        <w:t xml:space="preserve">[54:39] </w:t>
      </w:r>
      <w:r>
        <w:t>takhleeq par hum raazi hue۔</w:t>
      </w:r>
    </w:p>
    <w:p>
      <w:pPr>
        <w:jc w:val="right"/>
      </w:pPr>
      <w:r>
        <w:t>تخلیق پر ہم راضی ہوئے۔</w:t>
      </w:r>
    </w:p>
    <w:p>
      <w:r>
        <w:rPr>
          <w:b/>
        </w:rPr>
        <w:t xml:space="preserve">[54:44] </w:t>
      </w:r>
      <w:r>
        <w:t>is liye milega yeh۔</w:t>
      </w:r>
    </w:p>
    <w:p>
      <w:pPr>
        <w:jc w:val="right"/>
      </w:pPr>
      <w:r>
        <w:t>اس لیے ملے گا یہ۔</w:t>
      </w:r>
    </w:p>
    <w:p>
      <w:r>
        <w:rPr>
          <w:b/>
        </w:rPr>
        <w:t xml:space="preserve">[54:49] </w:t>
      </w:r>
      <w:r>
        <w:t>to kitni bari basharat hai is par ke agar aap Allah</w:t>
      </w:r>
    </w:p>
    <w:p>
      <w:pPr>
        <w:jc w:val="right"/>
      </w:pPr>
      <w:r>
        <w:t>تو کتنی بڑی بشارت ہے اس پر کہ اگر آپ اللہ</w:t>
      </w:r>
    </w:p>
    <w:p>
      <w:r>
        <w:rPr>
          <w:b/>
        </w:rPr>
        <w:t xml:space="preserve">[54:54] </w:t>
      </w:r>
      <w:r>
        <w:t>ke naqsha takhleeq par raazi ho jayen to aap ko bila hisab ajr milega۔</w:t>
      </w:r>
    </w:p>
    <w:p>
      <w:pPr>
        <w:jc w:val="right"/>
      </w:pPr>
      <w:r>
        <w:t>کے نقشہ تخلیق پر راضی ہو جائیں تو آپ کو بلا حساب اجر ملے گا۔</w:t>
      </w:r>
    </w:p>
    <w:p>
      <w:r>
        <w:rPr>
          <w:b/>
        </w:rPr>
        <w:t xml:space="preserve">[55:00] </w:t>
      </w:r>
      <w:r>
        <w:t>"Innama yuwaffa al-sabiroona ajrahum bighayri hisab"۔</w:t>
      </w:r>
    </w:p>
    <w:p>
      <w:pPr>
        <w:jc w:val="right"/>
      </w:pPr>
      <w:r>
        <w:t>"إنما يوفى الصابرون أجرهم بغير حساب"۔</w:t>
      </w:r>
    </w:p>
    <w:p>
      <w:r>
        <w:rPr>
          <w:b/>
        </w:rPr>
        <w:t xml:space="preserve">[55:06] </w:t>
      </w:r>
      <w:r>
        <w:t>inma yuwaffa al-sabiruna ajrahum bighayri hisab</w:t>
      </w:r>
    </w:p>
    <w:p>
      <w:pPr>
        <w:jc w:val="right"/>
      </w:pPr>
      <w:r>
        <w:t>"إنما يوفى الصابرون أجرهم بغير حساب"۔</w:t>
      </w:r>
    </w:p>
    <w:p>
      <w:r>
        <w:rPr>
          <w:b/>
        </w:rPr>
        <w:t xml:space="preserve">[55:12] </w:t>
      </w:r>
      <w:r>
        <w:t>to yeh cheez bohat bari hai Allah taala ke nazdeek ke aap Allah ke naqsha-e-takhlioq par razi hon.</w:t>
      </w:r>
    </w:p>
    <w:p>
      <w:pPr>
        <w:jc w:val="right"/>
      </w:pPr>
      <w:r>
        <w:t>تو یہ چیز بہت بڑی ہے اللہ تعالیٰ کے نزدیک کہ آپ اللہ کے نقشہ تخلیق پر راضی ہوں۔</w:t>
      </w:r>
    </w:p>
    <w:p>
      <w:r>
        <w:rPr>
          <w:b/>
        </w:rPr>
        <w:t xml:space="preserve">[55:19] </w:t>
      </w:r>
      <w:r>
        <w:t>yani koi aap ko ishtial de to aap samjhen ke Allah ke naqsha-e-takhlioq ki waja se aisa hai.</w:t>
      </w:r>
    </w:p>
    <w:p>
      <w:pPr>
        <w:jc w:val="right"/>
      </w:pPr>
      <w:r>
        <w:t>یعنی کوئی آپ کو اشتعال دے تو آپ سمجھیں کہ اللہ کے نقشہ تخلیق کی وجہ سے ایسا ہے۔</w:t>
      </w:r>
    </w:p>
    <w:p>
      <w:r>
        <w:rPr>
          <w:b/>
        </w:rPr>
        <w:t xml:space="preserve">[55:25] </w:t>
      </w:r>
      <w:r>
        <w:t>koi aap ke khilaf kitab chhape to aap samjhen ke Allah ke naqsha-e-takhlioq ki waja se aisa</w:t>
      </w:r>
    </w:p>
    <w:p>
      <w:pPr>
        <w:jc w:val="right"/>
      </w:pPr>
      <w:r>
        <w:t>کوئی آپ کے خلاف کتاب چھاپے تو آپ سمجھیں کہ اللہ کے نقشہ تخلیق کی وجہ سے ایسا</w:t>
      </w:r>
    </w:p>
    <w:p>
      <w:r>
        <w:rPr>
          <w:b/>
        </w:rPr>
        <w:t xml:space="preserve">[55:29] </w:t>
      </w:r>
      <w:r>
        <w:t>ho raha hai.</w:t>
      </w:r>
    </w:p>
    <w:p>
      <w:pPr>
        <w:jc w:val="right"/>
      </w:pPr>
      <w:r>
        <w:t>ہو رہا ہے۔</w:t>
      </w:r>
    </w:p>
    <w:p>
      <w:r>
        <w:rPr>
          <w:b/>
        </w:rPr>
        <w:t xml:space="preserve">[55:34] </w:t>
      </w:r>
      <w:r>
        <w:t>koi aap se aage barh jaye, koi aap ko dhakka de de, kuch bhi kare to us ko</w:t>
      </w:r>
    </w:p>
    <w:p>
      <w:pPr>
        <w:jc w:val="right"/>
      </w:pPr>
      <w:r>
        <w:t>کوئی آپ سے آگے بڑھ جائے، کوئی آپ کو دھکا دے دے، کچھ بھی کرے تو اس کو</w:t>
      </w:r>
    </w:p>
    <w:p>
      <w:r>
        <w:rPr>
          <w:b/>
        </w:rPr>
        <w:t xml:space="preserve">[55:38] </w:t>
      </w:r>
      <w:r>
        <w:t>nazar andaaz kar ke apni mansooba bandi karen.</w:t>
      </w:r>
    </w:p>
    <w:p>
      <w:pPr>
        <w:jc w:val="right"/>
      </w:pPr>
      <w:r>
        <w:t>نظر انداز کر کے اپنی منصوبہ بندی کریں۔</w:t>
      </w:r>
    </w:p>
    <w:p>
      <w:r>
        <w:rPr>
          <w:b/>
        </w:rPr>
        <w:t xml:space="preserve">[55:43] </w:t>
      </w:r>
      <w:r>
        <w:t>aap us ko nazar andaaz kar ke apni mansooba bandi karen, nahi to phir aik aap agar aap</w:t>
      </w:r>
    </w:p>
    <w:p>
      <w:pPr>
        <w:jc w:val="right"/>
      </w:pPr>
      <w:r>
        <w:t>آپ اس کو نظر انداز کر کے اپنی منصوبہ بندی کریں، نہیں تو پھر ایک آپ اگر آپ</w:t>
      </w:r>
    </w:p>
    <w:p>
      <w:r>
        <w:rPr>
          <w:b/>
        </w:rPr>
        <w:t xml:space="preserve">[55:47] </w:t>
      </w:r>
      <w:r>
        <w:t>us ko qabool nahi kar rahe hain to is ka matlab yeh hai ke aap yeh chahte hain</w:t>
      </w:r>
    </w:p>
    <w:p>
      <w:pPr>
        <w:jc w:val="right"/>
      </w:pPr>
      <w:r>
        <w:t>اس کو قبول نہیں کر رہے ہیں تو اس کا مطلب یہ ہے کہ آپ یہ چاہتے ہیں</w:t>
      </w:r>
    </w:p>
    <w:p>
      <w:r>
        <w:rPr>
          <w:b/>
        </w:rPr>
        <w:t xml:space="preserve">[55:52] </w:t>
      </w:r>
      <w:r>
        <w:t>ke aik aur dunya banai jaye.</w:t>
      </w:r>
    </w:p>
    <w:p>
      <w:pPr>
        <w:jc w:val="right"/>
      </w:pPr>
      <w:r>
        <w:t>کہ ایک اور دنیا بنائی جائے۔</w:t>
      </w:r>
    </w:p>
    <w:p>
      <w:r>
        <w:rPr>
          <w:b/>
        </w:rPr>
        <w:t xml:space="preserve">[55:56] </w:t>
      </w:r>
      <w:r>
        <w:t>to ek aur dunya to banne wali hai hi nahi, aap khud bana nahi sakte to kya karenge? yaani Allah taala ki taraf se ek aur dunya to banai jane wali hai hi nahi aur aap khud bana nahi sakte to kya karenge aakhir? to yeh itna bara junoon hai ab musalmanon mein ke koi had o hisab nahi. yaani dilli mein ek seminar hua tha jab sirf muslim muslim thay aur sab top ke mis</w:t>
      </w:r>
    </w:p>
    <w:p>
      <w:pPr>
        <w:jc w:val="right"/>
      </w:pPr>
      <w:r>
        <w:t>تو ایک اور دنیا تو بننے والی ہے ہی نہیں، آپ خود بنا نہیں سکتے تو کیا کریں گے؟ یعنی اللہ تعالیٰ کی طرف سے ایک اور دنیا تو بنائی جانے والی ہے ہی نہیں اور آپ خود بنا نہیں سکتے تو کیا کریں گے آخر؟ تو یہ اتنا بڑا جنون ہے اب مسلمانوں میں کہ کوئی حد و حساب نہیں۔ یعنی دلی میں ایک سیمینار ہوا تھا جب صرف مسلم مسلم تھے اور سب ٹاپ کے مس</w:t>
      </w:r>
    </w:p>
    <w:p>
      <w:r>
        <w:rPr>
          <w:b/>
        </w:rPr>
        <w:t xml:space="preserve">[56:26] </w:t>
      </w:r>
      <w:r>
        <w:t>lam the, is mein sab bari bari gaariyon par aaye the wahan shirkat karne ke liye aur sare</w:t>
      </w:r>
    </w:p>
    <w:p>
      <w:pPr>
        <w:jc w:val="right"/>
      </w:pPr>
      <w:r>
        <w:t>لم تھے، اس میں سب بڑی بڑی گاڑیوں پر آئے تھے وہاں شرکت کرنے کے لیے اور سارے</w:t>
      </w:r>
    </w:p>
    <w:p>
      <w:r>
        <w:rPr>
          <w:b/>
        </w:rPr>
        <w:t xml:space="preserve">[56:34] </w:t>
      </w:r>
      <w:r>
        <w:t>manfi boli bol rahe the ke Musalman to muhasre mein hain, yani yeh bolti thi Musalman to muhasre</w:t>
      </w:r>
    </w:p>
    <w:p>
      <w:pPr>
        <w:jc w:val="right"/>
      </w:pPr>
      <w:r>
        <w:t>منفی بولی بول رہے تھے کہ مسلمان تو محاصرے میں ہیں، یعنی یہ بولتی تھی مسلمان تو محاصرے</w:t>
      </w:r>
    </w:p>
    <w:p>
      <w:r>
        <w:rPr>
          <w:b/>
        </w:rPr>
        <w:t xml:space="preserve">[56:41] </w:t>
      </w:r>
      <w:r>
        <w:t>mein hain to tum itne kaise itne khushhal ho gaye ho, bari bari gaariyon par safar kar rahe</w:t>
      </w:r>
    </w:p>
    <w:p>
      <w:pPr>
        <w:jc w:val="right"/>
      </w:pPr>
      <w:r>
        <w:t>میں ہیں تو تم اتنے کیسے اتنے خوشحال ہو گئے ہو، بڑی بڑی گاڑیوں پر سفر کر رہے</w:t>
      </w:r>
    </w:p>
    <w:p>
      <w:r>
        <w:rPr>
          <w:b/>
        </w:rPr>
        <w:t xml:space="preserve">[56:49] </w:t>
      </w:r>
      <w:r>
        <w:t>ho, yeh kaise mumkin hua? yeh soch jo hai is tarah bhar di gayi Musal</w:t>
      </w:r>
    </w:p>
    <w:p>
      <w:pPr>
        <w:jc w:val="right"/>
      </w:pPr>
      <w:r>
        <w:t>ہو، یہ کیسے ممکن ہوا؟ یہ سوچ جو ہے اس طرح بھر دی گئی مس</w:t>
      </w:r>
    </w:p>
    <w:p>
      <w:r>
        <w:rPr>
          <w:b/>
        </w:rPr>
        <w:t xml:space="preserve">[56:56] </w:t>
      </w:r>
      <w:r>
        <w:t>manon ke andar bas do sau saal se ke aaj koi bahar aa kar soch nahi pata.</w:t>
      </w:r>
    </w:p>
    <w:p>
      <w:pPr>
        <w:jc w:val="right"/>
      </w:pPr>
      <w:r>
        <w:t>لمانوں کے اندر بس دو سو سال سے کہ آج کوئی باہر آ کر سوچ نہیں پاتا۔</w:t>
      </w:r>
    </w:p>
    <w:p>
      <w:r>
        <w:rPr>
          <w:b/>
        </w:rPr>
        <w:t xml:space="preserve">[57:02] </w:t>
      </w:r>
      <w:r>
        <w:t>aur kitni bari mahroomi apne sar mol le rahe hain ke woh Allah taala ki rehmaton se woh</w:t>
      </w:r>
    </w:p>
    <w:p>
      <w:pPr>
        <w:jc w:val="right"/>
      </w:pPr>
      <w:r>
        <w:t>اور کتنی بڑی محرومی اپنے سر مول لے رہے ہیں کہ وہ اللہ تعالیٰ کی رحمتوں سے وہ</w:t>
      </w:r>
    </w:p>
    <w:p>
      <w:r>
        <w:rPr>
          <w:b/>
        </w:rPr>
        <w:t xml:space="preserve">[57:08] </w:t>
      </w:r>
      <w:r>
        <w:t>mehroom ho jayen.</w:t>
      </w:r>
    </w:p>
    <w:p>
      <w:pPr>
        <w:jc w:val="right"/>
      </w:pPr>
      <w:r>
        <w:t>محروم ہو جائیں۔</w:t>
      </w:r>
    </w:p>
    <w:p>
      <w:r>
        <w:rPr>
          <w:b/>
        </w:rPr>
        <w:t xml:space="preserve">[57:15] </w:t>
      </w:r>
      <w:r>
        <w:t>to mein kehta hoon ke sab logon ko, sari Muslim dunya ko phir se sochna hai, dobara sochna</w:t>
      </w:r>
    </w:p>
    <w:p>
      <w:pPr>
        <w:jc w:val="right"/>
      </w:pPr>
      <w:r>
        <w:t>تو میں کہتا ہوں کہ سب لوگوں کو، ساری مسلم دنیا کو پھر سے سوچنا ہے، دوبارہ سوچنا</w:t>
      </w:r>
    </w:p>
    <w:p>
      <w:r>
        <w:rPr>
          <w:b/>
        </w:rPr>
        <w:t xml:space="preserve">[57:21] </w:t>
      </w:r>
      <w:r>
        <w:t>hai, tajdeed karna hai, apne zehn ki dobara engineering karna hai.</w:t>
      </w:r>
    </w:p>
    <w:p>
      <w:pPr>
        <w:jc w:val="right"/>
      </w:pPr>
      <w:r>
        <w:t>ہے، تجدید کرنا ہے، اپنے ذہن کی دوبارہ انجینئرنگ کرنا ہے۔</w:t>
      </w:r>
    </w:p>
    <w:p>
      <w:r>
        <w:rPr>
          <w:b/>
        </w:rPr>
        <w:t xml:space="preserve">[57:27] </w:t>
      </w:r>
      <w:r>
        <w:t>hamare mission ka aik lafz bhi yahi hai ke "dobara engineering of zehn".</w:t>
      </w:r>
    </w:p>
    <w:p>
      <w:pPr>
        <w:jc w:val="right"/>
      </w:pPr>
      <w:r>
        <w:t>ہمارے مشن کا ایک لفظ بھی یہی ہے کہ "دوبارہ انجینئرنگ آف ذہن"۔</w:t>
      </w:r>
    </w:p>
    <w:p>
      <w:r>
        <w:rPr>
          <w:b/>
        </w:rPr>
        <w:t xml:space="preserve">[57:34] </w:t>
      </w:r>
      <w:r>
        <w:t>zehn ko phir se, zehn ki tashkeel-e-nau karna, zehn ki tashkeel-e-nau karna yani manfi buniyadon ko</w:t>
      </w:r>
    </w:p>
    <w:p>
      <w:pPr>
        <w:jc w:val="right"/>
      </w:pPr>
      <w:r>
        <w:t>ذہن کو پھر سے، ذہن کی تشکیل نو کرنا، ذہن کی تشکیل نو کرنا یعنی منفی بنیادوں کو</w:t>
      </w:r>
    </w:p>
    <w:p>
      <w:r>
        <w:rPr>
          <w:b/>
        </w:rPr>
        <w:t xml:space="preserve">[57:42] </w:t>
      </w:r>
      <w:r>
        <w:t>hata kar ke musbat buniyadon par is ki tashkeel karna, aik lafz mein yeh hai.</w:t>
      </w:r>
    </w:p>
    <w:p>
      <w:pPr>
        <w:jc w:val="right"/>
      </w:pPr>
      <w:r>
        <w:t>ہٹا کر کے مثبت بنیادوں پر اس کی تشکیل کرنا، ایک لفظ میں یہ ہے۔</w:t>
      </w:r>
    </w:p>
    <w:p>
      <w:r>
        <w:rPr>
          <w:b/>
        </w:rPr>
        <w:t xml:space="preserve">[57:49] </w:t>
      </w:r>
      <w:r>
        <w:t>logon ke zehn ki tashkeel-e-nau is tarah karna ke manfi buniyadon ko hata kar ke aur musbat buniyad</w:t>
      </w:r>
    </w:p>
    <w:p>
      <w:pPr>
        <w:jc w:val="right"/>
      </w:pPr>
      <w:r>
        <w:t>لوگوں کے ذہن کی تشکیل نو اس طرح کرنا کہ منفی بنیادوں کو ہٹا کر کے اور مثبت بنیاد</w:t>
      </w:r>
    </w:p>
    <w:p>
      <w:r>
        <w:rPr>
          <w:b/>
        </w:rPr>
        <w:t xml:space="preserve">[57:57] </w:t>
      </w:r>
      <w:r>
        <w:t>on par un ki tashkeel ho, yeh hai mission hamara.</w:t>
      </w:r>
    </w:p>
    <w:p>
      <w:pPr>
        <w:jc w:val="right"/>
      </w:pPr>
      <w:r>
        <w:t>وں پر ان کی تشکیل ہو، یہ ہے مشن ہمارا۔</w:t>
      </w:r>
    </w:p>
    <w:p>
      <w:r>
        <w:rPr>
          <w:b/>
        </w:rPr>
        <w:t xml:space="preserve">[58:03] </w:t>
      </w:r>
      <w:r>
        <w:t>isi se Allah taala ki rehmaten milengi, isi se Allah taala ki jannaten milengi, isi se</w:t>
      </w:r>
    </w:p>
    <w:p>
      <w:pPr>
        <w:jc w:val="right"/>
      </w:pPr>
      <w:r>
        <w:t>اسی سے اللہ تعالیٰ کی رحمتیں ملیں گی، اسی سے اللہ تعالیٰ کی جنتیں ملیں گی، اسی سے</w:t>
      </w:r>
    </w:p>
    <w:p>
      <w:r>
        <w:rPr>
          <w:b/>
        </w:rPr>
        <w:t xml:space="preserve">[58:09] </w:t>
      </w:r>
      <w:r>
        <w:t>taluq billah paida hoga, isi se ibadaton mein jaan aayegi, isi se mutaqiana tarz-e-fikr wajood mein</w:t>
      </w:r>
    </w:p>
    <w:p>
      <w:pPr>
        <w:jc w:val="right"/>
      </w:pPr>
      <w:r>
        <w:t>تعلق باللہ پیدا ہوگا، اسی سے عبادتوں میں جان آئے گی، اسی سے متقیانہ طرز فکر وجود میں</w:t>
      </w:r>
    </w:p>
    <w:p>
      <w:r>
        <w:rPr>
          <w:b/>
        </w:rPr>
        <w:t xml:space="preserve">[58:15] </w:t>
      </w:r>
      <w:r>
        <w:t>aayega, sab kuch isi se juda hua hai, sab kuch isi se juda hua hai.</w:t>
      </w:r>
    </w:p>
    <w:p>
      <w:pPr>
        <w:jc w:val="right"/>
      </w:pPr>
      <w:r>
        <w:t>آئے گا، سب کچھ اسی سے جڑا ہوا ہے، سب کچھ اسی سے جڑا ہوا ہے۔</w:t>
      </w:r>
    </w:p>
    <w:p>
      <w:r>
        <w:rPr>
          <w:b/>
        </w:rPr>
        <w:t xml:space="preserve">[58:21] </w:t>
      </w:r>
      <w:r>
        <w:t>mein samajhta hoon ke aakhri waqt aa gaya hai ke log is par sochen</w:t>
      </w:r>
    </w:p>
    <w:p>
      <w:pPr>
        <w:jc w:val="right"/>
      </w:pPr>
      <w:r>
        <w:t>میں سمجھتا ہوں کہ آخری وقت آگیا ہے کہ لوگ اس پر سوچیں</w:t>
      </w:r>
    </w:p>
    <w:p>
      <w:r>
        <w:rPr>
          <w:b/>
        </w:rPr>
        <w:t xml:space="preserve">[58:27] </w:t>
      </w:r>
      <w:r>
        <w:t>aakhri waqt. yaani aap kab sochenge? ab to aakhri waqt aa gaya hai ke is par socha jaye. to main dua karta hoon Allah taala se apne liye, aap logon ke liye aur saare musalmanon ke liye ke un ke andar musbat soch aaye taake Allah taala ki rehmaten un par barsen. aqool qawli hadha wastaghfirullaha li walakum ajm</w:t>
      </w:r>
    </w:p>
    <w:p>
      <w:pPr>
        <w:jc w:val="right"/>
      </w:pPr>
      <w:r>
        <w:t>، آخری وقت۔ یعنی آپ کب سوچیں گے؟ اب تو آخری وقت آگیا ہے کہ اس پر سوچا جائے۔ تو میں دعا کرتا ہوں اللہ تعالیٰ سے اپنے لیے، آپ لوگوں کے لیے اور سارے مسلمانوں کے لیے کہ ان کے اندر مثبت سوچ آئے تاکہ اللہ تعالیٰ کی رحمتیں ان پر برسیں۔ أقول قولي هذا واستغفرالله لي ولكم أجم</w:t>
      </w:r>
    </w:p>
    <w:p>
      <w:r>
        <w:rPr>
          <w:b/>
        </w:rPr>
        <w:t xml:space="preserve">[58:57] </w:t>
      </w:r>
      <w:r>
        <w:t>ain.</w:t>
      </w:r>
    </w:p>
    <w:p>
      <w:pPr>
        <w:jc w:val="right"/>
      </w:pPr>
      <w:r>
        <w:t>عين.</w:t>
      </w:r>
    </w:p>
    <w:p>
      <w:r>
        <w:rPr>
          <w:b/>
        </w:rPr>
        <w:t xml:space="preserve">[59:04] </w:t>
      </w:r>
      <w:r>
        <w:t>maulana, yeh sawal hai mr. rashid se, aaj tv karachi, pakistan.</w:t>
      </w:r>
    </w:p>
    <w:p>
      <w:pPr>
        <w:jc w:val="right"/>
      </w:pPr>
      <w:r>
        <w:t>مولانا، یہ سوال ہے مسٹر رشید سے، آج ٹی وی کراچی، پاکستان۔</w:t>
      </w:r>
    </w:p>
    <w:p>
      <w:r>
        <w:rPr>
          <w:b/>
        </w:rPr>
        <w:t xml:space="preserve">[59:12] </w:t>
      </w:r>
      <w:r>
        <w:t>اس سوال میں مولانا، please throw some light on the history of Palestine Israel conflict.</w:t>
      </w:r>
    </w:p>
    <w:p>
      <w:pPr>
        <w:jc w:val="right"/>
      </w:pPr>
      <w:r>
        <w:t>اس سوال میں مولانا، پلیز تھرو سم لائٹ آن دا ہسٹری آف فلسطین اسرائیل کنفلکٹ۔</w:t>
      </w:r>
    </w:p>
    <w:p>
      <w:r>
        <w:rPr>
          <w:b/>
        </w:rPr>
        <w:t xml:space="preserve">[59:19] </w:t>
      </w:r>
      <w:r>
        <w:t>aal so tel us y</w:t>
      </w:r>
    </w:p>
    <w:p>
      <w:pPr>
        <w:jc w:val="right"/>
      </w:pPr>
      <w:r>
        <w:t>آل سو ٹیل اس ی</w:t>
      </w:r>
    </w:p>
    <w:p>
      <w:r>
        <w:rPr>
          <w:b/>
        </w:rPr>
        <w:t xml:space="preserve">[59:27] </w:t>
      </w:r>
      <w:r>
        <w:t>What are your views on the Palestine issue and according to you, how can this issue be resolved? دیکھیں، یہ</w:t>
      </w:r>
    </w:p>
    <w:p>
      <w:pPr>
        <w:jc w:val="right"/>
      </w:pPr>
      <w:r>
        <w:t>ور ویوز آن دا فلسطین ایشو اینڈ اکارڈنگ ٹو یو، ہاؤ کین دس ایشو بی ریزولوڈ؟ دیکھیں، یہ</w:t>
      </w:r>
    </w:p>
    <w:p>
      <w:r>
        <w:rPr>
          <w:b/>
        </w:rPr>
        <w:t xml:space="preserve">[59:37] </w:t>
      </w:r>
      <w:r>
        <w:t>bohat lamba sawal hai, is par hum kafi likh chuke hain.</w:t>
      </w:r>
    </w:p>
    <w:p>
      <w:pPr>
        <w:jc w:val="right"/>
      </w:pPr>
      <w:r>
        <w:t>بہت لمبا سوال ہے، اس پر ہم کافی لکھ چکے ہیں۔</w:t>
      </w:r>
    </w:p>
    <w:p>
      <w:r>
        <w:rPr>
          <w:b/>
        </w:rPr>
        <w:t xml:space="preserve">[59:47] </w:t>
      </w:r>
      <w:r>
        <w:t>misal ke taur par ek kitab "safar-nama-e-falasteen", is mein aap dekh sakte hain. khulasa</w:t>
      </w:r>
    </w:p>
    <w:p>
      <w:pPr>
        <w:jc w:val="right"/>
      </w:pPr>
      <w:r>
        <w:t>مثال کے طور پر ایک کتاب "سفارنامہ فلسطین"، اس میں آپ دیکھ سکتے ہیں۔ خلاصہ</w:t>
      </w:r>
    </w:p>
    <w:p>
      <w:r>
        <w:rPr>
          <w:b/>
        </w:rPr>
        <w:t xml:space="preserve">[59:57] </w:t>
      </w:r>
      <w:r>
        <w:t>yeh hai ke mere nazdeek falasteen ka masla log samajhte hain ke yeh doosron ke zulm ka masla hai.</w:t>
      </w:r>
    </w:p>
    <w:p>
      <w:pPr>
        <w:jc w:val="right"/>
      </w:pPr>
      <w:r>
        <w:t>یہ ہے کہ میرے نزدیک فلسطین کا مسئلہ لوگ سمجھتے ہیں کہ یہ دوسروں کے ظلم کا مسئلہ ہے۔</w:t>
      </w:r>
    </w:p>
    <w:p>
      <w:r>
        <w:rPr>
          <w:b/>
        </w:rPr>
        <w:t xml:space="preserve">[1:00:07] </w:t>
      </w:r>
      <w:r>
        <w:t>mere nazdeek yeh musalmanon ki apni nadani ki qeemat de rahe hain.</w:t>
      </w:r>
    </w:p>
    <w:p>
      <w:pPr>
        <w:jc w:val="right"/>
      </w:pPr>
      <w:r>
        <w:t>میرے نزدیک یہ مسلمانوں کی اپنی نادانی کی قیمت دے رہے ہیں۔</w:t>
      </w:r>
    </w:p>
    <w:p>
      <w:r>
        <w:rPr>
          <w:b/>
        </w:rPr>
        <w:t xml:space="preserve">[1:00:17] </w:t>
      </w:r>
      <w:r>
        <w:t>woh mein ek misal deta hoon aap ko ke nadani se mera kya murad hai. dekhen,</w:t>
      </w:r>
    </w:p>
    <w:p>
      <w:pPr>
        <w:jc w:val="right"/>
      </w:pPr>
      <w:r>
        <w:t>وہ میں ایک مثال دیتا ہوں آپ کو کہ نادانی سے میرا کیا مراد ہے۔ دیکھیں،</w:t>
      </w:r>
    </w:p>
    <w:p>
      <w:r>
        <w:rPr>
          <w:b/>
        </w:rPr>
        <w:t xml:space="preserve">[1:00:28] </w:t>
      </w:r>
      <w:r>
        <w:t>balfour commission ne jo taqseem kiya tha, us mein taqreeban aadha hissa yahudiyon ko diya gaya tha, aadha</w:t>
      </w:r>
    </w:p>
    <w:p>
      <w:pPr>
        <w:jc w:val="right"/>
      </w:pPr>
      <w:r>
        <w:t>بالفور کمیشن نے جو تقسیم کیا تھا، اس میں تقریباً آدھا حصہ یہودیوں کو دیا گیا تھا، آدھا</w:t>
      </w:r>
    </w:p>
    <w:p>
      <w:r>
        <w:rPr>
          <w:b/>
        </w:rPr>
        <w:t xml:space="preserve">[1:00:35] </w:t>
      </w:r>
      <w:r>
        <w:t>hissa arabon ko, aur behtareen hissa jo tha arabon hi ko mila tha, sara yerushalayim samait.</w:t>
      </w:r>
    </w:p>
    <w:p>
      <w:pPr>
        <w:jc w:val="right"/>
      </w:pPr>
      <w:r>
        <w:t>حصہ عربوں کو، اور بہترین حصہ جو تھا عربوں ہی کو ملا تھا، سارا یروشلم سمیت۔</w:t>
      </w:r>
    </w:p>
    <w:p>
      <w:r>
        <w:rPr>
          <w:b/>
        </w:rPr>
        <w:t xml:space="preserve">[1:00:43] </w:t>
      </w:r>
      <w:r>
        <w:t>ab jo soorat-e-haal hai, woh 67 war ke baad hui hai.</w:t>
      </w:r>
    </w:p>
    <w:p>
      <w:pPr>
        <w:jc w:val="right"/>
      </w:pPr>
      <w:r>
        <w:t>اب جو صورتحال ہے، وہ 67 وار کے بعد ہوئی ہے۔</w:t>
      </w:r>
    </w:p>
    <w:p>
      <w:r>
        <w:rPr>
          <w:b/>
        </w:rPr>
        <w:t xml:space="preserve">[1:00:50] </w:t>
      </w:r>
      <w:r>
        <w:t>pehle aisa nahi tha, pehle sara yerushalayim, masjid al-aqsa waghera jitna bhi hai, sab se acha hissa jo tha zar-khez</w:t>
      </w:r>
    </w:p>
    <w:p>
      <w:pPr>
        <w:jc w:val="right"/>
      </w:pPr>
      <w:r>
        <w:t>پہلے ایسا نہیں تھا، پہلے سارا یروشلم، مسجد اقصیٰ وغیرہ جتنا بھی ہے، سب سے اچھا حصہ جو تھا زرخیز</w:t>
      </w:r>
    </w:p>
    <w:p>
      <w:r>
        <w:rPr>
          <w:b/>
        </w:rPr>
        <w:t xml:space="preserve">[1:00:58] </w:t>
      </w:r>
      <w:r>
        <w:t>aur tareekhi, woh sab arabon ke paas tha.</w:t>
      </w:r>
    </w:p>
    <w:p>
      <w:pPr>
        <w:jc w:val="right"/>
      </w:pPr>
      <w:r>
        <w:t>اور تاریخی، وہ سب عربوں کے پاس تھا۔</w:t>
      </w:r>
    </w:p>
    <w:p>
      <w:r>
        <w:rPr>
          <w:b/>
        </w:rPr>
        <w:t xml:space="preserve">[1:01:05] </w:t>
      </w:r>
      <w:r>
        <w:t>67 ki war kyun hui? yeh mukammal taur par arabon ki nadani ki wajah se hui.</w:t>
      </w:r>
    </w:p>
    <w:p>
      <w:pPr>
        <w:jc w:val="right"/>
      </w:pPr>
      <w:r>
        <w:t>67 کی وار کیوں ہوئی؟ یہ مکمل طور پر عربوں کی نادانی کی وجہ سے ہوئی۔</w:t>
      </w:r>
    </w:p>
    <w:p>
      <w:r>
        <w:rPr>
          <w:b/>
        </w:rPr>
        <w:t xml:space="preserve">[1:01:13] </w:t>
      </w:r>
      <w:r>
        <w:t>dekhen, misr mein nehar suez hai jo britania aur france ki company ne banai thi.</w:t>
      </w:r>
    </w:p>
    <w:p>
      <w:pPr>
        <w:jc w:val="right"/>
      </w:pPr>
      <w:r>
        <w:t>دیکھیں، مصر میں نہر سویز ہے جو برطانیہ اور فرانس کی کمپنی نے بنائی تھی۔</w:t>
      </w:r>
    </w:p>
    <w:p>
      <w:r>
        <w:rPr>
          <w:b/>
        </w:rPr>
        <w:t xml:space="preserve">[1:01:21] </w:t>
      </w:r>
      <w:r>
        <w:t>ek bohat hi bara yeh project tha, is ko unhon ne bohat qurbani aur bohat paise ke zariye mukammal kiya.</w:t>
      </w:r>
    </w:p>
    <w:p>
      <w:pPr>
        <w:jc w:val="right"/>
      </w:pPr>
      <w:r>
        <w:t>ایک بہت ہی بڑا یہ پروجیکٹ تھا، اس کو انہوں نے بہت قربانی اور بہت پیسے کے ذریعے مکمل کیا۔</w:t>
      </w:r>
    </w:p>
    <w:p>
      <w:r>
        <w:rPr>
          <w:b/>
        </w:rPr>
        <w:t xml:space="preserve">[1:01:28] </w:t>
      </w:r>
      <w:r>
        <w:t>phir unhon ne lease par liya, yaani misr ki hukoomat se unhon ne lease par liya.</w:t>
      </w:r>
    </w:p>
    <w:p>
      <w:pPr>
        <w:jc w:val="right"/>
      </w:pPr>
      <w:r>
        <w:t>پھر انہوں نے لیز پر لیا، یعنی مصر کی حکومت سے انہوں نے لیز پر لیا۔</w:t>
      </w:r>
    </w:p>
    <w:p>
      <w:r>
        <w:rPr>
          <w:b/>
        </w:rPr>
        <w:t xml:space="preserve">[1:01:33] </w:t>
      </w:r>
      <w:r>
        <w:t>lease ka qoida yeh hai ke 99 saal ka patta hota hai, 99 saal poore hone ke baad</w:t>
      </w:r>
    </w:p>
    <w:p>
      <w:pPr>
        <w:jc w:val="right"/>
      </w:pPr>
      <w:r>
        <w:t>لیز کا قاعدہ یہ ہے کہ 99 سال کا پٹا ہوتا ہے، 99 سال پورے ہونے کے بعد</w:t>
      </w:r>
    </w:p>
    <w:p>
      <w:r>
        <w:rPr>
          <w:b/>
        </w:rPr>
        <w:t xml:space="preserve">[1:01:39] </w:t>
      </w:r>
      <w:r>
        <w:t>woh asal malik ko mil jati hai.</w:t>
      </w:r>
    </w:p>
    <w:p>
      <w:pPr>
        <w:jc w:val="right"/>
      </w:pPr>
      <w:r>
        <w:t>وہ اصل مالک کو مل جاتی ہے۔</w:t>
      </w:r>
    </w:p>
    <w:p>
      <w:r>
        <w:rPr>
          <w:b/>
        </w:rPr>
        <w:t xml:space="preserve">[1:01:44] </w:t>
      </w:r>
      <w:r>
        <w:t>yeh bain-ul-aqwami qanoon hai.</w:t>
      </w:r>
    </w:p>
    <w:p>
      <w:pPr>
        <w:jc w:val="right"/>
      </w:pPr>
      <w:r>
        <w:t>یہ بین الاقوامی قانون ہے۔</w:t>
      </w:r>
    </w:p>
    <w:p>
      <w:r>
        <w:rPr>
          <w:b/>
        </w:rPr>
        <w:t xml:space="preserve">[1:01:49] </w:t>
      </w:r>
      <w:r>
        <w:t>to jab imam abdul nasser jab hukoomat par thay to unhon ne kya kiya? ke bilkul yak-tarfa taur par</w:t>
      </w:r>
    </w:p>
    <w:p>
      <w:pPr>
        <w:jc w:val="right"/>
      </w:pPr>
      <w:r>
        <w:t>تو جب امام عبدالناصر جب حکومت پر تھے تو انہوں نے کیا کیا؟ کہ بالکل یکطرفہ طور پر</w:t>
      </w:r>
    </w:p>
    <w:p>
      <w:r>
        <w:rPr>
          <w:b/>
        </w:rPr>
        <w:t xml:space="preserve">[1:01:54] </w:t>
      </w:r>
      <w:r>
        <w:t>unhon ne ailan kar diya ke misr</w:t>
      </w:r>
    </w:p>
    <w:p>
      <w:pPr>
        <w:jc w:val="right"/>
      </w:pPr>
      <w:r>
        <w:t>انہوں نے اعلان کر دیا کہ مصر</w:t>
      </w:r>
    </w:p>
    <w:p>
      <w:r>
        <w:rPr>
          <w:b/>
        </w:rPr>
        <w:t xml:space="preserve">[1:01:59] </w:t>
      </w:r>
      <w:r>
        <w:t>jo hai, us ko hum apni milkiyat mein le rahe hain, giyarah saal pehle ya barah saal pehle.</w:t>
      </w:r>
    </w:p>
    <w:p>
      <w:pPr>
        <w:jc w:val="right"/>
      </w:pPr>
      <w:r>
        <w:t>جو ہے، اس کو ہم اپنی ملکیت میں لے رہے ہیں، گیارہ سال پہلے یا بارہ سال پہلے۔</w:t>
      </w:r>
    </w:p>
    <w:p>
      <w:r>
        <w:rPr>
          <w:b/>
        </w:rPr>
        <w:t xml:space="preserve">[1:02:04] </w:t>
      </w:r>
      <w:r>
        <w:t>yani patte ki muddat khatm hone mein barah saal baqi the aur ailan kar diya ke hum nehar</w:t>
      </w:r>
    </w:p>
    <w:p>
      <w:pPr>
        <w:jc w:val="right"/>
      </w:pPr>
      <w:r>
        <w:t>یعنی پٹے کی مدت ختم ہونے میں بارہ سال باقی تھے اور اعلان کر دیا کہ ہم نہر</w:t>
      </w:r>
    </w:p>
    <w:p>
      <w:r>
        <w:rPr>
          <w:b/>
        </w:rPr>
        <w:t xml:space="preserve">[1:02:09] </w:t>
      </w:r>
      <w:r>
        <w:t>suez ko qomi banate hain.</w:t>
      </w:r>
    </w:p>
    <w:p>
      <w:pPr>
        <w:jc w:val="right"/>
      </w:pPr>
      <w:r>
        <w:t>سویز کو قومی بناتے ہیں۔</w:t>
      </w:r>
    </w:p>
    <w:p>
      <w:r>
        <w:rPr>
          <w:b/>
        </w:rPr>
        <w:t xml:space="preserve">[1:02:14] </w:t>
      </w:r>
      <w:r>
        <w:t>yeh badtareen nadani thi.</w:t>
      </w:r>
    </w:p>
    <w:p>
      <w:pPr>
        <w:jc w:val="right"/>
      </w:pPr>
      <w:r>
        <w:t>یہ بدترین نادانی تھی۔</w:t>
      </w:r>
    </w:p>
    <w:p>
      <w:r>
        <w:rPr>
          <w:b/>
        </w:rPr>
        <w:t xml:space="preserve">[1:02:19] </w:t>
      </w:r>
      <w:r>
        <w:t>kya aap samajhte hain ke retaliate nahi kar raha hai koi doosra fareeq? Chunancha dekhiye, britania ne aur</w:t>
      </w:r>
    </w:p>
    <w:p>
      <w:pPr>
        <w:jc w:val="right"/>
      </w:pPr>
      <w:r>
        <w:t>کیا آپ سمجھتے ہیں کہ ریٹیلیٹ نہیں کر رہا ہے کوئی دوسرا فریق؟ چنانچہ دیکھیے، برطانیہ نے اور</w:t>
      </w:r>
    </w:p>
    <w:p>
      <w:r>
        <w:rPr>
          <w:b/>
        </w:rPr>
        <w:t xml:space="preserve">[1:02:24] </w:t>
      </w:r>
      <w:r>
        <w:t>france ne israel ko le kar ke ek mukammal mun</w:t>
      </w:r>
    </w:p>
    <w:p>
      <w:pPr>
        <w:jc w:val="right"/>
      </w:pPr>
      <w:r>
        <w:t>فرانس نے اسرائیل کو لے کر کے ایک مکمل من</w:t>
      </w:r>
    </w:p>
    <w:p>
      <w:r>
        <w:rPr>
          <w:b/>
        </w:rPr>
        <w:t xml:space="preserve">[1:02:29] </w:t>
      </w:r>
      <w:r>
        <w:t>sooba banaya aur hamla kar diya. usi hamle mein sab chheen liya unhon ne, usi hamle mein chheen liya sara. yeh maine tafseel se likha hai. ab is ke jo doosri misaal lijiye aap, woh hai cheen ki. cheen ke paas hong kong hai. hong kong ko british, yaani jo jo jo</w:t>
      </w:r>
    </w:p>
    <w:p>
      <w:pPr>
        <w:jc w:val="right"/>
      </w:pPr>
      <w:r>
        <w:t>صوبہ بنایا اور حملہ کر دیا۔ اسی حملے میں سب چھین لیا انہوں نے، اسی حملے میں چھین لیا سارا۔ یہ میں نے تفصیل سے لکھا ہے۔ اب اس کے جو دوسری مثال لیجیے آپ، وہ ہے چین کی۔ چین کے پاس ہانگ کانگ ہے۔ ہانگ کانگ کو برٹش، یعنی جو جو جو</w:t>
      </w:r>
    </w:p>
    <w:p>
      <w:r>
        <w:rPr>
          <w:b/>
        </w:rPr>
        <w:t xml:space="preserve">[1:02:59] </w:t>
      </w:r>
      <w:r>
        <w:t>east india company thi, to british ne us ko lease par le liya, wahi 99 saal ke liye.</w:t>
      </w:r>
    </w:p>
    <w:p>
      <w:pPr>
        <w:jc w:val="right"/>
      </w:pPr>
      <w:r>
        <w:t>ایسٹ انڈیا کمپنی تھی، تو برٹش نے اس کو لیز پر لے لیا، وہی 99 سال کے لیے۔</w:t>
      </w:r>
    </w:p>
    <w:p>
      <w:r>
        <w:rPr>
          <w:b/>
        </w:rPr>
        <w:t xml:space="preserve">[1:03:05] </w:t>
      </w:r>
      <w:r>
        <w:t>to cheen itna taqatwar mulk nahi, misr se zyada taqatwar hai cheen.</w:t>
      </w:r>
    </w:p>
    <w:p>
      <w:pPr>
        <w:jc w:val="right"/>
      </w:pPr>
      <w:r>
        <w:t>تو چین اتنا طاقتور ملک نہیں، مصر سے زیادہ طاقتور ہے چین۔</w:t>
      </w:r>
    </w:p>
    <w:p>
      <w:r>
        <w:rPr>
          <w:b/>
        </w:rPr>
        <w:t xml:space="preserve">[1:03:11] </w:t>
      </w:r>
      <w:r>
        <w:t>us ne kabhi bhi aisa nahi kiya ke zabardasti qabza kar le hong kong par.</w:t>
      </w:r>
    </w:p>
    <w:p>
      <w:pPr>
        <w:jc w:val="right"/>
      </w:pPr>
      <w:r>
        <w:t>اس نے کبھی بھی ایسا نہیں کیا کہ زبردستی قبضہ کر لے ہانگ کانگ پر۔</w:t>
      </w:r>
    </w:p>
    <w:p>
      <w:r>
        <w:rPr>
          <w:b/>
        </w:rPr>
        <w:t xml:space="preserve">[1:03:17] </w:t>
      </w:r>
      <w:r>
        <w:t>peshgi us ne muzakarat kiya british se aur muzakarat ke zariye yeh tay paya ke jab lease ki</w:t>
      </w:r>
    </w:p>
    <w:p>
      <w:pPr>
        <w:jc w:val="right"/>
      </w:pPr>
      <w:r>
        <w:t>پیشگی اس نے مذاکرات کیا برٹش سے اور مذاکرات کے ذریعے یہ طے پایا کہ جب لیز کی</w:t>
      </w:r>
    </w:p>
    <w:p>
      <w:r>
        <w:rPr>
          <w:b/>
        </w:rPr>
        <w:t xml:space="preserve">[1:03:23] </w:t>
      </w:r>
      <w:r>
        <w:t>muddat khali ho to woh chhod kar chale jayen.</w:t>
      </w:r>
    </w:p>
    <w:p>
      <w:pPr>
        <w:jc w:val="right"/>
      </w:pPr>
      <w:r>
        <w:t>مدت خالی ہو تو وہ چھوڑ کر چلے جائیں۔</w:t>
      </w:r>
    </w:p>
    <w:p>
      <w:r>
        <w:rPr>
          <w:b/>
        </w:rPr>
        <w:t xml:space="preserve">[1:03:29] </w:t>
      </w:r>
      <w:r>
        <w:t>chunancha jaise hi lease ki muddat khali hui, woh chhod kar chale gaye. to wahi case tha hong kong ka aur wahi case tha suez ka. hong kong ko unhon ne aqalmandi se wapas le liya aur suez ko unhon ne nadani se, nadani ka mamla kiya aur sara, yaani un ke qabze mein chala gaya, israeli qabze mein chala gaya aur ladai jari hai. yeh itna bhi hai ke sab kuch, sab ka sab</w:t>
      </w:r>
    </w:p>
    <w:p>
      <w:pPr>
        <w:jc w:val="right"/>
      </w:pPr>
      <w:r>
        <w:t>چنانچہ جیسے ہی لیز کی مدت خالی ہوئی، وہ چھوڑ کر چلے گئے۔ تو وہی کیس تھا ہانگ کانگ کا اور وہی کیس تھا سویز کا۔ ہانگ کانگ کو انہوں نے عقلمندی سے واپس لے لیا اور سویز کو انہوں نے نادانی سے، نادانی کا معاملہ کیا اور سارا، یعنی ان کے قبضے میں چلا گیا، اسرائیلی قبضے میں چلا گیا اور لڑائی جاری ہے۔ یہ اتنا بھی ہے کہ سب کچھ، سب کا سب</w:t>
      </w:r>
    </w:p>
    <w:p>
      <w:r>
        <w:rPr>
          <w:b/>
        </w:rPr>
        <w:t xml:space="preserve">[1:03:59] </w:t>
      </w:r>
      <w:r>
        <w:t>musalmanon ki nadani ke khane mein jata hai.</w:t>
      </w:r>
    </w:p>
    <w:p>
      <w:pPr>
        <w:jc w:val="right"/>
      </w:pPr>
      <w:r>
        <w:t>مسلمانوں کی نادانی کے خانے میں جاتا ہے۔</w:t>
      </w:r>
    </w:p>
    <w:p>
      <w:r>
        <w:rPr>
          <w:b/>
        </w:rPr>
        <w:t xml:space="preserve">[1:04:05] </w:t>
      </w:r>
      <w:r>
        <w:t>aap mujh se bolte rahiye ke israel zalim hai, america zalim hai, falan zalim hai, lekin yeh dobara</w:t>
      </w:r>
    </w:p>
    <w:p>
      <w:pPr>
        <w:jc w:val="right"/>
      </w:pPr>
      <w:r>
        <w:t>آپ مجھ سے بولتے رہیے کہ اسرائیل ظالم ہے، امریکہ ظالم ہے، فلاں ظالم ہے، لیکن یہ دوبارہ</w:t>
      </w:r>
    </w:p>
    <w:p>
      <w:r>
        <w:rPr>
          <w:b/>
        </w:rPr>
        <w:t xml:space="preserve">[1:04:11] </w:t>
      </w:r>
      <w:r>
        <w:t>janch kar ke dekhiye ke yeh kahani jo hai, kya kya sabaq apne andar rakhti hai.</w:t>
      </w:r>
    </w:p>
    <w:p>
      <w:pPr>
        <w:jc w:val="right"/>
      </w:pPr>
      <w:r>
        <w:t>جانچ کر کے دیکھیے کہ یہ کہانی جو ہے، کیا کیا سبق اپنے اندر رکھتی ہے۔</w:t>
      </w:r>
    </w:p>
    <w:p>
      <w:r>
        <w:rPr>
          <w:b/>
        </w:rPr>
        <w:t xml:space="preserve">[1:04:17] </w:t>
      </w:r>
      <w:r>
        <w:t>yani is pure pura falastini qissa arabon ki nadani ka qissa hai.</w:t>
      </w:r>
    </w:p>
    <w:p>
      <w:pPr>
        <w:jc w:val="right"/>
      </w:pPr>
      <w:r>
        <w:t>یعنی اس پورے پورا فلسطینی قصہ عربوں کی نادانی کا قصہ ہے۔</w:t>
      </w:r>
    </w:p>
    <w:p>
      <w:r>
        <w:rPr>
          <w:b/>
        </w:rPr>
        <w:t xml:space="preserve">[1:04:24] </w:t>
      </w:r>
      <w:r>
        <w:t>kisi mamle mein peshgi manzoobandi nahi ki unhon ne, kisi waqt bhi peshgi manzoobandi nahi ki.</w:t>
      </w:r>
    </w:p>
    <w:p>
      <w:pPr>
        <w:jc w:val="right"/>
      </w:pPr>
      <w:r>
        <w:t>کسی معاملے میں پیشگی منصوبہ بندی نہیں کی انہوں نے، کسی وقت بھی پیشگی منصوبہ بندی نہیں کی۔</w:t>
      </w:r>
    </w:p>
    <w:p>
      <w:r>
        <w:rPr>
          <w:b/>
        </w:rPr>
        <w:t xml:space="preserve">[1:04:30] </w:t>
      </w:r>
      <w:r>
        <w:t>to ab is ki qeemat kaun bhugte hain? Ghalati aap karenge to is ki qeemat doosra nahi</w:t>
      </w:r>
    </w:p>
    <w:p>
      <w:pPr>
        <w:jc w:val="right"/>
      </w:pPr>
      <w:r>
        <w:t>تو اب اس کی قیمت کون بھگتے ہیں؟ غلطی آپ کریں گے تو اس کی قیمت دوسرا نہیں</w:t>
      </w:r>
    </w:p>
    <w:p>
      <w:r>
        <w:rPr>
          <w:b/>
        </w:rPr>
        <w:t xml:space="preserve">[1:04:35] </w:t>
      </w:r>
      <w:r>
        <w:t>de sakta hai.</w:t>
      </w:r>
    </w:p>
    <w:p>
      <w:pPr>
        <w:jc w:val="right"/>
      </w:pPr>
      <w:r>
        <w:t>دے سکتا ہے۔</w:t>
      </w:r>
    </w:p>
    <w:p>
      <w:r>
        <w:rPr>
          <w:b/>
        </w:rPr>
        <w:t xml:space="preserve">[1:04:40] </w:t>
      </w:r>
      <w:r>
        <w:t>mazeed tafseel aap janna chahen to meri kitab padh lijiye aap.</w:t>
      </w:r>
    </w:p>
    <w:p>
      <w:pPr>
        <w:jc w:val="right"/>
      </w:pPr>
      <w:r>
        <w:t>مزید تفصیل آپ جاننا چاہیں تو میری کتاب پڑھ لیجیے آپ۔</w:t>
      </w:r>
    </w:p>
    <w:p>
      <w:r>
        <w:rPr>
          <w:b/>
        </w:rPr>
        <w:t xml:space="preserve">[1:04:45] </w:t>
      </w:r>
      <w:r>
        <w:t>مولانا، اس کا دوسرا سوال یہ تھا کہ according to you, what is the solution to this Palestine</w:t>
      </w:r>
    </w:p>
    <w:p>
      <w:pPr>
        <w:jc w:val="right"/>
      </w:pPr>
      <w:r>
        <w:t>مولانا، اس کا دوسرا سوال یہ تھا کہ اکارڈنگ ٹو یو، واٹ از دا سلوشن ٹو دس فلسطین</w:t>
      </w:r>
    </w:p>
    <w:p>
      <w:r>
        <w:rPr>
          <w:b/>
        </w:rPr>
        <w:t xml:space="preserve">[1:04:50] </w:t>
      </w:r>
      <w:r>
        <w:t>issue? Solution sirf ek hai, woh hai apni ghalati ko manna, mein apni ghalati ko manna.</w:t>
      </w:r>
    </w:p>
    <w:p>
      <w:pPr>
        <w:jc w:val="right"/>
      </w:pPr>
      <w:r>
        <w:t>ایشو؟ سلوشن صرف ایک ہے، وہ ہے اپنی غلطی کو ماننا، میں اپنی غلطی کو ماننا۔</w:t>
      </w:r>
    </w:p>
    <w:p>
      <w:r>
        <w:rPr>
          <w:b/>
        </w:rPr>
        <w:t xml:space="preserve">[1:04:55] </w:t>
      </w:r>
      <w:r>
        <w:t>jab tak aap apni ghalati ko manenge nahi, aap koi solution nahi</w:t>
      </w:r>
    </w:p>
    <w:p>
      <w:pPr>
        <w:jc w:val="right"/>
      </w:pPr>
      <w:r>
        <w:t>جب تک آپ اپنی غلطی کو مانیں گے نہیں، آپ کوئی سلوشن نہیں</w:t>
      </w:r>
    </w:p>
    <w:p>
      <w:r>
        <w:rPr>
          <w:b/>
        </w:rPr>
        <w:t xml:space="preserve">[1:05:00] </w:t>
      </w:r>
      <w:r>
        <w:t>hai. main israel gaya hoon, wahan ki authority se main ne baat ki hai, main ne woh is par raazi hain ke arab agar militancy khatm kar den, bilkul mukammal taur par, matlab yaani woh nahi, jang bandi nahi, disarm karna padega aap ko in infections ko, jo militant infections jo hain, disarm karna padega. yeh nahi ke aap fire bandi, fire bandi to phir phir khul jati hai is ke baad. is usool ko maniye ke sirf hukoomat ko haq hai ke hathiya</w:t>
      </w:r>
    </w:p>
    <w:p>
      <w:pPr>
        <w:jc w:val="right"/>
      </w:pPr>
      <w:r>
        <w:t>ہے۔ میں اسرائیل گیا ہوں، وہاں کی اتھارٹی سے میں نے بات کی ہے، میں نے وہ اس پر راضی ہیں کہ عرب اگر ملٹریسی ختم کر دیں، بالکل مکمل طور پر، مطلب یعنی وہ نہیں، جنگ بندی نہیں، ڈسارم کرنا پڑے گا آپ کو ان انفیکشنز کو، جو ملٹنٹ انفیکشنز جو ہیں، ڈسارم کرنا پڑے گا۔ یہ نہیں کہ آپ فائر بندی، فائر بندی تو پھر پھر کھل جاتی ہے اس کے بعد۔ اس اصول کو مانیے کہ صرف حکومت کو حق ہے کہ ہتھی</w:t>
      </w:r>
    </w:p>
    <w:p>
      <w:r>
        <w:rPr>
          <w:b/>
        </w:rPr>
        <w:t xml:space="preserve">[1:05:30] </w:t>
      </w:r>
      <w:r>
        <w:t>ar istemal kare.</w:t>
      </w:r>
    </w:p>
    <w:p>
      <w:pPr>
        <w:jc w:val="right"/>
      </w:pPr>
      <w:r>
        <w:t>ار استعمال کرے۔</w:t>
      </w:r>
    </w:p>
    <w:p>
      <w:r>
        <w:rPr>
          <w:b/>
        </w:rPr>
        <w:t xml:space="preserve">[1:05:34] </w:t>
      </w:r>
      <w:r>
        <w:t>abhi jo tanzeemen bani hui hain, woh hathyar ko istemal karti hain, khudkushi bomb bhi karti hain waghera,</w:t>
      </w:r>
    </w:p>
    <w:p>
      <w:pPr>
        <w:jc w:val="right"/>
      </w:pPr>
      <w:r>
        <w:t>ابھی جو تنظیمیں بنی ہوئی ہیں، وہ ہتھیار کو استعمال کرتی ہیں، خودکشی بم بھی کرتی ہیں وغیرہ،</w:t>
      </w:r>
    </w:p>
    <w:p>
      <w:r>
        <w:rPr>
          <w:b/>
        </w:rPr>
        <w:t xml:space="preserve">[1:05:38] </w:t>
      </w:r>
      <w:r>
        <w:t>yeh sab mukammal taur par band karna parega.</w:t>
      </w:r>
    </w:p>
    <w:p>
      <w:pPr>
        <w:jc w:val="right"/>
      </w:pPr>
      <w:r>
        <w:t>یہ سب مکمل طور پر بند کرنا پڑے گا۔</w:t>
      </w:r>
    </w:p>
    <w:p>
      <w:r>
        <w:rPr>
          <w:b/>
        </w:rPr>
        <w:t xml:space="preserve">[1:05:43] </w:t>
      </w:r>
      <w:r>
        <w:t>to maine un se baat ki, unhon ne aur bilkul razi hain woh ke 67 line par</w:t>
      </w:r>
    </w:p>
    <w:p>
      <w:pPr>
        <w:jc w:val="right"/>
      </w:pPr>
      <w:r>
        <w:t>تو میں نے ان سے بات کی، انہوں نے اور بالکل راضی ہیں وہ کہ 67 لائن پر</w:t>
      </w:r>
    </w:p>
    <w:p>
      <w:r>
        <w:rPr>
          <w:b/>
        </w:rPr>
        <w:t xml:space="preserve">[1:05:47] </w:t>
      </w:r>
      <w:r>
        <w:t>wapas chale jayen woh, lekin jab aap un ko yeh risk rahega ke aap bom maren ge,</w:t>
      </w:r>
    </w:p>
    <w:p>
      <w:pPr>
        <w:jc w:val="right"/>
      </w:pPr>
      <w:r>
        <w:t>واپس چلے جائیں وہ، لیکن جب آپ ان کو یہ رسک رہے گا کہ آپ بم ماریں گے،</w:t>
      </w:r>
    </w:p>
    <w:p>
      <w:r>
        <w:rPr>
          <w:b/>
        </w:rPr>
        <w:t xml:space="preserve">[1:05:51] </w:t>
      </w:r>
      <w:r>
        <w:t>khudkushi bom bhi karen ge, to kaise chhoden ge woh? Kabhi nahin chhod sakte hain woh.</w:t>
      </w:r>
    </w:p>
    <w:p>
      <w:pPr>
        <w:jc w:val="right"/>
      </w:pPr>
      <w:r>
        <w:t>خودکشی بم بھی کریں گے، تو کیسے چھوڑیں گے وہ؟ کبھی نہیں چھوڑ سکتے ہیں وہ۔</w:t>
      </w:r>
    </w:p>
    <w:p>
      <w:r>
        <w:rPr>
          <w:b/>
        </w:rPr>
        <w:t xml:space="preserve">[1:05:56] </w:t>
      </w:r>
      <w:r>
        <w:t>to is ka hal sirf yeh hai ke arab apni nadani ko manen</w:t>
      </w:r>
    </w:p>
    <w:p>
      <w:pPr>
        <w:jc w:val="right"/>
      </w:pPr>
      <w:r>
        <w:t>تو اس کا حل صرف یہ ہے کہ عرب اپنی نادانی کو مانیں</w:t>
      </w:r>
    </w:p>
    <w:p>
      <w:r>
        <w:rPr>
          <w:b/>
        </w:rPr>
        <w:t xml:space="preserve">[1:06:00] </w:t>
      </w:r>
      <w:r>
        <w:t>apni ghalati ko tasleem karen aur sari tanzeemen jo hain, un ko disarm karen.</w:t>
      </w:r>
    </w:p>
    <w:p>
      <w:pPr>
        <w:jc w:val="right"/>
      </w:pPr>
      <w:r>
        <w:t>، اپنی غلطی کو تسلیم کریں اور ساری تنظیمیں جو ہیں، ان کو ڈسارم کریں۔</w:t>
      </w:r>
    </w:p>
    <w:p>
      <w:r>
        <w:rPr>
          <w:b/>
        </w:rPr>
        <w:t xml:space="preserve">[1:06:05] </w:t>
      </w:r>
      <w:r>
        <w:t>main jang bandi ka qael nahin hoon, disarm karen woh.</w:t>
      </w:r>
    </w:p>
    <w:p>
      <w:pPr>
        <w:jc w:val="right"/>
      </w:pPr>
      <w:r>
        <w:t>میں جنگ بندی کا قائل نہیں ہوں، ڈسارم کریں وہ۔</w:t>
      </w:r>
    </w:p>
    <w:p>
      <w:r>
        <w:rPr>
          <w:b/>
        </w:rPr>
        <w:t xml:space="preserve">[1:06:11] </w:t>
      </w:r>
      <w:r>
        <w:t>to phir abhi abhi faisla ho jata hai.</w:t>
      </w:r>
    </w:p>
    <w:p>
      <w:pPr>
        <w:jc w:val="right"/>
      </w:pPr>
      <w:r>
        <w:t>تو پھر ابھی ابھی فیصلہ ہو جاتا ہے۔</w:t>
      </w:r>
    </w:p>
    <w:p>
      <w:r>
        <w:rPr>
          <w:b/>
        </w:rPr>
        <w:t xml:space="preserve">[1:06:16] </w:t>
      </w:r>
      <w:r>
        <w:t>maine khud wahan ki authority se baat ki hai, woh razi hain is par ke 67 line</w:t>
      </w:r>
    </w:p>
    <w:p>
      <w:pPr>
        <w:jc w:val="right"/>
      </w:pPr>
      <w:r>
        <w:t>میں نے خود وہاں کی اتھارٹی سے بات کی ہے، وہ راضی ہیں اس پر کہ 67 لائن</w:t>
      </w:r>
    </w:p>
    <w:p>
      <w:r>
        <w:rPr>
          <w:b/>
        </w:rPr>
        <w:t xml:space="preserve">[1:06:21] </w:t>
      </w:r>
      <w:r>
        <w:t>ko wapas jaane ki.</w:t>
      </w:r>
    </w:p>
    <w:p>
      <w:pPr>
        <w:jc w:val="right"/>
      </w:pPr>
      <w:r>
        <w:t>کو واپس جانے کی۔</w:t>
      </w:r>
    </w:p>
    <w:p>
      <w:r>
        <w:rPr>
          <w:b/>
        </w:rPr>
        <w:t xml:space="preserve">[1:06:26] </w:t>
      </w:r>
      <w:r>
        <w:t>is sawal hai Mr Abdul Basit se, Doha, Qatar.</w:t>
      </w:r>
    </w:p>
    <w:p>
      <w:pPr>
        <w:jc w:val="right"/>
      </w:pPr>
      <w:r>
        <w:t>اس سوال ہے مسٹر عبدالباسط سے، دوحہ، قطر۔</w:t>
      </w:r>
    </w:p>
    <w:p>
      <w:r>
        <w:rPr>
          <w:b/>
        </w:rPr>
        <w:t xml:space="preserve">[1:06:32] </w:t>
      </w:r>
      <w:r>
        <w:t>maulana, hadees mein hai ke woh momin nahi ho sakta jab tak ke main is ke nazdeek, is ke maa baap, is ke aulad aur saare logon se zyada mehboob nahi ban jaon. maulana, is darje mein mohabbat rasool kaise hasil ho sakti hai aur is ka tareeqa kya hai? tareeqa yeh hai ke shuru kar dijiye mohabbat karna, aur kya tareeqa hai?</w:t>
      </w:r>
    </w:p>
    <w:p>
      <w:pPr>
        <w:jc w:val="right"/>
      </w:pPr>
      <w:r>
        <w:t>مولانا، حدیث میں ہے کہ وہ مومن نہیں ہو سکتا جب تک کہ میں اس کے نزدیک، اس کے ماں باپ، اس کے اولاد اور سارے لوگوں سے زیادہ محبوب نہیں بن جاؤں۔ مولانا، اس درجے میں محبت رسول کیسے حاصل ہو سکتی ہے اور اس کا طریقہ کیا ہے؟ طریقہ یہ ہے کہ شروع کر دیجیے محبت کرنا، اور کیا طریقہ ہے؟</w:t>
      </w:r>
    </w:p>
    <w:p>
      <w:r>
        <w:rPr>
          <w:b/>
        </w:rPr>
        <w:t xml:space="preserve">[1:07:02] </w:t>
      </w:r>
      <w:r>
        <w:t>yeh sab to yani jhooti mohabbatें hain jo keh rahe hote hain log.</w:t>
      </w:r>
    </w:p>
    <w:p>
      <w:pPr>
        <w:jc w:val="right"/>
      </w:pPr>
      <w:r>
        <w:t>یہ سب تو یعنی جھوٹی محبتیں ہیں جو کہہ رہے ہوتے ہیں لوگ۔</w:t>
      </w:r>
    </w:p>
    <w:p>
      <w:r>
        <w:rPr>
          <w:b/>
        </w:rPr>
        <w:t xml:space="preserve">[1:07:07] </w:t>
      </w:r>
      <w:r>
        <w:t>aap ghor kijiye ke Quran mein hai ke yom yafir al-barru min akhihi wa ummihi wa abeehi wa sahiba tihi wa banehi.</w:t>
      </w:r>
    </w:p>
    <w:p>
      <w:pPr>
        <w:jc w:val="right"/>
      </w:pPr>
      <w:r>
        <w:t>آپ غور کیجیے کہ قرآن میں ہے کہ یوم یفیر البر من اخیه وامہ وابیه وصاحبته وبنی۔</w:t>
      </w:r>
    </w:p>
    <w:p>
      <w:r>
        <w:rPr>
          <w:b/>
        </w:rPr>
        <w:t xml:space="preserve">[1:07:12] </w:t>
      </w:r>
      <w:r>
        <w:t>yani jo mohabbat aisi ho ke abhi mare to khatm, to woh to haqeeqi mohabbat hai hi nahin.</w:t>
      </w:r>
    </w:p>
    <w:p>
      <w:pPr>
        <w:jc w:val="right"/>
      </w:pPr>
      <w:r>
        <w:t>یعنی جو محبت ایسی ہو کہ ابھی مرے تو ختم، تو وہ تو حقیقی محبت ہے ہی نہیں۔</w:t>
      </w:r>
    </w:p>
    <w:p>
      <w:r>
        <w:rPr>
          <w:b/>
        </w:rPr>
        <w:t xml:space="preserve">[1:07:17] </w:t>
      </w:r>
      <w:r>
        <w:t>jis mohabbat ka aalam yeh ho ke abhi mare to sari mohabbatें khatm, to is ki haqeeqat kya</w:t>
      </w:r>
    </w:p>
    <w:p>
      <w:pPr>
        <w:jc w:val="right"/>
      </w:pPr>
      <w:r>
        <w:t>جس محبت کا عالم یہ ہو کہ ابھی مرے تو ساری محبتیں ختم، تو اس کی حقیقت کیا</w:t>
      </w:r>
    </w:p>
    <w:p>
      <w:r>
        <w:rPr>
          <w:b/>
        </w:rPr>
        <w:t xml:space="preserve">[1:07:22] </w:t>
      </w:r>
      <w:r>
        <w:t>hai? Woh to kuch bhi nahin hai.</w:t>
      </w:r>
    </w:p>
    <w:p>
      <w:pPr>
        <w:jc w:val="right"/>
      </w:pPr>
      <w:r>
        <w:t>ہے؟ وہ تو کچھ بھی نہیں ہے۔</w:t>
      </w:r>
    </w:p>
    <w:p>
      <w:r>
        <w:rPr>
          <w:b/>
        </w:rPr>
        <w:t xml:space="preserve">[1:07:27] </w:t>
      </w:r>
      <w:r>
        <w:t>yeh to jhooti mohabbat hai. Agar aap</w:t>
      </w:r>
    </w:p>
    <w:p>
      <w:pPr>
        <w:jc w:val="right"/>
      </w:pPr>
      <w:r>
        <w:t>یہ تو جھوٹی محبت ہے۔ اگر آپ</w:t>
      </w:r>
    </w:p>
    <w:p>
      <w:r>
        <w:rPr>
          <w:b/>
        </w:rPr>
        <w:t xml:space="preserve">[1:07:32] </w:t>
      </w:r>
      <w:r>
        <w:t>sochien ke jab tak main duniya mein zinda hoon, tabhi tak yeh mohabbatें hain, achanak khatm ho jayengi.</w:t>
      </w:r>
    </w:p>
    <w:p>
      <w:pPr>
        <w:jc w:val="right"/>
      </w:pPr>
      <w:r>
        <w:t>سوچیں کہ جب تک میں دنیا میں زندہ ہوں، تبھی تک یہ محبتیں ہیں، اچانک ختم ہو جائیں گی۔</w:t>
      </w:r>
    </w:p>
    <w:p>
      <w:r>
        <w:rPr>
          <w:b/>
        </w:rPr>
        <w:t xml:space="preserve">[1:07:37] </w:t>
      </w:r>
      <w:r>
        <w:t>is ke baad to wohi mohabbat rahegi jo aap ne Allah se mohabbat ki hogi, wohi mohabbat rahegi.</w:t>
      </w:r>
    </w:p>
    <w:p>
      <w:pPr>
        <w:jc w:val="right"/>
      </w:pPr>
      <w:r>
        <w:t>اس کے بعد تو وہی محبت رہے گی جو آپ نے اللہ سے محبت کی ہوگی، وہی محبت رہے گی۔</w:t>
      </w:r>
    </w:p>
    <w:p>
      <w:r>
        <w:rPr>
          <w:b/>
        </w:rPr>
        <w:t xml:space="preserve">[1:07:42] </w:t>
      </w:r>
      <w:r>
        <w:t>to haqeeqat waqe ko sochen to bas apne aap khatm ho jaye.</w:t>
      </w:r>
    </w:p>
    <w:p>
      <w:pPr>
        <w:jc w:val="right"/>
      </w:pPr>
      <w:r>
        <w:t>تو حقیقت واقعہ کو سوچیں تو بس اپنے آپ ختم ہو جائے۔</w:t>
      </w:r>
    </w:p>
    <w:p>
      <w:r>
        <w:rPr>
          <w:b/>
        </w:rPr>
        <w:t xml:space="preserve">[1:07:47] </w:t>
      </w:r>
      <w:r>
        <w:t>log haqeeqat waqe ko sochte nahin.</w:t>
      </w:r>
    </w:p>
    <w:p>
      <w:pPr>
        <w:jc w:val="right"/>
      </w:pPr>
      <w:r>
        <w:t>لوگ حقیقت واقعہ کو سوچتے نہیں۔</w:t>
      </w:r>
    </w:p>
    <w:p>
      <w:r>
        <w:rPr>
          <w:b/>
        </w:rPr>
        <w:t xml:space="preserve">[1:07:52] </w:t>
      </w:r>
      <w:r>
        <w:t>maut ke sath, sirf maut ko soche agar aadmi, sirf maut ko.</w:t>
      </w:r>
    </w:p>
    <w:p>
      <w:pPr>
        <w:jc w:val="right"/>
      </w:pPr>
      <w:r>
        <w:t>موت کے ساتھ، صرف موت کو سوچے اگر آدمی، صرف موت کو۔</w:t>
      </w:r>
    </w:p>
    <w:p>
      <w:r>
        <w:rPr>
          <w:b/>
        </w:rPr>
        <w:t xml:space="preserve">[1:07:57] </w:t>
      </w:r>
      <w:r>
        <w:t>jo hadith mein aata hai ke aksar zikr hadd bil ladhdhat</w:t>
      </w:r>
    </w:p>
    <w:p>
      <w:pPr>
        <w:jc w:val="right"/>
      </w:pPr>
      <w:r>
        <w:t>جو حدیث میں آتا ہے کہ اکثر ذکر ہاد باللذات</w:t>
      </w:r>
    </w:p>
    <w:p>
      <w:r>
        <w:rPr>
          <w:b/>
        </w:rPr>
        <w:t xml:space="preserve">[1:08:02] </w:t>
      </w:r>
      <w:r>
        <w:t>al-mawt.</w:t>
      </w:r>
    </w:p>
    <w:p>
      <w:pPr>
        <w:jc w:val="right"/>
      </w:pPr>
      <w:r>
        <w:t>الموت۔</w:t>
      </w:r>
    </w:p>
    <w:p>
      <w:r>
        <w:rPr>
          <w:b/>
        </w:rPr>
        <w:t xml:space="preserve">[1:08:07] </w:t>
      </w:r>
      <w:r>
        <w:t>to yeh sab cheezen apne aap khatm ho jayen, ghayab ho jayen.</w:t>
      </w:r>
    </w:p>
    <w:p>
      <w:pPr>
        <w:jc w:val="right"/>
      </w:pPr>
      <w:r>
        <w:t>تو یہ سب چیزیں اپنے آپ ختم ہو جائیں، غائب ہو جائیں۔</w:t>
      </w:r>
    </w:p>
    <w:p>
      <w:r>
        <w:rPr>
          <w:b/>
        </w:rPr>
        <w:t xml:space="preserve">[1:08:12] </w:t>
      </w:r>
      <w:r>
        <w:t>aisi cheez kya haqeeqat hai jo jis ko maut, jis ka khatma kar de? Yeh to soch ki</w:t>
      </w:r>
    </w:p>
    <w:p>
      <w:pPr>
        <w:jc w:val="right"/>
      </w:pPr>
      <w:r>
        <w:t>ایسی چیز کیا حقیقت ہے جو جس کو موت، جس کا خاتمہ کر دے؟ یہ تو سوچ کی</w:t>
      </w:r>
    </w:p>
    <w:p>
      <w:r>
        <w:rPr>
          <w:b/>
        </w:rPr>
        <w:t xml:space="preserve">[1:08:17] </w:t>
      </w:r>
      <w:r>
        <w:t>kami hai, soch paida kijiye, woh sab ho jayega.</w:t>
      </w:r>
    </w:p>
    <w:p>
      <w:pPr>
        <w:jc w:val="right"/>
      </w:pPr>
      <w:r>
        <w:t>کمی ہے، سوچ پیدا کیجیے، وہ سب ہو جائے گا۔</w:t>
      </w:r>
    </w:p>
    <w:p>
      <w:r>
        <w:rPr>
          <w:b/>
        </w:rPr>
        <w:t xml:space="preserve">[1:08:22] </w:t>
      </w:r>
      <w:r>
        <w:t>is sawal hai mr faik se, US a.</w:t>
      </w:r>
    </w:p>
    <w:p>
      <w:pPr>
        <w:jc w:val="right"/>
      </w:pPr>
      <w:r>
        <w:t>اس سوال ہے مسٹر فائق سے، یو ایس اے۔</w:t>
      </w:r>
    </w:p>
    <w:p>
      <w:r>
        <w:rPr>
          <w:b/>
        </w:rPr>
        <w:t xml:space="preserve">[1:08:27] </w:t>
      </w:r>
      <w:r>
        <w:t>agar koi aap ko aik taraf dhakiley aur baat karey manfi aur ghalat baaton ke barey mein,</w:t>
      </w:r>
    </w:p>
    <w:p>
      <w:pPr>
        <w:jc w:val="right"/>
      </w:pPr>
      <w:r>
        <w:t>اگر کوئی آپ کو ایک طرف دھکیلے اور بات کرے منفی اور غلط باتوں کے بارے میں،</w:t>
      </w:r>
    </w:p>
    <w:p>
      <w:r>
        <w:rPr>
          <w:b/>
        </w:rPr>
        <w:t xml:space="preserve">[1:08:32] </w:t>
      </w:r>
      <w:r>
        <w:t>kya is keeping khamosh aur na lene ka koi ikdam is ke khilaf behtareen approach hai? aam taur par nazar</w:t>
      </w:r>
    </w:p>
    <w:p>
      <w:pPr>
        <w:jc w:val="right"/>
      </w:pPr>
      <w:r>
        <w:t>کیا اس کیپنگ خاموش اور نہ لینے کا کوئی اقدام اس کے خلاف بہترین اپروچ ہے؟ عموماً نظر</w:t>
      </w:r>
    </w:p>
    <w:p>
      <w:r>
        <w:rPr>
          <w:b/>
        </w:rPr>
        <w:t xml:space="preserve">[1:08:37] </w:t>
      </w:r>
      <w:r>
        <w:t>andaz karna masla nahi karta, meherbani karke aap ki rai dein.</w:t>
      </w:r>
    </w:p>
    <w:p>
      <w:pPr>
        <w:jc w:val="right"/>
      </w:pPr>
      <w:r>
        <w:t>انداز کرنا مسئلہ نہیں کرتا، مہربانی کرکے آپ کی رائے دیں۔</w:t>
      </w:r>
    </w:p>
    <w:p>
      <w:r>
        <w:rPr>
          <w:b/>
        </w:rPr>
        <w:t xml:space="preserve">[1:08:42] </w:t>
      </w:r>
      <w:r>
        <w:t>yeh to farzi baat hai, kabhi aisa nahi hota ke aap manfi radd-e-amal se apne aap ko bachayein</w:t>
      </w:r>
    </w:p>
    <w:p>
      <w:pPr>
        <w:jc w:val="right"/>
      </w:pPr>
      <w:r>
        <w:t>یہ تو فرضی بات ہے، کبھی ایسا نہیں ہوتا کہ آپ منفی ردعمل سے اپنے آپ کو بچائیں</w:t>
      </w:r>
    </w:p>
    <w:p>
      <w:r>
        <w:rPr>
          <w:b/>
        </w:rPr>
        <w:t xml:space="preserve">[1:08:47] </w:t>
      </w:r>
      <w:r>
        <w:t>aur phir bhi aap masla bigad jaye.</w:t>
      </w:r>
    </w:p>
    <w:p>
      <w:pPr>
        <w:jc w:val="right"/>
      </w:pPr>
      <w:r>
        <w:t>اور پھر بھی آپ مسئلہ بگڑ جائے۔</w:t>
      </w:r>
    </w:p>
    <w:p>
      <w:r>
        <w:rPr>
          <w:b/>
        </w:rPr>
        <w:t xml:space="preserve">[1:08:53] </w:t>
      </w:r>
      <w:r>
        <w:t>aap ko yeh manfi radd-e-amal masla bigadta hai, yeh to sab farzi baatein hain.</w:t>
      </w:r>
    </w:p>
    <w:p>
      <w:pPr>
        <w:jc w:val="right"/>
      </w:pPr>
      <w:r>
        <w:t>آپ کو یہ منفی ردعمل مسئلہ بگاڑتا ہے، یہ تو سب فرضی باتیں ہیں۔</w:t>
      </w:r>
    </w:p>
    <w:p>
      <w:r>
        <w:rPr>
          <w:b/>
        </w:rPr>
        <w:t xml:space="preserve">[1:08:58] </w:t>
      </w:r>
      <w:r>
        <w:t>log chunke is par amal karte nahi hain, woh kehte hain ke</w:t>
      </w:r>
    </w:p>
    <w:p>
      <w:pPr>
        <w:jc w:val="right"/>
      </w:pPr>
      <w:r>
        <w:t>لوگ چونکہ اس پر عمل کرتے نہیں ہیں، وہ کہتے ہیں کہ</w:t>
      </w:r>
    </w:p>
    <w:p>
      <w:r>
        <w:rPr>
          <w:b/>
        </w:rPr>
        <w:t xml:space="preserve">[1:09:03] </w:t>
      </w:r>
      <w:r>
        <w:t>kaise kiya jaye? koi aik musalman mere ilm mein nahi hai jis ne apne aap ko sahi maano mein</w:t>
      </w:r>
    </w:p>
    <w:p>
      <w:pPr>
        <w:jc w:val="right"/>
      </w:pPr>
      <w:r>
        <w:t>کیسے کیا جائے؟ کوئی ایک مسلمان میرے علم میں نہیں ہے جس نے اپنے آپ کو صحیح معنوں</w:t>
      </w:r>
    </w:p>
    <w:p>
      <w:r>
        <w:rPr>
          <w:b/>
        </w:rPr>
        <w:t xml:space="preserve">[1:09:08] </w:t>
      </w:r>
      <w:r>
        <w:t>sabir banaya ho, manfi radd-e-amal se bachaya ho.</w:t>
      </w:r>
    </w:p>
    <w:p>
      <w:pPr>
        <w:jc w:val="right"/>
      </w:pPr>
      <w:r>
        <w:t>میں صابر بنایا ہو، منفی ردعمل سے بچایا ہو۔</w:t>
      </w:r>
    </w:p>
    <w:p>
      <w:r>
        <w:rPr>
          <w:b/>
        </w:rPr>
        <w:t xml:space="preserve">[1:09:13] </w:t>
      </w:r>
      <w:r>
        <w:t>saare musalman isi mein mubtala hain.</w:t>
      </w:r>
    </w:p>
    <w:p>
      <w:pPr>
        <w:jc w:val="right"/>
      </w:pPr>
      <w:r>
        <w:t>سارے مسلمان اسی میں مبتلا ہیں۔</w:t>
      </w:r>
    </w:p>
    <w:p>
      <w:r>
        <w:rPr>
          <w:b/>
        </w:rPr>
        <w:t xml:space="preserve">[1:09:18] </w:t>
      </w:r>
      <w:r>
        <w:t>woh kehte hain ke sabr kab tak karein? toh sabr toh tum ne kiya hi nahi.</w:t>
      </w:r>
    </w:p>
    <w:p>
      <w:pPr>
        <w:jc w:val="right"/>
      </w:pPr>
      <w:r>
        <w:t>وہ کہتے ہیں کہ صبر کب تک کریں؟ تو صبر تو تم نے کیا ہی نہیں۔</w:t>
      </w:r>
    </w:p>
    <w:p>
      <w:r>
        <w:rPr>
          <w:b/>
        </w:rPr>
        <w:t xml:space="preserve">[1:09:23] </w:t>
      </w:r>
      <w:r>
        <w:t>sabr kab tak ka sawal kya paida hota hai? sabr ke formulon ki istemal hi nahi kiya.</w:t>
      </w:r>
    </w:p>
    <w:p>
      <w:pPr>
        <w:jc w:val="right"/>
      </w:pPr>
      <w:r>
        <w:t>صبر کب تک کا سوال کیا پیدا ہوتا ہے؟ صبر کے فارمولوں کی استعمال ہی نہیں کیا۔</w:t>
      </w:r>
    </w:p>
    <w:p>
      <w:r>
        <w:rPr>
          <w:b/>
        </w:rPr>
        <w:t xml:space="preserve">[1:09:29] </w:t>
      </w:r>
      <w:r>
        <w:t>jab tak koi aik makhsoos, koi aadmi mujhe makhsoos misaal de sabr ki, toh main maanoonga is ko. makhsoos misaal,</w:t>
      </w:r>
    </w:p>
    <w:p>
      <w:pPr>
        <w:jc w:val="right"/>
      </w:pPr>
      <w:r>
        <w:t>جب تک کوئی ایک مخصوص، کوئی آدمی مجھے مخصوص مثال دے صبر کی، تو میں مانوں گا اس کو۔ مخصوص مثال،</w:t>
      </w:r>
    </w:p>
    <w:p>
      <w:r>
        <w:rPr>
          <w:b/>
        </w:rPr>
        <w:t xml:space="preserve">[1:09:34] </w:t>
      </w:r>
      <w:r>
        <w:t>koi shakhs mujhe makhsoos misaal nahin deta, bas hawai misaal deta hai, khali khali misaal deta hai. sabr jo hai, dekhiye, hadith mein aata hai: ilm min an-nasr ma' as-sabr. sabr ke sath allah ki madad juri hui hai. to aap sabr karenge to madad lazman milegi, aap ko kaise nahin milegi? to yeh farzi misalein le kar kehte hain. mein logon se poochta hoon ke makhsoos misaal do, aisa jo waqea guzra ho, woh b</w:t>
      </w:r>
    </w:p>
    <w:p>
      <w:pPr>
        <w:jc w:val="right"/>
      </w:pPr>
      <w:r>
        <w:t>کوئی شخص مجھے مخصوص مثال نہیں دیتا، بس ہوائی مثال دیتا ہے، خالی خالی مثال دیتا ہے۔ صبر جو ہے، دیکھیے، حدیث میں آتا ہے: علم من النصر مع الصبر۔ صبر کے ساتھ اللہ کی مدد جڑی ہوئی ہے۔ تو آپ صبر کریں گے تو مدد لازماً ملے گی، آپ کو کیسے نہیں ملے گی؟ تو یہ فرضی مثالیں لے کر کہتے ہیں۔ میں لوگوں سے پوچھتا ہوں کہ مخصوص مثال دو، ایسا جو واقعہ گزرا ہو، وہ ب</w:t>
      </w:r>
    </w:p>
    <w:p>
      <w:r>
        <w:rPr>
          <w:b/>
        </w:rPr>
        <w:t xml:space="preserve">[1:10:04] </w:t>
      </w:r>
      <w:r>
        <w:t>taoo.</w:t>
      </w:r>
    </w:p>
    <w:p>
      <w:pPr>
        <w:jc w:val="right"/>
      </w:pPr>
      <w:r>
        <w:t>تاؤ۔</w:t>
      </w:r>
    </w:p>
    <w:p>
      <w:r>
        <w:rPr>
          <w:b/>
        </w:rPr>
        <w:t xml:space="preserve">[1:10:08] </w:t>
      </w:r>
      <w:r>
        <w:t>toh koi nahi bata pata, koi bhi nahi bata pata.</w:t>
      </w:r>
    </w:p>
    <w:p>
      <w:pPr>
        <w:jc w:val="right"/>
      </w:pPr>
      <w:r>
        <w:t>تو کوئی نہیں بتا پاتا، کوئی بھی نہیں بتا پاتا۔</w:t>
      </w:r>
    </w:p>
    <w:p>
      <w:r>
        <w:rPr>
          <w:b/>
        </w:rPr>
        <w:t xml:space="preserve">[1:10:12] </w:t>
      </w:r>
      <w:r>
        <w:t>sabr ka matlab hai behtar manzoobah bandi.</w:t>
      </w:r>
    </w:p>
    <w:p>
      <w:pPr>
        <w:jc w:val="right"/>
      </w:pPr>
      <w:r>
        <w:t>صبر کا مطلب ہے بہتر منصوبہ بندی۔</w:t>
      </w:r>
    </w:p>
    <w:p>
      <w:r>
        <w:rPr>
          <w:b/>
        </w:rPr>
        <w:t xml:space="preserve">[1:10:17] </w:t>
      </w:r>
      <w:r>
        <w:t>sabr ka matlab hai behtar manzoobah bandi.</w:t>
      </w:r>
    </w:p>
    <w:p>
      <w:pPr>
        <w:jc w:val="right"/>
      </w:pPr>
      <w:r>
        <w:t>صبر کا مطلب ہے بہتر منصوبہ بندی۔</w:t>
      </w:r>
    </w:p>
    <w:p>
      <w:r>
        <w:rPr>
          <w:b/>
        </w:rPr>
        <w:t xml:space="preserve">[1:10:21] </w:t>
      </w:r>
      <w:r>
        <w:t>woh jo aap karte hain ke radd-e-amal karte hain, woh woh woh bohat hi ghalat manzoobah bandi hoti hai.</w:t>
      </w:r>
    </w:p>
    <w:p>
      <w:pPr>
        <w:jc w:val="right"/>
      </w:pPr>
      <w:r>
        <w:t>وہ جو آپ کرتے ہیں کہ ردعمل کرتے ہیں، وہ وہ وہ بہت ہی غلط منصوبہ بندی ہوتی ہے۔</w:t>
      </w:r>
    </w:p>
    <w:p>
      <w:r>
        <w:rPr>
          <w:b/>
        </w:rPr>
        <w:t xml:space="preserve">[1:10:25] </w:t>
      </w:r>
      <w:r>
        <w:t>jab aap radd-e-amal na karein toh aap zyada soch paate hain aur natije ko le kar soch paate</w:t>
      </w:r>
    </w:p>
    <w:p>
      <w:pPr>
        <w:jc w:val="right"/>
      </w:pPr>
      <w:r>
        <w:t>جب آپ ردعمل نہ کریں تو آپ زیادہ سوچ پاتے ہیں اور نتیجے کو لے کر سوچ پاتے</w:t>
      </w:r>
    </w:p>
    <w:p>
      <w:r>
        <w:rPr>
          <w:b/>
        </w:rPr>
        <w:t xml:space="preserve">[1:10:30] </w:t>
      </w:r>
      <w:r>
        <w:t>hain, halaat ko le kar soch paate hain.</w:t>
      </w:r>
    </w:p>
    <w:p>
      <w:pPr>
        <w:jc w:val="right"/>
      </w:pPr>
      <w:r>
        <w:t>ہیں، حالات کو لے کر سوچ پاتے ہیں۔</w:t>
      </w:r>
    </w:p>
    <w:p>
      <w:r>
        <w:rPr>
          <w:b/>
        </w:rPr>
        <w:t xml:space="preserve">[1:10:34] </w:t>
      </w:r>
      <w:r>
        <w:t>toh wahi toh manzoobah bandi hai.</w:t>
      </w:r>
    </w:p>
    <w:p>
      <w:pPr>
        <w:jc w:val="right"/>
      </w:pPr>
      <w:r>
        <w:t>تو وہی تو منصوبہ بندی ہے۔</w:t>
      </w:r>
    </w:p>
    <w:p>
      <w:r>
        <w:rPr>
          <w:b/>
        </w:rPr>
        <w:t xml:space="preserve">[1:10:39] </w:t>
      </w:r>
      <w:r>
        <w:t>sabr ka matlab behtar manzoobah bandi hai.</w:t>
      </w:r>
    </w:p>
    <w:p>
      <w:pPr>
        <w:jc w:val="right"/>
      </w:pPr>
      <w:r>
        <w:t>صبر کا مطلب بہتر منصوبہ بندی ہے۔</w:t>
      </w:r>
    </w:p>
    <w:p>
      <w:r>
        <w:rPr>
          <w:b/>
        </w:rPr>
        <w:t xml:space="preserve">[1:10:44] </w:t>
      </w:r>
      <w:r>
        <w:t>sabr ka matlab be amal nahi hai.</w:t>
      </w:r>
    </w:p>
    <w:p>
      <w:pPr>
        <w:jc w:val="right"/>
      </w:pPr>
      <w:r>
        <w:t>صبر کا مطلب بے عمل نہیں ہے۔</w:t>
      </w:r>
    </w:p>
    <w:p>
      <w:r>
        <w:rPr>
          <w:b/>
        </w:rPr>
        <w:t xml:space="preserve">[1:10:49] </w:t>
      </w:r>
      <w:r>
        <w:t>maulana, yeh hai janab ka sawal: kya hai puraman activation aur kya hain is ki manzoor shuda tareeqe</w:t>
      </w:r>
    </w:p>
    <w:p>
      <w:pPr>
        <w:jc w:val="right"/>
      </w:pPr>
      <w:r>
        <w:t>مولانا، یہ ہے جناب کا سوال: کیا ہے پُرامن ایکٹیویشن اور کیا ہیں اس کی منظور شدہ طریقے</w:t>
      </w:r>
    </w:p>
    <w:p>
      <w:r>
        <w:rPr>
          <w:b/>
        </w:rPr>
        <w:t xml:space="preserve">[1:10:54] </w:t>
      </w:r>
      <w:r>
        <w:t>islam mein? puramn activation yeh hai ke aap puramn rahiye, aur kya hai? rad-e-amal na kijiye.</w:t>
      </w:r>
    </w:p>
    <w:p>
      <w:pPr>
        <w:jc w:val="right"/>
      </w:pPr>
      <w:r>
        <w:t>اسلام میں؟ پُرامن ایکٹیویشن یہ ہے کہ آپ پُرامن رہیے، اور کیا ہے؟ ردعمل نہ کیجیے۔</w:t>
      </w:r>
    </w:p>
    <w:p>
      <w:r>
        <w:rPr>
          <w:b/>
        </w:rPr>
        <w:t xml:space="preserve">[1:10:59] </w:t>
      </w:r>
      <w:r>
        <w:t>jaise rasool allah sallallaho alaihe wasallam ke zamane mein</w:t>
      </w:r>
    </w:p>
    <w:p>
      <w:pPr>
        <w:jc w:val="right"/>
      </w:pPr>
      <w:r>
        <w:t>جیسے رسول اللہ صلی اللہ علیہ وسلم کے زمانے میں</w:t>
      </w:r>
    </w:p>
    <w:p>
      <w:r>
        <w:rPr>
          <w:b/>
        </w:rPr>
        <w:t xml:space="preserve">[1:11:04] </w:t>
      </w:r>
      <w:r>
        <w:t>wahan makka mein 368 but the, to aap puramn rahe.</w:t>
      </w:r>
    </w:p>
    <w:p>
      <w:pPr>
        <w:jc w:val="right"/>
      </w:pPr>
      <w:r>
        <w:t>وہاں مکہ میں 368 بت تھے، تو آپ پُرامن رہے۔</w:t>
      </w:r>
    </w:p>
    <w:p>
      <w:r>
        <w:rPr>
          <w:b/>
        </w:rPr>
        <w:t xml:space="preserve">[1:11:08] </w:t>
      </w:r>
      <w:r>
        <w:t>ab ab kahein agar koi koi but agar dekhta, aadmi musalman to bhadak uthta, lagta tod phod karne.</w:t>
      </w:r>
    </w:p>
    <w:p>
      <w:pPr>
        <w:jc w:val="right"/>
      </w:pPr>
      <w:r>
        <w:t>اب اب کہیں اگر کوئی کوئی بت اگر دیکھتا، آدمی مسلمان تو بھڑک اٹھتا، لگتا توڑ پھوڑ کرنے۔</w:t>
      </w:r>
    </w:p>
    <w:p>
      <w:r>
        <w:rPr>
          <w:b/>
        </w:rPr>
        <w:t xml:space="preserve">[1:11:12] </w:t>
      </w:r>
      <w:r>
        <w:t>rasool allah sallallaho alaihe wasallam 368 but the wahan par, 13 saal tak aap rahe, kabhi aap</w:t>
      </w:r>
    </w:p>
    <w:p>
      <w:pPr>
        <w:jc w:val="right"/>
      </w:pPr>
      <w:r>
        <w:t>رسول اللہ صلی اللہ علیہ وسلم 368 بت تھے وہاں پر، 13 سال تک آپ رہے، کبھی آپ</w:t>
      </w:r>
    </w:p>
    <w:p>
      <w:r>
        <w:rPr>
          <w:b/>
        </w:rPr>
        <w:t xml:space="preserve">[1:11:15] </w:t>
      </w:r>
      <w:r>
        <w:t>ne tod phod nahin ki.</w:t>
      </w:r>
    </w:p>
    <w:p>
      <w:pPr>
        <w:jc w:val="right"/>
      </w:pPr>
      <w:r>
        <w:t>نے توڑ پھوڑ نہیں کی۔</w:t>
      </w:r>
    </w:p>
    <w:p>
      <w:r>
        <w:rPr>
          <w:b/>
        </w:rPr>
        <w:t xml:space="preserve">[1:11:19] </w:t>
      </w:r>
      <w:r>
        <w:t>yeh hai puramn tareeqa.</w:t>
      </w:r>
    </w:p>
    <w:p>
      <w:pPr>
        <w:jc w:val="right"/>
      </w:pPr>
      <w:r>
        <w:t>یہ ہے پُرامن طریقہ۔</w:t>
      </w:r>
    </w:p>
    <w:p>
      <w:r>
        <w:rPr>
          <w:b/>
        </w:rPr>
        <w:t xml:space="preserve">[1:11:23] </w:t>
      </w:r>
      <w:r>
        <w:t>to aap is ke bare mein puramn reh kar ke aap ne kitni zabardast mansooba bandi ki ke</w:t>
      </w:r>
    </w:p>
    <w:p>
      <w:pPr>
        <w:jc w:val="right"/>
      </w:pPr>
      <w:r>
        <w:t>تو آپ اس کے بارے میں پُرامن رہ کر کے آپ نے کتنی زبردست منصوبہ بندی کی کہ</w:t>
      </w:r>
    </w:p>
    <w:p>
      <w:r>
        <w:rPr>
          <w:b/>
        </w:rPr>
        <w:t xml:space="preserve">[1:11:27] </w:t>
      </w:r>
      <w:r>
        <w:t>poora arab islami ho gaya.</w:t>
      </w:r>
    </w:p>
    <w:p>
      <w:pPr>
        <w:jc w:val="right"/>
      </w:pPr>
      <w:r>
        <w:t>پورا عرب اسلامی ہو گیا۔</w:t>
      </w:r>
    </w:p>
    <w:p>
      <w:r>
        <w:rPr>
          <w:b/>
        </w:rPr>
        <w:t xml:space="preserve">[1:11:30] </w:t>
      </w:r>
      <w:r>
        <w:t>puramn tareeqa ka mat</w:t>
      </w:r>
    </w:p>
    <w:p>
      <w:pPr>
        <w:jc w:val="right"/>
      </w:pPr>
      <w:r>
        <w:t>پُرامن طریقہ کا مط</w:t>
      </w:r>
    </w:p>
    <w:p>
      <w:r>
        <w:rPr>
          <w:b/>
        </w:rPr>
        <w:t xml:space="preserve">[1:11:34] </w:t>
      </w:r>
      <w:r>
        <w:t>lab yeh hai ke aap bhark na hon, ghussa na hon, mushtael na hon, aur bohat hi thanday tareeqay se soch kar ke kaam karen, aur khaas taur par nateeja par mabni mansooba bandi. nateeja ko dekh kar mansooba karen apne amal ka. yahi hai pur-aman tareeqa. log aam taur par bhark uthtay hain, jab bhark uthtay hain to pur-aman tareeqa kaise istemal kar payenge woh? is sawal hai mr. kh</w:t>
      </w:r>
    </w:p>
    <w:p>
      <w:pPr>
        <w:jc w:val="right"/>
      </w:pPr>
      <w:r>
        <w:t>لب یہ ہے کہ آپ بھڑک نہ ہوں، غصہ نہ ہوں، مشتعل نہ ہوں، اور بہت ہی ٹھنڈے طریقے سے سوچ کر کے کام کریں، اور خاص طور پر نتیجہ پر مبنی منصوبہ بندی۔ نتیجہ کو دیکھ کر منصوبہ کریں اپنے عمل کا۔ یہی ہے پُرامن طریقہ۔ لوگ عام طور پر بھڑک اٹھتے ہیں، جب بھڑک اٹھتے ہیں تو پُرامن طریقہ کیسے استعمال کر پائیں گے وہ؟ اس سوال ہے مسٹر خ</w:t>
      </w:r>
    </w:p>
    <w:p>
      <w:r>
        <w:rPr>
          <w:b/>
        </w:rPr>
        <w:t xml:space="preserve">[1:12:04] </w:t>
      </w:r>
      <w:r>
        <w:t>wajha kaleemuddin se, pennsylvania.</w:t>
      </w:r>
    </w:p>
    <w:p>
      <w:pPr>
        <w:jc w:val="right"/>
      </w:pPr>
      <w:r>
        <w:t>واجہ کلیم الدین سے، پینسلوینیا۔</w:t>
      </w:r>
    </w:p>
    <w:p>
      <w:r>
        <w:rPr>
          <w:b/>
        </w:rPr>
        <w:t xml:space="preserve">[1:12:10] </w:t>
      </w:r>
      <w:r>
        <w:t>مولانا صاحب، حالیہ معروف case of منفی سوچ اور نفرت جو Muslims harbor خلاف کسی گروپ ہے، یہ</w:t>
      </w:r>
    </w:p>
    <w:p>
      <w:pPr>
        <w:jc w:val="right"/>
      </w:pPr>
      <w:r>
        <w:t>مولانا صاحب، حالیہ معروف کیس آف منفی سوچ اور نفرت جو مسلمز ہاربر خلاف کسی گروپ ہے، یہ</w:t>
      </w:r>
    </w:p>
    <w:p>
      <w:r>
        <w:rPr>
          <w:b/>
        </w:rPr>
        <w:t xml:space="preserve">[1:12:16] </w:t>
      </w:r>
      <w:r>
        <w:t>ہے کہ بعد حالیہ قتل عام of احمدیوں میں لاہور، پاکستان، mainstream Maulvis نے کہا کہ یہ</w:t>
      </w:r>
    </w:p>
    <w:p>
      <w:pPr>
        <w:jc w:val="right"/>
      </w:pPr>
      <w:r>
        <w:t>ہے کہ بعد حالیہ قتل عام آف احمدیوں میں لاہور، پاکستان، مین سٹریم مولویز نے کہا کہ یہ</w:t>
      </w:r>
    </w:p>
    <w:p>
      <w:r>
        <w:rPr>
          <w:b/>
        </w:rPr>
        <w:t xml:space="preserve">[1:12:22] </w:t>
      </w:r>
      <w:r>
        <w:t>ek saazish thi of ahmadion khud.</w:t>
      </w:r>
    </w:p>
    <w:p>
      <w:pPr>
        <w:jc w:val="right"/>
      </w:pPr>
      <w:r>
        <w:t>ایک سازش تھی آف احمدیوں خود۔</w:t>
      </w:r>
    </w:p>
    <w:p>
      <w:r>
        <w:rPr>
          <w:b/>
        </w:rPr>
        <w:t xml:space="preserve">[1:12:28] </w:t>
      </w:r>
      <w:r>
        <w:t>wo kehte hain ke ahmadion khud</w:t>
      </w:r>
    </w:p>
    <w:p>
      <w:pPr>
        <w:jc w:val="right"/>
      </w:pPr>
      <w:r>
        <w:t>وہ کہتے ہیں کہ احمدیوں خود</w:t>
      </w:r>
    </w:p>
    <w:p>
      <w:r>
        <w:rPr>
          <w:b/>
        </w:rPr>
        <w:t xml:space="preserve">[1:12:34] </w:t>
      </w:r>
      <w:r>
        <w:t>ne yeh zulm apne logon par kiya taake tawajjuh bain-ul-aqwami community ki taraf ho. pakistan, woh chahtay hain ke qawaneen jo un ke khilaf hain, unhein repealed kiya jaye. to mere khayal mein yeh hai na un ki navity balkay nafrat aur manfi soch. maulana sahib, meharbani karke hamein apni rai dein. aaj kal musalmanon ka haal yeh hai ke aik taraf woh ghalat</w:t>
      </w:r>
    </w:p>
    <w:p>
      <w:pPr>
        <w:jc w:val="right"/>
      </w:pPr>
      <w:r>
        <w:t>نے یہ ظلم اپنے لوگوں پر کیا تاکہ توجہ بین الاقوامی کمیونٹی کی طرف ہو۔ پاکستان، وہ چاہتے ہیں کہ قوانین جو ان کے خلاف ہیں، انہیں ری پیلڈ کیا جائے۔ تو میرے خیال میں یہ ہے نہ ان کی نایویٹی بلکہ نفرت اور منفی سوچ۔ مولانا صاحب، مہربانی کرکے ہمیں اپنی رائے دیں۔ آج کل مسلمانوں کا حال یہ ہے کہ ایک طرف وہ غ</w:t>
      </w:r>
    </w:p>
    <w:p>
      <w:r>
        <w:rPr>
          <w:b/>
        </w:rPr>
        <w:t xml:space="preserve">[1:13:04] </w:t>
      </w:r>
      <w:r>
        <w:t>lat kaam karenge, phir jhoot hi bolenge.</w:t>
      </w:r>
    </w:p>
    <w:p>
      <w:pPr>
        <w:jc w:val="right"/>
      </w:pPr>
      <w:r>
        <w:t>لط کام کریں گے، پھر جھوٹ ہی بولیں گے۔</w:t>
      </w:r>
    </w:p>
    <w:p>
      <w:r>
        <w:rPr>
          <w:b/>
        </w:rPr>
        <w:t xml:space="preserve">[1:13:08] </w:t>
      </w:r>
      <w:r>
        <w:t>wo yeh bataiye ke wo jo waqea hua ahmadi firqe ke masjidon mein, unhon ne khud hi kar</w:t>
      </w:r>
    </w:p>
    <w:p>
      <w:pPr>
        <w:jc w:val="right"/>
      </w:pPr>
      <w:r>
        <w:t>وہ یہ بتائیے کہ وہ جو واقعہ ہوا احمدی فرقے کے مسجدوں میں، انہوں نے خود ہی کر</w:t>
      </w:r>
    </w:p>
    <w:p>
      <w:r>
        <w:rPr>
          <w:b/>
        </w:rPr>
        <w:t xml:space="preserve">[1:13:12] </w:t>
      </w:r>
      <w:r>
        <w:t>liya tha? unhon ne nahin, nahin, nahin.</w:t>
      </w:r>
    </w:p>
    <w:p>
      <w:pPr>
        <w:jc w:val="right"/>
      </w:pPr>
      <w:r>
        <w:t>لیا تھا؟ انہوں نے نہیں، نہیں، نہیں۔</w:t>
      </w:r>
    </w:p>
    <w:p>
      <w:r>
        <w:rPr>
          <w:b/>
        </w:rPr>
        <w:t xml:space="preserve">[1:13:16] </w:t>
      </w:r>
      <w:r>
        <w:t>kitna zyada yeh, kitna bada gunah hai yeh ke aap ne aap karein, is ke baad jhoot hi</w:t>
      </w:r>
    </w:p>
    <w:p>
      <w:pPr>
        <w:jc w:val="right"/>
      </w:pPr>
      <w:r>
        <w:t>کتنا زیادہ یہ، کتنا بڑا گناہ ہے یہ کہ آپ نے آپ کریں، اس کے بعد جھوٹ ہی</w:t>
      </w:r>
    </w:p>
    <w:p>
      <w:r>
        <w:rPr>
          <w:b/>
        </w:rPr>
        <w:t xml:space="preserve">[1:13:19] </w:t>
      </w:r>
      <w:r>
        <w:t>bolen ke hum ne nahin kiya.</w:t>
      </w:r>
    </w:p>
    <w:p>
      <w:pPr>
        <w:jc w:val="right"/>
      </w:pPr>
      <w:r>
        <w:t>بولیں کہ ہم نے نہیں کیا۔</w:t>
      </w:r>
    </w:p>
    <w:p>
      <w:r>
        <w:rPr>
          <w:b/>
        </w:rPr>
        <w:t xml:space="preserve">[1:13:23] </w:t>
      </w:r>
      <w:r>
        <w:t>yani kyun? koi aap ne koi marwayega? bataiye, yani aap ne khud hi kyun marwayega? bataiye,</w:t>
      </w:r>
    </w:p>
    <w:p>
      <w:pPr>
        <w:jc w:val="right"/>
      </w:pPr>
      <w:r>
        <w:t>یعنی کیوں؟ کوئی آپ نے کوئی مروائے گا؟ بتائیے، یعنی آپ نے خود ہی کیوں مروائے گا؟ بتائیے،</w:t>
      </w:r>
    </w:p>
    <w:p>
      <w:r>
        <w:rPr>
          <w:b/>
        </w:rPr>
        <w:t xml:space="preserve">[1:13:27] </w:t>
      </w:r>
      <w:r>
        <w:t>yeh sawal hai is ka.</w:t>
      </w:r>
    </w:p>
    <w:p>
      <w:pPr>
        <w:jc w:val="right"/>
      </w:pPr>
      <w:r>
        <w:t>یہ سوال ہے اس کا۔</w:t>
      </w:r>
    </w:p>
    <w:p>
      <w:r>
        <w:rPr>
          <w:b/>
        </w:rPr>
        <w:t xml:space="preserve">[1:13:31] </w:t>
      </w:r>
      <w:r>
        <w:t>aisi jo september 11 ka jo waqea hua</w:t>
      </w:r>
    </w:p>
    <w:p>
      <w:pPr>
        <w:jc w:val="right"/>
      </w:pPr>
      <w:r>
        <w:t>ایسی جو ستمبر 11 کا جو واقعہ ہوا</w:t>
      </w:r>
    </w:p>
    <w:p>
      <w:r>
        <w:rPr>
          <w:b/>
        </w:rPr>
        <w:t xml:space="preserve">[1:13:34] </w:t>
      </w:r>
      <w:r>
        <w:t>mein kehte hain ke america ne khud hi kar diya. yani yeh, yani jhoot itna aam ho gaya musalmanon mein, darte nahin ke jhoot ke sath jannat mein nahin ja payenge. woh yaad rakhiye, jhoot bolayga woh kabhi jannat mein nahin jayega. woh fi muqaddas sidq nind al-malik muqaddas. allah ta'ala ke haan muqaddas sidq hai, yani sach bolnay walon ke liye wahan seat milegi. jhoot bolayga us ko seat nahin milegi wahan. mein bohat hi talkh tajurba hai ke musalman bohat dhoom se j</w:t>
      </w:r>
    </w:p>
    <w:p>
      <w:pPr>
        <w:jc w:val="right"/>
      </w:pPr>
      <w:r>
        <w:t>، اس میں کہتے ہیں کہ امریکہ نے خود ہی کر دیا۔ یعنی یہ، یعنی جھوٹ اتنا عام ہو گیا مسلمانوں میں، ڈرتے نہیں کہ جھوٹ کے ساتھ جنت میں نہیں جا پائیں گے۔ وہ یاد رکھیے، جھوٹ بولے گا وہ کبھی جنت میں نہیں جائے گا۔ وہ فی مقدس صدق نیند الملک مقدس۔ اللہ تعالیٰ کے ہاں مقدس صدق ہے، یعنی سچ بولنے والوں کے لیے وہاں سیٹ ملے گی۔ جھوٹ بولے گا اس کو سیٹ نہیں ملے گی وہاں۔ میں بہت ہی تلخ تجربہ ہے کہ مسلمان بہت دھوم سے ج</w:t>
      </w:r>
    </w:p>
    <w:p>
      <w:r>
        <w:rPr>
          <w:b/>
        </w:rPr>
        <w:t xml:space="preserve">[1:14:04] </w:t>
      </w:r>
      <w:r>
        <w:t>hoot bolte hain. yani khud hi karenge aur kahenge nahin, nahin, hum ne to nahin kiya. aur darte nahin ke woh ke jahannum, woh darte nahin ke jannat nahin milegi jhoot bolnay walon ko. dekhiye, ahmadi firqay ke sath jo kuch hua hai, mein is ko saare ulama ko zimmedar qarar deta hoon. dekhiye, is qism ka jo waqea hai jaise ahmadi firqay ka waqea tha, mein ahmadion ko ghalat samajh</w:t>
      </w:r>
    </w:p>
    <w:p>
      <w:pPr>
        <w:jc w:val="right"/>
      </w:pPr>
      <w:r>
        <w:t>ھوٹ بولتے ہیں۔ یعنی خود ہی کریں گے اور کہیں گے نہیں، نہیں، ہم نے تو نہیں کیا۔ اور ڈرتے نہیں کہ وہ کہ جہنم، وہ ڈرتے نہیں کہ جنت نہیں ملے گی جھوٹ بولنے والوں کو۔ دیکھیے، احمدی فرقے کے ساتھ جو کچھ ہوا ہے، میں اس کو سارے علماء کو ذمہ دار قرار دیتا ہوں۔ دیکھیے، اس قسم کا جو واقعہ ہے جیسے احمدی فرقے کا واقعہ تھا، میں احمدیوں کو غلط سمجھ</w:t>
      </w:r>
    </w:p>
    <w:p>
      <w:r>
        <w:rPr>
          <w:b/>
        </w:rPr>
        <w:t xml:space="preserve">[1:14:34] </w:t>
      </w:r>
      <w:r>
        <w:t>ta hoon, lekin yeh jo fatwa jo lagaya gaya ke maar dalo, kafir hain, aur jo wo, wo</w:t>
      </w:r>
    </w:p>
    <w:p>
      <w:pPr>
        <w:jc w:val="right"/>
      </w:pPr>
      <w:r>
        <w:t>تا ہوں، لیکن یہ جو فتویٰ جو لگایا گیا کہ مار ڈالو، کافر ہیں، اور جو وہ، وہ</w:t>
      </w:r>
    </w:p>
    <w:p>
      <w:r>
        <w:rPr>
          <w:b/>
        </w:rPr>
        <w:t xml:space="preserve">[1:14:40] </w:t>
      </w:r>
      <w:r>
        <w:t>jo hain, yeh fatwa apne aap mein galat hai.</w:t>
      </w:r>
    </w:p>
    <w:p>
      <w:pPr>
        <w:jc w:val="right"/>
      </w:pPr>
      <w:r>
        <w:t>جو ہیں، یہ فتویٰ اپنے آپ میں غلط ہے۔</w:t>
      </w:r>
    </w:p>
    <w:p>
      <w:r>
        <w:rPr>
          <w:b/>
        </w:rPr>
        <w:t xml:space="preserve">[1:14:46] </w:t>
      </w:r>
      <w:r>
        <w:t>aap ko fatwa dene ka haq nahin hai.</w:t>
      </w:r>
    </w:p>
    <w:p>
      <w:pPr>
        <w:jc w:val="right"/>
      </w:pPr>
      <w:r>
        <w:t>آپ کو فتویٰ دینے کا حق نہیں ہے۔</w:t>
      </w:r>
    </w:p>
    <w:p>
      <w:r>
        <w:rPr>
          <w:b/>
        </w:rPr>
        <w:t xml:space="preserve">[1:14:52] </w:t>
      </w:r>
      <w:r>
        <w:t>aap naseehat kijiye, aap tablegh kijiye, aap dawat kijiye, dalail se un ko radd kijiye.</w:t>
      </w:r>
    </w:p>
    <w:p>
      <w:pPr>
        <w:jc w:val="right"/>
      </w:pPr>
      <w:r>
        <w:t>آپ نصیحت کیجیے، آپ تبلیغ کیجیے، آپ دعوت کیجیے، دلائل سے ان کو رد کیجیے۔</w:t>
      </w:r>
    </w:p>
    <w:p>
      <w:r>
        <w:rPr>
          <w:b/>
        </w:rPr>
        <w:t xml:space="preserve">[1:14:58] </w:t>
      </w:r>
      <w:r>
        <w:t>aap fatwa kyon dete hain? kufar ka fatwa aur ek un ko maar dalo ka fatwa. aap</w:t>
      </w:r>
    </w:p>
    <w:p>
      <w:pPr>
        <w:jc w:val="right"/>
      </w:pPr>
      <w:r>
        <w:t>آپ فتویٰ کیوں دیتے ہیں؟ کفر کا فتویٰ اور ایک ان کو مار ڈالو کا فتویٰ۔ آپ</w:t>
      </w:r>
    </w:p>
    <w:p>
      <w:r>
        <w:rPr>
          <w:b/>
        </w:rPr>
        <w:t xml:space="preserve">[1:15:04] </w:t>
      </w:r>
      <w:r>
        <w:t>ko mein ek hawala deta hoon, sahih muslim jo hai, kitab authentic, is ka sharah likhi hai imam nawawi ne.</w:t>
      </w:r>
    </w:p>
    <w:p>
      <w:pPr>
        <w:jc w:val="right"/>
      </w:pPr>
      <w:r>
        <w:t>کو میں ایک حوالہ دیتا ہوں، صحیح مسلم جو ہے، کتاب اتھینٹک، اس کا شرح لکھی ہے امام نووی نے۔</w:t>
      </w:r>
    </w:p>
    <w:p>
      <w:r>
        <w:rPr>
          <w:b/>
        </w:rPr>
        <w:t xml:space="preserve">[1:15:09] </w:t>
      </w:r>
      <w:r>
        <w:t>bahut aala ke muhaddis khud bhi hain.</w:t>
      </w:r>
    </w:p>
    <w:p>
      <w:pPr>
        <w:jc w:val="right"/>
      </w:pPr>
      <w:r>
        <w:t>بہت اعلیٰ کے محدث خود بھی ہیں۔</w:t>
      </w:r>
    </w:p>
    <w:p>
      <w:r>
        <w:rPr>
          <w:b/>
        </w:rPr>
        <w:t xml:space="preserve">[1:15:14] </w:t>
      </w:r>
      <w:r>
        <w:t>imam nawawi ki sharah jo hai sahih muslim par, is ko parhiye aap.</w:t>
      </w:r>
    </w:p>
    <w:p>
      <w:pPr>
        <w:jc w:val="right"/>
      </w:pPr>
      <w:r>
        <w:t>امام نووی کی شرح جو ہے صحیح مسلم پر، اس کو پڑھیے آپ۔</w:t>
      </w:r>
    </w:p>
    <w:p>
      <w:r>
        <w:rPr>
          <w:b/>
        </w:rPr>
        <w:t xml:space="preserve">[1:15:19] </w:t>
      </w:r>
      <w:r>
        <w:t>is mein likhte hain woh ke is par ittifaq ho chuka hai ulama ka ke ahle qibla ki</w:t>
      </w:r>
    </w:p>
    <w:p>
      <w:pPr>
        <w:jc w:val="right"/>
      </w:pPr>
      <w:r>
        <w:t>اس میں لکھتے ہیں وہ کہ اس پر اتفاق ہو چکا ہے علماء کا کہ اہل قبلہ کی</w:t>
      </w:r>
    </w:p>
    <w:p>
      <w:r>
        <w:rPr>
          <w:b/>
        </w:rPr>
        <w:t xml:space="preserve">[1:15:24] </w:t>
      </w:r>
      <w:r>
        <w:t>takfeer nahi hogi.</w:t>
      </w:r>
    </w:p>
    <w:p>
      <w:pPr>
        <w:jc w:val="right"/>
      </w:pPr>
      <w:r>
        <w:t>تکفیر نہیں ہوگی۔</w:t>
      </w:r>
    </w:p>
    <w:p>
      <w:r>
        <w:rPr>
          <w:b/>
        </w:rPr>
        <w:t xml:space="preserve">[1:15:29] </w:t>
      </w:r>
      <w:r>
        <w:t>is par ittifaq ho chuka hai. la</w:t>
      </w:r>
    </w:p>
    <w:p>
      <w:pPr>
        <w:jc w:val="right"/>
      </w:pPr>
      <w:r>
        <w:t>اس پر اتفاق ہو چکا ہے۔ لا</w:t>
      </w:r>
    </w:p>
    <w:p>
      <w:r>
        <w:rPr>
          <w:b/>
        </w:rPr>
        <w:t xml:space="preserve">[1:15:34] </w:t>
      </w:r>
      <w:r>
        <w:t>yakfuru ahl al-qibla, la yakfuru min ahl al-qibla. kya alfaaz hain sahib? la yakfuru ahad min ahl al-qibla, la yakfuru ahad min ahl al-qibla. mere pas kitab maujood hai, koi dekh sakta hai aa kar ke. la yakfuru ahad min ahl al-qibla, yani qiblay ki taraf jo rukh kar ke namaz parhay, us ki takfeer nahin ki jayegi. aur ahmadion ko masjid mein ja kar dekhiye, woh qiblay ki taraf rukh kar ke namaz parhtay hain. to aap haq kya hai? aap takfeer karnay ka? woh ghalat</w:t>
      </w:r>
    </w:p>
    <w:p>
      <w:pPr>
        <w:jc w:val="right"/>
      </w:pPr>
      <w:r>
        <w:t>یکفرو اہل القبلہ، لا یکفرو من اہل القبلہ۔ کیا الفاظ ہیں صاحب؟ لا یکفرو احد من اہل القبلہ، لا یکفرو احد من اہل القبلہ۔ میرے پاس کتاب موجود ہے، کوئی دیکھ سکتا ہے آ کر کے۔ لا یکفرو احد من اہل القبلہ، یعنی قبلے کی طرف جو رخ کر کے نماز پڑھے، اس کی تکفیر نہیں کی جائے گی۔ اور احمدیوں کو مسجد میں جا کر دیکھیے، وہ قبلے کی طرف رخ کر کے نماز پڑھتے ہیں۔ تو آپ حق کیا ہے؟ آپ تکفیر کرنے کا؟ وہ غل</w:t>
      </w:r>
    </w:p>
    <w:p>
      <w:r>
        <w:rPr>
          <w:b/>
        </w:rPr>
        <w:t xml:space="preserve">[1:16:04] </w:t>
      </w:r>
      <w:r>
        <w:t>hai to un ki naseehat kijiye, aap kitabein likhiye, un ko samjhaiye, un ko daraiye allah ta'ala se. mein ahmadion ko ghalat samajhta hoon, lekin takfeer ko bhi ghalat samajhta hoon. ahmadi bilashuba ghalati par hain, lekin takfeer karnay walay bhi bilashuba ghalati par hain. is mein koi shakk nahin. la yakfuru ahad min ahl al-qibla, yani aakhri cheez jo hai, woh aik aadmi</w:t>
      </w:r>
    </w:p>
    <w:p>
      <w:pPr>
        <w:jc w:val="right"/>
      </w:pPr>
      <w:r>
        <w:t>ط ہے تو ان کی نصیحت کیجیے، آپ کتابیں لکھیے، ان کو سمجھائیے، ان کو ڈرائیے اللہ تعالیٰ سے۔ میں احمدیوں کو غلط سمجھتا ہوں، لیکن تکفیر کو بھی غلط سمجھتا ہوں۔ احمدی بلاشبہ غلطی پر ہیں، لیکن تکفیر کرنے والے بھی بلاشبہ غلطی پر ہیں۔ اس میں کوئی شک نہیں۔ لا یکفرو احد من اہل القبلہ، یعنی آخری چیز جو ہے، وہ ایک آدمی</w:t>
      </w:r>
    </w:p>
    <w:p>
      <w:r>
        <w:rPr>
          <w:b/>
        </w:rPr>
        <w:t xml:space="preserve">[1:16:34] </w:t>
      </w:r>
      <w:r>
        <w:t>apna qibla jo hai, kaba ki bajaye kuch aur bana le, somnat ko khud qibla bana le. to aisa kaun karta hai? kis ne aisa kiya hai? mere pas woh kitab maujood hai, aap aa kar dekh li jiye ke la yakfuru ahad min ahl al-qibla. to mere nazdeek ahmadi firqa bhi ghalat hai aur takfeer karnay walay bhi ghalat hain. sab ke sab, dono mein se koi bhi ghalati se bacha hua nahin hai. aur jab aap takfeer karen aur</w:t>
      </w:r>
    </w:p>
    <w:p>
      <w:pPr>
        <w:jc w:val="right"/>
      </w:pPr>
      <w:r>
        <w:t>اپنا قبلہ جو ہے، کعبہ کی بجائے کچھ اور بنا لے، صومنات کو خود قبلہ بنا لے۔ تو ایسا کون کرتا ہے؟ کس نے ایسا کیا ہے؟ میرے پاس وہ کتاب موجود ہے، آپ آ کر دیکھ لیجیے کہ لا یکفرو احد من اہل القبلہ۔ تو میرے نزدیک احمدی فرقہ بھی غلط ہے اور تکفیر کرنے والے بھی غلط ہیں۔ سب کے سب، دونوں میں سے کوئی بھی غلطی سے بچا ہوا نہیں ہے۔ اور جب آپ تکفیر کریں اور</w:t>
      </w:r>
    </w:p>
    <w:p>
      <w:r>
        <w:rPr>
          <w:b/>
        </w:rPr>
        <w:t xml:space="preserve">[1:17:04] </w:t>
      </w:r>
      <w:r>
        <w:t>kahin ke woh yقتلو حدا, to zahir hai ke log marenge ja kar ke un ko.</w:t>
      </w:r>
    </w:p>
    <w:p>
      <w:pPr>
        <w:jc w:val="right"/>
      </w:pPr>
      <w:r>
        <w:t>کہیں کہ وہ یقتلوا حداً، تو ظاہر ہے کہ لوگ ماریں گے جا کر کے ان کو۔</w:t>
      </w:r>
    </w:p>
    <w:p>
      <w:r>
        <w:rPr>
          <w:b/>
        </w:rPr>
        <w:t xml:space="preserve">[1:17:09] </w:t>
      </w:r>
      <w:r>
        <w:t>to sare ulama par is ka gunah hai.</w:t>
      </w:r>
    </w:p>
    <w:p>
      <w:pPr>
        <w:jc w:val="right"/>
      </w:pPr>
      <w:r>
        <w:t>تو سارے علماء پر اس کا گناہ ہے۔</w:t>
      </w:r>
    </w:p>
    <w:p>
      <w:r>
        <w:rPr>
          <w:b/>
        </w:rPr>
        <w:t xml:space="preserve">[1:17:13] </w:t>
      </w:r>
      <w:r>
        <w:t>yaad rakhiye, is mein koi shakk nahi hai.</w:t>
      </w:r>
    </w:p>
    <w:p>
      <w:pPr>
        <w:jc w:val="right"/>
      </w:pPr>
      <w:r>
        <w:t>یاد رکھیے، اس میں کوئی شک نہیں ہے۔</w:t>
      </w:r>
    </w:p>
    <w:p>
      <w:r>
        <w:rPr>
          <w:b/>
        </w:rPr>
        <w:t xml:space="preserve">[1:17:17] </w:t>
      </w:r>
      <w:r>
        <w:t>کیا حق ہے آپ کو تکفیر کرنے کا؟ یہ اللہ تعالیٰ کا the prophet of God Almighty ہے۔</w:t>
      </w:r>
    </w:p>
    <w:p>
      <w:pPr>
        <w:jc w:val="right"/>
      </w:pPr>
      <w:r>
        <w:t>کیا حق ہے آپ کو تکفیر کرنے کا؟ یہ اللہ تعالیٰ کا دیر پراگٹ آف گاڈ آل مائٹی ہے۔</w:t>
      </w:r>
    </w:p>
    <w:p>
      <w:r>
        <w:rPr>
          <w:b/>
        </w:rPr>
        <w:t xml:space="preserve">[1:17:22] </w:t>
      </w:r>
      <w:r>
        <w:t>allah ka maidan hai, woh kis ko kafir kahe, kis ko kafir na kahe, aap ka maidan nahi hai yeh.</w:t>
      </w:r>
    </w:p>
    <w:p>
      <w:pPr>
        <w:jc w:val="right"/>
      </w:pPr>
      <w:r>
        <w:t>اللہ کا میدان ہے، وہ کس کو کافر کہے، کس کو کافر نہ کہے، آپ کا میدان نہیں ہے یہ۔</w:t>
      </w:r>
    </w:p>
    <w:p>
      <w:r>
        <w:rPr>
          <w:b/>
        </w:rPr>
        <w:t xml:space="preserve">[1:17:26] </w:t>
      </w:r>
      <w:r>
        <w:t>aur ab jo ahmadion ke sath jo kuch hua, abhi is ki muzammat bhi koi nahi ki, bade</w:t>
      </w:r>
    </w:p>
    <w:p>
      <w:pPr>
        <w:jc w:val="right"/>
      </w:pPr>
      <w:r>
        <w:t>اور اب جو احمدیوں کے ساتھ جو کچھ ہوا، ابھی اس کی مذمت بھی کوئی نہیں کی، بڑے</w:t>
      </w:r>
    </w:p>
    <w:p>
      <w:r>
        <w:rPr>
          <w:b/>
        </w:rPr>
        <w:t xml:space="preserve">[1:17:30] </w:t>
      </w:r>
      <w:r>
        <w:t>bade tareeqe se kisi</w:t>
      </w:r>
    </w:p>
    <w:p>
      <w:pPr>
        <w:jc w:val="right"/>
      </w:pPr>
      <w:r>
        <w:t>بڑے طریقے سے کسی</w:t>
      </w:r>
    </w:p>
    <w:p>
      <w:r>
        <w:rPr>
          <w:b/>
        </w:rPr>
        <w:t xml:space="preserve">[1:17:35] </w:t>
      </w:r>
      <w:r>
        <w:t>ne ki.</w:t>
      </w:r>
    </w:p>
    <w:p>
      <w:pPr>
        <w:jc w:val="right"/>
      </w:pPr>
      <w:r>
        <w:t>نے کی۔</w:t>
      </w:r>
    </w:p>
    <w:p>
      <w:r>
        <w:rPr>
          <w:b/>
        </w:rPr>
        <w:t xml:space="preserve">[1:17:38] </w:t>
      </w:r>
      <w:r>
        <w:t>yeh kehne ki sahib, khud hi kar liya ahmadion ne.</w:t>
      </w:r>
    </w:p>
    <w:p>
      <w:pPr>
        <w:jc w:val="right"/>
      </w:pPr>
      <w:r>
        <w:t>یہ کہنے کی صاحب، خود ہی کر لیا احمدیوں نے۔</w:t>
      </w:r>
    </w:p>
    <w:p>
      <w:r>
        <w:rPr>
          <w:b/>
        </w:rPr>
        <w:t xml:space="preserve">[1:17:42] </w:t>
      </w:r>
      <w:r>
        <w:t>yeh to bahut badi sarkashi hai, jhoot hai, aur yani gunah par sarkashi ka izafa hai.</w:t>
      </w:r>
    </w:p>
    <w:p>
      <w:pPr>
        <w:jc w:val="right"/>
      </w:pPr>
      <w:r>
        <w:t>یہ تو بہت بڑی سرکشی ہے، جھوٹ ہے، اور یعنی گناہ پر سرکشی کا اضافہ ہے۔</w:t>
      </w:r>
    </w:p>
    <w:p>
      <w:r>
        <w:rPr>
          <w:b/>
        </w:rPr>
        <w:t xml:space="preserve">[1:17:46] </w:t>
      </w:r>
      <w:r>
        <w:t>yani gunah par sarkashi ka izafa hai.</w:t>
      </w:r>
    </w:p>
    <w:p>
      <w:pPr>
        <w:jc w:val="right"/>
      </w:pPr>
      <w:r>
        <w:t>یعنی گناہ پر سرکشی کا اضافہ ہے۔</w:t>
      </w:r>
    </w:p>
    <w:p>
      <w:r>
        <w:rPr>
          <w:b/>
        </w:rPr>
        <w:t xml:space="preserve">[1:17:50] </w:t>
      </w:r>
      <w:r>
        <w:t>logon ko chahiye ke woh muhasba karen, introspection karen, apni galtiyon ko maren.</w:t>
      </w:r>
    </w:p>
    <w:p>
      <w:pPr>
        <w:jc w:val="right"/>
      </w:pPr>
      <w:r>
        <w:t>لوگوں کو چاہیے کہ وہ محاسبہ کریں، انٹروسپیکشن کریں، اپنی غلطیوں کو ماریں۔</w:t>
      </w:r>
    </w:p>
    <w:p>
      <w:r>
        <w:rPr>
          <w:b/>
        </w:rPr>
        <w:t xml:space="preserve">[1:17:53] </w:t>
      </w:r>
      <w:r>
        <w:t>is tarah dunya mein reh sakte hain aap.</w:t>
      </w:r>
    </w:p>
    <w:p>
      <w:pPr>
        <w:jc w:val="right"/>
      </w:pPr>
      <w:r>
        <w:t>اس طرح دنیا میں رہ سکتے ہیں آپ۔</w:t>
      </w:r>
    </w:p>
    <w:p>
      <w:r>
        <w:rPr>
          <w:b/>
        </w:rPr>
        <w:t xml:space="preserve">[1:17:57] </w:t>
      </w:r>
      <w:r>
        <w:t>dunya mein is waqt islam ko zaleel kar rahe hain yeh log ke islam jo hai, woh azadi</w:t>
      </w:r>
    </w:p>
    <w:p>
      <w:pPr>
        <w:jc w:val="right"/>
      </w:pPr>
      <w:r>
        <w:t>دنیا میں اس وقت اسلام کو ذلیل کر رہے ہیں یہ لوگ کہ اسلام جو ہے، وہ آزادی</w:t>
      </w:r>
    </w:p>
    <w:p>
      <w:r>
        <w:rPr>
          <w:b/>
        </w:rPr>
        <w:t xml:space="preserve">[1:18:01] </w:t>
      </w:r>
      <w:r>
        <w:t>ko nahi manta.</w:t>
      </w:r>
    </w:p>
    <w:p>
      <w:pPr>
        <w:jc w:val="right"/>
      </w:pPr>
      <w:r>
        <w:t>کو نہیں مانتا۔</w:t>
      </w:r>
    </w:p>
    <w:p>
      <w:r>
        <w:rPr>
          <w:b/>
        </w:rPr>
        <w:t xml:space="preserve">[1:18:05] </w:t>
      </w:r>
      <w:r>
        <w:t>islam mein jaan ka ehtiram nahin hai waghera. dekhiye, islam ki kya tasweer bana rahe hain? yeh log islam ke qatil hain, naooz billah, jo log aisa kar rahe hain. mujhe to zara bhi shakk nahin ke yeh is maamlay mein ahmadi ghalat hain aur doosray bhi ghalat hain, dono ghalat hain. is sawal hai mr. nafees shiraz se, new delhi. farz karen aik larka aur l</w:t>
      </w:r>
    </w:p>
    <w:p>
      <w:pPr>
        <w:jc w:val="right"/>
      </w:pPr>
      <w:r>
        <w:t>اسلام میں جان کا احترام نہیں ہے وغیرہ۔ دیکھیے، اسلام کی کیا آپ تصویر بنا رہے ہیں؟ یہ لوگ اسلام کے قاتل ہیں، نعوذ باللہ، جو لوگ ایسا کر رہے ہیں۔ مجھے تو ذرا بھی شک نہیں کہ یہ اس معاملے میں احمدی غلط ہیں اور دوسرے بھی غلط ہیں، دونوں غلط ہیں۔ اس سوال ہے مسٹر نفیس شیراز سے، نیو دہلی۔ فرض کریں ایک لڑکا اور ل</w:t>
      </w:r>
    </w:p>
    <w:p>
      <w:r>
        <w:rPr>
          <w:b/>
        </w:rPr>
        <w:t xml:space="preserve">[1:18:35] </w:t>
      </w:r>
      <w:r>
        <w:t>arki college mein parhtay hain, un mein aapas mein dosti hai. dono aik sath restaurant mein khana khatay hain, ghoomnay jatay hain, cinema hall mein aik sath film dekhtay hain, park mein baith kar ghanton baatein karte hain. mein yeh maloom karna chahta hoon ke kya islam mein is tarah ki dosti ki ijazat hai ya nahin? nahin, harghiz nahin hai, bilkul ghalat hai yeh. islam mein harghiz is ki ijazat nahin hai. jo larkay larkiyan</w:t>
      </w:r>
    </w:p>
    <w:p>
      <w:pPr>
        <w:jc w:val="right"/>
      </w:pPr>
      <w:r>
        <w:t>ڑکی کالج میں پڑھتے ہیں، ان میں آپس میں دوستی ہے۔ دونوں ایک ساتھ ریسٹورنٹ میں کھانا کھاتے ہیں، گھومنے جاتے ہیں، سینما ہال میں ایک ساتھ فلم دیکھتے ہیں، پارک میں بیٹھ کر گھنٹوں باتیں کرتے ہیں۔ میں یہ معلوم کرنا چاہتا ہوں کہ کیا اسلام میں اس طرح کی دوستی کی اجازت ہے یا نہیں؟ نہیں، ہرگز نہیں ہے، بالکل غلط ہے یہ۔ اسلام میں ہرگز اس کی اجازت نہیں ہے۔ جو لڑکے لڑ</w:t>
      </w:r>
    </w:p>
    <w:p>
      <w:r>
        <w:rPr>
          <w:b/>
        </w:rPr>
        <w:t xml:space="preserve">[1:19:05] </w:t>
      </w:r>
      <w:r>
        <w:t>kiyan aisa karte hain, woh islam ke khilaf kar rahe hain, aisa woh gunahgar honge yaqeenan.</w:t>
      </w:r>
    </w:p>
    <w:p>
      <w:pPr>
        <w:jc w:val="right"/>
      </w:pPr>
      <w:r>
        <w:t>کیاں ایسا کرتے ہیں، وہ اسلام کے خلاف کر رہے ہیں، ایسا وہ گنہگار ہوں گے یقیناً۔</w:t>
      </w:r>
    </w:p>
    <w:p>
      <w:r>
        <w:rPr>
          <w:b/>
        </w:rPr>
        <w:t xml:space="preserve">[1:19:13] </w:t>
      </w:r>
      <w:r>
        <w:t>is sawal hai miss sadia khan se, new delhi.</w:t>
      </w:r>
    </w:p>
    <w:p>
      <w:pPr>
        <w:jc w:val="right"/>
      </w:pPr>
      <w:r>
        <w:t>اس سوال ہے مس سعدیہ خان سے، نیو دہلی۔</w:t>
      </w:r>
    </w:p>
    <w:p>
      <w:r>
        <w:rPr>
          <w:b/>
        </w:rPr>
        <w:t xml:space="preserve">[1:19:20] </w:t>
      </w:r>
      <w:r>
        <w:t>kaise dekhte hain islam mysticism? meharbani comment karen.</w:t>
      </w:r>
    </w:p>
    <w:p>
      <w:pPr>
        <w:jc w:val="right"/>
      </w:pPr>
      <w:r>
        <w:t>کیسے دیکھتے ہیں اسلام مسٹیسزم؟ مہربانی کمنٹ کریں۔</w:t>
      </w:r>
    </w:p>
    <w:p>
      <w:r>
        <w:rPr>
          <w:b/>
        </w:rPr>
        <w:t xml:space="preserve">[1:19:28] </w:t>
      </w:r>
      <w:r>
        <w:t>dekhiye, mysticism jo hai, woh ek falsafi hai, woh mazhab nahi hai.</w:t>
      </w:r>
    </w:p>
    <w:p>
      <w:pPr>
        <w:jc w:val="right"/>
      </w:pPr>
      <w:r>
        <w:t>دیکھیے، مسٹیسزم جو ہے، وہ ایک فلسفی ہے، وہ مذہب نہیں ہے۔</w:t>
      </w:r>
    </w:p>
    <w:p>
      <w:r>
        <w:rPr>
          <w:b/>
        </w:rPr>
        <w:t xml:space="preserve">[1:19:36] </w:t>
      </w:r>
      <w:r>
        <w:t>mazhab se alag kar ke jo rohani science hai, us ko mysticism kaha jata hai.</w:t>
      </w:r>
    </w:p>
    <w:p>
      <w:pPr>
        <w:jc w:val="right"/>
      </w:pPr>
      <w:r>
        <w:t>مذہب سے الگ کر کے جو روحانی سائنس ہے، اس کو مسٹیسزم کہا جاتا ہے۔</w:t>
      </w:r>
    </w:p>
    <w:p>
      <w:r>
        <w:rPr>
          <w:b/>
        </w:rPr>
        <w:t xml:space="preserve">[1:19:42] </w:t>
      </w:r>
      <w:r>
        <w:t>yani is mein Khuda ya wahi ya rasool ko na man kar ke jo ek rohaniyat ka ek</w:t>
      </w:r>
    </w:p>
    <w:p>
      <w:pPr>
        <w:jc w:val="right"/>
      </w:pPr>
      <w:r>
        <w:t>یعنی اس میں خدا یا وحی یا رسول کو نہ مان کر کے جو ایک روحانیت کا ایک</w:t>
      </w:r>
    </w:p>
    <w:p>
      <w:r>
        <w:rPr>
          <w:b/>
        </w:rPr>
        <w:t xml:space="preserve">[1:19:49] </w:t>
      </w:r>
      <w:r>
        <w:t>discipline bana hai, us ko kaha jata hai mysticism.</w:t>
      </w:r>
    </w:p>
    <w:p>
      <w:pPr>
        <w:jc w:val="right"/>
      </w:pPr>
      <w:r>
        <w:t>ڈسپلن بنا ہے، اس کو کہا جاتا ہے مسٹیسزم۔</w:t>
      </w:r>
    </w:p>
    <w:p>
      <w:r>
        <w:rPr>
          <w:b/>
        </w:rPr>
        <w:t xml:space="preserve">[1:19:55] </w:t>
      </w:r>
      <w:r>
        <w:t>yeh yunan mein shuru hua, yunani falsafiyon ke haan shuru hua yeh, aur phir dunya mein phail gaya yeh.</w:t>
      </w:r>
    </w:p>
    <w:p>
      <w:pPr>
        <w:jc w:val="right"/>
      </w:pPr>
      <w:r>
        <w:t>یہ یونان میں شروع ہوا، یونانی فلسفیوں کے ہاں شروع ہوا یہ، اور پھر دنیا میں پھیل گیا یہ۔</w:t>
      </w:r>
    </w:p>
    <w:p>
      <w:r>
        <w:rPr>
          <w:b/>
        </w:rPr>
        <w:t xml:space="preserve">[1:20:02] </w:t>
      </w:r>
      <w:r>
        <w:t>yeh mysticism jo hai, woh mante hain ke hamara jo dil hai,</w:t>
      </w:r>
    </w:p>
    <w:p>
      <w:pPr>
        <w:jc w:val="right"/>
      </w:pPr>
      <w:r>
        <w:t>یہ مسٹیسزم جو ہے، وہ مانتے ہیں کہ ہمارا جو دل ہے،</w:t>
      </w:r>
    </w:p>
    <w:p>
      <w:r>
        <w:rPr>
          <w:b/>
        </w:rPr>
        <w:t xml:space="preserve">[1:20:08] </w:t>
      </w:r>
      <w:r>
        <w:t>dil jo hai, woh woh khazana hai rohaniyat ka, sab kuch isi dil mein hai.</w:t>
      </w:r>
    </w:p>
    <w:p>
      <w:pPr>
        <w:jc w:val="right"/>
      </w:pPr>
      <w:r>
        <w:t>دل جو ہے، وہ وہ خزانہ ہے روحانیت کا، سب کچھ اسی دل میں ہے۔</w:t>
      </w:r>
    </w:p>
    <w:p>
      <w:r>
        <w:rPr>
          <w:b/>
        </w:rPr>
        <w:t xml:space="preserve">[1:20:14] </w:t>
      </w:r>
      <w:r>
        <w:t>to isi dil ko kholo, dil mein chupi hui jo is rohaniyat hai, us ko kholo.</w:t>
      </w:r>
    </w:p>
    <w:p>
      <w:pPr>
        <w:jc w:val="right"/>
      </w:pPr>
      <w:r>
        <w:t>تو اسی دل کو کھولو، دل میں چھپی ہوئی جو اس روحانیت ہے، اس کو کھولو۔</w:t>
      </w:r>
    </w:p>
    <w:p>
      <w:r>
        <w:rPr>
          <w:b/>
        </w:rPr>
        <w:t xml:space="preserve">[1:20:20] </w:t>
      </w:r>
      <w:r>
        <w:t>yeh hai is ka woh.</w:t>
      </w:r>
    </w:p>
    <w:p>
      <w:pPr>
        <w:jc w:val="right"/>
      </w:pPr>
      <w:r>
        <w:t>یہ ہے اس کا وہ۔</w:t>
      </w:r>
    </w:p>
    <w:p>
      <w:r>
        <w:rPr>
          <w:b/>
        </w:rPr>
        <w:t xml:space="preserve">[1:20:26] </w:t>
      </w:r>
      <w:r>
        <w:t>to woh dhyan, gyan aur meditation, woh un ko bohat zor hota hai meditation par.</w:t>
      </w:r>
    </w:p>
    <w:p>
      <w:pPr>
        <w:jc w:val="right"/>
      </w:pPr>
      <w:r>
        <w:t>تو وہ دھیان، گیان اور میڈیٹیشن، وہ ان کو بہت زور ہوتا ہے میڈیٹیشن پر۔</w:t>
      </w:r>
    </w:p>
    <w:p>
      <w:r>
        <w:rPr>
          <w:b/>
        </w:rPr>
        <w:t xml:space="preserve">[1:20:32] </w:t>
      </w:r>
      <w:r>
        <w:t>meditation ka matlab hai ke dil par tawajjuh dena, dil par tawajjuh de kar ke nikalna.</w:t>
      </w:r>
    </w:p>
    <w:p>
      <w:pPr>
        <w:jc w:val="right"/>
      </w:pPr>
      <w:r>
        <w:t>میڈیٹیشن کا مطلب ہے کہ دل پر توجہ دینا، دل پر توجہ دے کر کے نکالنا۔</w:t>
      </w:r>
    </w:p>
    <w:p>
      <w:r>
        <w:rPr>
          <w:b/>
        </w:rPr>
        <w:t xml:space="preserve">[1:20:38] </w:t>
      </w:r>
      <w:r>
        <w:t>to mein is ko nahi manta, mein yeh bilkul ek ghair saiyanti bhi hai aur aur bilkul be</w:t>
      </w:r>
    </w:p>
    <w:p>
      <w:pPr>
        <w:jc w:val="right"/>
      </w:pPr>
      <w:r>
        <w:t>تو میں اس کو نہیں مانتا، میں یہ بالکل ایک غیر سائنسی بھی ہے اور اور بالکل بے</w:t>
      </w:r>
    </w:p>
    <w:p>
      <w:r>
        <w:rPr>
          <w:b/>
        </w:rPr>
        <w:t xml:space="preserve">[1:20:44] </w:t>
      </w:r>
      <w:r>
        <w:t>faida bhi hai.</w:t>
      </w:r>
    </w:p>
    <w:p>
      <w:pPr>
        <w:jc w:val="right"/>
      </w:pPr>
      <w:r>
        <w:t>فائدہ بھی ہے۔</w:t>
      </w:r>
    </w:p>
    <w:p>
      <w:r>
        <w:rPr>
          <w:b/>
        </w:rPr>
        <w:t xml:space="preserve">[1:20:50] </w:t>
      </w:r>
      <w:r>
        <w:t>yeh mysticism jo hai, mere nazdeek be faida bhi hai aur yeh ghair saiyanti bhi hai.</w:t>
      </w:r>
    </w:p>
    <w:p>
      <w:pPr>
        <w:jc w:val="right"/>
      </w:pPr>
      <w:r>
        <w:t>یہ مسٹیسزم جو ہے، میرے نزدیک بے فائدہ بھی ہے اور یہ غیر سائنسی بھی ہے۔</w:t>
      </w:r>
    </w:p>
    <w:p>
      <w:r>
        <w:rPr>
          <w:b/>
        </w:rPr>
        <w:t xml:space="preserve">[1:20:56] </w:t>
      </w:r>
      <w:r>
        <w:t>koi is ka, koi is ki, is ki koi maaniyat nahi mere nazdeek.</w:t>
      </w:r>
    </w:p>
    <w:p>
      <w:pPr>
        <w:jc w:val="right"/>
      </w:pPr>
      <w:r>
        <w:t>کوئی اس کا، کوئی اس کی، اس کی کوئی معنویت نہیں میرے نزدیک۔</w:t>
      </w:r>
    </w:p>
    <w:p>
      <w:r>
        <w:rPr>
          <w:b/>
        </w:rPr>
        <w:t xml:space="preserve">[1:21:02] </w:t>
      </w:r>
      <w:r>
        <w:t>aur Islam mein jo cheez hai, woh hai Rabania, kaun Rabaniyin, yani Rab mark</w:t>
      </w:r>
    </w:p>
    <w:p>
      <w:pPr>
        <w:jc w:val="right"/>
      </w:pPr>
      <w:r>
        <w:t>اور اسلام میں جو چیز ہے، وہ ہے الربانیہ، کون ربانین، یعنی رب مرک</w:t>
      </w:r>
    </w:p>
    <w:p>
      <w:r>
        <w:rPr>
          <w:b/>
        </w:rPr>
        <w:t xml:space="preserve">[1:21:08] </w:t>
      </w:r>
      <w:r>
        <w:t>kuz soch, Rab markuz guftagu, Rab markuz zindagi.</w:t>
      </w:r>
    </w:p>
    <w:p>
      <w:pPr>
        <w:jc w:val="right"/>
      </w:pPr>
      <w:r>
        <w:t>وز سوچ، رب مرکوز گفتگو، رب مرکوز زندگی۔</w:t>
      </w:r>
    </w:p>
    <w:p>
      <w:r>
        <w:rPr>
          <w:b/>
        </w:rPr>
        <w:t xml:space="preserve">[1:21:15] </w:t>
      </w:r>
      <w:r>
        <w:t>yeh hai Islam ka, yani Islam ki, us ko aap mysticism kahiye ya tasawwuf kahiye ya rohaniyat kahiye,</w:t>
      </w:r>
    </w:p>
    <w:p>
      <w:pPr>
        <w:jc w:val="right"/>
      </w:pPr>
      <w:r>
        <w:t>یہ ہے اسلام کا، یعنی اسلام کی، اس کو آپ مسٹیسزم کہیے یا تصوف کہیے یا روحانیت کہیے،</w:t>
      </w:r>
    </w:p>
    <w:p>
      <w:r>
        <w:rPr>
          <w:b/>
        </w:rPr>
        <w:t xml:space="preserve">[1:21:21] </w:t>
      </w:r>
      <w:r>
        <w:t>yahi us ko Rabaniyat ka lafz Quran mein istemal hua hai.</w:t>
      </w:r>
    </w:p>
    <w:p>
      <w:pPr>
        <w:jc w:val="right"/>
      </w:pPr>
      <w:r>
        <w:t>یہی اس کو ربانیت کا لفظ قرآن میں استعمال ہوا ہے۔</w:t>
      </w:r>
    </w:p>
    <w:p>
      <w:r>
        <w:rPr>
          <w:b/>
        </w:rPr>
        <w:t xml:space="preserve">[1:21:27] </w:t>
      </w:r>
      <w:r>
        <w:t>aur meri ek kitab hai Rabania, isi ko le kar ke to aap is ko parhiye, Rabania ko,</w:t>
      </w:r>
    </w:p>
    <w:p>
      <w:pPr>
        <w:jc w:val="right"/>
      </w:pPr>
      <w:r>
        <w:t>اور میری ایک کتاب ہے الربانیہ، اسی کو لے کر کے تو آپ اس کو پڑھیے، الربانیہ کو،</w:t>
      </w:r>
    </w:p>
    <w:p>
      <w:r>
        <w:rPr>
          <w:b/>
        </w:rPr>
        <w:t xml:space="preserve">[1:21:34] </w:t>
      </w:r>
      <w:r>
        <w:t>is mein aap is ki tafseel pa sakte hain.</w:t>
      </w:r>
    </w:p>
    <w:p>
      <w:pPr>
        <w:jc w:val="right"/>
      </w:pPr>
      <w:r>
        <w:t>اس میں آپ اس کی تفصیل پا سکتے ہیں۔</w:t>
      </w:r>
    </w:p>
    <w:p>
      <w:r>
        <w:rPr>
          <w:b/>
        </w:rPr>
        <w:t xml:space="preserve">[1:21:40] </w:t>
      </w:r>
      <w:r>
        <w:t>is sawal hai Mr Arshad Jamal se, New Delhi. In chapter 22, ayat number 46 of Quran, yeh kaha gaya hai: "Have these people not travelled through the land to make their hearts understand and let their ears hear?" Maulana, mera sawal hai: "Is is this the ability of heart to understand?" Dekhiye, yeh</w:t>
      </w:r>
    </w:p>
    <w:p>
      <w:pPr>
        <w:jc w:val="right"/>
      </w:pPr>
      <w:r>
        <w:t>اس سوال ہے مسٹر ارشد جمال سے، نیو دہلی۔ ان چیپٹر 22، آیت نمبر 46 آف قرآن، یہ کہا گیا ہے: "ہیو دیز پیپل ناٹ ٹریولڈ تھرو دا لینڈ ٹو میک دیر ہارٹس انڈرسٹینڈ اینڈ لیٹ دیر ایئرز ہیئر؟" مولانا، میرا سوال ہے: "اس اس دس دا ایبیلیٹی آف ہارٹ ٹو انڈرسٹینڈ؟" دیکھیے، یہ</w:t>
      </w:r>
    </w:p>
    <w:p>
      <w:r>
        <w:rPr>
          <w:b/>
        </w:rPr>
        <w:t xml:space="preserve">[1:22:10] </w:t>
      </w:r>
      <w:r>
        <w:t>dil ka lafz aise mauqe par sirf is mein hota hai, litteral sense mein hota hai.</w:t>
      </w:r>
    </w:p>
    <w:p>
      <w:pPr>
        <w:jc w:val="right"/>
      </w:pPr>
      <w:r>
        <w:t>دل کا لفظ ایسے مواقع پر صرف اس میں ہوتا ہے، لٹری سینس میں ہوتا ہے۔</w:t>
      </w:r>
    </w:p>
    <w:p>
      <w:r>
        <w:rPr>
          <w:b/>
        </w:rPr>
        <w:t xml:space="preserve">[1:22:15] </w:t>
      </w:r>
      <w:r>
        <w:t>dil se murad yeh dil nahi, sochne ki taqat.</w:t>
      </w:r>
    </w:p>
    <w:p>
      <w:pPr>
        <w:jc w:val="right"/>
      </w:pPr>
      <w:r>
        <w:t>دل سے مراد یہ دل نہیں، سوچنے کی طاقت۔</w:t>
      </w:r>
    </w:p>
    <w:p>
      <w:r>
        <w:rPr>
          <w:b/>
        </w:rPr>
        <w:t xml:space="preserve">[1:22:20] </w:t>
      </w:r>
      <w:r>
        <w:t>yeh har zaban mein, dekhiye, pichle hazaron saal se yeh istemal hota tha, dil ka lafz.</w:t>
      </w:r>
    </w:p>
    <w:p>
      <w:pPr>
        <w:jc w:val="right"/>
      </w:pPr>
      <w:r>
        <w:t>یہ ہر زبان میں، دیکھیے، پچھلے ہزاروں سال سے یہ استعمال ہوتا تھا، دل کا لفظ۔</w:t>
      </w:r>
    </w:p>
    <w:p>
      <w:r>
        <w:rPr>
          <w:b/>
        </w:rPr>
        <w:t xml:space="preserve">[1:22:25] </w:t>
      </w:r>
      <w:r>
        <w:t>to abhi bhi har zaban mein hai.</w:t>
      </w:r>
    </w:p>
    <w:p>
      <w:pPr>
        <w:jc w:val="right"/>
      </w:pPr>
      <w:r>
        <w:t>تو ابھی بھی ہر زبان میں ہے۔</w:t>
      </w:r>
    </w:p>
    <w:p>
      <w:r>
        <w:rPr>
          <w:b/>
        </w:rPr>
        <w:t xml:space="preserve">[1:22:30] </w:t>
      </w:r>
      <w:r>
        <w:t>misal ke taur par, Arabi zaban jo hai, jo poori tarah saiyanti zaban ban chuki hai, lekin woh</w:t>
      </w:r>
    </w:p>
    <w:p>
      <w:pPr>
        <w:jc w:val="right"/>
      </w:pPr>
      <w:r>
        <w:t>مثال کے طور پر، عربی زبان جو ہے، جو پوری طرح سائنسی زبان بن چکی ہے، لیکن وہ</w:t>
      </w:r>
    </w:p>
    <w:p>
      <w:r>
        <w:rPr>
          <w:b/>
        </w:rPr>
        <w:t xml:space="preserve">[1:22:36] </w:t>
      </w:r>
      <w:r>
        <w:t>jo jo istemalaat the, woh abhi baqi hain. woh</w:t>
      </w:r>
    </w:p>
    <w:p>
      <w:pPr>
        <w:jc w:val="right"/>
      </w:pPr>
      <w:r>
        <w:t>جو جو استعمالات تھے، وہ ابھی باقی ہیں۔ وہ</w:t>
      </w:r>
    </w:p>
    <w:p>
      <w:r>
        <w:rPr>
          <w:b/>
        </w:rPr>
        <w:t xml:space="preserve">[1:22:41] </w:t>
      </w:r>
      <w:r>
        <w:t>yeh kehte hain: "holheartedlly", koi yeh nahi kahega: "whole mindedly", pata nahi koi kahega.</w:t>
      </w:r>
    </w:p>
    <w:p>
      <w:pPr>
        <w:jc w:val="right"/>
      </w:pPr>
      <w:r>
        <w:t>یہ کہتے ہیں: "ہول ہارٹڈلی"، کوئی یہ نہیں کہے گا: "ہول مائنڈڈلی"، پتہ نہیں کوئی کہے گا۔</w:t>
      </w:r>
    </w:p>
    <w:p>
      <w:r>
        <w:rPr>
          <w:b/>
        </w:rPr>
        <w:t xml:space="preserve">[1:22:46] </w:t>
      </w:r>
      <w:r>
        <w:t>ya mislan suraj ki, chand ki roshni hai, abhi bhi kehte hain: "moonlight", abhi kyunke haalankeh pata</w:t>
      </w:r>
    </w:p>
    <w:p>
      <w:pPr>
        <w:jc w:val="right"/>
      </w:pPr>
      <w:r>
        <w:t>یا مثلاً سورج کی، چاند کی روشنی ہے، ابھی بھی کہتے ہیں: "مون لائٹ"، ابھی کیونکہ حالانکہ پتہ</w:t>
      </w:r>
    </w:p>
    <w:p>
      <w:r>
        <w:rPr>
          <w:b/>
        </w:rPr>
        <w:t xml:space="preserve">[1:22:51] </w:t>
      </w:r>
      <w:r>
        <w:t>hai ke moonlight koi cheez nahi hoti, woh toh reflection hota hai.</w:t>
      </w:r>
    </w:p>
    <w:p>
      <w:pPr>
        <w:jc w:val="right"/>
      </w:pPr>
      <w:r>
        <w:t>ہے کہ مون لائٹ کوئی چیز نہیں ہوتی، وہ تو ریفلیکشن ہوتا ہے۔</w:t>
      </w:r>
    </w:p>
    <w:p>
      <w:r>
        <w:rPr>
          <w:b/>
        </w:rPr>
        <w:t xml:space="preserve">[1:22:56] </w:t>
      </w:r>
      <w:r>
        <w:t>toh jo cheez zabaan mein raaij ho jaye, usko aap badal nahi sakte, woh waise hi bolna</w:t>
      </w:r>
    </w:p>
    <w:p>
      <w:pPr>
        <w:jc w:val="right"/>
      </w:pPr>
      <w:r>
        <w:t>تو جو چیز زبان میں رائج ہو جائے، اس کو آپ بدل نہیں سکتے، وہ ویسے ہی بولنا</w:t>
      </w:r>
    </w:p>
    <w:p>
      <w:r>
        <w:rPr>
          <w:b/>
        </w:rPr>
        <w:t xml:space="preserve">[1:23:01] </w:t>
      </w:r>
      <w:r>
        <w:t>padta hai aap ko bhi.</w:t>
      </w:r>
    </w:p>
    <w:p>
      <w:pPr>
        <w:jc w:val="right"/>
      </w:pPr>
      <w:r>
        <w:t>پڑتا ہے آپ کو بھی۔</w:t>
      </w:r>
    </w:p>
    <w:p>
      <w:r>
        <w:rPr>
          <w:b/>
        </w:rPr>
        <w:t xml:space="preserve">[1:23:06] </w:t>
      </w:r>
      <w:r>
        <w:t>toh qalb ka lafz jo istemal hua hai, woh isi maani mein hai, yaani literary maani mein.</w:t>
      </w:r>
    </w:p>
    <w:p>
      <w:pPr>
        <w:jc w:val="right"/>
      </w:pPr>
      <w:r>
        <w:t>تو قلب کا لفظ جو استعمال ہوا ہے، وہ اسی معنی میں ہے، یعنی لٹری معنی میں۔</w:t>
      </w:r>
    </w:p>
    <w:p>
      <w:r>
        <w:rPr>
          <w:b/>
        </w:rPr>
        <w:t xml:space="preserve">[1:23:12] </w:t>
      </w:r>
      <w:r>
        <w:t>aur doosri ka Quran majeed mein hai: "afla yaqiloon", "afla yaqiloon" bhi hai, toh woh woh haqeeqi maani mein hai.</w:t>
      </w:r>
    </w:p>
    <w:p>
      <w:pPr>
        <w:jc w:val="right"/>
      </w:pPr>
      <w:r>
        <w:t>اور دوسری کا قرآن مجید میں ہے: "افلا یعقلون"، "افلا یعقلون" بھی ہے، تو وہ وہ حقیقی معنی میں ہے۔</w:t>
      </w:r>
    </w:p>
    <w:p>
      <w:r>
        <w:rPr>
          <w:b/>
        </w:rPr>
        <w:t xml:space="preserve">[1:23:17] </w:t>
      </w:r>
      <w:r>
        <w:t>yaani, yaani yeh aql se jo socha jaye, wahi soch hai.</w:t>
      </w:r>
    </w:p>
    <w:p>
      <w:pPr>
        <w:jc w:val="right"/>
      </w:pPr>
      <w:r>
        <w:t>یعنی، یعنی یہ عقل سے جو سوچا جائے، وہی سوچ ہے۔</w:t>
      </w:r>
    </w:p>
    <w:p>
      <w:r>
        <w:rPr>
          <w:b/>
        </w:rPr>
        <w:t xml:space="preserve">[1:23:22] </w:t>
      </w:r>
      <w:r>
        <w:t>dil mein soch nahi hoti hai, dil mein koi soch nahi hoti hai, lekin literary taur par chunke</w:t>
      </w:r>
    </w:p>
    <w:p>
      <w:pPr>
        <w:jc w:val="right"/>
      </w:pPr>
      <w:r>
        <w:t>دل میں سوچ نہیں ہوتی ہے، دل میں کوئی سوچ نہیں ہوتی ہے، لیکن لٹری طور پر چونکہ</w:t>
      </w:r>
    </w:p>
    <w:p>
      <w:r>
        <w:rPr>
          <w:b/>
        </w:rPr>
        <w:t xml:space="preserve">[1:23:27] </w:t>
      </w:r>
      <w:r>
        <w:t>dil ka lafz bola jata raha hai hamesha, toh abhi hum bhi bolte hain, hum bhi, hum mante</w:t>
      </w:r>
    </w:p>
    <w:p>
      <w:pPr>
        <w:jc w:val="right"/>
      </w:pPr>
      <w:r>
        <w:t>دل کا لفظ بولا جاتا رہا ہے ہمیشہ، تو ابھی ہم بھی بولتے ہیں، ہم بھی، ہم مانتے</w:t>
      </w:r>
    </w:p>
    <w:p>
      <w:r>
        <w:rPr>
          <w:b/>
        </w:rPr>
        <w:t xml:space="preserve">[1:23:32] </w:t>
      </w:r>
      <w:r>
        <w:t>nahi ke dil sochta hai, lekin hum bhi dil istemal karte hain.</w:t>
      </w:r>
    </w:p>
    <w:p>
      <w:pPr>
        <w:jc w:val="right"/>
      </w:pPr>
      <w:r>
        <w:t>نہیں کہ دل سوچتا ہے، لیکن ہم بھی دل استعمال کرتے ہیں۔</w:t>
      </w:r>
    </w:p>
    <w:p>
      <w:r>
        <w:rPr>
          <w:b/>
        </w:rPr>
        <w:t xml:space="preserve">[1:23:37] </w:t>
      </w:r>
      <w:r>
        <w:t>kyunke na istemal karein toh asar nahi padega sunne wale par.</w:t>
      </w:r>
    </w:p>
    <w:p>
      <w:pPr>
        <w:jc w:val="right"/>
      </w:pPr>
      <w:r>
        <w:t>کیونکہ نہ استعمال کریں تو اثر نہیں پڑے گا سننے والے پر۔</w:t>
      </w:r>
    </w:p>
    <w:p>
      <w:r>
        <w:rPr>
          <w:b/>
        </w:rPr>
        <w:t xml:space="preserve">[1:23:42] </w:t>
      </w:r>
      <w:r>
        <w:t>agar "holheartedlly" ke bajaye aap kahenge: "whole mindedly", toh koi sunne wale par asar nahi padega</w:t>
      </w:r>
    </w:p>
    <w:p>
      <w:pPr>
        <w:jc w:val="right"/>
      </w:pPr>
      <w:r>
        <w:t>اگر "ہول ہارٹڈلی" کے بجائے آپ کہیں گے: "ہول مائنڈڈلی"، تو کوئی سننے والے پر اثر نہیں پڑے</w:t>
      </w:r>
    </w:p>
    <w:p>
      <w:r>
        <w:rPr>
          <w:b/>
        </w:rPr>
        <w:t xml:space="preserve">[1:23:49] </w:t>
      </w:r>
      <w:r>
        <w:t>iska.</w:t>
      </w:r>
    </w:p>
    <w:p>
      <w:pPr>
        <w:jc w:val="right"/>
      </w:pPr>
      <w:r>
        <w:t>گا اس کا۔</w:t>
      </w:r>
    </w:p>
    <w:p>
      <w:r>
        <w:rPr>
          <w:b/>
        </w:rPr>
        <w:t xml:space="preserve">[1:23:55] </w:t>
      </w:r>
      <w:r>
        <w:t>yeh hai maamla.</w:t>
      </w:r>
    </w:p>
    <w:p>
      <w:pPr>
        <w:jc w:val="right"/>
      </w:pPr>
      <w:r>
        <w:t>یہ ہے معاملہ۔</w:t>
      </w:r>
    </w:p>
    <w:p>
      <w:r>
        <w:rPr>
          <w:b/>
        </w:rPr>
        <w:t xml:space="preserve">[1:24:02] </w:t>
      </w:r>
      <w:r>
        <w:t>yeh hai sawaal mas Radhiya Siddiqui se, New Delhi.</w:t>
      </w:r>
    </w:p>
    <w:p>
      <w:pPr>
        <w:jc w:val="right"/>
      </w:pPr>
      <w:r>
        <w:t>اس سوال ہے مس راضیہ صدیقی سے، نیو دہلی۔</w:t>
      </w:r>
    </w:p>
    <w:p>
      <w:r>
        <w:rPr>
          <w:b/>
        </w:rPr>
        <w:t xml:space="preserve">[1:24:08] </w:t>
      </w:r>
      <w:r>
        <w:t>Even though patience has such explicit advantages, man easily succumbs to reaction, why is it so?</w:t>
      </w:r>
    </w:p>
    <w:p>
      <w:pPr>
        <w:jc w:val="right"/>
      </w:pPr>
      <w:r>
        <w:t>ایون دو پیشنٹس ہیز سچ ایکسپلیسٹ ایڈوانٹیجز، مین ایزیلی سکمز ٹو ری ایکشن، وائی از اٹ سو؟</w:t>
      </w:r>
    </w:p>
    <w:p>
      <w:r>
        <w:rPr>
          <w:b/>
        </w:rPr>
        <w:t xml:space="preserve">[1:24:15] </w:t>
      </w:r>
      <w:r>
        <w:t>um immature hote hain log, zyada tar, zyada tar log immature hote hain.</w:t>
      </w:r>
    </w:p>
    <w:p>
      <w:pPr>
        <w:jc w:val="right"/>
      </w:pPr>
      <w:r>
        <w:t>ام میچور ہوتے ہیں لوگ، زیادہ تر، زیادہ تر لوگ ام میچور ہوتے ہیں۔</w:t>
      </w:r>
    </w:p>
    <w:p>
      <w:r>
        <w:rPr>
          <w:b/>
        </w:rPr>
        <w:t xml:space="preserve">[1:24:21] </w:t>
      </w:r>
      <w:r>
        <w:t>sochne ki, sochne ka jo faculty hai unki, woh develop nahi ki hui hoti hai.</w:t>
      </w:r>
    </w:p>
    <w:p>
      <w:pPr>
        <w:jc w:val="right"/>
      </w:pPr>
      <w:r>
        <w:t>سوچنے کی، سوچنے کا جو کی فیکلٹی ہے ان کی، وہ ڈویلپ نہیں کی ہوئی ہوتی ہے۔</w:t>
      </w:r>
    </w:p>
    <w:p>
      <w:r>
        <w:rPr>
          <w:b/>
        </w:rPr>
        <w:t xml:space="preserve">[1:24:27] </w:t>
      </w:r>
      <w:r>
        <w:t>yeh ek hi wajah hai.</w:t>
      </w:r>
    </w:p>
    <w:p>
      <w:pPr>
        <w:jc w:val="right"/>
      </w:pPr>
      <w:r>
        <w:t>یہ ایک ہی وجہ ہے۔</w:t>
      </w:r>
    </w:p>
    <w:p>
      <w:r>
        <w:rPr>
          <w:b/>
        </w:rPr>
        <w:t xml:space="preserve">[1:24:33] </w:t>
      </w:r>
      <w:r>
        <w:t>جو آدمی سوچنے کی faculty develop کر جائے، تو وہ ایسا نہیں کرے گا، کبھی بھی نہیں کرے گا۔</w:t>
      </w:r>
    </w:p>
    <w:p>
      <w:pPr>
        <w:jc w:val="right"/>
      </w:pPr>
      <w:r>
        <w:t>جو آدمی سوچنے کی فیکلٹی ڈویلپ کر جائے، تو وہ ایسا نہیں کرے گا، کبھی بھی نہیں کرے گا۔</w:t>
      </w:r>
    </w:p>
    <w:p>
      <w:r>
        <w:rPr>
          <w:b/>
        </w:rPr>
        <w:t xml:space="preserve">[1:24:39] </w:t>
      </w:r>
      <w:r>
        <w:t>aur hazaron kahaniyan hamare hain</w:t>
      </w:r>
    </w:p>
    <w:p>
      <w:pPr>
        <w:jc w:val="right"/>
      </w:pPr>
      <w:r>
        <w:t>اور ہزاروں کہانیاں ہمارے ہیں</w:t>
      </w:r>
    </w:p>
    <w:p>
      <w:r>
        <w:rPr>
          <w:b/>
        </w:rPr>
        <w:t xml:space="preserve">[1:24:45] </w:t>
      </w:r>
      <w:r>
        <w:t>, aur yaani jo hamari kitabein padhte hain, toh woh pehle sab bohat log aisa kehte hain ke</w:t>
      </w:r>
    </w:p>
    <w:p>
      <w:pPr>
        <w:jc w:val="right"/>
      </w:pPr>
      <w:r>
        <w:t>، اور یعنی جو ہماری کتابیں پڑھتے ہیں، تو وہ پہلے سب بہت لوگ ایسا کہتے ہیں کہ</w:t>
      </w:r>
    </w:p>
    <w:p>
      <w:r>
        <w:rPr>
          <w:b/>
        </w:rPr>
        <w:t xml:space="preserve">[1:24:50] </w:t>
      </w:r>
      <w:r>
        <w:t>pehle hum the jazbati, ghussa ho jate the, ab sab khatam ho gaya.</w:t>
      </w:r>
    </w:p>
    <w:p>
      <w:pPr>
        <w:jc w:val="right"/>
      </w:pPr>
      <w:r>
        <w:t>پہلے ہم تھے جذباتی، غصہ ہو جاتے تھے، اب سب ختم ہو گیا۔</w:t>
      </w:r>
    </w:p>
    <w:p>
      <w:r>
        <w:rPr>
          <w:b/>
        </w:rPr>
        <w:t xml:space="preserve">[1:24:55] </w:t>
      </w:r>
      <w:r>
        <w:t>kyunke ek sochne ki faculty develop karta hai hamara literature.</w:t>
      </w:r>
    </w:p>
    <w:p>
      <w:pPr>
        <w:jc w:val="right"/>
      </w:pPr>
      <w:r>
        <w:t>کیونکہ ایک سوچنے کی فیکلٹی ڈویلپ کرتا ہے ہمارا لٹریچر۔</w:t>
      </w:r>
    </w:p>
    <w:p>
      <w:r>
        <w:rPr>
          <w:b/>
        </w:rPr>
        <w:t xml:space="preserve">[1:25:00] </w:t>
      </w:r>
      <w:r>
        <w:t>toh agar kisi ke andar yeh baat hai, toh aap usko hamare magazine risala padhwaiye, hamari kitabein</w:t>
      </w:r>
    </w:p>
    <w:p>
      <w:pPr>
        <w:jc w:val="right"/>
      </w:pPr>
      <w:r>
        <w:t>تو اگر کسی کے اندر یہ بات ہے، تو آپ اس کو ہمارے میگزین رسالہ پڑھوائیے، ہماری کتابیں</w:t>
      </w:r>
    </w:p>
    <w:p>
      <w:r>
        <w:rPr>
          <w:b/>
        </w:rPr>
        <w:t xml:space="preserve">[1:25:06] </w:t>
      </w:r>
      <w:r>
        <w:t>parhaiye, woh inshallah tajurba hai ke bilkul theek ho jata hai aadmi.</w:t>
      </w:r>
    </w:p>
    <w:p>
      <w:pPr>
        <w:jc w:val="right"/>
      </w:pPr>
      <w:r>
        <w:t>پڑھوائیے، وہ انشاءاللہ تجربہ ہے کہ بالکل ٹھیک ہو جاتا ہے آدمی۔</w:t>
      </w:r>
    </w:p>
    <w:p>
      <w:r>
        <w:rPr>
          <w:b/>
        </w:rPr>
        <w:t xml:space="preserve">[1:25:11] </w:t>
      </w:r>
      <w:r>
        <w:t>is sawal hai</w:t>
      </w:r>
    </w:p>
    <w:p>
      <w:pPr>
        <w:jc w:val="right"/>
      </w:pPr>
      <w:r>
        <w:t>اس سوال ہے</w:t>
      </w:r>
    </w:p>
    <w:p>
      <w:r>
        <w:rPr>
          <w:b/>
        </w:rPr>
        <w:t xml:space="preserve">[1:25:16] </w:t>
      </w:r>
      <w:r>
        <w:t>mr shaukat ali se, sialkot, pakistan.</w:t>
      </w:r>
    </w:p>
    <w:p>
      <w:pPr>
        <w:jc w:val="right"/>
      </w:pPr>
      <w:r>
        <w:t>مسٹر شوکت علی سے، سیالکوٹ، پاکستان۔</w:t>
      </w:r>
    </w:p>
    <w:p>
      <w:r>
        <w:rPr>
          <w:b/>
        </w:rPr>
        <w:t xml:space="preserve">[1:25:21] </w:t>
      </w:r>
      <w:r>
        <w:t>Maulana, I had heard that before the war of Badr, Muslims started to threaten the people of Makkah</w:t>
      </w:r>
    </w:p>
    <w:p>
      <w:pPr>
        <w:jc w:val="right"/>
      </w:pPr>
      <w:r>
        <w:t>مولانا، آئی ہیڈ ہارڈ دیٹ بیفور دا وار آف بدر، مسلمز سٹارٹڈ ٹو تھریٹن دا پیپل آف مکہ</w:t>
      </w:r>
    </w:p>
    <w:p>
      <w:r>
        <w:rPr>
          <w:b/>
        </w:rPr>
        <w:t xml:space="preserve">[1:25:26] </w:t>
      </w:r>
      <w:r>
        <w:t>by blocking the supply line of Mecca to Syria for the trade of Mecca.</w:t>
      </w:r>
    </w:p>
    <w:p>
      <w:pPr>
        <w:jc w:val="right"/>
      </w:pPr>
      <w:r>
        <w:t>بائے بلاکنگ دا سپلائی لائن آف مکہ ٹو سیریا فار دا ٹریڈ آف مکہ۔</w:t>
      </w:r>
    </w:p>
    <w:p>
      <w:r>
        <w:rPr>
          <w:b/>
        </w:rPr>
        <w:t xml:space="preserve">[1:25:31] </w:t>
      </w:r>
      <w:r>
        <w:t>And this was the main reason for the war of Badr.</w:t>
      </w:r>
    </w:p>
    <w:p>
      <w:pPr>
        <w:jc w:val="right"/>
      </w:pPr>
      <w:r>
        <w:t>اینڈ دس واز دا مین ریزن فار دا وار آف بدر۔</w:t>
      </w:r>
    </w:p>
    <w:p>
      <w:r>
        <w:rPr>
          <w:b/>
        </w:rPr>
        <w:t xml:space="preserve">[1:25:37] </w:t>
      </w:r>
      <w:r>
        <w:t>I want to know which group was the offender, مہربانی explain.</w:t>
      </w:r>
    </w:p>
    <w:p>
      <w:pPr>
        <w:jc w:val="right"/>
      </w:pPr>
      <w:r>
        <w:t>آئی وانٹ ٹو نو وچ گروپ واز دی آفینڈر، مہربانی ایکسپلین۔</w:t>
      </w:r>
    </w:p>
    <w:p>
      <w:r>
        <w:rPr>
          <w:b/>
        </w:rPr>
        <w:t xml:space="preserve">[1:25:42] </w:t>
      </w:r>
      <w:r>
        <w:t>main, yeh bilkul galat baat hai,</w:t>
      </w:r>
    </w:p>
    <w:p>
      <w:pPr>
        <w:jc w:val="right"/>
      </w:pPr>
      <w:r>
        <w:t>مین، یہ بالکل غلط بات ہے،</w:t>
      </w:r>
    </w:p>
    <w:p>
      <w:r>
        <w:rPr>
          <w:b/>
        </w:rPr>
        <w:t xml:space="preserve">[1:25:47] </w:t>
      </w:r>
      <w:r>
        <w:t>yeh yeh bilkul galat baat hai.</w:t>
      </w:r>
    </w:p>
    <w:p>
      <w:pPr>
        <w:jc w:val="right"/>
      </w:pPr>
      <w:r>
        <w:t>یہ یہ بالکل غلط بات ہے۔</w:t>
      </w:r>
    </w:p>
    <w:p>
      <w:r>
        <w:rPr>
          <w:b/>
        </w:rPr>
        <w:t xml:space="preserve">[1:25:51] </w:t>
      </w:r>
      <w:r>
        <w:t>woh sirf ek, ek, sirf ek qafle ki baat hai, usko generalize mat kijiye.</w:t>
      </w:r>
    </w:p>
    <w:p>
      <w:pPr>
        <w:jc w:val="right"/>
      </w:pPr>
      <w:r>
        <w:t>وہ صرف ایک، ایک، صرف ایک قافلے کی بات ہے، اس کو جنرلائز مت کیجیے۔</w:t>
      </w:r>
    </w:p>
    <w:p>
      <w:r>
        <w:rPr>
          <w:b/>
        </w:rPr>
        <w:t xml:space="preserve">[1:25:56] </w:t>
      </w:r>
      <w:r>
        <w:t>rasool Allah ki hijrat ke baad aisa hua ke makka ke logon ne chanda kar ke raqam akatha</w:t>
      </w:r>
    </w:p>
    <w:p>
      <w:pPr>
        <w:jc w:val="right"/>
      </w:pPr>
      <w:r>
        <w:t>رسول اللہ کی ہجرت کے بعد ایسا ہوا کہ مکہ کے لوگوں نے چندہ کر کے رقم اکٹھا</w:t>
      </w:r>
    </w:p>
    <w:p>
      <w:r>
        <w:rPr>
          <w:b/>
        </w:rPr>
        <w:t xml:space="preserve">[1:26:00] </w:t>
      </w:r>
      <w:r>
        <w:t>ki, thirty thousand dinar.</w:t>
      </w:r>
    </w:p>
    <w:p>
      <w:pPr>
        <w:jc w:val="right"/>
      </w:pPr>
      <w:r>
        <w:t>کی، تھرٹی تھاؤزنڈ دینار۔</w:t>
      </w:r>
    </w:p>
    <w:p>
      <w:r>
        <w:rPr>
          <w:b/>
        </w:rPr>
        <w:t xml:space="preserve">[1:26:05] </w:t>
      </w:r>
      <w:r>
        <w:t>toh is mein yeh hua ke usko business mein lagaya jaye, aur jo faida ho, us se</w:t>
      </w:r>
    </w:p>
    <w:p>
      <w:pPr>
        <w:jc w:val="right"/>
      </w:pPr>
      <w:r>
        <w:t>تو اس میں یہ ہوا کہ اس کو بزنس میں لگایا جائے، اور جو فائدہ ہو، اس سے</w:t>
      </w:r>
    </w:p>
    <w:p>
      <w:r>
        <w:rPr>
          <w:b/>
        </w:rPr>
        <w:t xml:space="preserve">[1:26:09] </w:t>
      </w:r>
      <w:r>
        <w:t>jang ki tayari ki jaye.</w:t>
      </w:r>
    </w:p>
    <w:p>
      <w:pPr>
        <w:jc w:val="right"/>
      </w:pPr>
      <w:r>
        <w:t>جنگ کی تیاری کی جائے۔</w:t>
      </w:r>
    </w:p>
    <w:p>
      <w:r>
        <w:rPr>
          <w:b/>
        </w:rPr>
        <w:t xml:space="preserve">[1:26:13] </w:t>
      </w:r>
      <w:r>
        <w:t>asal log lota diye jayein,</w:t>
      </w:r>
    </w:p>
    <w:p>
      <w:pPr>
        <w:jc w:val="right"/>
      </w:pPr>
      <w:r>
        <w:t>اصل لوگ لوٹا دیے جائیں،</w:t>
      </w:r>
    </w:p>
    <w:p>
      <w:r>
        <w:rPr>
          <w:b/>
        </w:rPr>
        <w:t xml:space="preserve">[1:26:18] </w:t>
      </w:r>
      <w:r>
        <w:t>yani, yani chanda baraye jang tha woh ke tumhare is paise ko hum business karenge, aur phir asal lota denge, aur jo faida hoga, woh sab hathiyar kharidenge, aur Musalmanon ke khilaf ladne ke liye. to woh qafila ja raha tha, woh loot raha tha Sham se, wahi is paise ko le kar ke qafila gaya, aur wahan saman kharida, aur la ke bechna tha is ko. us ko disturb karne ke liye iqdam kiya gaya tha, bas us</w:t>
      </w:r>
    </w:p>
    <w:p>
      <w:pPr>
        <w:jc w:val="right"/>
      </w:pPr>
      <w:r>
        <w:t>یعنی، یعنی چندہ برائے جنگ تھا وہ کہ تمہارے اس پیسے کو ہم بزنس کریں گے، اور پھر اصل لوٹا دیں گے، اور جو فائدہ ہوگا، وہ سب ہتھیار خریدیں گے، اور مسلمانوں کے خلاف لڑنے کے لیے۔ تو وہ قافلہ جا رہا تھا، وہ لوٹ رہا تھا شام سے، وہی اس پیسے کو لے کر کے قافلہ گیا، اور وہاں سامان خریدا، اور لا کے بیچنا تھا اس کو۔ اس کو ڈسٹرب کرنے کے لیے اقدام کیا گیا تھا، بس اس</w:t>
      </w:r>
    </w:p>
    <w:p>
      <w:r>
        <w:rPr>
          <w:b/>
        </w:rPr>
        <w:t xml:space="preserve">[1:26:48] </w:t>
      </w:r>
      <w:r>
        <w:t>ko aap generalize mat kijiye, us ko disturb karna bilkul jaiz tha. Secondly, he is asked that how can he get books of Maulana from Pakistan, or is it that he can only read through internet? So we would like to tell him that he can get it from DarutTazkeer, Urdu Bazar Lahore, or alternatively you can get it from goodreads books online. The website address is www.</w:t>
      </w:r>
    </w:p>
    <w:p>
      <w:pPr>
        <w:jc w:val="right"/>
      </w:pPr>
      <w:r>
        <w:t>کو آپ جنرلائز مت کیجیے، اس کو ڈسٹرب کرنا بالکل جائز تھا۔ سیکنڈلی، ہی از اسکڈ دیٹ ہاؤ کین ہی گیٹ بکس آف مولانا فرام پاکستان، اور از اٹ دیٹ ہی کین اونلی ریڈ تھرو انٹرنیٹ؟ سو وی وڈ لائک ٹو ٹیل ہم دیٹ ہی کین گیٹ اٹ فرام دارالتذکیر، اردو بازار لاہور، اور آلٹرنیٹولی یو کین گیٹ اٹ فرام گڈورڈ بکس آن لائن۔ دی ویب سائٹ ایڈریس از ڈبلیو ڈبلیو ڈبلی</w:t>
      </w:r>
    </w:p>
    <w:p>
      <w:r>
        <w:rPr>
          <w:b/>
        </w:rPr>
        <w:t xml:space="preserve">[1:27:18] </w:t>
      </w:r>
      <w:r>
        <w:t>w.goodwordbooks.com.</w:t>
      </w:r>
    </w:p>
    <w:p>
      <w:pPr>
        <w:jc w:val="right"/>
      </w:pPr>
      <w:r>
        <w:t>و ڈاٹ گڈورڈ بکس ڈاٹ کام۔</w:t>
      </w:r>
    </w:p>
    <w:p>
      <w:r>
        <w:rPr>
          <w:b/>
        </w:rPr>
        <w:t xml:space="preserve">[1:27:25] </w:t>
      </w:r>
      <w:r>
        <w:t>is sawal hai ms sadia khan se, new delhi.</w:t>
      </w:r>
    </w:p>
    <w:p>
      <w:pPr>
        <w:jc w:val="right"/>
      </w:pPr>
      <w:r>
        <w:t>اس سوال ہے مس سعدیہ خان سے، نیو دہلی۔</w:t>
      </w:r>
    </w:p>
    <w:p>
      <w:r>
        <w:rPr>
          <w:b/>
        </w:rPr>
        <w:t xml:space="preserve">[1:27:33] </w:t>
      </w:r>
      <w:r>
        <w:t>Which of the two principles, mutual acceptance or mutual respect, is more effective towards promoting social harmony? کہتے</w:t>
      </w:r>
    </w:p>
    <w:p>
      <w:pPr>
        <w:jc w:val="right"/>
      </w:pPr>
      <w:r>
        <w:t>وچ آف دا ٹو پرنسپلز، میوچول ایکسیپٹنس اور میوچول ریسپیکٹ از مور ایفیکٹیو ٹورڈز پروموٹنگ سوشل ہارمونی؟ کہتے</w:t>
      </w:r>
    </w:p>
    <w:p>
      <w:r>
        <w:rPr>
          <w:b/>
        </w:rPr>
        <w:t xml:space="preserve">[1:27:40] </w:t>
      </w:r>
      <w:r>
        <w:t>hain ke yani multi religious society bhi</w:t>
      </w:r>
    </w:p>
    <w:p>
      <w:pPr>
        <w:jc w:val="right"/>
      </w:pPr>
      <w:r>
        <w:t>ہیں کہ یعنی ملٹی ریلیجس سوسائٹی بھی</w:t>
      </w:r>
    </w:p>
    <w:p>
      <w:r>
        <w:rPr>
          <w:b/>
        </w:rPr>
        <w:t xml:space="preserve">[1:27:48] </w:t>
      </w:r>
      <w:r>
        <w:t>kaise raha jaye, jahan kai mazhab hain.</w:t>
      </w:r>
    </w:p>
    <w:p>
      <w:pPr>
        <w:jc w:val="right"/>
      </w:pPr>
      <w:r>
        <w:t>کیسے رہا جائے، جہاں کئی مذہب ہیں۔</w:t>
      </w:r>
    </w:p>
    <w:p>
      <w:r>
        <w:rPr>
          <w:b/>
        </w:rPr>
        <w:t xml:space="preserve">[1:27:56] </w:t>
      </w:r>
      <w:r>
        <w:t>aaj kal toh har jagah kai mazhab hote hain, toh ek society is mein kai mazhab ke log</w:t>
      </w:r>
    </w:p>
    <w:p>
      <w:pPr>
        <w:jc w:val="right"/>
      </w:pPr>
      <w:r>
        <w:t>آج کل تو ہر جگہ کئی مذہب ہوتے ہیں، تو ایک سوسائٹی اس میں کئی مذہب کے لوگ</w:t>
      </w:r>
    </w:p>
    <w:p>
      <w:r>
        <w:rPr>
          <w:b/>
        </w:rPr>
        <w:t xml:space="preserve">[1:28:04] </w:t>
      </w:r>
      <w:r>
        <w:t>hain, toh kaise raha jaye wahan? toh ek nazariya yeh hai, woh mutual acceptance base karta hai ke</w:t>
      </w:r>
    </w:p>
    <w:p>
      <w:pPr>
        <w:jc w:val="right"/>
      </w:pPr>
      <w:r>
        <w:t>ہیں، تو کیسے رہا جائے وہاں؟ تو ایک نظریہ یہ ہے، وہ میوچول ایکسیپٹنس بیس کرتا ہے کہ</w:t>
      </w:r>
    </w:p>
    <w:p>
      <w:r>
        <w:rPr>
          <w:b/>
        </w:rPr>
        <w:t xml:space="preserve">[1:28:12] </w:t>
      </w:r>
      <w:r>
        <w:t>میں آپ کو سچا مانوں، آپ مجھے سچا مانیں، لیکن یہ غیر فطری، unnatural ہے۔ یہ</w:t>
      </w:r>
    </w:p>
    <w:p>
      <w:pPr>
        <w:jc w:val="right"/>
      </w:pPr>
      <w:r>
        <w:t>میں آپ کو سچا مانوں، آپ مجھے سچا مانیں، لیکن یہ غیر فطری، ان نیچرل ہے۔ یہ</w:t>
      </w:r>
    </w:p>
    <w:p>
      <w:r>
        <w:rPr>
          <w:b/>
        </w:rPr>
        <w:t xml:space="preserve">[1:28:19] </w:t>
      </w:r>
      <w:r>
        <w:t>is liye ke sab se bari cheez jo hai, is mein jo aap khote hain, woh conviction hai.</w:t>
      </w:r>
    </w:p>
    <w:p>
      <w:pPr>
        <w:jc w:val="right"/>
      </w:pPr>
      <w:r>
        <w:t>اس لیے کہ سب سے بڑی چیز جو ہے، اس میں جو آپ کھوتے ہیں، وہ کنوکشن ہے۔</w:t>
      </w:r>
    </w:p>
    <w:p>
      <w:r>
        <w:rPr>
          <w:b/>
        </w:rPr>
        <w:t xml:space="preserve">[1:28:25] </w:t>
      </w:r>
      <w:r>
        <w:t>is religion ya sachai ko isi liye mana jata hai ke is se aap ko conviction milta hai.</w:t>
      </w:r>
    </w:p>
    <w:p>
      <w:pPr>
        <w:jc w:val="right"/>
      </w:pPr>
      <w:r>
        <w:t>اس ریلیجن یا سچائی کو اسی لیے مانا جاتا ہے کہ اس سے آپ کو کنوکشن ملتا ہے۔</w:t>
      </w:r>
    </w:p>
    <w:p>
      <w:r>
        <w:rPr>
          <w:b/>
        </w:rPr>
        <w:t xml:space="preserve">[1:28:30] </w:t>
      </w:r>
      <w:r>
        <w:t>jab jo jo jo ideology conviction chheen le aap se, woh kisi bilkul bekar hai.</w:t>
      </w:r>
    </w:p>
    <w:p>
      <w:pPr>
        <w:jc w:val="right"/>
      </w:pPr>
      <w:r>
        <w:t>جب جو جو جو آئیڈیالوجی کنوکشن چھین لے آپ سے، وہ کسی بالکل بیکار ہے۔</w:t>
      </w:r>
    </w:p>
    <w:p>
      <w:r>
        <w:rPr>
          <w:b/>
        </w:rPr>
        <w:t xml:space="preserve">[1:28:35] </w:t>
      </w:r>
      <w:r>
        <w:t>isi liye jo log yeh baatein karte hain na, yani mutual acceptance ke is se miliye aap, toh</w:t>
      </w:r>
    </w:p>
    <w:p>
      <w:pPr>
        <w:jc w:val="right"/>
      </w:pPr>
      <w:r>
        <w:t>اسی لیے جو لوگ یہ باتیں کرتے ہیں نا، یعنی میوچول ایکسیپٹنس کہ اس سے ملیے آپ، تو</w:t>
      </w:r>
    </w:p>
    <w:p>
      <w:r>
        <w:rPr>
          <w:b/>
        </w:rPr>
        <w:t xml:space="preserve">[1:28:40] </w:t>
      </w:r>
      <w:r>
        <w:t>un ko un ko kisi mazhab pe yaqeen nahi hoga.</w:t>
      </w:r>
    </w:p>
    <w:p>
      <w:pPr>
        <w:jc w:val="right"/>
      </w:pPr>
      <w:r>
        <w:t>ان کو ان کو کسی مذہب پہ یقین نہیں ہوگا۔</w:t>
      </w:r>
    </w:p>
    <w:p>
      <w:r>
        <w:rPr>
          <w:b/>
        </w:rPr>
        <w:t xml:space="preserve">[1:28:45] </w:t>
      </w:r>
      <w:r>
        <w:t>yeh sirf ek ek social formula hai un ke haan, yeh</w:t>
      </w:r>
    </w:p>
    <w:p>
      <w:pPr>
        <w:jc w:val="right"/>
      </w:pPr>
      <w:r>
        <w:t>یہ صرف ایک ایک سوشل فارمولا ہے ان کے ہاں، یہ</w:t>
      </w:r>
    </w:p>
    <w:p>
      <w:r>
        <w:rPr>
          <w:b/>
        </w:rPr>
        <w:t xml:space="preserve">[1:28:50] </w:t>
      </w:r>
      <w:r>
        <w:t>mazhab pe koi yaqin nahi hai un ko. ek social formula ke taur par yeh baat kehte hain mutual acceptance ya mutual recognition. sahi formula woh hai jo Quran mein diya gaya hai: "Lakum deenukum waliya deen", yani mutual respect. to sahi formula yeh hai ke follow one and respect all. yeh sahi formula hai: follow one and respect all. to doosre ka respect khoob dijiye aap, lekin yeh samajhna ke mein bhi sacha hoon, tum</w:t>
      </w:r>
    </w:p>
    <w:p>
      <w:pPr>
        <w:jc w:val="right"/>
      </w:pPr>
      <w:r>
        <w:t>مذہب پہ کوئی یقین نہیں ہے ان کو۔ ایک سوشل فارمولے کے طور پر یہ بات کہتے ہیں میوچول ایکسیپٹنس یا میوچول ریکگنیشن۔ صحیح فارمولا وہ ہے جو قرآن میں دیا گیا ہے: "لکم دین لکم ولیاء دین"، یعنی میوچول ریسپیکٹ۔ تو صحیح فارمولا یہ ہے کہ فالو ون اینڈ ریسپیکٹ آل۔ یہ صحیح فارمولا ہے: فالو ون اینڈ ریسپیکٹ آل۔ تو دوسرے کا ریسپیکٹ خوب دیجیے آپ، لیکن یہ سمجھنا کہ میں بھی سچا ہوں، تم</w:t>
      </w:r>
    </w:p>
    <w:p>
      <w:r>
        <w:rPr>
          <w:b/>
        </w:rPr>
        <w:t xml:space="preserve">[1:29:20] </w:t>
      </w:r>
      <w:r>
        <w:t>bhi sachay ho, yeh toh un natural hai.</w:t>
      </w:r>
    </w:p>
    <w:p>
      <w:pPr>
        <w:jc w:val="right"/>
      </w:pPr>
      <w:r>
        <w:t>بھی سچے ہو، یہ تو ان نیچرل ہے۔</w:t>
      </w:r>
    </w:p>
    <w:p>
      <w:r>
        <w:rPr>
          <w:b/>
        </w:rPr>
        <w:t xml:space="preserve">[1:29:24] </w:t>
      </w:r>
      <w:r>
        <w:t>kisi ek ko aap ko sacha manna hi parta hai, the truth with the capital T manna hi</w:t>
      </w:r>
    </w:p>
    <w:p>
      <w:pPr>
        <w:jc w:val="right"/>
      </w:pPr>
      <w:r>
        <w:t>کسی ایک کو آپ کو سچا ماننا ہی پڑتا ہے، دا ٹروتھ ود دی کیپیٹل ٹی ماننا ہی</w:t>
      </w:r>
    </w:p>
    <w:p>
      <w:r>
        <w:rPr>
          <w:b/>
        </w:rPr>
        <w:t xml:space="preserve">[1:29:28] </w:t>
      </w:r>
      <w:r>
        <w:t>parhta hai aap ko.</w:t>
      </w:r>
    </w:p>
    <w:p>
      <w:pPr>
        <w:jc w:val="right"/>
      </w:pPr>
      <w:r>
        <w:t>پڑتا ہے آپ کو۔</w:t>
      </w:r>
    </w:p>
    <w:p>
      <w:r>
        <w:rPr>
          <w:b/>
        </w:rPr>
        <w:t xml:space="preserve">[1:29:31] </w:t>
      </w:r>
      <w:r>
        <w:t>nahi to phir mazhab ki zaroorat hi kya hai? Koi zaroorat hi is ki nahi, mazhab ki nahi hai.</w:t>
      </w:r>
    </w:p>
    <w:p>
      <w:pPr>
        <w:jc w:val="right"/>
      </w:pPr>
      <w:r>
        <w:t>نہیں تو پھر مذہب کی ضرورت ہی کیا ہے؟ کوئی ضرورت ہی اس کی نہیں، مذہب کی نہیں ہے۔</w:t>
      </w:r>
    </w:p>
    <w:p>
      <w:r>
        <w:rPr>
          <w:b/>
        </w:rPr>
        <w:t xml:space="preserve">[1:29:35] </w:t>
      </w:r>
      <w:r>
        <w:t>Aur dekhiye, yaani yeh samajhna ke agar hum sirf accept na karein, sirf respect dein, to is se</w:t>
      </w:r>
    </w:p>
    <w:p>
      <w:pPr>
        <w:jc w:val="right"/>
      </w:pPr>
      <w:r>
        <w:t>اور دیکھیے، یعنی یہ سمجھنا کہ اگر ہم صرف ایکسیپٹ نہ کریں، صرف ریسپیکٹ دیں، تو اس سے</w:t>
      </w:r>
    </w:p>
    <w:p>
      <w:r>
        <w:rPr>
          <w:b/>
        </w:rPr>
        <w:t xml:space="preserve">[1:29:39] </w:t>
      </w:r>
      <w:r>
        <w:t>khatm nahi hota.</w:t>
      </w:r>
    </w:p>
    <w:p>
      <w:pPr>
        <w:jc w:val="right"/>
      </w:pPr>
      <w:r>
        <w:t>ختم نہیں ہوتا۔</w:t>
      </w:r>
    </w:p>
    <w:p>
      <w:r>
        <w:rPr>
          <w:b/>
        </w:rPr>
        <w:t xml:space="preserve">[1:29:43] </w:t>
      </w:r>
      <w:r>
        <w:t>Woh to kaise nahi khatm hota? Main apne bare mein kehta hoon ke mujhe zara bhi hate nahi</w:t>
      </w:r>
    </w:p>
    <w:p>
      <w:pPr>
        <w:jc w:val="right"/>
      </w:pPr>
      <w:r>
        <w:t>وہ تو کیسے نہیں ختم ہوتا؟ میں اپنے بارے میں کہتا ہوں کہ مجھے ذرا بھی ہیٹ نہیں</w:t>
      </w:r>
    </w:p>
    <w:p>
      <w:r>
        <w:rPr>
          <w:b/>
        </w:rPr>
        <w:t xml:space="preserve">[1:29:46] </w:t>
      </w:r>
      <w:r>
        <w:t>kisi ke khilaf hai,</w:t>
      </w:r>
    </w:p>
    <w:p>
      <w:pPr>
        <w:jc w:val="right"/>
      </w:pPr>
      <w:r>
        <w:t>کسی کے خلاف ہے،</w:t>
      </w:r>
    </w:p>
    <w:p>
      <w:r>
        <w:rPr>
          <w:b/>
        </w:rPr>
        <w:t xml:space="preserve">[1:29:50] </w:t>
      </w:r>
      <w:r>
        <w:t>halanke mein samajhta hoon ke mein the truth par hoon, with the capital T. jo sacha hai, mujhe mili hai, wahi bari sab, wahi wahid sachai hai. mein manta hoon, mujhe poora ek conviction us ke upar hai, lekin mein har ek ko poora respect deta hoon, bharpoor respect. mere dil mein kisi ke khilaf hate nahi hai. meri poori zindagi mein aap koi bata nahi sakte, na meri jo writing hai, woh lakhon lakhon lakh safhat hain, kahin nahi bata sakte ke is mein koi hate ki jhalak kisi ke khilaf hai, na meri speech mein, na meri writing</w:t>
      </w:r>
    </w:p>
    <w:p>
      <w:pPr>
        <w:jc w:val="right"/>
      </w:pPr>
      <w:r>
        <w:t>حالانکہ میں سمجھتا ہوں کہ میں دا ٹروتھ پر ہوں، ود دی کیپیٹل ٹی۔ جو سچا ہے، مجھے ملی ہے، وہی بڑی سب، وہی واحد سچائی ہے۔ میں مانتا ہوں، مجھے پورا ایک کنوکشن اس کے اوپر ہے، لیکن میں ہر ایک کو پورا ریسپیکٹ دیتا ہوں، بھرپور ریسپیکٹ۔ میرے دل میں کسی کے خلاف ہیٹ نہیں ہے۔ میری پوری زندگی میں آپ کوئی بتا نہیں سکتے، نہ میری جو رائٹنگ ہے، وہ لاکھوں لاکھوں لاکھ صفحات ہیں، کہیں نہیں بتا سکتے کہ اس میں کوئی ہیٹ کی جھلک کسی کے خلاف ہے، نہ میری سپیچ میں، نہ میری رائٹنگ</w:t>
      </w:r>
    </w:p>
    <w:p>
      <w:r>
        <w:rPr>
          <w:b/>
        </w:rPr>
        <w:t xml:space="preserve">[1:30:20] </w:t>
      </w:r>
      <w:r>
        <w:t>mian.</w:t>
      </w:r>
    </w:p>
    <w:p>
      <w:pPr>
        <w:jc w:val="right"/>
      </w:pPr>
      <w:r>
        <w:t>میں۔</w:t>
      </w:r>
    </w:p>
    <w:p>
      <w:r>
        <w:rPr>
          <w:b/>
        </w:rPr>
        <w:t xml:space="preserve">[1:30:25] </w:t>
      </w:r>
      <w:r>
        <w:t>Poora respect deta hoon main.</w:t>
      </w:r>
    </w:p>
    <w:p>
      <w:pPr>
        <w:jc w:val="right"/>
      </w:pPr>
      <w:r>
        <w:t>پورا ریسپیکٹ دیتا ہوں میں۔</w:t>
      </w:r>
    </w:p>
    <w:p>
      <w:r>
        <w:rPr>
          <w:b/>
        </w:rPr>
        <w:t xml:space="preserve">[1:30:30] </w:t>
      </w:r>
      <w:r>
        <w:t>To agar aik aik sachai par aap ko conviction hai, to yeh rok nahi hai ke aap doosre</w:t>
      </w:r>
    </w:p>
    <w:p>
      <w:pPr>
        <w:jc w:val="right"/>
      </w:pPr>
      <w:r>
        <w:t>تو اگر ایک ایک سچائی پر آپ کو کنوکشن ہے، تو یہ روک نہیں ہے کہ آپ دوسرے</w:t>
      </w:r>
    </w:p>
    <w:p>
      <w:r>
        <w:rPr>
          <w:b/>
        </w:rPr>
        <w:t xml:space="preserve">[1:30:35] </w:t>
      </w:r>
      <w:r>
        <w:t>ko respect na dein.</w:t>
      </w:r>
    </w:p>
    <w:p>
      <w:pPr>
        <w:jc w:val="right"/>
      </w:pPr>
      <w:r>
        <w:t>کو ریسپیکٹ نہ دیں۔</w:t>
      </w:r>
    </w:p>
    <w:p>
      <w:r>
        <w:rPr>
          <w:b/>
        </w:rPr>
        <w:t xml:space="preserve">[1:30:40] </w:t>
      </w:r>
      <w:r>
        <w:t>تو میرے نزدیک mutual recognition یا mutual acceptance کا جو فارمولا ہے، وہ unnatural ہے، اور صحیح</w:t>
      </w:r>
    </w:p>
    <w:p>
      <w:pPr>
        <w:jc w:val="right"/>
      </w:pPr>
      <w:r>
        <w:t>تو میرے نزدیک میوچول ریکگنیشن یا میوچول ایکسیپٹنس کا جو فارمولا ہے، وہ ان نیچرل ہے، اور صحیح</w:t>
      </w:r>
    </w:p>
    <w:p>
      <w:r>
        <w:rPr>
          <w:b/>
        </w:rPr>
        <w:t xml:space="preserve">[1:30:45] </w:t>
      </w:r>
      <w:r>
        <w:t>aur practicable formula jo hai, woh yahi hai ke follow one and respect all. Is se</w:t>
      </w:r>
    </w:p>
    <w:p>
      <w:pPr>
        <w:jc w:val="right"/>
      </w:pPr>
      <w:r>
        <w:t>اور پریکٹیکیبل فارمولا جو ہے، وہ یہی ہے کہ فالو ون اینڈ ریسپیکٹ آل۔ اس س</w:t>
      </w:r>
    </w:p>
    <w:p>
      <w:r>
        <w:rPr>
          <w:b/>
        </w:rPr>
        <w:t xml:space="preserve">[1:30:50] </w:t>
      </w:r>
      <w:r>
        <w:t>wal hai Mr Khalid Ansari se, New Delhi.</w:t>
      </w:r>
    </w:p>
    <w:p>
      <w:pPr>
        <w:jc w:val="right"/>
      </w:pPr>
      <w:r>
        <w:t>وال ہے مسٹر خالد انصاری سے، نیو دہلی۔</w:t>
      </w:r>
    </w:p>
    <w:p>
      <w:r>
        <w:rPr>
          <w:b/>
        </w:rPr>
        <w:t xml:space="preserve">[1:30:58] </w:t>
      </w:r>
      <w:r>
        <w:t>In Turkey, during the last two years, 3700 websites have been banned due to Jamal Ataturk.</w:t>
      </w:r>
    </w:p>
    <w:p>
      <w:pPr>
        <w:jc w:val="right"/>
      </w:pPr>
      <w:r>
        <w:t>ان ٹرکی ڈیورنگ لاسٹ ٹو ایئرز، تھرٹی سیون ہنڈرڈ ویب سائٹس ہیو بین بینڈ ڈیو ٹو جمال اتوترک،</w:t>
      </w:r>
    </w:p>
    <w:p>
      <w:r>
        <w:rPr>
          <w:b/>
        </w:rPr>
        <w:t xml:space="preserve">[1:31:05] </w:t>
      </w:r>
      <w:r>
        <w:t>The founder of modern Turkey, being called a homosexual and pervert.</w:t>
      </w:r>
    </w:p>
    <w:p>
      <w:pPr>
        <w:jc w:val="right"/>
      </w:pPr>
      <w:r>
        <w:t>دا فاؤنڈر آف ماڈرن ٹرکی، بینگ کالڈ ا ہومو سیکشول اینڈ پوورٹ۔</w:t>
      </w:r>
    </w:p>
    <w:p>
      <w:r>
        <w:rPr>
          <w:b/>
        </w:rPr>
        <w:t xml:space="preserve">[1:31:13] </w:t>
      </w:r>
      <w:r>
        <w:t>Maulana, on one hand, Turkey takes pride in being the most advanced and progressive country, and on the other</w:t>
      </w:r>
    </w:p>
    <w:p>
      <w:pPr>
        <w:jc w:val="right"/>
      </w:pPr>
      <w:r>
        <w:t>مولانا، ان ون ہینڈ، ٹرکی ٹیکس پرائیڈ ان بینگ دا موسٹ ایڈوانسڈ اینڈ پروگریسو کنٹری، اینڈ ان دا ادر</w:t>
      </w:r>
    </w:p>
    <w:p>
      <w:r>
        <w:rPr>
          <w:b/>
        </w:rPr>
        <w:t xml:space="preserve">[1:31:20] </w:t>
      </w:r>
      <w:r>
        <w:t>Can't take criticism as a challenge.</w:t>
      </w:r>
    </w:p>
    <w:p>
      <w:pPr>
        <w:jc w:val="right"/>
      </w:pPr>
      <w:r>
        <w:t>کانٹ ٹیک کریٹیسزم ایز ا چیلنج۔</w:t>
      </w:r>
    </w:p>
    <w:p>
      <w:r>
        <w:rPr>
          <w:b/>
        </w:rPr>
        <w:t xml:space="preserve">[1:31:26] </w:t>
      </w:r>
      <w:r>
        <w:t>What according to you should be the wise approach in such a situation? Dekhiye, Christians to kisi mulk</w:t>
      </w:r>
    </w:p>
    <w:p>
      <w:pPr>
        <w:jc w:val="right"/>
      </w:pPr>
      <w:r>
        <w:t>واٹ اکارڈنگ ٹو یو شوڈ بی دا وائز اپروچ ان سچ ا سچویشن؟ دیکھیے، کرسچنز تو کسی ملک</w:t>
      </w:r>
    </w:p>
    <w:p>
      <w:r>
        <w:rPr>
          <w:b/>
        </w:rPr>
        <w:t xml:space="preserve">[1:31:32] </w:t>
      </w:r>
      <w:r>
        <w:t>Main nahi, kisi Muslim idare mein bhi nahi, kisi Muslim institution mein nahi.</w:t>
      </w:r>
    </w:p>
    <w:p>
      <w:pPr>
        <w:jc w:val="right"/>
      </w:pPr>
      <w:r>
        <w:t>میں نہیں، کسی مسلم ادارے میں بھی نہیں، کسی مسلم انسٹیٹیوشن میں نہیں۔</w:t>
      </w:r>
    </w:p>
    <w:p>
      <w:r>
        <w:rPr>
          <w:b/>
        </w:rPr>
        <w:t xml:space="preserve">[1:31:38] </w:t>
      </w:r>
      <w:r>
        <w:t>Is wale ko, Musalmanon ki sab se bari kamzori yeh hai ke woh Christians ko bardasht nahi karte.</w:t>
      </w:r>
    </w:p>
    <w:p>
      <w:pPr>
        <w:jc w:val="right"/>
      </w:pPr>
      <w:r>
        <w:t>اس والے کو، مسلمانوں کی سب سے بڑی کمزوری یہ ہے کہ وہ کرسچنز کو برداشت نہیں کرتے۔</w:t>
      </w:r>
    </w:p>
    <w:p>
      <w:r>
        <w:rPr>
          <w:b/>
        </w:rPr>
        <w:t xml:space="preserve">[1:31:44] </w:t>
      </w:r>
      <w:r>
        <w:t>کسی مسلم کنٹری میں کرسچنز کو appreciate نہیں کیا جاتا، include</w:t>
      </w:r>
    </w:p>
    <w:p>
      <w:pPr>
        <w:jc w:val="right"/>
      </w:pPr>
      <w:r>
        <w:t>کسی مسلم کنٹری میں کرسچنز کو اپریشیٹ نہیں کیا جاتا، انکلوڈ</w:t>
      </w:r>
    </w:p>
    <w:p>
      <w:r>
        <w:rPr>
          <w:b/>
        </w:rPr>
        <w:t xml:space="preserve">[1:31:51] </w:t>
      </w:r>
      <w:r>
        <w:t>ing Turkey, aur Christians taraqqi ki jaan hai. No Christians, no development. Islam mein Christians ko kuch poori azadi hai, Christians ki poori azadi, without any restriction. Agar aap ko kisi Christians ko theek na samajhte hon, to aap jawab dijiye is ka daleel ke sath. Aap daleel ke sath jawab dijiye. To Christians ka jawab, yani ka</w:t>
      </w:r>
    </w:p>
    <w:p>
      <w:pPr>
        <w:jc w:val="right"/>
      </w:pPr>
      <w:r>
        <w:t>نگ ٹرکی، اور کرسچنز ترقی کی جان ہے۔ نو کرسچنز، نو ڈیولپمنٹ۔ اسلام میں کرسچنز کو کچھ پورا آزادی ہے، کرسچنز کی پوری آزادی، ودا آؤٹ اینی ریسٹرکشن۔ اگر آپ کو کسی کرسچنز کو ٹھیک نہ سمجھتے ہوں، تو آپ جواب دیجیے اس کا دلیل کے ساتھ۔ آپ دلیل کے ساتھ جواب دیجیے۔ تو کرسچنز کا جواب، یعنی کا</w:t>
      </w:r>
    </w:p>
    <w:p>
      <w:r>
        <w:rPr>
          <w:b/>
        </w:rPr>
        <w:t xml:space="preserve">[1:32:21] </w:t>
      </w:r>
      <w:r>
        <w:t>counter-argument ہے، یہ نہیں کہ آپ Christians کو بند کر ڈالیں۔</w:t>
      </w:r>
    </w:p>
    <w:p>
      <w:pPr>
        <w:jc w:val="right"/>
      </w:pPr>
      <w:r>
        <w:t>ؤنٹر آرگیومنٹ ہے، یہ نہیں کہ آپ کرسچنز کو بند کر ڈالیں۔</w:t>
      </w:r>
    </w:p>
    <w:p>
      <w:r>
        <w:rPr>
          <w:b/>
        </w:rPr>
        <w:t xml:space="preserve">[1:32:28] </w:t>
      </w:r>
      <w:r>
        <w:t>Main is ko galat manta hoon, aur mera yeh mission hai ke har institution mein, har country mein,</w:t>
      </w:r>
    </w:p>
    <w:p>
      <w:pPr>
        <w:jc w:val="right"/>
      </w:pPr>
      <w:r>
        <w:t>میں اس کو غلط مانتا ہوں، اور میرا یہ مشن ہے کہ ہر انسٹیٹیوشن میں، ہر کنٹری میں،</w:t>
      </w:r>
    </w:p>
    <w:p>
      <w:r>
        <w:rPr>
          <w:b/>
        </w:rPr>
        <w:t xml:space="preserve">[1:32:36] </w:t>
      </w:r>
      <w:r>
        <w:t>ہر کمیونٹی میں Christians کو پوری طرح آزادی دی جائے، کیونکہ Christians سے intellectual changes پیدا ہوتے ہیں،</w:t>
      </w:r>
    </w:p>
    <w:p>
      <w:pPr>
        <w:jc w:val="right"/>
      </w:pPr>
      <w:r>
        <w:t>ہر کمیونٹی میں کرسچنز کو پوری طرح آزادی دی جائے، کیونکہ کرسچنز سے انٹلیکچول چینجز پیدا ہوتے ہیں،</w:t>
      </w:r>
    </w:p>
    <w:p>
      <w:r>
        <w:rPr>
          <w:b/>
        </w:rPr>
        <w:t xml:space="preserve">[1:32:43] </w:t>
      </w:r>
      <w:r>
        <w:t>Christians se healthy discourse hote hain, Christians se intellectual development hota hai.</w:t>
      </w:r>
    </w:p>
    <w:p>
      <w:pPr>
        <w:jc w:val="right"/>
      </w:pPr>
      <w:r>
        <w:t>کرسچنز سے ہیلتھی ڈسکس ہوتے ہیں، کرسچنز سے انٹلیکچول ڈیولپمنٹ ہوتا ہے۔</w:t>
      </w:r>
    </w:p>
    <w:p>
      <w:r>
        <w:rPr>
          <w:b/>
        </w:rPr>
        <w:t xml:space="preserve">[1:32:51] </w:t>
      </w:r>
      <w:r>
        <w:t>Isi liye Musalman jo hain, dekhiye, aap un ka intellectual progress hi kuch nahi ho raha hai.</w:t>
      </w:r>
    </w:p>
    <w:p>
      <w:pPr>
        <w:jc w:val="right"/>
      </w:pPr>
      <w:r>
        <w:t>اسی لیے مسلمان جو ہیں، دیکھیے، آپ ان کا انٹلیکچول پروگریس ہی کچھ نہیں ہو رہا ہے۔</w:t>
      </w:r>
    </w:p>
    <w:p>
      <w:r>
        <w:rPr>
          <w:b/>
        </w:rPr>
        <w:t xml:space="preserve">[1:32:56] </w:t>
      </w:r>
      <w:r>
        <w:t>Musalmanon ka intellectual progress nahi ho raha hai, kyunke Christians band hain.</w:t>
      </w:r>
    </w:p>
    <w:p>
      <w:pPr>
        <w:jc w:val="right"/>
      </w:pPr>
      <w:r>
        <w:t>مسلمانوں کا انٹلیکچول پروگریس نہیں ہو رہا ہے، کیونکہ کرسچنز بند ہیں۔</w:t>
      </w:r>
    </w:p>
    <w:p>
      <w:r>
        <w:rPr>
          <w:b/>
        </w:rPr>
        <w:t xml:space="preserve">[1:33:01] </w:t>
      </w:r>
      <w:r>
        <w:t>Yaani Christians ko taboo bana diya gaya hai.</w:t>
      </w:r>
    </w:p>
    <w:p>
      <w:pPr>
        <w:jc w:val="right"/>
      </w:pPr>
      <w:r>
        <w:t>یعنی کرسچنز کو ٹیبو بنا دیا گیا ہے۔</w:t>
      </w:r>
    </w:p>
    <w:p>
      <w:r>
        <w:rPr>
          <w:b/>
        </w:rPr>
        <w:t xml:space="preserve">[1:33:06] </w:t>
      </w:r>
      <w:r>
        <w:t>Taboo, main is ko taboo nahi samajhta, aur jahan bhi hai, woh galat hai.</w:t>
      </w:r>
    </w:p>
    <w:p>
      <w:pPr>
        <w:jc w:val="right"/>
      </w:pPr>
      <w:r>
        <w:t>ٹیبو، میں اس کو ٹیبو نہیں سمجھتا، اور جہاں بھی ہے، وہ غلط ہے۔</w:t>
      </w:r>
    </w:p>
    <w:p>
      <w:r>
        <w:rPr>
          <w:b/>
        </w:rPr>
        <w:t xml:space="preserve">[1:33:11] </w:t>
      </w:r>
      <w:r>
        <w:t>Aap daleel se kaat kijiye is baat ki, daleel se kaat kijiye.</w:t>
      </w:r>
    </w:p>
    <w:p>
      <w:pPr>
        <w:jc w:val="right"/>
      </w:pPr>
      <w:r>
        <w:t>آپ دلیل سے کاٹ کیجیے اس بات کی، دلیل سے کاٹ کیجیے۔</w:t>
      </w:r>
    </w:p>
    <w:p>
      <w:r>
        <w:rPr>
          <w:b/>
        </w:rPr>
        <w:t xml:space="preserve">[1:33:16] </w:t>
      </w:r>
      <w:r>
        <w:t>Is mein, is mein koi ban lagane ka kya matlab hai? Is sawal</w:t>
      </w:r>
    </w:p>
    <w:p>
      <w:pPr>
        <w:jc w:val="right"/>
      </w:pPr>
      <w:r>
        <w:t>اس میں، اس میں کوئی بین لگانے کا کیا مطلب ہے؟ اس سوال</w:t>
      </w:r>
    </w:p>
    <w:p>
      <w:r>
        <w:rPr>
          <w:b/>
        </w:rPr>
        <w:t xml:space="preserve">[1:33:21] </w:t>
      </w:r>
      <w:r>
        <w:t>hai Mr Nafees Sheraz se, New Delhi.</w:t>
      </w:r>
    </w:p>
    <w:p>
      <w:pPr>
        <w:jc w:val="right"/>
      </w:pPr>
      <w:r>
        <w:t>ہے مسٹر نفیس شیراز سے، نیو دہلی۔</w:t>
      </w:r>
    </w:p>
    <w:p>
      <w:r>
        <w:rPr>
          <w:b/>
        </w:rPr>
        <w:t xml:space="preserve">[1:33:27] </w:t>
      </w:r>
      <w:r>
        <w:t>Konsa aalim behtareen aalim hai, ya konsa aalim sahi aalim hai, is ko janchne ka kya</w:t>
      </w:r>
    </w:p>
    <w:p>
      <w:pPr>
        <w:jc w:val="right"/>
      </w:pPr>
      <w:r>
        <w:t>کون سا عالم بہترین عالم ہے، یا کون سا عالم صحیح عالم ہے، اس کو جانچنے کا کیا</w:t>
      </w:r>
    </w:p>
    <w:p>
      <w:r>
        <w:rPr>
          <w:b/>
        </w:rPr>
        <w:t xml:space="preserve">[1:33:33] </w:t>
      </w:r>
      <w:r>
        <w:t>mayar hai? Inna akmakum indallahi atqakum.</w:t>
      </w:r>
    </w:p>
    <w:p>
      <w:pPr>
        <w:jc w:val="right"/>
      </w:pPr>
      <w:r>
        <w:t>معیار ہے؟ ان اکمکم عند اللہ اتقاکم۔</w:t>
      </w:r>
    </w:p>
    <w:p>
      <w:r>
        <w:rPr>
          <w:b/>
        </w:rPr>
        <w:t xml:space="preserve">[1:33:39] </w:t>
      </w:r>
      <w:r>
        <w:t>Is mein yeh bhi ke in aalimkum indallahi atqakum barha lijiye aap.</w:t>
      </w:r>
    </w:p>
    <w:p>
      <w:pPr>
        <w:jc w:val="right"/>
      </w:pPr>
      <w:r>
        <w:t>اس میں یہ بھی کہ ان عالمکم عند اللہ اتقاکم بڑھا لیجیے آپ۔</w:t>
      </w:r>
    </w:p>
    <w:p>
      <w:r>
        <w:rPr>
          <w:b/>
        </w:rPr>
        <w:t xml:space="preserve">[1:33:46] </w:t>
      </w:r>
      <w:r>
        <w:t>jo waqeatan mutaqi ho, Allah se darne wala, wahi aalim hai.</w:t>
      </w:r>
    </w:p>
    <w:p>
      <w:pPr>
        <w:jc w:val="right"/>
      </w:pPr>
      <w:r>
        <w:t>جو واقعتا متقی ہو، اللہ سے ڈرنے والا، وہی عالم ہے۔</w:t>
      </w:r>
    </w:p>
    <w:p>
      <w:r>
        <w:rPr>
          <w:b/>
        </w:rPr>
        <w:t xml:space="preserve">[1:33:52] </w:t>
      </w:r>
      <w:r>
        <w:t>baqi aalim nahi hai. degreean hon, tab bhi aalim nahi hai. sanad ho, tab bhi aalim nahi hai. yaani asal cheez jo hai, mere nazdeek taqwa hai. haqeeqi taqwa ke maani hain ke lamba kurta aur oonchi topi nahi, haqeeqi taqwa. allazeena iza zukirallahu wajilat quloobuhum, yaani jin ka dil dahal uthta ho Allah ke zikr ke yaad se. to b</w:t>
      </w:r>
    </w:p>
    <w:p>
      <w:pPr>
        <w:jc w:val="right"/>
      </w:pPr>
      <w:r>
        <w:t>باقی عالم نہیں ہے۔ ڈگریاں ہوں، تب بھی عالم نہیں ہے۔ سند ہو، تب بھی عالم نہیں ہے۔ یعنی اصل چیز جو ہے، میرے نزدیک تقویٰ ہے۔ حقیقی تقویٰ کے معنی ہیں کہ لمبا کرتا اور اونچی ٹوپی نہیں، حقیقی تقویٰ۔ الذین اذا ذکر اللہ وجلت قلوبہم، یعنی جن کا دل دہل اٹھتا ہو اللہ کے ذکر کے یاد سے۔ تو ب</w:t>
      </w:r>
    </w:p>
    <w:p>
      <w:r>
        <w:rPr>
          <w:b/>
        </w:rPr>
        <w:t xml:space="preserve">[1:34:22] </w:t>
      </w:r>
      <w:r>
        <w:t>har haal sahi tareef achhe aalim ki yeh hai ke woh Allah se darne wala ho, aur aap kisi</w:t>
      </w:r>
    </w:p>
    <w:p>
      <w:pPr>
        <w:jc w:val="right"/>
      </w:pPr>
      <w:r>
        <w:t>ہرحال صحیح تعریف اچھے عالم کی یہ ہے کہ وہ اللہ سے ڈرنے والا ہو، اور آپ کسی</w:t>
      </w:r>
    </w:p>
    <w:p>
      <w:r>
        <w:rPr>
          <w:b/>
        </w:rPr>
        <w:t xml:space="preserve">[1:34:27] </w:t>
      </w:r>
      <w:r>
        <w:t>ko janna chahein ke woh Allah se darne wala hai ya nahi, to us se do chaar din</w:t>
      </w:r>
    </w:p>
    <w:p>
      <w:pPr>
        <w:jc w:val="right"/>
      </w:pPr>
      <w:r>
        <w:t>کو جاننا چاہیں کہ وہ اللہ سے ڈرنے والا ہے یا نہیں، تو اس سے دو چار دن</w:t>
      </w:r>
    </w:p>
    <w:p>
      <w:r>
        <w:rPr>
          <w:b/>
        </w:rPr>
        <w:t xml:space="preserve">[1:34:32] </w:t>
      </w:r>
      <w:r>
        <w:t>rahiye is ke sath, aap ko maloom ho jayega.</w:t>
      </w:r>
    </w:p>
    <w:p>
      <w:pPr>
        <w:jc w:val="right"/>
      </w:pPr>
      <w:r>
        <w:t>رہیے اس کے ساتھ، آپ کو معلوم ہو جائے گا۔</w:t>
      </w:r>
    </w:p>
    <w:p>
      <w:r>
        <w:rPr>
          <w:b/>
        </w:rPr>
        <w:t xml:space="preserve">[1:34:37] </w:t>
      </w:r>
      <w:r>
        <w:t>yeh chhipi hui, yeh cheez chhipi hui nahi reh sakti.</w:t>
      </w:r>
    </w:p>
    <w:p>
      <w:pPr>
        <w:jc w:val="right"/>
      </w:pPr>
      <w:r>
        <w:t>یہ چھپی ہوئی، یہ چیز چھپی ہوئی نہیں رہ سکتی۔</w:t>
      </w:r>
    </w:p>
    <w:p>
      <w:r>
        <w:rPr>
          <w:b/>
        </w:rPr>
        <w:t xml:space="preserve">[1:34:42] </w:t>
      </w:r>
      <w:r>
        <w:t>is sawal hai Mr. Khwaja Kaleemuddin se, Pennsylvania.</w:t>
      </w:r>
    </w:p>
    <w:p>
      <w:pPr>
        <w:jc w:val="right"/>
      </w:pPr>
      <w:r>
        <w:t>اس سوال ہے مسٹر خواجہ کلیم الدین سے، پنسلوینیا۔</w:t>
      </w:r>
    </w:p>
    <w:p>
      <w:r>
        <w:rPr>
          <w:b/>
        </w:rPr>
        <w:t xml:space="preserve">[1:34:47] </w:t>
      </w:r>
      <w:r>
        <w:t>Maulana Sahib, how do I convince my Christian friends</w:t>
      </w:r>
    </w:p>
    <w:p>
      <w:pPr>
        <w:jc w:val="right"/>
      </w:pPr>
      <w:r>
        <w:t>مولانا صاحب، ہاؤ ڈو آئی کنونس مائی کرسچن فرینڈز</w:t>
      </w:r>
    </w:p>
    <w:p>
      <w:r>
        <w:rPr>
          <w:b/>
        </w:rPr>
        <w:t xml:space="preserve">[1:34:52] </w:t>
      </w:r>
      <w:r>
        <w:t>that the idea of trinity is baseless even according to their scriptures? meherbani give me some references from their books. dekhiye, pehli baat to yeh hai ke yeh trinity jo in ka basic aqeedah hai, woh bible mein maujood hi nahi. jo new testament hai, us mein maujood hi nahi hai. to jab maujood hi nahi hai,</w:t>
      </w:r>
    </w:p>
    <w:p>
      <w:pPr>
        <w:jc w:val="right"/>
      </w:pPr>
      <w:r>
        <w:t>دیٹ دی آئیڈیا آف ٹرینٹی از بیس لیس ایون اکارڈنگ ٹو دیر سکرپچرز؟ مہربانی گیو می سم ریفرنسز فرام دیر بکس۔ دیکھیے، پہلی بات تو یہ ہے کہ یہ ٹرینٹی جو ان کا بیسک عقیدہ ہے، وہ بائبل میں موجود ہی نہیں۔ جو نیو ٹیسٹمنٹ ہے، اس میں موجود ہی نہیں ہے۔ تو جب موجود ہی نہیں ہے،</w:t>
      </w:r>
    </w:p>
    <w:p>
      <w:r>
        <w:rPr>
          <w:b/>
        </w:rPr>
        <w:t xml:space="preserve">[1:35:22] </w:t>
      </w:r>
      <w:r>
        <w:t>to woh interpolation hai.</w:t>
      </w:r>
    </w:p>
    <w:p>
      <w:pPr>
        <w:jc w:val="right"/>
      </w:pPr>
      <w:r>
        <w:t>تو وہ انٹرپلیشن ہے۔</w:t>
      </w:r>
    </w:p>
    <w:p>
      <w:r>
        <w:rPr>
          <w:b/>
        </w:rPr>
        <w:t xml:space="preserve">[1:35:27] </w:t>
      </w:r>
      <w:r>
        <w:t>ek padre, ek German padre ek baar mere paas aaye, maine yeh baat un se kahi ke</w:t>
      </w:r>
    </w:p>
    <w:p>
      <w:pPr>
        <w:jc w:val="right"/>
      </w:pPr>
      <w:r>
        <w:t>ایک پادری، ایک جرمن پادری ایک بار میرے پاس آئے، میں نے یہ بات ان سے کہی کہ</w:t>
      </w:r>
    </w:p>
    <w:p>
      <w:r>
        <w:rPr>
          <w:b/>
        </w:rPr>
        <w:t xml:space="preserve">[1:35:32] </w:t>
      </w:r>
      <w:r>
        <w:t>aap Trinity ko mante hain, aur Trinity to hai hi nahi aap ke New Testament mein.</w:t>
      </w:r>
    </w:p>
    <w:p>
      <w:pPr>
        <w:jc w:val="right"/>
      </w:pPr>
      <w:r>
        <w:t>آپ ٹرینٹی کو مانتے ہیں، اور ٹرینٹی تو ہے ہی نہیں آپ کے نیو ٹیسٹمنٹ میں۔</w:t>
      </w:r>
    </w:p>
    <w:p>
      <w:r>
        <w:rPr>
          <w:b/>
        </w:rPr>
        <w:t xml:space="preserve">[1:35:37] </w:t>
      </w:r>
      <w:r>
        <w:t>to unhone kaha ke hai, to maine English Bible un ko di.</w:t>
      </w:r>
    </w:p>
    <w:p>
      <w:pPr>
        <w:jc w:val="right"/>
      </w:pPr>
      <w:r>
        <w:t>تو انہوں نے کہا کہ ہے، تو میں نے انگلش بائبل ان کو دی۔</w:t>
      </w:r>
    </w:p>
    <w:p>
      <w:r>
        <w:rPr>
          <w:b/>
        </w:rPr>
        <w:t xml:space="preserve">[1:35:42] </w:t>
      </w:r>
      <w:r>
        <w:t>yani maine socha 45 minute tak ult palt karte rahe, ek ayat nahi nikal sake, aur ek</w:t>
      </w:r>
    </w:p>
    <w:p>
      <w:pPr>
        <w:jc w:val="right"/>
      </w:pPr>
      <w:r>
        <w:t>یعنی میں نے سوچا 45 منٹ تک الٹ پلٹ کرتے رہے، ایک آیت نہیں نکال سکے، اور ایک</w:t>
      </w:r>
    </w:p>
    <w:p>
      <w:r>
        <w:rPr>
          <w:b/>
        </w:rPr>
        <w:t xml:space="preserve">[1:35:47] </w:t>
      </w:r>
      <w:r>
        <w:t>aadh ayat jo batai, maine kahi to us mein Trinity kahan hai? Trinity to hai nahi is ke andar</w:t>
      </w:r>
    </w:p>
    <w:p>
      <w:pPr>
        <w:jc w:val="right"/>
      </w:pPr>
      <w:r>
        <w:t>آدھ آیت جو بتائی، میں نے کہی تو اس میں ٹرینٹی کہاں ہے؟ ٹرینٹی تو ہے نہیں اس کے اندر</w:t>
      </w:r>
    </w:p>
    <w:p>
      <w:r>
        <w:rPr>
          <w:b/>
        </w:rPr>
        <w:t xml:space="preserve">[1:35:52] </w:t>
      </w:r>
      <w:r>
        <w:t>.</w:t>
      </w:r>
    </w:p>
    <w:p>
      <w:pPr>
        <w:jc w:val="right"/>
      </w:pPr>
      <w:r>
        <w:t>۔</w:t>
      </w:r>
    </w:p>
    <w:p>
      <w:r>
        <w:rPr>
          <w:b/>
        </w:rPr>
        <w:t xml:space="preserve">[1:35:57] </w:t>
      </w:r>
      <w:r>
        <w:t>three in one, one in three jo concept hai, woh yeh is church ka hai, Bible ka nahi hai.</w:t>
      </w:r>
    </w:p>
    <w:p>
      <w:pPr>
        <w:jc w:val="right"/>
      </w:pPr>
      <w:r>
        <w:t>تھری ان ون، ون ان تھری جو کانسیپٹ ہے، وہ یہ اس چرچ کا ہے، بائبل کا نہیں ہے۔</w:t>
      </w:r>
    </w:p>
    <w:p>
      <w:r>
        <w:rPr>
          <w:b/>
        </w:rPr>
        <w:t xml:space="preserve">[1:36:03] </w:t>
      </w:r>
      <w:r>
        <w:t>pehli baat to yahi hai.</w:t>
      </w:r>
    </w:p>
    <w:p>
      <w:pPr>
        <w:jc w:val="right"/>
      </w:pPr>
      <w:r>
        <w:t>پہلی بات تو یہی ہے۔</w:t>
      </w:r>
    </w:p>
    <w:p>
      <w:r>
        <w:rPr>
          <w:b/>
        </w:rPr>
        <w:t xml:space="preserve">[1:36:08] </w:t>
      </w:r>
      <w:r>
        <w:t>پہلے یہ بتاؤ کہ وہ اس کا authenticity establish کرو New Testament سے۔</w:t>
      </w:r>
    </w:p>
    <w:p>
      <w:pPr>
        <w:jc w:val="right"/>
      </w:pPr>
      <w:r>
        <w:t>پہلے یہ بتاؤ کہ وہ اس کا اتھنٹیسٹی اسٹیبلش کرو نیو ٹیسٹمنٹ سے۔</w:t>
      </w:r>
    </w:p>
    <w:p>
      <w:r>
        <w:rPr>
          <w:b/>
        </w:rPr>
        <w:t xml:space="preserve">[1:36:13] </w:t>
      </w:r>
      <w:r>
        <w:t>جب اس کا authenticity establish نہ کر سکے، آپ تو پھر baseless ہیں۔</w:t>
      </w:r>
    </w:p>
    <w:p>
      <w:pPr>
        <w:jc w:val="right"/>
      </w:pPr>
      <w:r>
        <w:t>جب اس کا اتھنٹیسٹی اسٹیبلش نہ کر سکے، آپ تو پھر بیس لیس ہیں۔</w:t>
      </w:r>
    </w:p>
    <w:p>
      <w:r>
        <w:rPr>
          <w:b/>
        </w:rPr>
        <w:t xml:space="preserve">[1:36:18] </w:t>
      </w:r>
      <w:r>
        <w:t>woh is sawal hai</w:t>
      </w:r>
    </w:p>
    <w:p>
      <w:pPr>
        <w:jc w:val="right"/>
      </w:pPr>
      <w:r>
        <w:t>وہ اس سوال ہے</w:t>
      </w:r>
    </w:p>
    <w:p>
      <w:r>
        <w:rPr>
          <w:b/>
        </w:rPr>
        <w:t xml:space="preserve">[1:36:23] </w:t>
      </w:r>
      <w:r>
        <w:t>Mr. Shaukat Ali se, Sialkot, Pakistan. Maulana, I condemn the killing of Ahmadis in Lahore, but my sawal hai that should we not call the Ahmadis as non Muslims. if they are non Muslims, then we should allow them to spread the ambiguity about Islam. meherbani give your comments. aap aap ke kehne se woh spread kar rahe hain already.</w:t>
      </w:r>
    </w:p>
    <w:p>
      <w:pPr>
        <w:jc w:val="right"/>
      </w:pPr>
      <w:r>
        <w:t>مسٹر شوکت علی سے، سیالکوٹ، پاکستان۔ مولانا، آئی کنڈیم دا کلنگ آف احمدیز ان لاہور، بٹ مائی سوال ہے دیٹ شوڈ وی ناٹ کال دا احمدیز ایز نان مسلمز۔ اف دے آر نان مسلمز، دین وی شوڈ الاؤ دیم ٹو سپریڈ دا ایمبیگوٹی اباؤٹ اسلام۔ مہربانی گیو یور کمنٹس۔ آپ آپ کے کہنے سے وہ سپریڈ کر رہے ہیں الریڈی۔</w:t>
      </w:r>
    </w:p>
    <w:p>
      <w:r>
        <w:rPr>
          <w:b/>
        </w:rPr>
        <w:t xml:space="preserve">[1:36:53] </w:t>
      </w:r>
      <w:r>
        <w:t>yani internet mein jo website Islam ka jo word hai, unhi ko mila hua hai.</w:t>
      </w:r>
    </w:p>
    <w:p>
      <w:pPr>
        <w:jc w:val="right"/>
      </w:pPr>
      <w:r>
        <w:t>یعنی انٹرنیٹ میں جو ویب سائٹ اسلام کا جو ورڈ ہے، انہی کو ملا ہوا ہے۔</w:t>
      </w:r>
    </w:p>
    <w:p>
      <w:r>
        <w:rPr>
          <w:b/>
        </w:rPr>
        <w:t xml:space="preserve">[1:36:57] </w:t>
      </w:r>
      <w:r>
        <w:t>آپ غور کیجیے، انٹرنیشنل طور پر جو انہیں spread کرنے کا ذریعہ ہے، وہ اس پر already ان</w:t>
      </w:r>
    </w:p>
    <w:p>
      <w:pPr>
        <w:jc w:val="right"/>
      </w:pPr>
      <w:r>
        <w:t>آپ غور کیجیے، انٹرنیشنل طور پر جو ان سپریڈ کرنے کا ذریعہ ہے، وہ اس پر الریڈی ان</w:t>
      </w:r>
    </w:p>
    <w:p>
      <w:r>
        <w:rPr>
          <w:b/>
        </w:rPr>
        <w:t xml:space="preserve">[1:37:02] </w:t>
      </w:r>
      <w:r>
        <w:t>ko monopoly hasil hai.</w:t>
      </w:r>
    </w:p>
    <w:p>
      <w:pPr>
        <w:jc w:val="right"/>
      </w:pPr>
      <w:r>
        <w:t>کو مناپلی حاصل ہے۔</w:t>
      </w:r>
    </w:p>
    <w:p>
      <w:r>
        <w:rPr>
          <w:b/>
        </w:rPr>
        <w:t xml:space="preserve">[1:37:06] </w:t>
      </w:r>
      <w:r>
        <w:t>lafz Islam par monopoly hasil hai.</w:t>
      </w:r>
    </w:p>
    <w:p>
      <w:pPr>
        <w:jc w:val="right"/>
      </w:pPr>
      <w:r>
        <w:t>لفظ اسلام پر مناپلی حاصل ہے۔</w:t>
      </w:r>
    </w:p>
    <w:p>
      <w:r>
        <w:rPr>
          <w:b/>
        </w:rPr>
        <w:t xml:space="preserve">[1:37:10] </w:t>
      </w:r>
      <w:r>
        <w:t>kaise rokein ge aap? to aap marne se rok sakte hain, fatwa se rok sakte hain, aap daleel</w:t>
      </w:r>
    </w:p>
    <w:p>
      <w:pPr>
        <w:jc w:val="right"/>
      </w:pPr>
      <w:r>
        <w:t>کیسے روکیں گے آپ؟ تو آپ مارنے سے روک سکتے ہیں، فتویٰ سے روک سکتے ہیں، آپ دلیل</w:t>
      </w:r>
    </w:p>
    <w:p>
      <w:r>
        <w:rPr>
          <w:b/>
        </w:rPr>
        <w:t xml:space="preserve">[1:37:15] </w:t>
      </w:r>
      <w:r>
        <w:t>se rok sakte hain.</w:t>
      </w:r>
    </w:p>
    <w:p>
      <w:pPr>
        <w:jc w:val="right"/>
      </w:pPr>
      <w:r>
        <w:t>سے روک سکتے ہیں۔</w:t>
      </w:r>
    </w:p>
    <w:p>
      <w:r>
        <w:rPr>
          <w:b/>
        </w:rPr>
        <w:t xml:space="preserve">[1:37:19] </w:t>
      </w:r>
      <w:r>
        <w:t>دلیل سے یہ بالکل میرے نزدیک بالکل stupid کام ہے</w:t>
      </w:r>
    </w:p>
    <w:p>
      <w:pPr>
        <w:jc w:val="right"/>
      </w:pPr>
      <w:r>
        <w:t>دلیل سے یہ بالکل میرے نزدیک بالکل اسٹیپڈ کام ہے</w:t>
      </w:r>
    </w:p>
    <w:p>
      <w:r>
        <w:rPr>
          <w:b/>
        </w:rPr>
        <w:t xml:space="preserve">[1:37:23] </w:t>
      </w:r>
      <w:r>
        <w:t>ke fatwa dena aur marna aur kaatna aur jalana aur phoonkna, yeh sab bilkul is se kuch bhi</w:t>
      </w:r>
    </w:p>
    <w:p>
      <w:pPr>
        <w:jc w:val="right"/>
      </w:pPr>
      <w:r>
        <w:t>کہ فتویٰ دینا اور مارنا اور کاٹنا اور جلانا اور پھوکنا، یہ سب بالکل اس سے کچھ بھی</w:t>
      </w:r>
    </w:p>
    <w:p>
      <w:r>
        <w:rPr>
          <w:b/>
        </w:rPr>
        <w:t xml:space="preserve">[1:37:27] </w:t>
      </w:r>
      <w:r>
        <w:t>kisi ko bigadta nahi hai.</w:t>
      </w:r>
    </w:p>
    <w:p>
      <w:pPr>
        <w:jc w:val="right"/>
      </w:pPr>
      <w:r>
        <w:t>کسی کو بگڑتا نہیں ہے۔</w:t>
      </w:r>
    </w:p>
    <w:p>
      <w:r>
        <w:rPr>
          <w:b/>
        </w:rPr>
        <w:t xml:space="preserve">[1:37:30] </w:t>
      </w:r>
      <w:r>
        <w:t>aur bhi duniya ki sympathy mil jati hai is ko.</w:t>
      </w:r>
    </w:p>
    <w:p>
      <w:pPr>
        <w:jc w:val="right"/>
      </w:pPr>
      <w:r>
        <w:t>اور بھی دنیا کی سمپتھی مل جاتی ہے اس کو۔</w:t>
      </w:r>
    </w:p>
    <w:p>
      <w:r>
        <w:rPr>
          <w:b/>
        </w:rPr>
        <w:t xml:space="preserve">[1:37:33] </w:t>
      </w:r>
      <w:r>
        <w:t>duniya ki sympathy mil jati hai is ko.</w:t>
      </w:r>
    </w:p>
    <w:p>
      <w:pPr>
        <w:jc w:val="right"/>
      </w:pPr>
      <w:r>
        <w:t>دنیا کی سمپتھی مل جاتی ہے اس کو۔</w:t>
      </w:r>
    </w:p>
    <w:p>
      <w:r>
        <w:rPr>
          <w:b/>
        </w:rPr>
        <w:t xml:space="preserve">[1:37:37] </w:t>
      </w:r>
      <w:r>
        <w:t>sirf ek hi tareeqa hai ke kitab ka jawab, kitab daleel ka jawab, daleel.</w:t>
      </w:r>
    </w:p>
    <w:p>
      <w:pPr>
        <w:jc w:val="right"/>
      </w:pPr>
      <w:r>
        <w:t>صرف ایک ہی طریقہ ہے کہ کتاب کا جواب، کتاب دلیل کا جواب، دلیل۔</w:t>
      </w:r>
    </w:p>
    <w:p>
      <w:r>
        <w:rPr>
          <w:b/>
        </w:rPr>
        <w:t xml:space="preserve">[1:37:40] </w:t>
      </w:r>
      <w:r>
        <w:t>yahi ek hi tareeqa hai.</w:t>
      </w:r>
    </w:p>
    <w:p>
      <w:pPr>
        <w:jc w:val="right"/>
      </w:pPr>
      <w:r>
        <w:t>یہی ایک ہی طریقہ ہے۔</w:t>
      </w:r>
    </w:p>
    <w:p>
      <w:r>
        <w:rPr>
          <w:b/>
        </w:rPr>
        <w:t xml:space="preserve">[1:37:43] </w:t>
      </w:r>
      <w:r>
        <w:t>باقی جو مسلمانوں نے کر رکھا ہے اس وقت، وہ بالکل ہی baseless ہے، stupid ہے، اور</w:t>
      </w:r>
    </w:p>
    <w:p>
      <w:pPr>
        <w:jc w:val="right"/>
      </w:pPr>
      <w:r>
        <w:t>باقی جو مسلمانوں نے کر رکھا ہے اس وقت، وہ بالکل ہی بیس لیس ہے، اسٹیپڈ ہے، اور</w:t>
      </w:r>
    </w:p>
    <w:p>
      <w:r>
        <w:rPr>
          <w:b/>
        </w:rPr>
        <w:t xml:space="preserve">[1:37:47] </w:t>
      </w:r>
      <w:r>
        <w:t>koi result is ka nahi hai.</w:t>
      </w:r>
    </w:p>
    <w:p>
      <w:pPr>
        <w:jc w:val="right"/>
      </w:pPr>
      <w:r>
        <w:t>کوئی رزلٹ اس کا نہیں ہے۔</w:t>
      </w:r>
    </w:p>
    <w:p>
      <w:r>
        <w:rPr>
          <w:b/>
        </w:rPr>
        <w:t xml:space="preserve">[1:37:50] </w:t>
      </w:r>
      <w:r>
        <w:t>maulana, he he had asked that show</w:t>
      </w:r>
    </w:p>
    <w:p>
      <w:pPr>
        <w:jc w:val="right"/>
      </w:pPr>
      <w:r>
        <w:t>مولانا، ہی ہیڈ اسکڈ دیٹ شو</w:t>
      </w:r>
    </w:p>
    <w:p>
      <w:r>
        <w:rPr>
          <w:b/>
        </w:rPr>
        <w:t xml:space="preserve">[1:37:53] </w:t>
      </w:r>
      <w:r>
        <w:t>do we not call the ahmadiz as non muslims.</w:t>
      </w:r>
    </w:p>
    <w:p>
      <w:pPr>
        <w:jc w:val="right"/>
      </w:pPr>
      <w:r>
        <w:t>ڈ وی ناٹ کال دی احمدیز ایز نان مسلمز۔</w:t>
      </w:r>
    </w:p>
    <w:p>
      <w:r>
        <w:rPr>
          <w:b/>
        </w:rPr>
        <w:t xml:space="preserve">[1:37:58] </w:t>
      </w:r>
      <w:r>
        <w:t>aap ko kya haq hai ke Allah taala ka kya yeh jo musalman hain, so called, yeh sab</w:t>
      </w:r>
    </w:p>
    <w:p>
      <w:pPr>
        <w:jc w:val="right"/>
      </w:pPr>
      <w:r>
        <w:t>آپ کو کیا حق ہے کہ اللہ تعالیٰ کا کیا یہ جو مسلمان ہیں، سو کالڈ، یہ سب</w:t>
      </w:r>
    </w:p>
    <w:p>
      <w:r>
        <w:rPr>
          <w:b/>
        </w:rPr>
        <w:t xml:space="preserve">[1:38:03] </w:t>
      </w:r>
      <w:r>
        <w:t>yeh sab pakke muslim hain? hadithon mein sabit hai ke log phir jayenge.</w:t>
      </w:r>
    </w:p>
    <w:p>
      <w:pPr>
        <w:jc w:val="right"/>
      </w:pPr>
      <w:r>
        <w:t>یہ سب پکے مسلم ہیں؟ حدیثوں میں ثابت ہے کہ لوگ پھر جائیں گے۔</w:t>
      </w:r>
    </w:p>
    <w:p>
      <w:r>
        <w:rPr>
          <w:b/>
        </w:rPr>
        <w:t xml:space="preserve">[1:38:08] </w:t>
      </w:r>
      <w:r>
        <w:t>log hadithon mein sabit hai bilkul ke deen se phir jayenge.</w:t>
      </w:r>
    </w:p>
    <w:p>
      <w:pPr>
        <w:jc w:val="right"/>
      </w:pPr>
      <w:r>
        <w:t>لوگ حدیثوں میں ثابت ہے بالکل کہ دین سے پھر جائیں گے۔</w:t>
      </w:r>
    </w:p>
    <w:p>
      <w:r>
        <w:rPr>
          <w:b/>
        </w:rPr>
        <w:t xml:space="preserve">[1:38:13] </w:t>
      </w:r>
      <w:r>
        <w:t>log to kis ko aap? aap ke aap ke moajze ko koi musalman hoga, kisi non muslim hoga?</w:t>
      </w:r>
    </w:p>
    <w:p>
      <w:pPr>
        <w:jc w:val="right"/>
      </w:pPr>
      <w:r>
        <w:t>لوگ تو کس کو آپ؟ آپ کے آپ کے معجزے کو کوئی مسلمان ہوگا، کسی نان مسلم ہوگا؟</w:t>
      </w:r>
    </w:p>
    <w:p>
      <w:r>
        <w:rPr>
          <w:b/>
        </w:rPr>
        <w:t xml:space="preserve">[1:38:18] </w:t>
      </w:r>
      <w:r>
        <w:t>koi kis ne aap ko yeh right diya? yeh</w:t>
      </w:r>
    </w:p>
    <w:p>
      <w:pPr>
        <w:jc w:val="right"/>
      </w:pPr>
      <w:r>
        <w:t>کوئی کس نے آپ کو یہ رائٹ دیا؟ یہ</w:t>
      </w:r>
    </w:p>
    <w:p>
      <w:r>
        <w:rPr>
          <w:b/>
        </w:rPr>
        <w:t xml:space="preserve">[1:38:23] </w:t>
      </w:r>
      <w:r>
        <w:t>jo fatwa dete hain, un ko kis ne right diya hai? Quran o hadith mein to hai nahi</w:t>
      </w:r>
    </w:p>
    <w:p>
      <w:pPr>
        <w:jc w:val="right"/>
      </w:pPr>
      <w:r>
        <w:t>جو فتویٰ دیتے ہیں، ان کو کس نے رائٹ دیا ہے؟ قرآن و حدیث میں تو ہے نہیں</w:t>
      </w:r>
    </w:p>
    <w:p>
      <w:r>
        <w:rPr>
          <w:b/>
        </w:rPr>
        <w:t xml:space="preserve">[1:38:28] </w:t>
      </w:r>
      <w:r>
        <w:t>ke takfeer karo.</w:t>
      </w:r>
    </w:p>
    <w:p>
      <w:pPr>
        <w:jc w:val="right"/>
      </w:pPr>
      <w:r>
        <w:t>کہ تکفیر کرو۔</w:t>
      </w:r>
    </w:p>
    <w:p>
      <w:r>
        <w:rPr>
          <w:b/>
        </w:rPr>
        <w:t xml:space="preserve">[1:38:33] </w:t>
      </w:r>
      <w:r>
        <w:t>Quran mein nahi, hadith mein to kis ne un ko right diya hai ke woh takfeer karen kisi</w:t>
      </w:r>
    </w:p>
    <w:p>
      <w:pPr>
        <w:jc w:val="right"/>
      </w:pPr>
      <w:r>
        <w:t>قرآن میں نہیں، حدیث میں تو کس نے ان کو رائٹ دیا ہے کہ وہ تکفیر کریں کسی</w:t>
      </w:r>
    </w:p>
    <w:p>
      <w:r>
        <w:rPr>
          <w:b/>
        </w:rPr>
        <w:t xml:space="preserve">[1:38:38] </w:t>
      </w:r>
      <w:r>
        <w:t>ki? hadith mein dekhiye, saaf saaf hai: "la tarjoo ba'di kuffaranyadrib ba'dukum riqaba ba'din".</w:t>
      </w:r>
    </w:p>
    <w:p>
      <w:pPr>
        <w:jc w:val="right"/>
      </w:pPr>
      <w:r>
        <w:t>کی؟ حدیث میں دیکھیے، صاف صاف ہے: "لا ترجعوا بعدی کفارایدرب بعضکم رقاب بعض"۔</w:t>
      </w:r>
    </w:p>
    <w:p>
      <w:r>
        <w:rPr>
          <w:b/>
        </w:rPr>
        <w:t xml:space="preserve">[1:38:43] </w:t>
      </w:r>
      <w:r>
        <w:t>yeh hadith hai baqayda: "la tarjoo ba'di kuffaranyadrib ba'dukum riqaba ba'din".</w:t>
      </w:r>
    </w:p>
    <w:p>
      <w:pPr>
        <w:jc w:val="right"/>
      </w:pPr>
      <w:r>
        <w:t>یہ حدیث ہے باقاعدہ: "لا ترجعوا بعدی کفارایدرب بعضکم رقاب بعض"۔</w:t>
      </w:r>
    </w:p>
    <w:p>
      <w:r>
        <w:rPr>
          <w:b/>
        </w:rPr>
        <w:t xml:space="preserve">[1:38:48] </w:t>
      </w:r>
      <w:r>
        <w:t>mere baad tum kafir</w:t>
      </w:r>
    </w:p>
    <w:p>
      <w:pPr>
        <w:jc w:val="right"/>
      </w:pPr>
      <w:r>
        <w:t>میرے بعد تم کافر</w:t>
      </w:r>
    </w:p>
    <w:p>
      <w:r>
        <w:rPr>
          <w:b/>
        </w:rPr>
        <w:t xml:space="preserve">[1:38:53] </w:t>
      </w:r>
      <w:r>
        <w:t>na ho jana ke tum ek doosre ki gardanein maarne lago.</w:t>
      </w:r>
    </w:p>
    <w:p>
      <w:pPr>
        <w:jc w:val="right"/>
      </w:pPr>
      <w:r>
        <w:t>نہ ہو جانا کہ تم ایک دوسرے کی گردنیں مارنے لگو۔</w:t>
      </w:r>
    </w:p>
    <w:p>
      <w:r>
        <w:rPr>
          <w:b/>
        </w:rPr>
        <w:t xml:space="preserve">[1:38:57] </w:t>
      </w:r>
      <w:r>
        <w:t>to so called musalman aapas mein gardanein maar rahe hain.</w:t>
      </w:r>
    </w:p>
    <w:p>
      <w:pPr>
        <w:jc w:val="right"/>
      </w:pPr>
      <w:r>
        <w:t>تو سو کالڈ مسلمان آپس میں گردنیں مار رہے ہیں۔</w:t>
      </w:r>
    </w:p>
    <w:p>
      <w:r>
        <w:rPr>
          <w:b/>
        </w:rPr>
        <w:t xml:space="preserve">[1:39:01] </w:t>
      </w:r>
      <w:r>
        <w:t>aap dekh lijie, jo ahmadi nahi hain, woh aapas mein ek doosre ko maar rahe hain.</w:t>
      </w:r>
    </w:p>
    <w:p>
      <w:pPr>
        <w:jc w:val="right"/>
      </w:pPr>
      <w:r>
        <w:t>آپ دیکھ لیجیے، جو احمدی نہیں ہیں، وہ آپس میں ایک دوسرے کو مار رہے ہیں۔</w:t>
      </w:r>
    </w:p>
    <w:p>
      <w:r>
        <w:rPr>
          <w:b/>
        </w:rPr>
        <w:t xml:space="preserve">[1:39:05] </w:t>
      </w:r>
      <w:r>
        <w:t>to hadith ke mutabiq woh kafir ho gaye.</w:t>
      </w:r>
    </w:p>
    <w:p>
      <w:pPr>
        <w:jc w:val="right"/>
      </w:pPr>
      <w:r>
        <w:t>تو حدیث کے مطابق وہ کافر ہو گئے۔</w:t>
      </w:r>
    </w:p>
    <w:p>
      <w:r>
        <w:rPr>
          <w:b/>
        </w:rPr>
        <w:t xml:space="preserve">[1:39:08] </w:t>
      </w:r>
      <w:r>
        <w:t>to aap ka ailan karen ke woh kafir hain? woh yeh bohat bade peymane par musalman doosre musalman</w:t>
      </w:r>
    </w:p>
    <w:p>
      <w:pPr>
        <w:jc w:val="right"/>
      </w:pPr>
      <w:r>
        <w:t>تو آپ کا اعلان کریں کہ وہ کافر ہیں؟ وہ یہ بہت بڑے پیمانے پر مسلمان دوسرے مسلمان</w:t>
      </w:r>
    </w:p>
    <w:p>
      <w:r>
        <w:rPr>
          <w:b/>
        </w:rPr>
        <w:t xml:space="preserve">[1:39:12] </w:t>
      </w:r>
      <w:r>
        <w:t>ko maar raha hai.</w:t>
      </w:r>
    </w:p>
    <w:p>
      <w:pPr>
        <w:jc w:val="right"/>
      </w:pPr>
      <w:r>
        <w:t>کو مار رہا ہے۔</w:t>
      </w:r>
    </w:p>
    <w:p>
      <w:r>
        <w:rPr>
          <w:b/>
        </w:rPr>
        <w:t xml:space="preserve">[1:39:16] </w:t>
      </w:r>
      <w:r>
        <w:t>mujhe naam lene ki zaroorat nahi hai, aap jante hain kahan yeh kaam ho raha hai ke musalman</w:t>
      </w:r>
    </w:p>
    <w:p>
      <w:pPr>
        <w:jc w:val="right"/>
      </w:pPr>
      <w:r>
        <w:t>مجھے نام لینے کی ضرورت نہیں ہے، آپ جانتے ہیں کہاں یہ کام ہو رہا ہے کہ مسلمان</w:t>
      </w:r>
    </w:p>
    <w:p>
      <w:r>
        <w:rPr>
          <w:b/>
        </w:rPr>
        <w:t xml:space="preserve">[1:39:20] </w:t>
      </w:r>
      <w:r>
        <w:t>musalman ko marta hai.</w:t>
      </w:r>
    </w:p>
    <w:p>
      <w:pPr>
        <w:jc w:val="right"/>
      </w:pPr>
      <w:r>
        <w:t>مسلمان کو مارتا ہے۔</w:t>
      </w:r>
    </w:p>
    <w:p>
      <w:r>
        <w:rPr>
          <w:b/>
        </w:rPr>
        <w:t xml:space="preserve">[1:39:23] </w:t>
      </w:r>
      <w:r>
        <w:t>to kya aap kahenge ke woh kafir hain? to ahmadion ke liye le kar ke aap itna</w:t>
      </w:r>
    </w:p>
    <w:p>
      <w:pPr>
        <w:jc w:val="right"/>
      </w:pPr>
      <w:r>
        <w:t>تو کیا آپ کہیں گے کہ وہ کافر ہیں؟ تو احمدیوں کے لیے لے کر کے آپ اتنا</w:t>
      </w:r>
    </w:p>
    <w:p>
      <w:r>
        <w:rPr>
          <w:b/>
        </w:rPr>
        <w:t xml:space="preserve">[1:39:28] </w:t>
      </w:r>
      <w:r>
        <w:t>bara issue kyon banaye hue hain? un ko kyon nahin banate jo musalman, jo musalman hote hain, musalman</w:t>
      </w:r>
    </w:p>
    <w:p>
      <w:pPr>
        <w:jc w:val="right"/>
      </w:pPr>
      <w:r>
        <w:t>بڑا ایشو کیوں بنائے ہوئے ہیں؟ ان کو کیوں نہیں بناتے جو مسلمان، جو مسلمان ہوتے ہیں، مسلمان</w:t>
      </w:r>
    </w:p>
    <w:p>
      <w:r>
        <w:rPr>
          <w:b/>
        </w:rPr>
        <w:t xml:space="preserve">[1:39:32] </w:t>
      </w:r>
      <w:r>
        <w:t>ko marte hain? "la turjau ba'di kuffar ayadrib ba'dukum riqaba ba'din".</w:t>
      </w:r>
    </w:p>
    <w:p>
      <w:pPr>
        <w:jc w:val="right"/>
      </w:pPr>
      <w:r>
        <w:t>کو مارتے ہیں؟ "لا ترجعوا بعدی کفارایدرب بعضکم رقاب بعض"۔</w:t>
      </w:r>
    </w:p>
    <w:p>
      <w:r>
        <w:rPr>
          <w:b/>
        </w:rPr>
        <w:t xml:space="preserve">[1:39:36] </w:t>
      </w:r>
      <w:r>
        <w:t>saaf saaf hai ke mere baad jo log halat yeh ho jaye ke musalman musalman manne lage, woh</w:t>
      </w:r>
    </w:p>
    <w:p>
      <w:pPr>
        <w:jc w:val="right"/>
      </w:pPr>
      <w:r>
        <w:t>صاف صاف ہے کہ میرے بعد جو لوگ حالت یہ ہو جائے کہ مسلمان مسلمان ماننے لگے، وہ</w:t>
      </w:r>
    </w:p>
    <w:p>
      <w:r>
        <w:rPr>
          <w:b/>
        </w:rPr>
        <w:t xml:space="preserve">[1:39:41] </w:t>
      </w:r>
      <w:r>
        <w:t>kafir ho jayenge.</w:t>
      </w:r>
    </w:p>
    <w:p>
      <w:pPr>
        <w:jc w:val="right"/>
      </w:pPr>
      <w:r>
        <w:t>کافر ہو جائیں گے۔</w:t>
      </w:r>
    </w:p>
    <w:p>
      <w:r>
        <w:rPr>
          <w:b/>
        </w:rPr>
        <w:t xml:space="preserve">[1:39:45] </w:t>
      </w:r>
      <w:r>
        <w:t>woh yeh kafir andallah honge.</w:t>
      </w:r>
    </w:p>
    <w:p>
      <w:pPr>
        <w:jc w:val="right"/>
      </w:pPr>
      <w:r>
        <w:t>وہ یہ کافر عند اللہ ہوں گے۔</w:t>
      </w:r>
    </w:p>
    <w:p>
      <w:r>
        <w:rPr>
          <w:b/>
        </w:rPr>
        <w:t xml:space="preserve">[1:39:49] </w:t>
      </w:r>
      <w:r>
        <w:t>tab bhi aap ko haq nahin hai ke aap un ki takfeer</w:t>
      </w:r>
    </w:p>
    <w:p>
      <w:pPr>
        <w:jc w:val="right"/>
      </w:pPr>
      <w:r>
        <w:t>تب بھی آپ کو حق نہیں ہے کہ آپ ان کی تکفیر</w:t>
      </w:r>
    </w:p>
    <w:p>
      <w:r>
        <w:rPr>
          <w:b/>
        </w:rPr>
        <w:t xml:space="preserve">[1:39:54] </w:t>
      </w:r>
      <w:r>
        <w:t>karen.</w:t>
      </w:r>
    </w:p>
    <w:p>
      <w:pPr>
        <w:jc w:val="right"/>
      </w:pPr>
      <w:r>
        <w:t>کریں۔</w:t>
      </w:r>
    </w:p>
    <w:p>
      <w:r>
        <w:rPr>
          <w:b/>
        </w:rPr>
        <w:t xml:space="preserve">[1:39:58] </w:t>
      </w:r>
      <w:r>
        <w:t>allah ke nazdeek allah faisla karega un ke bare mein.</w:t>
      </w:r>
    </w:p>
    <w:p>
      <w:pPr>
        <w:jc w:val="right"/>
      </w:pPr>
      <w:r>
        <w:t>اللہ کے نزدیک اللہ فیصلہ کرے گا ان کے بارے میں۔</w:t>
      </w:r>
    </w:p>
    <w:p>
      <w:r>
        <w:rPr>
          <w:b/>
        </w:rPr>
        <w:t xml:space="preserve">[1:40:02] </w:t>
      </w:r>
      <w:r>
        <w:t>phir sawal yeh hai ke yeh sare galat kaam musalman to khud bhi karte hain, kya yeh sirf</w:t>
      </w:r>
    </w:p>
    <w:p>
      <w:pPr>
        <w:jc w:val="right"/>
      </w:pPr>
      <w:r>
        <w:t>پھر سوال یہ ہے کہ یہ سارے غلط کام مسلمان تو خود بھی کرتے ہیں، کیا یہ صرف</w:t>
      </w:r>
    </w:p>
    <w:p>
      <w:r>
        <w:rPr>
          <w:b/>
        </w:rPr>
        <w:t xml:space="preserve">[1:40:06] </w:t>
      </w:r>
      <w:r>
        <w:t>ahmadi karte hain? main ahmadion ko bilashubah galat manta hoon, main ahmadion ko sahi nahin manta, lekin lekin</w:t>
      </w:r>
    </w:p>
    <w:p>
      <w:pPr>
        <w:jc w:val="right"/>
      </w:pPr>
      <w:r>
        <w:t>احمدی کرتے ہیں؟ میں احمدیوں کو بلاشبہ غلط مانتا ہوں، میں احمدیوں کو صحیح نہیں مانتا، لیکن لیکن</w:t>
      </w:r>
    </w:p>
    <w:p>
      <w:r>
        <w:rPr>
          <w:b/>
        </w:rPr>
        <w:t xml:space="preserve">[1:40:11] </w:t>
      </w:r>
      <w:r>
        <w:t>takfeer ka haq kahan hai? aap kis ne aap ko diya? daleel se un ki baat ko galat sabit kijiye.</w:t>
      </w:r>
    </w:p>
    <w:p>
      <w:pPr>
        <w:jc w:val="right"/>
      </w:pPr>
      <w:r>
        <w:t>تکفیر کا حق کہاں ہے؟ آپ کس نے آپ کو دیا؟ دلیل سے ان کی بات کو غلط ثابت کیجیے۔</w:t>
      </w:r>
    </w:p>
    <w:p>
      <w:r>
        <w:rPr>
          <w:b/>
        </w:rPr>
        <w:t xml:space="preserve">[1:40:15] </w:t>
      </w:r>
      <w:r>
        <w:t>mere paas aate hain to main daleel se un ko galat sabit karta hoon.</w:t>
      </w:r>
    </w:p>
    <w:p>
      <w:pPr>
        <w:jc w:val="right"/>
      </w:pPr>
      <w:r>
        <w:t>میرے پاس آتے ہیں تو میں دلیل سے ان کو غلط ثابت کرتا ہوں۔</w:t>
      </w:r>
    </w:p>
    <w:p>
      <w:r>
        <w:rPr>
          <w:b/>
        </w:rPr>
        <w:t xml:space="preserve">[1:40:19] </w:t>
      </w:r>
      <w:r>
        <w:t>un ko un</w:t>
      </w:r>
    </w:p>
    <w:p>
      <w:pPr>
        <w:jc w:val="right"/>
      </w:pPr>
      <w:r>
        <w:t>ان کو ان</w:t>
      </w:r>
    </w:p>
    <w:p>
      <w:r>
        <w:rPr>
          <w:b/>
        </w:rPr>
        <w:t xml:space="preserve">[1:40:24] </w:t>
      </w:r>
      <w:r>
        <w:t>ki himmat nahin padti mere dilon ko kaatne ki.</w:t>
      </w:r>
    </w:p>
    <w:p>
      <w:pPr>
        <w:jc w:val="right"/>
      </w:pPr>
      <w:r>
        <w:t>کی ہمت نہیں پڑتی میرے دلوں کو کاٹنے کی۔</w:t>
      </w:r>
    </w:p>
    <w:p>
      <w:r>
        <w:rPr>
          <w:b/>
        </w:rPr>
        <w:t xml:space="preserve">[1:40:32] </w:t>
      </w:r>
      <w:r>
        <w:t>is sawal hai miss aisha zikwan se, new delhi.</w:t>
      </w:r>
    </w:p>
    <w:p>
      <w:pPr>
        <w:jc w:val="right"/>
      </w:pPr>
      <w:r>
        <w:t>اس سوال ہے مس عائشہ زکوان سے، نیو دہلی۔</w:t>
      </w:r>
    </w:p>
    <w:p>
      <w:r>
        <w:rPr>
          <w:b/>
        </w:rPr>
        <w:t xml:space="preserve">[1:40:40] </w:t>
      </w:r>
      <w:r>
        <w:t>مولانا، what is the formula for positive planning? مہربانی comment.</w:t>
      </w:r>
    </w:p>
    <w:p>
      <w:pPr>
        <w:jc w:val="right"/>
      </w:pPr>
      <w:r>
        <w:t>مولانا، واٹ از دا فارمولا فار پازیٹیو پلاننگ؟ مہربانی کمنٹ۔</w:t>
      </w:r>
    </w:p>
    <w:p>
      <w:r>
        <w:rPr>
          <w:b/>
        </w:rPr>
        <w:t xml:space="preserve">[1:40:48] </w:t>
      </w:r>
      <w:r>
        <w:t>bhai, positive thinking jab aayegi, tabhi to hogi positive planning.</w:t>
      </w:r>
    </w:p>
    <w:p>
      <w:pPr>
        <w:jc w:val="right"/>
      </w:pPr>
      <w:r>
        <w:t>بھئی، پازیٹیو تھنکنگ جب آئے گی، تبھی تو ہوگی پازیٹیو پلاننگ۔</w:t>
      </w:r>
    </w:p>
    <w:p>
      <w:r>
        <w:rPr>
          <w:b/>
        </w:rPr>
        <w:t xml:space="preserve">[1:40:57] </w:t>
      </w:r>
      <w:r>
        <w:t>positive planning jo hai, woh to baad ko aati hai.</w:t>
      </w:r>
    </w:p>
    <w:p>
      <w:pPr>
        <w:jc w:val="right"/>
      </w:pPr>
      <w:r>
        <w:t>پازیٹیو پلاننگ جو ہے، وہ تو بعد کو آتی ہے۔</w:t>
      </w:r>
    </w:p>
    <w:p>
      <w:r>
        <w:rPr>
          <w:b/>
        </w:rPr>
        <w:t xml:space="preserve">[1:41:03] </w:t>
      </w:r>
      <w:r>
        <w:t>pehli cheez hai positive thinking, aur positive thinking lane ke liye aadmi ko apna mercedes interspect karna padta hai.</w:t>
      </w:r>
    </w:p>
    <w:p>
      <w:pPr>
        <w:jc w:val="right"/>
      </w:pPr>
      <w:r>
        <w:t>پہلی چیز ہے پازیٹیو تھنکنگ، اور پازیٹیو تھنکنگ لانے کے لیے آدمی کو اپنا مرسیڈیز انٹرسپیکٹ کرنا پڑتا ہے۔</w:t>
      </w:r>
    </w:p>
    <w:p>
      <w:r>
        <w:rPr>
          <w:b/>
        </w:rPr>
        <w:t xml:space="preserve">[1:41:09] </w:t>
      </w:r>
      <w:r>
        <w:t>yani apne andar se sari negative item ko nikalna bahut mushkil kaam hai.</w:t>
      </w:r>
    </w:p>
    <w:p>
      <w:pPr>
        <w:jc w:val="right"/>
      </w:pPr>
      <w:r>
        <w:t>یعنی اپنے اندر سے ساری نیگیٹیو آئٹم کو نکالنا بہت مشکل کام ہے۔</w:t>
      </w:r>
    </w:p>
    <w:p>
      <w:r>
        <w:rPr>
          <w:b/>
        </w:rPr>
        <w:t xml:space="preserve">[1:41:15] </w:t>
      </w:r>
      <w:r>
        <w:t>yeh har har aadmi ke mind mein negative item bhare hue hain, us ko chun chun kar nikalna,</w:t>
      </w:r>
    </w:p>
    <w:p>
      <w:pPr>
        <w:jc w:val="right"/>
      </w:pPr>
      <w:r>
        <w:t>یہ ہر ہر آدمی کے مائنڈ میں نیگیٹیو آئٹم بھرے ہوئے ہیں، اس کو چن چن کر نکالنا،</w:t>
      </w:r>
    </w:p>
    <w:p>
      <w:r>
        <w:rPr>
          <w:b/>
        </w:rPr>
        <w:t xml:space="preserve">[1:41:21] </w:t>
      </w:r>
      <w:r>
        <w:t>yani sort out karna. jab apne</w:t>
      </w:r>
    </w:p>
    <w:p>
      <w:pPr>
        <w:jc w:val="right"/>
      </w:pPr>
      <w:r>
        <w:t>یعنی سورٹ آؤٹ کرنا۔ جب اپنے</w:t>
      </w:r>
    </w:p>
    <w:p>
      <w:r>
        <w:rPr>
          <w:b/>
        </w:rPr>
        <w:t xml:space="preserve">[1:41:27] </w:t>
      </w:r>
      <w:r>
        <w:t>apne mind ko aadmi positive bana lega, positive thinking us ke andar aa jayegi, to positive planning to bohat aasan ho jati hai. positive planning to result hai us ka. to beginning hoti hai apni negativity ko khatam karne se, us ke baad aati hai positive thinking. jab woh aa jaye to phir positive planning bilkul aasan ho jati hai. is sawal hai Mr. Rahul Bhatia se, Dubai</w:t>
      </w:r>
    </w:p>
    <w:p>
      <w:pPr>
        <w:jc w:val="right"/>
      </w:pPr>
      <w:r>
        <w:t>اپنے مائنڈ کو آدمی پازیٹیو بنا لے گا، پازیٹیو تھنکنگ اس کے اندر آ جائے گی، تو پازیٹیو پلاننگ تو بہت آسان ہو جاتی ہے۔ پازیٹیو پلاننگ تو رزلٹ ہے اس کا۔ تو بگننگ ہوتی ہے اپنی نیگیٹیوٹی کو ختم کرنے سے، اس کے بعد آتی ہے پازیٹیو تھنکنگ۔ جب وہ آ جائے تو پھر پازیٹیو پلاننگ بالکل آسان ہو جاتی ہے۔ اس سوال ہے مسٹر راہل بھاٹیا سے، دبئی</w:t>
      </w:r>
    </w:p>
    <w:p>
      <w:r>
        <w:rPr>
          <w:b/>
        </w:rPr>
        <w:t xml:space="preserve">[1:41:57] </w:t>
      </w:r>
      <w:r>
        <w:t>۔ Allah promises men large number of hoors in jannat and says that the women who was that man's wife on earth would be the head of all his hoors in jannat. now we all know that no woman would like to share her husband with another woman, but according to Allah creation plan, a woman has to deal with this not only in this world but also in jannat</w:t>
      </w:r>
    </w:p>
    <w:p>
      <w:pPr>
        <w:jc w:val="right"/>
      </w:pPr>
      <w:r>
        <w:t>۔ اللہ پرومسز مین لارج نمبر آف حورز ان جنت اینڈ سیز دیٹ دا وومن ہو واز دیٹ مینز وائف ان ارتھ وڈ بی دا ہیڈ آف آل ہز حورز ان جنت۔ ناو وی آل نو دیٹ نو وومن وڈ لائک ٹو شیئر ہر ہسبینڈ ود انادر وومن، بٹ اکارڈنگ ٹو اللہ کریشن پلان، ا وومن ہیز ٹو ڈیل ود دس ناٹ اونلی ان دس ورلڈ بٹ آل سو ان جن</w:t>
      </w:r>
    </w:p>
    <w:p>
      <w:r>
        <w:rPr>
          <w:b/>
        </w:rPr>
        <w:t xml:space="preserve">[1:42:27] </w:t>
      </w:r>
      <w:r>
        <w:t>۔ is not this unfair to women? dekhiye, yeh kahin bhi nahi hai ke ek aadmi ke paas bohat sari hoorein hongi. yeh sab afsane hain. afsane hain. yeh kisi bhi na to sahi hadith mein hai na ke Quran majeed mein hai ke ek aadmi ka hooron ki fauj hogi. aisa kuch bhi nahi hai. to mein is ko nahi manta. baqi qisse kahaniyan bohat sare hain, to qisse kahaniyon se to kuch sabit nahi hota. kuch mein to yahi</w:t>
      </w:r>
    </w:p>
    <w:p>
      <w:pPr>
        <w:jc w:val="right"/>
      </w:pPr>
      <w:r>
        <w:t>ت۔ ازنٹ دس ان فیئر ٹو وومن؟ دیکھیں، یہ کہیں بھی نہیں ہے کہ ایک آدمی کے پاس بہت ساری حوریں ہوں گی۔ یہ سب افسانے ہیں۔ افسانے ہیں۔ یہ کسی بھی نہ تو صحیح حدیث میں ہے نہ کہ قرآن مجید میں ہے کہ ایک آدمی کا حوروں کی فوج ہوگی۔ ایسا کچھ بھی نہیں ہے۔ تو میں اس کو نہیں مانتا۔ باقی قصے کہانیاں بہت سارے ہیں، تو قصے کہانیوں سے تو کچھ ثابت نہیں ہوتا۔ کچھ میں تو یہی</w:t>
      </w:r>
    </w:p>
    <w:p>
      <w:r>
        <w:rPr>
          <w:b/>
        </w:rPr>
        <w:t xml:space="preserve">[1:42:57] </w:t>
      </w:r>
      <w:r>
        <w:t>manta hoon ke ek aadmi ke sath ek biwi duniya mein honi chahiye, wahan bhi ek biwi honi chahiye. mein tadad-e-zawaj ko nahi manta, polygamy ko. woh woh woh law, woh woh hai, woh zaroorat ki shakal ke liye hai. yaani jis ko kehte hain law of necessity, yaani aisi halat mein jabke aurtein surplus ho jayen, mard kam ho jayen, to us ko aise manage karne ke liye yeh hai. polygamy</w:t>
      </w:r>
    </w:p>
    <w:p>
      <w:pPr>
        <w:jc w:val="right"/>
      </w:pPr>
      <w:r>
        <w:t>مانتا ہوں کہ ایک آدمی کے ساتھ ایک بیوی دنیا میں ہونی چاہیے، وہاں بھی ایک بیوی ہونی چاہیے۔ میں تعدد ازواج کو نہیں مانتا، پولیگامی کو۔ وہ وہ وہ لا، وہ وہ ہے، وہ ضرورت کی شکل کے لیے ہے۔ یعنی جس کو کہتے ہیں لا آف ضرورت، یعنی ایسی حالت میں جبکہ عورتیں سرپلس ہو جائیں، مرد کم ہو جائیں، تو اس کو ایسے مینج کرنے کے لیے یہ ہے۔ پولیگامی</w:t>
      </w:r>
    </w:p>
    <w:p>
      <w:r>
        <w:rPr>
          <w:b/>
        </w:rPr>
        <w:t xml:space="preserve">[1:43:27] </w:t>
      </w:r>
      <w:r>
        <w:t>koi aam qanoon nahin hai.</w:t>
      </w:r>
    </w:p>
    <w:p>
      <w:pPr>
        <w:jc w:val="right"/>
      </w:pPr>
      <w:r>
        <w:t>کوئی عام قانون نہیں ہے۔</w:t>
      </w:r>
    </w:p>
    <w:p>
      <w:r>
        <w:rPr>
          <w:b/>
        </w:rPr>
        <w:t xml:space="preserve">[1:43:32] </w:t>
      </w:r>
      <w:r>
        <w:t>to mere nazdeek dunya mein bhi ek hi aurat sahi aurat, ek hi aurat sahi hai, aakhirat mein</w:t>
      </w:r>
    </w:p>
    <w:p>
      <w:pPr>
        <w:jc w:val="right"/>
      </w:pPr>
      <w:r>
        <w:t>تو میرے نزدیک دنیا میں بھی ایک ہی عورت صحیح عورت، ایک ہی عورت صحیح ہے، آخرت میں</w:t>
      </w:r>
    </w:p>
    <w:p>
      <w:r>
        <w:rPr>
          <w:b/>
        </w:rPr>
        <w:t xml:space="preserve">[1:43:37] </w:t>
      </w:r>
      <w:r>
        <w:t>bhi ek hi aurat sahi hai.</w:t>
      </w:r>
    </w:p>
    <w:p>
      <w:pPr>
        <w:jc w:val="right"/>
      </w:pPr>
      <w:r>
        <w:t>بھی ایک ہی عورت صحیح ہے۔</w:t>
      </w:r>
    </w:p>
    <w:p>
      <w:r>
        <w:rPr>
          <w:b/>
        </w:rPr>
        <w:t xml:space="preserve">[1:43:42] </w:t>
      </w:r>
      <w:r>
        <w:t>baqi yeh jo qisse kahaniyan sunate hain hamare waldein, woh bilkul banawati kahaniyan hain, woh kahin sabit nahin hain.</w:t>
      </w:r>
    </w:p>
    <w:p>
      <w:pPr>
        <w:jc w:val="right"/>
      </w:pPr>
      <w:r>
        <w:t>باقی یہ جو قصے کہانیاں سناتے ہیں ہمارے والدین، وہ بالکل بناوٹی کہانیاں ہیں، وہ کہیں ثابت نہیں ہیں۔</w:t>
      </w:r>
    </w:p>
    <w:p>
      <w:r>
        <w:rPr>
          <w:b/>
        </w:rPr>
        <w:t xml:space="preserve">[1:43:47] </w:t>
      </w:r>
      <w:r>
        <w:t>is sawal hai miss sadia khan se, new delhi.</w:t>
      </w:r>
    </w:p>
    <w:p>
      <w:pPr>
        <w:jc w:val="right"/>
      </w:pPr>
      <w:r>
        <w:t>اس سوال ہے مس سعدیہ خان سے، نیو دہلی۔</w:t>
      </w:r>
    </w:p>
    <w:p>
      <w:r>
        <w:rPr>
          <w:b/>
        </w:rPr>
        <w:t xml:space="preserve">[1:43:52] </w:t>
      </w:r>
      <w:r>
        <w:t>Abu Bakr had to fight what is known in history as Ridda</w:t>
      </w:r>
    </w:p>
    <w:p>
      <w:pPr>
        <w:jc w:val="right"/>
      </w:pPr>
      <w:r>
        <w:t>ابوبکر ہیڈ ٹو فائٹ واٹ از نون ان ہسٹری ایز ردا</w:t>
      </w:r>
    </w:p>
    <w:p>
      <w:r>
        <w:rPr>
          <w:b/>
        </w:rPr>
        <w:t xml:space="preserve">[1:43:57] </w:t>
      </w:r>
      <w:r>
        <w:t>wars. what was the cause of these wars? war those whom Abu Bakr fought? Muslims? dekhiye, is par ek ek poora hamara woh hai article hai, maqala, woh us mein chupa hua hai Hikmat-e-Quran mein. woh ridda bola jata hai, us ko haqeeqat mein woh ridda nahi tha, woh art</w:t>
      </w:r>
    </w:p>
    <w:p>
      <w:pPr>
        <w:jc w:val="right"/>
      </w:pPr>
      <w:r>
        <w:t>وارز۔ واٹ واز دا کاز آف دیز وارز؟ وار دوز ہوم ابوبکر فاٹ؟ مسلمز؟ دیکھیں، اس پر ایک ایک پورا ہمارا وہ ہے آرٹیکل ہے، مقالہ، وہ اس میں چھپا ہوا ہے حکمت قرآن میں۔ وہ ردا بولا جاتا ہے، اس کو حقیقت میں وہ ردا نہیں تھا، وہ ارت</w:t>
      </w:r>
    </w:p>
    <w:p>
      <w:r>
        <w:rPr>
          <w:b/>
        </w:rPr>
        <w:t xml:space="preserve">[1:44:27] </w:t>
      </w:r>
      <w:r>
        <w:t>dad nahi tha, woh bagawat thi.</w:t>
      </w:r>
    </w:p>
    <w:p>
      <w:pPr>
        <w:jc w:val="right"/>
      </w:pPr>
      <w:r>
        <w:t>داد نہیں تھا، وہ بغاوت تھی۔</w:t>
      </w:r>
    </w:p>
    <w:p>
      <w:r>
        <w:rPr>
          <w:b/>
        </w:rPr>
        <w:t xml:space="preserve">[1:44:33] </w:t>
      </w:r>
      <w:r>
        <w:t>chunki qadeem zaban mein irtidad aur bagawat ke do alag alag lafz the, nahi, is wajah se woh</w:t>
      </w:r>
    </w:p>
    <w:p>
      <w:pPr>
        <w:jc w:val="right"/>
      </w:pPr>
      <w:r>
        <w:t>چونکہ قدیم زبان میں ارتداد اور بغاوت کے دو الگ الگ لفظ تھے، نہیں، اس وجہ سے وہ</w:t>
      </w:r>
    </w:p>
    <w:p>
      <w:r>
        <w:rPr>
          <w:b/>
        </w:rPr>
        <w:t xml:space="preserve">[1:44:40] </w:t>
      </w:r>
      <w:r>
        <w:t>logon ko confusion hota hai.</w:t>
      </w:r>
    </w:p>
    <w:p>
      <w:pPr>
        <w:jc w:val="right"/>
      </w:pPr>
      <w:r>
        <w:t>لوگوں کو کنفیوژن ہوتا ہے۔</w:t>
      </w:r>
    </w:p>
    <w:p>
      <w:r>
        <w:rPr>
          <w:b/>
        </w:rPr>
        <w:t xml:space="preserve">[1:44:46] </w:t>
      </w:r>
      <w:r>
        <w:t>woh woh bagawat thi, yani state se bagawat, jis ko jis ko rebellion kehte hain, woh woh is</w:t>
      </w:r>
    </w:p>
    <w:p>
      <w:pPr>
        <w:jc w:val="right"/>
      </w:pPr>
      <w:r>
        <w:t>وہ وہ بغاوت تھی، یعنی اسٹیٹ سے بغاوت، جس کو جس کو ریبیلین کہتے ہیں، وہ وہ اس</w:t>
      </w:r>
    </w:p>
    <w:p>
      <w:r>
        <w:rPr>
          <w:b/>
        </w:rPr>
        <w:t xml:space="preserve">[1:44:52] </w:t>
      </w:r>
      <w:r>
        <w:t>sense mein irtidad nahi tha jis ko aaj kal hum bolte hain irtidad.</w:t>
      </w:r>
    </w:p>
    <w:p>
      <w:pPr>
        <w:jc w:val="right"/>
      </w:pPr>
      <w:r>
        <w:t>سینس میں ارتداد نہیں تھا جس کو آج کل ہم بولتے ہیں ارتداد۔</w:t>
      </w:r>
    </w:p>
    <w:p>
      <w:r>
        <w:rPr>
          <w:b/>
        </w:rPr>
        <w:t xml:space="preserve">[1:44:58] </w:t>
      </w:r>
      <w:r>
        <w:t>toh bagawat ke liye toh har har state aisa karti hai.</w:t>
      </w:r>
    </w:p>
    <w:p>
      <w:pPr>
        <w:jc w:val="right"/>
      </w:pPr>
      <w:r>
        <w:t>تو بغاوت کے لیے تو ہر ہر اسٹیٹ ایسا کرتی ہے۔</w:t>
      </w:r>
    </w:p>
    <w:p>
      <w:r>
        <w:rPr>
          <w:b/>
        </w:rPr>
        <w:t xml:space="preserve">[1:45:04] </w:t>
      </w:r>
      <w:r>
        <w:t>kai, yani is mein toh international law ke mutabiq hai bilkul.</w:t>
      </w:r>
    </w:p>
    <w:p>
      <w:pPr>
        <w:jc w:val="right"/>
      </w:pPr>
      <w:r>
        <w:t>کئی، یعنی اس میں تو انٹرنیشنل لا کے مطابق ہے بالکل۔</w:t>
      </w:r>
    </w:p>
    <w:p>
      <w:r>
        <w:rPr>
          <w:b/>
        </w:rPr>
        <w:t xml:space="preserve">[1:45:09] </w:t>
      </w:r>
      <w:r>
        <w:t>toh unhon ne jo kiya tha, woh international law jo aaj hai, us ke mutabiq tha, woh kyunke</w:t>
      </w:r>
    </w:p>
    <w:p>
      <w:pPr>
        <w:jc w:val="right"/>
      </w:pPr>
      <w:r>
        <w:t>تو انہوں نے جو کیا تھا، وہ انٹرنیشنل لا جو آج ہے، اس کے مطابق تھا، وہ کیونکہ</w:t>
      </w:r>
    </w:p>
    <w:p>
      <w:r>
        <w:rPr>
          <w:b/>
        </w:rPr>
        <w:t xml:space="preserve">[1:45:14] </w:t>
      </w:r>
      <w:r>
        <w:t>woh bagawat ke khilaf tha, woh irtidad ke khilaf nahi tha.</w:t>
      </w:r>
    </w:p>
    <w:p>
      <w:pPr>
        <w:jc w:val="right"/>
      </w:pPr>
      <w:r>
        <w:t>وہ بغاوت کے خلاف تھا، وہ ارتداد کے خلاف نہیں تھا۔</w:t>
      </w:r>
    </w:p>
    <w:p>
      <w:r>
        <w:rPr>
          <w:b/>
        </w:rPr>
        <w:t xml:space="preserve">[1:45:19] </w:t>
      </w:r>
      <w:r>
        <w:t>woh qadeem zaban mein chunke alag alag alfaaz bahut si cheezon ke nahi the, yahan bhi nahi tha</w:t>
      </w:r>
    </w:p>
    <w:p>
      <w:pPr>
        <w:jc w:val="right"/>
      </w:pPr>
      <w:r>
        <w:t>وہ قدیم زبان میں چونکہ الگ الگ الفاظ بہت سی چیزوں کے نہیں تھے، یہاں بھی نہیں تھا</w:t>
      </w:r>
    </w:p>
    <w:p>
      <w:r>
        <w:rPr>
          <w:b/>
        </w:rPr>
        <w:t xml:space="preserve">[1:45:24] </w:t>
      </w:r>
      <w:r>
        <w:t>ke irtidad ko alag kar ke dekhna, bagawat ko alag kar ke dekhna, yeh is tarah se nahi banate the.</w:t>
      </w:r>
    </w:p>
    <w:p>
      <w:pPr>
        <w:jc w:val="right"/>
      </w:pPr>
      <w:r>
        <w:t>کہ ارتداد کو الگ کر کے دیکھنا، بغاوت کو الگ کر کے دیکھنا، یہ اس طرح سے نہیں بناتے تھے۔</w:t>
      </w:r>
    </w:p>
    <w:p>
      <w:r>
        <w:rPr>
          <w:b/>
        </w:rPr>
        <w:t xml:space="preserve">[1:45:29] </w:t>
      </w:r>
      <w:r>
        <w:t>to behrhaal meri tehqeeq ke mutabiq woh maeedah ma'ni mein irtidad nahi tha, woh state se baghavat thi. is sawal hai doctor Muhammad Qutbuddin se, New Delhi. It is said that Bible is published in the largest number in the world. Maulana, can you explain the reason behind this? haan, yeh</w:t>
      </w:r>
    </w:p>
    <w:p>
      <w:pPr>
        <w:jc w:val="right"/>
      </w:pPr>
      <w:r>
        <w:t>تو بہرحال میری تحقیق کے مطابق وہ معیدہ معنی میں ارتداد نہیں تھا، وہ اسٹیٹ سے بغاوت تھی۔ اس سوال ہے ڈاکٹر محمد قطب الدین سے، نیو دہلی۔ اٹ از سیڈ دیٹ بائبل از پبلشڈ ان دا لارجسٹ نمبر ان دا ورلڈ۔ مولانا، کین یو ایکسپلین دا ریزن بیہائنڈ دس؟ ہاں، یہ</w:t>
      </w:r>
    </w:p>
    <w:p>
      <w:r>
        <w:rPr>
          <w:b/>
        </w:rPr>
        <w:t xml:space="preserve">[1:45:59] </w:t>
      </w:r>
      <w:r>
        <w:t>ek waqia hai.</w:t>
      </w:r>
    </w:p>
    <w:p>
      <w:pPr>
        <w:jc w:val="right"/>
      </w:pPr>
      <w:r>
        <w:t>ایک واقعہ ہے۔</w:t>
      </w:r>
    </w:p>
    <w:p>
      <w:r>
        <w:rPr>
          <w:b/>
        </w:rPr>
        <w:t xml:space="preserve">[1:46:04] </w:t>
      </w:r>
      <w:r>
        <w:t>dekhiye ke isaiyon mein jo jazba hai missionary ka, woh kisi mazhab mein nahi hai, musalmanon mein bhi nahi hai.</w:t>
      </w:r>
    </w:p>
    <w:p>
      <w:pPr>
        <w:jc w:val="right"/>
      </w:pPr>
      <w:r>
        <w:t>دیکھیے کہ عیسائیوں میں جو جذبہ ہے مشنری کا، وہ کسی مذہب میں نہیں ہے، مسلمانوں میں بھی نہیں ہے۔</w:t>
      </w:r>
    </w:p>
    <w:p>
      <w:r>
        <w:rPr>
          <w:b/>
        </w:rPr>
        <w:t xml:space="preserve">[1:46:09] </w:t>
      </w:r>
      <w:r>
        <w:t>missionary spirit bahut zyada hai isaiyon mein, toh missionary spirit ki wajah se unhon ne aisa kiya ke</w:t>
      </w:r>
    </w:p>
    <w:p>
      <w:pPr>
        <w:jc w:val="right"/>
      </w:pPr>
      <w:r>
        <w:t>مشنری اسپرٹ بہت زیادہ ہے عیسائیوں میں، تو مشنری اسپرٹ کی وجہ سے انہوں نے ایسا کیا کہ</w:t>
      </w:r>
    </w:p>
    <w:p>
      <w:r>
        <w:rPr>
          <w:b/>
        </w:rPr>
        <w:t xml:space="preserve">[1:46:14] </w:t>
      </w:r>
      <w:r>
        <w:t>bible ko har zaban mein tarjuma kar dala hai.</w:t>
      </w:r>
    </w:p>
    <w:p>
      <w:pPr>
        <w:jc w:val="right"/>
      </w:pPr>
      <w:r>
        <w:t>بائبل کو ہر زبان میں ترجمہ کر ڈالا ہے۔</w:t>
      </w:r>
    </w:p>
    <w:p>
      <w:r>
        <w:rPr>
          <w:b/>
        </w:rPr>
        <w:t xml:space="preserve">[1:46:19] </w:t>
      </w:r>
      <w:r>
        <w:t>unhon ne aur bahut acha aap ko bantate hain.</w:t>
      </w:r>
    </w:p>
    <w:p>
      <w:pPr>
        <w:jc w:val="right"/>
      </w:pPr>
      <w:r>
        <w:t>انہوں نے اور بہت اچھا آپ کو بانٹتے ہیں۔</w:t>
      </w:r>
    </w:p>
    <w:p>
      <w:r>
        <w:rPr>
          <w:b/>
        </w:rPr>
        <w:t xml:space="preserve">[1:46:24] </w:t>
      </w:r>
      <w:r>
        <w:t>aap safar karein toh har hotel mein rakha rahega, har</w:t>
      </w:r>
    </w:p>
    <w:p>
      <w:pPr>
        <w:jc w:val="right"/>
      </w:pPr>
      <w:r>
        <w:t>آپ سفر کریں تو ہر ہوٹل میں رکھا رہے گا، ہر</w:t>
      </w:r>
    </w:p>
    <w:p>
      <w:r>
        <w:rPr>
          <w:b/>
        </w:rPr>
        <w:t xml:space="preserve">[1:46:29] </w:t>
      </w:r>
      <w:r>
        <w:t>jagah milega aap ko bible.</w:t>
      </w:r>
    </w:p>
    <w:p>
      <w:pPr>
        <w:jc w:val="right"/>
      </w:pPr>
      <w:r>
        <w:t>جگہ ملے گا آپ کو بائبل۔</w:t>
      </w:r>
    </w:p>
    <w:p>
      <w:r>
        <w:rPr>
          <w:b/>
        </w:rPr>
        <w:t xml:space="preserve">[1:46:34] </w:t>
      </w:r>
      <w:r>
        <w:t>toh main ne is par socha ke aakhir kyun musalmanon mein woh spirit kyun nahi jo ke isaiyon</w:t>
      </w:r>
    </w:p>
    <w:p>
      <w:pPr>
        <w:jc w:val="right"/>
      </w:pPr>
      <w:r>
        <w:t>تو میں نے اس پر سوچا کہ آخر کیوں مسلمانوں میں وہ اسپرٹ کیوں نہیں جو کہ عیسائیوں</w:t>
      </w:r>
    </w:p>
    <w:p>
      <w:r>
        <w:rPr>
          <w:b/>
        </w:rPr>
        <w:t xml:space="preserve">[1:46:38] </w:t>
      </w:r>
      <w:r>
        <w:t>mein hai? woh toh main ne socha ke yeh yeh spirit musalmanon se ghayab hui hai, woh baad</w:t>
      </w:r>
    </w:p>
    <w:p>
      <w:pPr>
        <w:jc w:val="right"/>
      </w:pPr>
      <w:r>
        <w:t>میں ہے؟ وہ تو میں نے سوچا کہ یہ یہ اسپرٹ مسلمانوں سے غائب ہوئی ہے، وہ بعد</w:t>
      </w:r>
    </w:p>
    <w:p>
      <w:r>
        <w:rPr>
          <w:b/>
        </w:rPr>
        <w:t xml:space="preserve">[1:46:42] </w:t>
      </w:r>
      <w:r>
        <w:t>ke daur mein, maki daur mein.</w:t>
      </w:r>
    </w:p>
    <w:p>
      <w:pPr>
        <w:jc w:val="right"/>
      </w:pPr>
      <w:r>
        <w:t>کے دور میں، مکی دور میں۔</w:t>
      </w:r>
    </w:p>
    <w:p>
      <w:r>
        <w:rPr>
          <w:b/>
        </w:rPr>
        <w:t xml:space="preserve">[1:46:47] </w:t>
      </w:r>
      <w:r>
        <w:t>toh har musalman jo hai, missionary bana hua tha.</w:t>
      </w:r>
    </w:p>
    <w:p>
      <w:pPr>
        <w:jc w:val="right"/>
      </w:pPr>
      <w:r>
        <w:t>تو ہر مسلمان جو ہے، مشنری بنا ہوا تھا۔</w:t>
      </w:r>
    </w:p>
    <w:p>
      <w:r>
        <w:rPr>
          <w:b/>
        </w:rPr>
        <w:t xml:space="preserve">[1:46:51] </w:t>
      </w:r>
      <w:r>
        <w:t>maki daur mein jo tha, har musalman missionary bana hua tha.</w:t>
      </w:r>
    </w:p>
    <w:p>
      <w:pPr>
        <w:jc w:val="right"/>
      </w:pPr>
      <w:r>
        <w:t>مکی دور میں جو تھا، ہر مسلمان مشنری بنا ہوا تھا۔</w:t>
      </w:r>
    </w:p>
    <w:p>
      <w:r>
        <w:rPr>
          <w:b/>
        </w:rPr>
        <w:t xml:space="preserve">[1:46:55] </w:t>
      </w:r>
      <w:r>
        <w:t>lekin baad ko jab hukumat ban gayi toh ab hukumat ki</w:t>
      </w:r>
    </w:p>
    <w:p>
      <w:pPr>
        <w:jc w:val="right"/>
      </w:pPr>
      <w:r>
        <w:t>لیکن بعد کو جب حکومت بن گئی تو اب حکومت کی</w:t>
      </w:r>
    </w:p>
    <w:p>
      <w:r>
        <w:rPr>
          <w:b/>
        </w:rPr>
        <w:t xml:space="preserve">[1:47:00] </w:t>
      </w:r>
      <w:r>
        <w:t>sargarmiyan shuru ho gayin aur phir empire ban gaya.</w:t>
      </w:r>
    </w:p>
    <w:p>
      <w:pPr>
        <w:jc w:val="right"/>
      </w:pPr>
      <w:r>
        <w:t>سرگرمیاں شروع ہوگئیں اور پھر ایمپائر بن گیا۔</w:t>
      </w:r>
    </w:p>
    <w:p>
      <w:r>
        <w:rPr>
          <w:b/>
        </w:rPr>
        <w:t xml:space="preserve">[1:47:04] </w:t>
      </w:r>
      <w:r>
        <w:t>to is tarah se musalmanon mein woh cheez baad ko develop nahi ho saki, woh spirit missionary is</w:t>
      </w:r>
    </w:p>
    <w:p>
      <w:pPr>
        <w:jc w:val="right"/>
      </w:pPr>
      <w:r>
        <w:t>تو اس طرح سے مسلمانوں میں وہ چیز بعد کو ڈویلپ نہیں ہو سکی، وہ اسپرٹ مشنری اس</w:t>
      </w:r>
    </w:p>
    <w:p>
      <w:r>
        <w:rPr>
          <w:b/>
        </w:rPr>
        <w:t xml:space="preserve">[1:47:08] </w:t>
      </w:r>
      <w:r>
        <w:t>mein baad ko develop nahi ho saki.</w:t>
      </w:r>
    </w:p>
    <w:p>
      <w:pPr>
        <w:jc w:val="right"/>
      </w:pPr>
      <w:r>
        <w:t>میں بعد کو ڈویلپ نہیں ہو سکی۔</w:t>
      </w:r>
    </w:p>
    <w:p>
      <w:r>
        <w:rPr>
          <w:b/>
        </w:rPr>
        <w:t xml:space="preserve">[1:47:13] </w:t>
      </w:r>
      <w:r>
        <w:t>acha, wahan kya hai? wahan koi bhi empire bana hi nahi.</w:t>
      </w:r>
    </w:p>
    <w:p>
      <w:pPr>
        <w:jc w:val="right"/>
      </w:pPr>
      <w:r>
        <w:t>اچھا، وہاں کیا ہے؟ وہاں کوئی بھی ایمپائر بنا ہی نہیں۔</w:t>
      </w:r>
    </w:p>
    <w:p>
      <w:r>
        <w:rPr>
          <w:b/>
        </w:rPr>
        <w:t xml:space="preserve">[1:47:17] </w:t>
      </w:r>
      <w:r>
        <w:t>hazrat masih jo hai, un ko unhon ne soli pe charhane ki koshish ki aur thode se log</w:t>
      </w:r>
    </w:p>
    <w:p>
      <w:pPr>
        <w:jc w:val="right"/>
      </w:pPr>
      <w:r>
        <w:t>حضرت مسیح جو ہے، ان کو انہوں نے سولی پہ چڑھانے کی کوشش کی اور تھوڑے سے لوگ</w:t>
      </w:r>
    </w:p>
    <w:p>
      <w:r>
        <w:rPr>
          <w:b/>
        </w:rPr>
        <w:t xml:space="preserve">[1:47:21] </w:t>
      </w:r>
      <w:r>
        <w:t>the us waqt, to woh koi un ke paas koi bara yani group nahi tha, na koi state thi.</w:t>
      </w:r>
    </w:p>
    <w:p>
      <w:pPr>
        <w:jc w:val="right"/>
      </w:pPr>
      <w:r>
        <w:t>تھے اس وقت، تو وہ کوئی ان کے پاس کوئی بڑا یعنی گروپ نہیں تھا، نہ کوئی اسٹیٹ تھی۔</w:t>
      </w:r>
    </w:p>
    <w:p>
      <w:r>
        <w:rPr>
          <w:b/>
        </w:rPr>
        <w:t xml:space="preserve">[1:47:26] </w:t>
      </w:r>
      <w:r>
        <w:t>to un ke haan yeh</w:t>
      </w:r>
    </w:p>
    <w:p>
      <w:pPr>
        <w:jc w:val="right"/>
      </w:pPr>
      <w:r>
        <w:t>تو ان کے ہاں یہ</w:t>
      </w:r>
    </w:p>
    <w:p>
      <w:r>
        <w:rPr>
          <w:b/>
        </w:rPr>
        <w:t xml:space="preserve">[1:47:30] </w:t>
      </w:r>
      <w:r>
        <w:t>dusra phase aaya hi nahi.</w:t>
      </w:r>
    </w:p>
    <w:p>
      <w:pPr>
        <w:jc w:val="right"/>
      </w:pPr>
      <w:r>
        <w:t>دوسرا فیز آیا ہی نہیں۔</w:t>
      </w:r>
    </w:p>
    <w:p>
      <w:r>
        <w:rPr>
          <w:b/>
        </w:rPr>
        <w:t xml:space="preserve">[1:47:34] </w:t>
      </w:r>
      <w:r>
        <w:t>yani pehle bhi dawat thi, baad ko bhi dawat thi.</w:t>
      </w:r>
    </w:p>
    <w:p>
      <w:pPr>
        <w:jc w:val="right"/>
      </w:pPr>
      <w:r>
        <w:t>یعنی پہلے بھی دعوت تھی، بعد کو بھی دعوت تھی۔</w:t>
      </w:r>
    </w:p>
    <w:p>
      <w:r>
        <w:rPr>
          <w:b/>
        </w:rPr>
        <w:t xml:space="preserve">[1:47:39] </w:t>
      </w:r>
      <w:r>
        <w:t>musalmanon mein maki daur mein dawat thi aur baad ko siyasat aa gayi.</w:t>
      </w:r>
    </w:p>
    <w:p>
      <w:pPr>
        <w:jc w:val="right"/>
      </w:pPr>
      <w:r>
        <w:t>مسلمانوں میں مکی دور میں دعوت تھی اور بعد کو سیاست آگئی۔</w:t>
      </w:r>
    </w:p>
    <w:p>
      <w:r>
        <w:rPr>
          <w:b/>
        </w:rPr>
        <w:t xml:space="preserve">[1:47:43] </w:t>
      </w:r>
      <w:r>
        <w:t>is wajah se musalmanon mein yani missionary spirit ka zyada development nahi ho saka baad ke zamane mein.</w:t>
      </w:r>
    </w:p>
    <w:p>
      <w:pPr>
        <w:jc w:val="right"/>
      </w:pPr>
      <w:r>
        <w:t>اس وجہ سے مسلمانوں میں یعنی مشنری اسپرٹ کا زیادہ ڈویلپمنٹ نہیں ہو سکا بعد کے زمانے میں۔</w:t>
      </w:r>
    </w:p>
    <w:p>
      <w:r>
        <w:rPr>
          <w:b/>
        </w:rPr>
        <w:t xml:space="preserve">[1:47:47] </w:t>
      </w:r>
      <w:r>
        <w:t>ab tak is ka asar hum dekh rahe hain.</w:t>
      </w:r>
    </w:p>
    <w:p>
      <w:pPr>
        <w:jc w:val="right"/>
      </w:pPr>
      <w:r>
        <w:t>اب تک اس کا اثر ہم دیکھ رہے ہیں۔</w:t>
      </w:r>
    </w:p>
    <w:p>
      <w:r>
        <w:rPr>
          <w:b/>
        </w:rPr>
        <w:t xml:space="preserve">[1:47:52] </w:t>
      </w:r>
      <w:r>
        <w:t>to musalmanon ne jo zyada bharosa kiya, woh political expansion par bharosa kiya.</w:t>
      </w:r>
    </w:p>
    <w:p>
      <w:pPr>
        <w:jc w:val="right"/>
      </w:pPr>
      <w:r>
        <w:t>تو مسلمانوں نے جو زیادہ بھروسہ کیا، وہ پولیٹیکل ایکسپینشن پر بھروسہ کیا۔</w:t>
      </w:r>
    </w:p>
    <w:p>
      <w:r>
        <w:rPr>
          <w:b/>
        </w:rPr>
        <w:t xml:space="preserve">[1:47:56] </w:t>
      </w:r>
      <w:r>
        <w:t>baad ki jo taqreeban hazar saal</w:t>
      </w:r>
    </w:p>
    <w:p>
      <w:pPr>
        <w:jc w:val="right"/>
      </w:pPr>
      <w:r>
        <w:t>بعد کی جو تقریباً ہزار سال</w:t>
      </w:r>
    </w:p>
    <w:p>
      <w:r>
        <w:rPr>
          <w:b/>
        </w:rPr>
        <w:t xml:space="preserve">[1:48:00] </w:t>
      </w:r>
      <w:r>
        <w:t>jo tareekh hai, baad ki is mein yani halaat ke nateejay mein aisa hua ke logon ne political</w:t>
      </w:r>
    </w:p>
    <w:p>
      <w:pPr>
        <w:jc w:val="right"/>
      </w:pPr>
      <w:r>
        <w:t>جو تاریخ ہے، بعد کی اس میں یعنی حالات کے نتیجے میں ایسا ہوا کہ لوگوں نے پولیٹیکل</w:t>
      </w:r>
    </w:p>
    <w:p>
      <w:r>
        <w:rPr>
          <w:b/>
        </w:rPr>
        <w:t xml:space="preserve">[1:48:05] </w:t>
      </w:r>
      <w:r>
        <w:t>expansion ko sab se bari cheez samajh liya aur isaiyon ke paas kuch tha nahi aisa.</w:t>
      </w:r>
    </w:p>
    <w:p>
      <w:pPr>
        <w:jc w:val="right"/>
      </w:pPr>
      <w:r>
        <w:t>ایکسپینشن کو سب سے بڑی چیز سمجھ لیا اور عیسائیوں کے پاس کچھ تھا نہیں ایسا۔</w:t>
      </w:r>
    </w:p>
    <w:p>
      <w:r>
        <w:rPr>
          <w:b/>
        </w:rPr>
        <w:t xml:space="preserve">[1:48:10] </w:t>
      </w:r>
      <w:r>
        <w:t>to unhon ne religious expansion ko sab se bari cheez samjha.</w:t>
      </w:r>
    </w:p>
    <w:p>
      <w:pPr>
        <w:jc w:val="right"/>
      </w:pPr>
      <w:r>
        <w:t>تو انہوں نے ریلیجیس ایکسپینشن کو سب سے بڑی چیز سمجھا۔</w:t>
      </w:r>
    </w:p>
    <w:p>
      <w:r>
        <w:rPr>
          <w:b/>
        </w:rPr>
        <w:t xml:space="preserve">[1:48:15] </w:t>
      </w:r>
      <w:r>
        <w:t>to woh lage rahe, lage rahe isi mein apni religious expansion mein aur musalman lage rahe political expansion mein.</w:t>
      </w:r>
    </w:p>
    <w:p>
      <w:pPr>
        <w:jc w:val="right"/>
      </w:pPr>
      <w:r>
        <w:t>تو وہ لگے رہے، لگے رہے اسی میں اپنی ریلیجیس ایکسپینشن میں اور مسلمان لگے رہے پولیٹیکل ایکسپینشن میں۔</w:t>
      </w:r>
    </w:p>
    <w:p>
      <w:r>
        <w:rPr>
          <w:b/>
        </w:rPr>
        <w:t xml:space="preserve">[1:48:20] </w:t>
      </w:r>
      <w:r>
        <w:t>yeh baad ka zahira hai.</w:t>
      </w:r>
    </w:p>
    <w:p>
      <w:pPr>
        <w:jc w:val="right"/>
      </w:pPr>
      <w:r>
        <w:t>یہ بعد کا ظاہرہ ہے۔</w:t>
      </w:r>
    </w:p>
    <w:p>
      <w:r>
        <w:rPr>
          <w:b/>
        </w:rPr>
        <w:t xml:space="preserve">[1:48:25] </w:t>
      </w:r>
      <w:r>
        <w:t>agar maki daur hi chalta rehta baad ko, yani wahan par state na banti</w:t>
      </w:r>
    </w:p>
    <w:p>
      <w:pPr>
        <w:jc w:val="right"/>
      </w:pPr>
      <w:r>
        <w:t>اگر مکی دور ہی چلتا رہتا بعد کو، یعنی وہاں پر اسٹیٹ نہ بنتی</w:t>
      </w:r>
    </w:p>
    <w:p>
      <w:r>
        <w:rPr>
          <w:b/>
        </w:rPr>
        <w:t xml:space="preserve">[1:48:30] </w:t>
      </w:r>
      <w:r>
        <w:t>to is musalmanon mein bhi aise hi hota. main samajhta hoon ke aisa insan baad ko paida hona chahiye tha jo is is is trend ko badalta aur phir isi Makki trend par lata. woh Umar bin Abdul Aziz ghaleban aisa chahte the. un ka ek qaul hai ke ba'sa hadiyan la jabien Rasool Allah ke bare mein unhon ne kaha hai ke woh bheje gaye the jabien, text wasool</w:t>
      </w:r>
    </w:p>
    <w:p>
      <w:pPr>
        <w:jc w:val="right"/>
      </w:pPr>
      <w:r>
        <w:t>تو اس مسلمانوں میں بھی ایسے ہی ہوتا۔ میں سمجھتا ہوں کہ ایسا انسان بعد کو پیدا ہونا چاہیے تھا جو اس اس اس ٹرینڈ کو بدلتا اور پھر اسی مکی ٹرینڈ پر لاتا۔ وہ عمر بن عبدالعزیز غالباً ایسا چاہتے تھے۔ ان کا ایک قول ہے کہ بعثہ ہادیاً لا جابین رسول اللہ کے بارے میں انہوں نے کہا ہے کہ وہ بھیجے گئے تھے جابین، ٹیکسٹ وصول</w:t>
      </w:r>
    </w:p>
    <w:p>
      <w:r>
        <w:rPr>
          <w:b/>
        </w:rPr>
        <w:t xml:space="preserve">[1:49:00] </w:t>
      </w:r>
      <w:r>
        <w:t>karne wale nahi balkay yani hadi bana kar ke, daai o boliyo bana kar ke.</w:t>
      </w:r>
    </w:p>
    <w:p>
      <w:pPr>
        <w:jc w:val="right"/>
      </w:pPr>
      <w:r>
        <w:t>کرنے والے نہیں بلکہ یعنی ہادی بنا کر کے، داعی و بولیو بنا کر کے۔</w:t>
      </w:r>
    </w:p>
    <w:p>
      <w:r>
        <w:rPr>
          <w:b/>
        </w:rPr>
        <w:t xml:space="preserve">[1:49:05] </w:t>
      </w:r>
      <w:r>
        <w:t>yeh lekin Hazrat Umar bin Abdul Aziz ko bohat kam mauqa mila, taqreeban dhai saal hain.</w:t>
      </w:r>
    </w:p>
    <w:p>
      <w:pPr>
        <w:jc w:val="right"/>
      </w:pPr>
      <w:r>
        <w:t>یہ لیکن حضرت عمر بن عبدالعزیز کو بہت کم موقع ملا، تقریباً ڈھائی سال ہیں۔</w:t>
      </w:r>
    </w:p>
    <w:p>
      <w:r>
        <w:rPr>
          <w:b/>
        </w:rPr>
        <w:t xml:space="preserve">[1:49:10] </w:t>
      </w:r>
      <w:r>
        <w:t>saal to do baray kaam jo woh karna chahte thay, woh reh gaye.</w:t>
      </w:r>
    </w:p>
    <w:p>
      <w:pPr>
        <w:jc w:val="right"/>
      </w:pPr>
      <w:r>
        <w:t>سال تو دو بڑے کام جو وہ کرنا چاہتے تھے، وہ رہ گئے۔</w:t>
      </w:r>
    </w:p>
    <w:p>
      <w:r>
        <w:rPr>
          <w:b/>
        </w:rPr>
        <w:t xml:space="preserve">[1:49:15] </w:t>
      </w:r>
      <w:r>
        <w:t>ek to hadith ki tadween, hadith ki tadween.</w:t>
      </w:r>
    </w:p>
    <w:p>
      <w:pPr>
        <w:jc w:val="right"/>
      </w:pPr>
      <w:r>
        <w:t>ایک تو حدیث کی تدوین، حدیث کی تدوین۔</w:t>
      </w:r>
    </w:p>
    <w:p>
      <w:r>
        <w:rPr>
          <w:b/>
        </w:rPr>
        <w:t xml:space="preserve">[1:49:20] </w:t>
      </w:r>
      <w:r>
        <w:t>dusra ek ke yani musalmanon ki patri ko dobara dawat par le aana.</w:t>
      </w:r>
    </w:p>
    <w:p>
      <w:pPr>
        <w:jc w:val="right"/>
      </w:pPr>
      <w:r>
        <w:t>دوسرا ایک کہ یعنی مسلمانوں کی پٹری کو دوبارہ دعوت پر لے آنا۔</w:t>
      </w:r>
    </w:p>
    <w:p>
      <w:r>
        <w:rPr>
          <w:b/>
        </w:rPr>
        <w:t xml:space="preserve">[1:49:25] </w:t>
      </w:r>
      <w:r>
        <w:t>yani patri jo hai, dawat se shuru</w:t>
      </w:r>
    </w:p>
    <w:p>
      <w:pPr>
        <w:jc w:val="right"/>
      </w:pPr>
      <w:r>
        <w:t>یعنی پٹری جو ہے، دعوت سے شروع</w:t>
      </w:r>
    </w:p>
    <w:p>
      <w:r>
        <w:rPr>
          <w:b/>
        </w:rPr>
        <w:t xml:space="preserve">[1:49:30] </w:t>
      </w:r>
      <w:r>
        <w:t>hui makki mein, is ke baad woh sahil par chali gayi.</w:t>
      </w:r>
    </w:p>
    <w:p>
      <w:pPr>
        <w:jc w:val="right"/>
      </w:pPr>
      <w:r>
        <w:t>ہوئی مکی میں، اس کے بعد وہ ساحل پر چلی گئی۔</w:t>
      </w:r>
    </w:p>
    <w:p>
      <w:r>
        <w:rPr>
          <w:b/>
        </w:rPr>
        <w:t xml:space="preserve">[1:49:35] </w:t>
      </w:r>
      <w:r>
        <w:t>sahil par woh dobara lana chahte thay dawat ke upar.</w:t>
      </w:r>
    </w:p>
    <w:p>
      <w:pPr>
        <w:jc w:val="right"/>
      </w:pPr>
      <w:r>
        <w:t>ساحل پر وہ دوبارہ لانا چاہتے تھے دعوت کے اوپر۔</w:t>
      </w:r>
    </w:p>
    <w:p>
      <w:r>
        <w:rPr>
          <w:b/>
        </w:rPr>
        <w:t xml:space="preserve">[1:49:41] </w:t>
      </w:r>
      <w:r>
        <w:t>yeh is ka yani un ke is se is ka saboot milta hai.</w:t>
      </w:r>
    </w:p>
    <w:p>
      <w:pPr>
        <w:jc w:val="right"/>
      </w:pPr>
      <w:r>
        <w:t>یہ اس کا یعنی ان کے اس سے اس کا ثبوت ملتا ہے۔</w:t>
      </w:r>
    </w:p>
    <w:p>
      <w:r>
        <w:rPr>
          <w:b/>
        </w:rPr>
        <w:t xml:space="preserve">[1:49:46] </w:t>
      </w:r>
      <w:r>
        <w:t>lekin sirf dhai saal mile un ko aur dhai saal mein bohat mukhalifaton ka un ka samna karna</w:t>
      </w:r>
    </w:p>
    <w:p>
      <w:pPr>
        <w:jc w:val="right"/>
      </w:pPr>
      <w:r>
        <w:t>لیکن صرف ڈھائی سال ملے ان کو اور ڈھائی سال میں بہت مخالفتوں کا ان کا سامنا کرنا</w:t>
      </w:r>
    </w:p>
    <w:p>
      <w:r>
        <w:rPr>
          <w:b/>
        </w:rPr>
        <w:t xml:space="preserve">[1:49:51] </w:t>
      </w:r>
      <w:r>
        <w:t>para kyunke banu umiya se un ka bar bar woh woh hua takrao hua, yani mukhtalif masail par.</w:t>
      </w:r>
    </w:p>
    <w:p>
      <w:pPr>
        <w:jc w:val="right"/>
      </w:pPr>
      <w:r>
        <w:t>پڑا کیونکہ بنو امیہ سے ان کا بار بار وہ وہ ہوا ٹکراؤ ہوا، یعنی مختلف مسائل پر۔</w:t>
      </w:r>
    </w:p>
    <w:p>
      <w:r>
        <w:rPr>
          <w:b/>
        </w:rPr>
        <w:t xml:space="preserve">[1:49:56] </w:t>
      </w:r>
      <w:r>
        <w:t>to agar hazrat umar bin abdul aziz lambi muddat tak zinda rehte to</w:t>
      </w:r>
    </w:p>
    <w:p>
      <w:pPr>
        <w:jc w:val="right"/>
      </w:pPr>
      <w:r>
        <w:t>تو اگر حضرت عمر بن عبدالعزیز لمبی مدت تک زندہ رہتے تو</w:t>
      </w:r>
    </w:p>
    <w:p>
      <w:r>
        <w:rPr>
          <w:b/>
        </w:rPr>
        <w:t xml:space="preserve">[1:50:01] </w:t>
      </w:r>
      <w:r>
        <w:t>mujhe yaqeen hai ke woh phir se late isi patri par, makki wali patri par ke log dawat</w:t>
      </w:r>
    </w:p>
    <w:p>
      <w:pPr>
        <w:jc w:val="right"/>
      </w:pPr>
      <w:r>
        <w:t>مجھے یقین ہے کہ وہ پھر سے لاتے اسی پٹری پر، مکی والی پٹری پر کہ لوگ دعوت</w:t>
      </w:r>
    </w:p>
    <w:p>
      <w:r>
        <w:rPr>
          <w:b/>
        </w:rPr>
        <w:t xml:space="preserve">[1:50:06] </w:t>
      </w:r>
      <w:r>
        <w:t>aur tablegh aur is mein sari taqat lagayen apna.</w:t>
      </w:r>
    </w:p>
    <w:p>
      <w:pPr>
        <w:jc w:val="right"/>
      </w:pPr>
      <w:r>
        <w:t>اور تبلیغ اور اس میں ساری طاقت لگائیں اپنا۔</w:t>
      </w:r>
    </w:p>
    <w:p>
      <w:r>
        <w:rPr>
          <w:b/>
        </w:rPr>
        <w:t xml:space="preserve">[1:50:11] </w:t>
      </w:r>
      <w:r>
        <w:t>lekin aisa nahi ho saka to phir woh sahil ki patri par daudti rahi, aaj tak daud rahi</w:t>
      </w:r>
    </w:p>
    <w:p>
      <w:pPr>
        <w:jc w:val="right"/>
      </w:pPr>
      <w:r>
        <w:t>لیکن ایسا نہیں ہو سکا تو پھر وہ ساحل کی پٹری پر دوڑتی رہی، آج تک دوڑ رہی</w:t>
      </w:r>
    </w:p>
    <w:p>
      <w:r>
        <w:rPr>
          <w:b/>
        </w:rPr>
        <w:t xml:space="preserve">[1:50:16] </w:t>
      </w:r>
      <w:r>
        <w:t>hai isi par.</w:t>
      </w:r>
    </w:p>
    <w:p>
      <w:pPr>
        <w:jc w:val="right"/>
      </w:pPr>
      <w:r>
        <w:t>ہے اسی پر۔</w:t>
      </w:r>
    </w:p>
    <w:p>
      <w:r>
        <w:rPr>
          <w:b/>
        </w:rPr>
        <w:t xml:space="preserve">[1:50:21] </w:t>
      </w:r>
      <w:r>
        <w:t>yeh hai farq.</w:t>
      </w:r>
    </w:p>
    <w:p>
      <w:pPr>
        <w:jc w:val="right"/>
      </w:pPr>
      <w:r>
        <w:t>یہ ہے فرق۔</w:t>
      </w:r>
    </w:p>
    <w:p>
      <w:r>
        <w:rPr>
          <w:b/>
        </w:rPr>
        <w:t xml:space="preserve">[1:50:26] </w:t>
      </w:r>
      <w:r>
        <w:t>is sawal hai miss naghma siddiqui se, new delhi</w:t>
      </w:r>
    </w:p>
    <w:p>
      <w:pPr>
        <w:jc w:val="right"/>
      </w:pPr>
      <w:r>
        <w:t>اس سوال ہے مس نغمہ صدیقی سے، نیو دہلی</w:t>
      </w:r>
    </w:p>
    <w:p>
      <w:r>
        <w:rPr>
          <w:b/>
        </w:rPr>
        <w:t xml:space="preserve">[1:50:31] </w:t>
      </w:r>
      <w:r>
        <w:t>—</w:t>
      </w:r>
    </w:p>
    <w:p>
      <w:pPr>
        <w:jc w:val="right"/>
      </w:pPr>
      <w:r>
        <w:t>۔</w:t>
      </w:r>
    </w:p>
    <w:p>
      <w:r>
        <w:rPr>
          <w:b/>
        </w:rPr>
        <w:t xml:space="preserve">[1:50:34] </w:t>
      </w:r>
      <w:r>
        <w:t>Maulana, please tell us about the art of conversion.</w:t>
      </w:r>
    </w:p>
    <w:p>
      <w:pPr>
        <w:jc w:val="right"/>
      </w:pPr>
      <w:r>
        <w:t>مولانا، پلیز ٹیل اس اباؤٹ دی آرٹ آف کنورژن۔</w:t>
      </w:r>
    </w:p>
    <w:p>
      <w:r>
        <w:rPr>
          <w:b/>
        </w:rPr>
        <w:t xml:space="preserve">[1:50:38] </w:t>
      </w:r>
      <w:r>
        <w:t>bhai, dekhen, in sab cheezon ka taluq soch se hai.</w:t>
      </w:r>
    </w:p>
    <w:p>
      <w:pPr>
        <w:jc w:val="right"/>
      </w:pPr>
      <w:r>
        <w:t>بھائی، دیکھیں، ان سب چیزوں کا تعلق سوچ سے ہے۔</w:t>
      </w:r>
    </w:p>
    <w:p>
      <w:r>
        <w:rPr>
          <w:b/>
        </w:rPr>
        <w:t xml:space="preserve">[1:50:42] </w:t>
      </w:r>
      <w:r>
        <w:t>میں سوچتا ہوں تو مجھے لگتا ہے کہ art of conversion جو ہے، یہ universal law ہے۔</w:t>
      </w:r>
    </w:p>
    <w:p>
      <w:pPr>
        <w:jc w:val="right"/>
      </w:pPr>
      <w:r>
        <w:t>میں سوچتا ہوں تو مجھے لگتا ہے کہ آرٹ آف کنورژن جو ہے، یہ یونیورسل لا ہے۔</w:t>
      </w:r>
    </w:p>
    <w:p>
      <w:r>
        <w:rPr>
          <w:b/>
        </w:rPr>
        <w:t xml:space="preserve">[1:50:46] </w:t>
      </w:r>
      <w:r>
        <w:t>ساری universe میں conversion تو ہو رہا ہے۔</w:t>
      </w:r>
    </w:p>
    <w:p>
      <w:pPr>
        <w:jc w:val="right"/>
      </w:pPr>
      <w:r>
        <w:t>ساری یونیورس میں کنورژن تو ہو رہا ہے۔</w:t>
      </w:r>
    </w:p>
    <w:p>
      <w:r>
        <w:rPr>
          <w:b/>
        </w:rPr>
        <w:t xml:space="preserve">[1:50:50] </w:t>
      </w:r>
      <w:r>
        <w:t>سورج ki roshni jo hai, woh conversion ke zariye roshni banti hai.</w:t>
      </w:r>
    </w:p>
    <w:p>
      <w:pPr>
        <w:jc w:val="right"/>
      </w:pPr>
      <w:r>
        <w:t>سورج کی روشنی جو ہے، وہ کنورژن کے ذریعے روشنی بنتی ہے۔</w:t>
      </w:r>
    </w:p>
    <w:p>
      <w:r>
        <w:rPr>
          <w:b/>
        </w:rPr>
        <w:t xml:space="preserve">[1:50:53] </w:t>
      </w:r>
      <w:r>
        <w:t>darakht conversion ke zariye darakht banta hai.</w:t>
      </w:r>
    </w:p>
    <w:p>
      <w:pPr>
        <w:jc w:val="right"/>
      </w:pPr>
      <w:r>
        <w:t>درخت کنورژن کے ذریعے درخت بنتا ہے۔</w:t>
      </w:r>
    </w:p>
    <w:p>
      <w:r>
        <w:rPr>
          <w:b/>
        </w:rPr>
        <w:t xml:space="preserve">[1:50:57] </w:t>
      </w:r>
      <w:r>
        <w:t>دودھ گائے کے پیٹ میں conversion کے ذریعے دودھ بن</w:t>
      </w:r>
    </w:p>
    <w:p>
      <w:pPr>
        <w:jc w:val="right"/>
      </w:pPr>
      <w:r>
        <w:t>دودھ گائے کے پیٹ میں کنورژن کے ذریعے دودھ بن</w:t>
      </w:r>
    </w:p>
    <w:p>
      <w:r>
        <w:rPr>
          <w:b/>
        </w:rPr>
        <w:t xml:space="preserve">[1:51:01] </w:t>
      </w:r>
      <w:r>
        <w:t>ta hai.</w:t>
      </w:r>
    </w:p>
    <w:p>
      <w:pPr>
        <w:jc w:val="right"/>
      </w:pPr>
      <w:r>
        <w:t>تا ہے۔</w:t>
      </w:r>
    </w:p>
    <w:p>
      <w:r>
        <w:rPr>
          <w:b/>
        </w:rPr>
        <w:t xml:space="preserve">[1:51:06] </w:t>
      </w:r>
      <w:r>
        <w:t>sab kuch, sab kuch, sab kuch.</w:t>
      </w:r>
    </w:p>
    <w:p>
      <w:pPr>
        <w:jc w:val="right"/>
      </w:pPr>
      <w:r>
        <w:t>سب کچھ، سب کچھ، سب کچھ۔</w:t>
      </w:r>
    </w:p>
    <w:p>
      <w:r>
        <w:rPr>
          <w:b/>
        </w:rPr>
        <w:t xml:space="preserve">[1:51:11] </w:t>
      </w:r>
      <w:r>
        <w:t>تو وہی ہمیں کرنا ہے اپنے mind میں، یعنی negativity کو positivity میں بدلنا۔</w:t>
      </w:r>
    </w:p>
    <w:p>
      <w:pPr>
        <w:jc w:val="right"/>
      </w:pPr>
      <w:r>
        <w:t>تو وہی ہمیں کرنا ہے اپنے مائنڈ میں، یعنی نیگیٹیوٹی کو پازیٹیوٹی میں بدلنا۔</w:t>
      </w:r>
    </w:p>
    <w:p>
      <w:r>
        <w:rPr>
          <w:b/>
        </w:rPr>
        <w:t xml:space="preserve">[1:51:16] </w:t>
      </w:r>
      <w:r>
        <w:t>تو یہ تو universal law ہے کہ چیزیں کنورٹ ہو کر کے ایک سے دوسرے میں تبدیل ہو رہی ہیں۔</w:t>
      </w:r>
    </w:p>
    <w:p>
      <w:pPr>
        <w:jc w:val="right"/>
      </w:pPr>
      <w:r>
        <w:t>تو یہ تو یونیورسل لا ہے کہ چیزیں کنورٹ ہو کر کے ایک سے دوسرے میں تبدیل ہو رہی ہیں۔</w:t>
      </w:r>
    </w:p>
    <w:p>
      <w:r>
        <w:rPr>
          <w:b/>
        </w:rPr>
        <w:t xml:space="preserve">[1:51:21] </w:t>
      </w:r>
      <w:r>
        <w:t>تو ہمیں بھی وہی کرنا ہے کہ ہم negativity کو positivity میں بدلیں۔</w:t>
      </w:r>
    </w:p>
    <w:p>
      <w:pPr>
        <w:jc w:val="right"/>
      </w:pPr>
      <w:r>
        <w:t>تو ہمیں بھی وہی کرنا ہے کہ ہم نیگیٹیوٹی کو پازیٹیوٹی میں بدلیں۔</w:t>
      </w:r>
    </w:p>
    <w:p>
      <w:r>
        <w:rPr>
          <w:b/>
        </w:rPr>
        <w:t xml:space="preserve">[1:51:26] </w:t>
      </w:r>
      <w:r>
        <w:t>ab yeh soch, is ka koi yani koi sakht aur fast rule nahi hai, sirf soch</w:t>
      </w:r>
    </w:p>
    <w:p>
      <w:pPr>
        <w:jc w:val="right"/>
      </w:pPr>
      <w:r>
        <w:t>اب یہ سوچ، اس کا کوئی یعنی کوئی سخت اور فاسٹ رول نہیں ہے، صرف سوچ</w:t>
      </w:r>
    </w:p>
    <w:p>
      <w:r>
        <w:rPr>
          <w:b/>
        </w:rPr>
        <w:t xml:space="preserve">[1:51:31] </w:t>
      </w:r>
      <w:r>
        <w:t>munhasir hai. aap sochenge, introspection karenge, har cheez ko ko yaani yeh aadat dalenge, har cheez ko woh karna, assess karna, har cheez ko examine karna, is ki aadat dalenge to apne aap ke israel develop kar jayega. is sawal hai Mr. Rahul Bhatia se, Dubai.</w:t>
      </w:r>
    </w:p>
    <w:p>
      <w:pPr>
        <w:jc w:val="right"/>
      </w:pPr>
      <w:r>
        <w:t>منحصر ہے۔ آپ سوچیں گے، انٹروسپیکشن کریں گے، ہر چیز کو کو یعنی یہ عادت ڈالیں گے، ہر چیز کو وہ کرنا، اسس کرنا، ہر چیز کو ایگزیمن کرنا، اس کی عادت ڈالیں گے تو اپنے آپ کے اسرائیل ڈویلپ کر جائے گی۔ اس سوال ہے مسٹر راہل بھاٹیا سے، دبئی۔</w:t>
      </w:r>
    </w:p>
    <w:p>
      <w:r>
        <w:rPr>
          <w:b/>
        </w:rPr>
        <w:t xml:space="preserve">[1:52:01] </w:t>
      </w:r>
      <w:r>
        <w:t>مولانا صاحب، do you mean to say that the Quran doesn't mention about the existence of houris in</w:t>
      </w:r>
    </w:p>
    <w:p>
      <w:pPr>
        <w:jc w:val="right"/>
      </w:pPr>
      <w:r>
        <w:t>مولانا صاحب، ڈو یو مین ٹو سی دیٹ دا قرآن ڈزنٹ مینشن اباؤٹ دا ایگزسٹنس آف حورز ان</w:t>
      </w:r>
    </w:p>
    <w:p>
      <w:r>
        <w:rPr>
          <w:b/>
        </w:rPr>
        <w:t xml:space="preserve">[1:52:06] </w:t>
      </w:r>
      <w:r>
        <w:t>jannat? jahan tak maine parha hai, quran mein hooron ka zikr maujood hai, is ko explain karen.</w:t>
      </w:r>
    </w:p>
    <w:p>
      <w:pPr>
        <w:jc w:val="right"/>
      </w:pPr>
      <w:r>
        <w:t>جنت؟ جہاں تک میں نے پڑھا ہے، قرآن میں حوروں کا ذکر موجود ہے، اس کو ایکسپلین کریں۔</w:t>
      </w:r>
    </w:p>
    <w:p>
      <w:r>
        <w:rPr>
          <w:b/>
        </w:rPr>
        <w:t xml:space="preserve">[1:52:10] </w:t>
      </w:r>
      <w:r>
        <w:t>nahi, maine yeh nahi kaha quran mein hooron ka zikr nahi hai.</w:t>
      </w:r>
    </w:p>
    <w:p>
      <w:pPr>
        <w:jc w:val="right"/>
      </w:pPr>
      <w:r>
        <w:t>نہیں، میں نے یہ نہیں کہا قرآن میں حوروں کا ذکر نہیں ہے۔</w:t>
      </w:r>
    </w:p>
    <w:p>
      <w:r>
        <w:rPr>
          <w:b/>
        </w:rPr>
        <w:t xml:space="preserve">[1:52:15] </w:t>
      </w:r>
      <w:r>
        <w:t>maine yeh kaha bar bar ke ek aadmi ke sath bohat sari hooron ki fauj hogi, yeh</w:t>
      </w:r>
    </w:p>
    <w:p>
      <w:pPr>
        <w:jc w:val="right"/>
      </w:pPr>
      <w:r>
        <w:t>میں نے یہ کہا بار بار کہ ایک آدمی کے ساتھ بہت ساری حوروں کی فوج ہوگی، یہ</w:t>
      </w:r>
    </w:p>
    <w:p>
      <w:r>
        <w:rPr>
          <w:b/>
        </w:rPr>
        <w:t xml:space="preserve">[1:52:19] </w:t>
      </w:r>
      <w:r>
        <w:t>maine kaha.</w:t>
      </w:r>
    </w:p>
    <w:p>
      <w:pPr>
        <w:jc w:val="right"/>
      </w:pPr>
      <w:r>
        <w:t>میں نے کہا۔</w:t>
      </w:r>
    </w:p>
    <w:p>
      <w:r>
        <w:rPr>
          <w:b/>
        </w:rPr>
        <w:t xml:space="preserve">[1:52:24] </w:t>
      </w:r>
      <w:r>
        <w:t>yeh maine nahi kaha quran mein hoor ka zikr nahi hai.</w:t>
      </w:r>
    </w:p>
    <w:p>
      <w:pPr>
        <w:jc w:val="right"/>
      </w:pPr>
      <w:r>
        <w:t>یہ میں نے نہیں کہا قرآن میں حور کا ذکر نہیں ہے۔</w:t>
      </w:r>
    </w:p>
    <w:p>
      <w:r>
        <w:rPr>
          <w:b/>
        </w:rPr>
        <w:t xml:space="preserve">[1:52:28] </w:t>
      </w:r>
      <w:r>
        <w:t>hooron quran majeed mein hai.</w:t>
      </w:r>
    </w:p>
    <w:p>
      <w:pPr>
        <w:jc w:val="right"/>
      </w:pPr>
      <w:r>
        <w:t>حورونین قرآن مجید میں ہے۔</w:t>
      </w:r>
    </w:p>
    <w:p>
      <w:r>
        <w:rPr>
          <w:b/>
        </w:rPr>
        <w:t xml:space="preserve">[1:52:33] </w:t>
      </w:r>
      <w:r>
        <w:t>to phir se main kahunga ke yeh jo concept hai ke har aadmi ke paas jo jannat</w:t>
      </w:r>
    </w:p>
    <w:p>
      <w:pPr>
        <w:jc w:val="right"/>
      </w:pPr>
      <w:r>
        <w:t>تو پھر سے میں کہوں گا کہ یہ جو کانسیپٹ ہے کہ ہر آدمی کے پاس جو جنت</w:t>
      </w:r>
    </w:p>
    <w:p>
      <w:r>
        <w:rPr>
          <w:b/>
        </w:rPr>
        <w:t xml:space="preserve">[1:52:39] </w:t>
      </w:r>
      <w:r>
        <w:t>mein jayega to hooron ki ek fauj hogi, yeh main is ko quran o hadith mein nahi pata.</w:t>
      </w:r>
    </w:p>
    <w:p>
      <w:pPr>
        <w:jc w:val="right"/>
      </w:pPr>
      <w:r>
        <w:t>میں جائے گا تو حوروں کی ایک فوج ہوگی، یہ میں اس کو قرآن و حدیث میں نہیں پاتا۔</w:t>
      </w:r>
    </w:p>
    <w:p>
      <w:r>
        <w:rPr>
          <w:b/>
        </w:rPr>
        <w:t xml:space="preserve">[1:52:45] </w:t>
      </w:r>
      <w:r>
        <w:t>baqi yeh to sahi hai ke har aadmi ko hoor milegi aur hoor ke maane hote hain</w:t>
      </w:r>
    </w:p>
    <w:p>
      <w:pPr>
        <w:jc w:val="right"/>
      </w:pPr>
      <w:r>
        <w:t>باقی یہ تو صحیح ہے کہ ہر آدمی کو حور ملے گی اور حور کے معنی ہوتے ہیں</w:t>
      </w:r>
    </w:p>
    <w:p>
      <w:r>
        <w:rPr>
          <w:b/>
        </w:rPr>
        <w:t xml:space="preserve">[1:52:51] </w:t>
      </w:r>
      <w:r>
        <w:t>yani badi badi aankhon wali, yani beautiful samajh lijiye aap.</w:t>
      </w:r>
    </w:p>
    <w:p>
      <w:pPr>
        <w:jc w:val="right"/>
      </w:pPr>
      <w:r>
        <w:t>یعنی بڑی بڑی آنکھوں والی، یعنی بیوٹی فل سمجھ لیجئے آپ۔</w:t>
      </w:r>
    </w:p>
    <w:p>
      <w:r>
        <w:rPr>
          <w:b/>
        </w:rPr>
        <w:t xml:space="preserve">[1:52:57] </w:t>
      </w:r>
      <w:r>
        <w:t>to beautiful women bhi beautiful pair diya jayega to bilkul sahi hai yeh.</w:t>
      </w:r>
    </w:p>
    <w:p>
      <w:pPr>
        <w:jc w:val="right"/>
      </w:pPr>
      <w:r>
        <w:t>تو بیوٹی فل ویمن بھی بیوٹی فل پیئر دیا جائے گا تو بالکل صحیح ہے یہ۔</w:t>
      </w:r>
    </w:p>
    <w:p>
      <w:r>
        <w:rPr>
          <w:b/>
        </w:rPr>
        <w:t xml:space="preserve">[1:53:03] </w:t>
      </w:r>
      <w:r>
        <w:t>ab is ki kya shakal hogi, is ka hum detail nahi jante, lekin jahan tak main samajhta hoon ke aisa nahi, koi aur karkhana hai, is mein bana bana ke supply ki jayengi hoorain. yahi khawateen jo hain, in ko beautify kar diya jayega. wahan pe divine parlor hoga. yahan jo parlor hai, woh to main is ko parlor nahi manta, woh to yaani bilkul woh aurat ko ugly banata hai, ugly ugly, beautify nahi karta. yaani beauty parlor</w:t>
      </w:r>
    </w:p>
    <w:p>
      <w:pPr>
        <w:jc w:val="right"/>
      </w:pPr>
      <w:r>
        <w:t>اب اس کی کیا شکل ہوگی، اس کا ہم ڈیٹیل نہیں جانتے، لیکن جہاں تک میں سمجھتا ہوں کہ ایسا نہیں، کوئی اور کارخانہ ہے، اس میں بنا بنا کے سپلائی کی جائیں گی حوریں۔ یہی خواتین جو ہیں، ان کو بیوٹی فائی کر دیا جائے گا۔ وہاں پہ ڈیوائن پارلر ہوگا۔ یہاں جو پارلر ہے، وہ تو میں اس کو پارلر نہیں مانتا، وہ تو یعنی بالکل وہ عورت کو اگلی بناتا ہے، اگلی یو جی ایل وائی، بیوٹی فائی نہیں کرتا۔ یعنی بیوٹی پارلر</w:t>
      </w:r>
    </w:p>
    <w:p>
      <w:r>
        <w:rPr>
          <w:b/>
        </w:rPr>
        <w:t xml:space="preserve">[1:53:33] </w:t>
      </w:r>
      <w:r>
        <w:t>nahi, woh agli parlor hota hai, lekin jo divine parlor hoga, wahan woh sach much beautify karega.</w:t>
      </w:r>
    </w:p>
    <w:p>
      <w:pPr>
        <w:jc w:val="right"/>
      </w:pPr>
      <w:r>
        <w:t>نہیں، وہ اگلی پارلر ہوتا ہے، لیکن جو ڈیوائن پارلر ہوگا، وہاں وہ سچ مچ بیوٹی فائی کرے گا۔</w:t>
      </w:r>
    </w:p>
    <w:p>
      <w:r>
        <w:rPr>
          <w:b/>
        </w:rPr>
        <w:t xml:space="preserve">[1:53:38] </w:t>
      </w:r>
      <w:r>
        <w:t>to main ab meri samajh mein baat nahi aati, koi karkhana hai Allah taala ke haan, is mein</w:t>
      </w:r>
    </w:p>
    <w:p>
      <w:pPr>
        <w:jc w:val="right"/>
      </w:pPr>
      <w:r>
        <w:t>تو میں اب میری سمجھ میں بات نہیں آتی، کوئی کارخانہ ہے اللہ تعالیٰ کے ہاں، اس میں</w:t>
      </w:r>
    </w:p>
    <w:p>
      <w:r>
        <w:rPr>
          <w:b/>
        </w:rPr>
        <w:t xml:space="preserve">[1:53:42] </w:t>
      </w:r>
      <w:r>
        <w:t>hoor bana bana ke bheji jayengi, aisa koi meri samajh mein nahi aata.</w:t>
      </w:r>
    </w:p>
    <w:p>
      <w:pPr>
        <w:jc w:val="right"/>
      </w:pPr>
      <w:r>
        <w:t>حور بنا بنا کے بھیجی جائیں گی، ایسا کوئی میری سمجھ میں نہیں آتا۔</w:t>
      </w:r>
    </w:p>
    <w:p>
      <w:r>
        <w:rPr>
          <w:b/>
        </w:rPr>
        <w:t xml:space="preserve">[1:53:46] </w:t>
      </w:r>
      <w:r>
        <w:t>yeh kahin likha hua nahi hai.</w:t>
      </w:r>
    </w:p>
    <w:p>
      <w:pPr>
        <w:jc w:val="right"/>
      </w:pPr>
      <w:r>
        <w:t>یہ کہیں لکھا ہوا نہیں ہے۔</w:t>
      </w:r>
    </w:p>
    <w:p>
      <w:r>
        <w:rPr>
          <w:b/>
        </w:rPr>
        <w:t xml:space="preserve">[1:53:51] </w:t>
      </w:r>
      <w:r>
        <w:t>yeh hi khawateen jo hain, yeh hi khawateen ko Allah taala ko beautify kar diya jayega, woh hoor</w:t>
      </w:r>
    </w:p>
    <w:p>
      <w:pPr>
        <w:jc w:val="right"/>
      </w:pPr>
      <w:r>
        <w:t>یہی خواتین جو ہیں، یہی خواتین کو اللہ تعالیٰ کو بیوٹی فائی کر دیا جائے گا، وہ حور</w:t>
      </w:r>
    </w:p>
    <w:p>
      <w:r>
        <w:rPr>
          <w:b/>
        </w:rPr>
        <w:t xml:space="preserve">[1:53:55] </w:t>
      </w:r>
      <w:r>
        <w:t>ban jayengi aur boodhi nahi hongi, woh hamesha young age mein rahengi.</w:t>
      </w:r>
    </w:p>
    <w:p>
      <w:pPr>
        <w:jc w:val="right"/>
      </w:pPr>
      <w:r>
        <w:t>بن جائیں گی اور بوڑھی نہیں ہوں گی، وہ ہمیشہینگ ایج میں رہیں گی۔</w:t>
      </w:r>
    </w:p>
    <w:p>
      <w:r>
        <w:rPr>
          <w:b/>
        </w:rPr>
        <w:t xml:space="preserve">[1:54:00] </w:t>
      </w:r>
      <w:r>
        <w:t>yeh hi sab hai.</w:t>
      </w:r>
    </w:p>
    <w:p>
      <w:pPr>
        <w:jc w:val="right"/>
      </w:pPr>
      <w:r>
        <w:t>یہی سب ہے۔</w:t>
      </w:r>
    </w:p>
    <w:p>
      <w:r>
        <w:rPr>
          <w:b/>
        </w:rPr>
        <w:t xml:space="preserve">[1:54:04] </w:t>
      </w:r>
      <w:r>
        <w:t>yeh koi matlab, koi mysterious cheez nahi hai. yeh mysterious bana diya kahaniyon ne, bohat si kahaniyan, yaani hazaron nahi, lakhon kahaniyan banayi gayi hain. mawzu'aat is ko kehte hain mawzu'aat. to is mein, is mein jayega to woh to jangal hai, woh is jangal ko nahi manta. Okay, we now end the session, we first.</w:t>
      </w:r>
    </w:p>
    <w:p>
      <w:pPr>
        <w:jc w:val="right"/>
      </w:pPr>
      <w:r>
        <w:t>یہ کوئی مطلب، کوئی مسٹیریس چیز نہیں ہے۔ یہ مسٹیریس بنا دیا کہانیوں نے، بہت سی کہانیاں، یعنی ہزاروں نہیں، لاکھوں کہانیاں بنائی گئی ہیں۔ موضوعات اس کو کہتے ہیں موضوعات۔ تو اس میں، اس میں جائے گا تو وہ تو جنگل ہے، وہ اس جنگل کو نہیں مانتا۔ اوکے، وی ناو اینڈ دا سیشن، وی فرسٹ۔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