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Opportunities of the Modern Age | March 05, 2017</w:t>
      </w:r>
    </w:p>
    <w:p>
      <w:r>
        <w:t>https://www.youtube.com/watch?v=Cv8QEwvQ_fY</w:t>
      </w:r>
    </w:p>
    <w:p>
      <w:r>
        <w:rPr>
          <w:b/>
        </w:rPr>
        <w:t xml:space="preserve">[00:13] </w:t>
      </w:r>
      <w:r>
        <w:t>wa sallim Allah ala nabiyyil kareem rab ishrah li sadri wa yassir li amri wah lul uqdatan min lisani yafqahu qawli</w:t>
      </w:r>
    </w:p>
    <w:p>
      <w:pPr>
        <w:jc w:val="right"/>
      </w:pPr>
      <w:r>
        <w:t>وَسَلِّمْ اللّٰهُ عَلَى النَّبِيِّ الْكَرِيمِ رب اشرح لی صدری ویسر لی امری واحل العقدۃ من لسانی یفقہ قولی</w:t>
      </w:r>
    </w:p>
    <w:p>
      <w:r>
        <w:rPr>
          <w:b/>
        </w:rPr>
        <w:t xml:space="preserve">[00:28] </w:t>
      </w:r>
      <w:r>
        <w:t>paanch March do hazar satrah</w:t>
      </w:r>
    </w:p>
    <w:p>
      <w:pPr>
        <w:jc w:val="right"/>
      </w:pPr>
      <w:r>
        <w:t>پانچ مارچ دو ہزار سترہ</w:t>
      </w:r>
    </w:p>
    <w:p>
      <w:r>
        <w:rPr>
          <w:b/>
        </w:rPr>
        <w:t xml:space="preserve">[00:43] </w:t>
      </w:r>
      <w:r>
        <w:t>is waqt mere haath mein aaj ka akhbar yani paanch March ka akhbar times of India hai is</w:t>
      </w:r>
    </w:p>
    <w:p>
      <w:pPr>
        <w:jc w:val="right"/>
      </w:pPr>
      <w:r>
        <w:t>اس وقت میرے ہاتھ میں آج کا اخبار یعنی پانچ مارچ کا اخبار ٹائمز آف انڈیا ہے اس</w:t>
      </w:r>
    </w:p>
    <w:p>
      <w:r>
        <w:rPr>
          <w:b/>
        </w:rPr>
        <w:t xml:space="preserve">[01:00] </w:t>
      </w:r>
      <w:r>
        <w:t>mein ek news hai ke Syed Shahabuddin sahib ki death ho gayi woh</w:t>
      </w:r>
    </w:p>
    <w:p>
      <w:pPr>
        <w:jc w:val="right"/>
      </w:pPr>
      <w:r>
        <w:t>میں ایک نیوز ہے کہ سید شہاب الدین صاحب کی ڈیتھ ہو گئی وہ</w:t>
      </w:r>
    </w:p>
    <w:p>
      <w:r>
        <w:rPr>
          <w:b/>
        </w:rPr>
        <w:t xml:space="preserve">[01:17] </w:t>
      </w:r>
      <w:r>
        <w:t>bahut mashhoor the apne profession mein parliament ke bhi kai baar member bane bahut zabardast speaker the woh</w:t>
      </w:r>
    </w:p>
    <w:p>
      <w:pPr>
        <w:jc w:val="right"/>
      </w:pPr>
      <w:r>
        <w:t>بہت مشہور تھے اپنے پروفیشن میں پارلیمنٹ کے بھی کئی بار ممبر بنے بہت زبردست اسپیکر تھے وہ</w:t>
      </w:r>
    </w:p>
    <w:p>
      <w:r>
        <w:rPr>
          <w:b/>
        </w:rPr>
        <w:t xml:space="preserve">[01:27] </w:t>
      </w:r>
      <w:r>
        <w:t>bahut achhi English thi un ki to is mein jo lafz istemal kiya un ke bare mein reporter</w:t>
      </w:r>
    </w:p>
    <w:p>
      <w:pPr>
        <w:jc w:val="right"/>
      </w:pPr>
      <w:r>
        <w:t>بہت اچھی انگلش تھی ان کی تو اس میں جو لفظ استعمال کیا ان کے بارے میں رپورٹر</w:t>
      </w:r>
    </w:p>
    <w:p>
      <w:r>
        <w:rPr>
          <w:b/>
        </w:rPr>
        <w:t xml:space="preserve">[01:37] </w:t>
      </w:r>
      <w:r>
        <w:t>ne woh hai Muslim rights ke Muslim community ke rights ke karo</w:t>
      </w:r>
    </w:p>
    <w:p>
      <w:pPr>
        <w:jc w:val="right"/>
      </w:pPr>
      <w:r>
        <w:t>نے وہ ہے مسلم رائٹس کے مسلم کمیونٹی کے رائٹس کے کرو</w:t>
      </w:r>
    </w:p>
    <w:p>
      <w:r>
        <w:rPr>
          <w:b/>
        </w:rPr>
        <w:t xml:space="preserve">[01:47] </w:t>
      </w:r>
      <w:r>
        <w:t>ceder musalmanon ke jo huqooq hain is ka jhanda uthane wale maslan Babri Masjid ka masla Shah Bani</w:t>
      </w:r>
    </w:p>
    <w:p>
      <w:pPr>
        <w:jc w:val="right"/>
      </w:pPr>
      <w:r>
        <w:t>سیڈر مسلمانوں کے جو حقوق ہیں اس کا جھنڈا اٹھانے والے مثلاً بابری مسجد کا مسئلہ شاہ بانی</w:t>
      </w:r>
    </w:p>
    <w:p>
      <w:r>
        <w:rPr>
          <w:b/>
        </w:rPr>
        <w:t xml:space="preserve">[02:02] </w:t>
      </w:r>
      <w:r>
        <w:t>ka masla Muslim personal law ka masla hatta ke bahar Bosnia waghera ke masail bhi to woh in sab ko</w:t>
      </w:r>
    </w:p>
    <w:p>
      <w:pPr>
        <w:jc w:val="right"/>
      </w:pPr>
      <w:r>
        <w:t>کا مسئلہ مسلم پرسنل لا کا مسئلہ حتیٰ کہ باہر بوسنیا وغیرہ کے مسائل بھی تو وہ ان سب کو</w:t>
      </w:r>
    </w:p>
    <w:p>
      <w:r>
        <w:rPr>
          <w:b/>
        </w:rPr>
        <w:t xml:space="preserve">[02:17] </w:t>
      </w:r>
      <w:r>
        <w:t>le kar bahut bolte the likhte the unhon ne apna ek magazine nikala Muslim India jo.</w:t>
      </w:r>
    </w:p>
    <w:p>
      <w:pPr>
        <w:jc w:val="right"/>
      </w:pPr>
      <w:r>
        <w:t>لے کر بہت بولتے تھے لکھتے تھے انہوں نے اپنا ایک میگزین نکالا مسلم انڈیا جو.</w:t>
      </w:r>
    </w:p>
    <w:p>
      <w:r>
        <w:rPr>
          <w:b/>
        </w:rPr>
        <w:t xml:space="preserve">[02:28] </w:t>
      </w:r>
      <w:r>
        <w:t>baat ko band ho gaya to us ko is news ko padh kar mera mind trigger hua kyun ke</w:t>
      </w:r>
    </w:p>
    <w:p>
      <w:pPr>
        <w:jc w:val="right"/>
      </w:pPr>
      <w:r>
        <w:t>بات کو بند ہو گیا تو اس کو اس نیوز کو پڑھ کر میرا مائنڈ ٹریگر ہوا کیونکہ</w:t>
      </w:r>
    </w:p>
    <w:p>
      <w:r>
        <w:rPr>
          <w:b/>
        </w:rPr>
        <w:t xml:space="preserve">[02:38] </w:t>
      </w:r>
      <w:r>
        <w:t>main un ko achhi tarah janta hoon</w:t>
      </w:r>
    </w:p>
    <w:p>
      <w:pPr>
        <w:jc w:val="right"/>
      </w:pPr>
      <w:r>
        <w:t>میں ان کو اچھی طرح جانتا ہوں</w:t>
      </w:r>
    </w:p>
    <w:p>
      <w:r>
        <w:rPr>
          <w:b/>
        </w:rPr>
        <w:t xml:space="preserve">[02:48] </w:t>
      </w:r>
      <w:r>
        <w:t>un ke sath kai baar main ne jalse bhi raha to main ne dekh woh ek field leader</w:t>
      </w:r>
    </w:p>
    <w:p>
      <w:pPr>
        <w:jc w:val="right"/>
      </w:pPr>
      <w:r>
        <w:t>ان کے ساتھ کئی بار میں نے جلسے بھی رہا تو میں نے دیکھ وہ ایک فیلڈ لیڈر</w:t>
      </w:r>
    </w:p>
    <w:p>
      <w:r>
        <w:rPr>
          <w:b/>
        </w:rPr>
        <w:t xml:space="preserve">[02:58] </w:t>
      </w:r>
      <w:r>
        <w:t>the yani jo un ka jo target tha woh kamyab nahi hua mislan babri masjid ke baray mein</w:t>
      </w:r>
    </w:p>
    <w:p>
      <w:pPr>
        <w:jc w:val="right"/>
      </w:pPr>
      <w:r>
        <w:t>تھے یعنی جو ان کا جو ٹارگٹ تھا وہ کامیاب نہیں ہوا مثلاً بابری مسجد کے بارے میں</w:t>
      </w:r>
    </w:p>
    <w:p>
      <w:r>
        <w:rPr>
          <w:b/>
        </w:rPr>
        <w:t xml:space="preserve">[03:09] </w:t>
      </w:r>
      <w:r>
        <w:t>un ka nara tha ke masjid wohin banao to wohin to bani nahi wohin to bani nahi</w:t>
      </w:r>
    </w:p>
    <w:p>
      <w:pPr>
        <w:jc w:val="right"/>
      </w:pPr>
      <w:r>
        <w:t>ان کا نعرہ تھا کہ مسجد وہیں بناؤ تو وہیں تو بنی نہیں وہیں تو بنی نہیں</w:t>
      </w:r>
    </w:p>
    <w:p>
      <w:r>
        <w:rPr>
          <w:b/>
        </w:rPr>
        <w:t xml:space="preserve">[03:19] </w:t>
      </w:r>
      <w:r>
        <w:t>isi tarike se aur bhi kai nare the unke muslim personal law ka masla shah bani ka masla musalmanon ke sath discrimination hota hai uska masla toh in mein se koi bhi unka target poora nahi hua yahan tak ke woh frustration mein pad gaye aakhri zaman</w:t>
      </w:r>
    </w:p>
    <w:p>
      <w:pPr>
        <w:jc w:val="right"/>
      </w:pPr>
      <w:r>
        <w:t>اسی طریقے سے اور بھی کئی نعرے تھے ان کے مسلم پرسنل لا کا مسئلہ شاہ بانی کا مسئلہ مسلمانوں کے ساتھ ڈسکریمنیشن ہوتا ہے اس کا مسئلہ تو ان میں سے کوئی بھی ان کا ٹارگٹ پورا نہیں ہوا یہاں تک کہ وہ فرسٹریشن میں پڑ گئے آخری زمان</w:t>
      </w:r>
    </w:p>
    <w:p>
      <w:r>
        <w:rPr>
          <w:b/>
        </w:rPr>
        <w:t xml:space="preserve">[03:49] </w:t>
      </w:r>
      <w:r>
        <w:t>e mein bilkul tanhai mein paray rahay yahan tak ke un ka death ho gayi eighty two years</w:t>
      </w:r>
    </w:p>
    <w:p>
      <w:pPr>
        <w:jc w:val="right"/>
      </w:pPr>
      <w:r>
        <w:t>ے میں بالکل تنہائی میں پڑے رہے یہاں تک کہ ان کا ڈیتھ ہو گئی ایٹی ٹو ایئرز</w:t>
      </w:r>
    </w:p>
    <w:p>
      <w:r>
        <w:rPr>
          <w:b/>
        </w:rPr>
        <w:t xml:space="preserve">[03:57] </w:t>
      </w:r>
      <w:r>
        <w:t>mein to mera mind trigger hua to mein ne socha ke yeh yeh aik aadmi ka masla nahi</w:t>
      </w:r>
    </w:p>
    <w:p>
      <w:pPr>
        <w:jc w:val="right"/>
      </w:pPr>
      <w:r>
        <w:t>میں تو میرا مائنڈ ٹریگر ہوا تو میں نے سوچا کہ یہ یہ ایک آدمی کا مسئلہ نہیں</w:t>
      </w:r>
    </w:p>
    <w:p>
      <w:r>
        <w:rPr>
          <w:b/>
        </w:rPr>
        <w:t xml:space="preserve">[04:04] </w:t>
      </w:r>
      <w:r>
        <w:t>hai is zamanay ke saray hi muslim leaderon ka masla hai without any exception jitnay so called</w:t>
      </w:r>
    </w:p>
    <w:p>
      <w:pPr>
        <w:jc w:val="right"/>
      </w:pPr>
      <w:r>
        <w:t>ہے اس زمانے کے سارے ہی مسلم لیڈروں کا مسئلہ ہے ودا آؤٹ اینی ایکسیپشن جتنے سو کالڈ</w:t>
      </w:r>
    </w:p>
    <w:p>
      <w:r>
        <w:rPr>
          <w:b/>
        </w:rPr>
        <w:t xml:space="preserve">[04:12] </w:t>
      </w:r>
      <w:r>
        <w:t>muslim crusaders thay mus</w:t>
      </w:r>
    </w:p>
    <w:p>
      <w:pPr>
        <w:jc w:val="right"/>
      </w:pPr>
      <w:r>
        <w:t>مسلم کروسیڈرز تھے مس</w:t>
      </w:r>
    </w:p>
    <w:p>
      <w:r>
        <w:rPr>
          <w:b/>
        </w:rPr>
        <w:t xml:space="preserve">[04:19] </w:t>
      </w:r>
      <w:r>
        <w:t>almano ke ke musalmano ke sath discrimination hota hai musalman mazloom hain in sab ko le kar jitnay</w:t>
      </w:r>
    </w:p>
    <w:p>
      <w:pPr>
        <w:jc w:val="right"/>
      </w:pPr>
      <w:r>
        <w:t>لمانوں کے کہ مسلمانوں کے ساتھ ڈسکریمنیشن ہوتا ہے مسلمان مظلوم ہیں ان سب کو لے کر جتنے</w:t>
      </w:r>
    </w:p>
    <w:p>
      <w:r>
        <w:rPr>
          <w:b/>
        </w:rPr>
        <w:t xml:space="preserve">[04:27] </w:t>
      </w:r>
      <w:r>
        <w:t>bhi log uthay sab ke sab apna target poora kiye baghair frustration mein mar gaye mujhe koi exception</w:t>
      </w:r>
    </w:p>
    <w:p>
      <w:pPr>
        <w:jc w:val="right"/>
      </w:pPr>
      <w:r>
        <w:t>بھی لوگ اٹھے سب کے سب اپنا ٹارگٹ پورا کیے بغیر فرسٹریشن میں مر گئے مجھے کوئی ایکسیپشن</w:t>
      </w:r>
    </w:p>
    <w:p>
      <w:r>
        <w:rPr>
          <w:b/>
        </w:rPr>
        <w:t xml:space="preserve">[04:34] </w:t>
      </w:r>
      <w:r>
        <w:t>nahi maloom is mein to is ka raaz kya hai aur yeh sab top ke log thay yeh</w:t>
      </w:r>
    </w:p>
    <w:p>
      <w:pPr>
        <w:jc w:val="right"/>
      </w:pPr>
      <w:r>
        <w:t>نہیں معلوم اس میں تو اس کا راز کیا ہے اور یہ سب ٹاپ کے لوگ تھے یہ</w:t>
      </w:r>
    </w:p>
    <w:p>
      <w:r>
        <w:rPr>
          <w:b/>
        </w:rPr>
        <w:t xml:space="preserve">[04:42] </w:t>
      </w:r>
      <w:r>
        <w:t>bohat parhay likhay</w:t>
      </w:r>
    </w:p>
    <w:p>
      <w:pPr>
        <w:jc w:val="right"/>
      </w:pPr>
      <w:r>
        <w:t>بہت پڑھے لکھے</w:t>
      </w:r>
    </w:p>
    <w:p>
      <w:r>
        <w:rPr>
          <w:b/>
        </w:rPr>
        <w:t xml:space="preserve">[04:50] </w:t>
      </w:r>
      <w:r>
        <w:t>bohat personality walay aur musalmano ko bheer jama hui un ke gird magar sab ke sab fail ho</w:t>
      </w:r>
    </w:p>
    <w:p>
      <w:pPr>
        <w:jc w:val="right"/>
      </w:pPr>
      <w:r>
        <w:t>بہت پرسنیلٹی والے اور مسلمانوں کو بھیڑ اکٹھا ہوئی ان کے گرد مگر سب کے سب فیل ہو</w:t>
      </w:r>
    </w:p>
    <w:p>
      <w:r>
        <w:rPr>
          <w:b/>
        </w:rPr>
        <w:t xml:space="preserve">[05:00] </w:t>
      </w:r>
      <w:r>
        <w:t>gaye is ka raaz kya hai is ka raaz yeh hai ke in logon ne spirit of age</w:t>
      </w:r>
    </w:p>
    <w:p>
      <w:pPr>
        <w:jc w:val="right"/>
      </w:pPr>
      <w:r>
        <w:t>گئے اس کا راز کیا ہے اس کا راز یہ ہے کہ ان لوگوں نے اسپرٹ آف ایج</w:t>
      </w:r>
    </w:p>
    <w:p>
      <w:r>
        <w:rPr>
          <w:b/>
        </w:rPr>
        <w:t xml:space="preserve">[05:11] </w:t>
      </w:r>
      <w:r>
        <w:t>ke khilaf kaam kiya spirit of the age</w:t>
      </w:r>
    </w:p>
    <w:p>
      <w:pPr>
        <w:jc w:val="right"/>
      </w:pPr>
      <w:r>
        <w:t>کے خلاف کام کیا اسپرٹ آف دی ایج</w:t>
      </w:r>
    </w:p>
    <w:p>
      <w:r>
        <w:rPr>
          <w:b/>
        </w:rPr>
        <w:t xml:space="preserve">[05:22] </w:t>
      </w:r>
      <w:r>
        <w:t>yani yeh zamanah jo hai opportunity exploration ka zamanah hai mawaqay ka infijar har taraf mawaqay hi mawaqay</w:t>
      </w:r>
    </w:p>
    <w:p>
      <w:pPr>
        <w:jc w:val="right"/>
      </w:pPr>
      <w:r>
        <w:t>یعنی یہ زمانہ جو ہے اپرچونیٹی ایکسپلورشن کا زمانہ ہے مواقع کا انفجار ہر طرف مواقع ہی مواقع</w:t>
      </w:r>
    </w:p>
    <w:p>
      <w:r>
        <w:rPr>
          <w:b/>
        </w:rPr>
        <w:t xml:space="preserve">[05:32] </w:t>
      </w:r>
      <w:r>
        <w:t>hain jis maidan mein jaye kamyab hoga lekin unhon ne kya nara lagaya ke musalmano ke sath musalman</w:t>
      </w:r>
    </w:p>
    <w:p>
      <w:pPr>
        <w:jc w:val="right"/>
      </w:pPr>
      <w:r>
        <w:t>ہیں جس میدان میں جائے کامیاب ہوگا لیکن انہوں نے کیا نعرہ لگایا کہ مسلمانوں کے ساتھ مسلمان</w:t>
      </w:r>
    </w:p>
    <w:p>
      <w:r>
        <w:rPr>
          <w:b/>
        </w:rPr>
        <w:t xml:space="preserve">[05:42] </w:t>
      </w:r>
      <w:r>
        <w:t>mazloom hain musalmano ke sath discrimination hota hai yeh to bilkul zamanay ke khilaf tha kyunke muslim community</w:t>
      </w:r>
    </w:p>
    <w:p>
      <w:pPr>
        <w:jc w:val="right"/>
      </w:pPr>
      <w:r>
        <w:t>مظلوم ہیں مسلمانوں کے ساتھ ڈسکریمنیشن ہوتا ہے یہ تو بالکل زمانے کے خلاف تھا کیونکہ مسلم کمیونٹی</w:t>
      </w:r>
    </w:p>
    <w:p>
      <w:r>
        <w:rPr>
          <w:b/>
        </w:rPr>
        <w:t xml:space="preserve">[05:52] </w:t>
      </w:r>
      <w:r>
        <w:t>aas pas dekhti thi ke bohat se log kamyab ho rahay hain to woh kaise ho rahay hain</w:t>
      </w:r>
    </w:p>
    <w:p>
      <w:pPr>
        <w:jc w:val="right"/>
      </w:pPr>
      <w:r>
        <w:t>آس پاس دیکھتی تھی کہ بہت سے لوگ کامیاب ہو رہے ہیں تو وہ کیسے ہو رہے ہیں</w:t>
      </w:r>
    </w:p>
    <w:p>
      <w:r>
        <w:rPr>
          <w:b/>
        </w:rPr>
        <w:t xml:space="preserve">[06:00] </w:t>
      </w:r>
      <w:r>
        <w:t>to muslim community dekhti thi ke hamare aas pas kamyabi ka bagh ug raha hai garden of success</w:t>
      </w:r>
    </w:p>
    <w:p>
      <w:pPr>
        <w:jc w:val="right"/>
      </w:pPr>
      <w:r>
        <w:t>تو مسلم کمیونٹی دیکھتی تھی کہ ہمارے آس پاس کامیابی کا باغ اگ رہا ہے گارڈن آف سکسیس</w:t>
      </w:r>
    </w:p>
    <w:p>
      <w:r>
        <w:rPr>
          <w:b/>
        </w:rPr>
        <w:t xml:space="preserve">[06:08] </w:t>
      </w:r>
      <w:r>
        <w:t>to aakhir hum kyun hamare sath aisa ho sakta hai ho nahi sakta jab barish ho rahi ho</w:t>
      </w:r>
    </w:p>
    <w:p>
      <w:pPr>
        <w:jc w:val="right"/>
      </w:pPr>
      <w:r>
        <w:t>تو آخر ہم کیوں ہمارے ساتھ ایسا ہو سکتا ہے ہو نہیں سکتا جب بارش ہو رہی ہو</w:t>
      </w:r>
    </w:p>
    <w:p>
      <w:r>
        <w:rPr>
          <w:b/>
        </w:rPr>
        <w:t xml:space="preserve">[06:16] </w:t>
      </w:r>
      <w:r>
        <w:t>to koi kahe ke mein to sookhay mein para hua hoon to kaun marega us ko</w:t>
      </w:r>
    </w:p>
    <w:p>
      <w:pPr>
        <w:jc w:val="right"/>
      </w:pPr>
      <w:r>
        <w:t>تو کوئی کہے کہ میں تو سوکھے میں پڑا ہوا ہوں تو کون مارے گا اس کو</w:t>
      </w:r>
    </w:p>
    <w:p>
      <w:r>
        <w:rPr>
          <w:b/>
        </w:rPr>
        <w:t xml:space="preserve">[06:23] </w:t>
      </w:r>
      <w:r>
        <w:t>jab barish ho rahi hai charon taraf pani pani ho aur koi chila raha hai ke mein sookha</w:t>
      </w:r>
    </w:p>
    <w:p>
      <w:pPr>
        <w:jc w:val="right"/>
      </w:pPr>
      <w:r>
        <w:t>جب بارش ہو رہی ہے چاروں طرف پانی پانی ہو اور کوئی چلا رہا ہے کہ میں سوکھا</w:t>
      </w:r>
    </w:p>
    <w:p>
      <w:r>
        <w:rPr>
          <w:b/>
        </w:rPr>
        <w:t xml:space="preserve">[06:29] </w:t>
      </w:r>
      <w:r>
        <w:t>parha hoon sookhay mein parha hua hoon mujhe pani nahi milta to kaun marega us ko to</w:t>
      </w:r>
    </w:p>
    <w:p>
      <w:pPr>
        <w:jc w:val="right"/>
      </w:pPr>
      <w:r>
        <w:t>پڑا ہوں سوکھے میں پڑا ہوا ہوں مجھے پانی نہیں ملتا تو کون مارے گا اس کو تو</w:t>
      </w:r>
    </w:p>
    <w:p>
      <w:r>
        <w:rPr>
          <w:b/>
        </w:rPr>
        <w:t xml:space="preserve">[06:36] </w:t>
      </w:r>
      <w:r>
        <w:t>in logon ne aisi baat kahi jo musalmano ka mindset tha constancy ya inconstancy mein yeh</w:t>
      </w:r>
    </w:p>
    <w:p>
      <w:pPr>
        <w:jc w:val="right"/>
      </w:pPr>
      <w:r>
        <w:t>ان لوگوں نے ایسی بات کہی جو مسلمانوں کا مائنڈ سیٹ تھا کانسٹینسی یا ان کانسٹینسی میں یہ</w:t>
      </w:r>
    </w:p>
    <w:p>
      <w:r>
        <w:rPr>
          <w:b/>
        </w:rPr>
        <w:t xml:space="preserve">[06:42] </w:t>
      </w:r>
      <w:r>
        <w:t>nahi kahunga constancy balkeh inconstancy sab ka mind yeh tha ke yeh daur taraqqi ka daur</w:t>
      </w:r>
    </w:p>
    <w:p>
      <w:pPr>
        <w:jc w:val="right"/>
      </w:pPr>
      <w:r>
        <w:t>نہیں کہوں گا کانسٹینسی بلکہ ان کانسٹینسی سب کا مائنڈ یہ تھا کہ یہ دور ترقی کا دور</w:t>
      </w:r>
    </w:p>
    <w:p>
      <w:r>
        <w:rPr>
          <w:b/>
        </w:rPr>
        <w:t xml:space="preserve">[06:48] </w:t>
      </w:r>
      <w:r>
        <w:t>hai sab ko mawaqay mil rahay hain</w:t>
      </w:r>
    </w:p>
    <w:p>
      <w:pPr>
        <w:jc w:val="right"/>
      </w:pPr>
      <w:r>
        <w:t>ہے سب کو مواقع مل رہے ہیں</w:t>
      </w:r>
    </w:p>
    <w:p>
      <w:r>
        <w:rPr>
          <w:b/>
        </w:rPr>
        <w:t xml:space="preserve">[06:54] </w:t>
      </w:r>
      <w:r>
        <w:t>to mujhe koi kyun nahi milega main kyun discrimination ka shikar hounga to acceptable nahi tha</w:t>
      </w:r>
    </w:p>
    <w:p>
      <w:pPr>
        <w:jc w:val="right"/>
      </w:pPr>
      <w:r>
        <w:t>تو مجھے کوئی کیوں نہیں ملے گا میں کیوں ڈسکریمنیشن کا شکار ہوں گا تو ایکسیپٹیبل نہیں تھا</w:t>
      </w:r>
    </w:p>
    <w:p>
      <w:r>
        <w:rPr>
          <w:b/>
        </w:rPr>
        <w:t xml:space="preserve">[07:05] </w:t>
      </w:r>
      <w:r>
        <w:t>aur yeh bhi dekhte the ke bohat se muslim individuals kamyab ho rahe hain to kahan hai woh</w:t>
      </w:r>
    </w:p>
    <w:p>
      <w:pPr>
        <w:jc w:val="right"/>
      </w:pPr>
      <w:r>
        <w:t>اور یہ بھی دیکھتے تھے کہ بہت سے مسلم انڈیویجولز کامیاب ہو رہے ہیں تو کہاں ہے وہ</w:t>
      </w:r>
    </w:p>
    <w:p>
      <w:r>
        <w:rPr>
          <w:b/>
        </w:rPr>
        <w:t xml:space="preserve">[07:16] </w:t>
      </w:r>
      <w:r>
        <w:t>discrimination is liye un ke magazine nahi chaly un ki leaderian nahi chali</w:t>
      </w:r>
    </w:p>
    <w:p>
      <w:pPr>
        <w:jc w:val="right"/>
      </w:pPr>
      <w:r>
        <w:t>ڈسکریمنیشن اس لیے ان کے میگزین نہیں چلے ان کی لیڈریاں نہیں چلیں</w:t>
      </w:r>
    </w:p>
    <w:p>
      <w:r>
        <w:rPr>
          <w:b/>
        </w:rPr>
        <w:t xml:space="preserve">[07:28] </w:t>
      </w:r>
      <w:r>
        <w:t>woh kamyab nahi hue main aap ko do misaal deta hoon naam liye baghair yani ek misaal molvi</w:t>
      </w:r>
    </w:p>
    <w:p>
      <w:pPr>
        <w:jc w:val="right"/>
      </w:pPr>
      <w:r>
        <w:t>وہ کامیاب نہیں ہوئے میں آپ کو دو مثال دیتا ہوں نام لیے بغیر یعنی ایک مثال مولوی</w:t>
      </w:r>
    </w:p>
    <w:p>
      <w:r>
        <w:rPr>
          <w:b/>
        </w:rPr>
        <w:t xml:space="preserve">[07:38] </w:t>
      </w:r>
      <w:r>
        <w:t>leader ki hai aur doosri misaal mister leader ki hai dono bohat hi laiq the mister leader ne</w:t>
      </w:r>
    </w:p>
    <w:p>
      <w:pPr>
        <w:jc w:val="right"/>
      </w:pPr>
      <w:r>
        <w:t>لیڈر کی ہے اور دوسری مثال مسٹر لیڈر کی ہے دونوں بہت ہی لائق تھے مسٹر لیڈر نے</w:t>
      </w:r>
    </w:p>
    <w:p>
      <w:r>
        <w:rPr>
          <w:b/>
        </w:rPr>
        <w:t xml:space="preserve">[07:48] </w:t>
      </w:r>
      <w:r>
        <w:t>baray josh o kharosh se apna kaam shuru kiya bohat achi un ki english thi lekin</w:t>
      </w:r>
    </w:p>
    <w:p>
      <w:pPr>
        <w:jc w:val="right"/>
      </w:pPr>
      <w:r>
        <w:t>بڑے جوش و خروش سے اپنا کام شروع کیا بہت اچھی ان کی انگلش تھی لیکن</w:t>
      </w:r>
    </w:p>
    <w:p>
      <w:r>
        <w:rPr>
          <w:b/>
        </w:rPr>
        <w:t xml:space="preserve">[07:58] </w:t>
      </w:r>
      <w:r>
        <w:t>kuch bhi un ko gain nahi hua aakhri zamanay mein unhon ne shair likha tha ke zeest ka</w:t>
      </w:r>
    </w:p>
    <w:p>
      <w:pPr>
        <w:jc w:val="right"/>
      </w:pPr>
      <w:r>
        <w:t>کچھ بھی ان کو گین نہیں ہوا آخری زمانے میں انہوں نے شعر لکھا تھا کہ زیست کا</w:t>
      </w:r>
    </w:p>
    <w:p>
      <w:r>
        <w:rPr>
          <w:b/>
        </w:rPr>
        <w:t xml:space="preserve">[08:05] </w:t>
      </w:r>
      <w:r>
        <w:t>raaz khula gardish e ayyam ke baad is kahani ka to aghaz tha anjam ke baad yeh mister leader</w:t>
      </w:r>
    </w:p>
    <w:p>
      <w:pPr>
        <w:jc w:val="right"/>
      </w:pPr>
      <w:r>
        <w:t>راز کھلا گردش ایام کے بعد اس کہانی کا تو آغاز تھا انجام کے بعد یہ مسٹر لیڈر</w:t>
      </w:r>
    </w:p>
    <w:p>
      <w:r>
        <w:rPr>
          <w:b/>
        </w:rPr>
        <w:t xml:space="preserve">[08:13] </w:t>
      </w:r>
      <w:r>
        <w:t>ki baat hai is tarah mister molvi ki baat suniye ek sahib zindagi bhar active rahe bohat dhoom</w:t>
      </w:r>
    </w:p>
    <w:p>
      <w:pPr>
        <w:jc w:val="right"/>
      </w:pPr>
      <w:r>
        <w:t>کی بات ہے اس طرح مسٹر مولوی کی بات سنیے ایک صاحب زندگی بھر ایکٹیو رہے بہت دھوم</w:t>
      </w:r>
    </w:p>
    <w:p>
      <w:r>
        <w:rPr>
          <w:b/>
        </w:rPr>
        <w:t xml:space="preserve">[08:20] </w:t>
      </w:r>
      <w:r>
        <w:t>se stage par khoob taqreerain karte the woh aakhri zamanay mein</w:t>
      </w:r>
    </w:p>
    <w:p>
      <w:pPr>
        <w:jc w:val="right"/>
      </w:pPr>
      <w:r>
        <w:t>سے اسٹیج پر خوب تقریریں کرتے تھے وہ آخری زمانے میں</w:t>
      </w:r>
    </w:p>
    <w:p>
      <w:r>
        <w:rPr>
          <w:b/>
        </w:rPr>
        <w:t xml:space="preserve">[08:28] </w:t>
      </w:r>
      <w:r>
        <w:t>woh bhi mayusi bhare aur yeh kehte the aakhri zamanay mein kaha unhon ne woh mehroom tamanna kyun</w:t>
      </w:r>
    </w:p>
    <w:p>
      <w:pPr>
        <w:jc w:val="right"/>
      </w:pPr>
      <w:r>
        <w:t>وہ بھی مایوسی بھرے اور یہ کہتے تھے آخری زمانے میں کہا انہوں نے وہ محروم تمنا کیوں</w:t>
      </w:r>
    </w:p>
    <w:p>
      <w:r>
        <w:rPr>
          <w:b/>
        </w:rPr>
        <w:t xml:space="preserve">[08:35] </w:t>
      </w:r>
      <w:r>
        <w:t>na suraj aasman dekhe ke jo lamha bilahma apni koshish rayegan dekhe in logon ko yeh daryaft nahi</w:t>
      </w:r>
    </w:p>
    <w:p>
      <w:pPr>
        <w:jc w:val="right"/>
      </w:pPr>
      <w:r>
        <w:t>نہ سورج آسمان دیکھے کہ جو لمحہ بلحمہ اپنی کوشش رائیگاں دیکھے ان لوگوں کو یہ دریافت نہیں</w:t>
      </w:r>
    </w:p>
    <w:p>
      <w:r>
        <w:rPr>
          <w:b/>
        </w:rPr>
        <w:t xml:space="preserve">[08:43] </w:t>
      </w:r>
      <w:r>
        <w:t>ہوا کہ وہ age of spirit of age کے خلاف چل رہے تھے اپنے mind میں ایک بسا</w:t>
      </w:r>
    </w:p>
    <w:p>
      <w:pPr>
        <w:jc w:val="right"/>
      </w:pPr>
      <w:r>
        <w:t>ہوا کہ وہ ایج آف اسپرٹ آف ایج کے خلاف چل رہے تھے اپنے مائنڈ میں ایک بسا</w:t>
      </w:r>
    </w:p>
    <w:p>
      <w:r>
        <w:rPr>
          <w:b/>
        </w:rPr>
        <w:t xml:space="preserve">[08:50] </w:t>
      </w:r>
      <w:r>
        <w:t>rakha tha unhon ne jis ka talluq zaban se kuch nahi</w:t>
      </w:r>
    </w:p>
    <w:p>
      <w:pPr>
        <w:jc w:val="right"/>
      </w:pPr>
      <w:r>
        <w:t>رکھا تھا انہوں نے جس کا تعلق زبان سے کچھ نہیں</w:t>
      </w:r>
    </w:p>
    <w:p>
      <w:r>
        <w:rPr>
          <w:b/>
        </w:rPr>
        <w:t xml:space="preserve">[08:58] </w:t>
      </w:r>
      <w:r>
        <w:t>tha toh aisi koshish kamyab kaise ho sakti hai main ek different misaal deta hoon aap ko is se mukhtalif misaal is ko samajhne ke liye main ek aisi family mein paida hua jo badi dolat daar family thi is ki kafi zameen aur bagh the</w:t>
      </w:r>
    </w:p>
    <w:p>
      <w:pPr>
        <w:jc w:val="right"/>
      </w:pPr>
      <w:r>
        <w:t>تھا تو ایسی کوشش کامیاب کیسے ہو سکتی ہے میں ایک ڈفرنٹ مثال دیتا ہوں آپ کو اس سے مختلف مثال اس کو سمجھنے کے لیے میں ایک ایسی فیملی میں پیدا ہوا جو بڑی دولت دار فیملی تھی اس کی کافی زمین اور باغ تھے</w:t>
      </w:r>
    </w:p>
    <w:p>
      <w:r>
        <w:rPr>
          <w:b/>
        </w:rPr>
        <w:t xml:space="preserve">[09:28] </w:t>
      </w:r>
      <w:r>
        <w:t>is ke paas isi mein se ek sahib the iqbal ahmed sohail hamari family ke member the woh toh hamari family ke member the unhone ek sher kaha tha woh shayar bhi the iqbal sohail sahib aye carvan-e-millat uth toh bhi gamzan ho har samt se sadayein aati</w:t>
      </w:r>
    </w:p>
    <w:p>
      <w:pPr>
        <w:jc w:val="right"/>
      </w:pPr>
      <w:r>
        <w:t>اس کے پاس اسی میں سے ایک صاحب تھے اقبال احمد سہیل ہماری فیملی کے ممبر تھے وہ تو ہماری فیملی کے ممبر تھے انہوں نے ایک شعر کہا تھا وہ شاعر بھی تھے اقبال سہیل صاحب اے کاروان ملت اٹھ تو بھی گامزن ہو ہر سمت سے صدائیں آتی</w:t>
      </w:r>
    </w:p>
    <w:p>
      <w:r>
        <w:rPr>
          <w:b/>
        </w:rPr>
        <w:t xml:space="preserve">[09:58] </w:t>
      </w:r>
      <w:r>
        <w:t>hain taraqqi ki aye carvan-e-millat uth toh bhi gamzan ho har samt se sadayein aati hain taraqqi ki lekin woh bhi aakhri zamane mein bilkul mayusi mein unka khatma hua aakhri zamane mein unka case mayusi ka case ban gaya is ka saboot un ki shayari</w:t>
      </w:r>
    </w:p>
    <w:p>
      <w:pPr>
        <w:jc w:val="right"/>
      </w:pPr>
      <w:r>
        <w:t>ہیں ترقو کی اے کاروان ملت اٹھ تو بھی گامزن ہو ہر سمت سے صدائیں آتی ہیں ترقو کی لیکن وہ بھی آخری زمانے میں بالکل مایوسی میں ان کا خاتمہ ہوا آخری زمانے میں ان کا کیس مایوسی کا کیس بن گیا اس کا ثبوت ان کی شاعری</w:t>
      </w:r>
    </w:p>
    <w:p>
      <w:r>
        <w:rPr>
          <w:b/>
        </w:rPr>
        <w:t xml:space="preserve">[10:28] </w:t>
      </w:r>
      <w:r>
        <w:t>mein maujood hai to kyun isi gaon mein isi family ke member mein tha to main ne apni</w:t>
      </w:r>
    </w:p>
    <w:p>
      <w:pPr>
        <w:jc w:val="right"/>
      </w:pPr>
      <w:r>
        <w:t>میں موجود ہے تو کیوں اسی گاؤں میں اسی فیملی کے ممبر میں تھا تو میں نے اپنی</w:t>
      </w:r>
    </w:p>
    <w:p>
      <w:r>
        <w:rPr>
          <w:b/>
        </w:rPr>
        <w:t xml:space="preserve">[10:38] </w:t>
      </w:r>
      <w:r>
        <w:t>family ke memberon se yeh kaha kyunke hamare bohat bara ek area tha jis mein hamare family ke</w:t>
      </w:r>
    </w:p>
    <w:p>
      <w:pPr>
        <w:jc w:val="right"/>
      </w:pPr>
      <w:r>
        <w:t>فیملی کے ممبروں سے یہ کہا کیونکہ ہمارے بہت بڑا ایک ایریا تھا جس میں ہمارے فیملی کے</w:t>
      </w:r>
    </w:p>
    <w:p>
      <w:r>
        <w:rPr>
          <w:b/>
        </w:rPr>
        <w:t xml:space="preserve">[10:49] </w:t>
      </w:r>
      <w:r>
        <w:t>gharron ke ghar the kafi bara area tha lekin log chalay gaye idhar udhar</w:t>
      </w:r>
    </w:p>
    <w:p>
      <w:pPr>
        <w:jc w:val="right"/>
      </w:pPr>
      <w:r>
        <w:t>گھروں کے گھر تھے کافی بڑا ایریا تھا لیکن لوگ چلے گئے ادھر ادھر</w:t>
      </w:r>
    </w:p>
    <w:p>
      <w:r>
        <w:rPr>
          <w:b/>
        </w:rPr>
        <w:t xml:space="preserve">[11:00] </w:t>
      </w:r>
      <w:r>
        <w:t>kamane ke liye koi europe koi america koi kahin to ghar sab khali pada hua tha to main</w:t>
      </w:r>
    </w:p>
    <w:p>
      <w:pPr>
        <w:jc w:val="right"/>
      </w:pPr>
      <w:r>
        <w:t>کمانے کے لیے کوئی یورپ کوئی امریکہ کوئی کہیں تو گھر سب خالی پڑا ہوا تھا تو میں</w:t>
      </w:r>
    </w:p>
    <w:p>
      <w:r>
        <w:rPr>
          <w:b/>
        </w:rPr>
        <w:t xml:space="preserve">[11:07] </w:t>
      </w:r>
      <w:r>
        <w:t>ne un logon se kaha ke aap is ghar ko school bana dijiye school aur school ko is</w:t>
      </w:r>
    </w:p>
    <w:p>
      <w:pPr>
        <w:jc w:val="right"/>
      </w:pPr>
      <w:r>
        <w:t>نے ان لوگوں سے کہا کہ آپ اس گھر کو اسکول بنا دیجئے اسکول اور اسکول کو اس</w:t>
      </w:r>
    </w:p>
    <w:p>
      <w:r>
        <w:rPr>
          <w:b/>
        </w:rPr>
        <w:t xml:space="preserve">[11:15] </w:t>
      </w:r>
      <w:r>
        <w:t>tarah banaiye ke aap ko na donation lena ho aur na aap ko grant lena ho aap achay</w:t>
      </w:r>
    </w:p>
    <w:p>
      <w:pPr>
        <w:jc w:val="right"/>
      </w:pPr>
      <w:r>
        <w:t>طرح بنائیے کہ آپ کو نہ ڈونیشن لینا ہو اور نہ آپ کو گرانٹ لینا ہو آپ اچھے</w:t>
      </w:r>
    </w:p>
    <w:p>
      <w:r>
        <w:rPr>
          <w:b/>
        </w:rPr>
        <w:t xml:space="preserve">[11:22] </w:t>
      </w:r>
      <w:r>
        <w:t>standard ki education dijiye logon se fees li jiye aur</w:t>
      </w:r>
    </w:p>
    <w:p>
      <w:pPr>
        <w:jc w:val="right"/>
      </w:pPr>
      <w:r>
        <w:t>سٹینڈرڈ کی ایجوکیشن دیجئے لوگوں سے فیس لیجئے اور</w:t>
      </w:r>
    </w:p>
    <w:p>
      <w:r>
        <w:rPr>
          <w:b/>
        </w:rPr>
        <w:t xml:space="preserve">[11:30] </w:t>
      </w:r>
      <w:r>
        <w:t>fees par chalaiye fees par log fees de kar parhwain ge apne bachon ko yeh standard acha rahe</w:t>
      </w:r>
    </w:p>
    <w:p>
      <w:pPr>
        <w:jc w:val="right"/>
      </w:pPr>
      <w:r>
        <w:t>فیس پر چلائیے فیس پر لوگ فیس دے کر پڑھوائیں گے اپنے بچوں کو یہ سٹینڈرڈ اچھا رہے</w:t>
      </w:r>
    </w:p>
    <w:p>
      <w:r>
        <w:rPr>
          <w:b/>
        </w:rPr>
        <w:t xml:space="preserve">[11:37] </w:t>
      </w:r>
      <w:r>
        <w:t>ga to chunancha woh qaim kiya gaya pehle shaqeel ahmed khan sahib ne is mein sath diya ab</w:t>
      </w:r>
    </w:p>
    <w:p>
      <w:pPr>
        <w:jc w:val="right"/>
      </w:pPr>
      <w:r>
        <w:t>گا تو چنانچہ وہ قائم کیا گیا پہلے شکیل احمد خان صاحب نے اس میں ساتھ دیا اب</w:t>
      </w:r>
    </w:p>
    <w:p>
      <w:r>
        <w:rPr>
          <w:b/>
        </w:rPr>
        <w:t xml:space="preserve">[11:45] </w:t>
      </w:r>
      <w:r>
        <w:t>ahmed sakhi sahib is ko chala rahe hain aur bohat kamyab hai woh jab woh shuru hua to</w:t>
      </w:r>
    </w:p>
    <w:p>
      <w:pPr>
        <w:jc w:val="right"/>
      </w:pPr>
      <w:r>
        <w:t>احمد سخی صاحب اس کو چلا رہے ہیں اور بہت کامیاب ہے وہ جب وہ شروع ہوا تو</w:t>
      </w:r>
    </w:p>
    <w:p>
      <w:r>
        <w:rPr>
          <w:b/>
        </w:rPr>
        <w:t xml:space="preserve">[11:52] </w:t>
      </w:r>
      <w:r>
        <w:t>us ke pas ek bhi bus nahi thi</w:t>
      </w:r>
    </w:p>
    <w:p>
      <w:pPr>
        <w:jc w:val="right"/>
      </w:pPr>
      <w:r>
        <w:t>اس کے پاس ایک بھی بس نہیں تھی</w:t>
      </w:r>
    </w:p>
    <w:p>
      <w:r>
        <w:rPr>
          <w:b/>
        </w:rPr>
        <w:t xml:space="preserve">[12:00] </w:t>
      </w:r>
      <w:r>
        <w:t>aaj is ke pas pachis busain hain pachis to main ne un se kaha logon se ke dekhiye</w:t>
      </w:r>
    </w:p>
    <w:p>
      <w:pPr>
        <w:jc w:val="right"/>
      </w:pPr>
      <w:r>
        <w:t>آج اس کے پاس پچیس بسیں ہیں پچیس تو میں نے ان سے کہا لوگوں سے کہ دیکھیے</w:t>
      </w:r>
    </w:p>
    <w:p>
      <w:r>
        <w:rPr>
          <w:b/>
        </w:rPr>
        <w:t xml:space="preserve">[12:08] </w:t>
      </w:r>
      <w:r>
        <w:t>hamare area mein pehle na road thi na bijli thi na telephone tha kuch bhi nahi tha</w:t>
      </w:r>
    </w:p>
    <w:p>
      <w:pPr>
        <w:jc w:val="right"/>
      </w:pPr>
      <w:r>
        <w:t>ہمارے ایریا میں پہلے نہ روڈ تھی نہ بجلی تھی نہ ٹیلی فون تھا کچھ بھی نہیں تھا</w:t>
      </w:r>
    </w:p>
    <w:p>
      <w:r>
        <w:rPr>
          <w:b/>
        </w:rPr>
        <w:t xml:space="preserve">[12:15] </w:t>
      </w:r>
      <w:r>
        <w:t>ab wahan naddi par pul hai sarak bani hui hai bijli aa gayi hai telephone hai is</w:t>
      </w:r>
    </w:p>
    <w:p>
      <w:pPr>
        <w:jc w:val="right"/>
      </w:pPr>
      <w:r>
        <w:t>اب وہاں ندی پر پل ہے سڑک بنی ہوئی ہے بجلی آ گئی ہے ٹیلی فون ہے اس</w:t>
      </w:r>
    </w:p>
    <w:p>
      <w:r>
        <w:rPr>
          <w:b/>
        </w:rPr>
        <w:t xml:space="preserve">[12:23] </w:t>
      </w:r>
      <w:r>
        <w:t>ka matlab ke infrastructure ab maujood hai infrastructure ab maujood hai is ko avail kijiye</w:t>
      </w:r>
    </w:p>
    <w:p>
      <w:pPr>
        <w:jc w:val="right"/>
      </w:pPr>
      <w:r>
        <w:t>کا مطلب کہ انفراسٹرکچر اب موجود ہے انفراسٹرکچر اب موجود ہے اس کو اویل کیجئے</w:t>
      </w:r>
    </w:p>
    <w:p>
      <w:r>
        <w:rPr>
          <w:b/>
        </w:rPr>
        <w:t xml:space="preserve">[12:30] </w:t>
      </w:r>
      <w:r>
        <w:t>school banane ka matlab kya tha maujood infrastructure ko avail karna kal mein ne ek sahib se kaha</w:t>
      </w:r>
    </w:p>
    <w:p>
      <w:pPr>
        <w:jc w:val="right"/>
      </w:pPr>
      <w:r>
        <w:t>اسکول بنانے کا مطلب کیا تھا موجود انفراسٹرکچر کو اویل کرنا کل میں نے ایک صاحب سے کہا</w:t>
      </w:r>
    </w:p>
    <w:p>
      <w:r>
        <w:rPr>
          <w:b/>
        </w:rPr>
        <w:t xml:space="preserve">[12:38] </w:t>
      </w:r>
      <w:r>
        <w:t>tha ke zindagi guzarne ke liye nahi hai zindagi avail karne ke liye hai is ka matlab yahi</w:t>
      </w:r>
    </w:p>
    <w:p>
      <w:pPr>
        <w:jc w:val="right"/>
      </w:pPr>
      <w:r>
        <w:t>تھا کہ زندگی گزارنے کے لیے نہیں ہے زندگی اویل کرنے کے لیے ہے اس کا مطلب یہی</w:t>
      </w:r>
    </w:p>
    <w:p>
      <w:r>
        <w:rPr>
          <w:b/>
        </w:rPr>
        <w:t xml:space="preserve">[12:46] </w:t>
      </w:r>
      <w:r>
        <w:t>tha to poora infrastructure hamare gaon ke aas pas maujood ho chuka tha lekin kisi ko samajh nahi</w:t>
      </w:r>
    </w:p>
    <w:p>
      <w:pPr>
        <w:jc w:val="right"/>
      </w:pPr>
      <w:r>
        <w:t>تھا تو پورا انفراسٹرکچر ہمارے گاؤں کے آس پاس موجود ہو چکا تھا لیکن کسی کو سمجھ نہیں</w:t>
      </w:r>
    </w:p>
    <w:p>
      <w:r>
        <w:rPr>
          <w:b/>
        </w:rPr>
        <w:t xml:space="preserve">[12:53] </w:t>
      </w:r>
      <w:r>
        <w:t>thi kya karein to jab school qaim ho gaya</w:t>
      </w:r>
    </w:p>
    <w:p>
      <w:pPr>
        <w:jc w:val="right"/>
      </w:pPr>
      <w:r>
        <w:t>تھی کیا کریں تو جب اسکول قائم ہو گیا</w:t>
      </w:r>
    </w:p>
    <w:p>
      <w:r>
        <w:rPr>
          <w:b/>
        </w:rPr>
        <w:t xml:space="preserve">[13:01] </w:t>
      </w:r>
      <w:r>
        <w:t>ab khoob kamyabi ke sath chal raha hai wo to iqbal sohail sahib ne school to qaim nahi</w:t>
      </w:r>
    </w:p>
    <w:p>
      <w:pPr>
        <w:jc w:val="right"/>
      </w:pPr>
      <w:r>
        <w:t>اب خوب کامیابی کے ساتھ چل رہا ہے وہ تو اقبال سہیل صاحب نے اسکول تو قائم نہیں</w:t>
      </w:r>
    </w:p>
    <w:p>
      <w:r>
        <w:rPr>
          <w:b/>
        </w:rPr>
        <w:t xml:space="preserve">[13:12] </w:t>
      </w:r>
      <w:r>
        <w:t>kiya ye sher likh diya aey karwan-e-millat uth to bhi gamzan ho har simt se sadayein aati</w:t>
      </w:r>
    </w:p>
    <w:p>
      <w:pPr>
        <w:jc w:val="right"/>
      </w:pPr>
      <w:r>
        <w:t>کیا یہ شعر لکھ دیا اے کاروان ملت اٹھ تو بھی گامزن ہو ہر سمت سے صدائیں آتی</w:t>
      </w:r>
    </w:p>
    <w:p>
      <w:r>
        <w:rPr>
          <w:b/>
        </w:rPr>
        <w:t xml:space="preserve">[13:23] </w:t>
      </w:r>
      <w:r>
        <w:t>ہیں ترقو کی تو جو لیڈر فیل ہوئے ہیں وہ وہ false crusaders تھے ی</w:t>
      </w:r>
    </w:p>
    <w:p>
      <w:pPr>
        <w:jc w:val="right"/>
      </w:pPr>
      <w:r>
        <w:t>ہیں ترقو کی تو جو لیڈر فیل ہوئے ہیں وہ وہ فالس کروسیڈرز تھے ی</w:t>
      </w:r>
    </w:p>
    <w:p>
      <w:r>
        <w:rPr>
          <w:b/>
        </w:rPr>
        <w:t xml:space="preserve">[13:34] </w:t>
      </w:r>
      <w:r>
        <w:t>یعنی جو جو lead dena chahiye tha qaum ko woh lead diye nahi jo lead dena chahiye tha</w:t>
      </w:r>
    </w:p>
    <w:p>
      <w:pPr>
        <w:jc w:val="right"/>
      </w:pPr>
      <w:r>
        <w:t>عنی جو جو لیڈ دینا چاہیے تھا قوم کو وہ لیڈ دیے نہیں جو لیڈ دینا چاہیے تھا</w:t>
      </w:r>
    </w:p>
    <w:p>
      <w:r>
        <w:rPr>
          <w:b/>
        </w:rPr>
        <w:t xml:space="preserve">[13:42] </w:t>
      </w:r>
      <w:r>
        <w:t>qaum ko wo lead diye nahi to zahir hai ke wo fail ho gaye ab mein is mein</w:t>
      </w:r>
    </w:p>
    <w:p>
      <w:pPr>
        <w:jc w:val="right"/>
      </w:pPr>
      <w:r>
        <w:t>قوم کو وہ لیڈ دیے نہیں تو ظاہر ہے کہ وہ فیل ہو گئے اب میں اس میں</w:t>
      </w:r>
    </w:p>
    <w:p>
      <w:r>
        <w:rPr>
          <w:b/>
        </w:rPr>
        <w:t xml:space="preserve">[13:49] </w:t>
      </w:r>
      <w:r>
        <w:t>ek is se bhi zyada ek bohat hi sochne wali baat arz karta hoon aap ke samne ye</w:t>
      </w:r>
    </w:p>
    <w:p>
      <w:pPr>
        <w:jc w:val="right"/>
      </w:pPr>
      <w:r>
        <w:t>ایک اس سے بھی زیادہ ایک بہت ہی سوچنے والی بات عرض کرتا ہوں آپ کے سامنے یہ</w:t>
      </w:r>
    </w:p>
    <w:p>
      <w:r>
        <w:rPr>
          <w:b/>
        </w:rPr>
        <w:t xml:space="preserve">[13:57] </w:t>
      </w:r>
      <w:r>
        <w:t>leaderon ne sare leaderon ne ek hi kaam kiya pro</w:t>
      </w:r>
    </w:p>
    <w:p>
      <w:pPr>
        <w:jc w:val="right"/>
      </w:pPr>
      <w:r>
        <w:t>لیڈروں نے سارے لیڈروں نے ایک ہی کام کیا پرو</w:t>
      </w:r>
    </w:p>
    <w:p>
      <w:r>
        <w:rPr>
          <w:b/>
        </w:rPr>
        <w:t xml:space="preserve">[14:04] </w:t>
      </w:r>
      <w:r>
        <w:t>ٹیسٹ کمپلین ڈسکریمینیشن سب کا تھا کہ ہمارے ساتھ ڈسکریمینیشن ہوتا ہے ساری دنیا میں ڈسکریمینیشن ڈسکریمینیشن تو</w:t>
      </w:r>
    </w:p>
    <w:p>
      <w:pPr>
        <w:jc w:val="right"/>
      </w:pPr>
      <w:r>
        <w:t>ٹیسٹ کمپلین ڈسکریمنیشن سب کا تھا کہ ہمارے ساتھ ڈسکریمنیشن ہوتا ہے ساری دنیا میں ڈسکریمنیشن ڈسکریمنیشن تو</w:t>
      </w:r>
    </w:p>
    <w:p>
      <w:r>
        <w:rPr>
          <w:b/>
        </w:rPr>
        <w:t xml:space="preserve">[14:14] </w:t>
      </w:r>
      <w:r>
        <w:t>میں نے سوچا یہ کیا چیز ہے discrimination تو مجھے سمجھ آیا کہ یہ تو بہت ہی زیادہ</w:t>
      </w:r>
    </w:p>
    <w:p>
      <w:pPr>
        <w:jc w:val="right"/>
      </w:pPr>
      <w:r>
        <w:t>میں نے سوچا یہ کیا چیز ہے ڈسکریمنیشن تو مجھے سمجھ آیا کہ یہ تو بہت ہی زیادہ</w:t>
      </w:r>
    </w:p>
    <w:p>
      <w:r>
        <w:rPr>
          <w:b/>
        </w:rPr>
        <w:t xml:space="preserve">[14:24] </w:t>
      </w:r>
      <w:r>
        <w:t>yani buri baat hai kyun ye to iblis ki sun</w:t>
      </w:r>
    </w:p>
    <w:p>
      <w:pPr>
        <w:jc w:val="right"/>
      </w:pPr>
      <w:r>
        <w:t>یعنی بری بات ہے کیوں یہ تو ابلیس کی سن</w:t>
      </w:r>
    </w:p>
    <w:p>
      <w:r>
        <w:rPr>
          <w:b/>
        </w:rPr>
        <w:t xml:space="preserve">[14:34] </w:t>
      </w:r>
      <w:r>
        <w:t>nat hai iblis jo sardar tha jinnaaton ka us ki sunnat hai ye kyunke allah ta'ala ne jab</w:t>
      </w:r>
    </w:p>
    <w:p>
      <w:pPr>
        <w:jc w:val="right"/>
      </w:pPr>
      <w:r>
        <w:t>ت ہے ابلیس جو سردار تھا جناتوں کا اس کی سنت ہے یہ کیونکہ اللہ تعالیٰ نے جب</w:t>
      </w:r>
    </w:p>
    <w:p>
      <w:r>
        <w:rPr>
          <w:b/>
        </w:rPr>
        <w:t xml:space="preserve">[14:42] </w:t>
      </w:r>
      <w:r>
        <w:t>insan ko paida kiya aur us se pehle jinnaaton ko paida kar chuka tha to jinnaaton se kaha</w:t>
      </w:r>
    </w:p>
    <w:p>
      <w:pPr>
        <w:jc w:val="right"/>
      </w:pPr>
      <w:r>
        <w:t>انسان کو پیدا کیا اور اس سے پہلے جنات کو پیدا کر چکا تھا تو جنات سے کہا</w:t>
      </w:r>
    </w:p>
    <w:p>
      <w:r>
        <w:rPr>
          <w:b/>
        </w:rPr>
        <w:t xml:space="preserve">[14:49] </w:t>
      </w:r>
      <w:r>
        <w:t>ke tum insan ke sath mil kar kaam karo sajda ka matlab yahi tha sajda ka matlab ye</w:t>
      </w:r>
    </w:p>
    <w:p>
      <w:pPr>
        <w:jc w:val="right"/>
      </w:pPr>
      <w:r>
        <w:t>کہ تم انسان کے ساتھ مل کر کام کرو سجدہ کا معنی یہی تھا سجدہ کا معنی یہ</w:t>
      </w:r>
    </w:p>
    <w:p>
      <w:r>
        <w:rPr>
          <w:b/>
        </w:rPr>
        <w:t xml:space="preserve">[14:57] </w:t>
      </w:r>
      <w:r>
        <w:t>nahi tha ke sar rakho us ke aage sajda hi ka matlab tha ke do community mil kar</w:t>
      </w:r>
    </w:p>
    <w:p>
      <w:pPr>
        <w:jc w:val="right"/>
      </w:pPr>
      <w:r>
        <w:t>نہیں تھا کہ سر رکھو اس کے آگے سجدہ ہی کا معنی تھا کہ دو کمیونٹی مل کر</w:t>
      </w:r>
    </w:p>
    <w:p>
      <w:r>
        <w:rPr>
          <w:b/>
        </w:rPr>
        <w:t xml:space="preserve">[15:04] </w:t>
      </w:r>
      <w:r>
        <w:t>kaam karein insan community aur jinn community takrayein nahi aapas mein to jinn community ka jo sardar tha</w:t>
      </w:r>
    </w:p>
    <w:p>
      <w:pPr>
        <w:jc w:val="right"/>
      </w:pPr>
      <w:r>
        <w:t>کام کریں انسان کمیونٹی اور جن کمیونٹی ٹکرائیں نہیں آپس میں تو جن کمیونٹی کا جو سردار تھا</w:t>
      </w:r>
    </w:p>
    <w:p>
      <w:r>
        <w:rPr>
          <w:b/>
        </w:rPr>
        <w:t xml:space="preserve">[15:15] </w:t>
      </w:r>
      <w:r>
        <w:t>iblis us ne ye narah lagaya sab se pehla history mein sab se pehla narah discrimination ka lagaya</w:t>
      </w:r>
    </w:p>
    <w:p>
      <w:pPr>
        <w:jc w:val="right"/>
      </w:pPr>
      <w:r>
        <w:t>ابلیس اس نے یہ نعرہ لگایا سب سے پہلا ہسٹری میں سب سے پہلا نعرہ ڈسکریمنیشن کا لگایا</w:t>
      </w:r>
    </w:p>
    <w:p>
      <w:r>
        <w:rPr>
          <w:b/>
        </w:rPr>
        <w:t xml:space="preserve">[15:26] </w:t>
      </w:r>
      <w:r>
        <w:t>saitan ne us ne kaha ke khalaqtu min nar wa khalaqtani min tin</w:t>
      </w:r>
    </w:p>
    <w:p>
      <w:pPr>
        <w:jc w:val="right"/>
      </w:pPr>
      <w:r>
        <w:t>سیٹن نے اس نے کہا کہ خلق من نار و خلق من طین</w:t>
      </w:r>
    </w:p>
    <w:p>
      <w:r>
        <w:rPr>
          <w:b/>
        </w:rPr>
        <w:t xml:space="preserve">[15:37] </w:t>
      </w:r>
      <w:r>
        <w:t>ke mein to afzal hoon mujhe paida kiya tum ne aag se insan ko paida kiya mitti se</w:t>
      </w:r>
    </w:p>
    <w:p>
      <w:pPr>
        <w:jc w:val="right"/>
      </w:pPr>
      <w:r>
        <w:t>کہ میں تو افضل ہوں مجھے پیدا کیا تم نے آگ سے انسان کو پیدا کیا مٹی سے</w:t>
      </w:r>
    </w:p>
    <w:p>
      <w:r>
        <w:rPr>
          <w:b/>
        </w:rPr>
        <w:t xml:space="preserve">[15:45] </w:t>
      </w:r>
      <w:r>
        <w:t>تو افضل کے مقابلے میں غیر افضل کو تم نے درجہ دیا ہے یہ تو discrimination ہے میں</w:t>
      </w:r>
    </w:p>
    <w:p>
      <w:pPr>
        <w:jc w:val="right"/>
      </w:pPr>
      <w:r>
        <w:t>تو افضل کے مقابلے میں غیر افضل کو تم نے درجہ دیا ہے یہ تو ڈسکریمنیشن ہے میں</w:t>
      </w:r>
    </w:p>
    <w:p>
      <w:r>
        <w:rPr>
          <w:b/>
        </w:rPr>
        <w:t xml:space="preserve">[15:53] </w:t>
      </w:r>
      <w:r>
        <w:t>افضل ہوں انسان غیر افضل ہے اور درجہ دے دیا اس کو تو یہ تو discrimination case ہے</w:t>
      </w:r>
    </w:p>
    <w:p>
      <w:pPr>
        <w:jc w:val="right"/>
      </w:pPr>
      <w:r>
        <w:t>افضل ہوں انسان غیر افضل ہے اور درجہ دے دیا اس کو تو یہ تو ڈسکریمنیشن کیس ہے</w:t>
      </w:r>
    </w:p>
    <w:p>
      <w:r>
        <w:rPr>
          <w:b/>
        </w:rPr>
        <w:t xml:space="preserve">[16:01] </w:t>
      </w:r>
      <w:r>
        <w:t>to itna saada is par wo</w:t>
      </w:r>
    </w:p>
    <w:p>
      <w:pPr>
        <w:jc w:val="right"/>
      </w:pPr>
      <w:r>
        <w:t>تو اتنا سادہ اس پر وہ</w:t>
      </w:r>
    </w:p>
    <w:p>
      <w:r>
        <w:rPr>
          <w:b/>
        </w:rPr>
        <w:t xml:space="preserve">[16:09] </w:t>
      </w:r>
      <w:r>
        <w:t>banaya is ne is ko itna bara masla ke poori history mein woh yeh jhanda le kar khara ho gaya to iblis jo tha jinn community ka sardar tha us waqt jo hai do community thi in insan community aur jinn community insan community aur jinn community to is ka jo narah tha woh yeh tha ke insan community ke muqable mein hamare sath discrimina</w:t>
      </w:r>
    </w:p>
    <w:p>
      <w:pPr>
        <w:jc w:val="right"/>
      </w:pPr>
      <w:r>
        <w:t>بنایا اس نے اس کو اتنا بڑا مسئلہ کہ پوری ہسٹری میں وہ یہ جھنڈا لے کر کھڑا ہو گیا تو ابلیس جو تھا جن کمیونٹی کا سردار تھا اس وقت جو ہے دو کمیونٹی تھیں ان انسان کمیونٹی اور جن کمیونٹی انسان کمیونٹی اور جن کمیونٹی تو اس کا جو نعرہ تھا وہ یہ تھا کہ انسان کمیونٹی کے مقابلے میں ہمارے ساتھ ڈسکریمن</w:t>
      </w:r>
    </w:p>
    <w:p>
      <w:r>
        <w:rPr>
          <w:b/>
        </w:rPr>
        <w:t xml:space="preserve">[16:39] </w:t>
      </w:r>
      <w:r>
        <w:t>شن کیا جا رہا ہے یہی ساری دنیا کے مسلمان کر رہے ہیں کسی کمیونٹی کو کہتے ہیں</w:t>
      </w:r>
    </w:p>
    <w:p>
      <w:pPr>
        <w:jc w:val="right"/>
      </w:pPr>
      <w:r>
        <w:t>یشن کیا جا رہا ہے یہی ساری دنیا کے مسلمان کر رہے ہیں کسی کمیونٹی کو کہتے ہیں</w:t>
      </w:r>
    </w:p>
    <w:p>
      <w:r>
        <w:rPr>
          <w:b/>
        </w:rPr>
        <w:t xml:space="preserve">[16:47] </w:t>
      </w:r>
      <w:r>
        <w:t>ke wo zyada mila hai us ko humein kam mila hai yahi kehte hain Europe mein America mein</w:t>
      </w:r>
    </w:p>
    <w:p>
      <w:pPr>
        <w:jc w:val="right"/>
      </w:pPr>
      <w:r>
        <w:t>کہ وہ زیادہ ملا ہے اس کو ہمیں کم ملا ہے یہی کہتے ہیں یورپ میں امریکہ میں</w:t>
      </w:r>
    </w:p>
    <w:p>
      <w:r>
        <w:rPr>
          <w:b/>
        </w:rPr>
        <w:t xml:space="preserve">[16:55] </w:t>
      </w:r>
      <w:r>
        <w:t>India mein hatta ke Arab dunya mein sab ka common jo slogan hai wo hai ke musalmanon ke</w:t>
      </w:r>
    </w:p>
    <w:p>
      <w:pPr>
        <w:jc w:val="right"/>
      </w:pPr>
      <w:r>
        <w:t>انڈیا میں حتیٰ کہ عرب دنیا میں سب کا کامن جو سلوگن ہے وہ ہے کہ مسلمانوں کے</w:t>
      </w:r>
    </w:p>
    <w:p>
      <w:r>
        <w:rPr>
          <w:b/>
        </w:rPr>
        <w:t xml:space="preserve">[17:03] </w:t>
      </w:r>
      <w:r>
        <w:t>ساتھ discrimination ہو رہا ہے اسی اس کے خلاف جھنڈا اٹھائے ہوئے ہیں</w:t>
      </w:r>
    </w:p>
    <w:p>
      <w:pPr>
        <w:jc w:val="right"/>
      </w:pPr>
      <w:r>
        <w:t>ساتھ ڈسکریمنیشن ہو رہا ہے اسی اس کے خلاف جھنڈا اٹھائے ہوئے ہیں</w:t>
      </w:r>
    </w:p>
    <w:p>
      <w:r>
        <w:rPr>
          <w:b/>
        </w:rPr>
        <w:t xml:space="preserve">[17:11] </w:t>
      </w:r>
      <w:r>
        <w:t>یہ یہ نئے قسم کے کروسیڈرز ہیں تو میں سمجھتا ہوں کہ اس crusades میں جو ناکامی ہو</w:t>
      </w:r>
    </w:p>
    <w:p>
      <w:pPr>
        <w:jc w:val="right"/>
      </w:pPr>
      <w:r>
        <w:t>یہ یہ نئے قسم کے کروسیڈرز ہیں تو میں سمجھتا ہوں کہ اس کروسیڈز میں جو ناکامی ہو</w:t>
      </w:r>
    </w:p>
    <w:p>
      <w:r>
        <w:rPr>
          <w:b/>
        </w:rPr>
        <w:t xml:space="preserve">[17:18] </w:t>
      </w:r>
      <w:r>
        <w:t>رہی ہے لوگوں کو اس سے ان کو lesson لینا چاہیے lesson اپنے آخری زمانے میں کچھ باتیں</w:t>
      </w:r>
    </w:p>
    <w:p>
      <w:pPr>
        <w:jc w:val="right"/>
      </w:pPr>
      <w:r>
        <w:t>رہی ہے لوگوں کو اس سے ان کو لیسن لینا چاہیے لیسن اپنے آخری زمانے میں کچھ باتیں</w:t>
      </w:r>
    </w:p>
    <w:p>
      <w:r>
        <w:rPr>
          <w:b/>
        </w:rPr>
        <w:t xml:space="preserve">[17:26] </w:t>
      </w:r>
      <w:r>
        <w:t>kahin unhon ne lekin saaf taur par ye nahi kaha ke ab hum hum ne mis lead kiya</w:t>
      </w:r>
    </w:p>
    <w:p>
      <w:pPr>
        <w:jc w:val="right"/>
      </w:pPr>
      <w:r>
        <w:t>کہیں انہوں نے لیکن صاف طور پر یہ نہیں کہا کہ اب ہم ہم نے مس لیڈ کیا</w:t>
      </w:r>
    </w:p>
    <w:p>
      <w:r>
        <w:rPr>
          <w:b/>
        </w:rPr>
        <w:t xml:space="preserve">[17:33] </w:t>
      </w:r>
      <w:r>
        <w:t>hum ne baat ko jana nahi</w:t>
      </w:r>
    </w:p>
    <w:p>
      <w:pPr>
        <w:jc w:val="right"/>
      </w:pPr>
      <w:r>
        <w:t>ہم نے بات کو جانا نہیں</w:t>
      </w:r>
    </w:p>
    <w:p>
      <w:r>
        <w:rPr>
          <w:b/>
        </w:rPr>
        <w:t xml:space="preserve">[17:41] </w:t>
      </w:r>
      <w:r>
        <w:t>yeh masla discrimination ka tha hi nahi yeh to tha ke apni qom ko educate karo jaise hamare</w:t>
      </w:r>
    </w:p>
    <w:p>
      <w:pPr>
        <w:jc w:val="right"/>
      </w:pPr>
      <w:r>
        <w:t>یہ مسئلہ ڈسکریمنیشن کا تھا ہی نہیں یہ تو تھا کہ اپنی قوم کو ایجوکیٹ کرو جیسے ہمارے</w:t>
      </w:r>
    </w:p>
    <w:p>
      <w:r>
        <w:rPr>
          <w:b/>
        </w:rPr>
        <w:t xml:space="preserve">[17:48] </w:t>
      </w:r>
      <w:r>
        <w:t>gaon mein hum school khol kar parhwa rahe hain logon ko qom ko educate karo qom ko equip</w:t>
      </w:r>
    </w:p>
    <w:p>
      <w:pPr>
        <w:jc w:val="right"/>
      </w:pPr>
      <w:r>
        <w:t>گاؤں میں ہم اسکول کھول کر پڑھوا رہے ہیں لوگوں کو قوم کو ایجوکیٹ کرو قوم کو ایکوپ</w:t>
      </w:r>
    </w:p>
    <w:p>
      <w:r>
        <w:rPr>
          <w:b/>
        </w:rPr>
        <w:t xml:space="preserve">[17:56] </w:t>
      </w:r>
      <w:r>
        <w:t>karo qom ko shaoor do school ke ilawa hamara jo mission hai jismein hum magazine nikalte hain</w:t>
      </w:r>
    </w:p>
    <w:p>
      <w:pPr>
        <w:jc w:val="right"/>
      </w:pPr>
      <w:r>
        <w:t>کرو قوم کو شعور دو اسکول کے علاوہ ہمارا جو مشن ہے جس میں ہم میگزین نکالتے ہیں</w:t>
      </w:r>
    </w:p>
    <w:p>
      <w:r>
        <w:rPr>
          <w:b/>
        </w:rPr>
        <w:t xml:space="preserve">[18:04] </w:t>
      </w:r>
      <w:r>
        <w:t>kitabein chhapte hain usmein is tarah ki kitabein hain mislan raaz hayat</w:t>
      </w:r>
    </w:p>
    <w:p>
      <w:pPr>
        <w:jc w:val="right"/>
      </w:pPr>
      <w:r>
        <w:t>کتابیں چھاپتے ہیں اس میں اس طرح کی کتابیں ہیں مثلاً راز حیات</w:t>
      </w:r>
    </w:p>
    <w:p>
      <w:r>
        <w:rPr>
          <w:b/>
        </w:rPr>
        <w:t xml:space="preserve">[18:11] </w:t>
      </w:r>
      <w:r>
        <w:t>kitab zindagi taameer hayat waghera is se hazaron hazar logon ne sabak liya hai hazaron hazar logon ne</w:t>
      </w:r>
    </w:p>
    <w:p>
      <w:pPr>
        <w:jc w:val="right"/>
      </w:pPr>
      <w:r>
        <w:t>کتاب زندگی تعمیر حیات وغیرہ اس سے ہزاروں ہزار لوگوں نے سبق لیا ہے ہزاروں ہزار لوگوں نے</w:t>
      </w:r>
    </w:p>
    <w:p>
      <w:r>
        <w:rPr>
          <w:b/>
        </w:rPr>
        <w:t xml:space="preserve">[18:19] </w:t>
      </w:r>
      <w:r>
        <w:t>yani jo samajhte the ke hum hamare sath imtiaz kiya ja raha hai hamari kitabein padh kar ke</w:t>
      </w:r>
    </w:p>
    <w:p>
      <w:pPr>
        <w:jc w:val="right"/>
      </w:pPr>
      <w:r>
        <w:t>یعنی جو سمجھتے تھے کہ ہم ہمارے ساتھ امتیاز کیا جا رہا ہے ہماری کتابیں پڑھ کر کے</w:t>
      </w:r>
    </w:p>
    <w:p>
      <w:r>
        <w:rPr>
          <w:b/>
        </w:rPr>
        <w:t xml:space="preserve">[18:26] </w:t>
      </w:r>
      <w:r>
        <w:t>un ko samajh samajh mein aya un ki ke yeh imtiaz ka mamla nahi hai yeh mamla to</w:t>
      </w:r>
    </w:p>
    <w:p>
      <w:pPr>
        <w:jc w:val="right"/>
      </w:pPr>
      <w:r>
        <w:t>ان کو سمجھ سمجھ میں آیا ان کی کہ یہ امتیاز کا معاملہ نہیں ہے یہ معاملہ تو</w:t>
      </w:r>
    </w:p>
    <w:p>
      <w:r>
        <w:rPr>
          <w:b/>
        </w:rPr>
        <w:t xml:space="preserve">[18:34] </w:t>
      </w:r>
      <w:r>
        <w:t>yeh hai ke mein apne ko tayyar karoon zamanay ke lihaz se zamanay ka jo taqaza</w:t>
      </w:r>
    </w:p>
    <w:p>
      <w:pPr>
        <w:jc w:val="right"/>
      </w:pPr>
      <w:r>
        <w:t>یہ ہے کہ میں اپنے کو تیار کروں زمانے کے لحاظ سے زمانے کا جو تقاض</w:t>
      </w:r>
    </w:p>
    <w:p>
      <w:r>
        <w:rPr>
          <w:b/>
        </w:rPr>
        <w:t xml:space="preserve">[18:42] </w:t>
      </w:r>
      <w:r>
        <w:t>hai us ke lihaz se apne ko tayyar karoon yeh masla hai yeh to kitne log hain</w:t>
      </w:r>
    </w:p>
    <w:p>
      <w:pPr>
        <w:jc w:val="right"/>
      </w:pPr>
      <w:r>
        <w:t>ا ہے اس کے لحاظ سے اپنے کو تیار کروں یہ مسئلہ ہے یہ تو کتنے لوگ ہیں</w:t>
      </w:r>
    </w:p>
    <w:p>
      <w:r>
        <w:rPr>
          <w:b/>
        </w:rPr>
        <w:t xml:space="preserve">[18:49] </w:t>
      </w:r>
      <w:r>
        <w:t>hazaron hazar log hain jinhon ne apne ko ab tayyar kiya tayyar kar ke bari bari kaam bhi</w:t>
      </w:r>
    </w:p>
    <w:p>
      <w:pPr>
        <w:jc w:val="right"/>
      </w:pPr>
      <w:r>
        <w:t>ہزاروں ہزار لوگ ہیں جنہوں نے اپنے کو اب تیار کیا تیار کر کے بڑی بڑی کامیں بھی</w:t>
      </w:r>
    </w:p>
    <w:p>
      <w:r>
        <w:rPr>
          <w:b/>
        </w:rPr>
        <w:t xml:space="preserve">[18:57] </w:t>
      </w:r>
      <w:r>
        <w:t>hasil keen yeh kaam karna tha hamare leadership ko lekin afsos hai ke Mr leadership aur molvi leadership</w:t>
      </w:r>
    </w:p>
    <w:p>
      <w:pPr>
        <w:jc w:val="right"/>
      </w:pPr>
      <w:r>
        <w:t>حاصل کیں یہ کام کرنا تھا ہمارے لیڈرشپ کو لیکن افسوس ہے کہ مسٹر لیڈرشپ اور مولوی لیڈرشپ</w:t>
      </w:r>
    </w:p>
    <w:p>
      <w:r>
        <w:rPr>
          <w:b/>
        </w:rPr>
        <w:t xml:space="preserve">[19:05] </w:t>
      </w:r>
      <w:r>
        <w:t>dono ke dono fail ho gaye</w:t>
      </w:r>
    </w:p>
    <w:p>
      <w:pPr>
        <w:jc w:val="right"/>
      </w:pPr>
      <w:r>
        <w:t>دونوں کے دونوں فیل ہو گئے</w:t>
      </w:r>
    </w:p>
    <w:p>
      <w:r>
        <w:rPr>
          <w:b/>
        </w:rPr>
        <w:t xml:space="preserve">[19:12] </w:t>
      </w:r>
      <w:r>
        <w:t>in mein se ek yeh مرحوم shahabuddin sahab the bohat zabardast tareeqay se quality thi bohat achhi</w:t>
      </w:r>
    </w:p>
    <w:p>
      <w:pPr>
        <w:jc w:val="right"/>
      </w:pPr>
      <w:r>
        <w:t>ان میں سے ایک یہ مرحوم شہاب الدین صاحب تھے بہت زبردست طریقے سے کوالٹی تھی بہت اچھی</w:t>
      </w:r>
    </w:p>
    <w:p>
      <w:r>
        <w:rPr>
          <w:b/>
        </w:rPr>
        <w:t xml:space="preserve">[19:22] </w:t>
      </w:r>
      <w:r>
        <w:t>English thi bohat personality wale aadmi the bohat strong personality aur bohat si baatein IAS mein unhon</w:t>
      </w:r>
    </w:p>
    <w:p>
      <w:pPr>
        <w:jc w:val="right"/>
      </w:pPr>
      <w:r>
        <w:t>انگلش تھی بہت پرسنیلٹی والے آدمی تھے بہت سٹرانگ پرسنیلٹی اور بہت سی باتیں آئی ایس میں انہوں</w:t>
      </w:r>
    </w:p>
    <w:p>
      <w:r>
        <w:rPr>
          <w:b/>
        </w:rPr>
        <w:t xml:space="preserve">[19:32] </w:t>
      </w:r>
      <w:r>
        <w:t>ne top kiya tha lekin spirit of age ko samjha nahi unhon ne ek aisa zamana hai jabke</w:t>
      </w:r>
    </w:p>
    <w:p>
      <w:pPr>
        <w:jc w:val="right"/>
      </w:pPr>
      <w:r>
        <w:t>نے ٹاپ کیا تھا لیکن اسپرٹ آف ایج کو سمجھا نہیں انہوں نے ایک ایسا زمانہ ہے جبکہ</w:t>
      </w:r>
    </w:p>
    <w:p>
      <w:r>
        <w:rPr>
          <w:b/>
        </w:rPr>
        <w:t xml:space="preserve">[19:42] </w:t>
      </w:r>
      <w:r>
        <w:t>ab to woh dorania khatam ho gaya discrimination ka woh woh yeh term hi khatam ho gayi ab jo term hai woh merit hai merit kal mein ne aik American leader ka parha bayan us ne kaha ke hamare haan to merit chalta hai merit parhao taraqi karo yeh bohat sahi baat hai kal ke akhbaron mein se paya discrimination ka dour</w:t>
      </w:r>
    </w:p>
    <w:p>
      <w:pPr>
        <w:jc w:val="right"/>
      </w:pPr>
      <w:r>
        <w:t>اب تو وہ دورانیہ ختم ہو گیا ڈسکریمنیشن کا وہ وہ یہ ٹرم ہی ختم ہو گئی اب جو ٹرم ہے وہ میرٹ ہے میرٹ کل میں نے ایک امریکن لیڈر کا پڑھا بیان اس نے کہا کہ ہمارے ہاں تو میرٹ چلتا ہے میرٹ پڑھاؤ ترقی کرو یہ بہت صحیح بات ہے کل کے اخباروں میں سے پایا ڈسکریمنیشن کا دور</w:t>
      </w:r>
    </w:p>
    <w:p>
      <w:r>
        <w:rPr>
          <w:b/>
        </w:rPr>
        <w:t xml:space="preserve">[20:12] </w:t>
      </w:r>
      <w:r>
        <w:t>dourania khatam ho gaya yeh to pehle dourania hua karta tha ab merit ka zamana hai ab merit</w:t>
      </w:r>
    </w:p>
    <w:p>
      <w:pPr>
        <w:jc w:val="right"/>
      </w:pPr>
      <w:r>
        <w:t>انیہ ختم ہو گیا یہ تو پہلے دورانیہ ہوا کرتا تھا اب میرٹ کا زمانہ ہے اب میرٹ</w:t>
      </w:r>
    </w:p>
    <w:p>
      <w:r>
        <w:rPr>
          <w:b/>
        </w:rPr>
        <w:t xml:space="preserve">[20:22] </w:t>
      </w:r>
      <w:r>
        <w:t>ka zamana hai ab jo hai bare bare institutions hain bari bari companies hain bare bare idaray hain</w:t>
      </w:r>
    </w:p>
    <w:p>
      <w:pPr>
        <w:jc w:val="right"/>
      </w:pPr>
      <w:r>
        <w:t>کا زمانہ ہے اب جو ہے بڑے بڑے انسٹیٹیوشنز ہیں بڑی بڑی کمپنیاں ہیں بڑے بڑے ادارے ہیں</w:t>
      </w:r>
    </w:p>
    <w:p>
      <w:r>
        <w:rPr>
          <w:b/>
        </w:rPr>
        <w:t xml:space="preserve">[20:32] </w:t>
      </w:r>
      <w:r>
        <w:t>in sab ko qualified aadmi chahiye qualified aadmi to agar aap qualify karein to aap un ki zaroorat</w:t>
      </w:r>
    </w:p>
    <w:p>
      <w:pPr>
        <w:jc w:val="right"/>
      </w:pPr>
      <w:r>
        <w:t>ان سب کو کوالیفائیڈ آدمی چاہیے کوالیفائیڈ آدمی تو اگر آپ کوالیفائی کریں تو آپ ان کی ضرورت</w:t>
      </w:r>
    </w:p>
    <w:p>
      <w:r>
        <w:rPr>
          <w:b/>
        </w:rPr>
        <w:t xml:space="preserve">[20:43] </w:t>
      </w:r>
      <w:r>
        <w:t>ban jayenge zaroorat yani agar aap qualify karein agar aap apne ko ek expert banayein is subject</w:t>
      </w:r>
    </w:p>
    <w:p>
      <w:pPr>
        <w:jc w:val="right"/>
      </w:pPr>
      <w:r>
        <w:t>بن جائیں گے ضرورت یعنی اگر آپ کوالیفائی کریں اگر آپ اپنے کو ایک ایکسپرٹ بنائیں اس سبجیکٹ</w:t>
      </w:r>
    </w:p>
    <w:p>
      <w:r>
        <w:rPr>
          <w:b/>
        </w:rPr>
        <w:t xml:space="preserve">[20:53] </w:t>
      </w:r>
      <w:r>
        <w:t>ka to aap un companies ke un idaron ki zaroorat ban jayenge chunancha woh peshi ke tor</w:t>
      </w:r>
    </w:p>
    <w:p>
      <w:pPr>
        <w:jc w:val="right"/>
      </w:pPr>
      <w:r>
        <w:t>کا تو آپ ان کمپنیوں کے ان اداروں کی ضرورت بن جائیں گے چنانچہ وہ پیشی کے طور</w:t>
      </w:r>
    </w:p>
    <w:p>
      <w:r>
        <w:rPr>
          <w:b/>
        </w:rPr>
        <w:t xml:space="preserve">[21:03] </w:t>
      </w:r>
      <w:r>
        <w:t>par colleges mein universityon mein apne aadmi bithaa rakhte hain un ka kaha jata hai ke</w:t>
      </w:r>
    </w:p>
    <w:p>
      <w:pPr>
        <w:jc w:val="right"/>
      </w:pPr>
      <w:r>
        <w:t>پر کالجوں میں یونیورسٹیوں میں اپنے آدمی بٹھا رکھتے ہیں ان کا کہا جاتا ہے کہ</w:t>
      </w:r>
    </w:p>
    <w:p>
      <w:r>
        <w:rPr>
          <w:b/>
        </w:rPr>
        <w:t xml:space="preserve">[21:13] </w:t>
      </w:r>
      <w:r>
        <w:t>un ka nazariya hai cash them all cash theming bari bari companies ke aadmi hote hain universityon mein</w:t>
      </w:r>
    </w:p>
    <w:p>
      <w:pPr>
        <w:jc w:val="right"/>
      </w:pPr>
      <w:r>
        <w:t>ان کا نظریہ ہے کیش دیم آل کیش دیمینگ بڑی بڑی کمپنیوں کے آدمی ہوتے ہیں یونیورسٹیوں میں</w:t>
      </w:r>
    </w:p>
    <w:p>
      <w:r>
        <w:rPr>
          <w:b/>
        </w:rPr>
        <w:t xml:space="preserve">[21:21] </w:t>
      </w:r>
      <w:r>
        <w:t>aur colleges mein un ka nazariya hai cash theming yani student ko kuch wash karo jo us waqt</w:t>
      </w:r>
    </w:p>
    <w:p>
      <w:pPr>
        <w:jc w:val="right"/>
      </w:pPr>
      <w:r>
        <w:t>اور کالجوں میں ان کا نظریہ ہے کیش دیمینگ یعنی اسٹوڈنٹ کو کچھ واش کرو جو اس وقت</w:t>
      </w:r>
    </w:p>
    <w:p>
      <w:r>
        <w:rPr>
          <w:b/>
        </w:rPr>
        <w:t xml:space="preserve">[21:28] </w:t>
      </w:r>
      <w:r>
        <w:t>parh rahe hain un ko wash karo aur jin ko dekho competent us ko le lo to woh</w:t>
      </w:r>
    </w:p>
    <w:p>
      <w:pPr>
        <w:jc w:val="right"/>
      </w:pPr>
      <w:r>
        <w:t>پڑھ رہے ہیں ان کو واش کرو اور جن کو دیکھو کمپیٹنٹ اس کو لے لو تو وہ</w:t>
      </w:r>
    </w:p>
    <w:p>
      <w:r>
        <w:rPr>
          <w:b/>
        </w:rPr>
        <w:t xml:space="preserve">[21:36] </w:t>
      </w:r>
      <w:r>
        <w:t>tu dhoondh rahe hain ke kaun merit pata hai</w:t>
      </w:r>
    </w:p>
    <w:p>
      <w:pPr>
        <w:jc w:val="right"/>
      </w:pPr>
      <w:r>
        <w:t>تو ڈھونڈ رہے ہیں کہ کون میرٹ پاتا ہے</w:t>
      </w:r>
    </w:p>
    <w:p>
      <w:r>
        <w:rPr>
          <w:b/>
        </w:rPr>
        <w:t xml:space="preserve">[21:43] </w:t>
      </w:r>
      <w:r>
        <w:t>aap un ki aap un ki aap un ke zaroorat ke mutabiq apne ko qualify banaiye qualify kijiye</w:t>
      </w:r>
    </w:p>
    <w:p>
      <w:pPr>
        <w:jc w:val="right"/>
      </w:pPr>
      <w:r>
        <w:t>آپ ان کی آپ ان کی آپ ان کے ضرورت کے مطابق اپنے کو کوالیفائی بنائیے کوالیفائی کیجئے</w:t>
      </w:r>
    </w:p>
    <w:p>
      <w:r>
        <w:rPr>
          <w:b/>
        </w:rPr>
        <w:t xml:space="preserve">[21:51] </w:t>
      </w:r>
      <w:r>
        <w:t>tu yeh bohat ajeeb baat hai ke yeh log sari dunya ke musalman ek hi boli bol rahe</w:t>
      </w:r>
    </w:p>
    <w:p>
      <w:pPr>
        <w:jc w:val="right"/>
      </w:pPr>
      <w:r>
        <w:t>تو یہ بہت عجیب بات ہے کہ یہ لوگ ساری دنیا کے مسلمان ایک ہی بولی بول رہے</w:t>
      </w:r>
    </w:p>
    <w:p>
      <w:r>
        <w:rPr>
          <w:b/>
        </w:rPr>
        <w:t xml:space="preserve">[21:59] </w:t>
      </w:r>
      <w:r>
        <w:t>hain hamare sath discrimination ho raha hai yeh spirit of age ke khilaf hai aaj zamana merit ka</w:t>
      </w:r>
    </w:p>
    <w:p>
      <w:pPr>
        <w:jc w:val="right"/>
      </w:pPr>
      <w:r>
        <w:t>ہیں ہمارے ساتھ ڈسکریمنیشن ہو رہا ہے یہ اسپرٹ آف ایج کے خلاف ہے آج زمانہ میرٹ کا</w:t>
      </w:r>
    </w:p>
    <w:p>
      <w:r>
        <w:rPr>
          <w:b/>
        </w:rPr>
        <w:t xml:space="preserve">[22:06] </w:t>
      </w:r>
      <w:r>
        <w:t>zamana hai merit par aap</w:t>
      </w:r>
    </w:p>
    <w:p>
      <w:pPr>
        <w:jc w:val="right"/>
      </w:pPr>
      <w:r>
        <w:t>زمانہ ہے میرٹ پر آپ</w:t>
      </w:r>
    </w:p>
    <w:p>
      <w:r>
        <w:rPr>
          <w:b/>
        </w:rPr>
        <w:t xml:space="preserve">[22:14] </w:t>
      </w:r>
      <w:r>
        <w:t>qualify kijiye aur woh daud kar aap ko lenge kisi ne kaha tha ke agar isi baat</w:t>
      </w:r>
    </w:p>
    <w:p>
      <w:pPr>
        <w:jc w:val="right"/>
      </w:pPr>
      <w:r>
        <w:t>کوالیفائی کیجئے اور وہ دوڑ کر آپ کو لیں گے کسی نے کہا تھا کہ اگر اسی بات</w:t>
      </w:r>
    </w:p>
    <w:p>
      <w:r>
        <w:rPr>
          <w:b/>
        </w:rPr>
        <w:t xml:space="preserve">[22:24] </w:t>
      </w:r>
      <w:r>
        <w:t>ko le kar ke achhe achha hai yani achhe hone ka saboot do tum to us ne ek</w:t>
      </w:r>
    </w:p>
    <w:p>
      <w:pPr>
        <w:jc w:val="right"/>
      </w:pPr>
      <w:r>
        <w:t>کو لے کر کے اچھے اچھا ہے یعنی اچھے ہونے کا ثبوت دو تم تو اس نے ایک</w:t>
      </w:r>
    </w:p>
    <w:p>
      <w:r>
        <w:rPr>
          <w:b/>
        </w:rPr>
        <w:t xml:space="preserve">[22:34] </w:t>
      </w:r>
      <w:r>
        <w:t>misal di thi ke agar tum bohat achha chuhe din banao chuhe dan chuha pakadne wala tab bhi log tumhar</w:t>
      </w:r>
    </w:p>
    <w:p>
      <w:pPr>
        <w:jc w:val="right"/>
      </w:pPr>
      <w:r>
        <w:t>مثال دی تھی کہ اگر تم بہت اچھا چوہے دن بناؤ چوہے دان چوہا پکڑنے والا تب بھی لوگ تمہار</w:t>
      </w:r>
    </w:p>
    <w:p>
      <w:r>
        <w:rPr>
          <w:b/>
        </w:rPr>
        <w:t xml:space="preserve">[22:44] </w:t>
      </w:r>
      <w:r>
        <w:t>a ghar ka darwaza khatkayenge agar tum behtareen qism ka chuhe dan banana seekh lo to log</w:t>
      </w:r>
    </w:p>
    <w:p>
      <w:pPr>
        <w:jc w:val="right"/>
      </w:pPr>
      <w:r>
        <w:t>ا گھر کا دروازہ کھٹکائیں گے اگر تم بہترین قسم کا چوہے دان بنانا سیکھ لو تو لوگ</w:t>
      </w:r>
    </w:p>
    <w:p>
      <w:r>
        <w:rPr>
          <w:b/>
        </w:rPr>
        <w:t xml:space="preserve">[22:52] </w:t>
      </w:r>
      <w:r>
        <w:t>khud aa kar tumhara darwaza khatkayenge to yeh zamana merit ka zamana hai main ek misal deta</w:t>
      </w:r>
    </w:p>
    <w:p>
      <w:pPr>
        <w:jc w:val="right"/>
      </w:pPr>
      <w:r>
        <w:t>خود آ کر تمہارا دروازہ کھٹکائیں گے تو یہ زمانہ میرٹ کا زمانہ ہے میں ایک مثال دیتا</w:t>
      </w:r>
    </w:p>
    <w:p>
      <w:r>
        <w:rPr>
          <w:b/>
        </w:rPr>
        <w:t xml:space="preserve">[22:59] </w:t>
      </w:r>
      <w:r>
        <w:t>hoon aap ko america mein gaya to wahan chicago bohat bara shehar hai wahan par bohat bara tower</w:t>
      </w:r>
    </w:p>
    <w:p>
      <w:pPr>
        <w:jc w:val="right"/>
      </w:pPr>
      <w:r>
        <w:t>ہوں آپ کو امریکہ میں گیا تو وہاں شکاگو بہت بڑا شہر ہے وہاں پر بہت بڑا ٹاور</w:t>
      </w:r>
    </w:p>
    <w:p>
      <w:r>
        <w:rPr>
          <w:b/>
        </w:rPr>
        <w:t xml:space="preserve">[23:07] </w:t>
      </w:r>
      <w:r>
        <w:t>hai chicago tower yani so manzil</w:t>
      </w:r>
    </w:p>
    <w:p>
      <w:pPr>
        <w:jc w:val="right"/>
      </w:pPr>
      <w:r>
        <w:t>ہے شکاگو ٹاور یعنی سو منزل</w:t>
      </w:r>
    </w:p>
    <w:p>
      <w:r>
        <w:rPr>
          <w:b/>
        </w:rPr>
        <w:t xml:space="preserve">[23:14] </w:t>
      </w:r>
      <w:r>
        <w:t>se zyada is ki manzilein hain to is ko dekhne ke liye hum log gaye to pehli manzil</w:t>
      </w:r>
    </w:p>
    <w:p>
      <w:pPr>
        <w:jc w:val="right"/>
      </w:pPr>
      <w:r>
        <w:t>سے زیادہ اس کی منزلیں ہیں تو اس کو دیکھنے کے لیے ہم لوگ گئے تو پہلی منزل</w:t>
      </w:r>
    </w:p>
    <w:p>
      <w:r>
        <w:rPr>
          <w:b/>
        </w:rPr>
        <w:t xml:space="preserve">[23:22] </w:t>
      </w:r>
      <w:r>
        <w:t>par wahan par ek bohat bara board laga hua hai ke kis ne is tower ko banaya is</w:t>
      </w:r>
    </w:p>
    <w:p>
      <w:pPr>
        <w:jc w:val="right"/>
      </w:pPr>
      <w:r>
        <w:t>پر وہاں پر ایک بہت بڑا بورڈ لگا ہوا ہے کہ کس نے اس ٹاور کو بنایا اس</w:t>
      </w:r>
    </w:p>
    <w:p>
      <w:r>
        <w:rPr>
          <w:b/>
        </w:rPr>
        <w:t xml:space="preserve">[23:29] </w:t>
      </w:r>
      <w:r>
        <w:t>tower ka architect kaun tha to bohat bold letter mein bohat hi detail ke sath ek bangladeshi</w:t>
      </w:r>
    </w:p>
    <w:p>
      <w:pPr>
        <w:jc w:val="right"/>
      </w:pPr>
      <w:r>
        <w:t>ٹاور کا آرکیٹیکٹ کون تھا تو بہت بولڈ لیٹر میں بہت ہی ڈیٹیل کے ساتھ ایک بنگلہ دیشی</w:t>
      </w:r>
    </w:p>
    <w:p>
      <w:r>
        <w:rPr>
          <w:b/>
        </w:rPr>
        <w:t xml:space="preserve">[23:37] </w:t>
      </w:r>
      <w:r>
        <w:t>musalman ka naam likha hua hai is bangladeshi</w:t>
      </w:r>
    </w:p>
    <w:p>
      <w:pPr>
        <w:jc w:val="right"/>
      </w:pPr>
      <w:r>
        <w:t>مسلمان کا نام لکھا ہوا ہے اس بنگلہ دیشی</w:t>
      </w:r>
    </w:p>
    <w:p>
      <w:r>
        <w:rPr>
          <w:b/>
        </w:rPr>
        <w:t xml:space="preserve">[23:44] </w:t>
      </w:r>
      <w:r>
        <w:t>musalman ka naam fazal ur rehman hai aap ghor kijiye america sab se zyada developed country banaya jata hai</w:t>
      </w:r>
    </w:p>
    <w:p>
      <w:pPr>
        <w:jc w:val="right"/>
      </w:pPr>
      <w:r>
        <w:t>مسلمان کا نام فضل الرحمن ہے آپ غور کیجئے امریکہ سب سے زیادہ ڈیولپڈ کنٹری بنایا جاتا ہے</w:t>
      </w:r>
    </w:p>
    <w:p>
      <w:r>
        <w:rPr>
          <w:b/>
        </w:rPr>
        <w:t xml:space="preserve">[23:52] </w:t>
      </w:r>
      <w:r>
        <w:t>sab se zyada taraqqi yafta mulk aur america mein ek bohat bara tower banaya jata hai aur is</w:t>
      </w:r>
    </w:p>
    <w:p>
      <w:pPr>
        <w:jc w:val="right"/>
      </w:pPr>
      <w:r>
        <w:t>سب سے زیادہ ترقی یافتہ ملک اور امریکہ میں ایک بہت بڑا ٹاور بنایا جاتا ہے اور اس</w:t>
      </w:r>
    </w:p>
    <w:p>
      <w:r>
        <w:rPr>
          <w:b/>
        </w:rPr>
        <w:t xml:space="preserve">[23:59] </w:t>
      </w:r>
      <w:r>
        <w:t>ka architect kis ka kaun hota hai fazal ur rehman bangladesh bangladesh ka musalman kyunke merit mein</w:t>
      </w:r>
    </w:p>
    <w:p>
      <w:pPr>
        <w:jc w:val="right"/>
      </w:pPr>
      <w:r>
        <w:t>کا آرکیٹیکٹ کس کا کون ہوتا ہے فضل الرحمن بنگلہ دیش بنگلہ دیش کا مسلمان کیونکہ میرٹ میں</w:t>
      </w:r>
    </w:p>
    <w:p>
      <w:r>
        <w:rPr>
          <w:b/>
        </w:rPr>
        <w:t xml:space="preserve">[24:07] </w:t>
      </w:r>
      <w:r>
        <w:t>woh jab test liya gaya to woh number one aaya</w:t>
      </w:r>
    </w:p>
    <w:p>
      <w:pPr>
        <w:jc w:val="right"/>
      </w:pPr>
      <w:r>
        <w:t>وہ جب ٹیسٹ لیا گیا تو وہ نمبر ون آیا</w:t>
      </w:r>
    </w:p>
    <w:p>
      <w:r>
        <w:rPr>
          <w:b/>
        </w:rPr>
        <w:t xml:space="preserve">[24:15] </w:t>
      </w:r>
      <w:r>
        <w:t>to kahan hai discrimination yeh to absolute term hai discrimination is zamane mein ek absolute term ban chuka</w:t>
      </w:r>
    </w:p>
    <w:p>
      <w:pPr>
        <w:jc w:val="right"/>
      </w:pPr>
      <w:r>
        <w:t>تو کہاں ہے ڈسکریمنیشن یہ تو ابسولیوٹ ٹرم ہے ڈسکریمنیشن اس زمانے میں ایک ابسولیوٹ ٹرم بن چکا</w:t>
      </w:r>
    </w:p>
    <w:p>
      <w:r>
        <w:rPr>
          <w:b/>
        </w:rPr>
        <w:t xml:space="preserve">[24:26] </w:t>
      </w:r>
      <w:r>
        <w:t>hai yeh badshahat ke zamane mein liondar hua karte the tab yeh tha ab to kuch nahi altaf</w:t>
      </w:r>
    </w:p>
    <w:p>
      <w:pPr>
        <w:jc w:val="right"/>
      </w:pPr>
      <w:r>
        <w:t>ہے یہ بادشاہت کے زمانے میں لیونڈار ہوا کرتے تھے تب یہ تھا اب تو کچھ نہیں الطاف</w:t>
      </w:r>
    </w:p>
    <w:p>
      <w:r>
        <w:rPr>
          <w:b/>
        </w:rPr>
        <w:t xml:space="preserve">[24:37] </w:t>
      </w:r>
      <w:r>
        <w:t>hussain hali ne apne masale mein likha tha so saal pehle so saal pehle</w:t>
      </w:r>
    </w:p>
    <w:p>
      <w:pPr>
        <w:jc w:val="right"/>
      </w:pPr>
      <w:r>
        <w:t>حسن حالی نے اپنے مصالحے میں لکھا تھا سو سال پہلے سو سال پہلے</w:t>
      </w:r>
    </w:p>
    <w:p>
      <w:r>
        <w:rPr>
          <w:b/>
        </w:rPr>
        <w:t xml:space="preserve">[24:47] </w:t>
      </w:r>
      <w:r>
        <w:t>hukumat ne azadiyan tum ko di hain taraqqi ki rahen sarasar khuli hain hukumat ne azadiyan tum ko</w:t>
      </w:r>
    </w:p>
    <w:p>
      <w:pPr>
        <w:jc w:val="right"/>
      </w:pPr>
      <w:r>
        <w:t>حکومت نے آزادیاں تم کو دی ہیں ترقی کی راہیں سراسر کھلی ہیں حکومت نے آزادیاں تم کو</w:t>
      </w:r>
    </w:p>
    <w:p>
      <w:r>
        <w:rPr>
          <w:b/>
        </w:rPr>
        <w:t xml:space="preserve">[24:55] </w:t>
      </w:r>
      <w:r>
        <w:t>di hain taraqqi ki rahen sarasar khuli hain ab hukumat ki baat nahi zamane ki baat hai ji</w:t>
      </w:r>
    </w:p>
    <w:p>
      <w:pPr>
        <w:jc w:val="right"/>
      </w:pPr>
      <w:r>
        <w:t>دی ہیں ترقی کی راہیں سراسر کھلی ہیں اب حکومت کی بات نہیں زمانے کی بات ہے جی</w:t>
      </w:r>
    </w:p>
    <w:p>
      <w:r>
        <w:rPr>
          <w:b/>
        </w:rPr>
        <w:t xml:space="preserve">[25:02] </w:t>
      </w:r>
      <w:r>
        <w:t>zamane ne azadiyan tum ko di hain taraqqi ki rahen sarasar khuli hain woh zamana bhi khatm ho</w:t>
      </w:r>
    </w:p>
    <w:p>
      <w:pPr>
        <w:jc w:val="right"/>
      </w:pPr>
      <w:r>
        <w:t>زمانے نے آزادیاں تم کو دی ہیں ترقی کی راہیں سراسر کھلی ہیں وہ زمانہ بھی ختم ہو</w:t>
      </w:r>
    </w:p>
    <w:p>
      <w:r>
        <w:rPr>
          <w:b/>
        </w:rPr>
        <w:t xml:space="preserve">[25:10] </w:t>
      </w:r>
      <w:r>
        <w:t>gaya jab hali ko kehna pada tha ke hukoomat ne azadi di hai ab to zamane ne di hai koi</w:t>
      </w:r>
    </w:p>
    <w:p>
      <w:pPr>
        <w:jc w:val="right"/>
      </w:pPr>
      <w:r>
        <w:t>گیا جب حالی کو کہنا پڑا تھا کہ حکومت نے آزادی دی ہے اب تو زمانے نے دی ہے کوئی</w:t>
      </w:r>
    </w:p>
    <w:p>
      <w:r>
        <w:rPr>
          <w:b/>
        </w:rPr>
        <w:t xml:space="preserve">[25:18] </w:t>
      </w:r>
      <w:r>
        <w:t>chheen nahin sakta aap se hali ka zamana woh hai jab yahan par angrez raj karte the british</w:t>
      </w:r>
    </w:p>
    <w:p>
      <w:pPr>
        <w:jc w:val="right"/>
      </w:pPr>
      <w:r>
        <w:t>چھین نہیں سکتا آپ سے حالی کا زمانہ وہ ہے جب یہاں پر انگریز راج کرتے تھے برٹش</w:t>
      </w:r>
    </w:p>
    <w:p>
      <w:r>
        <w:rPr>
          <w:b/>
        </w:rPr>
        <w:t xml:space="preserve">[25:25] </w:t>
      </w:r>
      <w:r>
        <w:t>empire qaim tha india mein to us waqt hukoomat ke dene se milti thi cheezen to unhon ne</w:t>
      </w:r>
    </w:p>
    <w:p>
      <w:pPr>
        <w:jc w:val="right"/>
      </w:pPr>
      <w:r>
        <w:t>ایمپائر قائم تھا انڈیا میں تو اس وقت حکومت کے دینے سے ملتی تھی چیزیں تو انہوں نے</w:t>
      </w:r>
    </w:p>
    <w:p>
      <w:r>
        <w:rPr>
          <w:b/>
        </w:rPr>
        <w:t xml:space="preserve">[25:33] </w:t>
      </w:r>
      <w:r>
        <w:t>kaha ke hukoomat ne azadiyan tum ko di hain taraqqi ki rahen sarasar khuli hain ab to ek</w:t>
      </w:r>
    </w:p>
    <w:p>
      <w:pPr>
        <w:jc w:val="right"/>
      </w:pPr>
      <w:r>
        <w:t>کہا کہ حکومت نے آزادیاں تم کو دی ہیں ترقی کی راہیں سراسر کھلی ہیں اب تو ایک</w:t>
      </w:r>
    </w:p>
    <w:p>
      <w:r>
        <w:rPr>
          <w:b/>
        </w:rPr>
        <w:t xml:space="preserve">[25:40] </w:t>
      </w:r>
      <w:r>
        <w:t>aur duniya ban chuki hai ek aur</w:t>
      </w:r>
    </w:p>
    <w:p>
      <w:pPr>
        <w:jc w:val="right"/>
      </w:pPr>
      <w:r>
        <w:t>اور دنیا بن چکی ہے ایک اور</w:t>
      </w:r>
    </w:p>
    <w:p>
      <w:r>
        <w:rPr>
          <w:b/>
        </w:rPr>
        <w:t xml:space="preserve">[25:48] </w:t>
      </w:r>
      <w:r>
        <w:t>duniya jis ka slogan hai ke zamane ne azadiyan tum ko di hain taraqqi ki rahen sarasar khuli</w:t>
      </w:r>
    </w:p>
    <w:p>
      <w:pPr>
        <w:jc w:val="right"/>
      </w:pPr>
      <w:r>
        <w:t>دنیا جس کا سلوگن ہے کہ زمانے نے آزادیاں تم کو دی ہیں ترقی کی راہیں سراسر کھلی</w:t>
      </w:r>
    </w:p>
    <w:p>
      <w:r>
        <w:rPr>
          <w:b/>
        </w:rPr>
        <w:t xml:space="preserve">[25:58] </w:t>
      </w:r>
      <w:r>
        <w:t>hain ab human rights jo hai taraqqi ke mawaqe har ek ke liye har ek ke liye har</w:t>
      </w:r>
    </w:p>
    <w:p>
      <w:pPr>
        <w:jc w:val="right"/>
      </w:pPr>
      <w:r>
        <w:t>ہیں اب ہیومن رائٹس جو ہے ترقی کے مواقع ہر ایک کے لیے ہر ایک کے لیے ہر</w:t>
      </w:r>
    </w:p>
    <w:p>
      <w:r>
        <w:rPr>
          <w:b/>
        </w:rPr>
        <w:t xml:space="preserve">[26:08] </w:t>
      </w:r>
      <w:r>
        <w:t>ek ke liye yeh hai democracy hamare ulama ne democracy ko samjha tha ke ladari nizam yeh bilkul hi</w:t>
      </w:r>
    </w:p>
    <w:p>
      <w:pPr>
        <w:jc w:val="right"/>
      </w:pPr>
      <w:r>
        <w:t>ایک کے لیے یہ ہے ڈیموکریسی ہمارے علماء نے ڈیموکریسی کو سمجھا تھا کہ لاداری نظام یہ بالکل ہی</w:t>
      </w:r>
    </w:p>
    <w:p>
      <w:r>
        <w:rPr>
          <w:b/>
        </w:rPr>
        <w:t xml:space="preserve">[26:18] </w:t>
      </w:r>
      <w:r>
        <w:t>be khabari ki baat hai democracy ka mani hai matlab hai yani har opportunity har ek ke liye har opportunity har ek ke liye yani ab jo hai har cheez aap ka right ban chuki hai freedom aap ka right ban chuki hai absolute right jo pehle kabhi tha nahi yani freedom of speech is zaman</w:t>
      </w:r>
    </w:p>
    <w:p>
      <w:pPr>
        <w:jc w:val="right"/>
      </w:pPr>
      <w:r>
        <w:t>بے خبری کی بات ہے ڈیموکریسی کا معنی ہے مطلب ہے یعنی ہر اپرچونیٹی ہر ایک کے لیے ہر اپرچونیٹی ہر ایک کے لیے یعنی اب جو ہے ہر چیز آپ کا رائٹ بن چکی ہے فریڈم آپ کا رائٹ بن چکی ہے ابسولیوٹ رائٹ جو پہلے کبھی تھا نہیں یعنی فریڈم آف اسپیچ اس زمان</w:t>
      </w:r>
    </w:p>
    <w:p>
      <w:r>
        <w:rPr>
          <w:b/>
        </w:rPr>
        <w:t xml:space="preserve">[26:48] </w:t>
      </w:r>
      <w:r>
        <w:t>e mein absolute right ban chuka hai koi cheen nahi sakta ise to yeh yeh yeh jitne bhi leader hain chahe mr leader hain ya molvi leader hain sab zamane se bilkul hi be khabar hain aakhri had tak be khabar hain in ki nakami ka raaz yahi hai in ke magazine band ho rahe hain in ke is is stage par in ka shan o shaukat khatam ho rahi hai maishat ke josh o kh</w:t>
      </w:r>
    </w:p>
    <w:p>
      <w:pPr>
        <w:jc w:val="right"/>
      </w:pPr>
      <w:r>
        <w:t>ے میں ابسولیوٹ رائٹ بن چکا ہے کوئی چھین نہیں سکتا اسے تو یہ یہ یہ جتنے بھی لیڈر ہیں چاہے مسٹر لیڈر ہیں یا مولوی لیڈر ہیں سب زمانے سے بالکل ہی بے خبر ہیں آخری حد تک بے خبر ہیں ان کی ناکامی کا راز یہی ہے ان کے میگزین بند ہو رہے ہیں ان کے اس اس اسٹیج پر ان کا شان و شوکت ختم ہو رہی ہے معیشت کے جوش و خ</w:t>
      </w:r>
    </w:p>
    <w:p>
      <w:r>
        <w:rPr>
          <w:b/>
        </w:rPr>
        <w:t xml:space="preserve">[27:18] </w:t>
      </w:r>
      <w:r>
        <w:t>arosh se uthte hain maishat ke sath barhte hain yeh sab isi liye hai yani ek zamana woh tha jab ke hukumat azadi deti thi tab azadi milti thi to royalty ke liye sari jis ko kehte hain prelate class royalty ki hesiyat p</w:t>
      </w:r>
    </w:p>
    <w:p>
      <w:pPr>
        <w:jc w:val="right"/>
      </w:pPr>
      <w:r>
        <w:t>روش سے اٹھتے ہیں معیشت کے ساتھ بڑھتے ہیں یہ سب اسی لیے ہے یعنی ایک زمانہ وہ تھا جب کہ حکومت آزادی دیتی تھی تب آزادی ملتی تھی تو رائلٹی کے لیے ساری جس کو کہتے ہیں پریولیٹ کلاس رائلٹی کی حیثیت پ</w:t>
      </w:r>
    </w:p>
    <w:p>
      <w:r>
        <w:rPr>
          <w:b/>
        </w:rPr>
        <w:t xml:space="preserve">[27:48] </w:t>
      </w:r>
      <w:r>
        <w:t>revolute class ki thi yani kuch logon ko mawaqe the baqi logon ko nahin the woh daur khatm</w:t>
      </w:r>
    </w:p>
    <w:p>
      <w:pPr>
        <w:jc w:val="right"/>
      </w:pPr>
      <w:r>
        <w:t>ریولیٹ کلاس کی تھی یعنی کچھ لوگوں کو مواقع تھے باقی لوگوں کو نہیں تھے وہ دور ختم</w:t>
      </w:r>
    </w:p>
    <w:p>
      <w:r>
        <w:rPr>
          <w:b/>
        </w:rPr>
        <w:t xml:space="preserve">[27:55] </w:t>
      </w:r>
      <w:r>
        <w:t>ho gaya phir woh daur aaya ke hukoomat ne azadiyan tum ko di hain ab to is ke</w:t>
      </w:r>
    </w:p>
    <w:p>
      <w:pPr>
        <w:jc w:val="right"/>
      </w:pPr>
      <w:r>
        <w:t>ہو گیا پھر وہ دور آیا کہ حکومت نے آزادیاں تم کو دی ہیں اب تو اس کے</w:t>
      </w:r>
    </w:p>
    <w:p>
      <w:r>
        <w:rPr>
          <w:b/>
        </w:rPr>
        <w:t xml:space="preserve">[28:03] </w:t>
      </w:r>
      <w:r>
        <w:t>aage muamla hai ab zamane ne azadiyan tum ko di jis line mein chahe taraqqi kijiye mazhab ki</w:t>
      </w:r>
    </w:p>
    <w:p>
      <w:pPr>
        <w:jc w:val="right"/>
      </w:pPr>
      <w:r>
        <w:t>آگے معاملہ ہے اب زمانے نے آزادیاں تم کو دی جس لائن میں چاہے ترقی کیجئے مذہب کی</w:t>
      </w:r>
    </w:p>
    <w:p>
      <w:r>
        <w:rPr>
          <w:b/>
        </w:rPr>
        <w:t xml:space="preserve">[28:10] </w:t>
      </w:r>
      <w:r>
        <w:t>line mein education ki line mein engineer</w:t>
      </w:r>
    </w:p>
    <w:p>
      <w:pPr>
        <w:jc w:val="right"/>
      </w:pPr>
      <w:r>
        <w:t>لائن میں ایجوکیشن کی لائن میں انجینئر</w:t>
      </w:r>
    </w:p>
    <w:p>
      <w:r>
        <w:rPr>
          <w:b/>
        </w:rPr>
        <w:t xml:space="preserve">[28:18] </w:t>
      </w:r>
      <w:r>
        <w:t>ing ki line mein koi rok nahin sakta aap ko to jin logon ke leaderiyan khatm ho rahi</w:t>
      </w:r>
    </w:p>
    <w:p>
      <w:pPr>
        <w:jc w:val="right"/>
      </w:pPr>
      <w:r>
        <w:t>نگ کی لائن میں کوئی روک نہیں سکتا آپ کو تو جن لوگوں کے لیڈریاں ختم ہو رہی</w:t>
      </w:r>
    </w:p>
    <w:p>
      <w:r>
        <w:rPr>
          <w:b/>
        </w:rPr>
        <w:t xml:space="preserve">[28:26] </w:t>
      </w:r>
      <w:r>
        <w:t>hain jin ke magazine band ho rahe hain jin ka stage nakam ho raha hai woh shikayat abhi</w:t>
      </w:r>
    </w:p>
    <w:p>
      <w:pPr>
        <w:jc w:val="right"/>
      </w:pPr>
      <w:r>
        <w:t>ہیں جن کے میگزین بند ہو رہے ہیں جن کا اسٹیج ناکام ہو رہا ہے وہ شکایت ابھی</w:t>
      </w:r>
    </w:p>
    <w:p>
      <w:r>
        <w:rPr>
          <w:b/>
        </w:rPr>
        <w:t xml:space="preserve">[28:33] </w:t>
      </w:r>
      <w:r>
        <w:t>bhi karte hain doosron ki abhi bhi woh shikayat doosron ki karte hain yahan doosra koi nahin jis</w:t>
      </w:r>
    </w:p>
    <w:p>
      <w:pPr>
        <w:jc w:val="right"/>
      </w:pPr>
      <w:r>
        <w:t>بھی کرتے ہیں دوسروں کی ابھی بھی وہ شکایت دوسروں کی کرتے ہیں یہاں دوسرا کوئی نہیں جس</w:t>
      </w:r>
    </w:p>
    <w:p>
      <w:r>
        <w:rPr>
          <w:b/>
        </w:rPr>
        <w:t xml:space="preserve">[28:41] </w:t>
      </w:r>
      <w:r>
        <w:t>ke upar woh shikayat pade</w:t>
      </w:r>
    </w:p>
    <w:p>
      <w:pPr>
        <w:jc w:val="right"/>
      </w:pPr>
      <w:r>
        <w:t>کے اوپر وہ شکایت پڑے</w:t>
      </w:r>
    </w:p>
    <w:p>
      <w:r>
        <w:rPr>
          <w:b/>
        </w:rPr>
        <w:t xml:space="preserve">[28:49] </w:t>
      </w:r>
      <w:r>
        <w:t>jaise misal ke taur par main agar shikayat karoon british viceroy ki lord mount burton ki to woh</w:t>
      </w:r>
    </w:p>
    <w:p>
      <w:pPr>
        <w:jc w:val="right"/>
      </w:pPr>
      <w:r>
        <w:t>جیسے مثال کے طور پر میں اگر شکایت کروں برٹش وائسرائے کی لارڈ ماؤنٹ برٹن کی تو وہ</w:t>
      </w:r>
    </w:p>
    <w:p>
      <w:r>
        <w:rPr>
          <w:b/>
        </w:rPr>
        <w:t xml:space="preserve">[28:57] </w:t>
      </w:r>
      <w:r>
        <w:t>yahan maujood nahin hai meri shikayat kahan jayegi aaj agar main 2017 mein shikayat karoon lord mount</w:t>
      </w:r>
    </w:p>
    <w:p>
      <w:pPr>
        <w:jc w:val="right"/>
      </w:pPr>
      <w:r>
        <w:t>یہاں موجود نہیں ہے میری شکایت کہاں جائے گی آج اگر میں 2017 میں شکایت کروں لارڈ ماؤنٹ</w:t>
      </w:r>
    </w:p>
    <w:p>
      <w:r>
        <w:rPr>
          <w:b/>
        </w:rPr>
        <w:t xml:space="preserve">[29:06] </w:t>
      </w:r>
      <w:r>
        <w:t>burton ki jo kabhi viceroy hua karte the to meri shikayat kis padhegi nahin woh zamana hi</w:t>
      </w:r>
    </w:p>
    <w:p>
      <w:pPr>
        <w:jc w:val="right"/>
      </w:pPr>
      <w:r>
        <w:t>برٹن کی جو کبھی وائسرائے ہوا کرتے تھے تو میری شکایت کسی پڑھے گی نہیں وہ زمانہ ہی</w:t>
      </w:r>
    </w:p>
    <w:p>
      <w:r>
        <w:rPr>
          <w:b/>
        </w:rPr>
        <w:t xml:space="preserve">[29:14] </w:t>
      </w:r>
      <w:r>
        <w:t>khatm ho gaya aisi un ki shikayaten hain kisi padhne wali nahin</w:t>
      </w:r>
    </w:p>
    <w:p>
      <w:pPr>
        <w:jc w:val="right"/>
      </w:pPr>
      <w:r>
        <w:t>ختم ہو گیا ایسی ان کی شکایتیں ہیں کسی پڑھنے والی نہیں</w:t>
      </w:r>
    </w:p>
    <w:p>
      <w:r>
        <w:rPr>
          <w:b/>
        </w:rPr>
        <w:t xml:space="preserve">[29:22] </w:t>
      </w:r>
      <w:r>
        <w:t>ke hum mazloom hain hamare sath zulm kiya ja raha hai hamare khilaf sazish ki jati hai hamare</w:t>
      </w:r>
    </w:p>
    <w:p>
      <w:pPr>
        <w:jc w:val="right"/>
      </w:pPr>
      <w:r>
        <w:t>کہ ہم مظلوم ہیں ہمارے ساتھ ظلم کیا جا رہا ہے ہمارے خلاف سازش کی جاتی ہے ہمارے</w:t>
      </w:r>
    </w:p>
    <w:p>
      <w:r>
        <w:rPr>
          <w:b/>
        </w:rPr>
        <w:t xml:space="preserve">[29:30] </w:t>
      </w:r>
      <w:r>
        <w:t>sath discrimination ho raha hai to koi hai hi nahin jise padhe yeh shikayat khud apne upar lotati</w:t>
      </w:r>
    </w:p>
    <w:p>
      <w:pPr>
        <w:jc w:val="right"/>
      </w:pPr>
      <w:r>
        <w:t>ساتھ ڈسکریمنیشن ہو رہا ہے تو کوئی ہے ہی نہیں جسے پڑھے یہ شکایت خود اپنے اوپر لوٹتی</w:t>
      </w:r>
    </w:p>
    <w:p>
      <w:r>
        <w:rPr>
          <w:b/>
        </w:rPr>
        <w:t xml:space="preserve">[29:38] </w:t>
      </w:r>
      <w:r>
        <w:t>hai woh yani koi duniya mein nahin hai zalim sazish karne wala hamein peeche dhakelne wala hamare sath</w:t>
      </w:r>
    </w:p>
    <w:p>
      <w:pPr>
        <w:jc w:val="right"/>
      </w:pPr>
      <w:r>
        <w:t>ہے وہ یعنی کوئی دنیا میں نہیں ہے ظالم سازش کرنے والا ہمیں پیچھے دھکیلنے والا ہمارے ساتھ</w:t>
      </w:r>
    </w:p>
    <w:p>
      <w:r>
        <w:rPr>
          <w:b/>
        </w:rPr>
        <w:t xml:space="preserve">[29:46] </w:t>
      </w:r>
      <w:r>
        <w:t>discrimination karne wala aisa koi hai hi nahin</w:t>
      </w:r>
    </w:p>
    <w:p>
      <w:pPr>
        <w:jc w:val="right"/>
      </w:pPr>
      <w:r>
        <w:t>ڈسکریمنیشن کرنے والا ایسا کوئی ہے ہی نہیں</w:t>
      </w:r>
    </w:p>
    <w:p>
      <w:r>
        <w:rPr>
          <w:b/>
        </w:rPr>
        <w:t xml:space="preserve">[29:54] </w:t>
      </w:r>
      <w:r>
        <w:t>jaise lord jaise mountbatten aaj maujood nahi hain lord churchill aaj maujood nahi hain is ke khilaf shikayat karenge to woh maujood hi nahi kis par padegi woh aise hi yeh log jo jin zalimon ko le kar shikayaten kar rahe hain woh zalim maujood hi nahi hain kahin maujood hi nahi hain maslan hum log kaam kar rahe hain ek</w:t>
      </w:r>
    </w:p>
    <w:p>
      <w:pPr>
        <w:jc w:val="right"/>
      </w:pPr>
      <w:r>
        <w:t>جیسے لارڈ جیسے ماؤنٹ برٹن آج موجود نہیں ہیں لارڈ چرچل آج موجود نہیں ہیں اس کے خلاف شکایت کریں گے تو وہ موجود ہی نہیں کس پر پڑے گی وہ ایسے ہی یہ لوگ جو جن ظالموں کو کو لے کر شکایتیں کر رہے ہیں وہ ظالم موجود ہی نہیں ہیں کہیں موجود ہی نہیں ہیں مثلاً ہم لوگ کام کر رہے ہیں ایک</w:t>
      </w:r>
    </w:p>
    <w:p>
      <w:r>
        <w:rPr>
          <w:b/>
        </w:rPr>
        <w:t xml:space="preserve">[30:24] </w:t>
      </w:r>
      <w:r>
        <w:t>peace ke liye islam ke liye spirituality ke liye hamein koi rukawat nahi ek yani chahe ek hukumat</w:t>
      </w:r>
    </w:p>
    <w:p>
      <w:pPr>
        <w:jc w:val="right"/>
      </w:pPr>
      <w:r>
        <w:t>پیس کے لیے اسلام کے لیے اسپرچولٹی کے لیے ہمیں کوئی رکاوٹ نہیں ایک یعنی چاہے ایک حکومت</w:t>
      </w:r>
    </w:p>
    <w:p>
      <w:r>
        <w:rPr>
          <w:b/>
        </w:rPr>
        <w:t xml:space="preserve">[30:34] </w:t>
      </w:r>
      <w:r>
        <w:t>aaye chahe doosri hukumat aaye election mein woh jeeta hai ya woh jeeta hai hamara kaam chal raha</w:t>
      </w:r>
    </w:p>
    <w:p>
      <w:pPr>
        <w:jc w:val="right"/>
      </w:pPr>
      <w:r>
        <w:t>آئے چاہے دوسری حکومت آئے الیکشن میں وہ جیتا ہے یا وہ جیتا ہے ہمارا کام چل رہا</w:t>
      </w:r>
    </w:p>
    <w:p>
      <w:r>
        <w:rPr>
          <w:b/>
        </w:rPr>
        <w:t xml:space="preserve">[30:44] </w:t>
      </w:r>
      <w:r>
        <w:t>hai kyunke woh zamana khatam ho gaya woh zamana hi khatam ho gaya to in logon ko yeh a</w:t>
      </w:r>
    </w:p>
    <w:p>
      <w:pPr>
        <w:jc w:val="right"/>
      </w:pPr>
      <w:r>
        <w:t>ہے کیونکہ وہ زمانہ ختم ہو گیا وہ زمانہ ہی ختم ہو گیا تو ان لوگوں کو یہ اع</w:t>
      </w:r>
    </w:p>
    <w:p>
      <w:r>
        <w:rPr>
          <w:b/>
        </w:rPr>
        <w:t xml:space="preserve">[30:54] </w:t>
      </w:r>
      <w:r>
        <w:t>elan karna chahiye khule taur par ke hum blind the ke hum ne jana nahi ke zamane ki spirit of age kya hai yeh sare muslim leader jinhone bade bade nare lagaye bade bade tareeqe chalaye discrimination ho raha hai discrimination ho raha hai zulm ho raha hai zulm ho raha hai lekin kuch hua nahi ab in ke liye karne ka jo kaam</w:t>
      </w:r>
    </w:p>
    <w:p>
      <w:pPr>
        <w:jc w:val="right"/>
      </w:pPr>
      <w:r>
        <w:t>لان کرنا چاہیے کھلے طور پر کہ ہم بلائنڈ تھے کہ ہم نے جانا نہیں کہ زمانے کی اسپرٹ آف ایج کیا ہے یہ سارے مسلم لیڈر جنہوں نے بڑے بڑے نعرے لگائے بڑے بڑے طریقے چلائیں ڈسکریمنیشن ہو رہا ہے ڈسکریمنیشن ہو رہا ہے ظلم ہو رہا ہے ظلم ہو رہا ہے لیکن کچھ ہوا نہیں اب ان کے لیے کرنے کا جو کام</w:t>
      </w:r>
    </w:p>
    <w:p>
      <w:r>
        <w:rPr>
          <w:b/>
        </w:rPr>
        <w:t xml:space="preserve">[31:24] </w:t>
      </w:r>
      <w:r>
        <w:t>hai woh sirf apni apni bekhabari ka ailaan apni bekhabari ka ailaan ke hum jante to</w:t>
      </w:r>
    </w:p>
    <w:p>
      <w:pPr>
        <w:jc w:val="right"/>
      </w:pPr>
      <w:r>
        <w:t>ہے وہ صرف اپنی اپنی بے خبری کا اعلان اپنی بے خبری کا اعلان کہ ہم جانتے تو</w:t>
      </w:r>
    </w:p>
    <w:p>
      <w:r>
        <w:rPr>
          <w:b/>
        </w:rPr>
        <w:t xml:space="preserve">[31:34] </w:t>
      </w:r>
      <w:r>
        <w:t>nahi the ke hum zamana kya hai hamein khabar nahi thi ke zamana kya hai hum andhere mein</w:t>
      </w:r>
    </w:p>
    <w:p>
      <w:pPr>
        <w:jc w:val="right"/>
      </w:pPr>
      <w:r>
        <w:t>نہیں تھے کہ ہم زمانہ کیا ہے ہمیں خبر نہیں تھی کہ زمانہ کیا ہے ہم اندھیرے میں</w:t>
      </w:r>
    </w:p>
    <w:p>
      <w:r>
        <w:rPr>
          <w:b/>
        </w:rPr>
        <w:t xml:space="preserve">[31:44] </w:t>
      </w:r>
      <w:r>
        <w:t>chhalang lagate rahe is liye hum nakaam rahe to dekhiye yeh muslim community jo hai</w:t>
      </w:r>
    </w:p>
    <w:p>
      <w:pPr>
        <w:jc w:val="right"/>
      </w:pPr>
      <w:r>
        <w:t>چھلانگ لگاتے رہے اس لیے ہم ناکام رہے تو دیکھئے یہ مسلم کمیونٹی جو ہے</w:t>
      </w:r>
    </w:p>
    <w:p>
      <w:r>
        <w:rPr>
          <w:b/>
        </w:rPr>
        <w:t xml:space="preserve">[31:54] </w:t>
      </w:r>
      <w:r>
        <w:t>ghaaliban unconsciously is ko jaan liya hai ke leader sab ke sab bekhabar hain in ki mat</w:t>
      </w:r>
    </w:p>
    <w:p>
      <w:pPr>
        <w:jc w:val="right"/>
      </w:pPr>
      <w:r>
        <w:t>غالباً انکانسسلی اس کو جان لیا ہے کہ لیڈر سب کے سب بے خبر ہیں ان کی مت</w:t>
      </w:r>
    </w:p>
    <w:p>
      <w:r>
        <w:rPr>
          <w:b/>
        </w:rPr>
        <w:t xml:space="preserve">[32:02] </w:t>
      </w:r>
      <w:r>
        <w:t>suno to aise individual musalmanon mein paida ho rahe hain jo khud se planning karte hain khud se</w:t>
      </w:r>
    </w:p>
    <w:p>
      <w:pPr>
        <w:jc w:val="right"/>
      </w:pPr>
      <w:r>
        <w:t>سنو تو ایسے انڈیویجول مسلمانوں میں پیدا ہو رہے ہیں جو خود سے پلاننگ کرتے ہیں خود سے</w:t>
      </w:r>
    </w:p>
    <w:p>
      <w:r>
        <w:rPr>
          <w:b/>
        </w:rPr>
        <w:t xml:space="preserve">[32:10] </w:t>
      </w:r>
      <w:r>
        <w:t>apne ko education ki film dalte hain khud se business karte hain aur taraqqi kar rahe hain aise</w:t>
      </w:r>
    </w:p>
    <w:p>
      <w:pPr>
        <w:jc w:val="right"/>
      </w:pPr>
      <w:r>
        <w:t>اپنے کو ایجوکیشن کی فلم ڈالتے ہیں خود سے بزنس کرتے ہیں اور ترقی کر رہے ہیں ایسے</w:t>
      </w:r>
    </w:p>
    <w:p>
      <w:r>
        <w:rPr>
          <w:b/>
        </w:rPr>
        <w:t xml:space="preserve">[32:18] </w:t>
      </w:r>
      <w:r>
        <w:t>aadmi aap ko milenge yani na sirf india mein balkeh bahar bhi</w:t>
      </w:r>
    </w:p>
    <w:p>
      <w:pPr>
        <w:jc w:val="right"/>
      </w:pPr>
      <w:r>
        <w:t>آدمی آپ کو ملیں گے یعنی نہ صرف انڈیا میں بلکہ باہر بھی</w:t>
      </w:r>
    </w:p>
    <w:p>
      <w:r>
        <w:rPr>
          <w:b/>
        </w:rPr>
        <w:t xml:space="preserve">[32:26] </w:t>
      </w:r>
      <w:r>
        <w:t>to woh jo woh jo unhon ne taraqqi ki hai us ka credit leader ko nahi jata kisi</w:t>
      </w:r>
    </w:p>
    <w:p>
      <w:pPr>
        <w:jc w:val="right"/>
      </w:pPr>
      <w:r>
        <w:t>تو وہ جو وہ جو انہوں نے ترقی کی ہے اس کا کریڈٹ لیڈر کو نہیں جاتا کسی</w:t>
      </w:r>
    </w:p>
    <w:p>
      <w:r>
        <w:rPr>
          <w:b/>
        </w:rPr>
        <w:t xml:space="preserve">[32:36] </w:t>
      </w:r>
      <w:r>
        <w:t>leader ko nahi jata is ko woh personal is ka apni zaati koshish ka nateeja hai to yeh</w:t>
      </w:r>
    </w:p>
    <w:p>
      <w:pPr>
        <w:jc w:val="right"/>
      </w:pPr>
      <w:r>
        <w:t>لیڈر کو نہیں جاتا اس کو وہ پرسنل اس کا اپنی ذاتی کوشش کا نتیجہ ہے تو یہ</w:t>
      </w:r>
    </w:p>
    <w:p>
      <w:r>
        <w:rPr>
          <w:b/>
        </w:rPr>
        <w:t xml:space="preserve">[32:47] </w:t>
      </w:r>
      <w:r>
        <w:t>ho raha hai hota rahega hamare machine ke zariye bhi aise afraad paida ho rahe hain</w:t>
      </w:r>
    </w:p>
    <w:p>
      <w:pPr>
        <w:jc w:val="right"/>
      </w:pPr>
      <w:r>
        <w:t>ہو رہا ہے ہوتا رہے گا ہمارے مشین کے ذریعے بھی ایسے افراد پیدا ہو رہے ہیں</w:t>
      </w:r>
    </w:p>
    <w:p>
      <w:r>
        <w:rPr>
          <w:b/>
        </w:rPr>
        <w:t xml:space="preserve">[32:57] </w:t>
      </w:r>
      <w:r>
        <w:t>to ek hai personal achievement personal achievement abhi bhi ho raha hai lekin poori community ka ki taraqqi</w:t>
      </w:r>
    </w:p>
    <w:p>
      <w:pPr>
        <w:jc w:val="right"/>
      </w:pPr>
      <w:r>
        <w:t>تو ایک ہے پرسنل اچیومنٹ پرسنل اچیومنٹ ابھی بھی ہو رہا ہے لیکن پوری کمیونٹی کا کی ترقی</w:t>
      </w:r>
    </w:p>
    <w:p>
      <w:r>
        <w:rPr>
          <w:b/>
        </w:rPr>
        <w:t xml:space="preserve">[33:07] </w:t>
      </w:r>
      <w:r>
        <w:t>is waqt hogi jab ke log ailaan karein ke hum ghalati par the we were blind then tab</w:t>
      </w:r>
    </w:p>
    <w:p>
      <w:pPr>
        <w:jc w:val="right"/>
      </w:pPr>
      <w:r>
        <w:t>اس وقت ہوگی جب کہ لوگ اعلان کریں کہ ہم غلطی پر تھے وی ویر بلائنڈ دین تب</w:t>
      </w:r>
    </w:p>
    <w:p>
      <w:r>
        <w:rPr>
          <w:b/>
        </w:rPr>
        <w:t xml:space="preserve">[33:17] </w:t>
      </w:r>
      <w:r>
        <w:t>mass level par taraqqi hogi aur is maamle ka sab se zyada</w:t>
      </w:r>
    </w:p>
    <w:p>
      <w:pPr>
        <w:jc w:val="right"/>
      </w:pPr>
      <w:r>
        <w:t>ماس لیول پر ترقی ہوگی اور اس معاملے کا سب سے زیادہ</w:t>
      </w:r>
    </w:p>
    <w:p>
      <w:r>
        <w:rPr>
          <w:b/>
        </w:rPr>
        <w:t xml:space="preserve">[33:27] </w:t>
      </w:r>
      <w:r>
        <w:t>yani sab se zyada bad aspect yeh hai ke yeh sunnat hai iblis ki aise leader jitne bhi</w:t>
      </w:r>
    </w:p>
    <w:p>
      <w:pPr>
        <w:jc w:val="right"/>
      </w:pPr>
      <w:r>
        <w:t>یعنی سب سے زیادہ بیڈ ایسپیکٹ یہ ہے کہ یہ سنت ہے ابلیس کی ایسے لیڈر جتنے بھی</w:t>
      </w:r>
    </w:p>
    <w:p>
      <w:r>
        <w:rPr>
          <w:b/>
        </w:rPr>
        <w:t xml:space="preserve">[33:37] </w:t>
      </w:r>
      <w:r>
        <w:t>hain jo discrimination ki baat karte hain woh iblis sunnat par chal rahe hain dekhiye discrimination ek ek</w:t>
      </w:r>
    </w:p>
    <w:p>
      <w:pPr>
        <w:jc w:val="right"/>
      </w:pPr>
      <w:r>
        <w:t>ہیں جو ڈسکریمنیشن کی بات کرتے ہیں وہ ابلیس سنت پر چل رہے ہیں دیکھئے ڈسکریمنیشن ایک ایک</w:t>
      </w:r>
    </w:p>
    <w:p>
      <w:r>
        <w:rPr>
          <w:b/>
        </w:rPr>
        <w:t xml:space="preserve">[33:47] </w:t>
      </w:r>
      <w:r>
        <w:t>ek ek nick name hai nick name discrimination is nothing cheez</w:t>
      </w:r>
    </w:p>
    <w:p>
      <w:pPr>
        <w:jc w:val="right"/>
      </w:pPr>
      <w:r>
        <w:t>ایک ایک نک نیم ہے نک نیم ڈسکریمنیشن از نتھنگ چیز</w:t>
      </w:r>
    </w:p>
    <w:p>
      <w:r>
        <w:rPr>
          <w:b/>
        </w:rPr>
        <w:t xml:space="preserve">[33:57] </w:t>
      </w:r>
      <w:r>
        <w:t>yeh hai ke khaliq ne is dunya ko banaya hai challenge ke usool par challenge ke usool par</w:t>
      </w:r>
    </w:p>
    <w:p>
      <w:pPr>
        <w:jc w:val="right"/>
      </w:pPr>
      <w:r>
        <w:t>یہ ہے کہ خالق نے اس دنیا کو بنایا ہے چیلنج کے اصول پر چیلنج کے اصول پر</w:t>
      </w:r>
    </w:p>
    <w:p>
      <w:r>
        <w:rPr>
          <w:b/>
        </w:rPr>
        <w:t xml:space="preserve">[34:05] </w:t>
      </w:r>
      <w:r>
        <w:t>compression ke usool par to har aadmi apni daud laga raha hai koi aage hota hai koi peechhe</w:t>
      </w:r>
    </w:p>
    <w:p>
      <w:pPr>
        <w:jc w:val="right"/>
      </w:pPr>
      <w:r>
        <w:t>کمپریشن کے اصول پر تو ہر آدمی اپنی دوڑ لگا رہا ہے کوئی آگے ہوتا ہے کوئی پیچھے</w:t>
      </w:r>
    </w:p>
    <w:p>
      <w:r>
        <w:rPr>
          <w:b/>
        </w:rPr>
        <w:t xml:space="preserve">[34:13] </w:t>
      </w:r>
      <w:r>
        <w:t>hota hai kisi ko dhakka lag jata hai yeh hoga islam ka ya muslim rule ka jo zamana</w:t>
      </w:r>
    </w:p>
    <w:p>
      <w:pPr>
        <w:jc w:val="right"/>
      </w:pPr>
      <w:r>
        <w:t>ہوتا ہے کسی کو دھکا لگ جاتا ہے یہ ہوگا اسلام کا یا مسلم رول کا جو زمانہ</w:t>
      </w:r>
    </w:p>
    <w:p>
      <w:r>
        <w:rPr>
          <w:b/>
        </w:rPr>
        <w:t xml:space="preserve">[34:21] </w:t>
      </w:r>
      <w:r>
        <w:t>tha us mein bhi yeh sab hota tha</w:t>
      </w:r>
    </w:p>
    <w:p>
      <w:pPr>
        <w:jc w:val="right"/>
      </w:pPr>
      <w:r>
        <w:t>تھا اس میں بھی یہ سب ہوتا تھا</w:t>
      </w:r>
    </w:p>
    <w:p>
      <w:r>
        <w:rPr>
          <w:b/>
        </w:rPr>
        <w:t xml:space="preserve">[34:29] </w:t>
      </w:r>
      <w:r>
        <w:t>woh to hamesha hoga kyunke jo case plan hai allah taala ka usi mein yeh shamil hai ke khoob challenges hon khoob compression ho taake taraqqi ho taraqqi ho without challenge challenge there is no development without compression there is no development to woh to khaliq ka bada jo nizam hai ke dunya mein compression qaim hai challenge qaim hai aur jo ch</w:t>
      </w:r>
    </w:p>
    <w:p>
      <w:pPr>
        <w:jc w:val="right"/>
      </w:pPr>
      <w:r>
        <w:t>وہ تو ہمیشہ ہوگا کیونکہ جو کیس پلان ہے اللہ تعالیٰ کا اسی میں یہ شامل ہے کہ خوب چیلنجز ہوں خوب کمپریشن ہو تاکہ ترقی ہو ترقی ہو ودا آؤٹ چیلنج چیلنج دیر از نو ڈیولپمنٹ ودا آؤٹ کمپریشن دیر از نو ڈیولپمنٹ تو وہ تو خالق کا بڑا جو نظام ہے کہ دنیا میں کمپریشن قائم ہے چیلنج قائم ہے اور جو چ</w:t>
      </w:r>
    </w:p>
    <w:p>
      <w:r>
        <w:rPr>
          <w:b/>
        </w:rPr>
        <w:t xml:space="preserve">[34:59] </w:t>
      </w:r>
      <w:r>
        <w:t>challenge rahega to koi aage hoga koi aage hoga koi peechhe hoga yeh sab hoga woh jo</w:t>
      </w:r>
    </w:p>
    <w:p>
      <w:pPr>
        <w:jc w:val="right"/>
      </w:pPr>
      <w:r>
        <w:t>یلنج رہے گا تو کوئی آگے ہوگا کوئی آگے ہوگا کوئی پیچھے ہوگا یہ سب ہوگا وہ جو</w:t>
      </w:r>
    </w:p>
    <w:p>
      <w:r>
        <w:rPr>
          <w:b/>
        </w:rPr>
        <w:t xml:space="preserve">[35:09] </w:t>
      </w:r>
      <w:r>
        <w:t>quran mein hai ke ke hum un hum logon ko aazmayenge nuqsan de kar to yeh nuqsan</w:t>
      </w:r>
    </w:p>
    <w:p>
      <w:pPr>
        <w:jc w:val="right"/>
      </w:pPr>
      <w:r>
        <w:t>قرآن میں ہے کہ کہ ہم ان ہم لوگوں کو آزمائیں گے نقصان دے کر تو یہ نقصان</w:t>
      </w:r>
    </w:p>
    <w:p>
      <w:r>
        <w:rPr>
          <w:b/>
        </w:rPr>
        <w:t xml:space="preserve">[35:19] </w:t>
      </w:r>
      <w:r>
        <w:t>farishte ke sentral aya tha</w:t>
      </w:r>
    </w:p>
    <w:p>
      <w:pPr>
        <w:jc w:val="right"/>
      </w:pPr>
      <w:r>
        <w:t>فرشتے کے سینٹرل آیا تھا</w:t>
      </w:r>
    </w:p>
    <w:p>
      <w:r>
        <w:rPr>
          <w:b/>
        </w:rPr>
        <w:t xml:space="preserve">[35:29] </w:t>
      </w:r>
      <w:r>
        <w:t>minhasan min al amwal mal ka nuksan hoga business ka nuksan hoga to yeh aisa nahi hota ke farishte wahan se tapkate hain nahi jo nizam mein hayat hai allah ke banaya hua jo compression hai jis mein challenge hai us ki wajah se kisi ko faida hoga kisi ko nuksan hoga yani khud quran mein yeh elan kiya gaya hai ke jo nizam hayat allah ne muqarrar kiya hai</w:t>
      </w:r>
    </w:p>
    <w:p>
      <w:pPr>
        <w:jc w:val="right"/>
      </w:pPr>
      <w:r>
        <w:t>منحصر من الاموال مال کا نقصان ہوگا بزنس کا نقصان ہوگا تو یہ ایسا نہیں ہوتا کہ فرشتے وہاں سے ٹپکاتے ہیں نہیں جو نظام میں حیات ہے اللہ کے بنایا ہوا جو کمپریشن ہے جس میں چیلنج ہے اس کی وجہ سے کسی کو فائدہ ہوگا کسی کو نقصان ہوگا یعنی خود قرآن میں یہ اعلان کیا گیا ہے کہ جو نظام حیات اللہ نے مقرر کیا ہے</w:t>
      </w:r>
    </w:p>
    <w:p>
      <w:r>
        <w:rPr>
          <w:b/>
        </w:rPr>
        <w:t xml:space="preserve">[35:59] </w:t>
      </w:r>
      <w:r>
        <w:t>insan ke liye is mein yeh lazman hoga kisi ko nuqsan kisi ko faida kisi ko dhakka lage</w:t>
      </w:r>
    </w:p>
    <w:p>
      <w:pPr>
        <w:jc w:val="right"/>
      </w:pPr>
      <w:r>
        <w:t>انسان کے لیے اس میں یہ لازماً ہوگا کسی کو نقصان کسی کو فائدہ کسی کو دھکا لگے</w:t>
      </w:r>
    </w:p>
    <w:p>
      <w:r>
        <w:rPr>
          <w:b/>
        </w:rPr>
        <w:t xml:space="preserve">[36:09] </w:t>
      </w:r>
      <w:r>
        <w:t>ga koi gir parega taake insan ki zindagi mein challenge ho aur musabiqat ho aur comprehension ho</w:t>
      </w:r>
    </w:p>
    <w:p>
      <w:pPr>
        <w:jc w:val="right"/>
      </w:pPr>
      <w:r>
        <w:t>گا کوئی گر پڑے گا تاکہ انسان کی زندگی میں چیلنج ہو اور مسابقت ہو اور کمپریشن ہو</w:t>
      </w:r>
    </w:p>
    <w:p>
      <w:r>
        <w:rPr>
          <w:b/>
        </w:rPr>
        <w:t xml:space="preserve">[36:19] </w:t>
      </w:r>
      <w:r>
        <w:t>tab taraqqi hogi yeh toh khalq ka nizam hai aap cheekhne se kya faida</w:t>
      </w:r>
    </w:p>
    <w:p>
      <w:pPr>
        <w:jc w:val="right"/>
      </w:pPr>
      <w:r>
        <w:t>تب ترقی ہوگی یہ تو خالق کا نظام ہے آپ چیخنے سے کیا فائدہ</w:t>
      </w:r>
    </w:p>
    <w:p>
      <w:r>
        <w:rPr>
          <w:b/>
        </w:rPr>
        <w:t xml:space="preserve">[36:30] </w:t>
      </w:r>
      <w:r>
        <w:t>cheekhne se kya faida sahaba mein bhi dekhiye sahaba mein kuch log aise the jo bohat un par daulat thi kuch ghareeb the yeh sahaba mein hazrat usman the aur haan abdul rehman auf the yeh bohat daulat mand log the lekin doosre sahabi aise bhi the jin ke paas kuch nahi tha kyunke woh compression mein ko</w:t>
      </w:r>
    </w:p>
    <w:p>
      <w:pPr>
        <w:jc w:val="right"/>
      </w:pPr>
      <w:r>
        <w:t>چیخنے سے کیا فائدہ صحابہ میں بھی دیکھئے صحابہ میں کچھ لوگ ایسے تھے جو بہت ان پر دولت تھی کچھ غریب تھے یہ صحابہ میں حضرت عثمان تھے اور ہاں عبدالرحمن عوف تھے یہ بہت دولت مند لوگ تھے لیکن دوسرے صحابی ایسے بھی تھے جن کے پاس کچھ نہیں تھا کیونکہ وہ کمپریشن میں کو</w:t>
      </w:r>
    </w:p>
    <w:p>
      <w:r>
        <w:rPr>
          <w:b/>
        </w:rPr>
        <w:t xml:space="preserve">[37:00] </w:t>
      </w:r>
      <w:r>
        <w:t>i aage badhega koi peeche hatega kisi ko kisi ko dhakka lagega gir padega yeh hoga to is par cheekhna kya yeh sazish ka lafz discrimination ka lafz zulm ka lafz yeh sab lafz jo hai gadha hua lafz hai gadha hua kahin is ka wajood nahi hai kahin is ka wajood nahi hai to hum ch</w:t>
      </w:r>
    </w:p>
    <w:p>
      <w:pPr>
        <w:jc w:val="right"/>
      </w:pPr>
      <w:r>
        <w:t>ئی آگے بڑھے گا کوئی پیچھے ہٹے گا کسی کو کسی کو دھکا لگے گا گر پڑے گا یہ ہوگا تو اس پر چیخنا کیا یہ سازش کا لفظ ڈسکریمنیشن کا لفظ ظلم کا لفظ یہ سب لفظ جو ہے گڑھا ہوا لفظ ہے گڑھا ہوا کہیں اس کا وجود نہیں ہے کہیں اس کا وجود نہیں ہے تو ہم چ</w:t>
      </w:r>
    </w:p>
    <w:p>
      <w:r>
        <w:rPr>
          <w:b/>
        </w:rPr>
        <w:t xml:space="preserve">[37:30] </w:t>
      </w:r>
      <w:r>
        <w:t>ahte hain ke hum logon ko batayein ke ae logon re assess karo re examine karo phir se</w:t>
      </w:r>
    </w:p>
    <w:p>
      <w:pPr>
        <w:jc w:val="right"/>
      </w:pPr>
      <w:r>
        <w:t>اہتے ہیں کہ ہم لوگوں کو بتائیں کہ اے لوگوں ری اسس کرو ری ایگزامن کرو پھر سے</w:t>
      </w:r>
    </w:p>
    <w:p>
      <w:r>
        <w:rPr>
          <w:b/>
        </w:rPr>
        <w:t xml:space="preserve">[37:40] </w:t>
      </w:r>
      <w:r>
        <w:t>socho apni soch ko durust karo apni soch ko durust karo apni planning ko sahih karo doosron ke</w:t>
      </w:r>
    </w:p>
    <w:p>
      <w:pPr>
        <w:jc w:val="right"/>
      </w:pPr>
      <w:r>
        <w:t>سوچو اپنی سوچ کو درست کرو اپنی سوچ کو درست کرو اپنی پلاننگ کو صحیح کرو دوسروں کے</w:t>
      </w:r>
    </w:p>
    <w:p>
      <w:r>
        <w:rPr>
          <w:b/>
        </w:rPr>
        <w:t xml:space="preserve">[37:50] </w:t>
      </w:r>
      <w:r>
        <w:t>khilaf blame others se koi faida nahi blame by self ka tareeqa ikhtiyar karo</w:t>
      </w:r>
    </w:p>
    <w:p>
      <w:pPr>
        <w:jc w:val="right"/>
      </w:pPr>
      <w:r>
        <w:t>خلاف بلیم ادر سے کوئی فائدہ نہیں بلیم بائی سیلف کا طریقہ اختیار کرو</w:t>
      </w:r>
    </w:p>
    <w:p>
      <w:r>
        <w:rPr>
          <w:b/>
        </w:rPr>
        <w:t xml:space="preserve">[38:00] </w:t>
      </w:r>
      <w:r>
        <w:t>blame others se kuch bhi faida nahi hua setan jo hai chal raha hai isi policy par blame</w:t>
      </w:r>
    </w:p>
    <w:p>
      <w:pPr>
        <w:jc w:val="right"/>
      </w:pPr>
      <w:r>
        <w:t>بلیم ادر سے کچھ بھی فائدہ نہیں ہوا سیٹن جو ہے چل رہا ہے اسی پالیسی پر بلیم</w:t>
      </w:r>
    </w:p>
    <w:p>
      <w:r>
        <w:rPr>
          <w:b/>
        </w:rPr>
        <w:t xml:space="preserve">[38:09] </w:t>
      </w:r>
      <w:r>
        <w:t>others se yeh jin community jo hai is ka jo sardar hai iblis woh bhi blame others ki</w:t>
      </w:r>
    </w:p>
    <w:p>
      <w:pPr>
        <w:jc w:val="right"/>
      </w:pPr>
      <w:r>
        <w:t>ادر سے یہ جن کمیونٹی جو ہے اس کا جو سردار ہے ابلیس وہ بھی بلیم ادر کی</w:t>
      </w:r>
    </w:p>
    <w:p>
      <w:r>
        <w:rPr>
          <w:b/>
        </w:rPr>
        <w:t xml:space="preserve">[38:18] </w:t>
      </w:r>
      <w:r>
        <w:t>policy par chala apni community ko nahi de saka woh toh blame by self ka tareeqa sahih tareeqa</w:t>
      </w:r>
    </w:p>
    <w:p>
      <w:pPr>
        <w:jc w:val="right"/>
      </w:pPr>
      <w:r>
        <w:t>پالیسی پر چلا اپنی کمیونٹی کو نہیں دے سکا وہ تو بلیم بائی سیلف کا طریقہ صحیح طریقہ</w:t>
      </w:r>
    </w:p>
    <w:p>
      <w:r>
        <w:rPr>
          <w:b/>
        </w:rPr>
        <w:t xml:space="preserve">[38:26] </w:t>
      </w:r>
      <w:r>
        <w:t>hai is mein taraqqi hoti hai</w:t>
      </w:r>
    </w:p>
    <w:p>
      <w:pPr>
        <w:jc w:val="right"/>
      </w:pPr>
      <w:r>
        <w:t>ہے اس میں ترقی ہوتی ہے</w:t>
      </w:r>
    </w:p>
    <w:p>
      <w:r>
        <w:rPr>
          <w:b/>
        </w:rPr>
        <w:t xml:space="preserve">[38:35] </w:t>
      </w:r>
      <w:r>
        <w:t>toh aaj ke akhbar mein yeh jo maine dekha ke Syed Shahabuddin sahab ka inteqal ho</w:t>
      </w:r>
    </w:p>
    <w:p>
      <w:pPr>
        <w:jc w:val="right"/>
      </w:pPr>
      <w:r>
        <w:t>تو آج کے اخبار میں یہ جو میں نے دیکھا کہ سید شہاب الدین صاحب کا انتقال ہو</w:t>
      </w:r>
    </w:p>
    <w:p>
      <w:r>
        <w:rPr>
          <w:b/>
        </w:rPr>
        <w:t xml:space="preserve">[38:43] </w:t>
      </w:r>
      <w:r>
        <w:t>gaya 22 saal ki umar mein aur aakhri zamane mein woh maashi halat mein kai saal pade rahe</w:t>
      </w:r>
    </w:p>
    <w:p>
      <w:pPr>
        <w:jc w:val="right"/>
      </w:pPr>
      <w:r>
        <w:t>گیا 22 سال کی عمر میں اور آخری زمانے میں وہ معاشی حالت میں کئی سال پڑے رہے</w:t>
      </w:r>
    </w:p>
    <w:p>
      <w:r>
        <w:rPr>
          <w:b/>
        </w:rPr>
        <w:t xml:space="preserve">[38:51] </w:t>
      </w:r>
      <w:r>
        <w:t>aur phir mar gaye halanke ek zamana tha ke un ka bohat zabardast un ka popularity thi jis</w:t>
      </w:r>
    </w:p>
    <w:p>
      <w:pPr>
        <w:jc w:val="right"/>
      </w:pPr>
      <w:r>
        <w:t>اور پھر مر گئے حالانکہ ایک زمانہ تھا کہ ان کا بہت زبردست ان کا پاپولیرٹی تھی جس</w:t>
      </w:r>
    </w:p>
    <w:p>
      <w:r>
        <w:rPr>
          <w:b/>
        </w:rPr>
        <w:t xml:space="preserve">[38:59] </w:t>
      </w:r>
      <w:r>
        <w:t>zamane mein Babri Masjid ka issue chal raha tha aur</w:t>
      </w:r>
    </w:p>
    <w:p>
      <w:pPr>
        <w:jc w:val="right"/>
      </w:pPr>
      <w:r>
        <w:t>زمانے میں بابری مسجد کا ایشو چل رہا تھا اور</w:t>
      </w:r>
    </w:p>
    <w:p>
      <w:r>
        <w:rPr>
          <w:b/>
        </w:rPr>
        <w:t xml:space="preserve">[39:07] </w:t>
      </w:r>
      <w:r>
        <w:t>Sahaba ka issue chal raha tha Muslim personal law ka issue chal raha tha toh un ka bohat</w:t>
      </w:r>
    </w:p>
    <w:p>
      <w:pPr>
        <w:jc w:val="right"/>
      </w:pPr>
      <w:r>
        <w:t>صحابہ کا ایشو چل رہا تھا مسلم پرس اللہ کا ایشو چل رہا تھا تو ان کا بہت</w:t>
      </w:r>
    </w:p>
    <w:p>
      <w:r>
        <w:rPr>
          <w:b/>
        </w:rPr>
        <w:t xml:space="preserve">[39:15] </w:t>
      </w:r>
      <w:r>
        <w:t>dhoom dham thi un ki ab kuch bhi nahi saare ke saare wasi wasi reh gaye aur dekhiye</w:t>
      </w:r>
    </w:p>
    <w:p>
      <w:pPr>
        <w:jc w:val="right"/>
      </w:pPr>
      <w:r>
        <w:t>دھوم دھام تھی ان کی اب کچھ بھی نہیں سارے کے سارے وسیع وسیع رہ گئے اور دیکھئے</w:t>
      </w:r>
    </w:p>
    <w:p>
      <w:r>
        <w:rPr>
          <w:b/>
        </w:rPr>
        <w:t xml:space="preserve">[39:22] </w:t>
      </w:r>
      <w:r>
        <w:t>ek baat yeh hai is duniya mein kamyabi ka raaz yeh hai ke aap jaanein ke kya cheez</w:t>
      </w:r>
    </w:p>
    <w:p>
      <w:pPr>
        <w:jc w:val="right"/>
      </w:pPr>
      <w:r>
        <w:t>ایک بات یہ ہے اس دنیا میں کامیابی کا راز یہ ہے کہ آپ جانیں کہ کیا چیز</w:t>
      </w:r>
    </w:p>
    <w:p>
      <w:r>
        <w:rPr>
          <w:b/>
        </w:rPr>
        <w:t xml:space="preserve">[39:30] </w:t>
      </w:r>
      <w:r>
        <w:t>workable hai kya cheez workable nahi hai main ek misaal deta hoon aap ko</w:t>
      </w:r>
    </w:p>
    <w:p>
      <w:pPr>
        <w:jc w:val="right"/>
      </w:pPr>
      <w:r>
        <w:t>ورک ایبل ہے کیا چیز ورک ایبل نہیں ہے میں ایک مثال دیتا ہوں آپ کو</w:t>
      </w:r>
    </w:p>
    <w:p>
      <w:r>
        <w:rPr>
          <w:b/>
        </w:rPr>
        <w:t xml:space="preserve">[39:38] </w:t>
      </w:r>
      <w:r>
        <w:t>Babri Masjid jab dhai gayi 1993 mein 1933 mein nahi 1992 mein December 1992 mein dhai gayi toh</w:t>
      </w:r>
    </w:p>
    <w:p>
      <w:pPr>
        <w:jc w:val="right"/>
      </w:pPr>
      <w:r>
        <w:t>بابری مسجد جب ڈھائی گئی 1993 میں 1933 میں نہیں 1992 میں دسمبر 1992 میں ڈھائی گئی تو</w:t>
      </w:r>
    </w:p>
    <w:p>
      <w:r>
        <w:rPr>
          <w:b/>
        </w:rPr>
        <w:t xml:space="preserve">[39:53] </w:t>
      </w:r>
      <w:r>
        <w:t>saare hi log one to all Masjid wahin banaya Masjid wahin banao saare log is mein koi exception nahi yani</w:t>
      </w:r>
    </w:p>
    <w:p>
      <w:pPr>
        <w:jc w:val="right"/>
      </w:pPr>
      <w:r>
        <w:t>سارے ہی لوگ ون ٹو آل مسجد وہیں بنایا مسجد وہیں بناؤ سارے لوگ اس میں کوئی ایکسیپشن نہیں یعنی</w:t>
      </w:r>
    </w:p>
    <w:p>
      <w:r>
        <w:rPr>
          <w:b/>
        </w:rPr>
        <w:t xml:space="preserve">[40:08] </w:t>
      </w:r>
      <w:r>
        <w:t>December 1992 mein Babri Masjid dhai gayi toh ek zuban se saare log le ke cheekh rahe hain</w:t>
      </w:r>
    </w:p>
    <w:p>
      <w:pPr>
        <w:jc w:val="right"/>
      </w:pPr>
      <w:r>
        <w:t>دسمبر 1992 میں بابری مسجد ڈھائی گئی تو ایک زبان سے سارے لوگ لے کے چیخ رہے ہیں</w:t>
      </w:r>
    </w:p>
    <w:p>
      <w:r>
        <w:rPr>
          <w:b/>
        </w:rPr>
        <w:t xml:space="preserve">[40:16] </w:t>
      </w:r>
      <w:r>
        <w:t>ke Masjid wahin banao is zamane mein maine kaha tha Musalmanon ko chahiye ke Masjid ki re</w:t>
      </w:r>
    </w:p>
    <w:p>
      <w:pPr>
        <w:jc w:val="right"/>
      </w:pPr>
      <w:r>
        <w:t>کہ مسجد وہیں بناؤ اس زمانے میں میں نے کہا تھا مسلمانوں کو چاہیے کہ مسجد کی ری</w:t>
      </w:r>
    </w:p>
    <w:p>
      <w:r>
        <w:rPr>
          <w:b/>
        </w:rPr>
        <w:t xml:space="preserve">[40:23] </w:t>
      </w:r>
      <w:r>
        <w:t>location par raazi ho jayein re location par aur hukumat tayyar thi is ke liye maine misalein</w:t>
      </w:r>
    </w:p>
    <w:p>
      <w:pPr>
        <w:jc w:val="right"/>
      </w:pPr>
      <w:r>
        <w:t>لوکیشن پر راضی ہو جائیں ری لوکیشن پر اور حکومت تیار تھی اس کے لیے میں نے مثالیں</w:t>
      </w:r>
    </w:p>
    <w:p>
      <w:r>
        <w:rPr>
          <w:b/>
        </w:rPr>
        <w:t xml:space="preserve">[40:31] </w:t>
      </w:r>
      <w:r>
        <w:t>dithi ke Arab mein dekhiye aisa hua</w:t>
      </w:r>
    </w:p>
    <w:p>
      <w:pPr>
        <w:jc w:val="right"/>
      </w:pPr>
      <w:r>
        <w:t>دی تھیں کہ عرب میں دیکھئے ایسا ہوا</w:t>
      </w:r>
    </w:p>
    <w:p>
      <w:r>
        <w:rPr>
          <w:b/>
        </w:rPr>
        <w:t xml:space="preserve">[40:39] </w:t>
      </w:r>
      <w:r>
        <w:t>ke Sahaba ke zamane mein tabeen ke zamane mein log idhar Masjidien jagah bana rakhi thi logon ne koi planning thi nahi jagah ya koi choti koi badi Masjid Masjid Masjid phir jab Arabon ke paas petrol nikla paisa bahut ho gaya to unhone shehron ki re planning shuru ki maslan Mad</w:t>
      </w:r>
    </w:p>
    <w:p>
      <w:pPr>
        <w:jc w:val="right"/>
      </w:pPr>
      <w:r>
        <w:t>کہ صحابہ کے زمانے میں تابعین کے زمانے میں لوگ ادھر مسجدیں جگہ بنا رکھی تھیں لوگوں نے کوئی پلاننگ تھی نہیں جگہ یا کوئی چھوٹی کوئی بڑی مسجد مسجد مسجد پھر جب عربوں کے پاس پیٹرول نکلا پیسہ بہت ہو گیا تو انہوں نے شہروں کی ری پلاننگ شروع کی مثلاً مد</w:t>
      </w:r>
    </w:p>
    <w:p>
      <w:r>
        <w:rPr>
          <w:b/>
        </w:rPr>
        <w:t xml:space="preserve">[41:09] </w:t>
      </w:r>
      <w:r>
        <w:t>yeena ki re planning hui qahira ki re planning hui to ab jab re planning hone lagi to</w:t>
      </w:r>
    </w:p>
    <w:p>
      <w:pPr>
        <w:jc w:val="right"/>
      </w:pPr>
      <w:r>
        <w:t>ینہ کی ری پلاننگ ہوئی قاہرہ کی ری پلاننگ ہوئی تو اب جب ری پلاننگ ہونے لگی تو</w:t>
      </w:r>
    </w:p>
    <w:p>
      <w:r>
        <w:rPr>
          <w:b/>
        </w:rPr>
        <w:t xml:space="preserve">[41:16] </w:t>
      </w:r>
      <w:r>
        <w:t>laga ke ye unhon ne planning ke tehat jahan wo park chahte the wahan ek masjid khadi hui</w:t>
      </w:r>
    </w:p>
    <w:p>
      <w:pPr>
        <w:jc w:val="right"/>
      </w:pPr>
      <w:r>
        <w:t>لگا کہ یہ انہوں نے پلاننگ کے تحت جہاں وہ پارک چاہتے تھے وہاں ایک مسجد کھڑی ہوئی</w:t>
      </w:r>
    </w:p>
    <w:p>
      <w:r>
        <w:rPr>
          <w:b/>
        </w:rPr>
        <w:t xml:space="preserve">[41:24] </w:t>
      </w:r>
      <w:r>
        <w:t>hai jahan hospital chahte the wahan ek masjid khadi hui hai to bohat bari tadad mein masjidon ko</w:t>
      </w:r>
    </w:p>
    <w:p>
      <w:pPr>
        <w:jc w:val="right"/>
      </w:pPr>
      <w:r>
        <w:t>ہے جہاں ہاسپٹل چاہتے تھے وہاں ایک مسجد کھڑی ہوئی ہے تو بہت بڑی تعداد میں مسجدوں کو</w:t>
      </w:r>
    </w:p>
    <w:p>
      <w:r>
        <w:rPr>
          <w:b/>
        </w:rPr>
        <w:t xml:space="preserve">[41:32] </w:t>
      </w:r>
      <w:r>
        <w:t>re locate kiya gaya makkah mein madina mein aksar arab shaharoon mein</w:t>
      </w:r>
    </w:p>
    <w:p>
      <w:pPr>
        <w:jc w:val="right"/>
      </w:pPr>
      <w:r>
        <w:t>ری لوکیٹ کیا گیا مکہ میں مدینہ میں اکثر عرب شہروں میں</w:t>
      </w:r>
    </w:p>
    <w:p>
      <w:r>
        <w:rPr>
          <w:b/>
        </w:rPr>
        <w:t xml:space="preserve">[41:39] </w:t>
      </w:r>
      <w:r>
        <w:t>Masjidon ko re locate kiya gaya to main ne kaha ke yeh yeh yeh ho chuka hai already ke Masjidien jo hain re locate kar ke re locate ka matlab yeh tha ke wahi is isi tarah ki Masjidien bana di jayein doosri jagah is ka naam bhi wahi ho maslan Haram mein ek Masjid thi Masjid Bilal to jab re planning hone lagi to record padh rahi thi woh to us ko hata</w:t>
      </w:r>
    </w:p>
    <w:p>
      <w:pPr>
        <w:jc w:val="right"/>
      </w:pPr>
      <w:r>
        <w:t>مسجدوں کو ری لوکیٹ کیا گیا تو میں نے کہا کہ یہ یہ یہ ہو چکا ہے آلریڈی کہ مسجدیں جو ہیں ری لوکیٹ کر کے ری لوکیٹ کا مطلب یہ تھا کہ وہی اس اسی طرح کی مسجدیں بنا دی جائیں دوسری جگہ اس کا نام بھی وہی ہو مثلاً حرم میں ایک مسجد تھی مسجد بلال تو جب ری پلاننگ ہونے لگی تو ریکارڈ پڑ رہی تھی وہ تو اس کو ہٹا</w:t>
      </w:r>
    </w:p>
    <w:p>
      <w:r>
        <w:rPr>
          <w:b/>
        </w:rPr>
        <w:t xml:space="preserve">[42:09] </w:t>
      </w:r>
      <w:r>
        <w:t>diya unhone is ka naam rakh diya Masjid Bilal to yeh main ne kaha ke Musalman Masjid ko re locate karne par raazi ho jayein aur Muslim raaye raazi ho gayi Muslim side ne kaha ke theek hai jab main ne yeh kaha ke Musalman Masjid Babri ko re locate karne par tayyar ho jayein to saari ki saari Hindu side ne kaha ke haan haan haan haan lekin yeh</w:t>
      </w:r>
    </w:p>
    <w:p>
      <w:pPr>
        <w:jc w:val="right"/>
      </w:pPr>
      <w:r>
        <w:t>دیا انہوں نے اس کا نام رکھ دیا مسجد بلال تو یہ میں نے کہا کہ مسلمان مسجد کو ری لوکیٹ کرنے پر راضی ہو جائیں اور مسلم رائے راضی ہو گئی مسلم سائیڈ نے کہا کہ ٹھیک ہے جب میں نے یہ کہا کہ مسلمان مسجد بابری کو ری لوکیٹ کرنے پر تیار ہو جائیں تو ساری کی ساری ہندو سائیڈ نے کہا کہ ہاں ہاں ہاں ہاں لیکن یہ</w:t>
      </w:r>
    </w:p>
    <w:p>
      <w:r>
        <w:rPr>
          <w:b/>
        </w:rPr>
        <w:t xml:space="preserve">[42:39] </w:t>
      </w:r>
      <w:r>
        <w:t>ye log jo yehi leader jo the mister leader molvi leader dono ke dono hi khilaf ho gaye</w:t>
      </w:r>
    </w:p>
    <w:p>
      <w:pPr>
        <w:jc w:val="right"/>
      </w:pPr>
      <w:r>
        <w:t>ی لوگ جو یہی لیڈر جو تھے مسٹر لیڈر مولوی لیڈر دونوں کے دونوں ہی خلاف ہو گئے</w:t>
      </w:r>
    </w:p>
    <w:p>
      <w:r>
        <w:rPr>
          <w:b/>
        </w:rPr>
        <w:t xml:space="preserve">[42:45] </w:t>
      </w:r>
      <w:r>
        <w:t>is ke nahi masjid ko masjid ko wohin banana parega masjid wahin banana parega aap ghor</w:t>
      </w:r>
    </w:p>
    <w:p>
      <w:pPr>
        <w:jc w:val="right"/>
      </w:pPr>
      <w:r>
        <w:t>اس کے نہیں مسجد کو مسجد کو وہیں بنانا پڑے گا مسجد وہیں بنانا پڑے گا آپ غور</w:t>
      </w:r>
    </w:p>
    <w:p>
      <w:r>
        <w:rPr>
          <w:b/>
        </w:rPr>
        <w:t xml:space="preserve">[42:51] </w:t>
      </w:r>
      <w:r>
        <w:t>kijiye itni lambi muddat guzar gayi hua kya kuch bhi nahi hua yani agar hum ne jo baat</w:t>
      </w:r>
    </w:p>
    <w:p>
      <w:pPr>
        <w:jc w:val="right"/>
      </w:pPr>
      <w:r>
        <w:t>کیجئے اتنی لمبی مدت گزر گئی ہوا کیا کچھ بھی نہیں ہوا یعنی اگر ہم نے جو بات</w:t>
      </w:r>
    </w:p>
    <w:p>
      <w:r>
        <w:rPr>
          <w:b/>
        </w:rPr>
        <w:t xml:space="preserve">[42:57] </w:t>
      </w:r>
      <w:r>
        <w:t>kahi thi is par maan lete log to aaj doosri babri masjid zyada bare area mein khadi hoti</w:t>
      </w:r>
    </w:p>
    <w:p>
      <w:pPr>
        <w:jc w:val="right"/>
      </w:pPr>
      <w:r>
        <w:t>کہی تھی اس پر مان لیتے لوگ تو آج دوسری بابری مسجد زیادہ بڑے ایریا میں کھڑی ہوتی</w:t>
      </w:r>
    </w:p>
    <w:p>
      <w:r>
        <w:rPr>
          <w:b/>
        </w:rPr>
        <w:t xml:space="preserve">[43:03] </w:t>
      </w:r>
      <w:r>
        <w:t>wahan masjid hoti wahan madras</w:t>
      </w:r>
    </w:p>
    <w:p>
      <w:pPr>
        <w:jc w:val="right"/>
      </w:pPr>
      <w:r>
        <w:t>وہاں مسجد ہوتی وہاں مدرس</w:t>
      </w:r>
    </w:p>
    <w:p>
      <w:r>
        <w:rPr>
          <w:b/>
        </w:rPr>
        <w:t xml:space="preserve">[43:09] </w:t>
      </w:r>
      <w:r>
        <w:t>h hota wahan library hoti ye sab hindu side razi thi is par ab to na to koi</w:t>
      </w:r>
    </w:p>
    <w:p>
      <w:pPr>
        <w:jc w:val="right"/>
      </w:pPr>
      <w:r>
        <w:t>ہ ہوتا وہاں لائبریری ہوتی یہ سب ہندو سائیڈ راضی تھی اس پر اب تو نہ تو کوئی</w:t>
      </w:r>
    </w:p>
    <w:p>
      <w:r>
        <w:rPr>
          <w:b/>
        </w:rPr>
        <w:t xml:space="preserve">[43:17] </w:t>
      </w:r>
      <w:r>
        <w:t>nai masjid hai na koi purani masjid hai kuch bhi nahi mein ja kar dekha hai wahan wahan</w:t>
      </w:r>
    </w:p>
    <w:p>
      <w:pPr>
        <w:jc w:val="right"/>
      </w:pPr>
      <w:r>
        <w:t>نئی مسجد ہے نہ کوئی پرانی مسجد ہے کچھ بھی نہیں میں جا کر دیکھا ہے وہاں وہاں</w:t>
      </w:r>
    </w:p>
    <w:p>
      <w:r>
        <w:rPr>
          <w:b/>
        </w:rPr>
        <w:t xml:space="preserve">[43:25] </w:t>
      </w:r>
      <w:r>
        <w:t>to ek makeshift mandir hai wahan par to is ka matlab ye hai ke aap ko ye</w:t>
      </w:r>
    </w:p>
    <w:p>
      <w:pPr>
        <w:jc w:val="right"/>
      </w:pPr>
      <w:r>
        <w:t>تو ایک میک شفٹ مندر ہے وہاں پر تو اس کا معنی یہ ہے کہ آپ کو یہ</w:t>
      </w:r>
    </w:p>
    <w:p>
      <w:r>
        <w:rPr>
          <w:b/>
        </w:rPr>
        <w:t xml:space="preserve">[43:33] </w:t>
      </w:r>
      <w:r>
        <w:t>janna parega ke aap ki planning jo hai possibility ko dekh kar honi chahiye jo</w:t>
      </w:r>
    </w:p>
    <w:p>
      <w:pPr>
        <w:jc w:val="right"/>
      </w:pPr>
      <w:r>
        <w:t>جاننا پڑے گا کہ آپ کی پلاننگ جو ہے پاسیبلیٹی کو دیکھ کر ہونی چاہیے جو</w:t>
      </w:r>
    </w:p>
    <w:p>
      <w:r>
        <w:rPr>
          <w:b/>
        </w:rPr>
        <w:t xml:space="preserve">[43:40] </w:t>
      </w:r>
      <w:r>
        <w:t>jo naqsha work kare workable ho us ko lena chahiye jo work hi na kare us ko</w:t>
      </w:r>
    </w:p>
    <w:p>
      <w:pPr>
        <w:jc w:val="right"/>
      </w:pPr>
      <w:r>
        <w:t>جو نقشہ ورک کرے ورک ایبل ہو اس کو لینا چاہیے جو ورک ہی نہ کرے اس کو</w:t>
      </w:r>
    </w:p>
    <w:p>
      <w:r>
        <w:rPr>
          <w:b/>
        </w:rPr>
        <w:t xml:space="preserve">[43:48] </w:t>
      </w:r>
      <w:r>
        <w:t>lene mein be faida hai to masjid wohin banao ye work karne wala nahi tha lekin masjid ko</w:t>
      </w:r>
    </w:p>
    <w:p>
      <w:pPr>
        <w:jc w:val="right"/>
      </w:pPr>
      <w:r>
        <w:t>لینے میں بے فائدہ ہے تو مسجد وہیں بناؤ یہ ورک کرنے والا نہیں تھا لیکن مسجد کو</w:t>
      </w:r>
    </w:p>
    <w:p>
      <w:r>
        <w:rPr>
          <w:b/>
        </w:rPr>
        <w:t xml:space="preserve">[43:55] </w:t>
      </w:r>
      <w:r>
        <w:t>re build karo ye work kar sakta tha aaj tak log is aql ko be khabar hain is</w:t>
      </w:r>
    </w:p>
    <w:p>
      <w:pPr>
        <w:jc w:val="right"/>
      </w:pPr>
      <w:r>
        <w:t>ری بلڈ کرو یہ ورک کر سکتا تھا آج تک لوگ اس عقل کو بے خبر ہیں اس</w:t>
      </w:r>
    </w:p>
    <w:p>
      <w:r>
        <w:rPr>
          <w:b/>
        </w:rPr>
        <w:t xml:space="preserve">[44:03] </w:t>
      </w:r>
      <w:r>
        <w:t>is aql se be khabar hain to mein dua karta hoon ke Allah taala</w:t>
      </w:r>
    </w:p>
    <w:p>
      <w:pPr>
        <w:jc w:val="right"/>
      </w:pPr>
      <w:r>
        <w:t>اس عقل سے بے خبر ہیں تو میں دعا کرتا ہوں کہ اللہ تعالیٰ</w:t>
      </w:r>
    </w:p>
    <w:p>
      <w:r>
        <w:rPr>
          <w:b/>
        </w:rPr>
        <w:t xml:space="preserve">[44:11] </w:t>
      </w:r>
      <w:r>
        <w:t>hum ko aql de hum ko samajh de humein ye tofeeq de ke hum apni ghaltiyon ko manen</w:t>
      </w:r>
    </w:p>
    <w:p>
      <w:pPr>
        <w:jc w:val="right"/>
      </w:pPr>
      <w:r>
        <w:t>ہم کو عقل دے ہم کو سمجھ دے ہمیں یہ توفیق دے کہ ہم اپنی غلطیوں کو مانیں</w:t>
      </w:r>
    </w:p>
    <w:p>
      <w:r>
        <w:rPr>
          <w:b/>
        </w:rPr>
        <w:t xml:space="preserve">[44:21] </w:t>
      </w:r>
      <w:r>
        <w:t>aur aage zyada waazh buniyad par apne mamle ki planning karen assalam o alaikum wa rehmatullah.</w:t>
      </w:r>
    </w:p>
    <w:p>
      <w:pPr>
        <w:jc w:val="right"/>
      </w:pPr>
      <w:r>
        <w:t>اور آگے زیادہ واعظ بنیاد پر اپنے معاملے کی پلاننگ کریں السلام علیکم ورحمۃ اللہ.</w:t>
      </w:r>
    </w:p>
    <w:p>
      <w:r>
        <w:rPr>
          <w:b/>
        </w:rPr>
        <w:t xml:space="preserve">[44:31] </w:t>
      </w:r>
      <w:r>
        <w:t>Start with the question answer session. We request</w:t>
      </w:r>
    </w:p>
    <w:p>
      <w:pPr>
        <w:jc w:val="right"/>
      </w:pPr>
      <w:r>
        <w:t>Start with the question answer session. We request</w:t>
      </w:r>
    </w:p>
    <w:p>
      <w:r>
        <w:rPr>
          <w:b/>
        </w:rPr>
        <w:t xml:space="preserve">[44:41] </w:t>
      </w:r>
      <w:r>
        <w:t>all the online viewers who are watching this program of Maulana sahib to send their questions on info@cpsglobal.org.</w:t>
      </w:r>
    </w:p>
    <w:p>
      <w:pPr>
        <w:jc w:val="right"/>
      </w:pPr>
      <w:r>
        <w:t>all the online viewers who are watching this program of مولانا صاحب to send their questions on info@cpsglobal.org.</w:t>
      </w:r>
    </w:p>
    <w:p>
      <w:r>
        <w:rPr>
          <w:b/>
        </w:rPr>
        <w:t xml:space="preserve">[44:47] </w:t>
      </w:r>
      <w:r>
        <w:t>People who are watching it on Facebook can mention their location along with their question or comment in</w:t>
      </w:r>
    </w:p>
    <w:p>
      <w:pPr>
        <w:jc w:val="right"/>
      </w:pPr>
      <w:r>
        <w:t>People who are watching it on Facebook can mention their location along with their question or comment in</w:t>
      </w:r>
    </w:p>
    <w:p>
      <w:r>
        <w:rPr>
          <w:b/>
        </w:rPr>
        <w:t xml:space="preserve">[44:53] </w:t>
      </w:r>
      <w:r>
        <w:t>the comment section.</w:t>
      </w:r>
    </w:p>
    <w:p>
      <w:pPr>
        <w:jc w:val="right"/>
      </w:pPr>
      <w:r>
        <w:t>the comment section.</w:t>
      </w:r>
    </w:p>
    <w:p>
      <w:r>
        <w:rPr>
          <w:b/>
        </w:rPr>
        <w:t xml:space="preserve">[44:59] </w:t>
      </w:r>
      <w:r>
        <w:t>Maulana sawal lene se pehle kuch comments parhna chahenge.</w:t>
      </w:r>
    </w:p>
    <w:p>
      <w:pPr>
        <w:jc w:val="right"/>
      </w:pPr>
      <w:r>
        <w:t>مولانا سوال لینے سے پہلے کچھ کمنٹس پڑھنا چاہیں گے۔</w:t>
      </w:r>
    </w:p>
    <w:p>
      <w:r>
        <w:rPr>
          <w:b/>
        </w:rPr>
        <w:t xml:space="preserve">[45:05] </w:t>
      </w:r>
      <w:r>
        <w:t>Pehla comment aaya hai ajmer se doctor safina tabassum ka.</w:t>
      </w:r>
    </w:p>
    <w:p>
      <w:pPr>
        <w:jc w:val="right"/>
      </w:pPr>
      <w:r>
        <w:t>پہلا کمنٹ آیا ہے اجمیر سے ڈاکٹر سفینہ تبسم کا۔</w:t>
      </w:r>
    </w:p>
    <w:p>
      <w:r>
        <w:rPr>
          <w:b/>
        </w:rPr>
        <w:t xml:space="preserve">[45:11] </w:t>
      </w:r>
      <w:r>
        <w:t>unhon ne likha hai: "discrimination ke khilaaf ladaai ladna aur politics chalana ittaba' iblis hai.</w:t>
      </w:r>
    </w:p>
    <w:p>
      <w:pPr>
        <w:jc w:val="right"/>
      </w:pPr>
      <w:r>
        <w:t>انہوں نے لکھا ہے: "ڈسکریمینیشن کے خلاف لڑائی لڑنا اور پولیٹکس چلانا اتباع ابلیس ہے۔</w:t>
      </w:r>
    </w:p>
    <w:p>
      <w:r>
        <w:rPr>
          <w:b/>
        </w:rPr>
        <w:t xml:space="preserve">[45:17] </w:t>
      </w:r>
      <w:r>
        <w:t>aaj Maulana aap ke zariye yeh baat pehli baar discover hui.</w:t>
      </w:r>
    </w:p>
    <w:p>
      <w:pPr>
        <w:jc w:val="right"/>
      </w:pPr>
      <w:r>
        <w:t>آج مولانا آپ کے ذریعے یہ بات پہلی بار ڈسکور ہوئی۔</w:t>
      </w:r>
    </w:p>
    <w:p>
      <w:r>
        <w:rPr>
          <w:b/>
        </w:rPr>
        <w:t xml:space="preserve">[45:23] </w:t>
      </w:r>
      <w:r>
        <w:t>jazak Allah. " Maulana Iqbal Umri ne Chennai se comment bheja hai: "zamane ne azadiyan tum ko di hain.</w:t>
      </w:r>
    </w:p>
    <w:p>
      <w:pPr>
        <w:jc w:val="right"/>
      </w:pPr>
      <w:r>
        <w:t>جزاک اللہ۔" مولانا اقبال عمری نے چنئی سے کمنٹ بھیجا ہے: "زمانے نے آزادیاں تم کو دی ہیں۔</w:t>
      </w:r>
    </w:p>
    <w:p>
      <w:r>
        <w:rPr>
          <w:b/>
        </w:rPr>
        <w:t xml:space="preserve">[45:29] </w:t>
      </w:r>
      <w:r>
        <w:t>tarraqi ki raahein sarasar khuli hain.</w:t>
      </w:r>
    </w:p>
    <w:p>
      <w:pPr>
        <w:jc w:val="right"/>
      </w:pPr>
      <w:r>
        <w:t>ترقی کی راہیں سراسر کھلی ہیں۔</w:t>
      </w:r>
    </w:p>
    <w:p>
      <w:r>
        <w:rPr>
          <w:b/>
        </w:rPr>
        <w:t xml:space="preserve">[45:36] </w:t>
      </w:r>
      <w:r>
        <w:t>jazak Allah Maulana spirit of age ko aap ne</w:t>
      </w:r>
    </w:p>
    <w:p>
      <w:pPr>
        <w:jc w:val="right"/>
      </w:pPr>
      <w:r>
        <w:t>جزاک اللہ مولانا سپرٹ آف ایج کو آپ نے</w:t>
      </w:r>
    </w:p>
    <w:p>
      <w:r>
        <w:rPr>
          <w:b/>
        </w:rPr>
        <w:t xml:space="preserve">[45:42] </w:t>
      </w:r>
      <w:r>
        <w:t>wazeh kiya hai aaj." Miss Shabana Ansari Pakistan se likhti hain: "Muslims live in false hopes about aakhirat because they think that they would be forgiven just because they are an ummati of Hazrat Muhammad. This is also a discriminative thought against humanity." Shahid Hussain sahib ne Srinagar se likha hai: "The slogan of discrimination</w:t>
      </w:r>
    </w:p>
    <w:p>
      <w:pPr>
        <w:jc w:val="right"/>
      </w:pPr>
      <w:r>
        <w:t>واضح کیا ہے آج۔" مس شبانہ انصاری پاکستان سے لکھتی ہیں: "مسلمز لیو ان فالس ہوپس اباؤٹ آخرت بیکاز دے تھنک دیٹ دے وڈ بی فورگیون جسٹ بیکاز دے آر این امتی آف حضرت محمد۔ دس از آل سو ا ڈسکریمینیٹیو تھاٹ اگینسٹ ہیومینٹی۔" شاہد حسین صاحب نے سری نگر سے لکھا ہے: "دا سلوگن آف ڈسکریمینیشن ب</w:t>
      </w:r>
    </w:p>
    <w:p>
      <w:r>
        <w:rPr>
          <w:b/>
        </w:rPr>
        <w:t xml:space="preserve">[46:12] </w:t>
      </w:r>
      <w:r>
        <w:t>becomes ridiculous when the spirit of age is based on merit.</w:t>
      </w:r>
    </w:p>
    <w:p>
      <w:pPr>
        <w:jc w:val="right"/>
      </w:pPr>
      <w:r>
        <w:t>یکمز ریڈیکولس وین دا سپرٹ آف ایج از بیسڈ آن میرٹ۔</w:t>
      </w:r>
    </w:p>
    <w:p>
      <w:r>
        <w:rPr>
          <w:b/>
        </w:rPr>
        <w:t xml:space="preserve">[46:19] </w:t>
      </w:r>
      <w:r>
        <w:t>das belief wad set a new trend of struggle and positivity.</w:t>
      </w:r>
    </w:p>
    <w:p>
      <w:pPr>
        <w:jc w:val="right"/>
      </w:pPr>
      <w:r>
        <w:t>دس بیلیف وڈ سیٹ ا نیو ٹرینڈ آف سٹرگل اینڈ پازیٹیوٹی۔</w:t>
      </w:r>
    </w:p>
    <w:p>
      <w:r>
        <w:rPr>
          <w:b/>
        </w:rPr>
        <w:t xml:space="preserve">[46:27] </w:t>
      </w:r>
      <w:r>
        <w:t>thank you Maulana sahib for this revolutionary guidance." Faraz Khan sahib ne Kolkata se likha hai: "praise others</w:t>
      </w:r>
    </w:p>
    <w:p>
      <w:pPr>
        <w:jc w:val="right"/>
      </w:pPr>
      <w:r>
        <w:t>تھینک یو مولانا صاحب فار دس ریولوشنری گائیڈنس۔" فراز خان صاحب نے کلکتہ سے لکھا ہے: "پریز ادرز</w:t>
      </w:r>
    </w:p>
    <w:p>
      <w:r>
        <w:rPr>
          <w:b/>
        </w:rPr>
        <w:t xml:space="preserve">[46:34] </w:t>
      </w:r>
      <w:r>
        <w:t>and blame their selves should be one of the principal for a day." Maulana ab sawal lete hain. pehla</w:t>
      </w:r>
    </w:p>
    <w:p>
      <w:pPr>
        <w:jc w:val="right"/>
      </w:pPr>
      <w:r>
        <w:t>اینڈ بلیم دائی سیلفس شوڈ بی ون آف دا پرنسپل فار ا دائی۔" مولانا اب سوال لیتے ہیں۔ پہلا</w:t>
      </w:r>
    </w:p>
    <w:p>
      <w:r>
        <w:rPr>
          <w:b/>
        </w:rPr>
        <w:t xml:space="preserve">[46:42] </w:t>
      </w:r>
      <w:r>
        <w:t>sawal aa jo aaya hai aa woh Chennai se Maulana Iqbal Umri ne likha hai.</w:t>
      </w:r>
    </w:p>
    <w:p>
      <w:pPr>
        <w:jc w:val="right"/>
      </w:pPr>
      <w:r>
        <w:t>سوال آ جو آیا ہے آ وہ چنئی سے مولانا اقبال عمری نے لکھا ہے۔</w:t>
      </w:r>
    </w:p>
    <w:p>
      <w:r>
        <w:rPr>
          <w:b/>
        </w:rPr>
        <w:t xml:space="preserve">[46:49] </w:t>
      </w:r>
      <w:r>
        <w:t>unhon ne likha hai ke: "Maulana negative leadership kyun popular ho jati hai aur positive guidelines dene</w:t>
      </w:r>
    </w:p>
    <w:p>
      <w:pPr>
        <w:jc w:val="right"/>
      </w:pPr>
      <w:r>
        <w:t>انہوں نے لکھا ہے کہ: "مولانا نیگیٹیو لیڈرشپ کیوں پاپولر ہو جاتی ہے اور پازیٹیو گائیڈ لائنز دینے</w:t>
      </w:r>
    </w:p>
    <w:p>
      <w:r>
        <w:rPr>
          <w:b/>
        </w:rPr>
        <w:t xml:space="preserve">[46:57] </w:t>
      </w:r>
      <w:r>
        <w:t>walay kyun maqbool nahi hotay? is ki kya wajah hai?" bhai main samajhta hoon yahan tak ke deep</w:t>
      </w:r>
    </w:p>
    <w:p>
      <w:pPr>
        <w:jc w:val="right"/>
      </w:pPr>
      <w:r>
        <w:t>والے کیوں مقبول نہیں ہوتے؟ اس کی کیا وجہ ہے؟" بھئی میں سمجھتا ہوں یہاں تک کہ ڈیپ</w:t>
      </w:r>
    </w:p>
    <w:p>
      <w:r>
        <w:rPr>
          <w:b/>
        </w:rPr>
        <w:t xml:space="preserve">[47:04] </w:t>
      </w:r>
      <w:r>
        <w:t>Thinking لوگوں کو ادھر ہے نہیں super super super super super super super super thinking ہے۔</w:t>
      </w:r>
    </w:p>
    <w:p>
      <w:pPr>
        <w:jc w:val="right"/>
      </w:pPr>
      <w:r>
        <w:t>تھنکنگ لوگوں کو ادھر ہے نہیں سپر سپر سپر سپر سپر سپر سپر سپر سپر سپر تھنکنگ ہے۔</w:t>
      </w:r>
    </w:p>
    <w:p>
      <w:r>
        <w:rPr>
          <w:b/>
        </w:rPr>
        <w:t xml:space="preserve">[47:12] </w:t>
      </w:r>
      <w:r>
        <w:t>jahan tak main samajhta hoon yahi wajah hai.</w:t>
      </w:r>
    </w:p>
    <w:p>
      <w:pPr>
        <w:jc w:val="right"/>
      </w:pPr>
      <w:r>
        <w:t>جہاں تک میں سمجھتا ہوں یہی وجہ ہے۔</w:t>
      </w:r>
    </w:p>
    <w:p>
      <w:r>
        <w:rPr>
          <w:b/>
        </w:rPr>
        <w:t xml:space="preserve">[47:18] </w:t>
      </w:r>
      <w:r>
        <w:t>is in ke in ke andar deep thinking paida kijiye.</w:t>
      </w:r>
    </w:p>
    <w:p>
      <w:pPr>
        <w:jc w:val="right"/>
      </w:pPr>
      <w:r>
        <w:t>اس ان کے ان کے اندر ڈیپ تھنکنگ پیدا کیجئے۔</w:t>
      </w:r>
    </w:p>
    <w:p>
      <w:r>
        <w:rPr>
          <w:b/>
        </w:rPr>
        <w:t xml:space="preserve">[47:24] </w:t>
      </w:r>
      <w:r>
        <w:t>mera tajruba yeh hai ke bohat se log aisay mujhe milay jo is qism ki soch mein mubtala</w:t>
      </w:r>
    </w:p>
    <w:p>
      <w:pPr>
        <w:jc w:val="right"/>
      </w:pPr>
      <w:r>
        <w:t>میرا تجربہ یہ ہے کہ بہت سے لوگ ایسے مجھے ملے جو اس قسم کی سوچ میں مبتلا</w:t>
      </w:r>
    </w:p>
    <w:p>
      <w:r>
        <w:rPr>
          <w:b/>
        </w:rPr>
        <w:t xml:space="preserve">[47:31] </w:t>
      </w:r>
      <w:r>
        <w:t>the lekin un ke andar gehrai ke saath jab baatein batai hain maine to badal gaye woh.</w:t>
      </w:r>
    </w:p>
    <w:p>
      <w:pPr>
        <w:jc w:val="right"/>
      </w:pPr>
      <w:r>
        <w:t>تھے لیکن ان کے اندر گہرائی کے ساتھ جب باتیں بتائی ہیں میں نے تو بدل گئے وہ۔</w:t>
      </w:r>
    </w:p>
    <w:p>
      <w:r>
        <w:rPr>
          <w:b/>
        </w:rPr>
        <w:t xml:space="preserve">[47:37] </w:t>
      </w:r>
      <w:r>
        <w:t>to halaat ko yani beshtar log yeh karte hain ke woh</w:t>
      </w:r>
    </w:p>
    <w:p>
      <w:pPr>
        <w:jc w:val="right"/>
      </w:pPr>
      <w:r>
        <w:t>تو حالات کو یعنی بیشتر لوگ یہ کرتے ہیں کہ وہ</w:t>
      </w:r>
    </w:p>
    <w:p>
      <w:r>
        <w:rPr>
          <w:b/>
        </w:rPr>
        <w:t xml:space="preserve">[47:43] </w:t>
      </w:r>
      <w:r>
        <w:t>face value par lete hain cheezon ko. Face value par deep mein ja kar samajhte nahi baaton ko. To hamara mission jo hai yeh hai ke logon ko is qabil banana ke woh face value par cheezon ko na lein balkeh deep mein ja kar samjhein baaton ko. Misaal ke taur par dekhiye aksar log kehte hain ke zulm ho raha hai Falasteen mein zulm ho raha hai Kashmir mein. Woh zulm</w:t>
      </w:r>
    </w:p>
    <w:p>
      <w:pPr>
        <w:jc w:val="right"/>
      </w:pPr>
      <w:r>
        <w:t>فیس ویلیو پر لیتے ہیں چیزوں کو۔ فیس ویلیو پر ڈیپ میں جا کر سمجھتے نہیں باتوں کو۔ تو ہمارا مشن جو ہے یہ ہے کہ لوگوں کو اس قابل بنانا کہ وہ فیس ویلیو پر چیزوں کو نہ لیں بلکہ ڈیپ میں جا کر سمجھیں باتوں کو۔ مثال کے طور پر دیکھئے اکثر لوگ کہتے ہیں کہ ظلم ہو رہا ہے فلسطین میں ظلم ہو رہا ہے کشمیر میں۔ وہ ظ</w:t>
      </w:r>
    </w:p>
    <w:p>
      <w:r>
        <w:rPr>
          <w:b/>
        </w:rPr>
        <w:t xml:space="preserve">[48:13] </w:t>
      </w:r>
      <w:r>
        <w:t>zulm nahi hai woh retaliation hai.</w:t>
      </w:r>
    </w:p>
    <w:p>
      <w:pPr>
        <w:jc w:val="right"/>
      </w:pPr>
      <w:r>
        <w:t>لم نہیں ہے وہ ری ٹیلی ایشن ہے۔</w:t>
      </w:r>
    </w:p>
    <w:p>
      <w:r>
        <w:rPr>
          <w:b/>
        </w:rPr>
        <w:t xml:space="preserve">[48:17] </w:t>
      </w:r>
      <w:r>
        <w:t>मतलब जुल्म कहना यह super super super super super super super super super super super super super</w:t>
      </w:r>
    </w:p>
    <w:p>
      <w:pPr>
        <w:jc w:val="right"/>
      </w:pPr>
      <w:r>
        <w:t>مطلب ظلم کہنا یہ سپر سپر سپر سپر سپر سپر سپر سپر سپر سپر سوپر سپر سپر سپر</w:t>
      </w:r>
    </w:p>
    <w:p>
      <w:r>
        <w:rPr>
          <w:b/>
        </w:rPr>
        <w:t xml:space="preserve">[48:22] </w:t>
      </w:r>
      <w:r>
        <w:t>super super super super super super super.</w:t>
      </w:r>
    </w:p>
    <w:p>
      <w:pPr>
        <w:jc w:val="right"/>
      </w:pPr>
      <w:r>
        <w:t>سپر سپر سپر سپر سپر سپر سپر۔</w:t>
      </w:r>
    </w:p>
    <w:p>
      <w:r>
        <w:rPr>
          <w:b/>
        </w:rPr>
        <w:t xml:space="preserve">[48:26] </w:t>
      </w:r>
      <w:r>
        <w:t>retaliation karna wisdom hai.</w:t>
      </w:r>
    </w:p>
    <w:p>
      <w:pPr>
        <w:jc w:val="right"/>
      </w:pPr>
      <w:r>
        <w:t>ری ٹیلی ایشن کرنا وزڈم ہے۔</w:t>
      </w:r>
    </w:p>
    <w:p>
      <w:r>
        <w:rPr>
          <w:b/>
        </w:rPr>
        <w:t xml:space="preserve">[48:31] </w:t>
      </w:r>
      <w:r>
        <w:t>yani Falasteen mein Kashmir mein hota kya hai woh woh martay hain pathar to woh martay hain bomb gun.</w:t>
      </w:r>
    </w:p>
    <w:p>
      <w:pPr>
        <w:jc w:val="right"/>
      </w:pPr>
      <w:r>
        <w:t>یعنی فلسطین میں کشمیر میں ہوتا کیا ہے وہ وہ مارتے ہیں پتھر تو وہ مارتے ہیں بم گن۔</w:t>
      </w:r>
    </w:p>
    <w:p>
      <w:r>
        <w:rPr>
          <w:b/>
        </w:rPr>
        <w:t xml:space="preserve">[48:35] </w:t>
      </w:r>
      <w:r>
        <w:t>that is retaliation woh zulm nahi hai.</w:t>
      </w:r>
    </w:p>
    <w:p>
      <w:pPr>
        <w:jc w:val="right"/>
      </w:pPr>
      <w:r>
        <w:t>دیٹ از ری ٹیلی ایشن وہ ظلم نہیں ہے۔</w:t>
      </w:r>
    </w:p>
    <w:p>
      <w:r>
        <w:rPr>
          <w:b/>
        </w:rPr>
        <w:t xml:space="preserve">[48:39] </w:t>
      </w:r>
      <w:r>
        <w:t>to main poore yaqeen ke saath keh sakta hoon ke Falasteen ya Kashmir mein</w:t>
      </w:r>
    </w:p>
    <w:p>
      <w:pPr>
        <w:jc w:val="right"/>
      </w:pPr>
      <w:r>
        <w:t>تو میں پورے یقین کے ساتھ کہہ سکتا ہوں کہ فلسطین یا کشمیر میں</w:t>
      </w:r>
    </w:p>
    <w:p>
      <w:r>
        <w:rPr>
          <w:b/>
        </w:rPr>
        <w:t xml:space="preserve">[48:44] </w:t>
      </w:r>
      <w:r>
        <w:t>jo kehte hain agar zulm ho raha hai woh halki rehti hai zulm nahi hai.</w:t>
      </w:r>
    </w:p>
    <w:p>
      <w:pPr>
        <w:jc w:val="right"/>
      </w:pPr>
      <w:r>
        <w:t>جو کہتے ہیں اگر ظلم ہو رہا ہے وہ ہلکی رہتی ہے ظلم نہیں ہے۔</w:t>
      </w:r>
    </w:p>
    <w:p>
      <w:r>
        <w:rPr>
          <w:b/>
        </w:rPr>
        <w:t xml:space="preserve">[48:50] </w:t>
      </w:r>
      <w:r>
        <w:t>that is retaliation retaliation to hoga jab aap pathar maren ge to idhar se</w:t>
      </w:r>
    </w:p>
    <w:p>
      <w:pPr>
        <w:jc w:val="right"/>
      </w:pPr>
      <w:r>
        <w:t>دیٹ از ری ٹیلی ایشن ری ٹیلی ایشن تو ہوگا جب آپ پتھر ماریں گے تو ادھر سے</w:t>
      </w:r>
    </w:p>
    <w:p>
      <w:r>
        <w:rPr>
          <w:b/>
        </w:rPr>
        <w:t xml:space="preserve">[48:56] </w:t>
      </w:r>
      <w:r>
        <w:t>bhi pathar aye ga bomb aye ga aap gun chalayen ge to idhar se bhi gun aye gi</w:t>
      </w:r>
    </w:p>
    <w:p>
      <w:pPr>
        <w:jc w:val="right"/>
      </w:pPr>
      <w:r>
        <w:t>بھی پتھر آئے گا بم آئے گا آپ گن چلائیں گے تو ادھر سے بھی گن آئے گی</w:t>
      </w:r>
    </w:p>
    <w:p>
      <w:r>
        <w:rPr>
          <w:b/>
        </w:rPr>
        <w:t xml:space="preserve">[49:02] </w:t>
      </w:r>
      <w:r>
        <w:t>goli aye gi yeh to hoga yeh koi rok nahi sakta re teliation ko koi rok nahi</w:t>
      </w:r>
    </w:p>
    <w:p>
      <w:pPr>
        <w:jc w:val="right"/>
      </w:pPr>
      <w:r>
        <w:t>گولی آئے گی یہ تو ہوگا یہ کوئی روک نہیں سکتا ری ٹیلی ایشن کو کوئی روک نہیں</w:t>
      </w:r>
    </w:p>
    <w:p>
      <w:r>
        <w:rPr>
          <w:b/>
        </w:rPr>
        <w:t xml:space="preserve">[49:08] </w:t>
      </w:r>
      <w:r>
        <w:t>sakta isi liye aik sahabi ne bohat sahih kaha tha ke: "</w:t>
      </w:r>
    </w:p>
    <w:p>
      <w:pPr>
        <w:jc w:val="right"/>
      </w:pPr>
      <w:r>
        <w:t>سکتا اسی لیے ایک صحابی نے بہت صحیح کہا تھا کہ: "</w:t>
      </w:r>
    </w:p>
    <w:p>
      <w:r>
        <w:rPr>
          <w:b/>
        </w:rPr>
        <w:t xml:space="preserve">[49:14] </w:t>
      </w:r>
      <w:r>
        <w:t>man la yarza bil qaleel mimma yati fis safar yarza bil kaseer" ke aap pathar maren ge to woh bom</w:t>
      </w:r>
    </w:p>
    <w:p>
      <w:pPr>
        <w:jc w:val="right"/>
      </w:pPr>
      <w:r>
        <w:t>من لا یرزا بالقليل مما یاتی فی الصفی یرزا بالکثیر" کہ آپ پتھر ماریں گے تو وہ بم</w:t>
      </w:r>
    </w:p>
    <w:p>
      <w:r>
        <w:rPr>
          <w:b/>
        </w:rPr>
        <w:t xml:space="preserve">[49:18] </w:t>
      </w:r>
      <w:r>
        <w:t>مارے گا تو یہ super super super super super super super super super.</w:t>
      </w:r>
    </w:p>
    <w:p>
      <w:pPr>
        <w:jc w:val="right"/>
      </w:pPr>
      <w:r>
        <w:t>مارے گا تو یہ سپر سپر سپر سپر سپر سپر سپر سپر سپر سپر۔</w:t>
      </w:r>
    </w:p>
    <w:p>
      <w:r>
        <w:rPr>
          <w:b/>
        </w:rPr>
        <w:t xml:space="preserve">[49:22] </w:t>
      </w:r>
      <w:r>
        <w:t>تو یہ super super super super super super super super super super.</w:t>
      </w:r>
    </w:p>
    <w:p>
      <w:pPr>
        <w:jc w:val="right"/>
      </w:pPr>
      <w:r>
        <w:t>تو یہ سپر سپر سپر سپر سپر سپر سپر سپر سپر سپر۔</w:t>
      </w:r>
    </w:p>
    <w:p>
      <w:r>
        <w:rPr>
          <w:b/>
        </w:rPr>
        <w:t xml:space="preserve">[49:25] </w:t>
      </w:r>
      <w:r>
        <w:t>تو یہ super super super super super super super super super.</w:t>
      </w:r>
    </w:p>
    <w:p>
      <w:pPr>
        <w:jc w:val="right"/>
      </w:pPr>
      <w:r>
        <w:t>تو یہ سپر سپر سپر سپر سپر سپر سپر سپر سپر سپر۔</w:t>
      </w:r>
    </w:p>
    <w:p>
      <w:r>
        <w:rPr>
          <w:b/>
        </w:rPr>
        <w:t xml:space="preserve">[49:29] </w:t>
      </w:r>
      <w:r>
        <w:t>is wajah se log samajhte hain ke zulm ho raha hai zulm nahi ho raha woh re telie</w:t>
      </w:r>
    </w:p>
    <w:p>
      <w:pPr>
        <w:jc w:val="right"/>
      </w:pPr>
      <w:r>
        <w:t>اس وجہ سے لوگ سمجھتے ہیں کہ ظلم ہو رہا ہے ظلم نہیں ہو رہا وہ ری ٹیلی</w:t>
      </w:r>
    </w:p>
    <w:p>
      <w:r>
        <w:rPr>
          <w:b/>
        </w:rPr>
        <w:t xml:space="preserve">[49:33] </w:t>
      </w:r>
      <w:r>
        <w:t>et kar rahe hain.</w:t>
      </w:r>
    </w:p>
    <w:p>
      <w:pPr>
        <w:jc w:val="right"/>
      </w:pPr>
      <w:r>
        <w:t>ایٹ کر رہے ہیں۔</w:t>
      </w:r>
    </w:p>
    <w:p>
      <w:r>
        <w:rPr>
          <w:b/>
        </w:rPr>
        <w:t xml:space="preserve">[49:37] </w:t>
      </w:r>
      <w:r>
        <w:t>quran mein aik surah hai is ka naam hai al shura al shura is ki ayat 41 aap parhiye sari</w:t>
      </w:r>
    </w:p>
    <w:p>
      <w:pPr>
        <w:jc w:val="right"/>
      </w:pPr>
      <w:r>
        <w:t>قرآن میں ایک سورہ ہے اس کا نام ہے الشورہ الشورہ اس کی آیت 41 آپ پڑھیے ساری</w:t>
      </w:r>
    </w:p>
    <w:p>
      <w:r>
        <w:rPr>
          <w:b/>
        </w:rPr>
        <w:t xml:space="preserve">[49:40] </w:t>
      </w:r>
      <w:r>
        <w:t>tafsilan parh daliye</w:t>
      </w:r>
    </w:p>
    <w:p>
      <w:pPr>
        <w:jc w:val="right"/>
      </w:pPr>
      <w:r>
        <w:t>تفصیلاً پڑھ ڈالیے</w:t>
      </w:r>
    </w:p>
    <w:p>
      <w:r>
        <w:rPr>
          <w:b/>
        </w:rPr>
        <w:t xml:space="preserve">[49:44] </w:t>
      </w:r>
      <w:r>
        <w:t>al shura 41 is mein quran ne re teliation ko bura nahi kaha to har jagah aap aap</w:t>
      </w:r>
    </w:p>
    <w:p>
      <w:pPr>
        <w:jc w:val="right"/>
      </w:pPr>
      <w:r>
        <w:t>الشورہ 41 اس میں قرآن نے ری ٹیلی ایشن کو برا نہیں کہا تو ہر جگہ آپ آپ</w:t>
      </w:r>
    </w:p>
    <w:p>
      <w:r>
        <w:rPr>
          <w:b/>
        </w:rPr>
        <w:t xml:space="preserve">[49:51] </w:t>
      </w:r>
      <w:r>
        <w:t>aap pathar marte hain idhar se bom aata hai to kehte hain zulm ho raha hai zulm ho</w:t>
      </w:r>
    </w:p>
    <w:p>
      <w:pPr>
        <w:jc w:val="right"/>
      </w:pPr>
      <w:r>
        <w:t>آپ پتھر مارتے ہیں ادھر سے بم آتا ہے تو کہتے ہیں ظلم ہو رہا ہے ظلم ہو</w:t>
      </w:r>
    </w:p>
    <w:p>
      <w:r>
        <w:rPr>
          <w:b/>
        </w:rPr>
        <w:t xml:space="preserve">[49:58] </w:t>
      </w:r>
      <w:r>
        <w:t>raha hai yeh zulm nahi hai woh re teliation hai aap apne pathar ko band kijiye tab</w:t>
      </w:r>
    </w:p>
    <w:p>
      <w:pPr>
        <w:jc w:val="right"/>
      </w:pPr>
      <w:r>
        <w:t>رہا ہے یہ ظلم نہیں ہے وہ ری ٹیلی ایشن ہے آپ اپنے پتھر کو بند کیجئے تب</w:t>
      </w:r>
    </w:p>
    <w:p>
      <w:r>
        <w:rPr>
          <w:b/>
        </w:rPr>
        <w:t xml:space="preserve">[50:05] </w:t>
      </w:r>
      <w:r>
        <w:t>woh ho jaye ga sahih ho jaye ga to yeh sab kis liye ke log cheezon ko dekhte</w:t>
      </w:r>
    </w:p>
    <w:p>
      <w:pPr>
        <w:jc w:val="right"/>
      </w:pPr>
      <w:r>
        <w:t>وہ ہو جائے گا صحیح ہو جائے گا تو یہ سب کس لیے کہ لوگ چیزوں کو دیکھتے</w:t>
      </w:r>
    </w:p>
    <w:p>
      <w:r>
        <w:rPr>
          <w:b/>
        </w:rPr>
        <w:t xml:space="preserve">[50:12] </w:t>
      </w:r>
      <w:r>
        <w:t>hain face value par gehrai mein ja kar ghor nahi karte</w:t>
      </w:r>
    </w:p>
    <w:p>
      <w:pPr>
        <w:jc w:val="right"/>
      </w:pPr>
      <w:r>
        <w:t>ہیں فیس ویلیو پر گہرائی میں جا کر غور نہیں کرتے</w:t>
      </w:r>
    </w:p>
    <w:p>
      <w:r>
        <w:rPr>
          <w:b/>
        </w:rPr>
        <w:t xml:space="preserve">[50:19] </w:t>
      </w:r>
      <w:r>
        <w:t>maulana agla sawal bheja hai greesh jwal ji ne dilli se unhon ne poocha hai aap se ke:</w:t>
      </w:r>
    </w:p>
    <w:p>
      <w:pPr>
        <w:jc w:val="right"/>
      </w:pPr>
      <w:r>
        <w:t>مولانا اگلا سوال بھیجا ہے گریش جوال جی نے دلی سے انہوں نے پوچھا ہے آپ سے کہ:</w:t>
      </w:r>
    </w:p>
    <w:p>
      <w:r>
        <w:rPr>
          <w:b/>
        </w:rPr>
        <w:t xml:space="preserve">[50:26] </w:t>
      </w:r>
      <w:r>
        <w:t>"kya shukr war ko porushon ki jamaat ke baad masjidon mein auraton ki jamaat ki ja sakti hai</w:t>
      </w:r>
    </w:p>
    <w:p>
      <w:pPr>
        <w:jc w:val="right"/>
      </w:pPr>
      <w:r>
        <w:t>"کیا شکر وار کو پورشوں کی جماعت کے بعد مسجدوں میں عورتوں کی جماعت کی جا سکتی ہے</w:t>
      </w:r>
    </w:p>
    <w:p>
      <w:r>
        <w:rPr>
          <w:b/>
        </w:rPr>
        <w:t xml:space="preserve">[50:34] </w:t>
      </w:r>
      <w:r>
        <w:t>kyunke jamaat mein namaz ka sawab ziyada hota hai?" alag karne ki zaroorat hi nahi is mein shamil</w:t>
      </w:r>
    </w:p>
    <w:p>
      <w:pPr>
        <w:jc w:val="right"/>
      </w:pPr>
      <w:r>
        <w:t>کیونکہ جماعت میں نماز کا ثواب زیادہ ہوتا ہے؟" الگ کرنے کی ضرورت ہی نہیں اس میں شامل</w:t>
      </w:r>
    </w:p>
    <w:p>
      <w:r>
        <w:rPr>
          <w:b/>
        </w:rPr>
        <w:t xml:space="preserve">[50:41] </w:t>
      </w:r>
      <w:r>
        <w:t>ho jayen auratain arab hum ne dek</w:t>
      </w:r>
    </w:p>
    <w:p>
      <w:pPr>
        <w:jc w:val="right"/>
      </w:pPr>
      <w:r>
        <w:t>ہو جائیں عورتیں عرب ہم نے دیک</w:t>
      </w:r>
    </w:p>
    <w:p>
      <w:r>
        <w:rPr>
          <w:b/>
        </w:rPr>
        <w:t xml:space="preserve">[50:49] </w:t>
      </w:r>
      <w:r>
        <w:t>ha hai ke wahan jo haram hai to aik bara sa bana hua hai wahan auratain shamil rehti</w:t>
      </w:r>
    </w:p>
    <w:p>
      <w:pPr>
        <w:jc w:val="right"/>
      </w:pPr>
      <w:r>
        <w:t>ھا ہے کہ وہاں جو حرم ہے تو ایک بڑا سا بنا ہوا ہے وہاں عورتیں شامل رہتی</w:t>
      </w:r>
    </w:p>
    <w:p>
      <w:r>
        <w:rPr>
          <w:b/>
        </w:rPr>
        <w:t xml:space="preserve">[50:55] </w:t>
      </w:r>
      <w:r>
        <w:t>hain yani do jamaat karne ki zaroorat nahi hai yani un ki jamaat alag un ki jamaat alag</w:t>
      </w:r>
    </w:p>
    <w:p>
      <w:pPr>
        <w:jc w:val="right"/>
      </w:pPr>
      <w:r>
        <w:t>ہیں یعنی دو جماعت کرنے کی ضرورت نہیں ہے یعنی ان کی جماعت الگ ان کی جماعت الگ</w:t>
      </w:r>
    </w:p>
    <w:p>
      <w:r>
        <w:rPr>
          <w:b/>
        </w:rPr>
        <w:t xml:space="preserve">[51:01] </w:t>
      </w:r>
      <w:r>
        <w:t>is ki zaroorat nahi hai wahi namaz jo hoti hai imam haram jo parhte hain usi mein auratain</w:t>
      </w:r>
    </w:p>
    <w:p>
      <w:pPr>
        <w:jc w:val="right"/>
      </w:pPr>
      <w:r>
        <w:t>اس کی ضرورت نہیں ہے وہی نماز جو ہوتی ہے امام حرم جو پڑھتے ہیں اسی میں عورتیں</w:t>
      </w:r>
    </w:p>
    <w:p>
      <w:r>
        <w:rPr>
          <w:b/>
        </w:rPr>
        <w:t xml:space="preserve">[51:07] </w:t>
      </w:r>
      <w:r>
        <w:t>bhi shamil ho jayen aur yeh hota hai haramain mein baqayda mein ne dekha hai to har jagah</w:t>
      </w:r>
    </w:p>
    <w:p>
      <w:pPr>
        <w:jc w:val="right"/>
      </w:pPr>
      <w:r>
        <w:t>بھی شامل ہو جائیں اور یہ ہوتا ہے حرمین میں باقاعدہ میں نے دیکھا ہے تو ہر جگہ</w:t>
      </w:r>
    </w:p>
    <w:p>
      <w:r>
        <w:rPr>
          <w:b/>
        </w:rPr>
        <w:t xml:space="preserve">[51:14] </w:t>
      </w:r>
      <w:r>
        <w:t>wohi karna chahiye ji</w:t>
      </w:r>
    </w:p>
    <w:p>
      <w:pPr>
        <w:jc w:val="right"/>
      </w:pPr>
      <w:r>
        <w:t>وہی کرنا چاہیے جی</w:t>
      </w:r>
    </w:p>
    <w:p>
      <w:r>
        <w:rPr>
          <w:b/>
        </w:rPr>
        <w:t xml:space="preserve">[51:20] </w:t>
      </w:r>
      <w:r>
        <w:t>greesh jwal ji ne aik aur sawal kiya hai unhon ne aap se poocha hai ke: "aik sath</w:t>
      </w:r>
    </w:p>
    <w:p>
      <w:pPr>
        <w:jc w:val="right"/>
      </w:pPr>
      <w:r>
        <w:t>گریش جوال جی نے ایک اور سوال کیا ہے انہوں نے آپ سے پوچھا ہے کہ: "ایک ساتھ</w:t>
      </w:r>
    </w:p>
    <w:p>
      <w:r>
        <w:rPr>
          <w:b/>
        </w:rPr>
        <w:t xml:space="preserve">[51:26] </w:t>
      </w:r>
      <w:r>
        <w:t>teen talaq ko manne walon ko kya pchas koore lagane chahiye is ke baray mein aap kya kahin</w:t>
      </w:r>
    </w:p>
    <w:p>
      <w:pPr>
        <w:jc w:val="right"/>
      </w:pPr>
      <w:r>
        <w:t>تین طلاق کو ماننے والوں کو کیا پچاس کوڑے لگانے چاہیے اس کے بارے میں آپ کیا کہیں</w:t>
      </w:r>
    </w:p>
    <w:p>
      <w:r>
        <w:rPr>
          <w:b/>
        </w:rPr>
        <w:t xml:space="preserve">[51:32] </w:t>
      </w:r>
      <w:r>
        <w:t>ge?" bhai is par mein ne tafsil se likha hai aik article pehle bhi chhap chuka hai abhi</w:t>
      </w:r>
    </w:p>
    <w:p>
      <w:pPr>
        <w:jc w:val="right"/>
      </w:pPr>
      <w:r>
        <w:t>گے؟" بھئی اس پر میں نے تفصیل سے لکھا ہے ایک آرٹیکل پہلے بھی چھپ چکا ہے ابھی</w:t>
      </w:r>
    </w:p>
    <w:p>
      <w:r>
        <w:rPr>
          <w:b/>
        </w:rPr>
        <w:t xml:space="preserve">[51:39] </w:t>
      </w:r>
      <w:r>
        <w:t>naya bhi likha hai inshallah chhape ga is par aap pehle dekh lein is ko teen talaq ka</w:t>
      </w:r>
    </w:p>
    <w:p>
      <w:pPr>
        <w:jc w:val="right"/>
      </w:pPr>
      <w:r>
        <w:t>نیا بھی لکھا ہے انشاءاللہ چھپے گا اس پر آپ پہلے دیکھ لیں اس کو تین طلاق کا</w:t>
      </w:r>
    </w:p>
    <w:p>
      <w:r>
        <w:rPr>
          <w:b/>
        </w:rPr>
        <w:t xml:space="preserve">[51:45] </w:t>
      </w:r>
      <w:r>
        <w:t>maslay par tafseeli article ab aa raha hai</w:t>
      </w:r>
    </w:p>
    <w:p>
      <w:pPr>
        <w:jc w:val="right"/>
      </w:pPr>
      <w:r>
        <w:t>مسئلہ پر تفصیلی آرٹیکل اب آ رہا ہے</w:t>
      </w:r>
    </w:p>
    <w:p>
      <w:r>
        <w:rPr>
          <w:b/>
        </w:rPr>
        <w:t xml:space="preserve">[51:51] </w:t>
      </w:r>
      <w:r>
        <w:t>ji maulana agla sawal chennai se maulana iqbal umri ne bheja hai unhon ne likha hai ke: "maulana</w:t>
      </w:r>
    </w:p>
    <w:p>
      <w:pPr>
        <w:jc w:val="right"/>
      </w:pPr>
      <w:r>
        <w:t>جی مولانا اگلا سوال چنئی سے مولانا اقبال عمری نے بھیجا ہے انہوں نے لکھا ہے کہ: "مولانا</w:t>
      </w:r>
    </w:p>
    <w:p>
      <w:r>
        <w:rPr>
          <w:b/>
        </w:rPr>
        <w:t xml:space="preserve">[51:59] </w:t>
      </w:r>
      <w:r>
        <w:t>daai ki zimmedari kya hai logon ki dunya aur akhirat dono ke baray mein sahi rehnumai karna</w:t>
      </w:r>
    </w:p>
    <w:p>
      <w:pPr>
        <w:jc w:val="right"/>
      </w:pPr>
      <w:r>
        <w:t>دائے کی ذمہ داری کیا ہے لوگوں کی دنیا اور آخرت دونوں کے بارے میں صحیح رہنمائی کرنا</w:t>
      </w:r>
    </w:p>
    <w:p>
      <w:r>
        <w:rPr>
          <w:b/>
        </w:rPr>
        <w:t xml:space="preserve">[52:08] </w:t>
      </w:r>
      <w:r>
        <w:t>hai maulana aap ne aisa hi kiya hai marifat dawat aur hikmat hayat ki rehnumai ki hai maulana</w:t>
      </w:r>
    </w:p>
    <w:p>
      <w:pPr>
        <w:jc w:val="right"/>
      </w:pPr>
      <w:r>
        <w:t>ہے مولانا آپ نے ایسا ہی کیا ہے معرفت دعوت اور حکمت حیات کی رہنمائی کی ہے مولانا</w:t>
      </w:r>
    </w:p>
    <w:p>
      <w:r>
        <w:rPr>
          <w:b/>
        </w:rPr>
        <w:t xml:space="preserve">[52:16] </w:t>
      </w:r>
      <w:r>
        <w:t>is par kuch kahein?"</w:t>
      </w:r>
    </w:p>
    <w:p>
      <w:pPr>
        <w:jc w:val="right"/>
      </w:pPr>
      <w:r>
        <w:t>اس پر کچھ کہیں؟"</w:t>
      </w:r>
    </w:p>
    <w:p>
      <w:r>
        <w:rPr>
          <w:b/>
        </w:rPr>
        <w:t xml:space="preserve">[52:24] </w:t>
      </w:r>
      <w:r>
        <w:t>dekhiye maine jo kuch likha hai to is lihaz se nahi ke duniya ki taraqqi bhi mera nishana hai aisa nahi hai main yeh ke logon ko manfi soch se bahar karna jitne log bhi hain jo duniya dari mein pade hue hain sab manfi soch mein hain un ke paas kothiyan hain tab bhi manfi soch hai to main chahta hoon ke duniya mein jo kuch woh hasil kar rahe hain hasil karein lekin manfi soch nahi musbat soch mein</w:t>
      </w:r>
    </w:p>
    <w:p>
      <w:pPr>
        <w:jc w:val="right"/>
      </w:pPr>
      <w:r>
        <w:t>دیکھئے میں نے جو کچھ لکھا ہے تو اس لحاظ سے نہیں کہ دنیا کی ترقی بھی میرا نشانہ ہے ایسا نہیں ہے میں یہ کہ لوگوں کو منفی سوچ سے باہر کرنا جتنے لوگ بھی ہیں جو دنیا داری میں پڑے ہوئے ہیں سب منفی سوچ میں ہیں ان کے پاس کوٹھیاں ہیں تب بھی منفی سوچ ہے تو میں چاہتا ہوں کہ دنیا میں جو کچھ وہ حاصل کر رہے ہیں حاصل کریں لیکن منفی سوچ نہیں مثبت سوچ میں</w:t>
      </w:r>
    </w:p>
    <w:p>
      <w:r>
        <w:rPr>
          <w:b/>
        </w:rPr>
        <w:t xml:space="preserve">[52:54] </w:t>
      </w:r>
      <w:r>
        <w:t>jiyein mera basic nishana musbat soch lana hai jab bhi main is tarah ki baat karta hoon to logon ko kehta hoon musbat soch lane ke liye musbat soch lai gayi to sab kuch theek ho jayega maulana agla sawal bhi chennai se aaya hai maulana israr ul hasan umri sahab ne bheja hai aur unhon ne likha hai: "khuda ne insan ko jo nizam</w:t>
      </w:r>
    </w:p>
    <w:p>
      <w:pPr>
        <w:jc w:val="right"/>
      </w:pPr>
      <w:r>
        <w:t>جیئیں میرا بیسک نشانہ مثبت سوچ لانا ہے جب بھی میں اس طرح کی بات کرتا ہوں تو لوگوں کو کہتا ہوں مثبت سوچ لانے کے لیے مثبت سوچ لائی گئی تو سب کچھ ٹھیک ہو جائے گا مولانا اگلا سوال بھی چنئی سے آیا ہے مولانا اسرار الحسن عمری صاحب نے بھیجا ہے اور انہوں نے لکھا ہے: "خدا نے انسان کو جو نظام</w:t>
      </w:r>
    </w:p>
    <w:p>
      <w:r>
        <w:rPr>
          <w:b/>
        </w:rPr>
        <w:t xml:space="preserve">[53:24] </w:t>
      </w:r>
      <w:r>
        <w:t>hayat ata kiya hai is mein problems hi blessings hain agar is ko evil samjhein to is ka anjam kya hoga maulana is ko is ki wazahat karein?" anjam yeh hai ke shaitan ki party mein shamil ho jayenge jo log allah ke allah ka jo naqsh hayat hai is ke khilaf chalein to shaitan ki party mein shamil ho jayenge woh</w:t>
      </w:r>
    </w:p>
    <w:p>
      <w:pPr>
        <w:jc w:val="right"/>
      </w:pPr>
      <w:r>
        <w:t>حیات عطا کیا ہے اس میں پرابلمز ہی بلیسنگز ہیں اگر اس کو ایول سمجھیں تو اس کا انجام کیا ہوگا مولانا اس کو اس کی وضاحت کریں؟" انجام یہ ہے کہ شیطان کی پارٹی میں شامل ہو جائیں گے جو لوگ اللہ کے اللہ کا جو نقش حیات ہے اس کے خلاف چلیں تو شیطان کی پارٹی میں شامل ہو جائیں گے وہ</w:t>
      </w:r>
    </w:p>
    <w:p>
      <w:r>
        <w:rPr>
          <w:b/>
        </w:rPr>
        <w:t xml:space="preserve">[53:54] </w:t>
      </w:r>
      <w:r>
        <w:t>kya ayat tha? quran mein yeh ayat baqayda hai ke shaitan ki party mein un ko shamil ho jayega yeh sada baat hai bahut bahut aam baat hai yeh yaad rakhiye discrimination ka hungama karna yeh shaitan ki boli bolna hai rasool allah boli nahi bole jaise misaal ke taur par dekhiye makkah mein aap tera saal reh</w:t>
      </w:r>
    </w:p>
    <w:p>
      <w:pPr>
        <w:jc w:val="right"/>
      </w:pPr>
      <w:r>
        <w:t>کیا آیت تھا؟ قرآن میں یہ آیت باقاعدہ ہے کہ شیطان کی پارٹی میں ان کو شامل ہو جائے گا یہ سادہ بات ہے بہت بہت عام بات ہے یہ یاد رکھیے ڈسکریمینیشن کا ہنگامہ کرنا یہ شیطان کی بولی بولنا ہے رسول اللہ بولی نہیں بولے جیسے مثال کے طور پر دیکھیے مکہ میں آپ تیرہ سال رہ</w:t>
      </w:r>
    </w:p>
    <w:p>
      <w:r>
        <w:rPr>
          <w:b/>
        </w:rPr>
        <w:t xml:space="preserve">[54:24] </w:t>
      </w:r>
      <w:r>
        <w:t>e wahan par ek parliament thi yaani tribal parliament is ka naam tha darul nadwa makkah mein ek tribal parliament thi jis ka naam tha darul nadwa is ke jitne membran the sab mushrik community ke the rasool allah ki jo muahid community thi is ka koi member nahi tha is mein makkah mein bhi do party thi muahid community aur mushrik community to is jitne bhi is ka tribal</w:t>
      </w:r>
    </w:p>
    <w:p>
      <w:pPr>
        <w:jc w:val="right"/>
      </w:pPr>
      <w:r>
        <w:t>ے وہاں پر ایک پارلیمنٹ تھی یعنی ٹرائبل پارلیمنٹ اس کا نام تھا دارالندوہ مکہ میں ایک ٹرائبل پارلیمنٹ تھی جس کا نام تھا دارالندوہ اس کے جتنے ممبران تھے سب مشرک کمیونٹی کے تھے رسول اللہ کی جو معاہد کمیونٹی تھی اس کا کوئی ممبر نہیں تھا اس میں مکہ میں بھی دو پارٹی تھی معاہد کمیونٹی اور مشرک کمیونٹی تو اس جتنے بھی اس کا ٹرائبل</w:t>
      </w:r>
    </w:p>
    <w:p>
      <w:r>
        <w:rPr>
          <w:b/>
        </w:rPr>
        <w:t xml:space="preserve">[54:54] </w:t>
      </w:r>
      <w:r>
        <w:t>parliament mein member thay sab muahida community ke nahi thay mushrik community ke yeh discrimination tha to rasool</w:t>
      </w:r>
    </w:p>
    <w:p>
      <w:pPr>
        <w:jc w:val="right"/>
      </w:pPr>
      <w:r>
        <w:t>پارلیمنٹ میں ممبر تھے سب معاہد کمیونٹی کے نہیں تھے مشرک کمیونٹی کے یہ ڈسکریمینیشن تھا تو رسول</w:t>
      </w:r>
    </w:p>
    <w:p>
      <w:r>
        <w:rPr>
          <w:b/>
        </w:rPr>
        <w:t xml:space="preserve">[55:01] </w:t>
      </w:r>
      <w:r>
        <w:t>Allah ne is par nahi jhanda uthaya to discrimination to hai hi nahi Islam mein ya Allah taala</w:t>
      </w:r>
    </w:p>
    <w:p>
      <w:pPr>
        <w:jc w:val="right"/>
      </w:pPr>
      <w:r>
        <w:t>اللہ نے اس پر نہیں جھنڈا اٹھایا تو ڈسکریمینیشن تو ہے ہی نہیں اسلام میں یا اللہ تعالیٰ</w:t>
      </w:r>
    </w:p>
    <w:p>
      <w:r>
        <w:rPr>
          <w:b/>
        </w:rPr>
        <w:t xml:space="preserve">[55:09] </w:t>
      </w:r>
      <w:r>
        <w:t>ke next next ayat mein yeh to yeh innovation hai shaitan ka yeh lafz jo hai shaitan ne</w:t>
      </w:r>
    </w:p>
    <w:p>
      <w:pPr>
        <w:jc w:val="right"/>
      </w:pPr>
      <w:r>
        <w:t>کے نیکسٹ نیکسٹ آیات میں یہ تو یہ انوویشن ہے شیطان کا یہ لفظ جو ہے شیطان نے</w:t>
      </w:r>
    </w:p>
    <w:p>
      <w:r>
        <w:rPr>
          <w:b/>
        </w:rPr>
        <w:t xml:space="preserve">[55:16] </w:t>
      </w:r>
      <w:r>
        <w:t>nikala sab se pehle khalqat min daar o khalqat</w:t>
      </w:r>
    </w:p>
    <w:p>
      <w:pPr>
        <w:jc w:val="right"/>
      </w:pPr>
      <w:r>
        <w:t>نکالا سب سے پہلے خلقت من دار و خلقت</w:t>
      </w:r>
    </w:p>
    <w:p>
      <w:r>
        <w:rPr>
          <w:b/>
        </w:rPr>
        <w:t xml:space="preserve">[55:24] </w:t>
      </w:r>
      <w:r>
        <w:t>min teen is ka matlab yahi to hai ke allah sab se kaha ke discrimination kya hai yeh shaitan ki boli hai is ka taluq na profits se hai na allah se hai na quran se hai na sunnat se hai ise mein kabhi bhi discrimination ki boli nahi bolta main is ko gunah samajhta hoon maulana agla sawal mumbai se bheja hai muhammad rafiq choo</w:t>
      </w:r>
    </w:p>
    <w:p>
      <w:pPr>
        <w:jc w:val="right"/>
      </w:pPr>
      <w:r>
        <w:t>من تین اس کا مطلب یہی تو ہے کہ اللہ سب سے کہا کہ ڈسکریمینیشن کیا ہے یہ شیطان کی بولی ہے اس کا تعلق نہ پرافٹس ہے نہ اللہ سے ہے نہ قرآن سے ہے نہ سنت سے ہے اسے میں کبھی بھی ڈسکریمینیشن کی بولی نہیں بولتا میں اس کو گناہ سمجھتا ہوں مولانا اگلا سوال ممبئی سے بھیجا ہے محمد رفیع چوگ</w:t>
      </w:r>
    </w:p>
    <w:p>
      <w:r>
        <w:rPr>
          <w:b/>
        </w:rPr>
        <w:t xml:space="preserve">[55:54] </w:t>
      </w:r>
      <w:r>
        <w:t>le sahab ne unhon ne likha hai: "maulana please explain da hadith recorded by bukhari veer in da</w:t>
      </w:r>
    </w:p>
    <w:p>
      <w:pPr>
        <w:jc w:val="right"/>
      </w:pPr>
      <w:r>
        <w:t>لے صاحب نے انہوں نے لکھا ہے: "مولانا پلیز ایکسپلین دا حدیث ریکارڈڈ بائے بخاری ویر ان دا</w:t>
      </w:r>
    </w:p>
    <w:p>
      <w:r>
        <w:rPr>
          <w:b/>
        </w:rPr>
        <w:t xml:space="preserve">[56:02] </w:t>
      </w:r>
      <w:r>
        <w:t>Prophet has predicted that the Dooms Day will be established when honesty will be lost and the honesty</w:t>
      </w:r>
    </w:p>
    <w:p>
      <w:pPr>
        <w:jc w:val="right"/>
      </w:pPr>
      <w:r>
        <w:t>پرافٹ ہیز پریڈکٹڈ دیٹ دا ڈومز ڈے ول بی اسٹیبلشڈ وین اونسٹی ول بی لاسٹ اینڈ دی اونسٹی</w:t>
      </w:r>
    </w:p>
    <w:p>
      <w:r>
        <w:rPr>
          <w:b/>
        </w:rPr>
        <w:t xml:space="preserve">[56:09] </w:t>
      </w:r>
      <w:r>
        <w:t>will be lost when the power and authority will be in the hands of unfit person. What</w:t>
      </w:r>
    </w:p>
    <w:p>
      <w:pPr>
        <w:jc w:val="right"/>
      </w:pPr>
      <w:r>
        <w:t>ول بی لاسٹ وین دا پاور اینڈ اتھارٹی ول بی ان دی ہینڈز آف ان فٹ پرسن واٹ</w:t>
      </w:r>
    </w:p>
    <w:p>
      <w:r>
        <w:rPr>
          <w:b/>
        </w:rPr>
        <w:t xml:space="preserve">[56:17] </w:t>
      </w:r>
      <w:r>
        <w:t>is your comment on this?" dekhiye aap hadith ke arabi alfaaz ko</w:t>
      </w:r>
    </w:p>
    <w:p>
      <w:pPr>
        <w:jc w:val="right"/>
      </w:pPr>
      <w:r>
        <w:t>از یور کمنٹ ان دس؟" دیکھئے آپ حدیث کے عربی الفاظ کو</w:t>
      </w:r>
    </w:p>
    <w:p>
      <w:r>
        <w:rPr>
          <w:b/>
        </w:rPr>
        <w:t xml:space="preserve">[56:24] </w:t>
      </w:r>
      <w:r>
        <w:t>naqal kar ke hamein bhejiye to hum inshallah jo magazine hai us mein chhapen ge is ka jawab</w:t>
      </w:r>
    </w:p>
    <w:p>
      <w:pPr>
        <w:jc w:val="right"/>
      </w:pPr>
      <w:r>
        <w:t>نقل کر کے ہمیں بھیجیے تو ہم انشاءاللہ جو میگزین ہے اس میں چھاپیں گے اس کا جواب</w:t>
      </w:r>
    </w:p>
    <w:p>
      <w:r>
        <w:rPr>
          <w:b/>
        </w:rPr>
        <w:t xml:space="preserve">[56:32] </w:t>
      </w:r>
      <w:r>
        <w:t>arabi jo matan hai woh bhi bhejiye aap ko sawal jo hai woh bhejiye ji to inshallah hum</w:t>
      </w:r>
    </w:p>
    <w:p>
      <w:pPr>
        <w:jc w:val="right"/>
      </w:pPr>
      <w:r>
        <w:t>عربی جو متن ہے وہ بھی بھیجیے آپ کو سوال جو ہے وہ بھیجیے جی تو انشاءاللہ ہم</w:t>
      </w:r>
    </w:p>
    <w:p>
      <w:r>
        <w:rPr>
          <w:b/>
        </w:rPr>
        <w:t xml:space="preserve">[56:39] </w:t>
      </w:r>
      <w:r>
        <w:t>is mein dein ge maulana agla sawal dubai se miss sana ne bheja hai unhon ne likha hai:</w:t>
      </w:r>
    </w:p>
    <w:p>
      <w:pPr>
        <w:jc w:val="right"/>
      </w:pPr>
      <w:r>
        <w:t>اس میں دیں گے مولانا اگلا سوال دبئی سے مس ثناء نے بھیجا ہے انہوں نے لکھا ہے:</w:t>
      </w:r>
    </w:p>
    <w:p>
      <w:r>
        <w:rPr>
          <w:b/>
        </w:rPr>
        <w:t xml:space="preserve">[56:47] </w:t>
      </w:r>
      <w:r>
        <w:t>"Why these Muslim leaders have always adopted a different policy for the commu"</w:t>
      </w:r>
    </w:p>
    <w:p>
      <w:pPr>
        <w:jc w:val="right"/>
      </w:pPr>
      <w:r>
        <w:t>"وائی دیز مسلم لیڈرز ہیو آلویز اڈاپٹڈ ا ڈفرنٹ پالیسی فار دا کمی</w:t>
      </w:r>
    </w:p>
    <w:p>
      <w:r>
        <w:rPr>
          <w:b/>
        </w:rPr>
        <w:t xml:space="preserve">[56:54] </w:t>
      </w:r>
      <w:r>
        <w:t>want to have a different policy for their own family. What is the reason for this?" mein to samajhta</w:t>
      </w:r>
    </w:p>
    <w:p>
      <w:pPr>
        <w:jc w:val="right"/>
      </w:pPr>
      <w:r>
        <w:t>ونٹی اینڈ ا ڈفرنٹ پالیسی فار دیر اون فیملی واٹ از دا ریزن فار دس؟" میں تو سمجھتا</w:t>
      </w:r>
    </w:p>
    <w:p>
      <w:r>
        <w:rPr>
          <w:b/>
        </w:rPr>
        <w:t xml:space="preserve">[57:02] </w:t>
      </w:r>
      <w:r>
        <w:t>hoon ke yeh sab log jo hain double starter hain yani leadership chalate hain is usool se ke</w:t>
      </w:r>
    </w:p>
    <w:p>
      <w:pPr>
        <w:jc w:val="right"/>
      </w:pPr>
      <w:r>
        <w:t>ہوں کہ یہ سب لوگ جو ہیں ڈبل اسٹارٹر ہیں یعنی لیڈرشپ چلاتے ہیں اس اصول سے کہ</w:t>
      </w:r>
    </w:p>
    <w:p>
      <w:r>
        <w:rPr>
          <w:b/>
        </w:rPr>
        <w:t xml:space="preserve">[57:10] </w:t>
      </w:r>
      <w:r>
        <w:t>property mile aur family ko chalate hain is lehaz par ke un ka interest sar ho yani beta</w:t>
      </w:r>
    </w:p>
    <w:p>
      <w:pPr>
        <w:jc w:val="right"/>
      </w:pPr>
      <w:r>
        <w:t>پراپرٹی ملے اور فیملی کو چلاتے ہیں اس لحاظ پر کہ ان کا انٹرسٹ سر ہو یعنی بیٹا</w:t>
      </w:r>
    </w:p>
    <w:p>
      <w:r>
        <w:rPr>
          <w:b/>
        </w:rPr>
        <w:t xml:space="preserve">[57:17] </w:t>
      </w:r>
      <w:r>
        <w:t>misal ke taur par mere paas ek sahab aaye to woh</w:t>
      </w:r>
    </w:p>
    <w:p>
      <w:pPr>
        <w:jc w:val="right"/>
      </w:pPr>
      <w:r>
        <w:t>مثلاً میرے پاس ایک صاحب آئے تو وہ</w:t>
      </w:r>
    </w:p>
    <w:p>
      <w:r>
        <w:rPr>
          <w:b/>
        </w:rPr>
        <w:t xml:space="preserve">[57:25] </w:t>
      </w:r>
      <w:r>
        <w:t>liye kehne ke zulm ki baat discrimination ki baat to mein direct jawab nahi diya mein ne un</w:t>
      </w:r>
    </w:p>
    <w:p>
      <w:pPr>
        <w:jc w:val="right"/>
      </w:pPr>
      <w:r>
        <w:t>لئے کہنے کے ظلم کی بات ڈسکریمینیشن کی بات تو میں ڈائریکٹ جواب نہیں دیا میں نے ان</w:t>
      </w:r>
    </w:p>
    <w:p>
      <w:r>
        <w:rPr>
          <w:b/>
        </w:rPr>
        <w:t xml:space="preserve">[57:32] </w:t>
      </w:r>
      <w:r>
        <w:t>ka yani yeh matlab un ka ke India mein hamare sath yeh hota woh hota to mein ne</w:t>
      </w:r>
    </w:p>
    <w:p>
      <w:pPr>
        <w:jc w:val="right"/>
      </w:pPr>
      <w:r>
        <w:t>کا یعنی یہ مطلب ان کا کہ انڈیا میں ہمارے ساتھ یہ ہوتا وہ ہوتا تو میں نے</w:t>
      </w:r>
    </w:p>
    <w:p>
      <w:r>
        <w:rPr>
          <w:b/>
        </w:rPr>
        <w:t xml:space="preserve">[57:40] </w:t>
      </w:r>
      <w:r>
        <w:t>un se poocha ke aap ka beta jo hai kahan parh raha hai aap ka beta kahan parh</w:t>
      </w:r>
    </w:p>
    <w:p>
      <w:pPr>
        <w:jc w:val="right"/>
      </w:pPr>
      <w:r>
        <w:t>ان سے پوچھا کہ آپ کا بیٹا جو ہے کہاں پڑھ رہا ہے آپ کا بیٹا کہاں پڑھ</w:t>
      </w:r>
    </w:p>
    <w:p>
      <w:r>
        <w:rPr>
          <w:b/>
        </w:rPr>
        <w:t xml:space="preserve">[57:47] </w:t>
      </w:r>
      <w:r>
        <w:t>raha hai to unhon ne ek hindu school ka naam bataya jabke jamia ke woh zimmedar thay woh</w:t>
      </w:r>
    </w:p>
    <w:p>
      <w:pPr>
        <w:jc w:val="right"/>
      </w:pPr>
      <w:r>
        <w:t>رہا ہے تو انہوں نے ایک ہندو اسکول کا نام بتایا جبکہ جامعہ کے وہ ذمہ دار تھے وہ</w:t>
      </w:r>
    </w:p>
    <w:p>
      <w:r>
        <w:rPr>
          <w:b/>
        </w:rPr>
        <w:t xml:space="preserve">[57:55] </w:t>
      </w:r>
      <w:r>
        <w:t>to maine kaha wahan kyun padhate hain aap to unhon ne kaha wahan competition hai aur jamiat mein competition nahi hai to maine kaha apne bachchon ko to aap dalte hain competition mein aur yahan shikayat kar rahe hain to jitne leader hain maine mera tajurba hai ke apni family ke bare mein khoob khoob sincere hote hain woh khoob khoob sincere hote hain lekin jab qaum ki baat ho to ho</w:t>
      </w:r>
    </w:p>
    <w:p>
      <w:pPr>
        <w:jc w:val="right"/>
      </w:pPr>
      <w:r>
        <w:t>تو میں نے کہا وہاں کیوں پڑھاتے ہیں آپ تو انہوں نے کہا وہاں کمپیٹیشن ہے اور جامعہ میں کمپیٹیشن نہیں ہے تو میں نے کہا اپنے بچوں کو تو آپ ڈالتے ہیں کمپیٹیشن میں اور یہاں شکایت کر رہے ہیں تو جتنے لیڈر ہیں میں نے میرا تجربہ ہے کہ اپنی فیملی کے بارے میں خوب خوب سنسیر ہوتے ہیں وہ خوب خوب سنسیر ہوتے ہیں لیکن جب قوم کی بات ہو تو ہو</w:t>
      </w:r>
    </w:p>
    <w:p>
      <w:r>
        <w:rPr>
          <w:b/>
        </w:rPr>
        <w:t xml:space="preserve">[58:25] </w:t>
      </w:r>
      <w:r>
        <w:t>ai taqreerein karte hain to yeh sab ke sab mujhe to lagta hai ke double starter hain maulana</w:t>
      </w:r>
    </w:p>
    <w:p>
      <w:pPr>
        <w:jc w:val="right"/>
      </w:pPr>
      <w:r>
        <w:t>ائی تقریریں کرتے ہیں تو یہ سب کے سب مجھے تو لگتا ہے کہ ڈبل اسٹارٹر ہیں مولانا</w:t>
      </w:r>
    </w:p>
    <w:p>
      <w:r>
        <w:rPr>
          <w:b/>
        </w:rPr>
        <w:t xml:space="preserve">[58:33] </w:t>
      </w:r>
      <w:r>
        <w:t>agla sawal lene se pehle kuch do comment padhna chahenge jo abhi abhi aaye hain pehla comment</w:t>
      </w:r>
    </w:p>
    <w:p>
      <w:pPr>
        <w:jc w:val="right"/>
      </w:pPr>
      <w:r>
        <w:t>اگلا سوال لینے سے پہلے کچھ دو کمنٹس پڑھنا چاہیں گے جو ابھی ابھی آئے ہیں پہلا کمنٹ</w:t>
      </w:r>
    </w:p>
    <w:p>
      <w:r>
        <w:rPr>
          <w:b/>
        </w:rPr>
        <w:t xml:space="preserve">[58:40] </w:t>
      </w:r>
      <w:r>
        <w:t>bheja hai miss mariyam khan ne dilli se unhon ne likha hai: "maulana today class was full of</w:t>
      </w:r>
    </w:p>
    <w:p>
      <w:pPr>
        <w:jc w:val="right"/>
      </w:pPr>
      <w:r>
        <w:t>بھیجا ہے مس مریم خان نے دلی سے انہوں نے لکھا ہے: "مولانا ٹوڈے کلاس واز فل آف</w:t>
      </w:r>
    </w:p>
    <w:p>
      <w:r>
        <w:rPr>
          <w:b/>
        </w:rPr>
        <w:t xml:space="preserve">[58:48] </w:t>
      </w:r>
      <w:r>
        <w:t>wisdom and i got to know the formula of success" maulana yaqoob umri ne dilli se</w:t>
      </w:r>
    </w:p>
    <w:p>
      <w:pPr>
        <w:jc w:val="right"/>
      </w:pPr>
      <w:r>
        <w:t>وزڈم اینڈ آئی گاٹ ٹو نو دا فارمولا آف سکسیس" مولانا یعقوب عمری نے دلی سے</w:t>
      </w:r>
    </w:p>
    <w:p>
      <w:r>
        <w:rPr>
          <w:b/>
        </w:rPr>
        <w:t xml:space="preserve">[58:55] </w:t>
      </w:r>
      <w:r>
        <w:t>bheja hai: "maulana today you have cleared the concept of spirit of age spirit of age is based</w:t>
      </w:r>
    </w:p>
    <w:p>
      <w:pPr>
        <w:jc w:val="right"/>
      </w:pPr>
      <w:r>
        <w:t>بھیجا ہے: "مولانا ٹوڈے یو ہیو کلیئرڈ دا کانسیپٹ آف سپرٹ آف ایج سپرٹ آف ایج از بیسڈ</w:t>
      </w:r>
    </w:p>
    <w:p>
      <w:r>
        <w:rPr>
          <w:b/>
        </w:rPr>
        <w:t xml:space="preserve">[59:03] </w:t>
      </w:r>
      <w:r>
        <w:t>on merit and not on discrimination jazak allah" maulana agla sawal dilli se hi hai syed ahmed ali</w:t>
      </w:r>
    </w:p>
    <w:p>
      <w:pPr>
        <w:jc w:val="right"/>
      </w:pPr>
      <w:r>
        <w:t>آن میرٹ اینڈ ناٹ آن ڈسکریمینیشن جزاک اللہ" مولانا اگلا سوال دلی سے ہی ہے سید احمد علی</w:t>
      </w:r>
    </w:p>
    <w:p>
      <w:r>
        <w:rPr>
          <w:b/>
        </w:rPr>
        <w:t xml:space="preserve">[59:10] </w:t>
      </w:r>
      <w:r>
        <w:t>sahib ne bheja hai unhon ne likha hai: "maulana sahib you beautifully described allah nizam-e-hayat that how</w:t>
      </w:r>
    </w:p>
    <w:p>
      <w:pPr>
        <w:jc w:val="right"/>
      </w:pPr>
      <w:r>
        <w:t>صاحب نے بھیجا ہے انہوں نے لکھا ہے: "مولانا صاحب یو بیوٹیفلی ڈسکرائبڈ اللہ نظام حیات دیٹ ہاؤ</w:t>
      </w:r>
    </w:p>
    <w:p>
      <w:r>
        <w:rPr>
          <w:b/>
        </w:rPr>
        <w:t xml:space="preserve">[59:18] </w:t>
      </w:r>
      <w:r>
        <w:t>challenges and competition is necessary for development</w:t>
      </w:r>
    </w:p>
    <w:p>
      <w:pPr>
        <w:jc w:val="right"/>
      </w:pPr>
      <w:r>
        <w:t>چیلنجز اینڈ کمپیٹیشن از نیسیسری فار ڈیولپمنٹ</w:t>
      </w:r>
    </w:p>
    <w:p>
      <w:r>
        <w:rPr>
          <w:b/>
        </w:rPr>
        <w:t xml:space="preserve">[59:25] </w:t>
      </w:r>
      <w:r>
        <w:t>i would request you to highlight few ways or points to be successful in this nizam hayat" koi sawal hai yeh ji woh kuch aapse formulas ya points chahte hain ke kaise hum nizam hayat mein hum successful kamyab rahein dekhiye nizam hayat ka lafz maine istemal nahi kiya tha law of nature ka lafz ist</w:t>
      </w:r>
    </w:p>
    <w:p>
      <w:pPr>
        <w:jc w:val="right"/>
      </w:pPr>
      <w:r>
        <w:t>آئی وڈ ریکویسٹ یو ٹو ہائی لائٹ فیو ویز اور پوائنٹس ٹو بی سکسیس فل ان دس نظام حیات" کوئی سوال ہے یہ جی وہ کچھ آپ سے فارمولاز یا پوائنٹس چاہتے ہیں کہ کیسے ہم نظام حیات میں ہم سکسیس فل کامیاب رہیں دیکھئے نظام حیات کا لفظ میں نے استعمال نہیں کیا تھا لا آف نیچر کا لفظ است</w:t>
      </w:r>
    </w:p>
    <w:p>
      <w:r>
        <w:rPr>
          <w:b/>
        </w:rPr>
        <w:t xml:space="preserve">[59:55] </w:t>
      </w:r>
      <w:r>
        <w:t>amal kiya mein ne yeh nizam-e-hayat ka lafz to yeh yeh jo jo political thinkers hain un</w:t>
      </w:r>
    </w:p>
    <w:p>
      <w:pPr>
        <w:jc w:val="right"/>
      </w:pPr>
      <w:r>
        <w:t>عمال کیا میں نے یہ نظام حیات کا لفظ تو یہ یہ جو جو پولیٹیکل تھنکرز ہیں ان</w:t>
      </w:r>
    </w:p>
    <w:p>
      <w:r>
        <w:rPr>
          <w:b/>
        </w:rPr>
        <w:t xml:space="preserve">[1:00:02] </w:t>
      </w:r>
      <w:r>
        <w:t>ka lafz hai yeh mujhe yeh pasand nahi hai yeh lafz hai to allah ta'ala ke naqshe ke</w:t>
      </w:r>
    </w:p>
    <w:p>
      <w:pPr>
        <w:jc w:val="right"/>
      </w:pPr>
      <w:r>
        <w:t>کا لفظ ہے یہ مجھے یہ پسند نہیں ہے یہ لفظ ہے تو اللہ تعالیٰ کے نقشے کے</w:t>
      </w:r>
    </w:p>
    <w:p>
      <w:r>
        <w:rPr>
          <w:b/>
        </w:rPr>
        <w:t xml:space="preserve">[1:00:08] </w:t>
      </w:r>
      <w:r>
        <w:t>mutabiq jo qanoon hai woh based karta hai competition par challenge par to is ka matlab hai ke</w:t>
      </w:r>
    </w:p>
    <w:p>
      <w:pPr>
        <w:jc w:val="right"/>
      </w:pPr>
      <w:r>
        <w:t>مطابق جو قانون ہے وہ بیس کرتا ہے کمپیٹیشن پر چیلنج پر تو اس کا مطلب ہے کہ</w:t>
      </w:r>
    </w:p>
    <w:p>
      <w:r>
        <w:rPr>
          <w:b/>
        </w:rPr>
        <w:t xml:space="preserve">[1:00:14] </w:t>
      </w:r>
      <w:r>
        <w:t>jo merit mein aaye ga woh aage barhe ga jo merit mein nahi aaye ga woh safar kare</w:t>
      </w:r>
    </w:p>
    <w:p>
      <w:pPr>
        <w:jc w:val="right"/>
      </w:pPr>
      <w:r>
        <w:t>جو میرٹ میں آئے گا وہ آگے بڑھے گا جو میرٹ میں نہیں آئے گا وہ سفر کرے</w:t>
      </w:r>
    </w:p>
    <w:p>
      <w:r>
        <w:rPr>
          <w:b/>
        </w:rPr>
        <w:t xml:space="preserve">[1:00:20] </w:t>
      </w:r>
      <w:r>
        <w:t>ga to khud allah ta'ala ke kaise plan hi mein</w:t>
      </w:r>
    </w:p>
    <w:p>
      <w:pPr>
        <w:jc w:val="right"/>
      </w:pPr>
      <w:r>
        <w:t>گا تو خود اللہ تعالیٰ کے کیسے پلان ہی میں</w:t>
      </w:r>
    </w:p>
    <w:p>
      <w:r>
        <w:rPr>
          <w:b/>
        </w:rPr>
        <w:t xml:space="preserve">[1:00:26] </w:t>
      </w:r>
      <w:r>
        <w:t>yeh hai ke koi aage ho koi peeche ho koi koi kisi ko loss ho hoga to aap cheekhne se kya faida cheekhne se koi faida nahi aap merit par laiye apne aap ko qualify kijiye apne aap ko to aap ko koi koi aap ke sath naasiafi kabhi bhi nahi hogi maulana agla sawal aah aah mariya miss mariya khan ne kiya hai dilli se unhon ne likha hai: "maulana we have always heard you saying</w:t>
      </w:r>
    </w:p>
    <w:p>
      <w:pPr>
        <w:jc w:val="right"/>
      </w:pPr>
      <w:r>
        <w:t>یہ ہے کہ کوئی آگے ہو کوئی پیچھے ہو کوئی کوئی کسی کو لاس ہو ہوگا تو آپ چیخنے سے کیا فائدہ چیخنے سے کوئی فائدہ نہیں آپ میرٹ پر لائیے اپنے آپ کو کوالیفائی کیجئے اپنے آپ کو تو آپ کو کوئی کوئی آپ کے ساتھ ناصفی کبھی بھی نہیں ہوگی مولانا اگلا سوال آہ آہ ماریہ مس ماریہ خان نے کیا ہے دلی سے انہوں نے لکھا ہے: "مولانا وی ہیو آلویز ہرڈ یو سینگ</w:t>
      </w:r>
    </w:p>
    <w:p>
      <w:r>
        <w:rPr>
          <w:b/>
        </w:rPr>
        <w:t xml:space="preserve">[1:00:56] </w:t>
      </w:r>
      <w:r>
        <w:t>that without farida apa you are nothing we all want to know that why you say this" dekhiye yeh masla farida apa ka nahi hai yeh masla law of nature ka hai yeh bahut serious baat hai is ko main chahta hoon sab log sunein kisi ne bahut sahi kaha hai ke modesty is the beginning of knowledge modesty is the beginning of</w:t>
      </w:r>
    </w:p>
    <w:p>
      <w:pPr>
        <w:jc w:val="right"/>
      </w:pPr>
      <w:r>
        <w:t>دیٹ ودا آؤٹ فریدہ آپا یو آر نتھنگ وی آل وانٹ ٹو نو دیٹ وائی یو سے دس" دیکھیے یہ مسئلہ فریدہ آپا کا نہیں ہے یہ مسئلہ لا آف نیچر کا ہے یہ بہت سیریس بات ہے اس کو میں چاہتا ہوں سب لوگ سنیں کسی نے بہت صحیح کہا ہے کہ مورسٹری از دا بگننگ آف نالج مورسٹری از دا بگننگ آف</w:t>
      </w:r>
    </w:p>
    <w:p>
      <w:r>
        <w:rPr>
          <w:b/>
        </w:rPr>
        <w:t xml:space="preserve">[1:01:26] </w:t>
      </w:r>
      <w:r>
        <w:t>knowledge modesty ka matlab to tawazu hadith mein aata hai ke man tawada'a arafahullah is matlab ke modesty jo hai is se aap ko milta hai jo jo kuch milne wala hai modesty jadd mein hoti hai to aap modesty ek competitive word hai kisi ke muqable mein modesty to aap ko main is extreme pe jata hoon ke har har ek ko main samajh</w:t>
      </w:r>
    </w:p>
    <w:p>
      <w:pPr>
        <w:jc w:val="right"/>
      </w:pPr>
      <w:r>
        <w:t>نالج مورسٹری کا مطلب تو تواضع حدیث میں آتا ہے کہ من تواضع عرفہ اللہ اس معنی کہ مورسٹری جو ہے اس سے آپ کو ملتا ہے جو جو کچھ ملنے والا ہے مورسٹری جڑ میں ہوتی ہے تو آپ مورسٹری ایک کمپیٹیٹیو ورڈ ہے کسی کے مقابلے میں مورسٹری تو آپ کو میں اس ایکسٹریم پہ جاتا ہوں کہ ہر ہر ایک کو میں سمجھ</w:t>
      </w:r>
    </w:p>
    <w:p>
      <w:r>
        <w:rPr>
          <w:b/>
        </w:rPr>
        <w:t xml:space="preserve">[1:01:56] </w:t>
      </w:r>
      <w:r>
        <w:t>ta hoon mujh se zyada hai woh hatta ke choti ko bhi jata hoon mujh se zyada samajhta</w:t>
      </w:r>
    </w:p>
    <w:p>
      <w:pPr>
        <w:jc w:val="right"/>
      </w:pPr>
      <w:r>
        <w:t>تا ہوں مجھ سے زیادہ ہے وہ حتیٰ کہ چوٹی کو بھی جاتا ہوں مجھ سے زیادہ سمجھتا</w:t>
      </w:r>
    </w:p>
    <w:p>
      <w:r>
        <w:rPr>
          <w:b/>
        </w:rPr>
        <w:t xml:space="preserve">[1:02:03] </w:t>
      </w:r>
      <w:r>
        <w:t>ہوں اپنی ministry کو establish کرنا پڑتا ہے آپ کو تو کوئی بھی dearness آپ کے پاس ہو</w:t>
      </w:r>
    </w:p>
    <w:p>
      <w:pPr>
        <w:jc w:val="right"/>
      </w:pPr>
      <w:r>
        <w:t>ہوں اپنی مورسٹری کو اسٹیبلش کرنا پڑتا ہے آپ کو تو کوئی بھی ڈیئرنسٹ آپ کے پاس ہو</w:t>
      </w:r>
    </w:p>
    <w:p>
      <w:r>
        <w:rPr>
          <w:b/>
        </w:rPr>
        <w:t xml:space="preserve">[1:02:11] </w:t>
      </w:r>
      <w:r>
        <w:t>isi ko maan lijiye ke maslan jo husband wife ke jo jhagde hote hain is ki wajah kya</w:t>
      </w:r>
    </w:p>
    <w:p>
      <w:pPr>
        <w:jc w:val="right"/>
      </w:pPr>
      <w:r>
        <w:t>اسی کو مان لیجئے کہ مثلاً جو ہسبینڈ وائف کے جو جھگڑے ہوتے ہیں اس کی وجہ کیا</w:t>
      </w:r>
    </w:p>
    <w:p>
      <w:r>
        <w:rPr>
          <w:b/>
        </w:rPr>
        <w:t xml:space="preserve">[1:02:18] </w:t>
      </w:r>
      <w:r>
        <w:t>ہے مسٹری نہیں ہے سمجھتا ہوں کہ آپ یہ مان لیجئے کہ without my Mrs. I am nothing</w:t>
      </w:r>
    </w:p>
    <w:p>
      <w:pPr>
        <w:jc w:val="right"/>
      </w:pPr>
      <w:r>
        <w:t>ہے مورسٹری نہیں ہے سمجھتا ہوں کہ آپ یہ مان لیجئے کہ ودا آؤٹ مائی مسز آئی ایم نتھنگ</w:t>
      </w:r>
    </w:p>
    <w:p>
      <w:r>
        <w:rPr>
          <w:b/>
        </w:rPr>
        <w:t xml:space="preserve">[1:02:26] </w:t>
      </w:r>
      <w:r>
        <w:t>yeh maan lijiye taake aap ki tawazu establish ho aap ki modesty establish ho aur phir jab is ke baad aap ko inspiration aayega khuda ka is pe is ke baad aap ko inspiration aayega farishton ka to aap ki qareeb tareen jo koi hai aap mrs aap ki hain to aap dil se maan lijiye ke my mrs is without my mrs i am nothing to dek</w:t>
      </w:r>
    </w:p>
    <w:p>
      <w:pPr>
        <w:jc w:val="right"/>
      </w:pPr>
      <w:r>
        <w:t>یہ مان لیجئے تاکہ آپ کی تواضع اسٹیبلش ہو آپ کی مورسٹری اسٹیبلش ہو اور پھر جب اس کے بعد آپ کو انسپیریشن آئے گا خدا کا اس پہ اس کے بعد آپ کو انسپیریشن آئے گا فرشتوں کا تو آپ کی قریب ترین جو کوئی ہے آپ مسز آپ کی ہیں تو آپ دل سے مان لیجئے کہ مائی مسز از ودا آؤٹ مائی مسز آئی ایم نتھنگ تو دیک</w:t>
      </w:r>
    </w:p>
    <w:p>
      <w:r>
        <w:rPr>
          <w:b/>
        </w:rPr>
        <w:t xml:space="preserve">[1:02:56] </w:t>
      </w:r>
      <w:r>
        <w:t>hie kitna taraqqi hoti hai aap ki aap ghaten ge nahi aap barhen ge na kyunke aap aap</w:t>
      </w:r>
    </w:p>
    <w:p>
      <w:pPr>
        <w:jc w:val="right"/>
      </w:pPr>
      <w:r>
        <w:t>ھیے کتنا ترقی ہوتی ہے آپ کی آپ گھٹیں گے نہیں آپ بڑھیں گے نا کیونکہ آپ آپ</w:t>
      </w:r>
    </w:p>
    <w:p>
      <w:r>
        <w:rPr>
          <w:b/>
        </w:rPr>
        <w:t xml:space="preserve">[1:03:03] </w:t>
      </w:r>
      <w:r>
        <w:t>نے اس طرح کہا کہ monastery کو establish کیا یہ wisdom کی بات ہے wisdom کی بات میں</w:t>
      </w:r>
    </w:p>
    <w:p>
      <w:pPr>
        <w:jc w:val="right"/>
      </w:pPr>
      <w:r>
        <w:t>نے اس طرح کہا کہ مورسٹری کو اسٹیبلش کیا یہ وزڈم کی بات ہے وزڈم کی بات میں</w:t>
      </w:r>
    </w:p>
    <w:p>
      <w:r>
        <w:rPr>
          <w:b/>
        </w:rPr>
        <w:t xml:space="preserve">[1:03:11] </w:t>
      </w:r>
      <w:r>
        <w:t>کہتا ہوں کچھ نہ ملے آپ کو تو ایک لڑکی کھمبے کو کہیے کہ اس سے without</w:t>
      </w:r>
    </w:p>
    <w:p>
      <w:pPr>
        <w:jc w:val="right"/>
      </w:pPr>
      <w:r>
        <w:t>کہتا ہوں کچھ نہ ملے آپ کو تو ایک لڑکی کھمبے کو کہیے کہ اس سے ودا آؤٹ</w:t>
      </w:r>
    </w:p>
    <w:p>
      <w:r>
        <w:rPr>
          <w:b/>
        </w:rPr>
        <w:t xml:space="preserve">[1:03:18] </w:t>
      </w:r>
      <w:r>
        <w:t>This I am nothing, masla hai apni</w:t>
      </w:r>
    </w:p>
    <w:p>
      <w:pPr>
        <w:jc w:val="right"/>
      </w:pPr>
      <w:r>
        <w:t>دس کھمبا آئی ایم نتھنگ مسئلہ ہے اپنی</w:t>
      </w:r>
    </w:p>
    <w:p>
      <w:r>
        <w:rPr>
          <w:b/>
        </w:rPr>
        <w:t xml:space="preserve">[1:03:26] </w:t>
      </w:r>
      <w:r>
        <w:t>modesty ko establish karna taake aap ke allah ka inspiration aane aane lage farishton ka aap ko inspiration milne lage aap ka mind ke darwaze khulne lage jab aap apni modesty ko establish karte hain tabhi aap ka ka jo mind hai is ki windows khulti hain woh nahi band rehti hain masla yeh hai ke masla hai kisi kisi shakhs ka kisi kh</w:t>
      </w:r>
    </w:p>
    <w:p>
      <w:pPr>
        <w:jc w:val="right"/>
      </w:pPr>
      <w:r>
        <w:t>مورسٹری کو اسٹیبلش کرنا تاکہ آپ کے اللہ کا انسپیریشن آنے آنے لگے فرشتوں کا آپ کو انسپیریشن ملنے لگے آپ کا مائنڈ کے ڈور کھلنے لگے جب آپ اپنی مورسٹری کو اسٹیبلش کرتے ہیں تبھی آپ کا کا جو مائنڈ ہے اس کی ونڈوز کھلتی ہیں وہ نہیں بند رہتی ہیں مسئلہ یہ ہے کہ مسئلہ ہے کسی کسی شخص کا کسی خ</w:t>
      </w:r>
    </w:p>
    <w:p>
      <w:r>
        <w:rPr>
          <w:b/>
        </w:rPr>
        <w:t xml:space="preserve">[1:03:56] </w:t>
      </w:r>
      <w:r>
        <w:t>atun ka nahi hai aap ka apne aap apni apne aap ko modesty pe lane ka hai kyunke</w:t>
      </w:r>
    </w:p>
    <w:p>
      <w:pPr>
        <w:jc w:val="right"/>
      </w:pPr>
      <w:r>
        <w:t>اتون کا نہیں ہے آپ کا اپنے آپ اپنی اپنے آپ کو مورسٹری پہ لانے کا ہے کیونکہ</w:t>
      </w:r>
    </w:p>
    <w:p>
      <w:r>
        <w:rPr>
          <w:b/>
        </w:rPr>
        <w:t xml:space="preserve">[1:04:04] </w:t>
      </w:r>
      <w:r>
        <w:t>dekhiye mein quran o hadith se yeh samjha hai ke jab tak aap apne aap ko modesty na</w:t>
      </w:r>
    </w:p>
    <w:p>
      <w:pPr>
        <w:jc w:val="right"/>
      </w:pPr>
      <w:r>
        <w:t>دیکھیے میں قرآن و حدیث سے یہ سمجھا ہے کہ جب تک آپ اپنے آپ کو مورسٹری نہ</w:t>
      </w:r>
    </w:p>
    <w:p>
      <w:r>
        <w:rPr>
          <w:b/>
        </w:rPr>
        <w:t xml:space="preserve">[1:04:11] </w:t>
      </w:r>
      <w:r>
        <w:t>banayein to bohat sari cheezein chupi aap ki ruki rehti hain allah ka inspiration nahi aata farishton ka</w:t>
      </w:r>
    </w:p>
    <w:p>
      <w:pPr>
        <w:jc w:val="right"/>
      </w:pPr>
      <w:r>
        <w:t>بنائیں تو بہت ساری چیزیں چھپی آپ کی رکی رہتی ہیں اللہ کا انسپیریشن نہیں آتا فرشتوں کا</w:t>
      </w:r>
    </w:p>
    <w:p>
      <w:r>
        <w:rPr>
          <w:b/>
        </w:rPr>
        <w:t xml:space="preserve">[1:04:19] </w:t>
      </w:r>
      <w:r>
        <w:t>madad aap ko nahi milti aap ke mind ke window nahi khulte</w:t>
      </w:r>
    </w:p>
    <w:p>
      <w:pPr>
        <w:jc w:val="right"/>
      </w:pPr>
      <w:r>
        <w:t>مدد آپ کو نہیں ملتی آپ کے مائنڈ کے ونڈو نہیں کھلتے</w:t>
      </w:r>
    </w:p>
    <w:p>
      <w:r>
        <w:rPr>
          <w:b/>
        </w:rPr>
        <w:t xml:space="preserve">[1:04:26] </w:t>
      </w:r>
      <w:r>
        <w:t>logon se aap ka ta'alluq sahi buniyad par qaim nahi hota to modesty is the beginning of all</w:t>
      </w:r>
    </w:p>
    <w:p>
      <w:pPr>
        <w:jc w:val="right"/>
      </w:pPr>
      <w:r>
        <w:t>لوگوں سے آپ کا تعلق صحیح بنیاد پر قائم نہیں ہوتا تو مورسٹری از دا بگننگ آف آل</w:t>
      </w:r>
    </w:p>
    <w:p>
      <w:r>
        <w:rPr>
          <w:b/>
        </w:rPr>
        <w:t xml:space="preserve">[1:04:36] </w:t>
      </w:r>
      <w:r>
        <w:t>kind of development to kisi ko bhi bana lijiye apna apna apni modesty ko establish karne ke liye</w:t>
      </w:r>
    </w:p>
    <w:p>
      <w:pPr>
        <w:jc w:val="right"/>
      </w:pPr>
      <w:r>
        <w:t>کائنڈ آف ڈیولپمنٹ تو کسی کو بھی بنا لیجئے اپنا اپنا اپنی مورسٹری کو اسٹیبلش کرنے کے لیے</w:t>
      </w:r>
    </w:p>
    <w:p>
      <w:r>
        <w:rPr>
          <w:b/>
        </w:rPr>
        <w:t xml:space="preserve">[1:04:46] </w:t>
      </w:r>
      <w:r>
        <w:t>aur kahiye ke without this i am nothing mera yeh tajruba yeh hai ke modesty ke baghair kuch nahi</w:t>
      </w:r>
    </w:p>
    <w:p>
      <w:pPr>
        <w:jc w:val="right"/>
      </w:pPr>
      <w:r>
        <w:t>اور کہیے کہ ودا آؤٹ دس آئی ایم نتھنگ میرا یہ تجربہ یہ ہے کہ مورسٹری کے بغیر کچھ نہیں</w:t>
      </w:r>
    </w:p>
    <w:p>
      <w:r>
        <w:rPr>
          <w:b/>
        </w:rPr>
        <w:t xml:space="preserve">[1:04:56] </w:t>
      </w:r>
      <w:r>
        <w:t>aur leader jo fail ho rahe hain isi liye ke un ki modesty nahi hai leader jo fail</w:t>
      </w:r>
    </w:p>
    <w:p>
      <w:pPr>
        <w:jc w:val="right"/>
      </w:pPr>
      <w:r>
        <w:t>اور لیڈر جو فیل ہو رہے ہیں اسی لیے کہ ان کی مورسٹری نہیں ہے لیڈر جو فیل</w:t>
      </w:r>
    </w:p>
    <w:p>
      <w:r>
        <w:rPr>
          <w:b/>
        </w:rPr>
        <w:t xml:space="preserve">[1:05:04] </w:t>
      </w:r>
      <w:r>
        <w:t>ho rahe hain isi liye fail ho rahe hain kyunke modesty un ke andar nahi hai to modesty</w:t>
      </w:r>
    </w:p>
    <w:p>
      <w:pPr>
        <w:jc w:val="right"/>
      </w:pPr>
      <w:r>
        <w:t>ہو رہے ہیں اسی لیے فیل ہو رہے ہیں کیونکہ مورسٹری ان کے اندر نہیں ہے تو مورسٹری</w:t>
      </w:r>
    </w:p>
    <w:p>
      <w:r>
        <w:rPr>
          <w:b/>
        </w:rPr>
        <w:t xml:space="preserve">[1:05:11] </w:t>
      </w:r>
      <w:r>
        <w:t>kisi ne sahi kaha ke modesty is the beginning of knowledge modesty baniye tab aap ki taraqqi shuru</w:t>
      </w:r>
    </w:p>
    <w:p>
      <w:pPr>
        <w:jc w:val="right"/>
      </w:pPr>
      <w:r>
        <w:t>کسی نے صحیح کہا کہ مورسٹری از دا بگننگ آف نالج مورسٹری بنیے تب آپ کی ترقی شروع</w:t>
      </w:r>
    </w:p>
    <w:p>
      <w:r>
        <w:rPr>
          <w:b/>
        </w:rPr>
        <w:t xml:space="preserve">[1:05:19] </w:t>
      </w:r>
      <w:r>
        <w:t>hogi ji ji maulana yeh bohat important baat thi hum sabhi logon ke liye doosra sawal bheja hai muhammad</w:t>
      </w:r>
    </w:p>
    <w:p>
      <w:pPr>
        <w:jc w:val="right"/>
      </w:pPr>
      <w:r>
        <w:t>ہوگی جی جی مولانا یہ بہت امپورٹنٹ بات تھی ہم سبھی لوگوں کے لیے دوسرا سوال بھیجا ہے محمد</w:t>
      </w:r>
    </w:p>
    <w:p>
      <w:r>
        <w:rPr>
          <w:b/>
        </w:rPr>
        <w:t xml:space="preserve">[1:05:27] </w:t>
      </w:r>
      <w:r>
        <w:t>bin saeed chaudhry sahib ne nanded se aur unhon ne aap se poocha hai ke dawah individual level</w:t>
      </w:r>
    </w:p>
    <w:p>
      <w:pPr>
        <w:jc w:val="right"/>
      </w:pPr>
      <w:r>
        <w:t>بن سعید چوہدری صاحب نے ناندیر سے اور انہوں نے آپ سے پوچھا ہے کہ دعوت انڈیویجول لیول</w:t>
      </w:r>
    </w:p>
    <w:p>
      <w:r>
        <w:rPr>
          <w:b/>
        </w:rPr>
        <w:t xml:space="preserve">[1:05:33] </w:t>
      </w:r>
      <w:r>
        <w:t>par zyada karamad hai ya collective level par is ke baray mein bataein bhai mauqa ki baat hai</w:t>
      </w:r>
    </w:p>
    <w:p>
      <w:pPr>
        <w:jc w:val="right"/>
      </w:pPr>
      <w:r>
        <w:t>پر زیادہ کارآمد ہے یا کلیکٹیو لیول پر اس کے بارے میں بتائیں بھئی موقع کی بات ہے</w:t>
      </w:r>
    </w:p>
    <w:p>
      <w:r>
        <w:rPr>
          <w:b/>
        </w:rPr>
        <w:t xml:space="preserve">[1:05:39] </w:t>
      </w:r>
      <w:r>
        <w:t>jahan mauqa ho jaisa mauqa ho waisa karna chahiye aur aap ko ek hi do aadmi mil rahe</w:t>
      </w:r>
    </w:p>
    <w:p>
      <w:pPr>
        <w:jc w:val="right"/>
      </w:pPr>
      <w:r>
        <w:t>جہاں موقع ہو جیسا موقع ہو ویسا کرنا چاہیے اور آپ کو ایک ہی دو آدمی مل رہے</w:t>
      </w:r>
    </w:p>
    <w:p>
      <w:r>
        <w:rPr>
          <w:b/>
        </w:rPr>
        <w:t xml:space="preserve">[1:05:45] </w:t>
      </w:r>
      <w:r>
        <w:t>hain jo aap ke paas sunayein to aap individual level pe kaam karenge lekin aap ko bohat</w:t>
      </w:r>
    </w:p>
    <w:p>
      <w:pPr>
        <w:jc w:val="right"/>
      </w:pPr>
      <w:r>
        <w:t>ہیں جو آپ کے پاس سنائیں تو آپ انڈیویجول لیول پہ کام کریں گے لیکن آپ کو بہت</w:t>
      </w:r>
    </w:p>
    <w:p>
      <w:r>
        <w:rPr>
          <w:b/>
        </w:rPr>
        <w:t xml:space="preserve">[1:05:51] </w:t>
      </w:r>
      <w:r>
        <w:t>se log mil rahe hain to aap collective tareeqe se</w:t>
      </w:r>
    </w:p>
    <w:p>
      <w:pPr>
        <w:jc w:val="right"/>
      </w:pPr>
      <w:r>
        <w:t>سے لوگ مل رہے ہیں تو آپ کلیکٹیو طریقے سے</w:t>
      </w:r>
    </w:p>
    <w:p>
      <w:r>
        <w:rPr>
          <w:b/>
        </w:rPr>
        <w:t xml:space="preserve">[1:05:57] </w:t>
      </w:r>
      <w:r>
        <w:t>bhi karenge ye depends upon the situation upon the possibility. Maulana agla sawal Srinagar se bheja</w:t>
      </w:r>
    </w:p>
    <w:p>
      <w:pPr>
        <w:jc w:val="right"/>
      </w:pPr>
      <w:r>
        <w:t>بھی کریں گے یہ ڈیپینڈز اپون دا سچویشن اپون دی پوسیبلیٹی مولانا اگلا سوال سری نگر سے بھیجا</w:t>
      </w:r>
    </w:p>
    <w:p>
      <w:r>
        <w:rPr>
          <w:b/>
        </w:rPr>
        <w:t xml:space="preserve">[1:06:07] </w:t>
      </w:r>
      <w:r>
        <w:t>ہے ریاض بھٹ صاحب نے انہوں نے لکھا ہے: "The present-day Muslim leadership has been ignorant of</w:t>
      </w:r>
    </w:p>
    <w:p>
      <w:pPr>
        <w:jc w:val="right"/>
      </w:pPr>
      <w:r>
        <w:t>ہے ریاض بھٹ صاحب نے انہوں نے لکھا ہے: "دی پریزنٹ ڈے مسلم لیڈرشپ ہیز بین اگنورنٹ آف</w:t>
      </w:r>
    </w:p>
    <w:p>
      <w:r>
        <w:rPr>
          <w:b/>
        </w:rPr>
        <w:t xml:space="preserve">[1:06:17] </w:t>
      </w:r>
      <w:r>
        <w:t>spirit of modern age is this is this not the mechanism of counting numbers that is</w:t>
      </w:r>
    </w:p>
    <w:p>
      <w:pPr>
        <w:jc w:val="right"/>
      </w:pPr>
      <w:r>
        <w:t>سپرٹ آف ماڈرن ایج از دس از دس ناٹ دا مکینزم آف کاؤنٹنگ نمبرز دیٹ از</w:t>
      </w:r>
    </w:p>
    <w:p>
      <w:r>
        <w:rPr>
          <w:b/>
        </w:rPr>
        <w:t xml:space="preserve">[1:06:27] </w:t>
      </w:r>
      <w:r>
        <w:t>democracy rather than intellect which is responsible for it. What are your views Maulana Sahab on this?" matlab</w:t>
      </w:r>
    </w:p>
    <w:p>
      <w:pPr>
        <w:jc w:val="right"/>
      </w:pPr>
      <w:r>
        <w:t>ڈیموکریسی رادر دین انٹلیکٹ وچ از ریسپانسبل فار اٹ واٹ آر یور ویوز مولانا صاحب آن دس" مطلب</w:t>
      </w:r>
    </w:p>
    <w:p>
      <w:r>
        <w:rPr>
          <w:b/>
        </w:rPr>
        <w:t xml:space="preserve">[1:06:35] </w:t>
      </w:r>
      <w:r>
        <w:t>wo democracy ko is pe is ka reason mante hain rather than intellect leadership ka to aap ke</w:t>
      </w:r>
    </w:p>
    <w:p>
      <w:pPr>
        <w:jc w:val="right"/>
      </w:pPr>
      <w:r>
        <w:t>وہ ڈیموکریسی کو اس پہ اس کا ریزن مانتے ہیں رادر دین انٹلیکٹ لیڈرشپ کا تو آپ کے</w:t>
      </w:r>
    </w:p>
    <w:p>
      <w:r>
        <w:rPr>
          <w:b/>
        </w:rPr>
        <w:t xml:space="preserve">[1:06:42] </w:t>
      </w:r>
      <w:r>
        <w:t>dekhiye yeh bilkul ek ek bilkul ek yani bekhabari ki baat mein manta hoon is ko Iqbal</w:t>
      </w:r>
    </w:p>
    <w:p>
      <w:pPr>
        <w:jc w:val="right"/>
      </w:pPr>
      <w:r>
        <w:t>دیکھیے یہ بالکل ایک ایک بالکل ایک یعنی بے خبری کی بات میں مانتا ہوں اس کو اقبال</w:t>
      </w:r>
    </w:p>
    <w:p>
      <w:r>
        <w:rPr>
          <w:b/>
        </w:rPr>
        <w:t xml:space="preserve">[1:06:50] </w:t>
      </w:r>
      <w:r>
        <w:t>ne kaha tha jumhooriyat ke baray mein ke</w:t>
      </w:r>
    </w:p>
    <w:p>
      <w:pPr>
        <w:jc w:val="right"/>
      </w:pPr>
      <w:r>
        <w:t>نے کہا تھا جمہوریت کے بارے میں کہ</w:t>
      </w:r>
    </w:p>
    <w:p>
      <w:r>
        <w:rPr>
          <w:b/>
        </w:rPr>
        <w:t xml:space="preserve">[1:06:58] </w:t>
      </w:r>
      <w:r>
        <w:t>baduon ko gunah karte hain to Allah ne kaha tha yeh bilkul be sarpe ki baat hai is</w:t>
      </w:r>
    </w:p>
    <w:p>
      <w:pPr>
        <w:jc w:val="right"/>
      </w:pPr>
      <w:r>
        <w:t>بدوؤں کو گناہ کرتے ہیں تو اللہ نے کہا تھا یہ بالکل بے سرپے کی بات ہے اس</w:t>
      </w:r>
    </w:p>
    <w:p>
      <w:r>
        <w:rPr>
          <w:b/>
        </w:rPr>
        <w:t xml:space="preserve">[1:07:04] </w:t>
      </w:r>
      <w:r>
        <w:t>ka wisdom se koi talluq nahi hai gunai ka tareeqa ikhtiyar kiya jayega tolein kaise aap aap</w:t>
      </w:r>
    </w:p>
    <w:p>
      <w:pPr>
        <w:jc w:val="right"/>
      </w:pPr>
      <w:r>
        <w:t>کا وزڈم سے کوئی تعلق نہیں ہے گنائی کا طریقہ اختیار کیا جائے گا تولیں کیسے آپ آپ</w:t>
      </w:r>
    </w:p>
    <w:p>
      <w:r>
        <w:rPr>
          <w:b/>
        </w:rPr>
        <w:t xml:space="preserve">[1:07:10] </w:t>
      </w:r>
      <w:r>
        <w:t>ke paas koi tarazu hai ke aap kisi ke ikhlas ko tolein yeh to paighambar ke paas nahi</w:t>
      </w:r>
    </w:p>
    <w:p>
      <w:pPr>
        <w:jc w:val="right"/>
      </w:pPr>
      <w:r>
        <w:t>کے پاس کوئی ترازو ہے کہ آپ کسی کے اخلاص کو تولیں یہ تو پیغمبر کے پاس نہیں</w:t>
      </w:r>
    </w:p>
    <w:p>
      <w:r>
        <w:rPr>
          <w:b/>
        </w:rPr>
        <w:t xml:space="preserve">[1:07:16] </w:t>
      </w:r>
      <w:r>
        <w:t>tha yani voters ke ikhlas ko tolein to aap ke paas koi tarazu aisa hai yeh to shayari</w:t>
      </w:r>
    </w:p>
    <w:p>
      <w:pPr>
        <w:jc w:val="right"/>
      </w:pPr>
      <w:r>
        <w:t>تھا یعنی ووٹروں کے اخلاص کو تولیں تو آپ کے پاس کوئی ترازو ایسا ہے یہ تو شاعری</w:t>
      </w:r>
    </w:p>
    <w:p>
      <w:r>
        <w:rPr>
          <w:b/>
        </w:rPr>
        <w:t xml:space="preserve">[1:07:22] </w:t>
      </w:r>
      <w:r>
        <w:t>ki baat hai gunaya hi jayega kyunke tolne ka tarazu Allah ke</w:t>
      </w:r>
    </w:p>
    <w:p>
      <w:pPr>
        <w:jc w:val="right"/>
      </w:pPr>
      <w:r>
        <w:t>کی بات ہے گنایا ہی جائے گا کیونکہ تولنے کا ترازو اللہ کے</w:t>
      </w:r>
    </w:p>
    <w:p>
      <w:r>
        <w:rPr>
          <w:b/>
        </w:rPr>
        <w:t xml:space="preserve">[1:07:28] </w:t>
      </w:r>
      <w:r>
        <w:t>paas hota hai aap ke paas nahi hota unhone kaha tha Iqbal ne isi ko le ke</w:t>
      </w:r>
    </w:p>
    <w:p>
      <w:pPr>
        <w:jc w:val="right"/>
      </w:pPr>
      <w:r>
        <w:t>پاس ہوتا ہے آپ کے پاس نہیں ہوتا انہوں نے کہا تھا اقبال نے اسی کو لے کے</w:t>
      </w:r>
    </w:p>
    <w:p>
      <w:r>
        <w:rPr>
          <w:b/>
        </w:rPr>
        <w:t xml:space="preserve">[1:07:36] </w:t>
      </w:r>
      <w:r>
        <w:t>phir isi ko dohrate rehte hain log jumhooriyat jumhooriyat ek tarz hukumat ka hai ke jis mein bandon</w:t>
      </w:r>
    </w:p>
    <w:p>
      <w:pPr>
        <w:jc w:val="right"/>
      </w:pPr>
      <w:r>
        <w:t>پھر اسی کو دہراتے رہتے ہیں لوگ جمہوریت جمہوریت ایک طرز حکومت کا ہے کہ جس میں بندوں</w:t>
      </w:r>
    </w:p>
    <w:p>
      <w:r>
        <w:rPr>
          <w:b/>
        </w:rPr>
        <w:t xml:space="preserve">[1:07:44] </w:t>
      </w:r>
      <w:r>
        <w:t>ko gunah karte hain traao nahi karte yeh bilkul hi yani be meaning less baat hai kyunke aap</w:t>
      </w:r>
    </w:p>
    <w:p>
      <w:pPr>
        <w:jc w:val="right"/>
      </w:pPr>
      <w:r>
        <w:t>کو گناہ کرتے ہیں تراؤ نہیں کرتے یہ بالکل ہی یعنی بے میننگ لیس بات ہے کیونکہ آپ</w:t>
      </w:r>
    </w:p>
    <w:p>
      <w:r>
        <w:rPr>
          <w:b/>
        </w:rPr>
        <w:t xml:space="preserve">[1:07:52] </w:t>
      </w:r>
      <w:r>
        <w:t>tol sakte nahi aap is ko Allah ke bas mein tolna aap gin hi nahi sakte hain aap</w:t>
      </w:r>
    </w:p>
    <w:p>
      <w:pPr>
        <w:jc w:val="right"/>
      </w:pPr>
      <w:r>
        <w:t>تول سکتے نہیں آپ اس کو اللہ کے بس میں تولنا آپ گن ہی نہیں سکتے ہیں آپ</w:t>
      </w:r>
    </w:p>
    <w:p>
      <w:r>
        <w:rPr>
          <w:b/>
        </w:rPr>
        <w:t xml:space="preserve">[1:08:00] </w:t>
      </w:r>
      <w:r>
        <w:t>مولانا اگلا سوال ڈاکٹر فریدہ خانم نے بھیجا ہے دلی سے انہوں نے لکھا ہے: "How unfortunate it</w:t>
      </w:r>
    </w:p>
    <w:p>
      <w:pPr>
        <w:jc w:val="right"/>
      </w:pPr>
      <w:r>
        <w:t>مولانا اگلا سوال ڈاکٹر فریدہ خانم نے بھیجا ہے دلی سے انہوں نے لکھا ہے: "ہاؤ انفارچونیٹ اٹ</w:t>
      </w:r>
    </w:p>
    <w:p>
      <w:r>
        <w:rPr>
          <w:b/>
        </w:rPr>
        <w:t xml:space="preserve">[1:08:07] </w:t>
      </w:r>
      <w:r>
        <w:t>as that such intelligent and highly educated Muslim like Syed Shahabuddin failed to guide the community to</w:t>
      </w:r>
    </w:p>
    <w:p>
      <w:pPr>
        <w:jc w:val="right"/>
      </w:pPr>
      <w:r>
        <w:t>از دیٹ سچ انٹیلیجنٹ اینڈ ہائیلی ایجوکیٹڈ مسلم لائک سید شہاب الدین فیل ٹو گائیڈ دا کمیونٹی ٹو</w:t>
      </w:r>
    </w:p>
    <w:p>
      <w:r>
        <w:rPr>
          <w:b/>
        </w:rPr>
        <w:t xml:space="preserve">[1:08:15] </w:t>
      </w:r>
      <w:r>
        <w:t>The right direction. One sincere leader after another comes to the scene and misguides the community. How</w:t>
      </w:r>
    </w:p>
    <w:p>
      <w:pPr>
        <w:jc w:val="right"/>
      </w:pPr>
      <w:r>
        <w:t>دا رائٹ ڈائریکشن ون سنسر لیڈر افٹر انادر کمز ٹو دا سین اینڈ مس گائیڈز دا کمیونٹی ہاؤ</w:t>
      </w:r>
    </w:p>
    <w:p>
      <w:r>
        <w:rPr>
          <w:b/>
        </w:rPr>
        <w:t xml:space="preserve">[1:08:22] </w:t>
      </w:r>
      <w:r>
        <w:t>to solve this problem when Muslims will realize that their leaders</w:t>
      </w:r>
    </w:p>
    <w:p>
      <w:pPr>
        <w:jc w:val="right"/>
      </w:pPr>
      <w:r>
        <w:t>ٹو سالو دس پرابلم وین مسلمز ویل ریلائز دیٹ دی لیڈرز</w:t>
      </w:r>
    </w:p>
    <w:p>
      <w:r>
        <w:rPr>
          <w:b/>
        </w:rPr>
        <w:t xml:space="preserve">[1:08:30] </w:t>
      </w:r>
      <w:r>
        <w:t>are incompetent and stop following them" dekhiye is ki jar mein jo baat hai ke sari muslim</w:t>
      </w:r>
    </w:p>
    <w:p>
      <w:pPr>
        <w:jc w:val="right"/>
      </w:pPr>
      <w:r>
        <w:t>آر ان کمپیٹنٹ اینڈ سٹاپ فالونگ دیم" دیکھیے اس کی جڑ میں جو بات ہے کہ ساری مسلم</w:t>
      </w:r>
    </w:p>
    <w:p>
      <w:r>
        <w:rPr>
          <w:b/>
        </w:rPr>
        <w:t xml:space="preserve">[1:08:40] </w:t>
      </w:r>
      <w:r>
        <w:t>community including leaders wo ek trap mein hain yani wo trap kiya hai political glory guzri hui glory</w:t>
      </w:r>
    </w:p>
    <w:p>
      <w:pPr>
        <w:jc w:val="right"/>
      </w:pPr>
      <w:r>
        <w:t>کمیونٹی انکلوڈنگ لیڈرز وہ ایک ٹریپ میں ہیں یعنی وہ ٹریپ کیا ہے پولیٹیکل گلوری گزری ہوئی گلوری</w:t>
      </w:r>
    </w:p>
    <w:p>
      <w:r>
        <w:rPr>
          <w:b/>
        </w:rPr>
        <w:t xml:space="preserve">[1:08:50] </w:t>
      </w:r>
      <w:r>
        <w:t>jisko Fersen ne kaha tha kisi ne bohat sahi kaha tha ke "paterm sultan</w:t>
      </w:r>
    </w:p>
    <w:p>
      <w:pPr>
        <w:jc w:val="right"/>
      </w:pPr>
      <w:r>
        <w:t>جس کو فرسین نے کہا تھا کسی نے بہت صحیح کہا تھا کہ پدرم سلطان</w:t>
      </w:r>
    </w:p>
    <w:p>
      <w:r>
        <w:rPr>
          <w:b/>
        </w:rPr>
        <w:t xml:space="preserve">[1:09:00] </w:t>
      </w:r>
      <w:r>
        <w:t>both" sari hi Muslim community including leaders jee rahe hain "pedram sultan both" ki psychology mein yeh yeh yeh ek trap hai jis mein log phanse hue hain logon ko bahar aana padega history se bahar aana padega Quran o Sunnat tak jana padega bhai hamare aur Quran o Sunnat ke beech mein ek history bani baat ko idhar Quran o Hadees hai haan idhar hum</w:t>
      </w:r>
    </w:p>
    <w:p>
      <w:pPr>
        <w:jc w:val="right"/>
      </w:pPr>
      <w:r>
        <w:t>بوتھ ساری ہی مسلم کمیونٹی انکلوڈنگ لیڈرز جی رہے ہیں پدرم سلطان بوتھ کی سائیکالوجی میں یہ یہ یہ ایک ٹریپ ہے جس میں لوگ پھنسے ہوئے ہیں لوگوں کو باہر آنا پڑے گا ہسٹری سے باہر آنا پڑے گا قرآن و سنت تک جانا پڑے گا بھئی ہمارے اور قرآن و سنت کے بیچ میں ایک ہسٹری بنی بات کو ادھر قرآن و حدیث ہے ہاں ادھر ہم</w:t>
      </w:r>
    </w:p>
    <w:p>
      <w:r>
        <w:rPr>
          <w:b/>
        </w:rPr>
        <w:t xml:space="preserve">[1:09:30] </w:t>
      </w:r>
      <w:r>
        <w:t>hain beech mein ek history bani isi mein phans gaye log to sare log political glory mein jeete</w:t>
      </w:r>
    </w:p>
    <w:p>
      <w:pPr>
        <w:jc w:val="right"/>
      </w:pPr>
      <w:r>
        <w:t>ہیں بیچ میں ایک ہسٹری بنی اسی میں پھنس گئے لوگ تو سارے لوگ پولیٹیکل گلوری میں جیتے</w:t>
      </w:r>
    </w:p>
    <w:p>
      <w:r>
        <w:rPr>
          <w:b/>
        </w:rPr>
        <w:t xml:space="preserve">[1:09:36] </w:t>
      </w:r>
      <w:r>
        <w:t>hain isi andaaz mein bolte hain isi ko regain karna yeh samajhte hain ek bada kaam hai to</w:t>
      </w:r>
    </w:p>
    <w:p>
      <w:pPr>
        <w:jc w:val="right"/>
      </w:pPr>
      <w:r>
        <w:t>ہیں اسی انداز میں بولتے ہیں اسی کو ریگین کرنا یہ سمجھتے ہیں ایک بڑا کام ہے تو</w:t>
      </w:r>
    </w:p>
    <w:p>
      <w:r>
        <w:rPr>
          <w:b/>
        </w:rPr>
        <w:t xml:space="preserve">[1:09:42] </w:t>
      </w:r>
      <w:r>
        <w:t>jab tak wo sawaar apni is political glory ka jo unka jo mizaj is se bahar nahi</w:t>
      </w:r>
    </w:p>
    <w:p>
      <w:pPr>
        <w:jc w:val="right"/>
      </w:pPr>
      <w:r>
        <w:t>جب تک وہ سوار اپنی اس پولیٹیکل گلوری کا جو ان کا جو مزاج اس سے باہر نہیں</w:t>
      </w:r>
    </w:p>
    <w:p>
      <w:r>
        <w:rPr>
          <w:b/>
        </w:rPr>
        <w:t xml:space="preserve">[1:09:48] </w:t>
      </w:r>
      <w:r>
        <w:t>aayenge wo sachai se be khabar rahenge Quran o Sunnat tak pahuncha hi ke nahi hua</w:t>
      </w:r>
    </w:p>
    <w:p>
      <w:pPr>
        <w:jc w:val="right"/>
      </w:pPr>
      <w:r>
        <w:t>آئیں گے وہ سچائی سے بے خبر رہیں گے قرآن و سنت تک پہنچا ہی کہ نہیں ہوا</w:t>
      </w:r>
    </w:p>
    <w:p>
      <w:r>
        <w:rPr>
          <w:b/>
        </w:rPr>
        <w:t xml:space="preserve">[1:09:54] </w:t>
      </w:r>
      <w:r>
        <w:t>maulana agla sawal lene se pehle do</w:t>
      </w:r>
    </w:p>
    <w:p>
      <w:pPr>
        <w:jc w:val="right"/>
      </w:pPr>
      <w:r>
        <w:t>مولانا اگلا سوال لینے سے پہلے دو</w:t>
      </w:r>
    </w:p>
    <w:p>
      <w:r>
        <w:rPr>
          <w:b/>
        </w:rPr>
        <w:t xml:space="preserve">[1:10:00] </w:t>
      </w:r>
      <w:r>
        <w:t>comments padhna chahenge pehla comment bheja hai Srinagar se Shad Hussain sahab ne aur unhone</w:t>
      </w:r>
    </w:p>
    <w:p>
      <w:pPr>
        <w:jc w:val="right"/>
      </w:pPr>
      <w:r>
        <w:t>کمنٹس پڑھنا چاہیں گے پہلا کمنٹ بھیجا ہے سری نگر سے شاد حسین صاحب نے اور انہوں نے</w:t>
      </w:r>
    </w:p>
    <w:p>
      <w:r>
        <w:rPr>
          <w:b/>
        </w:rPr>
        <w:t xml:space="preserve">[1:10:08] </w:t>
      </w:r>
      <w:r>
        <w:t>likha hai: "a great explanation of modesty a prerequisite for intellectual development Muhammad Rafeeq Chaudhary sahab ne</w:t>
      </w:r>
    </w:p>
    <w:p>
      <w:pPr>
        <w:jc w:val="right"/>
      </w:pPr>
      <w:r>
        <w:t>لکھا ہے: "اہ گریٹ ایکسپلینیشن آف ماڈیسٹی ا پری ریکوزٹ فار انٹلیکچول ڈیولپمنٹ محمد رفیع چوہدری صاحب نے</w:t>
      </w:r>
    </w:p>
    <w:p>
      <w:r>
        <w:rPr>
          <w:b/>
        </w:rPr>
        <w:t xml:space="preserve">[1:10:15] </w:t>
      </w:r>
      <w:r>
        <w:t>mumbai se likha hai maulana you have given the formula of success in both the worlds that is</w:t>
      </w:r>
    </w:p>
    <w:p>
      <w:pPr>
        <w:jc w:val="right"/>
      </w:pPr>
      <w:r>
        <w:t>ممبئی سے لکھا ہے مولانا یو ہیو گیون دی فارمولا آف سکسیس ان بوتھ دی ورلڈز دیٹ از</w:t>
      </w:r>
    </w:p>
    <w:p>
      <w:r>
        <w:rPr>
          <w:b/>
        </w:rPr>
        <w:t xml:space="preserve">[1:10:23] </w:t>
      </w:r>
      <w:r>
        <w:t>modesty" maulana agla sawal shahzad sahib ne bheja hai unhone apni location nahi likhi hai</w:t>
      </w:r>
    </w:p>
    <w:p>
      <w:pPr>
        <w:jc w:val="right"/>
      </w:pPr>
      <w:r>
        <w:t>ماڈیسٹی" مولانا اگلا سوال شہزاد صاحب نے بھیجا ہے انہوں نے اپنی لوکیشن نہیں لکھی ہے</w:t>
      </w:r>
    </w:p>
    <w:p>
      <w:r>
        <w:rPr>
          <w:b/>
        </w:rPr>
        <w:t xml:space="preserve">[1:10:30] </w:t>
      </w:r>
      <w:r>
        <w:t>unka sawal yeh hai ke: "theory of evolution has strong evidences my question is maulana that why</w:t>
      </w:r>
    </w:p>
    <w:p>
      <w:pPr>
        <w:jc w:val="right"/>
      </w:pPr>
      <w:r>
        <w:t>ان کا سوال یہ ہے کہ: "تھیوری آف ایولوشن ہیز سٹرونگ ایویڈنسز مائی کوئسچن از مولانا دیٹ وائی</w:t>
      </w:r>
    </w:p>
    <w:p>
      <w:r>
        <w:rPr>
          <w:b/>
        </w:rPr>
        <w:t xml:space="preserve">[1:10:38] </w:t>
      </w:r>
      <w:r>
        <w:t>don't you accept it" bilkul galat daawa hai aap ka hai koi evidence nahi sab poori poori theory</w:t>
      </w:r>
    </w:p>
    <w:p>
      <w:pPr>
        <w:jc w:val="right"/>
      </w:pPr>
      <w:r>
        <w:t>ڈونٹ یو ایکسیپٹ اٹ" بالکل غلط دعویٰ ہے آپ کا ہے کوئی ایویڈنس نہیں سب پوری پوری تھیوری</w:t>
      </w:r>
    </w:p>
    <w:p>
      <w:r>
        <w:rPr>
          <w:b/>
        </w:rPr>
        <w:t xml:space="preserve">[1:10:45] </w:t>
      </w:r>
      <w:r>
        <w:t>supposition pe qaim hai yeh woh mein likh chuka hoon likh chuka hoon sab maslan yani ajeeb ghareeb</w:t>
      </w:r>
    </w:p>
    <w:p>
      <w:pPr>
        <w:jc w:val="right"/>
      </w:pPr>
      <w:r>
        <w:t>سپوزیشن پہ قائم ہے یہ وہ میں لکھ چکا ہوں لکھ چکا ہوں سب مثلاً یعنی عجیب غریب</w:t>
      </w:r>
    </w:p>
    <w:p>
      <w:r>
        <w:rPr>
          <w:b/>
        </w:rPr>
        <w:t xml:space="preserve">[1:10:53] </w:t>
      </w:r>
      <w:r>
        <w:t>qism ki baatein hain mein yahan</w:t>
      </w:r>
    </w:p>
    <w:p>
      <w:pPr>
        <w:jc w:val="right"/>
      </w:pPr>
      <w:r>
        <w:t>قسم کی باتیں ہیں میں یہاں</w:t>
      </w:r>
    </w:p>
    <w:p>
      <w:r>
        <w:rPr>
          <w:b/>
        </w:rPr>
        <w:t xml:space="preserve">[1:11:00] </w:t>
      </w:r>
      <w:r>
        <w:t>par is pe detail mein nahi jaunga mein ne likha hai is ke bare mein lekin poori poori theory of yani biological evolution ki theory jo hai biological biological evolution ki theory poori ki poori supposition khadi hui hai is mein koi bhi scientific evidence nahi aap koi misaal mujhe dein to woh bataunga aap misaal bhejein likh kar ke mujhe mein apne magazine ko jawab doon koi konsa evidence hai woh</w:t>
      </w:r>
    </w:p>
    <w:p>
      <w:pPr>
        <w:jc w:val="right"/>
      </w:pPr>
      <w:r>
        <w:t>پر اس پہ ڈیٹیل میں نہیں جاؤں گا میں نے لکھا ہے اس کے بارے میں لیکن پوری پوری تھیوری آف یعنی بائیولوجیکل ایولوشن کی تھیوری جو ہے بائیولوجیکل بائیولوجیکل ایولوشن کی تھیوری پوری کی پوری سپوزیشن کھڑی ہوئی ہے اس میں کوئی بھی سائنٹیفک ایویڈنس نہیں آپ کوئی مثال مجھے دیں تو وہ بتاؤں گا آپ مثال بھیجیں لکھ کر کے مجھے میں اپنے میگزین کو جواب دوں کوئی کون سا ایویڈنس ہے وہ</w:t>
      </w:r>
    </w:p>
    <w:p>
      <w:r>
        <w:rPr>
          <w:b/>
        </w:rPr>
        <w:t xml:space="preserve">[1:11:30] </w:t>
      </w:r>
      <w:r>
        <w:t>bataiye mujhe yani scientific evidence konsa hai woh bataiye phir mein jawab doonga is ko apne</w:t>
      </w:r>
    </w:p>
    <w:p>
      <w:pPr>
        <w:jc w:val="right"/>
      </w:pPr>
      <w:r>
        <w:t>بتائیے مجھے یعنی سائنٹیفک ایویڈنس کون سا ہے وہ بتائیے پھر میں جواب دوں گا اس کو اپنے</w:t>
      </w:r>
    </w:p>
    <w:p>
      <w:r>
        <w:rPr>
          <w:b/>
        </w:rPr>
        <w:t xml:space="preserve">[1:11:36] </w:t>
      </w:r>
      <w:r>
        <w:t>magazine mein kyunke mera mein ne bohat is ko study ki hai aur isi ke liye mein ne</w:t>
      </w:r>
    </w:p>
    <w:p>
      <w:pPr>
        <w:jc w:val="right"/>
      </w:pPr>
      <w:r>
        <w:t>میگزین میں کیونکہ میرا میں نے بہت اس کو اسٹڈی کی ہے اور اسی کے لیے میں نے</w:t>
      </w:r>
    </w:p>
    <w:p>
      <w:r>
        <w:rPr>
          <w:b/>
        </w:rPr>
        <w:t xml:space="preserve">[1:11:43] </w:t>
      </w:r>
      <w:r>
        <w:t>safar kiya tha chandigarh mein gaya mein wahan ek museum hai baqayda isi ke upar is museum</w:t>
      </w:r>
    </w:p>
    <w:p>
      <w:pPr>
        <w:jc w:val="right"/>
      </w:pPr>
      <w:r>
        <w:t>سفر کیا تھا چندی گڑھ میں گیا میں وہاں ایک میوزیم ہے باقاعدہ اسی کے اوپر اس میوزیم</w:t>
      </w:r>
    </w:p>
    <w:p>
      <w:r>
        <w:rPr>
          <w:b/>
        </w:rPr>
        <w:t xml:space="preserve">[1:11:49] </w:t>
      </w:r>
      <w:r>
        <w:t>ko dekha mein ne is ke director se mila mein kitabein likh padhein mein ne to mein bilkul</w:t>
      </w:r>
    </w:p>
    <w:p>
      <w:pPr>
        <w:jc w:val="right"/>
      </w:pPr>
      <w:r>
        <w:t>کو دیکھا میں نے اس کے ڈائریکٹر سے ملا میں کتابیں لکھ پڑھیں میں نے تو میں بالکل</w:t>
      </w:r>
    </w:p>
    <w:p>
      <w:r>
        <w:rPr>
          <w:b/>
        </w:rPr>
        <w:t xml:space="preserve">[1:11:55] </w:t>
      </w:r>
      <w:r>
        <w:t>firm hoon is maamle mein ke evolution theory</w:t>
      </w:r>
    </w:p>
    <w:p>
      <w:pPr>
        <w:jc w:val="right"/>
      </w:pPr>
      <w:r>
        <w:t>فرم ہوں اس معاملے میں کہ ایولوشن تھیوری</w:t>
      </w:r>
    </w:p>
    <w:p>
      <w:r>
        <w:rPr>
          <w:b/>
        </w:rPr>
        <w:t xml:space="preserve">[1:12:01] </w:t>
      </w:r>
      <w:r>
        <w:t>ka koi scientific evidence nahi hai sab supposition hai agar koi meri baat na maane to mujhe misaal dein mein us ko inshallah mazeed clear karunga ji Maulana yeh aakhri comment hai is par hum program khatam karenge aur yeh comment bheja hai Maulana Abdul Basit Umri sahib ne Qatar se unhone likha hai: "Maulana aaj aap ne spirit of the age ke bare mein jo bataya ke aaj qab</w:t>
      </w:r>
    </w:p>
    <w:p>
      <w:pPr>
        <w:jc w:val="right"/>
      </w:pPr>
      <w:r>
        <w:t>کا کوئی سائنٹیفک ایویڈنس نہیں ہے سب سپوزیشن ہے اگر کوئی میری بات نہ مانے تو مجھے مثال دیں میں اس کو انشاءاللہ مزید کلیئر کروں گا جی مولانا یہ آخری کمنٹ ہے اس پر ہم پروگرام ختم کریں گے اور یہ کمنٹ بھیجا ہے مولانا عبدالباسط عمری صاحب نے قطر سے انہوں نے لکھا ہے: "مولانا آج آپ نے سپرٹ آف دی ایج کے بارے میں جو بتایا کہ آج قاب</w:t>
      </w:r>
    </w:p>
    <w:p>
      <w:r>
        <w:rPr>
          <w:b/>
        </w:rPr>
        <w:t xml:space="preserve">[1:12:31] </w:t>
      </w:r>
      <w:r>
        <w:t>liyat ki buniyad par sab kuch mil jata hai phir aap ne jo misalein di hain ke kaise log qabliyat ki buniyad par taraqqi kar rahe hain aap ki taqreer sun kar bohat hope mili Maulana jin logon ne aap ki rehnumai mein zindagi mein qadam rakha hai woh baghair kisi shikayat aur احتجاج ke taraqqi kar rahe hain aur inhi ko mayoosi nahi hoti khule zehan ke sath jee rahe hain</w:t>
      </w:r>
    </w:p>
    <w:p>
      <w:pPr>
        <w:jc w:val="right"/>
      </w:pPr>
      <w:r>
        <w:t>لیت کی بنیاد پر سب کچھ مل جاتا ہے پھر آپ نے جو مثالیں دی ہیں کہ کیسے لوگ قابلیت کی بنیاد پر ترقی کر رہے ہیں آپ کی تقریر سن کر بہت ہوپ ملی مولانا جن لوگوں نے آپ کی رہنمائی میں زندگی میں قدم رکھا ہے وہ بغیر کسی شکایت اور احتجاج کے ترقی کر رہے ہیں اور انہی کو مایوسی نہیں ہوتی کھلے ذہن کے ساتھ جی رہے ہیں</w:t>
      </w:r>
    </w:p>
    <w:p>
      <w:r>
        <w:rPr>
          <w:b/>
        </w:rPr>
        <w:t xml:space="preserve">[1:13:01] </w:t>
      </w:r>
      <w:r>
        <w:t>Allah hum sab ko aap ki gehri baaton ko samajhne ki tofeeq de taake hum kisi rukawat ke baghair taraqqi karte jayein mashallah jazak Allah so we will end the session today back next Sunday same time if you want to join CPS International or want to contribute to our Quran distribution please write to us on info at CPS global dot org thank you.</w:t>
      </w:r>
    </w:p>
    <w:p>
      <w:pPr>
        <w:jc w:val="right"/>
      </w:pPr>
      <w:r>
        <w:t>اللہ ہم سب کو آپ کی گہری باتوں کو سمجھنے کی توفیق دے تاکہ ہم کسی رکاوٹ کے بغیر ترقی کرتے جائیں ماشاءاللہ جزاکم اللہ سو وی ویل اینڈ دی سیشن ٹوڈے بیک نیکسٹ سنڈے سیم ٹائم اف یو وانٹ ٹو جوائن سی پی ایس انٹرنیشنل اور وانٹ ٹو کنٹریبیوٹ ٹو اور قرآن ڈسٹریبیوشن پلیز رائٹ ٹو اس ان انفو ایٹ سی پی ایس گلوبل ڈاٹ او آر جی تھینک یو.</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