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History of Kaaba March 19, 2017</w:t>
      </w:r>
    </w:p>
    <w:p>
      <w:r>
        <w:t>https://www.youtube.com/watch?v=HPvWnoueeqg</w:t>
      </w:r>
    </w:p>
    <w:p>
      <w:r>
        <w:rPr>
          <w:b/>
        </w:rPr>
        <w:t xml:space="preserve">[00:14] </w:t>
      </w:r>
      <w:r>
        <w:t>Bismillah hir rehman nir raheem. Wasallahu ala nabi il kareem.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Unnees March do hazar satrah.</w:t>
      </w:r>
    </w:p>
    <w:p>
      <w:pPr>
        <w:jc w:val="right"/>
      </w:pPr>
      <w:r>
        <w:t>انیس مارچ دو ہزار سترہ۔</w:t>
      </w:r>
    </w:p>
    <w:p>
      <w:r>
        <w:rPr>
          <w:b/>
        </w:rPr>
        <w:t xml:space="preserve">[00:41] </w:t>
      </w:r>
      <w:r>
        <w:t>Meri mulaqat ek sahib se hui, woh bohat zyada educated aadmi thay. Aur sath sath woh liberal aadmi thay.</w:t>
      </w:r>
    </w:p>
    <w:p>
      <w:pPr>
        <w:jc w:val="right"/>
      </w:pPr>
      <w:r>
        <w:t>میری ملاقات ایک صاحب سے ہوئی، وہ بہت زیادہ educated آدمی تھے۔ اور ساتھ ساتھ وہ liberal آدمی تھے۔</w:t>
      </w:r>
    </w:p>
    <w:p>
      <w:r>
        <w:rPr>
          <w:b/>
        </w:rPr>
        <w:t xml:space="preserve">[01:00] </w:t>
      </w:r>
      <w:r>
        <w:t>To unhone baat cheet ke douran kaha ke Musalman har har saal Hajj karte hain aur billion billion dollars mein kharch karte hain.</w:t>
      </w:r>
    </w:p>
    <w:p>
      <w:pPr>
        <w:jc w:val="right"/>
      </w:pPr>
      <w:r>
        <w:t>تو انہوں نے بات چیت کے دوران کہا کہ مسلمان ہر ہر سال حج کرتے ہیں اور بلین بلین ڈالرز میں خرچ کرتے ہیں۔</w:t>
      </w:r>
    </w:p>
    <w:p>
      <w:r>
        <w:rPr>
          <w:b/>
        </w:rPr>
        <w:t xml:space="preserve">[01:16] </w:t>
      </w:r>
      <w:r>
        <w:t>To is se kya faida? Is se kya faida? Is se acha to yeh tha ke woh</w:t>
      </w:r>
    </w:p>
    <w:p>
      <w:pPr>
        <w:jc w:val="right"/>
      </w:pPr>
      <w:r>
        <w:t>تو اس سے کیا فائدہ؟ اس سے کیا فائدہ؟ اس سے اچھا تو یہ تھا کہ وہ</w:t>
      </w:r>
    </w:p>
    <w:p>
      <w:r>
        <w:rPr>
          <w:b/>
        </w:rPr>
        <w:t xml:space="preserve">[01:26] </w:t>
      </w:r>
      <w:r>
        <w:t>education mein lagate paisa, college aur university banate, industry mein paisa lagate.</w:t>
      </w:r>
    </w:p>
    <w:p>
      <w:pPr>
        <w:jc w:val="right"/>
      </w:pPr>
      <w:r>
        <w:t>education میں لگاتے پیسہ، کالج اور یونیورسٹی بناتے، industry میں پیسہ لگاتے۔</w:t>
      </w:r>
    </w:p>
    <w:p>
      <w:r>
        <w:rPr>
          <w:b/>
        </w:rPr>
        <w:t xml:space="preserve">[01:39] </w:t>
      </w:r>
      <w:r>
        <w:t>to mein ne kaha ke dekhiye agar aap kehne mein sincere hain to mein inshallah agar zindagi rahi to Makkah jaane wala hoon umrah ke liye.</w:t>
      </w:r>
    </w:p>
    <w:p>
      <w:pPr>
        <w:jc w:val="right"/>
      </w:pPr>
      <w:r>
        <w:t>تو میں نے کہا کہ دیکھیے اگر آپ کہنے میں sincere ہیں تو میں انشاءاللہ اگر زندگی رہی تو مکہ جانے والا ہوں عمرہ کے لیے۔</w:t>
      </w:r>
    </w:p>
    <w:p>
      <w:r>
        <w:rPr>
          <w:b/>
        </w:rPr>
        <w:t xml:space="preserve">[01:57] </w:t>
      </w:r>
      <w:r>
        <w:t>to aap mere saath chaliye. mein aap ko bataunga ke hajj kya cheez hai. yahan aap ke samne nahi aayega.</w:t>
      </w:r>
    </w:p>
    <w:p>
      <w:pPr>
        <w:jc w:val="right"/>
      </w:pPr>
      <w:r>
        <w:t>تو آپ میرے ساتھ چلیے۔ میں آپ کو بتاؤں گا کہ حج کیا چیز ہے۔ یہاں آپ کے سامنے نہیں آئے گا۔</w:t>
      </w:r>
    </w:p>
    <w:p>
      <w:r>
        <w:rPr>
          <w:b/>
        </w:rPr>
        <w:t xml:space="preserve">[02:10] </w:t>
      </w:r>
      <w:r>
        <w:t>to unhon ne kaha acha aap mujhe bataiye ga mein bhi chalunga aap ke saath. to dekhiye</w:t>
      </w:r>
    </w:p>
    <w:p>
      <w:pPr>
        <w:jc w:val="right"/>
      </w:pPr>
      <w:r>
        <w:t>تو انہوں نے کہا اچھا آپ مجھے بتائیے گا میں بھی چلوں گا آپ کے ساتھ۔ تو دیکھیے</w:t>
      </w:r>
    </w:p>
    <w:p>
      <w:r>
        <w:rPr>
          <w:b/>
        </w:rPr>
        <w:t xml:space="preserve">[02:21] </w:t>
      </w:r>
      <w:r>
        <w:t>Makkah mein jo Kaaba hai aur jahan hajj kiya jata hai us ke bare mein Quran mein ek ayat hai ke logon ko kaho ke log aayen hajj karne ke liye.</w:t>
      </w:r>
    </w:p>
    <w:p>
      <w:pPr>
        <w:jc w:val="right"/>
      </w:pPr>
      <w:r>
        <w:t>مکہ میں جو کعبہ ہے اور جہاں حج کیا جاتا ہے اس کے بارے میں قرآن میں ایک آیت ہے کہ لوگوں کو کہو کہ لوگ آئیں حج کرنے کے لیے۔</w:t>
      </w:r>
    </w:p>
    <w:p>
      <w:r>
        <w:rPr>
          <w:b/>
        </w:rPr>
        <w:t xml:space="preserve">[02:41] </w:t>
      </w:r>
      <w:r>
        <w:t>to us mein ek lafz hai لَيَشْهَدُوا مَنَافِعَ لَهُمْ taake woh apne benefits ko dekhen.</w:t>
      </w:r>
    </w:p>
    <w:p>
      <w:pPr>
        <w:jc w:val="right"/>
      </w:pPr>
      <w:r>
        <w:t>تو اس میں ایک لفظ ہے لَيَشْهَدُوا مَنَافِعَ لَهُمْ تاکہ وہ اپنے benefits کو دیکھیں۔</w:t>
      </w:r>
    </w:p>
    <w:p>
      <w:r>
        <w:rPr>
          <w:b/>
        </w:rPr>
        <w:t xml:space="preserve">[02:52] </w:t>
      </w:r>
      <w:r>
        <w:t>Benefits ko. yahan jo lafz manafe hain us ke maani hote hain benefits. mein ne bohat parha tafsiron mein, kitabon mein mujhe kuch samajh nahi aayi ke manafe ka matlab kya hai.</w:t>
      </w:r>
    </w:p>
    <w:p>
      <w:pPr>
        <w:jc w:val="right"/>
      </w:pPr>
      <w:r>
        <w:t>Benefits کو۔ یہاں جو لفظ منافع ہے اس کے معنی ہوتے ہیں benefits۔ میں نے بہت پڑھا تفسیروں میں، کتابوں میں مجھے کچھ سمجھ نہیں آئی کہ منافع کا مطلب کیا ہے۔</w:t>
      </w:r>
    </w:p>
    <w:p>
      <w:r>
        <w:rPr>
          <w:b/>
        </w:rPr>
        <w:t xml:space="preserve">[03:11] </w:t>
      </w:r>
      <w:r>
        <w:t>koi yeh sab baaten likhte hain ke tijarti manafe waghera.</w:t>
      </w:r>
    </w:p>
    <w:p>
      <w:pPr>
        <w:jc w:val="right"/>
      </w:pPr>
      <w:r>
        <w:t>کوئی یہ سب باتیں لکھتے ہیں کہ تجارتی منافع وغیرہ۔</w:t>
      </w:r>
    </w:p>
    <w:p>
      <w:r>
        <w:rPr>
          <w:b/>
        </w:rPr>
        <w:t xml:space="preserve">[03:18] </w:t>
      </w:r>
      <w:r>
        <w:t>to aap ghor kijiye ke ab se chaar hazar saal pehle Hazrat Ibrahim Iraq ko chhod kar apni family ke saath desert mein aaye.</w:t>
      </w:r>
    </w:p>
    <w:p>
      <w:pPr>
        <w:jc w:val="right"/>
      </w:pPr>
      <w:r>
        <w:t>تو آپ غور کیجیے کہ اب سے چار ہزار سال پہلے حضرت ابراہیم عراق کو چھوڑ کر اپنی family کے ساتھ desert میں آئے۔</w:t>
      </w:r>
    </w:p>
    <w:p>
      <w:r>
        <w:rPr>
          <w:b/>
        </w:rPr>
        <w:t xml:space="preserve">[03:36] </w:t>
      </w:r>
      <w:r>
        <w:t>Makkah us waqt desert tha. kitni museebaten hui hongi wahan se aane mein aur is desert mein rehne mein.</w:t>
      </w:r>
    </w:p>
    <w:p>
      <w:pPr>
        <w:jc w:val="right"/>
      </w:pPr>
      <w:r>
        <w:t>مکہ اس وقت desert تھا۔ کتنی مصیبتیں ہوئی ہوں گی وہاں سے آنے میں اور اس desert میں رہنے میں۔</w:t>
      </w:r>
    </w:p>
    <w:p>
      <w:r>
        <w:rPr>
          <w:b/>
        </w:rPr>
        <w:t xml:space="preserve">[03:44] </w:t>
      </w:r>
      <w:r>
        <w:t>phir unhon ne wahan par ek ek mission chalaya us ki culmination par wahan aap ne Kaaba banaya. Kaaba. to kya woh aisi si baat thi woh ke log wahan tijarat ke liye aaye hue hain?</w:t>
      </w:r>
    </w:p>
    <w:p>
      <w:pPr>
        <w:jc w:val="right"/>
      </w:pPr>
      <w:r>
        <w:t>پھر انہوں نے وہاں پر ایک ایک mission چلایا اس کی culmination پر وہاں آپ نے کعبہ بنایا۔ کعبہ۔ تو کیا وہ ایسی سی بات تھی وہ کہ لوگ وہاں تجارت کے لیے آئے ہوئے ہیں؟</w:t>
      </w:r>
    </w:p>
    <w:p>
      <w:r>
        <w:rPr>
          <w:b/>
        </w:rPr>
        <w:t xml:space="preserve">[03:58] </w:t>
      </w:r>
      <w:r>
        <w:t>tijarat hoti bhi nahi wahan. wahan tijarat kya hai? woh to desert hai.</w:t>
      </w:r>
    </w:p>
    <w:p>
      <w:pPr>
        <w:jc w:val="right"/>
      </w:pPr>
      <w:r>
        <w:t>تجارت ہوتی بھی نہیں وہاں۔ وہاں تجارت کیا ہے؟ وہ تو desert ہے۔</w:t>
      </w:r>
    </w:p>
    <w:p>
      <w:r>
        <w:rPr>
          <w:b/>
        </w:rPr>
        <w:t xml:space="preserve">[04:07] </w:t>
      </w:r>
      <w:r>
        <w:t>to is par ghor karte karte meri samajh mein yeh baat aayi ke Kaaba ke saath ek bohat bada lesson juda hua hua hai, lesson sabak.</w:t>
      </w:r>
    </w:p>
    <w:p>
      <w:pPr>
        <w:jc w:val="right"/>
      </w:pPr>
      <w:r>
        <w:t>تو اس پر غور کرتے کرتے میری سمجھ میں یہ بات آئی کہ کعبہ کے ساتھ ایک بہت بڑا lesson جڑا ہوا ہوا ہے، lesson سبق۔</w:t>
      </w:r>
    </w:p>
    <w:p>
      <w:r>
        <w:rPr>
          <w:b/>
        </w:rPr>
        <w:t xml:space="preserve">[04:25] </w:t>
      </w:r>
      <w:r>
        <w:t>to Islam chahta hai ke log wahan aayen is lesson ko dekhen.</w:t>
      </w:r>
    </w:p>
    <w:p>
      <w:pPr>
        <w:jc w:val="right"/>
      </w:pPr>
      <w:r>
        <w:t>تو اسلام چاہتا ہے کہ لوگ وہاں آئیں اس lesson کو دیکھیں۔</w:t>
      </w:r>
    </w:p>
    <w:p>
      <w:r>
        <w:rPr>
          <w:b/>
        </w:rPr>
        <w:t xml:space="preserve">[04:33] </w:t>
      </w:r>
      <w:r>
        <w:t>ek aisa hai lesson jo pathar ke</w:t>
      </w:r>
    </w:p>
    <w:p>
      <w:pPr>
        <w:jc w:val="right"/>
      </w:pPr>
      <w:r>
        <w:t>ایک ایسا ہے lesson جو پتھر کے</w:t>
      </w:r>
    </w:p>
    <w:p>
      <w:r>
        <w:rPr>
          <w:b/>
        </w:rPr>
        <w:t xml:space="preserve">[04:41] </w:t>
      </w:r>
      <w:r>
        <w:t>lafzon mein likha hua hai. ek hi lesson duniya mein aisa hai jo pathar ki zuban mein likha hua hai. us ko dekhen.</w:t>
      </w:r>
    </w:p>
    <w:p>
      <w:pPr>
        <w:jc w:val="right"/>
      </w:pPr>
      <w:r>
        <w:t>لفظوں میں لکھا ہوا ہے۔ ایک ہی lesson دنیا میں ایسا ہے جو پتھر کی زبان میں لکھا ہوا ہے۔ اس کو دیکھیں۔</w:t>
      </w:r>
    </w:p>
    <w:p>
      <w:r>
        <w:rPr>
          <w:b/>
        </w:rPr>
        <w:t xml:space="preserve">[04:52] </w:t>
      </w:r>
      <w:r>
        <w:t>lekin ajeeb baat hai ke mere mein bohat parha bohat parha kahin mujhe ek insaan bhi nahi mila musalmanon mein jise is se sabak le aao.</w:t>
      </w:r>
    </w:p>
    <w:p>
      <w:pPr>
        <w:jc w:val="right"/>
      </w:pPr>
      <w:r>
        <w:t>لیکن عجیب بات ہے کہ میرے میں بہت پڑھا بہت پڑھا کہیں مجھے ایک انسان بھی نہیں ملا مسلمانوں میں جسے اس سے سبق لے آؤ۔</w:t>
      </w:r>
    </w:p>
    <w:p>
      <w:r>
        <w:rPr>
          <w:b/>
        </w:rPr>
        <w:t xml:space="preserve">[05:04] </w:t>
      </w:r>
      <w:r>
        <w:t>is se sabak le aao. bas jaate hain log sawab paane ke liye aur wahan zam zam peete hain. ek sahab jo ek senior aadmi isi Dilli ke the</w:t>
      </w:r>
    </w:p>
    <w:p>
      <w:pPr>
        <w:jc w:val="right"/>
      </w:pPr>
      <w:r>
        <w:t>اس سے سبق لے آؤ۔ بس جاتے ہیں لوگ ثواب پانے کے لیے اور وہاں زم زم پیتے ہیں۔ ایک صاحب جو ایک senior آدمی اسی دلی کے تھے</w:t>
      </w:r>
    </w:p>
    <w:p>
      <w:r>
        <w:rPr>
          <w:b/>
        </w:rPr>
        <w:t xml:space="preserve">[05:20] </w:t>
      </w:r>
      <w:r>
        <w:t>aur bohat hi religious aadmi the woh gaye hajj karne ke liye. to mein gaya un se jab wapas aaye to mein un se milne gaya.</w:t>
      </w:r>
    </w:p>
    <w:p>
      <w:pPr>
        <w:jc w:val="right"/>
      </w:pPr>
      <w:r>
        <w:t>اور بہت ہی religious آدمی تھے وہ گئے حج کرنے کے لیے۔ تو میں گیا ان سے جب واپس آئے تو میں ان سے ملنے گیا۔</w:t>
      </w:r>
    </w:p>
    <w:p>
      <w:r>
        <w:rPr>
          <w:b/>
        </w:rPr>
        <w:t xml:space="preserve">[05:34] </w:t>
      </w:r>
      <w:r>
        <w:t>to meri aadat hai ke mein poochta hoon ke koi bataiye kya wahan se le ke aaye? to mein ne un se poocha ke bataiye ke wahan kya tajurba hua?</w:t>
      </w:r>
    </w:p>
    <w:p>
      <w:pPr>
        <w:jc w:val="right"/>
      </w:pPr>
      <w:r>
        <w:t>تو میری عادت ہے کہ میں پوچھتا ہوں کہ کوئی بتائیے کیا وہاں سے لے کے آئے؟ تو میں نے ان سے پوچھا کہ بتائیے کہ وہاں کیا تجربہ ہوا؟</w:t>
      </w:r>
    </w:p>
    <w:p>
      <w:r>
        <w:rPr>
          <w:b/>
        </w:rPr>
        <w:t xml:space="preserve">[05:45] </w:t>
      </w:r>
      <w:r>
        <w:t>kya aap ko mila wahan par? to bari sanjeedgi se unhon ne kaha ke wahan to bas do cheezen hain khajoor aur zam zam.</w:t>
      </w:r>
    </w:p>
    <w:p>
      <w:pPr>
        <w:jc w:val="right"/>
      </w:pPr>
      <w:r>
        <w:t>کیا آپ کو ملا وہاں پر؟ تو بڑی سنجیدگی سے انہوں نے کہا کہ وہاں تو بس دو چیزیں ہیں کھجور اور زم زم۔</w:t>
      </w:r>
    </w:p>
    <w:p>
      <w:r>
        <w:rPr>
          <w:b/>
        </w:rPr>
        <w:t xml:space="preserve">[06:02] </w:t>
      </w:r>
      <w:r>
        <w:t>aap ghor kijiye khajoor aur zam zam ke liye Allah taala ne itna bada muamla kiya.</w:t>
      </w:r>
    </w:p>
    <w:p>
      <w:pPr>
        <w:jc w:val="right"/>
      </w:pPr>
      <w:r>
        <w:t>آپ غور کیجیے کھجور اور زم زم کے لیے اللہ تعالیٰ نے اتنا بڑا معاملہ کیا۔</w:t>
      </w:r>
    </w:p>
    <w:p>
      <w:r>
        <w:rPr>
          <w:b/>
        </w:rPr>
        <w:t xml:space="preserve">[06:12] </w:t>
      </w:r>
      <w:r>
        <w:t>to jab mein ne hajj kiya aur phir Bukhari ki ek riwayat parhi us par ghor kiya tab meri samajh mein aaya.</w:t>
      </w:r>
    </w:p>
    <w:p>
      <w:pPr>
        <w:jc w:val="right"/>
      </w:pPr>
      <w:r>
        <w:t>تو جب میں نے حج کیا اور پھر بخاری کی ایک روایت پڑھی اس پر غور کیا تب میری سمجھ میں آیا۔</w:t>
      </w:r>
    </w:p>
    <w:p>
      <w:r>
        <w:rPr>
          <w:b/>
        </w:rPr>
        <w:t xml:space="preserve">[06:20] </w:t>
      </w:r>
      <w:r>
        <w:t>dekhiye Kaaba jo hai chaar hazar saal pehle banaya tha Hazrat Ibrahim ne aur Hazrat Ismail ne.</w:t>
      </w:r>
    </w:p>
    <w:p>
      <w:pPr>
        <w:jc w:val="right"/>
      </w:pPr>
      <w:r>
        <w:t>دیکھیے کعبہ جو ہے چار ہزار سال پہلے بنایا تھا حضرت ابراہیم نے اور حضرت اسماعیل نے۔</w:t>
      </w:r>
    </w:p>
    <w:p>
      <w:r>
        <w:rPr>
          <w:b/>
        </w:rPr>
        <w:t xml:space="preserve">[06:29] </w:t>
      </w:r>
      <w:r>
        <w:t>ab se chaar hazar saal pehle. Rasool Allah jab aaye to us waqt dhai hazar saal ho chuke the. Rasool Allah ki nisbat se dhai hazar saal pehle hamari nisbat se chaar hazar saal pehle.</w:t>
      </w:r>
    </w:p>
    <w:p>
      <w:pPr>
        <w:jc w:val="right"/>
      </w:pPr>
      <w:r>
        <w:t>اب سے چار ہزار سال پہلے۔ رسول اللہ جب آئے تو اس وقت ڈھائی ہزار سال ہو چکے تھے۔ رسول اللہ کی نسبت سے ڈھائی ہزار سال پہلے ہماری نسبت سے چار ہزار سال پہلے۔</w:t>
      </w:r>
    </w:p>
    <w:p>
      <w:r>
        <w:rPr>
          <w:b/>
        </w:rPr>
        <w:t xml:space="preserve">[06:45] </w:t>
      </w:r>
      <w:r>
        <w:t>taqreeban. to wahan par aik ajeeb manzar hai.</w:t>
      </w:r>
    </w:p>
    <w:p>
      <w:pPr>
        <w:jc w:val="right"/>
      </w:pPr>
      <w:r>
        <w:t>تقریباً۔ تو وہاں پر ایک عجیب منظر ہے۔</w:t>
      </w:r>
    </w:p>
    <w:p>
      <w:r>
        <w:rPr>
          <w:b/>
        </w:rPr>
        <w:t xml:space="preserve">[06:53] </w:t>
      </w:r>
      <w:r>
        <w:t>aik anokha manzar.</w:t>
      </w:r>
    </w:p>
    <w:p>
      <w:pPr>
        <w:jc w:val="right"/>
      </w:pPr>
      <w:r>
        <w:t>ایک انوکھا منظر۔</w:t>
      </w:r>
    </w:p>
    <w:p>
      <w:r>
        <w:rPr>
          <w:b/>
        </w:rPr>
        <w:t xml:space="preserve">[06:58] </w:t>
      </w:r>
      <w:r>
        <w:t>hazrat ibrahim ne jo kaba banaya tha wo rectangular tha yani lambai mein tha wo iski shape lambai mein thi.</w:t>
      </w:r>
    </w:p>
    <w:p>
      <w:pPr>
        <w:jc w:val="right"/>
      </w:pPr>
      <w:r>
        <w:t>حضرت ابراہیم نے جو کعبہ بنایا تھا وہ rectangular تھا یعنی لمبائی میں تھا وہ اس کی shape لمبائی میں تھی۔</w:t>
      </w:r>
    </w:p>
    <w:p>
      <w:r>
        <w:rPr>
          <w:b/>
        </w:rPr>
        <w:t xml:space="preserve">[07:08] </w:t>
      </w:r>
      <w:r>
        <w:t>rectangular. lekin aaj jo kaba hai wo isi ko square hai yeh chokor hai.</w:t>
      </w:r>
    </w:p>
    <w:p>
      <w:pPr>
        <w:jc w:val="right"/>
      </w:pPr>
      <w:r>
        <w:t>Rectangular۔ لیکن آج جو کعبہ ہے وہ اسی کو square ہے یہ چوکور ہے۔</w:t>
      </w:r>
    </w:p>
    <w:p>
      <w:r>
        <w:rPr>
          <w:b/>
        </w:rPr>
        <w:t xml:space="preserve">[07:18] </w:t>
      </w:r>
      <w:r>
        <w:t>to kaba ke sath sath aik mila hua hai aik tooti hui jagah jo kal kaba ka jo raqba tha hazrat ibrahim ke zamane mein us ka one third hai wo.</w:t>
      </w:r>
    </w:p>
    <w:p>
      <w:pPr>
        <w:jc w:val="right"/>
      </w:pPr>
      <w:r>
        <w:t>تو کعبہ کے ساتھ ساتھ ایک ملا ہوا ہے ایک ٹوٹی ہوئی جگہ جو کل کعبہ کا جو رقبہ تھا حضرت ابراہیم کے زمانے میں اس کا one third ہے وہ۔</w:t>
      </w:r>
    </w:p>
    <w:p>
      <w:r>
        <w:rPr>
          <w:b/>
        </w:rPr>
        <w:t xml:space="preserve">[07:34] </w:t>
      </w:r>
      <w:r>
        <w:t>to kaba ka one third toota hua hai huzoor kehte hain hatim. hatim.</w:t>
      </w:r>
    </w:p>
    <w:p>
      <w:pPr>
        <w:jc w:val="right"/>
      </w:pPr>
      <w:r>
        <w:t>تو کعبہ کا one third ٹوٹا ہوا ہے حضور کہتے ہیں حطیم۔ حطیم۔</w:t>
      </w:r>
    </w:p>
    <w:p>
      <w:r>
        <w:rPr>
          <w:b/>
        </w:rPr>
        <w:t xml:space="preserve">[07:45] </w:t>
      </w:r>
      <w:r>
        <w:t>to kaba khud to chokor building hai is ke sath</w:t>
      </w:r>
    </w:p>
    <w:p>
      <w:pPr>
        <w:jc w:val="right"/>
      </w:pPr>
      <w:r>
        <w:t>تو کعبہ خود تو چوکور بلڈنگ ہے اس کے ساتھ</w:t>
      </w:r>
    </w:p>
    <w:p>
      <w:r>
        <w:rPr>
          <w:b/>
        </w:rPr>
        <w:t xml:space="preserve">[07:54] </w:t>
      </w:r>
      <w:r>
        <w:t>aik open jagah hai open us ko kehte hain hatim.</w:t>
      </w:r>
    </w:p>
    <w:p>
      <w:pPr>
        <w:jc w:val="right"/>
      </w:pPr>
      <w:r>
        <w:t>ایک open جگہ ہے open اس کو کہتے ہیں حطیم۔</w:t>
      </w:r>
    </w:p>
    <w:p>
      <w:r>
        <w:rPr>
          <w:b/>
        </w:rPr>
        <w:t xml:space="preserve">[08:03] </w:t>
      </w:r>
      <w:r>
        <w:t>to yeh jo hatim hai jo open jagah hai hazrat ibrahim ke zamane mein wo kaba mein shamil thi. rasool allah ki ba'sat se pehle kaha jata hai ke makkah mein sailab aya toofan aya to kaba ki jo building thi hazrat ibrahim wali wo damage ho gayi.</w:t>
      </w:r>
    </w:p>
    <w:p>
      <w:pPr>
        <w:jc w:val="right"/>
      </w:pPr>
      <w:r>
        <w:t>تو یہ جو حطیم ہے جو open جگہ ہے حضرت ابراہیم کے زمانے میں وہ کعبہ میں شامل تھی۔ رسول اللہ کی بعثت سے پہلے کہا جاتا ہے کہ مکہ میں سیلاب آیا طوفان آیا تو کعبہ کی جو بلڈنگ تھی حضرت ابراہیم والی وہ damage ہو گئی۔</w:t>
      </w:r>
    </w:p>
    <w:p>
      <w:r>
        <w:rPr>
          <w:b/>
        </w:rPr>
        <w:t xml:space="preserve">[08:32] </w:t>
      </w:r>
      <w:r>
        <w:t>damage ho gayi ya gir gayi. is zamane mein makkah par mushrikeen mushrik logon ka qabza tha. mushrik sardar wahan par rule karte thay.</w:t>
      </w:r>
    </w:p>
    <w:p>
      <w:pPr>
        <w:jc w:val="right"/>
      </w:pPr>
      <w:r>
        <w:t>Damage ہو گئی یا گر گئی۔ اس زمانے میں مکہ پر مشرکین مشرک لوگوں کا قبضہ تھا۔ مشرک سردار وہاں پر rule کرتے تھے۔</w:t>
      </w:r>
    </w:p>
    <w:p>
      <w:r>
        <w:rPr>
          <w:b/>
        </w:rPr>
        <w:t xml:space="preserve">[08:48] </w:t>
      </w:r>
      <w:r>
        <w:t>to unhon ne kaba ko jo rebuild kiya rebuild kiya to kisi wajah se unhon ne jo site thi kaba ki site s i t e us ke aadhe hisse par kaba banaya aur one third chhod diya khali.</w:t>
      </w:r>
    </w:p>
    <w:p>
      <w:pPr>
        <w:jc w:val="right"/>
      </w:pPr>
      <w:r>
        <w:t>تو انہوں نے کعبہ کو جو rebuild کیا rebuild کیا تو کسی وجہ سے انہوں نے جو site تھی کعبہ کی site ایس آئی ٹی اس کے آدھے حصے پر کعبہ بنایا اور one third چھوڑ دیا خالی۔</w:t>
      </w:r>
    </w:p>
    <w:p>
      <w:r>
        <w:rPr>
          <w:b/>
        </w:rPr>
        <w:t xml:space="preserve">[09:10] </w:t>
      </w:r>
      <w:r>
        <w:t>isi ko kehte hain hatim.</w:t>
      </w:r>
    </w:p>
    <w:p>
      <w:pPr>
        <w:jc w:val="right"/>
      </w:pPr>
      <w:r>
        <w:t>اسی کو کہتے ہیں حطیم۔</w:t>
      </w:r>
    </w:p>
    <w:p>
      <w:r>
        <w:rPr>
          <w:b/>
        </w:rPr>
        <w:t xml:space="preserve">[09:17] </w:t>
      </w:r>
      <w:r>
        <w:t>to bukhari mein aik riwayat hai aur kai hadith kitabon mein aayi hai</w:t>
      </w:r>
    </w:p>
    <w:p>
      <w:pPr>
        <w:jc w:val="right"/>
      </w:pPr>
      <w:r>
        <w:t>تو بخاری میں ایک روایت ہے اور کئی حدیث کتابوں میں آئی ہے</w:t>
      </w:r>
    </w:p>
    <w:p>
      <w:r>
        <w:rPr>
          <w:b/>
        </w:rPr>
        <w:t xml:space="preserve">[09:24] </w:t>
      </w:r>
      <w:r>
        <w:t>ke rasool allah sallallahu alaihi wasallam ne hazrat aisha se kaha ke yeh jo kaba khada hua hai yeh ibrahimi buniyad par nahi hai.</w:t>
      </w:r>
    </w:p>
    <w:p>
      <w:pPr>
        <w:jc w:val="right"/>
      </w:pPr>
      <w:r>
        <w:t>کہ رسول اللہ صلی اللہ علیہ وسلم نے حضرت عائشہ سے کہا کہ یہ جو کعبہ کھڑا ہوا ہے یہ ابراہیم کی بنیاد پر نہیں ہے۔</w:t>
      </w:r>
    </w:p>
    <w:p>
      <w:r>
        <w:rPr>
          <w:b/>
        </w:rPr>
        <w:t xml:space="preserve">[09:34] </w:t>
      </w:r>
      <w:r>
        <w:t>yeh mushrik logon ki buniyad par hai yani is baat ki yaadgar hai ke mushrik logon ne kaba ko rebuild kiya tha is tarike se.</w:t>
      </w:r>
    </w:p>
    <w:p>
      <w:pPr>
        <w:jc w:val="right"/>
      </w:pPr>
      <w:r>
        <w:t>یہ مشرک لوگوں کی بنیاد پر ہے یعنی اس بات کی یادگار ہے کہ مشرک لوگوں نے کعبہ کو rebuild کیا تھا اس طریقے سے۔</w:t>
      </w:r>
    </w:p>
    <w:p>
      <w:r>
        <w:rPr>
          <w:b/>
        </w:rPr>
        <w:t xml:space="preserve">[09:44] </w:t>
      </w:r>
      <w:r>
        <w:t>to main chahta hoon ke main is ko utha kar ke dobara abrahami jo ibrahim ke daur mein jo kaba tha wo waisa kaba bana doon.</w:t>
      </w:r>
    </w:p>
    <w:p>
      <w:pPr>
        <w:jc w:val="right"/>
      </w:pPr>
      <w:r>
        <w:t>تو میں چاہتا ہوں کہ میں اس کو اٹھا کر کے دوبارہ ابراہیمی جو ابراہیم کے دور میں جو کعبہ تھا وہ ویسا کعبہ بنا دوں۔</w:t>
      </w:r>
    </w:p>
    <w:p>
      <w:r>
        <w:rPr>
          <w:b/>
        </w:rPr>
        <w:t xml:space="preserve">[09:56] </w:t>
      </w:r>
      <w:r>
        <w:t>rectangle. to hazrat aisha ne kaha ke aap bana dijiye phir kyun nahi banate? to aap ne kaha ke nahi logon mein</w:t>
      </w:r>
    </w:p>
    <w:p>
      <w:pPr>
        <w:jc w:val="right"/>
      </w:pPr>
      <w:r>
        <w:t>Rectangle۔ تو حضرت عائشہ نے کہا کہ آپ بنا دیجیے پھر کیوں نہیں بناتے؟ تو آپ نے کہا کہ نہیں لوگوں میں</w:t>
      </w:r>
    </w:p>
    <w:p>
      <w:r>
        <w:rPr>
          <w:b/>
        </w:rPr>
        <w:t xml:space="preserve">[10:12] </w:t>
      </w:r>
      <w:r>
        <w:t>logon mein baghavat aa jayegi. baghavat ka lafz nahi hai mafhoom is ka yahi hai log is ko accept nahi karenge.</w:t>
      </w:r>
    </w:p>
    <w:p>
      <w:pPr>
        <w:jc w:val="right"/>
      </w:pPr>
      <w:r>
        <w:t>لوگوں میں بغاوت آ جائے گی۔ بغاوت کا لفظ نہیں ہے مفہوم اس کا یہی ہے لوگ اس کو accept نہیں کریں گے۔</w:t>
      </w:r>
    </w:p>
    <w:p>
      <w:r>
        <w:rPr>
          <w:b/>
        </w:rPr>
        <w:t xml:space="preserve">[10:26] </w:t>
      </w:r>
      <w:r>
        <w:t>accept nahi karenge. chunancha aise hi hua rasool allah ke baad aik zamana aaya jab ke makkah ke governor thay wo</w:t>
      </w:r>
    </w:p>
    <w:p>
      <w:pPr>
        <w:jc w:val="right"/>
      </w:pPr>
      <w:r>
        <w:t>Accept نہیں کریں گے۔ چنانچہ ایسے ہی ہوا رسول اللہ کے بعد ایک زمانہ آیا جب کہ مکہ کے گورنر تھے وہ</w:t>
      </w:r>
    </w:p>
    <w:p>
      <w:r>
        <w:rPr>
          <w:b/>
        </w:rPr>
        <w:t xml:space="preserve">[10:42] </w:t>
      </w:r>
      <w:r>
        <w:t>wo ibn zubair abdullah ibn zubair to jab wo makkah ke governor thay to unhon ne yahi kiya yani kaba ko uthaya aur</w:t>
      </w:r>
    </w:p>
    <w:p>
      <w:pPr>
        <w:jc w:val="right"/>
      </w:pPr>
      <w:r>
        <w:t>وہ ابن زبیر عبداللہ ابن زبیر تو جب وہ مکہ کے گورنر تھے تو انہوں نے یہی کیا یعنی کعبہ کو اٹھایا اور</w:t>
      </w:r>
    </w:p>
    <w:p>
      <w:r>
        <w:rPr>
          <w:b/>
        </w:rPr>
        <w:t xml:space="preserve">[10:56] </w:t>
      </w:r>
      <w:r>
        <w:t>aur us ko waisa bana diya jo hazrat ibrahim ke zamane mein jo tha rectangle. to jante hain kya hua? abdullah ibn zubair ke marte hi hajjaj yusuf ke hath mein charge aaya to us ne is building ko utha diya phir dobara aur wahi banaya kaba jo jo mushrikeen ne banaya tha chokor.</w:t>
      </w:r>
    </w:p>
    <w:p>
      <w:pPr>
        <w:jc w:val="right"/>
      </w:pPr>
      <w:r>
        <w:t>اور اس کو ویسا بنا دیا جو حضرت ابراہیم کے زمانے میں جو تھا rectangle۔ تو جانتے ہیں کیا ہوا؟ عبداللہ ابن زبیر کے مرتے ہی حجاج یوسف کے ہاتھ میں charge آیا تو اس نے اس بلڈنگ کو اٹھا دیا پھر دوبارہ اور وہی بنایا کعبہ جو جو مشرکین نے بنایا تھا چوکور۔</w:t>
      </w:r>
    </w:p>
    <w:p>
      <w:r>
        <w:rPr>
          <w:b/>
        </w:rPr>
        <w:t xml:space="preserve">[11:22] </w:t>
      </w:r>
      <w:r>
        <w:t>yeh hai manafe' jo quran mein hai ke layashhadu manafi'a lahum yeh hai benefit yani historical lesson yahan benefit ka matlab hai historical lesson.</w:t>
      </w:r>
    </w:p>
    <w:p>
      <w:pPr>
        <w:jc w:val="right"/>
      </w:pPr>
      <w:r>
        <w:t>یہ ہے منافع جو قرآن میں ہے کہ لَيَشْهَدُوا مَنَافِعَ لَهُمْ یہ ہے benefit یعنی historical lesson یہاں benefit کا مطلب ہے historical lesson۔</w:t>
      </w:r>
    </w:p>
    <w:p>
      <w:r>
        <w:rPr>
          <w:b/>
        </w:rPr>
        <w:t xml:space="preserve">[11:40] </w:t>
      </w:r>
      <w:r>
        <w:t>to meri tamanna hai ke main kabhi apne sathiyon ko le kar jaon aur dikhaon ke dekho kitna rasool allah sallallahu alaihi wasallam ne itna bara yahan par sabak diya tha jo history mein kisi ne nahi diya.</w:t>
      </w:r>
    </w:p>
    <w:p>
      <w:pPr>
        <w:jc w:val="right"/>
      </w:pPr>
      <w:r>
        <w:t>تو میری تمنا ہے کہ میں کبھی اپنے ساتھیوں کو لے کر جاؤں اور دکھاؤں کہ دیکھو کتنا رسول اللہ صلی اللہ علیہ وسلم نے اتنا بڑا یہاں پر سبق دیا تھا جو history میں کسی نے نہیں دیا۔</w:t>
      </w:r>
    </w:p>
    <w:p>
      <w:r>
        <w:rPr>
          <w:b/>
        </w:rPr>
        <w:t xml:space="preserve">[11:53] </w:t>
      </w:r>
      <w:r>
        <w:t>lekin is se bhi ajeeb baat hai ke musalmanon mein koi aik shakhs nahi mujhe mila jo janta hai jaane is sabak ko. koi agar ho to mujhe bataiye aap sunne walon mein koi meri baat ko na mane to bataye wo kaun tha?</w:t>
      </w:r>
    </w:p>
    <w:p>
      <w:pPr>
        <w:jc w:val="right"/>
      </w:pPr>
      <w:r>
        <w:t>لیکن اس سے بھی عجیب بات ہے کہ مسلمانوں میں کوئی ایک شخص نہیں مجھے ملا جو جانتا ہے جانے اس سبق کو۔ کوئی اگر ہو تو مجھے بتائیے آپ سننے والوں میں کوئی میری بات کو نہ مانے تو بتائے وہ کون تھا؟</w:t>
      </w:r>
    </w:p>
    <w:p>
      <w:r>
        <w:rPr>
          <w:b/>
        </w:rPr>
        <w:t xml:space="preserve">[12:12] </w:t>
      </w:r>
      <w:r>
        <w:t>jaate haj karne ke liye bas sawab lete dekh ke jate khajoor aur zam zam. dekhiye wo jo kaba khada hua hai abrahami buniyad par nahi balki mushrikeen ki buniyad par to is par lambi muddat guzar chuki thi lambi muddat yani wo history ban chuka tha.</w:t>
      </w:r>
    </w:p>
    <w:p>
      <w:pPr>
        <w:jc w:val="right"/>
      </w:pPr>
      <w:r>
        <w:t>جاتے حج کرنے کے لیے بس ثواب لیتے دیکھ کے جاتے کھجور اور زم زم۔ دیکھیے وہ جو کعبہ کھڑا ہوا ہے ابراہیمی بنیاد پر نہیں بلکہ مشرکین کی بنیاد پر تو اس پر لمبی مدت گزر چکی تھی لمبی مدت یعنی وہ history بن چکا تھا۔</w:t>
      </w:r>
    </w:p>
    <w:p>
      <w:r>
        <w:rPr>
          <w:b/>
        </w:rPr>
        <w:t xml:space="preserve">[12:38] </w:t>
      </w:r>
      <w:r>
        <w:t>woh jo shape tha us ka us ka shape history ban chuka tha.</w:t>
      </w:r>
    </w:p>
    <w:p>
      <w:pPr>
        <w:jc w:val="right"/>
      </w:pPr>
      <w:r>
        <w:t>وہ جو shape تھا اس کا اس کا shape history بن چکا تھا۔</w:t>
      </w:r>
    </w:p>
    <w:p>
      <w:r>
        <w:rPr>
          <w:b/>
        </w:rPr>
        <w:t xml:space="preserve">[12:45] </w:t>
      </w:r>
      <w:r>
        <w:t>toh rasool Allah sal Allah alaihi wasallam ne yeh sabaq diya ke kabhi bhi history ko reshape karne ki koshish mat karo.</w:t>
      </w:r>
    </w:p>
    <w:p>
      <w:pPr>
        <w:jc w:val="right"/>
      </w:pPr>
      <w:r>
        <w:t>تو رسول اللہ صلی اللہ علیہ وسلم نے یہ سبق دیا کہ کبھی بھی history کو reshape کرنے کی کوشش مت کرو۔</w:t>
      </w:r>
    </w:p>
    <w:p>
      <w:r>
        <w:rPr>
          <w:b/>
        </w:rPr>
        <w:t xml:space="preserve">[12:55] </w:t>
      </w:r>
      <w:r>
        <w:t>Don't try to reshape the history. Never never never.</w:t>
      </w:r>
    </w:p>
    <w:p>
      <w:pPr>
        <w:jc w:val="right"/>
      </w:pPr>
      <w:r>
        <w:t>Don't try to reshape the history۔ Never never never۔</w:t>
      </w:r>
    </w:p>
    <w:p>
      <w:r>
        <w:rPr>
          <w:b/>
        </w:rPr>
        <w:t xml:space="preserve">[13:03] </w:t>
      </w:r>
      <w:r>
        <w:t>balkeh history ko avail karo. Yaani woh jo kaba ki jo shakal hai woh pathar ki zaban mein bol rahi hai ke history ko sirf avail karo history ko reshape karne ki koshish mat karo.</w:t>
      </w:r>
    </w:p>
    <w:p>
      <w:pPr>
        <w:jc w:val="right"/>
      </w:pPr>
      <w:r>
        <w:t>بلکہ history کو avail کرو۔ یعنی وہ جو کعبہ کی جو شکل ہے وہ پتھر کی زبان میں بول رہی ہے کہ history کو صرف avail کرو history کو reshape کرنے کی کوشش مت کرو۔</w:t>
      </w:r>
    </w:p>
    <w:p>
      <w:r>
        <w:rPr>
          <w:b/>
        </w:rPr>
        <w:t xml:space="preserve">[13:28] </w:t>
      </w:r>
      <w:r>
        <w:t>warna tum fail ho jaoge. Reshape toh kar nahi sakoge aur tum khud fail ho jaoge. Aur sare musalman tareekh mein musalman leaderon ne yahi kiya hai history ko reshape karne ki.</w:t>
      </w:r>
    </w:p>
    <w:p>
      <w:pPr>
        <w:jc w:val="right"/>
      </w:pPr>
      <w:r>
        <w:t>ورنہ تم fail ہو جاؤ گے۔ Reshape تو کر نہیں سکو گے اور تم خود fail ہو جاؤ گے۔ اور سارے مسلم تاریخ میں مسلم لیڈروں نے یہی کیا ہے history کو reshape کرنے کی۔</w:t>
      </w:r>
    </w:p>
    <w:p>
      <w:r>
        <w:rPr>
          <w:b/>
        </w:rPr>
        <w:t xml:space="preserve">[13:43] </w:t>
      </w:r>
      <w:r>
        <w:t>Aur sab ke sab fail ho gaye.</w:t>
      </w:r>
    </w:p>
    <w:p>
      <w:pPr>
        <w:jc w:val="right"/>
      </w:pPr>
      <w:r>
        <w:t>اور سب کے سب fail ہو گئے۔</w:t>
      </w:r>
    </w:p>
    <w:p>
      <w:r>
        <w:rPr>
          <w:b/>
        </w:rPr>
        <w:t xml:space="preserve">[13:49] </w:t>
      </w:r>
      <w:r>
        <w:t>History ko reshape karne ki koshish ki ke tamam musalman leaderon ne. Aur sab ke sab fail ho gaye jo un ka goal tha woh poora nahi hua.</w:t>
      </w:r>
    </w:p>
    <w:p>
      <w:pPr>
        <w:jc w:val="right"/>
      </w:pPr>
      <w:r>
        <w:t>History کو reshape کرنے کی کوشش کی کہ تمام مسلم لیڈروں نے۔ اور سب کے سب fail ہو گئے جو ان کا goal تھا وہ پورا نہیں ہوا۔</w:t>
      </w:r>
    </w:p>
    <w:p>
      <w:r>
        <w:rPr>
          <w:b/>
        </w:rPr>
        <w:t xml:space="preserve">[14:07] </w:t>
      </w:r>
      <w:r>
        <w:t>Toh yeh kaisi ajeeb rasool Allah sal Allah alaihi wasallam ki ne lead diya tha lead poori history ko lead diya tha sari insaniyat ko sirf musalmanon ko nahi.</w:t>
      </w:r>
    </w:p>
    <w:p>
      <w:pPr>
        <w:jc w:val="right"/>
      </w:pPr>
      <w:r>
        <w:t>تو یہ کیسی عجیب رسول اللہ صلی اللہ علیہ وسلم کی نے lead دیا تھا lead پوری history کو lead دیا تھا ساری انسانیت کو صرف مسلمانوں کو نہیں۔</w:t>
      </w:r>
    </w:p>
    <w:p>
      <w:r>
        <w:rPr>
          <w:b/>
        </w:rPr>
        <w:t xml:space="preserve">[14:22] </w:t>
      </w:r>
      <w:r>
        <w:t>History jo banti hai bohat se factors hote hain bohat se factors hote hain tab history banti hai. Kisi ne kaha hai ke it requires a lot of history to make a little tradition.</w:t>
      </w:r>
    </w:p>
    <w:p>
      <w:pPr>
        <w:jc w:val="right"/>
      </w:pPr>
      <w:r>
        <w:t>History جو بنتی ہے بہت سے factors ہوتے ہیں بہت سے factors ہوتے ہیں تب history بنتی ہے۔ کسی نے کہا ہے کہ it requires a lot of history to make a little tradition۔</w:t>
      </w:r>
    </w:p>
    <w:p>
      <w:r>
        <w:rPr>
          <w:b/>
        </w:rPr>
        <w:t xml:space="preserve">[14:39] </w:t>
      </w:r>
      <w:r>
        <w:t>Toh history jo ban gayi ho us ko avail toh kar sakte hain aap us ko reshape nahi kar sakte. Accha khud rasool Allah sal Allah alaihi wasallam ne is ki bohat hi bari misaal qaim ki.</w:t>
      </w:r>
    </w:p>
    <w:p>
      <w:pPr>
        <w:jc w:val="right"/>
      </w:pPr>
      <w:r>
        <w:t>تو history جو بن گئی ہو اس کو avail تو کر سکتے ہیں آپ اس کو reshape نہیں کر سکتے۔ اچھا خود رسول اللہ صلی اللہ علیہ وسلم نے اس کی بہت ہی بڑی مثال قائم کی۔</w:t>
      </w:r>
    </w:p>
    <w:p>
      <w:r>
        <w:rPr>
          <w:b/>
        </w:rPr>
        <w:t xml:space="preserve">[14:54] </w:t>
      </w:r>
      <w:r>
        <w:t>Reshape karna kya hai avail karna kya hai?</w:t>
      </w:r>
    </w:p>
    <w:p>
      <w:pPr>
        <w:jc w:val="right"/>
      </w:pPr>
      <w:r>
        <w:t>Reshape کرنا کیا ہے avail کرنا کیا ہے؟</w:t>
      </w:r>
    </w:p>
    <w:p>
      <w:r>
        <w:rPr>
          <w:b/>
        </w:rPr>
        <w:t xml:space="preserve">[14:59] </w:t>
      </w:r>
      <w:r>
        <w:t>Reshape karna toh yeh tha ke aap kaba ko uthate jo aap ke zamane mein tha aur us ko ibrahimi dhanchay ke sath banate yaani chokor chokor ki bajaye rectangle.</w:t>
      </w:r>
    </w:p>
    <w:p>
      <w:pPr>
        <w:jc w:val="right"/>
      </w:pPr>
      <w:r>
        <w:t>Reshape کرنا تو یہ تھا کہ آپ کعبہ کو اٹھاتے جو آپ کے زمانے میں تھا اور اس کو ابراہیمی ڈھانچے کے ساتھ بناتے یعنی چوکور چوکور کی بجائے rectangle۔</w:t>
      </w:r>
    </w:p>
    <w:p>
      <w:r>
        <w:rPr>
          <w:b/>
        </w:rPr>
        <w:t xml:space="preserve">[15:18] </w:t>
      </w:r>
      <w:r>
        <w:t>Toh aap ne yeh nahi kiya.</w:t>
      </w:r>
    </w:p>
    <w:p>
      <w:pPr>
        <w:jc w:val="right"/>
      </w:pPr>
      <w:r>
        <w:t>تو آپ نے یہ نہیں کیا۔</w:t>
      </w:r>
    </w:p>
    <w:p>
      <w:r>
        <w:rPr>
          <w:b/>
        </w:rPr>
        <w:t xml:space="preserve">[15:22] </w:t>
      </w:r>
      <w:r>
        <w:t>Aap ne kiya kiya ke kaba ki jo history thi</w:t>
      </w:r>
    </w:p>
    <w:p>
      <w:pPr>
        <w:jc w:val="right"/>
      </w:pPr>
      <w:r>
        <w:t>آپ نے کیا کیا کہ کعبہ کی جو history تھی</w:t>
      </w:r>
    </w:p>
    <w:p>
      <w:r>
        <w:rPr>
          <w:b/>
        </w:rPr>
        <w:t xml:space="preserve">[15:30] </w:t>
      </w:r>
      <w:r>
        <w:t>us ki wajah se woh bohat muqaddas building ban gayi thi muqaddas arab ki sab se zyada muqaddas building. Toh mushrik jo leaders the tribal chiefs unhone kiya kiya unhone kaba ki premises mein sare arab qabail ke but alag rakh diye.</w:t>
      </w:r>
    </w:p>
    <w:p>
      <w:pPr>
        <w:jc w:val="right"/>
      </w:pPr>
      <w:r>
        <w:t>اس کی وجہ سے وہ بہت مقدس بلڈنگ بن گئی تھی مقدس عرب کی سب سے زیادہ مقدس بلڈنگ۔ تو مشرک جو لیڈرز تھے tribal chiefs انہوں نے کیا کیا انہوں نے کعبہ کی premises میں سارے عرب قبائل کے بت الگ رکھ دیے۔</w:t>
      </w:r>
    </w:p>
    <w:p>
      <w:r>
        <w:rPr>
          <w:b/>
        </w:rPr>
        <w:t xml:space="preserve">[15:54] </w:t>
      </w:r>
      <w:r>
        <w:t>Yaani arab Arabian pressure jo tha bohat se is mein tribes the jo shirk ko mante the un ke but alag alag the.</w:t>
      </w:r>
    </w:p>
    <w:p>
      <w:pPr>
        <w:jc w:val="right"/>
      </w:pPr>
      <w:r>
        <w:t>یعنی عرب Arabian pressure جو تھا بہت سے اس میں tribes تھے جو شرک کو مانتے تھے ان کے بت الگ الگ تھے۔</w:t>
      </w:r>
    </w:p>
    <w:p>
      <w:r>
        <w:rPr>
          <w:b/>
        </w:rPr>
        <w:t xml:space="preserve">[16:04] </w:t>
      </w:r>
      <w:r>
        <w:t>Har har qabail ka har tribe ka but alag tha. Toh sab ke but jo hai un ka aap jante hain ke but ka matlab hota hai pathar ki surat banana un ke pathar ki surat banai unhone har ek ke but ki pathar ki surat banai aur alag kaha ke premises rakh diya.</w:t>
      </w:r>
    </w:p>
    <w:p>
      <w:pPr>
        <w:jc w:val="right"/>
      </w:pPr>
      <w:r>
        <w:t>ہر ہر قبیلے کا ہر tribe کا بت الگ تھا۔ تو سب کے بت جو ہے ان کا آپ جانتے ہیں کہ بت کا مطلب ہوتا ہے پتھر کی صورت بنانا ان کے پتھر کی صورت بنائی انہوں نے ہر ایک کے بت کی پتھر کی صورت بنائی اور الگ کہا کہ premises رکھ دیا۔</w:t>
      </w:r>
    </w:p>
    <w:p>
      <w:r>
        <w:rPr>
          <w:b/>
        </w:rPr>
        <w:t xml:space="preserve">[16:27] </w:t>
      </w:r>
      <w:r>
        <w:t>Yeh mushrik logon ne kiya tha.</w:t>
      </w:r>
    </w:p>
    <w:p>
      <w:pPr>
        <w:jc w:val="right"/>
      </w:pPr>
      <w:r>
        <w:t>یہ مشرک لوگوں نے کیا تھا۔</w:t>
      </w:r>
    </w:p>
    <w:p>
      <w:r>
        <w:rPr>
          <w:b/>
        </w:rPr>
        <w:t xml:space="preserve">[16:31] </w:t>
      </w:r>
      <w:r>
        <w:t>Phir kiya hua ke sare arab ke jo bikhre hue tribes the woh ate the daily daily daily daily base par wahan ate the woh apne bonton ka darshan karte the un ko charawa charhate the un ki ziyarat karte the un ki muraden mangte the toh daily base par wahan ek assembly hoti thi.</w:t>
      </w:r>
    </w:p>
    <w:p>
      <w:pPr>
        <w:jc w:val="right"/>
      </w:pPr>
      <w:r>
        <w:t>پھر کیا ہوا کہ سارے عرب کے جو بکھرے ہوئے tribes تھے وہ آتے تھے daily daily daily daily base پر وہاں آتے تھے وہ اپنے بتوں کا درشن کرتے تھے ان کو چڑھاوا چڑھاتے تھے ان کی زیارت کرتے تھے ان کی مرادیں مانگتے تھے تو daily base پر وہاں ایک assembly ہوتی تھی۔</w:t>
      </w:r>
    </w:p>
    <w:p>
      <w:r>
        <w:rPr>
          <w:b/>
        </w:rPr>
        <w:t xml:space="preserve">[17:00] </w:t>
      </w:r>
      <w:r>
        <w:t>Toh aap rasool Allah sal Allah alaihi wasallam kitna zyada wisdom the aap ke andar.</w:t>
      </w:r>
    </w:p>
    <w:p>
      <w:pPr>
        <w:jc w:val="right"/>
      </w:pPr>
      <w:r>
        <w:t>تو آپ رسول اللہ صلی اللہ علیہ وسلم کتنا زیادہ wisdom تھے آپ کے اندر۔</w:t>
      </w:r>
    </w:p>
    <w:p>
      <w:r>
        <w:rPr>
          <w:b/>
        </w:rPr>
        <w:t xml:space="preserve">[17:08] </w:t>
      </w:r>
      <w:r>
        <w:t>Kitna unhone dealing kiya yaani bonton ko aur assembly ko dealing kiya.</w:t>
      </w:r>
    </w:p>
    <w:p>
      <w:pPr>
        <w:jc w:val="right"/>
      </w:pPr>
      <w:r>
        <w:t>کتنا انہوں نے dealing کیا یعنی بتوں کو اور assembly کو dealing کیا۔</w:t>
      </w:r>
    </w:p>
    <w:p>
      <w:r>
        <w:rPr>
          <w:b/>
        </w:rPr>
        <w:t xml:space="preserve">[17:17] </w:t>
      </w:r>
      <w:r>
        <w:t>Kaisi ajeeb wisdom thi yeh ke bonton ka jo presence tha aur jo assembly hoti thi dono ko dealing kiya. Aur phir us ko kiya kiya ke us assembly ko aap ne apne audience ke tor par istemal kiya.</w:t>
      </w:r>
    </w:p>
    <w:p>
      <w:pPr>
        <w:jc w:val="right"/>
      </w:pPr>
      <w:r>
        <w:t>کیسی عجیب wisdom تھی یہ کہ بتوں کا جو presence تھا اور جو assembly ہوتی تھی دونوں کو dealing کیا۔ اور پھر اس کو کیا کیا کہ اس assembly کو آپ نے اپنے audience کے طور پر استعمال کیا۔</w:t>
      </w:r>
    </w:p>
    <w:p>
      <w:r>
        <w:rPr>
          <w:b/>
        </w:rPr>
        <w:t xml:space="preserve">[17:36] </w:t>
      </w:r>
      <w:r>
        <w:t>Audience. Audience ke tor par istemal kiya. Aur tehra saal tak aap wahan ja kar ke logon ko batate rahe</w:t>
      </w:r>
    </w:p>
    <w:p>
      <w:pPr>
        <w:jc w:val="right"/>
      </w:pPr>
      <w:r>
        <w:t>Audience۔ Audience کے طور پر استعمال کیا۔ اور تیرہ سال تک آپ وہاں جا کر کے لوگوں کو بتاتے رہے</w:t>
      </w:r>
    </w:p>
    <w:p>
      <w:r>
        <w:rPr>
          <w:b/>
        </w:rPr>
        <w:t xml:space="preserve">[17:49] </w:t>
      </w:r>
      <w:r>
        <w:t>Qulu ayuhal nas la ilaha tuflehu Quran sunate the. Quran sunate hain aur Islam ki taleemat batate hain.</w:t>
      </w:r>
    </w:p>
    <w:p>
      <w:pPr>
        <w:jc w:val="right"/>
      </w:pPr>
      <w:r>
        <w:t>قولو ایہا الناس لا الہ تُفْلَهُ قرآن سناتے تھے۔ قرآن سناتے ہیں اور اسلام کی تعلیمات بتاتے ہیں۔</w:t>
      </w:r>
    </w:p>
    <w:p>
      <w:r>
        <w:rPr>
          <w:b/>
        </w:rPr>
        <w:t xml:space="preserve">[18:01] </w:t>
      </w:r>
      <w:r>
        <w:t>Aur kabhi aap ne ek bar bhi yeh nahi kaha ke yahan but ko rakha hai is ko tod phod ke phenkte hain yeh nahi kiya. Kyun ke woh history ko is se ladne ka mani ho jata hai is ka.</w:t>
      </w:r>
    </w:p>
    <w:p>
      <w:pPr>
        <w:jc w:val="right"/>
      </w:pPr>
      <w:r>
        <w:t>اور کبھی آپ نے ایک بار بھی یہ نہیں کہا کہ یہاں بت کو رکھا ہے اس کو توڑ پھوڑ کے پھینکتے ہیں یہ نہیں کیا۔ کیونکہ وہ history کو اس سے لڑنے کا معنی ہو جاتا ہے اس کا۔</w:t>
      </w:r>
    </w:p>
    <w:p>
      <w:r>
        <w:rPr>
          <w:b/>
        </w:rPr>
        <w:t xml:space="preserve">[18:15] </w:t>
      </w:r>
      <w:r>
        <w:t>aap history se nahi larte. aur jo audience banta tha usi bton ke naam par is ko ja kar address karte rahe.</w:t>
      </w:r>
    </w:p>
    <w:p>
      <w:pPr>
        <w:jc w:val="right"/>
      </w:pPr>
      <w:r>
        <w:t>آپ history سے نہیں لڑے۔ اور جو audience بنتا تھا اسی بتوں کے نام پر اس کو جا کر address کرتے رہے۔</w:t>
      </w:r>
    </w:p>
    <w:p>
      <w:r>
        <w:rPr>
          <w:b/>
        </w:rPr>
        <w:t xml:space="preserve">[18:27] </w:t>
      </w:r>
      <w:r>
        <w:t>isi ko address karte rahe. kehte hain shandar nikla ke ek waqt aaya ke sara arabiya Islamize ho gaya.</w:t>
      </w:r>
    </w:p>
    <w:p>
      <w:pPr>
        <w:jc w:val="right"/>
      </w:pPr>
      <w:r>
        <w:t>اسی کو address کرتے رہے۔ کہتے ہیں شاندار نکلا کہ ایک وقت آیا کہ سارا عربیہ Islamize ہو گیا۔</w:t>
      </w:r>
    </w:p>
    <w:p>
      <w:r>
        <w:rPr>
          <w:b/>
        </w:rPr>
        <w:t xml:space="preserve">[18:38] </w:t>
      </w:r>
      <w:r>
        <w:t>lekin is ki jar mein wisdom hai practical wisdom. wahi jo maine kaha ke history ko reshape karne ki koshish mat karo.</w:t>
      </w:r>
    </w:p>
    <w:p>
      <w:pPr>
        <w:jc w:val="right"/>
      </w:pPr>
      <w:r>
        <w:t>لیکن اس کی جڑ میں wisdom ہے practical wisdom۔ وہی جو میں نے کہا کہ history کو reshape کرنے کی کوشش مت کرو۔</w:t>
      </w:r>
    </w:p>
    <w:p>
      <w:r>
        <w:rPr>
          <w:b/>
        </w:rPr>
        <w:t xml:space="preserve">[18:50] </w:t>
      </w:r>
      <w:r>
        <w:t>History ko avail karo. har history dekhiye kuch mauqe create karti hai. har history kuch opportunity create karti hai.</w:t>
      </w:r>
    </w:p>
    <w:p>
      <w:pPr>
        <w:jc w:val="right"/>
      </w:pPr>
      <w:r>
        <w:t>History کو avail کرو۔ ہر history دیکھیے کچھ مواقع create کرتی ہے۔ ہر history کچھ opportunity create کرتی ہے۔</w:t>
      </w:r>
    </w:p>
    <w:p>
      <w:r>
        <w:rPr>
          <w:b/>
        </w:rPr>
        <w:t xml:space="preserve">[19:03] </w:t>
      </w:r>
      <w:r>
        <w:t>is ko janiye. koi bhi history ho chahe india ho chahe koi aur country ho har jagah yahi hota hai ke kuch opportunity create hoti hai hamesha.</w:t>
      </w:r>
    </w:p>
    <w:p>
      <w:pPr>
        <w:jc w:val="right"/>
      </w:pPr>
      <w:r>
        <w:t>اس کو جانیے۔ کوئی بھی history ہو چاہے انڈیا ہو چاہے کوئی اور country ہو ہر جگہ یہی ہوتا ہے کہ کچھ opportunity create ہوتی ہے ہمیشہ۔</w:t>
      </w:r>
    </w:p>
    <w:p>
      <w:r>
        <w:rPr>
          <w:b/>
        </w:rPr>
        <w:t xml:space="preserve">[19:16] </w:t>
      </w:r>
      <w:r>
        <w:t>is ko avail karo. aur history se ladne ki koshish mat karo. lekin musalmanon ke jitne bhi leader hain one to all one to all one to all history se ladte hain.</w:t>
      </w:r>
    </w:p>
    <w:p>
      <w:pPr>
        <w:jc w:val="right"/>
      </w:pPr>
      <w:r>
        <w:t>اس کو avail کرو۔ اور history سے لڑنے کی کوشش مت کرو۔ لیکن مسلمانوں کے جتنے بھی لیڈر ہیں one to all one to all one to all history سے لڑتے ہیں۔</w:t>
      </w:r>
    </w:p>
    <w:p>
      <w:r>
        <w:rPr>
          <w:b/>
        </w:rPr>
        <w:t xml:space="preserve">[19:32] </w:t>
      </w:r>
      <w:r>
        <w:t>misal ke taur par india mein dekhiye britishz aaye do sau saal tak aa rahe lekin sare musalman sirf ladte rahe in se nafrat karte rahe enemy enemy enemy halanki wo aap ke liye madu the.</w:t>
      </w:r>
    </w:p>
    <w:p>
      <w:pPr>
        <w:jc w:val="right"/>
      </w:pPr>
      <w:r>
        <w:t>مثال کے طور پر انڈیا میں دیکھیے برٹشز آئے دو سو سال تک آ رہے لیکن سارے مسلمان صرف لڑتے رہے ان سے نفرت کرتے رہے enemy enemy enemy حالانکہ وہ آپ کے لیے مدعو تھے۔</w:t>
      </w:r>
    </w:p>
    <w:p>
      <w:r>
        <w:rPr>
          <w:b/>
        </w:rPr>
        <w:t xml:space="preserve">[19:49] </w:t>
      </w:r>
      <w:r>
        <w:t>islam aap un ko batate quran phailate un ki zaban mein tarjuma kar ke quran ko dete ye tha history ko avail karna.</w:t>
      </w:r>
    </w:p>
    <w:p>
      <w:pPr>
        <w:jc w:val="right"/>
      </w:pPr>
      <w:r>
        <w:t>اسلام آپ ان کو بتاتے قرآن پھیلاتے ان کی زبان میں ترجمہ کر کے قرآن کو دیتے یہ تھا history کو avail کرنا۔</w:t>
      </w:r>
    </w:p>
    <w:p>
      <w:r>
        <w:rPr>
          <w:b/>
        </w:rPr>
        <w:t xml:space="preserve">[20:02] </w:t>
      </w:r>
      <w:r>
        <w:t>angrezon se ladna jo tha history ko reshape karna tha. aur agar un ko quran pahunchate to wo history ko avail karne ka hota.</w:t>
      </w:r>
    </w:p>
    <w:p>
      <w:pPr>
        <w:jc w:val="right"/>
      </w:pPr>
      <w:r>
        <w:t>انگریزوں سے لڑنا جو تھا history کو reshape کرنا تھا۔ اور اگر ان کو قرآن پہنچاتے تو وہ history کو avail کرنے کا ہوتا۔</w:t>
      </w:r>
    </w:p>
    <w:p>
      <w:r>
        <w:rPr>
          <w:b/>
        </w:rPr>
        <w:t xml:space="preserve">[20:13] </w:t>
      </w:r>
      <w:r>
        <w:t>lekin koi bhi shakhs nahi hai jo is liye is raz ko jana ho.</w:t>
      </w:r>
    </w:p>
    <w:p>
      <w:pPr>
        <w:jc w:val="right"/>
      </w:pPr>
      <w:r>
        <w:t>لیکن کوئی بھی شخص نہیں ہے جو اس لیے اس راز کو جانا ہو۔</w:t>
      </w:r>
    </w:p>
    <w:p>
      <w:r>
        <w:rPr>
          <w:b/>
        </w:rPr>
        <w:t xml:space="preserve">[20:20] </w:t>
      </w:r>
      <w:r>
        <w:t>to musalman shikayat karte hain dusron ki ke sazish hai dushmani hai aur islamophobia ye sab jhooti baaten hain baseless baaten hain baseless asal baat to ye hai ke musalmanon ke leaderon ne jane nahi ke kya karna hai kya nahi karna hai.</w:t>
      </w:r>
    </w:p>
    <w:p>
      <w:pPr>
        <w:jc w:val="right"/>
      </w:pPr>
      <w:r>
        <w:t>تو مسلمان شکایت کرتے ہیں دوسروں کی کہ سازش ہے دشمنی ہے اور اسلامophobia یہ سب جھوٹی باتیں ہیں baseless باتیں ہیں baseless اصل بات تو یہ ہے کہ مسلمانوں کے لیڈروں نے جانے نہیں کہ کیا کرنا ہے کیا نہیں کرنا ہے۔</w:t>
      </w:r>
    </w:p>
    <w:p>
      <w:r>
        <w:rPr>
          <w:b/>
        </w:rPr>
        <w:t xml:space="preserve">[20:40] </w:t>
      </w:r>
      <w:r>
        <w:t>is raz ko nahi jana har saal haj bhi karte the dhoom se haj karte the maki o badri kehelate the wo log wahan ja kar seekha nahi ke history ko reshape karne ki koshish mat karo history ko avail karne ki koshish karo.</w:t>
      </w:r>
    </w:p>
    <w:p>
      <w:pPr>
        <w:jc w:val="right"/>
      </w:pPr>
      <w:r>
        <w:t>اس راز کو نہیں جانا ہر سال حج بھی کرتے تھے دھوم سے حج کرتے تھے مکی و بدری کہلاتے تھے وہ لوگ وہاں جا کر سیکھا نہیں کہ history کو reshape کرنے کی کوشش مت کرو history کو avail کرنے کی کوشش کرو۔</w:t>
      </w:r>
    </w:p>
    <w:p>
      <w:r>
        <w:rPr>
          <w:b/>
        </w:rPr>
        <w:t xml:space="preserve">[21:03] </w:t>
      </w:r>
      <w:r>
        <w:t>to sab se bada jo musalmanon ka disadvantage hai disadvantage wo zamane ko samajhte nahi hain history ko reshape karne ki koshish karte hain</w:t>
      </w:r>
    </w:p>
    <w:p>
      <w:pPr>
        <w:jc w:val="right"/>
      </w:pPr>
      <w:r>
        <w:t>تو سب سے بڑا جو مسلمانوں کا disadvantage ہے disadvantage وہ زمانے کو سمجھتے نہیں ہیں history کو reshape کرنے کی کوشش کرتے ہیں</w:t>
      </w:r>
    </w:p>
    <w:p>
      <w:r>
        <w:rPr>
          <w:b/>
        </w:rPr>
        <w:t xml:space="preserve">[21:22] </w:t>
      </w:r>
      <w:r>
        <w:t>aur hoti hai kuch nahi main misal deta hoon aap ko dekhiye masalan sab se bada spot jo muslim spot hai wo falasteen hai sab se bada sari duniya ke musalman falasteen falasteen falasteen kiye hue hain</w:t>
      </w:r>
    </w:p>
    <w:p>
      <w:pPr>
        <w:jc w:val="right"/>
      </w:pPr>
      <w:r>
        <w:t>اور ہوتی ہے کچھ نہیں میں مثال دیتا ہوں آپ کو دیکھیے مثلاً سب سے بڑا spot جو مسلم spot ہے وہ فلسطین ہے سب سے بڑا ساری دنیا کے مسلمان فلسطین فلسطین فلسطین کیے ہوئے ہیں</w:t>
      </w:r>
    </w:p>
    <w:p>
      <w:r>
        <w:rPr>
          <w:b/>
        </w:rPr>
        <w:t xml:space="preserve">[21:41] </w:t>
      </w:r>
      <w:r>
        <w:t>jitni bhi tehrikein uthi hain wo sab falasteen kaheen na kaheen falasteen shamil tha un ke rangon mein.</w:t>
      </w:r>
    </w:p>
    <w:p>
      <w:pPr>
        <w:jc w:val="right"/>
      </w:pPr>
      <w:r>
        <w:t>جتنی بھی تحریکیں اٹھی ہیں وہ سب فلسطین کہیں نہ کہیں فلسطین شامل تھا ان کے رنگوں میں۔</w:t>
      </w:r>
    </w:p>
    <w:p>
      <w:r>
        <w:rPr>
          <w:b/>
        </w:rPr>
        <w:t xml:space="preserve">[21:50] </w:t>
      </w:r>
      <w:r>
        <w:t>to kya hai history se lad rahe hain ek lambi history chali falasteen mein chalte chalte yahan tak</w:t>
      </w:r>
    </w:p>
    <w:p>
      <w:pPr>
        <w:jc w:val="right"/>
      </w:pPr>
      <w:r>
        <w:t>تو کیا ہے history سے لڑ رہے ہیں ایک لمبی history چلی فلسطین میں چلتے چلتے یہاں تک</w:t>
      </w:r>
    </w:p>
    <w:p>
      <w:r>
        <w:rPr>
          <w:b/>
        </w:rPr>
        <w:t xml:space="preserve">[21:58] </w:t>
      </w:r>
      <w:r>
        <w:t>pohanchi ke balfour wardect ke tehat falasteen ke partition ho gaya</w:t>
      </w:r>
    </w:p>
    <w:p>
      <w:pPr>
        <w:jc w:val="right"/>
      </w:pPr>
      <w:r>
        <w:t>پہنچی کہ بالفور وارڈکٹ کے تحت فلسطین کے partition ہو گیا</w:t>
      </w:r>
    </w:p>
    <w:p>
      <w:r>
        <w:rPr>
          <w:b/>
        </w:rPr>
        <w:t xml:space="preserve">[22:09] </w:t>
      </w:r>
      <w:r>
        <w:t>roughly aadha hissa jo ko mila aadha hissa musalmanon ko mila aur best jo best part jo tha</w:t>
      </w:r>
    </w:p>
    <w:p>
      <w:pPr>
        <w:jc w:val="right"/>
      </w:pPr>
      <w:r>
        <w:t>roughly آدھا حصہ جو کو ملا آدھا حصہ مسلمانوں کو ملا اور best جو best part جو تھا</w:t>
      </w:r>
    </w:p>
    <w:p>
      <w:r>
        <w:rPr>
          <w:b/>
        </w:rPr>
        <w:t xml:space="preserve">[22:16] </w:t>
      </w:r>
      <w:r>
        <w:t>wo musalmanon ko mila</w:t>
      </w:r>
    </w:p>
    <w:p>
      <w:pPr>
        <w:jc w:val="right"/>
      </w:pPr>
      <w:r>
        <w:t>وہ مسلمانوں کو ملا</w:t>
      </w:r>
    </w:p>
    <w:p>
      <w:r>
        <w:rPr>
          <w:b/>
        </w:rPr>
        <w:t xml:space="preserve">[22:19] </w:t>
      </w:r>
      <w:r>
        <w:t>best part</w:t>
      </w:r>
    </w:p>
    <w:p>
      <w:pPr>
        <w:jc w:val="right"/>
      </w:pPr>
      <w:r>
        <w:t>best part</w:t>
      </w:r>
    </w:p>
    <w:p>
      <w:r>
        <w:rPr>
          <w:b/>
        </w:rPr>
        <w:t xml:space="preserve">[22:23] </w:t>
      </w:r>
      <w:r>
        <w:t>to yahan par kya tha wahi tha ke ek tha history se ladna ek hai history ko avail</w:t>
      </w:r>
    </w:p>
    <w:p>
      <w:pPr>
        <w:jc w:val="right"/>
      </w:pPr>
      <w:r>
        <w:t>تو یہاں پر کیا تھا وہی تھا کہ ایک تھا history سے لڑنا ایک ہے history کو avail</w:t>
      </w:r>
    </w:p>
    <w:p>
      <w:r>
        <w:rPr>
          <w:b/>
        </w:rPr>
        <w:t xml:space="preserve">[22:28] </w:t>
      </w:r>
      <w:r>
        <w:t>karna ladna yeh tha ke dobara wahan hukoomat qaim ho</w:t>
      </w:r>
    </w:p>
    <w:p>
      <w:pPr>
        <w:jc w:val="right"/>
      </w:pPr>
      <w:r>
        <w:t>کرنا لڑنا یہ تھا کہ دوبارہ وہاں حکومت قائم ہو</w:t>
      </w:r>
    </w:p>
    <w:p>
      <w:r>
        <w:rPr>
          <w:b/>
        </w:rPr>
        <w:t xml:space="preserve">[22:37] </w:t>
      </w:r>
      <w:r>
        <w:t>khaleefa is se pehle aap jante hain ke wahan par abasiyon ko hukoomat thi pehle hazrat umar ke</w:t>
      </w:r>
    </w:p>
    <w:p>
      <w:pPr>
        <w:jc w:val="right"/>
      </w:pPr>
      <w:r>
        <w:t>خلیفہ اس سے پہلے آپ جانتے ہیں کہ وہاں پر عباسیوں کو حکومت تھی پہلے حضرت عمر کے</w:t>
      </w:r>
    </w:p>
    <w:p>
      <w:r>
        <w:rPr>
          <w:b/>
        </w:rPr>
        <w:t xml:space="preserve">[22:44] </w:t>
      </w:r>
      <w:r>
        <w:t>zamane mein shuru hui hukoomat wahan par</w:t>
      </w:r>
    </w:p>
    <w:p>
      <w:pPr>
        <w:jc w:val="right"/>
      </w:pPr>
      <w:r>
        <w:t>زمانے میں شروع ہوئی حکومت وہاں پر</w:t>
      </w:r>
    </w:p>
    <w:p>
      <w:r>
        <w:rPr>
          <w:b/>
        </w:rPr>
        <w:t xml:space="preserve">[22:48] </w:t>
      </w:r>
      <w:r>
        <w:t>aakhri zamane mein turk khilafat jo thi ab usmani khilafat is ki hukoomat wahan qaim ho gayi</w:t>
      </w:r>
    </w:p>
    <w:p>
      <w:pPr>
        <w:jc w:val="right"/>
      </w:pPr>
      <w:r>
        <w:t>آخری زمانے میں ترک خلافت جو تھی اب عثمانی خلافت اس کی حکومت وہاں قائم ہو گئی</w:t>
      </w:r>
    </w:p>
    <w:p>
      <w:r>
        <w:rPr>
          <w:b/>
        </w:rPr>
        <w:t xml:space="preserve">[22:54] </w:t>
      </w:r>
      <w:r>
        <w:t>to lade sare musalman shamil hue ladne mein ke nikalo in ko yahan hum phir se hamein khilafat</w:t>
      </w:r>
    </w:p>
    <w:p>
      <w:pPr>
        <w:jc w:val="right"/>
      </w:pPr>
      <w:r>
        <w:t>تو لڑے سارے مسلمان شامل ہوئے لڑنے میں کہ نکالو ان کو یہاں ہم پھر سے ہمیں خلافت</w:t>
      </w:r>
    </w:p>
    <w:p>
      <w:r>
        <w:rPr>
          <w:b/>
        </w:rPr>
        <w:t xml:space="preserve">[23:03] </w:t>
      </w:r>
      <w:r>
        <w:t>qaim karna hai</w:t>
      </w:r>
    </w:p>
    <w:p>
      <w:pPr>
        <w:jc w:val="right"/>
      </w:pPr>
      <w:r>
        <w:t>قائم کرنا ہے</w:t>
      </w:r>
    </w:p>
    <w:p>
      <w:r>
        <w:rPr>
          <w:b/>
        </w:rPr>
        <w:t xml:space="preserve">[23:05] </w:t>
      </w:r>
      <w:r>
        <w:t>yeh history ko reshape karna tha wo history</w:t>
      </w:r>
    </w:p>
    <w:p>
      <w:pPr>
        <w:jc w:val="right"/>
      </w:pPr>
      <w:r>
        <w:t>یہ history کو reshape کرنا تھا وہ history</w:t>
      </w:r>
    </w:p>
    <w:p>
      <w:r>
        <w:rPr>
          <w:b/>
        </w:rPr>
        <w:t xml:space="preserve">[23:08] </w:t>
      </w:r>
      <w:r>
        <w:t>ka culmination tha wo is balfour verdict jo tha wo history ka culmination tha wo</w:t>
      </w:r>
    </w:p>
    <w:p>
      <w:pPr>
        <w:jc w:val="right"/>
      </w:pPr>
      <w:r>
        <w:t>کا culmination تھا وہ اس بالفور وارڈکٹ جو تھا وہ history کا culmination تھا وہ</w:t>
      </w:r>
    </w:p>
    <w:p>
      <w:r>
        <w:rPr>
          <w:b/>
        </w:rPr>
        <w:t xml:space="preserve">[23:18] </w:t>
      </w:r>
      <w:r>
        <w:t>ke partition ho gaya partition best scheme thi musalmanon ke liye</w:t>
      </w:r>
    </w:p>
    <w:p>
      <w:pPr>
        <w:jc w:val="right"/>
      </w:pPr>
      <w:r>
        <w:t>کہ partition ہو گیا partition best scheme تھی مسلمانوں کے لیے</w:t>
      </w:r>
    </w:p>
    <w:p>
      <w:r>
        <w:rPr>
          <w:b/>
        </w:rPr>
        <w:t xml:space="preserve">[23:27] </w:t>
      </w:r>
      <w:r>
        <w:t>ke wahan ka desert area to mila israel ko aur jo best area tha wo wo sab mil</w:t>
      </w:r>
    </w:p>
    <w:p>
      <w:pPr>
        <w:jc w:val="right"/>
      </w:pPr>
      <w:r>
        <w:t>کہ وہاں کا desert area تو ملا اسرائیل کو اور جو best area تھا وہ وہ سب مل</w:t>
      </w:r>
    </w:p>
    <w:p>
      <w:r>
        <w:rPr>
          <w:b/>
        </w:rPr>
        <w:t xml:space="preserve">[23:35] </w:t>
      </w:r>
      <w:r>
        <w:t>gaya musalmanon ko to best</w:t>
      </w:r>
    </w:p>
    <w:p>
      <w:pPr>
        <w:jc w:val="right"/>
      </w:pPr>
      <w:r>
        <w:t>گیا مسلمانوں کو تو best</w:t>
      </w:r>
    </w:p>
    <w:p>
      <w:r>
        <w:rPr>
          <w:b/>
        </w:rPr>
        <w:t xml:space="preserve">[23:38] </w:t>
      </w:r>
      <w:r>
        <w:t>partition tha ab musalmanon ko chahiye thi ke woh yeh zehan na yeh un ke andar yeh zehan</w:t>
      </w:r>
    </w:p>
    <w:p>
      <w:pPr>
        <w:jc w:val="right"/>
      </w:pPr>
      <w:r>
        <w:t>partition تھا اب مسلمانوں کو چاہیے تھی کہ وہ یہ ذہن نہ یہ ان کے اندر یہ ذہن</w:t>
      </w:r>
    </w:p>
    <w:p>
      <w:r>
        <w:rPr>
          <w:b/>
        </w:rPr>
        <w:t xml:space="preserve">[23:44] </w:t>
      </w:r>
      <w:r>
        <w:t>na paida ho ke history ko reshape karna phir se yahan turkon ki khilafat qaim ho jaye</w:t>
      </w:r>
    </w:p>
    <w:p>
      <w:pPr>
        <w:jc w:val="right"/>
      </w:pPr>
      <w:r>
        <w:t>نہ پیدا ہو کہ history کو reshape کرنا پھر سے یہاں ترکوں کی خلافت قائم ہو جائے</w:t>
      </w:r>
    </w:p>
    <w:p>
      <w:r>
        <w:rPr>
          <w:b/>
        </w:rPr>
        <w:t xml:space="preserve">[23:53] </w:t>
      </w:r>
      <w:r>
        <w:t>balkeh kya karna tha yeh jo lambi history thi</w:t>
      </w:r>
    </w:p>
    <w:p>
      <w:pPr>
        <w:jc w:val="right"/>
      </w:pPr>
      <w:r>
        <w:t>بلکہ کیا کرنا تھا یہ جو لمبی history تھی</w:t>
      </w:r>
    </w:p>
    <w:p>
      <w:r>
        <w:rPr>
          <w:b/>
        </w:rPr>
        <w:t xml:space="preserve">[23:59] </w:t>
      </w:r>
      <w:r>
        <w:t>taqreeban dedh hazar saal ki</w:t>
      </w:r>
    </w:p>
    <w:p>
      <w:pPr>
        <w:jc w:val="right"/>
      </w:pPr>
      <w:r>
        <w:t>تقریباً ڈیڑھ ہزار سال کی</w:t>
      </w:r>
    </w:p>
    <w:p>
      <w:r>
        <w:rPr>
          <w:b/>
        </w:rPr>
        <w:t xml:space="preserve">[24:02] </w:t>
      </w:r>
      <w:r>
        <w:t>is zamane mein is area mein</w:t>
      </w:r>
    </w:p>
    <w:p>
      <w:pPr>
        <w:jc w:val="right"/>
      </w:pPr>
      <w:r>
        <w:t>اس زمانے میں اس area میں</w:t>
      </w:r>
    </w:p>
    <w:p>
      <w:r>
        <w:rPr>
          <w:b/>
        </w:rPr>
        <w:t xml:space="preserve">[24:06] </w:t>
      </w:r>
      <w:r>
        <w:t>ek bohat bari cheez paida ho gayi</w:t>
      </w:r>
    </w:p>
    <w:p>
      <w:pPr>
        <w:jc w:val="right"/>
      </w:pPr>
      <w:r>
        <w:t>ایک بہت بڑی چیز پیدا ہو گئی</w:t>
      </w:r>
    </w:p>
    <w:p>
      <w:r>
        <w:rPr>
          <w:b/>
        </w:rPr>
        <w:t xml:space="preserve">[24:10] </w:t>
      </w:r>
      <w:r>
        <w:t>woh hai historical monument</w:t>
      </w:r>
    </w:p>
    <w:p>
      <w:pPr>
        <w:jc w:val="right"/>
      </w:pPr>
      <w:r>
        <w:t>وہ ہے historical monument</w:t>
      </w:r>
    </w:p>
    <w:p>
      <w:r>
        <w:rPr>
          <w:b/>
        </w:rPr>
        <w:t xml:space="preserve">[24:13] </w:t>
      </w:r>
      <w:r>
        <w:t>yeh poora area jo hai yani falasteen urdun</w:t>
      </w:r>
    </w:p>
    <w:p>
      <w:pPr>
        <w:jc w:val="right"/>
      </w:pPr>
      <w:r>
        <w:t>یہ پورا area جو ہے یعنی فلسطین اردن</w:t>
      </w:r>
    </w:p>
    <w:p>
      <w:r>
        <w:rPr>
          <w:b/>
        </w:rPr>
        <w:t xml:space="preserve">[24:19] </w:t>
      </w:r>
      <w:r>
        <w:t>aur lubnan misr iraq</w:t>
      </w:r>
    </w:p>
    <w:p>
      <w:pPr>
        <w:jc w:val="right"/>
      </w:pPr>
      <w:r>
        <w:t>اور لبنان مصر عراق</w:t>
      </w:r>
    </w:p>
    <w:p>
      <w:r>
        <w:rPr>
          <w:b/>
        </w:rPr>
        <w:t xml:space="preserve">[24:24] </w:t>
      </w:r>
      <w:r>
        <w:t>yeh poora area jis ko kehte hain Middle East</w:t>
      </w:r>
    </w:p>
    <w:p>
      <w:pPr>
        <w:jc w:val="right"/>
      </w:pPr>
      <w:r>
        <w:t>یہ پورا area جس کو کہتے ہیں Middle East</w:t>
      </w:r>
    </w:p>
    <w:p>
      <w:r>
        <w:rPr>
          <w:b/>
        </w:rPr>
        <w:t xml:space="preserve">[24:28] </w:t>
      </w:r>
      <w:r>
        <w:t>is Middle East ka jo area hai dunya ka sab se rich area hai is mani mein historical</w:t>
      </w:r>
    </w:p>
    <w:p>
      <w:pPr>
        <w:jc w:val="right"/>
      </w:pPr>
      <w:r>
        <w:t>اس Middle East کا جو area ہے دنیا کا سب سے rich area ہے اس معنی میں historical</w:t>
      </w:r>
    </w:p>
    <w:p>
      <w:r>
        <w:rPr>
          <w:b/>
        </w:rPr>
        <w:t xml:space="preserve">[24:34] </w:t>
      </w:r>
      <w:r>
        <w:t>monument bohat zyada yahan par hai</w:t>
      </w:r>
    </w:p>
    <w:p>
      <w:pPr>
        <w:jc w:val="right"/>
      </w:pPr>
      <w:r>
        <w:t>monument بہت زیادہ یہاں پر ہے</w:t>
      </w:r>
    </w:p>
    <w:p>
      <w:r>
        <w:rPr>
          <w:b/>
        </w:rPr>
        <w:t xml:space="preserve">[24:37] </w:t>
      </w:r>
      <w:r>
        <w:t>historical monument ke sense mein sab se rich area hai yeh</w:t>
      </w:r>
    </w:p>
    <w:p>
      <w:pPr>
        <w:jc w:val="right"/>
      </w:pPr>
      <w:r>
        <w:t>historical monument کے sense میں سب سے rich area ہے یہ</w:t>
      </w:r>
    </w:p>
    <w:p>
      <w:r>
        <w:rPr>
          <w:b/>
        </w:rPr>
        <w:t xml:space="preserve">[24:43] </w:t>
      </w:r>
      <w:r>
        <w:t>ghor kijiye ke iraq</w:t>
      </w:r>
    </w:p>
    <w:p>
      <w:pPr>
        <w:jc w:val="right"/>
      </w:pPr>
      <w:r>
        <w:t>غور کیجیے کہ عراق</w:t>
      </w:r>
    </w:p>
    <w:p>
      <w:r>
        <w:rPr>
          <w:b/>
        </w:rPr>
        <w:t xml:space="preserve">[24:45] </w:t>
      </w:r>
      <w:r>
        <w:t>ka jo ilaaqa hai jis ko woh kehte hain moosuf patamia moosuf patamia woh jagah hai jahan kaha</w:t>
      </w:r>
    </w:p>
    <w:p>
      <w:pPr>
        <w:jc w:val="right"/>
      </w:pPr>
      <w:r>
        <w:t>کا جو علاقہ ہے جس کو وہ کہتے ہیں موصوف پٹامیہ موصوف پٹامیہ وہ جگہ ہے جہاں کہا</w:t>
      </w:r>
    </w:p>
    <w:p>
      <w:r>
        <w:rPr>
          <w:b/>
        </w:rPr>
        <w:t xml:space="preserve">[24:50] </w:t>
      </w:r>
      <w:r>
        <w:t>jata hai ke hazrat adam yahan base thay</w:t>
      </w:r>
    </w:p>
    <w:p>
      <w:pPr>
        <w:jc w:val="right"/>
      </w:pPr>
      <w:r>
        <w:t>جاتا ہے کہ حضرت آدم یہاں بسے تھے</w:t>
      </w:r>
    </w:p>
    <w:p>
      <w:r>
        <w:rPr>
          <w:b/>
        </w:rPr>
        <w:t xml:space="preserve">[24:53] </w:t>
      </w:r>
      <w:r>
        <w:t>kaisi ajeeb baat hai yani woh ilaaqa jis ke baray mein samjha jata hai ke hazrat adam yahin</w:t>
      </w:r>
    </w:p>
    <w:p>
      <w:pPr>
        <w:jc w:val="right"/>
      </w:pPr>
      <w:r>
        <w:t>کیسی عجیب بات ہے یعنی وہ علاقہ جس کے بارے میں سمجھا جاتا ہے کہ حضرت آدم یہیں</w:t>
      </w:r>
    </w:p>
    <w:p>
      <w:r>
        <w:rPr>
          <w:b/>
        </w:rPr>
        <w:t xml:space="preserve">[25:00] </w:t>
      </w:r>
      <w:r>
        <w:t>base thay un ki nasal yahin bani thi moosuf patamia</w:t>
      </w:r>
    </w:p>
    <w:p>
      <w:pPr>
        <w:jc w:val="right"/>
      </w:pPr>
      <w:r>
        <w:t>بسے تھے ان کی نسل یہیں بنی تھی موصوف پٹامیہ</w:t>
      </w:r>
    </w:p>
    <w:p>
      <w:r>
        <w:rPr>
          <w:b/>
        </w:rPr>
        <w:t xml:space="preserve">[25:05] </w:t>
      </w:r>
      <w:r>
        <w:t>woh bhi isi area mein hai</w:t>
      </w:r>
    </w:p>
    <w:p>
      <w:pPr>
        <w:jc w:val="right"/>
      </w:pPr>
      <w:r>
        <w:t>وہ بھی اسی area میں ہے</w:t>
      </w:r>
    </w:p>
    <w:p>
      <w:r>
        <w:rPr>
          <w:b/>
        </w:rPr>
        <w:t xml:space="preserve">[25:08] </w:t>
      </w:r>
      <w:r>
        <w:t>to yeh jo area hai iraq hai misr hai falasteen hai sham hai</w:t>
      </w:r>
    </w:p>
    <w:p>
      <w:pPr>
        <w:jc w:val="right"/>
      </w:pPr>
      <w:r>
        <w:t>تو یہ جو area ہے عراق ہے مصر ہے فلسطین ہے شام ہے</w:t>
      </w:r>
    </w:p>
    <w:p>
      <w:r>
        <w:rPr>
          <w:b/>
        </w:rPr>
        <w:t xml:space="preserve">[25:14] </w:t>
      </w:r>
      <w:r>
        <w:t>aur urdun hai yeh poora area jo hai</w:t>
      </w:r>
    </w:p>
    <w:p>
      <w:pPr>
        <w:jc w:val="right"/>
      </w:pPr>
      <w:r>
        <w:t>اور اردن ہے یہ پورا area جو ہے</w:t>
      </w:r>
    </w:p>
    <w:p>
      <w:r>
        <w:rPr>
          <w:b/>
        </w:rPr>
        <w:t xml:space="preserve">[25:19] </w:t>
      </w:r>
      <w:r>
        <w:t>yahan par bohat zyada historical monument hai</w:t>
      </w:r>
    </w:p>
    <w:p>
      <w:pPr>
        <w:jc w:val="right"/>
      </w:pPr>
      <w:r>
        <w:t>یہاں پر بہت زیادہ historical monument ہے</w:t>
      </w:r>
    </w:p>
    <w:p>
      <w:r>
        <w:rPr>
          <w:b/>
        </w:rPr>
        <w:t xml:space="preserve">[25:24] </w:t>
      </w:r>
      <w:r>
        <w:t>isi area mein aap dekhiye alaram hai jo sab se zyada qadeem monument samjha jata hai history ka</w:t>
      </w:r>
    </w:p>
    <w:p>
      <w:pPr>
        <w:jc w:val="right"/>
      </w:pPr>
      <w:r>
        <w:t>اسی area میں آپ دیکھیے الارام ہے جو سب سے زیادہ قدیم monument سمجھا جاتا ہے history کا</w:t>
      </w:r>
    </w:p>
    <w:p>
      <w:r>
        <w:rPr>
          <w:b/>
        </w:rPr>
        <w:t xml:space="preserve">[25:31] </w:t>
      </w:r>
      <w:r>
        <w:t>alaram aur bahut sari cheezen</w:t>
      </w:r>
    </w:p>
    <w:p>
      <w:pPr>
        <w:jc w:val="right"/>
      </w:pPr>
      <w:r>
        <w:t>الارام اور بہت ساری چیزیں</w:t>
      </w:r>
    </w:p>
    <w:p>
      <w:r>
        <w:rPr>
          <w:b/>
        </w:rPr>
        <w:t xml:space="preserve">[25:36] </w:t>
      </w:r>
      <w:r>
        <w:t>to is zamane mein aap jante hain ke tourism sirf ek tourism nahi hai tourism industry ban chuki</w:t>
      </w:r>
    </w:p>
    <w:p>
      <w:pPr>
        <w:jc w:val="right"/>
      </w:pPr>
      <w:r>
        <w:t>تو اس زمانے میں آپ جانتے ہیں کہ tourism صرف ایک tourism نہیں ہے tourism industry بن چکی</w:t>
      </w:r>
    </w:p>
    <w:p>
      <w:r>
        <w:rPr>
          <w:b/>
        </w:rPr>
        <w:t xml:space="preserve">[25:43] </w:t>
      </w:r>
      <w:r>
        <w:t>hai ab har mulk mein tourism industry kahi jati hai</w:t>
      </w:r>
    </w:p>
    <w:p>
      <w:pPr>
        <w:jc w:val="right"/>
      </w:pPr>
      <w:r>
        <w:t>ہے اب ہر ملک میں tourism industry کہی جاتی ہے</w:t>
      </w:r>
    </w:p>
    <w:p>
      <w:r>
        <w:rPr>
          <w:b/>
        </w:rPr>
        <w:t xml:space="preserve">[25:50] </w:t>
      </w:r>
      <w:r>
        <w:t>tourism ko industry samjha jata hai is waqt top par amreeka hai phir france hai lekin main samajhta</w:t>
      </w:r>
    </w:p>
    <w:p>
      <w:pPr>
        <w:jc w:val="right"/>
      </w:pPr>
      <w:r>
        <w:t>tourism کو industry سمجھا جاتا ہے اس وقت top پر امریکہ ہے پھر فرانس ہے لیکن میں سمجھتا</w:t>
      </w:r>
    </w:p>
    <w:p>
      <w:r>
        <w:rPr>
          <w:b/>
        </w:rPr>
        <w:t xml:space="preserve">[25:58] </w:t>
      </w:r>
      <w:r>
        <w:t>hoon ke agar musalmanon ne aqal ki hoti woh avail karne ka zehn un ka hota to top</w:t>
      </w:r>
    </w:p>
    <w:p>
      <w:pPr>
        <w:jc w:val="right"/>
      </w:pPr>
      <w:r>
        <w:t>ہوں کہ اگر مسلمانوں نے عقل کی ہوتی وہ avail کرنے کا ذہن ان کا ہوتا تو top</w:t>
      </w:r>
    </w:p>
    <w:p>
      <w:r>
        <w:rPr>
          <w:b/>
        </w:rPr>
        <w:t xml:space="preserve">[26:03] </w:t>
      </w:r>
      <w:r>
        <w:t>par hota tourist spot yahi yeh area</w:t>
      </w:r>
    </w:p>
    <w:p>
      <w:pPr>
        <w:jc w:val="right"/>
      </w:pPr>
      <w:r>
        <w:t>پر ہوتا tourist spot یہی یہ area</w:t>
      </w:r>
    </w:p>
    <w:p>
      <w:r>
        <w:rPr>
          <w:b/>
        </w:rPr>
        <w:t xml:space="preserve">[26:08] </w:t>
      </w:r>
      <w:r>
        <w:t>itne is ko develop karna chahiye tha is zamane mein har mulk mein develop kiya jata hai is</w:t>
      </w:r>
    </w:p>
    <w:p>
      <w:pPr>
        <w:jc w:val="right"/>
      </w:pPr>
      <w:r>
        <w:t>اتنے اس کو develop کرنا چاہیے تھا اس زمانے میں ہر ملک میں develop کیا جاتا ہے اس</w:t>
      </w:r>
    </w:p>
    <w:p>
      <w:r>
        <w:rPr>
          <w:b/>
        </w:rPr>
        <w:t xml:space="preserve">[26:15] </w:t>
      </w:r>
      <w:r>
        <w:t>woh jo monuments hain un ko develop karte hain</w:t>
      </w:r>
    </w:p>
    <w:p>
      <w:pPr>
        <w:jc w:val="right"/>
      </w:pPr>
      <w:r>
        <w:t>وہ جو monuments ہیں ان کو develop کرتے ہیں</w:t>
      </w:r>
    </w:p>
    <w:p>
      <w:r>
        <w:rPr>
          <w:b/>
        </w:rPr>
        <w:t xml:space="preserve">[26:19] </w:t>
      </w:r>
      <w:r>
        <w:t>develop kar ke is ko acha se</w:t>
      </w:r>
    </w:p>
    <w:p>
      <w:pPr>
        <w:jc w:val="right"/>
      </w:pPr>
      <w:r>
        <w:t>develop کر کے اس کو اچھا سے</w:t>
      </w:r>
    </w:p>
    <w:p>
      <w:r>
        <w:rPr>
          <w:b/>
        </w:rPr>
        <w:t xml:space="preserve">[26:21] </w:t>
      </w:r>
      <w:r>
        <w:t>acha banate hain aur phir tourist wahan pailaghar kar ke aate hain to agar is area ko develop kiya jata</w:t>
      </w:r>
    </w:p>
    <w:p>
      <w:pPr>
        <w:jc w:val="right"/>
      </w:pPr>
      <w:r>
        <w:t>اچھا بناتے ہیں اور پھر tourist وہاں پریلغار کر کے آتے ہیں تو اگر اس area کو develop کیا جاتا</w:t>
      </w:r>
    </w:p>
    <w:p>
      <w:r>
        <w:rPr>
          <w:b/>
        </w:rPr>
        <w:t xml:space="preserve">[26:34] </w:t>
      </w:r>
      <w:r>
        <w:t>to itna zabardast area hota woh ke yeh tourist camp tourist map mein number one hota</w:t>
      </w:r>
    </w:p>
    <w:p>
      <w:pPr>
        <w:jc w:val="right"/>
      </w:pPr>
      <w:r>
        <w:t>تو اتنا زبردست area ہوتا وہ کہ یہ tourist camp tourist map میں نمبر ون ہوتا</w:t>
      </w:r>
    </w:p>
    <w:p>
      <w:r>
        <w:rPr>
          <w:b/>
        </w:rPr>
        <w:t xml:space="preserve">[26:46] </w:t>
      </w:r>
      <w:r>
        <w:t>aur ek taraf to yeh ke is mein ek ek economic faida tha kyunke tourist industry mani jati</w:t>
      </w:r>
    </w:p>
    <w:p>
      <w:pPr>
        <w:jc w:val="right"/>
      </w:pPr>
      <w:r>
        <w:t>اور ایک طرف تو یہ کہ اس میں ایک ایک اقتصادی فائدہ تھا کیونکہ tourist industry مانی جاتی</w:t>
      </w:r>
    </w:p>
    <w:p>
      <w:r>
        <w:rPr>
          <w:b/>
        </w:rPr>
        <w:t xml:space="preserve">[26:53] </w:t>
      </w:r>
      <w:r>
        <w:t>hai is zamane mein is se bohat zyada faida hota ek economic faida ek to woh faida hota</w:t>
      </w:r>
    </w:p>
    <w:p>
      <w:pPr>
        <w:jc w:val="right"/>
      </w:pPr>
      <w:r>
        <w:t>ہے اس زمانے میں اس سے بہت زیادہ فائدہ ہوتا ایک economic فائدہ ایک تو وہ فائدہ ہوتا</w:t>
      </w:r>
    </w:p>
    <w:p>
      <w:r>
        <w:rPr>
          <w:b/>
        </w:rPr>
        <w:t xml:space="preserve">[27:01] </w:t>
      </w:r>
      <w:r>
        <w:t>dosra faida ek ajeeb ghareeb hota ke sare madعو dunya bhar ke yahin mil jate hain aap ko</w:t>
      </w:r>
    </w:p>
    <w:p>
      <w:pPr>
        <w:jc w:val="right"/>
      </w:pPr>
      <w:r>
        <w:t>دوسرا فائدہ ایک عجیب غریب ہوتا کہ سارے مدعو دنیا بھر کے یہیں مل جاتے ہیں آپ کو</w:t>
      </w:r>
    </w:p>
    <w:p>
      <w:r>
        <w:rPr>
          <w:b/>
        </w:rPr>
        <w:t xml:space="preserve">[27:08] </w:t>
      </w:r>
      <w:r>
        <w:t>aap ko jo dawat ka kaam karna hai</w:t>
      </w:r>
    </w:p>
    <w:p>
      <w:pPr>
        <w:jc w:val="right"/>
      </w:pPr>
      <w:r>
        <w:t>آپ کو جو دعوت کا کام کرنا ہے</w:t>
      </w:r>
    </w:p>
    <w:p>
      <w:r>
        <w:rPr>
          <w:b/>
        </w:rPr>
        <w:t xml:space="preserve">[27:12] </w:t>
      </w:r>
      <w:r>
        <w:t>yeh bhi rasool Allah ki sunnat hoti hai rasool Allah ki sunnat kya thi ke jab unhon ne</w:t>
      </w:r>
    </w:p>
    <w:p>
      <w:pPr>
        <w:jc w:val="right"/>
      </w:pPr>
      <w:r>
        <w:t>یہ بھی رسول اللہ کی سنت ہوتی ہے رسول اللہ کی سنت کیا تھی کہ جب انہوں نے</w:t>
      </w:r>
    </w:p>
    <w:p>
      <w:r>
        <w:rPr>
          <w:b/>
        </w:rPr>
        <w:t xml:space="preserve">[27:16] </w:t>
      </w:r>
      <w:r>
        <w:t>istemal kiya kaba ke zayreen ko bator audience ke to aap ne kabhi aap ne travel nahi kiya</w:t>
      </w:r>
    </w:p>
    <w:p>
      <w:pPr>
        <w:jc w:val="right"/>
      </w:pPr>
      <w:r>
        <w:t>استعمال کیا کعبہ کے زائرین کو بطور audience کے تو آپ نے کبھی آپ نے travel نہیں کیا</w:t>
      </w:r>
    </w:p>
    <w:p>
      <w:r>
        <w:rPr>
          <w:b/>
        </w:rPr>
        <w:t xml:space="preserve">[27:26] </w:t>
      </w:r>
      <w:r>
        <w:t>arab mein rasool Allah ne kabhi daura nahi kiya arab dunya ka travel karna hai ya daura karna</w:t>
      </w:r>
    </w:p>
    <w:p>
      <w:pPr>
        <w:jc w:val="right"/>
      </w:pPr>
      <w:r>
        <w:t>عرب میں رسول اللہ نے کبھی دورہ نہیں کیا عرب دنیا کا travel کرنا ہے یا دورہ کرنا</w:t>
      </w:r>
    </w:p>
    <w:p>
      <w:r>
        <w:rPr>
          <w:b/>
        </w:rPr>
        <w:t xml:space="preserve">[27:33] </w:t>
      </w:r>
      <w:r>
        <w:t>hai kyun sara arab ka audience wahin aata tha</w:t>
      </w:r>
    </w:p>
    <w:p>
      <w:pPr>
        <w:jc w:val="right"/>
      </w:pPr>
      <w:r>
        <w:t>ہے کیوں سارا عرب کا audience وہیں آتا تھا</w:t>
      </w:r>
    </w:p>
    <w:p>
      <w:r>
        <w:rPr>
          <w:b/>
        </w:rPr>
        <w:t xml:space="preserve">[27:40] </w:t>
      </w:r>
      <w:r>
        <w:t>to kitna bari wisdom thi rasool Allah ki ke aap ne yeh is ko discover kiya ke mujh</w:t>
      </w:r>
    </w:p>
    <w:p>
      <w:pPr>
        <w:jc w:val="right"/>
      </w:pPr>
      <w:r>
        <w:t>تو کتنا بڑی wisdom تھی رسول اللہ کی کہ آپ نے یہ اس کو discover کیا کہ مجھ</w:t>
      </w:r>
    </w:p>
    <w:p>
      <w:r>
        <w:rPr>
          <w:b/>
        </w:rPr>
        <w:t xml:space="preserve">[27:47] </w:t>
      </w:r>
      <w:r>
        <w:t>ko to sara arab yahin mil raha hai makka mein</w:t>
      </w:r>
    </w:p>
    <w:p>
      <w:pPr>
        <w:jc w:val="right"/>
      </w:pPr>
      <w:r>
        <w:t>کو تو سارا عرب یہیں مل رہا ہے مکہ میں</w:t>
      </w:r>
    </w:p>
    <w:p>
      <w:r>
        <w:rPr>
          <w:b/>
        </w:rPr>
        <w:t xml:space="preserve">[27:52] </w:t>
      </w:r>
      <w:r>
        <w:t>mera madعو khud yahin chala raha hai mere paas</w:t>
      </w:r>
    </w:p>
    <w:p>
      <w:pPr>
        <w:jc w:val="right"/>
      </w:pPr>
      <w:r>
        <w:t>میرا مدعو خود یہیں چلا رہا ہے میرے پاس</w:t>
      </w:r>
    </w:p>
    <w:p>
      <w:r>
        <w:rPr>
          <w:b/>
        </w:rPr>
        <w:t xml:space="preserve">[27:56] </w:t>
      </w:r>
      <w:r>
        <w:t>to yeh cheez bohat hi zyada bare</w:t>
      </w:r>
    </w:p>
    <w:p>
      <w:pPr>
        <w:jc w:val="right"/>
      </w:pPr>
      <w:r>
        <w:t>تو یہ چیز بہت ہی زیادہ بڑے</w:t>
      </w:r>
    </w:p>
    <w:p>
      <w:r>
        <w:rPr>
          <w:b/>
        </w:rPr>
        <w:t xml:space="preserve">[27:58] </w:t>
      </w:r>
      <w:r>
        <w:t>par million time zyada bare paimane par aaj hoti hai middle east mein</w:t>
      </w:r>
    </w:p>
    <w:p>
      <w:pPr>
        <w:jc w:val="right"/>
      </w:pPr>
      <w:r>
        <w:t>پر million time زیادہ بڑے پیمانے پر آج ہوتی ہے Middle East میں</w:t>
      </w:r>
    </w:p>
    <w:p>
      <w:r>
        <w:rPr>
          <w:b/>
        </w:rPr>
        <w:t xml:space="preserve">[28:04] </w:t>
      </w:r>
      <w:r>
        <w:t>jo laraiyan huin pakistan mein misr mein falasteen mein yeh sab laraiyan bilkul yani senseless laraiyan hain senseless</w:t>
      </w:r>
    </w:p>
    <w:p>
      <w:pPr>
        <w:jc w:val="right"/>
      </w:pPr>
      <w:r>
        <w:t>جو لڑائیاں ہوئیں پاکستان میں مصر میں فلسطین میں یہ سب لڑائیاں بالکل یعنی senseless لڑائیاں ہیں senseless</w:t>
      </w:r>
    </w:p>
    <w:p>
      <w:r>
        <w:rPr>
          <w:b/>
        </w:rPr>
        <w:t xml:space="preserve">[28:14] </w:t>
      </w:r>
      <w:r>
        <w:t>chahe chahe pakistan ho ya egypt ho ya falasteen ho ya sham ho sab senseless laraiyan hain senseless</w:t>
      </w:r>
    </w:p>
    <w:p>
      <w:pPr>
        <w:jc w:val="right"/>
      </w:pPr>
      <w:r>
        <w:t>چاہے چاہے پاکستان ہو یا Egypt ہو یا فلسطین ہو یا شام ہو سب senseless لڑائیاں ہیں senseless</w:t>
      </w:r>
    </w:p>
    <w:p>
      <w:r>
        <w:rPr>
          <w:b/>
        </w:rPr>
        <w:t xml:space="preserve">[28:25] </w:t>
      </w:r>
      <w:r>
        <w:t>kyunke yeh log kya kar rahe hain yeh log history ko reshape karna chahte hain har aadmi jo</w:t>
      </w:r>
    </w:p>
    <w:p>
      <w:pPr>
        <w:jc w:val="right"/>
      </w:pPr>
      <w:r>
        <w:t>کیونکہ یہ لوگ کیا کر رہے ہیں یہ لوگ history کو reshape کرنا چاہتے ہیں ہر آدمی جو</w:t>
      </w:r>
    </w:p>
    <w:p>
      <w:r>
        <w:rPr>
          <w:b/>
        </w:rPr>
        <w:t xml:space="preserve">[28:30] </w:t>
      </w:r>
      <w:r>
        <w:t>hai history ko reshape karna chahta hai aur history ne wahan jo opportunities create ki hain is ko</w:t>
      </w:r>
    </w:p>
    <w:p>
      <w:pPr>
        <w:jc w:val="right"/>
      </w:pPr>
      <w:r>
        <w:t>ہے history کو reshape کرنا چاہتا ہے اور history نے وہاں جو opportunities create کی ہیں اس کو</w:t>
      </w:r>
    </w:p>
    <w:p>
      <w:r>
        <w:rPr>
          <w:b/>
        </w:rPr>
        <w:t xml:space="preserve">[28:37] </w:t>
      </w:r>
      <w:r>
        <w:t>avail karne ka kisi ke paas zehan hi nahi</w:t>
      </w:r>
    </w:p>
    <w:p>
      <w:pPr>
        <w:jc w:val="right"/>
      </w:pPr>
      <w:r>
        <w:t>avail کرنے کا کسی کے پاس ذہن ہی نہیں</w:t>
      </w:r>
    </w:p>
    <w:p>
      <w:r>
        <w:rPr>
          <w:b/>
        </w:rPr>
        <w:t xml:space="preserve">[28:42] </w:t>
      </w:r>
      <w:r>
        <w:t>to is area mein jo historical monument hai</w:t>
      </w:r>
    </w:p>
    <w:p>
      <w:pPr>
        <w:jc w:val="right"/>
      </w:pPr>
      <w:r>
        <w:t>تو اس area میں جو historical monument ہے</w:t>
      </w:r>
    </w:p>
    <w:p>
      <w:r>
        <w:rPr>
          <w:b/>
        </w:rPr>
        <w:t xml:space="preserve">[28:47] </w:t>
      </w:r>
      <w:r>
        <w:t>ghor kijiye iraq mein jo woh tha</w:t>
      </w:r>
    </w:p>
    <w:p>
      <w:pPr>
        <w:jc w:val="right"/>
      </w:pPr>
      <w:r>
        <w:t>غور کیجیے عراق میں جو وہ تھا</w:t>
      </w:r>
    </w:p>
    <w:p>
      <w:r>
        <w:rPr>
          <w:b/>
        </w:rPr>
        <w:t xml:space="preserve">[28:51] </w:t>
      </w:r>
      <w:r>
        <w:t>jo museum tha</w:t>
      </w:r>
    </w:p>
    <w:p>
      <w:pPr>
        <w:jc w:val="right"/>
      </w:pPr>
      <w:r>
        <w:t>جو museum تھا</w:t>
      </w:r>
    </w:p>
    <w:p>
      <w:r>
        <w:rPr>
          <w:b/>
        </w:rPr>
        <w:t xml:space="preserve">[28:55] </w:t>
      </w:r>
      <w:r>
        <w:t>is mein kaha jata hai ke woh takhtiyan maujood theen jo adam ne likhi theen</w:t>
      </w:r>
    </w:p>
    <w:p>
      <w:pPr>
        <w:jc w:val="right"/>
      </w:pPr>
      <w:r>
        <w:t>اس میں کہا جاتا ہے کہ وہ تختیاں موجود تھیں جو آدم نے لکھی تھیں</w:t>
      </w:r>
    </w:p>
    <w:p>
      <w:r>
        <w:rPr>
          <w:b/>
        </w:rPr>
        <w:t xml:space="preserve">[29:01] </w:t>
      </w:r>
      <w:r>
        <w:t>kaha jata hai ke adam jab bane thay peghambar</w:t>
      </w:r>
    </w:p>
    <w:p>
      <w:pPr>
        <w:jc w:val="right"/>
      </w:pPr>
      <w:r>
        <w:t>کہا جاتا ہے کہ آدم جب بنے تھے پیغمبر</w:t>
      </w:r>
    </w:p>
    <w:p>
      <w:r>
        <w:rPr>
          <w:b/>
        </w:rPr>
        <w:t xml:space="preserve">[29:06] </w:t>
      </w:r>
      <w:r>
        <w:t>to sangi takhtiyon par unhon ne Allah ke ahkam likhe</w:t>
      </w:r>
    </w:p>
    <w:p>
      <w:pPr>
        <w:jc w:val="right"/>
      </w:pPr>
      <w:r>
        <w:t>تو سنگی تختیوں پر انہوں نے اللہ کے احکام لکھے</w:t>
      </w:r>
    </w:p>
    <w:p>
      <w:r>
        <w:rPr>
          <w:b/>
        </w:rPr>
        <w:t xml:space="preserve">[29:11] </w:t>
      </w:r>
      <w:r>
        <w:t>aur is ko apni agli naslon</w:t>
      </w:r>
    </w:p>
    <w:p>
      <w:pPr>
        <w:jc w:val="right"/>
      </w:pPr>
      <w:r>
        <w:t>اور اس کو اپنی اگلی نسلوں</w:t>
      </w:r>
    </w:p>
    <w:p>
      <w:r>
        <w:rPr>
          <w:b/>
        </w:rPr>
        <w:t xml:space="preserve">[29:13] </w:t>
      </w:r>
      <w:r>
        <w:t>ke liye mehfooz kar diya</w:t>
      </w:r>
    </w:p>
    <w:p>
      <w:pPr>
        <w:jc w:val="right"/>
      </w:pPr>
      <w:r>
        <w:t>کے لیے محفوظ کر دیا</w:t>
      </w:r>
    </w:p>
    <w:p>
      <w:r>
        <w:rPr>
          <w:b/>
        </w:rPr>
        <w:t xml:space="preserve">[29:16] </w:t>
      </w:r>
      <w:r>
        <w:t>ghor kijiye ke woh ibtidai daur ki takhtiyan</w:t>
      </w:r>
    </w:p>
    <w:p>
      <w:pPr>
        <w:jc w:val="right"/>
      </w:pPr>
      <w:r>
        <w:t>غور کیجیے کہ وہ ابتدائی دور کی تختیاں</w:t>
      </w:r>
    </w:p>
    <w:p>
      <w:r>
        <w:rPr>
          <w:b/>
        </w:rPr>
        <w:t xml:space="preserve">[29:20] </w:t>
      </w:r>
      <w:r>
        <w:t>wahan ke museum mein theen</w:t>
      </w:r>
    </w:p>
    <w:p>
      <w:pPr>
        <w:jc w:val="right"/>
      </w:pPr>
      <w:r>
        <w:t>وہاں کے museum میں تھیں</w:t>
      </w:r>
    </w:p>
    <w:p>
      <w:r>
        <w:rPr>
          <w:b/>
        </w:rPr>
        <w:t xml:space="preserve">[29:24] </w:t>
      </w:r>
      <w:r>
        <w:t>to dunya toot parti hai is ko dekhne ke liye</w:t>
      </w:r>
    </w:p>
    <w:p>
      <w:pPr>
        <w:jc w:val="right"/>
      </w:pPr>
      <w:r>
        <w:t>تو دنیا ٹوٹ پڑتی ہے اس کو دیکھنے کے لیے</w:t>
      </w:r>
    </w:p>
    <w:p>
      <w:r>
        <w:rPr>
          <w:b/>
        </w:rPr>
        <w:t xml:space="preserve">[29:28] </w:t>
      </w:r>
      <w:r>
        <w:t>to</w:t>
      </w:r>
    </w:p>
    <w:p>
      <w:pPr>
        <w:jc w:val="right"/>
      </w:pPr>
      <w:r>
        <w:t>تو</w:t>
      </w:r>
    </w:p>
    <w:p>
      <w:r>
        <w:rPr>
          <w:b/>
        </w:rPr>
        <w:t xml:space="preserve">[29:28] </w:t>
      </w:r>
      <w:r>
        <w:t>sari poori history ka wahan par yani monument maujood the is area mein</w:t>
      </w:r>
    </w:p>
    <w:p>
      <w:pPr>
        <w:jc w:val="right"/>
      </w:pPr>
      <w:r>
        <w:t>ساری پوری history کا وہاں پر یعنی monument موجود تھے اس area میں</w:t>
      </w:r>
    </w:p>
    <w:p>
      <w:r>
        <w:rPr>
          <w:b/>
        </w:rPr>
        <w:t xml:space="preserve">[29:37] </w:t>
      </w:r>
      <w:r>
        <w:t>kyunke yahan Roman shehanshahat qaim hui musalmanon ka empire qaim hua to is ki wajah se jo jo wahan par rulers the unhon ne bari bari cheezein banai</w:t>
      </w:r>
    </w:p>
    <w:p>
      <w:pPr>
        <w:jc w:val="right"/>
      </w:pPr>
      <w:r>
        <w:t>کیونکہ یہاں Roman شہنشاہت قائم ہوئی مسلمانوں کا empire قائم ہوا تو اس کی وجہ سے جو جو وہاں پر rulers تھے انہوں نے بڑی بڑی چیزیں بنائیں</w:t>
      </w:r>
    </w:p>
    <w:p>
      <w:r>
        <w:rPr>
          <w:b/>
        </w:rPr>
        <w:t xml:space="preserve">[29:55] </w:t>
      </w:r>
      <w:r>
        <w:t>to is area mein historical monuments bohat hi zyada qeemti qism ke ho gaye</w:t>
      </w:r>
    </w:p>
    <w:p>
      <w:pPr>
        <w:jc w:val="right"/>
      </w:pPr>
      <w:r>
        <w:t>تو اس area میں historical monuments بہت ہی زیادہ قیمتی قسم کے ہو گئے</w:t>
      </w:r>
    </w:p>
    <w:p>
      <w:r>
        <w:rPr>
          <w:b/>
        </w:rPr>
        <w:t xml:space="preserve">[30:05] </w:t>
      </w:r>
      <w:r>
        <w:t>yehi woh area hai jahan Hazrat Hazrat Musa ne peghambari ki yehi woh area hai jahan Hazrat Isa</w:t>
      </w:r>
    </w:p>
    <w:p>
      <w:pPr>
        <w:jc w:val="right"/>
      </w:pPr>
      <w:r>
        <w:t>یہی وہ area ہے جہاں حضرت حضرت موسیٰ نے پیغمبری کی یہی وہ area ہے جہاں حضرت مسیح</w:t>
      </w:r>
    </w:p>
    <w:p>
      <w:r>
        <w:rPr>
          <w:b/>
        </w:rPr>
        <w:t xml:space="preserve">[30:11] </w:t>
      </w:r>
      <w:r>
        <w:t>paida hue yehi woh area hai jahan Hazrat Adam settle hue ye kaisi ajeeb baat hai ye ka</w:t>
      </w:r>
    </w:p>
    <w:p>
      <w:pPr>
        <w:jc w:val="right"/>
      </w:pPr>
      <w:r>
        <w:t>پیدا ہوئے یہی وہ area ہے جہاں حضرت آدم settle ہوئے یہ کیسی عجیب بات ہے یہ کا</w:t>
      </w:r>
    </w:p>
    <w:p>
      <w:r>
        <w:rPr>
          <w:b/>
        </w:rPr>
        <w:t xml:space="preserve">[30:17] </w:t>
      </w:r>
      <w:r>
        <w:t>itna bara attraction hai tourist logon ke liye</w:t>
      </w:r>
    </w:p>
    <w:p>
      <w:pPr>
        <w:jc w:val="right"/>
      </w:pPr>
      <w:r>
        <w:t>اتنا بڑا attraction ہے tourist لوگوں کے لیے</w:t>
      </w:r>
    </w:p>
    <w:p>
      <w:r>
        <w:rPr>
          <w:b/>
        </w:rPr>
        <w:t xml:space="preserve">[30:21] </w:t>
      </w:r>
      <w:r>
        <w:t>to ye tha jis ko avail karna tha</w:t>
      </w:r>
    </w:p>
    <w:p>
      <w:pPr>
        <w:jc w:val="right"/>
      </w:pPr>
      <w:r>
        <w:t>تو یہ تھا جس کو avail کرنا تھا</w:t>
      </w:r>
    </w:p>
    <w:p>
      <w:r>
        <w:rPr>
          <w:b/>
        </w:rPr>
        <w:t xml:space="preserve">[30:26] </w:t>
      </w:r>
      <w:r>
        <w:t>ye sare musalman leader ye kehte hain ke hum ko avail karna hai jaise rasool Allah ne avail</w:t>
      </w:r>
    </w:p>
    <w:p>
      <w:pPr>
        <w:jc w:val="right"/>
      </w:pPr>
      <w:r>
        <w:t>یہ سارے مسلمان لیڈر یہ کہتے ہیں کہ ہم کو avail کرنا ہے جیسے رسول اللہ نے avail</w:t>
      </w:r>
    </w:p>
    <w:p>
      <w:r>
        <w:rPr>
          <w:b/>
        </w:rPr>
        <w:t xml:space="preserve">[30:31] </w:t>
      </w:r>
      <w:r>
        <w:t>kiya ladna hai hi nahi hamein ladna haram hai</w:t>
      </w:r>
    </w:p>
    <w:p>
      <w:pPr>
        <w:jc w:val="right"/>
      </w:pPr>
      <w:r>
        <w:t>کیا لڑنا ہے ہی نہیں ہمیں لڑنا حرام ہے</w:t>
      </w:r>
    </w:p>
    <w:p>
      <w:r>
        <w:rPr>
          <w:b/>
        </w:rPr>
        <w:t xml:space="preserve">[30:37] </w:t>
      </w:r>
      <w:r>
        <w:t>jis tarah rasool Allah sallallahu alaihi wasallam ne kaba ke muamle mein ladhe nahi aap</w:t>
      </w:r>
    </w:p>
    <w:p>
      <w:pPr>
        <w:jc w:val="right"/>
      </w:pPr>
      <w:r>
        <w:t>جس طرح رسول اللہ صلی اللہ علیہ وسلم نے کعبہ کے معاملے میں لڑے نہیں آپ</w:t>
      </w:r>
    </w:p>
    <w:p>
      <w:r>
        <w:rPr>
          <w:b/>
        </w:rPr>
        <w:t xml:space="preserve">[30:43] </w:t>
      </w:r>
      <w:r>
        <w:t>aap ne choti ko avail kiya aap ne wohi hamein karna hai ye jo log ate hain in</w:t>
      </w:r>
    </w:p>
    <w:p>
      <w:pPr>
        <w:jc w:val="right"/>
      </w:pPr>
      <w:r>
        <w:t>آپ نے چھوٹی کو avail کیا آپ نے وہی ہمیں کرنا ہے یہ جو لوگ آتے ہیں ان</w:t>
      </w:r>
    </w:p>
    <w:p>
      <w:r>
        <w:rPr>
          <w:b/>
        </w:rPr>
        <w:t xml:space="preserve">[30:48] </w:t>
      </w:r>
      <w:r>
        <w:t>se ek bohat bara faida hamein economic sense mein hai woh ek alag cheez hai lekin ye sare</w:t>
      </w:r>
    </w:p>
    <w:p>
      <w:pPr>
        <w:jc w:val="right"/>
      </w:pPr>
      <w:r>
        <w:t>سے ایک بہت بڑا فائدہ ہمیں economic sense میں ہے وہ ایک الگ چیز ہے لیکن یہ سارے</w:t>
      </w:r>
    </w:p>
    <w:p>
      <w:r>
        <w:rPr>
          <w:b/>
        </w:rPr>
        <w:t xml:space="preserve">[30:55] </w:t>
      </w:r>
      <w:r>
        <w:t>dunya ke madu yehi ikattha ho rahe hain hamein ek hi maqam par sab madu mil rahe hain</w:t>
      </w:r>
    </w:p>
    <w:p>
      <w:pPr>
        <w:jc w:val="right"/>
      </w:pPr>
      <w:r>
        <w:t>دنیا کے مدعو یہیں اکٹھا ہو رہے ہیں ہمیں ایک ہی مقام پر سب مدعو مل رہے ہیں</w:t>
      </w:r>
    </w:p>
    <w:p>
      <w:r>
        <w:rPr>
          <w:b/>
        </w:rPr>
        <w:t xml:space="preserve">[31:00] </w:t>
      </w:r>
      <w:r>
        <w:t>un ko quran pahunchao islam pahunchao rasool Allah ki baatein pahunchao</w:t>
      </w:r>
    </w:p>
    <w:p>
      <w:pPr>
        <w:jc w:val="right"/>
      </w:pPr>
      <w:r>
        <w:t>ان کو قرآن پہنچاؤ اسلام پہنچاؤ رسول اللہ کی باتیں پہنچاؤ</w:t>
      </w:r>
    </w:p>
    <w:p>
      <w:r>
        <w:rPr>
          <w:b/>
        </w:rPr>
        <w:t xml:space="preserve">[31:10] </w:t>
      </w:r>
      <w:r>
        <w:t>tumhare jo sahib ne kaha tha mujh se</w:t>
      </w:r>
    </w:p>
    <w:p>
      <w:pPr>
        <w:jc w:val="right"/>
      </w:pPr>
      <w:r>
        <w:t>تمہارے جو صاحب نے کہا تھا مجھ سے</w:t>
      </w:r>
    </w:p>
    <w:p>
      <w:r>
        <w:rPr>
          <w:b/>
        </w:rPr>
        <w:t xml:space="preserve">[31:15] </w:t>
      </w:r>
      <w:r>
        <w:t>mein ne kaha ke dekhiye</w:t>
      </w:r>
    </w:p>
    <w:p>
      <w:pPr>
        <w:jc w:val="right"/>
      </w:pPr>
      <w:r>
        <w:t>میں نے کہا کہ دیکھیے</w:t>
      </w:r>
    </w:p>
    <w:p>
      <w:r>
        <w:rPr>
          <w:b/>
        </w:rPr>
        <w:t xml:space="preserve">[31:18] </w:t>
      </w:r>
      <w:r>
        <w:t>yeh to woh maqam hai jahan jahan musalmanon ko moqa mil raha hai ke woh</w:t>
      </w:r>
    </w:p>
    <w:p>
      <w:pPr>
        <w:jc w:val="right"/>
      </w:pPr>
      <w:r>
        <w:t>یہ تو وہ مقام ہے جہاں جہاں مسلمانوں کو موقع مل رہا ہے کہ وہ</w:t>
      </w:r>
    </w:p>
    <w:p>
      <w:r>
        <w:rPr>
          <w:b/>
        </w:rPr>
        <w:t xml:space="preserve">[31:25] </w:t>
      </w:r>
      <w:r>
        <w:t>apna mission jo hai aalmi satah par aik hi jagah chala sakein</w:t>
      </w:r>
    </w:p>
    <w:p>
      <w:pPr>
        <w:jc w:val="right"/>
      </w:pPr>
      <w:r>
        <w:t>اپنا mission جو ہے عالمی سطح پر ایک ہی جگہ چلا سکیں</w:t>
      </w:r>
    </w:p>
    <w:p>
      <w:r>
        <w:rPr>
          <w:b/>
        </w:rPr>
        <w:t xml:space="preserve">[31:31] </w:t>
      </w:r>
      <w:r>
        <w:t>lekin woh history ko reshape karne ki koshish kar rahe hain</w:t>
      </w:r>
    </w:p>
    <w:p>
      <w:pPr>
        <w:jc w:val="right"/>
      </w:pPr>
      <w:r>
        <w:t>لیکن وہ history کو reshape کرنے کی کوشش کر رہے ہیں</w:t>
      </w:r>
    </w:p>
    <w:p>
      <w:r>
        <w:rPr>
          <w:b/>
        </w:rPr>
        <w:t xml:space="preserve">[31:36] </w:t>
      </w:r>
      <w:r>
        <w:t>history ke opportunities ko avail karna woh unhein aata nahi asal masla yeh hai asal masla yeh nahi</w:t>
      </w:r>
    </w:p>
    <w:p>
      <w:pPr>
        <w:jc w:val="right"/>
      </w:pPr>
      <w:r>
        <w:t>history کے opportunities کو avail کرنا وہ انہیں آتا نہیں اصل مسئلہ یہ ہے اصل مسئلہ یہ نہیں</w:t>
      </w:r>
    </w:p>
    <w:p>
      <w:r>
        <w:rPr>
          <w:b/>
        </w:rPr>
        <w:t xml:space="preserve">[31:41] </w:t>
      </w:r>
      <w:r>
        <w:t>ke wahan ke jo paisa lag raha hai us ko divert kiya jaye university banane mein yeh masla</w:t>
      </w:r>
    </w:p>
    <w:p>
      <w:pPr>
        <w:jc w:val="right"/>
      </w:pPr>
      <w:r>
        <w:t>کہ وہاں کے جو پیسہ لگ رہا ہے اس کو divert کیا جائے university بنانے میں یہ مسئلہ</w:t>
      </w:r>
    </w:p>
    <w:p>
      <w:r>
        <w:rPr>
          <w:b/>
        </w:rPr>
        <w:t xml:space="preserve">[31:45] </w:t>
      </w:r>
      <w:r>
        <w:t>nahi hai</w:t>
      </w:r>
    </w:p>
    <w:p>
      <w:pPr>
        <w:jc w:val="right"/>
      </w:pPr>
      <w:r>
        <w:t>نہیں ہے</w:t>
      </w:r>
    </w:p>
    <w:p>
      <w:r>
        <w:rPr>
          <w:b/>
        </w:rPr>
        <w:t xml:space="preserve">[31:49] </w:t>
      </w:r>
      <w:r>
        <w:t>mujh se mein ne kaha ke asal masla yeh nahi ke jo paisa lag raha hai hajj mein</w:t>
      </w:r>
    </w:p>
    <w:p>
      <w:pPr>
        <w:jc w:val="right"/>
      </w:pPr>
      <w:r>
        <w:t>مجھ سے میں نے کہا کہ اصل مسئلہ یہ نہیں کہ جو پیسہ لگ رہا ہے حج میں</w:t>
      </w:r>
    </w:p>
    <w:p>
      <w:r>
        <w:rPr>
          <w:b/>
        </w:rPr>
        <w:t xml:space="preserve">[31:53] </w:t>
      </w:r>
      <w:r>
        <w:t>is paise ko divert kiya jaye university banane mein nahi</w:t>
      </w:r>
    </w:p>
    <w:p>
      <w:pPr>
        <w:jc w:val="right"/>
      </w:pPr>
      <w:r>
        <w:t>اس پیسے کو divert کیا جائے university بنانے میں نہیں</w:t>
      </w:r>
    </w:p>
    <w:p>
      <w:r>
        <w:rPr>
          <w:b/>
        </w:rPr>
        <w:t xml:space="preserve">[31:56] </w:t>
      </w:r>
      <w:r>
        <w:t>asal masla yeh hai ke musalmanon ko samajh di jaye thinking un ko lai jaye un ke andar right</w:t>
      </w:r>
    </w:p>
    <w:p>
      <w:pPr>
        <w:jc w:val="right"/>
      </w:pPr>
      <w:r>
        <w:t>اصل مسئلہ یہ ہے کہ مسلمانوں کو سمجھ دی جائے thinking ان کو لائی جائے ان کے اندرright</w:t>
      </w:r>
    </w:p>
    <w:p>
      <w:r>
        <w:rPr>
          <w:b/>
        </w:rPr>
        <w:t xml:space="preserve">[32:03] </w:t>
      </w:r>
      <w:r>
        <w:t>thinking taake woh janiye taake</w:t>
      </w:r>
    </w:p>
    <w:p>
      <w:pPr>
        <w:jc w:val="right"/>
      </w:pPr>
      <w:r>
        <w:t>thinking تاکہ وہ جانیں تاکہ</w:t>
      </w:r>
    </w:p>
    <w:p>
      <w:r>
        <w:rPr>
          <w:b/>
        </w:rPr>
        <w:t xml:space="preserve">[32:09] </w:t>
      </w:r>
      <w:r>
        <w:t>woh janiye ke woh history ko reshape nahi kar sakte</w:t>
      </w:r>
    </w:p>
    <w:p>
      <w:pPr>
        <w:jc w:val="right"/>
      </w:pPr>
      <w:r>
        <w:t>وہ جانیں کہ وہ history کو reshape نہیں کر سکتے</w:t>
      </w:r>
    </w:p>
    <w:p>
      <w:r>
        <w:rPr>
          <w:b/>
        </w:rPr>
        <w:t xml:space="preserve">[32:13] </w:t>
      </w:r>
      <w:r>
        <w:t>haan history ko avail kar sakte hain yeh hai asal masla</w:t>
      </w:r>
    </w:p>
    <w:p>
      <w:pPr>
        <w:jc w:val="right"/>
      </w:pPr>
      <w:r>
        <w:t>ہاں history کو avail کر سکتے ہیں یہ ہے اصل مسئلہ</w:t>
      </w:r>
    </w:p>
    <w:p>
      <w:r>
        <w:rPr>
          <w:b/>
        </w:rPr>
        <w:t xml:space="preserve">[32:20] </w:t>
      </w:r>
      <w:r>
        <w:t>to unhon ne kaha acha jahan jo aap jayein to mujhe bataiyega main bhi chalun ga dekhne ke liye ke liye</w:t>
      </w:r>
    </w:p>
    <w:p>
      <w:pPr>
        <w:jc w:val="right"/>
      </w:pPr>
      <w:r>
        <w:t>تو انہوں نے کہا اچھا جہاں جو آپ جائیں تو مجھے بتائیے گا میں بھی چلوں گا دیکھنے کے لیے کے لیے</w:t>
      </w:r>
    </w:p>
    <w:p>
      <w:r>
        <w:rPr>
          <w:b/>
        </w:rPr>
        <w:t xml:space="preserve">[32:35] </w:t>
      </w:r>
      <w:r>
        <w:t>to dekhiye jo musalmanon ka masla is zamane mein hai woh bohat deep rooted hai woh yeh nahi ke aap Islamophobia kar dein to masla hal ho gaya top ke parhe likhe log jo hain bas Islamophobia Islamophobia Islamophobia is nothing</w:t>
      </w:r>
    </w:p>
    <w:p>
      <w:pPr>
        <w:jc w:val="right"/>
      </w:pPr>
      <w:r>
        <w:t>تو دیکھیے جو مسلمانوں کا مسئلہ اس زمانے میں ہے وہ بہت deep rooted ہے وہ یہ نہیں کہ آپ اسلامو فوبیا کر دیں تو مسئلہ حل ہو گیا top کے پڑھے لکھے لوگ جو ہیں بس اسلامو فوبیا اسلامو فوبیا اسلامو فوبیا is nothing</w:t>
      </w:r>
    </w:p>
    <w:p>
      <w:r>
        <w:rPr>
          <w:b/>
        </w:rPr>
        <w:t xml:space="preserve">[32:54] </w:t>
      </w:r>
      <w:r>
        <w:t>sab se bari cheez hai musalmanon ka unawareness bekhabari Islamophobia nahi hai bare bare parhe likhe logon ko main ne suna hai un Islamophobia ki baat karte hain top ke log Islamophobia is nothing</w:t>
      </w:r>
    </w:p>
    <w:p>
      <w:pPr>
        <w:jc w:val="right"/>
      </w:pPr>
      <w:r>
        <w:t>سب سے بڑی چیز ہے مسلمانوں کا unawareness بے خبری اسلامو فوبیا نہیں ہے بڑے بڑے پڑھے لکھے لوگوں کو میں نے سنا ہے ان اسلامو فوبیا کی بات کرتے ہیں top کے لوگ اسلامو فوبیا is nothing</w:t>
      </w:r>
    </w:p>
    <w:p>
      <w:r>
        <w:rPr>
          <w:b/>
        </w:rPr>
        <w:t xml:space="preserve">[33:15] </w:t>
      </w:r>
      <w:r>
        <w:t>musalmanon ki unawareness ko todiye bekhabari ko todiye musalmanon ko samajh dijiye musalmanon ke andar bataiye ke un ke liye line of action kya hai un ke liye yeh bataiye</w:t>
      </w:r>
    </w:p>
    <w:p>
      <w:pPr>
        <w:jc w:val="right"/>
      </w:pPr>
      <w:r>
        <w:t>مسلمانوں کی unawareness کو توڑیے بے خبری کو توڑیے مسلمانوں کو سمجھ دیجیے مسلمانوں کے اندر بتائیے کہ ان کے لیے line of action کیا ہے ان کے لیے یہ بتائیے</w:t>
      </w:r>
    </w:p>
    <w:p>
      <w:r>
        <w:rPr>
          <w:b/>
        </w:rPr>
        <w:t xml:space="preserve">[33:40] </w:t>
      </w:r>
      <w:r>
        <w:t>to rasool Allah sal Allah alaihi wasallam ki sunnat mein</w:t>
      </w:r>
    </w:p>
    <w:p>
      <w:pPr>
        <w:jc w:val="right"/>
      </w:pPr>
      <w:r>
        <w:t>تو رسول اللہ صلی اللہ علیہ وسلم کی سنت میں</w:t>
      </w:r>
    </w:p>
    <w:p>
      <w:r>
        <w:rPr>
          <w:b/>
        </w:rPr>
        <w:t xml:space="preserve">[33:46] </w:t>
      </w:r>
      <w:r>
        <w:t>sab kuch maujood hai lekin</w:t>
      </w:r>
    </w:p>
    <w:p>
      <w:pPr>
        <w:jc w:val="right"/>
      </w:pPr>
      <w:r>
        <w:t>سب کچھ موجود ہے لیکن</w:t>
      </w:r>
    </w:p>
    <w:p>
      <w:r>
        <w:rPr>
          <w:b/>
        </w:rPr>
        <w:t xml:space="preserve">[33:53] </w:t>
      </w:r>
      <w:r>
        <w:t>woh maujood hai kis aitbar se detail ke aitbar se nahi hai kilo ke aitbar se hai aap aur us ko apply karne ke aitbar se aap ko janna hai rasool Allah sal Allah alaihi wasallam ki sunnat mein jo cheezein hain us ko reapply karna hai jab reapply karenge tab aap rasool Allah ki sunnat ke mutabiq banenge</w:t>
      </w:r>
    </w:p>
    <w:p>
      <w:pPr>
        <w:jc w:val="right"/>
      </w:pPr>
      <w:r>
        <w:t>وہ موجود ہے کس اعتبار سے detail کے اعتبار سے نہیں ہے کلو کے اعتبار سے ہے آپ اور اس کو اپلائی کرنے کے اعتبار سے آپ کو جاننا ہے رسول اللہ صلی اللہ علیہ وسلم کی سنت میں جو چیزیں ہیں اس کو reapply کرنا ہے جب reapply کریں گے تب آپ رسول اللہ کی سنت کے مطابق بنیں گے</w:t>
      </w:r>
    </w:p>
    <w:p>
      <w:r>
        <w:rPr>
          <w:b/>
        </w:rPr>
        <w:t xml:space="preserve">[34:22] </w:t>
      </w:r>
      <w:r>
        <w:t>yahi jise main ne misaal di ke kaba ko reshape karne ki koshish na karna aur jo wahan par opportunity hai us ko avail karna yeh ek sunnat rasool hai aaj ki dunya mein aap yahi karna hai aap ko naye halaat mein</w:t>
      </w:r>
    </w:p>
    <w:p>
      <w:pPr>
        <w:jc w:val="right"/>
      </w:pPr>
      <w:r>
        <w:t>یہی جسے میں نے مثال دی کہ کعبہ کو reshape کرنے کی کوشش نہ کرنا اور جو وہاں پر opportunity ہے اس کو avail کرنا یہ ایک سنت رسول ہے آج کی دنیا میں آپ یہی کرنا ہے آپ کو نئے حالات میں</w:t>
      </w:r>
    </w:p>
    <w:p>
      <w:r>
        <w:rPr>
          <w:b/>
        </w:rPr>
        <w:t xml:space="preserve">[34:43] </w:t>
      </w:r>
      <w:r>
        <w:t>ke masalan Middle East mein jo historical monument hai us ko avail karo tourist us ki jo banegi wahan par us ko avail karo lado mat Israel mein hukumat qaim ho gayi ho to hone do hone do</w:t>
      </w:r>
    </w:p>
    <w:p>
      <w:pPr>
        <w:jc w:val="right"/>
      </w:pPr>
      <w:r>
        <w:t>کہ مثلاً Middle East میں جو historical monument ہے اس کو avail کرو tourist اس کی جو بنے گی وہاں پر اس کو avail کرو لڑو مت اسرائیل میں حکومت قائم ہو گئی ہو تو ہونے دو ہونے دو</w:t>
      </w:r>
    </w:p>
    <w:p>
      <w:r>
        <w:rPr>
          <w:b/>
        </w:rPr>
        <w:t xml:space="preserve">[35:03] </w:t>
      </w:r>
      <w:r>
        <w:t>rasool Allah ke zamane mein wahan aik daur nadwa tha makkah mein yani aik tribal parliament</w:t>
      </w:r>
    </w:p>
    <w:p>
      <w:pPr>
        <w:jc w:val="right"/>
      </w:pPr>
      <w:r>
        <w:t>رسول اللہ کے زمانے میں وہاں ایک دور ندوہ تھا مکہ میں یعنی ایک tribal parliament</w:t>
      </w:r>
    </w:p>
    <w:p>
      <w:r>
        <w:rPr>
          <w:b/>
        </w:rPr>
        <w:t xml:space="preserve">[35:10] </w:t>
      </w:r>
      <w:r>
        <w:t>makkah mein aik daur nadwa tha aaj kal ke zamane mein tribal parliament rasool Allah ne kabhi koshish</w:t>
      </w:r>
    </w:p>
    <w:p>
      <w:pPr>
        <w:jc w:val="right"/>
      </w:pPr>
      <w:r>
        <w:t>مکہ میں ایک دور ندوہ تھا آج کل کے زمانے میں tribal parliament رسول اللہ نے کبھی کوشش</w:t>
      </w:r>
    </w:p>
    <w:p>
      <w:r>
        <w:rPr>
          <w:b/>
        </w:rPr>
        <w:t xml:space="preserve">[35:16] </w:t>
      </w:r>
      <w:r>
        <w:t>nahi ki ke tribal parliament par qabza karein kuch nahi hone do</w:t>
      </w:r>
    </w:p>
    <w:p>
      <w:pPr>
        <w:jc w:val="right"/>
      </w:pPr>
      <w:r>
        <w:t>نہیں کی کہ tribal parliament پر قبضہ کریں کچھ نہیں ہونے دو</w:t>
      </w:r>
    </w:p>
    <w:p>
      <w:r>
        <w:rPr>
          <w:b/>
        </w:rPr>
        <w:t xml:space="preserve">[35:22] </w:t>
      </w:r>
      <w:r>
        <w:t>jo aap baithe hue hain woh unhein karne do apna kaam rasool Allah sallallahu alaihi wasallam ne</w:t>
      </w:r>
    </w:p>
    <w:p>
      <w:pPr>
        <w:jc w:val="right"/>
      </w:pPr>
      <w:r>
        <w:t>جو آپ بیٹھے ہوئے ہیں وہ انہیں کرنے دو اپنا کام رسول اللہ صلی اللہ علیہ وسلم نے</w:t>
      </w:r>
    </w:p>
    <w:p>
      <w:r>
        <w:rPr>
          <w:b/>
        </w:rPr>
        <w:t xml:space="preserve">[35:28] </w:t>
      </w:r>
      <w:r>
        <w:t>kabhi bhi daur nadwa par yani tribal parliament par qabza karne ki koshish nahi ki is ko chhod</w:t>
      </w:r>
    </w:p>
    <w:p>
      <w:pPr>
        <w:jc w:val="right"/>
      </w:pPr>
      <w:r>
        <w:t>کبھی بھی دور ندوہ پر یعنی tribal parliament پر قبضہ کرنے کی کوشش نہیں کی اس کو چھوڑ</w:t>
      </w:r>
    </w:p>
    <w:p>
      <w:r>
        <w:rPr>
          <w:b/>
        </w:rPr>
        <w:t xml:space="preserve">[35:33] </w:t>
      </w:r>
      <w:r>
        <w:t>diya isi haal mein to aap bhi israel par qabza ho gaya yeh ho to hone dijiye</w:t>
      </w:r>
    </w:p>
    <w:p>
      <w:pPr>
        <w:jc w:val="right"/>
      </w:pPr>
      <w:r>
        <w:t>دیا اسی حال میں تو آپ بھی اسرائیل پر قبضہ ہو گیا یہ ہو تو ہونے دیجیے</w:t>
      </w:r>
    </w:p>
    <w:p>
      <w:r>
        <w:rPr>
          <w:b/>
        </w:rPr>
        <w:t xml:space="preserve">[35:40] </w:t>
      </w:r>
      <w:r>
        <w:t>hone dijiye aap to yeh banaiye ke jo wahan opportunity hai us ko avail karna hai hamein</w:t>
      </w:r>
    </w:p>
    <w:p>
      <w:pPr>
        <w:jc w:val="right"/>
      </w:pPr>
      <w:r>
        <w:t>ہونے دیجیے آپ تو یہ بنائیے کہ جو وہاں opportunity ہے اس کو avail کرنا ہے ہمیں</w:t>
      </w:r>
    </w:p>
    <w:p>
      <w:r>
        <w:rPr>
          <w:b/>
        </w:rPr>
        <w:t xml:space="preserve">[35:49] </w:t>
      </w:r>
      <w:r>
        <w:t>aur</w:t>
      </w:r>
    </w:p>
    <w:p>
      <w:pPr>
        <w:jc w:val="right"/>
      </w:pPr>
      <w:r>
        <w:t>اور</w:t>
      </w:r>
    </w:p>
    <w:p>
      <w:r>
        <w:rPr>
          <w:b/>
        </w:rPr>
        <w:t xml:space="preserve">[35:49] </w:t>
      </w:r>
      <w:r>
        <w:t>israel qaim ho jaye is se koi farq nahi parta</w:t>
      </w:r>
    </w:p>
    <w:p>
      <w:pPr>
        <w:jc w:val="right"/>
      </w:pPr>
      <w:r>
        <w:t>اسرائیل قائم ہو جائے اس سے کوئی فرق نہیں پڑتا</w:t>
      </w:r>
    </w:p>
    <w:p>
      <w:r>
        <w:rPr>
          <w:b/>
        </w:rPr>
        <w:t xml:space="preserve">[35:54] </w:t>
      </w:r>
      <w:r>
        <w:t>israel ban gaya is se koi farq nahi parta hamare saathi jate hain wahan par israel ke andar</w:t>
      </w:r>
    </w:p>
    <w:p>
      <w:pPr>
        <w:jc w:val="right"/>
      </w:pPr>
      <w:r>
        <w:t>اسرائیل بن گیا اس سے کوئی فرق نہیں پڑتا ہمارے ساتھی جاتے ہیں وہاں پر اسرائیل کے اندر</w:t>
      </w:r>
    </w:p>
    <w:p>
      <w:r>
        <w:rPr>
          <w:b/>
        </w:rPr>
        <w:t xml:space="preserve">[36:01] </w:t>
      </w:r>
      <w:r>
        <w:t>masjid aqsa ke andar wahan quran ko phailate hain detail ko phailate hain koi rukawat nahi hai koi</w:t>
      </w:r>
    </w:p>
    <w:p>
      <w:pPr>
        <w:jc w:val="right"/>
      </w:pPr>
      <w:r>
        <w:t>مسجد اقصیٰ کے اندر وہاں قرآن کو پھیلاتے ہیں detail کو پھیلاتے ہیں کوئی رکاوٹ نہیں ہے کوئی</w:t>
      </w:r>
    </w:p>
    <w:p>
      <w:r>
        <w:rPr>
          <w:b/>
        </w:rPr>
        <w:t xml:space="preserve">[36:07] </w:t>
      </w:r>
      <w:r>
        <w:t>rukawat nahi hai yani israel ke banne se koi rukawat nahi hai</w:t>
      </w:r>
    </w:p>
    <w:p>
      <w:pPr>
        <w:jc w:val="right"/>
      </w:pPr>
      <w:r>
        <w:t>رکاوٹ نہیں ہے یعنی اسرائیل کے بننے سے کوئی رکاوٹ نہیں ہے</w:t>
      </w:r>
    </w:p>
    <w:p>
      <w:r>
        <w:rPr>
          <w:b/>
        </w:rPr>
        <w:t xml:space="preserve">[36:13] </w:t>
      </w:r>
      <w:r>
        <w:t>isi lar rahe hain isi lar rahe hain aur mila kuch bhi nahi hai</w:t>
      </w:r>
    </w:p>
    <w:p>
      <w:pPr>
        <w:jc w:val="right"/>
      </w:pPr>
      <w:r>
        <w:t>اسی لڑ رہے ہیں اسی لڑ رہے ہیں اور ملا کچھ بھی نہیں ہے</w:t>
      </w:r>
    </w:p>
    <w:p>
      <w:r>
        <w:rPr>
          <w:b/>
        </w:rPr>
        <w:t xml:space="preserve">[36:20] </w:t>
      </w:r>
      <w:r>
        <w:t>India mein bhi yahi zehan hai aur bahar har jagah se America musalmanon yahi zehan hai ke history ko reshape karne ki koshish karte hain aur fail ho jate hain aur historical jo opportunities us ko avail karne ka koi plan nahi in ka koi plan hi nahi</w:t>
      </w:r>
    </w:p>
    <w:p>
      <w:pPr>
        <w:jc w:val="right"/>
      </w:pPr>
      <w:r>
        <w:t>انڈیا میں بھی یہی ذہن ہے اور باہر ہر جگہ سے امریکہ مسلمانوں یہی ذہن ہے کہ history کو reshape کرنے کی کوشش کرتے ہیں اور فیل ہو جاتے ہیں اور historical جو opportunities اس کو avail کرنے کا کوئی plan نہیں ان کا کوئی plan ہی نہیں</w:t>
      </w:r>
    </w:p>
    <w:p>
      <w:r>
        <w:rPr>
          <w:b/>
        </w:rPr>
        <w:t xml:space="preserve">[36:42] </w:t>
      </w:r>
      <w:r>
        <w:t>koi plan nahi</w:t>
      </w:r>
    </w:p>
    <w:p>
      <w:pPr>
        <w:jc w:val="right"/>
      </w:pPr>
      <w:r>
        <w:t>کوئی plan نہیں</w:t>
      </w:r>
    </w:p>
    <w:p>
      <w:r>
        <w:rPr>
          <w:b/>
        </w:rPr>
        <w:t xml:space="preserve">[36:50] </w:t>
      </w:r>
      <w:r>
        <w:t>to hamara jo mission hai wo yeh hai ke hum logon ko</w:t>
      </w:r>
    </w:p>
    <w:p>
      <w:pPr>
        <w:jc w:val="right"/>
      </w:pPr>
      <w:r>
        <w:t>تو ہمارا جو mission ہے وہ یہ ہے کہ ہم لوگوں کو</w:t>
      </w:r>
    </w:p>
    <w:p>
      <w:r>
        <w:rPr>
          <w:b/>
        </w:rPr>
        <w:t xml:space="preserve">[36:56] </w:t>
      </w:r>
      <w:r>
        <w:t>logon ki unawareness ko toren logon ko ba-khabar banayen</w:t>
      </w:r>
    </w:p>
    <w:p>
      <w:pPr>
        <w:jc w:val="right"/>
      </w:pPr>
      <w:r>
        <w:t>لوگوں کی unawareness کو توڑیں لوگوں کو باخبر بنائیں</w:t>
      </w:r>
    </w:p>
    <w:p>
      <w:r>
        <w:rPr>
          <w:b/>
        </w:rPr>
        <w:t xml:space="preserve">[37:02] </w:t>
      </w:r>
      <w:r>
        <w:t>taakeh woh apne saare mamlaat ki re-planning karen</w:t>
      </w:r>
    </w:p>
    <w:p>
      <w:pPr>
        <w:jc w:val="right"/>
      </w:pPr>
      <w:r>
        <w:t>تاکہ وہ اپنے سارے معاملات کی re-planning کریں</w:t>
      </w:r>
    </w:p>
    <w:p>
      <w:r>
        <w:rPr>
          <w:b/>
        </w:rPr>
        <w:t xml:space="preserve">[37:07] </w:t>
      </w:r>
      <w:r>
        <w:t>abhi jo kar rahe hain woh woh to nothing hai</w:t>
      </w:r>
    </w:p>
    <w:p>
      <w:pPr>
        <w:jc w:val="right"/>
      </w:pPr>
      <w:r>
        <w:t>ابھی جو کر رہے ہیں وہ وہ تو nothing ہے</w:t>
      </w:r>
    </w:p>
    <w:p>
      <w:r>
        <w:rPr>
          <w:b/>
        </w:rPr>
        <w:t xml:space="preserve">[37:11] </w:t>
      </w:r>
      <w:r>
        <w:t>suicide bombing gun culture nafrat islamophobia ka hangama</w:t>
      </w:r>
    </w:p>
    <w:p>
      <w:pPr>
        <w:jc w:val="right"/>
      </w:pPr>
      <w:r>
        <w:t>suicide bombing gun culture نفرت اسلامو فوبیا کا ہنگامہ</w:t>
      </w:r>
    </w:p>
    <w:p>
      <w:r>
        <w:rPr>
          <w:b/>
        </w:rPr>
        <w:t xml:space="preserve">[37:17] </w:t>
      </w:r>
      <w:r>
        <w:t>nothing hai kuch bhi nahi futile hai futile</w:t>
      </w:r>
    </w:p>
    <w:p>
      <w:pPr>
        <w:jc w:val="right"/>
      </w:pPr>
      <w:r>
        <w:t>nothing ہے کچھ بھی نہیں futile ہے futile</w:t>
      </w:r>
    </w:p>
    <w:p>
      <w:r>
        <w:rPr>
          <w:b/>
        </w:rPr>
        <w:t xml:space="preserve">[37:23] </w:t>
      </w:r>
      <w:r>
        <w:t>to hamara mission jo hai CPS ka mission woh yeh hai ke log janiye</w:t>
      </w:r>
    </w:p>
    <w:p>
      <w:pPr>
        <w:jc w:val="right"/>
      </w:pPr>
      <w:r>
        <w:t>تو ہمارا mission جو ہے سی پی ایس کا mission وہ یہ ہے کہ لوگ جانیں</w:t>
      </w:r>
    </w:p>
    <w:p>
      <w:r>
        <w:rPr>
          <w:b/>
        </w:rPr>
        <w:t xml:space="preserve">[37:36] </w:t>
      </w:r>
      <w:r>
        <w:t>is haqeeqat ko janen ke hamein history ko reshape nahin karna hai balkeh history ke paida ki hui opportunity ko avail karna hai</w:t>
      </w:r>
    </w:p>
    <w:p>
      <w:pPr>
        <w:jc w:val="right"/>
      </w:pPr>
      <w:r>
        <w:t>اس حقیقت کو جانیں کہ ہمیں history کو reshape نہیں کرنا ہے بلکہ history کے پیدا کی ہوئی opportunity کو avail کرنا ہے</w:t>
      </w:r>
    </w:p>
    <w:p>
      <w:r>
        <w:rPr>
          <w:b/>
        </w:rPr>
        <w:t xml:space="preserve">[37:49] </w:t>
      </w:r>
      <w:r>
        <w:t>is zamane mein jitne bare bare leader paida hue kam az kam mere study ke mutabiq un mein</w:t>
      </w:r>
    </w:p>
    <w:p>
      <w:pPr>
        <w:jc w:val="right"/>
      </w:pPr>
      <w:r>
        <w:t>اس زمانے میں جتنے بڑے بڑے لیڈر پیدا ہوئے کم از کم میرے study کے مطابق ان میں</w:t>
      </w:r>
    </w:p>
    <w:p>
      <w:r>
        <w:rPr>
          <w:b/>
        </w:rPr>
        <w:t xml:space="preserve">[37:55] </w:t>
      </w:r>
      <w:r>
        <w:t>ek bhi exception nahi hai</w:t>
      </w:r>
    </w:p>
    <w:p>
      <w:pPr>
        <w:jc w:val="right"/>
      </w:pPr>
      <w:r>
        <w:t>ایک بھی exception نہیں ہے</w:t>
      </w:r>
    </w:p>
    <w:p>
      <w:r>
        <w:rPr>
          <w:b/>
        </w:rPr>
        <w:t xml:space="preserve">[37:57] </w:t>
      </w:r>
      <w:r>
        <w:t>jo yeh jaane is baat ko ke humein kya karna hai sab bas history ko reshape karne ka</w:t>
      </w:r>
    </w:p>
    <w:p>
      <w:pPr>
        <w:jc w:val="right"/>
      </w:pPr>
      <w:r>
        <w:t>جو یہ جانے اس بات کو کہ ہمیں کیا کرنا ہے سب بس history کو reshape کرنے کا</w:t>
      </w:r>
    </w:p>
    <w:p>
      <w:r>
        <w:rPr>
          <w:b/>
        </w:rPr>
        <w:t xml:space="preserve">[38:04] </w:t>
      </w:r>
      <w:r>
        <w:t>narah lagate hain</w:t>
      </w:r>
    </w:p>
    <w:p>
      <w:pPr>
        <w:jc w:val="right"/>
      </w:pPr>
      <w:r>
        <w:t>نعرہ لگاتے ہیں</w:t>
      </w:r>
    </w:p>
    <w:p>
      <w:r>
        <w:rPr>
          <w:b/>
        </w:rPr>
        <w:t xml:space="preserve">[38:06] </w:t>
      </w:r>
      <w:r>
        <w:t>aur avail karne ki baat koi nahi karne wala yeh kam az kam do so saal ki jo</w:t>
      </w:r>
    </w:p>
    <w:p>
      <w:pPr>
        <w:jc w:val="right"/>
      </w:pPr>
      <w:r>
        <w:t>اور avail کرنے کی بات کوئی نہیں کرنے والا یہ کم از کم دو سو سال کی جو</w:t>
      </w:r>
    </w:p>
    <w:p>
      <w:r>
        <w:rPr>
          <w:b/>
        </w:rPr>
        <w:t xml:space="preserve">[38:13] </w:t>
      </w:r>
      <w:r>
        <w:t>hangama khez musalmanon ke darmiyan</w:t>
      </w:r>
    </w:p>
    <w:p>
      <w:pPr>
        <w:jc w:val="right"/>
      </w:pPr>
      <w:r>
        <w:t>ہنگامہ خیز مسلمانوں کے درمیان</w:t>
      </w:r>
    </w:p>
    <w:p>
      <w:r>
        <w:rPr>
          <w:b/>
        </w:rPr>
        <w:t xml:space="preserve">[38:16] </w:t>
      </w:r>
      <w:r>
        <w:t>dour hai ek bhi shakhs mere ilm mein nahi hai agar koi kehta hai ke hai to batao</w:t>
      </w:r>
    </w:p>
    <w:p>
      <w:pPr>
        <w:jc w:val="right"/>
      </w:pPr>
      <w:r>
        <w:t>دور ہے ایک بھی شخص میرے علم میں نہیں ہے اگر کوئی کہتا ہے کہ ہے تو بتاؤ</w:t>
      </w:r>
    </w:p>
    <w:p>
      <w:r>
        <w:rPr>
          <w:b/>
        </w:rPr>
        <w:t xml:space="preserve">[38:22] </w:t>
      </w:r>
      <w:r>
        <w:t>mera naam batao is ka</w:t>
      </w:r>
    </w:p>
    <w:p>
      <w:pPr>
        <w:jc w:val="right"/>
      </w:pPr>
      <w:r>
        <w:t>میرا نام بتاؤ اس کا</w:t>
      </w:r>
    </w:p>
    <w:p>
      <w:r>
        <w:rPr>
          <w:b/>
        </w:rPr>
        <w:t xml:space="preserve">[38:25] </w:t>
      </w:r>
      <w:r>
        <w:t>mujhe naam batao</w:t>
      </w:r>
    </w:p>
    <w:p>
      <w:pPr>
        <w:jc w:val="right"/>
      </w:pPr>
      <w:r>
        <w:t>مجھے نام بتاؤ</w:t>
      </w:r>
    </w:p>
    <w:p>
      <w:r>
        <w:rPr>
          <w:b/>
        </w:rPr>
        <w:t xml:space="preserve">[38:27] </w:t>
      </w:r>
      <w:r>
        <w:t>har ek ne hajj kiya har ek ne umrah kiya lekin is ko</w:t>
      </w:r>
    </w:p>
    <w:p>
      <w:pPr>
        <w:jc w:val="right"/>
      </w:pPr>
      <w:r>
        <w:t>ہر ایک نے حج کیا ہر ایک نے عمرہ کیا لیکن اس کو</w:t>
      </w:r>
    </w:p>
    <w:p>
      <w:r>
        <w:rPr>
          <w:b/>
        </w:rPr>
        <w:t xml:space="preserve">[38:34] </w:t>
      </w:r>
      <w:r>
        <w:t>kisi ne</w:t>
      </w:r>
    </w:p>
    <w:p>
      <w:pPr>
        <w:jc w:val="right"/>
      </w:pPr>
      <w:r>
        <w:t>کسی نے</w:t>
      </w:r>
    </w:p>
    <w:p>
      <w:r>
        <w:rPr>
          <w:b/>
        </w:rPr>
        <w:t xml:space="preserve">[38:34] </w:t>
      </w:r>
      <w:r>
        <w:t>samjha nahin ke wahan sangi tehreer hai yani pathar ki lakeeron mein likha hua hai ke history ko reshape karne ki koshish mat karo history ko avail karne ki koshish karo yahi right planning hai yahi right planning hai</w:t>
      </w:r>
    </w:p>
    <w:p>
      <w:pPr>
        <w:jc w:val="right"/>
      </w:pPr>
      <w:r>
        <w:t>سمجھا نہیں کہ وہاں سنگی تحریر ہے یعنی پتھر کی لکیروں میں لکھا ہوا ہے کہ history کو reshape کرنے کی کوشش مت کرو history کو avail کرنے کی کوشش کرو یہیright planning ہے یہیright planning ہے</w:t>
      </w:r>
    </w:p>
    <w:p>
      <w:r>
        <w:rPr>
          <w:b/>
        </w:rPr>
        <w:t xml:space="preserve">[38:58] </w:t>
      </w:r>
      <w:r>
        <w:t>to ab hamara mission jo hai is ka correction hai is correction hai hum chahte hain ke musalman is is is ghalati se bahar aayen is unawareness se bahar aayen</w:t>
      </w:r>
    </w:p>
    <w:p>
      <w:pPr>
        <w:jc w:val="right"/>
      </w:pPr>
      <w:r>
        <w:t>تو اب ہمارا mission جو ہے اس کا correction ہے اس correction ہے ہم چاہتے ہیں کہ مسلمان اس اس اس غلطی سے باہر آئیں اس unawareness سے باہر آئیں</w:t>
      </w:r>
    </w:p>
    <w:p>
      <w:r>
        <w:rPr>
          <w:b/>
        </w:rPr>
        <w:t xml:space="preserve">[39:19] </w:t>
      </w:r>
      <w:r>
        <w:t>abhi tak wohi bane hue hain ke jo maine kaha aap se ke woh hajj kar ke</w:t>
      </w:r>
    </w:p>
    <w:p>
      <w:pPr>
        <w:jc w:val="right"/>
      </w:pPr>
      <w:r>
        <w:t>ابھی تک وہی بنے ہوئے ہیں کہ جو میں نے کہا آپ سے کہ وہ حج کر کے</w:t>
      </w:r>
    </w:p>
    <w:p>
      <w:r>
        <w:rPr>
          <w:b/>
        </w:rPr>
        <w:t xml:space="preserve">[39:22] </w:t>
      </w:r>
      <w:r>
        <w:t>aaye to unhon ne kaha ke wahan kya hai wahan to bas khajoor hai aur zam zam hai</w:t>
      </w:r>
    </w:p>
    <w:p>
      <w:pPr>
        <w:jc w:val="right"/>
      </w:pPr>
      <w:r>
        <w:t>آئے تو انہوں نے کہا کہ وہاں کیا ہے وہاں تو بس خجور ہے اور زم زم ہے</w:t>
      </w:r>
    </w:p>
    <w:p>
      <w:r>
        <w:rPr>
          <w:b/>
        </w:rPr>
        <w:t xml:space="preserve">[39:28] </w:t>
      </w:r>
      <w:r>
        <w:t>ab hum chahte hain ke aise log paida hon jo wapas aayen to kahen ke wahan hum ne</w:t>
      </w:r>
    </w:p>
    <w:p>
      <w:pPr>
        <w:jc w:val="right"/>
      </w:pPr>
      <w:r>
        <w:t>اب ہم چاہتے ہیں کہ ایسے لوگ پیدا ہوں جو واپس آئیں تو کہیں کہ وہاں ہم نے</w:t>
      </w:r>
    </w:p>
    <w:p>
      <w:r>
        <w:rPr>
          <w:b/>
        </w:rPr>
        <w:t xml:space="preserve">[39:34] </w:t>
      </w:r>
      <w:r>
        <w:t>ek bohat bari cheez daryaft ki</w:t>
      </w:r>
    </w:p>
    <w:p>
      <w:pPr>
        <w:jc w:val="right"/>
      </w:pPr>
      <w:r>
        <w:t>ایک بہت بڑی چیز دریافت کی</w:t>
      </w:r>
    </w:p>
    <w:p>
      <w:r>
        <w:rPr>
          <w:b/>
        </w:rPr>
        <w:t xml:space="preserve">[39:38] </w:t>
      </w:r>
      <w:r>
        <w:t>kaba ki maujooda ble ki shakal mein</w:t>
      </w:r>
    </w:p>
    <w:p>
      <w:pPr>
        <w:jc w:val="right"/>
      </w:pPr>
      <w:r>
        <w:t>کعبہ کی موجودہ بلی کی شکل میں</w:t>
      </w:r>
    </w:p>
    <w:p>
      <w:r>
        <w:rPr>
          <w:b/>
        </w:rPr>
        <w:t xml:space="preserve">[39:42] </w:t>
      </w:r>
      <w:r>
        <w:t>bohat bari cheez ke history ko reshape karne ki koshish mat karo history ko avail karne</w:t>
      </w:r>
    </w:p>
    <w:p>
      <w:pPr>
        <w:jc w:val="right"/>
      </w:pPr>
      <w:r>
        <w:t>بہت بڑی چیز کہ history کو reshape کرنے کی کوشش مت کرو history کو avail کرنے</w:t>
      </w:r>
    </w:p>
    <w:p>
      <w:r>
        <w:rPr>
          <w:b/>
        </w:rPr>
        <w:t xml:space="preserve">[39:49] </w:t>
      </w:r>
      <w:r>
        <w:t>ka plan banao</w:t>
      </w:r>
    </w:p>
    <w:p>
      <w:pPr>
        <w:jc w:val="right"/>
      </w:pPr>
      <w:r>
        <w:t>کا plan بناؤ</w:t>
      </w:r>
    </w:p>
    <w:p>
      <w:r>
        <w:rPr>
          <w:b/>
        </w:rPr>
        <w:t xml:space="preserve">[39:51] </w:t>
      </w:r>
      <w:r>
        <w:t>aise haji hamein darkar hain</w:t>
      </w:r>
    </w:p>
    <w:p>
      <w:pPr>
        <w:jc w:val="right"/>
      </w:pPr>
      <w:r>
        <w:t>ایسے حاجی ہمیں درکار ہیں</w:t>
      </w:r>
    </w:p>
    <w:p>
      <w:r>
        <w:rPr>
          <w:b/>
        </w:rPr>
        <w:t xml:space="preserve">[39:56] </w:t>
      </w:r>
      <w:r>
        <w:t>hamein in hajiyon ke in hajiyon se koi nahin kuch hone wala nahin hai jo wahan</w:t>
      </w:r>
    </w:p>
    <w:p>
      <w:pPr>
        <w:jc w:val="right"/>
      </w:pPr>
      <w:r>
        <w:t>ہمیں ان حاجیوں کے ان حاجیوں سے کوئی نہیں کچھ ہونے والا نہیں ہے جو وہاں</w:t>
      </w:r>
    </w:p>
    <w:p>
      <w:r>
        <w:rPr>
          <w:b/>
        </w:rPr>
        <w:t xml:space="preserve">[40:02] </w:t>
      </w:r>
      <w:r>
        <w:t>wahan se zam zam aur khajoor le ke aate hain</w:t>
      </w:r>
    </w:p>
    <w:p>
      <w:pPr>
        <w:jc w:val="right"/>
      </w:pPr>
      <w:r>
        <w:t>وہاں سے زم زم اور خجور لے کے آتے ہیں</w:t>
      </w:r>
    </w:p>
    <w:p>
      <w:r>
        <w:rPr>
          <w:b/>
        </w:rPr>
        <w:t xml:space="preserve">[40:07] </w:t>
      </w:r>
      <w:r>
        <w:t>nahin aise haji chahiye jo wahan se is raaz hayat ko le kar aayen is sunnat rasool ko</w:t>
      </w:r>
    </w:p>
    <w:p>
      <w:pPr>
        <w:jc w:val="right"/>
      </w:pPr>
      <w:r>
        <w:t>نہیں ایسے حاجی چاہیے جو وہاں سے اس راز حیات کو لے کر آئیں اس سنت رسول کو</w:t>
      </w:r>
    </w:p>
    <w:p>
      <w:r>
        <w:rPr>
          <w:b/>
        </w:rPr>
        <w:t xml:space="preserve">[40:15] </w:t>
      </w:r>
      <w:r>
        <w:t>le kar aayen is khudaai planning ko le kar aayen</w:t>
      </w:r>
    </w:p>
    <w:p>
      <w:pPr>
        <w:jc w:val="right"/>
      </w:pPr>
      <w:r>
        <w:t>لے کر آئیں اس خدائی planning کو لے کر آئیں</w:t>
      </w:r>
    </w:p>
    <w:p>
      <w:r>
        <w:rPr>
          <w:b/>
        </w:rPr>
        <w:t xml:space="preserve">[40:20] </w:t>
      </w:r>
      <w:r>
        <w:t>ke history ko reshape karne ki koshish mat karo history ko avail karne ka plan banao</w:t>
      </w:r>
    </w:p>
    <w:p>
      <w:pPr>
        <w:jc w:val="right"/>
      </w:pPr>
      <w:r>
        <w:t>کہ history کو reshape کرنے کی کوشش مت کرو history کو avail کرنے کا plan بناؤ</w:t>
      </w:r>
    </w:p>
    <w:p>
      <w:r>
        <w:rPr>
          <w:b/>
        </w:rPr>
        <w:t xml:space="preserve">[40:29] </w:t>
      </w:r>
      <w:r>
        <w:t>tab hamare liye ek naya mustaqbil paida hoga ek naya daur aayega ek nayi daan ek nayi</w:t>
      </w:r>
    </w:p>
    <w:p>
      <w:pPr>
        <w:jc w:val="right"/>
      </w:pPr>
      <w:r>
        <w:t>تب ہمارے لیے ایک نیا مستقبل پیدا ہوگا ایک نیا دور آئے گا ایک نئی ڈان ایک نئی</w:t>
      </w:r>
    </w:p>
    <w:p>
      <w:r>
        <w:rPr>
          <w:b/>
        </w:rPr>
        <w:t xml:space="preserve">[40:39] </w:t>
      </w:r>
      <w:r>
        <w:t>daan ek naya ujala hamare upar aayega</w:t>
      </w:r>
    </w:p>
    <w:p>
      <w:pPr>
        <w:jc w:val="right"/>
      </w:pPr>
      <w:r>
        <w:t>ڈان ایک نیا اجالا ہمارے اوپر آئے گا</w:t>
      </w:r>
    </w:p>
    <w:p>
      <w:r>
        <w:rPr>
          <w:b/>
        </w:rPr>
        <w:t xml:space="preserve">[40:43] </w:t>
      </w:r>
      <w:r>
        <w:t>abhi</w:t>
      </w:r>
    </w:p>
    <w:p>
      <w:pPr>
        <w:jc w:val="right"/>
      </w:pPr>
      <w:r>
        <w:t>ابھی</w:t>
      </w:r>
    </w:p>
    <w:p>
      <w:r>
        <w:rPr>
          <w:b/>
        </w:rPr>
        <w:t xml:space="preserve">[40:43] </w:t>
      </w:r>
      <w:r>
        <w:t>jo ho raha hai woh agar yahi yahi hota raha to siwaye tabaahi ke siwaye nuqsan ke kuch bhi nahin hai</w:t>
      </w:r>
    </w:p>
    <w:p>
      <w:pPr>
        <w:jc w:val="right"/>
      </w:pPr>
      <w:r>
        <w:t>جو ہو رہا ہے وہ اگر یہی یہی ہوتا رہا تو سوائے تباہی کے سوائے نقصان کے کچھ بھی نہیں ہے</w:t>
      </w:r>
    </w:p>
    <w:p>
      <w:r>
        <w:rPr>
          <w:b/>
        </w:rPr>
        <w:t xml:space="preserve">[40:52] </w:t>
      </w:r>
      <w:r>
        <w:t>to hamara mission yeh hai ke musalman you turn len zamane ko samjhen rasool Allah ki sunnat ko re-study karen phir se padhen</w:t>
      </w:r>
    </w:p>
    <w:p>
      <w:pPr>
        <w:jc w:val="right"/>
      </w:pPr>
      <w:r>
        <w:t>تو ہمارا mission یہ ہے کہ مسلمان یو ٹرن لیں زمانے کو سمجھیں رسول اللہ کی سنت کو re-study کریں پھر سے پڑھیں</w:t>
      </w:r>
    </w:p>
    <w:p>
      <w:r>
        <w:rPr>
          <w:b/>
        </w:rPr>
        <w:t xml:space="preserve">[41:11] </w:t>
      </w:r>
      <w:r>
        <w:t>jo log zulm aur sazish subah se sham tak yahi bolte rehte hain yahi likhte rehte hain to woh unhon ne un ko yeh janna chahiye ke yeh to apne failure ka ailan hai jabke quran mein saaf saaf likha hua hai ke Allah ahl e iman ki madad karta hai</w:t>
      </w:r>
    </w:p>
    <w:p>
      <w:pPr>
        <w:jc w:val="right"/>
      </w:pPr>
      <w:r>
        <w:t>جو لوگ ظلم اور سازش صبح سے شام تک یہی بولتے رہتے ہیں یہی لکھتے رہتے ہیں تو وہ انہوں نے ان کو یہ جاننا چاہیے کہ یہ تو اپنے failure کا اعلان ہے جبکہ قرآن میں صاف صاف لکھا ہوا ہے کہ اللہ اہل ایمان کی مدد کرتا ہے</w:t>
      </w:r>
    </w:p>
    <w:p>
      <w:r>
        <w:rPr>
          <w:b/>
        </w:rPr>
        <w:t xml:space="preserve">[41:37] </w:t>
      </w:r>
      <w:r>
        <w:t>Allah ahl e iman ki madad karta hai to tumhari madad kyun nahin yani yeh sab jo log jo complaint ki baaten bol rahe hain sazish ka ailan kar rahe hain woh sach much yeh ailan kar rahe hain ke hum ko Allah ki madad nahin mili Allah ne hum ko chhod diya Allah ne apni rokhsat nahin bheji hamare liye to is cheez ko discover karo</w:t>
      </w:r>
    </w:p>
    <w:p>
      <w:pPr>
        <w:jc w:val="right"/>
      </w:pPr>
      <w:r>
        <w:t>اللہ اہل ایمان کی مدد کرتا ہے تو تمہاری مدد کیوں نہیں یعنی یہ سب جو لوگ جو complaint کی باتیں بول رہے ہیں سازش کا اعلان کر رہے ہیں وہ سچ مچ یہ اعلان کر رہے ہیں کہ ہم کو اللہ کی مدد نہیں ملی اللہ نے ہم کو چھوڑ دیا اللہ نے اپنی رخصت نہیں بھیجی ہمارے لیے تو اس چیز کو discover کرو</w:t>
      </w:r>
    </w:p>
    <w:p>
      <w:r>
        <w:rPr>
          <w:b/>
        </w:rPr>
        <w:t xml:space="preserve">[42:06] </w:t>
      </w:r>
      <w:r>
        <w:t>discover karna yeh hai ke hum history ko reshape karne ka zehan khatam karen history ko avail karne ka zehan banayen aur apne mamlaat ki re-planning karen</w:t>
      </w:r>
    </w:p>
    <w:p>
      <w:pPr>
        <w:jc w:val="right"/>
      </w:pPr>
      <w:r>
        <w:t>discover کرنا یہ ہے کہ ہم history کو reshape کرنے کا ذہن ختم کریں history کو avail کرنے کا ذہن بنائیں اور اپنے معاملات کی re-planning کریں</w:t>
      </w:r>
    </w:p>
    <w:p>
      <w:r>
        <w:rPr>
          <w:b/>
        </w:rPr>
        <w:t xml:space="preserve">[42:23] </w:t>
      </w:r>
      <w:r>
        <w:t>aur woh re-planning sab se zyada yeh hai ke dawat ka kaam quran nabuwat ko pahunchane ka kaam</w:t>
      </w:r>
    </w:p>
    <w:p>
      <w:pPr>
        <w:jc w:val="right"/>
      </w:pPr>
      <w:r>
        <w:t>اور وہ re-planning سب سے زیادہ یہ ہے کہ دعوت کا کام قرآن نبوت کو پہنچانے کا کام</w:t>
      </w:r>
    </w:p>
    <w:p>
      <w:r>
        <w:rPr>
          <w:b/>
        </w:rPr>
        <w:t xml:space="preserve">[42:30] </w:t>
      </w:r>
      <w:r>
        <w:t>hamein anjam dena hai</w:t>
      </w:r>
    </w:p>
    <w:p>
      <w:pPr>
        <w:jc w:val="right"/>
      </w:pPr>
      <w:r>
        <w:t>ہمیں انجام دینا ہے</w:t>
      </w:r>
    </w:p>
    <w:p>
      <w:r>
        <w:rPr>
          <w:b/>
        </w:rPr>
        <w:t xml:space="preserve">[42:36] </w:t>
      </w:r>
      <w:r>
        <w:t>naye zamane mein pehle din bhi yahi kaam karna tha lekin khair agar der ho gayi to hone dijiye ab se shuru karen ab se ab se shuru karen</w:t>
      </w:r>
    </w:p>
    <w:p>
      <w:pPr>
        <w:jc w:val="right"/>
      </w:pPr>
      <w:r>
        <w:t>نئے زمانے میں پہلے دن بھی یہی کام کرنا تھا لیکن خیر اگر دیر ہو گئی تو ہونے دیجیے اب سے شروع کریں اب سے اب سے شروع کریں</w:t>
      </w:r>
    </w:p>
    <w:p>
      <w:r>
        <w:rPr>
          <w:b/>
        </w:rPr>
        <w:t xml:space="preserve">[42:57] </w:t>
      </w:r>
      <w:r>
        <w:t>main apne bare mein keh sakta hoon ke maine objective tor par history ko padha hai ek dam objective tor par without any bias</w:t>
      </w:r>
    </w:p>
    <w:p>
      <w:pPr>
        <w:jc w:val="right"/>
      </w:pPr>
      <w:r>
        <w:t>میں اپنے بارے میں کہہ سکتا ہوں کہ میں نے objective طور پر history کو پڑھا ہے ایک دم objective طور پر without any bias</w:t>
      </w:r>
    </w:p>
    <w:p>
      <w:r>
        <w:rPr>
          <w:b/>
        </w:rPr>
        <w:t xml:space="preserve">[43:10] </w:t>
      </w:r>
      <w:r>
        <w:t>tab mujhe yeh baatein samajh mein aayen</w:t>
      </w:r>
    </w:p>
    <w:p>
      <w:pPr>
        <w:jc w:val="right"/>
      </w:pPr>
      <w:r>
        <w:t>تب مجھے یہ باتیں سمجھ میں آئیں</w:t>
      </w:r>
    </w:p>
    <w:p>
      <w:r>
        <w:rPr>
          <w:b/>
        </w:rPr>
        <w:t xml:space="preserve">[43:14] </w:t>
      </w:r>
      <w:r>
        <w:t>ab main jo kuch kehta hoon woh sab quran hota hai hadith hota hai sunnat rasool hoti hai</w:t>
      </w:r>
    </w:p>
    <w:p>
      <w:pPr>
        <w:jc w:val="right"/>
      </w:pPr>
      <w:r>
        <w:t>اب میں جو کچھ کہتا ہوں وہ سب قرآن ہوتا ہے حدیث ہوتا ہے سنت رسول ہوتی ہے</w:t>
      </w:r>
    </w:p>
    <w:p>
      <w:r>
        <w:rPr>
          <w:b/>
        </w:rPr>
        <w:t xml:space="preserve">[43:18] </w:t>
      </w:r>
      <w:r>
        <w:t>hamesha rasmat deta hoon main hawala deta hoon</w:t>
      </w:r>
    </w:p>
    <w:p>
      <w:pPr>
        <w:jc w:val="right"/>
      </w:pPr>
      <w:r>
        <w:t>ہمیشہ رسمت دیتا ہوں میں حوالہ دیتا ہوں</w:t>
      </w:r>
    </w:p>
    <w:p>
      <w:r>
        <w:rPr>
          <w:b/>
        </w:rPr>
        <w:t xml:space="preserve">[43:22] </w:t>
      </w:r>
      <w:r>
        <w:t>maine kabhi bhi apni koi baat</w:t>
      </w:r>
    </w:p>
    <w:p>
      <w:pPr>
        <w:jc w:val="right"/>
      </w:pPr>
      <w:r>
        <w:t>میں نے کبھی بھی اپنی کوئی بات</w:t>
      </w:r>
    </w:p>
    <w:p>
      <w:r>
        <w:rPr>
          <w:b/>
        </w:rPr>
        <w:t xml:space="preserve">[43:25] </w:t>
      </w:r>
      <w:r>
        <w:t>apne mind se nahin kahi hai jo maine quran se sunnat rasool se se discover kiya woh</w:t>
      </w:r>
    </w:p>
    <w:p>
      <w:pPr>
        <w:jc w:val="right"/>
      </w:pPr>
      <w:r>
        <w:t>اپنے mind سے نہیں کہی ہے جو میں نے قرآن سے سنت رسول سے سے discover کیا وہ</w:t>
      </w:r>
    </w:p>
    <w:p>
      <w:r>
        <w:rPr>
          <w:b/>
        </w:rPr>
        <w:t xml:space="preserve">[43:31] </w:t>
      </w:r>
      <w:r>
        <w:t>baat kahi hai maine kisi ko ikhtilaf ho to woh bataaye</w:t>
      </w:r>
    </w:p>
    <w:p>
      <w:pPr>
        <w:jc w:val="right"/>
      </w:pPr>
      <w:r>
        <w:t>بات کہی ہے میں نے کسی کو اختلاف ہو تو وہ بتائے</w:t>
      </w:r>
    </w:p>
    <w:p>
      <w:r>
        <w:rPr>
          <w:b/>
        </w:rPr>
        <w:t xml:space="preserve">[43:36] </w:t>
      </w:r>
      <w:r>
        <w:t>ke kis tarah woh</w:t>
      </w:r>
    </w:p>
    <w:p>
      <w:pPr>
        <w:jc w:val="right"/>
      </w:pPr>
      <w:r>
        <w:t>کہ کس طرح وہ</w:t>
      </w:r>
    </w:p>
    <w:p>
      <w:r>
        <w:rPr>
          <w:b/>
        </w:rPr>
        <w:t xml:space="preserve">[43:38] </w:t>
      </w:r>
      <w:r>
        <w:t>daleel se bataaye</w:t>
      </w:r>
    </w:p>
    <w:p>
      <w:pPr>
        <w:jc w:val="right"/>
      </w:pPr>
      <w:r>
        <w:t>دلیل سے بتائے</w:t>
      </w:r>
    </w:p>
    <w:p>
      <w:r>
        <w:rPr>
          <w:b/>
        </w:rPr>
        <w:t xml:space="preserve">[43:42] </w:t>
      </w:r>
      <w:r>
        <w:t>jitni baaten main kehta hoon woh sab quran o hadith se drived hoti hain isi se li hui hoti hain</w:t>
      </w:r>
    </w:p>
    <w:p>
      <w:pPr>
        <w:jc w:val="right"/>
      </w:pPr>
      <w:r>
        <w:t>جتنی باتیں میں کہتا ہوں وہ سب قرآن و حدیث سے drived ہوتی ہیں اسی سے لی ہوئی ہوتی ہیں</w:t>
      </w:r>
    </w:p>
    <w:p>
      <w:r>
        <w:rPr>
          <w:b/>
        </w:rPr>
        <w:t xml:space="preserve">[43:50] </w:t>
      </w:r>
      <w:r>
        <w:t>to jis ko ikhtilaf ho woh mujhe batae ke kahan woh quran o hadith ke mutabiq nahin hai to quran ko phir se padhiye quran ko phir se samajhne ki koshish kijiye rasool Allah ki sunnat ko phir se padhiye rasool Allah ki sunnat ko phir se samajhne ki koshish kijiye</w:t>
      </w:r>
    </w:p>
    <w:p>
      <w:pPr>
        <w:jc w:val="right"/>
      </w:pPr>
      <w:r>
        <w:t>تو جس کو اختلاف ہو وہ مجھے بتائے کہ کہاں وہ قرآن و حدیث کے مطابق نہیں ہے تو قرآن کو پھر سے پڑھیے قرآن کو پھر سے سمجھنے کی کوشش کیجیے رسول اللہ کی سنت کو پھر سے پڑھیے رسول اللہ کی سنت کو پھر سے سمجھنے کی کوشش کیجیے</w:t>
      </w:r>
    </w:p>
    <w:p>
      <w:r>
        <w:rPr>
          <w:b/>
        </w:rPr>
        <w:t xml:space="preserve">[44:12] </w:t>
      </w:r>
      <w:r>
        <w:t>you have to re-discover the religion of islam</w:t>
      </w:r>
    </w:p>
    <w:p>
      <w:pPr>
        <w:jc w:val="right"/>
      </w:pPr>
      <w:r>
        <w:t>you have to re-discover the religion of اسلام</w:t>
      </w:r>
    </w:p>
    <w:p>
      <w:r>
        <w:rPr>
          <w:b/>
        </w:rPr>
        <w:t xml:space="preserve">[44:24] </w:t>
      </w:r>
      <w:r>
        <w:t>Allah ke fazl se hamare saathi har jagah padh rahe hain mujhe telephone aate rehte hain aisa nahin ke log sun rahe hain har jagah se hamare paas khabar aati rehti hai log sun rahe hain apne ko badal rahe hain re-planning kar rahe hain</w:t>
      </w:r>
    </w:p>
    <w:p>
      <w:pPr>
        <w:jc w:val="right"/>
      </w:pPr>
      <w:r>
        <w:t>اللہ کے فضل سے ہمارے ساتھی ہر جگہ پڑھ رہے ہیں مجھے ٹیلی فون آتے رہتے ہیں ایسا نہیں کہ لوگ سن رہے ہیں ہر جگہ سے ہمارے پاس خبر آتی رہتی ہے لوگ سن رہے ہیں اپنے کو بدل رہے ہیں re-planning کر رہے ہیں</w:t>
      </w:r>
    </w:p>
    <w:p>
      <w:r>
        <w:rPr>
          <w:b/>
        </w:rPr>
        <w:t xml:space="preserve">[44:48] </w:t>
      </w:r>
      <w:r>
        <w:t>agarche zyada bade paimane par nahin lekin har jagah yeh sab ho raha hai</w:t>
      </w:r>
    </w:p>
    <w:p>
      <w:pPr>
        <w:jc w:val="right"/>
      </w:pPr>
      <w:r>
        <w:t>اگرچہ زیادہ بڑے پیمانے پر نہیں لیکن ہر جگہ یہ سب ہو رہا ہے</w:t>
      </w:r>
    </w:p>
    <w:p>
      <w:r>
        <w:rPr>
          <w:b/>
        </w:rPr>
        <w:t xml:space="preserve">[44:57] </w:t>
      </w:r>
      <w:r>
        <w:t>to beginning to ho chuki hai aur inshallah bade paimane par hogi aayenda</w:t>
      </w:r>
    </w:p>
    <w:p>
      <w:pPr>
        <w:jc w:val="right"/>
      </w:pPr>
      <w:r>
        <w:t>تو beginning تو ہو چکی ہے اور انشاءاللہ بڑے پیمانے پر ہوگی آئندہ</w:t>
      </w:r>
    </w:p>
    <w:p>
      <w:r>
        <w:rPr>
          <w:b/>
        </w:rPr>
        <w:t xml:space="preserve">[45:04] </w:t>
      </w:r>
      <w:r>
        <w:t>to hum hargiz hargiz hargiz hargiz mayoos nahin hain hum hopeful hain</w:t>
      </w:r>
    </w:p>
    <w:p>
      <w:pPr>
        <w:jc w:val="right"/>
      </w:pPr>
      <w:r>
        <w:t>تو ہم ہرگز ہرگز ہرگز ہرگز مایوس نہیں ہیں ہم hopeful ہیں</w:t>
      </w:r>
    </w:p>
    <w:p>
      <w:r>
        <w:rPr>
          <w:b/>
        </w:rPr>
        <w:t xml:space="preserve">[45:12] </w:t>
      </w:r>
      <w:r>
        <w:t>ke beginning jo ho chuki hai yeh badhegi</w:t>
      </w:r>
    </w:p>
    <w:p>
      <w:pPr>
        <w:jc w:val="right"/>
      </w:pPr>
      <w:r>
        <w:t>کہ beginning جو ہو چکی ہے یہ بڑھے گی</w:t>
      </w:r>
    </w:p>
    <w:p>
      <w:r>
        <w:rPr>
          <w:b/>
        </w:rPr>
        <w:t xml:space="preserve">[45:19] </w:t>
      </w:r>
      <w:r>
        <w:t>aur zyada se zyada phailgi</w:t>
      </w:r>
    </w:p>
    <w:p>
      <w:pPr>
        <w:jc w:val="right"/>
      </w:pPr>
      <w:r>
        <w:t>اور زیادہ سے زیادہ پھیلے گی</w:t>
      </w:r>
    </w:p>
    <w:p>
      <w:r>
        <w:rPr>
          <w:b/>
        </w:rPr>
        <w:t xml:space="preserve">[45:27] </w:t>
      </w:r>
      <w:r>
        <w:t>main jo baat kehta hoon woh hargiz is lihaaz se koi na le ke hamein koi mayoosi hai</w:t>
      </w:r>
    </w:p>
    <w:p>
      <w:pPr>
        <w:jc w:val="right"/>
      </w:pPr>
      <w:r>
        <w:t>میں جو بات کہتا ہوں وہ ہرگز اس لحاظ سے کوئی نہ لے کہ ہمیں کوئی مایوسی ہے</w:t>
      </w:r>
    </w:p>
    <w:p>
      <w:r>
        <w:rPr>
          <w:b/>
        </w:rPr>
        <w:t xml:space="preserve">[45:35] </w:t>
      </w:r>
      <w:r>
        <w:t>hum pure maanon mein hopeful hain</w:t>
      </w:r>
    </w:p>
    <w:p>
      <w:pPr>
        <w:jc w:val="right"/>
      </w:pPr>
      <w:r>
        <w:t>ہم پورے معنوں میں hopeful ہیں</w:t>
      </w:r>
    </w:p>
    <w:p>
      <w:r>
        <w:rPr>
          <w:b/>
        </w:rPr>
        <w:t xml:space="preserve">[45:39] </w:t>
      </w:r>
      <w:r>
        <w:t>aur ummat ke mustaqbil ke baare mein hopeful hain ke ummat mein nayi zindagi aayegi</w:t>
      </w:r>
    </w:p>
    <w:p>
      <w:pPr>
        <w:jc w:val="right"/>
      </w:pPr>
      <w:r>
        <w:t>اور امت کے مستقبل کے بارے میں hopeful ہیں کہ امت میں نئی زندگی آئے گی</w:t>
      </w:r>
    </w:p>
    <w:p>
      <w:r>
        <w:rPr>
          <w:b/>
        </w:rPr>
        <w:t xml:space="preserve">[45:46] </w:t>
      </w:r>
      <w:r>
        <w:t>log log jo islam ke baare mein image kharab ho gayi unki islam ki image durust hogi</w:t>
      </w:r>
    </w:p>
    <w:p>
      <w:pPr>
        <w:jc w:val="right"/>
      </w:pPr>
      <w:r>
        <w:t>لوگ لوگ جو اسلام کے بارے میں image خراب ہو گئی ان کی اسلام کی image درست ہوگی</w:t>
      </w:r>
    </w:p>
    <w:p>
      <w:r>
        <w:rPr>
          <w:b/>
        </w:rPr>
        <w:t xml:space="preserve">[45:51] </w:t>
      </w:r>
      <w:r>
        <w:t>log islam ko panchwen andaaz mein parhen ge</w:t>
      </w:r>
    </w:p>
    <w:p>
      <w:pPr>
        <w:jc w:val="right"/>
      </w:pPr>
      <w:r>
        <w:t>لوگ اسلام کو پانچویں انداز میں پڑھیں گے</w:t>
      </w:r>
    </w:p>
    <w:p>
      <w:r>
        <w:rPr>
          <w:b/>
        </w:rPr>
        <w:t xml:space="preserve">[45:57] </w:t>
      </w:r>
      <w:r>
        <w:t>to yeh hai hamari baat yeh hai hamari isi ke liye hum dua karte hain aap sab logon ke liye assalam o alaikum wa rehmatullahi</w:t>
      </w:r>
    </w:p>
    <w:p>
      <w:pPr>
        <w:jc w:val="right"/>
      </w:pPr>
      <w:r>
        <w:t>تو یہ ہے ہماری بات یہ ہے ہماری اسی کے لیے ہم دعا کرتے ہیں آپ سب لوگوں کے لیے السلام علیکم ورحمتہ اللہ</w:t>
      </w:r>
    </w:p>
    <w:p>
      <w:r>
        <w:rPr>
          <w:b/>
        </w:rPr>
        <w:t xml:space="preserve">[46:18] </w:t>
      </w:r>
      <w:r>
        <w:t>okay so we will be starting with the question answer session now</w:t>
      </w:r>
    </w:p>
    <w:p>
      <w:pPr>
        <w:jc w:val="right"/>
      </w:pPr>
      <w:r>
        <w:t>Okay so we will be starting with the question answer session now</w:t>
      </w:r>
    </w:p>
    <w:p>
      <w:r>
        <w:rPr>
          <w:b/>
        </w:rPr>
        <w:t xml:space="preserve">[46:22] </w:t>
      </w:r>
      <w:r>
        <w:t>we request all the online viewers to send their questions on info@cpsglobal.</w:t>
      </w:r>
    </w:p>
    <w:p>
      <w:pPr>
        <w:jc w:val="right"/>
      </w:pPr>
      <w:r>
        <w:t>we request all the online viewers to send their questions on info@cpsglobal.</w:t>
      </w:r>
    </w:p>
    <w:p>
      <w:r>
        <w:rPr>
          <w:b/>
        </w:rPr>
        <w:t xml:space="preserve">[46:30] </w:t>
      </w:r>
      <w:r>
        <w:t>org all the people who are watching on Facebook please mention your location when you post your questions or comments in the comment section Maulana sabse pehle hum comment leena chahenge yeh kuch comments aaye hain ek comment bheja hai Kim Hawa Yong ne Pakistan se aur unhone likha hai</w:t>
      </w:r>
    </w:p>
    <w:p>
      <w:pPr>
        <w:jc w:val="right"/>
      </w:pPr>
      <w:r>
        <w:t>org all the people who are watching on Facebook please mention your location when you post your questions or comments in the comment section مولانا سب سے پہلے آ ہم آ comment آ لینا چاہیں گے آ یہ کچھ comments آئے ہیں ایک comment بھیجا ہے Kim Hawa Yong نے آ پاکستان سے اور انہوں نے لکھا ہے</w:t>
      </w:r>
    </w:p>
    <w:p>
      <w:r>
        <w:rPr>
          <w:b/>
        </w:rPr>
        <w:t xml:space="preserve">[46:58] </w:t>
      </w:r>
      <w:r>
        <w:t>anyone who studies Quran and Sunnah can never oppose your approach</w:t>
      </w:r>
    </w:p>
    <w:p>
      <w:pPr>
        <w:jc w:val="right"/>
      </w:pPr>
      <w:r>
        <w:t>anyone who studies قرآن and سنہ can never oppose your approach</w:t>
      </w:r>
    </w:p>
    <w:p>
      <w:r>
        <w:rPr>
          <w:b/>
        </w:rPr>
        <w:t xml:space="preserve">[47:10] </w:t>
      </w:r>
      <w:r>
        <w:t>Saif Rishi ne dilli se likha hai ke mujhe Sunday class ka din besabri se intezar rehta</w:t>
      </w:r>
    </w:p>
    <w:p>
      <w:pPr>
        <w:jc w:val="right"/>
      </w:pPr>
      <w:r>
        <w:t>Saif Rishi نے دلی سے لکھا ہے کہ مجھے Sunday کلاس کا دن بے صبری سے انتظار رہتا</w:t>
      </w:r>
    </w:p>
    <w:p>
      <w:r>
        <w:rPr>
          <w:b/>
        </w:rPr>
        <w:t xml:space="preserve">[47:15] </w:t>
      </w:r>
      <w:r>
        <w:t>hai Allah aap ko jaza e khair de Maulana Farhad Umri sahib ne dilli se likha hai ke Maulana</w:t>
      </w:r>
    </w:p>
    <w:p>
      <w:pPr>
        <w:jc w:val="right"/>
      </w:pPr>
      <w:r>
        <w:t>ہے اللہ آپ کو جزائے خیر دے مولانا فرہاد عمری صاحب نے دلی سے لکھا ہے کہ مولانا</w:t>
      </w:r>
    </w:p>
    <w:p>
      <w:r>
        <w:rPr>
          <w:b/>
        </w:rPr>
        <w:t xml:space="preserve">[47:23] </w:t>
      </w:r>
      <w:r>
        <w:t>you shared a unique idea in today's session that is do not indulge in reshaping history rather avail</w:t>
      </w:r>
    </w:p>
    <w:p>
      <w:pPr>
        <w:jc w:val="right"/>
      </w:pPr>
      <w:r>
        <w:t>you shared a unique idea in today's session that is do not indulge in reshaping history rather avail</w:t>
      </w:r>
    </w:p>
    <w:p>
      <w:r>
        <w:rPr>
          <w:b/>
        </w:rPr>
        <w:t xml:space="preserve">[47:30] </w:t>
      </w:r>
      <w:r>
        <w:t>the history instead Muhammad Hussain sahib ne California se likha hai amazing perspective availing history and not reshaping</w:t>
      </w:r>
    </w:p>
    <w:p>
      <w:pPr>
        <w:jc w:val="right"/>
      </w:pPr>
      <w:r>
        <w:t>the history instead محمد حسین صاحب نے کیلیفورنیا سے لکھا ہے amazing perspective availing history and not reshaping</w:t>
      </w:r>
    </w:p>
    <w:p>
      <w:r>
        <w:rPr>
          <w:b/>
        </w:rPr>
        <w:t xml:space="preserve">[47:39] </w:t>
      </w:r>
      <w:r>
        <w:t>it mashallah Maulana Iqbal Umri ne Chennai se likha hai history ko avail karna hai history ko reshape</w:t>
      </w:r>
    </w:p>
    <w:p>
      <w:pPr>
        <w:jc w:val="right"/>
      </w:pPr>
      <w:r>
        <w:t>it ماشاءاللہ مولانا اقبال عمری نے چنئی سے لکھا ہے history کو avail کرنا ہے history کو reshape</w:t>
      </w:r>
    </w:p>
    <w:p>
      <w:r>
        <w:rPr>
          <w:b/>
        </w:rPr>
        <w:t xml:space="preserve">[47:48] </w:t>
      </w:r>
      <w:r>
        <w:t>ki ladai na ki nahi ladai nahi ladni hai kaba ko is liye is ki halat par rakh</w:t>
      </w:r>
    </w:p>
    <w:p>
      <w:pPr>
        <w:jc w:val="right"/>
      </w:pPr>
      <w:r>
        <w:t>کی لڑائی نہ کی نہیں لڑائی نہیں لڑنی ہے کعبہ کو اس لیے اس کی حالت پر رکھ</w:t>
      </w:r>
    </w:p>
    <w:p>
      <w:r>
        <w:rPr>
          <w:b/>
        </w:rPr>
        <w:t xml:space="preserve">[47:55] </w:t>
      </w:r>
      <w:r>
        <w:t>diya</w:t>
      </w:r>
    </w:p>
    <w:p>
      <w:pPr>
        <w:jc w:val="right"/>
      </w:pPr>
      <w:r>
        <w:t>دیا</w:t>
      </w:r>
    </w:p>
    <w:p>
      <w:r>
        <w:rPr>
          <w:b/>
        </w:rPr>
        <w:t xml:space="preserve">[47:55] </w:t>
      </w:r>
      <w:r>
        <w:t>gaya jazak Allah Maulana sahib Shahid Hussain sahib ne Srinagar se likha hai Maulana you have given</w:t>
      </w:r>
    </w:p>
    <w:p>
      <w:pPr>
        <w:jc w:val="right"/>
      </w:pPr>
      <w:r>
        <w:t>گیا جزاک اللہ مولانا صاحب شاہد حسین صاحب نے سری نگر سے لکھا ہے مولانا you have given</w:t>
      </w:r>
    </w:p>
    <w:p>
      <w:r>
        <w:rPr>
          <w:b/>
        </w:rPr>
        <w:t xml:space="preserve">[48:02] </w:t>
      </w:r>
      <w:r>
        <w:t>a historical creative interpretation on the history of kaba jazak Allah</w:t>
      </w:r>
    </w:p>
    <w:p>
      <w:pPr>
        <w:jc w:val="right"/>
      </w:pPr>
      <w:r>
        <w:t>a historical creative interpretation on the history of کعبہ جزاک اللہ</w:t>
      </w:r>
    </w:p>
    <w:p>
      <w:r>
        <w:rPr>
          <w:b/>
        </w:rPr>
        <w:t xml:space="preserve">[48:10] </w:t>
      </w:r>
      <w:r>
        <w:t>Maulana Abdul Basit Umri ne likha hai Maulana pichle Sunday ke lecture se mujhe aap ki ek baat yaad</w:t>
      </w:r>
    </w:p>
    <w:p>
      <w:pPr>
        <w:jc w:val="right"/>
      </w:pPr>
      <w:r>
        <w:t>مولانا عبدالباسط عمری نے لکھا ہے مولانا پچھلے Sunday کے lecture سے مجھے آپ کی ایک بات یاد</w:t>
      </w:r>
    </w:p>
    <w:p>
      <w:r>
        <w:rPr>
          <w:b/>
        </w:rPr>
        <w:t xml:space="preserve">[48:17] </w:t>
      </w:r>
      <w:r>
        <w:t>aai ke hum musalman</w:t>
      </w:r>
    </w:p>
    <w:p>
      <w:pPr>
        <w:jc w:val="right"/>
      </w:pPr>
      <w:r>
        <w:t>آئی کہ ہم مسلمان</w:t>
      </w:r>
    </w:p>
    <w:p>
      <w:r>
        <w:rPr>
          <w:b/>
        </w:rPr>
        <w:t xml:space="preserve">[48:21] </w:t>
      </w:r>
      <w:r>
        <w:t>asal mein discovered iman par khare hue nahi hain balke wirasati aur rasmi iman par khare hain yahi</w:t>
      </w:r>
    </w:p>
    <w:p>
      <w:pPr>
        <w:jc w:val="right"/>
      </w:pPr>
      <w:r>
        <w:t>اصل میں discovered ایمان پر کھڑے ہوئے نہیں ہیں بلکہ وراثتی اور رسمی ایمان پر کھڑے ہیں یہی</w:t>
      </w:r>
    </w:p>
    <w:p>
      <w:r>
        <w:rPr>
          <w:b/>
        </w:rPr>
        <w:t xml:space="preserve">[48:30] </w:t>
      </w:r>
      <w:r>
        <w:t>wajah hai ke hum khuli hui galti baaton mein mubtala hain lekin hamein is ka shor nahi inhi</w:t>
      </w:r>
    </w:p>
    <w:p>
      <w:pPr>
        <w:jc w:val="right"/>
      </w:pPr>
      <w:r>
        <w:t>وجہ ہے کہ ہم کھلی ہوئی غلطی باتوں میں مبتلا ہیں لیکن ہمیں اس کا شور نہیں انہی</w:t>
      </w:r>
    </w:p>
    <w:p>
      <w:r>
        <w:rPr>
          <w:b/>
        </w:rPr>
        <w:t xml:space="preserve">[48:39] </w:t>
      </w:r>
      <w:r>
        <w:t>mein se ek muslim land ke</w:t>
      </w:r>
    </w:p>
    <w:p>
      <w:pPr>
        <w:jc w:val="right"/>
      </w:pPr>
      <w:r>
        <w:t>میں سے ایک مسلم لینڈ کے</w:t>
      </w:r>
    </w:p>
    <w:p>
      <w:r>
        <w:rPr>
          <w:b/>
        </w:rPr>
        <w:t xml:space="preserve">[48:40] </w:t>
      </w:r>
      <w:r>
        <w:t>liye tehrikein chalana hai halanke sahaba muslim land se nikal kar ghair muslim land mein jate the aur</w:t>
      </w:r>
    </w:p>
    <w:p>
      <w:pPr>
        <w:jc w:val="right"/>
      </w:pPr>
      <w:r>
        <w:t>لیے تحریکیں چلانا ہے حالانکہ صحابہ مسلم لینڈ سے نکل کر غیر مسلم لینڈ میں جاتے تھے اور</w:t>
      </w:r>
    </w:p>
    <w:p>
      <w:r>
        <w:rPr>
          <w:b/>
        </w:rPr>
        <w:t xml:space="preserve">[48:50] </w:t>
      </w:r>
      <w:r>
        <w:t>waheen wo apni poori zindagi daoti kaam mein khatm kar dete the aur ek hum hain ke muslim</w:t>
      </w:r>
    </w:p>
    <w:p>
      <w:pPr>
        <w:jc w:val="right"/>
      </w:pPr>
      <w:r>
        <w:t>وہیں وہ اپنی پوری زندگی دعوتی کام میں ختم کر دیتے تھے اور ایک ہم ہیں کہ مسلم</w:t>
      </w:r>
    </w:p>
    <w:p>
      <w:r>
        <w:rPr>
          <w:b/>
        </w:rPr>
        <w:t xml:space="preserve">[48:56] </w:t>
      </w:r>
      <w:r>
        <w:t>land ko hasil karne ko koi deeni kaam samajhte hain Allah hamein sahi hidayat de jazak Allah khair</w:t>
      </w:r>
    </w:p>
    <w:p>
      <w:pPr>
        <w:jc w:val="right"/>
      </w:pPr>
      <w:r>
        <w:t>لینڈ کو حاصل کرنے کو کوئی دینی کام سمجھتے ہیں اللہ ہمیں صحیح ہدایت دے جزاک اللہ خیر</w:t>
      </w:r>
    </w:p>
    <w:p>
      <w:r>
        <w:rPr>
          <w:b/>
        </w:rPr>
        <w:t xml:space="preserve">[49:05] </w:t>
      </w:r>
      <w:r>
        <w:t>Maulana hum hamein sahi rehnumai karne ke liye</w:t>
      </w:r>
    </w:p>
    <w:p>
      <w:pPr>
        <w:jc w:val="right"/>
      </w:pPr>
      <w:r>
        <w:t>مولانا ہم ہمیں صحیح رہنمائی کرنے کے لیے</w:t>
      </w:r>
    </w:p>
    <w:p>
      <w:r>
        <w:rPr>
          <w:b/>
        </w:rPr>
        <w:t xml:space="preserve">[49:12] </w:t>
      </w:r>
      <w:r>
        <w:t>Maulana is ke baad hum sawal lena chahenge</w:t>
      </w:r>
    </w:p>
    <w:p>
      <w:pPr>
        <w:jc w:val="right"/>
      </w:pPr>
      <w:r>
        <w:t>مولانا اس کے بعد ہم سوال لینا چاہیں گے</w:t>
      </w:r>
    </w:p>
    <w:p>
      <w:r>
        <w:rPr>
          <w:b/>
        </w:rPr>
        <w:t xml:space="preserve">[49:17] </w:t>
      </w:r>
      <w:r>
        <w:t>yeh sawal bheja hai dilli se miss satti malhotra ne unhon ne likha hai Maulana you say that</w:t>
      </w:r>
    </w:p>
    <w:p>
      <w:pPr>
        <w:jc w:val="right"/>
      </w:pPr>
      <w:r>
        <w:t>یہ سوال بھیجا ہے دلی سے مس ستی ملھوترا نے انہوں نے لکھا ہے مولانا you say that</w:t>
      </w:r>
    </w:p>
    <w:p>
      <w:r>
        <w:rPr>
          <w:b/>
        </w:rPr>
        <w:t xml:space="preserve">[49:24] </w:t>
      </w:r>
      <w:r>
        <w:t>no one person can change history but it is the circumstances and situations</w:t>
      </w:r>
    </w:p>
    <w:p>
      <w:pPr>
        <w:jc w:val="right"/>
      </w:pPr>
      <w:r>
        <w:t>no one person can change history but it is the circumstances and situations</w:t>
      </w:r>
    </w:p>
    <w:p>
      <w:r>
        <w:rPr>
          <w:b/>
        </w:rPr>
        <w:t xml:space="preserve">[49:31] </w:t>
      </w:r>
      <w:r>
        <w:t>which make history can you please elaborate this for us dekhiye ek aadmi jo hai</w:t>
      </w:r>
    </w:p>
    <w:p>
      <w:pPr>
        <w:jc w:val="right"/>
      </w:pPr>
      <w:r>
        <w:t>which make history can you please elaborate this for us دیکھیے ایک آدمی جو ہے</w:t>
      </w:r>
    </w:p>
    <w:p>
      <w:r>
        <w:rPr>
          <w:b/>
        </w:rPr>
        <w:t xml:space="preserve">[49:40] </w:t>
      </w:r>
      <w:r>
        <w:t>kuch mazhabi rasam waza kar sakta hai ke masjid mein ja ke aap namaz parhen koi mandir mein</w:t>
      </w:r>
    </w:p>
    <w:p>
      <w:pPr>
        <w:jc w:val="right"/>
      </w:pPr>
      <w:r>
        <w:t>کچھ مذہبی رسم وضع کر سکتا ہے کہ مسجد میں جا کے آپ نماز پڑھیں کوئی مندر میں</w:t>
      </w:r>
    </w:p>
    <w:p>
      <w:r>
        <w:rPr>
          <w:b/>
        </w:rPr>
        <w:t xml:space="preserve">[49:47] </w:t>
      </w:r>
      <w:r>
        <w:t>ja ke ghanti bajaye yeh to kar sakta hai ek aadmi</w:t>
      </w:r>
    </w:p>
    <w:p>
      <w:pPr>
        <w:jc w:val="right"/>
      </w:pPr>
      <w:r>
        <w:t>جا کے گھنٹی بجائے یہ تو کر سکتا ہے ایک آدمی</w:t>
      </w:r>
    </w:p>
    <w:p>
      <w:r>
        <w:rPr>
          <w:b/>
        </w:rPr>
        <w:t xml:space="preserve">[49:50] </w:t>
      </w:r>
      <w:r>
        <w:t>lekin ek pure samaj mein pure system mein puri history mein koi change lana</w:t>
      </w:r>
    </w:p>
    <w:p>
      <w:pPr>
        <w:jc w:val="right"/>
      </w:pPr>
      <w:r>
        <w:t>لیکن ایک پورے سماج میں پورے سسٹم میں پوری history میں کوئی change لانا</w:t>
      </w:r>
    </w:p>
    <w:p>
      <w:r>
        <w:rPr>
          <w:b/>
        </w:rPr>
        <w:t xml:space="preserve">[49:57] </w:t>
      </w:r>
      <w:r>
        <w:t>hai to is ke liye long long effort chahiye</w:t>
      </w:r>
    </w:p>
    <w:p>
      <w:pPr>
        <w:jc w:val="right"/>
      </w:pPr>
      <w:r>
        <w:t>ہے تو اس کے لیے long long effort چاہیے</w:t>
      </w:r>
    </w:p>
    <w:p>
      <w:r>
        <w:rPr>
          <w:b/>
        </w:rPr>
        <w:t xml:space="preserve">[50:02] </w:t>
      </w:r>
      <w:r>
        <w:t>ek ek ek ek process chalta hai bahut der tak tab ja ke is ko conversion par koi</w:t>
      </w:r>
    </w:p>
    <w:p>
      <w:pPr>
        <w:jc w:val="right"/>
      </w:pPr>
      <w:r>
        <w:t>ایک ایک ایک ایک process چلتا ہے بہت دیر تک تب جا کے اس کو conversion پر کوئی</w:t>
      </w:r>
    </w:p>
    <w:p>
      <w:r>
        <w:rPr>
          <w:b/>
        </w:rPr>
        <w:t xml:space="preserve">[50:08] </w:t>
      </w:r>
      <w:r>
        <w:t>waqia pesh aata hai ye nahi ke do char saal mein aap ye karein woh karein aisa kabhi</w:t>
      </w:r>
    </w:p>
    <w:p>
      <w:pPr>
        <w:jc w:val="right"/>
      </w:pPr>
      <w:r>
        <w:t>واقعہ پیش آتا ہے یہ نہیں کہ دو چار سال میں آپ یہ کریں وہ کریں ایسا کبھی</w:t>
      </w:r>
    </w:p>
    <w:p>
      <w:r>
        <w:rPr>
          <w:b/>
        </w:rPr>
        <w:t xml:space="preserve">[50:13] </w:t>
      </w:r>
      <w:r>
        <w:t>hota nahi to leader log taliyan bajti hain in ke liye</w:t>
      </w:r>
    </w:p>
    <w:p>
      <w:pPr>
        <w:jc w:val="right"/>
      </w:pPr>
      <w:r>
        <w:t>ہوتا نہیں تو leader لوگ تالیاں بجتی ہیں ان کے لیے</w:t>
      </w:r>
    </w:p>
    <w:p>
      <w:r>
        <w:rPr>
          <w:b/>
        </w:rPr>
        <w:t xml:space="preserve">[50:21] </w:t>
      </w:r>
      <w:r>
        <w:t>bade bade alfaaz bolte hain jis ko main kehta hoon rhetoric activism</w:t>
      </w:r>
    </w:p>
    <w:p>
      <w:pPr>
        <w:jc w:val="right"/>
      </w:pPr>
      <w:r>
        <w:t>بڑے بڑے الفاظ بولتے ہیں جس کو میں کہتا ہوں rhetoric activism</w:t>
      </w:r>
    </w:p>
    <w:p>
      <w:r>
        <w:rPr>
          <w:b/>
        </w:rPr>
        <w:t xml:space="preserve">[50:26] </w:t>
      </w:r>
      <w:r>
        <w:t>har leader rhetoric activist ka waris raha hai</w:t>
      </w:r>
    </w:p>
    <w:p>
      <w:pPr>
        <w:jc w:val="right"/>
      </w:pPr>
      <w:r>
        <w:t>ہر leader rhetoric activist کا وارث رہا ہے</w:t>
      </w:r>
    </w:p>
    <w:p>
      <w:r>
        <w:rPr>
          <w:b/>
        </w:rPr>
        <w:t xml:space="preserve">[50:33] </w:t>
      </w:r>
      <w:r>
        <w:t>halankay rhetoric activist se kuch hone wala nahi hai bahut hi serious planning karni parti hai aur long</w:t>
      </w:r>
    </w:p>
    <w:p>
      <w:pPr>
        <w:jc w:val="right"/>
      </w:pPr>
      <w:r>
        <w:t>حالانکہ rhetoric activist سے کچھ ہونے والا نہیں ہے بہت ہی serious planning کرنی پڑتی ہے اور long</w:t>
      </w:r>
    </w:p>
    <w:p>
      <w:r>
        <w:rPr>
          <w:b/>
        </w:rPr>
        <w:t xml:space="preserve">[50:40] </w:t>
      </w:r>
      <w:r>
        <w:t>term basis par karni parti hai tab</w:t>
      </w:r>
    </w:p>
    <w:p>
      <w:pPr>
        <w:jc w:val="right"/>
      </w:pPr>
      <w:r>
        <w:t>term basis پر کرنی پڑتی ہے تب</w:t>
      </w:r>
    </w:p>
    <w:p>
      <w:r>
        <w:rPr>
          <w:b/>
        </w:rPr>
        <w:t xml:space="preserve">[50:43] </w:t>
      </w:r>
      <w:r>
        <w:t>koi bada waqea pesh aata hai rhetoric activism mein sirf taliyan bajti hain aur kuch nahi</w:t>
      </w:r>
    </w:p>
    <w:p>
      <w:pPr>
        <w:jc w:val="right"/>
      </w:pPr>
      <w:r>
        <w:t>کوئی بڑا واقعہ پیش آتا ہے rhetoric activism میں صرف تالیاں بجتی ہیں اور کچھ نہیں</w:t>
      </w:r>
    </w:p>
    <w:p>
      <w:r>
        <w:rPr>
          <w:b/>
        </w:rPr>
        <w:t xml:space="preserve">[50:53] </w:t>
      </w:r>
      <w:r>
        <w:t>ji maulana agla sawal bheja hai abbas khan sahab ne lucknow se unhone likha hai</w:t>
      </w:r>
    </w:p>
    <w:p>
      <w:pPr>
        <w:jc w:val="right"/>
      </w:pPr>
      <w:r>
        <w:t>جی مولانا اگلا سوال بھیجا ہے عباس خان صاحب نے لکھنؤ سے انہوں نے لکھا ہے</w:t>
      </w:r>
    </w:p>
    <w:p>
      <w:r>
        <w:rPr>
          <w:b/>
        </w:rPr>
        <w:t xml:space="preserve">[51:01] </w:t>
      </w:r>
      <w:r>
        <w:t>maulana today muslims go for hajj to fulfill the mandatory requirement of islam</w:t>
      </w:r>
    </w:p>
    <w:p>
      <w:pPr>
        <w:jc w:val="right"/>
      </w:pPr>
      <w:r>
        <w:t>مولانا today مسلمs go for hajj to fulfill the mandatory requirement of اسلام</w:t>
      </w:r>
    </w:p>
    <w:p>
      <w:r>
        <w:rPr>
          <w:b/>
        </w:rPr>
        <w:t xml:space="preserve">[51:07] </w:t>
      </w:r>
      <w:r>
        <w:t>but they fail to retrieve the lesson you mentioned today what is the reason that muslims journey to</w:t>
      </w:r>
    </w:p>
    <w:p>
      <w:pPr>
        <w:jc w:val="right"/>
      </w:pPr>
      <w:r>
        <w:t>but they fail to retrieve the lesson you mentioned today what is the reason that مسلمs journey to</w:t>
      </w:r>
    </w:p>
    <w:p>
      <w:r>
        <w:rPr>
          <w:b/>
        </w:rPr>
        <w:t xml:space="preserve">[51:14] </w:t>
      </w:r>
      <w:r>
        <w:t>kaba is only ritualistic and not for rediscovering islam</w:t>
      </w:r>
    </w:p>
    <w:p>
      <w:pPr>
        <w:jc w:val="right"/>
      </w:pPr>
      <w:r>
        <w:t>کعبہ is only ritualistic and not for rediscovering اسلام</w:t>
      </w:r>
    </w:p>
    <w:p>
      <w:r>
        <w:rPr>
          <w:b/>
        </w:rPr>
        <w:t xml:space="preserve">[51:22] </w:t>
      </w:r>
      <w:r>
        <w:t>dekhiye rediscovery jo hai kabhi bhi</w:t>
      </w:r>
    </w:p>
    <w:p>
      <w:pPr>
        <w:jc w:val="right"/>
      </w:pPr>
      <w:r>
        <w:t>دیکھیے rediscovery جو ہے کبھی بھی</w:t>
      </w:r>
    </w:p>
    <w:p>
      <w:r>
        <w:rPr>
          <w:b/>
        </w:rPr>
        <w:t xml:space="preserve">[51:27] </w:t>
      </w:r>
      <w:r>
        <w:t>kabhi bhi mass level par nahi hoti</w:t>
      </w:r>
    </w:p>
    <w:p>
      <w:pPr>
        <w:jc w:val="right"/>
      </w:pPr>
      <w:r>
        <w:t>کبھی بھی mass level پر نہیں ہوتی</w:t>
      </w:r>
    </w:p>
    <w:p>
      <w:r>
        <w:rPr>
          <w:b/>
        </w:rPr>
        <w:t xml:space="preserve">[51:31] </w:t>
      </w:r>
      <w:r>
        <w:t>individual level par hoti hai aap ye samjhein ke mass level par discovery ho jaye to kabhi hui</w:t>
      </w:r>
    </w:p>
    <w:p>
      <w:pPr>
        <w:jc w:val="right"/>
      </w:pPr>
      <w:r>
        <w:t>individual level پر ہوتی ہے آپ یہ سمجھیں کہ mass level پر discovery ہو جائے تو کبھی ہوئی</w:t>
      </w:r>
    </w:p>
    <w:p>
      <w:r>
        <w:rPr>
          <w:b/>
        </w:rPr>
        <w:t xml:space="preserve">[51:36] </w:t>
      </w:r>
      <w:r>
        <w:t>nahi na ho na aage hogi</w:t>
      </w:r>
    </w:p>
    <w:p>
      <w:pPr>
        <w:jc w:val="right"/>
      </w:pPr>
      <w:r>
        <w:t>نہیں نہ ہو نہ آگے ہوگی</w:t>
      </w:r>
    </w:p>
    <w:p>
      <w:r>
        <w:rPr>
          <w:b/>
        </w:rPr>
        <w:t xml:space="preserve">[51:39] </w:t>
      </w:r>
      <w:r>
        <w:t>koi individual discover karta hai log chahe ke is ko manein is ko phailayein is ki baat ko</w:t>
      </w:r>
    </w:p>
    <w:p>
      <w:pPr>
        <w:jc w:val="right"/>
      </w:pPr>
      <w:r>
        <w:t>کوئی individual discover کرتا ہے لوگ چاہے کہ اس کو مانیں اس کو پھیلائیں اس کی بات کو</w:t>
      </w:r>
    </w:p>
    <w:p>
      <w:r>
        <w:rPr>
          <w:b/>
        </w:rPr>
        <w:t xml:space="preserve">[51:45] </w:t>
      </w:r>
      <w:r>
        <w:t>agar aap ye chahte hain ke mass level par discovery ho ye to kabhi hua nahi na na</w:t>
      </w:r>
    </w:p>
    <w:p>
      <w:pPr>
        <w:jc w:val="right"/>
      </w:pPr>
      <w:r>
        <w:t>اگر آپ یہ چاہتے ہیں کہ mass level پر discovery ہو یہ تو کبھی ہوا نہیں نہ نہ</w:t>
      </w:r>
    </w:p>
    <w:p>
      <w:r>
        <w:rPr>
          <w:b/>
        </w:rPr>
        <w:t xml:space="preserve">[51:51] </w:t>
      </w:r>
      <w:r>
        <w:t>na pehle hua na aaj ho sakta hai individual level par hoti hai discovery logon ka farz hai</w:t>
      </w:r>
    </w:p>
    <w:p>
      <w:pPr>
        <w:jc w:val="right"/>
      </w:pPr>
      <w:r>
        <w:t>نہ پہلے ہوا نہ آج ہو سکتا ہے individual level پر ہوتی ہے discovery لوگوں کا فرض ہے</w:t>
      </w:r>
    </w:p>
    <w:p>
      <w:r>
        <w:rPr>
          <w:b/>
        </w:rPr>
        <w:t xml:space="preserve">[51:56] </w:t>
      </w:r>
      <w:r>
        <w:t>ke woh phailayein phailayein phailayein</w:t>
      </w:r>
    </w:p>
    <w:p>
      <w:pPr>
        <w:jc w:val="right"/>
      </w:pPr>
      <w:r>
        <w:t>کہ وہ پھیلائیں پھیلائیں پھیلائیں</w:t>
      </w:r>
    </w:p>
    <w:p>
      <w:r>
        <w:rPr>
          <w:b/>
        </w:rPr>
        <w:t xml:space="preserve">[51:59] </w:t>
      </w:r>
      <w:r>
        <w:t>yehi process sahi process hai</w:t>
      </w:r>
    </w:p>
    <w:p>
      <w:pPr>
        <w:jc w:val="right"/>
      </w:pPr>
      <w:r>
        <w:t>یہی process صحیح process ہے</w:t>
      </w:r>
    </w:p>
    <w:p>
      <w:r>
        <w:rPr>
          <w:b/>
        </w:rPr>
        <w:t xml:space="preserve">[52:03] </w:t>
      </w:r>
      <w:r>
        <w:t>ji maulana aamir mori sahab ne srinagar se sawal bheja hai unhone likha hai we muslims</w:t>
      </w:r>
    </w:p>
    <w:p>
      <w:pPr>
        <w:jc w:val="right"/>
      </w:pPr>
      <w:r>
        <w:t>جی مولانا عامر موری صاحب نے سری نگر سے سوال بھیجا ہے انہوں نے لکھا ہے we مسلمs</w:t>
      </w:r>
    </w:p>
    <w:p>
      <w:r>
        <w:rPr>
          <w:b/>
        </w:rPr>
        <w:t xml:space="preserve">[52:10] </w:t>
      </w:r>
      <w:r>
        <w:t>have discovered islam but do not know the real essence of islam</w:t>
      </w:r>
    </w:p>
    <w:p>
      <w:pPr>
        <w:jc w:val="right"/>
      </w:pPr>
      <w:r>
        <w:t>have discovered اسلام but do not know the real essence of اسلام</w:t>
      </w:r>
    </w:p>
    <w:p>
      <w:r>
        <w:rPr>
          <w:b/>
        </w:rPr>
        <w:t xml:space="preserve">[52:17] </w:t>
      </w:r>
      <w:r>
        <w:t>Maulana what is the starting point to rediscover Islam kindly give us your guidance on this</w:t>
      </w:r>
    </w:p>
    <w:p>
      <w:pPr>
        <w:jc w:val="right"/>
      </w:pPr>
      <w:r>
        <w:t>مولانا what is the starting point to rediscover اسلام kindly give us your guidance on this</w:t>
      </w:r>
    </w:p>
    <w:p>
      <w:r>
        <w:rPr>
          <w:b/>
        </w:rPr>
        <w:t xml:space="preserve">[52:27] </w:t>
      </w:r>
      <w:r>
        <w:t>jis ne rediscover kiya ho us ki kitabein padhiye jis ko aap paayein ke us ne rediscover kiya ho us ki us ki story jaaniye us ki kitabein padhiye main to yeh right process samajhta hoon is se sabak li jiye</w:t>
      </w:r>
    </w:p>
    <w:p>
      <w:pPr>
        <w:jc w:val="right"/>
      </w:pPr>
      <w:r>
        <w:t>جس نے rediscover کیا ہو اس کی کتابیں پڑھیے جس کو آپ پائیں کہ اس نے rediscover کیا ہو اس کی اس کی story جانیے اس کی کتابیں پڑھیے میں تو یہright process سمجھتا ہوں اس سے سبق لیجیے</w:t>
      </w:r>
    </w:p>
    <w:p>
      <w:r>
        <w:rPr>
          <w:b/>
        </w:rPr>
        <w:t xml:space="preserve">[52:50] </w:t>
      </w:r>
      <w:r>
        <w:t>ji maulana agla sawal lete hain jo chennai se bheja hai maulana iqbal umri ne aur unhone</w:t>
      </w:r>
    </w:p>
    <w:p>
      <w:pPr>
        <w:jc w:val="right"/>
      </w:pPr>
      <w:r>
        <w:t>جی مولانا اگلا سوال لیتے ہیں جو چنئی سے بھیجا ہے مولانا اقبال عمری نے اور انہوں نے</w:t>
      </w:r>
    </w:p>
    <w:p>
      <w:r>
        <w:rPr>
          <w:b/>
        </w:rPr>
        <w:t xml:space="preserve">[52:57] </w:t>
      </w:r>
      <w:r>
        <w:t>likha hai Maulana aaj dunya ko Islamize karne ki hikmat kya hai kya is niyat se koi qadam</w:t>
      </w:r>
    </w:p>
    <w:p>
      <w:pPr>
        <w:jc w:val="right"/>
      </w:pPr>
      <w:r>
        <w:t>لکھا ہے مولانا آج دنیا کو Islamize کرنے کی حکمت کیا ہے کیا اس نیت سے کوئی اقدام</w:t>
      </w:r>
    </w:p>
    <w:p>
      <w:r>
        <w:rPr>
          <w:b/>
        </w:rPr>
        <w:t xml:space="preserve">[53:07] </w:t>
      </w:r>
      <w:r>
        <w:t>kya ja sakta hai is ko wazeh karen</w:t>
      </w:r>
    </w:p>
    <w:p>
      <w:pPr>
        <w:jc w:val="right"/>
      </w:pPr>
      <w:r>
        <w:t>کیا جا سکتا ہے اس کو واضح کریں</w:t>
      </w:r>
    </w:p>
    <w:p>
      <w:r>
        <w:rPr>
          <w:b/>
        </w:rPr>
        <w:t xml:space="preserve">[53:11] </w:t>
      </w:r>
      <w:r>
        <w:t>dekhiye dunya ko Islamize karna yeh target hi nahi hai</w:t>
      </w:r>
    </w:p>
    <w:p>
      <w:pPr>
        <w:jc w:val="right"/>
      </w:pPr>
      <w:r>
        <w:t>دیکھیے دنیا کو Islamize کرنا یہ target ہی نہیں ہے</w:t>
      </w:r>
    </w:p>
    <w:p>
      <w:r>
        <w:rPr>
          <w:b/>
        </w:rPr>
        <w:t xml:space="preserve">[53:16] </w:t>
      </w:r>
      <w:r>
        <w:t>yeh target nahi hai ke dunya ko Islamize kiya jaye</w:t>
      </w:r>
    </w:p>
    <w:p>
      <w:pPr>
        <w:jc w:val="right"/>
      </w:pPr>
      <w:r>
        <w:t>یہ target نہیں ہے کہ دنیا کو Islamize کیا جائے</w:t>
      </w:r>
    </w:p>
    <w:p>
      <w:r>
        <w:rPr>
          <w:b/>
        </w:rPr>
        <w:t xml:space="preserve">[53:23] </w:t>
      </w:r>
      <w:r>
        <w:t>duniya ho ya Musalman hon sab ke liye target yeh hai ke un ko aware banaya jaye aware ba khabar banaya jaye Islamize karna ke target mein nazdeek sahi nahi hai</w:t>
      </w:r>
    </w:p>
    <w:p>
      <w:pPr>
        <w:jc w:val="right"/>
      </w:pPr>
      <w:r>
        <w:t>دنیا ہو یا مسلمان ہوں سب کے لیے target یہ ہے کہ ان کو aware بنایا جائے aware باخبر بنایا جائے Islamize کرنا کے target میں نزدیک صحیح نہیں ہے</w:t>
      </w:r>
    </w:p>
    <w:p>
      <w:r>
        <w:rPr>
          <w:b/>
        </w:rPr>
        <w:t xml:space="preserve">[53:40] </w:t>
      </w:r>
      <w:r>
        <w:t>ji Maulana kuch aur comments lena chahenge jo abhi abhi aaye hain aa Shahid Hussain sahib ne</w:t>
      </w:r>
    </w:p>
    <w:p>
      <w:pPr>
        <w:jc w:val="right"/>
      </w:pPr>
      <w:r>
        <w:t>جی مولانا کچھ اور comments لینا چاہیں گے جو ابھی ابھی آئے ہیں آ شاہد حسین صاحب نے</w:t>
      </w:r>
    </w:p>
    <w:p>
      <w:r>
        <w:rPr>
          <w:b/>
        </w:rPr>
        <w:t xml:space="preserve">[53:47] </w:t>
      </w:r>
      <w:r>
        <w:t>Srinagar se likha hai those who indulged in the futile exercise of reshaping history became part of</w:t>
      </w:r>
    </w:p>
    <w:p>
      <w:pPr>
        <w:jc w:val="right"/>
      </w:pPr>
      <w:r>
        <w:t>سری نگر سے لکھا ہے those who indulged in the futile exercise of reshaping history became part of</w:t>
      </w:r>
    </w:p>
    <w:p>
      <w:r>
        <w:rPr>
          <w:b/>
        </w:rPr>
        <w:t xml:space="preserve">[53:55] </w:t>
      </w:r>
      <w:r>
        <w:t>history thanks to Maulana for making us conscious about the opportunities created by history let us all rise</w:t>
      </w:r>
    </w:p>
    <w:p>
      <w:pPr>
        <w:jc w:val="right"/>
      </w:pPr>
      <w:r>
        <w:t>history thanks to مولانا for making us conscious about the opportunities created by history let us all rise</w:t>
      </w:r>
    </w:p>
    <w:p>
      <w:r>
        <w:rPr>
          <w:b/>
        </w:rPr>
        <w:t xml:space="preserve">[54:03] </w:t>
      </w:r>
      <w:r>
        <w:t>to the occasion</w:t>
      </w:r>
    </w:p>
    <w:p>
      <w:pPr>
        <w:jc w:val="right"/>
      </w:pPr>
      <w:r>
        <w:t>to the occasion</w:t>
      </w:r>
    </w:p>
    <w:p>
      <w:r>
        <w:rPr>
          <w:b/>
        </w:rPr>
        <w:t xml:space="preserve">[54:05] </w:t>
      </w:r>
      <w:r>
        <w:t>Muslim Khan sahib ne likha hai aa</w:t>
      </w:r>
    </w:p>
    <w:p>
      <w:pPr>
        <w:jc w:val="right"/>
      </w:pPr>
      <w:r>
        <w:t>مسلم خان صاحب نے لکھا ہے آ</w:t>
      </w:r>
    </w:p>
    <w:p>
      <w:r>
        <w:rPr>
          <w:b/>
        </w:rPr>
        <w:t xml:space="preserve">[54:10] </w:t>
      </w:r>
      <w:r>
        <w:t>un ka location nahi pata Maulana reshape the Muslim mindset and avail the opportunity presented by the history</w:t>
      </w:r>
    </w:p>
    <w:p>
      <w:pPr>
        <w:jc w:val="right"/>
      </w:pPr>
      <w:r>
        <w:t>ان کا location نہیں پتا مولانا reshape the مسلم mindset and avail the opportunity presented by the history</w:t>
      </w:r>
    </w:p>
    <w:p>
      <w:r>
        <w:rPr>
          <w:b/>
        </w:rPr>
        <w:t xml:space="preserve">[54:18] </w:t>
      </w:r>
      <w:r>
        <w:t>and not vice versa jazaak Allah Maulana sahib karoot leen mas karoot leen</w:t>
      </w:r>
    </w:p>
    <w:p>
      <w:pPr>
        <w:jc w:val="right"/>
      </w:pPr>
      <w:r>
        <w:t>and not vice versa جزاک اللہ مولانا صاحب کروت لین مس کروت لین</w:t>
      </w:r>
    </w:p>
    <w:p>
      <w:r>
        <w:rPr>
          <w:b/>
        </w:rPr>
        <w:t xml:space="preserve">[54:25] </w:t>
      </w:r>
      <w:r>
        <w:t>ne likha hai Srinagar se the crux of today's lecture is instead of reshaping the history we</w:t>
      </w:r>
    </w:p>
    <w:p>
      <w:pPr>
        <w:jc w:val="right"/>
      </w:pPr>
      <w:r>
        <w:t>نے لکھا ہے سری نگر سے the crux of today's lecture is instead of reshaping the history we</w:t>
      </w:r>
    </w:p>
    <w:p>
      <w:r>
        <w:rPr>
          <w:b/>
        </w:rPr>
        <w:t xml:space="preserve">[54:33] </w:t>
      </w:r>
      <w:r>
        <w:t>should avail the opportunities created by history Muslims ought to adhere to Sunnah and teachings of prophet strictly</w:t>
      </w:r>
    </w:p>
    <w:p>
      <w:pPr>
        <w:jc w:val="right"/>
      </w:pPr>
      <w:r>
        <w:t>should avail the opportunities created by history مسلمs ought to adhere to سنہ and teachings of prophet strictly</w:t>
      </w:r>
    </w:p>
    <w:p>
      <w:r>
        <w:rPr>
          <w:b/>
        </w:rPr>
        <w:t xml:space="preserve">[54:42] </w:t>
      </w:r>
      <w:r>
        <w:t>and refrain from any kind of violence</w:t>
      </w:r>
    </w:p>
    <w:p>
      <w:pPr>
        <w:jc w:val="right"/>
      </w:pPr>
      <w:r>
        <w:t>and refrain from any kind of violence</w:t>
      </w:r>
    </w:p>
    <w:p>
      <w:r>
        <w:rPr>
          <w:b/>
        </w:rPr>
        <w:t xml:space="preserve">[54:46] </w:t>
      </w:r>
      <w:r>
        <w:t>Maulana's assertion that whatever he preaches and says is entirely based on Hadith and Sunnah's message to those</w:t>
      </w:r>
    </w:p>
    <w:p>
      <w:pPr>
        <w:jc w:val="right"/>
      </w:pPr>
      <w:r>
        <w:t>مولانا's assertion that whatever he preaches and says is entirely based on حدیث and سنہ's message to those</w:t>
      </w:r>
    </w:p>
    <w:p>
      <w:r>
        <w:rPr>
          <w:b/>
        </w:rPr>
        <w:t xml:space="preserve">[54:54] </w:t>
      </w:r>
      <w:r>
        <w:t>who have misgivings about it a modest and humble approach from the ambassador of peace and spirituality</w:t>
      </w:r>
    </w:p>
    <w:p>
      <w:pPr>
        <w:jc w:val="right"/>
      </w:pPr>
      <w:r>
        <w:t>who have misgivings about it a modest and humble approach from the ambassador of peace and spirituality</w:t>
      </w:r>
    </w:p>
    <w:p>
      <w:r>
        <w:rPr>
          <w:b/>
        </w:rPr>
        <w:t xml:space="preserve">[55:03] </w:t>
      </w:r>
      <w:r>
        <w:t>thank you Maulana sahib for such a refreshing lecture</w:t>
      </w:r>
    </w:p>
    <w:p>
      <w:pPr>
        <w:jc w:val="right"/>
      </w:pPr>
      <w:r>
        <w:t>thank you مولانا صاحب for such a refreshing lecture</w:t>
      </w:r>
    </w:p>
    <w:p>
      <w:r>
        <w:rPr>
          <w:b/>
        </w:rPr>
        <w:t xml:space="preserve">[55:06] </w:t>
      </w:r>
      <w:r>
        <w:t>there were startling revelations about the history of Kaba and we are grateful for that</w:t>
      </w:r>
    </w:p>
    <w:p>
      <w:pPr>
        <w:jc w:val="right"/>
      </w:pPr>
      <w:r>
        <w:t>there were startling revelations about the history of کعبہ and we are grateful for that</w:t>
      </w:r>
    </w:p>
    <w:p>
      <w:r>
        <w:rPr>
          <w:b/>
        </w:rPr>
        <w:t xml:space="preserve">[55:13] </w:t>
      </w:r>
      <w:r>
        <w:t>Tariq Badar sahib ne Pakistan se likha hai Maulana today's lecture was very important where we learned that</w:t>
      </w:r>
    </w:p>
    <w:p>
      <w:pPr>
        <w:jc w:val="right"/>
      </w:pPr>
      <w:r>
        <w:t>طارق بدر صاحب نے پاکستان سے لکھا ہے مولانا today's lecture was very important where we learned that</w:t>
      </w:r>
    </w:p>
    <w:p>
      <w:r>
        <w:rPr>
          <w:b/>
        </w:rPr>
        <w:t xml:space="preserve">[55:21] </w:t>
      </w:r>
      <w:r>
        <w:t>we do not have to rebuild the history rather avail the opportunities</w:t>
      </w:r>
    </w:p>
    <w:p>
      <w:pPr>
        <w:jc w:val="right"/>
      </w:pPr>
      <w:r>
        <w:t>we do not have to rebuild the history rather avail the opportunities</w:t>
      </w:r>
    </w:p>
    <w:p>
      <w:r>
        <w:rPr>
          <w:b/>
        </w:rPr>
        <w:t xml:space="preserve">[55:27] </w:t>
      </w:r>
      <w:r>
        <w:t>jazaak Allah Maulana ab agla sawal lete hain jo aa Miss Haseena Shafi Dar ne likha hai Sri</w:t>
      </w:r>
    </w:p>
    <w:p>
      <w:pPr>
        <w:jc w:val="right"/>
      </w:pPr>
      <w:r>
        <w:t>جزاک اللہ مولانا اب اگلا سوال لیتے ہیں جو آ مس حسینہ شافعی ڈار نے لکھا ہے سری</w:t>
      </w:r>
    </w:p>
    <w:p>
      <w:r>
        <w:rPr>
          <w:b/>
        </w:rPr>
        <w:t xml:space="preserve">[55:37] </w:t>
      </w:r>
      <w:r>
        <w:t>Nagar se unhon ne aapse poocha hai ke what does Islam say about the domestic violence and</w:t>
      </w:r>
    </w:p>
    <w:p>
      <w:pPr>
        <w:jc w:val="right"/>
      </w:pPr>
      <w:r>
        <w:t>نگر سے انہوں نے آپ سے پوچھا ہے کہ what does اسلام say about the domestic violence and</w:t>
      </w:r>
    </w:p>
    <w:p>
      <w:r>
        <w:rPr>
          <w:b/>
        </w:rPr>
        <w:t xml:space="preserve">[55:45] </w:t>
      </w:r>
      <w:r>
        <w:t>does Islam allow us to speak on women's rights and become a member of women's rights organization</w:t>
      </w:r>
    </w:p>
    <w:p>
      <w:pPr>
        <w:jc w:val="right"/>
      </w:pPr>
      <w:r>
        <w:t>does اسلام allow us to speak on women's rights and become a member of women's rights organization</w:t>
      </w:r>
    </w:p>
    <w:p>
      <w:r>
        <w:rPr>
          <w:b/>
        </w:rPr>
        <w:t xml:space="preserve">[55:54] </w:t>
      </w:r>
      <w:r>
        <w:t>what is your opinion on this</w:t>
      </w:r>
    </w:p>
    <w:p>
      <w:pPr>
        <w:jc w:val="right"/>
      </w:pPr>
      <w:r>
        <w:t>what is your opinion on this</w:t>
      </w:r>
    </w:p>
    <w:p>
      <w:r>
        <w:rPr>
          <w:b/>
        </w:rPr>
        <w:t xml:space="preserve">[55:57] </w:t>
      </w:r>
      <w:r>
        <w:t>yeh sab to crime hai aur kya</w:t>
      </w:r>
    </w:p>
    <w:p>
      <w:pPr>
        <w:jc w:val="right"/>
      </w:pPr>
      <w:r>
        <w:t>یہ سب تو crime ہے اور کیا</w:t>
      </w:r>
    </w:p>
    <w:p>
      <w:r>
        <w:rPr>
          <w:b/>
        </w:rPr>
        <w:t xml:space="preserve">[56:01] </w:t>
      </w:r>
      <w:r>
        <w:t>crime hai is par hamari kitabein kai hain aap parhiye</w:t>
      </w:r>
    </w:p>
    <w:p>
      <w:pPr>
        <w:jc w:val="right"/>
      </w:pPr>
      <w:r>
        <w:t>crime ہے اس پر ہماری کتابیں کئی ہیں آپ پڑھیے</w:t>
      </w:r>
    </w:p>
    <w:p>
      <w:r>
        <w:rPr>
          <w:b/>
        </w:rPr>
        <w:t xml:space="preserve">[56:09] </w:t>
      </w:r>
      <w:r>
        <w:t>khawateen ke bare mein hamari kitabein kai hain urdu mein english mein hain arabi mein bhi hain is</w:t>
      </w:r>
    </w:p>
    <w:p>
      <w:pPr>
        <w:jc w:val="right"/>
      </w:pPr>
      <w:r>
        <w:t>خواتین کے بارے میں ہماری کتابیں کئی ہیں اردو میں انگلش میں ہیں عربی میں بھی ہیں اس</w:t>
      </w:r>
    </w:p>
    <w:p>
      <w:r>
        <w:rPr>
          <w:b/>
        </w:rPr>
        <w:t xml:space="preserve">[56:15] </w:t>
      </w:r>
      <w:r>
        <w:t>ko parhiye phir aap sawal kijiye</w:t>
      </w:r>
    </w:p>
    <w:p>
      <w:pPr>
        <w:jc w:val="right"/>
      </w:pPr>
      <w:r>
        <w:t>کو پڑھیے پھر آپ سوال کیجیے</w:t>
      </w:r>
    </w:p>
    <w:p>
      <w:r>
        <w:rPr>
          <w:b/>
        </w:rPr>
        <w:t xml:space="preserve">[56:21] </w:t>
      </w:r>
      <w:r>
        <w:t>ji maulana agla sawal lete hain jo bashir ahmed sahib ne bheja hai ahmedabad se unhone</w:t>
      </w:r>
    </w:p>
    <w:p>
      <w:pPr>
        <w:jc w:val="right"/>
      </w:pPr>
      <w:r>
        <w:t>جی مولانا اگلا سوال لیتے ہیں جو بشیر احمد صاحب نے بھیجا ہے احمد آباد سے انہوں نے</w:t>
      </w:r>
    </w:p>
    <w:p>
      <w:r>
        <w:rPr>
          <w:b/>
        </w:rPr>
        <w:t xml:space="preserve">[56:29] </w:t>
      </w:r>
      <w:r>
        <w:t>likha hai maulana some people go for hajj two to three times</w:t>
      </w:r>
    </w:p>
    <w:p>
      <w:pPr>
        <w:jc w:val="right"/>
      </w:pPr>
      <w:r>
        <w:t>لکھا ہے مولانا some people go for hajj two to three times</w:t>
      </w:r>
    </w:p>
    <w:p>
      <w:r>
        <w:rPr>
          <w:b/>
        </w:rPr>
        <w:t xml:space="preserve">[56:36] </w:t>
      </w:r>
      <w:r>
        <w:t>they say we go because we can afford to do so</w:t>
      </w:r>
    </w:p>
    <w:p>
      <w:pPr>
        <w:jc w:val="right"/>
      </w:pPr>
      <w:r>
        <w:t>they say we go because we can afford to do so</w:t>
      </w:r>
    </w:p>
    <w:p>
      <w:r>
        <w:rPr>
          <w:b/>
        </w:rPr>
        <w:t xml:space="preserve">[56:41] </w:t>
      </w:r>
      <w:r>
        <w:t>my</w:t>
      </w:r>
    </w:p>
    <w:p>
      <w:pPr>
        <w:jc w:val="right"/>
      </w:pPr>
      <w:r>
        <w:t>my</w:t>
      </w:r>
    </w:p>
    <w:p>
      <w:r>
        <w:rPr>
          <w:b/>
        </w:rPr>
        <w:t xml:space="preserve">[56:41] </w:t>
      </w:r>
      <w:r>
        <w:t>question is that is this allowed in Islam and does a person get double reward if the person visits Kaba again and again</w:t>
      </w:r>
    </w:p>
    <w:p>
      <w:pPr>
        <w:jc w:val="right"/>
      </w:pPr>
      <w:r>
        <w:t>question is that is this allowed in اسلام and does a person get double reward if the person visits کعبہ again and again</w:t>
      </w:r>
    </w:p>
    <w:p>
      <w:r>
        <w:rPr>
          <w:b/>
        </w:rPr>
        <w:t xml:space="preserve">[56:52] </w:t>
      </w:r>
      <w:r>
        <w:t>please clarify this doubt of mine dekhiye yeh koi baat nahi hai ke afford kar sakte hain aap ka paisa zyada hai to doosre kaam kijiye dawat ka kaam kijiye Quran ko phailaiye main to is ko Islam nahi samajhta ke bar bar hajj karayein aap aur Quran ko phailana jo hai asal kaam woh na karein is mein paisa lage</w:t>
      </w:r>
    </w:p>
    <w:p>
      <w:pPr>
        <w:jc w:val="right"/>
      </w:pPr>
      <w:r>
        <w:t>please clarify this doubt of mine دیکھیے یہ کوئی بات نہیں ہے کہ afford کر سکتے ہیں آپ کا پیسہ زیادہ ہے تو دوسرے کام کیجیے دعوت کا کام کیجیے قرآن کو پھیلائیے میں تو اس کو اسلام نہیں سمجھتا کہ بار بار hajj کرائیں آپ اور قرآن کو پھیلانا جو ہے اصل کام وہ نہ کریں اس میں پیسہ لگے</w:t>
      </w:r>
    </w:p>
    <w:p>
      <w:r>
        <w:rPr>
          <w:b/>
        </w:rPr>
        <w:t xml:space="preserve">[57:17] </w:t>
      </w:r>
      <w:r>
        <w:t>aap afford kar sakte hain to aap paise ko divert kijiye dawat ke kaam mein Quran ko phailane ke kaam mein</w:t>
      </w:r>
    </w:p>
    <w:p>
      <w:pPr>
        <w:jc w:val="right"/>
      </w:pPr>
      <w:r>
        <w:t>آپ afford کر سکتے ہیں تو آپ پیسے کو divert کیجیے دعوت کے کام میں قرآن کو پھیلانے کے کام میں</w:t>
      </w:r>
    </w:p>
    <w:p>
      <w:r>
        <w:rPr>
          <w:b/>
        </w:rPr>
        <w:t xml:space="preserve">[57:29] </w:t>
      </w:r>
      <w:r>
        <w:t>Rasool Allah ne sirf ek hajj kiya tha gaur kijiye ke Rasool Allah ne sirf ek hajj kiya tha yahan har saal hajj karte hain log kyunke Rasool Allah ko zindagi bhar hajj nahi karna tha doosre doosre kaam karne the</w:t>
      </w:r>
    </w:p>
    <w:p>
      <w:pPr>
        <w:jc w:val="right"/>
      </w:pPr>
      <w:r>
        <w:t>رسول اللہ نے صرف ایک hajj کیا تھا غور کیجیے کہ رسول اللہ نے صرف ایک hajj کیا تھا یہاں ہر سال hajj کرتے ہیں لوگ کیونکہ رسول اللہ کو زندگی بھر hajj نہیں کرنا تھا دوسرے دوسرے کام کرنے تھے</w:t>
      </w:r>
    </w:p>
    <w:p>
      <w:r>
        <w:rPr>
          <w:b/>
        </w:rPr>
        <w:t xml:space="preserve">[57:46] </w:t>
      </w:r>
      <w:r>
        <w:t>to woh ab woh aap kijiye ek hajj aap ne kar liya to farz ada hoga doosre doosre kaam kijiye jaise Rasool Allah Sallallahu Alaihi Wasallam ne kiya</w:t>
      </w:r>
    </w:p>
    <w:p>
      <w:pPr>
        <w:jc w:val="right"/>
      </w:pPr>
      <w:r>
        <w:t>تو وہ اب وہ آپ کیجیے ایک hajj آپ نے کر لیا تو فرض ادا ہوگا دوسرے دوسرے کام کیجیے جیسے رسول اللہ صلی اللہ علیہ وسلم نے کیا</w:t>
      </w:r>
    </w:p>
    <w:p>
      <w:r>
        <w:rPr>
          <w:b/>
        </w:rPr>
        <w:t xml:space="preserve">[58:00] </w:t>
      </w:r>
      <w:r>
        <w:t>ji maulana agla sawal miss naghma siddiqui ne bheja hai dilli se unhon ne likha hai we can avail history by not confronting with it to reshape it</w:t>
      </w:r>
    </w:p>
    <w:p>
      <w:pPr>
        <w:jc w:val="right"/>
      </w:pPr>
      <w:r>
        <w:t>جی مولانا اگلا سوال مس نغمہ صدیقی نے بھیجا ہے دلی سے انہوں نے لکھا ہے we can avail history by not confronting with it to reshape it</w:t>
      </w:r>
    </w:p>
    <w:p>
      <w:r>
        <w:rPr>
          <w:b/>
        </w:rPr>
        <w:t xml:space="preserve">[58:13] </w:t>
      </w:r>
      <w:r>
        <w:t>this can be done by adjusting with situations and availing the opportunities we find my question is what is the role of patience aur sabr in this</w:t>
      </w:r>
    </w:p>
    <w:p>
      <w:pPr>
        <w:jc w:val="right"/>
      </w:pPr>
      <w:r>
        <w:t>this can be done by adjusting with situations and availing the opportunities we find my question is what is the role of patience اور صبر in this</w:t>
      </w:r>
    </w:p>
    <w:p>
      <w:r>
        <w:rPr>
          <w:b/>
        </w:rPr>
        <w:t xml:space="preserve">[58:27] </w:t>
      </w:r>
      <w:r>
        <w:t>is ka to role hundred percent hai rasool allah salallaho alaihe wasallam ne kaha kitna bada sabr kiya hoga ke but rakhe hue hain kaba mein tab us ko avail kar paye sabr ke baghair aur patience ke baghair to ho hi nahi sakta koi koi kaam hi nahi ho sakta har bada kaam jo hai wo sabr ke baad hota hai</w:t>
      </w:r>
    </w:p>
    <w:p>
      <w:pPr>
        <w:jc w:val="right"/>
      </w:pPr>
      <w:r>
        <w:t>اس کا تو role hundred percent ہے رسول اللہ صلی اللہ علیہ وسلم نے کہا کتنا بڑا صبر کیا ہوگا کہ بت رکھے ہوئے ہیں کعبہ میں تب اس کو avail کر پائے صبر کے بغیر اور patience کے بغیر تو ہو ہی نہیں سکتا کوئی کوئی کام ہی نہیں ہو سکتا ہر بڑا کام جو ہے وہ صبر کے بعد ہوتا ہے</w:t>
      </w:r>
    </w:p>
    <w:p>
      <w:r>
        <w:rPr>
          <w:b/>
        </w:rPr>
        <w:t xml:space="preserve">[58:57] </w:t>
      </w:r>
      <w:r>
        <w:t>maulana agla sawal baroda se bheja hai fawad ahmed sahib ne unhone aap se poocha hai ke</w:t>
      </w:r>
    </w:p>
    <w:p>
      <w:pPr>
        <w:jc w:val="right"/>
      </w:pPr>
      <w:r>
        <w:t>مولانا اگلا سوال بروڈا سے بھیجا ہے فواد احمد صاحب نے انہوں نے آپ سے پوچھا ہے کہ</w:t>
      </w:r>
    </w:p>
    <w:p>
      <w:r>
        <w:rPr>
          <w:b/>
        </w:rPr>
        <w:t xml:space="preserve">[59:04] </w:t>
      </w:r>
      <w:r>
        <w:t>Maulana, kindly explain the difference between reshaping and availing of the history. I am a little confused as if</w:t>
      </w:r>
    </w:p>
    <w:p>
      <w:pPr>
        <w:jc w:val="right"/>
      </w:pPr>
      <w:r>
        <w:t>مولانا kindly explain the difference between reshaping and availing of the history I am little confused as if</w:t>
      </w:r>
    </w:p>
    <w:p>
      <w:r>
        <w:rPr>
          <w:b/>
        </w:rPr>
        <w:t xml:space="preserve">[59:13] </w:t>
      </w:r>
      <w:r>
        <w:t>we all avail the history and follow its process then it would eventually lead to reshaping of the</w:t>
      </w:r>
    </w:p>
    <w:p>
      <w:pPr>
        <w:jc w:val="right"/>
      </w:pPr>
      <w:r>
        <w:t>we all avail the history and follow its process then it would eventually lead to reshaping of the</w:t>
      </w:r>
    </w:p>
    <w:p>
      <w:r>
        <w:rPr>
          <w:b/>
        </w:rPr>
        <w:t xml:space="preserve">[59:20] </w:t>
      </w:r>
      <w:r>
        <w:t>history please clarify this doubt jaise dekhiye</w:t>
      </w:r>
    </w:p>
    <w:p>
      <w:pPr>
        <w:jc w:val="right"/>
      </w:pPr>
      <w:r>
        <w:t>history please clarify this doubt جیسے دیکھیے</w:t>
      </w:r>
    </w:p>
    <w:p>
      <w:r>
        <w:rPr>
          <w:b/>
        </w:rPr>
        <w:t xml:space="preserve">[59:26] </w:t>
      </w:r>
      <w:r>
        <w:t>pakistan ke leaderon ke paas mauqa tha ke india mein dawat dein woh lad rahe hain khwamkhwah ke</w:t>
      </w:r>
    </w:p>
    <w:p>
      <w:pPr>
        <w:jc w:val="right"/>
      </w:pPr>
      <w:r>
        <w:t>پاکستان کے لیڈروں کے پاس موقع تھا کہ انڈیا میں دعوت دیں وہ لڑ رہے ہیں خوامخواہ کہ</w:t>
      </w:r>
    </w:p>
    <w:p>
      <w:r>
        <w:rPr>
          <w:b/>
        </w:rPr>
        <w:t xml:space="preserve">[59:31] </w:t>
      </w:r>
      <w:r>
        <w:t>humein alag karo humein alag pakad padhana do ek shape bana tha history ke zariye se lambi history</w:t>
      </w:r>
    </w:p>
    <w:p>
      <w:pPr>
        <w:jc w:val="right"/>
      </w:pPr>
      <w:r>
        <w:t>ہمیں الگ کرو ہمیں الگ پکڑ پڑھانا دو ایک shape بنا تھا history کے ذریعے سے لمبی history</w:t>
      </w:r>
    </w:p>
    <w:p>
      <w:r>
        <w:rPr>
          <w:b/>
        </w:rPr>
        <w:t xml:space="preserve">[59:39] </w:t>
      </w:r>
      <w:r>
        <w:t>se india ka ek shape bana tha us ko accept karo</w:t>
      </w:r>
    </w:p>
    <w:p>
      <w:pPr>
        <w:jc w:val="right"/>
      </w:pPr>
      <w:r>
        <w:t>سے انڈیا کا ایک shape بنا تھا اس کو accept کرو</w:t>
      </w:r>
    </w:p>
    <w:p>
      <w:r>
        <w:rPr>
          <w:b/>
        </w:rPr>
        <w:t xml:space="preserve">[59:43] </w:t>
      </w:r>
      <w:r>
        <w:t>partition</w:t>
      </w:r>
    </w:p>
    <w:p>
      <w:pPr>
        <w:jc w:val="right"/>
      </w:pPr>
      <w:r>
        <w:t>partition</w:t>
      </w:r>
    </w:p>
    <w:p>
      <w:r>
        <w:rPr>
          <w:b/>
        </w:rPr>
        <w:t xml:space="preserve">[59:44] </w:t>
      </w:r>
      <w:r>
        <w:t>kya wo reshape karna aisi falasteen mein lad rahe hain ke reshape karne ke liye ke falasteen par dobara qabza hua hamara ab jo ho ho gaya hone dijiye us ko jo opportunity hai us ko avail kijiye maine bataya ke wahan dawat ki opportunity bahut zyada hai us ki jiye</w:t>
      </w:r>
    </w:p>
    <w:p>
      <w:pPr>
        <w:jc w:val="right"/>
      </w:pPr>
      <w:r>
        <w:t>کیا وہ reshape کرنا ایسی فلسطین میں لڑ رہے ہیں کہ reshape کرنے کے لیے کہ فلسطین پر دوبارہ قبضہ ہوا ہمارا اب جو ہو ہو گیا ہونے دیجیے اس کو جو opportunity ہے اس کو avail کیجیے میں نے بتایا کہ وہاں دعوت کی opportunity بہت زیادہ ہے اس کیجیے</w:t>
      </w:r>
    </w:p>
    <w:p>
      <w:r>
        <w:rPr>
          <w:b/>
        </w:rPr>
        <w:t xml:space="preserve">[1:00:10] </w:t>
      </w:r>
      <w:r>
        <w:t>maulana agla sawal farooq sahib ne bheja hai lucknow se unhon ne likha hai maulana you your analysis about historical events and contemporary events is par excellence</w:t>
      </w:r>
    </w:p>
    <w:p>
      <w:pPr>
        <w:jc w:val="right"/>
      </w:pPr>
      <w:r>
        <w:t>مولانا اگلا سوال فاروق صاحب نے بھیجا ہے لکھنؤ سے انہوں نے لکھا ہے مولانا you your analysis about historical events and contemporary events is par excellence</w:t>
      </w:r>
    </w:p>
    <w:p>
      <w:r>
        <w:rPr>
          <w:b/>
        </w:rPr>
        <w:t xml:space="preserve">[1:00:25] </w:t>
      </w:r>
      <w:r>
        <w:t>how can we develop similar ability of analyzing things in right perspective we all need your guidance</w:t>
      </w:r>
    </w:p>
    <w:p>
      <w:pPr>
        <w:jc w:val="right"/>
      </w:pPr>
      <w:r>
        <w:t>how can we develop similar ability of analyzing things inright perspective we all need your guidance</w:t>
      </w:r>
    </w:p>
    <w:p>
      <w:r>
        <w:rPr>
          <w:b/>
        </w:rPr>
        <w:t xml:space="preserve">[1:00:34] </w:t>
      </w:r>
      <w:r>
        <w:t>bhai study kijiye maine bhi study karke paya hai aur dua kijiye</w:t>
      </w:r>
    </w:p>
    <w:p>
      <w:pPr>
        <w:jc w:val="right"/>
      </w:pPr>
      <w:r>
        <w:t>بھائی study کیجیے میں نے بھی study کر کے پایا ہے اور دعا کیجیے</w:t>
      </w:r>
    </w:p>
    <w:p>
      <w:r>
        <w:rPr>
          <w:b/>
        </w:rPr>
        <w:t xml:space="preserve">[1:00:40] </w:t>
      </w:r>
      <w:r>
        <w:t>study kijiye aur dua kijiye study kijiye aur dua kijiye</w:t>
      </w:r>
    </w:p>
    <w:p>
      <w:pPr>
        <w:jc w:val="right"/>
      </w:pPr>
      <w:r>
        <w:t>study کیجیے اور دعا کیجیے study کیجیے اور دعا کیجیے</w:t>
      </w:r>
    </w:p>
    <w:p>
      <w:r>
        <w:rPr>
          <w:b/>
        </w:rPr>
        <w:t xml:space="preserve">[1:00:44] </w:t>
      </w:r>
      <w:r>
        <w:t>agla sawal maulana lucknow se shabbir khan sahib ne bheja hai unhone likha hai maulana most of</w:t>
      </w:r>
    </w:p>
    <w:p>
      <w:pPr>
        <w:jc w:val="right"/>
      </w:pPr>
      <w:r>
        <w:t>اگلا سوال مولانا لکھنؤ سے شبیر خان صاحب نے بھیجا ہے انہوں نے لکھا ہے مولانا most of</w:t>
      </w:r>
    </w:p>
    <w:p>
      <w:r>
        <w:rPr>
          <w:b/>
        </w:rPr>
        <w:t xml:space="preserve">[1:00:50] </w:t>
      </w:r>
      <w:r>
        <w:t>the time Muslims are given negative perspectives on history as to how Muslims have been badly treated and</w:t>
      </w:r>
    </w:p>
    <w:p>
      <w:pPr>
        <w:jc w:val="right"/>
      </w:pPr>
      <w:r>
        <w:t>the time مسلمs are given negative perspectives on history as to how مسلمs have been badly treated and</w:t>
      </w:r>
    </w:p>
    <w:p>
      <w:r>
        <w:rPr>
          <w:b/>
        </w:rPr>
        <w:t xml:space="preserve">[1:00:59] </w:t>
      </w:r>
      <w:r>
        <w:t>that we need to bring the lost glory of islam back</w:t>
      </w:r>
    </w:p>
    <w:p>
      <w:pPr>
        <w:jc w:val="right"/>
      </w:pPr>
      <w:r>
        <w:t>that we need to bring the lost glory of اسلام back</w:t>
      </w:r>
    </w:p>
    <w:p>
      <w:r>
        <w:rPr>
          <w:b/>
        </w:rPr>
        <w:t xml:space="preserve">[1:01:04] </w:t>
      </w:r>
      <w:r>
        <w:t>you are the only muslim leader and scholar who has always given a positive focus to history and that we should pay attention to opportunities at hand my question maulana sahib is how do you manage to stay positive all the time can we also become like you or is it the gift of god only given to</w:t>
      </w:r>
    </w:p>
    <w:p>
      <w:pPr>
        <w:jc w:val="right"/>
      </w:pPr>
      <w:r>
        <w:t>you are the only مسلم leader and scholar who has always given a positive focus to history and that we should pay attention to opportunities at hand my question مولانا صاحب is how do you manage to stay positive all the time can we also become like you or is it the gift of God only given to</w:t>
      </w:r>
    </w:p>
    <w:p>
      <w:r>
        <w:rPr>
          <w:b/>
        </w:rPr>
        <w:t xml:space="preserve">[1:01:28] </w:t>
      </w:r>
      <w:r>
        <w:t>you dekhiye yeh jo farmaya aap ne ke musalmanon ke sath bad treatment hota hai yeh bilkul jhooti</w:t>
      </w:r>
    </w:p>
    <w:p>
      <w:pPr>
        <w:jc w:val="right"/>
      </w:pPr>
      <w:r>
        <w:t>you دیکھیے یہ جو فرمایا آپ نے کہ مسلمانوں کے ساتھ bad treatment ہوتا ہے یہ بالکل جھوٹی</w:t>
      </w:r>
    </w:p>
    <w:p>
      <w:r>
        <w:rPr>
          <w:b/>
        </w:rPr>
        <w:t xml:space="preserve">[1:01:36] </w:t>
      </w:r>
      <w:r>
        <w:t>baat hai quran mein kaha gaya koi tumhare sath bad treatment nahi karega tumhari apni tumhari apni</w:t>
      </w:r>
    </w:p>
    <w:p>
      <w:pPr>
        <w:jc w:val="right"/>
      </w:pPr>
      <w:r>
        <w:t>بات ہے قرآن میں کہا گیا کوئی تمہارے ساتھ bad treatment نہیں کرے گا تمہاری اپنی تمہاری اپنی</w:t>
      </w:r>
    </w:p>
    <w:p>
      <w:r>
        <w:rPr>
          <w:b/>
        </w:rPr>
        <w:t xml:space="preserve">[1:01:44] </w:t>
      </w:r>
      <w:r>
        <w:t>yani koi baat hogi us ko react karega woh</w:t>
      </w:r>
    </w:p>
    <w:p>
      <w:pPr>
        <w:jc w:val="right"/>
      </w:pPr>
      <w:r>
        <w:t>یعنی کوئی بات ہوگی اس کو react کرے گا وہ</w:t>
      </w:r>
    </w:p>
    <w:p>
      <w:r>
        <w:rPr>
          <w:b/>
        </w:rPr>
        <w:t xml:space="preserve">[1:01:50] </w:t>
      </w:r>
      <w:r>
        <w:t>to bad treatment ka baat hi bilkul baseless hai koi musalmanon ke sath na discrimination hota na koi</w:t>
      </w:r>
    </w:p>
    <w:p>
      <w:pPr>
        <w:jc w:val="right"/>
      </w:pPr>
      <w:r>
        <w:t>تو bad treatment کا بات ہی بالکل baseless ہے کوئی مسلمانوں کے ساتھ نہ discrimination ہوتا نہ کوئی</w:t>
      </w:r>
    </w:p>
    <w:p>
      <w:r>
        <w:rPr>
          <w:b/>
        </w:rPr>
        <w:t xml:space="preserve">[1:01:57] </w:t>
      </w:r>
      <w:r>
        <w:t>bad treatment hota</w:t>
      </w:r>
    </w:p>
    <w:p>
      <w:pPr>
        <w:jc w:val="right"/>
      </w:pPr>
      <w:r>
        <w:t>bad treatment ہوتا</w:t>
      </w:r>
    </w:p>
    <w:p>
      <w:r>
        <w:rPr>
          <w:b/>
        </w:rPr>
        <w:t xml:space="preserve">[1:01:59] </w:t>
      </w:r>
      <w:r>
        <w:t>aap pathar marenge to woh bhi pathar marega yeh hota hai retaliate karta hai woh jitne</w:t>
      </w:r>
    </w:p>
    <w:p>
      <w:pPr>
        <w:jc w:val="right"/>
      </w:pPr>
      <w:r>
        <w:t>آپ پتھر ماریں گے تو وہ بھی پتھر مارے گا یہ ہوتا ہے retaliate کرتا ہے وہ جتنے</w:t>
      </w:r>
    </w:p>
    <w:p>
      <w:r>
        <w:rPr>
          <w:b/>
        </w:rPr>
        <w:t xml:space="preserve">[1:02:05] </w:t>
      </w:r>
      <w:r>
        <w:t>bhi cases hain musalmanon ke khilaf batate hain log bad treatment discrimination waghera woh sab yeh hota hai</w:t>
      </w:r>
    </w:p>
    <w:p>
      <w:pPr>
        <w:jc w:val="right"/>
      </w:pPr>
      <w:r>
        <w:t>بھی cases ہیں مسلمانوں کے خلاف بتاتے ہیں لوگ bad treatment discrimination وغیرہ وہ سب یہ ہوتا ہے</w:t>
      </w:r>
    </w:p>
    <w:p>
      <w:r>
        <w:rPr>
          <w:b/>
        </w:rPr>
        <w:t xml:space="preserve">[1:02:11] </w:t>
      </w:r>
      <w:r>
        <w:t>ke musalman pathar marte hain to</w:t>
      </w:r>
    </w:p>
    <w:p>
      <w:pPr>
        <w:jc w:val="right"/>
      </w:pPr>
      <w:r>
        <w:t>کہ مسلمان پتھر مارتے ہیں تو</w:t>
      </w:r>
    </w:p>
    <w:p>
      <w:r>
        <w:rPr>
          <w:b/>
        </w:rPr>
        <w:t xml:space="preserve">[1:02:13] </w:t>
      </w:r>
      <w:r>
        <w:t>woh woh sing marta hai</w:t>
      </w:r>
    </w:p>
    <w:p>
      <w:pPr>
        <w:jc w:val="right"/>
      </w:pPr>
      <w:r>
        <w:t>وہ وہ سینگ مارتا ہے</w:t>
      </w:r>
    </w:p>
    <w:p>
      <w:r>
        <w:rPr>
          <w:b/>
        </w:rPr>
        <w:t xml:space="preserve">[1:02:16] </w:t>
      </w:r>
      <w:r>
        <w:t>yeh hota hai is ko kehte hain aa bail mujhe maar aik aik bail khara hua tha sing</w:t>
      </w:r>
    </w:p>
    <w:p>
      <w:pPr>
        <w:jc w:val="right"/>
      </w:pPr>
      <w:r>
        <w:t>یہ ہوتا ہے اس کو کہتے ہیں آ بیل مجھے مار ایک ایک بیل کھڑا ہوا تھا سینگ</w:t>
      </w:r>
    </w:p>
    <w:p>
      <w:r>
        <w:rPr>
          <w:b/>
        </w:rPr>
        <w:t xml:space="preserve">[1:02:22] </w:t>
      </w:r>
      <w:r>
        <w:t>wala chup chap khara hua tha woh ab kisi larkay nay in ko pathar mara toh us nay</w:t>
      </w:r>
    </w:p>
    <w:p>
      <w:pPr>
        <w:jc w:val="right"/>
      </w:pPr>
      <w:r>
        <w:t>والا چپ چاپ کھڑا ہوا تھا وہ اب کسی لڑکے نے ان کو پتھر مارا تو اس نے</w:t>
      </w:r>
    </w:p>
    <w:p>
      <w:r>
        <w:rPr>
          <w:b/>
        </w:rPr>
        <w:t xml:space="preserve">[1:02:28] </w:t>
      </w:r>
      <w:r>
        <w:t>seen mari to sare musalmanon ka yahi mamla hai ke aa bail mujhe mar kar rahe hain wo</w:t>
      </w:r>
    </w:p>
    <w:p>
      <w:pPr>
        <w:jc w:val="right"/>
      </w:pPr>
      <w:r>
        <w:t>سینگ ماری تو سارے مسلمانوں کا یہی معاملہ ہے کہ آ بیل مجھے مار کر رہے ہیں وہ</w:t>
      </w:r>
    </w:p>
    <w:p>
      <w:r>
        <w:rPr>
          <w:b/>
        </w:rPr>
        <w:t xml:space="preserve">[1:02:36] </w:t>
      </w:r>
      <w:r>
        <w:t>bail toh chup chap khara hua hai aap pathar maar kay is ko is ko provoke karte hain</w:t>
      </w:r>
    </w:p>
    <w:p>
      <w:pPr>
        <w:jc w:val="right"/>
      </w:pPr>
      <w:r>
        <w:t>بیل تو چپ چاپ کھڑا ہوا ہے آپ پتھر مار کے اس کو اس کو provoke کرتے ہیں</w:t>
      </w:r>
    </w:p>
    <w:p>
      <w:r>
        <w:rPr>
          <w:b/>
        </w:rPr>
        <w:t xml:space="preserve">[1:02:40] </w:t>
      </w:r>
      <w:r>
        <w:t>phir woh aap ko sing marta hai koi bad treatment nahi hai bilkul bilkul hi baseless baat hai</w:t>
      </w:r>
    </w:p>
    <w:p>
      <w:pPr>
        <w:jc w:val="right"/>
      </w:pPr>
      <w:r>
        <w:t>پھر وہ آپ کو سینگ مارتا ہے کوئی bad treatment نہیں ہے بالکل بالکل ہی baseless بات ہے</w:t>
      </w:r>
    </w:p>
    <w:p>
      <w:r>
        <w:rPr>
          <w:b/>
        </w:rPr>
        <w:t xml:space="preserve">[1:02:50] </w:t>
      </w:r>
      <w:r>
        <w:t>ji maulana kuch ek do comments padhna chahenge agla sawal lene se pehle maulana israr khateeb sahib ne chennai se likha hai maulana kal ki saturday talk se ek nai baat maloom hui ke quran mein kisi ek reference mein ek general principle ko bataya jata hai</w:t>
      </w:r>
    </w:p>
    <w:p>
      <w:pPr>
        <w:jc w:val="right"/>
      </w:pPr>
      <w:r>
        <w:t>جی مولانا کچھ ایک دو comments پڑھنا چاہیں گے اگلا سوال لینے سے پہلے مولانا اسرار خطیب صاحب نے چنئی سے لکھا ہے مولانا کل کی Saturday talk سے ایک نئی بات معلوم ہوئی کہ قرآن میں کسی ایک reference میں ایک جنرل principle کو بتایا جاتا ہے</w:t>
      </w:r>
    </w:p>
    <w:p>
      <w:r>
        <w:rPr>
          <w:b/>
        </w:rPr>
        <w:t xml:space="preserve">[1:03:14] </w:t>
      </w:r>
      <w:r>
        <w:t>maulana is ke baad aik comment aaya hai syed ahmad ali sahib ka dilli se unhon nay likha</w:t>
      </w:r>
    </w:p>
    <w:p>
      <w:pPr>
        <w:jc w:val="right"/>
      </w:pPr>
      <w:r>
        <w:t>مولانا اس کے بعد ایک comment آیا ہے سید احمد علی صاحب کا دلی سے انہوں نے لکھا</w:t>
      </w:r>
    </w:p>
    <w:p>
      <w:r>
        <w:rPr>
          <w:b/>
        </w:rPr>
        <w:t xml:space="preserve">[1:03:19] </w:t>
      </w:r>
      <w:r>
        <w:t>hai Maulana sahib today's lecture was an eye opening and thought provoking one you beautifully explained the necessity</w:t>
      </w:r>
    </w:p>
    <w:p>
      <w:pPr>
        <w:jc w:val="right"/>
      </w:pPr>
      <w:r>
        <w:t>ہے مولانا صاحب today's lecture was an eye opening and thought provoking one you beautifully explained the necessity</w:t>
      </w:r>
    </w:p>
    <w:p>
      <w:r>
        <w:rPr>
          <w:b/>
        </w:rPr>
        <w:t xml:space="preserve">[1:03:27] </w:t>
      </w:r>
      <w:r>
        <w:t>of abandoning the thought and practice of reshaping history you very correctly mentioned the importance of rediscovering the</w:t>
      </w:r>
    </w:p>
    <w:p>
      <w:pPr>
        <w:jc w:val="right"/>
      </w:pPr>
      <w:r>
        <w:t>of abandoning the thought and practice of reshaping history you very correctly mentioned the importance of rediscovering the</w:t>
      </w:r>
    </w:p>
    <w:p>
      <w:r>
        <w:rPr>
          <w:b/>
        </w:rPr>
        <w:t xml:space="preserve">[1:03:37] </w:t>
      </w:r>
      <w:r>
        <w:t>opportunities that prevailed in the history rather than trying to reshape</w:t>
      </w:r>
    </w:p>
    <w:p>
      <w:pPr>
        <w:jc w:val="right"/>
      </w:pPr>
      <w:r>
        <w:t>opportunities that prevailed in the history rather than trying to reshape</w:t>
      </w:r>
    </w:p>
    <w:p>
      <w:r>
        <w:rPr>
          <w:b/>
        </w:rPr>
        <w:t xml:space="preserve">[1:03:43] </w:t>
      </w:r>
      <w:r>
        <w:t>if the Muslims today follow this principle and sunnah of our beloved prophet then for sure we will</w:t>
      </w:r>
    </w:p>
    <w:p>
      <w:pPr>
        <w:jc w:val="right"/>
      </w:pPr>
      <w:r>
        <w:t>if the Muslims today follow this principle and سنہ of our beloved prophet then for sure we will</w:t>
      </w:r>
    </w:p>
    <w:p>
      <w:r>
        <w:rPr>
          <w:b/>
        </w:rPr>
        <w:t xml:space="preserve">[1:03:50] </w:t>
      </w:r>
      <w:r>
        <w:t>get the same level of help and assistance that used to be with the sahaba jazak Allah khair</w:t>
      </w:r>
    </w:p>
    <w:p>
      <w:pPr>
        <w:jc w:val="right"/>
      </w:pPr>
      <w:r>
        <w:t>get the same level of help and assistance that used to be with the صحابہ جزاک اللہ خیر</w:t>
      </w:r>
    </w:p>
    <w:p>
      <w:r>
        <w:rPr>
          <w:b/>
        </w:rPr>
        <w:t xml:space="preserve">[1:03:58] </w:t>
      </w:r>
      <w:r>
        <w:t>maulana agla sawal Maulana</w:t>
      </w:r>
    </w:p>
    <w:p>
      <w:pPr>
        <w:jc w:val="right"/>
      </w:pPr>
      <w:r>
        <w:t>مولانا اگلا سوال مولانا</w:t>
      </w:r>
    </w:p>
    <w:p>
      <w:r>
        <w:rPr>
          <w:b/>
        </w:rPr>
        <w:t xml:space="preserve">[1:04:00] </w:t>
      </w:r>
      <w:r>
        <w:t>farhad ahmed sahib ne bheja hai dilli se aur unhon ne likha hai maulana nowadays muslim want to islamize everything like islamic bank halal food islamic land islamic clothing and so on</w:t>
      </w:r>
    </w:p>
    <w:p>
      <w:pPr>
        <w:jc w:val="right"/>
      </w:pPr>
      <w:r>
        <w:t>فرہاد احمد صاحب نے بھیجا ہے دلی سے اور انہوں نے لکھا ہے مولانا nowadays مسلم want to Islamize everything like Islamic bank حلال food Islamic land Islamic clothing and so on</w:t>
      </w:r>
    </w:p>
    <w:p>
      <w:r>
        <w:rPr>
          <w:b/>
        </w:rPr>
        <w:t xml:space="preserve">[1:04:15] </w:t>
      </w:r>
      <w:r>
        <w:t>was the prophet of Islam sent for for these purposes what is your opinion on this yeh sab</w:t>
      </w:r>
    </w:p>
    <w:p>
      <w:pPr>
        <w:jc w:val="right"/>
      </w:pPr>
      <w:r>
        <w:t>was the prophet of Islam sent for for these purposes what is your opinion on this یہ سب</w:t>
      </w:r>
    </w:p>
    <w:p>
      <w:r>
        <w:rPr>
          <w:b/>
        </w:rPr>
        <w:t xml:space="preserve">[1:04:22] </w:t>
      </w:r>
      <w:r>
        <w:t>is yeh sab islam sab bilkul hi yani yani ridiculous hai ridiculous hai is ka talluq islam se</w:t>
      </w:r>
    </w:p>
    <w:p>
      <w:pPr>
        <w:jc w:val="right"/>
      </w:pPr>
      <w:r>
        <w:t>اس یہ سب اسلام سب بالکل ہی یعنی یعنی ridiculous ہے ridiculous ہے اس کا تعلق اسلام سے</w:t>
      </w:r>
    </w:p>
    <w:p>
      <w:r>
        <w:rPr>
          <w:b/>
        </w:rPr>
        <w:t xml:space="preserve">[1:04:31] </w:t>
      </w:r>
      <w:r>
        <w:t>hai hi nahi</w:t>
      </w:r>
    </w:p>
    <w:p>
      <w:pPr>
        <w:jc w:val="right"/>
      </w:pPr>
      <w:r>
        <w:t>ہے ہی نہیں</w:t>
      </w:r>
    </w:p>
    <w:p>
      <w:r>
        <w:rPr>
          <w:b/>
        </w:rPr>
        <w:t xml:space="preserve">[1:04:33] </w:t>
      </w:r>
      <w:r>
        <w:t>is ka talluq islam se hai hi nahi jo</w:t>
      </w:r>
    </w:p>
    <w:p>
      <w:pPr>
        <w:jc w:val="right"/>
      </w:pPr>
      <w:r>
        <w:t>اس کا تعلق اسلام سے ہے ہی نہیں جو</w:t>
      </w:r>
    </w:p>
    <w:p>
      <w:r>
        <w:rPr>
          <w:b/>
        </w:rPr>
        <w:t xml:space="preserve">[1:04:37] </w:t>
      </w:r>
      <w:r>
        <w:t>yeh sab karte hain log ridiculous hai islam sirf yeh hai ke aap Allah se darne wale banen</w:t>
      </w:r>
    </w:p>
    <w:p>
      <w:pPr>
        <w:jc w:val="right"/>
      </w:pPr>
      <w:r>
        <w:t>یہ سب کرتے ہیں لوگ ridiculous ہے اسلام صرف یہ ہے کہ آپ اللہ سے ڈرنے والے بنیں</w:t>
      </w:r>
    </w:p>
    <w:p>
      <w:r>
        <w:rPr>
          <w:b/>
        </w:rPr>
        <w:t xml:space="preserve">[1:04:46] </w:t>
      </w:r>
      <w:r>
        <w:t>aur Allah ke paigham ko dunya mein phailayen bas yahi islam hai Maulana agla aik comment parhna chahen</w:t>
      </w:r>
    </w:p>
    <w:p>
      <w:pPr>
        <w:jc w:val="right"/>
      </w:pPr>
      <w:r>
        <w:t>اور اللہ کے پیغام کو دنیا میں پھیلائیں بس یہی اسلام ہے مولانا اگلا ایک comment پڑھنا چاہیں</w:t>
      </w:r>
    </w:p>
    <w:p>
      <w:r>
        <w:rPr>
          <w:b/>
        </w:rPr>
        <w:t xml:space="preserve">[1:04:53] </w:t>
      </w:r>
      <w:r>
        <w:t>ge jo Maulana abdul basit umri nay bhija hai qatar se unhon nay likha hai</w:t>
      </w:r>
    </w:p>
    <w:p>
      <w:pPr>
        <w:jc w:val="right"/>
      </w:pPr>
      <w:r>
        <w:t>گے جو مولانا عبدالباسط عمری نے بھیجا ہے قطر سے انہوں نے لکھا ہے</w:t>
      </w:r>
    </w:p>
    <w:p>
      <w:r>
        <w:rPr>
          <w:b/>
        </w:rPr>
        <w:t xml:space="preserve">[1:05:01] </w:t>
      </w:r>
      <w:r>
        <w:t>aap maulana aaj ka din mere liye bahut badi hikmat aur samajh ko janne ka din raha</w:t>
      </w:r>
    </w:p>
    <w:p>
      <w:pPr>
        <w:jc w:val="right"/>
      </w:pPr>
      <w:r>
        <w:t>آپ مولانا آج کا دن میرے لیے بہت بڑی حکمت اور سمجھ کو جاننے کا دن رہا</w:t>
      </w:r>
    </w:p>
    <w:p>
      <w:r>
        <w:rPr>
          <w:b/>
        </w:rPr>
        <w:t xml:space="preserve">[1:05:11] </w:t>
      </w:r>
      <w:r>
        <w:t>mera dimagh jo hai wo khul gaya kaba ki shape ko mushrikon ki buniyad par baqi rakhna use reshape nahi kar ke jo hikmat rasool allah batana chahte the wo aap ne pehli bar is baat ko khola warna is mozu par koi nahi bolta jazak allah khair maulana sahib ok so we will end this session</w:t>
      </w:r>
    </w:p>
    <w:p>
      <w:pPr>
        <w:jc w:val="right"/>
      </w:pPr>
      <w:r>
        <w:t>میرا دماغ جو ہے وہ کھل گیا کعبہ کی shape کو مشرکوں کی بنیاد پر باقی رکھنا اسے reshape نہیں کر کے جو حکمت رسول اللہ بتانا چاہتے تھے وہ آپ نے پہلی بار اس بات کو کھولا ورنہ اس موضوع پر کوئی نہیں بولتا جزاک اللہ خیر مولانا صاحب اوکے so we will end this session</w:t>
      </w:r>
    </w:p>
    <w:p>
      <w:r>
        <w:rPr>
          <w:b/>
        </w:rPr>
        <w:t xml:space="preserve">[1:05:36] </w:t>
      </w:r>
      <w:r>
        <w:t>now we will be back next sunday same time thank you.</w:t>
      </w:r>
    </w:p>
    <w:p>
      <w:pPr>
        <w:jc w:val="right"/>
      </w:pPr>
      <w:r>
        <w:t>now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