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Plan | March 12, 2017</w:t>
      </w:r>
    </w:p>
    <w:p>
      <w:r>
        <w:t>https://www.youtube.com/watch?v=dqB4muqGG4I</w:t>
      </w:r>
    </w:p>
    <w:p>
      <w:r>
        <w:rPr>
          <w:b/>
        </w:rPr>
        <w:t xml:space="preserve">[00:14] </w:t>
      </w:r>
      <w:r>
        <w:t>bismillah hir rehman nir rahim wa salallahu ala nabiyyil karim rabbishrah li sadri wa yassir li amri wahlul uqdat</w:t>
      </w:r>
    </w:p>
    <w:p>
      <w:pPr>
        <w:jc w:val="right"/>
      </w:pPr>
      <w:r>
        <w:t>بسم اللہ الرحمن الرحیم وصلی اللہ علی نبی الکریم رب اشرح لی صدری ویسر لی امری واحل العقدۃ</w:t>
      </w:r>
    </w:p>
    <w:p>
      <w:r>
        <w:rPr>
          <w:b/>
        </w:rPr>
        <w:t xml:space="preserve">[00:29] </w:t>
      </w:r>
      <w:r>
        <w:t>min lisani yafqahu qawli quran ke study se maloom hota hai ke</w:t>
      </w:r>
    </w:p>
    <w:p>
      <w:pPr>
        <w:jc w:val="right"/>
      </w:pPr>
      <w:r>
        <w:t>من لسانی یفقہ قولی قرآن کے اسٹڈی سے معلوم ہوتا ہے کہ</w:t>
      </w:r>
    </w:p>
    <w:p>
      <w:r>
        <w:rPr>
          <w:b/>
        </w:rPr>
        <w:t xml:space="preserve">[00:44] </w:t>
      </w:r>
      <w:r>
        <w:t>allah taala ki jo scheme of things hain is mein se ek yeh hai ke insaan phailay phailay</w:t>
      </w:r>
    </w:p>
    <w:p>
      <w:pPr>
        <w:jc w:val="right"/>
      </w:pPr>
      <w:r>
        <w:t>اللہ تعالیٰ کی جو سکیم آف تھنگز ہیں اس میں سے ایک یہ ہے کہ انسان پھیلے پھیلے</w:t>
      </w:r>
    </w:p>
    <w:p>
      <w:r>
        <w:rPr>
          <w:b/>
        </w:rPr>
        <w:t xml:space="preserve">[00:54] </w:t>
      </w:r>
      <w:r>
        <w:t>phailay samait kar na reh jaye is ko quran mein bas kaha gaya surah nisa ki pehli ayat</w:t>
      </w:r>
    </w:p>
    <w:p>
      <w:pPr>
        <w:jc w:val="right"/>
      </w:pPr>
      <w:r>
        <w:t>پھیلے سمیٹ کر نہ رہ جائے اس کو قرآن میں بس کہا گیا سورہ النساء کی پہلی آیت</w:t>
      </w:r>
    </w:p>
    <w:p>
      <w:r>
        <w:rPr>
          <w:b/>
        </w:rPr>
        <w:t xml:space="preserve">[01:04] </w:t>
      </w:r>
      <w:r>
        <w:t>mein hai ke bas min bas mani phailna spread spreading process aise hi surah juma</w:t>
      </w:r>
    </w:p>
    <w:p>
      <w:pPr>
        <w:jc w:val="right"/>
      </w:pPr>
      <w:r>
        <w:t>میں ہے کہ بس من بس معنی پھیلنا spread spreading process ایسے ہی سورہ الجمعہ</w:t>
      </w:r>
    </w:p>
    <w:p>
      <w:r>
        <w:rPr>
          <w:b/>
        </w:rPr>
        <w:t xml:space="preserve">[01:14] </w:t>
      </w:r>
      <w:r>
        <w:t>mein hai in tashrih fil arz wa ibtigha' min fadlillah wa zkurullah kathiran to bas aur intishar fil</w:t>
      </w:r>
    </w:p>
    <w:p>
      <w:pPr>
        <w:jc w:val="right"/>
      </w:pPr>
      <w:r>
        <w:t>میں ہے ان تشریح فی الارض وابتغاء من فضل اللہ واذکر اللہ کثیرا تو بس اور انتشار فی</w:t>
      </w:r>
    </w:p>
    <w:p>
      <w:r>
        <w:rPr>
          <w:b/>
        </w:rPr>
        <w:t xml:space="preserve">[01:25] </w:t>
      </w:r>
      <w:r>
        <w:t>arz jo hai yeh divine plan ka ek hissa hai divine plan ka hissa hai yahan tak ke</w:t>
      </w:r>
    </w:p>
    <w:p>
      <w:pPr>
        <w:jc w:val="right"/>
      </w:pPr>
      <w:r>
        <w:t>الارض جو ہے یہ divine plan کا ایک حصہ ہے divine plan کا حصہ ہے یہاں تک کہ</w:t>
      </w:r>
    </w:p>
    <w:p>
      <w:r>
        <w:rPr>
          <w:b/>
        </w:rPr>
        <w:t xml:space="preserve">[01:35] </w:t>
      </w:r>
      <w:r>
        <w:t>agar insaan aam tareeqay se na phailay to khuda compulsion create karta hai phailo</w:t>
      </w:r>
    </w:p>
    <w:p>
      <w:pPr>
        <w:jc w:val="right"/>
      </w:pPr>
      <w:r>
        <w:t>اگر انسان عام طریقے سے نہ پھیلے تو خدا compulsion create کرتا ہے پھیلو</w:t>
      </w:r>
    </w:p>
    <w:p>
      <w:r>
        <w:rPr>
          <w:b/>
        </w:rPr>
        <w:t xml:space="preserve">[01:45] </w:t>
      </w:r>
      <w:r>
        <w:t>jaise Hazrat Noah ke zamane mein jo toofan aaya tha is ko log samajhte hain ke woh sirf</w:t>
      </w:r>
    </w:p>
    <w:p>
      <w:pPr>
        <w:jc w:val="right"/>
      </w:pPr>
      <w:r>
        <w:t>جیسے حضرت نوح کے زمانے میں جو طوفان آیا تھا اس کو لوگ سمجھتے ہیں کہ وہ صرف</w:t>
      </w:r>
    </w:p>
    <w:p>
      <w:r>
        <w:rPr>
          <w:b/>
        </w:rPr>
        <w:t xml:space="preserve">[01:53] </w:t>
      </w:r>
      <w:r>
        <w:t>azaab tha azaab nahi tha woh woh yahi tha ke log phailen adam ke baad jo nasal bani</w:t>
      </w:r>
    </w:p>
    <w:p>
      <w:pPr>
        <w:jc w:val="right"/>
      </w:pPr>
      <w:r>
        <w:t>عذاب تھا عذاب نہیں تھا وہ وہ یہی تھا کہ لوگ پھیلیں آدم کے بعد جو نسل بنی</w:t>
      </w:r>
    </w:p>
    <w:p>
      <w:r>
        <w:rPr>
          <w:b/>
        </w:rPr>
        <w:t xml:space="preserve">[02:01] </w:t>
      </w:r>
      <w:r>
        <w:t>insaan ki woh bohat dinon tak abad rahi is hissay mein jo dajla o furat ke darmiyan hai</w:t>
      </w:r>
    </w:p>
    <w:p>
      <w:pPr>
        <w:jc w:val="right"/>
      </w:pPr>
      <w:r>
        <w:t>انسان کی وہ بہت دنوں تک آباد رہی اس حصے میں جو دجلہ و فرات کے درمیان ہے</w:t>
      </w:r>
    </w:p>
    <w:p>
      <w:r>
        <w:rPr>
          <w:b/>
        </w:rPr>
        <w:t xml:space="preserve">[02:08] </w:t>
      </w:r>
      <w:r>
        <w:t>jisko kehte hain mesopotamia</w:t>
      </w:r>
    </w:p>
    <w:p>
      <w:pPr>
        <w:jc w:val="right"/>
      </w:pPr>
      <w:r>
        <w:t>جس کو کہتے ہیں میسوپوٹیمیا</w:t>
      </w:r>
    </w:p>
    <w:p>
      <w:r>
        <w:rPr>
          <w:b/>
        </w:rPr>
        <w:t xml:space="preserve">[02:16] </w:t>
      </w:r>
      <w:r>
        <w:t>pas mesopotamia mein woh log rehte thay is se bahar nikle nahi woh to toofan aaya bohat zabardast</w:t>
      </w:r>
    </w:p>
    <w:p>
      <w:pPr>
        <w:jc w:val="right"/>
      </w:pPr>
      <w:r>
        <w:t>پس میسوپوٹیمیا میں وہ لوگ رہتے تھے اس سے باہر نکلے نہیں وہ تو طوفان آیا بہت زبردست</w:t>
      </w:r>
    </w:p>
    <w:p>
      <w:r>
        <w:rPr>
          <w:b/>
        </w:rPr>
        <w:t xml:space="preserve">[02:26] </w:t>
      </w:r>
      <w:r>
        <w:t>is toofan mein kashti pe par kar log gaye idhar udhar to allah taala ne compulsion create kiya</w:t>
      </w:r>
    </w:p>
    <w:p>
      <w:pPr>
        <w:jc w:val="right"/>
      </w:pPr>
      <w:r>
        <w:t>اس طوفان میں کشتی پہ پڑ کر لوگ گئے ادھر ادھر تو اللہ تعالیٰ نے compulsion create کیا</w:t>
      </w:r>
    </w:p>
    <w:p>
      <w:r>
        <w:rPr>
          <w:b/>
        </w:rPr>
        <w:t xml:space="preserve">[02:37] </w:t>
      </w:r>
      <w:r>
        <w:t>woh jaen yahan wahan to wahan se nikal kar woh asia africa europe mein phail gaye yeh</w:t>
      </w:r>
    </w:p>
    <w:p>
      <w:pPr>
        <w:jc w:val="right"/>
      </w:pPr>
      <w:r>
        <w:t>وہ جائیں یہاں وہاں تو وہاں سے نکل کر وہ ایشیا افریقہ یورپ میں پھیل گئے یہ</w:t>
      </w:r>
    </w:p>
    <w:p>
      <w:r>
        <w:rPr>
          <w:b/>
        </w:rPr>
        <w:t xml:space="preserve">[02:47] </w:t>
      </w:r>
      <w:r>
        <w:t>compulsion create kar ke insaan ko phailana tha baad ke zamanay mein Allah taala ne interest create kiya</w:t>
      </w:r>
    </w:p>
    <w:p>
      <w:pPr>
        <w:jc w:val="right"/>
      </w:pPr>
      <w:r>
        <w:t>compulsion create کر کے انسان کو پھیلانا تھا بعد کے زمانے میں اللہ تعالیٰ نے interest create کیا</w:t>
      </w:r>
    </w:p>
    <w:p>
      <w:r>
        <w:rPr>
          <w:b/>
        </w:rPr>
        <w:t xml:space="preserve">[02:57] </w:t>
      </w:r>
      <w:r>
        <w:t>is se log idhar udhar janay lage yani business ka interest tourism ka interest job ka interest is</w:t>
      </w:r>
    </w:p>
    <w:p>
      <w:pPr>
        <w:jc w:val="right"/>
      </w:pPr>
      <w:r>
        <w:t>اس سے لوگ ادھر ادھر جانے لگے یعنی business کا interest tourism کا interest جاب کا interest اس</w:t>
      </w:r>
    </w:p>
    <w:p>
      <w:r>
        <w:rPr>
          <w:b/>
        </w:rPr>
        <w:t xml:space="preserve">[03:07] </w:t>
      </w:r>
      <w:r>
        <w:t>se woh cheez paida hui</w:t>
      </w:r>
    </w:p>
    <w:p>
      <w:pPr>
        <w:jc w:val="right"/>
      </w:pPr>
      <w:r>
        <w:t>سے وہ چیز پیدا ہوئی</w:t>
      </w:r>
    </w:p>
    <w:p>
      <w:r>
        <w:rPr>
          <w:b/>
        </w:rPr>
        <w:t xml:space="preserve">[03:17] </w:t>
      </w:r>
      <w:r>
        <w:t>jisko kehte hain diaspora to sari dunya mein log phailnay lage yeh phailna jo hai yeh Allah</w:t>
      </w:r>
    </w:p>
    <w:p>
      <w:pPr>
        <w:jc w:val="right"/>
      </w:pPr>
      <w:r>
        <w:t>جس کو کہتے ہیں diaspora تو ساری دنیا میں لوگ پھیلنے لگے یہ پھیلنا جو ہے یہ اللہ</w:t>
      </w:r>
    </w:p>
    <w:p>
      <w:r>
        <w:rPr>
          <w:b/>
        </w:rPr>
        <w:t xml:space="preserve">[03:25] </w:t>
      </w:r>
      <w:r>
        <w:t>taala ki scheme of things ka aik hissa hai kyunke sari tarqqiyan aisi hoti hain jab aap ka</w:t>
      </w:r>
    </w:p>
    <w:p>
      <w:pPr>
        <w:jc w:val="right"/>
      </w:pPr>
      <w:r>
        <w:t>تعالیٰ کی سکیم آف تھنگز کا ایک حصہ ہے کیونکہ ساری ترقیاں ایسی ہوتی ہیں جب آپ کا</w:t>
      </w:r>
    </w:p>
    <w:p>
      <w:r>
        <w:rPr>
          <w:b/>
        </w:rPr>
        <w:t xml:space="preserve">[03:32] </w:t>
      </w:r>
      <w:r>
        <w:t>bade paimane par interaction ho bade paimane par aap logon se milen bade paimane par aap ka takrao</w:t>
      </w:r>
    </w:p>
    <w:p>
      <w:pPr>
        <w:jc w:val="right"/>
      </w:pPr>
      <w:r>
        <w:t>بڑے پیمانے پر interaction ہو بڑے پیمانے پر آپ لوگوں سے ملیں بڑے پیمانے پر آپ کا ٹکراؤ</w:t>
      </w:r>
    </w:p>
    <w:p>
      <w:r>
        <w:rPr>
          <w:b/>
        </w:rPr>
        <w:t xml:space="preserve">[03:40] </w:t>
      </w:r>
      <w:r>
        <w:t>ho logon se competition ho challenge ho</w:t>
      </w:r>
    </w:p>
    <w:p>
      <w:pPr>
        <w:jc w:val="right"/>
      </w:pPr>
      <w:r>
        <w:t>ہو لوگوں سے competition ہو challenge ہو</w:t>
      </w:r>
    </w:p>
    <w:p>
      <w:r>
        <w:rPr>
          <w:b/>
        </w:rPr>
        <w:t xml:space="preserve">[03:47] </w:t>
      </w:r>
      <w:r>
        <w:t>to zyada se zyada log phailen isi liye Rasool Allah salla Allahu alaihi wasallam ne Hazrat alwida ke</w:t>
      </w:r>
    </w:p>
    <w:p>
      <w:pPr>
        <w:jc w:val="right"/>
      </w:pPr>
      <w:r>
        <w:t>تو زیادہ سے زیادہ لوگ پھیلیں اسی لیے رسول اللہ صلی اللہ علیہ وسلم نے حضرت الوداع کے</w:t>
      </w:r>
    </w:p>
    <w:p>
      <w:r>
        <w:rPr>
          <w:b/>
        </w:rPr>
        <w:t xml:space="preserve">[03:57] </w:t>
      </w:r>
      <w:r>
        <w:t>khutbe mein kaha tha ke tum phail jao tum log mera message sari dunya ke liye hai tum</w:t>
      </w:r>
    </w:p>
    <w:p>
      <w:pPr>
        <w:jc w:val="right"/>
      </w:pPr>
      <w:r>
        <w:t>خطبے میں کہا تھا کہ تم پھیل جاؤ تم لوگ میرا message ساری دنیا کے لیے ہے تم</w:t>
      </w:r>
    </w:p>
    <w:p>
      <w:r>
        <w:rPr>
          <w:b/>
        </w:rPr>
        <w:t xml:space="preserve">[04:07] </w:t>
      </w:r>
      <w:r>
        <w:t>phail jao isi liye aap jaen arab to aap dekhen ge ke makkah aur madinah mein</w:t>
      </w:r>
    </w:p>
    <w:p>
      <w:pPr>
        <w:jc w:val="right"/>
      </w:pPr>
      <w:r>
        <w:t>پھیل جاؤ اسی لیے آپ جائیں عرب تو آپ دیکھیں گے کہ مکہ اور مدینہ میں</w:t>
      </w:r>
    </w:p>
    <w:p>
      <w:r>
        <w:rPr>
          <w:b/>
        </w:rPr>
        <w:t xml:space="preserve">[04:17] </w:t>
      </w:r>
      <w:r>
        <w:t>sahaba ki qabrein bohat kam hain kyunke zyada tar woh log bahar gae bahar hi kaam kiya bahar</w:t>
      </w:r>
    </w:p>
    <w:p>
      <w:pPr>
        <w:jc w:val="right"/>
      </w:pPr>
      <w:r>
        <w:t>صحابہ کی قبریں بہت کم ہیں کیونکہ زیادہ تر وہ لوگ باہر گئے باہر ہی کام کیا باہر</w:t>
      </w:r>
    </w:p>
    <w:p>
      <w:r>
        <w:rPr>
          <w:b/>
        </w:rPr>
        <w:t xml:space="preserve">[04:25] </w:t>
      </w:r>
      <w:r>
        <w:t>phail gaye wahi unki qabar bani to mukhtalif tareeqay se Allah taala aisa karte hain ke phailana</w:t>
      </w:r>
    </w:p>
    <w:p>
      <w:pPr>
        <w:jc w:val="right"/>
      </w:pPr>
      <w:r>
        <w:t>پھیل گئے وہی ان کی قبر بنی تو مختلف طریقے سے اللہ تعالیٰ ایسا کرتے ہیں کہ پھیلانا</w:t>
      </w:r>
    </w:p>
    <w:p>
      <w:r>
        <w:rPr>
          <w:b/>
        </w:rPr>
        <w:t xml:space="preserve">[04:32] </w:t>
      </w:r>
      <w:r>
        <w:t>phailana phailana badqismati se hamare beeswin sadi mein jo hamare jo leader uthe muslim leader woh is raaz</w:t>
      </w:r>
    </w:p>
    <w:p>
      <w:pPr>
        <w:jc w:val="right"/>
      </w:pPr>
      <w:r>
        <w:t>پھیلانا پھیلانا بدقسمتی سے ہمارے بیسویں صدی میں جو ہمارے جو leader اٹھے مسلم leader وہ اس راز</w:t>
      </w:r>
    </w:p>
    <w:p>
      <w:r>
        <w:rPr>
          <w:b/>
        </w:rPr>
        <w:t xml:space="preserve">[04:40] </w:t>
      </w:r>
      <w:r>
        <w:t>ko jante nahi the to unhon ne kya kiya muslim pocket ka concept nikala muslim pocket har taraf muslim pak</w:t>
      </w:r>
    </w:p>
    <w:p>
      <w:pPr>
        <w:jc w:val="right"/>
      </w:pPr>
      <w:r>
        <w:t>کو جانتے نہیں تھے تو انہوں نے کیا کیا مسلم پاکٹ کا concept نکالا مسلم پاکٹ ہر طرف مسلم پاک</w:t>
      </w:r>
    </w:p>
    <w:p>
      <w:r>
        <w:rPr>
          <w:b/>
        </w:rPr>
        <w:t xml:space="preserve">[04:48] </w:t>
      </w:r>
      <w:r>
        <w:t>ket jis ka secular naam hai balkanization har jagah muslim pocket jahan chotay sa musalmanon ka group hai</w:t>
      </w:r>
    </w:p>
    <w:p>
      <w:pPr>
        <w:jc w:val="right"/>
      </w:pPr>
      <w:r>
        <w:t>ٹ جس کا سیکولر نام ہے بلقانائزیشن ہر جگہ مسلم پاکٹ جہاں چھوٹا سا مسلمانوں کا گروپ ہے</w:t>
      </w:r>
    </w:p>
    <w:p>
      <w:r>
        <w:rPr>
          <w:b/>
        </w:rPr>
        <w:t xml:space="preserve">[04:55] </w:t>
      </w:r>
      <w:r>
        <w:t>wahan pocket bosnia mein pocket burma mein pocket india mein pocket yeh Allah taala ki scheme jo hai</w:t>
      </w:r>
    </w:p>
    <w:p>
      <w:pPr>
        <w:jc w:val="right"/>
      </w:pPr>
      <w:r>
        <w:t>وہاں پاکٹ بوسنیا میں پاکٹ برما میں پاکٹ انڈیا میں پاکٹ یہ اللہ تعالیٰ کی سکیم جو ہے</w:t>
      </w:r>
    </w:p>
    <w:p>
      <w:r>
        <w:rPr>
          <w:b/>
        </w:rPr>
        <w:t xml:space="preserve">[05:03] </w:t>
      </w:r>
      <w:r>
        <w:t>is ke khilaf hai yeh isi liye yeh kamyab nahi hua muslim pocket jo banaye logon ne idhar</w:t>
      </w:r>
    </w:p>
    <w:p>
      <w:pPr>
        <w:jc w:val="right"/>
      </w:pPr>
      <w:r>
        <w:t>اس کے خلاف ہے یہ اسی لیے یہ کامیاب نہیں ہوا مسلم پاکٹ جو بنائے لوگوں نے ادھر</w:t>
      </w:r>
    </w:p>
    <w:p>
      <w:r>
        <w:rPr>
          <w:b/>
        </w:rPr>
        <w:t xml:space="preserve">[05:10] </w:t>
      </w:r>
      <w:r>
        <w:t>udhar mulk ke andar mulk ke bahar pak</w:t>
      </w:r>
    </w:p>
    <w:p>
      <w:pPr>
        <w:jc w:val="right"/>
      </w:pPr>
      <w:r>
        <w:t>ادھر ملک کے اندر ملک کے باہر پاک</w:t>
      </w:r>
    </w:p>
    <w:p>
      <w:r>
        <w:rPr>
          <w:b/>
        </w:rPr>
        <w:t xml:space="preserve">[05:18] </w:t>
      </w:r>
      <w:r>
        <w:t>t pocket pocket pocket hamare rehnuma bilkul hi jante nahi thay is raaz ko ke Allah taala ka matlab hai ke log phailen to phailen ge woh business ke liye tourism ke liye politics ke liye lekin sath ساتھ ساتھ ساتھ kya hoga Allah ke paigham phailay ga Allah ke paigham bhi phailay ga idhar udhar jaise dekhen abbasi khalifa par</w:t>
      </w:r>
    </w:p>
    <w:p>
      <w:pPr>
        <w:jc w:val="right"/>
      </w:pPr>
      <w:r>
        <w:t>ٹ پاکٹ پاکٹ ہمارے رہنما بالکل ہی جانتے نہیں تھے اس راز کو کہ اللہ تعالیٰ کا مطلوب ہے کہ لوگ پھیلیں تو پھیلیں گے وہ business کے لیے tourism کے لیے politics کے لیے لیکن ساتھ ساتھ ساتھ ساتھ کیا ہوگا اللہ کے پیغام پھیلے گا اللہ کے پیغام بھی پھیلے گا ادھر ادھر جیسے دیکھیں عباسی خلیفہ پر</w:t>
      </w:r>
    </w:p>
    <w:p>
      <w:r>
        <w:rPr>
          <w:b/>
        </w:rPr>
        <w:t xml:space="preserve">[05:48] </w:t>
      </w:r>
      <w:r>
        <w:t>log log bohat fakhr karte hain abbasi khilafat par lekin Allah taala ko symptom matloob nahi tha to</w:t>
      </w:r>
    </w:p>
    <w:p>
      <w:pPr>
        <w:jc w:val="right"/>
      </w:pPr>
      <w:r>
        <w:t>لوگ لوگ بہت فخر کرتے ہیں عباسی خلافت پر لیکن اللہ تعالیٰ کو سمپٹم مطلوب نہیں تھا تو</w:t>
      </w:r>
    </w:p>
    <w:p>
      <w:r>
        <w:rPr>
          <w:b/>
        </w:rPr>
        <w:t xml:space="preserve">[05:58] </w:t>
      </w:r>
      <w:r>
        <w:t>tatari hamla hua tatari hamle ne bilkul logon ko dhakka de kar muntashir kiya chunache yeh hua ke</w:t>
      </w:r>
    </w:p>
    <w:p>
      <w:pPr>
        <w:jc w:val="right"/>
      </w:pPr>
      <w:r>
        <w:t>تاتاری حملہ ہوا تاتاری حملے نے بالکل لوگوں کو دھکا دے کر منتشر کیا چنانچہ یہ ہوا کہ</w:t>
      </w:r>
    </w:p>
    <w:p>
      <w:r>
        <w:rPr>
          <w:b/>
        </w:rPr>
        <w:t xml:space="preserve">[06:08] </w:t>
      </w:r>
      <w:r>
        <w:t>bohat zyada bari tadad mein musalman labor ban kar tatariyon ki</w:t>
      </w:r>
    </w:p>
    <w:p>
      <w:pPr>
        <w:jc w:val="right"/>
      </w:pPr>
      <w:r>
        <w:t>بہت زیادہ بڑی تعداد میں مسلمان لیبر بن کر تاتاریوں کی</w:t>
      </w:r>
    </w:p>
    <w:p>
      <w:r>
        <w:rPr>
          <w:b/>
        </w:rPr>
        <w:t xml:space="preserve">[06:18] </w:t>
      </w:r>
      <w:r>
        <w:t>abadiyon mein dakhil ho gaye labor ban kar jaise aaj kal jate hain qanoon ke liye europe africa</w:t>
      </w:r>
    </w:p>
    <w:p>
      <w:pPr>
        <w:jc w:val="right"/>
      </w:pPr>
      <w:r>
        <w:t>آبادیوں میں داخل ہو گئے لیبر بن کر جیسے آج کل جاتے ہیں قوانین کے لیے یورپ افریقہ</w:t>
      </w:r>
    </w:p>
    <w:p>
      <w:r>
        <w:rPr>
          <w:b/>
        </w:rPr>
        <w:t xml:space="preserve">[06:26] </w:t>
      </w:r>
      <w:r>
        <w:t>to tatariyon ki abadiyon mein musalman labor ban kar dakhil ho gaye is se kya hua interaction hua</w:t>
      </w:r>
    </w:p>
    <w:p>
      <w:pPr>
        <w:jc w:val="right"/>
      </w:pPr>
      <w:r>
        <w:t>تو تاتاریوں کی آبادیوں میں مسلمان لیبر بن کر داخل ہو گئے اس سے کیا ہوا interaction ہوا</w:t>
      </w:r>
    </w:p>
    <w:p>
      <w:r>
        <w:rPr>
          <w:b/>
        </w:rPr>
        <w:t xml:space="preserve">[06:35] </w:t>
      </w:r>
      <w:r>
        <w:t>interaction ke zariye dawat phail gayi aur yahi cheez hai jis ki wajah se tatari bari tadad in</w:t>
      </w:r>
    </w:p>
    <w:p>
      <w:pPr>
        <w:jc w:val="right"/>
      </w:pPr>
      <w:r>
        <w:t>interaction کے ذریعے دعوت پھیل گئی اور یہی چیز ہے جس کی وجہ سے تاتاری بڑی تعداد ان</w:t>
      </w:r>
    </w:p>
    <w:p>
      <w:r>
        <w:rPr>
          <w:b/>
        </w:rPr>
        <w:t xml:space="preserve">[06:43] </w:t>
      </w:r>
      <w:r>
        <w:t>ki islam mein dakhil ho gayi</w:t>
      </w:r>
    </w:p>
    <w:p>
      <w:pPr>
        <w:jc w:val="right"/>
      </w:pPr>
      <w:r>
        <w:t>کی اسلام میں داخل ہو گئی</w:t>
      </w:r>
    </w:p>
    <w:p>
      <w:r>
        <w:rPr>
          <w:b/>
        </w:rPr>
        <w:t xml:space="preserve">[06:52] </w:t>
      </w:r>
      <w:r>
        <w:t>iqbal ne kaha tha ke haye yahan fitne tatar ke afsane se pasban mil gaye kaba ko sanam</w:t>
      </w:r>
    </w:p>
    <w:p>
      <w:pPr>
        <w:jc w:val="right"/>
      </w:pPr>
      <w:r>
        <w:t>اقبال نے کہا تھا کہ ہائے یہاں فتنے تاتار کے افسانے سے پاسباں مل گئے کعبہ کو صنم</w:t>
      </w:r>
    </w:p>
    <w:p>
      <w:r>
        <w:rPr>
          <w:b/>
        </w:rPr>
        <w:t xml:space="preserve">[07:00] </w:t>
      </w:r>
      <w:r>
        <w:t>khane se ye fakhr bana diya is ko iqbal ne is ko fakhr bana diya wo samjhe nahin</w:t>
      </w:r>
    </w:p>
    <w:p>
      <w:pPr>
        <w:jc w:val="right"/>
      </w:pPr>
      <w:r>
        <w:t>خانے سے یہ فخر بنا دیا اس کو اقبال نے اس کو فخر بنا دیا وہ سمجھے نہیں</w:t>
      </w:r>
    </w:p>
    <w:p>
      <w:r>
        <w:rPr>
          <w:b/>
        </w:rPr>
        <w:t xml:space="preserve">[07:09] </w:t>
      </w:r>
      <w:r>
        <w:t>ke is mein allah ta'ala ki ek scheme thi bajaye is se sabak lene ke fakhr bana diya</w:t>
      </w:r>
    </w:p>
    <w:p>
      <w:pPr>
        <w:jc w:val="right"/>
      </w:pPr>
      <w:r>
        <w:t>کہ اس میں اللہ تعالیٰ کی ایک سکیم تھی بجائے اس سے سبق لینے کے فخر بنا دیا</w:t>
      </w:r>
    </w:p>
    <w:p>
      <w:r>
        <w:rPr>
          <w:b/>
        </w:rPr>
        <w:t xml:space="preserve">[07:17] </w:t>
      </w:r>
      <w:r>
        <w:t>scheme thi ke log disperse hon log phailen taake un ke zariye se dawat phailay</w:t>
      </w:r>
    </w:p>
    <w:p>
      <w:pPr>
        <w:jc w:val="right"/>
      </w:pPr>
      <w:r>
        <w:t>سکیم تھی کہ لوگ disperse ہوں لوگ پھیلیں تاکہ ان کے ذریعے سے دعوت پھیلے</w:t>
      </w:r>
    </w:p>
    <w:p>
      <w:r>
        <w:rPr>
          <w:b/>
        </w:rPr>
        <w:t xml:space="preserve">[07:25] </w:t>
      </w:r>
      <w:r>
        <w:t>to maujooda zamane mein ye kaam aur bhi barhe paimane par hua hai technology ke zariye se technology</w:t>
      </w:r>
    </w:p>
    <w:p>
      <w:pPr>
        <w:jc w:val="right"/>
      </w:pPr>
      <w:r>
        <w:t>تو موجودہ زمانے میں یہ کام اور بھی بڑے پیمانے پر ہوا ہے ٹیکنالوجی کے ذریعے سے ٹیکنالوجی</w:t>
      </w:r>
    </w:p>
    <w:p>
      <w:r>
        <w:rPr>
          <w:b/>
        </w:rPr>
        <w:t xml:space="preserve">[07:33] </w:t>
      </w:r>
      <w:r>
        <w:t>jo aayi hai aur bhi zyada barhe paimane par ye kaam ho raha hai ab commercial interest aa gaya</w:t>
      </w:r>
    </w:p>
    <w:p>
      <w:pPr>
        <w:jc w:val="right"/>
      </w:pPr>
      <w:r>
        <w:t>جو آئی ہے اور بھی زیادہ بڑے پیمانے پر یہ کام ہو رہا ہے اب commercial interest آگیا</w:t>
      </w:r>
    </w:p>
    <w:p>
      <w:r>
        <w:rPr>
          <w:b/>
        </w:rPr>
        <w:t xml:space="preserve">[07:40] </w:t>
      </w:r>
      <w:r>
        <w:t>hai bahut barhe paimane par commercial interest aa gaya hai log business ke liye yahan wahan jaane lage hain</w:t>
      </w:r>
    </w:p>
    <w:p>
      <w:pPr>
        <w:jc w:val="right"/>
      </w:pPr>
      <w:r>
        <w:t>ہے بہت بڑے پیمانے پر commercial interest آگیا ہے لوگ business کے لیے یہاں وہاں جانے لگے ہیں</w:t>
      </w:r>
    </w:p>
    <w:p>
      <w:r>
        <w:rPr>
          <w:b/>
        </w:rPr>
        <w:t xml:space="preserve">[07:48] </w:t>
      </w:r>
      <w:r>
        <w:t>education ke liye medical facil</w:t>
      </w:r>
    </w:p>
    <w:p>
      <w:pPr>
        <w:jc w:val="right"/>
      </w:pPr>
      <w:r>
        <w:t>education کے لیے medical facil</w:t>
      </w:r>
    </w:p>
    <w:p>
      <w:r>
        <w:rPr>
          <w:b/>
        </w:rPr>
        <w:t xml:space="preserve">[07:55] </w:t>
      </w:r>
      <w:r>
        <w:t>ities ke liye business ke liye yahan wahan jaate hain is ke nateejay mein taraqqi hui aviation ko hawai jahaz yani aik necessity create ki Allah taala ne commercial interest ki to bohat jo rawaiyadi ya traditional sawariyan jo theen us se bohat zyada phailao nahi ho sakta tha in logon ko aisi sawari chahiye thi</w:t>
      </w:r>
    </w:p>
    <w:p>
      <w:pPr>
        <w:jc w:val="right"/>
      </w:pPr>
      <w:r>
        <w:t>ities کے لیے business کے لیے یہاں وہاں جاتے ہیں اس کے نتیجے میں ترقی ہوئی aviation کو ہوا بازی یعنی ایک necessity create کی اللہ تعالیٰ نے commercial interest کی تو بہت جو روایتی یا traditional سواریاں جو تھیں اس سے بہت زیادہ پھیلاؤ نہیں ہو سکتا تھا ان لوگوں کو ایسی سواری چاہیے تھی</w:t>
      </w:r>
    </w:p>
    <w:p>
      <w:r>
        <w:rPr>
          <w:b/>
        </w:rPr>
        <w:t xml:space="preserve">[08:25] </w:t>
      </w:r>
      <w:r>
        <w:t>jo jangla ho pahar ho samandar sab ke upar se guzar sakay woh to hawai jahaz bane ab ab is zamanay mein hawai jahaz jo hai bohat bara zariya hai is ka yani intashar fi al arz ka rozana beshumar log hawai jahaz se jaate hain yahan se wahan wahan se wahan koi business ke liye</w:t>
      </w:r>
    </w:p>
    <w:p>
      <w:pPr>
        <w:jc w:val="right"/>
      </w:pPr>
      <w:r>
        <w:t>جو جنگل ہو پہاڑ ہو سمندر سب کے اوپر سے گزر سکے وہ تو ہوائی جہاز بنے اب اب اس زمانے میں ہوائی جہاز جو ہے بہت بڑا ذریعہ ہے اس کا یعنی انتشار فی الارض کا روزانہ بے شمار لوگ ہوائی جہاز سے جاتے ہیں یہاں سے وہاں وہاں سے وہاں کوئی business کے لیے</w:t>
      </w:r>
    </w:p>
    <w:p>
      <w:r>
        <w:rPr>
          <w:b/>
        </w:rPr>
        <w:t xml:space="preserve">[08:55] </w:t>
      </w:r>
      <w:r>
        <w:t>koi education ke liye koi ilaaj ke liye koi tourism ke liye to aik aalami satah par aik mobility qaim hai ab dekhen isi mein kuch aise log ho sakte hain jo flight commander ban jayen hawai jahaz mein un ko job mil jaye to yahan jayen ge wahan jayen ge to aise log jo</w:t>
      </w:r>
    </w:p>
    <w:p>
      <w:pPr>
        <w:jc w:val="right"/>
      </w:pPr>
      <w:r>
        <w:t>کوئی education کے لیے کوئی علاج کے لیے کوئی tourism کے لیے تو ایک عالمی سطح پر ایک mobility قائم ہے اب دیکھیں اسی میں کچھ ایسے لوگ ہو سکتے ہیں جو فلائٹ کمانڈر بن جائیں ہوائی جہاز میں ان کو جاب مل جائے تو یہاں جائیں گے وہاں جائیں گے تو ایسے لوگ جو</w:t>
      </w:r>
    </w:p>
    <w:p>
      <w:r>
        <w:rPr>
          <w:b/>
        </w:rPr>
        <w:t xml:space="preserve">[09:25] </w:t>
      </w:r>
      <w:r>
        <w:t>hain wo divine ka jo jo jo plan hai is ka part ban jayenge ke un ke</w:t>
      </w:r>
    </w:p>
    <w:p>
      <w:pPr>
        <w:jc w:val="right"/>
      </w:pPr>
      <w:r>
        <w:t>ہیں وہ divine کا جو جو جو plan ہے اس کا part بن جائیں گے کہ ان کے</w:t>
      </w:r>
    </w:p>
    <w:p>
      <w:r>
        <w:rPr>
          <w:b/>
        </w:rPr>
        <w:t xml:space="preserve">[09:35] </w:t>
      </w:r>
      <w:r>
        <w:t>zariye se global level par phailao hoga interaction hoga aur dawat phailay gi to jin logon ne chhote</w:t>
      </w:r>
    </w:p>
    <w:p>
      <w:pPr>
        <w:jc w:val="right"/>
      </w:pPr>
      <w:r>
        <w:t>ذریعے سے global level پر پھیلاؤ ہوگا interaction ہوگا اور دعوت پھیلے گی تو جن لوگوں نے چھوٹے</w:t>
      </w:r>
    </w:p>
    <w:p>
      <w:r>
        <w:rPr>
          <w:b/>
        </w:rPr>
        <w:t xml:space="preserve">[09:46] </w:t>
      </w:r>
      <w:r>
        <w:t>chhote pocket banaye wo kitna zyada be khabar the allah ta'ala ki scheme of things se jaise bosnia banaya</w:t>
      </w:r>
    </w:p>
    <w:p>
      <w:pPr>
        <w:jc w:val="right"/>
      </w:pPr>
      <w:r>
        <w:t>چھوٹے پاکٹ بنائے وہ کتنا زیادہ بے خبر تھے اللہ تعالیٰ کی سکیم آف تھنگز سے جیسے بوسنیا بنایا</w:t>
      </w:r>
    </w:p>
    <w:p>
      <w:r>
        <w:rPr>
          <w:b/>
        </w:rPr>
        <w:t xml:space="preserve">[09:56] </w:t>
      </w:r>
      <w:r>
        <w:t>singh kang banaya arakan mein banaya yeh sab leader log jo hain yahi soch paye thay ke muslim pocket muslim pocket is ke nateejay mein siwaye tabahi ke aur kuch nahi hui muslim pocket nahi hai musalmanon ko sari duniya mein phailao sari duniya mein phailao aur jo muslim area thay jaise middle east ka area middle east ka area mein bohat z</w:t>
      </w:r>
    </w:p>
    <w:p>
      <w:pPr>
        <w:jc w:val="right"/>
      </w:pPr>
      <w:r>
        <w:t>سنگھ کانگ بنایا اراکان میں بنایا یہ سب leader لوگ جو ہیں یہی سوچ پائے تھے کہ مسلم پاکٹ مسلم پاکٹ اس کے نتیجے میں سوائے تباہی کے اور کچھ نہیں ہوئی مسلم پاکٹ نہیں ہے مسلمانوں کو ساری دنیا میں پھیلاؤ ساری دنیا میں پھیلاؤ اور جو مسلم ایریا تھے جیسے مڈل ایسٹ کا ایریا مڈل ایسٹ کا ایریا میں بہت ز</w:t>
      </w:r>
    </w:p>
    <w:p>
      <w:r>
        <w:rPr>
          <w:b/>
        </w:rPr>
        <w:t xml:space="preserve">[10:26] </w:t>
      </w:r>
      <w:r>
        <w:t>bardaasht scope hai is ka tourism ka bahut zyada scope hai lekin is se be khabar hain wo</w:t>
      </w:r>
    </w:p>
    <w:p>
      <w:pPr>
        <w:jc w:val="right"/>
      </w:pPr>
      <w:r>
        <w:t>بردست scope ہے اس کا tourism کا بہت زیادہ scope ہے لیکن اس سے بے خبر ہیں وہ</w:t>
      </w:r>
    </w:p>
    <w:p>
      <w:r>
        <w:rPr>
          <w:b/>
        </w:rPr>
        <w:t xml:space="preserve">[10:33] </w:t>
      </w:r>
      <w:r>
        <w:t>lad rahe hain khali lad rahe hain yaani lad rahe hain nafrat kar rahe hain protest kar rahe</w:t>
      </w:r>
    </w:p>
    <w:p>
      <w:pPr>
        <w:jc w:val="right"/>
      </w:pPr>
      <w:r>
        <w:t>لڑ رہے ہیں خالی لڑ رہے ہیں یعنی لڑ رہے ہیں نفرت کر رہے ہیں protest کر رہے</w:t>
      </w:r>
    </w:p>
    <w:p>
      <w:r>
        <w:rPr>
          <w:b/>
        </w:rPr>
        <w:t xml:space="preserve">[10:41] </w:t>
      </w:r>
      <w:r>
        <w:t>hain kyunke unhein pata hi nahin ke ye jo wo jo ilaaqa hai wahan to yaani sab se</w:t>
      </w:r>
    </w:p>
    <w:p>
      <w:pPr>
        <w:jc w:val="right"/>
      </w:pPr>
      <w:r>
        <w:t>ہیں کیونکہ انہیں پتہ ہی نہیں کہ یہ جو وہ جو علاقہ ہے وہاں تو یعنی سب سے</w:t>
      </w:r>
    </w:p>
    <w:p>
      <w:r>
        <w:rPr>
          <w:b/>
        </w:rPr>
        <w:t xml:space="preserve">[10:48] </w:t>
      </w:r>
      <w:r>
        <w:t>bada mauqa hai</w:t>
      </w:r>
    </w:p>
    <w:p>
      <w:pPr>
        <w:jc w:val="right"/>
      </w:pPr>
      <w:r>
        <w:t>بڑا موقع ہے</w:t>
      </w:r>
    </w:p>
    <w:p>
      <w:r>
        <w:rPr>
          <w:b/>
        </w:rPr>
        <w:t xml:space="preserve">[10:56] </w:t>
      </w:r>
      <w:r>
        <w:t>tourism ka wahan historical monument bohat hi zyada hai woh lad rahe hain ladne ki wajah se woh moqa avail nahi ho raha hai log kam jaate hain kyunke unhe dar dar rehta hai ke pata nahi kya ho yahan tak ke ahram jo misr ke ahram hain pyramids jo duniya ki sab se zyada purani imarat hai woh bohat zyada tourist ke</w:t>
      </w:r>
    </w:p>
    <w:p>
      <w:pPr>
        <w:jc w:val="right"/>
      </w:pPr>
      <w:r>
        <w:t>tourism کا وہاں historical monument بہت ہی زیادہ ہے وہ لڑ رہے ہیں لڑنے کی وجہ سے وہ موقع avail نہیں ہو رہا ہے لوگ کم جاتے ہیں کیونکہ ان کو ڈر ڈر رہتا ہے کہ پتہ نہیں کیا ہو یہاں تک کہ احرام جو مصر کے احرام ہیں پیرامڈز جو دنیا کی سب سے زیادہ پرانی عمارت ہے وہ بہت زیادہ tourist کے</w:t>
      </w:r>
    </w:p>
    <w:p>
      <w:r>
        <w:rPr>
          <w:b/>
        </w:rPr>
        <w:t xml:space="preserve">[11:26] </w:t>
      </w:r>
      <w:r>
        <w:t>liye bahut zyada attraction hai haan to wahan jo islam pasand log hain kehte hain chhod do is ko</w:t>
      </w:r>
    </w:p>
    <w:p>
      <w:pPr>
        <w:jc w:val="right"/>
      </w:pPr>
      <w:r>
        <w:t>لیے بہت زیادہ attraction ہے ہاں تو وہاں جو اسلام پسند لوگ ہیں کہتے ہیں چھوڑو اس کو</w:t>
      </w:r>
    </w:p>
    <w:p>
      <w:r>
        <w:rPr>
          <w:b/>
        </w:rPr>
        <w:t xml:space="preserve">[11:32] </w:t>
      </w:r>
      <w:r>
        <w:t>kuchh jante hi nahin hain log ehram mein is ko todna chahte hain ab afghanistan mein dekhen bamyan</w:t>
      </w:r>
    </w:p>
    <w:p>
      <w:pPr>
        <w:jc w:val="right"/>
      </w:pPr>
      <w:r>
        <w:t>کچھ جانتے ہی نہیں ہیں لوگ احرام میں اس کو توڑنا چاہتے ہیں اب افغانستان میں دیکھیں بامیان</w:t>
      </w:r>
    </w:p>
    <w:p>
      <w:r>
        <w:rPr>
          <w:b/>
        </w:rPr>
        <w:t xml:space="preserve">[11:38] </w:t>
      </w:r>
      <w:r>
        <w:t>ke jo buth ka statue tha is ko toda wo is ko khabar hi nahin thi un ko</w:t>
      </w:r>
    </w:p>
    <w:p>
      <w:pPr>
        <w:jc w:val="right"/>
      </w:pPr>
      <w:r>
        <w:t>کے جو بتھا کا statue تھا اس کو توڑا وہ اس کو خبر ہی نہیں تھی ان کو</w:t>
      </w:r>
    </w:p>
    <w:p>
      <w:r>
        <w:rPr>
          <w:b/>
        </w:rPr>
        <w:t xml:space="preserve">[11:44] </w:t>
      </w:r>
      <w:r>
        <w:t>ke ye statue jo hai ye to dunya bhar ke tourist ko yahan bulate hain attraction hai tourist</w:t>
      </w:r>
    </w:p>
    <w:p>
      <w:pPr>
        <w:jc w:val="right"/>
      </w:pPr>
      <w:r>
        <w:t>کہ یہ statue جو ہے یہ تو دنیا بھر کے tourist کو یہاں بلاتے ہیں attraction ہے tourist</w:t>
      </w:r>
    </w:p>
    <w:p>
      <w:r>
        <w:rPr>
          <w:b/>
        </w:rPr>
        <w:t xml:space="preserve">[11:51] </w:t>
      </w:r>
      <w:r>
        <w:t>ke liye bada bahut bada attraction hai ye</w:t>
      </w:r>
    </w:p>
    <w:p>
      <w:pPr>
        <w:jc w:val="right"/>
      </w:pPr>
      <w:r>
        <w:t>کے لیے بڑا بہت بڑا attraction ہے یہ</w:t>
      </w:r>
    </w:p>
    <w:p>
      <w:r>
        <w:rPr>
          <w:b/>
        </w:rPr>
        <w:t xml:space="preserve">[11:57] </w:t>
      </w:r>
      <w:r>
        <w:t>to be khabari itni barhi hui hai ke wo cheez jo allah ka plan hai is ko bhi</w:t>
      </w:r>
    </w:p>
    <w:p>
      <w:pPr>
        <w:jc w:val="right"/>
      </w:pPr>
      <w:r>
        <w:t>تو بے خبری اتنی بڑھی ہوئی ہے کہ وہ چیز جو اللہ کا plan ہے اس کو بھی</w:t>
      </w:r>
    </w:p>
    <w:p>
      <w:r>
        <w:rPr>
          <w:b/>
        </w:rPr>
        <w:t xml:space="preserve">[12:05] </w:t>
      </w:r>
      <w:r>
        <w:t>ladte hain ye allah ke plan hain ke log layen aayen yahan taake un ko islam ka paigham</w:t>
      </w:r>
    </w:p>
    <w:p>
      <w:pPr>
        <w:jc w:val="right"/>
      </w:pPr>
      <w:r>
        <w:t>لڑتے ہیں یہ اللہ کے plan ہیں کہ لوگ لائیں آئیں یہاں تاکہ ان کو اسلام کا پیغام</w:t>
      </w:r>
    </w:p>
    <w:p>
      <w:r>
        <w:rPr>
          <w:b/>
        </w:rPr>
        <w:t xml:space="preserve">[12:13] </w:t>
      </w:r>
      <w:r>
        <w:t>pahunche to mobility aana jaana interaction spread ye spreading process allah ke ke plan ke mutabiq bahut barhe</w:t>
      </w:r>
    </w:p>
    <w:p>
      <w:pPr>
        <w:jc w:val="right"/>
      </w:pPr>
      <w:r>
        <w:t>پہنچے تو mobility آنا جانا interaction spread یہ spreading process اللہ کے کے plan کے مطابق بہت بڑے</w:t>
      </w:r>
    </w:p>
    <w:p>
      <w:r>
        <w:rPr>
          <w:b/>
        </w:rPr>
        <w:t xml:space="preserve">[12:20] </w:t>
      </w:r>
      <w:r>
        <w:t>paimane par hona chahiye</w:t>
      </w:r>
    </w:p>
    <w:p>
      <w:pPr>
        <w:jc w:val="right"/>
      </w:pPr>
      <w:r>
        <w:t>پیمانے پر ہونا چاہیے</w:t>
      </w:r>
    </w:p>
    <w:p>
      <w:r>
        <w:rPr>
          <w:b/>
        </w:rPr>
        <w:t xml:space="preserve">[12:28] </w:t>
      </w:r>
      <w:r>
        <w:t>quran mein hai ke yani koi agar aajaye tumhare ilaqe mein to un ko thehrao taake woh Allah</w:t>
      </w:r>
    </w:p>
    <w:p>
      <w:pPr>
        <w:jc w:val="right"/>
      </w:pPr>
      <w:r>
        <w:t>قرآن میں ہے کہ یعنی کوئی اگر آجائے تمہارے علاقے میں تو ان کو ٹھہراؤ تاکہ وہ اللہ</w:t>
      </w:r>
    </w:p>
    <w:p>
      <w:r>
        <w:rPr>
          <w:b/>
        </w:rPr>
        <w:t xml:space="preserve">[12:39] </w:t>
      </w:r>
      <w:r>
        <w:t>ka kalam sune yeh kitni ajeeb o ghareeb baat hai is ko ghor kijiye ke agar koi aajaye</w:t>
      </w:r>
    </w:p>
    <w:p>
      <w:pPr>
        <w:jc w:val="right"/>
      </w:pPr>
      <w:r>
        <w:t>کا کلام سنے یہ کتنی عجیب و غریب بات ہے اس کو غور کیجیے کہ اگر کوئی آجائے</w:t>
      </w:r>
    </w:p>
    <w:p>
      <w:r>
        <w:rPr>
          <w:b/>
        </w:rPr>
        <w:t xml:space="preserve">[12:49] </w:t>
      </w:r>
      <w:r>
        <w:t>mushrik ka Allah to us ko apna thehrao</w:t>
      </w:r>
    </w:p>
    <w:p>
      <w:pPr>
        <w:jc w:val="right"/>
      </w:pPr>
      <w:r>
        <w:t>مشرک کا اللہ تو اس کو اپنا ٹھہراؤ</w:t>
      </w:r>
    </w:p>
    <w:p>
      <w:r>
        <w:rPr>
          <w:b/>
        </w:rPr>
        <w:t xml:space="preserve">[12:59] </w:t>
      </w:r>
      <w:r>
        <w:t>taake woh Allah ka kalam sune to pehle to chand log aise ho sakte thay ab to aik aalami tourism hai log aa rahe hain aa rahe hain aa rahe hain to yahi yeh ayat jo hai aaj apply hoti hai aalami tourism pe global tourism to is ko is ko aap bhagat karo in ko khush aamdeed kaho in ko marhaba kaho aur un ke</w:t>
      </w:r>
    </w:p>
    <w:p>
      <w:pPr>
        <w:jc w:val="right"/>
      </w:pPr>
      <w:r>
        <w:t>تاکہ وہ اللہ کا کلام سنے تو پہلے تو چند لوگ ایسے ہو سکتے تھے اب تو ایک عالمی tourism ہے لوگ آ رہے ہیں آ رہے ہیں آ رہے ہیں تو یہی یہ آیت جو ہے آج اپلائی ہوتی ہے عالمی tourism پہ global tourism تو اس کو اس کو آپ بھگت کرو ان کو خوش آمدید کہو ان کو مرحبا کہو اور ان کے</w:t>
      </w:r>
    </w:p>
    <w:p>
      <w:r>
        <w:rPr>
          <w:b/>
        </w:rPr>
        <w:t xml:space="preserve">[13:29] </w:t>
      </w:r>
      <w:r>
        <w:t>liye quran pahunchao un ko har zaban un ki zaban mein yeh sab divine plan hai lekin kuch</w:t>
      </w:r>
    </w:p>
    <w:p>
      <w:pPr>
        <w:jc w:val="right"/>
      </w:pPr>
      <w:r>
        <w:t>لیے قرآن پہنچاؤ ان کو ہر زبان ان کی زبان میں یہ سب divine plan ہے لیکن کچھ</w:t>
      </w:r>
    </w:p>
    <w:p>
      <w:r>
        <w:rPr>
          <w:b/>
        </w:rPr>
        <w:t xml:space="preserve">[13:37] </w:t>
      </w:r>
      <w:r>
        <w:t>kuch jate nahi hamare leader log bas pocket banana chahte hain muslim pocket har jagah kahin bomb marte</w:t>
      </w:r>
    </w:p>
    <w:p>
      <w:pPr>
        <w:jc w:val="right"/>
      </w:pPr>
      <w:r>
        <w:t>کچھ جاتے نہیں ہمارے leader لوگ بس پاکٹ بنانا چاہتے ہیں مسلم پاکٹ ہر جگہ کہیں بم مارتے</w:t>
      </w:r>
    </w:p>
    <w:p>
      <w:r>
        <w:rPr>
          <w:b/>
        </w:rPr>
        <w:t xml:space="preserve">[13:45] </w:t>
      </w:r>
      <w:r>
        <w:t>hain ke woh to sharab peete hain sharab peete hain to peene do un ka zati mamla hai</w:t>
      </w:r>
    </w:p>
    <w:p>
      <w:pPr>
        <w:jc w:val="right"/>
      </w:pPr>
      <w:r>
        <w:t>ہیں کہ وہ تو شراب پیتے ہیں شراب پیتے ہیں تو پینے دو ان کا ذاتی معاملہ ہے</w:t>
      </w:r>
    </w:p>
    <w:p>
      <w:r>
        <w:rPr>
          <w:b/>
        </w:rPr>
        <w:t xml:space="preserve">[13:53] </w:t>
      </w:r>
      <w:r>
        <w:t>tum un ko quran pahunchao to hamare is zamane mein musalmanon ka case jo hai bekhabri case hai unawareness</w:t>
      </w:r>
    </w:p>
    <w:p>
      <w:pPr>
        <w:jc w:val="right"/>
      </w:pPr>
      <w:r>
        <w:t>تم ان کو قرآن پہنچاؤ تو ہمارے اس زمانے میں مسلمانوں کا کیس جو ہے بے خبری کیس ہے unawareness</w:t>
      </w:r>
    </w:p>
    <w:p>
      <w:r>
        <w:rPr>
          <w:b/>
        </w:rPr>
        <w:t xml:space="preserve">[14:01] </w:t>
      </w:r>
      <w:r>
        <w:t>unawareness case hai jo jo aap ko jo cheez khuli hai dawat ke liye islam ke liye us se be khabar hain to aisa hota hai ke Allah taala jab log jo hain sumat jate hain aur interaction nahi kar rahe hotay hain to Allah taala compulsion create karta hai yeh toofan e nooh aik compulsion tha ke phailo zameen mein tatari</w:t>
      </w:r>
    </w:p>
    <w:p>
      <w:pPr>
        <w:jc w:val="right"/>
      </w:pPr>
      <w:r>
        <w:t>unawareness کیس ہے جو جو آپ کو جو چیز کھلی ہے دعوت کے لیے اسلام کے لیے اس سے بے خبر ہیں تو ایسا ہوتا ہے کہ اللہ تعالیٰ جب لوگ جو ہیں سمٹ جاتے ہیں اور interaction نہیں کر رہے ہوتے ہیں تو اللہ تعالیٰ compulsion create کرتا ہے یہ طوفان نوح ایک compulsion تھا کہ پھیلو زمین میں تاتاری</w:t>
      </w:r>
    </w:p>
    <w:p>
      <w:r>
        <w:rPr>
          <w:b/>
        </w:rPr>
        <w:t xml:space="preserve">[14:31] </w:t>
      </w:r>
      <w:r>
        <w:t>on ka hamla ek compulsion tha ke phailo logon ki bastiyon mein jao ab is zamane mein dekhein</w:t>
      </w:r>
    </w:p>
    <w:p>
      <w:pPr>
        <w:jc w:val="right"/>
      </w:pPr>
      <w:r>
        <w:t>وں کا حملہ ایک compulsion تھا کہ پھیلو لوگوں کی بستیوں میں جاؤ اب اس زمانے میں دیکھیں</w:t>
      </w:r>
    </w:p>
    <w:p>
      <w:r>
        <w:rPr>
          <w:b/>
        </w:rPr>
        <w:t xml:space="preserve">[14:39] </w:t>
      </w:r>
      <w:r>
        <w:t>commercial interest ki wajah se log jate hain mukhtalif mulkon mein woh bhi compulsion hai ke apne mulkon</w:t>
      </w:r>
    </w:p>
    <w:p>
      <w:pPr>
        <w:jc w:val="right"/>
      </w:pPr>
      <w:r>
        <w:t>commercial interest کی وجہ سے لوگ جاتے ہیں مختلف ملکوں میں وہ بھی compulsion ہے کہ اپنے ملکوں</w:t>
      </w:r>
    </w:p>
    <w:p>
      <w:r>
        <w:rPr>
          <w:b/>
        </w:rPr>
        <w:t xml:space="preserve">[14:46] </w:t>
      </w:r>
      <w:r>
        <w:t>mein un ko dikhai parta hai ke apne mulkon mein un ko kamai kam hai to incentive paida</w:t>
      </w:r>
    </w:p>
    <w:p>
      <w:pPr>
        <w:jc w:val="right"/>
      </w:pPr>
      <w:r>
        <w:t>میں ان کو دکھائی پڑتا ہے کہ اپنے ملکوں میں ان کو کمائی کم ہے تو incentive پیدا</w:t>
      </w:r>
    </w:p>
    <w:p>
      <w:r>
        <w:rPr>
          <w:b/>
        </w:rPr>
        <w:t xml:space="preserve">[14:54] </w:t>
      </w:r>
      <w:r>
        <w:t>hota hai ke bahar jao bahar jao that is also</w:t>
      </w:r>
    </w:p>
    <w:p>
      <w:pPr>
        <w:jc w:val="right"/>
      </w:pPr>
      <w:r>
        <w:t>ہوتا ہے کہ باہر جاؤ باہر جاؤ that is also</w:t>
      </w:r>
    </w:p>
    <w:p>
      <w:r>
        <w:rPr>
          <w:b/>
        </w:rPr>
        <w:t xml:space="preserve">[15:01] </w:t>
      </w:r>
      <w:r>
        <w:t>a compulsion taake bahar jao interaction ho quran pahunche dawat pahunche to is cheez ko avail karne ke</w:t>
      </w:r>
    </w:p>
    <w:p>
      <w:pPr>
        <w:jc w:val="right"/>
      </w:pPr>
      <w:r>
        <w:t>a compulsion تاکہ باہر جاؤ interaction ہو قرآن پہنچے دعوت پہنچے تو اس چیز کو avail کرنے کے</w:t>
      </w:r>
    </w:p>
    <w:p>
      <w:r>
        <w:rPr>
          <w:b/>
        </w:rPr>
        <w:t xml:space="preserve">[15:09] </w:t>
      </w:r>
      <w:r>
        <w:t>liye hamein chahiye ke hum har zaban mein quran ka tarjuma tayyar karein aur jahan jahan musalman jate</w:t>
      </w:r>
    </w:p>
    <w:p>
      <w:pPr>
        <w:jc w:val="right"/>
      </w:pPr>
      <w:r>
        <w:t>لیے ہمیں چاہیے کہ ہم ہر زبان میں قرآن کا ترجمہ تیار کریں اور جہاں جہاں مسلمان جاتے</w:t>
      </w:r>
    </w:p>
    <w:p>
      <w:r>
        <w:rPr>
          <w:b/>
        </w:rPr>
        <w:t xml:space="preserve">[15:16] </w:t>
      </w:r>
      <w:r>
        <w:t>hain chahe tourist bankar jayein chahe diaspora mein jayein chahe kisi aur maqsad ke liye jayein to</w:t>
      </w:r>
    </w:p>
    <w:p>
      <w:pPr>
        <w:jc w:val="right"/>
      </w:pPr>
      <w:r>
        <w:t>ہیں چاہے tourist بن کر جائیں چاہے diaspora میں جائیں چاہے کسی اور مقصد کے لیے جائیں تو</w:t>
      </w:r>
    </w:p>
    <w:p>
      <w:r>
        <w:rPr>
          <w:b/>
        </w:rPr>
        <w:t xml:space="preserve">[15:24] </w:t>
      </w:r>
      <w:r>
        <w:t>un ki pocket mein quran ka tarjuma ho un ki zaban mein jis</w:t>
      </w:r>
    </w:p>
    <w:p>
      <w:pPr>
        <w:jc w:val="right"/>
      </w:pPr>
      <w:r>
        <w:t>ان کی پاکٹ میں قرآن کا ترجمہ ہو ان کی زبان میں جس</w:t>
      </w:r>
    </w:p>
    <w:p>
      <w:r>
        <w:rPr>
          <w:b/>
        </w:rPr>
        <w:t xml:space="preserve">[15:32] </w:t>
      </w:r>
      <w:r>
        <w:t>mulk mein woh ja rahe hain wahan woh logon ko dein logon ko phailayein to agar musalman jaanein</w:t>
      </w:r>
    </w:p>
    <w:p>
      <w:pPr>
        <w:jc w:val="right"/>
      </w:pPr>
      <w:r>
        <w:t>ملک میں وہ جا رہے ہیں وہاں وہ لوگوں کو دیں لوگوں کو پھیلائیں تو اگر مسلمان جانیں</w:t>
      </w:r>
    </w:p>
    <w:p>
      <w:r>
        <w:rPr>
          <w:b/>
        </w:rPr>
        <w:t xml:space="preserve">[15:38] </w:t>
      </w:r>
      <w:r>
        <w:t>Allah ki scheme of things ko to samjhein ke yeh to yeh phailao ho raha hai jo jo</w:t>
      </w:r>
    </w:p>
    <w:p>
      <w:pPr>
        <w:jc w:val="right"/>
      </w:pPr>
      <w:r>
        <w:t>اللہ کی سکیم آف تھنگز کو تو سمجھیں کہ یہ تو یہ پھیلاؤ ہو رہا ہے جو جو</w:t>
      </w:r>
    </w:p>
    <w:p>
      <w:r>
        <w:rPr>
          <w:b/>
        </w:rPr>
        <w:t xml:space="preserve">[15:45] </w:t>
      </w:r>
      <w:r>
        <w:t>insan yahan se wahan ja rahe hain yahan se wahan ja rahe hain aur musalman yahan se wahan</w:t>
      </w:r>
    </w:p>
    <w:p>
      <w:pPr>
        <w:jc w:val="right"/>
      </w:pPr>
      <w:r>
        <w:t>انسان یہاں سے وہاں جا رہے ہیں یہاں سے وہاں جا رہے ہیں اور مسلمان یہاں سے وہاں</w:t>
      </w:r>
    </w:p>
    <w:p>
      <w:r>
        <w:rPr>
          <w:b/>
        </w:rPr>
        <w:t xml:space="preserve">[15:52] </w:t>
      </w:r>
      <w:r>
        <w:t>ja rahe hain woh woh to ek bohat bara scope hai ek opportunity hai hamare paas un ki</w:t>
      </w:r>
    </w:p>
    <w:p>
      <w:pPr>
        <w:jc w:val="right"/>
      </w:pPr>
      <w:r>
        <w:t>جا رہے ہیں وہ وہ تو ایک بہت بڑا scope ہے ایک opportunity ہے ہمارے پاس ان کی</w:t>
      </w:r>
    </w:p>
    <w:p>
      <w:r>
        <w:rPr>
          <w:b/>
        </w:rPr>
        <w:t xml:space="preserve">[15:58] </w:t>
      </w:r>
      <w:r>
        <w:t>apni zaban mein quran ka tarjuma hona chahiye</w:t>
      </w:r>
    </w:p>
    <w:p>
      <w:pPr>
        <w:jc w:val="right"/>
      </w:pPr>
      <w:r>
        <w:t>اپنی زبان میں قرآن کا ترجمہ ہونا چاہیے</w:t>
      </w:r>
    </w:p>
    <w:p>
      <w:r>
        <w:rPr>
          <w:b/>
        </w:rPr>
        <w:t xml:space="preserve">[16:05] </w:t>
      </w:r>
      <w:r>
        <w:t>aaj subah maine quran ka ek hissa padhwa raha tha kisi se jab quran padha ja raha</w:t>
      </w:r>
    </w:p>
    <w:p>
      <w:pPr>
        <w:jc w:val="right"/>
      </w:pPr>
      <w:r>
        <w:t>آج صبح میں نے قرآن کا ایک حصہ پڑھوا رہا تھا کسی سے جب قرآن پڑھا جا رہا</w:t>
      </w:r>
    </w:p>
    <w:p>
      <w:r>
        <w:rPr>
          <w:b/>
        </w:rPr>
        <w:t xml:space="preserve">[16:12] </w:t>
      </w:r>
      <w:r>
        <w:t>tha to mere body ke rongte khade ho rahe the ke aisi kitab eiha nas o mankind</w:t>
      </w:r>
    </w:p>
    <w:p>
      <w:pPr>
        <w:jc w:val="right"/>
      </w:pPr>
      <w:r>
        <w:t>تھا تو میرے body کے رونگٹے کھڑے ہو رہے تھے کہ ایسی کتاب ایہا الناس او مان کائنڈ</w:t>
      </w:r>
    </w:p>
    <w:p>
      <w:r>
        <w:rPr>
          <w:b/>
        </w:rPr>
        <w:t xml:space="preserve">[16:20] </w:t>
      </w:r>
      <w:r>
        <w:t>yeh bar bar quran mein is tarike se baatein aayi hain ke eiha nas o mankind aisi</w:t>
      </w:r>
    </w:p>
    <w:p>
      <w:pPr>
        <w:jc w:val="right"/>
      </w:pPr>
      <w:r>
        <w:t>یہ بار بار قرآن میں اس طریقے سے باتیں آئیں ہیں کہ ایہا الناس او مان کائنڈ ایسی</w:t>
      </w:r>
    </w:p>
    <w:p>
      <w:r>
        <w:rPr>
          <w:b/>
        </w:rPr>
        <w:t xml:space="preserve">[16:28] </w:t>
      </w:r>
      <w:r>
        <w:t>koi kitab dunya mein nahi jo o mankind ke andaz se khitab kare logon ko yeh</w:t>
      </w:r>
    </w:p>
    <w:p>
      <w:pPr>
        <w:jc w:val="right"/>
      </w:pPr>
      <w:r>
        <w:t>کوئی کتاب دنیا میں نہیں جو او مان کائنڈ کے انداز سے خطاب کرے لوگوں کو یہ</w:t>
      </w:r>
    </w:p>
    <w:p>
      <w:r>
        <w:rPr>
          <w:b/>
        </w:rPr>
        <w:t xml:space="preserve">[16:35] </w:t>
      </w:r>
      <w:r>
        <w:t>is is dunya ko banane wala yeh lagta hai ke is dunya ko banane wala bol raha hai</w:t>
      </w:r>
    </w:p>
    <w:p>
      <w:pPr>
        <w:jc w:val="right"/>
      </w:pPr>
      <w:r>
        <w:t>اس اس دنیا کو بنانے والا یہ لگتا ہے کہ اس دنیا کو بنانے والا بول رہا ہے</w:t>
      </w:r>
    </w:p>
    <w:p>
      <w:r>
        <w:rPr>
          <w:b/>
        </w:rPr>
        <w:t xml:space="preserve">[16:41] </w:t>
      </w:r>
      <w:r>
        <w:t>aur sare makhlooq se sare insano se khitab kar raha hai o mankind o mankind aisi</w:t>
      </w:r>
    </w:p>
    <w:p>
      <w:pPr>
        <w:jc w:val="right"/>
      </w:pPr>
      <w:r>
        <w:t>اور سارے مخلوق سے سارے انسانوں سے خطاب کر رہا ہے او مان کائنڈ او مان کائنڈ ایسی</w:t>
      </w:r>
    </w:p>
    <w:p>
      <w:r>
        <w:rPr>
          <w:b/>
        </w:rPr>
        <w:t xml:space="preserve">[16:47] </w:t>
      </w:r>
      <w:r>
        <w:t>kitab ko musalman chhupaye bhi hain chhupane ka matlab hai ke har har zaban mein tarjuma kar ke</w:t>
      </w:r>
    </w:p>
    <w:p>
      <w:pPr>
        <w:jc w:val="right"/>
      </w:pPr>
      <w:r>
        <w:t>کتاب کو مسلمان چھپائے بھی ہیں چھپانے کا مطلب ہے کہ ہر ہر زبان میں ترجمہ کر کے</w:t>
      </w:r>
    </w:p>
    <w:p>
      <w:r>
        <w:rPr>
          <w:b/>
        </w:rPr>
        <w:t xml:space="preserve">[16:53] </w:t>
      </w:r>
      <w:r>
        <w:t>phailate nahi hain is ko yeh chhupana hai to jab woh padha ja raha tha o mankind</w:t>
      </w:r>
    </w:p>
    <w:p>
      <w:pPr>
        <w:jc w:val="right"/>
      </w:pPr>
      <w:r>
        <w:t>پھیلاتے نہیں ہیں اس کو یہ چھپانا ہے تو جب وہ پڑھا جا رہا تھا او مان کائنڈ</w:t>
      </w:r>
    </w:p>
    <w:p>
      <w:r>
        <w:rPr>
          <w:b/>
        </w:rPr>
        <w:t xml:space="preserve">[16:59] </w:t>
      </w:r>
      <w:r>
        <w:t>to mujhe ajeeb ehsas hua ke Allah Rabb</w:t>
      </w:r>
    </w:p>
    <w:p>
      <w:pPr>
        <w:jc w:val="right"/>
      </w:pPr>
      <w:r>
        <w:t>تو مجھے عجیب احساس ہوا کہ اللہ رب</w:t>
      </w:r>
    </w:p>
    <w:p>
      <w:r>
        <w:rPr>
          <w:b/>
        </w:rPr>
        <w:t xml:space="preserve">[17:05] </w:t>
      </w:r>
      <w:r>
        <w:t>ul-Alameen to keh raha hai o mankind lekin is ko aap kapde mein lapet ke jaldar mein</w:t>
      </w:r>
    </w:p>
    <w:p>
      <w:pPr>
        <w:jc w:val="right"/>
      </w:pPr>
      <w:r>
        <w:t>العالمین تو کہہ رہا ہے او مان کائنڈ لیکن اس کو آپ کپڑے میں لپیٹ کے جلادار میں</w:t>
      </w:r>
    </w:p>
    <w:p>
      <w:r>
        <w:rPr>
          <w:b/>
        </w:rPr>
        <w:t xml:space="preserve">[17:11] </w:t>
      </w:r>
      <w:r>
        <w:t>awazein rakhi hui hain goya ke Khuda ki awaz ko band kar rakha hai aap ne kaisi ajeeb</w:t>
      </w:r>
    </w:p>
    <w:p>
      <w:pPr>
        <w:jc w:val="right"/>
      </w:pPr>
      <w:r>
        <w:t>آوازیں رکھی ہوئی ہیں گویا کہ خدا کی آواز کو بند کر رکھا ہے آپ نے کیسی عجیب</w:t>
      </w:r>
    </w:p>
    <w:p>
      <w:r>
        <w:rPr>
          <w:b/>
        </w:rPr>
        <w:t xml:space="preserve">[17:17] </w:t>
      </w:r>
      <w:r>
        <w:t>baat hai yani Quran mein Allah Rabb ul-Alameen bol raha hai ae ae insano ae mankind hum</w:t>
      </w:r>
    </w:p>
    <w:p>
      <w:pPr>
        <w:jc w:val="right"/>
      </w:pPr>
      <w:r>
        <w:t>بات ہے یعنی قرآن میں اللہ رب العالمین بول رہا ہے اے اے انسانوں اے مان کائنڈ ہم</w:t>
      </w:r>
    </w:p>
    <w:p>
      <w:r>
        <w:rPr>
          <w:b/>
        </w:rPr>
        <w:t xml:space="preserve">[17:23] </w:t>
      </w:r>
      <w:r>
        <w:t>ne kya kiya ke jaldar mein lapet kar awazein rakh diya aur fatwa de diya ke is ko</w:t>
      </w:r>
    </w:p>
    <w:p>
      <w:pPr>
        <w:jc w:val="right"/>
      </w:pPr>
      <w:r>
        <w:t>نے کیا کیا کہ جلادار میں لپیٹ کر آوازیں رکھ دیا اور فتویٰ دے دیا کہ اس کو</w:t>
      </w:r>
    </w:p>
    <w:p>
      <w:r>
        <w:rPr>
          <w:b/>
        </w:rPr>
        <w:t xml:space="preserve">[17:29] </w:t>
      </w:r>
      <w:r>
        <w:t>phailana nahi hai</w:t>
      </w:r>
    </w:p>
    <w:p>
      <w:pPr>
        <w:jc w:val="right"/>
      </w:pPr>
      <w:r>
        <w:t>پھیلانا نہیں ہے</w:t>
      </w:r>
    </w:p>
    <w:p>
      <w:r>
        <w:rPr>
          <w:b/>
        </w:rPr>
        <w:t xml:space="preserve">[17:35] </w:t>
      </w:r>
      <w:r>
        <w:t>be-rahmati hogi yeh fatwe jo hain woh to Allah ki scheme ke khilaf hain be-rahmati concept</w:t>
      </w:r>
    </w:p>
    <w:p>
      <w:pPr>
        <w:jc w:val="right"/>
      </w:pPr>
      <w:r>
        <w:t>بے رحمتی ہوگی یہ فتوے جو ہیں وہ تو اللہ کی سکیم کے خلاف ہیں بے رحمتی concept</w:t>
      </w:r>
    </w:p>
    <w:p>
      <w:r>
        <w:rPr>
          <w:b/>
        </w:rPr>
        <w:t xml:space="preserve">[17:43] </w:t>
      </w:r>
      <w:r>
        <w:t>jo hai yeh khud-sakhta concept hai yeh kahin na Quran mein na Hadees mein hai Quran phailane</w:t>
      </w:r>
    </w:p>
    <w:p>
      <w:pPr>
        <w:jc w:val="right"/>
      </w:pPr>
      <w:r>
        <w:t>جو ہے یہ خود ساختہ concept ہے یہ کہیں نہ قرآن میں نہ حدیث میں ہے قرآن پھیلانے</w:t>
      </w:r>
    </w:p>
    <w:p>
      <w:r>
        <w:rPr>
          <w:b/>
        </w:rPr>
        <w:t xml:space="preserve">[17:50] </w:t>
      </w:r>
      <w:r>
        <w:t>ke liye hai phailane ke liye lapet kar rakhne ke liye nahi hai to jab Quran padha ja</w:t>
      </w:r>
    </w:p>
    <w:p>
      <w:pPr>
        <w:jc w:val="right"/>
      </w:pPr>
      <w:r>
        <w:t>کے لیے ہے پھیلانے کے لیے لپیٹ کر رکھنے کے لیے نہیں ہے تو جب قرآن پڑھا جا</w:t>
      </w:r>
    </w:p>
    <w:p>
      <w:r>
        <w:rPr>
          <w:b/>
        </w:rPr>
        <w:t xml:space="preserve">[17:58] </w:t>
      </w:r>
      <w:r>
        <w:t>raha tha eha nas o mankind to l</w:t>
      </w:r>
    </w:p>
    <w:p>
      <w:pPr>
        <w:jc w:val="right"/>
      </w:pPr>
      <w:r>
        <w:t>رہا تھا ایہا الناس او مان کائنڈ تو ل</w:t>
      </w:r>
    </w:p>
    <w:p>
      <w:r>
        <w:rPr>
          <w:b/>
        </w:rPr>
        <w:t xml:space="preserve">[18:06] </w:t>
      </w:r>
      <w:r>
        <w:t>ga mujhe laga ke Khuda bol raha hai aaj bhi bol raha hai woh Quran ke zariye se</w:t>
      </w:r>
    </w:p>
    <w:p>
      <w:pPr>
        <w:jc w:val="right"/>
      </w:pPr>
      <w:r>
        <w:t>گا مجھے لگا کہ خدا بول رہا ہے آج بھی بول رہا ہے وہ قرآن کے ذریعے سے</w:t>
      </w:r>
    </w:p>
    <w:p>
      <w:r>
        <w:rPr>
          <w:b/>
        </w:rPr>
        <w:t xml:space="preserve">[18:13] </w:t>
      </w:r>
      <w:r>
        <w:t>lekin hum ne is ki awaz ko chhupa rakha hai band kar rakha hai to pehle zamane mein</w:t>
      </w:r>
    </w:p>
    <w:p>
      <w:pPr>
        <w:jc w:val="right"/>
      </w:pPr>
      <w:r>
        <w:t>لیکن ہم نے اس کی آواز کو چھپا رکھا ہے بند کر رکھا ہے تو پہلے زمانے میں</w:t>
      </w:r>
    </w:p>
    <w:p>
      <w:r>
        <w:rPr>
          <w:b/>
        </w:rPr>
        <w:t xml:space="preserve">[18:21] </w:t>
      </w:r>
      <w:r>
        <w:t>jo jo jo mobility hoti thi jo aana jana aamad-o-raft woh bohat hi bohat hi limited</w:t>
      </w:r>
    </w:p>
    <w:p>
      <w:pPr>
        <w:jc w:val="right"/>
      </w:pPr>
      <w:r>
        <w:t>جو جو جو mobility ہوتی تھی جو آنا جانا آمد و رفت وہ بہت ہی بہت ہی limited</w:t>
      </w:r>
    </w:p>
    <w:p>
      <w:r>
        <w:rPr>
          <w:b/>
        </w:rPr>
        <w:t xml:space="preserve">[18:29] </w:t>
      </w:r>
      <w:r>
        <w:t>hua karta tha limited ab technology ki tarraqi hui hai</w:t>
      </w:r>
    </w:p>
    <w:p>
      <w:pPr>
        <w:jc w:val="right"/>
      </w:pPr>
      <w:r>
        <w:t>ہوا کرتا تھا limited اب ٹیکنالوجی کی ترقی ہوئی ہے</w:t>
      </w:r>
    </w:p>
    <w:p>
      <w:r>
        <w:rPr>
          <w:b/>
        </w:rPr>
        <w:t xml:space="preserve">[18:36] </w:t>
      </w:r>
      <w:r>
        <w:t>to bohat badh gaya ab sari dunya mein log ja rahe hain koi ilaj ke liye koi education</w:t>
      </w:r>
    </w:p>
    <w:p>
      <w:pPr>
        <w:jc w:val="right"/>
      </w:pPr>
      <w:r>
        <w:t>تو بہت بڑھ گیا اب ساری دنیا میں لوگ جا رہے ہیں کوئی علاج کے لیے کوئی education</w:t>
      </w:r>
    </w:p>
    <w:p>
      <w:r>
        <w:rPr>
          <w:b/>
        </w:rPr>
        <w:t xml:space="preserve">[18:44] </w:t>
      </w:r>
      <w:r>
        <w:t>ke liye koi business ke liye koi job ke liye koi tourism ke liye to sari dunya mein</w:t>
      </w:r>
    </w:p>
    <w:p>
      <w:pPr>
        <w:jc w:val="right"/>
      </w:pPr>
      <w:r>
        <w:t>کے لیے کوئی business کے لیے کوئی جاب کے لیے کوئی tourism کے لیے تو ساری دنیا میں</w:t>
      </w:r>
    </w:p>
    <w:p>
      <w:r>
        <w:rPr>
          <w:b/>
        </w:rPr>
        <w:t xml:space="preserve">[18:52] </w:t>
      </w:r>
      <w:r>
        <w:t>ek ek phailao hai ek mobility hai woh kis liye woh is liye ke aap Allah ki baat</w:t>
      </w:r>
    </w:p>
    <w:p>
      <w:pPr>
        <w:jc w:val="right"/>
      </w:pPr>
      <w:r>
        <w:t>ایک ایک پھیلاؤ ہے ایک mobility ہے وہ کس لیے وہ اس لیے کہ آپ اللہ کی بات</w:t>
      </w:r>
    </w:p>
    <w:p>
      <w:r>
        <w:rPr>
          <w:b/>
        </w:rPr>
        <w:t xml:space="preserve">[18:59] </w:t>
      </w:r>
      <w:r>
        <w:t>ko logon tak pahunchayein har jagah aap ko</w:t>
      </w:r>
    </w:p>
    <w:p>
      <w:pPr>
        <w:jc w:val="right"/>
      </w:pPr>
      <w:r>
        <w:t>کو لوگوں تک پہنچائیں ہر جگہ آپ کو</w:t>
      </w:r>
    </w:p>
    <w:p>
      <w:r>
        <w:rPr>
          <w:b/>
        </w:rPr>
        <w:t xml:space="preserve">[19:07] </w:t>
      </w:r>
      <w:r>
        <w:t>madu mil rahe hain madu ko muttasal kar diya Allah taala ne woh har jagah aap ko mil</w:t>
      </w:r>
    </w:p>
    <w:p>
      <w:pPr>
        <w:jc w:val="right"/>
      </w:pPr>
      <w:r>
        <w:t>مدعو مل رہے ہیں مدعو کو متصل کر دیا اللہ تعالیٰ نے وہ ہر جگہ آپ کو مل</w:t>
      </w:r>
    </w:p>
    <w:p>
      <w:r>
        <w:rPr>
          <w:b/>
        </w:rPr>
        <w:t xml:space="preserve">[19:17] </w:t>
      </w:r>
      <w:r>
        <w:t>jaye to aaj ek tajruba hua is se maine socha ke yeh jo hawai jahaz ka ka</w:t>
      </w:r>
    </w:p>
    <w:p>
      <w:pPr>
        <w:jc w:val="right"/>
      </w:pPr>
      <w:r>
        <w:t>جائے تو آج ایک تجربہ ہوا اس سے میں نے سوچا کہ یہ جو ہوائی جہاز کا کا</w:t>
      </w:r>
    </w:p>
    <w:p>
      <w:r>
        <w:rPr>
          <w:b/>
        </w:rPr>
        <w:t xml:space="preserve">[19:27] </w:t>
      </w:r>
      <w:r>
        <w:t>safar hai to yeh kitna bara moqa hai hawai jahaz mein koi musafir hota</w:t>
      </w:r>
    </w:p>
    <w:p>
      <w:pPr>
        <w:jc w:val="right"/>
      </w:pPr>
      <w:r>
        <w:t>سفر ہے تو یہ کتنا بڑا موقع ہے ہوائی جہاز میں کوئی مسافر ہوت</w:t>
      </w:r>
    </w:p>
    <w:p>
      <w:r>
        <w:rPr>
          <w:b/>
        </w:rPr>
        <w:t xml:space="preserve">[19:37] </w:t>
      </w:r>
      <w:r>
        <w:t>hai koi is ka pilot hota hai koi kisi ka job usay hota hai is ke zariye</w:t>
      </w:r>
    </w:p>
    <w:p>
      <w:pPr>
        <w:jc w:val="right"/>
      </w:pPr>
      <w:r>
        <w:t>ا ہے کوئی اس کا پائلٹ ہوتا ہے کوئی کسی کا جاب اسے ہوتا ہے اس کے ذریعے</w:t>
      </w:r>
    </w:p>
    <w:p>
      <w:r>
        <w:rPr>
          <w:b/>
        </w:rPr>
        <w:t xml:space="preserve">[19:43] </w:t>
      </w:r>
      <w:r>
        <w:t>yahan wahan pohnch raha hai to commercial interest ke tehat log yahan wahan jate hain lekin isi mein</w:t>
      </w:r>
    </w:p>
    <w:p>
      <w:pPr>
        <w:jc w:val="right"/>
      </w:pPr>
      <w:r>
        <w:t>یہاں وہاں پہنچ رہا ہے تو commercial interest کے تحت لوگ یہاں وہاں جاتے ہیں لیکن اسی میں</w:t>
      </w:r>
    </w:p>
    <w:p>
      <w:r>
        <w:rPr>
          <w:b/>
        </w:rPr>
        <w:t xml:space="preserve">[19:49] </w:t>
      </w:r>
      <w:r>
        <w:t>aise bhi log hote hain jo Allah wale hote hain un ko moqa hai ke wo jahan jayen</w:t>
      </w:r>
    </w:p>
    <w:p>
      <w:pPr>
        <w:jc w:val="right"/>
      </w:pPr>
      <w:r>
        <w:t>ایسے بھی لوگ ہوتے ہیں جو اللہ والے ہوتے ہیں ان کو موقع ہے کہ وہ جہاں جائیں</w:t>
      </w:r>
    </w:p>
    <w:p>
      <w:r>
        <w:rPr>
          <w:b/>
        </w:rPr>
        <w:t xml:space="preserve">[19:55] </w:t>
      </w:r>
      <w:r>
        <w:t>wahan Khuda ki kitab pohnchayen jahan jayen wahan Allah ka paigham phailayen jahan jayen wahan jannat ki baaten</w:t>
      </w:r>
    </w:p>
    <w:p>
      <w:pPr>
        <w:jc w:val="right"/>
      </w:pPr>
      <w:r>
        <w:t>وہاں خدا کی کتاب پہنچائیں جہاں جائیں وہاں اللہ کا پیغام پھیلائیں جہاں جائیں وہاں جنت کی باتیں</w:t>
      </w:r>
    </w:p>
    <w:p>
      <w:r>
        <w:rPr>
          <w:b/>
        </w:rPr>
        <w:t xml:space="preserve">[20:01] </w:t>
      </w:r>
      <w:r>
        <w:t>karen logon ko</w:t>
      </w:r>
    </w:p>
    <w:p>
      <w:pPr>
        <w:jc w:val="right"/>
      </w:pPr>
      <w:r>
        <w:t>کریں لوگوں کو</w:t>
      </w:r>
    </w:p>
    <w:p>
      <w:r>
        <w:rPr>
          <w:b/>
        </w:rPr>
        <w:t xml:space="preserve">[20:07] </w:t>
      </w:r>
      <w:r>
        <w:t>jahan jayen wahan par Christian plan of God jo hai us ko batayen logon ko to poori dunya</w:t>
      </w:r>
    </w:p>
    <w:p>
      <w:pPr>
        <w:jc w:val="right"/>
      </w:pPr>
      <w:r>
        <w:t>جہاں جائیں وہاں پر Christian plan of God جو ہے اس کو بتائیں لوگوں کو تو پوری دنیا</w:t>
      </w:r>
    </w:p>
    <w:p>
      <w:r>
        <w:rPr>
          <w:b/>
        </w:rPr>
        <w:t xml:space="preserve">[20:17] </w:t>
      </w:r>
      <w:r>
        <w:t>mein aik aik aana jana hai aik mobility hai mukhtalif bahane se yeh sab isi liye hai taakeh</w:t>
      </w:r>
    </w:p>
    <w:p>
      <w:pPr>
        <w:jc w:val="right"/>
      </w:pPr>
      <w:r>
        <w:t>میں ایک ایک آنا جانا ہے ایک mobility ہے مختلف بہانے سے یہ سب اسی لیے ہے تاکہ</w:t>
      </w:r>
    </w:p>
    <w:p>
      <w:r>
        <w:rPr>
          <w:b/>
        </w:rPr>
        <w:t xml:space="preserve">[20:27] </w:t>
      </w:r>
      <w:r>
        <w:t>har jagah aap ko madu mile har jagah aap ko aise afraad milen jin ko aap address kar saken</w:t>
      </w:r>
    </w:p>
    <w:p>
      <w:pPr>
        <w:jc w:val="right"/>
      </w:pPr>
      <w:r>
        <w:t>ہر جگہ آپ کو مدعو ملے ہر جگہ آپ کو ایسے افراد ملیں جن کو آپ address کر سکیں</w:t>
      </w:r>
    </w:p>
    <w:p>
      <w:r>
        <w:rPr>
          <w:b/>
        </w:rPr>
        <w:t xml:space="preserve">[20:37] </w:t>
      </w:r>
      <w:r>
        <w:t>to jis hesiyat se aap ko moqa mile ke aap aap farz karen flight commander hain aap pilot</w:t>
      </w:r>
    </w:p>
    <w:p>
      <w:pPr>
        <w:jc w:val="right"/>
      </w:pPr>
      <w:r>
        <w:t>تو جس حیثیت سے آپ کو موقع ملے کہ آپ آپ فرض کریں فلائٹ کمانڈر ہیں آپ پائلٹ</w:t>
      </w:r>
    </w:p>
    <w:p>
      <w:r>
        <w:rPr>
          <w:b/>
        </w:rPr>
        <w:t xml:space="preserve">[20:45] </w:t>
      </w:r>
      <w:r>
        <w:t>hain aap musafir hain aap koi siyahat ke liye kahin ja rahe hain yahan se wahan to yeh</w:t>
      </w:r>
    </w:p>
    <w:p>
      <w:pPr>
        <w:jc w:val="right"/>
      </w:pPr>
      <w:r>
        <w:t>ہیں آپ مسافر ہیں آپ کوئی سیاحت کے لیے کہیں جا رہے ہیں یہاں سے وہاں تو یہ</w:t>
      </w:r>
    </w:p>
    <w:p>
      <w:r>
        <w:rPr>
          <w:b/>
        </w:rPr>
        <w:t xml:space="preserve">[20:52] </w:t>
      </w:r>
      <w:r>
        <w:t>jo is ka hissa hai is mobility ka hissa hai to is ka matlab yeh hai ke aap</w:t>
      </w:r>
    </w:p>
    <w:p>
      <w:pPr>
        <w:jc w:val="right"/>
      </w:pPr>
      <w:r>
        <w:t>جو اس کا حصہ ہے اس mobility کا حصہ ہے تو اس کا مطلب یہ ہے کہ آپ</w:t>
      </w:r>
    </w:p>
    <w:p>
      <w:r>
        <w:rPr>
          <w:b/>
        </w:rPr>
        <w:t xml:space="preserve">[21:00] </w:t>
      </w:r>
      <w:r>
        <w:t>aik process ka hissa hain yani process of spreading ka aik process of spreading hai is</w:t>
      </w:r>
    </w:p>
    <w:p>
      <w:pPr>
        <w:jc w:val="right"/>
      </w:pPr>
      <w:r>
        <w:t>ایک process کا حصہ ہیں یعنی process of spreading کا ایک process of spreading ہے اس</w:t>
      </w:r>
    </w:p>
    <w:p>
      <w:r>
        <w:rPr>
          <w:b/>
        </w:rPr>
        <w:t xml:space="preserve">[21:07] </w:t>
      </w:r>
      <w:r>
        <w:t>ka aap hissa ban gaye to is ko avail kijiye phailaiye isi bahane phailaiye is par sochte hue</w:t>
      </w:r>
    </w:p>
    <w:p>
      <w:pPr>
        <w:jc w:val="right"/>
      </w:pPr>
      <w:r>
        <w:t>کا آپ حصہ بن گئے تو اس کو avail کیجیے پھیلائیے اسی بہانے پھیلائیے اس پر سوچتے ہوئے</w:t>
      </w:r>
    </w:p>
    <w:p>
      <w:r>
        <w:rPr>
          <w:b/>
        </w:rPr>
        <w:t xml:space="preserve">[21:23] </w:t>
      </w:r>
      <w:r>
        <w:t>mujhe aik aik aik aur baat mere zehn mein aayi wo yeh hai ke pehle zamaney mein jo</w:t>
      </w:r>
    </w:p>
    <w:p>
      <w:pPr>
        <w:jc w:val="right"/>
      </w:pPr>
      <w:r>
        <w:t>مجھے ایک ایک ایک اور بات میرے ذہن میں آئی وہ یہ ہے کہ پہلے زمانے میں جو</w:t>
      </w:r>
    </w:p>
    <w:p>
      <w:r>
        <w:rPr>
          <w:b/>
        </w:rPr>
        <w:t xml:space="preserve">[21:39] </w:t>
      </w:r>
      <w:r>
        <w:t>empire bante the wo land based hote the aik land kisi badshah ke paas hai wo is ka</w:t>
      </w:r>
    </w:p>
    <w:p>
      <w:pPr>
        <w:jc w:val="right"/>
      </w:pPr>
      <w:r>
        <w:t>empire بنتے تھے وہ land based ہوتے تھے ایک land کسی بادشاہ کے پاس ہے وہ اس کا</w:t>
      </w:r>
    </w:p>
    <w:p>
      <w:r>
        <w:rPr>
          <w:b/>
        </w:rPr>
        <w:t xml:space="preserve">[21:49] </w:t>
      </w:r>
      <w:r>
        <w:t>empire hai land based empire land based kingdom land based hukumat ab ab land ki zaroorat hi nahi</w:t>
      </w:r>
    </w:p>
    <w:p>
      <w:pPr>
        <w:jc w:val="right"/>
      </w:pPr>
      <w:r>
        <w:t>empire ہے land based empire land based kingdom land based حکومت اب اب land کی ضرورت ہی نہیں</w:t>
      </w:r>
    </w:p>
    <w:p>
      <w:r>
        <w:rPr>
          <w:b/>
        </w:rPr>
        <w:t xml:space="preserve">[21:59] </w:t>
      </w:r>
      <w:r>
        <w:t>hai aap ko ab to communication hai ab</w:t>
      </w:r>
    </w:p>
    <w:p>
      <w:pPr>
        <w:jc w:val="right"/>
      </w:pPr>
      <w:r>
        <w:t>ہے آپ کو اب تو communication ہے اب</w:t>
      </w:r>
    </w:p>
    <w:p>
      <w:r>
        <w:rPr>
          <w:b/>
        </w:rPr>
        <w:t xml:space="preserve">[22:09] </w:t>
      </w:r>
      <w:r>
        <w:t>communication based kingdom ka daur hai aap aik aik kisi aik office mein rahen aik center mein rahen</w:t>
      </w:r>
    </w:p>
    <w:p>
      <w:pPr>
        <w:jc w:val="right"/>
      </w:pPr>
      <w:r>
        <w:t>communication based kingdom کا دور ہے آپ ایک ایک کسی ایک آفس میں رہیں ایک center میں رہیں</w:t>
      </w:r>
    </w:p>
    <w:p>
      <w:r>
        <w:rPr>
          <w:b/>
        </w:rPr>
        <w:t xml:space="preserve">[22:19] </w:t>
      </w:r>
      <w:r>
        <w:t>phir sari dunya mein aap communication ke zariye baat phaila sakte hain to pehle zamaney mein land based</w:t>
      </w:r>
    </w:p>
    <w:p>
      <w:pPr>
        <w:jc w:val="right"/>
      </w:pPr>
      <w:r>
        <w:t>پھر ساری دنیا میں آپ communication کے ذریعے بات پھیلا سکتے ہیں تو پہلے زمانے میں land based</w:t>
      </w:r>
    </w:p>
    <w:p>
      <w:r>
        <w:rPr>
          <w:b/>
        </w:rPr>
        <w:t xml:space="preserve">[22:29] </w:t>
      </w:r>
      <w:r>
        <w:t>center hote the land based kingdom hoti thi land based</w:t>
      </w:r>
    </w:p>
    <w:p>
      <w:pPr>
        <w:jc w:val="right"/>
      </w:pPr>
      <w:r>
        <w:t>center ہوتے تھے land based kingdom ہوتی تھی land based</w:t>
      </w:r>
    </w:p>
    <w:p>
      <w:r>
        <w:rPr>
          <w:b/>
        </w:rPr>
        <w:t xml:space="preserve">[22:39] </w:t>
      </w:r>
      <w:r>
        <w:t>empire hoti thi ab har cheez har cheez reality ho gayi azafi ho gayi ab communication ne is ki jagah le li hai communication ke zariye aap wahan pahunch sakte hain jahan aap pehle nahi pahunch paate thay jaise aik qissa mein ne aap ko bataya tha ke aik sah</w:t>
      </w:r>
    </w:p>
    <w:p>
      <w:pPr>
        <w:jc w:val="right"/>
      </w:pPr>
      <w:r>
        <w:t>empire ہوتی تھی اب ہر چیز ہر چیز reality ہو گئی اضافی ہو گئی اب communication نے اس کی جگہ لے لی ہے communication کے ذریعے آپ وہاں پہنچ سکتے ہیں جہاں آپ پہلے نہیں پہنچ پاتے تھے جیسے ایک قصہ میں نے آپ کو بتایا تھا کہ ایک صح</w:t>
      </w:r>
    </w:p>
    <w:p>
      <w:r>
        <w:rPr>
          <w:b/>
        </w:rPr>
        <w:t xml:space="preserve">[23:09] </w:t>
      </w:r>
      <w:r>
        <w:t>abi the Uqba bin Nafi to wo Arab se rawana hue Sham se guzre Asia se guzre Africa</w:t>
      </w:r>
    </w:p>
    <w:p>
      <w:pPr>
        <w:jc w:val="right"/>
      </w:pPr>
      <w:r>
        <w:t>ابی تھے عقبہ بن نافع تو وہ عرب سے روانہ ہوئے شام سے گزرے ایشیا سے گزرے افریقہ</w:t>
      </w:r>
    </w:p>
    <w:p>
      <w:r>
        <w:rPr>
          <w:b/>
        </w:rPr>
        <w:t xml:space="preserve">[23:20] </w:t>
      </w:r>
      <w:r>
        <w:t>se guzre hote hote pohnch gaye Africa ke aakhir sahil par to wahan Atlantic tha aage Atlantic mojen</w:t>
      </w:r>
    </w:p>
    <w:p>
      <w:pPr>
        <w:jc w:val="right"/>
      </w:pPr>
      <w:r>
        <w:t>سے گزرے ہوتے ہوتے پہنچ گئے افریقہ کے آخر ساحل پر تو وہاں اٹلانٹک تھا آگے اٹلانٹک موجیں</w:t>
      </w:r>
    </w:p>
    <w:p>
      <w:r>
        <w:rPr>
          <w:b/>
        </w:rPr>
        <w:t xml:space="preserve">[23:30] </w:t>
      </w:r>
      <w:r>
        <w:t>maar raha tha Atlantic samandar</w:t>
      </w:r>
    </w:p>
    <w:p>
      <w:pPr>
        <w:jc w:val="right"/>
      </w:pPr>
      <w:r>
        <w:t>مار رہا تھا اٹلانٹک سمندر</w:t>
      </w:r>
    </w:p>
    <w:p>
      <w:r>
        <w:rPr>
          <w:b/>
        </w:rPr>
        <w:t xml:space="preserve">[23:40] </w:t>
      </w:r>
      <w:r>
        <w:t>to wahan kharay ho kar unhon ne kaha tha ke allah ay allah agar mein janta ke samandar ke is paar bhi koi dunya hai to mein ghus jata yahan ab wahan pahunchta wahan pahunch kar mein allah ke paigham pahunchata yeh us waqt ki baat hai jab atlantic ko aap pani</w:t>
      </w:r>
    </w:p>
    <w:p>
      <w:pPr>
        <w:jc w:val="right"/>
      </w:pPr>
      <w:r>
        <w:t>تو وہاں کھڑے ہو کر انہوں نے کہا تھا کہ اللہ اے اللہ اگر میں جانتا کہ سمندر کے اس پار بھی کوئی دنیا ہے تو میں گھس جاتا یہاں اب وہاں پہنچتا وہاں پہنچ کر میں اللہ کے پیغام پہنچاتا یہ اس وقت کی بات ہے جب اٹلانٹک کو آپ پانی</w:t>
      </w:r>
    </w:p>
    <w:p>
      <w:r>
        <w:rPr>
          <w:b/>
        </w:rPr>
        <w:t xml:space="preserve">[24:10] </w:t>
      </w:r>
      <w:r>
        <w:t>ka sote the aaj to aap Atlantic ke ooper urte hain aap hawai jahaz par baith kar Atlantic</w:t>
      </w:r>
    </w:p>
    <w:p>
      <w:pPr>
        <w:jc w:val="right"/>
      </w:pPr>
      <w:r>
        <w:t>کا سوتے تھے آج تو آپ اٹلانٹک کے اوپر اڑتے ہیں آپ ہوائی جہاز پر بیٹھ کر اٹلانٹک</w:t>
      </w:r>
    </w:p>
    <w:p>
      <w:r>
        <w:rPr>
          <w:b/>
        </w:rPr>
        <w:t xml:space="preserve">[24:18] </w:t>
      </w:r>
      <w:r>
        <w:t>par urte hue pohnch jate hain America pohnchte hain Canada pohnchte hain to yeh sab jo hai Allah</w:t>
      </w:r>
    </w:p>
    <w:p>
      <w:pPr>
        <w:jc w:val="right"/>
      </w:pPr>
      <w:r>
        <w:t>پر اڑتے ہوئے پہنچ جاتے ہیں امریکہ پہنچتے ہیں کینیڈا پہنچتے ہیں تو یہ سب جو ہے اللہ</w:t>
      </w:r>
    </w:p>
    <w:p>
      <w:r>
        <w:rPr>
          <w:b/>
        </w:rPr>
        <w:t xml:space="preserve">[24:26] </w:t>
      </w:r>
      <w:r>
        <w:t>Ta'ala ne khole hain moqa'at opportunity is ko ab yeh farz ka darja hai wo zaroori hai ke</w:t>
      </w:r>
    </w:p>
    <w:p>
      <w:pPr>
        <w:jc w:val="right"/>
      </w:pPr>
      <w:r>
        <w:t>تعالیٰ نے کھولے ہیں مواقع opportunity اس کو اب یہ فرض کا درجہ ہے وہ ضروری ہے کہ</w:t>
      </w:r>
    </w:p>
    <w:p>
      <w:r>
        <w:rPr>
          <w:b/>
        </w:rPr>
        <w:t xml:space="preserve">[24:33] </w:t>
      </w:r>
      <w:r>
        <w:t>aap is ko istemaal karte hue Allah ke paigham ko</w:t>
      </w:r>
    </w:p>
    <w:p>
      <w:pPr>
        <w:jc w:val="right"/>
      </w:pPr>
      <w:r>
        <w:t>آپ اس کو استعمال کرتے ہوئے اللہ کے پیغام کو</w:t>
      </w:r>
    </w:p>
    <w:p>
      <w:r>
        <w:rPr>
          <w:b/>
        </w:rPr>
        <w:t xml:space="preserve">[24:41] </w:t>
      </w:r>
      <w:r>
        <w:t>saari duniya mein pahunchayen yeh jo nazariya hai kuch logon ka pocket banana pocket banana woh to is</w:t>
      </w:r>
    </w:p>
    <w:p>
      <w:pPr>
        <w:jc w:val="right"/>
      </w:pPr>
      <w:r>
        <w:t>ساری دنیا میں پہنچائیں یہ جو نظریہ ہے کچھ لوگوں کا پاکٹ بنانا پاکٹ بنانا وہ تو اس</w:t>
      </w:r>
    </w:p>
    <w:p>
      <w:r>
        <w:rPr>
          <w:b/>
        </w:rPr>
        <w:t xml:space="preserve">[24:48] </w:t>
      </w:r>
      <w:r>
        <w:t>زمانے میں بالکل ridiculous ہے ridiculous pocket کس لیے اب تو ساری دنیا آپ کی ہے Muslim pocket</w:t>
      </w:r>
    </w:p>
    <w:p>
      <w:pPr>
        <w:jc w:val="right"/>
      </w:pPr>
      <w:r>
        <w:t>زمانے میں بالکل ridiculous ہے ridiculous پاکٹ کس لیے اب تو ساری دنیا آپ کی ہے مسلم پاکٹ</w:t>
      </w:r>
    </w:p>
    <w:p>
      <w:r>
        <w:rPr>
          <w:b/>
        </w:rPr>
        <w:t xml:space="preserve">[24:56] </w:t>
      </w:r>
      <w:r>
        <w:t>kis liye to jo leader Muslim pocket ke term mein sochte thay woh be khabar thay lekin is</w:t>
      </w:r>
    </w:p>
    <w:p>
      <w:pPr>
        <w:jc w:val="right"/>
      </w:pPr>
      <w:r>
        <w:t>کس لیے تو جو leader مسلم پاکٹ کے ٹرم میں سوچتے تھے وہ بے خبر تھے لیکن اس</w:t>
      </w:r>
    </w:p>
    <w:p>
      <w:r>
        <w:rPr>
          <w:b/>
        </w:rPr>
        <w:t xml:space="preserve">[25:04] </w:t>
      </w:r>
      <w:r>
        <w:t>be khabari ko torna parega</w:t>
      </w:r>
    </w:p>
    <w:p>
      <w:pPr>
        <w:jc w:val="right"/>
      </w:pPr>
      <w:r>
        <w:t>بے خبری کو توڑنا پڑے گا</w:t>
      </w:r>
    </w:p>
    <w:p>
      <w:r>
        <w:rPr>
          <w:b/>
        </w:rPr>
        <w:t xml:space="preserve">[25:11] </w:t>
      </w:r>
      <w:r>
        <w:t>kab tak yeh be khabari jaari rahegi abhi bhi Muslim pocket ka ikhtiyar musalmanon mein hai Muslim</w:t>
      </w:r>
    </w:p>
    <w:p>
      <w:pPr>
        <w:jc w:val="right"/>
      </w:pPr>
      <w:r>
        <w:t>کب تک یہ بے خبری جاری رہے گی ابھی بھی مسلم پاکٹ کا اختیار مسلمانوں میں ہے مسلم</w:t>
      </w:r>
    </w:p>
    <w:p>
      <w:r>
        <w:rPr>
          <w:b/>
        </w:rPr>
        <w:t xml:space="preserve">[25:19] </w:t>
      </w:r>
      <w:r>
        <w:t>pocket Muslim pocket is nothing ab human pocket hai human pocket saari insaan madu hain saari duniya khuli</w:t>
      </w:r>
    </w:p>
    <w:p>
      <w:pPr>
        <w:jc w:val="right"/>
      </w:pPr>
      <w:r>
        <w:t>پاکٹ مسلم پاکٹ is nothing اب human پاکٹ ہے human پاکٹ ساری انسان مدعو ہیں ساری دنیا کھلی</w:t>
      </w:r>
    </w:p>
    <w:p>
      <w:r>
        <w:rPr>
          <w:b/>
        </w:rPr>
        <w:t xml:space="preserve">[25:26] </w:t>
      </w:r>
      <w:r>
        <w:t>hui hai aap ke liye saara globe jo hai woh aap ke liye khula hua hai global village</w:t>
      </w:r>
    </w:p>
    <w:p>
      <w:pPr>
        <w:jc w:val="right"/>
      </w:pPr>
      <w:r>
        <w:t>ہوئی ہے آپ کے لیے سارا گلوب جو ہے وہ آپ کے لیے کھلا ہوا ہے گلوبل ویلج</w:t>
      </w:r>
    </w:p>
    <w:p>
      <w:r>
        <w:rPr>
          <w:b/>
        </w:rPr>
        <w:t xml:space="preserve">[25:34] </w:t>
      </w:r>
      <w:r>
        <w:t>ka zamana hai yeh yeh zehn paida</w:t>
      </w:r>
    </w:p>
    <w:p>
      <w:pPr>
        <w:jc w:val="right"/>
      </w:pPr>
      <w:r>
        <w:t>کا زمانہ ہے یہ یہ ذہن پیدا</w:t>
      </w:r>
    </w:p>
    <w:p>
      <w:r>
        <w:rPr>
          <w:b/>
        </w:rPr>
        <w:t xml:space="preserve">[25:41] </w:t>
      </w:r>
      <w:r>
        <w:t>kijiye yani reverse thinking laiye universal mind banaiye global level par socha sochiye aaj mein subah baitha ab apne jaisa mein baithta hoon subah ko apni balcony ke samne to suraj nikla to mujhe aisa laga ke yeh univers</w:t>
      </w:r>
    </w:p>
    <w:p>
      <w:pPr>
        <w:jc w:val="right"/>
      </w:pPr>
      <w:r>
        <w:t>کیجیے یعنی reverse thinking لائیے universal mind بنائیے گلوبل level پر سوچا سوچیے آج میں صبح بیٹھا اب اپنے جیسا میں بیٹھتا ہوں صبح کو اپنی بالکنی کے سامنے تو سورج نکلا تو مجھے ایسا لگا کہ یہ univers</w:t>
      </w:r>
    </w:p>
    <w:p>
      <w:r>
        <w:rPr>
          <w:b/>
        </w:rPr>
        <w:t xml:space="preserve">[26:11] </w:t>
      </w:r>
      <w:r>
        <w:t>al yeh jo hai news le kar aaya hai yeh yeh suraj universal times hain woh yaani suraj</w:t>
      </w:r>
    </w:p>
    <w:p>
      <w:pPr>
        <w:jc w:val="right"/>
      </w:pPr>
      <w:r>
        <w:t>al یہ جو ہے news لے کر آیا ہے یہ یہ سورج universal times ہیں وہ یعنی سورج</w:t>
      </w:r>
    </w:p>
    <w:p>
      <w:r>
        <w:rPr>
          <w:b/>
        </w:rPr>
        <w:t xml:space="preserve">[26:19] </w:t>
      </w:r>
      <w:r>
        <w:t>jo hai woh aik divine media hai universal news le kar aaya hai woh bata raha hai ke</w:t>
      </w:r>
    </w:p>
    <w:p>
      <w:pPr>
        <w:jc w:val="right"/>
      </w:pPr>
      <w:r>
        <w:t>جو ہے وہ ایک divine میڈیا ہے universal news لے کر آیا ہے وہ بتا رہا ہے کہ</w:t>
      </w:r>
    </w:p>
    <w:p>
      <w:r>
        <w:rPr>
          <w:b/>
        </w:rPr>
        <w:t xml:space="preserve">[26:26] </w:t>
      </w:r>
      <w:r>
        <w:t>agar koi is is is is universe ka aik creator hai is ka aik planner hai is ka</w:t>
      </w:r>
    </w:p>
    <w:p>
      <w:pPr>
        <w:jc w:val="right"/>
      </w:pPr>
      <w:r>
        <w:t>اگر کوئی اس اس اس اس universe کا ایک creator ہے اس کا ایک planner ہے اس کا</w:t>
      </w:r>
    </w:p>
    <w:p>
      <w:r>
        <w:rPr>
          <w:b/>
        </w:rPr>
        <w:t xml:space="preserve">[26:34] </w:t>
      </w:r>
      <w:r>
        <w:t>aik aik mal</w:t>
      </w:r>
    </w:p>
    <w:p>
      <w:pPr>
        <w:jc w:val="right"/>
      </w:pPr>
      <w:r>
        <w:t>ایک ایک مال</w:t>
      </w:r>
    </w:p>
    <w:p>
      <w:r>
        <w:rPr>
          <w:b/>
        </w:rPr>
        <w:t xml:space="preserve">[26:41] </w:t>
      </w:r>
      <w:r>
        <w:t>k hai is ka aik lord hai is ko discover karo is ko apne cursor banao is ki</w:t>
      </w:r>
    </w:p>
    <w:p>
      <w:pPr>
        <w:jc w:val="right"/>
      </w:pPr>
      <w:r>
        <w:t>ک ہے اس کا ایک lord ہے اس کو discover کرو اس کو اپنے کرسر بناؤ اس کی</w:t>
      </w:r>
    </w:p>
    <w:p>
      <w:r>
        <w:rPr>
          <w:b/>
        </w:rPr>
        <w:t xml:space="preserve">[26:52] </w:t>
      </w:r>
      <w:r>
        <w:t>qurbat talash karo jaise firoun ki biwi asia ne dua ki thi aakhir waqt mein jab us ko</w:t>
      </w:r>
    </w:p>
    <w:p>
      <w:pPr>
        <w:jc w:val="right"/>
      </w:pPr>
      <w:r>
        <w:t>قربت تلاش کرو جیسے فرعون کی بیوی آسیہ نے دعا کی تھی آخر وقت میں جب اس کو</w:t>
      </w:r>
    </w:p>
    <w:p>
      <w:r>
        <w:rPr>
          <w:b/>
        </w:rPr>
        <w:t xml:space="preserve">[27:02] </w:t>
      </w:r>
      <w:r>
        <w:t>qatal ka hukum de raha tha to firoun ke khuda ya mujhe apne</w:t>
      </w:r>
    </w:p>
    <w:p>
      <w:pPr>
        <w:jc w:val="right"/>
      </w:pPr>
      <w:r>
        <w:t>قتل کا حکم دے رہا تھا تو فرعون کہ خدایا مجھے اپنے</w:t>
      </w:r>
    </w:p>
    <w:p>
      <w:r>
        <w:rPr>
          <w:b/>
        </w:rPr>
        <w:t xml:space="preserve">[27:12] </w:t>
      </w:r>
      <w:r>
        <w:t>nazdeek aik ghar de de to woh zehn banane ki zaroorat hai ab ab Balkan Asia ka zamana</w:t>
      </w:r>
    </w:p>
    <w:p>
      <w:pPr>
        <w:jc w:val="right"/>
      </w:pPr>
      <w:r>
        <w:t>نزدیک ایک گھر دے دے تو وہ ذہن بنانے کی ضرورت ہے اب اب بلقان ایشیا کا زمانہ</w:t>
      </w:r>
    </w:p>
    <w:p>
      <w:r>
        <w:rPr>
          <w:b/>
        </w:rPr>
        <w:t xml:space="preserve">[27:22] </w:t>
      </w:r>
      <w:r>
        <w:t>khatam ho gaya Muslim pocket ka zamana khatam ho gaya ab universalize ka zamana hai universal outlook paida</w:t>
      </w:r>
    </w:p>
    <w:p>
      <w:pPr>
        <w:jc w:val="right"/>
      </w:pPr>
      <w:r>
        <w:t>ختم ہو گیا مسلم پاکٹ کا زمانہ ختم ہو گیا اب universalize کا زمانہ ہے universal outlook پیدا</w:t>
      </w:r>
    </w:p>
    <w:p>
      <w:r>
        <w:rPr>
          <w:b/>
        </w:rPr>
        <w:t xml:space="preserve">[27:32] </w:t>
      </w:r>
      <w:r>
        <w:t>kijiye apna to univers</w:t>
      </w:r>
    </w:p>
    <w:p>
      <w:pPr>
        <w:jc w:val="right"/>
      </w:pPr>
      <w:r>
        <w:t>کیجیے اپنا تو univers</w:t>
      </w:r>
    </w:p>
    <w:p>
      <w:r>
        <w:rPr>
          <w:b/>
        </w:rPr>
        <w:t xml:space="preserve">[27:42] </w:t>
      </w:r>
      <w:r>
        <w:t>al outlook paida kijiye aalami soch aalami soch paida kijiye mujhe bohat ajeeb maloom hota hai woh log</w:t>
      </w:r>
    </w:p>
    <w:p>
      <w:pPr>
        <w:jc w:val="right"/>
      </w:pPr>
      <w:r>
        <w:t>al outlook پیدا کیجیے عالمی سوچ عالمی سوچ پیدا کیجیے مجھے بہت عجیب معلوم ہوتا ہے وہ لوگ</w:t>
      </w:r>
    </w:p>
    <w:p>
      <w:r>
        <w:rPr>
          <w:b/>
        </w:rPr>
        <w:t xml:space="preserve">[27:50] </w:t>
      </w:r>
      <w:r>
        <w:t>kitne be khabar thay jo Muslim pocket ka andaaz sochte rahe chote chote mulk chote chote ilaqe saari</w:t>
      </w:r>
    </w:p>
    <w:p>
      <w:pPr>
        <w:jc w:val="right"/>
      </w:pPr>
      <w:r>
        <w:t>کتنے بے خبر تھے جو مسلم پاکٹ کا انداز سوچتے رہے چھوٹے چھوٹے ملک چھوٹے چھوٹے علاقے ساری</w:t>
      </w:r>
    </w:p>
    <w:p>
      <w:r>
        <w:rPr>
          <w:b/>
        </w:rPr>
        <w:t xml:space="preserve">[27:57] </w:t>
      </w:r>
      <w:r>
        <w:t>duniya jab Allah taala ne khol di aap ke liye to chote ilaqe ka matlab kya hai to</w:t>
      </w:r>
    </w:p>
    <w:p>
      <w:pPr>
        <w:jc w:val="right"/>
      </w:pPr>
      <w:r>
        <w:t>دنیا جب اللہ تعالیٰ نے کھول دی آپ کے لیے تو چھوٹے علاقے کا مطلب کیا ہے تو</w:t>
      </w:r>
    </w:p>
    <w:p>
      <w:r>
        <w:rPr>
          <w:b/>
        </w:rPr>
        <w:t xml:space="preserve">[28:05] </w:t>
      </w:r>
      <w:r>
        <w:t>is zamane mein har aadmi ko kisi na kisi tarah moqa mil raha hai</w:t>
      </w:r>
    </w:p>
    <w:p>
      <w:pPr>
        <w:jc w:val="right"/>
      </w:pPr>
      <w:r>
        <w:t>اس زمانے میں ہر آدمی کو کسی نہ کسی طرح موقع مل رہا ہے</w:t>
      </w:r>
    </w:p>
    <w:p>
      <w:r>
        <w:rPr>
          <w:b/>
        </w:rPr>
        <w:t xml:space="preserve">[28:13] </w:t>
      </w:r>
      <w:r>
        <w:t>ke woh greater area mein apni baat pahuncha sake har aadmi ko kisi na kisi bahane farz kijiye</w:t>
      </w:r>
    </w:p>
    <w:p>
      <w:pPr>
        <w:jc w:val="right"/>
      </w:pPr>
      <w:r>
        <w:t>کہ وہ greater area میں اپنی بات پہنچا سکے ہر آدمی کو کسی نہ کسی بہانے فرض کیجیے</w:t>
      </w:r>
    </w:p>
    <w:p>
      <w:r>
        <w:rPr>
          <w:b/>
        </w:rPr>
        <w:t xml:space="preserve">[28:20] </w:t>
      </w:r>
      <w:r>
        <w:t>ke aap park mein hain park mein aik aik founder hai woh walk karne ke liye aaya hai</w:t>
      </w:r>
    </w:p>
    <w:p>
      <w:pPr>
        <w:jc w:val="right"/>
      </w:pPr>
      <w:r>
        <w:t>کہ آپ park میں ہیں park میں ایک ایک founder ہے وہ walk کرنے کے لیے آیا ہے</w:t>
      </w:r>
    </w:p>
    <w:p>
      <w:r>
        <w:rPr>
          <w:b/>
        </w:rPr>
        <w:t xml:space="preserve">[28:28] </w:t>
      </w:r>
      <w:r>
        <w:t>us ko aap quran dete hain jis ke maani kya hue ge saari duniya mein quran pahuncha rahe</w:t>
      </w:r>
    </w:p>
    <w:p>
      <w:pPr>
        <w:jc w:val="right"/>
      </w:pPr>
      <w:r>
        <w:t>اس کو آپ قرآن دیتے ہیں جس کے معنی کیا ہوئے گے ساری دنیا میں قرآن پہنچا رہے</w:t>
      </w:r>
    </w:p>
    <w:p>
      <w:r>
        <w:rPr>
          <w:b/>
        </w:rPr>
        <w:t xml:space="preserve">[28:35] </w:t>
      </w:r>
      <w:r>
        <w:t>hain aap apne hi</w:t>
      </w:r>
    </w:p>
    <w:p>
      <w:pPr>
        <w:jc w:val="right"/>
      </w:pPr>
      <w:r>
        <w:t>ہیں آپ اپنے ہی</w:t>
      </w:r>
    </w:p>
    <w:p>
      <w:r>
        <w:rPr>
          <w:b/>
        </w:rPr>
        <w:t xml:space="preserve">[28:43] </w:t>
      </w:r>
      <w:r>
        <w:t>shehar mein rehte hue aap sari dunya mein quran pahuncha rahe hain kyunke woh jaye ga kahan kahan</w:t>
      </w:r>
    </w:p>
    <w:p>
      <w:pPr>
        <w:jc w:val="right"/>
      </w:pPr>
      <w:r>
        <w:t>شہر میں رہتے ہوئے آپ ساری دنیا میں قرآن پہنچا رہے ہیں کیونکہ وہ جائے گا کہاں کہاں</w:t>
      </w:r>
    </w:p>
    <w:p>
      <w:r>
        <w:rPr>
          <w:b/>
        </w:rPr>
        <w:t xml:space="preserve">[28:51] </w:t>
      </w:r>
      <w:r>
        <w:t>pahunchaye ga to is zamane mein har aadmi is position mein hai ke woh sari dunya ko khitab</w:t>
      </w:r>
    </w:p>
    <w:p>
      <w:pPr>
        <w:jc w:val="right"/>
      </w:pPr>
      <w:r>
        <w:t>پہنچائے گا تو اس زمانے میں ہر آدمی اس position میں ہے کہ وہ ساری دنیا کو خطاب</w:t>
      </w:r>
    </w:p>
    <w:p>
      <w:r>
        <w:rPr>
          <w:b/>
        </w:rPr>
        <w:t xml:space="preserve">[28:58] </w:t>
      </w:r>
      <w:r>
        <w:t>kar sake sari dunya ko apna samajh sake sari dunya mein Allah ke paigham pahuncha sake har aadmi</w:t>
      </w:r>
    </w:p>
    <w:p>
      <w:pPr>
        <w:jc w:val="right"/>
      </w:pPr>
      <w:r>
        <w:t>کر سکے ساری دنیا کو اپنا سمجھ سکے ساری دنیا میں اللہ کے پیغام پہنچا سکے ہر آدمی</w:t>
      </w:r>
    </w:p>
    <w:p>
      <w:r>
        <w:rPr>
          <w:b/>
        </w:rPr>
        <w:t xml:space="preserve">[29:06] </w:t>
      </w:r>
      <w:r>
        <w:t>har aadmi har aadmi koi directly koi indirectly</w:t>
      </w:r>
    </w:p>
    <w:p>
      <w:pPr>
        <w:jc w:val="right"/>
      </w:pPr>
      <w:r>
        <w:t>ہر آدمی ہر آدمی کوئی directly کوئی indirectly</w:t>
      </w:r>
    </w:p>
    <w:p>
      <w:r>
        <w:rPr>
          <w:b/>
        </w:rPr>
        <w:t xml:space="preserve">[29:13] </w:t>
      </w:r>
      <w:r>
        <w:t>koi directly koi indirectly kyunke aap dekhte hain ke tourist har jagah ghoom rahe hain har shehar mein</w:t>
      </w:r>
    </w:p>
    <w:p>
      <w:pPr>
        <w:jc w:val="right"/>
      </w:pPr>
      <w:r>
        <w:t>کوئی directly کوئی indirectly کیونکہ آپ دیکھتے ہیں کہ tourist ہر جگہ گھوم رہے ہیں ہر شہر میں</w:t>
      </w:r>
    </w:p>
    <w:p>
      <w:r>
        <w:rPr>
          <w:b/>
        </w:rPr>
        <w:t xml:space="preserve">[29:23] </w:t>
      </w:r>
      <w:r>
        <w:t>har park mein to un ko aap dijiye Allah ki kitab aur phir un ke zariye se aap</w:t>
      </w:r>
    </w:p>
    <w:p>
      <w:pPr>
        <w:jc w:val="right"/>
      </w:pPr>
      <w:r>
        <w:t>ہر park میں تو ان کو آپ دیجیے اللہ کی کتاب اور پھر ان کے ذریعے سے آپ</w:t>
      </w:r>
    </w:p>
    <w:p>
      <w:r>
        <w:rPr>
          <w:b/>
        </w:rPr>
        <w:t xml:space="preserve">[29:33] </w:t>
      </w:r>
      <w:r>
        <w:t>kahan kahan pahunch jaye ga aap ka diya hua gift un ko to ajeeb ghareeb sa hona yeh hai</w:t>
      </w:r>
    </w:p>
    <w:p>
      <w:pPr>
        <w:jc w:val="right"/>
      </w:pPr>
      <w:r>
        <w:t>کہاں کہاں پہنچ جائے گا آپ کا دیا ہوا gift ان کو تو عجیب غریب سا ہونا یہ ہے</w:t>
      </w:r>
    </w:p>
    <w:p>
      <w:r>
        <w:rPr>
          <w:b/>
        </w:rPr>
        <w:t xml:space="preserve">[29:43] </w:t>
      </w:r>
      <w:r>
        <w:t>ke har aadmi universal dawat ki position mein hai bohat ajeeb ghareeb zamana hai har aadmi universal dawat</w:t>
      </w:r>
    </w:p>
    <w:p>
      <w:pPr>
        <w:jc w:val="right"/>
      </w:pPr>
      <w:r>
        <w:t>کہ ہر آدمی universal دعوت کی position میں ہے بہت عجیب غریب زمانہ ہے ہر آدمی universal دعوت</w:t>
      </w:r>
    </w:p>
    <w:p>
      <w:r>
        <w:rPr>
          <w:b/>
        </w:rPr>
        <w:t xml:space="preserve">[29:53] </w:t>
      </w:r>
      <w:r>
        <w:t>ki position mein hai bohat ajeeb ghareeb zamana hai ke har aadmi har aurat aur har mard is</w:t>
      </w:r>
    </w:p>
    <w:p>
      <w:pPr>
        <w:jc w:val="right"/>
      </w:pPr>
      <w:r>
        <w:t>کی position میں ہے بہت عجیب غریب زمانہ ہے کہ ہر آدمی ہر عورت اور ہر مرد اس</w:t>
      </w:r>
    </w:p>
    <w:p>
      <w:r>
        <w:rPr>
          <w:b/>
        </w:rPr>
        <w:t xml:space="preserve">[30:03] </w:t>
      </w:r>
      <w:r>
        <w:t>position mein hai ke woh universal dawat work kar sake kahin business ke zariye kahin tourist ke zariye</w:t>
      </w:r>
    </w:p>
    <w:p>
      <w:pPr>
        <w:jc w:val="right"/>
      </w:pPr>
      <w:r>
        <w:t>position میں ہے کہ وہ universal دعوت work کر سکے کہیں business کے ذریعے کہیں tourist کے ذریعے</w:t>
      </w:r>
    </w:p>
    <w:p>
      <w:r>
        <w:rPr>
          <w:b/>
        </w:rPr>
        <w:t xml:space="preserve">[30:14] </w:t>
      </w:r>
      <w:r>
        <w:t>kyunke har aadmi yahan se wahan ja raha hai yani mobility is daur ki sifat hai ilaaj karne</w:t>
      </w:r>
    </w:p>
    <w:p>
      <w:pPr>
        <w:jc w:val="right"/>
      </w:pPr>
      <w:r>
        <w:t>کیونکہ ہر آدمی یہاں سے وہاں جا رہا ہے یعنی mobility اس دور کی صفت ہے علاج کرنے</w:t>
      </w:r>
    </w:p>
    <w:p>
      <w:r>
        <w:rPr>
          <w:b/>
        </w:rPr>
        <w:t xml:space="preserve">[30:22] </w:t>
      </w:r>
      <w:r>
        <w:t>ke liye yahan se wahan jate hain log to aap jahan hain wohin se aap universal dawat kar</w:t>
      </w:r>
    </w:p>
    <w:p>
      <w:pPr>
        <w:jc w:val="right"/>
      </w:pPr>
      <w:r>
        <w:t>کے لیے یہاں سے وہاں جاتے ہیں لوگ تو آپ جہاں ہیں وہیں سے آپ universal دعوت کر</w:t>
      </w:r>
    </w:p>
    <w:p>
      <w:r>
        <w:rPr>
          <w:b/>
        </w:rPr>
        <w:t xml:space="preserve">[30:30] </w:t>
      </w:r>
      <w:r>
        <w:t>sakte hain apne mobile ke zariye apne laptop ke zariye kisi se mil kar to bohat ajeeb</w:t>
      </w:r>
    </w:p>
    <w:p>
      <w:pPr>
        <w:jc w:val="right"/>
      </w:pPr>
      <w:r>
        <w:t>سکتے ہیں اپنے موبائل کے ذریعے اپنے لیپ ٹاپ کے ذریعے کسی سے مل کر تو بہت عجیب</w:t>
      </w:r>
    </w:p>
    <w:p>
      <w:r>
        <w:rPr>
          <w:b/>
        </w:rPr>
        <w:t xml:space="preserve">[30:38] </w:t>
      </w:r>
      <w:r>
        <w:t>ghareeb daur hai</w:t>
      </w:r>
    </w:p>
    <w:p>
      <w:pPr>
        <w:jc w:val="right"/>
      </w:pPr>
      <w:r>
        <w:t>غریب دور ہے</w:t>
      </w:r>
    </w:p>
    <w:p>
      <w:r>
        <w:rPr>
          <w:b/>
        </w:rPr>
        <w:t xml:space="preserve">[30:46] </w:t>
      </w:r>
      <w:r>
        <w:t>yeh sochhte hue mujhe ek ayat phir se samajh mein aayi ek ayat hai nazr furqan ke quran</w:t>
      </w:r>
    </w:p>
    <w:p>
      <w:pPr>
        <w:jc w:val="right"/>
      </w:pPr>
      <w:r>
        <w:t>یہ سوچتے ہوئے مجھے ایک آیت پھر سے سمجھ میں آئی ایک آیت ہے نذر الفرقان کہ قرآن</w:t>
      </w:r>
    </w:p>
    <w:p>
      <w:r>
        <w:rPr>
          <w:b/>
        </w:rPr>
        <w:t xml:space="preserve">[30:57] </w:t>
      </w:r>
      <w:r>
        <w:t>is liye utara gaya ke woh sare alam ke liye warner bane aagah karne wala bane to kaise</w:t>
      </w:r>
    </w:p>
    <w:p>
      <w:pPr>
        <w:jc w:val="right"/>
      </w:pPr>
      <w:r>
        <w:t>اس لیے اتارا گیا کہ وہ سارے عالم کے لیے warner بنے آگاہ کرنے والا بنے تو کیسے</w:t>
      </w:r>
    </w:p>
    <w:p>
      <w:r>
        <w:rPr>
          <w:b/>
        </w:rPr>
        <w:t xml:space="preserve">[31:07] </w:t>
      </w:r>
      <w:r>
        <w:t>bane ga to ajeeb ghareeb baat meri samajh mein aayi ke aaj woh zamana hai</w:t>
      </w:r>
    </w:p>
    <w:p>
      <w:pPr>
        <w:jc w:val="right"/>
      </w:pPr>
      <w:r>
        <w:t>بنے گا تو عجیب غریب بات میری سمجھ میں آئی کہ آج وہ زمانہ ہے</w:t>
      </w:r>
    </w:p>
    <w:p>
      <w:r>
        <w:rPr>
          <w:b/>
        </w:rPr>
        <w:t xml:space="preserve">[31:18] </w:t>
      </w:r>
      <w:r>
        <w:t>ke har woh har woh jo aadmi jo quran ko manta hai woh is position mein hai ke</w:t>
      </w:r>
    </w:p>
    <w:p>
      <w:pPr>
        <w:jc w:val="right"/>
      </w:pPr>
      <w:r>
        <w:t>کہ ہر وہ ہر وہ جو آدمی جو قرآن کو مانتا ہے وہ اس position میں ہے کہ</w:t>
      </w:r>
    </w:p>
    <w:p>
      <w:r>
        <w:rPr>
          <w:b/>
        </w:rPr>
        <w:t xml:space="preserve">[31:25] </w:t>
      </w:r>
      <w:r>
        <w:t>quran ko dunya mein pahunchaye ga har aadmi aaj ki dunya mein ek billion se zyada musalman hain</w:t>
      </w:r>
    </w:p>
    <w:p>
      <w:pPr>
        <w:jc w:val="right"/>
      </w:pPr>
      <w:r>
        <w:t>قرآن کو دنیا میں پہنچائے گا ہر آدمی آج کی دنیا میں ایک billion سے زیادہ مسلمان ہیں</w:t>
      </w:r>
    </w:p>
    <w:p>
      <w:r>
        <w:rPr>
          <w:b/>
        </w:rPr>
        <w:t xml:space="preserve">[31:33] </w:t>
      </w:r>
      <w:r>
        <w:t>agar har aadmi yeh soch le jahan bhi hai woh jahan bhi hai aur jahan bhi hai woh</w:t>
      </w:r>
    </w:p>
    <w:p>
      <w:pPr>
        <w:jc w:val="right"/>
      </w:pPr>
      <w:r>
        <w:t>اگر ہر آدمی یہ سوچ لے جہاں بھی ہے وہ جہاں بھی ہے اور جہاں بھی ہے وہ</w:t>
      </w:r>
    </w:p>
    <w:p>
      <w:r>
        <w:rPr>
          <w:b/>
        </w:rPr>
        <w:t xml:space="preserve">[31:40] </w:t>
      </w:r>
      <w:r>
        <w:t>ke mujhe is process ka part banna hai quran mein jo kaha gaya hai woh</w:t>
      </w:r>
    </w:p>
    <w:p>
      <w:pPr>
        <w:jc w:val="right"/>
      </w:pPr>
      <w:r>
        <w:t>کہ مجھے اس process کا part بننا ہے قرآن میں جو کہا گیا ہے وہ</w:t>
      </w:r>
    </w:p>
    <w:p>
      <w:r>
        <w:rPr>
          <w:b/>
        </w:rPr>
        <w:t xml:space="preserve">[31:48] </w:t>
      </w:r>
      <w:r>
        <w:t>ek process hai ke sare alam ko pahunchaye ga yeh quran to koi aadmi kahan bhi ho woh</w:t>
      </w:r>
    </w:p>
    <w:p>
      <w:pPr>
        <w:jc w:val="right"/>
      </w:pPr>
      <w:r>
        <w:t>ایک process ہے کہ سارے عالم کو پہنچائے گا یہ قرآن تو کوئی آدمی کہاں بھی ہو وہ</w:t>
      </w:r>
    </w:p>
    <w:p>
      <w:r>
        <w:rPr>
          <w:b/>
        </w:rPr>
        <w:t xml:space="preserve">[31:55] </w:t>
      </w:r>
      <w:r>
        <w:t>soch le ke mujhe is process ka part banna hai to apne aas paas woh aise baat paale</w:t>
      </w:r>
    </w:p>
    <w:p>
      <w:pPr>
        <w:jc w:val="right"/>
      </w:pPr>
      <w:r>
        <w:t>سوچ لے کہ مجھے اس process کا part بننا ہے تو اپنے آس پاس وہ ایسے بات پالے</w:t>
      </w:r>
    </w:p>
    <w:p>
      <w:r>
        <w:rPr>
          <w:b/>
        </w:rPr>
        <w:t xml:space="preserve">[32:03] </w:t>
      </w:r>
      <w:r>
        <w:t>ga aise asbab ke is ka woh part ban jaye kahin telephone ke zariye kahin mobile ke</w:t>
      </w:r>
    </w:p>
    <w:p>
      <w:pPr>
        <w:jc w:val="right"/>
      </w:pPr>
      <w:r>
        <w:t>گا ایسے اسباب کہ اس کا وہ part بن جائے کہیں ٹیلی فون کے ذریعے کہیں موبائل کے</w:t>
      </w:r>
    </w:p>
    <w:p>
      <w:r>
        <w:rPr>
          <w:b/>
        </w:rPr>
        <w:t xml:space="preserve">[32:10] </w:t>
      </w:r>
      <w:r>
        <w:t>zariye kahein website ke zariye kahein kisi</w:t>
      </w:r>
    </w:p>
    <w:p>
      <w:pPr>
        <w:jc w:val="right"/>
      </w:pPr>
      <w:r>
        <w:t>ذریعے کہیں ویب سائٹ کے ذریعے کہیں کسی</w:t>
      </w:r>
    </w:p>
    <w:p>
      <w:r>
        <w:rPr>
          <w:b/>
        </w:rPr>
        <w:t xml:space="preserve">[32:18] </w:t>
      </w:r>
      <w:r>
        <w:t>tourist ke zariye kahein kisi pilot ke zariye har jagah kyunke dunya bikhri hui hai bohat ajeeb ghareeb</w:t>
      </w:r>
    </w:p>
    <w:p>
      <w:pPr>
        <w:jc w:val="right"/>
      </w:pPr>
      <w:r>
        <w:t>tourist کے ذریعے کہیں کسی pilot کے ذریعے ہر جگہ کیونکہ دنیا بکھری ہوئی ہے بہت عجیب غریب</w:t>
      </w:r>
    </w:p>
    <w:p>
      <w:r>
        <w:rPr>
          <w:b/>
        </w:rPr>
        <w:t xml:space="preserve">[32:28] </w:t>
      </w:r>
      <w:r>
        <w:t>baat thi ke quran mein yeh kaha gaya ke quran is liye bheja gaya hai taake sare alam</w:t>
      </w:r>
    </w:p>
    <w:p>
      <w:pPr>
        <w:jc w:val="right"/>
      </w:pPr>
      <w:r>
        <w:t>بات تھی کہ قرآن میں یہ کہا گیا کہ قرآن اس لیے بھیجا گیا ہے تاکہ سارے عالم</w:t>
      </w:r>
    </w:p>
    <w:p>
      <w:r>
        <w:rPr>
          <w:b/>
        </w:rPr>
        <w:t xml:space="preserve">[32:38] </w:t>
      </w:r>
      <w:r>
        <w:t>ke liye nazeer bane sare alam ke liye kaise banega bohat simple baat hai ke musalman apne</w:t>
      </w:r>
    </w:p>
    <w:p>
      <w:pPr>
        <w:jc w:val="right"/>
      </w:pPr>
      <w:r>
        <w:t>کے لیے نظیر بنے سارے عالم کے لیے کیسے بنے گا بہت simple بات ہے کہ مسلمان اپنے</w:t>
      </w:r>
    </w:p>
    <w:p>
      <w:r>
        <w:rPr>
          <w:b/>
        </w:rPr>
        <w:t xml:space="preserve">[32:48] </w:t>
      </w:r>
      <w:r>
        <w:t>packet mein apne pocket mein quran ka translation rakhein phir jahan bhi jayenge jis sadak par jis</w:t>
      </w:r>
    </w:p>
    <w:p>
      <w:pPr>
        <w:jc w:val="right"/>
      </w:pPr>
      <w:r>
        <w:t>packet میں اپنے pocket میں قرآن کا translation رکھیں پھر جہاں بھی جائیں گے جس سڑک پر جس</w:t>
      </w:r>
    </w:p>
    <w:p>
      <w:r>
        <w:rPr>
          <w:b/>
        </w:rPr>
        <w:t xml:space="preserve">[32:56] </w:t>
      </w:r>
      <w:r>
        <w:t>road par jis shehar par jis hawai adde par jis market mein wahan unko log milenge</w:t>
      </w:r>
    </w:p>
    <w:p>
      <w:pPr>
        <w:jc w:val="right"/>
      </w:pPr>
      <w:r>
        <w:t>road پر جس شہر پر جس ہوائی اڈے پر جس market میں وہاں ان کو لوگ ملیں گے</w:t>
      </w:r>
    </w:p>
    <w:p>
      <w:r>
        <w:rPr>
          <w:b/>
        </w:rPr>
        <w:t xml:space="preserve">[33:03] </w:t>
      </w:r>
      <w:r>
        <w:t>chalte phirte mukhtalif mulkon ke log mukhtalif qaumon ke log bas unko aap de dijiye quran un</w:t>
      </w:r>
    </w:p>
    <w:p>
      <w:pPr>
        <w:jc w:val="right"/>
      </w:pPr>
      <w:r>
        <w:t>چلتے پھرتے مختلف ملکوں کے لوگ مختلف قوموں کے لوگ بس ان کو آپ دے دیجیے قرآن ان</w:t>
      </w:r>
    </w:p>
    <w:p>
      <w:r>
        <w:rPr>
          <w:b/>
        </w:rPr>
        <w:t xml:space="preserve">[33:11] </w:t>
      </w:r>
      <w:r>
        <w:t>ki zaban mein to woh kahan kahan pohnch jayega to yeh</w:t>
      </w:r>
    </w:p>
    <w:p>
      <w:pPr>
        <w:jc w:val="right"/>
      </w:pPr>
      <w:r>
        <w:t>کی زبان میں تو وہ کہاں کہاں پہنچ جائے گا تو یہ</w:t>
      </w:r>
    </w:p>
    <w:p>
      <w:r>
        <w:rPr>
          <w:b/>
        </w:rPr>
        <w:t xml:space="preserve">[33:18] </w:t>
      </w:r>
      <w:r>
        <w:t>pehli bar tareekh mein aisa hua pehli bar ke har insan jo quran ko manta hai har ek</w:t>
      </w:r>
    </w:p>
    <w:p>
      <w:pPr>
        <w:jc w:val="right"/>
      </w:pPr>
      <w:r>
        <w:t>پہلی بار تاریخ میں ایسا ہوا پہلی بار کہ ہر انسان جو قرآن کو مانتا ہے ہر ایک</w:t>
      </w:r>
    </w:p>
    <w:p>
      <w:r>
        <w:rPr>
          <w:b/>
        </w:rPr>
        <w:t xml:space="preserve">[33:26] </w:t>
      </w:r>
      <w:r>
        <w:t>insan har aurat har mard woh is position mein hai ke woh is universal process of dawah ka</w:t>
      </w:r>
    </w:p>
    <w:p>
      <w:pPr>
        <w:jc w:val="right"/>
      </w:pPr>
      <w:r>
        <w:t>انسان ہر عورت ہر مرد وہ اس position میں ہے کہ وہ اس universal process of دعوت کا</w:t>
      </w:r>
    </w:p>
    <w:p>
      <w:r>
        <w:rPr>
          <w:b/>
        </w:rPr>
        <w:t xml:space="preserve">[33:33] </w:t>
      </w:r>
      <w:r>
        <w:t>part ban sake yani ek universal process hai ek universal process hai ek aalami process hai dawah ka</w:t>
      </w:r>
    </w:p>
    <w:p>
      <w:pPr>
        <w:jc w:val="right"/>
      </w:pPr>
      <w:r>
        <w:t>part بن سکے یعنی ایک universal process ہے ایک universal process ہے ایک عالمی process ہے دعوت کا</w:t>
      </w:r>
    </w:p>
    <w:p>
      <w:r>
        <w:rPr>
          <w:b/>
        </w:rPr>
        <w:t xml:space="preserve">[33:41] </w:t>
      </w:r>
      <w:r>
        <w:t>to har aadmi is position mein hai ke is universal</w:t>
      </w:r>
    </w:p>
    <w:p>
      <w:pPr>
        <w:jc w:val="right"/>
      </w:pPr>
      <w:r>
        <w:t>تو ہر آدمی اس position میں ہے کہ اس universal</w:t>
      </w:r>
    </w:p>
    <w:p>
      <w:r>
        <w:rPr>
          <w:b/>
        </w:rPr>
        <w:t xml:space="preserve">[33:49] </w:t>
      </w:r>
      <w:r>
        <w:t>process of dawah ka hissa ban sake is ka part ban sake aaj zamane mein kabhi aisa to</w:t>
      </w:r>
    </w:p>
    <w:p>
      <w:pPr>
        <w:jc w:val="right"/>
      </w:pPr>
      <w:r>
        <w:t>process of دعوت کا حصہ بن سکے اس کا part بن سکے آج زمانے میں کبھی ایسا تو</w:t>
      </w:r>
    </w:p>
    <w:p>
      <w:r>
        <w:rPr>
          <w:b/>
        </w:rPr>
        <w:t xml:space="preserve">[33:56] </w:t>
      </w:r>
      <w:r>
        <w:t>kabhi nahi hua tha history mein yani already ek process jari hai universal mobility ka log yahan se</w:t>
      </w:r>
    </w:p>
    <w:p>
      <w:pPr>
        <w:jc w:val="right"/>
      </w:pPr>
      <w:r>
        <w:t>کبھی نہیں ہوا تھا history میں یعنی already ایک process جاری ہے universal mobility کا لوگ یہاں سے</w:t>
      </w:r>
    </w:p>
    <w:p>
      <w:r>
        <w:rPr>
          <w:b/>
        </w:rPr>
        <w:t xml:space="preserve">[34:04] </w:t>
      </w:r>
      <w:r>
        <w:t>wahan ja rahe hain wahan se wahan ja rahe hain wahan se wahan ja rahe hain to jis</w:t>
      </w:r>
    </w:p>
    <w:p>
      <w:pPr>
        <w:jc w:val="right"/>
      </w:pPr>
      <w:r>
        <w:t>وہاں جا رہے ہیں وہاں سے وہاں جا رہے ہیں وہاں سے وہاں جا رہے ہیں تو جس</w:t>
      </w:r>
    </w:p>
    <w:p>
      <w:r>
        <w:rPr>
          <w:b/>
        </w:rPr>
        <w:t xml:space="preserve">[34:12] </w:t>
      </w:r>
      <w:r>
        <w:t>jahan pe aap khare ho jayen jis road par jis jis park mein jis station par jis</w:t>
      </w:r>
    </w:p>
    <w:p>
      <w:pPr>
        <w:jc w:val="right"/>
      </w:pPr>
      <w:r>
        <w:t>جہاں پہ آپ کھڑے ہو جائیں جس road پر جس جس park میں جس station پر جس</w:t>
      </w:r>
    </w:p>
    <w:p>
      <w:r>
        <w:rPr>
          <w:b/>
        </w:rPr>
        <w:t xml:space="preserve">[34:19] </w:t>
      </w:r>
      <w:r>
        <w:t>hawai adde par aap ko aise log milenge ke koi yahan ka hoga koi wahan ka hoga</w:t>
      </w:r>
    </w:p>
    <w:p>
      <w:pPr>
        <w:jc w:val="right"/>
      </w:pPr>
      <w:r>
        <w:t>ہوائی اڈے پر آپ کو ایسے لوگ ملیں گے کہ کوئی یہاں کا ہوگا کوئی وہاں کا ہوگا</w:t>
      </w:r>
    </w:p>
    <w:p>
      <w:r>
        <w:rPr>
          <w:b/>
        </w:rPr>
        <w:t xml:space="preserve">[34:27] </w:t>
      </w:r>
      <w:r>
        <w:t>isko aap de dijiye quran ka translation uski zaban mein aur phir woh pohnch gaya wahan</w:t>
      </w:r>
    </w:p>
    <w:p>
      <w:pPr>
        <w:jc w:val="right"/>
      </w:pPr>
      <w:r>
        <w:t>اس کو آپ دے دیجیے قرآن کا translation اس کی زبان میں اور پھر وہ پہنچ گیا وہاں</w:t>
      </w:r>
    </w:p>
    <w:p>
      <w:r>
        <w:rPr>
          <w:b/>
        </w:rPr>
        <w:t xml:space="preserve">[34:34] </w:t>
      </w:r>
      <w:r>
        <w:t>koi america ja raha hai koi arab ja raha hai koi africa ja raha hai to mobile ke</w:t>
      </w:r>
    </w:p>
    <w:p>
      <w:pPr>
        <w:jc w:val="right"/>
      </w:pPr>
      <w:r>
        <w:t>کوئی امریکہ جا رہا ہے کوئی عرب جا رہا ہے کوئی افریقہ جا رہا ہے تو موبائل کے</w:t>
      </w:r>
    </w:p>
    <w:p>
      <w:r>
        <w:rPr>
          <w:b/>
        </w:rPr>
        <w:t xml:space="preserve">[34:42] </w:t>
      </w:r>
      <w:r>
        <w:t>zariye internet ke zariye tourism ke zariye quran logon ko distribu</w:t>
      </w:r>
    </w:p>
    <w:p>
      <w:pPr>
        <w:jc w:val="right"/>
      </w:pPr>
      <w:r>
        <w:t>ذریعے انٹرنیٹ کے ذریعے ٹوریزم کے ذریعے قرآن لوگوں کو distribu</w:t>
      </w:r>
    </w:p>
    <w:p>
      <w:r>
        <w:rPr>
          <w:b/>
        </w:rPr>
        <w:t xml:space="preserve">[34:49] </w:t>
      </w:r>
      <w:r>
        <w:t>te karne ke zariye har aadmi is position mein hai ke woh ek universal process ka hissa ban</w:t>
      </w:r>
    </w:p>
    <w:p>
      <w:pPr>
        <w:jc w:val="right"/>
      </w:pPr>
      <w:r>
        <w:t>te کرنے کے ذریعے ہر آدمی اس position میں ہے کہ وہ ایک universal process کا حصہ بن</w:t>
      </w:r>
    </w:p>
    <w:p>
      <w:r>
        <w:rPr>
          <w:b/>
        </w:rPr>
        <w:t xml:space="preserve">[34:57] </w:t>
      </w:r>
      <w:r>
        <w:t>jaye nazr ul furqan ke allah ne bheja hai is quran ko taake woh sari dunya ke liye warner</w:t>
      </w:r>
    </w:p>
    <w:p>
      <w:pPr>
        <w:jc w:val="right"/>
      </w:pPr>
      <w:r>
        <w:t>جائے نذر الفرقان کہ اللہ نے بھیجا ہے اس قرآن کو تاکہ وہ ساری دنیا کے لیے warner</w:t>
      </w:r>
    </w:p>
    <w:p>
      <w:r>
        <w:rPr>
          <w:b/>
        </w:rPr>
        <w:t xml:space="preserve">[35:05] </w:t>
      </w:r>
      <w:r>
        <w:t>bane sari dunya ke liye batane wala bane aagah karne wala bane to woh kaise banega is</w:t>
      </w:r>
    </w:p>
    <w:p>
      <w:pPr>
        <w:jc w:val="right"/>
      </w:pPr>
      <w:r>
        <w:t>بنے ساری دنیا کے لیے بتانے والا بنے آگاہ کرنے والا بنے تو وہ کیسے بنے گا اس</w:t>
      </w:r>
    </w:p>
    <w:p>
      <w:r>
        <w:rPr>
          <w:b/>
        </w:rPr>
        <w:t xml:space="preserve">[35:12] </w:t>
      </w:r>
      <w:r>
        <w:t>ke liye ek</w:t>
      </w:r>
    </w:p>
    <w:p>
      <w:pPr>
        <w:jc w:val="right"/>
      </w:pPr>
      <w:r>
        <w:t>کے لیے ایک</w:t>
      </w:r>
    </w:p>
    <w:p>
      <w:r>
        <w:rPr>
          <w:b/>
        </w:rPr>
        <w:t xml:space="preserve">[35:20] </w:t>
      </w:r>
      <w:r>
        <w:t>ek allah taala ek ek zamana create karega ek daur create karega ke har insan ki</w:t>
      </w:r>
    </w:p>
    <w:p>
      <w:pPr>
        <w:jc w:val="right"/>
      </w:pPr>
      <w:r>
        <w:t>ایک اللہ تعالیٰ ایک ایک زمانہ create کرے گا ایک دور create کرے گا کہ ہر انسان کی</w:t>
      </w:r>
    </w:p>
    <w:p>
      <w:r>
        <w:rPr>
          <w:b/>
        </w:rPr>
        <w:t xml:space="preserve">[35:27] </w:t>
      </w:r>
      <w:r>
        <w:t>reach barh jaye gi har aurat mard ki reach barh jaye gi is ki is ka pohnch pohnch</w:t>
      </w:r>
    </w:p>
    <w:p>
      <w:pPr>
        <w:jc w:val="right"/>
      </w:pPr>
      <w:r>
        <w:t>reach بڑھ جائے گی ہر عورت مرد کی reach بڑھ جائے گی اس کی اس کا پہنچ پہنچ</w:t>
      </w:r>
    </w:p>
    <w:p>
      <w:r>
        <w:rPr>
          <w:b/>
        </w:rPr>
        <w:t xml:space="preserve">[35:35] </w:t>
      </w:r>
      <w:r>
        <w:t>aalmi ho jaye gi jaisa ke is waqt hai kaisa ajeeb yeh moqa khola hai Allah rab ul alameen</w:t>
      </w:r>
    </w:p>
    <w:p>
      <w:pPr>
        <w:jc w:val="right"/>
      </w:pPr>
      <w:r>
        <w:t>عالمی ہو جائے گی جیسا کہ اس وقت ہے کیسا عجیب یہ موقع کھولا ہے اللہ رب العالمین</w:t>
      </w:r>
    </w:p>
    <w:p>
      <w:r>
        <w:rPr>
          <w:b/>
        </w:rPr>
        <w:t xml:space="preserve">[35:43] </w:t>
      </w:r>
      <w:r>
        <w:t>ne hamare liye ke hum jahan hain wohi rehte hue</w:t>
      </w:r>
    </w:p>
    <w:p>
      <w:pPr>
        <w:jc w:val="right"/>
      </w:pPr>
      <w:r>
        <w:t>نے ہمارے لیے کہ ہم جہاں ہیں وہیں رہتے ہوئے</w:t>
      </w:r>
    </w:p>
    <w:p>
      <w:r>
        <w:rPr>
          <w:b/>
        </w:rPr>
        <w:t xml:space="preserve">[35:50] </w:t>
      </w:r>
      <w:r>
        <w:t>unhein universal dawat ka part ban sakte hain hum jahan bhi hain kahin bhi hon wohi aap universal</w:t>
      </w:r>
    </w:p>
    <w:p>
      <w:pPr>
        <w:jc w:val="right"/>
      </w:pPr>
      <w:r>
        <w:t>انہیں universal دعوت کا part بن سکتے ہیں ہم جہاں بھی ہیں کہیں بھی ہوں وہیں آپ universal</w:t>
      </w:r>
    </w:p>
    <w:p>
      <w:r>
        <w:rPr>
          <w:b/>
        </w:rPr>
        <w:t xml:space="preserve">[35:58] </w:t>
      </w:r>
      <w:r>
        <w:t>dawat ka part ban sakte hain kyunke printing press ka daur hai mobile ka daur hai computer ka</w:t>
      </w:r>
    </w:p>
    <w:p>
      <w:pPr>
        <w:jc w:val="right"/>
      </w:pPr>
      <w:r>
        <w:t>دعوت کا part بن سکتے ہیں کیونکہ printing press کا دور ہے موبائل کا دور ہے کمپیوٹر کا</w:t>
      </w:r>
    </w:p>
    <w:p>
      <w:r>
        <w:rPr>
          <w:b/>
        </w:rPr>
        <w:t xml:space="preserve">[36:05] </w:t>
      </w:r>
      <w:r>
        <w:t>daur hai conference ka daur hai log yahan se wahan ja rahe hain is ka daur hai to</w:t>
      </w:r>
    </w:p>
    <w:p>
      <w:pPr>
        <w:jc w:val="right"/>
      </w:pPr>
      <w:r>
        <w:t>دور ہے conference کا دور ہے لوگ یہاں سے وہاں جا رہے ہیں اس کا دور ہے تو</w:t>
      </w:r>
    </w:p>
    <w:p>
      <w:r>
        <w:rPr>
          <w:b/>
        </w:rPr>
        <w:t xml:space="preserve">[36:13] </w:t>
      </w:r>
      <w:r>
        <w:t>aap kahin bhi hon</w:t>
      </w:r>
    </w:p>
    <w:p>
      <w:pPr>
        <w:jc w:val="right"/>
      </w:pPr>
      <w:r>
        <w:t>آپ کہیں بھی ہوں</w:t>
      </w:r>
    </w:p>
    <w:p>
      <w:r>
        <w:rPr>
          <w:b/>
        </w:rPr>
        <w:t xml:space="preserve">[36:21] </w:t>
      </w:r>
      <w:r>
        <w:t>aap universal dawat work ka part ban sakte hain to is zamane mein sab se bari zaroorat jo</w:t>
      </w:r>
    </w:p>
    <w:p>
      <w:pPr>
        <w:jc w:val="right"/>
      </w:pPr>
      <w:r>
        <w:t>آپ universal دعوت work کا part بن سکتے ہیں تو اس زمانے میں سب سے بڑی ضرورت جو</w:t>
      </w:r>
    </w:p>
    <w:p>
      <w:r>
        <w:rPr>
          <w:b/>
        </w:rPr>
        <w:t xml:space="preserve">[36:29] </w:t>
      </w:r>
      <w:r>
        <w:t>hai woh yeh hai ke Quran ke manne walon ko aware kiya jaye aware un ki unawareness ko</w:t>
      </w:r>
    </w:p>
    <w:p>
      <w:pPr>
        <w:jc w:val="right"/>
      </w:pPr>
      <w:r>
        <w:t>ہے وہ یہ ہے کہ قرآن کے ماننے والوں کو aware کیا جائے aware ان کی unawareness کو</w:t>
      </w:r>
    </w:p>
    <w:p>
      <w:r>
        <w:rPr>
          <w:b/>
        </w:rPr>
        <w:t xml:space="preserve">[36:37] </w:t>
      </w:r>
      <w:r>
        <w:t>tora jaye Quran ke jo peeru hain jo Quran ke followers hain un ki unawareness ko tora jaye</w:t>
      </w:r>
    </w:p>
    <w:p>
      <w:pPr>
        <w:jc w:val="right"/>
      </w:pPr>
      <w:r>
        <w:t>توڑا جائے قرآن کے جو پیرو ہیں جو قرآن کے followers ہیں ان کی unawareness کو توڑا جائے</w:t>
      </w:r>
    </w:p>
    <w:p>
      <w:r>
        <w:rPr>
          <w:b/>
        </w:rPr>
        <w:t xml:space="preserve">[36:45] </w:t>
      </w:r>
      <w:r>
        <w:t>un ko ba khabar banaya jaye</w:t>
      </w:r>
    </w:p>
    <w:p>
      <w:pPr>
        <w:jc w:val="right"/>
      </w:pPr>
      <w:r>
        <w:t>ان کو باخبر بنایا جائے</w:t>
      </w:r>
    </w:p>
    <w:p>
      <w:r>
        <w:rPr>
          <w:b/>
        </w:rPr>
        <w:t xml:space="preserve">[36:53] </w:t>
      </w:r>
      <w:r>
        <w:t>unawareness ko todna jaise kaba tha makka mein to kaba mein jo mushrik sardar thay us waqt to</w:t>
      </w:r>
    </w:p>
    <w:p>
      <w:pPr>
        <w:jc w:val="right"/>
      </w:pPr>
      <w:r>
        <w:t>unawareness کو توڑنا جیسے کعبہ تھا مکہ میں تو کعبہ میں جو مشرک سردار تھے اس وقت تو</w:t>
      </w:r>
    </w:p>
    <w:p>
      <w:r>
        <w:rPr>
          <w:b/>
        </w:rPr>
        <w:t xml:space="preserve">[37:04] </w:t>
      </w:r>
      <w:r>
        <w:t>mushrik sardar aithay jante thay ke kaba ke aas pas jo tribe base hue hain un ka but</w:t>
      </w:r>
    </w:p>
    <w:p>
      <w:pPr>
        <w:jc w:val="right"/>
      </w:pPr>
      <w:r>
        <w:t>مشرک سردار ایتھے جانتے تھے کہ کعبہ کے آس پاس جو tribe بسے ہوئے ہیں ان کا بت</w:t>
      </w:r>
    </w:p>
    <w:p>
      <w:r>
        <w:rPr>
          <w:b/>
        </w:rPr>
        <w:t xml:space="preserve">[37:15] </w:t>
      </w:r>
      <w:r>
        <w:t>laga dein hum ilaqe haan is ko nazranay charhayen ge hum ko faida hoga aithay jante thay woh</w:t>
      </w:r>
    </w:p>
    <w:p>
      <w:pPr>
        <w:jc w:val="right"/>
      </w:pPr>
      <w:r>
        <w:t>لگا دیں ہم علاقے ہاں اس کو نذرانے چڑھائیں گے ہم کو فائدہ ہوگا ایتھے جانتے تھے وہ</w:t>
      </w:r>
    </w:p>
    <w:p>
      <w:r>
        <w:rPr>
          <w:b/>
        </w:rPr>
        <w:t xml:space="preserve">[37:25] </w:t>
      </w:r>
      <w:r>
        <w:t>Rasool Allah ne khol diya is ko ke kaba se ek aalmi markaz ban sakta hai sare alam</w:t>
      </w:r>
    </w:p>
    <w:p>
      <w:pPr>
        <w:jc w:val="right"/>
      </w:pPr>
      <w:r>
        <w:t>رسول اللہ نے کھول دیا اس کو کہ کعبہ سے ایک عالمی مرکز بن سکتا ہے سارے عالم</w:t>
      </w:r>
    </w:p>
    <w:p>
      <w:r>
        <w:rPr>
          <w:b/>
        </w:rPr>
        <w:t xml:space="preserve">[37:32] </w:t>
      </w:r>
      <w:r>
        <w:t>ke log is pe hajj karne ayen ge sare alam ke log umrah karne ayen ge to unaware</w:t>
      </w:r>
    </w:p>
    <w:p>
      <w:pPr>
        <w:jc w:val="right"/>
      </w:pPr>
      <w:r>
        <w:t>کے لوگ اس پہ حج کرنے آئیں گے سارے عالم کے لوگ عمرہ کرنے آئیں گے تو unaware</w:t>
      </w:r>
    </w:p>
    <w:p>
      <w:r>
        <w:rPr>
          <w:b/>
        </w:rPr>
        <w:t xml:space="preserve">[37:40] </w:t>
      </w:r>
      <w:r>
        <w:t>thay woh woh aithay jante thay ke aas pas ke jo qabail hain woh yahan ayen ge to</w:t>
      </w:r>
    </w:p>
    <w:p>
      <w:pPr>
        <w:jc w:val="right"/>
      </w:pPr>
      <w:r>
        <w:t>تھے وہ وہ ایتھے جانتے تھے کہ آس پاس کے جو قبیلے ہیں وہ یہاں آئیں گے تو</w:t>
      </w:r>
    </w:p>
    <w:p>
      <w:r>
        <w:rPr>
          <w:b/>
        </w:rPr>
        <w:t xml:space="preserve">[37:47] </w:t>
      </w:r>
      <w:r>
        <w:t>nazranay charhayen ge hum ko kuch faida hoga to Rasool Allah ne kiya kiya is ko khol diya</w:t>
      </w:r>
    </w:p>
    <w:p>
      <w:pPr>
        <w:jc w:val="right"/>
      </w:pPr>
      <w:r>
        <w:t>نذرانے چڑھائیں گے ہم کو کچھ فائدہ ہوگا تو رسول اللہ نے کیا کیا اس کو کھول دیا</w:t>
      </w:r>
    </w:p>
    <w:p>
      <w:r>
        <w:rPr>
          <w:b/>
        </w:rPr>
        <w:t xml:space="preserve">[37:54] </w:t>
      </w:r>
      <w:r>
        <w:t>ke kaba to ek ek aalmi center hai sari duniya ke log wahan ayen ge</w:t>
      </w:r>
    </w:p>
    <w:p>
      <w:pPr>
        <w:jc w:val="right"/>
      </w:pPr>
      <w:r>
        <w:t>کہ کعبہ تو ایک ایک عالمی center ہے ساری دنیا کے لوگ وہاں آئیں گے</w:t>
      </w:r>
    </w:p>
    <w:p>
      <w:r>
        <w:rPr>
          <w:b/>
        </w:rPr>
        <w:t xml:space="preserve">[38:01] </w:t>
      </w:r>
      <w:r>
        <w:t>is waqt jo aalmi center hain tourism ke wahan jo log jatay hain is se zyada log jatay</w:t>
      </w:r>
    </w:p>
    <w:p>
      <w:pPr>
        <w:jc w:val="right"/>
      </w:pPr>
      <w:r>
        <w:t>اس وقت جو عالمی center ہیں tourism کے وہاں جو لوگ جاتے ہیں اس سے زیادہ لوگ جاتے</w:t>
      </w:r>
    </w:p>
    <w:p>
      <w:r>
        <w:rPr>
          <w:b/>
        </w:rPr>
        <w:t xml:space="preserve">[38:09] </w:t>
      </w:r>
      <w:r>
        <w:t>hain kaba mein to Allah taala ne un ki unawareness ko tora be khabri ko tora to aaj</w:t>
      </w:r>
    </w:p>
    <w:p>
      <w:pPr>
        <w:jc w:val="right"/>
      </w:pPr>
      <w:r>
        <w:t>ہیں کعبہ میں تو اللہ تعالیٰ نے ان کی unawareness کو توڑا بے خبری کو توڑا تو آج</w:t>
      </w:r>
    </w:p>
    <w:p>
      <w:r>
        <w:rPr>
          <w:b/>
        </w:rPr>
        <w:t xml:space="preserve">[38:16] </w:t>
      </w:r>
      <w:r>
        <w:t>bhi zaroorat hai ke hum jo Quran ke manne wale hain un ke jo followers hain un ki</w:t>
      </w:r>
    </w:p>
    <w:p>
      <w:pPr>
        <w:jc w:val="right"/>
      </w:pPr>
      <w:r>
        <w:t>بھی ضرورت ہے کہ ہم جو قرآن کے ماننے والے ہیں ان کے جو followers ہیں ان کی</w:t>
      </w:r>
    </w:p>
    <w:p>
      <w:r>
        <w:rPr>
          <w:b/>
        </w:rPr>
        <w:t xml:space="preserve">[38:24] </w:t>
      </w:r>
      <w:r>
        <w:t>un ki be khabri ko toren un ko batayen ke tumhare pas jo kitab hai</w:t>
      </w:r>
    </w:p>
    <w:p>
      <w:pPr>
        <w:jc w:val="right"/>
      </w:pPr>
      <w:r>
        <w:t>ان کی بے خبری کو توڑیں ان کو بتائیں کہ تمہارے پاس جو کتاب ہے</w:t>
      </w:r>
    </w:p>
    <w:p>
      <w:r>
        <w:rPr>
          <w:b/>
        </w:rPr>
        <w:t xml:space="preserve">[38:31] </w:t>
      </w:r>
      <w:r>
        <w:t>woh tum ko universal daai bana rahi hai yeh jo kitab tumhare pas hai yeh tum yeh tum</w:t>
      </w:r>
    </w:p>
    <w:p>
      <w:pPr>
        <w:jc w:val="right"/>
      </w:pPr>
      <w:r>
        <w:t>وہ تم کو universal داعی بنا رہی ہے یہ جو کتاب تمہارے پاس ہے یہ تم یہ تم</w:t>
      </w:r>
    </w:p>
    <w:p>
      <w:r>
        <w:rPr>
          <w:b/>
        </w:rPr>
        <w:t xml:space="preserve">[38:39] </w:t>
      </w:r>
      <w:r>
        <w:t>ko aalmi daai bana rahi hai universal daai tum chahe tumhare pas paisa ho ya na ho tumhare</w:t>
      </w:r>
    </w:p>
    <w:p>
      <w:pPr>
        <w:jc w:val="right"/>
      </w:pPr>
      <w:r>
        <w:t>کو عالمی داعی بنا رہی ہے universal داعی تم چاہے تمہارے پاس پیسہ ہو یا نہ ہو تمہارے</w:t>
      </w:r>
    </w:p>
    <w:p>
      <w:r>
        <w:rPr>
          <w:b/>
        </w:rPr>
        <w:t xml:space="preserve">[38:46] </w:t>
      </w:r>
      <w:r>
        <w:t>pas sabr karne ki taqat ho ya na ho tum dunya ke zamane jante ho ya na ho</w:t>
      </w:r>
    </w:p>
    <w:p>
      <w:pPr>
        <w:jc w:val="right"/>
      </w:pPr>
      <w:r>
        <w:t>پاس صبر کرنے کی طاقت ہو یا نہ ہو تم دنیا کے زمانے جانتے ہو یا نہ ہو</w:t>
      </w:r>
    </w:p>
    <w:p>
      <w:r>
        <w:rPr>
          <w:b/>
        </w:rPr>
        <w:t xml:space="preserve">[38:54] </w:t>
      </w:r>
      <w:r>
        <w:t>lekin printing press ka zamana hai chupa hua quran tumhare paas hona chahiye</w:t>
      </w:r>
    </w:p>
    <w:p>
      <w:pPr>
        <w:jc w:val="right"/>
      </w:pPr>
      <w:r>
        <w:t>لیکن printing press کا زمانہ ہے چھپا ہوا قرآن تمہارے پاس ہونا چاہیے</w:t>
      </w:r>
    </w:p>
    <w:p>
      <w:r>
        <w:rPr>
          <w:b/>
        </w:rPr>
        <w:t xml:space="preserve">[39:02] </w:t>
      </w:r>
      <w:r>
        <w:t>bas tumhari reach jo hai sari alam tak pahunch gayi yani printed form mein tumhare paas quran ki</w:t>
      </w:r>
    </w:p>
    <w:p>
      <w:pPr>
        <w:jc w:val="right"/>
      </w:pPr>
      <w:r>
        <w:t>بس تمہاری reach جو ہے ساری عالم تک پہنچ گئی یعنی printed فارم میں تمہارے پاس قرآن کی</w:t>
      </w:r>
    </w:p>
    <w:p>
      <w:r>
        <w:rPr>
          <w:b/>
        </w:rPr>
        <w:t xml:space="preserve">[39:12] </w:t>
      </w:r>
      <w:r>
        <w:t>ek copy agar maujood hai to tum sari dunya tak pahunch gaye kyunke zamana hai printing press ka</w:t>
      </w:r>
    </w:p>
    <w:p>
      <w:pPr>
        <w:jc w:val="right"/>
      </w:pPr>
      <w:r>
        <w:t>ایک کاپی اگر موجود ہے تو تم ساری دنیا تک پہنچ گئے کیونکہ زمانہ ہے printing press کا</w:t>
      </w:r>
    </w:p>
    <w:p>
      <w:r>
        <w:rPr>
          <w:b/>
        </w:rPr>
        <w:t xml:space="preserve">[39:22] </w:t>
      </w:r>
      <w:r>
        <w:t>communication ka to hamara mission yeh hai ke hum logon ki</w:t>
      </w:r>
    </w:p>
    <w:p>
      <w:pPr>
        <w:jc w:val="right"/>
      </w:pPr>
      <w:r>
        <w:t>communication کا تو ہمارا mission یہ ہے کہ ہم لوگوں کی</w:t>
      </w:r>
    </w:p>
    <w:p>
      <w:r>
        <w:rPr>
          <w:b/>
        </w:rPr>
        <w:t xml:space="preserve">[39:32] </w:t>
      </w:r>
      <w:r>
        <w:t>unawareness ko toden unko ba-khabar banayein zamane se ba-khabar zamane se ba-khabar banayein yeh hamara mission hai</w:t>
      </w:r>
    </w:p>
    <w:p>
      <w:pPr>
        <w:jc w:val="right"/>
      </w:pPr>
      <w:r>
        <w:t>unawareness کو توڑیں ان کو باخبر بنائیں زمانے سے باخبر زمانے سے باخبر بنائیں یہ ہمارا mission ہے</w:t>
      </w:r>
    </w:p>
    <w:p>
      <w:r>
        <w:rPr>
          <w:b/>
        </w:rPr>
        <w:t xml:space="preserve">[39:48] </w:t>
      </w:r>
      <w:r>
        <w:t>zamane se ba-khabar hote hue ek dam aap dekhenge ke dunya badal jayegi</w:t>
      </w:r>
    </w:p>
    <w:p>
      <w:pPr>
        <w:jc w:val="right"/>
      </w:pPr>
      <w:r>
        <w:t>زمانے سے باخبر ہوتے ہوئے ایک دم آپ دیکھیں گے کہ دنیا بدل جائے گی</w:t>
      </w:r>
    </w:p>
    <w:p>
      <w:r>
        <w:rPr>
          <w:b/>
        </w:rPr>
        <w:t xml:space="preserve">[40:05] </w:t>
      </w:r>
      <w:r>
        <w:t>zamane se ba-khabar hote hi ek naya daur aa jayega to us waqt musalmanon ko sab se</w:t>
      </w:r>
    </w:p>
    <w:p>
      <w:pPr>
        <w:jc w:val="right"/>
      </w:pPr>
      <w:r>
        <w:t>زمانے سے باخبر ہوتے ہی ایک نیا دور آ جائے گا تو اس وقت مسلمانوں کو سب سے</w:t>
      </w:r>
    </w:p>
    <w:p>
      <w:r>
        <w:rPr>
          <w:b/>
        </w:rPr>
        <w:t xml:space="preserve">[40:13] </w:t>
      </w:r>
      <w:r>
        <w:t>badi zaroorat yeh hai ke unko zamane se ba-khabar banayein jaise koi kisan apne ghar mein so</w:t>
      </w:r>
    </w:p>
    <w:p>
      <w:pPr>
        <w:jc w:val="right"/>
      </w:pPr>
      <w:r>
        <w:t>بڑی ضرورت یہ ہے کہ ان کو زمانے سے باخبر بنائیں جیسے کوئی کسان اپنے گھر میں سو</w:t>
      </w:r>
    </w:p>
    <w:p>
      <w:r>
        <w:rPr>
          <w:b/>
        </w:rPr>
        <w:t xml:space="preserve">[40:22] </w:t>
      </w:r>
      <w:r>
        <w:t>raha ho ka darwaza band karke to us ko ja ke bataya jaye ke arey bhai itni</w:t>
      </w:r>
    </w:p>
    <w:p>
      <w:pPr>
        <w:jc w:val="right"/>
      </w:pPr>
      <w:r>
        <w:t>رہا ہو کا دروازہ بند کر کے تو اس کو جا کے بتایا جائے کہ ارے بھئی اتنی</w:t>
      </w:r>
    </w:p>
    <w:p>
      <w:r>
        <w:rPr>
          <w:b/>
        </w:rPr>
        <w:t xml:space="preserve">[40:30] </w:t>
      </w:r>
      <w:r>
        <w:t>barish ho rahi hai tum so rahe ho ab to jao apne khet mein</w:t>
      </w:r>
    </w:p>
    <w:p>
      <w:pPr>
        <w:jc w:val="right"/>
      </w:pPr>
      <w:r>
        <w:t>بارش ہو رہی ہے تم سو رہے ہو اب تو جاؤ اپنے کھیت میں</w:t>
      </w:r>
    </w:p>
    <w:p>
      <w:r>
        <w:rPr>
          <w:b/>
        </w:rPr>
        <w:t xml:space="preserve">[40:38] </w:t>
      </w:r>
      <w:r>
        <w:t>apne khet mein jao wahan tumhare agriculture ka ka waqt aa gaya hai toh kisan bhage ga keh acha barish ho rahi hai toh aise hi mamla hai keh sari duniya mein ek barish ho rahi hai naye mauqe naye halaat lekin log be-</w:t>
      </w:r>
    </w:p>
    <w:p>
      <w:pPr>
        <w:jc w:val="right"/>
      </w:pPr>
      <w:r>
        <w:t>اپنے کھیت میں جاؤ وہاں تمہارے agriculture کا کا وقت آ گیا ہے تو کسان بھاگے گا کہ اچھا بارش ہو رہی ہے تو ایسے ہی معاملہ ہے کہ ساری دنیا میں ایک بارش ہو رہی ہے نئے مواقع نئے حالات لیکن لوگ بے</w:t>
      </w:r>
    </w:p>
    <w:p>
      <w:r>
        <w:rPr>
          <w:b/>
        </w:rPr>
        <w:t xml:space="preserve">[41:08] </w:t>
      </w:r>
      <w:r>
        <w:t>khabari mein pade hue hain to hamare mission ki kamyabi yeh hai ke hum logon ki be-khabari</w:t>
      </w:r>
    </w:p>
    <w:p>
      <w:pPr>
        <w:jc w:val="right"/>
      </w:pPr>
      <w:r>
        <w:t>خبری میں پڑے ہوئے ہیں تو ہمارے mission کی کامیابی یہ ہے کہ ہم لوگوں کی بے خبری</w:t>
      </w:r>
    </w:p>
    <w:p>
      <w:r>
        <w:rPr>
          <w:b/>
        </w:rPr>
        <w:t xml:space="preserve">[41:18] </w:t>
      </w:r>
      <w:r>
        <w:t>ko toden logon ko aware banayein yeh is mission ki kamyabi ka raaz hai jaise hi woh jaise</w:t>
      </w:r>
    </w:p>
    <w:p>
      <w:pPr>
        <w:jc w:val="right"/>
      </w:pPr>
      <w:r>
        <w:t>کو توڑیں لوگوں کو aware بنائیں یہ اس mission کی کامیابی کا راز ہے جیسے ہی وہ جیسے</w:t>
      </w:r>
    </w:p>
    <w:p>
      <w:r>
        <w:rPr>
          <w:b/>
        </w:rPr>
        <w:t xml:space="preserve">[41:28] </w:t>
      </w:r>
      <w:r>
        <w:t>hi woh ba-khabar honge achaanak aap dekhenge ke nayi activity nayi sargami</w:t>
      </w:r>
    </w:p>
    <w:p>
      <w:pPr>
        <w:jc w:val="right"/>
      </w:pPr>
      <w:r>
        <w:t>ہی وہ باخبر ہوں گے اچانک آپ دیکھیں گے کہ نئی activity نئی سرگرمی</w:t>
      </w:r>
    </w:p>
    <w:p>
      <w:r>
        <w:rPr>
          <w:b/>
        </w:rPr>
        <w:t xml:space="preserve">[41:38] </w:t>
      </w:r>
      <w:r>
        <w:t>nayi planning ek naya zehan paida ho gaya ek martaba mein train mein safar kar raha tha to</w:t>
      </w:r>
    </w:p>
    <w:p>
      <w:pPr>
        <w:jc w:val="right"/>
      </w:pPr>
      <w:r>
        <w:t>نئی planning ایک نیا ذہن پیدا ہو گیا ایک مرتبہ میں train میں سفر کر رہا تھا تو</w:t>
      </w:r>
    </w:p>
    <w:p>
      <w:r>
        <w:rPr>
          <w:b/>
        </w:rPr>
        <w:t xml:space="preserve">[41:48] </w:t>
      </w:r>
      <w:r>
        <w:t>mein ne dekha ke train kuch late thi to kai musafir so gaye the platform par to</w:t>
      </w:r>
    </w:p>
    <w:p>
      <w:pPr>
        <w:jc w:val="right"/>
      </w:pPr>
      <w:r>
        <w:t>میں نے دیکھا کہ train کچھ late تھی تو کئی مسافر سو گئے تھے پلیٹ فارم پر تو</w:t>
      </w:r>
    </w:p>
    <w:p>
      <w:r>
        <w:rPr>
          <w:b/>
        </w:rPr>
        <w:t xml:space="preserve">[41:59] </w:t>
      </w:r>
      <w:r>
        <w:t>train aa gayi</w:t>
      </w:r>
    </w:p>
    <w:p>
      <w:pPr>
        <w:jc w:val="right"/>
      </w:pPr>
      <w:r>
        <w:t>train آ گئی</w:t>
      </w:r>
    </w:p>
    <w:p>
      <w:r>
        <w:rPr>
          <w:b/>
        </w:rPr>
        <w:t xml:space="preserve">[42:09] </w:t>
      </w:r>
      <w:r>
        <w:t>platform par dakhil ho gayi to ek musafir baqayda so raha tha to kisi ne us ko</w:t>
      </w:r>
    </w:p>
    <w:p>
      <w:pPr>
        <w:jc w:val="right"/>
      </w:pPr>
      <w:r>
        <w:t>پلیٹ فارم پر داخل ہو گئی تو ایک مسافر باقاعدہ سو رہا تھا تو کسی نے اس کو</w:t>
      </w:r>
    </w:p>
    <w:p>
      <w:r>
        <w:rPr>
          <w:b/>
        </w:rPr>
        <w:t xml:space="preserve">[42:16] </w:t>
      </w:r>
      <w:r>
        <w:t>jagaya arey tum to so rahe ho tumhari train aa gayi jaldi se utha dooda train ki taraf</w:t>
      </w:r>
    </w:p>
    <w:p>
      <w:pPr>
        <w:jc w:val="right"/>
      </w:pPr>
      <w:r>
        <w:t>جگایا ارے تم تو سو رہے ہو تمہاری train آ گئی جلدی سے اٹھا دوڑا train کی طرف</w:t>
      </w:r>
    </w:p>
    <w:p>
      <w:r>
        <w:rPr>
          <w:b/>
        </w:rPr>
        <w:t xml:space="preserve">[42:24] </w:t>
      </w:r>
      <w:r>
        <w:t>woh jaldi se uth kar train ki taraf dooda jo platform par aa chuki thi aise hi</w:t>
      </w:r>
    </w:p>
    <w:p>
      <w:pPr>
        <w:jc w:val="right"/>
      </w:pPr>
      <w:r>
        <w:t>وہ جلدی سے اٹھ کر train کی طرف دوڑا جو پلیٹ فارم پر آ چکی تھی ایسے ہی</w:t>
      </w:r>
    </w:p>
    <w:p>
      <w:r>
        <w:rPr>
          <w:b/>
        </w:rPr>
        <w:t xml:space="preserve">[42:32] </w:t>
      </w:r>
      <w:r>
        <w:t>logon ka haal hai</w:t>
      </w:r>
    </w:p>
    <w:p>
      <w:pPr>
        <w:jc w:val="right"/>
      </w:pPr>
      <w:r>
        <w:t>لوگوں کا حال ہے</w:t>
      </w:r>
    </w:p>
    <w:p>
      <w:r>
        <w:rPr>
          <w:b/>
        </w:rPr>
        <w:t xml:space="preserve">[42:40] </w:t>
      </w:r>
      <w:r>
        <w:t>be-khabari mein so rahe hain woh unki be-khabari ko todiye hadith mein aata hai ke</w:t>
      </w:r>
    </w:p>
    <w:p>
      <w:pPr>
        <w:jc w:val="right"/>
      </w:pPr>
      <w:r>
        <w:t>بے خبری میں سو رہے ہیں وہ ان کی بے خبری کو توڑیے حدیث میں آتا ہے کہ</w:t>
      </w:r>
    </w:p>
    <w:p>
      <w:r>
        <w:rPr>
          <w:b/>
        </w:rPr>
        <w:t xml:space="preserve">[42:50] </w:t>
      </w:r>
      <w:r>
        <w:t>to log so rahe hain unki unko neend unki jo neend se uthaiye unki</w:t>
      </w:r>
    </w:p>
    <w:p>
      <w:pPr>
        <w:jc w:val="right"/>
      </w:pPr>
      <w:r>
        <w:t>تو لوگ سو رہے ہیں ان کی ان کو نیند ان کی جوت نیند سے اٹھائیے ان کی</w:t>
      </w:r>
    </w:p>
    <w:p>
      <w:r>
        <w:rPr>
          <w:b/>
        </w:rPr>
        <w:t xml:space="preserve">[43:01] </w:t>
      </w:r>
      <w:r>
        <w:t>be-khabari ko todiye</w:t>
      </w:r>
    </w:p>
    <w:p>
      <w:pPr>
        <w:jc w:val="right"/>
      </w:pPr>
      <w:r>
        <w:t>بے خبری کو توڑیے</w:t>
      </w:r>
    </w:p>
    <w:p>
      <w:r>
        <w:rPr>
          <w:b/>
        </w:rPr>
        <w:t xml:space="preserve">[43:11] </w:t>
      </w:r>
      <w:r>
        <w:t>aur phir aik nai halchal aik nai harkat aik naya inqilab aa jayega meri dua hai ke Allah ta'ala is mission ko kamyabi ata farmaye assalam o alaikum wa rehmatullahi okay so we'll be starting with the question answer session now all the online view</w:t>
      </w:r>
    </w:p>
    <w:p>
      <w:pPr>
        <w:jc w:val="right"/>
      </w:pPr>
      <w:r>
        <w:t>اور پھر ایک نئی ہلچل ایک نئی حرکت ایک نیا انقلاب آ جائے گا میری دعا ہے کہ اللہ تعالیٰ اس mission کو کامیابی عطا فرمائے السلام علیکم ورحمتہ اللہ Okay so we'll be starting with the question answer session now all the online view</w:t>
      </w:r>
    </w:p>
    <w:p>
      <w:r>
        <w:rPr>
          <w:b/>
        </w:rPr>
        <w:t xml:space="preserve">[43:41] </w:t>
      </w:r>
      <w:r>
        <w:t>ers are requested to send their questions on info at cpsglobal.org people who are watching it on facebook</w:t>
      </w:r>
    </w:p>
    <w:p>
      <w:pPr>
        <w:jc w:val="right"/>
      </w:pPr>
      <w:r>
        <w:t>ers are requested to send their questions on info at cpsglobal.org people who are watching it on facebook</w:t>
      </w:r>
    </w:p>
    <w:p>
      <w:r>
        <w:rPr>
          <w:b/>
        </w:rPr>
        <w:t xml:space="preserve">[43:49] </w:t>
      </w:r>
      <w:r>
        <w:t>can post their questions in the comment section Maulana aaj kai comments aaye hain sawal ke comparison mein</w:t>
      </w:r>
    </w:p>
    <w:p>
      <w:pPr>
        <w:jc w:val="right"/>
      </w:pPr>
      <w:r>
        <w:t>can post their questions in the comment section مولانا آج کئی comments آئے ہیں سوال کے comparison میں</w:t>
      </w:r>
    </w:p>
    <w:p>
      <w:r>
        <w:rPr>
          <w:b/>
        </w:rPr>
        <w:t xml:space="preserve">[43:57] </w:t>
      </w:r>
      <w:r>
        <w:t>comments zyada hain to hum woh sabhi comments parhna chahenge pehla comment bheja hai Maulana Abdul Basit Umri</w:t>
      </w:r>
    </w:p>
    <w:p>
      <w:pPr>
        <w:jc w:val="right"/>
      </w:pPr>
      <w:r>
        <w:t>comments زیادہ ہیں تو ہم وہ سبھی comments پڑھنا چاہیں گے پہلا comment بھیجا ہے مولانا عبدالباسط عمری</w:t>
      </w:r>
    </w:p>
    <w:p>
      <w:r>
        <w:rPr>
          <w:b/>
        </w:rPr>
        <w:t xml:space="preserve">[44:05] </w:t>
      </w:r>
      <w:r>
        <w:t>ne Qatar se unhone likha hai</w:t>
      </w:r>
    </w:p>
    <w:p>
      <w:pPr>
        <w:jc w:val="right"/>
      </w:pPr>
      <w:r>
        <w:t>نے قطر سے انہوں نے لکھا ہے</w:t>
      </w:r>
    </w:p>
    <w:p>
      <w:r>
        <w:rPr>
          <w:b/>
        </w:rPr>
        <w:t xml:space="preserve">[44:13] </w:t>
      </w:r>
      <w:r>
        <w:t>Maulana Saturday ke lecture se mujhe do badi cheezein samajh mein aayin aur woh mere liye memes ban</w:t>
      </w:r>
    </w:p>
    <w:p>
      <w:pPr>
        <w:jc w:val="right"/>
      </w:pPr>
      <w:r>
        <w:t>مولانا Saturday کے lecture سے مجھے دو بڑی چیزیں سمجھ میں آئیں اور وہ میرے لیے memes بن</w:t>
      </w:r>
    </w:p>
    <w:p>
      <w:r>
        <w:rPr>
          <w:b/>
        </w:rPr>
        <w:t xml:space="preserve">[44:21] </w:t>
      </w:r>
      <w:r>
        <w:t>gayein pehli baat yeh ke aap ne lecture mein jo apna ehsaas share kiya ke kainat Khuda ki</w:t>
      </w:r>
    </w:p>
    <w:p>
      <w:pPr>
        <w:jc w:val="right"/>
      </w:pPr>
      <w:r>
        <w:t>گئیں پہلی بات یہ کہ آپ نے lecture میں جو اپنا احساس share کیا کہ کائنات خدا کی</w:t>
      </w:r>
    </w:p>
    <w:p>
      <w:r>
        <w:rPr>
          <w:b/>
        </w:rPr>
        <w:t xml:space="preserve">[44:28] </w:t>
      </w:r>
      <w:r>
        <w:t>hamd aur tasbeeh mein mashgool hai aur goya aap bhi kainaati majlis zikr mein shareek ho kar hamd</w:t>
      </w:r>
    </w:p>
    <w:p>
      <w:pPr>
        <w:jc w:val="right"/>
      </w:pPr>
      <w:r>
        <w:t>حمد اور تسبیح میں مشغول ہے اور گویا آپ بھی کائناتی مجلس ذکر میں شریک ہو کر حمد</w:t>
      </w:r>
    </w:p>
    <w:p>
      <w:r>
        <w:rPr>
          <w:b/>
        </w:rPr>
        <w:t xml:space="preserve">[44:36] </w:t>
      </w:r>
      <w:r>
        <w:t>Khudawandi mein mashgool ho gaye hain phir aap ko yeh hadith discover hui ke</w:t>
      </w:r>
    </w:p>
    <w:p>
      <w:pPr>
        <w:jc w:val="right"/>
      </w:pPr>
      <w:r>
        <w:t>خداوندی میں مشغول ہو گئے ہیں پھر آپ کو یہ حدیث discover ہوئی کہ</w:t>
      </w:r>
    </w:p>
    <w:p>
      <w:r>
        <w:rPr>
          <w:b/>
        </w:rPr>
        <w:t xml:space="preserve">[44:43] </w:t>
      </w:r>
      <w:r>
        <w:t>la yashq jalsa yani majlis zikr mein baithne wala kisi aur niyat se kyun na aaya ho lekin woh is mein shareek ho gaya ho to Allah us ko bhi bakhsh dete hain aap ke is tajrube se mujhe kainaati majlis zikr ke bare mein maloom hua isi ke sath is mein shareek hona koi mamooli baat nahi is ka andaza hua warna mein kain</w:t>
      </w:r>
    </w:p>
    <w:p>
      <w:pPr>
        <w:jc w:val="right"/>
      </w:pPr>
      <w:r>
        <w:t>لا یشق جلسہ یعنی مجلس ذکر میں بیٹھنے والا کسی اور نیت سے کیوں نہ آیا ہو لیکن وہ اس میں شریک ہو گیا ہو تو اللہ اس کو بھی بخش دیتے ہیں آپ کے اس تجربے سے مجھے کائناتی مجلس ذکر کے بارے میں معلوم ہوا اسی کے ساتھ اس میں شریک ہونا کوئی معمولی بات نہیں اس کا اندازہ ہوا ورنہ میں کائن</w:t>
      </w:r>
    </w:p>
    <w:p>
      <w:r>
        <w:rPr>
          <w:b/>
        </w:rPr>
        <w:t xml:space="preserve">[45:13] </w:t>
      </w:r>
      <w:r>
        <w:t>mein tadabbur aur tafakkur karne ke silsile mein ghaflat aur susti ka shikar rehta tha doosri baat</w:t>
      </w:r>
    </w:p>
    <w:p>
      <w:pPr>
        <w:jc w:val="right"/>
      </w:pPr>
      <w:r>
        <w:t>ات میں تدبر اور تفکر کرنے کے سلسلے میں غفلت اور سستی کا شکار رہتا تھا دوسری بات</w:t>
      </w:r>
    </w:p>
    <w:p>
      <w:r>
        <w:rPr>
          <w:b/>
        </w:rPr>
        <w:t xml:space="preserve">[45:20] </w:t>
      </w:r>
      <w:r>
        <w:t>yeh ke aap ne guzashta ek lecture mein kaha tha ke aap ke lecture mein jitne log aate</w:t>
      </w:r>
    </w:p>
    <w:p>
      <w:pPr>
        <w:jc w:val="right"/>
      </w:pPr>
      <w:r>
        <w:t>یہ کہ آپ نے گزشتہ ایک lecture میں کہا تھا کہ آپ کے lecture میں جتنے لوگ آتے</w:t>
      </w:r>
    </w:p>
    <w:p>
      <w:r>
        <w:rPr>
          <w:b/>
        </w:rPr>
        <w:t xml:space="preserve">[45:26] </w:t>
      </w:r>
      <w:r>
        <w:t>hain mujhe yaqeen hai ke is se zyada Allah ke farishtey aate hain aur yeh farishtey Sunday lecture</w:t>
      </w:r>
    </w:p>
    <w:p>
      <w:pPr>
        <w:jc w:val="right"/>
      </w:pPr>
      <w:r>
        <w:t>ہیں مجھے یقین ہے کہ اس سے زیادہ اللہ کے فرشتے آتے ہیں اور یہ فرشتے Sunday lecture</w:t>
      </w:r>
    </w:p>
    <w:p>
      <w:r>
        <w:rPr>
          <w:b/>
        </w:rPr>
        <w:t xml:space="preserve">[45:32] </w:t>
      </w:r>
      <w:r>
        <w:t>ka hum se zyada intezar karte hain to mujhe aap ki is baat ki ahmiyat ka andaza itna</w:t>
      </w:r>
    </w:p>
    <w:p>
      <w:pPr>
        <w:jc w:val="right"/>
      </w:pPr>
      <w:r>
        <w:t>کا ہم سے زیادہ انتظار کرتے ہیں تو مجھے آپ کی اس بات کی اہمیت کا اندازہ اتنا</w:t>
      </w:r>
    </w:p>
    <w:p>
      <w:r>
        <w:rPr>
          <w:b/>
        </w:rPr>
        <w:t xml:space="preserve">[45:38] </w:t>
      </w:r>
      <w:r>
        <w:t>zyada nahi hua</w:t>
      </w:r>
    </w:p>
    <w:p>
      <w:pPr>
        <w:jc w:val="right"/>
      </w:pPr>
      <w:r>
        <w:t>زیادہ نہیں ہوا</w:t>
      </w:r>
    </w:p>
    <w:p>
      <w:r>
        <w:rPr>
          <w:b/>
        </w:rPr>
        <w:t xml:space="preserve">[45:44] </w:t>
      </w:r>
      <w:r>
        <w:t>tha lekin kal aap ne apne lecture mein jab yeh hadith padhi ke halum al hajatukum yani farishtey</w:t>
      </w:r>
    </w:p>
    <w:p>
      <w:pPr>
        <w:jc w:val="right"/>
      </w:pPr>
      <w:r>
        <w:t>تھا لیکن کل آپ نے اپنے lecture میں جب یہ حدیث پڑھی کہ حلم الہ حاجتکم یعنی فرشتے</w:t>
      </w:r>
    </w:p>
    <w:p>
      <w:r>
        <w:rPr>
          <w:b/>
        </w:rPr>
        <w:t xml:space="preserve">[45:51] </w:t>
      </w:r>
      <w:r>
        <w:t>majlis zikr jahan dekhte hain kehte hain aao yahan tumhari hajat ka saman hai aur woh majlis zikr</w:t>
      </w:r>
    </w:p>
    <w:p>
      <w:pPr>
        <w:jc w:val="right"/>
      </w:pPr>
      <w:r>
        <w:t>مجلس ذکر جہاں دیکھتے ہیں کہتے ہیں آؤ یہاں تمہاری حاجت کا سامان ہے اور وہ مجلس ذکر</w:t>
      </w:r>
    </w:p>
    <w:p>
      <w:r>
        <w:rPr>
          <w:b/>
        </w:rPr>
        <w:t xml:space="preserve">[45:59] </w:t>
      </w:r>
      <w:r>
        <w:t>mein baith jate hain to ab mujhe aap ke lecture mein insaano se zyada farishton ke maujood hone</w:t>
      </w:r>
    </w:p>
    <w:p>
      <w:pPr>
        <w:jc w:val="right"/>
      </w:pPr>
      <w:r>
        <w:t>میں بیٹھ جاتے ہیں تو اب مجھے آپ کے lecture میں انسانوں سے زیادہ فرشتوں کے موجود ہونے</w:t>
      </w:r>
    </w:p>
    <w:p>
      <w:r>
        <w:rPr>
          <w:b/>
        </w:rPr>
        <w:t xml:space="preserve">[46:07] </w:t>
      </w:r>
      <w:r>
        <w:t>ke bare mein zara barabar shaq nahi</w:t>
      </w:r>
    </w:p>
    <w:p>
      <w:pPr>
        <w:jc w:val="right"/>
      </w:pPr>
      <w:r>
        <w:t>کے بارے میں ذرہ برابر شک نہیں</w:t>
      </w:r>
    </w:p>
    <w:p>
      <w:r>
        <w:rPr>
          <w:b/>
        </w:rPr>
        <w:t xml:space="preserve">[46:14] </w:t>
      </w:r>
      <w:r>
        <w:t>Jazak Allah Maulana ke aap ke lecture se hamara imaan badhta hai hum Khuda se pehle se zyada</w:t>
      </w:r>
    </w:p>
    <w:p>
      <w:pPr>
        <w:jc w:val="right"/>
      </w:pPr>
      <w:r>
        <w:t>جزاک اللہ مولانا کہ آپ کے lecture سے ہمارا ایمان بڑھتا ہے ہم خدا سے پہلے سے زیادہ</w:t>
      </w:r>
    </w:p>
    <w:p>
      <w:r>
        <w:rPr>
          <w:b/>
        </w:rPr>
        <w:t xml:space="preserve">[46:22] </w:t>
      </w:r>
      <w:r>
        <w:t>qareeb hote hain Allah aap ko lambi umar de aur hamein aap se zyada se zyada istifada ka</w:t>
      </w:r>
    </w:p>
    <w:p>
      <w:pPr>
        <w:jc w:val="right"/>
      </w:pPr>
      <w:r>
        <w:t>قریب ہوتے ہیں اللہ آپ کو لمبی عمر دے اور ہمیں آپ سے زیادہ سے زیادہ استفادہ کا</w:t>
      </w:r>
    </w:p>
    <w:p>
      <w:r>
        <w:rPr>
          <w:b/>
        </w:rPr>
        <w:t xml:space="preserve">[46:29] </w:t>
      </w:r>
      <w:r>
        <w:t>mauqa naseeb kare Ameen Maulana agla comment bheja hai Miss Shabana Ansari ne Pakistan se unhone likha</w:t>
      </w:r>
    </w:p>
    <w:p>
      <w:pPr>
        <w:jc w:val="right"/>
      </w:pPr>
      <w:r>
        <w:t>موقع نصیب کرے آمین مولانا اگلا comment بھیجا ہے مس شبانہ انصاری نے پاکستان سے انہوں نے لکھا</w:t>
      </w:r>
    </w:p>
    <w:p>
      <w:r>
        <w:rPr>
          <w:b/>
        </w:rPr>
        <w:t xml:space="preserve">[46:37] </w:t>
      </w:r>
      <w:r>
        <w:t>hai Maulana it is true that Muslims live in a phase where there is opportunity expl</w:t>
      </w:r>
    </w:p>
    <w:p>
      <w:pPr>
        <w:jc w:val="right"/>
      </w:pPr>
      <w:r>
        <w:t>ہے مولانا it is true that مسلمs live in a phase where there is opportunity expl</w:t>
      </w:r>
    </w:p>
    <w:p>
      <w:r>
        <w:rPr>
          <w:b/>
        </w:rPr>
        <w:t xml:space="preserve">[46:44] </w:t>
      </w:r>
      <w:r>
        <w:t>osion for dawah work Firdous sahib ne London se likha hai there is no Muslim pocket but human pocket this is a great thought I heard today I never heard something like this inshallah I will try to change my thought process and of my family from today onwards jazak Allah Maulana sahib for guiding us Saife Reshi sahib ne Delhi se likha hai dawah ka kaam nabiyon ka tha</w:t>
      </w:r>
    </w:p>
    <w:p>
      <w:pPr>
        <w:jc w:val="right"/>
      </w:pPr>
      <w:r>
        <w:t>osion for دعوت work فردوس صاحب نے لندن سے لکھا ہے there is no مسلم pocket but human pocket this is a great thought I heard today I never heard something like this انشاءاللہ I will try to change my thought process and of my family from today onwards جزاک اللہ مولانا صاحب for guiding us صائف ریشی صاحب نے دلی سے لکھا ہے دعوت کا کام نبیوں کا تھا</w:t>
      </w:r>
    </w:p>
    <w:p>
      <w:r>
        <w:rPr>
          <w:b/>
        </w:rPr>
        <w:t xml:space="preserve">[47:14] </w:t>
      </w:r>
      <w:r>
        <w:t>phir Sahaba ka phir Waliyon ne aage yeh kaam kiya hum tak deen pohanchaya ab hamara kaam hai</w:t>
      </w:r>
    </w:p>
    <w:p>
      <w:pPr>
        <w:jc w:val="right"/>
      </w:pPr>
      <w:r>
        <w:t>پھر صحابہ کا پھر ولیوں نے آگے یہ کام کیا ہم تک دین پہنچایا اب ہمارا کام ہے</w:t>
      </w:r>
    </w:p>
    <w:p>
      <w:r>
        <w:rPr>
          <w:b/>
        </w:rPr>
        <w:t xml:space="preserve">[47:22] </w:t>
      </w:r>
      <w:r>
        <w:t>ke hum Nabi Kareem ke is dawat dawat e Islam ko aage pohanchayein yeh hamari zimmedari hai Allah</w:t>
      </w:r>
    </w:p>
    <w:p>
      <w:pPr>
        <w:jc w:val="right"/>
      </w:pPr>
      <w:r>
        <w:t>کہ ہم نبی کریم کے اس دعوت دعوت اسلام کو آگے پہنچائیں یہ ہماری ذمہ داری ہے اللہ</w:t>
      </w:r>
    </w:p>
    <w:p>
      <w:r>
        <w:rPr>
          <w:b/>
        </w:rPr>
        <w:t xml:space="preserve">[47:30] </w:t>
      </w:r>
      <w:r>
        <w:t>ke paigham ko doosron tak pohanchana Muhammad Danish Fazal sahib ne Lucknow se likha hai thank you Maulana</w:t>
      </w:r>
    </w:p>
    <w:p>
      <w:pPr>
        <w:jc w:val="right"/>
      </w:pPr>
      <w:r>
        <w:t>کے پیغام کو دوسروں تک پہنچانا محمد دانش فضل صاحب نے لکھنؤ سے لکھا ہے thank you مولانا</w:t>
      </w:r>
    </w:p>
    <w:p>
      <w:r>
        <w:rPr>
          <w:b/>
        </w:rPr>
        <w:t xml:space="preserve">[47:38] </w:t>
      </w:r>
      <w:r>
        <w:t>sahib for making us understand the ayat of Surah Nisa</w:t>
      </w:r>
    </w:p>
    <w:p>
      <w:pPr>
        <w:jc w:val="right"/>
      </w:pPr>
      <w:r>
        <w:t>صاحب for making us understand the آیت of سورہ نساء</w:t>
      </w:r>
    </w:p>
    <w:p>
      <w:r>
        <w:rPr>
          <w:b/>
        </w:rPr>
        <w:t xml:space="preserve">[47:46] </w:t>
      </w:r>
      <w:r>
        <w:t>Aftab Alam sahib ne Kolkata se likha hai Maulana bilkul durust kaha aap ne jis tarah bulb ko</w:t>
      </w:r>
    </w:p>
    <w:p>
      <w:pPr>
        <w:jc w:val="right"/>
      </w:pPr>
      <w:r>
        <w:t>آفتاب عالم صاحب نے کلکتہ سے لکھا ہے مولانا بالکل درست کہا آپ نے جس طرح بلب کو</w:t>
      </w:r>
    </w:p>
    <w:p>
      <w:r>
        <w:rPr>
          <w:b/>
        </w:rPr>
        <w:t xml:space="preserve">[47:54] </w:t>
      </w:r>
      <w:r>
        <w:t>kahin bhi jalaya jaye is ka kaam hai andhere ko door karna aur roshni phailana isi tarah momin</w:t>
      </w:r>
    </w:p>
    <w:p>
      <w:pPr>
        <w:jc w:val="right"/>
      </w:pPr>
      <w:r>
        <w:t>کہیں بھی جلایا جائے اس کا کام ہے اندھیرے کو دور کرنا اور روشنی پھیلانا اسی طرح مومن</w:t>
      </w:r>
    </w:p>
    <w:p>
      <w:r>
        <w:rPr>
          <w:b/>
        </w:rPr>
        <w:t xml:space="preserve">[48:01] </w:t>
      </w:r>
      <w:r>
        <w:t>bande jahan kahin bhi jayen un ka kaam hai logon tak khudai paigham ko pahunchana shafi ahmed dar</w:t>
      </w:r>
    </w:p>
    <w:p>
      <w:pPr>
        <w:jc w:val="right"/>
      </w:pPr>
      <w:r>
        <w:t>بندے جہاں کہیں بھی جائیں ان کا کام ہے لوگوں تک خدائی پیغام کو پہنچانا شفیع احمد ڈار</w:t>
      </w:r>
    </w:p>
    <w:p>
      <w:r>
        <w:rPr>
          <w:b/>
        </w:rPr>
        <w:t xml:space="preserve">[48:09] </w:t>
      </w:r>
      <w:r>
        <w:t>sahib ne srinagar se likha hai maulana sahib today i learned that land based</w:t>
      </w:r>
    </w:p>
    <w:p>
      <w:pPr>
        <w:jc w:val="right"/>
      </w:pPr>
      <w:r>
        <w:t>صاحب نے سری نگر سے لکھا ہے مولانا صاحب today I learned that land based</w:t>
      </w:r>
    </w:p>
    <w:p>
      <w:r>
        <w:rPr>
          <w:b/>
        </w:rPr>
        <w:t xml:space="preserve">[48:16] </w:t>
      </w:r>
      <w:r>
        <w:t>politics is irrelevant in modern world and muslims should know that there are a lot of opportunities for</w:t>
      </w:r>
    </w:p>
    <w:p>
      <w:pPr>
        <w:jc w:val="right"/>
      </w:pPr>
      <w:r>
        <w:t>politics is irrelevant in modern world and مسلمs should know that there are a lot of opportunities for</w:t>
      </w:r>
    </w:p>
    <w:p>
      <w:r>
        <w:rPr>
          <w:b/>
        </w:rPr>
        <w:t xml:space="preserve">[48:24] </w:t>
      </w:r>
      <w:r>
        <w:t>daawat work modern tourism has opened tremendous opportunities to make daawat work possible land based conflict should not</w:t>
      </w:r>
    </w:p>
    <w:p>
      <w:pPr>
        <w:jc w:val="right"/>
      </w:pPr>
      <w:r>
        <w:t>دعوت work modern tourism has opened tremendous opportunities to make دعوت work possible land based conflict should not</w:t>
      </w:r>
    </w:p>
    <w:p>
      <w:r>
        <w:rPr>
          <w:b/>
        </w:rPr>
        <w:t xml:space="preserve">[48:31] </w:t>
      </w:r>
      <w:r>
        <w:t>be a hurdle in daawat work and we should preserve historical places and use them for daawat work</w:t>
      </w:r>
    </w:p>
    <w:p>
      <w:pPr>
        <w:jc w:val="right"/>
      </w:pPr>
      <w:r>
        <w:t>be a hurdle in دعوت work and we should preserve historical places and use them for دعوت work</w:t>
      </w:r>
    </w:p>
    <w:p>
      <w:r>
        <w:rPr>
          <w:b/>
        </w:rPr>
        <w:t xml:space="preserve">[48:39] </w:t>
      </w:r>
      <w:r>
        <w:t>the success in this world and hereafter is</w:t>
      </w:r>
    </w:p>
    <w:p>
      <w:pPr>
        <w:jc w:val="right"/>
      </w:pPr>
      <w:r>
        <w:t>the success in this world and hereafter is</w:t>
      </w:r>
    </w:p>
    <w:p>
      <w:r>
        <w:rPr>
          <w:b/>
        </w:rPr>
        <w:t xml:space="preserve">[48:46] </w:t>
      </w:r>
      <w:r>
        <w:t>hidden in the daawat work jazak allah maulana sahib for giving us a pearl of wisdom today doctor</w:t>
      </w:r>
    </w:p>
    <w:p>
      <w:pPr>
        <w:jc w:val="right"/>
      </w:pPr>
      <w:r>
        <w:t>hidden in the دعوت work جزاک اللہ مولانا صاحب for giving us a pearl of wisdom today ڈاکٹر</w:t>
      </w:r>
    </w:p>
    <w:p>
      <w:r>
        <w:rPr>
          <w:b/>
        </w:rPr>
        <w:t xml:space="preserve">[48:54] </w:t>
      </w:r>
      <w:r>
        <w:t>aslam khan ne saharanpur se likha hai actually aaj ke muslim scholars ne islam ko private limited</w:t>
      </w:r>
    </w:p>
    <w:p>
      <w:pPr>
        <w:jc w:val="right"/>
      </w:pPr>
      <w:r>
        <w:t>اسلم خان نے سہارن پور سے لکھا ہے actually آج کے مسلم scholars نے اسلام کو private limited</w:t>
      </w:r>
    </w:p>
    <w:p>
      <w:r>
        <w:rPr>
          <w:b/>
        </w:rPr>
        <w:t xml:space="preserve">[49:01] </w:t>
      </w:r>
      <w:r>
        <w:t>bana liya hai jabke islam universal divine guidance hai maulana aap tanhai spiritual scientist hain jo is secret</w:t>
      </w:r>
    </w:p>
    <w:p>
      <w:pPr>
        <w:jc w:val="right"/>
      </w:pPr>
      <w:r>
        <w:t>بنا لیا ہے جبکہ اسلام universal divine guidance ہے مولانا آپ تنہا spiritual scientist ہیں جو اس secret</w:t>
      </w:r>
    </w:p>
    <w:p>
      <w:r>
        <w:rPr>
          <w:b/>
        </w:rPr>
        <w:t xml:space="preserve">[49:09] </w:t>
      </w:r>
      <w:r>
        <w:t>ko sab ke liye understandable bana rahe hain faraz khan ne kolkata se</w:t>
      </w:r>
    </w:p>
    <w:p>
      <w:pPr>
        <w:jc w:val="right"/>
      </w:pPr>
      <w:r>
        <w:t>کو سب کے لیے understandable بنا رہے ہیں فراز خان نے کلکتہ سے</w:t>
      </w:r>
    </w:p>
    <w:p>
      <w:r>
        <w:rPr>
          <w:b/>
        </w:rPr>
        <w:t xml:space="preserve">[49:16] </w:t>
      </w:r>
      <w:r>
        <w:t>likha hai we seek eternal peace and happiness in our children spouses jobs businesses etc but we never</w:t>
      </w:r>
    </w:p>
    <w:p>
      <w:pPr>
        <w:jc w:val="right"/>
      </w:pPr>
      <w:r>
        <w:t>لکھا ہے we seek eternal peace and happiness in our children spouses jobs businesses etc but we never</w:t>
      </w:r>
    </w:p>
    <w:p>
      <w:r>
        <w:rPr>
          <w:b/>
        </w:rPr>
        <w:t xml:space="preserve">[49:24] </w:t>
      </w:r>
      <w:r>
        <w:t>think about god heart and soul that is why we suffer so much parvez zargar sahib ne sri</w:t>
      </w:r>
    </w:p>
    <w:p>
      <w:pPr>
        <w:jc w:val="right"/>
      </w:pPr>
      <w:r>
        <w:t>think about God heart and soul that is why we suffer so much پرویز زرگار صاحب نے سری</w:t>
      </w:r>
    </w:p>
    <w:p>
      <w:r>
        <w:rPr>
          <w:b/>
        </w:rPr>
        <w:t xml:space="preserve">[49:32] </w:t>
      </w:r>
      <w:r>
        <w:t>nagar se likha hai maulana natural way of communicating with mankind like necessary drinking water not hurting the</w:t>
      </w:r>
    </w:p>
    <w:p>
      <w:pPr>
        <w:jc w:val="right"/>
      </w:pPr>
      <w:r>
        <w:t>نگر سے لکھا ہے مولانا natural way of communicating with mankind like necessary drinking water not hurting the</w:t>
      </w:r>
    </w:p>
    <w:p>
      <w:r>
        <w:rPr>
          <w:b/>
        </w:rPr>
        <w:t xml:space="preserve">[49:39] </w:t>
      </w:r>
      <w:r>
        <w:t>feelings of others not politicizing the religion may</w:t>
      </w:r>
    </w:p>
    <w:p>
      <w:pPr>
        <w:jc w:val="right"/>
      </w:pPr>
      <w:r>
        <w:t>feelings of others not politicizing the religion may</w:t>
      </w:r>
    </w:p>
    <w:p>
      <w:r>
        <w:rPr>
          <w:b/>
        </w:rPr>
        <w:t xml:space="preserve">[49:47] </w:t>
      </w:r>
      <w:r>
        <w:t>allah bless you us and the whole mankind maulana aap sawal lena chahenge pehla sawal aya hai</w:t>
      </w:r>
    </w:p>
    <w:p>
      <w:pPr>
        <w:jc w:val="right"/>
      </w:pPr>
      <w:r>
        <w:t>اللہ bless you us and the whole mankind مولانا آپ سوال لینا چاہیں گے پہلا سوال آیا ہے</w:t>
      </w:r>
    </w:p>
    <w:p>
      <w:r>
        <w:rPr>
          <w:b/>
        </w:rPr>
        <w:t xml:space="preserve">[49:57] </w:t>
      </w:r>
      <w:r>
        <w:t>maulana iqbal umri ka chennai se unhon ne likha hai maulana dawati mizaj na hone ka nuqsan kya</w:t>
      </w:r>
    </w:p>
    <w:p>
      <w:pPr>
        <w:jc w:val="right"/>
      </w:pPr>
      <w:r>
        <w:t>مولانا اقبال عمری کا چنئی سے انہوں نے لکھا ہے مولانا دعوتی مزاج نہ ہونے کا نقصان کیا</w:t>
      </w:r>
    </w:p>
    <w:p>
      <w:r>
        <w:rPr>
          <w:b/>
        </w:rPr>
        <w:t xml:space="preserve">[50:07] </w:t>
      </w:r>
      <w:r>
        <w:t>hai mayusi aur mehroomi aur mawaqe ko avel na karna</w:t>
      </w:r>
    </w:p>
    <w:p>
      <w:pPr>
        <w:jc w:val="right"/>
      </w:pPr>
      <w:r>
        <w:t>ہے مایوسی اور محرومی اور مواقع کو اویل نہ کرنا</w:t>
      </w:r>
    </w:p>
    <w:p>
      <w:r>
        <w:rPr>
          <w:b/>
        </w:rPr>
        <w:t xml:space="preserve">[50:17] </w:t>
      </w:r>
      <w:r>
        <w:t>is par kuch aap hum sab ko batayen aap ne sahi farmaya aur main samajhta hoon ke sab</w:t>
      </w:r>
    </w:p>
    <w:p>
      <w:pPr>
        <w:jc w:val="right"/>
      </w:pPr>
      <w:r>
        <w:t>اس پر کچھ آپ ہم سب کو بتائیں آپ نے صحیح فرمایا اور میں سمجھتا ہوں کہ سب</w:t>
      </w:r>
    </w:p>
    <w:p>
      <w:r>
        <w:rPr>
          <w:b/>
        </w:rPr>
        <w:t xml:space="preserve">[50:28] </w:t>
      </w:r>
      <w:r>
        <w:t>se badi maloomat shayad yeh hai ke daawat hum ko ek bohat bada chance de rahi hai bohat</w:t>
      </w:r>
    </w:p>
    <w:p>
      <w:pPr>
        <w:jc w:val="right"/>
      </w:pPr>
      <w:r>
        <w:t>سے بڑی معلومات شاید یہ ہے کہ دعوت ہم کو ایک بہت بڑا chance دے رہی ہے بہت</w:t>
      </w:r>
    </w:p>
    <w:p>
      <w:r>
        <w:rPr>
          <w:b/>
        </w:rPr>
        <w:t xml:space="preserve">[50:39] </w:t>
      </w:r>
      <w:r>
        <w:t>bada woh yeh ke hum allah ke paighambar ban saken</w:t>
      </w:r>
    </w:p>
    <w:p>
      <w:pPr>
        <w:jc w:val="right"/>
      </w:pPr>
      <w:r>
        <w:t>بڑا وہ یہ کہ ہم اللہ کے پیغمبر بن سکیں</w:t>
      </w:r>
    </w:p>
    <w:p>
      <w:r>
        <w:rPr>
          <w:b/>
        </w:rPr>
        <w:t xml:space="preserve">[50:49] </w:t>
      </w:r>
      <w:r>
        <w:t>allah ka paigham pahunchane wale ban saken allah ke numainda ban saken main nahi samajhta ke is se</w:t>
      </w:r>
    </w:p>
    <w:p>
      <w:pPr>
        <w:jc w:val="right"/>
      </w:pPr>
      <w:r>
        <w:t>اللہ کا پیغام پہنچانے والے بن سکیں اللہ کے نمائندہ بن سکیں میں نہیں سمجھتا کہ اس سے</w:t>
      </w:r>
    </w:p>
    <w:p>
      <w:r>
        <w:rPr>
          <w:b/>
        </w:rPr>
        <w:t xml:space="preserve">[50:58] </w:t>
      </w:r>
      <w:r>
        <w:t>bhi bada koi mauqa ho sakta hai allah ne jo quran bheja hai to khud quran to chal</w:t>
      </w:r>
    </w:p>
    <w:p>
      <w:pPr>
        <w:jc w:val="right"/>
      </w:pPr>
      <w:r>
        <w:t>بھی بڑا کوئی موقع ہو سکتا ہے اللہ نے جو قرآن بھیجا ہے تو خود قرآن تو چل</w:t>
      </w:r>
    </w:p>
    <w:p>
      <w:r>
        <w:rPr>
          <w:b/>
        </w:rPr>
        <w:t xml:space="preserve">[51:06] </w:t>
      </w:r>
      <w:r>
        <w:t>kar nahi pahunchega logon ko koi chahiye jo is ko le aur pahunchaye to quran intezar kar</w:t>
      </w:r>
    </w:p>
    <w:p>
      <w:pPr>
        <w:jc w:val="right"/>
      </w:pPr>
      <w:r>
        <w:t>کر نہیں پہنچے گا لوگوں کو کوئی چاہیے جو اس کو لے اور پہنچائے تو قرآن انتظار کر</w:t>
      </w:r>
    </w:p>
    <w:p>
      <w:r>
        <w:rPr>
          <w:b/>
        </w:rPr>
        <w:t xml:space="preserve">[51:15] </w:t>
      </w:r>
      <w:r>
        <w:t>raha hai ke aye logon aao yahan tumhare liye ek mauqa hai</w:t>
      </w:r>
    </w:p>
    <w:p>
      <w:pPr>
        <w:jc w:val="right"/>
      </w:pPr>
      <w:r>
        <w:t>رہا ہے کہ اے لوگوں آؤ یہاں تمہارے لیے ایک موقع ہے</w:t>
      </w:r>
    </w:p>
    <w:p>
      <w:r>
        <w:rPr>
          <w:b/>
        </w:rPr>
        <w:t xml:space="preserve">[51:23] </w:t>
      </w:r>
      <w:r>
        <w:t>to mein samajhta hoon ke jo aadmi daai ki hesiyat se khara hota hai us ko aik ajeeb</w:t>
      </w:r>
    </w:p>
    <w:p>
      <w:pPr>
        <w:jc w:val="right"/>
      </w:pPr>
      <w:r>
        <w:t>تو میں سمجھتا ہوں کہ جو آدمی داعی کی حیثیت سے کھڑا ہوتا ہے اس کو ایک عجیب</w:t>
      </w:r>
    </w:p>
    <w:p>
      <w:r>
        <w:rPr>
          <w:b/>
        </w:rPr>
        <w:t xml:space="preserve">[51:33] </w:t>
      </w:r>
      <w:r>
        <w:t>ghareeb Allah ki blessing ka haq mil jata hai ke woh Allah ka numainda bane Allah ka aadmi</w:t>
      </w:r>
    </w:p>
    <w:p>
      <w:pPr>
        <w:jc w:val="right"/>
      </w:pPr>
      <w:r>
        <w:t>غریب اللہ کی blessing کا حق مل جاتا ہے کہ وہ اللہ کا نمائندہ بنے اللہ کا آدمی</w:t>
      </w:r>
    </w:p>
    <w:p>
      <w:r>
        <w:rPr>
          <w:b/>
        </w:rPr>
        <w:t xml:space="preserve">[51:43] </w:t>
      </w:r>
      <w:r>
        <w:t>bane is se bari is se bari baat kya ho sakti hai Maulana agla</w:t>
      </w:r>
    </w:p>
    <w:p>
      <w:pPr>
        <w:jc w:val="right"/>
      </w:pPr>
      <w:r>
        <w:t>بنے اس سے بڑی اس سے بڑی بات کیا ہو سکتی ہے مولانا اگلا</w:t>
      </w:r>
    </w:p>
    <w:p>
      <w:r>
        <w:rPr>
          <w:b/>
        </w:rPr>
        <w:t xml:space="preserve">[51:53] </w:t>
      </w:r>
      <w:r>
        <w:t>sawal bheja hai Muhammad Sohail sahib ne Bangladesh se unhone likha hai Maulana sahib you say that universe is like universal news for humanity can you elaborate on this as I did not understand it properly mein to jab khada hota hoon nature ke samne to mujhe lagta hai ke har cheez</w:t>
      </w:r>
    </w:p>
    <w:p>
      <w:pPr>
        <w:jc w:val="right"/>
      </w:pPr>
      <w:r>
        <w:t>سوال بھیجا ہے محمد سہیل صاحب نے بنگلہ دیش سے انہوں نے لکھا ہے مولانا صاحب you say that universe is like universal news for humanity can you elaborate on this as I did not understand it properly میں تو جب کھڑا ہوتا ہوں nature کے سامنے تو مجھے لگتا ہے کہ ہر چیز</w:t>
      </w:r>
    </w:p>
    <w:p>
      <w:r>
        <w:rPr>
          <w:b/>
        </w:rPr>
        <w:t xml:space="preserve">[52:23] </w:t>
      </w:r>
      <w:r>
        <w:t>aik khabar de rahi hai apne creator ki khabar creator ka message har aik ke paas hai chahe</w:t>
      </w:r>
    </w:p>
    <w:p>
      <w:pPr>
        <w:jc w:val="right"/>
      </w:pPr>
      <w:r>
        <w:t>ایک خبر دے رہی ہے اپنے creator کی خبر creator کا message ہر ایک کے پاس ہے چاہے</w:t>
      </w:r>
    </w:p>
    <w:p>
      <w:r>
        <w:rPr>
          <w:b/>
        </w:rPr>
        <w:t xml:space="preserve">[52:34] </w:t>
      </w:r>
      <w:r>
        <w:t>woh darakht ho chahe suraj ho chahe hawa ho chahe badal ho Quran mein likha aata hai ke</w:t>
      </w:r>
    </w:p>
    <w:p>
      <w:pPr>
        <w:jc w:val="right"/>
      </w:pPr>
      <w:r>
        <w:t>وہ درخت ہو چاہے سورج ہو چاہے ہوا ہو چاہے بادل ہو قرآن میں لکھا آتا ہے کہ</w:t>
      </w:r>
    </w:p>
    <w:p>
      <w:r>
        <w:rPr>
          <w:b/>
        </w:rPr>
        <w:t xml:space="preserve">[52:44] </w:t>
      </w:r>
      <w:r>
        <w:t>asbah al-ra'd wa bihamdi wal-mala'ikatu min khaifati yaani badal jab garajta hai to woh bhi Allah ka paigham pohanchata hai</w:t>
      </w:r>
    </w:p>
    <w:p>
      <w:pPr>
        <w:jc w:val="right"/>
      </w:pPr>
      <w:r>
        <w:t>اسبہ الرعد و بحمدی والملائکۃ من خیفتی یعنی بادل جب گرجتا ہے تو وہ بھی اللہ کا پیغام پہنچاتا ہے</w:t>
      </w:r>
    </w:p>
    <w:p>
      <w:r>
        <w:rPr>
          <w:b/>
        </w:rPr>
        <w:t xml:space="preserve">[52:55] </w:t>
      </w:r>
      <w:r>
        <w:t>to yahi to matlab is ka hai badal ko aap garaj ke roop mein na lein balkay Allah</w:t>
      </w:r>
    </w:p>
    <w:p>
      <w:pPr>
        <w:jc w:val="right"/>
      </w:pPr>
      <w:r>
        <w:t>تو یہی تو مطلب اس کا ہے بادل کو آپ گرج کے روپ میں نہ لیں بلکہ اللہ</w:t>
      </w:r>
    </w:p>
    <w:p>
      <w:r>
        <w:rPr>
          <w:b/>
        </w:rPr>
        <w:t xml:space="preserve">[53:02] </w:t>
      </w:r>
      <w:r>
        <w:t>ke paigham ke roop mein lein to aap ko lagay ke isi tarah doosray nature ke doosray hissay</w:t>
      </w:r>
    </w:p>
    <w:p>
      <w:pPr>
        <w:jc w:val="right"/>
      </w:pPr>
      <w:r>
        <w:t>کے پیغام کے روپ میں لیں تو آپ کو لگے کہ اسی طرح دوسرے nature کے دوسرے حصے</w:t>
      </w:r>
    </w:p>
    <w:p>
      <w:r>
        <w:rPr>
          <w:b/>
        </w:rPr>
        <w:t xml:space="preserve">[53:10] </w:t>
      </w:r>
      <w:r>
        <w:t>ko lagay ke yeh to Allah ka paigham pohancha rahay hain yeh to Quran mein hai asbah al-ra'd</w:t>
      </w:r>
    </w:p>
    <w:p>
      <w:pPr>
        <w:jc w:val="right"/>
      </w:pPr>
      <w:r>
        <w:t>کو لگے کہ یہ تو اللہ کا پیغام پہنچا رہے ہیں یہ تو قرآن میں ہے اسبہ الرعد</w:t>
      </w:r>
    </w:p>
    <w:p>
      <w:r>
        <w:rPr>
          <w:b/>
        </w:rPr>
        <w:t xml:space="preserve">[53:18] </w:t>
      </w:r>
      <w:r>
        <w:t>wa bihamdi bijli jab garajti hai to woh Allah ki hamd ka</w:t>
      </w:r>
    </w:p>
    <w:p>
      <w:pPr>
        <w:jc w:val="right"/>
      </w:pPr>
      <w:r>
        <w:t>و بحمدی بجلی جب گرجتی ہے تو وہ اللہ کی حمد کا</w:t>
      </w:r>
    </w:p>
    <w:p>
      <w:r>
        <w:rPr>
          <w:b/>
        </w:rPr>
        <w:t xml:space="preserve">[53:25] </w:t>
      </w:r>
      <w:r>
        <w:t>paigham pohanchati hai logon ko aisi tamam jitni bhi cheezein hain nature ki woh sab yahi kar rahi hain sirf sunne ki zaroorat hai bas Maulana Delhi se sawal kiya hai Zubair Ahmed Shah sahib ne unhone aapse poocha hai ke what is the cause of intellectual dwarfism that is prevalent among current age Muslims is ki wajah hai ke log ek yeh baat logon ko concern nahi hai ke intellectual development kari</w:t>
      </w:r>
    </w:p>
    <w:p>
      <w:pPr>
        <w:jc w:val="right"/>
      </w:pPr>
      <w:r>
        <w:t>پیغام پہنچاتی ہے لوگوں کو ایسی تمام جتنی بھی چیزیں ہیں nature کی وہ سب یہی کر رہی ہیں صرف سننے کی ضرورت ہے بس مولانا دلی سے سوال کیا ہے زبیر احمد شاہ صاحب نے انہوں نے آپ سے پوچھا ہے کہ what is the cause of intellectual dwarfism that is prevalent among current age مسلمs اس کی وجہ ہے کہ لوگ ایک یہ بات لوگوں کو concern نہیں ہے کہ intellectual development کری</w:t>
      </w:r>
    </w:p>
    <w:p>
      <w:r>
        <w:rPr>
          <w:b/>
        </w:rPr>
        <w:t xml:space="preserve">[53:55] </w:t>
      </w:r>
      <w:r>
        <w:t>n to dawar ban rahay hain jab aap develop nahi karengay apni aqal ko to dawar ban</w:t>
      </w:r>
    </w:p>
    <w:p>
      <w:pPr>
        <w:jc w:val="right"/>
      </w:pPr>
      <w:r>
        <w:t>ں تو ڈوار بن رہے ہیں جب آپ develop نہیں کریں گے اپنی عقل کو تو ڈوار بن</w:t>
      </w:r>
    </w:p>
    <w:p>
      <w:r>
        <w:rPr>
          <w:b/>
        </w:rPr>
        <w:t xml:space="preserve">[54:03] </w:t>
      </w:r>
      <w:r>
        <w:t>jayengay to yeh yeh yeh yeh concept hi nahi hai aap jaiye masjidon mein jaiye madarson</w:t>
      </w:r>
    </w:p>
    <w:p>
      <w:pPr>
        <w:jc w:val="right"/>
      </w:pPr>
      <w:r>
        <w:t>جائیں گے تو یہ یہ یہ یہ یہ concept ہی نہیں ہے آپ جائیے مسجدوں میں جائیے مدرسوں</w:t>
      </w:r>
    </w:p>
    <w:p>
      <w:r>
        <w:rPr>
          <w:b/>
        </w:rPr>
        <w:t xml:space="preserve">[54:11] </w:t>
      </w:r>
      <w:r>
        <w:t>mein jaiye jalson mein jaiye kahin yeh baat kahi nahi jati musalmanon ke madarse musalmanon ki masjidain musalmanon</w:t>
      </w:r>
    </w:p>
    <w:p>
      <w:pPr>
        <w:jc w:val="right"/>
      </w:pPr>
      <w:r>
        <w:t>میں جائیے جلسوں میں جائیے کہیں یہ بات کہی نہیں جاتی مسلمانوں کے مدرسے مسلمانوں کی مسجدیں مسلمانوں</w:t>
      </w:r>
    </w:p>
    <w:p>
      <w:r>
        <w:rPr>
          <w:b/>
        </w:rPr>
        <w:t xml:space="preserve">[54:19] </w:t>
      </w:r>
      <w:r>
        <w:t>ke jalsay yeh baat kahin kahi nahi ja rahi ke apnay ko develop karo</w:t>
      </w:r>
    </w:p>
    <w:p>
      <w:pPr>
        <w:jc w:val="right"/>
      </w:pPr>
      <w:r>
        <w:t>کے جلسے یہ بات کہیں کہی نہیں جا رہی کہ اپنے کو develop کرو</w:t>
      </w:r>
    </w:p>
    <w:p>
      <w:r>
        <w:rPr>
          <w:b/>
        </w:rPr>
        <w:t xml:space="preserve">[54:27] </w:t>
      </w:r>
      <w:r>
        <w:t>personally development intellectual development spiritual development yeh baat kahin kahi nahi ja rahi to logon ko is ka</w:t>
      </w:r>
    </w:p>
    <w:p>
      <w:pPr>
        <w:jc w:val="right"/>
      </w:pPr>
      <w:r>
        <w:t>personally development intellectual development spiritual development یہ بات کہیں کہی نہیں جا رہی تو لوگوں کو اس کا</w:t>
      </w:r>
    </w:p>
    <w:p>
      <w:r>
        <w:rPr>
          <w:b/>
        </w:rPr>
        <w:t xml:space="preserve">[54:34] </w:t>
      </w:r>
      <w:r>
        <w:t>shauq bhi nahi to to dawars to banengay ji Maulana kuch comments parhna chahengay jo abhi</w:t>
      </w:r>
    </w:p>
    <w:p>
      <w:pPr>
        <w:jc w:val="right"/>
      </w:pPr>
      <w:r>
        <w:t>شوق بھی نہیں تو تو ڈوارز تو بنیں گے جی مولانا کچھ comments پڑھنا چاہیں گے جو ابھی</w:t>
      </w:r>
    </w:p>
    <w:p>
      <w:r>
        <w:rPr>
          <w:b/>
        </w:rPr>
        <w:t xml:space="preserve">[54:42] </w:t>
      </w:r>
      <w:r>
        <w:t>abhi aaye hain pehla comment aaya hai miss karotlin kaash srinagar se unhon ne likha hai in</w:t>
      </w:r>
    </w:p>
    <w:p>
      <w:pPr>
        <w:jc w:val="right"/>
      </w:pPr>
      <w:r>
        <w:t>ابھی آئے ہیں پہلا comment آیا ہے مس کروتلین کاش سری نگر سے انہوں نے لکھا ہے in</w:t>
      </w:r>
    </w:p>
    <w:p>
      <w:r>
        <w:rPr>
          <w:b/>
        </w:rPr>
        <w:t xml:space="preserve">[54:50] </w:t>
      </w:r>
      <w:r>
        <w:t>today's lecture you have deliberated on a number of vital issues</w:t>
      </w:r>
    </w:p>
    <w:p>
      <w:pPr>
        <w:jc w:val="right"/>
      </w:pPr>
      <w:r>
        <w:t>today's lecture you have deliberated on a number of vital issues</w:t>
      </w:r>
    </w:p>
    <w:p>
      <w:r>
        <w:rPr>
          <w:b/>
        </w:rPr>
        <w:t xml:space="preserve">[54:58] </w:t>
      </w:r>
      <w:r>
        <w:t>the most important ones are unawareness of muslims about the creation plan of the creator and another that</w:t>
      </w:r>
    </w:p>
    <w:p>
      <w:pPr>
        <w:jc w:val="right"/>
      </w:pPr>
      <w:r>
        <w:t>the most important ones are unawareness of مسلمs about the creation plan of the creator and another that</w:t>
      </w:r>
    </w:p>
    <w:p>
      <w:r>
        <w:rPr>
          <w:b/>
        </w:rPr>
        <w:t xml:space="preserve">[55:05] </w:t>
      </w:r>
      <w:r>
        <w:t>of revering quran in letter not in spirit your assertion that it's obligatory for muslims to distribute quran</w:t>
      </w:r>
    </w:p>
    <w:p>
      <w:pPr>
        <w:jc w:val="right"/>
      </w:pPr>
      <w:r>
        <w:t>of revering قرآن in letter not in spirit your assertion that it's obligatory for مسلمs to distribute قرآن</w:t>
      </w:r>
    </w:p>
    <w:p>
      <w:r>
        <w:rPr>
          <w:b/>
        </w:rPr>
        <w:t xml:space="preserve">[55:13] </w:t>
      </w:r>
      <w:r>
        <w:t>in all languages wherever and whenever they can is a message muslims can't afford to ignore the fact</w:t>
      </w:r>
    </w:p>
    <w:p>
      <w:pPr>
        <w:jc w:val="right"/>
      </w:pPr>
      <w:r>
        <w:t>in all languages wherever and whenever they can is a message مسلمs can't afford to ignore the fact</w:t>
      </w:r>
    </w:p>
    <w:p>
      <w:r>
        <w:rPr>
          <w:b/>
        </w:rPr>
        <w:t xml:space="preserve">[55:20] </w:t>
      </w:r>
      <w:r>
        <w:t>that there is a sea of facilities that makes our j</w:t>
      </w:r>
    </w:p>
    <w:p>
      <w:pPr>
        <w:jc w:val="right"/>
      </w:pPr>
      <w:r>
        <w:t>that there is a sea of facilities that makes our j</w:t>
      </w:r>
    </w:p>
    <w:p>
      <w:r>
        <w:rPr>
          <w:b/>
        </w:rPr>
        <w:t xml:space="preserve">[55:28] </w:t>
      </w:r>
      <w:r>
        <w:t>ob very easy is beyond doubt i think you to be the only scholar who make make us</w:t>
      </w:r>
    </w:p>
    <w:p>
      <w:pPr>
        <w:jc w:val="right"/>
      </w:pPr>
      <w:r>
        <w:t>ob very easy is beyond doubt I think you to be the only scholar who make make us</w:t>
      </w:r>
    </w:p>
    <w:p>
      <w:r>
        <w:rPr>
          <w:b/>
        </w:rPr>
        <w:t xml:space="preserve">[55:35] </w:t>
      </w:r>
      <w:r>
        <w:t>aware of our duties and we have to be extremely grateful to you for this we will be</w:t>
      </w:r>
    </w:p>
    <w:p>
      <w:pPr>
        <w:jc w:val="right"/>
      </w:pPr>
      <w:r>
        <w:t>aware of our duties and we have to be extremely grateful to you for this we will be</w:t>
      </w:r>
    </w:p>
    <w:p>
      <w:r>
        <w:rPr>
          <w:b/>
        </w:rPr>
        <w:t xml:space="preserve">[55:43] </w:t>
      </w:r>
      <w:r>
        <w:t>doing a great disservice to the mission of dawah if we fail to follow the message thank you</w:t>
      </w:r>
    </w:p>
    <w:p>
      <w:pPr>
        <w:jc w:val="right"/>
      </w:pPr>
      <w:r>
        <w:t>doing a great disservice to the mission of دعوت if we fail to follow the message thank you</w:t>
      </w:r>
    </w:p>
    <w:p>
      <w:r>
        <w:rPr>
          <w:b/>
        </w:rPr>
        <w:t xml:space="preserve">[55:50] </w:t>
      </w:r>
      <w:r>
        <w:t>very much for such an enlightening lecture musa musallama siddiqui ne dili se likha hai</w:t>
      </w:r>
    </w:p>
    <w:p>
      <w:pPr>
        <w:jc w:val="right"/>
      </w:pPr>
      <w:r>
        <w:t>very much for such an enlightening lecture مس مسلمہ صدیقی نے دلی سے لکھا ہے</w:t>
      </w:r>
    </w:p>
    <w:p>
      <w:r>
        <w:rPr>
          <w:b/>
        </w:rPr>
        <w:t xml:space="preserve">[55:58] </w:t>
      </w:r>
      <w:r>
        <w:t>aaj realize hua ke allah ne itne mauqe khol diye hain aur use bhi hum istemal na karein</w:t>
      </w:r>
    </w:p>
    <w:p>
      <w:pPr>
        <w:jc w:val="right"/>
      </w:pPr>
      <w:r>
        <w:t>آج realize ہوا کہ اللہ نے اتنے موقع کھول دیے ہیں اور اسے بھی ہم استعمال نہ کریں</w:t>
      </w:r>
    </w:p>
    <w:p>
      <w:r>
        <w:rPr>
          <w:b/>
        </w:rPr>
        <w:t xml:space="preserve">[56:06] </w:t>
      </w:r>
      <w:r>
        <w:t>to allah ki kitni badi rehmat se mehroom reh sakte hain riyaz bhatt sahib ne maulana apna comment</w:t>
      </w:r>
    </w:p>
    <w:p>
      <w:pPr>
        <w:jc w:val="right"/>
      </w:pPr>
      <w:r>
        <w:t>تو اللہ کی کتنی بڑی رحمت سے محروم رہ سکتے ہیں ریاض بھٹ صاحب نے مولانا اپنا comment</w:t>
      </w:r>
    </w:p>
    <w:p>
      <w:r>
        <w:rPr>
          <w:b/>
        </w:rPr>
        <w:t xml:space="preserve">[56:13] </w:t>
      </w:r>
      <w:r>
        <w:t>aur isi mein ek aap se sawal bhi pucha hai unhone likha hai in my opinion the</w:t>
      </w:r>
    </w:p>
    <w:p>
      <w:pPr>
        <w:jc w:val="right"/>
      </w:pPr>
      <w:r>
        <w:t>اور اسی میں ایک آپ سے سوال بھی پوچھا ہے انہوں نے لکھا ہے in my opinion the</w:t>
      </w:r>
    </w:p>
    <w:p>
      <w:r>
        <w:rPr>
          <w:b/>
        </w:rPr>
        <w:t xml:space="preserve">[56:21] </w:t>
      </w:r>
      <w:r>
        <w:t>believer has to be a universal benefactor like sun moon air and water</w:t>
      </w:r>
    </w:p>
    <w:p>
      <w:pPr>
        <w:jc w:val="right"/>
      </w:pPr>
      <w:r>
        <w:t>believer has to be a universal benefactor like sun moon air and water</w:t>
      </w:r>
    </w:p>
    <w:p>
      <w:r>
        <w:rPr>
          <w:b/>
        </w:rPr>
        <w:t xml:space="preserve">[56:29] </w:t>
      </w:r>
      <w:r>
        <w:t>this was my today's take away from your lecture maulana sahib am i right in my thinking bahut sahi</w:t>
      </w:r>
    </w:p>
    <w:p>
      <w:pPr>
        <w:jc w:val="right"/>
      </w:pPr>
      <w:r>
        <w:t>this was my today's take away from your lecture مولانا صاحب am Iright in my thinking بہت صحیح</w:t>
      </w:r>
    </w:p>
    <w:p>
      <w:r>
        <w:rPr>
          <w:b/>
        </w:rPr>
        <w:t xml:space="preserve">[56:36] </w:t>
      </w:r>
      <w:r>
        <w:t>bilkul sahi baat hai ji yaqoob maulana yaqoob umri sahib ne comment bheja hai maulana today for the</w:t>
      </w:r>
    </w:p>
    <w:p>
      <w:pPr>
        <w:jc w:val="right"/>
      </w:pPr>
      <w:r>
        <w:t>بالکل صحیح بات ہے جی یعقوب مولانا یعقوب عمری صاحب نے comment بھیجا ہے مولانا today for the</w:t>
      </w:r>
    </w:p>
    <w:p>
      <w:r>
        <w:rPr>
          <w:b/>
        </w:rPr>
        <w:t xml:space="preserve">[56:44] </w:t>
      </w:r>
      <w:r>
        <w:t>first time i have discovered that modern age is the age of global dawat age and it inspired</w:t>
      </w:r>
    </w:p>
    <w:p>
      <w:pPr>
        <w:jc w:val="right"/>
      </w:pPr>
      <w:r>
        <w:t>first time I have discovered that modern age is the age of global دعوت age and it inspired</w:t>
      </w:r>
    </w:p>
    <w:p>
      <w:r>
        <w:rPr>
          <w:b/>
        </w:rPr>
        <w:t xml:space="preserve">[56:51] </w:t>
      </w:r>
      <w:r>
        <w:t>me to replan accordingly jazak allah</w:t>
      </w:r>
    </w:p>
    <w:p>
      <w:pPr>
        <w:jc w:val="right"/>
      </w:pPr>
      <w:r>
        <w:t>me to replan accordingly جزاک اللہ</w:t>
      </w:r>
    </w:p>
    <w:p>
      <w:r>
        <w:rPr>
          <w:b/>
        </w:rPr>
        <w:t xml:space="preserve">[56:59] </w:t>
      </w:r>
      <w:r>
        <w:t>maulana sahab doctor safeena tabassum ne ajmer se maulana aapse sawal kiya hai unhone likha hai ke maulana sahab kya kisi haal mein complaint karna allowed hai iske bare mein bataein dekhiye logon ka logon ko alternative ka pata nahi complaint ke alternative ka</w:t>
      </w:r>
    </w:p>
    <w:p>
      <w:pPr>
        <w:jc w:val="right"/>
      </w:pPr>
      <w:r>
        <w:t>مولانا صاحب ڈاکٹر سفینہ تبسم نے اجمیر سے مولانا آپ سے سوال کیا ہے انہوں نے لکھا ہے کہ مولانا صاحب کیا کسی حال میں complaint کرنا allowed ہے اس کے بارے میں بتائیں دیکھیے لوگوں کا لوگوں کو alternative کا پتہ نہیں complaint کے alternative کا</w:t>
      </w:r>
    </w:p>
    <w:p>
      <w:r>
        <w:rPr>
          <w:b/>
        </w:rPr>
        <w:t xml:space="preserve">[57:29] </w:t>
      </w:r>
      <w:r>
        <w:t>pata nahi woh hai dua jis cheez ke bare mein aap shikayat le rahe hain wahan dua kijiye</w:t>
      </w:r>
    </w:p>
    <w:p>
      <w:pPr>
        <w:jc w:val="right"/>
      </w:pPr>
      <w:r>
        <w:t>پتہ نہیں وہ ہے دعا جس چیز کے بارے میں آپ شکایت لے رہے ہیں وہاں دعا کیجیے</w:t>
      </w:r>
    </w:p>
    <w:p>
      <w:r>
        <w:rPr>
          <w:b/>
        </w:rPr>
        <w:t xml:space="preserve">[57:39] </w:t>
      </w:r>
      <w:r>
        <w:t>mein aap ko ek kashf batata hoon mein kanpur gaya kanpur bahut pehle ki baat hai wahan ek</w:t>
      </w:r>
    </w:p>
    <w:p>
      <w:pPr>
        <w:jc w:val="right"/>
      </w:pPr>
      <w:r>
        <w:t>میں آپ کو ایک کشف بتاتا ہوں میں کانپور گیا کانپور بہت پہلے کی بات ہے وہاں ایک</w:t>
      </w:r>
    </w:p>
    <w:p>
      <w:r>
        <w:rPr>
          <w:b/>
        </w:rPr>
        <w:t xml:space="preserve">[57:49] </w:t>
      </w:r>
      <w:r>
        <w:t>sahib the mirza imtiaz beg aligarh karne wale the woh wahan business karte the kanpur mein to</w:t>
      </w:r>
    </w:p>
    <w:p>
      <w:pPr>
        <w:jc w:val="right"/>
      </w:pPr>
      <w:r>
        <w:t>صاحب تھے مرزا امتیاز بیگ عالمگڑھ کرنے والے تھے وہ وہاں business کرتے تھے کانپور میں تو</w:t>
      </w:r>
    </w:p>
    <w:p>
      <w:r>
        <w:rPr>
          <w:b/>
        </w:rPr>
        <w:t xml:space="preserve">[58:00] </w:t>
      </w:r>
      <w:r>
        <w:t>unhone kaha ke hum ek kiraye ke ghar mein rehte the malik makan ne kaha kiraye ke</w:t>
      </w:r>
    </w:p>
    <w:p>
      <w:pPr>
        <w:jc w:val="right"/>
      </w:pPr>
      <w:r>
        <w:t>انہوں نے کہا کہ ہم ایک کرائے کے گھر میں رہتے تھے مالک مکان نے کہا کرائے کہ</w:t>
      </w:r>
    </w:p>
    <w:p>
      <w:r>
        <w:rPr>
          <w:b/>
        </w:rPr>
        <w:t xml:space="preserve">[58:05] </w:t>
      </w:r>
      <w:r>
        <w:t>aap khali kar dijiye bahut sakht tha bahut sakht tha khali kar dijiye to maine kaha ke</w:t>
      </w:r>
    </w:p>
    <w:p>
      <w:pPr>
        <w:jc w:val="right"/>
      </w:pPr>
      <w:r>
        <w:t>آپ خالی کر دیے بہت سخت تھا بہت سخت تھا خالی کر دیے تو میں نے کہا کہ</w:t>
      </w:r>
    </w:p>
    <w:p>
      <w:r>
        <w:rPr>
          <w:b/>
        </w:rPr>
        <w:t xml:space="preserve">[58:10] </w:t>
      </w:r>
      <w:r>
        <w:t>bhai jab ghar aaya wahan us se kaha ke achha main kal subah milunga ghar aaya to</w:t>
      </w:r>
    </w:p>
    <w:p>
      <w:pPr>
        <w:jc w:val="right"/>
      </w:pPr>
      <w:r>
        <w:t>بھئی جب گھر آیا وہاں اس سے کہا کہ اچھا میں کل صبح ملوں گا گھر آیا تو</w:t>
      </w:r>
    </w:p>
    <w:p>
      <w:r>
        <w:rPr>
          <w:b/>
        </w:rPr>
        <w:t xml:space="preserve">[58:15] </w:t>
      </w:r>
      <w:r>
        <w:t>main ne socha ke khuda ya mere paas to koi dusra ghar nahi hai kahan jaon mein khali ghar</w:t>
      </w:r>
    </w:p>
    <w:p>
      <w:pPr>
        <w:jc w:val="right"/>
      </w:pPr>
      <w:r>
        <w:t>میں نے سوچا کہ خدایا میرے پاس تو کوئی دوسرا گھر نہیں ہے کہاں جاؤں میں خالی گھر</w:t>
      </w:r>
    </w:p>
    <w:p>
      <w:r>
        <w:rPr>
          <w:b/>
        </w:rPr>
        <w:t xml:space="preserve">[58:20] </w:t>
      </w:r>
      <w:r>
        <w:t>kahan jaon naya ghar khareed nahi sakta to unhone kaha ke maine bahut zyada dua ki</w:t>
      </w:r>
    </w:p>
    <w:p>
      <w:pPr>
        <w:jc w:val="right"/>
      </w:pPr>
      <w:r>
        <w:t>کہاں جاؤں نیا گھر خرید نہیں سکتا تو انہوں نے کہا کہ میں نے بہت زیادہ دعا کی</w:t>
      </w:r>
    </w:p>
    <w:p>
      <w:r>
        <w:rPr>
          <w:b/>
        </w:rPr>
        <w:t xml:space="preserve">[58:25] </w:t>
      </w:r>
      <w:r>
        <w:t>allah taala se</w:t>
      </w:r>
    </w:p>
    <w:p>
      <w:pPr>
        <w:jc w:val="right"/>
      </w:pPr>
      <w:r>
        <w:t>اللہ تعالی سے</w:t>
      </w:r>
    </w:p>
    <w:p>
      <w:r>
        <w:rPr>
          <w:b/>
        </w:rPr>
        <w:t xml:space="preserve">[58:30] </w:t>
      </w:r>
      <w:r>
        <w:t>phir dua kar ke kal subah gaya subah gaya to wahi sib aadmi kehta hai mirza sahib aaiye</w:t>
      </w:r>
    </w:p>
    <w:p>
      <w:pPr>
        <w:jc w:val="right"/>
      </w:pPr>
      <w:r>
        <w:t>پھر دعا کر کے کل صبح گیا صبح گیا تو وہی سیب آدمی کہتا ہے مرزا صاحب آئیے</w:t>
      </w:r>
    </w:p>
    <w:p>
      <w:r>
        <w:rPr>
          <w:b/>
        </w:rPr>
        <w:t xml:space="preserve">[58:38] </w:t>
      </w:r>
      <w:r>
        <w:t>aaiye hum ne woh ek aur ghar hamare paas tha wahan hum ne intezam kar liya hai ab</w:t>
      </w:r>
    </w:p>
    <w:p>
      <w:pPr>
        <w:jc w:val="right"/>
      </w:pPr>
      <w:r>
        <w:t>آئیے ہم نے وہ ایک اور گھر ہمارے پاس تھا وہاں ہم نے انتظام کر لیا ہے اب</w:t>
      </w:r>
    </w:p>
    <w:p>
      <w:r>
        <w:rPr>
          <w:b/>
        </w:rPr>
        <w:t xml:space="preserve">[58:46] </w:t>
      </w:r>
      <w:r>
        <w:t>aap rahiye does not break up your dua to jab aap ke paas ek itna bada alternative maujood</w:t>
      </w:r>
    </w:p>
    <w:p>
      <w:pPr>
        <w:jc w:val="right"/>
      </w:pPr>
      <w:r>
        <w:t>آپ رہیے does not break up your دعا تو جب آپ کے پاس ایک اتنا بڑا alternative موجود</w:t>
      </w:r>
    </w:p>
    <w:p>
      <w:r>
        <w:rPr>
          <w:b/>
        </w:rPr>
        <w:t xml:space="preserve">[58:54] </w:t>
      </w:r>
      <w:r>
        <w:t>hai to complaint kis liye dua kijiye</w:t>
      </w:r>
    </w:p>
    <w:p>
      <w:pPr>
        <w:jc w:val="right"/>
      </w:pPr>
      <w:r>
        <w:t>ہے تو complaint کس لیے دعا کیجیے</w:t>
      </w:r>
    </w:p>
    <w:p>
      <w:r>
        <w:rPr>
          <w:b/>
        </w:rPr>
        <w:t xml:space="preserve">[59:01] </w:t>
      </w:r>
      <w:r>
        <w:t>jis baat ke liye aap dua complaint kar rahe hain us baat ke liye dua kijiye itna bada</w:t>
      </w:r>
    </w:p>
    <w:p>
      <w:pPr>
        <w:jc w:val="right"/>
      </w:pPr>
      <w:r>
        <w:t>جس بات کے لیے آپ دعا complaint کر رہے ہیں اس بات کے لیے دعا کیجیے اتنا بڑا</w:t>
      </w:r>
    </w:p>
    <w:p>
      <w:r>
        <w:rPr>
          <w:b/>
        </w:rPr>
        <w:t xml:space="preserve">[59:09] </w:t>
      </w:r>
      <w:r>
        <w:t>alternative aap ke paas maujood hai to phir complaint kyun karein shikayat kyun karein yeh sacha waqia jo</w:t>
      </w:r>
    </w:p>
    <w:p>
      <w:pPr>
        <w:jc w:val="right"/>
      </w:pPr>
      <w:r>
        <w:t>alternative آپ کے پاس موجود ہے تو پھر complaint کیوں کریں شکایت کیوں کریں یہ سچا واقعہ جو</w:t>
      </w:r>
    </w:p>
    <w:p>
      <w:r>
        <w:rPr>
          <w:b/>
        </w:rPr>
        <w:t xml:space="preserve">[59:16] </w:t>
      </w:r>
      <w:r>
        <w:t>main ne bataya aap ko main khud gaya tha kanpur khud mirza imtiaz beg ne mujh se bataya</w:t>
      </w:r>
    </w:p>
    <w:p>
      <w:pPr>
        <w:jc w:val="right"/>
      </w:pPr>
      <w:r>
        <w:t>میں نے بتایا آپ کو میں خود گیا تھا کانپور خود مرزا امتیاز بیگ نے مجھ سے بتایا</w:t>
      </w:r>
    </w:p>
    <w:p>
      <w:r>
        <w:rPr>
          <w:b/>
        </w:rPr>
        <w:t xml:space="preserve">[59:24] </w:t>
      </w:r>
      <w:r>
        <w:t>tha woh hamare alamgarh rehne wale the mujh se patri ek gaon hai wahan ke hum mein pehle</w:t>
      </w:r>
    </w:p>
    <w:p>
      <w:pPr>
        <w:jc w:val="right"/>
      </w:pPr>
      <w:r>
        <w:t>تھا وہ ہمارے عالمگڑھ رہنے والے تھے مجھ سے پٹری ایک گاؤں ہے وہاں کے ہم میں پہلے</w:t>
      </w:r>
    </w:p>
    <w:p>
      <w:r>
        <w:rPr>
          <w:b/>
        </w:rPr>
        <w:t xml:space="preserve">[59:31] </w:t>
      </w:r>
      <w:r>
        <w:t>se in ko janta tha woh madrasa islah ki parhe hue the woh unhon ne khud qissa yeh</w:t>
      </w:r>
    </w:p>
    <w:p>
      <w:pPr>
        <w:jc w:val="right"/>
      </w:pPr>
      <w:r>
        <w:t>سے ان کو جانتا تھا وہ مدرسہ اصلاح کی پڑھے ہوئے تھے وہ انہوں نے خود قصہ یہ</w:t>
      </w:r>
    </w:p>
    <w:p>
      <w:r>
        <w:rPr>
          <w:b/>
        </w:rPr>
        <w:t xml:space="preserve">[59:39] </w:t>
      </w:r>
      <w:r>
        <w:t>bataya tha mujh ko molana agla sawal dili se bheja hai doctor iqbal pradhan ne unhon ne likha</w:t>
      </w:r>
    </w:p>
    <w:p>
      <w:pPr>
        <w:jc w:val="right"/>
      </w:pPr>
      <w:r>
        <w:t>بتایا تھا مجھ کو مولانا اگلا سوال دلی سے بھیجا ہے ڈاکٹر اقبال پردھان نے انہوں نے لکھا</w:t>
      </w:r>
    </w:p>
    <w:p>
      <w:r>
        <w:rPr>
          <w:b/>
        </w:rPr>
        <w:t xml:space="preserve">[59:47] </w:t>
      </w:r>
      <w:r>
        <w:t>ہے مولانا so far three murders of Indians have been reported in the last twelve days in America</w:t>
      </w:r>
    </w:p>
    <w:p>
      <w:pPr>
        <w:jc w:val="right"/>
      </w:pPr>
      <w:r>
        <w:t>ہے مولانا so far three murders of Indians have been reported in the last twelve days in امریکہ</w:t>
      </w:r>
    </w:p>
    <w:p>
      <w:r>
        <w:rPr>
          <w:b/>
        </w:rPr>
        <w:t xml:space="preserve">[59:54] </w:t>
      </w:r>
      <w:r>
        <w:t>Indians are feared as newspapers have</w:t>
      </w:r>
    </w:p>
    <w:p>
      <w:pPr>
        <w:jc w:val="right"/>
      </w:pPr>
      <w:r>
        <w:t>Indians are feared as newspapers have</w:t>
      </w:r>
    </w:p>
    <w:p>
      <w:r>
        <w:rPr>
          <w:b/>
        </w:rPr>
        <w:t xml:space="preserve">[1:00:02] </w:t>
      </w:r>
      <w:r>
        <w:t>declared these murders as hate crimes how should Indians react to these incidents dekhen hum reaction ko to</w:t>
      </w:r>
    </w:p>
    <w:p>
      <w:pPr>
        <w:jc w:val="right"/>
      </w:pPr>
      <w:r>
        <w:t>declared these murders as hate crimes how should Indians react to these incidents دیکھیں ہم reaction کو تو</w:t>
      </w:r>
    </w:p>
    <w:p>
      <w:r>
        <w:rPr>
          <w:b/>
        </w:rPr>
        <w:t xml:space="preserve">[1:00:12] </w:t>
      </w:r>
      <w:r>
        <w:t>hum jaiz nahi samajhte ihtijaj karna complaint karna yeh to hamare nazdeek jaiz hi nahi hai dua kijiye</w:t>
      </w:r>
    </w:p>
    <w:p>
      <w:pPr>
        <w:jc w:val="right"/>
      </w:pPr>
      <w:r>
        <w:t>ہم جائز نہیں سمجھتے احتجاج کرنا complaint کرنا یہ تو ہمارے نزدیک جائز ہی نہیں ہے دعا کیجیے</w:t>
      </w:r>
    </w:p>
    <w:p>
      <w:r>
        <w:rPr>
          <w:b/>
        </w:rPr>
        <w:t xml:space="preserve">[1:00:22] </w:t>
      </w:r>
      <w:r>
        <w:t>un ke liye jinho ne mara un ke liye dua kijiye dua ka karishma batata hoon aap ko mein</w:t>
      </w:r>
    </w:p>
    <w:p>
      <w:pPr>
        <w:jc w:val="right"/>
      </w:pPr>
      <w:r>
        <w:t>ان کے لیے جنہوں نے مارا ان کے لیے دعا کیجیے دعا کا کرشمہ بتاتا ہوں آپ کو میں</w:t>
      </w:r>
    </w:p>
    <w:p>
      <w:r>
        <w:rPr>
          <w:b/>
        </w:rPr>
        <w:t xml:space="preserve">[1:00:32] </w:t>
      </w:r>
      <w:r>
        <w:t>makkah mein ek عورت thi is ka naam hind tha yeh wohi عورت tha jo hazrat hamdah ka</w:t>
      </w:r>
    </w:p>
    <w:p>
      <w:pPr>
        <w:jc w:val="right"/>
      </w:pPr>
      <w:r>
        <w:t>مکہ میں ایک عورت تھی اس کا نام ہند تھا یہ وہی عورت تھا جو حضرت حمدہ کا</w:t>
      </w:r>
    </w:p>
    <w:p>
      <w:r>
        <w:rPr>
          <w:b/>
        </w:rPr>
        <w:t xml:space="preserve">[1:00:40] </w:t>
      </w:r>
      <w:r>
        <w:t>seena phaar kar ke un ka jigar chaba gayi thi aisi عورت thi woh is ko kehte hain</w:t>
      </w:r>
    </w:p>
    <w:p>
      <w:pPr>
        <w:jc w:val="right"/>
      </w:pPr>
      <w:r>
        <w:t>سینہ پھاڑ کر کے ان کا جگر چبا گئی تھی ایسی عورت تھی وہ اس کو کہتے ہیں</w:t>
      </w:r>
    </w:p>
    <w:p>
      <w:r>
        <w:rPr>
          <w:b/>
        </w:rPr>
        <w:t xml:space="preserve">[1:00:49] </w:t>
      </w:r>
      <w:r>
        <w:t>hind jigar khwar to makkah jab fateh hua to is ke agle din woh islam mein qabool kar</w:t>
      </w:r>
    </w:p>
    <w:p>
      <w:pPr>
        <w:jc w:val="right"/>
      </w:pPr>
      <w:r>
        <w:t>ہند جگر خوار تو مکہ جب فتح ہوا تو اس کے اگلے دن وہ اسلام میں قبول کر</w:t>
      </w:r>
    </w:p>
    <w:p>
      <w:r>
        <w:rPr>
          <w:b/>
        </w:rPr>
        <w:t xml:space="preserve">[1:00:57] </w:t>
      </w:r>
      <w:r>
        <w:t>liya is ne logon ne poocha ke tum to islam ki dushman thi kaise aisa hua</w:t>
      </w:r>
    </w:p>
    <w:p>
      <w:pPr>
        <w:jc w:val="right"/>
      </w:pPr>
      <w:r>
        <w:t>لیا اس نے لوگوں نے پوچھا کہ تم تو اسلام کی دشمن تھی کیسے ایسا ہوا</w:t>
      </w:r>
    </w:p>
    <w:p>
      <w:r>
        <w:rPr>
          <w:b/>
        </w:rPr>
        <w:t xml:space="preserve">[1:01:06] </w:t>
      </w:r>
      <w:r>
        <w:t>to is ne kaha ke yeh jo logon ne fateh kiya tha unhon ne yeh nahi kaha ke</w:t>
      </w:r>
    </w:p>
    <w:p>
      <w:pPr>
        <w:jc w:val="right"/>
      </w:pPr>
      <w:r>
        <w:t>تو اس نے کہا کہ یہ جو لوگوں نے فتح کیا تھا انہوں نے یہ نہیں کہا کہ</w:t>
      </w:r>
    </w:p>
    <w:p>
      <w:r>
        <w:rPr>
          <w:b/>
        </w:rPr>
        <w:t xml:space="preserve">[1:01:13] </w:t>
      </w:r>
      <w:r>
        <w:t>hamare gharon ko loten hum ko maren balkeh kaba mein woh hamari duaen kar rahe the yani sari</w:t>
      </w:r>
    </w:p>
    <w:p>
      <w:pPr>
        <w:jc w:val="right"/>
      </w:pPr>
      <w:r>
        <w:t>ہمارے گھروں کو لوٹیں ہم کو ماریں بلکہ کعبہ میں وہ ہماری دعائیں کر رہے تھے یعنی ساری</w:t>
      </w:r>
    </w:p>
    <w:p>
      <w:r>
        <w:rPr>
          <w:b/>
        </w:rPr>
        <w:t xml:space="preserve">[1:01:21] </w:t>
      </w:r>
      <w:r>
        <w:t>raat kaba mein hamare duaen karte rahe is cheez jo ka miracle tha ke is ne agle subah</w:t>
      </w:r>
    </w:p>
    <w:p>
      <w:pPr>
        <w:jc w:val="right"/>
      </w:pPr>
      <w:r>
        <w:t>رات کعبہ میں ہمارے دعائیں کرتے رہے اس چیز جو کا miracle تھا کہ اس نے اگلے صبح</w:t>
      </w:r>
    </w:p>
    <w:p>
      <w:r>
        <w:rPr>
          <w:b/>
        </w:rPr>
        <w:t xml:space="preserve">[1:01:28] </w:t>
      </w:r>
      <w:r>
        <w:t>ko islam qabool kar liya to yeh reaction kiya sachi baat hai ke</w:t>
      </w:r>
    </w:p>
    <w:p>
      <w:pPr>
        <w:jc w:val="right"/>
      </w:pPr>
      <w:r>
        <w:t>کو اسلام قبول کر لیا تو یہ reaction کیا سچی بات ہے کہ</w:t>
      </w:r>
    </w:p>
    <w:p>
      <w:r>
        <w:rPr>
          <w:b/>
        </w:rPr>
        <w:t xml:space="preserve">[1:01:36] </w:t>
      </w:r>
      <w:r>
        <w:t>musalman kisi cheez ka alternative nahi jaante alternative nahi jaante jab allah maujood hai aapse dua qubool karne ke liye to dua kijiye maulana agla sawal lene se pehle ek comment padhna chahenge jo mrs shahnaz bashir ne bheja hai dubai se unhone likha hai maulana sahab first time i realized why it's important to live</w:t>
      </w:r>
    </w:p>
    <w:p>
      <w:pPr>
        <w:jc w:val="right"/>
      </w:pPr>
      <w:r>
        <w:t>مسلمان کسی چیز کا alternative نہیں جانتے alternative نہیں جانتے جب اللہ موجود ہے آپ سے دعا قبول کرنے کے لیے تو دعا کیجیے مولانا اگلا سوال لینے سے پہلے ایک comment پڑھنا چاہیں گے جو مسز شہناز بشیر نے بھیجا ہے دبئی سے انہوں نے لکھا ہے مولانا صاحب first time I realized why it's important to live</w:t>
      </w:r>
    </w:p>
    <w:p>
      <w:r>
        <w:rPr>
          <w:b/>
        </w:rPr>
        <w:t xml:space="preserve">[1:02:06] </w:t>
      </w:r>
      <w:r>
        <w:t>in a mixed society rather than living in Muslim ghettos. Masha'Allah, Masha'Allah. Muslim ghettos mein rehna to ek</w:t>
      </w:r>
    </w:p>
    <w:p>
      <w:pPr>
        <w:jc w:val="right"/>
      </w:pPr>
      <w:r>
        <w:t>in a mixed society rather than living in مسلم گھیٹوز ماشاءاللہ ماشاءاللہ مسلم گھیٹوں میں رہنا تو ایک</w:t>
      </w:r>
    </w:p>
    <w:p>
      <w:r>
        <w:rPr>
          <w:b/>
        </w:rPr>
        <w:t xml:space="preserve">[1:02:12] </w:t>
      </w:r>
      <w:r>
        <w:t>ek ek bas to is ko ek ek azab samajhta hoon mein separatism bilkul hi islam ke khilaf</w:t>
      </w:r>
    </w:p>
    <w:p>
      <w:pPr>
        <w:jc w:val="right"/>
      </w:pPr>
      <w:r>
        <w:t>ایک ایک بس تو اس کو ایک ایک عذاب سمجھتا ہوں میں separatism بالکل ہی اسلام کے خلاف</w:t>
      </w:r>
    </w:p>
    <w:p>
      <w:r>
        <w:rPr>
          <w:b/>
        </w:rPr>
        <w:t xml:space="preserve">[1:02:18] </w:t>
      </w:r>
      <w:r>
        <w:t>tareeqa hai alag mulk alag mulk alag pocket alag pocket yeh jo unhon ne socha yeh islam ki.</w:t>
      </w:r>
    </w:p>
    <w:p>
      <w:pPr>
        <w:jc w:val="right"/>
      </w:pPr>
      <w:r>
        <w:t>طریقہ ہے الگ ملک الگ ملک الگ pocket الگ pocket یہ جو انہوں نے سوچا یہ اسلام کی.</w:t>
      </w:r>
    </w:p>
    <w:p>
      <w:r>
        <w:rPr>
          <w:b/>
        </w:rPr>
        <w:t xml:space="preserve">[1:02:24] </w:t>
      </w:r>
      <w:r>
        <w:t>aur yeh be tahasha nahi jante ABC nahi jante the woh balkay woh nature bhi nahi</w:t>
      </w:r>
    </w:p>
    <w:p>
      <w:pPr>
        <w:jc w:val="right"/>
      </w:pPr>
      <w:r>
        <w:t>اور یہ بے تحاشہ نہیں جانتے اے بی سی نہیں جانتے تھے وہ بلکہ وہ nature بھی نہیں</w:t>
      </w:r>
    </w:p>
    <w:p>
      <w:r>
        <w:rPr>
          <w:b/>
        </w:rPr>
        <w:t xml:space="preserve">[1:02:30] </w:t>
      </w:r>
      <w:r>
        <w:t>jante the woh</w:t>
      </w:r>
    </w:p>
    <w:p>
      <w:pPr>
        <w:jc w:val="right"/>
      </w:pPr>
      <w:r>
        <w:t>جانتے تھے وہ</w:t>
      </w:r>
    </w:p>
    <w:p>
      <w:r>
        <w:rPr>
          <w:b/>
        </w:rPr>
        <w:t xml:space="preserve">[1:02:36] </w:t>
      </w:r>
      <w:r>
        <w:t>reaction chahe taraqqi hoti hai alag alag hone se taraqqi nahi hoti chahe mulk ke andar aap alag</w:t>
      </w:r>
    </w:p>
    <w:p>
      <w:pPr>
        <w:jc w:val="right"/>
      </w:pPr>
      <w:r>
        <w:t>reaction چاہے ترقی ہوتی ہے الگ الگ ہونے سے ترقی نہیں ہوتی چاہے ملک کے اندر آپ الگ</w:t>
      </w:r>
    </w:p>
    <w:p>
      <w:r>
        <w:rPr>
          <w:b/>
        </w:rPr>
        <w:t xml:space="preserve">[1:02:44] </w:t>
      </w:r>
      <w:r>
        <w:t>pocket banayen mulk ke bahar alag pocket banayen yeh bilkul hi yani ulti soch hai yeh yani khaliq</w:t>
      </w:r>
    </w:p>
    <w:p>
      <w:pPr>
        <w:jc w:val="right"/>
      </w:pPr>
      <w:r>
        <w:t>pocket بنائیں ملک کے باہر الگ pocket بنائیں یہ بالکل ہی یعنی الٹی سوچ ہے یہ یعنی خالق</w:t>
      </w:r>
    </w:p>
    <w:p>
      <w:r>
        <w:rPr>
          <w:b/>
        </w:rPr>
        <w:t xml:space="preserve">[1:02:52] </w:t>
      </w:r>
      <w:r>
        <w:t>ka jo plan hai creation plan is ke khilaf sochna hai yeh khaliq ne taraqqi rakhi hai interaction</w:t>
      </w:r>
    </w:p>
    <w:p>
      <w:pPr>
        <w:jc w:val="right"/>
      </w:pPr>
      <w:r>
        <w:t>کا جو پلان ہے creation plan اس کے خلاف سوچنا ہے یہ خالق نے ترقی رکھی ہے interaction</w:t>
      </w:r>
    </w:p>
    <w:p>
      <w:r>
        <w:rPr>
          <w:b/>
        </w:rPr>
        <w:t xml:space="preserve">[1:03:00] </w:t>
      </w:r>
      <w:r>
        <w:t>mein mil jul ke rehne mein aur aap alag chahte hain banana apna pocket</w:t>
      </w:r>
    </w:p>
    <w:p>
      <w:pPr>
        <w:jc w:val="right"/>
      </w:pPr>
      <w:r>
        <w:t>میں مل جل کے رہنے میں اور آپ الگ چاہتے ہیں بنانا اپنا pocket</w:t>
      </w:r>
    </w:p>
    <w:p>
      <w:r>
        <w:rPr>
          <w:b/>
        </w:rPr>
        <w:t xml:space="preserve">[1:03:07] </w:t>
      </w:r>
      <w:r>
        <w:t>isi liye jitna bhi pocket banaye gaye musalmanon ke sab koi bhi taraqqi nahi kahin bhi nahi hui</w:t>
      </w:r>
    </w:p>
    <w:p>
      <w:pPr>
        <w:jc w:val="right"/>
      </w:pPr>
      <w:r>
        <w:t>اسی لیے جتنا بھی pocket بنائے گئے مسلمانوں کے سب کوئی بھی ترقی نہیں کہیں بھی نہیں ہوئی</w:t>
      </w:r>
    </w:p>
    <w:p>
      <w:r>
        <w:rPr>
          <w:b/>
        </w:rPr>
        <w:t xml:space="preserve">[1:03:15] </w:t>
      </w:r>
      <w:r>
        <w:t>bahut se musalmanon ke pocket banaye gaye kahin bhi taraqqi nahi hui kyunke woh creation plan of God</w:t>
      </w:r>
    </w:p>
    <w:p>
      <w:pPr>
        <w:jc w:val="right"/>
      </w:pPr>
      <w:r>
        <w:t>بہت سے مسلمانوں کے pocket بنائے گئے کہیں بھی ترقی نہیں ہوئی کیونکہ وہ creation plan of God</w:t>
      </w:r>
    </w:p>
    <w:p>
      <w:r>
        <w:rPr>
          <w:b/>
        </w:rPr>
        <w:t xml:space="preserve">[1:03:22] </w:t>
      </w:r>
      <w:r>
        <w:t>ke khilaf tha woh molana agla sawal bheja hai miss naghma siddiqui ne dili se unhon ne likha</w:t>
      </w:r>
    </w:p>
    <w:p>
      <w:pPr>
        <w:jc w:val="right"/>
      </w:pPr>
      <w:r>
        <w:t>کے خلاف تھا وہ مولانا اگلا سوال بھیجا ہے مس نغمہ صدیقی نے دلی سے انہوں نے لکھا</w:t>
      </w:r>
    </w:p>
    <w:p>
      <w:r>
        <w:rPr>
          <w:b/>
        </w:rPr>
        <w:t xml:space="preserve">[1:03:30] </w:t>
      </w:r>
      <w:r>
        <w:t>hai today I learned the importance of knowing the age we live in while</w:t>
      </w:r>
    </w:p>
    <w:p>
      <w:pPr>
        <w:jc w:val="right"/>
      </w:pPr>
      <w:r>
        <w:t>ہے today I learned the importance of knowing the age we live in while</w:t>
      </w:r>
    </w:p>
    <w:p>
      <w:r>
        <w:rPr>
          <w:b/>
        </w:rPr>
        <w:t xml:space="preserve">[1:03:38] </w:t>
      </w:r>
      <w:r>
        <w:t>I am aware of many opportunities I feel there are many aspects I am unaware of how can</w:t>
      </w:r>
    </w:p>
    <w:p>
      <w:pPr>
        <w:jc w:val="right"/>
      </w:pPr>
      <w:r>
        <w:t>I am aware of many opportunities I feel there are many aspects I am unaware of how can</w:t>
      </w:r>
    </w:p>
    <w:p>
      <w:r>
        <w:rPr>
          <w:b/>
        </w:rPr>
        <w:t xml:space="preserve">[1:03:45] </w:t>
      </w:r>
      <w:r>
        <w:t>I break my unawareness bhai yehi sochiye study kijiye objective baniye apne self obsession se bahar aaiye log</w:t>
      </w:r>
    </w:p>
    <w:p>
      <w:pPr>
        <w:jc w:val="right"/>
      </w:pPr>
      <w:r>
        <w:t>I break my unawareness بھئی یہی سوچیے study کیجیے objective بنیے اپنے self obsession سے باہر آئیے لوگ</w:t>
      </w:r>
    </w:p>
    <w:p>
      <w:r>
        <w:rPr>
          <w:b/>
        </w:rPr>
        <w:t xml:space="preserve">[1:03:53] </w:t>
      </w:r>
      <w:r>
        <w:t>jeete hain apne obsession mein jeete hain log is se bahar aaiye jis ko dekhen woh har ek</w:t>
      </w:r>
    </w:p>
    <w:p>
      <w:pPr>
        <w:jc w:val="right"/>
      </w:pPr>
      <w:r>
        <w:t>جیتے ہیں اپنے obsession میں جیتے ہیں لوگ اس سے باہر آئیے جس کو دیکھیں وہ ہر ایک</w:t>
      </w:r>
    </w:p>
    <w:p>
      <w:r>
        <w:rPr>
          <w:b/>
        </w:rPr>
        <w:t xml:space="preserve">[1:04:00] </w:t>
      </w:r>
      <w:r>
        <w:t>ka ek ek khol hai</w:t>
      </w:r>
    </w:p>
    <w:p>
      <w:pPr>
        <w:jc w:val="right"/>
      </w:pPr>
      <w:r>
        <w:t>کا ایک ایک خول ہے</w:t>
      </w:r>
    </w:p>
    <w:p>
      <w:r>
        <w:rPr>
          <w:b/>
        </w:rPr>
        <w:t xml:space="preserve">[1:04:08] </w:t>
      </w:r>
      <w:r>
        <w:t>ek cell hai isi mein jeeta hai woh intellectual cell jis ko dekhen woh apne intellectual cell se</w:t>
      </w:r>
    </w:p>
    <w:p>
      <w:pPr>
        <w:jc w:val="right"/>
      </w:pPr>
      <w:r>
        <w:t>ایک cell ہے اسی میں جیتا ہے وہ intellectual cell جس کو دیکھیں وہ اپنے intellectual cell سے</w:t>
      </w:r>
    </w:p>
    <w:p>
      <w:r>
        <w:rPr>
          <w:b/>
        </w:rPr>
        <w:t xml:space="preserve">[1:04:15] </w:t>
      </w:r>
      <w:r>
        <w:t>jeeta hai is ko is se bahar aaiye is ke baad sab kuch apne aap khul jayega</w:t>
      </w:r>
    </w:p>
    <w:p>
      <w:pPr>
        <w:jc w:val="right"/>
      </w:pPr>
      <w:r>
        <w:t>جیتا ہے اس کو اس سے باہر آئیے اس کے بعد سب کچھ اپنے آپ کھل جائے گا</w:t>
      </w:r>
    </w:p>
    <w:p>
      <w:r>
        <w:rPr>
          <w:b/>
        </w:rPr>
        <w:t xml:space="preserve">[1:04:23] </w:t>
      </w:r>
      <w:r>
        <w:t>molana agla sawal aaya hai afghanistan se najeeb ullah patman sahib ne bheja hai unhon ne likha hai</w:t>
      </w:r>
    </w:p>
    <w:p>
      <w:pPr>
        <w:jc w:val="right"/>
      </w:pPr>
      <w:r>
        <w:t>مولانا اگلا سوال آیا ہے افغانستان سے نجیب اللہ پٹمان صاحب نے بھیجا ہے انہوں نے لکھا ہے</w:t>
      </w:r>
    </w:p>
    <w:p>
      <w:r>
        <w:rPr>
          <w:b/>
        </w:rPr>
        <w:t xml:space="preserve">[1:04:31] </w:t>
      </w:r>
      <w:r>
        <w:t>we are about forty years the victims of</w:t>
      </w:r>
    </w:p>
    <w:p>
      <w:pPr>
        <w:jc w:val="right"/>
      </w:pPr>
      <w:r>
        <w:t>we are about forty years the victims of</w:t>
      </w:r>
    </w:p>
    <w:p>
      <w:r>
        <w:rPr>
          <w:b/>
        </w:rPr>
        <w:t xml:space="preserve">[1:04:38] </w:t>
      </w:r>
      <w:r>
        <w:t>ideological terrorism we lost everything including our million innocent people lives afghanistan nowadays is the land of widows</w:t>
      </w:r>
    </w:p>
    <w:p>
      <w:pPr>
        <w:jc w:val="right"/>
      </w:pPr>
      <w:r>
        <w:t>ideological terrorism we lost everything including our million innocent people lives افغانستان nowadays is the land of widows</w:t>
      </w:r>
    </w:p>
    <w:p>
      <w:r>
        <w:rPr>
          <w:b/>
        </w:rPr>
        <w:t xml:space="preserve">[1:04:46] </w:t>
      </w:r>
      <w:r>
        <w:t>orphans and amputates what you say and what the mujahideen of islam have done in afghanistan is contradictory</w:t>
      </w:r>
    </w:p>
    <w:p>
      <w:pPr>
        <w:jc w:val="right"/>
      </w:pPr>
      <w:r>
        <w:t>orphans and amputates what you say and what the مجاہدین of اسلام have done in افغانستان is contradictory</w:t>
      </w:r>
    </w:p>
    <w:p>
      <w:r>
        <w:rPr>
          <w:b/>
        </w:rPr>
        <w:t xml:space="preserve">[1:04:53] </w:t>
      </w:r>
      <w:r>
        <w:t>to each other but I certainly agree with whatever you say molana sahib we want to know what</w:t>
      </w:r>
    </w:p>
    <w:p>
      <w:pPr>
        <w:jc w:val="right"/>
      </w:pPr>
      <w:r>
        <w:t>to each other but I certainly agree with whatever you say مولانا صاحب we want to know what</w:t>
      </w:r>
    </w:p>
    <w:p>
      <w:r>
        <w:rPr>
          <w:b/>
        </w:rPr>
        <w:t xml:space="preserve">[1:05:01] </w:t>
      </w:r>
      <w:r>
        <w:t>is your adv</w:t>
      </w:r>
    </w:p>
    <w:p>
      <w:pPr>
        <w:jc w:val="right"/>
      </w:pPr>
      <w:r>
        <w:t>is your adv</w:t>
      </w:r>
    </w:p>
    <w:p>
      <w:r>
        <w:rPr>
          <w:b/>
        </w:rPr>
        <w:t xml:space="preserve">[1:05:08] </w:t>
      </w:r>
      <w:r>
        <w:t>ice to the afghan people dekhiye pehli cheez hai tauba ye sare log kahein ke hum hum hum</w:t>
      </w:r>
    </w:p>
    <w:p>
      <w:pPr>
        <w:jc w:val="right"/>
      </w:pPr>
      <w:r>
        <w:t>ice to the افغان people دیکھیے پہلی چیز ہے توبہ یہ سارے لوگ کہیں کہ ہم ہم ہم</w:t>
      </w:r>
    </w:p>
    <w:p>
      <w:r>
        <w:rPr>
          <w:b/>
        </w:rPr>
        <w:t xml:space="preserve">[1:05:16] </w:t>
      </w:r>
      <w:r>
        <w:t>mad ho gaye the ke islam ke naam se maarka shuru kar diya musalmanon mein ye hai hi</w:t>
      </w:r>
    </w:p>
    <w:p>
      <w:pPr>
        <w:jc w:val="right"/>
      </w:pPr>
      <w:r>
        <w:t>mad ہو گئے تھے کہ اسلام کے نام سے معرکہ شروع کر دیا مسلمانوں میں یہ ہے ہی</w:t>
      </w:r>
    </w:p>
    <w:p>
      <w:r>
        <w:rPr>
          <w:b/>
        </w:rPr>
        <w:t xml:space="preserve">[1:05:24] </w:t>
      </w:r>
      <w:r>
        <w:t>nahi ke log manen ke hum mad the hum ghalati ki thi we were wrong jab tak nahi</w:t>
      </w:r>
    </w:p>
    <w:p>
      <w:pPr>
        <w:jc w:val="right"/>
      </w:pPr>
      <w:r>
        <w:t>نہیں کہ لوگ مانیں کہ ہم mad تھے ہم غلطی کی تھی we were wrong جب تک نہیں</w:t>
      </w:r>
    </w:p>
    <w:p>
      <w:r>
        <w:rPr>
          <w:b/>
        </w:rPr>
        <w:t xml:space="preserve">[1:05:32] </w:t>
      </w:r>
      <w:r>
        <w:t>kahenge koi naya darwaza nahi khulega</w:t>
      </w:r>
    </w:p>
    <w:p>
      <w:pPr>
        <w:jc w:val="right"/>
      </w:pPr>
      <w:r>
        <w:t>کہیں گے کوئی نیا دروازہ نہیں کھلے گا</w:t>
      </w:r>
    </w:p>
    <w:p>
      <w:r>
        <w:rPr>
          <w:b/>
        </w:rPr>
        <w:t xml:space="preserve">[1:05:40] </w:t>
      </w:r>
      <w:r>
        <w:t>main ne zindagi mein sirf ek aadmi ko paya hai jo khul kar kehne wala main buland shehar</w:t>
      </w:r>
    </w:p>
    <w:p>
      <w:pPr>
        <w:jc w:val="right"/>
      </w:pPr>
      <w:r>
        <w:t>میں نے زندگی میں صرف ایک آدمی کو پایا ہے جو کھل کر کہنے والا میں بلند شہر</w:t>
      </w:r>
    </w:p>
    <w:p>
      <w:r>
        <w:rPr>
          <w:b/>
        </w:rPr>
        <w:t xml:space="preserve">[1:05:48] </w:t>
      </w:r>
      <w:r>
        <w:t>gaya bohat pehle ki baat hai wahan ek sahib the to british period mein woh ek defence department</w:t>
      </w:r>
    </w:p>
    <w:p>
      <w:pPr>
        <w:jc w:val="right"/>
      </w:pPr>
      <w:r>
        <w:t>گیا بہت پہلے کی بات ہے وہاں ایک صاحب تھے تو برٹش پیریڈ میں وہ ایک ڈیفنس ڈیپارٹمنٹ</w:t>
      </w:r>
    </w:p>
    <w:p>
      <w:r>
        <w:rPr>
          <w:b/>
        </w:rPr>
        <w:t xml:space="preserve">[1:05:55] </w:t>
      </w:r>
      <w:r>
        <w:t>mein clerk the woh to unhon ne bataya ke hamara jo angrez afsar tha hamare paas aaya is</w:t>
      </w:r>
    </w:p>
    <w:p>
      <w:pPr>
        <w:jc w:val="right"/>
      </w:pPr>
      <w:r>
        <w:t>میں کلرک تھے وہ تو انہوں نے بتایا کہ ہمارا جو انگریز افسر تھا ہمارے پاس آیا اس</w:t>
      </w:r>
    </w:p>
    <w:p>
      <w:r>
        <w:rPr>
          <w:b/>
        </w:rPr>
        <w:t xml:space="preserve">[1:06:03] </w:t>
      </w:r>
      <w:r>
        <w:t>ne kaha ke mujhe falan file bhejni chahiye</w:t>
      </w:r>
    </w:p>
    <w:p>
      <w:pPr>
        <w:jc w:val="right"/>
      </w:pPr>
      <w:r>
        <w:t>نے کہا کہ مجھے فلاں فائل بھیجنی چاہیے</w:t>
      </w:r>
    </w:p>
    <w:p>
      <w:r>
        <w:rPr>
          <w:b/>
        </w:rPr>
        <w:t xml:space="preserve">[1:06:11] </w:t>
      </w:r>
      <w:r>
        <w:t>is mein falan report hai to unhon ne is file ko us ke paas bhej diya us ne</w:t>
      </w:r>
    </w:p>
    <w:p>
      <w:pPr>
        <w:jc w:val="right"/>
      </w:pPr>
      <w:r>
        <w:t>اس میں فلاں رپورٹ ہے تو انہوں نے اس فائل کو اس کے پاس بھیج دیا اس نے</w:t>
      </w:r>
    </w:p>
    <w:p>
      <w:r>
        <w:rPr>
          <w:b/>
        </w:rPr>
        <w:t xml:space="preserve">[1:06:17] </w:t>
      </w:r>
      <w:r>
        <w:t>dekha to us ko woh report us file mein nahi mili to bohat ghussa ho gaya aa kar</w:t>
      </w:r>
    </w:p>
    <w:p>
      <w:pPr>
        <w:jc w:val="right"/>
      </w:pPr>
      <w:r>
        <w:t>دیکھا تو اس کو وہ رپورٹ اس فائل میں نہیں ملی تو بہت غصہ ہو گیا آ کر</w:t>
      </w:r>
    </w:p>
    <w:p>
      <w:r>
        <w:rPr>
          <w:b/>
        </w:rPr>
        <w:t xml:space="preserve">[1:06:23] </w:t>
      </w:r>
      <w:r>
        <w:t>patak diya us ke mez par ke main ne tum se jo file poocha tha tum doosra file</w:t>
      </w:r>
    </w:p>
    <w:p>
      <w:pPr>
        <w:jc w:val="right"/>
      </w:pPr>
      <w:r>
        <w:t>پٹک دیا اس کے میز پر کہ میں نے تم سے جو فائل پوچھا تھا تم دوسرا فائل</w:t>
      </w:r>
    </w:p>
    <w:p>
      <w:r>
        <w:rPr>
          <w:b/>
        </w:rPr>
        <w:t xml:space="preserve">[1:06:29] </w:t>
      </w:r>
      <w:r>
        <w:t>bhej diya to unhon ne dekha to woh paper us file mein tha to dobara us ne ek</w:t>
      </w:r>
    </w:p>
    <w:p>
      <w:pPr>
        <w:jc w:val="right"/>
      </w:pPr>
      <w:r>
        <w:t>بھیج دیا تو انہوں نے دیکھا تو وہ پیپر اس فائل میں تھا تو دوبارہ اس نے ایک</w:t>
      </w:r>
    </w:p>
    <w:p>
      <w:r>
        <w:rPr>
          <w:b/>
        </w:rPr>
        <w:t xml:space="preserve">[1:06:35] </w:t>
      </w:r>
      <w:r>
        <w:t>aik paper book jo kehte hain rakh kar ke is</w:t>
      </w:r>
    </w:p>
    <w:p>
      <w:pPr>
        <w:jc w:val="right"/>
      </w:pPr>
      <w:r>
        <w:t>ایک پیپر بک جو کہتے ہیں رکھ کر کے اس</w:t>
      </w:r>
    </w:p>
    <w:p>
      <w:r>
        <w:rPr>
          <w:b/>
        </w:rPr>
        <w:t xml:space="preserve">[1:06:41] </w:t>
      </w:r>
      <w:r>
        <w:t>ye file ko dobara bhej diya is ko phir is ne dekha to waqai wo report maujood thi</w:t>
      </w:r>
    </w:p>
    <w:p>
      <w:pPr>
        <w:jc w:val="right"/>
      </w:pPr>
      <w:r>
        <w:t>ی فائل کو دوبارہ بھیج دیا اس کو پھر اس نے دیکھا تو واقعی وہ رپورٹ موجود تھی</w:t>
      </w:r>
    </w:p>
    <w:p>
      <w:r>
        <w:rPr>
          <w:b/>
        </w:rPr>
        <w:t xml:space="preserve">[1:06:48] </w:t>
      </w:r>
      <w:r>
        <w:t>to dobara aaya wo is ne saaf saaf kaha I was blind then is ne kaha I was</w:t>
      </w:r>
    </w:p>
    <w:p>
      <w:pPr>
        <w:jc w:val="right"/>
      </w:pPr>
      <w:r>
        <w:t>تو دوبارہ آیا وہ اس نے صاف صاف کہا I was blind then اس نے کہا I was</w:t>
      </w:r>
    </w:p>
    <w:p>
      <w:r>
        <w:rPr>
          <w:b/>
        </w:rPr>
        <w:t xml:space="preserve">[1:06:56] </w:t>
      </w:r>
      <w:r>
        <w:t>blind then aisa aisa eteraaf hai ke tab Afghanistan ki Pakistan ki India ki Bangladesh ki qismat</w:t>
      </w:r>
    </w:p>
    <w:p>
      <w:pPr>
        <w:jc w:val="right"/>
      </w:pPr>
      <w:r>
        <w:t>blind then ایسا ایسا اعتراف ہے کہ تب افغانستان کی پاکستان کی انڈیا کی بنگلہ دیش کی قسمت</w:t>
      </w:r>
    </w:p>
    <w:p>
      <w:r>
        <w:rPr>
          <w:b/>
        </w:rPr>
        <w:t xml:space="preserve">[1:07:03] </w:t>
      </w:r>
      <w:r>
        <w:t>badlegi hamare badalne wali nahi hai ye poora sub continent jo hai</w:t>
      </w:r>
    </w:p>
    <w:p>
      <w:pPr>
        <w:jc w:val="right"/>
      </w:pPr>
      <w:r>
        <w:t>بدلے گی ہمارے بدلنے والی نہیں ہے یہ پورا سب کانٹیننٹ جو ہے</w:t>
      </w:r>
    </w:p>
    <w:p>
      <w:r>
        <w:rPr>
          <w:b/>
        </w:rPr>
        <w:t xml:space="preserve">[1:07:11] </w:t>
      </w:r>
      <w:r>
        <w:t>wo kehna padega ke we are blind then jin leaderon ke peeche daude hum unhon ne hum</w:t>
      </w:r>
    </w:p>
    <w:p>
      <w:pPr>
        <w:jc w:val="right"/>
      </w:pPr>
      <w:r>
        <w:t>وہ کہنا پڑے گا کہ we are blind then جن لیڈروں کے پیچھے دوڑے ہم انہوں نے ہم</w:t>
      </w:r>
    </w:p>
    <w:p>
      <w:r>
        <w:rPr>
          <w:b/>
        </w:rPr>
        <w:t xml:space="preserve">[1:07:17] </w:t>
      </w:r>
      <w:r>
        <w:t>ko andhere mein bhatkaya ye kehna padega in ko ye poora jo India sub continent nahi poora</w:t>
      </w:r>
    </w:p>
    <w:p>
      <w:pPr>
        <w:jc w:val="right"/>
      </w:pPr>
      <w:r>
        <w:t>کو اندھیرے میں بھٹکایا یہ کہنا پڑے گا ان کو یہ پورا جو انڈیا سب کانٹیننٹ نہیں پورا</w:t>
      </w:r>
    </w:p>
    <w:p>
      <w:r>
        <w:rPr>
          <w:b/>
        </w:rPr>
        <w:t xml:space="preserve">[1:07:23] </w:t>
      </w:r>
      <w:r>
        <w:t>poora Muslim dunya jo poori ki poori hai is ko kehna padega ke jin leaderon ke peeche</w:t>
      </w:r>
    </w:p>
    <w:p>
      <w:pPr>
        <w:jc w:val="right"/>
      </w:pPr>
      <w:r>
        <w:t>پورا مسلم دنیا جو پوری کی پوری ہے اس کو کہنا پڑے گا کہ جن لیڈروں کے پیچھے</w:t>
      </w:r>
    </w:p>
    <w:p>
      <w:r>
        <w:rPr>
          <w:b/>
        </w:rPr>
        <w:t xml:space="preserve">[1:07:29] </w:t>
      </w:r>
      <w:r>
        <w:t>hum daude wo hum ko andhere mein bhatka rahe the we were wrong tab koi nayi bagni hogi</w:t>
      </w:r>
    </w:p>
    <w:p>
      <w:pPr>
        <w:jc w:val="right"/>
      </w:pPr>
      <w:r>
        <w:t>ہم دوڑے وہ ہم کو اندھیرے میں بھٹکا رہے تھے we were wrong تب کوئی نئی بگنی ہوگی</w:t>
      </w:r>
    </w:p>
    <w:p>
      <w:r>
        <w:rPr>
          <w:b/>
        </w:rPr>
        <w:t xml:space="preserve">[1:07:35] </w:t>
      </w:r>
      <w:r>
        <w:t>bole koi bagni hone wali nahi hai</w:t>
      </w:r>
    </w:p>
    <w:p>
      <w:pPr>
        <w:jc w:val="right"/>
      </w:pPr>
      <w:r>
        <w:t>بولے کوئی بگنی ہونے والی نہیں ہے</w:t>
      </w:r>
    </w:p>
    <w:p>
      <w:r>
        <w:rPr>
          <w:b/>
        </w:rPr>
        <w:t xml:space="preserve">[1:07:41] </w:t>
      </w:r>
      <w:r>
        <w:t>maulana agla sawal lene se pehle aik comment parhna chahenge jo shad hussain sahib ne bheja hai</w:t>
      </w:r>
    </w:p>
    <w:p>
      <w:pPr>
        <w:jc w:val="right"/>
      </w:pPr>
      <w:r>
        <w:t>مولانا اگلا سوال لینے سے پہلے ایک comment پڑھنا چاہیں گے جو شاد حسین صاحب نے بھیجا ہے</w:t>
      </w:r>
    </w:p>
    <w:p>
      <w:r>
        <w:rPr>
          <w:b/>
        </w:rPr>
        <w:t xml:space="preserve">[1:07:49] </w:t>
      </w:r>
      <w:r>
        <w:t>سری نگر سے انہوں نے لکھا ہے مولانا صاحب you remind us the urgency of availing the opportunities for</w:t>
      </w:r>
    </w:p>
    <w:p>
      <w:pPr>
        <w:jc w:val="right"/>
      </w:pPr>
      <w:r>
        <w:t>سری نگر سے انہوں نے لکھا ہے مولانا صاحب you remind us theurgency of availing the opportunities for</w:t>
      </w:r>
    </w:p>
    <w:p>
      <w:r>
        <w:rPr>
          <w:b/>
        </w:rPr>
        <w:t xml:space="preserve">[1:07:56] </w:t>
      </w:r>
      <w:r>
        <w:t>conveying the divine message others remind us about the problems and injustices thank you for inculcating positive thinking</w:t>
      </w:r>
    </w:p>
    <w:p>
      <w:pPr>
        <w:jc w:val="right"/>
      </w:pPr>
      <w:r>
        <w:t>conveying the divine message others remind us about the problems and injustices thank you for inculcating positive thinking</w:t>
      </w:r>
    </w:p>
    <w:p>
      <w:r>
        <w:rPr>
          <w:b/>
        </w:rPr>
        <w:t xml:space="preserve">[1:08:04] </w:t>
      </w:r>
      <w:r>
        <w:t>in us Allah agla sawal Maulana abhi jeet basu</w:t>
      </w:r>
    </w:p>
    <w:p>
      <w:pPr>
        <w:jc w:val="right"/>
      </w:pPr>
      <w:r>
        <w:t>in us اللہ اگلا سوال مولانا ابھی جیت باسو</w:t>
      </w:r>
    </w:p>
    <w:p>
      <w:r>
        <w:rPr>
          <w:b/>
        </w:rPr>
        <w:t xml:space="preserve">[1:08:11] </w:t>
      </w:r>
      <w:r>
        <w:t>ji ne bheja hai USA se unhon ne likha hai universal truth is same let us</w:t>
      </w:r>
    </w:p>
    <w:p>
      <w:pPr>
        <w:jc w:val="right"/>
      </w:pPr>
      <w:r>
        <w:t>جی نے بھیجا ہے یو ایس اے سے انہوں نے لکھا ہے universal truth is same let us</w:t>
      </w:r>
    </w:p>
    <w:p>
      <w:r>
        <w:rPr>
          <w:b/>
        </w:rPr>
        <w:t xml:space="preserve">[1:08:19] </w:t>
      </w:r>
      <w:r>
        <w:t>be human first unawareness is not limited to any one religion unawareness is the virtue of humanity so</w:t>
      </w:r>
    </w:p>
    <w:p>
      <w:pPr>
        <w:jc w:val="right"/>
      </w:pPr>
      <w:r>
        <w:t>be human first unawareness is not limited to any one religion unawareness is the virtue of humanity so</w:t>
      </w:r>
    </w:p>
    <w:p>
      <w:r>
        <w:rPr>
          <w:b/>
        </w:rPr>
        <w:t xml:space="preserve">[1:08:26] </w:t>
      </w:r>
      <w:r>
        <w:t>why not we open the door to get rid of unawareness of entire humanity and not tie it</w:t>
      </w:r>
    </w:p>
    <w:p>
      <w:pPr>
        <w:jc w:val="right"/>
      </w:pPr>
      <w:r>
        <w:t>why not we open the door to get rid of unawareness of entire humanity and not tie it</w:t>
      </w:r>
    </w:p>
    <w:p>
      <w:r>
        <w:rPr>
          <w:b/>
        </w:rPr>
        <w:t xml:space="preserve">[1:08:34] </w:t>
      </w:r>
      <w:r>
        <w:t>to a perspective of</w:t>
      </w:r>
    </w:p>
    <w:p>
      <w:pPr>
        <w:jc w:val="right"/>
      </w:pPr>
      <w:r>
        <w:t>to a perspective of</w:t>
      </w:r>
    </w:p>
    <w:p>
      <w:r>
        <w:rPr>
          <w:b/>
        </w:rPr>
        <w:t xml:space="preserve">[1:08:41] </w:t>
      </w:r>
      <w:r>
        <w:t>religion we can only unite when we become human first humanity is not slave of any religion or</w:t>
      </w:r>
    </w:p>
    <w:p>
      <w:pPr>
        <w:jc w:val="right"/>
      </w:pPr>
      <w:r>
        <w:t>religion we can only unite when we become human first humanity is not slave of any religion or</w:t>
      </w:r>
    </w:p>
    <w:p>
      <w:r>
        <w:rPr>
          <w:b/>
        </w:rPr>
        <w:t xml:space="preserve">[1:08:49] </w:t>
      </w:r>
      <w:r>
        <w:t>one perspective haan theek keh rahe hain wo ab to audience audience ko dekh kar aadmi bolta hai</w:t>
      </w:r>
    </w:p>
    <w:p>
      <w:pPr>
        <w:jc w:val="right"/>
      </w:pPr>
      <w:r>
        <w:t>one perspective ہاں ٹھیک کہہ رہے ہیں وہ اب تو audience audience کو دیکھ کر آدمی بولتا ہے</w:t>
      </w:r>
    </w:p>
    <w:p>
      <w:r>
        <w:rPr>
          <w:b/>
        </w:rPr>
        <w:t xml:space="preserve">[1:08:56] </w:t>
      </w:r>
      <w:r>
        <w:t>to aap sahi keh rahe hain sari dunya ko hamein aik hi paigham sab dunya ke liye hai</w:t>
      </w:r>
    </w:p>
    <w:p>
      <w:pPr>
        <w:jc w:val="right"/>
      </w:pPr>
      <w:r>
        <w:t>تو آپ صحیح کہہ رہے ہیں ساری دنیا کو ہمیں ایک ہی پیغام سب دنیا کے لیے ہے</w:t>
      </w:r>
    </w:p>
    <w:p>
      <w:r>
        <w:rPr>
          <w:b/>
        </w:rPr>
        <w:t xml:space="preserve">[1:09:04] </w:t>
      </w:r>
      <w:r>
        <w:t>ji haan temporary kabhi temporary audien</w:t>
      </w:r>
    </w:p>
    <w:p>
      <w:pPr>
        <w:jc w:val="right"/>
      </w:pPr>
      <w:r>
        <w:t>جی ہاں temporary کبھی temporary audien</w:t>
      </w:r>
    </w:p>
    <w:p>
      <w:r>
        <w:rPr>
          <w:b/>
        </w:rPr>
        <w:t xml:space="preserve">[1:09:11] </w:t>
      </w:r>
      <w:r>
        <w:t>ce ek samne hota hai toh is temporary audience ke khilaf aadmi bolta hai hmm lekin wahi toh hamara message sari duniya ke liye hai ji مولانا agla sawal lete hain jo syed ahmad ali ne bheja hai syed ahmad ali sahib ne bheja hai dilli se unhone likha hai molana today a lot of non-believers aur non-muslims are viewing islam the way muslims are living and behaving however a majority</w:t>
      </w:r>
    </w:p>
    <w:p>
      <w:pPr>
        <w:jc w:val="right"/>
      </w:pPr>
      <w:r>
        <w:t>ce ایک سامنے ہوتا ہے تو اس temporary audience کے خلاف آدمی بولتا ہے ہمم لیکن وہی تو ہمارا message ساری دنیا کے لیے ہے جی مولانا اگلا سوال لیتے ہیں جو سید احمد علی نے بھیجا ہے سید احمد علی صاحب نے بھیجا ہے دلی سے انہوں نے لکھا ہے مولانا today a lot of non-believers اور non-Muslims are viewing اسلام the way Muslims are living and behaving however a majority</w:t>
      </w:r>
    </w:p>
    <w:p>
      <w:r>
        <w:rPr>
          <w:b/>
        </w:rPr>
        <w:t xml:space="preserve">[1:09:41] </w:t>
      </w:r>
      <w:r>
        <w:t>of Muslims are not following Islam like they should this is creating a huge hindrance aur obstacle in</w:t>
      </w:r>
    </w:p>
    <w:p>
      <w:pPr>
        <w:jc w:val="right"/>
      </w:pPr>
      <w:r>
        <w:t>of Muslims are not following اسلام like they should this is creating a huge hindrance اور obstacle in</w:t>
      </w:r>
    </w:p>
    <w:p>
      <w:r>
        <w:rPr>
          <w:b/>
        </w:rPr>
        <w:t xml:space="preserve">[1:09:49] </w:t>
      </w:r>
      <w:r>
        <w:t>non-Muslims reverting to Islam even when they have realized the truth what can we do about this kya</w:t>
      </w:r>
    </w:p>
    <w:p>
      <w:pPr>
        <w:jc w:val="right"/>
      </w:pPr>
      <w:r>
        <w:t>non-Muslims reverting to Islam even when they have realized the truth what can we do about this کیا</w:t>
      </w:r>
    </w:p>
    <w:p>
      <w:r>
        <w:rPr>
          <w:b/>
        </w:rPr>
        <w:t xml:space="preserve">[1:09:56] </w:t>
      </w:r>
      <w:r>
        <w:t>mein samjha nahi kya kya unhon ne kaha hai Maulana wo yeh keh rahe hain ke jo non-Muslims</w:t>
      </w:r>
    </w:p>
    <w:p>
      <w:pPr>
        <w:jc w:val="right"/>
      </w:pPr>
      <w:r>
        <w:t>میں سمجھا نہیں کیا کیا انہوں نے کہا ہے مولانا وہ یہ کہہ رہے ہیں کہ جو non-Muslims</w:t>
      </w:r>
    </w:p>
    <w:p>
      <w:r>
        <w:rPr>
          <w:b/>
        </w:rPr>
        <w:t xml:space="preserve">[1:10:04] </w:t>
      </w:r>
      <w:r>
        <w:t>hain wo generally aaj jis tareeqe se Muslims behave karte hain us ko dekh ke apna Islam</w:t>
      </w:r>
    </w:p>
    <w:p>
      <w:pPr>
        <w:jc w:val="right"/>
      </w:pPr>
      <w:r>
        <w:t>ہیں وہ generally آج جس طریقے سے Muslims behave کرتے ہیں اس کو دیکھ کے اپنا اسلام</w:t>
      </w:r>
    </w:p>
    <w:p>
      <w:r>
        <w:rPr>
          <w:b/>
        </w:rPr>
        <w:t xml:space="preserve">[1:10:12] </w:t>
      </w:r>
      <w:r>
        <w:t>ka opinion banate hain toh woh yeh keh rahe hain ke is ki wajah se yeh ek problem ho rahi hai ke jo logon ko sachai mil jati hai tab bhi woh islam ki taraf nahi aate nahi woh reverting ka jo lafz istemal kiya hai woh is se mujhe ittefaq nahi hai ji ji hamara maqsad yeh nahi hai ke un ko musalman banana hmm hargiz nahi hai hamara maqsad ji revert ka lafz jo istemal kiya hai mujhe ittefaq nahi hai is se ji yeh kahiye ke woh misadjusting kahiye hmm image islam ki kharab ho rahi hai ji toh misadjusting ko door karna revert karna kya hai h</w:t>
      </w:r>
    </w:p>
    <w:p>
      <w:pPr>
        <w:jc w:val="right"/>
      </w:pPr>
      <w:r>
        <w:t>کا opinion بناتے ہیں تو وہ یہ کہہ رہے ہیں کہ اس کی وجہ سے یہ ایک problem ہو رہی ہے کہ جو لوگوں کو سچائی مل جاتی ہے تب بھی وہ اسلام کی طرف نہیں آتے نہیں وہ reverting کا جو لفظ استعمال کیا ہے وہ اس سے مجھے اتفاق نہیں ہے جی جی ہمارا مقصد یہ نہیں ہے کہ ان کو مسلمان بنانا ہمم ہرگز نہیں ہے ہمارا مقصد جی revert کا لفظ جو استعمال کیا ہے مجھے اتفاق نہیں ہے اس سے جی یہ کہیے کہ وہ misadjusting کہیے ہمم image اسلام کی خراب ہو رہی ہے جی تو misadjusting کو دور کرنا revert کرنا کیا ہے ہ</w:t>
      </w:r>
    </w:p>
    <w:p>
      <w:r>
        <w:rPr>
          <w:b/>
        </w:rPr>
        <w:t xml:space="preserve">[1:10:42] </w:t>
      </w:r>
      <w:r>
        <w:t>mum yeh hamara mission nahi hai ji hamara mission nahi hai ji Maulana agla sawal mazhab dekhen mazhab</w:t>
      </w:r>
    </w:p>
    <w:p>
      <w:pPr>
        <w:jc w:val="right"/>
      </w:pPr>
      <w:r>
        <w:t>مم یہ ہمارا mission نہیں ہے جی ہمارا mission نہیں ہے جی مولانا اگلا سوال مذہب دیکھیں مذہب</w:t>
      </w:r>
    </w:p>
    <w:p>
      <w:r>
        <w:rPr>
          <w:b/>
        </w:rPr>
        <w:t xml:space="preserve">[1:10:49] </w:t>
      </w:r>
      <w:r>
        <w:t>jo hai ek personal choice hai yeh revert karne ka masla nahi hai convert karne ka masla nahi</w:t>
      </w:r>
    </w:p>
    <w:p>
      <w:pPr>
        <w:jc w:val="right"/>
      </w:pPr>
      <w:r>
        <w:t>جو ہے ایک personal choice ہے یہ revert کرنے کا مسئلہ نہیں ہے convert کرنے کا مسئلہ نہیں</w:t>
      </w:r>
    </w:p>
    <w:p>
      <w:r>
        <w:rPr>
          <w:b/>
        </w:rPr>
        <w:t xml:space="preserve">[1:10:57] </w:t>
      </w:r>
      <w:r>
        <w:t>hai ji Maulana agla sawal miss Sofia Khan ne bheja hai Delhi se unhon ne likha hai it</w:t>
      </w:r>
    </w:p>
    <w:p>
      <w:pPr>
        <w:jc w:val="right"/>
      </w:pPr>
      <w:r>
        <w:t>ہے جی مولانا اگلا سوال مس صوفیہ خان نے بھیجا ہے دلی سے انہوں نے لکھا ہے it</w:t>
      </w:r>
    </w:p>
    <w:p>
      <w:r>
        <w:rPr>
          <w:b/>
        </w:rPr>
        <w:t xml:space="preserve">[1:11:04] </w:t>
      </w:r>
      <w:r>
        <w:t>comes in the Quran that when prophet David praised God mountains and rivers and birds joined</w:t>
      </w:r>
    </w:p>
    <w:p>
      <w:pPr>
        <w:jc w:val="right"/>
      </w:pPr>
      <w:r>
        <w:t>comes in the قرآن that when prophet David praised God mountains and rivers and birds joined</w:t>
      </w:r>
    </w:p>
    <w:p>
      <w:r>
        <w:rPr>
          <w:b/>
        </w:rPr>
        <w:t xml:space="preserve">[1:11:12] </w:t>
      </w:r>
      <w:r>
        <w:t>him in praising God was this praise by mountains and rivers etc.</w:t>
      </w:r>
    </w:p>
    <w:p>
      <w:pPr>
        <w:jc w:val="right"/>
      </w:pPr>
      <w:r>
        <w:t>him in praising God was this praise by mountains and rivers etc.</w:t>
      </w:r>
    </w:p>
    <w:p>
      <w:r>
        <w:rPr>
          <w:b/>
        </w:rPr>
        <w:t xml:space="preserve">[1:11:19] </w:t>
      </w:r>
      <w:r>
        <w:t>in the form of any spoken language nahi nahi woh symbolic hai woh hum bhi jab aap awaz</w:t>
      </w:r>
    </w:p>
    <w:p>
      <w:pPr>
        <w:jc w:val="right"/>
      </w:pPr>
      <w:r>
        <w:t>in the form of any spoken language نہیں نہیں وہ symbolic ہے وہ ہم بھی جب آپ آواز</w:t>
      </w:r>
    </w:p>
    <w:p>
      <w:r>
        <w:rPr>
          <w:b/>
        </w:rPr>
        <w:t xml:space="preserve">[1:11:27] </w:t>
      </w:r>
      <w:r>
        <w:t>se kuch baat karte hain lagta hai ke sab hamare sath ho rahe hain woh symbolic language hai</w:t>
      </w:r>
    </w:p>
    <w:p>
      <w:pPr>
        <w:jc w:val="right"/>
      </w:pPr>
      <w:r>
        <w:t>سے کچھ بات کرتے ہیں لگتا ہے کہ سب ہمارے ساتھ ہو رہے ہیں وہ symbolic language ہے</w:t>
      </w:r>
    </w:p>
    <w:p>
      <w:r>
        <w:rPr>
          <w:b/>
        </w:rPr>
        <w:t xml:space="preserve">[1:11:34] </w:t>
      </w:r>
      <w:r>
        <w:t>aisa nahi ke woh sach much bol rahe the woh Maulana agla sawal bheja hai Javed Hussain sahib ne Ahmed</w:t>
      </w:r>
    </w:p>
    <w:p>
      <w:pPr>
        <w:jc w:val="right"/>
      </w:pPr>
      <w:r>
        <w:t>ایسا نہیں کہ وہ سچ مچ بول رہے تھے وہ مولانا اگلا سوال بھیجا ہے جاوید حسین صاحب نے احمد</w:t>
      </w:r>
    </w:p>
    <w:p>
      <w:r>
        <w:rPr>
          <w:b/>
        </w:rPr>
        <w:t xml:space="preserve">[1:11:42] </w:t>
      </w:r>
      <w:r>
        <w:t>abad se unhon ne likha hai Maulana sahib there are millions of Muslims in diaspora what is your</w:t>
      </w:r>
    </w:p>
    <w:p>
      <w:pPr>
        <w:jc w:val="right"/>
      </w:pPr>
      <w:r>
        <w:t>آباد سے انہوں نے لکھا ہے مولانا صاحب there are millions of Muslims in diaspora what is your</w:t>
      </w:r>
    </w:p>
    <w:p>
      <w:r>
        <w:rPr>
          <w:b/>
        </w:rPr>
        <w:t xml:space="preserve">[1:11:50] </w:t>
      </w:r>
      <w:r>
        <w:t>message to all of them particularly in the backdrop of increasing hate crime aur feeling of suspicion against</w:t>
      </w:r>
    </w:p>
    <w:p>
      <w:pPr>
        <w:jc w:val="right"/>
      </w:pPr>
      <w:r>
        <w:t>message to all of them particularly in the backdrop of increasing hate crime اور feeling of suspicion against</w:t>
      </w:r>
    </w:p>
    <w:p>
      <w:r>
        <w:rPr>
          <w:b/>
        </w:rPr>
        <w:t xml:space="preserve">[1:11:57] </w:t>
      </w:r>
      <w:r>
        <w:t>Islam and Muslims how can Muslims in diaspora change the attitude of non-Muslims towards them and Islam please</w:t>
      </w:r>
    </w:p>
    <w:p>
      <w:pPr>
        <w:jc w:val="right"/>
      </w:pPr>
      <w:r>
        <w:t>Islam and Muslims how can Muslims in diaspora change the attitude of non-Muslims towards them and Islam please</w:t>
      </w:r>
    </w:p>
    <w:p>
      <w:r>
        <w:rPr>
          <w:b/>
        </w:rPr>
        <w:t xml:space="preserve">[1:12:05] </w:t>
      </w:r>
      <w:r>
        <w:t>give us your guidance dekhiye main hate crime pe lafz se</w:t>
      </w:r>
    </w:p>
    <w:p>
      <w:pPr>
        <w:jc w:val="right"/>
      </w:pPr>
      <w:r>
        <w:t>give us your guidance دیکھیے میں hate crime پہ لفظ سے</w:t>
      </w:r>
    </w:p>
    <w:p>
      <w:r>
        <w:rPr>
          <w:b/>
        </w:rPr>
        <w:t xml:space="preserve">[1:12:12] </w:t>
      </w:r>
      <w:r>
        <w:t>bilkul ittefaq nahi karta woh hate crime nahi hai woh reaction hai jis cheez ko aap keh rahe hain hate crime woh hate crime nahi hai woh reaction hai jab bhi musalman koi aisi baatein karega toh reaction aayega toh aap hate crime kyun karte hain ab reaction yeh sochen ke woh aadmi kyun react kar raha hai jo aadmi react kar raha hai woh kyun react kar raha hai us ke reaction ko ko jo sabab hai us ko</w:t>
      </w:r>
    </w:p>
    <w:p>
      <w:pPr>
        <w:jc w:val="right"/>
      </w:pPr>
      <w:r>
        <w:t>بالکل اتفاق نہیں کرتا وہ hate crime نہیں ہے وہ reaction ہے جس چیز کو آپ کہہ رہے ہیں hate crime وہ hate crime نہیں ہے وہ reaction ہے جب بھی مسلمان کوئی ایسی باتیں کرے گا تو reaction آئے گا تو آپ hate crime کیوں کرتے ہیں اب reaction یہ سوچیں کہ وہ آدمی کیوں react کر رہا ہے جو آدمی react کر رہا ہے وہ کیوں react کر رہا ہے اس کے reaction کو کو جو سبب ہے اس کو</w:t>
      </w:r>
    </w:p>
    <w:p>
      <w:r>
        <w:rPr>
          <w:b/>
        </w:rPr>
        <w:t xml:space="preserve">[1:12:42] </w:t>
      </w:r>
      <w:r>
        <w:t>door kijiye apne aap mein khatam ho jayega woh hate crime ka matlab yeh hai ke aap</w:t>
      </w:r>
    </w:p>
    <w:p>
      <w:pPr>
        <w:jc w:val="right"/>
      </w:pPr>
      <w:r>
        <w:t>دور کیجیے اپنے آپ میں ختم ہو جائے گا وہ hate crime کا مطلب یہ ہے کہ آپ</w:t>
      </w:r>
    </w:p>
    <w:p>
      <w:r>
        <w:rPr>
          <w:b/>
        </w:rPr>
        <w:t xml:space="preserve">[1:12:50] </w:t>
      </w:r>
      <w:r>
        <w:t>blame de rahe hain doosre ko jise main is ko reaction kehta hoon woh to retaliate shuru karta</w:t>
      </w:r>
    </w:p>
    <w:p>
      <w:pPr>
        <w:jc w:val="right"/>
      </w:pPr>
      <w:r>
        <w:t>blame دے رہے ہیں دوسرے کو جسے میں اس کو reaction کہتا ہوں وہ تو retaliate شروع کرتا</w:t>
      </w:r>
    </w:p>
    <w:p>
      <w:r>
        <w:rPr>
          <w:b/>
        </w:rPr>
        <w:t xml:space="preserve">[1:12:57] </w:t>
      </w:r>
      <w:r>
        <w:t>hai ji Maulana agla sawal Salman Khan sahib ne kiya hai unhon ne apni location nahi likhi hai</w:t>
      </w:r>
    </w:p>
    <w:p>
      <w:pPr>
        <w:jc w:val="right"/>
      </w:pPr>
      <w:r>
        <w:t>ہے جی مولانا اگلا سوال سلمان خان صاحب نے کیا ہے انہوں نے اپنی location نہیں لکھی ہے</w:t>
      </w:r>
    </w:p>
    <w:p>
      <w:r>
        <w:rPr>
          <w:b/>
        </w:rPr>
        <w:t xml:space="preserve">[1:13:05] </w:t>
      </w:r>
      <w:r>
        <w:t>unhon ne aap se poocha hai ke Maulana sahib</w:t>
      </w:r>
    </w:p>
    <w:p>
      <w:pPr>
        <w:jc w:val="right"/>
      </w:pPr>
      <w:r>
        <w:t>انہوں نے آپ سے پوچھا ہے کہ مولانا صاحب</w:t>
      </w:r>
    </w:p>
    <w:p>
      <w:r>
        <w:rPr>
          <w:b/>
        </w:rPr>
        <w:t xml:space="preserve">[1:13:12] </w:t>
      </w:r>
      <w:r>
        <w:t>mulk mein nationalism ki behas zoron par hai aqeedah tauheed par nationalism ka kya asar hoga is ke</w:t>
      </w:r>
    </w:p>
    <w:p>
      <w:pPr>
        <w:jc w:val="right"/>
      </w:pPr>
      <w:r>
        <w:t>ملک میں nationalism کی بحث زوروں پر ہے عقیدہ توحید پر nationalism کا کیا اثر ہوگا اس کے</w:t>
      </w:r>
    </w:p>
    <w:p>
      <w:r>
        <w:rPr>
          <w:b/>
        </w:rPr>
        <w:t xml:space="preserve">[1:13:20] </w:t>
      </w:r>
      <w:r>
        <w:t>baray mein batayen kuch nahi asar kya hoga woh alag cheez hai woh alag cheez hai aqeedah tauheed</w:t>
      </w:r>
    </w:p>
    <w:p>
      <w:pPr>
        <w:jc w:val="right"/>
      </w:pPr>
      <w:r>
        <w:t>بارے میں بتائیں کچھ نہیں اثر کیا ہوگا وہ الگ چیز ہے وہ الگ چیز ہے عقیدہ توحید</w:t>
      </w:r>
    </w:p>
    <w:p>
      <w:r>
        <w:rPr>
          <w:b/>
        </w:rPr>
        <w:t xml:space="preserve">[1:13:28] </w:t>
      </w:r>
      <w:r>
        <w:t>alag cheez hai woh nationalism ke baad jo India mein hai is ko main samajhta hoon ke yani</w:t>
      </w:r>
    </w:p>
    <w:p>
      <w:pPr>
        <w:jc w:val="right"/>
      </w:pPr>
      <w:r>
        <w:t>الگ چیز ہے وہ nationalism کے بعد جو انڈیا میں ہے اس کو میں سمجھتا ہوں کہ یعنی</w:t>
      </w:r>
    </w:p>
    <w:p>
      <w:r>
        <w:rPr>
          <w:b/>
        </w:rPr>
        <w:t xml:space="preserve">[1:13:36] </w:t>
      </w:r>
      <w:r>
        <w:t>jo universal concept hai us se alag ho ke naya concept banana chahte hain</w:t>
      </w:r>
    </w:p>
    <w:p>
      <w:pPr>
        <w:jc w:val="right"/>
      </w:pPr>
      <w:r>
        <w:t>جو universal concept ہے اس سے الگ ہو کے نیا concept بنانا چاہتے ہیں</w:t>
      </w:r>
    </w:p>
    <w:p>
      <w:r>
        <w:rPr>
          <w:b/>
        </w:rPr>
        <w:t xml:space="preserve">[1:13:44] </w:t>
      </w:r>
      <w:r>
        <w:t>India ki jo ghalati hai woh yeh hai ke jo universal concept hai nationalism ka us se alag</w:t>
      </w:r>
    </w:p>
    <w:p>
      <w:pPr>
        <w:jc w:val="right"/>
      </w:pPr>
      <w:r>
        <w:t>انڈیا کی جو غلطی ہے وہ یہ ہے کہ جو universal concept ہے nationalism کا اس سے الگ</w:t>
      </w:r>
    </w:p>
    <w:p>
      <w:r>
        <w:rPr>
          <w:b/>
        </w:rPr>
        <w:t xml:space="preserve">[1:13:50] </w:t>
      </w:r>
      <w:r>
        <w:t>ho kar banana chahte hain main is ko nahi manta jo universal concept hai wahi hamara bhi concept</w:t>
      </w:r>
    </w:p>
    <w:p>
      <w:pPr>
        <w:jc w:val="right"/>
      </w:pPr>
      <w:r>
        <w:t>ہو کر بنانا چاہتے ہیں میں اس کو نہیں مانتا جو universal concept ہے وہی ہمارا بھی concept</w:t>
      </w:r>
    </w:p>
    <w:p>
      <w:r>
        <w:rPr>
          <w:b/>
        </w:rPr>
        <w:t xml:space="preserve">[1:13:56] </w:t>
      </w:r>
      <w:r>
        <w:t>hai aap United Nations ke charter parhiye is mein jo concept milta hai wahi hamara bhi concept hai</w:t>
      </w:r>
    </w:p>
    <w:p>
      <w:pPr>
        <w:jc w:val="right"/>
      </w:pPr>
      <w:r>
        <w:t>ہے آپ United Nations کے charter پڑھیے اس میں جو concept ملتا ہے وہی ہمارا بھی concept ہے</w:t>
      </w:r>
    </w:p>
    <w:p>
      <w:r>
        <w:rPr>
          <w:b/>
        </w:rPr>
        <w:t xml:space="preserve">[1:14:02] </w:t>
      </w:r>
      <w:r>
        <w:t>hum alag se koi banana main is ko sahi nahi samajhta Maulana yeh aakhri sawal lena chahenge</w:t>
      </w:r>
    </w:p>
    <w:p>
      <w:pPr>
        <w:jc w:val="right"/>
      </w:pPr>
      <w:r>
        <w:t>ہم الگ سے کوئی بنانا میں اس کو صحیح نہیں سمجھتا مولانا یہ آخری سوال لینا چاہیں گے</w:t>
      </w:r>
    </w:p>
    <w:p>
      <w:r>
        <w:rPr>
          <w:b/>
        </w:rPr>
        <w:t xml:space="preserve">[1:14:08] </w:t>
      </w:r>
      <w:r>
        <w:t>jo Lucknow se bheja hai</w:t>
      </w:r>
    </w:p>
    <w:p>
      <w:pPr>
        <w:jc w:val="right"/>
      </w:pPr>
      <w:r>
        <w:t>جو لکھنؤ سے بھیجا ہے</w:t>
      </w:r>
    </w:p>
    <w:p>
      <w:r>
        <w:rPr>
          <w:b/>
        </w:rPr>
        <w:t xml:space="preserve">[1:14:14] </w:t>
      </w:r>
      <w:r>
        <w:t>aamir yusuf sahib ne unhon ne likha hai Maulana Maulana sahib quran is a book for entire mankind</w:t>
      </w:r>
    </w:p>
    <w:p>
      <w:pPr>
        <w:jc w:val="right"/>
      </w:pPr>
      <w:r>
        <w:t>عامر یوسف صاحب نے انہوں نے لکھا ہے مولانا مولانا صاحب قرآن is a book for entire mankind</w:t>
      </w:r>
    </w:p>
    <w:p>
      <w:r>
        <w:rPr>
          <w:b/>
        </w:rPr>
        <w:t xml:space="preserve">[1:14:21] </w:t>
      </w:r>
      <w:r>
        <w:t>and you haverightly said that Muslims should spread it in humanity I want to know that how this</w:t>
      </w:r>
    </w:p>
    <w:p>
      <w:pPr>
        <w:jc w:val="right"/>
      </w:pPr>
      <w:r>
        <w:t>and you haverightly said that Muslims should spread it in humanity I want to know that how this</w:t>
      </w:r>
    </w:p>
    <w:p>
      <w:r>
        <w:rPr>
          <w:b/>
        </w:rPr>
        <w:t xml:space="preserve">[1:14:29] </w:t>
      </w:r>
      <w:r>
        <w:t>thinking starts among sections of Muslims that it should not be given to non-Muslims as they would not</w:t>
      </w:r>
    </w:p>
    <w:p>
      <w:pPr>
        <w:jc w:val="right"/>
      </w:pPr>
      <w:r>
        <w:t>thinking starts among sections of Muslims that it should not be given to non-Muslims as they would not</w:t>
      </w:r>
    </w:p>
    <w:p>
      <w:r>
        <w:rPr>
          <w:b/>
        </w:rPr>
        <w:t xml:space="preserve">[1:14:37] </w:t>
      </w:r>
      <w:r>
        <w:t>respect the quran which group or leader is responsible</w:t>
      </w:r>
    </w:p>
    <w:p>
      <w:pPr>
        <w:jc w:val="right"/>
      </w:pPr>
      <w:r>
        <w:t>respect the قرآن which group or leader is responsible</w:t>
      </w:r>
    </w:p>
    <w:p>
      <w:r>
        <w:rPr>
          <w:b/>
        </w:rPr>
        <w:t xml:space="preserve">[1:14:44] </w:t>
      </w:r>
      <w:r>
        <w:t>for this negative communication of not spreading the quran bohat samajhta hoon ke yeh woh log unhon ne nazariya banaya hai jo jinhon ne quran ko parha hi nahi woh quran ko sochte hain ke bas ek monument hai us ko lapet kar rakho sawab milega quran ko aap parhiye ghor se toh quran toh poore mankind ko address kar</w:t>
      </w:r>
    </w:p>
    <w:p>
      <w:pPr>
        <w:jc w:val="right"/>
      </w:pPr>
      <w:r>
        <w:t>for this negative communication of not spreading the قرآن بہت سمجھتا ہوں کہ یہ وہ لوگ انہوں نے نظریہ بنایا ہے جو جنہوں نے قرآن کو پڑھا ہی نہیں وہ قرآن کو سوچتے ہیں کہ بس ایک monument ہے اس کو لپیٹ کر رکھو ثواب ملے گا قرآن کو آپ پڑھیے غور سے تو قرآن تو پورے mankind کو address کر</w:t>
      </w:r>
    </w:p>
    <w:p>
      <w:r>
        <w:rPr>
          <w:b/>
        </w:rPr>
        <w:t xml:space="preserve">[1:15:14] </w:t>
      </w:r>
      <w:r>
        <w:t>raha hai poore insano ko are you or not are you or not to quran to sab ki</w:t>
      </w:r>
    </w:p>
    <w:p>
      <w:pPr>
        <w:jc w:val="right"/>
      </w:pPr>
      <w:r>
        <w:t>رہا ہے پورے انسانوں کو are you or not are you or not تو قرآن تو سب کی</w:t>
      </w:r>
    </w:p>
    <w:p>
      <w:r>
        <w:rPr>
          <w:b/>
        </w:rPr>
        <w:t xml:space="preserve">[1:15:20] </w:t>
      </w:r>
      <w:r>
        <w:t>kitab hai to sab jab sab ki kitab hai to in ka haq hai woh lein quran ko</w:t>
      </w:r>
    </w:p>
    <w:p>
      <w:pPr>
        <w:jc w:val="right"/>
      </w:pPr>
      <w:r>
        <w:t>کتاب ہے تو سب جب سب کی کتاب ہے تو ان کا حق ہے وہ لیں قرآن کو</w:t>
      </w:r>
    </w:p>
    <w:p>
      <w:r>
        <w:rPr>
          <w:b/>
        </w:rPr>
        <w:t xml:space="preserve">[1:15:26] </w:t>
      </w:r>
      <w:r>
        <w:t>jab quran sab ki kitab hai are you or not ki zaban bolta hai quran to sab ki</w:t>
      </w:r>
    </w:p>
    <w:p>
      <w:pPr>
        <w:jc w:val="right"/>
      </w:pPr>
      <w:r>
        <w:t>جب قرآن سب کی کتاب ہے are you or not کی زبان بولتا ہے قرآن تو سب کی</w:t>
      </w:r>
    </w:p>
    <w:p>
      <w:r>
        <w:rPr>
          <w:b/>
        </w:rPr>
        <w:t xml:space="preserve">[1:15:32] </w:t>
      </w:r>
      <w:r>
        <w:t>kitab hai woh to sab ka hissa hai is mein aap aap aap is ke aap is ke</w:t>
      </w:r>
    </w:p>
    <w:p>
      <w:pPr>
        <w:jc w:val="right"/>
      </w:pPr>
      <w:r>
        <w:t>کتاب ہے وہ تو سب کا حصہ ہے اس میں آپ آپ آپ اس کے آپ اس کے</w:t>
      </w:r>
    </w:p>
    <w:p>
      <w:r>
        <w:rPr>
          <w:b/>
        </w:rPr>
        <w:t xml:space="preserve">[1:15:38] </w:t>
      </w:r>
      <w:r>
        <w:t>yani monopoly nahi aap ko hasil hai musalmano ki monopoly nahi quran ki woh to sab ki kitab hai</w:t>
      </w:r>
    </w:p>
    <w:p>
      <w:pPr>
        <w:jc w:val="right"/>
      </w:pPr>
      <w:r>
        <w:t>یعنی مناپلی نہیں آپ کو حاصل ہے مسلمانوں کی مناپلی نہیں قرآن کی وہ تو سب کی کتاب ہے</w:t>
      </w:r>
    </w:p>
    <w:p>
      <w:r>
        <w:rPr>
          <w:b/>
        </w:rPr>
        <w:t xml:space="preserve">[1:15:45] </w:t>
      </w:r>
      <w:r>
        <w:t>toh woh jab quran lete hain toh apna hissa le rahe hain woh okay so we will end today's session if you want to join cps international or want to send in your comments feedback then please write to us on info at cpsglobal.org thank you for watching cps international we will be back next sunday same time thank you.</w:t>
      </w:r>
    </w:p>
    <w:p>
      <w:pPr>
        <w:jc w:val="right"/>
      </w:pPr>
      <w:r>
        <w:t>تو وہ جب قرآن لیتے ہیں تو اپنا حصہ لے رہے ہیں وہ اوکے so we will end today's session if you want to join CPS International or want to send in your comments feedback then please write to us on info at cpsglobal.org thank you for watching CPS International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