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Concept of Death in Islam August 26, 2012</w:t>
      </w:r>
    </w:p>
    <w:p>
      <w:r>
        <w:t>https://youtu.be/y0TJxKi0L94</w:t>
      </w:r>
    </w:p>
    <w:p>
      <w:r>
        <w:rPr>
          <w:b/>
        </w:rPr>
        <w:t xml:space="preserve">[00:32] </w:t>
      </w:r>
      <w:r>
        <w:t>yafqa qawli.</w:t>
      </w:r>
    </w:p>
    <w:p>
      <w:pPr>
        <w:jc w:val="right"/>
      </w:pPr>
      <w:r>
        <w:t>یفقہ قولی۔</w:t>
      </w:r>
    </w:p>
    <w:p>
      <w:r>
        <w:rPr>
          <w:b/>
        </w:rPr>
        <w:t xml:space="preserve">[00:36] </w:t>
      </w:r>
      <w:r>
        <w:t>aaj august 2012 ki 26 tareekh hai.</w:t>
      </w:r>
    </w:p>
    <w:p>
      <w:pPr>
        <w:jc w:val="right"/>
      </w:pPr>
      <w:r>
        <w:t>آج اگست 2012 کی 26 تاریخ ہے۔</w:t>
      </w:r>
    </w:p>
    <w:p>
      <w:r>
        <w:rPr>
          <w:b/>
        </w:rPr>
        <w:t xml:space="preserve">[00:47] </w:t>
      </w:r>
      <w:r>
        <w:t>aaj ke liye maine ek aur topic socha tha, lekin aaj hi subah akhbaron mein ek khabar aayi jo tamam akhbaron mein</w:t>
      </w:r>
    </w:p>
    <w:p>
      <w:pPr>
        <w:jc w:val="right"/>
      </w:pPr>
      <w:r>
        <w:t>آج کے لیے میں نے ایک اور ٹاپک سوچا تھا، لیکن آج ہی صبح اخباروں میں ایک خبر آئی جو تمام اخباروں میں</w:t>
      </w:r>
    </w:p>
    <w:p>
      <w:r>
        <w:rPr>
          <w:b/>
        </w:rPr>
        <w:t xml:space="preserve">[01:02] </w:t>
      </w:r>
      <w:r>
        <w:t>pehli news ke taur par rahi ke neil armstrong ki death ho gayi.</w:t>
      </w:r>
    </w:p>
    <w:p>
      <w:pPr>
        <w:jc w:val="right"/>
      </w:pPr>
      <w:r>
        <w:t>پہلی نیوز کے طور پر رہی کہ نیل ارم اسٹرانگ کی ڈیتھ ہو گئی۔</w:t>
      </w:r>
    </w:p>
    <w:p>
      <w:r>
        <w:rPr>
          <w:b/>
        </w:rPr>
        <w:t xml:space="preserve">[01:14] </w:t>
      </w:r>
      <w:r>
        <w:t>unki umar 82 years thi.</w:t>
      </w:r>
    </w:p>
    <w:p>
      <w:pPr>
        <w:jc w:val="right"/>
      </w:pPr>
      <w:r>
        <w:t>ان کی عمر 82 ایئرز تھی۔</w:t>
      </w:r>
    </w:p>
    <w:p>
      <w:r>
        <w:rPr>
          <w:b/>
        </w:rPr>
        <w:t xml:space="preserve">[01:21] </w:t>
      </w:r>
      <w:r>
        <w:t>shayad duniya ke liye ek badi ajeeb khabar thi.</w:t>
      </w:r>
    </w:p>
    <w:p>
      <w:pPr>
        <w:jc w:val="right"/>
      </w:pPr>
      <w:r>
        <w:t>شاید دنیا کے لیے ایک بڑی عجیب خبر تھی۔</w:t>
      </w:r>
    </w:p>
    <w:p>
      <w:r>
        <w:rPr>
          <w:b/>
        </w:rPr>
        <w:t xml:space="preserve">[01:28] </w:t>
      </w:r>
      <w:r>
        <w:t>aap jante hain ke neil armstrong woh shakhs hai jisne pehli baar chand ke upar qadam rakha.</w:t>
      </w:r>
    </w:p>
    <w:p>
      <w:pPr>
        <w:jc w:val="right"/>
      </w:pPr>
      <w:r>
        <w:t>آپ جانتے ہیں کہ نیل ارم اسٹرانگ وہ شخص ہے جس نے پہلی بار چاند کے اوپر قدم رکھا۔</w:t>
      </w:r>
    </w:p>
    <w:p>
      <w:r>
        <w:rPr>
          <w:b/>
        </w:rPr>
        <w:t xml:space="preserve">[01:42] </w:t>
      </w:r>
      <w:r>
        <w:t>woh pehle insaan ban gaye.</w:t>
      </w:r>
    </w:p>
    <w:p>
      <w:pPr>
        <w:jc w:val="right"/>
      </w:pPr>
      <w:r>
        <w:t>وہ پہلے انسان بن گئے۔</w:t>
      </w:r>
    </w:p>
    <w:p>
      <w:r>
        <w:rPr>
          <w:b/>
        </w:rPr>
        <w:t xml:space="preserve">[01:52] </w:t>
      </w:r>
      <w:r>
        <w:t>jab woh chand par pahunche the to us manzar ko sari duniya mein</w:t>
      </w:r>
    </w:p>
    <w:p>
      <w:pPr>
        <w:jc w:val="right"/>
      </w:pPr>
      <w:r>
        <w:t>جب وہ چاند پر پہنچے تھے تو اس منظر کو ساری دنیا میں</w:t>
      </w:r>
    </w:p>
    <w:p>
      <w:r>
        <w:rPr>
          <w:b/>
        </w:rPr>
        <w:t xml:space="preserve">[02:02] </w:t>
      </w:r>
      <w:r>
        <w:t>600 million aadmiyon ne dekha, TV par.</w:t>
      </w:r>
    </w:p>
    <w:p>
      <w:pPr>
        <w:jc w:val="right"/>
      </w:pPr>
      <w:r>
        <w:t>600 ملین آدمیوں نے دیکھا، ٹی وی پر۔</w:t>
      </w:r>
    </w:p>
    <w:p>
      <w:r>
        <w:rPr>
          <w:b/>
        </w:rPr>
        <w:t xml:space="preserve">[02:08] </w:t>
      </w:r>
      <w:r>
        <w:t>kaisi ajeeb baat hai.</w:t>
      </w:r>
    </w:p>
    <w:p>
      <w:pPr>
        <w:jc w:val="right"/>
      </w:pPr>
      <w:r>
        <w:t>کیسی عجیب بات ہے۔</w:t>
      </w:r>
    </w:p>
    <w:p>
      <w:r>
        <w:rPr>
          <w:b/>
        </w:rPr>
        <w:t xml:space="preserve">[02:13] </w:t>
      </w:r>
      <w:r>
        <w:t>yani sari duniya mein log dekh rahe the ke kaise woh ja rahe hain, kaise utar rahe hain, kaise walk kar rahe hain. kaisa ajeeb zamana hai.</w:t>
      </w:r>
    </w:p>
    <w:p>
      <w:pPr>
        <w:jc w:val="right"/>
      </w:pPr>
      <w:r>
        <w:t>یعنی ساری دنیا میں لوگ دیکھ رہے تھے کہ کیسے وہ جا رہے ہیں، کیسے اتر رہے ہیں، کیسے واک کر رہے ہیں۔ کیسا عجیب زمانہ ہے۔</w:t>
      </w:r>
    </w:p>
    <w:p>
      <w:r>
        <w:rPr>
          <w:b/>
        </w:rPr>
        <w:t xml:space="preserve">[02:25] </w:t>
      </w:r>
      <w:r>
        <w:t>zameen se chand ka faasla chaar lakh mile hai.</w:t>
      </w:r>
    </w:p>
    <w:p>
      <w:pPr>
        <w:jc w:val="right"/>
      </w:pPr>
      <w:r>
        <w:t>زمین سے چاند کا فاصلہ چار لاکھ میل ہے۔</w:t>
      </w:r>
    </w:p>
    <w:p>
      <w:r>
        <w:rPr>
          <w:b/>
        </w:rPr>
        <w:t xml:space="preserve">[02:33] </w:t>
      </w:r>
      <w:r>
        <w:t>pehlay aadmi soch nahi sakta tha ke space mein chaar lakh mile ka safar kar ke space mein ek sayyaray par utray.</w:t>
      </w:r>
    </w:p>
    <w:p>
      <w:pPr>
        <w:jc w:val="right"/>
      </w:pPr>
      <w:r>
        <w:t>پہلے آدمی سوچ نہیں سکتا تھا کہ اسپیس میں چار لاکھ میل کا سفر کر کے اسپیس میں ایک سیارے پر اترے۔</w:t>
      </w:r>
    </w:p>
    <w:p>
      <w:r>
        <w:rPr>
          <w:b/>
        </w:rPr>
        <w:t xml:space="preserve">[02:44] </w:t>
      </w:r>
      <w:r>
        <w:t>aur yeh bhi impossible tha ke sari duniya ke log usay TV par dekh rahe hain. kaisi ajeeb baat hai yeh.</w:t>
      </w:r>
    </w:p>
    <w:p>
      <w:pPr>
        <w:jc w:val="right"/>
      </w:pPr>
      <w:r>
        <w:t>اور یہ بھی امپاسیبل تھا کہ ساری دنیا کے لوگ اسے ٹی وی پر دیکھ رہے ہیں۔ کیسی عجیب بات ہے یہ۔</w:t>
      </w:r>
    </w:p>
    <w:p>
      <w:r>
        <w:rPr>
          <w:b/>
        </w:rPr>
        <w:t xml:space="preserve">[02:54] </w:t>
      </w:r>
      <w:r>
        <w:t>to aisa hua. yeh waqea hua tha 20 july 1969 ko.</w:t>
      </w:r>
    </w:p>
    <w:p>
      <w:pPr>
        <w:jc w:val="right"/>
      </w:pPr>
      <w:r>
        <w:t>تو ایسا ہوا۔ یہ واقعہ ہوا تھا 20 جولائی 1969 کو۔</w:t>
      </w:r>
    </w:p>
    <w:p>
      <w:r>
        <w:rPr>
          <w:b/>
        </w:rPr>
        <w:t xml:space="preserve">[03:08] </w:t>
      </w:r>
      <w:r>
        <w:t>20 july 1969 ko. mujhe yaad hai ke us waqt mein Dilli mein tha.</w:t>
      </w:r>
    </w:p>
    <w:p>
      <w:pPr>
        <w:jc w:val="right"/>
      </w:pPr>
      <w:r>
        <w:t>20 جولائی 1969 کو۔ مجھے یاد ہے کہ اس وقت میں دلی میں تھا۔</w:t>
      </w:r>
    </w:p>
    <w:p>
      <w:r>
        <w:rPr>
          <w:b/>
        </w:rPr>
        <w:t xml:space="preserve">[03:19] </w:t>
      </w:r>
      <w:r>
        <w:t>to raat ke waqt mein ek by chance ek daily newspaper ke office mein gaya.</w:t>
      </w:r>
    </w:p>
    <w:p>
      <w:pPr>
        <w:jc w:val="right"/>
      </w:pPr>
      <w:r>
        <w:t>تو رات کے وقت میں ایک بائی چانس ایک ڈیلی نیوز پیپر کے آفس میں گیا۔</w:t>
      </w:r>
    </w:p>
    <w:p>
      <w:r>
        <w:rPr>
          <w:b/>
        </w:rPr>
        <w:t xml:space="preserve">[03:29] </w:t>
      </w:r>
      <w:r>
        <w:t>wahan par mulaqat hui meri news editor se. to bohat inteha mein thay woh us waqt, bohat hi josh mein thay.</w:t>
      </w:r>
    </w:p>
    <w:p>
      <w:pPr>
        <w:jc w:val="right"/>
      </w:pPr>
      <w:r>
        <w:t>وہاں پر ملاقات ہوئی میری نیوز ایڈیٹر سے۔ تو بہت انتہا میں تھے وہ اس وقت، بہت ہی جوش میں تھے۔</w:t>
      </w:r>
    </w:p>
    <w:p>
      <w:r>
        <w:rPr>
          <w:b/>
        </w:rPr>
        <w:t xml:space="preserve">[03:42] </w:t>
      </w:r>
      <w:r>
        <w:t>unhon ne kaha ke abhi tak mujhe yaad hain unke alfaaz ke "thrilling news aa rahi hain." "thrilling news aa rahi hain." zahir hai ke jis chand ko insaan is se pehle devta samajh kar poojta tha,</w:t>
      </w:r>
    </w:p>
    <w:p>
      <w:pPr>
        <w:jc w:val="right"/>
      </w:pPr>
      <w:r>
        <w:t>انہوں نے کہا کہ ابھی تک مجھے یاد ہیں ان کے الفاظ کہ "تھرلنگ نیوز آ رہی ہیں۔" "تھرلنگ نیوز آ رہی ہیں۔" ظاہر ہے کہ جس چاند کو انسان اس سے پہلے دیوتا سمجھ کر پوجتا تھا،</w:t>
      </w:r>
    </w:p>
    <w:p>
      <w:r>
        <w:rPr>
          <w:b/>
        </w:rPr>
        <w:t xml:space="preserve">[04:01] </w:t>
      </w:r>
      <w:r>
        <w:t>us par insaan ne qadam rakh diya to badi anokhi khabar thi yeh.</w:t>
      </w:r>
    </w:p>
    <w:p>
      <w:pPr>
        <w:jc w:val="right"/>
      </w:pPr>
      <w:r>
        <w:t>اس پر انسان نے قدم رکھ دیا تو بڑی انوکھی خبر تھی یہ۔</w:t>
      </w:r>
    </w:p>
    <w:p>
      <w:r>
        <w:rPr>
          <w:b/>
        </w:rPr>
        <w:t xml:space="preserve">[04:11] </w:t>
      </w:r>
      <w:r>
        <w:t>yani chand par qadam rakhna unka yeh maan rakhta tha ke aaj se chand parasti ka daur khatam.</w:t>
      </w:r>
    </w:p>
    <w:p>
      <w:pPr>
        <w:jc w:val="right"/>
      </w:pPr>
      <w:r>
        <w:t>یعنی چاند پر قدم رکھنا ان کا یہ مان رکھتا تھا کہ آج سے چاند پرستی کا دور ختم۔</w:t>
      </w:r>
    </w:p>
    <w:p>
      <w:r>
        <w:rPr>
          <w:b/>
        </w:rPr>
        <w:t xml:space="preserve">[04:20] </w:t>
      </w:r>
      <w:r>
        <w:t>kaisi ajeeb baat hai yeh. sari tareekh mein insaan ne suraj chand ko pooja hai.</w:t>
      </w:r>
    </w:p>
    <w:p>
      <w:pPr>
        <w:jc w:val="right"/>
      </w:pPr>
      <w:r>
        <w:t>کیسی عجیب بات ہے یہ۔ ساری تاریخ میں انسان نے سورج چاند کو پوجا ہے۔</w:t>
      </w:r>
    </w:p>
    <w:p>
      <w:r>
        <w:rPr>
          <w:b/>
        </w:rPr>
        <w:t xml:space="preserve">[04:30] </w:t>
      </w:r>
      <w:r>
        <w:t>sari tareekh mein. chand ko devta samajh kar log is ko poojte thay.</w:t>
      </w:r>
    </w:p>
    <w:p>
      <w:pPr>
        <w:jc w:val="right"/>
      </w:pPr>
      <w:r>
        <w:t>ساری تاریخ میں۔ چاند کو دیوتا سمجھ کر لوگ اس کو پوجتے تھے۔</w:t>
      </w:r>
    </w:p>
    <w:p>
      <w:r>
        <w:rPr>
          <w:b/>
        </w:rPr>
        <w:t xml:space="preserve">[04:38] </w:t>
      </w:r>
      <w:r>
        <w:t>lekin 20 julaai 1969 ko jab insaan zameen se gaya oopar aur chand par is ne qadam rakh diya, aur molvi ne kaha yeh to aik roshan bhi nahin hai, yeh to sirf aik chataan ka tukra hai.</w:t>
      </w:r>
    </w:p>
    <w:p>
      <w:pPr>
        <w:jc w:val="right"/>
      </w:pPr>
      <w:r>
        <w:t>لیکن 20 جولائی 1969 کو جب انسان زمین سے گیا اوپر اور چاند پر اس نے قدم رکھ دیا، اور مولوی نے کہا یہ تو ایک روشن بھی نہیں ہے، یہ تو صرف ایک چٹان کا ٹکڑا ہے۔</w:t>
      </w:r>
    </w:p>
    <w:p>
      <w:r>
        <w:rPr>
          <w:b/>
        </w:rPr>
        <w:t xml:space="preserve">[05:00] </w:t>
      </w:r>
      <w:r>
        <w:t>to isi din goya ke shirk ka dour khatm ho gaya.</w:t>
      </w:r>
    </w:p>
    <w:p>
      <w:pPr>
        <w:jc w:val="right"/>
      </w:pPr>
      <w:r>
        <w:t>تو اسی دن گویا کہ شرک کا دور ختم ہو گیا۔</w:t>
      </w:r>
    </w:p>
    <w:p>
      <w:r>
        <w:rPr>
          <w:b/>
        </w:rPr>
        <w:t xml:space="preserve">[05:06] </w:t>
      </w:r>
      <w:r>
        <w:t>nujoom parasti</w:t>
      </w:r>
    </w:p>
    <w:p>
      <w:pPr>
        <w:jc w:val="right"/>
      </w:pPr>
      <w:r>
        <w:t>نجوم پرستی</w:t>
      </w:r>
    </w:p>
    <w:p>
      <w:r>
        <w:rPr>
          <w:b/>
        </w:rPr>
        <w:t xml:space="preserve">[05:10] </w:t>
      </w:r>
      <w:r>
        <w:t>ka dour khatm ho gaya. star warship ka dour khatm ho gaya.</w:t>
      </w:r>
    </w:p>
    <w:p>
      <w:pPr>
        <w:jc w:val="right"/>
      </w:pPr>
      <w:r>
        <w:t>کا دور ختم ہو گیا۔ اسٹار ورشپ کا دور ختم ہو گیا۔</w:t>
      </w:r>
    </w:p>
    <w:p>
      <w:r>
        <w:rPr>
          <w:b/>
        </w:rPr>
        <w:t xml:space="preserve">[05:21] </w:t>
      </w:r>
      <w:r>
        <w:t>to us waqt jab arm strong utre thay chand ke oopar,</w:t>
      </w:r>
    </w:p>
    <w:p>
      <w:pPr>
        <w:jc w:val="right"/>
      </w:pPr>
      <w:r>
        <w:t>تو اس وقت جب ارم اسٹرانگ اترے تھے چاند کے اوپر،</w:t>
      </w:r>
    </w:p>
    <w:p>
      <w:r>
        <w:rPr>
          <w:b/>
        </w:rPr>
        <w:t xml:space="preserve">[05:30] </w:t>
      </w:r>
      <w:r>
        <w:t>chaar lakh meel ka safar kar ke,</w:t>
      </w:r>
    </w:p>
    <w:p>
      <w:pPr>
        <w:jc w:val="right"/>
      </w:pPr>
      <w:r>
        <w:t>چار لاکھ میل کا سفر کر کے،</w:t>
      </w:r>
    </w:p>
    <w:p>
      <w:r>
        <w:rPr>
          <w:b/>
        </w:rPr>
        <w:t xml:space="preserve">[05:35] </w:t>
      </w:r>
      <w:r>
        <w:t>to unhon ne kaha tha, bohat tareekhi lafz, ke "this is a giant step for mankind."</w:t>
      </w:r>
    </w:p>
    <w:p>
      <w:pPr>
        <w:jc w:val="right"/>
      </w:pPr>
      <w:r>
        <w:t>تو انہوں نے کہا تھا، بہت تاریخی لفظ، کہ "دس از ا جائنٹ اسٹیپ فار مائنڈ کائنڈ۔"</w:t>
      </w:r>
    </w:p>
    <w:p>
      <w:r>
        <w:rPr>
          <w:b/>
        </w:rPr>
        <w:t xml:space="preserve">[05:47] </w:t>
      </w:r>
      <w:r>
        <w:t>"this is a giant step for mankind." aaj jab yeh khabar aai ke woh mar gaye to achaanak mujhe un ka yeh qoul yaad aaya.</w:t>
      </w:r>
    </w:p>
    <w:p>
      <w:pPr>
        <w:jc w:val="right"/>
      </w:pPr>
      <w:r>
        <w:t>"دس از ا جائنٹ اسٹیپ فار مائنڈ کائنڈ۔" آج جب یہ خبر آئی کہ وہ مر گئے تو اچانک مجھے ان کا یہ قول یاد آیا۔</w:t>
      </w:r>
    </w:p>
    <w:p>
      <w:r>
        <w:rPr>
          <w:b/>
        </w:rPr>
        <w:t xml:space="preserve">[06:03] </w:t>
      </w:r>
      <w:r>
        <w:t>main ne socha ke</w:t>
      </w:r>
    </w:p>
    <w:p>
      <w:pPr>
        <w:jc w:val="right"/>
      </w:pPr>
      <w:r>
        <w:t>میں نے سوچا کہ</w:t>
      </w:r>
    </w:p>
    <w:p>
      <w:r>
        <w:rPr>
          <w:b/>
        </w:rPr>
        <w:t xml:space="preserve">[06:09] </w:t>
      </w:r>
      <w:r>
        <w:t>giant step to aaj aaya un ke liye, yeh 20 julaai 1969 ko nahin aaya tha.</w:t>
      </w:r>
    </w:p>
    <w:p>
      <w:pPr>
        <w:jc w:val="right"/>
      </w:pPr>
      <w:r>
        <w:t>جائنٹ اسٹیپ تو آج آیا ان کے لیے، یہ 20 جولائی 1969 کو نہیں آیا تھا۔</w:t>
      </w:r>
    </w:p>
    <w:p>
      <w:r>
        <w:rPr>
          <w:b/>
        </w:rPr>
        <w:t xml:space="preserve">[06:20] </w:t>
      </w:r>
      <w:r>
        <w:t>aaj woh aik doosri duniya mein pahunch gaye, jahan farishtay hain, jahan Khuda hai, jahan jannat hai, jahan dozakh hai.</w:t>
      </w:r>
    </w:p>
    <w:p>
      <w:pPr>
        <w:jc w:val="right"/>
      </w:pPr>
      <w:r>
        <w:t>آج وہ ایک دوسری دنیا میں پہنچ گئے، جہاں فرشتے ہیں، جہاں خدا ہے، جہاں جنت ہے، جہاں دوزخ ہے۔</w:t>
      </w:r>
    </w:p>
    <w:p>
      <w:r>
        <w:rPr>
          <w:b/>
        </w:rPr>
        <w:t xml:space="preserve">[06:31] </w:t>
      </w:r>
      <w:r>
        <w:t>aik aur hi duniya.</w:t>
      </w:r>
    </w:p>
    <w:p>
      <w:pPr>
        <w:jc w:val="right"/>
      </w:pPr>
      <w:r>
        <w:t>ایک اور ہی دنیا۔</w:t>
      </w:r>
    </w:p>
    <w:p>
      <w:r>
        <w:rPr>
          <w:b/>
        </w:rPr>
        <w:t xml:space="preserve">[06:36] </w:t>
      </w:r>
      <w:r>
        <w:t>aur "this is a giant step for mankind" asal aaj shuru hui un ke liye.</w:t>
      </w:r>
    </w:p>
    <w:p>
      <w:pPr>
        <w:jc w:val="right"/>
      </w:pPr>
      <w:r>
        <w:t>اور "دس از ا جائنٹ اسٹیپ فار مائنڈ کائنڈ" اصل آج شروع ہوئی ان کے لیے۔</w:t>
      </w:r>
    </w:p>
    <w:p>
      <w:r>
        <w:rPr>
          <w:b/>
        </w:rPr>
        <w:t xml:space="preserve">[06:44] </w:t>
      </w:r>
      <w:r>
        <w:t>kaisi ajeeb baat hai.</w:t>
      </w:r>
    </w:p>
    <w:p>
      <w:pPr>
        <w:jc w:val="right"/>
      </w:pPr>
      <w:r>
        <w:t>کیسی عجیب بات ہے۔</w:t>
      </w:r>
    </w:p>
    <w:p>
      <w:r>
        <w:rPr>
          <w:b/>
        </w:rPr>
        <w:t xml:space="preserve">[06:52] </w:t>
      </w:r>
      <w:r>
        <w:t>dekhen, maut aik aisi reality hai jo har aadmi ko face hi karna parta hai.</w:t>
      </w:r>
    </w:p>
    <w:p>
      <w:pPr>
        <w:jc w:val="right"/>
      </w:pPr>
      <w:r>
        <w:t>دیکھیں، موت ایک ایسی ریلیٹی ہے جو ہر آدمی کو فیس ہی کرنا پڑتا ہے۔</w:t>
      </w:r>
    </w:p>
    <w:p>
      <w:r>
        <w:rPr>
          <w:b/>
        </w:rPr>
        <w:t xml:space="preserve">[07:05] </w:t>
      </w:r>
      <w:r>
        <w:t>poori history mein koi aadmi, chahe woh koi king ho, koi bohat bara waldi aadmi ho, kuch bhi ho, kuch bhi ho, kuch bhi ho, behraal woh aik time aata hai ke woh mar jata hai.</w:t>
      </w:r>
    </w:p>
    <w:p>
      <w:pPr>
        <w:jc w:val="right"/>
      </w:pPr>
      <w:r>
        <w:t>پوری ہسٹری میں کوئی آدمی، چاہے وہ کوئی کنگ ہو، کوئی بہت بڑا ولدی آدمی ہو، کچھ بھی ہو، کچھ بھی ہو، کچھ بھی ہو، بہرحال وہ ایک ٹائم آتا ہے کہ وہ مر جاتا ہے۔</w:t>
      </w:r>
    </w:p>
    <w:p>
      <w:r>
        <w:rPr>
          <w:b/>
        </w:rPr>
        <w:t xml:space="preserve">[07:24] </w:t>
      </w:r>
      <w:r>
        <w:t>bas so baras ke lag bhag jeena parta hai, is ke baad mar jata hai.</w:t>
      </w:r>
    </w:p>
    <w:p>
      <w:pPr>
        <w:jc w:val="right"/>
      </w:pPr>
      <w:r>
        <w:t>بس سو برس کے لگ بھگ جینا پڑتا ہے، اس کے بعد مر جاتا ہے۔</w:t>
      </w:r>
    </w:p>
    <w:p>
      <w:r>
        <w:rPr>
          <w:b/>
        </w:rPr>
        <w:t xml:space="preserve">[07:31] </w:t>
      </w:r>
      <w:r>
        <w:t>to Quran mein yeh ayat do jagah aai hai,</w:t>
      </w:r>
    </w:p>
    <w:p>
      <w:pPr>
        <w:jc w:val="right"/>
      </w:pPr>
      <w:r>
        <w:t>تو قرآن میں یہ آیت دو جگہ آئی ہے،</w:t>
      </w:r>
    </w:p>
    <w:p>
      <w:r>
        <w:rPr>
          <w:b/>
        </w:rPr>
        <w:t xml:space="preserve">[07:35] </w:t>
      </w:r>
      <w:r>
        <w:t>soorah Aal-e-Imran mein aur soorah Al-Anbiya mein. kul nafsin za'iqatul maut</w:t>
      </w:r>
    </w:p>
    <w:p>
      <w:pPr>
        <w:jc w:val="right"/>
      </w:pPr>
      <w:r>
        <w:t>سورہ آل عمران میں اور سورہ الانبیاء میں۔ کل نفس ذائقۃ الموت</w:t>
      </w:r>
    </w:p>
    <w:p>
      <w:r>
        <w:rPr>
          <w:b/>
        </w:rPr>
        <w:t xml:space="preserve">[07:49] </w:t>
      </w:r>
      <w:r>
        <w:t>har aadmi ko laazmi tor par maut ka mazaa chakhna hai. yaani maut ka tajruba pesh aana hai.</w:t>
      </w:r>
    </w:p>
    <w:p>
      <w:pPr>
        <w:jc w:val="right"/>
      </w:pPr>
      <w:r>
        <w:t>ہر آدمی کو لازمی طور پر موت کا مزہ چکھنا ہے۔ یعنی موت کا تجربہ پیش آنا ہے۔</w:t>
      </w:r>
    </w:p>
    <w:p>
      <w:r>
        <w:rPr>
          <w:b/>
        </w:rPr>
        <w:t xml:space="preserve">[08:03] </w:t>
      </w:r>
      <w:r>
        <w:t>za'iqah ke matlab yahan par experience. har aadmi par jo zindah hai, us par laazman yeh experience pesh aana hai ke woh mar jaye.</w:t>
      </w:r>
    </w:p>
    <w:p>
      <w:pPr>
        <w:jc w:val="right"/>
      </w:pPr>
      <w:r>
        <w:t>ذائقہ کے مطلب یہاں پر ایکسپیرینس۔ ہر آدمی پر جو زندہ ہے، اس پر لازماً یہ ایکسپیرینس پیش آنا ہے کہ وہ مر جائے۔</w:t>
      </w:r>
    </w:p>
    <w:p>
      <w:r>
        <w:rPr>
          <w:b/>
        </w:rPr>
        <w:t xml:space="preserve">[08:18] </w:t>
      </w:r>
      <w:r>
        <w:t>marne ke baad kya hai? saare Quran mein yahi baat batai gayi hai ke marne ke baad end nahin hai, balkeh aik nai beginning hai.</w:t>
      </w:r>
    </w:p>
    <w:p>
      <w:pPr>
        <w:jc w:val="right"/>
      </w:pPr>
      <w:r>
        <w:t>مرنے کے بعد کیا ہے؟ سارے قرآن میں یہی بات بتائی گئی ہے کہ مرنے کے بعد اینڈ نہیں ہے، بلکہ ایک نئی بگننگ ہے۔</w:t>
      </w:r>
    </w:p>
    <w:p>
      <w:r>
        <w:rPr>
          <w:b/>
        </w:rPr>
        <w:t xml:space="preserve">[08:33] </w:t>
      </w:r>
      <w:r>
        <w:t>sach poochhen to Quran ya Allah ka kalam isi liye utara gaya ke insaan ko bataaye ke tum ko zaroor marna hai.</w:t>
      </w:r>
    </w:p>
    <w:p>
      <w:pPr>
        <w:jc w:val="right"/>
      </w:pPr>
      <w:r>
        <w:t>سچ پوچھیں تو قرآن یا اللہ کا کلام اسی لیے اتارا گیا کہ انسان کو بتائے کہ تم کو ضرور مرنا ہے۔</w:t>
      </w:r>
    </w:p>
    <w:p>
      <w:r>
        <w:rPr>
          <w:b/>
        </w:rPr>
        <w:t xml:space="preserve">[08:48] </w:t>
      </w:r>
      <w:r>
        <w:t>aur doosri baat yeh hai ke maut tumhara end nahin hai, tumhare aik naye eternal dour ka aaghaz hai.</w:t>
      </w:r>
    </w:p>
    <w:p>
      <w:pPr>
        <w:jc w:val="right"/>
      </w:pPr>
      <w:r>
        <w:t>اور دوسری بات یہ ہے کہ موت تمہارا اینڈ نہیں ہے، تمہارے ایک نئے ایٹرنل دور کا آغاز ہے۔</w:t>
      </w:r>
    </w:p>
    <w:p>
      <w:r>
        <w:rPr>
          <w:b/>
        </w:rPr>
        <w:t xml:space="preserve">[09:05] </w:t>
      </w:r>
      <w:r>
        <w:t>yeh batane ke liye. to kaisi ajeeb baat hai yeh.</w:t>
      </w:r>
    </w:p>
    <w:p>
      <w:pPr>
        <w:jc w:val="right"/>
      </w:pPr>
      <w:r>
        <w:t>یہ بتانے کے لیے۔ تو کیسی عجیب بات ہے یہ۔</w:t>
      </w:r>
    </w:p>
    <w:p>
      <w:r>
        <w:rPr>
          <w:b/>
        </w:rPr>
        <w:t xml:space="preserve">[09:13] </w:t>
      </w:r>
      <w:r>
        <w:t>kaisi ajeeb baat hai yeh.</w:t>
      </w:r>
    </w:p>
    <w:p>
      <w:pPr>
        <w:jc w:val="right"/>
      </w:pPr>
      <w:r>
        <w:t>کیسی عجیب بات ہے یہ۔</w:t>
      </w:r>
    </w:p>
    <w:p>
      <w:r>
        <w:rPr>
          <w:b/>
        </w:rPr>
        <w:t xml:space="preserve">[09:19] </w:t>
      </w:r>
      <w:r>
        <w:t>lekin ajeeb baat, is is sab log jante hain ke mar raha hai, lekin seriously koi is par sochta nahin.</w:t>
      </w:r>
    </w:p>
    <w:p>
      <w:pPr>
        <w:jc w:val="right"/>
      </w:pPr>
      <w:r>
        <w:t>لیکن عجیب بات، اس اس سب لوگ جانتے ہیں کہ مر رہا ہے، لیکن سیریسلی کوئی اس پر سوچتا نہیں۔</w:t>
      </w:r>
    </w:p>
    <w:p>
      <w:r>
        <w:rPr>
          <w:b/>
        </w:rPr>
        <w:t xml:space="preserve">[09:28] </w:t>
      </w:r>
      <w:r>
        <w:t>yeh bhi anokhi baat hai ke poori history mein log dekh rahe hain ke har aadmi mar raha hai, mar raha hai, mar raha hai. koi bhi seriously is par nahin sochta.</w:t>
      </w:r>
    </w:p>
    <w:p>
      <w:pPr>
        <w:jc w:val="right"/>
      </w:pPr>
      <w:r>
        <w:t>یہ بھی انوکھی بات ہے کہ پوری ہسٹری میں لوگ دیکھ رہے ہیں کہ ہر آدمی مر رہا ہے، مر رہا ہے، مر رہا ہے۔ کوئی بھی سیریسلی اس پر نہیں سوچتا۔</w:t>
      </w:r>
    </w:p>
    <w:p>
      <w:r>
        <w:rPr>
          <w:b/>
        </w:rPr>
        <w:t xml:space="preserve">[09:41] </w:t>
      </w:r>
      <w:r>
        <w:t>bohat hi kam log hain jo seriously sochte hain is par. bohat kam. agar socha hai to zindagi badal jaye in ki.</w:t>
      </w:r>
    </w:p>
    <w:p>
      <w:pPr>
        <w:jc w:val="right"/>
      </w:pPr>
      <w:r>
        <w:t>بہت ہی کم لوگ ہیں جو سیریسلی سوچتے ہیں اس پر۔ بہت کم۔ اگر سوچا ہے تو زندگی بدل جائے ان کی۔</w:t>
      </w:r>
    </w:p>
    <w:p>
      <w:r>
        <w:rPr>
          <w:b/>
        </w:rPr>
        <w:t xml:space="preserve">[09:56] </w:t>
      </w:r>
      <w:r>
        <w:t>america ka ek bohat hi mashhoor missionary hai, christian missionary.</w:t>
      </w:r>
    </w:p>
    <w:p>
      <w:pPr>
        <w:jc w:val="right"/>
      </w:pPr>
      <w:r>
        <w:t>امریکہ کا ایک بہت ہی مشہور مشنری ہے، کرسچن مشنری۔</w:t>
      </w:r>
    </w:p>
    <w:p>
      <w:r>
        <w:rPr>
          <w:b/>
        </w:rPr>
        <w:t xml:space="preserve">[10:09] </w:t>
      </w:r>
      <w:r>
        <w:t>is ne apna ek waqia likha hai.</w:t>
      </w:r>
    </w:p>
    <w:p>
      <w:pPr>
        <w:jc w:val="right"/>
      </w:pPr>
      <w:r>
        <w:t>اس نے اپنا ایک واقعہ لکھا ہے۔</w:t>
      </w:r>
    </w:p>
    <w:p>
      <w:r>
        <w:rPr>
          <w:b/>
        </w:rPr>
        <w:t xml:space="preserve">[10:16] </w:t>
      </w:r>
      <w:r>
        <w:t>bohat hi sabak aur ibret hai is waqie mein.</w:t>
      </w:r>
    </w:p>
    <w:p>
      <w:pPr>
        <w:jc w:val="right"/>
      </w:pPr>
      <w:r>
        <w:t>بہت ہی سبق اور عبرت ہے اس واقعے میں۔</w:t>
      </w:r>
    </w:p>
    <w:p>
      <w:r>
        <w:rPr>
          <w:b/>
        </w:rPr>
        <w:t xml:space="preserve">[10:21] </w:t>
      </w:r>
      <w:r>
        <w:t>Billy Graham mashhoor missionary hai, Billy Graham. ab woh boorhe ho gaye hain, shayad wheelchair par hain woh.</w:t>
      </w:r>
    </w:p>
    <w:p>
      <w:pPr>
        <w:jc w:val="right"/>
      </w:pPr>
      <w:r>
        <w:t>بلی گرہم مشہور مشنری ہے، بلی گرہم۔ اب وہ بوڑھے ہو گئے ہیں، شاید ویل چیئر پر ہیں وہ۔</w:t>
      </w:r>
    </w:p>
    <w:p>
      <w:r>
        <w:rPr>
          <w:b/>
        </w:rPr>
        <w:t xml:space="preserve">[10:31] </w:t>
      </w:r>
      <w:r>
        <w:t>pehlay woh bohat active hotay thay. to Billy Graham ne yeh waqia likha hai ke ek baar woh safar mein thay to un ke paas ek message pohncha,</w:t>
      </w:r>
    </w:p>
    <w:p>
      <w:pPr>
        <w:jc w:val="right"/>
      </w:pPr>
      <w:r>
        <w:t>پہلے وہ بہت ایکٹیو ہوتے تھے۔ تو بلی گرہم نے یہ واقعہ لکھا ہے کہ ایک بار وہ سفر میں تھے تو ان کے پاس ایک میسج پہنچا،</w:t>
      </w:r>
    </w:p>
    <w:p>
      <w:r>
        <w:rPr>
          <w:b/>
        </w:rPr>
        <w:t xml:space="preserve">[10:46] </w:t>
      </w:r>
      <w:r>
        <w:t>ek</w:t>
      </w:r>
    </w:p>
    <w:p>
      <w:pPr>
        <w:jc w:val="right"/>
      </w:pPr>
      <w:r>
        <w:t>ایک</w:t>
      </w:r>
    </w:p>
    <w:p>
      <w:r>
        <w:rPr>
          <w:b/>
        </w:rPr>
        <w:t xml:space="preserve">[10:47] </w:t>
      </w:r>
      <w:r>
        <w:t>top yani world ke ek top aadmi ka.</w:t>
      </w:r>
    </w:p>
    <w:p>
      <w:pPr>
        <w:jc w:val="right"/>
      </w:pPr>
      <w:r>
        <w:t>ٹاپ یعنی ورلڈ کے ایک ٹاپ آدمی کا۔</w:t>
      </w:r>
    </w:p>
    <w:p>
      <w:r>
        <w:rPr>
          <w:b/>
        </w:rPr>
        <w:t xml:space="preserve">[11:00] </w:t>
      </w:r>
      <w:r>
        <w:t>to is ne message diya tha ke tum foran mujh se milo. to safar ko cut kar ke woh gaye.</w:t>
      </w:r>
    </w:p>
    <w:p>
      <w:pPr>
        <w:jc w:val="right"/>
      </w:pPr>
      <w:r>
        <w:t>تو اس نے میسج دیا تھا کہ تم فوراً مجھ سے ملو۔ تو سفر کو کٹ کر کے وہ گئے۔</w:t>
      </w:r>
    </w:p>
    <w:p>
      <w:r>
        <w:rPr>
          <w:b/>
        </w:rPr>
        <w:t xml:space="preserve">[11:11] </w:t>
      </w:r>
      <w:r>
        <w:t>jab wahan pohnche to unhein ek room mein le jaya gaya. wahan woh thay aur woh top ka aadmi jo boorha ho chuka tha.</w:t>
      </w:r>
    </w:p>
    <w:p>
      <w:pPr>
        <w:jc w:val="right"/>
      </w:pPr>
      <w:r>
        <w:t>جب وہاں پہنچے تو انہیں ایک روم میں لے جایا گیا۔ وہاں وہ تھے اور وہ ٹاپ کا آدمی جو بوڑھا ہو چکا تھا۔</w:t>
      </w:r>
    </w:p>
    <w:p>
      <w:r>
        <w:rPr>
          <w:b/>
        </w:rPr>
        <w:t xml:space="preserve">[11:28] </w:t>
      </w:r>
      <w:r>
        <w:t>to kisi tamheed ke baghair</w:t>
      </w:r>
    </w:p>
    <w:p>
      <w:pPr>
        <w:jc w:val="right"/>
      </w:pPr>
      <w:r>
        <w:t>تو کسی تمہید کے بغیر</w:t>
      </w:r>
    </w:p>
    <w:p>
      <w:r>
        <w:rPr>
          <w:b/>
        </w:rPr>
        <w:t xml:space="preserve">[11:33] </w:t>
      </w:r>
      <w:r>
        <w:t>is aadmi ne kaha</w:t>
      </w:r>
    </w:p>
    <w:p>
      <w:pPr>
        <w:jc w:val="right"/>
      </w:pPr>
      <w:r>
        <w:t>اس آدمی نے کہا</w:t>
      </w:r>
    </w:p>
    <w:p>
      <w:r>
        <w:rPr>
          <w:b/>
        </w:rPr>
        <w:t xml:space="preserve">[11:38] </w:t>
      </w:r>
      <w:r>
        <w:t>ke "you see, i am an old man."</w:t>
      </w:r>
    </w:p>
    <w:p>
      <w:pPr>
        <w:jc w:val="right"/>
      </w:pPr>
      <w:r>
        <w:t>کہ "یو سی، آئی ایم این اولڈ مین۔"</w:t>
      </w:r>
    </w:p>
    <w:p>
      <w:r>
        <w:rPr>
          <w:b/>
        </w:rPr>
        <w:t xml:space="preserve">[11:47] </w:t>
      </w:r>
      <w:r>
        <w:t>life has lost all meaning.</w:t>
      </w:r>
    </w:p>
    <w:p>
      <w:pPr>
        <w:jc w:val="right"/>
      </w:pPr>
      <w:r>
        <w:t>لائف ہیز لاسٹ ال میننگ۔</w:t>
      </w:r>
    </w:p>
    <w:p>
      <w:r>
        <w:rPr>
          <w:b/>
        </w:rPr>
        <w:t xml:space="preserve">[11:53] </w:t>
      </w:r>
      <w:r>
        <w:t>I am ready to take a faithful leap into the unknown. Young man, can you give me a ray of hope?</w:t>
      </w:r>
    </w:p>
    <w:p>
      <w:pPr>
        <w:jc w:val="right"/>
      </w:pPr>
      <w:r>
        <w:t>آئی ایم ریڈی ٹو ٹیک ا فیتھ فل لیپ انٹو دا ان نون۔ینگ مین، کین یو گیو می ا ریف ہوپ؟</w:t>
      </w:r>
    </w:p>
    <w:p>
      <w:r>
        <w:rPr>
          <w:b/>
        </w:rPr>
        <w:t xml:space="preserve">[12:10] </w:t>
      </w:r>
      <w:r>
        <w:t>yani tum dekh rahe ho ke main boorha ho chuka hoon.</w:t>
      </w:r>
    </w:p>
    <w:p>
      <w:pPr>
        <w:jc w:val="right"/>
      </w:pPr>
      <w:r>
        <w:t>یعنی تم دیکھ رہے ہو کہ میں بوڑھا ہو چکا ہوں۔</w:t>
      </w:r>
    </w:p>
    <w:p>
      <w:r>
        <w:rPr>
          <w:b/>
        </w:rPr>
        <w:t xml:space="preserve">[12:19] </w:t>
      </w:r>
      <w:r>
        <w:t>ab zindagi ki koi koi maanoiyat mere liye baqi nahin rahi.</w:t>
      </w:r>
    </w:p>
    <w:p>
      <w:pPr>
        <w:jc w:val="right"/>
      </w:pPr>
      <w:r>
        <w:t>اب زندگی کی کوئی کوئی معنویت میرے لیے باقی نہیں رہی۔</w:t>
      </w:r>
    </w:p>
    <w:p>
      <w:r>
        <w:rPr>
          <w:b/>
        </w:rPr>
        <w:t xml:space="preserve">[12:28] </w:t>
      </w:r>
      <w:r>
        <w:t>main ek namaloom duniya mein chhalang laganay wala hoon.</w:t>
      </w:r>
    </w:p>
    <w:p>
      <w:pPr>
        <w:jc w:val="right"/>
      </w:pPr>
      <w:r>
        <w:t>میں ایک نامعلوم دنیا میں چھلانگ لگانے والا ہوں۔</w:t>
      </w:r>
    </w:p>
    <w:p>
      <w:r>
        <w:rPr>
          <w:b/>
        </w:rPr>
        <w:t xml:space="preserve">[12:35] </w:t>
      </w:r>
      <w:r>
        <w:t>to kya tum mujhe koi roshni ki kiran de sakte ho?</w:t>
      </w:r>
    </w:p>
    <w:p>
      <w:pPr>
        <w:jc w:val="right"/>
      </w:pPr>
      <w:r>
        <w:t>تو کیا تم مجھے کوئی روشنی کی کرن دے سکتے ہو؟</w:t>
      </w:r>
    </w:p>
    <w:p>
      <w:r>
        <w:rPr>
          <w:b/>
        </w:rPr>
        <w:t xml:space="preserve">[12:43] </w:t>
      </w:r>
      <w:r>
        <w:t>to is aadmi ko kam az kam death ka shaoor hasil ho chuka tha. death ka. lekin is ke aagay kuch is ko pata nahin.</w:t>
      </w:r>
    </w:p>
    <w:p>
      <w:pPr>
        <w:jc w:val="right"/>
      </w:pPr>
      <w:r>
        <w:t>تو اس آدمی کو کم از کم ڈیتھ کا شعور حاصل ہو چکا تھا۔ ڈیتھ کا۔ لیکن اس کے آگے کچھ اس کو پتہ نہیں۔</w:t>
      </w:r>
    </w:p>
    <w:p>
      <w:r>
        <w:rPr>
          <w:b/>
        </w:rPr>
        <w:t xml:space="preserve">[12:59] </w:t>
      </w:r>
      <w:r>
        <w:t>main samajhta hoon ke yahi woh sawal hai jis par har aadmi ko sab se ziyada sochna chahiye.</w:t>
      </w:r>
    </w:p>
    <w:p>
      <w:pPr>
        <w:jc w:val="right"/>
      </w:pPr>
      <w:r>
        <w:t>میں سمجھتا ہوں کہ یہی وہ سوال ہے جس پر ہر آدمی کو سب سے زیادہ سوچنا چاہیے۔</w:t>
      </w:r>
    </w:p>
    <w:p>
      <w:r>
        <w:rPr>
          <w:b/>
        </w:rPr>
        <w:t xml:space="preserve">[13:08] </w:t>
      </w:r>
      <w:r>
        <w:t>kyunke dekhiye, jo creation plan of god quran mein bataya gaya hai, us ke mutabiq insan aik eternal being hai.</w:t>
      </w:r>
    </w:p>
    <w:p>
      <w:pPr>
        <w:jc w:val="right"/>
      </w:pPr>
      <w:r>
        <w:t>کیونکہ دیکھیے، جو کریشن پلان آف گاڈ قرآن میں بتایا گیا ہے، اس کے مطابق انسان ایک ایٹرنل بینگ ہے۔</w:t>
      </w:r>
    </w:p>
    <w:p>
      <w:r>
        <w:rPr>
          <w:b/>
        </w:rPr>
        <w:t xml:space="preserve">[13:25] </w:t>
      </w:r>
      <w:r>
        <w:t>hum paida hone ke baad, paida hone ke baad hum ko eternity mil chuki hai.</w:t>
      </w:r>
    </w:p>
    <w:p>
      <w:pPr>
        <w:jc w:val="right"/>
      </w:pPr>
      <w:r>
        <w:t>ہم پیدا ہونے کے بعد، پیدا ہونے کے بعد ہم کو ایٹرنٹی مل چکی ہے۔</w:t>
      </w:r>
    </w:p>
    <w:p>
      <w:r>
        <w:rPr>
          <w:b/>
        </w:rPr>
        <w:t xml:space="preserve">[13:34] </w:t>
      </w:r>
      <w:r>
        <w:t>maut to aik interval hai darmiyan ka. to aik hai pre death period, aik hai post death period.</w:t>
      </w:r>
    </w:p>
    <w:p>
      <w:pPr>
        <w:jc w:val="right"/>
      </w:pPr>
      <w:r>
        <w:t>موت تو ایک انٹرول ہے درمیان کا۔ تو ایک ہے پری ڈیتھ پیریڈ، ایک ہے پوسٹ ڈیتھ پیریڈ۔</w:t>
      </w:r>
    </w:p>
    <w:p>
      <w:r>
        <w:rPr>
          <w:b/>
        </w:rPr>
        <w:t xml:space="preserve">[13:45] </w:t>
      </w:r>
      <w:r>
        <w:t>pre death, pre death period jo hai, woh iceberg ka aik chota sa tip hai.</w:t>
      </w:r>
    </w:p>
    <w:p>
      <w:pPr>
        <w:jc w:val="right"/>
      </w:pPr>
      <w:r>
        <w:t>پری ڈیتھ، پری ڈیتھ پیریڈ جو ہے، وہ آئس برگ کا ایک چھوٹا سا ٹپ ہے۔</w:t>
      </w:r>
    </w:p>
    <w:p>
      <w:r>
        <w:rPr>
          <w:b/>
        </w:rPr>
        <w:t xml:space="preserve">[13:54] </w:t>
      </w:r>
      <w:r>
        <w:t>aur sara jo hai</w:t>
      </w:r>
    </w:p>
    <w:p>
      <w:pPr>
        <w:jc w:val="right"/>
      </w:pPr>
      <w:r>
        <w:t>اور سارا جو ہے</w:t>
      </w:r>
    </w:p>
    <w:p>
      <w:r>
        <w:rPr>
          <w:b/>
        </w:rPr>
        <w:t xml:space="preserve">[13:58] </w:t>
      </w:r>
      <w:r>
        <w:t>hamari zindagi ka sara period jo hai, woh post death period mein hai. to kaisi ajeeb baat hai.</w:t>
      </w:r>
    </w:p>
    <w:p>
      <w:pPr>
        <w:jc w:val="right"/>
      </w:pPr>
      <w:r>
        <w:t>ہماری زندگی کا سارا پیریڈ جو ہے، وہ پوسٹ ڈیتھ پیریڈ میں ہے۔ تو کیسی عجیب بات ہے۔</w:t>
      </w:r>
    </w:p>
    <w:p>
      <w:r>
        <w:rPr>
          <w:b/>
        </w:rPr>
        <w:t xml:space="preserve">[14:11] </w:t>
      </w:r>
      <w:r>
        <w:t>main samajhta hoon ke in ka mind mein to har aik ki baat hoti hai, zaroor. kaise na hogi? lekin munh se bolne wale tareekh mein shayad kam hue hain.</w:t>
      </w:r>
    </w:p>
    <w:p>
      <w:pPr>
        <w:jc w:val="right"/>
      </w:pPr>
      <w:r>
        <w:t>میں سمجھتا ہوں کہ ان کا مائنڈ میں تو ہر ایک کی بات ہوتی ہے، ضرور۔ کیسے نہ ہوگی؟ لیکن منہ سے بولنے والے تاریخ میں شاید کم ہوئے ہیں۔</w:t>
      </w:r>
    </w:p>
    <w:p>
      <w:r>
        <w:rPr>
          <w:b/>
        </w:rPr>
        <w:t xml:space="preserve">[14:26] </w:t>
      </w:r>
      <w:r>
        <w:t>jaise abhi mujhe aik waqea maloom hua,</w:t>
      </w:r>
    </w:p>
    <w:p>
      <w:pPr>
        <w:jc w:val="right"/>
      </w:pPr>
      <w:r>
        <w:t>جیسے ابھی مجھے ایک واقعہ معلوم ہوا،</w:t>
      </w:r>
    </w:p>
    <w:p>
      <w:r>
        <w:rPr>
          <w:b/>
        </w:rPr>
        <w:t xml:space="preserve">[14:31] </w:t>
      </w:r>
      <w:r>
        <w:t>aik aik sahib hain jo India mein paida hue, bohat achi English thi un ki.</w:t>
      </w:r>
    </w:p>
    <w:p>
      <w:pPr>
        <w:jc w:val="right"/>
      </w:pPr>
      <w:r>
        <w:t>ایک ایک صاحب ہیں جو انڈیا میں پیدا ہوئے، بہت اچھی انگلش تھی ان کی۔</w:t>
      </w:r>
    </w:p>
    <w:p>
      <w:r>
        <w:rPr>
          <w:b/>
        </w:rPr>
        <w:t xml:space="preserve">[14:41] </w:t>
      </w:r>
      <w:r>
        <w:t>to woh ab settle ho gaye hain London mein. woh aik writer hain. un ki umar ab</w:t>
      </w:r>
    </w:p>
    <w:p>
      <w:pPr>
        <w:jc w:val="right"/>
      </w:pPr>
      <w:r>
        <w:t>تو وہ اب سیٹل ہو گئے ہیں لندن میں۔ وہ ایک رائٹر ہیں۔ ان کی عمر اب</w:t>
      </w:r>
    </w:p>
    <w:p>
      <w:r>
        <w:rPr>
          <w:b/>
        </w:rPr>
        <w:t xml:space="preserve">[14:53] </w:t>
      </w:r>
      <w:r>
        <w:t>ghaaliban 65 years ho chuki hai. 65 years.</w:t>
      </w:r>
    </w:p>
    <w:p>
      <w:pPr>
        <w:jc w:val="right"/>
      </w:pPr>
      <w:r>
        <w:t>غالباً 65 ایئرز ہو چکی ہے۔ 65 ایئرز۔</w:t>
      </w:r>
    </w:p>
    <w:p>
      <w:r>
        <w:rPr>
          <w:b/>
        </w:rPr>
        <w:t xml:space="preserve">[15:03] </w:t>
      </w:r>
      <w:r>
        <w:t>lekin sehat un ki bohat kharab hai. kyunke aap jante hain, is tabqe ke log jo woh ultra secular the, woh aur kafi drink karte the.</w:t>
      </w:r>
    </w:p>
    <w:p>
      <w:pPr>
        <w:jc w:val="right"/>
      </w:pPr>
      <w:r>
        <w:t>لیکن صحت ان کی بہت خراب ہے۔ کیونکہ آپ جانتے ہیں، اس طبقے کے لوگ جو وہ الٹرا سگولر تھے، وہ اور کافی ڈرنک کرتے تھے۔</w:t>
      </w:r>
    </w:p>
    <w:p>
      <w:r>
        <w:rPr>
          <w:b/>
        </w:rPr>
        <w:t xml:space="preserve">[15:14] </w:t>
      </w:r>
      <w:r>
        <w:t>drink karte karte un ki health bilkul kharab ho chuki hai.</w:t>
      </w:r>
    </w:p>
    <w:p>
      <w:pPr>
        <w:jc w:val="right"/>
      </w:pPr>
      <w:r>
        <w:t>ڈرنک کرتے کرتے ان کی ہیلتھ بالکل خراب ہو چکی ہے۔</w:t>
      </w:r>
    </w:p>
    <w:p>
      <w:r>
        <w:rPr>
          <w:b/>
        </w:rPr>
        <w:t xml:space="preserve">[15:21] </w:t>
      </w:r>
      <w:r>
        <w:t>to ab woh dekh rahe hain, agarchay 65 years ke hain taqreeban, lekin ab bohat un ko dikhai de rahi hai samne.</w:t>
      </w:r>
    </w:p>
    <w:p>
      <w:pPr>
        <w:jc w:val="right"/>
      </w:pPr>
      <w:r>
        <w:t>تو اب وہ دیکھ رہے ہیں، اگرچہ 65 ایئرز کے ہیں تقریباً، لیکن اب بہت ان کو دکھائی دے رہی ہے سامنے۔</w:t>
      </w:r>
    </w:p>
    <w:p>
      <w:r>
        <w:rPr>
          <w:b/>
        </w:rPr>
        <w:t xml:space="preserve">[15:31] </w:t>
      </w:r>
      <w:r>
        <w:t>maut. yaani mujh se bohat chote hain. bohat ziyada chote. by name main un ko janta hoon, lekin kabhi bhi un se mulaqat nahi hui.</w:t>
      </w:r>
    </w:p>
    <w:p>
      <w:pPr>
        <w:jc w:val="right"/>
      </w:pPr>
      <w:r>
        <w:t>موت۔ یعنی مجھ سے بہت چھوٹے ہیں۔ بہت زیادہ چھوٹے۔ بائی نیم میں ان کو جانتا ہوں، لیکن کبھی بھی ان سے ملاقات نہیں ہوئی۔</w:t>
      </w:r>
    </w:p>
    <w:p>
      <w:r>
        <w:rPr>
          <w:b/>
        </w:rPr>
        <w:t xml:space="preserve">[15:46] </w:t>
      </w:r>
      <w:r>
        <w:t>woh India mein paida hue, lekin ab woh settle ho gaye hain London mein. to un ke aik relative gaye the London, un se un ki mulaqat hui.</w:t>
      </w:r>
    </w:p>
    <w:p>
      <w:pPr>
        <w:jc w:val="right"/>
      </w:pPr>
      <w:r>
        <w:t>وہ انڈیا میں پیدا ہوئے، لیکن اب وہ سیٹل ہو گئے ہیں لندن میں۔ تو ان کے ایک ریلیٹو گئے تھے لندن، ان سے ان کی ملاقات ہوئی۔</w:t>
      </w:r>
    </w:p>
    <w:p>
      <w:r>
        <w:rPr>
          <w:b/>
        </w:rPr>
        <w:t xml:space="preserve">[15:58] </w:t>
      </w:r>
      <w:r>
        <w:t>to un ke relative ne aik baat batai jo bohat hi ziyada is mein ibret hai, bohat ziyada. un se baat karte hue unhon ne kaha,</w:t>
      </w:r>
    </w:p>
    <w:p>
      <w:pPr>
        <w:jc w:val="right"/>
      </w:pPr>
      <w:r>
        <w:t>تو ان کے ریلیٹو نے ایک بات بتائی جو بہت ہی زیادہ اس میں عبرت ہے، بہت زیادہ۔ ان سے بات کرتے ہوئے انہوں نے کہا،</w:t>
      </w:r>
    </w:p>
    <w:p>
      <w:r>
        <w:rPr>
          <w:b/>
        </w:rPr>
        <w:t xml:space="preserve">[16:12] </w:t>
      </w:r>
      <w:r>
        <w:t>maut ka zikr kiya, aur yeh bataya ke dekho, meri sehat haal haal ho chuka hai, aur jaldi zahir hai ke mujhe marna hai.</w:t>
      </w:r>
    </w:p>
    <w:p>
      <w:pPr>
        <w:jc w:val="right"/>
      </w:pPr>
      <w:r>
        <w:t>موت کا ذکر کیا، اور یہ بتایا کہ دیکھو، میری صحت حال حال ہو چکا ہے، اور جلدی ظاہر ہے کہ مجھے مرنا ہے۔</w:t>
      </w:r>
    </w:p>
    <w:p>
      <w:r>
        <w:rPr>
          <w:b/>
        </w:rPr>
        <w:t xml:space="preserve">[16:24] </w:t>
      </w:r>
      <w:r>
        <w:t>jaise saare log mar jate hain.</w:t>
      </w:r>
    </w:p>
    <w:p>
      <w:pPr>
        <w:jc w:val="right"/>
      </w:pPr>
      <w:r>
        <w:t>جیسے سارے لوگ مر جاتے ہیں۔</w:t>
      </w:r>
    </w:p>
    <w:p>
      <w:r>
        <w:rPr>
          <w:b/>
        </w:rPr>
        <w:t xml:space="preserve">[16:28] </w:t>
      </w:r>
      <w:r>
        <w:t>to unhon ne kaha ke agar koi aadmi un se milta</w:t>
      </w:r>
    </w:p>
    <w:p>
      <w:pPr>
        <w:jc w:val="right"/>
      </w:pPr>
      <w:r>
        <w:t>تو انہوں نے کہا کہ اگر کوئی آدمی ان سے ملتا</w:t>
      </w:r>
    </w:p>
    <w:p>
      <w:r>
        <w:rPr>
          <w:b/>
        </w:rPr>
        <w:t xml:space="preserve">[16:34] </w:t>
      </w:r>
      <w:r>
        <w:t>jo yeh janta, jis ko yeh khabar hoti ke maut ke is paar kya hai,</w:t>
      </w:r>
    </w:p>
    <w:p>
      <w:pPr>
        <w:jc w:val="right"/>
      </w:pPr>
      <w:r>
        <w:t>جو یہ جانتا، جس کو یہ خبر ہوتی کہ موت کے اس پار کیا ہے،</w:t>
      </w:r>
    </w:p>
    <w:p>
      <w:r>
        <w:rPr>
          <w:b/>
        </w:rPr>
        <w:t xml:space="preserve">[16:47] </w:t>
      </w:r>
      <w:r>
        <w:t>to us se main bheek mangta is baat ki ke woh mujhe bataye.</w:t>
      </w:r>
    </w:p>
    <w:p>
      <w:pPr>
        <w:jc w:val="right"/>
      </w:pPr>
      <w:r>
        <w:t>تو اس سے میں بھیک مانگتا اس بات کی کہ وہ مجھے بتائے۔</w:t>
      </w:r>
    </w:p>
    <w:p>
      <w:r>
        <w:rPr>
          <w:b/>
        </w:rPr>
        <w:t xml:space="preserve">[16:57] </w:t>
      </w:r>
      <w:r>
        <w:t>I would beg him</w:t>
      </w:r>
    </w:p>
    <w:p>
      <w:pPr>
        <w:jc w:val="right"/>
      </w:pPr>
      <w:r>
        <w:t>I would beg him</w:t>
      </w:r>
    </w:p>
    <w:p>
      <w:r>
        <w:rPr>
          <w:b/>
        </w:rPr>
        <w:t xml:space="preserve">[17:03] </w:t>
      </w:r>
      <w:r>
        <w:t>to tell me what is after death.</w:t>
      </w:r>
    </w:p>
    <w:p>
      <w:pPr>
        <w:jc w:val="right"/>
      </w:pPr>
      <w:r>
        <w:t>to tell me what is after death.</w:t>
      </w:r>
    </w:p>
    <w:p>
      <w:r>
        <w:rPr>
          <w:b/>
        </w:rPr>
        <w:t xml:space="preserve">[17:16] </w:t>
      </w:r>
      <w:r>
        <w:t>I would beg him to tell me what is after death.</w:t>
      </w:r>
    </w:p>
    <w:p>
      <w:pPr>
        <w:jc w:val="right"/>
      </w:pPr>
      <w:r>
        <w:t>I would beg him to tell me what is after death.</w:t>
      </w:r>
    </w:p>
    <w:p>
      <w:r>
        <w:rPr>
          <w:b/>
        </w:rPr>
        <w:t xml:space="preserve">[17:25] </w:t>
      </w:r>
      <w:r>
        <w:t>is in alfaz mein aap mehsoos kar rahe hain ke kitna ajeeb hasrat chupi hui hai ke is se mein bheek mangta, bheek ke taur par kehta, mujhe bata do ke maut ke baad kya hai.</w:t>
      </w:r>
    </w:p>
    <w:p>
      <w:pPr>
        <w:jc w:val="right"/>
      </w:pPr>
      <w:r>
        <w:t>اس ان الفاظ میں آپ محسوس کر رہے ہیں کہ کتنا عجیب حسرت چھپی ہوئی ہے کہ اس سے میں بھیک مانگتا، بھیک کے طور پر کہتا، مجھے بتا دو کہ موت کے بعد کیا ہے۔</w:t>
      </w:r>
    </w:p>
    <w:p>
      <w:r>
        <w:rPr>
          <w:b/>
        </w:rPr>
        <w:t xml:space="preserve">[17:40] </w:t>
      </w:r>
      <w:r>
        <w:t>to sab se zyada jo paas sochne ki hai, wo yahi hai.</w:t>
      </w:r>
    </w:p>
    <w:p>
      <w:pPr>
        <w:jc w:val="right"/>
      </w:pPr>
      <w:r>
        <w:t>تو سب سے زیادہ جو پاس سوچنے کی ہے، وہ یہی ہے۔</w:t>
      </w:r>
    </w:p>
    <w:p>
      <w:r>
        <w:rPr>
          <w:b/>
        </w:rPr>
        <w:t xml:space="preserve">[17:47] </w:t>
      </w:r>
      <w:r>
        <w:t>lekin yahan par dekhen, abhi mujh par ek tajurba guzra to is se meri samajh mein aaya ke hamare jo sab se bari solas hai, wo yeh hai ke hamara samna jis Khuda se hone wala hai,</w:t>
      </w:r>
    </w:p>
    <w:p>
      <w:pPr>
        <w:jc w:val="right"/>
      </w:pPr>
      <w:r>
        <w:t>لیکن یہاں پر دیکھیں، ابھی مجھ پر ایک تجربہ گزرا تو اس سے میری سمجھ میں آیا کہ ہمارے جو سب سے بڑی سولس ہے، وہ یہ ہے کہ ہمارا سامنا جس خدا سے ہونے والا ہے،</w:t>
      </w:r>
    </w:p>
    <w:p>
      <w:r>
        <w:rPr>
          <w:b/>
        </w:rPr>
        <w:t xml:space="preserve">[18:04] </w:t>
      </w:r>
      <w:r>
        <w:t>wo rehman-o-raheem hai.</w:t>
      </w:r>
    </w:p>
    <w:p>
      <w:pPr>
        <w:jc w:val="right"/>
      </w:pPr>
      <w:r>
        <w:t>وہ رحمان الرحیم ہے۔</w:t>
      </w:r>
    </w:p>
    <w:p>
      <w:r>
        <w:rPr>
          <w:b/>
        </w:rPr>
        <w:t xml:space="preserve">[18:09] </w:t>
      </w:r>
      <w:r>
        <w:t>quran ka pehla jo sentence hai, pehla jo jumla bismillah-ir-rehman-ir-raheem</w:t>
      </w:r>
    </w:p>
    <w:p>
      <w:pPr>
        <w:jc w:val="right"/>
      </w:pPr>
      <w:r>
        <w:t>قرآن کا پہلا جو سینٹنس ہے، پہلا جو جملہ بسم الله الرحمن الرحيم</w:t>
      </w:r>
    </w:p>
    <w:p>
      <w:r>
        <w:rPr>
          <w:b/>
        </w:rPr>
        <w:t xml:space="preserve">[18:17] </w:t>
      </w:r>
      <w:r>
        <w:t>. is ke baad jo doosri surah hai, yani pehli surah, is is jumle ke baad jo pehli surah hai, is mein bhi yeh hai alhamdulillah-i-rabbil-alameen-ir-rehman-ir-raheem .</w:t>
      </w:r>
    </w:p>
    <w:p>
      <w:pPr>
        <w:jc w:val="right"/>
      </w:pPr>
      <w:r>
        <w:t>۔ اس کے بعد جو دوسری سورہ ہے، یعنی پہلی سورہ، اس اس جملے کے بعد جو پہلی سورہ ہے، اس میں بھی یہ ہے الحمد لله رب العالمين الرحمن الرحيم ۔</w:t>
      </w:r>
    </w:p>
    <w:p>
      <w:r>
        <w:rPr>
          <w:b/>
        </w:rPr>
        <w:t xml:space="preserve">[18:30] </w:t>
      </w:r>
      <w:r>
        <w:t>is mein bohat zyada solas hai, bohat zyada taskeen hai ke jis Khuda se hamara samna hone wala hai, wo rehman-o-raheem hai.</w:t>
      </w:r>
    </w:p>
    <w:p>
      <w:pPr>
        <w:jc w:val="right"/>
      </w:pPr>
      <w:r>
        <w:t>اس میں بہت زیادہ سولس ہے، بہت زیادہ تسکین ہے کہ جس خدا سے ہمارا سامنا ہونے والا ہے، وہ رحمان الرحیم ہے۔</w:t>
      </w:r>
    </w:p>
    <w:p>
      <w:r>
        <w:rPr>
          <w:b/>
        </w:rPr>
        <w:t xml:space="preserve">[18:41] </w:t>
      </w:r>
      <w:r>
        <w:t>to abhi kya hua, jab mein yahan pohnchne ke liye seerhiyon par charh raha tha, to zahir hai ke mein boodha ho chuka hoon, haath paon mein ab jaan nahin.</w:t>
      </w:r>
    </w:p>
    <w:p>
      <w:pPr>
        <w:jc w:val="right"/>
      </w:pPr>
      <w:r>
        <w:t>تو ابھی کیا ہوا، جب میں یہاں پہنچنے کے لیے سیڑھیوں پر چڑھ رہا تھا، تو ظاہر ہے کہ میں بوڑھا ہو چکا ہوں، ہاتھ پاؤں میں اب جان نہیں۔</w:t>
      </w:r>
    </w:p>
    <w:p>
      <w:r>
        <w:rPr>
          <w:b/>
        </w:rPr>
        <w:t xml:space="preserve">[18:56] </w:t>
      </w:r>
      <w:r>
        <w:t>to mein bohat dheere dheere charh raha tha, ek ek step, ek ek step, bohat dheere dheere. yani kehna chahiye ke rengte hue.</w:t>
      </w:r>
    </w:p>
    <w:p>
      <w:pPr>
        <w:jc w:val="right"/>
      </w:pPr>
      <w:r>
        <w:t>تو میں بہت دھیرے دھیرے چڑھ رہا تھا، ایک ایک اسٹیپ، ایک ایک اسٹیپ، بہت دھیرے دھیرے۔ یعنی کہنا چاہیے کہ رینگتے ہوئے۔</w:t>
      </w:r>
    </w:p>
    <w:p>
      <w:r>
        <w:rPr>
          <w:b/>
        </w:rPr>
        <w:t xml:space="preserve">[19:08] </w:t>
      </w:r>
      <w:r>
        <w:t>isi beech mein ek naujawan aaya aur wo dhar dhar dhar charh ke upar pohanch gaya.</w:t>
      </w:r>
    </w:p>
    <w:p>
      <w:pPr>
        <w:jc w:val="right"/>
      </w:pPr>
      <w:r>
        <w:t>اسی بیچ میں ایک نوجوان آیا اور وہ دھر دھر دھر چڑھ کے اوپر پہنچ گیا۔</w:t>
      </w:r>
    </w:p>
    <w:p>
      <w:r>
        <w:rPr>
          <w:b/>
        </w:rPr>
        <w:t xml:space="preserve">[19:18] </w:t>
      </w:r>
      <w:r>
        <w:t>to mein ne socha ke dekho, ek ajeeb baat mere zehen mein aayi ke mere jaisa aadmi jo reng kar charh raha hai is seerhi par, aur wo aadmi jo daurte hue charh raha hai,</w:t>
      </w:r>
    </w:p>
    <w:p>
      <w:pPr>
        <w:jc w:val="right"/>
      </w:pPr>
      <w:r>
        <w:t>تو میں نے سوچا کہ دیکھو، ایک عجیب بات میرے ذہن میں آئی کہ میرے جیسا آدمی جو رینگ کر چڑھ رہا ہے اس سیڑھی پر، اور وہ آدمی جو دوڑتے ہوئے چڑھ رہا ہے،</w:t>
      </w:r>
    </w:p>
    <w:p>
      <w:r>
        <w:rPr>
          <w:b/>
        </w:rPr>
        <w:t xml:space="preserve">[19:36] </w:t>
      </w:r>
      <w:r>
        <w:t>Khuda dono ko yeksan taur par oxygen supply kar raha hai.</w:t>
      </w:r>
    </w:p>
    <w:p>
      <w:pPr>
        <w:jc w:val="right"/>
      </w:pPr>
      <w:r>
        <w:t>خدا دونوں کو یکساں طور پر آکسیجن سپلائی کر رہا ہے۔</w:t>
      </w:r>
    </w:p>
    <w:p>
      <w:r>
        <w:rPr>
          <w:b/>
        </w:rPr>
        <w:t xml:space="preserve">[19:45] </w:t>
      </w:r>
      <w:r>
        <w:t>mein</w:t>
      </w:r>
    </w:p>
    <w:p>
      <w:pPr>
        <w:jc w:val="right"/>
      </w:pPr>
      <w:r>
        <w:t>میں</w:t>
      </w:r>
    </w:p>
    <w:p>
      <w:r>
        <w:rPr>
          <w:b/>
        </w:rPr>
        <w:t xml:space="preserve">[19:46] </w:t>
      </w:r>
      <w:r>
        <w:t>bhi agar oxygen na mil raha ho to kya hoga? mar jaunga mein? wo naujawan bhi oxygen na mil raha ho to mar jaunga, mar jayega.</w:t>
      </w:r>
    </w:p>
    <w:p>
      <w:pPr>
        <w:jc w:val="right"/>
      </w:pPr>
      <w:r>
        <w:t>بھی اگر آکسیجن نہ مل رہا ہو تو کیا ہوگا؟ مر جاؤں گا میں؟ وہ نوجوان بھی آکسیجن نہ مل رہا ہو تو مر جاؤں گا، مر جائے گا۔</w:t>
      </w:r>
    </w:p>
    <w:p>
      <w:r>
        <w:rPr>
          <w:b/>
        </w:rPr>
        <w:t xml:space="preserve">[19:57] </w:t>
      </w:r>
      <w:r>
        <w:t>to dono ko yeksan taur par Khuda oxygen supply kar raha hai. wo farq nahin karta zaeef mein aur qavi mein.</w:t>
      </w:r>
    </w:p>
    <w:p>
      <w:pPr>
        <w:jc w:val="right"/>
      </w:pPr>
      <w:r>
        <w:t>تو دونوں کو یکساں طور پر خدا آکسیجن سپلائی کر رہا ہے۔ وہ فرق نہیں کرتا ضعیف میں اور قوی میں۔</w:t>
      </w:r>
    </w:p>
    <w:p>
      <w:r>
        <w:rPr>
          <w:b/>
        </w:rPr>
        <w:t xml:space="preserve">[20:10] </w:t>
      </w:r>
      <w:r>
        <w:t>ek hadith hai</w:t>
      </w:r>
    </w:p>
    <w:p>
      <w:pPr>
        <w:jc w:val="right"/>
      </w:pPr>
      <w:r>
        <w:t>ایک حدیث ہے</w:t>
      </w:r>
    </w:p>
    <w:p>
      <w:r>
        <w:rPr>
          <w:b/>
        </w:rPr>
        <w:t xml:space="preserve">[20:15] </w:t>
      </w:r>
      <w:r>
        <w:t>ke momin</w:t>
      </w:r>
    </w:p>
    <w:p>
      <w:pPr>
        <w:jc w:val="right"/>
      </w:pPr>
      <w:r>
        <w:t>کہ المؤمن</w:t>
      </w:r>
    </w:p>
    <w:p>
      <w:r>
        <w:rPr>
          <w:b/>
        </w:rPr>
        <w:t xml:space="preserve">[20:20] </w:t>
      </w:r>
      <w:r>
        <w:t>al-qavi khair wa ahabb wa ahabb indallah ibn al-momin al-zaeef wa likullin khair . yani Allah ke nazdeek qavi banda zyada mehboob hai zaeef ke muqable mein.</w:t>
      </w:r>
    </w:p>
    <w:p>
      <w:pPr>
        <w:jc w:val="right"/>
      </w:pPr>
      <w:r>
        <w:t>القوی خیر واحب واحب عند اللہ ابن المؤمن الضعیف ولكل خیر ۔ یعنی اللہ کے نزدیک قوی بندہ زیادہ محبوب ہے ضعیف کے مقابلے میں۔</w:t>
      </w:r>
    </w:p>
    <w:p>
      <w:r>
        <w:rPr>
          <w:b/>
        </w:rPr>
        <w:t xml:space="preserve">[20:39] </w:t>
      </w:r>
      <w:r>
        <w:t>lekin har ek ke liye khair hai. khair ke maane kya hain? yeh bohat hi zyada sochne wali hadith hai. ek ek ek insaan jo strong hai,</w:t>
      </w:r>
    </w:p>
    <w:p>
      <w:pPr>
        <w:jc w:val="right"/>
      </w:pPr>
      <w:r>
        <w:t>لیکن ہر ایک کے لیے خیر ہے۔ خیر کے معنی کیا ہیں؟ یہ بہت ہی زیادہ سوچنے والی حدیث ہے۔ ایک ایک ایک انسان جو سٹرانگ ہے،</w:t>
      </w:r>
    </w:p>
    <w:p>
      <w:r>
        <w:rPr>
          <w:b/>
        </w:rPr>
        <w:t xml:space="preserve">[20:54] </w:t>
      </w:r>
      <w:r>
        <w:t>qavi hai, to us se umeed hai ke wo bare bare deeni kaam kar payega.</w:t>
      </w:r>
    </w:p>
    <w:p>
      <w:pPr>
        <w:jc w:val="right"/>
      </w:pPr>
      <w:r>
        <w:t>قوی ہے، تو اس سے امید ہے کہ وہ بڑے بڑے دینی کام کر پائے گا۔</w:t>
      </w:r>
    </w:p>
    <w:p>
      <w:r>
        <w:rPr>
          <w:b/>
        </w:rPr>
        <w:t xml:space="preserve">[21:04] </w:t>
      </w:r>
      <w:r>
        <w:t>bare bare deeni kaam.</w:t>
      </w:r>
    </w:p>
    <w:p>
      <w:pPr>
        <w:jc w:val="right"/>
      </w:pPr>
      <w:r>
        <w:t>بڑے بڑے دینی کام۔</w:t>
      </w:r>
    </w:p>
    <w:p>
      <w:r>
        <w:rPr>
          <w:b/>
        </w:rPr>
        <w:t xml:space="preserve">[21:06] </w:t>
      </w:r>
      <w:r>
        <w:t>to Allah ko is liye mehboob hai wo ke wo bare bare deeni kaam kar dalta hai wo.</w:t>
      </w:r>
    </w:p>
    <w:p>
      <w:pPr>
        <w:jc w:val="right"/>
      </w:pPr>
      <w:r>
        <w:t>تو اللہ کو اس لیے محبوب ہے وہ کہ وہ بڑے بڑے دینی کام کر ڈالتا ہے وہ۔</w:t>
      </w:r>
    </w:p>
    <w:p>
      <w:r>
        <w:rPr>
          <w:b/>
        </w:rPr>
        <w:t xml:space="preserve">[21:15] </w:t>
      </w:r>
      <w:r>
        <w:t>lekin sath sath doosra pehlu dekhiye ke zaeef momin Allah ko mehboob hai, wo bhi mehboob hai. kyun?</w:t>
      </w:r>
    </w:p>
    <w:p>
      <w:pPr>
        <w:jc w:val="right"/>
      </w:pPr>
      <w:r>
        <w:t>لیکن ساتھ ساتھ دوسرا پہلو دیکھیے کہ ضعیف مومن اللہ کو محبوب ہے، وہ بھی محبوب ہے۔ کیوں؟</w:t>
      </w:r>
    </w:p>
    <w:p>
      <w:r>
        <w:rPr>
          <w:b/>
        </w:rPr>
        <w:t xml:space="preserve">[21:25] </w:t>
      </w:r>
      <w:r>
        <w:t>wo is qabil hai ke us ko help pohanchai jaye, us ko madad ki jaye, us par reham kiya jaye.</w:t>
      </w:r>
    </w:p>
    <w:p>
      <w:pPr>
        <w:jc w:val="right"/>
      </w:pPr>
      <w:r>
        <w:t>وہ اس قابل ہے کہ اس کو ہیلپ پہنچائی جائے، اس کو مدد کی جائے، اس پر رحم کیا جائے۔</w:t>
      </w:r>
    </w:p>
    <w:p>
      <w:r>
        <w:rPr>
          <w:b/>
        </w:rPr>
        <w:t xml:space="preserve">[21:34] </w:t>
      </w:r>
      <w:r>
        <w:t>yani zaeef aadmi bhi qabil-e-reham hai. aur qabil-e-reham hone ki bina par wo bhi Allah ka mehboob hai.</w:t>
      </w:r>
    </w:p>
    <w:p>
      <w:pPr>
        <w:jc w:val="right"/>
      </w:pPr>
      <w:r>
        <w:t>یعنی ضعیف آدمی بھی قابل رحم ہے۔ اور قابل رحم ہونے کی بنا پر وہ بھی اللہ کا محبوب ہے۔</w:t>
      </w:r>
    </w:p>
    <w:p>
      <w:r>
        <w:rPr>
          <w:b/>
        </w:rPr>
        <w:t xml:space="preserve">[21:46] </w:t>
      </w:r>
      <w:r>
        <w:t>to mot ke baad jo zindagi aane wali hai, woh koi khoonkhar zindagi nahi hai. kisi khoonkhar khuda se nahi milna hai humein.</w:t>
      </w:r>
    </w:p>
    <w:p>
      <w:pPr>
        <w:jc w:val="right"/>
      </w:pPr>
      <w:r>
        <w:t>تو موت کے بعد جو زندگی آنے والی ہے، وہ کوئی خونخوار زندگی نہیں ہے۔ کسی خونخوار خدا سے نہیں ملنا ہے ہمیں۔</w:t>
      </w:r>
    </w:p>
    <w:p>
      <w:r>
        <w:rPr>
          <w:b/>
        </w:rPr>
        <w:t xml:space="preserve">[21:58] </w:t>
      </w:r>
      <w:r>
        <w:t>Rehman Rahim Khuda se milna hai.</w:t>
      </w:r>
    </w:p>
    <w:p>
      <w:pPr>
        <w:jc w:val="right"/>
      </w:pPr>
      <w:r>
        <w:t>رحمان الرحیم خدا سے ملنا ہے۔</w:t>
      </w:r>
    </w:p>
    <w:p>
      <w:r>
        <w:rPr>
          <w:b/>
        </w:rPr>
        <w:t xml:space="preserve">[22:03] </w:t>
      </w:r>
      <w:r>
        <w:t>lekin zahir hai ke iski bhi condition hai. aap Khuda ko discover karein, aap Khuda ko acknowledge karein, aap Khuda par yaqeen karein,</w:t>
      </w:r>
    </w:p>
    <w:p>
      <w:pPr>
        <w:jc w:val="right"/>
      </w:pPr>
      <w:r>
        <w:t>لیکن ظاہر ہے کہ اس کی بھی کنڈیشن ہے۔ آپ خدا کو ڈسکور کریں، آپ خدا کو اکنالج کریں، آپ خدا پر یقین کریں،</w:t>
      </w:r>
    </w:p>
    <w:p>
      <w:r>
        <w:rPr>
          <w:b/>
        </w:rPr>
        <w:t xml:space="preserve">[22:17] </w:t>
      </w:r>
      <w:r>
        <w:t>Khuda wali lifestyle ikhtiyar karein, Khuda ke aabid bankar duniya mein rahein.</w:t>
      </w:r>
    </w:p>
    <w:p>
      <w:pPr>
        <w:jc w:val="right"/>
      </w:pPr>
      <w:r>
        <w:t>خدا والی لائف اسٹائل اختیار کریں، خدا کے عابد بن کر دنیا میں رہیں۔</w:t>
      </w:r>
    </w:p>
    <w:p>
      <w:r>
        <w:rPr>
          <w:b/>
        </w:rPr>
        <w:t xml:space="preserve">[22:28] </w:t>
      </w:r>
      <w:r>
        <w:t>yaani apne aap ko iska, apne aap ko iska, yaani apne andar iska istehqaaq paida karein ke Allah aap par reham kare, Allah aap par ki help kare,</w:t>
      </w:r>
    </w:p>
    <w:p>
      <w:pPr>
        <w:jc w:val="right"/>
      </w:pPr>
      <w:r>
        <w:t>یعنی اپنے آپ کو اس کا، اپنے آپ کو اس کا، یعنی اپنے اندر اس کا استحقاق پیدا کریں کہ اللہ آپ پر رحم کرے، اللہ آپ پر کی ہیلپ کرے،</w:t>
      </w:r>
    </w:p>
    <w:p>
      <w:r>
        <w:rPr>
          <w:b/>
        </w:rPr>
        <w:t xml:space="preserve">[22:45] </w:t>
      </w:r>
      <w:r>
        <w:t>Allah ki blessing aap ko haasil ho.</w:t>
      </w:r>
    </w:p>
    <w:p>
      <w:pPr>
        <w:jc w:val="right"/>
      </w:pPr>
      <w:r>
        <w:t>اللہ کی بلیسنگ آپ کو حاصل ہو۔</w:t>
      </w:r>
    </w:p>
    <w:p>
      <w:r>
        <w:rPr>
          <w:b/>
        </w:rPr>
        <w:t xml:space="preserve">[22:56] </w:t>
      </w:r>
      <w:r>
        <w:t>to main samajhta hoon ke</w:t>
      </w:r>
    </w:p>
    <w:p>
      <w:pPr>
        <w:jc w:val="right"/>
      </w:pPr>
      <w:r>
        <w:t>تو میں سمجھتا ہوں کہ</w:t>
      </w:r>
    </w:p>
    <w:p>
      <w:r>
        <w:rPr>
          <w:b/>
        </w:rPr>
        <w:t xml:space="preserve">[23:02] </w:t>
      </w:r>
      <w:r>
        <w:t>insaan ko batane ki sab se badi baat yahi hai.</w:t>
      </w:r>
    </w:p>
    <w:p>
      <w:pPr>
        <w:jc w:val="right"/>
      </w:pPr>
      <w:r>
        <w:t>انسان کو بتانے کی سب سے بڑی بات یہی ہے۔</w:t>
      </w:r>
    </w:p>
    <w:p>
      <w:r>
        <w:rPr>
          <w:b/>
        </w:rPr>
        <w:t xml:space="preserve">[23:10] </w:t>
      </w:r>
      <w:r>
        <w:t>mot ke bare mein Quran mein to yeh alfaaz hain ke kul nafsin za'iqatul maut.</w:t>
      </w:r>
    </w:p>
    <w:p>
      <w:pPr>
        <w:jc w:val="right"/>
      </w:pPr>
      <w:r>
        <w:t>موت کے بارے میں قرآن میں تو یہ الفاظ ہیں کہ کل نفس ذائقۃ الموت ۔</w:t>
      </w:r>
    </w:p>
    <w:p>
      <w:r>
        <w:rPr>
          <w:b/>
        </w:rPr>
        <w:t xml:space="preserve">[23:19] </w:t>
      </w:r>
      <w:r>
        <w:t>yaani har aadmi par laazman mot ka experience pesh aana hai.</w:t>
      </w:r>
    </w:p>
    <w:p>
      <w:pPr>
        <w:jc w:val="right"/>
      </w:pPr>
      <w:r>
        <w:t>یعنی ہر آدمی پر لازماً موت کا ایکسپیرینس پیش آنا ہے۔</w:t>
      </w:r>
    </w:p>
    <w:p>
      <w:r>
        <w:rPr>
          <w:b/>
        </w:rPr>
        <w:t xml:space="preserve">[23:25] </w:t>
      </w:r>
      <w:r>
        <w:t>Hadees mein yeh hai aksiru zikr hadd bil lazzatil maut. Maut ko bahut zyada yaad karo kyunke woh lazzaton ko dha dene wali hai.</w:t>
      </w:r>
    </w:p>
    <w:p>
      <w:pPr>
        <w:jc w:val="right"/>
      </w:pPr>
      <w:r>
        <w:t>حدیث میں یہ ہے اکثروا ذکر ہاد باللذات الموت ۔ موت کو بہت زیادہ یاد کرو کیونکہ وہ لذتوں کو ڈھا دینے والی ہے۔</w:t>
      </w:r>
    </w:p>
    <w:p>
      <w:r>
        <w:rPr>
          <w:b/>
        </w:rPr>
        <w:t xml:space="preserve">[23:44] </w:t>
      </w:r>
      <w:r>
        <w:t>lazzaton ko dha dene ka matlab kya hai?</w:t>
      </w:r>
    </w:p>
    <w:p>
      <w:pPr>
        <w:jc w:val="right"/>
      </w:pPr>
      <w:r>
        <w:t>لذتوں کو ڈھا دینے کا مطلب کیا ہے؟</w:t>
      </w:r>
    </w:p>
    <w:p>
      <w:r>
        <w:rPr>
          <w:b/>
        </w:rPr>
        <w:t xml:space="preserve">[23:50] </w:t>
      </w:r>
      <w:r>
        <w:t>lazzaton ko dha dene ka matlab kya hai? aksiru zikr hadd bil lazzatil maut.</w:t>
      </w:r>
    </w:p>
    <w:p>
      <w:pPr>
        <w:jc w:val="right"/>
      </w:pPr>
      <w:r>
        <w:t>لذتوں کو ڈھا دینے کا مطلب کیا ہے؟ اکثروا ذکر ہاد باللذات الموت ۔</w:t>
      </w:r>
    </w:p>
    <w:p>
      <w:r>
        <w:rPr>
          <w:b/>
        </w:rPr>
        <w:t xml:space="preserve">[23:58] </w:t>
      </w:r>
      <w:r>
        <w:t>Maut ko bahut zyada yaad karo kyunke woh lazzaton ko dha dene wali hai. Dha dena, dha dena kya hai?</w:t>
      </w:r>
    </w:p>
    <w:p>
      <w:pPr>
        <w:jc w:val="right"/>
      </w:pPr>
      <w:r>
        <w:t>موت کو بہت زیادہ یاد کرو کیونکہ وہ لذتوں کو ڈھا دینے والی ہے۔ ڈھا دینا، ڈھا دینا کیا ہے؟</w:t>
      </w:r>
    </w:p>
    <w:p>
      <w:r>
        <w:rPr>
          <w:b/>
        </w:rPr>
        <w:t xml:space="preserve">[24:11] </w:t>
      </w:r>
      <w:r>
        <w:t>dha dene ka matlab yeh hai ke tumhare, tumhare zindagi ka jo nishana hai, usko correct correct karti hai mot.</w:t>
      </w:r>
    </w:p>
    <w:p>
      <w:pPr>
        <w:jc w:val="right"/>
      </w:pPr>
      <w:r>
        <w:t>ڈھا دینے کا معنی یہ ہے کہ تمہارے، تمہارے زندگی کا جو نشانہ ہے، اس کو کریکٹ کریکٹ کرتی ہے موت۔</w:t>
      </w:r>
    </w:p>
    <w:p>
      <w:r>
        <w:rPr>
          <w:b/>
        </w:rPr>
        <w:t xml:space="preserve">[24:24] </w:t>
      </w:r>
      <w:r>
        <w:t>iski, iski tasheeh karti hai.</w:t>
      </w:r>
    </w:p>
    <w:p>
      <w:pPr>
        <w:jc w:val="right"/>
      </w:pPr>
      <w:r>
        <w:t>اس کی، اس کی تصحیح کرتی ہے۔</w:t>
      </w:r>
    </w:p>
    <w:p>
      <w:r>
        <w:rPr>
          <w:b/>
        </w:rPr>
        <w:t xml:space="preserve">[24:29] </w:t>
      </w:r>
      <w:r>
        <w:t>zindagi ka jo nishana hai, zindagi ka jo goal banata hai insaan, usko correct karti hai. iski, usko, iski, usko sahi direction deti hai.</w:t>
      </w:r>
    </w:p>
    <w:p>
      <w:pPr>
        <w:jc w:val="right"/>
      </w:pPr>
      <w:r>
        <w:t>زندگی کا جو نشانہ ہے، زندگی کا جو گول بناتا ہے انسان، اس کو کریکٹ کرتی ہے۔ اس کی، اس کو، اس کی، اس کو صحیح ڈائریکشن دیتی ہے۔</w:t>
      </w:r>
    </w:p>
    <w:p>
      <w:r>
        <w:rPr>
          <w:b/>
        </w:rPr>
        <w:t xml:space="preserve">[24:40] </w:t>
      </w:r>
      <w:r>
        <w:t>yeh matlab hai iska.</w:t>
      </w:r>
    </w:p>
    <w:p>
      <w:pPr>
        <w:jc w:val="right"/>
      </w:pPr>
      <w:r>
        <w:t>یہ مطلب ہے اس کا۔</w:t>
      </w:r>
    </w:p>
    <w:p>
      <w:r>
        <w:rPr>
          <w:b/>
        </w:rPr>
        <w:t xml:space="preserve">[24:44] </w:t>
      </w:r>
      <w:r>
        <w:t>kyunke dekhiye, agar aadmi mot ko bhula hua hai,</w:t>
      </w:r>
    </w:p>
    <w:p>
      <w:pPr>
        <w:jc w:val="right"/>
      </w:pPr>
      <w:r>
        <w:t>کیونکہ دیکھیے، اگر آدمی موت کو بھلا ہوا ہے،</w:t>
      </w:r>
    </w:p>
    <w:p>
      <w:r>
        <w:rPr>
          <w:b/>
        </w:rPr>
        <w:t xml:space="preserve">[24:50] </w:t>
      </w:r>
      <w:r>
        <w:t>woh mot ko yaad nahi karta hai. yaani post death period ko woh faramoshi ke khane mein daale hue hain.</w:t>
      </w:r>
    </w:p>
    <w:p>
      <w:pPr>
        <w:jc w:val="right"/>
      </w:pPr>
      <w:r>
        <w:t>وہ موت کو یاد نہیں کرتا ہے۔ یعنی پوسٹ ڈیتھ پیریڈ کو وہ فراموشی کے خانے میں ڈالے ہوئے ہیں۔</w:t>
      </w:r>
    </w:p>
    <w:p>
      <w:r>
        <w:rPr>
          <w:b/>
        </w:rPr>
        <w:t xml:space="preserve">[25:02] </w:t>
      </w:r>
      <w:r>
        <w:t>to kya hoga? saari tawajjuh uski lagi rahegi pre death period par.</w:t>
      </w:r>
    </w:p>
    <w:p>
      <w:pPr>
        <w:jc w:val="right"/>
      </w:pPr>
      <w:r>
        <w:t>تو کیا ہوگا؟ ساری توجہ اس کی لگی رہے گی پری ڈیتھ پیریڈ پر۔</w:t>
      </w:r>
    </w:p>
    <w:p>
      <w:r>
        <w:rPr>
          <w:b/>
        </w:rPr>
        <w:t xml:space="preserve">[25:09] </w:t>
      </w:r>
      <w:r>
        <w:t>saari tawajjuh. jo ke jisko kaha jata hai hubb-e-ajilah.</w:t>
      </w:r>
    </w:p>
    <w:p>
      <w:pPr>
        <w:jc w:val="right"/>
      </w:pPr>
      <w:r>
        <w:t>ساری توجہ۔ جو کہ جس کو کہا جاتا ہے حب عاجلہ ۔</w:t>
      </w:r>
    </w:p>
    <w:p>
      <w:r>
        <w:rPr>
          <w:b/>
        </w:rPr>
        <w:t xml:space="preserve">[25:19] </w:t>
      </w:r>
      <w:r>
        <w:t>yaani jo aadmi mot ko bhula hua ho, uski saari tawajjuh lagi rahegi aaj mein, aaj mein, aaj mein.</w:t>
      </w:r>
    </w:p>
    <w:p>
      <w:pPr>
        <w:jc w:val="right"/>
      </w:pPr>
      <w:r>
        <w:t>یعنی جو آدمی موت کو بھلا ہوا ہو، اس کی ساری توجہ لگی رہے گی آج میں، آج میں، آج میں۔</w:t>
      </w:r>
    </w:p>
    <w:p>
      <w:r>
        <w:rPr>
          <w:b/>
        </w:rPr>
        <w:t xml:space="preserve">[25:29] </w:t>
      </w:r>
      <w:r>
        <w:t>halanke aaj khatam hone wala hai. bahut jald mot aayegi aur sab kuch khatam.</w:t>
      </w:r>
    </w:p>
    <w:p>
      <w:pPr>
        <w:jc w:val="right"/>
      </w:pPr>
      <w:r>
        <w:t>حالانکہ آج ختم ہونے والا ہے۔ بہت جلد موت آئے گی اور سب کچھ ختم۔</w:t>
      </w:r>
    </w:p>
    <w:p>
      <w:r>
        <w:rPr>
          <w:b/>
        </w:rPr>
        <w:t xml:space="preserve">[25:41] </w:t>
      </w:r>
      <w:r>
        <w:t>kal mujhe ek sahab ka waqia maloom hua. unhone bahut mehnat kar ke paisa kamaya. yaani paida hue the woh ghareeb family mein.</w:t>
      </w:r>
    </w:p>
    <w:p>
      <w:pPr>
        <w:jc w:val="right"/>
      </w:pPr>
      <w:r>
        <w:t>کل مجھے ایک صاحب کا واقعہ معلوم ہوا۔ انہوں نے بہت محنت کر کے پیسہ کمایا۔ یعنی پیدا ہوئے تھے وہ غریب فیملی میں۔</w:t>
      </w:r>
    </w:p>
    <w:p>
      <w:r>
        <w:rPr>
          <w:b/>
        </w:rPr>
        <w:t xml:space="preserve">[25:54] </w:t>
      </w:r>
      <w:r>
        <w:t>phir mehnat kar ke unhon ne karoron nahin balkeh arbon rupay kamaye.</w:t>
      </w:r>
    </w:p>
    <w:p>
      <w:pPr>
        <w:jc w:val="right"/>
      </w:pPr>
      <w:r>
        <w:t>پھر محنت کر کے انہوں نے کروڑوں نہیں بلکہ اربوں روپے کمائے۔</w:t>
      </w:r>
    </w:p>
    <w:p>
      <w:r>
        <w:rPr>
          <w:b/>
        </w:rPr>
        <w:t xml:space="preserve">[26:01] </w:t>
      </w:r>
      <w:r>
        <w:t>baray baray ghar banaye, farm house banaye, business qaim kiya. yani aik bohat zabardast qism ka establishment banaya unhon ne.</w:t>
      </w:r>
    </w:p>
    <w:p>
      <w:pPr>
        <w:jc w:val="right"/>
      </w:pPr>
      <w:r>
        <w:t>بڑے بڑے گھر بنائے، فارم ہاؤس بنائے، بزنس قائم کیا۔ یعنی ایک بہت زبردست قسم کا اسٹیبلشمنٹ بنایا انہوں نے۔</w:t>
      </w:r>
    </w:p>
    <w:p>
      <w:r>
        <w:rPr>
          <w:b/>
        </w:rPr>
        <w:t xml:space="preserve">[26:14] </w:t>
      </w:r>
      <w:r>
        <w:t>phir kya hua? phir main is mein aya keh in ko heart fail ho gaya. achaanak heart fail ho gaya. to heart fail hua to main ne yeh socha keh dekhiye, yeh sara establishment chhor gaya unhon</w:t>
      </w:r>
    </w:p>
    <w:p>
      <w:pPr>
        <w:jc w:val="right"/>
      </w:pPr>
      <w:r>
        <w:t>پھر کیا ہوا؟ پھر میں اس میں آیا کہ ان کو ہارٹ فیل ہو گیا۔ اچانک ہارٹ فیل ہو گیا۔ تو ہارٹ فیل ہوا تو میں نے یہ سوچا کہ دیکھیے، یہ سارا اسٹیبلشمنٹ چھوڑ گیا انہوں</w:t>
      </w:r>
    </w:p>
    <w:p>
      <w:r>
        <w:rPr>
          <w:b/>
        </w:rPr>
        <w:t xml:space="preserve">[26:28] </w:t>
      </w:r>
      <w:r>
        <w:t>ne. koi aik zara bhi le kar nahin gaye woh.</w:t>
      </w:r>
    </w:p>
    <w:p>
      <w:pPr>
        <w:jc w:val="right"/>
      </w:pPr>
      <w:r>
        <w:t>نے۔ کوئی ایک ذرہ بھی لے کر نہیں گئے وہ۔</w:t>
      </w:r>
    </w:p>
    <w:p>
      <w:r>
        <w:rPr>
          <w:b/>
        </w:rPr>
        <w:t xml:space="preserve">[26:34] </w:t>
      </w:r>
      <w:r>
        <w:t>yani arbon kharbon rupay ka jo banaya tha unhon ne, woh sab chhor ke chaly gaye woh. to jo maut ko yaad na kare, woh kya hoga is ka muamla?</w:t>
      </w:r>
    </w:p>
    <w:p>
      <w:pPr>
        <w:jc w:val="right"/>
      </w:pPr>
      <w:r>
        <w:t>یعنی اربوں کھربوں روپے کا جو بنایا تھا انہوں نے، وہ سب چھوڑ کے چلے گئے وہ۔ تو جو موت کو یاد نہ کرے، وہ کیا ہوگا اس کا معاملہ؟</w:t>
      </w:r>
    </w:p>
    <w:p>
      <w:r>
        <w:rPr>
          <w:b/>
        </w:rPr>
        <w:t xml:space="preserve">[26:46] </w:t>
      </w:r>
      <w:r>
        <w:t>keh aisi cheez ko apna goal banaye ga jis ko woh aik din woh chhor dene wala hai. chhor dene wala hai.</w:t>
      </w:r>
    </w:p>
    <w:p>
      <w:pPr>
        <w:jc w:val="right"/>
      </w:pPr>
      <w:r>
        <w:t>کہ ایسی چیز کو اپنا گول بنائے گا جس کو وہ ایک دن وہ چھوڑ دینے والا ہے۔ چھوڑ دینے والا ہے۔</w:t>
      </w:r>
    </w:p>
    <w:p>
      <w:r>
        <w:rPr>
          <w:b/>
        </w:rPr>
        <w:t xml:space="preserve">[27:00] </w:t>
      </w:r>
      <w:r>
        <w:t>chahay political power ho, chahay bank balance ho, ya farm house ho, ya koi bohat bara business ho, bohat bara job ho, bohat bari leadership ho, kuch bhi ho, kuch bhi ho.</w:t>
      </w:r>
    </w:p>
    <w:p>
      <w:pPr>
        <w:jc w:val="right"/>
      </w:pPr>
      <w:r>
        <w:t>چاہے پولیٹیکل پاور ہو، چاہے بینک بیلنس ہو، یا فارم ہاؤس ہو، یا کوئی بہت بڑا بزنس ہو، بہت بڑا جاب ہو، بہت بڑی لیڈرشپ ہو، کچھ بھی ہو، کچھ بھی ہو۔</w:t>
      </w:r>
    </w:p>
    <w:p>
      <w:r>
        <w:rPr>
          <w:b/>
        </w:rPr>
        <w:t xml:space="preserve">[27:17] </w:t>
      </w:r>
      <w:r>
        <w:t>achaanak hi aadmi chhor ke chala aya tha yahan se.</w:t>
      </w:r>
    </w:p>
    <w:p>
      <w:pPr>
        <w:jc w:val="right"/>
      </w:pPr>
      <w:r>
        <w:t>اچانک ہی آدمی چھوڑ کے چلا آیا تھا یہاں سے۔</w:t>
      </w:r>
    </w:p>
    <w:p>
      <w:r>
        <w:rPr>
          <w:b/>
        </w:rPr>
        <w:t xml:space="preserve">[27:23] </w:t>
      </w:r>
      <w:r>
        <w:t>to yeh jo ayat hadith hai keh maut ko bohat yaad karo kyunkeh woh lazzaton ko dhha dene wali hai. yeh is ka matlab yeh hai keh woh tumhare, tumhara jo nishana zindagi banate ho, us ko correct correct karti hai.</w:t>
      </w:r>
    </w:p>
    <w:p>
      <w:pPr>
        <w:jc w:val="right"/>
      </w:pPr>
      <w:r>
        <w:t>تو یہ جو آیت حدیث ہے کہ موت کو بہت یاد کرو کیونکہ وہ لذتوں کو ڈھا دینے والی ہے۔ یہ اس کا مطلب یہ ہے کہ وہ تمہارے، تمہارا جو نشانہ زندگی بناتے ہو، اس کو کریکٹ کریکٹ کرتی ہے۔</w:t>
      </w:r>
    </w:p>
    <w:p>
      <w:r>
        <w:rPr>
          <w:b/>
        </w:rPr>
        <w:t xml:space="preserve">[27:42] </w:t>
      </w:r>
      <w:r>
        <w:t>yeh matlab hai is ka. to kitna bara role hai maut ka. aap ghhor kijiye, kitna bara role hai.</w:t>
      </w:r>
    </w:p>
    <w:p>
      <w:pPr>
        <w:jc w:val="right"/>
      </w:pPr>
      <w:r>
        <w:t>یہ مطلب ہے اس کا۔ تو کتنا بڑا رول ہے موت کا۔ آپ غور کیجیے، کتنا بڑا رول ہے۔</w:t>
      </w:r>
    </w:p>
    <w:p>
      <w:r>
        <w:rPr>
          <w:b/>
        </w:rPr>
        <w:t xml:space="preserve">[27:58] </w:t>
      </w:r>
      <w:r>
        <w:t>har aadmi kaisay hai? jis ko bhi dekhiye, har aadmi subah se sham tak dorta hai kis baat ke liye? jis ko bhi dekhiye, muslim ho, non muslim ho, koi bhi ho, educated ho,</w:t>
      </w:r>
    </w:p>
    <w:p>
      <w:pPr>
        <w:jc w:val="right"/>
      </w:pPr>
      <w:r>
        <w:t>ہر آدمی کیسے ہے؟ جس کو بھی دیکھیے، ہر آدمی صبح سے شام تک دوڑتا ہے کس بات کے لیے؟ جس کو بھی دیکھیے، مسلم ہو، نان مسلم ہو، کوئی بھی ہو، ایجوکیٹڈ ہو،</w:t>
      </w:r>
    </w:p>
    <w:p>
      <w:r>
        <w:rPr>
          <w:b/>
        </w:rPr>
        <w:t xml:space="preserve">[28:14] </w:t>
      </w:r>
      <w:r>
        <w:t>parha likha na ho, kuch bhi ho, sab dorta hai kahan?</w:t>
      </w:r>
    </w:p>
    <w:p>
      <w:pPr>
        <w:jc w:val="right"/>
      </w:pPr>
      <w:r>
        <w:t>پڑھا لکھا نہ ہو، کچھ بھی ہو، سب دوڑتا ہے کہاں؟</w:t>
      </w:r>
    </w:p>
    <w:p>
      <w:r>
        <w:rPr>
          <w:b/>
        </w:rPr>
        <w:t xml:space="preserve">[28:19] </w:t>
      </w:r>
      <w:r>
        <w:t>paisa kamana, ghar banana, business khara karna, position banana, stage hasil karna, fame hasil karna.</w:t>
      </w:r>
    </w:p>
    <w:p>
      <w:pPr>
        <w:jc w:val="right"/>
      </w:pPr>
      <w:r>
        <w:t>پیسہ کمانا، گھر بنانا، بزنس کھڑا کرنا، پوزیشن بنانا، اسٹیج حاصل کرنا، فیم حاصل کرنا۔</w:t>
      </w:r>
    </w:p>
    <w:p>
      <w:r>
        <w:rPr>
          <w:b/>
        </w:rPr>
        <w:t xml:space="preserve">[28:31] </w:t>
      </w:r>
      <w:r>
        <w:t>raat din isi mein laga hua hai aadmi.</w:t>
      </w:r>
    </w:p>
    <w:p>
      <w:pPr>
        <w:jc w:val="right"/>
      </w:pPr>
      <w:r>
        <w:t>رات دن اسی میں لگا ہوا ہے آدمی۔</w:t>
      </w:r>
    </w:p>
    <w:p>
      <w:r>
        <w:rPr>
          <w:b/>
        </w:rPr>
        <w:t xml:space="preserve">[28:37] </w:t>
      </w:r>
      <w:r>
        <w:t>jis ko bhi dekhiye to har aadmi ke liye maut jo hai, reminder hai keh tum jis cheez ke peechay paray hue ho, woh to chhor ke chaly jana hai tum ko.</w:t>
      </w:r>
    </w:p>
    <w:p>
      <w:pPr>
        <w:jc w:val="right"/>
      </w:pPr>
      <w:r>
        <w:t>جس کو بھی دیکھیے تو ہر آدمی کے لیے موت جو ہے، ریمائنڈر ہے کہ تم جس چیز کے پیچھے پڑے ہوئے ہو، وہ تو چھوڑ کے چلے جانا ہے تم کو۔</w:t>
      </w:r>
    </w:p>
    <w:p>
      <w:r>
        <w:rPr>
          <w:b/>
        </w:rPr>
        <w:t xml:space="preserve">[28:49] </w:t>
      </w:r>
      <w:r>
        <w:t>chhor kar chaly jana hai.</w:t>
      </w:r>
    </w:p>
    <w:p>
      <w:pPr>
        <w:jc w:val="right"/>
      </w:pPr>
      <w:r>
        <w:t>چھوڑ کر چلے جانا ہے۔</w:t>
      </w:r>
    </w:p>
    <w:p>
      <w:r>
        <w:rPr>
          <w:b/>
        </w:rPr>
        <w:t xml:space="preserve">[28:55] </w:t>
      </w:r>
      <w:r>
        <w:t>yani aisay hi samajh lijiye keh aik aadmi hai jo</w:t>
      </w:r>
    </w:p>
    <w:p>
      <w:pPr>
        <w:jc w:val="right"/>
      </w:pPr>
      <w:r>
        <w:t>یعنی ایسے ہی سمجھ لیجیے کہ ایک آدمی ہے جو</w:t>
      </w:r>
    </w:p>
    <w:p>
      <w:r>
        <w:rPr>
          <w:b/>
        </w:rPr>
        <w:t xml:space="preserve">[29:06] </w:t>
      </w:r>
      <w:r>
        <w:t>dilli mein paida hua, dilli mein is paas bohat saaz o saman hai, bohat kuch hai. phir chala gaya kisi doosray country mein aur ittefaq se sab kuch ka chori ho gaya is ka.</w:t>
      </w:r>
    </w:p>
    <w:p>
      <w:pPr>
        <w:jc w:val="right"/>
      </w:pPr>
      <w:r>
        <w:t>دلے میں پیدا ہوا، دلے میں اس پاس بہت ساز و سامان ہے، بہت کچھ ہے۔ پھر چلا گیا کسی دوسرے کنٹری میں اور اتفاق سے سب کچھ کا چوری ہو گیا اس کا۔</w:t>
      </w:r>
    </w:p>
    <w:p>
      <w:r>
        <w:rPr>
          <w:b/>
        </w:rPr>
        <w:t xml:space="preserve">[29:20] </w:t>
      </w:r>
      <w:r>
        <w:t>is ka passport, is ka credit card, sab kuch chori ho gaya. to achaanak woh panics apnao ko pa raha hai, pa raha hai wahan ke road par.</w:t>
      </w:r>
    </w:p>
    <w:p>
      <w:pPr>
        <w:jc w:val="right"/>
      </w:pPr>
      <w:r>
        <w:t>اس کا پاسپورٹ، اس کا کریڈٹ کارڈ، سب کچھ چوری ہو گیا۔ تو اچانک وہ پینلس اپناؤ کو پا رہا ہے، پا رہا ہے وہاں کے روڈ پر۔</w:t>
      </w:r>
    </w:p>
    <w:p>
      <w:r>
        <w:rPr>
          <w:b/>
        </w:rPr>
        <w:t xml:space="preserve">[29:33] </w:t>
      </w:r>
      <w:r>
        <w:t>to aik lamhe ke liye kya soche ga woh? kaisa ajeeb is ka haal hoga.</w:t>
      </w:r>
    </w:p>
    <w:p>
      <w:pPr>
        <w:jc w:val="right"/>
      </w:pPr>
      <w:r>
        <w:t>تو ایک لمحے کے لیے کیا سوچے گا وہ؟ کیسا عجیب اس کا حال ہوگا۔</w:t>
      </w:r>
    </w:p>
    <w:p>
      <w:r>
        <w:rPr>
          <w:b/>
        </w:rPr>
        <w:t xml:space="preserve">[29:40] </w:t>
      </w:r>
      <w:r>
        <w:t>to isi ko aap billion time barha lijiye.</w:t>
      </w:r>
    </w:p>
    <w:p>
      <w:pPr>
        <w:jc w:val="right"/>
      </w:pPr>
      <w:r>
        <w:t>تو اسی کو آپ بلین ٹائم بڑھا لیجیے۔</w:t>
      </w:r>
    </w:p>
    <w:p>
      <w:r>
        <w:rPr>
          <w:b/>
        </w:rPr>
        <w:t xml:space="preserve">[29:47] </w:t>
      </w:r>
      <w:r>
        <w:t>isi ko aap billion time barha lijiye.</w:t>
      </w:r>
    </w:p>
    <w:p>
      <w:pPr>
        <w:jc w:val="right"/>
      </w:pPr>
      <w:r>
        <w:t>اسی کو آپ بلین ٹائم بڑھا لیجیے۔</w:t>
      </w:r>
    </w:p>
    <w:p>
      <w:r>
        <w:rPr>
          <w:b/>
        </w:rPr>
        <w:t xml:space="preserve">[29:52] </w:t>
      </w:r>
      <w:r>
        <w:t>yani mujh par is aisay waqiat guzray hain. misaal ke tor par main gaya tha Moscow to aik din wahan aisa guzra keh bas sab se cut gaya apnay guide se aur apnay kisi koi wahan jannay wala nahin.</w:t>
      </w:r>
    </w:p>
    <w:p>
      <w:pPr>
        <w:jc w:val="right"/>
      </w:pPr>
      <w:r>
        <w:t>یعنی مجھ پر اس ایسے واقعات گزرے ہیں۔ مثال کے طور پر میں گیا تھا ماسکو تو ایک دن وہاں ایسا گزرا کہ بس سب سے کٹ گیا اپنے گائیڈ سے اور اپنے کسی کوئی وہاں جاننے والا نہیں۔</w:t>
      </w:r>
    </w:p>
    <w:p>
      <w:r>
        <w:rPr>
          <w:b/>
        </w:rPr>
        <w:t xml:space="preserve">[30:11] </w:t>
      </w:r>
      <w:r>
        <w:t>meray paas wahan hotel mein khane ke liye bhi kuch kuch nahin meray paas</w:t>
      </w:r>
    </w:p>
    <w:p>
      <w:pPr>
        <w:jc w:val="right"/>
      </w:pPr>
      <w:r>
        <w:t>میرے پاس وہاں ہوٹل میں کھانے کے لیے بھی کچھ کچھ نہیں میرے پاس</w:t>
      </w:r>
    </w:p>
    <w:p>
      <w:r>
        <w:rPr>
          <w:b/>
        </w:rPr>
        <w:t xml:space="preserve">[30:17] </w:t>
      </w:r>
      <w:r>
        <w:t>۔ achaanak laga keh main aik dam akela ho gaya hoon, yahan koi mera aagay hai nahin, peechay keh is ka text bhi nahin kar sakta kyunkeh woh sab jo rush zaban walay log thay.</w:t>
      </w:r>
    </w:p>
    <w:p>
      <w:pPr>
        <w:jc w:val="right"/>
      </w:pPr>
      <w:r>
        <w:t>۔ اچانک لگا کہ میں ایک دم اکیلا ہو گیا ہوں، یہاں کوئی میرا آگے ہے نہیں، پیچھے کہ اس کا ٹیکسٹ بھی نہیں کر سکتا کیونکہ وہ سب جو رش زبان والے لوگ تھے۔</w:t>
      </w:r>
    </w:p>
    <w:p>
      <w:r>
        <w:rPr>
          <w:b/>
        </w:rPr>
        <w:t xml:space="preserve">[30:29] </w:t>
      </w:r>
      <w:r>
        <w:t>mera guide jo janta tha english, woh chala gaya tha.</w:t>
      </w:r>
    </w:p>
    <w:p>
      <w:pPr>
        <w:jc w:val="right"/>
      </w:pPr>
      <w:r>
        <w:t>میرا گائیڈ جو جانتا تھا انگلش، وہ چلا گیا تھا۔</w:t>
      </w:r>
    </w:p>
    <w:p>
      <w:r>
        <w:rPr>
          <w:b/>
        </w:rPr>
        <w:t xml:space="preserve">[30:35] </w:t>
      </w:r>
      <w:r>
        <w:t>to ghaliban 24 ghante aise guzre hain wahan mere ke ab bhi main sochta hoon, ajeeb kaifiyat meri hoti hai.</w:t>
      </w:r>
    </w:p>
    <w:p>
      <w:pPr>
        <w:jc w:val="right"/>
      </w:pPr>
      <w:r>
        <w:t>تو غالباً 24 گھنٹے ایسے گزرے ہیں وہاں میرے کہ اب بھی میں سوچتا ہوں، عجیب کیفیت میری ہوتی ہے۔</w:t>
      </w:r>
    </w:p>
    <w:p>
      <w:r>
        <w:rPr>
          <w:b/>
        </w:rPr>
        <w:t xml:space="preserve">[30:43] </w:t>
      </w:r>
      <w:r>
        <w:t>to bar bar main soch kar ke isi ko yaad karta hoon ke is ko billion time agar barha doon to woh us tajrube ko samajh sakta hoon main jo mout ke baad guzre ga.</w:t>
      </w:r>
    </w:p>
    <w:p>
      <w:pPr>
        <w:jc w:val="right"/>
      </w:pPr>
      <w:r>
        <w:t>تو بار بار میں سوچ کر کے اسی کو یاد کرتا ہوں کہ اس کو بلین ٹائم اگر بڑھا دوں تو وہ اس تجربے کو سمجھ سکتا ہوں میں جو موت کے بعد گزرے گا۔</w:t>
      </w:r>
    </w:p>
    <w:p>
      <w:r>
        <w:rPr>
          <w:b/>
        </w:rPr>
        <w:t xml:space="preserve">[30:58] </w:t>
      </w:r>
      <w:r>
        <w:t>yeh sab ka haal hai. to yeh yeh zindagi jo Allah taala ne banai hai, ab aap yeh dekhiye ke Quran mein kya naqsha bataya gaya zindagi ka?</w:t>
      </w:r>
    </w:p>
    <w:p>
      <w:pPr>
        <w:jc w:val="right"/>
      </w:pPr>
      <w:r>
        <w:t>یہ سب کا حال ہے۔ تو یہ یہ زندگی جو اللہ تعالی نے بنائی ہے، اب آپ یہ دیکھیے کہ قرآن میں کیا نقشہ بتایا گیا زندگی کا؟</w:t>
      </w:r>
    </w:p>
    <w:p>
      <w:r>
        <w:rPr>
          <w:b/>
        </w:rPr>
        <w:t xml:space="preserve">[31:09] </w:t>
      </w:r>
      <w:r>
        <w:t>kyun paida kiya insaan ko? kya maqsad hai? aur</w:t>
      </w:r>
    </w:p>
    <w:p>
      <w:pPr>
        <w:jc w:val="right"/>
      </w:pPr>
      <w:r>
        <w:t>کیوں پیدا کیا انسان کو؟ کیا مقصد ہے؟ اور</w:t>
      </w:r>
    </w:p>
    <w:p>
      <w:r>
        <w:rPr>
          <w:b/>
        </w:rPr>
        <w:t xml:space="preserve">[31:15] </w:t>
      </w:r>
      <w:r>
        <w:t>kya is ka</w:t>
      </w:r>
    </w:p>
    <w:p>
      <w:pPr>
        <w:jc w:val="right"/>
      </w:pPr>
      <w:r>
        <w:t>کیا اس کا</w:t>
      </w:r>
    </w:p>
    <w:p>
      <w:r>
        <w:rPr>
          <w:b/>
        </w:rPr>
        <w:t xml:space="preserve">[31:19] </w:t>
      </w:r>
      <w:r>
        <w:t>end hai? to Quran ko aap parhein to is mein aap ko yeh cheez mile gi, ek bohat hi, bohat hi hopeful naqsha.</w:t>
      </w:r>
    </w:p>
    <w:p>
      <w:pPr>
        <w:jc w:val="right"/>
      </w:pPr>
      <w:r>
        <w:t>اینڈ ہے؟ تو قرآن کو آپ پڑھیں تو اس میں آپ کو یہ چیز ملے گی، ایک بہت ہی، بہت ہی ہوپ فل نقشہ۔</w:t>
      </w:r>
    </w:p>
    <w:p>
      <w:r>
        <w:rPr>
          <w:b/>
        </w:rPr>
        <w:t xml:space="preserve">[31:32] </w:t>
      </w:r>
      <w:r>
        <w:t>wa la talib nafsun min</w:t>
      </w:r>
    </w:p>
    <w:p>
      <w:pPr>
        <w:jc w:val="right"/>
      </w:pPr>
      <w:r>
        <w:t>ولا طالب نفس من</w:t>
      </w:r>
    </w:p>
    <w:p>
      <w:r>
        <w:rPr>
          <w:b/>
        </w:rPr>
        <w:t xml:space="preserve">[31:36] </w:t>
      </w:r>
      <w:r>
        <w:t>yani Allah ne akhirat mein kaisi ajeeb o ghareeb cheez insaan ki aankhon ki thandak bana rakhi hai, us ko janta nahi insaan.</w:t>
      </w:r>
    </w:p>
    <w:p>
      <w:pPr>
        <w:jc w:val="right"/>
      </w:pPr>
      <w:r>
        <w:t>یعنی اللہ نے آخرت میں کیسی عجیب و غریب چیز انسان کی آنکھوں کی ٹھنڈک بنا رکھی ہے، اس کو جانتا نہیں انسان۔</w:t>
      </w:r>
    </w:p>
    <w:p>
      <w:r>
        <w:rPr>
          <w:b/>
        </w:rPr>
        <w:t xml:space="preserve">[31:46] </w:t>
      </w:r>
      <w:r>
        <w:t>agar jaane to isi ko apna sab kuch, apna goal bana le woh.</w:t>
      </w:r>
    </w:p>
    <w:p>
      <w:pPr>
        <w:jc w:val="right"/>
      </w:pPr>
      <w:r>
        <w:t>اگر جانے تو اسی کو اپنا سب کچھ، اپنا گول بنا لے وہ۔</w:t>
      </w:r>
    </w:p>
    <w:p>
      <w:r>
        <w:rPr>
          <w:b/>
        </w:rPr>
        <w:t xml:space="preserve">[31:54] </w:t>
      </w:r>
      <w:r>
        <w:t>to Khuda ne paida kiya insaan ko duniya mein bator test ke. yeh testing period hai.</w:t>
      </w:r>
    </w:p>
    <w:p>
      <w:pPr>
        <w:jc w:val="right"/>
      </w:pPr>
      <w:r>
        <w:t>تو خدا نے پیدا کیا انسان کو دنیا میں بطور ٹیسٹ کے۔ یہ ٹیسٹنگ پیریڈ ہے۔</w:t>
      </w:r>
    </w:p>
    <w:p>
      <w:r>
        <w:rPr>
          <w:b/>
        </w:rPr>
        <w:t xml:space="preserve">[32:05] </w:t>
      </w:r>
      <w:r>
        <w:t>ek mehdood muddat mein, ek limited period mein hamein hamara test diya ja raha hai. test kis baat ka?</w:t>
      </w:r>
    </w:p>
    <w:p>
      <w:pPr>
        <w:jc w:val="right"/>
      </w:pPr>
      <w:r>
        <w:t>ایک محدود مدت میں، ایک لمیٹڈ پیریڈ میں ہمیں ہمارا ٹیسٹ دیا جا رہا ہے۔ ٹیسٹ کس بات کا؟</w:t>
      </w:r>
    </w:p>
    <w:p>
      <w:r>
        <w:rPr>
          <w:b/>
        </w:rPr>
        <w:t xml:space="preserve">[32:15] </w:t>
      </w:r>
      <w:r>
        <w:t>hamein di gayi hai freedom. total freedom. test is baat ka hai ke hum apni freedom ko misuse karte hain ya is ka sahi use karte hain.</w:t>
      </w:r>
    </w:p>
    <w:p>
      <w:pPr>
        <w:jc w:val="right"/>
      </w:pPr>
      <w:r>
        <w:t>ہمیں دی گئی ہے فریڈم۔ ٹوٹل فریڈم۔ ٹیسٹ اس بات کا ہے کہ ہم اپنی فریڈم کو مس یوز کرتے ہیں یا اس کا صحیح یوز کرتے ہیں۔</w:t>
      </w:r>
    </w:p>
    <w:p>
      <w:r>
        <w:rPr>
          <w:b/>
        </w:rPr>
        <w:t xml:space="preserve">[32:31] </w:t>
      </w:r>
      <w:r>
        <w:t>sahi istemal karte hain ya galat istemal karte hain.</w:t>
      </w:r>
    </w:p>
    <w:p>
      <w:pPr>
        <w:jc w:val="right"/>
      </w:pPr>
      <w:r>
        <w:t>صحیح استعمال کرتے ہیں یا غلط استعمال کرتے ہیں۔</w:t>
      </w:r>
    </w:p>
    <w:p>
      <w:r>
        <w:rPr>
          <w:b/>
        </w:rPr>
        <w:t xml:space="preserve">[32:34] </w:t>
      </w:r>
      <w:r>
        <w:t>isi ka imtehan hai. jo misuse kare ga, us ke liye hell hai aur jo is ka sahi istemal kare ga, us ke liye paradise hai.</w:t>
      </w:r>
    </w:p>
    <w:p>
      <w:pPr>
        <w:jc w:val="right"/>
      </w:pPr>
      <w:r>
        <w:t>اسی کا امتحان ہے۔ جو مس یوز کرے گا، اس کے لیے ہیل ہے اور جو اس کا صحیح استعمال کرے گا، اس کے لیے پیراڈائز ہے۔</w:t>
      </w:r>
    </w:p>
    <w:p>
      <w:r>
        <w:rPr>
          <w:b/>
        </w:rPr>
        <w:t xml:space="preserve">[32:48] </w:t>
      </w:r>
      <w:r>
        <w:t>to Allah taala ne ek bohat hi, yani bohat hi, ek bohat pleasure ki, bohat hi, yani, yani super pleasure ki ek jagah banai hai.</w:t>
      </w:r>
    </w:p>
    <w:p>
      <w:pPr>
        <w:jc w:val="right"/>
      </w:pPr>
      <w:r>
        <w:t>تو اللہ تعالی نے ایک بہت ہی، یعنی بہت ہی، ایک بہت پلیژر کی، بہت ہی، یعنی، یعنی سپر پلیژر کی ایک جگہ بنائی ہے۔</w:t>
      </w:r>
    </w:p>
    <w:p>
      <w:r>
        <w:rPr>
          <w:b/>
        </w:rPr>
        <w:t xml:space="preserve">[33:03] </w:t>
      </w:r>
      <w:r>
        <w:t>super pleasure.</w:t>
      </w:r>
    </w:p>
    <w:p>
      <w:pPr>
        <w:jc w:val="right"/>
      </w:pPr>
      <w:r>
        <w:t>سپر پلیژر۔</w:t>
      </w:r>
    </w:p>
    <w:p>
      <w:r>
        <w:rPr>
          <w:b/>
        </w:rPr>
        <w:t xml:space="preserve">[33:09] </w:t>
      </w:r>
      <w:r>
        <w:t>aur us ke liye duniya mein hamein aap ko aage yeh preparatory period goya ke hai. yahan hamein aap logon ko tayyar karna hai.</w:t>
      </w:r>
    </w:p>
    <w:p>
      <w:pPr>
        <w:jc w:val="right"/>
      </w:pPr>
      <w:r>
        <w:t>اور اس کے لیے دنیا میں ہمیں آپ کو آگے یہ پریٹری پیریڈ گویا کہ ہے۔ یہاں ہمیں آپ لوگوں کو تیار کرنا ہے۔</w:t>
      </w:r>
    </w:p>
    <w:p>
      <w:r>
        <w:rPr>
          <w:b/>
        </w:rPr>
        <w:t xml:space="preserve">[33:21] </w:t>
      </w:r>
      <w:r>
        <w:t>ab mout ke baad woh duniya hamein mil jaye gi.</w:t>
      </w:r>
    </w:p>
    <w:p>
      <w:pPr>
        <w:jc w:val="right"/>
      </w:pPr>
      <w:r>
        <w:t>اب موت کے بعد وہ دنیا ہمیں مل جائے گی۔</w:t>
      </w:r>
    </w:p>
    <w:p>
      <w:r>
        <w:rPr>
          <w:b/>
        </w:rPr>
        <w:t xml:space="preserve">[33:31] </w:t>
      </w:r>
      <w:r>
        <w:t>Quran mein ek waqea bohat zyada, yani thrilling waqea hai ke</w:t>
      </w:r>
    </w:p>
    <w:p>
      <w:pPr>
        <w:jc w:val="right"/>
      </w:pPr>
      <w:r>
        <w:t>قرآن میں ایک واقعہ بہت زیادہ، یعنی تھرلنگ واقعہ ہے کہ</w:t>
      </w:r>
    </w:p>
    <w:p>
      <w:r>
        <w:rPr>
          <w:b/>
        </w:rPr>
        <w:t xml:space="preserve">[33:42] </w:t>
      </w:r>
      <w:r>
        <w:t>Misr mein jo king tha, jis ko aap Farooq kaha jata hai, Firon, us ki biwi thi Asiya.</w:t>
      </w:r>
    </w:p>
    <w:p>
      <w:pPr>
        <w:jc w:val="right"/>
      </w:pPr>
      <w:r>
        <w:t>مصر میں جو کنگ تھا، جس کو آپ فاروق کہا جاتا ہے، فرعون، اس کی بیوی تھی اسیہ۔</w:t>
      </w:r>
    </w:p>
    <w:p>
      <w:r>
        <w:rPr>
          <w:b/>
        </w:rPr>
        <w:t xml:space="preserve">[33:51] </w:t>
      </w:r>
      <w:r>
        <w:t>to Asiya jo hai, usi zamane mein Musa paida hue, unhone dawat di. to Firon ne to inkar kiya, us ke darbariyon ne inkar kiya.</w:t>
      </w:r>
    </w:p>
    <w:p>
      <w:pPr>
        <w:jc w:val="right"/>
      </w:pPr>
      <w:r>
        <w:t>تو اسیہ جو ہے، اسی زمانے میں موسیٰ پیدا ہوئے، انہوں نے دعوت دی۔ تو فرعون نے تو انکار کیا، اس کے درباریوں نے انکار کیا۔</w:t>
      </w:r>
    </w:p>
    <w:p>
      <w:r>
        <w:rPr>
          <w:b/>
        </w:rPr>
        <w:t xml:space="preserve">[34:04] </w:t>
      </w:r>
      <w:r>
        <w:t>lekin jo us ki biwi thi Asiya, woh bohat hi, yani, sahi nature ki thi.</w:t>
      </w:r>
    </w:p>
    <w:p>
      <w:pPr>
        <w:jc w:val="right"/>
      </w:pPr>
      <w:r>
        <w:t>لیکن جو اس کی بیوی تھی اسیہ، وہ بہت ہی، یعنی، صحیح نیچر کی تھی۔</w:t>
      </w:r>
    </w:p>
    <w:p>
      <w:r>
        <w:rPr>
          <w:b/>
        </w:rPr>
        <w:t xml:space="preserve">[34:14] </w:t>
      </w:r>
      <w:r>
        <w:t>bohat hi sahi nature ki thi, paidaishi taur par.</w:t>
      </w:r>
    </w:p>
    <w:p>
      <w:pPr>
        <w:jc w:val="right"/>
      </w:pPr>
      <w:r>
        <w:t>بہت ہی صحیح نیچر کی تھی، پیدائشی طور پر۔</w:t>
      </w:r>
    </w:p>
    <w:p>
      <w:r>
        <w:rPr>
          <w:b/>
        </w:rPr>
        <w:t xml:space="preserve">[34:21] </w:t>
      </w:r>
      <w:r>
        <w:t>aur kaha jata hai ke woh, yani, Bani Israeli mein paida hui thi, yani, mushrik qaum mein nahi paida hui thi.</w:t>
      </w:r>
    </w:p>
    <w:p>
      <w:pPr>
        <w:jc w:val="right"/>
      </w:pPr>
      <w:r>
        <w:t>اور کہا جاتا ہے کہ وہ، یعنی، بنی اسرائیلی میں پیدا ہوئی تھی، یعنی، مشرک قوم میں نہیں پیدا ہوئی تھی۔</w:t>
      </w:r>
    </w:p>
    <w:p>
      <w:r>
        <w:rPr>
          <w:b/>
        </w:rPr>
        <w:t xml:space="preserve">[34:29] </w:t>
      </w:r>
      <w:r>
        <w:t>is waja se is ka mind set jo tha, qareeb tha Hazrat Musa ki dawat ke. aisa kaha jata hai. to beharhal is ki samajh mein Hazrat Musa ki dawat aa gayi</w:t>
      </w:r>
    </w:p>
    <w:p>
      <w:pPr>
        <w:jc w:val="right"/>
      </w:pPr>
      <w:r>
        <w:t>اس وجہ سے اس کا مائنڈ سیٹ جو تھا، قریب تھا حضرت موسیٰ کی دعوت کے۔ ایسا کہا جاتا ہے۔ تو بہرحال اس کی سمجھ میں حضرت موسیٰ کی دعوت آ گئی</w:t>
      </w:r>
    </w:p>
    <w:p>
      <w:r>
        <w:rPr>
          <w:b/>
        </w:rPr>
        <w:t xml:space="preserve">[34:43] </w:t>
      </w:r>
      <w:r>
        <w:t>ke duniya asal nahi hai, akhirat asal hai. to Hazrat Musa par iman layi. Firon ko jab pata chala, Firon ko jab pata chala ke yeh Hazrat Musa par iman layi hai,</w:t>
      </w:r>
    </w:p>
    <w:p>
      <w:pPr>
        <w:jc w:val="right"/>
      </w:pPr>
      <w:r>
        <w:t>کہ دنیا اصل نہیں ہے، آخرت اصل ہے۔ تو حضرت موسیٰ پر ایمان لائی۔ فرعون کو جب پتہ چلا، فرعون کو جب پتہ چلا کہ یہ حضرت موسیٰ پر ایمان لائی ہے،</w:t>
      </w:r>
    </w:p>
    <w:p>
      <w:r>
        <w:rPr>
          <w:b/>
        </w:rPr>
        <w:t xml:space="preserve">[35:04] </w:t>
      </w:r>
      <w:r>
        <w:t>jis jis ka ke Firon dushman tha Hazrat Musa ka, ke khilaf tha,</w:t>
      </w:r>
    </w:p>
    <w:p>
      <w:pPr>
        <w:jc w:val="right"/>
      </w:pPr>
      <w:r>
        <w:t>جس جس کا کہ فرعون دشمن تھا حضرت موسیٰ کا، کے خلاف تھا،</w:t>
      </w:r>
    </w:p>
    <w:p>
      <w:r>
        <w:rPr>
          <w:b/>
        </w:rPr>
        <w:t xml:space="preserve">[35:10] </w:t>
      </w:r>
      <w:r>
        <w:t>to Firon ne kaha ke main tum ko qatl kar doonga.</w:t>
      </w:r>
    </w:p>
    <w:p>
      <w:pPr>
        <w:jc w:val="right"/>
      </w:pPr>
      <w:r>
        <w:t>تو فرعون نے کہا کہ میں تم کو قتل کر دوں گا۔</w:t>
      </w:r>
    </w:p>
    <w:p>
      <w:r>
        <w:rPr>
          <w:b/>
        </w:rPr>
        <w:t xml:space="preserve">[35:19] </w:t>
      </w:r>
      <w:r>
        <w:t>aap jante hain, badshah ke zamane mein, badshahat ke zamane mein to bas talwar uthao aur mar do, na koi qanoon, na koi court, na koi poochne wala hai.</w:t>
      </w:r>
    </w:p>
    <w:p>
      <w:pPr>
        <w:jc w:val="right"/>
      </w:pPr>
      <w:r>
        <w:t>آپ جانتے ہیں، بادشاہ کے زمانے میں، بادشاہت کے زمانے میں تو بس تلوار اٹھاؤ اور مار دو، نہ کوئی قانون، نہ کوئی کورٹ، نہ کوئی پوچھنے والا ہے۔</w:t>
      </w:r>
    </w:p>
    <w:p>
      <w:r>
        <w:rPr>
          <w:b/>
        </w:rPr>
        <w:t xml:space="preserve">[35:34] </w:t>
      </w:r>
      <w:r>
        <w:t>aur waqeatan use qatl karwa diya.</w:t>
      </w:r>
    </w:p>
    <w:p>
      <w:pPr>
        <w:jc w:val="right"/>
      </w:pPr>
      <w:r>
        <w:t>اور واقعتاً اسے قتل کروا دیا۔</w:t>
      </w:r>
    </w:p>
    <w:p>
      <w:r>
        <w:rPr>
          <w:b/>
        </w:rPr>
        <w:t xml:space="preserve">[35:37] </w:t>
      </w:r>
      <w:r>
        <w:t>us waqt jo is ki zuban se jo kalma nikla tha, is khatoon ki zuban se, woh ek dua thi.</w:t>
      </w:r>
    </w:p>
    <w:p>
      <w:pPr>
        <w:jc w:val="right"/>
      </w:pPr>
      <w:r>
        <w:t>اس وقت جو اس کی زبان سے جو کلمہ نکلا تھا، اس خاتون کی زبان سے، وہ ایک دعا تھی۔</w:t>
      </w:r>
    </w:p>
    <w:p>
      <w:r>
        <w:rPr>
          <w:b/>
        </w:rPr>
        <w:t xml:space="preserve">[35:48] </w:t>
      </w:r>
      <w:r>
        <w:t>woh ek dua thi. woh dua yeh thi ke rab ibli indaka baitan fil jannah aye Allah, tu mere liye apne paas ek ghar bana de.</w:t>
      </w:r>
    </w:p>
    <w:p>
      <w:pPr>
        <w:jc w:val="right"/>
      </w:pPr>
      <w:r>
        <w:t>وہ ایک دعا تھی۔ وہ دعا یہ تھی کہ رب ابلی عندک بیت فی الجنہ اے اللہ، تو میرے لیے اپنے پاس ایک گھر بنا دے۔</w:t>
      </w:r>
    </w:p>
    <w:p>
      <w:r>
        <w:rPr>
          <w:b/>
        </w:rPr>
        <w:t xml:space="preserve">[36:04] </w:t>
      </w:r>
      <w:r>
        <w:t>is is dua mein bohat bari baat hai.</w:t>
      </w:r>
    </w:p>
    <w:p>
      <w:pPr>
        <w:jc w:val="right"/>
      </w:pPr>
      <w:r>
        <w:t>اس اس دعا میں بہت بڑی بات ہے۔</w:t>
      </w:r>
    </w:p>
    <w:p>
      <w:r>
        <w:rPr>
          <w:b/>
        </w:rPr>
        <w:t xml:space="preserve">[36:08] </w:t>
      </w:r>
      <w:r>
        <w:t>yani kyun? is mein is ka jawab milta hai ke kaise Asiya ko yeh hosla aya un ke andar ke tum mujhe qadar karte ho to kar do, main to Musa ke deen ko nahi chhodungi.</w:t>
      </w:r>
    </w:p>
    <w:p>
      <w:pPr>
        <w:jc w:val="right"/>
      </w:pPr>
      <w:r>
        <w:t>یعنی کیوں؟ اس میں اس کا جواب ملتا ہے کہ کیسے اسیہ کو یہ حوصلہ آیا ان کے اندر کہ تم مجھے قدر کرتے ہو تو کر دو، میں تو موسیٰ کے دین کو نہیں چھوڑوں گی۔</w:t>
      </w:r>
    </w:p>
    <w:p>
      <w:r>
        <w:rPr>
          <w:b/>
        </w:rPr>
        <w:t xml:space="preserve">[36:26] </w:t>
      </w:r>
      <w:r>
        <w:t>tum agar qadar karte ho to kar do, main Musa ke deen ko nahi chhodungi. kyun? kyun? un ko better choice mil raha tha.</w:t>
      </w:r>
    </w:p>
    <w:p>
      <w:pPr>
        <w:jc w:val="right"/>
      </w:pPr>
      <w:r>
        <w:t>تم اگر قدر کرتے ہو تو کر دو، میں موسیٰ کے دین کو نہیں چھوڑوں گی۔ کیوں؟ کیوں؟ ان کو بیٹر چوائس مل رہا تھا۔</w:t>
      </w:r>
    </w:p>
    <w:p>
      <w:r>
        <w:rPr>
          <w:b/>
        </w:rPr>
        <w:t xml:space="preserve">[36:37] </w:t>
      </w:r>
      <w:r>
        <w:t>better choice. yani us waqt un ko hasil tha Firon ka mahal. lekin agar woh, agar woh Allah ke deen par un ka qadar kiya ja raha hai to woh God Almighty ka guest house mil raha hai unhein.</w:t>
      </w:r>
    </w:p>
    <w:p>
      <w:pPr>
        <w:jc w:val="right"/>
      </w:pPr>
      <w:r>
        <w:t>بیٹر چوائس۔ یعنی اس وقت ان کو حاصل تھا فرعون کا محل۔ لیکن اگر وہ، اگر وہ اللہ کے دین پر ان کا قدر کیا جا رہا ہے تو وہ گاڈ المائٹک کا گیسٹ ہاؤس مل رہا ہے انہیں۔</w:t>
      </w:r>
    </w:p>
    <w:p>
      <w:r>
        <w:rPr>
          <w:b/>
        </w:rPr>
        <w:t xml:space="preserve">[36:59] </w:t>
      </w:r>
      <w:r>
        <w:t>un ka paros mil raha hai. kaisi ajib baat hai! eternal guest house, Khuda ke paros mein.</w:t>
      </w:r>
    </w:p>
    <w:p>
      <w:pPr>
        <w:jc w:val="right"/>
      </w:pPr>
      <w:r>
        <w:t>ان کا پڑوس مل رہا ہے۔ کیسی عجیب بات ہے! ایٹرنل گیسٹ ہاؤس، خدا کے پڑوس میں۔</w:t>
      </w:r>
    </w:p>
    <w:p>
      <w:r>
        <w:rPr>
          <w:b/>
        </w:rPr>
        <w:t xml:space="preserve">[37:06] </w:t>
      </w:r>
      <w:r>
        <w:t>to kitna ek choti cheez, bohat hi choti cheez kho kar, bohat hi bari cheez mil rahi thi.</w:t>
      </w:r>
    </w:p>
    <w:p>
      <w:pPr>
        <w:jc w:val="right"/>
      </w:pPr>
      <w:r>
        <w:t>تو کتنا ایک چھوٹی چیز، بہت ہی چھوٹی چیز کھو کر، بہت ہی بڑی چیز مل رہی تھی۔</w:t>
      </w:r>
    </w:p>
    <w:p>
      <w:r>
        <w:rPr>
          <w:b/>
        </w:rPr>
        <w:t xml:space="preserve">[37:15] </w:t>
      </w:r>
      <w:r>
        <w:t>Firon ka mahal kya hai? kuch bhi nahi. yani Khuda ke paros mein jo guest house bana hua hai, us ke muqable mein to Firon ke mahal ki koi qeemat hi nahi, kuch bhi nahi.</w:t>
      </w:r>
    </w:p>
    <w:p>
      <w:pPr>
        <w:jc w:val="right"/>
      </w:pPr>
      <w:r>
        <w:t>فرعون کا محل کیا ہے؟ کچھ بھی نہیں۔ یعنی خدا کے پڑوس میں جو گیسٹ ہاؤس بنا ہوا ہے، اس کے مقابلے میں تو فرعون کے محل کی کوئی قیمت ہی نہیں، کچھ بھی نہیں۔</w:t>
      </w:r>
    </w:p>
    <w:p>
      <w:r>
        <w:rPr>
          <w:b/>
        </w:rPr>
        <w:t xml:space="preserve">[37:34] </w:t>
      </w:r>
      <w:r>
        <w:t>to yeh yeh cheez thi jis ne un ke andar hosla paida kiya.</w:t>
      </w:r>
    </w:p>
    <w:p>
      <w:pPr>
        <w:jc w:val="right"/>
      </w:pPr>
      <w:r>
        <w:t>تو یہ یہ چیز تھی جس نے ان کے اندر حوصلہ پیدا کیا۔</w:t>
      </w:r>
    </w:p>
    <w:p>
      <w:r>
        <w:rPr>
          <w:b/>
        </w:rPr>
        <w:t xml:space="preserve">[37:42] </w:t>
      </w:r>
      <w:r>
        <w:t>aur yahi cheez is zamane mein jo qissa hua tha jadoogaron ka, aap dekhiye, Quran majeed mein jadoon ka qissa bayan kiya gaya hai ke jadugar bhi baat ko Hazrat Musa pe iman laye.</w:t>
      </w:r>
    </w:p>
    <w:p>
      <w:pPr>
        <w:jc w:val="right"/>
      </w:pPr>
      <w:r>
        <w:t>اور یہی چیز اس زمانے میں جو قصہ ہوا تھا جادوگروں کا، آپ دیکھیے، قرآن مجید میں جادوؤں کا قصہ بیان کیا گیا ہے کہ جادوگر بھی بات کو حضرت موسیٰ پہ ایمان لائے۔</w:t>
      </w:r>
    </w:p>
    <w:p>
      <w:r>
        <w:rPr>
          <w:b/>
        </w:rPr>
        <w:t xml:space="preserve">[38:04] </w:t>
      </w:r>
      <w:r>
        <w:t>unhone ailan kar diya ke hum amanna birabbi Harun wa Musa ab Firon bohat ghusa ho gaya. us ne kaha main tum tum sab ko qatl kar doonga.</w:t>
      </w:r>
    </w:p>
    <w:p>
      <w:pPr>
        <w:jc w:val="right"/>
      </w:pPr>
      <w:r>
        <w:t>انہوں نے اعلان کر دیا کہ ہم امانہ برب بہار و موسی اب فرعون بہت غصہ ہو گیا۔ اس نے کہا میں تم تم سب کو قتل کر دوں گا۔</w:t>
      </w:r>
    </w:p>
    <w:p>
      <w:r>
        <w:rPr>
          <w:b/>
        </w:rPr>
        <w:t xml:space="preserve">[38:17] </w:t>
      </w:r>
      <w:r>
        <w:t>to us waqt jadoogaron ne jo kaha tha fa'khudh ma nqatta' innama taqdi hadhihil hayatud dunya</w:t>
      </w:r>
    </w:p>
    <w:p>
      <w:pPr>
        <w:jc w:val="right"/>
      </w:pPr>
      <w:r>
        <w:t>تو اس وقت جادوگروں نے جو کہا تھا فخذ ما انتقاض فانک تقضی حاضر حیات الدنیا</w:t>
      </w:r>
    </w:p>
    <w:p>
      <w:r>
        <w:rPr>
          <w:b/>
        </w:rPr>
        <w:t xml:space="preserve">[38:28] </w:t>
      </w:r>
      <w:r>
        <w:t>jo karna hai, kar dalo.</w:t>
      </w:r>
    </w:p>
    <w:p>
      <w:pPr>
        <w:jc w:val="right"/>
      </w:pPr>
      <w:r>
        <w:t>جو کرنا ہے، کر ڈالو۔</w:t>
      </w:r>
    </w:p>
    <w:p>
      <w:r>
        <w:rPr>
          <w:b/>
        </w:rPr>
        <w:t xml:space="preserve">[38:32] </w:t>
      </w:r>
      <w:r>
        <w:t>tum isi duniya ke bare mein faisla kar sakte ho. is ka matlab kya hai? ke tum hum se duniya ko chheen sakte ho, lekin is se bohat bari cheez akhirat woh hum ko mil jayegi.</w:t>
      </w:r>
    </w:p>
    <w:p>
      <w:pPr>
        <w:jc w:val="right"/>
      </w:pPr>
      <w:r>
        <w:t>تم اسی دنیا کے بارے میں فیصلہ کر سکتے ہو۔ اس کا مطلب کیا ہے؟ کہ تم ہم سے دنیا کو کو چھین سکتے ہو، لیکن اس سے بہت بڑی چیز آخرت وہ ہم کو مل جائے گی۔</w:t>
      </w:r>
    </w:p>
    <w:p>
      <w:r>
        <w:rPr>
          <w:b/>
        </w:rPr>
        <w:t xml:space="preserve">[38:51] </w:t>
      </w:r>
      <w:r>
        <w:t>yeh thi woh cheez jis se jadoogaron mein hosla paida hua ke woh Firon ke hukum ka inkar kar dein ke Firon kya cheez chhenega?</w:t>
      </w:r>
    </w:p>
    <w:p>
      <w:pPr>
        <w:jc w:val="right"/>
      </w:pPr>
      <w:r>
        <w:t>یہ تھی وہ چیز جس سے جادوگروں میں حوصلہ پیدا ہوا کہ وہ فرعون کے حکم کا انکار کر دیں کہ فرعون کیا چیز چھینے گا؟</w:t>
      </w:r>
    </w:p>
    <w:p>
      <w:r>
        <w:rPr>
          <w:b/>
        </w:rPr>
        <w:t xml:space="preserve">[39:02] </w:t>
      </w:r>
      <w:r>
        <w:t>yeh chand din ki duniya ki zindagi aur is ke baad mil rahi hai akhirat ki jannat, eternal jannat, Khuda ki blessing.</w:t>
      </w:r>
    </w:p>
    <w:p>
      <w:pPr>
        <w:jc w:val="right"/>
      </w:pPr>
      <w:r>
        <w:t>یہ چند دن کی دنیا کی زندگی اور اس کے بعد مل رہی ہے آخرت کی جنت، ایٹرنل جنت، خدا کی بلیسنگ۔</w:t>
      </w:r>
    </w:p>
    <w:p>
      <w:r>
        <w:rPr>
          <w:b/>
        </w:rPr>
        <w:t xml:space="preserve">[39:16] </w:t>
      </w:r>
      <w:r>
        <w:t>to maut jo hai, maut ka agar sahi shaoor ho jaye to aap ko bohat bara hosla deti hai.</w:t>
      </w:r>
    </w:p>
    <w:p>
      <w:pPr>
        <w:jc w:val="right"/>
      </w:pPr>
      <w:r>
        <w:t>تو موت جو ہے، موت کا اگر صحیح شعور ہو جائے تو آپ کو بہت بڑا حوصلہ دیتی ہے۔</w:t>
      </w:r>
    </w:p>
    <w:p>
      <w:r>
        <w:rPr>
          <w:b/>
        </w:rPr>
        <w:t xml:space="preserve">[39:26] </w:t>
      </w:r>
      <w:r>
        <w:t>maut aap ko batati hai ke zindagi kya hai. maut aap ko batati hai ke maut ke baad eternity ka daur aney wala hai.</w:t>
      </w:r>
    </w:p>
    <w:p>
      <w:pPr>
        <w:jc w:val="right"/>
      </w:pPr>
      <w:r>
        <w:t>موت آپ کو بتاتی ہے کہ زندگی کیا ہے۔ موت آپ کو بتاتی ہے کہ موت کے بعد ایٹرنیٹی کا دور آنے والا ہے۔</w:t>
      </w:r>
    </w:p>
    <w:p>
      <w:r>
        <w:rPr>
          <w:b/>
        </w:rPr>
        <w:t xml:space="preserve">[39:39] </w:t>
      </w:r>
      <w:r>
        <w:t>maut aap ko batati hai ke ek bohat bara imkan aap ke liye maujood hai,</w:t>
      </w:r>
    </w:p>
    <w:p>
      <w:pPr>
        <w:jc w:val="right"/>
      </w:pPr>
      <w:r>
        <w:t>موت آپ کو بتاتی ہے کہ ایک بہت بڑا امکان آپ کے لیے موجود ہے،</w:t>
      </w:r>
    </w:p>
    <w:p>
      <w:r>
        <w:rPr>
          <w:b/>
        </w:rPr>
        <w:t xml:space="preserve">[39:45] </w:t>
      </w:r>
      <w:r>
        <w:t>jannat. abdi taur par is mein aap dakhil ho sakte hain.</w:t>
      </w:r>
    </w:p>
    <w:p>
      <w:pPr>
        <w:jc w:val="right"/>
      </w:pPr>
      <w:r>
        <w:t>جنت۔ ابدی طور پر اس میں آپ داخل ہو سکتے ہیں۔</w:t>
      </w:r>
    </w:p>
    <w:p>
      <w:r>
        <w:rPr>
          <w:b/>
        </w:rPr>
        <w:t xml:space="preserve">[39:53] </w:t>
      </w:r>
      <w:r>
        <w:t>to maut dekhiye, aap ko kya goal de deti hai? woh goal deti hai is baat ka ke apne ko jannat ke liye ek deserving candidate banaein.</w:t>
      </w:r>
    </w:p>
    <w:p>
      <w:pPr>
        <w:jc w:val="right"/>
      </w:pPr>
      <w:r>
        <w:t>تو موت دیکھیے، آپ کو کیا گول دے دیتی ہے؟ وہ گول دیتی ہے اس بات کا کہ اپنے کو جنت کے لیے ایک ڈیزرونگ کینڈیڈیٹ بنائیں۔</w:t>
      </w:r>
    </w:p>
    <w:p>
      <w:r>
        <w:rPr>
          <w:b/>
        </w:rPr>
        <w:t xml:space="preserve">[40:09] </w:t>
      </w:r>
      <w:r>
        <w:t>apne ko is andaaz par develop karein</w:t>
      </w:r>
    </w:p>
    <w:p>
      <w:pPr>
        <w:jc w:val="right"/>
      </w:pPr>
      <w:r>
        <w:t>اپنے کو اس انداز پر ڈیولپ کریں</w:t>
      </w:r>
    </w:p>
    <w:p>
      <w:r>
        <w:rPr>
          <w:b/>
        </w:rPr>
        <w:t xml:space="preserve">[40:13] </w:t>
      </w:r>
      <w:r>
        <w:t>ke aap jannat mein dakhle ka ticket pa sakein. kyunke jannat mein dakhla bheer bakri ki tarah nahi hoga.</w:t>
      </w:r>
    </w:p>
    <w:p>
      <w:pPr>
        <w:jc w:val="right"/>
      </w:pPr>
      <w:r>
        <w:t>کہ آپ جنت میں داخلے کا ٹکٹ پا سکیں۔ کیونکہ جنت میں داخلہ بھیڑ بکری کی طرح نہیں ہوگا۔</w:t>
      </w:r>
    </w:p>
    <w:p>
      <w:r>
        <w:rPr>
          <w:b/>
        </w:rPr>
        <w:t xml:space="preserve">[40:22] </w:t>
      </w:r>
      <w:r>
        <w:t>sirf woh log jannat mein dakhil kiye jayenge jo deserving karte hon jannat jaisi aala dunya mein rehne ke liye, jaise jaise refine colony mein rehne ke liye,</w:t>
      </w:r>
    </w:p>
    <w:p>
      <w:pPr>
        <w:jc w:val="right"/>
      </w:pPr>
      <w:r>
        <w:t>صرف وہ لوگ جنت میں داخل کیے جائیں گے جو ڈیزرونگ کرتے ہوں جنت جیسی اعلیٰ دنیا میں رہنے کے لیے، جیسے جیسے ریفائن کالونی میں رہنے کے لیے،</w:t>
      </w:r>
    </w:p>
    <w:p>
      <w:r>
        <w:rPr>
          <w:b/>
        </w:rPr>
        <w:t xml:space="preserve">[40:36] </w:t>
      </w:r>
      <w:r>
        <w:t>jo is ko deserving karte ho. to maut aap ko ek bohat hi sahi target deti hai ke apne ko tayyar karo is ke liye.</w:t>
      </w:r>
    </w:p>
    <w:p>
      <w:pPr>
        <w:jc w:val="right"/>
      </w:pPr>
      <w:r>
        <w:t>جو اس کو ڈیزرونگ کرتے ہوں۔ تو موت آپ کو ایک بہت ہی صحیح ٹارگٹ دیتی ہے کہ اپنے کو تیار کرو اس کے لیے۔</w:t>
      </w:r>
    </w:p>
    <w:p>
      <w:r>
        <w:rPr>
          <w:b/>
        </w:rPr>
        <w:t xml:space="preserve">[40:52] </w:t>
      </w:r>
      <w:r>
        <w:t>jaise aap dunya mein aap dekhiye, mere bachpan mein koi angrezi taleem ki taraf rujhan nahi tha musalmanon ka ya logon ka.</w:t>
      </w:r>
    </w:p>
    <w:p>
      <w:pPr>
        <w:jc w:val="right"/>
      </w:pPr>
      <w:r>
        <w:t>جیسے آپ دنیا میں آپ دیکھیے، میرے بچپن میں کوئی انگریزی تعلیم کی طرف رجحان نہیں تھا مسلمانوں کا یا لوگوں کا۔</w:t>
      </w:r>
    </w:p>
    <w:p>
      <w:r>
        <w:rPr>
          <w:b/>
        </w:rPr>
        <w:t xml:space="preserve">[41:03] </w:t>
      </w:r>
      <w:r>
        <w:t>angrezi taleem bohat kam log padhte the. aaj jis ko dekhiye, woh angrezi taleem ki dhoom machai hui hai. yaani secular ho, religious ho, molvi ho, mister ho, sab ab apne bachchon ko angrezi taleem mein daal rahe hain.</w:t>
      </w:r>
    </w:p>
    <w:p>
      <w:pPr>
        <w:jc w:val="right"/>
      </w:pPr>
      <w:r>
        <w:t>انگریزی تعلیم بہت کم لوگ پڑھتے تھے۔ آج جس کو دیکھیے، وہ انگریزی تعلیم کی دھوم مچائی ہوئی ہے۔ یعنی سیکولر ہو، ریلیجیس ہو، مولوی ہو، مسٹر ہو، سب اب اپنے بچوں کو انگریزی تعلیم میں ڈال رہے ہیں۔</w:t>
      </w:r>
    </w:p>
    <w:p>
      <w:r>
        <w:rPr>
          <w:b/>
        </w:rPr>
        <w:t xml:space="preserve">[41:18] </w:t>
      </w:r>
      <w:r>
        <w:t>kyun? un ko nazar aa gaya hai ke angrezi taleem padhenge, un ka mustaqbil acha hoga.</w:t>
      </w:r>
    </w:p>
    <w:p>
      <w:pPr>
        <w:jc w:val="right"/>
      </w:pPr>
      <w:r>
        <w:t>کیوں؟ ان کو نظر آ گیا ہے کہ انگریزی تعلیم پڑھیں گے، ان کا مستقبل اچھا ہوگا۔</w:t>
      </w:r>
    </w:p>
    <w:p>
      <w:r>
        <w:rPr>
          <w:b/>
        </w:rPr>
        <w:t xml:space="preserve">[41:25] </w:t>
      </w:r>
      <w:r>
        <w:t>un ka mustaqbil acha hoga. is tareeqe se maut ka shaoor har shakhs ko hasil ho jaye to saare log aakhrat oriented ban jayein, jannat oriented ban jayein,</w:t>
      </w:r>
    </w:p>
    <w:p>
      <w:pPr>
        <w:jc w:val="right"/>
      </w:pPr>
      <w:r>
        <w:t>ان کا مستقبل اچھا ہوگا۔ اس طریقے سے موت کا شعور ہر شخص کو حاصل ہو جائے تو سارے لوگ آخرت اورینٹڈ بن جائیں، جنت اورینٹڈ بن جائیں،</w:t>
      </w:r>
    </w:p>
    <w:p>
      <w:r>
        <w:rPr>
          <w:b/>
        </w:rPr>
        <w:t xml:space="preserve">[41:39] </w:t>
      </w:r>
      <w:r>
        <w:t>paradise ki taraf daudne lagein. libsalihaza falya'mal al-aamiloon faida hai.</w:t>
      </w:r>
    </w:p>
    <w:p>
      <w:pPr>
        <w:jc w:val="right"/>
      </w:pPr>
      <w:r>
        <w:t>پیراڈائز کی طرف دوڑنے لگیں۔ لبس لہذا فليعمل العاملون فائدہ ہے۔</w:t>
      </w:r>
    </w:p>
    <w:p>
      <w:r>
        <w:rPr>
          <w:b/>
        </w:rPr>
        <w:t xml:space="preserve">[41:48] </w:t>
      </w:r>
      <w:r>
        <w:t>ab itna zyada darwaze khul gaye hain taraqqi ke in logon ke liye jo angrezi mein taleem hasil karte hain.</w:t>
      </w:r>
    </w:p>
    <w:p>
      <w:pPr>
        <w:jc w:val="right"/>
      </w:pPr>
      <w:r>
        <w:t>اب اتنا زیادہ دروازے کھل گئے ہیں ترقی کے ان لوگوں کے لیے جو انگریزی میں تعلیم حاصل کرتے ہیں۔</w:t>
      </w:r>
    </w:p>
    <w:p>
      <w:r>
        <w:rPr>
          <w:b/>
        </w:rPr>
        <w:t xml:space="preserve">[41:59] </w:t>
      </w:r>
      <w:r>
        <w:t>to sab log daude daud rahe hain angrezi ki taraf. is mein ab jo mazhabi log hain, woh bhi daud rahe hain, jo secular log hain, woh bhi daud rahe hain.</w:t>
      </w:r>
    </w:p>
    <w:p>
      <w:pPr>
        <w:jc w:val="right"/>
      </w:pPr>
      <w:r>
        <w:t>تو سب لوگ دوڑے دوڑ رہے ہیں انگریزی کی طرف۔ اس میں اب جو مذہبی لوگ ہیں، وہ بھی دوڑ رہے ہیں، جو سیکولر لوگ ہیں، وہ بھی دوڑ رہے ہیں۔</w:t>
      </w:r>
    </w:p>
    <w:p>
      <w:r>
        <w:rPr>
          <w:b/>
        </w:rPr>
        <w:t xml:space="preserve">[42:11] </w:t>
      </w:r>
      <w:r>
        <w:t>kyunke un ko nazar aa gaya.</w:t>
      </w:r>
    </w:p>
    <w:p>
      <w:pPr>
        <w:jc w:val="right"/>
      </w:pPr>
      <w:r>
        <w:t>کیونکہ ان کو نظر آ گیا۔</w:t>
      </w:r>
    </w:p>
    <w:p>
      <w:r>
        <w:rPr>
          <w:b/>
        </w:rPr>
        <w:t xml:space="preserve">[42:15] </w:t>
      </w:r>
      <w:r>
        <w:t>aisa hi agar aadmi ko nazar aa jaye ke maut ke baad jo dunya samne aane wali hai,</w:t>
      </w:r>
    </w:p>
    <w:p>
      <w:pPr>
        <w:jc w:val="right"/>
      </w:pPr>
      <w:r>
        <w:t>ایسا ہی اگر آدمی کو نظر آ جائے کہ موت کے بعد جو دنیا سامنے آنے والی ہے،</w:t>
      </w:r>
    </w:p>
    <w:p>
      <w:r>
        <w:rPr>
          <w:b/>
        </w:rPr>
        <w:t xml:space="preserve">[42:27] </w:t>
      </w:r>
      <w:r>
        <w:t>woh bohat hi qeemti hai. yaani eternal paradise.</w:t>
      </w:r>
    </w:p>
    <w:p>
      <w:pPr>
        <w:jc w:val="right"/>
      </w:pPr>
      <w:r>
        <w:t>وہ بہت ہی قیمتی ہے۔ یعنی ایٹرنل پیراڈائز۔</w:t>
      </w:r>
    </w:p>
    <w:p>
      <w:r>
        <w:rPr>
          <w:b/>
        </w:rPr>
        <w:t xml:space="preserve">[42:34] </w:t>
      </w:r>
      <w:r>
        <w:t>to aap ghaur kijiye ke kya haal insaan ka ho. kyunke paradise kya hai?</w:t>
      </w:r>
    </w:p>
    <w:p>
      <w:pPr>
        <w:jc w:val="right"/>
      </w:pPr>
      <w:r>
        <w:t>تو آپ غور کیجیے کہ کیا حال انسان کا ہو۔ کیونکہ پیراڈائز کیا ہے؟</w:t>
      </w:r>
    </w:p>
    <w:p>
      <w:r>
        <w:rPr>
          <w:b/>
        </w:rPr>
        <w:t xml:space="preserve">[42:42] </w:t>
      </w:r>
      <w:r>
        <w:t>dekhiye, har aadmi ko ek tajurba hota hai is dunya ka. har aadmi ko. woh kya?</w:t>
      </w:r>
    </w:p>
    <w:p>
      <w:pPr>
        <w:jc w:val="right"/>
      </w:pPr>
      <w:r>
        <w:t>دیکھیے، ہر آدمی کو ایک تجربہ ہوتا ہے اس دنیا کا۔ ہر آدمی کو۔ وہ کیا؟</w:t>
      </w:r>
    </w:p>
    <w:p>
      <w:r>
        <w:rPr>
          <w:b/>
        </w:rPr>
        <w:t xml:space="preserve">[42:50] </w:t>
      </w:r>
      <w:r>
        <w:t>hum jo kuch chahte hain, woh hum ko milta nahi. yahan tak ke badshahon ko bhi nahi milta. jo bare bare wealthy log hain, un ko bhi nahi milta.</w:t>
      </w:r>
    </w:p>
    <w:p>
      <w:pPr>
        <w:jc w:val="right"/>
      </w:pPr>
      <w:r>
        <w:t>ہم جو کچھ چاہتے ہیں، وہ ہم کو ملتا نہیں۔ یہاں تک کہ بادشاہوں کو بھی نہیں ملتا۔ جو بڑے بڑے ویلتھی لوگ ہیں، ان کو بھی نہیں ملتا۔</w:t>
      </w:r>
    </w:p>
    <w:p>
      <w:r>
        <w:rPr>
          <w:b/>
        </w:rPr>
        <w:t xml:space="preserve">[43:04] </w:t>
      </w:r>
      <w:r>
        <w:t>kyunke insaan wajah kya hai?</w:t>
      </w:r>
    </w:p>
    <w:p>
      <w:pPr>
        <w:jc w:val="right"/>
      </w:pPr>
      <w:r>
        <w:t>کیونکہ انسان وجہ کیا ہے؟</w:t>
      </w:r>
    </w:p>
    <w:p>
      <w:r>
        <w:rPr>
          <w:b/>
        </w:rPr>
        <w:t xml:space="preserve">[43:07] </w:t>
      </w:r>
      <w:r>
        <w:t>insaan jo hai, woh perfectionist hai. har aadmi perfectionist hai. yaani Man is a perfection-seeking animal har aadmi.</w:t>
      </w:r>
    </w:p>
    <w:p>
      <w:pPr>
        <w:jc w:val="right"/>
      </w:pPr>
      <w:r>
        <w:t>انسان جو ہے، وہ پرفیکشنسٹ ہے۔ ہر آدمی پرفیکشنسٹ ہے۔ یعنی Man is a perfection-seeking animal ہر آدمی۔</w:t>
      </w:r>
    </w:p>
    <w:p>
      <w:r>
        <w:rPr>
          <w:b/>
        </w:rPr>
        <w:t xml:space="preserve">[43:22] </w:t>
      </w:r>
      <w:r>
        <w:t>aur dunya jo banai hai, banane wale ne, Allah taala ne, to dunya ko khuda ne perfect world ke taur par banaya hi nahi. dunya mein koi cheez perfect nahi hai.</w:t>
      </w:r>
    </w:p>
    <w:p>
      <w:pPr>
        <w:jc w:val="right"/>
      </w:pPr>
      <w:r>
        <w:t>اور دنیا جو بنائی ہے، بنانے والے نے، اللہ تعالی نے، تو دنیا کو خدا نے پرفیکٹ ورلڈ کے طور پر بنایا ہی نہیں۔ دنیا میں کوئی چیز پرفیکٹ نہیں ہے۔</w:t>
      </w:r>
    </w:p>
    <w:p>
      <w:r>
        <w:rPr>
          <w:b/>
        </w:rPr>
        <w:t xml:space="preserve">[43:34] </w:t>
      </w:r>
      <w:r>
        <w:t>har cheez less than ideal hai. har cheez imperfect hai. har cheez. to is ke ma'ne kya hue?</w:t>
      </w:r>
    </w:p>
    <w:p>
      <w:pPr>
        <w:jc w:val="right"/>
      </w:pPr>
      <w:r>
        <w:t>ہر چیز لیس دین آئیڈیل ہے۔ ہر چیز امپرفیکٹ ہے۔ ہر چیز۔ تو اس کے معنی کیا ہوئے؟</w:t>
      </w:r>
    </w:p>
    <w:p>
      <w:r>
        <w:rPr>
          <w:b/>
        </w:rPr>
        <w:t xml:space="preserve">[43:43] </w:t>
      </w:r>
      <w:r>
        <w:t>ke perfection seeking animal ko imperfect dunya mein daal diya gaya hai. yeh matlab hai is is ayat ka. Quran mein hai ke Surah at-Teen mein laqad khalaqal insana fi ahsani taqwim thumma radadnahu asfala safileen</w:t>
      </w:r>
    </w:p>
    <w:p>
      <w:pPr>
        <w:jc w:val="right"/>
      </w:pPr>
      <w:r>
        <w:t>کہ پرفیکشن سیکنگ اینیمل کو امپرفیکٹ دنیا میں ڈال دیا گیا ہے۔ یہ مطلب ہے اس اس آیت کا۔ قرآن میں ہے کہ سورہ التین میں لقد خلق الانسان فی احسن تقویم ثم ردناه اسفل السافرین</w:t>
      </w:r>
    </w:p>
    <w:p>
      <w:r>
        <w:rPr>
          <w:b/>
        </w:rPr>
        <w:t xml:space="preserve">[44:04] </w:t>
      </w:r>
      <w:r>
        <w:t>is ka matlab kya hai? is ka matlab hai ke hum ne paida kiya insaan ko</w:t>
      </w:r>
    </w:p>
    <w:p>
      <w:pPr>
        <w:jc w:val="right"/>
      </w:pPr>
      <w:r>
        <w:t>اس کا مطلب کیا ہے؟ اس کا مطلب ہے کہ ہم نے پیدا کیا انسان کو</w:t>
      </w:r>
    </w:p>
    <w:p>
      <w:r>
        <w:rPr>
          <w:b/>
        </w:rPr>
        <w:t xml:space="preserve">[44:14] </w:t>
      </w:r>
      <w:r>
        <w:t>as a perfectionist.</w:t>
      </w:r>
    </w:p>
    <w:p>
      <w:pPr>
        <w:jc w:val="right"/>
      </w:pPr>
      <w:r>
        <w:t>ایز اے پرفیکشنسٹ۔</w:t>
      </w:r>
    </w:p>
    <w:p>
      <w:r>
        <w:rPr>
          <w:b/>
        </w:rPr>
        <w:t xml:space="preserve">[44:19] </w:t>
      </w:r>
      <w:r>
        <w:t>hum ne paida kiya insaan ko as a perfectionist aur daal diya kahan? imperfect world mein.</w:t>
      </w:r>
    </w:p>
    <w:p>
      <w:pPr>
        <w:jc w:val="right"/>
      </w:pPr>
      <w:r>
        <w:t>ہم نے پیدا کیا انسان کو ایز ا پرفیکشنسٹ اور ڈال دیا کہاں؟ امپرفیکٹ ورلڈ میں۔</w:t>
      </w:r>
    </w:p>
    <w:p>
      <w:r>
        <w:rPr>
          <w:b/>
        </w:rPr>
        <w:t xml:space="preserve">[44:29] </w:t>
      </w:r>
      <w:r>
        <w:t>lafzi tarjuma to is ka yeh hai laqad khalaqal insana fi ahsani taqwim thumma radadnahu asfalas safirin to lafzi tarjuma yeh hai ke hum ne paida kiya insaan ko behtareen dhanche par, behtareen saakht par.</w:t>
      </w:r>
    </w:p>
    <w:p>
      <w:pPr>
        <w:jc w:val="right"/>
      </w:pPr>
      <w:r>
        <w:t>لفظی ترجمہ تو اس کا یہ ہے لقد خلق الانسان فی احسن تقویم ثم ردناه اسفل السافرین تو لفظی ترجمہ یہ ہے کہ ہم نے پیدا کیا انسان کو بہترین ڈھانچے پر، بہترین ساخت پر۔</w:t>
      </w:r>
    </w:p>
    <w:p>
      <w:r>
        <w:rPr>
          <w:b/>
        </w:rPr>
        <w:t xml:space="preserve">[44:47] </w:t>
      </w:r>
      <w:r>
        <w:t>phir daal diya is ko bohat hi nichli jagah mein.</w:t>
      </w:r>
    </w:p>
    <w:p>
      <w:pPr>
        <w:jc w:val="right"/>
      </w:pPr>
      <w:r>
        <w:t>پھر ڈال دیا اس کو بہت ہی نچلی جگہ میں۔</w:t>
      </w:r>
    </w:p>
    <w:p>
      <w:r>
        <w:rPr>
          <w:b/>
        </w:rPr>
        <w:t xml:space="preserve">[44:58] </w:t>
      </w:r>
      <w:r>
        <w:t>lekin is ka matlab kya hai? is ka matlab yahi hai ke insaan ko paida kiya hum ne</w:t>
      </w:r>
    </w:p>
    <w:p>
      <w:pPr>
        <w:jc w:val="right"/>
      </w:pPr>
      <w:r>
        <w:t>لیکن اس کا مطلب کیا ہے؟ اس کا مطلب یہی ہے کہ انسان کو پیدا کیا ہم نے</w:t>
      </w:r>
    </w:p>
    <w:p>
      <w:r>
        <w:rPr>
          <w:b/>
        </w:rPr>
        <w:t xml:space="preserve">[45:08] </w:t>
      </w:r>
      <w:r>
        <w:t>as a perfectionist ke perfection se kam kisi cheez par woh raazi na ho. to hamari jo saakht hai, hamari jo banawat hai, hamari jo nature hai, woh perfection se kam par is ko fulfillment nahi milta.</w:t>
      </w:r>
    </w:p>
    <w:p>
      <w:pPr>
        <w:jc w:val="right"/>
      </w:pPr>
      <w:r>
        <w:t>ایز اے پرفیکشنسٹ کہ پرفیکشن سے کم کسی چیز پر وہ راضی نہ ہو۔ تو ہماری جو ساخت ہے، ہماری جو بناوٹ ہے، ہماری جو نیچر ہے، وہ پرفیکشن سے کم پر اس کو فلفلمنٹ نہیں ملتا۔</w:t>
      </w:r>
    </w:p>
    <w:p>
      <w:r>
        <w:rPr>
          <w:b/>
        </w:rPr>
        <w:t xml:space="preserve">[45:24] </w:t>
      </w:r>
      <w:r>
        <w:t>hum mein se har shakhs jaanta hai. is ke liye kisi daleel ki zaroorat nahi. hum mein se har shakhs jaanta hai ke insaan ek aisi makhlooq hai jo perfection se kam par jis ko fulfillment nahi milta.</w:t>
      </w:r>
    </w:p>
    <w:p>
      <w:pPr>
        <w:jc w:val="right"/>
      </w:pPr>
      <w:r>
        <w:t>ہم میں سے ہر شخص جانتا ہے۔ اس کے لیے کسی دلیل کی ضرورت نہیں۔ ہم میں سے ہر شخص جانتا ہے کہ انسان ایک ایسی مخلوق ہے جو پرفیکشن سے کم پر جس کو فلفلمنٹ نہیں ملتا۔</w:t>
      </w:r>
    </w:p>
    <w:p>
      <w:r>
        <w:rPr>
          <w:b/>
        </w:rPr>
        <w:t xml:space="preserve">[45:44] </w:t>
      </w:r>
      <w:r>
        <w:t>isi liye log kehte hain ke is dunya mein pigeon, is dunya mein namumkin hai khushi.</w:t>
      </w:r>
    </w:p>
    <w:p>
      <w:pPr>
        <w:jc w:val="right"/>
      </w:pPr>
      <w:r>
        <w:t>اسی لیے لوگ کہتے ہیں کہ اس دنیا میں پیژن، اس دنیا میں ناممکن ہے خوشی۔</w:t>
      </w:r>
    </w:p>
    <w:p>
      <w:r>
        <w:rPr>
          <w:b/>
        </w:rPr>
        <w:t xml:space="preserve">[45:54] </w:t>
      </w:r>
      <w:r>
        <w:t>lekin masla kya hai? masla yeh yeh jo disparity hai, woh masla hai. insaan aur is dunya ke beech mein jo disparity hai, woh asal masla hai ke insaan hai perfectionist,</w:t>
      </w:r>
    </w:p>
    <w:p>
      <w:pPr>
        <w:jc w:val="right"/>
      </w:pPr>
      <w:r>
        <w:t>لیکن مسئلہ کیا ہے؟ مسئلہ یہ یہ جو ڈسپیریٹی ہے، وہ مسئلہ ہے۔ انسان اور اس دنیا کے بیچ میں جو ڈسپیریٹی ہے، وہ اصل مسئلہ ہے کہ انسان ہے پرفیکشنسٹ،</w:t>
      </w:r>
    </w:p>
    <w:p>
      <w:r>
        <w:rPr>
          <w:b/>
        </w:rPr>
        <w:t xml:space="preserve">[46:10] </w:t>
      </w:r>
      <w:r>
        <w:t>rehna parta hai is ko imperfect world mein.</w:t>
      </w:r>
    </w:p>
    <w:p>
      <w:pPr>
        <w:jc w:val="right"/>
      </w:pPr>
      <w:r>
        <w:t>رہنا پڑتا ہے اس کو امپرفیکٹ ورلڈ میں۔</w:t>
      </w:r>
    </w:p>
    <w:p>
      <w:r>
        <w:rPr>
          <w:b/>
        </w:rPr>
        <w:t xml:space="preserve">[46:16] </w:t>
      </w:r>
      <w:r>
        <w:t>to maut aadmi ko yaad dilati hai</w:t>
      </w:r>
    </w:p>
    <w:p>
      <w:pPr>
        <w:jc w:val="right"/>
      </w:pPr>
      <w:r>
        <w:t>تو موت آدمی کو یاد دلاتی ہے</w:t>
      </w:r>
    </w:p>
    <w:p>
      <w:r>
        <w:rPr>
          <w:b/>
        </w:rPr>
        <w:t xml:space="preserve">[46:22] </w:t>
      </w:r>
      <w:r>
        <w:t>ke Khuda ne jab tum ko banaya hai perfectionist, to zaroor hai ke us ne koi perfect world bhi banaya ho.</w:t>
      </w:r>
    </w:p>
    <w:p>
      <w:pPr>
        <w:jc w:val="right"/>
      </w:pPr>
      <w:r>
        <w:t>کہ خدا نے جب تم کو بنایا ہے پرفیکشنسٹ، تو ضرور ہے کہ اس نے کوئی پرفیکٹ ورلڈ بھی بنایا ہو۔</w:t>
      </w:r>
    </w:p>
    <w:p>
      <w:r>
        <w:rPr>
          <w:b/>
        </w:rPr>
        <w:t xml:space="preserve">[46:33] </w:t>
      </w:r>
      <w:r>
        <w:t>dekhiye, Quran mein ek ayat hai wa min kulli shay'in khalqna zawjayni la'allakum tadhakkarun</w:t>
      </w:r>
    </w:p>
    <w:p>
      <w:pPr>
        <w:jc w:val="right"/>
      </w:pPr>
      <w:r>
        <w:t>دیکھیے، قرآن میں ایک آیت ہے ومن کل شی خلقنا زوجین لعلكم تذکرون</w:t>
      </w:r>
    </w:p>
    <w:p>
      <w:r>
        <w:rPr>
          <w:b/>
        </w:rPr>
        <w:t xml:space="preserve">[46:42] </w:t>
      </w:r>
      <w:r>
        <w:t>hum ne paida kiya har cheez ko pair ki shakal mein, joore ki shakal mein taake tum socho.</w:t>
      </w:r>
    </w:p>
    <w:p>
      <w:pPr>
        <w:jc w:val="right"/>
      </w:pPr>
      <w:r>
        <w:t>ہم نے پیدا کیا ہر چیز کو پیئر کی شکل میں، جوڑے کی شکل میں تاکہ تم سوچو۔</w:t>
      </w:r>
    </w:p>
    <w:p>
      <w:r>
        <w:rPr>
          <w:b/>
        </w:rPr>
        <w:t xml:space="preserve">[46:52] </w:t>
      </w:r>
      <w:r>
        <w:t>yeh bohat important hai. yaani Allah ne paida kiya dunya mein har cheez ko joore joore</w:t>
      </w:r>
    </w:p>
    <w:p>
      <w:pPr>
        <w:jc w:val="right"/>
      </w:pPr>
      <w:r>
        <w:t>یہ بہت امپورٹنٹ ہے۔ یعنی اللہ نے پیدا کیا دنیا میں ہر چیز کو جوڑے جوڑے</w:t>
      </w:r>
    </w:p>
    <w:p>
      <w:r>
        <w:rPr>
          <w:b/>
        </w:rPr>
        <w:t xml:space="preserve">[47:03] </w:t>
      </w:r>
      <w:r>
        <w:t>taake tum socho. yaani mujh ko Khuda ne paida kiya ek perfectionist ke taur par to is ka joora hona chahiye.</w:t>
      </w:r>
    </w:p>
    <w:p>
      <w:pPr>
        <w:jc w:val="right"/>
      </w:pPr>
      <w:r>
        <w:t>تاکہ تم سوچو۔ یعنی مجھ کو خدا نے پیدا کیا ایک پرفیکشنسٹ کے طور پر تو اس کا جوڑا ہونا چاہیے۔</w:t>
      </w:r>
    </w:p>
    <w:p>
      <w:r>
        <w:rPr>
          <w:b/>
        </w:rPr>
        <w:t xml:space="preserve">[47:16] </w:t>
      </w:r>
      <w:r>
        <w:t>yaani perfect world honi chahiye. perfectionist ka joora kya hai? perfect world hai.</w:t>
      </w:r>
    </w:p>
    <w:p>
      <w:pPr>
        <w:jc w:val="right"/>
      </w:pPr>
      <w:r>
        <w:t>یعنی پرفیکٹ ورلڈ ہونی چاہیے۔ پرفیکشنسٹ کا جوڑا کیا ہے؟ پرفیکٹ ورلڈ ہے۔</w:t>
      </w:r>
    </w:p>
    <w:p>
      <w:r>
        <w:rPr>
          <w:b/>
        </w:rPr>
        <w:t xml:space="preserve">[47:25] </w:t>
      </w:r>
      <w:r>
        <w:t>imperfect world is ka joora nahi hai.</w:t>
      </w:r>
    </w:p>
    <w:p>
      <w:pPr>
        <w:jc w:val="right"/>
      </w:pPr>
      <w:r>
        <w:t>امپرفیکٹ ورلڈ اس کا جوڑا نہیں ہے۔</w:t>
      </w:r>
    </w:p>
    <w:p>
      <w:r>
        <w:rPr>
          <w:b/>
        </w:rPr>
        <w:t xml:space="preserve">[47:33] </w:t>
      </w:r>
      <w:r>
        <w:t>is ayat mein goya ek bohat bari baat kahi gayi hai ke tum apne ko paate ho ke tum ek perfectionist ho.</w:t>
      </w:r>
    </w:p>
    <w:p>
      <w:pPr>
        <w:jc w:val="right"/>
      </w:pPr>
      <w:r>
        <w:t>اس آیت میں گویا ایک بہت بڑی بات کہی گئی ہے کہ تم اپنے کو پاتے ہو کہ تم ایک پرفیکشنسٹ ہو۔</w:t>
      </w:r>
    </w:p>
    <w:p>
      <w:r>
        <w:rPr>
          <w:b/>
        </w:rPr>
        <w:t xml:space="preserve">[47:44] </w:t>
      </w:r>
      <w:r>
        <w:t>to jis tarah dunya mein har cheez har jagah usool hai ke Khuda ne har cheez joora bana rakha hai, to is ka joora kahan hai?</w:t>
      </w:r>
    </w:p>
    <w:p>
      <w:pPr>
        <w:jc w:val="right"/>
      </w:pPr>
      <w:r>
        <w:t>تو جس طرح دنیا میں ہر چیز ہر جگہ اصول ہے کہ خدا نے ہر چیز جوڑا بنا رکھا ہے، تو اس کا جوڑا کہاں ہے؟</w:t>
      </w:r>
    </w:p>
    <w:p>
      <w:r>
        <w:rPr>
          <w:b/>
        </w:rPr>
        <w:t xml:space="preserve">[47:56] </w:t>
      </w:r>
      <w:r>
        <w:t>insaan ke liye joora kahan hai? yaani perfectionist ka joora kya</w:t>
      </w:r>
    </w:p>
    <w:p>
      <w:pPr>
        <w:jc w:val="right"/>
      </w:pPr>
      <w:r>
        <w:t>انسان کے لیے جوڑا کہاں ہے؟ یعنی پرفیکشنسٹ کا جوڑا کیا</w:t>
      </w:r>
    </w:p>
    <w:p>
      <w:r>
        <w:rPr>
          <w:b/>
        </w:rPr>
        <w:t xml:space="preserve">[48:02] </w:t>
      </w:r>
      <w:r>
        <w:t>hai? perfect world woh kahan hai? woh hai maut ke baad. is sawal ko aadmi sanjeedgi se le, is pe study kare, is par soche,</w:t>
      </w:r>
    </w:p>
    <w:p>
      <w:pPr>
        <w:jc w:val="right"/>
      </w:pPr>
      <w:r>
        <w:t>ہے؟ پرفیکٹ ورلڈ وہ کہاں ہے؟ وہ ہے موت کے بعد۔ اس سوال کو آدمی سنجیدگی سے لے، اس پہ اسٹڈی کرے، اس پر سوچے،</w:t>
      </w:r>
    </w:p>
    <w:p>
      <w:r>
        <w:rPr>
          <w:b/>
        </w:rPr>
        <w:t xml:space="preserve">[48:15] </w:t>
      </w:r>
      <w:r>
        <w:t>is par tadabbur kare to us ko ek discovery ho jayegi. discovery.</w:t>
      </w:r>
    </w:p>
    <w:p>
      <w:pPr>
        <w:jc w:val="right"/>
      </w:pPr>
      <w:r>
        <w:t>اس پر تدبر کرے تو اس کو ایک ڈسکوری ہو جائے گی۔ ڈسکوری۔</w:t>
      </w:r>
    </w:p>
    <w:p>
      <w:r>
        <w:rPr>
          <w:b/>
        </w:rPr>
        <w:t xml:space="preserve">[48:23] </w:t>
      </w:r>
      <w:r>
        <w:t>aur phir us ko</w:t>
      </w:r>
    </w:p>
    <w:p>
      <w:pPr>
        <w:jc w:val="right"/>
      </w:pPr>
      <w:r>
        <w:t>اور پھر اس کو</w:t>
      </w:r>
    </w:p>
    <w:p>
      <w:r>
        <w:rPr>
          <w:b/>
        </w:rPr>
        <w:t xml:space="preserve">[48:27] </w:t>
      </w:r>
      <w:r>
        <w:t>aik aik line of action</w:t>
      </w:r>
    </w:p>
    <w:p>
      <w:pPr>
        <w:jc w:val="right"/>
      </w:pPr>
      <w:r>
        <w:t>ایک ایک لائن آف ایکشن</w:t>
      </w:r>
    </w:p>
    <w:p>
      <w:r>
        <w:rPr>
          <w:b/>
        </w:rPr>
        <w:t xml:space="preserve">[48:30] </w:t>
      </w:r>
      <w:r>
        <w:t>mil jaye gi ke ab mein apni koshishon ko kahan sirf karoon? apni energy ko kahan lagaoon? apne time ko kaise manage karoon?</w:t>
      </w:r>
    </w:p>
    <w:p>
      <w:pPr>
        <w:jc w:val="right"/>
      </w:pPr>
      <w:r>
        <w:t>مل جائے گی کہ اب میں اپنی کوششوں کو کہاں صرف کروں؟ اپنی انرجی کو کہاں لگاؤں؟ اپنے ٹائم کو کیسے مینج کروں؟</w:t>
      </w:r>
    </w:p>
    <w:p>
      <w:r>
        <w:rPr>
          <w:b/>
        </w:rPr>
        <w:t xml:space="preserve">[48:38] </w:t>
      </w:r>
      <w:r>
        <w:t>har cheez ke baray mein is ko aik aik aik line mil jaye gi.</w:t>
      </w:r>
    </w:p>
    <w:p>
      <w:pPr>
        <w:jc w:val="right"/>
      </w:pPr>
      <w:r>
        <w:t>ہر چیز کے بارے میں اس کو ایک ایک ایک لائن مل جائے گی۔</w:t>
      </w:r>
    </w:p>
    <w:p>
      <w:r>
        <w:rPr>
          <w:b/>
        </w:rPr>
        <w:t xml:space="preserve">[48:50] </w:t>
      </w:r>
      <w:r>
        <w:t>to kaisi ajeeb baat hai yeh.</w:t>
      </w:r>
    </w:p>
    <w:p>
      <w:pPr>
        <w:jc w:val="right"/>
      </w:pPr>
      <w:r>
        <w:t>تو کیسی عجیب بات ہے یہ۔</w:t>
      </w:r>
    </w:p>
    <w:p>
      <w:r>
        <w:rPr>
          <w:b/>
        </w:rPr>
        <w:t xml:space="preserve">[48:57] </w:t>
      </w:r>
      <w:r>
        <w:t xml:space="preserve"> kaisi ajeeb baat hai.</w:t>
      </w:r>
    </w:p>
    <w:p>
      <w:pPr>
        <w:jc w:val="right"/>
      </w:pPr>
      <w:r>
        <w:t>کیسی عجیب بات ہے۔</w:t>
      </w:r>
    </w:p>
    <w:p>
      <w:r>
        <w:rPr>
          <w:b/>
        </w:rPr>
        <w:t xml:space="preserve">[49:09] </w:t>
      </w:r>
      <w:r>
        <w:t>mein apne baray mein jab sochta hoon to mujhe aik waqea mein bohat taskeen milti hai. aik meri apni apna ghar ka waqea.</w:t>
      </w:r>
    </w:p>
    <w:p>
      <w:pPr>
        <w:jc w:val="right"/>
      </w:pPr>
      <w:r>
        <w:t>میں اپنے بارے میں جب سوچتا ہوں تو مجھے ایک واقعے میں بہت تسکین ملتی ہے۔ ایک میری اپنی اپنا گھر کا واقعہ۔</w:t>
      </w:r>
    </w:p>
    <w:p>
      <w:r>
        <w:rPr>
          <w:b/>
        </w:rPr>
        <w:t xml:space="preserve">[49:19] </w:t>
      </w:r>
      <w:r>
        <w:t>is se mujhe bohat taskeen milti hai. dekhiye, hamare chotay bhai jo thay, a.m. khan, un ki jo birth hui thi woh premature birth thi.</w:t>
      </w:r>
    </w:p>
    <w:p>
      <w:pPr>
        <w:jc w:val="right"/>
      </w:pPr>
      <w:r>
        <w:t>اس سے مجھے بہت تسکین ملتی ہے۔ دیکھیے، ہمارے چھوٹے بھائی جو تھے، اے ایم خان، ان کی جو برتھ ہوئی تھی وہ پری میچور برتھ تھی۔</w:t>
      </w:r>
    </w:p>
    <w:p>
      <w:r>
        <w:rPr>
          <w:b/>
        </w:rPr>
        <w:t xml:space="preserve">[49:32] </w:t>
      </w:r>
      <w:r>
        <w:t>woh yeh mera zaati ghar ka waqea bata raha hoon aap ko.</w:t>
      </w:r>
    </w:p>
    <w:p>
      <w:pPr>
        <w:jc w:val="right"/>
      </w:pPr>
      <w:r>
        <w:t>وہ یہ میرا ذاتی گھر کا واقعہ بتا رہا ہوں آپ کو۔</w:t>
      </w:r>
    </w:p>
    <w:p>
      <w:r>
        <w:rPr>
          <w:b/>
        </w:rPr>
        <w:t xml:space="preserve">[49:38] </w:t>
      </w:r>
      <w:r>
        <w:t>mere chotay bhai ki birth hui thi premature birth hui thi. yani woh chota sa size tha un ka aur un ko tail ke is pe rakhna parta tha.</w:t>
      </w:r>
    </w:p>
    <w:p>
      <w:pPr>
        <w:jc w:val="right"/>
      </w:pPr>
      <w:r>
        <w:t>میرے چھوٹے بھائی کی برتھ ہوئی تھی پری میچور برتھ ہوئی تھی۔ یعنی وہ چھوٹا سا سائز تھا ان کا اور ان کو تیل کے اس پہ رکھنا پڑتا تھا۔</w:t>
      </w:r>
    </w:p>
    <w:p>
      <w:r>
        <w:rPr>
          <w:b/>
        </w:rPr>
        <w:t xml:space="preserve">[49:52] </w:t>
      </w:r>
      <w:r>
        <w:t>tub mein tail bhara hua us ke andar rakhna parta tha. meri bouse ke liye rehti thi. is chotay bachay ko rick rick pe lagi rehti thi.</w:t>
      </w:r>
    </w:p>
    <w:p>
      <w:pPr>
        <w:jc w:val="right"/>
      </w:pPr>
      <w:r>
        <w:t>ٹب میں تیل بھرا ہوا اس کے اندر رکھنا پڑتا تھا۔ میری باؤس کے لیے رہتی تھی۔ اس چھوٹے بچے کو ریک ریک پہ لگی رہتی تھی۔</w:t>
      </w:r>
    </w:p>
    <w:p>
      <w:r>
        <w:rPr>
          <w:b/>
        </w:rPr>
        <w:t xml:space="preserve">[50:02] </w:t>
      </w:r>
      <w:r>
        <w:t>rick rick mein god mein liye hain, khula rahay hain, khula rahay hain.</w:t>
      </w:r>
    </w:p>
    <w:p>
      <w:pPr>
        <w:jc w:val="right"/>
      </w:pPr>
      <w:r>
        <w:t>ریک ریک میں گود میں لیے ہیں، کھلا رہے ہیں، کھلا رہے ہیں۔</w:t>
      </w:r>
    </w:p>
    <w:p>
      <w:r>
        <w:rPr>
          <w:b/>
        </w:rPr>
        <w:t xml:space="preserve">[50:06] </w:t>
      </w:r>
      <w:r>
        <w:t>to dekhte dekhte kehti ke yeh to soch rahi thi ke tu mar jana hai. is ko aisa rick dekhnay ki kiya zaroorat hai? magar meri maan is ko bilkul is ke sadi ho gayi.</w:t>
      </w:r>
    </w:p>
    <w:p>
      <w:pPr>
        <w:jc w:val="right"/>
      </w:pPr>
      <w:r>
        <w:t>تو دیکھتے دیکھتے کہتی کہ یہ تو سوچ رہی تھی کہ تو مر جانا ہے۔ اس کو ایسا ریک دیکھنے کی کیا ضرورت ہے؟ مگر میری ماں اس کو بالکل اس کے صدی ہو گئی۔</w:t>
      </w:r>
    </w:p>
    <w:p>
      <w:r>
        <w:rPr>
          <w:b/>
        </w:rPr>
        <w:t xml:space="preserve">[50:19] </w:t>
      </w:r>
      <w:r>
        <w:t>is bachay ki aik lamhay ke bhi chor ke nahi chori. yahan tak ke woh ke barhay huway ho gaye.</w:t>
      </w:r>
    </w:p>
    <w:p>
      <w:pPr>
        <w:jc w:val="right"/>
      </w:pPr>
      <w:r>
        <w:t>اس بچے کی ایک لمحے کے بھی چھوڑ کے نہیں چھوڑی۔ یہاں تک کہ وہ کہ بڑے ہوئے ہو گئے۔</w:t>
      </w:r>
    </w:p>
    <w:p>
      <w:r>
        <w:rPr>
          <w:b/>
        </w:rPr>
        <w:t xml:space="preserve">[50:28] </w:t>
      </w:r>
      <w:r>
        <w:t>woh mujhe waqea yaad yaad aata rehta hai. kyunke hadith mein aata hai ke Allah ko apne bandon se is se bhi ziyada mohabbat hai</w:t>
      </w:r>
    </w:p>
    <w:p>
      <w:pPr>
        <w:jc w:val="right"/>
      </w:pPr>
      <w:r>
        <w:t>وہ مجھے واقعہ یاد یاد آتا رہتا ہے۔ کیونکہ حدیث میں آتا ہے کہ اللہ کو اپنے بندوں سے اس سے بھی زیادہ محبت ہے</w:t>
      </w:r>
    </w:p>
    <w:p>
      <w:r>
        <w:rPr>
          <w:b/>
        </w:rPr>
        <w:t xml:space="preserve">[50:36] </w:t>
      </w:r>
      <w:r>
        <w:t>jis tarah ke ماں ko apne bachay se hui. to mein sochta hoon ke mein aik zaeef insan hoon, aik helpless insan hoon.</w:t>
      </w:r>
    </w:p>
    <w:p>
      <w:pPr>
        <w:jc w:val="right"/>
      </w:pPr>
      <w:r>
        <w:t>جس طرح کہ ماں کو اپنے بچے سے ہوئی۔ تو میں سوچتا ہوں کہ میں ایک ضعیف انسان ہوں، ایک ہیلپ لیس انسان ہوں۔</w:t>
      </w:r>
    </w:p>
    <w:p>
      <w:r>
        <w:rPr>
          <w:b/>
        </w:rPr>
        <w:t xml:space="preserve">[50:49] </w:t>
      </w:r>
      <w:r>
        <w:t>lekin Khuda ki woh rehmat jo us ne dali hai apne ماں ko, har ماں ke dil mein, woh rehmat billion trillion times ada karta hai.</w:t>
      </w:r>
    </w:p>
    <w:p>
      <w:pPr>
        <w:jc w:val="right"/>
      </w:pPr>
      <w:r>
        <w:t>لیکن خدا کی وہ رحمت جو اس نے ڈالی ہے اپنے ماں کو، ہر ماں کے دل میں، وہ رحمت بلین ٹرین ٹائمز ادا کرتا ہے۔</w:t>
      </w:r>
    </w:p>
    <w:p>
      <w:r>
        <w:rPr>
          <w:b/>
        </w:rPr>
        <w:t xml:space="preserve">[51:00] </w:t>
      </w:r>
      <w:r>
        <w:t>is soch mein mujhe bohat taskeen milti hai</w:t>
      </w:r>
    </w:p>
    <w:p>
      <w:pPr>
        <w:jc w:val="right"/>
      </w:pPr>
      <w:r>
        <w:t>اس سوچ میں مجھے بہت تسکین ملتی ہے</w:t>
      </w:r>
    </w:p>
    <w:p>
      <w:r>
        <w:rPr>
          <w:b/>
        </w:rPr>
        <w:t xml:space="preserve">[51:04] </w:t>
      </w:r>
      <w:r>
        <w:t>ke Khuda ne agarchay agarchay mein aik ajeez insan hoon, aik zaeef insan hoon, aik helpless insan hoon, aik be salahiyat insan hoon,</w:t>
      </w:r>
    </w:p>
    <w:p>
      <w:pPr>
        <w:jc w:val="right"/>
      </w:pPr>
      <w:r>
        <w:t>کہ خدا نے اگرچہ اگرچہ میں ایک عاجز انسان ہوں، ایک ضعیف انسان ہوں، ایک ہیلپ لیس انسان ہوں، ایک بے صلاحیت انسان ہوں،</w:t>
      </w:r>
    </w:p>
    <w:p>
      <w:r>
        <w:rPr>
          <w:b/>
        </w:rPr>
        <w:t xml:space="preserve">[51:17] </w:t>
      </w:r>
      <w:r>
        <w:t>har aitbaar se incompetent insan hoon, lekin Khuda ki woh rehmat jis ka aik namona hum dekhte hain ماں ke andar,</w:t>
      </w:r>
    </w:p>
    <w:p>
      <w:pPr>
        <w:jc w:val="right"/>
      </w:pPr>
      <w:r>
        <w:t>ہر اعتبار سے ان کمپیٹنٹ انسان ہوں، لیکن خدا کی وہ رحمت جس کا ایک نمونہ ہم دیکھتے ہیں ماں کے اندر،</w:t>
      </w:r>
    </w:p>
    <w:p>
      <w:r>
        <w:rPr>
          <w:b/>
        </w:rPr>
        <w:t xml:space="preserve">[51:28] </w:t>
      </w:r>
      <w:r>
        <w:t>is rehmat se bohat bari is namonay mein aik bohat bari source hai</w:t>
      </w:r>
    </w:p>
    <w:p>
      <w:pPr>
        <w:jc w:val="right"/>
      </w:pPr>
      <w:r>
        <w:t>اس رحمت سے بہت بڑی اس نمونے میں ایک بہت بڑی سورس ہے</w:t>
      </w:r>
    </w:p>
    <w:p>
      <w:r>
        <w:rPr>
          <w:b/>
        </w:rPr>
        <w:t xml:space="preserve">[51:36] </w:t>
      </w:r>
      <w:r>
        <w:t>ke shayad Allah taala</w:t>
      </w:r>
    </w:p>
    <w:p>
      <w:pPr>
        <w:jc w:val="right"/>
      </w:pPr>
      <w:r>
        <w:t>کہ شاید اللہ تعالی</w:t>
      </w:r>
    </w:p>
    <w:p>
      <w:r>
        <w:rPr>
          <w:b/>
        </w:rPr>
        <w:t xml:space="preserve">[51:40] </w:t>
      </w:r>
      <w:r>
        <w:t>meri maghfirat farmaye, meri help farmaye, aur apni rehmat se, yani mein apne amal se to jannat mein janay qabil nahi,</w:t>
      </w:r>
    </w:p>
    <w:p>
      <w:pPr>
        <w:jc w:val="right"/>
      </w:pPr>
      <w:r>
        <w:t>میری مغفرت فرمائے، میری ہیلپ فرمائے، اور اپنی رحمت سے، یعنی میں اپنے عمل سے تو جنت میں جانے قابل نہیں،</w:t>
      </w:r>
    </w:p>
    <w:p>
      <w:r>
        <w:rPr>
          <w:b/>
        </w:rPr>
        <w:t xml:space="preserve">[51:50] </w:t>
      </w:r>
      <w:r>
        <w:t>apne zaati amal se to mein jannat mein janay qabil nahi, lekin apni rehmat se woh mujhe dakhil kar de jannat mein.</w:t>
      </w:r>
    </w:p>
    <w:p>
      <w:pPr>
        <w:jc w:val="right"/>
      </w:pPr>
      <w:r>
        <w:t>اپنے ذاتی عمل سے تو میں جنت میں جانے قابل نہیں، لیکن اپنی رحمت سے وہ مجھے داخل کر دے جنت میں۔</w:t>
      </w:r>
    </w:p>
    <w:p>
      <w:r>
        <w:rPr>
          <w:b/>
        </w:rPr>
        <w:t xml:space="preserve">[52:00] </w:t>
      </w:r>
      <w:r>
        <w:t>jaisay woh bacha jo hai, jo premature death, jo premature birth is ki hui thi, to apne wajood ke aitbaar se to kisi kisi tareeqay ka istihqaq nahi rakhta tha, lekin ماں ke dil mein jazba tha,</w:t>
      </w:r>
    </w:p>
    <w:p>
      <w:pPr>
        <w:jc w:val="right"/>
      </w:pPr>
      <w:r>
        <w:t>جیسے وہ بچہ جو ہے، جو پری میچور ڈیتھ، جو پری میچور برتھ اس کی ہوئی تھی، تو اپنے وجود کے اعتبار سے تو کسی کسی طریقے کا استحقاق نہیں رکھتا تھا، لیکن ماں کے دل میں جذبہ تھا،</w:t>
      </w:r>
    </w:p>
    <w:p>
      <w:r>
        <w:rPr>
          <w:b/>
        </w:rPr>
        <w:t xml:space="preserve">[52:16] </w:t>
      </w:r>
      <w:r>
        <w:t>is ki wajah se woh bharpoor to kar deta hai.</w:t>
      </w:r>
    </w:p>
    <w:p>
      <w:pPr>
        <w:jc w:val="right"/>
      </w:pPr>
      <w:r>
        <w:t>اس کی وجہ سے وہ بھرپور تو کر دیتا ہے۔</w:t>
      </w:r>
    </w:p>
    <w:p>
      <w:r>
        <w:rPr>
          <w:b/>
        </w:rPr>
        <w:t xml:space="preserve">[52:20] </w:t>
      </w:r>
      <w:r>
        <w:t>to yeh rehmat ka aik ajeeb muamla hai ke aadmi ke andar chahe istehqaq na ho, lekin is ka zouq, is ki kamzori, is ka aizz apne aap mein aik sifarish ban jata hai, recommendation ban jata hai.</w:t>
      </w:r>
    </w:p>
    <w:p>
      <w:pPr>
        <w:jc w:val="right"/>
      </w:pPr>
      <w:r>
        <w:t>تو یہ رحمت کا ایک عجیب معاملہ ہے کہ آدمی کے اندر چاہے استحقاق نہ ہو، لیکن اس کا ذوق، اس کی کمزوری، اس کا عیض اپنے آپ میں ایک سفارش بن جاتا ہے، ریکمنڈیشن بن جاتا ہے۔</w:t>
      </w:r>
    </w:p>
    <w:p>
      <w:r>
        <w:rPr>
          <w:b/>
        </w:rPr>
        <w:t xml:space="preserve">[52:37] </w:t>
      </w:r>
      <w:r>
        <w:t>aur phir Allah is ko is se bhi zyada tawajjuh deta hai taake kisi taqatwar ki taraf tawajjuh karega.</w:t>
      </w:r>
    </w:p>
    <w:p>
      <w:pPr>
        <w:jc w:val="right"/>
      </w:pPr>
      <w:r>
        <w:t>اور پھر اللہ اس کو اس سے بھی زیادہ توجہ دیتا ہے تاکہ کسی طاقتور کی طرف توجہ کرے گا۔</w:t>
      </w:r>
    </w:p>
    <w:p>
      <w:r>
        <w:rPr>
          <w:b/>
        </w:rPr>
        <w:t xml:space="preserve">[52:50] </w:t>
      </w:r>
      <w:r>
        <w:t>to hum ko chahiye ke maut ke le kar ke yeh sab baatein sochein, kabhi bhi baais na hon,</w:t>
      </w:r>
    </w:p>
    <w:p>
      <w:pPr>
        <w:jc w:val="right"/>
      </w:pPr>
      <w:r>
        <w:t>تو ہم کو چاہیے کہ موت کے لے کر کے یہ سب باتیں سوچیں، کبھی بھی باعث نہ ہوں،</w:t>
      </w:r>
    </w:p>
    <w:p>
      <w:r>
        <w:rPr>
          <w:b/>
        </w:rPr>
        <w:t xml:space="preserve">[53:00] </w:t>
      </w:r>
      <w:r>
        <w:t>hamesha umeed ko le kar sochein. maishati ko Allah ne haram kiya hai,</w:t>
      </w:r>
    </w:p>
    <w:p>
      <w:pPr>
        <w:jc w:val="right"/>
      </w:pPr>
      <w:r>
        <w:t>ہمیشہ امید کو لے کر سوچیں۔ معیشتی کو اللہ نے حرام کیا ہے،</w:t>
      </w:r>
    </w:p>
    <w:p>
      <w:r>
        <w:rPr>
          <w:b/>
        </w:rPr>
        <w:t xml:space="preserve">[53:13] </w:t>
      </w:r>
      <w:r>
        <w:t>maishati ko Allah ne haram kiya hai.</w:t>
      </w:r>
    </w:p>
    <w:p>
      <w:pPr>
        <w:jc w:val="right"/>
      </w:pPr>
      <w:r>
        <w:t>معیشتی کو اللہ نے حرام کیا ہے۔</w:t>
      </w:r>
    </w:p>
    <w:p>
      <w:r>
        <w:rPr>
          <w:b/>
        </w:rPr>
        <w:t xml:space="preserve">[53:15] </w:t>
      </w:r>
      <w:r>
        <w:t>to maut jo hai, dekhiye,</w:t>
      </w:r>
    </w:p>
    <w:p>
      <w:pPr>
        <w:jc w:val="right"/>
      </w:pPr>
      <w:r>
        <w:t>تو موت جو ہے، دیکھیے،</w:t>
      </w:r>
    </w:p>
    <w:p>
      <w:r>
        <w:rPr>
          <w:b/>
        </w:rPr>
        <w:t xml:space="preserve">[53:21] </w:t>
      </w:r>
      <w:r>
        <w:t>maut sirf yeh nahi hai ke aik aadmi paida tha, aik aadmi chal phir raha tha aur mar gaya, mar ke chala gaya qabar mein. nahi, maut aik reminder hai.</w:t>
      </w:r>
    </w:p>
    <w:p>
      <w:pPr>
        <w:jc w:val="right"/>
      </w:pPr>
      <w:r>
        <w:t>موت صرف یہ نہیں ہے کہ ایک آدمی پیدا تھا، ایک آدمی چل پھر رہا تھا اور مر گیا، مر کے چلا گیا قبر میں۔ نہیں، موت ایک ریمائنڈر ہے۔</w:t>
      </w:r>
    </w:p>
    <w:p>
      <w:r>
        <w:rPr>
          <w:b/>
        </w:rPr>
        <w:t xml:space="preserve">[53:32] </w:t>
      </w:r>
      <w:r>
        <w:t>maut aap ko educate karti hai, maut aap ko aik lesson deti hai, maut aap ko yani zindagi ki haqeeqat batati hai.</w:t>
      </w:r>
    </w:p>
    <w:p>
      <w:pPr>
        <w:jc w:val="right"/>
      </w:pPr>
      <w:r>
        <w:t>موت آپ کو ایجوکیٹ کرتی ہے، موت آپ کو ایک لیسن دیتی ہے، موت آپ کو یعنی زندگی کی حقیقت بتاتی ہے۔</w:t>
      </w:r>
    </w:p>
    <w:p>
      <w:r>
        <w:rPr>
          <w:b/>
        </w:rPr>
        <w:t xml:space="preserve">[53:47] </w:t>
      </w:r>
      <w:r>
        <w:t>to yeh hadith mein jo aata hai ke aksaru zikr hadim al-ladhat al-mawt yani maut ko bohat yaad karo, ka matlab kya hai?</w:t>
      </w:r>
    </w:p>
    <w:p>
      <w:pPr>
        <w:jc w:val="right"/>
      </w:pPr>
      <w:r>
        <w:t>تو یہ حدیث میں جو آتا ہے کہ اکثروا ذکر حادم اللذات الموت یعنی موت کو بہت یاد کرو، کا مطلب کیا ہے؟</w:t>
      </w:r>
    </w:p>
    <w:p>
      <w:r>
        <w:rPr>
          <w:b/>
        </w:rPr>
        <w:t xml:space="preserve">[53:58] </w:t>
      </w:r>
      <w:r>
        <w:t>maut ke zariye bohat zyada apni zindagi ko samjho,</w:t>
      </w:r>
    </w:p>
    <w:p>
      <w:pPr>
        <w:jc w:val="right"/>
      </w:pPr>
      <w:r>
        <w:t>موت کے ذریعے بہت زیادہ اپنی زندگی کو سمجھو،</w:t>
      </w:r>
    </w:p>
    <w:p>
      <w:r>
        <w:rPr>
          <w:b/>
        </w:rPr>
        <w:t xml:space="preserve">[54:04] </w:t>
      </w:r>
      <w:r>
        <w:t>maut ke waqe ke zariye bohat zyada apni zindagi ko samjho taake tum sahi planning kar sako, sahi direction muqarrar kar sako,</w:t>
      </w:r>
    </w:p>
    <w:p>
      <w:pPr>
        <w:jc w:val="right"/>
      </w:pPr>
      <w:r>
        <w:t>موت کے واقعے کے ذریعے بہت زیادہ اپنی زندگی کو سمجھو تاکہ تم صحیح پلاننگ کر سکو، صحیح ڈائریکشن مقرر کر سکو،</w:t>
      </w:r>
    </w:p>
    <w:p>
      <w:r>
        <w:rPr>
          <w:b/>
        </w:rPr>
        <w:t xml:space="preserve">[54:18] </w:t>
      </w:r>
      <w:r>
        <w:t>zindagi ka sahi maqsad jaan sako, aur apni zindagi ko yani zaya karne se bacha sako,</w:t>
      </w:r>
    </w:p>
    <w:p>
      <w:pPr>
        <w:jc w:val="right"/>
      </w:pPr>
      <w:r>
        <w:t>زندگی کا صحیح مقصد جان سکو، اور اپنی زندگی کو یعنی ضائع کرنے سے بچا سکو،</w:t>
      </w:r>
    </w:p>
    <w:p>
      <w:r>
        <w:rPr>
          <w:b/>
        </w:rPr>
        <w:t xml:space="preserve">[54:29] </w:t>
      </w:r>
      <w:r>
        <w:t>apni zindagi ko yani nakami se bacha sako. bohat bara reminder hai, bohat bohat bara sabak milta hai maut se.</w:t>
      </w:r>
    </w:p>
    <w:p>
      <w:pPr>
        <w:jc w:val="right"/>
      </w:pPr>
      <w:r>
        <w:t>اپنی زندگی کو یعنی ناکامی سے بچا سکو۔ بہت بڑا ریمائنڈر ہے، بہت بہت بڑا سبق ملتا ہے موت سے۔</w:t>
      </w:r>
    </w:p>
    <w:p>
      <w:r>
        <w:rPr>
          <w:b/>
        </w:rPr>
        <w:t xml:space="preserve">[54:48] </w:t>
      </w:r>
      <w:r>
        <w:t>jo log zindagi mein bhule hue hain aur maut ko yaad nahi karte, aur phir achanak maut ke baad jab un ko haqeeqat samne aayegi to ajeeb un ko hasrat hogi, ajeeb hasrat ke kaisa ajeeb hum ko golden chance mila tha is dunya mein apne ko tayyar karne ka,</w:t>
      </w:r>
    </w:p>
    <w:p>
      <w:pPr>
        <w:jc w:val="right"/>
      </w:pPr>
      <w:r>
        <w:t>جو لوگ زندگی میں بھولے ہوئے ہیں اور موت کو یاد نہیں کرتے، اور پھر اچانک موت کے بعد جب ان کو حقیقت سامنے آئے گی تو عجیب ان کو حسرت ہوگی، عجیب حسرت کہ کیسا عجیب ہم کو گولڈن چانس ملا تھا اس دنیا میں اپنے کو تیار کرنے کا،</w:t>
      </w:r>
    </w:p>
    <w:p>
      <w:r>
        <w:rPr>
          <w:b/>
        </w:rPr>
        <w:t xml:space="preserve">[55:10] </w:t>
      </w:r>
      <w:r>
        <w:t>aur isi se hum mehroom reh gaye.</w:t>
      </w:r>
    </w:p>
    <w:p>
      <w:pPr>
        <w:jc w:val="right"/>
      </w:pPr>
      <w:r>
        <w:t>اور اسی سے ہم محروم رہ گئے۔</w:t>
      </w:r>
    </w:p>
    <w:p>
      <w:r>
        <w:rPr>
          <w:b/>
        </w:rPr>
        <w:t xml:space="preserve">[55:14] </w:t>
      </w:r>
      <w:r>
        <w:t>aik sahib se meri mulaqat hui jinhone parha nahi, un ke baap ne bohat bohat chaha ke parhaein, parhaein, parhaein, lekin woh khel kood mein lage rahe, parha nahi.</w:t>
      </w:r>
    </w:p>
    <w:p>
      <w:pPr>
        <w:jc w:val="right"/>
      </w:pPr>
      <w:r>
        <w:t>ایک صاحب سے میری ملاقات ہوئی جنہوں نے پڑھا نہیں، ان کے باپ نے بہت بہت چاہا کہ پڑھائیں، پڑھائیں، پڑھائیں، لیکن وہ کھیل کود میں لگے رہے، پڑھا نہیں۔</w:t>
      </w:r>
    </w:p>
    <w:p>
      <w:r>
        <w:rPr>
          <w:b/>
        </w:rPr>
        <w:t xml:space="preserve">[55:26] </w:t>
      </w:r>
      <w:r>
        <w:t>yahan tak ke parhne ki umrein guzar gayin. to baad ke zamane mein meri un se mulaqat hui to bohat afsos karte the ke kaash mein ne parha hota to aaj mein aik achi service hoti mere paas</w:t>
      </w:r>
    </w:p>
    <w:p>
      <w:pPr>
        <w:jc w:val="right"/>
      </w:pPr>
      <w:r>
        <w:t>یہاں تک کہ پڑھنے کی عمریں گزر گئیں۔ تو بعد کے زمانے میں میری ان سے ملاقات ہوئی تو بہت افسوس کرتے تھے کہ کاش میں نے پڑھا ہوتا تو آج میں ایک اچھی سروس ہوتی میرے پاس</w:t>
      </w:r>
    </w:p>
    <w:p>
      <w:r>
        <w:rPr>
          <w:b/>
        </w:rPr>
        <w:t xml:space="preserve">[55:43] </w:t>
      </w:r>
      <w:r>
        <w:t>, koi acha kaam kar sakta tha, mein ab mein kuch nahi kar sakta.</w:t>
      </w:r>
    </w:p>
    <w:p>
      <w:pPr>
        <w:jc w:val="right"/>
      </w:pPr>
      <w:r>
        <w:t>، کوئی اچھا کام کر سکتا تھا، میں اب میں کچھ نہیں کر سکتا۔</w:t>
      </w:r>
    </w:p>
    <w:p>
      <w:r>
        <w:rPr>
          <w:b/>
        </w:rPr>
        <w:t xml:space="preserve">[55:51] </w:t>
      </w:r>
      <w:r>
        <w:t>to jawani ki umar mein, bachpan ki umar mein unhone parha nahi to baad ko parhne ka zamana hi khatam ho gaya, to siwaye afsos ke kuch nahi raha un ke paas.</w:t>
      </w:r>
    </w:p>
    <w:p>
      <w:pPr>
        <w:jc w:val="right"/>
      </w:pPr>
      <w:r>
        <w:t>تو جوانی کی عمر میں، بچپن کی عمر میں انہوں نے پڑھا نہیں تو بعد کو پڑھنے کا زمانہ ہی ختم ہو گیا، تو سوائے افسوس کے کچھ نہیں رہا ان کے پاس۔</w:t>
      </w:r>
    </w:p>
    <w:p>
      <w:r>
        <w:rPr>
          <w:b/>
        </w:rPr>
        <w:t xml:space="preserve">[56:06] </w:t>
      </w:r>
      <w:r>
        <w:t>to isi waqe ko aap billion time barha lijiye, trillion time barha lijiye</w:t>
      </w:r>
    </w:p>
    <w:p>
      <w:pPr>
        <w:jc w:val="right"/>
      </w:pPr>
      <w:r>
        <w:t>تو اسی واقعے کو آپ بلین ٹائم بڑھا لیجئے، ٹریلین ٹائم بڑھا لیجئے</w:t>
      </w:r>
    </w:p>
    <w:p>
      <w:r>
        <w:rPr>
          <w:b/>
        </w:rPr>
        <w:t xml:space="preserve">[56:11] </w:t>
      </w:r>
      <w:r>
        <w:t>ke jis ne dunya mein apne ko tayyar nahi kiya, ab baghair tayyari ke woh dakhil ho gaya akhirat ki dunya mein to kaisi ajeeb hasrat hogi.</w:t>
      </w:r>
    </w:p>
    <w:p>
      <w:pPr>
        <w:jc w:val="right"/>
      </w:pPr>
      <w:r>
        <w:t>کہ جس نے دنیا میں اپنے کو تیار نہیں کیا، اب بغیر تیاری کے وہ داخل ہو گیا آخرت کی دنیا میں تو کیسی عجیب حسرت ہوگی۔</w:t>
      </w:r>
    </w:p>
    <w:p>
      <w:r>
        <w:rPr>
          <w:b/>
        </w:rPr>
        <w:t xml:space="preserve">[56:25] </w:t>
      </w:r>
      <w:r>
        <w:t>woh sochega ke kaisa anokha mauqa mila tha mujhe dunya mein apne ko tayyar karne ka,</w:t>
      </w:r>
    </w:p>
    <w:p>
      <w:pPr>
        <w:jc w:val="right"/>
      </w:pPr>
      <w:r>
        <w:t>وہ سوچے گا کہ کیسا انوکھا موقع ملا تھا مجھے دنیا میں اپنے کو تیار کرنے کا،</w:t>
      </w:r>
    </w:p>
    <w:p>
      <w:r>
        <w:rPr>
          <w:b/>
        </w:rPr>
        <w:t xml:space="preserve">[56:34] </w:t>
      </w:r>
      <w:r>
        <w:t>kaash mein ne apne ko tayyar kiya hota to aaj mein eternal paradise mein apna aap ko pata.</w:t>
      </w:r>
    </w:p>
    <w:p>
      <w:pPr>
        <w:jc w:val="right"/>
      </w:pPr>
      <w:r>
        <w:t>کاش میں نے اپنے کو تیار کیا ہوتا تو آج میں ایٹینڈل پیراڈائز میں اپنا آپ کو پاتا۔</w:t>
      </w:r>
    </w:p>
    <w:p>
      <w:r>
        <w:rPr>
          <w:b/>
        </w:rPr>
        <w:t xml:space="preserve">[56:44] </w:t>
      </w:r>
      <w:r>
        <w:t>ab mujhe sirf siwaye tarpne ke aur aur kuch nahi hai. bible mein hai ke abad tak rona aur daant پیسna hoga, yani hasrat, abad tak hasrat mein jeena padega,</w:t>
      </w:r>
    </w:p>
    <w:p>
      <w:pPr>
        <w:jc w:val="right"/>
      </w:pPr>
      <w:r>
        <w:t>اب مجھے صرف سوائے تڑپنے کے اور اور کچھ نہیں ہے۔ بائبل میں ہے کہ ابد تک رونا اور دانت پیسنا ہوگا، یعنی حسرت، ابد تک حسرت میں جینا پڑے گا،</w:t>
      </w:r>
    </w:p>
    <w:p>
      <w:r>
        <w:rPr>
          <w:b/>
        </w:rPr>
        <w:t xml:space="preserve">[57:01] </w:t>
      </w:r>
      <w:r>
        <w:t>abad tak rona aur daant پیسna hoga, yani hamesha ke liye aadmi hasrat mein jeena padega. hasrat mein</w:t>
      </w:r>
    </w:p>
    <w:p>
      <w:pPr>
        <w:jc w:val="right"/>
      </w:pPr>
      <w:r>
        <w:t>ابد تک رونا اور دانت پیسنا ہوگا، یعنی ہمیشہ کے لیے آدمی حسرت میں جینا پڑے گا۔ حسرت میں</w:t>
      </w:r>
    </w:p>
    <w:p>
      <w:r>
        <w:rPr>
          <w:b/>
        </w:rPr>
        <w:t xml:space="preserve">[57:15] </w:t>
      </w:r>
      <w:r>
        <w:t>jis ko main kaha karta hoon ke aadmi yeh sochega ke mind was a missed opportunity a case of missed opportunity mind was a case of missed opportunity</w:t>
      </w:r>
    </w:p>
    <w:p>
      <w:pPr>
        <w:jc w:val="right"/>
      </w:pPr>
      <w:r>
        <w:t>جس کو میں کہا کرتا ہوں کہ آدمی یہ سوچے گا کہ mind was a missed opportunity a case of missed opportunity mind was a case of missed opportunity</w:t>
      </w:r>
    </w:p>
    <w:p>
      <w:r>
        <w:rPr>
          <w:b/>
        </w:rPr>
        <w:t xml:space="preserve">[57:31] </w:t>
      </w:r>
      <w:r>
        <w:t>mind was a case of missed opportunity yeh kitni bari hasrat hogi aadmi ko, kitni bari hasrat hogi. dunya ke hasraton se billion trillion time zyada hogi.</w:t>
      </w:r>
    </w:p>
    <w:p>
      <w:pPr>
        <w:jc w:val="right"/>
      </w:pPr>
      <w:r>
        <w:t>mind was a case of missed opportunity یہ کتنی بڑی حسرت ہوگی آدمی کو، کتنی بڑی حسرت ہوگی۔ دنیا کے حسرتوں سے بلین ٹریلین ٹائم زیادہ ہوگی۔</w:t>
      </w:r>
    </w:p>
    <w:p>
      <w:r>
        <w:rPr>
          <w:b/>
        </w:rPr>
        <w:t xml:space="preserve">[57:46] </w:t>
      </w:r>
      <w:r>
        <w:t>to meri dua hai ke Allah taala mujh ko aur aap ko tofeeq de ke hum Allah ke rastay pe chalain aur Allah hamein jannat mein dakhil karay.</w:t>
      </w:r>
    </w:p>
    <w:p>
      <w:pPr>
        <w:jc w:val="right"/>
      </w:pPr>
      <w:r>
        <w:t>تو میری دعا ہے کہ اللہ تعالی مجھ کو اور آپ کو توفیق دے کہ ہم اللہ کے راستے پہ چلیں اور اللہ ہمیں جنت میں داخل کرے۔</w:t>
      </w:r>
    </w:p>
    <w:p>
      <w:r>
        <w:rPr>
          <w:b/>
        </w:rPr>
        <w:t xml:space="preserve">[58:02] </w:t>
      </w:r>
      <w:r>
        <w:t>aqool qooli haza wastaghfirullah li walakum ajmaeen</w:t>
      </w:r>
    </w:p>
    <w:p>
      <w:pPr>
        <w:jc w:val="right"/>
      </w:pPr>
      <w:r>
        <w:t>اقول قولیھذا واستغفراللہ لی ولکم اجمعین</w:t>
      </w:r>
    </w:p>
    <w:p>
      <w:r>
        <w:rPr>
          <w:b/>
        </w:rPr>
        <w:t xml:space="preserve">[58:19] </w:t>
      </w:r>
      <w:r>
        <w:t>maulana, yeh sawal Dilli se aya hai, Shah Imran Hasan sahab ka. unhon ne aap se poocha hai ke Ramzan ke baad hum kis tarah zindagi guzarein ke Ramzan mein jo spirit hamare andar paida hui, woh baqi rahe aur hum poore saal spirituality ke sath jee sakein?</w:t>
      </w:r>
    </w:p>
    <w:p>
      <w:pPr>
        <w:jc w:val="right"/>
      </w:pPr>
      <w:r>
        <w:t>مولانا، یہ سوال دلی سے آیا ہے، شاہ عمران حسن صاحب کا۔ انہوں نے آپ سے پوچھا ہے کہ رمضان کے بعد ہم کس طرح زندگی گزاریں کہ رمضان میں جو سپرٹ ہمارے اندر پیدا ہوئی، وہ باقی رہے اور ہم پورے سال سپرچویلیٹی کے ساتھ جی سکیں؟</w:t>
      </w:r>
    </w:p>
    <w:p>
      <w:r>
        <w:rPr>
          <w:b/>
        </w:rPr>
        <w:t xml:space="preserve">[58:40] </w:t>
      </w:r>
      <w:r>
        <w:t>is ke baray mein batayein.</w:t>
      </w:r>
    </w:p>
    <w:p>
      <w:pPr>
        <w:jc w:val="right"/>
      </w:pPr>
      <w:r>
        <w:t>اس کے بارے میں بتائیں۔</w:t>
      </w:r>
    </w:p>
    <w:p>
      <w:r>
        <w:rPr>
          <w:b/>
        </w:rPr>
        <w:t xml:space="preserve">[58:43] </w:t>
      </w:r>
      <w:r>
        <w:t>dekhiye, yeh kaha jata hai ke mind is a thinking animal aadmi sochne wala haiwan hai.</w:t>
      </w:r>
    </w:p>
    <w:p>
      <w:pPr>
        <w:jc w:val="right"/>
      </w:pPr>
      <w:r>
        <w:t>دیکھیے، یہ کہا جاتا ہے کہ mind is a thinking animal آدمی سوچنے والا حیوان ہے۔</w:t>
      </w:r>
    </w:p>
    <w:p>
      <w:r>
        <w:rPr>
          <w:b/>
        </w:rPr>
        <w:t xml:space="preserve">[58:53] </w:t>
      </w:r>
      <w:r>
        <w:t>to aap ki sari activities mind se control hoti hain. to asal cheez yeh hai ke soch ki satah par aadmi in baton ko bar bar rewind karta rahe.</w:t>
      </w:r>
    </w:p>
    <w:p>
      <w:pPr>
        <w:jc w:val="right"/>
      </w:pPr>
      <w:r>
        <w:t>تو آپ کی ساری ایکٹیویٹیز مائنڈ سے کنٹرول ہوتی ہیں۔ تو اصل چیز یہ ہے کہ سوچ کی سطح پر آدمی ان باتوں کو بار بار ریوائنڈ کرتا رہے۔</w:t>
      </w:r>
    </w:p>
    <w:p>
      <w:r>
        <w:rPr>
          <w:b/>
        </w:rPr>
        <w:t xml:space="preserve">[59:11] </w:t>
      </w:r>
      <w:r>
        <w:t>soch ki dunya mein is ka charcha karta rahe.</w:t>
      </w:r>
    </w:p>
    <w:p>
      <w:pPr>
        <w:jc w:val="right"/>
      </w:pPr>
      <w:r>
        <w:t>سوچ کی دنیا میں اس کا چرچا کرتا رہے۔</w:t>
      </w:r>
    </w:p>
    <w:p>
      <w:r>
        <w:rPr>
          <w:b/>
        </w:rPr>
        <w:t xml:space="preserve">[59:16] </w:t>
      </w:r>
      <w:r>
        <w:t>to phir saal bhar woh chalay ga. hota yeh hai ke log Eid ke din pichlay poore daur ko bhool jatay hain.</w:t>
      </w:r>
    </w:p>
    <w:p>
      <w:pPr>
        <w:jc w:val="right"/>
      </w:pPr>
      <w:r>
        <w:t>تو پھر سال بھر وہ چلے گا۔ ہوتا یہ ہے کہ لوگ عید کے دن پچھلے پورے دور کو بھول جاتے ہیں۔</w:t>
      </w:r>
    </w:p>
    <w:p>
      <w:r>
        <w:rPr>
          <w:b/>
        </w:rPr>
        <w:t xml:space="preserve">[59:30] </w:t>
      </w:r>
      <w:r>
        <w:t>to soch ki satah par hi aadmi ki sari planning hoti hai, sab kuch hota hai.</w:t>
      </w:r>
    </w:p>
    <w:p>
      <w:pPr>
        <w:jc w:val="right"/>
      </w:pPr>
      <w:r>
        <w:t>تو سوچ کی سطح پر ہی آدمی کی ساری پلاننگ ہوتی ہے، سب کچھ ہوتا ہے۔</w:t>
      </w:r>
    </w:p>
    <w:p>
      <w:r>
        <w:rPr>
          <w:b/>
        </w:rPr>
        <w:t xml:space="preserve">[59:39] </w:t>
      </w:r>
      <w:r>
        <w:t>to soch ki satah par zinda rakhna, in values ko</w:t>
      </w:r>
    </w:p>
    <w:p>
      <w:pPr>
        <w:jc w:val="right"/>
      </w:pPr>
      <w:r>
        <w:t>تو سوچ کی سطح پر زندہ رکھنا، ان ویلوز کو</w:t>
      </w:r>
    </w:p>
    <w:p>
      <w:r>
        <w:rPr>
          <w:b/>
        </w:rPr>
        <w:t xml:space="preserve">[59:47] </w:t>
      </w:r>
      <w:r>
        <w:t>aur is ka charcha karta rehna, apne sathiyon se, apne milnay walon se is ka zikr karte rehna. agar aadmi aisa kare to to woh bilkul kafi hai ke aadmi saal bhar wahshi zindagi guzare.</w:t>
      </w:r>
    </w:p>
    <w:p>
      <w:pPr>
        <w:jc w:val="right"/>
      </w:pPr>
      <w:r>
        <w:t>اور اس کا چرچا کرتا رہنا، اپنے ساتھیوں سے، اپنے ملنے والوں سے اس کا ذکر کرتے رہنا۔ اگر آدمی ایسا کرے تو تو وہ بالکل کافی ہے کہ آدمی سال بھر وحشی زندگی گزارے۔</w:t>
      </w:r>
    </w:p>
    <w:p>
      <w:r>
        <w:rPr>
          <w:b/>
        </w:rPr>
        <w:t xml:space="preserve">[1:00:09] </w:t>
      </w:r>
      <w:r>
        <w:t>bas is ka koi mysterious formula nahi hai, is ka koi purasrar formula nahi hai.</w:t>
      </w:r>
    </w:p>
    <w:p>
      <w:pPr>
        <w:jc w:val="right"/>
      </w:pPr>
      <w:r>
        <w:t>بس اس کا کوئی مسٹیریس فارمولا نہیں ہے، اس کا کوئی پراسرار فارمولا نہیں ہے۔</w:t>
      </w:r>
    </w:p>
    <w:p>
      <w:r>
        <w:rPr>
          <w:b/>
        </w:rPr>
        <w:t xml:space="preserve">[1:00:18] </w:t>
      </w:r>
      <w:r>
        <w:t>yehi is ka wahid tareeqa hai. Maulana, agla sawal Tamil Nadu se hai, Maulana Iqbal Umri sahab ka.</w:t>
      </w:r>
    </w:p>
    <w:p>
      <w:pPr>
        <w:jc w:val="right"/>
      </w:pPr>
      <w:r>
        <w:t>یہی اس کا واحد طریقہ ہے۔ مولانا، اگلا سوال تمل ناڈو سے ہے، مولانا اقبال عمری صاحب کا۔</w:t>
      </w:r>
    </w:p>
    <w:p>
      <w:r>
        <w:rPr>
          <w:b/>
        </w:rPr>
        <w:t xml:space="preserve">[1:00:28] </w:t>
      </w:r>
      <w:r>
        <w:t>unhon ne likha hai when the death is unknown, why is it that man does not use the spirit of inquiry to know about it?</w:t>
      </w:r>
    </w:p>
    <w:p>
      <w:pPr>
        <w:jc w:val="right"/>
      </w:pPr>
      <w:r>
        <w:t>انہوں نے لکھا ہے when the death is unknown, why is it that man does not use the spirit of inquiry to know about it?</w:t>
      </w:r>
    </w:p>
    <w:p>
      <w:r>
        <w:rPr>
          <w:b/>
        </w:rPr>
        <w:t xml:space="preserve">[1:00:39] </w:t>
      </w:r>
      <w:r>
        <w:t>yehi to sab se bara kami hai ke aadmi ko to spirit of inquiry jaagna chahiye. kuch logon ko to jagti hai, jaise ke hum ne kuch misalein di hain aap ko.</w:t>
      </w:r>
    </w:p>
    <w:p>
      <w:pPr>
        <w:jc w:val="right"/>
      </w:pPr>
      <w:r>
        <w:t>یہی تو سب سے بڑا کمی ہے کہ آدمی کو تو سپرٹ آف انکوائری جاگنا چاہیے۔ کچھ لوگوں کو تو جاگتی ہے، جیسے کہ ہم نے کچھ مثالیں دی ہیں آپ کو۔</w:t>
      </w:r>
    </w:p>
    <w:p>
      <w:r>
        <w:rPr>
          <w:b/>
        </w:rPr>
        <w:t xml:space="preserve">[1:00:52] </w:t>
      </w:r>
      <w:r>
        <w:t>beshtar log to bhoolay rehtay hain, bhoolay rehtay hain, bhoolay rehtay hain.</w:t>
      </w:r>
    </w:p>
    <w:p>
      <w:pPr>
        <w:jc w:val="right"/>
      </w:pPr>
      <w:r>
        <w:t>بیشتر لوگ تو بھولے رہتے ہیں، بھولے رہتے ہیں، بھولے رہتے ہیں۔</w:t>
      </w:r>
    </w:p>
    <w:p>
      <w:r>
        <w:rPr>
          <w:b/>
        </w:rPr>
        <w:t xml:space="preserve">[1:01:00] </w:t>
      </w:r>
      <w:r>
        <w:t>to pehlay zamanay mein jab ke log kehtay thay ke aadmi mar gaya, bas khatam ho gaya.</w:t>
      </w:r>
    </w:p>
    <w:p>
      <w:pPr>
        <w:jc w:val="right"/>
      </w:pPr>
      <w:r>
        <w:t>تو پہلے زمانے میں جب کہ لوگ کہتے تھے کہ آدمی مر گیا، بس ختم ہو گیا۔</w:t>
      </w:r>
    </w:p>
    <w:p>
      <w:r>
        <w:rPr>
          <w:b/>
        </w:rPr>
        <w:t xml:space="preserve">[1:01:06] </w:t>
      </w:r>
      <w:r>
        <w:t>ab to jo science ne nai batein batayi hain, us mein yeh baat sabit ho jati hai ke maut jism par hoti hai, asal insan par nahi hoti.</w:t>
      </w:r>
    </w:p>
    <w:p>
      <w:pPr>
        <w:jc w:val="right"/>
      </w:pPr>
      <w:r>
        <w:t>اب تو جو سائنس نے نئی باتیں بتائی ہیں، اس میں یہ بات ثابت ہو جاتی ہے کہ موت جسم پر ہوتی ہے، اصل انسان پر نہیں ہوتی۔</w:t>
      </w:r>
    </w:p>
    <w:p>
      <w:r>
        <w:rPr>
          <w:b/>
        </w:rPr>
        <w:t xml:space="preserve">[1:01:24] </w:t>
      </w:r>
      <w:r>
        <w:t>asal insan par nahi hoti. jo hamari asal personality hai, woh yeh jism nahi hai.</w:t>
      </w:r>
    </w:p>
    <w:p>
      <w:pPr>
        <w:jc w:val="right"/>
      </w:pPr>
      <w:r>
        <w:t>اصل انسان پر نہیں ہوتی۔ جو ہماری اصل پرسنیلٹی ہے، وہ یہ جسم نہیں ہے۔</w:t>
      </w:r>
    </w:p>
    <w:p>
      <w:r>
        <w:rPr>
          <w:b/>
        </w:rPr>
        <w:t xml:space="preserve">[1:01:32] </w:t>
      </w:r>
      <w:r>
        <w:t>asal personality to yani bayan jism ke bayan hain. to ek scientist ne is ko is tareeqay se kaha ke personality is a changelessness in change</w:t>
      </w:r>
    </w:p>
    <w:p>
      <w:pPr>
        <w:jc w:val="right"/>
      </w:pPr>
      <w:r>
        <w:t>اصل پرسنیلٹی تو یعنی بیان جسم کے بیان ہیں۔ تو ایک سائنٹسٹ نے اس کو اس طریقے سے کہا کہ personality is a changelessness in change</w:t>
      </w:r>
    </w:p>
    <w:p>
      <w:r>
        <w:rPr>
          <w:b/>
        </w:rPr>
        <w:t xml:space="preserve">[1:01:52] </w:t>
      </w:r>
      <w:r>
        <w:t>personality is a changelessness in change</w:t>
      </w:r>
    </w:p>
    <w:p>
      <w:pPr>
        <w:jc w:val="right"/>
      </w:pPr>
      <w:r>
        <w:t>personality is a changelessness in change</w:t>
      </w:r>
    </w:p>
    <w:p>
      <w:r>
        <w:rPr>
          <w:b/>
        </w:rPr>
        <w:t xml:space="preserve">[1:01:56] </w:t>
      </w:r>
      <w:r>
        <w:t>yani insan ki jo shakhsiyat hai, woh badalti hui,</w:t>
      </w:r>
    </w:p>
    <w:p>
      <w:pPr>
        <w:jc w:val="right"/>
      </w:pPr>
      <w:r>
        <w:t>یعنی انسان کی جو شخصیت ہے، وہ بدلتی ہوئی،</w:t>
      </w:r>
    </w:p>
    <w:p>
      <w:r>
        <w:rPr>
          <w:b/>
        </w:rPr>
        <w:t xml:space="preserve">[1:02:03] </w:t>
      </w:r>
      <w:r>
        <w:t>yani badaltay huay ke andar aik na badalnay wali cheez hai. kyunke aap jantay hain ke cell toot'tay rehtay hain, hamaray jism mein har waqt cell bantay hain, har waqt toot'tay hain.</w:t>
      </w:r>
    </w:p>
    <w:p>
      <w:pPr>
        <w:jc w:val="right"/>
      </w:pPr>
      <w:r>
        <w:t>یعنی بدلتے ہوئے کے اندر ایک نہ بدلنے والی چیز ہے۔ کیونکہ آپ جانتے ہیں کہ سیل ٹوٹتے رہتے ہیں، ہمارے جسم میں ہر وقت سیل بنتے ہیں، ہر وقت ٹوٹتے ہیں۔</w:t>
      </w:r>
    </w:p>
    <w:p>
      <w:r>
        <w:rPr>
          <w:b/>
        </w:rPr>
        <w:t xml:space="preserve">[1:02:17] </w:t>
      </w:r>
      <w:r>
        <w:t>to cell par maut waqe hoti hai, jism ka jo cell hai, us par maut waqe hoti hai.</w:t>
      </w:r>
    </w:p>
    <w:p>
      <w:pPr>
        <w:jc w:val="right"/>
      </w:pPr>
      <w:r>
        <w:t>تو سیل پر موت واقع ہوتی ہے، جسم کا جو سیل ہے، اس پر موت واقع ہوتی ہے۔</w:t>
      </w:r>
    </w:p>
    <w:p>
      <w:r>
        <w:rPr>
          <w:b/>
        </w:rPr>
        <w:t xml:space="preserve">[1:02:26] </w:t>
      </w:r>
      <w:r>
        <w:t>asal asal personality wahi waqe rehti hai. is ke mani is se sabit hua ke maut shakhsiyat ka khatma nahi hai, yeh zahiri jism ka khatma hai.</w:t>
      </w:r>
    </w:p>
    <w:p>
      <w:pPr>
        <w:jc w:val="right"/>
      </w:pPr>
      <w:r>
        <w:t>اصل اصل پرسنیلٹی وہی واقع رہتی ہے۔ اس کے معنی اس سے ثابت ہوا کہ موت شخصیت کا خاتمہ نہیں ہے، یہ ظاہری جسم کا خاتمہ ہے۔</w:t>
      </w:r>
    </w:p>
    <w:p>
      <w:r>
        <w:rPr>
          <w:b/>
        </w:rPr>
        <w:t xml:space="preserve">[1:02:40] </w:t>
      </w:r>
      <w:r>
        <w:t>to aap to bohat socha jaye</w:t>
      </w:r>
    </w:p>
    <w:p>
      <w:pPr>
        <w:jc w:val="right"/>
      </w:pPr>
      <w:r>
        <w:t>تو آپ تو بہت سوچا جائے</w:t>
      </w:r>
    </w:p>
    <w:p>
      <w:r>
        <w:rPr>
          <w:b/>
        </w:rPr>
        <w:t xml:space="preserve">[1:02:42] </w:t>
      </w:r>
      <w:r>
        <w:t>aadmi ko ke jab meri shakhsiyat yeh baqi rehne wali hai to tehqeeq kare, aadmi parhe, study kare.</w:t>
      </w:r>
    </w:p>
    <w:p>
      <w:pPr>
        <w:jc w:val="right"/>
      </w:pPr>
      <w:r>
        <w:t>آدمی کو کہ جب میری شخصیت یہ باقی رہنے والی ہے تو تحقیق کرے، آدمی پڑھے، اسٹڈی کرے۔</w:t>
      </w:r>
    </w:p>
    <w:p>
      <w:r>
        <w:rPr>
          <w:b/>
        </w:rPr>
        <w:t xml:space="preserve">[1:02:53] </w:t>
      </w:r>
      <w:r>
        <w:t>aur jo aadmi bhi arabi mein ek misl hai ke man jadd wajad jo koshish karta hai, woh zaroor pata hai.</w:t>
      </w:r>
    </w:p>
    <w:p>
      <w:pPr>
        <w:jc w:val="right"/>
      </w:pPr>
      <w:r>
        <w:t>اور جو آدمی بھی عربی میں ایک مثل ہے کہ من جد وجد جو کوشش کرتا ہے، وہ ضرور پاتا ہے۔</w:t>
      </w:r>
    </w:p>
    <w:p>
      <w:r>
        <w:rPr>
          <w:b/>
        </w:rPr>
        <w:t xml:space="preserve">[1:03:05] </w:t>
      </w:r>
      <w:r>
        <w:t>to agar aadmi sincerely tehqeeq kare is baat ki to zaroor woh pa le ga ke maut ke baad kya hai.</w:t>
      </w:r>
    </w:p>
    <w:p>
      <w:pPr>
        <w:jc w:val="right"/>
      </w:pPr>
      <w:r>
        <w:t>تو اگر آدمی سنسیرلی تحقیق کرے اس بات کی تو ضرور وہ پا لے گا کہ موت کے بعد کیا ہے۔</w:t>
      </w:r>
    </w:p>
    <w:p>
      <w:r>
        <w:rPr>
          <w:b/>
        </w:rPr>
        <w:t xml:space="preserve">[1:03:17] </w:t>
      </w:r>
      <w:r>
        <w:t>lekin log bhule rehte hain, waqti jo distractions hote rehte hain, waqti is mein phanse rehte hain aur soch nahi paate.</w:t>
      </w:r>
    </w:p>
    <w:p>
      <w:pPr>
        <w:jc w:val="right"/>
      </w:pPr>
      <w:r>
        <w:t>لیکن لوگ بھولے رہتے ہیں، وقتی جو ڈسٹریکشن ہوتے رہتے ہیں، وقتی اس میں پھنسے رہتے ہیں اور سوچ نہیں پاتے۔</w:t>
      </w:r>
    </w:p>
    <w:p>
      <w:r>
        <w:rPr>
          <w:b/>
        </w:rPr>
        <w:t xml:space="preserve">[1:03:30] </w:t>
      </w:r>
      <w:r>
        <w:t>aap logon ka, yaani hamara mission jo hai, yeh is ka yahi kaam hi yahi hai ke logon ko yaad dilaye,</w:t>
      </w:r>
    </w:p>
    <w:p>
      <w:pPr>
        <w:jc w:val="right"/>
      </w:pPr>
      <w:r>
        <w:t>آپ لوگوں کا، یعنی ہمارا مشن جو ہے، یہ اس کا یہی کام ہی یہی ہے کہ لوگوں کو یاد دلائے،</w:t>
      </w:r>
    </w:p>
    <w:p>
      <w:r>
        <w:rPr>
          <w:b/>
        </w:rPr>
        <w:t xml:space="preserve">[1:03:41] </w:t>
      </w:r>
      <w:r>
        <w:t>yeh yaad dilaye ke bajaye is liye ke aap aaj mein itna phanse, itna phanse ke soch na sakein kal ke liye, to</w:t>
      </w:r>
    </w:p>
    <w:p>
      <w:pPr>
        <w:jc w:val="right"/>
      </w:pPr>
      <w:r>
        <w:t>یہ یاد دلائے کہ بجائے اس لیے کہ آپ آج میں اتنا پھنسے، اتنا پھنسے کہ سوچ نہ سکیں کل کے لیے، تو</w:t>
      </w:r>
    </w:p>
    <w:p>
      <w:r>
        <w:rPr>
          <w:b/>
        </w:rPr>
        <w:t xml:space="preserve">[1:03:56] </w:t>
      </w:r>
      <w:r>
        <w:t>kal ke liye sochiye ke kal hi jo hai, woh eternally baqi rehne wala hai aap ke liye.</w:t>
      </w:r>
    </w:p>
    <w:p>
      <w:pPr>
        <w:jc w:val="right"/>
      </w:pPr>
      <w:r>
        <w:t>کل کے لیے سوچیے کہ کل ہی جو ہے، وہ ایٹرنلی باقی رہنے والا ہے آپ کے لیے۔</w:t>
      </w:r>
    </w:p>
    <w:p>
      <w:r>
        <w:rPr>
          <w:b/>
        </w:rPr>
        <w:t xml:space="preserve">[1:04:07] </w:t>
      </w:r>
      <w:r>
        <w:t>maulana, agla sawal miss fatima sarah ka hai, bangalore se. unhon ne likha hai what is the biggest obstacle we face when trying to take a lesson from death, and how we do clear our minds of this obstacle?</w:t>
      </w:r>
    </w:p>
    <w:p>
      <w:pPr>
        <w:jc w:val="right"/>
      </w:pPr>
      <w:r>
        <w:t>مولانا، اگلا سوال مس فاطمہ سارہ کا ہے، بنگلور سے۔ انہوں نے لکھا ہے what is the biggest obstacle we face when trying to take a lesson from death, and how we do clear our minds of this obstacle?</w:t>
      </w:r>
    </w:p>
    <w:p>
      <w:r>
        <w:rPr>
          <w:b/>
        </w:rPr>
        <w:t xml:space="preserve">[1:04:24] </w:t>
      </w:r>
      <w:r>
        <w:t>baat yeh hai ke insan jo hai, jo cheez dikhai de, us ko to foran woh le leta hai. jo cheez dikhai na de,</w:t>
      </w:r>
    </w:p>
    <w:p>
      <w:pPr>
        <w:jc w:val="right"/>
      </w:pPr>
      <w:r>
        <w:t>بات یہ ہے کہ انسان جو ہے، جو چیز دکھائی دے، اس کو تو فوراً وہ لے لیتا ہے۔ جو چیز دکھائی نہ دے،</w:t>
      </w:r>
    </w:p>
    <w:p>
      <w:r>
        <w:rPr>
          <w:b/>
        </w:rPr>
        <w:t xml:space="preserve">[1:04:37] </w:t>
      </w:r>
      <w:r>
        <w:t>us ko soch kar us ko lena pade to is mein woh fail ho jata hai.</w:t>
      </w:r>
    </w:p>
    <w:p>
      <w:pPr>
        <w:jc w:val="right"/>
      </w:pPr>
      <w:r>
        <w:t>اس کو سوچ کر اس کو لینا پڑے تو اس میں وہ فیل ہو جاتا ہے۔</w:t>
      </w:r>
    </w:p>
    <w:p>
      <w:r>
        <w:rPr>
          <w:b/>
        </w:rPr>
        <w:t xml:space="preserve">[1:04:45] </w:t>
      </w:r>
      <w:r>
        <w:t>to maut se pehle ki duniya to dikhai de rahi hai, is ka nafa, is ka nuksan, is ka aaram, is ki takleef, is ki khushi, is ka gham, yeh sab dikhai de raha hai.</w:t>
      </w:r>
    </w:p>
    <w:p>
      <w:pPr>
        <w:jc w:val="right"/>
      </w:pPr>
      <w:r>
        <w:t>تو موت سے پہلے کی دنیا تو دکھائی دے رہی ہے، اس کا نفع، اس کا نقصان، اس کا آرام، اس کی تکلیف، اس کی خوشی، اس کا غم، یہ سب دکھائی دے رہا ہے۔</w:t>
      </w:r>
    </w:p>
    <w:p>
      <w:r>
        <w:rPr>
          <w:b/>
        </w:rPr>
        <w:t xml:space="preserve">[1:04:58] </w:t>
      </w:r>
      <w:r>
        <w:t>lekin maut ke baad ka jo khushi o gham hai, aaram o takleef hai, woh dikhai nahi deta. to insan ki kamzori hai ke woh dikhai dene wali cheezon mein jeeta hai.</w:t>
      </w:r>
    </w:p>
    <w:p>
      <w:pPr>
        <w:jc w:val="right"/>
      </w:pPr>
      <w:r>
        <w:t>لیکن موت کے بعد کا جو خوشی و غم ہے، آرام و تکلیف ہے، وہ دکھائی نہیں دیتا۔ تو انسان کی کمزوری ہے کہ وہ دکھائی دینے والی چیزوں میں جیتا ہے۔</w:t>
      </w:r>
    </w:p>
    <w:p>
      <w:r>
        <w:rPr>
          <w:b/>
        </w:rPr>
        <w:t xml:space="preserve">[1:05:12] </w:t>
      </w:r>
      <w:r>
        <w:t>isi liye quran mein hai ke yuminoon bil ghaib jo apne mind, jo quran mein hai ke zalik al kitab ja raha hai fihil mutaqeen allazina yuminoon bil ghaib ilm bil ghaib matlab yeh hai ke jo apna apne mind ko itna develop karein,</w:t>
      </w:r>
    </w:p>
    <w:p>
      <w:pPr>
        <w:jc w:val="right"/>
      </w:pPr>
      <w:r>
        <w:t>اسی لیے قرآن میں ہے کہ یومنون بالغیب جو اپنے مائنڈ، جو قرآن میں ہے کہ ذالک کتاب جا رہا ہے فیھد المتقین الذین یومنون بالغیب علم بالغیب مطلب یہ ہے کہ جو اپنا اپنے مائنڈ کو اتنا ڈیولپ کریں،</w:t>
      </w:r>
    </w:p>
    <w:p>
      <w:r>
        <w:rPr>
          <w:b/>
        </w:rPr>
        <w:t xml:space="preserve">[1:05:31] </w:t>
      </w:r>
      <w:r>
        <w:t>itna itna intellectual awakening jis ke andar aa jaye, jis ka zehan itna bedar ho jaye, bedar ho jaye ke jo dikhai nahi deta, us par hi soche woh.</w:t>
      </w:r>
    </w:p>
    <w:p>
      <w:pPr>
        <w:jc w:val="right"/>
      </w:pPr>
      <w:r>
        <w:t>اتنا اتنا انٹلیکچول اویکننگ جس کے اندر آ جائے، جس کا ذہن اتنا بیدار ہو جائے، بیدار ہو جائے کہ جو دکھائی نہیں دیتا، اس پر ہی سوچے وہ۔</w:t>
      </w:r>
    </w:p>
    <w:p>
      <w:r>
        <w:rPr>
          <w:b/>
        </w:rPr>
        <w:t xml:space="preserve">[1:05:44] </w:t>
      </w:r>
      <w:r>
        <w:t>tab ja kar aisa hoga ke woh maut ki haqeeqat ko samjhenge aur maut ke baad wali jo zindagi hai, us ke lehaz se apni zindagi ki planning karenge.</w:t>
      </w:r>
    </w:p>
    <w:p>
      <w:pPr>
        <w:jc w:val="right"/>
      </w:pPr>
      <w:r>
        <w:t>تب جا کر ایسا ہوگا کہ وہ موت کی حقیقت کو سمجھیں گے اور موت کے بعد والی جو زندگی ہے، اس کے لحاظ سے اپنی زندگی کی پلاننگ کریں گے۔</w:t>
      </w:r>
    </w:p>
    <w:p>
      <w:r>
        <w:rPr>
          <w:b/>
        </w:rPr>
        <w:t xml:space="preserve">[1:05:59] </w:t>
      </w:r>
      <w:r>
        <w:t>maulana, agla sawal pennsylvania se hai, mister khwaja kaleemuddin sahib</w:t>
      </w:r>
    </w:p>
    <w:p>
      <w:pPr>
        <w:jc w:val="right"/>
      </w:pPr>
      <w:r>
        <w:t>مولانا، اگلا سوال پینسلوینیا سے ہے، مسٹر خواجہ کلیم الدین صاحب</w:t>
      </w:r>
    </w:p>
    <w:p>
      <w:r>
        <w:rPr>
          <w:b/>
        </w:rPr>
        <w:t xml:space="preserve">[1:06:04] </w:t>
      </w:r>
      <w:r>
        <w:t>ka. unhon ne likha hai maulana sahib, why people are more worried about how they will die, whether bedridden or healthy, instead of worrying about what will happen to them after death?</w:t>
      </w:r>
    </w:p>
    <w:p>
      <w:pPr>
        <w:jc w:val="right"/>
      </w:pPr>
      <w:r>
        <w:t>کا۔ انہوں نے لکھا ہے مولانا صاحب, why people are more worried about how they will die, whether bedridden or healthy, instead of worrying about what will happen to them after death?</w:t>
      </w:r>
    </w:p>
    <w:p>
      <w:r>
        <w:rPr>
          <w:b/>
        </w:rPr>
        <w:t xml:space="preserve">[1:06:19] </w:t>
      </w:r>
      <w:r>
        <w:t>kindly comment.</w:t>
      </w:r>
    </w:p>
    <w:p>
      <w:pPr>
        <w:jc w:val="right"/>
      </w:pPr>
      <w:r>
        <w:t>کائنڈلی کمنٹ۔</w:t>
      </w:r>
    </w:p>
    <w:p>
      <w:r>
        <w:rPr>
          <w:b/>
        </w:rPr>
        <w:t xml:space="preserve">[1:06:24] </w:t>
      </w:r>
      <w:r>
        <w:t>baat yeh hai ke yeh zindagi ko sab kuch samjhe rehte</w:t>
      </w:r>
    </w:p>
    <w:p>
      <w:pPr>
        <w:jc w:val="right"/>
      </w:pPr>
      <w:r>
        <w:t>بات یہ ہے کہ یہ زندگی کو سب کچھ سمجھے رہتے</w:t>
      </w:r>
    </w:p>
    <w:p>
      <w:r>
        <w:rPr>
          <w:b/>
        </w:rPr>
        <w:t xml:space="preserve">[1:06:28] </w:t>
      </w:r>
      <w:r>
        <w:t>hain woh. to isi ko healthy banaye rakhna, isi ki bimariyon ka ilaaj karte rehna, isi mein koi hadsa pesh aa jaye to hospital mein ja kar theek karna.</w:t>
      </w:r>
    </w:p>
    <w:p>
      <w:pPr>
        <w:jc w:val="right"/>
      </w:pPr>
      <w:r>
        <w:t>ہیں وہ۔ تو اسی کو healthy بنائے رکھنا، اسی کی بیماریوں کا علاج کرتے رہنا، اسی میں کوئی حادثہ پیش آ جائے تو ہسپتال میں جا کر ٹھیک کرنا۔</w:t>
      </w:r>
    </w:p>
    <w:p>
      <w:r>
        <w:rPr>
          <w:b/>
        </w:rPr>
        <w:t xml:space="preserve">[1:06:39] </w:t>
      </w:r>
      <w:r>
        <w:t>to chounke isi zindagi ko hum chhaya rehta hai dimagh par.</w:t>
      </w:r>
    </w:p>
    <w:p>
      <w:pPr>
        <w:jc w:val="right"/>
      </w:pPr>
      <w:r>
        <w:t>تو چونکہ اسی زندگی کو ہم چھایا رہتا ہے دماغ پر۔</w:t>
      </w:r>
    </w:p>
    <w:p>
      <w:r>
        <w:rPr>
          <w:b/>
        </w:rPr>
        <w:t xml:space="preserve">[1:06:44] </w:t>
      </w:r>
      <w:r>
        <w:t>kiyunke beshtar log aap jante hain ke sochte nahi. main jo so-called developed countries hain, wahan mein jab jata hoon aur logon se poochta hoon to siwaye profession ke kisi baat par woh kuch kuch kuch share karne ki koshish mein nahi hote.</w:t>
      </w:r>
    </w:p>
    <w:p>
      <w:pPr>
        <w:jc w:val="right"/>
      </w:pPr>
      <w:r>
        <w:t>کیونکہ بیشتر لوگ آپ جانتے ہیں کہ سوچتے نہیں۔ میں جو so-called developed countries ہیں، وہاں میں جب جاتا ہوں اور لوگوں سے پوچھتا ہوں تو سوائے profession کے کسی بات پر وہ کچھ کچھ کچھ شیئر کرنے کی کوشش میں نہیں ہوتے۔</w:t>
      </w:r>
    </w:p>
    <w:p>
      <w:r>
        <w:rPr>
          <w:b/>
        </w:rPr>
        <w:t xml:space="preserve">[1:07:02] </w:t>
      </w:r>
      <w:r>
        <w:t>yeh bohat bara tajruba hua hai</w:t>
      </w:r>
    </w:p>
    <w:p>
      <w:pPr>
        <w:jc w:val="right"/>
      </w:pPr>
      <w:r>
        <w:t>یہ بہت بڑا تجربہ ہوا ہے</w:t>
      </w:r>
    </w:p>
    <w:p>
      <w:r>
        <w:rPr>
          <w:b/>
        </w:rPr>
        <w:t xml:space="preserve">[1:07:05] </w:t>
      </w:r>
      <w:r>
        <w:t>so-called developed countries ka. ke khoob paisa kama rahe hain, khoob yaani achi zindagi guzar rahe hain, lekin kisi aur yaani is par guftagu ki jaye to kuch is mein share nahi kar paate woh.</w:t>
      </w:r>
    </w:p>
    <w:p>
      <w:pPr>
        <w:jc w:val="right"/>
      </w:pPr>
      <w:r>
        <w:t>so-called developed countries کا۔ کہ خوب پیسہ کما رہے ہیں، خوب یعنی اچھی زندگی گزار رہے ہیں، لیکن کسی اور یعنی اس پر گفتگو کی جائے تو کچھ اس میں شیئر نہیں کر پاتے وہ۔</w:t>
      </w:r>
    </w:p>
    <w:p>
      <w:r>
        <w:rPr>
          <w:b/>
        </w:rPr>
        <w:t xml:space="preserve">[1:07:23] </w:t>
      </w:r>
      <w:r>
        <w:t>profession ke baray mein bata payenge agar is se poochein aap to.</w:t>
      </w:r>
    </w:p>
    <w:p>
      <w:pPr>
        <w:jc w:val="right"/>
      </w:pPr>
      <w:r>
        <w:t>profession کے بارے میں بتا پائیں گے اگر اس سے پوچھیں آپ تو۔</w:t>
      </w:r>
    </w:p>
    <w:p>
      <w:r>
        <w:rPr>
          <w:b/>
        </w:rPr>
        <w:t xml:space="preserve">[1:07:30] </w:t>
      </w:r>
      <w:r>
        <w:t>to yeh insaan ki jo ek kamzori jo hai ke woh atka rehta hai dekhnay wali cheezon ko aur idhar jo cheezein dekha dikhai nahi deti, woh sirf wahan par tawajjuh nahi nahi deta.</w:t>
      </w:r>
    </w:p>
    <w:p>
      <w:pPr>
        <w:jc w:val="right"/>
      </w:pPr>
      <w:r>
        <w:t>تو یہ انسان کی جو ایک کمزوری جو ہے کہ وہ اٹکا رہتا ہے دیکھنے والی چیزوں کو اور ادھر جو چیزیں دیکھا دکھائی نہیں دیتیں، وہ صرف وہاں پر توجہ نہیں نہیں دیتا۔</w:t>
      </w:r>
    </w:p>
    <w:p>
      <w:r>
        <w:rPr>
          <w:b/>
        </w:rPr>
        <w:t xml:space="preserve">[1:07:45] </w:t>
      </w:r>
      <w:r>
        <w:t>to sab se bari cheez yeh hai ke hamara mission, hamari zimmedari yeh hai ke hum logon ke andar intellectual awakening layein. yaani hum jo mission chala rahe hain, is ki parhez chahte hain ke logon ke andar intellectual awakening aa jaye.</w:t>
      </w:r>
    </w:p>
    <w:p>
      <w:pPr>
        <w:jc w:val="right"/>
      </w:pPr>
      <w:r>
        <w:t>تو سب سے بڑی چیز یہ ہے کہ ہمارا مشن، ہماری ذمہ داری یہ ہے کہ ہم لوگوں کے اندر intellectual awakening لائیں۔ یعنی ہم جو مشن چلا رہے ہیں، اس کی پرہیز چاہتے ہیں کہ لوگوں کے اندر intellectual awakening آ جائے۔</w:t>
      </w:r>
    </w:p>
    <w:p>
      <w:r>
        <w:rPr>
          <w:b/>
        </w:rPr>
        <w:t xml:space="preserve">[1:08:01] </w:t>
      </w:r>
      <w:r>
        <w:t>tabhi woh soch payenge, nahi to kuch nahi soch payenge. to first step hai hamare mission ka logon ke andar intellectual awakening lana.</w:t>
      </w:r>
    </w:p>
    <w:p>
      <w:pPr>
        <w:jc w:val="right"/>
      </w:pPr>
      <w:r>
        <w:t>تبھی وہ سوچ پائیں گے، نہیں تو کچھ نہیں سوچ پائیں گے۔ تو first step ہے ہمارے مشن کا لوگوں کے اندر intellectual awakening لانا۔</w:t>
      </w:r>
    </w:p>
    <w:p>
      <w:r>
        <w:rPr>
          <w:b/>
        </w:rPr>
        <w:t xml:space="preserve">[1:08:16] </w:t>
      </w:r>
      <w:r>
        <w:t>Maulana, agla sawal Tamil Nadu se hai, Maulana Iqbal Umri sahib ka. unhon ne likha hai Maulana, aaj mein jawan hoon, maut ko door dekh raha hoon.</w:t>
      </w:r>
    </w:p>
    <w:p>
      <w:pPr>
        <w:jc w:val="right"/>
      </w:pPr>
      <w:r>
        <w:t>مولانا، اگلا سوال تمل ناڈو سے ہے، مولانا اقبال عمری صاحب کا۔ انہوں نے لکھا ہے مولانا، آج میں جوان ہوں، موت کو دور دیکھ رہا ہوں۔</w:t>
      </w:r>
    </w:p>
    <w:p>
      <w:r>
        <w:rPr>
          <w:b/>
        </w:rPr>
        <w:t xml:space="preserve">[1:08:29] </w:t>
      </w:r>
      <w:r>
        <w:t>is ghaflat se mein kaise bachu, is ke baray mein batayein. isi liye to Allah taala ne maut ka waqt koi nahi rakha.</w:t>
      </w:r>
    </w:p>
    <w:p>
      <w:pPr>
        <w:jc w:val="right"/>
      </w:pPr>
      <w:r>
        <w:t>اس غفلت سے میں کیسے بچوں، اس کے بارے میں بتائیں۔ اسی لیے تو اللہ تعالی نے موت کا وقت کوئی نہیں رکھا۔</w:t>
      </w:r>
    </w:p>
    <w:p>
      <w:r>
        <w:rPr>
          <w:b/>
        </w:rPr>
        <w:t xml:space="preserve">[1:08:40] </w:t>
      </w:r>
      <w:r>
        <w:t>bacha hi marta hai, jawan hi marta hai, bara hi marta hai.</w:t>
      </w:r>
    </w:p>
    <w:p>
      <w:pPr>
        <w:jc w:val="right"/>
      </w:pPr>
      <w:r>
        <w:t>بچہ ہی مرتا ہے، جوان ہی مرتا ہے، بڑا ہی مرتا ہے۔</w:t>
      </w:r>
    </w:p>
    <w:p>
      <w:r>
        <w:rPr>
          <w:b/>
        </w:rPr>
        <w:t xml:space="preserve">[1:08:45] </w:t>
      </w:r>
      <w:r>
        <w:t>jaise mein aksar sochta rehta hoon, aksar sochta rehta hoon mein ke mere teen bachay mar chukay, mere apnay.</w:t>
      </w:r>
    </w:p>
    <w:p>
      <w:pPr>
        <w:jc w:val="right"/>
      </w:pPr>
      <w:r>
        <w:t>جیسے میں اکثر سوچتا رہتا ہوں، اکثر سوچتا رہتا ہوں میں کہ میرے تین بچے مر چکے، میرے اپنے۔</w:t>
      </w:r>
    </w:p>
    <w:p>
      <w:r>
        <w:rPr>
          <w:b/>
        </w:rPr>
        <w:t xml:space="preserve">[1:08:55] </w:t>
      </w:r>
      <w:r>
        <w:t>zahair hai ke woh bachay mujh se bohat chotay thay. to bas sochta rehta hoon, mere teen bachay mar chukay, mere chotay bhai mar chukay, meri choti behan mar chuki.</w:t>
      </w:r>
    </w:p>
    <w:p>
      <w:pPr>
        <w:jc w:val="right"/>
      </w:pPr>
      <w:r>
        <w:t>ظاہر ہے کہ وہ بچے مجھ سے بہت چھوٹے تھے۔ تو بس سوچتا رہتا ہوں، میرے تین بچے مر چکے، میرے چھوٹے بھائی مر چکے، میری چھوٹی بہن مر چکی۔</w:t>
      </w:r>
    </w:p>
    <w:p>
      <w:r>
        <w:rPr>
          <w:b/>
        </w:rPr>
        <w:t xml:space="preserve">[1:09:09] </w:t>
      </w:r>
      <w:r>
        <w:t>to aadmi yeh waqiat aadmi ko is liye hotay hain ke aadmi soche ke tum se chotay jo mar gaye hain, tum kyun nahi maroge?</w:t>
      </w:r>
    </w:p>
    <w:p>
      <w:pPr>
        <w:jc w:val="right"/>
      </w:pPr>
      <w:r>
        <w:t>تو آدمی یہ واقعات آدمی کو اس لیے ہوتے ہیں کہ آدمی سوچے کہ تم سے چھوٹے جو مر گئے ہیں، تم کیوں نہیں مرو گے؟</w:t>
      </w:r>
    </w:p>
    <w:p>
      <w:r>
        <w:rPr>
          <w:b/>
        </w:rPr>
        <w:t xml:space="preserve">[1:09:21] </w:t>
      </w:r>
      <w:r>
        <w:t>Allah taala ne yaani maut ka agar ek fix kar diya hota, fix ke nawway saal mein har aadmi ko marna hai, tab to sochna mushkil hota.</w:t>
      </w:r>
    </w:p>
    <w:p>
      <w:pPr>
        <w:jc w:val="right"/>
      </w:pPr>
      <w:r>
        <w:t>اللہ تعالی نے یعنی موت کا اگر ایک fix کر دیا ہوتا، fix کہ نوے سال میں ہر آدمی کو مرنا ہے، تب تو سوچنا مشکل ہوتا۔</w:t>
      </w:r>
    </w:p>
    <w:p>
      <w:r>
        <w:rPr>
          <w:b/>
        </w:rPr>
        <w:t xml:space="preserve">[1:09:33] </w:t>
      </w:r>
      <w:r>
        <w:t>lekin jab hum dekhte hain ke bacha hi mara, bacha hi marta hai, nojawan marta hai, har har umar ke log martay rehte hain barabar.</w:t>
      </w:r>
    </w:p>
    <w:p>
      <w:pPr>
        <w:jc w:val="right"/>
      </w:pPr>
      <w:r>
        <w:t>لیکن جب ہم دیکھتے ہیں کہ بچہ ہی مرا، بچہ ہی مرتا ہے، نوجوان مرتا ہے، ہر ہر عمر کے لوگ مرتے رہتے ہیں برابر۔</w:t>
      </w:r>
    </w:p>
    <w:p>
      <w:r>
        <w:rPr>
          <w:b/>
        </w:rPr>
        <w:t xml:space="preserve">[1:09:43] </w:t>
      </w:r>
      <w:r>
        <w:t>to yeh isi liye hai ke yeh waqiat aadmi ke liye reminder banay, reminder.</w:t>
      </w:r>
    </w:p>
    <w:p>
      <w:pPr>
        <w:jc w:val="right"/>
      </w:pPr>
      <w:r>
        <w:t>تو یہ اسی لیے ہے کہ یہ واقعات آدمی کے لیے reminder بنے، reminder۔</w:t>
      </w:r>
    </w:p>
    <w:p>
      <w:r>
        <w:rPr>
          <w:b/>
        </w:rPr>
        <w:t xml:space="preserve">[1:09:50] </w:t>
      </w:r>
      <w:r>
        <w:t>sochein ke dekho, mujh se chota yeh hai mar gaya to mein mein kyun nahi marunga?</w:t>
      </w:r>
    </w:p>
    <w:p>
      <w:pPr>
        <w:jc w:val="right"/>
      </w:pPr>
      <w:r>
        <w:t>سوچیں کہ دیکھو، مجھ سے چھوٹا یہ ہے مر گیا تو میں میں کیوں نہیں مروں گا؟</w:t>
      </w:r>
    </w:p>
    <w:p>
      <w:r>
        <w:rPr>
          <w:b/>
        </w:rPr>
        <w:t xml:space="preserve">[1:09:59] </w:t>
      </w:r>
      <w:r>
        <w:t>to logon mein wohi mein jo arz kiya ke logon mein soch jagana hai, intellectual awakening lana hai, isi ki kami hai. sari kami isi cheez ki hai.</w:t>
      </w:r>
    </w:p>
    <w:p>
      <w:pPr>
        <w:jc w:val="right"/>
      </w:pPr>
      <w:r>
        <w:t>تو لوگوں میں وہی میں جو عرض کیا کہ لوگوں میں سوچ جگانا ہے، intellectual awakening لانا ہے، اسی کی کمی ہے۔ ساری کمی اسی چیز کی ہے۔</w:t>
      </w:r>
    </w:p>
    <w:p>
      <w:r>
        <w:rPr>
          <w:b/>
        </w:rPr>
        <w:t xml:space="preserve">[1:10:15] </w:t>
      </w:r>
      <w:r>
        <w:t>Maulana, agla sawal Maldives se hai, Mr Hitesh Dhamija sahib ka. unhon ne likha hai while a short stay in Saudi Arabia, I noticed that Arabs in the month of Ramadan, while they fast, sleep during the day and stay up night.</w:t>
      </w:r>
    </w:p>
    <w:p>
      <w:pPr>
        <w:jc w:val="right"/>
      </w:pPr>
      <w:r>
        <w:t>مولانا، اگلا سوال مالدیپ سے ہے، مسٹر ہتیش دھمیجہ صاحب کا۔ انہوں نے لکھا ہے while a short stay in Saudi Arabia, I noticed that Arabs in the month of Ramadan, while they fast, sleep during the day and stay up night.</w:t>
      </w:r>
    </w:p>
    <w:p>
      <w:r>
        <w:rPr>
          <w:b/>
        </w:rPr>
        <w:t xml:space="preserve">[1:10:34] </w:t>
      </w:r>
      <w:r>
        <w:t>However, Muslims in India follow a different pattern. They keep the fast and work during the day and sleep at night.</w:t>
      </w:r>
    </w:p>
    <w:p>
      <w:pPr>
        <w:jc w:val="right"/>
      </w:pPr>
      <w:r>
        <w:t>However, Muslims in India follow a different pattern. They keep the fast and work during the day and sleep at night.</w:t>
      </w:r>
    </w:p>
    <w:p>
      <w:r>
        <w:rPr>
          <w:b/>
        </w:rPr>
        <w:t xml:space="preserve">[1:10:44] </w:t>
      </w:r>
      <w:r>
        <w:t>Why do the Muslims of India and Saudi Arabia follow two different patterns? kya kya matlab hai? Maulana, woh yeh poochna chah rahe hain ke jab woh Saudi Arabia mein kuch time ke liye rahe thay to unhon ne dekha ke Ramadan ke douran woh din bhar sote hain aur raat ko jaagte hain, aur India mein is ka bilkul totally ulta hai jo musalman karte hain.</w:t>
      </w:r>
    </w:p>
    <w:p>
      <w:pPr>
        <w:jc w:val="right"/>
      </w:pPr>
      <w:r>
        <w:t>Why do the Muslims of India and Saudi Arabia follow two different patterns? کیا کیا مطلب ہے؟ مولانا، وہ یہ پوچھنا چاہ رہے ہیں کہ جب وہ Saudi Arabia میں کچھ ٹائم کے لیے رہے تھے تو انہوں نے دیکھا کہ رمضان کے دوران وہ دن بھر سوتے ہیں اور رات کو جاگتے ہیں، اور انڈیا میں اس کا بالکل totally الٹا ہے جو مسلمان کرتے ہیں۔</w:t>
      </w:r>
    </w:p>
    <w:p>
      <w:r>
        <w:rPr>
          <w:b/>
        </w:rPr>
        <w:t xml:space="preserve">[1:11:06] </w:t>
      </w:r>
      <w:r>
        <w:t>to aisa kyun hai ke dono mein itna different pattern hai Ramadan ke douran</w:t>
      </w:r>
    </w:p>
    <w:p>
      <w:pPr>
        <w:jc w:val="right"/>
      </w:pPr>
      <w:r>
        <w:t>تو ایسا کیوں ہے کہ دونوں میں اتنا different pattern ہے رمضان کے دوران</w:t>
      </w:r>
    </w:p>
    <w:p>
      <w:r>
        <w:rPr>
          <w:b/>
        </w:rPr>
        <w:t xml:space="preserve">[1:11:11] </w:t>
      </w:r>
      <w:r>
        <w:t>? dekhein, yeh is ka taluq Islam se nahi hai, is ka to riwaj se hai. yahan bhi riwaj galat hai, wahan bhi riwaj galat hai.</w:t>
      </w:r>
    </w:p>
    <w:p>
      <w:pPr>
        <w:jc w:val="right"/>
      </w:pPr>
      <w:r>
        <w:t>؟ دیکھیں، یہ اس کا تعلق اسلام سے نہیں ہے، اس کا تو رواج سے ہے۔ یہاں بھی رواج غلط ہے، وہاں بھی رواج غلط ہے۔</w:t>
      </w:r>
    </w:p>
    <w:p>
      <w:r>
        <w:rPr>
          <w:b/>
        </w:rPr>
        <w:t xml:space="preserve">[1:11:20] </w:t>
      </w:r>
      <w:r>
        <w:t>Arab logon ka bhi galat riwaj hai, din raat bhar khate rehte hain, woh bohat khate hain Ramadan mein. mein khud aisa hua ke Ramadan mein raha hoon to khate hi rehte hain, khate hi rehte hain.</w:t>
      </w:r>
    </w:p>
    <w:p>
      <w:pPr>
        <w:jc w:val="right"/>
      </w:pPr>
      <w:r>
        <w:t>عرب لوگوں کا بھی غلط رواج ہے، دن رات بھر کھاتے رہتے ہیں، وہ بہت کھاتے ہیں رمضان میں۔ میں خود ایسا ہوا کہ رمضان میں رہا ہوں تو کھاتے ہی رہتے ہیں، کھاتے ہی رہتے ہیں۔</w:t>
      </w:r>
    </w:p>
    <w:p>
      <w:r>
        <w:rPr>
          <w:b/>
        </w:rPr>
        <w:t xml:space="preserve">[1:11:35] </w:t>
      </w:r>
      <w:r>
        <w:t>to kya karte hain ke din bhar sote hain, woh bhi galat, yeh bhi galat, jo India mein hai woh bhi galat.</w:t>
      </w:r>
    </w:p>
    <w:p>
      <w:pPr>
        <w:jc w:val="right"/>
      </w:pPr>
      <w:r>
        <w:t>تو کیا کرتے ہیں کہ دن بھر سوتے ہیں، وہ بھی غلط، یہ بھی غلط، جو انڈیا میں ہے وہ بھی غلط</w:t>
      </w:r>
    </w:p>
    <w:p>
      <w:r>
        <w:rPr>
          <w:b/>
        </w:rPr>
        <w:t xml:space="preserve">[1:11:40] </w:t>
      </w:r>
      <w:r>
        <w:t>normal tareeqay se khana chahiye, harghiz aur eating nahi karna chahiye. normal tareeqay se sona chahiye, normal tareeqay se jaagna chahiye.</w:t>
      </w:r>
    </w:p>
    <w:p>
      <w:pPr>
        <w:jc w:val="right"/>
      </w:pPr>
      <w:r>
        <w:t>۔ نارمل طریقے سے کھانا چاہیے، ہرگز اور eating نہیں کرنا چاہیے۔ نارمل طریقے سے سونا چاہیے، نارمل طریقے سے جاگنا چاہیے۔</w:t>
      </w:r>
    </w:p>
    <w:p>
      <w:r>
        <w:rPr>
          <w:b/>
        </w:rPr>
        <w:t xml:space="preserve">[1:11:51] </w:t>
      </w:r>
      <w:r>
        <w:t>aur bahut se log is liye sote hain ke roza kat jaye ga. to roza rakha hi nahin unhon ne. main ne dekha hai ke log so jate hain, chalo phir roza kat jaye ga.</w:t>
      </w:r>
    </w:p>
    <w:p>
      <w:pPr>
        <w:jc w:val="right"/>
      </w:pPr>
      <w:r>
        <w:t>اور بہت سے لوگ اس لیے سوتے ہیں کہ روزہ کٹ جائے گا۔ تو روزہ رکھا ہی نہیں انہوں نے۔ میں نے دیکھا ہے کہ لوگ سو جاتے ہیں، چلو پھر روزہ کٹ جائے گا۔</w:t>
      </w:r>
    </w:p>
    <w:p>
      <w:r>
        <w:rPr>
          <w:b/>
        </w:rPr>
        <w:t xml:space="preserve">[1:12:06] </w:t>
      </w:r>
      <w:r>
        <w:t>to roza kutne ke liye thori hai, roza tajurba karne ke liye.</w:t>
      </w:r>
    </w:p>
    <w:p>
      <w:pPr>
        <w:jc w:val="right"/>
      </w:pPr>
      <w:r>
        <w:t>تو روزہ کٹنے کے لیے تھوڑی ہے، روزہ تجربہ کرنے کے لیے۔</w:t>
      </w:r>
    </w:p>
    <w:p>
      <w:r>
        <w:rPr>
          <w:b/>
        </w:rPr>
        <w:t xml:space="preserve">[1:12:10] </w:t>
      </w:r>
      <w:r>
        <w:t>yeh tasawwur ghalat hai ke roza kat jaye ga. nahin, roza tajurbe ke liye hai. aap ko bhook ka tajurba ho, aap ko bhook ka tajurba ho, is ke liye roza hai.</w:t>
      </w:r>
    </w:p>
    <w:p>
      <w:pPr>
        <w:jc w:val="right"/>
      </w:pPr>
      <w:r>
        <w:t>یہ تصور غلط ہے کہ روزہ کٹ جائے گا۔ نہیں، روزہ تجربے کے لیے ہے۔ آپ کو بھوک کا تجربہ ہو، آپ کو بھوک کا تجربہ ہو، اس کے لیے روزہ ہے۔</w:t>
      </w:r>
    </w:p>
    <w:p>
      <w:r>
        <w:rPr>
          <w:b/>
        </w:rPr>
        <w:t xml:space="preserve">[1:12:25] </w:t>
      </w:r>
      <w:r>
        <w:t>to aur eating kar ke, so kar ke, ya kuch khaas tarah ki cheezen banti hain ramzan ke zamane mein. jo bhook na aaye, us ko kha kar ke, aisi cheezen banai jati hain.</w:t>
      </w:r>
    </w:p>
    <w:p>
      <w:pPr>
        <w:jc w:val="right"/>
      </w:pPr>
      <w:r>
        <w:t>تو اور eating کر کے، سو کر کے، یا کچھ خاص طرح کی چیزیں بنتی ہیں رمضان کے زمانے میں۔ جو بھوک نہ آئے، اس کو کھا کر کے، ایسی چیزیں بنائی جاتی ہیں۔</w:t>
      </w:r>
    </w:p>
    <w:p>
      <w:r>
        <w:rPr>
          <w:b/>
        </w:rPr>
        <w:t xml:space="preserve">[1:12:35] </w:t>
      </w:r>
      <w:r>
        <w:t>yeh sab mere khayal mein ghalat hai, yeh sab riwaj hai, is ka islam se koi talluq nahin hai.</w:t>
      </w:r>
    </w:p>
    <w:p>
      <w:pPr>
        <w:jc w:val="right"/>
      </w:pPr>
      <w:r>
        <w:t>یہ سب میرے خیال میں غلط ہے، یہ سب رواج ہے، اس کا اسلام سے کوئی تعلق نہیں ہے۔</w:t>
      </w:r>
    </w:p>
    <w:p>
      <w:r>
        <w:rPr>
          <w:b/>
        </w:rPr>
        <w:t xml:space="preserve">[1:12:40] </w:t>
      </w:r>
      <w:r>
        <w:t>islam mein yahi hai ke normal tareeqe se rahen, aap roze mein bhi normal tareeqe se khayen, roze mein bhi, ta ke aap ko pata chale aap ko ke bhook kya cheez hai, pyas kya cheez hai.</w:t>
      </w:r>
    </w:p>
    <w:p>
      <w:pPr>
        <w:jc w:val="right"/>
      </w:pPr>
      <w:r>
        <w:t>اسلام میں یہی ہے کہ نارمل طریقے سے رہیں، آپ روزے میں بھی نارمل طریقے سے کھائیں، روزے میں بھی، تاکہ آپ کو پتہ چلے آپ کو کہ بھوک کیا چیز ہے، پیاس کیا چیز ہے۔</w:t>
      </w:r>
    </w:p>
    <w:p>
      <w:r>
        <w:rPr>
          <w:b/>
        </w:rPr>
        <w:t xml:space="preserve">[1:12:57] </w:t>
      </w:r>
      <w:r>
        <w:t>to yeh yeh yeh dono jagah ghalat riwaj pad gaye hain. arab mein bhi ghalat aur india mein bhi ghalat hai. is ka islam se koi talluq nahin hai.</w:t>
      </w:r>
    </w:p>
    <w:p>
      <w:pPr>
        <w:jc w:val="right"/>
      </w:pPr>
      <w:r>
        <w:t>تو یہ یہ یہ دونوں جگہ غلط رواج پڑ گئے ہیں۔ عرب میں بھی غلط اور انڈیا میں بھی غلط ہے۔ اس کا اسلام سے کوئی تعلق نہیں ہے۔</w:t>
      </w:r>
    </w:p>
    <w:p>
      <w:r>
        <w:rPr>
          <w:b/>
        </w:rPr>
        <w:t xml:space="preserve">[1:13:09] </w:t>
      </w:r>
      <w:r>
        <w:t>maulana, in ka ek aur sawal hai, unhon ne aap se yeh bhi poocha hai ke why is Eid celebrated at different places on different days?</w:t>
      </w:r>
    </w:p>
    <w:p>
      <w:pPr>
        <w:jc w:val="right"/>
      </w:pPr>
      <w:r>
        <w:t>مولانا، ان کا ایک اور سوال ہے، انہوں نے آپ سے یہ بھی پوچھا ہے کہ why is Eid celebrated at different places on different days?</w:t>
      </w:r>
    </w:p>
    <w:p>
      <w:r>
        <w:rPr>
          <w:b/>
        </w:rPr>
        <w:t xml:space="preserve">[1:13:18] </w:t>
      </w:r>
      <w:r>
        <w:t>Please explain its relation to the moon.</w:t>
      </w:r>
    </w:p>
    <w:p>
      <w:pPr>
        <w:jc w:val="right"/>
      </w:pPr>
      <w:r>
        <w:t>Please explain its relation to the moon.</w:t>
      </w:r>
    </w:p>
    <w:p>
      <w:r>
        <w:rPr>
          <w:b/>
        </w:rPr>
        <w:t xml:space="preserve">[1:13:25] </w:t>
      </w:r>
      <w:r>
        <w:t>dekhen, yeh to do calendar hain, solar calendar aur lunar calendar. to aam taur par sabhi mazhabon mein ghaliban yahi hai ke lunar calendar par mazhabon ki tareekhen hoti hain.</w:t>
      </w:r>
    </w:p>
    <w:p>
      <w:pPr>
        <w:jc w:val="right"/>
      </w:pPr>
      <w:r>
        <w:t>دیکھیں، یہ تو دو کیلنڈر ہیں، solar کیلنڈر اور lunar کیلنڈر۔ تو عام طور پر سبھی مذہبوں میں غالباً یہی ہے کہ lunar کیلنڈر پر مذہبوں کی تاریخیں ہوتی ہیں۔</w:t>
      </w:r>
    </w:p>
    <w:p>
      <w:r>
        <w:rPr>
          <w:b/>
        </w:rPr>
        <w:t xml:space="preserve">[1:13:39] </w:t>
      </w:r>
      <w:r>
        <w:t>wohi islam mein bhi hai. to jab aap lunar calendar par rakhen ge aur chand ko dekhne par is ka woh yeh depend kare gi, to yeh sab farq hoga.</w:t>
      </w:r>
    </w:p>
    <w:p>
      <w:pPr>
        <w:jc w:val="right"/>
      </w:pPr>
      <w:r>
        <w:t>وہی اسلام میں بھی ہے۔ تو جب آپ lunar کیلنڈر پر رکھیں گے اور چاند کو دیکھنے پر اس کا وہ یہ depend کرے گی، تو یہ سب فرق ہوگا۔</w:t>
      </w:r>
    </w:p>
    <w:p>
      <w:r>
        <w:rPr>
          <w:b/>
        </w:rPr>
        <w:t xml:space="preserve">[1:13:52] </w:t>
      </w:r>
      <w:r>
        <w:t>It is but natural yeh koi yani koi yani taqaddus ki baat nahin hai. yani solar calendar par hota hai, tab bhi wahi baat thi, is par tab bhi hoti.</w:t>
      </w:r>
    </w:p>
    <w:p>
      <w:pPr>
        <w:jc w:val="right"/>
      </w:pPr>
      <w:r>
        <w:t>It is but natural یہ کوئی یعنی کوئی یعنی تقدس کی بات نہیں ہے۔ یعنی solar کیلنڈر پر ہوتا ہے، تب بھی وہی بات تھی، اس پر تب بھی ہوتی۔</w:t>
      </w:r>
    </w:p>
    <w:p>
      <w:r>
        <w:rPr>
          <w:b/>
        </w:rPr>
        <w:t xml:space="preserve">[1:14:08] </w:t>
      </w:r>
      <w:r>
        <w:t>solar calendar par ho, tab bhi ek sawal kar sakta tha koi aadmi ke bhai lunar calendar par kyun nahin? to yeh koi sawal nahin hai, na koi masla hai, na koi religious cheez hai.</w:t>
      </w:r>
    </w:p>
    <w:p>
      <w:pPr>
        <w:jc w:val="right"/>
      </w:pPr>
      <w:r>
        <w:t>solar کیلنڈر پر ہو، تب بھی ایک سوال کر سکتا تھا کوئی آدمی کہ بھئی lunar کیلنڈر پر کیوں نہیں؟ تو یہ کوئی سوال نہیں ہے، نہ کوئی مسئلہ ہے، نہ کوئی religious چیز ہے۔</w:t>
      </w:r>
    </w:p>
    <w:p>
      <w:r>
        <w:rPr>
          <w:b/>
        </w:rPr>
        <w:t xml:space="preserve">[1:14:19] </w:t>
      </w:r>
      <w:r>
        <w:t>aam taur par mazhabon mein yahi hai, jahan tak main janta hoon ke solar calendar par mazahib mein tareekhen nahin hua karti, lunar calendar par hoti hain.</w:t>
      </w:r>
    </w:p>
    <w:p>
      <w:pPr>
        <w:jc w:val="right"/>
      </w:pPr>
      <w:r>
        <w:t>عام طور پر مذہبوں میں یہی ہے، جہاں تک میں جانتا ہوں کہ solar کیلنڈر پر مذاہب میں تاریخیں نہیں ہوا کرتی، lunar کیلنڈر پر ہوتی ہیں۔</w:t>
      </w:r>
    </w:p>
    <w:p>
      <w:r>
        <w:rPr>
          <w:b/>
        </w:rPr>
        <w:t xml:space="preserve">[1:14:30] </w:t>
      </w:r>
      <w:r>
        <w:t>wohi islam mein bhi hai. to is mein koi purasrar cheez nahin hai, koi is mein mystery nahin hai.</w:t>
      </w:r>
    </w:p>
    <w:p>
      <w:pPr>
        <w:jc w:val="right"/>
      </w:pPr>
      <w:r>
        <w:t>وہی اسلام میں بھی ہے۔ تو اس میں کوئی پراسرار چیز نہیں ہے، کوئی اس میں mystery نہیں ہے۔</w:t>
      </w:r>
    </w:p>
    <w:p>
      <w:r>
        <w:rPr>
          <w:b/>
        </w:rPr>
        <w:t xml:space="preserve">[1:14:39] </w:t>
      </w:r>
      <w:r>
        <w:t>ji Maulana, in ka sawal ka ek hissa yeh bhi tha ke Eid jo hai, woh alag alag jagahon pe, alag alag din pe kyun manai jati hai?</w:t>
      </w:r>
    </w:p>
    <w:p>
      <w:pPr>
        <w:jc w:val="right"/>
      </w:pPr>
      <w:r>
        <w:t>جی مولانا، ان کا سوال کا ایک حصہ یہ بھی تھا کہ Eid جو ہے، وہ الگ الگ جگہوں پہ، الگ الگ دن پہ کیوں منائی جاتی ہے؟</w:t>
      </w:r>
    </w:p>
    <w:p>
      <w:r>
        <w:rPr>
          <w:b/>
        </w:rPr>
        <w:t xml:space="preserve">[1:14:48] </w:t>
      </w:r>
      <w:r>
        <w:t>woh to zahir hai ke jab yani woh woh waqt badalta hai, to woh waqt badlega, to din hi badlega.</w:t>
      </w:r>
    </w:p>
    <w:p>
      <w:pPr>
        <w:jc w:val="right"/>
      </w:pPr>
      <w:r>
        <w:t>وہ تو ظاہر ہے کہ جب یعنی وہ وہ وقت بدلتا ہے، تو وہ وقت بدلے گا، تو دن ہی بدلے گا۔</w:t>
      </w:r>
    </w:p>
    <w:p>
      <w:r>
        <w:rPr>
          <w:b/>
        </w:rPr>
        <w:t xml:space="preserve">[1:14:58] </w:t>
      </w:r>
      <w:r>
        <w:t>is waqt yahan hum log hain, yahan din hai, is waqt america mein raat hai. to dono jagah chand ikattha dikhai de ga, wahan dekhne ke waqt ka ya mukhtalif hoga.</w:t>
      </w:r>
    </w:p>
    <w:p>
      <w:pPr>
        <w:jc w:val="right"/>
      </w:pPr>
      <w:r>
        <w:t>اس وقت یہاں ہم لوگ ہیں، یہاں دن ہے، اس وقت امریکہ میں رات ہے۔ تو دونوں جگہ چاند اکٹھا دکھائی دے گا، وہاں دیکھنے کے وقت کا یا مختلف ہوگا۔</w:t>
      </w:r>
    </w:p>
    <w:p>
      <w:r>
        <w:rPr>
          <w:b/>
        </w:rPr>
        <w:t xml:space="preserve">[1:15:14] </w:t>
      </w:r>
      <w:r>
        <w:t>to zameen chuki ghoom rahi hai, zameen jo stationary nahin hai, agar zameen stationary hoti to yeh farq na hota. zameen ghoom rahi hai, is liye yeh to farq rahe ga.</w:t>
      </w:r>
    </w:p>
    <w:p>
      <w:pPr>
        <w:jc w:val="right"/>
      </w:pPr>
      <w:r>
        <w:t>تو زمین چونکہ گھوم رہی ہے، زمین جو stationary نہیں ہے، اگر زمین stationary ہوتی تو یہ فرق نہ ہوتا۔ زمین گھوم رہی ہے، اس لیے یہ تو فرق رہے گا۔</w:t>
      </w:r>
    </w:p>
    <w:p>
      <w:r>
        <w:rPr>
          <w:b/>
        </w:rPr>
        <w:t xml:space="preserve">[1:15:24] </w:t>
      </w:r>
      <w:r>
        <w:t>yeh to yani yeh to nizam hai nature ka, is mein hum kya kar sakte hain?</w:t>
      </w:r>
    </w:p>
    <w:p>
      <w:pPr>
        <w:jc w:val="right"/>
      </w:pPr>
      <w:r>
        <w:t>یہ تو یعنی یہ تو نظام ہے nature کا، اس میں ہم کیا کر سکتے ہیں؟</w:t>
      </w:r>
    </w:p>
    <w:p>
      <w:r>
        <w:rPr>
          <w:b/>
        </w:rPr>
        <w:t xml:space="preserve">[1:15:36] </w:t>
      </w:r>
      <w:r>
        <w:t>Maulana, agla sawal Delhi se hai, Mr Kaif ka. unhon ne likha hai what if the thought of death does not come to us spontaneously?</w:t>
      </w:r>
    </w:p>
    <w:p>
      <w:pPr>
        <w:jc w:val="right"/>
      </w:pPr>
      <w:r>
        <w:t>مولانا، اگلا سوال Delhi سے ہے، مسٹر Kaif کا۔ انہوں نے لکھا ہے what if the thought of death does not come to us spontaneously?</w:t>
      </w:r>
    </w:p>
    <w:p>
      <w:r>
        <w:rPr>
          <w:b/>
        </w:rPr>
        <w:t xml:space="preserve">[1:15:46] </w:t>
      </w:r>
      <w:r>
        <w:t>Should we force ourselves to reflect on death? Would that reflection be authentic? Does reflection on death not make us disinterested in our daily activities?</w:t>
      </w:r>
    </w:p>
    <w:p>
      <w:pPr>
        <w:jc w:val="right"/>
      </w:pPr>
      <w:r>
        <w:t>Should we force ourselves to reflect on death? Would that reflection be authentic? Does reflection on death not make us disinterested in our daily activities?</w:t>
      </w:r>
    </w:p>
    <w:p>
      <w:r>
        <w:rPr>
          <w:b/>
        </w:rPr>
        <w:t xml:space="preserve">[1:16:01] </w:t>
      </w:r>
      <w:r>
        <w:t>dekhen, maut ek jab yeh maloom hoga ke maut ek reality hai, to hamein sochna hi hai is ke upar.</w:t>
      </w:r>
    </w:p>
    <w:p>
      <w:pPr>
        <w:jc w:val="right"/>
      </w:pPr>
      <w:r>
        <w:t>دیکھیں، موت ایک جب یہ معلوم ہوگا کہ موت ایک reality ہے، تو ہمیں سوچنا ہی ہے اس کے اوپر۔</w:t>
      </w:r>
    </w:p>
    <w:p>
      <w:r>
        <w:rPr>
          <w:b/>
        </w:rPr>
        <w:t xml:space="preserve">[1:16:10] </w:t>
      </w:r>
      <w:r>
        <w:t>jab yeh maloom hoga ke</w:t>
      </w:r>
    </w:p>
    <w:p>
      <w:pPr>
        <w:jc w:val="right"/>
      </w:pPr>
      <w:r>
        <w:t>جب یہ معلوم ہوگا کہ</w:t>
      </w:r>
    </w:p>
    <w:p>
      <w:r>
        <w:rPr>
          <w:b/>
        </w:rPr>
        <w:t xml:space="preserve">[1:16:15] </w:t>
      </w:r>
      <w:r>
        <w:t>jaara aane wala hai, to hamein sardi ka samna karna hi pare ga. to jab maut ke bare mein yeh bar bar tajurba hai ke aadmi marta hai, marta hai, marta hai, to hum us ko kaise ignore kar sakte hain?</w:t>
      </w:r>
    </w:p>
    <w:p>
      <w:pPr>
        <w:jc w:val="right"/>
      </w:pPr>
      <w:r>
        <w:t>جاڑا آنے والا ہے، تو ہمیں سردی کا سامنا کرنا ہی پڑے گا۔ تو جب موت کے بارے میں یہ بار بار تجربہ ہے کہ آدمی مرتا ہے، مرتا ہے، مرتا ہے، تو ہم اس کو کیسے ignore کر سکتے ہیں؟</w:t>
      </w:r>
    </w:p>
    <w:p>
      <w:r>
        <w:rPr>
          <w:b/>
        </w:rPr>
        <w:t xml:space="preserve">[1:16:30] </w:t>
      </w:r>
      <w:r>
        <w:t>humein sochna hi parega is ko, lazman. baqi yeh baat ke maut ke sochne se aadmi mein yaani kya hai, activity kam ho jayegi?</w:t>
      </w:r>
    </w:p>
    <w:p>
      <w:pPr>
        <w:jc w:val="right"/>
      </w:pPr>
      <w:r>
        <w:t>ہمیں سوچنا ہی پڑے گا اس کو، لازماً۔ باقی یہ بات کہ موت کے سوچنے سے آدمی میں یعنی کیا ہے، activity کم ہو جائے گی؟</w:t>
      </w:r>
    </w:p>
    <w:p>
      <w:r>
        <w:rPr>
          <w:b/>
        </w:rPr>
        <w:t xml:space="preserve">[1:16:42] </w:t>
      </w:r>
      <w:r>
        <w:t>maulana, ke haan, disinterested ho jata hai insaan agar zyada soche maut ke bare mein. dekhein, yeh baat sahi nahi hai. maut ke bare mein is waqt urgency paida hoti hai, zyada active ho jata hai.</w:t>
      </w:r>
    </w:p>
    <w:p>
      <w:pPr>
        <w:jc w:val="right"/>
      </w:pPr>
      <w:r>
        <w:t>مولانا، کہ ہاں، disinterested ہو جاتا ہے انسان اگر زیادہ سوچے موت کے بارے میں۔ دیکھیں، یہ بات صحیح نہیں ہے۔ موت کے بارے میں اس وقتurgency پیدا ہوتی ہے، زیادہ active ہو جاتا ہے۔</w:t>
      </w:r>
    </w:p>
    <w:p>
      <w:r>
        <w:rPr>
          <w:b/>
        </w:rPr>
        <w:t xml:space="preserve">[1:16:56] </w:t>
      </w:r>
      <w:r>
        <w:t>maut ka yaad karenge aap to sense of urgency aayegi ke bhai waqt bohat kam hai, cut dalo jo karna hai. yeh ajeeb ghareeb baat aksar log kehte hain mujh se,</w:t>
      </w:r>
    </w:p>
    <w:p>
      <w:pPr>
        <w:jc w:val="right"/>
      </w:pPr>
      <w:r>
        <w:t>موت کا یاد کریں گے آپ تو sense ofurgency آئے گی کہ بھئی وقت بہت کم ہے، کٹ ڈالو جو کرنا ہے۔ یہ عجیب غریب بات اکثر لوگ کہتے ہیں مجھ سے،</w:t>
      </w:r>
    </w:p>
    <w:p>
      <w:r>
        <w:rPr>
          <w:b/>
        </w:rPr>
        <w:t xml:space="preserve">[1:17:09] </w:t>
      </w:r>
      <w:r>
        <w:t>halanke ulti baat hai. maut jo hai, aap ke andar sense of urgency lati hai ke bohat kam waqt hai, cut dalo jo karna hai.</w:t>
      </w:r>
    </w:p>
    <w:p>
      <w:pPr>
        <w:jc w:val="right"/>
      </w:pPr>
      <w:r>
        <w:t>حالانکہ الٹی بات ہے۔ موت جو ہے، آپ کے اندر sense ofurgency لاتی ہے کہ بہت کم وقت ہے، کٹ ڈالو جو کرنا ہے۔</w:t>
      </w:r>
    </w:p>
    <w:p>
      <w:r>
        <w:rPr>
          <w:b/>
        </w:rPr>
        <w:t xml:space="preserve">[1:17:21] </w:t>
      </w:r>
      <w:r>
        <w:t>to mera tajurba to yahi hai ke main har waqt is mein is hisab se jeeta hoon ke ke kal mauqa rahe, na rahe, aaj hi cut dalo.</w:t>
      </w:r>
    </w:p>
    <w:p>
      <w:pPr>
        <w:jc w:val="right"/>
      </w:pPr>
      <w:r>
        <w:t>تو میرا تجربہ تو یہی ہے کہ میں ہر وقت اس میں اس حساب سے جیتا ہوں کہ کہ کل موقع رہے، نہ رہے، آج ہی کٹ ڈالو۔</w:t>
      </w:r>
    </w:p>
    <w:p>
      <w:r>
        <w:rPr>
          <w:b/>
        </w:rPr>
        <w:t xml:space="preserve">[1:17:36] </w:t>
      </w:r>
      <w:r>
        <w:t>kal pata nahi mauqa milega ya nahi milega, aaj hi cut dalo. to bohat zyada chobees ghante bas busy rehta hoon. to mere andar maut jo hai, aur main rozana maut ko yaad karta hoon, bohat zyada.</w:t>
      </w:r>
    </w:p>
    <w:p>
      <w:pPr>
        <w:jc w:val="right"/>
      </w:pPr>
      <w:r>
        <w:t>کل پتہ نہیں موقع ملے گا یا نہیں ملے گا، آج ہی کٹ ڈالو۔ تو بہت زیادہ چوبیس گھنٹے بس busy رہتا ہوں۔ تو میرے اندر موت جو ہے، اور میں روزانہ موت کو یاد کرتا ہوں، بہت زیادہ۔</w:t>
      </w:r>
    </w:p>
    <w:p>
      <w:r>
        <w:rPr>
          <w:b/>
        </w:rPr>
        <w:t xml:space="preserve">[1:17:49] </w:t>
      </w:r>
      <w:r>
        <w:t>to mera tajurba yeh hai ke maut aadmi ke andar sense of urgency lati hai, jo apne aap mein bohat valuable cheez hai, bohat valuable cheez hai.</w:t>
      </w:r>
    </w:p>
    <w:p>
      <w:pPr>
        <w:jc w:val="right"/>
      </w:pPr>
      <w:r>
        <w:t>تو میرا تجربہ یہ ہے کہ موت آدمی کے اندر sense ofurgency لاتی ہے، جو اپنے آپ میں بہت valuable چیز ہے، بہت valuable چیز ہے۔</w:t>
      </w:r>
    </w:p>
    <w:p>
      <w:r>
        <w:rPr>
          <w:b/>
        </w:rPr>
        <w:t xml:space="preserve">[1:17:59] </w:t>
      </w:r>
      <w:r>
        <w:t>maulana, yeh sawal Delhi se hai, mahbub ilahi sahib ka. unhon ne likha hai how Allah will take a man who was born in a non-Muslim family, followed his family's faith and led righteous life, but never received an elaborate message from Islam</w:t>
      </w:r>
    </w:p>
    <w:p>
      <w:pPr>
        <w:jc w:val="right"/>
      </w:pPr>
      <w:r>
        <w:t>مولانا، یہ سوال Delhi سے ہے، محبوب الہی صاحب کا۔ انہوں نے لکھا ہے how Allah will take a man who was born in a non-Muslim family, followed his family's faith and led righteous life, but never received an elaborate message from Islam</w:t>
      </w:r>
    </w:p>
    <w:p>
      <w:r>
        <w:rPr>
          <w:b/>
        </w:rPr>
        <w:t xml:space="preserve">[1:18:19] </w:t>
      </w:r>
      <w:r>
        <w:t>. ek aalim se poocha gaya tha yahi sawal, to un ka jawab mujhe theek lagta hai. un ka ek ek jumle mein kaha tha unhon ne ke jaisi tabligh, waisa mawakhza.</w:t>
      </w:r>
    </w:p>
    <w:p>
      <w:pPr>
        <w:jc w:val="right"/>
      </w:pPr>
      <w:r>
        <w:t>. ایک عالم سے پوچھا گیا تھا یہی سوال، تو ان کا جواب مجھے ٹھیک لگتا ہے۔ ان کا ایک ایک جملے میں کہا تھا انہوں نے کہ جیسی تبلیغ، ویسا مواخذہ۔</w:t>
      </w:r>
    </w:p>
    <w:p>
      <w:r>
        <w:rPr>
          <w:b/>
        </w:rPr>
        <w:t xml:space="preserve">[1:18:34] </w:t>
      </w:r>
      <w:r>
        <w:t>jaisi tabligh, waisa mawakhza. is ka matlab yeh hai ke jitna us ko baat pahunchi hai, usi ke lehaz se woh yaani responsible hai, accountable hai.</w:t>
      </w:r>
    </w:p>
    <w:p>
      <w:pPr>
        <w:jc w:val="right"/>
      </w:pPr>
      <w:r>
        <w:t>جیسی تبلیغ، ویسا مواخذہ۔ اس کا مطلب یہ ہے کہ جتنا اس کو بات پہنچی ہے، اسی کے لحاظ سے وہ یعنی responsible ہے، accountable ہے۔</w:t>
      </w:r>
    </w:p>
    <w:p>
      <w:r>
        <w:rPr>
          <w:b/>
        </w:rPr>
        <w:t xml:space="preserve">[1:18:46] </w:t>
      </w:r>
      <w:r>
        <w:t>yaani accountability according us ke according hogi ke kitna pahuncha un ko. yeh Allah ko pata hai ke kis ko baat kitni pahunchi hai.</w:t>
      </w:r>
    </w:p>
    <w:p>
      <w:pPr>
        <w:jc w:val="right"/>
      </w:pPr>
      <w:r>
        <w:t>یعنی accountability according اس کے according ہوگی کہ کتنا پہنچا ان کو۔ یہ اللہ کو پتہ ہے کہ کس کو بات کتنی پہنچی ہے۔</w:t>
      </w:r>
    </w:p>
    <w:p>
      <w:r>
        <w:rPr>
          <w:b/>
        </w:rPr>
        <w:t xml:space="preserve">[1:19:01] </w:t>
      </w:r>
      <w:r>
        <w:t>to bohat hi natural formula hai, bohat simple formula ke jitna aadmi ke tak baat pahunchi hai, sachai pahunchi hai, usi ke lehaz se woh Allah ke samne accountable hoga.</w:t>
      </w:r>
    </w:p>
    <w:p>
      <w:pPr>
        <w:jc w:val="right"/>
      </w:pPr>
      <w:r>
        <w:t>تو بہت ہی natural فارمولا ہے، بہت simple فارمولا کہ جتنا آدمی کے تک بات پہنچی ہے، سچائی پہنچی ہے، اسی کے لحاظ سے وہ اللہ کے سامنے accountable ہوگا۔</w:t>
      </w:r>
    </w:p>
    <w:p>
      <w:r>
        <w:rPr>
          <w:b/>
        </w:rPr>
        <w:t xml:space="preserve">[1:19:16] </w:t>
      </w:r>
      <w:r>
        <w:t>lekin hum yeh faisla nahi kar sakte ke kitna pahuncha, kitna nahi pahuncha. hum sirf yeh bata sakte hain, ek principle bata sakte hain.</w:t>
      </w:r>
    </w:p>
    <w:p>
      <w:pPr>
        <w:jc w:val="right"/>
      </w:pPr>
      <w:r>
        <w:t>لیکن ہم یہ فیصلہ نہیں کر سکتے کہ کتنا پہنچا، کتنا نہیں پہنچا۔ ہم صرف یہ بتا سکتے ہیں، ایک principle بتا سکتے ہیں۔</w:t>
      </w:r>
    </w:p>
    <w:p>
      <w:r>
        <w:rPr>
          <w:b/>
        </w:rPr>
        <w:t xml:space="preserve">[1:19:25] </w:t>
      </w:r>
      <w:r>
        <w:t>principle as a principle hum yeh kar sakte hain ke jitna kisi ko baat pahunchi hai, sachai jitna us ko pahunchi hai, us ke lehaz se woh Allah ke haan accountable hoga.</w:t>
      </w:r>
    </w:p>
    <w:p>
      <w:pPr>
        <w:jc w:val="right"/>
      </w:pPr>
      <w:r>
        <w:t>Principle as a principle ہم یہ کر سکتے ہیں کہ جتنا کسی کو بات پہنچی ہے، سچائی جتنا اس کو پہنچی ہے، اس کے لحاظ سے وہ اللہ کے ہاں accountable ہوگا۔</w:t>
      </w:r>
    </w:p>
    <w:p>
      <w:r>
        <w:rPr>
          <w:b/>
        </w:rPr>
        <w:t xml:space="preserve">[1:19:38] </w:t>
      </w:r>
      <w:r>
        <w:t>bas.</w:t>
      </w:r>
    </w:p>
    <w:p>
      <w:pPr>
        <w:jc w:val="right"/>
      </w:pPr>
      <w:r>
        <w:t>بس۔</w:t>
      </w:r>
    </w:p>
    <w:p>
      <w:r>
        <w:rPr>
          <w:b/>
        </w:rPr>
        <w:t xml:space="preserve">[1:19:43] </w:t>
      </w:r>
      <w:r>
        <w:t>maulana, agla sawal lene se pehle ek comment parhna chahenge jo abdul basit umri sahib ne doha, qatar se likha hai. unhon ne likha hai ke maulana sahib, aap ne jo yeh kaha ke hadam ul lazzat ka matlab maut hamare goal ko, hamare hadaf ko correct karti hai, sahi rukh deti hai, to aap ke in jumlon ne maut ke tazkire ko bohat aham bana diya hai.</w:t>
      </w:r>
    </w:p>
    <w:p>
      <w:pPr>
        <w:jc w:val="right"/>
      </w:pPr>
      <w:r>
        <w:t>مولانا، اگلا سوال لینے سے پہلے ایک comment پڑھنا چاہیں گے جو عبدالباسط عمری صاحب نے دوحہ، قطر سے لکھا ہے۔ انہوں نے لکھا ہے کہ مولانا صاحب، آپ نے جو یہ کہا کہ حادم اللذت کا مطلب موت ہمارے goal کو، ہمارے حذف کو correct کرتی ہے، صحیح رخ دیتی ہے، تو آپ کے ان جملوں نے موت کے تذکرے کو بہت اہم بنا دیا ہے۔</w:t>
      </w:r>
    </w:p>
    <w:p>
      <w:r>
        <w:rPr>
          <w:b/>
        </w:rPr>
        <w:t xml:space="preserve">[1:20:09] </w:t>
      </w:r>
      <w:r>
        <w:t>jazakumullah khair.</w:t>
      </w:r>
    </w:p>
    <w:p>
      <w:pPr>
        <w:jc w:val="right"/>
      </w:pPr>
      <w:r>
        <w:t>جزاکم اللہ خیر۔</w:t>
      </w:r>
    </w:p>
    <w:p>
      <w:r>
        <w:rPr>
          <w:b/>
        </w:rPr>
        <w:t xml:space="preserve">[1:20:12] </w:t>
      </w:r>
      <w:r>
        <w:t>maulana, agla sawal ah miss naghma siddiqui ka hai, Delhi se. unhon ne likha hai you said once that death is not in our DNA.</w:t>
      </w:r>
    </w:p>
    <w:p>
      <w:pPr>
        <w:jc w:val="right"/>
      </w:pPr>
      <w:r>
        <w:t>مولانا، اگلا سوال آہ مس نغمہ صدیقی کا ہے، Delhi سے۔ انہوں نے لکھا ہے you said once that death is not in our DNA.</w:t>
      </w:r>
    </w:p>
    <w:p>
      <w:r>
        <w:rPr>
          <w:b/>
        </w:rPr>
        <w:t xml:space="preserve">[1:20:22] </w:t>
      </w:r>
      <w:r>
        <w:t>in such a case, how do we remember death and draw lessons from it?</w:t>
      </w:r>
    </w:p>
    <w:p>
      <w:pPr>
        <w:jc w:val="right"/>
      </w:pPr>
      <w:r>
        <w:t>In such a case, how do we remember death and draw lessons from it?</w:t>
      </w:r>
    </w:p>
    <w:p>
      <w:r>
        <w:rPr>
          <w:b/>
        </w:rPr>
        <w:t xml:space="preserve">[1:20:30] </w:t>
      </w:r>
      <w:r>
        <w:t>dekhein. DNA mein hoti ya na hoti, yeh to hum dekh rahe hain ke mar raha hai, mar raha hai, mar raha hai aadmi.</w:t>
      </w:r>
    </w:p>
    <w:p>
      <w:pPr>
        <w:jc w:val="right"/>
      </w:pPr>
      <w:r>
        <w:t>دیکھیں۔ DNA میں ہوتی یا نہ ہوتی، یہ تو ہم دیکھ رہے ہیں کہ مر رہا ہے، مر رہا ہے، مر رہا ہے آدمی۔</w:t>
      </w:r>
    </w:p>
    <w:p>
      <w:r>
        <w:rPr>
          <w:b/>
        </w:rPr>
        <w:t xml:space="preserve">[1:20:38] </w:t>
      </w:r>
      <w:r>
        <w:t>to hamare DNA mein yeh likha hua na ho ke main MA karoon, tab bhi hum MA karenge. DNA mein yeh likha na ho ke main ghar banaoon, tab bhi main ghar banaoon ga.</w:t>
      </w:r>
    </w:p>
    <w:p>
      <w:pPr>
        <w:jc w:val="right"/>
      </w:pPr>
      <w:r>
        <w:t>تو ہمارے DNA میں یہ لکھا ہوا نہ ہو کہ میں ایم اے کروں، تب بھی ہم ایم اے کریں گے۔ DNA میں یہ لکھا نہ ہو کہ میں گھر بناؤں، تب بھی میں گھر بناؤں گا۔</w:t>
      </w:r>
    </w:p>
    <w:p>
      <w:r>
        <w:rPr>
          <w:b/>
        </w:rPr>
        <w:t xml:space="preserve">[1:20:50] </w:t>
      </w:r>
      <w:r>
        <w:t>kyunke main dekhta hoon logon ko ke jo taleem leta hai, us ki zindagi achi rehti hai. jo ghar banata hai, woh har mausam mein achi tarike se guzar kar leta hai apna.</w:t>
      </w:r>
    </w:p>
    <w:p>
      <w:pPr>
        <w:jc w:val="right"/>
      </w:pPr>
      <w:r>
        <w:t>کیونکہ میں دیکھتا ہوں لوگوں کو کہ جو تعلیم لیتا ہے، اس کی زندگی اچھی رہتی ہے۔ جو گھر بناتا ہے، وہ ہر موسم میں اچھی طریقے سے گزار کر لیتا ہے اپنا۔</w:t>
      </w:r>
    </w:p>
    <w:p>
      <w:r>
        <w:rPr>
          <w:b/>
        </w:rPr>
        <w:t xml:space="preserve">[1:21:02] </w:t>
      </w:r>
      <w:r>
        <w:t>to DNA mein hona ya na hona, yeh yeh ek koi is mamle mein relevant nahi mere khayal se.</w:t>
      </w:r>
    </w:p>
    <w:p>
      <w:pPr>
        <w:jc w:val="right"/>
      </w:pPr>
      <w:r>
        <w:t>تو DNA میں ہونا یا نہ ہونا، یہ یہ ایک کوئی اس معاملے میں relevant نہیں میرے خیال سے۔</w:t>
      </w:r>
    </w:p>
    <w:p>
      <w:r>
        <w:rPr>
          <w:b/>
        </w:rPr>
        <w:t xml:space="preserve">[1:21:12] </w:t>
      </w:r>
      <w:r>
        <w:t>yeh relevant hai ke har din hum dekhte hain ke log marte hain. to is se apne aap yeh baat nikalti hai ke mujhe bhi marna hai.</w:t>
      </w:r>
    </w:p>
    <w:p>
      <w:pPr>
        <w:jc w:val="right"/>
      </w:pPr>
      <w:r>
        <w:t>یہ relevant ہے کہ ہر دن ہم دیکھتے ہیں کہ لوگ مرتے ہیں۔ تو اس سے اپنے آپ یہ بات نکلتی ہے کہ مجھے بھی مرنا ہے۔</w:t>
      </w:r>
    </w:p>
    <w:p>
      <w:r>
        <w:rPr>
          <w:b/>
        </w:rPr>
        <w:t xml:space="preserve">[1:21:20] </w:t>
      </w:r>
      <w:r>
        <w:t>jab yeh nikal aayi to mujhe sochna bhi hai.</w:t>
      </w:r>
    </w:p>
    <w:p>
      <w:pPr>
        <w:jc w:val="right"/>
      </w:pPr>
      <w:r>
        <w:t>جب یہ نکل آئی تو مجھے سوچنا بھی ہے۔</w:t>
      </w:r>
    </w:p>
    <w:p>
      <w:r>
        <w:rPr>
          <w:b/>
        </w:rPr>
        <w:t xml:space="preserve">[1:21:26] </w:t>
      </w:r>
      <w:r>
        <w:t>logon ke marne se apne ke marne ko dekhna hai. apne marne ko soch kar ke phir mujhe apni zindagi ka sahi yani goal banana hai.</w:t>
      </w:r>
    </w:p>
    <w:p>
      <w:pPr>
        <w:jc w:val="right"/>
      </w:pPr>
      <w:r>
        <w:t>لوگوں کے مرنے سے اپنے کے مرنے کو دیکھنا ہے۔ اپنے مرنے کو سوچ کر کے پھر مجھے اپنی زندگی کا صحیح یعنی goal بنانا ہے۔</w:t>
      </w:r>
    </w:p>
    <w:p>
      <w:r>
        <w:rPr>
          <w:b/>
        </w:rPr>
        <w:t xml:space="preserve">[1:21:38] </w:t>
      </w:r>
      <w:r>
        <w:t>yeh hai mere khayal se is ka jo formula.</w:t>
      </w:r>
    </w:p>
    <w:p>
      <w:pPr>
        <w:jc w:val="right"/>
      </w:pPr>
      <w:r>
        <w:t>یہ ہے میرے خیال سے اس کا جو فارمولا۔</w:t>
      </w:r>
    </w:p>
    <w:p>
      <w:r>
        <w:rPr>
          <w:b/>
        </w:rPr>
        <w:t xml:space="preserve">[1:21:46] </w:t>
      </w:r>
      <w:r>
        <w:t>maulana, agla sawal roorkee se hai, sajid anwar sahab ka</w:t>
      </w:r>
    </w:p>
    <w:p>
      <w:pPr>
        <w:jc w:val="right"/>
      </w:pPr>
      <w:r>
        <w:t>مولانا، اگلا سوال روڑکی سے ہے، ساجد انور صاحب کا</w:t>
      </w:r>
    </w:p>
    <w:p>
      <w:r>
        <w:rPr>
          <w:b/>
        </w:rPr>
        <w:t xml:space="preserve">[1:21:50] </w:t>
      </w:r>
      <w:r>
        <w:t>unhon ne likha hai maulana, how contemplating about death is linked to development of positive thinking?</w:t>
      </w:r>
    </w:p>
    <w:p>
      <w:pPr>
        <w:jc w:val="right"/>
      </w:pPr>
      <w:r>
        <w:t>۔ انہوں نے لکھا ہے مولانا، how contemplating about death is linked to development of positive thinking?</w:t>
      </w:r>
    </w:p>
    <w:p>
      <w:r>
        <w:rPr>
          <w:b/>
        </w:rPr>
        <w:t xml:space="preserve">[1:21:59] </w:t>
      </w:r>
      <w:r>
        <w:t>kindly guide. bohat ziyada. positive thinking kya hai? positive thinking naam hai realistic thinking ka.</w:t>
      </w:r>
    </w:p>
    <w:p>
      <w:pPr>
        <w:jc w:val="right"/>
      </w:pPr>
      <w:r>
        <w:t>Kindly guide. بہت زیادہ۔ Positive thinking کیا ہے؟ Positive thinking نام ہے realistic thinking کا۔</w:t>
      </w:r>
    </w:p>
    <w:p>
      <w:r>
        <w:rPr>
          <w:b/>
        </w:rPr>
        <w:t xml:space="preserve">[1:22:11] </w:t>
      </w:r>
      <w:r>
        <w:t>positive thinking is only another name of realistic thinking. to maut to sab ko realistic banati hai.</w:t>
      </w:r>
    </w:p>
    <w:p>
      <w:pPr>
        <w:jc w:val="right"/>
      </w:pPr>
      <w:r>
        <w:t>Positive thinking is only another name of realistic thinking. تو موت تو سب کو realistic بناتی ہے۔</w:t>
      </w:r>
    </w:p>
    <w:p>
      <w:r>
        <w:rPr>
          <w:b/>
        </w:rPr>
        <w:t xml:space="preserve">[1:22:19] </w:t>
      </w:r>
      <w:r>
        <w:t>tamam jitne bhi tajurbe hote hain insan ke upar, jo kuch bhi insan dekhta hai, sunta hai, un mein un mein sab se ziyada jo cheez aap ko realistic banati hai, woh maut hai.</w:t>
      </w:r>
    </w:p>
    <w:p>
      <w:pPr>
        <w:jc w:val="right"/>
      </w:pPr>
      <w:r>
        <w:t>تمام جتنے بھی تجربے ہوتے ہیں انسان کے اوپر، جو کچھ بھی انسان دیکھتا ہے، سنتا ہے، ان میں ان میں سب سے زیادہ جو چیز آپ کو realistic بناتی ہے، وہ موت ہے۔</w:t>
      </w:r>
    </w:p>
    <w:p>
      <w:r>
        <w:rPr>
          <w:b/>
        </w:rPr>
        <w:t xml:space="preserve">[1:22:35] </w:t>
      </w:r>
      <w:r>
        <w:t>yeh mera bhi tajurba hai aur yeh aql bhi samajh mein aata hai. to jab maut aap ko realistic banayegi, haqiqat pasand, to lazman aisa hoga ke aap ke andar positive thinking ayegi.</w:t>
      </w:r>
    </w:p>
    <w:p>
      <w:pPr>
        <w:jc w:val="right"/>
      </w:pPr>
      <w:r>
        <w:t>یہ میرا بھی تجربہ ہے اور یہ عقل بھی سمجھ میں آتا ہے۔ تو جب موت آپ کو realistic بنائے گی، حقیقت پسند، تو لازماً ایسا ہوگا کہ آپ کے اندر positive thinking آئے گی۔</w:t>
      </w:r>
    </w:p>
    <w:p>
      <w:r>
        <w:rPr>
          <w:b/>
        </w:rPr>
        <w:t xml:space="preserve">[1:22:50] </w:t>
      </w:r>
      <w:r>
        <w:t>positive thinking kya hai? koi mysterious cheez nahi hai. woh as it is thinking hai.</w:t>
      </w:r>
    </w:p>
    <w:p>
      <w:pPr>
        <w:jc w:val="right"/>
      </w:pPr>
      <w:r>
        <w:t>Positive thinking کیا ہے؟ کوئی mysterious چیز نہیں ہے۔ وہ as it is thinking ہے۔</w:t>
      </w:r>
    </w:p>
    <w:p>
      <w:r>
        <w:rPr>
          <w:b/>
        </w:rPr>
        <w:t xml:space="preserve">[1:22:57] </w:t>
      </w:r>
      <w:r>
        <w:t>as it is thinking aa jaye to wahi positive thinking hai. samajhta hoon ke bohat ziyada juda hua hai dono, dono ek doosre se bohat ziyada interlinked hain. to</w:t>
      </w:r>
    </w:p>
    <w:p>
      <w:pPr>
        <w:jc w:val="right"/>
      </w:pPr>
      <w:r>
        <w:t>as it is thinking آ جائے تو وہی positive thinking ہے۔ سمجھتا ہوں کہ بہت زیادہ جڑا ہوا ہے دونوں، دونوں ایک دوسرے سے بہت زیادہ interlinked ہیں۔ تو</w:t>
      </w:r>
    </w:p>
    <w:p>
      <w:r>
        <w:rPr>
          <w:b/>
        </w:rPr>
        <w:t xml:space="preserve">[1:23:09] </w:t>
      </w:r>
      <w:r>
        <w:t>maulana, agla sawal delhi se hai, maulana zikwan nadvi sahab ka.</w:t>
      </w:r>
    </w:p>
    <w:p>
      <w:pPr>
        <w:jc w:val="right"/>
      </w:pPr>
      <w:r>
        <w:t>مولانا، اگلا سوال Delhi سے ہے، مولانا زکوان ندوی صاحب کا۔</w:t>
      </w:r>
    </w:p>
    <w:p>
      <w:r>
        <w:rPr>
          <w:b/>
        </w:rPr>
        <w:t xml:space="preserve">[1:23:14] </w:t>
      </w:r>
      <w:r>
        <w:t>unhon ne likha hai: hadith mein aaya hai ke woh naujawan jis ne Allah ki ibadat mein apni zindagi basar ki, us ko qayamat ke din arsh ke saaye mein jagah milegi.</w:t>
      </w:r>
    </w:p>
    <w:p>
      <w:pPr>
        <w:jc w:val="right"/>
      </w:pPr>
      <w:r>
        <w:t>انہوں نے لکھا ہے: حدیث میں آیا ہے کہ وہ نوجوان جس نے اللہ کی عبادت میں اپنی زندگی بسر کی، اس کو قیامت کے دن عرش کے سائے میں جگہ ملے گی۔</w:t>
      </w:r>
    </w:p>
    <w:p>
      <w:r>
        <w:rPr>
          <w:b/>
        </w:rPr>
        <w:t xml:space="preserve">[1:23:27] </w:t>
      </w:r>
      <w:r>
        <w:t>is hadith ka matlab kya hai? khaas taur par Allah ki ibadat mein zindagi basar karne ka matlab kya hai, us ke bare mein bataein.</w:t>
      </w:r>
    </w:p>
    <w:p>
      <w:pPr>
        <w:jc w:val="right"/>
      </w:pPr>
      <w:r>
        <w:t>اس حدیث کا مطلب کیا ہے؟ خاص طور پر اللہ کی عبادت میں زندگی بسر کرنے کا مطلب کیا ہے، اس کے بارے میں بتائیں۔</w:t>
      </w:r>
    </w:p>
    <w:p>
      <w:r>
        <w:rPr>
          <w:b/>
        </w:rPr>
        <w:t xml:space="preserve">[1:23:38] </w:t>
      </w:r>
      <w:r>
        <w:t>us ke alfaaz hain ke is mein ek shabb nasha fi ibadat Allah</w:t>
      </w:r>
    </w:p>
    <w:p>
      <w:pPr>
        <w:jc w:val="right"/>
      </w:pPr>
      <w:r>
        <w:t>اس کے الفاظ ہیں کہ اس میں ایک شاب نشأ في عبادة الله</w:t>
      </w:r>
    </w:p>
    <w:p>
      <w:r>
        <w:rPr>
          <w:b/>
        </w:rPr>
        <w:t xml:space="preserve">[1:23:45] </w:t>
      </w:r>
      <w:r>
        <w:t>asal mein dekhein, yeh koi mysterious baat nahi hai. hamari zindagi ka jo life span hai, us mein shuru mein bachpan hai, baad ko barhapa hai, beech mein youth age hai.</w:t>
      </w:r>
    </w:p>
    <w:p>
      <w:pPr>
        <w:jc w:val="right"/>
      </w:pPr>
      <w:r>
        <w:t>اصل میں دیکھیں، یہ کوئی mysterious بات نہیں ہے۔ ہماری زندگی کا جو life span ہے، اس میں شروع میں بچپن ہے، بعد کو بڑھاپا ہے، بیچ میں youth age ہے۔</w:t>
      </w:r>
    </w:p>
    <w:p>
      <w:r>
        <w:rPr>
          <w:b/>
        </w:rPr>
        <w:t xml:space="preserve">[1:24:00] </w:t>
      </w:r>
      <w:r>
        <w:t>hamara sab se bara asset woh youth age hota hai. bachpan mein koi bara kaam aap nahi kar sakte, barhapa mein to immature hote hain aap.</w:t>
      </w:r>
    </w:p>
    <w:p>
      <w:pPr>
        <w:jc w:val="right"/>
      </w:pPr>
      <w:r>
        <w:t>ہمارا سب سے بڑا asset وہ youth age ہوتا ہے۔ بچپن میں کوئی بڑا کام آپ نہیں کر سکتے، بڑھاپے میں تو immature ہوتے ہیں آپ۔</w:t>
      </w:r>
    </w:p>
    <w:p>
      <w:r>
        <w:rPr>
          <w:b/>
        </w:rPr>
        <w:t xml:space="preserve">[1:24:12] </w:t>
      </w:r>
      <w:r>
        <w:t>jawani mein poori maturity par hote hain aap, ab barhapa mein degeneration ho chuka hota hai. to yeh jo behtareen umar hai aap ki, jo best part of your age hai,</w:t>
      </w:r>
    </w:p>
    <w:p>
      <w:pPr>
        <w:jc w:val="right"/>
      </w:pPr>
      <w:r>
        <w:t>جوانی میں پوری maturity پر ہوتے ہیں آپ، اب بڑھاپے میں degeneration ہو چکا ہوتا ہے۔ تو یہ جو بہترین عمر ہے آپ کی، جو best part of your age ہے،</w:t>
      </w:r>
    </w:p>
    <w:p>
      <w:r>
        <w:rPr>
          <w:b/>
        </w:rPr>
        <w:t xml:space="preserve">[1:24:26] </w:t>
      </w:r>
      <w:r>
        <w:t>aap ki zindagi ke jo saal hain, un ka jo sab se achhe saal hain, us mein agar aap ne Allah ka kaam kiya to zahir hai ke Allah ka bohat bara darja milega aap ko.</w:t>
      </w:r>
    </w:p>
    <w:p>
      <w:pPr>
        <w:jc w:val="right"/>
      </w:pPr>
      <w:r>
        <w:t>آپ کی زندگی کے جو سال ہیں، ان کا جو سب سے اچھے سال ہیں، اس میں اگر آپ نے اللہ کا کام کیا تو ظاہر ہے کہ اللہ کا بہت بڑا درجہ ملے گا آپ کو۔</w:t>
      </w:r>
    </w:p>
    <w:p>
      <w:r>
        <w:rPr>
          <w:b/>
        </w:rPr>
        <w:t xml:space="preserve">[1:24:42] </w:t>
      </w:r>
      <w:r>
        <w:t>yeh yahi matlab hai is ka. to jo best part hamari life ka hai, us ko hamein batana chahiye Allah ke kaam mein, Allah ki marzi par chalne mein, taake tab ziyada se ziyada reward wahan mile hamein.</w:t>
      </w:r>
    </w:p>
    <w:p>
      <w:pPr>
        <w:jc w:val="right"/>
      </w:pPr>
      <w:r>
        <w:t>یہ یہی مطلب ہے اس کا۔ تو جو best part ہماری life کا ہے، اس کو ہمیں بتانا چاہیے اللہ کے کام میں، اللہ کی مرضی پر چلنے میں، تاکہ تب زیادہ سے زیادہ reward وہاں ملے ہمیں۔</w:t>
      </w:r>
    </w:p>
    <w:p>
      <w:r>
        <w:rPr>
          <w:b/>
        </w:rPr>
        <w:t xml:space="preserve">[1:25:00] </w:t>
      </w:r>
      <w:r>
        <w:t>kyun ke na to bachpan mein aap koi bara kaam kar sakte, na barhapa mein kar sakte. wahi to hai asal kaam karne ka zamana, bara kaam karne ka zamana.</w:t>
      </w:r>
    </w:p>
    <w:p>
      <w:pPr>
        <w:jc w:val="right"/>
      </w:pPr>
      <w:r>
        <w:t>کیونکہ نہ تو بچپن میں آپ کوئی بڑا کام کر سکتے، نہ بڑھاپے میں کر سکتے۔ وہی تو ہے اصل کام کرنے کا زمانہ، بڑا کام کرنے کا زمانہ۔</w:t>
      </w:r>
    </w:p>
    <w:p>
      <w:r>
        <w:rPr>
          <w:b/>
        </w:rPr>
        <w:t xml:space="preserve">[1:25:11] </w:t>
      </w:r>
      <w:r>
        <w:t>is hadith ka matlab hai ke yeh jo Allah ne tum ko diya hai, zamana jawani wala, us mein ziyada se ziyada us ko istemal karo Allah ke Allah ke kaam mein, taake wahan ziyada se ziyada reward pao.</w:t>
      </w:r>
    </w:p>
    <w:p>
      <w:pPr>
        <w:jc w:val="right"/>
      </w:pPr>
      <w:r>
        <w:t>اس حدیث کا مطلب ہے کہ یہ جو اللہ نے تم کو دیا ہے، زمانہ جوانی والا، اس میں زیادہ سے زیادہ اس کو استعمال کرو اللہ کے اللہ کے کام میں، تاکہ وہاں زیادہ سے زیادہ reward پاؤ۔</w:t>
      </w:r>
    </w:p>
    <w:p>
      <w:r>
        <w:rPr>
          <w:b/>
        </w:rPr>
        <w:t xml:space="preserve">[1:25:33] </w:t>
      </w:r>
      <w:r>
        <w:t>maulana, agla sawal maulana israr umri sahab ka hai, tamil nadu se.</w:t>
      </w:r>
    </w:p>
    <w:p>
      <w:pPr>
        <w:jc w:val="right"/>
      </w:pPr>
      <w:r>
        <w:t>مولانا، اگلا سوال مولانا اسرار عمری صاحب کا ہے، تمل ناڈو سے۔</w:t>
      </w:r>
    </w:p>
    <w:p>
      <w:r>
        <w:rPr>
          <w:b/>
        </w:rPr>
        <w:t xml:space="preserve">[1:25:39] </w:t>
      </w:r>
      <w:r>
        <w:t>unhon ne likha hai: maulana the news item with respect to neil armstrong's death said in one of the papers that he lived in the cincinnati area with his wife, carol.</w:t>
      </w:r>
    </w:p>
    <w:p>
      <w:pPr>
        <w:jc w:val="right"/>
      </w:pPr>
      <w:r>
        <w:t>انہوں نے لکھا ہے: مولانا the news item with respect to Neil Armstrong's death said in one of the papers that he lived in the Cincinnati area with his wife, Carol.</w:t>
      </w:r>
    </w:p>
    <w:p>
      <w:r>
        <w:rPr>
          <w:b/>
        </w:rPr>
        <w:t xml:space="preserve">[1:25:54] </w:t>
      </w:r>
      <w:r>
        <w:t>we are heartbroken to share the news that neil armstrong has passed away. the family said in their statement, "neil was our loving husband, father, grandfather, brother, and friend."</w:t>
      </w:r>
    </w:p>
    <w:p>
      <w:pPr>
        <w:jc w:val="right"/>
      </w:pPr>
      <w:r>
        <w:t>We are heartbroken to share the news that Neil Armstrong has passed away. The family said in their statement, "Neil was our loving husband, father, grandfather, brother, and friend."</w:t>
      </w:r>
    </w:p>
    <w:p>
      <w:r>
        <w:rPr>
          <w:b/>
        </w:rPr>
        <w:t xml:space="preserve">[1:26:09] </w:t>
      </w:r>
      <w:r>
        <w:t>maulana sahib in place of saying that god is our loving, it has been mentioned neil was our loving. yahi har aadmi ka case kyun hai?</w:t>
      </w:r>
    </w:p>
    <w:p>
      <w:pPr>
        <w:jc w:val="right"/>
      </w:pPr>
      <w:r>
        <w:t>مولانا صاحب in place of saying that God is our loving, it has been mentioned Neil was our loving. یہی ہر آدمی کا case کیوں ہے؟</w:t>
      </w:r>
    </w:p>
    <w:p>
      <w:r>
        <w:rPr>
          <w:b/>
        </w:rPr>
        <w:t xml:space="preserve">[1:26:20] </w:t>
      </w:r>
      <w:r>
        <w:t>is ki wajah hai ke jo cheez Allah se mili hui hai, us ko woh Allah se attribute nahi kar pata. ab dekhen, ek aadmi ka bachcha paida ho to maa aur baap isi mein gum ho jaate hain.</w:t>
      </w:r>
    </w:p>
    <w:p>
      <w:pPr>
        <w:jc w:val="right"/>
      </w:pPr>
      <w:r>
        <w:t>اس کی وجہ ہے کہ جو چیز اللہ سے ملی ہوئی ہے، اس کو وہ اللہ سے attribute نہیں کر پاتا۔ اب دیکھیں، ایک آدمی کا بچہ پیدا ہو تو ماں اور باپ اسی میں گم ہو جاتے ہیں۔</w:t>
      </w:r>
    </w:p>
    <w:p>
      <w:r>
        <w:rPr>
          <w:b/>
        </w:rPr>
        <w:t xml:space="preserve">[1:26:34] </w:t>
      </w:r>
      <w:r>
        <w:t>kaun sochta hai ke Khuda ne paida kiya hai?</w:t>
      </w:r>
    </w:p>
    <w:p>
      <w:pPr>
        <w:jc w:val="right"/>
      </w:pPr>
      <w:r>
        <w:t>کون سوچتا ہے کہ خدا نے پیدا کیا ہے؟</w:t>
      </w:r>
    </w:p>
    <w:p>
      <w:r>
        <w:rPr>
          <w:b/>
        </w:rPr>
        <w:t xml:space="preserve">[1:26:38] </w:t>
      </w:r>
      <w:r>
        <w:t>main radio par sunta hoon to aksar logon ke is par aate rehte hain interview, to sab credit dete hain apne maa baap ko, apne family ko.</w:t>
      </w:r>
    </w:p>
    <w:p>
      <w:pPr>
        <w:jc w:val="right"/>
      </w:pPr>
      <w:r>
        <w:t>میں ریڈیو پر سنتا ہوں تو اکثر لوگوں کے اس پر آتے رہتے ہیں انٹرویو، تو سب credit دیتے ہیں اپنے ماں باپ کو، اپنے family کو۔</w:t>
      </w:r>
    </w:p>
    <w:p>
      <w:r>
        <w:rPr>
          <w:b/>
        </w:rPr>
        <w:t xml:space="preserve">[1:26:47] </w:t>
      </w:r>
      <w:r>
        <w:t>abhi jo player jo jeet kar aaye hain, main ne un se suna, un ka sab ne kaha ke hamare parent, hamare parent, hamari family to family ko dete hain.</w:t>
      </w:r>
    </w:p>
    <w:p>
      <w:pPr>
        <w:jc w:val="right"/>
      </w:pPr>
      <w:r>
        <w:t>ابھی جو player جو جیت کر آئے ہیں، میں نے ان سے سنا، ان کا سب نے کہا کہ ہمارے parent، ہمارے parent، ہماری family تو family کو دیتے ہیں۔</w:t>
      </w:r>
    </w:p>
    <w:p>
      <w:r>
        <w:rPr>
          <w:b/>
        </w:rPr>
        <w:t xml:space="preserve">[1:26:58] </w:t>
      </w:r>
      <w:r>
        <w:t>yeh yeh nahi sochta ke yeh yeh yeh haath aur yeh paon kis ne paida kiya, yeh aankh kis ne paida ki, yeh dimaagh kis ne paida kiya, yeh koi sochta hi nahi.</w:t>
      </w:r>
    </w:p>
    <w:p>
      <w:pPr>
        <w:jc w:val="right"/>
      </w:pPr>
      <w:r>
        <w:t>یہ یہ نہیں سوچتا کہ یہ یہ یہ ہاتھ اور یہ پاؤں کس نے پیدا کیا، یہ آنکھ کس نے پیدا کی، یہ دماغ کس نے پیدا کیا، یہ کوئی سوچتا ہی نہیں۔</w:t>
      </w:r>
    </w:p>
    <w:p>
      <w:r>
        <w:rPr>
          <w:b/>
        </w:rPr>
        <w:t xml:space="preserve">[1:27:10] </w:t>
      </w:r>
      <w:r>
        <w:t>to yeh ek soch chali hui hai, ise sab log soch rahe hain. alag se sochna yeh chali hui soch hai hazaron saal se ke log credit dete hain apne maa baap ko, apni family ko.</w:t>
      </w:r>
    </w:p>
    <w:p>
      <w:pPr>
        <w:jc w:val="right"/>
      </w:pPr>
      <w:r>
        <w:t>تو یہ ایک سوچ چلی ہوئی ہے، اسے سب لوگ سوچ رہے ہیں۔ الگ سے سوچنا یہ چلی ہوئی سوچ ہے ہزاروں سال سے کہ لوگ credit دیتے ہیں اپنے ماں باپ کو، اپنی family کو۔</w:t>
      </w:r>
    </w:p>
    <w:p>
      <w:r>
        <w:rPr>
          <w:b/>
        </w:rPr>
        <w:t xml:space="preserve">[1:27:24] </w:t>
      </w:r>
      <w:r>
        <w:t>to wahi chala aa raha hai ek soch. to is se apne ko alag kar ke socha hai. jo main kaha karta hoon, us ko detached thinking, apne ko detach kar ke sochna,</w:t>
      </w:r>
    </w:p>
    <w:p>
      <w:pPr>
        <w:jc w:val="right"/>
      </w:pPr>
      <w:r>
        <w:t>تو وہی چلے آ رہا ہے ایک سوچ۔ تو اس سے اپنے کو الگ کر کے سوچا ہے۔ جو میں کہا کرتا ہوں، اس کو detached thinking، اپنے کو detach کر کے سوچنا،</w:t>
      </w:r>
    </w:p>
    <w:p>
      <w:r>
        <w:rPr>
          <w:b/>
        </w:rPr>
        <w:t xml:space="preserve">[1:27:36] </w:t>
      </w:r>
      <w:r>
        <w:t>yeh logon mein hota nahi hai. to is ke liye bohat zyada yaani bedaar zehan darkaar hai. to yeh rawaji soch hai jo woh reporting jo hui hai, woh rawaji soch hai,</w:t>
      </w:r>
    </w:p>
    <w:p>
      <w:pPr>
        <w:jc w:val="right"/>
      </w:pPr>
      <w:r>
        <w:t>یہ لوگوں میں ہوتا نہیں ہے۔ تو اس کے لیے بہت زیادہ یعنی بیدار ذہن درکار ہے۔ تو یہ رواجی سوچ ہے جو وہ reporting جو ہوئی ہے، وہ رواجی سوچ ہے،</w:t>
      </w:r>
    </w:p>
    <w:p>
      <w:r>
        <w:rPr>
          <w:b/>
        </w:rPr>
        <w:t xml:space="preserve">[1:27:49] </w:t>
      </w:r>
      <w:r>
        <w:t>woh creative soch nahi hai. yaad rakhiye, mazhab</w:t>
      </w:r>
    </w:p>
    <w:p>
      <w:pPr>
        <w:jc w:val="right"/>
      </w:pPr>
      <w:r>
        <w:t>وہ creative سوچ نہیں ہے۔ یاد رکھیے، مذہب</w:t>
      </w:r>
    </w:p>
    <w:p>
      <w:r>
        <w:rPr>
          <w:b/>
        </w:rPr>
        <w:t xml:space="preserve">[1:27:58] </w:t>
      </w:r>
      <w:r>
        <w:t>rawaji soch walon ke liye nahi hai.</w:t>
      </w:r>
    </w:p>
    <w:p>
      <w:pPr>
        <w:jc w:val="right"/>
      </w:pPr>
      <w:r>
        <w:t>رواجی سوچ والوں کے لیے نہیں ہے۔</w:t>
      </w:r>
    </w:p>
    <w:p>
      <w:r>
        <w:rPr>
          <w:b/>
        </w:rPr>
        <w:t xml:space="preserve">[1:28:04] </w:t>
      </w:r>
      <w:r>
        <w:t>beshtar insaan jo hai, woh chalte hain riwaj par. baal alaan alaih o aana jo chala aa raha hai, bas wahi pakad liya. to creative thinking jis ke andar hoti hai na, woh sochta hai alag ho kar ke,</w:t>
      </w:r>
    </w:p>
    <w:p>
      <w:pPr>
        <w:jc w:val="right"/>
      </w:pPr>
      <w:r>
        <w:t>بیشتر انسان جو ہے، وہ چلتے ہیں رواج پر۔ باع الفان علیہ اوانا جو چلا آ رہا ہے، بس وہی پکڑ لیا۔ تو creative thinking جس کے اندر ہوتی ہے نا، وہ سوچتا ہے الگ ہو کر کے،</w:t>
      </w:r>
    </w:p>
    <w:p>
      <w:r>
        <w:rPr>
          <w:b/>
        </w:rPr>
        <w:t xml:space="preserve">[1:28:22] </w:t>
      </w:r>
      <w:r>
        <w:t>apni aqal se judge karta hai, aur phir jo sahi hai, us ko leta hai.</w:t>
      </w:r>
    </w:p>
    <w:p>
      <w:pPr>
        <w:jc w:val="right"/>
      </w:pPr>
      <w:r>
        <w:t>اپنی عقل سے judge کرتا ہے، اور پھر جو صحیح ہے، اس کو لیتا ہے۔</w:t>
      </w:r>
    </w:p>
    <w:p>
      <w:r>
        <w:rPr>
          <w:b/>
        </w:rPr>
        <w:t xml:space="preserve">[1:28:28] </w:t>
      </w:r>
      <w:r>
        <w:t>to hum ko yeh bhi yaani jaanna chahiye ke logon ke andar creative paida kiya, creative thinking paida kijiye.</w:t>
      </w:r>
    </w:p>
    <w:p>
      <w:pPr>
        <w:jc w:val="right"/>
      </w:pPr>
      <w:r>
        <w:t>تو ہم کو یہ بھی یعنی جاننا چاہیے کہ لوگوں کے اندر creative پیدا کیا، creative thinking پیدا کیجئے۔</w:t>
      </w:r>
    </w:p>
    <w:p>
      <w:r>
        <w:rPr>
          <w:b/>
        </w:rPr>
        <w:t xml:space="preserve">[1:28:38] </w:t>
      </w:r>
      <w:r>
        <w:t>jab tak creative thinking nahi aayegi, log deen ki aur mazhab ki value ko nahi samjhenge.</w:t>
      </w:r>
    </w:p>
    <w:p>
      <w:pPr>
        <w:jc w:val="right"/>
      </w:pPr>
      <w:r>
        <w:t>جب تک creative thinking نہیں آئے گی، لوگ دین کی اور مذہب کی value کو نہیں سمجھیں گے۔</w:t>
      </w:r>
    </w:p>
    <w:p>
      <w:r>
        <w:rPr>
          <w:b/>
        </w:rPr>
        <w:t xml:space="preserve">[1:28:50] </w:t>
      </w:r>
      <w:r>
        <w:t>maulana, agla sawal raipur se hai, idrees sahib</w:t>
      </w:r>
    </w:p>
    <w:p>
      <w:pPr>
        <w:jc w:val="right"/>
      </w:pPr>
      <w:r>
        <w:t>مولانا، اگلا سوال رائے پور سے ہے، ادریس صاح</w:t>
      </w:r>
    </w:p>
    <w:p>
      <w:r>
        <w:rPr>
          <w:b/>
        </w:rPr>
        <w:t xml:space="preserve">[1:28:54] </w:t>
      </w:r>
      <w:r>
        <w:t>ne poocha hai, unhone likha hai: maut lazzat ko dha dene wali hai. I was aware of this hadith, but today's explanation gave deeper meaning to it, and it worked as an eye-opener.</w:t>
      </w:r>
    </w:p>
    <w:p>
      <w:pPr>
        <w:jc w:val="right"/>
      </w:pPr>
      <w:r>
        <w:t>ب نے پوچھا ہے، انہوں نے لکھا ہے: موت لذت کو ڈھا دینے والی ہے۔ I was aware of this حدیث, but today's explanation gave deeper meaning to it, and it worked as an eye-opener.</w:t>
      </w:r>
    </w:p>
    <w:p>
      <w:r>
        <w:rPr>
          <w:b/>
        </w:rPr>
        <w:t xml:space="preserve">[1:29:09] </w:t>
      </w:r>
      <w:r>
        <w:t>maulana sahib but my question is, when we attend these Sunday classes, we experience many such eye-opening events, and it brings thrill and change in mindset.</w:t>
      </w:r>
    </w:p>
    <w:p>
      <w:pPr>
        <w:jc w:val="right"/>
      </w:pPr>
      <w:r>
        <w:t>مولانا صاحب but my question is, when we attend these Sunday classes, we experience many such eye-opening events, and it brings thrill and change in mindset.</w:t>
      </w:r>
    </w:p>
    <w:p>
      <w:r>
        <w:rPr>
          <w:b/>
        </w:rPr>
        <w:t xml:space="preserve">[1:29:22] </w:t>
      </w:r>
      <w:r>
        <w:t>but after some days, the intensity of the thrill gets diluted, and slowly we tend to drift back to usual mindset.</w:t>
      </w:r>
    </w:p>
    <w:p>
      <w:pPr>
        <w:jc w:val="right"/>
      </w:pPr>
      <w:r>
        <w:t>But after some days, the intensity of the thrill gets diluted, and slowly we tend to drift back to usual mindset.</w:t>
      </w:r>
    </w:p>
    <w:p>
      <w:r>
        <w:rPr>
          <w:b/>
        </w:rPr>
        <w:t xml:space="preserve">[1:29:32] </w:t>
      </w:r>
      <w:r>
        <w:t>it seems permanent change in mindset is a very slow process. why does this happen, and is it possible to stop this drifting backwards?</w:t>
      </w:r>
    </w:p>
    <w:p>
      <w:pPr>
        <w:jc w:val="right"/>
      </w:pPr>
      <w:r>
        <w:t>It seems permanent change in mindset is a very slow process. Why does this happen, and is it possible to stop this drifting backwards?</w:t>
      </w:r>
    </w:p>
    <w:p>
      <w:r>
        <w:rPr>
          <w:b/>
        </w:rPr>
        <w:t xml:space="preserve">[1:29:43] </w:t>
      </w:r>
      <w:r>
        <w:t>kindly comment. dekhen, bohat hi aasan hai, bohat aasan</w:t>
      </w:r>
    </w:p>
    <w:p>
      <w:pPr>
        <w:jc w:val="right"/>
      </w:pPr>
      <w:r>
        <w:t>Kindly comment. دیکھیں، بہت ہی آسان ہے، بہت آسان</w:t>
      </w:r>
    </w:p>
    <w:p>
      <w:r>
        <w:rPr>
          <w:b/>
        </w:rPr>
        <w:t xml:space="preserve">[1:29:49] </w:t>
      </w:r>
      <w:r>
        <w:t>hai. ek maa baap jinke haan bachcha paida ho, woh baar baar us ko dekhte hain, baar baar us se pyar karte hain, baar baar us ko yaani chhoote hain, kiss karte hain.</w:t>
      </w:r>
    </w:p>
    <w:p>
      <w:pPr>
        <w:jc w:val="right"/>
      </w:pPr>
      <w:r>
        <w:t>ہے۔ ایک ماں باپ جن کے ہاں بچہ پیدا ہو، وہ بار بار اس کو دیکھتے ہیں، بار بار اس سے پیار کرتے ہیں، بار بار اس کو یعنی چھوتے ہیں، کس کرتے ہیں۔</w:t>
      </w:r>
    </w:p>
    <w:p>
      <w:r>
        <w:rPr>
          <w:b/>
        </w:rPr>
        <w:t xml:space="preserve">[1:30:03] </w:t>
      </w:r>
      <w:r>
        <w:t>to yeh baar baar jo karte hain, us se woh love jo hai, baqi rehti hai. agar ab maa baap aisa na karen to bachcha alag ho jayega, maa baap alag ho jayenge, phir koi ta'alluq nahi rahega.</w:t>
      </w:r>
    </w:p>
    <w:p>
      <w:pPr>
        <w:jc w:val="right"/>
      </w:pPr>
      <w:r>
        <w:t>تو یہ بار بار جو کرتے ہیں، اس سے وہ love جو ہے، باقی رہتی ہے۔ اگر اب ماں باپ ایسا نہ کریں تو بچہ الگ ہو جائے گا، ماں باپ الگ ہو جائیں گے، پھر کوئی تعلق نہیں رہے گا۔</w:t>
      </w:r>
    </w:p>
    <w:p>
      <w:r>
        <w:rPr>
          <w:b/>
        </w:rPr>
        <w:t xml:space="preserve">[1:30:14] </w:t>
      </w:r>
      <w:r>
        <w:t>to</w:t>
      </w:r>
    </w:p>
    <w:p>
      <w:pPr>
        <w:jc w:val="right"/>
      </w:pPr>
      <w:r>
        <w:t>تو</w:t>
      </w:r>
    </w:p>
    <w:p>
      <w:r>
        <w:rPr>
          <w:b/>
        </w:rPr>
        <w:t xml:space="preserve">[1:30:15] </w:t>
      </w:r>
      <w:r>
        <w:t>aap jo sunte hain Sunday class mein, us ko repeat kijiye, phir suniye, phir suniye. kyunke yeh to aap jaante hain ke us ko aap download kar ke dobara sun sakte hain.</w:t>
      </w:r>
    </w:p>
    <w:p>
      <w:pPr>
        <w:jc w:val="right"/>
      </w:pPr>
      <w:r>
        <w:t>آپ جو سنتے ہیں Sunday class میں، اس کو repeat کیجئے، پھر سنیے، پھر سنیے۔ کیونکہ یہ تو آپ جانتے ہیں کہ اس کو آپ ڈاؤن لوڈ کر کے دوبارہ سن سکتے ہیں۔</w:t>
      </w:r>
    </w:p>
    <w:p>
      <w:r>
        <w:rPr>
          <w:b/>
        </w:rPr>
        <w:t xml:space="preserve">[1:30:26] </w:t>
      </w:r>
      <w:r>
        <w:t>ek hi baar sun kar ke aap koi chhod dete hain us ko. jis tarah aap apne bachche ko baar baar dekh kar khush hote hain, baar baar us ko pyar kar ke khush hote hain, aur is tarah se us mohabbat ko continue rakhte hain.</w:t>
      </w:r>
    </w:p>
    <w:p>
      <w:pPr>
        <w:jc w:val="right"/>
      </w:pPr>
      <w:r>
        <w:t>ایک ہی بار سن کر کے آپ کوئی چھوڑ دیتے ہیں اس کو۔ جس طرح آپ اپنے بچے کو بار بار دیکھ کر خوش ہوتے ہیں، بار بار اس کو پیار کر کے خوش ہوتے ہیں، اور اس طرح سے اس محبت کو continue رکھتے ہیں۔</w:t>
      </w:r>
    </w:p>
    <w:p>
      <w:r>
        <w:rPr>
          <w:b/>
        </w:rPr>
        <w:t xml:space="preserve">[1:30:43] </w:t>
      </w:r>
      <w:r>
        <w:t>isi tarah se aap is ko bhi kijiye, bar bar dekhiye, bar bar suniye, is par charcha kijiye.</w:t>
      </w:r>
    </w:p>
    <w:p>
      <w:pPr>
        <w:jc w:val="right"/>
      </w:pPr>
      <w:r>
        <w:t>اسی طرح سے آپ اس کو بھی کیجئے، بار بار دیکھیے، بار بار سنیے، اس پر چرچا کیجئے۔</w:t>
      </w:r>
    </w:p>
    <w:p>
      <w:r>
        <w:rPr>
          <w:b/>
        </w:rPr>
        <w:t xml:space="preserve">[1:30:50] </w:t>
      </w:r>
      <w:r>
        <w:t>meri rai yahi hai ke jo log bhi Sunday class mein aate hain, agar woh sirf ek bar aaye aur ek bar sun liya to is se un ko bohat kam faida hoga.</w:t>
      </w:r>
    </w:p>
    <w:p>
      <w:pPr>
        <w:jc w:val="right"/>
      </w:pPr>
      <w:r>
        <w:t>میری رائے یہی ہے کہ جو لوگ بھی Sunday class میں آتے ہیں، اگر وہ صرف ایک بار آئے اور ایک بار سن لیا تو اس سے ان کو بہت کم فائدہ ہوگا۔</w:t>
      </w:r>
    </w:p>
    <w:p>
      <w:r>
        <w:rPr>
          <w:b/>
        </w:rPr>
        <w:t xml:space="preserve">[1:31:01] </w:t>
      </w:r>
      <w:r>
        <w:t>jis ko ziyada faida lena hai, zaroori hai ke woh download kar ke dobara sune, dobara sune, dobara sune. tabhi poora faida mil sakta hai is ka.</w:t>
      </w:r>
    </w:p>
    <w:p>
      <w:pPr>
        <w:jc w:val="right"/>
      </w:pPr>
      <w:r>
        <w:t>جس کو زیادہ فائدہ لینا ہے، ضروری ہے کہ وہ ڈاؤن لوڈ کر کے دوبارہ سنے، دوبارہ سنے، دوبارہ سنے۔ تبھی پورا فائدہ مل سکتا ہے اس کا۔</w:t>
      </w:r>
    </w:p>
    <w:p>
      <w:r>
        <w:rPr>
          <w:b/>
        </w:rPr>
        <w:t xml:space="preserve">[1:31:12] </w:t>
      </w:r>
      <w:r>
        <w:t>maulana, agla sawal Delhi se hai, Muhammad Tauseef Qasmi sahib ka. unhon ne likha hai: muslim rehnuma millat ki pasti ki shikayat karte hain, woh kehte hain ke musalman taraqqi ke maidan mein bohat peechay hain.</w:t>
      </w:r>
    </w:p>
    <w:p>
      <w:pPr>
        <w:jc w:val="right"/>
      </w:pPr>
      <w:r>
        <w:t>مولانا، اگلا سوال Delhi سے ہے، محمد توصیف قاسمی صاحب کا۔ انہوں نے لکھا ہے: مسلم رہنما ملت کی پستی کی شکایت کرتے ہیں، وہ کہتے ہیں کہ مسلمان ترقی کے میدان میں بہت پیچھے ہیں۔</w:t>
      </w:r>
    </w:p>
    <w:p>
      <w:r>
        <w:rPr>
          <w:b/>
        </w:rPr>
        <w:t xml:space="preserve">[1:31:28] </w:t>
      </w:r>
      <w:r>
        <w:t>main yeh janna chahta hoon ke taraqqi ka matlab kya hai?</w:t>
      </w:r>
    </w:p>
    <w:p>
      <w:pPr>
        <w:jc w:val="right"/>
      </w:pPr>
      <w:r>
        <w:t>میں یہ جاننا چاہتا ہوں کہ ترقی کا مطلب کیا ہے؟</w:t>
      </w:r>
    </w:p>
    <w:p>
      <w:r>
        <w:rPr>
          <w:b/>
        </w:rPr>
        <w:t xml:space="preserve">[1:31:36] </w:t>
      </w:r>
      <w:r>
        <w:t>woh inhi se poochiye jo aisa kehte hain.</w:t>
      </w:r>
    </w:p>
    <w:p>
      <w:pPr>
        <w:jc w:val="right"/>
      </w:pPr>
      <w:r>
        <w:t>وہ انہی سے پوچھیے جو ایسا کہتے ہیں۔</w:t>
      </w:r>
    </w:p>
    <w:p>
      <w:r>
        <w:rPr>
          <w:b/>
        </w:rPr>
        <w:t xml:space="preserve">[1:31:41] </w:t>
      </w:r>
      <w:r>
        <w:t>yeh to main to kehta nahi aisa.</w:t>
      </w:r>
    </w:p>
    <w:p>
      <w:pPr>
        <w:jc w:val="right"/>
      </w:pPr>
      <w:r>
        <w:t>یہ تو میں تو کہتا نہیں ایسا۔</w:t>
      </w:r>
    </w:p>
    <w:p>
      <w:r>
        <w:rPr>
          <w:b/>
        </w:rPr>
        <w:t xml:space="preserve">[1:31:46] </w:t>
      </w:r>
      <w:r>
        <w:t>main to kehta hoon ke musalman jo hai, soch mein peechay hain. mera jo kehna hai woh yeh hai ke musalman soch mein peechay hain. mera kehna yeh hai ke musalmanon ka case intellectual backwardness ka case hai.</w:t>
      </w:r>
    </w:p>
    <w:p>
      <w:pPr>
        <w:jc w:val="right"/>
      </w:pPr>
      <w:r>
        <w:t>میں تو کہتا ہوں کہ مسلمان جو ہے، سوچ میں پیچھے ہیں۔ میرا جو کہنا ہے وہ یہ ہے کہ مسلمان سوچ میں پیچھے ہیں۔ میرا کہنا یہ ہے کہ مسلمانوں کا case intellectual backwardness کا case ہے۔</w:t>
      </w:r>
    </w:p>
    <w:p>
      <w:r>
        <w:rPr>
          <w:b/>
        </w:rPr>
        <w:t xml:space="preserve">[1:32:02] </w:t>
      </w:r>
      <w:r>
        <w:t>taraqqi ke peechay yeh meri boli nahi hai. musalmanon ka case intellectual backwardness ka case hai.</w:t>
      </w:r>
    </w:p>
    <w:p>
      <w:pPr>
        <w:jc w:val="right"/>
      </w:pPr>
      <w:r>
        <w:t>ترقی کے پیچھے یہ میری بولی نہیں ہے۔ مسلمانوں کا case intellectual backwardness کا case ہے۔</w:t>
      </w:r>
    </w:p>
    <w:p>
      <w:r>
        <w:rPr>
          <w:b/>
        </w:rPr>
        <w:t xml:space="preserve">[1:32:12] </w:t>
      </w:r>
      <w:r>
        <w:t>yani fikri tanazzul. to baqi jo jo log kehte hain, inhi se poochen, woh batayenge ke kya matlab hai.</w:t>
      </w:r>
    </w:p>
    <w:p>
      <w:pPr>
        <w:jc w:val="right"/>
      </w:pPr>
      <w:r>
        <w:t>یعنی فکری تنزل۔ تو باقی جو جو لوگ کہتے ہیں، انہی سے پوچھیں، وہ بتائیں گے کہ کیا مطلب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