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Model February 16, 2014</w:t>
      </w:r>
    </w:p>
    <w:p>
      <w:r>
        <w:t>https://www.youtube.com/watch?v=ypIIqSmExzk</w:t>
      </w:r>
    </w:p>
    <w:p>
      <w:r>
        <w:rPr>
          <w:b/>
        </w:rPr>
        <w:t xml:space="preserve">[00:14] </w:t>
      </w:r>
      <w:r>
        <w:t>bismillah hir rahman nir rahim. wasallallahu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 min lisani, yafqahu qawli.</w:t>
      </w:r>
    </w:p>
    <w:p>
      <w:pPr>
        <w:jc w:val="right"/>
      </w:pPr>
      <w:r>
        <w:t>واحل العقدۃ من لسانی، یفقہ قولی۔</w:t>
      </w:r>
    </w:p>
    <w:p>
      <w:r>
        <w:rPr>
          <w:b/>
        </w:rPr>
        <w:t xml:space="preserve">[00:37] </w:t>
      </w:r>
      <w:r>
        <w:t>aaj february 2014 ki 16 tareekh hai. aaj ke liye jo topic hai woh hai</w:t>
      </w:r>
    </w:p>
    <w:p>
      <w:pPr>
        <w:jc w:val="right"/>
      </w:pPr>
      <w:r>
        <w:t>آج فروری 2014 کی 16 تاریخ ہے۔ آج کے لیے جو ٹاپک ہے وہ ہے</w:t>
      </w:r>
    </w:p>
    <w:p>
      <w:r>
        <w:rPr>
          <w:b/>
        </w:rPr>
        <w:t xml:space="preserve">[00:50] </w:t>
      </w:r>
      <w:r>
        <w:t>"prophetic model" ya "uswa rasool".</w:t>
      </w:r>
    </w:p>
    <w:p>
      <w:pPr>
        <w:jc w:val="right"/>
      </w:pPr>
      <w:r>
        <w:t>"Prophetic Model" یا "اسوہ رسول"۔</w:t>
      </w:r>
    </w:p>
    <w:p>
      <w:r>
        <w:rPr>
          <w:b/>
        </w:rPr>
        <w:t xml:space="preserve">[00:59] </w:t>
      </w:r>
      <w:r>
        <w:t>quran mein</w:t>
      </w:r>
    </w:p>
    <w:p>
      <w:pPr>
        <w:jc w:val="right"/>
      </w:pPr>
      <w:r>
        <w:t>قرآن میں</w:t>
      </w:r>
    </w:p>
    <w:p>
      <w:r>
        <w:rPr>
          <w:b/>
        </w:rPr>
        <w:t xml:space="preserve">[01:04] </w:t>
      </w:r>
      <w:r>
        <w:t>ek bohat hi ahem ayat hai is mazmoon ki. is ke alfaaz yeh hain: laqad kana lakum fi rasoolillahi uswatun hasanah.</w:t>
      </w:r>
    </w:p>
    <w:p>
      <w:pPr>
        <w:jc w:val="right"/>
      </w:pPr>
      <w:r>
        <w:t>ایک بہت ہی اہم آیت ہے اس مضمون کی۔ اس کے الفاظ یہ ہیں: لقد کان لکم فی رسول اللہ اسوۃ حسنہ۔</w:t>
      </w:r>
    </w:p>
    <w:p>
      <w:r>
        <w:rPr>
          <w:b/>
        </w:rPr>
        <w:t xml:space="preserve">[01:22] </w:t>
      </w:r>
      <w:r>
        <w:t>rasool allah mein tumhare liye behtareen uswa, yani best model hai.</w:t>
      </w:r>
    </w:p>
    <w:p>
      <w:pPr>
        <w:jc w:val="right"/>
      </w:pPr>
      <w:r>
        <w:t>رسول اللہ میں تمہارے لیے بہترین اسوہ، یعنی best model ہے۔</w:t>
      </w:r>
    </w:p>
    <w:p>
      <w:r>
        <w:rPr>
          <w:b/>
        </w:rPr>
        <w:t xml:space="preserve">[01:32] </w:t>
      </w:r>
      <w:r>
        <w:t>ek aur ayat hai:</w:t>
      </w:r>
    </w:p>
    <w:p>
      <w:pPr>
        <w:jc w:val="right"/>
      </w:pPr>
      <w:r>
        <w:t>ایک اور آیت ہے:</w:t>
      </w:r>
    </w:p>
    <w:p>
      <w:r>
        <w:rPr>
          <w:b/>
        </w:rPr>
        <w:t xml:space="preserve">[01:39] </w:t>
      </w:r>
      <w:r>
        <w:t>wa ma arsalnaka illa rahmatan lil alameen.</w:t>
      </w:r>
    </w:p>
    <w:p>
      <w:pPr>
        <w:jc w:val="right"/>
      </w:pPr>
      <w:r>
        <w:t>وما أرسلناك إلا رحمة للعالمین۔</w:t>
      </w:r>
    </w:p>
    <w:p>
      <w:r>
        <w:rPr>
          <w:b/>
        </w:rPr>
        <w:t xml:space="preserve">[01:47] </w:t>
      </w:r>
      <w:r>
        <w:t>aur Allah ne bheja hai rasool ko sirf dunya walon ke liye rehmat bana kar.</w:t>
      </w:r>
    </w:p>
    <w:p>
      <w:pPr>
        <w:jc w:val="right"/>
      </w:pPr>
      <w:r>
        <w:t>اور اللہ نے بھیجا ہے رسول کو صرف دنیا والوں کے لیے رحمت بنا کر۔</w:t>
      </w:r>
    </w:p>
    <w:p>
      <w:r>
        <w:rPr>
          <w:b/>
        </w:rPr>
        <w:t xml:space="preserve">[01:55] </w:t>
      </w:r>
      <w:r>
        <w:t>yeh dono aayatain ek doosre ko samajhne ke liye zaroori hain. Ek aayat se doosri aayat samajh mein aati hai.</w:t>
      </w:r>
    </w:p>
    <w:p>
      <w:pPr>
        <w:jc w:val="right"/>
      </w:pPr>
      <w:r>
        <w:t>یہ دونوں آیتیں ایک دوسرے کو سمجھنے کے لیے ضروری ہیں۔ ایک آیت سے دوسری آیت سمجھ میں آتی ہے۔</w:t>
      </w:r>
    </w:p>
    <w:p>
      <w:r>
        <w:rPr>
          <w:b/>
        </w:rPr>
        <w:t xml:space="preserve">[02:07] </w:t>
      </w:r>
      <w:r>
        <w:t>yeh jo farmaya ke saare insanon ke liye Allah ne apne rasool ko rehmat bana kar bheja, to is ka matlab kya hai?</w:t>
      </w:r>
    </w:p>
    <w:p>
      <w:pPr>
        <w:jc w:val="right"/>
      </w:pPr>
      <w:r>
        <w:t>یہ جو فرمایا کہ سارے انسانوں کے لیے اللہ نے اپنے رسول کو رحمت بنا کر بھیجا، تو اس کا مطلب کیا ہے؟</w:t>
      </w:r>
    </w:p>
    <w:p>
      <w:r>
        <w:rPr>
          <w:b/>
        </w:rPr>
        <w:t xml:space="preserve">[02:23] </w:t>
      </w:r>
      <w:r>
        <w:t>is ka matlab koi fazilat nahi hai. Is ka matlab nahi ke fazilat ke taur par.</w:t>
      </w:r>
    </w:p>
    <w:p>
      <w:pPr>
        <w:jc w:val="right"/>
      </w:pPr>
      <w:r>
        <w:t>اس کا مطلب کوئی فضیلت نہیں ہے۔ اس کا مطلب نہیں کہ فضیلت کے طور پر۔</w:t>
      </w:r>
    </w:p>
    <w:p>
      <w:r>
        <w:rPr>
          <w:b/>
        </w:rPr>
        <w:t xml:space="preserve">[02:32] </w:t>
      </w:r>
      <w:r>
        <w:t>balkeh is ka matlab wahi hai jo doosri jagah is ko uswa kaha gaya hai. Yani model ke taur par. Ke yeh paighambar ek behtareen model hai jo tareekh mein preserve ho chuka hai.</w:t>
      </w:r>
    </w:p>
    <w:p>
      <w:pPr>
        <w:jc w:val="right"/>
      </w:pPr>
      <w:r>
        <w:t>بلکہ اس کا مطلب وہی ہے جو دوسری جگہ اس کو اسوہ کہا گیا ہے۔ یعنی model کے طور پر۔ کہ یہ پیغمبر ایک بہترین model ہے جو تاریخ میں preserve ہو چکا ہے۔</w:t>
      </w:r>
    </w:p>
    <w:p>
      <w:r>
        <w:rPr>
          <w:b/>
        </w:rPr>
        <w:t xml:space="preserve">[02:54] </w:t>
      </w:r>
      <w:r>
        <w:t>is model ko jo follow karega, us ko Allah ki blessing milegi. Dunya mein aur aakhirat mein. Yeh matlab hai is ka.</w:t>
      </w:r>
    </w:p>
    <w:p>
      <w:pPr>
        <w:jc w:val="right"/>
      </w:pPr>
      <w:r>
        <w:t>اس model کو جو follow کرے گا، اس کو اللہ کی blessing ملے گی۔ دنیا میں اور آخرت میں۔ یہ مطلب ہے اس کا۔</w:t>
      </w:r>
    </w:p>
    <w:p>
      <w:r>
        <w:rPr>
          <w:b/>
        </w:rPr>
        <w:t xml:space="preserve">[03:06] </w:t>
      </w:r>
      <w:r>
        <w:t>dekhiye bazahir yeh ek saada si baat maloom hoti hai, lekin yeh bohat hi important baat hai. Aap bohat se mazhab dunya mein hain, mukhtalif mazahib ko padhiye, to kahin bhi aap ko yeh baat nahi milegi</w:t>
      </w:r>
    </w:p>
    <w:p>
      <w:pPr>
        <w:jc w:val="right"/>
      </w:pPr>
      <w:r>
        <w:t>دیکھیے بظاہر یہ ایک سادہ سی بات معلوم ہوتی ہے، لیکن یہ بہت ہی important بات ہے۔ آپ بہت سے مذہب دنیا میں ہیں، مختلف مذاہب کو پڑھیے، تو کہیں بھی آپ کو یہ بات نہیں ملے گی</w:t>
      </w:r>
    </w:p>
    <w:p>
      <w:r>
        <w:rPr>
          <w:b/>
        </w:rPr>
        <w:t xml:space="preserve">[03:26] </w:t>
      </w:r>
      <w:r>
        <w:t>ke in ka jo paighambar hai ya in ka jo bara buzurg hai, us ko kaha gaya ho ke yeh tumhare liye model hai.</w:t>
      </w:r>
    </w:p>
    <w:p>
      <w:pPr>
        <w:jc w:val="right"/>
      </w:pPr>
      <w:r>
        <w:t>کہ ان کا جو پیغمبر ہے یا ان کا جو بڑا بزرگ ہے، اس کو کہا گیا ہو کہ یہ تمہارے لیے model ہے۔</w:t>
      </w:r>
    </w:p>
    <w:p>
      <w:r>
        <w:rPr>
          <w:b/>
        </w:rPr>
        <w:t xml:space="preserve">[03:37] </w:t>
      </w:r>
      <w:r>
        <w:t>is ka sabab kya hai? Is ka sabab yeh hai ke qaumon ne apne paighambar ko ya apne bare buzurg ko fazilat ke khane mein daal diya.</w:t>
      </w:r>
    </w:p>
    <w:p>
      <w:pPr>
        <w:jc w:val="right"/>
      </w:pPr>
      <w:r>
        <w:t>اس کا سبب کیا ہے؟ اس کا سبب یہ ہے کہ قوموں نے اپنے پیغمبر کو یا اپنے بڑے بزرگ کو فضیلت کے خانے میں ڈال دیا۔</w:t>
      </w:r>
    </w:p>
    <w:p>
      <w:r>
        <w:rPr>
          <w:b/>
        </w:rPr>
        <w:t xml:space="preserve">[03:51] </w:t>
      </w:r>
      <w:r>
        <w:t>ajeeb ghareeb qism ke fazail un ke liye maan liye. To bas woh ek shakhs ki ahmiyat bana di unhon ne bohat zyada, aur us ke liye apne liye kuch nahi raha.</w:t>
      </w:r>
    </w:p>
    <w:p>
      <w:pPr>
        <w:jc w:val="right"/>
      </w:pPr>
      <w:r>
        <w:t>عجیب غریب قسم کے فضائل ان کے لیے مان لیے۔ تو بس وہ ایک شخص کی اہمیت بنا دی انہوں نے بہت زیادہ، اور اس کے لیے اپنے لیے کچھ نہیں رہا۔</w:t>
      </w:r>
    </w:p>
    <w:p>
      <w:r>
        <w:rPr>
          <w:b/>
        </w:rPr>
        <w:t xml:space="preserve">[04:04] </w:t>
      </w:r>
      <w:r>
        <w:t>yeh sab mazahib mein hua hai. Aur rasool Allah ne bhi yeh apni ummat ko khabardar kiya tha ke la tutrooni kama atratan nisaa min qabl.</w:t>
      </w:r>
    </w:p>
    <w:p>
      <w:pPr>
        <w:jc w:val="right"/>
      </w:pPr>
      <w:r>
        <w:t>یہ سب مذہبوں میں ہوا ہے۔ اور رسول اللہ نے بھی یہ اپنی امت کو خبردار کیا تھا کہ لا تطرونی کما أطرت النساء من قبل۔</w:t>
      </w:r>
    </w:p>
    <w:p>
      <w:r>
        <w:rPr>
          <w:b/>
        </w:rPr>
        <w:t xml:space="preserve">[04:18] </w:t>
      </w:r>
      <w:r>
        <w:t>utrah ma'ni badhana charhana. Ke mujh ko tum badhana charhana mat is tarah se jis tarah se nasara ne badhaya charhaya apne paighambar ko.</w:t>
      </w:r>
    </w:p>
    <w:p>
      <w:pPr>
        <w:jc w:val="right"/>
      </w:pPr>
      <w:r>
        <w:t>اترہا معنی بڑھانا چڑھانا۔ کہ مجھ کو تم بڑھانا چڑھانا مت اس طرح سے جس طرح سے نصاریٰ نے بڑھایا چڑھایا اپنے پیغمبر کو۔</w:t>
      </w:r>
    </w:p>
    <w:p>
      <w:r>
        <w:rPr>
          <w:b/>
        </w:rPr>
        <w:t xml:space="preserve">[04:33] </w:t>
      </w:r>
      <w:r>
        <w:t>to text mein to aisa nahi hai. Text mein to musalmanon ka ikhtiyar nahi tha ke woh badlen. Lekin amalan unhon ne apne paighambar ko wahi darja de diya jo pichhle daur mein hua tha.</w:t>
      </w:r>
    </w:p>
    <w:p>
      <w:pPr>
        <w:jc w:val="right"/>
      </w:pPr>
      <w:r>
        <w:t>تو text میں تو ایسا نہیں ہے۔ text میں تو مسلمانوں کا اختیار نہیں تھا کہ وہ بدلیں۔ لیکن عملاً انہوں نے اپنے پیغمبر کو وہی درجہ دے دیا جو پچھلے دور میں ہوا تھا۔</w:t>
      </w:r>
    </w:p>
    <w:p>
      <w:r>
        <w:rPr>
          <w:b/>
        </w:rPr>
        <w:t xml:space="preserve">[04:45] </w:t>
      </w:r>
      <w:r>
        <w:t>yani bilkul Khuda ka darja. Ibadat Khuda buzurg to yeh qissa mukhtasar. Nateeja kya hua ke woh model nahi raha.</w:t>
      </w:r>
    </w:p>
    <w:p>
      <w:pPr>
        <w:jc w:val="right"/>
      </w:pPr>
      <w:r>
        <w:t>یعنی بالکل خدا کا درجہ۔ عبادت خدا بزرگ تو یہ قصہ مختصر۔ نتیجہ کیا ہوا کہ وہ model نہیں رہا۔</w:t>
      </w:r>
    </w:p>
    <w:p>
      <w:r>
        <w:rPr>
          <w:b/>
        </w:rPr>
        <w:t xml:space="preserve">[04:56] </w:t>
      </w:r>
      <w:r>
        <w:t>ab paighambar hamare liye sirf yeh reh gaya ke hum bare bare laqab bolen is ke liye. Shahanshah e konain, Sarwar e kainat, Fakhr e do alam, is tarah ke alfaaz bolen.</w:t>
      </w:r>
    </w:p>
    <w:p>
      <w:pPr>
        <w:jc w:val="right"/>
      </w:pPr>
      <w:r>
        <w:t>اب پیغمبر ہمارے لیے صرف یہ رہ گیا کہ ہم بڑے بڑے القاب بولیں اس کے لیے۔ شہنشاہ کونین، سرور کائنات، فخر دو عالم، اس طرح کے الفاظ بولیں۔</w:t>
      </w:r>
    </w:p>
    <w:p>
      <w:r>
        <w:rPr>
          <w:b/>
        </w:rPr>
        <w:t xml:space="preserve">[05:07] </w:t>
      </w:r>
      <w:r>
        <w:t>baqi yeh hai ke woh hamare liye namoona ho, rehmat ho, model ho, is hesiyat se paighambar ka darja nahi raha. Is liye aap dekhte hain ke musalmanon ko koi yeh yani kisi muamle mein pattern nahi maloom ke kya karen woh.</w:t>
      </w:r>
    </w:p>
    <w:p>
      <w:pPr>
        <w:jc w:val="right"/>
      </w:pPr>
      <w:r>
        <w:t>باقی یہ ہے کہ وہ ہمارے لیے نمونہ ہو، رحمت ہو، model ہو۔ اس حیثیت سے پیغمبر کا درجہ نہیں رہا۔ اس لیے آپ دیکھتے ہیں کہ مسلمانوں کو کوئی یہ یعنی کسی معاملے میں pattern نہیں معلوم کہ کیا کریں وہ۔</w:t>
      </w:r>
    </w:p>
    <w:p>
      <w:r>
        <w:rPr>
          <w:b/>
        </w:rPr>
        <w:t xml:space="preserve">[05:26] </w:t>
      </w:r>
      <w:r>
        <w:t>kyun ke pattern to rasool se lene ka tha. Aur rasool ko unhon ne afzaliyat ke khane mein daal diya. Ab pattern kahan se lete hain?</w:t>
      </w:r>
    </w:p>
    <w:p>
      <w:pPr>
        <w:jc w:val="right"/>
      </w:pPr>
      <w:r>
        <w:t>کیونکہ pattern تو رسول سے لینے کا تھا۔ اور رسول کو انہوں نے افضلیت کے خانے میں ڈال دیا۔ اب pattern کہاں سے لیتے ہیں؟</w:t>
      </w:r>
    </w:p>
    <w:p>
      <w:r>
        <w:rPr>
          <w:b/>
        </w:rPr>
        <w:t xml:space="preserve">[05:34] </w:t>
      </w:r>
      <w:r>
        <w:t>apna apni view, apni soch se pattern lete hain woh. Yeh bohat hi anokhi baat hui hai. To yeh bohat hi ajeeb baat hai ke sirf Quran hi ek aisi kitab hai jis mein yeh bataya gaya hai ke paighambar ek bashar hai.</w:t>
      </w:r>
    </w:p>
    <w:p>
      <w:pPr>
        <w:jc w:val="right"/>
      </w:pPr>
      <w:r>
        <w:t>اپنا اپنی view، اپنی سوچ سے pattern لیتے ہیں وہ۔ یہ بہت ہی انوکھی بات ہوئی ہے۔ تو یہ بہت ہی عجیب بات ہے کہ صرف قرآن ہی ایک ایسی کتاب ہے جس میں یہ بتایا گیا ہے کہ پیغمبر ایک بشر ہے۔</w:t>
      </w:r>
    </w:p>
    <w:p>
      <w:r>
        <w:rPr>
          <w:b/>
        </w:rPr>
        <w:t xml:space="preserve">[05:53] </w:t>
      </w:r>
      <w:r>
        <w:t>innama ana basharun mithlukum. Main tumhare jaisa ek bashar hoon. Tumhare jaisa ek insan hoon. Dekhiye jab paighambar aap aap hi jaisa ek insan ho, tabhi to model banega.</w:t>
      </w:r>
    </w:p>
    <w:p>
      <w:pPr>
        <w:jc w:val="right"/>
      </w:pPr>
      <w:r>
        <w:t>إننا إلا بشر مثلكم۔ میں تمہارے جیسا ایک بشر ہوں۔ تمہارے جیسا ایک انسان ہوں۔ دیکھیے جب پیغمبر آپ آپ ہی جیسا ایک انسان ہو، تبھی تو model بنے گا۔</w:t>
      </w:r>
    </w:p>
    <w:p>
      <w:r>
        <w:rPr>
          <w:b/>
        </w:rPr>
        <w:t xml:space="preserve">[06:09] </w:t>
      </w:r>
      <w:r>
        <w:t>agar aap to hon zara, paighambar hamare liye pahaad ho, to aap ke liye woh model ban nahi sakta hai woh.</w:t>
      </w:r>
    </w:p>
    <w:p>
      <w:pPr>
        <w:jc w:val="right"/>
      </w:pPr>
      <w:r>
        <w:t>اگر آپ تو ہوں ذرہ، پیغمبر ہمارے لیے پہاڑ ہو، تو آپ کے لیے وہ model بن نہیں سکتا ہے وہ۔</w:t>
      </w:r>
    </w:p>
    <w:p>
      <w:r>
        <w:rPr>
          <w:b/>
        </w:rPr>
        <w:t xml:space="preserve">[06:17] </w:t>
      </w:r>
      <w:r>
        <w:t>phir to tareefen kijiye, qaseeda padhiye. Bas yahi hoga. Yeh musalmanon mein ho raha hai. Ke qaseeda khwani, madah khwani,</w:t>
      </w:r>
    </w:p>
    <w:p>
      <w:pPr>
        <w:jc w:val="right"/>
      </w:pPr>
      <w:r>
        <w:t>پھر تو تعریفیں کیجیے، قصیدہ پڑھیے۔ بس یہی ہوگا۔ یہ مسلمانوں میں ہو رہا ہے۔ کہ قصیدہ خوانی، مدح خوانی،</w:t>
      </w:r>
    </w:p>
    <w:p>
      <w:r>
        <w:rPr>
          <w:b/>
        </w:rPr>
        <w:t xml:space="preserve">[06:30] </w:t>
      </w:r>
      <w:r>
        <w:t>yahi sab hai musalmanon mein. Ba taur model paighambar ka nahi baqi raha.</w:t>
      </w:r>
    </w:p>
    <w:p>
      <w:pPr>
        <w:jc w:val="right"/>
      </w:pPr>
      <w:r>
        <w:t>یہی سب ہے مسلمانوں میں۔ بطور model پیغمبر کا نہیں باقی رہا۔</w:t>
      </w:r>
    </w:p>
    <w:p>
      <w:r>
        <w:rPr>
          <w:b/>
        </w:rPr>
        <w:t xml:space="preserve">[06:38] </w:t>
      </w:r>
      <w:r>
        <w:t>to is baat ko samajhne ki zaroorat hai ke</w:t>
      </w:r>
    </w:p>
    <w:p>
      <w:pPr>
        <w:jc w:val="right"/>
      </w:pPr>
      <w:r>
        <w:t>تو اس بات کو سمجھنے کی ضرورت ہے کہ</w:t>
      </w:r>
    </w:p>
    <w:p>
      <w:r>
        <w:rPr>
          <w:b/>
        </w:rPr>
        <w:t xml:space="preserve">[06:43] </w:t>
      </w:r>
      <w:r>
        <w:t>model ka matlab kya hai. Dekhiye</w:t>
      </w:r>
    </w:p>
    <w:p>
      <w:pPr>
        <w:jc w:val="right"/>
      </w:pPr>
      <w:r>
        <w:t>model کا مطلب کیا ہے۔ دیکھیے</w:t>
      </w:r>
    </w:p>
    <w:p>
      <w:r>
        <w:rPr>
          <w:b/>
        </w:rPr>
        <w:t xml:space="preserve">[06:50] </w:t>
      </w:r>
      <w:r>
        <w:t>rasool Allah sal Allah aleh wasallam jo thay, woh hamare aap ki tarah insan thay. agar insan na hotay to model nahi ho saktay thay woh. yeh quran mein saaf saaf likha hua hai ke ke mein tumhari tarah aik bashar hoon.</w:t>
      </w:r>
    </w:p>
    <w:p>
      <w:pPr>
        <w:jc w:val="right"/>
      </w:pPr>
      <w:r>
        <w:t>رسول اللہ صلی اللہ علیہ وسلم جو تھے، وہ ہمارے آپ کی طرح انسان تھے۔ اگر انسان نہ ہوتے تو model نہیں ہو سکتے تھے وہ۔ یہ قرآن میں صاف صاف لکھا ہوا ہے کہ کہ میں تمہاری طرح ایک بشر ہوں۔</w:t>
      </w:r>
    </w:p>
    <w:p>
      <w:r>
        <w:rPr>
          <w:b/>
        </w:rPr>
        <w:t xml:space="preserve">[07:05] </w:t>
      </w:r>
      <w:r>
        <w:t>agar bashar na ho hamari tarah se to model kaisay banay ga? agar woh farishtay hon, agar koi afzal makhlooq hon, agar koi aasmani makhlooq hon, to hum ka hamare liye model kaisay banain gay woh?</w:t>
      </w:r>
    </w:p>
    <w:p>
      <w:pPr>
        <w:jc w:val="right"/>
      </w:pPr>
      <w:r>
        <w:t>اگر بشر نہ ہو ہماری طرح سے تو model کیسے بنے گا؟ اگر وہ فرشتہ ہوں، اگر کوئی افضل مخلوق ہوں، اگر کوئی آسمانی مخلوق ہوں، تو ہم کا ہمارے لیے model کیسے بنیں گے وہ؟</w:t>
      </w:r>
    </w:p>
    <w:p>
      <w:r>
        <w:rPr>
          <w:b/>
        </w:rPr>
        <w:t xml:space="preserve">[07:19] </w:t>
      </w:r>
      <w:r>
        <w:t>to peghambar naam hai aik aisay insan ka jo bashar ki satah par dunya mein raha. aur Allah ne is ko yeh sirf yeh kiya ke is ke oopar wahi bheji.</w:t>
      </w:r>
    </w:p>
    <w:p>
      <w:pPr>
        <w:jc w:val="right"/>
      </w:pPr>
      <w:r>
        <w:t>تو پیغمبر نام ہے ایک ایسے انسان کا جو بشر کی سطح پر دنیا میں رہا۔ اور اللہ نے اس کو یہ صرف یہ کیا کہ اس کے اوپر وحی بھیجی۔</w:t>
      </w:r>
    </w:p>
    <w:p>
      <w:r>
        <w:rPr>
          <w:b/>
        </w:rPr>
        <w:t xml:space="preserve">[07:36] </w:t>
      </w:r>
      <w:r>
        <w:t>taake woh wahi ki roshni mein apni zindagi ko durust karay aur dunya walon ko bataye. bas yeh hai.</w:t>
      </w:r>
    </w:p>
    <w:p>
      <w:pPr>
        <w:jc w:val="right"/>
      </w:pPr>
      <w:r>
        <w:t>تاکہ وہ وحی کی روشنی میں اپنی زندگی کو درست کرے اور دنیا والوں کو بتائے۔ بس یہ ہے۔</w:t>
      </w:r>
    </w:p>
    <w:p>
      <w:r>
        <w:rPr>
          <w:b/>
        </w:rPr>
        <w:t xml:space="preserve">[07:47] </w:t>
      </w:r>
      <w:r>
        <w:t>to yeh bohat ziyada zaroori hai ke hum is hesiyat se peghambar ki zindagi ka mutalia karain. ke kiya namoona milta hai hum ko peghambar ka.</w:t>
      </w:r>
    </w:p>
    <w:p>
      <w:pPr>
        <w:jc w:val="right"/>
      </w:pPr>
      <w:r>
        <w:t>تو یہ بہت زیادہ ضروری ہے کہ ہم اس حیثیت سے پیغمبر کی زندگی کا مطالعہ کریں۔ کہ کیا نمونہ ملتا ہے ہم کو پیغمبر کا۔</w:t>
      </w:r>
    </w:p>
    <w:p>
      <w:r>
        <w:rPr>
          <w:b/>
        </w:rPr>
        <w:t xml:space="preserve">[08:02] </w:t>
      </w:r>
      <w:r>
        <w:t>yahan mein aap ko yaad dilana chahta hoon ke jo yeh ayat hai wa ma arsalnaka illa rahmatan lil alameen to aap is ko quran ki is surah mein parhiye jahan yeh ayat aayi hai.</w:t>
      </w:r>
    </w:p>
    <w:p>
      <w:pPr>
        <w:jc w:val="right"/>
      </w:pPr>
      <w:r>
        <w:t>یہاں میں آپ کو یاد دلانا چاہتا ہوں کہ جو یہ آیت ہے وما أرسلناك إلا رحمة للعالمين تو آپ اس کو قرآن کی اس سورہ میں پڑھیے جہاں یہ آیت آئی ہے۔</w:t>
      </w:r>
    </w:p>
    <w:p>
      <w:r>
        <w:rPr>
          <w:b/>
        </w:rPr>
        <w:t xml:space="preserve">[08:18] </w:t>
      </w:r>
      <w:r>
        <w:t>is surah mein parhiye is ko. to poora hissa yeh hai ke wa laqad katabna fi az-zaboor min ba'd adh-dhikr an al-arda yarisuha ba'da as-salihun inna fiha laula ghalla qawmin abidin wa ma arsalnaka illa rahmatan lil alameen</w:t>
      </w:r>
    </w:p>
    <w:p>
      <w:pPr>
        <w:jc w:val="right"/>
      </w:pPr>
      <w:r>
        <w:t>اس سورہ میں پڑھیے اس کو۔ تو پورا حصہ یہ ہے کہ ولقد كتبنا فی الزبور من بعد الذکر أن الأرض يرثوها بعدها الصالحون إن فيها لولا غل قوم عابدين وما أرسلناك إلا رحمة للعالمين</w:t>
      </w:r>
    </w:p>
    <w:p>
      <w:r>
        <w:rPr>
          <w:b/>
        </w:rPr>
        <w:t xml:space="preserve">[08:41] </w:t>
      </w:r>
      <w:r>
        <w:t>yani zabor mein Allah taala ne yeh baat likh di ke jannat ke haqdar hon gay sirf saleh banday.</w:t>
      </w:r>
    </w:p>
    <w:p>
      <w:pPr>
        <w:jc w:val="right"/>
      </w:pPr>
      <w:r>
        <w:t>یعنی زبور میں اللہ تعالیٰ نے یہ بات لکھ دی کہ جنت کے حقدار ہوں گے صرف صالح بندے۔</w:t>
      </w:r>
    </w:p>
    <w:p>
      <w:r>
        <w:rPr>
          <w:b/>
        </w:rPr>
        <w:t xml:space="preserve">[08:57] </w:t>
      </w:r>
      <w:r>
        <w:t>Allah ki nazar mein jo naik banday qarar pain gay unhi ko jannat mein jagah milay gi.</w:t>
      </w:r>
    </w:p>
    <w:p>
      <w:pPr>
        <w:jc w:val="right"/>
      </w:pPr>
      <w:r>
        <w:t>اللہ کی نظر میں جو نیک بندے قرار پائیں گے انہی کو جنت میں جگہ ملے گی۔</w:t>
      </w:r>
    </w:p>
    <w:p>
      <w:r>
        <w:rPr>
          <w:b/>
        </w:rPr>
        <w:t xml:space="preserve">[09:08] </w:t>
      </w:r>
      <w:r>
        <w:t>inna fiha laula ghalla qawmin abidin yani jo log Allah ke banday banna chahtay hon un ke liye is mein bohat sabak hai.</w:t>
      </w:r>
    </w:p>
    <w:p>
      <w:pPr>
        <w:jc w:val="right"/>
      </w:pPr>
      <w:r>
        <w:t>إن فيها لولا غل قوم عابدين یعنی جو لوگ اللہ کے بندے بننا چاہتے ہوں ان کے لیے اس میں بہت سبق ہے۔</w:t>
      </w:r>
    </w:p>
    <w:p>
      <w:r>
        <w:rPr>
          <w:b/>
        </w:rPr>
        <w:t xml:space="preserve">[09:19] </w:t>
      </w:r>
      <w:r>
        <w:t>is se woh sabak lay saktay hain. is ke baad yeh ayat aati hai wa ma arsalnaka illa rahmatan lil alameen is ke foran baad. is se andaza hota hai ke yahan rahmatan lil alameen banay, rahmatan lil alameen ka jo lafz hai woh isi mani mein hai ke aap ke zariye se insan ko woh tareeqa maloom hua jis jis se woh apnay ko saleh banaye.</w:t>
      </w:r>
    </w:p>
    <w:p>
      <w:pPr>
        <w:jc w:val="right"/>
      </w:pPr>
      <w:r>
        <w:t>اس سے وہ سبق لے سکتے ہیں۔ اس کے بعد یہ آیت آتی ہے وما أرسلناك إلا رحمة للعالمين اس کے فوراً بعد۔ اس سے اندازہ ہوتا ہے کہ یہاں رحمة للعالمین بنے، رحمة للعالمین کا جو لفظ ہے وہ اسی معنی میں ہے کہ آپ کے ذریعے سے انسان کو وہ طریقہ معلوم ہوا جس جس سے وہ اپنے کو صالح بنائے۔</w:t>
      </w:r>
    </w:p>
    <w:p>
      <w:r>
        <w:rPr>
          <w:b/>
        </w:rPr>
        <w:t xml:space="preserve">[09:44] </w:t>
      </w:r>
      <w:r>
        <w:t>apnay ko jannat ka mustahiq banaye. yeh matlab hai is ka. in ki fazilat ke baray mein nahi hai. aap is ke sath sath jo ayatein hain is context mein mila kar dekhiye to yahan par rahmatan lil alameen ka lafz jo hai woh rehmat ke mani mein nahi hai.</w:t>
      </w:r>
    </w:p>
    <w:p>
      <w:pPr>
        <w:jc w:val="right"/>
      </w:pPr>
      <w:r>
        <w:t>اپنے کو جنت کا مستحق بنائے۔ یہ مطلب ہے اس کا۔ ان کی فضیلت کے بارے میں نہیں ہے۔ آپ اس کے ساتھ ساتھ جو آیتیں ہیں اس context میں ملا کر دیکھیے تو یہاں پر رحمة للعالمین کا لفظ جو ہے وہ رحمت کے معنی میں نہیں ہے۔</w:t>
      </w:r>
    </w:p>
    <w:p>
      <w:r>
        <w:rPr>
          <w:b/>
        </w:rPr>
        <w:t xml:space="preserve">[10:03] </w:t>
      </w:r>
      <w:r>
        <w:t>woh is mani mein hai ke Allah ne aik usool muqarrar kiya hai. is usool par jo chalay ga is ke liye jannat hai.</w:t>
      </w:r>
    </w:p>
    <w:p>
      <w:pPr>
        <w:jc w:val="right"/>
      </w:pPr>
      <w:r>
        <w:t>وہ اس معنی میں ہے کہ اللہ نے ایک اصول مقرر کیا ہے۔ اس اصول پر جو چلے گا اس کے لیے جنت ہے۔</w:t>
      </w:r>
    </w:p>
    <w:p>
      <w:r>
        <w:rPr>
          <w:b/>
        </w:rPr>
        <w:t xml:space="preserve">[10:13] </w:t>
      </w:r>
      <w:r>
        <w:t>to is usool ka jo literal statement hai woh to quran mein hai. jo Allah ka ki guidance hai usooli aitbar se is ka literal statement quran mein aap payen gay.</w:t>
      </w:r>
    </w:p>
    <w:p>
      <w:pPr>
        <w:jc w:val="right"/>
      </w:pPr>
      <w:r>
        <w:t>تو اس اصول کا جو literal statement ہے وہ تو قرآن میں ہے۔ جو اللہ کا کی guidance ہے اصولی اعتبار سے اس کا literal statement قرآن میں آپ پائیں گے۔</w:t>
      </w:r>
    </w:p>
    <w:p>
      <w:r>
        <w:rPr>
          <w:b/>
        </w:rPr>
        <w:t xml:space="preserve">[10:32] </w:t>
      </w:r>
      <w:r>
        <w:t>aur is ka jo practical model hai woh janna ho to rasool ki zindagi ko dekhiye.</w:t>
      </w:r>
    </w:p>
    <w:p>
      <w:pPr>
        <w:jc w:val="right"/>
      </w:pPr>
      <w:r>
        <w:t>اور اس کا جو practical model ہے وہ جاننا ہو تو رسول کی زندگی کو دیکھیے۔</w:t>
      </w:r>
    </w:p>
    <w:p>
      <w:r>
        <w:rPr>
          <w:b/>
        </w:rPr>
        <w:t xml:space="preserve">[10:42] </w:t>
      </w:r>
      <w:r>
        <w:t>yeh hai rahmatan lil alameen ka matlab. yani rahmatan lil alameen is mani mein ke agar aap ne rasool Allah ke model ko pakra to aap Allah ki blessing ke mustahiq ho jayen gay.</w:t>
      </w:r>
    </w:p>
    <w:p>
      <w:pPr>
        <w:jc w:val="right"/>
      </w:pPr>
      <w:r>
        <w:t>یہ ہے رحمة للعالمین کا مطلب۔ یعنی رحمة للعالمین اس معنی میں کہ اگر آپ نے رسول اللہ کے model کو پکڑا تو آپ اللہ کی blessing کے مستحق ہو جائیں گے۔</w:t>
      </w:r>
    </w:p>
    <w:p>
      <w:r>
        <w:rPr>
          <w:b/>
        </w:rPr>
        <w:t xml:space="preserve">[10:58] </w:t>
      </w:r>
      <w:r>
        <w:t>goya ke yahan fazilat ke mani mein nahi hai balkay is mani mein hai ke agar aap quran se hidayat lain aur rasool Allah se model lain, namoona lain to aap Allah ki rehmat ke, Allah ki blessing ke mustahiq ban jatay hain.</w:t>
      </w:r>
    </w:p>
    <w:p>
      <w:pPr>
        <w:jc w:val="right"/>
      </w:pPr>
      <w:r>
        <w:t>گویا کہ یہاں فضیلت کے معنی میں نہیں ہے بلکہ اس معنی میں ہے کہ اگر آپ قرآن سے ہدایت لیں اور رسول اللہ سے model لیں، نمونہ لیں تو آپ اللہ کی رحمت کے، اللہ کی blessing کے مستحق بن جاتے ہیں۔</w:t>
      </w:r>
    </w:p>
    <w:p>
      <w:r>
        <w:rPr>
          <w:b/>
        </w:rPr>
        <w:t xml:space="preserve">[11:15] </w:t>
      </w:r>
      <w:r>
        <w:t>aur phir jannat mein aap ko dakhla milta hai.</w:t>
      </w:r>
    </w:p>
    <w:p>
      <w:pPr>
        <w:jc w:val="right"/>
      </w:pPr>
      <w:r>
        <w:t>اور پھر جنت میں آپ کو داخلہ ملتا ہے۔</w:t>
      </w:r>
    </w:p>
    <w:p>
      <w:r>
        <w:rPr>
          <w:b/>
        </w:rPr>
        <w:t xml:space="preserve">[11:22] </w:t>
      </w:r>
      <w:r>
        <w:t>is par mein ne ghore kiya to meri samajh mein aaya ke aam tor par jo rasool Allah ke jis ko uswa kehtay hain woh choti choti cheezon ko uswa samajhtay hain.</w:t>
      </w:r>
    </w:p>
    <w:p>
      <w:pPr>
        <w:jc w:val="right"/>
      </w:pPr>
      <w:r>
        <w:t>اس پر میں نے غور کیا تو میری سمجھ میں آیا کہ عام طور پر جو رسول اللہ کے جس کو اسوہ کہتے ہیں وہ چھوٹی چھوٹی چیزوں کو اسوہ سمجھتے ہیں۔</w:t>
      </w:r>
    </w:p>
    <w:p>
      <w:r>
        <w:rPr>
          <w:b/>
        </w:rPr>
        <w:t xml:space="preserve">[11:34] </w:t>
      </w:r>
      <w:r>
        <w:t>ke baal kaisay ho, kapra kaisay ho, miswak kaisay ki jaye. is qism ki batain. mein samajhta hoon ke rasool Allah ki zindagi mein do baray namoonay hain.</w:t>
      </w:r>
    </w:p>
    <w:p>
      <w:pPr>
        <w:jc w:val="right"/>
      </w:pPr>
      <w:r>
        <w:t>کہ بال کیسے ہو، کپڑا کیسے ہو، مسواک کیسے کی جائے۔ اس قسم کی باتیں۔ میں سمجھتا ہوں کہ رسول اللہ کی زندگی میں دو بڑے نمونے ہیں۔</w:t>
      </w:r>
    </w:p>
    <w:p>
      <w:r>
        <w:rPr>
          <w:b/>
        </w:rPr>
        <w:t xml:space="preserve">[11:49] </w:t>
      </w:r>
      <w:r>
        <w:t>yani jo namoonay hain un ko agar hum summarize karain to do baray namoonay miltay hain. aik marifat ka namoona aur aik dawat ka namoona.</w:t>
      </w:r>
    </w:p>
    <w:p>
      <w:pPr>
        <w:jc w:val="right"/>
      </w:pPr>
      <w:r>
        <w:t>یعنی جو نمونے ہیں ان کو اگر ہم summarize کریں تو دو بڑے نمونے ملتے ہیں۔ ایک معرفت کا نمونہ اور ایک دعوت کا نمونہ۔</w:t>
      </w:r>
    </w:p>
    <w:p>
      <w:r>
        <w:rPr>
          <w:b/>
        </w:rPr>
        <w:t xml:space="preserve">[12:02] </w:t>
      </w:r>
      <w:r>
        <w:t>marifat ka namoona aur dawat ka namoona. to pehla namoonay ka matlab yeh hai ke rasool Allah ke haan hum paatay hain ke marifat kaisay hasil ki jaye.</w:t>
      </w:r>
    </w:p>
    <w:p>
      <w:pPr>
        <w:jc w:val="right"/>
      </w:pPr>
      <w:r>
        <w:t>معرفت کا نمونہ اور دعوت کا نمونہ۔ تو پہلا نمونے کا مطلب یہ ہے کہ رسول اللہ کے ہاں ہم پاتے ہیں کہ معرفت کیسے حاصل کی جائے۔</w:t>
      </w:r>
    </w:p>
    <w:p>
      <w:r>
        <w:rPr>
          <w:b/>
        </w:rPr>
        <w:t xml:space="preserve">[12:15] </w:t>
      </w:r>
      <w:r>
        <w:t>yani sahib marifat kaisay banain aap. to is ko mein aik lafz mein kahoon ga ke rasool Allah ki zindagi se maloom hota hai ke marifat Allah taala ki sari takhleeq mein mojood hai.</w:t>
      </w:r>
    </w:p>
    <w:p>
      <w:pPr>
        <w:jc w:val="right"/>
      </w:pPr>
      <w:r>
        <w:t>یعنی صاحب معرفت کیسے بنیں آپ۔ تو اس کو میں ایک لفظ میں کہوں گا کہ رسول اللہ کی زندگی سے معلوم ہوتا ہے کہ معرفت اللہ تعالیٰ کی ساری تخلیق میں موجود ہے۔</w:t>
      </w:r>
    </w:p>
    <w:p>
      <w:r>
        <w:rPr>
          <w:b/>
        </w:rPr>
        <w:t xml:space="preserve">[12:31] </w:t>
      </w:r>
      <w:r>
        <w:t>to peghambar ne hamein dikhaya ke aap ko kiya karna hai. You have to extract marifat content from all experiences, from all your, from all of your experience yani jo bhi dunya mein aap ko experience ho, jo bhi dunya mein aap ko tajurba ho us se aap marifat ke content ko extract karain.</w:t>
      </w:r>
    </w:p>
    <w:p>
      <w:pPr>
        <w:jc w:val="right"/>
      </w:pPr>
      <w:r>
        <w:t>تو پیغمبر نے ہمیں دکھایا کہ آپ کو کیا کرنا ہے۔ You have to extract معرفت content from all experiences, from all your, from all of your experience یعنی جو بھی دنیا میں آپ کو experience ہو، جو بھی دنیا میں آپ کو تجربہ ہو اس سے آپ معرفت کے content کو extract کریں۔</w:t>
      </w:r>
    </w:p>
    <w:p>
      <w:r>
        <w:rPr>
          <w:b/>
        </w:rPr>
        <w:t xml:space="preserve">[12:58] </w:t>
      </w:r>
      <w:r>
        <w:t>to extract marifat content from all your experiences. marifat content ka matlab kiya hai?</w:t>
      </w:r>
    </w:p>
    <w:p>
      <w:pPr>
        <w:jc w:val="right"/>
      </w:pPr>
      <w:r>
        <w:t>To extract معرفت content from all your experiences۔ معرفت content کا مطلب کیا ہے؟</w:t>
      </w:r>
    </w:p>
    <w:p>
      <w:r>
        <w:rPr>
          <w:b/>
        </w:rPr>
        <w:t xml:space="preserve">[13:10] </w:t>
      </w:r>
      <w:r>
        <w:t>is ko quran mein aik misaal di gayi hai shehad ki makkhi. surah nahl mein ke shehad ki makkhi apne chhatay se nikalti hai.</w:t>
      </w:r>
    </w:p>
    <w:p>
      <w:pPr>
        <w:jc w:val="right"/>
      </w:pPr>
      <w:r>
        <w:t>اس کو قرآن میں ایک مثال دی گئی ہے شہد کی مکھی۔ سورہ النحل میں کہ شہد کی مکھی اپنے چھتے سے نکلتی ہے۔</w:t>
      </w:r>
    </w:p>
    <w:p>
      <w:r>
        <w:rPr>
          <w:b/>
        </w:rPr>
        <w:t xml:space="preserve">[13:22] </w:t>
      </w:r>
      <w:r>
        <w:t>bohat lamba lamba safar karti hai. rastay mein jangla hai, pahaar hai, darya hai, kya kya samaan hai lekin woh theek ur kar kahan pohnchti hai?</w:t>
      </w:r>
    </w:p>
    <w:p>
      <w:pPr>
        <w:jc w:val="right"/>
      </w:pPr>
      <w:r>
        <w:t>بہت لمبا لمبا سفر کرتی ہے۔ راستے میں جنگل ہے، پہاڑ ہے، دریا ہے، کیا کیا سامان ہے لیکن وہ ٹھیک اڑ کر کہاں پہنچتی ہے؟</w:t>
      </w:r>
    </w:p>
    <w:p>
      <w:r>
        <w:rPr>
          <w:b/>
        </w:rPr>
        <w:t xml:space="preserve">[13:33] </w:t>
      </w:r>
      <w:r>
        <w:t>is phool par jahan nectar hai. wahan bhi dekhiye phool hai, pankhriyan hain, branches hain, lakri hai, is ka tana hai, kisi se is ko koi matlab nahi hai.</w:t>
      </w:r>
    </w:p>
    <w:p>
      <w:pPr>
        <w:jc w:val="right"/>
      </w:pPr>
      <w:r>
        <w:t>اس پھول پر جہاں نیکٹر ہے۔ وہاں بھی دیکھیے پھول ہے، پنکھڑیاں ہیں، branches ہیں، لکڑی ہے، اس کا تنا ہے، کسی سے اس کو کوئی مطلب نہیں ہے۔</w:t>
      </w:r>
    </w:p>
    <w:p>
      <w:r>
        <w:rPr>
          <w:b/>
        </w:rPr>
        <w:t xml:space="preserve">[13:46] </w:t>
      </w:r>
      <w:r>
        <w:t>is is phool mein jo nectar ka jo content hai us ko le leti hai woh aur chali aati hai.</w:t>
      </w:r>
    </w:p>
    <w:p>
      <w:pPr>
        <w:jc w:val="right"/>
      </w:pPr>
      <w:r>
        <w:t>اس اس پھول میں جو نیکٹر کا جو content ہے اس کو لے لیتی ہے وہ اور چلی آتی ہے۔</w:t>
      </w:r>
    </w:p>
    <w:p>
      <w:r>
        <w:rPr>
          <w:b/>
        </w:rPr>
        <w:t xml:space="preserve">[13:55] </w:t>
      </w:r>
      <w:r>
        <w:t>yeh hai marifat ka tareeqa. allah taala ne aik demonstration diya hai, demonstration shehad ki makkhi ke zariye ke dunya mein aap kaise marifat hasil karein.</w:t>
      </w:r>
    </w:p>
    <w:p>
      <w:pPr>
        <w:jc w:val="right"/>
      </w:pPr>
      <w:r>
        <w:t>یہ ہے معرفت کا طریقہ۔ اللہ تعالیٰ نے ایک demonstration دیا ہے، demonstration شہد کی مکھی کے ذریعے کہ دنیا میں آپ کیسے معرفت حاصل کریں۔</w:t>
      </w:r>
    </w:p>
    <w:p>
      <w:r>
        <w:rPr>
          <w:b/>
        </w:rPr>
        <w:t xml:space="preserve">[14:10] </w:t>
      </w:r>
      <w:r>
        <w:t>har cheez mein marifat hai, har cheez marifat ka content maujood hai. to you have to extract that marifat content.</w:t>
      </w:r>
    </w:p>
    <w:p>
      <w:pPr>
        <w:jc w:val="right"/>
      </w:pPr>
      <w:r>
        <w:t>ہر چیز میں معرفت ہے، ہر چیز معرفت کا content موجود ہے۔ تو you have to extract that معرفت content۔</w:t>
      </w:r>
    </w:p>
    <w:p>
      <w:r>
        <w:rPr>
          <w:b/>
        </w:rPr>
        <w:t xml:space="preserve">[14:21] </w:t>
      </w:r>
      <w:r>
        <w:t>marifat content yani is hissay marifat ko is se aap hasil karein. is tarah aap ko marifat ki koi khurak milti rahe gi barabar.</w:t>
      </w:r>
    </w:p>
    <w:p>
      <w:pPr>
        <w:jc w:val="right"/>
      </w:pPr>
      <w:r>
        <w:t>معرفت content یعنی اس حصے معرفت کو اس سے آپ حاصل کریں۔ اس طرح آپ کو معرفت کی کوئی خوراک ملتی رہے گی برابر۔</w:t>
      </w:r>
    </w:p>
    <w:p>
      <w:r>
        <w:rPr>
          <w:b/>
        </w:rPr>
        <w:t xml:space="preserve">[14:36] </w:t>
      </w:r>
      <w:r>
        <w:t>aur doosri cheez hai dawat. mein samajhta hoon ke doosri bari sunnat yeh hai ke to see everything from the angle of dawat.</w:t>
      </w:r>
    </w:p>
    <w:p>
      <w:pPr>
        <w:jc w:val="right"/>
      </w:pPr>
      <w:r>
        <w:t>اور دوسری چیز ہے دعوت۔ میں سمجھتا ہوں کہ دوسری بڑی سنت یہ ہے کہ to see everything from the angle of دعوت۔</w:t>
      </w:r>
    </w:p>
    <w:p>
      <w:r>
        <w:rPr>
          <w:b/>
        </w:rPr>
        <w:t xml:space="preserve">[14:48] </w:t>
      </w:r>
      <w:r>
        <w:t>har cheez ko dawat ke angle se dekhna. aaj kal kya log different angles dekhte hain? material angle, political angle, qaumi angle, communal angle mukhtalif angles se dekhte hain.</w:t>
      </w:r>
    </w:p>
    <w:p>
      <w:pPr>
        <w:jc w:val="right"/>
      </w:pPr>
      <w:r>
        <w:t>ہر چیز کو دعوت کے angle سے دیکھنا۔ آج کل کیا لوگ different angles دیکھتے ہیں؟ Material angle، political angle، قومی angle، communal angle مختلف angles سے دیکھتے ہیں۔</w:t>
      </w:r>
    </w:p>
    <w:p>
      <w:r>
        <w:rPr>
          <w:b/>
        </w:rPr>
        <w:t xml:space="preserve">[15:05] </w:t>
      </w:r>
      <w:r>
        <w:t>lekin prophet ki jo sunnat thi ke woh thi ke to see everything from the angle of dawat. yeh do cheezein hain.</w:t>
      </w:r>
    </w:p>
    <w:p>
      <w:pPr>
        <w:jc w:val="right"/>
      </w:pPr>
      <w:r>
        <w:t>لیکن prophet کی جو سنت تھی کہ وہ تھی کہ to see everything from the angle of دعوت۔ یہ دو چیزیں ہیں۔</w:t>
      </w:r>
    </w:p>
    <w:p>
      <w:r>
        <w:rPr>
          <w:b/>
        </w:rPr>
        <w:t xml:space="preserve">[15:17] </w:t>
      </w:r>
      <w:r>
        <w:t>ab mein chand misalon se arz karunga ke ke is ka matlab kya hai. pehle aap marifat ko lijiyay ke har cheez mein marifat ka content hai.</w:t>
      </w:r>
    </w:p>
    <w:p>
      <w:pPr>
        <w:jc w:val="right"/>
      </w:pPr>
      <w:r>
        <w:t>اب میں چند مثالوں سے عرض کروں گا کہ کہ اس کا مطلب کیا ہے۔ پہلے آپ معرفت کو لیجیے۔ کہ ہر چیز میں معرفت کا content ہے۔</w:t>
      </w:r>
    </w:p>
    <w:p>
      <w:r>
        <w:rPr>
          <w:b/>
        </w:rPr>
        <w:t xml:space="preserve">[15:27] </w:t>
      </w:r>
      <w:r>
        <w:t>is ko aap nikalain. jaise hazrat ayesha ne rasool allah ke baray mein bataya. qala yazkur ullaha ala kulli ahyaani. lafzi tarjuma to is ka yeh hai ke aap har occasion par allah ko yaad karte thay.</w:t>
      </w:r>
    </w:p>
    <w:p>
      <w:pPr>
        <w:jc w:val="right"/>
      </w:pPr>
      <w:r>
        <w:t>اس کو آپ نکالیں۔ جیسے حضرت عائشہ نے رسول اللہ کے بارے میں بتایا۔ قال یذکر اللہ علی کل احیانی۔ لفظی ترجمہ تو اس کا یہ ہے کہ آپ ہر occasion پر اللہ کو یاد کرتے تھے۔</w:t>
      </w:r>
    </w:p>
    <w:p>
      <w:r>
        <w:rPr>
          <w:b/>
        </w:rPr>
        <w:t xml:space="preserve">[15:44] </w:t>
      </w:r>
      <w:r>
        <w:t>is ka matlab yeh nahi ke kuch lafz bol dete thay. alhamdulillah, subhan allah. yeh matlab nahi hai. balkay har observation mein, har experience mein aik content hota tha marifat ka.</w:t>
      </w:r>
    </w:p>
    <w:p>
      <w:pPr>
        <w:jc w:val="right"/>
      </w:pPr>
      <w:r>
        <w:t>اس کا مطلب یہ نہیں کہ کچھ لفظ بول دیتے تھے۔ الحمدللہ، سبحان اللہ۔ یہ مطلب نہیں ہے۔ بلکہ ہر observation میں، ہر experience میں ایک content ہوتا تھا معرفت کا۔</w:t>
      </w:r>
    </w:p>
    <w:p>
      <w:r>
        <w:rPr>
          <w:b/>
        </w:rPr>
        <w:t xml:space="preserve">[15:57] </w:t>
      </w:r>
      <w:r>
        <w:t>woh aap is ko azkh karte thay. misaal ke tor par dekhiye. aap ne dekha ke kuch chidiyan hain jo dana chug rahi hain.</w:t>
      </w:r>
    </w:p>
    <w:p>
      <w:pPr>
        <w:jc w:val="right"/>
      </w:pPr>
      <w:r>
        <w:t>وہ آپ اس کو اخذ کرتے تھے۔ مثال کے طور پر دیکھیے۔ آپ نے دیکھا کہ کچھ چڑیاں ہیں جو دانہ چگ رہی ہیں۔</w:t>
      </w:r>
    </w:p>
    <w:p>
      <w:r>
        <w:rPr>
          <w:b/>
        </w:rPr>
        <w:t xml:space="preserve">[16:09] </w:t>
      </w:r>
      <w:r>
        <w:t>is ko dekh kar aap ne kaha ke jannat, al jannat ka zikr kiya aap ne ke al jannat kaise log honge?</w:t>
      </w:r>
    </w:p>
    <w:p>
      <w:pPr>
        <w:jc w:val="right"/>
      </w:pPr>
      <w:r>
        <w:t>اس کو دیکھ کر آپ نے کہا کہ جنت، الجنت کا ذکر کیا آپ نے کہ الجنت کیسے لوگ ہوں گے؟</w:t>
      </w:r>
    </w:p>
    <w:p>
      <w:r>
        <w:rPr>
          <w:b/>
        </w:rPr>
        <w:t xml:space="preserve">[16:19] </w:t>
      </w:r>
      <w:r>
        <w:t>to aap ne farmaya ke afidatun kaafah, kaafah tayr. afidatun kaafah tayr. yani jannat walon ke dil chidiya ki tarah honge.</w:t>
      </w:r>
    </w:p>
    <w:p>
      <w:pPr>
        <w:jc w:val="right"/>
      </w:pPr>
      <w:r>
        <w:t>تو آپ نے فرمایا کہ افدۃ کافۃ، کافۃ طیر۔ افدۃ کافۃ طیر۔ یعنی جنت والوں کے دل چڑیا کی طرح ہوں گے۔</w:t>
      </w:r>
    </w:p>
    <w:p>
      <w:r>
        <w:rPr>
          <w:b/>
        </w:rPr>
        <w:t xml:space="preserve">[16:32] </w:t>
      </w:r>
      <w:r>
        <w:t>in chidiyon mein aik content tha marifat ka. kya aap jante hain ke chidiya jo hain in mein koi hate nahi? in mein koi yani violence ka jazba nahi?</w:t>
      </w:r>
    </w:p>
    <w:p>
      <w:pPr>
        <w:jc w:val="right"/>
      </w:pPr>
      <w:r>
        <w:t>ان چڑیوں میں ایک content تھا معرفت کا۔ کیا آپ جانتے ہیں کہ چڑیا جو ہیں ان میں کوئی hate نہیں؟ ان میں کوئی یعنی violence کا جذبہ نہیں؟</w:t>
      </w:r>
    </w:p>
    <w:p>
      <w:r>
        <w:rPr>
          <w:b/>
        </w:rPr>
        <w:t xml:space="preserve">[16:44] </w:t>
      </w:r>
      <w:r>
        <w:t>in mein koi exploitation nahi? in ko jhoot bolna nahi aata in ko? bilkul innocent chidiyan ko dekhiye aap bilkul innocent maloom hongi.</w:t>
      </w:r>
    </w:p>
    <w:p>
      <w:pPr>
        <w:jc w:val="right"/>
      </w:pPr>
      <w:r>
        <w:t>ان میں کوئی exploitation نہیں؟ ان کو جھوٹ بولنا نہیں آتا ان کو؟ بالکل innocent چڑیاں کو دیکھیے آپ بالکل innocent معلوم ہوں گی۔</w:t>
      </w:r>
    </w:p>
    <w:p>
      <w:r>
        <w:rPr>
          <w:b/>
        </w:rPr>
        <w:t xml:space="preserve">[16:56] </w:t>
      </w:r>
      <w:r>
        <w:t>in ke andar aik innocent dil hota hai. to is ko dekh kar ke aap ne yeh nikala is marifat ka content wahan maujood tha wahan.</w:t>
      </w:r>
    </w:p>
    <w:p>
      <w:pPr>
        <w:jc w:val="right"/>
      </w:pPr>
      <w:r>
        <w:t>ان کے اندر ایک innocent دل ہوتا ہے۔ تو اس کو دیکھ کر کے آپ نے یہ نکالا اس معرفت کا content وہاں موجود تھا وہاں۔</w:t>
      </w:r>
    </w:p>
    <w:p>
      <w:r>
        <w:rPr>
          <w:b/>
        </w:rPr>
        <w:t xml:space="preserve">[17:05] </w:t>
      </w:r>
      <w:r>
        <w:t>ke chidiya bata rahi hain ke tum dunya mein kis tarah raho. aap chidiyon ko kankariyan maar dein. tab bhi aap is ke andar hate nahi aayega.</w:t>
      </w:r>
    </w:p>
    <w:p>
      <w:pPr>
        <w:jc w:val="right"/>
      </w:pPr>
      <w:r>
        <w:t>کہ چڑیا بتا رہی ہیں کہ تم دنیا میں کس طرح رہو۔ آپ چڑیوں کو کنکریاں مار دیں۔ تب بھی آپ اس کے اندر hate نہیں آئے گا۔</w:t>
      </w:r>
    </w:p>
    <w:p>
      <w:r>
        <w:rPr>
          <w:b/>
        </w:rPr>
        <w:t xml:space="preserve">[17:13] </w:t>
      </w:r>
      <w:r>
        <w:t>aap se larai nahi kare gi woh. is ka dana chean lein. tab bhi woh kuch ghussa nahi hogi. to dunya mein mukhtalif qism ke tajrubay pesh aate hain.</w:t>
      </w:r>
    </w:p>
    <w:p>
      <w:pPr>
        <w:jc w:val="right"/>
      </w:pPr>
      <w:r>
        <w:t>آپ سے لڑائی نہیں کرے گی وہ۔ اس کا دانہ چھین لیں۔ تب بھی وہ کچھ غصہ نہیں ہوگی۔ تو دنیا میں مختلف قسم کے تجربے پیش آتے ہیں۔</w:t>
      </w:r>
    </w:p>
    <w:p>
      <w:r>
        <w:rPr>
          <w:b/>
        </w:rPr>
        <w:t xml:space="preserve">[17:26] </w:t>
      </w:r>
      <w:r>
        <w:t>lekin aap ko chidiyon walay dil ke sath dunya mein rehna hai.</w:t>
      </w:r>
    </w:p>
    <w:p>
      <w:pPr>
        <w:jc w:val="right"/>
      </w:pPr>
      <w:r>
        <w:t>لیکن آپ کو چڑیوں والے دل کے ساتھ دنیا میں رہنا ہے۔</w:t>
      </w:r>
    </w:p>
    <w:p>
      <w:r>
        <w:rPr>
          <w:b/>
        </w:rPr>
        <w:t xml:space="preserve">[17:33] </w:t>
      </w:r>
      <w:r>
        <w:t>afidatun kaafah tayr. ke al jannat ke dil chidiya ke dil ke manind honge. is ko agar aap lafz badlein to yeh keh sakte hain ke aakhri had tak positive mind.</w:t>
      </w:r>
    </w:p>
    <w:p>
      <w:pPr>
        <w:jc w:val="right"/>
      </w:pPr>
      <w:r>
        <w:t>افدۃ کافۃ طیر۔ کہ الجنت کے دل چڑیا کے دل کے مانند ہوں گے۔ اس کو اگر آپ لفظ بدلیں تو یہ کہہ سکتے ہیں کہ آخری حد تک positive mind۔</w:t>
      </w:r>
    </w:p>
    <w:p>
      <w:r>
        <w:rPr>
          <w:b/>
        </w:rPr>
        <w:t xml:space="preserve">[17:50] </w:t>
      </w:r>
      <w:r>
        <w:t>aakhri had tak positive mind. kyunke dunya mein dekhiye</w:t>
      </w:r>
    </w:p>
    <w:p>
      <w:pPr>
        <w:jc w:val="right"/>
      </w:pPr>
      <w:r>
        <w:t>آخری حد تک positive mind۔ کیونکہ دنیا میں دیکھیے</w:t>
      </w:r>
    </w:p>
    <w:p>
      <w:r>
        <w:rPr>
          <w:b/>
        </w:rPr>
        <w:t xml:space="preserve">[17:59] </w:t>
      </w:r>
      <w:r>
        <w:t>yeh yeh hota hi hota hai ke aap ko kuch unpleasant experience hote hain. koi aap ko provoke karta hai. koi aap ko nuqsan pohncha deta hai.</w:t>
      </w:r>
    </w:p>
    <w:p>
      <w:pPr>
        <w:jc w:val="right"/>
      </w:pPr>
      <w:r>
        <w:t>یہ یہ ہوتا ہی ہوتا ہے کہ آپ کو کچھ unpleasant experience ہوتے ہیں۔ کوئی آپ کو provoke کرتا ہے۔ کوئی آپ کو نقصان پہنچا دیتا ہے۔</w:t>
      </w:r>
    </w:p>
    <w:p>
      <w:r>
        <w:rPr>
          <w:b/>
        </w:rPr>
        <w:t xml:space="preserve">[18:10] </w:t>
      </w:r>
      <w:r>
        <w:t>koi aap ka dushman ban jata hai. koi aap se hate karta hai. koi aap ko ghussa dilata hai. yeh sari baat dunya mein zaroor hoti hai.</w:t>
      </w:r>
    </w:p>
    <w:p>
      <w:pPr>
        <w:jc w:val="right"/>
      </w:pPr>
      <w:r>
        <w:t>کوئی آپ کا دشمن بن جاتا ہے۔ کوئی آپ سے hate کرتا ہے۔ کوئی آپ کو غصہ دلاتا ہے۔ یہ ساری بات دنیا میں ضرور ہوتی ہے۔</w:t>
      </w:r>
    </w:p>
    <w:p>
      <w:r>
        <w:rPr>
          <w:b/>
        </w:rPr>
        <w:t xml:space="preserve">[18:25] </w:t>
      </w:r>
      <w:r>
        <w:t>lekin aap ko apne aap ko itna zyada develop karna hai. apne mind ko, apni soch ko itna zyada develop karna hai ke aap chidiya ke manind ho jayen.</w:t>
      </w:r>
    </w:p>
    <w:p>
      <w:pPr>
        <w:jc w:val="right"/>
      </w:pPr>
      <w:r>
        <w:t>لیکن آپ کو اپنے آپ کو اتنا زیادہ develop کرنا ہے۔ اپنے mind کو، اپنی سوچ کو اتنا زیادہ develop کرنا ہے کہ آپ چڑیا کے مانند ہو جائیں۔</w:t>
      </w:r>
    </w:p>
    <w:p>
      <w:r>
        <w:rPr>
          <w:b/>
        </w:rPr>
        <w:t xml:space="preserve">[18:38] </w:t>
      </w:r>
      <w:r>
        <w:t>ke is ne kya kiya? is se aap react na karen. yaani reaction ki nafsiyat se oopar uth jayen aap. yeh chidiya reaction ki nafsiyat se oopar uthi hui hai.</w:t>
      </w:r>
    </w:p>
    <w:p>
      <w:pPr>
        <w:jc w:val="right"/>
      </w:pPr>
      <w:r>
        <w:t>کہ اس نے کیا کیا؟ اس سے آپ react نہ کریں۔ یعنی reaction کی نفسیات سے اوپر اٹھ جائیں آپ۔ یہ چڑیا reaction کی نفسیات سے اوپر اٹھی ہوئی ہے۔</w:t>
      </w:r>
    </w:p>
    <w:p>
      <w:r>
        <w:rPr>
          <w:b/>
        </w:rPr>
        <w:t xml:space="preserve">[18:57] </w:t>
      </w:r>
      <w:r>
        <w:t>yaani agar insani zaban mein hum kahein to hum kahein ge ke yaani ke negative experience ke darmiyan positive mind ke sath rehna yeh hai chidiya ka chidiya ka culture.</w:t>
      </w:r>
    </w:p>
    <w:p>
      <w:pPr>
        <w:jc w:val="right"/>
      </w:pPr>
      <w:r>
        <w:t>یعنی اگر انسانی زبان میں ہم کہیں تو ہم کہیں گے کہ یعنی کہ negative experience کے درمیان positive mind کے ساتھ رہنا یہ ہے چڑیا کا چڑیا کا کلچر۔</w:t>
      </w:r>
    </w:p>
    <w:p>
      <w:r>
        <w:rPr>
          <w:b/>
        </w:rPr>
        <w:t xml:space="preserve">[19:12] </w:t>
      </w:r>
      <w:r>
        <w:t>woh aap ko ikhtiyar karna hai.</w:t>
      </w:r>
    </w:p>
    <w:p>
      <w:pPr>
        <w:jc w:val="right"/>
      </w:pPr>
      <w:r>
        <w:t>وہ آپ کو اختیار کرنا ہے۔</w:t>
      </w:r>
    </w:p>
    <w:p>
      <w:r>
        <w:rPr>
          <w:b/>
        </w:rPr>
        <w:t xml:space="preserve">[19:18] </w:t>
      </w:r>
      <w:r>
        <w:t>to isi ko mein keh raha hoon ke har cheez mein aik marifat ka content hota hai. aik marifat ka aik hissa hota hai. is ko extract karen aap.</w:t>
      </w:r>
    </w:p>
    <w:p>
      <w:pPr>
        <w:jc w:val="right"/>
      </w:pPr>
      <w:r>
        <w:t>تو اسی کو میں کہہ رہا ہوں کہ ہر چیز میں ایک معرفت کا content ہوتا ہے۔ ایک معرفت کا ایک حصہ ہوتا ہے۔ اس کو extract کریں آپ۔</w:t>
      </w:r>
    </w:p>
    <w:p>
      <w:r>
        <w:rPr>
          <w:b/>
        </w:rPr>
        <w:t xml:space="preserve">[19:27] </w:t>
      </w:r>
      <w:r>
        <w:t>aur phir is se aap marifat ka food lete rahen. to marifat ka food ka tareeqa yahi lene ka hai.</w:t>
      </w:r>
    </w:p>
    <w:p>
      <w:pPr>
        <w:jc w:val="right"/>
      </w:pPr>
      <w:r>
        <w:t>اور پھر اس سے آپ معرفت کا food لیتے رہیں۔ تو معرفت کا food کا طریقہ یہی لینے کا ہے۔</w:t>
      </w:r>
    </w:p>
    <w:p>
      <w:r>
        <w:rPr>
          <w:b/>
        </w:rPr>
        <w:t xml:space="preserve">[19:37] </w:t>
      </w:r>
      <w:r>
        <w:t>har cheez mein marifat ka saman hai. har cheez marifat ka saman hai. jaise aap jante hain ke agar namak ka dher hai is mein aap thora sa shakar dal dein to cheunti aye gi to is ko namak ke dher se koi matlab nahi hoga.</w:t>
      </w:r>
    </w:p>
    <w:p>
      <w:pPr>
        <w:jc w:val="right"/>
      </w:pPr>
      <w:r>
        <w:t>ہر چیز میں معرفت کا سامان ہے۔ ہر چیز معرفت کا سامان ہے۔ جیسے آپ جانتے ہیں کہ اگر نمک کا ڈھیر ہے اس میں آپ تھوڑا سا شکر ڈال دیں تو چیونٹی آئے گی تو اس کو نمک کے ڈھیر سے کوئی مطلب نہیں ہوگا۔</w:t>
      </w:r>
    </w:p>
    <w:p>
      <w:r>
        <w:rPr>
          <w:b/>
        </w:rPr>
        <w:t xml:space="preserve">[19:59] </w:t>
      </w:r>
      <w:r>
        <w:t>woh shakar se matlab hoga is ko. shakar ke dane le gi aur chali jaye gi. woh namak ke dher ko bilkul ignore kare gi.</w:t>
      </w:r>
    </w:p>
    <w:p>
      <w:pPr>
        <w:jc w:val="right"/>
      </w:pPr>
      <w:r>
        <w:t>وہ شکر سے مطلب ہوگا اس کو۔ شکر کے دانے لے گی اور چلی جائے گی۔ وہ نمک کے ڈھیر کو بالکل ignore کرے گی۔</w:t>
      </w:r>
    </w:p>
    <w:p>
      <w:r>
        <w:rPr>
          <w:b/>
        </w:rPr>
        <w:t xml:space="preserve">[20:09] </w:t>
      </w:r>
      <w:r>
        <w:t>to aaiye dunya jo hai namak ka dher hai. is mein kuch dane shakar ke hain. momin ka kaam kya hai? cheunti ki tarah se woh shakar ko le aur namak ke dher ko chhod de.</w:t>
      </w:r>
    </w:p>
    <w:p>
      <w:pPr>
        <w:jc w:val="right"/>
      </w:pPr>
      <w:r>
        <w:t>تو آئیے دنیا جو ہے نمک کا ڈھیر ہے۔ اس میں کچھ دانے شکر کے ہیں۔ مومن کا کام کیا ہے؟ چیونٹی کی طرح سے وہ شکر کو لے اور نمک کے ڈھیر کو چھوڑ دے۔</w:t>
      </w:r>
    </w:p>
    <w:p>
      <w:r>
        <w:rPr>
          <w:b/>
        </w:rPr>
        <w:t xml:space="preserve">[20:24] </w:t>
      </w:r>
      <w:r>
        <w:t>is tarah aap ke andar aik personality banti hai. aik personality banti hai jis ko kaha gaya hai quran mein rabbani personality. yaani aisi personality jis ke andar hate na ho, violence na ho.</w:t>
      </w:r>
    </w:p>
    <w:p>
      <w:pPr>
        <w:jc w:val="right"/>
      </w:pPr>
      <w:r>
        <w:t>اس طرح آپ کے اندر ایک personality بنتی ہے۔ ایک personality بنتی ہے جس کو کہا گیا ہے قرآن میں ربانی personality۔ یعنی ایسی personality جس کے اندر hate نہ ہو، violence نہ ہو۔</w:t>
      </w:r>
    </w:p>
    <w:p>
      <w:r>
        <w:rPr>
          <w:b/>
        </w:rPr>
        <w:t xml:space="preserve">[20:39] </w:t>
      </w:r>
      <w:r>
        <w:t>jis ke andar ghussa na ho. jis ke andar</w:t>
      </w:r>
    </w:p>
    <w:p>
      <w:pPr>
        <w:jc w:val="right"/>
      </w:pPr>
      <w:r>
        <w:t>جس کے اندر غصہ نہ ہو۔ جس کے اندر</w:t>
      </w:r>
    </w:p>
    <w:p>
      <w:r>
        <w:rPr>
          <w:b/>
        </w:rPr>
        <w:t xml:space="preserve">[20:47] </w:t>
      </w:r>
      <w:r>
        <w:t>inteqam ke jazbat na hon. is tarah ke jo negative khusosiyat hain woh na hon. tab ja kar ke aadmi ko jannat mein dakhla mile ga.</w:t>
      </w:r>
    </w:p>
    <w:p>
      <w:pPr>
        <w:jc w:val="right"/>
      </w:pPr>
      <w:r>
        <w:t>انتقام کے جذبات نہ ہوں۔ اس طرح کے جو negative خصوصیات ہیں وہ نہ ہوں۔ تب جا کر کے آدمی کو جنت میں داخلہ ملے گا۔</w:t>
      </w:r>
    </w:p>
    <w:p>
      <w:r>
        <w:rPr>
          <w:b/>
        </w:rPr>
        <w:t xml:space="preserve">[20:58] </w:t>
      </w:r>
      <w:r>
        <w:t>kyun ke dekhiye jannat ki sifat yeh batai gayi hai ke jannat darussalam hogi.</w:t>
      </w:r>
    </w:p>
    <w:p>
      <w:pPr>
        <w:jc w:val="right"/>
      </w:pPr>
      <w:r>
        <w:t>کیونکہ دیکھیے جنت کی صفت یہ بتائی گئی ہے کہ جنت دارالسلام ہوگی۔</w:t>
      </w:r>
    </w:p>
    <w:p>
      <w:r>
        <w:rPr>
          <w:b/>
        </w:rPr>
        <w:t xml:space="preserve">[21:11] </w:t>
      </w:r>
      <w:r>
        <w:t>darussalam. wallahido ila darussalam. And God calls to the home of peace.</w:t>
      </w:r>
    </w:p>
    <w:p>
      <w:pPr>
        <w:jc w:val="right"/>
      </w:pPr>
      <w:r>
        <w:t>دارالسلام۔ واللہیدو الہ دارالسلام۔ And God calls to the home of peace۔</w:t>
      </w:r>
    </w:p>
    <w:p>
      <w:r>
        <w:rPr>
          <w:b/>
        </w:rPr>
        <w:t xml:space="preserve">[21:20] </w:t>
      </w:r>
      <w:r>
        <w:t>to is se bataya gaya hai jannat aik aisi society hai jahan sab log peace ke sath rahen ge. Peace, peace, peace</w:t>
      </w:r>
    </w:p>
    <w:p>
      <w:pPr>
        <w:jc w:val="right"/>
      </w:pPr>
      <w:r>
        <w:t>تو اس سے بتایا گیا ہے جنت ایک ایسی سوسائٹی ہے جہاں سب لوگ peace کے ساتھ رہیں گے۔ Peace، peace، peace</w:t>
      </w:r>
    </w:p>
    <w:p>
      <w:r>
        <w:rPr>
          <w:b/>
        </w:rPr>
        <w:t xml:space="preserve">[21:32] </w:t>
      </w:r>
      <w:r>
        <w:t>. to aap ko apne andar yeh develop karna hai yeh salahiyat ke aap jannat ki society mein peace ke sath reh saken.</w:t>
      </w:r>
    </w:p>
    <w:p>
      <w:pPr>
        <w:jc w:val="right"/>
      </w:pPr>
      <w:r>
        <w:t>۔ تو آپ کو اپنے اندر یہ develop کرنا ہے یہ صلاحیت کہ آپ جنت کی سوسائٹی میں peace کے ساتھ رہ سکیں۔</w:t>
      </w:r>
    </w:p>
    <w:p>
      <w:r>
        <w:rPr>
          <w:b/>
        </w:rPr>
        <w:t xml:space="preserve">[21:42] </w:t>
      </w:r>
      <w:r>
        <w:t>agar peaceful personality aap nahi banayen ge to aap ko jannat mein dakhla nahi mile ga. to is ka tareeqa kya hai?</w:t>
      </w:r>
    </w:p>
    <w:p>
      <w:pPr>
        <w:jc w:val="right"/>
      </w:pPr>
      <w:r>
        <w:t>اگر peaceful personality آپ نہیں بنائیں گے تو آپ کو جنت میں داخلہ نہیں ملے گا۔ تو اس کا طریقہ کیا ہے؟</w:t>
      </w:r>
    </w:p>
    <w:p>
      <w:r>
        <w:rPr>
          <w:b/>
        </w:rPr>
        <w:t xml:space="preserve">[21:51] </w:t>
      </w:r>
      <w:r>
        <w:t>har cheez se jannat ka content nikalna. marifat ka content nikalna. aur is se apne ko develop karte rehna.</w:t>
      </w:r>
    </w:p>
    <w:p>
      <w:pPr>
        <w:jc w:val="right"/>
      </w:pPr>
      <w:r>
        <w:t>ہر چیز سے جنت کا content نکالنا۔ معرفت کا content نکالنا۔ اور اس سے اپنے کو develop کرتے رہنا۔</w:t>
      </w:r>
    </w:p>
    <w:p>
      <w:r>
        <w:rPr>
          <w:b/>
        </w:rPr>
        <w:t xml:space="preserve">[22:08] </w:t>
      </w:r>
      <w:r>
        <w:t>to aik sunnat rasool Allah ki mujhe yeh samajh mein aayi hai ke to extract marifat content from every experience.</w:t>
      </w:r>
    </w:p>
    <w:p>
      <w:pPr>
        <w:jc w:val="right"/>
      </w:pPr>
      <w:r>
        <w:t>تو ایک سنت رسول اللہ کی مجھے یہ سمجھ میں آئی ہے کہ to extract معرفت content from every experience۔</w:t>
      </w:r>
    </w:p>
    <w:p>
      <w:r>
        <w:rPr>
          <w:b/>
        </w:rPr>
        <w:t xml:space="preserve">[22:19] </w:t>
      </w:r>
      <w:r>
        <w:t>har cheez se is se jo marifat ka jo content hai jo marifat ka nectar hai is ko le lena.</w:t>
      </w:r>
    </w:p>
    <w:p>
      <w:pPr>
        <w:jc w:val="right"/>
      </w:pPr>
      <w:r>
        <w:t>ہر چیز سے اس سے جو معرفت کا جو content ہے جو معرفت کا نیکٹر ہے اس کو لے لینا۔</w:t>
      </w:r>
    </w:p>
    <w:p>
      <w:r>
        <w:rPr>
          <w:b/>
        </w:rPr>
        <w:t xml:space="preserve">[22:32] </w:t>
      </w:r>
      <w:r>
        <w:t>jaise aaj subah mein bahar nikla to aap jante hain kai din se badal hote the. suraj ki roshni nahi milti thi hum ko.</w:t>
      </w:r>
    </w:p>
    <w:p>
      <w:pPr>
        <w:jc w:val="right"/>
      </w:pPr>
      <w:r>
        <w:t>جیسے آج صبح میں باہر نکلا تو آپ جانتے ہیں کئی دن سے بادل ہوتے تھے۔ سورج کی روشنی نہیں ملتی تھی ہم کو۔</w:t>
      </w:r>
    </w:p>
    <w:p>
      <w:r>
        <w:rPr>
          <w:b/>
        </w:rPr>
        <w:t xml:space="preserve">[22:42] </w:t>
      </w:r>
      <w:r>
        <w:t>aaj suraj nikla hua hai. to mein ne socha ke insan khud se chahe ke suraj banaye to nahi bana sakta.</w:t>
      </w:r>
    </w:p>
    <w:p>
      <w:pPr>
        <w:jc w:val="right"/>
      </w:pPr>
      <w:r>
        <w:t>آج سورج نکلا ہوا ہے۔ تو میں نے سوچا کہ انسان خود سے چاہے کہ سورج بنائے تو نہیں بنا سکتا۔</w:t>
      </w:r>
    </w:p>
    <w:p>
      <w:r>
        <w:rPr>
          <w:b/>
        </w:rPr>
        <w:t xml:space="preserve">[22:52] </w:t>
      </w:r>
      <w:r>
        <w:t>suraj maujood hai aur chahe ke is ki roshni mujh tak pohnche to nahi pohncha sakte aap. jab tak Allah na chahe. yaani suraj ko banane wala bhi Allah hai.</w:t>
      </w:r>
    </w:p>
    <w:p>
      <w:pPr>
        <w:jc w:val="right"/>
      </w:pPr>
      <w:r>
        <w:t>سورج موجود ہے اور چاہے کہ اس کی روشنی مجھ تک پہنچے تو نہیں پہنچا سکتے آپ۔ جب تک اللہ نہ چاہے۔ یعنی سورج کو بنانے والا بھی اللہ ہے۔</w:t>
      </w:r>
    </w:p>
    <w:p>
      <w:r>
        <w:rPr>
          <w:b/>
        </w:rPr>
        <w:t xml:space="preserve">[23:02] </w:t>
      </w:r>
      <w:r>
        <w:t>aur suraj aur hamare beech mein jo badal ka aad hai woh is ko hatane wala bhi Allah hai. to kaha ke is mein hum ko aik content mila khaliq ko yaad karne ka.</w:t>
      </w:r>
    </w:p>
    <w:p>
      <w:pPr>
        <w:jc w:val="right"/>
      </w:pPr>
      <w:r>
        <w:t>اور سورج اور ہمارے بیچ میں جو بادل کا آڑ ہے وہ اس کو ہٹانے والا بھی اللہ ہے۔ تو کہا کہ اس میں ہم کو ایک content ملا خالق کو یاد کرنے کا۔</w:t>
      </w:r>
    </w:p>
    <w:p>
      <w:r>
        <w:rPr>
          <w:b/>
        </w:rPr>
        <w:t xml:space="preserve">[23:14] </w:t>
      </w:r>
      <w:r>
        <w:t>creator ko yaad karne ka.</w:t>
      </w:r>
    </w:p>
    <w:p>
      <w:pPr>
        <w:jc w:val="right"/>
      </w:pPr>
      <w:r>
        <w:t>Creator کو یاد کرنے کا۔</w:t>
      </w:r>
    </w:p>
    <w:p>
      <w:r>
        <w:rPr>
          <w:b/>
        </w:rPr>
        <w:t xml:space="preserve">[23:20] </w:t>
      </w:r>
      <w:r>
        <w:t>to jab aap khule zehn ke sath rahenge. jab aap ke apne zehn ki khirkiyan khuli rahengi.</w:t>
      </w:r>
    </w:p>
    <w:p>
      <w:pPr>
        <w:jc w:val="right"/>
      </w:pPr>
      <w:r>
        <w:t>تو جب آپ کھلے ذہن کے ساتھ رہیں گے۔ جب آپ کے اپنے ذہن کی کھڑکیوں کو کھلے رہیں گے۔</w:t>
      </w:r>
    </w:p>
    <w:p>
      <w:r>
        <w:rPr>
          <w:b/>
        </w:rPr>
        <w:t xml:space="preserve">[23:30] </w:t>
      </w:r>
      <w:r>
        <w:t>to har cheez mein aap ko kuch na kuch usi tarah se marifat ka content milta rahega.</w:t>
      </w:r>
    </w:p>
    <w:p>
      <w:pPr>
        <w:jc w:val="right"/>
      </w:pPr>
      <w:r>
        <w:t>تو ہر چیز میں آپ کو کچھ نہ کچھ اسی طریقے سے معرفت کا content ملتا رہے گا۔</w:t>
      </w:r>
    </w:p>
    <w:p>
      <w:r>
        <w:rPr>
          <w:b/>
        </w:rPr>
        <w:t xml:space="preserve">[23:38] </w:t>
      </w:r>
      <w:r>
        <w:t>aise hi dekhiye doosri cheez hai har cheez ko dawat ke angle se dekhna. aaj kal kya hai log cheezon ko dekhte hain material angle se, communal angle se, political angle se.</w:t>
      </w:r>
    </w:p>
    <w:p>
      <w:pPr>
        <w:jc w:val="right"/>
      </w:pPr>
      <w:r>
        <w:t>ایسے ہی دیکھیے دوسری چیز ہے ہر چیز کو دعوت کے angle سے دیکھنا۔ آج کل کیا ہے لوگ چیزوں کو دیکھتے ہیں material angle سے، communal angle سے، political angle سے۔</w:t>
      </w:r>
    </w:p>
    <w:p>
      <w:r>
        <w:rPr>
          <w:b/>
        </w:rPr>
        <w:t xml:space="preserve">[23:52] </w:t>
      </w:r>
      <w:r>
        <w:t>yeh prophet ka tareeqa nahi hai. dawat ke angle se dekhna. misaal ke taur par dekhiye. makkah mein rasool Allah sal Allah alaihi wasallam jab the to wahan par kaaba tha jo banaya gaya tha hazrat ibrahim ne banaya tha us ko tauheed ke ghar ke taur par.</w:t>
      </w:r>
    </w:p>
    <w:p>
      <w:pPr>
        <w:jc w:val="right"/>
      </w:pPr>
      <w:r>
        <w:t>یہ prophet کا طریقہ نہیں ہے۔ دعوت کے angle سے دیکھنا۔ مثال کے طور پر دیکھیے۔ مکہ میں رسول اللہ صلی اللہ علیہ وسلم جب تھے تو وہاں پر کعبہ تھا جو بنایا گیا تھا حضرت ابراہیم نے بنایا تھا اس کو توحید کے گھر کے طور پر۔</w:t>
      </w:r>
    </w:p>
    <w:p>
      <w:r>
        <w:rPr>
          <w:b/>
        </w:rPr>
        <w:t xml:space="preserve">[24:13] </w:t>
      </w:r>
      <w:r>
        <w:t>lekin baad ke zamane mein mushrik log makkah mein un ko qabza mil gaya aur unhone is mein but rakh diye bohat sare sainkaron ki tadad mein.</w:t>
      </w:r>
    </w:p>
    <w:p>
      <w:pPr>
        <w:jc w:val="right"/>
      </w:pPr>
      <w:r>
        <w:t>لیکن بعد کے زمانے میں مشرک لوگ مکہ میں ان کو قبضہ مل گیا اور انہوں نے اس میں بت رکھ دیے بہت سارے سینکڑوں کی تعداد میں۔</w:t>
      </w:r>
    </w:p>
    <w:p>
      <w:r>
        <w:rPr>
          <w:b/>
        </w:rPr>
        <w:t xml:space="preserve">[24:26] </w:t>
      </w:r>
      <w:r>
        <w:t>to yahan par aap ne kya kiya? is phenomena ko dawat ke angle se dekha. ek angle dekhne ka yeh tha ke but rakhe hue hain aap ghussa hote hain us ko tod phod karte.</w:t>
      </w:r>
    </w:p>
    <w:p>
      <w:pPr>
        <w:jc w:val="right"/>
      </w:pPr>
      <w:r>
        <w:t>تو یہاں پر آپ نے کیا کیا؟ اس phenomena کو دعوت کے angle سے دیکھا۔ ایک angle دیکھنے کا یہ تھا کہ بت رکھے ہوئے ہیں آپ غصہ ہوتے ہیں اس کو توڑ پھوڑ کرتے۔</w:t>
      </w:r>
    </w:p>
    <w:p>
      <w:r>
        <w:rPr>
          <w:b/>
        </w:rPr>
        <w:t xml:space="preserve">[24:40] </w:t>
      </w:r>
      <w:r>
        <w:t>lekin aap ne dekha kya usi ki wajah se yahan par audience hota hai ya assembly hoti hai, gathering hoti hai. to ab mein us ko ja kar aap ne ja kar ke us ko un ko quran sunana shuru kiya.</w:t>
      </w:r>
    </w:p>
    <w:p>
      <w:pPr>
        <w:jc w:val="right"/>
      </w:pPr>
      <w:r>
        <w:t>لیکن آپ نے دیکھا کیا اسی کی وجہ سے یہاں پر audience ہوتا ہے یا assembly ہوتی ہے، gathering ہوتی ہے۔ تو اب میں اس کو جا کر آپ نے جا کر کے اس کو ان کو قرآن سنانا شروع کیا۔</w:t>
      </w:r>
    </w:p>
    <w:p>
      <w:r>
        <w:rPr>
          <w:b/>
        </w:rPr>
        <w:t xml:space="preserve">[24:54] </w:t>
      </w:r>
      <w:r>
        <w:t>un ko Allah ka paigham pohnchaney lage. to dawat ko angle se dekhne ki wajah se aap ko is mein ek positive pehlu mil gaya.</w:t>
      </w:r>
    </w:p>
    <w:p>
      <w:pPr>
        <w:jc w:val="right"/>
      </w:pPr>
      <w:r>
        <w:t>ان کو اللہ کا پیغام پہنچانے لگے۔ تو دعوت کو angle سے دیکھنے کی وجہ سے آپ کو اس میں ایک positive پہلو مل گیا۔</w:t>
      </w:r>
    </w:p>
    <w:p>
      <w:r>
        <w:rPr>
          <w:b/>
        </w:rPr>
        <w:t xml:space="preserve">[25:05] </w:t>
      </w:r>
      <w:r>
        <w:t>ke agarche kaaba mein but hain bohat se lekin usi ain usi waqt ek aur wahan pehlu maujood hai wahi ke log wahan ikhatta hote hain us ki ziyarat ke liye.</w:t>
      </w:r>
    </w:p>
    <w:p>
      <w:pPr>
        <w:jc w:val="right"/>
      </w:pPr>
      <w:r>
        <w:t>کہ اگرچہ کعبہ میں بت ہیں بہت سے لیکن اسی عین اسی وقت ایک اور وہاں پہلو موجود ہے وہی کہ لوگ وہاں اکٹھا ہوتے ہیں اس کی زیارت کے لیے۔</w:t>
      </w:r>
    </w:p>
    <w:p>
      <w:r>
        <w:rPr>
          <w:b/>
        </w:rPr>
        <w:t xml:space="preserve">[25:20] </w:t>
      </w:r>
      <w:r>
        <w:t>yeh hai cheezon ko dawat ke angle se dekhna. cheezon ko dawat ke angle se dekhna. aaiye dekhiye hijrat kya hai?</w:t>
      </w:r>
    </w:p>
    <w:p>
      <w:pPr>
        <w:jc w:val="right"/>
      </w:pPr>
      <w:r>
        <w:t>یہ ہے چیزوں کو دعوت کے angle سے دیکھنا۔ چیزوں کو دعوت کے angle سے دیکھنا۔ آئیے دیکھیے ہجرت کیا ہے؟</w:t>
      </w:r>
    </w:p>
    <w:p>
      <w:r>
        <w:rPr>
          <w:b/>
        </w:rPr>
        <w:t xml:space="preserve">[25:30] </w:t>
      </w:r>
      <w:r>
        <w:t>hijrat bhi ek cheez hai. aap madin makkah mein terah saal tak rahe. terah saal wahan par jo the us waqt mushrik log hua karte the.</w:t>
      </w:r>
    </w:p>
    <w:p>
      <w:pPr>
        <w:jc w:val="right"/>
      </w:pPr>
      <w:r>
        <w:t>ہجرت بھی ایک چیز ہے۔ آپ مدین مکہ میں تیرہ سال تک رہے۔ تیرہ سال وہاں پر جو تھے اس وقت مشرک لوگ ہوا کرتے تھے۔</w:t>
      </w:r>
    </w:p>
    <w:p>
      <w:r>
        <w:rPr>
          <w:b/>
        </w:rPr>
        <w:t xml:space="preserve">[25:42] </w:t>
      </w:r>
      <w:r>
        <w:t>unhone bohat sataya aap ko. yahan tak ke unhone chaha ke aap ko qatl kar dein. un ke jo kabaili parliament thi darul nadwah is mein yeh tay hua ke qatl kar diya jaye.</w:t>
      </w:r>
    </w:p>
    <w:p>
      <w:pPr>
        <w:jc w:val="right"/>
      </w:pPr>
      <w:r>
        <w:t>انہوں نے بہت ستایا آپ کو۔ یہاں تک کہ انہوں نے چاہا کہ آپ کو قتل کر دیں۔ ان کے جو کابالی پارلیمنٹ تھی دارالندوہ اس میں یہ طے ہوا کہ قتل کر دیا جائے۔</w:t>
      </w:r>
    </w:p>
    <w:p>
      <w:r>
        <w:rPr>
          <w:b/>
        </w:rPr>
        <w:t xml:space="preserve">[25:56] </w:t>
      </w:r>
      <w:r>
        <w:t>to ab kya hai? aap ne socha ke agar mein apne saahibiyon ko le kar lad jaon aur sab log yahan shaheed ho jayen to to is ka koi faida nahi?</w:t>
      </w:r>
    </w:p>
    <w:p>
      <w:pPr>
        <w:jc w:val="right"/>
      </w:pPr>
      <w:r>
        <w:t>تو اب کیا ہے؟ آپ نے سوچا کہ اگر میں اپنے ساتھیوں کو لے کر لڑ جاؤں اور سب لوگ یہاں شہید ہو جائیں تو تو اس کا کوئی فائدہ نہیں؟</w:t>
      </w:r>
    </w:p>
    <w:p>
      <w:r>
        <w:rPr>
          <w:b/>
        </w:rPr>
        <w:t xml:space="preserve">[26:08] </w:t>
      </w:r>
      <w:r>
        <w:t>qabrein ban jayengi logon ki? aap ne dawat ke angle se dekha ke makkah mein agar mauqa nahi hai to chalo madinah chalte hain wahan dawati kaam karenge.</w:t>
      </w:r>
    </w:p>
    <w:p>
      <w:pPr>
        <w:jc w:val="right"/>
      </w:pPr>
      <w:r>
        <w:t>قبریں بن جائیں گی لوگوں کی؟ آپ نے دعوت کے angle سے دیکھا کہ مکہ میں اگر موقع نہیں ہے تو چلو مدینہ چلتے ہیں وہاں دعوتی کام کریں گے۔</w:t>
      </w:r>
    </w:p>
    <w:p>
      <w:r>
        <w:rPr>
          <w:b/>
        </w:rPr>
        <w:t xml:space="preserve">[26:21] </w:t>
      </w:r>
      <w:r>
        <w:t>is is mamle ko dawat ke angle se dekhen ke woh aisa hua ke aap ne apne watan ko chhod diya. warna watan ko kyun chhodte ho?</w:t>
      </w:r>
    </w:p>
    <w:p>
      <w:pPr>
        <w:jc w:val="right"/>
      </w:pPr>
      <w:r>
        <w:t>اس اس معاملے کو دعوت کے angle سے دیکھیں کہ وہ ایسا ہوا کہ آپ نے اپنے وطن کو چھوڑ دیا۔ ورنہ وطن کو کیوں چھوڑتے ہو؟</w:t>
      </w:r>
    </w:p>
    <w:p>
      <w:r>
        <w:rPr>
          <w:b/>
        </w:rPr>
        <w:t xml:space="preserve">[26:31] </w:t>
      </w:r>
      <w:r>
        <w:t>achha wahan bhi gaye jab madinah to wahan bhi koi shikayat ki boli nahi bole aap. ek lamha bhi aap ne is mein sirf nahi kiya ke aap makkah walon ko zulm ziyadati ki dastanain batayen wahan par.</w:t>
      </w:r>
    </w:p>
    <w:p>
      <w:pPr>
        <w:jc w:val="right"/>
      </w:pPr>
      <w:r>
        <w:t>اچھا وہاں بھی گئے جب مدینہ تو وہاں بھی کوئی شکایت کی بولی نہیں بولے آپ۔ ایک لمحہ بھی آپ نے اس میں صرف نہیں کیا کہ آپ مکہ والوں کو ظلم زیادتی کی داستانیں بتائیں وہاں پر۔</w:t>
      </w:r>
    </w:p>
    <w:p>
      <w:r>
        <w:rPr>
          <w:b/>
        </w:rPr>
        <w:t xml:space="preserve">[26:42] </w:t>
      </w:r>
      <w:r>
        <w:t>kuch nahi. wahan par bhi dawat ka kaam shuru kar diya aap ne. to koi bhi cheez, koi bhi experience, koi bhi soorat-e-haal mein ek pehlu hota hai material pehlu ya qaumi pehlu, political pehlu.</w:t>
      </w:r>
    </w:p>
    <w:p>
      <w:pPr>
        <w:jc w:val="right"/>
      </w:pPr>
      <w:r>
        <w:t>کچھ نہیں۔ وہاں پر بھی دعوت کا کام شروع کر دیا آپ نے۔ تو کوئی بھی چیز، کوئی بھی experience، کوئی بھی صورتحال میں ایک پہلو ہوتا ہے material پہلو یا قومی پہلو، political پہلو۔</w:t>
      </w:r>
    </w:p>
    <w:p>
      <w:r>
        <w:rPr>
          <w:b/>
        </w:rPr>
        <w:t xml:space="preserve">[27:02] </w:t>
      </w:r>
      <w:r>
        <w:t>ek hota hai dawat ka pehlu. to mein kehta hoon ke rasool Allah ki seerat ka doosra pehlu yeh hai ke ke har cheez ko dawat ke angle se dekhna.</w:t>
      </w:r>
    </w:p>
    <w:p>
      <w:pPr>
        <w:jc w:val="right"/>
      </w:pPr>
      <w:r>
        <w:t>ایک ہوتا ہے دعوت کا پہلو۔ تو میں کہتا ہوں کہ رسول اللہ کی سیرت کا دوسرا پہلو یہ ہے کہ کہ ہر چیز کو دعوت کے angle سے دیکھنا۔</w:t>
      </w:r>
    </w:p>
    <w:p>
      <w:r>
        <w:rPr>
          <w:b/>
        </w:rPr>
        <w:t xml:space="preserve">[27:19] </w:t>
      </w:r>
      <w:r>
        <w:t>har cheez ko dawat ke angle se dekhna.</w:t>
      </w:r>
    </w:p>
    <w:p>
      <w:pPr>
        <w:jc w:val="right"/>
      </w:pPr>
      <w:r>
        <w:t>ہر چیز کو دعوت کے angle سے دیکھنا۔</w:t>
      </w:r>
    </w:p>
    <w:p>
      <w:r>
        <w:rPr>
          <w:b/>
        </w:rPr>
        <w:t xml:space="preserve">[27:24] </w:t>
      </w:r>
      <w:r>
        <w:t>aaiye dekhiye is zamane mein bazaar lagte the jis ko souq kaha jata tha, souq. wahan par circus hota tha aur jahili khel kood hote the.</w:t>
      </w:r>
    </w:p>
    <w:p>
      <w:pPr>
        <w:jc w:val="right"/>
      </w:pPr>
      <w:r>
        <w:t>آئیے دیکھیے اس زمانے میں بازار لگتے تھے جس کو سوق کہا جاتا تھا، سوق۔ وہاں پر سرکس ہوتا تھا اور جاہلی کھیل کود ہوتے تھے۔</w:t>
      </w:r>
    </w:p>
    <w:p>
      <w:r>
        <w:rPr>
          <w:b/>
        </w:rPr>
        <w:t xml:space="preserve">[27:37] </w:t>
      </w:r>
      <w:r>
        <w:t>aur tarah tarah ke tamashe karte the jis ka islam se koi talluq nahi. lekin phir bhi insaan ikhatta hote the wahan.</w:t>
      </w:r>
    </w:p>
    <w:p>
      <w:pPr>
        <w:jc w:val="right"/>
      </w:pPr>
      <w:r>
        <w:t>اور طرح طرح کے تماشے کرتے تھے جس کا اسلام سے کوئی تعلق نہیں۔ لیکن پھر بھی انسان اکٹھا ہوتے تھے وہاں۔</w:t>
      </w:r>
    </w:p>
    <w:p>
      <w:r>
        <w:rPr>
          <w:b/>
        </w:rPr>
        <w:t xml:space="preserve">[27:47] </w:t>
      </w:r>
      <w:r>
        <w:t>insaan to phir bhi wahan milte the wahan. to wahan bhi aap ne yeh kiya ke ja kar ke quran sunane lage logon ko, dawat dene lage. yun samjhiye ke jaise aap printing press ke zamane mein aap quran distribute karte hain to woh wahan quran pohnchaney lage logon ko.</w:t>
      </w:r>
    </w:p>
    <w:p>
      <w:pPr>
        <w:jc w:val="right"/>
      </w:pPr>
      <w:r>
        <w:t>انسان تو پھر بھی وہاں ملتے تھے وہاں۔ تو وہاں بھی آپ نے یہ کیا کہ جا کر کے قرآن سنانے لگے لوگوں کو، دعوت دینے لگے۔ یوں سمجھئے کہ جیسے آپ پرنٹنگ پریس کے زمانے میں آپ قرآن distribute کرتے ہیں تو وہ وہاں قرآن پہنچانے لگے لوگوں کو۔</w:t>
      </w:r>
    </w:p>
    <w:p>
      <w:r>
        <w:rPr>
          <w:b/>
        </w:rPr>
        <w:t xml:space="preserve">[28:07] </w:t>
      </w:r>
      <w:r>
        <w:t>to yeh hai cheezon ko dawat ke angle se dekhna. ek bohat hi ajeeb waqea mein arz karta hoon.</w:t>
      </w:r>
    </w:p>
    <w:p>
      <w:pPr>
        <w:jc w:val="right"/>
      </w:pPr>
      <w:r>
        <w:t>تو یہ ہے چیزوں کو دعوت کے angle سے دیکھنا۔ ایک بہت ہی عجیب واقعہ میں عرض کرتا ہوں۔</w:t>
      </w:r>
    </w:p>
    <w:p>
      <w:r>
        <w:rPr>
          <w:b/>
        </w:rPr>
        <w:t xml:space="preserve">[28:18] </w:t>
      </w:r>
      <w:r>
        <w:t>ek waqt rasool Allah sal Allah alaihi wasallam ek safar mein the. hijrat ke baad ka waqea hai yeh. to us zamane mein sarakain nahi hoti thin. pahadi raston se guzarna padta tha.</w:t>
      </w:r>
    </w:p>
    <w:p>
      <w:pPr>
        <w:jc w:val="right"/>
      </w:pPr>
      <w:r>
        <w:t>ایک وقت رسول اللہ صلی اللہ علیہ وسلم ایک سفر میں تھے۔ ہجرت کے بعد کا واقعہ ہے یہ۔ تو اس زمانے میں سڑکیں نہیں ہوتی تھیں۔ پہاڑی راستوں سے گزرنا پڑتا تھا۔</w:t>
      </w:r>
    </w:p>
    <w:p>
      <w:r>
        <w:rPr>
          <w:b/>
        </w:rPr>
        <w:t xml:space="preserve">[28:30] </w:t>
      </w:r>
      <w:r>
        <w:t>aaj kal ki tarah se wahan sadkein nahin hoti theen wahan par. to ek maqam par aap ko yeh khabar mili ke idhar se samne ki taraf se yani makkah walon ki ek fauj chali aa rahi hai jis ke sardar thay ghalib bin khalid.</w:t>
      </w:r>
    </w:p>
    <w:p>
      <w:pPr>
        <w:jc w:val="right"/>
      </w:pPr>
      <w:r>
        <w:t>آج کل کی طرح سے وہاں سڑکیں نہیں ہوتی تھیں وہاں پر۔ تو ایک مقام پر آپ کو یہ خبر ملی کہ ادھر سے سامنے کی طرف سے یعنی مکہ والوں کی ایک فوج چلی آ رہی ہے جس کے سردار تھے غالب بن خالد۔</w:t>
      </w:r>
    </w:p>
    <w:p>
      <w:r>
        <w:rPr>
          <w:b/>
        </w:rPr>
        <w:t xml:space="preserve">[28:52] </w:t>
      </w:r>
      <w:r>
        <w:t>to isi rastay se woh aa rahay hain isi rastay se yeh ja rahay hain. to yaqeen tha ke takrao ho jaye.</w:t>
      </w:r>
    </w:p>
    <w:p>
      <w:pPr>
        <w:jc w:val="right"/>
      </w:pPr>
      <w:r>
        <w:t>تو اسی راستے سے وہ آ رہے ہیں اسی راستے سے یہ جا رہے ہیں۔ تو یقین تھا کہ ٹکراؤ ہو جائے۔</w:t>
      </w:r>
    </w:p>
    <w:p>
      <w:r>
        <w:rPr>
          <w:b/>
        </w:rPr>
        <w:t xml:space="preserve">[29:01] </w:t>
      </w:r>
      <w:r>
        <w:t>aur is zamanay mein qabaili daur mein to sab log talwar le ke chalte thay. to agar isi rastay ko yeh bhi woh bhi aa rahay ho jis rastay se woh aa rahay thay isi rastay par aap barhtay rehtay aagay to to takrao yaqeeni tha.</w:t>
      </w:r>
    </w:p>
    <w:p>
      <w:pPr>
        <w:jc w:val="right"/>
      </w:pPr>
      <w:r>
        <w:t>اور اس زمانے میں قبائلی دور میں تو سب لوگ تلوار لے کے چلتے تھے۔ تو اگر اسی راستے کو یہ بھی وہ بھی آ رہے ہو جس راستے سے وہ آ رہے تھے اسی راستے پر آپ بڑھتے رہتے آگے تو تو ٹکراؤ یقینی تھا۔</w:t>
      </w:r>
    </w:p>
    <w:p>
      <w:r>
        <w:rPr>
          <w:b/>
        </w:rPr>
        <w:t xml:space="preserve">[29:15] </w:t>
      </w:r>
      <w:r>
        <w:t>bilk shat yaqeeni tha. to aap parao dala aap ne. sahaba se kaha ke mujh ko mashwara do.</w:t>
      </w:r>
    </w:p>
    <w:p>
      <w:pPr>
        <w:jc w:val="right"/>
      </w:pPr>
      <w:r>
        <w:t>بلک شٹ یقینی تھا۔ تو آپ پڑاؤ ڈالا آپ نے۔ صحابہ سے کہا کہ مجھ کو مشورہ دو۔</w:t>
      </w:r>
    </w:p>
    <w:p>
      <w:r>
        <w:rPr>
          <w:b/>
        </w:rPr>
        <w:t xml:space="preserve">[29:27] </w:t>
      </w:r>
      <w:r>
        <w:t>sahaba se aap ne ek mashwara manga. to yeh yeh waqia mukhtalif kitabon mein maujood hai. seerat ibn e kaseer mein is ke jo alfaaz hain woh yeh hain ke mun yakhruj bina ala tareeq ghair tareeqihim.</w:t>
      </w:r>
    </w:p>
    <w:p>
      <w:pPr>
        <w:jc w:val="right"/>
      </w:pPr>
      <w:r>
        <w:t>صحابہ سے آپ نے ایک مشورہ مانگا۔ تو یہ یہ واقعہ مختلف کتابوں میں موجود ہے۔ سیرت ابن کثیر میں اس کے جو الفاظ ہیں وہ یہ ہیں کہ من یخرج بنا علی طریق غیر طریقہم۔</w:t>
      </w:r>
    </w:p>
    <w:p>
      <w:r>
        <w:rPr>
          <w:b/>
        </w:rPr>
        <w:t xml:space="preserve">[29:45] </w:t>
      </w:r>
      <w:r>
        <w:t>yeh bohat ajeeb o ghareeb cheez hai is ko aap ghaur farmaiye. mun yakhruj bina ala tareeq ghair tareeqihim.</w:t>
      </w:r>
    </w:p>
    <w:p>
      <w:pPr>
        <w:jc w:val="right"/>
      </w:pPr>
      <w:r>
        <w:t>یہ بہت عجیب و غریب چیز ہے اس کو آپ غور فرمائیے۔ من یخرج بنا علی طریق غیر طریقہم۔</w:t>
      </w:r>
    </w:p>
    <w:p>
      <w:r>
        <w:rPr>
          <w:b/>
        </w:rPr>
        <w:t xml:space="preserve">[29:55] </w:t>
      </w:r>
      <w:r>
        <w:t>tum mein se kaun hai jo hum ko rasta badal kar kisi aur taraf se le jaye ta ke hamara takrao un se na ho? kaisi ajeeb baat hai yeh.</w:t>
      </w:r>
    </w:p>
    <w:p>
      <w:pPr>
        <w:jc w:val="right"/>
      </w:pPr>
      <w:r>
        <w:t>تم میں سے کون ہے جو ہم کو راستہ بدل کر کسی اور طرف سے لے جائے تاکہ ہمارا ٹکراؤ ان سے نہ ہو؟ کیسی عجیب بات ہے یہ۔</w:t>
      </w:r>
    </w:p>
    <w:p>
      <w:r>
        <w:rPr>
          <w:b/>
        </w:rPr>
        <w:t xml:space="preserve">[30:07] </w:t>
      </w:r>
      <w:r>
        <w:t>mun yakhruj bina ala tareeq ghair tareeqihim. ke woh jis rastay se aa rahay hain us ke siwa koi rasta koi jananay wala ho idhar se le ke chala humein aur takrao ki naubat na aaye to woh karo.</w:t>
      </w:r>
    </w:p>
    <w:p>
      <w:pPr>
        <w:jc w:val="right"/>
      </w:pPr>
      <w:r>
        <w:t>من یخرج بنا علی طریق غیر طریقہم۔ کہ وہ جس راستے سے آ رہے ہیں اس کے سوا کوئی راستہ کوئی جاننے والا ہو ادھر سے لے کے چلے ہمیں اور ٹکراؤ کی نوبت نہ آئے تو وہ کرو۔</w:t>
      </w:r>
    </w:p>
    <w:p>
      <w:r>
        <w:rPr>
          <w:b/>
        </w:rPr>
        <w:t xml:space="preserve">[30:21] </w:t>
      </w:r>
      <w:r>
        <w:t>chunan che ek sahabi kharay hue un ka ke mujhe pata hai rasta ke main chalta hoon. to aap ne rasta badal kar ke idhar se janay lagay aap. ab is ko aaj kal ke halaat par apply kijiye.</w:t>
      </w:r>
    </w:p>
    <w:p>
      <w:pPr>
        <w:jc w:val="right"/>
      </w:pPr>
      <w:r>
        <w:t>چنانچہ ایک صحابی کھڑے ہوئے ان کا کہ مجھے پتہ ہے راستہ کہ میں چلتا ہوں۔ تو آپ نے راستہ بدل کر کے ادھر سے جانے لگے آپ۔ اب اس کو آج کل کے حالات پر اپلائی کیجیے۔</w:t>
      </w:r>
    </w:p>
    <w:p>
      <w:r>
        <w:rPr>
          <w:b/>
        </w:rPr>
        <w:t xml:space="preserve">[30:33] </w:t>
      </w:r>
      <w:r>
        <w:t>to musalman is ke khilaf karte hain. yani doosra jaloos nikale yeh bhi jaloos nikalein. doosra political hungama kare to yeh bhi political hungamay karte hain.</w:t>
      </w:r>
    </w:p>
    <w:p>
      <w:pPr>
        <w:jc w:val="right"/>
      </w:pPr>
      <w:r>
        <w:t>تو مسلمان اس کے خلاف کرتے ہیں۔ یعنی دوسرا جلوس نکالتا ہے یہ بھی جلوس نکالتے۔ دوسرا political ہنگامہ کرتا ہے تو یہ بھی political ہنگامے کرتے ہیں۔</w:t>
      </w:r>
    </w:p>
    <w:p>
      <w:r>
        <w:rPr>
          <w:b/>
        </w:rPr>
        <w:t xml:space="preserve">[30:48] </w:t>
      </w:r>
      <w:r>
        <w:t>yani doosra jis tareeqay ka ikhtiyar kiya usi tareeqay ka yeh bhi ikhtiyar karte hain. nateeja ke takrao, takrao, takrao. aap dekhiye har har jagah takrao ho raha hai.</w:t>
      </w:r>
    </w:p>
    <w:p>
      <w:pPr>
        <w:jc w:val="right"/>
      </w:pPr>
      <w:r>
        <w:t>یعنی دوسرا جس طریقے کا اختیار کیا اسی طریقے کا یہ بھی اختیار کرتے ہیں۔ نتیجہ کہ ٹکراؤ، ٹکراؤ، ٹکراؤ۔ آپ دیکھیے ہر ہر جگہ ٹکراؤ ہو رہا ہے۔</w:t>
      </w:r>
    </w:p>
    <w:p>
      <w:r>
        <w:rPr>
          <w:b/>
        </w:rPr>
        <w:t xml:space="preserve">[31:00] </w:t>
      </w:r>
      <w:r>
        <w:t>aur bohat saray log maray jatay hain. to is is is sunnat ka matlab yeh hai ke jo tareeqa woh ikhtiyar kiye hue hain us mein agar takrao ka andesha hai to tareeqa badal do tareeqa.</w:t>
      </w:r>
    </w:p>
    <w:p>
      <w:pPr>
        <w:jc w:val="right"/>
      </w:pPr>
      <w:r>
        <w:t>اور بہت سارے لوگ مارے جاتے ہیں۔ تو اس اس اس سنت کا مطلب یہ ہے کہ جو طریقہ وہ اختیار کیے ہوئے ہیں اس میں اگر ٹکراؤ کا اندیشہ ہے تو طریقہ بدل دو طریقہ۔</w:t>
      </w:r>
    </w:p>
    <w:p>
      <w:r>
        <w:rPr>
          <w:b/>
        </w:rPr>
        <w:t xml:space="preserve">[31:15] </w:t>
      </w:r>
      <w:r>
        <w:t>yani fareeq insani jo tareeqa ikhtiyar kiye hue hain jis rastay se woh chal raha hai jis method ko woh apnaye hue hain wahi agar mein bhi karta hoon aur us mein takrao ki naubat aati hai to badal do is ko.</w:t>
      </w:r>
    </w:p>
    <w:p>
      <w:pPr>
        <w:jc w:val="right"/>
      </w:pPr>
      <w:r>
        <w:t>یعنی فریق انسانی جو طریقہ اختیار کیے ہوئے ہیں جس راستے سے وہ چل رہا ہے جس method کو وہ اپنائے ہوئے ہیں وہی اگر میں بھی کرتا ہوں اور اس میں ٹکراؤ کی نوبت آتی ہے تو بدل دو اس کو۔</w:t>
      </w:r>
    </w:p>
    <w:p>
      <w:r>
        <w:rPr>
          <w:b/>
        </w:rPr>
        <w:t xml:space="preserve">[31:31] </w:t>
      </w:r>
      <w:r>
        <w:t>doosra tareeqa ikhtiyar karo. mislan woh demonstration ya street activism chala rahay hain to tum khamoshi se daawa work karo.</w:t>
      </w:r>
    </w:p>
    <w:p>
      <w:pPr>
        <w:jc w:val="right"/>
      </w:pPr>
      <w:r>
        <w:t>دوسرا طریقہ اختیار کرو۔ مثلاً وہ demonstration یا street activism چلا رہے ہیں تو تم خاموشی سے دعویٰ work کرو۔</w:t>
      </w:r>
    </w:p>
    <w:p>
      <w:r>
        <w:rPr>
          <w:b/>
        </w:rPr>
        <w:t xml:space="preserve">[31:43] </w:t>
      </w:r>
      <w:r>
        <w:t>baghair yani sarak se sarak se hat jao. sarak se hat jao sarak se.</w:t>
      </w:r>
    </w:p>
    <w:p>
      <w:pPr>
        <w:jc w:val="right"/>
      </w:pPr>
      <w:r>
        <w:t>بغیر یعنی سڑک سے سڑک سے ہٹ جاؤ۔ سڑک سے ہٹ جاؤ سڑک سے۔</w:t>
      </w:r>
    </w:p>
    <w:p>
      <w:r>
        <w:rPr>
          <w:b/>
        </w:rPr>
        <w:t xml:space="preserve">[31:52] </w:t>
      </w:r>
      <w:r>
        <w:t>yani woh hate ka rasta ikhtiyar kiye hue hain to tum love ka tareeqa ikhtiyar karo. woh war ka tareeqa ikhtiyar kiye hue hain to tum peace ka tareeqa ikhtiyar karo.</w:t>
      </w:r>
    </w:p>
    <w:p>
      <w:pPr>
        <w:jc w:val="right"/>
      </w:pPr>
      <w:r>
        <w:t>یعنی وہ hate کا راستہ اختیار کیے ہوئے ہیں تو تم love کا طریقہ اختیار کرو۔ وہ war کا طریقہ اختیار کیے ہوئے ہیں تو تم peace کا طریقہ اختیار کرو۔</w:t>
      </w:r>
    </w:p>
    <w:p>
      <w:r>
        <w:rPr>
          <w:b/>
        </w:rPr>
        <w:t xml:space="preserve">[32:05] </w:t>
      </w:r>
      <w:r>
        <w:t>woh ishtia'al dilanay wala tareeqa ikhtiyar kar rahay hain. woh ishtia'al dilanay walay tareeqay ikhtiyar kiye hue hain to tum forgive karo.</w:t>
      </w:r>
    </w:p>
    <w:p>
      <w:pPr>
        <w:jc w:val="right"/>
      </w:pPr>
      <w:r>
        <w:t>وہ اشتعال دلانے والا طریقہ اختیار کر رہے ہیں۔ وہ اشتعال دلانے والے طریقے اختیار کیے ہوئے ہیں تو تم forgive کرو۔</w:t>
      </w:r>
    </w:p>
    <w:p>
      <w:r>
        <w:rPr>
          <w:b/>
        </w:rPr>
        <w:t xml:space="preserve">[32:15] </w:t>
      </w:r>
      <w:r>
        <w:t>tum un ko maaf kar do. ishtia'al angizi se bachaao apnay aap ko.</w:t>
      </w:r>
    </w:p>
    <w:p>
      <w:pPr>
        <w:jc w:val="right"/>
      </w:pPr>
      <w:r>
        <w:t>تم ان کو معاف کر دو۔ اشتعال انگیزی سے بچاؤ اپنے آپ کو۔</w:t>
      </w:r>
    </w:p>
    <w:p>
      <w:r>
        <w:rPr>
          <w:b/>
        </w:rPr>
        <w:t xml:space="preserve">[32:25] </w:t>
      </w:r>
      <w:r>
        <w:t>to yeh ek aaj ek bohat bari sunnat hai ke mun yakhruj bina aap ne farmaya ke mun yakhruj bina ala tareeq ghair tareeqihim.</w:t>
      </w:r>
    </w:p>
    <w:p>
      <w:pPr>
        <w:jc w:val="right"/>
      </w:pPr>
      <w:r>
        <w:t>تو یہ ایک آج ایک بہت بڑی سنت ہے کہ من یخرج بنا آپ نے فرمایا کہ من یخرج بنا علی طریق غیر طریقہم۔</w:t>
      </w:r>
    </w:p>
    <w:p>
      <w:r>
        <w:rPr>
          <w:b/>
        </w:rPr>
        <w:t xml:space="preserve">[32:34] </w:t>
      </w:r>
      <w:r>
        <w:t>ke fareeq insani ki jis tareeqay ko ikhtiyar kiye hue hain. agar hum bhi usi pe chalain to takrao paish aye ga. to tum mein se koi khara ho aur bataye humein koi aur tareeqa, koi doosra tareeqa.</w:t>
      </w:r>
    </w:p>
    <w:p>
      <w:pPr>
        <w:jc w:val="right"/>
      </w:pPr>
      <w:r>
        <w:t>کہ فریق انسانی کی جس طریقے کو اختیار کیے ہوئے ہیں۔ اگر ہم بھی اسی پہ چلیں تو ٹکراؤ پیش آئے گا۔ تو تم میں سے کوئی کھڑا ہو اور بتائے ہمیں کوئی اور طریقہ، کوئی دوسرا طریقہ۔</w:t>
      </w:r>
    </w:p>
    <w:p>
      <w:r>
        <w:rPr>
          <w:b/>
        </w:rPr>
        <w:t xml:space="preserve">[32:50] </w:t>
      </w:r>
      <w:r>
        <w:t>to rasool Allah ki sunnat aur rasool Allah ke jo tareeqay hain us mein yeh do bohat bari cheezein mujhe samajh mein aati hain.</w:t>
      </w:r>
    </w:p>
    <w:p>
      <w:pPr>
        <w:jc w:val="right"/>
      </w:pPr>
      <w:r>
        <w:t>تو رسول اللہ کی سنت اور رسول اللہ کے جو طریقے ہیں اس میں یہ دو بہت بڑی چیزیں مجھے سمجھ میں آتی ہیں۔</w:t>
      </w:r>
    </w:p>
    <w:p>
      <w:r>
        <w:rPr>
          <w:b/>
        </w:rPr>
        <w:t xml:space="preserve">[33:00] </w:t>
      </w:r>
      <w:r>
        <w:t>ke cheezon se marifat ka pehlu nikalna. jo aap ko jo study karte hain jo experience hota hai jo aap ko observation hota hai koi bhi tajurba jo paish aata hai us mein ek ek content hota hai ek marifat ka us ko us mein hasil karna.</w:t>
      </w:r>
    </w:p>
    <w:p>
      <w:pPr>
        <w:jc w:val="right"/>
      </w:pPr>
      <w:r>
        <w:t>کہ چیزوں سے معرفت کا پہلو نکالنا۔ جو آپ کو جو study کرتے ہیں جو experience ہوتا ہے جو آپ کو observation ہوتا ہے کوئی بھی تجربہ جو پیش آتا ہے اس میں ایک ایک content ہوتا ہے ایک معرفت کا اس کو اس میں حاصل کرنا۔</w:t>
      </w:r>
    </w:p>
    <w:p>
      <w:r>
        <w:rPr>
          <w:b/>
        </w:rPr>
        <w:t xml:space="preserve">[33:23] </w:t>
      </w:r>
      <w:r>
        <w:t>aur doosra yeh ke dunya mein aap reh rahay hain to har aadmi active hai har aadmi apnay apnay dhang pe chal raha hai. cheezon ko har aadmi apnay apnay andaaz se le raha hai.</w:t>
      </w:r>
    </w:p>
    <w:p>
      <w:pPr>
        <w:jc w:val="right"/>
      </w:pPr>
      <w:r>
        <w:t>اور دوسرا یہ کہ دنیا میں آپ رہ رہے ہیں تو ہر آدمی active ہے ہر آدمی اپنے اپنے ڈھنگ پہ چل رہا ہے۔ چیزوں کو ہر آدمی اپنے اپنے انداز سے لے رہا ہے۔</w:t>
      </w:r>
    </w:p>
    <w:p>
      <w:r>
        <w:rPr>
          <w:b/>
        </w:rPr>
        <w:t xml:space="preserve">[33:35] </w:t>
      </w:r>
      <w:r>
        <w:t>lekin aap ko yani momin ko lena hai cheezon ko dawat ke angle se.</w:t>
      </w:r>
    </w:p>
    <w:p>
      <w:pPr>
        <w:jc w:val="right"/>
      </w:pPr>
      <w:r>
        <w:t>لیکن آپ کو یعنی مومن کو لینا ہے چیزوں کو دعوت کے angle سے۔</w:t>
      </w:r>
    </w:p>
    <w:p>
      <w:r>
        <w:rPr>
          <w:b/>
        </w:rPr>
        <w:t xml:space="preserve">[33:42] </w:t>
      </w:r>
      <w:r>
        <w:t>yeh do sab se bari sunnat meri samajh mein aati hain.</w:t>
      </w:r>
    </w:p>
    <w:p>
      <w:pPr>
        <w:jc w:val="right"/>
      </w:pPr>
      <w:r>
        <w:t>یہ دو سب سے بڑی سنت میری سمجھ میں آتی ہے۔</w:t>
      </w:r>
    </w:p>
    <w:p>
      <w:r>
        <w:rPr>
          <w:b/>
        </w:rPr>
        <w:t xml:space="preserve">[33:49] </w:t>
      </w:r>
      <w:r>
        <w:t>lekin ajeeb baat hai ke yeh yeh dono sunnatain hadaf hain musalman ki zindagi se. aur yahi rehmat hai. rehmat koi fazilat ki baat nahi hai.</w:t>
      </w:r>
    </w:p>
    <w:p>
      <w:pPr>
        <w:jc w:val="right"/>
      </w:pPr>
      <w:r>
        <w:t>لیکن عجیب بات ہے کہ یہ یہ دونوں سنتیں ہدف ہیں مسلمان کی زندگی سے۔ اور یہی رحمت ہے۔ رحمت کوئی فضیلت کی بات نہیں ہے۔</w:t>
      </w:r>
    </w:p>
    <w:p>
      <w:r>
        <w:rPr>
          <w:b/>
        </w:rPr>
        <w:t xml:space="preserve">[34:01] </w:t>
      </w:r>
      <w:r>
        <w:t>rehmat yeh hai ke aap ne in dono cheezon ko apna kar bataya goya ek demonstration diya ke kis tarah se cheezon mein marifat ka content hota hai.</w:t>
      </w:r>
    </w:p>
    <w:p>
      <w:pPr>
        <w:jc w:val="right"/>
      </w:pPr>
      <w:r>
        <w:t>رحمت یہ ہے کہ آپ نے ان دونوں چیزوں کو اپنا کر بتایا گویا ایک demonstration دیا کہ کس طرح سے چیزوں میں معرفت کا content ہوتا ہے۔</w:t>
      </w:r>
    </w:p>
    <w:p>
      <w:r>
        <w:rPr>
          <w:b/>
        </w:rPr>
        <w:t xml:space="preserve">[34:13] </w:t>
      </w:r>
      <w:r>
        <w:t>kis tarah tum yaani cheezon ko dawat ke angle se dekh sakte ho. is ka ek model aap ne qaim kar diya.</w:t>
      </w:r>
    </w:p>
    <w:p>
      <w:pPr>
        <w:jc w:val="right"/>
      </w:pPr>
      <w:r>
        <w:t>کس طرح تم یعنی چیزوں کو دعوت کے angle سے دیکھ سکتے ہو۔ اس کا ایک ماڈل آپ نے قائم کر دیا۔</w:t>
      </w:r>
    </w:p>
    <w:p>
      <w:r>
        <w:rPr>
          <w:b/>
        </w:rPr>
        <w:t xml:space="preserve">[34:24] </w:t>
      </w:r>
      <w:r>
        <w:t>aur woh model history mein preserve ho gaya, history mein mehfooz ho gaya. qadeem zamane ki koi bhi shakhsiyat aisi nahi hai.</w:t>
      </w:r>
    </w:p>
    <w:p>
      <w:pPr>
        <w:jc w:val="right"/>
      </w:pPr>
      <w:r>
        <w:t>اور وہ ماڈل history میں preserve ہو گیا، history میں محفوظ ہو گیا۔ قدیم زمانے کی کوئی بھی شخصیت ایسی نہیں ہے۔</w:t>
      </w:r>
    </w:p>
    <w:p>
      <w:r>
        <w:rPr>
          <w:b/>
        </w:rPr>
        <w:t xml:space="preserve">[34:35] </w:t>
      </w:r>
      <w:r>
        <w:t>printing press ke zamane se pehle ki. printing press mein aisa hai ke logon ka cheezain record ho jati hain. printing press ke zamane mein aisa hai ke logon ki baatein chhap kar ke mehfooz ho jati hain, libraryon mein pahunch jati hain, har jagah pahunch jati hain.</w:t>
      </w:r>
    </w:p>
    <w:p>
      <w:pPr>
        <w:jc w:val="right"/>
      </w:pPr>
      <w:r>
        <w:t>پرنٹنگ پریس کے زمانے سے پہلے کی۔ پرنٹنگ پریس میں ایسا ہے کہ لوگوں کا چیزیں ریکارڈ ہو جاتی ہیں۔ پرنٹنگ پریس کے زمانے میں ایسا ہے کہ لوگوں کی باتیں چھپ کر کے محفوظ ہو جاتی ہیں، لائبریریوں میں پہنچ جاتی ہیں، ہر جگہ پہنچ جاتی ہیں۔</w:t>
      </w:r>
    </w:p>
    <w:p>
      <w:r>
        <w:rPr>
          <w:b/>
        </w:rPr>
        <w:t xml:space="preserve">[34:51] </w:t>
      </w:r>
      <w:r>
        <w:t>lekin printing press ke daur aane se pehle is ka koi intezam nahi tha. is daur mein aap ne jo zindagi guzari us ko logon ne dekha aur bohat zabardast tareeqe par us ko mehfooz kiya.</w:t>
      </w:r>
    </w:p>
    <w:p>
      <w:pPr>
        <w:jc w:val="right"/>
      </w:pPr>
      <w:r>
        <w:t>لیکن پرنٹنگ پریس کے دور آنے سے پہلے اس کا کوئی انتظام نہیں تھا۔ اس دور میں آپ نے جو زندگی گزاری اس کو لوگوں نے دیکھا اور بہت زبردست طریقے پر اس کو محفوظ کیا۔</w:t>
      </w:r>
    </w:p>
    <w:p>
      <w:r>
        <w:rPr>
          <w:b/>
        </w:rPr>
        <w:t xml:space="preserve">[35:09] </w:t>
      </w:r>
      <w:r>
        <w:t>us ko hafze mein us ko memorize kiya, kitabon mein likha apne hath se yaani jab zamana tha hath se likhne ka.</w:t>
      </w:r>
    </w:p>
    <w:p>
      <w:pPr>
        <w:jc w:val="right"/>
      </w:pPr>
      <w:r>
        <w:t>اس کو حافظے میں اس کو memorize کیا، کتابوں میں لکھا اپنے ہاتھ سے یعنی جب زمانہ تھا ہاتھ سے لکھنے کا۔</w:t>
      </w:r>
    </w:p>
    <w:p>
      <w:r>
        <w:rPr>
          <w:b/>
        </w:rPr>
        <w:t xml:space="preserve">[35:19] </w:t>
      </w:r>
      <w:r>
        <w:t>yaani mukhtalif tareeqon se us ko mehfooz karte karte yahan tak pahunch gaye ke press ka daur aa gaya. jab press ka daur aa gaya to tab to is ki hifazat yaani bilkul final ho gayi.</w:t>
      </w:r>
    </w:p>
    <w:p>
      <w:pPr>
        <w:jc w:val="right"/>
      </w:pPr>
      <w:r>
        <w:t>یعنی مختلف طریقوں سے اس کو محفوظ کرتے کرتے یہاں تک پہنچ گئے کہ پریس کا دور آ گیا۔ جب پریس کا دور آ گیا تو تب تو اس کی حفاظت یعنی بالکل final ہو گئی۔</w:t>
      </w:r>
    </w:p>
    <w:p>
      <w:r>
        <w:rPr>
          <w:b/>
        </w:rPr>
        <w:t xml:space="preserve">[35:32] </w:t>
      </w:r>
      <w:r>
        <w:t>to rasool Allah ka jo model hai woh woh authentic bhi hai aur mehfooz bhi hai. yaani back waqt is ke andar do sifatain hain.</w:t>
      </w:r>
    </w:p>
    <w:p>
      <w:pPr>
        <w:jc w:val="right"/>
      </w:pPr>
      <w:r>
        <w:t>تو رسول اللہ کا جو ماڈل ہے وہ وہ authentic بھی ہے اور محفوظ بھی ہے۔ یعنی بیک وقت اس کے اندر دو صفتیں ہیں۔</w:t>
      </w:r>
    </w:p>
    <w:p>
      <w:r>
        <w:rPr>
          <w:b/>
        </w:rPr>
        <w:t xml:space="preserve">[35:44] </w:t>
      </w:r>
      <w:r>
        <w:t>authentic bhi hai aur mehfooz bhi hai.</w:t>
      </w:r>
    </w:p>
    <w:p>
      <w:pPr>
        <w:jc w:val="right"/>
      </w:pPr>
      <w:r>
        <w:t>Authentic بھی ہے اور محفوظ بھی ہے۔</w:t>
      </w:r>
    </w:p>
    <w:p>
      <w:r>
        <w:rPr>
          <w:b/>
        </w:rPr>
        <w:t xml:space="preserve">[35:50] </w:t>
      </w:r>
      <w:r>
        <w:t>is bana par woh rehmat hai.</w:t>
      </w:r>
    </w:p>
    <w:p>
      <w:pPr>
        <w:jc w:val="right"/>
      </w:pPr>
      <w:r>
        <w:t>اس بنا پر وہ رحمت ہے۔</w:t>
      </w:r>
    </w:p>
    <w:p>
      <w:r>
        <w:rPr>
          <w:b/>
        </w:rPr>
        <w:t xml:space="preserve">[35:55] </w:t>
      </w:r>
      <w:r>
        <w:t>yaani rehmat hona is ka koi mysterious baat nahi hai.</w:t>
      </w:r>
    </w:p>
    <w:p>
      <w:pPr>
        <w:jc w:val="right"/>
      </w:pPr>
      <w:r>
        <w:t>یعنی رحمت ہونا اس کا کوئی mysterious بات نہیں ہے۔</w:t>
      </w:r>
    </w:p>
    <w:p>
      <w:r>
        <w:rPr>
          <w:b/>
        </w:rPr>
        <w:t xml:space="preserve">[36:03] </w:t>
      </w:r>
      <w:r>
        <w:t>koi mysterious baat nahi hai.</w:t>
      </w:r>
    </w:p>
    <w:p>
      <w:pPr>
        <w:jc w:val="right"/>
      </w:pPr>
      <w:r>
        <w:t>کوئی mysterious بات نہیں ہے۔</w:t>
      </w:r>
    </w:p>
    <w:p>
      <w:r>
        <w:rPr>
          <w:b/>
        </w:rPr>
        <w:t xml:space="preserve">[36:09] </w:t>
      </w:r>
      <w:r>
        <w:t>rehmat hona koi mysterious baat nahi hai. rehmat hone ki mani yahi hain ke woh yaani Allah ka ki pasand ke mutabiq model hai.</w:t>
      </w:r>
    </w:p>
    <w:p>
      <w:pPr>
        <w:jc w:val="right"/>
      </w:pPr>
      <w:r>
        <w:t>رحمت ہونا کوئی mysterious بات نہیں ہے۔ رحمت ہونے کی معنی یہی ہیں کہ وہ یعنی اللہ کا کی پسند کے مطابق ماڈل ہے۔</w:t>
      </w:r>
    </w:p>
    <w:p>
      <w:r>
        <w:rPr>
          <w:b/>
        </w:rPr>
        <w:t xml:space="preserve">[36:20] </w:t>
      </w:r>
      <w:r>
        <w:t>aur woh authentic bhi hai aur mehfooz bhi hai. is ka agar aap ikhtiyar karein to apni zindagi ko aap is tarah bana sakte hain ke dunya mein bhi aap kamyab hon aur akhirat mein bhi aap kamyab hon.</w:t>
      </w:r>
    </w:p>
    <w:p>
      <w:pPr>
        <w:jc w:val="right"/>
      </w:pPr>
      <w:r>
        <w:t>اور وہ authentic بھی ہے اور محفوظ بھی ہے۔ اس کا اگر آپ اختیار کریں تو اپنی زندگی کو آپ اس طرح بنا سکتے ہیں کہ دنیا میں بھی آپ کامیاب ہوں اور آخرت میں بھی آپ کامیاب ہوں۔</w:t>
      </w:r>
    </w:p>
    <w:p>
      <w:r>
        <w:rPr>
          <w:b/>
        </w:rPr>
        <w:t xml:space="preserve">[36:38] </w:t>
      </w:r>
      <w:r>
        <w:t>to yeh hai matlab wa ma arsalnak illa rahmatan lil alameen ka.</w:t>
      </w:r>
    </w:p>
    <w:p>
      <w:pPr>
        <w:jc w:val="right"/>
      </w:pPr>
      <w:r>
        <w:t>تو یہ ہے مطلب وما أرسلناك إلا رحمة للعالمين کا۔</w:t>
      </w:r>
    </w:p>
    <w:p>
      <w:r>
        <w:rPr>
          <w:b/>
        </w:rPr>
        <w:t xml:space="preserve">[36:49] </w:t>
      </w:r>
      <w:r>
        <w:t>to yahan rehmat se wohi murad hai jo doosre maqam par us ko us waqt kaha gaya hai.</w:t>
      </w:r>
    </w:p>
    <w:p>
      <w:pPr>
        <w:jc w:val="right"/>
      </w:pPr>
      <w:r>
        <w:t>تو یہاں رحمت سے وہی مراد ہے جو دوسرے مقام پر اس کو اس وقت کہا گیا ہے۔</w:t>
      </w:r>
    </w:p>
    <w:p>
      <w:r>
        <w:rPr>
          <w:b/>
        </w:rPr>
        <w:t xml:space="preserve">[36:57] </w:t>
      </w:r>
      <w:r>
        <w:t>quran ka ek usool yeh bhi hai ke ek waqe ke do juz ko do jagah bayan karna. misaal ke tor par dekhiye. Hazrat Adam ka jo qissa hai ke Hazrat Adam jab jab woh jannat se nikal diye gaye to bohat un ko repentance aaya, bohat ziyada woh pareshan hue.</w:t>
      </w:r>
    </w:p>
    <w:p>
      <w:pPr>
        <w:jc w:val="right"/>
      </w:pPr>
      <w:r>
        <w:t>قرآن کا ایک اصول یہ بھی ہے کہ ایک واقعے کے دو جز کو دو جگہ بیان کرنا۔ مثال کے طور پر دیکھیے۔ حضرت آدم کا جو قصہ ہے کہ حضرت آدم جب جب وہ جنت سے نکال دیے گئے تو بہت ان کو repentance آیا، بہت زیادہ وہ پریشان ہوئے۔</w:t>
      </w:r>
    </w:p>
    <w:p>
      <w:r>
        <w:rPr>
          <w:b/>
        </w:rPr>
        <w:t xml:space="preserve">[37:21] </w:t>
      </w:r>
      <w:r>
        <w:t>to is ke baad phir un ko toba ki tofeeq hui. to quran mein ek jagah yeh ayat hai ke fatalaqqa Adam mere rab kalimat fa tab alaih.</w:t>
      </w:r>
    </w:p>
    <w:p>
      <w:pPr>
        <w:jc w:val="right"/>
      </w:pPr>
      <w:r>
        <w:t>تو اس کے بعد پھر ان کو توبہ کی توفیق ہوئی۔ تو قرآن میں ایک جگہ یہ آیت ہے کہ فتلقٰی آدم میرے رب کلمات فتاب علیہ۔</w:t>
      </w:r>
    </w:p>
    <w:p>
      <w:r>
        <w:rPr>
          <w:b/>
        </w:rPr>
        <w:t xml:space="preserve">[37:34] </w:t>
      </w:r>
      <w:r>
        <w:t>yaani un ko inspiration hua kuch kalimat ka to un inspired kalimat ko le kar unhon ne dua ki. Allah ne jab dekha ke bohat ziyada ro rahe hain, bohat un ko repentance hai,</w:t>
      </w:r>
    </w:p>
    <w:p>
      <w:pPr>
        <w:jc w:val="right"/>
      </w:pPr>
      <w:r>
        <w:t>یعنی ان کو inspiration ہوا کچھ کلمات کا تو ان inspired کلمات کو لے کر انہوں نے دعا کی۔ اللہ نے جب دیکھا کہ بہت زیادہ رو رہے ہیں، بہت ان کو repentance ہے،</w:t>
      </w:r>
    </w:p>
    <w:p>
      <w:r>
        <w:rPr>
          <w:b/>
        </w:rPr>
        <w:t xml:space="preserve">[37:48] </w:t>
      </w:r>
      <w:r>
        <w:t>aitraf khata kar rahe hain. to Allah ne un ko bazariya inspiration kuch kalimat taleen kiye. to un ki samajh mein aaya ke is tarah mujhe dua karna chahiye.</w:t>
      </w:r>
    </w:p>
    <w:p>
      <w:pPr>
        <w:jc w:val="right"/>
      </w:pPr>
      <w:r>
        <w:t>اعتراف خطا کر رہے ہیں۔ تو اللہ نے ان کو بذریعہ inspiration کچھ کلمات تلقین کیے۔ تو ان کی سمجھ میں آیا کہ اس طرح مجھے دعا کرنا چاہیے۔</w:t>
      </w:r>
    </w:p>
    <w:p>
      <w:r>
        <w:rPr>
          <w:b/>
        </w:rPr>
        <w:t xml:space="preserve">[37:59] </w:t>
      </w:r>
      <w:r>
        <w:t>lekin wahan par yeh nahi hai ke woh dua kiya thi. yeh surah al baqarah mein ayat hai. surah al baqarah mein yeh nahi bataya ke unhon ne kya dua ki thi.</w:t>
      </w:r>
    </w:p>
    <w:p>
      <w:pPr>
        <w:jc w:val="right"/>
      </w:pPr>
      <w:r>
        <w:t>لیکن وہاں پر یہ نہیں ہے کہ وہ دعا کیا تھی۔ یہ سورہ البقرہ میں آیت ہے۔ سورہ البقرہ میں یہ نہیں بتایا کہ انہوں نے کیا دعا کی تھی۔</w:t>
      </w:r>
    </w:p>
    <w:p>
      <w:r>
        <w:rPr>
          <w:b/>
        </w:rPr>
        <w:t xml:space="preserve">[38:10] </w:t>
      </w:r>
      <w:r>
        <w:t>bas yeh hai ke unhon ne dua ki unhon ne. yeh baat doosri jagah hai yaani surah al araf mein. rabbana zalamna anfusana wa il lam taghfir lana wa tarhamna lanakoonanna minal khasireen.</w:t>
      </w:r>
    </w:p>
    <w:p>
      <w:pPr>
        <w:jc w:val="right"/>
      </w:pPr>
      <w:r>
        <w:t>بس یہ ہے کہ انہوں نے دعا کی انہوں نے۔ یہ بات دوسری جگہ ہے یعنی سورہ الاعراف میں۔ ربنا ظلمنا أنفسنا وإن لم تغفرنا وترحمنا لنكن نمل الخاطرین۔</w:t>
      </w:r>
    </w:p>
    <w:p>
      <w:r>
        <w:rPr>
          <w:b/>
        </w:rPr>
        <w:t xml:space="preserve">[38:26] </w:t>
      </w:r>
      <w:r>
        <w:t>to ek waqe ek juz surah al baqarah mein hai, is ka doosra juz al araf mein hai. dono ke mil kar ke baat samajh mein aati hai.</w:t>
      </w:r>
    </w:p>
    <w:p>
      <w:pPr>
        <w:jc w:val="right"/>
      </w:pPr>
      <w:r>
        <w:t>تو ایک واقعہ ایک جز سورہ البقرہ میں ہے، اس کا دوسرا جز الاعراف میں ہے۔ دونوں کے مل کر کے بات سمجھ میں آتی ہے۔</w:t>
      </w:r>
    </w:p>
    <w:p>
      <w:r>
        <w:rPr>
          <w:b/>
        </w:rPr>
        <w:t xml:space="preserve">[38:36] </w:t>
      </w:r>
      <w:r>
        <w:t>yaani ek jagah zikr kiya hai unhon ne toba ki, ek jagah zikr yeh hai ke unhon ne toba kiya, doosra zikr hai ke toba ke alfaaz kya thay woh bataya. yahi muamla yahan bhi hai.</w:t>
      </w:r>
    </w:p>
    <w:p>
      <w:pPr>
        <w:jc w:val="right"/>
      </w:pPr>
      <w:r>
        <w:t>یعنی ایک جگہ ذکر کیا ہے انہوں نے توبہ کی، ایک جگہ ذکر یہ ہے کہ انہوں نے توبہ کیا، دوسرا ذکر ہے کہ توبہ کے الفاظ کیا تھے وہ بتایا۔ یہی معاملہ یہاں بھی ہے۔</w:t>
      </w:r>
    </w:p>
    <w:p>
      <w:r>
        <w:rPr>
          <w:b/>
        </w:rPr>
        <w:t xml:space="preserve">[38:46] </w:t>
      </w:r>
      <w:r>
        <w:t>dekhiye rehmatulalameen ka lafz aaya hai ek surah mein aur doosri surah mein aaya hai ke ma laqad kana lakum fi rasool Allah is waqt husn hai.</w:t>
      </w:r>
    </w:p>
    <w:p>
      <w:pPr>
        <w:jc w:val="right"/>
      </w:pPr>
      <w:r>
        <w:t>دیکھیے رحمت اللعالمین کا لفظ آیا ہے ایک سورہ میں اور دوسری سورہ میں آیا ہے کہ ما لقد کان لکم فی رسول اللہ اس وقت حسن ہے۔</w:t>
      </w:r>
    </w:p>
    <w:p>
      <w:r>
        <w:rPr>
          <w:b/>
        </w:rPr>
        <w:t xml:space="preserve">[38:57] </w:t>
      </w:r>
      <w:r>
        <w:t>to wahan rehmat se murad is mein husn aaya hai. Rehmat is mani mein ke rasool Allah ke zariye jo hum ko model mila hai is ko agar aap apnainge to aap ko Allah ki blessing milegi.</w:t>
      </w:r>
    </w:p>
    <w:p>
      <w:pPr>
        <w:jc w:val="right"/>
      </w:pPr>
      <w:r>
        <w:t>تو وہاں رحمت سے مراد اس میں حسن آیا ہے۔ رحمت اس معنی میں کہ رسول اللہ کے ذریعے جو ہم کو ماڈل ملا ہے اس کو اگر آپ اپنائیں گے تو آپ کو اللہ کی blessing ملے گی۔</w:t>
      </w:r>
    </w:p>
    <w:p>
      <w:r>
        <w:rPr>
          <w:b/>
        </w:rPr>
        <w:t xml:space="preserve">[39:11] </w:t>
      </w:r>
      <w:r>
        <w:t>Allah ka reward milega. To yahan bhi wahi tareeqa hai ke ek hi waqe ke do juz ko do jagah bayan kiya. Ek jagah rehmatulalameen bataya, doosri jagah is rasool ne bataya.</w:t>
      </w:r>
    </w:p>
    <w:p>
      <w:pPr>
        <w:jc w:val="right"/>
      </w:pPr>
      <w:r>
        <w:t>اللہ کا reward ملے گا۔ تو یہاں بھی وہی طریقہ ہے کہ ایک ہی واقعے کے دو جز کو دو جگہ بیان کیا۔ ایک جگہ رحمت اللعالمین بتایا، دوسری جگہ اس رسول نے بتایا۔</w:t>
      </w:r>
    </w:p>
    <w:p>
      <w:r>
        <w:rPr>
          <w:b/>
        </w:rPr>
        <w:t xml:space="preserve">[39:25] </w:t>
      </w:r>
      <w:r>
        <w:t>to yeh Quran ka pattern hai.</w:t>
      </w:r>
    </w:p>
    <w:p>
      <w:pPr>
        <w:jc w:val="right"/>
      </w:pPr>
      <w:r>
        <w:t>تو یہ قرآن کا pattern ہے۔</w:t>
      </w:r>
    </w:p>
    <w:p>
      <w:r>
        <w:rPr>
          <w:b/>
        </w:rPr>
        <w:t xml:space="preserve">[39:30] </w:t>
      </w:r>
      <w:r>
        <w:t>is par jab maine ghor kiya tab mere samne aaya. Warna tafseeron mein aisa lagta tha ke rehmatulalameen ek fazilat ka kalma hai, fazilat ka.</w:t>
      </w:r>
    </w:p>
    <w:p>
      <w:pPr>
        <w:jc w:val="right"/>
      </w:pPr>
      <w:r>
        <w:t>اس پر جب میں نے غور کیا تب میرے سامنے آیا۔ ورنہ تفسیروں میں ایسا لگتا تھا کہ رحمت اللعالمین ایک فضیلت کا کلمہ ہے، فضیلت کا۔</w:t>
      </w:r>
    </w:p>
    <w:p>
      <w:r>
        <w:rPr>
          <w:b/>
        </w:rPr>
        <w:t xml:space="preserve">[39:42] </w:t>
      </w:r>
      <w:r>
        <w:t>jo rasool Allah ki yani shakhsi sifat batai ja rahi hai. Aisa nahi hai. Yeh sare alam ke liye, hamare aap ke liye ek ek naseehat hai, ek lesson hai, ek ek guidance hai is mein.</w:t>
      </w:r>
    </w:p>
    <w:p>
      <w:pPr>
        <w:jc w:val="right"/>
      </w:pPr>
      <w:r>
        <w:t>جو رسول اللہ کی یعنی شخصی صفت بتائی جا رہی ہے۔ ایسا نہیں ہے۔ یہ سارے عالم کے لیے، ہمارے آپ کے لیے ایک ایک نصیحت ہے، ایک lesson ہے، ایک ایک guidance ہے اس میں۔</w:t>
      </w:r>
    </w:p>
    <w:p>
      <w:r>
        <w:rPr>
          <w:b/>
        </w:rPr>
        <w:t xml:space="preserve">[40:00] </w:t>
      </w:r>
      <w:r>
        <w:t>wo guidance yahi hai ke rasool Allah ek bashar the. Wo farishta nahi the. Wo koi super human nahi the.</w:t>
      </w:r>
    </w:p>
    <w:p>
      <w:pPr>
        <w:jc w:val="right"/>
      </w:pPr>
      <w:r>
        <w:t>وہ guidance یہی ہے کہ رسول اللہ ایک بشر تھے۔ وہ فرشتہ نہیں تھے۔ وہ کوئی super human نہیں تھے۔</w:t>
      </w:r>
    </w:p>
    <w:p>
      <w:r>
        <w:rPr>
          <w:b/>
        </w:rPr>
        <w:t xml:space="preserve">[40:11] </w:t>
      </w:r>
      <w:r>
        <w:t>to un par aap dekhiye jitne bhi hum hamare aap ke upar waqeay guzarte hain wo sab aap par guzre. Maslan dekhiye in ko wo yateem ho gaye aur un ke pas koi kuch raha nahi.</w:t>
      </w:r>
    </w:p>
    <w:p>
      <w:pPr>
        <w:jc w:val="right"/>
      </w:pPr>
      <w:r>
        <w:t>تو ان پر آپ دیکھیے جتنے بھی ہم ہمارے آپ کے اوپر واقعات گزرتے ہیں وہ سب آپ پر گزرے۔ مثلاً دیکھیے ان کو وہ یتیم ہو گئے اور ان کے پاس کوئی کچھ رہا نہیں۔</w:t>
      </w:r>
    </w:p>
    <w:p>
      <w:r>
        <w:rPr>
          <w:b/>
        </w:rPr>
        <w:t xml:space="preserve">[40:31] </w:t>
      </w:r>
      <w:r>
        <w:t>to unhone mamooli business ki.</w:t>
      </w:r>
    </w:p>
    <w:p>
      <w:pPr>
        <w:jc w:val="right"/>
      </w:pPr>
      <w:r>
        <w:t>تو انہوں نے معمولی business کی۔</w:t>
      </w:r>
    </w:p>
    <w:p>
      <w:r>
        <w:rPr>
          <w:b/>
        </w:rPr>
        <w:t xml:space="preserve">[40:37] </w:t>
      </w:r>
      <w:r>
        <w:t>phir dekhiye wo jab unhone dawat shuru ki to unhone mukhalifaten keen. Yahan tak ke pathar mar kar aap ke dant tod diye.</w:t>
      </w:r>
    </w:p>
    <w:p>
      <w:pPr>
        <w:jc w:val="right"/>
      </w:pPr>
      <w:r>
        <w:t>پھر دیکھیے وہ جب انہوں نے دعوت شروع کی تو انہوں نے مخالفتیں کیں۔ یہاں تک کہ پتھر مار کر آپ کے دانت توڑ دیے۔</w:t>
      </w:r>
    </w:p>
    <w:p>
      <w:r>
        <w:rPr>
          <w:b/>
        </w:rPr>
        <w:t xml:space="preserve">[40:48] </w:t>
      </w:r>
      <w:r>
        <w:t>ghar se nikal diya, boycott kiya, jangain huin. Yani wo sare waqeay guzarte hain hamare upar wo sab guzre un ke upar. Faqa ki nabat bhi aai.</w:t>
      </w:r>
    </w:p>
    <w:p>
      <w:pPr>
        <w:jc w:val="right"/>
      </w:pPr>
      <w:r>
        <w:t>گھر سے نکال دیا، boycott کیا، جنگیں ہوئیں۔ یعنی وہ سارے واقعات گزرتے ہیں ہمارے اوپر وہ سب گزرے ان کے اوپر۔ فاقہ کی نوبت بھی آئی۔</w:t>
      </w:r>
    </w:p>
    <w:p>
      <w:r>
        <w:rPr>
          <w:b/>
        </w:rPr>
        <w:t xml:space="preserve">[40:59] </w:t>
      </w:r>
      <w:r>
        <w:t>to mukhtalif ahwal ke darmiyan aap ne jo response diya isi response ka naam hai uswa. Uswa jo hai kya hai?</w:t>
      </w:r>
    </w:p>
    <w:p>
      <w:pPr>
        <w:jc w:val="right"/>
      </w:pPr>
      <w:r>
        <w:t>تو مختلف احوال کے درمیان آپ نے جو response دیا اسی response کا نام ہے اسوہ۔ اسوہ جو ہے کیا ہے؟</w:t>
      </w:r>
    </w:p>
    <w:p>
      <w:r>
        <w:rPr>
          <w:b/>
        </w:rPr>
        <w:t xml:space="preserve">[41:10] </w:t>
      </w:r>
      <w:r>
        <w:t>yani tarah tarah ke halat ke darmiyan rabbani response dena. Dariche uswa rasool. Aur yeh uswa rasool jo hai wo rehmat hai is aitbar se ke is se Allah ki blessing milegi.</w:t>
      </w:r>
    </w:p>
    <w:p>
      <w:pPr>
        <w:jc w:val="right"/>
      </w:pPr>
      <w:r>
        <w:t>یعنی طرح طرح کے حالات کے درمیان ربانی response دینا۔ دریچے اسوہ رسول۔ اور یہ اسوہ رسول جو ہے وہ رحمت ہے اس اعتبار سے کہ اس سے اللہ کی blessing ملے گی۔</w:t>
      </w:r>
    </w:p>
    <w:p>
      <w:r>
        <w:rPr>
          <w:b/>
        </w:rPr>
        <w:t xml:space="preserve">[41:24] </w:t>
      </w:r>
      <w:r>
        <w:t>duniya mein bhi aur akhirat mein bhi. To yeh matlab hai is ayat ka.</w:t>
      </w:r>
    </w:p>
    <w:p>
      <w:pPr>
        <w:jc w:val="right"/>
      </w:pPr>
      <w:r>
        <w:t>دنیا میں بھی اور آخرت میں بھی۔ تو یہ مطلب ہے اس آیت کا۔</w:t>
      </w:r>
    </w:p>
    <w:p>
      <w:r>
        <w:rPr>
          <w:b/>
        </w:rPr>
        <w:t xml:space="preserve">[41:33] </w:t>
      </w:r>
      <w:r>
        <w:t>to is uswa ka taluq yani ek individual se bhi hai aur poori ummat se bhi hai.</w:t>
      </w:r>
    </w:p>
    <w:p>
      <w:pPr>
        <w:jc w:val="right"/>
      </w:pPr>
      <w:r>
        <w:t>تو اس اسوہ کا تعلق یعنی ایک individual سے بھی ہے اور پوری امت سے بھی ہے۔</w:t>
      </w:r>
    </w:p>
    <w:p>
      <w:r>
        <w:rPr>
          <w:b/>
        </w:rPr>
        <w:t xml:space="preserve">[41:44] </w:t>
      </w:r>
      <w:r>
        <w:t>aise hi dekhiye ek bohat bari baat hamein milti hai rasool Allah ki zindagi mein. Rasool Allah jab hijrat ke baad Makka se nikle to rastay mein ek ek ek ghar mein aap ne panah liya.</w:t>
      </w:r>
    </w:p>
    <w:p>
      <w:pPr>
        <w:jc w:val="right"/>
      </w:pPr>
      <w:r>
        <w:t>ایسے ہی دیکھیے ایک بہت بڑی بات ہمیں ملتی ہے رسول اللہ کی زندگی میں۔ رسول اللہ جب ہجرت کے بعد مکہ سے نکلے تو راستے میں ایک ایک ایک غار میں آپ نے پناہ لیا۔</w:t>
      </w:r>
    </w:p>
    <w:p>
      <w:r>
        <w:rPr>
          <w:b/>
        </w:rPr>
        <w:t xml:space="preserve">[42:08] </w:t>
      </w:r>
      <w:r>
        <w:t>kyun ke log pakarne ke liye aap ko</w:t>
      </w:r>
    </w:p>
    <w:p>
      <w:pPr>
        <w:jc w:val="right"/>
      </w:pPr>
      <w:r>
        <w:t>کیونکہ لوگ پکڑنے کے لیے آپ کو</w:t>
      </w:r>
    </w:p>
    <w:p>
      <w:r>
        <w:rPr>
          <w:b/>
        </w:rPr>
        <w:t xml:space="preserve">[42:14] </w:t>
      </w:r>
      <w:r>
        <w:t>idhar udhar aap ko talash kar rahe the. To aap ne chaha ke ghar mein kuch din chup kar baith jayen. Jab wo log wapas ho jayen to phir Madina jayen.</w:t>
      </w:r>
    </w:p>
    <w:p>
      <w:pPr>
        <w:jc w:val="right"/>
      </w:pPr>
      <w:r>
        <w:t>ادھر ادھر آپ کو تلاش کر رہے تھے۔ تو آپ نے چاہا کہ غار میں کچھ دن چھپ کر بیٹھ جائیں۔ جب وہ لوگ واپس ہو جائیں تو پھر مدینہ جائیں۔</w:t>
      </w:r>
    </w:p>
    <w:p>
      <w:r>
        <w:rPr>
          <w:b/>
        </w:rPr>
        <w:t xml:space="preserve">[42:27] </w:t>
      </w:r>
      <w:r>
        <w:t>to isi darman yeh jo aap ko talash kar rahe the talwarein liye hue wo wahan pohnch gaye, ghar e thor tak pohnch gaye. To is waqt aap ke sath sirf Hazrat Abu Bakr the, bas do aadmi the kul.</w:t>
      </w:r>
    </w:p>
    <w:p>
      <w:pPr>
        <w:jc w:val="right"/>
      </w:pPr>
      <w:r>
        <w:t>تو اسی دوران یہ جو آپ کو تلاش کر رہے تھے تلواریں لیے ہوئے وہ وہاں پہنچ گئے، غار ثور تک پہنچ گئے۔ تو اس وقت آپ کے ساتھ صرف حضرت ابوبکر تھے، بس دو آدمی تھے کل۔</w:t>
      </w:r>
    </w:p>
    <w:p>
      <w:r>
        <w:rPr>
          <w:b/>
        </w:rPr>
        <w:t xml:space="preserve">[42:41] </w:t>
      </w:r>
      <w:r>
        <w:t>to wahan Hazrat Abu Bakr un ko dekh kar kuch thoda ghabrahat un ko hui, wo to yahan bhi aa gaye. To aap ne is waqt jo kaha tha wo yeh kaha tha ke ke daro mat, Allah hamare sath hai.</w:t>
      </w:r>
    </w:p>
    <w:p>
      <w:pPr>
        <w:jc w:val="right"/>
      </w:pPr>
      <w:r>
        <w:t>تو وہاں حضرت ابوبکر ان کو دیکھ کر کچھ تھوڑا گھبراہٹ ان کو ہوئی، وہ تو یہاں بھی آ گئے۔ تو آپ نے اس وقت جو کہا تھا وہ یہ کہا تھا کہ کہ ڈرو مت، اللہ ہمارے ساتھ ہے۔</w:t>
      </w:r>
    </w:p>
    <w:p>
      <w:r>
        <w:rPr>
          <w:b/>
        </w:rPr>
        <w:t xml:space="preserve">[42:58] </w:t>
      </w:r>
      <w:r>
        <w:t>to Quran mein hai ke in</w:t>
      </w:r>
    </w:p>
    <w:p>
      <w:pPr>
        <w:jc w:val="right"/>
      </w:pPr>
      <w:r>
        <w:t>تو قرآن میں ہے کہ ان</w:t>
      </w:r>
    </w:p>
    <w:p>
      <w:r>
        <w:rPr>
          <w:b/>
        </w:rPr>
        <w:t xml:space="preserve">[43:05] </w:t>
      </w:r>
      <w:r>
        <w:t>Allah jab peghamabar keh raha tha apne saathi se ke daro mat, Allah hamare sath hai. To yeh yeh yeh peghamabar ki fazilat nahi hai yeh.</w:t>
      </w:r>
    </w:p>
    <w:p>
      <w:pPr>
        <w:jc w:val="right"/>
      </w:pPr>
      <w:r>
        <w:t>اللہ جب پیغمبر کہہ رہا تھا اپنے ساتھی سے کہ ڈرو مت، اللہ ہمارے ساتھ ہے۔ تو یہ یہ یہ پیغمبر کی فضیلت نہیں ہے یہ۔</w:t>
      </w:r>
    </w:p>
    <w:p>
      <w:r>
        <w:rPr>
          <w:b/>
        </w:rPr>
        <w:t xml:space="preserve">[43:15] </w:t>
      </w:r>
      <w:r>
        <w:t>yeh yeh bhi model ki baat hai, yeh bhi uswa ki baat hai. Is mani hai ke hum is duniya mein is tarah rehna hai, hamein har mauqe par hum yeh yeh yeh yeh yaqeen hasil kar saken ke Allah hamare sath hai.</w:t>
      </w:r>
    </w:p>
    <w:p>
      <w:pPr>
        <w:jc w:val="right"/>
      </w:pPr>
      <w:r>
        <w:t>یہ یہ بھی ماڈل کی بات ہے، یہ بھی اسوہ کی بات ہے۔ اس معنی ہے کہ ہم اس دنیا میں اس طرح رہنا ہے، ہمیں ہر موقع پر ہم یہ یہ یہ یہ یقین حاصل کر سکیں کہ اللہ ہمارے ساتھ ہے۔</w:t>
      </w:r>
    </w:p>
    <w:p>
      <w:r>
        <w:rPr>
          <w:b/>
        </w:rPr>
        <w:t xml:space="preserve">[43:33] </w:t>
      </w:r>
      <w:r>
        <w:t>yeh to Quran ke alfaaz hain. Hadees mein jo alfaaz hain wo yeh hain ke ya Abu Bakr madhanak bi ithnain Allah thalithuhuma.</w:t>
      </w:r>
    </w:p>
    <w:p>
      <w:pPr>
        <w:jc w:val="right"/>
      </w:pPr>
      <w:r>
        <w:t>یہ تو قرآن کے الفاظ ہیں۔ حدیث میں جو الفاظ ہیں وہ یہ ہیں کہ یا ابا بکر ماذنک باثنين اللہ ثالثہما۔</w:t>
      </w:r>
    </w:p>
    <w:p>
      <w:r>
        <w:rPr>
          <w:b/>
        </w:rPr>
        <w:t xml:space="preserve">[43:44] </w:t>
      </w:r>
      <w:r>
        <w:t>ae Abu Bakr tumhara in do ke bare mein kya guman hai jin ka teesra Allah ho? Yeh bohat ajib baat hai.</w:t>
      </w:r>
    </w:p>
    <w:p>
      <w:pPr>
        <w:jc w:val="right"/>
      </w:pPr>
      <w:r>
        <w:t>اے ابوبکر تمہارا ان دو کے بارے میں کیا گمان ہے جن کا تیسرا اللہ ہو؟ یہ بہت عجیب بات ہے۔</w:t>
      </w:r>
    </w:p>
    <w:p>
      <w:r>
        <w:rPr>
          <w:b/>
        </w:rPr>
        <w:t xml:space="preserve">[43:54] </w:t>
      </w:r>
      <w:r>
        <w:t>is ko jab aap uswa ke taur par lein, model ke taur par lein, namune ke taur par lein to is mein aik bohat bari aap ko cheez milti hai. bohat bari cheez.</w:t>
      </w:r>
    </w:p>
    <w:p>
      <w:pPr>
        <w:jc w:val="right"/>
      </w:pPr>
      <w:r>
        <w:t>اس کو جب آپ اسوہ کے طور پر لیں، ماڈل کے طور پر لیں، نمونے کے طور پر لیں تو اس میں ایک بہت بڑی آپ کو چیز ملتی ہے۔ بہت بڑی چیز۔</w:t>
      </w:r>
    </w:p>
    <w:p>
      <w:r>
        <w:rPr>
          <w:b/>
        </w:rPr>
        <w:t xml:space="preserve">[44:03] </w:t>
      </w:r>
      <w:r>
        <w:t>yani hamare paas se ziyada bari cheez. woh kya? yeh yaqeen ke agar aap sachai par hain, agar aap Allah ke rastay par chal rahe hain, agar aap ne sirat-e-mustaqeem ko apnaya hai to aap is yaqeen par jee sakte hain ke aap kahin bhi kahin bhi aap helpless nahi hain.</w:t>
      </w:r>
    </w:p>
    <w:p>
      <w:pPr>
        <w:jc w:val="right"/>
      </w:pPr>
      <w:r>
        <w:t>یعنی ہمارے پاس سے زیادہ بڑی چیز۔ وہ کیا؟ یہ یقین کہ اگر آپ سچائی پر ہیں، اگر آپ اللہ کے راستے پر چل رہے ہیں، اگر آپ نے صراط مستقیم کو اپنایا ہے تو آپ اس یقین پر جی سکتے ہیں کہ آپ کہیں بھی کہیں بھی آپ helpless نہیں ہیں۔</w:t>
      </w:r>
    </w:p>
    <w:p>
      <w:r>
        <w:rPr>
          <w:b/>
        </w:rPr>
        <w:t xml:space="preserve">[44:28] </w:t>
      </w:r>
      <w:r>
        <w:t>agar aik hai, agar aap farz kiya akele hain to doosra aap ke sath Allah hai. aap do hain to teesra aap ke sath Allah hai. agar teen hain to chotha aap ke sath Allah hai.</w:t>
      </w:r>
    </w:p>
    <w:p>
      <w:pPr>
        <w:jc w:val="right"/>
      </w:pPr>
      <w:r>
        <w:t>اگر ایک ہے، اگر آپ فرض کیا اکیلے ہیں تو دوسرا آپ کے ساتھ اللہ ہے۔ آپ دو ہیں تو تیسرا آپ کے ساتھ اللہ ہے۔ اگر تین ہیں تو چوتھا آپ کے ساتھ اللہ ہے۔</w:t>
      </w:r>
    </w:p>
    <w:p>
      <w:r>
        <w:rPr>
          <w:b/>
        </w:rPr>
        <w:t xml:space="preserve">[44:41] </w:t>
      </w:r>
      <w:r>
        <w:t>aap chaar hain to panchwan aap ke sath Allah hai. yeh kitni bari, kitna bara khazana hai yeh.</w:t>
      </w:r>
    </w:p>
    <w:p>
      <w:pPr>
        <w:jc w:val="right"/>
      </w:pPr>
      <w:r>
        <w:t>آپ چار ہیں تو پانچواں آپ کے ساتھ اللہ ہے۔ یہ کتنی بڑی، کتنا بڑا خزانہ ہے یہ۔</w:t>
      </w:r>
    </w:p>
    <w:p>
      <w:r>
        <w:rPr>
          <w:b/>
        </w:rPr>
        <w:t xml:space="preserve">[44:49] </w:t>
      </w:r>
      <w:r>
        <w:t>is dunya mein aap jante hain ke har aadmi ko kahin na kahin limitations aa jati hain. kahin na kahin. har aadmi chahe badshah ho ya mamooli aadmi ho.</w:t>
      </w:r>
    </w:p>
    <w:p>
      <w:pPr>
        <w:jc w:val="right"/>
      </w:pPr>
      <w:r>
        <w:t>اس دنیا میں آپ جانتے ہیں کہ ہر آدمی کو کہیں نہ کہیں limitations آ جاتی ہیں۔ کہیں نہ کہیں۔ ہر آدمی چاہے بادشاہ ہو یا معمولی آدمی ہو۔</w:t>
      </w:r>
    </w:p>
    <w:p>
      <w:r>
        <w:rPr>
          <w:b/>
        </w:rPr>
        <w:t xml:space="preserve">[44:59] </w:t>
      </w:r>
      <w:r>
        <w:t>kahin ke lagta hai is ko ke meri had aa gayi. meri limit aa gayi. to wahan par agar aap ko yeh yeh yeh risk mila hua hai to wahan bhi aap helpless feel nahi karenge apne aap ko.</w:t>
      </w:r>
    </w:p>
    <w:p>
      <w:pPr>
        <w:jc w:val="right"/>
      </w:pPr>
      <w:r>
        <w:t>کہیں کہ لگتا ہے اس کو کہ میری حد آ گئی۔ میری limit آ گئی۔ تو وہاں پر اگر آپ کو یہ یہ یہ risk ملا ہوا ہے تو وہاں بھی آپ helpless feel نہیں کریں گے اپنے آپ کو۔</w:t>
      </w:r>
    </w:p>
    <w:p>
      <w:r>
        <w:rPr>
          <w:b/>
        </w:rPr>
        <w:t xml:space="preserve">[45:14] </w:t>
      </w:r>
      <w:r>
        <w:t>jahan bazahir aap ki had aa jaye gi wahan bhi aap sochenge ke ke mere sath Allah hai. la in Allah to is mani ke aap ko yeh yeh jo namoona Rasool Allah ka hai yeh namoona aap ko ata yaqeen deta hai.</w:t>
      </w:r>
    </w:p>
    <w:p>
      <w:pPr>
        <w:jc w:val="right"/>
      </w:pPr>
      <w:r>
        <w:t>جہاں بظاہر آپ کی حد آ جائے گی وہاں بھی آپ سوچیں گے کہ کہ میرے ساتھ اللہ ہے۔ لا ان اللہ تو اس معنی کہ آپ کو یہ یہ جو نمونہ رسول اللہ کا ہے یہ نمونہ آپ کو عطا یقین دیتا ہے۔</w:t>
      </w:r>
    </w:p>
    <w:p>
      <w:r>
        <w:rPr>
          <w:b/>
        </w:rPr>
        <w:t xml:space="preserve">[45:37] </w:t>
      </w:r>
      <w:r>
        <w:t>la dua conviction deta hai. kahin bhi aap ko aisa mehsoos nahi hota ke aap ki had aa gayi.</w:t>
      </w:r>
    </w:p>
    <w:p>
      <w:pPr>
        <w:jc w:val="right"/>
      </w:pPr>
      <w:r>
        <w:t>لا دعا conviction دیتا ہے۔ کہیں بھی آپ کو ایسا محسوس نہیں ہوتا کہ آپ کی حد آ گئی۔</w:t>
      </w:r>
    </w:p>
    <w:p>
      <w:r>
        <w:rPr>
          <w:b/>
        </w:rPr>
        <w:t xml:space="preserve">[45:47] </w:t>
      </w:r>
      <w:r>
        <w:t>to yeh bohat hi bari nemat hai jo hum ko Rasool Allah ke zariye mili hai. ke hum akele hain tab bhi wahan doosra Khuda hai.</w:t>
      </w:r>
    </w:p>
    <w:p>
      <w:pPr>
        <w:jc w:val="right"/>
      </w:pPr>
      <w:r>
        <w:t>تو یہ بہت ہی بڑی نعمت ہے جو ہم کو رسول اللہ کے ذریعے ملی ہے۔ کہ ہم اکیلے ہیں تب بھی وہاں دوسرا خدا ہے۔</w:t>
      </w:r>
    </w:p>
    <w:p>
      <w:r>
        <w:rPr>
          <w:b/>
        </w:rPr>
        <w:t xml:space="preserve">[45:57] </w:t>
      </w:r>
      <w:r>
        <w:t>do hain tab bhi teesra Khuda hai. chaar hain tab bhi panchwan Khuda hai. paanch hain tab bhi chatha Khuda hai. aap ghhor kijiye ke yeh agar aap ko yaqeen aap ko mil jaye, yeh soch aap ke andar aa jaye to kitni bari dolat hai.</w:t>
      </w:r>
    </w:p>
    <w:p>
      <w:pPr>
        <w:jc w:val="right"/>
      </w:pPr>
      <w:r>
        <w:t>دو ہیں تب بھی تیسرا خدا ہے۔ چار ہیں تب بھی پانچواں خدا ہے۔ پانچ ہیں تب بھی چھٹا خدا ہے۔ آپ غور کیجیے کہ یہ اگر آپ کو یقین آپ کو مل جائے، یہ سوچ آپ کے اندر آ جائے تو کتنی بڑی دولت ہے۔</w:t>
      </w:r>
    </w:p>
    <w:p>
      <w:r>
        <w:rPr>
          <w:b/>
        </w:rPr>
        <w:t xml:space="preserve">[46:16] </w:t>
      </w:r>
      <w:r>
        <w:t>aap jante hain ke zindagi mein sab se bari cheez hai ke aadmi ko yaqeen hasil ho. jahan aadmi ko mehsoos ho ke mera mera koi saathi nahi, wohin par aadmi uthaya jata hai.</w:t>
      </w:r>
    </w:p>
    <w:p>
      <w:pPr>
        <w:jc w:val="right"/>
      </w:pPr>
      <w:r>
        <w:t>آپ جانتے ہیں کہ زندگی میں سب سے بڑی چیز ہے کہ آدمی کو یقین حاصل ہو۔ جہاں آدمی کو محسوس ہو کہ میرا میرا کوئی ساتھی نہیں، وہیں پر آدمی اٹھایا جاتا ہے۔</w:t>
      </w:r>
    </w:p>
    <w:p>
      <w:r>
        <w:rPr>
          <w:b/>
        </w:rPr>
        <w:t xml:space="preserve">[46:30] </w:t>
      </w:r>
      <w:r>
        <w:t>to jahan koi saathi na ho, wahan Allah hota hai aap ke sath. jo kainat ka khaliq hai. jo suraj chand ko bananay wala hai.</w:t>
      </w:r>
    </w:p>
    <w:p>
      <w:pPr>
        <w:jc w:val="right"/>
      </w:pPr>
      <w:r>
        <w:t>تو جہاں کوئی ساتھی نہ ہو، وہاں اللہ ہوتا ہے آپ کے ساتھ۔ جو کائنات کا خالق ہے۔ جو سورہ چاند کو بنانے والا ہے۔</w:t>
      </w:r>
    </w:p>
    <w:p>
      <w:r>
        <w:rPr>
          <w:b/>
        </w:rPr>
        <w:t xml:space="preserve">[46:39] </w:t>
      </w:r>
      <w:r>
        <w:t>jo sare universe ko control kiye hue hai. to yeh yeh yeh kitna ajeeb yeh namoona mila hai Rasool Allah se hum ko.</w:t>
      </w:r>
    </w:p>
    <w:p>
      <w:pPr>
        <w:jc w:val="right"/>
      </w:pPr>
      <w:r>
        <w:t>جو سارے universe کو کنٹرول کیے ہوئے ہیں۔ تو یہ یہ یہ کتنا عجیب یہ نمونہ ملا ہے رسول اللہ سے ہم کو۔</w:t>
      </w:r>
    </w:p>
    <w:p>
      <w:r>
        <w:rPr>
          <w:b/>
        </w:rPr>
        <w:t xml:space="preserve">[46:48] </w:t>
      </w:r>
      <w:r>
        <w:t>ke la in Allah</w:t>
      </w:r>
    </w:p>
    <w:p>
      <w:pPr>
        <w:jc w:val="right"/>
      </w:pPr>
      <w:r>
        <w:t>کہ لا ان اللہ</w:t>
      </w:r>
    </w:p>
    <w:p>
      <w:r>
        <w:rPr>
          <w:b/>
        </w:rPr>
        <w:t xml:space="preserve">[46:56] </w:t>
      </w:r>
      <w:r>
        <w:t>to mein dua karta hoon ke Allah taala mujh ko aur aap ko tofeeq de ke hum Rasool Allah ke is iswe ko pakrein aur is ke zariye Allah ki blessing hum ko hasil ho.</w:t>
      </w:r>
    </w:p>
    <w:p>
      <w:pPr>
        <w:jc w:val="right"/>
      </w:pPr>
      <w:r>
        <w:t>تو میں دعا کرتا ہوں کہ اللہ تعالی مجھ کو اور آپ کو توفیق دے کہ ہم رسول اللہ کے اس اسوے کو پکڑیں اور اس کے ذریعے اللہ کی blessing ہم کو حاصل ہو۔</w:t>
      </w:r>
    </w:p>
    <w:p>
      <w:r>
        <w:rPr>
          <w:b/>
        </w:rPr>
        <w:t xml:space="preserve">[47:10] </w:t>
      </w:r>
      <w:r>
        <w:t>aqool qawli haza wastaghfirullah li walakum ajmaeen.</w:t>
      </w:r>
    </w:p>
    <w:p>
      <w:pPr>
        <w:jc w:val="right"/>
      </w:pPr>
      <w:r>
        <w:t>اقول قولیھذا واستغفراللہ لی ولکم اجمعین۔</w:t>
      </w:r>
    </w:p>
    <w:p>
      <w:r>
        <w:rPr>
          <w:b/>
        </w:rPr>
        <w:t xml:space="preserve">[47:24] </w:t>
      </w:r>
      <w:r>
        <w:t>As you all know that. World have been distributing the English translation of Quran among non-Muslims. However, there was a greater need to also come out with the Hindi translation of Quran, especially for the large Hindi speaking belt in India.</w:t>
      </w:r>
    </w:p>
    <w:p>
      <w:pPr>
        <w:jc w:val="right"/>
      </w:pPr>
      <w:r>
        <w:t>As you all know that. World have been distributing the English translation of Quran among non-Muslims. However, there was a greater need to also come out with the Hindi translation of Quran, especially for the large Hindi speaking belt in India.</w:t>
      </w:r>
    </w:p>
    <w:p>
      <w:r>
        <w:rPr>
          <w:b/>
        </w:rPr>
        <w:t xml:space="preserve">[47:43] </w:t>
      </w:r>
      <w:r>
        <w:t>So, work was on for a very long time to bring out a clear and a good translation of Hindi Quran, and CPS International is very happy to share with all of you that the Hindi translation of Quran has been concluded, and Dr.</w:t>
      </w:r>
    </w:p>
    <w:p>
      <w:pPr>
        <w:jc w:val="right"/>
      </w:pPr>
      <w:r>
        <w:t>So, work was on for a very long time to bring out a clear and a good translation of Hindi Quran, and CPS International is very happy to share with all of you that the Hindi translation of Quran has been concluded, and Dr.</w:t>
      </w:r>
    </w:p>
    <w:p>
      <w:r>
        <w:rPr>
          <w:b/>
        </w:rPr>
        <w:t xml:space="preserve">[48:01] </w:t>
      </w:r>
      <w:r>
        <w:t>Sanas Nain Khan has published the new Hindi translation of Quran, which is available for Dawa distribution.</w:t>
      </w:r>
    </w:p>
    <w:p>
      <w:pPr>
        <w:jc w:val="right"/>
      </w:pPr>
      <w:r>
        <w:t>Sanas Nain Khan has published the new Hindi translation of Quran, which is available for Dawa distribution.</w:t>
      </w:r>
    </w:p>
    <w:p>
      <w:r>
        <w:rPr>
          <w:b/>
        </w:rPr>
        <w:t xml:space="preserve">[48:10] </w:t>
      </w:r>
      <w:r>
        <w:t>I would like to share the names of the people who have been involved for a long time to bring out this Hindi translation of Quran, and foremost among them is Dr.</w:t>
      </w:r>
    </w:p>
    <w:p>
      <w:pPr>
        <w:jc w:val="right"/>
      </w:pPr>
      <w:r>
        <w:t>I would like to share the names of the people who have been involved for a long time to bring out this Hindi translation of Quran, and foremost among them is Dr.</w:t>
      </w:r>
    </w:p>
    <w:p>
      <w:r>
        <w:rPr>
          <w:b/>
        </w:rPr>
        <w:t xml:space="preserve">[48:24] </w:t>
      </w:r>
      <w:r>
        <w:t>Muslima Siddiqi, Maulana Muhammad Zakwan Nadvi, Abdullah Danish Sahab, Imran Islahi Sahab, and Muhammad Haroon Rasheed Sahab.</w:t>
      </w:r>
    </w:p>
    <w:p>
      <w:pPr>
        <w:jc w:val="right"/>
      </w:pPr>
      <w:r>
        <w:t>Muslima Siddiqi, مولانا محمد زکوان ندوی، عبداللہ دانش صاحب، عمران اصلاحی صاحب، and محمد ہارون رشید صاحب۔</w:t>
      </w:r>
    </w:p>
    <w:p>
      <w:r>
        <w:rPr>
          <w:b/>
        </w:rPr>
        <w:t xml:space="preserve">[48:39] </w:t>
      </w:r>
      <w:r>
        <w:t>I would now request Maulana Sahab that before he releases the Quran translation, he should present the first copy of the Hindi translation to Dr.</w:t>
      </w:r>
    </w:p>
    <w:p>
      <w:pPr>
        <w:jc w:val="right"/>
      </w:pPr>
      <w:r>
        <w:t>I would now request مولانا صاحب that before he releases the Quran translation, he should present the first copy of the Hindi translation to Dr.</w:t>
      </w:r>
    </w:p>
    <w:p>
      <w:r>
        <w:rPr>
          <w:b/>
        </w:rPr>
        <w:t xml:space="preserve">[48:52] </w:t>
      </w:r>
      <w:r>
        <w:t>Muslima Siddiqi, who have been tirelessly working with utmost sincerity and dedication to make this Hindi Quran a reality.</w:t>
      </w:r>
    </w:p>
    <w:p>
      <w:pPr>
        <w:jc w:val="right"/>
      </w:pPr>
      <w:r>
        <w:t>Muslima Siddiqi, who have been tirelessly working with utmost sincerity and dedication to make this Hindi Quran a reality.</w:t>
      </w:r>
    </w:p>
    <w:p>
      <w:r>
        <w:rPr>
          <w:b/>
        </w:rPr>
        <w:t xml:space="preserve">[49:01] </w:t>
      </w:r>
      <w:r>
        <w:t>So, I would request Dr. Muslima Siddiqi to come here and take the first copy from Maulana Sahab</w:t>
      </w:r>
    </w:p>
    <w:p>
      <w:pPr>
        <w:jc w:val="right"/>
      </w:pPr>
      <w:r>
        <w:t>So, I would request Dr. Muslima Siddiqi to come here and take the first copy from مولانا صاح</w:t>
      </w:r>
    </w:p>
    <w:p>
      <w:r>
        <w:rPr>
          <w:b/>
        </w:rPr>
        <w:t xml:space="preserve">[49:08] </w:t>
      </w:r>
      <w:r>
        <w:t>ba, Dr. Muslima Siddiqi.</w:t>
      </w:r>
    </w:p>
    <w:p>
      <w:pPr>
        <w:jc w:val="right"/>
      </w:pPr>
      <w:r>
        <w:t>ب، Dr. Muslima Siddiqi۔</w:t>
      </w:r>
    </w:p>
    <w:p>
      <w:r>
        <w:rPr>
          <w:b/>
        </w:rPr>
        <w:t xml:space="preserve">[49:17] </w:t>
      </w:r>
      <w:r>
        <w:t>Aap idhar dekhen. Idhar udhar. The Hindi translation of Quran is now available at the Goodword Book Store, and you can also get it from the online website of Goodword Books: www.goodwordbooks.com.</w:t>
      </w:r>
    </w:p>
    <w:p>
      <w:pPr>
        <w:jc w:val="right"/>
      </w:pPr>
      <w:r>
        <w:t>آپ ادھر دیکھیں۔ ادھر ادھر۔ The Hindi translation of Quran is now available at the Goodword Book Store, and you can also get it from the online website of Goodword Books: www.goodwordbooks.com۔</w:t>
      </w:r>
    </w:p>
    <w:p>
      <w:r>
        <w:rPr>
          <w:b/>
        </w:rPr>
        <w:t xml:space="preserve">[49:32] </w:t>
      </w:r>
      <w:r>
        <w:t>We would also like to tell you that the world in the world book fair, which is presently on at Pragati Medan, Salaam Centre is distributing the Hindi Quran in a very big way.</w:t>
      </w:r>
    </w:p>
    <w:p>
      <w:pPr>
        <w:jc w:val="right"/>
      </w:pPr>
      <w:r>
        <w:t>We would also like to tell you that the world in the world book fair, which is presently on at Pragati Medan, Salaam Centre is distributing the Hindi Quran in a very big way.</w:t>
      </w:r>
    </w:p>
    <w:p>
      <w:r>
        <w:rPr>
          <w:b/>
        </w:rPr>
        <w:t xml:space="preserve">[49:43] </w:t>
      </w:r>
      <w:r>
        <w:t>So, you all can obtain your copies for Dawa distribution from today onwards. We will now begin the question answer session.</w:t>
      </w:r>
    </w:p>
    <w:p>
      <w:pPr>
        <w:jc w:val="right"/>
      </w:pPr>
      <w:r>
        <w:t>So, you all can obtain your copies for Dawa distribution from today onwards. We will now begin the question answer session.</w:t>
      </w:r>
    </w:p>
    <w:p>
      <w:r>
        <w:rPr>
          <w:b/>
        </w:rPr>
        <w:t xml:space="preserve">[49:58] </w:t>
      </w:r>
      <w:r>
        <w:t>Maulana yeh sawal aaya hai Maulana iqbal umri ka, tamil nadu se.</w:t>
      </w:r>
    </w:p>
    <w:p>
      <w:pPr>
        <w:jc w:val="right"/>
      </w:pPr>
      <w:r>
        <w:t>مولانا یہ سوال آیا ہے مولانا اقبال عمری کا، تمل ناڈو سے۔</w:t>
      </w:r>
    </w:p>
    <w:p>
      <w:r>
        <w:rPr>
          <w:b/>
        </w:rPr>
        <w:t xml:space="preserve">[50:04] </w:t>
      </w:r>
      <w:r>
        <w:t>unhon nay likha hai:</w:t>
      </w:r>
    </w:p>
    <w:p>
      <w:pPr>
        <w:jc w:val="right"/>
      </w:pPr>
      <w:r>
        <w:t>انہوں نے لکھا ہے:</w:t>
      </w:r>
    </w:p>
    <w:p>
      <w:r>
        <w:rPr>
          <w:b/>
        </w:rPr>
        <w:t xml:space="preserve">[50:07] </w:t>
      </w:r>
      <w:r>
        <w:t>"aik sahib nay farmaya Maulana har cheez ko dawat ke angle se dekhte hain aur Maulana Maududi sahib</w:t>
      </w:r>
    </w:p>
    <w:p>
      <w:pPr>
        <w:jc w:val="right"/>
      </w:pPr>
      <w:r>
        <w:t>"ایک صاحب نے فرمایا مولانا ہر چیز کو دعوت کے angle سے دیکھتے ہیں اور مولانا مودودی صاحب</w:t>
      </w:r>
    </w:p>
    <w:p>
      <w:r>
        <w:rPr>
          <w:b/>
        </w:rPr>
        <w:t xml:space="preserve">[50:16] </w:t>
      </w:r>
      <w:r>
        <w:t>har cheez ko siyasat ke angle se dekhte thay."</w:t>
      </w:r>
    </w:p>
    <w:p>
      <w:pPr>
        <w:jc w:val="right"/>
      </w:pPr>
      <w:r>
        <w:t>ہر چیز کو سیاست کے angle سے دیکھتے تھے۔"</w:t>
      </w:r>
    </w:p>
    <w:p>
      <w:r>
        <w:rPr>
          <w:b/>
        </w:rPr>
        <w:t xml:space="preserve">[50:21] </w:t>
      </w:r>
      <w:r>
        <w:t>Maulana is mein jo confusion hai us ko aap wazeh karen.</w:t>
      </w:r>
    </w:p>
    <w:p>
      <w:pPr>
        <w:jc w:val="right"/>
      </w:pPr>
      <w:r>
        <w:t>مولانا اس میں جو confusion ہے اس کو آپ واضح کریں۔</w:t>
      </w:r>
    </w:p>
    <w:p>
      <w:r>
        <w:rPr>
          <w:b/>
        </w:rPr>
        <w:t xml:space="preserve">[50:32] </w:t>
      </w:r>
      <w:r>
        <w:t>Confusion to is mein koi nahi hai. Dekhiye,</w:t>
      </w:r>
    </w:p>
    <w:p>
      <w:pPr>
        <w:jc w:val="right"/>
      </w:pPr>
      <w:r>
        <w:t>Confusion تو اس میں کوئی نہیں ہے۔ دیکھیے،</w:t>
      </w:r>
    </w:p>
    <w:p>
      <w:r>
        <w:rPr>
          <w:b/>
        </w:rPr>
        <w:t xml:space="preserve">[50:38] </w:t>
      </w:r>
      <w:r>
        <w:t>Asal cheez yeh hai ke maine muddaton tak Quran ko parha. Quran ko parh kar ke</w:t>
      </w:r>
    </w:p>
    <w:p>
      <w:pPr>
        <w:jc w:val="right"/>
      </w:pPr>
      <w:r>
        <w:t>اصل چیز یہ ہے کہ میں نے مدتوں تک قرآن کو پڑھا۔ قرآن کو پڑھ کر کے</w:t>
      </w:r>
    </w:p>
    <w:p>
      <w:r>
        <w:rPr>
          <w:b/>
        </w:rPr>
        <w:t xml:space="preserve">[50:48] </w:t>
      </w:r>
      <w:r>
        <w:t>maine yeh jaana ke Allah ka jo sab se bara yaani</w:t>
      </w:r>
    </w:p>
    <w:p>
      <w:pPr>
        <w:jc w:val="right"/>
      </w:pPr>
      <w:r>
        <w:t>میں نے یہ جانا کہ اللہ کا جو سب سے بڑا یعنی</w:t>
      </w:r>
    </w:p>
    <w:p>
      <w:r>
        <w:rPr>
          <w:b/>
        </w:rPr>
        <w:t xml:space="preserve">[50:59] </w:t>
      </w:r>
      <w:r>
        <w:t>jo sab se bari cheez jo Allah ko matloob hai woh yeh hai ke hum Allah ke paigham pohanchayen logon tak. To Quran ke jis safhe ko mein aap dekhen ke us mein dawat ka angle hi milega aap ko.</w:t>
      </w:r>
    </w:p>
    <w:p>
      <w:pPr>
        <w:jc w:val="right"/>
      </w:pPr>
      <w:r>
        <w:t>جو سب سے بڑی چیز جو اللہ کو مطلوب ہے وہ یہ ہے کہ ہم اللہ کے پیغام پہنچائیں لوگوں تک۔ تو قرآن کے جس صفحے کو میں آپ دیکھیں کہ اس میں دعوت کا angle ہی ملے گا آپ کو۔</w:t>
      </w:r>
    </w:p>
    <w:p>
      <w:r>
        <w:rPr>
          <w:b/>
        </w:rPr>
        <w:t xml:space="preserve">[51:12] </w:t>
      </w:r>
      <w:r>
        <w:t>Direct ya indirect. To mujhe to Quran kitab-e-dawat maloom hua.</w:t>
      </w:r>
    </w:p>
    <w:p>
      <w:pPr>
        <w:jc w:val="right"/>
      </w:pPr>
      <w:r>
        <w:t>Direct یا indirect۔ تو مجھے تو قرآن کتاب دعوت معلوم ہوا۔</w:t>
      </w:r>
    </w:p>
    <w:p>
      <w:r>
        <w:rPr>
          <w:b/>
        </w:rPr>
        <w:t xml:space="preserve">[51:20] </w:t>
      </w:r>
      <w:r>
        <w:t>Maulana Maududi ka mamla yeh hai ke unhon ne khud likha hai ke yahan Delhi mein ek waqea hua tha qatal ka.</w:t>
      </w:r>
    </w:p>
    <w:p>
      <w:pPr>
        <w:jc w:val="right"/>
      </w:pPr>
      <w:r>
        <w:t>مولانا مودودی کا معاملہ یہ ہے کہ انہوں نے خود لکھا ہے کہ یہاں دلی میں ایک واقعہ ہوا تھا قتل کا۔</w:t>
      </w:r>
    </w:p>
    <w:p>
      <w:r>
        <w:rPr>
          <w:b/>
        </w:rPr>
        <w:t xml:space="preserve">[51:30] </w:t>
      </w:r>
      <w:r>
        <w:t>Ek ek Hindu leader thay, unhon ne Rasool Allah ke bare mein kuch likh diya tha to ek Musalman ghussa ho gaya aur us ko qatal kar diya. Yeh British period ki baat hai.</w:t>
      </w:r>
    </w:p>
    <w:p>
      <w:pPr>
        <w:jc w:val="right"/>
      </w:pPr>
      <w:r>
        <w:t>ایک ایک ہندو leader تھے، انہوں نے رسول اللہ کے بارے میں کچھ لکھ دیا تھا تو ایک مسلمان غصہ ہو گیا اور اس کو قتل کر دیا۔ یہ برٹش period کی بات ہے۔</w:t>
      </w:r>
    </w:p>
    <w:p>
      <w:r>
        <w:rPr>
          <w:b/>
        </w:rPr>
        <w:t xml:space="preserve">[51:40] </w:t>
      </w:r>
      <w:r>
        <w:t>To Delhi ke Jama Masjid mein ek jalsa hua. To us waqt yeh kaha janay laga tha ke Islam jo hai violence ka mazhab hai.</w:t>
      </w:r>
    </w:p>
    <w:p>
      <w:pPr>
        <w:jc w:val="right"/>
      </w:pPr>
      <w:r>
        <w:t>تو دلی کے جامع مسجد میں ایک جلسہ ہوا۔ تو اس وقت یہ کہا جانے لگا تھا کہ اسلام جو ہے violence کا مذہب ہے۔</w:t>
      </w:r>
    </w:p>
    <w:p>
      <w:r>
        <w:rPr>
          <w:b/>
        </w:rPr>
        <w:t xml:space="preserve">[51:52] </w:t>
      </w:r>
      <w:r>
        <w:t>Islam jo hai woh tashaddud ka mazhab hai. To Maulana Maududi jo Hazrat us zamane mein zinda thay, unhon ne taqreer ki Jama Masjid Delhi mein.</w:t>
      </w:r>
    </w:p>
    <w:p>
      <w:pPr>
        <w:jc w:val="right"/>
      </w:pPr>
      <w:r>
        <w:t>اسلام جو ہے وہ تشدد کا مذہب ہے۔ تو مولانا مودودی جو حضرت اس زمانے میں زندہ تھے، انہوں نے تقریر کی جامع مسجد دلی میں۔</w:t>
      </w:r>
    </w:p>
    <w:p>
      <w:r>
        <w:rPr>
          <w:b/>
        </w:rPr>
        <w:t xml:space="preserve">[52:04] </w:t>
      </w:r>
      <w:r>
        <w:t>Unhon ne kaha ke kaash koi Musalman hota jo is propaganda ko khatam karta. Yaani Maulana Muhammad Maududi ne is aadmi ko condemn nahi kiya jis ne sirf gustakhi ki baat ko le kar qatal kar dala tha.</w:t>
      </w:r>
    </w:p>
    <w:p>
      <w:pPr>
        <w:jc w:val="right"/>
      </w:pPr>
      <w:r>
        <w:t>انہوں نے کہا کہ کاش کوئی مسلمان ہوتا جو اس propaganda کو ختم کرتا۔ یعنی مولانا محمد مودودی نے اس آدمی کو condemn نہیں کیا جس نے صرف گستاخی کی بات کو لے کر قتل کر ڈالا تھا۔</w:t>
      </w:r>
    </w:p>
    <w:p>
      <w:r>
        <w:rPr>
          <w:b/>
        </w:rPr>
        <w:t xml:space="preserve">[52:18] </w:t>
      </w:r>
      <w:r>
        <w:t>Yeh to mere nazdeek bilkul Islam nahi tha, harkat Islam nahi thi yeh. To Maulana Maududi ne us ko condemn nahi kiya balkeh yeh kaha ke Islam ka nazariya pesh kiya jaye.</w:t>
      </w:r>
    </w:p>
    <w:p>
      <w:pPr>
        <w:jc w:val="right"/>
      </w:pPr>
      <w:r>
        <w:t>یہ تو میرے نزدیک بالکل اسلام نہیں تھا، حرکت اسلام نہیں تھی یہ۔ تو مولانا مودودی نے اس کو condemn نہیں کیا بلکہ یہ کہا کہ اسلام کا نظریہ پیش کیا جائے۔</w:t>
      </w:r>
    </w:p>
    <w:p>
      <w:r>
        <w:rPr>
          <w:b/>
        </w:rPr>
        <w:t xml:space="preserve">[52:29] </w:t>
      </w:r>
      <w:r>
        <w:t>To Maulana Maududi ne likha hai ke main wahan maujood tha us waqt woh us majlis mein. Isi waqt maine faisla kar liya ke mujhe yahi kaam karna hai.</w:t>
      </w:r>
    </w:p>
    <w:p>
      <w:pPr>
        <w:jc w:val="right"/>
      </w:pPr>
      <w:r>
        <w:t>تو مولانا مودودی نے لکھا ہے کہ میں وہاں موجود تھا اس وقت وہ اس مجلس میں۔ اسی وقت میں نے فیصلہ کر لیا کہ مجھے یہی کام کرنا ہے۔</w:t>
      </w:r>
    </w:p>
    <w:p>
      <w:r>
        <w:rPr>
          <w:b/>
        </w:rPr>
        <w:t xml:space="preserve">[52:40] </w:t>
      </w:r>
      <w:r>
        <w:t>To unhon ne likha hai khud ke us ne meri zindagi ka course muayyan kar diya hai. Course. To unhon ne kitab likhi Al-Jihad fil Islam.</w:t>
      </w:r>
    </w:p>
    <w:p>
      <w:pPr>
        <w:jc w:val="right"/>
      </w:pPr>
      <w:r>
        <w:t>تو انہوں نے لکھا ہے خود کہ اس نے میری زندگی کا کورس متعین کر دیا ہے۔ کورس۔ تو انہوں نے کتاب لکھی الجہاد فی الاسلام۔</w:t>
      </w:r>
    </w:p>
    <w:p>
      <w:r>
        <w:rPr>
          <w:b/>
        </w:rPr>
        <w:t xml:space="preserve">[52:49] </w:t>
      </w:r>
      <w:r>
        <w:t>To us ke baad jo course muayyan hua un ka to bas wohi political pehlu un ke zehn mein aata gaya. Har cheez ko political angle se dekhna.</w:t>
      </w:r>
    </w:p>
    <w:p>
      <w:pPr>
        <w:jc w:val="right"/>
      </w:pPr>
      <w:r>
        <w:t>تو اس کے بعد جو کورس متعین ہوا ان کا تو بس وہی political پہلو ان کے ذہن میں آتا گیا۔ ہر چیز کو political angle سے دیکھنا۔</w:t>
      </w:r>
    </w:p>
    <w:p>
      <w:r>
        <w:rPr>
          <w:b/>
        </w:rPr>
        <w:t xml:space="preserve">[52:59] </w:t>
      </w:r>
      <w:r>
        <w:t>Main Allah ke fazl se is qism ki cheezon se mutasir nahi hua. Main to Quran ko parha aur mujhe nazar aaya ke Quran jo hai kitab-e-dawat hai to main wohi dawat ki baat har lehaz se likhne aur bolne laga.</w:t>
      </w:r>
    </w:p>
    <w:p>
      <w:pPr>
        <w:jc w:val="right"/>
      </w:pPr>
      <w:r>
        <w:t>میں اللہ کے فضل سے اس قسم کی چیزوں سے متاثر نہیں ہوا۔ میں تو قرآن کو پڑھا اور مجھے نظر آیا کہ قرآن جو ہے کتاب دعوت ہے تو میں وہی دعوت کی بات ہر لحاظ سے لکھنے اور بولنے لگا۔</w:t>
      </w:r>
    </w:p>
    <w:p>
      <w:r>
        <w:rPr>
          <w:b/>
        </w:rPr>
        <w:t xml:space="preserve">[53:13] </w:t>
      </w:r>
      <w:r>
        <w:t>To Maulana Maududi halaat ka product thay aur main mutala-e-Quran ka product hoon. Yeh ek haqeeqat hai.</w:t>
      </w:r>
    </w:p>
    <w:p>
      <w:pPr>
        <w:jc w:val="right"/>
      </w:pPr>
      <w:r>
        <w:t>تو مولانا مودودی حالات کا product تھے اور میں مطالعہ قرآن کا product ہوں۔ یہ ایک حقیقت ہے۔</w:t>
      </w:r>
    </w:p>
    <w:p>
      <w:r>
        <w:rPr>
          <w:b/>
        </w:rPr>
        <w:t xml:space="preserve">[53:22] </w:t>
      </w:r>
      <w:r>
        <w:t>Agar aap dono ke halaat ka mutala karen to aap payenge ke main mutala-e-Quran ka product hoon. Aur Maulana Maududi jo thay woh apne zamane ke halaat ka product thay.</w:t>
      </w:r>
    </w:p>
    <w:p>
      <w:pPr>
        <w:jc w:val="right"/>
      </w:pPr>
      <w:r>
        <w:t>اگر آپ دونوں کے حالات کا مطالعہ کریں تو آپ پائیں گے کہ میں مطالعہ قرآن کا product ہوں۔ اور مولانا مودودی جو تھے وہ اپنے زمانے کے حالات کا product تھے۔</w:t>
      </w:r>
    </w:p>
    <w:p>
      <w:r>
        <w:rPr>
          <w:b/>
        </w:rPr>
        <w:t xml:space="preserve">[53:34] </w:t>
      </w:r>
      <w:r>
        <w:t>Paidaawar thay.</w:t>
      </w:r>
    </w:p>
    <w:p>
      <w:pPr>
        <w:jc w:val="right"/>
      </w:pPr>
      <w:r>
        <w:t>پیداوار تھے۔</w:t>
      </w:r>
    </w:p>
    <w:p>
      <w:r>
        <w:rPr>
          <w:b/>
        </w:rPr>
        <w:t xml:space="preserve">[53:41] </w:t>
      </w:r>
      <w:r>
        <w:t>Maulana agla sawal Delhi se hai Shahnawaz Zafar sahib ka. Unhon ne likha hai: "Quran mein Khuda kehta hai ke hum ne insaan aur jinat ko sirf aur sirf apni ibadat ke liye paida kiya hai." Maulana is mein ibadat ka emphasis kis baat par hai?</w:t>
      </w:r>
    </w:p>
    <w:p>
      <w:pPr>
        <w:jc w:val="right"/>
      </w:pPr>
      <w:r>
        <w:t>مولانا اگلا سوال دلی سے ہے شاہنواز ظفر صاحب کا۔ انہوں نے لکھا ہے: "قرآن میں خدا کہتا ہے کہ ہم نے انسان اور جنات کو صرف اور صرف اپنی عبادت کے لیے پیدا کیا ہے۔" مولانا اس میں عبادت کا emphasis کس بات پر ہے؟</w:t>
      </w:r>
    </w:p>
    <w:p>
      <w:r>
        <w:rPr>
          <w:b/>
        </w:rPr>
        <w:t xml:space="preserve">[54:03] </w:t>
      </w:r>
      <w:r>
        <w:t>Is ko wazeh karen. Dekhiye Abdullah ibn Abbas jo mashhoor sahabi hain aur Quran ke mufassir manay jatay hain unhon ne likha hai ke haan 'liya'budoon' ka matlab hai 'la'arifoon'.</w:t>
      </w:r>
    </w:p>
    <w:p>
      <w:pPr>
        <w:jc w:val="right"/>
      </w:pPr>
      <w:r>
        <w:t>اس کو واضح کریں۔ دیکھیے عبداللہ ابن عباس جو مشہور صحابی ہیں اور قرآن کے مفسر مانے جاتے ہیں انہوں نے لکھا ہے کہ ہاں لعبدون کا مطلب ہے لعارفون۔</w:t>
      </w:r>
    </w:p>
    <w:p>
      <w:r>
        <w:rPr>
          <w:b/>
        </w:rPr>
        <w:t xml:space="preserve">[54:19] </w:t>
      </w:r>
      <w:r>
        <w:t>Yaani maarifat ke liye. Yeh saada baat nahi hai. Ibadat to sari kainat kar rahi hai.</w:t>
      </w:r>
    </w:p>
    <w:p>
      <w:pPr>
        <w:jc w:val="right"/>
      </w:pPr>
      <w:r>
        <w:t>یعنی معرفت کے لیے۔ یہ سادہ بات نہیں ہے۔ عبادت تو ساری کائنات کر رہی ہے۔</w:t>
      </w:r>
    </w:p>
    <w:p>
      <w:r>
        <w:rPr>
          <w:b/>
        </w:rPr>
        <w:t xml:space="preserve">[54:30] </w:t>
      </w:r>
      <w:r>
        <w:t>yani ibadat ka matlab hai submission. surrender karna. to sari kainat submission kiye hue, surrender kiye hue to sab ke sab ibadat mein masroof hain.</w:t>
      </w:r>
    </w:p>
    <w:p>
      <w:pPr>
        <w:jc w:val="right"/>
      </w:pPr>
      <w:r>
        <w:t>یعنی عبادت کا مطلب ہے submission۔ surrender کرنا۔ تو ساری کائنات submission کیے ہوئے، surrender کیے ہوئے تو سب کے سب عبادت میں مصروف ہیں۔</w:t>
      </w:r>
    </w:p>
    <w:p>
      <w:r>
        <w:rPr>
          <w:b/>
        </w:rPr>
        <w:t xml:space="preserve">[54:46] </w:t>
      </w:r>
      <w:r>
        <w:t>lekin Allah ko ko yeh matlab tha ke ek aisi makhlooq paida ho jo shaoori taur par aur apni discovery ke taur par woh abid banay.</w:t>
      </w:r>
    </w:p>
    <w:p>
      <w:pPr>
        <w:jc w:val="right"/>
      </w:pPr>
      <w:r>
        <w:t>لیکن اللہ کو کو یہ مطلوب تھا کہ ایک ایسی مخلوق پیدا ہو جو شعوری طور پر اور اپنی discovery کے طور پر وہ عابد بنے۔</w:t>
      </w:r>
    </w:p>
    <w:p>
      <w:r>
        <w:rPr>
          <w:b/>
        </w:rPr>
        <w:t xml:space="preserve">[54:57] </w:t>
      </w:r>
      <w:r>
        <w:t>marifat ka matlab yahi hai. yani bashaoor ibadat. doosri cheezein jo hain woh to yani under compression ibadat kar rahi hain.</w:t>
      </w:r>
    </w:p>
    <w:p>
      <w:pPr>
        <w:jc w:val="right"/>
      </w:pPr>
      <w:r>
        <w:t>معرفت کا مطلب یہی ہے۔ یعنی باشعور عبادت۔ دوسری چیزیں جو ہیں وہ تو یعنی under compression عبادت کر رہی ہیں۔</w:t>
      </w:r>
    </w:p>
    <w:p>
      <w:r>
        <w:rPr>
          <w:b/>
        </w:rPr>
        <w:t xml:space="preserve">[55:08] </w:t>
      </w:r>
      <w:r>
        <w:t>aur insan se Allah taala ko yeh matlab hai ke woh khud apne faislay se, apne choice se ibadat guzar banay. apne choice se woh Allah ka ibadat guzar banay.</w:t>
      </w:r>
    </w:p>
    <w:p>
      <w:pPr>
        <w:jc w:val="right"/>
      </w:pPr>
      <w:r>
        <w:t>اور انسان سے اللہ تعالی کو یہ مطلوب ہے کہ وہ خود اپنے فیصلے سے، اپنے choice سے عبادت گزار بنے۔ اپنے choice سے وہ اللہ کا عبادت گزار بنے۔</w:t>
      </w:r>
    </w:p>
    <w:p>
      <w:r>
        <w:rPr>
          <w:b/>
        </w:rPr>
        <w:t xml:space="preserve">[55:21] </w:t>
      </w:r>
      <w:r>
        <w:t>yeh matlab hai is ka.</w:t>
      </w:r>
    </w:p>
    <w:p>
      <w:pPr>
        <w:jc w:val="right"/>
      </w:pPr>
      <w:r>
        <w:t>یہ مطلب ہے اس کا۔</w:t>
      </w:r>
    </w:p>
    <w:p>
      <w:r>
        <w:rPr>
          <w:b/>
        </w:rPr>
        <w:t xml:space="preserve">[55:27] </w:t>
      </w:r>
      <w:r>
        <w:t>maulana agla sawal lene se pehle ek comment parhna chahenge jo Maulana Iqbal Umri ne bheja hai Tamil Nadu se. unhon ne likha hai: "Maulana ibadat aur itaat ke is farq se mein andha tha." Maulana Allah aap ko jaza e khair de.</w:t>
      </w:r>
    </w:p>
    <w:p>
      <w:pPr>
        <w:jc w:val="right"/>
      </w:pPr>
      <w:r>
        <w:t>مولانا اگلا سوال لینے سے پہلے ایک comment پڑھنا چاہیں گے جو مولانا اقبال عمری نے بھیجا ہے تمل ناڈو سے۔ انہوں نے لکھا ہے: "مولانا عبادت اور اطاعت کے اس فرق سے میں اندھا تھا۔" مولانا اللہ آپ کو جزائے خیر دے۔</w:t>
      </w:r>
    </w:p>
    <w:p>
      <w:r>
        <w:rPr>
          <w:b/>
        </w:rPr>
        <w:t xml:space="preserve">[55:47] </w:t>
      </w:r>
      <w:r>
        <w:t>Maulana agla sawal Delhi se hai Miss Naghma Siddiqui ka. unhon ne likha hai: "How can we rise above negative situation to be able to give a positive rabbani response?</w:t>
      </w:r>
    </w:p>
    <w:p>
      <w:pPr>
        <w:jc w:val="right"/>
      </w:pPr>
      <w:r>
        <w:t>مولانا اگلا سوال دلی سے ہے مس نغمہ صدیقی کا۔ انہوں نے لکھا ہے: "How can we rise above negative situation to be able to give a positive ربانی response?</w:t>
      </w:r>
    </w:p>
    <w:p>
      <w:r>
        <w:rPr>
          <w:b/>
        </w:rPr>
        <w:t xml:space="preserve">[56:02] </w:t>
      </w:r>
      <w:r>
        <w:t>Please guide us." kis ka hai? Naghma Siddiqui. dekhiye yeh bohat hi aasan hai.</w:t>
      </w:r>
    </w:p>
    <w:p>
      <w:pPr>
        <w:jc w:val="right"/>
      </w:pPr>
      <w:r>
        <w:t>Please guide us۔" کس کا ہے؟ نغمہ صدیقی۔ دیکھیے یہ بہت ہی آسان ہے۔</w:t>
      </w:r>
    </w:p>
    <w:p>
      <w:r>
        <w:rPr>
          <w:b/>
        </w:rPr>
        <w:t xml:space="preserve">[56:15] </w:t>
      </w:r>
      <w:r>
        <w:t>woh hai cheezon ko aap Allah ke khane mein daalte rahen. bas. ek hi nuskhah is ka hai.</w:t>
      </w:r>
    </w:p>
    <w:p>
      <w:pPr>
        <w:jc w:val="right"/>
      </w:pPr>
      <w:r>
        <w:t>وہ ہے چیزوں کو آپ اللہ کے خانے میں ڈالتے رہیں۔ بس۔ ایک ہی نسخہ اس کا ہے۔</w:t>
      </w:r>
    </w:p>
    <w:p>
      <w:r>
        <w:rPr>
          <w:b/>
        </w:rPr>
        <w:t xml:space="preserve">[56:24] </w:t>
      </w:r>
      <w:r>
        <w:t>aur yeh Surah Yusuf mein bataya hua hai. yeh nuskhah. aap jante hain ke Hazrat Yaqoob jo thay un ko ek bohat bara sadmah guzra.</w:t>
      </w:r>
    </w:p>
    <w:p>
      <w:pPr>
        <w:jc w:val="right"/>
      </w:pPr>
      <w:r>
        <w:t>اور یہ سورہ یوسف میں بتایا ہوا ہے۔ یہ نسخہ۔ آپ جانتے ہیں کہ حضرت یعقوب جو تھے ان کو ایک بہت بڑا صدمہ گزرا۔</w:t>
      </w:r>
    </w:p>
    <w:p>
      <w:r>
        <w:rPr>
          <w:b/>
        </w:rPr>
        <w:t xml:space="preserve">[56:35] </w:t>
      </w:r>
      <w:r>
        <w:t>un ke ek bete ko yani kuinwein mein daal diya. bazahir yeh bataya ke bhediya kha gaya. to ek bohat bara sadmah tha.</w:t>
      </w:r>
    </w:p>
    <w:p>
      <w:pPr>
        <w:jc w:val="right"/>
      </w:pPr>
      <w:r>
        <w:t>ان کے ایک بیٹے کو یعنی کنویں میں ڈال دیا۔ بظاہر یہ بتایا کہ بھیڑیا کھا گیا۔ تو ایک بہت بڑا صدمہ تھا۔</w:t>
      </w:r>
    </w:p>
    <w:p>
      <w:r>
        <w:rPr>
          <w:b/>
        </w:rPr>
        <w:t xml:space="preserve">[56:46] </w:t>
      </w:r>
      <w:r>
        <w:t>lekin aap parhiye Surah Yusuf ko to Hazrat Yaqoob ghussa nahi hue. kuch bhi ghussa nahi hue. yeh keh diya ke innam ashku basti wahdani ila Allah.</w:t>
      </w:r>
    </w:p>
    <w:p>
      <w:pPr>
        <w:jc w:val="right"/>
      </w:pPr>
      <w:r>
        <w:t>لیکن آپ پڑھیے سورہ یوسف کو تو حضرت یعقوب غصہ نہیں ہوئے۔ کچھ بھی غصہ نہیں ہوئے۔ یہ کہہ دیا کہ انما اشکو بستی وحدنی الا اللہ۔</w:t>
      </w:r>
    </w:p>
    <w:p>
      <w:r>
        <w:rPr>
          <w:b/>
        </w:rPr>
        <w:t xml:space="preserve">[56:58] </w:t>
      </w:r>
      <w:r>
        <w:t>yani is mamle ko mein Allah ke khane mein dalta hoon. jo kuch guzra us ko mein Allah ke khane mein dalta hoon. yeh bhi kar sakte thay woh ke yani apne bete par ghussa hote, marte un ko, nikalte.</w:t>
      </w:r>
    </w:p>
    <w:p>
      <w:pPr>
        <w:jc w:val="right"/>
      </w:pPr>
      <w:r>
        <w:t>یعنی اس معاملے کو میں اللہ کے خانے میں ڈالتا ہوں۔ جو کچھ گزرا اس کو میں اللہ کے خانے میں ڈالتا ہوں۔ یہ بھی کر سکتے تھے وہ کہ یعنی اپنے بیٹے پر غصہ ہوتے، مارتے ان کو، نکالتے۔</w:t>
      </w:r>
    </w:p>
    <w:p>
      <w:r>
        <w:rPr>
          <w:b/>
        </w:rPr>
        <w:t xml:space="preserve">[57:14] </w:t>
      </w:r>
      <w:r>
        <w:t>kyun ke bazahir wohi zimmedar thay is ke. to unhon ne aa kar kaha ke tumhare bete ko bhediya kha gaya. to ghussa nahi hue.</w:t>
      </w:r>
    </w:p>
    <w:p>
      <w:pPr>
        <w:jc w:val="right"/>
      </w:pPr>
      <w:r>
        <w:t>کیونکہ بظاہر وہی ذمہ دار تھے اس کے۔ تو انہوں نے آ کر کہا کہ تمہارے بیٹے کو بھیڑیا کھا گیا۔ تو غصہ نہیں ہوئے۔</w:t>
      </w:r>
    </w:p>
    <w:p>
      <w:r>
        <w:rPr>
          <w:b/>
        </w:rPr>
        <w:t xml:space="preserve">[57:27] </w:t>
      </w:r>
      <w:r>
        <w:t>to yeh keh diya ke innam ashku basti wahdani ila Allah. mein apna jo jo guzra mere upar us ko mein Allah ke khane mein dalta hoon. is tarah unhon ne apne ko positive bana liya.</w:t>
      </w:r>
    </w:p>
    <w:p>
      <w:pPr>
        <w:jc w:val="right"/>
      </w:pPr>
      <w:r>
        <w:t>تو یہ کہہ دیا کہ انما اشکو بستی وحدنی الا اللہ۔ میں اپنا جو جو گزرا میرے اوپر اس کو میں اللہ کے خانے میں ڈالتا ہوں۔ اس طرح انہوں نے اپنے کو positive بنا لیا۔</w:t>
      </w:r>
    </w:p>
    <w:p>
      <w:r>
        <w:rPr>
          <w:b/>
        </w:rPr>
        <w:t xml:space="preserve">[57:40] </w:t>
      </w:r>
      <w:r>
        <w:t>yahi behtareen nuskhah hai. koi bhi baat guzre jo aap ko sadmah pohanchay, jo aap ko yani aap ke liye unpleasant ho.</w:t>
      </w:r>
    </w:p>
    <w:p>
      <w:pPr>
        <w:jc w:val="right"/>
      </w:pPr>
      <w:r>
        <w:t>یہی بہترین نسخہ ہے۔ کوئی بھی بات گزرے جو آپ کو صدمہ پہنچے، جو آپ کو یعنی آپ کے لیے unpleasant ہو۔</w:t>
      </w:r>
    </w:p>
    <w:p>
      <w:r>
        <w:rPr>
          <w:b/>
        </w:rPr>
        <w:t xml:space="preserve">[57:52] </w:t>
      </w:r>
      <w:r>
        <w:t>kisi bhi qism ka nuqsan to us ko Allah ke khane mein daal diye. innam bas yahi keh diye ke innam ashku basti wahdani ila Allah.</w:t>
      </w:r>
    </w:p>
    <w:p>
      <w:pPr>
        <w:jc w:val="right"/>
      </w:pPr>
      <w:r>
        <w:t>کسی بھی قسم کا نقصان تو اس کو اللہ کے خانے میں ڈال دیے۔ انما بس یہی کہہ دیے کہ انما اشکو بستی وحدنی الا اللہ۔</w:t>
      </w:r>
    </w:p>
    <w:p>
      <w:r>
        <w:rPr>
          <w:b/>
        </w:rPr>
        <w:t xml:space="preserve">[58:02] </w:t>
      </w:r>
      <w:r>
        <w:t>yeh ayat Surah Yusuf mein hai. us ko aap us mein dekh sakte hain.</w:t>
      </w:r>
    </w:p>
    <w:p>
      <w:pPr>
        <w:jc w:val="right"/>
      </w:pPr>
      <w:r>
        <w:t>یہ آیت سورہ یوسف میں ہے۔ اس کو آپ اس میں دیکھ سکتے ہیں۔</w:t>
      </w:r>
    </w:p>
    <w:p>
      <w:r>
        <w:rPr>
          <w:b/>
        </w:rPr>
        <w:t xml:space="preserve">[58:12] </w:t>
      </w:r>
      <w:r>
        <w:t>Maulana agla sawal Delhi se hai Jameel Akhtar sahib ka. unhon ne likha hai: "Musalmanon ka ek firqah bashar ki ajeeb o ghareeb taweel karta hai jo aap ki tashreeh se mil nahi khati.</w:t>
      </w:r>
    </w:p>
    <w:p>
      <w:pPr>
        <w:jc w:val="right"/>
      </w:pPr>
      <w:r>
        <w:t>مولانا اگلا سوال دلی سے ہے جمیل اختر صاحب کا۔ انہوں نے لکھا ہے: "مسلمانوں کا ایک فرقہ بشر کی عجیب و غریب تاویل کرتا ہے جو آپ کی تشریح سے میل نہیں کھاتی۔</w:t>
      </w:r>
    </w:p>
    <w:p>
      <w:r>
        <w:rPr>
          <w:b/>
        </w:rPr>
        <w:t xml:space="preserve">[58:28] </w:t>
      </w:r>
      <w:r>
        <w:t>woh Rasool Allah ko hum jaise insan se bilkul alag karte hain. is ki wazahat karen." yeh to wohi hai jo Rasool Allah ne mana kiya tha.</w:t>
      </w:r>
    </w:p>
    <w:p>
      <w:pPr>
        <w:jc w:val="right"/>
      </w:pPr>
      <w:r>
        <w:t>وہ رسول اللہ کو ہم جیسے انسان سے بالکل الگ کرتے ہیں۔ اس کی وضاحت کریں۔" یہ تو وہی ہے جو رسول اللہ نے منع کیا تھا۔</w:t>
      </w:r>
    </w:p>
    <w:p>
      <w:r>
        <w:rPr>
          <w:b/>
        </w:rPr>
        <w:t xml:space="preserve">[58:39] </w:t>
      </w:r>
      <w:r>
        <w:t>is se Rasool Allah ne farmaya ke la tuluni kama atat al nasara min qabl. ke nasara ne jis tarah barhaya chadhaya tha mujh ko mat barhana chadhana.</w:t>
      </w:r>
    </w:p>
    <w:p>
      <w:pPr>
        <w:jc w:val="right"/>
      </w:pPr>
      <w:r>
        <w:t>اس سے رسول اللہ نے فرمایا کہ لا تطلین کما اطعت النصاری من قبل۔ کہ نصاری نے جس طرح بڑھایا چڑھایا تھا مجھ کو مت بڑھانا چڑھانا۔</w:t>
      </w:r>
    </w:p>
    <w:p>
      <w:r>
        <w:rPr>
          <w:b/>
        </w:rPr>
        <w:t xml:space="preserve">[58:49] </w:t>
      </w:r>
      <w:r>
        <w:t>wohi kar rahe hain log. sawal yeh hai ke jo nazariya bana rakha hai unhon ne us ka Quran se to koi taalluq hai nahi. ajeeb o ghareeb qism ke khud sakhtah yani daleelain nikalte hain.</w:t>
      </w:r>
    </w:p>
    <w:p>
      <w:pPr>
        <w:jc w:val="right"/>
      </w:pPr>
      <w:r>
        <w:t>وہی کر رہے ہیں لوگ۔ سوال یہ ہے کہ جو نظریہ بنا رکھا ہے انہوں نے اس کا قرآن سے تو کوئی تعلق ہے نہیں۔ عجیب و غریب قسم کے خود ساختہ یعنی دلیلیں نکالتے ہیں۔</w:t>
      </w:r>
    </w:p>
    <w:p>
      <w:r>
        <w:rPr>
          <w:b/>
        </w:rPr>
        <w:t xml:space="preserve">[59:01] </w:t>
      </w:r>
      <w:r>
        <w:t>ajeeb o ghareeb qism ki. koi sir na parhay is ka koi logic nahi. to aadmi jo sanjeeda ho, waqeatan Allah se darta ho, woh jab Quran ko parhay ga to bar bar woh mile gi aisi baatein us ko ke Rasool Allah hamare jaise ek bashar thay.</w:t>
      </w:r>
    </w:p>
    <w:p>
      <w:pPr>
        <w:jc w:val="right"/>
      </w:pPr>
      <w:r>
        <w:t>عجیب و غریب قسم کی۔ کوئی سر نہ پڑھے اس کا کوئی logic نہیں۔ تو آدمی جو سنجیدہ ہو، واقعتاً اللہ سے ڈرتا ہو، وہ جب قرآن کو پڑھے گا تو بار بار وہ ملے گی ایسی باتیں اس کو کہ رسول اللہ ہمارے جیسے ایک بشر تھے۔</w:t>
      </w:r>
    </w:p>
    <w:p>
      <w:r>
        <w:rPr>
          <w:b/>
        </w:rPr>
        <w:t xml:space="preserve">[59:19] </w:t>
      </w:r>
      <w:r>
        <w:t>innam ana basharun mislukum.</w:t>
      </w:r>
    </w:p>
    <w:p>
      <w:pPr>
        <w:jc w:val="right"/>
      </w:pPr>
      <w:r>
        <w:t>انما انا بشر مثلکم۔</w:t>
      </w:r>
    </w:p>
    <w:p>
      <w:r>
        <w:rPr>
          <w:b/>
        </w:rPr>
        <w:t xml:space="preserve">[59:24] </w:t>
      </w:r>
      <w:r>
        <w:t>to yeh mamla sanjeedgi ka hai. aap sanjeeda na hon aap to kuch bhi ulti baatein nikal len. mislan mein aap ko ek qissah batata hoon.</w:t>
      </w:r>
    </w:p>
    <w:p>
      <w:pPr>
        <w:jc w:val="right"/>
      </w:pPr>
      <w:r>
        <w:t>تو یہ معاملہ سنجیدگی کا ہے۔ آپ سنجیدہ نہ ہوں آپ تو کچھ بھی الٹی باتیں نکال لیں۔ مثلاً میں آپ کو ایک قصہ بتاتا ہوں۔</w:t>
      </w:r>
    </w:p>
    <w:p>
      <w:r>
        <w:rPr>
          <w:b/>
        </w:rPr>
        <w:t xml:space="preserve">[59:34] </w:t>
      </w:r>
      <w:r>
        <w:t>aik ghair muslim thay. unhon ne kaha quran to sab jaali hi jaali is ke andar hai. matlab fraud is mein sab hai. naoozubillah. kisi ne poocha ke kaise?</w:t>
      </w:r>
    </w:p>
    <w:p>
      <w:pPr>
        <w:jc w:val="right"/>
      </w:pPr>
      <w:r>
        <w:t>ایک غیر مسلم تھے۔ انہوں نے کہا قرآن تو سب جعلی ہی جعلی اس کے اندر ہے۔ مطلب fraud اس میں سب ہے۔ نعوذ باللہ۔ کسی نے پوچھا کہ کیسے؟</w:t>
      </w:r>
    </w:p>
    <w:p>
      <w:r>
        <w:rPr>
          <w:b/>
        </w:rPr>
        <w:t xml:space="preserve">[59:43] </w:t>
      </w:r>
      <w:r>
        <w:t>kehte hain dekho yeh likha hua. jaali ka kitab la raha hai fi. jaali ka mani unhon ne jaali nikaal liya. fraud. yeh to jaali hi jaali sab hai. to dekhiye ab agar aadmi sanjeeda na ho to kuch bhi ulta seedha nikaal sakta hai.</w:t>
      </w:r>
    </w:p>
    <w:p>
      <w:pPr>
        <w:jc w:val="right"/>
      </w:pPr>
      <w:r>
        <w:t>کہتے ہیں دیکھو یہ لکھا ہوا۔ جعلی کا کتاب لا رہا ہے فی۔ جعلی کا معنی انہوں نے جعلی نکال لیا۔ fraud۔ یہ تو جعلی ہی جعلی سب ہے۔ تو دیکھیے اب اگر آدمی سنجیدہ نہ ہو تو کچھ بھی الٹا سیدھا نکال سکتا ہے۔</w:t>
      </w:r>
    </w:p>
    <w:p>
      <w:r>
        <w:rPr>
          <w:b/>
        </w:rPr>
        <w:t xml:space="preserve">[59:57] </w:t>
      </w:r>
      <w:r>
        <w:t>to woh log jo bashar ka matlab nikaale hue hain is ka koi talluq logic se nahin. daleel se nahin hai. to aise logon ko yahi kehna chahiye ke bhai phir se ghor karo aur lughat kya kehti hai, alfaaz kya kehte hain, context kya kehta hai is ke lihaaz se ghor karo.</w:t>
      </w:r>
    </w:p>
    <w:p>
      <w:pPr>
        <w:jc w:val="right"/>
      </w:pPr>
      <w:r>
        <w:t>تو وہ لوگ جو بشر کا مطلب نکالے ہوئے ہیں اس کا کوئی تعلق logic سے نہیں۔ دلیل سے نہیں ہے۔ تو ایسے لوگوں کو یہی کہنا چاہیے کہ بھئی پھر سے غور کرو اور لغت کیا کہتی ہے، الفاظ کیا کہتے ہیں، context کیا کہتا ہے اس کے لحاظ سے غور کرو۔</w:t>
      </w:r>
    </w:p>
    <w:p>
      <w:r>
        <w:rPr>
          <w:b/>
        </w:rPr>
        <w:t xml:space="preserve">[1:00:18] </w:t>
      </w:r>
      <w:r>
        <w:t>aur haqeeqat yeh hai ke rasool Allah agar bashar na hon to hamare model kahan se rahenge? is woh kaise rahenge? kya koi farishta hamare is woh ban sakta hai? yeh rehmat hai, yahi to rehmat hai ke aik bashar ki satah par woh woh namoona mila hum ko.</w:t>
      </w:r>
    </w:p>
    <w:p>
      <w:pPr>
        <w:jc w:val="right"/>
      </w:pPr>
      <w:r>
        <w:t>اور حقیقت یہ ہے کہ رسول اللہ اگر بشر نہ ہوں تو ہمارے model کہاں سے رہیں گے؟ اسوہ کیسے رہیں گے؟ کیا کوئی فرشتہ ہمارے اسوہ بن سکتا ہے؟ یہ رحمت ہے، یہی تو رحمت ہے کہ ایک بشر کی سطح پر وہ وہ نمونہ ملا ہم کو۔</w:t>
      </w:r>
    </w:p>
    <w:p>
      <w:r>
        <w:rPr>
          <w:b/>
        </w:rPr>
        <w:t xml:space="preserve">[1:00:33] </w:t>
      </w:r>
      <w:r>
        <w:t>bashar ki satah par. farishte ki satah pe milta to hum woh hamare namoone hi na hota woh. doctor sahib ko dena hai. doctor sahib ko.</w:t>
      </w:r>
    </w:p>
    <w:p>
      <w:pPr>
        <w:jc w:val="right"/>
      </w:pPr>
      <w:r>
        <w:t>بشر کی سطح پر۔ فرشتے کی سطح پہ ملتا تو ہم وہ ہمارے نمونے ہی نہ ہوتا وہ۔ ڈاکٹر صاحب کو دینا ہے۔ ڈاکٹر صاحب کو۔</w:t>
      </w:r>
    </w:p>
    <w:p>
      <w:r>
        <w:rPr>
          <w:b/>
        </w:rPr>
        <w:t xml:space="preserve">[1:00:45] </w:t>
      </w:r>
      <w:r>
        <w:t>maulana agla sawal aaya hai kolkata se doctor roshan kumar jha ka. unhon ne likha hai: "maulana sahib in spirit of islam of february two thousand fourteen issue you have written that nowhere in quran and hadith do we find anything which suggests that islam is a total system.</w:t>
      </w:r>
    </w:p>
    <w:p>
      <w:pPr>
        <w:jc w:val="right"/>
      </w:pPr>
      <w:r>
        <w:t>مولانا اگلا سوال آیا ہے کلکتہ سے ڈاکٹر روشن کمار جھا کا۔ انہوں نے لکھا ہے: "مولانا صاحب in spirit of اسلام of February two thousand fourteen issue you have written that nowhere in قرآن and حدیث do we find anything which suggests that اسلام is a total system۔</w:t>
      </w:r>
    </w:p>
    <w:p>
      <w:r>
        <w:rPr>
          <w:b/>
        </w:rPr>
        <w:t xml:space="preserve">[1:01:09] </w:t>
      </w:r>
      <w:r>
        <w:t>i am not able to understand this statement</w:t>
      </w:r>
    </w:p>
    <w:p>
      <w:pPr>
        <w:jc w:val="right"/>
      </w:pPr>
      <w:r>
        <w:t>I am not able to understand this statement</w:t>
      </w:r>
    </w:p>
    <w:p>
      <w:r>
        <w:rPr>
          <w:b/>
        </w:rPr>
        <w:t xml:space="preserve">[1:01:13] </w:t>
      </w:r>
      <w:r>
        <w:t>. kindly explain this."</w:t>
      </w:r>
    </w:p>
    <w:p>
      <w:pPr>
        <w:jc w:val="right"/>
      </w:pPr>
      <w:r>
        <w:t>۔ Kindly explain this۔"</w:t>
      </w:r>
    </w:p>
    <w:p>
      <w:r>
        <w:rPr>
          <w:b/>
        </w:rPr>
        <w:t xml:space="preserve">[1:01:20] </w:t>
      </w:r>
      <w:r>
        <w:t>ab yeh to bohat wazeh baat hai. meri samajh nahin aayi ke kyun aap samjhe nahin. is zamane mein kuch tehreekein uthein jaise arab mein ali khan al muslimoon aur sab continent mein jamaat islami.</w:t>
      </w:r>
    </w:p>
    <w:p>
      <w:pPr>
        <w:jc w:val="right"/>
      </w:pPr>
      <w:r>
        <w:t>اب یہ تو بہت واضح بات ہے۔ میری سمجھ نہیں آئی کہ کیوں آپ سمجھے نہیں۔ اس زمانے میں کچھ تحریکیں اٹھیں جیسے عرب میں علی خان المسلمون اور سب کانڈنٹ میں جماعت اسلامی۔</w:t>
      </w:r>
    </w:p>
    <w:p>
      <w:r>
        <w:rPr>
          <w:b/>
        </w:rPr>
        <w:t xml:space="preserve">[1:01:34] </w:t>
      </w:r>
      <w:r>
        <w:t>woh kehte hain ke islam mukammal nizam hai. mukammal nizam ka matlab yeh hai ke is ko implement karna hai. to jaise hi aap ne maana islam ko foran zaroori hoga ke aap larein.</w:t>
      </w:r>
    </w:p>
    <w:p>
      <w:pPr>
        <w:jc w:val="right"/>
      </w:pPr>
      <w:r>
        <w:t>وہ کہتے ہیں کہ اسلام مکمل نظام ہے۔ مکمل نظام کا معنی یہ ہے کہ اس کو implement کرنا ہے۔ تو جیسے ہی آپ نے مانا اسلام کو فوراً ضروری ہوگا کہ آپ لڑیں۔</w:t>
      </w:r>
    </w:p>
    <w:p>
      <w:r>
        <w:rPr>
          <w:b/>
        </w:rPr>
        <w:t xml:space="preserve">[1:01:46] </w:t>
      </w:r>
      <w:r>
        <w:t>lad kar ke doosron ko be dakhal karein. yeh mukammal nizam ke matlab hain is ka is ka qanoon hai, siyasat hai, hukoomat hai waghera.</w:t>
      </w:r>
    </w:p>
    <w:p>
      <w:pPr>
        <w:jc w:val="right"/>
      </w:pPr>
      <w:r>
        <w:t>لڑ کر کے دوسروں کو بے دخل کریں۔ یہ مکمل نظام کے معنی ہیں اس کا اس کا قانون ہے، سیاست ہے، حکومت ہے وغیرہ۔</w:t>
      </w:r>
    </w:p>
    <w:p>
      <w:r>
        <w:rPr>
          <w:b/>
        </w:rPr>
        <w:t xml:space="preserve">[1:01:54] </w:t>
      </w:r>
      <w:r>
        <w:t>mukammal nizam ke taur par is ko implement karna hai. to ab jab aap is is tareeqe se lenge aur sochenge ke mujhe mukammal islam ko duniya mein qaim karna hai to aap dekhenge ke wahan to koi koi already koi baitha hua hai.</w:t>
      </w:r>
    </w:p>
    <w:p>
      <w:pPr>
        <w:jc w:val="right"/>
      </w:pPr>
      <w:r>
        <w:t>مکمل نظام کے طور پر اس کو implement کرنا ہے۔ تو اب جب آپ اس اس طریقے سے لیں گے اور سوچیں گے کہ مجھے مکمل اسلام کو دنیا میں قائم کرنا ہے تو آپ دیکھیں گے کہ وہاں تو کوئی کوئی already کوئی بیٹھا ہوا ہے۔</w:t>
      </w:r>
    </w:p>
    <w:p>
      <w:r>
        <w:rPr>
          <w:b/>
        </w:rPr>
        <w:t xml:space="preserve">[1:02:09] </w:t>
      </w:r>
      <w:r>
        <w:t>koi hukoomat hai wahan pe. koi rule kar raha hai woh. to foran hi aap kya kahenge is ko hatao. is se lado. to ladaai bhadaai ka mazhab ban jaata hai islam.</w:t>
      </w:r>
    </w:p>
    <w:p>
      <w:pPr>
        <w:jc w:val="right"/>
      </w:pPr>
      <w:r>
        <w:t>کوئی حکومت ہے وہاں پہ۔ کوئی rule کر رہا ہے وہ۔ تو فوراً ہی آپ کیا کہیں گے اس کو ہٹاؤ۔ اس سے لڑو۔ تو لڑائی بھڑائی کا مذہب بن جاتا ہے اسلام۔</w:t>
      </w:r>
    </w:p>
    <w:p>
      <w:r>
        <w:rPr>
          <w:b/>
        </w:rPr>
        <w:t xml:space="preserve">[1:02:21] </w:t>
      </w:r>
      <w:r>
        <w:t>to islam mein kahin bhi yeh nahin bataya gaya ke islam mukammal nizam hai. yeh lafz kahin istemaal nahin hue.</w:t>
      </w:r>
    </w:p>
    <w:p>
      <w:pPr>
        <w:jc w:val="right"/>
      </w:pPr>
      <w:r>
        <w:t>تو اسلام میں کہیں بھی یہ نہیں بتایا گیا کہ اسلام مکمل نظام ہے۔ یہ لفظ کہیں استعمال نہیں ہوئے۔</w:t>
      </w:r>
    </w:p>
    <w:p>
      <w:r>
        <w:rPr>
          <w:b/>
        </w:rPr>
        <w:t xml:space="preserve">[1:02:30] </w:t>
      </w:r>
      <w:r>
        <w:t>yeh logon ne bana rakha hai khud se. yeh to bohat clear baat hai. is par bohat kitabein likhi hain hum ne. aap padh lijiye. is par to bohat tafseel se likh chuke hain hum.</w:t>
      </w:r>
    </w:p>
    <w:p>
      <w:pPr>
        <w:jc w:val="right"/>
      </w:pPr>
      <w:r>
        <w:t>یہ لوگوں نے بنا رکھا ہے خود سے۔ یہ تو بہت clear بات ہے۔ اس پر بہت کتابیں لکھی ہیں ہم نے۔ آپ پڑھ لیجیے۔ اس پر تو بہت تفصیل سے لکھ چکے ہیں ہم۔</w:t>
      </w:r>
    </w:p>
    <w:p>
      <w:r>
        <w:rPr>
          <w:b/>
        </w:rPr>
        <w:t xml:space="preserve">[1:02:44] </w:t>
      </w:r>
      <w:r>
        <w:t>maulana agla sawal kashmir se hai aamir junaid mori sahib ka. unhon ne likha hai: "maulana we intend to live our life according to quran and hadith.</w:t>
      </w:r>
    </w:p>
    <w:p>
      <w:pPr>
        <w:jc w:val="right"/>
      </w:pPr>
      <w:r>
        <w:t>مولانا اگلا سوال کشمیر سے ہے عامر جن موری صاحب کا۔ انہوں نے لکھا ہے: "مولانا we intend to live our life according to قرآن and حدیث۔</w:t>
      </w:r>
    </w:p>
    <w:p>
      <w:r>
        <w:rPr>
          <w:b/>
        </w:rPr>
        <w:t xml:space="preserve">[1:02:57] </w:t>
      </w:r>
      <w:r>
        <w:t>but the devil inside us always takes us away from leading such life. though our intention is to fight with the devil and take ourselves on theright path.</w:t>
      </w:r>
    </w:p>
    <w:p>
      <w:pPr>
        <w:jc w:val="right"/>
      </w:pPr>
      <w:r>
        <w:t>But the devil inside us always takes us away from leading such life. Though our intention is to fight with the devil and take ourselves on theright path۔</w:t>
      </w:r>
    </w:p>
    <w:p>
      <w:r>
        <w:rPr>
          <w:b/>
        </w:rPr>
        <w:t xml:space="preserve">[1:03:10] </w:t>
      </w:r>
      <w:r>
        <w:t>but still devil proves to be a winner and leads to the distraction and ultimately takes us back to the start.</w:t>
      </w:r>
    </w:p>
    <w:p>
      <w:pPr>
        <w:jc w:val="right"/>
      </w:pPr>
      <w:r>
        <w:t>But still devil proves to be a winner and leads to the distraction and ultimately takes us back to the start۔</w:t>
      </w:r>
    </w:p>
    <w:p>
      <w:r>
        <w:rPr>
          <w:b/>
        </w:rPr>
        <w:t xml:space="preserve">[1:03:20] </w:t>
      </w:r>
      <w:r>
        <w:t>kindly suggest the way of action so that we can beat the devil inside us and lead purely the islamic life." dekhiye yeh baat sahi nahin hai.</w:t>
      </w:r>
    </w:p>
    <w:p>
      <w:pPr>
        <w:jc w:val="right"/>
      </w:pPr>
      <w:r>
        <w:t>Kindly suggest the way of action so that we can beat the devil inside us and lead purely the Islamic life۔" دیکھیے یہ بات صحیح نہیں ہے۔</w:t>
      </w:r>
    </w:p>
    <w:p>
      <w:r>
        <w:rPr>
          <w:b/>
        </w:rPr>
        <w:t xml:space="preserve">[1:03:31] </w:t>
      </w:r>
      <w:r>
        <w:t>yaani aap chahein aur aur phir bhi aap shaitan aap ko ghaseet le jaye. yeh to possible nahin hai.</w:t>
      </w:r>
    </w:p>
    <w:p>
      <w:pPr>
        <w:jc w:val="right"/>
      </w:pPr>
      <w:r>
        <w:t>یعنی آپ چاہیں اور اور پھر بھی آپ شیطان آپ کو گھسیٹ لے جائے۔ یہ تو possible نہیں ہے۔</w:t>
      </w:r>
    </w:p>
    <w:p>
      <w:r>
        <w:rPr>
          <w:b/>
        </w:rPr>
        <w:t xml:space="preserve">[1:03:41] </w:t>
      </w:r>
      <w:r>
        <w:t>is matlab ke determination ki kami hai. azm ki kami hai. yaqeen ki kami hai. to aap study kijiye quran ka hadith ki kitabon ka apne yaqeen ko badhaiye.</w:t>
      </w:r>
    </w:p>
    <w:p>
      <w:pPr>
        <w:jc w:val="right"/>
      </w:pPr>
      <w:r>
        <w:t>اس معنی کہ determination کی کمی ہے۔ عزم کی کمی ہے۔ یقین کی کمی ہے۔ تو آپ study کیجیے قرآن کا حدیث کی کتابوں کا اپنے یقین کو بڑھائیے۔</w:t>
      </w:r>
    </w:p>
    <w:p>
      <w:r>
        <w:rPr>
          <w:b/>
        </w:rPr>
        <w:t xml:space="preserve">[1:03:53] </w:t>
      </w:r>
      <w:r>
        <w:t>yeh dekhiye namumkin baat hai ke waqeatan aap determination ke sath tay karein aur shaitan ko idhar se udhar kheench le jayein. yeh to ho nahin sakta.</w:t>
      </w:r>
    </w:p>
    <w:p>
      <w:pPr>
        <w:jc w:val="right"/>
      </w:pPr>
      <w:r>
        <w:t>یہ دیکھیے ناممکن بات ہے کہ واقعتاً آپ determination کے ساتھ طے کریں اور شیطان کو ادھر سے ادھر کھینچ لے جائیں۔ یہ تو ہو نہیں سکتا۔</w:t>
      </w:r>
    </w:p>
    <w:p>
      <w:r>
        <w:rPr>
          <w:b/>
        </w:rPr>
        <w:t xml:space="preserve">[1:04:03] </w:t>
      </w:r>
      <w:r>
        <w:t>kami aap ke shaitan ka masla nahin hai. yeh masla yaad rakhiye shaitan ka aap ke determination mein kami ka hai.</w:t>
      </w:r>
    </w:p>
    <w:p>
      <w:pPr>
        <w:jc w:val="right"/>
      </w:pPr>
      <w:r>
        <w:t>کمی آپ کے شیطان کا مسئلہ نہیں ہے۔ یہ مسئلہ یاد رکھیے شیطان کا آپ کے determination میں کمی کا ہے۔</w:t>
      </w:r>
    </w:p>
    <w:p>
      <w:r>
        <w:rPr>
          <w:b/>
        </w:rPr>
        <w:t xml:space="preserve">[1:04:12] </w:t>
      </w:r>
      <w:r>
        <w:t>azm mein kami ka hai. yaqeen mein kami ka hai. conviction mein kami ka hai. is ko door kijiye. aur is ka tareeqa hai mutala. quran ko padhiye.</w:t>
      </w:r>
    </w:p>
    <w:p>
      <w:pPr>
        <w:jc w:val="right"/>
      </w:pPr>
      <w:r>
        <w:t>عزم میں کمی کا ہے۔ یقین میں کمی کا ہے۔ conviction میں کمی کا ہے۔ اس کو دور کیجیے۔ اور اس کا طریقہ ہے مطالعہ۔ قرآن کو پڑھیے۔</w:t>
      </w:r>
    </w:p>
    <w:p>
      <w:r>
        <w:rPr>
          <w:b/>
        </w:rPr>
        <w:t xml:space="preserve">[1:04:21] </w:t>
      </w:r>
      <w:r>
        <w:t>hadithon ko padhiye. sahaba ke waqiyat ko padhiye. hamari jo kitabein hain is ko padhiye. taake aap ka yaqeen badhe. jab yaqeen badhega to woh apne aap sab khatm ho jayega.</w:t>
      </w:r>
    </w:p>
    <w:p>
      <w:pPr>
        <w:jc w:val="right"/>
      </w:pPr>
      <w:r>
        <w:t>حدیثوں کو پڑھیے۔ صحابہ کے واقعات کو پڑھیے۔ ہماری جو کتابیں ہیں اس کو پڑھیے۔ تاکہ آپ کا یقین بڑھے۔ جب یقین بڑھے گا تو وہ اپنے آپ سب ختم ہو جائے گا۔</w:t>
      </w:r>
    </w:p>
    <w:p>
      <w:r>
        <w:rPr>
          <w:b/>
        </w:rPr>
        <w:t xml:space="preserve">[1:04:35] </w:t>
      </w:r>
      <w:r>
        <w:t>molana yeh sawal dilli se aya hai mudassir ansari sahib ka. unhon ne likha hai: "While doing daawa work how do we convey that religion has got a very deep connection with purpose of creation plan</w:t>
      </w:r>
    </w:p>
    <w:p>
      <w:pPr>
        <w:jc w:val="right"/>
      </w:pPr>
      <w:r>
        <w:t>مولانا یہ سوال دلی سے آیا ہے مدثر انصاری صاحب کا۔ انہوں نے لکھا ہے: "While doing دعویٰ work how do we convey that religion has got a very deep connection with purpose of creation plan</w:t>
      </w:r>
    </w:p>
    <w:p>
      <w:r>
        <w:rPr>
          <w:b/>
        </w:rPr>
        <w:t xml:space="preserve">[1:04:53] </w:t>
      </w:r>
      <w:r>
        <w:t>of God. " is ke bare mein bataein.</w:t>
      </w:r>
    </w:p>
    <w:p>
      <w:pPr>
        <w:jc w:val="right"/>
      </w:pPr>
      <w:r>
        <w:t>of God۔" اس کے بارے میں بتائیں۔</w:t>
      </w:r>
    </w:p>
    <w:p>
      <w:r>
        <w:rPr>
          <w:b/>
        </w:rPr>
        <w:t xml:space="preserve">[1:05:00] </w:t>
      </w:r>
      <w:r>
        <w:t>yani is se sawal kiya bhai sochen jo parhe ga quran majeed parhe ga to is ko clear ho jaye ga? kiya is mein question kiya banta hai yeh? mein samjha nahi kiya question banta hai yeh.</w:t>
      </w:r>
    </w:p>
    <w:p>
      <w:pPr>
        <w:jc w:val="right"/>
      </w:pPr>
      <w:r>
        <w:t>یعنی اس سے سوال کیا بھئی سوچیں جو پڑھے گا قرآن مجید پڑھے گا تو اس کو clear ہو جائے گا؟ کیا اس میں question کیا بنتا ہے یہ؟ میں سمجھا نہیں کیا question بنتا ہے یہ۔</w:t>
      </w:r>
    </w:p>
    <w:p>
      <w:r>
        <w:rPr>
          <w:b/>
        </w:rPr>
        <w:t xml:space="preserve">[1:05:10] </w:t>
      </w:r>
      <w:r>
        <w:t>hmm bhai quran jo bhi parhe ga to mein to ek naya lafz diya hai creation plan of God. warna p</w:t>
      </w:r>
    </w:p>
    <w:p>
      <w:pPr>
        <w:jc w:val="right"/>
      </w:pPr>
      <w:r>
        <w:t>ہمم بھئی قرآن جو بھی پڑھے گا تو میں تو ایک نیا لفظ دیا ہے creation plan of God۔ ورنہ 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