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Realistic Approach March 30, 2014 Maulana Wahiduddin Khan</w:t>
      </w:r>
    </w:p>
    <w:p>
      <w:r>
        <w:t>https://www.youtube.com/watch?v=K36UonBsGlA</w:t>
      </w:r>
    </w:p>
    <w:p>
      <w:r>
        <w:rPr>
          <w:b/>
        </w:rPr>
        <w:t xml:space="preserve">[00:14] </w:t>
      </w:r>
      <w:r>
        <w:t>bismillah hir rahman nir rahim, wa salla Allahu ala nabiyyi al-karim.</w:t>
      </w:r>
    </w:p>
    <w:p>
      <w:pPr>
        <w:jc w:val="right"/>
      </w:pPr>
      <w:r>
        <w:t>بسم اللہ الرحمن الرحیم، وصلی اللہ علی نبی الکریم۔</w:t>
      </w:r>
    </w:p>
    <w:p>
      <w:r>
        <w:rPr>
          <w:b/>
        </w:rPr>
        <w:t xml:space="preserve">[00:23] </w:t>
      </w:r>
      <w:r>
        <w:t>rabbi ishrah li sadri, wa yassir li amri, wah lul uqdatan min lisani, yafqahu qawli.</w:t>
      </w:r>
    </w:p>
    <w:p>
      <w:pPr>
        <w:jc w:val="right"/>
      </w:pPr>
      <w:r>
        <w:t>رب اشرح لی صدری، ویسر لی امری، واحل العقدۃ من لسانی، یفقہ قولی۔</w:t>
      </w:r>
    </w:p>
    <w:p>
      <w:r>
        <w:rPr>
          <w:b/>
        </w:rPr>
        <w:t xml:space="preserve">[00:35] </w:t>
      </w:r>
      <w:r>
        <w:t>aaj March 2014 ki 30 tareekh hai.</w:t>
      </w:r>
    </w:p>
    <w:p>
      <w:pPr>
        <w:jc w:val="right"/>
      </w:pPr>
      <w:r>
        <w:t>آج مارچ 2014 کی 30 تاریخ ہے۔</w:t>
      </w:r>
    </w:p>
    <w:p>
      <w:r>
        <w:rPr>
          <w:b/>
        </w:rPr>
        <w:t xml:space="preserve">[00:47] </w:t>
      </w:r>
      <w:r>
        <w:t>aaj ka topic hai haqeeqat pasandi ya Realistic Approach.</w:t>
      </w:r>
    </w:p>
    <w:p>
      <w:pPr>
        <w:jc w:val="right"/>
      </w:pPr>
      <w:r>
        <w:t>آج کا ٹاپک ہے حقیقت پسندی یا Realistic Approach۔</w:t>
      </w:r>
    </w:p>
    <w:p>
      <w:r>
        <w:rPr>
          <w:b/>
        </w:rPr>
        <w:t xml:space="preserve">[00:59] </w:t>
      </w:r>
      <w:r>
        <w:t>mere mutale'ay ke mutabiq aaj ke musalmanon mein jo sab se bara musalmanon ka jo sab se bara masla hai woh na doosron ka zulm hai,</w:t>
      </w:r>
    </w:p>
    <w:p>
      <w:pPr>
        <w:jc w:val="right"/>
      </w:pPr>
      <w:r>
        <w:t>میرے مطالعے کے مطابق آج کے مسلمانوں میں جو سب سے بڑا مسلمانوں کا جو سب سے بڑا مسئلہ ہے وہ نہ دوسروں کا ظلم ہے،</w:t>
      </w:r>
    </w:p>
    <w:p>
      <w:r>
        <w:rPr>
          <w:b/>
        </w:rPr>
        <w:t xml:space="preserve">[01:14] </w:t>
      </w:r>
      <w:r>
        <w:t>na doosron ki Conspiracy hai,</w:t>
      </w:r>
    </w:p>
    <w:p>
      <w:pPr>
        <w:jc w:val="right"/>
      </w:pPr>
      <w:r>
        <w:t>نہ دوسروں کی Conspiracy ہے،</w:t>
      </w:r>
    </w:p>
    <w:p>
      <w:r>
        <w:rPr>
          <w:b/>
        </w:rPr>
        <w:t xml:space="preserve">[01:18] </w:t>
      </w:r>
      <w:r>
        <w:t>na So-called Islamophobia hai, yeh sab jhooti baatein hain. Asal masla musalmanon ka yeh hai ke unhon ne haqeeqat pasandi ko kho diya hai.</w:t>
      </w:r>
    </w:p>
    <w:p>
      <w:pPr>
        <w:jc w:val="right"/>
      </w:pPr>
      <w:r>
        <w:t>نہ So-called Islamophobia ہے، یہ سب جھوٹی باتیں ہیں۔ اصل مسئلہ مسلمانوں کا یہ ہے کہ انہوں نے حقیقت پسندی کو کھو دیا ہے۔</w:t>
      </w:r>
    </w:p>
    <w:p>
      <w:r>
        <w:rPr>
          <w:b/>
        </w:rPr>
        <w:t xml:space="preserve">[01:34] </w:t>
      </w:r>
      <w:r>
        <w:t>yaani Realistic Thinking un ke andar bilkul nahi hai. Maujood nahi hai is liye se. Na Angrezi daanon walon mein, na Arabi daanon walon mein.</w:t>
      </w:r>
    </w:p>
    <w:p>
      <w:pPr>
        <w:jc w:val="right"/>
      </w:pPr>
      <w:r>
        <w:t>یعنی Realistic Thinking ان کے اندر بالکل نہیں ہے۔ موجود ہی نہیں اس لیے سے۔ نہ انگریزی دانے والوں میں، نہ عربی دانے والوں میں۔</w:t>
      </w:r>
    </w:p>
    <w:p>
      <w:r>
        <w:rPr>
          <w:b/>
        </w:rPr>
        <w:t xml:space="preserve">[01:47] </w:t>
      </w:r>
      <w:r>
        <w:t>yaani jo log paida ho rahe hain madrasay se un mein bhi nahi hai. Jo paida ho rahe hain university se un mein bhi nahi hai. Mere ilm ke mutabiq sari Muslim duniya mein koi ek shakhs bhi nahi hai jo sahi maanon mein is ke andar haqeeqat pasandi ho.</w:t>
      </w:r>
    </w:p>
    <w:p>
      <w:pPr>
        <w:jc w:val="right"/>
      </w:pPr>
      <w:r>
        <w:t>یعنی جو لوگ پیدا ہو رہے ہیں مدرسے سے ان میں بھی نہیں ہے۔ جو پیدا ہو رہے ہیں یونیورسٹی سے ان میں بھی نہیں ہے۔ میرے علم کے مطابق ساری مسلم دنیا میں کوئی ایک شخص بھی نہیں ہے جو صحیح معنوں میں اس کے اندر حقیقت پسندی ہو۔</w:t>
      </w:r>
    </w:p>
    <w:p>
      <w:r>
        <w:rPr>
          <w:b/>
        </w:rPr>
        <w:t xml:space="preserve">[02:04] </w:t>
      </w:r>
      <w:r>
        <w:t>yeh sab bara masla hai.</w:t>
      </w:r>
    </w:p>
    <w:p>
      <w:pPr>
        <w:jc w:val="right"/>
      </w:pPr>
      <w:r>
        <w:t>یہ سب بڑا مسئلہ ہے۔</w:t>
      </w:r>
    </w:p>
    <w:p>
      <w:r>
        <w:rPr>
          <w:b/>
        </w:rPr>
        <w:t xml:space="preserve">[02:10] </w:t>
      </w:r>
      <w:r>
        <w:t>to agar kisi ko kuch kaam karna hai musalmanon ki islaah ke liye to Here is the starting point. Doosron ke zulm ke khilaaf cheekh pukaar karna, yeh kehna ke yeh dushman hai, woh dushman hai, yeh sab bilkul Baseless baatein hain.</w:t>
      </w:r>
    </w:p>
    <w:p>
      <w:pPr>
        <w:jc w:val="right"/>
      </w:pPr>
      <w:r>
        <w:t>تو اگر کسی کو کچھ کام کرنا ہے مسلمانوں کی اصلاح کے لیے تو Here is the starting point۔ دوسروں کے ظلم کے خلاف چیخ پکار کرنا، یہ کہنا کہ یہ دشمن ہے، وہ دشمن ہے، یہ سب بالکل Baseless باتیں ہیں۔</w:t>
      </w:r>
    </w:p>
    <w:p>
      <w:r>
        <w:rPr>
          <w:b/>
        </w:rPr>
        <w:t xml:space="preserve">[02:25] </w:t>
      </w:r>
      <w:r>
        <w:t>Baseless baatein hain. Aap hazaar saal tak cheeqte rahiye, kuch hone wala nahi hai. Asal cheez yeh hai ke musalmanon mein Realistic Approach laai jaye.</w:t>
      </w:r>
    </w:p>
    <w:p>
      <w:pPr>
        <w:jc w:val="right"/>
      </w:pPr>
      <w:r>
        <w:t>Baseless باتیں ہیں۔ آپ ہزار سال تک چیختے رہیے، کچھ ہونے والا نہیں ہے۔ اصل چیز یہ ہے کہ مسلمانوں میں Realistic Approach لائی جائے۔</w:t>
      </w:r>
    </w:p>
    <w:p>
      <w:r>
        <w:rPr>
          <w:b/>
        </w:rPr>
        <w:t xml:space="preserve">[02:40] </w:t>
      </w:r>
      <w:r>
        <w:t>haqeeqat pasandi laai jaye. Rasool Allah Salallahu Alaihi Wasallam ne apni dua mein yeh alfaaz bolay thay ke Allah aye Allah</w:t>
      </w:r>
    </w:p>
    <w:p>
      <w:pPr>
        <w:jc w:val="right"/>
      </w:pPr>
      <w:r>
        <w:t>حقیقت پسندی لائی جائے۔ رسول اللہ صلی اللہ علیہ وسلم نے اپنی دعا میں یہ الفاظ بولے تھے کہ اللہ اے اللہ</w:t>
      </w:r>
    </w:p>
    <w:p>
      <w:r>
        <w:rPr>
          <w:b/>
        </w:rPr>
        <w:t xml:space="preserve">[02:56] </w:t>
      </w:r>
      <w:r>
        <w:t>hum ko cheezein As it is dikha. Jaisa hain waisa hi dikha. Yahi hai haqeeqat pasandi.</w:t>
      </w:r>
    </w:p>
    <w:p>
      <w:pPr>
        <w:jc w:val="right"/>
      </w:pPr>
      <w:r>
        <w:t>ہم کو چیزیں As it is دکھا۔ جیسا ہیں ویسا ہی دکھا۔ یہی ہے حقیقت پسندی۔</w:t>
      </w:r>
    </w:p>
    <w:p>
      <w:r>
        <w:rPr>
          <w:b/>
        </w:rPr>
        <w:t xml:space="preserve">[03:06] </w:t>
      </w:r>
      <w:r>
        <w:t>aur Quran mein dekhiye shuru zamanay mein jo Surah utri us mein tha sabr ki talqeen. Wa li Rabbika fasbir aur phir saaray Quran mein sabr, sabr, sabr.</w:t>
      </w:r>
    </w:p>
    <w:p>
      <w:pPr>
        <w:jc w:val="right"/>
      </w:pPr>
      <w:r>
        <w:t>اور قرآن میں دیکھیے شروع زمانے میں جو سورہ اتری اس میں تھا صبر کی تلقین۔ وَلِرَبِّكَ فَاصْبِرْ اور پھر سارے قرآن میں صبر، صبر، صبر۔</w:t>
      </w:r>
    </w:p>
    <w:p>
      <w:r>
        <w:rPr>
          <w:b/>
        </w:rPr>
        <w:t xml:space="preserve">[03:16] </w:t>
      </w:r>
      <w:r>
        <w:t>sabr kya hai? Sab yahi hai. Haqeeqat pasandi. Yeh maslay kyun paida hue?</w:t>
      </w:r>
    </w:p>
    <w:p>
      <w:pPr>
        <w:jc w:val="right"/>
      </w:pPr>
      <w:r>
        <w:t>صبر کیا ہے؟ سب یہی ہے۔ حقیقت پسندی۔ یہ مسئلے کیوں پیدا ہوئے؟</w:t>
      </w:r>
    </w:p>
    <w:p>
      <w:r>
        <w:rPr>
          <w:b/>
        </w:rPr>
        <w:t xml:space="preserve">[03:26] </w:t>
      </w:r>
      <w:r>
        <w:t>iska sabab yeh hai ke Quran mein jo Guidance hai woh sab kuch maujood hai Quran Majeed mein. Lekin Quran mein hai Traditional zabaan mein hai.</w:t>
      </w:r>
    </w:p>
    <w:p>
      <w:pPr>
        <w:jc w:val="right"/>
      </w:pPr>
      <w:r>
        <w:t>اس کا سبب یہ ہے کہ قرآن میں جو Guidance ہے وہ سب کچھ موجود ہے قرآن مجید میں۔ لیکن قرآن میں ہے Traditional زبان میں ہے۔</w:t>
      </w:r>
    </w:p>
    <w:p>
      <w:r>
        <w:rPr>
          <w:b/>
        </w:rPr>
        <w:t xml:space="preserve">[03:39] </w:t>
      </w:r>
      <w:r>
        <w:t>isko aap ko Convert karna hai Modern Idiom mein. Yeh nahi kar sake musalman. Na madrasay walay kar sake, na university walay kar sake.</w:t>
      </w:r>
    </w:p>
    <w:p>
      <w:pPr>
        <w:jc w:val="right"/>
      </w:pPr>
      <w:r>
        <w:t>اس کو آپ کو Convert کرنا ہے Modern Idiom میں۔ یہ نہیں کر سکے مسلمان۔ نہ مدرسے والے کر سکے، نہ یونیورسٹی والے کر سکے۔</w:t>
      </w:r>
    </w:p>
    <w:p>
      <w:r>
        <w:rPr>
          <w:b/>
        </w:rPr>
        <w:t xml:space="preserve">[03:49] </w:t>
      </w:r>
      <w:r>
        <w:t>is liye Quran ke hotay huay yeh log bekhabari mein paray huay hain.</w:t>
      </w:r>
    </w:p>
    <w:p>
      <w:pPr>
        <w:jc w:val="right"/>
      </w:pPr>
      <w:r>
        <w:t>اس لیے قرآن کے ہوتے ہوئے یہ لوگ بے خبری میں پڑے ہوئے ہیں۔</w:t>
      </w:r>
    </w:p>
    <w:p>
      <w:r>
        <w:rPr>
          <w:b/>
        </w:rPr>
        <w:t xml:space="preserve">[03:57] </w:t>
      </w:r>
      <w:r>
        <w:t>Quran ke hotay huay bilkul bekhabari mein paray huay hain.</w:t>
      </w:r>
    </w:p>
    <w:p>
      <w:pPr>
        <w:jc w:val="right"/>
      </w:pPr>
      <w:r>
        <w:t>قرآن کے ہوتے ہوئے بالکل بے خبری میں پڑے ہوئے ہیں۔</w:t>
      </w:r>
    </w:p>
    <w:p>
      <w:r>
        <w:rPr>
          <w:b/>
        </w:rPr>
        <w:t xml:space="preserve">[04:04] </w:t>
      </w:r>
      <w:r>
        <w:t>to bohat pehle shayad Partition se pehle ki baat hai. Ek musalman jo mashhoor tha Liberal, parha likha tha woh, us ne ek Article likha tha us mein yeh kaha tha ke Quran Has to be Rerevealed Today.</w:t>
      </w:r>
    </w:p>
    <w:p>
      <w:pPr>
        <w:jc w:val="right"/>
      </w:pPr>
      <w:r>
        <w:t>تو بہت پہلے شاید Partition سے پہلے کی بات ہے۔ ایک مسلمان جو مشہور تھا Liberal، پڑھ لکھا تھا وہ، اس نے ایک Article لکھا تھا اس میں یہ کہا تھا کہ قرآن Has to be Rerevealed Today۔</w:t>
      </w:r>
    </w:p>
    <w:p>
      <w:r>
        <w:rPr>
          <w:b/>
        </w:rPr>
        <w:t xml:space="preserve">[04:27] </w:t>
      </w:r>
      <w:r>
        <w:t>Quran ko dobara utarna chahiye. To yeh meri samajh mein nahi aata tha ke is ka matlab kya? Kya muraad thi us ki? Is se meri kabhi mulaqaat nahi hui.</w:t>
      </w:r>
    </w:p>
    <w:p>
      <w:pPr>
        <w:jc w:val="right"/>
      </w:pPr>
      <w:r>
        <w:t>قرآن کو دوبارہ اترنا چاہیے۔ تو یہ میری سمجھ میں نہیں آتا تھا کہ اس کا مطلب کیا؟ کیا مراد تھی اس کی؟ اس سے میری کبھی ملاقات نہیں ہوئی۔</w:t>
      </w:r>
    </w:p>
    <w:p>
      <w:r>
        <w:rPr>
          <w:b/>
        </w:rPr>
        <w:t xml:space="preserve">[04:38] </w:t>
      </w:r>
      <w:r>
        <w:t>bohat dinon ke baad maine ek baat jaani ke us ne ek sahi baat ko galat alfaaz mein kaha. Ek sahi baat ko us ne galat alfaaz mein kaha.</w:t>
      </w:r>
    </w:p>
    <w:p>
      <w:pPr>
        <w:jc w:val="right"/>
      </w:pPr>
      <w:r>
        <w:t>بہت دنوں کے بعد میں نے ایک بات جانی کہ اس نے ایک صحیح بات کو غلط الفاظ میں کہا۔ ایک صحیح بات کو اس نے غلط الفاظ میں کہا۔</w:t>
      </w:r>
    </w:p>
    <w:p>
      <w:r>
        <w:rPr>
          <w:b/>
        </w:rPr>
        <w:t xml:space="preserve">[04:50] </w:t>
      </w:r>
      <w:r>
        <w:t>sahi baat yeh hai ke Quran Has to be Redefined Today. Quran Has to be Redefined Today.</w:t>
      </w:r>
    </w:p>
    <w:p>
      <w:pPr>
        <w:jc w:val="right"/>
      </w:pPr>
      <w:r>
        <w:t>صحیح بات یہ ہے کہ قرآن Has to be Redefined Today۔ قرآن Has to be Redefined Today۔</w:t>
      </w:r>
    </w:p>
    <w:p>
      <w:r>
        <w:rPr>
          <w:b/>
        </w:rPr>
        <w:t xml:space="preserve">[04:59] </w:t>
      </w:r>
      <w:r>
        <w:t>yaani Quran mein lafz sabr hai to us ko aap badliye, kahiye ke sabr ka matlab hai Realistic Thinking.</w:t>
      </w:r>
    </w:p>
    <w:p>
      <w:pPr>
        <w:jc w:val="right"/>
      </w:pPr>
      <w:r>
        <w:t>یعنی قرآن میں لفظ صبر ہے تو اس کو آپ بدلئیے، کہیں کہ صبر کا مطلب ہے Realistic Thinking۔</w:t>
      </w:r>
    </w:p>
    <w:p>
      <w:r>
        <w:rPr>
          <w:b/>
        </w:rPr>
        <w:t xml:space="preserve">[05:09] </w:t>
      </w:r>
      <w:r>
        <w:t>haqeeqat pasandana soch. yani Traditional alfaaz ko aap Modern Idiom mein badlaiye. yeh kisi ne kiya nahin.</w:t>
      </w:r>
    </w:p>
    <w:p>
      <w:pPr>
        <w:jc w:val="right"/>
      </w:pPr>
      <w:r>
        <w:t>حقیقت پسندانہ سوچ۔ یعنی Traditional الفاظ کو آپ Modern Idiom میں بدلئیے۔ یہ کسی نے کیا نہیں۔</w:t>
      </w:r>
    </w:p>
    <w:p>
      <w:r>
        <w:rPr>
          <w:b/>
        </w:rPr>
        <w:t xml:space="preserve">[05:20] </w:t>
      </w:r>
      <w:r>
        <w:t>mere ilm ke mutabiq do so saal se hangaame jaari hain lekin musalmanon mein main keh sakta hoon ke koi ek shakhs bhi nahin aisa West se East se West tak, Arab se Ajam tak, jo is ne yeh kaam kiya ho ke Traditional alfaaz ko Modern Idiom mein badle.</w:t>
      </w:r>
    </w:p>
    <w:p>
      <w:pPr>
        <w:jc w:val="right"/>
      </w:pPr>
      <w:r>
        <w:t>میرے علم کے مطابق دو سو سال سے ہنگامے جاری ہیں لیکن مسلمانوں میں میں کہہ سکتا ہوں کہ کوئی ایک شخص بھی نہیں ایسا West سے East سے West تک، عرب سے عجم تک، جو اس نے یہ کام کیا ہو کہ Traditional الفاظ کو Modern Idiom میں بدلے۔</w:t>
      </w:r>
    </w:p>
    <w:p>
      <w:r>
        <w:rPr>
          <w:b/>
        </w:rPr>
        <w:t xml:space="preserve">[05:39] </w:t>
      </w:r>
      <w:r>
        <w:t>yeh hai musalmanon ki sab se bari kami. jab tak aap yeh nahin karenge musalmanon ka Mind Address nahin hoga, musalmanon ko baatein samajh mein nahin aayengi.</w:t>
      </w:r>
    </w:p>
    <w:p>
      <w:pPr>
        <w:jc w:val="right"/>
      </w:pPr>
      <w:r>
        <w:t>یہ ہے مسلمانوں کی سب سے بڑی کمی۔ جب تک آپ یہ نہیں کریں گے مسلمانوں کا Mind Address نہیں ہوگا، مسلمانوں کو باتیں سمجھ میں نہیں آئیں گی۔</w:t>
      </w:r>
    </w:p>
    <w:p>
      <w:r>
        <w:rPr>
          <w:b/>
        </w:rPr>
        <w:t xml:space="preserve">[05:51] </w:t>
      </w:r>
      <w:r>
        <w:t>woh sabr ka lafz sunenge to kahenge haree yeh</w:t>
      </w:r>
    </w:p>
    <w:p>
      <w:pPr>
        <w:jc w:val="right"/>
      </w:pPr>
      <w:r>
        <w:t>وہ صبر کا لفظ سنیں گے تو کہیں گے ہری یہ</w:t>
      </w:r>
    </w:p>
    <w:p>
      <w:r>
        <w:rPr>
          <w:b/>
        </w:rPr>
        <w:t xml:space="preserve">[05:53] </w:t>
      </w:r>
      <w:r>
        <w:t>to sabr to buzadli ki taleem hai. ya aap kahenge sabr to woh kahenge yeh to buzadli ki taleem hai. un ka Mind pakdega nahin.</w:t>
      </w:r>
    </w:p>
    <w:p>
      <w:pPr>
        <w:jc w:val="right"/>
      </w:pPr>
      <w:r>
        <w:t>تو صبر تو بزدلی کی تعلیم ہے۔ یا آپ کہیں گے صبر تو وہ کہیں گے یہ تو بزدلی کی تعلیم ہے۔ ان کا Mind پکڑے گا نہیں۔</w:t>
      </w:r>
    </w:p>
    <w:p>
      <w:r>
        <w:rPr>
          <w:b/>
        </w:rPr>
        <w:t xml:space="preserve">[06:01] </w:t>
      </w:r>
      <w:r>
        <w:t>lekin jab aap yeh kahenge ke sabr ka matlab hai Realistic Approach, tab un ka Mind pakdega ke haan yeh baat hai.</w:t>
      </w:r>
    </w:p>
    <w:p>
      <w:pPr>
        <w:jc w:val="right"/>
      </w:pPr>
      <w:r>
        <w:t>لیکن جب آپ یہ کہیں کہ صبر کا مطلب ہے Realistic Approach، تب ان کا Mind پکڑے گا کہ ہاں یہ بات ہے۔</w:t>
      </w:r>
    </w:p>
    <w:p>
      <w:r>
        <w:rPr>
          <w:b/>
        </w:rPr>
        <w:t xml:space="preserve">[06:13] </w:t>
      </w:r>
      <w:r>
        <w:t>to ghalati yahan hai.</w:t>
      </w:r>
    </w:p>
    <w:p>
      <w:pPr>
        <w:jc w:val="right"/>
      </w:pPr>
      <w:r>
        <w:t>تو غلطی یہاں ہے۔</w:t>
      </w:r>
    </w:p>
    <w:p>
      <w:r>
        <w:rPr>
          <w:b/>
        </w:rPr>
        <w:t xml:space="preserve">[06:17] </w:t>
      </w:r>
      <w:r>
        <w:t>wahan nahin hai jahan log ailaan kar rahe hain ke Conspiracy hai, zulm hai, dushmani hai, yeh sab bilkul Baseless baatein hain. koi hamara dushman nahin. koi hamara saazishi nahin.</w:t>
      </w:r>
    </w:p>
    <w:p>
      <w:pPr>
        <w:jc w:val="right"/>
      </w:pPr>
      <w:r>
        <w:t>وہاں نہیں ہے جہاں لوگ اعلان کر رہے ہیں کہ Conspiracy ہے، ظلم ہے، دشمنی ہے، یہ سب بالکل Baseless باتیں ہیں۔ کوئی ہمارا دشمن نہیں۔ کوئی ہمارا سازشی نہیں۔</w:t>
      </w:r>
    </w:p>
    <w:p>
      <w:r>
        <w:rPr>
          <w:b/>
        </w:rPr>
        <w:t xml:space="preserve">[06:27] </w:t>
      </w:r>
      <w:r>
        <w:t>koi hamare khilaaf nahin. saara maamla khud apni Shortcoming ka hai. main aap ko ek misaal deta hoon.</w:t>
      </w:r>
    </w:p>
    <w:p>
      <w:pPr>
        <w:jc w:val="right"/>
      </w:pPr>
      <w:r>
        <w:t>کوئی ہمارے خلاف نہیں۔ سارا معاملہ خود اپنی Shortcoming کا ہے۔ میں آپ کو ایک مثال دیتا ہوں۔</w:t>
      </w:r>
    </w:p>
    <w:p>
      <w:r>
        <w:rPr>
          <w:b/>
        </w:rPr>
        <w:t xml:space="preserve">[06:40] </w:t>
      </w:r>
      <w:r>
        <w:t>dekhiye yeh aaj Times of India ka aaj ka shumarah hai. aaj. yani 30 March ka.</w:t>
      </w:r>
    </w:p>
    <w:p>
      <w:pPr>
        <w:jc w:val="right"/>
      </w:pPr>
      <w:r>
        <w:t>دیکھیے یہ آج Times of India کا آج کا شمارہ ہے۔ آج۔ یعنی 30 مارچ کا۔</w:t>
      </w:r>
    </w:p>
    <w:p>
      <w:r>
        <w:rPr>
          <w:b/>
        </w:rPr>
        <w:t xml:space="preserve">[06:50] </w:t>
      </w:r>
      <w:r>
        <w:t>is mein meri tasweer chhapi hui hai aap dekh rahe hain. is tasweer ko agar hum chhapen to main samajhta hoon ke taqreeban 5 lakh rupay dena padega. yani Front Page par aisi tasweer chhapne ke liye taqreeban 5 lakh rupay dena padega.</w:t>
      </w:r>
    </w:p>
    <w:p>
      <w:pPr>
        <w:jc w:val="right"/>
      </w:pPr>
      <w:r>
        <w:t>اس میں میری تصویر چھپی ہوئی ہے آپ دیکھ رہے ہیں۔ اس تصویر کو اگر ہم چھاپیں تو میں سمجھتا ہوں کہ تقریباً 5 لاکھ روپے دینا پڑے گا۔ یعنی Front Page پر ایسی تصویر چھاپنے کے لیے تقریباً 5 لاکھ روپے دینا پڑے گا۔</w:t>
      </w:r>
    </w:p>
    <w:p>
      <w:r>
        <w:rPr>
          <w:b/>
        </w:rPr>
        <w:t xml:space="preserve">[07:04] </w:t>
      </w:r>
      <w:r>
        <w:t>aur Free mein chhaapa hai unhon ne. Free mein chhaapa hai. is ke peeche lambi kahani hai.</w:t>
      </w:r>
    </w:p>
    <w:p>
      <w:pPr>
        <w:jc w:val="right"/>
      </w:pPr>
      <w:r>
        <w:t>اور Free میں چھاپا ہے انہوں نے۔ Free میں چھاپا ہے۔ اس کے پیچھے لمبی کہانی ہے۔</w:t>
      </w:r>
    </w:p>
    <w:p>
      <w:r>
        <w:rPr>
          <w:b/>
        </w:rPr>
        <w:t xml:space="preserve">[07:14] </w:t>
      </w:r>
      <w:r>
        <w:t>is se aap samjhiye ke masla kahan hai. main Delhi aaya 1967 mein. 1967 mein.</w:t>
      </w:r>
    </w:p>
    <w:p>
      <w:pPr>
        <w:jc w:val="right"/>
      </w:pPr>
      <w:r>
        <w:t>اس سے آپ سمجھئیے کہ مسئلہ کہاں ہے۔ میں دلی آیا 1967 میں۔ 1967 میں۔</w:t>
      </w:r>
    </w:p>
    <w:p>
      <w:r>
        <w:rPr>
          <w:b/>
        </w:rPr>
        <w:t xml:space="preserve">[07:26] </w:t>
      </w:r>
      <w:r>
        <w:t>to us waqt se meri yeh soch yeh thi ke musalman jo parche nikaalte hain idhar udhar, is ki koi Value nahin. bahut se parche musalman nikaal rakhe hain English mein.</w:t>
      </w:r>
    </w:p>
    <w:p>
      <w:pPr>
        <w:jc w:val="right"/>
      </w:pPr>
      <w:r>
        <w:t>تو اس وقت سے میری یہ سوچ یہ تھی کہ مسلمان جو پرچے نکالتے ہیں ادھر ادھر، اس کی کوئی Value نہیں۔ بہت سے پرچے مسلمان نکال رکھے ہیں انگلش میں۔</w:t>
      </w:r>
    </w:p>
    <w:p>
      <w:r>
        <w:rPr>
          <w:b/>
        </w:rPr>
        <w:t xml:space="preserve">[07:37] </w:t>
      </w:r>
      <w:r>
        <w:t>main English ki baat kar raha hoon. un ke kuch bhi 1% bhi un ki koi Value nahin hai. kyun? aap nikalte hain, aap parcha nikaalte hain ke log padhen.</w:t>
      </w:r>
    </w:p>
    <w:p>
      <w:pPr>
        <w:jc w:val="right"/>
      </w:pPr>
      <w:r>
        <w:t>میں انگلش کی بات کر رہا ہوں۔ ان کے کچھ بھی 1% بھی ان کی کوئی Value نہیں ہے۔ کیوں؟ آپ نکلتے ہیں، آپ پرچہ نکالتے ہیں کہ لوگ پڑھیں۔</w:t>
      </w:r>
    </w:p>
    <w:p>
      <w:r>
        <w:rPr>
          <w:b/>
        </w:rPr>
        <w:t xml:space="preserve">[07:51] </w:t>
      </w:r>
      <w:r>
        <w:t>General Public padhe. woh koi padhta hi nahin. is ki Readership jo hai unhi logon mein rehti hai jo nikaalte hain. khud hi nikaalte hain, khud hi padhte hain.</w:t>
      </w:r>
    </w:p>
    <w:p>
      <w:pPr>
        <w:jc w:val="right"/>
      </w:pPr>
      <w:r>
        <w:t>General Public پڑھے۔ وہ کوئی پڑھتا ہی نہیں۔ اس کی Readership جو ہے انہی لوگوں میں رہتی ہے جو نکالتے ہیں۔ خود ہی نکالتے ہیں، خود ہی پڑھتے ہیں۔</w:t>
      </w:r>
    </w:p>
    <w:p>
      <w:r>
        <w:rPr>
          <w:b/>
        </w:rPr>
        <w:t xml:space="preserve">[08:03] </w:t>
      </w:r>
      <w:r>
        <w:t>jo General Readership hai us ko is se koi matlab nahin. koi is ko padhta nahin. to mera shuru se yeh tha ke jo National Dailies hain, jo National Press hai us mein aana chahiye.</w:t>
      </w:r>
    </w:p>
    <w:p>
      <w:pPr>
        <w:jc w:val="right"/>
      </w:pPr>
      <w:r>
        <w:t>جو General Readership ہے اس کو اس سے کوئی مطلب نہیں۔ کوئی اس کو پڑھتا نہیں۔ تو میرا شروع سے یہ تھا کہ جو National Dailies ہیں، جو National Press ہے اس میں آنا چاہیے۔</w:t>
      </w:r>
    </w:p>
    <w:p>
      <w:r>
        <w:rPr>
          <w:b/>
        </w:rPr>
        <w:t xml:space="preserve">[08:19] </w:t>
      </w:r>
      <w:r>
        <w:t>Community Press mein koi cheez chhapaye to is ki koi Value nahin hoti. to musalmanon ke jo parche hain woh sab un ko kaha jata hai Community Press.</w:t>
      </w:r>
    </w:p>
    <w:p>
      <w:pPr>
        <w:jc w:val="right"/>
      </w:pPr>
      <w:r>
        <w:t>Community Press میں کوئی چیز چھاپے تو اس کی کوئی Value نہیں ہوتی۔ تو مسلمانوں کے جو پرچے ہیں وہ سب ان کو کہا جاتا ہے Community Press۔</w:t>
      </w:r>
    </w:p>
    <w:p>
      <w:r>
        <w:rPr>
          <w:b/>
        </w:rPr>
        <w:t xml:space="preserve">[08:28] </w:t>
      </w:r>
      <w:r>
        <w:t>koi Value nahin in ki. 1% bhi koi Value nahin hai. asal cheez hai ke jo National Press hai wahan chhapen aap ki cheezen. to log is ko jab main kehta tha log is ko Badness batate the.</w:t>
      </w:r>
    </w:p>
    <w:p>
      <w:pPr>
        <w:jc w:val="right"/>
      </w:pPr>
      <w:r>
        <w:t>کوئی Value نہیں ان کی۔ 1% بھی کوئی Value نہیں ہے۔ اصل چیز ہے کہ جو National Press ہے وہاں چھپیں آپ کی چیزیں۔ تو لوگ اس کو جب میں کہتا تھا لوگ اس کو Badness بتاتے تھے۔</w:t>
      </w:r>
    </w:p>
    <w:p>
      <w:r>
        <w:rPr>
          <w:b/>
        </w:rPr>
        <w:t xml:space="preserve">[08:42] </w:t>
      </w:r>
      <w:r>
        <w:t>Badness. woh kehte hain ke National Press jo hai woh to hamare to mutasir hai. is ko to hum se, hamare baare mein Negative hai woh kahan chhapayega?</w:t>
      </w:r>
    </w:p>
    <w:p>
      <w:pPr>
        <w:jc w:val="right"/>
      </w:pPr>
      <w:r>
        <w:t>Badness۔ وہ کہتے ہیں کہ National Press جو ہے وہ تو ہمارے تو متاثر ہے۔ اس کو تو ہم سے، ہمارے بارے میں Negative ہے وہ کہاں چھاپے گا؟</w:t>
      </w:r>
    </w:p>
    <w:p>
      <w:r>
        <w:rPr>
          <w:b/>
        </w:rPr>
        <w:t xml:space="preserve">[08:54] </w:t>
      </w:r>
      <w:r>
        <w:t>One to All har aadmi yahi kehta tha ke aap ek aap ek aisa khwaab dekh rahe hain jo kabhi poora hone wala nahin hai. kyunke jo National Press hai woh aap ki cheez kabhi nahin chhapayega.</w:t>
      </w:r>
    </w:p>
    <w:p>
      <w:pPr>
        <w:jc w:val="right"/>
      </w:pPr>
      <w:r>
        <w:t>One to All ہر آدمی یہی کہتا تھا کہ آپ ایک آپ ایک ایسا خواب دیکھ رہے ہیں جو کبھی پورا ہونے والا نہیں ہے۔ کیونکہ جو National Press ہے وہ آپ کی چیز کبھی نہیں چھاپے گا۔</w:t>
      </w:r>
    </w:p>
    <w:p>
      <w:r>
        <w:rPr>
          <w:b/>
        </w:rPr>
        <w:t xml:space="preserve">[09:04] </w:t>
      </w:r>
      <w:r>
        <w:t>woh to mutasir hai. aap jaante hain ke India ka Top ka parcha hai Times of India. to main chahta tha ke mere mazameen Times of India chhapen.</w:t>
      </w:r>
    </w:p>
    <w:p>
      <w:pPr>
        <w:jc w:val="right"/>
      </w:pPr>
      <w:r>
        <w:t>وہ تو متاثر ہے۔ آپ جانتے ہیں کہ انڈیا کا Top کا پرچہ ہے Times of India۔ تو میں چاہتا تھا کہ میرے مضامین Times of India چھپیں۔</w:t>
      </w:r>
    </w:p>
    <w:p>
      <w:r>
        <w:rPr>
          <w:b/>
        </w:rPr>
        <w:t xml:space="preserve">[09:17] </w:t>
      </w:r>
      <w:r>
        <w:t>to jaante hain maine kya kiya?</w:t>
      </w:r>
    </w:p>
    <w:p>
      <w:pPr>
        <w:jc w:val="right"/>
      </w:pPr>
      <w:r>
        <w:t>تو جانتے ہیں میں نے کیا کیا؟</w:t>
      </w:r>
    </w:p>
    <w:p>
      <w:r>
        <w:rPr>
          <w:b/>
        </w:rPr>
        <w:t xml:space="preserve">[09:22] </w:t>
      </w:r>
      <w:r>
        <w:t>30 saal ki Effort ki tab ja ke parcha mera pehla mazmoon chhaapa tha Times of India mein. aur aaj Regular chhaapta hai.</w:t>
      </w:r>
    </w:p>
    <w:p>
      <w:pPr>
        <w:jc w:val="right"/>
      </w:pPr>
      <w:r>
        <w:t>30 سال کی Effort کی تب جا کے پرچہ میرا پہلا مضمون چھپا تھا Times of India میں۔ اور آج Regular چھپتا ہے۔</w:t>
      </w:r>
    </w:p>
    <w:p>
      <w:r>
        <w:rPr>
          <w:b/>
        </w:rPr>
        <w:t xml:space="preserve">[09:31] </w:t>
      </w:r>
      <w:r>
        <w:t>30 saal ki Effort ke baad maine yeh kiya ke main Daily Times of India padhne laga. ek zamana tha ke main Daily 8 akhbaar padhta tha.</w:t>
      </w:r>
    </w:p>
    <w:p>
      <w:pPr>
        <w:jc w:val="right"/>
      </w:pPr>
      <w:r>
        <w:t>30 سال کی Effort کے بعد میں نے یہ کیا کہ میں Daily Times of India پڑھنے لگا۔ ایک زمانہ تھا کہ میں Daily 8 اخبار پڑھتا تھا۔</w:t>
      </w:r>
    </w:p>
    <w:p>
      <w:r>
        <w:rPr>
          <w:b/>
        </w:rPr>
        <w:t xml:space="preserve">[09:43] </w:t>
      </w:r>
      <w:r>
        <w:t>8 akhbar. is mein se aik Times of India hota tha.</w:t>
      </w:r>
    </w:p>
    <w:p>
      <w:pPr>
        <w:jc w:val="right"/>
      </w:pPr>
      <w:r>
        <w:t>8 اخبار۔ اس میں سے ایک Times of India ہوتا تھا۔</w:t>
      </w:r>
    </w:p>
    <w:p>
      <w:r>
        <w:rPr>
          <w:b/>
        </w:rPr>
        <w:t xml:space="preserve">[09:48] </w:t>
      </w:r>
      <w:r>
        <w:t>to Daily mein Times of India parhta tha ke is ka Taste kya hai, is ki Requirement kya hai, is ka yani kin cheezon ko woh Select karta hai chhapne ke liye.</w:t>
      </w:r>
    </w:p>
    <w:p>
      <w:pPr>
        <w:jc w:val="right"/>
      </w:pPr>
      <w:r>
        <w:t>تو Daily میں Times of India پڑھتا تھا کہ اس کا Taste کیا ہے، اس کی Requirement کیا ہے، اس کا یعنی کن چیزوں کو وہ Select کرتا ہے چھاپنے کے لیے۔</w:t>
      </w:r>
    </w:p>
    <w:p>
      <w:r>
        <w:rPr>
          <w:b/>
        </w:rPr>
        <w:t xml:space="preserve">[10:00] </w:t>
      </w:r>
      <w:r>
        <w:t>to 30 saal beet gaye yeh janne ke liye. aur bhejta tha un ke liye likhta tha mazmoon. pehla mazmoon jo chhaapa hai mera Times of India mein woh chhaapa hai 15 sitambar 1997 ko.</w:t>
      </w:r>
    </w:p>
    <w:p>
      <w:pPr>
        <w:jc w:val="right"/>
      </w:pPr>
      <w:r>
        <w:t>تو 30 سال بیت گئے یہ جاننے کے لیے۔ اور بھیجتا تھا ان کے لیے لکھتا تھا مضمون۔ پہلا مضمون جو چھپا ہے میرا Times of India میں وہ چھپا ہے 15 ستمبر 1997 کو۔</w:t>
      </w:r>
    </w:p>
    <w:p>
      <w:r>
        <w:rPr>
          <w:b/>
        </w:rPr>
        <w:t xml:space="preserve">[10:16] </w:t>
      </w:r>
      <w:r>
        <w:t>jo 67 se le kar 97 tak 30 saal hain. 67 se le kar 97 tak 30 saal hain.</w:t>
      </w:r>
    </w:p>
    <w:p>
      <w:pPr>
        <w:jc w:val="right"/>
      </w:pPr>
      <w:r>
        <w:t>جو 67 سے لے کر 97 تک 30 سال ہیں۔ 67 سے لے کر 97 تک 30 سال ہیں۔</w:t>
      </w:r>
    </w:p>
    <w:p>
      <w:r>
        <w:rPr>
          <w:b/>
        </w:rPr>
        <w:t xml:space="preserve">[10:27] </w:t>
      </w:r>
      <w:r>
        <w:t>30 saal tak mein Times of India parhta raha, parhta raha, parhta. Daily, Daily, Daily.</w:t>
      </w:r>
    </w:p>
    <w:p>
      <w:pPr>
        <w:jc w:val="right"/>
      </w:pPr>
      <w:r>
        <w:t>30 سال تک میں Times of India پڑھتا رہا، پڑھتا رہا، پڑھتا۔ Daily، Daily، Daily۔</w:t>
      </w:r>
    </w:p>
    <w:p>
      <w:r>
        <w:rPr>
          <w:b/>
        </w:rPr>
        <w:t xml:space="preserve">[10:34] </w:t>
      </w:r>
      <w:r>
        <w:t>tab mera pehla mazmoon chhaapa Times of India mein 15 sitambar 1997 ko. us waqt Gire Lal Jain Times of India ke Editor thay.</w:t>
      </w:r>
    </w:p>
    <w:p>
      <w:pPr>
        <w:jc w:val="right"/>
      </w:pPr>
      <w:r>
        <w:t>تب میرا پہلا مضمون چھپا Times of India میں 15 ستمبر 1997 کو۔ اس وقت گری لال جین Times of India کے Editor تھے۔</w:t>
      </w:r>
    </w:p>
    <w:p>
      <w:r>
        <w:rPr>
          <w:b/>
        </w:rPr>
        <w:t xml:space="preserve">[10:46] </w:t>
      </w:r>
      <w:r>
        <w:t>un ko bhi Musalman kehte thay woh to bara mutasir hai, bara mutasir hai. Gire Lal Jain ne mera pehla mazmoon chhaapa. is ka title tha Not by Gry Vences Alone.</w:t>
      </w:r>
    </w:p>
    <w:p>
      <w:pPr>
        <w:jc w:val="right"/>
      </w:pPr>
      <w:r>
        <w:t>ان کو بھی مسلمان کہتے تھے وہ تو بڑا متاثر ہے، بڑا متاثر ہے۔ گری لال جین نے میرا پہلا مضمون چھاپا۔ اس کا ٹائٹل تھا Not by Gry Vences Alone۔</w:t>
      </w:r>
    </w:p>
    <w:p>
      <w:r>
        <w:rPr>
          <w:b/>
        </w:rPr>
        <w:t xml:space="preserve">[11:00] </w:t>
      </w:r>
      <w:r>
        <w:t>matlab shikayat kafi nahin. Not by Gry Vences Alone. yeh mazmoon shamil hai meri kitaab Indian Muslims A Past Pure Outlook mein is ko aap parh sakte hain.</w:t>
      </w:r>
    </w:p>
    <w:p>
      <w:pPr>
        <w:jc w:val="right"/>
      </w:pPr>
      <w:r>
        <w:t>مطلب شکایت کافی نہیں۔ Not by Gry Vences Alone۔ یہ مضمون شامل ہے میری کتاب Indian Muslims A Past Pure Outlook میں اس کو آپ پڑھ سکتے ہیں۔</w:t>
      </w:r>
    </w:p>
    <w:p>
      <w:r>
        <w:rPr>
          <w:b/>
        </w:rPr>
        <w:t xml:space="preserve">[11:18] </w:t>
      </w:r>
      <w:r>
        <w:t>to jis cheez ko woh kehte thay ta'assub woh woh yani woh kya tha Falsehood mein jeena tha.</w:t>
      </w:r>
    </w:p>
    <w:p>
      <w:pPr>
        <w:jc w:val="right"/>
      </w:pPr>
      <w:r>
        <w:t>تو جس چیز کو وہ کہتے تھے تعصب وہ وہ یعنی وہ کیا تھا Falsehood میں جینا تھا۔</w:t>
      </w:r>
    </w:p>
    <w:p>
      <w:r>
        <w:rPr>
          <w:b/>
        </w:rPr>
        <w:t xml:space="preserve">[11:27] </w:t>
      </w:r>
      <w:r>
        <w:t>Falsehood mein jeena. koi duniya mein mutasir nahin hai. koi hamara dushman nahin hai. koi kisi ko fursat nahin ke woh khilaf saazish kare.</w:t>
      </w:r>
    </w:p>
    <w:p>
      <w:pPr>
        <w:jc w:val="right"/>
      </w:pPr>
      <w:r>
        <w:t>Falsehood میں جینا۔ کوئی دنیا میں متاثر نہیں ہے۔ کوئی ہمارا دشمن نہیں ہے۔ کوئی کسی کو فرصت نہیں کہ وہ خلاف سازش کرے۔</w:t>
      </w:r>
    </w:p>
    <w:p>
      <w:r>
        <w:rPr>
          <w:b/>
        </w:rPr>
        <w:t xml:space="preserve">[11:38] </w:t>
      </w:r>
      <w:r>
        <w:t>cheez yeh hai ke hum is ka jo Standard hai is Standard par apne aap ko pesh karein. jaise aik glass hai.</w:t>
      </w:r>
    </w:p>
    <w:p>
      <w:pPr>
        <w:jc w:val="right"/>
      </w:pPr>
      <w:r>
        <w:t>چیز یہ ہے کہ ہم اس کا جو Standard ہے اس Standard پر اپنے آپ کو پیش کریں۔ جیسے ایک گلاس ہے۔</w:t>
      </w:r>
    </w:p>
    <w:p>
      <w:r>
        <w:rPr>
          <w:b/>
        </w:rPr>
        <w:t xml:space="preserve">[11:48] </w:t>
      </w:r>
      <w:r>
        <w:t>Market mein jis Standard ka glass ki Requirement hai us ke mutabiq glass banayenge to log daud ke khareedenge is ko.</w:t>
      </w:r>
    </w:p>
    <w:p>
      <w:pPr>
        <w:jc w:val="right"/>
      </w:pPr>
      <w:r>
        <w:t>Market میں جس Standard کا گلاس کی Requirement ہے اس کے مطابق گلاس بنائیں گے تو لوگ دوڑ کے خریدیں گے اس کو۔</w:t>
      </w:r>
    </w:p>
    <w:p>
      <w:r>
        <w:rPr>
          <w:b/>
        </w:rPr>
        <w:t xml:space="preserve">[11:57] </w:t>
      </w:r>
      <w:r>
        <w:t>koi nahin khareedega. koi nahin khareedega. lekin agar aap ka glass Market ki Requirement ke mutabiq nahin hai to koi nahin khareedega.</w:t>
      </w:r>
    </w:p>
    <w:p>
      <w:pPr>
        <w:jc w:val="right"/>
      </w:pPr>
      <w:r>
        <w:t>کوئی نہیں خریدیں گے۔ کوئی نہیں خریدیں گے۔ لیکن اگر آپ کا گلاس Market کی Requirement کے مطابق نہیں ہے تو کوئی نہیں خریدے گا۔</w:t>
      </w:r>
    </w:p>
    <w:p>
      <w:r>
        <w:rPr>
          <w:b/>
        </w:rPr>
        <w:t xml:space="preserve">[12:06] </w:t>
      </w:r>
      <w:r>
        <w:t>Free bhi nahin kholayega woh. to 30 saal maine bataye jawani ke liye ke National Press ki Requirement kya hai.</w:t>
      </w:r>
    </w:p>
    <w:p>
      <w:pPr>
        <w:jc w:val="right"/>
      </w:pPr>
      <w:r>
        <w:t>Free بھی نہیں کھولے گا وہ۔ تو 30 سال میں نے بتائے جوانی کے لیے کہ National Press کی Requirement کیا ہے۔</w:t>
      </w:r>
    </w:p>
    <w:p>
      <w:r>
        <w:rPr>
          <w:b/>
        </w:rPr>
        <w:t xml:space="preserve">[12:17] </w:t>
      </w:r>
      <w:r>
        <w:t>National Press kin cheezon ko chhaapega.</w:t>
      </w:r>
    </w:p>
    <w:p>
      <w:pPr>
        <w:jc w:val="right"/>
      </w:pPr>
      <w:r>
        <w:t>National Press کن چیزوں کو چھاپے گا۔</w:t>
      </w:r>
    </w:p>
    <w:p>
      <w:r>
        <w:rPr>
          <w:b/>
        </w:rPr>
        <w:t xml:space="preserve">[12:23] </w:t>
      </w:r>
      <w:r>
        <w:t>to jab mein is maine Discover kiya maine samjha ke National Press ka Taste kya hai. woh kis tarah ki cheezon ko chhaapta hai. yeh karte karte 67 se shuru kiya maine.</w:t>
      </w:r>
    </w:p>
    <w:p>
      <w:pPr>
        <w:jc w:val="right"/>
      </w:pPr>
      <w:r>
        <w:t>تو جب میں اس میں نے Discover کیا میں نے سمجھا کہ National Press کا Taste کیا ہے۔ وہ کس طرح کی چیزوں کو چھاپتا ہے۔ یہ کرتے کرتے 67 سے شروع کیا میں نے۔</w:t>
      </w:r>
    </w:p>
    <w:p>
      <w:r>
        <w:rPr>
          <w:b/>
        </w:rPr>
        <w:t xml:space="preserve">[12:38] </w:t>
      </w:r>
      <w:r>
        <w:t>aur phir 1997 mein mera pehla mazmoon chhaapa. sitambar ke mahine mein. is ke baad se aap barabar Regular bara mazmoon chhaapta hai.</w:t>
      </w:r>
    </w:p>
    <w:p>
      <w:pPr>
        <w:jc w:val="right"/>
      </w:pPr>
      <w:r>
        <w:t>اور پھر 1997 میں میرا پہلا مضمون چھپا۔ ستمبر کے مہینے میں۔ اس کے بعد سے آپ برابر Regular بڑا مضمون چھپتا ہے۔</w:t>
      </w:r>
    </w:p>
    <w:p>
      <w:r>
        <w:rPr>
          <w:b/>
        </w:rPr>
        <w:t xml:space="preserve">[12:51] </w:t>
      </w:r>
      <w:r>
        <w:t>barabar chhaapta hai. aur ab jo hai yeh jo tasweer chhaapi hai yeh jante hain kaun chhaapi hai? unhon ne aik Scheme banai hai ke log jo hain apne logon ke ma'ani mein sawalat hote hain.</w:t>
      </w:r>
    </w:p>
    <w:p>
      <w:pPr>
        <w:jc w:val="right"/>
      </w:pPr>
      <w:r>
        <w:t>برابر چھپتا ہے۔ اور اب جو ہے یہ جو تصویر چھپی ہے یہ جانتے ہیں کون چھپی ہے؟ انہوں نے ایک Scheme بنائی ہے کہ لوگ جو ہیں اپنے لوگوں کے معنی میں سوالات ہوتے ہیں۔</w:t>
      </w:r>
    </w:p>
    <w:p>
      <w:r>
        <w:rPr>
          <w:b/>
        </w:rPr>
        <w:t xml:space="preserve">[13:06] </w:t>
      </w:r>
      <w:r>
        <w:t>aaj aadmi har aadmi sawal, har aadmi ke ma'ani mein sawal hota hai. har aadmi zindagi ko le kar, Job ko le kar, My Life ko le kar, National Life ko le kar sawal hota hai.</w:t>
      </w:r>
    </w:p>
    <w:p>
      <w:pPr>
        <w:jc w:val="right"/>
      </w:pPr>
      <w:r>
        <w:t>آج آدمی ہر آدمی سوال، ہر آدمی کے معنی میں سوال ہوتا ہے۔ ہر آدمی زندگی کو لے کر، Job کو لے کر، My Life کو لے کر، National Life کو لے کر سوال ہوتا ہے۔</w:t>
      </w:r>
    </w:p>
    <w:p>
      <w:r>
        <w:rPr>
          <w:b/>
        </w:rPr>
        <w:t xml:space="preserve">[13:19] </w:t>
      </w:r>
      <w:r>
        <w:t>to unhon ne kuch logon ko, chand logon ko guru banaya hai ke in guruon se sawal kar ke poocho. to dekhiye aaj sab se number one mein bana diya unhon ne.</w:t>
      </w:r>
    </w:p>
    <w:p>
      <w:pPr>
        <w:jc w:val="right"/>
      </w:pPr>
      <w:r>
        <w:t>تو انہوں نے کچھ لوگوں کو، چند لوگوں کو گرو بنایا ہے کہ ان گروؤں سے سوال کر کے پوچھو۔ تو دیکھیے آج سب سے نمبر ون میں بنا دیا انہوں نے۔</w:t>
      </w:r>
    </w:p>
    <w:p>
      <w:r>
        <w:rPr>
          <w:b/>
        </w:rPr>
        <w:t xml:space="preserve">[13:30] </w:t>
      </w:r>
      <w:r>
        <w:t>number one bana diya. mera telephone number is mein hai aur is mein mera photo hai ke aap ke jo Questions hain un ko aap chahte hain un ko Right Answer to un se Contact kijiye.</w:t>
      </w:r>
    </w:p>
    <w:p>
      <w:pPr>
        <w:jc w:val="right"/>
      </w:pPr>
      <w:r>
        <w:t>نمبر ون بنا دیا۔ میرا ٹیلی فون نمبر اس میں ہے اور اس میں میرا فوٹو ہے کہ آپ کے جو Questions ہیں ان کو آپ چاہتے ہیں ان کو Right Answer تو ان سے Contact کیجیے۔</w:t>
      </w:r>
    </w:p>
    <w:p>
      <w:r>
        <w:rPr>
          <w:b/>
        </w:rPr>
        <w:t xml:space="preserve">[13:49] </w:t>
      </w:r>
      <w:r>
        <w:t>yeh hai zindagi ka tareeqa. yeh hai sabr ka tareeqa. is duniya mein sabr ke baghair aap ko kuch nahin mil sakta.</w:t>
      </w:r>
    </w:p>
    <w:p>
      <w:pPr>
        <w:jc w:val="right"/>
      </w:pPr>
      <w:r>
        <w:t>یہ ہے زندگی کا طریقہ۔ یہ ہے صبر کا طریقہ۔ اس دنیا میں صبر کے بغیر آپ کو کچھ نہیں مل سکتا۔</w:t>
      </w:r>
    </w:p>
    <w:p>
      <w:r>
        <w:rPr>
          <w:b/>
        </w:rPr>
        <w:t xml:space="preserve">[14:01] </w:t>
      </w:r>
      <w:r>
        <w:t>sabr ke baghair aap ko kuch nahin mil sakta. to Musalman sabr karne ke liye tayyar nahin hain. sabr ke ma'ani kya hain?</w:t>
      </w:r>
    </w:p>
    <w:p>
      <w:pPr>
        <w:jc w:val="right"/>
      </w:pPr>
      <w:r>
        <w:t>صبر کے بغیر آپ کو کچھ نہیں مل سکتا۔ تو مسلمان صبر کرنے کے لیے تیار نہیں ہیں۔ صبر کے معنی کیا ہیں؟</w:t>
      </w:r>
    </w:p>
    <w:p>
      <w:r>
        <w:rPr>
          <w:b/>
        </w:rPr>
        <w:t xml:space="preserve">[14:13] </w:t>
      </w:r>
      <w:r>
        <w:t>yani sabr ke ma'ani hain ke apne jazbat ko thaam kar ke aap daryaft karein duniya ko. apne jazbat mein na jiyein aap.</w:t>
      </w:r>
    </w:p>
    <w:p>
      <w:pPr>
        <w:jc w:val="right"/>
      </w:pPr>
      <w:r>
        <w:t>یعنی صبر کے معنی ہیں کہ اپنے جذبات کو تھام کر کے آپ دریافت کریں دنیا کو۔ اپنے جذبات میں نہ جئیں آپ۔</w:t>
      </w:r>
    </w:p>
    <w:p>
      <w:r>
        <w:rPr>
          <w:b/>
        </w:rPr>
        <w:t xml:space="preserve">[14:23] </w:t>
      </w:r>
      <w:r>
        <w:t>log jeete hain apne jazbat mein, apne Emotions mein, apne Sentiment mein. nahin is ke bahar aaiye. Empathy Mind banaiye apne aap ko.</w:t>
      </w:r>
    </w:p>
    <w:p>
      <w:pPr>
        <w:jc w:val="right"/>
      </w:pPr>
      <w:r>
        <w:t>لوگ جیتے ہیں اپنے جذبات میں، اپنے Emotions میں، اپنے Sentiment میں۔ نہیں اس کے باہر آئیے۔ Empathy Mind بنائیے اپنے آپ کو۔</w:t>
      </w:r>
    </w:p>
    <w:p>
      <w:r>
        <w:rPr>
          <w:b/>
        </w:rPr>
        <w:t xml:space="preserve">[14:33] </w:t>
      </w:r>
      <w:r>
        <w:t>aur daryaft karen ke dunya ki requirement kya hain? dunya kya cheez hai? dunya</w:t>
      </w:r>
    </w:p>
    <w:p>
      <w:pPr>
        <w:jc w:val="right"/>
      </w:pPr>
      <w:r>
        <w:t>اور دریافت کریں کہ دنیا کی Requirement کیا ہیں؟ دنیا کیا چیز ہے؟ دنیا</w:t>
      </w:r>
    </w:p>
    <w:p>
      <w:r>
        <w:rPr>
          <w:b/>
        </w:rPr>
        <w:t xml:space="preserve">[14:42] </w:t>
      </w:r>
      <w:r>
        <w:t>aisi baat kahe jis se dunya ka mind address ho. yeh karte nahin musalman, woh phir shikayat karte hain. yahan se le kar America tak mein keh sakta hoon ke koi ek bhi aadmi nahin, ek bhi aadmi nahin jo aisi cheez likh sake jis ko aaj ka insaan parhe.</w:t>
      </w:r>
    </w:p>
    <w:p>
      <w:pPr>
        <w:jc w:val="right"/>
      </w:pPr>
      <w:r>
        <w:t>ایسی بات کہے جس سے دنیا کا Mind Address ہو۔ یہ کرتے نہیں مسلمان، وہ پھر شکایت کرتے ہیں۔ یہاں سے لے کر امریکہ تک میں کہہ سکتا ہوں کہ کوئی ایک بھی آدمی نہیں، ایک بھی آدمی نہیں جو ایسی چیز لکھ سکے جس کو آج کا انسان پڑھے۔</w:t>
      </w:r>
    </w:p>
    <w:p>
      <w:r>
        <w:rPr>
          <w:b/>
        </w:rPr>
        <w:t xml:space="preserve">[14:59] </w:t>
      </w:r>
      <w:r>
        <w:t>khud hi likhte hain, khud hi parhte hain. khud hi likhte hain, khud hi parhte hain. mujhe yaad aata hai ek sahab ka qissa woh ek amreeki the.</w:t>
      </w:r>
    </w:p>
    <w:p>
      <w:pPr>
        <w:jc w:val="right"/>
      </w:pPr>
      <w:r>
        <w:t>خود ہی لکھتے ہیں، خود ہی پڑھتے ہیں۔ خود ہی لکھتے ہیں، خود ہی پڑھتے ہیں۔ مجھے یاد آتا ہے ایک صاحب کا قصہ وہ ایک امریکی تھے۔</w:t>
      </w:r>
    </w:p>
    <w:p>
      <w:r>
        <w:rPr>
          <w:b/>
        </w:rPr>
        <w:t xml:space="preserve">[15:11] </w:t>
      </w:r>
      <w:r>
        <w:t>mein jo sakht bolta hoon koi ek aadmi nahin to kisi ko shakk ho to mujhe batae woh aadmi. woh kaun aadmi hai? is ki kitab lao mujhe dikhao.</w:t>
      </w:r>
    </w:p>
    <w:p>
      <w:pPr>
        <w:jc w:val="right"/>
      </w:pPr>
      <w:r>
        <w:t>میں جو سخت بولتا ہوں کوئی ایک آدمی نہیں تو کسی کو شک ہو تو مجھے بتائے وہ آدمی۔ وہ کون آدمی ہے؟ اس کی کتاب لاؤ مجھے دکھاؤ۔</w:t>
      </w:r>
    </w:p>
    <w:p>
      <w:r>
        <w:rPr>
          <w:b/>
        </w:rPr>
        <w:t xml:space="preserve">[15:20] </w:t>
      </w:r>
      <w:r>
        <w:t>jis ko takleef hoti ho, jo offend hota ho to mujhe us aadmi ka naam batao, us ki kitab do. mein aisa nahin manunga. baghair kitab dekhe hue.</w:t>
      </w:r>
    </w:p>
    <w:p>
      <w:pPr>
        <w:jc w:val="right"/>
      </w:pPr>
      <w:r>
        <w:t>جس کو تکلیف ہوتی ہو، جو Offend ہوتا ہو تو مجھے اس آدمی کا نام بتاؤ، اس کی کتاب دو۔ میں ایسا نہیں مانوں گا۔ بغیر کتاب دیکھے ہوئے۔</w:t>
      </w:r>
    </w:p>
    <w:p>
      <w:r>
        <w:rPr>
          <w:b/>
        </w:rPr>
        <w:t xml:space="preserve">[15:34] </w:t>
      </w:r>
      <w:r>
        <w:t>to amreeka mein ek shakhs tha is ka naam tha Steve Skiller. Steve Skiller is ne Islam qabool kiya.</w:t>
      </w:r>
    </w:p>
    <w:p>
      <w:pPr>
        <w:jc w:val="right"/>
      </w:pPr>
      <w:r>
        <w:t>تو امریکہ میں ایک شخص تھا اس کا نام تھا Steve Skiller. Steve Skiller اس نے اسلام قبول کیا۔</w:t>
      </w:r>
    </w:p>
    <w:p>
      <w:r>
        <w:rPr>
          <w:b/>
        </w:rPr>
        <w:t xml:space="preserve">[15:43] </w:t>
      </w:r>
      <w:r>
        <w:t>apna naam is ne rakha Mustafa. Mustafa. to jab mein purani dilli mein hua karta tha, Jamaid Building mein to mere paas chand baar aaye the woh.</w:t>
      </w:r>
    </w:p>
    <w:p>
      <w:pPr>
        <w:jc w:val="right"/>
      </w:pPr>
      <w:r>
        <w:t>اپنا نام اس نے رکھا مصطفیٰ۔ مصطفیٰ۔ تو جب میں پرانی دلی میں ہوا کرتا تھا، Jamaid Building میں تو میرے پاس چند بار آئے تھے وہ۔</w:t>
      </w:r>
    </w:p>
    <w:p>
      <w:r>
        <w:rPr>
          <w:b/>
        </w:rPr>
        <w:t xml:space="preserve">[15:54] </w:t>
      </w:r>
      <w:r>
        <w:t>yahan aane ke baad to un se mulaqat nahin hui. to wahan unhon ne mujh se kaha tha ke Islam qabool karne ke baad mein arab mulkon mein gaya.</w:t>
      </w:r>
    </w:p>
    <w:p>
      <w:pPr>
        <w:jc w:val="right"/>
      </w:pPr>
      <w:r>
        <w:t>یہاں آنے کے بعد تو ان سے ملاقات نہیں ہوئی۔ تو وہاں انہوں نے مجھ سے کہا تھا کہ اسلام قبول کرنے کے بعد میں عرب ملکوں میں گیا۔</w:t>
      </w:r>
    </w:p>
    <w:p>
      <w:r>
        <w:rPr>
          <w:b/>
        </w:rPr>
        <w:t xml:space="preserve">[16:06] </w:t>
      </w:r>
      <w:r>
        <w:t>arab mulkon mein yaani muslim Countries mein. aur gyarah saal tak mein un ke darmiyan raha. gyarah saal tak. aur is ne arabi seekh li.</w:t>
      </w:r>
    </w:p>
    <w:p>
      <w:pPr>
        <w:jc w:val="right"/>
      </w:pPr>
      <w:r>
        <w:t>عرب ملکوں میں یعنی مسلم Countries میں۔ اور گیارہ سال تک میں ان کے درمیان رہا۔ گیارہ سال تک۔ اور اس نے عربی سیکھ لی۔</w:t>
      </w:r>
    </w:p>
    <w:p>
      <w:r>
        <w:rPr>
          <w:b/>
        </w:rPr>
        <w:t xml:space="preserve">[16:18] </w:t>
      </w:r>
      <w:r>
        <w:t>yaani baqayda arabi bolta tha woh. to is ne ek mulaqat mein kaha tha is ki aankhon mein aansu aa gaye the ke gyarah saal tak musalmanon ke tajrube ke baad mein itna ghamgeen hua, itna ghamgeen hua ke mera jee chaha ke mein Islam chhod doon.</w:t>
      </w:r>
    </w:p>
    <w:p>
      <w:pPr>
        <w:jc w:val="right"/>
      </w:pPr>
      <w:r>
        <w:t>یعنی باقاعدہ عربی بولتا تھا وہ۔ تو اس نے ایک ملاقات میں کہا تھا اس کی آنکھوں میں آنسو آگئے تھے کہ گیارہ سال تک مسلمانوں کے تجربے کے بعد میں اتنا غمگین ہوا، اتنا غمگین ہوا کہ میرا جی چاہا کہ میں اسلام چھوڑ دوں۔</w:t>
      </w:r>
    </w:p>
    <w:p>
      <w:r>
        <w:rPr>
          <w:b/>
        </w:rPr>
        <w:t xml:space="preserve">[16:41] </w:t>
      </w:r>
      <w:r>
        <w:t>ab tak is ke alfaaz mujhe yaad hain. is ne kaha tha</w:t>
      </w:r>
    </w:p>
    <w:p>
      <w:pPr>
        <w:jc w:val="right"/>
      </w:pPr>
      <w:r>
        <w:t>اب تک اس کے الفاظ مجھے یاد ہیں۔ اس نے کہا تھا</w:t>
      </w:r>
    </w:p>
    <w:p>
      <w:r>
        <w:rPr>
          <w:b/>
        </w:rPr>
        <w:t xml:space="preserve">[16:59] </w:t>
      </w:r>
      <w:r>
        <w:t>yaani mein bohat zyada ghamgeen hua yahan tak ke mujhe khayal hua ke mein Islam hi chhod doon.</w:t>
      </w:r>
    </w:p>
    <w:p>
      <w:pPr>
        <w:jc w:val="right"/>
      </w:pPr>
      <w:r>
        <w:t>یعنی میں بہت زیادہ غمگین ہوا یہاں تک کہ مجھے خیال ہوا کہ میں اسلام ہی چھوڑ دوں۔</w:t>
      </w:r>
    </w:p>
    <w:p>
      <w:r>
        <w:rPr>
          <w:b/>
        </w:rPr>
        <w:t xml:space="preserve">[17:10] </w:t>
      </w:r>
      <w:r>
        <w:t>to Islam ko Text mein parha is ne Quran aur Hadees mein to Islam ne is ko Attract kiya. aur jab woh musalmanon mein gaya to woh bohat zyada bad dil ho gaya.</w:t>
      </w:r>
    </w:p>
    <w:p>
      <w:pPr>
        <w:jc w:val="right"/>
      </w:pPr>
      <w:r>
        <w:t>تو اسلام کو Text میں پڑھا اس نے قرآن اور حدیث میں تو اسلام نے اس کو Attract کیا۔ اور جب وہ مسلمانوں میں گیا تو وہ بہت زیادہ بد دل ہو گیا۔</w:t>
      </w:r>
    </w:p>
    <w:p>
      <w:r>
        <w:rPr>
          <w:b/>
        </w:rPr>
        <w:t xml:space="preserve">[17:24] </w:t>
      </w:r>
      <w:r>
        <w:t>to sara jo raaz hai musalmanon ki pasti ka woh yeh hai ke musalmanon ne is asal taleem ko chhod diya jo Islam ki taleem hai sabr.</w:t>
      </w:r>
    </w:p>
    <w:p>
      <w:pPr>
        <w:jc w:val="right"/>
      </w:pPr>
      <w:r>
        <w:t>تو سارا جو راز ہے مسلمانوں کی پستی کا وہ یہ ہے کہ مسلمانوں نے اس اصل تعلیم کو چھوڑ دیا جو اسلام کی تعلیم ہے صبر۔</w:t>
      </w:r>
    </w:p>
    <w:p>
      <w:r>
        <w:rPr>
          <w:b/>
        </w:rPr>
        <w:t xml:space="preserve">[17:36] </w:t>
      </w:r>
      <w:r>
        <w:t>sabr ka matlab kya hai? apne jazbat ko thaam kar, apne Sentiment ko rok kar. jaiza lena ke dunya kya hai?</w:t>
      </w:r>
    </w:p>
    <w:p>
      <w:pPr>
        <w:jc w:val="right"/>
      </w:pPr>
      <w:r>
        <w:t>صبر کا مطلب کیا ہے؟ اپنے جذبات کو تھام کر، اپنے Sentiment کو روک کر۔ جائزہ لینا کہ دنیا کیا ہے؟</w:t>
      </w:r>
    </w:p>
    <w:p>
      <w:r>
        <w:rPr>
          <w:b/>
        </w:rPr>
        <w:t xml:space="preserve">[17:44] </w:t>
      </w:r>
      <w:r>
        <w:t>log kya hain? logon ki soch kya hai? ise kaha jata hai Realistic Approach. haqeeqat pasandi.</w:t>
      </w:r>
    </w:p>
    <w:p>
      <w:pPr>
        <w:jc w:val="right"/>
      </w:pPr>
      <w:r>
        <w:t>لوگ کیا ہیں؟ لوگوں کی سوچ کیا ہے؟ اسے کہا جاتا ہے Realistic Approach۔ حقیقت پسندی۔</w:t>
      </w:r>
    </w:p>
    <w:p>
      <w:r>
        <w:rPr>
          <w:b/>
        </w:rPr>
        <w:t xml:space="preserve">[17:54] </w:t>
      </w:r>
      <w:r>
        <w:t>ab mein aap ko ek aur misaal deta hoon. musalmanon ne beshumar Article aur kitaben chhaap rakhi hain ke jo tehzeeb jadeed hai ke woh musalmanon ki zehan hai.</w:t>
      </w:r>
    </w:p>
    <w:p>
      <w:pPr>
        <w:jc w:val="right"/>
      </w:pPr>
      <w:r>
        <w:t>اب میں آپ کو ایک اور مثال دیتا ہوں۔ مسلمانوں نے بے شمار Article اور کتابیں چھاپ رکھی ہیں کہ جو تہذیب جدید ہے کہ وہ مسلمانوں کی ذہن ہے۔</w:t>
      </w:r>
    </w:p>
    <w:p>
      <w:r>
        <w:rPr>
          <w:b/>
        </w:rPr>
        <w:t xml:space="preserve">[18:08] </w:t>
      </w:r>
      <w:r>
        <w:t>fakhr ke sath kehte hain woh hamari zehan hai. sare arab se aaj tak sare musalmanon ki soch yahi hai. yeh hai Falsehood mein jeena.</w:t>
      </w:r>
    </w:p>
    <w:p>
      <w:pPr>
        <w:jc w:val="right"/>
      </w:pPr>
      <w:r>
        <w:t>فخر کے ساتھ کہتے ہیں وہ ہماری ذہن ہے۔ سارے عرب سے آج تک سارے مسلمانوں کی سوچ یہی ہے۔ یہ ہے Falsehood میں جینا۔</w:t>
      </w:r>
    </w:p>
    <w:p>
      <w:r>
        <w:rPr>
          <w:b/>
        </w:rPr>
        <w:t xml:space="preserve">[18:21] </w:t>
      </w:r>
      <w:r>
        <w:t>is moamle ko mein kab samjha ke kya musalmanon ka agar musalmanon ki zehan hoti to musalmanon ka maqam hota aaj ki dunya mein.</w:t>
      </w:r>
    </w:p>
    <w:p>
      <w:pPr>
        <w:jc w:val="right"/>
      </w:pPr>
      <w:r>
        <w:t>اس معاملے کو میں کب سمجھا کہ کیا مسلمانوں کا اگر مسلمانوں کی ذہن ہوتی تو مسلمانوں کا مقام ہوتا آج کی دنیا میں۔</w:t>
      </w:r>
    </w:p>
    <w:p>
      <w:r>
        <w:rPr>
          <w:b/>
        </w:rPr>
        <w:t xml:space="preserve">[18:30] </w:t>
      </w:r>
      <w:r>
        <w:t>ek taraf to yeh kehte hain ke hamare sath dunya jo hai yaani hamein koi wazan nahin deti. hamara koi Weight nahin dunya mein. aur doosri taraf ke hum hum dene wale hain.</w:t>
      </w:r>
    </w:p>
    <w:p>
      <w:pPr>
        <w:jc w:val="right"/>
      </w:pPr>
      <w:r>
        <w:t>ایک طرف تو یہ کہتے ہیں کہ ہمارے ساتھ دنیا جو ہے یعنی ہمیں کوئی وزن نہیں دیتی۔ ہمارا کوئی Weight نہیں دنیا میں۔ اور دوسری طرف کہ ہم ہم دینے والے ہیں۔</w:t>
      </w:r>
    </w:p>
    <w:p>
      <w:r>
        <w:rPr>
          <w:b/>
        </w:rPr>
        <w:t xml:space="preserve">[18:42] </w:t>
      </w:r>
      <w:r>
        <w:t>dunya ko yeh. to yeh is zamane mein mein parhta tha mein to Maulana Altaf Hussain Haali ek bohat bade aalim bhi the, shayar bhi the, sakhavat ke sathiyon mein the woh.</w:t>
      </w:r>
    </w:p>
    <w:p>
      <w:pPr>
        <w:jc w:val="right"/>
      </w:pPr>
      <w:r>
        <w:t>دنیا کو یہ۔ تو یہ اس زمانے میں میں پڑھتا تھا میں تو مولانا الطاف حسین عالی ایک بہت بڑے عالم بھی تھے، شاعر بھی تھے، سخاوت کے ساتھیوں میں تھے وہ۔</w:t>
      </w:r>
    </w:p>
    <w:p>
      <w:r>
        <w:rPr>
          <w:b/>
        </w:rPr>
        <w:t xml:space="preserve">[18:59] </w:t>
      </w:r>
      <w:r>
        <w:t>to unhon ne likha tha musalsal saali jo kitab hai us mein bahaar ab jo dunya mein aai hui hai yeh sab paudhe inhi ki lagai hui hai.</w:t>
      </w:r>
    </w:p>
    <w:p>
      <w:pPr>
        <w:jc w:val="right"/>
      </w:pPr>
      <w:r>
        <w:t>تو انہوں نے لکھا تھا مسلسل سالی جو کتاب ہے اس میں بہار اب جو دنیا میں آئی ہوئی ہے یہ سب پودھ انہی کی لگائی ہوئی ہے۔</w:t>
      </w:r>
    </w:p>
    <w:p>
      <w:r>
        <w:rPr>
          <w:b/>
        </w:rPr>
        <w:t xml:space="preserve">[19:13] </w:t>
      </w:r>
      <w:r>
        <w:t>bahaar ab jo dunya mein aai hui hai yeh sab paudhe inhi ki lagai hui hai. yaani hamara karnameh yeh hai. ek aur shayar ne kaha tha ke sabaq hum ne parhaya aa ke tehzeeb o tamaddun ka hua jografia yun sar barooy e aasmaan hum se.</w:t>
      </w:r>
    </w:p>
    <w:p>
      <w:pPr>
        <w:jc w:val="right"/>
      </w:pPr>
      <w:r>
        <w:t>بہار اب جو دنیا میں آئی ہوئی ہے یہ سب پودھ انہی کی لگائی ہوئی ہے۔ یعنی ہمارا کارنامہ یہ ہے۔ ایک اور شاعر نے کہا تھا کہ سبق ہم نے پڑھایا آ کے تہذیب و تمدن کا ہوا جغرافیہ یوں سر بر روی آسمان ہم سے۔</w:t>
      </w:r>
    </w:p>
    <w:p>
      <w:r>
        <w:rPr>
          <w:b/>
        </w:rPr>
        <w:t xml:space="preserve">[19:32] </w:t>
      </w:r>
      <w:r>
        <w:t>to mein sochta tha ke moamla kya hai? phir mein yaad Turki gaya. wahan bohat bada ek Museum banaya gaya hai. musalmanon ke daur hazarat ka, musalmanon ke daur tehzeeb ka.</w:t>
      </w:r>
    </w:p>
    <w:p>
      <w:pPr>
        <w:jc w:val="right"/>
      </w:pPr>
      <w:r>
        <w:t>تو میں سوچتا تھا کہ معاملہ کیا ہے؟ پھر میں یاد ترکی گیا۔ وہاں بہت بڑا ایک Museum بنایا گیا ہے۔ مسلمانوں کے دور حضارت کا، مسلمانوں کے دور تہذیب کا۔</w:t>
      </w:r>
    </w:p>
    <w:p>
      <w:r>
        <w:rPr>
          <w:b/>
        </w:rPr>
        <w:t xml:space="preserve">[19:47] </w:t>
      </w:r>
      <w:r>
        <w:t>bohat hi bada hai. kai manzilein, beshumar cheezein is ke andar rakhi hui hain. is ko dekhne ke liye shayad ek mahine ki zaroorat hogi.</w:t>
      </w:r>
    </w:p>
    <w:p>
      <w:pPr>
        <w:jc w:val="right"/>
      </w:pPr>
      <w:r>
        <w:t>بہت ہی بڑا ہے۔ کئی منزلیں، بے شمار چیزیں اس کے اندر رکھی ہوئی ہیں۔ اس کو دیکھنے کے لیے شاید ایک مہینہ کی ضرورت ہوگی۔</w:t>
      </w:r>
    </w:p>
    <w:p>
      <w:r>
        <w:rPr>
          <w:b/>
        </w:rPr>
        <w:t xml:space="preserve">[19:59] </w:t>
      </w:r>
      <w:r>
        <w:t>to khair jab maine is ko dekha tab mujhe samjhe raaz aaya. woh saare item jo musalmanon ne apne daur hazarat mein ya apne daur tehzeeb mein banaye the baghdad mein aur spain mein is ke asal ya to ya is ka model wahan rakha gaya hai.</w:t>
      </w:r>
    </w:p>
    <w:p>
      <w:pPr>
        <w:jc w:val="right"/>
      </w:pPr>
      <w:r>
        <w:t>تو خیر جب میں نے اس کو دیکھا تب مجھے سمجھے راز آیا۔ وہ سارے آئٹم جو مسلمانوں نے اپنے دور حضارت میں یا اپنے دور تہذیب میں بنائے تھے بغداد میں اور اسپین میں اس کے اصل یا تو یا اس کا ماڈل وہاں رکھا گیا ہے۔</w:t>
      </w:r>
    </w:p>
    <w:p>
      <w:r>
        <w:rPr>
          <w:b/>
        </w:rPr>
        <w:t xml:space="preserve">[20:22] </w:t>
      </w:r>
      <w:r>
        <w:t>ya to in ka asal ya in ka model rakha gaya hai wahan. is ko dekh kar mujhe samajh mein aaya ke kya mamla kya hai?</w:t>
      </w:r>
    </w:p>
    <w:p>
      <w:pPr>
        <w:jc w:val="right"/>
      </w:pPr>
      <w:r>
        <w:t>یا تو ان کا اصل یا ان کا ماڈل رکھا گیا ہے وہاں۔ اس کو دیکھ کر مجھے سمجھ میں آیا کہ کیا معاملہ کیا ہے؟</w:t>
      </w:r>
    </w:p>
    <w:p>
      <w:r>
        <w:rPr>
          <w:b/>
        </w:rPr>
        <w:t xml:space="preserve">[20:33] </w:t>
      </w:r>
      <w:r>
        <w:t>yeh jo musalman daawa karte hain ke hum hain tehzeeb ke dene wale to is ka mamla kya hai? woh mamla yeh hai jis ki mujhe wahan daryaft hui ke dunya ke dekhe teen daur hain tehzeeb ke aitbaar se.</w:t>
      </w:r>
    </w:p>
    <w:p>
      <w:pPr>
        <w:jc w:val="right"/>
      </w:pPr>
      <w:r>
        <w:t>یہ جو مسلمان دعویٰ کرتے ہیں کہ ہم ہیں تہذیب کے دینے والے تو اس کا معاملہ کیا ہے؟ وہ معاملہ یہ ہے جس کی مجھے وہاں دریافت ہوئی کہ دنیا کے دیکھے تین دور ہیں تہذیب کے اعتبار سے۔</w:t>
      </w:r>
    </w:p>
    <w:p>
      <w:r>
        <w:rPr>
          <w:b/>
        </w:rPr>
        <w:t xml:space="preserve">[20:55] </w:t>
      </w:r>
      <w:r>
        <w:t>bilkul Primitive daur, shuru ka daur. is ke baad Muslim daur aur teesra yani Western Period ab jo chal raha hai.</w:t>
      </w:r>
    </w:p>
    <w:p>
      <w:pPr>
        <w:jc w:val="right"/>
      </w:pPr>
      <w:r>
        <w:t>بالکل Primitive دور، شروع کا دور۔ اس کے بعد مسلم دور اور تیسرا یعنی Western Period اب جو چل رہا ہے۔</w:t>
      </w:r>
    </w:p>
    <w:p>
      <w:r>
        <w:rPr>
          <w:b/>
        </w:rPr>
        <w:t xml:space="preserve">[21:08] </w:t>
      </w:r>
      <w:r>
        <w:t>to qadeem zamane mein yani Muslim Period se pehle Muslim Period shuru hota hai aathveen sadi eesvi mein.</w:t>
      </w:r>
    </w:p>
    <w:p>
      <w:pPr>
        <w:jc w:val="right"/>
      </w:pPr>
      <w:r>
        <w:t>تو قدیم زمانے میں یعنی مسلم Period سے پہلے مسلم Period شروع ہوتا ہے آٹھویں صدی عیسوی میں۔</w:t>
      </w:r>
    </w:p>
    <w:p>
      <w:r>
        <w:rPr>
          <w:b/>
        </w:rPr>
        <w:t xml:space="preserve">[21:19] </w:t>
      </w:r>
      <w:r>
        <w:t>Muslim Period jo tehzeeb ka hai woh aathveen sadi eesvi mein shuru hota hai. to is se pehle dunya mein kya tha? jo cheezein Nature mein jaisi hain waisi hi un ko istemal karna.</w:t>
      </w:r>
    </w:p>
    <w:p>
      <w:pPr>
        <w:jc w:val="right"/>
      </w:pPr>
      <w:r>
        <w:t>مسلم Period جو تہذیب کا ہے وہ آٹھویں صدی عیسوی میں شروع ہوتا ہے۔ تو اس سے پہلے دنیا میں کیا تھا؟ جو چیزیں Nature میں جیسی ہیں ویسے ہی ان کو استعمال کرنا۔</w:t>
      </w:r>
    </w:p>
    <w:p>
      <w:r>
        <w:rPr>
          <w:b/>
        </w:rPr>
        <w:t xml:space="preserve">[21:34] </w:t>
      </w:r>
      <w:r>
        <w:t>misalan jangalon mein ghore the unhone pakda. pakad kar un ki sawari kiya unhone.</w:t>
      </w:r>
    </w:p>
    <w:p>
      <w:pPr>
        <w:jc w:val="right"/>
      </w:pPr>
      <w:r>
        <w:t>مثلاً جنگلوں میں گھوڑے تھے انہوں نے پکڑا۔ پکڑ کر ان کی سواری کیا انہوں نے۔</w:t>
      </w:r>
    </w:p>
    <w:p>
      <w:r>
        <w:rPr>
          <w:b/>
        </w:rPr>
        <w:t xml:space="preserve">[21:43] </w:t>
      </w:r>
      <w:r>
        <w:t>jangalon mein lakri thi un ko kaat kar unhone istemal kiya, ghar banaye. to Nature mein jo cheezein hain un ko As It Is hasil kar ke un ko istemal karna.</w:t>
      </w:r>
    </w:p>
    <w:p>
      <w:pPr>
        <w:jc w:val="right"/>
      </w:pPr>
      <w:r>
        <w:t>جنگلوں میں لکڑی تھی ان کو کاٹ کر انہوں نے استعمال کیا، گھر بنائے۔ تو Nature میں جو چیزیں ہیں ان کو As It Is حاصل کر کے ان کو استعمال کرنا۔</w:t>
      </w:r>
    </w:p>
    <w:p>
      <w:r>
        <w:rPr>
          <w:b/>
        </w:rPr>
        <w:t xml:space="preserve">[21:54] </w:t>
      </w:r>
      <w:r>
        <w:t>yeh tha Traditional daur. misal ke taur par dekhiye ek</w:t>
      </w:r>
    </w:p>
    <w:p>
      <w:pPr>
        <w:jc w:val="right"/>
      </w:pPr>
      <w:r>
        <w:t>یہ تھا Traditional دور۔ مثال کے طور پر دیکھیے ایک</w:t>
      </w:r>
    </w:p>
    <w:p>
      <w:r>
        <w:rPr>
          <w:b/>
        </w:rPr>
        <w:t xml:space="preserve">[22:04] </w:t>
      </w:r>
      <w:r>
        <w:t>insan ko zaroorat thi</w:t>
      </w:r>
    </w:p>
    <w:p>
      <w:pPr>
        <w:jc w:val="right"/>
      </w:pPr>
      <w:r>
        <w:t>انسان کو ضرورت تھی</w:t>
      </w:r>
    </w:p>
    <w:p>
      <w:r>
        <w:rPr>
          <w:b/>
        </w:rPr>
        <w:t xml:space="preserve">[22:10] </w:t>
      </w:r>
      <w:r>
        <w:t>woh is ki kashti ki. yani pani mein insan kaise apna safar kare. to insan ne tajruba kiya ke takhta jo hota hai woh pani mein teerta hai.</w:t>
      </w:r>
    </w:p>
    <w:p>
      <w:pPr>
        <w:jc w:val="right"/>
      </w:pPr>
      <w:r>
        <w:t>وہ اس کی کشتی کی۔ یعنی پانی میں انسان کیسے اپنا سفر کرے۔ تو انسان نے تجربہ کیا کہ تختہ جو ہوتا ہے وہ پانی میں تیرتا ہے۔</w:t>
      </w:r>
    </w:p>
    <w:p>
      <w:r>
        <w:rPr>
          <w:b/>
        </w:rPr>
        <w:t xml:space="preserve">[22:24] </w:t>
      </w:r>
      <w:r>
        <w:t>to takhte ko unhone kashti mein tabdeel kiya. qadeem zamane mein.</w:t>
      </w:r>
    </w:p>
    <w:p>
      <w:pPr>
        <w:jc w:val="right"/>
      </w:pPr>
      <w:r>
        <w:t>تو تختے کو انہوں نے کشتی میں تبدیل کیا۔ قدیم زمانے میں۔</w:t>
      </w:r>
    </w:p>
    <w:p>
      <w:r>
        <w:rPr>
          <w:b/>
        </w:rPr>
        <w:t xml:space="preserve">[22:32] </w:t>
      </w:r>
      <w:r>
        <w:t>aur is se woh pani mein safar karne laga. to yeh kashti jo hua karti thi is mein sirf ek chapu hota tha. chapu yani aur, O A R aur.</w:t>
      </w:r>
    </w:p>
    <w:p>
      <w:pPr>
        <w:jc w:val="right"/>
      </w:pPr>
      <w:r>
        <w:t>اور اس سے وہ پانی میں سفر کرنے لگا۔ تو یہ کشتی جو ہوا کرتی تھی اس میں صرف ایک چپو ہوتا تھا۔ چپو یعنی اور، O A R اور۔</w:t>
      </w:r>
    </w:p>
    <w:p>
      <w:r>
        <w:rPr>
          <w:b/>
        </w:rPr>
        <w:t xml:space="preserve">[22:44] </w:t>
      </w:r>
      <w:r>
        <w:t>choti kashti hoti thi. ek aadmi aise chapu chala kar aur chala kar ke kashti ko aage badhata tha. yeh tha Traditional daur.</w:t>
      </w:r>
    </w:p>
    <w:p>
      <w:pPr>
        <w:jc w:val="right"/>
      </w:pPr>
      <w:r>
        <w:t>چھوٹی کشتی ہوتی تھی۔ ایک آدمی ایسے چپو چلا کر اور چلا کر کے کشتی کو آگے بڑھاتا تھا۔ یہ تھا Traditional دور۔</w:t>
      </w:r>
    </w:p>
    <w:p>
      <w:r>
        <w:rPr>
          <w:b/>
        </w:rPr>
        <w:t xml:space="preserve">[22:56] </w:t>
      </w:r>
      <w:r>
        <w:t>musalmanon ne kya kiya? ke kashti ko naye dhang mein banaya. kashti mein unhone woh lagaye yani baadban jis ko kehte hain.</w:t>
      </w:r>
    </w:p>
    <w:p>
      <w:pPr>
        <w:jc w:val="right"/>
      </w:pPr>
      <w:r>
        <w:t>مسلمانوں نے کیا کیا؟ کہ کشتی کو نئے ڈھنگ میں بنایا۔ کشتی میں انہوں نے وہ لگائے یعنی بادبان جس کو کہتے ہیں۔</w:t>
      </w:r>
    </w:p>
    <w:p>
      <w:r>
        <w:rPr>
          <w:b/>
        </w:rPr>
        <w:t xml:space="preserve">[23:06] </w:t>
      </w:r>
      <w:r>
        <w:t>yani Mast, M A S T Mast, baadban. to bohat bari kashti banai unhone. is mein baadban hote the aur aath aath chapu hote the.</w:t>
      </w:r>
    </w:p>
    <w:p>
      <w:pPr>
        <w:jc w:val="right"/>
      </w:pPr>
      <w:r>
        <w:t>یعنی Mast، M A S T Mast، بادبان۔ تو بہت بڑی کشتی بنائی انہوں نے۔ اس میں بادبان ہوتے تھے اور آٹھ آٹھ چپو ہوتے تھے۔</w:t>
      </w:r>
    </w:p>
    <w:p>
      <w:r>
        <w:rPr>
          <w:b/>
        </w:rPr>
        <w:t xml:space="preserve">[23:22] </w:t>
      </w:r>
      <w:r>
        <w:t>yani char idhar, char idhar. chapu kehte hain aur ko. to is se kashti chalti thi. woh qadeem zamane ke jahaz jaise hote the woh.</w:t>
      </w:r>
    </w:p>
    <w:p>
      <w:pPr>
        <w:jc w:val="right"/>
      </w:pPr>
      <w:r>
        <w:t>یعنی چار ادھر، چار ادھر۔ چپو کہتے ہیں اور کو۔ تو اس سے کشتی چلتی تھی۔ وہ قدیم زمانے کے جہاز جیسے ہوتے تھے وہ۔</w:t>
      </w:r>
    </w:p>
    <w:p>
      <w:r>
        <w:rPr>
          <w:b/>
        </w:rPr>
        <w:t xml:space="preserve">[23:33] </w:t>
      </w:r>
      <w:r>
        <w:t>aap is ki tasweer dekhiye yeh. yeh hai Muslim daur ka jo version hai kashti ka.</w:t>
      </w:r>
    </w:p>
    <w:p>
      <w:pPr>
        <w:jc w:val="right"/>
      </w:pPr>
      <w:r>
        <w:t>آپ اس کی تصویر دیکھیے یہ۔ یہ ہے مسلم دور کا جو ورژن ہے کشتی کا۔</w:t>
      </w:r>
    </w:p>
    <w:p>
      <w:r>
        <w:rPr>
          <w:b/>
        </w:rPr>
        <w:t xml:space="preserve">[23:43] </w:t>
      </w:r>
      <w:r>
        <w:t>Muslim daur ka version hai kashti ka. to Traditional daur mein yeh tha ke saada kashti hoti thi choti is mein ek chapu hota tha.</w:t>
      </w:r>
    </w:p>
    <w:p>
      <w:pPr>
        <w:jc w:val="right"/>
      </w:pPr>
      <w:r>
        <w:t>مسلم دور کا ورژن ہے کشتی کا۔ تو Traditional دور میں یہ تھا کہ سادہ کشتی ہوتی تھی چھوٹی اس میں ایک چپو ہوتا تھا۔</w:t>
      </w:r>
    </w:p>
    <w:p>
      <w:r>
        <w:rPr>
          <w:b/>
        </w:rPr>
        <w:t xml:space="preserve">[23:59] </w:t>
      </w:r>
      <w:r>
        <w:t>musalmanon ne kya kiya? ke bari bari kashtiyan banai aur is mein mastool lagaye woh yani woh Mast lagaye aur aath aath woh chapu istemal karne lage.</w:t>
      </w:r>
    </w:p>
    <w:p>
      <w:pPr>
        <w:jc w:val="right"/>
      </w:pPr>
      <w:r>
        <w:t>مسلمانوں نے کیا کیا؟ کہ بڑی بڑی کشتیاں بنائیں اور اس میں مستول لگائے وہ یعنی وہ Mast لگائے اور آٹھ آٹھ وہ چپو استعمال کرنے لگے۔</w:t>
      </w:r>
    </w:p>
    <w:p>
      <w:r>
        <w:rPr>
          <w:b/>
        </w:rPr>
        <w:t xml:space="preserve">[24:16] </w:t>
      </w:r>
      <w:r>
        <w:t>char aadmi idhar, char aadmi idhar. to yeh kya cheez thi? yeh Traditional item ko unhone Improve kiya.</w:t>
      </w:r>
    </w:p>
    <w:p>
      <w:pPr>
        <w:jc w:val="right"/>
      </w:pPr>
      <w:r>
        <w:t>چار آدمی ادھر، چار آدمی ادھر۔ تو یہ کیا چیز تھی؟ یہ Traditional آئٹم کو انہوں نے Improve کیا۔</w:t>
      </w:r>
    </w:p>
    <w:p>
      <w:r>
        <w:rPr>
          <w:b/>
        </w:rPr>
        <w:t xml:space="preserve">[24:26] </w:t>
      </w:r>
      <w:r>
        <w:t>yeh That was Improvement. yani wahi ka wahi raha sirf is ko Improve kiya ke is ko size badha diya. is mein kai chapu badha di.</w:t>
      </w:r>
    </w:p>
    <w:p>
      <w:pPr>
        <w:jc w:val="right"/>
      </w:pPr>
      <w:r>
        <w:t>یہ That was Improvement۔ یعنی وہی کا وہی رہا صرف اس کو Improve کیا کہ اس کو سائز بڑھا دیا۔ اس میں کئی چپو بڑھا دیے۔</w:t>
      </w:r>
    </w:p>
    <w:p>
      <w:r>
        <w:rPr>
          <w:b/>
        </w:rPr>
        <w:t xml:space="preserve">[24:37] </w:t>
      </w:r>
      <w:r>
        <w:t>to isi tarah unhone bohat si cheezon mein Improve kiya. ke Traditional item jo the jo insan pehle istemal karta tha us ko Improve kar ke Improve kar ke unhone ek nai surat di.</w:t>
      </w:r>
    </w:p>
    <w:p>
      <w:pPr>
        <w:jc w:val="right"/>
      </w:pPr>
      <w:r>
        <w:t>تو اسی طرح انہوں نے بہت سی چیزوں میں Improve کیا۔ کہ Traditional آئٹم جو تھے جو انسان پہلے استعمال کرتا تھا اس کو Improve کر کے Improve کر کے انہوں نے ایک نئی صورت دی۔</w:t>
      </w:r>
    </w:p>
    <w:p>
      <w:r>
        <w:rPr>
          <w:b/>
        </w:rPr>
        <w:t xml:space="preserve">[24:53] </w:t>
      </w:r>
      <w:r>
        <w:t>lekin jo Modern World hai is ne sirf Improve nahi kiya hai. is ne Convert kiya. dekhiye ek Improvement, ek Conversion yani Matter Convert gaya Power mein.</w:t>
      </w:r>
    </w:p>
    <w:p>
      <w:pPr>
        <w:jc w:val="right"/>
      </w:pPr>
      <w:r>
        <w:t>لیکن جو Modern World ہے اس نے صرف Improve نہیں کیا ہے۔ اس نے Convert کیا۔ دیکھیے ایک Improvement، ایک Conversion یعنی Matter Convert گیا Power میں۔</w:t>
      </w:r>
    </w:p>
    <w:p>
      <w:r>
        <w:rPr>
          <w:b/>
        </w:rPr>
        <w:t xml:space="preserve">[25:09] </w:t>
      </w:r>
      <w:r>
        <w:t>Modern jo Western World hai is ka kaam hai Conversion un ka kaam tha Improvement. yani aaj unhone kya kiya?</w:t>
      </w:r>
    </w:p>
    <w:p>
      <w:pPr>
        <w:jc w:val="right"/>
      </w:pPr>
      <w:r>
        <w:t>Modern جو Western World ہے اس کا کام ہے Conversion ان کا کام تھا Improvement۔ یعنی آج انہوں نے کیا کیا؟</w:t>
      </w:r>
    </w:p>
    <w:p>
      <w:r>
        <w:rPr>
          <w:b/>
        </w:rPr>
        <w:t xml:space="preserve">[25:19] </w:t>
      </w:r>
      <w:r>
        <w:t>keh pani ko Steam Power mein Convert kar diya. Mechanization of Power is ko kahiye ya.</w:t>
      </w:r>
    </w:p>
    <w:p>
      <w:pPr>
        <w:jc w:val="right"/>
      </w:pPr>
      <w:r>
        <w:t>کہ پانی کو Steam Power میں Convert کر دیا۔ Mechanization of Power اس کو کہیے یا۔</w:t>
      </w:r>
    </w:p>
    <w:p>
      <w:r>
        <w:rPr>
          <w:b/>
        </w:rPr>
        <w:t xml:space="preserve">[25:29] </w:t>
      </w:r>
      <w:r>
        <w:t>to pani ko unhon ne bhap mein tabdeel kiya. bhap ko Steam Power bana diya. That was Conversion. to Musalmanon ne Conversion tak nahi pahunchaya tha dunya ko.</w:t>
      </w:r>
    </w:p>
    <w:p>
      <w:pPr>
        <w:jc w:val="right"/>
      </w:pPr>
      <w:r>
        <w:t>تو پانی کو انہوں نے بھاپ میں تبدیل کیا۔ بھاپ کو Steam Power بنا دیا۔ That was Conversion۔ تو مسلمانوں نے Conversion تک نہیں پہنچایا تھا دنیا کو۔</w:t>
      </w:r>
    </w:p>
    <w:p>
      <w:r>
        <w:rPr>
          <w:b/>
        </w:rPr>
        <w:t xml:space="preserve">[25:41] </w:t>
      </w:r>
      <w:r>
        <w:t>Improvement tak pahunchaya tha. yani Traditional item ko Improve kar ke unhon ne kuch nai soorat de di. West ka kaam yeh hai ke is ne Convert kiya.</w:t>
      </w:r>
    </w:p>
    <w:p>
      <w:pPr>
        <w:jc w:val="right"/>
      </w:pPr>
      <w:r>
        <w:t>Improvement تک پہنچایا تھا۔ یعنی Traditional آئٹم کو Improve کر کے انہوں نے کچھ نئی صورت دے دی۔ West کا کام یہ ہے کہ اس نے Convert کیا۔</w:t>
      </w:r>
    </w:p>
    <w:p>
      <w:r>
        <w:rPr>
          <w:b/>
        </w:rPr>
        <w:t xml:space="preserve">[25:52] </w:t>
      </w:r>
      <w:r>
        <w:t>Nature mein jo jo Laws the un ko daryaft kiya. Nature mein jo taqaten thin us ko daryaft kiya. daryaft kar ke unhon ne pani ko Steam Power bana diya.</w:t>
      </w:r>
    </w:p>
    <w:p>
      <w:pPr>
        <w:jc w:val="right"/>
      </w:pPr>
      <w:r>
        <w:t>Nature میں جو جو Laws تھے ان کو دریافت کیا۔ Nature میں جو طاقتیں تھیں اس کو دریافت کیا۔ دریافت کر کے انہوں نے پانی کو Steam Power بنا دیا۔</w:t>
      </w:r>
    </w:p>
    <w:p>
      <w:r>
        <w:rPr>
          <w:b/>
        </w:rPr>
        <w:t xml:space="preserve">[26:04] </w:t>
      </w:r>
      <w:r>
        <w:t>jo cheez pani thi pehle us ko Steam Power bana diya. ab jahaz chalne lage Steam Power se. tez dorne lage woh. hawaon ki mukhalifat ke bawajood dorne lage.</w:t>
      </w:r>
    </w:p>
    <w:p>
      <w:pPr>
        <w:jc w:val="right"/>
      </w:pPr>
      <w:r>
        <w:t>جو چیز پانی تھی پہلے اس کو Steam Power بنا دیا۔ اب جہاز چلنے لگے Steam Power سے۔ تیز دوڑنے لگے وہ۔ ہواؤں کی مخالفت کے باوجود دوڑنے لگے۔</w:t>
      </w:r>
    </w:p>
    <w:p>
      <w:r>
        <w:rPr>
          <w:b/>
        </w:rPr>
        <w:t xml:space="preserve">[26:14] </w:t>
      </w:r>
      <w:r>
        <w:t>phir bohat si cheezen banain Steam Power se phir unhon ne. to Musalman Falsehood mein jeete hain is liye unhein pata hi nahi ke kya mamla tha.</w:t>
      </w:r>
    </w:p>
    <w:p>
      <w:pPr>
        <w:jc w:val="right"/>
      </w:pPr>
      <w:r>
        <w:t>پھر بہت سی چیزیں بنائیں Steam Power سے پھر انہوں نے۔ تو مسلمان Falsehood میں جیتے ہیں اس لیے انہیں پتہ ہی نہیں کہ کیا معاملہ تھا۔</w:t>
      </w:r>
    </w:p>
    <w:p>
      <w:r>
        <w:rPr>
          <w:b/>
        </w:rPr>
        <w:t xml:space="preserve">[26:24] </w:t>
      </w:r>
      <w:r>
        <w:t>woh sirf kehte hain ke hum hi nahi kiya. bilkul Falsehood mein jeete hain. unhein pata nahi hai ke Musalmanon ka jo Contribution tha woh yeh tha ke Traditional item ko Improve karna.</w:t>
      </w:r>
    </w:p>
    <w:p>
      <w:pPr>
        <w:jc w:val="right"/>
      </w:pPr>
      <w:r>
        <w:t>وہ صرف کہتے ہیں کہ ہم ہی نہیں کیا۔ بالکل Falsehood میں جیتے ہیں۔ انہیں پتہ نہیں ہے کہ مسلمانوں کا جو Contribution تھا وہ یہ تھا کہ Traditional آئٹم کو Improve کرنا۔</w:t>
      </w:r>
    </w:p>
    <w:p>
      <w:r>
        <w:rPr>
          <w:b/>
        </w:rPr>
        <w:t xml:space="preserve">[26:37] </w:t>
      </w:r>
      <w:r>
        <w:t>aur West ka Traditional hai ke Nature ko Convert karna, Matter ko Convert karna. yeh un ka hai. aisi mein ek aur misaal deta hoon aap ko.</w:t>
      </w:r>
    </w:p>
    <w:p>
      <w:pPr>
        <w:jc w:val="right"/>
      </w:pPr>
      <w:r>
        <w:t>اور West کا Traditional ہے کہ Nature کو Convert کرنا، Matter کو Convert کرنا۔ یہ ان کا ہے۔ ایسی میں ایک اور مثال دیتا ہوں آپ کو۔</w:t>
      </w:r>
    </w:p>
    <w:p>
      <w:r>
        <w:rPr>
          <w:b/>
        </w:rPr>
        <w:t xml:space="preserve">[26:49] </w:t>
      </w:r>
      <w:r>
        <w:t>misalan insaan ko zaroorat thi ke us ke paas raat ko roshan karne ke liye koi saman ho. raat ke andhere ko roshan karne ke liye koi saman ho.</w:t>
      </w:r>
    </w:p>
    <w:p>
      <w:pPr>
        <w:jc w:val="right"/>
      </w:pPr>
      <w:r>
        <w:t>مثلاً انسان کو ضرورت تھی کہ اس کے پاس رات کو روشن کرنے کے لیے کوئی سامان ہو۔ رات کے اندھیرے کو روشن کرنے کے لیے کوئی سامان ہو۔</w:t>
      </w:r>
    </w:p>
    <w:p>
      <w:r>
        <w:rPr>
          <w:b/>
        </w:rPr>
        <w:t xml:space="preserve">[27:00] </w:t>
      </w:r>
      <w:r>
        <w:t>to qadeem insaan ne diye banaye. maine apne bachpan mein diye dekhe hain. to mitti ka diya hota tha us mein tail daal diya aur ek us mein soot ek ya kapra kuch ya aisi rakh di aur us mein aag laga di.</w:t>
      </w:r>
    </w:p>
    <w:p>
      <w:pPr>
        <w:jc w:val="right"/>
      </w:pPr>
      <w:r>
        <w:t>تو قدیم انسان نے دیے بنائے۔ میں نے اپنے بچپن میں دیے دیکھے ہیں۔ تو مٹی کا دیا ہوتا تھا اس میں تیل ڈال دیا اور ایک اس میں سوت ایک یا کپڑا کچھ یا ایسی رکھ دی اور اس میں آگ لگا دیا۔</w:t>
      </w:r>
    </w:p>
    <w:p>
      <w:r>
        <w:rPr>
          <w:b/>
        </w:rPr>
        <w:t xml:space="preserve">[27:18] </w:t>
      </w:r>
      <w:r>
        <w:t>to woh jal raha hai, jal raha hai, jal raha hai. ek khula yani diya us se roshni lete the.</w:t>
      </w:r>
    </w:p>
    <w:p>
      <w:pPr>
        <w:jc w:val="right"/>
      </w:pPr>
      <w:r>
        <w:t>تو وہ جل رہا ہے، جل رہا ہے، جل رہا ہے۔ ایک کھلا یعنی دیا اس سے روشنی لیتے تھے۔</w:t>
      </w:r>
    </w:p>
    <w:p>
      <w:r>
        <w:rPr>
          <w:b/>
        </w:rPr>
        <w:t xml:space="preserve">[27:27] </w:t>
      </w:r>
      <w:r>
        <w:t>lekin woh diya jo tha hawa chale to bujh jaye. pani chale tab bhi bujh jaye. to Musalmanon ne apne daur mein yeh kiya ke lamp banaye.</w:t>
      </w:r>
    </w:p>
    <w:p>
      <w:pPr>
        <w:jc w:val="right"/>
      </w:pPr>
      <w:r>
        <w:t>لیکن وہ دیا جو تھا ہوا چلے تو بجھ جائے۔ پانی چلے تب بھی بجھ جائے۔ تو مسلمانوں نے اپنے دور میں یہ کیا کہ لیمپ بنائے۔</w:t>
      </w:r>
    </w:p>
    <w:p>
      <w:r>
        <w:rPr>
          <w:b/>
        </w:rPr>
        <w:t xml:space="preserve">[27:36] </w:t>
      </w:r>
      <w:r>
        <w:t>yani sheeshe se cover. jaise yeh hai ab yeh charon taraf sheesha hai. is tarah ke lamp banaye unhon ne. aur is ke andar unhon ne rakha yani khaas tarah ka jo bajaye diye ke ek aur dhang se unhon ne batti rakhi.</w:t>
      </w:r>
    </w:p>
    <w:p>
      <w:pPr>
        <w:jc w:val="right"/>
      </w:pPr>
      <w:r>
        <w:t>یعنی شیشے سے کور۔ جیسے یہ ہے اب یہ چاروں طرف شیشہ ہے۔ اس طرح کے لیمپ بنائے انہوں نے۔ اور اس کے اندر انہوں نے رکھا یعنی خاص طرح کا جو بجائے دیے کے ایک اور ڈھنگ سے انہوں نے بتی رکھی۔</w:t>
      </w:r>
    </w:p>
    <w:p>
      <w:r>
        <w:rPr>
          <w:b/>
        </w:rPr>
        <w:t xml:space="preserve">[27:55] </w:t>
      </w:r>
      <w:r>
        <w:t>upar bhi cover. to diye ko lamp mein tabdeel karne ki wajah se yeh mumkin ho gaya ke woh pani mein bhi jale, hawa mein bhi na bujhe aur roshni deta rahe.</w:t>
      </w:r>
    </w:p>
    <w:p>
      <w:pPr>
        <w:jc w:val="right"/>
      </w:pPr>
      <w:r>
        <w:t>اوپر بھی کور۔ تو دیے کو لیمپ میں تبدیل کرنے کی وجہ سے یہ ممکن ہو گیا کہ وہ پانی میں بھی جلے، ہوا میں بھی نہ بجھے اور روشنی دیتا رہے۔</w:t>
      </w:r>
    </w:p>
    <w:p>
      <w:r>
        <w:rPr>
          <w:b/>
        </w:rPr>
        <w:t xml:space="preserve">[28:11] </w:t>
      </w:r>
      <w:r>
        <w:t>to Musalmanon ne pehli baar Baghdad aur Qurtuba ke sarkon par street light bana di. kyunke diya jo tha woh street light nahi bujh sakta tha us se.</w:t>
      </w:r>
    </w:p>
    <w:p>
      <w:pPr>
        <w:jc w:val="right"/>
      </w:pPr>
      <w:r>
        <w:t>تو مسلمانوں نے پہلی بار بغداد اور قرطبہ کے سڑکوں پر اسٹیٹ لائٹ بنائی۔ کیونکہ دیا جو تھا وہ اسٹیٹ لائٹ نہیں بجھ سکتا تھا اس سے۔</w:t>
      </w:r>
    </w:p>
    <w:p>
      <w:r>
        <w:rPr>
          <w:b/>
        </w:rPr>
        <w:t xml:space="preserve">[28:22] </w:t>
      </w:r>
      <w:r>
        <w:t>aap diye ke zariye street light nahi kar sakte the. lekin unhon ne phir ek khamba banaya aur khambay mein us ke upar lamp lagaya. jo pani mein bhi na bujhe, hawa mein bhi na bujhe.</w:t>
      </w:r>
    </w:p>
    <w:p>
      <w:pPr>
        <w:jc w:val="right"/>
      </w:pPr>
      <w:r>
        <w:t>آپ دیے کے ذریعے اسٹیٹ لائٹ نہیں کر سکتے تھے۔ لیکن انہوں نے پھر ایک کھمبا بنایا اور کھمبے میں اس کے اوپر لیمپ لگایا۔ جو پانی میں بھی نہ بجھے، ہوا میں بھی نہ بجھے۔</w:t>
      </w:r>
    </w:p>
    <w:p>
      <w:r>
        <w:rPr>
          <w:b/>
        </w:rPr>
        <w:t xml:space="preserve">[28:34] </w:t>
      </w:r>
      <w:r>
        <w:t>to Musalmanon ne pehli baar street light wajood di, banai. lekin yeh kya tha? yeh Improvement tha. woh Improvement tha yani qadeem diye ko unhon ne Improve kar ke lamp mein tabdeel kar diya.</w:t>
      </w:r>
    </w:p>
    <w:p>
      <w:pPr>
        <w:jc w:val="right"/>
      </w:pPr>
      <w:r>
        <w:t>تو مسلمانوں نے پہلی بار اسٹیٹ لائٹ وجود دی، بنائی۔ لیکن یہ کیا تھا؟ یہ Improvement تھا۔ وہ Improvement تھا یعنی قدیم دیے کو انہوں نے Improve کر کے لیمپ میں تبدیل کر دیا۔</w:t>
      </w:r>
    </w:p>
    <w:p>
      <w:r>
        <w:rPr>
          <w:b/>
        </w:rPr>
        <w:t xml:space="preserve">[28:49] </w:t>
      </w:r>
      <w:r>
        <w:t>lekin maghrib ne kya kiya? maghrib ne Convert kiya ke jo bijli hai yeh Conversion hai yeh. misalan English scientist tha Faraday, Michael Faraday.</w:t>
      </w:r>
    </w:p>
    <w:p>
      <w:pPr>
        <w:jc w:val="right"/>
      </w:pPr>
      <w:r>
        <w:t>لیکن مغرب نے کیا کیا؟ مغرب نے Convert کیا کہ جو بجلی ہے یہ Conversion ہے یہ۔ مثلاً انگلش سائنٹسٹ تھا فریڈے، مائیکل فریڈے۔</w:t>
      </w:r>
    </w:p>
    <w:p>
      <w:r>
        <w:rPr>
          <w:b/>
        </w:rPr>
        <w:t xml:space="preserve">[29:03] </w:t>
      </w:r>
      <w:r>
        <w:t>woh apne laboratory mein test kar raha tha, test kar raha tha. us mein us ne Discover kiya ke electron Flow karte hain.</w:t>
      </w:r>
    </w:p>
    <w:p>
      <w:pPr>
        <w:jc w:val="right"/>
      </w:pPr>
      <w:r>
        <w:t>وہ اپنے لیبارٹری میں ٹیسٹ کر رہا تھا، ٹیسٹ کر رہا تھا۔ اس میں اس نے Discover کیا کہ الیکٹران Flow کرتے ہیں۔</w:t>
      </w:r>
    </w:p>
    <w:p>
      <w:r>
        <w:rPr>
          <w:b/>
        </w:rPr>
        <w:t xml:space="preserve">[29:13] </w:t>
      </w:r>
      <w:r>
        <w:t>to us ne Discover kiya ke agar hum Magnetic Field aur Motion ko Extract karein to electron Flow karne lagte hain.</w:t>
      </w:r>
    </w:p>
    <w:p>
      <w:pPr>
        <w:jc w:val="right"/>
      </w:pPr>
      <w:r>
        <w:t>تو اس نے Discover کیا کہ اگر ہم Magnetic Field اور Motion کو Extract کریں تو الیکٹران Flow کرنے لگتے ہیں۔</w:t>
      </w:r>
    </w:p>
    <w:p>
      <w:r>
        <w:rPr>
          <w:b/>
        </w:rPr>
        <w:t xml:space="preserve">[29:25] </w:t>
      </w:r>
      <w:r>
        <w:t>aur isi ka naam hai bijli. kaha jata hai ke Electricity means Flow of Electron. Electricity means Flow of Electron.</w:t>
      </w:r>
    </w:p>
    <w:p>
      <w:pPr>
        <w:jc w:val="right"/>
      </w:pPr>
      <w:r>
        <w:t>اور اسی کا نام ہے بجلی۔ کہا جاتا ہے کہ Electricity means Flow of Electron۔ Electricity means Flow of Electron۔</w:t>
      </w:r>
    </w:p>
    <w:p>
      <w:r>
        <w:rPr>
          <w:b/>
        </w:rPr>
        <w:t xml:space="preserve">[29:35] </w:t>
      </w:r>
      <w:r>
        <w:t>to Nature mein ek cheez thi maujood ke electron khaas halaat mein woh electron Flow kar sakte hain. phir woh woh us electron jo Flow kar rahe hain us ko Harness karein aap.</w:t>
      </w:r>
    </w:p>
    <w:p>
      <w:pPr>
        <w:jc w:val="right"/>
      </w:pPr>
      <w:r>
        <w:t>تو Nature میں ایک چیز تھی موجود کہ الیکٹران خاص حالات میں وہ الیکٹران Flow کر سکتے ہیں۔ پھر وہ وہ اس الیکٹران جو Flow کر رہے ہیں اس کو Harness کریں آپ۔</w:t>
      </w:r>
    </w:p>
    <w:p>
      <w:r>
        <w:rPr>
          <w:b/>
        </w:rPr>
        <w:t xml:space="preserve">[29:46] </w:t>
      </w:r>
      <w:r>
        <w:t>Harness karein to aap bijli bana sakte hain. yeh daryaft kiya unhon ne. to Matter ko Convert kiya aur roshni banai unhon ne. yeh Matter hai, yeh bijli ka Matter hai yeh.</w:t>
      </w:r>
    </w:p>
    <w:p>
      <w:pPr>
        <w:jc w:val="right"/>
      </w:pPr>
      <w:r>
        <w:t>Harness کریں تو آپ بجلی بنا سکتے ہیں۔ یہ دریافت کیا انہوں نے۔ تو Matter کو Convert کیا اور روشنی بنائی انہوں نے۔ یہ Matter ہے، یہ بجلی کا Matter ہے یہ۔</w:t>
      </w:r>
    </w:p>
    <w:p>
      <w:r>
        <w:rPr>
          <w:b/>
        </w:rPr>
        <w:t xml:space="preserve">[29:58] </w:t>
      </w:r>
      <w:r>
        <w:t>to Musalmanon ka case tha Improvement aur West logon ka case hai Conversion. unhon ne jaise aap dekhte hain hawai jahaz kya hai?</w:t>
      </w:r>
    </w:p>
    <w:p>
      <w:pPr>
        <w:jc w:val="right"/>
      </w:pPr>
      <w:r>
        <w:t>تو مسلمانوں کا کیس تھا Improvement اور West لوگوں کا کیس ہے Conversion۔ انہوں نے جیسے آپ دیکھتے ہیں ہوائی جہاز کیا ہے؟</w:t>
      </w:r>
    </w:p>
    <w:p>
      <w:r>
        <w:rPr>
          <w:b/>
        </w:rPr>
        <w:t xml:space="preserve">[30:09] </w:t>
      </w:r>
      <w:r>
        <w:t>Matter Conversion hai hawai jahaz. Matter Conversion hai machine. Matter Conversion hai car. yeh sab Matter Conversion hai.</w:t>
      </w:r>
    </w:p>
    <w:p>
      <w:pPr>
        <w:jc w:val="right"/>
      </w:pPr>
      <w:r>
        <w:t>Matter Conversion ہے ہوائی جہاز۔ Matter Conversion ہے مشین۔ Matter Conversion ہے کار۔ یہ سب Matter Conversion ہے۔</w:t>
      </w:r>
    </w:p>
    <w:p>
      <w:r>
        <w:rPr>
          <w:b/>
        </w:rPr>
        <w:t xml:space="preserve">[30:21] </w:t>
      </w:r>
      <w:r>
        <w:t>to tehzeeb ke do daur, tehzeeb ke teen daur hain. ek woh daur jab bilkul traditional haalat mein insaan jeeta tha. jo hai bayaan Nature mein isi ko istemaal karna.</w:t>
      </w:r>
    </w:p>
    <w:p>
      <w:pPr>
        <w:jc w:val="right"/>
      </w:pPr>
      <w:r>
        <w:t>تو تہذیب کے دو دور، تہذیب کے تین دور ہیں۔ ایک وہ دور جب بالکل Traditional حالت میں انسان جیتا تھا۔ جو ہے بظاہر Nature میں اسی کو استعمال کرنا۔</w:t>
      </w:r>
    </w:p>
    <w:p>
      <w:r>
        <w:rPr>
          <w:b/>
        </w:rPr>
        <w:t xml:space="preserve">[30:33] </w:t>
      </w:r>
      <w:r>
        <w:t>phir musalmanon ne improve kiya, improve kiya, improve kiya. improve kar ke unhon ne kuch cheezein bana'een. lekin western people jo hain unhon ne cheezon ko matter ko convert kar ke ek aur shakal de di.</w:t>
      </w:r>
    </w:p>
    <w:p>
      <w:pPr>
        <w:jc w:val="right"/>
      </w:pPr>
      <w:r>
        <w:t>پھر مسلمانوں نے Improve کیا، Improve کیا، Improve کیا۔ Improve کر کے انہوں نے کچھ چیزیں بنائیں۔ لیکن Western People جو ہیں انہوں نے چیزوں کو Matter کو Convert کر کے ایک اور شکل دے دی۔</w:t>
      </w:r>
    </w:p>
    <w:p>
      <w:r>
        <w:rPr>
          <w:b/>
        </w:rPr>
        <w:t xml:space="preserve">[30:48] </w:t>
      </w:r>
      <w:r>
        <w:t>woh cheezein maujood theen Nature mein lekin musalman is ko daryaft nahi kar sakte thay, kar sake thay. to yeh bohat bari cheez hai conversion. yeh jo aap mobile haath mein liye rehte hain, yeh jo camera tasveer leta hai yeh sab kya hai?</w:t>
      </w:r>
    </w:p>
    <w:p>
      <w:pPr>
        <w:jc w:val="right"/>
      </w:pPr>
      <w:r>
        <w:t>وہ چیزیں موجود تھیں Nature میں لیکن مسلمان اس کو دریافت نہیں کر سکتے تھے، کر سکے تھے۔ تو یہ بہت بڑی چیز ہے Conversion۔ یہ جو آپ موبائل ہاتھ میں لیے رہتے ہیں، یہ جو کیمرہ تصویر لیتا ہے یہ سب کیا ہے؟</w:t>
      </w:r>
    </w:p>
    <w:p>
      <w:r>
        <w:rPr>
          <w:b/>
        </w:rPr>
        <w:t xml:space="preserve">[31:01] </w:t>
      </w:r>
      <w:r>
        <w:t>conversion hai. hawai jahaz conversion hai. motor car conversion hai. mobile conversion hai.</w:t>
      </w:r>
    </w:p>
    <w:p>
      <w:pPr>
        <w:jc w:val="right"/>
      </w:pPr>
      <w:r>
        <w:t>Conversion ہے۔ ہوائی جہاز Conversion ہے۔ موٹر کار Conversion ہے۔ موبائل Conversion ہے۔</w:t>
      </w:r>
    </w:p>
    <w:p>
      <w:r>
        <w:rPr>
          <w:b/>
        </w:rPr>
        <w:t xml:space="preserve">[31:09] </w:t>
      </w:r>
      <w:r>
        <w:t>laptop conversion hai. woh computer conversion hai. yeh saari cheezein jo aap dekhte hain woh conversion hain. woh improvement nahi hai woh.</w:t>
      </w:r>
    </w:p>
    <w:p>
      <w:pPr>
        <w:jc w:val="right"/>
      </w:pPr>
      <w:r>
        <w:t>لیپ ٹاپ Conversion ہے۔ وہ کمپیوٹر Conversion ہے۔ یہ ساری چیزیں جو آپ دیکھتے ہیں وہ Conversion ہیں۔ وہ Improvement نہیں ہے وہ۔</w:t>
      </w:r>
    </w:p>
    <w:p>
      <w:r>
        <w:rPr>
          <w:b/>
        </w:rPr>
        <w:t xml:space="preserve">[31:20] </w:t>
      </w:r>
      <w:r>
        <w:t>improvement ek alag cheez hai, conversion ek alag cheez hai. ab yeh baat jo hai, jo mein arz kar raha hoon is liye ke yeh musalmanon ko batana hai ke tum falsehood mein jeete ho.</w:t>
      </w:r>
    </w:p>
    <w:p>
      <w:pPr>
        <w:jc w:val="right"/>
      </w:pPr>
      <w:r>
        <w:t>Improvement ایک الگ چیز ہے، Conversion ایک الگ چیز ہے۔ اب یہ بات جو ہے جو میں عرض کر رہا ہوں اس لیے کہ یہ مسلمانوں کو بتانا ہے کہ تم Falsehood میں جیتے ہو۔</w:t>
      </w:r>
    </w:p>
    <w:p>
      <w:r>
        <w:rPr>
          <w:b/>
        </w:rPr>
        <w:t xml:space="preserve">[31:33] </w:t>
      </w:r>
      <w:r>
        <w:t>un ko is falsehood se bahar nikalna hai. jab un ke andar haqeeqat pasandi aaye gi tab ja kar cheezon ko samjhein ge, tab ja kar woh kaam karein ge.</w:t>
      </w:r>
    </w:p>
    <w:p>
      <w:pPr>
        <w:jc w:val="right"/>
      </w:pPr>
      <w:r>
        <w:t>ان کو اس Falsehood سے باہر نکالنا ہے۔ جب ان کے اندر حقیقت پسندی آئے گی تب جا کر چیزوں کو سمجھیں گے، تب جا کر وہ کام کریں گے۔</w:t>
      </w:r>
    </w:p>
    <w:p>
      <w:r>
        <w:rPr>
          <w:b/>
        </w:rPr>
        <w:t xml:space="preserve">[31:46] </w:t>
      </w:r>
      <w:r>
        <w:t>to isi mein dunya ki bhi falah hai, isi mein akhirat ki falah bhi hai. mislan aaj dekhiye aaj saari dunya ke musalman kya hain?</w:t>
      </w:r>
    </w:p>
    <w:p>
      <w:pPr>
        <w:jc w:val="right"/>
      </w:pPr>
      <w:r>
        <w:t>تو اسی میں دنیا کی بھی فلاح ہے، اسی میں آخرت کی فلاح بھی ہے۔ مثلاً آج دیکھیے آج ساری دنیا کے مسلمان کیا ہیں؟</w:t>
      </w:r>
    </w:p>
    <w:p>
      <w:r>
        <w:rPr>
          <w:b/>
        </w:rPr>
        <w:t xml:space="preserve">[31:55] </w:t>
      </w:r>
      <w:r>
        <w:t>jeete hain nafrat mein. khaas tor par west se nafrat. America is the enemy number one of Islam. Arab saare kya kehte hain? America adu al Islam raqam wahid.</w:t>
      </w:r>
    </w:p>
    <w:p>
      <w:pPr>
        <w:jc w:val="right"/>
      </w:pPr>
      <w:r>
        <w:t>جیتے ہیں نفرت میں۔ خاص طور پر West سے نفرت۔ امریکہ is the enemy number one of Islam۔ عرب سارے کیا کہتے ہیں؟ امریکہ عدو الاسلام رقم واحد۔</w:t>
      </w:r>
    </w:p>
    <w:p>
      <w:r>
        <w:rPr>
          <w:b/>
        </w:rPr>
        <w:t xml:space="preserve">[32:06] </w:t>
      </w:r>
      <w:r>
        <w:t>yeh falsehood mein jeena hai. inhi logon ne to aap ko yeh sab cheezein di hain. musalmanon ke paas petrol tha lekin un ke paas hawai jahaz nahi thay.</w:t>
      </w:r>
    </w:p>
    <w:p>
      <w:pPr>
        <w:jc w:val="right"/>
      </w:pPr>
      <w:r>
        <w:t>یہ Falsehood میں جینا ہے۔ انہی لوگوں نے تو آپ کو یہ سب چیزیں دی ہیں۔ مسلمانوں کے پاس پٹرول تھا لیکن ان کے پاس ہوائی جہاز نہیں تھے۔</w:t>
      </w:r>
    </w:p>
    <w:p>
      <w:r>
        <w:rPr>
          <w:b/>
        </w:rPr>
        <w:t xml:space="preserve">[32:17] </w:t>
      </w:r>
      <w:r>
        <w:t>un ke paas computer nahi tha, un ke paas factoryan nahi theen. unhon ne petrol ko daryaft kiya, unhon ne matter ko convert kiya, unhon ne ek industrial age dunya mein paida kiya.</w:t>
      </w:r>
    </w:p>
    <w:p>
      <w:pPr>
        <w:jc w:val="right"/>
      </w:pPr>
      <w:r>
        <w:t>ان کے پاس کمپیوٹر نہیں تھا، ان کے پاس فیکٹریاں نہیں تھیں۔ انہوں نے پٹرول کو دریافت کیا، انہوں نے Matter کو Convert کیا، انہوں نے ایک Industrial Age دنیا میں پیدا کیا۔</w:t>
      </w:r>
    </w:p>
    <w:p>
      <w:r>
        <w:rPr>
          <w:b/>
        </w:rPr>
        <w:t xml:space="preserve">[32:28] </w:t>
      </w:r>
      <w:r>
        <w:t>to aap is se, aap is waqt musalman jo hain bilkul is se bekhabar hain. aur sab se bari bekhabari kya hai? ke ahl-e-maghrib ne ek naya daur paida kiya hai jo pro-Islam daur hai, pro-taawaf daur hai.</w:t>
      </w:r>
    </w:p>
    <w:p>
      <w:pPr>
        <w:jc w:val="right"/>
      </w:pPr>
      <w:r>
        <w:t>تو آپ اس سے، آپ اس وقت مسلمان جو ہیں بالکل اس سے بے خبر ہیں۔ اور سب سے بڑی بے خبری کیا ہے؟ کہ اہل مغرب نے ایک نیا دور پیدا کیا ہے جو Pro-Islam دور ہے، Pro-Taawaf دور ہے۔</w:t>
      </w:r>
    </w:p>
    <w:p>
      <w:r>
        <w:rPr>
          <w:b/>
        </w:rPr>
        <w:t xml:space="preserve">[32:45] </w:t>
      </w:r>
      <w:r>
        <w:t>yani muwafiq Islam daur. ek naya daur hai. muwafiq Islam daur. kis tarah woh? yeh western log hain jo dunya mein freedom laye hain, religious freedom.</w:t>
      </w:r>
    </w:p>
    <w:p>
      <w:pPr>
        <w:jc w:val="right"/>
      </w:pPr>
      <w:r>
        <w:t>یعنی موافق اسلام دور۔ ایک نیا دور ہے۔ موافق اسلام دور۔ کس طرح وہ؟ یہ Western لوگ ہیں جو دنیا میں Freedom لائے ہیں، Religious Freedom۔</w:t>
      </w:r>
    </w:p>
    <w:p>
      <w:r>
        <w:rPr>
          <w:b/>
        </w:rPr>
        <w:t xml:space="preserve">[32:58] </w:t>
      </w:r>
      <w:r>
        <w:t>is se pehle dunya mein religious freedom nahi hoti thi.</w:t>
      </w:r>
    </w:p>
    <w:p>
      <w:pPr>
        <w:jc w:val="right"/>
      </w:pPr>
      <w:r>
        <w:t>اس سے پہلے دنیا میں Religious Freedom نہیں ہوتی تھی۔</w:t>
      </w:r>
    </w:p>
    <w:p>
      <w:r>
        <w:rPr>
          <w:b/>
        </w:rPr>
        <w:t xml:space="preserve">[33:03] </w:t>
      </w:r>
      <w:r>
        <w:t>woh democracy laye hain, is se pehle dunya mein democracy nahi hoti thi. woh openness laye hain, is se pehle dunya mein openness nahi hoti thi. woh printing press laye hain, printing press is se pehle maujood nahi thi.</w:t>
      </w:r>
    </w:p>
    <w:p>
      <w:pPr>
        <w:jc w:val="right"/>
      </w:pPr>
      <w:r>
        <w:t>وہ Democracy لائے ہیں، اس سے پہلے دنیا میں Democracy نہیں ہوتی تھی۔ وہ Openness لائے ہیں، اس سے پہلے دنیا میں Openness نہیں ہوتی تھی۔ وہ Printing Press لائے ہیں، Printing Press اس سے پہلے موجود نہیں تھا۔</w:t>
      </w:r>
    </w:p>
    <w:p>
      <w:r>
        <w:rPr>
          <w:b/>
        </w:rPr>
        <w:t xml:space="preserve">[33:15] </w:t>
      </w:r>
      <w:r>
        <w:t>woh computer laye hain, is se pehle computer maujood nahi tha. woh electronic laye hain, is se pehle maujood nahi tha electronic. woh modern jo yeh jis ko kehte hain age of communication woh laye hain jo is se pehle maujood nahi thi.</w:t>
      </w:r>
    </w:p>
    <w:p>
      <w:pPr>
        <w:jc w:val="right"/>
      </w:pPr>
      <w:r>
        <w:t>وہ کمپیوٹر لائے ہیں، اس سے پہلے کمپیوٹر موجود نہیں تھا۔ وہ Electronic لائے ہیں، اس سے پہلے موجود نہیں تھا Electronic۔ وہ Modern جو یہ جس کو کہتے ہیں Age of Communication وہ لائے ہیں جو اس سے پہلے موجود نہیں تھا۔</w:t>
      </w:r>
    </w:p>
    <w:p>
      <w:r>
        <w:rPr>
          <w:b/>
        </w:rPr>
        <w:t xml:space="preserve">[33:31] </w:t>
      </w:r>
      <w:r>
        <w:t>yeh sab kya hai? Islam ke yani Islamic dawah ke liye ek ek ek explosion ho gaya hai. explosion.</w:t>
      </w:r>
    </w:p>
    <w:p>
      <w:pPr>
        <w:jc w:val="right"/>
      </w:pPr>
      <w:r>
        <w:t>یہ سب کیا ہے؟ اسلام کے یعنی Islamic دعویٰ کے لیے ایک ایک ایک Explosion ہو گیا ہے۔ Explosion۔</w:t>
      </w:r>
    </w:p>
    <w:p>
      <w:r>
        <w:rPr>
          <w:b/>
        </w:rPr>
        <w:t xml:space="preserve">[33:42] </w:t>
      </w:r>
      <w:r>
        <w:t>dawah explosion. yeh saari cheezein jo hain dawah ke kaam ke liye intehai had tak mufeed hain. intehai had tak mufeed hain.</w:t>
      </w:r>
    </w:p>
    <w:p>
      <w:pPr>
        <w:jc w:val="right"/>
      </w:pPr>
      <w:r>
        <w:t>دعویٰ Explosion۔ یہ ساری چیزیں جو ہیں دعوتی کام کے لیے انتہائی حد تک مفید ہیں۔ انتہائی حد تک مفید ہیں۔</w:t>
      </w:r>
    </w:p>
    <w:p>
      <w:r>
        <w:rPr>
          <w:b/>
        </w:rPr>
        <w:t xml:space="preserve">[33:51] </w:t>
      </w:r>
      <w:r>
        <w:t>aap ghaur kijiye Quran mein likha hua hai ke is</w:t>
      </w:r>
    </w:p>
    <w:p>
      <w:pPr>
        <w:jc w:val="right"/>
      </w:pPr>
      <w:r>
        <w:t>آپ غور کیجیے قرآن میں لکھا ہوا ہے کہ اس</w:t>
      </w:r>
    </w:p>
    <w:p>
      <w:r>
        <w:rPr>
          <w:b/>
        </w:rPr>
        <w:t xml:space="preserve">[34:00] </w:t>
      </w:r>
      <w:r>
        <w:t>ko parhiye Quran majeed mein.</w:t>
      </w:r>
    </w:p>
    <w:p>
      <w:pPr>
        <w:jc w:val="right"/>
      </w:pPr>
      <w:r>
        <w:t>کو پڑھیے قرآن مجید میں۔</w:t>
      </w:r>
    </w:p>
    <w:p>
      <w:r>
        <w:rPr>
          <w:b/>
        </w:rPr>
        <w:t xml:space="preserve">[34:05] </w:t>
      </w:r>
      <w:r>
        <w:t>dekho is shakhs ko jo ek bande ko rokta hai namaz parhte hue. yani Haram mein jab koi namaz parhta tha us ko marte peet te thay.</w:t>
      </w:r>
    </w:p>
    <w:p>
      <w:pPr>
        <w:jc w:val="right"/>
      </w:pPr>
      <w:r>
        <w:t>دیکھو اس شخص کو جو ایک بندے کو روکتا ہے نماز پڑھتے ہوئے۔ یعنی حرم میں جب کوئی نماز پڑھتا تھا اس کو مارتے پیٹتے تھے۔</w:t>
      </w:r>
    </w:p>
    <w:p>
      <w:r>
        <w:rPr>
          <w:b/>
        </w:rPr>
        <w:t xml:space="preserve">[34:14] </w:t>
      </w:r>
      <w:r>
        <w:t>acha aaj aap ko koi namaz parhne se rokta hai? mein jata hoon jagah, mandaron mein woh kehte hain ke namaz parh lo. church mein kehte hain ke yahin namaz parh lo.</w:t>
      </w:r>
    </w:p>
    <w:p>
      <w:pPr>
        <w:jc w:val="right"/>
      </w:pPr>
      <w:r>
        <w:t>اچھا آج آپ کو کوئی نماز پڑھنے سے روکتا ہے؟ میں جاتا ہوں جگہ، مندروں میں وہ کہتے ہیں کہ نماز پڑھ لو۔ چرچ میں کہتے ہیں کہ یہیں نماز پڑھ لو۔</w:t>
      </w:r>
    </w:p>
    <w:p>
      <w:r>
        <w:rPr>
          <w:b/>
        </w:rPr>
        <w:t xml:space="preserve">[34:25] </w:t>
      </w:r>
      <w:r>
        <w:t>girja mein, woh gurudware mein kahin namaz parh lo. aaj kaun rokta hai aap ko? is waqt aap namaz parhte thay to aap ko marte peet te thay.</w:t>
      </w:r>
    </w:p>
    <w:p>
      <w:pPr>
        <w:jc w:val="right"/>
      </w:pPr>
      <w:r>
        <w:t>گرجا میں، وہ گردوارے میں کہیں نماز پڑھ لو۔ آج کون روکتا ہے آپ کو؟ اس وقت آپ نماز پڑھتے تھے تو آپ کو مارتے پیٹتے تھے۔</w:t>
      </w:r>
    </w:p>
    <w:p>
      <w:r>
        <w:rPr>
          <w:b/>
        </w:rPr>
        <w:t xml:space="preserve">[34:36] </w:t>
      </w:r>
      <w:r>
        <w:t>yeh Quran mein likha hua hai.</w:t>
      </w:r>
    </w:p>
    <w:p>
      <w:pPr>
        <w:jc w:val="right"/>
      </w:pPr>
      <w:r>
        <w:t>یہ قرآن میں لکھا ہوا ہے۔</w:t>
      </w:r>
    </w:p>
    <w:p>
      <w:r>
        <w:rPr>
          <w:b/>
        </w:rPr>
        <w:t xml:space="preserve">[34:40] </w:t>
      </w:r>
      <w:r>
        <w:t>yeh yeh ek naya daur hai, yeh kaun laye hain yeh daur? ahl-e-maghrib laye hain yeh daur. yeh daur ahl-e-maghrib laye hain ke aap ko ibadat ki azadi hai, aap ko apne mazhab par amal karne ki azadi hai,</w:t>
      </w:r>
    </w:p>
    <w:p>
      <w:pPr>
        <w:jc w:val="right"/>
      </w:pPr>
      <w:r>
        <w:t>یہ یہ ایک نیا دور ہے، یہ کون لایا ہے یہ دور؟ اہل مغرب لائے ہیں یہ دور۔ یہ دور اہل مغرب لائے ہیں کہ آپ کو عبادت کی آزادی ہے، آپ کو اپنے مذہب پر عمل کرنے کی آزادی ہے،</w:t>
      </w:r>
    </w:p>
    <w:p>
      <w:r>
        <w:rPr>
          <w:b/>
        </w:rPr>
        <w:t xml:space="preserve">[34:55] </w:t>
      </w:r>
      <w:r>
        <w:t>aap ko dawat ki aazadi hai, aap ko apne yani aap ko doosre ke khilaaf khule izhaar-e-khayal ki aazadi hai.</w:t>
      </w:r>
    </w:p>
    <w:p>
      <w:pPr>
        <w:jc w:val="right"/>
      </w:pPr>
      <w:r>
        <w:t>آپ کو دعوت کی آزادی ہے، آپ کو اپنے یعنی آپ کو دوسرے کے خلاف کھلے اظہار خیال کی آزادی ہے۔</w:t>
      </w:r>
    </w:p>
    <w:p>
      <w:r>
        <w:rPr>
          <w:b/>
        </w:rPr>
        <w:t xml:space="preserve">[35:07] </w:t>
      </w:r>
      <w:r>
        <w:t>jaise main ek misaal deta hoon. ek martaba main wahan tha birmingham mein. yani england ke teen bade shehar hote hain: london, birmingham, manchester.</w:t>
      </w:r>
    </w:p>
    <w:p>
      <w:pPr>
        <w:jc w:val="right"/>
      </w:pPr>
      <w:r>
        <w:t>جیسے میں ایک مثال دیتا ہوں۔ ایک مرتبہ میں وہاں تھا برمنگھم میں۔ یعنی انگلینڈ کے تین بڑے شہر ہوتے ہیں: لندن، برمنگھم، مانچسٹر۔</w:t>
      </w:r>
    </w:p>
    <w:p>
      <w:r>
        <w:rPr>
          <w:b/>
        </w:rPr>
        <w:t xml:space="preserve">[35:20] </w:t>
      </w:r>
      <w:r>
        <w:t>to birmingham mein main tha. to jin sahib ke haan thehra hua tha, woh ek musalman thay. to wahan kuch Christian ladke kaam kar rahe thay un ke haan.</w:t>
      </w:r>
    </w:p>
    <w:p>
      <w:pPr>
        <w:jc w:val="right"/>
      </w:pPr>
      <w:r>
        <w:t>تو برمنگھم میں میں تھا۔ تو جن صاحب کے ہاں ٹھہرا ہوا تھا، وہ ایک مسلمان تھے۔ تو وہاں کچھ Christian لڑکے کام کر رہے تھے ان کے ہاں۔</w:t>
      </w:r>
    </w:p>
    <w:p>
      <w:r>
        <w:rPr>
          <w:b/>
        </w:rPr>
        <w:t xml:space="preserve">[35:30] </w:t>
      </w:r>
      <w:r>
        <w:t>kuch Christian ladke, ghaliban teen ladke thay. to jo sahib-e-khana thay unhon ne is se kaha ke tumhari clergy tum ko bohat bewakoof banati hai.</w:t>
      </w:r>
    </w:p>
    <w:p>
      <w:pPr>
        <w:jc w:val="right"/>
      </w:pPr>
      <w:r>
        <w:t>کچھ Christian لڑکے، غالباً تین لڑکے تھے۔ تو جو صاحب خانہ تھے انہوں نے اس سے کہا کہ تمہاری کلرجی تم کو بہت بیوقوف بناتی ہے۔</w:t>
      </w:r>
    </w:p>
    <w:p>
      <w:r>
        <w:rPr>
          <w:b/>
        </w:rPr>
        <w:t xml:space="preserve">[35:42] </w:t>
      </w:r>
      <w:r>
        <w:t>ek Christian se keh rahe hain ke tumhari clergy tum ko bohat bewakoof banati hai. phir unhon ne bataya ke tumhari clergy jo hai Atonement ka nazariya pesh kiya hai is ne.</w:t>
      </w:r>
    </w:p>
    <w:p>
      <w:pPr>
        <w:jc w:val="right"/>
      </w:pPr>
      <w:r>
        <w:t>ایک Christian سے کہہ رہے ہیں کہ تمہاری کلرجی تم کو بہت بیوقوف بناتی ہے۔ پھر انہوں نے بتایا کہ تمہاری کلرجی جو ہے Atonement کا نظریہ پیش کیا ہے اس نے۔</w:t>
      </w:r>
    </w:p>
    <w:p>
      <w:r>
        <w:rPr>
          <w:b/>
        </w:rPr>
        <w:t xml:space="preserve">[35:53] </w:t>
      </w:r>
      <w:r>
        <w:t>yani gunah doosra kare aur is ka bhugtaan doosra bhugte. kyunke un ka nazariya yeh hai ke ke Hazrat Adam ke baad shayad duniya gunahgaar ho chuki hai aur Hazrat Isa jo sooli par charhe is se un ke gunah ka kaffara hua.</w:t>
      </w:r>
    </w:p>
    <w:p>
      <w:pPr>
        <w:jc w:val="right"/>
      </w:pPr>
      <w:r>
        <w:t>یعنی گناہ دوسرا کرے اور اس کا بھگتان دوسرا بھگتے۔ کیونکہ ان کا نظریہ یہ ہے کہ کہ حضرت آدم کے بعد شاید دنیا گنہگار ہو چکی ہے اور حضرت عیسیٰ جو سولی پر چڑھے اس سے ان کے گناہ کا کفارہ ہوا۔</w:t>
      </w:r>
    </w:p>
    <w:p>
      <w:r>
        <w:rPr>
          <w:b/>
        </w:rPr>
        <w:t xml:space="preserve">[36:12] </w:t>
      </w:r>
      <w:r>
        <w:t>to unhon ne kaha ke dekho bewakoof banati hai tum ko. gunah to koi karega, koi bhugtega. to woh ladke kehte hain Mr. Khan you areright.</w:t>
      </w:r>
    </w:p>
    <w:p>
      <w:pPr>
        <w:jc w:val="right"/>
      </w:pPr>
      <w:r>
        <w:t>تو انہوں نے کہا کہ دیکھو بیوقوف بناتی ہے تم کو۔ گناہ تو کوئی کرے گا، کوئی بھگتے گا۔ تو وہ لڑکے کہتے ہیں Mr. Khan you areright۔</w:t>
      </w:r>
    </w:p>
    <w:p>
      <w:r>
        <w:rPr>
          <w:b/>
        </w:rPr>
        <w:t xml:space="preserve">[36:22] </w:t>
      </w:r>
      <w:r>
        <w:t>yeh saada baat nahi hai. aaj se pehle yeh waqea mumkin nahi tha. koi apne mazhab ke khilaaf soch nahi sakta tha.</w:t>
      </w:r>
    </w:p>
    <w:p>
      <w:pPr>
        <w:jc w:val="right"/>
      </w:pPr>
      <w:r>
        <w:t>یہ سادہ بات نہیں ہے۔ آج سے پہلے یہ واقعہ ممکن نہیں تھا۔ کوئی اپنے مذہب کے خلاف سوچ نہیں سکتا تھا۔</w:t>
      </w:r>
    </w:p>
    <w:p>
      <w:r>
        <w:rPr>
          <w:b/>
        </w:rPr>
        <w:t xml:space="preserve">[36:34] </w:t>
      </w:r>
      <w:r>
        <w:t>isi waqt woh maarte hain un ko. aaj se pehle koi aisa soch nahi sakta tha. aap dekhiye tamam nabiyon ke zamanay mein yahi hua ke maar peet hoti rahi.</w:t>
      </w:r>
    </w:p>
    <w:p>
      <w:pPr>
        <w:jc w:val="right"/>
      </w:pPr>
      <w:r>
        <w:t>اسی وقت وہ مارتے ہیں ان کو۔ آج سے پہلے کوئی ایسا سوچ نہیں سکتا تھا۔ آپ دیکھیے تمام نبیوں کے زمانے میں یہی ہوا کہ مار پیٹ ہوتی رہی۔</w:t>
      </w:r>
    </w:p>
    <w:p>
      <w:r>
        <w:rPr>
          <w:b/>
        </w:rPr>
        <w:t xml:space="preserve">[36:45] </w:t>
      </w:r>
      <w:r>
        <w:t>Rasool Allah ke zamanay mein shuru mein hua maar peet hoti thi. kyunke woh zaman tha Religious Persecution ka zamanay. mazhabi jabr ka zamanay.</w:t>
      </w:r>
    </w:p>
    <w:p>
      <w:pPr>
        <w:jc w:val="right"/>
      </w:pPr>
      <w:r>
        <w:t>رسول اللہ کے زمانے میں شروع میں ہوا مار پیٹ ہوتی تھی۔ کیونکہ وہ زمانہ تھا Religious Persecution کا زمانہ۔ مذہبی جبر کا زمانہ۔</w:t>
      </w:r>
    </w:p>
    <w:p>
      <w:r>
        <w:rPr>
          <w:b/>
        </w:rPr>
        <w:t xml:space="preserve">[36:55] </w:t>
      </w:r>
      <w:r>
        <w:t>ab saari duniya mein Religious Freedom ka zamanay hai.</w:t>
      </w:r>
    </w:p>
    <w:p>
      <w:pPr>
        <w:jc w:val="right"/>
      </w:pPr>
      <w:r>
        <w:t>اب ساری دنیا میں Religious Freedom کا زمانہ ہے۔</w:t>
      </w:r>
    </w:p>
    <w:p>
      <w:r>
        <w:rPr>
          <w:b/>
        </w:rPr>
        <w:t xml:space="preserve">[37:02] </w:t>
      </w:r>
      <w:r>
        <w:t>aise hi dekhiye aap jab nikle duniya mein Islam phailanay ke liye to kahin jangal haa'il tha, kahin samandar rukawat tha, kahin koi mulk rukawat tha.</w:t>
      </w:r>
    </w:p>
    <w:p>
      <w:pPr>
        <w:jc w:val="right"/>
      </w:pPr>
      <w:r>
        <w:t>ایسے ہی دیکھیے آپ جب نکلے دنیا میں اسلام پھیلانے کے لیے تو کہیں جنگل حائل تھا، کہیں سمندر رکاوٹ تھا، کہیں کوئی ملک رکاوٹ تھا۔</w:t>
      </w:r>
    </w:p>
    <w:p>
      <w:r>
        <w:rPr>
          <w:b/>
        </w:rPr>
        <w:t xml:space="preserve">[37:15] </w:t>
      </w:r>
      <w:r>
        <w:t>aaj Modern Communication ke zamanay mein hum yahan bol rahe hain aur saari duniya mein log sun rahe hain. kaisa ajeeb hai. kabhi is se pehle mumkin nahi tha ke ek daa'i ek maqam par bolay aur saari duniya mein us ko suna jaye.</w:t>
      </w:r>
    </w:p>
    <w:p>
      <w:pPr>
        <w:jc w:val="right"/>
      </w:pPr>
      <w:r>
        <w:t>آج Modern Communication کے زمانے میں ہم یہاں بول رہے ہیں اور ساری دنیا میں لوگ سن رہے ہیں۔ کیسا عجیب ہے۔ کبھی اس سے پہلے ممکن نہیں تھا کہ ایک داعی ایک مقام پر بولے اور ساری دنیا میں اس کو سنا جائے۔</w:t>
      </w:r>
    </w:p>
    <w:p>
      <w:r>
        <w:rPr>
          <w:b/>
        </w:rPr>
        <w:t xml:space="preserve">[37:30] </w:t>
      </w:r>
      <w:r>
        <w:t>yeh kis ne kiya? yeh daur kaun laya? yeh ahl-e-maghrib laye. ahl-e-maghrib yeh laye yeh daur ke ab na jangal rukawat hai, na samandar rukawat hai,</w:t>
      </w:r>
    </w:p>
    <w:p>
      <w:pPr>
        <w:jc w:val="right"/>
      </w:pPr>
      <w:r>
        <w:t>یہ کس نے کیا؟ یہ دور کون لایا؟ یہ اہل مغرب لائے۔ اہل مغرب یہ لائے یہ دور کہ اب نہ جنگل رکاوٹ ہے، نہ سمندر رکاوٹ ہے،</w:t>
      </w:r>
    </w:p>
    <w:p>
      <w:r>
        <w:rPr>
          <w:b/>
        </w:rPr>
        <w:t xml:space="preserve">[37:45] </w:t>
      </w:r>
      <w:r>
        <w:t>na koi hukoomat rukawat hai. deewarein sab toot gayeen. saari deewarein toot chuki hain. aap ek jagah boliye aur saari duniya mein awaaz suni jayegi.</w:t>
      </w:r>
    </w:p>
    <w:p>
      <w:pPr>
        <w:jc w:val="right"/>
      </w:pPr>
      <w:r>
        <w:t>نہ کوئی حکومت رکاوٹ ہے۔ دیواریں سب ٹوٹ گئیں۔ ساری دیواریں ٹوٹ چکی ہیں۔ آپ ایک جگہ بولیے اور ساری دنیا میں آواز سنی جائے گی۔</w:t>
      </w:r>
    </w:p>
    <w:p>
      <w:r>
        <w:rPr>
          <w:b/>
        </w:rPr>
        <w:t xml:space="preserve">[37:56] </w:t>
      </w:r>
      <w:r>
        <w:t>to yeh sab bekhabar, musalman hain, musalman is se bekhabar hain. mujhe koi ek musalman nahi maloom, na Mr., na Molvi, jo jaanta ho is haqeeqat ko.</w:t>
      </w:r>
    </w:p>
    <w:p>
      <w:pPr>
        <w:jc w:val="right"/>
      </w:pPr>
      <w:r>
        <w:t>تو یہ سب بے خبر، مسلمان ہیں، مسلمان اس سے بے خبر ہیں۔ مجھے کوئی ایک مسلمان نہیں معلوم، نہ مسٹر، نہ مولوی، جو جانتا ہو اس حقیقت کو۔</w:t>
      </w:r>
    </w:p>
    <w:p>
      <w:r>
        <w:rPr>
          <w:b/>
        </w:rPr>
        <w:t xml:space="preserve">[38:05] </w:t>
      </w:r>
      <w:r>
        <w:t>kyun? woh jee rahe hain Falsehood mein. Falsehood mein. Quran mein Yahood ke baray mein hai.</w:t>
      </w:r>
    </w:p>
    <w:p>
      <w:pPr>
        <w:jc w:val="right"/>
      </w:pPr>
      <w:r>
        <w:t>کیوں؟ وہ جی رہے ہیں Falsehood میں۔ Falsehood میں۔ قرآن میں یہود کے بارے میں ہے۔</w:t>
      </w:r>
    </w:p>
    <w:p>
      <w:r>
        <w:rPr>
          <w:b/>
        </w:rPr>
        <w:t xml:space="preserve">[38:15] </w:t>
      </w:r>
      <w:r>
        <w:t>dekhiye Falsehood paida kyun hota hai? Quran mein Yahood, Quran mein jis Yahood ka zikr hai yaad rakhiye woh qadeem Yahood hain, aaj ka Yahood nahi hai.</w:t>
      </w:r>
    </w:p>
    <w:p>
      <w:pPr>
        <w:jc w:val="right"/>
      </w:pPr>
      <w:r>
        <w:t>دیکھیے Falsehood پیدا کیوں ہوتا ہے؟ قرآن میں یہود، قرآن میں جس یہود کا ذکر ہے یاد رکھیے وہ قدیم یہود ہیں، آج کا یہود نہیں ہے۔</w:t>
      </w:r>
    </w:p>
    <w:p>
      <w:r>
        <w:rPr>
          <w:b/>
        </w:rPr>
        <w:t xml:space="preserve">[38:25] </w:t>
      </w:r>
      <w:r>
        <w:t>yeh bhi samajh lijiye ke aap log samajhte hain Quran parh kar ke aaj ka Yahood bhi waisa hi hai. yeh qadeem Yahood ke baray mein hai. aaj ka jo Yahoodi hai us ne Scientific Education li.</w:t>
      </w:r>
    </w:p>
    <w:p>
      <w:pPr>
        <w:jc w:val="right"/>
      </w:pPr>
      <w:r>
        <w:t>یہ بھی سمجھ لیجیے کہ آپ لوگ سمجھتے ہیں قرآن پڑھ کر کہ آج کا یہود بھی ویسا ہی ہے۔ یہ قدیم یہود کے بارے میں ہے۔ آج کا جو یہودی ہے اس نے Scientific Education لی۔</w:t>
      </w:r>
    </w:p>
    <w:p>
      <w:r>
        <w:rPr>
          <w:b/>
        </w:rPr>
        <w:t xml:space="preserve">[38:37] </w:t>
      </w:r>
      <w:r>
        <w:t>Scientific Education bilkul mukhtalif ho chuka hai woh. maslan dekhiye main naamdin mein rehta hoon. aaj kal musalman yahan ziyada ho gaye hain.</w:t>
      </w:r>
    </w:p>
    <w:p>
      <w:pPr>
        <w:jc w:val="right"/>
      </w:pPr>
      <w:r>
        <w:t>Scientific Education بالکل مختلف ہو چکا ہے وہ۔ مثلاً دیکھیے میں نام الدین میں رہتا ہوں۔ آج کل مسلمان یہاں زیادہ ہو گئے ہیں۔</w:t>
      </w:r>
    </w:p>
    <w:p>
      <w:r>
        <w:rPr>
          <w:b/>
        </w:rPr>
        <w:t xml:space="preserve">[38:48] </w:t>
      </w:r>
      <w:r>
        <w:t>aur itna shor hota tha, shor hota hai. raat din shor. New York mein main gaya Yahoodiyon ki basti mein, Yahoodi colony mein.</w:t>
      </w:r>
    </w:p>
    <w:p>
      <w:pPr>
        <w:jc w:val="right"/>
      </w:pPr>
      <w:r>
        <w:t>اور اتنا شور ہوتا تھا، شور ہوتا ہے۔ رات دن شور۔ نیویارک میں میں گیا یہودیوں کی بستی میں، یہودی کالونی میں۔</w:t>
      </w:r>
    </w:p>
    <w:p>
      <w:r>
        <w:rPr>
          <w:b/>
        </w:rPr>
        <w:t xml:space="preserve">[38:58] </w:t>
      </w:r>
      <w:r>
        <w:t>wahan bilkul sukoon tha, ek dam Peace tha. koi shor nahi. yeh hai aaj ka Yahoodi jo hai woh Scientific Education pa kar ke bilkul mukhtalif ho chuka hai.</w:t>
      </w:r>
    </w:p>
    <w:p>
      <w:pPr>
        <w:jc w:val="right"/>
      </w:pPr>
      <w:r>
        <w:t>وہاں بالکل سکون تھا، ایک دم Peace تھا۔ کوئی شور نہیں۔ یہ ہے آج کا یہودی جو ہے وہ Scientific Education پا کر کے بالکل مختلف ہو چکا ہے۔</w:t>
      </w:r>
    </w:p>
    <w:p>
      <w:r>
        <w:rPr>
          <w:b/>
        </w:rPr>
        <w:t xml:space="preserve">[39:11] </w:t>
      </w:r>
      <w:r>
        <w:t>bilkul mukhtalif. main wahan gaya Jerusalem mein ek conference thi. jis mein ke Palestinian naujawan bhi bulaye gaye thay aur Yahoodi naujawan bhi.</w:t>
      </w:r>
    </w:p>
    <w:p>
      <w:pPr>
        <w:jc w:val="right"/>
      </w:pPr>
      <w:r>
        <w:t>بالکل مختلف۔ میں وہاں گیا یروشلم میں ایک کانفرنس تھی۔ جس میں کہ فلسطینی نوجوان بھی بلائے گئے تھے اور یہودی نوجوان بھی۔</w:t>
      </w:r>
    </w:p>
    <w:p>
      <w:r>
        <w:rPr>
          <w:b/>
        </w:rPr>
        <w:t xml:space="preserve">[39:23] </w:t>
      </w:r>
      <w:r>
        <w:t>to main ne dekha ke kai Palestinian naujawan khauf farraray angrezi bol rahe thay. to main ne socha ke bhai yeh kahan, unhon ne angrezi parhi?</w:t>
      </w:r>
    </w:p>
    <w:p>
      <w:pPr>
        <w:jc w:val="right"/>
      </w:pPr>
      <w:r>
        <w:t>تو میں نے دیکھا کہ کئی فلسطینی نوجوان خوف فرفرے انگریزی بول رہے تھے۔ تو میں نے سوچا کہ بھئی یہ کہاں، انہوں نے انگریزی پڑھی؟</w:t>
      </w:r>
    </w:p>
    <w:p>
      <w:r>
        <w:rPr>
          <w:b/>
        </w:rPr>
        <w:t xml:space="preserve">[39:33] </w:t>
      </w:r>
      <w:r>
        <w:t>kyunke hum to akhbaron mein parhte hain ke Palestinian ilaqay mein rozana bomb girta hai. to maloom hua ke yeh jo Palestinian naujawan hain yeh woh hain jo Israel mein rehte hain.</w:t>
      </w:r>
    </w:p>
    <w:p>
      <w:pPr>
        <w:jc w:val="right"/>
      </w:pPr>
      <w:r>
        <w:t>کیونکہ ہم تو اخباروں میں پڑھتے ہیں کہ فلسطینی علاقے میں روزانہ بم گرتا ہے۔ تو معلوم ہوا کہ یہ جو فلسطینی نوجوان ہیں یہ وہ ہیں جو اسرائیل میں رہتے ہیں۔</w:t>
      </w:r>
    </w:p>
    <w:p>
      <w:r>
        <w:rPr>
          <w:b/>
        </w:rPr>
        <w:t xml:space="preserve">[39:45] </w:t>
      </w:r>
      <w:r>
        <w:t>aaj bhi israel mein arab rehte hain. aaj bhi. aur koi rukawat nahin hai in ko. khule taur par wohi parhte hain schoolon mein jis tarah yahoodi bachche parhte hain.</w:t>
      </w:r>
    </w:p>
    <w:p>
      <w:pPr>
        <w:jc w:val="right"/>
      </w:pPr>
      <w:r>
        <w:t>آج بھی اسرائیل میں عرب رہتے ہیں۔ آج بھی۔ اور کوئی رکاوٹ نہیں ہے ان کو۔ کھلے طور پر وہی پڑھتے ہیں اسکولوں میں جس طرح یہودی بچے پڑھتے ہیں۔</w:t>
      </w:r>
    </w:p>
    <w:p>
      <w:r>
        <w:rPr>
          <w:b/>
        </w:rPr>
        <w:t xml:space="preserve">[39:55] </w:t>
      </w:r>
      <w:r>
        <w:t>yeh kya hai? aaj ke yahoodi ka jo zehan hai. aaj ka yahoodi woh nahin hai jo jis ko aap parhte hain apni kitabon mein. aaj ke yahoodi ke andar Scientific Thinking hai.</w:t>
      </w:r>
    </w:p>
    <w:p>
      <w:pPr>
        <w:jc w:val="right"/>
      </w:pPr>
      <w:r>
        <w:t>یہ کیا ہے؟ آج کے یہودی کا جو ذہن ہے۔ آج کا یہودی وہ نہیں ہے جو جس کو آپ پڑھتے ہیں اپنی کتابوں میں۔ آج کے یہودی کے اندر Scientific Thinking ہے۔</w:t>
      </w:r>
    </w:p>
    <w:p>
      <w:r>
        <w:rPr>
          <w:b/>
        </w:rPr>
        <w:t xml:space="preserve">[40:07] </w:t>
      </w:r>
      <w:r>
        <w:t>woh yani Modern Thinking hai. woh Falsehood mein nahin jeeta hai aaj ka yahoodi. aur musalman abhi tak Falsehood mein jee rahe hain.</w:t>
      </w:r>
    </w:p>
    <w:p>
      <w:pPr>
        <w:jc w:val="right"/>
      </w:pPr>
      <w:r>
        <w:t>وہ یعنی Modern Thinking ہے۔ وہ Falsehood میں نہیں جیتا ہے آج کا یہودی۔ اور مسلمان ابھی تک Falsehood میں جی رہے ہیں۔</w:t>
      </w:r>
    </w:p>
    <w:p>
      <w:r>
        <w:rPr>
          <w:b/>
        </w:rPr>
        <w:t xml:space="preserve">[40:17] </w:t>
      </w:r>
      <w:r>
        <w:t>unhein kuch khabar nahin ke aaj ki duniya mein kya ho raha hai. khud israel mein dawat ke mawaqe isi tarah hain jis tarah india mein mawaqe hain.</w:t>
      </w:r>
    </w:p>
    <w:p>
      <w:pPr>
        <w:jc w:val="right"/>
      </w:pPr>
      <w:r>
        <w:t>انہیں کچھ خبر نہیں کہ آج کی دنیا میں کیا ہو رہا ہے۔ خود اسرائیل میں دعوت کے مواقع اسی طرح ہیں جس طرح انڈیا میں مواقع ہیں۔</w:t>
      </w:r>
    </w:p>
    <w:p>
      <w:r>
        <w:rPr>
          <w:b/>
        </w:rPr>
        <w:t xml:space="preserve">[40:29] </w:t>
      </w:r>
      <w:r>
        <w:t>khud israel mein. kyun? aaj ka israel jo hai woh Scientific Education ne is ko bilkul badal diya hai.</w:t>
      </w:r>
    </w:p>
    <w:p>
      <w:pPr>
        <w:jc w:val="right"/>
      </w:pPr>
      <w:r>
        <w:t>خود اسرائیل میں۔ کیوں؟ آج کا اسرائیل جو ہے وہ Scientific Education نے اس کو بالکل بدل دیا ہے۔</w:t>
      </w:r>
    </w:p>
    <w:p>
      <w:r>
        <w:rPr>
          <w:b/>
        </w:rPr>
        <w:t xml:space="preserve">[40:39] </w:t>
      </w:r>
      <w:r>
        <w:t>woh yahoodi yeh nahin hai jo maarta peetta tha pehle. aaj aap israel jayen, wahan aap aala Education len, wahan aap dawah Work karen, wahan aap namaz parhen, wahan aap is deeni tarbiyat dikhayen, koi rukawat nahin.</w:t>
      </w:r>
    </w:p>
    <w:p>
      <w:pPr>
        <w:jc w:val="right"/>
      </w:pPr>
      <w:r>
        <w:t>وہ یہودی یہ نہیں ہے جو مارتا پیٹتا تھا پہلے۔ آج آپ اسرائیل جائیں، وہاں آپ اعلیٰ Education لیں، وہاں آپ دعویٰ Work کریں، وہاں آپ نماز پڑھیں، وہاں آپ اس دینی تربیت دکھائیں، کوئی رکاوٹ نہیں۔</w:t>
      </w:r>
    </w:p>
    <w:p>
      <w:r>
        <w:rPr>
          <w:b/>
        </w:rPr>
        <w:t xml:space="preserve">[40:52] </w:t>
      </w:r>
      <w:r>
        <w:t>kuch bhi rukawat nahin. toh yahoodi jo hain Scientific Education ne un ko badal diya. lekin musalman waise ke waise hi hain aaj bhi.</w:t>
      </w:r>
    </w:p>
    <w:p>
      <w:pPr>
        <w:jc w:val="right"/>
      </w:pPr>
      <w:r>
        <w:t>کچھ بھی رکاوٹ نہیں۔ تو یہودی جو ہیں Scientific Education نے ان کو بدل دیا۔ لیکن مسلمان ویسے کے ویسے ہی ہیں آج بھی۔</w:t>
      </w:r>
    </w:p>
    <w:p>
      <w:r>
        <w:rPr>
          <w:b/>
        </w:rPr>
        <w:t xml:space="preserve">[41:03] </w:t>
      </w:r>
      <w:r>
        <w:t>musalman wohi halat hai in ki. toh ek lafz hai jis ko kehte hain Jewish Supremacy. Jewish Supremacy bhi kitaben likhi gayi hain.</w:t>
      </w:r>
    </w:p>
    <w:p>
      <w:pPr>
        <w:jc w:val="right"/>
      </w:pPr>
      <w:r>
        <w:t>مسلمان وہی حالت ہے ان کی۔ تو ایک لفظ ہے جس کو کہتے ہیں Jewish Supremacy۔ Jewish Supremacy بھی کتابیں لکھی گئی ہیں۔</w:t>
      </w:r>
    </w:p>
    <w:p>
      <w:r>
        <w:rPr>
          <w:b/>
        </w:rPr>
        <w:t xml:space="preserve">[41:14] </w:t>
      </w:r>
      <w:r>
        <w:t>yani yahoodi ehsas bartari. Jewish Supremacy. toh Jewish Supremacy toh ab kam hai lekin ab Muslim Supremacy zyada hai.</w:t>
      </w:r>
    </w:p>
    <w:p>
      <w:pPr>
        <w:jc w:val="right"/>
      </w:pPr>
      <w:r>
        <w:t>یعنی یہودی احساس برتری۔ Jewish Supremacy۔ تو Jewish Supremacy تو اب کم ہے لیکن اب مسلم Supremacy زیادہ ہے۔</w:t>
      </w:r>
    </w:p>
    <w:p>
      <w:r>
        <w:rPr>
          <w:b/>
        </w:rPr>
        <w:t xml:space="preserve">[41:26] </w:t>
      </w:r>
      <w:r>
        <w:t>ehsas bartari mein jeena. hum hi sab kuch the. toh aaj musalmanon ko, Present mein toh hasil nahin hai. toh Past mein jo un ki Glory thi, un ka Empire tha, us ko le kar kehte hain ke hum the, hum the.</w:t>
      </w:r>
    </w:p>
    <w:p>
      <w:pPr>
        <w:jc w:val="right"/>
      </w:pPr>
      <w:r>
        <w:t>احساس برتری میں جینا۔ ہم ہی سب کچھ تھے۔ تو آج مسلمانوں کو، Present میں تو حاصل نہیں ہے۔ تو Past میں جو ان کی Glory تھی، ان کا Empire تھا، اس کو لے کر کہتے ہیں کہ ہم تھے، ہم تھے۔</w:t>
      </w:r>
    </w:p>
    <w:p>
      <w:r>
        <w:rPr>
          <w:b/>
        </w:rPr>
        <w:t xml:space="preserve">[41:43] </w:t>
      </w:r>
      <w:r>
        <w:t>toh ek aisi Glory jo ja chuki hai us mein jeete hain musalman. us ko kehte hain Paranoia. aaj saare musalman Paranoic Character ban gaye hain.</w:t>
      </w:r>
    </w:p>
    <w:p>
      <w:pPr>
        <w:jc w:val="right"/>
      </w:pPr>
      <w:r>
        <w:t>تو ایک ایسی Glory جو جا چکی ہے اس میں جیتے ہیں مسلمان۔ اس کو کہتے ہیں Paranoia۔ آج سارے مسلمان Paranoic Character بن گئے ہیں۔</w:t>
      </w:r>
    </w:p>
    <w:p>
      <w:r>
        <w:rPr>
          <w:b/>
        </w:rPr>
        <w:t xml:space="preserve">[41:54] </w:t>
      </w:r>
      <w:r>
        <w:t>woh guzri hui Glory mein jeete hain. un ka aadmi kehta hai ke hum hain jinho ne duniya ko Taj Mahal ki khoobsurti di, hum hain jinho ne duniya ko toh Lal Qila ki azmaten deen, hum hain jis ne duniya ko Qutub Minar ki bulandiyan deen.</w:t>
      </w:r>
    </w:p>
    <w:p>
      <w:pPr>
        <w:jc w:val="right"/>
      </w:pPr>
      <w:r>
        <w:t>وہ گزری ہوئی Glory میں جیتے ہیں۔ ان کا آدمی کہتا ہے کہ ہم ہیں جنہوں نے دنیا کو تاج محل کی خوبصورتی دی، ہم ہیں جنہوں نے دنیا کو تو لال قلعہ کی عظمتیں دیں، ہم ہیں جس نے دنیا کو قطب مینار کی بلندیاں دیں۔</w:t>
      </w:r>
    </w:p>
    <w:p>
      <w:r>
        <w:rPr>
          <w:b/>
        </w:rPr>
        <w:t xml:space="preserve">[42:11] </w:t>
      </w:r>
      <w:r>
        <w:t>yeh mazi ki cheezon mein fakhr karna. yeh hai Falsehood mein jeena, musalmanon ko is Falsehood se nikalna hai.</w:t>
      </w:r>
    </w:p>
    <w:p>
      <w:pPr>
        <w:jc w:val="right"/>
      </w:pPr>
      <w:r>
        <w:t>یہ ماضی کی چیزوں میں فخر کرنا۔ یہ ہے Falsehood میں جینا، مسلمانوں کو اس Falsehood سے نکالنا ہے۔</w:t>
      </w:r>
    </w:p>
    <w:p>
      <w:r>
        <w:rPr>
          <w:b/>
        </w:rPr>
        <w:t xml:space="preserve">[42:20] </w:t>
      </w:r>
      <w:r>
        <w:t>tab un ke andar koi nayi bagni shuru hogi. warna koi bagni hone wali nahin hai. musalmanon ki sab se bari khair khwahi yeh hai ke un ko bataya jaye ke tum Falsehood mein jeete ho.</w:t>
      </w:r>
    </w:p>
    <w:p>
      <w:pPr>
        <w:jc w:val="right"/>
      </w:pPr>
      <w:r>
        <w:t>تب ان کے اندر کوئی نئی بگنی شروع ہوگی۔ ورنہ کوئی بگنی ہونے والی نہیں ہے۔ مسلمانوں کی سب سے بڑی خیر خواہی یہ ہے کہ ان کو بتایا جائے کہ تم Falsehood میں جیتے ہو۔</w:t>
      </w:r>
    </w:p>
    <w:p>
      <w:r>
        <w:rPr>
          <w:b/>
        </w:rPr>
        <w:t xml:space="preserve">[42:33] </w:t>
      </w:r>
      <w:r>
        <w:t>jo log tanqeed se bhadakte hain woh jannat al-huqqa mein rehte hain. unhein khabar nahin ke tanqeed hi toh aaghaz hai islaah ka. aur log tanqeed se bhadakte hain, main un se poochta hoon ke woh aakhri had tak be khabar hain haqiqaton se.</w:t>
      </w:r>
    </w:p>
    <w:p>
      <w:pPr>
        <w:jc w:val="right"/>
      </w:pPr>
      <w:r>
        <w:t>جو لوگ تنقید سے بھڑکتے ہیں وہ جنت الحمقہ میں رہتے ہیں۔ انہیں خبر نہیں کہ تنقید ہی تو آغاز ہے اصلاح کا۔ اور لوگ تنقید سے بھڑکتے ہیں، میں ان سے پوچھتا ہوں کہ وہ آخری حد تک بے خبر ہیں حقیقتوں سے۔</w:t>
      </w:r>
    </w:p>
    <w:p>
      <w:r>
        <w:rPr>
          <w:b/>
        </w:rPr>
        <w:t xml:space="preserve">[42:48] </w:t>
      </w:r>
      <w:r>
        <w:t>kyun ke tanqeed nahin toh naya aaghaz bhi nahin. tanqeed nahin toh islaah bhi nahin. toh humein musalmanon mein ek ek naya aaghaz agar lana hai toh tanqeed ko achhi cheez samajh kar qabool karna hai, na ke koi buri cheez.</w:t>
      </w:r>
    </w:p>
    <w:p>
      <w:pPr>
        <w:jc w:val="right"/>
      </w:pPr>
      <w:r>
        <w:t>کیونکہ تنقید نہیں تو نیا آغاز بھی نہیں۔ تنقید نہیں تو اصلاح بھی نہیں۔ تو ہمیں مسلمانوں میں ایک ایک نیا آغاز اگر لانا ہے تو تنقید کو اچھی چیز سمجھ کر قبول کرنا ہے، نہ کہ کوئی بری چیز۔</w:t>
      </w:r>
    </w:p>
    <w:p>
      <w:r>
        <w:rPr>
          <w:b/>
        </w:rPr>
        <w:t xml:space="preserve">[43:08] </w:t>
      </w:r>
      <w:r>
        <w:t>toh sochiye is ko, ghore kijiye. aur soch kar ke apni zindagi ki Planning kijiye. toh meri dua hai ke Allah taala mujh ko aur aap ko tofeeq de ke hum baton ko samjhen aur Falsehood mein jeena khatam karen.</w:t>
      </w:r>
    </w:p>
    <w:p>
      <w:pPr>
        <w:jc w:val="right"/>
      </w:pPr>
      <w:r>
        <w:t>تو سوچیے اس کو، غور کیجیے۔ اور سوچ کر کے اپنی زندگی کی Planning کیجیے۔ تو میری دعا ہے کہ اللہ تعالیٰ مجھ کو اور آپ کو توفیق دے کہ ہم باتوں کو سمجھیں اور Falsehood میں جینا ختم کریں۔</w:t>
      </w:r>
    </w:p>
    <w:p>
      <w:r>
        <w:rPr>
          <w:b/>
        </w:rPr>
        <w:t xml:space="preserve">[43:24] </w:t>
      </w:r>
      <w:r>
        <w:t>aqool qawli hazaa wa astaghfirullaha li wa lakum ajmaeen.</w:t>
      </w:r>
    </w:p>
    <w:p>
      <w:pPr>
        <w:jc w:val="right"/>
      </w:pPr>
      <w:r>
        <w:t>أقول قولي هذا وأستغفر الله لي ولكم أجمعين.</w:t>
      </w:r>
    </w:p>
    <w:p>
      <w:r>
        <w:rPr>
          <w:b/>
        </w:rPr>
        <w:t xml:space="preserve">[43:38] </w:t>
      </w:r>
      <w:r>
        <w:t>Maulana, yeh sawal Bihar se aaya hai. Javed sahib ne kiya hai, unho ne likha hai: "Many people say that Islam has produced an uneducated society as Muslim community has maximum number of illiterates and as a result poor people.</w:t>
      </w:r>
    </w:p>
    <w:p>
      <w:pPr>
        <w:jc w:val="right"/>
      </w:pPr>
      <w:r>
        <w:t>مولانا، یہ سوال بہار سے آیا ہے۔ جاوید صاحب نے کیا ہے، انہوں نے لکھا ہے: "Many people say that Islam has produced an uneducated society as Muslim community has maximum number of illiterates and as a result poor people.</w:t>
      </w:r>
    </w:p>
    <w:p>
      <w:r>
        <w:rPr>
          <w:b/>
        </w:rPr>
        <w:t xml:space="preserve">[43:59] </w:t>
      </w:r>
      <w:r>
        <w:t>Maulana, I want to know your opinion on this." dekhiye, sab se bari ghalati yeh hai ke Islam aur musalman ko ek samajhna.</w:t>
      </w:r>
    </w:p>
    <w:p>
      <w:pPr>
        <w:jc w:val="right"/>
      </w:pPr>
      <w:r>
        <w:t>مولانا، I want to know your opinion on this." دیکھیے، سب سے بڑی غلطی یہ ہے کہ اسلام اور مسلمان کو ایک سمجھنا۔</w:t>
      </w:r>
    </w:p>
    <w:p>
      <w:r>
        <w:rPr>
          <w:b/>
        </w:rPr>
        <w:t xml:space="preserve">[44:12] </w:t>
      </w:r>
      <w:r>
        <w:t>jaise yeh kitab jo main ne di hai, yeh kitab hai musalmanon ke bare mein, naam is ka hai "Iska Islam". Equate karte hain musalmanon ko Islam se.</w:t>
      </w:r>
    </w:p>
    <w:p>
      <w:pPr>
        <w:jc w:val="right"/>
      </w:pPr>
      <w:r>
        <w:t>جیسے یہ کتاب جو میں نے دی ہے، یہ کتاب ہے مسلمانوں کے بارے میں، نام اس کا ہے "اس کا اسلام"۔ Equate کرتے ہیں مسلمانوں کو اسلام سے۔</w:t>
      </w:r>
    </w:p>
    <w:p>
      <w:r>
        <w:rPr>
          <w:b/>
        </w:rPr>
        <w:t xml:space="preserve">[44:25] </w:t>
      </w:r>
      <w:r>
        <w:t>toh Islam aaj bhi waise hi hai jis tarah ke woh Seventh Century mein tha. lekin musalman jo hain, doosri community ki tarah se un par bhi zawal aayega jo hadees mein aayi hai ke: "latatata'un sunana man kana qablakum" yahan bhi main kahunga ke is ko Modern Idiom badlie.</w:t>
      </w:r>
    </w:p>
    <w:p>
      <w:pPr>
        <w:jc w:val="right"/>
      </w:pPr>
      <w:r>
        <w:t>تو اسلام آج بھی ویسے ہی ہے جس طرح کہ وہ Seventh Century میں تھا۔ لیکن مسلمان جو ہیں، دوسری community کی طرح سے ان پر بھی زوال آئے گا۔ جو حدیث میں آئی ہے کہ: "لَتَتْطَعُونَّ سُنَنَ مَنْ كَانَ قَبْلُكُمْ" یہاں بھی میں کہوں گا کہ اس کو Modern Idiom بدلیے۔</w:t>
      </w:r>
    </w:p>
    <w:p>
      <w:r>
        <w:rPr>
          <w:b/>
        </w:rPr>
        <w:t xml:space="preserve">[44:44] </w:t>
      </w:r>
      <w:r>
        <w:t>yani Traditional alfaaz ko Modern Idiom badlie. is ka matlab hai ke tum par bhi zawal aayega jis tarah yahood par zawal aaya. toh musalmanon ko aap samajhte hain ke waise hi musalman aaj bhi hain jo Seventh Century mein hi the?</w:t>
      </w:r>
    </w:p>
    <w:p>
      <w:pPr>
        <w:jc w:val="right"/>
      </w:pPr>
      <w:r>
        <w:t>یعنی Traditional الفاظ کو Modern Idiom بدلیے۔ اس کا مطلب ہے کہ تم پر بھی زوال آئے گا جس طرح یہود پر زوال آیا۔ تو مسلمانوں کو آپ سمجھتے ہیں کہ ویسے ہی مسلمان آج بھی ہیں جو Seventh Century میں ہی تھے؟</w:t>
      </w:r>
    </w:p>
    <w:p>
      <w:r>
        <w:rPr>
          <w:b/>
        </w:rPr>
        <w:t xml:space="preserve">[44:57] </w:t>
      </w:r>
      <w:r>
        <w:t>yeh toh zawal yafta qaum hai. toh zawal yafta qaum yahi sab hoga. toh Islam jo hai as a Ideology intact hai.</w:t>
      </w:r>
    </w:p>
    <w:p>
      <w:pPr>
        <w:jc w:val="right"/>
      </w:pPr>
      <w:r>
        <w:t>یہ تو زوال یافتہ قوم ہے۔ تو زوال یافتہ قوم یہی سب ہو گا۔ تو اسلام جو ہے as a Ideology intact ہے۔</w:t>
      </w:r>
    </w:p>
    <w:p>
      <w:r>
        <w:rPr>
          <w:b/>
        </w:rPr>
        <w:t xml:space="preserve">[45:07] </w:t>
      </w:r>
      <w:r>
        <w:t>lekin musalman toh un ka Degeneration ho chuka hai. zawal par aa chuka hai. is haqiqat ko manie. tab musalmanon mein koi naya daur shuru hoga.</w:t>
      </w:r>
    </w:p>
    <w:p>
      <w:pPr>
        <w:jc w:val="right"/>
      </w:pPr>
      <w:r>
        <w:t>لیکن مسلمان تو ان کا Degeneration ہو چکا ہے۔ زوال پر آ چکا ہے۔ اس حقیقت کو مانیے۔ تب مسلمانوں میں کوئی نیا دور شروع ہو گا۔</w:t>
      </w:r>
    </w:p>
    <w:p>
      <w:r>
        <w:rPr>
          <w:b/>
        </w:rPr>
        <w:t xml:space="preserve">[45:17] </w:t>
      </w:r>
      <w:r>
        <w:t>agar aap samjhen ke musalman wahi hain jo hazar saal pehle the to kabhi koi islaah nahi ho gi. islam ko alag kijiye, musalmanon ko alag kijiye.</w:t>
      </w:r>
    </w:p>
    <w:p>
      <w:pPr>
        <w:jc w:val="right"/>
      </w:pPr>
      <w:r>
        <w:t>اگر آپ سمجھیں کہ مسلمان وہی ہیں جو ہزار سال پہلے تھے تو کبھی کوئی اصلاح نہیں ہو گی۔ اسلام کو الگ کیجیے، مسلمانوں کو الگ کیجیے۔</w:t>
      </w:r>
    </w:p>
    <w:p>
      <w:r>
        <w:rPr>
          <w:b/>
        </w:rPr>
        <w:t xml:space="preserve">[45:27] </w:t>
      </w:r>
      <w:r>
        <w:t>islam ek ideology hai, is ka ek book hai, is ka ek text hai, woh aaj bhi intact hai. aaj bhi wese hi jis tarah ke pehle tha.</w:t>
      </w:r>
    </w:p>
    <w:p>
      <w:pPr>
        <w:jc w:val="right"/>
      </w:pPr>
      <w:r>
        <w:t>اسلام ایک Ideology ہے، اس کا ایک Book ہے، اس کا ایک Text ہے، وہ آج بھی intact ہے۔ آج بھی ویسے ہی جس طرح کہ پہلے تھا۔</w:t>
      </w:r>
    </w:p>
    <w:p>
      <w:r>
        <w:rPr>
          <w:b/>
        </w:rPr>
        <w:t xml:space="preserve">[45:36] </w:t>
      </w:r>
      <w:r>
        <w:t>lekin musalman jo ek community hain, woh un par chaudah so saal jab beet gaye to generation after generation un ke andar zawal aaya, zawal aaya, zawal aaya.</w:t>
      </w:r>
    </w:p>
    <w:p>
      <w:pPr>
        <w:jc w:val="right"/>
      </w:pPr>
      <w:r>
        <w:t>لیکن مسلمان جو ایک community ہیں، وہ ان پر چودہ سو سال جب بیت گئے تو Generation after Generation ان کے اندر زوال آیا، زوال آیا، زوال آیا۔</w:t>
      </w:r>
    </w:p>
    <w:p>
      <w:r>
        <w:rPr>
          <w:b/>
        </w:rPr>
        <w:t xml:space="preserve">[45:47] </w:t>
      </w:r>
      <w:r>
        <w:t>ab zawal ki aakhri had par hain woh.</w:t>
      </w:r>
    </w:p>
    <w:p>
      <w:pPr>
        <w:jc w:val="right"/>
      </w:pPr>
      <w:r>
        <w:t>اب زوال کی آخری حد پر ہیں وہ۔</w:t>
      </w:r>
    </w:p>
    <w:p>
      <w:r>
        <w:rPr>
          <w:b/>
        </w:rPr>
        <w:t xml:space="preserve">[45:52] </w:t>
      </w:r>
      <w:r>
        <w:t>to is ka matlab nahi ke zawal mein aa gaye to hum isi zawal hi mein rahen ge. nahi, phir un ki islaah ho sakti hai. lekin islaah kab ho gi?</w:t>
      </w:r>
    </w:p>
    <w:p>
      <w:pPr>
        <w:jc w:val="right"/>
      </w:pPr>
      <w:r>
        <w:t>تو اس کا مطلب نہیں کہ زوال میں آ گئے تو ہم اسی زوال ہی میں رہیں گے۔ نہیں، پھر ان کی اصلاح ہو سکتی ہے۔ لیکن اصلاح کب ہو گی؟</w:t>
      </w:r>
    </w:p>
    <w:p>
      <w:r>
        <w:rPr>
          <w:b/>
        </w:rPr>
        <w:t xml:space="preserve">[46:00] </w:t>
      </w:r>
      <w:r>
        <w:t>jab aap tanqeed ko bura na manen. tanqeed ko islaah samjhen. islaah. musalmanon ki sab se bari museebat yeh hai ke woh tanqeed ko bura samajhte hain.</w:t>
      </w:r>
    </w:p>
    <w:p>
      <w:pPr>
        <w:jc w:val="right"/>
      </w:pPr>
      <w:r>
        <w:t>جب آپ تنقید کو برا نہ مانیں۔ تنقید کو اصلاح سمجھیں۔ اصلاح۔ مسلمانوں کی سب سے بڑی مصیبت یہ ہے کہ وہ تنقید کو برا سمجھتے ہیں۔</w:t>
      </w:r>
    </w:p>
    <w:p>
      <w:r>
        <w:rPr>
          <w:b/>
        </w:rPr>
        <w:t xml:space="preserve">[46:11] </w:t>
      </w:r>
      <w:r>
        <w:t>ek ek shakhs tanqeed ko bura samajhta hai. mister bhi, molvi bhi. jeddah mein tajruba kiya. chahe mister ho ya molvi ho.</w:t>
      </w:r>
    </w:p>
    <w:p>
      <w:pPr>
        <w:jc w:val="right"/>
      </w:pPr>
      <w:r>
        <w:t>ایک ایک شخص تنقید کو برا سمجھتا ہے۔ مسٹر بھی، مولوی بھی۔ جدہ میں تجربہ کیا۔ چاہے مسٹر ہو یا مولوی ہو۔</w:t>
      </w:r>
    </w:p>
    <w:p>
      <w:r>
        <w:rPr>
          <w:b/>
        </w:rPr>
        <w:t xml:space="preserve">[46:19] </w:t>
      </w:r>
      <w:r>
        <w:t>tanqeed ko samajhte hain ke buri cheez hai. tanqeed hi to islaah ka aaghaz hai. tanqeed hi islaah ka aaghaz hai.</w:t>
      </w:r>
    </w:p>
    <w:p>
      <w:pPr>
        <w:jc w:val="right"/>
      </w:pPr>
      <w:r>
        <w:t>تنقید کو سمجھتے ہیں کہ بری چیز ہے۔ تنقید ہی تو اصلاح کا آغاز ہے۔ تنقید ہی اصلاح کا آغاز ہے۔</w:t>
      </w:r>
    </w:p>
    <w:p>
      <w:r>
        <w:rPr>
          <w:b/>
        </w:rPr>
        <w:t xml:space="preserve">[46:29] </w:t>
      </w:r>
      <w:r>
        <w:t>to tanqeed ko taboo mat samjhiye. is tanqeed ko sochiye ke is ne kehne wale ne kya kaha. baat par ghor kijiye.</w:t>
      </w:r>
    </w:p>
    <w:p>
      <w:pPr>
        <w:jc w:val="right"/>
      </w:pPr>
      <w:r>
        <w:t>تو تنقید کو Taboo مت سمجھیے۔ اس تنقید کو سوچیے کہ اس نے کہنے والے نے کیا کہا۔ بات پر غور کیجیے۔</w:t>
      </w:r>
    </w:p>
    <w:p>
      <w:r>
        <w:rPr>
          <w:b/>
        </w:rPr>
        <w:t xml:space="preserve">[46:39] </w:t>
      </w:r>
      <w:r>
        <w:t>yeh na dekhiye ke tanqeed hai. sare musalman bhi jeete hain apne aadi maqaabir mein. har ek ne aqaabir bana rakhe hain. isi mein jeete hain.</w:t>
      </w:r>
    </w:p>
    <w:p>
      <w:pPr>
        <w:jc w:val="right"/>
      </w:pPr>
      <w:r>
        <w:t>یہ نہ دیکھیے کہ تنقید ہے۔ سارے مسلمان بھی جیتے ہیں اپنے عادی معاقابر میں۔ ہر ایک نے عاقابر بنا رکھے ہیں۔ اسی میں جیتے ہیں۔</w:t>
      </w:r>
    </w:p>
    <w:p>
      <w:r>
        <w:rPr>
          <w:b/>
        </w:rPr>
        <w:t xml:space="preserve">[46:48] </w:t>
      </w:r>
      <w:r>
        <w:t>sare musalman. mister bhi, molvi bhi. is se aap log bahar nikaliye. to is haqeeqat ko achi tarah jaan lijiye ke islam alag hai, musalman alag hain.</w:t>
      </w:r>
    </w:p>
    <w:p>
      <w:pPr>
        <w:jc w:val="right"/>
      </w:pPr>
      <w:r>
        <w:t>سارے مسلمان۔ مسٹر بھی، مولوی بھی۔ اس سے آپ لوگ باہر نکالیے۔ تو اس حقیقت کو اچھی طرح جان لیجیے کہ اسلام الگ ہے، مسلمان الگ ہیں۔</w:t>
      </w:r>
    </w:p>
    <w:p>
      <w:r>
        <w:rPr>
          <w:b/>
        </w:rPr>
        <w:t xml:space="preserve">[47:01] </w:t>
      </w:r>
      <w:r>
        <w:t>islam intact hai, musalman zawal ka shikar ho chuke hain. aur musalman ko dobara nikalne ke liye zaroorat hai ke aap tanqeed karen.</w:t>
      </w:r>
    </w:p>
    <w:p>
      <w:pPr>
        <w:jc w:val="right"/>
      </w:pPr>
      <w:r>
        <w:t>اسلام intact ہے، مسلمان زوال کا شکار ہو چکے ہیں۔ اور مسلمان کو دوبارہ نکالنے کے لیے ضرورت ہے کہ آپ تنقید کریں۔</w:t>
      </w:r>
    </w:p>
    <w:p>
      <w:r>
        <w:rPr>
          <w:b/>
        </w:rPr>
        <w:t xml:space="preserve">[47:10] </w:t>
      </w:r>
      <w:r>
        <w:t>un ka tanqidi jaiza len. critical study karen. tab ho ga naya aaghaz.</w:t>
      </w:r>
    </w:p>
    <w:p>
      <w:pPr>
        <w:jc w:val="right"/>
      </w:pPr>
      <w:r>
        <w:t>ان کا تنقیدی جائزہ لیں۔ Critical Study کریں۔ تب ہو گا نیا آغاز۔</w:t>
      </w:r>
    </w:p>
    <w:p>
      <w:r>
        <w:rPr>
          <w:b/>
        </w:rPr>
        <w:t xml:space="preserve">[47:21] </w:t>
      </w:r>
      <w:r>
        <w:t>maulana, agla sawal ahmedabad se kiya hai muhammad saleem sahib ne. unhon ne likha hai: "maulana, you always emphasize on developing universal outlook.</w:t>
      </w:r>
    </w:p>
    <w:p>
      <w:pPr>
        <w:jc w:val="right"/>
      </w:pPr>
      <w:r>
        <w:t>مولانا، اگلا سوال احمد آباد سے کیا ہے محمد سلیم صاحب نے۔ انہوں نے لکھا ہے: "مولانا، You always emphasize on developing universal outlook.</w:t>
      </w:r>
    </w:p>
    <w:p>
      <w:r>
        <w:rPr>
          <w:b/>
        </w:rPr>
        <w:t xml:space="preserve">[47:33] </w:t>
      </w:r>
      <w:r>
        <w:t>please tell me how one can develop a universal outlook."</w:t>
      </w:r>
    </w:p>
    <w:p>
      <w:pPr>
        <w:jc w:val="right"/>
      </w:pPr>
      <w:r>
        <w:t>Please tell me how one can develop a universal outlook."</w:t>
      </w:r>
    </w:p>
    <w:p>
      <w:r>
        <w:rPr>
          <w:b/>
        </w:rPr>
        <w:t xml:space="preserve">[47:40] </w:t>
      </w:r>
      <w:r>
        <w:t>dekhiye, har cheez mein jaise kalma hai: la ilaha illallah. yani pehle nafi hai, phir is baat hai. pehle aap yeh kehte hain ke koi doosra khuda nahi hai, tab kehte hain ke Allah rab ul alameen khuda hai.</w:t>
      </w:r>
    </w:p>
    <w:p>
      <w:pPr>
        <w:jc w:val="right"/>
      </w:pPr>
      <w:r>
        <w:t>دیکھیے، ہر چیز میں جیسے کلمہ ہے: لا الہ الا اللہ۔ یعنی پہلے نفی ہے، پھر اس بات ہے۔ پہلے آپ یہ کہتے ہیں کہ کوئی دوسرا خدا نہیں ہے، تب کہتے ہیں کہ اللہ رب العالمین خدا ہے۔</w:t>
      </w:r>
    </w:p>
    <w:p>
      <w:r>
        <w:rPr>
          <w:b/>
        </w:rPr>
        <w:t xml:space="preserve">[47:56] </w:t>
      </w:r>
      <w:r>
        <w:t>yahan bhi wahi cheez hai. apni ghalti ko daryaft kijiye, apni deconditioning kijiye. apne aap ko opposites se bahar laiye.</w:t>
      </w:r>
    </w:p>
    <w:p>
      <w:pPr>
        <w:jc w:val="right"/>
      </w:pPr>
      <w:r>
        <w:t>یہاں بھی وہی چیز ہے۔ اپنی غلطی کو دریافت کیجیے، اپنی Deconditioning کیجیے۔ اپنے آپ کو Opposites سے باہر لائیے۔</w:t>
      </w:r>
    </w:p>
    <w:p>
      <w:r>
        <w:rPr>
          <w:b/>
        </w:rPr>
        <w:t xml:space="preserve">[48:06] </w:t>
      </w:r>
      <w:r>
        <w:t>tab naya aaghaz ho ga. is ke baghair koi aaghaz nahi hai. aap chahen ke jo mazi se jo aap ko mila hai, yani wirsa, usi mein jeete bhi rahen, usi mein fakhr bhi karte rahen, aur naya aaghaz bhi ho jaye to yeh namumkin hai.</w:t>
      </w:r>
    </w:p>
    <w:p>
      <w:pPr>
        <w:jc w:val="right"/>
      </w:pPr>
      <w:r>
        <w:t>تب نیا آغاز ہو گا۔ اس کے بغیر کوئی آغاز نہیں ہے۔ آپ چاہیں کہ جو ماضی سے جو آپ کو ملا ہے، یعنی ورثہ، اسی میں جیتے بھی رہیں، اسی میں فخر بھی کرتے رہیں، اور نیا آغاز بھی ہو جائے تو یہ ناممکن ہے۔</w:t>
      </w:r>
    </w:p>
    <w:p>
      <w:r>
        <w:rPr>
          <w:b/>
        </w:rPr>
        <w:t xml:space="preserve">[48:25] </w:t>
      </w:r>
      <w:r>
        <w:t>pehle apne, yani jo conditioning ko todiye. jo zehen ban gaya hai aap ka, us zehen ko todiye.</w:t>
      </w:r>
    </w:p>
    <w:p>
      <w:pPr>
        <w:jc w:val="right"/>
      </w:pPr>
      <w:r>
        <w:t>پہلے اپنے، یعنی جو Conditioning کو توڑیے۔ جو ذہن بن گیا ہے آپ کا، اس ذہن کو توڑیے۔</w:t>
      </w:r>
    </w:p>
    <w:p>
      <w:r>
        <w:rPr>
          <w:b/>
        </w:rPr>
        <w:t xml:space="preserve">[48:37] </w:t>
      </w:r>
      <w:r>
        <w:t>aur nayi soch apne andar laiye. to pehle la ilaha ho ga, phir illallah ho ga. pehle nafi ho gi, phir is baat ho ga. maulana roomi ka jo masnavi hai, woh ka ek sher isi mani mein hai ke: "chun banaye kahna abadah kunand,</w:t>
      </w:r>
    </w:p>
    <w:p>
      <w:pPr>
        <w:jc w:val="right"/>
      </w:pPr>
      <w:r>
        <w:t>اور نئی سوچ اپنے اندر لائیے۔ تو پہلے لا الہ ہو گا، پھر الا اللہ ہو گا۔ پہلے نفی ہو گی، پھر اس بات ہو گا۔ مولانا رومی کا جو مثنوی ہے، وہ کا ایک شعر اسی معنی میں ہے کہ: "چوں بنائے کہنہ آبادہ کنند،</w:t>
      </w:r>
    </w:p>
    <w:p>
      <w:r>
        <w:rPr>
          <w:b/>
        </w:rPr>
        <w:t xml:space="preserve">[48:56] </w:t>
      </w:r>
      <w:r>
        <w:t>awalan taameer raawiran kunand." yeh misri maulana roomi ka sher hai: "chun banaye kahna abadah kunand, awalan taameer raawiran kunand." yeh yeh matlab hai is sher ka.</w:t>
      </w:r>
    </w:p>
    <w:p>
      <w:pPr>
        <w:jc w:val="right"/>
      </w:pPr>
      <w:r>
        <w:t>اولا تعمیر راویراں کنند." یہ مصری مولانا رومی کا شعر ہے: "چوں بنائے کہنہ آبادہ کنند، اولا تعمیر راویراں کنند." یہ یہ مطلب ہے اس شعر کا۔</w:t>
      </w:r>
    </w:p>
    <w:p>
      <w:r>
        <w:rPr>
          <w:b/>
        </w:rPr>
        <w:t xml:space="preserve">[49:14] </w:t>
      </w:r>
      <w:r>
        <w:t>maulana, agla sawal yusuf sahib ne kiya hai bhopal se. unhon ne likha hai: "maulana, in one of your sunday sessions you spoke about دعویٰ work</w:t>
      </w:r>
    </w:p>
    <w:p>
      <w:pPr>
        <w:jc w:val="right"/>
      </w:pPr>
      <w:r>
        <w:t>مولانا، اگلا سوال یوسف صاحب نے کیا ہے بھوپال سے۔ انہوں نے لکھا ہے: "مولانا، In one of your Sunday sessions you spoke about دعویٰ Work</w:t>
      </w:r>
    </w:p>
    <w:p>
      <w:r>
        <w:rPr>
          <w:b/>
        </w:rPr>
        <w:t xml:space="preserve">[49:26] </w:t>
      </w:r>
      <w:r>
        <w:t>. and you said that داعی should be a well-wisher like a mother is for her child. i want to know that in a mother's case it is a case of blood relation.</w:t>
      </w:r>
    </w:p>
    <w:p>
      <w:pPr>
        <w:jc w:val="right"/>
      </w:pPr>
      <w:r>
        <w:t>. And you said that داعی should be a well-wisher like a mother is for her child. I want to know that in a mother's case it is a case of blood relation.</w:t>
      </w:r>
    </w:p>
    <w:p>
      <w:r>
        <w:rPr>
          <w:b/>
        </w:rPr>
        <w:t xml:space="preserve">[49:38] </w:t>
      </w:r>
      <w:r>
        <w:t>so how can we develop the same well-wishing towards non-muslims like a mother</w:t>
      </w:r>
    </w:p>
    <w:p>
      <w:pPr>
        <w:jc w:val="right"/>
      </w:pPr>
      <w:r>
        <w:t>So how can we develop the same well-wishing towards non-Muslims like a mother</w:t>
      </w:r>
    </w:p>
    <w:p>
      <w:r>
        <w:rPr>
          <w:b/>
        </w:rPr>
        <w:t xml:space="preserve">[49:44] </w:t>
      </w:r>
      <w:r>
        <w:t>? please advise us." dekhiye, asal cheez hai incentive. mother ke liye jo incentive hai, us se billion time zyada داعی ke liye incentive hai.</w:t>
      </w:r>
    </w:p>
    <w:p>
      <w:pPr>
        <w:jc w:val="right"/>
      </w:pPr>
      <w:r>
        <w:t>? Please advise us." دیکھیے، اصل چیز ہے Incentive۔ Mother کے لیے جو Incentive ہے، اس سے بلین ٹائم زیادہ داعی کے لیے Incentive ہے۔</w:t>
      </w:r>
    </w:p>
    <w:p>
      <w:r>
        <w:rPr>
          <w:b/>
        </w:rPr>
        <w:t xml:space="preserve">[49:59] </w:t>
      </w:r>
      <w:r>
        <w:t>Mother ka Incentive yeh hai ke bachcha bara ho kar ke barhappe mein mera sahara banega. Maa ka jo Incentive hai, woh yeh hai ke jab mein boorhi houngi to yeh mera sahara banega.</w:t>
      </w:r>
    </w:p>
    <w:p>
      <w:pPr>
        <w:jc w:val="right"/>
      </w:pPr>
      <w:r>
        <w:t>Mother کا Incentive یہ ہے کہ بچہ بڑا ہو کر کے بڑھاپے میں میرا سہارا بنے گا۔ ماں کا جو Incentive ہے، وہ یہ ہے کہ جب میں بوڑھی ہوں گی تو یہ میرا سہارا بنے گا۔</w:t>
      </w:r>
    </w:p>
    <w:p>
      <w:r>
        <w:rPr>
          <w:b/>
        </w:rPr>
        <w:t xml:space="preserve">[50:13] </w:t>
      </w:r>
      <w:r>
        <w:t>Yeh kama kama mujhe khilayega. Lekin daai ka jo Incentive hai, woh to is se billion trillion time ziyada hai. Woh yeh ke jannat milegi. Aap is ko ghatate hain, is ko barhate hain.</w:t>
      </w:r>
    </w:p>
    <w:p>
      <w:pPr>
        <w:jc w:val="right"/>
      </w:pPr>
      <w:r>
        <w:t>یہ کما کما مجھے کھلائے گا۔ لیکن داعی کا جو Incentive ہے، وہ تو اس سے بلین ٹرین ٹائم زیادہ ہے۔ وہ یہ کہ جنت ملے گی۔ آپ اس کو گھٹاتے ہیں، اس کو بڑھاتے ہیں۔</w:t>
      </w:r>
    </w:p>
    <w:p>
      <w:r>
        <w:rPr>
          <w:b/>
        </w:rPr>
        <w:t xml:space="preserve">[50:28] </w:t>
      </w:r>
      <w:r>
        <w:t>Ek hadith hai ke Rasool Allah Sal Allah Alaihi Wasallam ne Hazrat Ali ko bheja kisi muhim par. To farmaya ke agar ek insaan bhi tumhari wajah se sachai ko pa le to woh tumhare liye surkh oonton se ziyada behtar hai.</w:t>
      </w:r>
    </w:p>
    <w:p>
      <w:pPr>
        <w:jc w:val="right"/>
      </w:pPr>
      <w:r>
        <w:t>ایک حدیث ہے کہ رسول اللہ صلی اللہ علیہ وسلم نے حضرت علی کو بھیجا کسی مہم پر۔ تو فرمایا کہ اگر ایک انسان بھی تمہاری وجہ سے سچائی کو پا لے تو وہ تمہارے لیے سرخ اونٹوں سے زیادہ بہتر ہے۔</w:t>
      </w:r>
    </w:p>
    <w:p>
      <w:r>
        <w:rPr>
          <w:b/>
        </w:rPr>
        <w:t xml:space="preserve">[50:47] </w:t>
      </w:r>
      <w:r>
        <w:t>Qadeem zamane mein surkh oont bohat bari cheez samjhi jati thi. Aaj kaha jayega ke billion trillion dollar se bhi ziyada behtar hai. Logon ne discover nahi kiya dawat ki ahmiyat ko.</w:t>
      </w:r>
    </w:p>
    <w:p>
      <w:pPr>
        <w:jc w:val="right"/>
      </w:pPr>
      <w:r>
        <w:t>قدیم زمانے میں سرخ اونٹ بہت بڑی چیز سمجھا دیتے تھے۔ آج کہا جائے گا کہ بلین ٹریلین ڈالر سے بھی زیادہ بہتر ہے۔ لوگوں نے Discover نہیں کیا دعوت کی اہمیت کو۔</w:t>
      </w:r>
    </w:p>
    <w:p>
      <w:r>
        <w:rPr>
          <w:b/>
        </w:rPr>
        <w:t xml:space="preserve">[50:59] </w:t>
      </w:r>
      <w:r>
        <w:t>Dawat to paradise ka gate hai. Is ki discovery hi nahi kiya. Maa ko kya milna hai bachche se?</w:t>
      </w:r>
    </w:p>
    <w:p>
      <w:pPr>
        <w:jc w:val="right"/>
      </w:pPr>
      <w:r>
        <w:t>دعوت تو Paradise کا Gate ہے۔ اس کی Discovery ہی نہیں کیا۔ ماں کو کیا ملنا ہے بچے سے؟</w:t>
      </w:r>
    </w:p>
    <w:p>
      <w:r>
        <w:rPr>
          <w:b/>
        </w:rPr>
        <w:t xml:space="preserve">[51:10] </w:t>
      </w:r>
      <w:r>
        <w:t>Bohat thori si cheez milegi. Kuch kama ke khila dega woh. Lekin daai agar sachi dawat de, aur sachi dawat dawat ke liye well-wishing hona bohat zaroori hai,</w:t>
      </w:r>
    </w:p>
    <w:p>
      <w:pPr>
        <w:jc w:val="right"/>
      </w:pPr>
      <w:r>
        <w:t>بہت تھوڑی سی چیز ملے گی۔ کچھ کما کے کھلا دے گا وہ۔ لیکن داعی اگر سچی دعوت دے، اور سچی دعوت دعوت کے لیے Well-wishing ہونا بہت ضروری ہے،</w:t>
      </w:r>
    </w:p>
    <w:p>
      <w:r>
        <w:rPr>
          <w:b/>
        </w:rPr>
        <w:t xml:space="preserve">[51:23] </w:t>
      </w:r>
      <w:r>
        <w:t>To woh to aap ke liye jannat ka darwaza kholne wala hai. Eternal paradise ka darwaza kholne wala. Is se billion trillion se bhi ziyada bari cheez milti hai daai ko apne madu se mohabbat kar ke.</w:t>
      </w:r>
    </w:p>
    <w:p>
      <w:pPr>
        <w:jc w:val="right"/>
      </w:pPr>
      <w:r>
        <w:t>تو وہ تو آپ کے لیے جنت کا دروازہ کھولنے والا ہے۔ Eternal Paradise کا دروازہ کھولنے والا۔ اس سے بلین ٹریلین سے بھی زیادہ بڑی چیز ملتی ہے داعی کو اپنے مدعو سے محبت کر کے۔</w:t>
      </w:r>
    </w:p>
    <w:p>
      <w:r>
        <w:rPr>
          <w:b/>
        </w:rPr>
        <w:t xml:space="preserve">[51:40] </w:t>
      </w:r>
      <w:r>
        <w:t>Maulana, agla sawal kya hai punay se Salman sahib ne. Unhone likha hai: "Maulana, You always display positivity and tell others also to do the same.</w:t>
      </w:r>
    </w:p>
    <w:p>
      <w:pPr>
        <w:jc w:val="right"/>
      </w:pPr>
      <w:r>
        <w:t>مولانا، اگلا سوال کیا ہے پونے سے سلمان صاحب نے۔ انہوں نے لکھا ہے: "مولانا، You always display positivity and tell others also to do the same.</w:t>
      </w:r>
    </w:p>
    <w:p>
      <w:r>
        <w:rPr>
          <w:b/>
        </w:rPr>
        <w:t xml:space="preserve">[51:53] </w:t>
      </w:r>
      <w:r>
        <w:t>Please tell us what is your secret formula</w:t>
      </w:r>
    </w:p>
    <w:p>
      <w:pPr>
        <w:jc w:val="right"/>
      </w:pPr>
      <w:r>
        <w:t>Please tell us what is your secret formula</w:t>
      </w:r>
    </w:p>
    <w:p>
      <w:r>
        <w:rPr>
          <w:b/>
        </w:rPr>
        <w:t xml:space="preserve">[51:56] </w:t>
      </w:r>
      <w:r>
        <w:t>?" Dekhiye, Secret Formula kuch bhi nahi hai. Logon ne Allah Rab ul Alameen ko daryaft nahi kiya. Sab be khabar hain.</w:t>
      </w:r>
    </w:p>
    <w:p>
      <w:pPr>
        <w:jc w:val="right"/>
      </w:pPr>
      <w:r>
        <w:t>?" دیکھیے، Secret Formula کچھ بھی نہیں ہے۔ لوگوں نے اللہ رب العالمین کو دریافت نہیں کیا۔ سب بے خبر ہیں۔</w:t>
      </w:r>
    </w:p>
    <w:p>
      <w:r>
        <w:rPr>
          <w:b/>
        </w:rPr>
        <w:t xml:space="preserve">[52:05] </w:t>
      </w:r>
      <w:r>
        <w:t>Mere tajrube ke mutabiq koi ek bhi shakhs nahi hai musalmanon mein jis ne Allah Rab ul Alameen ko daryaft kiya ho. Yeh saare badr se aur saare masjidain jo bhare hue hain barish logon se, kuch nahi janta ke koi aadmi Allah Rab ul Alameen kya cheez hai.</w:t>
      </w:r>
    </w:p>
    <w:p>
      <w:pPr>
        <w:jc w:val="right"/>
      </w:pPr>
      <w:r>
        <w:t>میرے تجربے کے مطابق کوئی ایک بھی شخص نہیں ہے مسلمانوں میں جس نے اللہ رب العالمین کو دریافت کیا ہو۔ یہ سارے بدر سے اور سارے مسجدیں جو بھرے ہوئے ہیں بارش لوگوں سے، کچھ نہیں جانتا کہ کوئی آدمی اللہ رب العالمین کیا چیز ہے۔</w:t>
      </w:r>
    </w:p>
    <w:p>
      <w:r>
        <w:rPr>
          <w:b/>
        </w:rPr>
        <w:t xml:space="preserve">[52:19] </w:t>
      </w:r>
      <w:r>
        <w:t>Na mister janta hai, na molvi janta hai. Agar aap Allah Rab ul Alameen ko daryaft kar lein to us ke baad lazman yahi cheez paida hoti hai jis ko aap ne farmaya: Positive Thinking.</w:t>
      </w:r>
    </w:p>
    <w:p>
      <w:pPr>
        <w:jc w:val="right"/>
      </w:pPr>
      <w:r>
        <w:t>نہ مسٹر جانتا ہے، نہ مولوی جانتا ہے۔ اگر آپ اللہ رب العالمین کو دریافت کر لیں تو اس کے بعد لازماً یہی چیز پیدا ہوتی ہے جس کو آپ نے فرمایا: Positive Thinking۔</w:t>
      </w:r>
    </w:p>
    <w:p>
      <w:r>
        <w:rPr>
          <w:b/>
        </w:rPr>
        <w:t xml:space="preserve">[52:32] </w:t>
      </w:r>
      <w:r>
        <w:t>Mere tajrube ke mutabiq agar koi insaan ho chupa hua kisi, to mein nahi janta us ko. Meri itni lambi umar hai, mein ne kisi ek insaan ko nahi paya.</w:t>
      </w:r>
    </w:p>
    <w:p>
      <w:pPr>
        <w:jc w:val="right"/>
      </w:pPr>
      <w:r>
        <w:t>میرے تجربے کے مطابق اگر کوئی انسان ہو چھپا ہوا کسی، تو میں نہیں جانتا اس کو۔ میری اتنی لمبی عمر ہے، میں نے کسی ایک انسان کو نہیں پایا۔</w:t>
      </w:r>
    </w:p>
    <w:p>
      <w:r>
        <w:rPr>
          <w:b/>
        </w:rPr>
        <w:t xml:space="preserve">[52:41] </w:t>
      </w:r>
      <w:r>
        <w:t>Na masjid madrasay mein, na universityon, collegeon mein. Jis ne waqai Allah Rab ul Alameen ko daryaft kiya, to Positive Thinking kahan se ayegi?</w:t>
      </w:r>
    </w:p>
    <w:p>
      <w:pPr>
        <w:jc w:val="right"/>
      </w:pPr>
      <w:r>
        <w:t>نہ مسجد مدرسے میں، نہ یونیورسٹیوں، کالجوں میں۔ جس نے واقعتاً اللہ رب العالمین کو دریافت کیا، تو Positive Thinking کہاں سے آئے گی؟</w:t>
      </w:r>
    </w:p>
    <w:p>
      <w:r>
        <w:rPr>
          <w:b/>
        </w:rPr>
        <w:t xml:space="preserve">[52:53] </w:t>
      </w:r>
      <w:r>
        <w:t>To sab se pehli cheez yeh hai ke aap Allah Rab ul Alameen ko daryaft kijiye. Us ke baad lazman ayegi. Jis tarah gulab ka phool aap laiye aap ghar mein to lazman khushbu ayegi.</w:t>
      </w:r>
    </w:p>
    <w:p>
      <w:pPr>
        <w:jc w:val="right"/>
      </w:pPr>
      <w:r>
        <w:t>تو سب سے پہلی چیز یہ ہے کہ آپ اللہ رب العالمین کو دریافت کیجیے۔ اس کے بعد لازماً آئے گی۔ جس طرح گلاب کا پھول آپ لائیے آپ گھر میں تو لازماً خوشبو آئے گی۔</w:t>
      </w:r>
    </w:p>
    <w:p>
      <w:r>
        <w:rPr>
          <w:b/>
        </w:rPr>
        <w:t xml:space="preserve">[53:06] </w:t>
      </w:r>
      <w:r>
        <w:t>Yeh namumkin hai ke aap gulab ka phool laein aur khushbu na aaye. Gulab ke phool ke sath sath khushbu aati hai. Isi tarah Allah Rab ul Alameen ke sath sath lazman Positive Thinking aati hai.</w:t>
      </w:r>
    </w:p>
    <w:p>
      <w:pPr>
        <w:jc w:val="right"/>
      </w:pPr>
      <w:r>
        <w:t>یہ ناممکن ہے کہ آپ گلاب کا پھول لائیں اور خوشبو نہ آئے۔ گلاب کے پھول کے ساتھ ساتھ خوشبو آتی ہے۔ اسی طرح اللہ رب العالمین کے ساتھ ساتھ لازماً Positive Thinking آتی ہے۔</w:t>
      </w:r>
    </w:p>
    <w:p>
      <w:r>
        <w:rPr>
          <w:b/>
        </w:rPr>
        <w:t xml:space="preserve">[53:25] </w:t>
      </w:r>
      <w:r>
        <w:t>Maulana, agla sawal lene se pehle ek comment parhna chahenge jo ghazi pur se Taufiq Khan sahib ne likha hai. Unhone likha hai: "Maulana sahib, mein Al-Risala qari hoon.</w:t>
      </w:r>
    </w:p>
    <w:p>
      <w:pPr>
        <w:jc w:val="right"/>
      </w:pPr>
      <w:r>
        <w:t>مولانا، اگلا سوال لینے سے پہلے ایک Comment پڑھنا چاہیں گے جو غازی پور سے توفیق خان صاحب نے لکھا ہے۔ انہوں نے لکھا ہے: "مولانا صاحب، میں الرسالہ قاری ہوں۔</w:t>
      </w:r>
    </w:p>
    <w:p>
      <w:r>
        <w:rPr>
          <w:b/>
        </w:rPr>
        <w:t xml:space="preserve">[53:38] </w:t>
      </w:r>
      <w:r>
        <w:t>Aap ka jo literature hai woh modern idiom mein hota hai. Jo ke poori tarah se samajh mein aata hai. Allah se dua hai ke woh aap ko lambi umar de."</w:t>
      </w:r>
    </w:p>
    <w:p>
      <w:pPr>
        <w:jc w:val="right"/>
      </w:pPr>
      <w:r>
        <w:t>آپ کا جو Literature ہے وہ Modern Idiom میں ہوتا ہے۔ جو کہ پوری طرح سے سمجھ میں آتا ہے۔ اللہ سے دعا ہے کہ وہ آپ کو لمبی عمر دے۔"</w:t>
      </w:r>
    </w:p>
    <w:p>
      <w:r>
        <w:rPr>
          <w:b/>
        </w:rPr>
        <w:t xml:space="preserve">[53:52] </w:t>
      </w:r>
      <w:r>
        <w:t>Maulana, agla sawal Shahnawaz Zafar sahib ne kiya hai Delhi se. Unhone likha hai: "Aap ne apni kitaab Al-Islam mein likha hai ke mustar yani jo iztirab ki halat mein ho, us ki dua Allah immediately qabool karta hai.</w:t>
      </w:r>
    </w:p>
    <w:p>
      <w:pPr>
        <w:jc w:val="right"/>
      </w:pPr>
      <w:r>
        <w:t>مولانا، اگلا سوال شاہنواز ظفر صاحب نے کیا ہے دلی سے۔ انہوں نے لکھا ہے: "آپ نے اپنی کتاب الاسلام میں لکھا ہے کہ مسطر یعنی جو اضطراب کی حالت میں ہو، اس کی دعا اللہ Immediately قبول کرتا ہے۔</w:t>
      </w:r>
    </w:p>
    <w:p>
      <w:r>
        <w:rPr>
          <w:b/>
        </w:rPr>
        <w:t xml:space="preserve">[54:11] </w:t>
      </w:r>
      <w:r>
        <w:t>Aur deegar momin ki dua ki qabooliyat ke liye amal e saleh bhi chahiye. Yahan mustar se murad kya hai? Is ko wazeh karein."</w:t>
      </w:r>
    </w:p>
    <w:p>
      <w:pPr>
        <w:jc w:val="right"/>
      </w:pPr>
      <w:r>
        <w:t>اور دیگر مومن کی دعا کی قبولیت کے لیے عمل صالح بھی چاہیے۔ یہاں مسطر سے مراد کیا ہے؟ اس کو واضح کریں۔"</w:t>
      </w:r>
    </w:p>
    <w:p>
      <w:r>
        <w:rPr>
          <w:b/>
        </w:rPr>
        <w:t xml:space="preserve">[54:27] </w:t>
      </w:r>
      <w:r>
        <w:t>Dekhiye, jab aadmi iztirari ki halat mein hota hai to apne helplessness ka tajruba karta hai woh.</w:t>
      </w:r>
    </w:p>
    <w:p>
      <w:pPr>
        <w:jc w:val="right"/>
      </w:pPr>
      <w:r>
        <w:t>دیکھیے، جب آدمی اضطراری کی حالت میں ہوتا ہے تو اپنے Helplessness کا تجربہ کرتا ہے وہ۔</w:t>
      </w:r>
    </w:p>
    <w:p>
      <w:r>
        <w:rPr>
          <w:b/>
        </w:rPr>
        <w:t xml:space="preserve">[54:35] </w:t>
      </w:r>
      <w:r>
        <w:t>Ajz ka.</w:t>
      </w:r>
    </w:p>
    <w:p>
      <w:pPr>
        <w:jc w:val="right"/>
      </w:pPr>
      <w:r>
        <w:t>عجز کا۔</w:t>
      </w:r>
    </w:p>
    <w:p>
      <w:r>
        <w:rPr>
          <w:b/>
        </w:rPr>
        <w:t xml:space="preserve">[54:39] </w:t>
      </w:r>
      <w:r>
        <w:t>Ajz ka tajruba. Aur ajz ka tajruba haqiqatan kisi ko ho jaye to Allah se bohat qurbat ho jati hai. Yani apne ajz ko daryaft karo aur Allah se qareeb ho jao.</w:t>
      </w:r>
    </w:p>
    <w:p>
      <w:pPr>
        <w:jc w:val="right"/>
      </w:pPr>
      <w:r>
        <w:t>عجز کا تجربہ۔ اور عجز کا تجربہ حقیقتاً کسی کو ہو جائے تو اللہ سے بہت قربت ہو جاتی ہے۔ یعنی اپنے عجز کو دریافت کرو اور اللہ سے قریب ہو جاؤ۔</w:t>
      </w:r>
    </w:p>
    <w:p>
      <w:r>
        <w:rPr>
          <w:b/>
        </w:rPr>
        <w:t xml:space="preserve">[54:54] </w:t>
      </w:r>
      <w:r>
        <w:t>Musalmanon mein to mein ne kisi ko paya nahi jis ne apne ajz ko daryaft kiya ho. Chahe mister ho ya molvi. Koi mujhe nahi mila, ek bhi nahi mila.</w:t>
      </w:r>
    </w:p>
    <w:p>
      <w:pPr>
        <w:jc w:val="right"/>
      </w:pPr>
      <w:r>
        <w:t>مسلمانوں میں تو میں نے کسی کو پایا نہیں جس نے اپنے عجز کو دریافت کیا ہو۔ چاہے مسٹر ہو یا مولوی۔ کوئی مجھے نہیں ملا، ایک بھی نہیں ملا۔</w:t>
      </w:r>
    </w:p>
    <w:p>
      <w:r>
        <w:rPr>
          <w:b/>
        </w:rPr>
        <w:t xml:space="preserve">[55:03] </w:t>
      </w:r>
      <w:r>
        <w:t>Agar kahin hai to mujhe us ki khabar nahi. Choonke ajz ki daryaft hi nahi hui to qurbat e khodawandi kahan se hogi? Ajz ek qabil e daryaft cheez hai, yaad rakhiye.</w:t>
      </w:r>
    </w:p>
    <w:p>
      <w:pPr>
        <w:jc w:val="right"/>
      </w:pPr>
      <w:r>
        <w:t>اگر کہیں ہے تو مجھے اس کی خبر نہیں۔ چونکہ عجز کی دریافت ہی نہیں ہوئی تو قربت خداوندی کہاں سے ہو گی؟ عجز ایک قابل دریافت چیز ہے، یاد رکھیے۔</w:t>
      </w:r>
    </w:p>
    <w:p>
      <w:r>
        <w:rPr>
          <w:b/>
        </w:rPr>
        <w:t xml:space="preserve">[55:16] </w:t>
      </w:r>
      <w:r>
        <w:t>jis tarah doosri cheezain qabil-e-daryaft hain, ajz bhi qabil-e-daryaft hai. logon ko maloom hi nahin ke ajz kya cheez hai. to apne ajz ko daryaft kijiye.</w:t>
      </w:r>
    </w:p>
    <w:p>
      <w:pPr>
        <w:jc w:val="right"/>
      </w:pPr>
      <w:r>
        <w:t>جس طرح دوسری چیزیں قابل دریافت ہیں، عجز بھی قابل دریافت ہے۔ لوگوں کو معلوم ہی نہیں کہ عجز کیا چیز ہے۔ تو اپنے عجز کو دریافت کیجیے۔</w:t>
      </w:r>
    </w:p>
    <w:p>
      <w:r>
        <w:rPr>
          <w:b/>
        </w:rPr>
        <w:t xml:space="preserve">[55:28] </w:t>
      </w:r>
      <w:r>
        <w:t>mustar aadmi jo hota hai, woh ajz ki aakhri had par hota hai. to apne ajz ko daryaft kijiye, is ke baad apne aap sari cheezain aap ke andar aa jayen gi.</w:t>
      </w:r>
    </w:p>
    <w:p>
      <w:pPr>
        <w:jc w:val="right"/>
      </w:pPr>
      <w:r>
        <w:t>مسطر آدمی جو ہوتا ہے، وہ عجز کی آخری حد پر ہوتا ہے۔ تو اپنے عجز کو دریافت کیجیے، اس کے بعد اپنے آپ ساری چیزیں آپ کے اندر آ جائیں گی۔</w:t>
      </w:r>
    </w:p>
    <w:p>
      <w:r>
        <w:rPr>
          <w:b/>
        </w:rPr>
        <w:t xml:space="preserve">[55:40] </w:t>
      </w:r>
      <w:r>
        <w:t>aur aap hamari kitabein parhiye. hamari kitab mein isi ki to tashreeh hai. hamari kitab mein jo hai woh isi baat ki tashreeh hai ke yaani How to discover ajz.</w:t>
      </w:r>
    </w:p>
    <w:p>
      <w:pPr>
        <w:jc w:val="right"/>
      </w:pPr>
      <w:r>
        <w:t>اور آپ ہماری کتابیں پڑھیے۔ ہماری کتاب میں اسی کی تو تشریح ہے۔ ہماری کتاب میں جو ہے وہ اسی بات کی تشریح ہے کہ یعنی How to discover عجز۔</w:t>
      </w:r>
    </w:p>
    <w:p>
      <w:r>
        <w:rPr>
          <w:b/>
        </w:rPr>
        <w:t xml:space="preserve">[55:56] </w:t>
      </w:r>
      <w:r>
        <w:t>maulana, agla sawal kya hai dilli se muhammad khursheed alam sahib ne. unhon ne likha hai: "How did the Westerners become the innovators</w:t>
      </w:r>
    </w:p>
    <w:p>
      <w:pPr>
        <w:jc w:val="right"/>
      </w:pPr>
      <w:r>
        <w:t>مولانا، اگلا سوال کیا ہے دلی سے محمد خورشید عالم صاحب نے۔ انہوں نے لکھا ہے: "How did the Westerners become the innovators</w:t>
      </w:r>
    </w:p>
    <w:p>
      <w:r>
        <w:rPr>
          <w:b/>
        </w:rPr>
        <w:t xml:space="preserve">[56:07] </w:t>
      </w:r>
      <w:r>
        <w:t>? What was the source of their innovation? Did they get the idea to innovate from Islam</w:t>
      </w:r>
    </w:p>
    <w:p>
      <w:pPr>
        <w:jc w:val="right"/>
      </w:pPr>
      <w:r>
        <w:t>? What was the source of their innovation? Did they get the idea to innovate from Islam</w:t>
      </w:r>
    </w:p>
    <w:p>
      <w:r>
        <w:rPr>
          <w:b/>
        </w:rPr>
        <w:t xml:space="preserve">[56:15] </w:t>
      </w:r>
      <w:r>
        <w:t>?" second: islam bas khali bas yahi hai logon ko pata hai ke hamara fakhr hamare hisse mein aana chahiye. fakhr jo hai hamare hisse mein aana chahiye.</w:t>
      </w:r>
    </w:p>
    <w:p>
      <w:pPr>
        <w:jc w:val="right"/>
      </w:pPr>
      <w:r>
        <w:t>?" سیکنڈ: اسلام بس خالی بس یہی ہے لوگوں کو پتہ ہے کہ ہمارا فخر ہمارے حصے میں آنا چاہیے۔ فخر جو ہے ہمارے حصے میں آنا چاہیے۔</w:t>
      </w:r>
    </w:p>
    <w:p>
      <w:r>
        <w:rPr>
          <w:b/>
        </w:rPr>
        <w:t xml:space="preserve">[56:26] </w:t>
      </w:r>
      <w:r>
        <w:t>sab se bari burai yeh hai ke aap fakhr apne hisse mein dalna chahein. woh insaan nahin hai. in ko Allah ne nahin paida kiya hai, aap hi ko paida kiya hai.</w:t>
      </w:r>
    </w:p>
    <w:p>
      <w:pPr>
        <w:jc w:val="right"/>
      </w:pPr>
      <w:r>
        <w:t>سب سے بڑی برائی یہ ہے کہ آپ فخر اپنے حصے میں ڈالنا چاہیں۔ وہ انسان نہیں ہے۔ ان کو اللہ نے نہیں پیدا کیا ہے، آپ ہی کو پیدا کیا ہے۔</w:t>
      </w:r>
    </w:p>
    <w:p>
      <w:r>
        <w:rPr>
          <w:b/>
        </w:rPr>
        <w:t xml:space="preserve">[56:36] </w:t>
      </w:r>
      <w:r>
        <w:t>yaani musalman samajhte hain ke hamara paida karne wala to Allah hai, baqi un ka paida karne wala shaitan hai. yeh soch jo hai itni zyada Dirty hai, itni Dirty hai ke Allah kabhi is ko maaf nahin karega is soch ko.</w:t>
      </w:r>
    </w:p>
    <w:p>
      <w:pPr>
        <w:jc w:val="right"/>
      </w:pPr>
      <w:r>
        <w:t>یعنی مسلمان سمجھتے ہیں کہ ہمارا پیدا کرنے والا تو اللہ ہے، باقی ان کا پیدا کرنے والا شیطان ہے۔ یہ سوچ جو ہے اتنی زیادہ Dirty ہے، اتنی Dirty ہے کہ اللہ کبھی اس کو معاف نہیں کرے گا اس سوچ کو۔</w:t>
      </w:r>
    </w:p>
    <w:p>
      <w:r>
        <w:rPr>
          <w:b/>
        </w:rPr>
        <w:t xml:space="preserve">[56:49] </w:t>
      </w:r>
      <w:r>
        <w:t>bhai, in cheezon ko aap janna chahein to meri kitab chhap rahi hai. is ka naam hai izhar-e-deen, is ko parhiye aap. woh is waqt Press mein hai, bohat jald aa jayegi.</w:t>
      </w:r>
    </w:p>
    <w:p>
      <w:pPr>
        <w:jc w:val="right"/>
      </w:pPr>
      <w:r>
        <w:t>بھائی، ان چیزوں کو آپ جاننا چاہیں تو میری کتاب چھپ رہی ہے۔ اس کا نام ہے اظہار دین، اس کو پڑھیے آپ۔ وہ اس وقت Press میں ہے، بہت جلد آ جائے گی۔</w:t>
      </w:r>
    </w:p>
    <w:p>
      <w:r>
        <w:rPr>
          <w:b/>
        </w:rPr>
        <w:t xml:space="preserve">[56:58] </w:t>
      </w:r>
      <w:r>
        <w:t>maulana, ek hissa un ke sawal ka yeh bhi tha ke Why Muslims consider America to be an enemy of Islam? wahi Falsehood ka hissa hai.</w:t>
      </w:r>
    </w:p>
    <w:p>
      <w:pPr>
        <w:jc w:val="right"/>
      </w:pPr>
      <w:r>
        <w:t>مولانا، ایک حصہ ان کے سوال کا یہ بھی تھا کہ Why Muslims consider America to be an enemy of Islam؟ وہی Falsehood کا حصہ ہے۔</w:t>
      </w:r>
    </w:p>
    <w:p>
      <w:r>
        <w:rPr>
          <w:b/>
        </w:rPr>
        <w:t xml:space="preserve">[57:11] </w:t>
      </w:r>
      <w:r>
        <w:t>wahi Falsehood ka hissa hai.</w:t>
      </w:r>
    </w:p>
    <w:p>
      <w:pPr>
        <w:jc w:val="right"/>
      </w:pPr>
      <w:r>
        <w:t>وہی Falsehood کا حصہ ہے۔</w:t>
      </w:r>
    </w:p>
    <w:p>
      <w:r>
        <w:rPr>
          <w:b/>
        </w:rPr>
        <w:t xml:space="preserve">[57:17] </w:t>
      </w:r>
      <w:r>
        <w:t>dekhiye, sab se bari wajah jo musalmanon ke haan aayi hai woh yeh ke America Israel ki himayat kyun karta hai? to sawal yeh hai ke America Pakistan ki himayat kyun karta hai?</w:t>
      </w:r>
    </w:p>
    <w:p>
      <w:pPr>
        <w:jc w:val="right"/>
      </w:pPr>
      <w:r>
        <w:t>دیکھیے، سب سے بڑی وجہ جو مسلمانوں کے ہاں آئی ہے وہ یہ کہ امریکہ اسرائیل کی حمایت کیوں کرتا ہے؟ تو سوال یہ ہے کہ امریکہ پاکستان کی حمایت کیوں کرتا ہے؟</w:t>
      </w:r>
    </w:p>
    <w:p>
      <w:r>
        <w:rPr>
          <w:b/>
        </w:rPr>
        <w:t xml:space="preserve">[57:30] </w:t>
      </w:r>
      <w:r>
        <w:t>sath baras se Pakistan America ki madad mein jee raha hai.</w:t>
      </w:r>
    </w:p>
    <w:p>
      <w:pPr>
        <w:jc w:val="right"/>
      </w:pPr>
      <w:r>
        <w:t>ساٹھ برس سے پاکستان امریکہ کی مدد میں جی رہا ہے۔</w:t>
      </w:r>
    </w:p>
    <w:p>
      <w:r>
        <w:rPr>
          <w:b/>
        </w:rPr>
        <w:t xml:space="preserve">[57:36] </w:t>
      </w:r>
      <w:r>
        <w:t>to America agar Israel ki himayat karta hai to aap sochiye ke Pakistan ki himayat kyun karta hai? aur Seven Million musalman kyun rehte hain athath se America mein?</w:t>
      </w:r>
    </w:p>
    <w:p>
      <w:pPr>
        <w:jc w:val="right"/>
      </w:pPr>
      <w:r>
        <w:t>تو امریکہ اگر اسرائیل کی حمایت کرتا ہے تو آپ سوچیے کہ پاکستان کی حمایت کیوں کرتا ہے؟ اور Seven Million مسلمان کیوں رہتے ہیں اٹھاٹھ سے امریکہ میں؟</w:t>
      </w:r>
    </w:p>
    <w:p>
      <w:r>
        <w:rPr>
          <w:b/>
        </w:rPr>
        <w:t xml:space="preserve">[57:48] </w:t>
      </w:r>
      <w:r>
        <w:t>is ki wajah kya hai? to America apne Interest ko jahan dekhta hai, jahan Interest Israel se is ko poora ho raha hai to Israel ka saath deta hai.</w:t>
      </w:r>
    </w:p>
    <w:p>
      <w:pPr>
        <w:jc w:val="right"/>
      </w:pPr>
      <w:r>
        <w:t>اس کی وجہ کیا ہے؟ تو امریکہ اپنے Interest کو جہاں دیکھتا ہے، جہاں Interest اسرائیل سے اس کو پورا ہو رہا ہے تو اسرائیل کا ساتھ دیتا ہے۔</w:t>
      </w:r>
    </w:p>
    <w:p>
      <w:r>
        <w:rPr>
          <w:b/>
        </w:rPr>
        <w:t xml:space="preserve">[57:59] </w:t>
      </w:r>
      <w:r>
        <w:t>jahan Pakistan hai, woh Pakistan ka saath deta hai. jo Seven Million musalman wahan hain, woh us ke woh Labor, us ko Labor ki zaroorat hai, woh Labor faraham kar rahe hain. to in ko in ko apni jagah di gayi hai.</w:t>
      </w:r>
    </w:p>
    <w:p>
      <w:pPr>
        <w:jc w:val="right"/>
      </w:pPr>
      <w:r>
        <w:t>جہاں پاکستان ہے، وہ پاکستان کا ساتھ دیتا ہے۔ جو Seven Million مسلمان وہاں ہیں، وہ اس کے وہ Labor، اس کو Labor کی ضرورت ہے، وہ Labor فراہم کر رہے ہیں۔ تو ان کو ان کو اپنی جگہ دی گئی ہے۔</w:t>
      </w:r>
    </w:p>
    <w:p>
      <w:r>
        <w:rPr>
          <w:b/>
        </w:rPr>
        <w:t xml:space="preserve">[58:12] </w:t>
      </w:r>
      <w:r>
        <w:t>yeh Seven Million musalman jo hain America mein, woh un ke Labor ki zaroorat poori kar rahe hain. to in ko bhi woh mauqa diya gaya hai. dekhiye, har aadmi apne Interest ko dekhta hai.</w:t>
      </w:r>
    </w:p>
    <w:p>
      <w:pPr>
        <w:jc w:val="right"/>
      </w:pPr>
      <w:r>
        <w:t>یہ Seven Million مسلمان جو ہیں امریکہ میں، وہ ان کے Labor کی ضرورت پوری کر رہے ہیں۔ تو ان کو بھی وہ موقع دیا گیا ہے۔ دیکھیے، ہر آدمی اپنے Interest کو دیکھتا ہے۔</w:t>
      </w:r>
    </w:p>
    <w:p>
      <w:r>
        <w:rPr>
          <w:b/>
        </w:rPr>
        <w:t xml:space="preserve">[58:23] </w:t>
      </w:r>
      <w:r>
        <w:t>koi dushman kisi ka nahin hota. kisi insaan ko yeh fursat nahin hai ke woh aapse dushmani kare. yeh nazariya hi batil hai bilkul.</w:t>
      </w:r>
    </w:p>
    <w:p>
      <w:pPr>
        <w:jc w:val="right"/>
      </w:pPr>
      <w:r>
        <w:t>کوئی دشمن کسی کا نہیں ہوتا۔ کسی انسان کو یہ فرصت نہیں ہے کہ وہ آپ سے دشمنی کرے۔ یہ نظریہ ہی باطل ہے بالکل۔</w:t>
      </w:r>
    </w:p>
    <w:p>
      <w:r>
        <w:rPr>
          <w:b/>
        </w:rPr>
        <w:t xml:space="preserve">[58:31] </w:t>
      </w:r>
      <w:r>
        <w:t>jhoot, jhoot hai. har aadmi apne Interest ko dekhta hai. ab aap ko kahin ikhtilaf pad jata hai is ka Interest to aap kehte hain yeh dushman hai. woh apne Interest ko hasil karna chahta tha.</w:t>
      </w:r>
    </w:p>
    <w:p>
      <w:pPr>
        <w:jc w:val="right"/>
      </w:pPr>
      <w:r>
        <w:t>جھوٹ، جھوٹ ہے۔ ہر آدمی اپنے Interest کو دیکھتا ہے۔ اب آپ کو کہیں اختلاف پڑ جاتا ہے اس کا Interest تو آپ کہتے ہیں یہ دشمن ہے۔ وہ اپنے Interest کو حاصل کرنا چاہتا تھا۔</w:t>
      </w:r>
    </w:p>
    <w:p>
      <w:r>
        <w:rPr>
          <w:b/>
        </w:rPr>
        <w:t xml:space="preserve">[58:43] </w:t>
      </w:r>
      <w:r>
        <w:t>ittifaq ki baat hai ke aap ko kahin thokar lag gayi. to yaad rakhiye, apni Dictionary se nikal dijiye yeh lafz dushmani aur Conspiracy.</w:t>
      </w:r>
    </w:p>
    <w:p>
      <w:pPr>
        <w:jc w:val="right"/>
      </w:pPr>
      <w:r>
        <w:t>اتفاق کی بات ہے کہ آپ کو کہیں ٹھوکر لگ گئی۔ تو یاد رکھیے، اپنی Dictionary سے نکال دیجیے یہ لفظ دشمنی اور Conspiracy۔</w:t>
      </w:r>
    </w:p>
    <w:p>
      <w:r>
        <w:rPr>
          <w:b/>
        </w:rPr>
        <w:t xml:space="preserve">[58:56] </w:t>
      </w:r>
      <w:r>
        <w:t>aur sahi lafz is ke rakhiye ke har insaan apne Interest pe chal raha hai. aap bhi Interest pe chal rahe hain. musalman bhi apne Interest pe chal rahe hain.</w:t>
      </w:r>
    </w:p>
    <w:p>
      <w:pPr>
        <w:jc w:val="right"/>
      </w:pPr>
      <w:r>
        <w:t>اور صحیح لفظ اس کے رکھیے کہ ہر انسان اپنے Interest پہ چل رہا ہے۔ آپ بھی Interest پہ چل رہے ہیں۔ مسلمان بھی اپنے Interest پہ چل رہے ہیں۔</w:t>
      </w:r>
    </w:p>
    <w:p>
      <w:r>
        <w:rPr>
          <w:b/>
        </w:rPr>
        <w:t xml:space="preserve">[59:08] </w:t>
      </w:r>
      <w:r>
        <w:t>to kahin aap ka Interest doosre se mawafiqat kar jayega, kahin mukhalifat kar jayega.</w:t>
      </w:r>
    </w:p>
    <w:p>
      <w:pPr>
        <w:jc w:val="right"/>
      </w:pPr>
      <w:r>
        <w:t>تو کہیں آپ کا Interest دوسرے سے موافقت کر جائے گا، کہیں مخالفت کر جائے گا۔</w:t>
      </w:r>
    </w:p>
    <w:p>
      <w:r>
        <w:rPr>
          <w:b/>
        </w:rPr>
        <w:t xml:space="preserve">[59:18] </w:t>
      </w:r>
      <w:r>
        <w:t>to woh ittifaq ki baat hai. koi kisi ka dushman nahin. kisi ko fursat nahin hai ke woh kisi ki dushmani kare. har aadmi ko khud apni taraqqi, bachchon ko taraqqi dena hai, apne ghar ko banana hai.</w:t>
      </w:r>
    </w:p>
    <w:p>
      <w:pPr>
        <w:jc w:val="right"/>
      </w:pPr>
      <w:r>
        <w:t>تو وہ اتفاق کی بات ہے۔ کوئی کسی کا دشمن نہیں۔ کسی کو فرصت نہیں ہے کہ وہ کسی کی دشمنی کرے۔ ہر آدمی کو خود اپنی ترقی، بچوں کو ترقی دینا ہے، اپنے گھر کو بنانا ہے۔</w:t>
      </w:r>
    </w:p>
    <w:p>
      <w:r>
        <w:rPr>
          <w:b/>
        </w:rPr>
        <w:t xml:space="preserve">[59:30] </w:t>
      </w:r>
      <w:r>
        <w:t>yeh nazariya hi bilkul Baseless hai, bilkul Baseless hai ke falan dushman hai, falan dushman hai. koi dushman nahin hai. har aadmi apne apne.</w:t>
      </w:r>
    </w:p>
    <w:p>
      <w:pPr>
        <w:jc w:val="right"/>
      </w:pPr>
      <w:r>
        <w:t>یہ نظریہ ہی بالکل Baseless ہے، بالکل Baseless ہے کہ فلاں دشمن ہے، فلاں دشمن ہے۔ کوئی دشمن نہیں ہے۔ ہر آدمی اپنے اپنے۔</w:t>
      </w:r>
    </w:p>
    <w:p>
      <w:r>
        <w:rPr>
          <w:b/>
        </w:rPr>
        <w:t xml:space="preserve">[59:40] </w:t>
      </w:r>
      <w:r>
        <w:t>main ne aap ko misaal di ke agar Israel ki himayat karne ki wajah se America dushman ban gaya to is Pakistan ki himayat kyun karta hai? woh Seven Million musalmanon ko apne haan jagah di hui hai.</w:t>
      </w:r>
    </w:p>
    <w:p>
      <w:pPr>
        <w:jc w:val="right"/>
      </w:pPr>
      <w:r>
        <w:t>میں نے آپ کو مثال دی کہ اگر اسرائیل کی حمایت کرنے کی وجہ سے امریکہ دشمن بن گیا تو اس پاکستان کی حمایت کیوں کرتا ہے؟ وہ Seven Million مسلمانوں کو اپنے ہاں جگہ دی ہوئی ہے۔</w:t>
      </w:r>
    </w:p>
    <w:p>
      <w:r>
        <w:rPr>
          <w:b/>
        </w:rPr>
        <w:t xml:space="preserve">[59:51] </w:t>
      </w:r>
      <w:r>
        <w:t>khoob kha kama rahe hain woh. kyon? to apne interest ki wajah se yeh bhi kar raha hai, interest ki wajah se woh bhi kar raha hai. interest ka lafz dono ko explain karta hai.</w:t>
      </w:r>
    </w:p>
    <w:p>
      <w:pPr>
        <w:jc w:val="right"/>
      </w:pPr>
      <w:r>
        <w:t>خوب کھا کما رہے ہیں وہ۔ کیوں؟ تو اپنے Interest کی وجہ سے یہ بھی کر رہا ہے، Interest کی وجہ سے وہ بھی کر رہا ہے۔ Interest کا لفظ دونوں کو Explain کرتا ہے۔</w:t>
      </w:r>
    </w:p>
    <w:p>
      <w:r>
        <w:rPr>
          <w:b/>
        </w:rPr>
        <w:t xml:space="preserve">[1:00:04] </w:t>
      </w:r>
      <w:r>
        <w:t>maulana, agla sawal damam se hai. mis ummat ul muiz ne kiya hai. unhon ne likha hai: "mashallah, very comprehensive talk on realistic living.</w:t>
      </w:r>
    </w:p>
    <w:p>
      <w:pPr>
        <w:jc w:val="right"/>
      </w:pPr>
      <w:r>
        <w:t>مولانا، اگلا سوال دمام سے ہے۔ مس امت المعیز نے کیا ہے۔ انہوں نے لکھا ہے: "Mashallah, very comprehensive talk on realistic living.</w:t>
      </w:r>
    </w:p>
    <w:p>
      <w:r>
        <w:rPr>
          <w:b/>
        </w:rPr>
        <w:t xml:space="preserve">[1:00:17] </w:t>
      </w:r>
      <w:r>
        <w:t>i request maulana sahib to give a message for daiz living in arab countries."</w:t>
      </w:r>
    </w:p>
    <w:p>
      <w:pPr>
        <w:jc w:val="right"/>
      </w:pPr>
      <w:r>
        <w:t>I request مولانا صاحب to give a message for daiz living in Arab countries."</w:t>
      </w:r>
    </w:p>
    <w:p>
      <w:r>
        <w:rPr>
          <w:b/>
        </w:rPr>
        <w:t xml:space="preserve">[1:00:29] </w:t>
      </w:r>
      <w:r>
        <w:t>dekhiye, arab countries mein ek bohat bari opportunity hai jis ko musalman avail nahi kar rahe. woh kya hai? arab countries mein tail ki dolat hai.</w:t>
      </w:r>
    </w:p>
    <w:p>
      <w:pPr>
        <w:jc w:val="right"/>
      </w:pPr>
      <w:r>
        <w:t>دیکھیے، عرب countries میں ایک بہت بڑی Opportunity ہے جس کو مسلمان Avail نہیں کر رہے۔ وہ کیا ہے؟ عرب countries میں تیل کی دولت ہے۔</w:t>
      </w:r>
    </w:p>
    <w:p>
      <w:r>
        <w:rPr>
          <w:b/>
        </w:rPr>
        <w:t xml:space="preserve">[1:00:41] </w:t>
      </w:r>
      <w:r>
        <w:t>wahan rozgar milta hai logon ko. to bohat ziyada log aa rahe hain bahir se. bohat ziyada. yaani ghair muslim bohat ziyada aa rahe hain.</w:t>
      </w:r>
    </w:p>
    <w:p>
      <w:pPr>
        <w:jc w:val="right"/>
      </w:pPr>
      <w:r>
        <w:t>وہاں روزگار ملتا ہے لوگوں کو۔ تو بہت زیادہ لوگ آ رہے ہیں باہر سے۔ بہت زیادہ۔ یعنی غیر مسلم بہت زیادہ آ رہے ہیں۔</w:t>
      </w:r>
    </w:p>
    <w:p>
      <w:r>
        <w:rPr>
          <w:b/>
        </w:rPr>
        <w:t xml:space="preserve">[1:00:53] </w:t>
      </w:r>
      <w:r>
        <w:t>aur tourist, yaani wahan par job karne wale, business karne wale aur tourist rozana billion billion aate jate hain.</w:t>
      </w:r>
    </w:p>
    <w:p>
      <w:pPr>
        <w:jc w:val="right"/>
      </w:pPr>
      <w:r>
        <w:t>اور Tourist، یعنی وہاں پر Job کرنے والے، Business کرنے والے اور Tourist روزانہ بلین بلین آتے جاتے ہیں۔</w:t>
      </w:r>
    </w:p>
    <w:p>
      <w:r>
        <w:rPr>
          <w:b/>
        </w:rPr>
        <w:t xml:space="preserve">[1:01:03] </w:t>
      </w:r>
      <w:r>
        <w:t>in mein aap literature distribute kijiye. dawah literature un ke darmiyan distribute kijiye. is se zyada aasan kaam konsa hai?</w:t>
      </w:r>
    </w:p>
    <w:p>
      <w:pPr>
        <w:jc w:val="right"/>
      </w:pPr>
      <w:r>
        <w:t>ان میں آپ Literature Distribute کیجیے۔ دعویٰ Literature ان کے درمیان Distribute کیجیے۔ اس سے زیادہ آسان کام کونسا ہے؟</w:t>
      </w:r>
    </w:p>
    <w:p>
      <w:r>
        <w:rPr>
          <w:b/>
        </w:rPr>
        <w:t xml:space="preserve">[1:01:12] </w:t>
      </w:r>
      <w:r>
        <w:t>sab se aasan kaam yeh hai ke aap printed book aap ke paas ho. aap ki pocket mein, aap ke bag mein. aur jahan aap dekhen kisi ko, us ko dijiye us ko.</w:t>
      </w:r>
    </w:p>
    <w:p>
      <w:pPr>
        <w:jc w:val="right"/>
      </w:pPr>
      <w:r>
        <w:t>سب سے آسان کام یہ ہے کہ آپ Printed Book آپ کے پاس ہوں۔ آپ کی پاکٹ میں، آپ کے Bag میں۔ اور جہاں آپ دیکھیں کسی کو، اس کو دیجیے اس کو۔</w:t>
      </w:r>
    </w:p>
    <w:p>
      <w:r>
        <w:rPr>
          <w:b/>
        </w:rPr>
        <w:t xml:space="preserve">[1:01:24] </w:t>
      </w:r>
      <w:r>
        <w:t>har jagah aap ko milenge aise log jo aap ke liye madu hain. asal cheez yeh hai ke madu ka concept khatm ho gaya musalmanon se. warna arab dunya mein to bohat mawaqe hain, bohat mawaqe hain, bohat mawaqe hain.</w:t>
      </w:r>
    </w:p>
    <w:p>
      <w:pPr>
        <w:jc w:val="right"/>
      </w:pPr>
      <w:r>
        <w:t>ہر جگہ آپ کو ملیں گے ایسے لوگ جو آپ کے لیے مدعو ہیں۔ اصل چیز یہ ہے کہ مدعو کا Concept ختم ہو گیا مسلمانوں سے۔ ورنہ عرب دنیا میں تو بہت مواقع ہیں، بہت مواقع ہیں، بہت مواقع ہیں۔</w:t>
      </w:r>
    </w:p>
    <w:p>
      <w:r>
        <w:rPr>
          <w:b/>
        </w:rPr>
        <w:t xml:space="preserve">[1:01:39] </w:t>
      </w:r>
      <w:r>
        <w:t>misalan dekhiye, egypt hai. egypt mein bohat hi zyada tourism tha. kyon ke wahan bohat hi yaani ancient civilization hoti thi wahan par.</w:t>
      </w:r>
    </w:p>
    <w:p>
      <w:pPr>
        <w:jc w:val="right"/>
      </w:pPr>
      <w:r>
        <w:t>مثلاً دیکھیے، Egypt ہے۔ Egypt میں بہت ہی زیادہ Tourism تھا۔ کیونکہ وہاں بہت ہی یعنی Ancient Civilization ہوتی تھی وہاں پر۔</w:t>
      </w:r>
    </w:p>
    <w:p>
      <w:r>
        <w:rPr>
          <w:b/>
        </w:rPr>
        <w:t xml:space="preserve">[1:01:51] </w:t>
      </w:r>
      <w:r>
        <w:t>aur bohat hi qadeem tareen wahan par monument hain. bohat aate the. khwamkhwah military chala diya wahan par. ladai bhadai chhod diya. agar yeh musalman ladai bhadai na chhodte to wahan to yaani woh yeh surkh koton ko hasil karne ka mauqa tha.</w:t>
      </w:r>
    </w:p>
    <w:p>
      <w:pPr>
        <w:jc w:val="right"/>
      </w:pPr>
      <w:r>
        <w:t>اور بہت ہی قدیم ترین وہاں پر Monument ہیں۔ بہت آتے تھے۔ خوامخواہ Military چلا دیا وہاں پر۔ لڑائی بھڑائی چھوڑ دیا۔ اگر یہ مسلمان لڑائی بھڑائی نہ چھوڑتے تو وہاں تو یعنی وہ یہ سرخ کوٹوں کو حاصل کرنے کا موقع تھا۔</w:t>
      </w:r>
    </w:p>
    <w:p>
      <w:r>
        <w:rPr>
          <w:b/>
        </w:rPr>
        <w:t xml:space="preserve">[1:02:07] </w:t>
      </w:r>
      <w:r>
        <w:t>yeh saare log jo aate hain bator tourist ke ya bator yaani business ke, un ke darmiyan aap islam phailaiye. aur sab se aasan yeh hai ke printed books apne paas rakhen, un ko dete rahiye, dete rahiye, dete rahiye.</w:t>
      </w:r>
    </w:p>
    <w:p>
      <w:pPr>
        <w:jc w:val="right"/>
      </w:pPr>
      <w:r>
        <w:t>یہ سارے لوگ جو آتے ہیں بطور Tourist کے یا بطور یعنی Business کے، ان کے درمیان آپ اسلام پھیلائیے۔ اور سب سے آسان یہ ہے کہ Printed Books اپنے پاس رکھیں، ان کو دیتے رہیے، دیتے رہیے، دیتے رہیے۔</w:t>
      </w:r>
    </w:p>
    <w:p>
      <w:r>
        <w:rPr>
          <w:b/>
        </w:rPr>
        <w:t xml:space="preserve">[1:02:22] </w:t>
      </w:r>
      <w:r>
        <w:t>un ki zaban mein, har ek ki zaban mein tayyar kijiye kitaben. asal mein asal cheez yeh hai ke logon ko lagta hai dawah ka incentive nahi hai.</w:t>
      </w:r>
    </w:p>
    <w:p>
      <w:pPr>
        <w:jc w:val="right"/>
      </w:pPr>
      <w:r>
        <w:t>ان کی زبان میں، ہر ایک کی زبان میں تیار کیجیے کتابیں۔ اصل میں اصل چیز یہ ہے کہ لوگوں کو لگتا ہے دعوت کا Incentive نہیں ہے۔</w:t>
      </w:r>
    </w:p>
    <w:p>
      <w:r>
        <w:rPr>
          <w:b/>
        </w:rPr>
        <w:t xml:space="preserve">[1:02:31] </w:t>
      </w:r>
      <w:r>
        <w:t>dawah ka jazba nahi hai. yaani spirit of dawah lack kar rahi hai. na ke aap ne chhod diya aap dawah.</w:t>
      </w:r>
    </w:p>
    <w:p>
      <w:pPr>
        <w:jc w:val="right"/>
      </w:pPr>
      <w:r>
        <w:t>دعوت کا جذبہ نہیں ہے۔ یعنی Spirit of دعوت Lack کر رہی ہے۔ نہ کہ آپ نے چھوڑ دیا آپ دعویٰ۔</w:t>
      </w:r>
    </w:p>
    <w:p>
      <w:r>
        <w:rPr>
          <w:b/>
        </w:rPr>
        <w:t xml:space="preserve">[1:02:42] </w:t>
      </w:r>
      <w:r>
        <w:t>yeh hai masla.</w:t>
      </w:r>
    </w:p>
    <w:p>
      <w:pPr>
        <w:jc w:val="right"/>
      </w:pPr>
      <w:r>
        <w:t>یہ ہے مسئلہ۔</w:t>
      </w:r>
    </w:p>
    <w:p>
      <w:r>
        <w:rPr>
          <w:b/>
        </w:rPr>
        <w:t xml:space="preserve">[1:02:46] </w:t>
      </w:r>
      <w:r>
        <w:t>maulana, agla sawal doctor najma siddiqui ne kiya hai dilli se. unhon ne likha hai: "muslims who are living in falsehood don't realize that they are living in falsehood as everyone around them is practicing the same.</w:t>
      </w:r>
    </w:p>
    <w:p>
      <w:pPr>
        <w:jc w:val="right"/>
      </w:pPr>
      <w:r>
        <w:t>مولانا، اگلا سوال ڈاکٹر نجمہ صدیقی نے کیا ہے دلی سے۔ انہوں نے لکھا ہے: "Muslims who are living in falsehood don't realize that they are living in falsehood as everyone around them is practicing the same.</w:t>
      </w:r>
    </w:p>
    <w:p>
      <w:r>
        <w:rPr>
          <w:b/>
        </w:rPr>
        <w:t xml:space="preserve">[1:03:04] </w:t>
      </w:r>
      <w:r>
        <w:t>how can we change the situation in a realistic manner?</w:t>
      </w:r>
    </w:p>
    <w:p>
      <w:pPr>
        <w:jc w:val="right"/>
      </w:pPr>
      <w:r>
        <w:t>How can we change the situation in a realistic manner?</w:t>
      </w:r>
    </w:p>
    <w:p>
      <w:r>
        <w:rPr>
          <w:b/>
        </w:rPr>
        <w:t xml:space="preserve">[1:03:08] </w:t>
      </w:r>
      <w:r>
        <w:t>please advise us." dekhiye, hamare mission mein allah ke fazl se yaani hazaron log hain jo poori dunya mein, woh is se yeh obsession se bahir aa gaye hain.</w:t>
      </w:r>
    </w:p>
    <w:p>
      <w:pPr>
        <w:jc w:val="right"/>
      </w:pPr>
      <w:r>
        <w:t>Please advise us." دیکھیے، ہمارے Mission میں اللہ کے فضل سے یعنی ہزاروں لوگ ہیں جو پوری دنیا میں، وہ اس سے یہ Obsession سے باہر آ گئے ہیں۔</w:t>
      </w:r>
    </w:p>
    <w:p>
      <w:r>
        <w:rPr>
          <w:b/>
        </w:rPr>
        <w:t xml:space="preserve">[1:03:22] </w:t>
      </w:r>
      <w:r>
        <w:t>is obsession se bahir aaye hain. kyon ke unhon ne hamari literature ko padha, hamare lecture ko suna. yeh kijiye. aur zyada padhaiye.</w:t>
      </w:r>
    </w:p>
    <w:p>
      <w:pPr>
        <w:jc w:val="right"/>
      </w:pPr>
      <w:r>
        <w:t>اس Obsession سے باہر آئے ہیں۔ کیونکہ انہوں نے ہماری Literature کو پڑھا، ہمارے Lecture کو سنا۔ یہ کیجیے۔ اور زیادہ پڑھائیے۔</w:t>
      </w:r>
    </w:p>
    <w:p>
      <w:r>
        <w:rPr>
          <w:b/>
        </w:rPr>
        <w:t xml:space="preserve">[1:03:30] </w:t>
      </w:r>
      <w:r>
        <w:t>aur zyada logon ko kahiye ke woh lecture ko sunen. jis tarah se abhi itne sare log is obsession se bahir aa gaye hain, to aur bhi aayenge is obsession se bahir.</w:t>
      </w:r>
    </w:p>
    <w:p>
      <w:pPr>
        <w:jc w:val="right"/>
      </w:pPr>
      <w:r>
        <w:t>اور زیادہ لوگوں کو کہیے کہ وہ Lecture کو سنیں۔ جس طرح سے ابھی اتنے سارے لوگ اس Obsession سے باہر آئے ہیں، تو اور بھی آئیں گے اس Obsession سے باہر۔</w:t>
      </w:r>
    </w:p>
    <w:p>
      <w:r>
        <w:rPr>
          <w:b/>
        </w:rPr>
        <w:t xml:space="preserve">[1:03:42] </w:t>
      </w:r>
      <w:r>
        <w:t>sab se aasan tareeqa yahi hai.</w:t>
      </w:r>
    </w:p>
    <w:p>
      <w:pPr>
        <w:jc w:val="right"/>
      </w:pPr>
      <w:r>
        <w:t>سب سے آسان طریقہ یہی ہے۔</w:t>
      </w:r>
    </w:p>
    <w:p>
      <w:r>
        <w:rPr>
          <w:b/>
        </w:rPr>
        <w:t xml:space="preserve">[1:03:47] </w:t>
      </w:r>
      <w:r>
        <w:t>maulana, agla sawal kiya hai ajmer se doctor safeena tabassum ne. unhon ne likha hai: "moulana sahib, muslims today get offended whenever we discuss anything with them.</w:t>
      </w:r>
    </w:p>
    <w:p>
      <w:pPr>
        <w:jc w:val="right"/>
      </w:pPr>
      <w:r>
        <w:t>مولانا، اگلا سوال کیا ہے اجمیر سے ڈاکٹر سفینہ تبسم نے۔ انہوں نے لکھا ہے: "Moulana صاحب، Muslims today get offended whenever we discuss anything with them.</w:t>
      </w:r>
    </w:p>
    <w:p>
      <w:r>
        <w:rPr>
          <w:b/>
        </w:rPr>
        <w:t xml:space="preserve">[1:03:59] </w:t>
      </w:r>
      <w:r>
        <w:t>please advise us as to what our approach should be so that their hearts soften up towards our criticism." dekhiye, yeh to tareekh hai ke aadmi ghussa ho jata hai.</w:t>
      </w:r>
    </w:p>
    <w:p>
      <w:pPr>
        <w:jc w:val="right"/>
      </w:pPr>
      <w:r>
        <w:t>Please advise us as to what our approach should be so that their hearts soften up towards our criticism." دیکھیے، یہ تو تاریخ ہے کہ آدمی غصہ ہو جاتا ہے۔</w:t>
      </w:r>
    </w:p>
    <w:p>
      <w:r>
        <w:rPr>
          <w:b/>
        </w:rPr>
        <w:t xml:space="preserve">[1:04:13] </w:t>
      </w:r>
      <w:r>
        <w:t>rasool allah sallallahu alaihi wasallam ne makkah mein jab dawah shuru ki to log ghussa ho gaye. aur itna zyada mukhalif yeh hai ke rasool allah ko makkah chhodna pada.</w:t>
      </w:r>
    </w:p>
    <w:p>
      <w:pPr>
        <w:jc w:val="right"/>
      </w:pPr>
      <w:r>
        <w:t>رسول اللہ صلی اللہ علیہ وسلم نے مکہ میں جب دعوت شروع کی تو لوگ غصہ ہو گئے۔ اور اتنا زیادہ مخالف یہ ہے کہ رسول اللہ کو مکہ چھوڑنا پڑا۔</w:t>
      </w:r>
    </w:p>
    <w:p>
      <w:r>
        <w:rPr>
          <w:b/>
        </w:rPr>
        <w:t xml:space="preserve">[1:04:23] </w:t>
      </w:r>
      <w:r>
        <w:t>lekin phir waqt aaya ke sare log islam ke fold mein aa gaye. to kaam jari rakhiye. dua karte rahiye.</w:t>
      </w:r>
    </w:p>
    <w:p>
      <w:pPr>
        <w:jc w:val="right"/>
      </w:pPr>
      <w:r>
        <w:t>لیکن پھر وقت آیا کہ سارے لوگ اسلام کے Fold میں آ گئے۔ تو کام جاری رکھیے۔ دعا کرتے رہیے۔</w:t>
      </w:r>
    </w:p>
    <w:p>
      <w:r>
        <w:rPr>
          <w:b/>
        </w:rPr>
        <w:t xml:space="preserve">[1:04:32] </w:t>
      </w:r>
      <w:r>
        <w:t>hikmat ke sath aur sabr ke sath dawat ka kaam kijie. yahi tareeqa pehle bhi tha, yahi tareeqa aaj bhi hai.</w:t>
      </w:r>
    </w:p>
    <w:p>
      <w:pPr>
        <w:jc w:val="right"/>
      </w:pPr>
      <w:r>
        <w:t>حکمت کے ساتھ اور صبر کے ساتھ دعوت کا کام کیجیے۔ یہی طریقہ پہلے بھی تھا، یہی طریقہ آج بھی ہے۔</w:t>
      </w:r>
    </w:p>
    <w:p>
      <w:r>
        <w:rPr>
          <w:b/>
        </w:rPr>
        <w:t xml:space="preserve">[1:04:41] </w:t>
      </w:r>
      <w:r>
        <w:t>koi doosra tareeqa koi nahi hai. na pehle koi doosra tareeqa mumkin tha, na aaj mumkin hai.</w:t>
      </w:r>
    </w:p>
    <w:p>
      <w:pPr>
        <w:jc w:val="right"/>
      </w:pPr>
      <w:r>
        <w:t>کوئی دوسرا طریقہ کوئی نہیں ہے۔ نہ پہلے کوئی دوسرا طریقہ ممکن تھا، نہ آج ممکن ہے۔</w:t>
      </w:r>
    </w:p>
    <w:p>
      <w:r>
        <w:rPr>
          <w:b/>
        </w:rPr>
        <w:t xml:space="preserve">[1:04:53] </w:t>
      </w:r>
      <w:r>
        <w:t>maulana, agla sawal dilli se hai jameel akhtar sahib ne kiya hai. unhon ne likha hai: "yahoodi islam ke dushman hain aur hamesha rahenge.</w:t>
      </w:r>
    </w:p>
    <w:p>
      <w:pPr>
        <w:jc w:val="right"/>
      </w:pPr>
      <w:r>
        <w:t>مولانا، اگلا سوال دلی سے ہے جمیل اختر صاحب نے کیا ہے۔ انہوں نے لکھا ہے: "یہودی اسلام کے دشمن ہیں اور ہمیشہ رہیں گے۔</w:t>
      </w:r>
    </w:p>
    <w:p>
      <w:r>
        <w:rPr>
          <w:b/>
        </w:rPr>
        <w:t xml:space="preserve">[1:05:04] </w:t>
      </w:r>
      <w:r>
        <w:t>zyadatar kitabon ka khulasa yahi hai. quran mein yahood ka zikr kiya sirf huzoor ke daur ke yahood ke liye hi hai?</w:t>
      </w:r>
    </w:p>
    <w:p>
      <w:pPr>
        <w:jc w:val="right"/>
      </w:pPr>
      <w:r>
        <w:t>زیادہ تر کتابوں کا خلاصہ یہی ہے۔ قرآن میں یہود کا ذکر کیا صرف حضور کے دور کے یہود کے لیے ہی ہے؟</w:t>
      </w:r>
    </w:p>
    <w:p>
      <w:r>
        <w:rPr>
          <w:b/>
        </w:rPr>
        <w:t xml:space="preserve">[1:05:12] </w:t>
      </w:r>
      <w:r>
        <w:t>is ko wazeh karen." bhai, yahoodi ki baat nahi hai. aap ki kitabon mein likha rehta hai, sari kitabon mein: "kuffar-e-makka, mushrikeen-e-makka." to kya wo aaj ke liye hai?</w:t>
      </w:r>
    </w:p>
    <w:p>
      <w:pPr>
        <w:jc w:val="right"/>
      </w:pPr>
      <w:r>
        <w:t>اس کو واضح کریں۔" بھئی، یہودی کی بات نہیں ہے۔ آپ کی کتابوں میں لکھا رہتا ہے، ساری کتابوں میں: "کفار مکہ، مشرکین مکہ۔" تو کیا وہ آج کے لیے ہے؟</w:t>
      </w:r>
    </w:p>
    <w:p>
      <w:r>
        <w:rPr>
          <w:b/>
        </w:rPr>
        <w:t xml:space="preserve">[1:05:23] </w:t>
      </w:r>
      <w:r>
        <w:t>sab kitabon mein likha rehta hai. "kuffar-e-makka, mushrikeen-e-makka." "qul ya ayyuhal kafirun" quran majeed mein. to kya aaj ke liye hai? ye "qul ya ayyuhal kafirun" jo hai, ye makka walon ke liye hai ye.</w:t>
      </w:r>
    </w:p>
    <w:p>
      <w:pPr>
        <w:jc w:val="right"/>
      </w:pPr>
      <w:r>
        <w:t>سب کتابوں میں لکھا رہتا ہے۔ "کفار مکہ، مشرکین مکہ۔" "قل یا ایہا الکافرون" قرآن مجید میں۔ تو کیا آج کے لیے ہے؟ یہ "قل یا ایہا الکافرون" جو ہے، یہ مکہ والوں کے لیے ہے یہ۔</w:t>
      </w:r>
    </w:p>
    <w:p>
      <w:r>
        <w:rPr>
          <w:b/>
        </w:rPr>
        <w:t xml:space="preserve">[1:05:39] </w:t>
      </w:r>
      <w:r>
        <w:t>ye "qul ya ayyuhal kafirun" jo hai, makka walon ke liye hai ye. hamari kitabon mein likha rehta hai: "kuffar-e-makka, mushrikeen-e-makka." wo qadi makka ke liye hota hai.</w:t>
      </w:r>
    </w:p>
    <w:p>
      <w:pPr>
        <w:jc w:val="right"/>
      </w:pPr>
      <w:r>
        <w:t>یہ "قل یا ایہا الکافرون" جو ہے، مکہ والوں کے لیے ہے یہ۔ ہماری کتابوں میں لکھا رہتا ہے: "کفار مکہ، مشرکین مکہ۔" وہ قدی مکہ کے لیے ہوتا ہے۔</w:t>
      </w:r>
    </w:p>
    <w:p>
      <w:r>
        <w:rPr>
          <w:b/>
        </w:rPr>
        <w:t xml:space="preserve">[1:05:47] </w:t>
      </w:r>
      <w:r>
        <w:t>to ye farq to har jis tarah doosron ke bare mein, is tarah yahood ke bare mein bhi hai.</w:t>
      </w:r>
    </w:p>
    <w:p>
      <w:pPr>
        <w:jc w:val="right"/>
      </w:pPr>
      <w:r>
        <w:t>تو یہ فرق تو ہر جس طرح دوسروں کے بارے میں، اس طرح یہود کے بارے میں بھی ہے۔</w:t>
      </w:r>
    </w:p>
    <w:p>
      <w:r>
        <w:rPr>
          <w:b/>
        </w:rPr>
        <w:t xml:space="preserve">[1:05:56] </w:t>
      </w:r>
      <w:r>
        <w:t>jaise doosron ke bare mein, is tarah yahood ke bare mein bhi hai. asal mein dekhiye, hua ye hai. qissa kya hua? ke yahood ko jab maar peet hui falasteen mein to chale gaye, jis ko kehte hain Diaspora.</w:t>
      </w:r>
    </w:p>
    <w:p>
      <w:pPr>
        <w:jc w:val="right"/>
      </w:pPr>
      <w:r>
        <w:t>جیسے دوسروں کے بارے میں، اس طرح یہود کے بارے میں بھی ہے۔ اصل میں دیکھیے، ہوا یہ ہے۔ قصہ کیا ہوا؟ کہ یہود کو جب مار پیٹ ہوئی فلسطین میں تو چلے گئے، جس کو کہتے ہیں Diaspora۔</w:t>
      </w:r>
    </w:p>
    <w:p>
      <w:r>
        <w:rPr>
          <w:b/>
        </w:rPr>
        <w:t xml:space="preserve">[1:06:13] </w:t>
      </w:r>
      <w:r>
        <w:t>yani yahoodi Diaspora mein chale gaye. yani doosre mulkon mein. un ki badi tadad Western countries mein chali gayi. Europe mein aur America mein.</w:t>
      </w:r>
    </w:p>
    <w:p>
      <w:pPr>
        <w:jc w:val="right"/>
      </w:pPr>
      <w:r>
        <w:t>یعنی یہودی Diaspora میں چلے گئے۔ یعنی دوسرے ملکوں میں۔ ان کی بڑی تعداد Western countries میں چلی گئی۔ یورپ میں اور امریکہ میں۔</w:t>
      </w:r>
    </w:p>
    <w:p>
      <w:r>
        <w:rPr>
          <w:b/>
        </w:rPr>
        <w:t xml:space="preserve">[1:06:23] </w:t>
      </w:r>
      <w:r>
        <w:t>to wahan unhon ne English padhi, wahan unhon ne science padhi. to Diaspora un ke liye wo nemat ban gaya. Diaspora un ke liye nemat ban gaya.</w:t>
      </w:r>
    </w:p>
    <w:p>
      <w:pPr>
        <w:jc w:val="right"/>
      </w:pPr>
      <w:r>
        <w:t>تو وہاں انہوں نے انگلش پڑھی، وہاں انہوں نے سائنس پڑھی۔ تو Diaspora ان کے لیے وہ نعمت بن گیا۔ Diaspora ان کے لیے نعمت بن گیا۔</w:t>
      </w:r>
    </w:p>
    <w:p>
      <w:r>
        <w:rPr>
          <w:b/>
        </w:rPr>
        <w:t xml:space="preserve">[1:06:35] </w:t>
      </w:r>
      <w:r>
        <w:t>aur padh padh ke, padh padh ke wo Education mein aage badhte chale gaye. main aap ko ek misaal deta hoon ke main teen baar gaya hoon falasteen aur israel.</w:t>
      </w:r>
    </w:p>
    <w:p>
      <w:pPr>
        <w:jc w:val="right"/>
      </w:pPr>
      <w:r>
        <w:t>اور پڑھ پڑھ کے، پڑھ پڑھ کے وہ Education میں آگے بڑھتے چلے گئے۔ میں آپ کو ایک مثال دیتا ہوں کہ میں تین بار گیا ہوں فلسطین اور اسرائیل۔</w:t>
      </w:r>
    </w:p>
    <w:p>
      <w:r>
        <w:rPr>
          <w:b/>
        </w:rPr>
        <w:t xml:space="preserve">[1:06:49] </w:t>
      </w:r>
      <w:r>
        <w:t>to ek baar to aap ko ye maloom hua ke jo yahoodi rehte hain America mein, unhon ne ek Fund ikattha kiya.</w:t>
      </w:r>
    </w:p>
    <w:p>
      <w:pPr>
        <w:jc w:val="right"/>
      </w:pPr>
      <w:r>
        <w:t>تو ایک بار تو آپ کو یہ معلوم ہوا کہ جو یہودی رہتے ہیں امریکہ میں، انہوں نے ایک Fund اکٹھا کیا۔</w:t>
      </w:r>
    </w:p>
    <w:p>
      <w:r>
        <w:rPr>
          <w:b/>
        </w:rPr>
        <w:t xml:space="preserve">[1:06:58] </w:t>
      </w:r>
      <w:r>
        <w:t>ek billion dollar. billion B se. ek billion dollar ikattha kar ke gaye wo yerushalayim.</w:t>
      </w:r>
    </w:p>
    <w:p>
      <w:pPr>
        <w:jc w:val="right"/>
      </w:pPr>
      <w:r>
        <w:t>ایک بلین ڈالر۔ بلین بی سے۔ ایک بلین ڈالر اکٹھا کر کے گئے وہ یروشلم۔</w:t>
      </w:r>
    </w:p>
    <w:p>
      <w:r>
        <w:rPr>
          <w:b/>
        </w:rPr>
        <w:t xml:space="preserve">[1:07:07] </w:t>
      </w:r>
      <w:r>
        <w:t>wahan ka jo bada rabai tha, Chief rabai, us se mile. unhon ne kaha ke yerushalayim mein bohat bara Synagogue banaiye.</w:t>
      </w:r>
    </w:p>
    <w:p>
      <w:pPr>
        <w:jc w:val="right"/>
      </w:pPr>
      <w:r>
        <w:t>وہاں کا جو بڑا رباعی تھا، Chief رباعی، اس سے ملے۔ انہوں نے کہا کہ یروشلم میں بہت بڑا Synagogue بنائیے۔</w:t>
      </w:r>
    </w:p>
    <w:p>
      <w:r>
        <w:rPr>
          <w:b/>
        </w:rPr>
        <w:t xml:space="preserve">[1:07:16] </w:t>
      </w:r>
      <w:r>
        <w:t>Synagogue kehte hain yahoodi ibadat khane ko. ke yerushalayim mein bohat hi bara Synagogue banaiye aap. to Chief rabai jo tha, us ne kaha ke Khuda ko bohat bare Synagogue ki zaroorat nahi hai.</w:t>
      </w:r>
    </w:p>
    <w:p>
      <w:pPr>
        <w:jc w:val="right"/>
      </w:pPr>
      <w:r>
        <w:t>Synagogue کہتے ہیں یہودی عبادت خانے کو۔ کہ یروشلم میں بہت ہی بڑا Synagogue بنائیے آپ۔ تو Chief رباعی جو تھا، اس نے کہا کہ خدا کو بہت بڑے Synagogue کی ضرورت نہیں ہے۔</w:t>
      </w:r>
    </w:p>
    <w:p>
      <w:r>
        <w:rPr>
          <w:b/>
        </w:rPr>
        <w:t xml:space="preserve">[1:07:29] </w:t>
      </w:r>
      <w:r>
        <w:t>us ko Education mein lagao. to ek billion dollar ka Fund wahan par qaim hua Education ke liye. aur wo dhoom se lage, yani parhne lage yahoodi ladke.</w:t>
      </w:r>
    </w:p>
    <w:p>
      <w:pPr>
        <w:jc w:val="right"/>
      </w:pPr>
      <w:r>
        <w:t>اس کو Education میں لگاؤ۔ تو ایک بلین ڈالر کا Fund وہاں پر قائم ہوا Education کے لیے۔ اور وہ دھوم سے لگے، یعنی پڑھنے لگے یہودی لڑکے۔</w:t>
      </w:r>
    </w:p>
    <w:p>
      <w:r>
        <w:rPr>
          <w:b/>
        </w:rPr>
        <w:t xml:space="preserve">[1:07:41] </w:t>
      </w:r>
      <w:r>
        <w:t>is tarah se wahan aaya hai ye Education ka jo daur aaya hai. hamare haan badqismati se aise log paida hi nahi hote.</w:t>
      </w:r>
    </w:p>
    <w:p>
      <w:pPr>
        <w:jc w:val="right"/>
      </w:pPr>
      <w:r>
        <w:t>اس طرح سے وہاں آیا ہے یہ Education کا جو دور آیا ہے۔ ہمارے ہاں بدقسمتی سے ایسے لوگ پیدا ہی نہیں ہوتے۔</w:t>
      </w:r>
    </w:p>
    <w:p>
      <w:r>
        <w:rPr>
          <w:b/>
        </w:rPr>
        <w:t xml:space="preserve">[1:07:50] </w:t>
      </w:r>
      <w:r>
        <w:t>kyun ke Society itni kharab hai, itni kharab hai. koi achhi baat kahe to us ko daba dete hain. sarsrit ko aap jante hain ke aaj aap sarsrit ko bara darja dete hain.</w:t>
      </w:r>
    </w:p>
    <w:p>
      <w:pPr>
        <w:jc w:val="right"/>
      </w:pPr>
      <w:r>
        <w:t>کیونکہ Society اتنی خراب ہے، اتنی خراب ہے۔ کوئی اچھی بات کہے تو اس کو دبا دیتے ہیں۔ سرسریت کو آپ جانتے ہیں کہ آج آپ سرسریت کو بڑا درجہ دیتے ہیں۔</w:t>
      </w:r>
    </w:p>
    <w:p>
      <w:r>
        <w:rPr>
          <w:b/>
        </w:rPr>
        <w:t xml:space="preserve">[1:08:02] </w:t>
      </w:r>
      <w:r>
        <w:t>lekin sarsrit ke zamane mein kya hua? un par fatwe lage. un ko mukhalifaten ki gayeen. yani sarsrit ke moaserin jo the, zabardast mukhalifaten ki gayeen un ki.</w:t>
      </w:r>
    </w:p>
    <w:p>
      <w:pPr>
        <w:jc w:val="right"/>
      </w:pPr>
      <w:r>
        <w:t>لیکن سرسریت کے زمانے میں کیا ہوا؟ ان پر فتوے لگے۔ ان کو مخالفتیں کی گئیں۔ یعنی سرسریت کے معاصرین جو تھے، زبردست مخالفتیں کی گئیں ان کی۔</w:t>
      </w:r>
    </w:p>
    <w:p>
      <w:r>
        <w:rPr>
          <w:b/>
        </w:rPr>
        <w:t xml:space="preserve">[1:08:13] </w:t>
      </w:r>
      <w:r>
        <w:t>un ko sab kuch kaha: munafiq, kafir, fasiq, pata nahi kya kya kar dala.</w:t>
      </w:r>
    </w:p>
    <w:p>
      <w:pPr>
        <w:jc w:val="right"/>
      </w:pPr>
      <w:r>
        <w:t>ان کو سب کچھ کہا: منافق، کافر، فاسق، پتہ نہیں کیا کیا کر ڈالا۔</w:t>
      </w:r>
    </w:p>
    <w:p>
      <w:r>
        <w:rPr>
          <w:b/>
        </w:rPr>
        <w:t xml:space="preserve">[1:08:21] </w:t>
      </w:r>
      <w:r>
        <w:t>to koi bhi kaam kar paye taajjub jab us ko yani Supporter mile. jab Supporter na mile to kuch nahi kaam ho sakta. Rasool Allah ko bhi kaam mila ke jab Supporter mile aap ko.</w:t>
      </w:r>
    </w:p>
    <w:p>
      <w:pPr>
        <w:jc w:val="right"/>
      </w:pPr>
      <w:r>
        <w:t>تو کوئی بھی کام کر پائے تعجب جب اس کو یعنی Supporter ملے۔ جب Supporter نہ ملے تو کچھ نہیں کام ہو سکتا۔ رسول اللہ کو بھی کام ملا کہ جب Supporter ملے آپ کو۔</w:t>
      </w:r>
    </w:p>
    <w:p>
      <w:r>
        <w:rPr>
          <w:b/>
        </w:rPr>
        <w:t xml:space="preserve">[1:08:32] </w:t>
      </w:r>
      <w:r>
        <w:t>pehlay nabiyon ko Support nahi mile to koi bara kaam bhi nahi ho saka. to musalmanon ke mizaj ko badlie taake jo kaam karne ke liye utha hai to us ko Supporter mile.</w:t>
      </w:r>
    </w:p>
    <w:p>
      <w:pPr>
        <w:jc w:val="right"/>
      </w:pPr>
      <w:r>
        <w:t>پچھلے نبیوں کو Support نہیں ملے تو کوئی بڑا کام بھی نہیں ہو سکا۔ تو مسلمانوں کے مزاج کو بدلیے تاکہ جو کام کرنے کے لیے اٹھا ہے تو اس کو Supporter ملے۔</w:t>
      </w:r>
    </w:p>
    <w:p>
      <w:r>
        <w:rPr>
          <w:b/>
        </w:rPr>
        <w:t xml:space="preserve">[1:08:42] </w:t>
      </w:r>
      <w:r>
        <w:t>ye bhi is ka ek pehlu hai. jab aap musalmanon ke mizaj ko badlenge to kisi kaam karne wale ko Support denge. tab ja kar bara kaam hoga.</w:t>
      </w:r>
    </w:p>
    <w:p>
      <w:pPr>
        <w:jc w:val="right"/>
      </w:pPr>
      <w:r>
        <w:t>یہ بھی اس کا ایک پہلو ہے۔ جب آپ مسلمانوں کے مزاج کو بدلیں گے تو کسی کام کرنے والے کو Support دیں گے۔ تب جا کر بڑا کام ہوگا۔</w:t>
      </w:r>
    </w:p>
    <w:p>
      <w:r>
        <w:rPr>
          <w:b/>
        </w:rPr>
        <w:t xml:space="preserve">[1:08:56] </w:t>
      </w:r>
      <w:r>
        <w:t>maulana, agla sawal lene se pehle ek Comment parhna chahenge jo doha, qatar se maulana abdul basit umri ne likha hai.</w:t>
      </w:r>
    </w:p>
    <w:p>
      <w:pPr>
        <w:jc w:val="right"/>
      </w:pPr>
      <w:r>
        <w:t>مولانا، اگلا سوال لینے سے پہلے ایک Comment پڑھنا چاہیں گے جو دوحہ، قطر سے مولانا عبدالباسط عمری نے لکھا ہے۔</w:t>
      </w:r>
    </w:p>
    <w:p>
      <w:r>
        <w:rPr>
          <w:b/>
        </w:rPr>
        <w:t xml:space="preserve">[1:09:07] </w:t>
      </w:r>
      <w:r>
        <w:t>unhon ne likha hai: "aap ne jo yeh kaha ke apne jazbat aur khwahishat se bahar aa kar apne aap ko empty mind banayein aur doosron ko discover karein.</w:t>
      </w:r>
    </w:p>
    <w:p>
      <w:pPr>
        <w:jc w:val="right"/>
      </w:pPr>
      <w:r>
        <w:t>انہوں نے لکھا ہے: "آپ نے جو یہ کہا کہ اپنے جذبات اور خواہشات سے باہر آ کر اپنے آپ کو Empty Mind بنائیں اور دوسروں کو Discover کریں۔</w:t>
      </w:r>
    </w:p>
    <w:p>
      <w:r>
        <w:rPr>
          <w:b/>
        </w:rPr>
        <w:t xml:space="preserve">[1:09:18] </w:t>
      </w:r>
      <w:r>
        <w:t>maulana, aaj aap ki is taqreer sun kar mera zehn khula. maulana, aap ki baaton se mujhe samajh milti hai, shor milta hai.</w:t>
      </w:r>
    </w:p>
    <w:p>
      <w:pPr>
        <w:jc w:val="right"/>
      </w:pPr>
      <w:r>
        <w:t>مولانا، آج آپ کی اس تقریر سن کر میرا ذہن کھلا۔ مولانا، آپ کی باتوں سے مجھے سمجھ ملتی ہے، شور ملتا ہے۔</w:t>
      </w:r>
    </w:p>
    <w:p>
      <w:r>
        <w:rPr>
          <w:b/>
        </w:rPr>
        <w:t xml:space="preserve">[1:09:27] </w:t>
      </w:r>
      <w:r>
        <w:t>allah aap ko sehat aur lambi umar de taake hum aap se khoob khoob istifada karein."</w:t>
      </w:r>
    </w:p>
    <w:p>
      <w:pPr>
        <w:jc w:val="right"/>
      </w:pPr>
      <w:r>
        <w:t>اللہ آپ کو صحت اور لمبی عمر دے تاکہ ہم آپ سے خوب خوب استفادہ کریں۔"</w:t>
      </w:r>
    </w:p>
    <w:p>
      <w:r>
        <w:rPr>
          <w:b/>
        </w:rPr>
        <w:t xml:space="preserve">[1:09:36] </w:t>
      </w:r>
      <w:r>
        <w:t>maulana, agla sawal kya hai miss najma siddiqui ne dilli se. unhon ne likha hai: "what is the criteria to judge that we have arrogance in us؟" is ke baray mein batayein.</w:t>
      </w:r>
    </w:p>
    <w:p>
      <w:pPr>
        <w:jc w:val="right"/>
      </w:pPr>
      <w:r>
        <w:t>مولانا، اگلا سوال کیا ہے مس نجمہ صدیقی نے دلی سے۔ انہوں نے لکھا ہے: "What is the criteria to judge that we have arrogance in us؟" اس کے بارے میں بتائیں۔</w:t>
      </w:r>
    </w:p>
    <w:p>
      <w:r>
        <w:rPr>
          <w:b/>
        </w:rPr>
        <w:t xml:space="preserve">[1:09:52] </w:t>
      </w:r>
      <w:r>
        <w:t>kya padhiye phir? "what is the criteria to judge that we have arrogance in us؟" dekhiye, main jo samjha hoon nafsiati aitbar se, woh yeh hai ke jab aap ko tanqeed buri na lage aur tareef par khush na hon aap, tab samjhiye ke aap ke andar arrogance nahi hai.</w:t>
      </w:r>
    </w:p>
    <w:p>
      <w:pPr>
        <w:jc w:val="right"/>
      </w:pPr>
      <w:r>
        <w:t>کیا پڑھیے پھر؟ "What is the criteria to judge that we have arrogance in us؟" دیکھیے، میں جو سمجھا ہوں نفسیاتی اعتبار سے، وہ یہ ہے کہ جب آپ کو تنقید بری نہ لگے اور تعریف پر خوش نہ ہوں آپ، تب سمجھیے کہ آپ کے اندر arrogance نہیں ہے۔</w:t>
      </w:r>
    </w:p>
    <w:p>
      <w:r>
        <w:rPr>
          <w:b/>
        </w:rPr>
        <w:t xml:space="preserve">[1:10:18] </w:t>
      </w:r>
      <w:r>
        <w:t>phir suniye. jab aap ko criticism buri na lage aur praise aap ko khush na kare, tab samjhiye ke aap ke andar arrogance nahi hai.</w:t>
      </w:r>
    </w:p>
    <w:p>
      <w:pPr>
        <w:jc w:val="right"/>
      </w:pPr>
      <w:r>
        <w:t>پھر سنیے۔ جب آپ کو Criticism بری نہ لگے اور Praise آپ کو خوش نہ کرے، تب سمجھئے کہ آپ کے اندر arrogance نہیں ہے۔</w:t>
      </w:r>
    </w:p>
    <w:p>
      <w:r>
        <w:rPr>
          <w:b/>
        </w:rPr>
        <w:t xml:space="preserve">[1:10:31] </w:t>
      </w:r>
      <w:r>
        <w:t>aur jab tak aisa ho ke aap koi criticize kare to aap offended ho jayein. aur praise kare to aap khush hon. to is ka matlab yeh hai ke aap ke andar fakhr hai, pride hai, arrogance hai.</w:t>
      </w:r>
    </w:p>
    <w:p>
      <w:pPr>
        <w:jc w:val="right"/>
      </w:pPr>
      <w:r>
        <w:t>اور جب تک ایسا ہو کہ آپ کوئی Criticize کرے تو آپ Offended ہو جائیں۔ اور Praise کرے تو آپ خوش ہوں۔ تو اس کا معنی یہ ہے کہ آپ کے اندر فخر ہے، Pride ہے، Arrogance ہے۔</w:t>
      </w:r>
    </w:p>
    <w:p>
      <w:r>
        <w:rPr>
          <w:b/>
        </w:rPr>
        <w:t xml:space="preserve">[1:10:44] </w:t>
      </w:r>
      <w:r>
        <w:t>yahi bohat hi jo main samjha hoon aur lambi tajrube ke baad yahi hai criterion is baat ki pehchan ka.</w:t>
      </w:r>
    </w:p>
    <w:p>
      <w:pPr>
        <w:jc w:val="right"/>
      </w:pPr>
      <w:r>
        <w:t>یہی بہت ہی جو میں سمجھا ہوں اور لمبی تجربے کے بعد یہی ہے Criterion اس بات کی پہچان کا۔</w:t>
      </w:r>
    </w:p>
    <w:p>
      <w:r>
        <w:rPr>
          <w:b/>
        </w:rPr>
        <w:t xml:space="preserve">[1:10:56] </w:t>
      </w:r>
      <w:r>
        <w:t>maulana, agla sawal dilli se kya hai miss raziya siddiqui ne. unhon ne aap se poocha hai: "how does a sense of falsehood arise within a community؟" is ke baray mein batayein.</w:t>
      </w:r>
    </w:p>
    <w:p>
      <w:pPr>
        <w:jc w:val="right"/>
      </w:pPr>
      <w:r>
        <w:t>مولانا، اگلا سوال دلی سے کیا ہے مس راضیہ صدیقی نے۔ انہوں نے آپ سے پوچھا ہے: "How does a sense of falsehood arise within a community؟" اس کے بارے میں بتائیں۔</w:t>
      </w:r>
    </w:p>
    <w:p>
      <w:r>
        <w:rPr>
          <w:b/>
        </w:rPr>
        <w:t xml:space="preserve">[1:11:12] </w:t>
      </w:r>
      <w:r>
        <w:t>dekhiye, yeh woh jo kaha tha woh stefire skilar ne, wohi is ka behtareen jawab hai ke paranoia.</w:t>
      </w:r>
    </w:p>
    <w:p>
      <w:pPr>
        <w:jc w:val="right"/>
      </w:pPr>
      <w:r>
        <w:t>دیکھیے، یہ وہ جو کہا تھا وہ اسٹفائر اسکیلر نے، وہی اس کا بہترین جواب ہے کہ Paranoia۔</w:t>
      </w:r>
    </w:p>
    <w:p>
      <w:r>
        <w:rPr>
          <w:b/>
        </w:rPr>
        <w:t xml:space="preserve">[1:11:24] </w:t>
      </w:r>
      <w:r>
        <w:t>angrezi mein ek lafz hai paranoia. yani paranoia develop karta hai. paranoia ka matlab hota hai.</w:t>
      </w:r>
    </w:p>
    <w:p>
      <w:pPr>
        <w:jc w:val="right"/>
      </w:pPr>
      <w:r>
        <w:t>انگریزی میں ایک لفظ ہے Paranoia۔ یعنی Paranoia Develop کرتا ہے۔ Paranoia کا مطلب ہوتا ہے۔</w:t>
      </w:r>
    </w:p>
    <w:p>
      <w:r>
        <w:rPr>
          <w:b/>
        </w:rPr>
        <w:t xml:space="preserve">[1:11:35] </w:t>
      </w:r>
      <w:r>
        <w:t>jisko hum kehte hain persian mein padram sultan bood. mera baap badshah tha. to khud to kuch hai hi nahi.</w:t>
      </w:r>
    </w:p>
    <w:p>
      <w:pPr>
        <w:jc w:val="right"/>
      </w:pPr>
      <w:r>
        <w:t>جس کو ہم کہتے ہیں Persian میں پدرم سلطان بود۔ میرا باپ بادشاہ تھا۔ تو خود تو کچھ ہے ہی نہیں۔</w:t>
      </w:r>
    </w:p>
    <w:p>
      <w:r>
        <w:rPr>
          <w:b/>
        </w:rPr>
        <w:t xml:space="preserve">[1:11:46] </w:t>
      </w:r>
      <w:r>
        <w:t>baap badshah tha, us par fakhr kar rahe hain. yeh hai paranoia. yeh to jab bhi aadmi.</w:t>
      </w:r>
    </w:p>
    <w:p>
      <w:pPr>
        <w:jc w:val="right"/>
      </w:pPr>
      <w:r>
        <w:t>باپ بادشاہ تھا، اس پر فخر کر رہے ہیں۔ یہ ہے Paranoia۔ یہ تو جب بھی آدمی۔</w:t>
      </w:r>
    </w:p>
    <w:p>
      <w:r>
        <w:rPr>
          <w:b/>
        </w:rPr>
        <w:t xml:space="preserve">[1:11:54] </w:t>
      </w:r>
      <w:r>
        <w:t>to musalmanon ka mamla yeh hai ke ek zamana tha ke un ki hukoomatein theen, un ka empire tha. unhon ne taj mahal banaya, lal qila banaya, qutub numa banaya.</w:t>
      </w:r>
    </w:p>
    <w:p>
      <w:pPr>
        <w:jc w:val="right"/>
      </w:pPr>
      <w:r>
        <w:t>تو مسلمانوں کا معاملہ یہ ہے کہ ایک زمانہ تھا کہ ان کی حکومتیں تھیں، ان کا Empire تھا۔ انہوں نے تاج محل بنایا، لال قلعہ بنایا، قطب نما بنایا۔</w:t>
      </w:r>
    </w:p>
    <w:p>
      <w:r>
        <w:rPr>
          <w:b/>
        </w:rPr>
        <w:t xml:space="preserve">[1:12:03] </w:t>
      </w:r>
      <w:r>
        <w:t>ek daur tha woh. to ab to woh daur khatam ho gaya. ab to kuch bhi un ke paas nahi hai. lekin kitabein jo hamari likhi gayeen, mere nazdeek jitni kitabein likhi ja rahi theen is zamane ke, sab ne ek bohat bara yani ek bura kaam kiya apni qaum ke sath ke tareekh ke zariye unhein ubharna chaha.</w:t>
      </w:r>
    </w:p>
    <w:p>
      <w:pPr>
        <w:jc w:val="right"/>
      </w:pPr>
      <w:r>
        <w:t>ایک دور تھا وہ۔ تو اب تو وہ دور ختم ہو گیا۔ اب تو کچھ بھی ان کے پاس نہیں ہے۔ لیکن کتابیں جو ہماری لکھی گئیں، میرے نزدیک جتنی کتابیں لکھی جا رہی تھیں اس زمانے کے، سب نے ایک بہت بڑا یعنی ایک برا کام کیا اپنی قوم کے ساتھ کہ تاریخ کے ذریعے انہیں ابھارنا چاہا۔</w:t>
      </w:r>
    </w:p>
    <w:p>
      <w:r>
        <w:rPr>
          <w:b/>
        </w:rPr>
        <w:t xml:space="preserve">[1:12:27] </w:t>
      </w:r>
      <w:r>
        <w:t>yani tareekh ko yaad dila kar unhein ubharna chaha. yeh main hairaan hoon ke yeh logon ke paas aqal thi ke aqal ke siwa koi aur cheez un ke dimaghon mein thi. yeh guzri hui tareekh se aap kisi qaum ko ubharein ge to kya paida hoga?</w:t>
      </w:r>
    </w:p>
    <w:p>
      <w:pPr>
        <w:jc w:val="right"/>
      </w:pPr>
      <w:r>
        <w:t>یعنی تاریخ کو یاد دلا کر انہیں ابھارنا چاہا۔ یہ میں حیران ہوں کہ یہ لوگوں کے پاس عقل تھی کہ عقل کے سوا کوئی اور چیز ان کے دماغوں میں تھی۔ یہ گزری ہوئی تاریخ سے آپ کسی قوم کو ابھاریں گے تو کیا پیدا ہوگا؟</w:t>
      </w:r>
    </w:p>
    <w:p>
      <w:r>
        <w:rPr>
          <w:b/>
        </w:rPr>
        <w:t xml:space="preserve">[1:12:40] </w:t>
      </w:r>
      <w:r>
        <w:t>yani false pride aaye ga. sare musalman is zamane ke jo hain, jo leader hain, jo leader hain, jo kitabein likhein, mujhe kisi ka exception nahi maloom ke mazi ki jo azmatein hain, us ko yaad dila kar ke unhein ubharna.</w:t>
      </w:r>
    </w:p>
    <w:p>
      <w:pPr>
        <w:jc w:val="right"/>
      </w:pPr>
      <w:r>
        <w:t>یعنی False Pride آئے گا۔ سارے مسلمان اس زمانے کے جو ہیں، جو Leader ہیں، جو Leader ہیں، جو کتابیں لکھیں، مجھے کسی کا Exception نہیں معلوم کہ ماضی کی جو عظمتیں ہیں، اس کو یاد دلا کر کے انہیں ابھارنا۔</w:t>
      </w:r>
    </w:p>
    <w:p>
      <w:r>
        <w:rPr>
          <w:b/>
        </w:rPr>
        <w:t xml:space="preserve">[1:12:59] </w:t>
      </w:r>
      <w:r>
        <w:t>is se to false pride paida hoga. wohi paida hua. to musalmanon mein jo paranoic character hai, woh is ke zimmedar yahi muslim rehnuma, muslim writer aur muslim mustahiqeen hain.</w:t>
      </w:r>
    </w:p>
    <w:p>
      <w:pPr>
        <w:jc w:val="right"/>
      </w:pPr>
      <w:r>
        <w:t>اس سے تو False Pride پیدا ہوگا۔ وہی پیدا ہوا۔ تو مسلمانوں میں جو Paranoic Character ہے، وہ اس کے ذمہ دار یہی مسلم رہنما، مسلم Writer اور مسلم مستحقین ہیں۔</w:t>
      </w:r>
    </w:p>
    <w:p>
      <w:r>
        <w:rPr>
          <w:b/>
        </w:rPr>
        <w:t xml:space="preserve">[1:13:15] </w:t>
      </w:r>
      <w:r>
        <w:t>aap musalmanon ki jo bhi kitab le ke padhiye, sab mein wohi mazi ki azmatein bayan ki jayengi. hum yeh thay, hum woh thay. hum yeh thay, hum woh thay.</w:t>
      </w:r>
    </w:p>
    <w:p>
      <w:pPr>
        <w:jc w:val="right"/>
      </w:pPr>
      <w:r>
        <w:t>آپ مسلمانوں کی جو بھی کتاب لے کے پڑھیے، سب میں وہی ماضی کی عظمتیں بیان کی جائیں گی۔ ہم یہ تھے، ہم وہ تھے۔ ہم یہ تھے، ہم وہ تھے۔</w:t>
      </w:r>
    </w:p>
    <w:p>
      <w:r>
        <w:rPr>
          <w:b/>
        </w:rPr>
        <w:t xml:space="preserve">[1:13:27] </w:t>
      </w:r>
      <w:r>
        <w:t>hum hi thay, yani kya hai woh, hum hi chhaye hue thay sharq se ta gharb duniya mein.</w:t>
      </w:r>
    </w:p>
    <w:p>
      <w:pPr>
        <w:jc w:val="right"/>
      </w:pPr>
      <w:r>
        <w:t>ہم ہی تھے، یعنی کیا ہے وہ، ہم ہی چھائے ہوئے تھے شرق سے تا غرب دنیا میں۔</w:t>
      </w:r>
    </w:p>
    <w:p>
      <w:r>
        <w:rPr>
          <w:b/>
        </w:rPr>
        <w:t xml:space="preserve">[1:13:36] </w:t>
      </w:r>
      <w:r>
        <w:t>hum hi chhaye hue thay sharq se ta gharb duniya mein. na tha pala kisi muslim ka duniya mein gira hum se.</w:t>
      </w:r>
    </w:p>
    <w:p>
      <w:pPr>
        <w:jc w:val="right"/>
      </w:pPr>
      <w:r>
        <w:t>ہم ہی چھائے ہوئے تھے شرق سے تا غرب دنیا میں۔ نہ تھا پلہ کسی مسلم کا دنیا میں گرا ہم سے۔</w:t>
      </w:r>
    </w:p>
    <w:p>
      <w:r>
        <w:rPr>
          <w:b/>
        </w:rPr>
        <w:t xml:space="preserve">[1:13:47] </w:t>
      </w:r>
      <w:r>
        <w:t>to yahi cheez hai ke woh azmat jo chali gayi, us ko yaad dila kar ke aap unhein chahte hain, unhein revive karna.</w:t>
      </w:r>
    </w:p>
    <w:p>
      <w:pPr>
        <w:jc w:val="right"/>
      </w:pPr>
      <w:r>
        <w:t>تو یہی چیز ہے کہ وہ عظمت جو چلی گئی، اس کو یاد دلا کر کے آپ انہیں چاہتے ہیں، انہیں Revive کرنا۔</w:t>
      </w:r>
    </w:p>
    <w:p>
      <w:r>
        <w:rPr>
          <w:b/>
        </w:rPr>
        <w:t xml:space="preserve">[1:13:57] </w:t>
      </w:r>
      <w:r>
        <w:t>to is se koi positive soch nahi aayegi. is se false pride aayega. wohi aa gaya musalmanon mein. is ke zimmedar wohi log hain jinhon ne is zamane mein musalmanon ko qadeem tareekh yaad dila kar ke unhein dobara ubharna chaha.</w:t>
      </w:r>
    </w:p>
    <w:p>
      <w:pPr>
        <w:jc w:val="right"/>
      </w:pPr>
      <w:r>
        <w:t>تو اس سے کوئی Positive سوچ نہیں آئے گی۔ اس سے False Pride آئے گا۔ وہی آ گیا مسلمانوں میں۔ اس کے ذمہ دار وہی لوگ ہیں جنہوں نے اس زمانے میں مسلمانوں کو قدیم تاریخ یاد دلا کر کے انہیں دوبارہ ابھارنا چاہا۔</w:t>
      </w:r>
    </w:p>
    <w:p>
      <w:r>
        <w:rPr>
          <w:b/>
        </w:rPr>
        <w:t xml:space="preserve">[1:14:14] </w:t>
      </w:r>
      <w:r>
        <w:t>koi shayar ne kaha tha ke: "hudaira nawara talakh termiden chazooq naghma kamyabi hudaira teez tar mikhana cho mahmal na garan bini." yahi sab cheez hai jis ne musalmanon ko yeh halat kar rakhi hai.</w:t>
      </w:r>
    </w:p>
    <w:p>
      <w:pPr>
        <w:jc w:val="right"/>
      </w:pPr>
      <w:r>
        <w:t>کوئی شاعر نے کہا تھا کہ: "ہدیرا نوارہ تلخ ترمیدن چزوق نغمہ کمیابی ہدیرا تیز تر میخاں چو محمل نہ گراں بینی۔" یہی سب چیز ہے جس نے مسلمانوں کو یہ حالت کر رکھی ہے۔</w:t>
      </w:r>
    </w:p>
    <w:p>
      <w:r>
        <w:rPr>
          <w:b/>
        </w:rPr>
        <w:t xml:space="preserve">[1:14:29] </w:t>
      </w:r>
      <w:r>
        <w:t>yani jo musalman paranoic character ban gaye, is ki zimmedari khud un par nahi hai. un ke rehnumaon par hai. jinhon ne mamle ko samjhe baghair ek galat rehnumai deen unhein.</w:t>
      </w:r>
    </w:p>
    <w:p>
      <w:pPr>
        <w:jc w:val="right"/>
      </w:pPr>
      <w:r>
        <w:t>یعنی جو مسلمان Paranoic Character بن گئے، اس کی ذمہ داری خود ان پر نہیں ہے۔ ان کے رہنماؤں پر ہے۔ جنہوں نے معاملے کو سمجھے بغیر ایک غلط رہنمائی دی انہیں۔</w:t>
      </w:r>
    </w:p>
    <w:p>
      <w:r>
        <w:rPr>
          <w:b/>
        </w:rPr>
        <w:t xml:space="preserve">[1:14:46] </w:t>
      </w:r>
      <w:r>
        <w:t>okay, we will end this session now</w:t>
      </w:r>
    </w:p>
    <w:p>
      <w:pPr>
        <w:jc w:val="right"/>
      </w:pPr>
      <w:r>
        <w:t>اوکے، We will end this session now</w:t>
      </w:r>
    </w:p>
    <w:p>
      <w:r>
        <w:rPr>
          <w:b/>
        </w:rPr>
        <w:t xml:space="preserve">[1:14:48] </w:t>
      </w:r>
      <w:r>
        <w:t>. thank you.</w:t>
      </w:r>
    </w:p>
    <w:p>
      <w:pPr>
        <w:jc w:val="right"/>
      </w:pPr>
      <w:r>
        <w:t>.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