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Success in Life And Life Hereafter April 20, 2014 Maulana Wahiduddin Khan</w:t>
      </w:r>
    </w:p>
    <w:p>
      <w:r>
        <w:t>https://www.youtube.com/watch?v=L2-KYLbot1I</w:t>
      </w:r>
    </w:p>
    <w:p>
      <w:r>
        <w:rPr>
          <w:b/>
        </w:rPr>
        <w:t xml:space="preserve">[00:14] </w:t>
      </w:r>
      <w:r>
        <w:t>bismillah al-rahman al-rahim, wa salla Allahu ala al-nabi al-karim.</w:t>
      </w:r>
    </w:p>
    <w:p>
      <w:pPr>
        <w:jc w:val="right"/>
      </w:pPr>
      <w:r>
        <w:t>بسم اللہ الرحمن الرحیم، وصلی اللہ علی النبی الکریم۔</w:t>
      </w:r>
    </w:p>
    <w:p>
      <w:r>
        <w:rPr>
          <w:b/>
        </w:rPr>
        <w:t xml:space="preserve">[00:23] </w:t>
      </w:r>
      <w:r>
        <w:t>rab ishrah li sadri, wa yassir li amri, wa ahlu al-uqdatan min lisani, yafqahu qawli.</w:t>
      </w:r>
    </w:p>
    <w:p>
      <w:pPr>
        <w:jc w:val="right"/>
      </w:pPr>
      <w:r>
        <w:t>رب اشرح لی صدری، ویسر لی امری، واحل العقدۃ من لسانی، یفقہ قولی۔</w:t>
      </w:r>
    </w:p>
    <w:p>
      <w:r>
        <w:rPr>
          <w:b/>
        </w:rPr>
        <w:t xml:space="preserve">[00:39] </w:t>
      </w:r>
      <w:r>
        <w:t>aaj ka topic hai dunya aur akhirat. yani islam ka concept kya hai dunya aur akhirat ki kamyabi ke liye.</w:t>
      </w:r>
    </w:p>
    <w:p>
      <w:pPr>
        <w:jc w:val="right"/>
      </w:pPr>
      <w:r>
        <w:t>آج کا ٹاپک ہے دنیا اور آخرت۔ یعنی اسلام کا کانسیپٹ کیا ہے دنیا اور آخرت کی کامیابی کے لیے۔</w:t>
      </w:r>
    </w:p>
    <w:p>
      <w:r>
        <w:rPr>
          <w:b/>
        </w:rPr>
        <w:t xml:space="preserve">[01:00] </w:t>
      </w:r>
      <w:r>
        <w:t>yeh bohat hi ahem topic hai kyunke beshtar log wishful thinking mein pade rehte hain.</w:t>
      </w:r>
    </w:p>
    <w:p>
      <w:pPr>
        <w:jc w:val="right"/>
      </w:pPr>
      <w:r>
        <w:t>یہ بہت ہی اہم ٹاپک ہے کیونکہ بیشتر لوگ وش فل تھنکنگ میں پڑے رہتے ہیں۔</w:t>
      </w:r>
    </w:p>
    <w:p>
      <w:r>
        <w:rPr>
          <w:b/>
        </w:rPr>
        <w:t xml:space="preserve">[01:11] </w:t>
      </w:r>
      <w:r>
        <w:t>jisko quran mein kaha gaya hai amani. yani apne zehan se woh ek naqsha bana lete hain.</w:t>
      </w:r>
    </w:p>
    <w:p>
      <w:pPr>
        <w:jc w:val="right"/>
      </w:pPr>
      <w:r>
        <w:t>جس کو قرآن میں کہا گیا ہے امانی۔ یعنی اپنے ذہن سے وہ ایک نقشہ بنا لیتے ہیں۔</w:t>
      </w:r>
    </w:p>
    <w:p>
      <w:r>
        <w:rPr>
          <w:b/>
        </w:rPr>
        <w:t xml:space="preserve">[01:22] </w:t>
      </w:r>
      <w:r>
        <w:t>samajhte hain ke bas is naqshe par chalne se kamyabi mil jayegi. magar yeh baat nahi hai.</w:t>
      </w:r>
    </w:p>
    <w:p>
      <w:pPr>
        <w:jc w:val="right"/>
      </w:pPr>
      <w:r>
        <w:t>سمجھتے ہیں کہ بس اس نقشے پر چلنے سے کامیابی مل جائے گی۔ مگر یہ بات نہیں ہے۔</w:t>
      </w:r>
    </w:p>
    <w:p>
      <w:r>
        <w:rPr>
          <w:b/>
        </w:rPr>
        <w:t xml:space="preserve">[01:33] </w:t>
      </w:r>
      <w:r>
        <w:t>humein janna hoga ke khud jo khaliq hai jo rabb al-alameen hai uska naqsha kya hai.</w:t>
      </w:r>
    </w:p>
    <w:p>
      <w:pPr>
        <w:jc w:val="right"/>
      </w:pPr>
      <w:r>
        <w:t>ہمیں جاننا ہوگا کہ خود جو خالق ہے جو رب العالمین ہے اس کا نقشہ کیا ہے۔</w:t>
      </w:r>
    </w:p>
    <w:p>
      <w:r>
        <w:rPr>
          <w:b/>
        </w:rPr>
        <w:t xml:space="preserve">[01:44] </w:t>
      </w:r>
      <w:r>
        <w:t>yani wahi jo mein kaha karta hoon ke we have to know the creation plan of god.</w:t>
      </w:r>
    </w:p>
    <w:p>
      <w:pPr>
        <w:jc w:val="right"/>
      </w:pPr>
      <w:r>
        <w:t>یعنی وہی جو میں کہا کرتا ہوں کہ We have to know the creation plan of God۔</w:t>
      </w:r>
    </w:p>
    <w:p>
      <w:r>
        <w:rPr>
          <w:b/>
        </w:rPr>
        <w:t xml:space="preserve">[01:55] </w:t>
      </w:r>
      <w:r>
        <w:t>toh dono pehluon se aaj mein kuch baatein arz karna chahta hoon. sabse pehle akhirat ke pehlu ko lijiye.</w:t>
      </w:r>
    </w:p>
    <w:p>
      <w:pPr>
        <w:jc w:val="right"/>
      </w:pPr>
      <w:r>
        <w:t>تو دونوں پہلوؤں سے آج میں کچھ باتیں عرض کرنا چاہتا ہوں۔ سب سے پہلے آخرت کے پہلو کو لیجیے۔</w:t>
      </w:r>
    </w:p>
    <w:p>
      <w:r>
        <w:rPr>
          <w:b/>
        </w:rPr>
        <w:t xml:space="preserve">[02:11] </w:t>
      </w:r>
      <w:r>
        <w:t>quran mein surah al-zumr mein ek ayat hai jiske alfaaz yeh hain: qul ya ibadi alladhina asrafu ala anfusihim la taqnato min rahmatillah innallaha yaghfiru al-dhunuba jami'an wa innahu huwa al-ghafur al-rahim.</w:t>
      </w:r>
    </w:p>
    <w:p>
      <w:pPr>
        <w:jc w:val="right"/>
      </w:pPr>
      <w:r>
        <w:t>قرآن میں سورۃ الزمر میں ایک آیت ہے جس کے الفاظ یہ ہیں: قُلْ يَا عِبَادِيَ الَّذِينَ أَصْرَفُوا عَلَى أَنْفَسِهِمْ لَا تَقْنَطُوا مِنْ رَحْمَةِ اللَّهِ إِنَّ اللَّهَ يَغْفُرُ الْذُنُوبَ جَمِيعًا وَإِنَّهُ هُوَ الْغَفُورُ الرَّحِيمُ۔</w:t>
      </w:r>
    </w:p>
    <w:p>
      <w:r>
        <w:rPr>
          <w:b/>
        </w:rPr>
        <w:t xml:space="preserve">[02:37] </w:t>
      </w:r>
      <w:r>
        <w:t>iska tarjuma yeh hai ke keh do ke aye mere bando jinhone apni zindagi par ziyadati ki hai</w:t>
      </w:r>
    </w:p>
    <w:p>
      <w:pPr>
        <w:jc w:val="right"/>
      </w:pPr>
      <w:r>
        <w:t>اس کا ترجمہ یہ ہے کہ کہہ دو کہ اے میرے بندو جنہوں نے اپنی زندگیوں پر زیادتی کی ہے</w:t>
      </w:r>
    </w:p>
    <w:p>
      <w:r>
        <w:rPr>
          <w:b/>
        </w:rPr>
        <w:t xml:space="preserve">[02:58] </w:t>
      </w:r>
      <w:r>
        <w:t>tum Allah ki rehmat se mayoos na ho. kyunke Allah</w:t>
      </w:r>
    </w:p>
    <w:p>
      <w:pPr>
        <w:jc w:val="right"/>
      </w:pPr>
      <w:r>
        <w:t>تم اللہ کی رحمت سے مایوس نہ ہو۔ کیونکہ اللہ</w:t>
      </w:r>
    </w:p>
    <w:p>
      <w:r>
        <w:rPr>
          <w:b/>
        </w:rPr>
        <w:t xml:space="preserve">[03:08] </w:t>
      </w:r>
      <w:r>
        <w:t>tamam gunahon ko maaf kar deta hai. is mein tamam ka lafz hai jami'an. tamam gunahon ko maaf kar deta hai.</w:t>
      </w:r>
    </w:p>
    <w:p>
      <w:pPr>
        <w:jc w:val="right"/>
      </w:pPr>
      <w:r>
        <w:t>تمام گناہوں کو معاف کر دیتا ہے۔ اس میں تمام کا لفظ ہے جمیعًا۔ تمام گناہوں کو معاف کر دیتا ہے۔</w:t>
      </w:r>
    </w:p>
    <w:p>
      <w:r>
        <w:rPr>
          <w:b/>
        </w:rPr>
        <w:t xml:space="preserve">[03:17] </w:t>
      </w:r>
      <w:r>
        <w:t>aur Allah bakhshne wala, meherban hai.</w:t>
      </w:r>
    </w:p>
    <w:p>
      <w:pPr>
        <w:jc w:val="right"/>
      </w:pPr>
      <w:r>
        <w:t>اور اللہ بخشنے والا، مہربان ہے۔</w:t>
      </w:r>
    </w:p>
    <w:p>
      <w:r>
        <w:rPr>
          <w:b/>
        </w:rPr>
        <w:t xml:space="preserve">[03:23] </w:t>
      </w:r>
      <w:r>
        <w:t>is ayat ke bare mein sahaba ke kai aqwal hain. ek top ke sahabi the Hazrat Abdullah Ibn Umar.</w:t>
      </w:r>
    </w:p>
    <w:p>
      <w:pPr>
        <w:jc w:val="right"/>
      </w:pPr>
      <w:r>
        <w:t>اس آیت کے بارے میں صحابہ کے کئی اقوال ہیں۔ ایک ٹاپ کے صحابی تھے حضرت عبداللہ ابن عمر۔</w:t>
      </w:r>
    </w:p>
    <w:p>
      <w:r>
        <w:rPr>
          <w:b/>
        </w:rPr>
        <w:t xml:space="preserve">[03:34] </w:t>
      </w:r>
      <w:r>
        <w:t>unhone kaha ke hadhi arja ayat fil quran. yeh quran ki sabse zyada umeed wali ayat hai.</w:t>
      </w:r>
    </w:p>
    <w:p>
      <w:pPr>
        <w:jc w:val="right"/>
      </w:pPr>
      <w:r>
        <w:t>انہوں نے کہا کہ هذه أرجى آية في القرآن۔ یہ قرآن کی سب سے زیادہ امید والی آیت ہے۔</w:t>
      </w:r>
    </w:p>
    <w:p>
      <w:r>
        <w:rPr>
          <w:b/>
        </w:rPr>
        <w:t xml:space="preserve">[03:47] </w:t>
      </w:r>
      <w:r>
        <w:t>the most</w:t>
      </w:r>
    </w:p>
    <w:p>
      <w:pPr>
        <w:jc w:val="right"/>
      </w:pPr>
      <w:r>
        <w:t>The most</w:t>
      </w:r>
    </w:p>
    <w:p>
      <w:r>
        <w:rPr>
          <w:b/>
        </w:rPr>
        <w:t xml:space="preserve">[03:51] </w:t>
      </w:r>
      <w:r>
        <w:t>hopeful verse of the quran. magar dekhiye iska matlab yeh nahi hai ke yeh ayat logon ko green chit de rahi hai.</w:t>
      </w:r>
    </w:p>
    <w:p>
      <w:pPr>
        <w:jc w:val="right"/>
      </w:pPr>
      <w:r>
        <w:t>hopeful verse of the Quran۔ لیکن دیکھیں اس کا مطلب یہ نہیں ہے کہ یہ آیت لوگوں کو گرین چٹ دے رہی ہے۔</w:t>
      </w:r>
    </w:p>
    <w:p>
      <w:r>
        <w:rPr>
          <w:b/>
        </w:rPr>
        <w:t xml:space="preserve">[04:04] </w:t>
      </w:r>
      <w:r>
        <w:t>hargiz aisa nahi hai.</w:t>
      </w:r>
    </w:p>
    <w:p>
      <w:pPr>
        <w:jc w:val="right"/>
      </w:pPr>
      <w:r>
        <w:t>ہرگز ایسا نہیں ہے۔</w:t>
      </w:r>
    </w:p>
    <w:p>
      <w:r>
        <w:rPr>
          <w:b/>
        </w:rPr>
        <w:t xml:space="preserve">[04:08] </w:t>
      </w:r>
      <w:r>
        <w:t>is ayat ko samajhne ke liye bohat zyada sochna padega. kyunke agar green chit ke maene mein le lein toh sara creation plan hi darham barham ho jata hai.</w:t>
      </w:r>
    </w:p>
    <w:p>
      <w:pPr>
        <w:jc w:val="right"/>
      </w:pPr>
      <w:r>
        <w:t>اس آیت کو سمجھنے کے لیے بہت زیادہ سوچنا پڑے گا۔ کیونکہ اگر گرین چٹ کے معنی میں لے لیں تو سارا کریشن پلان ہی درہم برہم ہو جاتا ہے۔</w:t>
      </w:r>
    </w:p>
    <w:p>
      <w:r>
        <w:rPr>
          <w:b/>
        </w:rPr>
        <w:t xml:space="preserve">[04:24] </w:t>
      </w:r>
      <w:r>
        <w:t>dekhiye pehli baat yeh hai ke jo lafz hai Allah ke bando. yeh khitab hai Allah ke bando se.</w:t>
      </w:r>
    </w:p>
    <w:p>
      <w:pPr>
        <w:jc w:val="right"/>
      </w:pPr>
      <w:r>
        <w:t>دیکھیں پہلی بات یہ ہے کہ جو لفظ ہے اللہ کے بندے۔ یہ خطاب ہے اللہ کے بندوں سے۔</w:t>
      </w:r>
    </w:p>
    <w:p>
      <w:r>
        <w:rPr>
          <w:b/>
        </w:rPr>
        <w:t xml:space="preserve">[04:38] </w:t>
      </w:r>
      <w:r>
        <w:t>toh mein samajhta hoon ke is ayat mein jo baat kahi gayi hai woh un logon ke liye hai jo marifat ke marhale tay kar chuke hain.</w:t>
      </w:r>
    </w:p>
    <w:p>
      <w:pPr>
        <w:jc w:val="right"/>
      </w:pPr>
      <w:r>
        <w:t>تو میں سمجھتا ہوں کہ اس آیت میں جو بات کہی گئی ہے وہ ان لوگوں کے لیے ہے جو معرفت کے مرحلے طے کر چکے ہوں۔</w:t>
      </w:r>
    </w:p>
    <w:p>
      <w:r>
        <w:rPr>
          <w:b/>
        </w:rPr>
        <w:t xml:space="preserve">[04:49] </w:t>
      </w:r>
      <w:r>
        <w:t>sirf amal ke aitbar se woh apne aap ko paate hon kam.</w:t>
      </w:r>
    </w:p>
    <w:p>
      <w:pPr>
        <w:jc w:val="right"/>
      </w:pPr>
      <w:r>
        <w:t>صرف عمل کے اعتبار سے وہ اپنے آپ کو پاتے ہوں کم۔</w:t>
      </w:r>
    </w:p>
    <w:p>
      <w:r>
        <w:rPr>
          <w:b/>
        </w:rPr>
        <w:t xml:space="preserve">[04:57] </w:t>
      </w:r>
      <w:r>
        <w:t>to amal ke aitbar se peghambar bhi apne aap ko kam pata hai.</w:t>
      </w:r>
    </w:p>
    <w:p>
      <w:pPr>
        <w:jc w:val="right"/>
      </w:pPr>
      <w:r>
        <w:t>تو عمل کے اعتبار سے پیغمبر بھی اپنے آپ کو کم پاتا ہے۔</w:t>
      </w:r>
    </w:p>
    <w:p>
      <w:r>
        <w:rPr>
          <w:b/>
        </w:rPr>
        <w:t xml:space="preserve">[05:03] </w:t>
      </w:r>
      <w:r>
        <w:t>to is par ghaur kijiye. pehli baat hai marifat ka pehla point yeh hai ke insaan apne aap ko daryaft kare ke woh Allah ka abd hai.</w:t>
      </w:r>
    </w:p>
    <w:p>
      <w:pPr>
        <w:jc w:val="right"/>
      </w:pPr>
      <w:r>
        <w:t>تو اس پر غور کیجیے۔ پہلی بات ہے معرفت کا پہلا پوائنٹ یہ ہے کہ انسان اپنے آپ کو دریافت کرے کہ وہ اللہ کا عبد ہے۔</w:t>
      </w:r>
    </w:p>
    <w:p>
      <w:r>
        <w:rPr>
          <w:b/>
        </w:rPr>
        <w:t xml:space="preserve">[05:15] </w:t>
      </w:r>
      <w:r>
        <w:t>Allah ka banda hai.</w:t>
      </w:r>
    </w:p>
    <w:p>
      <w:pPr>
        <w:jc w:val="right"/>
      </w:pPr>
      <w:r>
        <w:t>اللہ کا بندہ ہے۔</w:t>
      </w:r>
    </w:p>
    <w:p>
      <w:r>
        <w:rPr>
          <w:b/>
        </w:rPr>
        <w:t xml:space="preserve">[05:19] </w:t>
      </w:r>
      <w:r>
        <w:t>yeh bohat hi ahem baat hai. sahi maano mein apne ko Allah ka banda hone ke aitbar se daryaft karna yeh koi aasan kaam nahi hai.</w:t>
      </w:r>
    </w:p>
    <w:p>
      <w:pPr>
        <w:jc w:val="right"/>
      </w:pPr>
      <w:r>
        <w:t>یہ بہت ہی اہم بات ہے۔ صحیح معنوں میں اپنے کو اللہ کا بندہ ہونے کے اعتبار سے دریافت کرنا یہ کوئی آسان کام نہیں ہے۔</w:t>
      </w:r>
    </w:p>
    <w:p>
      <w:r>
        <w:rPr>
          <w:b/>
        </w:rPr>
        <w:t xml:space="preserve">[05:32] </w:t>
      </w:r>
      <w:r>
        <w:t>aasan kaam nahi hai.</w:t>
      </w:r>
    </w:p>
    <w:p>
      <w:pPr>
        <w:jc w:val="right"/>
      </w:pPr>
      <w:r>
        <w:t>آسان کام نہیں ہے۔</w:t>
      </w:r>
    </w:p>
    <w:p>
      <w:r>
        <w:rPr>
          <w:b/>
        </w:rPr>
        <w:t xml:space="preserve">[05:36] </w:t>
      </w:r>
      <w:r>
        <w:t>dekhiye hota yeh hai ke log kisi na kisi obsession mein jeete hain. tarah tarah ke obsession.</w:t>
      </w:r>
    </w:p>
    <w:p>
      <w:pPr>
        <w:jc w:val="right"/>
      </w:pPr>
      <w:r>
        <w:t>دیکھیں ہوتا یہ ہے کہ لوگ کسی نہ کسی obsession میں جیتے ہیں۔ طرح طرح کے obsession۔</w:t>
      </w:r>
    </w:p>
    <w:p>
      <w:r>
        <w:rPr>
          <w:b/>
        </w:rPr>
        <w:t xml:space="preserve">[05:45] </w:t>
      </w:r>
      <w:r>
        <w:t>wo obsession unko sachai ki daryaft mein rok ban jata hai. to jab aap apne ko obsession se bahar layenge.</w:t>
      </w:r>
    </w:p>
    <w:p>
      <w:pPr>
        <w:jc w:val="right"/>
      </w:pPr>
      <w:r>
        <w:t>وہ obsession ان کو سچائی کی دریافت میں روک بن جاتا ہے۔ تو جب آپ اپنے کو obsession سے باہر لائیں گے۔</w:t>
      </w:r>
    </w:p>
    <w:p>
      <w:r>
        <w:rPr>
          <w:b/>
        </w:rPr>
        <w:t xml:space="preserve">[05:59] </w:t>
      </w:r>
      <w:r>
        <w:t>anti marifat jo soch hai us se bahar layenge. tab aap daryaft kar payenge ke main Allah ka banda hoon. aasan kaam nahi hai.</w:t>
      </w:r>
    </w:p>
    <w:p>
      <w:pPr>
        <w:jc w:val="right"/>
      </w:pPr>
      <w:r>
        <w:t>Anti معرفت جو سوچ ہے اس سے باہر لائیں گے۔ تب آپ دریافت کر پائیں گے کہ میں اللہ کا بندہ ہوں۔ آسان کام نہیں ہے۔</w:t>
      </w:r>
    </w:p>
    <w:p>
      <w:r>
        <w:rPr>
          <w:b/>
        </w:rPr>
        <w:t xml:space="preserve">[06:12] </w:t>
      </w:r>
      <w:r>
        <w:t>jab aadmi apne ko Allah ka banda hone ki wajah se daryaft kare to us ki pehchan kya hai? us ki pehchan yeh hai ke us ki soch Khuda rakhi soch ban jaye.</w:t>
      </w:r>
    </w:p>
    <w:p>
      <w:pPr>
        <w:jc w:val="right"/>
      </w:pPr>
      <w:r>
        <w:t>جب آدمی اپنے کو اللہ کا بندہ ہونے کی وجہ سے دریافت کرے تو اس کی پہچان کیا ہے؟ اس کی پہچان یہ ہے کہ اس کی سوچ خدا رخی سوچ بن جائے۔</w:t>
      </w:r>
    </w:p>
    <w:p>
      <w:r>
        <w:rPr>
          <w:b/>
        </w:rPr>
        <w:t xml:space="preserve">[06:25] </w:t>
      </w:r>
      <w:r>
        <w:t>yaani God oriented thinking aajaye us ke andar. woh sirf Allah se khauf karne lage. sirf Allah se mohabbat karne lage.</w:t>
      </w:r>
    </w:p>
    <w:p>
      <w:pPr>
        <w:jc w:val="right"/>
      </w:pPr>
      <w:r>
        <w:t>یعنی God oriented thinking آجائے اس کے اندر۔ وہ صرف اللہ سے خوف کرنے لگے۔ صرف اللہ سے محبت کرنے لگے۔</w:t>
      </w:r>
    </w:p>
    <w:p>
      <w:r>
        <w:rPr>
          <w:b/>
        </w:rPr>
        <w:t xml:space="preserve">[06:39] </w:t>
      </w:r>
      <w:r>
        <w:t>Allah uska concern ban jaye.</w:t>
      </w:r>
    </w:p>
    <w:p>
      <w:pPr>
        <w:jc w:val="right"/>
      </w:pPr>
      <w:r>
        <w:t>اللہ اس کا concern بن جائے۔</w:t>
      </w:r>
    </w:p>
    <w:p>
      <w:r>
        <w:rPr>
          <w:b/>
        </w:rPr>
        <w:t xml:space="preserve">[06:45] </w:t>
      </w:r>
      <w:r>
        <w:t>marifat ke darje mein woh apne ko pa jaye ke main Allah ka banda hoon. to jab marifat ke darje mein woh pa le to saada baat nahi hogi.</w:t>
      </w:r>
    </w:p>
    <w:p>
      <w:pPr>
        <w:jc w:val="right"/>
      </w:pPr>
      <w:r>
        <w:t>معرفت کے درجے میں وہ اپنے کو پا جائے کہ میں اللہ کا بندہ ہوں۔ تو جب معرفت کے درجے میں وہ پا لے تو سادہ بات نہیں ہوگی۔</w:t>
      </w:r>
    </w:p>
    <w:p>
      <w:r>
        <w:rPr>
          <w:b/>
        </w:rPr>
        <w:t xml:space="preserve">[06:57] </w:t>
      </w:r>
      <w:r>
        <w:t>us ki poori zindagi mein ek naya emergence aayega. ek naya inqilab aayega. to un ke liye un se hi khitab kiya gaya hai yeh.</w:t>
      </w:r>
    </w:p>
    <w:p>
      <w:pPr>
        <w:jc w:val="right"/>
      </w:pPr>
      <w:r>
        <w:t>اس کی پوری زندگی میں ایک نیا emergence آئے گا۔ ایک نیا انقلاب آئے گا۔ تو ان کے لیے ان سے ہی خطاب کیا گیا ہے یہ۔</w:t>
      </w:r>
    </w:p>
    <w:p>
      <w:r>
        <w:rPr>
          <w:b/>
        </w:rPr>
        <w:t xml:space="preserve">[07:10] </w:t>
      </w:r>
      <w:r>
        <w:t>ya ibadi a mere</w:t>
      </w:r>
    </w:p>
    <w:p>
      <w:pPr>
        <w:jc w:val="right"/>
      </w:pPr>
      <w:r>
        <w:t>يَا عِبَادِيَ اے میر</w:t>
      </w:r>
    </w:p>
    <w:p>
      <w:r>
        <w:rPr>
          <w:b/>
        </w:rPr>
        <w:t xml:space="preserve">[07:13] </w:t>
      </w:r>
      <w:r>
        <w:t>mere bando yaani jinhone apne aap ko Allah ke banda hone ki wajah se discover kar liya hai. jinhone is baat ki marifat jin ko is baat ki marifat ho gayi hai ke main Allah ka banda hoon.</w:t>
      </w:r>
    </w:p>
    <w:p>
      <w:pPr>
        <w:jc w:val="right"/>
      </w:pPr>
      <w:r>
        <w:t>ے بندو یعنی جنہوں نے اپنے آپ کو اللہ کے بندہ ہونے کی وجہ سے discover کر لیا ہے۔ جنہوں نے اس بات کی معرفت جن کو اس بات کی معرفت ہو گئی ہے کہ میں اللہ کا بندہ ہوں۔</w:t>
      </w:r>
    </w:p>
    <w:p>
      <w:r>
        <w:rPr>
          <w:b/>
        </w:rPr>
        <w:t xml:space="preserve">[07:29] </w:t>
      </w:r>
      <w:r>
        <w:t>to jab aap Allah ka banda hone ki wajah se pa lein apne aap ko to saada baat nahi hogi. aap ki poori zindagi mein ek bhonchal aayega. ek bhonchal.</w:t>
      </w:r>
    </w:p>
    <w:p>
      <w:pPr>
        <w:jc w:val="right"/>
      </w:pPr>
      <w:r>
        <w:t>تو جب آپ اللہ کا بندہ ہونے کی وجہ سے پا لیں اپنے آپ کو تو سادہ بات نہیں ہوگی۔ آپ کی پوری زندگی میں ایک بھونچال آئے گا۔ ایک بھونچال۔</w:t>
      </w:r>
    </w:p>
    <w:p>
      <w:r>
        <w:rPr>
          <w:b/>
        </w:rPr>
        <w:t xml:space="preserve">[07:42] </w:t>
      </w:r>
      <w:r>
        <w:t>asrafu ala</w:t>
      </w:r>
    </w:p>
    <w:p>
      <w:pPr>
        <w:jc w:val="right"/>
      </w:pPr>
      <w:r>
        <w:t>أَصْرَفُوا عَل</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