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Prophetic Example | April 06, 2014 | Maulana Wahiduddin Khan</w:t>
      </w:r>
    </w:p>
    <w:p>
      <w:r>
        <w:t>https://www.youtube.com/watch?v=zTVjTJbStUU</w:t>
      </w:r>
    </w:p>
    <w:p>
      <w:r>
        <w:rPr>
          <w:b/>
        </w:rPr>
        <w:t xml:space="preserve">[00:14] </w:t>
      </w:r>
      <w:r>
        <w:t>bismillah rahman al rahim.</w:t>
      </w:r>
    </w:p>
    <w:p>
      <w:pPr>
        <w:jc w:val="right"/>
      </w:pPr>
      <w:r>
        <w:t>بسم اللہ الرحمن الرحیم۔</w:t>
      </w:r>
    </w:p>
    <w:p>
      <w:r>
        <w:rPr>
          <w:b/>
        </w:rPr>
        <w:t xml:space="preserve">[00:24] </w:t>
      </w:r>
      <w:r>
        <w:t>wasallallahu ala nabiyyil karim.</w:t>
      </w:r>
    </w:p>
    <w:p>
      <w:pPr>
        <w:jc w:val="right"/>
      </w:pPr>
      <w:r>
        <w:t>وصلی اللہ علی النبی الکریم۔</w:t>
      </w:r>
    </w:p>
    <w:p>
      <w:r>
        <w:rPr>
          <w:b/>
        </w:rPr>
        <w:t xml:space="preserve">[00:35] </w:t>
      </w:r>
      <w:r>
        <w:t>rab ishrah li sadri, wa yassir li amri, wah lul uqdata min lisani, yafqahu qawli. chhe april</w:t>
      </w:r>
    </w:p>
    <w:p>
      <w:pPr>
        <w:jc w:val="right"/>
      </w:pPr>
      <w:r>
        <w:t>رب اشرح لی صدری، ویسر لی امری، واحل العقدۃ من لسانی، یفقہ قولی۔ چھ اپریل</w:t>
      </w:r>
    </w:p>
    <w:p>
      <w:r>
        <w:rPr>
          <w:b/>
        </w:rPr>
        <w:t xml:space="preserve">[00:45] </w:t>
      </w:r>
      <w:r>
        <w:t>do hazar chudah.</w:t>
      </w:r>
    </w:p>
    <w:p>
      <w:pPr>
        <w:jc w:val="right"/>
      </w:pPr>
      <w:r>
        <w:t>دو ہزار چودہ۔</w:t>
      </w:r>
    </w:p>
    <w:p>
      <w:r>
        <w:rPr>
          <w:b/>
        </w:rPr>
        <w:t xml:space="preserve">[00:56] </w:t>
      </w:r>
      <w:r>
        <w:t>aaj ka subject hai Prophetic example, yani peghambaron ka namuna.</w:t>
      </w:r>
    </w:p>
    <w:p>
      <w:pPr>
        <w:jc w:val="right"/>
      </w:pPr>
      <w:r>
        <w:t>آج کا سبجیکٹ ہے Prophetic example، یعنی پیغمبروں کا نمونہ۔</w:t>
      </w:r>
    </w:p>
    <w:p>
      <w:r>
        <w:rPr>
          <w:b/>
        </w:rPr>
        <w:t xml:space="preserve">[01:06] </w:t>
      </w:r>
      <w:r>
        <w:t>kal mein ek baat soch raha tha ke</w:t>
      </w:r>
    </w:p>
    <w:p>
      <w:pPr>
        <w:jc w:val="right"/>
      </w:pPr>
      <w:r>
        <w:t>کل میں ایک بات سوچ رہا تھا کہ</w:t>
      </w:r>
    </w:p>
    <w:p>
      <w:r>
        <w:rPr>
          <w:b/>
        </w:rPr>
        <w:t xml:space="preserve">[01:17] </w:t>
      </w:r>
      <w:r>
        <w:t>jitne musalman hain, arab se non arab tak, East se West tak, sab ek baat bolte hain.</w:t>
      </w:r>
    </w:p>
    <w:p>
      <w:pPr>
        <w:jc w:val="right"/>
      </w:pPr>
      <w:r>
        <w:t>جتنے مسلمان ہیں، عرب سے نان عرب تک، East سے West تک، سب ایک بات بولتے ہیں۔</w:t>
      </w:r>
    </w:p>
    <w:p>
      <w:r>
        <w:rPr>
          <w:b/>
        </w:rPr>
        <w:t xml:space="preserve">[01:25] </w:t>
      </w:r>
      <w:r>
        <w:t>woh yeh ke quran ek mukammal guide book hai.</w:t>
      </w:r>
    </w:p>
    <w:p>
      <w:pPr>
        <w:jc w:val="right"/>
      </w:pPr>
      <w:r>
        <w:t>وہ یہ کہ قرآن ایک مکمل guide book ہے۔</w:t>
      </w:r>
    </w:p>
    <w:p>
      <w:r>
        <w:rPr>
          <w:b/>
        </w:rPr>
        <w:t xml:space="preserve">[01:32] </w:t>
      </w:r>
      <w:r>
        <w:t>is mein kisi ka koi exception nahi, sab yahi bolte hain.</w:t>
      </w:r>
    </w:p>
    <w:p>
      <w:pPr>
        <w:jc w:val="right"/>
      </w:pPr>
      <w:r>
        <w:t>اس میں کسی کا کوئی exception نہیں، سب یہی بولتے ہیں۔</w:t>
      </w:r>
    </w:p>
    <w:p>
      <w:r>
        <w:rPr>
          <w:b/>
        </w:rPr>
        <w:t xml:space="preserve">[01:40] </w:t>
      </w:r>
      <w:r>
        <w:t>quran insan ke liye</w:t>
      </w:r>
    </w:p>
    <w:p>
      <w:pPr>
        <w:jc w:val="right"/>
      </w:pPr>
      <w:r>
        <w:t>قرآن انسان کے لیے</w:t>
      </w:r>
    </w:p>
    <w:p>
      <w:r>
        <w:rPr>
          <w:b/>
        </w:rPr>
        <w:t xml:space="preserve">[01:48] </w:t>
      </w:r>
      <w:r>
        <w:t>mukammal guide book hai.</w:t>
      </w:r>
    </w:p>
    <w:p>
      <w:pPr>
        <w:jc w:val="right"/>
      </w:pPr>
      <w:r>
        <w:t>مکمل guide book ہے۔</w:t>
      </w:r>
    </w:p>
    <w:p>
      <w:r>
        <w:rPr>
          <w:b/>
        </w:rPr>
        <w:t xml:space="preserve">[01:55] </w:t>
      </w:r>
      <w:r>
        <w:t>to mein yeh soch raha tha ke agar yeh mukammal guide book hai to woh musalmano ke liye</w:t>
      </w:r>
    </w:p>
    <w:p>
      <w:pPr>
        <w:jc w:val="right"/>
      </w:pPr>
      <w:r>
        <w:t>تو میں یہ سوچ رہا تھا کہ اگر یہ مکمل guide book ہے تو وہ مسلمانوں کے لیے</w:t>
      </w:r>
    </w:p>
    <w:p>
      <w:r>
        <w:rPr>
          <w:b/>
        </w:rPr>
        <w:t xml:space="preserve">[02:03] </w:t>
      </w:r>
      <w:r>
        <w:t>kyun nahi? kya doosron se kehne ke liye hai? stage par bolne ke liye hai? kitabon mein likhne</w:t>
      </w:r>
    </w:p>
    <w:p>
      <w:pPr>
        <w:jc w:val="right"/>
      </w:pPr>
      <w:r>
        <w:t>کیوں نہیں؟ کیا دوسروں سے کہنے کے لیے ہے؟ اسٹیج پر بولنے کے لیے ہے؟ کتابوں میں لکھنے</w:t>
      </w:r>
    </w:p>
    <w:p>
      <w:r>
        <w:rPr>
          <w:b/>
        </w:rPr>
        <w:t xml:space="preserve">[02:10] </w:t>
      </w:r>
      <w:r>
        <w:t>ke liye hai? is liye ke aap dekhein, musalman jahan bhi hain, saaf shik</w:t>
      </w:r>
    </w:p>
    <w:p>
      <w:pPr>
        <w:jc w:val="right"/>
      </w:pPr>
      <w:r>
        <w:t>کے لیے ہے؟ اس لیے کہ آپ دیکھیں، مسلمان جہاں بھی ہیں، صاف شک</w:t>
      </w:r>
    </w:p>
    <w:p>
      <w:r>
        <w:rPr>
          <w:b/>
        </w:rPr>
        <w:t xml:space="preserve">[02:18] </w:t>
      </w:r>
      <w:r>
        <w:t>ayat karte hain, complaint ke boli bolte hain, protest karte hain.</w:t>
      </w:r>
    </w:p>
    <w:p>
      <w:pPr>
        <w:jc w:val="right"/>
      </w:pPr>
      <w:r>
        <w:t>ایت کرتے ہیں، complaint کے بولی بولتے ہیں، protest کرتے ہیں۔</w:t>
      </w:r>
    </w:p>
    <w:p>
      <w:r>
        <w:rPr>
          <w:b/>
        </w:rPr>
        <w:t xml:space="preserve">[02:25] </w:t>
      </w:r>
      <w:r>
        <w:t>is ka matlab yeh hai ke un ko quran se guidance nahi mila.</w:t>
      </w:r>
    </w:p>
    <w:p>
      <w:pPr>
        <w:jc w:val="right"/>
      </w:pPr>
      <w:r>
        <w:t>اس کا مطلب یہ ہے کہ ان کو قرآن سے guidance نہیں ملا۔</w:t>
      </w:r>
    </w:p>
    <w:p>
      <w:r>
        <w:rPr>
          <w:b/>
        </w:rPr>
        <w:t xml:space="preserve">[02:33] </w:t>
      </w:r>
      <w:r>
        <w:t>quran se agar musalmanon ko guideline mil jaye,right guidance mil jaye to shikayat ka kya matlab hai? phir</w:t>
      </w:r>
    </w:p>
    <w:p>
      <w:pPr>
        <w:jc w:val="right"/>
      </w:pPr>
      <w:r>
        <w:t>قرآن سے اگر مسلمانوں کو guideline مل جائے،right guidance مل جائے تو شکایت کا کیا مطلب ہے؟ پھر</w:t>
      </w:r>
    </w:p>
    <w:p>
      <w:r>
        <w:rPr>
          <w:b/>
        </w:rPr>
        <w:t xml:space="preserve">[02:40] </w:t>
      </w:r>
      <w:r>
        <w:t>to shukr karna chahiye.</w:t>
      </w:r>
    </w:p>
    <w:p>
      <w:pPr>
        <w:jc w:val="right"/>
      </w:pPr>
      <w:r>
        <w:t>تو شکر کرنا چاہیے۔</w:t>
      </w:r>
    </w:p>
    <w:p>
      <w:r>
        <w:rPr>
          <w:b/>
        </w:rPr>
        <w:t xml:space="preserve">[02:48] </w:t>
      </w:r>
      <w:r>
        <w:t>phir to shukr ki baat hai, shikayat ki baat nahi hai. to musalmanon ka yeh apna rawaiyya ke har jagah woh yahi kehte hain ke yaani shikayat ki boli bolte hain. yahi apne aap mein is baat ka saboot hai ke yeh doosron ke liye to woh kehte hain, apne liye Quran se</w:t>
      </w:r>
    </w:p>
    <w:p>
      <w:pPr>
        <w:jc w:val="right"/>
      </w:pPr>
      <w:r>
        <w:t>پھر تو شکر کی بات ہے، شکایت کی بات نہیں ہے۔ تو مسلمانوں کا یہ اپنا رویہ کہ ہر جگہ وہ یہی کہتے ہیں کہ یعنی شکایت کی بولی بولتے ہیں۔ یہی اپنے آپ میں اس بات کا ثبوت ہے کہ یہ دوسروں کے لیے تو وہ کہتے ہیں، اپنے لیے قرآن سے</w:t>
      </w:r>
    </w:p>
    <w:p>
      <w:r>
        <w:rPr>
          <w:b/>
        </w:rPr>
        <w:t xml:space="preserve">[03:18] </w:t>
      </w:r>
      <w:r>
        <w:t>guidance nahi lete.</w:t>
      </w:r>
    </w:p>
    <w:p>
      <w:pPr>
        <w:jc w:val="right"/>
      </w:pPr>
      <w:r>
        <w:t>guidance نہیں لیتے۔</w:t>
      </w:r>
    </w:p>
    <w:p>
      <w:r>
        <w:rPr>
          <w:b/>
        </w:rPr>
        <w:t xml:space="preserve">[03:24] </w:t>
      </w:r>
      <w:r>
        <w:t>aaj shayad hi koi musalman dunya bhar mein mile jo shikayat ki boli na bolta ho.</w:t>
      </w:r>
    </w:p>
    <w:p>
      <w:pPr>
        <w:jc w:val="right"/>
      </w:pPr>
      <w:r>
        <w:t>آج شاید ہی کوئی مسلمان دنیا بھر میں ملے جو شکایت کی بولی نہ بولتا ہو۔</w:t>
      </w:r>
    </w:p>
    <w:p>
      <w:r>
        <w:rPr>
          <w:b/>
        </w:rPr>
        <w:t xml:space="preserve">[03:30] </w:t>
      </w:r>
      <w:r>
        <w:t>complaint, protest, yahi saare dunya ke musalmanon ka aam mizaj ban gaya hai.</w:t>
      </w:r>
    </w:p>
    <w:p>
      <w:pPr>
        <w:jc w:val="right"/>
      </w:pPr>
      <w:r>
        <w:t>Complaint، protest، یہی سارے دنیا کے مسلمانوں کا عام مزاج بن گیا ہے۔</w:t>
      </w:r>
    </w:p>
    <w:p>
      <w:r>
        <w:rPr>
          <w:b/>
        </w:rPr>
        <w:t xml:space="preserve">[03:36] </w:t>
      </w:r>
      <w:r>
        <w:t>to is par main sochta raha to ek baat meri samajh mein aayi.</w:t>
      </w:r>
    </w:p>
    <w:p>
      <w:pPr>
        <w:jc w:val="right"/>
      </w:pPr>
      <w:r>
        <w:t>تو اس پر میں سوچتا رہا تو ایک بات میری سمجھ میں آئی۔</w:t>
      </w:r>
    </w:p>
    <w:p>
      <w:r>
        <w:rPr>
          <w:b/>
        </w:rPr>
        <w:t xml:space="preserve">[03:42] </w:t>
      </w:r>
      <w:r>
        <w:t>woh yeh ke quran agar</w:t>
      </w:r>
    </w:p>
    <w:p>
      <w:pPr>
        <w:jc w:val="right"/>
      </w:pPr>
      <w:r>
        <w:t>وہ یہ کہ قرآن اگر</w:t>
      </w:r>
    </w:p>
    <w:p>
      <w:r>
        <w:rPr>
          <w:b/>
        </w:rPr>
        <w:t xml:space="preserve">[03:48] </w:t>
      </w:r>
      <w:r>
        <w:t>mukammal guide book hai to woh guide book kahan hai? woh guidance kahan hai? woh guidance quran mein</w:t>
      </w:r>
    </w:p>
    <w:p>
      <w:pPr>
        <w:jc w:val="right"/>
      </w:pPr>
      <w:r>
        <w:t>مکمل guide book ہے تو وہ guide book کہاں ہے؟ وہ guidance کہاں ہے؟ وہ guidance قرآن میں</w:t>
      </w:r>
    </w:p>
    <w:p>
      <w:r>
        <w:rPr>
          <w:b/>
        </w:rPr>
        <w:t xml:space="preserve">[03:54] </w:t>
      </w:r>
      <w:r>
        <w:t>mukhtalif nabiyon ke haan hai.</w:t>
      </w:r>
    </w:p>
    <w:p>
      <w:pPr>
        <w:jc w:val="right"/>
      </w:pPr>
      <w:r>
        <w:t>مختلف نبیوں کے ہاں ہے۔</w:t>
      </w:r>
    </w:p>
    <w:p>
      <w:r>
        <w:rPr>
          <w:b/>
        </w:rPr>
        <w:t xml:space="preserve">[04:00] </w:t>
      </w:r>
      <w:r>
        <w:t>aap quran ko padhein to aap kai aayatein is tarah ki paayenge ke saare nabiyon ko allah</w:t>
      </w:r>
    </w:p>
    <w:p>
      <w:pPr>
        <w:jc w:val="right"/>
      </w:pPr>
      <w:r>
        <w:t>آپ قرآن کو پڑھیں تو آپ کئی آیتیں اس طرح کی پائیں گے کہ سارے نبیوں کو اللہ</w:t>
      </w:r>
    </w:p>
    <w:p>
      <w:r>
        <w:rPr>
          <w:b/>
        </w:rPr>
        <w:t xml:space="preserve">[04:06] </w:t>
      </w:r>
      <w:r>
        <w:t>ne hidayat di.</w:t>
      </w:r>
    </w:p>
    <w:p>
      <w:pPr>
        <w:jc w:val="right"/>
      </w:pPr>
      <w:r>
        <w:t>نے ہدایت دی۔</w:t>
      </w:r>
    </w:p>
    <w:p>
      <w:r>
        <w:rPr>
          <w:b/>
        </w:rPr>
        <w:t xml:space="preserve">[04:12] </w:t>
      </w:r>
      <w:r>
        <w:t>to tum un ki pairwi</w:t>
      </w:r>
    </w:p>
    <w:p>
      <w:pPr>
        <w:jc w:val="right"/>
      </w:pPr>
      <w:r>
        <w:t>تو تم ان کی پیروی</w:t>
      </w:r>
    </w:p>
    <w:p>
      <w:r>
        <w:rPr>
          <w:b/>
        </w:rPr>
        <w:t xml:space="preserve">[04:18] </w:t>
      </w:r>
      <w:r>
        <w:t>karo.</w:t>
      </w:r>
    </w:p>
    <w:p>
      <w:pPr>
        <w:jc w:val="right"/>
      </w:pPr>
      <w:r>
        <w:t>کرو۔</w:t>
      </w:r>
    </w:p>
    <w:p>
      <w:r>
        <w:rPr>
          <w:b/>
        </w:rPr>
        <w:t xml:space="preserve">[04:23] </w:t>
      </w:r>
      <w:r>
        <w:t>awlaika allazeena hadallahu fabihi hudahu muqtada.</w:t>
      </w:r>
    </w:p>
    <w:p>
      <w:pPr>
        <w:jc w:val="right"/>
      </w:pPr>
      <w:r>
        <w:t>أولئك الذين هدى الله فبھو هداه مقتدى۔</w:t>
      </w:r>
    </w:p>
    <w:p>
      <w:r>
        <w:rPr>
          <w:b/>
        </w:rPr>
        <w:t xml:space="preserve">[04:28] </w:t>
      </w:r>
      <w:r>
        <w:t>to saare nabiyon ki jo majmui taleem hai woh hai mukammal guidance.</w:t>
      </w:r>
    </w:p>
    <w:p>
      <w:pPr>
        <w:jc w:val="right"/>
      </w:pPr>
      <w:r>
        <w:t>تو سارے نبیوں کی جو مجموعی تعلیم ہے وہ ہے مکمل guidance۔</w:t>
      </w:r>
    </w:p>
    <w:p>
      <w:r>
        <w:rPr>
          <w:b/>
        </w:rPr>
        <w:t xml:space="preserve">[04:33] </w:t>
      </w:r>
      <w:r>
        <w:t>yeh bhi quran mein hai ke la nufarriqu baina ahadin rasuli.</w:t>
      </w:r>
    </w:p>
    <w:p>
      <w:pPr>
        <w:jc w:val="right"/>
      </w:pPr>
      <w:r>
        <w:t>یہ بھی قرآن میں ہے کہ لا نفرق بين أحد رسولی۔</w:t>
      </w:r>
    </w:p>
    <w:p>
      <w:r>
        <w:rPr>
          <w:b/>
        </w:rPr>
        <w:t xml:space="preserve">[04:39] </w:t>
      </w:r>
      <w:r>
        <w:t>yaani sab nabiyon ko lo, sab nabiyon ko lo.</w:t>
      </w:r>
    </w:p>
    <w:p>
      <w:pPr>
        <w:jc w:val="right"/>
      </w:pPr>
      <w:r>
        <w:t>یعنی سب نبیوں کو لو، سب نبیوں کو لو۔</w:t>
      </w:r>
    </w:p>
    <w:p>
      <w:r>
        <w:rPr>
          <w:b/>
        </w:rPr>
        <w:t xml:space="preserve">[04:44] </w:t>
      </w:r>
      <w:r>
        <w:t>aisa nahi ke kisi ko chodo, kisi ko</w:t>
      </w:r>
    </w:p>
    <w:p>
      <w:pPr>
        <w:jc w:val="right"/>
      </w:pPr>
      <w:r>
        <w:t>ایسا نہیں کہ کسی کو چھوڑو، کسی کو</w:t>
      </w:r>
    </w:p>
    <w:p>
      <w:r>
        <w:rPr>
          <w:b/>
        </w:rPr>
        <w:t xml:space="preserve">[04:49] </w:t>
      </w:r>
      <w:r>
        <w:t>pakdo.</w:t>
      </w:r>
    </w:p>
    <w:p>
      <w:pPr>
        <w:jc w:val="right"/>
      </w:pPr>
      <w:r>
        <w:t>پکڑو۔</w:t>
      </w:r>
    </w:p>
    <w:p>
      <w:r>
        <w:rPr>
          <w:b/>
        </w:rPr>
        <w:t xml:space="preserve">[04:56] </w:t>
      </w:r>
      <w:r>
        <w:t>soorah shoora mein hai ke is deen ki pairwi karo jo deen sab nabiyon par bheja gaya tha.</w:t>
      </w:r>
    </w:p>
    <w:p>
      <w:pPr>
        <w:jc w:val="right"/>
      </w:pPr>
      <w:r>
        <w:t>سورہ شوریٰ میں ہے کہ اس دین کی پیروی کرو جو دین سب نبیوں پر بھیجا گیا تھا۔</w:t>
      </w:r>
    </w:p>
    <w:p>
      <w:r>
        <w:rPr>
          <w:b/>
        </w:rPr>
        <w:t xml:space="preserve">[05:04] </w:t>
      </w:r>
      <w:r>
        <w:t>to is tarah ki aayatein jo quran majeed mein hain woh batati hain ke what is complete guidance?</w:t>
      </w:r>
    </w:p>
    <w:p>
      <w:pPr>
        <w:jc w:val="right"/>
      </w:pPr>
      <w:r>
        <w:t>تو اس طرح کی آیتیں جو قرآن مجید میں ہیں وہ بتاتی ہیں کہ What is complete guidance؟</w:t>
      </w:r>
    </w:p>
    <w:p>
      <w:r>
        <w:rPr>
          <w:b/>
        </w:rPr>
        <w:t xml:space="preserve">[05:11] </w:t>
      </w:r>
      <w:r>
        <w:t>what is the defin</w:t>
      </w:r>
    </w:p>
    <w:p>
      <w:pPr>
        <w:jc w:val="right"/>
      </w:pPr>
      <w:r>
        <w:t>What is the defin</w:t>
      </w:r>
    </w:p>
    <w:p>
      <w:r>
        <w:rPr>
          <w:b/>
        </w:rPr>
        <w:t xml:space="preserve">[05:19] </w:t>
      </w:r>
      <w:r>
        <w:t>ition of complete guidance? woh yeh hai ke quran mein jo nabi aaye hain jinka zikr aaya</w:t>
      </w:r>
    </w:p>
    <w:p>
      <w:pPr>
        <w:jc w:val="right"/>
      </w:pPr>
      <w:r>
        <w:t>ition of complete guidance؟ وہ یہ ہے کہ قرآن میں جو نبی آئے ہیں جن کا ذکر آیا</w:t>
      </w:r>
    </w:p>
    <w:p>
      <w:r>
        <w:rPr>
          <w:b/>
        </w:rPr>
        <w:t xml:space="preserve">[05:25] </w:t>
      </w:r>
      <w:r>
        <w:t>hai un sab ko le kar ke jo talimat mili wahi mukammal guidance hai.</w:t>
      </w:r>
    </w:p>
    <w:p>
      <w:pPr>
        <w:jc w:val="right"/>
      </w:pPr>
      <w:r>
        <w:t>ہے ان سب کو لے کر کے جو تعلیمات ملیں وہی مکمل guidance ہے۔</w:t>
      </w:r>
    </w:p>
    <w:p>
      <w:r>
        <w:rPr>
          <w:b/>
        </w:rPr>
        <w:t xml:space="preserve">[05:31] </w:t>
      </w:r>
      <w:r>
        <w:t>to quran mein pachees nabiyon ka zikr hai, twenty five.</w:t>
      </w:r>
    </w:p>
    <w:p>
      <w:pPr>
        <w:jc w:val="right"/>
      </w:pPr>
      <w:r>
        <w:t>تو قرآن میں پچیس نبیوں کا ذکر ہے، twenty five۔</w:t>
      </w:r>
    </w:p>
    <w:p>
      <w:r>
        <w:rPr>
          <w:b/>
        </w:rPr>
        <w:t xml:space="preserve">[05:37] </w:t>
      </w:r>
      <w:r>
        <w:t>zulkif ko le kar.</w:t>
      </w:r>
    </w:p>
    <w:p>
      <w:pPr>
        <w:jc w:val="right"/>
      </w:pPr>
      <w:r>
        <w:t>ذوالکف کو لے کر۔</w:t>
      </w:r>
    </w:p>
    <w:p>
      <w:r>
        <w:rPr>
          <w:b/>
        </w:rPr>
        <w:t xml:space="preserve">[05:43] </w:t>
      </w:r>
      <w:r>
        <w:t>lekin musalman kya kar rahe hain amalan?</w:t>
      </w:r>
    </w:p>
    <w:p>
      <w:pPr>
        <w:jc w:val="right"/>
      </w:pPr>
      <w:r>
        <w:t>لیکن مسلمان کیا کر رہے ہیں عملاً؟</w:t>
      </w:r>
    </w:p>
    <w:p>
      <w:r>
        <w:rPr>
          <w:b/>
        </w:rPr>
        <w:t xml:space="preserve">[05:49] </w:t>
      </w:r>
      <w:r>
        <w:t>amalan dekhen to musalmanon ne ek nabi ko single out kar rakha hai.</w:t>
      </w:r>
    </w:p>
    <w:p>
      <w:pPr>
        <w:jc w:val="right"/>
      </w:pPr>
      <w:r>
        <w:t>عملاً دیکھیں تو مسلمانوں نے ایک نبی کو single out کر رکھا ہے۔</w:t>
      </w:r>
    </w:p>
    <w:p>
      <w:r>
        <w:rPr>
          <w:b/>
        </w:rPr>
        <w:t xml:space="preserve">[05:54] </w:t>
      </w:r>
      <w:r>
        <w:t>yeh sari dunya ke musalmanon ka haal yeh hai.</w:t>
      </w:r>
    </w:p>
    <w:p>
      <w:pPr>
        <w:jc w:val="right"/>
      </w:pPr>
      <w:r>
        <w:t>یہ ساری دنیا کے مسلمانوں کا حال یہ ہے۔</w:t>
      </w:r>
    </w:p>
    <w:p>
      <w:r>
        <w:rPr>
          <w:b/>
        </w:rPr>
        <w:t xml:space="preserve">[05:59] </w:t>
      </w:r>
      <w:r>
        <w:t>ek nabi ko single out kar rakha hai, bas isi ka charcha karte hain, isi ki naat khwani</w:t>
      </w:r>
    </w:p>
    <w:p>
      <w:pPr>
        <w:jc w:val="right"/>
      </w:pPr>
      <w:r>
        <w:t>ایک نبی کو single out کر رکھا ہے، بس اسی کا چرچہ کرتے ہیں، اسی کی نعت خوانی</w:t>
      </w:r>
    </w:p>
    <w:p>
      <w:r>
        <w:rPr>
          <w:b/>
        </w:rPr>
        <w:t xml:space="preserve">[06:04] </w:t>
      </w:r>
      <w:r>
        <w:t>karte hain, isi ki tareefen karte hain. bas.</w:t>
      </w:r>
    </w:p>
    <w:p>
      <w:pPr>
        <w:jc w:val="right"/>
      </w:pPr>
      <w:r>
        <w:t>کرتے ہیں، اسی کی تعریفیں کرتے ہیں۔ بس۔</w:t>
      </w:r>
    </w:p>
    <w:p>
      <w:r>
        <w:rPr>
          <w:b/>
        </w:rPr>
        <w:t xml:space="preserve">[06:09] </w:t>
      </w:r>
      <w:r>
        <w:t>iska matlab yeh hai ke pachees agar guiding principles quran majeed mein bataye gaye hain to is</w:t>
      </w:r>
    </w:p>
    <w:p>
      <w:pPr>
        <w:jc w:val="right"/>
      </w:pPr>
      <w:r>
        <w:t>اس کا معنی یہ ہے کہ پچیس اگر guiding principles قرآن مجید میں بتائے گئے ہیں تو اس</w:t>
      </w:r>
    </w:p>
    <w:p>
      <w:r>
        <w:rPr>
          <w:b/>
        </w:rPr>
        <w:t xml:space="preserve">[06:14] </w:t>
      </w:r>
      <w:r>
        <w:t>mein se chaubis ko musalman chhod rakha hai,</w:t>
      </w:r>
    </w:p>
    <w:p>
      <w:pPr>
        <w:jc w:val="right"/>
      </w:pPr>
      <w:r>
        <w:t>میں سے چوبیس کو مسلمان چھوڑ رکھا ہے،</w:t>
      </w:r>
    </w:p>
    <w:p>
      <w:r>
        <w:rPr>
          <w:b/>
        </w:rPr>
        <w:t xml:space="preserve">[06:19] </w:t>
      </w:r>
      <w:r>
        <w:t>ek ko liya hai. Jab Quran mein pachis nabi ka zikr hai aur kaha hai ke sab ke sab hidayat le ke aaye the, sab ki tumhein pairwi karna hai. To hamein sab ke haan dekhna padega. Agar aap ek nabi ko single out kar lein to iska matlab hai ke aap ko mukammal guidance milegi</w:t>
      </w:r>
    </w:p>
    <w:p>
      <w:pPr>
        <w:jc w:val="right"/>
      </w:pPr>
      <w:r>
        <w:t>ایک کو لیا ہے۔ جب قرآن میں پچیس نبی کا ذکر ہے اور کہا ہے کہ سب کے سب ہدایت لے کے آئے تھے، سب کی تمہیں پیروی کرنا ہے۔ تو ہمیں سب کے ہاں دیکھنا پڑے گا۔ اگر آپ ایک نبی کو single out کر لیں تو اس کا معنی ہے کہ آپ کو مکمل guidance ملے</w:t>
      </w:r>
    </w:p>
    <w:p>
      <w:r>
        <w:rPr>
          <w:b/>
        </w:rPr>
        <w:t xml:space="preserve">[06:49] </w:t>
      </w:r>
      <w:r>
        <w:t>gi nahin.</w:t>
      </w:r>
    </w:p>
    <w:p>
      <w:pPr>
        <w:jc w:val="right"/>
      </w:pPr>
      <w:r>
        <w:t>گی نہیں۔</w:t>
      </w:r>
    </w:p>
    <w:p>
      <w:r>
        <w:rPr>
          <w:b/>
        </w:rPr>
        <w:t xml:space="preserve">[06:55] </w:t>
      </w:r>
      <w:r>
        <w:t>achha sab nabi'on ka matlab kya hai? sab nabi'on ki pairwi karo jo hai kya matlab hai? is</w:t>
      </w:r>
    </w:p>
    <w:p>
      <w:pPr>
        <w:jc w:val="right"/>
      </w:pPr>
      <w:r>
        <w:t>اچھا سب نبیوں کا مطلب کیا ہے؟ سب نبیوں کی پیروی کرو جو ہے کیا مطلب ہے؟ اس</w:t>
      </w:r>
    </w:p>
    <w:p>
      <w:r>
        <w:rPr>
          <w:b/>
        </w:rPr>
        <w:t xml:space="preserve">[07:00] </w:t>
      </w:r>
      <w:r>
        <w:t>ka matlab nahin ke at a time.</w:t>
      </w:r>
    </w:p>
    <w:p>
      <w:pPr>
        <w:jc w:val="right"/>
      </w:pPr>
      <w:r>
        <w:t>کا مطلب نہیں کہ at a time۔</w:t>
      </w:r>
    </w:p>
    <w:p>
      <w:r>
        <w:rPr>
          <w:b/>
        </w:rPr>
        <w:t xml:space="preserve">[07:05] </w:t>
      </w:r>
      <w:r>
        <w:t>iska matlab harghiz nahin hai ke at a time.</w:t>
      </w:r>
    </w:p>
    <w:p>
      <w:pPr>
        <w:jc w:val="right"/>
      </w:pPr>
      <w:r>
        <w:t>اس کا مطلب ہرگز نہیں ہے کہ at a time۔</w:t>
      </w:r>
    </w:p>
    <w:p>
      <w:r>
        <w:rPr>
          <w:b/>
        </w:rPr>
        <w:t xml:space="preserve">[07:10] </w:t>
      </w:r>
      <w:r>
        <w:t>iska matlab yeh hai ke mukhtalif nabi'on par mukhtalif halaat guzre, mukhtalif circumstances mein aaye woh.</w:t>
      </w:r>
    </w:p>
    <w:p>
      <w:pPr>
        <w:jc w:val="right"/>
      </w:pPr>
      <w:r>
        <w:t>اس کا مطلب یہ ہے کہ مختلف نبیوں پر مختلف حالات گزرے، مختلف circumstances میں آئے وہ۔</w:t>
      </w:r>
    </w:p>
    <w:p>
      <w:r>
        <w:rPr>
          <w:b/>
        </w:rPr>
        <w:t xml:space="preserve">[07:15] </w:t>
      </w:r>
      <w:r>
        <w:t>to har nabi ke haan koi</w:t>
      </w:r>
    </w:p>
    <w:p>
      <w:pPr>
        <w:jc w:val="right"/>
      </w:pPr>
      <w:r>
        <w:t>تو ہر نبی کے ہاں کوئی</w:t>
      </w:r>
    </w:p>
    <w:p>
      <w:r>
        <w:rPr>
          <w:b/>
        </w:rPr>
        <w:t xml:space="preserve">[07:21] </w:t>
      </w:r>
      <w:r>
        <w:t>alag alag example set hua halaat ke aitbar se.</w:t>
      </w:r>
    </w:p>
    <w:p>
      <w:pPr>
        <w:jc w:val="right"/>
      </w:pPr>
      <w:r>
        <w:t>الگ الگ example set ہوا حالات کے اعتبار سے۔</w:t>
      </w:r>
    </w:p>
    <w:p>
      <w:r>
        <w:rPr>
          <w:b/>
        </w:rPr>
        <w:t xml:space="preserve">[07:27] </w:t>
      </w:r>
      <w:r>
        <w:t>har nabi ke haan halaat ke aitbar se koi bohat hi unique example set hua.</w:t>
      </w:r>
    </w:p>
    <w:p>
      <w:pPr>
        <w:jc w:val="right"/>
      </w:pPr>
      <w:r>
        <w:t>ہر نبی کے ہاں حالات کے اعتبار سے کوئی بہت ہی unique example set ہوا۔</w:t>
      </w:r>
    </w:p>
    <w:p>
      <w:r>
        <w:rPr>
          <w:b/>
        </w:rPr>
        <w:t xml:space="preserve">[07:34] </w:t>
      </w:r>
      <w:r>
        <w:t>to jab bhi tum apne aap ko kisi halat mein pao to yeh dekho ke us halat ke</w:t>
      </w:r>
    </w:p>
    <w:p>
      <w:pPr>
        <w:jc w:val="right"/>
      </w:pPr>
      <w:r>
        <w:t>تو جب بھی تم اپنے آپ کو کسی حالت میں پاؤ تو یہ دیکھو کہ اس حالت کے</w:t>
      </w:r>
    </w:p>
    <w:p>
      <w:r>
        <w:rPr>
          <w:b/>
        </w:rPr>
        <w:t xml:space="preserve">[07:40] </w:t>
      </w:r>
      <w:r>
        <w:t>mutabiq kis nabi ka example wahan apply hota hai.</w:t>
      </w:r>
    </w:p>
    <w:p>
      <w:pPr>
        <w:jc w:val="right"/>
      </w:pPr>
      <w:r>
        <w:t>مطابق کس نبی کا example وہاں apply ہوتا ہے۔</w:t>
      </w:r>
    </w:p>
    <w:p>
      <w:r>
        <w:rPr>
          <w:b/>
        </w:rPr>
        <w:t xml:space="preserve">[07:47] </w:t>
      </w:r>
      <w:r>
        <w:t>sab nabi'on ka</w:t>
      </w:r>
    </w:p>
    <w:p>
      <w:pPr>
        <w:jc w:val="right"/>
      </w:pPr>
      <w:r>
        <w:t>سب نبیوں کا</w:t>
      </w:r>
    </w:p>
    <w:p>
      <w:r>
        <w:rPr>
          <w:b/>
        </w:rPr>
        <w:t xml:space="preserve">[07:53] </w:t>
      </w:r>
      <w:r>
        <w:t>namuna lene ka matlab yeh nahin ke ikatthe hi sab ka lo. nahin.</w:t>
      </w:r>
    </w:p>
    <w:p>
      <w:pPr>
        <w:jc w:val="right"/>
      </w:pPr>
      <w:r>
        <w:t>نمونہ لینے کا مطلب یہ نہیں کہ اکٹھے ہی سب کا لو۔ نہیں۔</w:t>
      </w:r>
    </w:p>
    <w:p>
      <w:r>
        <w:rPr>
          <w:b/>
        </w:rPr>
        <w:t xml:space="preserve">[07:59] </w:t>
      </w:r>
      <w:r>
        <w:t>balkeh jab tum apne aap ko kisi situation mein pao, kisi suratehal mein pao apne aap ko to</w:t>
      </w:r>
    </w:p>
    <w:p>
      <w:pPr>
        <w:jc w:val="right"/>
      </w:pPr>
      <w:r>
        <w:t>بلکہ جب تم اپنے آپ کو کسی situation میں پاؤ، کسی صورتحال میں پاؤ اپنے آپ کو تو</w:t>
      </w:r>
    </w:p>
    <w:p>
      <w:r>
        <w:rPr>
          <w:b/>
        </w:rPr>
        <w:t xml:space="preserve">[08:06] </w:t>
      </w:r>
      <w:r>
        <w:t>sab se pehle read karo, study karo, jaiza lo.</w:t>
      </w:r>
    </w:p>
    <w:p>
      <w:pPr>
        <w:jc w:val="right"/>
      </w:pPr>
      <w:r>
        <w:t>سب سے پہلے read کرو، study کرو، جائزہ لو۔</w:t>
      </w:r>
    </w:p>
    <w:p>
      <w:r>
        <w:rPr>
          <w:b/>
        </w:rPr>
        <w:t xml:space="preserve">[08:12] </w:t>
      </w:r>
      <w:r>
        <w:t>aur yeh jano ke tumhari situation jo hai woh kya hai.</w:t>
      </w:r>
    </w:p>
    <w:p>
      <w:pPr>
        <w:jc w:val="right"/>
      </w:pPr>
      <w:r>
        <w:t>اور یہ جانو کہ تمہاری situation جو ہے وہ کیا ہے۔</w:t>
      </w:r>
    </w:p>
    <w:p>
      <w:r>
        <w:rPr>
          <w:b/>
        </w:rPr>
        <w:t xml:space="preserve">[08:18] </w:t>
      </w:r>
      <w:r>
        <w:t>aur phir peghambaron ke mein talash karo ke</w:t>
      </w:r>
    </w:p>
    <w:p>
      <w:pPr>
        <w:jc w:val="right"/>
      </w:pPr>
      <w:r>
        <w:t>اور پھر پیغمبروں کے میں تلاش کرو کہ</w:t>
      </w:r>
    </w:p>
    <w:p>
      <w:r>
        <w:rPr>
          <w:b/>
        </w:rPr>
        <w:t xml:space="preserve">[08:24] </w:t>
      </w:r>
      <w:r>
        <w:t>kis peghambar ka iswa wahan par apply ho raha hai.</w:t>
      </w:r>
    </w:p>
    <w:p>
      <w:pPr>
        <w:jc w:val="right"/>
      </w:pPr>
      <w:r>
        <w:t>کس پیغمبر کا اسوہ وہاں پر apply ہو رہا ہے۔</w:t>
      </w:r>
    </w:p>
    <w:p>
      <w:r>
        <w:rPr>
          <w:b/>
        </w:rPr>
        <w:t xml:space="preserve">[08:28] </w:t>
      </w:r>
      <w:r>
        <w:t>to is ko ikhtiyar karo.</w:t>
      </w:r>
    </w:p>
    <w:p>
      <w:pPr>
        <w:jc w:val="right"/>
      </w:pPr>
      <w:r>
        <w:t>تو اس کو اختیار کرو۔</w:t>
      </w:r>
    </w:p>
    <w:p>
      <w:r>
        <w:rPr>
          <w:b/>
        </w:rPr>
        <w:t xml:space="preserve">[08:32] </w:t>
      </w:r>
      <w:r>
        <w:t>yeh matlab hai is ka.</w:t>
      </w:r>
    </w:p>
    <w:p>
      <w:pPr>
        <w:jc w:val="right"/>
      </w:pPr>
      <w:r>
        <w:t>یہ مطلب ہے اس کا۔</w:t>
      </w:r>
    </w:p>
    <w:p>
      <w:r>
        <w:rPr>
          <w:b/>
        </w:rPr>
        <w:t xml:space="preserve">[08:36] </w:t>
      </w:r>
      <w:r>
        <w:t>to mere ilm ke mutabiq aaj ki dunya mein hazaron nahi lakhon log hain jo rehnuma manay jatay</w:t>
      </w:r>
    </w:p>
    <w:p>
      <w:pPr>
        <w:jc w:val="right"/>
      </w:pPr>
      <w:r>
        <w:t>تو میرے علم کے مطابق آج کی دنیا میں ہزاروں نہیں لاکھوں لوگ ہیں جو رہنما مانے جاتے</w:t>
      </w:r>
    </w:p>
    <w:p>
      <w:r>
        <w:rPr>
          <w:b/>
        </w:rPr>
        <w:t xml:space="preserve">[08:39] </w:t>
      </w:r>
      <w:r>
        <w:t>hain, leader manay jatay hain.</w:t>
      </w:r>
    </w:p>
    <w:p>
      <w:pPr>
        <w:jc w:val="right"/>
      </w:pPr>
      <w:r>
        <w:t>ہیں، leader مانے جاتے ہیں۔</w:t>
      </w:r>
    </w:p>
    <w:p>
      <w:r>
        <w:rPr>
          <w:b/>
        </w:rPr>
        <w:t xml:space="preserve">[08:43] </w:t>
      </w:r>
      <w:r>
        <w:t>magar mere ilm ke mutabiq in mein se koi aik shakhs nahi hai jis ne is process ko chalaya ho.</w:t>
      </w:r>
    </w:p>
    <w:p>
      <w:pPr>
        <w:jc w:val="right"/>
      </w:pPr>
      <w:r>
        <w:t>مگر میرے علم کے مطابق ان میں سے کوئی ایک شخص نہیں ہے جس نے اس process کو چلایا ہو۔</w:t>
      </w:r>
    </w:p>
    <w:p>
      <w:r>
        <w:rPr>
          <w:b/>
        </w:rPr>
        <w:t xml:space="preserve">[08:47] </w:t>
      </w:r>
      <w:r>
        <w:t>koi aik kitab aisi nahi likhi gayi mere jananay ke mutabiq.</w:t>
      </w:r>
    </w:p>
    <w:p>
      <w:pPr>
        <w:jc w:val="right"/>
      </w:pPr>
      <w:r>
        <w:t>کوئی ایک کتاب ایسی نہیں لکھی گئی میرے جاننے کے مطابق۔</w:t>
      </w:r>
    </w:p>
    <w:p>
      <w:r>
        <w:rPr>
          <w:b/>
        </w:rPr>
        <w:t xml:space="preserve">[08:51] </w:t>
      </w:r>
      <w:r>
        <w:t>agar koi hai to mujhe bataye is ka naam</w:t>
      </w:r>
    </w:p>
    <w:p>
      <w:pPr>
        <w:jc w:val="right"/>
      </w:pPr>
      <w:r>
        <w:t>اگر کوئی ہے تو مجھے بتائے اس کا نام</w:t>
      </w:r>
    </w:p>
    <w:p>
      <w:r>
        <w:rPr>
          <w:b/>
        </w:rPr>
        <w:t xml:space="preserve">[08:55] </w:t>
      </w:r>
      <w:r>
        <w:t>hai. Ke aaj ke Musalman jis situation mein mubtala hain to woh dhoonda ho us ne ke kis paighambar ke haan namoona aisa hai jo apply ho raha hai aaj. India ke Musalmanon ke upar, Iran ke Musalmanon ke upar, Pakistan ke Musalmanon ke upar, Iraq ke Musalmanon ke upar, Misr ke Musalmanon ke upar. Yeh jo maghrib, Europe aur America ke Musalmanon ke upar. Zahir</w:t>
      </w:r>
    </w:p>
    <w:p>
      <w:pPr>
        <w:jc w:val="right"/>
      </w:pPr>
      <w:r>
        <w:t>۔ کہ آج کے مسلمان جس situation میں مبتلا ہیں تو وہ ڈھونڈا ہو اس نے کہ کس پیغمبر کے ہاں نمونہ ایسا ہے جو apply ہو رہا ہے آج۔ انڈیا کے مسلمانوں کے اوپر، ایران کے مسلمانوں کے اوپر، پاکستان کے مسلمانوں کے اوپر، عراق کے مسلمانوں کے اوپر، مصر کے مسلمانوں کے اوپر۔ یہ جو مغرب، یورپ اور امریکہ کے مسلمانوں کے اوپر۔ ظاہ</w:t>
      </w:r>
    </w:p>
    <w:p>
      <w:r>
        <w:rPr>
          <w:b/>
        </w:rPr>
        <w:t xml:space="preserve">[09:25] </w:t>
      </w:r>
      <w:r>
        <w:t>ra hai ke sab ka aik hi situation nahi hai.</w:t>
      </w:r>
    </w:p>
    <w:p>
      <w:pPr>
        <w:jc w:val="right"/>
      </w:pPr>
      <w:r>
        <w:t>ر ہے کہ سب کا ایک ہی situation نہیں ہے۔</w:t>
      </w:r>
    </w:p>
    <w:p>
      <w:r>
        <w:rPr>
          <w:b/>
        </w:rPr>
        <w:t xml:space="preserve">[09:30] </w:t>
      </w:r>
      <w:r>
        <w:t>sab ke halaat alag alag hain.</w:t>
      </w:r>
    </w:p>
    <w:p>
      <w:pPr>
        <w:jc w:val="right"/>
      </w:pPr>
      <w:r>
        <w:t>سب کے حالات الگ الگ ہیں۔</w:t>
      </w:r>
    </w:p>
    <w:p>
      <w:r>
        <w:rPr>
          <w:b/>
        </w:rPr>
        <w:t xml:space="preserve">[09:36] </w:t>
      </w:r>
      <w:r>
        <w:t>to mere jananay ke mutabiq koi aik bhi aisi kitab nahi hai jo is is principle ko le</w:t>
      </w:r>
    </w:p>
    <w:p>
      <w:pPr>
        <w:jc w:val="right"/>
      </w:pPr>
      <w:r>
        <w:t>تو میرے جاننے کے مطابق کوئی ایک بھی ایسی کتاب نہیں ہے جو اس اس principle کو لے</w:t>
      </w:r>
    </w:p>
    <w:p>
      <w:r>
        <w:rPr>
          <w:b/>
        </w:rPr>
        <w:t xml:space="preserve">[09:41] </w:t>
      </w:r>
      <w:r>
        <w:t>ke likhi gayi ho.</w:t>
      </w:r>
    </w:p>
    <w:p>
      <w:pPr>
        <w:jc w:val="right"/>
      </w:pPr>
      <w:r>
        <w:t>کے لکھی گئی ہو۔</w:t>
      </w:r>
    </w:p>
    <w:p>
      <w:r>
        <w:rPr>
          <w:b/>
        </w:rPr>
        <w:t xml:space="preserve">[09:46] </w:t>
      </w:r>
      <w:r>
        <w:t>jaise jis ne is par research kiya ho ke jis situation mein aaj musalman hain.</w:t>
      </w:r>
    </w:p>
    <w:p>
      <w:pPr>
        <w:jc w:val="right"/>
      </w:pPr>
      <w:r>
        <w:t>جیسے جس نے اس پر research کیا ہو کہ جس situation میں آج مسلمان ہیں۔</w:t>
      </w:r>
    </w:p>
    <w:p>
      <w:r>
        <w:rPr>
          <w:b/>
        </w:rPr>
        <w:t xml:space="preserve">[09:51] </w:t>
      </w:r>
      <w:r>
        <w:t>jo given situation hai is given situation mein kis nabi ka uswa apply hota hai.</w:t>
      </w:r>
    </w:p>
    <w:p>
      <w:pPr>
        <w:jc w:val="right"/>
      </w:pPr>
      <w:r>
        <w:t>جو given situation ہے اس given situation میں کس نبی کا اسوہ apply ہوتا ہے۔</w:t>
      </w:r>
    </w:p>
    <w:p>
      <w:r>
        <w:rPr>
          <w:b/>
        </w:rPr>
        <w:t xml:space="preserve">[09:56] </w:t>
      </w:r>
      <w:r>
        <w:t>isi liye musalman jo hain woh ho rahay hain yani aisa lagta hai ke blind alley mein phans</w:t>
      </w:r>
    </w:p>
    <w:p>
      <w:pPr>
        <w:jc w:val="right"/>
      </w:pPr>
      <w:r>
        <w:t>اسی لیے مسلمان جو ہیں وہ ہو رہے ہیں یعنی ایسا لگتا ہے کہ blind alley میں پھنس</w:t>
      </w:r>
    </w:p>
    <w:p>
      <w:r>
        <w:rPr>
          <w:b/>
        </w:rPr>
        <w:t xml:space="preserve">[10:02] </w:t>
      </w:r>
      <w:r>
        <w:t>gaye hain woh.</w:t>
      </w:r>
    </w:p>
    <w:p>
      <w:pPr>
        <w:jc w:val="right"/>
      </w:pPr>
      <w:r>
        <w:t>گئے ہیں وہ۔</w:t>
      </w:r>
    </w:p>
    <w:p>
      <w:r>
        <w:rPr>
          <w:b/>
        </w:rPr>
        <w:t xml:space="preserve">[10:07] </w:t>
      </w:r>
      <w:r>
        <w:t>directionless ho rahay hain.</w:t>
      </w:r>
    </w:p>
    <w:p>
      <w:pPr>
        <w:jc w:val="right"/>
      </w:pPr>
      <w:r>
        <w:t>Directionless ہو رہے ہیں۔</w:t>
      </w:r>
    </w:p>
    <w:p>
      <w:r>
        <w:rPr>
          <w:b/>
        </w:rPr>
        <w:t xml:space="preserve">[10:12] </w:t>
      </w:r>
      <w:r>
        <w:t>directionless ho rahay hain.</w:t>
      </w:r>
    </w:p>
    <w:p>
      <w:pPr>
        <w:jc w:val="right"/>
      </w:pPr>
      <w:r>
        <w:t>Directionless ہو رہے ہیں۔</w:t>
      </w:r>
    </w:p>
    <w:p>
      <w:r>
        <w:rPr>
          <w:b/>
        </w:rPr>
        <w:t xml:space="preserve">[10:17] </w:t>
      </w:r>
      <w:r>
        <w:t>to yeh hai dekhiye jar ki baat.</w:t>
      </w:r>
    </w:p>
    <w:p>
      <w:pPr>
        <w:jc w:val="right"/>
      </w:pPr>
      <w:r>
        <w:t>تو یہ ہے دیکھیں جڑ کی بات۔</w:t>
      </w:r>
    </w:p>
    <w:p>
      <w:r>
        <w:rPr>
          <w:b/>
        </w:rPr>
        <w:t xml:space="preserve">[10:22] </w:t>
      </w:r>
      <w:r>
        <w:t>aaj ke musalmanon ko chahe India kahoon</w:t>
      </w:r>
    </w:p>
    <w:p>
      <w:pPr>
        <w:jc w:val="right"/>
      </w:pPr>
      <w:r>
        <w:t>آج کے مسلمانوں کو چاہے انڈیا کہوں</w:t>
      </w:r>
    </w:p>
    <w:p>
      <w:r>
        <w:rPr>
          <w:b/>
        </w:rPr>
        <w:t xml:space="preserve">[10:27] </w:t>
      </w:r>
      <w:r>
        <w:t>ya Egypt kahoon ya America kahoon ya Iraq kahoon jahan bhi musalman bas rahay hain sab se pehle</w:t>
      </w:r>
    </w:p>
    <w:p>
      <w:pPr>
        <w:jc w:val="right"/>
      </w:pPr>
      <w:r>
        <w:t>یا Egypt کہوں یا امریکہ کہوں یا عراق کہوں جہاں بھی مسلمان بس رہے ہیں سب سے پہلے</w:t>
      </w:r>
    </w:p>
    <w:p>
      <w:r>
        <w:rPr>
          <w:b/>
        </w:rPr>
        <w:t xml:space="preserve">[10:35] </w:t>
      </w:r>
      <w:r>
        <w:t>unhein yeh kaam karna chahiye ke apni actual jo position hai jo un ki jo given situation hai</w:t>
      </w:r>
    </w:p>
    <w:p>
      <w:pPr>
        <w:jc w:val="right"/>
      </w:pPr>
      <w:r>
        <w:t>انہیں یہ کام کرنا چاہیے کہ اپنی actual جو position ہے جو ان کی جو given situation ہے</w:t>
      </w:r>
    </w:p>
    <w:p>
      <w:r>
        <w:rPr>
          <w:b/>
        </w:rPr>
        <w:t xml:space="preserve">[10:43] </w:t>
      </w:r>
      <w:r>
        <w:t>us ko daryaft karen.</w:t>
      </w:r>
    </w:p>
    <w:p>
      <w:pPr>
        <w:jc w:val="right"/>
      </w:pPr>
      <w:r>
        <w:t>اس کو دریافت کریں۔</w:t>
      </w:r>
    </w:p>
    <w:p>
      <w:r>
        <w:rPr>
          <w:b/>
        </w:rPr>
        <w:t xml:space="preserve">[10:51] </w:t>
      </w:r>
      <w:r>
        <w:t>aur phir yeh dhoondhen ke kis nabi ka example wahan par apply ho raha hai.</w:t>
      </w:r>
    </w:p>
    <w:p>
      <w:pPr>
        <w:jc w:val="right"/>
      </w:pPr>
      <w:r>
        <w:t>اور پھر یہ ڈھونڈیں کہ کس نبی کا example وہاں پر apply ہو رہا ہے۔</w:t>
      </w:r>
    </w:p>
    <w:p>
      <w:r>
        <w:rPr>
          <w:b/>
        </w:rPr>
        <w:t xml:space="preserve">[10:59] </w:t>
      </w:r>
      <w:r>
        <w:t>Dekhein nabiyon ke jo example hain ek to Quran mein bataye hue hain. Hadithon mein se maloom hote hain. Aur fragmentary way mein Bible mein bhi hain. Kyun ke dekhein Quran mein hai ek aayat mein mein soch raha tha ke fas'alu ala al-dhikri in kuntum la ta'lamoon fas'alu ala al-dhikri in kuntum la ta'lamoon yahan al-dhikr se murad hai yahi pichhle ah</w:t>
      </w:r>
    </w:p>
    <w:p>
      <w:pPr>
        <w:jc w:val="right"/>
      </w:pPr>
      <w:r>
        <w:t>دیکھیں نبیوں کے جو example ہیں ایک تو قرآن میں بتائے ہوئے ہیں۔ حدیثوں میں سے معلوم ہوتے ہیں۔ اور fragmentary way میں Bible میں بھی ہیں۔ کیونکہ دیکھیں قرآن میں ہے ایک آیت میں میں سوچ رہا تھا کہ فَاسْأَلُوا عَلَى الْذِكْرِ إِنْ كُنْتُمْ لَا تَعْلَمُونَ فَاسْأَلُوا عَلَى الْذِكْرِ إِنْ كُنْتُمْ لَا تَعْلَمُونَ یہاں الذکر سے مراد ہے یہی پچھلے اہ</w:t>
      </w:r>
    </w:p>
    <w:p>
      <w:r>
        <w:rPr>
          <w:b/>
        </w:rPr>
        <w:t xml:space="preserve">[11:29] </w:t>
      </w:r>
      <w:r>
        <w:t>la kitab.</w:t>
      </w:r>
    </w:p>
    <w:p>
      <w:pPr>
        <w:jc w:val="right"/>
      </w:pPr>
      <w:r>
        <w:t>ل کتاب۔</w:t>
      </w:r>
    </w:p>
    <w:p>
      <w:r>
        <w:rPr>
          <w:b/>
        </w:rPr>
        <w:t xml:space="preserve">[11:34] </w:t>
      </w:r>
      <w:r>
        <w:t>to aap ghor kijiye ke rasool Allah sal Allah alaihi wasallam ke jo contemporary thay jo musalman un</w:t>
      </w:r>
    </w:p>
    <w:p>
      <w:pPr>
        <w:jc w:val="right"/>
      </w:pPr>
      <w:r>
        <w:t>تو آپ غور کیجیے کہ رسول اللہ صلی اللہ علیہ وسلم کے جو contemporary تھے جو مسلمان ان</w:t>
      </w:r>
    </w:p>
    <w:p>
      <w:r>
        <w:rPr>
          <w:b/>
        </w:rPr>
        <w:t xml:space="preserve">[11:39] </w:t>
      </w:r>
      <w:r>
        <w:t>se kaha gaya hai ke alzikr se poocho.</w:t>
      </w:r>
    </w:p>
    <w:p>
      <w:pPr>
        <w:jc w:val="right"/>
      </w:pPr>
      <w:r>
        <w:t>سے کہا گیا ہے کہ الذکر سے پوچھو۔</w:t>
      </w:r>
    </w:p>
    <w:p>
      <w:r>
        <w:rPr>
          <w:b/>
        </w:rPr>
        <w:t xml:space="preserve">[11:44] </w:t>
      </w:r>
      <w:r>
        <w:t>ya is zamane ke jo log bhi hon un se poocha ke kaha gaya to kaha ke ek</w:t>
      </w:r>
    </w:p>
    <w:p>
      <w:pPr>
        <w:jc w:val="right"/>
      </w:pPr>
      <w:r>
        <w:t>یا اس زمانے کے جو لوگ بھی ہوں ان سے پوچھا کہ کہا گیا تو کہا کہ ایک</w:t>
      </w:r>
    </w:p>
    <w:p>
      <w:r>
        <w:rPr>
          <w:b/>
        </w:rPr>
        <w:t xml:space="preserve">[11:50] </w:t>
      </w:r>
      <w:r>
        <w:t>authentic source to hua.</w:t>
      </w:r>
    </w:p>
    <w:p>
      <w:pPr>
        <w:jc w:val="right"/>
      </w:pPr>
      <w:r>
        <w:t>authentic source تو ہوا۔</w:t>
      </w:r>
    </w:p>
    <w:p>
      <w:r>
        <w:rPr>
          <w:b/>
        </w:rPr>
        <w:t xml:space="preserve">[11:55] </w:t>
      </w:r>
      <w:r>
        <w:t>agar ba-farz aap yeh manen ke is ka mukhataab musalman nahi hai tab bhi woh authentic source to ban gaye.</w:t>
      </w:r>
    </w:p>
    <w:p>
      <w:pPr>
        <w:jc w:val="right"/>
      </w:pPr>
      <w:r>
        <w:t>اگر بالفرض آپ یہ مانیں کہ اس کا مخاطب مسلمان نہیں ہے تب بھی وہ authentic source تو بن گئے۔</w:t>
      </w:r>
    </w:p>
    <w:p>
      <w:r>
        <w:rPr>
          <w:b/>
        </w:rPr>
        <w:t xml:space="preserve">[12:00] </w:t>
      </w:r>
      <w:r>
        <w:t>to main ne socha ke kis maano mein hai? to is maano mein nahi hai ke is z</w:t>
      </w:r>
    </w:p>
    <w:p>
      <w:pPr>
        <w:jc w:val="right"/>
      </w:pPr>
      <w:r>
        <w:t>تو میں نے سوچا کہ کس معنوں میں ہے؟ تو اس معنی میں نہیں ہے کہ اس z</w:t>
      </w:r>
    </w:p>
    <w:p>
      <w:r>
        <w:rPr>
          <w:b/>
        </w:rPr>
        <w:t xml:space="preserve">[12:05] </w:t>
      </w:r>
      <w:r>
        <w:t>tak un ke sath baat durust hai.</w:t>
      </w:r>
    </w:p>
    <w:p>
      <w:pPr>
        <w:jc w:val="right"/>
      </w:pPr>
      <w:r>
        <w:t>تک ان کے ساتھ بات درست ہے۔</w:t>
      </w:r>
    </w:p>
    <w:p>
      <w:r>
        <w:rPr>
          <w:b/>
        </w:rPr>
        <w:t xml:space="preserve">[12:11] </w:t>
      </w:r>
      <w:r>
        <w:t>is maano mein hai ke woh un ke andar fragmentary tor par yani aise fragments paaye jate hain</w:t>
      </w:r>
    </w:p>
    <w:p>
      <w:pPr>
        <w:jc w:val="right"/>
      </w:pPr>
      <w:r>
        <w:t>اس معنی میں ہے کہ وہ ان کے اندر fragmentary طور پر یعنی ایسے fragments پائے جاتے ہیں</w:t>
      </w:r>
    </w:p>
    <w:p>
      <w:r>
        <w:rPr>
          <w:b/>
        </w:rPr>
        <w:t xml:space="preserve">[12:16] </w:t>
      </w:r>
      <w:r>
        <w:t>aise ajza jo un nabiyon ke namune the.</w:t>
      </w:r>
    </w:p>
    <w:p>
      <w:pPr>
        <w:jc w:val="right"/>
      </w:pPr>
      <w:r>
        <w:t>ایسے اجزاء جو ان نبیوں کے نمونے تھے۔</w:t>
      </w:r>
    </w:p>
    <w:p>
      <w:r>
        <w:rPr>
          <w:b/>
        </w:rPr>
        <w:t xml:space="preserve">[12:21] </w:t>
      </w:r>
      <w:r>
        <w:t>is lihaaz se woh bhi hamare liye maakhaz hain.</w:t>
      </w:r>
    </w:p>
    <w:p>
      <w:pPr>
        <w:jc w:val="right"/>
      </w:pPr>
      <w:r>
        <w:t>اس لحاظ سے وہ بھی ہمارے لیے ماخذ ہیں۔</w:t>
      </w:r>
    </w:p>
    <w:p>
      <w:r>
        <w:rPr>
          <w:b/>
        </w:rPr>
        <w:t xml:space="preserve">[12:27] </w:t>
      </w:r>
      <w:r>
        <w:t>ab main aap ko jo anbiya mazkoor hain quran majeed mein</w:t>
      </w:r>
    </w:p>
    <w:p>
      <w:pPr>
        <w:jc w:val="right"/>
      </w:pPr>
      <w:r>
        <w:t>اب میں آپ کو جو انبیاء مذکور ہیں قرآن مجید میں</w:t>
      </w:r>
    </w:p>
    <w:p>
      <w:r>
        <w:rPr>
          <w:b/>
        </w:rPr>
        <w:t xml:space="preserve">[12:32] </w:t>
      </w:r>
      <w:r>
        <w:t>un mein se kuch anbiya ke aise halaat arz karna chahta hoon jo hamare upar apply ho rahe hain.</w:t>
      </w:r>
    </w:p>
    <w:p>
      <w:pPr>
        <w:jc w:val="right"/>
      </w:pPr>
      <w:r>
        <w:t>ان میں سے کچھ انبیاء کے ایسے حالات عرض کرنا چاہتا ہوں جو ہمارے اوپر apply ہو رہے ہیں۔</w:t>
      </w:r>
    </w:p>
    <w:p>
      <w:r>
        <w:rPr>
          <w:b/>
        </w:rPr>
        <w:t xml:space="preserve">[12:38] </w:t>
      </w:r>
      <w:r>
        <w:t>is par ghhor kijiye.</w:t>
      </w:r>
    </w:p>
    <w:p>
      <w:pPr>
        <w:jc w:val="right"/>
      </w:pPr>
      <w:r>
        <w:t>اس پر غور کیجیے۔</w:t>
      </w:r>
    </w:p>
    <w:p>
      <w:r>
        <w:rPr>
          <w:b/>
        </w:rPr>
        <w:t xml:space="preserve">[12:45] </w:t>
      </w:r>
      <w:r>
        <w:t>sab se pehle aap adam ko lijiye.</w:t>
      </w:r>
    </w:p>
    <w:p>
      <w:pPr>
        <w:jc w:val="right"/>
      </w:pPr>
      <w:r>
        <w:t>سب سے پہلے آپ آدم کو لیجیے۔</w:t>
      </w:r>
    </w:p>
    <w:p>
      <w:r>
        <w:rPr>
          <w:b/>
        </w:rPr>
        <w:t xml:space="preserve">[12:51] </w:t>
      </w:r>
      <w:r>
        <w:t>kyun ke aap jante hain ke adam jo the woh sirf pehle insan nahi the balkeh woh paighambar bhi the.</w:t>
      </w:r>
    </w:p>
    <w:p>
      <w:pPr>
        <w:jc w:val="right"/>
      </w:pPr>
      <w:r>
        <w:t>کیونکہ آپ جانتے ہیں کہ آدم جو تھے وہ صرف پہلے انسان نہیں تھے بلکہ وہ پیغمبر بھی تھے۔</w:t>
      </w:r>
    </w:p>
    <w:p>
      <w:r>
        <w:rPr>
          <w:b/>
        </w:rPr>
        <w:t xml:space="preserve">[12:57] </w:t>
      </w:r>
      <w:r>
        <w:t>yeh quran se sabit hai ke adam paighambar bhi the.</w:t>
      </w:r>
    </w:p>
    <w:p>
      <w:pPr>
        <w:jc w:val="right"/>
      </w:pPr>
      <w:r>
        <w:t>یہ قرآن سے ثابت ہے کہ آدم پیغمبر بھی تھے۔</w:t>
      </w:r>
    </w:p>
    <w:p>
      <w:r>
        <w:rPr>
          <w:b/>
        </w:rPr>
        <w:t xml:space="preserve">[13:03] </w:t>
      </w:r>
      <w:r>
        <w:t>to paighambar jab the woh to un ke haan bhi koi namuna milna chahiye.</w:t>
      </w:r>
    </w:p>
    <w:p>
      <w:pPr>
        <w:jc w:val="right"/>
      </w:pPr>
      <w:r>
        <w:t>تو پیغمبر جب تھے وہ تو ان کے ہاں بھی کوئی نمونہ ملنا چاہیے۔</w:t>
      </w:r>
    </w:p>
    <w:p>
      <w:r>
        <w:rPr>
          <w:b/>
        </w:rPr>
        <w:t xml:space="preserve">[13:08] </w:t>
      </w:r>
      <w:r>
        <w:t>to main ne socha ke un ke haan kya namuna hai? to main ne paya ke un ke</w:t>
      </w:r>
    </w:p>
    <w:p>
      <w:pPr>
        <w:jc w:val="right"/>
      </w:pPr>
      <w:r>
        <w:t>تو میں نے سوچا کہ ان کے ہاں کیا نمونہ ہے؟ تو میں نے پایا کہ ان کے</w:t>
      </w:r>
    </w:p>
    <w:p>
      <w:r>
        <w:rPr>
          <w:b/>
        </w:rPr>
        <w:t xml:space="preserve">[13:14] </w:t>
      </w:r>
      <w:r>
        <w:t>haan to bohat bara namuna hai.</w:t>
      </w:r>
    </w:p>
    <w:p>
      <w:pPr>
        <w:jc w:val="right"/>
      </w:pPr>
      <w:r>
        <w:t>ہاں تو بہت بڑا نمونہ ہے۔</w:t>
      </w:r>
    </w:p>
    <w:p>
      <w:r>
        <w:rPr>
          <w:b/>
        </w:rPr>
        <w:t xml:space="preserve">[13:19] </w:t>
      </w:r>
      <w:r>
        <w:t>bohat hi bara namuna hai.</w:t>
      </w:r>
    </w:p>
    <w:p>
      <w:pPr>
        <w:jc w:val="right"/>
      </w:pPr>
      <w:r>
        <w:t>بہت ہی بڑا نمونہ ہے۔</w:t>
      </w:r>
    </w:p>
    <w:p>
      <w:r>
        <w:rPr>
          <w:b/>
        </w:rPr>
        <w:t xml:space="preserve">[13:24] </w:t>
      </w:r>
      <w:r>
        <w:t>woh namuna yeh hai ke adam ko allah taala ne jab paida kiya to un ko jannat mein rakha.</w:t>
      </w:r>
    </w:p>
    <w:p>
      <w:pPr>
        <w:jc w:val="right"/>
      </w:pPr>
      <w:r>
        <w:t>وہ نمونہ یہ ہے کہ آدم کو اللہ تعالیٰ نے جب پیدا کیا تو ان کو جنت میں رکھا۔</w:t>
      </w:r>
    </w:p>
    <w:p>
      <w:r>
        <w:rPr>
          <w:b/>
        </w:rPr>
        <w:t xml:space="preserve">[13:29] </w:t>
      </w:r>
      <w:r>
        <w:t>quran se maloom</w:t>
      </w:r>
    </w:p>
    <w:p>
      <w:pPr>
        <w:jc w:val="right"/>
      </w:pPr>
      <w:r>
        <w:t>قرآن سے معلوم</w:t>
      </w:r>
    </w:p>
    <w:p>
      <w:r>
        <w:rPr>
          <w:b/>
        </w:rPr>
        <w:t xml:space="preserve">[13:34] </w:t>
      </w:r>
      <w:r>
        <w:t>hota hai.</w:t>
      </w:r>
    </w:p>
    <w:p>
      <w:pPr>
        <w:jc w:val="right"/>
      </w:pPr>
      <w:r>
        <w:t>ہوتا ہے۔</w:t>
      </w:r>
    </w:p>
    <w:p>
      <w:r>
        <w:rPr>
          <w:b/>
        </w:rPr>
        <w:t xml:space="preserve">[13:41] </w:t>
      </w:r>
      <w:r>
        <w:t>aur un se kaha ke yeh poori jannat jo hai is mein tum chalo phiro is ko istemal</w:t>
      </w:r>
    </w:p>
    <w:p>
      <w:pPr>
        <w:jc w:val="right"/>
      </w:pPr>
      <w:r>
        <w:t>اور ان سے کہا کہ یہ پوری جنت جو ہے اس میں تم چلو پھرو اس کو استعمال</w:t>
      </w:r>
    </w:p>
    <w:p>
      <w:r>
        <w:rPr>
          <w:b/>
        </w:rPr>
        <w:t xml:space="preserve">[13:49] </w:t>
      </w:r>
      <w:r>
        <w:t>karo lekin wahan ek darakht jo hai ek wahan par bata diya gaya ke is ka phal mat khana.</w:t>
      </w:r>
    </w:p>
    <w:p>
      <w:pPr>
        <w:jc w:val="right"/>
      </w:pPr>
      <w:r>
        <w:t>کرو لیکن وہاں ایک درخت جو ہے ایک وہاں پر بتا دیا گیا کہ اس کا پھل مت کھانا۔</w:t>
      </w:r>
    </w:p>
    <w:p>
      <w:r>
        <w:rPr>
          <w:b/>
        </w:rPr>
        <w:t xml:space="preserve">[13:56] </w:t>
      </w:r>
      <w:r>
        <w:t>la taqrabu hathihi alshajarati fatakunu minnalzhalimina lekin adam ne</w:t>
      </w:r>
    </w:p>
    <w:p>
      <w:pPr>
        <w:jc w:val="right"/>
      </w:pPr>
      <w:r>
        <w:t>لا تقربوا هذه الشجرة فتكونوا من الظالمين لیکن آدم نے</w:t>
      </w:r>
    </w:p>
    <w:p>
      <w:r>
        <w:rPr>
          <w:b/>
        </w:rPr>
        <w:t xml:space="preserve">[14:04] </w:t>
      </w:r>
      <w:r>
        <w:t>is kuch dino ke baad kuch dino to woh theek thaak rahe phir phir is ka phal kha liya. To us ke baad Adam ko jannat se nikalna pada. Allah ne kaha ke aap jao jannat se tum bahar jao. Ab ab aap dekhiye Quran mein bataya gaya hai ke Adam ko bahkaya tha Iblees ne. Fazalllahuma</w:t>
      </w:r>
    </w:p>
    <w:p>
      <w:pPr>
        <w:jc w:val="right"/>
      </w:pPr>
      <w:r>
        <w:t>اس کچھ دنوں کے بعد کچھ دنوں تو وہ ٹھیک ٹھاک رہے پھر پھر اس کا پھل کھا لیا۔ تو اس کے بعد آدم کو جنت سے نکلنا پڑا۔ اللہ نے کہا کہ آپ جاؤ جنت سے تم باہر جاؤ۔ اب اب آپ دیکھیے قرآن میں بتایا گیا ہے کہ آدم کو بہکایا تھا ابلیس نے۔ فضلّهما</w:t>
      </w:r>
    </w:p>
    <w:p>
      <w:r>
        <w:rPr>
          <w:b/>
        </w:rPr>
        <w:t xml:space="preserve">[14:34] </w:t>
      </w:r>
      <w:r>
        <w:t>baghroor khud quran mein yeh bataya gaya hai ke adam ko is darakht ka phal khane ke liye</w:t>
      </w:r>
    </w:p>
    <w:p>
      <w:pPr>
        <w:jc w:val="right"/>
      </w:pPr>
      <w:r>
        <w:t>بغرور خود قرآن میں یہ بتایا گیا ہے کہ آدم کو اس درخت کا پھل کھانے کے لیے</w:t>
      </w:r>
    </w:p>
    <w:p>
      <w:r>
        <w:rPr>
          <w:b/>
        </w:rPr>
        <w:t xml:space="preserve">[14:39] </w:t>
      </w:r>
      <w:r>
        <w:t>jo behkaya tha us ne woh iblis tha.</w:t>
      </w:r>
    </w:p>
    <w:p>
      <w:pPr>
        <w:jc w:val="right"/>
      </w:pPr>
      <w:r>
        <w:t>جو بہکایا تھا اس نے وہ ابلیس تھا۔</w:t>
      </w:r>
    </w:p>
    <w:p>
      <w:r>
        <w:rPr>
          <w:b/>
        </w:rPr>
        <w:t xml:space="preserve">[14:44] </w:t>
      </w:r>
      <w:r>
        <w:t>to bahir aane ke baad kya kiya adam ne? aaj kal jo musalman karte hain woh woh nahi</w:t>
      </w:r>
    </w:p>
    <w:p>
      <w:pPr>
        <w:jc w:val="right"/>
      </w:pPr>
      <w:r>
        <w:t>تو باہر آنے کے بعد کیا کیا آدم نے؟ آج کل جو مسلمان کرتے ہیں وہ وہ نہیں</w:t>
      </w:r>
    </w:p>
    <w:p>
      <w:r>
        <w:rPr>
          <w:b/>
        </w:rPr>
        <w:t xml:space="preserve">[14:50] </w:t>
      </w:r>
      <w:r>
        <w:t>kiya unhon ne ke rozana burai batate iblis ki bara kharab iblis hai.</w:t>
      </w:r>
    </w:p>
    <w:p>
      <w:pPr>
        <w:jc w:val="right"/>
      </w:pPr>
      <w:r>
        <w:t>کیا انہوں نے کہ روزانہ برائی بتاتے ابلیس کی بڑا خراب ابلیس ہے۔</w:t>
      </w:r>
    </w:p>
    <w:p>
      <w:r>
        <w:rPr>
          <w:b/>
        </w:rPr>
        <w:t xml:space="preserve">[14:55] </w:t>
      </w:r>
      <w:r>
        <w:t>is pe laanat bhejte is pe bad dua karte.</w:t>
      </w:r>
    </w:p>
    <w:p>
      <w:pPr>
        <w:jc w:val="right"/>
      </w:pPr>
      <w:r>
        <w:t>اس پہ لعنت بھیجتے اس پہ بد دعا کرتے۔</w:t>
      </w:r>
    </w:p>
    <w:p>
      <w:r>
        <w:rPr>
          <w:b/>
        </w:rPr>
        <w:t xml:space="preserve">[15:00] </w:t>
      </w:r>
      <w:r>
        <w:t>yahi to musalman kar rahe hain aaj kal.</w:t>
      </w:r>
    </w:p>
    <w:p>
      <w:pPr>
        <w:jc w:val="right"/>
      </w:pPr>
      <w:r>
        <w:t>یہی تو مسلمان کر رہے ہیں آج کل۔</w:t>
      </w:r>
    </w:p>
    <w:p>
      <w:r>
        <w:rPr>
          <w:b/>
        </w:rPr>
        <w:t xml:space="preserve">[15:06] </w:t>
      </w:r>
      <w:r>
        <w:t>jisko samajhte hain ek musalman ke yeh hai zimmedar hai yeh hai responsible hamari problem ka</w:t>
      </w:r>
    </w:p>
    <w:p>
      <w:pPr>
        <w:jc w:val="right"/>
      </w:pPr>
      <w:r>
        <w:t>جس کو سمجھتے ہیں ایک مسلمان کہ یہ ہے ذمہ دار ہے یہ ہے responsible ہماری problem کا</w:t>
      </w:r>
    </w:p>
    <w:p>
      <w:r>
        <w:rPr>
          <w:b/>
        </w:rPr>
        <w:t xml:space="preserve">[15:12] </w:t>
      </w:r>
      <w:r>
        <w:t>is se bad dua karna use nafrat karna is ke khilaf likhna is ke khilaf chalana yeh nahi</w:t>
      </w:r>
    </w:p>
    <w:p>
      <w:pPr>
        <w:jc w:val="right"/>
      </w:pPr>
      <w:r>
        <w:t>اس سے بد دعا کرنا اسے نفرت کرنا اس کے خلاف لکھنا اس کے خلاف چلانا یہ نہیں</w:t>
      </w:r>
    </w:p>
    <w:p>
      <w:r>
        <w:rPr>
          <w:b/>
        </w:rPr>
        <w:t xml:space="preserve">[15:18] </w:t>
      </w:r>
      <w:r>
        <w:t>kiya adam ne balke apne upar liya unhon ne.</w:t>
      </w:r>
    </w:p>
    <w:p>
      <w:pPr>
        <w:jc w:val="right"/>
      </w:pPr>
      <w:r>
        <w:t>کیا آدم نے بلکہ اپنے اوپر لیا انہوں نے۔</w:t>
      </w:r>
    </w:p>
    <w:p>
      <w:r>
        <w:rPr>
          <w:b/>
        </w:rPr>
        <w:t xml:space="preserve">[15:24] </w:t>
      </w:r>
      <w:r>
        <w:t>yani ghalati ko iblis par dalne ke bajaye unhon ne is ko apne upar liya.</w:t>
      </w:r>
    </w:p>
    <w:p>
      <w:pPr>
        <w:jc w:val="right"/>
      </w:pPr>
      <w:r>
        <w:t>یعنی غلطی کو ابلیس پر ڈالنے کے بجائے انہوں نے اس کو اپنے اوپر لیا۔</w:t>
      </w:r>
    </w:p>
    <w:p>
      <w:r>
        <w:rPr>
          <w:b/>
        </w:rPr>
        <w:t xml:space="preserve">[15:30] </w:t>
      </w:r>
      <w:r>
        <w:t>aur yeh dua kiya unhon ne ke rabana</w:t>
      </w:r>
    </w:p>
    <w:p>
      <w:pPr>
        <w:jc w:val="right"/>
      </w:pPr>
      <w:r>
        <w:t>اور یہ دعا کیا انہوں نے کہ ربنا</w:t>
      </w:r>
    </w:p>
    <w:p>
      <w:r>
        <w:rPr>
          <w:b/>
        </w:rPr>
        <w:t xml:space="preserve">[15:36] </w:t>
      </w:r>
      <w:r>
        <w:t>zullalna anfusana wa in lam taghfir lana wa tarhamna lanakuna minal khatireen apne liye aur apni biwi hawa dono ke</w:t>
      </w:r>
    </w:p>
    <w:p>
      <w:pPr>
        <w:jc w:val="right"/>
      </w:pPr>
      <w:r>
        <w:t>ذلّبنا أنفسنا وإن لم تغفر لنا وترحمنا لنكون من الخاطرين اپنے لیے اور اپنی بیوی حوا دونوں کے</w:t>
      </w:r>
    </w:p>
    <w:p>
      <w:r>
        <w:rPr>
          <w:b/>
        </w:rPr>
        <w:t xml:space="preserve">[15:42] </w:t>
      </w:r>
      <w:r>
        <w:t>liye unhon ne dua kiya khudaaya hum dono ne apne upar zulm kiya.</w:t>
      </w:r>
    </w:p>
    <w:p>
      <w:pPr>
        <w:jc w:val="right"/>
      </w:pPr>
      <w:r>
        <w:t>لیے انہوں نے دعا کیا خدایا ہم دونوں نے اپنے اوپر ظلم کیا۔</w:t>
      </w:r>
    </w:p>
    <w:p>
      <w:r>
        <w:rPr>
          <w:b/>
        </w:rPr>
        <w:t xml:space="preserve">[15:48] </w:t>
      </w:r>
      <w:r>
        <w:t>hum ne ghalati ki.</w:t>
      </w:r>
    </w:p>
    <w:p>
      <w:pPr>
        <w:jc w:val="right"/>
      </w:pPr>
      <w:r>
        <w:t>ہم نے غلطی کی۔</w:t>
      </w:r>
    </w:p>
    <w:p>
      <w:r>
        <w:rPr>
          <w:b/>
        </w:rPr>
        <w:t xml:space="preserve">[15:54] </w:t>
      </w:r>
      <w:r>
        <w:t>ab hamari ghalati ko maaf farma.</w:t>
      </w:r>
    </w:p>
    <w:p>
      <w:pPr>
        <w:jc w:val="right"/>
      </w:pPr>
      <w:r>
        <w:t>اب ہماری غلطی کو معاف فرما۔</w:t>
      </w:r>
    </w:p>
    <w:p>
      <w:r>
        <w:rPr>
          <w:b/>
        </w:rPr>
        <w:t xml:space="preserve">[16:01] </w:t>
      </w:r>
      <w:r>
        <w:t>to yeh paighambar awwal ke zariye ek example set hua ke agar tum ko</w:t>
      </w:r>
    </w:p>
    <w:p>
      <w:pPr>
        <w:jc w:val="right"/>
      </w:pPr>
      <w:r>
        <w:t>تو یہ پیغمبر اول کے ذریعے ایک example set ہوا کہ اگر تم کو</w:t>
      </w:r>
    </w:p>
    <w:p>
      <w:r>
        <w:rPr>
          <w:b/>
        </w:rPr>
        <w:t xml:space="preserve">[16:07] </w:t>
      </w:r>
      <w:r>
        <w:t>koi problem pesh aata hai to bazahir koi is ki wajah ho sakta hai ke woh aadmi tum</w:t>
      </w:r>
    </w:p>
    <w:p>
      <w:pPr>
        <w:jc w:val="right"/>
      </w:pPr>
      <w:r>
        <w:t>کوئی problem پیش آتا ہے تو بظاہر کوئی اس کی وجہ ہو سکتا ہے کہ وہ آدمی تم</w:t>
      </w:r>
    </w:p>
    <w:p>
      <w:r>
        <w:rPr>
          <w:b/>
        </w:rPr>
        <w:t xml:space="preserve">[16:14] </w:t>
      </w:r>
      <w:r>
        <w:t>ko behkayega koi dhoka dega kuch karega lekin is ka sabab tum apne andar talash karo.</w:t>
      </w:r>
    </w:p>
    <w:p>
      <w:pPr>
        <w:jc w:val="right"/>
      </w:pPr>
      <w:r>
        <w:t>کو بہکائے گا کوئی دھوکہ دے گا کچھ کرے گا لیکن اس کا سبب تم اپنے اندر تلاش کرو۔</w:t>
      </w:r>
    </w:p>
    <w:p>
      <w:r>
        <w:rPr>
          <w:b/>
        </w:rPr>
        <w:t xml:space="preserve">[16:22] </w:t>
      </w:r>
      <w:r>
        <w:t>bazahir agarchay sabab doosre ke andar ho lekin tum apne andar talash karo kyunke is ne behkaya to</w:t>
      </w:r>
    </w:p>
    <w:p>
      <w:pPr>
        <w:jc w:val="right"/>
      </w:pPr>
      <w:r>
        <w:t>بظاہر اگرچہ سبب دوسرے کے اندر ہو لیکن تم اپنے اندر تلاش کرو کیونکہ اس نے بہکایا تو</w:t>
      </w:r>
    </w:p>
    <w:p>
      <w:r>
        <w:rPr>
          <w:b/>
        </w:rPr>
        <w:t xml:space="preserve">[16:29] </w:t>
      </w:r>
      <w:r>
        <w:t>behke kyun? agar is ne behkaya to to behak kyun gaye? is ne provoke kiya to provoke kyun ho gaye</w:t>
      </w:r>
    </w:p>
    <w:p>
      <w:pPr>
        <w:jc w:val="right"/>
      </w:pPr>
      <w:r>
        <w:t>بہکے کیوں؟ اگر اس نے بہکایا تو تو بہک کیوں گئے؟ اس نے provoke کیا تو provoke کیوں ہو گئے</w:t>
      </w:r>
    </w:p>
    <w:p>
      <w:r>
        <w:rPr>
          <w:b/>
        </w:rPr>
        <w:t xml:space="preserve">[16:37] </w:t>
      </w:r>
      <w:r>
        <w:t>? to zimmedari aadmi ki apni hoti hai.</w:t>
      </w:r>
    </w:p>
    <w:p>
      <w:pPr>
        <w:jc w:val="right"/>
      </w:pPr>
      <w:r>
        <w:t>؟ تو ذمہ داری آدمی کی اپنی ہوتی ہے۔</w:t>
      </w:r>
    </w:p>
    <w:p>
      <w:r>
        <w:rPr>
          <w:b/>
        </w:rPr>
        <w:t xml:space="preserve">[16:43] </w:t>
      </w:r>
      <w:r>
        <w:t>aap ghor kijiye ke sari muslim dunya is is pe amal nahi kar rahi.</w:t>
      </w:r>
    </w:p>
    <w:p>
      <w:pPr>
        <w:jc w:val="right"/>
      </w:pPr>
      <w:r>
        <w:t>آپ غور کیجیے کہ ساری مسلم دنیا اس اس پہ عمل نہیں کر رہی۔</w:t>
      </w:r>
    </w:p>
    <w:p>
      <w:r>
        <w:rPr>
          <w:b/>
        </w:rPr>
        <w:t xml:space="preserve">[16:49] </w:t>
      </w:r>
      <w:r>
        <w:t>main to dunya mein jo har jagah gaya hoon jahan dekhiye har jagah shikayat doosron ki.</w:t>
      </w:r>
    </w:p>
    <w:p>
      <w:pPr>
        <w:jc w:val="right"/>
      </w:pPr>
      <w:r>
        <w:t>میں تو دنیا میں جو ہر جگہ گیا ہوں جہاں دیکھیے ہر جگہ شکایت دوسروں کی۔</w:t>
      </w:r>
    </w:p>
    <w:p>
      <w:r>
        <w:rPr>
          <w:b/>
        </w:rPr>
        <w:t xml:space="preserve">[16:55] </w:t>
      </w:r>
      <w:r>
        <w:t>har jagah musalmanon ne koi doosra dhoond rakha hai jiske khilaf woh subah shaam bolte rehte hain</w:t>
      </w:r>
    </w:p>
    <w:p>
      <w:pPr>
        <w:jc w:val="right"/>
      </w:pPr>
      <w:r>
        <w:t>ہر جگہ مسلمانوں نے کوئی دوسرا ڈھونڈ رکھا ہے جس کے خلاف وہ صبح شام بولتے رہتے ہیں</w:t>
      </w:r>
    </w:p>
    <w:p>
      <w:r>
        <w:rPr>
          <w:b/>
        </w:rPr>
        <w:t xml:space="preserve">[17:01] </w:t>
      </w:r>
      <w:r>
        <w:t>کہ یہ ظالم ہے یہ سازشی ہے یہ conspirator</w:t>
      </w:r>
    </w:p>
    <w:p>
      <w:pPr>
        <w:jc w:val="right"/>
      </w:pPr>
      <w:r>
        <w:t>کہ یہ ظالم ہے یہ سازشی ہے یہ conspira</w:t>
      </w:r>
    </w:p>
    <w:p>
      <w:r>
        <w:rPr>
          <w:b/>
        </w:rPr>
        <w:t xml:space="preserve">[17:07] </w:t>
      </w:r>
      <w:r>
        <w:t>cy karta hai yeh aisa karta hai yeh waisa karta hai.</w:t>
      </w:r>
    </w:p>
    <w:p>
      <w:pPr>
        <w:jc w:val="right"/>
      </w:pPr>
      <w:r>
        <w:t>cy کرتا ہے یہ ایسا کرتا ہے یہ ویسا کرتا ہے۔</w:t>
      </w:r>
    </w:p>
    <w:p>
      <w:r>
        <w:rPr>
          <w:b/>
        </w:rPr>
        <w:t xml:space="preserve">[17:12] </w:t>
      </w:r>
      <w:r>
        <w:t>kahin hindu ko target kiye hue hain kahin yahudiyon ko target kiye hue hain kahin amreeka ko kahin europe ko.</w:t>
      </w:r>
    </w:p>
    <w:p>
      <w:pPr>
        <w:jc w:val="right"/>
      </w:pPr>
      <w:r>
        <w:t>کہیں ہندو کو target کیے ہوئے ہیں کہیں یہودیوں کو target کیے ہوئے ہیں کہیں امریکہ کو کہیں یورپ کو۔</w:t>
      </w:r>
    </w:p>
    <w:p>
      <w:r>
        <w:rPr>
          <w:b/>
        </w:rPr>
        <w:t xml:space="preserve">[17:17] </w:t>
      </w:r>
      <w:r>
        <w:t>har jagah in ko ek mila hua hai jis ke khilaf woh shikayaton mein mashgool hain.</w:t>
      </w:r>
    </w:p>
    <w:p>
      <w:pPr>
        <w:jc w:val="right"/>
      </w:pPr>
      <w:r>
        <w:t>ہر جگہ ان کو ایک ملا ہوا ہے جس کے خلاف وہ شکایتوں میں مشغول ہیں۔</w:t>
      </w:r>
    </w:p>
    <w:p>
      <w:r>
        <w:rPr>
          <w:b/>
        </w:rPr>
        <w:t xml:space="preserve">[17:22] </w:t>
      </w:r>
      <w:r>
        <w:t>yani adam ke aswe ko nahi pakda unhon ne.</w:t>
      </w:r>
    </w:p>
    <w:p>
      <w:pPr>
        <w:jc w:val="right"/>
      </w:pPr>
      <w:r>
        <w:t>یعنی آدم کے اسوے کو نہیں پکڑا انہوں نے۔</w:t>
      </w:r>
    </w:p>
    <w:p>
      <w:r>
        <w:rPr>
          <w:b/>
        </w:rPr>
        <w:t xml:space="preserve">[17:28] </w:t>
      </w:r>
      <w:r>
        <w:t>ab aap ghor kijiye ke adam ka aswa pakadne ki shakal mein quran mein kya bataya gaya hai</w:t>
      </w:r>
    </w:p>
    <w:p>
      <w:pPr>
        <w:jc w:val="right"/>
      </w:pPr>
      <w:r>
        <w:t>اب آپ غور کیجیے کہ آدم کا اسوہ پکڑنے کی شکل میں قرآن میں کیا بتایا گیا ہے</w:t>
      </w:r>
    </w:p>
    <w:p>
      <w:r>
        <w:rPr>
          <w:b/>
        </w:rPr>
        <w:t xml:space="preserve">[17:33] </w:t>
      </w:r>
      <w:r>
        <w:t>ke jab allah ne</w:t>
      </w:r>
    </w:p>
    <w:p>
      <w:pPr>
        <w:jc w:val="right"/>
      </w:pPr>
      <w:r>
        <w:t>کہ جب اللہ نے</w:t>
      </w:r>
    </w:p>
    <w:p>
      <w:r>
        <w:rPr>
          <w:b/>
        </w:rPr>
        <w:t xml:space="preserve">[17:38] </w:t>
      </w:r>
      <w:r>
        <w:t>suni un ki awaz to un ko maaf kar diya.</w:t>
      </w:r>
    </w:p>
    <w:p>
      <w:pPr>
        <w:jc w:val="right"/>
      </w:pPr>
      <w:r>
        <w:t>سنی ان کی آواز تو ان کو معاف کر دیا۔</w:t>
      </w:r>
    </w:p>
    <w:p>
      <w:r>
        <w:rPr>
          <w:b/>
        </w:rPr>
        <w:t xml:space="preserve">[17:45] </w:t>
      </w:r>
      <w:r>
        <w:t>yani dobara un ko apni rehmat mein le liya.</w:t>
      </w:r>
    </w:p>
    <w:p>
      <w:pPr>
        <w:jc w:val="right"/>
      </w:pPr>
      <w:r>
        <w:t>یعنی دوبارہ ان کو اپنی رحمت میں لے لیا۔</w:t>
      </w:r>
    </w:p>
    <w:p>
      <w:r>
        <w:rPr>
          <w:b/>
        </w:rPr>
        <w:t xml:space="preserve">[17:53] </w:t>
      </w:r>
      <w:r>
        <w:t>is se yeh namuna mila ke agar aap kabhi kisi problem se dochar hon kisi museebat se dochar</w:t>
      </w:r>
    </w:p>
    <w:p>
      <w:pPr>
        <w:jc w:val="right"/>
      </w:pPr>
      <w:r>
        <w:t>اس سے یہ نمونہ ملا کہ اگر آپ کبھی کسی problem سے دوچار ہوں کسی مصیبت سے دوچار</w:t>
      </w:r>
    </w:p>
    <w:p>
      <w:r>
        <w:rPr>
          <w:b/>
        </w:rPr>
        <w:t xml:space="preserve">[18:00] </w:t>
      </w:r>
      <w:r>
        <w:t>hon to khwah bazahir koi doosra is ka zimmedar</w:t>
      </w:r>
    </w:p>
    <w:p>
      <w:pPr>
        <w:jc w:val="right"/>
      </w:pPr>
      <w:r>
        <w:t>ہوں تو خواہ بظاہر کوئی دوسرا اس کا ذمہ دار</w:t>
      </w:r>
    </w:p>
    <w:p>
      <w:r>
        <w:rPr>
          <w:b/>
        </w:rPr>
        <w:t xml:space="preserve">[18:08] </w:t>
      </w:r>
      <w:r>
        <w:t>ho doosre ne aap ko behkaya ho doosre ne aap ko aap ko aap ke mamle ko bigada</w:t>
      </w:r>
    </w:p>
    <w:p>
      <w:pPr>
        <w:jc w:val="right"/>
      </w:pPr>
      <w:r>
        <w:t>ہو دوسرے نے آپ کو بہکایا ہو دوسرے نے آپ کو آپ کو آپ کے معاملے کو بگاڑا</w:t>
      </w:r>
    </w:p>
    <w:p>
      <w:r>
        <w:rPr>
          <w:b/>
        </w:rPr>
        <w:t xml:space="preserve">[18:13] </w:t>
      </w:r>
      <w:r>
        <w:t>ho tab bhi tab bhi tab bhi sari baat ko apne upar lijie.</w:t>
      </w:r>
    </w:p>
    <w:p>
      <w:pPr>
        <w:jc w:val="right"/>
      </w:pPr>
      <w:r>
        <w:t>ہو تب بھی تب بھی تب بھی ساری بات کو اپنے اوپر لیجیے۔</w:t>
      </w:r>
    </w:p>
    <w:p>
      <w:r>
        <w:rPr>
          <w:b/>
        </w:rPr>
        <w:t xml:space="preserve">[18:19] </w:t>
      </w:r>
      <w:r>
        <w:t>apne upar le kar apni islaah kijiye.</w:t>
      </w:r>
    </w:p>
    <w:p>
      <w:pPr>
        <w:jc w:val="right"/>
      </w:pPr>
      <w:r>
        <w:t>اپنے اوپر لے کر اپنی اصلاح کیجیے۔</w:t>
      </w:r>
    </w:p>
    <w:p>
      <w:r>
        <w:rPr>
          <w:b/>
        </w:rPr>
        <w:t xml:space="preserve">[18:24] </w:t>
      </w:r>
      <w:r>
        <w:t>allah se duaein kijiye.</w:t>
      </w:r>
    </w:p>
    <w:p>
      <w:pPr>
        <w:jc w:val="right"/>
      </w:pPr>
      <w:r>
        <w:t>اللہ سے دعائیں کیجیے۔</w:t>
      </w:r>
    </w:p>
    <w:p>
      <w:r>
        <w:rPr>
          <w:b/>
        </w:rPr>
        <w:t xml:space="preserve">[18:29] </w:t>
      </w:r>
      <w:r>
        <w:t>to allah taala ki taraf se soorat-e-haal badal jayegi.</w:t>
      </w:r>
    </w:p>
    <w:p>
      <w:pPr>
        <w:jc w:val="right"/>
      </w:pPr>
      <w:r>
        <w:t>تو اللہ تعالیٰ کی طرف سے صورتحال بدل جائے گی۔</w:t>
      </w:r>
    </w:p>
    <w:p>
      <w:r>
        <w:rPr>
          <w:b/>
        </w:rPr>
        <w:t xml:space="preserve">[18:35] </w:t>
      </w:r>
      <w:r>
        <w:t>ab dekhiye main to samajhta hoon ke aaj ke musalman one percent bhi is pe amal nahi kar rahe hain.</w:t>
      </w:r>
    </w:p>
    <w:p>
      <w:pPr>
        <w:jc w:val="right"/>
      </w:pPr>
      <w:r>
        <w:t>اب دیکھیے میں تو سمجھتا ہوں کہ آج کے مسلمان one percent بھی اس پہ عمل نہیں کر رہے ہیں۔</w:t>
      </w:r>
    </w:p>
    <w:p>
      <w:r>
        <w:rPr>
          <w:b/>
        </w:rPr>
        <w:t xml:space="preserve">[18:40] </w:t>
      </w:r>
      <w:r>
        <w:t>yani peghambar awwal ke is namune par one percent bhi amal nahi kar rahe.</w:t>
      </w:r>
    </w:p>
    <w:p>
      <w:pPr>
        <w:jc w:val="right"/>
      </w:pPr>
      <w:r>
        <w:t>یعنی پیغمبر اول کے اس نمونے پر one percent بھی عمل نہیں کر رہے۔</w:t>
      </w:r>
    </w:p>
    <w:p>
      <w:r>
        <w:rPr>
          <w:b/>
        </w:rPr>
        <w:t xml:space="preserve">[18:46] </w:t>
      </w:r>
      <w:r>
        <w:t>ab aaein ek aur misaal lijie.</w:t>
      </w:r>
    </w:p>
    <w:p>
      <w:pPr>
        <w:jc w:val="right"/>
      </w:pPr>
      <w:r>
        <w:t>اب آئیں ایک اور مثال لیجیے۔</w:t>
      </w:r>
    </w:p>
    <w:p>
      <w:r>
        <w:rPr>
          <w:b/>
        </w:rPr>
        <w:t xml:space="preserve">[18:52] </w:t>
      </w:r>
      <w:r>
        <w:t>quran mein ek nabi ka zikr hai jin ko hum hazrat yunus kehte hain.</w:t>
      </w:r>
    </w:p>
    <w:p>
      <w:pPr>
        <w:jc w:val="right"/>
      </w:pPr>
      <w:r>
        <w:t>قرآن میں ایک نبی کا ذکر ہے جن کو ہم حضرت یونس کہتے ہیں۔</w:t>
      </w:r>
    </w:p>
    <w:p>
      <w:r>
        <w:rPr>
          <w:b/>
        </w:rPr>
        <w:t xml:space="preserve">[18:58] </w:t>
      </w:r>
      <w:r>
        <w:t>bible mein un ko yona kaha gaya hai.</w:t>
      </w:r>
    </w:p>
    <w:p>
      <w:pPr>
        <w:jc w:val="right"/>
      </w:pPr>
      <w:r>
        <w:t>Bible میں ان کو یونا کہا گیا ہے۔</w:t>
      </w:r>
    </w:p>
    <w:p>
      <w:r>
        <w:rPr>
          <w:b/>
        </w:rPr>
        <w:t xml:space="preserve">[19:04] </w:t>
      </w:r>
      <w:r>
        <w:t>un ke bare mein bataya gaya hai ke woh iraq mein ninevah shehar tha</w:t>
      </w:r>
    </w:p>
    <w:p>
      <w:pPr>
        <w:jc w:val="right"/>
      </w:pPr>
      <w:r>
        <w:t>ان کے بارے میں بتایا گیا ہے کہ وہ عراق میں نینوا شہر تھا</w:t>
      </w:r>
    </w:p>
    <w:p>
      <w:r>
        <w:rPr>
          <w:b/>
        </w:rPr>
        <w:t xml:space="preserve">[19:10] </w:t>
      </w:r>
      <w:r>
        <w:t>wohan peghambar bana kar bheje gaye. To kuch dinon unhon ne tableegh ki un ko dawat di lekin un logon ne aap ki dawat ko qabool nahin kiya. Aap ki dawat ko qabool nahin kiya. Yahan tak ke quran ke mutabiq woh quran mein ghazab ka lafz aaya hai ke woh ghazab nak ho kar unhon ne ninevah</w:t>
      </w:r>
    </w:p>
    <w:p>
      <w:pPr>
        <w:jc w:val="right"/>
      </w:pPr>
      <w:r>
        <w:t>وہاں پیغمبر بنا کر بھیجے گئے۔ تو کچھ دنوں انہوں نے تبلیغ کی ان کو دعوت دی لیکن ان لوگوں نے آپ کی دعوت کو قبول نہیں کیا۔ آپ کی دعوت کو قبول نہیں کیا۔ یہاں تک کہ قرآن کے مطابق وہ قرآن میں غضب کا لفظ آیا ہے کہ وہ غضب ناک ہو کر انہوں نے نینوا</w:t>
      </w:r>
    </w:p>
    <w:p>
      <w:r>
        <w:rPr>
          <w:b/>
        </w:rPr>
        <w:t xml:space="preserve">[19:40] </w:t>
      </w:r>
      <w:r>
        <w:t>ko chhod diya.</w:t>
      </w:r>
    </w:p>
    <w:p>
      <w:pPr>
        <w:jc w:val="right"/>
      </w:pPr>
      <w:r>
        <w:t>کو چھوڑ دیا۔</w:t>
      </w:r>
    </w:p>
    <w:p>
      <w:r>
        <w:rPr>
          <w:b/>
        </w:rPr>
        <w:t xml:space="preserve">[19:46] </w:t>
      </w:r>
      <w:r>
        <w:t>to is ke baad kya hua? quran batata hai ke is ke baad woh machhli ke pait mein chale gaye.</w:t>
      </w:r>
    </w:p>
    <w:p>
      <w:pPr>
        <w:jc w:val="right"/>
      </w:pPr>
      <w:r>
        <w:t>تو اس کے بعد کیا ہوا؟ قرآن بتاتا ہے کہ اس کے بعد وہ مچھلی کے پیٹ میں چلے گئے۔</w:t>
      </w:r>
    </w:p>
    <w:p>
      <w:r>
        <w:rPr>
          <w:b/>
        </w:rPr>
        <w:t xml:space="preserve">[19:52] </w:t>
      </w:r>
      <w:r>
        <w:t>dekhiye machhli yahan par ek ek symbolic word hai.</w:t>
      </w:r>
    </w:p>
    <w:p>
      <w:pPr>
        <w:jc w:val="right"/>
      </w:pPr>
      <w:r>
        <w:t>دیکھیے مچھلی یہاں پر ایک ایک symbolic word ہے۔</w:t>
      </w:r>
    </w:p>
    <w:p>
      <w:r>
        <w:rPr>
          <w:b/>
        </w:rPr>
        <w:t xml:space="preserve">[19:58] </w:t>
      </w:r>
      <w:r>
        <w:t>yani problem ke pait mein chale gaye problem.</w:t>
      </w:r>
    </w:p>
    <w:p>
      <w:pPr>
        <w:jc w:val="right"/>
      </w:pPr>
      <w:r>
        <w:t>یعنی problem کے پیٹ میں چلے گئے problem۔</w:t>
      </w:r>
    </w:p>
    <w:p>
      <w:r>
        <w:rPr>
          <w:b/>
        </w:rPr>
        <w:t xml:space="preserve">[20:04] </w:t>
      </w:r>
      <w:r>
        <w:t>yani yani ayat hai ke hum kisi achhi halat ki taraf ja rahe hain aur buri halat</w:t>
      </w:r>
    </w:p>
    <w:p>
      <w:pPr>
        <w:jc w:val="right"/>
      </w:pPr>
      <w:r>
        <w:t>یعنی یعنی آیت ہے کہ ہم کسی اچھی حالت کی طرف جا رہے ہیں اور بری حالت</w:t>
      </w:r>
    </w:p>
    <w:p>
      <w:r>
        <w:rPr>
          <w:b/>
        </w:rPr>
        <w:t xml:space="preserve">[20:10] </w:t>
      </w:r>
      <w:r>
        <w:t>mein phans gaye.</w:t>
      </w:r>
    </w:p>
    <w:p>
      <w:pPr>
        <w:jc w:val="right"/>
      </w:pPr>
      <w:r>
        <w:t>میں پھنس گئے۔</w:t>
      </w:r>
    </w:p>
    <w:p>
      <w:r>
        <w:rPr>
          <w:b/>
        </w:rPr>
        <w:t xml:space="preserve">[20:14] </w:t>
      </w:r>
      <w:r>
        <w:t>Problem mein phans gaye woh.</w:t>
      </w:r>
    </w:p>
    <w:p>
      <w:pPr>
        <w:jc w:val="right"/>
      </w:pPr>
      <w:r>
        <w:t>Problem میں پھنس گئے وہ۔</w:t>
      </w:r>
    </w:p>
    <w:p>
      <w:r>
        <w:rPr>
          <w:b/>
        </w:rPr>
        <w:t xml:space="preserve">[20:18] </w:t>
      </w:r>
      <w:r>
        <w:t>toh dobara kya milta hai ke Hazrat Yunus ko ehsas hota hai ke ghalati maine ki toh</w:t>
      </w:r>
    </w:p>
    <w:p>
      <w:pPr>
        <w:jc w:val="right"/>
      </w:pPr>
      <w:r>
        <w:t>تو دوبارہ کیا ملتا ہے کہ حضرت یونس کو احساس ہوتا ہے کہ غلطی میں نے کی تو</w:t>
      </w:r>
    </w:p>
    <w:p>
      <w:r>
        <w:rPr>
          <w:b/>
        </w:rPr>
        <w:t xml:space="preserve">[20:21] </w:t>
      </w:r>
      <w:r>
        <w:t>woh dua karte hain.</w:t>
      </w:r>
    </w:p>
    <w:p>
      <w:pPr>
        <w:jc w:val="right"/>
      </w:pPr>
      <w:r>
        <w:t>وہ دعا کرتے ہیں۔</w:t>
      </w:r>
    </w:p>
    <w:p>
      <w:r>
        <w:rPr>
          <w:b/>
        </w:rPr>
        <w:t xml:space="preserve">[20:25] </w:t>
      </w:r>
      <w:r>
        <w:t>aur mante hain apni ghalati.</w:t>
      </w:r>
    </w:p>
    <w:p>
      <w:pPr>
        <w:jc w:val="right"/>
      </w:pPr>
      <w:r>
        <w:t>اور مانتے ہیں اپنی غلطی۔</w:t>
      </w:r>
    </w:p>
    <w:p>
      <w:r>
        <w:rPr>
          <w:b/>
        </w:rPr>
        <w:t xml:space="preserve">[20:29] </w:t>
      </w:r>
      <w:r>
        <w:t>apni ghalati ko maan kar dua karte hain.</w:t>
      </w:r>
    </w:p>
    <w:p>
      <w:pPr>
        <w:jc w:val="right"/>
      </w:pPr>
      <w:r>
        <w:t>اپنی غلطی کو مان کر دعا کرتے ہیں۔</w:t>
      </w:r>
    </w:p>
    <w:p>
      <w:r>
        <w:rPr>
          <w:b/>
        </w:rPr>
        <w:t xml:space="preserve">[20:33] </w:t>
      </w:r>
      <w:r>
        <w:t>toh phir Allah Ta'ala unhein tofeeq deta hai ke woh dobara jayein Nineveh mein phir jaate hain woh</w:t>
      </w:r>
    </w:p>
    <w:p>
      <w:pPr>
        <w:jc w:val="right"/>
      </w:pPr>
      <w:r>
        <w:t>تو پھر اللہ تعالیٰ انہیں توفیق دیتا ہے کہ وہ دوبارہ جائیں نینوا میں پھر جاتے ہیں وہ</w:t>
      </w:r>
    </w:p>
    <w:p>
      <w:r>
        <w:rPr>
          <w:b/>
        </w:rPr>
        <w:t xml:space="preserve">[20:37] </w:t>
      </w:r>
      <w:r>
        <w:t>Nineveh mein aur</w:t>
      </w:r>
    </w:p>
    <w:p>
      <w:pPr>
        <w:jc w:val="right"/>
      </w:pPr>
      <w:r>
        <w:t>نینوا میں اور</w:t>
      </w:r>
    </w:p>
    <w:p>
      <w:r>
        <w:rPr>
          <w:b/>
        </w:rPr>
        <w:t xml:space="preserve">[20:40] </w:t>
      </w:r>
      <w:r>
        <w:t>kya hota hai wahan par? Yani dobara jaane ke baad sari qaum bashaoor wahan ka badshah un ke deen ko qabool kar leta hai. Is mein kya sabak mila? Jin logon ke khilaf aap ghussa hain jin logon ko aap samajhte hain ke yeh dushman hain hamare hain. Jin logon ko samajhte hain ke yeh hamare khilaf conspiracy karte hain un ko</w:t>
      </w:r>
    </w:p>
    <w:p>
      <w:pPr>
        <w:jc w:val="right"/>
      </w:pPr>
      <w:r>
        <w:t>کیا ہوتا ہے وہاں پر؟ یعنی دوبارہ جانے کے بعد ساری قوم بشعور وہاں کا بادشاہ ان کے دین کو قبول کر لیتا ہے۔ اس میں کیا سبق ملا؟ جن لوگوں کے خلاف آپ غصہ ہیں جن لوگوں کو آپ سمجھتے ہیں کہ یہ دشمن ہیں ہمارے ہیں۔ جن لوگوں کو سمجھتے ہیں کہ یہ ہمارے خلاف conspiracy کرتے ہیں ان کو</w:t>
      </w:r>
    </w:p>
    <w:p>
      <w:r>
        <w:rPr>
          <w:b/>
        </w:rPr>
        <w:t xml:space="preserve">[21:10] </w:t>
      </w:r>
      <w:r>
        <w:t>aap eternal taur par apna dushman na samjhiye.</w:t>
      </w:r>
    </w:p>
    <w:p>
      <w:pPr>
        <w:jc w:val="right"/>
      </w:pPr>
      <w:r>
        <w:t>آپ eternal طور پر اپنا دشمن نہ سمجھیے۔</w:t>
      </w:r>
    </w:p>
    <w:p>
      <w:r>
        <w:rPr>
          <w:b/>
        </w:rPr>
        <w:t xml:space="preserve">[21:18] </w:t>
      </w:r>
      <w:r>
        <w:t>woh ho sakta hai ke temporary phase ho temporary phase ho waqti baat ho.</w:t>
      </w:r>
    </w:p>
    <w:p>
      <w:pPr>
        <w:jc w:val="right"/>
      </w:pPr>
      <w:r>
        <w:t>وہ ہو سکتا ہے کہ temporary phase ہو temporary phase ہو وقتی بات ہو۔</w:t>
      </w:r>
    </w:p>
    <w:p>
      <w:r>
        <w:rPr>
          <w:b/>
        </w:rPr>
        <w:t xml:space="preserve">[21:25] </w:t>
      </w:r>
      <w:r>
        <w:t>Hazrat Nuh ki misaal batati hai ke kisi bhi mad'u ki taraf se koi negative reaction ho toh</w:t>
      </w:r>
    </w:p>
    <w:p>
      <w:pPr>
        <w:jc w:val="right"/>
      </w:pPr>
      <w:r>
        <w:t>حضرت نوح کی مثال بتاتی ہے کہ کسی بھی مدعو کی طرف سے کوئی negative reaction ہو تو</w:t>
      </w:r>
    </w:p>
    <w:p>
      <w:r>
        <w:rPr>
          <w:b/>
        </w:rPr>
        <w:t xml:space="preserve">[21:33] </w:t>
      </w:r>
      <w:r>
        <w:t>usko eternal mat samjho. Ae</w:t>
      </w:r>
    </w:p>
    <w:p>
      <w:pPr>
        <w:jc w:val="right"/>
      </w:pPr>
      <w:r>
        <w:t>اس کو eternal مت سمجھو۔ ع</w:t>
      </w:r>
    </w:p>
    <w:p>
      <w:r>
        <w:rPr>
          <w:b/>
        </w:rPr>
        <w:t xml:space="preserve">[21:40] </w:t>
      </w:r>
      <w:r>
        <w:t>in mumkin hai ke waqti ho aur dobara jab tum us par dua karo sabr karo nayi planning</w:t>
      </w:r>
    </w:p>
    <w:p>
      <w:pPr>
        <w:jc w:val="right"/>
      </w:pPr>
      <w:r>
        <w:t>ین ممکن ہے کہ وقتی ہو اور دوبارہ جب تم اس پر دعا کرو صبر کرو نئی planning</w:t>
      </w:r>
    </w:p>
    <w:p>
      <w:r>
        <w:rPr>
          <w:b/>
        </w:rPr>
        <w:t xml:space="preserve">[21:45] </w:t>
      </w:r>
      <w:r>
        <w:t>karo phir se saare maamle ko reassess karo toh ain mumkin hai ke tumhara paigham uske mind</w:t>
      </w:r>
    </w:p>
    <w:p>
      <w:pPr>
        <w:jc w:val="right"/>
      </w:pPr>
      <w:r>
        <w:t>کرو پھر سے سارے معاملے کو reassess کرو تو عین ممکن ہے کہ تمہارا پیغام اس کے mind</w:t>
      </w:r>
    </w:p>
    <w:p>
      <w:r>
        <w:rPr>
          <w:b/>
        </w:rPr>
        <w:t xml:space="preserve">[21:50] </w:t>
      </w:r>
      <w:r>
        <w:t>ko address kare aur tumhara saathi ban jaye woh.</w:t>
      </w:r>
    </w:p>
    <w:p>
      <w:pPr>
        <w:jc w:val="right"/>
      </w:pPr>
      <w:r>
        <w:t>کو address کرے اور تمہارا ساتھی بن جائے وہ۔</w:t>
      </w:r>
    </w:p>
    <w:p>
      <w:r>
        <w:rPr>
          <w:b/>
        </w:rPr>
        <w:t xml:space="preserve">[21:55] </w:t>
      </w:r>
      <w:r>
        <w:t>aap dekhiye kya Musalman is pe amal kar rahe hain kahin? Mujhe duniya mein koi ek bhi Musalmanon</w:t>
      </w:r>
    </w:p>
    <w:p>
      <w:pPr>
        <w:jc w:val="right"/>
      </w:pPr>
      <w:r>
        <w:t>آپ دیکھیے کیا مسلمان اس پہ عمل کر رہے ہیں کہیں؟ مجھے دنیا میں کوئی ایک بھی مسلمانوں</w:t>
      </w:r>
    </w:p>
    <w:p>
      <w:r>
        <w:rPr>
          <w:b/>
        </w:rPr>
        <w:t xml:space="preserve">[22:00] </w:t>
      </w:r>
      <w:r>
        <w:t>ki basti nahi maloom hai jo is pe amal kare.</w:t>
      </w:r>
    </w:p>
    <w:p>
      <w:pPr>
        <w:jc w:val="right"/>
      </w:pPr>
      <w:r>
        <w:t>کی بستی نہیں معلوم ہے جو اس پر عمل کرے۔</w:t>
      </w:r>
    </w:p>
    <w:p>
      <w:r>
        <w:rPr>
          <w:b/>
        </w:rPr>
        <w:t xml:space="preserve">[22:05] </w:t>
      </w:r>
      <w:r>
        <w:t>Bas jisko dushman samajh liya dushman</w:t>
      </w:r>
    </w:p>
    <w:p>
      <w:pPr>
        <w:jc w:val="right"/>
      </w:pPr>
      <w:r>
        <w:t>بس جس کو دشمن سمجھ لیا دشمن</w:t>
      </w:r>
    </w:p>
    <w:p>
      <w:r>
        <w:rPr>
          <w:b/>
        </w:rPr>
        <w:t xml:space="preserve">[22:10] </w:t>
      </w:r>
      <w:r>
        <w:t>samajh liya.</w:t>
      </w:r>
    </w:p>
    <w:p>
      <w:pPr>
        <w:jc w:val="right"/>
      </w:pPr>
      <w:r>
        <w:t>سمجھ لیا۔</w:t>
      </w:r>
    </w:p>
    <w:p>
      <w:r>
        <w:rPr>
          <w:b/>
        </w:rPr>
        <w:t xml:space="preserve">[22:14] </w:t>
      </w:r>
      <w:r>
        <w:t>jo dushman hai toh bad dushman hai.</w:t>
      </w:r>
    </w:p>
    <w:p>
      <w:pPr>
        <w:jc w:val="right"/>
      </w:pPr>
      <w:r>
        <w:t>جو دشمن ہے تو بد دشمن ہے۔</w:t>
      </w:r>
    </w:p>
    <w:p>
      <w:r>
        <w:rPr>
          <w:b/>
        </w:rPr>
        <w:t xml:space="preserve">[22:17] </w:t>
      </w:r>
      <w:r>
        <w:t>jo bura hai toh bad bura hai.</w:t>
      </w:r>
    </w:p>
    <w:p>
      <w:pPr>
        <w:jc w:val="right"/>
      </w:pPr>
      <w:r>
        <w:t>جو برا ہے تو بد برا ہے۔</w:t>
      </w:r>
    </w:p>
    <w:p>
      <w:r>
        <w:rPr>
          <w:b/>
        </w:rPr>
        <w:t xml:space="preserve">[22:20] </w:t>
      </w:r>
      <w:r>
        <w:t>lautna yeh Musalman jante nahi.</w:t>
      </w:r>
    </w:p>
    <w:p>
      <w:pPr>
        <w:jc w:val="right"/>
      </w:pPr>
      <w:r>
        <w:t>لوٹنا یہ مسلمان جانتے نہیں۔</w:t>
      </w:r>
    </w:p>
    <w:p>
      <w:r>
        <w:rPr>
          <w:b/>
        </w:rPr>
        <w:t xml:space="preserve">[22:24] </w:t>
      </w:r>
      <w:r>
        <w:t>Hazrat Yunus ki misaal batati hai ke hargiz hargiz mayoos na ho insaan se.</w:t>
      </w:r>
    </w:p>
    <w:p>
      <w:pPr>
        <w:jc w:val="right"/>
      </w:pPr>
      <w:r>
        <w:t>حضرت یونس کی مثال بتاتی ہے کہ ہرگز ہرگز مایوس نہ ہو انسان سے۔</w:t>
      </w:r>
    </w:p>
    <w:p>
      <w:r>
        <w:rPr>
          <w:b/>
        </w:rPr>
        <w:t xml:space="preserve">[22:27] </w:t>
      </w:r>
      <w:r>
        <w:t>insaan se mayoos na ho.</w:t>
      </w:r>
    </w:p>
    <w:p>
      <w:pPr>
        <w:jc w:val="right"/>
      </w:pPr>
      <w:r>
        <w:t>انسان سے مایوس نہ ہو۔</w:t>
      </w:r>
    </w:p>
    <w:p>
      <w:r>
        <w:rPr>
          <w:b/>
        </w:rPr>
        <w:t xml:space="preserve">[22:30] </w:t>
      </w:r>
      <w:r>
        <w:t>balkeh looto re-planning karo.</w:t>
      </w:r>
    </w:p>
    <w:p>
      <w:pPr>
        <w:jc w:val="right"/>
      </w:pPr>
      <w:r>
        <w:t>بلکہ لوٹو re-planning کرو۔</w:t>
      </w:r>
    </w:p>
    <w:p>
      <w:r>
        <w:rPr>
          <w:b/>
        </w:rPr>
        <w:t xml:space="preserve">[22:34] </w:t>
      </w:r>
      <w:r>
        <w:t>phir se mansooba banao.</w:t>
      </w:r>
    </w:p>
    <w:p>
      <w:pPr>
        <w:jc w:val="right"/>
      </w:pPr>
      <w:r>
        <w:t>پھر سے منصوبہ بناؤ۔</w:t>
      </w:r>
    </w:p>
    <w:p>
      <w:r>
        <w:rPr>
          <w:b/>
        </w:rPr>
        <w:t xml:space="preserve">[22:37] </w:t>
      </w:r>
      <w:r>
        <w:t>phir se koshish karo phir se</w:t>
      </w:r>
    </w:p>
    <w:p>
      <w:pPr>
        <w:jc w:val="right"/>
      </w:pPr>
      <w:r>
        <w:t>پھر سے کوشش کرو پھر سے</w:t>
      </w:r>
    </w:p>
    <w:p>
      <w:r>
        <w:rPr>
          <w:b/>
        </w:rPr>
        <w:t xml:space="preserve">[22:40] </w:t>
      </w:r>
      <w:r>
        <w:t>duaen karo.</w:t>
      </w:r>
    </w:p>
    <w:p>
      <w:pPr>
        <w:jc w:val="right"/>
      </w:pPr>
      <w:r>
        <w:t>دعائیں کرو۔</w:t>
      </w:r>
    </w:p>
    <w:p>
      <w:r>
        <w:rPr>
          <w:b/>
        </w:rPr>
        <w:t xml:space="preserve">[22:47] </w:t>
      </w:r>
      <w:r>
        <w:t>mayoos ho kar mein chhod mat do.</w:t>
      </w:r>
    </w:p>
    <w:p>
      <w:pPr>
        <w:jc w:val="right"/>
      </w:pPr>
      <w:r>
        <w:t>مایوس ہو کر میں چھوڑ مت دو۔</w:t>
      </w:r>
    </w:p>
    <w:p>
      <w:r>
        <w:rPr>
          <w:b/>
        </w:rPr>
        <w:t xml:space="preserve">[22:53] </w:t>
      </w:r>
      <w:r>
        <w:t>kya yeh musalman aisa kar rahe hain? koi loot raha hai? kya pakistan ke log jo hinduo se</w:t>
      </w:r>
    </w:p>
    <w:p>
      <w:pPr>
        <w:jc w:val="right"/>
      </w:pPr>
      <w:r>
        <w:t>کیا یہ مسلمان ایسا کر رہے ہیں؟ کوئی لوٹ رہا ہے؟ کیا پاکستان کے لوگ جو ہندوؤں سے</w:t>
      </w:r>
    </w:p>
    <w:p>
      <w:r>
        <w:rPr>
          <w:b/>
        </w:rPr>
        <w:t xml:space="preserve">[22:59] </w:t>
      </w:r>
      <w:r>
        <w:t>ghussa ho kar alhaidgi karwai thi kya woh loot rahe hain hinduo ki taraf? khuli misaal hai ke</w:t>
      </w:r>
    </w:p>
    <w:p>
      <w:pPr>
        <w:jc w:val="right"/>
      </w:pPr>
      <w:r>
        <w:t>غصہ ہو کر علیحدگی کروائی تھی کیا وہ لوٹ رہے ہیں ہندوؤں کی طرف؟ کھلی مثال ہے کہ</w:t>
      </w:r>
    </w:p>
    <w:p>
      <w:r>
        <w:rPr>
          <w:b/>
        </w:rPr>
        <w:t xml:space="preserve">[23:05] </w:t>
      </w:r>
      <w:r>
        <w:t>pakistan ke leaderon ne hinduo se ghussa ho kar ke partition karwaya.</w:t>
      </w:r>
    </w:p>
    <w:p>
      <w:pPr>
        <w:jc w:val="right"/>
      </w:pPr>
      <w:r>
        <w:t>پاکستان کے لیڈروں نے ہندوؤں سے غصہ ہو کر کے partition کروایا۔</w:t>
      </w:r>
    </w:p>
    <w:p>
      <w:r>
        <w:rPr>
          <w:b/>
        </w:rPr>
        <w:t xml:space="preserve">[23:11] </w:t>
      </w:r>
      <w:r>
        <w:t>to kya woh hazrat yunus ki misaal ko le kar loot rahe hain? aur dobara kehne ke hinduo</w:t>
      </w:r>
    </w:p>
    <w:p>
      <w:pPr>
        <w:jc w:val="right"/>
      </w:pPr>
      <w:r>
        <w:t>تو کیا وہ حضرت یونس کی مثال کو لے کر لوٹ رہے ہیں؟ اور دوبارہ کہنے کہ ہندوؤں</w:t>
      </w:r>
    </w:p>
    <w:p>
      <w:r>
        <w:rPr>
          <w:b/>
        </w:rPr>
        <w:t xml:space="preserve">[23:19] </w:t>
      </w:r>
      <w:r>
        <w:t>se achhe taluqat banayein? koi koi aisa aisi koi khabar jante hain aap? mein to nahi janta.</w:t>
      </w:r>
    </w:p>
    <w:p>
      <w:pPr>
        <w:jc w:val="right"/>
      </w:pPr>
      <w:r>
        <w:t>سے اچھے تعلقات بنائیں؟ کوئی کوئی ایسا ایسی کوئی خبر جانتے ہیں آپ؟ میں تو نہیں جانتا۔</w:t>
      </w:r>
    </w:p>
    <w:p>
      <w:r>
        <w:rPr>
          <w:b/>
        </w:rPr>
        <w:t xml:space="preserve">[23:26] </w:t>
      </w:r>
      <w:r>
        <w:t>ya misr ke jo ikhwani ghussa ho gaye army se to kya woh loot rahe hain? ke chhod do</w:t>
      </w:r>
    </w:p>
    <w:p>
      <w:pPr>
        <w:jc w:val="right"/>
      </w:pPr>
      <w:r>
        <w:t>یا مصر کے جو اخوانی غصہ ہو گئے آرمی سے تو کیا وہ لوٹ رہے ہیں؟ کہ چھوڑو</w:t>
      </w:r>
    </w:p>
    <w:p>
      <w:r>
        <w:rPr>
          <w:b/>
        </w:rPr>
        <w:t xml:space="preserve">[23:34] </w:t>
      </w:r>
      <w:r>
        <w:t>bhai in ko hum apne nai planning karein in se ghussa khatam karein in se</w:t>
      </w:r>
    </w:p>
    <w:p>
      <w:pPr>
        <w:jc w:val="right"/>
      </w:pPr>
      <w:r>
        <w:t>بھائی ان کو ہم اپنے نئی planning کریں ان سے غصہ ختم کریں ان سے</w:t>
      </w:r>
    </w:p>
    <w:p>
      <w:r>
        <w:rPr>
          <w:b/>
        </w:rPr>
        <w:t xml:space="preserve">[23:42] </w:t>
      </w:r>
      <w:r>
        <w:t>inteqam ka andaaz mein muamla karein in se mohabbat aur khar khwahi ka andaaz mein muamla karein aisa kar</w:t>
      </w:r>
    </w:p>
    <w:p>
      <w:pPr>
        <w:jc w:val="right"/>
      </w:pPr>
      <w:r>
        <w:t>انتقام کا انداز میں معاملہ کریں ان سے محبت اور خارخواہی کا انداز میں معاملہ کریں ایسا کر</w:t>
      </w:r>
    </w:p>
    <w:p>
      <w:r>
        <w:rPr>
          <w:b/>
        </w:rPr>
        <w:t xml:space="preserve">[23:48] </w:t>
      </w:r>
      <w:r>
        <w:t>rahe hain ikhwani? koi loot raha hai? hazrat yunus ki misaal batati hai ke insaan pathar nahi hai.</w:t>
      </w:r>
    </w:p>
    <w:p>
      <w:pPr>
        <w:jc w:val="right"/>
      </w:pPr>
      <w:r>
        <w:t>رہے ہیں اخوانی؟ کوئی لوٹ رہا ہے؟ حضرت یونس کی مثال بتاتی ہے کہ انسان پتھر نہیں ہے۔</w:t>
      </w:r>
    </w:p>
    <w:p>
      <w:r>
        <w:rPr>
          <w:b/>
        </w:rPr>
        <w:t xml:space="preserve">[23:54] </w:t>
      </w:r>
      <w:r>
        <w:t>insaan pathar nahi hai.</w:t>
      </w:r>
    </w:p>
    <w:p>
      <w:pPr>
        <w:jc w:val="right"/>
      </w:pPr>
      <w:r>
        <w:t>انسان پتھر نہیں ہے۔</w:t>
      </w:r>
    </w:p>
    <w:p>
      <w:r>
        <w:rPr>
          <w:b/>
        </w:rPr>
        <w:t xml:space="preserve">[24:00] </w:t>
      </w:r>
      <w:r>
        <w:t>tum lootna seekho. lootna seekho.</w:t>
      </w:r>
    </w:p>
    <w:p>
      <w:pPr>
        <w:jc w:val="right"/>
      </w:pPr>
      <w:r>
        <w:t>تم لوٹنا سیکھو۔ لوٹنا سیکھو۔</w:t>
      </w:r>
    </w:p>
    <w:p>
      <w:r>
        <w:rPr>
          <w:b/>
        </w:rPr>
        <w:t xml:space="preserve">[24:06] </w:t>
      </w:r>
      <w:r>
        <w:t>kisi bhi koi ek baar agar</w:t>
      </w:r>
    </w:p>
    <w:p>
      <w:pPr>
        <w:jc w:val="right"/>
      </w:pPr>
      <w:r>
        <w:t>کسی بھی کوئی ایک بار اگر</w:t>
      </w:r>
    </w:p>
    <w:p>
      <w:r>
        <w:rPr>
          <w:b/>
        </w:rPr>
        <w:t xml:space="preserve">[24:13] </w:t>
      </w:r>
      <w:r>
        <w:t>react karta hai nahin manta baat ko to us ko eternal mat samjho looto. Dua karo dobara nayi naye andaaz se planning karo. Naye dhang se un ke paas jao. Koi karta hai aisa? Main to nahin janta koi kar raha hai aisa? Bas bator fakhr ke zaroor kahenge musalman ke quran sare poori zindagi</w:t>
      </w:r>
    </w:p>
    <w:p>
      <w:pPr>
        <w:jc w:val="right"/>
      </w:pPr>
      <w:r>
        <w:t>react کرتا ہے نہیں مانتا بات کو تو اس کو eternal مت سمجھو لوٹو۔ دعا کرو دوبارہ نئی نئے انداز سے planning کرو۔ نئے ڈھنگ سے ان کے پاس جاؤ۔ کوئی کرتا ہے ایسا؟ میں تو نہیں جانتا کوئی کر رہا ہے ایسا؟ بس بطور فخر کے ضرور کہیں گے مسلمان کہ قرآن سارے پوری زندگی</w:t>
      </w:r>
    </w:p>
    <w:p>
      <w:r>
        <w:rPr>
          <w:b/>
        </w:rPr>
        <w:t xml:space="preserve">[24:43] </w:t>
      </w:r>
      <w:r>
        <w:t>ka dastoor hai poori zindagi ka constitution hai mukammal guidebook hai bohat hai fakhr ke. Bas fakhr ke pride ke liye. Only to establish their pride upon other communities بس. Is se naseehat lene ke liye nahin. Ab aur dekhiye aap. Hazrat ibrahim ko dekhiye aap. Hazrat ibrah</w:t>
      </w:r>
    </w:p>
    <w:p>
      <w:pPr>
        <w:jc w:val="right"/>
      </w:pPr>
      <w:r>
        <w:t>کا دستور ہے پوری زندگی کا constitution ہے مکمل guidebook ہے بہت ہے فخر کے۔ بس فخر کے pride کے لیے۔ Only to establish their pride upon other communities بس۔ اس سے نصیحت لینے کے لیے نہیں۔ اب اور دیکھیے آپ۔ حضرت ابراہیم کو دیکھیے آپ۔ حضرت ابراہ</w:t>
      </w:r>
    </w:p>
    <w:p>
      <w:r>
        <w:rPr>
          <w:b/>
        </w:rPr>
        <w:t xml:space="preserve">[25:13] </w:t>
      </w:r>
      <w:r>
        <w:t>im peghambar the un ke bete the ismail. To woh iraq ke area mein mabaoos hue the. To wahan par jo log the unhon ne aap ki baat nahin mani. Bohat zyada khilaf ho gaye. To unhon ne kya kiya? Apne bete ko aur us bete ki maan ko le kar ke jo bachche the us waqt woh la kar</w:t>
      </w:r>
    </w:p>
    <w:p>
      <w:pPr>
        <w:jc w:val="right"/>
      </w:pPr>
      <w:r>
        <w:t>یم پیغمبر تھے ان کے بیٹے تھے اسماعیل۔ تو وہ عراق کے ایریا میں مبعوث ہوئے تھے۔ تو وہاں پر جو لوگ تھے انہوں نے آپ کی بات نہیں مانی۔ بہت زیادہ خلاف ہو گئے۔ تو انہوں نے کیا کیا؟ اپنے بیٹے کو اور اس بیٹے کی ماں کو لے کر کے جو بچہ تھے اس وقت وہ لا کر</w:t>
      </w:r>
    </w:p>
    <w:p>
      <w:r>
        <w:rPr>
          <w:b/>
        </w:rPr>
        <w:t xml:space="preserve">[25:43] </w:t>
      </w:r>
      <w:r>
        <w:t>ke kya kya ke arab ke desert mein basa diya.</w:t>
      </w:r>
    </w:p>
    <w:p>
      <w:pPr>
        <w:jc w:val="right"/>
      </w:pPr>
      <w:r>
        <w:t>کے کیا کیا کہ عرب کے desert میں بسا دیا۔</w:t>
      </w:r>
    </w:p>
    <w:p>
      <w:r>
        <w:rPr>
          <w:b/>
        </w:rPr>
        <w:t xml:space="preserve">[25:47] </w:t>
      </w:r>
      <w:r>
        <w:t>yani ismail jo bachche the aur un ki maan jo haajra theen us ko la kar ke arab</w:t>
      </w:r>
    </w:p>
    <w:p>
      <w:pPr>
        <w:jc w:val="right"/>
      </w:pPr>
      <w:r>
        <w:t>یعنی اسماعیل جو بچہ تھے اور ان کی ماں جو ہاجرہ تھیں اس کو لا کر کے عرب</w:t>
      </w:r>
    </w:p>
    <w:p>
      <w:r>
        <w:rPr>
          <w:b/>
        </w:rPr>
        <w:t xml:space="preserve">[25:51] </w:t>
      </w:r>
      <w:r>
        <w:t>ke desert mein basa diya.</w:t>
      </w:r>
    </w:p>
    <w:p>
      <w:pPr>
        <w:jc w:val="right"/>
      </w:pPr>
      <w:r>
        <w:t>کے desert میں بسا دیا۔</w:t>
      </w:r>
    </w:p>
    <w:p>
      <w:r>
        <w:rPr>
          <w:b/>
        </w:rPr>
        <w:t xml:space="preserve">[25:56] </w:t>
      </w:r>
      <w:r>
        <w:t>aur yahan par ismail ki aulad paida hui un ke bete un ke pote un ke sab hote</w:t>
      </w:r>
    </w:p>
    <w:p>
      <w:pPr>
        <w:jc w:val="right"/>
      </w:pPr>
      <w:r>
        <w:t>اور یہاں پر اسماعیل کی اولاد پیدا ہوئی ان کے بیٹے ان کے پوتے ان کے سب ہوتے</w:t>
      </w:r>
    </w:p>
    <w:p>
      <w:r>
        <w:rPr>
          <w:b/>
        </w:rPr>
        <w:t xml:space="preserve">[26:00] </w:t>
      </w:r>
      <w:r>
        <w:t>hote ek nasal bani.</w:t>
      </w:r>
    </w:p>
    <w:p>
      <w:pPr>
        <w:jc w:val="right"/>
      </w:pPr>
      <w:r>
        <w:t>ہوتے ایک نسل بنی۔</w:t>
      </w:r>
    </w:p>
    <w:p>
      <w:r>
        <w:rPr>
          <w:b/>
        </w:rPr>
        <w:t xml:space="preserve">[26:04] </w:t>
      </w:r>
      <w:r>
        <w:t>is mein kya namoona hai? apne bachchon ki tarbiyat ka namoona.</w:t>
      </w:r>
    </w:p>
    <w:p>
      <w:pPr>
        <w:jc w:val="right"/>
      </w:pPr>
      <w:r>
        <w:t>اس میں کیا نمونہ ہے؟ اپنے بچوں کی تربیت کا نمونہ۔</w:t>
      </w:r>
    </w:p>
    <w:p>
      <w:r>
        <w:rPr>
          <w:b/>
        </w:rPr>
        <w:t xml:space="preserve">[26:09] </w:t>
      </w:r>
      <w:r>
        <w:t>yani bachchon ko</w:t>
      </w:r>
    </w:p>
    <w:p>
      <w:pPr>
        <w:jc w:val="right"/>
      </w:pPr>
      <w:r>
        <w:t>یعنی بچوں کو</w:t>
      </w:r>
    </w:p>
    <w:p>
      <w:r>
        <w:rPr>
          <w:b/>
        </w:rPr>
        <w:t xml:space="preserve">[26:13] </w:t>
      </w:r>
      <w:r>
        <w:t>favor mat do. Laat pair mat karo. Inke liye asaniyan masool asaniyan mat kharab karo.</w:t>
      </w:r>
    </w:p>
    <w:p>
      <w:pPr>
        <w:jc w:val="right"/>
      </w:pPr>
      <w:r>
        <w:t>favor مت دو لاٹ پیر مت کرو ان کے لیے آسانیاں مسہول آسانیاں مت خراب کرو۔</w:t>
      </w:r>
    </w:p>
    <w:p>
      <w:r>
        <w:rPr>
          <w:b/>
        </w:rPr>
        <w:t xml:space="preserve">[26:18] </w:t>
      </w:r>
      <w:r>
        <w:t>balkeh un ko zindagi ke jokham mein daalo zindagi ke zindagi ke zindagi ke masail mein daalo.</w:t>
      </w:r>
    </w:p>
    <w:p>
      <w:pPr>
        <w:jc w:val="right"/>
      </w:pPr>
      <w:r>
        <w:t>بلکہ ان کو زندگی کے جوکھم میں ڈالو زندگی کے زندگی کے زندگی کے مسائل میں ڈالو۔</w:t>
      </w:r>
    </w:p>
    <w:p>
      <w:r>
        <w:rPr>
          <w:b/>
        </w:rPr>
        <w:t xml:space="preserve">[26:23] </w:t>
      </w:r>
      <w:r>
        <w:t>zindagi ki struggle mein daalo.</w:t>
      </w:r>
    </w:p>
    <w:p>
      <w:pPr>
        <w:jc w:val="right"/>
      </w:pPr>
      <w:r>
        <w:t>زندگی کی struggle میں ڈالو۔</w:t>
      </w:r>
    </w:p>
    <w:p>
      <w:r>
        <w:rPr>
          <w:b/>
        </w:rPr>
        <w:t xml:space="preserve">[26:28] </w:t>
      </w:r>
      <w:r>
        <w:t>is se woh banenge woh.</w:t>
      </w:r>
    </w:p>
    <w:p>
      <w:pPr>
        <w:jc w:val="right"/>
      </w:pPr>
      <w:r>
        <w:t>اس سے وہ بنیں گے وہ۔</w:t>
      </w:r>
    </w:p>
    <w:p>
      <w:r>
        <w:rPr>
          <w:b/>
        </w:rPr>
        <w:t xml:space="preserve">[26:33] </w:t>
      </w:r>
      <w:r>
        <w:t>mere paas abhi internet par ek sawal aaya hai ek sahab ka.</w:t>
      </w:r>
    </w:p>
    <w:p>
      <w:pPr>
        <w:jc w:val="right"/>
      </w:pPr>
      <w:r>
        <w:t>میرے پاس ابھی انٹرنیٹ پر ایک سوال آیا ہے ایک صاحب کا۔</w:t>
      </w:r>
    </w:p>
    <w:p>
      <w:r>
        <w:rPr>
          <w:b/>
        </w:rPr>
        <w:t xml:space="preserve">[26:38] </w:t>
      </w:r>
      <w:r>
        <w:t>ek musalman ka</w:t>
      </w:r>
    </w:p>
    <w:p>
      <w:pPr>
        <w:jc w:val="right"/>
      </w:pPr>
      <w:r>
        <w:t>ایک مسلمان کا</w:t>
      </w:r>
    </w:p>
    <w:p>
      <w:r>
        <w:rPr>
          <w:b/>
        </w:rPr>
        <w:t xml:space="preserve">[26:43] </w:t>
      </w:r>
      <w:r>
        <w:t>—</w:t>
      </w:r>
    </w:p>
    <w:p>
      <w:pPr>
        <w:jc w:val="right"/>
      </w:pPr>
      <w:r>
        <w:t>۔</w:t>
      </w:r>
    </w:p>
    <w:p>
      <w:r>
        <w:rPr>
          <w:b/>
        </w:rPr>
        <w:t xml:space="preserve">[26:48] </w:t>
      </w:r>
      <w:r>
        <w:t>woh musalman sawal karte hain ke yahan hum log yani wahan jo aur bhi doosre musalman hain un</w:t>
      </w:r>
    </w:p>
    <w:p>
      <w:pPr>
        <w:jc w:val="right"/>
      </w:pPr>
      <w:r>
        <w:t>وہ مسلمان سوال کرتے ہیں کہ یہاں ہم لوگ یعنی وہاں جو اور بھی دوسرے مسلمان ہیں ان</w:t>
      </w:r>
    </w:p>
    <w:p>
      <w:r>
        <w:rPr>
          <w:b/>
        </w:rPr>
        <w:t xml:space="preserve">[26:53] </w:t>
      </w:r>
      <w:r>
        <w:t>sab ke bare mein woh kehte hain.</w:t>
      </w:r>
    </w:p>
    <w:p>
      <w:pPr>
        <w:jc w:val="right"/>
      </w:pPr>
      <w:r>
        <w:t>سب کے بارے میں وہ کہتے ہیں۔</w:t>
      </w:r>
    </w:p>
    <w:p>
      <w:r>
        <w:rPr>
          <w:b/>
        </w:rPr>
        <w:t xml:space="preserve">[26:58] </w:t>
      </w:r>
      <w:r>
        <w:t>hum logon ka ek tareeqa yeh hai ek dua yeh hai ke hum yeh dua karte hain ke</w:t>
      </w:r>
    </w:p>
    <w:p>
      <w:pPr>
        <w:jc w:val="right"/>
      </w:pPr>
      <w:r>
        <w:t>ہم لوگوں کا ایک طریقہ یہ ہے ایک دعا یہ ہے کہ ہم یہ دعا کرتے ہیں کہ</w:t>
      </w:r>
    </w:p>
    <w:p>
      <w:r>
        <w:rPr>
          <w:b/>
        </w:rPr>
        <w:t xml:space="preserve">[27:03] </w:t>
      </w:r>
      <w:r>
        <w:t>khudaya difficulties jo hain woh mere upar aa jayen mere bachchon par na hoain.</w:t>
      </w:r>
    </w:p>
    <w:p>
      <w:pPr>
        <w:jc w:val="right"/>
      </w:pPr>
      <w:r>
        <w:t>خدایا difficulties جو ہیں وہ میرے اوپر آ جائیں میرے بچوں پر نہ ہوئیں۔</w:t>
      </w:r>
    </w:p>
    <w:p>
      <w:r>
        <w:rPr>
          <w:b/>
        </w:rPr>
        <w:t xml:space="preserve">[27:08] </w:t>
      </w:r>
      <w:r>
        <w:t>jo difficulties hain woh mere upar na hoain mere bachchon par na hoain. lekin</w:t>
      </w:r>
    </w:p>
    <w:p>
      <w:pPr>
        <w:jc w:val="right"/>
      </w:pPr>
      <w:r>
        <w:t>جو difficulties ہیں وہ میرے اوپر نہ ہوئیں میرے بچوں پر نہ ہوئیں۔ لیکن</w:t>
      </w:r>
    </w:p>
    <w:p>
      <w:r>
        <w:rPr>
          <w:b/>
        </w:rPr>
        <w:t xml:space="preserve">[27:13] </w:t>
      </w:r>
      <w:r>
        <w:t>yeh koi exceptional baat nahi hai saare musalmanon ka haal yahi hai.</w:t>
      </w:r>
    </w:p>
    <w:p>
      <w:pPr>
        <w:jc w:val="right"/>
      </w:pPr>
      <w:r>
        <w:t>یہ کوئی exceptional بات نہیں ہے سارے مسلمانوں کا حال یہی ہے۔</w:t>
      </w:r>
    </w:p>
    <w:p>
      <w:r>
        <w:rPr>
          <w:b/>
        </w:rPr>
        <w:t xml:space="preserve">[27:18] </w:t>
      </w:r>
      <w:r>
        <w:t>ke bachchon ko chahte hain ke koi koi museebat na pade.</w:t>
      </w:r>
    </w:p>
    <w:p>
      <w:pPr>
        <w:jc w:val="right"/>
      </w:pPr>
      <w:r>
        <w:t>کہ بچوں کو چاہتے ہیں کہ کوئی کوئی مصیبت نہ پڑے۔</w:t>
      </w:r>
    </w:p>
    <w:p>
      <w:r>
        <w:rPr>
          <w:b/>
        </w:rPr>
        <w:t xml:space="preserve">[27:22] </w:t>
      </w:r>
      <w:r>
        <w:t>koi problems mein dochar na ho.</w:t>
      </w:r>
    </w:p>
    <w:p>
      <w:pPr>
        <w:jc w:val="right"/>
      </w:pPr>
      <w:r>
        <w:t>کوئی problems میں دوچار نہ ہو۔</w:t>
      </w:r>
    </w:p>
    <w:p>
      <w:r>
        <w:rPr>
          <w:b/>
        </w:rPr>
        <w:t xml:space="preserve">[27:27] </w:t>
      </w:r>
      <w:r>
        <w:t>yani kama kama kar woh us ko favor favor favor yeh Hazrat Ibrahim ke uswe ke sath aur khilaf hai.</w:t>
      </w:r>
    </w:p>
    <w:p>
      <w:pPr>
        <w:jc w:val="right"/>
      </w:pPr>
      <w:r>
        <w:t>یعنی کما کما کر وہ اس کو favor favor favor یہ حضرت ابراہیم کے اسوے کے ساتھ اور خلاف ہے۔</w:t>
      </w:r>
    </w:p>
    <w:p>
      <w:r>
        <w:rPr>
          <w:b/>
        </w:rPr>
        <w:t xml:space="preserve">[27:31] </w:t>
      </w:r>
      <w:r>
        <w:t>Hazrat Ibrahim ka uswa yeh hai ke apne bachchon ko halaat ke mein dalo.</w:t>
      </w:r>
    </w:p>
    <w:p>
      <w:pPr>
        <w:jc w:val="right"/>
      </w:pPr>
      <w:r>
        <w:t>حضرت ابراہیم کا اسوہ یہ ہے کہ اپنے بچوں کو حالات کے میں ڈالو۔</w:t>
      </w:r>
    </w:p>
    <w:p>
      <w:r>
        <w:rPr>
          <w:b/>
        </w:rPr>
        <w:t xml:space="preserve">[27:35] </w:t>
      </w:r>
      <w:r>
        <w:t>masail mein dalo.</w:t>
      </w:r>
    </w:p>
    <w:p>
      <w:pPr>
        <w:jc w:val="right"/>
      </w:pPr>
      <w:r>
        <w:t>مسائل میں ڈالو۔</w:t>
      </w:r>
    </w:p>
    <w:p>
      <w:r>
        <w:rPr>
          <w:b/>
        </w:rPr>
        <w:t xml:space="preserve">[27:40] </w:t>
      </w:r>
      <w:r>
        <w:t>struggle mein dalo.</w:t>
      </w:r>
    </w:p>
    <w:p>
      <w:pPr>
        <w:jc w:val="right"/>
      </w:pPr>
      <w:r>
        <w:t>struggle میں ڈالو۔</w:t>
      </w:r>
    </w:p>
    <w:p>
      <w:r>
        <w:rPr>
          <w:b/>
        </w:rPr>
        <w:t xml:space="preserve">[27:44] </w:t>
      </w:r>
      <w:r>
        <w:t>difficulties mein dalo.</w:t>
      </w:r>
    </w:p>
    <w:p>
      <w:pPr>
        <w:jc w:val="right"/>
      </w:pPr>
      <w:r>
        <w:t>difficulties میں ڈالو۔</w:t>
      </w:r>
    </w:p>
    <w:p>
      <w:r>
        <w:rPr>
          <w:b/>
        </w:rPr>
        <w:t xml:space="preserve">[27:49] </w:t>
      </w:r>
      <w:r>
        <w:t>challenge mein dalo.</w:t>
      </w:r>
    </w:p>
    <w:p>
      <w:pPr>
        <w:jc w:val="right"/>
      </w:pPr>
      <w:r>
        <w:t>challenge میں ڈالو۔</w:t>
      </w:r>
    </w:p>
    <w:p>
      <w:r>
        <w:rPr>
          <w:b/>
        </w:rPr>
        <w:t xml:space="preserve">[27:54] </w:t>
      </w:r>
      <w:r>
        <w:t>jab challenge ka samna karenge tab un ke andar ek insan ubhrega.</w:t>
      </w:r>
    </w:p>
    <w:p>
      <w:pPr>
        <w:jc w:val="right"/>
      </w:pPr>
      <w:r>
        <w:t>جب challenge کا سامنا کریں گے تب ان کے اندر ایک انسان ابھرے گا۔</w:t>
      </w:r>
    </w:p>
    <w:p>
      <w:r>
        <w:rPr>
          <w:b/>
        </w:rPr>
        <w:t xml:space="preserve">[28:00] </w:t>
      </w:r>
      <w:r>
        <w:t>aur ubhra aap jante hain ke woh ubhra aur banu Ismaeel jo the bohat zabardast log bane.</w:t>
      </w:r>
    </w:p>
    <w:p>
      <w:pPr>
        <w:jc w:val="right"/>
      </w:pPr>
      <w:r>
        <w:t>اور ابھرا آپ جانتے ہیں کہ وہ ابھرا اور بنو اسماعیل جو تھے بہت زبردست لوگ بنے۔</w:t>
      </w:r>
    </w:p>
    <w:p>
      <w:r>
        <w:rPr>
          <w:b/>
        </w:rPr>
        <w:t xml:space="preserve">[28:05] </w:t>
      </w:r>
      <w:r>
        <w:t>ek orientalist ne likha hai ke woh woh ke woh ek ek nation of heroes the woh.</w:t>
      </w:r>
    </w:p>
    <w:p>
      <w:pPr>
        <w:jc w:val="right"/>
      </w:pPr>
      <w:r>
        <w:t>ایک orientalist نے لکھا ہے کہ وہ وہ کہ وہ ایک ایک nation of heroes تھے وہ۔</w:t>
      </w:r>
    </w:p>
    <w:p>
      <w:r>
        <w:rPr>
          <w:b/>
        </w:rPr>
        <w:t xml:space="preserve">[28:10] </w:t>
      </w:r>
      <w:r>
        <w:t>A nation of heroes.</w:t>
      </w:r>
    </w:p>
    <w:p>
      <w:pPr>
        <w:jc w:val="right"/>
      </w:pPr>
      <w:r>
        <w:t>A nation of heroes۔</w:t>
      </w:r>
    </w:p>
    <w:p>
      <w:r>
        <w:rPr>
          <w:b/>
        </w:rPr>
        <w:t xml:space="preserve">[28:15] </w:t>
      </w:r>
      <w:r>
        <w:t>Yahan par yeh bata rahe hain ke halaat agar bigde hue hon. Aap chahte hain ke apne bachchon ko aap achhe andaaz mein un ko achhe grow kara ke bachche aur sahi insan sahi musalman bane to kya karna chahiye? Un ko favor nahin dena hai un ko comfort nahin dena hai un ko luxury nahin dalna hai. Un ko chall</w:t>
      </w:r>
    </w:p>
    <w:p>
      <w:pPr>
        <w:jc w:val="right"/>
      </w:pPr>
      <w:r>
        <w:t>یہاں پر یہ بتا رہے ہیں کہ حالات اگر بگڑے ہوئے ہوں۔ آپ چاہتے ہیں کہ اپنے بچوں کو آپ اچھے انداز میں ان کو اچھے grow کرا کے بچے اور صحیح انسان صحیح مسلمان بنے تو کیا کرنا چاہیے؟ ان کو favor نہیں دینا ہے ان کو comfort نہیں دینا ہے ان کو luxury نہیں ڈالنا ہے۔ ان کو chall</w:t>
      </w:r>
    </w:p>
    <w:p>
      <w:r>
        <w:rPr>
          <w:b/>
        </w:rPr>
        <w:t xml:space="preserve">[28:45] </w:t>
      </w:r>
      <w:r>
        <w:t>enge mein dalna hai.</w:t>
      </w:r>
    </w:p>
    <w:p>
      <w:pPr>
        <w:jc w:val="right"/>
      </w:pPr>
      <w:r>
        <w:t>enge میں ڈالنا ہے۔</w:t>
      </w:r>
    </w:p>
    <w:p>
      <w:r>
        <w:rPr>
          <w:b/>
        </w:rPr>
        <w:t xml:space="preserve">[28:49] </w:t>
      </w:r>
      <w:r>
        <w:t>zindagi ke struggle mein dalna hai.</w:t>
      </w:r>
    </w:p>
    <w:p>
      <w:pPr>
        <w:jc w:val="right"/>
      </w:pPr>
      <w:r>
        <w:t>زندگی کے struggle میں ڈالنا ہے۔</w:t>
      </w:r>
    </w:p>
    <w:p>
      <w:r>
        <w:rPr>
          <w:b/>
        </w:rPr>
        <w:t xml:space="preserve">[28:52] </w:t>
      </w:r>
      <w:r>
        <w:t>mere ilm mein aaj koi ek bhi musalman mujhe nahi jaanta hoon mein jo aisa karta ho apne</w:t>
      </w:r>
    </w:p>
    <w:p>
      <w:pPr>
        <w:jc w:val="right"/>
      </w:pPr>
      <w:r>
        <w:t>میرے علم میں آج کوئی ایک بھی مسلمان مجھے نہیں جانتا ہوں میں جو ایسا کرتا ہو اپنے</w:t>
      </w:r>
    </w:p>
    <w:p>
      <w:r>
        <w:rPr>
          <w:b/>
        </w:rPr>
        <w:t xml:space="preserve">[28:56] </w:t>
      </w:r>
      <w:r>
        <w:t>bachon ke liye.</w:t>
      </w:r>
    </w:p>
    <w:p>
      <w:pPr>
        <w:jc w:val="right"/>
      </w:pPr>
      <w:r>
        <w:t>بچوں کے لیے۔</w:t>
      </w:r>
    </w:p>
    <w:p>
      <w:r>
        <w:rPr>
          <w:b/>
        </w:rPr>
        <w:t xml:space="preserve">[29:00] </w:t>
      </w:r>
      <w:r>
        <w:t>yahan se le kar amreeka tak maine bohat dekha hai.</w:t>
      </w:r>
    </w:p>
    <w:p>
      <w:pPr>
        <w:jc w:val="right"/>
      </w:pPr>
      <w:r>
        <w:t>یہاں سے لے کر امریکہ تک میں نے بہت دیکھا ہے۔</w:t>
      </w:r>
    </w:p>
    <w:p>
      <w:r>
        <w:rPr>
          <w:b/>
        </w:rPr>
        <w:t xml:space="preserve">[29:04] </w:t>
      </w:r>
      <w:r>
        <w:t>sab ki koshish yeh hoti hai ke mera bacha bilkul aaram se rahe.</w:t>
      </w:r>
    </w:p>
    <w:p>
      <w:pPr>
        <w:jc w:val="right"/>
      </w:pPr>
      <w:r>
        <w:t>سب کی کوشش یہ ہوتی ہے کہ میرا بچہ بالکل آرام سے رہے۔</w:t>
      </w:r>
    </w:p>
    <w:p>
      <w:r>
        <w:rPr>
          <w:b/>
        </w:rPr>
        <w:t xml:space="preserve">[29:08] </w:t>
      </w:r>
      <w:r>
        <w:t>kamate hain kamate hain kamate hain sirf bachon ko aaram dene ke liye.</w:t>
      </w:r>
    </w:p>
    <w:p>
      <w:pPr>
        <w:jc w:val="right"/>
      </w:pPr>
      <w:r>
        <w:t>کماتے ہیں کماتے ہیں کماتے ہیں صرف بچوں کو آرام دینے کے لیے۔</w:t>
      </w:r>
    </w:p>
    <w:p>
      <w:r>
        <w:rPr>
          <w:b/>
        </w:rPr>
        <w:t xml:space="preserve">[29:11] </w:t>
      </w:r>
      <w:r>
        <w:t>kaun hai jo apne bachon ko desert mein dalne ke liye mansooba banaye? woh kaun hai jo apne</w:t>
      </w:r>
    </w:p>
    <w:p>
      <w:pPr>
        <w:jc w:val="right"/>
      </w:pPr>
      <w:r>
        <w:t>کون ہے جو اپنے بچوں کو desert میں ڈالنے کے لیے منصوبہ بنائے؟ وہ کون ہے جو اپنے</w:t>
      </w:r>
    </w:p>
    <w:p>
      <w:r>
        <w:rPr>
          <w:b/>
        </w:rPr>
        <w:t xml:space="preserve">[29:15] </w:t>
      </w:r>
      <w:r>
        <w:t>bachon ko desert mein dalne ki planning kare? kaun hai woh? sab oasis mein dalte hain.</w:t>
      </w:r>
    </w:p>
    <w:p>
      <w:pPr>
        <w:jc w:val="right"/>
      </w:pPr>
      <w:r>
        <w:t>بچوں کو desert میں ڈالنے کی planning کرے؟ کون ہے وہ؟ سب او ایس ایس میں ڈالتے ہیں۔</w:t>
      </w:r>
    </w:p>
    <w:p>
      <w:r>
        <w:rPr>
          <w:b/>
        </w:rPr>
        <w:t xml:space="preserve">[29:23] </w:t>
      </w:r>
      <w:r>
        <w:t>yani saare log jo hain apne bachon ko oasis mein dalte hain. nakhlistan mein.</w:t>
      </w:r>
    </w:p>
    <w:p>
      <w:pPr>
        <w:jc w:val="right"/>
      </w:pPr>
      <w:r>
        <w:t>یعنی سارے لوگ جو ہیں اپنے بچوں کو او ایس ایس میں ڈالتے ہیں۔ نخلستان میں۔</w:t>
      </w:r>
    </w:p>
    <w:p>
      <w:r>
        <w:rPr>
          <w:b/>
        </w:rPr>
        <w:t xml:space="preserve">[29:30] </w:t>
      </w:r>
      <w:r>
        <w:t>sehra mein kaun dalta hai? toh yahan par ek paighambar ki bohat bari misaal hai ke bachon ke</w:t>
      </w:r>
    </w:p>
    <w:p>
      <w:pPr>
        <w:jc w:val="right"/>
      </w:pPr>
      <w:r>
        <w:t>صحرا میں کون ڈالتا ہے؟ تو یہاں پر ایک پیغمبر کی بہت بڑی مثال ہے کہ بچوں کے</w:t>
      </w:r>
    </w:p>
    <w:p>
      <w:r>
        <w:rPr>
          <w:b/>
        </w:rPr>
        <w:t xml:space="preserve">[29:38] </w:t>
      </w:r>
      <w:r>
        <w:t>liye kya karna chahiye? kaise bachon mein naya</w:t>
      </w:r>
    </w:p>
    <w:p>
      <w:pPr>
        <w:jc w:val="right"/>
      </w:pPr>
      <w:r>
        <w:t>لیے کیا کرنا چاہیے؟ کیسے بچوں میں نیا</w:t>
      </w:r>
    </w:p>
    <w:p>
      <w:r>
        <w:rPr>
          <w:b/>
        </w:rPr>
        <w:t xml:space="preserve">[29:45] </w:t>
      </w:r>
      <w:r>
        <w:t>emergence hoga? nayi nasal banegi.</w:t>
      </w:r>
    </w:p>
    <w:p>
      <w:pPr>
        <w:jc w:val="right"/>
      </w:pPr>
      <w:r>
        <w:t>emergence ہوگا؟ نئی نسل بنے گی۔</w:t>
      </w:r>
    </w:p>
    <w:p>
      <w:r>
        <w:rPr>
          <w:b/>
        </w:rPr>
        <w:t xml:space="preserve">[29:49] </w:t>
      </w:r>
      <w:r>
        <w:t>un ke andar naye aadab paida honge.</w:t>
      </w:r>
    </w:p>
    <w:p>
      <w:pPr>
        <w:jc w:val="right"/>
      </w:pPr>
      <w:r>
        <w:t>ان کے اندر نئے آداب پیدا ہوں گے۔</w:t>
      </w:r>
    </w:p>
    <w:p>
      <w:r>
        <w:rPr>
          <w:b/>
        </w:rPr>
        <w:t xml:space="preserve">[29:52] </w:t>
      </w:r>
      <w:r>
        <w:t>naya insaan ubhrega.</w:t>
      </w:r>
    </w:p>
    <w:p>
      <w:pPr>
        <w:jc w:val="right"/>
      </w:pPr>
      <w:r>
        <w:t>نیا انسان ابھرے گا۔</w:t>
      </w:r>
    </w:p>
    <w:p>
      <w:r>
        <w:rPr>
          <w:b/>
        </w:rPr>
        <w:t xml:space="preserve">[29:55] </w:t>
      </w:r>
      <w:r>
        <w:t>iska tareeqa kya hai? iska tareeqa hai ke bachon ko struggle mein dalo.</w:t>
      </w:r>
    </w:p>
    <w:p>
      <w:pPr>
        <w:jc w:val="right"/>
      </w:pPr>
      <w:r>
        <w:t>اس کا طریقہ کیا ہے؟ اس کا طریقہ ہے کہ بچوں کو struggle میں ڈالو۔</w:t>
      </w:r>
    </w:p>
    <w:p>
      <w:r>
        <w:rPr>
          <w:b/>
        </w:rPr>
        <w:t xml:space="preserve">[29:59] </w:t>
      </w:r>
      <w:r>
        <w:t>competition mein dalo.</w:t>
      </w:r>
    </w:p>
    <w:p>
      <w:pPr>
        <w:jc w:val="right"/>
      </w:pPr>
      <w:r>
        <w:t>competition میں ڈالو۔</w:t>
      </w:r>
    </w:p>
    <w:p>
      <w:r>
        <w:rPr>
          <w:b/>
        </w:rPr>
        <w:t xml:space="preserve">[30:02] </w:t>
      </w:r>
      <w:r>
        <w:t>challenge mein dalo.</w:t>
      </w:r>
    </w:p>
    <w:p>
      <w:pPr>
        <w:jc w:val="right"/>
      </w:pPr>
      <w:r>
        <w:t>challenge میں ڈالو۔</w:t>
      </w:r>
    </w:p>
    <w:p>
      <w:r>
        <w:rPr>
          <w:b/>
        </w:rPr>
        <w:t xml:space="preserve">[30:06] </w:t>
      </w:r>
      <w:r>
        <w:t>zindagi ki mushkilon ka saamna karne ka mauqa do un ko.</w:t>
      </w:r>
    </w:p>
    <w:p>
      <w:pPr>
        <w:jc w:val="right"/>
      </w:pPr>
      <w:r>
        <w:t>زندگی کی مشکلوں کا سامنا کرنے کا موقع دو ان کو۔</w:t>
      </w:r>
    </w:p>
    <w:p>
      <w:r>
        <w:rPr>
          <w:b/>
        </w:rPr>
        <w:t xml:space="preserve">[30:09] </w:t>
      </w:r>
      <w:r>
        <w:t>aur musalman is ka ulta karte hain.</w:t>
      </w:r>
    </w:p>
    <w:p>
      <w:pPr>
        <w:jc w:val="right"/>
      </w:pPr>
      <w:r>
        <w:t>اور مسلمان اس کا الٹا کرتے ہیں۔</w:t>
      </w:r>
    </w:p>
    <w:p>
      <w:r>
        <w:rPr>
          <w:b/>
        </w:rPr>
        <w:t xml:space="preserve">[30:12] </w:t>
      </w:r>
      <w:r>
        <w:t>aur stage pe bolenge ke quran mein</w:t>
      </w:r>
    </w:p>
    <w:p>
      <w:pPr>
        <w:jc w:val="right"/>
      </w:pPr>
      <w:r>
        <w:t>اور stage پہ بولیں گے کہ قرآن میں</w:t>
      </w:r>
    </w:p>
    <w:p>
      <w:r>
        <w:rPr>
          <w:b/>
        </w:rPr>
        <w:t xml:space="preserve">[30:16] </w:t>
      </w:r>
      <w:r>
        <w:t>mukammal guidance hai quran kaamil constitution hai quran mein yeh hai quran lekin apni zindagi mein kya hai?</w:t>
      </w:r>
    </w:p>
    <w:p>
      <w:pPr>
        <w:jc w:val="right"/>
      </w:pPr>
      <w:r>
        <w:t>مکمل guidance ہے قرآن کامل constitution ہے قرآن میں یہ ہے قرآن لیکن اپنی زندگی میں کیا ہے؟</w:t>
      </w:r>
    </w:p>
    <w:p>
      <w:r>
        <w:rPr>
          <w:b/>
        </w:rPr>
        <w:t xml:space="preserve">[30:21] </w:t>
      </w:r>
      <w:r>
        <w:t>iska ulta hai.</w:t>
      </w:r>
    </w:p>
    <w:p>
      <w:pPr>
        <w:jc w:val="right"/>
      </w:pPr>
      <w:r>
        <w:t>اس کا الٹا ہے۔</w:t>
      </w:r>
    </w:p>
    <w:p>
      <w:r>
        <w:rPr>
          <w:b/>
        </w:rPr>
        <w:t xml:space="preserve">[30:26] </w:t>
      </w:r>
      <w:r>
        <w:t>ek paighambar ko unhon ne single out kar liya hai is paighambar ke liye tareefein karna qasiden padhna</w:t>
      </w:r>
    </w:p>
    <w:p>
      <w:pPr>
        <w:jc w:val="right"/>
      </w:pPr>
      <w:r>
        <w:t>ایک پیغمبر کو انہوں نے single out کر لیا ہے اس پیغمبر کے لیے تعریفیں کرنا قصدیں پڑھنا</w:t>
      </w:r>
    </w:p>
    <w:p>
      <w:r>
        <w:rPr>
          <w:b/>
        </w:rPr>
        <w:t xml:space="preserve">[30:31] </w:t>
      </w:r>
      <w:r>
        <w:t>naat khwani karna.</w:t>
      </w:r>
    </w:p>
    <w:p>
      <w:pPr>
        <w:jc w:val="right"/>
      </w:pPr>
      <w:r>
        <w:t>نعت خوانی کرنا۔</w:t>
      </w:r>
    </w:p>
    <w:p>
      <w:r>
        <w:rPr>
          <w:b/>
        </w:rPr>
        <w:t xml:space="preserve">[30:37] </w:t>
      </w:r>
      <w:r>
        <w:t>samajhte hain ke bas haq ada ho gaya.</w:t>
      </w:r>
    </w:p>
    <w:p>
      <w:pPr>
        <w:jc w:val="right"/>
      </w:pPr>
      <w:r>
        <w:t>سمجھتے ہیں کہ بس حق ادا ہو گیا۔</w:t>
      </w:r>
    </w:p>
    <w:p>
      <w:r>
        <w:rPr>
          <w:b/>
        </w:rPr>
        <w:t xml:space="preserve">[30:42] </w:t>
      </w:r>
      <w:r>
        <w:t>ab aur dekhiye aap.</w:t>
      </w:r>
    </w:p>
    <w:p>
      <w:pPr>
        <w:jc w:val="right"/>
      </w:pPr>
      <w:r>
        <w:t>اب اور دیکھیے آپ۔</w:t>
      </w:r>
    </w:p>
    <w:p>
      <w:r>
        <w:rPr>
          <w:b/>
        </w:rPr>
        <w:t xml:space="preserve">[30:47] </w:t>
      </w:r>
      <w:r>
        <w:t>hazrat yusuf ko lijiye aap.</w:t>
      </w:r>
    </w:p>
    <w:p>
      <w:pPr>
        <w:jc w:val="right"/>
      </w:pPr>
      <w:r>
        <w:t>حضرت یوسف کو لیجیے آپ۔</w:t>
      </w:r>
    </w:p>
    <w:p>
      <w:r>
        <w:rPr>
          <w:b/>
        </w:rPr>
        <w:t xml:space="preserve">[30:55] </w:t>
      </w:r>
      <w:r>
        <w:t>hazrat yusuf bhi aik paighambar thay.</w:t>
      </w:r>
    </w:p>
    <w:p>
      <w:pPr>
        <w:jc w:val="right"/>
      </w:pPr>
      <w:r>
        <w:t>حضرت یوسف بھی ایک پیغمبر تھے۔</w:t>
      </w:r>
    </w:p>
    <w:p>
      <w:r>
        <w:rPr>
          <w:b/>
        </w:rPr>
        <w:t xml:space="preserve">[31:02] </w:t>
      </w:r>
      <w:r>
        <w:t>hazrat yusuf ke baray mein quran mein bhi hai aur bible mein bhi hai.</w:t>
      </w:r>
    </w:p>
    <w:p>
      <w:pPr>
        <w:jc w:val="right"/>
      </w:pPr>
      <w:r>
        <w:t>حضرت یوسف کے بارے میں قرآن میں بھی ہے اور بائبل میں بھی ہے۔</w:t>
      </w:r>
    </w:p>
    <w:p>
      <w:r>
        <w:rPr>
          <w:b/>
        </w:rPr>
        <w:t xml:space="preserve">[31:10] </w:t>
      </w:r>
      <w:r>
        <w:t>hazrat yusuf ke ki jo yeh story aai hai quran majeed mein is ko kaha gaya hai ahsan al qisas. Best story. Ahsan al qisas. Best story.</w:t>
      </w:r>
    </w:p>
    <w:p>
      <w:pPr>
        <w:jc w:val="right"/>
      </w:pPr>
      <w:r>
        <w:t>حضرت یوسف کے کی جو یہ story آئی ہے قرآن مجید میں اس کو کہا گیا ہے احسن القصص۔ Best story۔ احسن القصص۔ Best story۔</w:t>
      </w:r>
    </w:p>
    <w:p>
      <w:r>
        <w:rPr>
          <w:b/>
        </w:rPr>
        <w:t xml:space="preserve">[31:18] </w:t>
      </w:r>
      <w:r>
        <w:t>yahan par is story ka jo lafz hai mein samajhta hoon ke method ke maenay mein hai.</w:t>
      </w:r>
    </w:p>
    <w:p>
      <w:pPr>
        <w:jc w:val="right"/>
      </w:pPr>
      <w:r>
        <w:t>یہاں پر اس story کا جو لفظ ہے میں سمجھتا ہوں کہ method کے معنی میں ہے۔</w:t>
      </w:r>
    </w:p>
    <w:p>
      <w:r>
        <w:rPr>
          <w:b/>
        </w:rPr>
        <w:t xml:space="preserve">[31:22] </w:t>
      </w:r>
      <w:r>
        <w:t>yani best method.</w:t>
      </w:r>
    </w:p>
    <w:p>
      <w:pPr>
        <w:jc w:val="right"/>
      </w:pPr>
      <w:r>
        <w:t>یعنی best method۔</w:t>
      </w:r>
    </w:p>
    <w:p>
      <w:r>
        <w:rPr>
          <w:b/>
        </w:rPr>
        <w:t xml:space="preserve">[31:27] </w:t>
      </w:r>
      <w:r>
        <w:t>kyunke yeh koi kahani nahi hai yeh.</w:t>
      </w:r>
    </w:p>
    <w:p>
      <w:pPr>
        <w:jc w:val="right"/>
      </w:pPr>
      <w:r>
        <w:t>کیونکہ یہ کوئی کہانی نہیں ہے یہ۔</w:t>
      </w:r>
    </w:p>
    <w:p>
      <w:r>
        <w:rPr>
          <w:b/>
        </w:rPr>
        <w:t xml:space="preserve">[31:31] </w:t>
      </w:r>
      <w:r>
        <w:t>koi novel afsana nahi hai woh.</w:t>
      </w:r>
    </w:p>
    <w:p>
      <w:pPr>
        <w:jc w:val="right"/>
      </w:pPr>
      <w:r>
        <w:t>کوئی ناول افسانہ نہیں ہے وہ۔</w:t>
      </w:r>
    </w:p>
    <w:p>
      <w:r>
        <w:rPr>
          <w:b/>
        </w:rPr>
        <w:t xml:space="preserve">[31:35] </w:t>
      </w:r>
      <w:r>
        <w:t>puri jo story hai is mein aik method bataya gaya hai.</w:t>
      </w:r>
    </w:p>
    <w:p>
      <w:pPr>
        <w:jc w:val="right"/>
      </w:pPr>
      <w:r>
        <w:t>پوری جو story ہے اس میں ایک method بتایا گیا ہے۔</w:t>
      </w:r>
    </w:p>
    <w:p>
      <w:r>
        <w:rPr>
          <w:b/>
        </w:rPr>
        <w:t xml:space="preserve">[31:39] </w:t>
      </w:r>
      <w:r>
        <w:t>to mein samajhta hoon ke hazrat yusuf ki misaal se hum ko aik maloom hota hai ke hazrat</w:t>
      </w:r>
    </w:p>
    <w:p>
      <w:pPr>
        <w:jc w:val="right"/>
      </w:pPr>
      <w:r>
        <w:t>تو میں سمجھتا ہوں کہ حضرت یوسف کی مثال سے ہم کو ایک معلوم ہوتا ہے کہ حضرت</w:t>
      </w:r>
    </w:p>
    <w:p>
      <w:r>
        <w:rPr>
          <w:b/>
        </w:rPr>
        <w:t xml:space="preserve">[31:44] </w:t>
      </w:r>
      <w:r>
        <w:t>yusuf ke best method kya hona chahiye? Woh best method kya hai</w:t>
      </w:r>
    </w:p>
    <w:p>
      <w:pPr>
        <w:jc w:val="right"/>
      </w:pPr>
      <w:r>
        <w:t>یوسف کے best method کیا ہونا چاہیے؟ وہ best method کیا ہے</w:t>
      </w:r>
    </w:p>
    <w:p>
      <w:r>
        <w:rPr>
          <w:b/>
        </w:rPr>
        <w:t xml:space="preserve">[31:48] </w:t>
      </w:r>
      <w:r>
        <w:t>? Hazrat yusuf ke zamanay mein jo taqreeban saaray teen hazar saal pehle ka zamanah hai.</w:t>
      </w:r>
    </w:p>
    <w:p>
      <w:pPr>
        <w:jc w:val="right"/>
      </w:pPr>
      <w:r>
        <w:t>؟ حضرت یوسف کے زمانے میں جو تقریباً ساڑھے تین ہزار سال پہلے کا زمانہ ہے۔</w:t>
      </w:r>
    </w:p>
    <w:p>
      <w:r>
        <w:rPr>
          <w:b/>
        </w:rPr>
        <w:t xml:space="preserve">[31:54] </w:t>
      </w:r>
      <w:r>
        <w:t>misr mein aik khandan hukoomat karta tha jis ko kehtay hain hiksas kings.</w:t>
      </w:r>
    </w:p>
    <w:p>
      <w:pPr>
        <w:jc w:val="right"/>
      </w:pPr>
      <w:r>
        <w:t>مصر میں ایک خاندان حکومت کرتا تھا جس کو کہتے ہیں ہکساس کنگز۔</w:t>
      </w:r>
    </w:p>
    <w:p>
      <w:r>
        <w:rPr>
          <w:b/>
        </w:rPr>
        <w:t xml:space="preserve">[32:00] </w:t>
      </w:r>
      <w:r>
        <w:t>to is ka jo badshah tha us waqt hazrat yusuf ke zamanay mein woh kuch different type ka aadmi tha.</w:t>
      </w:r>
    </w:p>
    <w:p>
      <w:pPr>
        <w:jc w:val="right"/>
      </w:pPr>
      <w:r>
        <w:t>تو اس کا جو بادشاہ تھا اس وقت حضرت یوسف کے زمانے میں وہ کچھ different type کا آدمی تھا۔</w:t>
      </w:r>
    </w:p>
    <w:p>
      <w:r>
        <w:rPr>
          <w:b/>
        </w:rPr>
        <w:t xml:space="preserve">[32:06] </w:t>
      </w:r>
      <w:r>
        <w:t>agarche woh mushrik tha.</w:t>
      </w:r>
    </w:p>
    <w:p>
      <w:pPr>
        <w:jc w:val="right"/>
      </w:pPr>
      <w:r>
        <w:t>اگرچہ وہ مشرک تھا۔</w:t>
      </w:r>
    </w:p>
    <w:p>
      <w:r>
        <w:rPr>
          <w:b/>
        </w:rPr>
        <w:t xml:space="preserve">[32:12] </w:t>
      </w:r>
      <w:r>
        <w:t>agarche woh sharab bhi peeta tha. Lekin</w:t>
      </w:r>
    </w:p>
    <w:p>
      <w:pPr>
        <w:jc w:val="right"/>
      </w:pPr>
      <w:r>
        <w:t>اگرچہ وہ شراب بھی پیتا تھا۔ لیکن</w:t>
      </w:r>
    </w:p>
    <w:p>
      <w:r>
        <w:rPr>
          <w:b/>
        </w:rPr>
        <w:t xml:space="preserve">[32:19] </w:t>
      </w:r>
      <w:r>
        <w:t>tha different type ka aadmi.</w:t>
      </w:r>
    </w:p>
    <w:p>
      <w:pPr>
        <w:jc w:val="right"/>
      </w:pPr>
      <w:r>
        <w:t>تھا different type کا آدمی۔</w:t>
      </w:r>
    </w:p>
    <w:p>
      <w:r>
        <w:rPr>
          <w:b/>
        </w:rPr>
        <w:t xml:space="preserve">[32:25] </w:t>
      </w:r>
      <w:r>
        <w:t>to khaas tarah ki soorat e haal jis ko aap tak parh sakte hain quran mein aur bible mein is</w:t>
      </w:r>
    </w:p>
    <w:p>
      <w:pPr>
        <w:jc w:val="right"/>
      </w:pPr>
      <w:r>
        <w:t>تو خاص طرح کی صورتحال جس کو آپ تک پڑھ سکتے ہیں قرآن میں اور بائبل میں اس</w:t>
      </w:r>
    </w:p>
    <w:p>
      <w:r>
        <w:rPr>
          <w:b/>
        </w:rPr>
        <w:t xml:space="preserve">[32:31] </w:t>
      </w:r>
      <w:r>
        <w:t>ne offer de diya hazrat yusuf ko ke tum meri mumlikat mein agriculture ka department sambhal lo.</w:t>
      </w:r>
    </w:p>
    <w:p>
      <w:pPr>
        <w:jc w:val="right"/>
      </w:pPr>
      <w:r>
        <w:t>نے آفر دے دیا حضرت یوسف کو کہ تم میری مملکت میں agriculture کا department سنبھال لو۔</w:t>
      </w:r>
    </w:p>
    <w:p>
      <w:r>
        <w:rPr>
          <w:b/>
        </w:rPr>
        <w:t xml:space="preserve">[32:37] </w:t>
      </w:r>
      <w:r>
        <w:t>us zamanay mein agriculture hi sab se bara department hota tha.</w:t>
      </w:r>
    </w:p>
    <w:p>
      <w:pPr>
        <w:jc w:val="right"/>
      </w:pPr>
      <w:r>
        <w:t>اس زمانے میں agriculture ہی سب سے بڑا department ہوتا تھا۔</w:t>
      </w:r>
    </w:p>
    <w:p>
      <w:r>
        <w:rPr>
          <w:b/>
        </w:rPr>
        <w:t xml:space="preserve">[32:43] </w:t>
      </w:r>
      <w:r>
        <w:t>kyunke saari jo economy thi woh base karti thi ziraat par. Saari econom</w:t>
      </w:r>
    </w:p>
    <w:p>
      <w:pPr>
        <w:jc w:val="right"/>
      </w:pPr>
      <w:r>
        <w:t>کیونکہ ساری جو economy تھی وہ base کرتی تھی زراعت پر۔ ساری econom</w:t>
      </w:r>
    </w:p>
    <w:p>
      <w:r>
        <w:rPr>
          <w:b/>
        </w:rPr>
        <w:t xml:space="preserve">[32:49] </w:t>
      </w:r>
      <w:r>
        <w:t>y base karti thi dunya bhar ki agriculture par.</w:t>
      </w:r>
    </w:p>
    <w:p>
      <w:pPr>
        <w:jc w:val="right"/>
      </w:pPr>
      <w:r>
        <w:t>y base کرتی تھی دنیا بھر کی agriculture پر۔</w:t>
      </w:r>
    </w:p>
    <w:p>
      <w:r>
        <w:rPr>
          <w:b/>
        </w:rPr>
        <w:t xml:space="preserve">[32:55] </w:t>
      </w:r>
      <w:r>
        <w:t>to woh department us ne kaha ke aap sambhal lijiyay is ka intizam kijiyay.</w:t>
      </w:r>
    </w:p>
    <w:p>
      <w:pPr>
        <w:jc w:val="right"/>
      </w:pPr>
      <w:r>
        <w:t>تو وہ department اس نے کہا کہ آپ سنبھال لیجیے اس کا انتظام کیجیے۔</w:t>
      </w:r>
    </w:p>
    <w:p>
      <w:r>
        <w:rPr>
          <w:b/>
        </w:rPr>
        <w:t xml:space="preserve">[33:01] </w:t>
      </w:r>
      <w:r>
        <w:t>to quran ke mutabiq ghaliban choudah saal tak unhon ne yeh khidmat anjam di.</w:t>
      </w:r>
    </w:p>
    <w:p>
      <w:pPr>
        <w:jc w:val="right"/>
      </w:pPr>
      <w:r>
        <w:t>تو قرآن کے مطابق غالباً چودہ سال تک انہوں نے یہ خدمت انجام دی۔</w:t>
      </w:r>
    </w:p>
    <w:p>
      <w:r>
        <w:rPr>
          <w:b/>
        </w:rPr>
        <w:t xml:space="preserve">[33:07] </w:t>
      </w:r>
      <w:r>
        <w:t>kam az kam choudah saal tak.</w:t>
      </w:r>
    </w:p>
    <w:p>
      <w:pPr>
        <w:jc w:val="right"/>
      </w:pPr>
      <w:r>
        <w:t>کم از کم چودہ سال تک۔</w:t>
      </w:r>
    </w:p>
    <w:p>
      <w:r>
        <w:rPr>
          <w:b/>
        </w:rPr>
        <w:t xml:space="preserve">[33:13] </w:t>
      </w:r>
      <w:r>
        <w:t>is mein jo jo best method hai woh kya hai?</w:t>
      </w:r>
    </w:p>
    <w:p>
      <w:pPr>
        <w:jc w:val="right"/>
      </w:pPr>
      <w:r>
        <w:t>اس میں جو جو best method ہے وہ کیا ہے؟</w:t>
      </w:r>
    </w:p>
    <w:p>
      <w:r>
        <w:rPr>
          <w:b/>
        </w:rPr>
        <w:t xml:space="preserve">[33:19] </w:t>
      </w:r>
      <w:r>
        <w:t>Best method yeh hai ke Hazrat Yusuf ne sambhala is is ki offer ko qabool kiya tab bhi</w:t>
      </w:r>
    </w:p>
    <w:p>
      <w:pPr>
        <w:jc w:val="right"/>
      </w:pPr>
      <w:r>
        <w:t>Best method یہ ہے کہ حضرت یوسف نے سنبھالا اس اس کی آفر کو قبول کیا تب بھی</w:t>
      </w:r>
    </w:p>
    <w:p>
      <w:r>
        <w:rPr>
          <w:b/>
        </w:rPr>
        <w:t xml:space="preserve">[33:27] </w:t>
      </w:r>
      <w:r>
        <w:t>badshah badastoor takht pe maujood tha.</w:t>
      </w:r>
    </w:p>
    <w:p>
      <w:pPr>
        <w:jc w:val="right"/>
      </w:pPr>
      <w:r>
        <w:t>بادشاہ بدستور تخت پہ موجود تھا۔</w:t>
      </w:r>
    </w:p>
    <w:p>
      <w:r>
        <w:rPr>
          <w:b/>
        </w:rPr>
        <w:t xml:space="preserve">[33:35] </w:t>
      </w:r>
      <w:r>
        <w:t>Ma kaan fi yeh is se sabit hota hai ke badshah qanoon badastoor wahan chalta tha.</w:t>
      </w:r>
    </w:p>
    <w:p>
      <w:pPr>
        <w:jc w:val="right"/>
      </w:pPr>
      <w:r>
        <w:t>ما کان فی یہ اس سے ثابت ہوتا ہے کہ بادشاہ قانون بدستور وہاں چلتا تھا۔</w:t>
      </w:r>
    </w:p>
    <w:p>
      <w:r>
        <w:rPr>
          <w:b/>
        </w:rPr>
        <w:t xml:space="preserve">[33:42] </w:t>
      </w:r>
      <w:r>
        <w:t>Badshah ka iqtadar badastoor qaim tha wahan par.</w:t>
      </w:r>
    </w:p>
    <w:p>
      <w:pPr>
        <w:jc w:val="right"/>
      </w:pPr>
      <w:r>
        <w:t>بادشاہ کا اقتدار بدستور قائم تھا وہاں پر۔</w:t>
      </w:r>
    </w:p>
    <w:p>
      <w:r>
        <w:rPr>
          <w:b/>
        </w:rPr>
        <w:t xml:space="preserve">[33:50] </w:t>
      </w:r>
      <w:r>
        <w:t>badshah phir bhi badshah tha. aur yeh baat bible mein un alfaaz mein aai hai ke ke badshah ne kaha hazrat yusuf se ke only in regard to the throne I will be greater than you ke sirf takht mere paas rahega baqi sab tumhare paas hoga. yani takht par ba taur badshah ke taur par main rahunga lekin s</w:t>
      </w:r>
    </w:p>
    <w:p>
      <w:pPr>
        <w:jc w:val="right"/>
      </w:pPr>
      <w:r>
        <w:t>بادشاہ پھر بھی بادشاہ تھا۔ اور یہ بات بائبل میں ان الفاظ میں آئی ہے کہ کہ بادشاہ نے کہا حضرت یوسف سے کہ only in regard to the throne I will be greater than you کہ صرف تخت میرے پاس رہے گا باقی سب تمہارے پاس ہوگا۔ یعنی تخت پر بطور بادشاہ کے طور پر میں رہوں گا لیکن س</w:t>
      </w:r>
    </w:p>
    <w:p>
      <w:r>
        <w:rPr>
          <w:b/>
        </w:rPr>
        <w:t xml:space="preserve">[34:20] </w:t>
      </w:r>
      <w:r>
        <w:t>ara mulk ka intezam tumhare haath mein rahega. to agarche yeh badshah mushrik tha agarche woh sharab bhi peeta tha lekin is par woh raazi ho gaya ke ke jo hukoomat ka jo nizam hai woh hazrat yusuf chalaen. to hazrat yusuf ne qabool kar liya is ko. aaj dunya mein koi ek bhi muslim party nahi hai jo is pe amal kare. koi ek bhi party. ha</w:t>
      </w:r>
    </w:p>
    <w:p>
      <w:pPr>
        <w:jc w:val="right"/>
      </w:pPr>
      <w:r>
        <w:t>ارا ملک کا انتظام تمہارے ہاتھ میں رہے گا۔ تو اگرچہ یہ بادشاہ مشرک تھا اگرچہ وہ شراب بھی پیتا تھا لیکن اس پر وہ راضی ہو گیا کہ کہ جو حکومت کا جو نظام ہے وہ حضرت یوسف چلائیں۔ تو حضرت یوسف نے قبول کر لیا اس کو۔ آج دنیا میں کوئی ایک بھی مسلم party نہیں ہے جو اس پہ عمل کرے۔ کوئی ایک بھی party نہیں۔ ہ</w:t>
      </w:r>
    </w:p>
    <w:p>
      <w:r>
        <w:rPr>
          <w:b/>
        </w:rPr>
        <w:t xml:space="preserve">[34:50] </w:t>
      </w:r>
      <w:r>
        <w:t>Jagah ki misalein maujood hain ke jo log jo log power mein thay power mein unhon ne</w:t>
      </w:r>
    </w:p>
    <w:p>
      <w:pPr>
        <w:jc w:val="right"/>
      </w:pPr>
      <w:r>
        <w:t>ر جگہ کی مثالیں موجود ہیں کہ جو لوگ جو لوگ power میں تھے power میں انہوں نے</w:t>
      </w:r>
    </w:p>
    <w:p>
      <w:r>
        <w:rPr>
          <w:b/>
        </w:rPr>
        <w:t xml:space="preserve">[34:57] </w:t>
      </w:r>
      <w:r>
        <w:t>Muslim jamaaton ko ya Muslim leaderon ko offer diya isi qism ka offer.</w:t>
      </w:r>
    </w:p>
    <w:p>
      <w:pPr>
        <w:jc w:val="right"/>
      </w:pPr>
      <w:r>
        <w:t>مسلم جماعتوں کو یا مسلم لیڈروں کو آفر دیا اسی قسم کا آفر۔</w:t>
      </w:r>
    </w:p>
    <w:p>
      <w:r>
        <w:rPr>
          <w:b/>
        </w:rPr>
        <w:t xml:space="preserve">[35:05] </w:t>
      </w:r>
      <w:r>
        <w:t>Har Muslim mulk mein ab yeh waqiat maujood hain.</w:t>
      </w:r>
    </w:p>
    <w:p>
      <w:pPr>
        <w:jc w:val="right"/>
      </w:pPr>
      <w:r>
        <w:t>ہر مسلم ملک میں اب یہ واقعات موجود ہیں۔</w:t>
      </w:r>
    </w:p>
    <w:p>
      <w:r>
        <w:rPr>
          <w:b/>
        </w:rPr>
        <w:t xml:space="preserve">[35:13] </w:t>
      </w:r>
      <w:r>
        <w:t>Jamaat-ud-din Afghani se le kar ke Abu Al-Ala Maududi tak yeh waqiat maujood hain.</w:t>
      </w:r>
    </w:p>
    <w:p>
      <w:pPr>
        <w:jc w:val="right"/>
      </w:pPr>
      <w:r>
        <w:t>جماعت الدین افغانی سے لے کر کے ابو العلی مودی تک یہ واقعات موجود ہیں۔</w:t>
      </w:r>
    </w:p>
    <w:p>
      <w:r>
        <w:rPr>
          <w:b/>
        </w:rPr>
        <w:t xml:space="preserve">[35:20] </w:t>
      </w:r>
      <w:r>
        <w:t>Ke in Muslim mulkon mein wahan jo hukoomatein power mein theen unhon ne offer diya Muslim leaderon ko</w:t>
      </w:r>
    </w:p>
    <w:p>
      <w:pPr>
        <w:jc w:val="right"/>
      </w:pPr>
      <w:r>
        <w:t>کہ ان مسلم ملکوں میں وہاں جو حکومتیں power میں تھیں انہوں نے آفر دیا مسلم لیڈروں کو</w:t>
      </w:r>
    </w:p>
    <w:p>
      <w:r>
        <w:rPr>
          <w:b/>
        </w:rPr>
        <w:t xml:space="preserve">[35:27] </w:t>
      </w:r>
      <w:r>
        <w:t>Muslim jamaaton ko ke aap yeh kaam kijiye maslan education ka kaam aap sambhaliye.</w:t>
      </w:r>
    </w:p>
    <w:p>
      <w:pPr>
        <w:jc w:val="right"/>
      </w:pPr>
      <w:r>
        <w:t>مسلم جماعتوں کو کہ آپ یہ کام کیجیے مثلاً education کا کام آپ سنبھالیے۔</w:t>
      </w:r>
    </w:p>
    <w:p>
      <w:r>
        <w:rPr>
          <w:b/>
        </w:rPr>
        <w:t xml:space="preserve">[35:33] </w:t>
      </w:r>
      <w:r>
        <w:t>Yaani jo non political field thi us mein bharpoor mauqa diya unhon ne ke aap is ko avail</w:t>
      </w:r>
    </w:p>
    <w:p>
      <w:pPr>
        <w:jc w:val="right"/>
      </w:pPr>
      <w:r>
        <w:t>یعنی جو non political field تھی اس میں بھرپور موقع دیا انہوں نے کہ آپ اس کو avail</w:t>
      </w:r>
    </w:p>
    <w:p>
      <w:r>
        <w:rPr>
          <w:b/>
        </w:rPr>
        <w:t xml:space="preserve">[35:39] </w:t>
      </w:r>
      <w:r>
        <w:t>kijiye is ko.</w:t>
      </w:r>
    </w:p>
    <w:p>
      <w:pPr>
        <w:jc w:val="right"/>
      </w:pPr>
      <w:r>
        <w:t>کیجیے اس کو۔</w:t>
      </w:r>
    </w:p>
    <w:p>
      <w:r>
        <w:rPr>
          <w:b/>
        </w:rPr>
        <w:t xml:space="preserve">[35:46] </w:t>
      </w:r>
      <w:r>
        <w:t>Education ka kaam dawat ka kaam</w:t>
      </w:r>
    </w:p>
    <w:p>
      <w:pPr>
        <w:jc w:val="right"/>
      </w:pPr>
      <w:r>
        <w:t>education کا کام دعوت کا کام</w:t>
      </w:r>
    </w:p>
    <w:p>
      <w:r>
        <w:rPr>
          <w:b/>
        </w:rPr>
        <w:t xml:space="preserve">[35:52] </w:t>
      </w:r>
      <w:r>
        <w:t>.</w:t>
      </w:r>
    </w:p>
    <w:p>
      <w:pPr>
        <w:jc w:val="right"/>
      </w:pPr>
      <w:r>
        <w:t>۔</w:t>
      </w:r>
    </w:p>
    <w:p>
      <w:r>
        <w:rPr>
          <w:b/>
        </w:rPr>
        <w:t xml:space="preserve">[35:57] </w:t>
      </w:r>
      <w:r>
        <w:t>Mulk ki maeeshat ko behtar banane ka kaam social reform ka kaam.</w:t>
      </w:r>
    </w:p>
    <w:p>
      <w:pPr>
        <w:jc w:val="right"/>
      </w:pPr>
      <w:r>
        <w:t>ملک کی معیشت کو بہتر بنانے کا کام social reform کا کام۔</w:t>
      </w:r>
    </w:p>
    <w:p>
      <w:r>
        <w:rPr>
          <w:b/>
        </w:rPr>
        <w:t xml:space="preserve">[36:02] </w:t>
      </w:r>
      <w:r>
        <w:t>Yaani in ko power mein in ke power ko challenge na karein aap.</w:t>
      </w:r>
    </w:p>
    <w:p>
      <w:pPr>
        <w:jc w:val="right"/>
      </w:pPr>
      <w:r>
        <w:t>یعنی ان کو power میں ان کے power کو challenge نہ کریں آپ۔</w:t>
      </w:r>
    </w:p>
    <w:p>
      <w:r>
        <w:rPr>
          <w:b/>
        </w:rPr>
        <w:t xml:space="preserve">[36:07] </w:t>
      </w:r>
      <w:r>
        <w:t>In ko takht par aayein to rehne dein in ko.</w:t>
      </w:r>
    </w:p>
    <w:p>
      <w:pPr>
        <w:jc w:val="right"/>
      </w:pPr>
      <w:r>
        <w:t>ان کو تخت پر آئیں تو رہنے دیں ان کو۔</w:t>
      </w:r>
    </w:p>
    <w:p>
      <w:r>
        <w:rPr>
          <w:b/>
        </w:rPr>
        <w:t xml:space="preserve">[36:12] </w:t>
      </w:r>
      <w:r>
        <w:t>Aur jo doosri field hai wahan par aap khula azaadi khuli azaadi.</w:t>
      </w:r>
    </w:p>
    <w:p>
      <w:pPr>
        <w:jc w:val="right"/>
      </w:pPr>
      <w:r>
        <w:t>اور جو دوسری field ہے وہاں پر آپ کھلا آزادی کھلی آزادی۔</w:t>
      </w:r>
    </w:p>
    <w:p>
      <w:r>
        <w:rPr>
          <w:b/>
        </w:rPr>
        <w:t xml:space="preserve">[36:17] </w:t>
      </w:r>
      <w:r>
        <w:t>Dawat ke maidan mein education ke maidan mein maeeshat ke maidan mein social reform ke maidan mein. Lekin</w:t>
      </w:r>
    </w:p>
    <w:p>
      <w:pPr>
        <w:jc w:val="right"/>
      </w:pPr>
      <w:r>
        <w:t>دعوت کے میدان میں education کے میدان میں معیشت کے میدان میں social reform کے میدان میں۔ لیکن</w:t>
      </w:r>
    </w:p>
    <w:p>
      <w:r>
        <w:rPr>
          <w:b/>
        </w:rPr>
        <w:t xml:space="preserve">[36:22] </w:t>
      </w:r>
      <w:r>
        <w:t>logon ne qabool nahi kiya.</w:t>
      </w:r>
    </w:p>
    <w:p>
      <w:pPr>
        <w:jc w:val="right"/>
      </w:pPr>
      <w:r>
        <w:t>لوگوں نے قبول نہیں کیا۔</w:t>
      </w:r>
    </w:p>
    <w:p>
      <w:r>
        <w:rPr>
          <w:b/>
        </w:rPr>
        <w:t xml:space="preserve">[36:27] </w:t>
      </w:r>
      <w:r>
        <w:t>Jamaat-ud-din Afghani ne qabool nahi kiya.</w:t>
      </w:r>
    </w:p>
    <w:p>
      <w:pPr>
        <w:jc w:val="right"/>
      </w:pPr>
      <w:r>
        <w:t>جماعت الدین افغانی نے قبول نہیں کیا۔</w:t>
      </w:r>
    </w:p>
    <w:p>
      <w:r>
        <w:rPr>
          <w:b/>
        </w:rPr>
        <w:t xml:space="preserve">[36:31] </w:t>
      </w:r>
      <w:r>
        <w:t>Syed Qutb ne qabool nahi kiya.</w:t>
      </w:r>
    </w:p>
    <w:p>
      <w:pPr>
        <w:jc w:val="right"/>
      </w:pPr>
      <w:r>
        <w:t>سید قطب نے قبول نہیں کیا۔</w:t>
      </w:r>
    </w:p>
    <w:p>
      <w:r>
        <w:rPr>
          <w:b/>
        </w:rPr>
        <w:t xml:space="preserve">[36:35] </w:t>
      </w:r>
      <w:r>
        <w:t>Abu Al-Ala Maududi ne qabool nahi kiya.</w:t>
      </w:r>
    </w:p>
    <w:p>
      <w:pPr>
        <w:jc w:val="right"/>
      </w:pPr>
      <w:r>
        <w:t>ابو العلی مودی نے قبول نہیں کیا۔</w:t>
      </w:r>
    </w:p>
    <w:p>
      <w:r>
        <w:rPr>
          <w:b/>
        </w:rPr>
        <w:t xml:space="preserve">[36:40] </w:t>
      </w:r>
      <w:r>
        <w:t>Ek lambi hi list hai is ki. Aap dekhiye.</w:t>
      </w:r>
    </w:p>
    <w:p>
      <w:pPr>
        <w:jc w:val="right"/>
      </w:pPr>
      <w:r>
        <w:t>ایک لمبی ہی list ہے اس کی۔ آپ دیکھیے۔</w:t>
      </w:r>
    </w:p>
    <w:p>
      <w:r>
        <w:rPr>
          <w:b/>
        </w:rPr>
        <w:t xml:space="preserve">[36:44] </w:t>
      </w:r>
      <w:r>
        <w:t>Yaani peghambar ka uswa maujood hai.</w:t>
      </w:r>
    </w:p>
    <w:p>
      <w:pPr>
        <w:jc w:val="right"/>
      </w:pPr>
      <w:r>
        <w:t>یعنی پیغمبر کا اسوہ موجود ہے۔</w:t>
      </w:r>
    </w:p>
    <w:p>
      <w:r>
        <w:rPr>
          <w:b/>
        </w:rPr>
        <w:t xml:space="preserve">[36:48] </w:t>
      </w:r>
      <w:r>
        <w:t>aur quran kehta hai ke un ke uswa pe amal karo.</w:t>
      </w:r>
    </w:p>
    <w:p>
      <w:pPr>
        <w:jc w:val="right"/>
      </w:pPr>
      <w:r>
        <w:t>اور قرآن کہتا ہے کہ ان کے اسوہ پہ عمل کرو۔</w:t>
      </w:r>
    </w:p>
    <w:p>
      <w:r>
        <w:rPr>
          <w:b/>
        </w:rPr>
        <w:t xml:space="preserve">[36:52] </w:t>
      </w:r>
      <w:r>
        <w:t>lekin jo log islam ka jhanda uthate hain wahi is ke khilaf chalte hain.</w:t>
      </w:r>
    </w:p>
    <w:p>
      <w:pPr>
        <w:jc w:val="right"/>
      </w:pPr>
      <w:r>
        <w:t>لیکن جو لوگ اسلام کا جھنڈا اٹھاتے ہیں وہی اس کے خلاف چلتے ہیں۔</w:t>
      </w:r>
    </w:p>
    <w:p>
      <w:r>
        <w:rPr>
          <w:b/>
        </w:rPr>
        <w:t xml:space="preserve">[36:57] </w:t>
      </w:r>
      <w:r>
        <w:t>to musalmanon ke liye yeh stage ki baat reh gayi hai ke stage pe khare ho kar bolen</w:t>
      </w:r>
    </w:p>
    <w:p>
      <w:pPr>
        <w:jc w:val="right"/>
      </w:pPr>
      <w:r>
        <w:t>تو مسلمانوں کے لیے یہ stage کی بات رہ گئی ہے کہ stage پہ کھڑے ہو کر بولیں</w:t>
      </w:r>
    </w:p>
    <w:p>
      <w:r>
        <w:rPr>
          <w:b/>
        </w:rPr>
        <w:t xml:space="preserve">[37:02] </w:t>
      </w:r>
      <w:r>
        <w:t>ke hamara quran jo hai woh mukammal dastoor hai woh woh complete guidance hai woh yeh hai woh hai.</w:t>
      </w:r>
    </w:p>
    <w:p>
      <w:pPr>
        <w:jc w:val="right"/>
      </w:pPr>
      <w:r>
        <w:t>کہ ہمارا قرآن جو ہے وہ مکمل دستور ہے وہ وہ complete guidance ہے وہ یہ ہے وہ ہے۔</w:t>
      </w:r>
    </w:p>
    <w:p>
      <w:r>
        <w:rPr>
          <w:b/>
        </w:rPr>
        <w:t xml:space="preserve">[37:08] </w:t>
      </w:r>
      <w:r>
        <w:t>Only to establish their pride۔</w:t>
      </w:r>
    </w:p>
    <w:p>
      <w:pPr>
        <w:jc w:val="right"/>
      </w:pPr>
      <w:r>
        <w:t>Only to establish their pride۔</w:t>
      </w:r>
    </w:p>
    <w:p>
      <w:r>
        <w:rPr>
          <w:b/>
        </w:rPr>
        <w:t xml:space="preserve">[37:13] </w:t>
      </w:r>
      <w:r>
        <w:t>to yeh hai asal wajah jis ki wajah se musalman maujood hain dunya mein in ka bura haal</w:t>
      </w:r>
    </w:p>
    <w:p>
      <w:pPr>
        <w:jc w:val="right"/>
      </w:pPr>
      <w:r>
        <w:t>تو یہ ہے اصل وجہ جس کی وجہ سے مسلمان موجود ہیں دنیا میں ان کا برا حال</w:t>
      </w:r>
    </w:p>
    <w:p>
      <w:r>
        <w:rPr>
          <w:b/>
        </w:rPr>
        <w:t xml:space="preserve">[37:18] </w:t>
      </w:r>
      <w:r>
        <w:t>ho raha hai.</w:t>
      </w:r>
    </w:p>
    <w:p>
      <w:pPr>
        <w:jc w:val="right"/>
      </w:pPr>
      <w:r>
        <w:t>ہو رہا ہے۔</w:t>
      </w:r>
    </w:p>
    <w:p>
      <w:r>
        <w:rPr>
          <w:b/>
        </w:rPr>
        <w:t xml:space="preserve">[37:24] </w:t>
      </w:r>
      <w:r>
        <w:t>yeh asal wajah hai.</w:t>
      </w:r>
    </w:p>
    <w:p>
      <w:pPr>
        <w:jc w:val="right"/>
      </w:pPr>
      <w:r>
        <w:t>یہ اصل وجہ ہے۔</w:t>
      </w:r>
    </w:p>
    <w:p>
      <w:r>
        <w:rPr>
          <w:b/>
        </w:rPr>
        <w:t xml:space="preserve">[37:29] </w:t>
      </w:r>
      <w:r>
        <w:t>misalan abhi shaikh akbar aleh salam ki ek kitab hai.</w:t>
      </w:r>
    </w:p>
    <w:p>
      <w:pPr>
        <w:jc w:val="right"/>
      </w:pPr>
      <w:r>
        <w:t>مثلاً ابھی شیخ اکبر علیہ السلام کی ایک کتاب ہے۔</w:t>
      </w:r>
    </w:p>
    <w:p>
      <w:r>
        <w:rPr>
          <w:b/>
        </w:rPr>
        <w:t xml:space="preserve">[37:35] </w:t>
      </w:r>
      <w:r>
        <w:t>is ka title hai ke kyun doosre log aage barh gaye aur musalman peechay ho gaye.</w:t>
      </w:r>
    </w:p>
    <w:p>
      <w:pPr>
        <w:jc w:val="right"/>
      </w:pPr>
      <w:r>
        <w:t>اس کا ٹائٹل ہے کہ کیوں دوسرے لوگ آگے بڑھ گئے اور مسلمان پیچھے ہو گئے۔</w:t>
      </w:r>
    </w:p>
    <w:p>
      <w:r>
        <w:rPr>
          <w:b/>
        </w:rPr>
        <w:t xml:space="preserve">[37:41] </w:t>
      </w:r>
      <w:r>
        <w:t>batate hain kahan? jihad.</w:t>
      </w:r>
    </w:p>
    <w:p>
      <w:pPr>
        <w:jc w:val="right"/>
      </w:pPr>
      <w:r>
        <w:t>بتاتے ہیں کہاں؟ جہاد۔</w:t>
      </w:r>
    </w:p>
    <w:p>
      <w:r>
        <w:rPr>
          <w:b/>
        </w:rPr>
        <w:t xml:space="preserve">[37:47] </w:t>
      </w:r>
      <w:r>
        <w:t>yeh kyun nahi batate ke peghambar ke namune ko chhod diya? bohat bara aalim arabi zaban ka mahir</w:t>
      </w:r>
    </w:p>
    <w:p>
      <w:pPr>
        <w:jc w:val="right"/>
      </w:pPr>
      <w:r>
        <w:t>یہ کیوں نہیں بتاتے کہ پیغمبر کے نمونے کو چھوڑ دیا؟ بہت بڑا عالم عربی زبان کا ماہر</w:t>
      </w:r>
    </w:p>
    <w:p>
      <w:r>
        <w:rPr>
          <w:b/>
        </w:rPr>
        <w:t xml:space="preserve">[37:53] </w:t>
      </w:r>
      <w:r>
        <w:t>woh kehta kya hai? jihad yani qital ko chhod diya.</w:t>
      </w:r>
    </w:p>
    <w:p>
      <w:pPr>
        <w:jc w:val="right"/>
      </w:pPr>
      <w:r>
        <w:t>وہ کہتا کیا ہے؟ جہاد یعنی قتال کو چھوڑ دیا۔</w:t>
      </w:r>
    </w:p>
    <w:p>
      <w:r>
        <w:rPr>
          <w:b/>
        </w:rPr>
        <w:t xml:space="preserve">[37:59] </w:t>
      </w:r>
      <w:r>
        <w:t>aap parh lijiye is kitab ko.</w:t>
      </w:r>
    </w:p>
    <w:p>
      <w:pPr>
        <w:jc w:val="right"/>
      </w:pPr>
      <w:r>
        <w:t>آپ پڑھ لیجیے اس کتاب کو۔</w:t>
      </w:r>
    </w:p>
    <w:p>
      <w:r>
        <w:rPr>
          <w:b/>
        </w:rPr>
        <w:t xml:space="preserve">[38:05] </w:t>
      </w:r>
      <w:r>
        <w:t>halankeh kehna chahiye ke musalmanon ne quran mein hidayat di gayi thi ke peghambaron ke namune ko pakro.</w:t>
      </w:r>
    </w:p>
    <w:p>
      <w:pPr>
        <w:jc w:val="right"/>
      </w:pPr>
      <w:r>
        <w:t>حالانکہ کہنا چاہیے کہ مسلمانوں نے قرآن میں ہدایت دی گئی تھی کہ پیغمبروں کے نمونے کو پکڑو۔</w:t>
      </w:r>
    </w:p>
    <w:p>
      <w:r>
        <w:rPr>
          <w:b/>
        </w:rPr>
        <w:t xml:space="preserve">[38:11] </w:t>
      </w:r>
      <w:r>
        <w:t>tumhare halaat ke lehaz se jis peghambar ka namuna apply hota hai us ko us ko ikhtiyar karo.</w:t>
      </w:r>
    </w:p>
    <w:p>
      <w:pPr>
        <w:jc w:val="right"/>
      </w:pPr>
      <w:r>
        <w:t>تمہارے حالات کے لحاظ سے جس پیغمبر کا نمونہ اپلائی ہوتا ہے اس کو اس کو اختیار کرو۔</w:t>
      </w:r>
    </w:p>
    <w:p>
      <w:r>
        <w:rPr>
          <w:b/>
        </w:rPr>
        <w:t xml:space="preserve">[38:17] </w:t>
      </w:r>
      <w:r>
        <w:t>isi ko amal nahi kiya is musalmanon ne.</w:t>
      </w:r>
    </w:p>
    <w:p>
      <w:pPr>
        <w:jc w:val="right"/>
      </w:pPr>
      <w:r>
        <w:t>اسی کو عمل نہیں کیا اس مسلمانوں نے۔</w:t>
      </w:r>
    </w:p>
    <w:p>
      <w:r>
        <w:rPr>
          <w:b/>
        </w:rPr>
        <w:t xml:space="preserve">[38:24] </w:t>
      </w:r>
      <w:r>
        <w:t>yeh nahi bataya is mein unhon ne. aise hi</w:t>
      </w:r>
    </w:p>
    <w:p>
      <w:pPr>
        <w:jc w:val="right"/>
      </w:pPr>
      <w:r>
        <w:t>یہ نہیں بتایا اس میں انہوں نے۔ ایسے ہی</w:t>
      </w:r>
    </w:p>
    <w:p>
      <w:r>
        <w:rPr>
          <w:b/>
        </w:rPr>
        <w:t xml:space="preserve">[38:30] </w:t>
      </w:r>
      <w:r>
        <w:t>maulana aali ki ek kitab hai alam ban isi mauzu par is mein bhi yeh nahi bataya unhon ne ke musalmanon ke inehitat ka sabab kya hai? jo jar ki baat hai woh koi batata nahi. ek kitab chhapi hai english mein yani india ke musalmanon ke bare mein kaha hai ke munfa'il awazen. is mein bhi unhon ne yeh bataya ke musalmanon ki ke</w:t>
      </w:r>
    </w:p>
    <w:p>
      <w:pPr>
        <w:jc w:val="right"/>
      </w:pPr>
      <w:r>
        <w:t>مولانا عالی کی ایک کتاب ہے عالم بن اسی موضوع پر اس میں بھی یہ نہیں بتایا انہوں نے کہ مسلمانوں کے انحطاط کا سبب کیا ہے؟ جو جڑ کی بات ہے وہ کوئی بتاتا نہیں۔ ایک کتاب چھپی ہے انگلش میں یعنی انڈیا کے مسلمانوں کے بارے میں کہا ہے کہ منفعل آوازیں۔ اس میں بھی انہوں نے یہ بتایا کہ مسلمانوں کی کہ</w:t>
      </w:r>
    </w:p>
    <w:p>
      <w:r>
        <w:rPr>
          <w:b/>
        </w:rPr>
        <w:t xml:space="preserve">[39:00] </w:t>
      </w:r>
      <w:r>
        <w:t>zabah haali ka sabab yeh hai ke unhon ne quran ke mutabiq apne peghambaron se namuna allah ne chhod diya.</w:t>
      </w:r>
    </w:p>
    <w:p>
      <w:pPr>
        <w:jc w:val="right"/>
      </w:pPr>
      <w:r>
        <w:t>ذبح حالی کا سبب یہ ہے کہ انہوں نے قرآن کے مطابق اپنے پیغمبروں سے نمونہ اللہ نے چھوڑ دیا۔</w:t>
      </w:r>
    </w:p>
    <w:p>
      <w:r>
        <w:rPr>
          <w:b/>
        </w:rPr>
        <w:t xml:space="preserve">[39:07] </w:t>
      </w:r>
      <w:r>
        <w:t>doosri doosri baaten karte hain doosri baaten karte hain.</w:t>
      </w:r>
    </w:p>
    <w:p>
      <w:pPr>
        <w:jc w:val="right"/>
      </w:pPr>
      <w:r>
        <w:t>دوسری دوسری باتیں کرتے ہیں دوسری باتیں کرتے ہیں۔</w:t>
      </w:r>
    </w:p>
    <w:p>
      <w:r>
        <w:rPr>
          <w:b/>
        </w:rPr>
        <w:t xml:space="preserve">[39:15] </w:t>
      </w:r>
      <w:r>
        <w:t>to musalmanon ke liye quran ek book of guidance nahi hai book of pride hai.</w:t>
      </w:r>
    </w:p>
    <w:p>
      <w:pPr>
        <w:jc w:val="right"/>
      </w:pPr>
      <w:r>
        <w:t>تو مسلمانوں کے لیے قرآن ایک book of guidance نہیں ہے book of pride ہے۔</w:t>
      </w:r>
    </w:p>
    <w:p>
      <w:r>
        <w:rPr>
          <w:b/>
        </w:rPr>
        <w:t xml:space="preserve">[39:23] </w:t>
      </w:r>
      <w:r>
        <w:t>yani kitab hidayat nahi hai kitab fakhar hai.</w:t>
      </w:r>
    </w:p>
    <w:p>
      <w:pPr>
        <w:jc w:val="right"/>
      </w:pPr>
      <w:r>
        <w:t>یعنی کتاب ہدایت نہیں ہے کتاب فخر ہے۔</w:t>
      </w:r>
    </w:p>
    <w:p>
      <w:r>
        <w:rPr>
          <w:b/>
        </w:rPr>
        <w:t xml:space="preserve">[39:31] </w:t>
      </w:r>
      <w:r>
        <w:t>aaj ke musalmanon ke liye quran kitab fakhar bana bana hua hai kitab hidayat nahi hai.</w:t>
      </w:r>
    </w:p>
    <w:p>
      <w:pPr>
        <w:jc w:val="right"/>
      </w:pPr>
      <w:r>
        <w:t>آج کے مسلمانوں کے لیے قرآن کتاب فخر بنا بنا ہوا ہے کتاب ہدایت نہیں ہے۔</w:t>
      </w:r>
    </w:p>
    <w:p>
      <w:r>
        <w:rPr>
          <w:b/>
        </w:rPr>
        <w:t xml:space="preserve">[39:37] </w:t>
      </w:r>
      <w:r>
        <w:t>yeh hai wahid wajah jis ki wajah se musalmanon ko ka yeh haal ho raha hai ke jo</w:t>
      </w:r>
    </w:p>
    <w:p>
      <w:pPr>
        <w:jc w:val="right"/>
      </w:pPr>
      <w:r>
        <w:t>یہ ہے واحد وجہ جس کی وجہ سے مسلمانوں کو کا یہ حال ہو رہا ہے کہ جو</w:t>
      </w:r>
    </w:p>
    <w:p>
      <w:r>
        <w:rPr>
          <w:b/>
        </w:rPr>
        <w:t xml:space="preserve">[39:43] </w:t>
      </w:r>
      <w:r>
        <w:t>jo ke aap jante hain.</w:t>
      </w:r>
    </w:p>
    <w:p>
      <w:pPr>
        <w:jc w:val="right"/>
      </w:pPr>
      <w:r>
        <w:t>جو کہ آپ جانتے ہیں۔</w:t>
      </w:r>
    </w:p>
    <w:p>
      <w:r>
        <w:rPr>
          <w:b/>
        </w:rPr>
        <w:t xml:space="preserve">[39:49] </w:t>
      </w:r>
      <w:r>
        <w:t>ab mein aap ko aik aur peghambar ki misaal deta hoon.</w:t>
      </w:r>
    </w:p>
    <w:p>
      <w:pPr>
        <w:jc w:val="right"/>
      </w:pPr>
      <w:r>
        <w:t>اب میں آپ کو ایک اور پیغمبر کی مثال دیتا ہوں۔</w:t>
      </w:r>
    </w:p>
    <w:p>
      <w:r>
        <w:rPr>
          <w:b/>
        </w:rPr>
        <w:t xml:space="preserve">[39:55] </w:t>
      </w:r>
      <w:r>
        <w:t>hazrat moosa ki misaal lijiey. hazrat</w:t>
      </w:r>
    </w:p>
    <w:p>
      <w:pPr>
        <w:jc w:val="right"/>
      </w:pPr>
      <w:r>
        <w:t>حضرت موسیٰ کی مثال لیجیے۔ حضرت</w:t>
      </w:r>
    </w:p>
    <w:p>
      <w:r>
        <w:rPr>
          <w:b/>
        </w:rPr>
        <w:t xml:space="preserve">[40:01] </w:t>
      </w:r>
      <w:r>
        <w:t>moosa jab aaye misr mein to us waqt wahan par is zamane ke jo musalman thay yaani ahl</w:t>
      </w:r>
    </w:p>
    <w:p>
      <w:pPr>
        <w:jc w:val="right"/>
      </w:pPr>
      <w:r>
        <w:t>موسیٰ جب آئے مصر میں تو اس وقت وہاں پر اس زمانے کے جو مسلمان تھے یعنی اہل</w:t>
      </w:r>
    </w:p>
    <w:p>
      <w:r>
        <w:rPr>
          <w:b/>
        </w:rPr>
        <w:t xml:space="preserve">[40:07] </w:t>
      </w:r>
      <w:r>
        <w:t>e kitaab jin ko hum yahood kehte hain qadeem zamane ke musalman yahi thay yahi yahoodi.</w:t>
      </w:r>
    </w:p>
    <w:p>
      <w:pPr>
        <w:jc w:val="right"/>
      </w:pPr>
      <w:r>
        <w:t>کتاب جن کو ہم یہود کہتے ہیں قدیم زمانے کے مسلمان یہی تھے یہی یہودی۔</w:t>
      </w:r>
    </w:p>
    <w:p>
      <w:r>
        <w:rPr>
          <w:b/>
        </w:rPr>
        <w:t xml:space="preserve">[40:13] </w:t>
      </w:r>
      <w:r>
        <w:t>lekin woh haalat e zawal mein pahunch chuke thay.</w:t>
      </w:r>
    </w:p>
    <w:p>
      <w:pPr>
        <w:jc w:val="right"/>
      </w:pPr>
      <w:r>
        <w:t>لیکن وہ حالت زوال میں پہنچ چکے تھے۔</w:t>
      </w:r>
    </w:p>
    <w:p>
      <w:r>
        <w:rPr>
          <w:b/>
        </w:rPr>
        <w:t xml:space="preserve">[40:19] </w:t>
      </w:r>
      <w:r>
        <w:t>zawal ke daur mein thay woh un ka degeneration ho chuka tha.</w:t>
      </w:r>
    </w:p>
    <w:p>
      <w:pPr>
        <w:jc w:val="right"/>
      </w:pPr>
      <w:r>
        <w:t>زوال کے دور میں تھے وہ ان کا degeneration ہو چکا تھا۔</w:t>
      </w:r>
    </w:p>
    <w:p>
      <w:r>
        <w:rPr>
          <w:b/>
        </w:rPr>
        <w:t xml:space="preserve">[40:25] </w:t>
      </w:r>
      <w:r>
        <w:t>to bohat bari misaal hai haz</w:t>
      </w:r>
    </w:p>
    <w:p>
      <w:pPr>
        <w:jc w:val="right"/>
      </w:pPr>
      <w:r>
        <w:t>تو بہت بڑی مثال ہے حض</w:t>
      </w:r>
    </w:p>
    <w:p>
      <w:r>
        <w:rPr>
          <w:b/>
        </w:rPr>
        <w:t xml:space="preserve">[40:31] </w:t>
      </w:r>
      <w:r>
        <w:t>rat musa ki zindagi mein ke Allah taala ke sath hukum hua un ko ke tum iqdam kar ke falasteen mein dakhil ho jao. aur dakhil ho jaoge to tum hi kamyab rahoge. to bani israel ne kaha hum to ab nahi karenge. woh dar gaye. yeh waqia maujood hai quran mein bhi aur bible mein bhi. hazrat musa ke kehne ke bawajood bani israel falasteen mein dakhil nahi hue. is ke baad un ke upar kaha</w:t>
      </w:r>
    </w:p>
    <w:p>
      <w:pPr>
        <w:jc w:val="right"/>
      </w:pPr>
      <w:r>
        <w:t>رت موسیٰ کی زندگی میں کہ اللہ تعالیٰ کے ساتھ حکم ہوا ان کو کہ تم اقدام کر کے فلسطین میں داخل ہو جاؤ۔ اور داخل ہو جاؤ گے تو تم ہی کامیاب رہو گے۔ تو بنی اسرائیل نے کہا ہم تو اب نہیں کریں گے۔ وہ ڈر گئے۔ یہ واقعہ موجود ہے قرآن میں بھی اور بائبل میں بھی۔ حضرت موسیٰ کے کہنے کے باوجود بنی اسرائیل فلسطین میں داخل نہیں ہوئے۔ اس کے بعد ان کے اوپر کہا</w:t>
      </w:r>
    </w:p>
    <w:p>
      <w:r>
        <w:rPr>
          <w:b/>
        </w:rPr>
        <w:t xml:space="preserve">[41:01] </w:t>
      </w:r>
      <w:r>
        <w:t>gaya ke chalis saal tak sara isi tarah mein pade raho. ek nai yani boodhe log mar jayen naujawan baqi rahen sirf. achha is mein kya kya is mein namuna hai? is mein namuna yeh hai ke zawal yafta qom par aap koi buniyad nahi khari kar sakte. zawal yafta qom se na jihad hoga na idare qaim honge na jamaten banengi kuch nahi ho sakta. is ke pehle is ko khatm</w:t>
      </w:r>
    </w:p>
    <w:p>
      <w:pPr>
        <w:jc w:val="right"/>
      </w:pPr>
      <w:r>
        <w:t>گیا کہ چالیس سال تک سارا اسی طرح میں پڑے رہو۔ ایک نئی یعنی بوڑھے لوگ مر جائیں نوجوان باقی رہیں صرف۔ اچھا اس میں کیا کیا اس میں نمونہ ہے؟ اس میں نمونہ یہ ہے کہ زوال یافتہ قوم پر آپ کوئی بنیاد نہیں کھڑی کر سکتے۔ زوال یافتہ قوم سے نہ جہاد ہوگا نہ ادارے قائم ہوں گے نہ جماعتیں بنیں گی کچھ نہیں ہو سکتا۔ اس کے پہلے اس کو ختم</w:t>
      </w:r>
    </w:p>
    <w:p>
      <w:r>
        <w:rPr>
          <w:b/>
        </w:rPr>
        <w:t xml:space="preserve">[41:31] </w:t>
      </w:r>
      <w:r>
        <w:t>karna hai is ke zawal ko khatm karna hai. lekin is zamane mein musalmanon ne kya kiya? inhi zawal yafta musalman is is daur mein yeh haqeeqat hai ke zawal ki aakhrit pe pahunch chuke hain. is mein koi shakk nahi hai. aur mante bhi hain log yeh. lekin isi zawal yafta qom ko le le kar kya hua? koi muslim college bana raha hai koi muslim university bana raha hai koi</w:t>
      </w:r>
    </w:p>
    <w:p>
      <w:pPr>
        <w:jc w:val="right"/>
      </w:pPr>
      <w:r>
        <w:t>کرنا ہے اس کے زوال کو ختم کرنا ہے۔ لیکن اس زمانے میں مسلمانوں نے کیا کیا؟ انہی زوال یافتہ مسلمان اس اس دور میں یہ حقیقت ہے کہ زوال کی آخریت پہ پہنچ چکے ہیں۔ اس میں کوئی شک نہیں ہے۔ اور مانتے بھی ہیں لوگ یہ۔ لیکن اسی زوال یافتہ قوم کو لے لے کر کیا ہوا؟ کوئی مسلم کالج بنا رہا ہے کوئی مسلم یونیورسٹی بنا رہا ہے کوئی</w:t>
      </w:r>
    </w:p>
    <w:p>
      <w:r>
        <w:rPr>
          <w:b/>
        </w:rPr>
        <w:t xml:space="preserve">[42:01] </w:t>
      </w:r>
      <w:r>
        <w:t>muslim state bana raha hai koi muslim jamaat bana raha hai koi muslim organization bana raha hai inhi</w:t>
      </w:r>
    </w:p>
    <w:p>
      <w:pPr>
        <w:jc w:val="right"/>
      </w:pPr>
      <w:r>
        <w:t>مسلم اسٹیٹ بنا رہا ہے کوئی مسلم جماعت بنا رہا ہے کوئی مسلم آرگنائزیشن بنا رہا ہے انہی</w:t>
      </w:r>
    </w:p>
    <w:p>
      <w:r>
        <w:rPr>
          <w:b/>
        </w:rPr>
        <w:t xml:space="preserve">[42:06] </w:t>
      </w:r>
      <w:r>
        <w:t>logon ko le kar ke.</w:t>
      </w:r>
    </w:p>
    <w:p>
      <w:pPr>
        <w:jc w:val="right"/>
      </w:pPr>
      <w:r>
        <w:t>لوگوں کو لے کر کے۔</w:t>
      </w:r>
    </w:p>
    <w:p>
      <w:r>
        <w:rPr>
          <w:b/>
        </w:rPr>
        <w:t xml:space="preserve">[42:10] </w:t>
      </w:r>
      <w:r>
        <w:t>aur phir sab ka haal tabah hai.</w:t>
      </w:r>
    </w:p>
    <w:p>
      <w:pPr>
        <w:jc w:val="right"/>
      </w:pPr>
      <w:r>
        <w:t>اور پھر سب کا حال تباہ ہے۔</w:t>
      </w:r>
    </w:p>
    <w:p>
      <w:r>
        <w:rPr>
          <w:b/>
        </w:rPr>
        <w:t xml:space="preserve">[42:14] </w:t>
      </w:r>
      <w:r>
        <w:t>sab ke sab fail.</w:t>
      </w:r>
    </w:p>
    <w:p>
      <w:pPr>
        <w:jc w:val="right"/>
      </w:pPr>
      <w:r>
        <w:t>سب کے سب فیل۔</w:t>
      </w:r>
    </w:p>
    <w:p>
      <w:r>
        <w:rPr>
          <w:b/>
        </w:rPr>
        <w:t xml:space="preserve">[42:18] </w:t>
      </w:r>
      <w:r>
        <w:t>kyun ke demaak zadah lakri ko le kar aap koi imarat nahi bana sakte.</w:t>
      </w:r>
    </w:p>
    <w:p>
      <w:pPr>
        <w:jc w:val="right"/>
      </w:pPr>
      <w:r>
        <w:t>کیونکہ دیمک زدہ لکڑی کو لے کر آپ کوئی عمارت نہیں بنا سکتے۔</w:t>
      </w:r>
    </w:p>
    <w:p>
      <w:r>
        <w:rPr>
          <w:b/>
        </w:rPr>
        <w:t xml:space="preserve">[42:23] </w:t>
      </w:r>
      <w:r>
        <w:t>jis lakri mein demaak lag raha ho lag chuka ho us se imarat nahi banti.</w:t>
      </w:r>
    </w:p>
    <w:p>
      <w:pPr>
        <w:jc w:val="right"/>
      </w:pPr>
      <w:r>
        <w:t>جس لکڑی میں دیمک لگ رہا ہو لگ چکا ہو اس سے عمارت نہیں بنتی۔</w:t>
      </w:r>
    </w:p>
    <w:p>
      <w:r>
        <w:rPr>
          <w:b/>
        </w:rPr>
        <w:t xml:space="preserve">[42:27] </w:t>
      </w:r>
      <w:r>
        <w:t>to jin logon ka haal yeh ho ke woh zawal yafta ho chuke hain degeneration un ka</w:t>
      </w:r>
    </w:p>
    <w:p>
      <w:pPr>
        <w:jc w:val="right"/>
      </w:pPr>
      <w:r>
        <w:t>تو جن لوگوں کا حال یہ ہو کہ وہ زوال یافتہ ہو چکے ہیں degeneration ان کا</w:t>
      </w:r>
    </w:p>
    <w:p>
      <w:r>
        <w:rPr>
          <w:b/>
        </w:rPr>
        <w:t xml:space="preserve">[42:31] </w:t>
      </w:r>
      <w:r>
        <w:t>ho chuka hai to sab se pehle un ko regenerate karna hai.</w:t>
      </w:r>
    </w:p>
    <w:p>
      <w:pPr>
        <w:jc w:val="right"/>
      </w:pPr>
      <w:r>
        <w:t>ہو چکا ہے تو سب سے پہلے ان کو regenerate کرنا ہے۔</w:t>
      </w:r>
    </w:p>
    <w:p>
      <w:r>
        <w:rPr>
          <w:b/>
        </w:rPr>
        <w:t xml:space="preserve">[42:35] </w:t>
      </w:r>
      <w:r>
        <w:t>pehla kaam regeneration hai.</w:t>
      </w:r>
    </w:p>
    <w:p>
      <w:pPr>
        <w:jc w:val="right"/>
      </w:pPr>
      <w:r>
        <w:t>پہلا کام regeneration ہے۔</w:t>
      </w:r>
    </w:p>
    <w:p>
      <w:r>
        <w:rPr>
          <w:b/>
        </w:rPr>
        <w:t xml:space="preserve">[42:38] </w:t>
      </w:r>
      <w:r>
        <w:t>lekin logon ne kiya kiya? regeneration ke baghair hi bare bare idaray.</w:t>
      </w:r>
    </w:p>
    <w:p>
      <w:pPr>
        <w:jc w:val="right"/>
      </w:pPr>
      <w:r>
        <w:t>لیکن لوگوں نے کیا کیا؟ regeneration کے بغیر ہی بڑے بڑے ادارے۔</w:t>
      </w:r>
    </w:p>
    <w:p>
      <w:r>
        <w:rPr>
          <w:b/>
        </w:rPr>
        <w:t xml:space="preserve">[42:42] </w:t>
      </w:r>
      <w:r>
        <w:t>bare bare idaray.</w:t>
      </w:r>
    </w:p>
    <w:p>
      <w:pPr>
        <w:jc w:val="right"/>
      </w:pPr>
      <w:r>
        <w:t>بڑے بڑے ادارے۔</w:t>
      </w:r>
    </w:p>
    <w:p>
      <w:r>
        <w:rPr>
          <w:b/>
        </w:rPr>
        <w:t xml:space="preserve">[42:45] </w:t>
      </w:r>
      <w:r>
        <w:t>koi muslim college bana raha hai koi muslim university bana raha hai koi muslim state bana raha hai.</w:t>
      </w:r>
    </w:p>
    <w:p>
      <w:pPr>
        <w:jc w:val="right"/>
      </w:pPr>
      <w:r>
        <w:t>کوئی مسلم کالج بنا رہا ہے کوئی مسلم یونیورسٹی بنا رہا ہے کوئی مسلم اسٹیٹ بنا رہا ہے۔</w:t>
      </w:r>
    </w:p>
    <w:p>
      <w:r>
        <w:rPr>
          <w:b/>
        </w:rPr>
        <w:t xml:space="preserve">[42:48] </w:t>
      </w:r>
      <w:r>
        <w:t>koi muslim organization bana raha hai.</w:t>
      </w:r>
    </w:p>
    <w:p>
      <w:pPr>
        <w:jc w:val="right"/>
      </w:pPr>
      <w:r>
        <w:t>کوئی مسلم آرگنائزیشن بنا رہا ہے۔</w:t>
      </w:r>
    </w:p>
    <w:p>
      <w:r>
        <w:rPr>
          <w:b/>
        </w:rPr>
        <w:t xml:space="preserve">[42:52] </w:t>
      </w:r>
      <w:r>
        <w:t>aur sab ke sab fail.</w:t>
      </w:r>
    </w:p>
    <w:p>
      <w:pPr>
        <w:jc w:val="right"/>
      </w:pPr>
      <w:r>
        <w:t>اور سب کے سب فیل۔</w:t>
      </w:r>
    </w:p>
    <w:p>
      <w:r>
        <w:rPr>
          <w:b/>
        </w:rPr>
        <w:t xml:space="preserve">[42:55] </w:t>
      </w:r>
      <w:r>
        <w:t>sab ke sab fail.</w:t>
      </w:r>
    </w:p>
    <w:p>
      <w:pPr>
        <w:jc w:val="right"/>
      </w:pPr>
      <w:r>
        <w:t>سب کے سب فیل۔</w:t>
      </w:r>
    </w:p>
    <w:p>
      <w:r>
        <w:rPr>
          <w:b/>
        </w:rPr>
        <w:t xml:space="preserve">[42:59] </w:t>
      </w:r>
      <w:r>
        <w:t>koi aik bhi nahi hai in mein se jis ka</w:t>
      </w:r>
    </w:p>
    <w:p>
      <w:pPr>
        <w:jc w:val="right"/>
      </w:pPr>
      <w:r>
        <w:t>کوئی ایک بھی نہیں ہے ان میں سے جس کا</w:t>
      </w:r>
    </w:p>
    <w:p>
      <w:r>
        <w:rPr>
          <w:b/>
        </w:rPr>
        <w:t xml:space="preserve">[43:02] </w:t>
      </w:r>
      <w:r>
        <w:t>jo yani field state field university field college field organization sab ke sab fail. kyunke degenerated logon ke zariye se koi koi bara kaam nahi ho sakta. jab qaum is halat mein pahunch jao to is ko regenerate karo. to Allah taala ne hukum diya wahan Musa ke zamane mein ke in ko daal do sara isi tarah mein. in ke sab boodhe mar jayen. boodhe ke mani kya hain? jo de</w:t>
      </w:r>
    </w:p>
    <w:p>
      <w:pPr>
        <w:jc w:val="right"/>
      </w:pPr>
      <w:r>
        <w:t>جو یعنی فیلڈ اسٹیٹ فیلڈ یونیورسٹی فیلڈ کالج فیلڈ آرگنائزیشن سب کے سب فیل۔ کیونکہ degenerated لوگوں کے ذریعے سے کوئی کوئی بڑا کام نہیں ہو سکتا۔ جب قوم اس حالت میں پہنچ جاؤ تو اس کو regenerate کرو۔ تو اللہ تعالیٰ نے حکم دیا وہاں موسیٰ کے زمانے میں کہ ان کو ڈال دو سارا اسی طرح میں۔ ان کے سب بوڑھے مر جائیں۔ بوڑھے کے معنی کیا ہیں؟ جو de</w:t>
      </w:r>
    </w:p>
    <w:p>
      <w:r>
        <w:rPr>
          <w:b/>
        </w:rPr>
        <w:t xml:space="preserve">[43:32] </w:t>
      </w:r>
      <w:r>
        <w:t>connection jin ki condition hi akhirat tak ho chuki hai.</w:t>
      </w:r>
    </w:p>
    <w:p>
      <w:pPr>
        <w:jc w:val="right"/>
      </w:pPr>
      <w:r>
        <w:t>connection جن کی کنڈیشن ہی آخریت تک ہو چکی ہے۔</w:t>
      </w:r>
    </w:p>
    <w:p>
      <w:r>
        <w:rPr>
          <w:b/>
        </w:rPr>
        <w:t xml:space="preserve">[43:35] </w:t>
      </w:r>
      <w:r>
        <w:t>woh khatam ho jayen.</w:t>
      </w:r>
    </w:p>
    <w:p>
      <w:pPr>
        <w:jc w:val="right"/>
      </w:pPr>
      <w:r>
        <w:t>وہ ختم ہو جائیں۔</w:t>
      </w:r>
    </w:p>
    <w:p>
      <w:r>
        <w:rPr>
          <w:b/>
        </w:rPr>
        <w:t xml:space="preserve">[43:39] </w:t>
      </w:r>
      <w:r>
        <w:t>naye naujawan paida hon.</w:t>
      </w:r>
    </w:p>
    <w:p>
      <w:pPr>
        <w:jc w:val="right"/>
      </w:pPr>
      <w:r>
        <w:t>نئے نوجوان پیدا ہوں۔</w:t>
      </w:r>
    </w:p>
    <w:p>
      <w:r>
        <w:rPr>
          <w:b/>
        </w:rPr>
        <w:t xml:space="preserve">[43:42] </w:t>
      </w:r>
      <w:r>
        <w:t>in mein tablegh karo.</w:t>
      </w:r>
    </w:p>
    <w:p>
      <w:pPr>
        <w:jc w:val="right"/>
      </w:pPr>
      <w:r>
        <w:t>ان میں تبلیغ کرو۔</w:t>
      </w:r>
    </w:p>
    <w:p>
      <w:r>
        <w:rPr>
          <w:b/>
        </w:rPr>
        <w:t xml:space="preserve">[43:45] </w:t>
      </w:r>
      <w:r>
        <w:t>in mein in ko regenerate karo.</w:t>
      </w:r>
    </w:p>
    <w:p>
      <w:pPr>
        <w:jc w:val="right"/>
      </w:pPr>
      <w:r>
        <w:t>ان میں ان کو regenerate کرو۔</w:t>
      </w:r>
    </w:p>
    <w:p>
      <w:r>
        <w:rPr>
          <w:b/>
        </w:rPr>
        <w:t xml:space="preserve">[43:49] </w:t>
      </w:r>
      <w:r>
        <w:t>phir woh woh aagay barh kar jihad karein ge.</w:t>
      </w:r>
    </w:p>
    <w:p>
      <w:pPr>
        <w:jc w:val="right"/>
      </w:pPr>
      <w:r>
        <w:t>پھر وہ وہ آگے بڑھ کر جہاد کریں گے۔</w:t>
      </w:r>
    </w:p>
    <w:p>
      <w:r>
        <w:rPr>
          <w:b/>
        </w:rPr>
        <w:t xml:space="preserve">[43:52] </w:t>
      </w:r>
      <w:r>
        <w:t>yehi hua wahan par.</w:t>
      </w:r>
    </w:p>
    <w:p>
      <w:pPr>
        <w:jc w:val="right"/>
      </w:pPr>
      <w:r>
        <w:t>یہی ہوا وہاں پر۔</w:t>
      </w:r>
    </w:p>
    <w:p>
      <w:r>
        <w:rPr>
          <w:b/>
        </w:rPr>
        <w:t xml:space="preserve">[43:55] </w:t>
      </w:r>
      <w:r>
        <w:t>to dekhiye Hazrat Musa ki misaal ke oopar kisi ne amal kiya? idaray banaye universityan banaye hukoomatein banaye</w:t>
      </w:r>
    </w:p>
    <w:p>
      <w:pPr>
        <w:jc w:val="right"/>
      </w:pPr>
      <w:r>
        <w:t>تو دیکھیے حضرت موسیٰ کی مثال کے اوپر کسی نے عمل کیا؟ ادارے بنائے یونیورسٹیاں بنائیں حکومتیں بنائیں</w:t>
      </w:r>
    </w:p>
    <w:p>
      <w:r>
        <w:rPr>
          <w:b/>
        </w:rPr>
        <w:t xml:space="preserve">[43:59] </w:t>
      </w:r>
      <w:r>
        <w:t>tanzeemat banaye jamaatein banaye</w:t>
      </w:r>
    </w:p>
    <w:p>
      <w:pPr>
        <w:jc w:val="right"/>
      </w:pPr>
      <w:r>
        <w:t>تنظیمات بنائیں جماعتیں بنائیں</w:t>
      </w:r>
    </w:p>
    <w:p>
      <w:r>
        <w:rPr>
          <w:b/>
        </w:rPr>
        <w:t xml:space="preserve">[44:02] </w:t>
      </w:r>
      <w:r>
        <w:t>lekan kisi ne bhi yeh nahi kiya ke pehle qom ko regenerate karo.</w:t>
      </w:r>
    </w:p>
    <w:p>
      <w:pPr>
        <w:jc w:val="right"/>
      </w:pPr>
      <w:r>
        <w:t>لیکن کسی نے بھی یہ نہیں کیا کہ پہلے قوم کو regenerate کرو۔</w:t>
      </w:r>
    </w:p>
    <w:p>
      <w:r>
        <w:rPr>
          <w:b/>
        </w:rPr>
        <w:t xml:space="preserve">[44:06] </w:t>
      </w:r>
      <w:r>
        <w:t>yeh to kisi ne kiya nahi.</w:t>
      </w:r>
    </w:p>
    <w:p>
      <w:pPr>
        <w:jc w:val="right"/>
      </w:pPr>
      <w:r>
        <w:t>یہ تو کسی نے کیا نہیں۔</w:t>
      </w:r>
    </w:p>
    <w:p>
      <w:r>
        <w:rPr>
          <w:b/>
        </w:rPr>
        <w:t xml:space="preserve">[44:10] </w:t>
      </w:r>
      <w:r>
        <w:t>yani starting point hi ghalat.</w:t>
      </w:r>
    </w:p>
    <w:p>
      <w:pPr>
        <w:jc w:val="right"/>
      </w:pPr>
      <w:r>
        <w:t>یعنی starting point ہی غلط۔</w:t>
      </w:r>
    </w:p>
    <w:p>
      <w:r>
        <w:rPr>
          <w:b/>
        </w:rPr>
        <w:t xml:space="preserve">[44:14] </w:t>
      </w:r>
      <w:r>
        <w:t>to nateeja bhi ghalat hai.</w:t>
      </w:r>
    </w:p>
    <w:p>
      <w:pPr>
        <w:jc w:val="right"/>
      </w:pPr>
      <w:r>
        <w:t>تو نتیجہ بھی غلط ہے۔</w:t>
      </w:r>
    </w:p>
    <w:p>
      <w:r>
        <w:rPr>
          <w:b/>
        </w:rPr>
        <w:t xml:space="preserve">[44:18] </w:t>
      </w:r>
      <w:r>
        <w:t>starting point ghalat to nateeja bhi ghalat hai.</w:t>
      </w:r>
    </w:p>
    <w:p>
      <w:pPr>
        <w:jc w:val="right"/>
      </w:pPr>
      <w:r>
        <w:t>starting point غلط تو نتیجہ بھی غلط ہے۔</w:t>
      </w:r>
    </w:p>
    <w:p>
      <w:r>
        <w:rPr>
          <w:b/>
        </w:rPr>
        <w:t xml:space="preserve">[44:22] </w:t>
      </w:r>
      <w:r>
        <w:t>ab aap aik aur misaal lijiye Hazrat Masih ki.</w:t>
      </w:r>
    </w:p>
    <w:p>
      <w:pPr>
        <w:jc w:val="right"/>
      </w:pPr>
      <w:r>
        <w:t>اب آپ ایک اور مثال لیجیے حضرت مسیح کی۔</w:t>
      </w:r>
    </w:p>
    <w:p>
      <w:r>
        <w:rPr>
          <w:b/>
        </w:rPr>
        <w:t xml:space="preserve">[44:26] </w:t>
      </w:r>
      <w:r>
        <w:t>us waqt Musalmanon ki haalat yeh hai ke agar yeh koi yeh kahe ke Masih jismani taur par</w:t>
      </w:r>
    </w:p>
    <w:p>
      <w:pPr>
        <w:jc w:val="right"/>
      </w:pPr>
      <w:r>
        <w:t>اس وقت مسلمانوں کی حالت یہ ہے کہ اگر یہ کوئی یہ کہے کہ مسیح جسمانی طور پر</w:t>
      </w:r>
    </w:p>
    <w:p>
      <w:r>
        <w:rPr>
          <w:b/>
        </w:rPr>
        <w:t xml:space="preserve">[44:30] </w:t>
      </w:r>
      <w:r>
        <w:t>aasman se nahi aanay walay hain un ka role</w:t>
      </w:r>
    </w:p>
    <w:p>
      <w:pPr>
        <w:jc w:val="right"/>
      </w:pPr>
      <w:r>
        <w:t>آسمان سے نہیں آنے والے ہیں ان کا role</w:t>
      </w:r>
    </w:p>
    <w:p>
      <w:r>
        <w:rPr>
          <w:b/>
        </w:rPr>
        <w:t xml:space="preserve">[44:33] </w:t>
      </w:r>
      <w:r>
        <w:t>role ke maani mein hai to is ko saaray Musalman is ko kafir batayein ge pata nahi kya</w:t>
      </w:r>
    </w:p>
    <w:p>
      <w:pPr>
        <w:jc w:val="right"/>
      </w:pPr>
      <w:r>
        <w:t>رول کے معنی میں ہے تو اس کو سارے مسلمان اس کو کافر بتائیں گے پتہ نہیں کیا</w:t>
      </w:r>
    </w:p>
    <w:p>
      <w:r>
        <w:rPr>
          <w:b/>
        </w:rPr>
        <w:t xml:space="preserve">[44:39] </w:t>
      </w:r>
      <w:r>
        <w:t>karein ge is ko mukhalif ho jayein ge.</w:t>
      </w:r>
    </w:p>
    <w:p>
      <w:pPr>
        <w:jc w:val="right"/>
      </w:pPr>
      <w:r>
        <w:t>کریں گے اس کو مخالف ہو جائیں گے۔</w:t>
      </w:r>
    </w:p>
    <w:p>
      <w:r>
        <w:rPr>
          <w:b/>
        </w:rPr>
        <w:t xml:space="preserve">[44:44] </w:t>
      </w:r>
      <w:r>
        <w:t>halankay yeh is ka ta'alluq Quran se nahi hai is maslay ka.</w:t>
      </w:r>
    </w:p>
    <w:p>
      <w:pPr>
        <w:jc w:val="right"/>
      </w:pPr>
      <w:r>
        <w:t>حالانکہ یہ اس کا تعلق قرآن سے نہیں ہے اس مسئلے کا۔</w:t>
      </w:r>
    </w:p>
    <w:p>
      <w:r>
        <w:rPr>
          <w:b/>
        </w:rPr>
        <w:t xml:space="preserve">[44:50] </w:t>
      </w:r>
      <w:r>
        <w:t>جو مسئلے سے تعلق ہے وہ حضرت مسیح کا role model حضرت مسیح کا role model کیا</w:t>
      </w:r>
    </w:p>
    <w:p>
      <w:pPr>
        <w:jc w:val="right"/>
      </w:pPr>
      <w:r>
        <w:t>جو مسئلے سے تعلق ہے وہ حضرت مسیح کا role role model حضرت مسیح کا role model کیا</w:t>
      </w:r>
    </w:p>
    <w:p>
      <w:r>
        <w:rPr>
          <w:b/>
        </w:rPr>
        <w:t xml:space="preserve">[44:55] </w:t>
      </w:r>
      <w:r>
        <w:t>hai? Peaceful dawah work.</w:t>
      </w:r>
    </w:p>
    <w:p>
      <w:pPr>
        <w:jc w:val="right"/>
      </w:pPr>
      <w:r>
        <w:t>ہے؟ Peaceful dawah work۔</w:t>
      </w:r>
    </w:p>
    <w:p>
      <w:r>
        <w:rPr>
          <w:b/>
        </w:rPr>
        <w:t xml:space="preserve">[45:00] </w:t>
      </w:r>
      <w:r>
        <w:t>Hazrat Masih ka role model hai peaceful dawah work.</w:t>
      </w:r>
    </w:p>
    <w:p>
      <w:pPr>
        <w:jc w:val="right"/>
      </w:pPr>
      <w:r>
        <w:t>حضرت مسیح کا role model ہے peaceful dawah work۔</w:t>
      </w:r>
    </w:p>
    <w:p>
      <w:r>
        <w:rPr>
          <w:b/>
        </w:rPr>
        <w:t xml:space="preserve">[45:06] </w:t>
      </w:r>
      <w:r>
        <w:t>unhon ne kaha tha ke jo tum tumhara kurta manga hai tumhein chooga bhi de do.</w:t>
      </w:r>
    </w:p>
    <w:p>
      <w:pPr>
        <w:jc w:val="right"/>
      </w:pPr>
      <w:r>
        <w:t>انہوں نے کہا تھا کہ جو تم تمہارا کرتا مانگا ہے تمہیں چوغا بھی دے دو۔</w:t>
      </w:r>
    </w:p>
    <w:p>
      <w:r>
        <w:rPr>
          <w:b/>
        </w:rPr>
        <w:t xml:space="preserve">[45:10] </w:t>
      </w:r>
      <w:r>
        <w:t>is ke maani ke har yani you have to establish peace at any cost.</w:t>
      </w:r>
    </w:p>
    <w:p>
      <w:pPr>
        <w:jc w:val="right"/>
      </w:pPr>
      <w:r>
        <w:t>اس کے معنی کہ ہر یعنی you have to establish peace at any cost۔</w:t>
      </w:r>
    </w:p>
    <w:p>
      <w:r>
        <w:rPr>
          <w:b/>
        </w:rPr>
        <w:t xml:space="preserve">[45:15] </w:t>
      </w:r>
      <w:r>
        <w:t>aur phir dawat ke kaam karo.</w:t>
      </w:r>
    </w:p>
    <w:p>
      <w:pPr>
        <w:jc w:val="right"/>
      </w:pPr>
      <w:r>
        <w:t>اور پھر دعوت کے کام کرو۔</w:t>
      </w:r>
    </w:p>
    <w:p>
      <w:r>
        <w:rPr>
          <w:b/>
        </w:rPr>
        <w:t xml:space="preserve">[45:19] </w:t>
      </w:r>
      <w:r>
        <w:t>aur nateeja kya kya hua ke un ke mannay walon ne is par amal kiya to aaj dunya</w:t>
      </w:r>
    </w:p>
    <w:p>
      <w:pPr>
        <w:jc w:val="right"/>
      </w:pPr>
      <w:r>
        <w:t>اور نتیجہ کیا کیا ہوا کہ ان کے ماننے والوں نے اس پر عمل کیا تو آج دنیا</w:t>
      </w:r>
    </w:p>
    <w:p>
      <w:r>
        <w:rPr>
          <w:b/>
        </w:rPr>
        <w:t xml:space="preserve">[45:24] </w:t>
      </w:r>
      <w:r>
        <w:t>mein sab se ziyada tadad unhi ki hai.</w:t>
      </w:r>
    </w:p>
    <w:p>
      <w:pPr>
        <w:jc w:val="right"/>
      </w:pPr>
      <w:r>
        <w:t>میں سب سے زیادہ تعداد انہی کی ہے۔</w:t>
      </w:r>
    </w:p>
    <w:p>
      <w:r>
        <w:rPr>
          <w:b/>
        </w:rPr>
        <w:t xml:space="preserve">[45:28] </w:t>
      </w:r>
      <w:r>
        <w:t>sab se ziyada gint number unhi ka hai.</w:t>
      </w:r>
    </w:p>
    <w:p>
      <w:pPr>
        <w:jc w:val="right"/>
      </w:pPr>
      <w:r>
        <w:t>سب سے زیادہ گنت نمبر انہی کا ہے۔</w:t>
      </w:r>
    </w:p>
    <w:p>
      <w:r>
        <w:rPr>
          <w:b/>
        </w:rPr>
        <w:t xml:space="preserve">[45:33] </w:t>
      </w:r>
      <w:r>
        <w:t>kyunke peaceful dawah work aaj kisi musalman ki samajh mein aati hai yeh baat?</w:t>
      </w:r>
    </w:p>
    <w:p>
      <w:pPr>
        <w:jc w:val="right"/>
      </w:pPr>
      <w:r>
        <w:t>کیونکہ peaceful dawah work آج کسی مسلمان کی سمجھ میں آتی ہے یہ بات؟</w:t>
      </w:r>
    </w:p>
    <w:p>
      <w:r>
        <w:rPr>
          <w:b/>
        </w:rPr>
        <w:t xml:space="preserve">[45:37] </w:t>
      </w:r>
      <w:r>
        <w:t>takrao aur jihad aur qital ki baat khud samajh mein aati hai.</w:t>
      </w:r>
    </w:p>
    <w:p>
      <w:pPr>
        <w:jc w:val="right"/>
      </w:pPr>
      <w:r>
        <w:t>ٹکراؤ اور جہاد اور قتال کی بات خود سمجھ میں آتی ہے۔</w:t>
      </w:r>
    </w:p>
    <w:p>
      <w:r>
        <w:rPr>
          <w:b/>
        </w:rPr>
        <w:t xml:space="preserve">[45:43] </w:t>
      </w:r>
      <w:r>
        <w:t>Peaceful dawah work kyunke peaceful dawah work ki qeemat hai.</w:t>
      </w:r>
    </w:p>
    <w:p>
      <w:pPr>
        <w:jc w:val="right"/>
      </w:pPr>
      <w:r>
        <w:t>Peaceful dawah work کیونکہ peaceful dawah work کی قیمت ہے۔</w:t>
      </w:r>
    </w:p>
    <w:p>
      <w:r>
        <w:rPr>
          <w:b/>
        </w:rPr>
        <w:t xml:space="preserve">[45:48] </w:t>
      </w:r>
      <w:r>
        <w:t>woh qeemat yahi hai ke karta manga hai choga bhi de do.</w:t>
      </w:r>
    </w:p>
    <w:p>
      <w:pPr>
        <w:jc w:val="right"/>
      </w:pPr>
      <w:r>
        <w:t>وہ قیمت یہی ہے کہ کرتا مانگا ہے چوغا بھی دے دو۔</w:t>
      </w:r>
    </w:p>
    <w:p>
      <w:r>
        <w:rPr>
          <w:b/>
        </w:rPr>
        <w:t xml:space="preserve">[45:54] </w:t>
      </w:r>
      <w:r>
        <w:t>matlab unki unki sharton ko maan lo unki condition ko maan lo.</w:t>
      </w:r>
    </w:p>
    <w:p>
      <w:pPr>
        <w:jc w:val="right"/>
      </w:pPr>
      <w:r>
        <w:t>مطلب ان کی ان کی شرطوں کو مان لو ان کی کنڈیشن کو مان لو۔</w:t>
      </w:r>
    </w:p>
    <w:p>
      <w:r>
        <w:rPr>
          <w:b/>
        </w:rPr>
        <w:t xml:space="preserve">[45:59] </w:t>
      </w:r>
      <w:r>
        <w:t>tab ja kar peace qaim hoga tab ja kar peaceful dawah work hoga.</w:t>
      </w:r>
    </w:p>
    <w:p>
      <w:pPr>
        <w:jc w:val="right"/>
      </w:pPr>
      <w:r>
        <w:t>تب جا کر peace قائم ہوگا تب جا کر peaceful dawah work ہوگا۔</w:t>
      </w:r>
    </w:p>
    <w:p>
      <w:r>
        <w:rPr>
          <w:b/>
        </w:rPr>
        <w:t xml:space="preserve">[46:05] </w:t>
      </w:r>
      <w:r>
        <w:t>to yeh halat hai musalmanon ki.</w:t>
      </w:r>
    </w:p>
    <w:p>
      <w:pPr>
        <w:jc w:val="right"/>
      </w:pPr>
      <w:r>
        <w:t>تو یہ حالت ہے مسلمانوں کی۔</w:t>
      </w:r>
    </w:p>
    <w:p>
      <w:r>
        <w:rPr>
          <w:b/>
        </w:rPr>
        <w:t xml:space="preserve">[46:10] </w:t>
      </w:r>
      <w:r>
        <w:t>aap ko is par sochna hai aur right starting point se apne kaam ko aage badhana hai. Allah taala meri aur aap ki madad farmaye. Assalam o alaikum wa rehmatullah. Maulana yeh sawal roor</w:t>
      </w:r>
    </w:p>
    <w:p>
      <w:pPr>
        <w:jc w:val="right"/>
      </w:pPr>
      <w:r>
        <w:t>آپ کو اس پر سوچنا ہے اورright starting point سے اپنے کام کو آگے بڑھانا ہے۔ اللہ تعالیٰ میری اور آپ کی مدد فرمائے۔ السلام علیکم ورحمتہ اللہ۔ مولانا یہ سوال روڑ</w:t>
      </w:r>
    </w:p>
    <w:p>
      <w:r>
        <w:rPr>
          <w:b/>
        </w:rPr>
        <w:t xml:space="preserve">[46:40] </w:t>
      </w:r>
      <w:r>
        <w:t>ki aaya hai Sajid Anwar sahib ka. unhon ne likha hai: "What are the prerequisites for contemplation on the Quran and how can we draw the correct lessons from it?" Maulana sahib please guide me on this. Dekhiye is ka koi koi method nahi hota. Quran ko parhna is se guidance nikalna is ka koi method nahi hota.</w:t>
      </w:r>
    </w:p>
    <w:p>
      <w:pPr>
        <w:jc w:val="right"/>
      </w:pPr>
      <w:r>
        <w:t>کی آیا ہے ساجد انور صاحب کا۔ انہوں نے لکھا ہے: "What are the prerequisites for contemplation on the Quran and how can we draw the correct lessons from it?" مولانا صاحب please guide me on this۔ دیکھیے اس کا کوئی کوئی method نہیں ہوتا۔ قرآن کو پڑھنا اس سے guidance نکالنا اس کا کوئی method نہیں ہوتا۔</w:t>
      </w:r>
    </w:p>
    <w:p>
      <w:r>
        <w:rPr>
          <w:b/>
        </w:rPr>
        <w:t xml:space="preserve">[47:10] </w:t>
      </w:r>
      <w:r>
        <w:t>is ke liye sirf ek hi shart hai ke aap sach much sach much aisa chahte ho.</w:t>
      </w:r>
    </w:p>
    <w:p>
      <w:pPr>
        <w:jc w:val="right"/>
      </w:pPr>
      <w:r>
        <w:t>اس کے لیے صرف ایک ہی شرط ہے کہ آپ سچ مچ سچ مچ ایسا چاہتے ہوں۔</w:t>
      </w:r>
    </w:p>
    <w:p>
      <w:r>
        <w:rPr>
          <w:b/>
        </w:rPr>
        <w:t xml:space="preserve">[47:18] </w:t>
      </w:r>
      <w:r>
        <w:t>bas jis ko quran mein jis ko hadith mein niyat kaha gaya hai ke sab kuch niyat par</w:t>
      </w:r>
    </w:p>
    <w:p>
      <w:pPr>
        <w:jc w:val="right"/>
      </w:pPr>
      <w:r>
        <w:t>بس جس کو قرآن میں جس کو حدیث میں نیت کہا گیا ہے کہ سب کچھ نیت پر</w:t>
      </w:r>
    </w:p>
    <w:p>
      <w:r>
        <w:rPr>
          <w:b/>
        </w:rPr>
        <w:t xml:space="preserve">[47:26] </w:t>
      </w:r>
      <w:r>
        <w:t>har cheez niyat par base karti hai to niyat ka matlab yahi hai ke aap sach much aap</w:t>
      </w:r>
    </w:p>
    <w:p>
      <w:pPr>
        <w:jc w:val="right"/>
      </w:pPr>
      <w:r>
        <w:t>ہر چیز نیت پر base کرتی ہے تو نیت کا مطلب یہی ہے کہ آپ سچ مچ آپ</w:t>
      </w:r>
    </w:p>
    <w:p>
      <w:r>
        <w:rPr>
          <w:b/>
        </w:rPr>
        <w:t xml:space="preserve">[47:33] </w:t>
      </w:r>
      <w:r>
        <w:t>ne is ko chaha ho.</w:t>
      </w:r>
    </w:p>
    <w:p>
      <w:pPr>
        <w:jc w:val="right"/>
      </w:pPr>
      <w:r>
        <w:t>نے اس کو چاہا ہو۔</w:t>
      </w:r>
    </w:p>
    <w:p>
      <w:r>
        <w:rPr>
          <w:b/>
        </w:rPr>
        <w:t xml:space="preserve">[47:41] </w:t>
      </w:r>
      <w:r>
        <w:t>sach sach is ke aap is ko aap ne concern bana liya ho ke mujhe to Quran se kuch samajh na aaye. mujhe to Quran ko samajh na aaye. bas log aise hi parhte hain kisi ne tafsir parh liya kisi ne kuch kar liya kisi ne kar liya lekin sach sach haqeeqi maanon mein talib banna talib woh to mujhe in maanon mein koi batao mere ilm mein to hai hi nahi. haqeeqi maani</w:t>
      </w:r>
    </w:p>
    <w:p>
      <w:pPr>
        <w:jc w:val="right"/>
      </w:pPr>
      <w:r>
        <w:t>سچ مچ اس کے آپ اس کو آپ نے concern بنا لیا ہو کہ مجھے تو قرآن سے کچھ سمجھ نہ آئے۔ مجھے تو قرآن کو سمجھ نہ آئے۔ بس لوگ ایسے ہی پڑھتے ہیں کسی نے تفسیر پڑھ لیا کسی نے کچھ کر لیا کسی نے کر لیا لیکن سچ مچ حقیقی معنوں میں طالب بننا طالب وہ تو مجھے ان معنوں میں کوئی بتاؤ میرے علم میں تو ہے ہی نہیں۔ حقیقی معن</w:t>
      </w:r>
    </w:p>
    <w:p>
      <w:r>
        <w:rPr>
          <w:b/>
        </w:rPr>
        <w:t xml:space="preserve">[48:11] </w:t>
      </w:r>
      <w:r>
        <w:t>on mein talib quran banna mere ilm mein to koi aadmi aisa hai hi nahi.</w:t>
      </w:r>
    </w:p>
    <w:p>
      <w:pPr>
        <w:jc w:val="right"/>
      </w:pPr>
      <w:r>
        <w:t>وں میں طالب قرآن بننا میرے علم میں تو کوئی آدمی ایسا ہے ہی نہیں۔</w:t>
      </w:r>
    </w:p>
    <w:p>
      <w:r>
        <w:rPr>
          <w:b/>
        </w:rPr>
        <w:t xml:space="preserve">[48:17] </w:t>
      </w:r>
      <w:r>
        <w:t>agar hai to is ka mujhe naam bataiye aap.</w:t>
      </w:r>
    </w:p>
    <w:p>
      <w:pPr>
        <w:jc w:val="right"/>
      </w:pPr>
      <w:r>
        <w:t>اگر ہے تو اس کا مجھے نام بتائیے آپ۔</w:t>
      </w:r>
    </w:p>
    <w:p>
      <w:r>
        <w:rPr>
          <w:b/>
        </w:rPr>
        <w:t xml:space="preserve">[48:23] </w:t>
      </w:r>
      <w:r>
        <w:t>kyunke hota yeh hai ke jab aap haqeeqi maanon mein aap talib quran ban jaye to aap bohat</w:t>
      </w:r>
    </w:p>
    <w:p>
      <w:pPr>
        <w:jc w:val="right"/>
      </w:pPr>
      <w:r>
        <w:t>کیونکہ ہوتا یہ ہے کہ جب آپ حقیقی معنوں میں آپ طالب قرآن بن جائیں تو آپ بہت</w:t>
      </w:r>
    </w:p>
    <w:p>
      <w:r>
        <w:rPr>
          <w:b/>
        </w:rPr>
        <w:t xml:space="preserve">[48:30] </w:t>
      </w:r>
      <w:r>
        <w:t>sincere ho jate hain.</w:t>
      </w:r>
    </w:p>
    <w:p>
      <w:pPr>
        <w:jc w:val="right"/>
      </w:pPr>
      <w:r>
        <w:t>sincere ہو جاتے ہیں۔</w:t>
      </w:r>
    </w:p>
    <w:p>
      <w:r>
        <w:rPr>
          <w:b/>
        </w:rPr>
        <w:t xml:space="preserve">[48:36] </w:t>
      </w:r>
      <w:r>
        <w:t>aap bohat ziyada is ka ehtimam karte hain ke koi ghalti na mujh se ho jaye.</w:t>
      </w:r>
    </w:p>
    <w:p>
      <w:pPr>
        <w:jc w:val="right"/>
      </w:pPr>
      <w:r>
        <w:t>آپ بہت زیادہ اس کا اہتمام کرتے ہیں کہ کوئی غلطی نہ مجھ سے ہو جائے۔</w:t>
      </w:r>
    </w:p>
    <w:p>
      <w:r>
        <w:rPr>
          <w:b/>
        </w:rPr>
        <w:t xml:space="preserve">[48:42] </w:t>
      </w:r>
      <w:r>
        <w:t>aap ki sincerity aap ko rokti hai is se ke koi ghalt matlab nikalein aap. aap ki sincerity jo hai woh roak ban jati hai is mein ke aap koi ghalt matlab nikal lein is se. kabhi nahi nahi nikalenge aap agar sincere hain aap. aur doosre ke aap dua khoob karte hain. kyunke dekhiye Quran ka author kaun hai? Allah taala</w:t>
      </w:r>
    </w:p>
    <w:p>
      <w:pPr>
        <w:jc w:val="right"/>
      </w:pPr>
      <w:r>
        <w:t>آپ کی sincerity آپ کو روکتی ہے اس سے کہ کوئی غلط مطلب نکالیں آپ۔ آپ کی sincerity جو ہے وہ روک بن جاتی ہے اس میں کہ آپ کوئی غلط مطلب نکال لیں اس سے۔ کبھی نہیں نہیں نکالیں گے آپ اگر sincere ہیں آپ۔ اور دوسرے کہ آپ دعا خوب کرتے ہیں۔ کیونکہ دیکھیے قرآن کا author کون ہے؟ اللہ تعالیٰ</w:t>
      </w:r>
    </w:p>
    <w:p>
      <w:r>
        <w:rPr>
          <w:b/>
        </w:rPr>
        <w:t xml:space="preserve">[49:12] </w:t>
      </w:r>
      <w:r>
        <w:t>hai.</w:t>
      </w:r>
    </w:p>
    <w:p>
      <w:pPr>
        <w:jc w:val="right"/>
      </w:pPr>
      <w:r>
        <w:t>ہے۔</w:t>
      </w:r>
    </w:p>
    <w:p>
      <w:r>
        <w:rPr>
          <w:b/>
        </w:rPr>
        <w:t xml:space="preserve">[49:17] </w:t>
      </w:r>
      <w:r>
        <w:t>aur allah taala ki sifat yeh batai gayi hai ke ke allah se dua mango to tum us</w:t>
      </w:r>
    </w:p>
    <w:p>
      <w:pPr>
        <w:jc w:val="right"/>
      </w:pPr>
      <w:r>
        <w:t>اور اللہ تعالیٰ کی صفت یہ بتائی گئی ہے کہ کہ اللہ سے دعا مانگو تو تم اس</w:t>
      </w:r>
    </w:p>
    <w:p>
      <w:r>
        <w:rPr>
          <w:b/>
        </w:rPr>
        <w:t xml:space="preserve">[49:22] </w:t>
      </w:r>
      <w:r>
        <w:t>ko apne qareeb pao ge.</w:t>
      </w:r>
    </w:p>
    <w:p>
      <w:pPr>
        <w:jc w:val="right"/>
      </w:pPr>
      <w:r>
        <w:t>کو اپنے قریب پاؤ گے۔</w:t>
      </w:r>
    </w:p>
    <w:p>
      <w:r>
        <w:rPr>
          <w:b/>
        </w:rPr>
        <w:t xml:space="preserve">[49:27] </w:t>
      </w:r>
      <w:r>
        <w:t>jis ke maani kya hain? ke quran ek aisi kitab hai jis ka author consult karne ke liye</w:t>
      </w:r>
    </w:p>
    <w:p>
      <w:pPr>
        <w:jc w:val="right"/>
      </w:pPr>
      <w:r>
        <w:t>جس کے معنی کیا ہیں؟ کہ قرآن ایک ایسی کتاب ہے جس کا author consult کرنے کے لیے</w:t>
      </w:r>
    </w:p>
    <w:p>
      <w:r>
        <w:rPr>
          <w:b/>
        </w:rPr>
        <w:t xml:space="preserve">[49:32] </w:t>
      </w:r>
      <w:r>
        <w:t>aap ke paas har waqt maujood hai.</w:t>
      </w:r>
    </w:p>
    <w:p>
      <w:pPr>
        <w:jc w:val="right"/>
      </w:pPr>
      <w:r>
        <w:t>آپ کے پاس ہر وقت موجود ہے۔</w:t>
      </w:r>
    </w:p>
    <w:p>
      <w:r>
        <w:rPr>
          <w:b/>
        </w:rPr>
        <w:t xml:space="preserve">[49:37] </w:t>
      </w:r>
      <w:r>
        <w:t>aap ghor kijiye jis kitab ka author</w:t>
      </w:r>
    </w:p>
    <w:p>
      <w:pPr>
        <w:jc w:val="right"/>
      </w:pPr>
      <w:r>
        <w:t>آپ غور کیجیے جس کتاب کا author</w:t>
      </w:r>
    </w:p>
    <w:p>
      <w:r>
        <w:rPr>
          <w:b/>
        </w:rPr>
        <w:t xml:space="preserve">[49:43] </w:t>
      </w:r>
      <w:r>
        <w:t>har waqt aap ke liye available ho consult karne ke liye to is se bari khush qismati kya</w:t>
      </w:r>
    </w:p>
    <w:p>
      <w:pPr>
        <w:jc w:val="right"/>
      </w:pPr>
      <w:r>
        <w:t>ہر وقت آپ کے لیے available ہو consult کرنے کے لیے تو اس سے بڑی خوش قسمتی کیا</w:t>
      </w:r>
    </w:p>
    <w:p>
      <w:r>
        <w:rPr>
          <w:b/>
        </w:rPr>
        <w:t xml:space="preserve">[49:53] </w:t>
      </w:r>
      <w:r>
        <w:t>ho sakti hai? lekin is tarah parhta kaun hai quran ko? har aadmi discussion bhejta hai har waqt</w:t>
      </w:r>
    </w:p>
    <w:p>
      <w:pPr>
        <w:jc w:val="right"/>
      </w:pPr>
      <w:r>
        <w:t>ہو سکتی ہے؟ لیکن اس طرح پڑھتا کون ہے قرآن کو؟ ہر آدمی discussion بھیجتا ہے ہر وقت</w:t>
      </w:r>
    </w:p>
    <w:p>
      <w:r>
        <w:rPr>
          <w:b/>
        </w:rPr>
        <w:t xml:space="preserve">[50:03] </w:t>
      </w:r>
      <w:r>
        <w:t>discussion har waqt discussion to jab aap discussion bhejenge to aap</w:t>
      </w:r>
    </w:p>
    <w:p>
      <w:pPr>
        <w:jc w:val="right"/>
      </w:pPr>
      <w:r>
        <w:t>discussion ہر وقت discussion تو جب آپ discussion بھیجیں گے تو آپ</w:t>
      </w:r>
    </w:p>
    <w:p>
      <w:r>
        <w:rPr>
          <w:b/>
        </w:rPr>
        <w:t xml:space="preserve">[50:13] </w:t>
      </w:r>
      <w:r>
        <w:t>talib-e-quran kaise banenge? to iski koi alag se shart nahin hai mere nazdeek.</w:t>
      </w:r>
    </w:p>
    <w:p>
      <w:pPr>
        <w:jc w:val="right"/>
      </w:pPr>
      <w:r>
        <w:t>طالب قرآن کیسے بنیں گے؟ تو اس کی کوئی الگ سے شرط نہیں ہے میرے نزدیک۔</w:t>
      </w:r>
    </w:p>
    <w:p>
      <w:r>
        <w:rPr>
          <w:b/>
        </w:rPr>
        <w:t xml:space="preserve">[50:20] </w:t>
      </w:r>
      <w:r>
        <w:t>True sense mein talib ban jaana bas yahi shart hai.</w:t>
      </w:r>
    </w:p>
    <w:p>
      <w:pPr>
        <w:jc w:val="right"/>
      </w:pPr>
      <w:r>
        <w:t>True sense میں طالب بن جانا بس یہی شرط ہے۔</w:t>
      </w:r>
    </w:p>
    <w:p>
      <w:r>
        <w:rPr>
          <w:b/>
        </w:rPr>
        <w:t xml:space="preserve">[50:28] </w:t>
      </w:r>
      <w:r>
        <w:t>maulana agla sawal lene se pehle ek comment padhna chahenge jo aap ke pichhle Sunday taqreer ko</w:t>
      </w:r>
    </w:p>
    <w:p>
      <w:pPr>
        <w:jc w:val="right"/>
      </w:pPr>
      <w:r>
        <w:t>مولانا اگلا سوال لینے سے پہلے ایک comment پڑھنا چاہیں گے جو آپ کے پچھلے Sunday تقریر کو</w:t>
      </w:r>
    </w:p>
    <w:p>
      <w:r>
        <w:rPr>
          <w:b/>
        </w:rPr>
        <w:t xml:space="preserve">[50:35] </w:t>
      </w:r>
      <w:r>
        <w:t>le kar Pakistan se Saifullah sahib ne bheja hai.</w:t>
      </w:r>
    </w:p>
    <w:p>
      <w:pPr>
        <w:jc w:val="right"/>
      </w:pPr>
      <w:r>
        <w:t>لے کر پاکستان سے سیف اللہ صاحب نے بھیجا ہے۔</w:t>
      </w:r>
    </w:p>
    <w:p>
      <w:r>
        <w:rPr>
          <w:b/>
        </w:rPr>
        <w:t xml:space="preserve">[50:43] </w:t>
      </w:r>
      <w:r>
        <w:t>unhon ne likha hai: "Maulana sachi dawah bilashuba khair khwahi ke baghair nahi ho sakti. aur musalman ki maujooda falsehood soch khair khwahi aur dawah ke liye qatil hai. aap ki taqreer ne is pehlu ko mazeed numayan kiya. bilashuba ahl e maghrib hamare mohsin hain. aap ki har taqreer marifat aur wisdom se bharpoor</w:t>
      </w:r>
    </w:p>
    <w:p>
      <w:pPr>
        <w:jc w:val="right"/>
      </w:pPr>
      <w:r>
        <w:t>انہوں نے لکھا ہے: "مولانا سچی دعوت بلاشبہ خیر خواہی کے بغیر نہیں ہو سکتی۔ اور مسلمان کی موجودہ falsehood سوچ خیر خواہی اور دعوت کے لیے قاتل ہے۔ آپ کی تقریر نے اس پہلو کو مزید نمایاں کیا۔ بلاشبہ اہل مغرب ہمارے محسن ہیں۔ آپ کی ہر تقریر معرفت اور wisdom سے بھرپور</w:t>
      </w:r>
    </w:p>
    <w:p>
      <w:r>
        <w:rPr>
          <w:b/>
        </w:rPr>
        <w:t xml:space="preserve">[51:13] </w:t>
      </w:r>
      <w:r>
        <w:t>hoti hai.</w:t>
      </w:r>
    </w:p>
    <w:p>
      <w:pPr>
        <w:jc w:val="right"/>
      </w:pPr>
      <w:r>
        <w:t>ہوتی ہے۔</w:t>
      </w:r>
    </w:p>
    <w:p>
      <w:r>
        <w:rPr>
          <w:b/>
        </w:rPr>
        <w:t xml:space="preserve">[51:18] </w:t>
      </w:r>
      <w:r>
        <w:t>maulana Allah aap ko lambi umar aur jaza-e-khair de. " Maulana agla sawal Pennsylvania se Khwaja Kaleemuddin</w:t>
      </w:r>
    </w:p>
    <w:p>
      <w:pPr>
        <w:jc w:val="right"/>
      </w:pPr>
      <w:r>
        <w:t>مولانا اللہ آپ کو لمبی عمر اور جزائے خیر دے۔" مولانا اگلا سوال Pennsylvania سے خواجہ کلیم الدین</w:t>
      </w:r>
    </w:p>
    <w:p>
      <w:r>
        <w:rPr>
          <w:b/>
        </w:rPr>
        <w:t xml:space="preserve">[51:23] </w:t>
      </w:r>
      <w:r>
        <w:t>sahib ne bheja hai.</w:t>
      </w:r>
    </w:p>
    <w:p>
      <w:pPr>
        <w:jc w:val="right"/>
      </w:pPr>
      <w:r>
        <w:t>صاحب نے بھیجا ہے۔</w:t>
      </w:r>
    </w:p>
    <w:p>
      <w:r>
        <w:rPr>
          <w:b/>
        </w:rPr>
        <w:t xml:space="preserve">[51:28] </w:t>
      </w:r>
      <w:r>
        <w:t>unhon ne likha hai: "Maulana sahib you mentioned in the Al-Risalah March two thousand fourteen under the title</w:t>
      </w:r>
    </w:p>
    <w:p>
      <w:pPr>
        <w:jc w:val="right"/>
      </w:pPr>
      <w:r>
        <w:t>انہوں نے لکھا ہے: "مولانا صاحب you mentioned in the Al-Risalah March two thousand fourteen under the title</w:t>
      </w:r>
    </w:p>
    <w:p>
      <w:r>
        <w:rPr>
          <w:b/>
        </w:rPr>
        <w:t xml:space="preserve">[51:33] </w:t>
      </w:r>
      <w:r>
        <w:t>Prophetic Model that Prophet left many models for us to follow after him.</w:t>
      </w:r>
    </w:p>
    <w:p>
      <w:pPr>
        <w:jc w:val="right"/>
      </w:pPr>
      <w:r>
        <w:t>Prophetic Model that Prophet left many models for us to follow after him.</w:t>
      </w:r>
    </w:p>
    <w:p>
      <w:r>
        <w:rPr>
          <w:b/>
        </w:rPr>
        <w:t xml:space="preserve">[51:38] </w:t>
      </w:r>
      <w:r>
        <w:t>One of his mod</w:t>
      </w:r>
    </w:p>
    <w:p>
      <w:pPr>
        <w:jc w:val="right"/>
      </w:pPr>
      <w:r>
        <w:t>One of his mod</w:t>
      </w:r>
    </w:p>
    <w:p>
      <w:r>
        <w:rPr>
          <w:b/>
        </w:rPr>
        <w:t xml:space="preserve">[51:43] </w:t>
      </w:r>
      <w:r>
        <w:t>els you mentioned that he left Quran and Sunnah behind for us. Explaining this you said according to this he left a strong literature in the form of Quran and Sunnah and a strong team of Sahaba so that the mission of Islam continues for long. Then you said that in the footsteps of this model today a person who wants to carry the Prophet's mission forward should r</w:t>
      </w:r>
    </w:p>
    <w:p>
      <w:pPr>
        <w:jc w:val="right"/>
      </w:pPr>
      <w:r>
        <w:t>els you mentioned that he left قرآن and سنت behind for us. Explaining this you said according to this he left a strong literature in the form of قرآن and سنت and a strong team of صحابہ so that the mission of Islam continues for long. Then you said that in the footsteps of this model today a person who wants to carry the Prophet's mission forward should r</w:t>
      </w:r>
    </w:p>
    <w:p>
      <w:r>
        <w:rPr>
          <w:b/>
        </w:rPr>
        <w:t xml:space="preserve">[52:13] </w:t>
      </w:r>
      <w:r>
        <w:t>ise and create a strong explanatory literature of Islam and a dedicated team so that the mission of</w:t>
      </w:r>
    </w:p>
    <w:p>
      <w:pPr>
        <w:jc w:val="right"/>
      </w:pPr>
      <w:r>
        <w:t>ise and create a strong explanatory literature of Islam and a dedicated team so that the mission of</w:t>
      </w:r>
    </w:p>
    <w:p>
      <w:r>
        <w:rPr>
          <w:b/>
        </w:rPr>
        <w:t xml:space="preserve">[52:19] </w:t>
      </w:r>
      <w:r>
        <w:t>Islam thrives for the times to come.</w:t>
      </w:r>
    </w:p>
    <w:p>
      <w:pPr>
        <w:jc w:val="right"/>
      </w:pPr>
      <w:r>
        <w:t>Islam thrives for the times to come.</w:t>
      </w:r>
    </w:p>
    <w:p>
      <w:r>
        <w:rPr>
          <w:b/>
        </w:rPr>
        <w:t xml:space="preserve">[52:25] </w:t>
      </w:r>
      <w:r>
        <w:t>Maulana sahib in this regard I would confess that the literature you produced is the only strong literature</w:t>
      </w:r>
    </w:p>
    <w:p>
      <w:pPr>
        <w:jc w:val="right"/>
      </w:pPr>
      <w:r>
        <w:t>مولانا صاحب in this regard I would confess that the literature you produced is the only strong literature</w:t>
      </w:r>
    </w:p>
    <w:p>
      <w:r>
        <w:rPr>
          <w:b/>
        </w:rPr>
        <w:t xml:space="preserve">[52:31] </w:t>
      </w:r>
      <w:r>
        <w:t>in the whole world that explains Prophet's mission positively in the modern idiom.</w:t>
      </w:r>
    </w:p>
    <w:p>
      <w:pPr>
        <w:jc w:val="right"/>
      </w:pPr>
      <w:r>
        <w:t>in the whole world that explains Prophet's mission positively in the modern idiom.</w:t>
      </w:r>
    </w:p>
    <w:p>
      <w:r>
        <w:rPr>
          <w:b/>
        </w:rPr>
        <w:t xml:space="preserve">[52:37] </w:t>
      </w:r>
      <w:r>
        <w:t>But we as CPS members find oursel</w:t>
      </w:r>
    </w:p>
    <w:p>
      <w:pPr>
        <w:jc w:val="right"/>
      </w:pPr>
      <w:r>
        <w:t>But we as CPS members find oursel</w:t>
      </w:r>
    </w:p>
    <w:p>
      <w:r>
        <w:rPr>
          <w:b/>
        </w:rPr>
        <w:t xml:space="preserve">[52:43] </w:t>
      </w:r>
      <w:r>
        <w:t>ves weak in the sense that we are mostly immersed in solving our personal and family problems more</w:t>
      </w:r>
    </w:p>
    <w:p>
      <w:pPr>
        <w:jc w:val="right"/>
      </w:pPr>
      <w:r>
        <w:t>ves weak in the sense that we are mostly immersed in solving our personal and family problems more</w:t>
      </w:r>
    </w:p>
    <w:p>
      <w:r>
        <w:rPr>
          <w:b/>
        </w:rPr>
        <w:t xml:space="preserve">[52:50] </w:t>
      </w:r>
      <w:r>
        <w:t>than spreading the literature.</w:t>
      </w:r>
    </w:p>
    <w:p>
      <w:pPr>
        <w:jc w:val="right"/>
      </w:pPr>
      <w:r>
        <w:t>than spreading the literature.</w:t>
      </w:r>
    </w:p>
    <w:p>
      <w:r>
        <w:rPr>
          <w:b/>
        </w:rPr>
        <w:t xml:space="preserve">[52:56] </w:t>
      </w:r>
      <w:r>
        <w:t>Therefore Maulana I ask you to guide us how to be very dedicated giving whole of our time</w:t>
      </w:r>
    </w:p>
    <w:p>
      <w:pPr>
        <w:jc w:val="right"/>
      </w:pPr>
      <w:r>
        <w:t>Therefore مولانا I ask you to guide us how to be very dedicated giving whole of our time</w:t>
      </w:r>
    </w:p>
    <w:p>
      <w:r>
        <w:rPr>
          <w:b/>
        </w:rPr>
        <w:t xml:space="preserve">[53:02] </w:t>
      </w:r>
      <w:r>
        <w:t>in spreading the message of Islam. " dekhiye aap ne jo likha hai ke log family mein phanse rehte</w:t>
      </w:r>
    </w:p>
    <w:p>
      <w:pPr>
        <w:jc w:val="right"/>
      </w:pPr>
      <w:r>
        <w:t>in spreading the message of Islam۔" دیکھیے آپ نے جو لکھا ہے کہ لوگ family میں پھنسے رہتے</w:t>
      </w:r>
    </w:p>
    <w:p>
      <w:r>
        <w:rPr>
          <w:b/>
        </w:rPr>
        <w:t xml:space="preserve">[53:08] </w:t>
      </w:r>
      <w:r>
        <w:t>hain yeh baat bilkul sahi hai.</w:t>
      </w:r>
    </w:p>
    <w:p>
      <w:pPr>
        <w:jc w:val="right"/>
      </w:pPr>
      <w:r>
        <w:t>ہیں یہ بات بالکل صحیح ہے۔</w:t>
      </w:r>
    </w:p>
    <w:p>
      <w:r>
        <w:rPr>
          <w:b/>
        </w:rPr>
        <w:t xml:space="preserve">[53:15] </w:t>
      </w:r>
      <w:r>
        <w:t>is ka hal har giz har giz yeh nahi ke aap is ka solution nikalein. aap kuch kar nahi sakte. jin jin log phanse hue hain woh dekhiye kya kar paye woh. un ko Allah ke hawale kijiye. family ko Allah ke hawale kijiye. agar aap chahein ke aap khud is ke problem ko solve karein to aap yaqeen kijiye ke aap mar jayenge kar nahi payenge. main ne bohat misalein mere samne</w:t>
      </w:r>
    </w:p>
    <w:p>
      <w:pPr>
        <w:jc w:val="right"/>
      </w:pPr>
      <w:r>
        <w:t>اس کا حل ہرگز ہرگز یہ نہیں کہ آپ اس کا solution نکالیں۔ آپ کچھ کر نہیں سکتے۔ جن جن لوگ پھنسے ہوئے ہیں وہ دیکھیے کیا کر پائے وہ۔ ان کو اللہ کے حوالے کیجیے۔ Family کو اللہ کے حوالے کیجیے۔ اگر آپ چاہیں کہ آپ خود اس کے problem کو solve کریں تو آپ یقین کیجیے کہ آپ مر جائیں گے کر نہیں پائیں گے۔ میں نے بہت مثالیں میرے سامنے</w:t>
      </w:r>
    </w:p>
    <w:p>
      <w:r>
        <w:rPr>
          <w:b/>
        </w:rPr>
        <w:t xml:space="preserve">[53:45] </w:t>
      </w:r>
      <w:r>
        <w:t>hain ke family phanse rahe phanse rahe phanse rahe aate hain ke khatm ho gaye.</w:t>
      </w:r>
    </w:p>
    <w:p>
      <w:pPr>
        <w:jc w:val="right"/>
      </w:pPr>
      <w:r>
        <w:t>ہیں کہ family پھنسے رہے پھنسے رہے پھنسے رہے آتے ہیں کہ ختم ہو گئے۔</w:t>
      </w:r>
    </w:p>
    <w:p>
      <w:r>
        <w:rPr>
          <w:b/>
        </w:rPr>
        <w:t xml:space="preserve">[53:52] </w:t>
      </w:r>
      <w:r>
        <w:t>to mera mashwara sirf yeh hoga ke mission ko apna maqsad banaiye aur family ko Allah ke hawale kijiye.</w:t>
      </w:r>
    </w:p>
    <w:p>
      <w:pPr>
        <w:jc w:val="right"/>
      </w:pPr>
      <w:r>
        <w:t>تو میرا مشورہ صرف یہ ہوگا کہ mission کو اپنا مقصد بنائیے اور family کو اللہ کے حوالے کیجیے۔</w:t>
      </w:r>
    </w:p>
    <w:p>
      <w:r>
        <w:rPr>
          <w:b/>
        </w:rPr>
        <w:t xml:space="preserve">[54:00] </w:t>
      </w:r>
      <w:r>
        <w:t>bas yeh jo Allah ka mission hai divine mission is ko apna maqsad banaiye aur family ko Allah</w:t>
      </w:r>
    </w:p>
    <w:p>
      <w:pPr>
        <w:jc w:val="right"/>
      </w:pPr>
      <w:r>
        <w:t>بس یہ جو اللہ کا mission ہے divine mission اس کو اپنا مقصد بنائیے اور family کو اللہ</w:t>
      </w:r>
    </w:p>
    <w:p>
      <w:r>
        <w:rPr>
          <w:b/>
        </w:rPr>
        <w:t xml:space="preserve">[54:07] </w:t>
      </w:r>
      <w:r>
        <w:t>ke hawale kijiye.</w:t>
      </w:r>
    </w:p>
    <w:p>
      <w:pPr>
        <w:jc w:val="right"/>
      </w:pPr>
      <w:r>
        <w:t>کے حوالے کیجیے۔</w:t>
      </w:r>
    </w:p>
    <w:p>
      <w:r>
        <w:rPr>
          <w:b/>
        </w:rPr>
        <w:t xml:space="preserve">[54:15] </w:t>
      </w:r>
      <w:r>
        <w:t>kijiye yeh yeh main yeh baat Quran ki is aayat se nikali hai ke Allah yaani Allah zaroor</w:t>
      </w:r>
    </w:p>
    <w:p>
      <w:pPr>
        <w:jc w:val="right"/>
      </w:pPr>
      <w:r>
        <w:t>کیجیے یہ یہ میں یہ بات قرآن کی اس آیت سے نکالی ہے کہ اللہ یعنی اللہ ضرور</w:t>
      </w:r>
    </w:p>
    <w:p>
      <w:r>
        <w:rPr>
          <w:b/>
        </w:rPr>
        <w:t xml:space="preserve">[54:25] </w:t>
      </w:r>
      <w:r>
        <w:t>is ki madad karega jo Allah ki madad kare.</w:t>
      </w:r>
    </w:p>
    <w:p>
      <w:pPr>
        <w:jc w:val="right"/>
      </w:pPr>
      <w:r>
        <w:t>اس کی مدد کرے گا جو اللہ کی مدد کرے۔</w:t>
      </w:r>
    </w:p>
    <w:p>
      <w:r>
        <w:rPr>
          <w:b/>
        </w:rPr>
        <w:t xml:space="preserve">[54:35] </w:t>
      </w:r>
      <w:r>
        <w:t>yani jo Allah ke mission mein apne aap ko lagaye to Allah zaroor us ke kamon mein is</w:t>
      </w:r>
    </w:p>
    <w:p>
      <w:pPr>
        <w:jc w:val="right"/>
      </w:pPr>
      <w:r>
        <w:t>یعنی جو اللہ کے mission میں اپنے آپ کو لگائے تو اللہ ضرور اس کے کاموں میں اس</w:t>
      </w:r>
    </w:p>
    <w:p>
      <w:r>
        <w:rPr>
          <w:b/>
        </w:rPr>
        <w:t xml:space="preserve">[54:45] </w:t>
      </w:r>
      <w:r>
        <w:t>ka madadgar ban jayega.</w:t>
      </w:r>
    </w:p>
    <w:p>
      <w:pPr>
        <w:jc w:val="right"/>
      </w:pPr>
      <w:r>
        <w:t>کا مددگار بن جائے گا۔</w:t>
      </w:r>
    </w:p>
    <w:p>
      <w:r>
        <w:rPr>
          <w:b/>
        </w:rPr>
        <w:t xml:space="preserve">[54:55] </w:t>
      </w:r>
      <w:r>
        <w:t>Maulana agla sawal Chennai se aaya hai Mr K Nadeem ne kiya hai.</w:t>
      </w:r>
    </w:p>
    <w:p>
      <w:pPr>
        <w:jc w:val="right"/>
      </w:pPr>
      <w:r>
        <w:t>مولانا اگلا سوال چنئی سے آیا ہے مسٹر کے ندیم نے کیا ہے۔</w:t>
      </w:r>
    </w:p>
    <w:p>
      <w:r>
        <w:rPr>
          <w:b/>
        </w:rPr>
        <w:t xml:space="preserve">[55:01] </w:t>
      </w:r>
      <w:r>
        <w:t>Unhon ne likha hai: "In your book 'Islam is the creator of modern age' you have given credit</w:t>
      </w:r>
    </w:p>
    <w:p>
      <w:pPr>
        <w:jc w:val="right"/>
      </w:pPr>
      <w:r>
        <w:t>انہوں نے لکھا ہے: "In your book 'Islam is the creator of modern age' you have given credit</w:t>
      </w:r>
    </w:p>
    <w:p>
      <w:r>
        <w:rPr>
          <w:b/>
        </w:rPr>
        <w:t xml:space="preserve">[55:07] </w:t>
      </w:r>
      <w:r>
        <w:t>to Muslims for their contribution which lasted over a period of ten long centuries.</w:t>
      </w:r>
    </w:p>
    <w:p>
      <w:pPr>
        <w:jc w:val="right"/>
      </w:pPr>
      <w:r>
        <w:t>to Muslims for their contribution which lasted over a period of ten long centuries.</w:t>
      </w:r>
    </w:p>
    <w:p>
      <w:r>
        <w:rPr>
          <w:b/>
        </w:rPr>
        <w:t xml:space="preserve">[55:13] </w:t>
      </w:r>
      <w:r>
        <w:t>But in your last Sunday talk on thirtieth March what I understood of your saying that Muslim just</w:t>
      </w:r>
    </w:p>
    <w:p>
      <w:pPr>
        <w:jc w:val="right"/>
      </w:pPr>
      <w:r>
        <w:t>But in your last Sunday talk on thirtieth March what I understood of your saying that Muslim just</w:t>
      </w:r>
    </w:p>
    <w:p>
      <w:r>
        <w:rPr>
          <w:b/>
        </w:rPr>
        <w:t xml:space="preserve">[55:19] </w:t>
      </w:r>
      <w:r>
        <w:t>made little imp</w:t>
      </w:r>
    </w:p>
    <w:p>
      <w:pPr>
        <w:jc w:val="right"/>
      </w:pPr>
      <w:r>
        <w:t>made little imp</w:t>
      </w:r>
    </w:p>
    <w:p>
      <w:r>
        <w:rPr>
          <w:b/>
        </w:rPr>
        <w:t xml:space="preserve">[55:25] </w:t>
      </w:r>
      <w:r>
        <w:t>rovement, not more than that, which looked like a little underestimation. Maulana sahib I would need your inputs on this." Dekhiye aap ne woh kitab ko bas shayad ek baar parha hai. Aur jo aadmi ek baar parhega woh hamari kitab ko samajh nahin sakta. Aap kehte hain ke main ne Muslim ko credit de diya hai. Kon si line mein hai ke main ne Muslim ko credit diya hai? Modern world ko. Kon kon si line hai is mein? Kon sa</w:t>
      </w:r>
    </w:p>
    <w:p>
      <w:pPr>
        <w:jc w:val="right"/>
      </w:pPr>
      <w:r>
        <w:t>rovement, not more than that, which looked like a little underestimation. مولانا صاحب I would need your inputs on this." دیکھیے آپ نے وہ کتاب کو بس شاید ایک بار پڑھا ہے۔ اور جو آدمی ایک بار پڑھے گا وہ ہماری کتاب کو سمجھ نہیں سکتا۔ آپ کہتے ہیں کہ میں نے مسلم کو credit دے دیا ہے۔ کون سی لائن میں ہے کہ میں نے مسلم کو credit دیا ہے؟ Modern world کو۔ کون کون سی لائن ہے اس میں؟ کون سا</w:t>
      </w:r>
    </w:p>
    <w:p>
      <w:r>
        <w:rPr>
          <w:b/>
        </w:rPr>
        <w:t xml:space="preserve">[55:55] </w:t>
      </w:r>
      <w:r>
        <w:t>page hai? Main ne Islam ko hi diya hai Muslim ko nahin. Main ne Muslim ko koi credit nahin diya is mein. Jo diya hai Islam ko hi diya hai yaani Islam ki ideology of tauheed. Aur yeh main ne naqal kiya hai ail.in.b ne yeh baat likhi thi sab se pehle. Isi ko main ne mazeed aage elaborate kiya hai. Sach much yeh to yeh concept ail.in.b ka hai jo main ne elaborate kiya hai. Ke ideology of tauheed jo</w:t>
      </w:r>
    </w:p>
    <w:p>
      <w:pPr>
        <w:jc w:val="right"/>
      </w:pPr>
      <w:r>
        <w:t>page ہے؟ میں نے اسلام کو ہی دیا ہے مسلم کو نہیں۔ میں نے مسلم کو کوئی credit نہیں دیا اس میں۔ جو دیا ہے اسلام کو ہی دیا ہے یعنی اسلام کی ideology of توحید۔ اور یہ میں نے نقل کیا ہے آئل ڈاٹ آئی این بی نے یہ بات لکھی تھی سب سے پہلے۔ اسی کو میں نے مزید آگے elaborate کیا ہے۔ سچ مچ یہ تو یہ concept آئل ڈاٹ آئی این بی کا ہے جو میں نے elaborate کیا ہے۔ کہ ideology of توحید جو</w:t>
      </w:r>
    </w:p>
    <w:p>
      <w:r>
        <w:rPr>
          <w:b/>
        </w:rPr>
        <w:t xml:space="preserve">[56:25] </w:t>
      </w:r>
      <w:r>
        <w:t>hai woh hai creator. Muslim nahin.</w:t>
      </w:r>
    </w:p>
    <w:p>
      <w:pPr>
        <w:jc w:val="right"/>
      </w:pPr>
      <w:r>
        <w:t>ہے وہ ہے creator۔ مسلم نہیں۔</w:t>
      </w:r>
    </w:p>
    <w:p>
      <w:r>
        <w:rPr>
          <w:b/>
        </w:rPr>
        <w:t xml:space="preserve">[56:29] </w:t>
      </w:r>
      <w:r>
        <w:t>Yeh to aap ne pata nahin kahin samajh liya.</w:t>
      </w:r>
    </w:p>
    <w:p>
      <w:pPr>
        <w:jc w:val="right"/>
      </w:pPr>
      <w:r>
        <w:t>یہ تو آپ نے پتہ نہیں کہیں سمجھ لیا۔</w:t>
      </w:r>
    </w:p>
    <w:p>
      <w:r>
        <w:rPr>
          <w:b/>
        </w:rPr>
        <w:t xml:space="preserve">[56:33] </w:t>
      </w:r>
      <w:r>
        <w:t>Aap dobara padhiye is ko.</w:t>
      </w:r>
    </w:p>
    <w:p>
      <w:pPr>
        <w:jc w:val="right"/>
      </w:pPr>
      <w:r>
        <w:t>آپ دوبارہ پڑھیے اس کو۔</w:t>
      </w:r>
    </w:p>
    <w:p>
      <w:r>
        <w:rPr>
          <w:b/>
        </w:rPr>
        <w:t xml:space="preserve">[56:36] </w:t>
      </w:r>
      <w:r>
        <w:t>Main ne kabhi bhi yeh nahin likha hai ke jadeed tehzeeb ka credit Musalmanon ko jata hai.</w:t>
      </w:r>
    </w:p>
    <w:p>
      <w:pPr>
        <w:jc w:val="right"/>
      </w:pPr>
      <w:r>
        <w:t>میں نے کبھی بھی یہ نہیں لکھا ہے کہ جدید تہذیب کا credit مسلمانوں کو جاتا ہے۔</w:t>
      </w:r>
    </w:p>
    <w:p>
      <w:r>
        <w:rPr>
          <w:b/>
        </w:rPr>
        <w:t xml:space="preserve">[56:40] </w:t>
      </w:r>
      <w:r>
        <w:t>Nahin ideology of tauheed ko diya hai.</w:t>
      </w:r>
    </w:p>
    <w:p>
      <w:pPr>
        <w:jc w:val="right"/>
      </w:pPr>
      <w:r>
        <w:t>نہیں ideology of توحید کو دیا ہے۔</w:t>
      </w:r>
    </w:p>
    <w:p>
      <w:r>
        <w:rPr>
          <w:b/>
        </w:rPr>
        <w:t xml:space="preserve">[56:44] </w:t>
      </w:r>
      <w:r>
        <w:t>Woh is mani mein ke hazaron saal se insan nature ko poochta tha.</w:t>
      </w:r>
    </w:p>
    <w:p>
      <w:pPr>
        <w:jc w:val="right"/>
      </w:pPr>
      <w:r>
        <w:t>وہ اس معنی میں کہ ہزاروں سال سے انسان nature کو پوچھتا تھا۔</w:t>
      </w:r>
    </w:p>
    <w:p>
      <w:r>
        <w:rPr>
          <w:b/>
        </w:rPr>
        <w:t xml:space="preserve">[56:48] </w:t>
      </w:r>
      <w:r>
        <w:t>Nature jo thi woh object of worship bani hui thi.</w:t>
      </w:r>
    </w:p>
    <w:p>
      <w:pPr>
        <w:jc w:val="right"/>
      </w:pPr>
      <w:r>
        <w:t>Nature جو تھی وہ object of worship بنی ہوئی تھی۔</w:t>
      </w:r>
    </w:p>
    <w:p>
      <w:r>
        <w:rPr>
          <w:b/>
        </w:rPr>
        <w:t xml:space="preserve">[56:52] </w:t>
      </w:r>
      <w:r>
        <w:t>To pehli baar Islam ne</w:t>
      </w:r>
    </w:p>
    <w:p>
      <w:pPr>
        <w:jc w:val="right"/>
      </w:pPr>
      <w:r>
        <w:t>تو پہلی بار اسلام نے</w:t>
      </w:r>
    </w:p>
    <w:p>
      <w:r>
        <w:rPr>
          <w:b/>
        </w:rPr>
        <w:t xml:space="preserve">[56:56] </w:t>
      </w:r>
      <w:r>
        <w:t>tauheed ki ideology di duniya ko jis mein us ko worship ka maqam se hataya. Nature ko worship ka maqam se hataya. Aur us ko investigation ka maqam par laya. Jab nature bani hui thi yaani object of worship us waqt aadmi us ko explore nahin kar pata tha. Explore kaise karta? Jab Islam ne bataya ke nahin to</w:t>
      </w:r>
    </w:p>
    <w:p>
      <w:pPr>
        <w:jc w:val="right"/>
      </w:pPr>
      <w:r>
        <w:t>توحید کی ideology دی دنیا کو جس میں اس کو worship کا مقام سے ہٹایا۔ Nature کو worship کا مقام سے ہٹایا۔ اور اس کو investigation کا مقام پر لایا۔ جب nature بنی ہوئی تھی یعنی object of worship اس وقت آدمی اس کو explore نہیں کر پاتا تھا۔ Explore کیسے کرتا؟ جب اسلام نے بتایا کہ نہیں تو</w:t>
      </w:r>
    </w:p>
    <w:p>
      <w:r>
        <w:rPr>
          <w:b/>
        </w:rPr>
        <w:t xml:space="preserve">[57:26] </w:t>
      </w:r>
      <w:r>
        <w:t>us waqt phir yeh hua ke object of investigation ban gayi.</w:t>
      </w:r>
    </w:p>
    <w:p>
      <w:pPr>
        <w:jc w:val="right"/>
      </w:pPr>
      <w:r>
        <w:t>اس وقت پھر یہ ہوا کہ object of investigation بن گئی۔</w:t>
      </w:r>
    </w:p>
    <w:p>
      <w:r>
        <w:rPr>
          <w:b/>
        </w:rPr>
        <w:t xml:space="preserve">[57:29] </w:t>
      </w:r>
      <w:r>
        <w:t>Investigation tab yeh shuru hua.</w:t>
      </w:r>
    </w:p>
    <w:p>
      <w:pPr>
        <w:jc w:val="right"/>
      </w:pPr>
      <w:r>
        <w:t>Investigation تب یہ شروع ہوا۔</w:t>
      </w:r>
    </w:p>
    <w:p>
      <w:r>
        <w:rPr>
          <w:b/>
        </w:rPr>
        <w:t xml:space="preserve">[57:33] </w:t>
      </w:r>
      <w:r>
        <w:t>Aap is kitab ko dobara padhiye.</w:t>
      </w:r>
    </w:p>
    <w:p>
      <w:pPr>
        <w:jc w:val="right"/>
      </w:pPr>
      <w:r>
        <w:t>آپ اس کتاب کو دوبارہ پڑھیے۔</w:t>
      </w:r>
    </w:p>
    <w:p>
      <w:r>
        <w:rPr>
          <w:b/>
        </w:rPr>
        <w:t xml:space="preserve">[57:37] </w:t>
      </w:r>
      <w:r>
        <w:t>Main samajhta hoon ke aap ne ek baar padh kar ke aur rai bana liya.</w:t>
      </w:r>
    </w:p>
    <w:p>
      <w:pPr>
        <w:jc w:val="right"/>
      </w:pPr>
      <w:r>
        <w:t>میں سمجھتا ہوں کہ آپ نے ایک بار پڑھ کر کے اور رائے بنا لیا۔</w:t>
      </w:r>
    </w:p>
    <w:p>
      <w:r>
        <w:rPr>
          <w:b/>
        </w:rPr>
        <w:t xml:space="preserve">[57:41] </w:t>
      </w:r>
      <w:r>
        <w:t>Hamari kisi kitab ko koi aadmi ek baar na padhe.</w:t>
      </w:r>
    </w:p>
    <w:p>
      <w:pPr>
        <w:jc w:val="right"/>
      </w:pPr>
      <w:r>
        <w:t>ہماری کسی کتاب کو کوئی آدمی ایک بار نہ پڑھے۔</w:t>
      </w:r>
    </w:p>
    <w:p>
      <w:r>
        <w:rPr>
          <w:b/>
        </w:rPr>
        <w:t xml:space="preserve">[57:44] </w:t>
      </w:r>
      <w:r>
        <w:t>Kam se kam kam se kam do baar padhe.</w:t>
      </w:r>
    </w:p>
    <w:p>
      <w:pPr>
        <w:jc w:val="right"/>
      </w:pPr>
      <w:r>
        <w:t>کم سے کم کم سے کم دو بار پڑھے۔</w:t>
      </w:r>
    </w:p>
    <w:p>
      <w:r>
        <w:rPr>
          <w:b/>
        </w:rPr>
        <w:t xml:space="preserve">[57:48] </w:t>
      </w:r>
      <w:r>
        <w:t>Tab woh samajh aayega samjhega ke kitab mein kya kya kaha gaya hai kitab mein.</w:t>
      </w:r>
    </w:p>
    <w:p>
      <w:pPr>
        <w:jc w:val="right"/>
      </w:pPr>
      <w:r>
        <w:t>تب وہ سمجھ آئے گا سمجھے گا کہ کتاب میں کیا کیا کہا گیا ہے کتاب میں۔</w:t>
      </w:r>
    </w:p>
    <w:p>
      <w:r>
        <w:rPr>
          <w:b/>
        </w:rPr>
        <w:t xml:space="preserve">[57:52] </w:t>
      </w:r>
      <w:r>
        <w:t>Maulana agla sawal lene se pehle ek comment padhna chahenge jo</w:t>
      </w:r>
    </w:p>
    <w:p>
      <w:pPr>
        <w:jc w:val="right"/>
      </w:pPr>
      <w:r>
        <w:t>مولانا اگلا سوال لینے سے پہلے ایک comment پڑھنا چاہیں گے جو</w:t>
      </w:r>
    </w:p>
    <w:p>
      <w:r>
        <w:rPr>
          <w:b/>
        </w:rPr>
        <w:t xml:space="preserve">[57:56] </w:t>
      </w:r>
      <w:r>
        <w:t>Kashmir se Hameed sahib ne bheja hai.</w:t>
      </w:r>
    </w:p>
    <w:p>
      <w:pPr>
        <w:jc w:val="right"/>
      </w:pPr>
      <w:r>
        <w:t>کشمیر سے حمید صاحب نے بھیجا ہے۔</w:t>
      </w:r>
    </w:p>
    <w:p>
      <w:r>
        <w:rPr>
          <w:b/>
        </w:rPr>
        <w:t xml:space="preserve">[58:03] </w:t>
      </w:r>
      <w:r>
        <w:t>انہوں نے لکھا ہے: "Yesterday the world famous Tulip Garden opened at Srinagar and Kashmir team gifted</w:t>
      </w:r>
    </w:p>
    <w:p>
      <w:pPr>
        <w:jc w:val="right"/>
      </w:pPr>
      <w:r>
        <w:t>انہوں نے لکھا ہے: "Yesterday the world famous ٹولک گارڈن opened at سری نگر and کشمیر ٹیم gifted</w:t>
      </w:r>
    </w:p>
    <w:p>
      <w:r>
        <w:rPr>
          <w:b/>
        </w:rPr>
        <w:t xml:space="preserve">[58:11] </w:t>
      </w:r>
      <w:r>
        <w:t>hundreds of quran and daawa material to the visitors. molana agla sawal mumbai se hai muhammad ibrahim sahab ka.</w:t>
      </w:r>
    </w:p>
    <w:p>
      <w:pPr>
        <w:jc w:val="right"/>
      </w:pPr>
      <w:r>
        <w:t>hundreds of قرآن and دعویٰ میٹیریل to the visitors۔" مولانا اگلا سوال ممبئی سے ہے محمد ابراہیم صاحب کا۔</w:t>
      </w:r>
    </w:p>
    <w:p>
      <w:r>
        <w:rPr>
          <w:b/>
        </w:rPr>
        <w:t xml:space="preserve">[58:18] </w:t>
      </w:r>
      <w:r>
        <w:t>unhon ne likha hai: molana how to address the problems for addiction</w:t>
      </w:r>
    </w:p>
    <w:p>
      <w:pPr>
        <w:jc w:val="right"/>
      </w:pPr>
      <w:r>
        <w:t>انہوں نے لکھا ہے: "مولانا how to address the problems for addiction</w:t>
      </w:r>
    </w:p>
    <w:p>
      <w:r>
        <w:rPr>
          <w:b/>
        </w:rPr>
        <w:t xml:space="preserve">[58:26] </w:t>
      </w:r>
      <w:r>
        <w:t>as I know a drug addict who wants to follow Islam but he is addicted hence he feels guilty of doing namaz how can I address him please advise me." Dekhiye main bohat se logon ko jaanta hoon aur is ko main ne jahan tak samjha hai sirf ek hi hai is ka hal woh hai determination aur kuch nahin hai. Koi</w:t>
      </w:r>
    </w:p>
    <w:p>
      <w:pPr>
        <w:jc w:val="right"/>
      </w:pPr>
      <w:r>
        <w:t>as I know a drug addict who wants to follow Islam but he is addicted hence he feels guilty of doing نماز how can I address him please advise me۔" دیکھیے میں بہت سے لوگوں کو جانتا ہوں اور اس کو میں نے جہاں تک سمجھا ہے صرف ایک ہی ہے اس کا حل وہ ہے determination اور کچھ نہیں ہے۔ کوئی</w:t>
      </w:r>
    </w:p>
    <w:p>
      <w:r>
        <w:rPr>
          <w:b/>
        </w:rPr>
        <w:t xml:space="preserve">[58:56] </w:t>
      </w:r>
      <w:r>
        <w:t>dusra tareeqa nahi hai.</w:t>
      </w:r>
    </w:p>
    <w:p>
      <w:pPr>
        <w:jc w:val="right"/>
      </w:pPr>
      <w:r>
        <w:t>دوسرا طریقہ نہیں ہے۔</w:t>
      </w:r>
    </w:p>
    <w:p>
      <w:r>
        <w:rPr>
          <w:b/>
        </w:rPr>
        <w:t xml:space="preserve">[59:00] </w:t>
      </w:r>
      <w:r>
        <w:t>is aadmi ko ke andar determination aa jaye ke main apne ko kill kar raha hoon.</w:t>
      </w:r>
    </w:p>
    <w:p>
      <w:pPr>
        <w:jc w:val="right"/>
      </w:pPr>
      <w:r>
        <w:t>اس آدمی کو کے اندر determination آ جائے کہ میں اپنے کو kill کر رہا ہوں۔</w:t>
      </w:r>
    </w:p>
    <w:p>
      <w:r>
        <w:rPr>
          <w:b/>
        </w:rPr>
        <w:t xml:space="preserve">[59:04] </w:t>
      </w:r>
      <w:r>
        <w:t>apne ko tabah kar raha hoon.</w:t>
      </w:r>
    </w:p>
    <w:p>
      <w:pPr>
        <w:jc w:val="right"/>
      </w:pPr>
      <w:r>
        <w:t>اپنے کو تباہ کر رہا ہوں۔</w:t>
      </w:r>
    </w:p>
    <w:p>
      <w:r>
        <w:rPr>
          <w:b/>
        </w:rPr>
        <w:t xml:space="preserve">[59:07] </w:t>
      </w:r>
      <w:r>
        <w:t>is baat ko jaan le woh.</w:t>
      </w:r>
    </w:p>
    <w:p>
      <w:pPr>
        <w:jc w:val="right"/>
      </w:pPr>
      <w:r>
        <w:t>اس بات کو جان لے وہ۔</w:t>
      </w:r>
    </w:p>
    <w:p>
      <w:r>
        <w:rPr>
          <w:b/>
        </w:rPr>
        <w:t xml:space="preserve">[59:11] </w:t>
      </w:r>
      <w:r>
        <w:t>to ek naya determination aata hai iske baad.</w:t>
      </w:r>
    </w:p>
    <w:p>
      <w:pPr>
        <w:jc w:val="right"/>
      </w:pPr>
      <w:r>
        <w:t>تو ایک نیا determination آتا ہے اس کے بعد۔</w:t>
      </w:r>
    </w:p>
    <w:p>
      <w:r>
        <w:rPr>
          <w:b/>
        </w:rPr>
        <w:t xml:space="preserve">[59:15] </w:t>
      </w:r>
      <w:r>
        <w:t>dekhiye aadmi ka jo mind hai bohat se iski khidkiyan band rehti hain.</w:t>
      </w:r>
    </w:p>
    <w:p>
      <w:pPr>
        <w:jc w:val="right"/>
      </w:pPr>
      <w:r>
        <w:t>دیکھیے آدمی کا جو mind ہے بہت سے اس کی کھڑکیاں بند رہتی ہیں۔</w:t>
      </w:r>
    </w:p>
    <w:p>
      <w:r>
        <w:rPr>
          <w:b/>
        </w:rPr>
        <w:t xml:space="preserve">[59:19] </w:t>
      </w:r>
      <w:r>
        <w:t>in numerous khidkiyan hain mind ke andar.</w:t>
      </w:r>
    </w:p>
    <w:p>
      <w:pPr>
        <w:jc w:val="right"/>
      </w:pPr>
      <w:r>
        <w:t>ان numerous کھڑکیاں ہیں mind کے اندر۔</w:t>
      </w:r>
    </w:p>
    <w:p>
      <w:r>
        <w:rPr>
          <w:b/>
        </w:rPr>
        <w:t xml:space="preserve">[59:23] </w:t>
      </w:r>
      <w:r>
        <w:t>band rehti hain.</w:t>
      </w:r>
    </w:p>
    <w:p>
      <w:pPr>
        <w:jc w:val="right"/>
      </w:pPr>
      <w:r>
        <w:t>بند رہتی ہیں۔</w:t>
      </w:r>
    </w:p>
    <w:p>
      <w:r>
        <w:rPr>
          <w:b/>
        </w:rPr>
        <w:t xml:space="preserve">[59:27] </w:t>
      </w:r>
      <w:r>
        <w:t>To in mein se ek khirki woh hai. Determination ke sath woh khul khul jati hai woh. To aaj jinka aap qissa batate hain woh bhi in ko pata nahin hai ke kitna kitna zyada bura kaam kar rahe hain woh. Is se un ke woh khirki daba ke khuli nahin hai abhi tak. Aap yeh kijiye ke in ko itna bada in ko dhakka lage apni galat aadat ka ke un ke dimagh ki woh khirki khul</w:t>
      </w:r>
    </w:p>
    <w:p>
      <w:pPr>
        <w:jc w:val="right"/>
      </w:pPr>
      <w:r>
        <w:t>تو ان میں سے ایک کھڑکی وہ ہے۔ Determination کے ساتھ وہ کھل کھل جاتی ہے وہ۔ تو آج جن کا آپ قصہ بتاتے ہیں وہ بھی ان کو پتہ نہیں ہے کہ کتنا کتنا زیادہ برا کام کر رہے ہیں وہ۔ اس سے ان کے وہ کھڑکی دبا کے کھلی نہیں ہے ابھی تک۔ آپ یہ کیجیے کہ ان کو اتنا بڑا ان کو دھکا لگے اپنی غلط عادت کا کہ ان کے دماغ کی وہ کھڑکی کھل</w:t>
      </w:r>
    </w:p>
    <w:p>
      <w:r>
        <w:rPr>
          <w:b/>
        </w:rPr>
        <w:t xml:space="preserve">[59:57] </w:t>
      </w:r>
      <w:r>
        <w:t>jaye.</w:t>
      </w:r>
    </w:p>
    <w:p>
      <w:pPr>
        <w:jc w:val="right"/>
      </w:pPr>
      <w:r>
        <w:t>جائے۔</w:t>
      </w:r>
    </w:p>
    <w:p>
      <w:r>
        <w:rPr>
          <w:b/>
        </w:rPr>
        <w:t xml:space="preserve">[1:00:00] </w:t>
      </w:r>
      <w:r>
        <w:t>tab insaan ko superman ban jata hai.</w:t>
      </w:r>
    </w:p>
    <w:p>
      <w:pPr>
        <w:jc w:val="right"/>
      </w:pPr>
      <w:r>
        <w:t>تب انسان کو سپرمین بن جاتا ہے۔</w:t>
      </w:r>
    </w:p>
    <w:p>
      <w:r>
        <w:rPr>
          <w:b/>
        </w:rPr>
        <w:t xml:space="preserve">[1:00:04] </w:t>
      </w:r>
      <w:r>
        <w:t>ek naya is brainstorming hoti hai.</w:t>
      </w:r>
    </w:p>
    <w:p>
      <w:pPr>
        <w:jc w:val="right"/>
      </w:pPr>
      <w:r>
        <w:t>ایک نیا اس brain storming ہوتی ہے۔</w:t>
      </w:r>
    </w:p>
    <w:p>
      <w:r>
        <w:rPr>
          <w:b/>
        </w:rPr>
        <w:t xml:space="preserve">[1:00:08] </w:t>
      </w:r>
      <w:r>
        <w:t>is tarah to sab kuch kar dalta hai.</w:t>
      </w:r>
    </w:p>
    <w:p>
      <w:pPr>
        <w:jc w:val="right"/>
      </w:pPr>
      <w:r>
        <w:t>اس طرح تو سب کچھ کر ڈالتا ہے۔</w:t>
      </w:r>
    </w:p>
    <w:p>
      <w:r>
        <w:rPr>
          <w:b/>
        </w:rPr>
        <w:t xml:space="preserve">[1:00:12] </w:t>
      </w:r>
      <w:r>
        <w:t>main jata hoon main jata hoon aise logon ko jo ke yani jab determination aya to unhon ne</w:t>
      </w:r>
    </w:p>
    <w:p>
      <w:pPr>
        <w:jc w:val="right"/>
      </w:pPr>
      <w:r>
        <w:t>میں جاتا ہوں میں جاتا ہوں ایسے لوگوں کو جو کہ یعنی جب determination آیا تو انہوں نے</w:t>
      </w:r>
    </w:p>
    <w:p>
      <w:r>
        <w:rPr>
          <w:b/>
        </w:rPr>
        <w:t xml:space="preserve">[1:00:16] </w:t>
      </w:r>
      <w:r>
        <w:t>ek din mein ek din mein faisla kar liya aur phir woh qaim rahe iske upar.</w:t>
      </w:r>
    </w:p>
    <w:p>
      <w:pPr>
        <w:jc w:val="right"/>
      </w:pPr>
      <w:r>
        <w:t>ایک دن میں ایک دن میں فیصلہ کر لیا اور پھر وہ قائم رہے اس کے اوپر۔</w:t>
      </w:r>
    </w:p>
    <w:p>
      <w:r>
        <w:rPr>
          <w:b/>
        </w:rPr>
        <w:t xml:space="preserve">[1:00:19] </w:t>
      </w:r>
      <w:r>
        <w:t>to insaan ke mind ko aap underestimate kar rahe hain ke insaan ka mind jo hai control nahi kar sakta.</w:t>
      </w:r>
    </w:p>
    <w:p>
      <w:pPr>
        <w:jc w:val="right"/>
      </w:pPr>
      <w:r>
        <w:t>تو انسان کے mind کو آپ underestimate کر رہے ہیں کہ انسان کا mind جو ہے کنٹرول نہیں کر سکتا۔</w:t>
      </w:r>
    </w:p>
    <w:p>
      <w:r>
        <w:rPr>
          <w:b/>
        </w:rPr>
        <w:t xml:space="preserve">[1:00:23] </w:t>
      </w:r>
      <w:r>
        <w:t>insaan ke mind ko under</w:t>
      </w:r>
    </w:p>
    <w:p>
      <w:pPr>
        <w:jc w:val="right"/>
      </w:pPr>
      <w:r>
        <w:t>انسان کے mind کو under</w:t>
      </w:r>
    </w:p>
    <w:p>
      <w:r>
        <w:rPr>
          <w:b/>
        </w:rPr>
        <w:t xml:space="preserve">[1:00:27] </w:t>
      </w:r>
      <w:r>
        <w:t>estimate mat kijiyega.</w:t>
      </w:r>
    </w:p>
    <w:p>
      <w:pPr>
        <w:jc w:val="right"/>
      </w:pPr>
      <w:r>
        <w:t>estimate مت کیجیے۔</w:t>
      </w:r>
    </w:p>
    <w:p>
      <w:r>
        <w:rPr>
          <w:b/>
        </w:rPr>
        <w:t xml:space="preserve">[1:00:32] </w:t>
      </w:r>
      <w:r>
        <w:t>molana agla ek comment aur question aaya hai doctor safina tabassum ka ajmer se.</w:t>
      </w:r>
    </w:p>
    <w:p>
      <w:pPr>
        <w:jc w:val="right"/>
      </w:pPr>
      <w:r>
        <w:t>مولانا اگلا ایک comment اور question آیا ہے ڈاکٹر صفینہ تبسم کا اجمیر سے۔</w:t>
      </w:r>
    </w:p>
    <w:p>
      <w:r>
        <w:rPr>
          <w:b/>
        </w:rPr>
        <w:t xml:space="preserve">[1:00:37] </w:t>
      </w:r>
      <w:r>
        <w:t>unhon ne likha hai: molana sahab I really thank you today for this wonderful talk as it was</w:t>
      </w:r>
    </w:p>
    <w:p>
      <w:pPr>
        <w:jc w:val="right"/>
      </w:pPr>
      <w:r>
        <w:t>انہوں نے لکھا ہے: "مولانا صاحب I really thank you today for this wonderful talk as it was</w:t>
      </w:r>
    </w:p>
    <w:p>
      <w:r>
        <w:rPr>
          <w:b/>
        </w:rPr>
        <w:t xml:space="preserve">[1:00:42] </w:t>
      </w:r>
      <w:r>
        <w:t>really a new discovery for me.</w:t>
      </w:r>
    </w:p>
    <w:p>
      <w:pPr>
        <w:jc w:val="right"/>
      </w:pPr>
      <w:r>
        <w:t>really a new discovery for me.</w:t>
      </w:r>
    </w:p>
    <w:p>
      <w:r>
        <w:rPr>
          <w:b/>
        </w:rPr>
        <w:t xml:space="preserve">[1:00:47] </w:t>
      </w:r>
      <w:r>
        <w:t>I just wish that may allah help me to acquire the complete guidance from quran. unka jo</w:t>
      </w:r>
    </w:p>
    <w:p>
      <w:pPr>
        <w:jc w:val="right"/>
      </w:pPr>
      <w:r>
        <w:t>I just wish that may اللہ help me to acquire the complete guidance from قرآن۔" ان کا جو</w:t>
      </w:r>
    </w:p>
    <w:p>
      <w:r>
        <w:rPr>
          <w:b/>
        </w:rPr>
        <w:t xml:space="preserve">[1:00:52] </w:t>
      </w:r>
      <w:r>
        <w:t>sawal hai molana</w:t>
      </w:r>
    </w:p>
    <w:p>
      <w:pPr>
        <w:jc w:val="right"/>
      </w:pPr>
      <w:r>
        <w:t>سوال ہے مولانا</w:t>
      </w:r>
    </w:p>
    <w:p>
      <w:r>
        <w:rPr>
          <w:b/>
        </w:rPr>
        <w:t xml:space="preserve">[1:00:57] </w:t>
      </w:r>
      <w:r>
        <w:t>unhone likha hai ke why is it that Muslims have just glorified Rasool Allah and have left other prophets is it a form of imitation is ke bare mein bataein. Ab dekhiye main ek baat kahoon ga ke jitne log sunte hain hamari talk is mein sirf ek hi main ne paya hai Dr. Sakina ke aaj ki jo talk suni hai unhone is par unhone sawal kiya. Aur log kaha idhar</w:t>
      </w:r>
    </w:p>
    <w:p>
      <w:pPr>
        <w:jc w:val="right"/>
      </w:pPr>
      <w:r>
        <w:t>انہوں نے لکھا ہے کہ why is it that مسلمs have just glorified رسول اللہ and have left other prophets is it a form of imitation اس کے بارے میں بتائیں۔ اب دیکھیے میں ایک بات کہوں گا کہ جتنے لوگ سنتے ہیں ہماری ٹاک اس میں صرف ایک ہی میں نے پایا ہے ڈاکٹر سکینہ کہ آج کی جو ٹاک سنی ہے انہوں نے اس پر انہوں نے سوال کیا۔ اور لوگ کہا ادھر</w:t>
      </w:r>
    </w:p>
    <w:p>
      <w:r>
        <w:rPr>
          <w:b/>
        </w:rPr>
        <w:t xml:space="preserve">[1:01:27] </w:t>
      </w:r>
      <w:r>
        <w:t>idhar ek sawal karte hain. Yeh jaisa tha ke mera bachcha aisa karta hai. To aap bachche ke sawal kyun karte hain? Aap khud kya suna aap ne talk mein us ko kyun nahin batate aap? Aap ka bachcha jo hai us ne kya kaha us ko yaad rakha hai aap ne? Aaj ki talk mein jo kuch main ne kaha us ko le kar kyun nahin sawal kiya aap ne? Mujhe yeh baat bohat ajeeb maloom hoti hai ke talk mein kya kya baatein aati hain Allah taala kya kya kehlata hain us ko le kar koi kuch kehta nahin. Ud</w:t>
      </w:r>
    </w:p>
    <w:p>
      <w:pPr>
        <w:jc w:val="right"/>
      </w:pPr>
      <w:r>
        <w:t>ادھر ایک سوال کرتے ہیں۔ یہ یہی جیسا تھا کہ میرا بچہ ایسا کرتا ہے۔ تو آپ بچے کے سوال کیوں کرتے ہیں؟ آپ خود کیا سنا آپ نے ٹاک میں اس کو کیوں نہیں بتاتے آپ؟ آپ کا بچہ جو ہے اس نے کیا کہا اس کو یاد رکھا ہے آپ نے؟ آج کی ٹاک میں جو کچھ میں نے کہا اس کو لے کر کیوں نہیں سوال کیا آپ نے؟ مجھے یہ بات بہت عجیب معلوم ہوتی ہے کہ ٹاک میں کیا کیا باتیں آتی ہیں اللہ تعالیٰ کیا کیا کہلاتے ہیں اس کو لے کر کوئی کچھ کہتا نہیں۔ اد</w:t>
      </w:r>
    </w:p>
    <w:p>
      <w:r>
        <w:rPr>
          <w:b/>
        </w:rPr>
        <w:t xml:space="preserve">[1:01:57] </w:t>
      </w:r>
      <w:r>
        <w:t>har udhar ki baat hai. Ke mere bachche ne aisa kaha aur falan aadmi ne aisa kaha falan aadmi ne aisa kaha yeh main is ko sawal nahin samajhta. Sawal yeh hai ke aaj ki talk rozana jo talk hoti hai is talk ko aap baghor sunen baghor. Aur phir us ko le kar koi question aap karen. Tab woh sahi sawal hoga. Aur main main Allah taala dua karta hoon Dr. Sakina ki ke yahi ek aisi hain jo sahi sawal karti hain. Un ka</w:t>
      </w:r>
    </w:p>
    <w:p>
      <w:pPr>
        <w:jc w:val="right"/>
      </w:pPr>
      <w:r>
        <w:t>ھر ادھر کی بات ہے۔ کہ میرے بچے نے ایسا کہا اور فلاں آدمی نے ایسا کہا فلاں آدمی نے ایسا کہا یہ میں اس کو سوال نہیں سمجھتا۔ سوال یہ ہے کہ آج کی ٹاک روزانہ جو ٹاک ہوتی ہے اس ٹاک کو آپ بغور سنیں بغور۔ اور پھر اس کو لے کر کوئی question آپ کریں۔ تب وہ صحیح سوال ہوگا۔ اور میں میں اللہ تعالیٰ دعا کرتا ہوں ڈاکٹر سکینہ کی کہ یہی ایک آئیں جو صحیح سوال کرتی ہیں۔ ان کا</w:t>
      </w:r>
    </w:p>
    <w:p>
      <w:r>
        <w:rPr>
          <w:b/>
        </w:rPr>
        <w:t xml:space="preserve">[1:02:27] </w:t>
      </w:r>
      <w:r>
        <w:t>sawal bilkul sahi sawal hota hai kyunke jis din ki talk hoti hai us ko sunti hain us par woh sawal bhejti hain apna. Kya un ka question kya hai? Ah Maulana Dr. Safina ka question tha ke why is it that Muslims have just glorified Rasool Allah and have left other prophets is it. Is ki zimmedar sare ulma hain. Sare ulma is ki zimmedar hain jinhone khud sakhta taur par ek nabi ko bada aur doosre ko chhota bana</w:t>
      </w:r>
    </w:p>
    <w:p>
      <w:pPr>
        <w:jc w:val="right"/>
      </w:pPr>
      <w:r>
        <w:t>سوال بالکل صحیح سوال ہوتا ہے کیونکہ جس دن کی ٹاک ہوتی ہے اس کو سنتی ہیں اس پر وہ سوال بھیجتی ہیں اپنا۔ کیا ان کا question کیا ہے؟ آہ مولانا ڈاکٹر صفینہ کا question تھا کہ why is it that مسلمs have just glorified رسول اللہ and have left other prophets is it۔ اس کی ذمہ دار سارے علماء ہیں۔ سارے علماء اس کی ذمہ دار ہیں جنہوں نے خود ساختہ طور پر ایک نبی کو بڑا اور دوسرے کو چھوٹا بنا</w:t>
      </w:r>
    </w:p>
    <w:p>
      <w:r>
        <w:rPr>
          <w:b/>
        </w:rPr>
        <w:t xml:space="preserve">[1:02:57] </w:t>
      </w:r>
      <w:r>
        <w:t>diya.</w:t>
      </w:r>
    </w:p>
    <w:p>
      <w:pPr>
        <w:jc w:val="right"/>
      </w:pPr>
      <w:r>
        <w:t>دیا۔</w:t>
      </w:r>
    </w:p>
    <w:p>
      <w:r>
        <w:rPr>
          <w:b/>
        </w:rPr>
        <w:t xml:space="preserve">[1:03:01] </w:t>
      </w:r>
      <w:r>
        <w:t>saare ulama mujhe nahi lagta ke is mein kisi ka exception hai.</w:t>
      </w:r>
    </w:p>
    <w:p>
      <w:pPr>
        <w:jc w:val="right"/>
      </w:pPr>
      <w:r>
        <w:t>سارے علماء مجھے نہیں لگتا کہ اس میں کسی کا exception ہے۔</w:t>
      </w:r>
    </w:p>
    <w:p>
      <w:r>
        <w:rPr>
          <w:b/>
        </w:rPr>
        <w:t xml:space="preserve">[1:03:05] </w:t>
      </w:r>
      <w:r>
        <w:t>jinka haq nahi tha unhein.</w:t>
      </w:r>
    </w:p>
    <w:p>
      <w:pPr>
        <w:jc w:val="right"/>
      </w:pPr>
      <w:r>
        <w:t>جن کا حق نہیں تھا انہیں۔</w:t>
      </w:r>
    </w:p>
    <w:p>
      <w:r>
        <w:rPr>
          <w:b/>
        </w:rPr>
        <w:t xml:space="preserve">[1:03:09] </w:t>
      </w:r>
      <w:r>
        <w:t>saare hi ulama ne arab se le kar ajam tak ek nabi ko badhana doosre nabi ko ghatana.</w:t>
      </w:r>
    </w:p>
    <w:p>
      <w:pPr>
        <w:jc w:val="right"/>
      </w:pPr>
      <w:r>
        <w:t>سارے ہی علماء نے عرب سے لے کر عجم تک ایک نبی کو بڑھانا دوسرے نبی کو گھٹانا۔</w:t>
      </w:r>
    </w:p>
    <w:p>
      <w:r>
        <w:rPr>
          <w:b/>
        </w:rPr>
        <w:t xml:space="preserve">[1:03:12] </w:t>
      </w:r>
      <w:r>
        <w:t>wahi is ke zimmedaar hain.</w:t>
      </w:r>
    </w:p>
    <w:p>
      <w:pPr>
        <w:jc w:val="right"/>
      </w:pPr>
      <w:r>
        <w:t>وہی اس کے ذمہ دار ہیں۔</w:t>
      </w:r>
    </w:p>
    <w:p>
      <w:r>
        <w:rPr>
          <w:b/>
        </w:rPr>
        <w:t xml:space="preserve">[1:03:16] </w:t>
      </w:r>
      <w:r>
        <w:t>unhein bhool gayi aayat ke la nufarruq baina adil rasool.</w:t>
      </w:r>
    </w:p>
    <w:p>
      <w:pPr>
        <w:jc w:val="right"/>
      </w:pPr>
      <w:r>
        <w:t>انہیں بھول گئی آیت کہ لا نفرق بین عادل رسول۔</w:t>
      </w:r>
    </w:p>
    <w:p>
      <w:r>
        <w:rPr>
          <w:b/>
        </w:rPr>
        <w:t xml:space="preserve">[1:03:20] </w:t>
      </w:r>
      <w:r>
        <w:t>to isi ki to hum correction kar rahe hain isi ki tasheeh kar rahe hain.</w:t>
      </w:r>
    </w:p>
    <w:p>
      <w:pPr>
        <w:jc w:val="right"/>
      </w:pPr>
      <w:r>
        <w:t>تو اسی کی تو ہم correction کر رہے ہیں اسی کی تصحیح کر رہے ہیں۔</w:t>
      </w:r>
    </w:p>
    <w:p>
      <w:r>
        <w:rPr>
          <w:b/>
        </w:rPr>
        <w:t xml:space="preserve">[1:03:24] </w:t>
      </w:r>
      <w:r>
        <w:t>zara gussa hota hai.</w:t>
      </w:r>
    </w:p>
    <w:p>
      <w:pPr>
        <w:jc w:val="right"/>
      </w:pPr>
      <w:r>
        <w:t>ذرا غصہ ہوتا ہے۔</w:t>
      </w:r>
    </w:p>
    <w:p>
      <w:r>
        <w:rPr>
          <w:b/>
        </w:rPr>
        <w:t xml:space="preserve">[1:03:28] </w:t>
      </w:r>
      <w:r>
        <w:t>Abhi bhi dekhiye kal parson ki baat hai ek sahib ka mere paas telephone aaya ke aap doosron ka role nahin mante. Mujhe bohat hi takleef hoti hai aise sawal par. Doosre ka role kya kya cheez hai? Woh aap janiye aap likhiye hamara hamara ek hamara subject nahin hai ke doosron ka role. Yaani abhi kal parson ki baat hai ek sahib ka telephone jo mere paas aaya wohi baat unhone shikayat ki ke doosron ka role. Hamara subject yeh nahin hai ke doosron ka role na bata</w:t>
      </w:r>
    </w:p>
    <w:p>
      <w:pPr>
        <w:jc w:val="right"/>
      </w:pPr>
      <w:r>
        <w:t>ابھی بھی دیکھیے کل پرسوں کی بات ہے ایک صاحب کا میرے پاس ٹیلی فون آیا کہ آپ دوسروں کا رول نہیں مانتے۔ مجھے بہت ہی تکلیف ہوتی ہے ایسے سوال پر۔ دوسرے کا رول کیا کیا چیز ہے؟ وہ آپ جانیے آپ لکھیے ہمارا ہمارا ایک ہمارا سبجیکٹ نہیں ہے کہ دوسروں کا رول۔ یعنی ابھی کل پرسوں کی بات ہے ایک صاحب کا ٹیلی فون جو میرے پاس آیا وہ یہی بات انہوں نے شکایت کی کہ دوسروں کا رول۔ ہمارا سبجیکٹ یہ نہیں ہے کہ دوسروں کا رول نہ بت</w:t>
      </w:r>
    </w:p>
    <w:p>
      <w:r>
        <w:rPr>
          <w:b/>
        </w:rPr>
        <w:t xml:space="preserve">[1:03:58] </w:t>
      </w:r>
      <w:r>
        <w:t>aayein.</w:t>
      </w:r>
    </w:p>
    <w:p>
      <w:pPr>
        <w:jc w:val="right"/>
      </w:pPr>
      <w:r>
        <w:t>ائیں۔</w:t>
      </w:r>
    </w:p>
    <w:p>
      <w:r>
        <w:rPr>
          <w:b/>
        </w:rPr>
        <w:t xml:space="preserve">[1:04:01] </w:t>
      </w:r>
      <w:r>
        <w:t>tum ko batana batao tum.</w:t>
      </w:r>
    </w:p>
    <w:p>
      <w:pPr>
        <w:jc w:val="right"/>
      </w:pPr>
      <w:r>
        <w:t>تم کو بتانا بتاؤ تم۔</w:t>
      </w:r>
    </w:p>
    <w:p>
      <w:r>
        <w:rPr>
          <w:b/>
        </w:rPr>
        <w:t xml:space="preserve">[1:04:04] </w:t>
      </w:r>
      <w:r>
        <w:t>tum kitabein likh daalo.</w:t>
      </w:r>
    </w:p>
    <w:p>
      <w:pPr>
        <w:jc w:val="right"/>
      </w:pPr>
      <w:r>
        <w:t>تم کتابیں لکھ ڈالو۔</w:t>
      </w:r>
    </w:p>
    <w:p>
      <w:r>
        <w:rPr>
          <w:b/>
        </w:rPr>
        <w:t xml:space="preserve">[1:04:08] </w:t>
      </w:r>
      <w:r>
        <w:t>insaan aur repeater likh daalo.</w:t>
      </w:r>
    </w:p>
    <w:p>
      <w:pPr>
        <w:jc w:val="right"/>
      </w:pPr>
      <w:r>
        <w:t>انساء اور ریپیٹر لکھ ڈالو۔</w:t>
      </w:r>
    </w:p>
    <w:p>
      <w:r>
        <w:rPr>
          <w:b/>
        </w:rPr>
        <w:t xml:space="preserve">[1:04:11] </w:t>
      </w:r>
      <w:r>
        <w:t>hamara subject sirf yeh hai ke islam keh ya marifat keh ya dawat keh ya.</w:t>
      </w:r>
    </w:p>
    <w:p>
      <w:pPr>
        <w:jc w:val="right"/>
      </w:pPr>
      <w:r>
        <w:t>ہمارا سبجیکٹ صرف یہ ہے کہ اسلام کہہ یا معرفت کہہ یا دعوت کہہ یا۔</w:t>
      </w:r>
    </w:p>
    <w:p>
      <w:r>
        <w:rPr>
          <w:b/>
        </w:rPr>
        <w:t xml:space="preserve">[1:04:14] </w:t>
      </w:r>
      <w:r>
        <w:t>hum se koi yeh umeed na rakhe ke hum doosron ke role batane ke liye kitabein likhenge.</w:t>
      </w:r>
    </w:p>
    <w:p>
      <w:pPr>
        <w:jc w:val="right"/>
      </w:pPr>
      <w:r>
        <w:t>ہم سے کوئی یہ امید نہ رکھے کہ ہم دوسروں کے رول بتانے کے لیے کتابیں لکھیں گے۔</w:t>
      </w:r>
    </w:p>
    <w:p>
      <w:r>
        <w:rPr>
          <w:b/>
        </w:rPr>
        <w:t xml:space="preserve">[1:04:18] </w:t>
      </w:r>
      <w:r>
        <w:t>hamare subject nahi hai.</w:t>
      </w:r>
    </w:p>
    <w:p>
      <w:pPr>
        <w:jc w:val="right"/>
      </w:pPr>
      <w:r>
        <w:t>ہمارے سبجیکٹ نہیں ہے۔</w:t>
      </w:r>
    </w:p>
    <w:p>
      <w:r>
        <w:rPr>
          <w:b/>
        </w:rPr>
        <w:t xml:space="preserve">[1:04:21] </w:t>
      </w:r>
      <w:r>
        <w:t>jisko likhna hai likhe woh.</w:t>
      </w:r>
    </w:p>
    <w:p>
      <w:pPr>
        <w:jc w:val="right"/>
      </w:pPr>
      <w:r>
        <w:t>جس کو لکھنا ہے لکھے وہ۔</w:t>
      </w:r>
    </w:p>
    <w:p>
      <w:r>
        <w:rPr>
          <w:b/>
        </w:rPr>
        <w:t xml:space="preserve">[1:04:24] </w:t>
      </w:r>
      <w:r>
        <w:t>maulana agla sawal lene se pehle ek comment padhna chahenge jo doha</w:t>
      </w:r>
    </w:p>
    <w:p>
      <w:pPr>
        <w:jc w:val="right"/>
      </w:pPr>
      <w:r>
        <w:t>مولانا اگلا سوال لینے سے پہلے ایک comment پڑھنا چاہیں گے جو دوحہ</w:t>
      </w:r>
    </w:p>
    <w:p>
      <w:r>
        <w:rPr>
          <w:b/>
        </w:rPr>
        <w:t xml:space="preserve">[1:04:28] </w:t>
      </w:r>
      <w:r>
        <w:t>qatar se maulana abdul basit umri ne bheja hai.</w:t>
      </w:r>
    </w:p>
    <w:p>
      <w:pPr>
        <w:jc w:val="right"/>
      </w:pPr>
      <w:r>
        <w:t>قطر سے مولانا عبدالباسط عمری نے بھیجا ہے۔</w:t>
      </w:r>
    </w:p>
    <w:p>
      <w:r>
        <w:rPr>
          <w:b/>
        </w:rPr>
        <w:t xml:space="preserve">[1:04:33] </w:t>
      </w:r>
      <w:r>
        <w:t>unhone likha hai: "maulana aaj aap ki taqreer se deen kaamil ka matlab kya hai woh bahut</w:t>
      </w:r>
    </w:p>
    <w:p>
      <w:pPr>
        <w:jc w:val="right"/>
      </w:pPr>
      <w:r>
        <w:t>انہوں نے لکھا ہے: "مولانا آج آپ کی تقریر سے دین کامل کا مطلب کیا ہے وہ بہت</w:t>
      </w:r>
    </w:p>
    <w:p>
      <w:r>
        <w:rPr>
          <w:b/>
        </w:rPr>
        <w:t xml:space="preserve">[1:04:38] </w:t>
      </w:r>
      <w:r>
        <w:t>acchi tarah se wazeh hua.</w:t>
      </w:r>
    </w:p>
    <w:p>
      <w:pPr>
        <w:jc w:val="right"/>
      </w:pPr>
      <w:r>
        <w:t>اچھی طرح سے واضح ہوا۔</w:t>
      </w:r>
    </w:p>
    <w:p>
      <w:r>
        <w:rPr>
          <w:b/>
        </w:rPr>
        <w:t xml:space="preserve">[1:04:42] </w:t>
      </w:r>
      <w:r>
        <w:t>aur doosri baat yeh ke adam alaihissalam ke waqea se jo is waqt aap ne wazeh kiya yeh</w:t>
      </w:r>
    </w:p>
    <w:p>
      <w:pPr>
        <w:jc w:val="right"/>
      </w:pPr>
      <w:r>
        <w:t>اور دوسری بات یہ کہ آدم علیہ السلام کے واقعہ سے جو اسوہ آپ نے واضح کیا یہ</w:t>
      </w:r>
    </w:p>
    <w:p>
      <w:r>
        <w:rPr>
          <w:b/>
        </w:rPr>
        <w:t xml:space="preserve">[1:04:47] </w:t>
      </w:r>
      <w:r>
        <w:t>mere liye nayi daryaft hai.</w:t>
      </w:r>
    </w:p>
    <w:p>
      <w:pPr>
        <w:jc w:val="right"/>
      </w:pPr>
      <w:r>
        <w:t>میرے لیے نئی دریافت ہے۔</w:t>
      </w:r>
    </w:p>
    <w:p>
      <w:r>
        <w:rPr>
          <w:b/>
        </w:rPr>
        <w:t xml:space="preserve">[1:04:52] </w:t>
      </w:r>
      <w:r>
        <w:t>pehli baar yeh baat mujh par wazeh hui hai.</w:t>
      </w:r>
    </w:p>
    <w:p>
      <w:pPr>
        <w:jc w:val="right"/>
      </w:pPr>
      <w:r>
        <w:t>پہلی بار یہ بات مجھ پر واضح ہوئی ہے۔</w:t>
      </w:r>
    </w:p>
    <w:p>
      <w:r>
        <w:rPr>
          <w:b/>
        </w:rPr>
        <w:t xml:space="preserve">[1:04:57] </w:t>
      </w:r>
      <w:r>
        <w:t>allah aap ko lambi umar aur sehat de."</w:t>
      </w:r>
    </w:p>
    <w:p>
      <w:pPr>
        <w:jc w:val="right"/>
      </w:pPr>
      <w:r>
        <w:t>اللہ آپ کو لمبی عمر اور صحت دے۔"</w:t>
      </w:r>
    </w:p>
    <w:p>
      <w:r>
        <w:rPr>
          <w:b/>
        </w:rPr>
        <w:t xml:space="preserve">[1:05:02] </w:t>
      </w:r>
      <w:r>
        <w:t>maulana agla sawal kya hai? stuti malhotra ne delhi se.</w:t>
      </w:r>
    </w:p>
    <w:p>
      <w:pPr>
        <w:jc w:val="right"/>
      </w:pPr>
      <w:r>
        <w:t>مولانا اگلا سوال کیا ہے؟ ستوتی ملحوترہ نے دلی سے۔</w:t>
      </w:r>
    </w:p>
    <w:p>
      <w:r>
        <w:rPr>
          <w:b/>
        </w:rPr>
        <w:t xml:space="preserve">[1:05:10] </w:t>
      </w:r>
      <w:r>
        <w:t>انہوں نے لکھا ہے: "مولana in yesterday's talk you mentioned that a person should keep himself alive.</w:t>
      </w:r>
    </w:p>
    <w:p>
      <w:pPr>
        <w:jc w:val="right"/>
      </w:pPr>
      <w:r>
        <w:t>انہوں نے لکھا ہے: "مولانا in yesterday's talk you mentioned that a person should keep himself alive.</w:t>
      </w:r>
    </w:p>
    <w:p>
      <w:r>
        <w:rPr>
          <w:b/>
        </w:rPr>
        <w:t xml:space="preserve">[1:05:17] </w:t>
      </w:r>
      <w:r>
        <w:t>I would request you to please elaborate on the same." bhai yeh baat lamba subject hai.</w:t>
      </w:r>
    </w:p>
    <w:p>
      <w:pPr>
        <w:jc w:val="right"/>
      </w:pPr>
      <w:r>
        <w:t>I would request you to please elaborate on the same." بھئی یہ بات لمبا سبجیکٹ ہے۔</w:t>
      </w:r>
    </w:p>
    <w:p>
      <w:r>
        <w:rPr>
          <w:b/>
        </w:rPr>
        <w:t xml:space="preserve">[1:05:25] </w:t>
      </w:r>
      <w:r>
        <w:t>aur jitna important hai is ke lehaz se mein inshallah aik aik</w:t>
      </w:r>
    </w:p>
    <w:p>
      <w:pPr>
        <w:jc w:val="right"/>
      </w:pPr>
      <w:r>
        <w:t>اور جتنا important ہے اس کے لحاظ سے میں انشاءاللہ ایک ایک</w:t>
      </w:r>
    </w:p>
    <w:p>
      <w:r>
        <w:rPr>
          <w:b/>
        </w:rPr>
        <w:t xml:space="preserve">[1:05:33] </w:t>
      </w:r>
      <w:r>
        <w:t>mustaqil aik talk rakhunga is ke upar.</w:t>
      </w:r>
    </w:p>
    <w:p>
      <w:pPr>
        <w:jc w:val="right"/>
      </w:pPr>
      <w:r>
        <w:t>مستقل ایک ٹاک رکھوں گا اس کے اوپر۔</w:t>
      </w:r>
    </w:p>
    <w:p>
      <w:r>
        <w:rPr>
          <w:b/>
        </w:rPr>
        <w:t xml:space="preserve">[1:05:41] </w:t>
      </w:r>
      <w:r>
        <w:t>sirf yani kuch kuch sentences mein jawab doon to woh baat poori nahi hogi.</w:t>
      </w:r>
    </w:p>
    <w:p>
      <w:pPr>
        <w:jc w:val="right"/>
      </w:pPr>
      <w:r>
        <w:t>صرف یعنی کچھ کچھ sentences میں جواب دوں تو وہ بات پوری نہیں ہوگی۔</w:t>
      </w:r>
    </w:p>
    <w:p>
      <w:r>
        <w:rPr>
          <w:b/>
        </w:rPr>
        <w:t xml:space="preserve">[1:05:49] </w:t>
      </w:r>
      <w:r>
        <w:t>to inshallah mein kal to mein ne briefly kal mein ne baat kahi thi.</w:t>
      </w:r>
    </w:p>
    <w:p>
      <w:pPr>
        <w:jc w:val="right"/>
      </w:pPr>
      <w:r>
        <w:t>تو انشاءاللہ میں کل تو میں نے briefly کل میں نے بات کہی تھی۔</w:t>
      </w:r>
    </w:p>
    <w:p>
      <w:r>
        <w:rPr>
          <w:b/>
        </w:rPr>
        <w:t xml:space="preserve">[1:05:57] </w:t>
      </w:r>
      <w:r>
        <w:t>aur aindah inshallah mein zyada detail ke sath is ko bataunga.</w:t>
      </w:r>
    </w:p>
    <w:p>
      <w:pPr>
        <w:jc w:val="right"/>
      </w:pPr>
      <w:r>
        <w:t>اور آئندہ انشاءاللہ میں زیادہ detail کے ساتھ اس کو بتاؤں گا۔</w:t>
      </w:r>
    </w:p>
    <w:p>
      <w:r>
        <w:rPr>
          <w:b/>
        </w:rPr>
        <w:t xml:space="preserve">[1:06:05] </w:t>
      </w:r>
      <w:r>
        <w:t>maulana agla sawal miss sadia khan ne kiya hai dilli se.</w:t>
      </w:r>
    </w:p>
    <w:p>
      <w:pPr>
        <w:jc w:val="right"/>
      </w:pPr>
      <w:r>
        <w:t>مولانا اگلا سوال مس سعدیہ خان نے کیا ہے دلی سے۔</w:t>
      </w:r>
    </w:p>
    <w:p>
      <w:r>
        <w:rPr>
          <w:b/>
        </w:rPr>
        <w:t xml:space="preserve">[1:06:10] </w:t>
      </w:r>
      <w:r>
        <w:t>unhon ne likha hai: "Some people hold that the problem with Islam is that it considers Prophet Muhammad</w:t>
      </w:r>
    </w:p>
    <w:p>
      <w:pPr>
        <w:jc w:val="right"/>
      </w:pPr>
      <w:r>
        <w:t>انہوں نے لکھا ہے: "Some people hold that the problem with Islam is that it considers Prophet محمد</w:t>
      </w:r>
    </w:p>
    <w:p>
      <w:r>
        <w:rPr>
          <w:b/>
        </w:rPr>
        <w:t xml:space="preserve">[1:06:15] </w:t>
      </w:r>
      <w:r>
        <w:t>to be the last prophet and Quran the last book.</w:t>
      </w:r>
    </w:p>
    <w:p>
      <w:pPr>
        <w:jc w:val="right"/>
      </w:pPr>
      <w:r>
        <w:t>to be the last prophet and قرآن the last book۔</w:t>
      </w:r>
    </w:p>
    <w:p>
      <w:r>
        <w:rPr>
          <w:b/>
        </w:rPr>
        <w:t xml:space="preserve">[1:06:20] </w:t>
      </w:r>
      <w:r>
        <w:t>What is your comment on this?" dekhiye last ka matlab log samajhte hain afzal.</w:t>
      </w:r>
    </w:p>
    <w:p>
      <w:pPr>
        <w:jc w:val="right"/>
      </w:pPr>
      <w:r>
        <w:t>What is your comment on this؟" دیکھیے last کا مطلب لوگ سمجھتے ہیں افضل۔</w:t>
      </w:r>
    </w:p>
    <w:p>
      <w:r>
        <w:rPr>
          <w:b/>
        </w:rPr>
        <w:t xml:space="preserve">[1:06:25] </w:t>
      </w:r>
      <w:r>
        <w:t>musalmanon ne yeh tasawwur diya hai.</w:t>
      </w:r>
    </w:p>
    <w:p>
      <w:pPr>
        <w:jc w:val="right"/>
      </w:pPr>
      <w:r>
        <w:t>مسلمانوں نے یہ تصور دیا ہے۔</w:t>
      </w:r>
    </w:p>
    <w:p>
      <w:r>
        <w:rPr>
          <w:b/>
        </w:rPr>
        <w:t xml:space="preserve">[1:06:30] </w:t>
      </w:r>
      <w:r>
        <w:t>hargiz woh afzal ke</w:t>
      </w:r>
    </w:p>
    <w:p>
      <w:pPr>
        <w:jc w:val="right"/>
      </w:pPr>
      <w:r>
        <w:t>ہرگز وہ افضل کے</w:t>
      </w:r>
    </w:p>
    <w:p>
      <w:r>
        <w:rPr>
          <w:b/>
        </w:rPr>
        <w:t xml:space="preserve">[1:06:35] </w:t>
      </w:r>
      <w:r>
        <w:t>ma'ne mein nahi hai.</w:t>
      </w:r>
    </w:p>
    <w:p>
      <w:pPr>
        <w:jc w:val="right"/>
      </w:pPr>
      <w:r>
        <w:t>معنی میں نہیں ہے۔</w:t>
      </w:r>
    </w:p>
    <w:p>
      <w:r>
        <w:rPr>
          <w:b/>
        </w:rPr>
        <w:t xml:space="preserve">[1:06:40] </w:t>
      </w:r>
      <w:r>
        <w:t>woh sirf hai preserved book ke ma'ne mein.</w:t>
      </w:r>
    </w:p>
    <w:p>
      <w:pPr>
        <w:jc w:val="right"/>
      </w:pPr>
      <w:r>
        <w:t>وہ صرف ہے preserved book کے معنی میں۔</w:t>
      </w:r>
    </w:p>
    <w:p>
      <w:r>
        <w:rPr>
          <w:b/>
        </w:rPr>
        <w:t xml:space="preserve">[1:06:45] </w:t>
      </w:r>
      <w:r>
        <w:t>rasool Allah sal Allah alaihi wasallam ki taleemat jo hain woh hamare paas mehfooz hain.</w:t>
      </w:r>
    </w:p>
    <w:p>
      <w:pPr>
        <w:jc w:val="right"/>
      </w:pPr>
      <w:r>
        <w:t>رسول اللہ صلی اللہ علیہ وسلم کی تعلیمات جو ہیں وہ ہمارے پاس محفوظ ہیں۔</w:t>
      </w:r>
    </w:p>
    <w:p>
      <w:r>
        <w:rPr>
          <w:b/>
        </w:rPr>
        <w:t xml:space="preserve">[1:06:50] </w:t>
      </w:r>
      <w:r>
        <w:t>hum jaan sakte hain ke aap ne kis tarah dunya mein kaam kiya.</w:t>
      </w:r>
    </w:p>
    <w:p>
      <w:pPr>
        <w:jc w:val="right"/>
      </w:pPr>
      <w:r>
        <w:t>ہم جان سکتے ہیں کہ آپ نے کس طرح دنیا میں کام کیا۔</w:t>
      </w:r>
    </w:p>
    <w:p>
      <w:r>
        <w:rPr>
          <w:b/>
        </w:rPr>
        <w:t xml:space="preserve">[1:06:55] </w:t>
      </w:r>
      <w:r>
        <w:t>doosre nabiyon ka is tarah se un ka record mehfooz nahi hai bas is ma'ne mein.</w:t>
      </w:r>
    </w:p>
    <w:p>
      <w:pPr>
        <w:jc w:val="right"/>
      </w:pPr>
      <w:r>
        <w:t>دوسرے نبیوں کا اس طرح سے ان کا ریکارڈ محفوظ نہیں ہے بس اس معنی میں۔</w:t>
      </w:r>
    </w:p>
    <w:p>
      <w:r>
        <w:rPr>
          <w:b/>
        </w:rPr>
        <w:t xml:space="preserve">[1:07:00] </w:t>
      </w:r>
      <w:r>
        <w:t>doosri baat mein yeh kehna chahunga ke Allah taala ka yeh yeh plan nahi hai ke baar</w:t>
      </w:r>
    </w:p>
    <w:p>
      <w:pPr>
        <w:jc w:val="right"/>
      </w:pPr>
      <w:r>
        <w:t>دوسری بات میں یہ کہنا چاہوں گا کہ اللہ تعالیٰ کا یہ یہ plan نہیں ہے کہ بار</w:t>
      </w:r>
    </w:p>
    <w:p>
      <w:r>
        <w:rPr>
          <w:b/>
        </w:rPr>
        <w:t xml:space="preserve">[1:07:05] </w:t>
      </w:r>
      <w:r>
        <w:t>baar nabi aata rahe.</w:t>
      </w:r>
    </w:p>
    <w:p>
      <w:pPr>
        <w:jc w:val="right"/>
      </w:pPr>
      <w:r>
        <w:t>بار نبی آتا رہے۔</w:t>
      </w:r>
    </w:p>
    <w:p>
      <w:r>
        <w:rPr>
          <w:b/>
        </w:rPr>
        <w:t xml:space="preserve">[1:07:09] </w:t>
      </w:r>
      <w:r>
        <w:t>yeh plan nahi hai.</w:t>
      </w:r>
    </w:p>
    <w:p>
      <w:pPr>
        <w:jc w:val="right"/>
      </w:pPr>
      <w:r>
        <w:t>یہ plan نہیں ہے۔</w:t>
      </w:r>
    </w:p>
    <w:p>
      <w:r>
        <w:rPr>
          <w:b/>
        </w:rPr>
        <w:t xml:space="preserve">[1:07:14] </w:t>
      </w:r>
      <w:r>
        <w:t>Allah ka plan awwal din se yahi tha ke jab aik nabi ki taleemat uska model mehfooz</w:t>
      </w:r>
    </w:p>
    <w:p>
      <w:pPr>
        <w:jc w:val="right"/>
      </w:pPr>
      <w:r>
        <w:t>اللہ کا plan اول دن سے یہی تھا کہ جب ایک نبی کی تعلیمات اس کا ماڈل محفوظ</w:t>
      </w:r>
    </w:p>
    <w:p>
      <w:r>
        <w:rPr>
          <w:b/>
        </w:rPr>
        <w:t xml:space="preserve">[1:07:18] </w:t>
      </w:r>
      <w:r>
        <w:t>ho jaye yani record uska history mein ban jaye to bas kafi hai phir doosra nabi aanay</w:t>
      </w:r>
    </w:p>
    <w:p>
      <w:pPr>
        <w:jc w:val="right"/>
      </w:pPr>
      <w:r>
        <w:t>ہو جائے یعنی ریکارڈ اس کا history میں بن جائے تو بس کافی ہے پھر دوسرا نبی آنے</w:t>
      </w:r>
    </w:p>
    <w:p>
      <w:r>
        <w:rPr>
          <w:b/>
        </w:rPr>
        <w:t xml:space="preserve">[1:07:23] </w:t>
      </w:r>
      <w:r>
        <w:t>ki zaroorat nahi hai.</w:t>
      </w:r>
    </w:p>
    <w:p>
      <w:pPr>
        <w:jc w:val="right"/>
      </w:pPr>
      <w:r>
        <w:t>کی ضرورت نہیں ہے۔</w:t>
      </w:r>
    </w:p>
    <w:p>
      <w:r>
        <w:rPr>
          <w:b/>
        </w:rPr>
        <w:t xml:space="preserve">[1:07:27] </w:t>
      </w:r>
      <w:r>
        <w:t>baad ki generation jo hain usi ko parh kar usi se yani guidance leti rahen.</w:t>
      </w:r>
    </w:p>
    <w:p>
      <w:pPr>
        <w:jc w:val="right"/>
      </w:pPr>
      <w:r>
        <w:t>بعد کی generation جو ہیں اسی کو پڑھ کر اسی سے یعنی guidance لیتی رہیں۔</w:t>
      </w:r>
    </w:p>
    <w:p>
      <w:r>
        <w:rPr>
          <w:b/>
        </w:rPr>
        <w:t xml:space="preserve">[1:07:32] </w:t>
      </w:r>
      <w:r>
        <w:t>to rasool Allah sal Allah alaihi wasallam</w:t>
      </w:r>
    </w:p>
    <w:p>
      <w:pPr>
        <w:jc w:val="right"/>
      </w:pPr>
      <w:r>
        <w:t>تو رسول اللہ صلی اللہ علیہ وسلم</w:t>
      </w:r>
    </w:p>
    <w:p>
      <w:r>
        <w:rPr>
          <w:b/>
        </w:rPr>
        <w:t xml:space="preserve">[1:07:36] </w:t>
      </w:r>
      <w:r>
        <w:t>final prophetic sense mein hain ke aap wahid nabi hain jin ki zindagi record mein aa gayi. Aur doosre nabiyon ki zindagi record mein nahin aayi. Bas agar khuda na khwasta khuda na khwasta aap ki zindagi record mein na aati to phir Allah taala ek aur nabi bhijta. Lekin jab jab woh record mein aa gayi mehfooz ho gayi to wohi wohi ban gayi yaani badal ban gaya. Is ka substitute ban gaya. Is</w:t>
      </w:r>
    </w:p>
    <w:p>
      <w:pPr>
        <w:jc w:val="right"/>
      </w:pPr>
      <w:r>
        <w:t>final prophetic sense میں ہیں کہ آپ واحد نبی ہیں جن کی زندگی ریکارڈ میں آ گئی۔ اور دوسرے نبیوں کی زندگی ریکارڈ میں نہیں آئی۔ بس اگر خدانخواستہ خدانخواستہ آپ کی زندگی ریکارڈ میں نہ آتی تو پھر اللہ تعالیٰ ایک اور نبی بھیجتا۔ لیکن جب جب وہ ریکارڈ میں آ گئی محفوظ ہو گئی تو وہی وہی بن گئی یعنی بدل بن گیا۔ اس کا substitute بن گیا۔ اس</w:t>
      </w:r>
    </w:p>
    <w:p>
      <w:r>
        <w:rPr>
          <w:b/>
        </w:rPr>
        <w:t xml:space="preserve">[1:08:06] </w:t>
      </w:r>
      <w:r>
        <w:t>y se aap deen lete rahey. yeh to musalmanon ne ghalat tor par yeh taasur logon ko diya hai ke hamara deen afzal hai. hamari kitab afzal hai. is wajah se log is mein shakk karte hain ke yeh kaun si baat hui hai? ke Allah ke haan aisa farq kiya jaye? ke Allah ke to sab nabi barabar hone chahiye. to ek zyada hai ek kam kyun? to yeh musalmanon ka apna banaya hua deen hai. Allah ne aisa kabhi nahi kaha hai ke koi ek ooncha hai koi ek necha hai. koi</w:t>
      </w:r>
    </w:p>
    <w:p>
      <w:pPr>
        <w:jc w:val="right"/>
      </w:pPr>
      <w:r>
        <w:t>ی سے آپ دین لیتے رہیے۔ یہ تو مسلمانوں نے غلط طور پر یہ تاثر لوگوں کو دیا ہے کہ ہمارا دین افضل ہے۔ ہماری کتاب افضل ہے۔ اس وجہ سے لوگ اس میں شک کرتے ہیں کہ یہ کون سی بات ہوئی ہے؟ کہ اللہ کے ہاں ایسا فرق کیا جائے؟ کہ اللہ کے تو سب نبی برابر ہونے چاہیے۔ تو ایک زیادہ ہے ایک کم کیوں؟ تو یہ مسلمانوں کا اپنا بنایا ہوا دین ہے۔ اللہ نے ایسا کبھی نہیں کہا ہے کہ کوئی ایک اونچا ہے کوئی ایک نیچا ہے۔ کوئی</w:t>
      </w:r>
    </w:p>
    <w:p>
      <w:r>
        <w:rPr>
          <w:b/>
        </w:rPr>
        <w:t xml:space="preserve">[1:08:36] </w:t>
      </w:r>
      <w:r>
        <w:t>aik afzal hai koi ghair afzal hai.</w:t>
      </w:r>
    </w:p>
    <w:p>
      <w:pPr>
        <w:jc w:val="right"/>
      </w:pPr>
      <w:r>
        <w:t>ایک افضل ہے کوئی غیر افضل ہے۔</w:t>
      </w:r>
    </w:p>
    <w:p>
      <w:r>
        <w:rPr>
          <w:b/>
        </w:rPr>
        <w:t xml:space="preserve">[1:08:45] </w:t>
      </w:r>
      <w:r>
        <w:t>to quran ka ya rasool allah salallaho alaihe wasallam ka aakhri hone ka matlab sirf yeh hai</w:t>
      </w:r>
    </w:p>
    <w:p>
      <w:pPr>
        <w:jc w:val="right"/>
      </w:pPr>
      <w:r>
        <w:t>تو قرآن کا یا رسول اللہ صلی اللہ علیہ وسلم کا آخری ہونے کا مطلب صرف یہ ہے</w:t>
      </w:r>
    </w:p>
    <w:p>
      <w:r>
        <w:rPr>
          <w:b/>
        </w:rPr>
        <w:t xml:space="preserve">[1:08:54] </w:t>
      </w:r>
      <w:r>
        <w:t>ke jo kuch bhi allah ne bheja tha woh mehfooz ho gaya aur woh authentic uska har</w:t>
      </w:r>
    </w:p>
    <w:p>
      <w:pPr>
        <w:jc w:val="right"/>
      </w:pPr>
      <w:r>
        <w:t>کہ جو کچھ بھی اللہ نے بھیجا تھا وہ محفوظ ہو گیا اور وہ authentic اس کا ہر</w:t>
      </w:r>
    </w:p>
    <w:p>
      <w:r>
        <w:rPr>
          <w:b/>
        </w:rPr>
        <w:t xml:space="preserve">[1:09:02] </w:t>
      </w:r>
      <w:r>
        <w:t>cheez ek authentic taur par hamare paas maujood hai aaj bhi to bas wohi kafi hai hamein guidance ke liye.</w:t>
      </w:r>
    </w:p>
    <w:p>
      <w:pPr>
        <w:jc w:val="right"/>
      </w:pPr>
      <w:r>
        <w:t>چیز ایک authentic طور پر ہمارے پاس موجود ہے آج بھی تو بس وہی کافی ہے ہمیں guidance کے لیے۔</w:t>
      </w:r>
    </w:p>
    <w:p>
      <w:r>
        <w:rPr>
          <w:b/>
        </w:rPr>
        <w:t xml:space="preserve">[1:09:11] </w:t>
      </w:r>
      <w:r>
        <w:t>maulana yeh sawal chennai se aaya hai maulana iqbal umri ka.</w:t>
      </w:r>
    </w:p>
    <w:p>
      <w:pPr>
        <w:jc w:val="right"/>
      </w:pPr>
      <w:r>
        <w:t>مولانا یہ سوال چنئی سے آیا ہے مولانا اقبال عمری کا۔</w:t>
      </w:r>
    </w:p>
    <w:p>
      <w:r>
        <w:rPr>
          <w:b/>
        </w:rPr>
        <w:t xml:space="preserve">[1:09:16] </w:t>
      </w:r>
      <w:r>
        <w:t>unhone likha hai: "ek sahab ne kaha ke hum india mein ghulami mein hain.</w:t>
      </w:r>
    </w:p>
    <w:p>
      <w:pPr>
        <w:jc w:val="right"/>
      </w:pPr>
      <w:r>
        <w:t>انہوں نے لکھا ہے: "ایک صاحب نے کہا کہ ہم انڈیا میں غلامی میں ہیں۔</w:t>
      </w:r>
    </w:p>
    <w:p>
      <w:r>
        <w:rPr>
          <w:b/>
        </w:rPr>
        <w:t xml:space="preserve">[1:09:21] </w:t>
      </w:r>
      <w:r>
        <w:t>jaisa ke moosa alaihe assalam ke zamane mein musalmanon ki halat thi.</w:t>
      </w:r>
    </w:p>
    <w:p>
      <w:pPr>
        <w:jc w:val="right"/>
      </w:pPr>
      <w:r>
        <w:t>جیسا کہ موسیٰ علیہ السلام کے زمانے میں مسلمانوں کی حالت تھی۔</w:t>
      </w:r>
    </w:p>
    <w:p>
      <w:r>
        <w:rPr>
          <w:b/>
        </w:rPr>
        <w:t xml:space="preserve">[1:09:26] </w:t>
      </w:r>
      <w:r>
        <w:t>to hum ko moosa alaihe assalam ke iswa lena hai yani ghulami se nijat dilana hai.</w:t>
      </w:r>
    </w:p>
    <w:p>
      <w:pPr>
        <w:jc w:val="right"/>
      </w:pPr>
      <w:r>
        <w:t>تو ہم کو موسیٰ علیہ السلام کے اسوہ لینا ہے یعنی غلامی سے نجات دلانا ہے۔</w:t>
      </w:r>
    </w:p>
    <w:p>
      <w:r>
        <w:rPr>
          <w:b/>
        </w:rPr>
        <w:t xml:space="preserve">[1:09:32] </w:t>
      </w:r>
      <w:r>
        <w:t>maulana yeh kahan tak sahi hai?" yeh double jhoot hai.</w:t>
      </w:r>
    </w:p>
    <w:p>
      <w:pPr>
        <w:jc w:val="right"/>
      </w:pPr>
      <w:r>
        <w:t>مولانا یہ کہاں تک صحیح ہے؟" یہ double جھوٹ ہے۔</w:t>
      </w:r>
    </w:p>
    <w:p>
      <w:r>
        <w:rPr>
          <w:b/>
        </w:rPr>
        <w:t xml:space="preserve">[1:09:37] </w:t>
      </w:r>
      <w:r>
        <w:t>sahi nahi hai yeh.</w:t>
      </w:r>
    </w:p>
    <w:p>
      <w:pPr>
        <w:jc w:val="right"/>
      </w:pPr>
      <w:r>
        <w:t>صحیح نہیں ہے یہ۔</w:t>
      </w:r>
    </w:p>
    <w:p>
      <w:r>
        <w:rPr>
          <w:b/>
        </w:rPr>
        <w:t xml:space="preserve">[1:09:42] </w:t>
      </w:r>
      <w:r>
        <w:t>jo log aisa kehte hain woh Allah se darte nahi. yaad rakhiye quran ko samajhne ke liye pehli shart hai khauf-e-khuda. pehli shart hai "اتقوا اللہ و یعلمکم اللہ". jo dil Allah ke khauf se khali ho woh na to quran ko samjhega aur na aap us ko samjha sakte hain. aap samjha bhi nahi sakte us ko. "اتقوا اللہ و یعلمکم اللہ". sab se</w:t>
      </w:r>
    </w:p>
    <w:p>
      <w:pPr>
        <w:jc w:val="right"/>
      </w:pPr>
      <w:r>
        <w:t>جو لوگ ایسا کہتے ہیں وہ اللہ سے ڈرتے نہیں۔ یاد رکھیے قرآن کو سمجھنے کے لیے پہلی شرط ہے خوف خدا۔ پہلی شرط ہے اتقوا اللہ و یعلمکم اللہ۔ جو دل اللہ کے خوف سے خالی ہو وہ نہ تو قرآن کو سمجھے گا اور نہ آپ اس کو سمجھا سکتے ہیں۔ آپ سمجھا بھی نہیں سکتے اس کو۔ اتقوا اللہ و یعلمکم اللہ۔ سب سے</w:t>
      </w:r>
    </w:p>
    <w:p>
      <w:r>
        <w:rPr>
          <w:b/>
        </w:rPr>
        <w:t xml:space="preserve">[1:10:12] </w:t>
      </w:r>
      <w:r>
        <w:t>pehli cheez hai ke insaan ke andar allah ka darr ho.</w:t>
      </w:r>
    </w:p>
    <w:p>
      <w:pPr>
        <w:jc w:val="right"/>
      </w:pPr>
      <w:r>
        <w:t>پہلی چیز ہے کہ انسان کے اندر اللہ کا ڈر ہو۔</w:t>
      </w:r>
    </w:p>
    <w:p>
      <w:r>
        <w:rPr>
          <w:b/>
        </w:rPr>
        <w:t xml:space="preserve">[1:10:15] </w:t>
      </w:r>
      <w:r>
        <w:t>warna kuch bhi kuch bhi kahega kuch bhi kahega.</w:t>
      </w:r>
    </w:p>
    <w:p>
      <w:pPr>
        <w:jc w:val="right"/>
      </w:pPr>
      <w:r>
        <w:t>ورنہ کچھ بھی کچھ بھی کہے گا کچھ بھی کہے گا۔</w:t>
      </w:r>
    </w:p>
    <w:p>
      <w:r>
        <w:rPr>
          <w:b/>
        </w:rPr>
        <w:t xml:space="preserve">[1:10:18] </w:t>
      </w:r>
      <w:r>
        <w:t>yeh bilkul hi aisi baat hai baseless qism ki.</w:t>
      </w:r>
    </w:p>
    <w:p>
      <w:pPr>
        <w:jc w:val="right"/>
      </w:pPr>
      <w:r>
        <w:t>یہ بالکل ہی ایسی بات ہے baseless قسم کی۔</w:t>
      </w:r>
    </w:p>
    <w:p>
      <w:r>
        <w:rPr>
          <w:b/>
        </w:rPr>
        <w:t xml:space="preserve">[1:10:22] </w:t>
      </w:r>
      <w:r>
        <w:t>yani ghulami ke lafz bhi kahin nahi.</w:t>
      </w:r>
    </w:p>
    <w:p>
      <w:pPr>
        <w:jc w:val="right"/>
      </w:pPr>
      <w:r>
        <w:t>یعنی غلامی کے لفظ بھی کہیں نہیں۔</w:t>
      </w:r>
    </w:p>
    <w:p>
      <w:r>
        <w:rPr>
          <w:b/>
        </w:rPr>
        <w:t xml:space="preserve">[1:10:25] </w:t>
      </w:r>
      <w:r>
        <w:t>yeh tasawwur ghulami ka mere dekh bilkul unislamic tasawwur hai.</w:t>
      </w:r>
    </w:p>
    <w:p>
      <w:pPr>
        <w:jc w:val="right"/>
      </w:pPr>
      <w:r>
        <w:t>یہ تصور غلامی کا میرے دیکھ بالکل unislamic تصور ہے۔</w:t>
      </w:r>
    </w:p>
    <w:p>
      <w:r>
        <w:rPr>
          <w:b/>
        </w:rPr>
        <w:t xml:space="preserve">[1:10:28] </w:t>
      </w:r>
      <w:r>
        <w:t>ghulami ka tasawwur unislamic tasawwur hai.</w:t>
      </w:r>
    </w:p>
    <w:p>
      <w:pPr>
        <w:jc w:val="right"/>
      </w:pPr>
      <w:r>
        <w:t>غلامی کا تصور unislamic تصور ہے۔</w:t>
      </w:r>
    </w:p>
    <w:p>
      <w:r>
        <w:rPr>
          <w:b/>
        </w:rPr>
        <w:t xml:space="preserve">[1:10:32] </w:t>
      </w:r>
      <w:r>
        <w:t>yani political ghulami.</w:t>
      </w:r>
    </w:p>
    <w:p>
      <w:pPr>
        <w:jc w:val="right"/>
      </w:pPr>
      <w:r>
        <w:t>یعنی political غلامی۔</w:t>
      </w:r>
    </w:p>
    <w:p>
      <w:r>
        <w:rPr>
          <w:b/>
        </w:rPr>
        <w:t xml:space="preserve">[1:10:35] </w:t>
      </w:r>
      <w:r>
        <w:t>bhai is par main likh chuka hoon.</w:t>
      </w:r>
    </w:p>
    <w:p>
      <w:pPr>
        <w:jc w:val="right"/>
      </w:pPr>
      <w:r>
        <w:t>بھائی اس پر میں لکھ چکا ہوں۔</w:t>
      </w:r>
    </w:p>
    <w:p>
      <w:r>
        <w:rPr>
          <w:b/>
        </w:rPr>
        <w:t xml:space="preserve">[1:10:38] </w:t>
      </w:r>
      <w:r>
        <w:t>aap meri kitabon mein parh sakte</w:t>
      </w:r>
    </w:p>
    <w:p>
      <w:pPr>
        <w:jc w:val="right"/>
      </w:pPr>
      <w:r>
        <w:t>آپ میری کتابوں میں پڑھ سکتے</w:t>
      </w:r>
    </w:p>
    <w:p>
      <w:r>
        <w:rPr>
          <w:b/>
        </w:rPr>
        <w:t xml:space="preserve">[1:10:42] </w:t>
      </w:r>
      <w:r>
        <w:t>hain is masle ko. parh kar ke likhein. mein ne bar bar kaha hai ke aap sawal parh kar kijiye. is masle par mein likh chuka hoon. pehle is ko parhiye phir sawal kijiye. bar bar mein ne kaha ke jis masle par hum ne likh chuke hain us ko pehle parhiye phir sawal kijiye. yeh yeh to yeh to question falsafe ka question ho jata hai. Thank you we will end the session now.</w:t>
      </w:r>
    </w:p>
    <w:p>
      <w:pPr>
        <w:jc w:val="right"/>
      </w:pPr>
      <w:r>
        <w:t>ہیں اس مسئلے کو۔ پڑھ کر کے لکھیں۔ میں نے بار بار کہا ہے کہ آپ سوال پڑھ کر کیجیے۔ اس مسئلے پر میں لکھ چکا ہوں۔ پہلے اس کو پڑھیے پھر سوال کیجیے۔ بار بار میں نے کہا کہ جس مسئلے پر ہم نے لکھ چکے ہیں اس کو پہلے پڑھیے پھر سوال کیجیے۔ یہ یہ تو یہ تو question فلسفے کا question ہو جاتا ہے۔ Thank you we will end the session now۔</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