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Non Confrontational Method | May 04, 2014 | Maulana Wahiduddin Khan</w:t>
      </w:r>
    </w:p>
    <w:p>
      <w:r>
        <w:t>https://www.youtube.com/watch?v=8wcbig5sNFE</w:t>
      </w:r>
    </w:p>
    <w:p>
      <w:r>
        <w:rPr>
          <w:b/>
        </w:rPr>
        <w:t xml:space="preserve">[00:13] </w:t>
      </w:r>
      <w:r>
        <w:t>bismillah rahman rahim, wasallallaho ala nabiyyil karim.</w:t>
      </w:r>
    </w:p>
    <w:p>
      <w:pPr>
        <w:jc w:val="right"/>
      </w:pPr>
      <w:r>
        <w:t>بسم اللہ الرحمن الرحیم، وصلی اللہ علی النبی الکریم۔</w:t>
      </w:r>
    </w:p>
    <w:p>
      <w:r>
        <w:rPr>
          <w:b/>
        </w:rPr>
        <w:t xml:space="preserve">[00:24] </w:t>
      </w:r>
      <w:r>
        <w:t>rabishrah li sadri, wayassir li amri, wahlul uqdatan min lisani, yafqahu qawli.</w:t>
      </w:r>
    </w:p>
    <w:p>
      <w:pPr>
        <w:jc w:val="right"/>
      </w:pPr>
      <w:r>
        <w:t>رب اشرح لی صدری، ویسر لی امری، واحل العقدۃ من لسانی، یفقہ قولی۔</w:t>
      </w:r>
    </w:p>
    <w:p>
      <w:r>
        <w:rPr>
          <w:b/>
        </w:rPr>
        <w:t xml:space="preserve">[00:34] </w:t>
      </w:r>
      <w:r>
        <w:t>4 may 2014.</w:t>
      </w:r>
    </w:p>
    <w:p>
      <w:pPr>
        <w:jc w:val="right"/>
      </w:pPr>
      <w:r>
        <w:t>4 مئی 2014۔</w:t>
      </w:r>
    </w:p>
    <w:p>
      <w:r>
        <w:rPr>
          <w:b/>
        </w:rPr>
        <w:t xml:space="preserve">[00:45] </w:t>
      </w:r>
      <w:r>
        <w:t>aaj mein apni baat ko ek tajrube se shuru karna chahta hoon. C-29 jahan mein rehta hoon, is ke back mein ek corner hai jo face karta hai ek park ko. to aksar mein us corner par baithta hoon,</w:t>
      </w:r>
    </w:p>
    <w:p>
      <w:pPr>
        <w:jc w:val="right"/>
      </w:pPr>
      <w:r>
        <w:t>آج میں اپنی بات کو ایک تجربے سے شروع کرنا چاہتا ہوں۔ C-29 جہاں میں رہتا ہوں، اس کے بیک میں ایک کارنر ہے جو فیس کرتا ہے ایک پارک کو۔ تو اکثر میں اس کارنر پر بیٹھتا ہوں،</w:t>
      </w:r>
    </w:p>
    <w:p>
      <w:r>
        <w:rPr>
          <w:b/>
        </w:rPr>
        <w:t xml:space="preserve">[01:15] </w:t>
      </w:r>
      <w:r>
        <w:t>is ko main spiritual corner kehta hoon.</w:t>
      </w:r>
    </w:p>
    <w:p>
      <w:pPr>
        <w:jc w:val="right"/>
      </w:pPr>
      <w:r>
        <w:t>اس کو میں اسپریچوئل کارنر کہتا ہوں۔</w:t>
      </w:r>
    </w:p>
    <w:p>
      <w:r>
        <w:rPr>
          <w:b/>
        </w:rPr>
        <w:t xml:space="preserve">[01:25] </w:t>
      </w:r>
      <w:r>
        <w:t>to wahan par jo scene hai woh yeh hai ke darakht hain, sabza hai, khula aasman hai.</w:t>
      </w:r>
    </w:p>
    <w:p>
      <w:pPr>
        <w:jc w:val="right"/>
      </w:pPr>
      <w:r>
        <w:t>تو وہاں پر جو سین ہے وہ یہ ہے کہ درخت ہیں، سبزہ ہے، کھلا آسمان ہے۔</w:t>
      </w:r>
    </w:p>
    <w:p>
      <w:r>
        <w:rPr>
          <w:b/>
        </w:rPr>
        <w:t xml:space="preserve">[01:35] </w:t>
      </w:r>
      <w:r>
        <w:t>to wahan main baitha hua tha, maine dekha ke upar fiza mein chidiya ud rahi hain.</w:t>
      </w:r>
    </w:p>
    <w:p>
      <w:pPr>
        <w:jc w:val="right"/>
      </w:pPr>
      <w:r>
        <w:t>تو وہاں میں بیٹھا ہوا تھا، میں نے دیکھا کہ اوپر فضا میں چڑیاں اڑ رہی ہیں۔</w:t>
      </w:r>
    </w:p>
    <w:p>
      <w:r>
        <w:rPr>
          <w:b/>
        </w:rPr>
        <w:t xml:space="preserve">[01:45] </w:t>
      </w:r>
      <w:r>
        <w:t>bahut chidiya idhar se aa rahi hain, udhar se ja rahi hain.</w:t>
      </w:r>
    </w:p>
    <w:p>
      <w:pPr>
        <w:jc w:val="right"/>
      </w:pPr>
      <w:r>
        <w:t>بہت چڑیاں ادھر سے آ رہی ہیں، ادھر سے جا رہی ہیں۔</w:t>
      </w:r>
    </w:p>
    <w:p>
      <w:r>
        <w:rPr>
          <w:b/>
        </w:rPr>
        <w:t xml:space="preserve">[01:55] </w:t>
      </w:r>
      <w:r>
        <w:t>to mein ne socha ke is dunya mein kya azadi, azadi chidiyon ke liye hai, insan ke liye nahi hai.</w:t>
      </w:r>
    </w:p>
    <w:p>
      <w:pPr>
        <w:jc w:val="right"/>
      </w:pPr>
      <w:r>
        <w:t>تو میں نے سوچا کہ اس دنیا میں کیا آزادی، آزادی چڑیوں کے لیے ہے، انسان کے لیے نہیں ہے۔</w:t>
      </w:r>
    </w:p>
    <w:p>
      <w:r>
        <w:rPr>
          <w:b/>
        </w:rPr>
        <w:t xml:space="preserve">[02:05] </w:t>
      </w:r>
      <w:r>
        <w:t>ek anokha sawal mere zehn mein aaya ke chidiyan jo hain wo un ko azadi mila hua hai, khuli faz</w:t>
      </w:r>
    </w:p>
    <w:p>
      <w:pPr>
        <w:jc w:val="right"/>
      </w:pPr>
      <w:r>
        <w:t>ایک انوکھا سوال میرے ذہن میں آیا کہ چڑیاں جو ہیں وہ ان کو آزادی ملا ہوا ہے، کھلی فض</w:t>
      </w:r>
    </w:p>
    <w:p>
      <w:r>
        <w:rPr>
          <w:b/>
        </w:rPr>
        <w:t xml:space="preserve">[02:15] </w:t>
      </w:r>
      <w:r>
        <w:t>aon mein ur rahi hain, to kya insan ko azadi nahi? phir mujhe yaad aaya ke France ke</w:t>
      </w:r>
    </w:p>
    <w:p>
      <w:pPr>
        <w:jc w:val="right"/>
      </w:pPr>
      <w:r>
        <w:t>اؤں میں اڑ رہی ہیں، تو کیا انسان کو آزادی نہیں؟ پھر مجھے یاد آیا کہ فرانس کے</w:t>
      </w:r>
    </w:p>
    <w:p>
      <w:r>
        <w:rPr>
          <w:b/>
        </w:rPr>
        <w:t xml:space="preserve">[02:25] </w:t>
      </w:r>
      <w:r>
        <w:t>Raspar ne kitab likhi thi "Social Contract".</w:t>
      </w:r>
    </w:p>
    <w:p>
      <w:pPr>
        <w:jc w:val="right"/>
      </w:pPr>
      <w:r>
        <w:t>راسپر نے کتاب لکھی تھی "Social Contract"۔</w:t>
      </w:r>
    </w:p>
    <w:p>
      <w:r>
        <w:rPr>
          <w:b/>
        </w:rPr>
        <w:t xml:space="preserve">[02:35] </w:t>
      </w:r>
      <w:r>
        <w:t>yeh kitab shuru hui thi is jumle se: "Man was born free, but I see him in chains."</w:t>
      </w:r>
    </w:p>
    <w:p>
      <w:pPr>
        <w:jc w:val="right"/>
      </w:pPr>
      <w:r>
        <w:t>یہ کتاب شروع ہوئی تھی اس جملے سے: "Man was born free, but I see him in chains."</w:t>
      </w:r>
    </w:p>
    <w:p>
      <w:r>
        <w:rPr>
          <w:b/>
        </w:rPr>
        <w:t xml:space="preserve">[02:46] </w:t>
      </w:r>
      <w:r>
        <w:t>insan azad paida hua tha, magar mein us ko zanjeeron mein jakra hua dekhta hoon.</w:t>
      </w:r>
    </w:p>
    <w:p>
      <w:pPr>
        <w:jc w:val="right"/>
      </w:pPr>
      <w:r>
        <w:t>انسان آزاد پیدا ہوا تھا، مگر میں اس کو زنجیروں میں جکڑا ہوا دیکھتا ہوں۔</w:t>
      </w:r>
    </w:p>
    <w:p>
      <w:r>
        <w:rPr>
          <w:b/>
        </w:rPr>
        <w:t xml:space="preserve">[02:53] </w:t>
      </w:r>
      <w:r>
        <w:t>lekin teen so saal beet gaye, aaj bhi log shikayaton hi mein jeete hain.</w:t>
      </w:r>
    </w:p>
    <w:p>
      <w:pPr>
        <w:jc w:val="right"/>
      </w:pPr>
      <w:r>
        <w:t>لیکن تین سو سال بیت گئے، آج بھی لوگ شکایتوں ہی میں جیتے ہیں۔</w:t>
      </w:r>
    </w:p>
    <w:p>
      <w:r>
        <w:rPr>
          <w:b/>
        </w:rPr>
        <w:t xml:space="preserve">[03:01] </w:t>
      </w:r>
      <w:r>
        <w:t>jahan dekhiye, har ek shikayat kar raha hai.</w:t>
      </w:r>
    </w:p>
    <w:p>
      <w:pPr>
        <w:jc w:val="right"/>
      </w:pPr>
      <w:r>
        <w:t>جہاں دیکھئے، ہر ایک شکایت کر رہا ہے۔</w:t>
      </w:r>
    </w:p>
    <w:p>
      <w:r>
        <w:rPr>
          <w:b/>
        </w:rPr>
        <w:t xml:space="preserve">[03:09] </w:t>
      </w:r>
      <w:r>
        <w:t>koi siyasi tabdeeli ki, koi samajee tabdeeli ki, koi maashi tabdeeli ki.</w:t>
      </w:r>
    </w:p>
    <w:p>
      <w:pPr>
        <w:jc w:val="right"/>
      </w:pPr>
      <w:r>
        <w:t>کوئی سیاسی تبدیلی کی، کوئی سماجی تبدیلی کی، کوئی معاشی تبدیلی کی۔</w:t>
      </w:r>
    </w:p>
    <w:p>
      <w:r>
        <w:rPr>
          <w:b/>
        </w:rPr>
        <w:t xml:space="preserve">[03:17] </w:t>
      </w:r>
      <w:r>
        <w:t>har jagah, Muslim mumalik mein bhi aur ghair Muslim mumalik mein bhi.</w:t>
      </w:r>
    </w:p>
    <w:p>
      <w:pPr>
        <w:jc w:val="right"/>
      </w:pPr>
      <w:r>
        <w:t>ہر جگہ، مسلم ممالک میں بھی اور غیر مسلم ممالک میں بھی۔</w:t>
      </w:r>
    </w:p>
    <w:p>
      <w:r>
        <w:rPr>
          <w:b/>
        </w:rPr>
        <w:t xml:space="preserve">[03:22] </w:t>
      </w:r>
      <w:r>
        <w:t>is beech mein kitne inqalab aaye, jamhooriyat aayi.</w:t>
      </w:r>
    </w:p>
    <w:p>
      <w:pPr>
        <w:jc w:val="right"/>
      </w:pPr>
      <w:r>
        <w:t>اس بیچ میں کتنے انقلاب آئے، جمہوریت آئی۔</w:t>
      </w:r>
    </w:p>
    <w:p>
      <w:r>
        <w:rPr>
          <w:b/>
        </w:rPr>
        <w:t xml:space="preserve">[03:27] </w:t>
      </w:r>
      <w:r>
        <w:t>lekin insan ka zanjeeron mein jeena khatam nahi hua.</w:t>
      </w:r>
    </w:p>
    <w:p>
      <w:pPr>
        <w:jc w:val="right"/>
      </w:pPr>
      <w:r>
        <w:t>لیکن انسان کا زنجیروں میں جینا ختم نہیں ہوا۔</w:t>
      </w:r>
    </w:p>
    <w:p>
      <w:r>
        <w:rPr>
          <w:b/>
        </w:rPr>
        <w:t xml:space="preserve">[03:32] </w:t>
      </w:r>
      <w:r>
        <w:t>zanjeeron mein jeena khatam nahi hua.</w:t>
      </w:r>
    </w:p>
    <w:p>
      <w:pPr>
        <w:jc w:val="right"/>
      </w:pPr>
      <w:r>
        <w:t>زنجیروں میں جینا ختم نہیں ہوا۔</w:t>
      </w:r>
    </w:p>
    <w:p>
      <w:r>
        <w:rPr>
          <w:b/>
        </w:rPr>
        <w:t xml:space="preserve">[03:37] </w:t>
      </w:r>
      <w:r>
        <w:t>is ka saboot yeh hai ke sab log shikayaton mein jeete hain.</w:t>
      </w:r>
    </w:p>
    <w:p>
      <w:pPr>
        <w:jc w:val="right"/>
      </w:pPr>
      <w:r>
        <w:t>اس کا ثبوت یہ ہے کہ سب لوگ شکایتوں میں جیتے ہیں۔</w:t>
      </w:r>
    </w:p>
    <w:p>
      <w:r>
        <w:rPr>
          <w:b/>
        </w:rPr>
        <w:t xml:space="preserve">[03:42] </w:t>
      </w:r>
      <w:r>
        <w:t>jis ko dekhiye, koi</w:t>
      </w:r>
    </w:p>
    <w:p>
      <w:pPr>
        <w:jc w:val="right"/>
      </w:pPr>
      <w:r>
        <w:t>جس کو دیکھئے، کوئی</w:t>
      </w:r>
    </w:p>
    <w:p>
      <w:r>
        <w:rPr>
          <w:b/>
        </w:rPr>
        <w:t xml:space="preserve">[03:47] </w:t>
      </w:r>
      <w:r>
        <w:t>un ke.</w:t>
      </w:r>
    </w:p>
    <w:p>
      <w:pPr>
        <w:jc w:val="right"/>
      </w:pPr>
      <w:r>
        <w:t>ان کے۔</w:t>
      </w:r>
    </w:p>
    <w:p>
      <w:r>
        <w:rPr>
          <w:b/>
        </w:rPr>
        <w:t xml:space="preserve">[03:53] </w:t>
      </w:r>
      <w:r>
        <w:t>yani "Complain is the most widespread culture of the world." "Complain and protest is the most widespread culture</w:t>
      </w:r>
    </w:p>
    <w:p>
      <w:pPr>
        <w:jc w:val="right"/>
      </w:pPr>
      <w:r>
        <w:t>یعنی "Complain is the most widespread culture of the world." "Complain and protest is the most widespread culture</w:t>
      </w:r>
    </w:p>
    <w:p>
      <w:r>
        <w:rPr>
          <w:b/>
        </w:rPr>
        <w:t xml:space="preserve">[03:59] </w:t>
      </w:r>
      <w:r>
        <w:t>of the world." to aisa kyun hai? kya insan ko azadi hai? kya chidiya ko azadi hai aur</w:t>
      </w:r>
    </w:p>
    <w:p>
      <w:pPr>
        <w:jc w:val="right"/>
      </w:pPr>
      <w:r>
        <w:t>of the world." تو ایسا کیوں ہے؟ کیا انسان کو آزادی ہے؟ کیا چڑیا کو آزادی ہے اور</w:t>
      </w:r>
    </w:p>
    <w:p>
      <w:r>
        <w:rPr>
          <w:b/>
        </w:rPr>
        <w:t xml:space="preserve">[04:05] </w:t>
      </w:r>
      <w:r>
        <w:t>insan ko azadi nahi? mein yeh soch raha tha, soch raha tha, ek din mein ek aur scene</w:t>
      </w:r>
    </w:p>
    <w:p>
      <w:pPr>
        <w:jc w:val="right"/>
      </w:pPr>
      <w:r>
        <w:t>انسان کو آزادی نہیں؟ میں یہ سوچ رہا تھا، سوچ رہا تھا، ایک دن میں ایک اور سین</w:t>
      </w:r>
    </w:p>
    <w:p>
      <w:r>
        <w:rPr>
          <w:b/>
        </w:rPr>
        <w:t xml:space="preserve">[04:12] </w:t>
      </w:r>
      <w:r>
        <w:t>mere samne aaya.</w:t>
      </w:r>
    </w:p>
    <w:p>
      <w:pPr>
        <w:jc w:val="right"/>
      </w:pPr>
      <w:r>
        <w:t>میرے سامنے آیا۔</w:t>
      </w:r>
    </w:p>
    <w:p>
      <w:r>
        <w:rPr>
          <w:b/>
        </w:rPr>
        <w:t xml:space="preserve">[04:18] </w:t>
      </w:r>
      <w:r>
        <w:t>wahan par kuch daane pade hue the, kuch anaaj.</w:t>
      </w:r>
    </w:p>
    <w:p>
      <w:pPr>
        <w:jc w:val="right"/>
      </w:pPr>
      <w:r>
        <w:t>وہاں پر کچھ دانے پڑے ہوئے تھے، کچھ اناج۔</w:t>
      </w:r>
    </w:p>
    <w:p>
      <w:r>
        <w:rPr>
          <w:b/>
        </w:rPr>
        <w:t xml:space="preserve">[04:24] </w:t>
      </w:r>
      <w:r>
        <w:t>to chidiya aati hai, wahan khati hai.</w:t>
      </w:r>
    </w:p>
    <w:p>
      <w:pPr>
        <w:jc w:val="right"/>
      </w:pPr>
      <w:r>
        <w:t>تو چڑیا آتی ہے، وہاں کھاتی ہے۔</w:t>
      </w:r>
    </w:p>
    <w:p>
      <w:r>
        <w:rPr>
          <w:b/>
        </w:rPr>
        <w:t xml:space="preserve">[04:30] </w:t>
      </w:r>
      <w:r>
        <w:t>to ek kabootar wahan aayi aur dana khane lagi.</w:t>
      </w:r>
    </w:p>
    <w:p>
      <w:pPr>
        <w:jc w:val="right"/>
      </w:pPr>
      <w:r>
        <w:t>تو ایک کبوتر وہاں آئی اور دانہ کھانے لگی۔</w:t>
      </w:r>
    </w:p>
    <w:p>
      <w:r>
        <w:rPr>
          <w:b/>
        </w:rPr>
        <w:t xml:space="preserve">[04:36] </w:t>
      </w:r>
      <w:r>
        <w:t>is beech mein ek aur chidiya aayi.</w:t>
      </w:r>
    </w:p>
    <w:p>
      <w:pPr>
        <w:jc w:val="right"/>
      </w:pPr>
      <w:r>
        <w:t>اس بیچ میں ایک اور چڑیا آئی۔</w:t>
      </w:r>
    </w:p>
    <w:p>
      <w:r>
        <w:rPr>
          <w:b/>
        </w:rPr>
        <w:t xml:space="preserve">[04:42] </w:t>
      </w:r>
      <w:r>
        <w:t>jab wo chidiya aayi aur us ne kuch us ko mehsoos kiya ke</w:t>
      </w:r>
    </w:p>
    <w:p>
      <w:pPr>
        <w:jc w:val="right"/>
      </w:pPr>
      <w:r>
        <w:t>جب وہ چڑیا آئی اور اس نے کچھ اس کو محسوس کیا کہ</w:t>
      </w:r>
    </w:p>
    <w:p>
      <w:r>
        <w:rPr>
          <w:b/>
        </w:rPr>
        <w:t xml:space="preserve">[04:48] </w:t>
      </w:r>
      <w:r>
        <w:t>yeh mere liye rok hai, to pehle wali chidiya ur gayi.</w:t>
      </w:r>
    </w:p>
    <w:p>
      <w:pPr>
        <w:jc w:val="right"/>
      </w:pPr>
      <w:r>
        <w:t>یہ میرے لیے روک ہے، تو پہلے والی چڑیا اڑ گئی۔</w:t>
      </w:r>
    </w:p>
    <w:p>
      <w:r>
        <w:rPr>
          <w:b/>
        </w:rPr>
        <w:t xml:space="preserve">[04:54] </w:t>
      </w:r>
      <w:r>
        <w:t>dusri wali chirya wahan par khaya is ne.</w:t>
      </w:r>
    </w:p>
    <w:p>
      <w:pPr>
        <w:jc w:val="right"/>
      </w:pPr>
      <w:r>
        <w:t>دوسری والی چڑیا وہاں پر کھایا اس نے۔</w:t>
      </w:r>
    </w:p>
    <w:p>
      <w:r>
        <w:rPr>
          <w:b/>
        </w:rPr>
        <w:t xml:space="preserve">[05:01] </w:t>
      </w:r>
      <w:r>
        <w:t>phir jab woh chali gayi, tab dusri chirya aayi.</w:t>
      </w:r>
    </w:p>
    <w:p>
      <w:pPr>
        <w:jc w:val="right"/>
      </w:pPr>
      <w:r>
        <w:t>پھر جب وہ چلی گئی، تب دوسری چڑیا آئی۔</w:t>
      </w:r>
    </w:p>
    <w:p>
      <w:r>
        <w:rPr>
          <w:b/>
        </w:rPr>
        <w:t xml:space="preserve">[05:07] </w:t>
      </w:r>
      <w:r>
        <w:t>is se maine dekha, is se maine samjha ke fitrat mein yeh ek muzahira hai.</w:t>
      </w:r>
    </w:p>
    <w:p>
      <w:pPr>
        <w:jc w:val="right"/>
      </w:pPr>
      <w:r>
        <w:t>اس سے میں نے دیکھا، اس سے میں نے سمجھا کہ فطرت میں یہ ایک مظاہرہ ہے۔</w:t>
      </w:r>
    </w:p>
    <w:p>
      <w:r>
        <w:rPr>
          <w:b/>
        </w:rPr>
        <w:t xml:space="preserve">[05:14] </w:t>
      </w:r>
      <w:r>
        <w:t>woh muzahira kya hai? woh hai parindon ki saqafat ko apnana.</w:t>
      </w:r>
    </w:p>
    <w:p>
      <w:pPr>
        <w:jc w:val="right"/>
      </w:pPr>
      <w:r>
        <w:t>وہ مظاہرہ کیا ہے؟ وہ ہے پرندوں کی ثقافت کو اپنانا۔</w:t>
      </w:r>
    </w:p>
    <w:p>
      <w:r>
        <w:rPr>
          <w:b/>
        </w:rPr>
        <w:t xml:space="preserve">[05:20] </w:t>
      </w:r>
      <w:r>
        <w:t>"If you want freedom, if you want a life that is chain-free life, then you have to adopt</w:t>
      </w:r>
    </w:p>
    <w:p>
      <w:pPr>
        <w:jc w:val="right"/>
      </w:pPr>
      <w:r>
        <w:t>"If you want freedom, if you want a life that is chain-free life, then you have to adopt</w:t>
      </w:r>
    </w:p>
    <w:p>
      <w:r>
        <w:rPr>
          <w:b/>
        </w:rPr>
        <w:t xml:space="preserve">[05:30] </w:t>
      </w:r>
      <w:r>
        <w:t>the culture of birds." woh kya hai? woh yeh hai ke azadi ko, azadi ko enjoy karna magar</w:t>
      </w:r>
    </w:p>
    <w:p>
      <w:pPr>
        <w:jc w:val="right"/>
      </w:pPr>
      <w:r>
        <w:t>the culture of birds." وہ کیا ہے؟ وہ یہ ہے کہ آزادی کو، آزادی کو انجوائے کرنا مگر</w:t>
      </w:r>
    </w:p>
    <w:p>
      <w:r>
        <w:rPr>
          <w:b/>
        </w:rPr>
        <w:t xml:space="preserve">[05:41] </w:t>
      </w:r>
      <w:r>
        <w:t>kisi se takrao na karna.</w:t>
      </w:r>
    </w:p>
    <w:p>
      <w:pPr>
        <w:jc w:val="right"/>
      </w:pPr>
      <w:r>
        <w:t>کسی سے ٹکراؤ نہ کرنا۔</w:t>
      </w:r>
    </w:p>
    <w:p>
      <w:r>
        <w:rPr>
          <w:b/>
        </w:rPr>
        <w:t xml:space="preserve">[05:51] </w:t>
      </w:r>
      <w:r>
        <w:t>"Enjoy your freedom, but avoid all kinds of confrontation." It is culture of confrontation that creates problems.</w:t>
      </w:r>
    </w:p>
    <w:p>
      <w:pPr>
        <w:jc w:val="right"/>
      </w:pPr>
      <w:r>
        <w:t>"Enjoy your freedom, but avoid all kinds of confrontation." It is culture of confrontation that creates problems.</w:t>
      </w:r>
    </w:p>
    <w:p>
      <w:r>
        <w:rPr>
          <w:b/>
        </w:rPr>
        <w:t xml:space="preserve">[06:01] </w:t>
      </w:r>
      <w:r>
        <w:t>toh khuda ne yeh duniya sab ke liye banayi hai, insan ke liye bhi, chidiyon ke liye bhi.</w:t>
      </w:r>
    </w:p>
    <w:p>
      <w:pPr>
        <w:jc w:val="right"/>
      </w:pPr>
      <w:r>
        <w:t>تو خدا نے یہ دنیا سب کے لیے بنائی ہے، انسان کے لیے بھی، چڑیوں کے لیے بھی۔</w:t>
      </w:r>
    </w:p>
    <w:p>
      <w:r>
        <w:rPr>
          <w:b/>
        </w:rPr>
        <w:t xml:space="preserve">[06:11] </w:t>
      </w:r>
      <w:r>
        <w:t>lekin agar aap</w:t>
      </w:r>
    </w:p>
    <w:p>
      <w:pPr>
        <w:jc w:val="right"/>
      </w:pPr>
      <w:r>
        <w:t>لیکن اگر آپ</w:t>
      </w:r>
    </w:p>
    <w:p>
      <w:r>
        <w:rPr>
          <w:b/>
        </w:rPr>
        <w:t xml:space="preserve">[06:22] </w:t>
      </w:r>
      <w:r>
        <w:t>takrao karenge ek doosre se to azadi aap ki khatam ho jayegi. to aap ki jo mansooba bandi hai zindagi ke bare mein, woh takrao ko taal kar banna chahiye. mein samajhta hoon ke yahi raaz-e-zindagi hai. "This is the greatest princip</w:t>
      </w:r>
    </w:p>
    <w:p>
      <w:pPr>
        <w:jc w:val="right"/>
      </w:pPr>
      <w:r>
        <w:t>ٹکراؤ کریں گے ایک دوسرے سے تو آزادی آپ کی ختم ہو جائے گی۔ تو آپ کی جو منصوبہ بندی ہے زندگی کے بارے میں، وہ ٹکراؤ کو ٹال کر بننا چاہیے۔ میں سمجھتا ہوں کہ یہی راز زندگی ہے۔ "This is the greatest princip</w:t>
      </w:r>
    </w:p>
    <w:p>
      <w:r>
        <w:rPr>
          <w:b/>
        </w:rPr>
        <w:t xml:space="preserve">[06:52] </w:t>
      </w:r>
      <w:r>
        <w:t>le of life.</w:t>
      </w:r>
    </w:p>
    <w:p>
      <w:pPr>
        <w:jc w:val="right"/>
      </w:pPr>
      <w:r>
        <w:t>le of life.</w:t>
      </w:r>
    </w:p>
    <w:p>
      <w:r>
        <w:rPr>
          <w:b/>
        </w:rPr>
        <w:t xml:space="preserve">[06:58] </w:t>
      </w:r>
      <w:r>
        <w:t>If you want to enjoy freedom, then you have to avoid all kinds of confrontation." kyunke aap duniya</w:t>
      </w:r>
    </w:p>
    <w:p>
      <w:pPr>
        <w:jc w:val="right"/>
      </w:pPr>
      <w:r>
        <w:t>If you want to enjoy freedom, then you have to avoid all kinds of confrontation." کیونکہ آپ دنیا</w:t>
      </w:r>
    </w:p>
    <w:p>
      <w:r>
        <w:rPr>
          <w:b/>
        </w:rPr>
        <w:t xml:space="preserve">[07:04] </w:t>
      </w:r>
      <w:r>
        <w:t>mein rehte hain toh wahan doosre hazaron aur lakhon log hain.</w:t>
      </w:r>
    </w:p>
    <w:p>
      <w:pPr>
        <w:jc w:val="right"/>
      </w:pPr>
      <w:r>
        <w:t>میں رہتے ہیں تو وہاں دوسرے ہزاروں اور لاکھوں لوگ ہیں۔</w:t>
      </w:r>
    </w:p>
    <w:p>
      <w:r>
        <w:rPr>
          <w:b/>
        </w:rPr>
        <w:t xml:space="preserve">[07:10] </w:t>
      </w:r>
      <w:r>
        <w:t>un ki apni apni manzobandi hai, apni apni khwahish hai.</w:t>
      </w:r>
    </w:p>
    <w:p>
      <w:pPr>
        <w:jc w:val="right"/>
      </w:pPr>
      <w:r>
        <w:t>ان کی اپنی اپنی منصوبہ بندی ہے، اپنی اپنی خواہش ہے۔</w:t>
      </w:r>
    </w:p>
    <w:p>
      <w:r>
        <w:rPr>
          <w:b/>
        </w:rPr>
        <w:t xml:space="preserve">[07:16] </w:t>
      </w:r>
      <w:r>
        <w:t>apne apne tareeqe se woh apni azadi ko istemal kar</w:t>
      </w:r>
    </w:p>
    <w:p>
      <w:pPr>
        <w:jc w:val="right"/>
      </w:pPr>
      <w:r>
        <w:t>اپنے اپنے طریقے سے وہ اپنی آزادی کو استعمال کر</w:t>
      </w:r>
    </w:p>
    <w:p>
      <w:r>
        <w:rPr>
          <w:b/>
        </w:rPr>
        <w:t xml:space="preserve">[07:22] </w:t>
      </w:r>
      <w:r>
        <w:t>e ga.</w:t>
      </w:r>
    </w:p>
    <w:p>
      <w:pPr>
        <w:jc w:val="right"/>
      </w:pPr>
      <w:r>
        <w:t>ے گا۔</w:t>
      </w:r>
    </w:p>
    <w:p>
      <w:r>
        <w:rPr>
          <w:b/>
        </w:rPr>
        <w:t xml:space="preserve">[07:27] </w:t>
      </w:r>
      <w:r>
        <w:t>aap apne tareeqe se karenge, woh apne tareeqe se karega.</w:t>
      </w:r>
    </w:p>
    <w:p>
      <w:pPr>
        <w:jc w:val="right"/>
      </w:pPr>
      <w:r>
        <w:t>آپ اپنے طریقے سے کریں گے، وہ اپنے طریقے سے کرے گا۔</w:t>
      </w:r>
    </w:p>
    <w:p>
      <w:r>
        <w:rPr>
          <w:b/>
        </w:rPr>
        <w:t xml:space="preserve">[07:32] </w:t>
      </w:r>
      <w:r>
        <w:t>"It is bound to create problems." Bound to create.</w:t>
      </w:r>
    </w:p>
    <w:p>
      <w:pPr>
        <w:jc w:val="right"/>
      </w:pPr>
      <w:r>
        <w:t>"It is bound to create problems." Bound to create۔</w:t>
      </w:r>
    </w:p>
    <w:p>
      <w:r>
        <w:rPr>
          <w:b/>
        </w:rPr>
        <w:t xml:space="preserve">[07:38] </w:t>
      </w:r>
      <w:r>
        <w:t>yani ek masla aayega, aayega.</w:t>
      </w:r>
    </w:p>
    <w:p>
      <w:pPr>
        <w:jc w:val="right"/>
      </w:pPr>
      <w:r>
        <w:t>یعنی ایک مسئلہ آئے گا، آئے گا۔</w:t>
      </w:r>
    </w:p>
    <w:p>
      <w:r>
        <w:rPr>
          <w:b/>
        </w:rPr>
        <w:t xml:space="preserve">[07:43] </w:t>
      </w:r>
      <w:r>
        <w:t>kyunke woh apne thehar se chalenge, aap apne thehar se chalenge.</w:t>
      </w:r>
    </w:p>
    <w:p>
      <w:pPr>
        <w:jc w:val="right"/>
      </w:pPr>
      <w:r>
        <w:t>کیونکہ وہ اپنے ٹھہر سے چلیں گے، آپ اپنے ٹھہر سے چلیں گے۔</w:t>
      </w:r>
    </w:p>
    <w:p>
      <w:r>
        <w:rPr>
          <w:b/>
        </w:rPr>
        <w:t xml:space="preserve">[07:49] </w:t>
      </w:r>
      <w:r>
        <w:t>toh agar aap chahte hain ke doosron ki azadi ko aap abalash kar dein,</w:t>
      </w:r>
    </w:p>
    <w:p>
      <w:pPr>
        <w:jc w:val="right"/>
      </w:pPr>
      <w:r>
        <w:t>تو اگر آپ چاہتے ہیں کہ دوسروں کی آزادی کو آپ ابالش کر دیں،</w:t>
      </w:r>
    </w:p>
    <w:p>
      <w:r>
        <w:rPr>
          <w:b/>
        </w:rPr>
        <w:t xml:space="preserve">[07:54] </w:t>
      </w:r>
      <w:r>
        <w:t>toh that is quite impossible.</w:t>
      </w:r>
    </w:p>
    <w:p>
      <w:pPr>
        <w:jc w:val="right"/>
      </w:pPr>
      <w:r>
        <w:t>تو that is quite impossible۔</w:t>
      </w:r>
    </w:p>
    <w:p>
      <w:r>
        <w:rPr>
          <w:b/>
        </w:rPr>
        <w:t xml:space="preserve">[08:01] </w:t>
      </w:r>
      <w:r>
        <w:t>aap doosron ki azadi ko abalash nahi kar sakte, sirf apne aap ko takrao se bacha sakte hain.</w:t>
      </w:r>
    </w:p>
    <w:p>
      <w:pPr>
        <w:jc w:val="right"/>
      </w:pPr>
      <w:r>
        <w:t>آپ دوسروں کی آزادی کو ابالش نہیں کر سکتے، صرف اپنے آپ کو ٹکراؤ سے بچا سکتے ہیں۔</w:t>
      </w:r>
    </w:p>
    <w:p>
      <w:r>
        <w:rPr>
          <w:b/>
        </w:rPr>
        <w:t xml:space="preserve">[08:09] </w:t>
      </w:r>
      <w:r>
        <w:t>yeh sochate hue mujhe quran ki ek ayat yaad aayi.</w:t>
      </w:r>
    </w:p>
    <w:p>
      <w:pPr>
        <w:jc w:val="right"/>
      </w:pPr>
      <w:r>
        <w:t>یہ سوچتے ہوئے مجھے قرآن کی ایک آیت یاد آئی۔</w:t>
      </w:r>
    </w:p>
    <w:p>
      <w:r>
        <w:rPr>
          <w:b/>
        </w:rPr>
        <w:t xml:space="preserve">[08:17] </w:t>
      </w:r>
      <w:r>
        <w:t>quran mein hai ke "وَقَاتِلُوْهُمْ حَتَّىٰ لَا تَكُونَ فِتْنَةٌ وَيَكُونَ الدِّينُ كُلُّ لِلَّهِ" aur jang karo yahan</w:t>
      </w:r>
    </w:p>
    <w:p>
      <w:pPr>
        <w:jc w:val="right"/>
      </w:pPr>
      <w:r>
        <w:t>قرآن میں ہے کہ "وَقَاتِلُوْهُمْ حَتَّىٰ لَا تَكُونَ فِتْنَةٌ وَيَكُونَ الدِّينُ كُلُّ لِلَّهِ" اور جنگ کرو یہاں</w:t>
      </w:r>
    </w:p>
    <w:p>
      <w:r>
        <w:rPr>
          <w:b/>
        </w:rPr>
        <w:t xml:space="preserve">[08:24] </w:t>
      </w:r>
      <w:r>
        <w:t>tak ke fitna baqi na rahe. aur deen sab ka sab Allah ke liye ho jaye. aam taur par log is ka matlab yeh samajhte hain ke poori duniya mein Islam ki hukoomat qaim ho jaye. poori duniya mein musalmanon ka hukmarani qaim ho jaye. poori duniya mein shariat ka nizam naafiz ho jaye. yeh matlab samajhte hain is ka. to mein sochne laga ke</w:t>
      </w:r>
    </w:p>
    <w:p>
      <w:pPr>
        <w:jc w:val="right"/>
      </w:pPr>
      <w:r>
        <w:t>تک کہ فتنہ باقی نہ رہے۔ اور دین سب کا سب اللہ کے لیے ہو جائے۔ عام طور پر لوگ اس کا مطلب یہ سمجھتے ہیں کہ پوری دنیا میں اسلام کی حکومت قائم ہو جائے۔ پوری دنیا میں مسلمانوں کا حکمرانی قائم ہو جائے۔ پوری دنیا میں شریعت کا نظام نافذ ہو جائے۔ یہ مطلب سمجھتے ہیں اس کا۔ تو میں سوچنے لگا کہ</w:t>
      </w:r>
    </w:p>
    <w:p>
      <w:r>
        <w:rPr>
          <w:b/>
        </w:rPr>
        <w:t xml:space="preserve">[08:54] </w:t>
      </w:r>
      <w:r>
        <w:t>ab to is ayat ko aaye hue chaudah so saal beet gaye.</w:t>
      </w:r>
    </w:p>
    <w:p>
      <w:pPr>
        <w:jc w:val="right"/>
      </w:pPr>
      <w:r>
        <w:t>اب تو اس آیت کو آئے ہوئے چودہ سو سال بیت گئے۔</w:t>
      </w:r>
    </w:p>
    <w:p>
      <w:r>
        <w:rPr>
          <w:b/>
        </w:rPr>
        <w:t xml:space="preserve">[08:58] </w:t>
      </w:r>
      <w:r>
        <w:t>More than four hundred years.</w:t>
      </w:r>
    </w:p>
    <w:p>
      <w:pPr>
        <w:jc w:val="right"/>
      </w:pPr>
      <w:r>
        <w:t>More than four hundred years۔</w:t>
      </w:r>
    </w:p>
    <w:p>
      <w:r>
        <w:rPr>
          <w:b/>
        </w:rPr>
        <w:t xml:space="preserve">[09:03] </w:t>
      </w:r>
      <w:r>
        <w:t>to abhi tak kahan hua? abhi tak to hua nahin.</w:t>
      </w:r>
    </w:p>
    <w:p>
      <w:pPr>
        <w:jc w:val="right"/>
      </w:pPr>
      <w:r>
        <w:t>تو ابھی تک کہاں ہوا؟ ابھی تک تو ہوا نہیں۔</w:t>
      </w:r>
    </w:p>
    <w:p>
      <w:r>
        <w:rPr>
          <w:b/>
        </w:rPr>
        <w:t xml:space="preserve">[09:07] </w:t>
      </w:r>
      <w:r>
        <w:t>na nabi ke zamane mein hua ke sari dunya mein islam zaroor qaim ho gaya ho.</w:t>
      </w:r>
    </w:p>
    <w:p>
      <w:pPr>
        <w:jc w:val="right"/>
      </w:pPr>
      <w:r>
        <w:t>نہ نبی کے زمانے میں ہوا کہ ساری دنیا میں اسلام ضرور قائم ہو گیا ہو۔</w:t>
      </w:r>
    </w:p>
    <w:p>
      <w:r>
        <w:rPr>
          <w:b/>
        </w:rPr>
        <w:t xml:space="preserve">[09:11] </w:t>
      </w:r>
      <w:r>
        <w:t>na is ke baad hua, na is ke baad hua.</w:t>
      </w:r>
    </w:p>
    <w:p>
      <w:pPr>
        <w:jc w:val="right"/>
      </w:pPr>
      <w:r>
        <w:t>نہ اس کے بعد ہوا، نہ اس کے بعد ہوا۔</w:t>
      </w:r>
    </w:p>
    <w:p>
      <w:r>
        <w:rPr>
          <w:b/>
        </w:rPr>
        <w:t xml:space="preserve">[09:16] </w:t>
      </w:r>
      <w:r>
        <w:t>na aaj hai.</w:t>
      </w:r>
    </w:p>
    <w:p>
      <w:pPr>
        <w:jc w:val="right"/>
      </w:pPr>
      <w:r>
        <w:t>نہ آج ہے۔</w:t>
      </w:r>
    </w:p>
    <w:p>
      <w:r>
        <w:rPr>
          <w:b/>
        </w:rPr>
        <w:t xml:space="preserve">[09:20] </w:t>
      </w:r>
      <w:r>
        <w:t>to kya khuda ki mansoobah bandi jo hoti hai woh aisi hoti hai jo kabhi</w:t>
      </w:r>
    </w:p>
    <w:p>
      <w:pPr>
        <w:jc w:val="right"/>
      </w:pPr>
      <w:r>
        <w:t>تو کیا خدا کی منصوبہ بندی جو ہوتی ہے وہ ایسی ہوتی ہے جو کبھی</w:t>
      </w:r>
    </w:p>
    <w:p>
      <w:r>
        <w:rPr>
          <w:b/>
        </w:rPr>
        <w:t xml:space="preserve">[09:24] </w:t>
      </w:r>
      <w:r>
        <w:t>amal mein na aaye? yaani is ayat ka matlab agar yeh lein ke jang kar ke sari dunya</w:t>
      </w:r>
    </w:p>
    <w:p>
      <w:pPr>
        <w:jc w:val="right"/>
      </w:pPr>
      <w:r>
        <w:t>عمل میں نہ آئے؟ یعنی اس آیت کا مطلب اگر یہ لیں کہ جنگ کر کے ساری دنیا</w:t>
      </w:r>
    </w:p>
    <w:p>
      <w:r>
        <w:rPr>
          <w:b/>
        </w:rPr>
        <w:t xml:space="preserve">[09:29] </w:t>
      </w:r>
      <w:r>
        <w:t>mein islam ki hukoomat qaim karo.</w:t>
      </w:r>
    </w:p>
    <w:p>
      <w:pPr>
        <w:jc w:val="right"/>
      </w:pPr>
      <w:r>
        <w:t>میں اسلام کی حکومت قائم کرو۔</w:t>
      </w:r>
    </w:p>
    <w:p>
      <w:r>
        <w:rPr>
          <w:b/>
        </w:rPr>
        <w:t xml:space="preserve">[09:34] </w:t>
      </w:r>
      <w:r>
        <w:t>to woh to kabhi hua nahin.</w:t>
      </w:r>
    </w:p>
    <w:p>
      <w:pPr>
        <w:jc w:val="right"/>
      </w:pPr>
      <w:r>
        <w:t>تو وہ تو کبھی ہوا نہیں۔</w:t>
      </w:r>
    </w:p>
    <w:p>
      <w:r>
        <w:rPr>
          <w:b/>
        </w:rPr>
        <w:t xml:space="preserve">[09:39] </w:t>
      </w:r>
      <w:r>
        <w:t>yaani poore alam mein islam ki hukoomat, shariyat ka qanoon ka nafaz ho jaye, yeh to kabhi hua nahin.</w:t>
      </w:r>
    </w:p>
    <w:p>
      <w:pPr>
        <w:jc w:val="right"/>
      </w:pPr>
      <w:r>
        <w:t>یعنی پورے عالم میں اسلام کی حکومت، شریعت کا قانون کا نفاذ ہو جائے، یہ تو کبھی ہوا نہیں۔</w:t>
      </w:r>
    </w:p>
    <w:p>
      <w:r>
        <w:rPr>
          <w:b/>
        </w:rPr>
        <w:t xml:space="preserve">[09:44] </w:t>
      </w:r>
      <w:r>
        <w:t>na rasool Allah ke zamane mein hua, na khilafat ke zamane mein hua.</w:t>
      </w:r>
    </w:p>
    <w:p>
      <w:pPr>
        <w:jc w:val="right"/>
      </w:pPr>
      <w:r>
        <w:t>نہ رسول اللہ کے زمانے میں ہوا، نہ خلافت کے زمانے میں ہوا۔</w:t>
      </w:r>
    </w:p>
    <w:p>
      <w:r>
        <w:rPr>
          <w:b/>
        </w:rPr>
        <w:t xml:space="preserve">[09:49] </w:t>
      </w:r>
      <w:r>
        <w:t>na abasiyat ke daur mein hua, na kabhi hua, kabhi hua, na</w:t>
      </w:r>
    </w:p>
    <w:p>
      <w:pPr>
        <w:jc w:val="right"/>
      </w:pPr>
      <w:r>
        <w:t>نہ عباسیت کے دور میں ہوا، نہ کبھی ہوا، کبھی ہوا، نہ</w:t>
      </w:r>
    </w:p>
    <w:p>
      <w:r>
        <w:rPr>
          <w:b/>
        </w:rPr>
        <w:t xml:space="preserve">[09:54] </w:t>
      </w:r>
      <w:r>
        <w:t>aaj hai woh.</w:t>
      </w:r>
    </w:p>
    <w:p>
      <w:pPr>
        <w:jc w:val="right"/>
      </w:pPr>
      <w:r>
        <w:t>آج ہے وہ۔</w:t>
      </w:r>
    </w:p>
    <w:p>
      <w:r>
        <w:rPr>
          <w:b/>
        </w:rPr>
        <w:t xml:space="preserve">[09:59] </w:t>
      </w:r>
      <w:r>
        <w:t>to kya khuda ne ek aisi cheez ka hukum diya hai jo kabhi bhi hone wala hi nahin</w:t>
      </w:r>
    </w:p>
    <w:p>
      <w:pPr>
        <w:jc w:val="right"/>
      </w:pPr>
      <w:r>
        <w:t>تو کیا خدا نے ایک ایسی چیز کا حکم دیا ہے جو کبھی بھی ہونے والا ہی نہیں</w:t>
      </w:r>
    </w:p>
    <w:p>
      <w:r>
        <w:rPr>
          <w:b/>
        </w:rPr>
        <w:t xml:space="preserve">[10:04] </w:t>
      </w:r>
      <w:r>
        <w:t>tha? Unachievable goal.</w:t>
      </w:r>
    </w:p>
    <w:p>
      <w:pPr>
        <w:jc w:val="right"/>
      </w:pPr>
      <w:r>
        <w:t>تھا؟ Unachievable goal۔</w:t>
      </w:r>
    </w:p>
    <w:p>
      <w:r>
        <w:rPr>
          <w:b/>
        </w:rPr>
        <w:t xml:space="preserve">[10:09] </w:t>
      </w:r>
      <w:r>
        <w:t>yaani khuda ne hum ko ek unachievable goal de diya.</w:t>
      </w:r>
    </w:p>
    <w:p>
      <w:pPr>
        <w:jc w:val="right"/>
      </w:pPr>
      <w:r>
        <w:t>یعنی خدا نے ہم کو ایک unachievable goal دے دیا۔</w:t>
      </w:r>
    </w:p>
    <w:p>
      <w:r>
        <w:rPr>
          <w:b/>
        </w:rPr>
        <w:t xml:space="preserve">[10:14] </w:t>
      </w:r>
      <w:r>
        <w:t>ladte raho, ladte raho, milna kuch nahin hai.</w:t>
      </w:r>
    </w:p>
    <w:p>
      <w:pPr>
        <w:jc w:val="right"/>
      </w:pPr>
      <w:r>
        <w:t>لڑتے رہو، لڑتے رہو، ملنا کچھ نہیں ہے۔</w:t>
      </w:r>
    </w:p>
    <w:p>
      <w:r>
        <w:rPr>
          <w:b/>
        </w:rPr>
        <w:t xml:space="preserve">[10:19] </w:t>
      </w:r>
      <w:r>
        <w:t>is par sochte sochte mujhe samajh mein aaya ke is ayat ka matlab woh nahin hai jo samajhte hain log</w:t>
      </w:r>
    </w:p>
    <w:p>
      <w:pPr>
        <w:jc w:val="right"/>
      </w:pPr>
      <w:r>
        <w:t>اس پر سوچتے سوچتے مجھے سمجھ میں آیا کہ اس آیت کا مطلب وہ نہیں ہے جو سمجھتے ہیں لوگ</w:t>
      </w:r>
    </w:p>
    <w:p>
      <w:r>
        <w:rPr>
          <w:b/>
        </w:rPr>
        <w:t xml:space="preserve">[10:24] </w:t>
      </w:r>
      <w:r>
        <w:t>.</w:t>
      </w:r>
    </w:p>
    <w:p>
      <w:pPr>
        <w:jc w:val="right"/>
      </w:pPr>
      <w:r>
        <w:t>۔</w:t>
      </w:r>
    </w:p>
    <w:p>
      <w:r>
        <w:rPr>
          <w:b/>
        </w:rPr>
        <w:t xml:space="preserve">[10:29] </w:t>
      </w:r>
      <w:r>
        <w:t>log samajhte hain ke is ayat mein jo baat kahi gayi hai woh dunya ko le kar ho gi.</w:t>
      </w:r>
    </w:p>
    <w:p>
      <w:pPr>
        <w:jc w:val="right"/>
      </w:pPr>
      <w:r>
        <w:t>لوگ سمجھتے ہیں کہ اس آیت میں جو بات کہی گئی ہے وہ دنیا کو لے کر ہو گی۔</w:t>
      </w:r>
    </w:p>
    <w:p>
      <w:r>
        <w:rPr>
          <w:b/>
        </w:rPr>
        <w:t xml:space="preserve">[10:34] </w:t>
      </w:r>
      <w:r>
        <w:t>ke dunya mein qaim ho jaye islam.</w:t>
      </w:r>
    </w:p>
    <w:p>
      <w:pPr>
        <w:jc w:val="right"/>
      </w:pPr>
      <w:r>
        <w:t>کہ دنیا میں قائم ہو جائے اسلام۔</w:t>
      </w:r>
    </w:p>
    <w:p>
      <w:r>
        <w:rPr>
          <w:b/>
        </w:rPr>
        <w:t xml:space="preserve">[10:39] </w:t>
      </w:r>
      <w:r>
        <w:t>nahin, iman walon ko le kar kahi gayi hai.</w:t>
      </w:r>
    </w:p>
    <w:p>
      <w:pPr>
        <w:jc w:val="right"/>
      </w:pPr>
      <w:r>
        <w:t>نہیں، ایمان والوں کو لے کر کہی گئی ہے۔</w:t>
      </w:r>
    </w:p>
    <w:p>
      <w:r>
        <w:rPr>
          <w:b/>
        </w:rPr>
        <w:t xml:space="preserve">[10:44] </w:t>
      </w:r>
      <w:r>
        <w:t>yeh yeh in istilahaat mein iman wala hai, in istilahaat mein dunya nahin hai.</w:t>
      </w:r>
    </w:p>
    <w:p>
      <w:pPr>
        <w:jc w:val="right"/>
      </w:pPr>
      <w:r>
        <w:t>یہ یہ ان اصطلاحات میں ایمان والا ہے، ان اصطلاحات میں دنیا نہیں ہے۔</w:t>
      </w:r>
    </w:p>
    <w:p>
      <w:r>
        <w:rPr>
          <w:b/>
        </w:rPr>
        <w:t xml:space="preserve">[10:49] </w:t>
      </w:r>
      <w:r>
        <w:t>yaani is ka matlab kya hai? ke pichle zamane mein aap jante</w:t>
      </w:r>
    </w:p>
    <w:p>
      <w:pPr>
        <w:jc w:val="right"/>
      </w:pPr>
      <w:r>
        <w:t>یعنی اس کا مطلب کیا ہے؟ کہ پچھلے زمانے میں آپ جانتے</w:t>
      </w:r>
    </w:p>
    <w:p>
      <w:r>
        <w:rPr>
          <w:b/>
        </w:rPr>
        <w:t xml:space="preserve">[10:54] </w:t>
      </w:r>
      <w:r>
        <w:t>hain ke hazaron saal se dunya mein badshahat ka nizam qaim tha.</w:t>
      </w:r>
    </w:p>
    <w:p>
      <w:pPr>
        <w:jc w:val="right"/>
      </w:pPr>
      <w:r>
        <w:t>ہیں کہ ہزاروں سال سے دنیا میں بادشاہت کا نظام قائم تھا۔</w:t>
      </w:r>
    </w:p>
    <w:p>
      <w:r>
        <w:rPr>
          <w:b/>
        </w:rPr>
        <w:t xml:space="preserve">[10:59] </w:t>
      </w:r>
      <w:r>
        <w:t>Hazaron saal se.</w:t>
      </w:r>
    </w:p>
    <w:p>
      <w:pPr>
        <w:jc w:val="right"/>
      </w:pPr>
      <w:r>
        <w:t>ہزاروں سال سے۔</w:t>
      </w:r>
    </w:p>
    <w:p>
      <w:r>
        <w:rPr>
          <w:b/>
        </w:rPr>
        <w:t xml:space="preserve">[11:04] </w:t>
      </w:r>
      <w:r>
        <w:t>Badshahat mein kya hota tha? Ke jo mazhab badshah ka, wahi mazhab sab ka.</w:t>
      </w:r>
    </w:p>
    <w:p>
      <w:pPr>
        <w:jc w:val="right"/>
      </w:pPr>
      <w:r>
        <w:t>بادشاہت میں کیا ہوتا تھا؟ کہ جو مذہب بادشاہ کا، وہی مذہب سب کا۔</w:t>
      </w:r>
    </w:p>
    <w:p>
      <w:r>
        <w:rPr>
          <w:b/>
        </w:rPr>
        <w:t xml:space="preserve">[11:09] </w:t>
      </w:r>
      <w:r>
        <w:t>Alnas awlad mulokihim.</w:t>
      </w:r>
    </w:p>
    <w:p>
      <w:pPr>
        <w:jc w:val="right"/>
      </w:pPr>
      <w:r>
        <w:t>الناس أولاد ملوکہم۔</w:t>
      </w:r>
    </w:p>
    <w:p>
      <w:r>
        <w:rPr>
          <w:b/>
        </w:rPr>
        <w:t xml:space="preserve">[11:14] </w:t>
      </w:r>
      <w:r>
        <w:t>Is zamane mein mazhab par mabni riyasat ka tasawwur tha.</w:t>
      </w:r>
    </w:p>
    <w:p>
      <w:pPr>
        <w:jc w:val="right"/>
      </w:pPr>
      <w:r>
        <w:t>اس زمانے میں مذہب پر مبنی ریاست کا تصور تھا۔</w:t>
      </w:r>
    </w:p>
    <w:p>
      <w:r>
        <w:rPr>
          <w:b/>
        </w:rPr>
        <w:t xml:space="preserve">[11:20] </w:t>
      </w:r>
      <w:r>
        <w:t>Yaani mazhab par mabni</w:t>
      </w:r>
    </w:p>
    <w:p>
      <w:pPr>
        <w:jc w:val="right"/>
      </w:pPr>
      <w:r>
        <w:t>یعنی مذہب پر مبنی</w:t>
      </w:r>
    </w:p>
    <w:p>
      <w:r>
        <w:rPr>
          <w:b/>
        </w:rPr>
        <w:t xml:space="preserve">[11:25] </w:t>
      </w:r>
      <w:r>
        <w:t>riyasat ka tasawwur tha. is ki wajah se kya hota tha ke badshah yeh karta tha ke sab ko majboor karta tha ke woh badshah ke mazhab ko ikhtiyar karen. agar woh badshah ke mazhab ko ikhtiyar na karen to woh baghi qarar pa dete the. bagawati qarar pa dete the. un ka case shehriyon ka case ban jata tha. to khuda ne yeh hukum diya sahaba ko aur</w:t>
      </w:r>
    </w:p>
    <w:p>
      <w:pPr>
        <w:jc w:val="right"/>
      </w:pPr>
      <w:r>
        <w:t>ریاست کا تصور تھا۔ اس کی وجہ سے کیا ہوتا تھا کہ بادشاہ یہ کرتا تھا کہ سب کو مجبور کرتا تھا کہ وہ بادشاہ کے مذہب کو اختیار کریں۔ اگر وہ بادشاہ کے مذہب کو اختیار نہ کریں تو وہ باغی قرار پا دیتے تھے۔ بغاوتی قرار پا دیتے تھے۔ ان کا کیس شہریوں کا کیس بن جاتا تھا۔ تو خدا نے یہ حکم دیا صحابہ کو اور</w:t>
      </w:r>
    </w:p>
    <w:p>
      <w:r>
        <w:rPr>
          <w:b/>
        </w:rPr>
        <w:t xml:space="preserve">[11:55] </w:t>
      </w:r>
      <w:r>
        <w:t>Ahle iman ko ke is baat ko khatam kar do.</w:t>
      </w:r>
    </w:p>
    <w:p>
      <w:pPr>
        <w:jc w:val="right"/>
      </w:pPr>
      <w:r>
        <w:t>اہل ایمان کو کہ اس بات کو ختم کر دو۔</w:t>
      </w:r>
    </w:p>
    <w:p>
      <w:r>
        <w:rPr>
          <w:b/>
        </w:rPr>
        <w:t xml:space="preserve">[12:01] </w:t>
      </w:r>
      <w:r>
        <w:t>Yaani riyasat aur mazhab ka jo taluq bana liya hai logon ne, us ko alag kar do.</w:t>
      </w:r>
    </w:p>
    <w:p>
      <w:pPr>
        <w:jc w:val="right"/>
      </w:pPr>
      <w:r>
        <w:t>یعنی ریاست اور مذہب کا جو تعلق بنا لیا ہے لوگوں نے، اس کو الگ کر دو۔</w:t>
      </w:r>
    </w:p>
    <w:p>
      <w:r>
        <w:rPr>
          <w:b/>
        </w:rPr>
        <w:t xml:space="preserve">[12:07] </w:t>
      </w:r>
      <w:r>
        <w:t>Mazhab aazad ho jaye.</w:t>
      </w:r>
    </w:p>
    <w:p>
      <w:pPr>
        <w:jc w:val="right"/>
      </w:pPr>
      <w:r>
        <w:t>مذہب آزاد ہو جائے۔</w:t>
      </w:r>
    </w:p>
    <w:p>
      <w:r>
        <w:rPr>
          <w:b/>
        </w:rPr>
        <w:t xml:space="preserve">[12:13] </w:t>
      </w:r>
      <w:r>
        <w:t>Riyasat alag ho jaye, mazhab aazad ho jaye.</w:t>
      </w:r>
    </w:p>
    <w:p>
      <w:pPr>
        <w:jc w:val="right"/>
      </w:pPr>
      <w:r>
        <w:t>ریاست الگ ہو جائے، مذہب آزاد ہو جائے۔</w:t>
      </w:r>
    </w:p>
    <w:p>
      <w:r>
        <w:rPr>
          <w:b/>
        </w:rPr>
        <w:t xml:space="preserve">[12:19] </w:t>
      </w:r>
      <w:r>
        <w:t>Riyasat par chahe badshah ka qabza ho ya jamhuriyat ke zamane mein muntakhib sadr ka qabza ho. Lekin</w:t>
      </w:r>
    </w:p>
    <w:p>
      <w:pPr>
        <w:jc w:val="right"/>
      </w:pPr>
      <w:r>
        <w:t>ریاست پر چاہے بادشاہ کا قبضہ ہو یا جمہوریت کے زمانے میں منتخب صدر کا قبضہ ہو۔ لیکن</w:t>
      </w:r>
    </w:p>
    <w:p>
      <w:r>
        <w:rPr>
          <w:b/>
        </w:rPr>
        <w:t xml:space="preserve">[12:25] </w:t>
      </w:r>
      <w:r>
        <w:t>Insaan aazad ho apne yaani Allah ko apna ilah banane ke liye, ibadat karne ke liye, ibadat karne</w:t>
      </w:r>
    </w:p>
    <w:p>
      <w:pPr>
        <w:jc w:val="right"/>
      </w:pPr>
      <w:r>
        <w:t>انسان آزاد ہو اپنے یعنی اللہ کو اپنا الہ بنانے کے لیے، عبادت کرنے کے لیے، عبادت کرنے</w:t>
      </w:r>
    </w:p>
    <w:p>
      <w:r>
        <w:rPr>
          <w:b/>
        </w:rPr>
        <w:t xml:space="preserve">[12:31] </w:t>
      </w:r>
      <w:r>
        <w:t>Ke liye, apni marzi ke mutabiq rabbani zindagi guzarne ke liye.</w:t>
      </w:r>
    </w:p>
    <w:p>
      <w:pPr>
        <w:jc w:val="right"/>
      </w:pPr>
      <w:r>
        <w:t>کے لیے، اپنی مرضی کے مطابق ربانی زندگی گزارنے کے لیے۔</w:t>
      </w:r>
    </w:p>
    <w:p>
      <w:r>
        <w:rPr>
          <w:b/>
        </w:rPr>
        <w:t xml:space="preserve">[12:37] </w:t>
      </w:r>
      <w:r>
        <w:t>Us ke liye aazad ho insaan.</w:t>
      </w:r>
    </w:p>
    <w:p>
      <w:pPr>
        <w:jc w:val="right"/>
      </w:pPr>
      <w:r>
        <w:t>اس کے لیے آزاد ہو انسان۔</w:t>
      </w:r>
    </w:p>
    <w:p>
      <w:r>
        <w:rPr>
          <w:b/>
        </w:rPr>
        <w:t xml:space="preserve">[12:43] </w:t>
      </w:r>
      <w:r>
        <w:t>To is ayat mein jis ka hukum diya gaya hai woh yeh nahi ke sari dunya mein, sari</w:t>
      </w:r>
    </w:p>
    <w:p>
      <w:pPr>
        <w:jc w:val="right"/>
      </w:pPr>
      <w:r>
        <w:t>تو اس آیت میں جس کا حکم دیا گیا ہے وہ یہ نہیں کہ ساری دنیا میں، ساری</w:t>
      </w:r>
    </w:p>
    <w:p>
      <w:r>
        <w:rPr>
          <w:b/>
        </w:rPr>
        <w:t xml:space="preserve">[12:49] </w:t>
      </w:r>
      <w:r>
        <w:t>Dunya mein Islam ki hukumat. Nahi. Aise halat</w:t>
      </w:r>
    </w:p>
    <w:p>
      <w:pPr>
        <w:jc w:val="right"/>
      </w:pPr>
      <w:r>
        <w:t>دنیا میں اسلام کی حکومت۔ نہیں۔ ایسے حالات</w:t>
      </w:r>
    </w:p>
    <w:p>
      <w:r>
        <w:rPr>
          <w:b/>
        </w:rPr>
        <w:t xml:space="preserve">[12:55] </w:t>
      </w:r>
      <w:r>
        <w:t>Paida ho jayein ke ek iman wala, ek fard puri tarah aazad ho jaye.</w:t>
      </w:r>
    </w:p>
    <w:p>
      <w:pPr>
        <w:jc w:val="right"/>
      </w:pPr>
      <w:r>
        <w:t>پیدا ہو جائیں کہ ایک ایمان والا، ایک فرد پوری طرح آزاد ہو جائے۔</w:t>
      </w:r>
    </w:p>
    <w:p>
      <w:r>
        <w:rPr>
          <w:b/>
        </w:rPr>
        <w:t xml:space="preserve">[13:01] </w:t>
      </w:r>
      <w:r>
        <w:t>Us ko koi rukawat na rahe Allah wali zindagi guzarne ke liye.</w:t>
      </w:r>
    </w:p>
    <w:p>
      <w:pPr>
        <w:jc w:val="right"/>
      </w:pPr>
      <w:r>
        <w:t>اس کو کوئی رکاوٹ نہ رہے اللہ والی زندگی گزارنے کے لیے۔</w:t>
      </w:r>
    </w:p>
    <w:p>
      <w:r>
        <w:rPr>
          <w:b/>
        </w:rPr>
        <w:t xml:space="preserve">[13:07] </w:t>
      </w:r>
      <w:r>
        <w:t>To yeh ho gaya.</w:t>
      </w:r>
    </w:p>
    <w:p>
      <w:pPr>
        <w:jc w:val="right"/>
      </w:pPr>
      <w:r>
        <w:t>تو یہ ہو گیا۔</w:t>
      </w:r>
    </w:p>
    <w:p>
      <w:r>
        <w:rPr>
          <w:b/>
        </w:rPr>
        <w:t xml:space="preserve">[13:13] </w:t>
      </w:r>
      <w:r>
        <w:t>Ab jo idhar udhar ladaiyan ho rahi hain, woh to Hazrat Abdullah bin Umar ne kaha tha ke</w:t>
      </w:r>
    </w:p>
    <w:p>
      <w:pPr>
        <w:jc w:val="right"/>
      </w:pPr>
      <w:r>
        <w:t>اب جو ادھر ادھر لڑائیاں ہو رہی ہیں، وہ تو حضرت عبداللہ بن عمر نے کہا تھا کہ</w:t>
      </w:r>
    </w:p>
    <w:p>
      <w:r>
        <w:rPr>
          <w:b/>
        </w:rPr>
        <w:t xml:space="preserve">[13:19] </w:t>
      </w:r>
      <w:r>
        <w:t>Naye naye unwan se</w:t>
      </w:r>
    </w:p>
    <w:p>
      <w:pPr>
        <w:jc w:val="right"/>
      </w:pPr>
      <w:r>
        <w:t>نئے نئے عنوان سے</w:t>
      </w:r>
    </w:p>
    <w:p>
      <w:r>
        <w:rPr>
          <w:b/>
        </w:rPr>
        <w:t xml:space="preserve">[13:25] </w:t>
      </w:r>
      <w:r>
        <w:t>Lad kar ke tum dobara fitna paida kar rahe ho.</w:t>
      </w:r>
    </w:p>
    <w:p>
      <w:pPr>
        <w:jc w:val="right"/>
      </w:pPr>
      <w:r>
        <w:t>لڑ کر کے تم دوبارہ فتنہ پیدا کر رہے ہو۔</w:t>
      </w:r>
    </w:p>
    <w:p>
      <w:r>
        <w:rPr>
          <w:b/>
        </w:rPr>
        <w:t xml:space="preserve">[13:33] </w:t>
      </w:r>
      <w:r>
        <w:t>To is zamane mein jo tasawwur hai, siyasi tasawwur, jo siyasi tashreeh Islam ka, us ne goya asar</w:t>
      </w:r>
    </w:p>
    <w:p>
      <w:pPr>
        <w:jc w:val="right"/>
      </w:pPr>
      <w:r>
        <w:t>تو اس زمانے میں جو تصور ہے، سیاسی تصور، جو سیاسی تشریح اسلام کا، اس نے گویا اثر</w:t>
      </w:r>
    </w:p>
    <w:p>
      <w:r>
        <w:rPr>
          <w:b/>
        </w:rPr>
        <w:t xml:space="preserve">[13:40] </w:t>
      </w:r>
      <w:r>
        <w:t>Nau ek ek ek aisi surat-e-haal paida kar di hai ke ke phir fitna zinda ho gaya.</w:t>
      </w:r>
    </w:p>
    <w:p>
      <w:pPr>
        <w:jc w:val="right"/>
      </w:pPr>
      <w:r>
        <w:t>نو ایک ایک ایک ایسی صورتحال پیدا کر دی ہے کہ کہ پھر فتنہ زندہ ہو گیا۔</w:t>
      </w:r>
    </w:p>
    <w:p>
      <w:r>
        <w:rPr>
          <w:b/>
        </w:rPr>
        <w:t xml:space="preserve">[13:48] </w:t>
      </w:r>
      <w:r>
        <w:t>Allah taala ne yeh mauqa de diya tha ke har iman wala, har momin, har muslim</w:t>
      </w:r>
    </w:p>
    <w:p>
      <w:pPr>
        <w:jc w:val="right"/>
      </w:pPr>
      <w:r>
        <w:t>اللہ تعالیٰ نے یہ موقع دے دیا تھا کہ ہر ایمان والا، ہر مومن، ہر مسلم</w:t>
      </w:r>
    </w:p>
    <w:p>
      <w:r>
        <w:rPr>
          <w:b/>
        </w:rPr>
        <w:t xml:space="preserve">[13:56] </w:t>
      </w:r>
      <w:r>
        <w:t>poori tarah azaad ho apne aqeede mein, apni ibadat mein, apne akhlaq mein, apne dawat aur tablegh mein. poori tarah azaad. lekin ab kya hua? ke ek naya nazariya banaya gaya ke hukoomat par qabza to sirf islam ka ho ga. kisi aur ka nahi ho ga. islam ka matlab hai ke musalmanon ka qabza. kyun ke islam mein koi koi insan to hai nahi. to yeh jo nazariya banaya</w:t>
      </w:r>
    </w:p>
    <w:p>
      <w:pPr>
        <w:jc w:val="right"/>
      </w:pPr>
      <w:r>
        <w:t>پوری طرح آزاد ہو اپنے عقیدے میں، اپنی عبادت میں، اپنے اخلاق میں، اپنے دعوت اور تبلیغ میں۔ پوری طرح آزاد۔ لیکن اب کیا ہوا؟ کہ ایک نیا نظریہ بنایا گیا کہ حکومت پر قبضہ تو صرف اسلام کا ہو گا۔ کسی اور کا نہیں ہو گا۔ اسلام کا مطلب ہے کہ مسلمانوں کا قبضہ۔ کیونکہ اسلام میں کوئی کوئی انسان تو ہے نہیں۔ تو یہ جو نظریہ بنایا</w:t>
      </w:r>
    </w:p>
    <w:p>
      <w:r>
        <w:rPr>
          <w:b/>
        </w:rPr>
        <w:t xml:space="preserve">[14:26] </w:t>
      </w:r>
      <w:r>
        <w:t>gaya ke riyasat par qabza, hukoomat par qabza sirf ehle iman ka ho ga, us ke liye ladai shuru kar di gayi. yahi aaj kal ladai ho rahi hai. misaal ke taur par misr mein ab dekhiye. misr mein jo islami group hai, islami group agar yeh kare ke woh is par raazi ho jaye ke mere aqeede mein mujhe azaadi ho gi</w:t>
      </w:r>
    </w:p>
    <w:p>
      <w:pPr>
        <w:jc w:val="right"/>
      </w:pPr>
      <w:r>
        <w:t>گیا کہ ریاست پر قبضہ، حکومت پر قبضہ صرف اہل ایمان کا ہو گا، اس کے لیے لڑائی شروع کر دی گئی۔ یہی آج کل لڑائی ہو رہی ہے۔ مثلاً مصر میں اب دیکھئے۔ مصر میں جو اسلامی گروپ ہے، اسلامی گروپ اگر یہ کرے کہ وہ اس پر راضی ہو جائے کہ میرے عقیدے میں مجھے آزادی ہو گ</w:t>
      </w:r>
    </w:p>
    <w:p>
      <w:r>
        <w:rPr>
          <w:b/>
        </w:rPr>
        <w:t xml:space="preserve">[14:56] </w:t>
      </w:r>
      <w:r>
        <w:t>y۔</w:t>
      </w:r>
    </w:p>
    <w:p>
      <w:pPr>
        <w:jc w:val="right"/>
      </w:pPr>
      <w:r>
        <w:t>ی۔</w:t>
      </w:r>
    </w:p>
    <w:p>
      <w:r>
        <w:rPr>
          <w:b/>
        </w:rPr>
        <w:t xml:space="preserve">[14:59] </w:t>
      </w:r>
      <w:r>
        <w:t>meri ibadat mein mujh ko azadi ho gi.</w:t>
      </w:r>
    </w:p>
    <w:p>
      <w:pPr>
        <w:jc w:val="right"/>
      </w:pPr>
      <w:r>
        <w:t>میری عبادت میں مجھ کو آزادی ہو گی۔</w:t>
      </w:r>
    </w:p>
    <w:p>
      <w:r>
        <w:rPr>
          <w:b/>
        </w:rPr>
        <w:t xml:space="preserve">[15:03] </w:t>
      </w:r>
      <w:r>
        <w:t>mere akhlaq aur mamlaat mein mujh ko azadi ho gi.</w:t>
      </w:r>
    </w:p>
    <w:p>
      <w:pPr>
        <w:jc w:val="right"/>
      </w:pPr>
      <w:r>
        <w:t>میرے اخلاق اور معاملات میں مجھ کو آزادی ہو گی۔</w:t>
      </w:r>
    </w:p>
    <w:p>
      <w:r>
        <w:rPr>
          <w:b/>
        </w:rPr>
        <w:t xml:space="preserve">[15:07] </w:t>
      </w:r>
      <w:r>
        <w:t>aur mein is ke liye azad hoon ga ke dawat o tablegh ka kaam karoon, taleem ka kaam karoon.</w:t>
      </w:r>
    </w:p>
    <w:p>
      <w:pPr>
        <w:jc w:val="right"/>
      </w:pPr>
      <w:r>
        <w:t>اور میں اس کے لیے آزاد ہوں گا کہ دعوت و تبلیغ کا کام کروں، تعلیم کا کام کروں۔</w:t>
      </w:r>
    </w:p>
    <w:p>
      <w:r>
        <w:rPr>
          <w:b/>
        </w:rPr>
        <w:t xml:space="preserve">[15:11] </w:t>
      </w:r>
      <w:r>
        <w:t>to koi pakar thakkar nahi hai.</w:t>
      </w:r>
    </w:p>
    <w:p>
      <w:pPr>
        <w:jc w:val="right"/>
      </w:pPr>
      <w:r>
        <w:t>تو کوئی پکڑ تھکڑ نہیں ہے۔</w:t>
      </w:r>
    </w:p>
    <w:p>
      <w:r>
        <w:rPr>
          <w:b/>
        </w:rPr>
        <w:t xml:space="preserve">[15:15] </w:t>
      </w:r>
      <w:r>
        <w:t>kuch bhi nahi.</w:t>
      </w:r>
    </w:p>
    <w:p>
      <w:pPr>
        <w:jc w:val="right"/>
      </w:pPr>
      <w:r>
        <w:t>کچھ بھی نہیں۔</w:t>
      </w:r>
    </w:p>
    <w:p>
      <w:r>
        <w:rPr>
          <w:b/>
        </w:rPr>
        <w:t xml:space="preserve">[15:18] </w:t>
      </w:r>
      <w:r>
        <w:t>lekin jab unhon ne kaha ke nahi, hamein hukoomat par qabza karna hai.</w:t>
      </w:r>
    </w:p>
    <w:p>
      <w:pPr>
        <w:jc w:val="right"/>
      </w:pPr>
      <w:r>
        <w:t>لیکن جب انہوں نے کہا کہ نہیں، ہمیں حکومت پر قبضہ کرنا ہے۔</w:t>
      </w:r>
    </w:p>
    <w:p>
      <w:r>
        <w:rPr>
          <w:b/>
        </w:rPr>
        <w:t xml:space="preserve">[15:22] </w:t>
      </w:r>
      <w:r>
        <w:t>to jo log hukoomat mein baithe hue thay, unhon ne kaha ke acha, yeh to hamare liye</w:t>
      </w:r>
    </w:p>
    <w:p>
      <w:pPr>
        <w:jc w:val="right"/>
      </w:pPr>
      <w:r>
        <w:t>تو جو لوگ حکومت میں بیٹھے ہوئے تھے، انہوں نے کہا کہ اچھا، یہ تو ہمارے لیے</w:t>
      </w:r>
    </w:p>
    <w:p>
      <w:r>
        <w:rPr>
          <w:b/>
        </w:rPr>
        <w:t xml:space="preserve">[15:26] </w:t>
      </w:r>
      <w:r>
        <w:t>khatra paida kar rahe hain.</w:t>
      </w:r>
    </w:p>
    <w:p>
      <w:pPr>
        <w:jc w:val="right"/>
      </w:pPr>
      <w:r>
        <w:t>خطرہ پیدا کر رہے ہیں۔</w:t>
      </w:r>
    </w:p>
    <w:p>
      <w:r>
        <w:rPr>
          <w:b/>
        </w:rPr>
        <w:t xml:space="preserve">[15:31] </w:t>
      </w:r>
      <w:r>
        <w:t>hum kyun apni seat chhoden? to jo hukmaran party hai, us se jab aap chahein ke taqat chheen</w:t>
      </w:r>
    </w:p>
    <w:p>
      <w:pPr>
        <w:jc w:val="right"/>
      </w:pPr>
      <w:r>
        <w:t>ہم کیوں اپنی سیٹ چھوڑیں؟ تو جو حکمران پارٹی ہے، اس سے جب آپ چاہیں کہ طاقت چھین</w:t>
      </w:r>
    </w:p>
    <w:p>
      <w:r>
        <w:rPr>
          <w:b/>
        </w:rPr>
        <w:t xml:space="preserve">[15:36] </w:t>
      </w:r>
      <w:r>
        <w:t>lein to ladaai shuru ho jaye gi.</w:t>
      </w:r>
    </w:p>
    <w:p>
      <w:pPr>
        <w:jc w:val="right"/>
      </w:pPr>
      <w:r>
        <w:t>لیں تو لڑائی شروع ہو جائے گی۔</w:t>
      </w:r>
    </w:p>
    <w:p>
      <w:r>
        <w:rPr>
          <w:b/>
        </w:rPr>
        <w:t xml:space="preserve">[15:42] </w:t>
      </w:r>
      <w:r>
        <w:t>is maamle mein bohat hi achhi misaal hai brader green ki.</w:t>
      </w:r>
    </w:p>
    <w:p>
      <w:pPr>
        <w:jc w:val="right"/>
      </w:pPr>
      <w:r>
        <w:t>اس معاملے میں بہت ہی اچھی مثال ہے برادر گرین کی۔</w:t>
      </w:r>
    </w:p>
    <w:p>
      <w:r>
        <w:rPr>
          <w:b/>
        </w:rPr>
        <w:t xml:space="preserve">[15:47] </w:t>
      </w:r>
      <w:r>
        <w:t>aap ko maloom ho ke turki mein aik bohat bade leader hain jo bohat bada kaam kar rahe hain.</w:t>
      </w:r>
    </w:p>
    <w:p>
      <w:pPr>
        <w:jc w:val="right"/>
      </w:pPr>
      <w:r>
        <w:t>آپ کو معلوم ہو کہ ترکی میں ایک بہت بڑے لیڈر ہیں جو بہت بڑا کام کر رہے ہیں۔</w:t>
      </w:r>
    </w:p>
    <w:p>
      <w:r>
        <w:rPr>
          <w:b/>
        </w:rPr>
        <w:t xml:space="preserve">[15:52] </w:t>
      </w:r>
      <w:r>
        <w:t>bohat si mumalik mein.</w:t>
      </w:r>
    </w:p>
    <w:p>
      <w:pPr>
        <w:jc w:val="right"/>
      </w:pPr>
      <w:r>
        <w:t>بہت سی ممالک میں۔</w:t>
      </w:r>
    </w:p>
    <w:p>
      <w:r>
        <w:rPr>
          <w:b/>
        </w:rPr>
        <w:t xml:space="preserve">[15:57] </w:t>
      </w:r>
      <w:r>
        <w:t>aur bohat hi kamyab tareeqe se kaam kar rahe hain woh.</w:t>
      </w:r>
    </w:p>
    <w:p>
      <w:pPr>
        <w:jc w:val="right"/>
      </w:pPr>
      <w:r>
        <w:t>اور بہت ہی کامیاب طریقے سے کام کر رہے ہیں وہ۔</w:t>
      </w:r>
    </w:p>
    <w:p>
      <w:r>
        <w:rPr>
          <w:b/>
        </w:rPr>
        <w:t xml:space="preserve">[16:01] </w:t>
      </w:r>
      <w:r>
        <w:t>wo taleem aur dawat ke maidan mein kaam kar rahe hain.</w:t>
      </w:r>
    </w:p>
    <w:p>
      <w:pPr>
        <w:jc w:val="right"/>
      </w:pPr>
      <w:r>
        <w:t>وہ تعلیم اور دعوت کے میدان میں کام کر رہے ہیں۔</w:t>
      </w:r>
    </w:p>
    <w:p>
      <w:r>
        <w:rPr>
          <w:b/>
        </w:rPr>
        <w:t xml:space="preserve">[16:04] </w:t>
      </w:r>
      <w:r>
        <w:t>koi rukawat nahi hai in ko kisi mulk mein.</w:t>
      </w:r>
    </w:p>
    <w:p>
      <w:pPr>
        <w:jc w:val="right"/>
      </w:pPr>
      <w:r>
        <w:t>کوئی رکاوٹ نہیں ہے ان کو کسی ملک میں۔</w:t>
      </w:r>
    </w:p>
    <w:p>
      <w:r>
        <w:rPr>
          <w:b/>
        </w:rPr>
        <w:t xml:space="preserve">[16:07] </w:t>
      </w:r>
      <w:r>
        <w:t>brader green ke log saari duniya mein phailay hue hain.</w:t>
      </w:r>
    </w:p>
    <w:p>
      <w:pPr>
        <w:jc w:val="right"/>
      </w:pPr>
      <w:r>
        <w:t>برادر گرین کے لوگ ساری دنیا میں پھیلے ہوئے ہیں۔</w:t>
      </w:r>
    </w:p>
    <w:p>
      <w:r>
        <w:rPr>
          <w:b/>
        </w:rPr>
        <w:t xml:space="preserve">[16:11] </w:t>
      </w:r>
      <w:r>
        <w:t>har jagah unhon ne apne idaray banaye hain.</w:t>
      </w:r>
    </w:p>
    <w:p>
      <w:pPr>
        <w:jc w:val="right"/>
      </w:pPr>
      <w:r>
        <w:t>ہر جگہ انہوں نے اپنے ادارے بنائے ہیں۔</w:t>
      </w:r>
    </w:p>
    <w:p>
      <w:r>
        <w:rPr>
          <w:b/>
        </w:rPr>
        <w:t xml:space="preserve">[16:14] </w:t>
      </w:r>
      <w:r>
        <w:t>aur un ko koi rukawat nahi hai.</w:t>
      </w:r>
    </w:p>
    <w:p>
      <w:pPr>
        <w:jc w:val="right"/>
      </w:pPr>
      <w:r>
        <w:t>اور ان کو کوئی رکاوٹ نہیں ہے۔</w:t>
      </w:r>
    </w:p>
    <w:p>
      <w:r>
        <w:rPr>
          <w:b/>
        </w:rPr>
        <w:t xml:space="preserve">[16:17] </w:t>
      </w:r>
      <w:r>
        <w:t>kyun ke woh ghair siyasi tareeqe se kaam karte hain.</w:t>
      </w:r>
    </w:p>
    <w:p>
      <w:pPr>
        <w:jc w:val="right"/>
      </w:pPr>
      <w:r>
        <w:t>کیونکہ وہ غیر سیاسی طریقے سے کام کرتے ہیں۔</w:t>
      </w:r>
    </w:p>
    <w:p>
      <w:r>
        <w:rPr>
          <w:b/>
        </w:rPr>
        <w:t xml:space="preserve">[16:21] </w:t>
      </w:r>
      <w:r>
        <w:t>siyasi hukmaranon ko challenge nahi karte.</w:t>
      </w:r>
    </w:p>
    <w:p>
      <w:pPr>
        <w:jc w:val="right"/>
      </w:pPr>
      <w:r>
        <w:t>سیاسی حکمرانوں کو چیلنج نہیں کرتے۔</w:t>
      </w:r>
    </w:p>
    <w:p>
      <w:r>
        <w:rPr>
          <w:b/>
        </w:rPr>
        <w:t xml:space="preserve">[16:24] </w:t>
      </w:r>
      <w:r>
        <w:t>kisi mulk mein woh</w:t>
      </w:r>
    </w:p>
    <w:p>
      <w:pPr>
        <w:jc w:val="right"/>
      </w:pPr>
      <w:r>
        <w:t>کسی ملک میں وہ</w:t>
      </w:r>
    </w:p>
    <w:p>
      <w:r>
        <w:rPr>
          <w:b/>
        </w:rPr>
        <w:t xml:space="preserve">[16:27] </w:t>
      </w:r>
      <w:r>
        <w:t>yeh nahi chahte ke hukoomat par qabza karein.</w:t>
      </w:r>
    </w:p>
    <w:p>
      <w:pPr>
        <w:jc w:val="right"/>
      </w:pPr>
      <w:r>
        <w:t>یہ نہیں چاہتے کہ حکومت پر قبضہ کریں۔</w:t>
      </w:r>
    </w:p>
    <w:p>
      <w:r>
        <w:rPr>
          <w:b/>
        </w:rPr>
        <w:t xml:space="preserve">[16:31] </w:t>
      </w:r>
      <w:r>
        <w:t>balkeh har mulk mein woh apna apna idara banate hain.</w:t>
      </w:r>
    </w:p>
    <w:p>
      <w:pPr>
        <w:jc w:val="right"/>
      </w:pPr>
      <w:r>
        <w:t>بلکہ ہر ملک میں وہ اپنا اپنا ادارہ بناتے ہیں۔</w:t>
      </w:r>
    </w:p>
    <w:p>
      <w:r>
        <w:rPr>
          <w:b/>
        </w:rPr>
        <w:t xml:space="preserve">[16:35] </w:t>
      </w:r>
      <w:r>
        <w:t>apne idare banate hain.</w:t>
      </w:r>
    </w:p>
    <w:p>
      <w:pPr>
        <w:jc w:val="right"/>
      </w:pPr>
      <w:r>
        <w:t>اپنے ادارے بناتے ہیں۔</w:t>
      </w:r>
    </w:p>
    <w:p>
      <w:r>
        <w:rPr>
          <w:b/>
        </w:rPr>
        <w:t xml:space="preserve">[16:39] </w:t>
      </w:r>
      <w:r>
        <w:t>ghair siyasi maidan mein.</w:t>
      </w:r>
    </w:p>
    <w:p>
      <w:pPr>
        <w:jc w:val="right"/>
      </w:pPr>
      <w:r>
        <w:t>غیر سیاسی میدان میں۔</w:t>
      </w:r>
    </w:p>
    <w:p>
      <w:r>
        <w:rPr>
          <w:b/>
        </w:rPr>
        <w:t xml:space="preserve">[16:43] </w:t>
      </w:r>
      <w:r>
        <w:t>aur poori azadi se har jagah kaam kar rahe hain.</w:t>
      </w:r>
    </w:p>
    <w:p>
      <w:pPr>
        <w:jc w:val="right"/>
      </w:pPr>
      <w:r>
        <w:t>اور پوری آزادی سے ہر جگہ کام کر رہے ہیں۔</w:t>
      </w:r>
    </w:p>
    <w:p>
      <w:r>
        <w:rPr>
          <w:b/>
        </w:rPr>
        <w:t xml:space="preserve">[16:47] </w:t>
      </w:r>
      <w:r>
        <w:t>to aap mawazna kijiye.</w:t>
      </w:r>
    </w:p>
    <w:p>
      <w:pPr>
        <w:jc w:val="right"/>
      </w:pPr>
      <w:r>
        <w:t>تو آپ موازنہ کیجیے۔</w:t>
      </w:r>
    </w:p>
    <w:p>
      <w:r>
        <w:rPr>
          <w:b/>
        </w:rPr>
        <w:t xml:space="preserve">[16:51] </w:t>
      </w:r>
      <w:r>
        <w:t>mawazna kijiye ek taraf misr ke muslim brotherhood ka.</w:t>
      </w:r>
    </w:p>
    <w:p>
      <w:pPr>
        <w:jc w:val="right"/>
      </w:pPr>
      <w:r>
        <w:t>موازنہ کیجیے ایک طرف مصر کے مسلم برادر ہُڈ کا۔</w:t>
      </w:r>
    </w:p>
    <w:p>
      <w:r>
        <w:rPr>
          <w:b/>
        </w:rPr>
        <w:t xml:space="preserve">[16:55] </w:t>
      </w:r>
      <w:r>
        <w:t>ek taraf brother green ke group ka.</w:t>
      </w:r>
    </w:p>
    <w:p>
      <w:pPr>
        <w:jc w:val="right"/>
      </w:pPr>
      <w:r>
        <w:t>ایک طرف برادر گرین کے گروپ کا۔</w:t>
      </w:r>
    </w:p>
    <w:p>
      <w:r>
        <w:rPr>
          <w:b/>
        </w:rPr>
        <w:t xml:space="preserve">[16:58] </w:t>
      </w:r>
      <w:r>
        <w:t>muslim brotherhood ko mara peeta ja raha hai.</w:t>
      </w:r>
    </w:p>
    <w:p>
      <w:pPr>
        <w:jc w:val="right"/>
      </w:pPr>
      <w:r>
        <w:t>مسلم برادر ہُڈ کو مارا پیٹا جا رہا ہے۔</w:t>
      </w:r>
    </w:p>
    <w:p>
      <w:r>
        <w:rPr>
          <w:b/>
        </w:rPr>
        <w:t xml:space="preserve">[17:05] </w:t>
      </w:r>
      <w:r>
        <w:t>aur brother green ki party har jagah azadi se kaam kar rahi hai.</w:t>
      </w:r>
    </w:p>
    <w:p>
      <w:pPr>
        <w:jc w:val="right"/>
      </w:pPr>
      <w:r>
        <w:t>اور برادر گرین کی پارٹی ہر جگہ آزادی سے کام کر رہی ہے۔</w:t>
      </w:r>
    </w:p>
    <w:p>
      <w:r>
        <w:rPr>
          <w:b/>
        </w:rPr>
        <w:t xml:space="preserve">[17:11] </w:t>
      </w:r>
      <w:r>
        <w:t>to iska raaz kya hai? brother green ki party jo hai ghair siyasi tareeqe se kaam kar rahi hai.</w:t>
      </w:r>
    </w:p>
    <w:p>
      <w:pPr>
        <w:jc w:val="right"/>
      </w:pPr>
      <w:r>
        <w:t>تو اس کا راز کیا ہے؟ برادر گرین کی پارٹی جو ہے غیر سیاسی طریقے سے کام کر رہی ہے۔</w:t>
      </w:r>
    </w:p>
    <w:p>
      <w:r>
        <w:rPr>
          <w:b/>
        </w:rPr>
        <w:t xml:space="preserve">[17:17] </w:t>
      </w:r>
      <w:r>
        <w:t>siyasi takrao ko taal kar kaam kar rahi hai.</w:t>
      </w:r>
    </w:p>
    <w:p>
      <w:pPr>
        <w:jc w:val="right"/>
      </w:pPr>
      <w:r>
        <w:t>سیاسی ٹکراؤ کو ٹال کر کام کر رہی ہے۔</w:t>
      </w:r>
    </w:p>
    <w:p>
      <w:r>
        <w:rPr>
          <w:b/>
        </w:rPr>
        <w:t xml:space="preserve">[17:23] </w:t>
      </w:r>
      <w:r>
        <w:t>aur misr ke jo islami group hai, woh siyasi takrao ko hi apna</w:t>
      </w:r>
    </w:p>
    <w:p>
      <w:pPr>
        <w:jc w:val="right"/>
      </w:pPr>
      <w:r>
        <w:t>اور مصر کے جو اسلامی گروپ ہے، وہ سیاسی ٹکراؤ کو ہی اپنا</w:t>
      </w:r>
    </w:p>
    <w:p>
      <w:r>
        <w:rPr>
          <w:b/>
        </w:rPr>
        <w:t xml:space="preserve">[17:29] </w:t>
      </w:r>
      <w:r>
        <w:t>hadaf banai hui hai.</w:t>
      </w:r>
    </w:p>
    <w:p>
      <w:pPr>
        <w:jc w:val="right"/>
      </w:pPr>
      <w:r>
        <w:t>ہدف بنائی ہوئی ہے۔</w:t>
      </w:r>
    </w:p>
    <w:p>
      <w:r>
        <w:rPr>
          <w:b/>
        </w:rPr>
        <w:t xml:space="preserve">[17:33] </w:t>
      </w:r>
      <w:r>
        <w:t>to yeh raaz mere samajh mein aaya.</w:t>
      </w:r>
    </w:p>
    <w:p>
      <w:pPr>
        <w:jc w:val="right"/>
      </w:pPr>
      <w:r>
        <w:t>تو یہ راز میرے سمجھ میں آیا۔</w:t>
      </w:r>
    </w:p>
    <w:p>
      <w:r>
        <w:rPr>
          <w:b/>
        </w:rPr>
        <w:t xml:space="preserve">[17:36] </w:t>
      </w:r>
      <w:r>
        <w:t>yeh raaz mere samajh mein aaya.</w:t>
      </w:r>
    </w:p>
    <w:p>
      <w:pPr>
        <w:jc w:val="right"/>
      </w:pPr>
      <w:r>
        <w:t>یہ راز میرے سمجھ میں آیا۔</w:t>
      </w:r>
    </w:p>
    <w:p>
      <w:r>
        <w:rPr>
          <w:b/>
        </w:rPr>
        <w:t xml:space="preserve">[17:40] </w:t>
      </w:r>
      <w:r>
        <w:t>ke is aayat mein jo baat kahi gayi thi, woh yeh nahi thi ke tum hukoomat qaim karo.</w:t>
      </w:r>
    </w:p>
    <w:p>
      <w:pPr>
        <w:jc w:val="right"/>
      </w:pPr>
      <w:r>
        <w:t>کہ اس آیت میں جو بات کہی گئی تھی، وہ یہ نہیں تھی کہ تم حکومت قائم کرو۔</w:t>
      </w:r>
    </w:p>
    <w:p>
      <w:r>
        <w:rPr>
          <w:b/>
        </w:rPr>
        <w:t xml:space="preserve">[17:44] </w:t>
      </w:r>
      <w:r>
        <w:t>hukoomat qaim ho to qayamat tak ladai jaari rahe gi.</w:t>
      </w:r>
    </w:p>
    <w:p>
      <w:pPr>
        <w:jc w:val="right"/>
      </w:pPr>
      <w:r>
        <w:t>حکومت قائم ہو تو قیامت تک لڑائی جاری رہے گی۔</w:t>
      </w:r>
    </w:p>
    <w:p>
      <w:r>
        <w:rPr>
          <w:b/>
        </w:rPr>
        <w:t xml:space="preserve">[17:48] </w:t>
      </w:r>
      <w:r>
        <w:t>kabhi khatam nahi ho gi.</w:t>
      </w:r>
    </w:p>
    <w:p>
      <w:pPr>
        <w:jc w:val="right"/>
      </w:pPr>
      <w:r>
        <w:t>کبھی ختم نہیں ہو گی۔</w:t>
      </w:r>
    </w:p>
    <w:p>
      <w:r>
        <w:rPr>
          <w:b/>
        </w:rPr>
        <w:t xml:space="preserve">[17:51] </w:t>
      </w:r>
      <w:r>
        <w:t>kyunke koi na koi wahan baitha hua hai, siyasi seat par wapsi lare ga.</w:t>
      </w:r>
    </w:p>
    <w:p>
      <w:pPr>
        <w:jc w:val="right"/>
      </w:pPr>
      <w:r>
        <w:t>کیونکہ کوئی نہ کوئی وہاں بیٹھا ہوا ہے، سیاسی سیٹ پر واپسی لڑے گا۔</w:t>
      </w:r>
    </w:p>
    <w:p>
      <w:r>
        <w:rPr>
          <w:b/>
        </w:rPr>
        <w:t xml:space="preserve">[17:55] </w:t>
      </w:r>
      <w:r>
        <w:t>aap ko ghair siyasi maidan mein apne kaam ko man</w:t>
      </w:r>
    </w:p>
    <w:p>
      <w:pPr>
        <w:jc w:val="right"/>
      </w:pPr>
      <w:r>
        <w:t>آپ کو غیر سیاسی میدان میں اپنے کام کو من</w:t>
      </w:r>
    </w:p>
    <w:p>
      <w:r>
        <w:rPr>
          <w:b/>
        </w:rPr>
        <w:t xml:space="preserve">[17:59] </w:t>
      </w:r>
      <w:r>
        <w:t>dham karna hai. aur ghair siyasi maidan jo hai, bohat hi bari maidan hai. khaas taur par is zamane mein, yaani yeh jo daur-e-jamhooriyat hai, is zamane mein. is zamane mein hukoomat ko to kaha jata hai intizamiya. intizamiya yaani intizam mein unhon ne apne ko mehdood kar liya hai. baqi sara khol diya hai. yaani aap sanatein lagayen, karobar</w:t>
      </w:r>
    </w:p>
    <w:p>
      <w:pPr>
        <w:jc w:val="right"/>
      </w:pPr>
      <w:r>
        <w:t>ظم کرنا ہے۔ اور غیر سیاسی میدان جو ہے، بہت ہی بڑی میدان ہے۔ خاص طور پر اس زمانے میں، یعنی یہ جو دورِ جمہوریت ہے، اس زمانے میں۔ اس زمانے میں حکومت کو تو کہا جاتا ہے انتظامیہ۔ انتظامیہ یعنی انتظام میں انہوں نے اپنے کو محدود کر لیا ہے۔ باقی سارا کھول دیا ہے۔ یعنی آپ صنعتیں لگائیں، کاروبار</w:t>
      </w:r>
    </w:p>
    <w:p>
      <w:r>
        <w:rPr>
          <w:b/>
        </w:rPr>
        <w:t xml:space="preserve">[18:29] </w:t>
      </w:r>
      <w:r>
        <w:t>karen.</w:t>
      </w:r>
    </w:p>
    <w:p>
      <w:pPr>
        <w:jc w:val="right"/>
      </w:pPr>
      <w:r>
        <w:t>کریں۔</w:t>
      </w:r>
    </w:p>
    <w:p>
      <w:r>
        <w:rPr>
          <w:b/>
        </w:rPr>
        <w:t xml:space="preserve">[18:33] </w:t>
      </w:r>
      <w:r>
        <w:t>taleem ke idare banayein, dawat o tablegh ka kaam karen.</w:t>
      </w:r>
    </w:p>
    <w:p>
      <w:pPr>
        <w:jc w:val="right"/>
      </w:pPr>
      <w:r>
        <w:t>تعلیم کے ادارے بنائیں، دعوت و تبلیغ کا کام کریں۔</w:t>
      </w:r>
    </w:p>
    <w:p>
      <w:r>
        <w:rPr>
          <w:b/>
        </w:rPr>
        <w:t xml:space="preserve">[18:37] </w:t>
      </w:r>
      <w:r>
        <w:t>yaani ghair siyasi sahāfat ka maidan hai.</w:t>
      </w:r>
    </w:p>
    <w:p>
      <w:pPr>
        <w:jc w:val="right"/>
      </w:pPr>
      <w:r>
        <w:t>یعنی غیر سیاسی صحافت کا میدان ہے۔</w:t>
      </w:r>
    </w:p>
    <w:p>
      <w:r>
        <w:rPr>
          <w:b/>
        </w:rPr>
        <w:t xml:space="preserve">[18:40] </w:t>
      </w:r>
      <w:r>
        <w:t>yaani intezamiya ko chhod kar hazaron maidan hain.</w:t>
      </w:r>
    </w:p>
    <w:p>
      <w:pPr>
        <w:jc w:val="right"/>
      </w:pPr>
      <w:r>
        <w:t>یعنی انتظامیہ کو چھوڑ کر ہزاروں میدان ہیں۔</w:t>
      </w:r>
    </w:p>
    <w:p>
      <w:r>
        <w:rPr>
          <w:b/>
        </w:rPr>
        <w:t xml:space="preserve">[18:44] </w:t>
      </w:r>
      <w:r>
        <w:t>woh sab khule hue hain.</w:t>
      </w:r>
    </w:p>
    <w:p>
      <w:pPr>
        <w:jc w:val="right"/>
      </w:pPr>
      <w:r>
        <w:t>وہ سب کھلے ہوئے ہیں۔</w:t>
      </w:r>
    </w:p>
    <w:p>
      <w:r>
        <w:rPr>
          <w:b/>
        </w:rPr>
        <w:t xml:space="preserve">[18:48] </w:t>
      </w:r>
      <w:r>
        <w:t>wahan aap kaam kijiye.</w:t>
      </w:r>
    </w:p>
    <w:p>
      <w:pPr>
        <w:jc w:val="right"/>
      </w:pPr>
      <w:r>
        <w:t>وہاں آپ کام کیجیے۔</w:t>
      </w:r>
    </w:p>
    <w:p>
      <w:r>
        <w:rPr>
          <w:b/>
        </w:rPr>
        <w:t xml:space="preserve">[18:52] </w:t>
      </w:r>
      <w:r>
        <w:t>to koi rukawat nahi hai.</w:t>
      </w:r>
    </w:p>
    <w:p>
      <w:pPr>
        <w:jc w:val="right"/>
      </w:pPr>
      <w:r>
        <w:t>تو کوئی رکاوٹ نہیں ہے۔</w:t>
      </w:r>
    </w:p>
    <w:p>
      <w:r>
        <w:rPr>
          <w:b/>
        </w:rPr>
        <w:t xml:space="preserve">[18:55] </w:t>
      </w:r>
      <w:r>
        <w:t>to mein samajhta hoon ke is aayat mein jo baat kahi gayi thi, us ki rooh mujhe bradar gr</w:t>
      </w:r>
    </w:p>
    <w:p>
      <w:pPr>
        <w:jc w:val="right"/>
      </w:pPr>
      <w:r>
        <w:t>تو میں سمجھتا ہوں کہ اس آیت میں جو بات کہی گئی تھی، اس کی روح مجھے برادر گر</w:t>
      </w:r>
    </w:p>
    <w:p>
      <w:r>
        <w:rPr>
          <w:b/>
        </w:rPr>
        <w:t xml:space="preserve">[18:59] </w:t>
      </w:r>
      <w:r>
        <w:t>een ke kaam mein nazar aati hai.</w:t>
      </w:r>
    </w:p>
    <w:p>
      <w:pPr>
        <w:jc w:val="right"/>
      </w:pPr>
      <w:r>
        <w:t>ین کے کام میں نظر آتی ہے۔</w:t>
      </w:r>
    </w:p>
    <w:p>
      <w:r>
        <w:rPr>
          <w:b/>
        </w:rPr>
        <w:t xml:space="preserve">[19:04] </w:t>
      </w:r>
      <w:r>
        <w:t>aur misr mein jo ho raha hai, woh is ke khilaf mujhe nazar aata hai.</w:t>
      </w:r>
    </w:p>
    <w:p>
      <w:pPr>
        <w:jc w:val="right"/>
      </w:pPr>
      <w:r>
        <w:t>اور مصر میں جو ہو رہا ہے، وہ اس کے خلاف مجھے نظر آتا ہے۔</w:t>
      </w:r>
    </w:p>
    <w:p>
      <w:r>
        <w:rPr>
          <w:b/>
        </w:rPr>
        <w:t xml:space="preserve">[19:09] </w:t>
      </w:r>
      <w:r>
        <w:t>to Allah taala ne Islam ka jo yeh nizam laya, arab mein aur phir dunya mein phaila.</w:t>
      </w:r>
    </w:p>
    <w:p>
      <w:pPr>
        <w:jc w:val="right"/>
      </w:pPr>
      <w:r>
        <w:t>تو اللہ تعالیٰ نے اسلام کا جو یہ نظام لایا، عرب میں اور پھر دنیا میں پھیلا۔</w:t>
      </w:r>
    </w:p>
    <w:p>
      <w:r>
        <w:rPr>
          <w:b/>
        </w:rPr>
        <w:t xml:space="preserve">[19:14] </w:t>
      </w:r>
      <w:r>
        <w:t>is ke zariye Allah taala ne ek naya daur paida kiya.</w:t>
      </w:r>
    </w:p>
    <w:p>
      <w:pPr>
        <w:jc w:val="right"/>
      </w:pPr>
      <w:r>
        <w:t>اس کے ذریعے اللہ تعالیٰ نے ایک نیا دور پیدا کیا۔</w:t>
      </w:r>
    </w:p>
    <w:p>
      <w:r>
        <w:rPr>
          <w:b/>
        </w:rPr>
        <w:t xml:space="preserve">[19:19] </w:t>
      </w:r>
      <w:r>
        <w:t>ek naya daur.</w:t>
      </w:r>
    </w:p>
    <w:p>
      <w:pPr>
        <w:jc w:val="right"/>
      </w:pPr>
      <w:r>
        <w:t>ایک نیا دور۔</w:t>
      </w:r>
    </w:p>
    <w:p>
      <w:r>
        <w:rPr>
          <w:b/>
        </w:rPr>
        <w:t xml:space="preserve">[19:24] </w:t>
      </w:r>
      <w:r>
        <w:t>ke alag kar diya Allah taala ne. Yaani</w:t>
      </w:r>
    </w:p>
    <w:p>
      <w:pPr>
        <w:jc w:val="right"/>
      </w:pPr>
      <w:r>
        <w:t>کہ الگ کر دیا اللہ تعالیٰ نے۔ یعنی</w:t>
      </w:r>
    </w:p>
    <w:p>
      <w:r>
        <w:rPr>
          <w:b/>
        </w:rPr>
        <w:t xml:space="preserve">[19:29] </w:t>
      </w:r>
      <w:r>
        <w:t>ek cheez ko doosri cheez se.</w:t>
      </w:r>
    </w:p>
    <w:p>
      <w:pPr>
        <w:jc w:val="right"/>
      </w:pPr>
      <w:r>
        <w:t>ایک چیز کو دوسری چیز سے۔</w:t>
      </w:r>
    </w:p>
    <w:p>
      <w:r>
        <w:rPr>
          <w:b/>
        </w:rPr>
        <w:t xml:space="preserve">[19:34] </w:t>
      </w:r>
      <w:r>
        <w:t>agar aap siyasi takrao na karein to aap ko poori azaadi hasil hai.</w:t>
      </w:r>
    </w:p>
    <w:p>
      <w:pPr>
        <w:jc w:val="right"/>
      </w:pPr>
      <w:r>
        <w:t>اگر آپ سیاسی ٹکراؤ نہ کریں تو آپ کو پوری آزادی حاصل ہے۔</w:t>
      </w:r>
    </w:p>
    <w:p>
      <w:r>
        <w:rPr>
          <w:b/>
        </w:rPr>
        <w:t xml:space="preserve">[19:38] </w:t>
      </w:r>
      <w:r>
        <w:t>is zamane mein dekhiye.</w:t>
      </w:r>
    </w:p>
    <w:p>
      <w:pPr>
        <w:jc w:val="right"/>
      </w:pPr>
      <w:r>
        <w:t>اس زمانے میں دیکھئے۔</w:t>
      </w:r>
    </w:p>
    <w:p>
      <w:r>
        <w:rPr>
          <w:b/>
        </w:rPr>
        <w:t xml:space="preserve">[19:42] </w:t>
      </w:r>
      <w:r>
        <w:t>jo nayi nayi cheezein paida hui hain, mislan technology, mawaslat.</w:t>
      </w:r>
    </w:p>
    <w:p>
      <w:pPr>
        <w:jc w:val="right"/>
      </w:pPr>
      <w:r>
        <w:t>جو نئی نئی چیزیں پیدا ہوئی ہیں، مثلاً ٹیکنالوجی، مواصلات۔</w:t>
      </w:r>
    </w:p>
    <w:p>
      <w:r>
        <w:rPr>
          <w:b/>
        </w:rPr>
        <w:t xml:space="preserve">[19:46] </w:t>
      </w:r>
      <w:r>
        <w:t>is mein kaun rukawat hai? Mein yahan bol raha hoon aur amreeka tak ke log sun rahe hain.</w:t>
      </w:r>
    </w:p>
    <w:p>
      <w:pPr>
        <w:jc w:val="right"/>
      </w:pPr>
      <w:r>
        <w:t>اس میں کون رکاوٹ ہے؟ میں یہاں بول رہا ہوں اور امریکہ تک کے لوگ سن رہے ہیں۔</w:t>
      </w:r>
    </w:p>
    <w:p>
      <w:r>
        <w:rPr>
          <w:b/>
        </w:rPr>
        <w:t xml:space="preserve">[19:51] </w:t>
      </w:r>
      <w:r>
        <w:t>koi rukawat nahi hai.</w:t>
      </w:r>
    </w:p>
    <w:p>
      <w:pPr>
        <w:jc w:val="right"/>
      </w:pPr>
      <w:r>
        <w:t>کوئی رکاوٹ نہیں ہے۔</w:t>
      </w:r>
    </w:p>
    <w:p>
      <w:r>
        <w:rPr>
          <w:b/>
        </w:rPr>
        <w:t xml:space="preserve">[19:55] </w:t>
      </w:r>
      <w:r>
        <w:t>yaani ab to jo aaj aaj jo saltanat hai,</w:t>
      </w:r>
    </w:p>
    <w:p>
      <w:pPr>
        <w:jc w:val="right"/>
      </w:pPr>
      <w:r>
        <w:t>یعنی اب تو جو آج آج جو سلطنت ہے،</w:t>
      </w:r>
    </w:p>
    <w:p>
      <w:r>
        <w:rPr>
          <w:b/>
        </w:rPr>
        <w:t xml:space="preserve">[19:59] </w:t>
      </w:r>
      <w:r>
        <w:t>technology ki saltanat, woh us se bhi bada hai jo is se pehle musalmanon ke paas tha. yaani mughal saltanat aur abbasi saltanat jitna bada tha, us se million guna zyada bada saltanat hai technology ki saltanat. jis ka koi sarhad. un ka to sarhad hota tha. amwi saltanat ka sarhad tha. abbasi saltanat ka sarhad tha. mughal saltanat ka sarhad tha. ispaniyai saltanat</w:t>
      </w:r>
    </w:p>
    <w:p>
      <w:pPr>
        <w:jc w:val="right"/>
      </w:pPr>
      <w:r>
        <w:t>ٹیکنالوجیکل سلطنت، وہ اس سے بھی بڑا ہے جو اس سے پہلے مسلمانوں کے پاس تھا۔ یعنی مغل سلطنت اور عباسی سلطنت جتنا بڑا تھا، اس سے ملین گنا زیادہ بڑا سلطنت ہے ٹیکنالوجیکل سلطنت۔ جس کا کوئی سرحد نہیں۔ ان کا تو سرحد ہوتا تھا۔ اموی سلطنت کا سرحد تھا۔ عباسی سلطنت کا سرحد تھا۔ مغل سلطنت کا سرحد تھا۔ اسپانیائی سلطنت</w:t>
      </w:r>
    </w:p>
    <w:p>
      <w:r>
        <w:rPr>
          <w:b/>
        </w:rPr>
        <w:t xml:space="preserve">[20:29] </w:t>
      </w:r>
      <w:r>
        <w:t>ka sarhad tha.</w:t>
      </w:r>
    </w:p>
    <w:p>
      <w:pPr>
        <w:jc w:val="right"/>
      </w:pPr>
      <w:r>
        <w:t>کا سرحد تھا۔</w:t>
      </w:r>
    </w:p>
    <w:p>
      <w:r>
        <w:rPr>
          <w:b/>
        </w:rPr>
        <w:t xml:space="preserve">[20:35] </w:t>
      </w:r>
      <w:r>
        <w:t>to har jagah sarhad, sarhad, sarhad hai.</w:t>
      </w:r>
    </w:p>
    <w:p>
      <w:pPr>
        <w:jc w:val="right"/>
      </w:pPr>
      <w:r>
        <w:t>تو ہر جگہ سرحد، سرحد، سرحد ہے۔</w:t>
      </w:r>
    </w:p>
    <w:p>
      <w:r>
        <w:rPr>
          <w:b/>
        </w:rPr>
        <w:t xml:space="preserve">[20:41] </w:t>
      </w:r>
      <w:r>
        <w:t>lekin technology ne jo nayi dunya takhleeq ki hai, is mein koi sarhad nahi.</w:t>
      </w:r>
    </w:p>
    <w:p>
      <w:pPr>
        <w:jc w:val="right"/>
      </w:pPr>
      <w:r>
        <w:t>لیکن ٹیکنالوجی نے جو نئی دنیا تخلیق کی ہے، اس میں کوئی سرحد نہیں۔</w:t>
      </w:r>
    </w:p>
    <w:p>
      <w:r>
        <w:rPr>
          <w:b/>
        </w:rPr>
        <w:t xml:space="preserve">[20:47] </w:t>
      </w:r>
      <w:r>
        <w:t>yahan tak ke agar chand par kuch baste hon to aap us ko bhi hal kar sakte hain.</w:t>
      </w:r>
    </w:p>
    <w:p>
      <w:pPr>
        <w:jc w:val="right"/>
      </w:pPr>
      <w:r>
        <w:t>یہاں تک کہ اگر چاند پر کچھ بستے ہوں تو آپ اس کو بھی حل کر سکتے ہیں۔</w:t>
      </w:r>
    </w:p>
    <w:p>
      <w:r>
        <w:rPr>
          <w:b/>
        </w:rPr>
        <w:t xml:space="preserve">[20:53] </w:t>
      </w:r>
      <w:r>
        <w:t>us ko mein kahunga ke ai saltanat pehle hoti thi siyasi saltanat, ab hai el</w:t>
      </w:r>
    </w:p>
    <w:p>
      <w:pPr>
        <w:jc w:val="right"/>
      </w:pPr>
      <w:r>
        <w:t>اس کو میں کہوں گا کہ ای سلطنت پہلے ہوتی تھی سیاسی سلطنت، اب ہے ال</w:t>
      </w:r>
    </w:p>
    <w:p>
      <w:r>
        <w:rPr>
          <w:b/>
        </w:rPr>
        <w:t xml:space="preserve">[20:59] </w:t>
      </w:r>
      <w:r>
        <w:t>ectronic saltanat.</w:t>
      </w:r>
    </w:p>
    <w:p>
      <w:pPr>
        <w:jc w:val="right"/>
      </w:pPr>
      <w:r>
        <w:t>یکٹرانک سلطنت۔</w:t>
      </w:r>
    </w:p>
    <w:p>
      <w:r>
        <w:rPr>
          <w:b/>
        </w:rPr>
        <w:t xml:space="preserve">[21:05] </w:t>
      </w:r>
      <w:r>
        <w:t>to siyasi saltanat ke liye lad rahe hain log.</w:t>
      </w:r>
    </w:p>
    <w:p>
      <w:pPr>
        <w:jc w:val="right"/>
      </w:pPr>
      <w:r>
        <w:t>تو سیاسی سلطنت کے لیے لڑ رہے ہیں لوگ۔</w:t>
      </w:r>
    </w:p>
    <w:p>
      <w:r>
        <w:rPr>
          <w:b/>
        </w:rPr>
        <w:t xml:space="preserve">[21:11] </w:t>
      </w:r>
      <w:r>
        <w:t>jabke ab zamana aa gaya hai ke aap electronic saltanat banayein, ai saltanat banayein.</w:t>
      </w:r>
    </w:p>
    <w:p>
      <w:pPr>
        <w:jc w:val="right"/>
      </w:pPr>
      <w:r>
        <w:t>جبکہ اب زمانہ آگیا ہے کہ آپ الیکٹرانک سلطنت بنائیں، ای سلطنت بنائیں۔</w:t>
      </w:r>
    </w:p>
    <w:p>
      <w:r>
        <w:rPr>
          <w:b/>
        </w:rPr>
        <w:t xml:space="preserve">[21:17] </w:t>
      </w:r>
      <w:r>
        <w:t>aur sari saare mulk tak pahunch, aap ki pahunch ho jaye.</w:t>
      </w:r>
    </w:p>
    <w:p>
      <w:pPr>
        <w:jc w:val="right"/>
      </w:pPr>
      <w:r>
        <w:t>اور ساری سارے ملک تک پہنچ، آپ کی پہنچ ہو جائے۔</w:t>
      </w:r>
    </w:p>
    <w:p>
      <w:r>
        <w:rPr>
          <w:b/>
        </w:rPr>
        <w:t xml:space="preserve">[21:23] </w:t>
      </w:r>
      <w:r>
        <w:t>to mein samajhta hoon ke do</w:t>
      </w:r>
    </w:p>
    <w:p>
      <w:pPr>
        <w:jc w:val="right"/>
      </w:pPr>
      <w:r>
        <w:t>تو میں سمجھتا ہوں کہ دو</w:t>
      </w:r>
    </w:p>
    <w:p>
      <w:r>
        <w:rPr>
          <w:b/>
        </w:rPr>
        <w:t xml:space="preserve">[21:29] </w:t>
      </w:r>
      <w:r>
        <w:t>misalein hain, dono misalein bohat bara sabak hain ab hamare liye.</w:t>
      </w:r>
    </w:p>
    <w:p>
      <w:pPr>
        <w:jc w:val="right"/>
      </w:pPr>
      <w:r>
        <w:t>مثالیں ہیں، دونوں مثالیں بہت بڑا سبق ہیں اب ہمارے لیے۔</w:t>
      </w:r>
    </w:p>
    <w:p>
      <w:r>
        <w:rPr>
          <w:b/>
        </w:rPr>
        <w:t xml:space="preserve">[21:33] </w:t>
      </w:r>
      <w:r>
        <w:t>ek misal misr mein hai.</w:t>
      </w:r>
    </w:p>
    <w:p>
      <w:pPr>
        <w:jc w:val="right"/>
      </w:pPr>
      <w:r>
        <w:t>ایک مثال مصر میں ہے۔</w:t>
      </w:r>
    </w:p>
    <w:p>
      <w:r>
        <w:rPr>
          <w:b/>
        </w:rPr>
        <w:t xml:space="preserve">[21:37] </w:t>
      </w:r>
      <w:r>
        <w:t>ke aapas mein lad rahe hain log, hazaron log mare ja rahe hain.</w:t>
      </w:r>
    </w:p>
    <w:p>
      <w:pPr>
        <w:jc w:val="right"/>
      </w:pPr>
      <w:r>
        <w:t>کہ آپس میں لڑ رہے ہیں لوگ، ہزاروں لوگ مارے جا رہے ہیں۔</w:t>
      </w:r>
    </w:p>
    <w:p>
      <w:r>
        <w:rPr>
          <w:b/>
        </w:rPr>
        <w:t xml:space="preserve">[21:41] </w:t>
      </w:r>
      <w:r>
        <w:t>kyun? unhon ne siyasi takrao ka tareeqa chora nahi.</w:t>
      </w:r>
    </w:p>
    <w:p>
      <w:pPr>
        <w:jc w:val="right"/>
      </w:pPr>
      <w:r>
        <w:t>کیوں؟ انہوں نے سیاسی ٹکراؤ کا طریقہ چھوڑا نہیں۔</w:t>
      </w:r>
    </w:p>
    <w:p>
      <w:r>
        <w:rPr>
          <w:b/>
        </w:rPr>
        <w:t xml:space="preserve">[21:44] </w:t>
      </w:r>
      <w:r>
        <w:t>wo kehte hain ke hamein hukoomat par qabza kar do, hamein hukoomat karna hai.</w:t>
      </w:r>
    </w:p>
    <w:p>
      <w:pPr>
        <w:jc w:val="right"/>
      </w:pPr>
      <w:r>
        <w:t>وہ کہتے ہیں کہ ہمیں حکومت پر قبضہ کر دو، ہمیں حکومت کرنا ہے۔</w:t>
      </w:r>
    </w:p>
    <w:p>
      <w:r>
        <w:rPr>
          <w:b/>
        </w:rPr>
        <w:t xml:space="preserve">[21:48] </w:t>
      </w:r>
      <w:r>
        <w:t>yani siyasi takrao ko unhon ne chora nahi.</w:t>
      </w:r>
    </w:p>
    <w:p>
      <w:pPr>
        <w:jc w:val="right"/>
      </w:pPr>
      <w:r>
        <w:t>یعنی سیاسی ٹکراؤ کو انہوں نے چھوڑا نہیں۔</w:t>
      </w:r>
    </w:p>
    <w:p>
      <w:r>
        <w:rPr>
          <w:b/>
        </w:rPr>
        <w:t xml:space="preserve">[21:52] </w:t>
      </w:r>
      <w:r>
        <w:t>is liye wo hum mare ja rahe hain, mare ja rahe hain.</w:t>
      </w:r>
    </w:p>
    <w:p>
      <w:pPr>
        <w:jc w:val="right"/>
      </w:pPr>
      <w:r>
        <w:t>اس لیے وہ ہم مارے جا رہے ہیں، مارے جا رہے ہیں۔</w:t>
      </w:r>
    </w:p>
    <w:p>
      <w:r>
        <w:rPr>
          <w:b/>
        </w:rPr>
        <w:t xml:space="preserve">[21:56] </w:t>
      </w:r>
      <w:r>
        <w:t>aur bradar green ne kya kiya</w:t>
      </w:r>
    </w:p>
    <w:p>
      <w:pPr>
        <w:jc w:val="right"/>
      </w:pPr>
      <w:r>
        <w:t>اور برادر گرین نے کیا کیا</w:t>
      </w:r>
    </w:p>
    <w:p>
      <w:r>
        <w:rPr>
          <w:b/>
        </w:rPr>
        <w:t xml:space="preserve">[22:00] </w:t>
      </w:r>
      <w:r>
        <w:t>? ke siyasi takrao ko taal kar ke unhon ne ek scheme banai.</w:t>
      </w:r>
    </w:p>
    <w:p>
      <w:pPr>
        <w:jc w:val="right"/>
      </w:pPr>
      <w:r>
        <w:t>؟ کہ سیاسی ٹکراؤ کو ٹال کر کے انہوں نے ایک اسکیم بنائی۔</w:t>
      </w:r>
    </w:p>
    <w:p>
      <w:r>
        <w:rPr>
          <w:b/>
        </w:rPr>
        <w:t xml:space="preserve">[22:04] </w:t>
      </w:r>
      <w:r>
        <w:t>dawat ki scheme, taleem ki scheme.</w:t>
      </w:r>
    </w:p>
    <w:p>
      <w:pPr>
        <w:jc w:val="right"/>
      </w:pPr>
      <w:r>
        <w:t>دعوت کی اسکیم، تعلیم کی اسکیم۔</w:t>
      </w:r>
    </w:p>
    <w:p>
      <w:r>
        <w:rPr>
          <w:b/>
        </w:rPr>
        <w:t xml:space="preserve">[22:09] </w:t>
      </w:r>
      <w:r>
        <w:t>logon ko tarbiyat karne ki scheme.</w:t>
      </w:r>
    </w:p>
    <w:p>
      <w:pPr>
        <w:jc w:val="right"/>
      </w:pPr>
      <w:r>
        <w:t>لوگوں کو تربیت کرنے کی اسکیم۔</w:t>
      </w:r>
    </w:p>
    <w:p>
      <w:r>
        <w:rPr>
          <w:b/>
        </w:rPr>
        <w:t xml:space="preserve">[22:13] </w:t>
      </w:r>
      <w:r>
        <w:t>aur sari duniya mein in ka kaam ho raha hai.</w:t>
      </w:r>
    </w:p>
    <w:p>
      <w:pPr>
        <w:jc w:val="right"/>
      </w:pPr>
      <w:r>
        <w:t>اور ساری دنیا میں ان کا کام ہو رہا ہے۔</w:t>
      </w:r>
    </w:p>
    <w:p>
      <w:r>
        <w:rPr>
          <w:b/>
        </w:rPr>
        <w:t xml:space="preserve">[22:18] </w:t>
      </w:r>
      <w:r>
        <w:t>yeh hai rooh is aayat ki.</w:t>
      </w:r>
    </w:p>
    <w:p>
      <w:pPr>
        <w:jc w:val="right"/>
      </w:pPr>
      <w:r>
        <w:t>یہ ہے روح اس آیت کی۔</w:t>
      </w:r>
    </w:p>
    <w:p>
      <w:r>
        <w:rPr>
          <w:b/>
        </w:rPr>
        <w:t xml:space="preserve">[22:22] </w:t>
      </w:r>
      <w:r>
        <w:t>wa qataluhum hatta la takun fitna wa yakun ad-deenu kullu lillah.</w:t>
      </w:r>
    </w:p>
    <w:p>
      <w:pPr>
        <w:jc w:val="right"/>
      </w:pPr>
      <w:r>
        <w:t>وقاتلوہم حتیٰ لا تکن فتنہ ویکون الدین کل للہ۔</w:t>
      </w:r>
    </w:p>
    <w:p>
      <w:r>
        <w:rPr>
          <w:b/>
        </w:rPr>
        <w:t xml:space="preserve">[22:27] </w:t>
      </w:r>
      <w:r>
        <w:t>yani ek aisa inqilab paida karo, aisa ek inqilab lao. jabke</w:t>
      </w:r>
    </w:p>
    <w:p>
      <w:pPr>
        <w:jc w:val="right"/>
      </w:pPr>
      <w:r>
        <w:t>یعنی ایک ایسا انقلاب پیدا کرو، ایسا ایک انقلاب لاؤ۔ جبکہ</w:t>
      </w:r>
    </w:p>
    <w:p>
      <w:r>
        <w:rPr>
          <w:b/>
        </w:rPr>
        <w:t xml:space="preserve">[22:31] </w:t>
      </w:r>
      <w:r>
        <w:t>is zamane ka khatma ho jaye, jabke riyasat jo hai rukawat banti thi.</w:t>
      </w:r>
    </w:p>
    <w:p>
      <w:pPr>
        <w:jc w:val="right"/>
      </w:pPr>
      <w:r>
        <w:t>اس زمانے کا خاتمہ ہو جائے، جبکہ ریاست جو ہے رکاوٹ بنتی تھی۔</w:t>
      </w:r>
    </w:p>
    <w:p>
      <w:r>
        <w:rPr>
          <w:b/>
        </w:rPr>
        <w:t xml:space="preserve">[22:36] </w:t>
      </w:r>
      <w:r>
        <w:t>riyasat kaam nahi karne deti thi.</w:t>
      </w:r>
    </w:p>
    <w:p>
      <w:pPr>
        <w:jc w:val="right"/>
      </w:pPr>
      <w:r>
        <w:t>ریاست کام نہیں کرنے دیتی تھی۔</w:t>
      </w:r>
    </w:p>
    <w:p>
      <w:r>
        <w:rPr>
          <w:b/>
        </w:rPr>
        <w:t xml:space="preserve">[22:40] </w:t>
      </w:r>
      <w:r>
        <w:t>riyasat ko alag kar diya gaya.</w:t>
      </w:r>
    </w:p>
    <w:p>
      <w:pPr>
        <w:jc w:val="right"/>
      </w:pPr>
      <w:r>
        <w:t>ریاست کو الگ کر دیا گیا۔</w:t>
      </w:r>
    </w:p>
    <w:p>
      <w:r>
        <w:rPr>
          <w:b/>
        </w:rPr>
        <w:t xml:space="preserve">[22:44] </w:t>
      </w:r>
      <w:r>
        <w:t>riyasat ko intezamiya ke hath mein daal diya gaya.</w:t>
      </w:r>
    </w:p>
    <w:p>
      <w:pPr>
        <w:jc w:val="right"/>
      </w:pPr>
      <w:r>
        <w:t>ریاست کو انتظامیہ کے ہاتھ میں ڈال دیا گیا۔</w:t>
      </w:r>
    </w:p>
    <w:p>
      <w:r>
        <w:rPr>
          <w:b/>
        </w:rPr>
        <w:t xml:space="preserve">[22:49] </w:t>
      </w:r>
      <w:r>
        <w:t>ab baqi cheezein sab free hain.</w:t>
      </w:r>
    </w:p>
    <w:p>
      <w:pPr>
        <w:jc w:val="right"/>
      </w:pPr>
      <w:r>
        <w:t>اب باقی چیزیں سب فری ہیں۔</w:t>
      </w:r>
    </w:p>
    <w:p>
      <w:r>
        <w:rPr>
          <w:b/>
        </w:rPr>
        <w:t xml:space="preserve">[22:53] </w:t>
      </w:r>
      <w:r>
        <w:t>yeh hai rooh daur.</w:t>
      </w:r>
    </w:p>
    <w:p>
      <w:pPr>
        <w:jc w:val="right"/>
      </w:pPr>
      <w:r>
        <w:t>یہ ہے روح دور۔</w:t>
      </w:r>
    </w:p>
    <w:p>
      <w:r>
        <w:rPr>
          <w:b/>
        </w:rPr>
        <w:t xml:space="preserve">[22:58] </w:t>
      </w:r>
      <w:r>
        <w:t>mein samajhta hoon ke aaj musalmanon ko is baat ko daryaft karne ki zaroorat hai ke kya hai rooh daur.</w:t>
      </w:r>
    </w:p>
    <w:p>
      <w:pPr>
        <w:jc w:val="right"/>
      </w:pPr>
      <w:r>
        <w:t>میں سمجھتا ہوں کہ آج مسلمانوں کو اس بات کو دریافت کرنے کی ضرورت ہے کہ کیا ہے روح دور۔</w:t>
      </w:r>
    </w:p>
    <w:p>
      <w:r>
        <w:rPr>
          <w:b/>
        </w:rPr>
        <w:t xml:space="preserve">[23:02] </w:t>
      </w:r>
      <w:r>
        <w:t>wo zamana khatam ho chuka. jabke quran mein hai ke ar'ait alladhina nahaw 'abdan illa Allah. dekho ke namaz padhna chahte hain kaba mein to tab bhi padhne nahi dete, wahan bhi marte hain aa kar ke. dawat ka kaam karte the to wahan bhi aa kar marte the. yani quran sunana, namaz ada karna, dawat ka kaam karna, is par bhi pabandiyan thi,</w:t>
      </w:r>
    </w:p>
    <w:p>
      <w:pPr>
        <w:jc w:val="right"/>
      </w:pPr>
      <w:r>
        <w:t>وہ زمانہ ختم ہو چکا۔ جبکہ قرآن میں ہے کہ ارأيت الذين نهوا عبداً إلا الله۔ دیکھو کہ نماز پڑھنا چاہتے ہیں کعبہ میں تو تب بھی پڑھنے نہیں دیتے، وہاں بھی مارتے ہیں آ کر کے۔ دعوت کا کام کرتے تھے تو وہاں بھی آ کر مارتے تھے۔ یعنی قرآن سنانا، نماز ادا کرنا، دعوت کا کام کرنا، اس پر بھی پابندیاں تھیں،</w:t>
      </w:r>
    </w:p>
    <w:p>
      <w:r>
        <w:rPr>
          <w:b/>
        </w:rPr>
        <w:t xml:space="preserve">[23:32] </w:t>
      </w:r>
      <w:r>
        <w:t>wo zamana tha.</w:t>
      </w:r>
    </w:p>
    <w:p>
      <w:pPr>
        <w:jc w:val="right"/>
      </w:pPr>
      <w:r>
        <w:t>وہ زمانہ تھا۔</w:t>
      </w:r>
    </w:p>
    <w:p>
      <w:r>
        <w:rPr>
          <w:b/>
        </w:rPr>
        <w:t xml:space="preserve">[23:37] </w:t>
      </w:r>
      <w:r>
        <w:t>aaj wo zamana khatam.</w:t>
      </w:r>
    </w:p>
    <w:p>
      <w:pPr>
        <w:jc w:val="right"/>
      </w:pPr>
      <w:r>
        <w:t>آج وہ زمانہ ختم۔</w:t>
      </w:r>
    </w:p>
    <w:p>
      <w:r>
        <w:rPr>
          <w:b/>
        </w:rPr>
        <w:t xml:space="preserve">[23:42] </w:t>
      </w:r>
      <w:r>
        <w:t>quran mein aap jante hain ke khair surah al kahf.</w:t>
      </w:r>
    </w:p>
    <w:p>
      <w:pPr>
        <w:jc w:val="right"/>
      </w:pPr>
      <w:r>
        <w:t>قرآن میں آپ جانتے ہیں کہ خیر سورہ الکہف۔</w:t>
      </w:r>
    </w:p>
    <w:p>
      <w:r>
        <w:rPr>
          <w:b/>
        </w:rPr>
        <w:t xml:space="preserve">[23:47] </w:t>
      </w:r>
      <w:r>
        <w:t>جب میں اس کو پڑھتا ہوں تو ایک ایک thrilling شکر آتا ہے، thrilling شکر۔</w:t>
      </w:r>
    </w:p>
    <w:p>
      <w:pPr>
        <w:jc w:val="right"/>
      </w:pPr>
      <w:r>
        <w:t>جب میں اس کو پڑھتا ہوں تو ایک ایک تھرلنگ شکر آتا ہے، تھرلنگ شکر۔</w:t>
      </w:r>
    </w:p>
    <w:p>
      <w:r>
        <w:rPr>
          <w:b/>
        </w:rPr>
        <w:t xml:space="preserve">[23:53] </w:t>
      </w:r>
      <w:r>
        <w:t>rasool Allah ke baesat se kuch pehle ka waqea hai.</w:t>
      </w:r>
    </w:p>
    <w:p>
      <w:pPr>
        <w:jc w:val="right"/>
      </w:pPr>
      <w:r>
        <w:t>رسول اللہ کے بعثت سے کچھ پہلے کا واقعہ ہے۔</w:t>
      </w:r>
    </w:p>
    <w:p>
      <w:r>
        <w:rPr>
          <w:b/>
        </w:rPr>
        <w:t xml:space="preserve">[23:58] </w:t>
      </w:r>
      <w:r>
        <w:t>ke kuch log, woh isaiyat ka zamana tha. kuch log</w:t>
      </w:r>
    </w:p>
    <w:p>
      <w:pPr>
        <w:jc w:val="right"/>
      </w:pPr>
      <w:r>
        <w:t>کہ کچھ لوگ، وہ عیسائیت کا زمانہ تھا۔ کچھ لوگ</w:t>
      </w:r>
    </w:p>
    <w:p>
      <w:r>
        <w:rPr>
          <w:b/>
        </w:rPr>
        <w:t xml:space="preserve">[24:03] </w:t>
      </w:r>
      <w:r>
        <w:t>tauheed ko bohat aqeedah ikhtiyar kiya unhon ne. Allah ki ibadat karna chaha unhon ne. lekin jo badshah tha wahan, wo mushrik tha. us ne pakad thakkar ki. to is group ko, jo tauheed wala group tha, us ko shehar chhod kar ke jana pada. is mein pahaad ke ghar mein. ghar mein. isi liye in ko keh</w:t>
      </w:r>
    </w:p>
    <w:p>
      <w:pPr>
        <w:jc w:val="right"/>
      </w:pPr>
      <w:r>
        <w:t>توحید کو بہت عقیدہ اختیار کیا انہوں نے۔ اللہ کی عبادت کرنا چاہا انہوں نے۔ لیکن جو بادشاہ تھا وہاں، وہ مشرک تھا۔ اس نے پکڑ تھکڑ کی۔ تو اس گروپ کو، جو توحید والا گروپ تھا، اس کو شہر چھوڑ کر کے جانا پڑا۔ اس میں پہاڑ کے غار میں۔ غار میں۔ اسی لیے ان کو کہ</w:t>
      </w:r>
    </w:p>
    <w:p>
      <w:r>
        <w:rPr>
          <w:b/>
        </w:rPr>
        <w:t xml:space="preserve">[24:33] </w:t>
      </w:r>
      <w:r>
        <w:t>a jata hai ashab al kahf.</w:t>
      </w:r>
    </w:p>
    <w:p>
      <w:pPr>
        <w:jc w:val="right"/>
      </w:pPr>
      <w:r>
        <w:t>ا جاتا ہے اصحاب الکہف۔</w:t>
      </w:r>
    </w:p>
    <w:p>
      <w:r>
        <w:rPr>
          <w:b/>
        </w:rPr>
        <w:t xml:space="preserve">[24:37] </w:t>
      </w:r>
      <w:r>
        <w:t>yani ghar wale.</w:t>
      </w:r>
    </w:p>
    <w:p>
      <w:pPr>
        <w:jc w:val="right"/>
      </w:pPr>
      <w:r>
        <w:t>یعنی غار والے۔</w:t>
      </w:r>
    </w:p>
    <w:p>
      <w:r>
        <w:rPr>
          <w:b/>
        </w:rPr>
        <w:t xml:space="preserve">[24:41] </w:t>
      </w:r>
      <w:r>
        <w:t>to mein samajhta hoon ke ek woh zamana tha.</w:t>
      </w:r>
    </w:p>
    <w:p>
      <w:pPr>
        <w:jc w:val="right"/>
      </w:pPr>
      <w:r>
        <w:t>تو میں سمجھتا ہوں کہ ایک وہ زمانہ تھا۔</w:t>
      </w:r>
    </w:p>
    <w:p>
      <w:r>
        <w:rPr>
          <w:b/>
        </w:rPr>
        <w:t xml:space="preserve">[24:44] </w:t>
      </w:r>
      <w:r>
        <w:t>ke is ki azadi nahi thi ke mein yeh kahoon ke Allah ek hai.</w:t>
      </w:r>
    </w:p>
    <w:p>
      <w:pPr>
        <w:jc w:val="right"/>
      </w:pPr>
      <w:r>
        <w:t>کہ اس کی آزادی نہیں تھی کہ میں یہ کہوں کہ اللہ ایک ہے۔</w:t>
      </w:r>
    </w:p>
    <w:p>
      <w:r>
        <w:rPr>
          <w:b/>
        </w:rPr>
        <w:t xml:space="preserve">[24:48] </w:t>
      </w:r>
      <w:r>
        <w:t>is ki azadi nahi thi ke mein ek Allah ki ibadat karoon.</w:t>
      </w:r>
    </w:p>
    <w:p>
      <w:pPr>
        <w:jc w:val="right"/>
      </w:pPr>
      <w:r>
        <w:t>اس کی آزادی نہیں تھی کہ میں ایک اللہ کی عبادت کروں۔</w:t>
      </w:r>
    </w:p>
    <w:p>
      <w:r>
        <w:rPr>
          <w:b/>
        </w:rPr>
        <w:t xml:space="preserve">[24:52] </w:t>
      </w:r>
      <w:r>
        <w:t>is ki azadi nahi thi ke mein ek Allah ki dawat o tablegh karoon, is ki masjid chalaoon is ka.</w:t>
      </w:r>
    </w:p>
    <w:p>
      <w:pPr>
        <w:jc w:val="right"/>
      </w:pPr>
      <w:r>
        <w:t>اس کی آزادی نہیں تھی کہ میں ایک اللہ کی دعوت و تبلیغ کروں، اس کی مسجد چلاؤں اس کا۔</w:t>
      </w:r>
    </w:p>
    <w:p>
      <w:r>
        <w:rPr>
          <w:b/>
        </w:rPr>
        <w:t xml:space="preserve">[24:56] </w:t>
      </w:r>
      <w:r>
        <w:t>azadi nahi thi is ki.</w:t>
      </w:r>
    </w:p>
    <w:p>
      <w:pPr>
        <w:jc w:val="right"/>
      </w:pPr>
      <w:r>
        <w:t>آزادی نہیں تھی اس کی۔</w:t>
      </w:r>
    </w:p>
    <w:p>
      <w:r>
        <w:rPr>
          <w:b/>
        </w:rPr>
        <w:t xml:space="preserve">[25:00] </w:t>
      </w:r>
      <w:r>
        <w:t>jinhon ne karna chaha, un ko jana pada. yani</w:t>
      </w:r>
    </w:p>
    <w:p>
      <w:pPr>
        <w:jc w:val="right"/>
      </w:pPr>
      <w:r>
        <w:t>جنہوں نے کرنا چاہا، ان کو جانا پڑا۔ یعنی</w:t>
      </w:r>
    </w:p>
    <w:p>
      <w:r>
        <w:rPr>
          <w:b/>
        </w:rPr>
        <w:t xml:space="preserve">[25:04] </w:t>
      </w:r>
      <w:r>
        <w:t>pahar ki khokhli mein.</w:t>
      </w:r>
    </w:p>
    <w:p>
      <w:pPr>
        <w:jc w:val="right"/>
      </w:pPr>
      <w:r>
        <w:t>پہاڑ کی کھوکھلی میں۔</w:t>
      </w:r>
    </w:p>
    <w:p>
      <w:r>
        <w:rPr>
          <w:b/>
        </w:rPr>
        <w:t xml:space="preserve">[25:08] </w:t>
      </w:r>
      <w:r>
        <w:t>aaj azadi hai.</w:t>
      </w:r>
    </w:p>
    <w:p>
      <w:pPr>
        <w:jc w:val="right"/>
      </w:pPr>
      <w:r>
        <w:t>آج آزادی ہے۔</w:t>
      </w:r>
    </w:p>
    <w:p>
      <w:r>
        <w:rPr>
          <w:b/>
        </w:rPr>
        <w:t xml:space="preserve">[25:12] </w:t>
      </w:r>
      <w:r>
        <w:t>aaj hamein kisi pahar ki khokhli mein jane ki zaroorat nahi hai.</w:t>
      </w:r>
    </w:p>
    <w:p>
      <w:pPr>
        <w:jc w:val="right"/>
      </w:pPr>
      <w:r>
        <w:t>آج ہمیں کسی پہاڑ کی کھوکھلی میں جانے کی ضرورت نہیں ہے۔</w:t>
      </w:r>
    </w:p>
    <w:p>
      <w:r>
        <w:rPr>
          <w:b/>
        </w:rPr>
        <w:t xml:space="preserve">[25:15] </w:t>
      </w:r>
      <w:r>
        <w:t>ek hi shart hai, aap takrao na karein.</w:t>
      </w:r>
    </w:p>
    <w:p>
      <w:pPr>
        <w:jc w:val="right"/>
      </w:pPr>
      <w:r>
        <w:t>ایک ہی شرط ہے، آپ ٹکراؤ نہ کریں۔</w:t>
      </w:r>
    </w:p>
    <w:p>
      <w:r>
        <w:rPr>
          <w:b/>
        </w:rPr>
        <w:t xml:space="preserve">[25:19] </w:t>
      </w:r>
      <w:r>
        <w:t>jo mein ne ab waqea bataya aap ko ke chidiyan urr rahi theen, urr rahi theen, urr rahi theen.</w:t>
      </w:r>
    </w:p>
    <w:p>
      <w:pPr>
        <w:jc w:val="right"/>
      </w:pPr>
      <w:r>
        <w:t>جو میں نے اب واقعہ بتایا آپ کو کہ چڑیاں اڑ رہی تھیں، اڑ رہی تھیں، اڑ رہی تھیں۔</w:t>
      </w:r>
    </w:p>
    <w:p>
      <w:r>
        <w:rPr>
          <w:b/>
        </w:rPr>
        <w:t xml:space="preserve">[25:23] </w:t>
      </w:r>
      <w:r>
        <w:t>phir mein ne dekha kuch chidiyan aaein, un mein yani woh chahti theen ke mein khaoon, woh chahti</w:t>
      </w:r>
    </w:p>
    <w:p>
      <w:pPr>
        <w:jc w:val="right"/>
      </w:pPr>
      <w:r>
        <w:t>پھر میں نے دیکھا کچھ چڑیاں آئیں، ان میں یعنی وہ چاہتی تھیں کہ میں کھاؤں، وہ چاہتی</w:t>
      </w:r>
    </w:p>
    <w:p>
      <w:r>
        <w:rPr>
          <w:b/>
        </w:rPr>
        <w:t xml:space="preserve">[25:27] </w:t>
      </w:r>
      <w:r>
        <w:t>theen ke mein khaoon.</w:t>
      </w:r>
    </w:p>
    <w:p>
      <w:pPr>
        <w:jc w:val="right"/>
      </w:pPr>
      <w:r>
        <w:t>تھیں کہ میں کھاؤں۔</w:t>
      </w:r>
    </w:p>
    <w:p>
      <w:r>
        <w:rPr>
          <w:b/>
        </w:rPr>
        <w:t xml:space="preserve">[25:31] </w:t>
      </w:r>
      <w:r>
        <w:t>to is mein se ek urr gayi. yani is</w:t>
      </w:r>
    </w:p>
    <w:p>
      <w:pPr>
        <w:jc w:val="right"/>
      </w:pPr>
      <w:r>
        <w:t>تو اس میں سے ایک اڑ گئی۔ یعنی اس</w:t>
      </w:r>
    </w:p>
    <w:p>
      <w:r>
        <w:rPr>
          <w:b/>
        </w:rPr>
        <w:t xml:space="preserve">[25:34] </w:t>
      </w:r>
      <w:r>
        <w:t>ne takrao ki soorat haal ko khatam kar diya. to dono to kuch bhi nahi hua hua. kuch bhi nahi hua. to ek hi hai formula. to end that the whole world is your. agar aap takrao ko talen to poori dunya aap ki hai. jaise mein yahan bol</w:t>
      </w:r>
    </w:p>
    <w:p>
      <w:pPr>
        <w:jc w:val="right"/>
      </w:pPr>
      <w:r>
        <w:t>نے ٹکراؤ کی صورتحال کو ختم کر دیا۔ تو دونوں تو کچھ بھی نہیں ہوا ہوا۔ کچھ بھی نہیں ہوا۔ تو ایک ہی ہے فارمولا۔ ٹو اینڈ دیٹ دی ہول ورلڈ از یور۔ اگر آپ ٹکراؤ کو ٹالیں تو پوری دنیا آپ کی ہے۔ جیسے میں یہاں بول</w:t>
      </w:r>
    </w:p>
    <w:p>
      <w:r>
        <w:rPr>
          <w:b/>
        </w:rPr>
        <w:t xml:space="preserve">[26:04] </w:t>
      </w:r>
      <w:r>
        <w:t>raha hoon.</w:t>
      </w:r>
    </w:p>
    <w:p>
      <w:pPr>
        <w:jc w:val="right"/>
      </w:pPr>
      <w:r>
        <w:t>رہا ہوں۔</w:t>
      </w:r>
    </w:p>
    <w:p>
      <w:r>
        <w:rPr>
          <w:b/>
        </w:rPr>
        <w:t xml:space="preserve">[26:08] </w:t>
      </w:r>
      <w:r>
        <w:t>to India ke mukhtalif shehron mein log sun rahe hain.</w:t>
      </w:r>
    </w:p>
    <w:p>
      <w:pPr>
        <w:jc w:val="right"/>
      </w:pPr>
      <w:r>
        <w:t>تو انڈیا کے مختلف شہروں میں لوگ سن رہے ہیں۔</w:t>
      </w:r>
    </w:p>
    <w:p>
      <w:r>
        <w:rPr>
          <w:b/>
        </w:rPr>
        <w:t xml:space="preserve">[26:11] </w:t>
      </w:r>
      <w:r>
        <w:t>Europe mein sun rahe hain, America mein sun rahe hain, Arab mein sun rahe hain.</w:t>
      </w:r>
    </w:p>
    <w:p>
      <w:pPr>
        <w:jc w:val="right"/>
      </w:pPr>
      <w:r>
        <w:t>یورپ میں سن رہے ہیں، امریکہ میں سن رہے ہیں، عرب میں سن رہے ہیں۔</w:t>
      </w:r>
    </w:p>
    <w:p>
      <w:r>
        <w:rPr>
          <w:b/>
        </w:rPr>
        <w:t xml:space="preserve">[26:15] </w:t>
      </w:r>
      <w:r>
        <w:t>hamare paas koi hukoomat, yani siyasat taqat nahi.</w:t>
      </w:r>
    </w:p>
    <w:p>
      <w:pPr>
        <w:jc w:val="right"/>
      </w:pPr>
      <w:r>
        <w:t>ہمارے پاس کوئی حکومت، یعنی سیاسی طاقت نہیں۔</w:t>
      </w:r>
    </w:p>
    <w:p>
      <w:r>
        <w:rPr>
          <w:b/>
        </w:rPr>
        <w:t xml:space="preserve">[26:18] </w:t>
      </w:r>
      <w:r>
        <w:t>hamare paas koi siyasat taqat nahi.</w:t>
      </w:r>
    </w:p>
    <w:p>
      <w:pPr>
        <w:jc w:val="right"/>
      </w:pPr>
      <w:r>
        <w:t>ہمارے پاس کوئی سیاسی طاقت نہیں۔</w:t>
      </w:r>
    </w:p>
    <w:p>
      <w:r>
        <w:rPr>
          <w:b/>
        </w:rPr>
        <w:t xml:space="preserve">[26:22] </w:t>
      </w:r>
      <w:r>
        <w:t>lekin sari duniya mein hum Allah ki masjid ko phaila rahe hain.</w:t>
      </w:r>
    </w:p>
    <w:p>
      <w:pPr>
        <w:jc w:val="right"/>
      </w:pPr>
      <w:r>
        <w:t>لیکن ساری دنیا میں ہم اللہ کی مسجد کو پھیلا رہے ہیں۔</w:t>
      </w:r>
    </w:p>
    <w:p>
      <w:r>
        <w:rPr>
          <w:b/>
        </w:rPr>
        <w:t xml:space="preserve">[26:25] </w:t>
      </w:r>
      <w:r>
        <w:t>yeh hai naya zamana, ek hai ek naya daur.</w:t>
      </w:r>
    </w:p>
    <w:p>
      <w:pPr>
        <w:jc w:val="right"/>
      </w:pPr>
      <w:r>
        <w:t>یہ ہے نیا زمانہ، ایک ہے ایک نیا دور۔</w:t>
      </w:r>
    </w:p>
    <w:p>
      <w:r>
        <w:rPr>
          <w:b/>
        </w:rPr>
        <w:t xml:space="preserve">[26:29] </w:t>
      </w:r>
      <w:r>
        <w:t>is ko pehchanne ki zaroorat hai.</w:t>
      </w:r>
    </w:p>
    <w:p>
      <w:pPr>
        <w:jc w:val="right"/>
      </w:pPr>
      <w:r>
        <w:t>اس کو پہچاننے کی ضرورت ہے۔</w:t>
      </w:r>
    </w:p>
    <w:p>
      <w:r>
        <w:rPr>
          <w:b/>
        </w:rPr>
        <w:t xml:space="preserve">[26:32] </w:t>
      </w:r>
      <w:r>
        <w:t>is ko pehchanne ki zaroorat hai.</w:t>
      </w:r>
    </w:p>
    <w:p>
      <w:pPr>
        <w:jc w:val="right"/>
      </w:pPr>
      <w:r>
        <w:t>اس کو پہچاننے کی ضرورت ہے۔</w:t>
      </w:r>
    </w:p>
    <w:p>
      <w:r>
        <w:rPr>
          <w:b/>
        </w:rPr>
        <w:t xml:space="preserve">[26:36] </w:t>
      </w:r>
      <w:r>
        <w:t>aur main samajhta hoon ke bradar green ka jo mission hai, is ne muzahira diya hai.</w:t>
      </w:r>
    </w:p>
    <w:p>
      <w:pPr>
        <w:jc w:val="right"/>
      </w:pPr>
      <w:r>
        <w:t>اور میں سمجھتا ہوں کہ برادر گرین کا جو مشن ہے، اس نے مظاہرہ دیا ہے۔</w:t>
      </w:r>
    </w:p>
    <w:p>
      <w:r>
        <w:rPr>
          <w:b/>
        </w:rPr>
        <w:t xml:space="preserve">[26:40] </w:t>
      </w:r>
      <w:r>
        <w:t>yeh hai muzahira ke aaj ka jo zamana hai, is mein kaise mawaqe hamare liye hain.</w:t>
      </w:r>
    </w:p>
    <w:p>
      <w:pPr>
        <w:jc w:val="right"/>
      </w:pPr>
      <w:r>
        <w:t>یہ ہے مظاہرہ کہ آج کا جو زمانہ ہے، اس میں کیسے مواقع ہمارے لیے ہیں۔</w:t>
      </w:r>
    </w:p>
    <w:p>
      <w:r>
        <w:rPr>
          <w:b/>
        </w:rPr>
        <w:t xml:space="preserve">[26:44] </w:t>
      </w:r>
      <w:r>
        <w:t>dunya mein kahin bhi jao, wahan idare banao apne.</w:t>
      </w:r>
    </w:p>
    <w:p>
      <w:pPr>
        <w:jc w:val="right"/>
      </w:pPr>
      <w:r>
        <w:t>دنیا میں کہیں بھی جاؤ، وہاں ادارے بناؤ اپنے۔</w:t>
      </w:r>
    </w:p>
    <w:p>
      <w:r>
        <w:rPr>
          <w:b/>
        </w:rPr>
        <w:t xml:space="preserve">[26:49] </w:t>
      </w:r>
      <w:r>
        <w:t>aur apna kaam karo.</w:t>
      </w:r>
    </w:p>
    <w:p>
      <w:pPr>
        <w:jc w:val="right"/>
      </w:pPr>
      <w:r>
        <w:t>اور اپنا کام کرو۔</w:t>
      </w:r>
    </w:p>
    <w:p>
      <w:r>
        <w:rPr>
          <w:b/>
        </w:rPr>
        <w:t xml:space="preserve">[26:53] </w:t>
      </w:r>
      <w:r>
        <w:t>taleem ke maidan mein, dawat ke maidan mein.</w:t>
      </w:r>
    </w:p>
    <w:p>
      <w:pPr>
        <w:jc w:val="right"/>
      </w:pPr>
      <w:r>
        <w:t>تعلیم کے میدان میں، دعوت کے میدان میں۔</w:t>
      </w:r>
    </w:p>
    <w:p>
      <w:r>
        <w:rPr>
          <w:b/>
        </w:rPr>
        <w:t xml:space="preserve">[26:57] </w:t>
      </w:r>
      <w:r>
        <w:t>aur koi rukawat nahi hai.</w:t>
      </w:r>
    </w:p>
    <w:p>
      <w:pPr>
        <w:jc w:val="right"/>
      </w:pPr>
      <w:r>
        <w:t>اور کوئی رکاوٹ نہیں ہے۔</w:t>
      </w:r>
    </w:p>
    <w:p>
      <w:r>
        <w:rPr>
          <w:b/>
        </w:rPr>
        <w:t xml:space="preserve">[27:02] </w:t>
      </w:r>
      <w:r>
        <w:t>sirf ek hi shart hai ke takrao mat</w:t>
      </w:r>
    </w:p>
    <w:p>
      <w:pPr>
        <w:jc w:val="right"/>
      </w:pPr>
      <w:r>
        <w:t>صرف ایک ہی شرط ہے کہ ٹکراؤ مت</w:t>
      </w:r>
    </w:p>
    <w:p>
      <w:r>
        <w:rPr>
          <w:b/>
        </w:rPr>
        <w:t xml:space="preserve">[27:06] </w:t>
      </w:r>
      <w:r>
        <w:t>karo. to yeh goya ke ek muzahira hai is baat ka. ke aaj ke zamane ke mawaqe kya hain. aur doosra muzahira misr mein hai. ke agar aap is raaz ko na samjhen. to kya hoga? mare jayenge, peete jayenge. poore yani poore mulk ka amr khatam ho jayega. aap jante hain misr mein bohat</w:t>
      </w:r>
    </w:p>
    <w:p>
      <w:pPr>
        <w:jc w:val="right"/>
      </w:pPr>
      <w:r>
        <w:t>کرو۔ تو یہ گویا کہ ایک مظاہرہ ہے اس بات کا۔ کہ آج کے زمانے کے مواقع کیا ہیں۔ اور دوسرا مظاہرہ مصر میں ہے۔ کہ اگر آپ اس راز کو نہ سمجھیں۔ تو کیا ہوگا؟ مارے جائیں گے، پیٹے جائیں گے۔ پورے یعنی پورے ملک کا امر ختم ہو جائے گا۔ آپ جانتے ہیں مصر میں بہت م</w:t>
      </w:r>
    </w:p>
    <w:p>
      <w:r>
        <w:rPr>
          <w:b/>
        </w:rPr>
        <w:t xml:space="preserve">[27:36] </w:t>
      </w:r>
      <w:r>
        <w:t>waqe hain.</w:t>
      </w:r>
    </w:p>
    <w:p>
      <w:pPr>
        <w:jc w:val="right"/>
      </w:pPr>
      <w:r>
        <w:t>واقع ہیں۔</w:t>
      </w:r>
    </w:p>
    <w:p>
      <w:r>
        <w:rPr>
          <w:b/>
        </w:rPr>
        <w:t xml:space="preserve">[27:39] </w:t>
      </w:r>
      <w:r>
        <w:t>haan, bohat ziyada.</w:t>
      </w:r>
    </w:p>
    <w:p>
      <w:pPr>
        <w:jc w:val="right"/>
      </w:pPr>
      <w:r>
        <w:t>ہاں، بہت زیادہ۔</w:t>
      </w:r>
    </w:p>
    <w:p>
      <w:r>
        <w:rPr>
          <w:b/>
        </w:rPr>
        <w:t xml:space="preserve">[27:43] </w:t>
      </w:r>
      <w:r>
        <w:t>yani sanat ke maidan mein, taleem ke maidan mein.</w:t>
      </w:r>
    </w:p>
    <w:p>
      <w:pPr>
        <w:jc w:val="right"/>
      </w:pPr>
      <w:r>
        <w:t>یعنی صنعت کے میدان میں، تعلیم کے میدان میں۔</w:t>
      </w:r>
    </w:p>
    <w:p>
      <w:r>
        <w:rPr>
          <w:b/>
        </w:rPr>
        <w:t xml:space="preserve">[27:46] </w:t>
      </w:r>
      <w:r>
        <w:t>har maidan mein.</w:t>
      </w:r>
    </w:p>
    <w:p>
      <w:pPr>
        <w:jc w:val="right"/>
      </w:pPr>
      <w:r>
        <w:t>ہر میدان میں۔</w:t>
      </w:r>
    </w:p>
    <w:p>
      <w:r>
        <w:rPr>
          <w:b/>
        </w:rPr>
        <w:t xml:space="preserve">[27:49] </w:t>
      </w:r>
      <w:r>
        <w:t>aur khas toor par dawat ke maidan mein.</w:t>
      </w:r>
    </w:p>
    <w:p>
      <w:pPr>
        <w:jc w:val="right"/>
      </w:pPr>
      <w:r>
        <w:t>اور خاص طور پر دعوت کے میدان میں۔</w:t>
      </w:r>
    </w:p>
    <w:p>
      <w:r>
        <w:rPr>
          <w:b/>
        </w:rPr>
        <w:t xml:space="preserve">[27:53] </w:t>
      </w:r>
      <w:r>
        <w:t>kyunke woh poora ilaaqa jo hai, wahan par bohat siyah aate hain. poora ilaaqa.</w:t>
      </w:r>
    </w:p>
    <w:p>
      <w:pPr>
        <w:jc w:val="right"/>
      </w:pPr>
      <w:r>
        <w:t>کیونکہ وہ پورا علاقہ جو ہے، وہاں پر بہت سیاح آتے ہیں۔ پورا علاقہ۔</w:t>
      </w:r>
    </w:p>
    <w:p>
      <w:r>
        <w:rPr>
          <w:b/>
        </w:rPr>
        <w:t xml:space="preserve">[27:56] </w:t>
      </w:r>
      <w:r>
        <w:t>kyunke wahan yadgarain bohat ziyada hain.</w:t>
      </w:r>
    </w:p>
    <w:p>
      <w:pPr>
        <w:jc w:val="right"/>
      </w:pPr>
      <w:r>
        <w:t>کیونکہ وہاں یادگاریں بہت زیادہ ہیں۔</w:t>
      </w:r>
    </w:p>
    <w:p>
      <w:r>
        <w:rPr>
          <w:b/>
        </w:rPr>
        <w:t xml:space="preserve">[28:00] </w:t>
      </w:r>
      <w:r>
        <w:t>khud misr mein bohat yadgarain hain, is ilaaqe mein hain.</w:t>
      </w:r>
    </w:p>
    <w:p>
      <w:pPr>
        <w:jc w:val="right"/>
      </w:pPr>
      <w:r>
        <w:t>خود مصر میں بہت یادگاریں ہیں، اس علاقے میں ہیں۔</w:t>
      </w:r>
    </w:p>
    <w:p>
      <w:r>
        <w:rPr>
          <w:b/>
        </w:rPr>
        <w:t xml:space="preserve">[28:03] </w:t>
      </w:r>
      <w:r>
        <w:t>to siyah bohat aate hain.</w:t>
      </w:r>
    </w:p>
    <w:p>
      <w:pPr>
        <w:jc w:val="right"/>
      </w:pPr>
      <w:r>
        <w:t>تو سیاح بہت آتے ہیں۔</w:t>
      </w:r>
    </w:p>
    <w:p>
      <w:r>
        <w:rPr>
          <w:b/>
        </w:rPr>
        <w:t xml:space="preserve">[28:06] </w:t>
      </w:r>
      <w:r>
        <w:t>siyah kya hain? dar mado.</w:t>
      </w:r>
    </w:p>
    <w:p>
      <w:pPr>
        <w:jc w:val="right"/>
      </w:pPr>
      <w:r>
        <w:t>سیاح کیا ہیں؟ در مدو۔</w:t>
      </w:r>
    </w:p>
    <w:p>
      <w:r>
        <w:rPr>
          <w:b/>
        </w:rPr>
        <w:t xml:space="preserve">[28:10] </w:t>
      </w:r>
      <w:r>
        <w:t>yani goya mado aap ke ghar pohnch raha hai.</w:t>
      </w:r>
    </w:p>
    <w:p>
      <w:pPr>
        <w:jc w:val="right"/>
      </w:pPr>
      <w:r>
        <w:t>یعنی گویا مدو آپ کے گھر پہنچ رہا ہے۔</w:t>
      </w:r>
    </w:p>
    <w:p>
      <w:r>
        <w:rPr>
          <w:b/>
        </w:rPr>
        <w:t xml:space="preserve">[28:13] </w:t>
      </w:r>
      <w:r>
        <w:t>saari dunya ka mado aap ke haan pohnch raha hai.</w:t>
      </w:r>
    </w:p>
    <w:p>
      <w:pPr>
        <w:jc w:val="right"/>
      </w:pPr>
      <w:r>
        <w:t>ساری دنیا کا مدو آپ کے ہاں پہنچ رہا ہے۔</w:t>
      </w:r>
    </w:p>
    <w:p>
      <w:r>
        <w:rPr>
          <w:b/>
        </w:rPr>
        <w:t xml:space="preserve">[28:17] </w:t>
      </w:r>
      <w:r>
        <w:t>arab mein bohat hi mehdood tor par hota tha ke arab ke log aate the kaba ki ziyarat ke liye.</w:t>
      </w:r>
    </w:p>
    <w:p>
      <w:pPr>
        <w:jc w:val="right"/>
      </w:pPr>
      <w:r>
        <w:t>عرب میں بہت ہی محدود طور پر ہوتا تھا کہ عرب کے لوگ آتے تھے کعبہ کی زیارت کے لیے۔</w:t>
      </w:r>
    </w:p>
    <w:p>
      <w:r>
        <w:rPr>
          <w:b/>
        </w:rPr>
        <w:t xml:space="preserve">[28:20] </w:t>
      </w:r>
      <w:r>
        <w:t>jo kehte hain souq.</w:t>
      </w:r>
    </w:p>
    <w:p>
      <w:pPr>
        <w:jc w:val="right"/>
      </w:pPr>
      <w:r>
        <w:t>جو کہتے ہیں سوق۔</w:t>
      </w:r>
    </w:p>
    <w:p>
      <w:r>
        <w:rPr>
          <w:b/>
        </w:rPr>
        <w:t xml:space="preserve">[28:23] </w:t>
      </w:r>
      <w:r>
        <w:t>wahan aswaq hote the.</w:t>
      </w:r>
    </w:p>
    <w:p>
      <w:pPr>
        <w:jc w:val="right"/>
      </w:pPr>
      <w:r>
        <w:t>وہاں اسواق ہوتے تھے۔</w:t>
      </w:r>
    </w:p>
    <w:p>
      <w:r>
        <w:rPr>
          <w:b/>
        </w:rPr>
        <w:t xml:space="preserve">[28:27] </w:t>
      </w:r>
      <w:r>
        <w:t>bazar lagte the.</w:t>
      </w:r>
    </w:p>
    <w:p>
      <w:pPr>
        <w:jc w:val="right"/>
      </w:pPr>
      <w:r>
        <w:t>بازار لگتے تھے۔</w:t>
      </w:r>
    </w:p>
    <w:p>
      <w:r>
        <w:rPr>
          <w:b/>
        </w:rPr>
        <w:t xml:space="preserve">[28:30] </w:t>
      </w:r>
      <w:r>
        <w:t>arab ke mukhtalif qabail ke log wahan aate thay.</w:t>
      </w:r>
    </w:p>
    <w:p>
      <w:pPr>
        <w:jc w:val="right"/>
      </w:pPr>
      <w:r>
        <w:t>عرب کے مختلف قبائل کے لوگ وہاں آتے تھے۔</w:t>
      </w:r>
    </w:p>
    <w:p>
      <w:r>
        <w:rPr>
          <w:b/>
        </w:rPr>
        <w:t xml:space="preserve">[28:33] </w:t>
      </w:r>
      <w:r>
        <w:t>to ek mulk ke</w:t>
      </w:r>
    </w:p>
    <w:p>
      <w:pPr>
        <w:jc w:val="right"/>
      </w:pPr>
      <w:r>
        <w:t>تو ایک ملک کے</w:t>
      </w:r>
    </w:p>
    <w:p>
      <w:r>
        <w:rPr>
          <w:b/>
        </w:rPr>
        <w:t xml:space="preserve">[28:37] </w:t>
      </w:r>
      <w:r>
        <w:t>aitbar se wahan kuch log ikattha hote thay.</w:t>
      </w:r>
    </w:p>
    <w:p>
      <w:pPr>
        <w:jc w:val="right"/>
      </w:pPr>
      <w:r>
        <w:t>اعتبار سے وہاں کچھ لوگ اکٹھا ہوتے تھے۔</w:t>
      </w:r>
    </w:p>
    <w:p>
      <w:r>
        <w:rPr>
          <w:b/>
        </w:rPr>
        <w:t xml:space="preserve">[28:40] </w:t>
      </w:r>
      <w:r>
        <w:t>rasool Allah ne is ko bharpoor istemal kiya.</w:t>
      </w:r>
    </w:p>
    <w:p>
      <w:pPr>
        <w:jc w:val="right"/>
      </w:pPr>
      <w:r>
        <w:t>رسول اللہ نے اس کو بھرپور استعمال کیا۔</w:t>
      </w:r>
    </w:p>
    <w:p>
      <w:r>
        <w:rPr>
          <w:b/>
        </w:rPr>
        <w:t xml:space="preserve">[28:44] </w:t>
      </w:r>
      <w:r>
        <w:t>aap jaate thay in aswaaq mein aur dawat dete thay.</w:t>
      </w:r>
    </w:p>
    <w:p>
      <w:pPr>
        <w:jc w:val="right"/>
      </w:pPr>
      <w:r>
        <w:t>آپ جاتے تھے ان اسواق میں اور دعوت دیتے تھے۔</w:t>
      </w:r>
    </w:p>
    <w:p>
      <w:r>
        <w:rPr>
          <w:b/>
        </w:rPr>
        <w:t xml:space="preserve">[28:47] </w:t>
      </w:r>
      <w:r>
        <w:t>ab to aalami satah par yeh ho raha hai.</w:t>
      </w:r>
    </w:p>
    <w:p>
      <w:pPr>
        <w:jc w:val="right"/>
      </w:pPr>
      <w:r>
        <w:t>اب تو عالمی سطح پر یہ ہو رہا ہے۔</w:t>
      </w:r>
    </w:p>
    <w:p>
      <w:r>
        <w:rPr>
          <w:b/>
        </w:rPr>
        <w:t xml:space="preserve">[28:51] </w:t>
      </w:r>
      <w:r>
        <w:t>wahan arab ke qabail ke kuch log aate thay.</w:t>
      </w:r>
    </w:p>
    <w:p>
      <w:pPr>
        <w:jc w:val="right"/>
      </w:pPr>
      <w:r>
        <w:t>وہاں عرب کے قبائل کے کچھ لوگ آتے تھے۔</w:t>
      </w:r>
    </w:p>
    <w:p>
      <w:r>
        <w:rPr>
          <w:b/>
        </w:rPr>
        <w:t xml:space="preserve">[28:54] </w:t>
      </w:r>
      <w:r>
        <w:t>ab aaj jo hai, poori duniya mein ek siyahat chala hua hai, siyahat.</w:t>
      </w:r>
    </w:p>
    <w:p>
      <w:pPr>
        <w:jc w:val="right"/>
      </w:pPr>
      <w:r>
        <w:t>اب آج جو ہے، پوری دنیا میں ایک سیاحت چلا ہوا ہے، سیاحت۔</w:t>
      </w:r>
    </w:p>
    <w:p>
      <w:r>
        <w:rPr>
          <w:b/>
        </w:rPr>
        <w:t xml:space="preserve">[28:57] </w:t>
      </w:r>
      <w:r>
        <w:t>poori duniya mein.</w:t>
      </w:r>
    </w:p>
    <w:p>
      <w:pPr>
        <w:jc w:val="right"/>
      </w:pPr>
      <w:r>
        <w:t>پوری دنیا میں۔</w:t>
      </w:r>
    </w:p>
    <w:p>
      <w:r>
        <w:rPr>
          <w:b/>
        </w:rPr>
        <w:t xml:space="preserve">[29:01] </w:t>
      </w:r>
      <w:r>
        <w:t>yani culture of siyahat.</w:t>
      </w:r>
    </w:p>
    <w:p>
      <w:pPr>
        <w:jc w:val="right"/>
      </w:pPr>
      <w:r>
        <w:t>یعنی کلچر آف سیاحت۔</w:t>
      </w:r>
    </w:p>
    <w:p>
      <w:r>
        <w:rPr>
          <w:b/>
        </w:rPr>
        <w:t xml:space="preserve">[29:04] </w:t>
      </w:r>
      <w:r>
        <w:t>log aa rahe hain, aa rahe hain, aa rahe hain, aa rahe hain.</w:t>
      </w:r>
    </w:p>
    <w:p>
      <w:pPr>
        <w:jc w:val="right"/>
      </w:pPr>
      <w:r>
        <w:t>لوگ آ رہے ہیں، آ رہے ہیں، آ رہے ہیں، آ رہے ہیں۔</w:t>
      </w:r>
    </w:p>
    <w:p>
      <w:r>
        <w:rPr>
          <w:b/>
        </w:rPr>
        <w:t xml:space="preserve">[29:08] </w:t>
      </w:r>
      <w:r>
        <w:t>to woh misr mein aa rahe hain, har mulk mein aa rahe hain.</w:t>
      </w:r>
    </w:p>
    <w:p>
      <w:pPr>
        <w:jc w:val="right"/>
      </w:pPr>
      <w:r>
        <w:t>تو وہ مصر میں آ رہے ہیں، ہر ملک میں آ رہے ہیں۔</w:t>
      </w:r>
    </w:p>
    <w:p>
      <w:r>
        <w:rPr>
          <w:b/>
        </w:rPr>
        <w:t xml:space="preserve">[29:12] </w:t>
      </w:r>
      <w:r>
        <w:t>har mulk mein aa rahe hain.</w:t>
      </w:r>
    </w:p>
    <w:p>
      <w:pPr>
        <w:jc w:val="right"/>
      </w:pPr>
      <w:r>
        <w:t>ہر ملک میں آ رہے ہیں۔</w:t>
      </w:r>
    </w:p>
    <w:p>
      <w:r>
        <w:rPr>
          <w:b/>
        </w:rPr>
        <w:t xml:space="preserve">[29:17] </w:t>
      </w:r>
      <w:r>
        <w:t>turki mein bohat ziyada log aate hain.</w:t>
      </w:r>
    </w:p>
    <w:p>
      <w:pPr>
        <w:jc w:val="right"/>
      </w:pPr>
      <w:r>
        <w:t>ترکی میں بہت زیادہ لوگ آتے ہیں۔</w:t>
      </w:r>
    </w:p>
    <w:p>
      <w:r>
        <w:rPr>
          <w:b/>
        </w:rPr>
        <w:t xml:space="preserve">[29:22] </w:t>
      </w:r>
      <w:r>
        <w:t>kyunke jitne muslim mumalik hain, wahan tareekhi yaadgaarein bohat ziyada hain.</w:t>
      </w:r>
    </w:p>
    <w:p>
      <w:pPr>
        <w:jc w:val="right"/>
      </w:pPr>
      <w:r>
        <w:t>کیونکہ جتنے مسلم ممالک ہیں، وہاں تاریخی یادگاریں بہت زیادہ ہیں۔</w:t>
      </w:r>
    </w:p>
    <w:p>
      <w:r>
        <w:rPr>
          <w:b/>
        </w:rPr>
        <w:t xml:space="preserve">[29:26] </w:t>
      </w:r>
      <w:r>
        <w:t>to agar yeh jo islami group hai misr ka, woh is ko daryaft kare, is mauqe ko.</w:t>
      </w:r>
    </w:p>
    <w:p>
      <w:pPr>
        <w:jc w:val="right"/>
      </w:pPr>
      <w:r>
        <w:t>تو اگر یہ جو اسلامی گروپ ہے مصر کا، وہ اس کو دریافت کرے، اس موقع کو۔</w:t>
      </w:r>
    </w:p>
    <w:p>
      <w:r>
        <w:rPr>
          <w:b/>
        </w:rPr>
        <w:t xml:space="preserve">[29:31] </w:t>
      </w:r>
      <w:r>
        <w:t>aur morr kar de apni tawanaai ko dawat ke maidan mein.</w:t>
      </w:r>
    </w:p>
    <w:p>
      <w:pPr>
        <w:jc w:val="right"/>
      </w:pPr>
      <w:r>
        <w:t>اور موڑ کر دے اپنی توانائی کو دعوت کے میدان میں۔</w:t>
      </w:r>
    </w:p>
    <w:p>
      <w:r>
        <w:rPr>
          <w:b/>
        </w:rPr>
        <w:t xml:space="preserve">[29:36] </w:t>
      </w:r>
      <w:r>
        <w:t>to itna bara kaam hai jo poori tareekh mein kabhi nahi hua.</w:t>
      </w:r>
    </w:p>
    <w:p>
      <w:pPr>
        <w:jc w:val="right"/>
      </w:pPr>
      <w:r>
        <w:t>تو اتنا بڑا کام ہے جو پوری تاریخ میں کبھی نہیں ہوا۔</w:t>
      </w:r>
    </w:p>
    <w:p>
      <w:r>
        <w:rPr>
          <w:b/>
        </w:rPr>
        <w:t xml:space="preserve">[29:40] </w:t>
      </w:r>
      <w:r>
        <w:t>dawat ke maidan mein. to mein samajhta hoon ke is zamane mein Allah taala ne do namune dikhaye hain hum ke. ke agar takrao karoge to misr ka haal hoga. ke koi natija nahi, siwaye tabaahi ke. aur takrao na karoge to kaam hi kaam tumhare liye hai. aur brother</w:t>
      </w:r>
    </w:p>
    <w:p>
      <w:pPr>
        <w:jc w:val="right"/>
      </w:pPr>
      <w:r>
        <w:t>دعوت کے میدان میں۔ تو میں سمجھتا ہوں کہ اس زمانے میں اللہ تعالیٰ نے دو نمونے دکھائے ہیں ہم کے۔ کہ اگر ٹکراؤ کرو گے تو مصر کا حال ہوگا۔ کہ کوئی نتیجہ نہیں، سوائے تباہی کے۔ اور ٹکراؤ نہ کرو گے تو کام ہی کام تمہارے لیے ہے۔ اور برادر</w:t>
      </w:r>
    </w:p>
    <w:p>
      <w:r>
        <w:rPr>
          <w:b/>
        </w:rPr>
        <w:t xml:space="preserve">[30:10] </w:t>
      </w:r>
      <w:r>
        <w:t>green ka mission jo hai, woh is ko bata raha hai.</w:t>
      </w:r>
    </w:p>
    <w:p>
      <w:pPr>
        <w:jc w:val="right"/>
      </w:pPr>
      <w:r>
        <w:t>گرین کا مشن جو ہے، وہ اس کو بتا رہا ہے۔</w:t>
      </w:r>
    </w:p>
    <w:p>
      <w:r>
        <w:rPr>
          <w:b/>
        </w:rPr>
        <w:t xml:space="preserve">[30:15] </w:t>
      </w:r>
      <w:r>
        <w:t>to do mukhtalif, yani do mukhtalif tarah ke muzahire diye ja rahe hain.</w:t>
      </w:r>
    </w:p>
    <w:p>
      <w:pPr>
        <w:jc w:val="right"/>
      </w:pPr>
      <w:r>
        <w:t>تو دو مختلف، یعنی دو مختلف طرح کے مظاہرے دیے جا رہے ہیں۔</w:t>
      </w:r>
    </w:p>
    <w:p>
      <w:r>
        <w:rPr>
          <w:b/>
        </w:rPr>
        <w:t xml:space="preserve">[30:21] </w:t>
      </w:r>
      <w:r>
        <w:t>aankh kholne ke liye.</w:t>
      </w:r>
    </w:p>
    <w:p>
      <w:pPr>
        <w:jc w:val="right"/>
      </w:pPr>
      <w:r>
        <w:t>آنکھ کھولنے کے لیے۔</w:t>
      </w:r>
    </w:p>
    <w:p>
      <w:r>
        <w:rPr>
          <w:b/>
        </w:rPr>
        <w:t xml:space="preserve">[30:26] </w:t>
      </w:r>
      <w:r>
        <w:t>yani ek hai manfi muzahira, ek hai musbat muzahira.</w:t>
      </w:r>
    </w:p>
    <w:p>
      <w:pPr>
        <w:jc w:val="right"/>
      </w:pPr>
      <w:r>
        <w:t>یعنی ایک ہے منفی مظاہرہ، ایک ہے مثبت مظاہرہ۔</w:t>
      </w:r>
    </w:p>
    <w:p>
      <w:r>
        <w:rPr>
          <w:b/>
        </w:rPr>
        <w:t xml:space="preserve">[30:31] </w:t>
      </w:r>
      <w:r>
        <w:t>manfi muzahira, musbat muzahira.</w:t>
      </w:r>
    </w:p>
    <w:p>
      <w:pPr>
        <w:jc w:val="right"/>
      </w:pPr>
      <w:r>
        <w:t>منفی مظاہرہ، مثبت مظاہرہ۔</w:t>
      </w:r>
    </w:p>
    <w:p>
      <w:r>
        <w:rPr>
          <w:b/>
        </w:rPr>
        <w:t xml:space="preserve">[30:36] </w:t>
      </w:r>
      <w:r>
        <w:t>yani ek model jo hai,</w:t>
      </w:r>
    </w:p>
    <w:p>
      <w:pPr>
        <w:jc w:val="right"/>
      </w:pPr>
      <w:r>
        <w:t>یعنی ایک ماڈل جو ہے،</w:t>
      </w:r>
    </w:p>
    <w:p>
      <w:r>
        <w:rPr>
          <w:b/>
        </w:rPr>
        <w:t xml:space="preserve">[30:41] </w:t>
      </w:r>
      <w:r>
        <w:t>is ko ikhtiyar karo to tabahi, tabahi, tabahi.</w:t>
      </w:r>
    </w:p>
    <w:p>
      <w:pPr>
        <w:jc w:val="right"/>
      </w:pPr>
      <w:r>
        <w:t>اس کو اختیار کرو تو تباہی، تباہی، تباہی۔</w:t>
      </w:r>
    </w:p>
    <w:p>
      <w:r>
        <w:rPr>
          <w:b/>
        </w:rPr>
        <w:t xml:space="preserve">[30:46] </w:t>
      </w:r>
      <w:r>
        <w:t>dusra model ikhtiyar karo to kamyabi, kamyabi, kamyabi.</w:t>
      </w:r>
    </w:p>
    <w:p>
      <w:pPr>
        <w:jc w:val="right"/>
      </w:pPr>
      <w:r>
        <w:t>دوسرا ماڈل اختیار کرو تو کامیابی، کامیابی، کامیابی۔</w:t>
      </w:r>
    </w:p>
    <w:p>
      <w:r>
        <w:rPr>
          <w:b/>
        </w:rPr>
        <w:t xml:space="preserve">[30:51] </w:t>
      </w:r>
      <w:r>
        <w:t>yeh jo nuqta hai, yeh quran mein maujood hai.</w:t>
      </w:r>
    </w:p>
    <w:p>
      <w:pPr>
        <w:jc w:val="right"/>
      </w:pPr>
      <w:r>
        <w:t>یہ جو نقطہ ہے، یہ قرآن میں موجود ہے۔</w:t>
      </w:r>
    </w:p>
    <w:p>
      <w:r>
        <w:rPr>
          <w:b/>
        </w:rPr>
        <w:t xml:space="preserve">[30:56] </w:t>
      </w:r>
      <w:r>
        <w:t>yeh nuqta jo mein arz kar raha hoon.</w:t>
      </w:r>
    </w:p>
    <w:p>
      <w:pPr>
        <w:jc w:val="right"/>
      </w:pPr>
      <w:r>
        <w:t>یہ نقطہ جو میں عرض کر رہا ہوں۔</w:t>
      </w:r>
    </w:p>
    <w:p>
      <w:r>
        <w:rPr>
          <w:b/>
        </w:rPr>
        <w:t xml:space="preserve">[31:01] </w:t>
      </w:r>
      <w:r>
        <w:t>quran mein aik ayat hai.</w:t>
      </w:r>
    </w:p>
    <w:p>
      <w:pPr>
        <w:jc w:val="right"/>
      </w:pPr>
      <w:r>
        <w:t>قرآن میں ایک آیت ہے۔</w:t>
      </w:r>
    </w:p>
    <w:p>
      <w:r>
        <w:rPr>
          <w:b/>
        </w:rPr>
        <w:t xml:space="preserve">[31:06] </w:t>
      </w:r>
      <w:r>
        <w:t>walah yunadhawnika fil amri wadū ilā rabbika</w:t>
      </w:r>
    </w:p>
    <w:p>
      <w:pPr>
        <w:jc w:val="right"/>
      </w:pPr>
      <w:r>
        <w:t>وَلَا يُنَاذَوْنِكَ فِي الْأَمْرِ وَدُو إِلَى رَبِّكَ</w:t>
      </w:r>
    </w:p>
    <w:p>
      <w:r>
        <w:rPr>
          <w:b/>
        </w:rPr>
        <w:t xml:space="preserve">[31:11] </w:t>
      </w:r>
      <w:r>
        <w:t>—</w:t>
      </w:r>
    </w:p>
    <w:p>
      <w:pPr>
        <w:jc w:val="right"/>
      </w:pPr>
      <w:r>
        <w:t>۔</w:t>
      </w:r>
    </w:p>
    <w:p>
      <w:r>
        <w:rPr>
          <w:b/>
        </w:rPr>
        <w:t xml:space="preserve">[31:15] </w:t>
      </w:r>
      <w:r>
        <w:t>yeh surah al-hajj mein hai, yeh ayat.</w:t>
      </w:r>
    </w:p>
    <w:p>
      <w:pPr>
        <w:jc w:val="right"/>
      </w:pPr>
      <w:r>
        <w:t>یہ سورہ الحج میں ہے، یہ آیت۔</w:t>
      </w:r>
    </w:p>
    <w:p>
      <w:r>
        <w:rPr>
          <w:b/>
        </w:rPr>
        <w:t xml:space="preserve">[31:19] </w:t>
      </w:r>
      <w:r>
        <w:t>surah al-hajj mein.</w:t>
      </w:r>
    </w:p>
    <w:p>
      <w:pPr>
        <w:jc w:val="right"/>
      </w:pPr>
      <w:r>
        <w:t>سورہ الحج میں۔</w:t>
      </w:r>
    </w:p>
    <w:p>
      <w:r>
        <w:rPr>
          <w:b/>
        </w:rPr>
        <w:t xml:space="preserve">[31:23] </w:t>
      </w:r>
      <w:r>
        <w:t>walah yunadhawnika fil amri wadū ilā rabbika.</w:t>
      </w:r>
    </w:p>
    <w:p>
      <w:pPr>
        <w:jc w:val="right"/>
      </w:pPr>
      <w:r>
        <w:t>وَلَا يُنَاذَوْنِكَ فِي الْأَمْرِ وَدُو إِلَى رَبِّكَ۔</w:t>
      </w:r>
    </w:p>
    <w:p>
      <w:r>
        <w:rPr>
          <w:b/>
        </w:rPr>
        <w:t xml:space="preserve">[31:27] </w:t>
      </w:r>
      <w:r>
        <w:t>muamle mein nizamat karo.</w:t>
      </w:r>
    </w:p>
    <w:p>
      <w:pPr>
        <w:jc w:val="right"/>
      </w:pPr>
      <w:r>
        <w:t>معاملے میں نظامت کرو۔</w:t>
      </w:r>
    </w:p>
    <w:p>
      <w:r>
        <w:rPr>
          <w:b/>
        </w:rPr>
        <w:t xml:space="preserve">[31:31] </w:t>
      </w:r>
      <w:r>
        <w:t>aur ada ke Allah ki taraf pukaro logon ko.</w:t>
      </w:r>
    </w:p>
    <w:p>
      <w:pPr>
        <w:jc w:val="right"/>
      </w:pPr>
      <w:r>
        <w:t>اور ادا کہ اللہ کی طرف پکارو لوگوں کو۔</w:t>
      </w:r>
    </w:p>
    <w:p>
      <w:r>
        <w:rPr>
          <w:b/>
        </w:rPr>
        <w:t xml:space="preserve">[31:35] </w:t>
      </w:r>
      <w:r>
        <w:t>logon ko Allah ki taraf bulao.</w:t>
      </w:r>
    </w:p>
    <w:p>
      <w:pPr>
        <w:jc w:val="right"/>
      </w:pPr>
      <w:r>
        <w:t>لوگوں کو اللہ کی طرف بلاؤ۔</w:t>
      </w:r>
    </w:p>
    <w:p>
      <w:r>
        <w:rPr>
          <w:b/>
        </w:rPr>
        <w:t xml:space="preserve">[31:39] </w:t>
      </w:r>
      <w:r>
        <w:t>yani dawat karo takrao ko talte hue.</w:t>
      </w:r>
    </w:p>
    <w:p>
      <w:pPr>
        <w:jc w:val="right"/>
      </w:pPr>
      <w:r>
        <w:t>یعنی دعوت کرو ٹکراؤ کو ٹالتے ہوئے۔</w:t>
      </w:r>
    </w:p>
    <w:p>
      <w:r>
        <w:rPr>
          <w:b/>
        </w:rPr>
        <w:t xml:space="preserve">[31:44] </w:t>
      </w:r>
      <w:r>
        <w:t>walah.</w:t>
      </w:r>
    </w:p>
    <w:p>
      <w:pPr>
        <w:jc w:val="right"/>
      </w:pPr>
      <w:r>
        <w:t>وَلَا۔</w:t>
      </w:r>
    </w:p>
    <w:p>
      <w:r>
        <w:rPr>
          <w:b/>
        </w:rPr>
        <w:t xml:space="preserve">[31:48] </w:t>
      </w:r>
      <w:r>
        <w:t>kitna zabardast is mein formula diya gaya hai.</w:t>
      </w:r>
    </w:p>
    <w:p>
      <w:pPr>
        <w:jc w:val="right"/>
      </w:pPr>
      <w:r>
        <w:t>کتنا زبردست اس میں فارمولا دیا گیا ہے۔</w:t>
      </w:r>
    </w:p>
    <w:p>
      <w:r>
        <w:rPr>
          <w:b/>
        </w:rPr>
        <w:t xml:space="preserve">[31:52] </w:t>
      </w:r>
      <w:r>
        <w:t>walah yunadhawnika fil amri wadū ilā rabbika.</w:t>
      </w:r>
    </w:p>
    <w:p>
      <w:pPr>
        <w:jc w:val="right"/>
      </w:pPr>
      <w:r>
        <w:t>وَلَا يُنَاذَوْنِكَ فِي الْأَمْرِ وَدُو إِلَى رَبِّكَ۔</w:t>
      </w:r>
    </w:p>
    <w:p>
      <w:r>
        <w:rPr>
          <w:b/>
        </w:rPr>
        <w:t xml:space="preserve">[31:56] </w:t>
      </w:r>
      <w:r>
        <w:t>yani takrao talo aur do dawat karo.</w:t>
      </w:r>
    </w:p>
    <w:p>
      <w:pPr>
        <w:jc w:val="right"/>
      </w:pPr>
      <w:r>
        <w:t>یعنی ٹکراؤ ٹالو اور دو دعوت کرو۔</w:t>
      </w:r>
    </w:p>
    <w:p>
      <w:r>
        <w:rPr>
          <w:b/>
        </w:rPr>
        <w:t xml:space="preserve">[32:01] </w:t>
      </w:r>
      <w:r>
        <w:t>pur aman dawat karo.</w:t>
      </w:r>
    </w:p>
    <w:p>
      <w:pPr>
        <w:jc w:val="right"/>
      </w:pPr>
      <w:r>
        <w:t>پُرامن دعوت کرو۔</w:t>
      </w:r>
    </w:p>
    <w:p>
      <w:r>
        <w:rPr>
          <w:b/>
        </w:rPr>
        <w:t xml:space="preserve">[32:05] </w:t>
      </w:r>
      <w:r>
        <w:t>takrao talo aur do pur aman dawat karo.</w:t>
      </w:r>
    </w:p>
    <w:p>
      <w:pPr>
        <w:jc w:val="right"/>
      </w:pPr>
      <w:r>
        <w:t>ٹکراؤ ٹالو اور دو پُرامن دعوت کرو۔</w:t>
      </w:r>
    </w:p>
    <w:p>
      <w:r>
        <w:rPr>
          <w:b/>
        </w:rPr>
        <w:t xml:space="preserve">[32:09] </w:t>
      </w:r>
      <w:r>
        <w:t>yeh mein samajhta hoon ke master</w:t>
      </w:r>
    </w:p>
    <w:p>
      <w:pPr>
        <w:jc w:val="right"/>
      </w:pPr>
      <w:r>
        <w:t>یہ میں سمجھتا ہوں کہ ماسٹر</w:t>
      </w:r>
    </w:p>
    <w:p>
      <w:r>
        <w:rPr>
          <w:b/>
        </w:rPr>
        <w:t xml:space="preserve">[32:14] </w:t>
      </w:r>
      <w:r>
        <w:t>formula hai jadeed ka, master formula.</w:t>
      </w:r>
    </w:p>
    <w:p>
      <w:pPr>
        <w:jc w:val="right"/>
      </w:pPr>
      <w:r>
        <w:t>فارمولا ہے جدید کا، ماسٹر فارمولا۔</w:t>
      </w:r>
    </w:p>
    <w:p>
      <w:r>
        <w:rPr>
          <w:b/>
        </w:rPr>
        <w:t xml:space="preserve">[32:17] </w:t>
      </w:r>
      <w:r>
        <w:t>dekhen dawat mein sab cheezen aajati hain.</w:t>
      </w:r>
    </w:p>
    <w:p>
      <w:pPr>
        <w:jc w:val="right"/>
      </w:pPr>
      <w:r>
        <w:t>دیکھیں دعوت میں سب چیزیں آجاتی ہیں۔</w:t>
      </w:r>
    </w:p>
    <w:p>
      <w:r>
        <w:rPr>
          <w:b/>
        </w:rPr>
        <w:t xml:space="preserve">[32:21] </w:t>
      </w:r>
      <w:r>
        <w:t>dawat mein tabligh hai, dawat mein taleem hai.</w:t>
      </w:r>
    </w:p>
    <w:p>
      <w:pPr>
        <w:jc w:val="right"/>
      </w:pPr>
      <w:r>
        <w:t>دعوت میں تبلیغ ہے، دعوت میں تعلیم ہے۔</w:t>
      </w:r>
    </w:p>
    <w:p>
      <w:r>
        <w:rPr>
          <w:b/>
        </w:rPr>
        <w:t xml:space="preserve">[32:24] </w:t>
      </w:r>
      <w:r>
        <w:t>dawat mein tarbiyat hai.</w:t>
      </w:r>
    </w:p>
    <w:p>
      <w:pPr>
        <w:jc w:val="right"/>
      </w:pPr>
      <w:r>
        <w:t>دعوت میں تربیت ہے۔</w:t>
      </w:r>
    </w:p>
    <w:p>
      <w:r>
        <w:rPr>
          <w:b/>
        </w:rPr>
        <w:t xml:space="preserve">[32:28] </w:t>
      </w:r>
      <w:r>
        <w:t>dawat mein muashre ki islah hai.</w:t>
      </w:r>
    </w:p>
    <w:p>
      <w:pPr>
        <w:jc w:val="right"/>
      </w:pPr>
      <w:r>
        <w:t>دعوت میں معاشرے کی اصلاح ہے۔</w:t>
      </w:r>
    </w:p>
    <w:p>
      <w:r>
        <w:rPr>
          <w:b/>
        </w:rPr>
        <w:t xml:space="preserve">[32:31] </w:t>
      </w:r>
      <w:r>
        <w:t>yeh har woh cheez jo puraman tareeqay say ki jaye.</w:t>
      </w:r>
    </w:p>
    <w:p>
      <w:pPr>
        <w:jc w:val="right"/>
      </w:pPr>
      <w:r>
        <w:t>یہ ہر وہ چیز جو پُرامن طریقے سے کی جائے۔</w:t>
      </w:r>
    </w:p>
    <w:p>
      <w:r>
        <w:rPr>
          <w:b/>
        </w:rPr>
        <w:t xml:space="preserve">[32:34] </w:t>
      </w:r>
      <w:r>
        <w:t>insan ki bhalai ke liye.</w:t>
      </w:r>
    </w:p>
    <w:p>
      <w:pPr>
        <w:jc w:val="right"/>
      </w:pPr>
      <w:r>
        <w:t>انسان کی بھلائی کے لیے۔</w:t>
      </w:r>
    </w:p>
    <w:p>
      <w:r>
        <w:rPr>
          <w:b/>
        </w:rPr>
        <w:t xml:space="preserve">[32:38] </w:t>
      </w:r>
      <w:r>
        <w:t>woh sab dawat mein shamil hai.</w:t>
      </w:r>
    </w:p>
    <w:p>
      <w:pPr>
        <w:jc w:val="right"/>
      </w:pPr>
      <w:r>
        <w:t>وہ سب دعوت میں شامل ہے۔</w:t>
      </w:r>
    </w:p>
    <w:p>
      <w:r>
        <w:rPr>
          <w:b/>
        </w:rPr>
        <w:t xml:space="preserve">[32:41] </w:t>
      </w:r>
      <w:r>
        <w:t>is shart ke sath ke woh puraman ho.</w:t>
      </w:r>
    </w:p>
    <w:p>
      <w:pPr>
        <w:jc w:val="right"/>
      </w:pPr>
      <w:r>
        <w:t>اس شرط کے ساتھ کہ وہ پُرامن ہو۔</w:t>
      </w:r>
    </w:p>
    <w:p>
      <w:r>
        <w:rPr>
          <w:b/>
        </w:rPr>
        <w:t xml:space="preserve">[32:45] </w:t>
      </w:r>
      <w:r>
        <w:t>toh Allah taala ne ek naya daur paida kar diya is zamane mein.</w:t>
      </w:r>
    </w:p>
    <w:p>
      <w:pPr>
        <w:jc w:val="right"/>
      </w:pPr>
      <w:r>
        <w:t>تو اللہ تعالیٰ نے ایک نیا دور پیدا کر دیا اس زمانے میں۔</w:t>
      </w:r>
    </w:p>
    <w:p>
      <w:r>
        <w:rPr>
          <w:b/>
        </w:rPr>
        <w:t xml:space="preserve">[32:51] </w:t>
      </w:r>
      <w:r>
        <w:t>ke jab aise, yaani aisa daur paida kar diya jis mein jamhooriyat duniya mein aayi.</w:t>
      </w:r>
    </w:p>
    <w:p>
      <w:pPr>
        <w:jc w:val="right"/>
      </w:pPr>
      <w:r>
        <w:t>کہ جب ایسے، یعنی ایسا دور پیدا کر دیا جس میں جمہوریت دنیا میں آئی۔</w:t>
      </w:r>
    </w:p>
    <w:p>
      <w:r>
        <w:rPr>
          <w:b/>
        </w:rPr>
        <w:t xml:space="preserve">[32:57] </w:t>
      </w:r>
      <w:r>
        <w:t>technology aayi, communication aaya. siyahat aaya.</w:t>
      </w:r>
    </w:p>
    <w:p>
      <w:pPr>
        <w:jc w:val="right"/>
      </w:pPr>
      <w:r>
        <w:t>ٹیکنالوجی آئی، کمیونیکیشن آیا۔ سیاحت آیا۔</w:t>
      </w:r>
    </w:p>
    <w:p>
      <w:r>
        <w:rPr>
          <w:b/>
        </w:rPr>
        <w:t xml:space="preserve">[33:03] </w:t>
      </w:r>
      <w:r>
        <w:t>aur ilm barha, openness barha.</w:t>
      </w:r>
    </w:p>
    <w:p>
      <w:pPr>
        <w:jc w:val="right"/>
      </w:pPr>
      <w:r>
        <w:t>اور علم بڑھا، اوپننس بڑھا۔</w:t>
      </w:r>
    </w:p>
    <w:p>
      <w:r>
        <w:rPr>
          <w:b/>
        </w:rPr>
        <w:t xml:space="preserve">[33:09] </w:t>
      </w:r>
      <w:r>
        <w:t>yaani sare jo mawaqe hain, is duniya</w:t>
      </w:r>
    </w:p>
    <w:p>
      <w:pPr>
        <w:jc w:val="right"/>
      </w:pPr>
      <w:r>
        <w:t>یعنی سارے جو مواقع ہیں، اس دنیا</w:t>
      </w:r>
    </w:p>
    <w:p>
      <w:r>
        <w:rPr>
          <w:b/>
        </w:rPr>
        <w:t xml:space="preserve">[33:15] </w:t>
      </w:r>
      <w:r>
        <w:t>mein khol diye gaye. to in mawaqe ko faraham karne ke liye sirf ek hi shart hai. wo hai ke aap niza' na karen. takrao na karen. pur aman tareeqe se kaam karen. to wa la yunadhunaka fi al amri wa du ila rabbika. yani takrao ko talo aur phir sare mawaqe tum</w:t>
      </w:r>
    </w:p>
    <w:p>
      <w:pPr>
        <w:jc w:val="right"/>
      </w:pPr>
      <w:r>
        <w:t>میں کھول دیے گئے۔ تو ان مواقع کو فراہم کرنے کے لیے صرف ایک ہی شرط ہے۔ وہ ہے کہ آپ نزاع نہ کریں۔ ٹکراؤ نہ کریں۔ پُرامن طریقے سے کام کریں۔ تو وَلَا يُنَاذَوْنِكَ فِي الْأَمْرِ وَدُو إِلَى رَبِّكَ۔ یعنی ٹکراؤ کو ٹالو اور پھر سارے مواقع تم</w:t>
      </w:r>
    </w:p>
    <w:p>
      <w:r>
        <w:rPr>
          <w:b/>
        </w:rPr>
        <w:t xml:space="preserve">[33:45] </w:t>
      </w:r>
      <w:r>
        <w:t>hare khul jayenge.</w:t>
      </w:r>
    </w:p>
    <w:p>
      <w:pPr>
        <w:jc w:val="right"/>
      </w:pPr>
      <w:r>
        <w:t>ہارے کھل جائیں گے۔</w:t>
      </w:r>
    </w:p>
    <w:p>
      <w:r>
        <w:rPr>
          <w:b/>
        </w:rPr>
        <w:t xml:space="preserve">[33:50] </w:t>
      </w:r>
      <w:r>
        <w:t>kitna zabardast philosophy yeh hai.</w:t>
      </w:r>
    </w:p>
    <w:p>
      <w:pPr>
        <w:jc w:val="right"/>
      </w:pPr>
      <w:r>
        <w:t>کتنا زبردست فلسفہ یہ ہے۔</w:t>
      </w:r>
    </w:p>
    <w:p>
      <w:r>
        <w:rPr>
          <w:b/>
        </w:rPr>
        <w:t xml:space="preserve">[33:55] </w:t>
      </w:r>
      <w:r>
        <w:t>takrao ko talo aur sare mawaqe tumhare khul jayenge.</w:t>
      </w:r>
    </w:p>
    <w:p>
      <w:pPr>
        <w:jc w:val="right"/>
      </w:pPr>
      <w:r>
        <w:t>ٹکراؤ کو ٹالو اور سارے مواقع تمہارے کھل جائیں گے۔</w:t>
      </w:r>
    </w:p>
    <w:p>
      <w:r>
        <w:rPr>
          <w:b/>
        </w:rPr>
        <w:t xml:space="preserve">[34:01] </w:t>
      </w:r>
      <w:r>
        <w:t>global satah par.</w:t>
      </w:r>
    </w:p>
    <w:p>
      <w:pPr>
        <w:jc w:val="right"/>
      </w:pPr>
      <w:r>
        <w:t>گلوبل سطح پر۔</w:t>
      </w:r>
    </w:p>
    <w:p>
      <w:r>
        <w:rPr>
          <w:b/>
        </w:rPr>
        <w:t xml:space="preserve">[34:06] </w:t>
      </w:r>
      <w:r>
        <w:t>koi bhi rukawat na hogi tumhare liye.</w:t>
      </w:r>
    </w:p>
    <w:p>
      <w:pPr>
        <w:jc w:val="right"/>
      </w:pPr>
      <w:r>
        <w:t>کوئی بھی رکاوٹ نہ ہوگی تمہارے لیے۔</w:t>
      </w:r>
    </w:p>
    <w:p>
      <w:r>
        <w:rPr>
          <w:b/>
        </w:rPr>
        <w:t xml:space="preserve">[34:11] </w:t>
      </w:r>
      <w:r>
        <w:t>toh hamara mission jo hai, woh mission</w:t>
      </w:r>
    </w:p>
    <w:p>
      <w:pPr>
        <w:jc w:val="right"/>
      </w:pPr>
      <w:r>
        <w:t>تو ہمارا مشن جو ہے، وہ مشن</w:t>
      </w:r>
    </w:p>
    <w:p>
      <w:r>
        <w:rPr>
          <w:b/>
        </w:rPr>
        <w:t xml:space="preserve">[34:16] </w:t>
      </w:r>
      <w:r>
        <w:t>yeh hai ke hum is baat ko ummat-e-muslima ko batayein.</w:t>
      </w:r>
    </w:p>
    <w:p>
      <w:pPr>
        <w:jc w:val="right"/>
      </w:pPr>
      <w:r>
        <w:t>یہ ہے کہ ہم اس بات کو امت مسلمہ کو بتائیں۔</w:t>
      </w:r>
    </w:p>
    <w:p>
      <w:r>
        <w:rPr>
          <w:b/>
        </w:rPr>
        <w:t xml:space="preserve">[34:22] </w:t>
      </w:r>
      <w:r>
        <w:t>ummat-e-muslima ko is baat se agah karein.</w:t>
      </w:r>
    </w:p>
    <w:p>
      <w:pPr>
        <w:jc w:val="right"/>
      </w:pPr>
      <w:r>
        <w:t>امت مسلمہ کو اس بات سے آگاہ کریں۔</w:t>
      </w:r>
    </w:p>
    <w:p>
      <w:r>
        <w:rPr>
          <w:b/>
        </w:rPr>
        <w:t xml:space="preserve">[34:27] </w:t>
      </w:r>
      <w:r>
        <w:t>kyunke is waqt jo ummat-e-muslima hai, woh is formula ko bhool gayi hai.</w:t>
      </w:r>
    </w:p>
    <w:p>
      <w:pPr>
        <w:jc w:val="right"/>
      </w:pPr>
      <w:r>
        <w:t>کیونکہ اس وقت جو امت مسلمہ ہے، وہ اس فارمولے کو بھول گئی ہے۔</w:t>
      </w:r>
    </w:p>
    <w:p>
      <w:r>
        <w:rPr>
          <w:b/>
        </w:rPr>
        <w:t xml:space="preserve">[34:32] </w:t>
      </w:r>
      <w:r>
        <w:t>yahi wajah hai har jagah, yahi wajah hai ke aap dekhein har jagah log shikayat mein jeete hain.</w:t>
      </w:r>
    </w:p>
    <w:p>
      <w:pPr>
        <w:jc w:val="right"/>
      </w:pPr>
      <w:r>
        <w:t>یہی وجہ ہے ہر جگہ، یہی وجہ ہے کہ آپ دیکھیں ہر جگہ لوگ شکایت میں جیتے ہیں۔</w:t>
      </w:r>
    </w:p>
    <w:p>
      <w:r>
        <w:rPr>
          <w:b/>
        </w:rPr>
        <w:t xml:space="preserve">[34:37] </w:t>
      </w:r>
      <w:r>
        <w:t>ehtejaj mein jeete hain.</w:t>
      </w:r>
    </w:p>
    <w:p>
      <w:pPr>
        <w:jc w:val="right"/>
      </w:pPr>
      <w:r>
        <w:t>احتجاج میں جیتے ہیں۔</w:t>
      </w:r>
    </w:p>
    <w:p>
      <w:r>
        <w:rPr>
          <w:b/>
        </w:rPr>
        <w:t xml:space="preserve">[34:42] </w:t>
      </w:r>
      <w:r>
        <w:t>dushman samajhta hai ke sab log hamare dushman hain.</w:t>
      </w:r>
    </w:p>
    <w:p>
      <w:pPr>
        <w:jc w:val="right"/>
      </w:pPr>
      <w:r>
        <w:t>دشمن سمجھتا ہے کہ سب لوگ ہمارے دشمن ہیں۔</w:t>
      </w:r>
    </w:p>
    <w:p>
      <w:r>
        <w:rPr>
          <w:b/>
        </w:rPr>
        <w:t xml:space="preserve">[34:47] </w:t>
      </w:r>
      <w:r>
        <w:t>lad rahe hain idhar udhar. jahan dekhein.</w:t>
      </w:r>
    </w:p>
    <w:p>
      <w:pPr>
        <w:jc w:val="right"/>
      </w:pPr>
      <w:r>
        <w:t>لڑ رہے ہیں ادھر ادھر۔ جہاں دیکھیں۔</w:t>
      </w:r>
    </w:p>
    <w:p>
      <w:r>
        <w:rPr>
          <w:b/>
        </w:rPr>
        <w:t xml:space="preserve">[34:53] </w:t>
      </w:r>
      <w:r>
        <w:t>main ek seminar mein, musalmanon ke ek seminar mein gaya.</w:t>
      </w:r>
    </w:p>
    <w:p>
      <w:pPr>
        <w:jc w:val="right"/>
      </w:pPr>
      <w:r>
        <w:t>میں ایک سیمینار میں، مسلمانوں کے ایک سیمینار میں گیا۔</w:t>
      </w:r>
    </w:p>
    <w:p>
      <w:r>
        <w:rPr>
          <w:b/>
        </w:rPr>
        <w:t xml:space="preserve">[34:58] </w:t>
      </w:r>
      <w:r>
        <w:t>jahan musalmanon ke parhe likhe log aaye the, parhe likhe.</w:t>
      </w:r>
    </w:p>
    <w:p>
      <w:pPr>
        <w:jc w:val="right"/>
      </w:pPr>
      <w:r>
        <w:t>جہاں مسلمانوں کے پڑھے لکھے لوگ آئے تھے، پڑھے لکھے۔</w:t>
      </w:r>
    </w:p>
    <w:p>
      <w:r>
        <w:rPr>
          <w:b/>
        </w:rPr>
        <w:t xml:space="preserve">[35:04] </w:t>
      </w:r>
      <w:r>
        <w:t>sab taleem yafta log the.</w:t>
      </w:r>
    </w:p>
    <w:p>
      <w:pPr>
        <w:jc w:val="right"/>
      </w:pPr>
      <w:r>
        <w:t>سب تعلیم یافتہ لوگ تھے۔</w:t>
      </w:r>
    </w:p>
    <w:p>
      <w:r>
        <w:rPr>
          <w:b/>
        </w:rPr>
        <w:t xml:space="preserve">[35:09] </w:t>
      </w:r>
      <w:r>
        <w:t>to wahan par kaha gaya ke musalmanon ko muhasira kiya gaya hai.</w:t>
      </w:r>
    </w:p>
    <w:p>
      <w:pPr>
        <w:jc w:val="right"/>
      </w:pPr>
      <w:r>
        <w:t>تو وہاں پر کہا گیا کہ مسلمانوں کو محاصرہ کیا گیا ہے۔</w:t>
      </w:r>
    </w:p>
    <w:p>
      <w:r>
        <w:rPr>
          <w:b/>
        </w:rPr>
        <w:t xml:space="preserve">[35:15] </w:t>
      </w:r>
      <w:r>
        <w:t>yani musalman jo hain, dushmanon ke ghere mein hain.</w:t>
      </w:r>
    </w:p>
    <w:p>
      <w:pPr>
        <w:jc w:val="right"/>
      </w:pPr>
      <w:r>
        <w:t>یعنی مسلمان جو ہیں، دشمنوں کے گھیرے میں ہیں۔</w:t>
      </w:r>
    </w:p>
    <w:p>
      <w:r>
        <w:rPr>
          <w:b/>
        </w:rPr>
        <w:t xml:space="preserve">[35:20] </w:t>
      </w:r>
      <w:r>
        <w:t>mein wahan bola tha, mein ne kaha ke yeh to bilkul galat baat hai. yani har cheez aap ke liye khul gayi hai. saare mawaqe aap ke khul rahe hain. to muhasra kahan hai? kahan hai muhasra? to yeh jo musalmanon par chhaya hua hai ke hum muhasre mein hain, is ko khatam karna. aur musalmanon, is kis ke nateejay mein musalman ek andhi gali mein phans gaye hain, andhi gali, b</w:t>
      </w:r>
    </w:p>
    <w:p>
      <w:pPr>
        <w:jc w:val="right"/>
      </w:pPr>
      <w:r>
        <w:t>میں وہاں بولا تھا، میں نے کہا کہ یہ تو بالکل غلط بات ہے۔ یعنی ہر چیز آپ کے لیے کھل گئی ہے۔ سارے مواقع آپ کے کھل رہے ہیں۔ تو محاصرہ کہاں ہے؟ کہاں ہے محاصرہ؟ تو یہ جو مسلمانوں پر چھایا ہوا ہے کہ ہم محاصرے میں ہیں، اس کو ختم کرنا۔ اور مسلمانوں، اس کس کے نتیجے میں مسلمان ایک اندھی گلی میں پھنس گئے ہیں، اندھی گلی، ب</w:t>
      </w:r>
    </w:p>
    <w:p>
      <w:r>
        <w:rPr>
          <w:b/>
        </w:rPr>
        <w:t xml:space="preserve">[35:50] </w:t>
      </w:r>
      <w:r>
        <w:t>andhi gali mein.</w:t>
      </w:r>
    </w:p>
    <w:p>
      <w:pPr>
        <w:jc w:val="right"/>
      </w:pPr>
      <w:r>
        <w:t>ند گلی میں۔</w:t>
      </w:r>
    </w:p>
    <w:p>
      <w:r>
        <w:rPr>
          <w:b/>
        </w:rPr>
        <w:t xml:space="preserve">[35:55] </w:t>
      </w:r>
      <w:r>
        <w:t>siwaye ladne ke aur khudkushi karna, yeh tareeqa in ko reh gaya in ke paas.</w:t>
      </w:r>
    </w:p>
    <w:p>
      <w:pPr>
        <w:jc w:val="right"/>
      </w:pPr>
      <w:r>
        <w:t>سوائے لڑنے کے اور خودکشی کرنا، یہ طریقہ ان کو رہ گیا ان کے پاس۔</w:t>
      </w:r>
    </w:p>
    <w:p>
      <w:r>
        <w:rPr>
          <w:b/>
        </w:rPr>
        <w:t xml:space="preserve">[36:00] </w:t>
      </w:r>
      <w:r>
        <w:t>jab dekhte hain ke lad kar kaam nahi ban raha hai to khudkushi karte hain.</w:t>
      </w:r>
    </w:p>
    <w:p>
      <w:pPr>
        <w:jc w:val="right"/>
      </w:pPr>
      <w:r>
        <w:t>جب دیکھتے ہیں کہ لڑ کر کام نہیں بن رہا ہے تو خودکشی کرتے ہیں۔</w:t>
      </w:r>
    </w:p>
    <w:p>
      <w:r>
        <w:rPr>
          <w:b/>
        </w:rPr>
        <w:t xml:space="preserve">[36:05] </w:t>
      </w:r>
      <w:r>
        <w:t>yeh sab kya hai? andhi gali mein phans jana.</w:t>
      </w:r>
    </w:p>
    <w:p>
      <w:pPr>
        <w:jc w:val="right"/>
      </w:pPr>
      <w:r>
        <w:t>یہ سب کیا ہے؟ اندھی گلی میں پھنس جانا۔</w:t>
      </w:r>
    </w:p>
    <w:p>
      <w:r>
        <w:rPr>
          <w:b/>
        </w:rPr>
        <w:t xml:space="preserve">[36:10] </w:t>
      </w:r>
      <w:r>
        <w:t>band gali mein phans jana.</w:t>
      </w:r>
    </w:p>
    <w:p>
      <w:pPr>
        <w:jc w:val="right"/>
      </w:pPr>
      <w:r>
        <w:t>بند گلی میں پھنس جانا۔</w:t>
      </w:r>
    </w:p>
    <w:p>
      <w:r>
        <w:rPr>
          <w:b/>
        </w:rPr>
        <w:t xml:space="preserve">[36:15] </w:t>
      </w:r>
      <w:r>
        <w:t>to hamara mission yeh hai ke hum ek taraf khud jadeed m</w:t>
      </w:r>
    </w:p>
    <w:p>
      <w:pPr>
        <w:jc w:val="right"/>
      </w:pPr>
      <w:r>
        <w:t>تو ہمارا مشن یہ ہے کہ ہم ایک طرف خود جدید م</w:t>
      </w:r>
    </w:p>
    <w:p>
      <w:r>
        <w:rPr>
          <w:b/>
        </w:rPr>
        <w:t xml:space="preserve">[36:20] </w:t>
      </w:r>
      <w:r>
        <w:t>waqe ko faraham karen.</w:t>
      </w:r>
    </w:p>
    <w:p>
      <w:pPr>
        <w:jc w:val="right"/>
      </w:pPr>
      <w:r>
        <w:t>واقع کو فراہم کریں۔</w:t>
      </w:r>
    </w:p>
    <w:p>
      <w:r>
        <w:rPr>
          <w:b/>
        </w:rPr>
        <w:t xml:space="preserve">[36:26] </w:t>
      </w:r>
      <w:r>
        <w:t>aur doosri taraf ummat-e-muslima ko hum aagah kar kar kar rahe hain ke woh apne zehniyat ko badle.</w:t>
      </w:r>
    </w:p>
    <w:p>
      <w:pPr>
        <w:jc w:val="right"/>
      </w:pPr>
      <w:r>
        <w:t>اور دوسری طرف امت مسلمہ کو ہم آگاہ کر کر کر رہے ہیں کہ وہ اپنے ذہنیت کو بدلے۔</w:t>
      </w:r>
    </w:p>
    <w:p>
      <w:r>
        <w:rPr>
          <w:b/>
        </w:rPr>
        <w:t xml:space="preserve">[36:32] </w:t>
      </w:r>
      <w:r>
        <w:t>apne tareeqa-e-soch ko badle.</w:t>
      </w:r>
    </w:p>
    <w:p>
      <w:pPr>
        <w:jc w:val="right"/>
      </w:pPr>
      <w:r>
        <w:t>اپنے طریقہ سوچ کو بدلے۔</w:t>
      </w:r>
    </w:p>
    <w:p>
      <w:r>
        <w:rPr>
          <w:b/>
        </w:rPr>
        <w:t xml:space="preserve">[36:38] </w:t>
      </w:r>
      <w:r>
        <w:t>woh daryaft kare ke jis daur mein woh hai, woh woh daur kya hai? woh ek badla hua</w:t>
      </w:r>
    </w:p>
    <w:p>
      <w:pPr>
        <w:jc w:val="right"/>
      </w:pPr>
      <w:r>
        <w:t>وہ دریافت کرے کہ جس دور میں وہ ہے، وہ وہ دور کیا ہے؟ وہ ایک بدلا ہوا</w:t>
      </w:r>
    </w:p>
    <w:p>
      <w:r>
        <w:rPr>
          <w:b/>
        </w:rPr>
        <w:t xml:space="preserve">[36:44] </w:t>
      </w:r>
      <w:r>
        <w:t>daur hai, ek naya daur hai. Quran</w:t>
      </w:r>
    </w:p>
    <w:p>
      <w:pPr>
        <w:jc w:val="right"/>
      </w:pPr>
      <w:r>
        <w:t>دور ہے، ایک نیا دور ہے۔ قرآن</w:t>
      </w:r>
    </w:p>
    <w:p>
      <w:r>
        <w:rPr>
          <w:b/>
        </w:rPr>
        <w:t xml:space="preserve">[36:50] </w:t>
      </w:r>
      <w:r>
        <w:t>ki aayat mein jo mein ne ab parhi aap ke samne, is mein jis jis baat ka zikr kiya tha, woh aaj waqe ho chuka hai. aaj fitna khatam ho chuka hai. aaj din Allah ke liye ho chuka hai. lekin siyasi lehaz mein nahi. balkay mawaqe ke lehaz mein. to musalmanon ko mein samajhta hoon ke sab se zaroori b</w:t>
      </w:r>
    </w:p>
    <w:p>
      <w:pPr>
        <w:jc w:val="right"/>
      </w:pPr>
      <w:r>
        <w:t>کی آیت میں جو میں نے اب پڑھی آپ کے سامنے، اس میں جس جس بات کا ذکر کیا تھا، وہ آج واقع ہو چکا ہے۔ آج فتنہ ختم ہو چکا ہے۔ آج دن اللہ کے لیے ہو چکا ہے۔ لیکن سیاسی لحاظ میں نہیں۔ بلکہ مواقع کے لحاظ میں۔ تو مسلمانوں کو میں سمجھتا ہوں کہ سب سے ضروری ب</w:t>
      </w:r>
    </w:p>
    <w:p>
      <w:r>
        <w:rPr>
          <w:b/>
        </w:rPr>
        <w:t xml:space="preserve">[37:20] </w:t>
      </w:r>
      <w:r>
        <w:t>aat batane ki yeh hai ke siyasi takrao ko khatam karo. hathiyaron ki saqafat ko khatam karo. khudkushi ko khatam karo. nafrat ko khatam karo. tashaddud ko khatam karo. aur aaj ke zamane mein jo mawaqe khule hain, us ko faraham karo. aaj hum press ke daur mein, printing press ke daur mein, abhi h</w:t>
      </w:r>
    </w:p>
    <w:p>
      <w:pPr>
        <w:jc w:val="right"/>
      </w:pPr>
      <w:r>
        <w:t>ات بتانے کی یہ ہے کہ سیاسی ٹکراؤ کو ختم کرو۔ ہتھیاروں کی ثقافت کو ختم کرو۔ خودکشی کو ختم کرو۔ نفرت کو ختم کرو۔ تشدد کو ختم کرو۔ اور آج کے زمانے میں جو مواقع کھلے ہیں، اس کو فراہم کرو۔ آج ہم پریس کے دور میں، پرنٹنگ پریس کے دور میں، ابھی ہ</w:t>
      </w:r>
    </w:p>
    <w:p>
      <w:r>
        <w:rPr>
          <w:b/>
        </w:rPr>
        <w:t xml:space="preserve">[37:50] </w:t>
      </w:r>
      <w:r>
        <w:t>mare bhai jo Turki se aaye hain, mujhe unhon ne ek kitab dikhai.</w:t>
      </w:r>
    </w:p>
    <w:p>
      <w:pPr>
        <w:jc w:val="right"/>
      </w:pPr>
      <w:r>
        <w:t>مارے بھائی جو ترکی سے آئے ہیں، مجھے انہوں نے ایک کتاب دکھائی۔</w:t>
      </w:r>
    </w:p>
    <w:p>
      <w:r>
        <w:rPr>
          <w:b/>
        </w:rPr>
        <w:t xml:space="preserve">[37:55] </w:t>
      </w:r>
      <w:r>
        <w:t>itni khoobsurat chapi hui.</w:t>
      </w:r>
    </w:p>
    <w:p>
      <w:pPr>
        <w:jc w:val="right"/>
      </w:pPr>
      <w:r>
        <w:t>اتنی خوبصورت چھپی ہوئی۔</w:t>
      </w:r>
    </w:p>
    <w:p>
      <w:r>
        <w:rPr>
          <w:b/>
        </w:rPr>
        <w:t xml:space="preserve">[38:00] </w:t>
      </w:r>
      <w:r>
        <w:t>main ne socha ke yahi kitab, farz ki jiye ke saatveen sadi isvi mein, ab se chaudah so saal</w:t>
      </w:r>
    </w:p>
    <w:p>
      <w:pPr>
        <w:jc w:val="right"/>
      </w:pPr>
      <w:r>
        <w:t>میں نے سوچا کہ یہی کتاب، فرض کیجیے کہ ساتویں صدی عیسوی میں، اب سے چودہ سو سال</w:t>
      </w:r>
    </w:p>
    <w:p>
      <w:r>
        <w:rPr>
          <w:b/>
        </w:rPr>
        <w:t xml:space="preserve">[38:05] </w:t>
      </w:r>
      <w:r>
        <w:t>pehlay, koi le kar aata wahan aur madine mein khol kar dikhata, log samajhte hain ke yeh jannat</w:t>
      </w:r>
    </w:p>
    <w:p>
      <w:pPr>
        <w:jc w:val="right"/>
      </w:pPr>
      <w:r>
        <w:t>پہلے، کوئی لے کر آتا وہاں اور مدینے میں کھول کر دکھاتا، لوگ سمجھتے ہیں کہ یہ جنت</w:t>
      </w:r>
    </w:p>
    <w:p>
      <w:r>
        <w:rPr>
          <w:b/>
        </w:rPr>
        <w:t xml:space="preserve">[38:10] </w:t>
      </w:r>
      <w:r>
        <w:t>se aai hui kitab hai.</w:t>
      </w:r>
    </w:p>
    <w:p>
      <w:pPr>
        <w:jc w:val="right"/>
      </w:pPr>
      <w:r>
        <w:t>سے آئی ہوئی کتاب ہے۔</w:t>
      </w:r>
    </w:p>
    <w:p>
      <w:r>
        <w:rPr>
          <w:b/>
        </w:rPr>
        <w:t xml:space="preserve">[38:16] </w:t>
      </w:r>
      <w:r>
        <w:t>itni khoobsurat printing, khoobsurat tasweer, khoobsurat binding,</w:t>
      </w:r>
    </w:p>
    <w:p>
      <w:pPr>
        <w:jc w:val="right"/>
      </w:pPr>
      <w:r>
        <w:t>اتنی خوبصورت پرنٹنگ، خوبصورت تصویر، خوبصورت بائنڈنگ،</w:t>
      </w:r>
    </w:p>
    <w:p>
      <w:r>
        <w:rPr>
          <w:b/>
        </w:rPr>
        <w:t xml:space="preserve">[38:21] </w:t>
      </w:r>
      <w:r>
        <w:t>khoobsurat cover. to farz ki jiye ke agar aaj se pehle, yani saatvi sadi eesvi mein, koi aadmi jata madine mein is kitab ko le kar, to log samajhte hain ke koi jannat se koi tohfa aaya hai. aaj hamare liye dastiyab ho gaya hai. jo cheez ab se hazar saal pehle log dekhte to samajhte ke to jannat ka koi a</w:t>
      </w:r>
    </w:p>
    <w:p>
      <w:pPr>
        <w:jc w:val="right"/>
      </w:pPr>
      <w:r>
        <w:t>خوبصورت کور۔ تو فرض کیجیے کہ اگر آج سے پہلے، یعنی ساتویں صدی عیسوی میں، کوئی آدمی جاتا مدینے میں اس کتاب کو لے کر، تو لوگ سمجھتے ہیں کہ کوئی جنت سے کوئی تحفہ آیا ہے۔ آج ہمارے لیے دستیاب ہو گیا ہے۔ جو چیز اب سے ہزار سال پہلے لوگ دیکھتے تو سمجھتے کہ تو جنت کا کوئی آ</w:t>
      </w:r>
    </w:p>
    <w:p>
      <w:r>
        <w:rPr>
          <w:b/>
        </w:rPr>
        <w:t xml:space="preserve">[38:51] </w:t>
      </w:r>
      <w:r>
        <w:t>aitam hai. koi jannat ka aaitam hai. aaj har aadmi ke liye dastiyab ho gaya hai. woh to is bunyadi cheez ko daryaft kijiye, Allah ki is nemat ko daryaft kijiye. Allah ki rehmat ko daryaft kijiye. aur us ke mutabiq apni mansooba bandi kijiye. ghair takrao mansooba bandi. ek hi raaz hai bas. h</w:t>
      </w:r>
    </w:p>
    <w:p>
      <w:pPr>
        <w:jc w:val="right"/>
      </w:pPr>
      <w:r>
        <w:t>ئٹم ہے۔ کوئی جنت کا آئٹم ہے۔ آج ہر آدمی کے لیے دستیاب ہو گیا ہے۔ وہ تو اس بنیادی چیز کو دریافت کیجیے، اللہ کی اس نعمت کو دریافت کیجیے۔ اللہ کی رحمت کو دریافت کیجیے۔ اور اس کے مطابق اپنی منصوبہ بندی کیجیے۔ غیر ٹکراؤ منصوبہ بندی۔ ایک ہی راز ہے بس۔ ہ</w:t>
      </w:r>
    </w:p>
    <w:p>
      <w:r>
        <w:rPr>
          <w:b/>
        </w:rPr>
        <w:t xml:space="preserve">[39:21] </w:t>
      </w:r>
      <w:r>
        <w:t>r mansooba bandi is zamane mein mumkin ho gayi hai, hasil ho gayi hai.</w:t>
      </w:r>
    </w:p>
    <w:p>
      <w:pPr>
        <w:jc w:val="right"/>
      </w:pPr>
      <w:r>
        <w:t>ر منصوبہ بندی اس زمانے میں ممکن ہو گئی ہے، حاصل ہو گئی ہے۔</w:t>
      </w:r>
    </w:p>
    <w:p>
      <w:r>
        <w:rPr>
          <w:b/>
        </w:rPr>
        <w:t xml:space="preserve">[39:27] </w:t>
      </w:r>
      <w:r>
        <w:t>bashart ke woh is mein takrao na ho, takrao na ho.</w:t>
      </w:r>
    </w:p>
    <w:p>
      <w:pPr>
        <w:jc w:val="right"/>
      </w:pPr>
      <w:r>
        <w:t>بشرط کہ وہ اس میں ٹکراؤ نہ ہو، ٹکراؤ نہ ہو۔</w:t>
      </w:r>
    </w:p>
    <w:p>
      <w:r>
        <w:rPr>
          <w:b/>
        </w:rPr>
        <w:t xml:space="preserve">[39:33] </w:t>
      </w:r>
      <w:r>
        <w:t>kyun ke dekhen, takrao ki policy jo hai, woh Christian plan of God ke khilaf hai.</w:t>
      </w:r>
    </w:p>
    <w:p>
      <w:pPr>
        <w:jc w:val="right"/>
      </w:pPr>
      <w:r>
        <w:t>کیونکہ دیکھیں، ٹکراؤ کی پالیسی جو ہے، وہ کرسچین پلان آف گاڈ کے خلاف ہے۔</w:t>
      </w:r>
    </w:p>
    <w:p>
      <w:r>
        <w:rPr>
          <w:b/>
        </w:rPr>
        <w:t xml:space="preserve">[39:39] </w:t>
      </w:r>
      <w:r>
        <w:t>Khalik ne, aap jante hain ke Khalik ne har aadmi ko azadi diya hai, azadi diya hai.</w:t>
      </w:r>
    </w:p>
    <w:p>
      <w:pPr>
        <w:jc w:val="right"/>
      </w:pPr>
      <w:r>
        <w:t>خالق نے، آپ جانتے ہیں کہ خالق نے ہر آدمی کو آزادی دیا ہے، آزادی دیا ہے۔</w:t>
      </w:r>
    </w:p>
    <w:p>
      <w:r>
        <w:rPr>
          <w:b/>
        </w:rPr>
        <w:t xml:space="preserve">[39:45] </w:t>
      </w:r>
      <w:r>
        <w:t>har aadmi apni azadi ko istemal kar raha hai.</w:t>
      </w:r>
    </w:p>
    <w:p>
      <w:pPr>
        <w:jc w:val="right"/>
      </w:pPr>
      <w:r>
        <w:t>ہر آدمی اپنی آزادی کو استعمال کر رہا ہے۔</w:t>
      </w:r>
    </w:p>
    <w:p>
      <w:r>
        <w:rPr>
          <w:b/>
        </w:rPr>
        <w:t xml:space="preserve">[39:51] </w:t>
      </w:r>
      <w:r>
        <w:t>woh aap se poochega nahi.</w:t>
      </w:r>
    </w:p>
    <w:p>
      <w:pPr>
        <w:jc w:val="right"/>
      </w:pPr>
      <w:r>
        <w:t>وہ آپ سے پوچھے گا نہیں۔</w:t>
      </w:r>
    </w:p>
    <w:p>
      <w:r>
        <w:rPr>
          <w:b/>
        </w:rPr>
        <w:t xml:space="preserve">[39:55] </w:t>
      </w:r>
      <w:r>
        <w:t>apni azadi ko istemal karne ke liye aap se nahi puchega woh.</w:t>
      </w:r>
    </w:p>
    <w:p>
      <w:pPr>
        <w:jc w:val="right"/>
      </w:pPr>
      <w:r>
        <w:t>اپنی آزادی کو استعمال کرنے کے لیے آپ سے نہیں پوچھے گا وہ۔</w:t>
      </w:r>
    </w:p>
    <w:p>
      <w:r>
        <w:rPr>
          <w:b/>
        </w:rPr>
        <w:t xml:space="preserve">[40:00] </w:t>
      </w:r>
      <w:r>
        <w:t>woh apni apni apni samajh se karega.</w:t>
      </w:r>
    </w:p>
    <w:p>
      <w:pPr>
        <w:jc w:val="right"/>
      </w:pPr>
      <w:r>
        <w:t>وہ اپنی اپنی اپنی سمجھ سے کرے گا۔</w:t>
      </w:r>
    </w:p>
    <w:p>
      <w:r>
        <w:rPr>
          <w:b/>
        </w:rPr>
        <w:t xml:space="preserve">[40:04] </w:t>
      </w:r>
      <w:r>
        <w:t>aap ko woh pasand ho ya napasand ho.</w:t>
      </w:r>
    </w:p>
    <w:p>
      <w:pPr>
        <w:jc w:val="right"/>
      </w:pPr>
      <w:r>
        <w:t>آپ کو وہ پسند ہو یا ناپسند ہو۔</w:t>
      </w:r>
    </w:p>
    <w:p>
      <w:r>
        <w:rPr>
          <w:b/>
        </w:rPr>
        <w:t xml:space="preserve">[40:08] </w:t>
      </w:r>
      <w:r>
        <w:t>is liye jab aap doosre ke daayre mein dakhil hon to takrao paida hota hai.</w:t>
      </w:r>
    </w:p>
    <w:p>
      <w:pPr>
        <w:jc w:val="right"/>
      </w:pPr>
      <w:r>
        <w:t>اس لیے جب آپ دوسرے کے دائرے میں داخل ہوں تو ٹکراؤ پیدا ہوتا ہے۔</w:t>
      </w:r>
    </w:p>
    <w:p>
      <w:r>
        <w:rPr>
          <w:b/>
        </w:rPr>
        <w:t xml:space="preserve">[40:12] </w:t>
      </w:r>
      <w:r>
        <w:t>doosre ke daayre mein mat aap mudakhlat kijiye.</w:t>
      </w:r>
    </w:p>
    <w:p>
      <w:pPr>
        <w:jc w:val="right"/>
      </w:pPr>
      <w:r>
        <w:t>دوسرے کے دائرے میں مت آپ مداخلت کیجیے۔</w:t>
      </w:r>
    </w:p>
    <w:p>
      <w:r>
        <w:rPr>
          <w:b/>
        </w:rPr>
        <w:t xml:space="preserve">[40:17] </w:t>
      </w:r>
      <w:r>
        <w:t>doosre ke daayre mein aap mudakhlat mat</w:t>
      </w:r>
    </w:p>
    <w:p>
      <w:pPr>
        <w:jc w:val="right"/>
      </w:pPr>
      <w:r>
        <w:t>دوسرے کے دائرے میں آپ مداخلت مت</w:t>
      </w:r>
    </w:p>
    <w:p>
      <w:r>
        <w:rPr>
          <w:b/>
        </w:rPr>
        <w:t xml:space="preserve">[40:21] </w:t>
      </w:r>
      <w:r>
        <w:t>kijiye.</w:t>
      </w:r>
    </w:p>
    <w:p>
      <w:pPr>
        <w:jc w:val="right"/>
      </w:pPr>
      <w:r>
        <w:t>کیجیے۔</w:t>
      </w:r>
    </w:p>
    <w:p>
      <w:r>
        <w:rPr>
          <w:b/>
        </w:rPr>
        <w:t xml:space="preserve">[40:27] </w:t>
      </w:r>
      <w:r>
        <w:t>to aap ko koi bhi rukawat nahi hai.</w:t>
      </w:r>
    </w:p>
    <w:p>
      <w:pPr>
        <w:jc w:val="right"/>
      </w:pPr>
      <w:r>
        <w:t>تو آپ کو کوئی بھی رکاوٹ نہیں ہے۔</w:t>
      </w:r>
    </w:p>
    <w:p>
      <w:r>
        <w:rPr>
          <w:b/>
        </w:rPr>
        <w:t xml:space="preserve">[40:33] </w:t>
      </w:r>
      <w:r>
        <w:t>puri azadi ko aap enjoy kar sakte hain.</w:t>
      </w:r>
    </w:p>
    <w:p>
      <w:pPr>
        <w:jc w:val="right"/>
      </w:pPr>
      <w:r>
        <w:t>پوری آزادی کو آپ انجوائے کر سکتے ہیں۔</w:t>
      </w:r>
    </w:p>
    <w:p>
      <w:r>
        <w:rPr>
          <w:b/>
        </w:rPr>
        <w:t xml:space="preserve">[40:39] </w:t>
      </w:r>
      <w:r>
        <w:t>mein samajhta hoon ke yahi woh sab se bada raaz hai jis ko aaj ke musalman bhule hue hain.</w:t>
      </w:r>
    </w:p>
    <w:p>
      <w:pPr>
        <w:jc w:val="right"/>
      </w:pPr>
      <w:r>
        <w:t>میں سمجھتا ہوں کہ یہی وہ سب سے بڑا راز ہے جس کو آج کے مسلمان بھولے ہوئے ہیں۔</w:t>
      </w:r>
    </w:p>
    <w:p>
      <w:r>
        <w:rPr>
          <w:b/>
        </w:rPr>
        <w:t xml:space="preserve">[40:45] </w:t>
      </w:r>
      <w:r>
        <w:t>aur mein samajhta hoon ke Allah taala ne musalmanon ke liye aankh kholne ke liye, aankh khol</w:t>
      </w:r>
    </w:p>
    <w:p>
      <w:pPr>
        <w:jc w:val="right"/>
      </w:pPr>
      <w:r>
        <w:t>اور میں سمجھتا ہوں کہ اللہ تعالیٰ نے مسلمانوں کے لیے آنکھ کھولنے کے لیے، آنکھ کھول</w:t>
      </w:r>
    </w:p>
    <w:p>
      <w:r>
        <w:rPr>
          <w:b/>
        </w:rPr>
        <w:t xml:space="preserve">[40:51] </w:t>
      </w:r>
      <w:r>
        <w:t>ne ke liye do badi misaalain khadi kar dein.</w:t>
      </w:r>
    </w:p>
    <w:p>
      <w:pPr>
        <w:jc w:val="right"/>
      </w:pPr>
      <w:r>
        <w:t>نے کے لیے دو بڑی مثالیں کھڑی کر دیں۔</w:t>
      </w:r>
    </w:p>
    <w:p>
      <w:r>
        <w:rPr>
          <w:b/>
        </w:rPr>
        <w:t xml:space="preserve">[40:55] </w:t>
      </w:r>
      <w:r>
        <w:t>ek to Quran mein, Hadees mein yeh baatein batai gayi hain.</w:t>
      </w:r>
    </w:p>
    <w:p>
      <w:pPr>
        <w:jc w:val="right"/>
      </w:pPr>
      <w:r>
        <w:t>ایک تو قرآن میں، حدیث میں یہ باتیں بتائی گئی ہیں۔</w:t>
      </w:r>
    </w:p>
    <w:p>
      <w:r>
        <w:rPr>
          <w:b/>
        </w:rPr>
        <w:t xml:space="preserve">[41:00] </w:t>
      </w:r>
      <w:r>
        <w:t>fitrat mein batai ja rahi hain.</w:t>
      </w:r>
    </w:p>
    <w:p>
      <w:pPr>
        <w:jc w:val="right"/>
      </w:pPr>
      <w:r>
        <w:t>فطرت میں بتائی جا رہی ہیں۔</w:t>
      </w:r>
    </w:p>
    <w:p>
      <w:r>
        <w:rPr>
          <w:b/>
        </w:rPr>
        <w:t xml:space="preserve">[41:04] </w:t>
      </w:r>
      <w:r>
        <w:t>isi ke sath sath aaj ke zamane mein do amli misaalain qaim kar di hain.</w:t>
      </w:r>
    </w:p>
    <w:p>
      <w:pPr>
        <w:jc w:val="right"/>
      </w:pPr>
      <w:r>
        <w:t>اسی کے ساتھ ساتھ آج کے زمانے میں دو عملی مثالیں قائم کر دی ہیں۔</w:t>
      </w:r>
    </w:p>
    <w:p>
      <w:r>
        <w:rPr>
          <w:b/>
        </w:rPr>
        <w:t xml:space="preserve">[41:08] </w:t>
      </w:r>
      <w:r>
        <w:t>jaisa ke aap ne arz kiya.</w:t>
      </w:r>
    </w:p>
    <w:p>
      <w:pPr>
        <w:jc w:val="right"/>
      </w:pPr>
      <w:r>
        <w:t>جیسا کہ آپ نے عرض کیا۔</w:t>
      </w:r>
    </w:p>
    <w:p>
      <w:r>
        <w:rPr>
          <w:b/>
        </w:rPr>
        <w:t xml:space="preserve">[41:13] </w:t>
      </w:r>
      <w:r>
        <w:t>ke manfi misaal Misr mein aur misbat misaal Turkey mein.</w:t>
      </w:r>
    </w:p>
    <w:p>
      <w:pPr>
        <w:jc w:val="right"/>
      </w:pPr>
      <w:r>
        <w:t>کہ منفی مثال مصر میں اور مثبت مثال ترکی میں۔</w:t>
      </w:r>
    </w:p>
    <w:p>
      <w:r>
        <w:rPr>
          <w:b/>
        </w:rPr>
        <w:t xml:space="preserve">[41:17] </w:t>
      </w:r>
      <w:r>
        <w:t>taake insaan, taake mus</w:t>
      </w:r>
    </w:p>
    <w:p>
      <w:pPr>
        <w:jc w:val="right"/>
      </w:pPr>
      <w:r>
        <w:t>تاکہ انسان، تاکہ مس</w:t>
      </w:r>
    </w:p>
    <w:p>
      <w:r>
        <w:rPr>
          <w:b/>
        </w:rPr>
        <w:t xml:space="preserve">[41:21] </w:t>
      </w:r>
      <w:r>
        <w:t>almanon ki aankh khule.</w:t>
      </w:r>
    </w:p>
    <w:p>
      <w:pPr>
        <w:jc w:val="right"/>
      </w:pPr>
      <w:r>
        <w:t>لمانوں کی آنکھ کھلے۔</w:t>
      </w:r>
    </w:p>
    <w:p>
      <w:r>
        <w:rPr>
          <w:b/>
        </w:rPr>
        <w:t xml:space="preserve">[41:26] </w:t>
      </w:r>
      <w:r>
        <w:t>taake aap apni ghalti ko theek karein woh.</w:t>
      </w:r>
    </w:p>
    <w:p>
      <w:pPr>
        <w:jc w:val="right"/>
      </w:pPr>
      <w:r>
        <w:t>تاکہ آپ اپنی غلطی کو ٹھیک کریں وہ۔</w:t>
      </w:r>
    </w:p>
    <w:p>
      <w:r>
        <w:rPr>
          <w:b/>
        </w:rPr>
        <w:t xml:space="preserve">[41:32] </w:t>
      </w:r>
      <w:r>
        <w:t>apni tarjeehath ko reset karein.</w:t>
      </w:r>
    </w:p>
    <w:p>
      <w:pPr>
        <w:jc w:val="right"/>
      </w:pPr>
      <w:r>
        <w:t>اپنی ترجیحات کو ری سیٹ کریں۔</w:t>
      </w:r>
    </w:p>
    <w:p>
      <w:r>
        <w:rPr>
          <w:b/>
        </w:rPr>
        <w:t xml:space="preserve">[41:37] </w:t>
      </w:r>
      <w:r>
        <w:t>apne maqsad ko reset karein.</w:t>
      </w:r>
    </w:p>
    <w:p>
      <w:pPr>
        <w:jc w:val="right"/>
      </w:pPr>
      <w:r>
        <w:t>اپنے مقصد کو ری سیٹ کریں۔</w:t>
      </w:r>
    </w:p>
    <w:p>
      <w:r>
        <w:rPr>
          <w:b/>
        </w:rPr>
        <w:t xml:space="preserve">[41:42] </w:t>
      </w:r>
      <w:r>
        <w:t>apni nishani ko dobara mutayyan karein.</w:t>
      </w:r>
    </w:p>
    <w:p>
      <w:pPr>
        <w:jc w:val="right"/>
      </w:pPr>
      <w:r>
        <w:t>اپنی نشانی کو دوبارہ متعین کریں۔</w:t>
      </w:r>
    </w:p>
    <w:p>
      <w:r>
        <w:rPr>
          <w:b/>
        </w:rPr>
        <w:t xml:space="preserve">[41:47] </w:t>
      </w:r>
      <w:r>
        <w:t>apni islaah kar ke, islaah ka matlab yeh hai ke apne samt ko sahi kar ke, sahi samt</w:t>
      </w:r>
    </w:p>
    <w:p>
      <w:pPr>
        <w:jc w:val="right"/>
      </w:pPr>
      <w:r>
        <w:t>اپنی اصلاح کر کے، اصلاح کا مطلب یہ ہے کہ اپنے سمت کو صحیح کر کے، صحیح سمت</w:t>
      </w:r>
    </w:p>
    <w:p>
      <w:r>
        <w:rPr>
          <w:b/>
        </w:rPr>
        <w:t xml:space="preserve">[41:52] </w:t>
      </w:r>
      <w:r>
        <w:t>mein safar shuru karein.</w:t>
      </w:r>
    </w:p>
    <w:p>
      <w:pPr>
        <w:jc w:val="right"/>
      </w:pPr>
      <w:r>
        <w:t>میں سفر شروع کریں۔</w:t>
      </w:r>
    </w:p>
    <w:p>
      <w:r>
        <w:rPr>
          <w:b/>
        </w:rPr>
        <w:t xml:space="preserve">[41:57] </w:t>
      </w:r>
      <w:r>
        <w:t>to mein samajhta hoon ke ab woh aakhri waqt aa gaya hai, aakhri waqt aa gaya hai, aakhri waqt aa gaya hai. jab ke ab musalman jaaghen. woh apne liye apne samt ko badlen. aur jo cheez zyada zyada nateejamand andaaz mein apni mansooba bandi karen, apne amal ki. mein samajhta hoon ke do sab se bari field hain.</w:t>
      </w:r>
    </w:p>
    <w:p>
      <w:pPr>
        <w:jc w:val="right"/>
      </w:pPr>
      <w:r>
        <w:t>تو میں سمجھتا ہوں کہ اب وہ آخری وقت آگیا ہے، آخری وقت آگیا ہے، آخری وقت آگیا ہے۔ جب کہ اب مسلمان جاگیں۔ وہ اپنے لیے اپنے سمت کو بدلیں۔ اور جو چیز زیادہ زیادہ نتیجہ مند انداز میں اپنی منصوبہ بندی کریں، اپنے عمل کی۔ میں سمجھتا ہوں کہ دو سب سے بڑی فیلڈ ہیں۔</w:t>
      </w:r>
    </w:p>
    <w:p>
      <w:r>
        <w:rPr>
          <w:b/>
        </w:rPr>
        <w:t xml:space="preserve">[42:27] </w:t>
      </w:r>
      <w:r>
        <w:t>dawat aur taleem.</w:t>
      </w:r>
    </w:p>
    <w:p>
      <w:pPr>
        <w:jc w:val="right"/>
      </w:pPr>
      <w:r>
        <w:t>دعوت اور تعلیم۔</w:t>
      </w:r>
    </w:p>
    <w:p>
      <w:r>
        <w:rPr>
          <w:b/>
        </w:rPr>
        <w:t xml:space="preserve">[42:32] </w:t>
      </w:r>
      <w:r>
        <w:t>yani yeh jo puramn mawaqe, yeh jo jo mawaqe khule hain.</w:t>
      </w:r>
    </w:p>
    <w:p>
      <w:pPr>
        <w:jc w:val="right"/>
      </w:pPr>
      <w:r>
        <w:t>یعنی یہ جو پُرامن مواقع، یہ جو جو مواقع کھلے ہیں۔</w:t>
      </w:r>
    </w:p>
    <w:p>
      <w:r>
        <w:rPr>
          <w:b/>
        </w:rPr>
        <w:t xml:space="preserve">[42:36] </w:t>
      </w:r>
      <w:r>
        <w:t>ke bina rukawat ke aap jitna chahen karte rahey.</w:t>
      </w:r>
    </w:p>
    <w:p>
      <w:pPr>
        <w:jc w:val="right"/>
      </w:pPr>
      <w:r>
        <w:t>کہ بنا رکاوٹ کے آپ جتنا چاہیں کرتے رہیے۔</w:t>
      </w:r>
    </w:p>
    <w:p>
      <w:r>
        <w:rPr>
          <w:b/>
        </w:rPr>
        <w:t xml:space="preserve">[42:40] </w:t>
      </w:r>
      <w:r>
        <w:t>sky is the limit.</w:t>
      </w:r>
    </w:p>
    <w:p>
      <w:pPr>
        <w:jc w:val="right"/>
      </w:pPr>
      <w:r>
        <w:t>اسکائی از دا لمٹ۔</w:t>
      </w:r>
    </w:p>
    <w:p>
      <w:r>
        <w:rPr>
          <w:b/>
        </w:rPr>
        <w:t xml:space="preserve">[42:44] </w:t>
      </w:r>
      <w:r>
        <w:t>to do khaas field hain mere nazdeek.</w:t>
      </w:r>
    </w:p>
    <w:p>
      <w:pPr>
        <w:jc w:val="right"/>
      </w:pPr>
      <w:r>
        <w:t>تو دو خاص فیلڈ ہیں میرے نزدیک۔</w:t>
      </w:r>
    </w:p>
    <w:p>
      <w:r>
        <w:rPr>
          <w:b/>
        </w:rPr>
        <w:t xml:space="preserve">[42:49] </w:t>
      </w:r>
      <w:r>
        <w:t>ek hai dawat ila Allah aur doosri taleem.</w:t>
      </w:r>
    </w:p>
    <w:p>
      <w:pPr>
        <w:jc w:val="right"/>
      </w:pPr>
      <w:r>
        <w:t>ایک ہے دعوت الی اللہ اور دوسری تعلیم۔</w:t>
      </w:r>
    </w:p>
    <w:p>
      <w:r>
        <w:rPr>
          <w:b/>
        </w:rPr>
        <w:t xml:space="preserve">[42:53] </w:t>
      </w:r>
      <w:r>
        <w:t>aur isi ke rastay se koi bara</w:t>
      </w:r>
    </w:p>
    <w:p>
      <w:pPr>
        <w:jc w:val="right"/>
      </w:pPr>
      <w:r>
        <w:t>اور اسی کے راستے سے کوئی بڑا</w:t>
      </w:r>
    </w:p>
    <w:p>
      <w:r>
        <w:rPr>
          <w:b/>
        </w:rPr>
        <w:t xml:space="preserve">[42:57] </w:t>
      </w:r>
      <w:r>
        <w:t>inqalab aa sakta hai.</w:t>
      </w:r>
    </w:p>
    <w:p>
      <w:pPr>
        <w:jc w:val="right"/>
      </w:pPr>
      <w:r>
        <w:t>انقلاب آ سکتا ہے۔</w:t>
      </w:r>
    </w:p>
    <w:p>
      <w:r>
        <w:rPr>
          <w:b/>
        </w:rPr>
        <w:t xml:space="preserve">[43:01] </w:t>
      </w:r>
      <w:r>
        <w:t>agar hum chahte hain ke dunya mein koi bara inqalab aaye.</w:t>
      </w:r>
    </w:p>
    <w:p>
      <w:pPr>
        <w:jc w:val="right"/>
      </w:pPr>
      <w:r>
        <w:t>اگر ہم چاہتے ہیں کہ دنیا میں کوئی بڑا انقلاب آئے۔</w:t>
      </w:r>
    </w:p>
    <w:p>
      <w:r>
        <w:rPr>
          <w:b/>
        </w:rPr>
        <w:t xml:space="preserve">[43:05] </w:t>
      </w:r>
      <w:r>
        <w:t>khud ummat e muslema mein koi bara inqalab aaye.</w:t>
      </w:r>
    </w:p>
    <w:p>
      <w:pPr>
        <w:jc w:val="right"/>
      </w:pPr>
      <w:r>
        <w:t>خود امت مسلمہ میں کوئی بڑا انقلاب آئے۔</w:t>
      </w:r>
    </w:p>
    <w:p>
      <w:r>
        <w:rPr>
          <w:b/>
        </w:rPr>
        <w:t xml:space="preserve">[43:09] </w:t>
      </w:r>
      <w:r>
        <w:t>ummat e muslema ke liye koi naya mustaqbil paida ho.</w:t>
      </w:r>
    </w:p>
    <w:p>
      <w:pPr>
        <w:jc w:val="right"/>
      </w:pPr>
      <w:r>
        <w:t>امت مسلمہ کے لیے کوئی نیا مستقبل پیدا ہو۔</w:t>
      </w:r>
    </w:p>
    <w:p>
      <w:r>
        <w:rPr>
          <w:b/>
        </w:rPr>
        <w:t xml:space="preserve">[43:12] </w:t>
      </w:r>
      <w:r>
        <w:t>agar hum chahte hain ke in ummat e muslema ke liye koi naya mustaqbil paida ho.</w:t>
      </w:r>
    </w:p>
    <w:p>
      <w:pPr>
        <w:jc w:val="right"/>
      </w:pPr>
      <w:r>
        <w:t>اگر ہم چاہتے ہیں کہ ان امت مسلمہ کے لیے کوئی نیا مستقبل پیدا ہو۔</w:t>
      </w:r>
    </w:p>
    <w:p>
      <w:r>
        <w:rPr>
          <w:b/>
        </w:rPr>
        <w:t xml:space="preserve">[43:16] </w:t>
      </w:r>
      <w:r>
        <w:t>ek nayi dunya bane.</w:t>
      </w:r>
    </w:p>
    <w:p>
      <w:pPr>
        <w:jc w:val="right"/>
      </w:pPr>
      <w:r>
        <w:t>ایک نئی دنیا بنے۔</w:t>
      </w:r>
    </w:p>
    <w:p>
      <w:r>
        <w:rPr>
          <w:b/>
        </w:rPr>
        <w:t xml:space="preserve">[43:20] </w:t>
      </w:r>
      <w:r>
        <w:t>dobara in ko aalmi satah par koi ek naya moqa mile jaise ke pehle mila tha in ko.</w:t>
      </w:r>
    </w:p>
    <w:p>
      <w:pPr>
        <w:jc w:val="right"/>
      </w:pPr>
      <w:r>
        <w:t>دوبارہ ان کو عالمی سطح پر کوئی ایک نیا موقع ملے جیسے کہ پہلے ملا تھا ان کو۔</w:t>
      </w:r>
    </w:p>
    <w:p>
      <w:r>
        <w:rPr>
          <w:b/>
        </w:rPr>
        <w:t xml:space="preserve">[43:24] </w:t>
      </w:r>
      <w:r>
        <w:t>to in ko karna</w:t>
      </w:r>
    </w:p>
    <w:p>
      <w:pPr>
        <w:jc w:val="right"/>
      </w:pPr>
      <w:r>
        <w:t>تو ان کو کرنا</w:t>
      </w:r>
    </w:p>
    <w:p>
      <w:r>
        <w:rPr>
          <w:b/>
        </w:rPr>
        <w:t xml:space="preserve">[43:27] </w:t>
      </w:r>
      <w:r>
        <w:t>yahi hai.</w:t>
      </w:r>
    </w:p>
    <w:p>
      <w:pPr>
        <w:jc w:val="right"/>
      </w:pPr>
      <w:r>
        <w:t>یہی ہے۔</w:t>
      </w:r>
    </w:p>
    <w:p>
      <w:r>
        <w:rPr>
          <w:b/>
        </w:rPr>
        <w:t xml:space="preserve">[43:32] </w:t>
      </w:r>
      <w:r>
        <w:t>ke taleem aur dawat ki field mein kaam karen.</w:t>
      </w:r>
    </w:p>
    <w:p>
      <w:pPr>
        <w:jc w:val="right"/>
      </w:pPr>
      <w:r>
        <w:t>کہ تعلیم اور دعوت کی فیلڈ میں کام کریں۔</w:t>
      </w:r>
    </w:p>
    <w:p>
      <w:r>
        <w:rPr>
          <w:b/>
        </w:rPr>
        <w:t xml:space="preserve">[43:36] </w:t>
      </w:r>
      <w:r>
        <w:t>aur takrao ko mukammal tor par chhod den.</w:t>
      </w:r>
    </w:p>
    <w:p>
      <w:pPr>
        <w:jc w:val="right"/>
      </w:pPr>
      <w:r>
        <w:t>اور ٹکراؤ کو مکمل طور پر چھوڑ دیں۔</w:t>
      </w:r>
    </w:p>
    <w:p>
      <w:r>
        <w:rPr>
          <w:b/>
        </w:rPr>
        <w:t xml:space="preserve">[43:40] </w:t>
      </w:r>
      <w:r>
        <w:t>hathiyaron ko chhod den.</w:t>
      </w:r>
    </w:p>
    <w:p>
      <w:pPr>
        <w:jc w:val="right"/>
      </w:pPr>
      <w:r>
        <w:t>ہتھیاروں کو چھوڑ دیں۔</w:t>
      </w:r>
    </w:p>
    <w:p>
      <w:r>
        <w:rPr>
          <w:b/>
        </w:rPr>
        <w:t xml:space="preserve">[43:45] </w:t>
      </w:r>
      <w:r>
        <w:t>khudkushi ko chhod den.</w:t>
      </w:r>
    </w:p>
    <w:p>
      <w:pPr>
        <w:jc w:val="right"/>
      </w:pPr>
      <w:r>
        <w:t>خودکشی کو چھوڑ دیں۔</w:t>
      </w:r>
    </w:p>
    <w:p>
      <w:r>
        <w:rPr>
          <w:b/>
        </w:rPr>
        <w:t xml:space="preserve">[43:49] </w:t>
      </w:r>
      <w:r>
        <w:t>bahut jald woh dekhenge ke in ke liye ek naya, ek nayi subah taloo ho gayi hai.</w:t>
      </w:r>
    </w:p>
    <w:p>
      <w:pPr>
        <w:jc w:val="right"/>
      </w:pPr>
      <w:r>
        <w:t>بہت جلد وہ دیکھیں گے کہ ان کے لیے ایک نیا، ایک نئی صبح طلوع ہو گئی ہے۔</w:t>
      </w:r>
    </w:p>
    <w:p>
      <w:r>
        <w:rPr>
          <w:b/>
        </w:rPr>
        <w:t xml:space="preserve">[43:53] </w:t>
      </w:r>
      <w:r>
        <w:t>ek nayi dunya paida ho gayi hai.</w:t>
      </w:r>
    </w:p>
    <w:p>
      <w:pPr>
        <w:jc w:val="right"/>
      </w:pPr>
      <w:r>
        <w:t>ایک نئی دنیا پیدا ہو گئی ہے۔</w:t>
      </w:r>
    </w:p>
    <w:p>
      <w:r>
        <w:rPr>
          <w:b/>
        </w:rPr>
        <w:t xml:space="preserve">[43:58] </w:t>
      </w:r>
      <w:r>
        <w:t>ek naya mustaqbil saamne aa gaya hai.</w:t>
      </w:r>
    </w:p>
    <w:p>
      <w:pPr>
        <w:jc w:val="right"/>
      </w:pPr>
      <w:r>
        <w:t>ایک نیا مستقبل سامنے آگیا ہے۔</w:t>
      </w:r>
    </w:p>
    <w:p>
      <w:r>
        <w:rPr>
          <w:b/>
        </w:rPr>
        <w:t xml:space="preserve">[44:02] </w:t>
      </w:r>
      <w:r>
        <w:t>to main dua karta hoon ke Allah taala mujh ko aur aap ko tofeeq de.</w:t>
      </w:r>
    </w:p>
    <w:p>
      <w:pPr>
        <w:jc w:val="right"/>
      </w:pPr>
      <w:r>
        <w:t>تو میں دعا کرتا ہوں کہ اللہ تعالیٰ مجھ کو اور آپ کو توفیق دے۔</w:t>
      </w:r>
    </w:p>
    <w:p>
      <w:r>
        <w:rPr>
          <w:b/>
        </w:rPr>
        <w:t xml:space="preserve">[44:09] </w:t>
      </w:r>
      <w:r>
        <w:t>ke hum zamanay ki awaz ko sunein.</w:t>
      </w:r>
    </w:p>
    <w:p>
      <w:pPr>
        <w:jc w:val="right"/>
      </w:pPr>
      <w:r>
        <w:t>کہ ہم زمانے کی آواز کو سنیں۔</w:t>
      </w:r>
    </w:p>
    <w:p>
      <w:r>
        <w:rPr>
          <w:b/>
        </w:rPr>
        <w:t xml:space="preserve">[44:17] </w:t>
      </w:r>
      <w:r>
        <w:t>allah ki mansooba bandi ko janen.</w:t>
      </w:r>
    </w:p>
    <w:p>
      <w:pPr>
        <w:jc w:val="right"/>
      </w:pPr>
      <w:r>
        <w:t>اللہ کی منصوبہ بندی کو جانیں۔</w:t>
      </w:r>
    </w:p>
    <w:p>
      <w:r>
        <w:rPr>
          <w:b/>
        </w:rPr>
        <w:t xml:space="preserve">[44:24] </w:t>
      </w:r>
      <w:r>
        <w:t>aaj ke zamane mein kaam karne ka kamyab tareeqa kya hai, is ko aap</w:t>
      </w:r>
    </w:p>
    <w:p>
      <w:pPr>
        <w:jc w:val="right"/>
      </w:pPr>
      <w:r>
        <w:t>آج کے زمانے میں کام کرنے کا کامیاب طریقہ کیا ہے، اس کو آپ</w:t>
      </w:r>
    </w:p>
    <w:p>
      <w:r>
        <w:rPr>
          <w:b/>
        </w:rPr>
        <w:t xml:space="preserve">[44:32] </w:t>
      </w:r>
      <w:r>
        <w:t>daryaft karen. aur apne kaam ki mansooba bandi halaat ke lehaz se karen. to meri dua hai ke Allah taala mujh ko aur aap ko is baat ki tofeeq de. aqool qawli haza wa astaghfirullah li wa lakum ajmaeen.</w:t>
      </w:r>
    </w:p>
    <w:p>
      <w:pPr>
        <w:jc w:val="right"/>
      </w:pPr>
      <w:r>
        <w:t>دریافت کریں۔ اور اپنے کام کی منصوبہ بندی حالات کے لحاظ سے کریں۔ تو میری دعا ہے کہ اللہ تعالیٰ مجھ کو اور آپ کو اس بات کی توفیق دے۔ أقول قولي هذا وأستغفرالله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