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February 09, 2014 Maulana Wahiduddin Khan</w:t>
      </w:r>
    </w:p>
    <w:p>
      <w:r>
        <w:t>https://www.youtube.com/watch?v=eJBjiYGZcKY</w:t>
      </w:r>
    </w:p>
    <w:p>
      <w:r>
        <w:rPr>
          <w:b/>
        </w:rPr>
        <w:t xml:space="preserve">[00:14] </w:t>
      </w:r>
      <w:r>
        <w:t>bismillah rehman rehim, wasalli allah ala nabiy al-kareem.</w:t>
      </w:r>
    </w:p>
    <w:p>
      <w:pPr>
        <w:jc w:val="right"/>
      </w:pPr>
      <w:r>
        <w:t>بسم اللہ الرحمن الرحیم، وصلی اللہ علی النبی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[00:25] </w:t>
      </w:r>
      <w:r>
        <w:t>9 february 2014.</w:t>
      </w:r>
    </w:p>
    <w:p>
      <w:pPr>
        <w:jc w:val="right"/>
      </w:pPr>
      <w:r>
        <w:t>9 February 2014۔</w:t>
      </w:r>
    </w:p>
    <w:p>
      <w:r>
        <w:rPr>
          <w:b/>
        </w:rPr>
        <w:t xml:space="preserve">[00:30] </w:t>
      </w:r>
      <w:r>
        <w:t>abhi mein gaya tha kairala, wahan ek conference mein shirkat ke liye.</w:t>
      </w:r>
    </w:p>
    <w:p>
      <w:pPr>
        <w:jc w:val="right"/>
      </w:pPr>
      <w:r>
        <w:t>ابھی میں گیا تھا کیرلا، وہاں ایک کانفرنس میں شرکت کے لیے۔</w:t>
      </w:r>
    </w:p>
    <w:p>
      <w:r>
        <w:rPr>
          <w:b/>
        </w:rPr>
        <w:t xml:space="preserve">[00:36] </w:t>
      </w:r>
      <w:r>
        <w:t>kal sham ko mein wahan se wapas aaya hoon.</w:t>
      </w:r>
    </w:p>
    <w:p>
      <w:pPr>
        <w:jc w:val="right"/>
      </w:pPr>
      <w:r>
        <w:t>کل شام کو میں وہاں سے واپس آیا ہوں۔</w:t>
      </w:r>
    </w:p>
    <w:p>
      <w:r>
        <w:rPr>
          <w:b/>
        </w:rPr>
        <w:t xml:space="preserve">[00:41] </w:t>
      </w:r>
      <w:r>
        <w:t>is safar mein bohat se tajrube hue.</w:t>
      </w:r>
    </w:p>
    <w:p>
      <w:pPr>
        <w:jc w:val="right"/>
      </w:pPr>
      <w:r>
        <w:t>اس سفر میں بہت سے تجربات ہوئے۔</w:t>
      </w:r>
    </w:p>
    <w:p>
      <w:r>
        <w:rPr>
          <w:b/>
        </w:rPr>
        <w:t xml:space="preserve">[00:47] </w:t>
      </w:r>
      <w:r>
        <w:t>to ek tajruba bohat hi anokha hua, woh yeh ke ek hadith meri samajh mein aayi.</w:t>
      </w:r>
    </w:p>
    <w:p>
      <w:pPr>
        <w:jc w:val="right"/>
      </w:pPr>
      <w:r>
        <w:t>تو ایک تجربہ بہت ہی انوکھا ہوا، وہ یہ کہ ایک حدیث میری سمجھ میں آئی۔</w:t>
      </w:r>
    </w:p>
    <w:p>
      <w:r>
        <w:rPr>
          <w:b/>
        </w:rPr>
        <w:t xml:space="preserve">[00:53] </w:t>
      </w:r>
      <w:r>
        <w:t>al-bukhari mein ek riwayat hai lekin sharon mein is ka kuch matlab wazeh nahi hota, kya matlab hai is ka.</w:t>
      </w:r>
    </w:p>
    <w:p>
      <w:pPr>
        <w:jc w:val="right"/>
      </w:pPr>
      <w:r>
        <w:t>البخاری میں ایک روایت ہے لیکن شرحوں میں اس کا کچھ مطلب واضح نہیں ہوتا، کیا مطلب ہے اس کا۔</w:t>
      </w:r>
    </w:p>
    <w:p>
      <w:r>
        <w:rPr>
          <w:b/>
        </w:rPr>
        <w:t xml:space="preserve">[00:58] </w:t>
      </w:r>
      <w:r>
        <w:t>halankeh is mein bohat hi bari baat kahi gayi hai, bohat hi zyada bari baat.</w:t>
      </w:r>
    </w:p>
    <w:p>
      <w:pPr>
        <w:jc w:val="right"/>
      </w:pPr>
      <w:r>
        <w:t>حالانکہ اس میں بہت ہی بڑی بات کہی گئی ہے، بہت ہی زیادہ بڑی بات۔</w:t>
      </w:r>
    </w:p>
    <w:p>
      <w:r>
        <w:rPr>
          <w:b/>
        </w:rPr>
        <w:t xml:space="preserve">[01:04] </w:t>
      </w:r>
      <w:r>
        <w:t>woh ek lambi hadith hai, is mein yeh lafz hai ke: "mera banda agar meri taraf chal kar</w:t>
      </w:r>
    </w:p>
    <w:p>
      <w:pPr>
        <w:jc w:val="right"/>
      </w:pPr>
      <w:r>
        <w:t>وہ ایک لمبی حدیث ہے، اس میں یہ لفظ ہے کہ: "میرا بندہ اگر میری طرف چل کر</w:t>
      </w:r>
    </w:p>
    <w:p>
      <w:r>
        <w:rPr>
          <w:b/>
        </w:rPr>
        <w:t xml:space="preserve">[01:09] </w:t>
      </w:r>
      <w:r>
        <w:t>aata hai to mein us ki taraf daud kar aata hoon." fa in atani yamshee atatuhu harwalah.</w:t>
      </w:r>
    </w:p>
    <w:p>
      <w:pPr>
        <w:jc w:val="right"/>
      </w:pPr>
      <w:r>
        <w:t>آتا ہے تو میں اس کی طرف دوڑ کر آتا ہوں۔" فَإِنْ أَطَانِي يَمْشِي أَتَتُهُ هَرْوَلَةً۔</w:t>
      </w:r>
    </w:p>
    <w:p>
      <w:r>
        <w:rPr>
          <w:b/>
        </w:rPr>
        <w:t xml:space="preserve">[01:15] </w:t>
      </w:r>
      <w:r>
        <w:t>fa in atani yamshee atatuhu harwalah banda agar meri taraf chal kar aata hai to mein us ki taraf</w:t>
      </w:r>
    </w:p>
    <w:p>
      <w:pPr>
        <w:jc w:val="right"/>
      </w:pPr>
      <w:r>
        <w:t>فَإِنْ أَطَانِي يَمْشِي أَتَتُهُ هَرْوَلَةً بندہ اگر میری طرف چل کر آتا ہے تو میں اس کی طرف</w:t>
      </w:r>
    </w:p>
    <w:p>
      <w:r>
        <w:rPr>
          <w:b/>
        </w:rPr>
        <w:t xml:space="preserve">[01:21] </w:t>
      </w:r>
      <w:r>
        <w:t>daud kar aata hoon.</w:t>
      </w:r>
    </w:p>
    <w:p>
      <w:pPr>
        <w:jc w:val="right"/>
      </w:pPr>
      <w:r>
        <w:t>دوڑ کر آتا ہوں۔</w:t>
      </w:r>
    </w:p>
    <w:p>
      <w:r>
        <w:rPr>
          <w:b/>
        </w:rPr>
        <w:t xml:space="preserve">[01:26] </w:t>
      </w:r>
      <w:r>
        <w:t>yeh bilkul sharon mein ek ambiguous bana hua hai.</w:t>
      </w:r>
    </w:p>
    <w:p>
      <w:pPr>
        <w:jc w:val="right"/>
      </w:pPr>
      <w:r>
        <w:t>یہ بالکل شرحوں میں ایک ایمبیگوس بنا ہوا ہے۔</w:t>
      </w:r>
    </w:p>
    <w:p>
      <w:r>
        <w:rPr>
          <w:b/>
        </w:rPr>
        <w:t xml:space="preserve">[01:32] </w:t>
      </w:r>
      <w:r>
        <w:t>dekhen yeh bohat hi bari baat hai.</w:t>
      </w:r>
    </w:p>
    <w:p>
      <w:pPr>
        <w:jc w:val="right"/>
      </w:pPr>
      <w:r>
        <w:t>دیکھیں یہ بہت ہی بڑی بات ہے۔</w:t>
      </w:r>
    </w:p>
    <w:p>
      <w:r>
        <w:rPr>
          <w:b/>
        </w:rPr>
        <w:t xml:space="preserve">[01:37] </w:t>
      </w:r>
      <w:r>
        <w:t>aur poori tareekh is ki tasdeeq karti hai.</w:t>
      </w:r>
    </w:p>
    <w:p>
      <w:pPr>
        <w:jc w:val="right"/>
      </w:pPr>
      <w:r>
        <w:t>اور پوری تاریخ اس کی تصدیق کرتی ہے۔</w:t>
      </w:r>
    </w:p>
    <w:p>
      <w:r>
        <w:rPr>
          <w:b/>
        </w:rPr>
        <w:t xml:space="preserve">[01:43] </w:t>
      </w:r>
      <w:r>
        <w:t>is ko aap quran ki is ayat se joriye ke: ya ayyuhal lazeena amanu in tansurullah yansurukum</w:t>
      </w:r>
    </w:p>
    <w:p>
      <w:pPr>
        <w:jc w:val="right"/>
      </w:pPr>
      <w:r>
        <w:t>اس کو آپ قرآن کی اس آیت سے جوڑیئے کہ: يَا أَيُّهَا الَّذِينَ آمَنُوا إِنْ تَنْصُرُوا اللَّهَ يَنْصِرُكُمْ</w:t>
      </w:r>
    </w:p>
    <w:p>
      <w:r>
        <w:rPr>
          <w:b/>
        </w:rPr>
        <w:t xml:space="preserve">[01:49] </w:t>
      </w:r>
      <w:r>
        <w:t>wa yusabbit aqdamakum yeh nusrat ilahi ka mamla hai.</w:t>
      </w:r>
    </w:p>
    <w:p>
      <w:pPr>
        <w:jc w:val="right"/>
      </w:pPr>
      <w:r>
        <w:t>وَيَسَبِّتْ أَقْدَامُكُمْ یہ نصرت الہیٰ کا معاملہ ہے۔</w:t>
      </w:r>
    </w:p>
    <w:p>
      <w:r>
        <w:rPr>
          <w:b/>
        </w:rPr>
        <w:t xml:space="preserve">[01:54] </w:t>
      </w:r>
      <w:r>
        <w:t>yani banda agar allah ke kaam ke liye, yani allah ke cause ke liye uthta hai to woh</w:t>
      </w:r>
    </w:p>
    <w:p>
      <w:pPr>
        <w:jc w:val="right"/>
      </w:pPr>
      <w:r>
        <w:t>یعنی بندہ اگر اللہ کے کام کے لیے، یعنی اللہ کے کاز کے لیے اٹھتا ہے تو وہ</w:t>
      </w:r>
    </w:p>
    <w:p>
      <w:r>
        <w:rPr>
          <w:b/>
        </w:rPr>
        <w:t xml:space="preserve">[02:00] </w:t>
      </w:r>
      <w:r>
        <w:t>apne insani taqat se uthega lekin allah apni khudai taqat se is ki taraf madad ke liye</w:t>
      </w:r>
    </w:p>
    <w:p>
      <w:pPr>
        <w:jc w:val="right"/>
      </w:pPr>
      <w:r>
        <w:t>اپنے انسانی طاقت سے اٹھے گا لیکن اللہ اپنی خدائی طاقت سے اس کی طرف مدد کے لیے</w:t>
      </w:r>
    </w:p>
    <w:p>
      <w:r>
        <w:rPr>
          <w:b/>
        </w:rPr>
        <w:t xml:space="preserve">[02:05] </w:t>
      </w:r>
      <w:r>
        <w:t>daud parta hai.</w:t>
      </w:r>
    </w:p>
    <w:p>
      <w:pPr>
        <w:jc w:val="right"/>
      </w:pPr>
      <w:r>
        <w:t>دوڑ پڑتا ہے۔</w:t>
      </w:r>
    </w:p>
    <w:p>
      <w:r>
        <w:rPr>
          <w:b/>
        </w:rPr>
        <w:t xml:space="preserve">[02:11] </w:t>
      </w:r>
      <w:r>
        <w:t>ek ajeeb ghareeb is ke andar umeed ka khazana hai.</w:t>
      </w:r>
    </w:p>
    <w:p>
      <w:pPr>
        <w:jc w:val="right"/>
      </w:pPr>
      <w:r>
        <w:t>ایک عجیب غریب اس کے اندر امید کا خزانہ ہے۔</w:t>
      </w:r>
    </w:p>
    <w:p>
      <w:r>
        <w:rPr>
          <w:b/>
        </w:rPr>
        <w:t xml:space="preserve">[02:17] </w:t>
      </w:r>
      <w:r>
        <w:t>to wahan aisa hua ke kairala mein, apni jo meri taqreer thi aadha ghante ki conference mein, is</w:t>
      </w:r>
    </w:p>
    <w:p>
      <w:pPr>
        <w:jc w:val="right"/>
      </w:pPr>
      <w:r>
        <w:t>تو وہاں ایسا ہوا کہ کیرلا میں، اپنی جو میری تقریر تھی آدھ گھنٹے کی کانفرنس میں، اس</w:t>
      </w:r>
    </w:p>
    <w:p>
      <w:r>
        <w:rPr>
          <w:b/>
        </w:rPr>
        <w:t xml:space="preserve">[02:22] </w:t>
      </w:r>
      <w:r>
        <w:t>mein mein ne ek baat kahi yeh ke: "kerala mein islam aaya saatvi sadi ke aakhir mein."</w:t>
      </w:r>
    </w:p>
    <w:p>
      <w:pPr>
        <w:jc w:val="right"/>
      </w:pPr>
      <w:r>
        <w:t>میں میں نے ایک بات کہی یہ کہ: "کیرلا میں اسلام آیا ساتویں صدی کے آخر میں۔" اور</w:t>
      </w:r>
    </w:p>
    <w:p>
      <w:r>
        <w:rPr>
          <w:b/>
        </w:rPr>
        <w:t xml:space="preserve">[02:28] </w:t>
      </w:r>
      <w:r>
        <w:t>is jo group aaya tha is ke jo head thay woh ek tabai thay, malik deenar.</w:t>
      </w:r>
    </w:p>
    <w:p>
      <w:pPr>
        <w:jc w:val="right"/>
      </w:pPr>
      <w:r>
        <w:t>اس جو گروپ آیا تھا اس کے جو ہیڈ تھے وہ ایک تابعی تھے، مالک الدینار۔</w:t>
      </w:r>
    </w:p>
    <w:p>
      <w:r>
        <w:rPr>
          <w:b/>
        </w:rPr>
        <w:t xml:space="preserve">[02:33] </w:t>
      </w:r>
      <w:r>
        <w:t>is ka matlab yeh hai ke: "kerala mein islam aaya qurun mashhood lahu bil khair" jis ko kehte hain</w:t>
      </w:r>
    </w:p>
    <w:p>
      <w:pPr>
        <w:jc w:val="right"/>
      </w:pPr>
      <w:r>
        <w:t>اس کا مطلب یہ ہے کہ: "کیرلا میں اسلام آیا قرون مشہود لہٰو بالخیر" جس کو کہتے ہیں</w:t>
      </w:r>
    </w:p>
    <w:p>
      <w:r>
        <w:rPr>
          <w:b/>
        </w:rPr>
        <w:t xml:space="preserve">[02:39] </w:t>
      </w:r>
      <w:r>
        <w:t>is zamane mein.</w:t>
      </w:r>
    </w:p>
    <w:p>
      <w:pPr>
        <w:jc w:val="right"/>
      </w:pPr>
      <w:r>
        <w:t>اس زمانے میں۔</w:t>
      </w:r>
    </w:p>
    <w:p>
      <w:r>
        <w:rPr>
          <w:b/>
        </w:rPr>
        <w:t xml:space="preserve">[02:45] </w:t>
      </w:r>
      <w:r>
        <w:t>zahir hai ke is zamane mein bilkul islam ka woh model tha jo rasool aur sahaba rasool ka model tha.</w:t>
      </w:r>
    </w:p>
    <w:p>
      <w:pPr>
        <w:jc w:val="right"/>
      </w:pPr>
      <w:r>
        <w:t>ظاہر ہے کہ اس زمانے میں بالکل اسلام کا وہ ماڈل تھا جو رسول اور صحابہ رسول کا ماڈل تھا۔</w:t>
      </w:r>
    </w:p>
    <w:p>
      <w:r>
        <w:rPr>
          <w:b/>
        </w:rPr>
        <w:t xml:space="preserve">[02:50] </w:t>
      </w:r>
      <w:r>
        <w:t>to bohat zabardast un ko response mila.</w:t>
      </w:r>
    </w:p>
    <w:p>
      <w:pPr>
        <w:jc w:val="right"/>
      </w:pPr>
      <w:r>
        <w:t>تو بہت زبردست ان کو رسپانس ملا۔</w:t>
      </w:r>
    </w:p>
    <w:p>
      <w:r>
        <w:rPr>
          <w:b/>
        </w:rPr>
        <w:t xml:space="preserve">[02:56] </w:t>
      </w:r>
      <w:r>
        <w:t>woh bahri safar kar ke wahan aaye thay, tajar ke roop mein.</w:t>
      </w:r>
    </w:p>
    <w:p>
      <w:pPr>
        <w:jc w:val="right"/>
      </w:pPr>
      <w:r>
        <w:t>وہ بحری سفر کر کے وہاں آئے تھے، تاجر کے روپ میں۔</w:t>
      </w:r>
    </w:p>
    <w:p>
      <w:r>
        <w:rPr>
          <w:b/>
        </w:rPr>
        <w:t xml:space="preserve">[03:01] </w:t>
      </w:r>
      <w:r>
        <w:t>aur wahan par unhon ne jis tarah kaam kiya, peaceful andaaz mein, khair khwahi ke andaaz mein,</w:t>
      </w:r>
    </w:p>
    <w:p>
      <w:pPr>
        <w:jc w:val="right"/>
      </w:pPr>
      <w:r>
        <w:t>اور وہاں پر انہوں نے جس طرح کام کیا، پیس فل انداز میں، خیر خواہی کے انداز میں،</w:t>
      </w:r>
    </w:p>
    <w:p>
      <w:r>
        <w:rPr>
          <w:b/>
        </w:rPr>
        <w:t xml:space="preserve">[03:07] </w:t>
      </w:r>
      <w:r>
        <w:t>mohabbat ke andaaz mein, insani humdardi ke andaaz mein.</w:t>
      </w:r>
    </w:p>
    <w:p>
      <w:pPr>
        <w:jc w:val="right"/>
      </w:pPr>
      <w:r>
        <w:t>محبت کے انداز میں، انسانی ہمدردی کے انداز میں۔</w:t>
      </w:r>
    </w:p>
    <w:p>
      <w:r>
        <w:rPr>
          <w:b/>
        </w:rPr>
        <w:t xml:space="preserve">[03:13] </w:t>
      </w:r>
      <w:r>
        <w:t>to in logon ne na sirf islam ki sachai ko maana balkeh in aane walon ko ek bohat</w:t>
      </w:r>
    </w:p>
    <w:p>
      <w:pPr>
        <w:jc w:val="right"/>
      </w:pPr>
      <w:r>
        <w:t>تو ان لوگوں نے نہ صرف اسلام کی سچائی کو مانا بلکہ ان آنے والوں کو ایک بہت</w:t>
      </w:r>
    </w:p>
    <w:p>
      <w:r>
        <w:rPr>
          <w:b/>
        </w:rPr>
        <w:t xml:space="preserve">[03:18] </w:t>
      </w:r>
      <w:r>
        <w:t>baraلقب diya, bohat hi nobel title, maqilah.</w:t>
      </w:r>
    </w:p>
    <w:p>
      <w:pPr>
        <w:jc w:val="right"/>
      </w:pPr>
      <w:r>
        <w:t>بڑا لقب دیا، بہت ہی نوبل ٹائٹل، مَعْقِلَہ۔</w:t>
      </w:r>
    </w:p>
    <w:p>
      <w:r>
        <w:rPr>
          <w:b/>
        </w:rPr>
        <w:t xml:space="preserve">[03:24] </w:t>
      </w:r>
      <w:r>
        <w:t>maqilah ka matlab hota hai yani bohat hi izzat wala.</w:t>
      </w:r>
    </w:p>
    <w:p>
      <w:pPr>
        <w:jc w:val="right"/>
      </w:pPr>
      <w:r>
        <w:t>مَعْقِلَہ کا مطلب ہوتا ہے یعنی بہت ہی عزت والا۔</w:t>
      </w:r>
    </w:p>
    <w:p>
      <w:r>
        <w:rPr>
          <w:b/>
        </w:rPr>
        <w:t xml:space="preserve">[03:29] </w:t>
      </w:r>
      <w:r>
        <w:t>aaj bhi wahan ke log jo hain, is ilaqe ke, balochistan ke log jo hain aaj bhi musalman</w:t>
      </w:r>
    </w:p>
    <w:p>
      <w:pPr>
        <w:jc w:val="right"/>
      </w:pPr>
      <w:r>
        <w:t>آج بھی وہاں کے لوگ جو ہیں، اس علاقے کے، بلوچستان کے لوگ جو ہیں آج بھی مسلمان</w:t>
      </w:r>
    </w:p>
    <w:p>
      <w:r>
        <w:rPr>
          <w:b/>
        </w:rPr>
        <w:t xml:space="preserve">[03:35] </w:t>
      </w:r>
      <w:r>
        <w:t>jo hain wahan ke woh maqilah hi kehelate hain.</w:t>
      </w:r>
    </w:p>
    <w:p>
      <w:pPr>
        <w:jc w:val="right"/>
      </w:pPr>
      <w:r>
        <w:t>جو ہیں وہاں کے وہ مَعْقِلَہ ہی کہلاتے ہیں۔</w:t>
      </w:r>
    </w:p>
    <w:p>
      <w:r>
        <w:rPr>
          <w:b/>
        </w:rPr>
        <w:t xml:space="preserve">[03:41] </w:t>
      </w:r>
      <w:r>
        <w:t>to yeh bohat hi is mein yeh saada baat nahi hai.</w:t>
      </w:r>
    </w:p>
    <w:p>
      <w:pPr>
        <w:jc w:val="right"/>
      </w:pPr>
      <w:r>
        <w:t>تو یہ بہت ہی اس میں یہ سادہ بات نہیں ہے۔</w:t>
      </w:r>
    </w:p>
    <w:p>
      <w:r>
        <w:rPr>
          <w:b/>
        </w:rPr>
        <w:t xml:space="preserve">[03:46] </w:t>
      </w:r>
      <w:r>
        <w:t>is ka andar bohat bara sabq hai, woh mujhe is safar mein ke douran discover hua.</w:t>
      </w:r>
    </w:p>
    <w:p>
      <w:pPr>
        <w:jc w:val="right"/>
      </w:pPr>
      <w:r>
        <w:t>اس کا اندر بہت بڑا سبق ہے، وہ مجھے اس سفر میں کے دوران ڈسکور ہوا۔</w:t>
      </w:r>
    </w:p>
    <w:p>
      <w:r>
        <w:rPr>
          <w:b/>
        </w:rPr>
        <w:t xml:space="preserve">[03:52] </w:t>
      </w:r>
      <w:r>
        <w:t>yani allah taala ne yeh chaha ke kuch arab niklein dore awwal mein, woh is indian subcontinent</w:t>
      </w:r>
    </w:p>
    <w:p>
      <w:pPr>
        <w:jc w:val="right"/>
      </w:pPr>
      <w:r>
        <w:t>یعنی اللہ تعالیٰ نے یہ چاہا کہ کچھ عرب نکلیں دورِ اول میں، وہ اس انڈین سب کانٹیننٹ</w:t>
      </w:r>
    </w:p>
    <w:p>
      <w:r>
        <w:rPr>
          <w:b/>
        </w:rPr>
        <w:t xml:space="preserve">[03:57] </w:t>
      </w:r>
      <w:r>
        <w:t>mein islam ki dawat pohanchayein.</w:t>
      </w:r>
    </w:p>
    <w:p>
      <w:pPr>
        <w:jc w:val="right"/>
      </w:pPr>
      <w:r>
        <w:t>میں اسلام کی دعوت پہنچائیں۔</w:t>
      </w:r>
    </w:p>
    <w:p>
      <w:r>
        <w:rPr>
          <w:b/>
        </w:rPr>
        <w:t xml:space="preserve">[04:03] </w:t>
      </w:r>
      <w:r>
        <w:t>to kya hua? peshgi tor par is ke asbab faraham kiye gaye.</w:t>
      </w:r>
    </w:p>
    <w:p>
      <w:pPr>
        <w:jc w:val="right"/>
      </w:pPr>
      <w:r>
        <w:t>تو کیا ہوا؟ پیشگی طور پر اس کے اسباب فراہم کیے گئے۔</w:t>
      </w:r>
    </w:p>
    <w:p>
      <w:r>
        <w:rPr>
          <w:b/>
        </w:rPr>
        <w:t xml:space="preserve">[04:09] </w:t>
      </w:r>
      <w:r>
        <w:t>yani arab aur india ke darmiyan tijarat.</w:t>
      </w:r>
    </w:p>
    <w:p>
      <w:pPr>
        <w:jc w:val="right"/>
      </w:pPr>
      <w:r>
        <w:t>یعنی عرب اور انڈیا کے درمیان تجارت۔</w:t>
      </w:r>
    </w:p>
    <w:p>
      <w:r>
        <w:rPr>
          <w:b/>
        </w:rPr>
        <w:t xml:space="preserve">[04:14] </w:t>
      </w:r>
      <w:r>
        <w:t>yeh bohat ajeeb baat hai.</w:t>
      </w:r>
    </w:p>
    <w:p>
      <w:pPr>
        <w:jc w:val="right"/>
      </w:pPr>
      <w:r>
        <w:t>یہ بہت عجیب بات ہے۔</w:t>
      </w:r>
    </w:p>
    <w:p>
      <w:r>
        <w:rPr>
          <w:b/>
        </w:rPr>
        <w:t xml:space="preserve">[04:20] </w:t>
      </w:r>
      <w:r>
        <w:t>arab aur india ke darmiyan tijarat pehle se shuru ho chuki thi, islam ke pehle se.</w:t>
      </w:r>
    </w:p>
    <w:p>
      <w:pPr>
        <w:jc w:val="right"/>
      </w:pPr>
      <w:r>
        <w:t>عرب اور انڈیا کے درمیان تجارت پہلے سے شروع ہو چکی تھی، اسلام کے پہلے سے۔</w:t>
      </w:r>
    </w:p>
    <w:p>
      <w:r>
        <w:rPr>
          <w:b/>
        </w:rPr>
        <w:t xml:space="preserve">[04:25] </w:t>
      </w:r>
      <w:r>
        <w:t>woh kya peshgi tayari thi in logon ke liye jo wahan pohanchein, tajar ke roop mein.</w:t>
      </w:r>
    </w:p>
    <w:p>
      <w:pPr>
        <w:jc w:val="right"/>
      </w:pPr>
      <w:r>
        <w:t>وہ کیا پیشگی تیاری تھی ان لوگوں کے لیے جو وہاں پہنچیں، تاجر کے روپ میں۔</w:t>
      </w:r>
    </w:p>
    <w:p>
      <w:r>
        <w:rPr>
          <w:b/>
        </w:rPr>
        <w:t xml:space="preserve">[04:31] </w:t>
      </w:r>
      <w:r>
        <w:t>agar yeh tradition na hoti, yani tijarat ki tradition, to un ke koi model nahi tha un ke</w:t>
      </w:r>
    </w:p>
    <w:p>
      <w:pPr>
        <w:jc w:val="right"/>
      </w:pPr>
      <w:r>
        <w:t>اگر یہ ٹریڈیشن نہ ہوتی، یعنی تجارت کی ٹریڈیشن، تو ان کے کوئی ماڈل نہیں تھا ان کے</w:t>
      </w:r>
    </w:p>
    <w:p>
      <w:r>
        <w:rPr>
          <w:b/>
        </w:rPr>
        <w:t xml:space="preserve">[04:36] </w:t>
      </w:r>
      <w:r>
        <w:t>paas ke kaise pohanchein woh india.</w:t>
      </w:r>
    </w:p>
    <w:p>
      <w:pPr>
        <w:jc w:val="right"/>
      </w:pPr>
      <w:r>
        <w:t>پاس کہ کیسے پہنچیں وہ انڈیا۔</w:t>
      </w:r>
    </w:p>
    <w:p>
      <w:r>
        <w:rPr>
          <w:b/>
        </w:rPr>
        <w:t xml:space="preserve">[04:42] </w:t>
      </w:r>
      <w:r>
        <w:t>to tijarati talluqat bahri safar ke zareeye ka ek model ban chuka tha, is liye wahan pahanch paye woh.</w:t>
      </w:r>
    </w:p>
    <w:p>
      <w:pPr>
        <w:jc w:val="right"/>
      </w:pPr>
      <w:r>
        <w:t>تو تجارتی تعلقات بحری سفر کے ذریعے کا ایک ماڈل بن چکا تھا، اس لیے وہاں پہنچ پائے وہ۔</w:t>
      </w:r>
    </w:p>
    <w:p>
      <w:r>
        <w:rPr>
          <w:b/>
        </w:rPr>
        <w:t xml:space="preserve">[04:48] </w:t>
      </w:r>
      <w:r>
        <w:t>to gaya ke Allah taala ne peshgi tor par ek model tayyar kiya jis ke zareeye woh safar</w:t>
      </w:r>
    </w:p>
    <w:p>
      <w:pPr>
        <w:jc w:val="right"/>
      </w:pPr>
      <w:r>
        <w:t>تو گیا کہ اللہ تعالیٰ نے پیشگی طور پر ایک ماڈل تیار کیا جس کے ذریعے وہ سفر</w:t>
      </w:r>
    </w:p>
    <w:p>
      <w:r>
        <w:rPr>
          <w:b/>
        </w:rPr>
        <w:t xml:space="preserve">[04:53] </w:t>
      </w:r>
      <w:r>
        <w:t>kar ke wahan pahanch sakein.</w:t>
      </w:r>
    </w:p>
    <w:p>
      <w:pPr>
        <w:jc w:val="right"/>
      </w:pPr>
      <w:r>
        <w:t>کر کے وہاں پہنچ سکیں۔</w:t>
      </w:r>
    </w:p>
    <w:p>
      <w:r>
        <w:rPr>
          <w:b/>
        </w:rPr>
        <w:t xml:space="preserve">[04:59] </w:t>
      </w:r>
      <w:r>
        <w:t>aur Islam ka is daur mein jab ke Islam jo hai, yaani qurun, jis ko hum kehte hain</w:t>
      </w:r>
    </w:p>
    <w:p>
      <w:pPr>
        <w:jc w:val="right"/>
      </w:pPr>
      <w:r>
        <w:t>اور اسلام کا اس دور میں جب کہ اسلام جو ہے، یعنی قرون، جس کو ہم کہتے ہیں</w:t>
      </w:r>
    </w:p>
    <w:p>
      <w:r>
        <w:rPr>
          <w:b/>
        </w:rPr>
        <w:t xml:space="preserve">[05:04] </w:t>
      </w:r>
      <w:r>
        <w:t>qurun mashhood lahu bil khair, jab Islam intact tha, Islam mein koi badlav nahi aaya tha, is zamane mein</w:t>
      </w:r>
    </w:p>
    <w:p>
      <w:pPr>
        <w:jc w:val="right"/>
      </w:pPr>
      <w:r>
        <w:t>قرون مشہود لہٰو بالخیر، جب اسلام انٹیکٹ تھا، اسلام میں کوئی بدلاؤ نہیں آیا تھا، اس زمانے میں</w:t>
      </w:r>
    </w:p>
    <w:p>
      <w:r>
        <w:rPr>
          <w:b/>
        </w:rPr>
        <w:t xml:space="preserve">[05:10] </w:t>
      </w:r>
      <w:r>
        <w:t>Islam wahan pahunche.</w:t>
      </w:r>
    </w:p>
    <w:p>
      <w:pPr>
        <w:jc w:val="right"/>
      </w:pPr>
      <w:r>
        <w:t>اسلام وہاں پہنچے۔</w:t>
      </w:r>
    </w:p>
    <w:p>
      <w:r>
        <w:rPr>
          <w:b/>
        </w:rPr>
        <w:t xml:space="preserve">[05:16] </w:t>
      </w:r>
      <w:r>
        <w:t>is ka asar aaj bhi hai.</w:t>
      </w:r>
    </w:p>
    <w:p>
      <w:pPr>
        <w:jc w:val="right"/>
      </w:pPr>
      <w:r>
        <w:t>اس کا اثر آج بھی ہے۔</w:t>
      </w:r>
    </w:p>
    <w:p>
      <w:r>
        <w:rPr>
          <w:b/>
        </w:rPr>
        <w:t xml:space="preserve">[05:21] </w:t>
      </w:r>
      <w:r>
        <w:t>aaj bhi Kerala mein Islam ke is ibtidai daur ke jo log laye the jo Islam, Rasool aur</w:t>
      </w:r>
    </w:p>
    <w:p>
      <w:pPr>
        <w:jc w:val="right"/>
      </w:pPr>
      <w:r>
        <w:t>آج بھی کیرلا میں اسلام کے اس ابتدائی دور کے جو لوگ لائے تھے جو اسلام، رسول اور</w:t>
      </w:r>
    </w:p>
    <w:p>
      <w:r>
        <w:rPr>
          <w:b/>
        </w:rPr>
        <w:t xml:space="preserve">[05:27] </w:t>
      </w:r>
      <w:r>
        <w:t>Sahaba Rasool ka model, aaj bhi maujood hai wahan par.</w:t>
      </w:r>
    </w:p>
    <w:p>
      <w:pPr>
        <w:jc w:val="right"/>
      </w:pPr>
      <w:r>
        <w:t>صحابہ رسول کا ماڈل، آج بھی موجود ہے وہاں پر۔</w:t>
      </w:r>
    </w:p>
    <w:p>
      <w:r>
        <w:rPr>
          <w:b/>
        </w:rPr>
        <w:t xml:space="preserve">[05:32] </w:t>
      </w:r>
      <w:r>
        <w:t>to is masle par sochte hue mujhe ek bohat bari haqeeqat samajh mein aayi ke banda agar apne</w:t>
      </w:r>
    </w:p>
    <w:p>
      <w:pPr>
        <w:jc w:val="right"/>
      </w:pPr>
      <w:r>
        <w:t>تو اس مسئلے پر سوچتے ہوئے مجھے ایک بہت بڑی حقیقت سمجھ میں آئی کہ بندہ اگر اپنے</w:t>
      </w:r>
    </w:p>
    <w:p>
      <w:r>
        <w:rPr>
          <w:b/>
        </w:rPr>
        <w:t xml:space="preserve">[05:38] </w:t>
      </w:r>
      <w:r>
        <w:t>aap ko Allah ke mission mein lagaye to Allah peshgi tor par is ke aise iqdamaat karega</w:t>
      </w:r>
    </w:p>
    <w:p>
      <w:pPr>
        <w:jc w:val="right"/>
      </w:pPr>
      <w:r>
        <w:t>آپ کو اللہ کے مشن میں لگائے تو اللہ پیشگی طور پر اس کے ایسے اقدامات کرے گا</w:t>
      </w:r>
    </w:p>
    <w:p>
      <w:r>
        <w:rPr>
          <w:b/>
        </w:rPr>
        <w:t xml:space="preserve">[05:44] </w:t>
      </w:r>
      <w:r>
        <w:t>jis se is ka kaam aasan ho jaye.</w:t>
      </w:r>
    </w:p>
    <w:p>
      <w:pPr>
        <w:jc w:val="right"/>
      </w:pPr>
      <w:r>
        <w:t>جس سے اس کا کام آسان ہو جائے۔</w:t>
      </w:r>
    </w:p>
    <w:p>
      <w:r>
        <w:rPr>
          <w:b/>
        </w:rPr>
        <w:t xml:space="preserve">[05:49] </w:t>
      </w:r>
      <w:r>
        <w:t>kyun ke Allah aalimul ghaib hai, woh sirf present ko nahi janta, woh peshgi tor par baton ko janta hai.</w:t>
      </w:r>
    </w:p>
    <w:p>
      <w:pPr>
        <w:jc w:val="right"/>
      </w:pPr>
      <w:r>
        <w:t>کیونکہ اللہ عالم الغیب ہے، وہ صرف پریزنٹ کو نہیں جانتا، وہ پیشگی طور پر باتوں کو جانتا ہے۔</w:t>
      </w:r>
    </w:p>
    <w:p>
      <w:r>
        <w:rPr>
          <w:b/>
        </w:rPr>
        <w:t xml:space="preserve">[05:55] </w:t>
      </w:r>
      <w:r>
        <w:t>ab mein aap ko chand misalein deta hoon.</w:t>
      </w:r>
    </w:p>
    <w:p>
      <w:pPr>
        <w:jc w:val="right"/>
      </w:pPr>
      <w:r>
        <w:t>اب میں آپ کو چند مثالیں دیتا ہوں۔</w:t>
      </w:r>
    </w:p>
    <w:p>
      <w:r>
        <w:rPr>
          <w:b/>
        </w:rPr>
        <w:t xml:space="preserve">[06:00] </w:t>
      </w:r>
      <w:r>
        <w:t>yaani yeh waqiat jo hain jo mein arz kar raha hoon, yeh hamare liye ek bohat bara hope</w:t>
      </w:r>
    </w:p>
    <w:p>
      <w:pPr>
        <w:jc w:val="right"/>
      </w:pPr>
      <w:r>
        <w:t>یعنی یہ واقعات جو ہیں جو میں عرض کر رہا ہوں، یہ ہمارے لیے ایک بہت بڑا ہوپ</w:t>
      </w:r>
    </w:p>
    <w:p>
      <w:r>
        <w:rPr>
          <w:b/>
        </w:rPr>
        <w:t xml:space="preserve">[06:06] </w:t>
      </w:r>
      <w:r>
        <w:t>ka khazana hai, umeed ka khazana.</w:t>
      </w:r>
    </w:p>
    <w:p>
      <w:pPr>
        <w:jc w:val="right"/>
      </w:pPr>
      <w:r>
        <w:t>کا خزانہ ہے، امید کا خزانہ۔</w:t>
      </w:r>
    </w:p>
    <w:p>
      <w:r>
        <w:rPr>
          <w:b/>
        </w:rPr>
        <w:t xml:space="preserve">[06:12] </w:t>
      </w:r>
      <w:r>
        <w:t>ke Allah ka cause, Allah ka mission, jis ko hum kehte hain dawat-e-Allah, is ke liye sirf</w:t>
      </w:r>
    </w:p>
    <w:p>
      <w:pPr>
        <w:jc w:val="right"/>
      </w:pPr>
      <w:r>
        <w:t>کہ اللہ کا کاز، اللہ کا مشن، جس کو ہم کہتے ہیں دعوتِ اللہ، اس کے لیے صرف</w:t>
      </w:r>
    </w:p>
    <w:p>
      <w:r>
        <w:rPr>
          <w:b/>
        </w:rPr>
        <w:t xml:space="preserve">[06:17] </w:t>
      </w:r>
      <w:r>
        <w:t>yahi kafi hai ke aap is ke liye khade ho jayein.</w:t>
      </w:r>
    </w:p>
    <w:p>
      <w:pPr>
        <w:jc w:val="right"/>
      </w:pPr>
      <w:r>
        <w:t>یہی کافی ہے کہ آپ اس کے لیے کھڑے ہو جائیں۔</w:t>
      </w:r>
    </w:p>
    <w:p>
      <w:r>
        <w:rPr>
          <w:b/>
        </w:rPr>
        <w:t xml:space="preserve">[06:23] </w:t>
      </w:r>
      <w:r>
        <w:t>bashart-e-keha is mein koi rukon na ho.</w:t>
      </w:r>
    </w:p>
    <w:p>
      <w:pPr>
        <w:jc w:val="right"/>
      </w:pPr>
      <w:r>
        <w:t>بشرطیکہ اس میں کوئی رکون نہ ہو۔</w:t>
      </w:r>
    </w:p>
    <w:p>
      <w:r>
        <w:rPr>
          <w:b/>
        </w:rPr>
        <w:t xml:space="preserve">[06:28] </w:t>
      </w:r>
      <w:r>
        <w:t>rukun hoga to Allah ki madad nahi aayegi.</w:t>
      </w:r>
    </w:p>
    <w:p>
      <w:pPr>
        <w:jc w:val="right"/>
      </w:pPr>
      <w:r>
        <w:t>رکون ہوگا تو اللہ کی مدد نہیں آئے گی۔</w:t>
      </w:r>
    </w:p>
    <w:p>
      <w:r>
        <w:rPr>
          <w:b/>
        </w:rPr>
        <w:t xml:space="preserve">[06:34] </w:t>
      </w:r>
      <w:r>
        <w:t>rukun ka matlab hai koi aur cheez is mein mila dein aap.</w:t>
      </w:r>
    </w:p>
    <w:p>
      <w:pPr>
        <w:jc w:val="right"/>
      </w:pPr>
      <w:r>
        <w:t>رکون کا معنی ہے کوئی اور چیز اس میں ملا دیں آپ۔</w:t>
      </w:r>
    </w:p>
    <w:p>
      <w:r>
        <w:rPr>
          <w:b/>
        </w:rPr>
        <w:t xml:space="preserve">[06:40] </w:t>
      </w:r>
      <w:r>
        <w:t>pure shakal mein ho.</w:t>
      </w:r>
    </w:p>
    <w:p>
      <w:pPr>
        <w:jc w:val="right"/>
      </w:pPr>
      <w:r>
        <w:t>پیور شکل میں ہو۔</w:t>
      </w:r>
    </w:p>
    <w:p>
      <w:r>
        <w:rPr>
          <w:b/>
        </w:rPr>
        <w:t xml:space="preserve">[06:45] </w:t>
      </w:r>
      <w:r>
        <w:t>dawat-e-Allah ke kaam mein agar aap kuch aur mila denge to Allah ki madad nahi aayegi.</w:t>
      </w:r>
    </w:p>
    <w:p>
      <w:pPr>
        <w:jc w:val="right"/>
      </w:pPr>
      <w:r>
        <w:t>دعوتِ اللہ کے کام میں اگر آپ کچھ اور ملا دیں گے تو اللہ کی مدد نہیں آئے گی۔</w:t>
      </w:r>
    </w:p>
    <w:p>
      <w:r>
        <w:rPr>
          <w:b/>
        </w:rPr>
        <w:t xml:space="preserve">[06:51] </w:t>
      </w:r>
      <w:r>
        <w:t>koi political interest, koi worldly interest, koi material interest, stage ka interest, bohat se interest hote hain.</w:t>
      </w:r>
    </w:p>
    <w:p>
      <w:pPr>
        <w:jc w:val="right"/>
      </w:pPr>
      <w:r>
        <w:t>کوئی پولیٹیکل انٹرسٹ، کوئی بلی انٹرسٹ، کوئی مٹیریل انٹرسٹ، اسٹیج کا انٹرسٹ، بہت سے انٹرسٹ ہوتے ہیں۔</w:t>
      </w:r>
    </w:p>
    <w:p>
      <w:r>
        <w:rPr>
          <w:b/>
        </w:rPr>
        <w:t xml:space="preserve">[06:56] </w:t>
      </w:r>
      <w:r>
        <w:t>to kisi bhi interest ko deen dawat shamil kiye baghair agar aap khade hote hain Allah ke</w:t>
      </w:r>
    </w:p>
    <w:p>
      <w:pPr>
        <w:jc w:val="right"/>
      </w:pPr>
      <w:r>
        <w:t>تو کسی بھی انٹرسٹ کو ادر دین دعویٰ شامل کیے بغیر اگر آپ کھڑے ہوتے ہیں اللہ کے</w:t>
      </w:r>
    </w:p>
    <w:p>
      <w:r>
        <w:rPr>
          <w:b/>
        </w:rPr>
        <w:t xml:space="preserve">[07:02] </w:t>
      </w:r>
      <w:r>
        <w:t>mishn ke liye to Allah ki taraf se yeh wada hai, peshgi wada hai ke madad Allah ki</w:t>
      </w:r>
    </w:p>
    <w:p>
      <w:pPr>
        <w:jc w:val="right"/>
      </w:pPr>
      <w:r>
        <w:t>مشن کے لیے تو اللہ کی طرف سے یہ وعدہ ہے، پیشگی وعدہ ہے کہ مدد اللہ کی</w:t>
      </w:r>
    </w:p>
    <w:p>
      <w:r>
        <w:rPr>
          <w:b/>
        </w:rPr>
        <w:t xml:space="preserve">[07:08] </w:t>
      </w:r>
      <w:r>
        <w:t>aap par toot pare gi.</w:t>
      </w:r>
    </w:p>
    <w:p>
      <w:pPr>
        <w:jc w:val="right"/>
      </w:pPr>
      <w:r>
        <w:t>آپ پر ٹوٹ پڑے گی۔</w:t>
      </w:r>
    </w:p>
    <w:p>
      <w:r>
        <w:rPr>
          <w:b/>
        </w:rPr>
        <w:t xml:space="preserve">[07:13] </w:t>
      </w:r>
      <w:r>
        <w:t>pehlay bhi yeh tha aur aaj bhi hai.</w:t>
      </w:r>
    </w:p>
    <w:p>
      <w:pPr>
        <w:jc w:val="right"/>
      </w:pPr>
      <w:r>
        <w:t>پہلے بھی یہ تھا اور آج بھی ہے۔</w:t>
      </w:r>
    </w:p>
    <w:p>
      <w:r>
        <w:rPr>
          <w:b/>
        </w:rPr>
        <w:t xml:space="preserve">[07:19] </w:t>
      </w:r>
      <w:r>
        <w:t>to mein aap ko chand tareekhi misalein arz karta hoon.</w:t>
      </w:r>
    </w:p>
    <w:p>
      <w:pPr>
        <w:jc w:val="right"/>
      </w:pPr>
      <w:r>
        <w:t>تو میں آپ کو چند تاریخی مثالیں عرض کرتا ہوں۔</w:t>
      </w:r>
    </w:p>
    <w:p>
      <w:r>
        <w:rPr>
          <w:b/>
        </w:rPr>
        <w:t xml:space="preserve">[07:24] </w:t>
      </w:r>
      <w:r>
        <w:t>is silsilay mein shayad pehli numayan misal Hazrat Hajra ki hai.</w:t>
      </w:r>
    </w:p>
    <w:p>
      <w:pPr>
        <w:jc w:val="right"/>
      </w:pPr>
      <w:r>
        <w:t>اس سلسلے میں شاید پہلی نمایاں مثال حضرت ہاجرہ کی ہے۔</w:t>
      </w:r>
    </w:p>
    <w:p>
      <w:r>
        <w:rPr>
          <w:b/>
        </w:rPr>
        <w:t xml:space="preserve">[07:30] </w:t>
      </w:r>
      <w:r>
        <w:t>Allah taala ne chaha ab se char hazar saal pehle ke Hazrat Ibrahim ke zariye dawat ki ek</w:t>
      </w:r>
    </w:p>
    <w:p>
      <w:pPr>
        <w:jc w:val="right"/>
      </w:pPr>
      <w:r>
        <w:t>اللہ تعالیٰ نے چاہا اب سے چار ہزار سال پہلے کہ حضرت ابراہیم کے ذریعے دعوت کی ایک</w:t>
      </w:r>
    </w:p>
    <w:p>
      <w:r>
        <w:rPr>
          <w:b/>
        </w:rPr>
        <w:t xml:space="preserve">[07:36] </w:t>
      </w:r>
      <w:r>
        <w:t>nai planning ki jaye.</w:t>
      </w:r>
    </w:p>
    <w:p>
      <w:pPr>
        <w:jc w:val="right"/>
      </w:pPr>
      <w:r>
        <w:t>نئی پلاننگ کی جائے۔</w:t>
      </w:r>
    </w:p>
    <w:p>
      <w:r>
        <w:rPr>
          <w:b/>
        </w:rPr>
        <w:t xml:space="preserve">[07:41] </w:t>
      </w:r>
      <w:r>
        <w:t>ek team tayar ho, is team se peghambar aur sahaba rasool paida hon aur phir woh tareekh mein</w:t>
      </w:r>
    </w:p>
    <w:p>
      <w:pPr>
        <w:jc w:val="right"/>
      </w:pPr>
      <w:r>
        <w:t>ایک ٹیم تیار ہو، اس ٹیم سے پیغمبر اور صحابہ رسول پیدا ہوں اور پھر وہ تاریخ میں</w:t>
      </w:r>
    </w:p>
    <w:p>
      <w:r>
        <w:rPr>
          <w:b/>
        </w:rPr>
        <w:t xml:space="preserve">[07:47] </w:t>
      </w:r>
      <w:r>
        <w:t>ek naya daur shuru karen.</w:t>
      </w:r>
    </w:p>
    <w:p>
      <w:pPr>
        <w:jc w:val="right"/>
      </w:pPr>
      <w:r>
        <w:t>ایک نیا دور شروع کریں۔</w:t>
      </w:r>
    </w:p>
    <w:p>
      <w:r>
        <w:rPr>
          <w:b/>
        </w:rPr>
        <w:t xml:space="preserve">[07:52] </w:t>
      </w:r>
      <w:r>
        <w:t>Islam ka zahoor tareekh mein ek naye daur ka aghaz tha, in terms of process.</w:t>
      </w:r>
    </w:p>
    <w:p>
      <w:pPr>
        <w:jc w:val="right"/>
      </w:pPr>
      <w:r>
        <w:t>اسلام کا ظہور تاریخ میں ایک نئے دور کا آغاز تھا، ان ٹرمز آف پروسیس۔</w:t>
      </w:r>
    </w:p>
    <w:p>
      <w:r>
        <w:rPr>
          <w:b/>
        </w:rPr>
        <w:t xml:space="preserve">[07:58] </w:t>
      </w:r>
      <w:r>
        <w:t>dekhein koi bhi bara inqilab jo hai achaanak nahi aaya karta.</w:t>
      </w:r>
    </w:p>
    <w:p>
      <w:pPr>
        <w:jc w:val="right"/>
      </w:pPr>
      <w:r>
        <w:t>دیکھیں کوئی بھی بڑا انقلاب جو ہے اچانک نہیں آیا کرتا۔</w:t>
      </w:r>
    </w:p>
    <w:p>
      <w:r>
        <w:rPr>
          <w:b/>
        </w:rPr>
        <w:t xml:space="preserve">[08:04] </w:t>
      </w:r>
      <w:r>
        <w:t>woh aata hai process ke roop mein.</w:t>
      </w:r>
    </w:p>
    <w:p>
      <w:pPr>
        <w:jc w:val="right"/>
      </w:pPr>
      <w:r>
        <w:t>وہ آتا ہے پروسیس کے روپ میں۔</w:t>
      </w:r>
    </w:p>
    <w:p>
      <w:r>
        <w:rPr>
          <w:b/>
        </w:rPr>
        <w:t xml:space="preserve">[08:09] </w:t>
      </w:r>
      <w:r>
        <w:t>to rasool aur sahaba rasool ke zariye ek tareekh mein ek process jari karna tha.</w:t>
      </w:r>
    </w:p>
    <w:p>
      <w:pPr>
        <w:jc w:val="right"/>
      </w:pPr>
      <w:r>
        <w:t>تو رسول اور صحابہ رسول کے ذریعے ایک تاریخ میں ایک پروسیس جاری کرنا تھا۔</w:t>
      </w:r>
    </w:p>
    <w:p>
      <w:r>
        <w:rPr>
          <w:b/>
        </w:rPr>
        <w:t xml:space="preserve">[08:15] </w:t>
      </w:r>
      <w:r>
        <w:t>yani tareekh ko ek dhaka dena tha.</w:t>
      </w:r>
    </w:p>
    <w:p>
      <w:pPr>
        <w:jc w:val="right"/>
      </w:pPr>
      <w:r>
        <w:t>یعنی تاریخ کو ایک دھکا دینا تھا۔</w:t>
      </w:r>
    </w:p>
    <w:p>
      <w:r>
        <w:rPr>
          <w:b/>
        </w:rPr>
        <w:t xml:space="preserve">[08:20] </w:t>
      </w:r>
      <w:r>
        <w:t>is ke liye yeh planning thi.</w:t>
      </w:r>
    </w:p>
    <w:p>
      <w:pPr>
        <w:jc w:val="right"/>
      </w:pPr>
      <w:r>
        <w:t>اس کے لیے یہ پلاننگ تھی۔</w:t>
      </w:r>
    </w:p>
    <w:p>
      <w:r>
        <w:rPr>
          <w:b/>
        </w:rPr>
        <w:t xml:space="preserve">[08:26] </w:t>
      </w:r>
      <w:r>
        <w:t>to Hazrat Ibrahim ko hukum hua ke tum Hajra ko le jao aur desert mein basa do.</w:t>
      </w:r>
    </w:p>
    <w:p>
      <w:pPr>
        <w:jc w:val="right"/>
      </w:pPr>
      <w:r>
        <w:t>تو حضرت ابراہیم کو حکم ہوا کہ تم ہاجرہ کو لے جاؤ اور ڈیزرٹ میں بسا دو۔</w:t>
      </w:r>
    </w:p>
    <w:p>
      <w:r>
        <w:rPr>
          <w:b/>
        </w:rPr>
        <w:t xml:space="preserve">[08:31] </w:t>
      </w:r>
      <w:r>
        <w:t>Hijaz ke desert mein.</w:t>
      </w:r>
    </w:p>
    <w:p>
      <w:pPr>
        <w:jc w:val="right"/>
      </w:pPr>
      <w:r>
        <w:t>حجاز کے ڈیزرٹ میں۔</w:t>
      </w:r>
    </w:p>
    <w:p>
      <w:r>
        <w:rPr>
          <w:b/>
        </w:rPr>
        <w:t xml:space="preserve">[08:37] </w:t>
      </w:r>
      <w:r>
        <w:t>aap ghore kijiye ke wahan na koi abadi thi, na koi khane peene ka saman tha, hatta ke</w:t>
      </w:r>
    </w:p>
    <w:p>
      <w:pPr>
        <w:jc w:val="right"/>
      </w:pPr>
      <w:r>
        <w:t>آپ غور کیجیے کہ وہاں نہ کوئی آبادی تھی، نہ کوئی کھانے پینے کا سامان تھا، حتیٰ کہ</w:t>
      </w:r>
    </w:p>
    <w:p>
      <w:r>
        <w:rPr>
          <w:b/>
        </w:rPr>
        <w:t xml:space="preserve">[08:43] </w:t>
      </w:r>
      <w:r>
        <w:t>pani bhi nahi.</w:t>
      </w:r>
    </w:p>
    <w:p>
      <w:pPr>
        <w:jc w:val="right"/>
      </w:pPr>
      <w:r>
        <w:t>پانی بھی نہیں۔</w:t>
      </w:r>
    </w:p>
    <w:p>
      <w:r>
        <w:rPr>
          <w:b/>
        </w:rPr>
        <w:t xml:space="preserve">[08:48] </w:t>
      </w:r>
      <w:r>
        <w:t>jo ke zindagi ke liye sab se zyada zaroori cheez hai.</w:t>
      </w:r>
    </w:p>
    <w:p>
      <w:pPr>
        <w:jc w:val="right"/>
      </w:pPr>
      <w:r>
        <w:t>جو کہ زندگی کے لیے سب سے زیادہ ضروری چیز ہے۔</w:t>
      </w:r>
    </w:p>
    <w:p>
      <w:r>
        <w:rPr>
          <w:b/>
        </w:rPr>
        <w:t xml:space="preserve">[08:54] </w:t>
      </w:r>
      <w:r>
        <w:t>to Hazrat Ibrahim ne is par amal kiya.</w:t>
      </w:r>
    </w:p>
    <w:p>
      <w:pPr>
        <w:jc w:val="right"/>
      </w:pPr>
      <w:r>
        <w:t>تو حضرت ابراہیم نے اس پر عمل کیا۔</w:t>
      </w:r>
    </w:p>
    <w:p>
      <w:r>
        <w:rPr>
          <w:b/>
        </w:rPr>
        <w:t xml:space="preserve">[08:59] </w:t>
      </w:r>
      <w:r>
        <w:t>aur ja kar wahan basa diya Hajra ko, un ke chote bete Ismail ko.</w:t>
      </w:r>
    </w:p>
    <w:p>
      <w:pPr>
        <w:jc w:val="right"/>
      </w:pPr>
      <w:r>
        <w:t>اور جا کر وہاں بسا دیا ہاجرہ کو، ان کے چھوٹے بیٹے اسماعیل کو۔</w:t>
      </w:r>
    </w:p>
    <w:p>
      <w:r>
        <w:rPr>
          <w:b/>
        </w:rPr>
        <w:t xml:space="preserve">[09:05] </w:t>
      </w:r>
      <w:r>
        <w:t>to riwayat batati hain ke wahan par ek din achaanak chashma jari ho gaya, Zam Zam ka chashma.</w:t>
      </w:r>
    </w:p>
    <w:p>
      <w:pPr>
        <w:jc w:val="right"/>
      </w:pPr>
      <w:r>
        <w:t>تو روایت بتاتی ہیں کہ وہاں پر ایک دن اچانک چشمہ جاری ہو گیا، زم زم کا چشمہ۔</w:t>
      </w:r>
    </w:p>
    <w:p>
      <w:r>
        <w:rPr>
          <w:b/>
        </w:rPr>
        <w:t xml:space="preserve">[09:11] </w:t>
      </w:r>
      <w:r>
        <w:t>lekin yeh achaanak nahi tha.</w:t>
      </w:r>
    </w:p>
    <w:p>
      <w:pPr>
        <w:jc w:val="right"/>
      </w:pPr>
      <w:r>
        <w:t>لیکن یہ اچانک نہیں تھا۔</w:t>
      </w:r>
    </w:p>
    <w:p>
      <w:r>
        <w:rPr>
          <w:b/>
        </w:rPr>
        <w:t xml:space="preserve">[09:16] </w:t>
      </w:r>
      <w:r>
        <w:t>jo jis ko kehte hain geology, yani tabqat al arz.</w:t>
      </w:r>
    </w:p>
    <w:p>
      <w:pPr>
        <w:jc w:val="right"/>
      </w:pPr>
      <w:r>
        <w:t>جو جس کو کہتے ہیں جیولوجی، یعنی طبقات الارض۔</w:t>
      </w:r>
    </w:p>
    <w:p>
      <w:r>
        <w:rPr>
          <w:b/>
        </w:rPr>
        <w:t xml:space="preserve">[09:22] </w:t>
      </w:r>
      <w:r>
        <w:t>jeology ki jo study hui hai is se maloom hota hai ke hazaron saal ke andar wahan par</w:t>
      </w:r>
    </w:p>
    <w:p>
      <w:pPr>
        <w:jc w:val="right"/>
      </w:pPr>
      <w:r>
        <w:t>جیولوجی کی جو اسٹڈی ہوئی ہے اس سے معلوم ہوتا ہے کہ ہزاروں سال کے اندر وہاں پر</w:t>
      </w:r>
    </w:p>
    <w:p>
      <w:r>
        <w:rPr>
          <w:b/>
        </w:rPr>
        <w:t xml:space="preserve">[09:27] </w:t>
      </w:r>
      <w:r>
        <w:t>aik changes hue.</w:t>
      </w:r>
    </w:p>
    <w:p>
      <w:pPr>
        <w:jc w:val="right"/>
      </w:pPr>
      <w:r>
        <w:t>ایک چینجز ہوئے۔</w:t>
      </w:r>
    </w:p>
    <w:p>
      <w:r>
        <w:rPr>
          <w:b/>
        </w:rPr>
        <w:t xml:space="preserve">[09:33] </w:t>
      </w:r>
      <w:r>
        <w:t>wahan ke jo strata hai, is strata mein changes hue.</w:t>
      </w:r>
    </w:p>
    <w:p>
      <w:pPr>
        <w:jc w:val="right"/>
      </w:pPr>
      <w:r>
        <w:t>وہاں کے جو اسٹریٹا ہے، اس اسٹریٹا میں چینجز ہوئے۔</w:t>
      </w:r>
    </w:p>
    <w:p>
      <w:r>
        <w:rPr>
          <w:b/>
        </w:rPr>
        <w:t xml:space="preserve">[09:39] </w:t>
      </w:r>
      <w:r>
        <w:t>aur mukhtalif qism ke process wahan par hua.</w:t>
      </w:r>
    </w:p>
    <w:p>
      <w:pPr>
        <w:jc w:val="right"/>
      </w:pPr>
      <w:r>
        <w:t>اور مختلف قسم کے پروسیس وہاں پر ہوا۔</w:t>
      </w:r>
    </w:p>
    <w:p>
      <w:r>
        <w:rPr>
          <w:b/>
        </w:rPr>
        <w:t xml:space="preserve">[09:44] </w:t>
      </w:r>
      <w:r>
        <w:t>is ke nateejay mein aik khaas maqam par pani jama hua.</w:t>
      </w:r>
    </w:p>
    <w:p>
      <w:pPr>
        <w:jc w:val="right"/>
      </w:pPr>
      <w:r>
        <w:t>اس کے نتیجے میں ایک خاص مقام پر پانی جمع ہوا۔</w:t>
      </w:r>
    </w:p>
    <w:p>
      <w:r>
        <w:rPr>
          <w:b/>
        </w:rPr>
        <w:t xml:space="preserve">[09:50] </w:t>
      </w:r>
      <w:r>
        <w:t>aik khaas maqam par pani jama hua.</w:t>
      </w:r>
    </w:p>
    <w:p>
      <w:pPr>
        <w:jc w:val="right"/>
      </w:pPr>
      <w:r>
        <w:t>ایک خاص مقام پر پانی جمع ہوا۔</w:t>
      </w:r>
    </w:p>
    <w:p>
      <w:r>
        <w:rPr>
          <w:b/>
        </w:rPr>
        <w:t xml:space="preserve">[09:55] </w:t>
      </w:r>
      <w:r>
        <w:t>jis ko hum mineral water kehte hain.</w:t>
      </w:r>
    </w:p>
    <w:p>
      <w:pPr>
        <w:jc w:val="right"/>
      </w:pPr>
      <w:r>
        <w:t>جس کو ہم منرل واٹر کہتے ہیں۔</w:t>
      </w:r>
    </w:p>
    <w:p>
      <w:r>
        <w:rPr>
          <w:b/>
        </w:rPr>
        <w:t xml:space="preserve">[10:01] </w:t>
      </w:r>
      <w:r>
        <w:t>haqeeqat mein zam zam mineral water hai.</w:t>
      </w:r>
    </w:p>
    <w:p>
      <w:pPr>
        <w:jc w:val="right"/>
      </w:pPr>
      <w:r>
        <w:t>حقیقت میں زم زم منرل واٹر ہے۔</w:t>
      </w:r>
    </w:p>
    <w:p>
      <w:r>
        <w:rPr>
          <w:b/>
        </w:rPr>
        <w:t xml:space="preserve">[10:07] </w:t>
      </w:r>
      <w:r>
        <w:t>aur woh hote hote hote aik dam ooper tak aa gaya.</w:t>
      </w:r>
    </w:p>
    <w:p>
      <w:pPr>
        <w:jc w:val="right"/>
      </w:pPr>
      <w:r>
        <w:t>اور وہ ہوتے ہوتے ہوتے ایک دم اوپر تک آ گیا۔</w:t>
      </w:r>
    </w:p>
    <w:p>
      <w:r>
        <w:rPr>
          <w:b/>
        </w:rPr>
        <w:t xml:space="preserve">[10:12] </w:t>
      </w:r>
      <w:r>
        <w:t>aur yahan tak ke mamooli si wahan par aik waqea hua jis se woh ubal pada hua.</w:t>
      </w:r>
    </w:p>
    <w:p>
      <w:pPr>
        <w:jc w:val="right"/>
      </w:pPr>
      <w:r>
        <w:t>اور یہاں تک کہ معمولی سی وہاں پر ایک واقعہ ہوا جس سے وہ ابل پڑا ہوا۔</w:t>
      </w:r>
    </w:p>
    <w:p>
      <w:r>
        <w:rPr>
          <w:b/>
        </w:rPr>
        <w:t xml:space="preserve">[10:18] </w:t>
      </w:r>
      <w:r>
        <w:t>to Allah taala ne Hazrat Hajra ko basaya tha sehra mein chaar hazar saal pehle.</w:t>
      </w:r>
    </w:p>
    <w:p>
      <w:pPr>
        <w:jc w:val="right"/>
      </w:pPr>
      <w:r>
        <w:t>تو اللہ تعالیٰ نے حضرت ہاجرہ کو بسایا تھا صحرا میں چار ہزار سال پہلے۔</w:t>
      </w:r>
    </w:p>
    <w:p>
      <w:r>
        <w:rPr>
          <w:b/>
        </w:rPr>
        <w:t xml:space="preserve">[10:23] </w:t>
      </w:r>
      <w:r>
        <w:t>is se hazaron saal pehle jeology mein woh changes paida kiye Allah taala ne ke wahan par zam</w:t>
      </w:r>
    </w:p>
    <w:p>
      <w:pPr>
        <w:jc w:val="right"/>
      </w:pPr>
      <w:r>
        <w:t>اس سے ہزاروں سال پہلے جیولوجی میں وہ چینجز پیدا کیے اللہ تعالیٰ نے کہ وہاں پر زم</w:t>
      </w:r>
    </w:p>
    <w:p>
      <w:r>
        <w:rPr>
          <w:b/>
        </w:rPr>
        <w:t xml:space="preserve">[10:29] </w:t>
      </w:r>
      <w:r>
        <w:t>zam jaisa aik bohat bara reservoir, woh aik reservoir tha, reservoir bane woh aap aur un ko pani</w:t>
      </w:r>
    </w:p>
    <w:p>
      <w:pPr>
        <w:jc w:val="right"/>
      </w:pPr>
      <w:r>
        <w:t>زم جیسا ایک بہت بڑا ریزروائر، وہ ایک ریزروائر تھا، ریزروائر بنے وہ آپ اور ان کو پانی</w:t>
      </w:r>
    </w:p>
    <w:p>
      <w:r>
        <w:rPr>
          <w:b/>
        </w:rPr>
        <w:t xml:space="preserve">[10:35] </w:t>
      </w:r>
      <w:r>
        <w:t>mile, aaj tak pani jaari hai wahan par.</w:t>
      </w:r>
    </w:p>
    <w:p>
      <w:pPr>
        <w:jc w:val="right"/>
      </w:pPr>
      <w:r>
        <w:t>ملے، آج تک پانی جاری ہے وہاں پر۔</w:t>
      </w:r>
    </w:p>
    <w:p>
      <w:r>
        <w:rPr>
          <w:b/>
        </w:rPr>
        <w:t xml:space="preserve">[10:40] </w:t>
      </w:r>
      <w:r>
        <w:t>to Hazrat Hajra ne aik aisa iqdam kiya tha wahan par ke aam insan soch nahi sakta is ko.</w:t>
      </w:r>
    </w:p>
    <w:p>
      <w:pPr>
        <w:jc w:val="right"/>
      </w:pPr>
      <w:r>
        <w:t>تو حضرت ہاجرہ نے ایک ایسا اقدام کیا تھا وہاں پر کہ عام انسان سوچ نہیں سکتا اس کو۔</w:t>
      </w:r>
    </w:p>
    <w:p>
      <w:r>
        <w:rPr>
          <w:b/>
        </w:rPr>
        <w:t xml:space="preserve">[10:46] </w:t>
      </w:r>
      <w:r>
        <w:t>aik mukalma Bukhari ki riwayat mein aaya hai ke Hazrat Ibrahim jab un ko is desert mein chhod</w:t>
      </w:r>
    </w:p>
    <w:p>
      <w:pPr>
        <w:jc w:val="right"/>
      </w:pPr>
      <w:r>
        <w:t>ایک مکالمہ بخاری کی روایت میں آیا ہے کہ حضرت ابراہیم جب ان کو اس ڈیزرٹ میں چھوڑ</w:t>
      </w:r>
    </w:p>
    <w:p>
      <w:r>
        <w:rPr>
          <w:b/>
        </w:rPr>
        <w:t xml:space="preserve">[10:51] </w:t>
      </w:r>
      <w:r>
        <w:t>kar jaane lage.</w:t>
      </w:r>
    </w:p>
    <w:p>
      <w:pPr>
        <w:jc w:val="right"/>
      </w:pPr>
      <w:r>
        <w:t>کر جانے لگے۔</w:t>
      </w:r>
    </w:p>
    <w:p>
      <w:r>
        <w:rPr>
          <w:b/>
        </w:rPr>
        <w:t xml:space="preserve">[10:57] </w:t>
      </w:r>
      <w:r>
        <w:t>woh hain aur chhota bachcha aur kuch bhi nahin.</w:t>
      </w:r>
    </w:p>
    <w:p>
      <w:pPr>
        <w:jc w:val="right"/>
      </w:pPr>
      <w:r>
        <w:t>وہ ہیں اور چھوٹا بچہ اور کچھ بھی نہیں۔</w:t>
      </w:r>
    </w:p>
    <w:p>
      <w:r>
        <w:rPr>
          <w:b/>
        </w:rPr>
        <w:t xml:space="preserve">[11:03] </w:t>
      </w:r>
      <w:r>
        <w:t>to Hajra ne kaha ke hum ko yahan chhod kar kahan ja rahe hain aap? to Hazrat Ibrahim bole nahin.</w:t>
      </w:r>
    </w:p>
    <w:p>
      <w:pPr>
        <w:jc w:val="right"/>
      </w:pPr>
      <w:r>
        <w:t>تو ہاجرہ نے کہا کہ ہم کو یہاں چھوڑ کر کہاں جا رہے ہیں آپ؟ تو حضرت ابراہیم بولے نہیں۔</w:t>
      </w:r>
    </w:p>
    <w:p>
      <w:r>
        <w:rPr>
          <w:b/>
        </w:rPr>
        <w:t xml:space="preserve">[11:08] </w:t>
      </w:r>
      <w:r>
        <w:t>kai baar unhone kaha ke aap, yani is sawal ko kai baar dohraya unhone.</w:t>
      </w:r>
    </w:p>
    <w:p>
      <w:pPr>
        <w:jc w:val="right"/>
      </w:pPr>
      <w:r>
        <w:t>کئی بار انہوں نے کہا کہ آپ، یعنی اس سوال کو کئی بار دہرایا انہوں نے۔</w:t>
      </w:r>
    </w:p>
    <w:p>
      <w:r>
        <w:rPr>
          <w:b/>
        </w:rPr>
        <w:t xml:space="preserve">[11:14] </w:t>
      </w:r>
      <w:r>
        <w:t>aakhir mein unhone kaha ke kya aap ko Allah ne aisa karne ka hukum diya hai? to</w:t>
      </w:r>
    </w:p>
    <w:p>
      <w:pPr>
        <w:jc w:val="right"/>
      </w:pPr>
      <w:r>
        <w:t>آخر میں انہوں نے کہا کہ کیا آپ کو اللہ نے ایسا کرنے کا حکم دیا ہے؟ تو</w:t>
      </w:r>
    </w:p>
    <w:p>
      <w:r>
        <w:rPr>
          <w:b/>
        </w:rPr>
        <w:t xml:space="preserve">[11:19] </w:t>
      </w:r>
      <w:r>
        <w:t>Hazrat Ibrahim ne kaha ke haan.</w:t>
      </w:r>
    </w:p>
    <w:p>
      <w:pPr>
        <w:jc w:val="right"/>
      </w:pPr>
      <w:r>
        <w:t>حضرت ابراہیم نے کہا کہ ہاں۔</w:t>
      </w:r>
    </w:p>
    <w:p>
      <w:r>
        <w:rPr>
          <w:b/>
        </w:rPr>
        <w:t xml:space="preserve">[11:25] </w:t>
      </w:r>
      <w:r>
        <w:t>to is waqt Hajra boli.</w:t>
      </w:r>
    </w:p>
    <w:p>
      <w:pPr>
        <w:jc w:val="right"/>
      </w:pPr>
      <w:r>
        <w:t>تو اس وقت ہاجرہ بولی۔</w:t>
      </w:r>
    </w:p>
    <w:p>
      <w:r>
        <w:rPr>
          <w:b/>
        </w:rPr>
        <w:t xml:space="preserve">[11:31] </w:t>
      </w:r>
      <w:r>
        <w:t>phir Allah hamein zaya nahi karega.</w:t>
      </w:r>
    </w:p>
    <w:p>
      <w:pPr>
        <w:jc w:val="right"/>
      </w:pPr>
      <w:r>
        <w:t>پھر اللہ ہمیں ضائع نہیں کرے گا۔</w:t>
      </w:r>
    </w:p>
    <w:p>
      <w:r>
        <w:rPr>
          <w:b/>
        </w:rPr>
        <w:t xml:space="preserve">[11:36] </w:t>
      </w:r>
      <w:r>
        <w:t>yeh jumla is khatoon ne kaha tha desert mein khade ho kar.</w:t>
      </w:r>
    </w:p>
    <w:p>
      <w:pPr>
        <w:jc w:val="right"/>
      </w:pPr>
      <w:r>
        <w:t>یہ جملہ اس خاتون نے کہا تھا ڈیزرٹ میں کھڑے ہو کر۔</w:t>
      </w:r>
    </w:p>
    <w:p>
      <w:r>
        <w:rPr>
          <w:b/>
        </w:rPr>
        <w:t xml:space="preserve">[11:42] </w:t>
      </w:r>
      <w:r>
        <w:t>to is ka Allah taala ne peshgi tor par is ko poora kar diya.</w:t>
      </w:r>
    </w:p>
    <w:p>
      <w:pPr>
        <w:jc w:val="right"/>
      </w:pPr>
      <w:r>
        <w:t>تو اس کا اللہ تعالیٰ نے پیشگی طور پر اس کو پورا کر دیا۔</w:t>
      </w:r>
    </w:p>
    <w:p>
      <w:r>
        <w:rPr>
          <w:b/>
        </w:rPr>
        <w:t xml:space="preserve">[11:47] </w:t>
      </w:r>
      <w:r>
        <w:t>ke wahan par zam zam ka chashma jaari hua, phir is ki wajah se wahan abadi qaim hui</w:t>
      </w:r>
    </w:p>
    <w:p>
      <w:pPr>
        <w:jc w:val="right"/>
      </w:pPr>
      <w:r>
        <w:t>کہ وہاں پر زم زم کا چشمہ جاری ہوا، پھر اس کی وجہ سے وہاں آبادی قائم ہوئی</w:t>
      </w:r>
    </w:p>
    <w:p>
      <w:r>
        <w:rPr>
          <w:b/>
        </w:rPr>
        <w:t xml:space="preserve">[11:53] </w:t>
      </w:r>
      <w:r>
        <w:t>aur sab baad ko poori tareekh bani.</w:t>
      </w:r>
    </w:p>
    <w:p>
      <w:pPr>
        <w:jc w:val="right"/>
      </w:pPr>
      <w:r>
        <w:t>اور سب بعد کو پوری تاریخ بنی۔</w:t>
      </w:r>
    </w:p>
    <w:p>
      <w:r>
        <w:rPr>
          <w:b/>
        </w:rPr>
        <w:t xml:space="preserve">[11:59] </w:t>
      </w:r>
      <w:r>
        <w:t>yahi muamla maujooda zamanay mein hua hai.</w:t>
      </w:r>
    </w:p>
    <w:p>
      <w:pPr>
        <w:jc w:val="right"/>
      </w:pPr>
      <w:r>
        <w:t>یہی معاملہ موجودہ زمانے میں ہوا ہے۔</w:t>
      </w:r>
    </w:p>
    <w:p>
      <w:r>
        <w:rPr>
          <w:b/>
        </w:rPr>
        <w:t xml:space="preserve">[12:04] </w:t>
      </w:r>
      <w:r>
        <w:t>dekhiye Allah taala ko yeh matloob tha ke yeh deen jo hai yeh abadi tor par mehfooz rahe.</w:t>
      </w:r>
    </w:p>
    <w:p>
      <w:pPr>
        <w:jc w:val="right"/>
      </w:pPr>
      <w:r>
        <w:t>دیکھیے اللہ تعالیٰ کو یہ مطلوب تھا کہ یہ دین جو ہے یہ ابدی طور پر محفوظ رہے۔</w:t>
      </w:r>
    </w:p>
    <w:p>
      <w:r>
        <w:rPr>
          <w:b/>
        </w:rPr>
        <w:t xml:space="preserve">[12:10] </w:t>
      </w:r>
      <w:r>
        <w:t>koi bhi waqea is deen ki hifazat ko, yaani is deen ki hifazat ke muamle ko bigar na sake.</w:t>
      </w:r>
    </w:p>
    <w:p>
      <w:pPr>
        <w:jc w:val="right"/>
      </w:pPr>
      <w:r>
        <w:t>کوئی بھی واقعہ اس دین کی حفاظت کو، یعنی اس دین کی حفاظت کے معاملے کو بگاڑ نہ سکے۔</w:t>
      </w:r>
    </w:p>
    <w:p>
      <w:r>
        <w:rPr>
          <w:b/>
        </w:rPr>
        <w:t xml:space="preserve">[12:15] </w:t>
      </w:r>
      <w:r>
        <w:t>kyunke qadeem zamanay mein bohat se anbiya aaye magar un ka deen mehfooz shakal mein baqi nahi raha.</w:t>
      </w:r>
    </w:p>
    <w:p>
      <w:pPr>
        <w:jc w:val="right"/>
      </w:pPr>
      <w:r>
        <w:t>کیونکہ قدیم زمانے میں بہت سے انبیاء آئے مگر ان کا دین محفوظ شکل میں باقی نہیں رہا۔</w:t>
      </w:r>
    </w:p>
    <w:p>
      <w:r>
        <w:rPr>
          <w:b/>
        </w:rPr>
        <w:t xml:space="preserve">[12:21] </w:t>
      </w:r>
      <w:r>
        <w:t>to Allah taala ne ajeeb ghareeb intezam kiya.</w:t>
      </w:r>
    </w:p>
    <w:p>
      <w:pPr>
        <w:jc w:val="right"/>
      </w:pPr>
      <w:r>
        <w:t>تو اللہ تعالیٰ نے عجیب غریب انتظام کیا۔</w:t>
      </w:r>
    </w:p>
    <w:p>
      <w:r>
        <w:rPr>
          <w:b/>
        </w:rPr>
        <w:t xml:space="preserve">[12:26] </w:t>
      </w:r>
      <w:r>
        <w:t>yaani arab world ke neeche dunya ka jo tel ka zakhira hai, taqreeban assi feesad arab world</w:t>
      </w:r>
    </w:p>
    <w:p>
      <w:pPr>
        <w:jc w:val="right"/>
      </w:pPr>
      <w:r>
        <w:t>یعنی عرب ورلڈ کے نیچے دنیا کا کا جو تیل کا ذخیرہ ہے، تقریباً اسی فیصد عرب ورلڈ</w:t>
      </w:r>
    </w:p>
    <w:p>
      <w:r>
        <w:rPr>
          <w:b/>
        </w:rPr>
        <w:t xml:space="preserve">[12:32] </w:t>
      </w:r>
      <w:r>
        <w:t>ke neeche hai.</w:t>
      </w:r>
    </w:p>
    <w:p>
      <w:pPr>
        <w:jc w:val="right"/>
      </w:pPr>
      <w:r>
        <w:t>کے نیچے ہے۔</w:t>
      </w:r>
    </w:p>
    <w:p>
      <w:r>
        <w:rPr>
          <w:b/>
        </w:rPr>
        <w:t xml:space="preserve">[12:38] </w:t>
      </w:r>
      <w:r>
        <w:t>تو ایک محقق نے، ایک اسکالر نے اس کو لکھا ہے کہ یہ accident of geography تھا۔</w:t>
      </w:r>
    </w:p>
    <w:p>
      <w:pPr>
        <w:jc w:val="right"/>
      </w:pPr>
      <w:r>
        <w:t>تو ایک محقق نے، ایک اسکالر نے اس کو لکھا ہے کہ یہ ایکسیڈنٹ آف جیوگرافی تھا۔</w:t>
      </w:r>
    </w:p>
    <w:p>
      <w:r>
        <w:rPr>
          <w:b/>
        </w:rPr>
        <w:t xml:space="preserve">[12:43] </w:t>
      </w:r>
      <w:r>
        <w:t>accident of geography, ek jografiyai ittifaq.</w:t>
      </w:r>
    </w:p>
    <w:p>
      <w:pPr>
        <w:jc w:val="right"/>
      </w:pPr>
      <w:r>
        <w:t>ایکسیڈنٹ آف جیوگرافی، ایک جغرافیائی اتفاق۔</w:t>
      </w:r>
    </w:p>
    <w:p>
      <w:r>
        <w:rPr>
          <w:b/>
        </w:rPr>
        <w:t xml:space="preserve">[12:49] </w:t>
      </w:r>
      <w:r>
        <w:t>ke kaise pani wahan, kaise wahan par sara tel ka zakhira wahan jama ho gaya arab world ke neeche.</w:t>
      </w:r>
    </w:p>
    <w:p>
      <w:pPr>
        <w:jc w:val="right"/>
      </w:pPr>
      <w:r>
        <w:t>کہ کیسے پانی وہاں، کیسے وہاں پر سارا تیل کا ذخیرہ وہاں جمع ہو گیا عرب ورلڈ کے نیچے۔</w:t>
      </w:r>
    </w:p>
    <w:p>
      <w:r>
        <w:rPr>
          <w:b/>
        </w:rPr>
        <w:t xml:space="preserve">[12:54] </w:t>
      </w:r>
      <w:r>
        <w:t>تو اس کو وہ ایکسپلین نہیں کر سکا تو اس نے کہا گیا کہ that was due to</w:t>
      </w:r>
    </w:p>
    <w:p>
      <w:pPr>
        <w:jc w:val="right"/>
      </w:pPr>
      <w:r>
        <w:t>تو اس کو وہ ایکسپلین نہیں کر سکا تو اس نے کہا گیا کہ دیٹ واز ڈیو ٹو</w:t>
      </w:r>
    </w:p>
    <w:p>
      <w:r>
        <w:rPr>
          <w:b/>
        </w:rPr>
        <w:t xml:space="preserve">[13:00] </w:t>
      </w:r>
      <w:r>
        <w:t>an accident of geography.</w:t>
      </w:r>
    </w:p>
    <w:p>
      <w:pPr>
        <w:jc w:val="right"/>
      </w:pPr>
      <w:r>
        <w:t>این ایکسیڈنٹ آف جیوگرافی۔</w:t>
      </w:r>
    </w:p>
    <w:p>
      <w:r>
        <w:rPr>
          <w:b/>
        </w:rPr>
        <w:t xml:space="preserve">[13:06] </w:t>
      </w:r>
      <w:r>
        <w:t>magar aisa nahi hai.</w:t>
      </w:r>
    </w:p>
    <w:p>
      <w:pPr>
        <w:jc w:val="right"/>
      </w:pPr>
      <w:r>
        <w:t>مگر ایسا نہیں ہے۔</w:t>
      </w:r>
    </w:p>
    <w:p>
      <w:r>
        <w:rPr>
          <w:b/>
        </w:rPr>
        <w:t xml:space="preserve">[13:11] </w:t>
      </w:r>
      <w:r>
        <w:t>wo Allah ke faisle ke tehat tha.</w:t>
      </w:r>
    </w:p>
    <w:p>
      <w:pPr>
        <w:jc w:val="right"/>
      </w:pPr>
      <w:r>
        <w:t>وہ اللہ کے فیصلے کے تحت تھا۔</w:t>
      </w:r>
    </w:p>
    <w:p>
      <w:r>
        <w:rPr>
          <w:b/>
        </w:rPr>
        <w:t xml:space="preserve">[13:17] </w:t>
      </w:r>
      <w:r>
        <w:t>ke arbon ko aise ab wasail diye jayen ke har daur mein wo Islam ki hifazat ke daaman</w:t>
      </w:r>
    </w:p>
    <w:p>
      <w:pPr>
        <w:jc w:val="right"/>
      </w:pPr>
      <w:r>
        <w:t>کہ عربوں کو ایسے اب وسائل دیے جائیں کہ ہر دور میں وہ اسلام کی حفاظت کے دامن</w:t>
      </w:r>
    </w:p>
    <w:p>
      <w:r>
        <w:rPr>
          <w:b/>
        </w:rPr>
        <w:t xml:space="preserve">[13:22] </w:t>
      </w:r>
      <w:r>
        <w:t>mein bane rahen.</w:t>
      </w:r>
    </w:p>
    <w:p>
      <w:pPr>
        <w:jc w:val="right"/>
      </w:pPr>
      <w:r>
        <w:t>میں بنے رہیں۔</w:t>
      </w:r>
    </w:p>
    <w:p>
      <w:r>
        <w:rPr>
          <w:b/>
        </w:rPr>
        <w:t xml:space="preserve">[13:28] </w:t>
      </w:r>
      <w:r>
        <w:t>kyunke sab se bari cheez dekhiye ke arbon ke sath arabi zaban juri hui hai.</w:t>
      </w:r>
    </w:p>
    <w:p>
      <w:pPr>
        <w:jc w:val="right"/>
      </w:pPr>
      <w:r>
        <w:t>کیونکہ سب سے بڑی چیز دیکھیے کہ عربوں کے ساتھ عربی زبان جڑی ہوئی ہے۔</w:t>
      </w:r>
    </w:p>
    <w:p>
      <w:r>
        <w:rPr>
          <w:b/>
        </w:rPr>
        <w:t xml:space="preserve">[13:34] </w:t>
      </w:r>
      <w:r>
        <w:t>yeh sirf Quran ki baat nahi hai, zaban ki hifazat ki baat bhi hai.</w:t>
      </w:r>
    </w:p>
    <w:p>
      <w:pPr>
        <w:jc w:val="right"/>
      </w:pPr>
      <w:r>
        <w:t>یہ صرف قرآن کی بات نہیں ہے، زبان کی حفاظت کی بات بھی ہے۔</w:t>
      </w:r>
    </w:p>
    <w:p>
      <w:r>
        <w:rPr>
          <w:b/>
        </w:rPr>
        <w:t xml:space="preserve">[13:39] </w:t>
      </w:r>
      <w:r>
        <w:t>agar zaban mehfooz na rahe to Quran labariyon mein rahega, koi samjhega nahi is ko.</w:t>
      </w:r>
    </w:p>
    <w:p>
      <w:pPr>
        <w:jc w:val="right"/>
      </w:pPr>
      <w:r>
        <w:t>اگر زبان محفوظ نہ رہے تو قرآن لاباریوں میں رہے گا، کوئی سمجھے گا نہیں اس کو۔</w:t>
      </w:r>
    </w:p>
    <w:p>
      <w:r>
        <w:rPr>
          <w:b/>
        </w:rPr>
        <w:t xml:space="preserve">[13:45] </w:t>
      </w:r>
      <w:r>
        <w:t>to arabi zaban ko mehfooz zaban banaye rakhne ke liye beshumar daulat darkar thi.</w:t>
      </w:r>
    </w:p>
    <w:p>
      <w:pPr>
        <w:jc w:val="right"/>
      </w:pPr>
      <w:r>
        <w:t>تو عربی زبان کو محفوظ زبان بنائے رکھنے کے لیے بے شمار دولت درکار تھی۔</w:t>
      </w:r>
    </w:p>
    <w:p>
      <w:r>
        <w:rPr>
          <w:b/>
        </w:rPr>
        <w:t xml:space="preserve">[13:50] </w:t>
      </w:r>
      <w:r>
        <w:t>kyunke koi zaban, koi bhi zaban aisi nahi hai jo aaj tak mehfooz ho.</w:t>
      </w:r>
    </w:p>
    <w:p>
      <w:pPr>
        <w:jc w:val="right"/>
      </w:pPr>
      <w:r>
        <w:t>کیونکہ کوئی زبان، کوئی بھی زبان ایسی نہیں ہے جو آج تک محفوظ ہو۔</w:t>
      </w:r>
    </w:p>
    <w:p>
      <w:r>
        <w:rPr>
          <w:b/>
        </w:rPr>
        <w:t xml:space="preserve">[13:56] </w:t>
      </w:r>
      <w:r>
        <w:t>dedh hazar saal se mehfooz ho.</w:t>
      </w:r>
    </w:p>
    <w:p>
      <w:pPr>
        <w:jc w:val="right"/>
      </w:pPr>
      <w:r>
        <w:t>ڈیڑھ ہزار سال سے محفوظ ہو۔</w:t>
      </w:r>
    </w:p>
    <w:p>
      <w:r>
        <w:rPr>
          <w:b/>
        </w:rPr>
        <w:t xml:space="preserve">[14:02] </w:t>
      </w:r>
      <w:r>
        <w:t>koi bhi zaban nahi.</w:t>
      </w:r>
    </w:p>
    <w:p>
      <w:pPr>
        <w:jc w:val="right"/>
      </w:pPr>
      <w:r>
        <w:t>کوئی بھی زبان نہیں۔</w:t>
      </w:r>
    </w:p>
    <w:p>
      <w:r>
        <w:rPr>
          <w:b/>
        </w:rPr>
        <w:t xml:space="preserve">[14:07] </w:t>
      </w:r>
      <w:r>
        <w:t>misal ke tor par dekhiye, angrezi zaban jo hai itni taraqqi yafta zaban hai.</w:t>
      </w:r>
    </w:p>
    <w:p>
      <w:pPr>
        <w:jc w:val="right"/>
      </w:pPr>
      <w:r>
        <w:t>مثال کے طور پر دیکھیے، انگریزی زبان جو ہے اتنی ترقی یافتہ زبان ہے۔</w:t>
      </w:r>
    </w:p>
    <w:p>
      <w:r>
        <w:rPr>
          <w:b/>
        </w:rPr>
        <w:t xml:space="preserve">[14:13] </w:t>
      </w:r>
      <w:r>
        <w:t>paanch sau saal pehle hua paida chaser.</w:t>
      </w:r>
    </w:p>
    <w:p>
      <w:pPr>
        <w:jc w:val="right"/>
      </w:pPr>
      <w:r>
        <w:t>پانچ سو سال پہلے ہوا پیدا چاصر۔</w:t>
      </w:r>
    </w:p>
    <w:p>
      <w:r>
        <w:rPr>
          <w:b/>
        </w:rPr>
        <w:t xml:space="preserve">[14:18] </w:t>
      </w:r>
      <w:r>
        <w:t>aap is ki angrezi, bazahir to angrezi is ki zabaan thi is ki, chaser.</w:t>
      </w:r>
    </w:p>
    <w:p>
      <w:pPr>
        <w:jc w:val="right"/>
      </w:pPr>
      <w:r>
        <w:t>آپ اس کی انگریزی، بظاہر تو انگریزی اس کی زبان تھی اس کی، چاصر۔</w:t>
      </w:r>
    </w:p>
    <w:p>
      <w:r>
        <w:rPr>
          <w:b/>
        </w:rPr>
        <w:t xml:space="preserve">[14:24] </w:t>
      </w:r>
      <w:r>
        <w:t>jo poet tha, aap samajh nahin sakte is ki angrezi ko.</w:t>
      </w:r>
    </w:p>
    <w:p>
      <w:pPr>
        <w:jc w:val="right"/>
      </w:pPr>
      <w:r>
        <w:t>جو پوئٹ تھا، آپ سمجھ نہیں سکتے اس کی انگریزی کو۔</w:t>
      </w:r>
    </w:p>
    <w:p>
      <w:r>
        <w:rPr>
          <w:b/>
        </w:rPr>
        <w:t xml:space="preserve">[14:30] </w:t>
      </w:r>
      <w:r>
        <w:t>aaj se teen sau saal pehle paida hua shakespeare, is ki bhi zabaan ko direct tor par bohat</w:t>
      </w:r>
    </w:p>
    <w:p>
      <w:pPr>
        <w:jc w:val="right"/>
      </w:pPr>
      <w:r>
        <w:t>آج سے تین سو سال پہلے پیدا ہوا شیکسپیئر، اس کی بھی زبان کو ڈائریکٹ طور پر بہت</w:t>
      </w:r>
    </w:p>
    <w:p>
      <w:r>
        <w:rPr>
          <w:b/>
        </w:rPr>
        <w:t xml:space="preserve">[14:35] </w:t>
      </w:r>
      <w:r>
        <w:t>kam samajh sakte hain.</w:t>
      </w:r>
    </w:p>
    <w:p>
      <w:pPr>
        <w:jc w:val="right"/>
      </w:pPr>
      <w:r>
        <w:t>کم سمجھ سکتے ہیں۔</w:t>
      </w:r>
    </w:p>
    <w:p>
      <w:r>
        <w:rPr>
          <w:b/>
        </w:rPr>
        <w:t xml:space="preserve">[14:41] </w:t>
      </w:r>
      <w:r>
        <w:t>kyun ke badalne ki wajah se, badalne ki wajah se.</w:t>
      </w:r>
    </w:p>
    <w:p>
      <w:pPr>
        <w:jc w:val="right"/>
      </w:pPr>
      <w:r>
        <w:t>کیونکہ بدلنے کی وجہ سے، بدلنے کی وجہ سے۔</w:t>
      </w:r>
    </w:p>
    <w:p>
      <w:r>
        <w:rPr>
          <w:b/>
        </w:rPr>
        <w:t xml:space="preserve">[14:46] </w:t>
      </w:r>
      <w:r>
        <w:t>aaj jo angrezi zabaan hai woh paanch sau saal pehle nahin thi.</w:t>
      </w:r>
    </w:p>
    <w:p>
      <w:pPr>
        <w:jc w:val="right"/>
      </w:pPr>
      <w:r>
        <w:t>آج جو انگریزی زبان ہے وہ پانچ سو سال پہلے نہیں تھی۔</w:t>
      </w:r>
    </w:p>
    <w:p>
      <w:r>
        <w:rPr>
          <w:b/>
        </w:rPr>
        <w:t xml:space="preserve">[14:52] </w:t>
      </w:r>
      <w:r>
        <w:t>lekin arabi zabaan ka yeh moajza hai ke aaj jo arabi zabaan hai woh dedh hazaar saal pehle</w:t>
      </w:r>
    </w:p>
    <w:p>
      <w:pPr>
        <w:jc w:val="right"/>
      </w:pPr>
      <w:r>
        <w:t>لیکن عربی زبان کا یہ معجزہ ہے کہ آج جو عربی زبان ہے وہ ڈیڑھ ہزار سال پہلے</w:t>
      </w:r>
    </w:p>
    <w:p>
      <w:r>
        <w:rPr>
          <w:b/>
        </w:rPr>
        <w:t xml:space="preserve">[14:58] </w:t>
      </w:r>
      <w:r>
        <w:t>theek wahi maujood thi.</w:t>
      </w:r>
    </w:p>
    <w:p>
      <w:pPr>
        <w:jc w:val="right"/>
      </w:pPr>
      <w:r>
        <w:t>ٹھیک وہی موجود تھی۔</w:t>
      </w:r>
    </w:p>
    <w:p>
      <w:r>
        <w:rPr>
          <w:b/>
        </w:rPr>
        <w:t xml:space="preserve">[15:03] </w:t>
      </w:r>
      <w:r>
        <w:t>yeh saada tor par nahin hua.</w:t>
      </w:r>
    </w:p>
    <w:p>
      <w:pPr>
        <w:jc w:val="right"/>
      </w:pPr>
      <w:r>
        <w:t>یہ سادہ طور پر نہیں ہوا۔</w:t>
      </w:r>
    </w:p>
    <w:p>
      <w:r>
        <w:rPr>
          <w:b/>
        </w:rPr>
        <w:t xml:space="preserve">[15:09] </w:t>
      </w:r>
      <w:r>
        <w:t>arbon ko bohat ziyada wasail darkar thay, bohat ziyada daulat darkar thi, tab mumkin ho saka ke arabi</w:t>
      </w:r>
    </w:p>
    <w:p>
      <w:pPr>
        <w:jc w:val="right"/>
      </w:pPr>
      <w:r>
        <w:t>عربوں کو بہت زیادہ وسائل درکار تھے، بہت زیادہ دولت درکار تھی، تب ممکن ہو سکا کہ عربی</w:t>
      </w:r>
    </w:p>
    <w:p>
      <w:r>
        <w:rPr>
          <w:b/>
        </w:rPr>
        <w:t xml:space="preserve">[15:14] </w:t>
      </w:r>
      <w:r>
        <w:t>zabaan mehfooz zabaan ke hesiyat se baqi rahe.</w:t>
      </w:r>
    </w:p>
    <w:p>
      <w:pPr>
        <w:jc w:val="right"/>
      </w:pPr>
      <w:r>
        <w:t>زبان محفوظ زبان کے حیثیت سے باقی رہے۔</w:t>
      </w:r>
    </w:p>
    <w:p>
      <w:r>
        <w:rPr>
          <w:b/>
        </w:rPr>
        <w:t xml:space="preserve">[15:20] </w:t>
      </w:r>
      <w:r>
        <w:t>yeh tha is liye ke taake quran aur sunnat mehfooz rahen.</w:t>
      </w:r>
    </w:p>
    <w:p>
      <w:pPr>
        <w:jc w:val="right"/>
      </w:pPr>
      <w:r>
        <w:t>یہ تھا اس لیے کہ تاکہ قرآن اور سنت محفوظ رہیں۔</w:t>
      </w:r>
    </w:p>
    <w:p>
      <w:r>
        <w:rPr>
          <w:b/>
        </w:rPr>
        <w:t xml:space="preserve">[15:26] </w:t>
      </w:r>
      <w:r>
        <w:t>aur zabaan ke baghair in ka mehfooz hona be maani tha.</w:t>
      </w:r>
    </w:p>
    <w:p>
      <w:pPr>
        <w:jc w:val="right"/>
      </w:pPr>
      <w:r>
        <w:t>اور زبان کے بغیر ان کا محفوظ ہونا بے معنی تھا۔</w:t>
      </w:r>
    </w:p>
    <w:p>
      <w:r>
        <w:rPr>
          <w:b/>
        </w:rPr>
        <w:t xml:space="preserve">[15:31] </w:t>
      </w:r>
      <w:r>
        <w:t>to Allah taala ne wahan petrol ke chashmay jaari kar diye.</w:t>
      </w:r>
    </w:p>
    <w:p>
      <w:pPr>
        <w:jc w:val="right"/>
      </w:pPr>
      <w:r>
        <w:t>تو اللہ تعالیٰ نے وہاں پٹرول کے چشمے جاری کر دیے۔</w:t>
      </w:r>
    </w:p>
    <w:p>
      <w:r>
        <w:rPr>
          <w:b/>
        </w:rPr>
        <w:t xml:space="preserve">[15:37] </w:t>
      </w:r>
      <w:r>
        <w:t>kisi ajeeb baat hai yeh.</w:t>
      </w:r>
    </w:p>
    <w:p>
      <w:pPr>
        <w:jc w:val="right"/>
      </w:pPr>
      <w:r>
        <w:t>کیسی عجیب بات ہے یہ۔</w:t>
      </w:r>
    </w:p>
    <w:p>
      <w:r>
        <w:rPr>
          <w:b/>
        </w:rPr>
        <w:t xml:space="preserve">[15:42] </w:t>
      </w:r>
      <w:r>
        <w:t>kisi ajeeb baat hai yeh.</w:t>
      </w:r>
    </w:p>
    <w:p>
      <w:pPr>
        <w:jc w:val="right"/>
      </w:pPr>
      <w:r>
        <w:t>کیسی عجیب بات ہے یہ۔</w:t>
      </w:r>
    </w:p>
    <w:p>
      <w:r>
        <w:rPr>
          <w:b/>
        </w:rPr>
        <w:t xml:space="preserve">[15:48] </w:t>
      </w:r>
      <w:r>
        <w:t>to ab mein jo asal baat to karna chahta hoon woh yeh hai ke maujooda zamanay mein bhi</w:t>
      </w:r>
    </w:p>
    <w:p>
      <w:pPr>
        <w:jc w:val="right"/>
      </w:pPr>
      <w:r>
        <w:t>تو اب میں جو اصل بات تو کرنا چاہتا ہوں وہ یہ ہے کہ موجودہ زمانے میں بھی</w:t>
      </w:r>
    </w:p>
    <w:p>
      <w:r>
        <w:rPr>
          <w:b/>
        </w:rPr>
        <w:t xml:space="preserve">[15:54] </w:t>
      </w:r>
      <w:r>
        <w:t>isi tarah ki aik soorat e haal paida hui hai.</w:t>
      </w:r>
    </w:p>
    <w:p>
      <w:pPr>
        <w:jc w:val="right"/>
      </w:pPr>
      <w:r>
        <w:t>اسی طرح کی ایک صورتحال پیدا ہوئی ہے۔</w:t>
      </w:r>
    </w:p>
    <w:p>
      <w:r>
        <w:rPr>
          <w:b/>
        </w:rPr>
        <w:t xml:space="preserve">[15:59] </w:t>
      </w:r>
      <w:r>
        <w:t>aaj Allah taala ka yeh matlab hai ke yeh deen mehfooz jo hai woh aaj ke insaan ke</w:t>
      </w:r>
    </w:p>
    <w:p>
      <w:pPr>
        <w:jc w:val="right"/>
      </w:pPr>
      <w:r>
        <w:t>آج اللہ تعالیٰ کا یہ مطلوب ہے کہ یہ دین محفوظ جو ہے وہ آج کے انسان کے</w:t>
      </w:r>
    </w:p>
    <w:p>
      <w:r>
        <w:rPr>
          <w:b/>
        </w:rPr>
        <w:t xml:space="preserve">[16:05] </w:t>
      </w:r>
      <w:r>
        <w:t>samnay pohanchaya jaye.</w:t>
      </w:r>
    </w:p>
    <w:p>
      <w:pPr>
        <w:jc w:val="right"/>
      </w:pPr>
      <w:r>
        <w:t>سامنے پہنچایا جائے۔</w:t>
      </w:r>
    </w:p>
    <w:p>
      <w:r>
        <w:rPr>
          <w:b/>
        </w:rPr>
        <w:t xml:space="preserve">[16:10] </w:t>
      </w:r>
      <w:r>
        <w:t>deen mehfooz hai, quran aur sunnat mehfooz hain, islam ki tareekh mehfooz hai lekin is ke bawajood insaan</w:t>
      </w:r>
    </w:p>
    <w:p>
      <w:pPr>
        <w:jc w:val="right"/>
      </w:pPr>
      <w:r>
        <w:t>دین محفوظ ہے، قرآن اور سنت محفوظ ہیں، اسلام کی تاریخ محفوظ ہے لیکن اس کے باوجود انسان</w:t>
      </w:r>
    </w:p>
    <w:p>
      <w:r>
        <w:rPr>
          <w:b/>
        </w:rPr>
        <w:t xml:space="preserve">[16:16] </w:t>
      </w:r>
      <w:r>
        <w:t>tak woh pohanch nahin raha hai.</w:t>
      </w:r>
    </w:p>
    <w:p>
      <w:pPr>
        <w:jc w:val="right"/>
      </w:pPr>
      <w:r>
        <w:t>تک وہ پہنچ نہیں رہا ہے۔</w:t>
      </w:r>
    </w:p>
    <w:p>
      <w:r>
        <w:rPr>
          <w:b/>
        </w:rPr>
        <w:t xml:space="preserve">[16:21] </w:t>
      </w:r>
      <w:r>
        <w:t>is ki wajah kya hai? musalmanon ne is ke baad ke andar jo jo asal deen mein nahin</w:t>
      </w:r>
    </w:p>
    <w:p>
      <w:pPr>
        <w:jc w:val="right"/>
      </w:pPr>
      <w:r>
        <w:t>اس کی وجہ کیا ہے؟ مسلمانوں نے اس کے بعد کے اندر جو جو اصل دین میں نہیں</w:t>
      </w:r>
    </w:p>
    <w:p>
      <w:r>
        <w:rPr>
          <w:b/>
        </w:rPr>
        <w:t xml:space="preserve">[16:27] </w:t>
      </w:r>
      <w:r>
        <w:t>balkay matan mein aur sharah o minhase mein jo tabdeeliyan keen aur practical tor par jo culture chalaya</w:t>
      </w:r>
    </w:p>
    <w:p>
      <w:pPr>
        <w:jc w:val="right"/>
      </w:pPr>
      <w:r>
        <w:t>بلکہ متن میں اور شرح و منہاشے میں جو تبدیلیاں کیں اور پریکٹیکل طور پر جو کلچر چلایا</w:t>
      </w:r>
    </w:p>
    <w:p>
      <w:r>
        <w:rPr>
          <w:b/>
        </w:rPr>
        <w:t xml:space="preserve">[16:33] </w:t>
      </w:r>
      <w:r>
        <w:t>unhon ne, is ki wajah se woh thak gaya hai.</w:t>
      </w:r>
    </w:p>
    <w:p>
      <w:pPr>
        <w:jc w:val="right"/>
      </w:pPr>
      <w:r>
        <w:t>انہوں نے، اس کی وجہ سے وہ ٹھک گیا ہے۔</w:t>
      </w:r>
    </w:p>
    <w:p>
      <w:r>
        <w:rPr>
          <w:b/>
        </w:rPr>
        <w:t xml:space="preserve">[16:38] </w:t>
      </w:r>
      <w:r>
        <w:t>isi liye dekhiye aaj ka insan is talash mein hai ke is ko sacha mazhab milay.</w:t>
      </w:r>
    </w:p>
    <w:p>
      <w:pPr>
        <w:jc w:val="right"/>
      </w:pPr>
      <w:r>
        <w:t>اسی لیے دیکھیے آج کا انسان اس تلاش میں ہے کہ اس کو سچا مذہب ملے۔</w:t>
      </w:r>
    </w:p>
    <w:p>
      <w:r>
        <w:rPr>
          <w:b/>
        </w:rPr>
        <w:t xml:space="preserve">[16:44] </w:t>
      </w:r>
      <w:r>
        <w:t>aur sacha mazhab maujood hai magar is ke qalb mein nahi aata ke yahi to hai sacha mazhab</w:t>
      </w:r>
    </w:p>
    <w:p>
      <w:pPr>
        <w:jc w:val="right"/>
      </w:pPr>
      <w:r>
        <w:t>اور سچا مذہب موجود ہے مگر اس کے قلب میں نہیں آتا کہ یہی تو ہے سچا مذہب</w:t>
      </w:r>
    </w:p>
    <w:p>
      <w:r>
        <w:rPr>
          <w:b/>
        </w:rPr>
        <w:t xml:space="preserve">[16:49] </w:t>
      </w:r>
      <w:r>
        <w:t>jo hum chahte hain.</w:t>
      </w:r>
    </w:p>
    <w:p>
      <w:pPr>
        <w:jc w:val="right"/>
      </w:pPr>
      <w:r>
        <w:t>جو ہم چاہتے ہیں۔</w:t>
      </w:r>
    </w:p>
    <w:p>
      <w:r>
        <w:rPr>
          <w:b/>
        </w:rPr>
        <w:t xml:space="preserve">[16:55] </w:t>
      </w:r>
      <w:r>
        <w:t>misalan Bradley bohat hi mashhoor philosopher hai.</w:t>
      </w:r>
    </w:p>
    <w:p>
      <w:pPr>
        <w:jc w:val="right"/>
      </w:pPr>
      <w:r>
        <w:t>مثلاً بریڈلے بہت ہی مشہور فلاسفر ہے۔</w:t>
      </w:r>
    </w:p>
    <w:p>
      <w:r>
        <w:rPr>
          <w:b/>
        </w:rPr>
        <w:t xml:space="preserve">[17:01] </w:t>
      </w:r>
      <w:r>
        <w:t>is ki kitab, moti si kitab hai is ki.</w:t>
      </w:r>
    </w:p>
    <w:p>
      <w:pPr>
        <w:jc w:val="right"/>
      </w:pPr>
      <w:r>
        <w:t>اس کی کتاب، موٹی سی کتاب ہے اس کی۔</w:t>
      </w:r>
    </w:p>
    <w:p>
      <w:r>
        <w:rPr>
          <w:b/>
        </w:rPr>
        <w:t xml:space="preserve">[17:06] </w:t>
      </w:r>
      <w:r>
        <w:t>is ka aik chapter hai, is mein batata hai woh, is ka hai scientific religion.</w:t>
      </w:r>
    </w:p>
    <w:p>
      <w:pPr>
        <w:jc w:val="right"/>
      </w:pPr>
      <w:r>
        <w:t>اس کا ایک چیپٹر ہے، اس میں بتاتا ہے وہ، اس کا ہے سائنٹیفک ریلیجن۔</w:t>
      </w:r>
    </w:p>
    <w:p>
      <w:r>
        <w:rPr>
          <w:b/>
        </w:rPr>
        <w:t xml:space="preserve">[17:12] </w:t>
      </w:r>
      <w:r>
        <w:t>ke aaj ka insan mazhab ki talash mein hai.</w:t>
      </w:r>
    </w:p>
    <w:p>
      <w:pPr>
        <w:jc w:val="right"/>
      </w:pPr>
      <w:r>
        <w:t>کہ آج کا انسان مذہب کی تلاش میں ہے۔</w:t>
      </w:r>
    </w:p>
    <w:p>
      <w:r>
        <w:rPr>
          <w:b/>
        </w:rPr>
        <w:t xml:space="preserve">[17:17] </w:t>
      </w:r>
      <w:r>
        <w:t>lekin woh mazhab chahiye is ko jo scientific mazhab ho.</w:t>
      </w:r>
    </w:p>
    <w:p>
      <w:pPr>
        <w:jc w:val="right"/>
      </w:pPr>
      <w:r>
        <w:t>لیکن وہ مذہب چاہیے اس کو جو سائنٹیفک مذہب ہو۔</w:t>
      </w:r>
    </w:p>
    <w:p>
      <w:r>
        <w:rPr>
          <w:b/>
        </w:rPr>
        <w:t xml:space="preserve">[17:23] </w:t>
      </w:r>
      <w:r>
        <w:t>Bradley yeh kehta hai ke aaj ke insan ko mazhab ki talash hai.</w:t>
      </w:r>
    </w:p>
    <w:p>
      <w:pPr>
        <w:jc w:val="right"/>
      </w:pPr>
      <w:r>
        <w:t>بریڈلے یہ کہتا ہے کہ آج کے انسان کو مذہب کی تلاش ہے۔</w:t>
      </w:r>
    </w:p>
    <w:p>
      <w:r>
        <w:rPr>
          <w:b/>
        </w:rPr>
        <w:t xml:space="preserve">[17:29] </w:t>
      </w:r>
      <w:r>
        <w:t>is ke alfaaz mein woh scientific religion hoga.</w:t>
      </w:r>
    </w:p>
    <w:p>
      <w:pPr>
        <w:jc w:val="right"/>
      </w:pPr>
      <w:r>
        <w:t>اس کے الفاظ میں وہ سائنٹیفک ریلیجن ہوگا۔</w:t>
      </w:r>
    </w:p>
    <w:p>
      <w:r>
        <w:rPr>
          <w:b/>
        </w:rPr>
        <w:t xml:space="preserve">[17:34] </w:t>
      </w:r>
      <w:r>
        <w:t>is ko pata nahi scientific religion to maujood hai.</w:t>
      </w:r>
    </w:p>
    <w:p>
      <w:pPr>
        <w:jc w:val="right"/>
      </w:pPr>
      <w:r>
        <w:t>اس کو پتہ نہیں سائنٹیفک ریلیجن تو موجود ہے۔</w:t>
      </w:r>
    </w:p>
    <w:p>
      <w:r>
        <w:rPr>
          <w:b/>
        </w:rPr>
        <w:t xml:space="preserve">[17:40] </w:t>
      </w:r>
      <w:r>
        <w:t>kyun? Musalmanon ke baad ki shara-o-manhashion, un ki tafseeron, un ki mazameen, un ke aamal ne</w:t>
      </w:r>
    </w:p>
    <w:p>
      <w:pPr>
        <w:jc w:val="right"/>
      </w:pPr>
      <w:r>
        <w:t>کیوں؟ مسلمانوں کے بعد کی شرح و منہاشیوں، ان کی تفسیروں، ان کی مضامین، ان کے اعمال نے</w:t>
      </w:r>
    </w:p>
    <w:p>
      <w:r>
        <w:rPr>
          <w:b/>
        </w:rPr>
        <w:t xml:space="preserve">[17:45] </w:t>
      </w:r>
      <w:r>
        <w:t>is par parda daal diya hai.</w:t>
      </w:r>
    </w:p>
    <w:p>
      <w:pPr>
        <w:jc w:val="right"/>
      </w:pPr>
      <w:r>
        <w:t>اس پر پردہ ڈال دیا ہے۔</w:t>
      </w:r>
    </w:p>
    <w:p>
      <w:r>
        <w:rPr>
          <w:b/>
        </w:rPr>
        <w:t xml:space="preserve">[17:51] </w:t>
      </w:r>
      <w:r>
        <w:t>yahi to ahadees mein aata hai ke parda par jaye ga asal Islam par.</w:t>
      </w:r>
    </w:p>
    <w:p>
      <w:pPr>
        <w:jc w:val="right"/>
      </w:pPr>
      <w:r>
        <w:t>یہی تو احادیث میں آتا ہے کہ پردہ پڑ جائے گا اصل اسلام پر۔</w:t>
      </w:r>
    </w:p>
    <w:p>
      <w:r>
        <w:rPr>
          <w:b/>
        </w:rPr>
        <w:t xml:space="preserve">[17:57] </w:t>
      </w:r>
      <w:r>
        <w:t>ajnabi ban jaye ga.</w:t>
      </w:r>
    </w:p>
    <w:p>
      <w:pPr>
        <w:jc w:val="right"/>
      </w:pPr>
      <w:r>
        <w:t>اجنبی بن جائے گا۔</w:t>
      </w:r>
    </w:p>
    <w:p>
      <w:r>
        <w:rPr>
          <w:b/>
        </w:rPr>
        <w:t xml:space="preserve">[18:02] </w:t>
      </w:r>
      <w:r>
        <w:t>badal Islam aghreeban wa saood kama bada.</w:t>
      </w:r>
    </w:p>
    <w:p>
      <w:pPr>
        <w:jc w:val="right"/>
      </w:pPr>
      <w:r>
        <w:t>بدال اسلام وغریباً وسعود کما بدا۔</w:t>
      </w:r>
    </w:p>
    <w:p>
      <w:r>
        <w:rPr>
          <w:b/>
        </w:rPr>
        <w:t xml:space="preserve">[18:08] </w:t>
      </w:r>
      <w:r>
        <w:t>asal Islam ajnabi ban jaye ga.</w:t>
      </w:r>
    </w:p>
    <w:p>
      <w:pPr>
        <w:jc w:val="right"/>
      </w:pPr>
      <w:r>
        <w:t>اصل اسلام اجنبی بن جائے گا۔</w:t>
      </w:r>
    </w:p>
    <w:p>
      <w:r>
        <w:rPr>
          <w:b/>
        </w:rPr>
        <w:t xml:space="preserve">[18:13] </w:t>
      </w:r>
      <w:r>
        <w:t>yani an-noon ban jaye ga.</w:t>
      </w:r>
    </w:p>
    <w:p>
      <w:pPr>
        <w:jc w:val="right"/>
      </w:pPr>
      <w:r>
        <w:t>یعنی ان نون بن جائے گا۔</w:t>
      </w:r>
    </w:p>
    <w:p>
      <w:r>
        <w:rPr>
          <w:b/>
        </w:rPr>
        <w:t xml:space="preserve">[18:19] </w:t>
      </w:r>
      <w:r>
        <w:t>to scientific mazhab kya hai? Scientific mazhab ka matlab hai ke aaj ka jo insan hai is ke</w:t>
      </w:r>
    </w:p>
    <w:p>
      <w:pPr>
        <w:jc w:val="right"/>
      </w:pPr>
      <w:r>
        <w:t>تو سائنٹیفک مذہب کیا ہے؟ سائنٹیفک مذہب کا مطلب ہے کہ آج کا جو انسان ہے اس کے</w:t>
      </w:r>
    </w:p>
    <w:p>
      <w:r>
        <w:rPr>
          <w:b/>
        </w:rPr>
        <w:t xml:space="preserve">[18:25] </w:t>
      </w:r>
      <w:r>
        <w:t>liye woh understandable ho.</w:t>
      </w:r>
    </w:p>
    <w:p>
      <w:pPr>
        <w:jc w:val="right"/>
      </w:pPr>
      <w:r>
        <w:t>لیے وہ انڈرسٹینڈ ایبل ہو۔</w:t>
      </w:r>
    </w:p>
    <w:p>
      <w:r>
        <w:rPr>
          <w:b/>
        </w:rPr>
        <w:t xml:space="preserve">[18:30] </w:t>
      </w:r>
      <w:r>
        <w:t>dekhiye basic baat jo hoti hai woh yeh hoti hai ke aap mukhatib ke samnay aisi baat kar</w:t>
      </w:r>
    </w:p>
    <w:p>
      <w:pPr>
        <w:jc w:val="right"/>
      </w:pPr>
      <w:r>
        <w:t>دیکھیے بیسک بات جو ہوتی ہے وہ یہ ہوتی ہے کہ آپ مخاطب کے سامنے ایسی بات کر</w:t>
      </w:r>
    </w:p>
    <w:p>
      <w:r>
        <w:rPr>
          <w:b/>
        </w:rPr>
        <w:t xml:space="preserve">[18:36] </w:t>
      </w:r>
      <w:r>
        <w:t>sakein aur jo is ke liye understandable ho, qabil-e-fehm ho.</w:t>
      </w:r>
    </w:p>
    <w:p>
      <w:pPr>
        <w:jc w:val="right"/>
      </w:pPr>
      <w:r>
        <w:t>سکیں اور جو اس کے لیے انڈرسٹینڈ ایبل ہو، قابل فہم ہو۔</w:t>
      </w:r>
    </w:p>
    <w:p>
      <w:r>
        <w:rPr>
          <w:b/>
        </w:rPr>
        <w:t xml:space="preserve">[18:41] </w:t>
      </w:r>
      <w:r>
        <w:t>to aaj ka insan jis ko is ne scientific mazhab kaha hai is ka matlab kya hai? Aaj</w:t>
      </w:r>
    </w:p>
    <w:p>
      <w:pPr>
        <w:jc w:val="right"/>
      </w:pPr>
      <w:r>
        <w:t>تو آج کا انسان جس کو اس نے سائنٹیفک مذہب کہا ہے اس کا مطلب کیا ہے؟ آج</w:t>
      </w:r>
    </w:p>
    <w:p>
      <w:r>
        <w:rPr>
          <w:b/>
        </w:rPr>
        <w:t xml:space="preserve">[18:47] </w:t>
      </w:r>
      <w:r>
        <w:t>ka insan chahta hai ke aik aisa mazhab jis ki aik history ho.</w:t>
      </w:r>
    </w:p>
    <w:p>
      <w:pPr>
        <w:jc w:val="right"/>
      </w:pPr>
      <w:r>
        <w:t>کا انسان چاہتا ہے کہ ایک ایسا مذہب جس کی ایک ہسٹری ہو۔</w:t>
      </w:r>
    </w:p>
    <w:p>
      <w:r>
        <w:rPr>
          <w:b/>
        </w:rPr>
        <w:t xml:space="preserve">[18:53] </w:t>
      </w:r>
      <w:r>
        <w:t>history ke aitbar se woh authentic ho.</w:t>
      </w:r>
    </w:p>
    <w:p>
      <w:pPr>
        <w:jc w:val="right"/>
      </w:pPr>
      <w:r>
        <w:t>ہسٹری کے اعتبار سے وہ آتھینٹک ہو۔</w:t>
      </w:r>
    </w:p>
    <w:p>
      <w:r>
        <w:rPr>
          <w:b/>
        </w:rPr>
        <w:t xml:space="preserve">[18:58] </w:t>
      </w:r>
      <w:r>
        <w:t>lekin musalmanon ko history ki zaban hi nahi maloom.</w:t>
      </w:r>
    </w:p>
    <w:p>
      <w:pPr>
        <w:jc w:val="right"/>
      </w:pPr>
      <w:r>
        <w:t>لیکن مسلمانوں کو ہسٹری کی زبان ہی نہیں معلوم۔</w:t>
      </w:r>
    </w:p>
    <w:p>
      <w:r>
        <w:rPr>
          <w:b/>
        </w:rPr>
        <w:t xml:space="preserve">[19:04] </w:t>
      </w:r>
      <w:r>
        <w:t>woh apne mazhab ko sirf fazail ki zaban mein batana jante hain.</w:t>
      </w:r>
    </w:p>
    <w:p>
      <w:pPr>
        <w:jc w:val="right"/>
      </w:pPr>
      <w:r>
        <w:t>وہ اپنے مذہب کو صرف فضائل کی زبان میں بتانا جانتے ہیں۔</w:t>
      </w:r>
    </w:p>
    <w:p>
      <w:r>
        <w:rPr>
          <w:b/>
        </w:rPr>
        <w:t xml:space="preserve">[19:09] </w:t>
      </w:r>
      <w:r>
        <w:t>jitni bhi kitaben musalmanon ki hain woh sab in terms of fazail hain.</w:t>
      </w:r>
    </w:p>
    <w:p>
      <w:pPr>
        <w:jc w:val="right"/>
      </w:pPr>
      <w:r>
        <w:t>جتنی بھی کتابیں مسلمانوں کی ہیں وہ سب ان ٹرمز آف فضائل ہیں۔</w:t>
      </w:r>
    </w:p>
    <w:p>
      <w:r>
        <w:rPr>
          <w:b/>
        </w:rPr>
        <w:t xml:space="preserve">[19:15] </w:t>
      </w:r>
      <w:r>
        <w:t>woh samajhte hain ke fazail bata do to phir islam bohat bari cheez ban gaya.</w:t>
      </w:r>
    </w:p>
    <w:p>
      <w:pPr>
        <w:jc w:val="right"/>
      </w:pPr>
      <w:r>
        <w:t>وہ سمجھتے ہیں کہ فضائل بتا دو تو پھر اسلام بہت بڑی چیز بن گیا۔</w:t>
      </w:r>
    </w:p>
    <w:p>
      <w:r>
        <w:rPr>
          <w:b/>
        </w:rPr>
        <w:t xml:space="preserve">[19:21] </w:t>
      </w:r>
      <w:r>
        <w:t>aaj ke insan ke liye fazail ki koi ahmiyat nahi hai.</w:t>
      </w:r>
    </w:p>
    <w:p>
      <w:pPr>
        <w:jc w:val="right"/>
      </w:pPr>
      <w:r>
        <w:t>آج کے انسان کے لیے فضائل کی کوئی اہمیت نہیں ہے۔</w:t>
      </w:r>
    </w:p>
    <w:p>
      <w:r>
        <w:rPr>
          <w:b/>
        </w:rPr>
        <w:t xml:space="preserve">[19:26] </w:t>
      </w:r>
      <w:r>
        <w:t>woh in terms of history janna chahta hai.</w:t>
      </w:r>
    </w:p>
    <w:p>
      <w:pPr>
        <w:jc w:val="right"/>
      </w:pPr>
      <w:r>
        <w:t>وہ ان ٹرمز آف ہسٹری جاننا چاہتا ہے۔</w:t>
      </w:r>
    </w:p>
    <w:p>
      <w:r>
        <w:rPr>
          <w:b/>
        </w:rPr>
        <w:t xml:space="preserve">[19:32] </w:t>
      </w:r>
      <w:r>
        <w:t>aur musalmanon ko yeh shaoor hi nahi.</w:t>
      </w:r>
    </w:p>
    <w:p>
      <w:pPr>
        <w:jc w:val="right"/>
      </w:pPr>
      <w:r>
        <w:t>اور مسلمانوں کو یہ شعور ہی نہیں۔</w:t>
      </w:r>
    </w:p>
    <w:p>
      <w:r>
        <w:rPr>
          <w:b/>
        </w:rPr>
        <w:t xml:space="preserve">[19:37] </w:t>
      </w:r>
      <w:r>
        <w:t>sirf ek aadmi mujhe maloom hai jo is ki misaal hai jo mein arz kar raha hoon.</w:t>
      </w:r>
    </w:p>
    <w:p>
      <w:pPr>
        <w:jc w:val="right"/>
      </w:pPr>
      <w:r>
        <w:t>صرف ایک آدمی مجھے معلوم ہے جو اس کی مثال ہے جو میں عرض کر رہا ہوں۔</w:t>
      </w:r>
    </w:p>
    <w:p>
      <w:r>
        <w:rPr>
          <w:b/>
        </w:rPr>
        <w:t xml:space="preserve">[19:43] </w:t>
      </w:r>
      <w:r>
        <w:t>woh thay bengal ke ek hindu, doctor nishikant chattopadhyay.</w:t>
      </w:r>
    </w:p>
    <w:p>
      <w:pPr>
        <w:jc w:val="right"/>
      </w:pPr>
      <w:r>
        <w:t>وہ تھے بنگال کے ایک ہندو، ڈاکٹر نشیکان چٹوپادیہ۔</w:t>
      </w:r>
    </w:p>
    <w:p>
      <w:r>
        <w:rPr>
          <w:b/>
        </w:rPr>
        <w:t xml:space="preserve">[19:49] </w:t>
      </w:r>
      <w:r>
        <w:t>woh bohat scholar tha, bohat bara scholar tha.</w:t>
      </w:r>
    </w:p>
    <w:p>
      <w:pPr>
        <w:jc w:val="right"/>
      </w:pPr>
      <w:r>
        <w:t>وہ بہت اسکالر تھا، بہت بڑا اسکالر تھا۔</w:t>
      </w:r>
    </w:p>
    <w:p>
      <w:r>
        <w:rPr>
          <w:b/>
        </w:rPr>
        <w:t xml:space="preserve">[19:54] </w:t>
      </w:r>
      <w:r>
        <w:t>kayi zabanen janta tha woh.</w:t>
      </w:r>
    </w:p>
    <w:p>
      <w:pPr>
        <w:jc w:val="right"/>
      </w:pPr>
      <w:r>
        <w:t>کئی زبانیں جانتا تھا وہ۔</w:t>
      </w:r>
    </w:p>
    <w:p>
      <w:r>
        <w:rPr>
          <w:b/>
        </w:rPr>
        <w:t xml:space="preserve">[20:00] </w:t>
      </w:r>
      <w:r>
        <w:t>bohat hi intelligent aadmi tha.</w:t>
      </w:r>
    </w:p>
    <w:p>
      <w:pPr>
        <w:jc w:val="right"/>
      </w:pPr>
      <w:r>
        <w:t>بہت ہی انٹیلیجنٹ آدمی تھا۔</w:t>
      </w:r>
    </w:p>
    <w:p>
      <w:r>
        <w:rPr>
          <w:b/>
        </w:rPr>
        <w:t xml:space="preserve">[20:05] </w:t>
      </w:r>
      <w:r>
        <w:t>tha woh sikhar.</w:t>
      </w:r>
    </w:p>
    <w:p>
      <w:pPr>
        <w:jc w:val="right"/>
      </w:pPr>
      <w:r>
        <w:t>تھا وہ سیکھر۔</w:t>
      </w:r>
    </w:p>
    <w:p>
      <w:r>
        <w:rPr>
          <w:b/>
        </w:rPr>
        <w:t xml:space="preserve">[20:11] </w:t>
      </w:r>
      <w:r>
        <w:t>us ko talash thi ek sache mazhab ki.</w:t>
      </w:r>
    </w:p>
    <w:p>
      <w:pPr>
        <w:jc w:val="right"/>
      </w:pPr>
      <w:r>
        <w:t>اس کو تلاش تھی ایک سچے مذہب کی۔</w:t>
      </w:r>
    </w:p>
    <w:p>
      <w:r>
        <w:rPr>
          <w:b/>
        </w:rPr>
        <w:t xml:space="preserve">[20:16] </w:t>
      </w:r>
      <w:r>
        <w:t>aur bohat parha us ne.</w:t>
      </w:r>
    </w:p>
    <w:p>
      <w:pPr>
        <w:jc w:val="right"/>
      </w:pPr>
      <w:r>
        <w:t>اور بہت پڑھا اس نے۔</w:t>
      </w:r>
    </w:p>
    <w:p>
      <w:r>
        <w:rPr>
          <w:b/>
        </w:rPr>
        <w:t xml:space="preserve">[20:22] </w:t>
      </w:r>
      <w:r>
        <w:t>philosophy ko parha us ne, mukhtalif mazahib ko parha us ne.</w:t>
      </w:r>
    </w:p>
    <w:p>
      <w:pPr>
        <w:jc w:val="right"/>
      </w:pPr>
      <w:r>
        <w:t>فلاسفی کو پڑھا اس نے، مختلف مذاہب کو پڑھا اس نے۔</w:t>
      </w:r>
    </w:p>
    <w:p>
      <w:r>
        <w:rPr>
          <w:b/>
        </w:rPr>
        <w:t xml:space="preserve">[20:28] </w:t>
      </w:r>
      <w:r>
        <w:t>parhte parhte aakhir mein us ne islam ko parha.</w:t>
      </w:r>
    </w:p>
    <w:p>
      <w:pPr>
        <w:jc w:val="right"/>
      </w:pPr>
      <w:r>
        <w:t>پڑھتے پڑھتے آخر میں اس نے اسلام کو پڑھا۔</w:t>
      </w:r>
    </w:p>
    <w:p>
      <w:r>
        <w:rPr>
          <w:b/>
        </w:rPr>
        <w:t xml:space="preserve">[20:33] </w:t>
      </w:r>
      <w:r>
        <w:t>aur rasool Allah salallaho alaihi wasallam ke halaat ko parha.</w:t>
      </w:r>
    </w:p>
    <w:p>
      <w:pPr>
        <w:jc w:val="right"/>
      </w:pPr>
      <w:r>
        <w:t>اور رسول اللہ صلی اللہ علیہ وسلم کے حالات کو پڑھا۔</w:t>
      </w:r>
    </w:p>
    <w:p>
      <w:r>
        <w:rPr>
          <w:b/>
        </w:rPr>
        <w:t xml:space="preserve">[20:39] </w:t>
      </w:r>
      <w:r>
        <w:t>to us ne ek kitab likhi ke mein ne mazhab kyun qabool kiya.</w:t>
      </w:r>
    </w:p>
    <w:p>
      <w:pPr>
        <w:jc w:val="right"/>
      </w:pPr>
      <w:r>
        <w:t>تو اس نے ایک کتاب لکھی کہ میں نے مذہب کیوں قبول کیا۔</w:t>
      </w:r>
    </w:p>
    <w:p>
      <w:r>
        <w:rPr>
          <w:b/>
        </w:rPr>
        <w:t xml:space="preserve">[20:44] </w:t>
      </w:r>
      <w:r>
        <w:t>us ka ek jumla bohat hi zyada illustrative jumla hai.</w:t>
      </w:r>
    </w:p>
    <w:p>
      <w:pPr>
        <w:jc w:val="right"/>
      </w:pPr>
      <w:r>
        <w:t>اس کا ایک جملہ بہت ہی زیادہ ایلسٹریٹو جملہ ہے۔</w:t>
      </w:r>
    </w:p>
    <w:p>
      <w:r>
        <w:rPr>
          <w:b/>
        </w:rPr>
        <w:t xml:space="preserve">[20:50] </w:t>
      </w:r>
      <w:r>
        <w:t>اس میں وہ لکھتا ہے کہ "Oh, what a relief to find after all a truly historical prophet."</w:t>
      </w:r>
    </w:p>
    <w:p>
      <w:pPr>
        <w:jc w:val="right"/>
      </w:pPr>
      <w:r>
        <w:t>اس میں وہ لکھتا ہے کہ اوہ واٹ اے ریلیف ٹو فائنڈ آفٹر آل اے ٹرولی ہسٹوریکل پرافٹ</w:t>
      </w:r>
    </w:p>
    <w:p>
      <w:r>
        <w:rPr>
          <w:b/>
        </w:rPr>
        <w:t xml:space="preserve">[20:56] </w:t>
      </w:r>
      <w:r>
        <w:t>to believe in.</w:t>
      </w:r>
    </w:p>
    <w:p>
      <w:pPr>
        <w:jc w:val="right"/>
      </w:pPr>
      <w:r>
        <w:t>ٹو بیلیو ان۔</w:t>
      </w:r>
    </w:p>
    <w:p>
      <w:r>
        <w:rPr>
          <w:b/>
        </w:rPr>
        <w:t xml:space="preserve">[21:01] </w:t>
      </w:r>
      <w:r>
        <w:t>yani woh ek aise mazhab ki talash mein tha jo historical sanad rakhta ho.</w:t>
      </w:r>
    </w:p>
    <w:p>
      <w:pPr>
        <w:jc w:val="right"/>
      </w:pPr>
      <w:r>
        <w:t>یعنی وہ ایک ایسے مذہب کی تلاش میں تھا جو ہسٹوریکل سند رکھتا ہو۔</w:t>
      </w:r>
    </w:p>
    <w:p>
      <w:r>
        <w:rPr>
          <w:b/>
        </w:rPr>
        <w:t xml:space="preserve">[21:07] </w:t>
      </w:r>
      <w:r>
        <w:t>historical authenticity rakhta ho.</w:t>
      </w:r>
    </w:p>
    <w:p>
      <w:pPr>
        <w:jc w:val="right"/>
      </w:pPr>
      <w:r>
        <w:t>ہسٹوریکل آتھنٹیسٹی رکھتا ہو۔</w:t>
      </w:r>
    </w:p>
    <w:p>
      <w:r>
        <w:rPr>
          <w:b/>
        </w:rPr>
        <w:t xml:space="preserve">[21:12] </w:t>
      </w:r>
      <w:r>
        <w:t>tareekh ke taur par sabit ho, tareekh ki zaban mein.</w:t>
      </w:r>
    </w:p>
    <w:p>
      <w:pPr>
        <w:jc w:val="right"/>
      </w:pPr>
      <w:r>
        <w:t>تاریخ کے طور پر ثابت ہو، تاریخ کی زبان میں۔</w:t>
      </w:r>
    </w:p>
    <w:p>
      <w:r>
        <w:rPr>
          <w:b/>
        </w:rPr>
        <w:t xml:space="preserve">[21:18] </w:t>
      </w:r>
      <w:r>
        <w:t>aisa hua, aisa hua, aisa hua.</w:t>
      </w:r>
    </w:p>
    <w:p>
      <w:pPr>
        <w:jc w:val="right"/>
      </w:pPr>
      <w:r>
        <w:t>ایسا ہوا، ایسا ہوا، ایسا ہوا۔</w:t>
      </w:r>
    </w:p>
    <w:p>
      <w:r>
        <w:rPr>
          <w:b/>
        </w:rPr>
        <w:t xml:space="preserve">[21:24] </w:t>
      </w:r>
      <w:r>
        <w:t>to kaheen is ko historical mazhab nahin mila.</w:t>
      </w:r>
    </w:p>
    <w:p>
      <w:pPr>
        <w:jc w:val="right"/>
      </w:pPr>
      <w:r>
        <w:t>تو کہیں اس کو ہسٹوریکل مذہب نہیں ملا۔</w:t>
      </w:r>
    </w:p>
    <w:p>
      <w:r>
        <w:rPr>
          <w:b/>
        </w:rPr>
        <w:t xml:space="preserve">[21:29] </w:t>
      </w:r>
      <w:r>
        <w:t>har jagah qissay kahaniyan.</w:t>
      </w:r>
    </w:p>
    <w:p>
      <w:pPr>
        <w:jc w:val="right"/>
      </w:pPr>
      <w:r>
        <w:t>ہر جگہ قصے کہانیاں۔</w:t>
      </w:r>
    </w:p>
    <w:p>
      <w:r>
        <w:rPr>
          <w:b/>
        </w:rPr>
        <w:t xml:space="preserve">[21:35] </w:t>
      </w:r>
      <w:r>
        <w:t>jab Rasool Allah ke baray mein parha is ne, Quran ke baray mein parha is ne, maloom kiya</w:t>
      </w:r>
    </w:p>
    <w:p>
      <w:pPr>
        <w:jc w:val="right"/>
      </w:pPr>
      <w:r>
        <w:t>جب رسول اللہ کے بارے میں پڑھا اس نے، قرآن کے بارے میں پڑھا اس نے، معلوم کیا</w:t>
      </w:r>
    </w:p>
    <w:p>
      <w:r>
        <w:rPr>
          <w:b/>
        </w:rPr>
        <w:t xml:space="preserve">[21:40] </w:t>
      </w:r>
      <w:r>
        <w:t>yeh to sara ka sara history hai.</w:t>
      </w:r>
    </w:p>
    <w:p>
      <w:pPr>
        <w:jc w:val="right"/>
      </w:pPr>
      <w:r>
        <w:t>یہ تو سارا کا سارا ہسٹری ہے۔</w:t>
      </w:r>
    </w:p>
    <w:p>
      <w:r>
        <w:rPr>
          <w:b/>
        </w:rPr>
        <w:t xml:space="preserve">[21:46] </w:t>
      </w:r>
      <w:r>
        <w:t>to is ne accept kar liya is ko.</w:t>
      </w:r>
    </w:p>
    <w:p>
      <w:pPr>
        <w:jc w:val="right"/>
      </w:pPr>
      <w:r>
        <w:t>تو اس نے ایکسیپٹ کر لیا اس کو۔</w:t>
      </w:r>
    </w:p>
    <w:p>
      <w:r>
        <w:rPr>
          <w:b/>
        </w:rPr>
        <w:t xml:space="preserve">[21:52] </w:t>
      </w:r>
      <w:r>
        <w:t>to yeh hai modern mind.</w:t>
      </w:r>
    </w:p>
    <w:p>
      <w:pPr>
        <w:jc w:val="right"/>
      </w:pPr>
      <w:r>
        <w:t>تو یہ ہے ماڈرن مائنڈ۔</w:t>
      </w:r>
    </w:p>
    <w:p>
      <w:r>
        <w:rPr>
          <w:b/>
        </w:rPr>
        <w:t xml:space="preserve">[21:57] </w:t>
      </w:r>
      <w:r>
        <w:t>ماڈرن مائنڈ چاہتا ہے کہ وہ in terms of history اس کو معلوم ہو کہ یہ مذہب ہے، مسند مذہب۔</w:t>
      </w:r>
    </w:p>
    <w:p>
      <w:pPr>
        <w:jc w:val="right"/>
      </w:pPr>
      <w:r>
        <w:t>ماڈرن مائنڈ چاہتا ہے کہ وہ ان ٹرمز آف ہسٹری اس کو معلوم ہو کہ یہ مذہب ہے، مسند مذہب۔</w:t>
      </w:r>
    </w:p>
    <w:p>
      <w:r>
        <w:rPr>
          <w:b/>
        </w:rPr>
        <w:t xml:space="preserve">[22:03] </w:t>
      </w:r>
      <w:r>
        <w:t>aise hi dekhiye modern mind kya hai? Reason based mind hai.</w:t>
      </w:r>
    </w:p>
    <w:p>
      <w:pPr>
        <w:jc w:val="right"/>
      </w:pPr>
      <w:r>
        <w:t>ایسے ہی دیکھیے ماڈرن مائنڈ کیا ہے؟ ریزن بیسڈ مائنڈ ہے۔</w:t>
      </w:r>
    </w:p>
    <w:p>
      <w:r>
        <w:rPr>
          <w:b/>
        </w:rPr>
        <w:t xml:space="preserve">[22:08] </w:t>
      </w:r>
      <w:r>
        <w:t>cheezon ko reason out kar ke woh samajhta hai.</w:t>
      </w:r>
    </w:p>
    <w:p>
      <w:pPr>
        <w:jc w:val="right"/>
      </w:pPr>
      <w:r>
        <w:t>چیزوں کو ریزن آؤٹ کر کے وہ سمجھتا ہے۔</w:t>
      </w:r>
    </w:p>
    <w:p>
      <w:r>
        <w:rPr>
          <w:b/>
        </w:rPr>
        <w:t xml:space="preserve">[22:14] </w:t>
      </w:r>
      <w:r>
        <w:t>reason out kiye baghair baton ko samajh nahin pata.</w:t>
      </w:r>
    </w:p>
    <w:p>
      <w:pPr>
        <w:jc w:val="right"/>
      </w:pPr>
      <w:r>
        <w:t>ریزن آؤٹ کیے بغیر باتوں کو سمجھ نہیں پاتا۔</w:t>
      </w:r>
    </w:p>
    <w:p>
      <w:r>
        <w:rPr>
          <w:b/>
        </w:rPr>
        <w:t xml:space="preserve">[22:20] </w:t>
      </w:r>
      <w:r>
        <w:t>to jitne bhi mazahib hain un ka reason based mazhab se koi talluq nahin.</w:t>
      </w:r>
    </w:p>
    <w:p>
      <w:pPr>
        <w:jc w:val="right"/>
      </w:pPr>
      <w:r>
        <w:t>تو جتنے بھی مذاہب ہیں ان کا ریزن بیسڈ مذہب سے کوئی تعلق نہیں۔</w:t>
      </w:r>
    </w:p>
    <w:p>
      <w:r>
        <w:rPr>
          <w:b/>
        </w:rPr>
        <w:t xml:space="preserve">[22:25] </w:t>
      </w:r>
      <w:r>
        <w:t>yani insaan ke badlao ki bina par.</w:t>
      </w:r>
    </w:p>
    <w:p>
      <w:pPr>
        <w:jc w:val="right"/>
      </w:pPr>
      <w:r>
        <w:t>یعنی انسان کے بدلاؤ کی بنا پر۔</w:t>
      </w:r>
    </w:p>
    <w:p>
      <w:r>
        <w:rPr>
          <w:b/>
        </w:rPr>
        <w:t xml:space="preserve">[22:31] </w:t>
      </w:r>
      <w:r>
        <w:t>asal originally to har mazhab ek tha.</w:t>
      </w:r>
    </w:p>
    <w:p>
      <w:pPr>
        <w:jc w:val="right"/>
      </w:pPr>
      <w:r>
        <w:t>اصل اوریجنلی تو ہر مذہب ایک تھا۔</w:t>
      </w:r>
    </w:p>
    <w:p>
      <w:r>
        <w:rPr>
          <w:b/>
        </w:rPr>
        <w:t xml:space="preserve">[22:36] </w:t>
      </w:r>
      <w:r>
        <w:t>lekin baad ke zamanay mein insanon ne is mein jo milawaten keen is ki wajah se doosray mazahib</w:t>
      </w:r>
    </w:p>
    <w:p>
      <w:pPr>
        <w:jc w:val="right"/>
      </w:pPr>
      <w:r>
        <w:t>لیکن بعد کے زمانے میں انسانوں نے اس میں جو ملاوٹیں کیں اس کی وجہ سے دوسرے مذاہب</w:t>
      </w:r>
    </w:p>
    <w:p>
      <w:r>
        <w:rPr>
          <w:b/>
        </w:rPr>
        <w:t xml:space="preserve">[22:42] </w:t>
      </w:r>
      <w:r>
        <w:t>jo hain woh rational mazhab ki hesiyat se baqi nahin rahay.</w:t>
      </w:r>
    </w:p>
    <w:p>
      <w:pPr>
        <w:jc w:val="right"/>
      </w:pPr>
      <w:r>
        <w:t>جو ہیں وہ ریشنل مذہب کی حیثیت سے باقی نہیں رہے۔</w:t>
      </w:r>
    </w:p>
    <w:p>
      <w:r>
        <w:rPr>
          <w:b/>
        </w:rPr>
        <w:t xml:space="preserve">[22:48] </w:t>
      </w:r>
      <w:r>
        <w:t>mein ek misaal deta hoon aap ko.</w:t>
      </w:r>
    </w:p>
    <w:p>
      <w:pPr>
        <w:jc w:val="right"/>
      </w:pPr>
      <w:r>
        <w:t>میں ایک مثال دیتا ہوں آپ کو۔</w:t>
      </w:r>
    </w:p>
    <w:p>
      <w:r>
        <w:rPr>
          <w:b/>
        </w:rPr>
        <w:t xml:space="preserve">[22:53] </w:t>
      </w:r>
      <w:r>
        <w:t>mein London gaya, wahan par ek angrez se mulaqat hui.</w:t>
      </w:r>
    </w:p>
    <w:p>
      <w:pPr>
        <w:jc w:val="right"/>
      </w:pPr>
      <w:r>
        <w:t>میں لندن گیا، وہاں پر ایک انگریز سے ملاقات ہوئی۔</w:t>
      </w:r>
    </w:p>
    <w:p>
      <w:r>
        <w:rPr>
          <w:b/>
        </w:rPr>
        <w:t xml:space="preserve">[22:59] </w:t>
      </w:r>
      <w:r>
        <w:t>is ne bohat anokhi baat batai.</w:t>
      </w:r>
    </w:p>
    <w:p>
      <w:pPr>
        <w:jc w:val="right"/>
      </w:pPr>
      <w:r>
        <w:t>اس نے بہت انوکھی بات بتائی۔</w:t>
      </w:r>
    </w:p>
    <w:p>
      <w:r>
        <w:rPr>
          <w:b/>
        </w:rPr>
        <w:t xml:space="preserve">[23:04] </w:t>
      </w:r>
      <w:r>
        <w:t>is ne kaha ke bohat se Christian jo jo sincere hotay hain woh samajh nahin paatay ke Christianity kya hai.</w:t>
      </w:r>
    </w:p>
    <w:p>
      <w:pPr>
        <w:jc w:val="right"/>
      </w:pPr>
      <w:r>
        <w:t>اس نے کہا کہ بہت سے کرسچن جو جو سنسیئر ہوتے ہیں وہ سمجھ نہیں پاتے کہ کرسچینٹی کیا ہے۔</w:t>
      </w:r>
    </w:p>
    <w:p>
      <w:r>
        <w:rPr>
          <w:b/>
        </w:rPr>
        <w:t xml:space="preserve">[23:10] </w:t>
      </w:r>
      <w:r>
        <w:t>kyun ke Christianity ka basic jo ideology hai woh hai Trinity.</w:t>
      </w:r>
    </w:p>
    <w:p>
      <w:pPr>
        <w:jc w:val="right"/>
      </w:pPr>
      <w:r>
        <w:t>کیونکہ کرسچینٹی کا بیسک جو آئیڈیالوجی ہے وہ ہے ٹرینٹی۔</w:t>
      </w:r>
    </w:p>
    <w:p>
      <w:r>
        <w:rPr>
          <w:b/>
        </w:rPr>
        <w:t xml:space="preserve">[23:16] </w:t>
      </w:r>
      <w:r>
        <w:t>three in one, one in three.</w:t>
      </w:r>
    </w:p>
    <w:p>
      <w:pPr>
        <w:jc w:val="right"/>
      </w:pPr>
      <w:r>
        <w:t>تھری ان ون، ون ان تھری۔</w:t>
      </w:r>
    </w:p>
    <w:p>
      <w:r>
        <w:rPr>
          <w:b/>
        </w:rPr>
        <w:t xml:space="preserve">[23:21] </w:t>
      </w:r>
      <w:r>
        <w:t>to is ne kaha ke jo sincere Christian hotay hain woh samajh nahin paatay is ko.</w:t>
      </w:r>
    </w:p>
    <w:p>
      <w:pPr>
        <w:jc w:val="right"/>
      </w:pPr>
      <w:r>
        <w:t>تو اس نے کہا کہ جو سنسیئر کرسچن ہوتے ہیں وہ سمجھ نہیں پاتے اس کو۔</w:t>
      </w:r>
    </w:p>
    <w:p>
      <w:r>
        <w:rPr>
          <w:b/>
        </w:rPr>
        <w:t xml:space="preserve">[23:27] </w:t>
      </w:r>
      <w:r>
        <w:t>magar social compression ki wajah se woh Christian banay rehtay hain.</w:t>
      </w:r>
    </w:p>
    <w:p>
      <w:pPr>
        <w:jc w:val="right"/>
      </w:pPr>
      <w:r>
        <w:t>مگر سوشل کمپریشن کی وجہ سے وہ کرسچن بنے رہتے ہیں۔</w:t>
      </w:r>
    </w:p>
    <w:p>
      <w:r>
        <w:rPr>
          <w:b/>
        </w:rPr>
        <w:t xml:space="preserve">[23:32] </w:t>
      </w:r>
      <w:r>
        <w:t>ke koi ek, yani woh aisa Khuda jo back waqt teen bhi ho, ek bhi ho, yeh un</w:t>
      </w:r>
    </w:p>
    <w:p>
      <w:pPr>
        <w:jc w:val="right"/>
      </w:pPr>
      <w:r>
        <w:t>کہ کوئی ایک، یعنی وہ ایسا خدا جو بیک وقت تین بھی ہو، ایک بھی ہو، یہ ان</w:t>
      </w:r>
    </w:p>
    <w:p>
      <w:r>
        <w:rPr>
          <w:b/>
        </w:rPr>
        <w:t xml:space="preserve">[23:38] </w:t>
      </w:r>
      <w:r>
        <w:t>ki samajh mein nahin aata.</w:t>
      </w:r>
    </w:p>
    <w:p>
      <w:pPr>
        <w:jc w:val="right"/>
      </w:pPr>
      <w:r>
        <w:t>کی سمجھ میں نہیں آتا۔</w:t>
      </w:r>
    </w:p>
    <w:p>
      <w:r>
        <w:rPr>
          <w:b/>
        </w:rPr>
        <w:t xml:space="preserve">[23:44] </w:t>
      </w:r>
      <w:r>
        <w:t>us ne kaha ke mera dada isi mein pagal ho gaya.</w:t>
      </w:r>
    </w:p>
    <w:p>
      <w:pPr>
        <w:jc w:val="right"/>
      </w:pPr>
      <w:r>
        <w:t>اس نے کہا کہ میرا دادا اسی میں پاگل ہو گیا۔</w:t>
      </w:r>
    </w:p>
    <w:p>
      <w:r>
        <w:rPr>
          <w:b/>
        </w:rPr>
        <w:t xml:space="preserve">[23:49] </w:t>
      </w:r>
      <w:r>
        <w:t>mere baap confusion mein mar gaye.</w:t>
      </w:r>
    </w:p>
    <w:p>
      <w:pPr>
        <w:jc w:val="right"/>
      </w:pPr>
      <w:r>
        <w:t>میرے باپ کنفیوژن میں مر گئے۔</w:t>
      </w:r>
    </w:p>
    <w:p>
      <w:r>
        <w:rPr>
          <w:b/>
        </w:rPr>
        <w:t xml:space="preserve">[23:55] </w:t>
      </w:r>
      <w:r>
        <w:t>phir maine islam ko mutaliq kiya.</w:t>
      </w:r>
    </w:p>
    <w:p>
      <w:pPr>
        <w:jc w:val="right"/>
      </w:pPr>
      <w:r>
        <w:t>پھر میں نے اسلام کو متعلق کیا۔</w:t>
      </w:r>
    </w:p>
    <w:p>
      <w:r>
        <w:rPr>
          <w:b/>
        </w:rPr>
        <w:t xml:space="preserve">[24:00] </w:t>
      </w:r>
      <w:r>
        <w:t>to wo islam accept kar chuka tha wo aadmi. yani pota.</w:t>
      </w:r>
    </w:p>
    <w:p>
      <w:pPr>
        <w:jc w:val="right"/>
      </w:pPr>
      <w:r>
        <w:t>تو وہ اسلام ایکسیپٹ کر چکا تھا وہ آدمی۔ یعنی پوتا۔</w:t>
      </w:r>
    </w:p>
    <w:p>
      <w:r>
        <w:rPr>
          <w:b/>
        </w:rPr>
        <w:t xml:space="preserve">[24:06] </w:t>
      </w:r>
      <w:r>
        <w:t>to khuda, yahan par maloom hua ke khuda Allah o wahid ka mamla yahan par hai.</w:t>
      </w:r>
    </w:p>
    <w:p>
      <w:pPr>
        <w:jc w:val="right"/>
      </w:pPr>
      <w:r>
        <w:t>تو خدا، یہاں پر معلوم ہوا کہ خدا اللہ و احد کا معاملہ یہاں پر ہے۔</w:t>
      </w:r>
    </w:p>
    <w:p>
      <w:r>
        <w:rPr>
          <w:b/>
        </w:rPr>
        <w:t xml:space="preserve">[24:11] </w:t>
      </w:r>
      <w:r>
        <w:t>to us ne jab padha to us ke mind address hua.</w:t>
      </w:r>
    </w:p>
    <w:p>
      <w:pPr>
        <w:jc w:val="right"/>
      </w:pPr>
      <w:r>
        <w:t>تو اس نے جب پڑھا تو اس کے مائنڈ ایڈریس ہوا۔</w:t>
      </w:r>
    </w:p>
    <w:p>
      <w:r>
        <w:rPr>
          <w:b/>
        </w:rPr>
        <w:t xml:space="preserve">[24:17] </w:t>
      </w:r>
      <w:r>
        <w:t>aur us ne islam qabool kar liya.</w:t>
      </w:r>
    </w:p>
    <w:p>
      <w:pPr>
        <w:jc w:val="right"/>
      </w:pPr>
      <w:r>
        <w:t>اور اس نے اسلام قبول کر لیا۔</w:t>
      </w:r>
    </w:p>
    <w:p>
      <w:r>
        <w:rPr>
          <w:b/>
        </w:rPr>
        <w:t xml:space="preserve">[24:23] </w:t>
      </w:r>
      <w:r>
        <w:t>to aaj ka insaan jo chahta hai mazhab, wo wo bator waqea maujood hai.</w:t>
      </w:r>
    </w:p>
    <w:p>
      <w:pPr>
        <w:jc w:val="right"/>
      </w:pPr>
      <w:r>
        <w:t>تو آج کا انسان جو چاہتا ہے مذہب، وہ وہ بطور واقعہ موجود ہے۔</w:t>
      </w:r>
    </w:p>
    <w:p>
      <w:r>
        <w:rPr>
          <w:b/>
        </w:rPr>
        <w:t xml:space="preserve">[24:28] </w:t>
      </w:r>
      <w:r>
        <w:t>lekin is mazhab ke aur aaj ke insaan ke beech mein muslim culture, muslim tashrihat, muslim kitabein, musalmanon</w:t>
      </w:r>
    </w:p>
    <w:p>
      <w:pPr>
        <w:jc w:val="right"/>
      </w:pPr>
      <w:r>
        <w:t>لیکن اس مذہب کے اور آج کے انسان کے بیچ میں مسلم کلچر، مسلم تشریحات، مسلم کتابیں، مسلمانوں</w:t>
      </w:r>
    </w:p>
    <w:p>
      <w:r>
        <w:rPr>
          <w:b/>
        </w:rPr>
        <w:t xml:space="preserve">[24:34] </w:t>
      </w:r>
      <w:r>
        <w:t>ne jo kuch baat ko nazariyat banaye wo sab record bane hue hain.</w:t>
      </w:r>
    </w:p>
    <w:p>
      <w:pPr>
        <w:jc w:val="right"/>
      </w:pPr>
      <w:r>
        <w:t>نے جو کچھ بات کو نظریات بنائے وہ سب ریکارڈ بنے ہوئے ہیں۔</w:t>
      </w:r>
    </w:p>
    <w:p>
      <w:r>
        <w:rPr>
          <w:b/>
        </w:rPr>
        <w:t xml:space="preserve">[24:39] </w:t>
      </w:r>
      <w:r>
        <w:t>aur khaas tor par maujooda daur mein musalmanon ki militancy.</w:t>
      </w:r>
    </w:p>
    <w:p>
      <w:pPr>
        <w:jc w:val="right"/>
      </w:pPr>
      <w:r>
        <w:t>اور خاص طور پر موجودہ دور میں مسلمانوں کی ملی ٹینسی۔</w:t>
      </w:r>
    </w:p>
    <w:p>
      <w:r>
        <w:rPr>
          <w:b/>
        </w:rPr>
        <w:t xml:space="preserve">[24:45] </w:t>
      </w:r>
      <w:r>
        <w:t>jis ko kehte hain log islamophobia.</w:t>
      </w:r>
    </w:p>
    <w:p>
      <w:pPr>
        <w:jc w:val="right"/>
      </w:pPr>
      <w:r>
        <w:t>جس کو کہتے ہیں لوگ اسلاموفوبیا۔</w:t>
      </w:r>
    </w:p>
    <w:p>
      <w:r>
        <w:rPr>
          <w:b/>
        </w:rPr>
        <w:t xml:space="preserve">[24:51] </w:t>
      </w:r>
      <w:r>
        <w:t>islamophobia kya cheez hai? musalmanon ki ghalat numaindagi se jo ghalat image bani hai islam ki, wahi to hai islamophobia.</w:t>
      </w:r>
    </w:p>
    <w:p>
      <w:pPr>
        <w:jc w:val="right"/>
      </w:pPr>
      <w:r>
        <w:t>اسلاموفوبیا کیا چیز ہے؟ مسلمانوں کی غلط نمائندگی سے جو غلط امیج بنی ہے اسلام کی، وہی تو ہے اسلاموفوبیا۔</w:t>
      </w:r>
    </w:p>
    <w:p>
      <w:r>
        <w:rPr>
          <w:b/>
        </w:rPr>
        <w:t xml:space="preserve">[24:56] </w:t>
      </w:r>
      <w:r>
        <w:t>wo samajhte hain ke islam to nine eleven ka naam hai.</w:t>
      </w:r>
    </w:p>
    <w:p>
      <w:pPr>
        <w:jc w:val="right"/>
      </w:pPr>
      <w:r>
        <w:t>وہ سمجھتے ہیں کہ اسلام تو نائن الیون کا نام ہے۔</w:t>
      </w:r>
    </w:p>
    <w:p>
      <w:r>
        <w:rPr>
          <w:b/>
        </w:rPr>
        <w:t xml:space="preserve">[25:02] </w:t>
      </w:r>
      <w:r>
        <w:t>islam to society bombing ka naam hai.</w:t>
      </w:r>
    </w:p>
    <w:p>
      <w:pPr>
        <w:jc w:val="right"/>
      </w:pPr>
      <w:r>
        <w:t>اسلام تو سوسائٹی بمبنگ کا نام ہے۔</w:t>
      </w:r>
    </w:p>
    <w:p>
      <w:r>
        <w:rPr>
          <w:b/>
        </w:rPr>
        <w:t xml:space="preserve">[25:07] </w:t>
      </w:r>
      <w:r>
        <w:t>islam to qatal ka naam hai.</w:t>
      </w:r>
    </w:p>
    <w:p>
      <w:pPr>
        <w:jc w:val="right"/>
      </w:pPr>
      <w:r>
        <w:t>اسلام تو قتال کا نام ہے۔</w:t>
      </w:r>
    </w:p>
    <w:p>
      <w:r>
        <w:rPr>
          <w:b/>
        </w:rPr>
        <w:t xml:space="preserve">[25:13] </w:t>
      </w:r>
      <w:r>
        <w:t>to aisa aisa mazhab insaan ko nahi chahiye.</w:t>
      </w:r>
    </w:p>
    <w:p>
      <w:pPr>
        <w:jc w:val="right"/>
      </w:pPr>
      <w:r>
        <w:t>تو ایسا ایسا مذہب انسان کو نہیں چاہیے۔</w:t>
      </w:r>
    </w:p>
    <w:p>
      <w:r>
        <w:rPr>
          <w:b/>
        </w:rPr>
        <w:t xml:space="preserve">[25:19] </w:t>
      </w:r>
      <w:r>
        <w:t>insaan ko mazhab chahiye jo peaceful mazhab ho.</w:t>
      </w:r>
    </w:p>
    <w:p>
      <w:pPr>
        <w:jc w:val="right"/>
      </w:pPr>
      <w:r>
        <w:t>انسان کو مذہب چاہیے جو پیس فل مذہب ہو۔</w:t>
      </w:r>
    </w:p>
    <w:p>
      <w:r>
        <w:rPr>
          <w:b/>
        </w:rPr>
        <w:t xml:space="preserve">[25:24] </w:t>
      </w:r>
      <w:r>
        <w:t>aaj mein akhbar padh raha tha, aaj ka jo angrezi akhbar hai us mein ek mazmoon is par hai.</w:t>
      </w:r>
    </w:p>
    <w:p>
      <w:pPr>
        <w:jc w:val="right"/>
      </w:pPr>
      <w:r>
        <w:t>آج میں اخبار پڑھ رہا تھا، آج کا جو انگریزی اخبار ہے اس میں ایک مضمون اس پر ہے۔</w:t>
      </w:r>
    </w:p>
    <w:p>
      <w:r>
        <w:rPr>
          <w:b/>
        </w:rPr>
        <w:t xml:space="preserve">[25:30] </w:t>
      </w:r>
      <w:r>
        <w:t>peace ke bare mein.</w:t>
      </w:r>
    </w:p>
    <w:p>
      <w:pPr>
        <w:jc w:val="right"/>
      </w:pPr>
      <w:r>
        <w:t>پیس کے بارے میں۔</w:t>
      </w:r>
    </w:p>
    <w:p>
      <w:r>
        <w:rPr>
          <w:b/>
        </w:rPr>
        <w:t xml:space="preserve">[25:35] </w:t>
      </w:r>
      <w:r>
        <w:t>to us mein yeh bataya ke aaj ka insaan peace ki talash mein hai. peace.</w:t>
      </w:r>
    </w:p>
    <w:p>
      <w:pPr>
        <w:jc w:val="right"/>
      </w:pPr>
      <w:r>
        <w:t>تو اس میں یہ بتایا کہ آج کا انسان پیس کی تلاش میں ہے۔ پیس۔</w:t>
      </w:r>
    </w:p>
    <w:p>
      <w:r>
        <w:rPr>
          <w:b/>
        </w:rPr>
        <w:t xml:space="preserve">[25:41] </w:t>
      </w:r>
      <w:r>
        <w:t>wo mazmoon to khud ab gaya se hai, us ko mein subah padha.</w:t>
      </w:r>
    </w:p>
    <w:p>
      <w:pPr>
        <w:jc w:val="right"/>
      </w:pPr>
      <w:r>
        <w:t>وہ مضمون تو خود اب گویا سے ہے، اس کو میں صبح پڑھا۔</w:t>
      </w:r>
    </w:p>
    <w:p>
      <w:r>
        <w:rPr>
          <w:b/>
        </w:rPr>
        <w:t xml:space="preserve">[25:47] </w:t>
      </w:r>
      <w:r>
        <w:t>kuch baat is mein milti nahi.</w:t>
      </w:r>
    </w:p>
    <w:p>
      <w:pPr>
        <w:jc w:val="right"/>
      </w:pPr>
      <w:r>
        <w:t>کچھ بات اس میں ملتی نہیں۔</w:t>
      </w:r>
    </w:p>
    <w:p>
      <w:r>
        <w:rPr>
          <w:b/>
        </w:rPr>
        <w:t xml:space="preserve">[25:52] </w:t>
      </w:r>
      <w:r>
        <w:t>lekin behal is se yeh maloom hota hai ke aaj ka insaan jo hai peace ki talash mein hai.</w:t>
      </w:r>
    </w:p>
    <w:p>
      <w:pPr>
        <w:jc w:val="right"/>
      </w:pPr>
      <w:r>
        <w:t>لیکن بہرحال اس سے یہ معلوم ہوتا ہے کہ آج کا انسان جو ہے پیس کی تلاش میں ہے۔</w:t>
      </w:r>
    </w:p>
    <w:p>
      <w:r>
        <w:rPr>
          <w:b/>
        </w:rPr>
        <w:t xml:space="preserve">[25:58] </w:t>
      </w:r>
      <w:r>
        <w:t>to ideology of peace kisi ke paas hai hi nahi.</w:t>
      </w:r>
    </w:p>
    <w:p>
      <w:pPr>
        <w:jc w:val="right"/>
      </w:pPr>
      <w:r>
        <w:t>تو آئیڈیالوجی آف پیس کسی کے پاس ہے ہی نہیں۔</w:t>
      </w:r>
    </w:p>
    <w:p>
      <w:r>
        <w:rPr>
          <w:b/>
        </w:rPr>
        <w:t xml:space="preserve">[26:03] </w:t>
      </w:r>
      <w:r>
        <w:t>mein poore aitmad se keh sakta hoon ke kisi bhi mazhab ke paas, mazhab to kiya kisi secular</w:t>
      </w:r>
    </w:p>
    <w:p>
      <w:pPr>
        <w:jc w:val="right"/>
      </w:pPr>
      <w:r>
        <w:t>میں پورے اعتماد سے کہہ سکتا ہوں کہ کسی بھی مذہب کے پاس، مذہب تو کیا کسی سیکولر</w:t>
      </w:r>
    </w:p>
    <w:p>
      <w:r>
        <w:rPr>
          <w:b/>
        </w:rPr>
        <w:t xml:space="preserve">[26:09] </w:t>
      </w:r>
      <w:r>
        <w:t>system ke paas ideology of peace hai hi nahin.</w:t>
      </w:r>
    </w:p>
    <w:p>
      <w:pPr>
        <w:jc w:val="right"/>
      </w:pPr>
      <w:r>
        <w:t>سسٹم کے پاس آئیڈیالوجی آف پیس ہے ہی نہیں۔</w:t>
      </w:r>
    </w:p>
    <w:p>
      <w:r>
        <w:rPr>
          <w:b/>
        </w:rPr>
        <w:t xml:space="preserve">[26:15] </w:t>
      </w:r>
      <w:r>
        <w:t>Peace ki baat to sab log karte hain.</w:t>
      </w:r>
    </w:p>
    <w:p>
      <w:pPr>
        <w:jc w:val="right"/>
      </w:pPr>
      <w:r>
        <w:t>پیس کی بات تو سب لوگ کرتے ہیں۔</w:t>
      </w:r>
    </w:p>
    <w:p>
      <w:r>
        <w:rPr>
          <w:b/>
        </w:rPr>
        <w:t xml:space="preserve">[26:20] </w:t>
      </w:r>
      <w:r>
        <w:t>kyunke first world war aur second world war ke baad ab dunya jang ka sunna bhi, naam bhi</w:t>
      </w:r>
    </w:p>
    <w:p>
      <w:pPr>
        <w:jc w:val="right"/>
      </w:pPr>
      <w:r>
        <w:t>کیونکہ فرسٹ ورلڈ وار اور سیکنڈ ورلڈ وار کے بعد اب دنیا جنگ کا سننا بھی، نام بھی</w:t>
      </w:r>
    </w:p>
    <w:p>
      <w:r>
        <w:rPr>
          <w:b/>
        </w:rPr>
        <w:t xml:space="preserve">[26:26] </w:t>
      </w:r>
      <w:r>
        <w:t>nahin sunna chahti.</w:t>
      </w:r>
    </w:p>
    <w:p>
      <w:pPr>
        <w:jc w:val="right"/>
      </w:pPr>
      <w:r>
        <w:t>نہیں سننا چاہتی۔</w:t>
      </w:r>
    </w:p>
    <w:p>
      <w:r>
        <w:rPr>
          <w:b/>
        </w:rPr>
        <w:t xml:space="preserve">[26:31] </w:t>
      </w:r>
      <w:r>
        <w:t>ab dunya ko peace se dilchaspi hai, bas peace, peace, peace.</w:t>
      </w:r>
    </w:p>
    <w:p>
      <w:pPr>
        <w:jc w:val="right"/>
      </w:pPr>
      <w:r>
        <w:t>اب دنیا کو پیس سے دلچسپی ہے، بس پیس، پیس، پیس۔</w:t>
      </w:r>
    </w:p>
    <w:p>
      <w:r>
        <w:rPr>
          <w:b/>
        </w:rPr>
        <w:t xml:space="preserve">[26:37] </w:t>
      </w:r>
      <w:r>
        <w:t>lekin musalmanon ne Islam ko bana rakha hai religion of violence.</w:t>
      </w:r>
    </w:p>
    <w:p>
      <w:pPr>
        <w:jc w:val="right"/>
      </w:pPr>
      <w:r>
        <w:t>لیکن مسلمانوں نے اسلام کو بنا رکھا ہے ریلیجن آف وائلنس۔</w:t>
      </w:r>
    </w:p>
    <w:p>
      <w:r>
        <w:rPr>
          <w:b/>
        </w:rPr>
        <w:t xml:space="preserve">[26:43] </w:t>
      </w:r>
      <w:r>
        <w:t>yani jihad ke naam par qatal kar rahe hain.</w:t>
      </w:r>
    </w:p>
    <w:p>
      <w:pPr>
        <w:jc w:val="right"/>
      </w:pPr>
      <w:r>
        <w:t>یعنی جہاد کے نام پر قتال کر رہے ہیں۔</w:t>
      </w:r>
    </w:p>
    <w:p>
      <w:r>
        <w:rPr>
          <w:b/>
        </w:rPr>
        <w:t xml:space="preserve">[26:48] </w:t>
      </w:r>
      <w:r>
        <w:t>Islami nizam ko aapas mein society bombing kar rahe hain.</w:t>
      </w:r>
    </w:p>
    <w:p>
      <w:pPr>
        <w:jc w:val="right"/>
      </w:pPr>
      <w:r>
        <w:t>اسلامی نظام کو آپس میں سوسائٹی بمبنگ کر رہے ہیں۔</w:t>
      </w:r>
    </w:p>
    <w:p>
      <w:r>
        <w:rPr>
          <w:b/>
        </w:rPr>
        <w:t xml:space="preserve">[26:54] </w:t>
      </w:r>
      <w:r>
        <w:t>Islam ko justice laane ke liye aapas mein lad rahe hain.</w:t>
      </w:r>
    </w:p>
    <w:p>
      <w:pPr>
        <w:jc w:val="right"/>
      </w:pPr>
      <w:r>
        <w:t>اسلام کو جسٹس لانے کے لیے آپس میں لڑ رہے ہیں۔</w:t>
      </w:r>
    </w:p>
    <w:p>
      <w:r>
        <w:rPr>
          <w:b/>
        </w:rPr>
        <w:t xml:space="preserve">[26:59] </w:t>
      </w:r>
      <w:r>
        <w:t>to yeh jo numaindagi hai musalmanon ki Islam ke bare mein woh to ulti tasveer batati hai.</w:t>
      </w:r>
    </w:p>
    <w:p>
      <w:pPr>
        <w:jc w:val="right"/>
      </w:pPr>
      <w:r>
        <w:t>تو یہ جو نمائندگی ہے مسلمانوں کی اسلام کے بارے میں وہ تو الٹی تصویر بتاتی ہے۔</w:t>
      </w:r>
    </w:p>
    <w:p>
      <w:r>
        <w:rPr>
          <w:b/>
        </w:rPr>
        <w:t xml:space="preserve">[27:05] </w:t>
      </w:r>
      <w:r>
        <w:t>to kiya dilchaspi hai insaan ko? haalanke mein yaqeen ke sath keh sakta hoon ke sirf Islami woh</w:t>
      </w:r>
    </w:p>
    <w:p>
      <w:pPr>
        <w:jc w:val="right"/>
      </w:pPr>
      <w:r>
        <w:t>تو کیا دلچسپی ہے انسان کو؟ حالانکہ میں یقین کے ساتھ کہہ سکتا ہوں کہ صرف اسلامی وہ</w:t>
      </w:r>
    </w:p>
    <w:p>
      <w:r>
        <w:rPr>
          <w:b/>
        </w:rPr>
        <w:t xml:space="preserve">[27:11] </w:t>
      </w:r>
      <w:r>
        <w:t>system hai jis mein sahi maano mein peace ki ideology di gayi hai.</w:t>
      </w:r>
    </w:p>
    <w:p>
      <w:pPr>
        <w:jc w:val="right"/>
      </w:pPr>
      <w:r>
        <w:t>سسٹم ہے جس میں صحیح معنوں میں پیس کی آئیڈیالوجی دی گئی ہے۔</w:t>
      </w:r>
    </w:p>
    <w:p>
      <w:r>
        <w:rPr>
          <w:b/>
        </w:rPr>
        <w:t xml:space="preserve">[27:16] </w:t>
      </w:r>
      <w:r>
        <w:t>Peace ki ideology.</w:t>
      </w:r>
    </w:p>
    <w:p>
      <w:pPr>
        <w:jc w:val="right"/>
      </w:pPr>
      <w:r>
        <w:t>پیس کی آئیڈیالوجی۔</w:t>
      </w:r>
    </w:p>
    <w:p>
      <w:r>
        <w:rPr>
          <w:b/>
        </w:rPr>
        <w:t xml:space="preserve">[27:22] </w:t>
      </w:r>
      <w:r>
        <w:t>aap meri do kitabein parhiye.</w:t>
      </w:r>
    </w:p>
    <w:p>
      <w:pPr>
        <w:jc w:val="right"/>
      </w:pPr>
      <w:r>
        <w:t>آپ میری دو کتابیں پڑھیے۔</w:t>
      </w:r>
    </w:p>
    <w:p>
      <w:r>
        <w:rPr>
          <w:b/>
        </w:rPr>
        <w:t xml:space="preserve">[27:27] </w:t>
      </w:r>
      <w:r>
        <w:t>ek ek ek jis ka kitab, ek ka naam hi yahi hai ideology of peace aur doosri prophet of peace.</w:t>
      </w:r>
    </w:p>
    <w:p>
      <w:pPr>
        <w:jc w:val="right"/>
      </w:pPr>
      <w:r>
        <w:t>ایک ایک ایک جس کا کتاب، ایک کا نام ہی یہی ہے آئیڈیالوجی آف پیس اور دوسری پرافٹ آف پیس۔</w:t>
      </w:r>
    </w:p>
    <w:p>
      <w:r>
        <w:rPr>
          <w:b/>
        </w:rPr>
        <w:t xml:space="preserve">[27:33] </w:t>
      </w:r>
      <w:r>
        <w:t>Delhi mein ek Hindu scholar ne is kitab ko padha.</w:t>
      </w:r>
    </w:p>
    <w:p>
      <w:pPr>
        <w:jc w:val="right"/>
      </w:pPr>
      <w:r>
        <w:t>دلی میں ایک ہندو اسکالر نے اس کتاب کو پڑھا۔</w:t>
      </w:r>
    </w:p>
    <w:p>
      <w:r>
        <w:rPr>
          <w:b/>
        </w:rPr>
        <w:t xml:space="preserve">[27:39] </w:t>
      </w:r>
      <w:r>
        <w:t>yani prophet of peace ko.</w:t>
      </w:r>
    </w:p>
    <w:p>
      <w:pPr>
        <w:jc w:val="right"/>
      </w:pPr>
      <w:r>
        <w:t>یعنی پرافٹ آف پیس کو۔</w:t>
      </w:r>
    </w:p>
    <w:p>
      <w:r>
        <w:rPr>
          <w:b/>
        </w:rPr>
        <w:t xml:space="preserve">[27:44] </w:t>
      </w:r>
      <w:r>
        <w:t>تو انہوں نے پڑھنے کے بعد کہا تھا کہ It is a paradigm shift.</w:t>
      </w:r>
    </w:p>
    <w:p>
      <w:pPr>
        <w:jc w:val="right"/>
      </w:pPr>
      <w:r>
        <w:t>تو انہوں نے پڑھنے کے بعد کہا تھا کہ اٹ از پیراڈائم شفٹ۔</w:t>
      </w:r>
    </w:p>
    <w:p>
      <w:r>
        <w:rPr>
          <w:b/>
        </w:rPr>
        <w:t xml:space="preserve">[27:50] </w:t>
      </w:r>
      <w:r>
        <w:t>بہت تعجب سے انہوں نے کہا تھا کہ it is a paradigm shift۔</w:t>
      </w:r>
    </w:p>
    <w:p>
      <w:pPr>
        <w:jc w:val="right"/>
      </w:pPr>
      <w:r>
        <w:t>بہت تعجب سے انہوں نے کہا تھا کہ اٹ از اے پیراڈائم شفٹ۔</w:t>
      </w:r>
    </w:p>
    <w:p>
      <w:r>
        <w:rPr>
          <w:b/>
        </w:rPr>
        <w:t xml:space="preserve">[27:55] </w:t>
      </w:r>
      <w:r>
        <w:t>yani bilkul yeh to bilkul kaya palat ho gayi.</w:t>
      </w:r>
    </w:p>
    <w:p>
      <w:pPr>
        <w:jc w:val="right"/>
      </w:pPr>
      <w:r>
        <w:t>یعنی بالکل یہ تو بالکل کایا پلٹ ہو گئی۔</w:t>
      </w:r>
    </w:p>
    <w:p>
      <w:r>
        <w:rPr>
          <w:b/>
        </w:rPr>
        <w:t xml:space="preserve">[28:01] </w:t>
      </w:r>
      <w:r>
        <w:t>hum samajhte the ke Muhammad violence ke mazhab laye the.</w:t>
      </w:r>
    </w:p>
    <w:p>
      <w:pPr>
        <w:jc w:val="right"/>
      </w:pPr>
      <w:r>
        <w:t>ہم سمجھتے تھے کہ محمد وائلنس کے مذہب لائے تھے۔</w:t>
      </w:r>
    </w:p>
    <w:p>
      <w:r>
        <w:rPr>
          <w:b/>
        </w:rPr>
        <w:t xml:space="preserve">[28:06] </w:t>
      </w:r>
      <w:r>
        <w:t>Muhammad ka mazhab tha violence, lado phiro.</w:t>
      </w:r>
    </w:p>
    <w:p>
      <w:pPr>
        <w:jc w:val="right"/>
      </w:pPr>
      <w:r>
        <w:t>محمد کا مذہب تھا وائلنس، لڑو پھرو۔</w:t>
      </w:r>
    </w:p>
    <w:p>
      <w:r>
        <w:rPr>
          <w:b/>
        </w:rPr>
        <w:t xml:space="preserve">[28:12] </w:t>
      </w:r>
      <w:r>
        <w:t>yahan to maloom hua ke woh peace ka mazhab laye the.</w:t>
      </w:r>
    </w:p>
    <w:p>
      <w:pPr>
        <w:jc w:val="right"/>
      </w:pPr>
      <w:r>
        <w:t>یہاں تو معلوم ہوا کہ وہ پیس کا مذہب لائے تھے۔</w:t>
      </w:r>
    </w:p>
    <w:p>
      <w:r>
        <w:rPr>
          <w:b/>
        </w:rPr>
        <w:t xml:space="preserve">[28:18] </w:t>
      </w:r>
      <w:r>
        <w:t>woh khud peaceful insaan the.</w:t>
      </w:r>
    </w:p>
    <w:p>
      <w:pPr>
        <w:jc w:val="right"/>
      </w:pPr>
      <w:r>
        <w:t>وہ خود پیس فل انسان تھے۔</w:t>
      </w:r>
    </w:p>
    <w:p>
      <w:r>
        <w:rPr>
          <w:b/>
        </w:rPr>
        <w:t xml:space="preserve">[28:23] </w:t>
      </w:r>
      <w:r>
        <w:t>to insaan ko, aaj ke insaan ko aisa mazhab, aisa yani yeh bhi, yani dekhiye ek baat mein</w:t>
      </w:r>
    </w:p>
    <w:p>
      <w:pPr>
        <w:jc w:val="right"/>
      </w:pPr>
      <w:r>
        <w:t>تو انسان کو، آج کے انسان کو ایسا مذہب، ایسا یعنی یہ بھی، یعنی دیکھیے ایک بات میں</w:t>
      </w:r>
    </w:p>
    <w:p>
      <w:r>
        <w:rPr>
          <w:b/>
        </w:rPr>
        <w:t xml:space="preserve">[28:29] </w:t>
      </w:r>
      <w:r>
        <w:t>arz karunga ke jadeed maujooda zamane mein har cheez ki tehqeeq hui hai.</w:t>
      </w:r>
    </w:p>
    <w:p>
      <w:pPr>
        <w:jc w:val="right"/>
      </w:pPr>
      <w:r>
        <w:t>عرض کروں گا کہ جدید موجودہ زمانے میں ہر چیز کی تحقیق ہوئی ہے۔</w:t>
      </w:r>
    </w:p>
    <w:p>
      <w:r>
        <w:rPr>
          <w:b/>
        </w:rPr>
        <w:t xml:space="preserve">[28:34] </w:t>
      </w:r>
      <w:r>
        <w:t>har cheez ka survey hua hai.</w:t>
      </w:r>
    </w:p>
    <w:p>
      <w:pPr>
        <w:jc w:val="right"/>
      </w:pPr>
      <w:r>
        <w:t>ہر چیز کا سروے ہوا ہے۔</w:t>
      </w:r>
    </w:p>
    <w:p>
      <w:r>
        <w:rPr>
          <w:b/>
        </w:rPr>
        <w:t xml:space="preserve">[28:40] </w:t>
      </w:r>
      <w:r>
        <w:t>har cheez ka.</w:t>
      </w:r>
    </w:p>
    <w:p>
      <w:pPr>
        <w:jc w:val="right"/>
      </w:pPr>
      <w:r>
        <w:t>ہر چیز کا۔</w:t>
      </w:r>
    </w:p>
    <w:p>
      <w:r>
        <w:rPr>
          <w:b/>
        </w:rPr>
        <w:t xml:space="preserve">[28:46] </w:t>
      </w:r>
      <w:r>
        <w:t>to unhi mein se aik hai anthropology.</w:t>
      </w:r>
    </w:p>
    <w:p>
      <w:pPr>
        <w:jc w:val="right"/>
      </w:pPr>
      <w:r>
        <w:t>تو انہی میں سے ایک ہے انتھروپولوجی۔</w:t>
      </w:r>
    </w:p>
    <w:p>
      <w:r>
        <w:rPr>
          <w:b/>
        </w:rPr>
        <w:t xml:space="preserve">[28:51] </w:t>
      </w:r>
      <w:r>
        <w:t>anthropology ke tehat jo survey hua hai us se yeh baat sabit hui hai ke mazhab insaan ke</w:t>
      </w:r>
    </w:p>
    <w:p>
      <w:pPr>
        <w:jc w:val="right"/>
      </w:pPr>
      <w:r>
        <w:t>انتھروپولوجی کے تحت جو سروے ہوا ہے اس سے یہ بات ثابت ہوئی ہے کہ مذہب انسان کے</w:t>
      </w:r>
    </w:p>
    <w:p>
      <w:r>
        <w:rPr>
          <w:b/>
        </w:rPr>
        <w:t xml:space="preserve">[28:57] </w:t>
      </w:r>
      <w:r>
        <w:t>andar interboban hai.</w:t>
      </w:r>
    </w:p>
    <w:p>
      <w:pPr>
        <w:jc w:val="right"/>
      </w:pPr>
      <w:r>
        <w:t>اندر انٹربوبن ہے۔</w:t>
      </w:r>
    </w:p>
    <w:p>
      <w:r>
        <w:rPr>
          <w:b/>
        </w:rPr>
        <w:t xml:space="preserve">[29:02] </w:t>
      </w:r>
      <w:r>
        <w:t>jis tarah insaan ko piyas us ke andar interboban hai.</w:t>
      </w:r>
    </w:p>
    <w:p>
      <w:pPr>
        <w:jc w:val="right"/>
      </w:pPr>
      <w:r>
        <w:t>جس طرح انسان کو پیاس اس کے اندر انٹربوبن ہے۔</w:t>
      </w:r>
    </w:p>
    <w:p>
      <w:r>
        <w:rPr>
          <w:b/>
        </w:rPr>
        <w:t xml:space="preserve">[29:08] </w:t>
      </w:r>
      <w:r>
        <w:t>bhook interboban hai.</w:t>
      </w:r>
    </w:p>
    <w:p>
      <w:pPr>
        <w:jc w:val="right"/>
      </w:pPr>
      <w:r>
        <w:t>بھوک انٹربوبن ہے۔</w:t>
      </w:r>
    </w:p>
    <w:p>
      <w:r>
        <w:rPr>
          <w:b/>
        </w:rPr>
        <w:t xml:space="preserve">[29:14] </w:t>
      </w:r>
      <w:r>
        <w:t>aise hi mazhab bhi us ke andar interboban hai.</w:t>
      </w:r>
    </w:p>
    <w:p>
      <w:pPr>
        <w:jc w:val="right"/>
      </w:pPr>
      <w:r>
        <w:t>ایسے ہی مذہب بھی اس کے اندر انٹربوبن ہے۔</w:t>
      </w:r>
    </w:p>
    <w:p>
      <w:r>
        <w:rPr>
          <w:b/>
        </w:rPr>
        <w:t xml:space="preserve">[29:19] </w:t>
      </w:r>
      <w:r>
        <w:t>insaan aik mazhab chahta hai.</w:t>
      </w:r>
    </w:p>
    <w:p>
      <w:pPr>
        <w:jc w:val="right"/>
      </w:pPr>
      <w:r>
        <w:t>انسان ایک مذہب چاہتا ہے۔</w:t>
      </w:r>
    </w:p>
    <w:p>
      <w:r>
        <w:rPr>
          <w:b/>
        </w:rPr>
        <w:t xml:space="preserve">[29:25] </w:t>
      </w:r>
      <w:r>
        <w:t>to is ka matlab hai ke mazhab insaan ki initial urge hai.</w:t>
      </w:r>
    </w:p>
    <w:p>
      <w:pPr>
        <w:jc w:val="right"/>
      </w:pPr>
      <w:r>
        <w:t>تو اس کا معنی ہے کہ مذہب انسان کی انیشل ارج ہے۔</w:t>
      </w:r>
    </w:p>
    <w:p>
      <w:r>
        <w:rPr>
          <w:b/>
        </w:rPr>
        <w:t xml:space="preserve">[29:30] </w:t>
      </w:r>
      <w:r>
        <w:t>is ki fitrat ka taqaza hai.</w:t>
      </w:r>
    </w:p>
    <w:p>
      <w:pPr>
        <w:jc w:val="right"/>
      </w:pPr>
      <w:r>
        <w:t>اس کی فطرت کا تقاضا ہے۔</w:t>
      </w:r>
    </w:p>
    <w:p>
      <w:r>
        <w:rPr>
          <w:b/>
        </w:rPr>
        <w:t xml:space="preserve">[29:36] </w:t>
      </w:r>
      <w:r>
        <w:t>yeh jo woh dhoondta hai, dhoondta hai, dhoondta hai.</w:t>
      </w:r>
    </w:p>
    <w:p>
      <w:pPr>
        <w:jc w:val="right"/>
      </w:pPr>
      <w:r>
        <w:t>یہ جو وہ ڈھونڈتا ہے، ڈھونڈتا ہے، ڈھونڈتا ہے۔</w:t>
      </w:r>
    </w:p>
    <w:p>
      <w:r>
        <w:rPr>
          <w:b/>
        </w:rPr>
        <w:t xml:space="preserve">[29:42] </w:t>
      </w:r>
      <w:r>
        <w:t>aur Islam wohi preserve mazhab hai, wohi sahi version hai is yani khudaai mazhab ka.</w:t>
      </w:r>
    </w:p>
    <w:p>
      <w:pPr>
        <w:jc w:val="right"/>
      </w:pPr>
      <w:r>
        <w:t>اور اسلام وہی پریزرو مذہب ہے، وہی صحیح ورژن ہے اس یعنی خدائی مذہب کا۔</w:t>
      </w:r>
    </w:p>
    <w:p>
      <w:r>
        <w:rPr>
          <w:b/>
        </w:rPr>
        <w:t xml:space="preserve">[29:47] </w:t>
      </w:r>
      <w:r>
        <w:t>jis ki insaan ko talash hai.</w:t>
      </w:r>
    </w:p>
    <w:p>
      <w:pPr>
        <w:jc w:val="right"/>
      </w:pPr>
      <w:r>
        <w:t>جس کی انسان کو تلاش ہے۔</w:t>
      </w:r>
    </w:p>
    <w:p>
      <w:r>
        <w:rPr>
          <w:b/>
        </w:rPr>
        <w:t xml:space="preserve">[29:53] </w:t>
      </w:r>
      <w:r>
        <w:t>lekin musalmanon ne is par jo parde daal rakhe hain is ki wajah se woh Islam ko is</w:t>
      </w:r>
    </w:p>
    <w:p>
      <w:pPr>
        <w:jc w:val="right"/>
      </w:pPr>
      <w:r>
        <w:t>لیکن مسلمانوں نے اس پر جو پردے ڈال رکھے ہیں اس کی وجہ سے وہ اسلام کو اس</w:t>
      </w:r>
    </w:p>
    <w:p>
      <w:r>
        <w:rPr>
          <w:b/>
        </w:rPr>
        <w:t xml:space="preserve">[29:58] </w:t>
      </w:r>
      <w:r>
        <w:t>qabil nahi samajhte ke woh Islam ko mutala bhi karein.</w:t>
      </w:r>
    </w:p>
    <w:p>
      <w:pPr>
        <w:jc w:val="right"/>
      </w:pPr>
      <w:r>
        <w:t>قابل نہیں سمجھتے کہ وہ اسلام کو مطالعہ بھی کریں۔</w:t>
      </w:r>
    </w:p>
    <w:p>
      <w:r>
        <w:rPr>
          <w:b/>
        </w:rPr>
        <w:t xml:space="preserve">[30:04] </w:t>
      </w:r>
      <w:r>
        <w:t>aik safar, Europe ke aik safar mein meri mulaqat hui aik professor se.</w:t>
      </w:r>
    </w:p>
    <w:p>
      <w:pPr>
        <w:jc w:val="right"/>
      </w:pPr>
      <w:r>
        <w:t>ایک سفر، یورپ کے ایک سفر میں میری ملاقات ہوئی ایک پروفیسر سے۔</w:t>
      </w:r>
    </w:p>
    <w:p>
      <w:r>
        <w:rPr>
          <w:b/>
        </w:rPr>
        <w:t xml:space="preserve">[30:10] </w:t>
      </w:r>
      <w:r>
        <w:t>aik university mein professor tha, us ne kaha ke hamari library mein Islam par aik bhi kitab maujood nahi hai.</w:t>
      </w:r>
    </w:p>
    <w:p>
      <w:pPr>
        <w:jc w:val="right"/>
      </w:pPr>
      <w:r>
        <w:t>ایک یونیورسٹی میں پروفیسر تھا، اس نے کہا کہ ہماری لائبریری میں اسلام پر ایک بھی کتاب موجود نہیں ہے۔</w:t>
      </w:r>
    </w:p>
    <w:p>
      <w:r>
        <w:rPr>
          <w:b/>
        </w:rPr>
        <w:t xml:space="preserve">[30:15] </w:t>
      </w:r>
      <w:r>
        <w:t>mujhe bohat taajjub hua.</w:t>
      </w:r>
    </w:p>
    <w:p>
      <w:pPr>
        <w:jc w:val="right"/>
      </w:pPr>
      <w:r>
        <w:t>مجھے بہت تعجب ہوا۔</w:t>
      </w:r>
    </w:p>
    <w:p>
      <w:r>
        <w:rPr>
          <w:b/>
        </w:rPr>
        <w:t xml:space="preserve">[30:21] </w:t>
      </w:r>
      <w:r>
        <w:t>us ne kaha ke hamari library mein Islam par koi aik bhi kitab maujood nahi hai.</w:t>
      </w:r>
    </w:p>
    <w:p>
      <w:pPr>
        <w:jc w:val="right"/>
      </w:pPr>
      <w:r>
        <w:t>اس نے کہا کہ ہماری لائبریری میں اسلام پر کوئی ایک بھی کتاب موجود نہیں ہے۔</w:t>
      </w:r>
    </w:p>
    <w:p>
      <w:r>
        <w:rPr>
          <w:b/>
        </w:rPr>
        <w:t xml:space="preserve">[30:26] </w:t>
      </w:r>
      <w:r>
        <w:t>halankeh bohat bari library thi us ki.</w:t>
      </w:r>
    </w:p>
    <w:p>
      <w:pPr>
        <w:jc w:val="right"/>
      </w:pPr>
      <w:r>
        <w:t>حالانکہ بہت بڑی لائبریری تھی اس کی۔</w:t>
      </w:r>
    </w:p>
    <w:p>
      <w:r>
        <w:rPr>
          <w:b/>
        </w:rPr>
        <w:t xml:space="preserve">[30:32] </w:t>
      </w:r>
      <w:r>
        <w:t>jaisa ke us ne bataya.</w:t>
      </w:r>
    </w:p>
    <w:p>
      <w:pPr>
        <w:jc w:val="right"/>
      </w:pPr>
      <w:r>
        <w:t>جیسا کہ اس نے بتایا۔</w:t>
      </w:r>
    </w:p>
    <w:p>
      <w:r>
        <w:rPr>
          <w:b/>
        </w:rPr>
        <w:t xml:space="preserve">[30:38] </w:t>
      </w:r>
      <w:r>
        <w:t>kyun Islam ko woh qabil e mutala nahi samajhte? Islam ko is qabil nahi samajhte ke is ka mutala karein.</w:t>
      </w:r>
    </w:p>
    <w:p>
      <w:pPr>
        <w:jc w:val="right"/>
      </w:pPr>
      <w:r>
        <w:t>کیوں اسلام کو وہ قابل مطالعہ نہیں سمجھتے؟ اسلام کو اس قابل نہیں سمجھتے کہ اس کا مطالعہ کریں۔</w:t>
      </w:r>
    </w:p>
    <w:p>
      <w:r>
        <w:rPr>
          <w:b/>
        </w:rPr>
        <w:t xml:space="preserve">[30:43] </w:t>
      </w:r>
      <w:r>
        <w:t>kyunke unhein chahiye peace ka mazhab, woh aur yahan jo musalmanon ne jo bana rakha hai woh to</w:t>
      </w:r>
    </w:p>
    <w:p>
      <w:pPr>
        <w:jc w:val="right"/>
      </w:pPr>
      <w:r>
        <w:t>کیونکہ انہیں چاہیے پیس کا مذہب، وہ اور یہاں جو مسلمانوں نے جو بنا رکھا ہے وہ تو</w:t>
      </w:r>
    </w:p>
    <w:p>
      <w:r>
        <w:rPr>
          <w:b/>
        </w:rPr>
        <w:t xml:space="preserve">[30:49] </w:t>
      </w:r>
      <w:r>
        <w:t>violence ka mazhab hai.</w:t>
      </w:r>
    </w:p>
    <w:p>
      <w:pPr>
        <w:jc w:val="right"/>
      </w:pPr>
      <w:r>
        <w:t>وائلنس کا مذہب ہے۔</w:t>
      </w:r>
    </w:p>
    <w:p>
      <w:r>
        <w:rPr>
          <w:b/>
        </w:rPr>
        <w:t xml:space="preserve">[30:54] </w:t>
      </w:r>
      <w:r>
        <w:t>inhein chahiye aisa islam, aisa mazhab jis ki history ho.</w:t>
      </w:r>
    </w:p>
    <w:p>
      <w:pPr>
        <w:jc w:val="right"/>
      </w:pPr>
      <w:r>
        <w:t>انہیں چاہیے ایسا اسلام، ایسا مذہب جس کی ہسٹری ہو۔</w:t>
      </w:r>
    </w:p>
    <w:p>
      <w:r>
        <w:rPr>
          <w:b/>
        </w:rPr>
        <w:t xml:space="preserve">[31:00] </w:t>
      </w:r>
      <w:r>
        <w:t>musalmanon ke paas fazail ki dastaanain hain.</w:t>
      </w:r>
    </w:p>
    <w:p>
      <w:pPr>
        <w:jc w:val="right"/>
      </w:pPr>
      <w:r>
        <w:t>مسلمانوں کے پاس فضائل کی داستانیں ہیں۔</w:t>
      </w:r>
    </w:p>
    <w:p>
      <w:r>
        <w:rPr>
          <w:b/>
        </w:rPr>
        <w:t xml:space="preserve">[31:06] </w:t>
      </w:r>
      <w:r>
        <w:t>inhein aisa mazhab chahiye jo reason based ho.</w:t>
      </w:r>
    </w:p>
    <w:p>
      <w:pPr>
        <w:jc w:val="right"/>
      </w:pPr>
      <w:r>
        <w:t>انہیں ایسا مذہب چاہیے جو ریزن بیسڈ ہو۔</w:t>
      </w:r>
    </w:p>
    <w:p>
      <w:r>
        <w:rPr>
          <w:b/>
        </w:rPr>
        <w:t xml:space="preserve">[31:11] </w:t>
      </w:r>
      <w:r>
        <w:t>aur musalmanon ka haal yeh hai ke rational thinking ko jantay bhi nahin ke kya cheez hai rational thinking.</w:t>
      </w:r>
    </w:p>
    <w:p>
      <w:pPr>
        <w:jc w:val="right"/>
      </w:pPr>
      <w:r>
        <w:t>اور مسلمانوں کا حال یہ ہے کہ ریشنل تھنکنگ کو جانتے بھی نہیں کہ کیا چیز ہے ریشنل تھنکنگ۔</w:t>
      </w:r>
    </w:p>
    <w:p>
      <w:r>
        <w:rPr>
          <w:b/>
        </w:rPr>
        <w:t xml:space="preserve">[31:17] </w:t>
      </w:r>
      <w:r>
        <w:t>na unhon ne koi kitaab likhi.</w:t>
      </w:r>
    </w:p>
    <w:p>
      <w:pPr>
        <w:jc w:val="right"/>
      </w:pPr>
      <w:r>
        <w:t>نہ انہوں نے کوئی کتاب لکھی۔</w:t>
      </w:r>
    </w:p>
    <w:p>
      <w:r>
        <w:rPr>
          <w:b/>
        </w:rPr>
        <w:t xml:space="preserve">[31:22] </w:t>
      </w:r>
      <w:r>
        <w:t>main poore aitmaad ke saath keh sakta hoon ke musalmanon ne koi ek bhi kitaab nahin likhi hai</w:t>
      </w:r>
    </w:p>
    <w:p>
      <w:pPr>
        <w:jc w:val="right"/>
      </w:pPr>
      <w:r>
        <w:t>میں پورے اعتماد کے ساتھ کہہ سکتا ہوں کہ مسلمانوں نے کوئی ایک بھی کتاب نہیں لکھی ہے</w:t>
      </w:r>
    </w:p>
    <w:p>
      <w:r>
        <w:rPr>
          <w:b/>
        </w:rPr>
        <w:t xml:space="preserve">[31:28] </w:t>
      </w:r>
      <w:r>
        <w:t>is poori muddat mein jo reason based ho.</w:t>
      </w:r>
    </w:p>
    <w:p>
      <w:pPr>
        <w:jc w:val="right"/>
      </w:pPr>
      <w:r>
        <w:t>اس پوری مدت میں جو ریزن بیسڈ ہو۔</w:t>
      </w:r>
    </w:p>
    <w:p>
      <w:r>
        <w:rPr>
          <w:b/>
        </w:rPr>
        <w:t xml:space="preserve">[31:34] </w:t>
      </w:r>
      <w:r>
        <w:t>ek bhi kitaab nahin.</w:t>
      </w:r>
    </w:p>
    <w:p>
      <w:pPr>
        <w:jc w:val="right"/>
      </w:pPr>
      <w:r>
        <w:t>ایک بھی کتاب نہیں۔</w:t>
      </w:r>
    </w:p>
    <w:p>
      <w:r>
        <w:rPr>
          <w:b/>
        </w:rPr>
        <w:t xml:space="preserve">[31:39] </w:t>
      </w:r>
      <w:r>
        <w:t>kisi ko koi is mein shakk hai to wohi kuch kitabon ka naam bataye.</w:t>
      </w:r>
    </w:p>
    <w:p>
      <w:pPr>
        <w:jc w:val="right"/>
      </w:pPr>
      <w:r>
        <w:t>کسی کو کوئی اس میں شک ہے تو وہی کچھ کتابوں کا نام بتائے۔</w:t>
      </w:r>
    </w:p>
    <w:p>
      <w:r>
        <w:rPr>
          <w:b/>
        </w:rPr>
        <w:t xml:space="preserve">[31:45] </w:t>
      </w:r>
      <w:r>
        <w:t>is kitaab ka naam bataye jo haqeeqi maanon mein reason based kitaab ho.</w:t>
      </w:r>
    </w:p>
    <w:p>
      <w:pPr>
        <w:jc w:val="right"/>
      </w:pPr>
      <w:r>
        <w:t>اس کتاب کا نام بتائے جو حقیقی معنوں میں ریزن بیسڈ کتاب ہو۔</w:t>
      </w:r>
    </w:p>
    <w:p>
      <w:r>
        <w:rPr>
          <w:b/>
        </w:rPr>
        <w:t xml:space="preserve">[31:50] </w:t>
      </w:r>
      <w:r>
        <w:t>to dunya chahti hai ek aisa mazhab jo reason based ho.</w:t>
      </w:r>
    </w:p>
    <w:p>
      <w:pPr>
        <w:jc w:val="right"/>
      </w:pPr>
      <w:r>
        <w:t>تو دنیا چاہتی ہے ایک ایسا مذہب جو ریزن بیسڈ ہو۔</w:t>
      </w:r>
    </w:p>
    <w:p>
      <w:r>
        <w:rPr>
          <w:b/>
        </w:rPr>
        <w:t xml:space="preserve">[31:56] </w:t>
      </w:r>
      <w:r>
        <w:t>aap aap is ko koi koi aur mazhab pesh kar rahay hain to kya kaise is ko dilchaspi</w:t>
      </w:r>
    </w:p>
    <w:p>
      <w:pPr>
        <w:jc w:val="right"/>
      </w:pPr>
      <w:r>
        <w:t>آپ آپ اس کو کوئی کوئی اور مذہب پیش کر رہے ہیں تو کیا کیسے اس کو دلچسپی</w:t>
      </w:r>
    </w:p>
    <w:p>
      <w:r>
        <w:rPr>
          <w:b/>
        </w:rPr>
        <w:t xml:space="preserve">[32:01] </w:t>
      </w:r>
      <w:r>
        <w:t>hogi? insaan, aaj ka insaan chahta hai ke jo bahami differences hain, aapas ke jo controversies hain un</w:t>
      </w:r>
    </w:p>
    <w:p>
      <w:pPr>
        <w:jc w:val="right"/>
      </w:pPr>
      <w:r>
        <w:t>ہوگی؟ انسان، آج کا انسان چاہتا ہے کہ جو باہمی ڈیفرنسز ہیں، آپس کے جو کنٹروورسیز ہیں ان</w:t>
      </w:r>
    </w:p>
    <w:p>
      <w:r>
        <w:rPr>
          <w:b/>
        </w:rPr>
        <w:t xml:space="preserve">[32:07] </w:t>
      </w:r>
      <w:r>
        <w:t>ka peaceful solution.</w:t>
      </w:r>
    </w:p>
    <w:p>
      <w:pPr>
        <w:jc w:val="right"/>
      </w:pPr>
      <w:r>
        <w:t>کا پیس فل سلوشن۔</w:t>
      </w:r>
    </w:p>
    <w:p>
      <w:r>
        <w:rPr>
          <w:b/>
        </w:rPr>
        <w:t xml:space="preserve">[32:13] </w:t>
      </w:r>
      <w:r>
        <w:t>aap kehtay hain ke hum jihad kar ke logon ko maar kar ke apna nuqta nazar qaim karein</w:t>
      </w:r>
    </w:p>
    <w:p>
      <w:pPr>
        <w:jc w:val="right"/>
      </w:pPr>
      <w:r>
        <w:t>آپ کہتے ہیں کہ ہم جہاد کر کے لوگوں کو مار کر کے اپنا نقطہ نظر قائم کریں</w:t>
      </w:r>
    </w:p>
    <w:p>
      <w:r>
        <w:rPr>
          <w:b/>
        </w:rPr>
        <w:t xml:space="preserve">[32:18] </w:t>
      </w:r>
      <w:r>
        <w:t>ge wahan par.</w:t>
      </w:r>
    </w:p>
    <w:p>
      <w:pPr>
        <w:jc w:val="right"/>
      </w:pPr>
      <w:r>
        <w:t>گے وہاں پر۔</w:t>
      </w:r>
    </w:p>
    <w:p>
      <w:r>
        <w:rPr>
          <w:b/>
        </w:rPr>
        <w:t xml:space="preserve">[32:24] </w:t>
      </w:r>
      <w:r>
        <w:t>to islam ki ulti tasweer yeh hai asal masla.</w:t>
      </w:r>
    </w:p>
    <w:p>
      <w:pPr>
        <w:jc w:val="right"/>
      </w:pPr>
      <w:r>
        <w:t>تو اسلام کی الٹی تصویر یہ ہے اصل مسئلہ۔</w:t>
      </w:r>
    </w:p>
    <w:p>
      <w:r>
        <w:rPr>
          <w:b/>
        </w:rPr>
        <w:t xml:space="preserve">[32:29] </w:t>
      </w:r>
      <w:r>
        <w:t>is waqt sab se bara kaam Allah taala ko sab se bari cheez jo matloob hai ke kuch</w:t>
      </w:r>
    </w:p>
    <w:p>
      <w:pPr>
        <w:jc w:val="right"/>
      </w:pPr>
      <w:r>
        <w:t>اس وقت سب سے بڑا کام اللہ تعالیٰ کو سب سے بڑی چیز جو مطلوب ہے کہ کچھ</w:t>
      </w:r>
    </w:p>
    <w:p>
      <w:r>
        <w:rPr>
          <w:b/>
        </w:rPr>
        <w:t xml:space="preserve">[32:35] </w:t>
      </w:r>
      <w:r>
        <w:t>log uthein jo islam ki sachi tasweer dunya ke samnay pesh karein.</w:t>
      </w:r>
    </w:p>
    <w:p>
      <w:pPr>
        <w:jc w:val="right"/>
      </w:pPr>
      <w:r>
        <w:t>لوگ اٹھیں جو اسلام کی سچی تصویر دنیا کے سامنے پیش کریں۔</w:t>
      </w:r>
    </w:p>
    <w:p>
      <w:r>
        <w:rPr>
          <w:b/>
        </w:rPr>
        <w:t xml:space="preserve">[32:41] </w:t>
      </w:r>
      <w:r>
        <w:t>ab mein woh baat kahoon gi jo mein ne shuru mein kaha tha.</w:t>
      </w:r>
    </w:p>
    <w:p>
      <w:pPr>
        <w:jc w:val="right"/>
      </w:pPr>
      <w:r>
        <w:t>اب میں وہ بات کہوں گی جو میں نے شروع میں کہا تھا۔</w:t>
      </w:r>
    </w:p>
    <w:p>
      <w:r>
        <w:rPr>
          <w:b/>
        </w:rPr>
        <w:t xml:space="preserve">[32:46] </w:t>
      </w:r>
      <w:r>
        <w:t>ke islam ki sachi tasweer pesh karne ke liye aasan baat nahin yeh.</w:t>
      </w:r>
    </w:p>
    <w:p>
      <w:pPr>
        <w:jc w:val="right"/>
      </w:pPr>
      <w:r>
        <w:t>کہ اسلام کی سچی تصویر پیش کرنے کے لیے آسان بات نہیں یہ۔</w:t>
      </w:r>
    </w:p>
    <w:p>
      <w:r>
        <w:rPr>
          <w:b/>
        </w:rPr>
        <w:t xml:space="preserve">[32:52] </w:t>
      </w:r>
      <w:r>
        <w:t>is ke liye ek poora ek culture chahiye.</w:t>
      </w:r>
    </w:p>
    <w:p>
      <w:pPr>
        <w:jc w:val="right"/>
      </w:pPr>
      <w:r>
        <w:t>اس کے لیے ایک پورا ایک کلچر چاہیے۔</w:t>
      </w:r>
    </w:p>
    <w:p>
      <w:r>
        <w:rPr>
          <w:b/>
        </w:rPr>
        <w:t xml:space="preserve">[32:57] </w:t>
      </w:r>
      <w:r>
        <w:t>ek poori science chahiye.</w:t>
      </w:r>
    </w:p>
    <w:p>
      <w:pPr>
        <w:jc w:val="right"/>
      </w:pPr>
      <w:r>
        <w:t>ایک پوری سائنس چاہیے۔</w:t>
      </w:r>
    </w:p>
    <w:p>
      <w:r>
        <w:rPr>
          <w:b/>
        </w:rPr>
        <w:t xml:space="preserve">[33:03] </w:t>
      </w:r>
      <w:r>
        <w:t>is ke liye wasail chahiye.</w:t>
      </w:r>
    </w:p>
    <w:p>
      <w:pPr>
        <w:jc w:val="right"/>
      </w:pPr>
      <w:r>
        <w:t>اس کے لیے وسائل چاہیے۔</w:t>
      </w:r>
    </w:p>
    <w:p>
      <w:r>
        <w:rPr>
          <w:b/>
        </w:rPr>
        <w:t xml:space="preserve">[33:09] </w:t>
      </w:r>
      <w:r>
        <w:t>beshumar cheezein chahiye.</w:t>
      </w:r>
    </w:p>
    <w:p>
      <w:pPr>
        <w:jc w:val="right"/>
      </w:pPr>
      <w:r>
        <w:t>بے شمار چیزیں چاہیے۔</w:t>
      </w:r>
    </w:p>
    <w:p>
      <w:r>
        <w:rPr>
          <w:b/>
        </w:rPr>
        <w:t xml:space="preserve">[33:14] </w:t>
      </w:r>
      <w:r>
        <w:t>aur pichhle kai sau saal ke nateeje mein, kai sau saal ke amal ke nateeje mein Allah taala</w:t>
      </w:r>
    </w:p>
    <w:p>
      <w:pPr>
        <w:jc w:val="right"/>
      </w:pPr>
      <w:r>
        <w:t>اور پچھلے کئی سو سال کے نتیجے میں، کئی سو سال کے عمل کے نتیجے میں اللہ تعالیٰ</w:t>
      </w:r>
    </w:p>
    <w:p>
      <w:r>
        <w:rPr>
          <w:b/>
        </w:rPr>
        <w:t xml:space="preserve">[33:20] </w:t>
      </w:r>
      <w:r>
        <w:t>ne woh sab paida kar diya hai woh sab.</w:t>
      </w:r>
    </w:p>
    <w:p>
      <w:pPr>
        <w:jc w:val="right"/>
      </w:pPr>
      <w:r>
        <w:t>نے وہ سب پیدا کر دیا ہے وہ سب۔</w:t>
      </w:r>
    </w:p>
    <w:p>
      <w:r>
        <w:rPr>
          <w:b/>
        </w:rPr>
        <w:t xml:space="preserve">[33:25] </w:t>
      </w:r>
      <w:r>
        <w:t>bahut ajeeb baat hai.</w:t>
      </w:r>
    </w:p>
    <w:p>
      <w:pPr>
        <w:jc w:val="right"/>
      </w:pPr>
      <w:r>
        <w:t>بہت عجیب بات ہے۔</w:t>
      </w:r>
    </w:p>
    <w:p>
      <w:r>
        <w:rPr>
          <w:b/>
        </w:rPr>
        <w:t xml:space="preserve">[33:31] </w:t>
      </w:r>
      <w:r>
        <w:t>yani aap chal kar Allah ki taraf jayen to woh daud kar aane ke liye tayyar hai pehle se.</w:t>
      </w:r>
    </w:p>
    <w:p>
      <w:pPr>
        <w:jc w:val="right"/>
      </w:pPr>
      <w:r>
        <w:t>یعنی آپ چل کر اللہ کی طرف جائیں تو وہ دوڑ کر آنے کے لیے تیار ہے پہلے سے۔</w:t>
      </w:r>
    </w:p>
    <w:p>
      <w:r>
        <w:rPr>
          <w:b/>
        </w:rPr>
        <w:t xml:space="preserve">[33:37] </w:t>
      </w:r>
      <w:r>
        <w:t>aur saare wasail, saare wasail.</w:t>
      </w:r>
    </w:p>
    <w:p>
      <w:pPr>
        <w:jc w:val="right"/>
      </w:pPr>
      <w:r>
        <w:t>اور سارے وسائل، سارے وسائل۔</w:t>
      </w:r>
    </w:p>
    <w:p>
      <w:r>
        <w:rPr>
          <w:b/>
        </w:rPr>
        <w:t xml:space="preserve">[33:42] </w:t>
      </w:r>
      <w:r>
        <w:t>misalan dekhiye is zamane mein bahut ek nayi anokhi cheez aayi hai openness.</w:t>
      </w:r>
    </w:p>
    <w:p>
      <w:pPr>
        <w:jc w:val="right"/>
      </w:pPr>
      <w:r>
        <w:t>مثلاً دیکھیے اس زمانے میں بہت ایک نئی انوکھی چیز آئی ہے اوپننس۔</w:t>
      </w:r>
    </w:p>
    <w:p>
      <w:r>
        <w:rPr>
          <w:b/>
        </w:rPr>
        <w:t xml:space="preserve">[33:48] </w:t>
      </w:r>
      <w:r>
        <w:t>openness, khula pan.</w:t>
      </w:r>
    </w:p>
    <w:p>
      <w:pPr>
        <w:jc w:val="right"/>
      </w:pPr>
      <w:r>
        <w:t>اوپننس، کھلا پن۔</w:t>
      </w:r>
    </w:p>
    <w:p>
      <w:r>
        <w:rPr>
          <w:b/>
        </w:rPr>
        <w:t xml:space="preserve">[33:53] </w:t>
      </w:r>
      <w:r>
        <w:t>pehle zamane mein kabhi khula pan tha nahin.</w:t>
      </w:r>
    </w:p>
    <w:p>
      <w:pPr>
        <w:jc w:val="right"/>
      </w:pPr>
      <w:r>
        <w:t>پہلے زمانے میں کبھی کھلا پن تھا نہیں۔</w:t>
      </w:r>
    </w:p>
    <w:p>
      <w:r>
        <w:rPr>
          <w:b/>
        </w:rPr>
        <w:t xml:space="preserve">[33:59] </w:t>
      </w:r>
      <w:r>
        <w:t>log tahsubaat mein jeete the.</w:t>
      </w:r>
    </w:p>
    <w:p>
      <w:pPr>
        <w:jc w:val="right"/>
      </w:pPr>
      <w:r>
        <w:t>لوگ تحسبات میں جیتے تھے۔</w:t>
      </w:r>
    </w:p>
    <w:p>
      <w:r>
        <w:rPr>
          <w:b/>
        </w:rPr>
        <w:t xml:space="preserve">[34:05] </w:t>
      </w:r>
      <w:r>
        <w:t>apne mazhab ko jante the.</w:t>
      </w:r>
    </w:p>
    <w:p>
      <w:pPr>
        <w:jc w:val="right"/>
      </w:pPr>
      <w:r>
        <w:t>اپنے مذہب کو جانتے تھے۔</w:t>
      </w:r>
    </w:p>
    <w:p>
      <w:r>
        <w:rPr>
          <w:b/>
        </w:rPr>
        <w:t xml:space="preserve">[34:10] </w:t>
      </w:r>
      <w:r>
        <w:t>apne nuqta nazar ko jante the.</w:t>
      </w:r>
    </w:p>
    <w:p>
      <w:pPr>
        <w:jc w:val="right"/>
      </w:pPr>
      <w:r>
        <w:t>اپنے نقطہ نظر کو جانتے تھے۔</w:t>
      </w:r>
    </w:p>
    <w:p>
      <w:r>
        <w:rPr>
          <w:b/>
        </w:rPr>
        <w:t xml:space="preserve">[34:16] </w:t>
      </w:r>
      <w:r>
        <w:t>aur doosre ke nuqta nazar ko is qabil samajhna ke is par discuss karen woh.</w:t>
      </w:r>
    </w:p>
    <w:p>
      <w:pPr>
        <w:jc w:val="right"/>
      </w:pPr>
      <w:r>
        <w:t>اور دوسرے کے نقطہ نظر کو اس قابل سمجھنا کہ اس پر ڈسکس کریں وہ۔</w:t>
      </w:r>
    </w:p>
    <w:p>
      <w:r>
        <w:rPr>
          <w:b/>
        </w:rPr>
        <w:t xml:space="preserve">[34:21] </w:t>
      </w:r>
      <w:r>
        <w:t>yeh ajab hi tha pehle.</w:t>
      </w:r>
    </w:p>
    <w:p>
      <w:pPr>
        <w:jc w:val="right"/>
      </w:pPr>
      <w:r>
        <w:t>یہ عجب ہی تھا پہلے۔</w:t>
      </w:r>
    </w:p>
    <w:p>
      <w:r>
        <w:rPr>
          <w:b/>
        </w:rPr>
        <w:t xml:space="preserve">[34:27] </w:t>
      </w:r>
      <w:r>
        <w:t>aaj saari duniya mein openness ka mahaul hai.</w:t>
      </w:r>
    </w:p>
    <w:p>
      <w:pPr>
        <w:jc w:val="right"/>
      </w:pPr>
      <w:r>
        <w:t>آج ساری دنیا میں اوپننس کا ماحول ہے۔</w:t>
      </w:r>
    </w:p>
    <w:p>
      <w:r>
        <w:rPr>
          <w:b/>
        </w:rPr>
        <w:t xml:space="preserve">[34:33] </w:t>
      </w:r>
      <w:r>
        <w:t>saari duniya mein dialogue ho rahe hain.</w:t>
      </w:r>
    </w:p>
    <w:p>
      <w:pPr>
        <w:jc w:val="right"/>
      </w:pPr>
      <w:r>
        <w:t>ساری دنیا میں ڈائیلاگ ہو رہے ہیں۔</w:t>
      </w:r>
    </w:p>
    <w:p>
      <w:r>
        <w:rPr>
          <w:b/>
        </w:rPr>
        <w:t xml:space="preserve">[34:38] </w:t>
      </w:r>
      <w:r>
        <w:t>seminar hote hain, is mein bulaya jata hai musalmanon ko aur sab ko.</w:t>
      </w:r>
    </w:p>
    <w:p>
      <w:pPr>
        <w:jc w:val="right"/>
      </w:pPr>
      <w:r>
        <w:t>سیمینار ہوتے ہیں، اس میں بلایا جاتا ہے مسلمانوں کو اور سب کو۔</w:t>
      </w:r>
    </w:p>
    <w:p>
      <w:r>
        <w:rPr>
          <w:b/>
        </w:rPr>
        <w:t xml:space="preserve">[34:44] </w:t>
      </w:r>
      <w:r>
        <w:t>aao stage par apna nuqta nazar batao.</w:t>
      </w:r>
    </w:p>
    <w:p>
      <w:pPr>
        <w:jc w:val="right"/>
      </w:pPr>
      <w:r>
        <w:t>آؤ اسٹیج پر اپنا نقطہ نظر بتاؤ۔</w:t>
      </w:r>
    </w:p>
    <w:p>
      <w:r>
        <w:rPr>
          <w:b/>
        </w:rPr>
        <w:t xml:space="preserve">[34:49] </w:t>
      </w:r>
      <w:r>
        <w:t>yeh openness bahut badi nemmat hai jo is zamane mein paida hui hai jo pehle kabhi bhi nahin thi.</w:t>
      </w:r>
    </w:p>
    <w:p>
      <w:pPr>
        <w:jc w:val="right"/>
      </w:pPr>
      <w:r>
        <w:t>یہ اوپننس بہت بڑی نعمت ہے جو اس زمانے میں پیدا ہوئی ہے جو پہلے کبھی بھی نہیں تھی۔</w:t>
      </w:r>
    </w:p>
    <w:p>
      <w:r>
        <w:rPr>
          <w:b/>
        </w:rPr>
        <w:t xml:space="preserve">[34:55] </w:t>
      </w:r>
      <w:r>
        <w:t>aise hi dekhiye press ka daur.</w:t>
      </w:r>
    </w:p>
    <w:p>
      <w:pPr>
        <w:jc w:val="right"/>
      </w:pPr>
      <w:r>
        <w:t>ایسے ہی دیکھیے پریس کا دور۔</w:t>
      </w:r>
    </w:p>
    <w:p>
      <w:r>
        <w:rPr>
          <w:b/>
        </w:rPr>
        <w:t xml:space="preserve">[35:01] </w:t>
      </w:r>
      <w:r>
        <w:t>press ke daur se pehle kisi cheez ko phailana namumkin tha.</w:t>
      </w:r>
    </w:p>
    <w:p>
      <w:pPr>
        <w:jc w:val="right"/>
      </w:pPr>
      <w:r>
        <w:t>پریس کے دور سے پہلے کسی چیز کو پھیلانا ناممکن تھا۔</w:t>
      </w:r>
    </w:p>
    <w:p>
      <w:r>
        <w:rPr>
          <w:b/>
        </w:rPr>
        <w:t xml:space="preserve">[35:06] </w:t>
      </w:r>
      <w:r>
        <w:t>koi bhi aap kitaab likhen to bahut mehdood taur par woh rehti thi.</w:t>
      </w:r>
    </w:p>
    <w:p>
      <w:pPr>
        <w:jc w:val="right"/>
      </w:pPr>
      <w:r>
        <w:t>کوئی بھی آپ کتاب لکھیں تو بہت محدود طور پر وہ رہتی تھی۔</w:t>
      </w:r>
    </w:p>
    <w:p>
      <w:r>
        <w:rPr>
          <w:b/>
        </w:rPr>
        <w:t xml:space="preserve">[35:12] </w:t>
      </w:r>
      <w:r>
        <w:t>woh aap us ko phaila nahin sakte the.</w:t>
      </w:r>
    </w:p>
    <w:p>
      <w:pPr>
        <w:jc w:val="right"/>
      </w:pPr>
      <w:r>
        <w:t>وہ آپ اس کو پھیلا نہیں سکتے تھے۔</w:t>
      </w:r>
    </w:p>
    <w:p>
      <w:r>
        <w:rPr>
          <w:b/>
        </w:rPr>
        <w:t xml:space="preserve">[35:17] </w:t>
      </w:r>
      <w:r>
        <w:t>press ke daur mein mumkin bana diya ke aap kitaab likhen aur saari duniya mein phailay woh.</w:t>
      </w:r>
    </w:p>
    <w:p>
      <w:pPr>
        <w:jc w:val="right"/>
      </w:pPr>
      <w:r>
        <w:t>پریس کے دور میں ممکن بنا دیا کہ آپ کتاب لکھیں اور ساری دنیا میں پھیلے وہ۔</w:t>
      </w:r>
    </w:p>
    <w:p>
      <w:r>
        <w:rPr>
          <w:b/>
        </w:rPr>
        <w:t xml:space="preserve">[35:23] </w:t>
      </w:r>
      <w:r>
        <w:t>ajab ghareeb nemmat hai yeh press ka daur.</w:t>
      </w:r>
    </w:p>
    <w:p>
      <w:pPr>
        <w:jc w:val="right"/>
      </w:pPr>
      <w:r>
        <w:t>عجیب غریب نعمت ہے یہ پریس کا دور۔</w:t>
      </w:r>
    </w:p>
    <w:p>
      <w:r>
        <w:rPr>
          <w:b/>
        </w:rPr>
        <w:t xml:space="preserve">[35:29] </w:t>
      </w:r>
      <w:r>
        <w:t>phir dekhiye technology.</w:t>
      </w:r>
    </w:p>
    <w:p>
      <w:pPr>
        <w:jc w:val="right"/>
      </w:pPr>
      <w:r>
        <w:t>پھر دیکھیے ٹیکنالوجی۔</w:t>
      </w:r>
    </w:p>
    <w:p>
      <w:r>
        <w:rPr>
          <w:b/>
        </w:rPr>
        <w:t xml:space="preserve">[35:34] </w:t>
      </w:r>
      <w:r>
        <w:t>yeh technology kaisi hai, yeh ghareeb cheez hai.</w:t>
      </w:r>
    </w:p>
    <w:p>
      <w:pPr>
        <w:jc w:val="right"/>
      </w:pPr>
      <w:r>
        <w:t>یہ ٹیکنالوجی کیسی ہے، یہ غریب چیز ہے۔</w:t>
      </w:r>
    </w:p>
    <w:p>
      <w:r>
        <w:rPr>
          <w:b/>
        </w:rPr>
        <w:t xml:space="preserve">[35:40] </w:t>
      </w:r>
      <w:r>
        <w:t>keh aap bolen, ek dilli mein bolen mislan aur sari dunya mein woh awaz suni ja rahi ho.</w:t>
      </w:r>
    </w:p>
    <w:p>
      <w:pPr>
        <w:jc w:val="right"/>
      </w:pPr>
      <w:r>
        <w:t>کہ آپ بولیں، ایک دلی میں بولیں مثلاً اور ساری دنیا میں وہ آواز سنی جا رہی ہو۔</w:t>
      </w:r>
    </w:p>
    <w:p>
      <w:r>
        <w:rPr>
          <w:b/>
        </w:rPr>
        <w:t xml:space="preserve">[35:45] </w:t>
      </w:r>
      <w:r>
        <w:t>yeh pehle koi soch bhi nahi sakta tha.</w:t>
      </w:r>
    </w:p>
    <w:p>
      <w:pPr>
        <w:jc w:val="right"/>
      </w:pPr>
      <w:r>
        <w:t>یہ پہلے کوئی سوچ بھی نہیں سکتا تھا۔</w:t>
      </w:r>
    </w:p>
    <w:p>
      <w:r>
        <w:rPr>
          <w:b/>
        </w:rPr>
        <w:t xml:space="preserve">[35:51] </w:t>
      </w:r>
      <w:r>
        <w:t>jo modern technology hai us ne is ko mumkin bana diya keh aap bolen to aap ki tasweer,</w:t>
      </w:r>
    </w:p>
    <w:p>
      <w:pPr>
        <w:jc w:val="right"/>
      </w:pPr>
      <w:r>
        <w:t>جو ماڈرن ٹیکنالوجی ہے اس نے اس کو ممکن بنا دیا کہ آپ بولیں تو آپ کی تصویر،</w:t>
      </w:r>
    </w:p>
    <w:p>
      <w:r>
        <w:rPr>
          <w:b/>
        </w:rPr>
        <w:t xml:space="preserve">[35:56] </w:t>
      </w:r>
      <w:r>
        <w:t>aap ki awaz sari dunya mein suni jaye, sari dunya mein dekha jaye is ko.</w:t>
      </w:r>
    </w:p>
    <w:p>
      <w:pPr>
        <w:jc w:val="right"/>
      </w:pPr>
      <w:r>
        <w:t>آپ کی آواز ساری دنیا میں سنی جائے، ساری دنیا میں دیکھا جائے اس کو۔</w:t>
      </w:r>
    </w:p>
    <w:p>
      <w:r>
        <w:rPr>
          <w:b/>
        </w:rPr>
        <w:t xml:space="preserve">[36:02] </w:t>
      </w:r>
      <w:r>
        <w:t>yeh sab dawat e Allah ki to hai.</w:t>
      </w:r>
    </w:p>
    <w:p>
      <w:pPr>
        <w:jc w:val="right"/>
      </w:pPr>
      <w:r>
        <w:t>یہ سب دعوت اللہ کی تو ہے۔</w:t>
      </w:r>
    </w:p>
    <w:p>
      <w:r>
        <w:rPr>
          <w:b/>
        </w:rPr>
        <w:t xml:space="preserve">[36:08] </w:t>
      </w:r>
      <w:r>
        <w:t>aise hi dekhiye jis ko mein kehta hoon mobility, mobility yani harkat.</w:t>
      </w:r>
    </w:p>
    <w:p>
      <w:pPr>
        <w:jc w:val="right"/>
      </w:pPr>
      <w:r>
        <w:t>ایسے ہی دیکھیے جس کو میں کہتا ہوں موبیلٹی، موبیلٹی یعنی حرکت۔</w:t>
      </w:r>
    </w:p>
    <w:p>
      <w:r>
        <w:rPr>
          <w:b/>
        </w:rPr>
        <w:t xml:space="preserve">[36:13] </w:t>
      </w:r>
      <w:r>
        <w:t>aaj ki dunya mein is qadar harkat hai.</w:t>
      </w:r>
    </w:p>
    <w:p>
      <w:pPr>
        <w:jc w:val="right"/>
      </w:pPr>
      <w:r>
        <w:t>آج کی دنیا میں اس قدر حرکت ہے۔</w:t>
      </w:r>
    </w:p>
    <w:p>
      <w:r>
        <w:rPr>
          <w:b/>
        </w:rPr>
        <w:t xml:space="preserve">[36:19] </w:t>
      </w:r>
      <w:r>
        <w:t>yahan se wahan, wahan se wahan log ja rahe hain log.</w:t>
      </w:r>
    </w:p>
    <w:p>
      <w:pPr>
        <w:jc w:val="right"/>
      </w:pPr>
      <w:r>
        <w:t>یہاں سے وہاں، وہاں سے وہاں لوگ جا رہے ہیں لوگ۔</w:t>
      </w:r>
    </w:p>
    <w:p>
      <w:r>
        <w:rPr>
          <w:b/>
        </w:rPr>
        <w:t xml:space="preserve">[36:24] </w:t>
      </w:r>
      <w:r>
        <w:t>tijarat, tijarat ke liye, tourism ke liye.</w:t>
      </w:r>
    </w:p>
    <w:p>
      <w:pPr>
        <w:jc w:val="right"/>
      </w:pPr>
      <w:r>
        <w:t>تجارت، تجارت کے لیے، ٹورزم کے لیے۔</w:t>
      </w:r>
    </w:p>
    <w:p>
      <w:r>
        <w:rPr>
          <w:b/>
        </w:rPr>
        <w:t xml:space="preserve">[36:30] </w:t>
      </w:r>
      <w:r>
        <w:t>mukhtalif asbab ke tehat.</w:t>
      </w:r>
    </w:p>
    <w:p>
      <w:pPr>
        <w:jc w:val="right"/>
      </w:pPr>
      <w:r>
        <w:t>مختلف اسباب کے تحت۔</w:t>
      </w:r>
    </w:p>
    <w:p>
      <w:r>
        <w:rPr>
          <w:b/>
        </w:rPr>
        <w:t xml:space="preserve">[36:36] </w:t>
      </w:r>
      <w:r>
        <w:t>pehle zamanay mein aisa nahi tha.</w:t>
      </w:r>
    </w:p>
    <w:p>
      <w:pPr>
        <w:jc w:val="right"/>
      </w:pPr>
      <w:r>
        <w:t>پہلے زمانے میں ایسا نہیں تھا۔</w:t>
      </w:r>
    </w:p>
    <w:p>
      <w:r>
        <w:rPr>
          <w:b/>
        </w:rPr>
        <w:t xml:space="preserve">[36:41] </w:t>
      </w:r>
      <w:r>
        <w:t>pehle zamanay mein mobility nahi thi.</w:t>
      </w:r>
    </w:p>
    <w:p>
      <w:pPr>
        <w:jc w:val="right"/>
      </w:pPr>
      <w:r>
        <w:t>پہلے زمانے میں موبیلٹی نہیں تھی۔</w:t>
      </w:r>
    </w:p>
    <w:p>
      <w:r>
        <w:rPr>
          <w:b/>
        </w:rPr>
        <w:t xml:space="preserve">[36:47] </w:t>
      </w:r>
      <w:r>
        <w:t>jo jahan hai wohi hai bas.</w:t>
      </w:r>
    </w:p>
    <w:p>
      <w:pPr>
        <w:jc w:val="right"/>
      </w:pPr>
      <w:r>
        <w:t>جو جہاں ہے وہیں ہے بس۔</w:t>
      </w:r>
    </w:p>
    <w:p>
      <w:r>
        <w:rPr>
          <w:b/>
        </w:rPr>
        <w:t xml:space="preserve">[36:52] </w:t>
      </w:r>
      <w:r>
        <w:t>jo jahan hai wohi hai.</w:t>
      </w:r>
    </w:p>
    <w:p>
      <w:pPr>
        <w:jc w:val="right"/>
      </w:pPr>
      <w:r>
        <w:t>جو جہاں ہے وہیں ہے۔</w:t>
      </w:r>
    </w:p>
    <w:p>
      <w:r>
        <w:rPr>
          <w:b/>
        </w:rPr>
        <w:t xml:space="preserve">[36:58] </w:t>
      </w:r>
      <w:r>
        <w:t>mislan Hazrat Adam ke baad hazaron saal tak insan ki abadi sirf wahan rahi.</w:t>
      </w:r>
    </w:p>
    <w:p>
      <w:pPr>
        <w:jc w:val="right"/>
      </w:pPr>
      <w:r>
        <w:t>مثلاً حضرت آدم کے بعد ہزاروں سال تک انسان کی آبادی صرف وہاں رہی۔</w:t>
      </w:r>
    </w:p>
    <w:p>
      <w:r>
        <w:rPr>
          <w:b/>
        </w:rPr>
        <w:t xml:space="preserve">[37:04] </w:t>
      </w:r>
      <w:r>
        <w:t>Dajla aur Furaat ke darmiyan.</w:t>
      </w:r>
    </w:p>
    <w:p>
      <w:pPr>
        <w:jc w:val="right"/>
      </w:pPr>
      <w:r>
        <w:t>دجلہ اور فرات کے درمیان۔</w:t>
      </w:r>
    </w:p>
    <w:p>
      <w:r>
        <w:rPr>
          <w:b/>
        </w:rPr>
        <w:t xml:space="preserve">[37:09] </w:t>
      </w:r>
      <w:r>
        <w:t>hazaron saal tak.</w:t>
      </w:r>
    </w:p>
    <w:p>
      <w:pPr>
        <w:jc w:val="right"/>
      </w:pPr>
      <w:r>
        <w:t>ہزاروں سال تک۔</w:t>
      </w:r>
    </w:p>
    <w:p>
      <w:r>
        <w:rPr>
          <w:b/>
        </w:rPr>
        <w:t xml:space="preserve">[37:15] </w:t>
      </w:r>
      <w:r>
        <w:t>yeh to jo toofan e Nuh hua hai is ke baad log phailay hain idhar udhar.</w:t>
      </w:r>
    </w:p>
    <w:p>
      <w:pPr>
        <w:jc w:val="right"/>
      </w:pPr>
      <w:r>
        <w:t>یہ تو جو طوفان نوح ہوا ہے اس کے بعد لوگ پھیلے ہیں ادھر ادھر۔</w:t>
      </w:r>
    </w:p>
    <w:p>
      <w:r>
        <w:rPr>
          <w:b/>
        </w:rPr>
        <w:t xml:space="preserve">[37:20] </w:t>
      </w:r>
      <w:r>
        <w:t>aaj ki dunya mein jo asfar hue hain yani jo nai sawariyan, hawai jahaz aur doosri cheezen is</w:t>
      </w:r>
    </w:p>
    <w:p>
      <w:pPr>
        <w:jc w:val="right"/>
      </w:pPr>
      <w:r>
        <w:t>آج کی دنیا میں جو اسفار ہوئے ہیں یعنی جو نئی سواریاں، ہوائی جہاز اور دوسری چیزیں اس</w:t>
      </w:r>
    </w:p>
    <w:p>
      <w:r>
        <w:rPr>
          <w:b/>
        </w:rPr>
        <w:t xml:space="preserve">[37:26] </w:t>
      </w:r>
      <w:r>
        <w:t>ki wajah se yeh mobility aayi hai.</w:t>
      </w:r>
    </w:p>
    <w:p>
      <w:pPr>
        <w:jc w:val="right"/>
      </w:pPr>
      <w:r>
        <w:t>کی وجہ سے یہ موبیلٹی آئی ہے۔</w:t>
      </w:r>
    </w:p>
    <w:p>
      <w:r>
        <w:rPr>
          <w:b/>
        </w:rPr>
        <w:t xml:space="preserve">[37:32] </w:t>
      </w:r>
      <w:r>
        <w:t>ab siyahi asfar ho rahe hain, log siyahat ke liye ja rahe hain.</w:t>
      </w:r>
    </w:p>
    <w:p>
      <w:pPr>
        <w:jc w:val="right"/>
      </w:pPr>
      <w:r>
        <w:t>اب سیاحتی اسفار ہو رہے ہیں، لوگ سیاحت کے لیے جا رہے ہیں۔</w:t>
      </w:r>
    </w:p>
    <w:p>
      <w:r>
        <w:rPr>
          <w:b/>
        </w:rPr>
        <w:t xml:space="preserve">[37:37] </w:t>
      </w:r>
      <w:r>
        <w:t>log outing ke liye ja rahe hain.</w:t>
      </w:r>
    </w:p>
    <w:p>
      <w:pPr>
        <w:jc w:val="right"/>
      </w:pPr>
      <w:r>
        <w:t>لوگ آؤٹنگ کے لیے جا رہے ہیں۔</w:t>
      </w:r>
    </w:p>
    <w:p>
      <w:r>
        <w:rPr>
          <w:b/>
        </w:rPr>
        <w:t xml:space="preserve">[37:43] </w:t>
      </w:r>
      <w:r>
        <w:t>yani har jagah aap ko madu dastiyab hai.</w:t>
      </w:r>
    </w:p>
    <w:p>
      <w:pPr>
        <w:jc w:val="right"/>
      </w:pPr>
      <w:r>
        <w:t>یعنی ہر جگہ آپ کو مدعو دستیاب ہے۔</w:t>
      </w:r>
    </w:p>
    <w:p>
      <w:r>
        <w:rPr>
          <w:b/>
        </w:rPr>
        <w:t xml:space="preserve">[37:48] </w:t>
      </w:r>
      <w:r>
        <w:t>aap kahin bhi kharay ho jaiye wahan par madu mil jaye ga aap ko.</w:t>
      </w:r>
    </w:p>
    <w:p>
      <w:pPr>
        <w:jc w:val="right"/>
      </w:pPr>
      <w:r>
        <w:t>آپ کہیں بھی کھڑے ہو جائیے وہاں پر مدعو مل جائے گا آپ کو۔</w:t>
      </w:r>
    </w:p>
    <w:p>
      <w:r>
        <w:rPr>
          <w:b/>
        </w:rPr>
        <w:t xml:space="preserve">[37:54] </w:t>
      </w:r>
      <w:r>
        <w:t>pehlay mad'u kahan milta tha? pehlay kahan milta tha? dilchasp situation pehlay bohat ziyada tha.</w:t>
      </w:r>
    </w:p>
    <w:p>
      <w:pPr>
        <w:jc w:val="right"/>
      </w:pPr>
      <w:r>
        <w:t>پہلے مدعو کہاں ملتا تھا؟ پہلے کہاں ملتا تھا؟ دلچسپ سچوئیشن پہلے بہت زیادہ تھا۔</w:t>
      </w:r>
    </w:p>
    <w:p>
      <w:r>
        <w:rPr>
          <w:b/>
        </w:rPr>
        <w:t xml:space="preserve">[38:00] </w:t>
      </w:r>
      <w:r>
        <w:t>yani kisi hukoomat, kisi mulk mein aik hi mazhab chalta tha.</w:t>
      </w:r>
    </w:p>
    <w:p>
      <w:pPr>
        <w:jc w:val="right"/>
      </w:pPr>
      <w:r>
        <w:t>یعنی کسی حکومت، کسی ملک میں ایک ہی مذہب چلتا تھا۔</w:t>
      </w:r>
    </w:p>
    <w:p>
      <w:r>
        <w:rPr>
          <w:b/>
        </w:rPr>
        <w:t xml:space="preserve">[38:05] </w:t>
      </w:r>
      <w:r>
        <w:t>jo badshah ka mazhab.</w:t>
      </w:r>
    </w:p>
    <w:p>
      <w:pPr>
        <w:jc w:val="right"/>
      </w:pPr>
      <w:r>
        <w:t>جو بادشاہ کا مذہب۔</w:t>
      </w:r>
    </w:p>
    <w:p>
      <w:r>
        <w:rPr>
          <w:b/>
        </w:rPr>
        <w:t xml:space="preserve">[38:11] </w:t>
      </w:r>
      <w:r>
        <w:t>dosra mazhab ka naam liye to aap ko qatal kar detay thay woh.</w:t>
      </w:r>
    </w:p>
    <w:p>
      <w:pPr>
        <w:jc w:val="right"/>
      </w:pPr>
      <w:r>
        <w:t>دوسرا مذہب کا نام لیے تو آپ کو قتل کر دیتے تھے وہ۔</w:t>
      </w:r>
    </w:p>
    <w:p>
      <w:r>
        <w:rPr>
          <w:b/>
        </w:rPr>
        <w:t xml:space="preserve">[38:16] </w:t>
      </w:r>
      <w:r>
        <w:t>aaj aaj mazhabi azadi aik aam tasleem shuda haq ban gaya hai.</w:t>
      </w:r>
    </w:p>
    <w:p>
      <w:pPr>
        <w:jc w:val="right"/>
      </w:pPr>
      <w:r>
        <w:t>آج آج مذہبی آزادی ایک عام تسلیم شدہ حق بن گیا ہے۔</w:t>
      </w:r>
    </w:p>
    <w:p>
      <w:r>
        <w:rPr>
          <w:b/>
        </w:rPr>
        <w:t xml:space="preserve">[38:22] </w:t>
      </w:r>
      <w:r>
        <w:t>saari dunya mein mazhabi azadi.</w:t>
      </w:r>
    </w:p>
    <w:p>
      <w:pPr>
        <w:jc w:val="right"/>
      </w:pPr>
      <w:r>
        <w:t>ساری دنیا میں مذہبی آزادی۔</w:t>
      </w:r>
    </w:p>
    <w:p>
      <w:r>
        <w:rPr>
          <w:b/>
        </w:rPr>
        <w:t xml:space="preserve">[38:28] </w:t>
      </w:r>
      <w:r>
        <w:t>koi rok nahi sakta aap ko.</w:t>
      </w:r>
    </w:p>
    <w:p>
      <w:pPr>
        <w:jc w:val="right"/>
      </w:pPr>
      <w:r>
        <w:t>کوئی روک نہیں سکتا آپ کو۔</w:t>
      </w:r>
    </w:p>
    <w:p>
      <w:r>
        <w:rPr>
          <w:b/>
        </w:rPr>
        <w:t xml:space="preserve">[38:33] </w:t>
      </w:r>
      <w:r>
        <w:t>jis mazhab ko chahain maniye.</w:t>
      </w:r>
    </w:p>
    <w:p>
      <w:pPr>
        <w:jc w:val="right"/>
      </w:pPr>
      <w:r>
        <w:t>جس مذہب کو چاہیں مانیے۔</w:t>
      </w:r>
    </w:p>
    <w:p>
      <w:r>
        <w:rPr>
          <w:b/>
        </w:rPr>
        <w:t xml:space="preserve">[38:39] </w:t>
      </w:r>
      <w:r>
        <w:t>jis mazhab ko chahain phailaiye.</w:t>
      </w:r>
    </w:p>
    <w:p>
      <w:pPr>
        <w:jc w:val="right"/>
      </w:pPr>
      <w:r>
        <w:t>جس مذہب کو چاہیں پھیلائیے۔</w:t>
      </w:r>
    </w:p>
    <w:p>
      <w:r>
        <w:rPr>
          <w:b/>
        </w:rPr>
        <w:t xml:space="preserve">[38:44] </w:t>
      </w:r>
      <w:r>
        <w:t>jis mazhab ko chahain ishaat kijiye.</w:t>
      </w:r>
    </w:p>
    <w:p>
      <w:pPr>
        <w:jc w:val="right"/>
      </w:pPr>
      <w:r>
        <w:t>جس مذہب کو چاہیں اشاعت کیجیے۔</w:t>
      </w:r>
    </w:p>
    <w:p>
      <w:r>
        <w:rPr>
          <w:b/>
        </w:rPr>
        <w:t xml:space="preserve">[38:50] </w:t>
      </w:r>
      <w:r>
        <w:t>koi rukawat nahi.</w:t>
      </w:r>
    </w:p>
    <w:p>
      <w:pPr>
        <w:jc w:val="right"/>
      </w:pPr>
      <w:r>
        <w:t>کوئی رکاوٹ نہیں۔</w:t>
      </w:r>
    </w:p>
    <w:p>
      <w:r>
        <w:rPr>
          <w:b/>
        </w:rPr>
        <w:t xml:space="preserve">[38:56] </w:t>
      </w:r>
      <w:r>
        <w:t>is tarah ke beshumar naye asbab yeh Allah taala ne pichlay lambi muddat ke amal ke douran</w:t>
      </w:r>
    </w:p>
    <w:p>
      <w:pPr>
        <w:jc w:val="right"/>
      </w:pPr>
      <w:r>
        <w:t>اس طرح کے بے شمار نئے اسباب یہ اللہ تعالیٰ نے پچھلے لمبی مدت کے عمل کے دوران</w:t>
      </w:r>
    </w:p>
    <w:p>
      <w:r>
        <w:rPr>
          <w:b/>
        </w:rPr>
        <w:t xml:space="preserve">[39:01] </w:t>
      </w:r>
      <w:r>
        <w:t>is zamanay mein paida kar diye hain.</w:t>
      </w:r>
    </w:p>
    <w:p>
      <w:pPr>
        <w:jc w:val="right"/>
      </w:pPr>
      <w:r>
        <w:t>اس زمانے میں پیدا کر دیے ہیں۔</w:t>
      </w:r>
    </w:p>
    <w:p>
      <w:r>
        <w:rPr>
          <w:b/>
        </w:rPr>
        <w:t xml:space="preserve">[39:07] </w:t>
      </w:r>
      <w:r>
        <w:t>lekin koi khara to ho is ke, is ke tab to woh yani Hajra jab jayengi desert</w:t>
      </w:r>
    </w:p>
    <w:p>
      <w:pPr>
        <w:jc w:val="right"/>
      </w:pPr>
      <w:r>
        <w:t>لیکن کوئی کھڑا تو ہو اس کے، اس کے تب تو وہ یعنی ہاجرہ جب جائیں گی ڈیزرٹ</w:t>
      </w:r>
    </w:p>
    <w:p>
      <w:r>
        <w:rPr>
          <w:b/>
        </w:rPr>
        <w:t xml:space="preserve">[39:12] </w:t>
      </w:r>
      <w:r>
        <w:t>mein tab to is ka chashma nikle ga.</w:t>
      </w:r>
    </w:p>
    <w:p>
      <w:pPr>
        <w:jc w:val="right"/>
      </w:pPr>
      <w:r>
        <w:t>میں تب تو اس کا چشمہ نکلے گا۔</w:t>
      </w:r>
    </w:p>
    <w:p>
      <w:r>
        <w:rPr>
          <w:b/>
        </w:rPr>
        <w:t xml:space="preserve">[39:18] </w:t>
      </w:r>
      <w:r>
        <w:t>chashma ruka raha us waqt tak jab tak ke Hajra ja kar wahan abad nahi hu'een.</w:t>
      </w:r>
    </w:p>
    <w:p>
      <w:pPr>
        <w:jc w:val="right"/>
      </w:pPr>
      <w:r>
        <w:t>چشمہ رکا رہا اس وقت تک جب تک کہ ہاجرہ جا کر وہاں آباد نہیں ہوئیں۔</w:t>
      </w:r>
    </w:p>
    <w:p>
      <w:r>
        <w:rPr>
          <w:b/>
        </w:rPr>
        <w:t xml:space="preserve">[39:24] </w:t>
      </w:r>
      <w:r>
        <w:t>jaisay hi abad hu'een foran chashma ubal para.</w:t>
      </w:r>
    </w:p>
    <w:p>
      <w:pPr>
        <w:jc w:val="right"/>
      </w:pPr>
      <w:r>
        <w:t>جیسے ہی آباد ہوئیں فوراً چشمہ ابل پڑا۔</w:t>
      </w:r>
    </w:p>
    <w:p>
      <w:r>
        <w:rPr>
          <w:b/>
        </w:rPr>
        <w:t xml:space="preserve">[39:29] </w:t>
      </w:r>
      <w:r>
        <w:t>to kuch log kharay to hon tab to yeh mawaqe in ke yeh mahya kiye jayenge.</w:t>
      </w:r>
    </w:p>
    <w:p>
      <w:pPr>
        <w:jc w:val="right"/>
      </w:pPr>
      <w:r>
        <w:t>تو کچھ لوگ کھڑے تو ہوں تب تو یہ مواقع ان کے یہ مہیا کیے جائیں گے۔</w:t>
      </w:r>
    </w:p>
    <w:p>
      <w:r>
        <w:rPr>
          <w:b/>
        </w:rPr>
        <w:t xml:space="preserve">[39:35] </w:t>
      </w:r>
      <w:r>
        <w:t>abhi to yeh mawaqe jo hain sab istemal kar rahe hain kon log? materialist, tajir.</w:t>
      </w:r>
    </w:p>
    <w:p>
      <w:pPr>
        <w:jc w:val="right"/>
      </w:pPr>
      <w:r>
        <w:t>ابھی تو یہ مواقع جو ہیں سب استعمال کر رہے ہیں کون لوگ؟ مٹیریلسٹ، تاجر۔</w:t>
      </w:r>
    </w:p>
    <w:p>
      <w:r>
        <w:rPr>
          <w:b/>
        </w:rPr>
        <w:t xml:space="preserve">[39:40] </w:t>
      </w:r>
      <w:r>
        <w:t>dosray maqasid ke tehat professionals.</w:t>
      </w:r>
    </w:p>
    <w:p>
      <w:pPr>
        <w:jc w:val="right"/>
      </w:pPr>
      <w:r>
        <w:t>دوسرے مقاصد کے تحت پروفیشنلز۔</w:t>
      </w:r>
    </w:p>
    <w:p>
      <w:r>
        <w:rPr>
          <w:b/>
        </w:rPr>
        <w:t xml:space="preserve">[39:46] </w:t>
      </w:r>
      <w:r>
        <w:t>da'wat-e-haq ke liye kahan istemal ho raha hai? kyunke woh kharay nahi hu'e.</w:t>
      </w:r>
    </w:p>
    <w:p>
      <w:pPr>
        <w:jc w:val="right"/>
      </w:pPr>
      <w:r>
        <w:t>دعوت حق کے لیے کہاں استعمال ہو رہا ہے؟ کیونکہ وہ کھڑے نہیں ہوئے۔</w:t>
      </w:r>
    </w:p>
    <w:p>
      <w:r>
        <w:rPr>
          <w:b/>
        </w:rPr>
        <w:t xml:space="preserve">[39:51] </w:t>
      </w:r>
      <w:r>
        <w:t>agar woh kharay hon jaise Hajra aap abad ho gayeen desert mein to kuch dair nahi lagi ke</w:t>
      </w:r>
    </w:p>
    <w:p>
      <w:pPr>
        <w:jc w:val="right"/>
      </w:pPr>
      <w:r>
        <w:t>اگر وہ کھڑے ہوں جیسے ہاجرہ آپ آباد ہو گئیں ڈیزرٹ میں تو کچھ دیر نہیں لگی کہ</w:t>
      </w:r>
    </w:p>
    <w:p>
      <w:r>
        <w:rPr>
          <w:b/>
        </w:rPr>
        <w:t xml:space="preserve">[39:57] </w:t>
      </w:r>
      <w:r>
        <w:t>wahan chashma phoot para.</w:t>
      </w:r>
    </w:p>
    <w:p>
      <w:pPr>
        <w:jc w:val="right"/>
      </w:pPr>
      <w:r>
        <w:t>وہاں چشمہ پھوٹ پڑا۔</w:t>
      </w:r>
    </w:p>
    <w:p>
      <w:r>
        <w:rPr>
          <w:b/>
        </w:rPr>
        <w:t xml:space="preserve">[40:03] </w:t>
      </w:r>
      <w:r>
        <w:t>aisay hi agar kuch log kharay ho jayen da'wat-e-Allah ke liye to saaray jo mawaqe khule hain</w:t>
      </w:r>
    </w:p>
    <w:p>
      <w:pPr>
        <w:jc w:val="right"/>
      </w:pPr>
      <w:r>
        <w:t>ایسے ہی اگر کچھ لوگ کھڑے ہو جائیں دعوت اللہ کے لیے تو سارے جو مواقع کھلے ہیں</w:t>
      </w:r>
    </w:p>
    <w:p>
      <w:r>
        <w:rPr>
          <w:b/>
        </w:rPr>
        <w:t xml:space="preserve">[40:08] </w:t>
      </w:r>
      <w:r>
        <w:t>is zamanay mein woh sab samandar ki taraf un ki taraf aa jayenge.</w:t>
      </w:r>
    </w:p>
    <w:p>
      <w:pPr>
        <w:jc w:val="right"/>
      </w:pPr>
      <w:r>
        <w:t>اس زمانے میں وہ سب سمندر کی طرف ان کی طرف آ جائیں گے۔</w:t>
      </w:r>
    </w:p>
    <w:p>
      <w:r>
        <w:rPr>
          <w:b/>
        </w:rPr>
        <w:t xml:space="preserve">[40:14] </w:t>
      </w:r>
      <w:r>
        <w:t>khare to hon.</w:t>
      </w:r>
    </w:p>
    <w:p>
      <w:pPr>
        <w:jc w:val="right"/>
      </w:pPr>
      <w:r>
        <w:t>کھڑے تو ہوں۔</w:t>
      </w:r>
    </w:p>
    <w:p>
      <w:r>
        <w:rPr>
          <w:b/>
        </w:rPr>
        <w:t xml:space="preserve">[40:19] </w:t>
      </w:r>
      <w:r>
        <w:t>balkay ulta kar rakha hai yani sari dunya ko musalmanon ne dushman qarar declare kar rakha hai.</w:t>
      </w:r>
    </w:p>
    <w:p>
      <w:pPr>
        <w:jc w:val="right"/>
      </w:pPr>
      <w:r>
        <w:t>بلکہ الٹا کر رکھا ہے یعنی ساری دنیا کو مسلمانوں نے دشمن قرار ڈیکلئر کر رکھا ہے۔</w:t>
      </w:r>
    </w:p>
    <w:p>
      <w:r>
        <w:rPr>
          <w:b/>
        </w:rPr>
        <w:t xml:space="preserve">[40:25] </w:t>
      </w:r>
      <w:r>
        <w:t>yani hindu dushman, Israel dushman, America dushman, Europe dushman musalmanon ne sari dunya ko dushman declare kar rakha hai.</w:t>
      </w:r>
    </w:p>
    <w:p>
      <w:pPr>
        <w:jc w:val="right"/>
      </w:pPr>
      <w:r>
        <w:t>یعنی ہندو دشمن، اسرائیل دشمن، امریکہ دشمن، یورپ دشمن مسلمانوں نے ساری دنیا کو دشمن ڈیکلئر کر رکھا ہے۔</w:t>
      </w:r>
    </w:p>
    <w:p>
      <w:r>
        <w:rPr>
          <w:b/>
        </w:rPr>
        <w:t xml:space="preserve">[40:31] </w:t>
      </w:r>
      <w:r>
        <w:t>is ka matlab kya hai? ke dawat e Allah ki spirit hi ka khatma kar diya hai.</w:t>
      </w:r>
    </w:p>
    <w:p>
      <w:pPr>
        <w:jc w:val="right"/>
      </w:pPr>
      <w:r>
        <w:t>اس کا معنی کیا ہے؟ کہ دعوت اللہ کی سپرٹ ہی کا خاتمہ کر دیا ہے۔</w:t>
      </w:r>
    </w:p>
    <w:p>
      <w:r>
        <w:rPr>
          <w:b/>
        </w:rPr>
        <w:t xml:space="preserve">[40:36] </w:t>
      </w:r>
      <w:r>
        <w:t>dawat e Allah ki spirit kya hoti hai? ani lakum naasih, main tumhara khair khwah hoon.</w:t>
      </w:r>
    </w:p>
    <w:p>
      <w:pPr>
        <w:jc w:val="right"/>
      </w:pPr>
      <w:r>
        <w:t>دعوت اللہ کی سپرٹ کیا ہوتی ہے؟ انی لکم ناصح، میں تمہارا خیر خواہ ہوں۔</w:t>
      </w:r>
    </w:p>
    <w:p>
      <w:r>
        <w:rPr>
          <w:b/>
        </w:rPr>
        <w:t xml:space="preserve">[40:42] </w:t>
      </w:r>
      <w:r>
        <w:t>dawat e Allah ki spirit khair khwahi par mabni hoti hai.</w:t>
      </w:r>
    </w:p>
    <w:p>
      <w:pPr>
        <w:jc w:val="right"/>
      </w:pPr>
      <w:r>
        <w:t>دعوت اللہ کی سپرٹ خیر خواہی پر مبنی ہوتی ہے۔</w:t>
      </w:r>
    </w:p>
    <w:p>
      <w:r>
        <w:rPr>
          <w:b/>
        </w:rPr>
        <w:t xml:space="preserve">[40:47] </w:t>
      </w:r>
      <w:r>
        <w:t>pehlay khair khwahi aati hai phir dawat e Allah aata hai.</w:t>
      </w:r>
    </w:p>
    <w:p>
      <w:pPr>
        <w:jc w:val="right"/>
      </w:pPr>
      <w:r>
        <w:t>پہلے خیر خواہی آتی ہے پھر دعوت اللہ آتا ہے۔</w:t>
      </w:r>
    </w:p>
    <w:p>
      <w:r>
        <w:rPr>
          <w:b/>
        </w:rPr>
        <w:t xml:space="preserve">[40:53] </w:t>
      </w:r>
      <w:r>
        <w:t>lekan musalmanon ka haal kya hai? sari dunya mein jahan bhi jaiye aap ko negative boli bolay gi.</w:t>
      </w:r>
    </w:p>
    <w:p>
      <w:pPr>
        <w:jc w:val="right"/>
      </w:pPr>
      <w:r>
        <w:t>لیکن مسلمانوں کا حال کیا ہے؟ ساری دنیا میں جہاں بھی جائیے آپ کو نیگیٹیو بولی بولے گی۔</w:t>
      </w:r>
    </w:p>
    <w:p>
      <w:r>
        <w:rPr>
          <w:b/>
        </w:rPr>
        <w:t xml:space="preserve">[40:59] </w:t>
      </w:r>
      <w:r>
        <w:t>aap negative boli sunenge aap.</w:t>
      </w:r>
    </w:p>
    <w:p>
      <w:pPr>
        <w:jc w:val="right"/>
      </w:pPr>
      <w:r>
        <w:t>آپ نیگیٹیو بولی سنیں گے آپ۔</w:t>
      </w:r>
    </w:p>
    <w:p>
      <w:r>
        <w:rPr>
          <w:b/>
        </w:rPr>
        <w:t xml:space="preserve">[41:04] </w:t>
      </w:r>
      <w:r>
        <w:t>aik aik musalman jis ko main janta hoon sab sirf negative boli bolna janta hai.</w:t>
      </w:r>
    </w:p>
    <w:p>
      <w:pPr>
        <w:jc w:val="right"/>
      </w:pPr>
      <w:r>
        <w:t>ایک ایک مسلمان جس کو میں جانتا ہوں سب صرف نیگیٹیو بولی بولنا جانتا ہے۔</w:t>
      </w:r>
    </w:p>
    <w:p>
      <w:r>
        <w:rPr>
          <w:b/>
        </w:rPr>
        <w:t xml:space="preserve">[41:10] </w:t>
      </w:r>
      <w:r>
        <w:t>positive boli musalmanon mein maujood hi nahi hai.</w:t>
      </w:r>
    </w:p>
    <w:p>
      <w:pPr>
        <w:jc w:val="right"/>
      </w:pPr>
      <w:r>
        <w:t>پازیٹیو بولی مسلمانوں میں موجود ہی نہیں ہے۔</w:t>
      </w:r>
    </w:p>
    <w:p>
      <w:r>
        <w:rPr>
          <w:b/>
        </w:rPr>
        <w:t xml:space="preserve">[41:15] </w:t>
      </w:r>
      <w:r>
        <w:t>sare Arab kehte hain ke America adu al Islam, raqab wahid.</w:t>
      </w:r>
    </w:p>
    <w:p>
      <w:pPr>
        <w:jc w:val="right"/>
      </w:pPr>
      <w:r>
        <w:t>سارے عرب کہتے ہیں کہ امریکہ عدو الاسلام، رقب واحد۔</w:t>
      </w:r>
    </w:p>
    <w:p>
      <w:r>
        <w:rPr>
          <w:b/>
        </w:rPr>
        <w:t xml:space="preserve">[41:21] </w:t>
      </w:r>
      <w:r>
        <w:t>jo musalman rehte hain maghribi dunya mein woh bhi kehte hain ke America is enemy number one of Islam.</w:t>
      </w:r>
    </w:p>
    <w:p>
      <w:pPr>
        <w:jc w:val="right"/>
      </w:pPr>
      <w:r>
        <w:t>جو مسلمان رہتے ہیں مغربی دنیا میں وہ بھی کہتے ہیں کہ امریکہ is enemy number one of اسلام۔</w:t>
      </w:r>
    </w:p>
    <w:p>
      <w:r>
        <w:rPr>
          <w:b/>
        </w:rPr>
        <w:t xml:space="preserve">[41:27] </w:t>
      </w:r>
      <w:r>
        <w:t>yeh halat hai.</w:t>
      </w:r>
    </w:p>
    <w:p>
      <w:pPr>
        <w:jc w:val="right"/>
      </w:pPr>
      <w:r>
        <w:t>یہ حالت ہے۔</w:t>
      </w:r>
    </w:p>
    <w:p>
      <w:r>
        <w:rPr>
          <w:b/>
        </w:rPr>
        <w:t xml:space="preserve">[41:32] </w:t>
      </w:r>
      <w:r>
        <w:t>to madu ke haq mein jab aap khair khwahi kho diya aap ne to wasail jo hain kya</w:t>
      </w:r>
    </w:p>
    <w:p>
      <w:pPr>
        <w:jc w:val="right"/>
      </w:pPr>
      <w:r>
        <w:t>تو مدعو کے حق میں جب آپ خیر خواہی کھو دیا آپ نے تو وسائل جو ہیں کیا</w:t>
      </w:r>
    </w:p>
    <w:p>
      <w:r>
        <w:rPr>
          <w:b/>
        </w:rPr>
        <w:t xml:space="preserve">[41:38] </w:t>
      </w:r>
      <w:r>
        <w:t>karenge? sab se pehle to aap ko madu ke liye khair khwah banna parega tab to</w:t>
      </w:r>
    </w:p>
    <w:p>
      <w:pPr>
        <w:jc w:val="right"/>
      </w:pPr>
      <w:r>
        <w:t>کریں گے؟ سب سے پہلے تو آپ کو مدعو کے لیے خیر خواہ بننا پڑے گا تب تو</w:t>
      </w:r>
    </w:p>
    <w:p>
      <w:r>
        <w:rPr>
          <w:b/>
        </w:rPr>
        <w:t xml:space="preserve">[41:43] </w:t>
      </w:r>
      <w:r>
        <w:t>wasail aayenge aap ke liye.</w:t>
      </w:r>
    </w:p>
    <w:p>
      <w:pPr>
        <w:jc w:val="right"/>
      </w:pPr>
      <w:r>
        <w:t>وسائل آئیں گے آپ کے لیے۔</w:t>
      </w:r>
    </w:p>
    <w:p>
      <w:r>
        <w:rPr>
          <w:b/>
        </w:rPr>
        <w:t xml:space="preserve">[41:49] </w:t>
      </w:r>
      <w:r>
        <w:t>to Allah taala ne aik lambe amal ke zariye sari wasail ka ka ka chashma baha diya.</w:t>
      </w:r>
    </w:p>
    <w:p>
      <w:pPr>
        <w:jc w:val="right"/>
      </w:pPr>
      <w:r>
        <w:t>تو اللہ تعالیٰ نے ایک لمبے عمل کے ذریعے سارے وسائل کا کا کا چشمہ بہا دیا۔</w:t>
      </w:r>
    </w:p>
    <w:p>
      <w:r>
        <w:rPr>
          <w:b/>
        </w:rPr>
        <w:t xml:space="preserve">[41:55] </w:t>
      </w:r>
      <w:r>
        <w:t>ab aaye abhi hamare safar mein aik safar mein main tha to jahaz ka jo pilot tha hamare</w:t>
      </w:r>
    </w:p>
    <w:p>
      <w:pPr>
        <w:jc w:val="right"/>
      </w:pPr>
      <w:r>
        <w:t>اب آئے ابھی ہمارے سفر میں ایک سفر میں میں تھا تو جہاز کا جو پائلٹ تھا ہمارے</w:t>
      </w:r>
    </w:p>
    <w:p>
      <w:r>
        <w:rPr>
          <w:b/>
        </w:rPr>
        <w:t xml:space="preserve">[42:00] </w:t>
      </w:r>
      <w:r>
        <w:t>aik saathi is se mile aur us ko Quran ka English tarjuma pesh kiya. pilot ko.</w:t>
      </w:r>
    </w:p>
    <w:p>
      <w:pPr>
        <w:jc w:val="right"/>
      </w:pPr>
      <w:r>
        <w:t>ایک ساتھی اس سے ملے اور اس کو قرآن کا انگلش ترجمہ پیش کیا۔ پائلٹ کو۔</w:t>
      </w:r>
    </w:p>
    <w:p>
      <w:r>
        <w:rPr>
          <w:b/>
        </w:rPr>
        <w:t xml:space="preserve">[42:06] </w:t>
      </w:r>
      <w:r>
        <w:t>to pilot uth kar liya us ne us ko apne peshani par laga liya.</w:t>
      </w:r>
    </w:p>
    <w:p>
      <w:pPr>
        <w:jc w:val="right"/>
      </w:pPr>
      <w:r>
        <w:t>تو پائلٹ اٹھ کر لیا اس نے اس کو اپنے پیشانی پر لگا لیا۔</w:t>
      </w:r>
    </w:p>
    <w:p>
      <w:r>
        <w:rPr>
          <w:b/>
        </w:rPr>
        <w:t xml:space="preserve">[42:11] </w:t>
      </w:r>
      <w:r>
        <w:t>us ke ehtram ke liye.</w:t>
      </w:r>
    </w:p>
    <w:p>
      <w:pPr>
        <w:jc w:val="right"/>
      </w:pPr>
      <w:r>
        <w:t>اس کے احترام کے لیے۔</w:t>
      </w:r>
    </w:p>
    <w:p>
      <w:r>
        <w:rPr>
          <w:b/>
        </w:rPr>
        <w:t xml:space="preserve">[42:17] </w:t>
      </w:r>
      <w:r>
        <w:t>yeh pehle kahan tha? yeh mahol kahan tha pehle? aur yeh koi aik aik waqea ki baat nahi</w:t>
      </w:r>
    </w:p>
    <w:p>
      <w:pPr>
        <w:jc w:val="right"/>
      </w:pPr>
      <w:r>
        <w:t>یہ پہلے کہاں تھا؟ یہ ماحول کہاں تھا پہلے؟ اور یہ کوئی ایک ایک واقعے کی بات نہیں</w:t>
      </w:r>
    </w:p>
    <w:p>
      <w:r>
        <w:rPr>
          <w:b/>
        </w:rPr>
        <w:t xml:space="preserve">[42:23] </w:t>
      </w:r>
      <w:r>
        <w:t>ke sari dunya mein is tarah ke waqeat pesh aa rahe hain.</w:t>
      </w:r>
    </w:p>
    <w:p>
      <w:pPr>
        <w:jc w:val="right"/>
      </w:pPr>
      <w:r>
        <w:t>کہ ساری دنیا میں اس طرح کے واقعات پیش آ رہے ہیں۔</w:t>
      </w:r>
    </w:p>
    <w:p>
      <w:r>
        <w:rPr>
          <w:b/>
        </w:rPr>
        <w:t xml:space="preserve">[42:28] </w:t>
      </w:r>
      <w:r>
        <w:t>hamare saathi jo kaam kar rahe hain is ke bohat se waqeat aap un se sun sakte hain.</w:t>
      </w:r>
    </w:p>
    <w:p>
      <w:pPr>
        <w:jc w:val="right"/>
      </w:pPr>
      <w:r>
        <w:t>ہمارے ساتھی جو کام کر رہے ہیں اس کے بہت سے واقعات آپ ان سے سن سکتے ہیں۔</w:t>
      </w:r>
    </w:p>
    <w:p>
      <w:r>
        <w:rPr>
          <w:b/>
        </w:rPr>
        <w:t xml:space="preserve">[42:34] </w:t>
      </w:r>
      <w:r>
        <w:t>to dobara woh waqt aa gaya hai ke jab ke aap agar khare hon islam ko le kar</w:t>
      </w:r>
    </w:p>
    <w:p>
      <w:pPr>
        <w:jc w:val="right"/>
      </w:pPr>
      <w:r>
        <w:t>تو دوبارہ وہ وقت آ گیا ہے کہ جب کہ آپ اگر کھڑے ہوں اسلام کو لے کر</w:t>
      </w:r>
    </w:p>
    <w:p>
      <w:r>
        <w:rPr>
          <w:b/>
        </w:rPr>
        <w:t xml:space="preserve">[42:39] </w:t>
      </w:r>
      <w:r>
        <w:t>to dunya aap ko mobila ka khitab de. dobara.</w:t>
      </w:r>
    </w:p>
    <w:p>
      <w:pPr>
        <w:jc w:val="right"/>
      </w:pPr>
      <w:r>
        <w:t>تو دنیا آپ کو موبیلا کا خطاب دے۔ دوبارہ۔</w:t>
      </w:r>
    </w:p>
    <w:p>
      <w:r>
        <w:rPr>
          <w:b/>
        </w:rPr>
        <w:t xml:space="preserve">[42:45] </w:t>
      </w:r>
      <w:r>
        <w:t>yeh mein wahan tha ke Allah ne kaha tha un ke ke agar aap khare ho jayen aaj</w:t>
      </w:r>
    </w:p>
    <w:p>
      <w:pPr>
        <w:jc w:val="right"/>
      </w:pPr>
      <w:r>
        <w:t>یہ میں وہاں تھا کہ اللہ نے کہا تھا ان کے کہ اگر آپ کھڑے ہو جائیں آج</w:t>
      </w:r>
    </w:p>
    <w:p>
      <w:r>
        <w:rPr>
          <w:b/>
        </w:rPr>
        <w:t xml:space="preserve">[42:51] </w:t>
      </w:r>
      <w:r>
        <w:t>ki dunya mein dobara to dobara aap ko dunya mobila ka khitab dene ke liye tayar hai.</w:t>
      </w:r>
    </w:p>
    <w:p>
      <w:pPr>
        <w:jc w:val="right"/>
      </w:pPr>
      <w:r>
        <w:t>کی دنیا میں دوبارہ تو دوبارہ آپ کو دنیا موبیلا کا خطاب دینے کے لیے تیار ہے۔</w:t>
      </w:r>
    </w:p>
    <w:p>
      <w:r>
        <w:rPr>
          <w:b/>
        </w:rPr>
        <w:t xml:space="preserve">[42:56] </w:t>
      </w:r>
      <w:r>
        <w:t>yeh sirf keralaa ki baat nahi hai yeh sari dunya ki baat hai.</w:t>
      </w:r>
    </w:p>
    <w:p>
      <w:pPr>
        <w:jc w:val="right"/>
      </w:pPr>
      <w:r>
        <w:t>یہ صرف کیرلا کی بات نہیں ہے یہ ساری دنیا کی بات ہے۔</w:t>
      </w:r>
    </w:p>
    <w:p>
      <w:r>
        <w:rPr>
          <w:b/>
        </w:rPr>
        <w:t xml:space="preserve">[43:02] </w:t>
      </w:r>
      <w:r>
        <w:t>jo deen mehfooz hai sare wasail jama ho chuke hain.</w:t>
      </w:r>
    </w:p>
    <w:p>
      <w:pPr>
        <w:jc w:val="right"/>
      </w:pPr>
      <w:r>
        <w:t>جو دین محفوظ ہے سارے وسائل جمع ہو چکے ہیں۔</w:t>
      </w:r>
    </w:p>
    <w:p>
      <w:r>
        <w:rPr>
          <w:b/>
        </w:rPr>
        <w:t xml:space="preserve">[43:07] </w:t>
      </w:r>
      <w:r>
        <w:t>aaj ka insan ek sache deen ki talash mein hai.</w:t>
      </w:r>
    </w:p>
    <w:p>
      <w:pPr>
        <w:jc w:val="right"/>
      </w:pPr>
      <w:r>
        <w:t>آج کا انسان ایک سچے دین کی تلاش میں ہے۔</w:t>
      </w:r>
    </w:p>
    <w:p>
      <w:r>
        <w:rPr>
          <w:b/>
        </w:rPr>
        <w:t xml:space="preserve">[43:13] </w:t>
      </w:r>
      <w:r>
        <w:t>jitni material philosophies hain woh fail ho chuki hain.</w:t>
      </w:r>
    </w:p>
    <w:p>
      <w:pPr>
        <w:jc w:val="right"/>
      </w:pPr>
      <w:r>
        <w:t>جتنی مٹیریل فلاسفیز ہیں وہ فیل ہو چکی ہیں۔</w:t>
      </w:r>
    </w:p>
    <w:p>
      <w:r>
        <w:rPr>
          <w:b/>
        </w:rPr>
        <w:t xml:space="preserve">[43:19] </w:t>
      </w:r>
      <w:r>
        <w:t>insan chahta hai ke koi spiritual ideology is ko milay.</w:t>
      </w:r>
    </w:p>
    <w:p>
      <w:pPr>
        <w:jc w:val="right"/>
      </w:pPr>
      <w:r>
        <w:t>انسان چاہتا ہے کہ کوئی سپرچول آئیڈیالوجی اس کو ملے۔</w:t>
      </w:r>
    </w:p>
    <w:p>
      <w:r>
        <w:rPr>
          <w:b/>
        </w:rPr>
        <w:t xml:space="preserve">[43:24] </w:t>
      </w:r>
      <w:r>
        <w:t>yeh sare asbab faraham ho chuke hain.</w:t>
      </w:r>
    </w:p>
    <w:p>
      <w:pPr>
        <w:jc w:val="right"/>
      </w:pPr>
      <w:r>
        <w:t>یہ سارے اسباب فراہم ہو چکے ہیں۔</w:t>
      </w:r>
    </w:p>
    <w:p>
      <w:r>
        <w:rPr>
          <w:b/>
        </w:rPr>
        <w:t xml:space="preserve">[43:30] </w:t>
      </w:r>
      <w:r>
        <w:t>ab to sirf yeh baat hai ke koi uthay aur yeh in mawaqe ko istemal kar ke dunya</w:t>
      </w:r>
    </w:p>
    <w:p>
      <w:pPr>
        <w:jc w:val="right"/>
      </w:pPr>
      <w:r>
        <w:t>اب تو صرف یہ بات ہے کہ کوئی اٹھے اور یہ ان مواقع کو استعمال کر کے دنیا</w:t>
      </w:r>
    </w:p>
    <w:p>
      <w:r>
        <w:rPr>
          <w:b/>
        </w:rPr>
        <w:t xml:space="preserve">[43:35] </w:t>
      </w:r>
      <w:r>
        <w:t>ke samne dawat Allah ka role ada kare.</w:t>
      </w:r>
    </w:p>
    <w:p>
      <w:pPr>
        <w:jc w:val="right"/>
      </w:pPr>
      <w:r>
        <w:t>کے سامنے دعوت اللہ کا رول ادا کرے۔</w:t>
      </w:r>
    </w:p>
    <w:p>
      <w:r>
        <w:rPr>
          <w:b/>
        </w:rPr>
        <w:t xml:space="preserve">[43:41] </w:t>
      </w:r>
      <w:r>
        <w:t>aur phir Allah ki rehmaten, nusraten is ke upar toot padengi inshallah.</w:t>
      </w:r>
    </w:p>
    <w:p>
      <w:pPr>
        <w:jc w:val="right"/>
      </w:pPr>
      <w:r>
        <w:t>اور پھر اللہ کی رحمتیں، نصرتیں اس کے اوپر ٹوٹ پڑیں گی انشاءاللہ۔</w:t>
      </w:r>
    </w:p>
    <w:p>
      <w:r>
        <w:rPr>
          <w:b/>
        </w:rPr>
        <w:t xml:space="preserve">[43:46] </w:t>
      </w:r>
      <w:r>
        <w:t>to meri dua hai ke Allah taala mujh ko aur aap ko tofeeq de ke hum Allah ke</w:t>
      </w:r>
    </w:p>
    <w:p>
      <w:pPr>
        <w:jc w:val="right"/>
      </w:pPr>
      <w:r>
        <w:t>تو میری دعا ہے کہ اللہ تعالیٰ مجھ کو اور آپ کو توفیق دے کہ ہم اللہ کے</w:t>
      </w:r>
    </w:p>
    <w:p>
      <w:r>
        <w:rPr>
          <w:b/>
        </w:rPr>
        <w:t xml:space="preserve">[43:52] </w:t>
      </w:r>
      <w:r>
        <w:t>is taqazay ko samjhen aur Allah ke qasid ke liye uth khare hon.</w:t>
      </w:r>
    </w:p>
    <w:p>
      <w:pPr>
        <w:jc w:val="right"/>
      </w:pPr>
      <w:r>
        <w:t>اس تقاضے کو سمجھیں اور اللہ کے قاصد کے لیے اٹھ کھڑے ہوں۔</w:t>
      </w:r>
    </w:p>
    <w:p>
      <w:r>
        <w:rPr>
          <w:b/>
        </w:rPr>
        <w:t xml:space="preserve">[43:58] </w:t>
      </w:r>
      <w:r>
        <w:t>aur phir Allah ki nusraten, Allah ki rehmaten, Allah ki madad is se bhi ziyada tezi ke sath</w:t>
      </w:r>
    </w:p>
    <w:p>
      <w:pPr>
        <w:jc w:val="right"/>
      </w:pPr>
      <w:r>
        <w:t>اور پھر اللہ کی نصرتیں، اللہ کی رحمتیں، اللہ کی مدد اس سے بھی زیادہ تیزی کے ساتھ</w:t>
      </w:r>
    </w:p>
    <w:p>
      <w:r>
        <w:rPr>
          <w:b/>
        </w:rPr>
        <w:t xml:space="preserve">[44:03] </w:t>
      </w:r>
      <w:r>
        <w:t>ayegi jis tezi se hum aage badhenge.</w:t>
      </w:r>
    </w:p>
    <w:p>
      <w:pPr>
        <w:jc w:val="right"/>
      </w:pPr>
      <w:r>
        <w:t>آئے گی جس تیزی سے ہم آگے بڑھیں گے۔</w:t>
      </w:r>
    </w:p>
    <w:p>
      <w:r>
        <w:rPr>
          <w:b/>
        </w:rPr>
        <w:t xml:space="preserve">[44:09] </w:t>
      </w:r>
      <w:r>
        <w:t>hum paon se chal kar aage badhenge to Allah dor kar aap ki taraf ayega.</w:t>
      </w:r>
    </w:p>
    <w:p>
      <w:pPr>
        <w:jc w:val="right"/>
      </w:pPr>
      <w:r>
        <w:t>ہم پاؤں سے چل کر آگے بڑھیں گے تو اللہ دوڑ کر آپ کی طرف آئے گا۔</w:t>
      </w:r>
    </w:p>
    <w:p>
      <w:r>
        <w:rPr>
          <w:b/>
        </w:rPr>
        <w:t xml:space="preserve">[44:14] </w:t>
      </w:r>
      <w:r>
        <w:t>to isi ke liye mein dua karta hoon apne liye aur aap ke liye.</w:t>
      </w:r>
    </w:p>
    <w:p>
      <w:pPr>
        <w:jc w:val="right"/>
      </w:pPr>
      <w:r>
        <w:t>تو اسی کے لیے میں دعا کرتا ہوں اپنے لیے اور آپ کے لیے۔</w:t>
      </w:r>
    </w:p>
    <w:p>
      <w:r>
        <w:rPr>
          <w:b/>
        </w:rPr>
        <w:t xml:space="preserve">[44:20] </w:t>
      </w:r>
      <w:r>
        <w:t>aqool qawli hadha wa astaghfirullah li walakum ajmaeen.</w:t>
      </w:r>
    </w:p>
    <w:p>
      <w:pPr>
        <w:jc w:val="right"/>
      </w:pPr>
      <w:r>
        <w:t>أقول قولي هذا واستغفراللہ لي ولكم أجمعين.</w:t>
      </w:r>
    </w:p>
    <w:p>
      <w:r>
        <w:rPr>
          <w:b/>
        </w:rPr>
        <w:t xml:space="preserve">[44:26] </w:t>
      </w:r>
      <w:r>
        <w:t>sawal aya hai Maulana yaqoob umri ka, tamil nadu se.</w:t>
      </w:r>
    </w:p>
    <w:p>
      <w:pPr>
        <w:jc w:val="right"/>
      </w:pPr>
      <w:r>
        <w:t>سوال آیا ہے Maulana یعقوب عمری کا، تمل ناڈو سے۔</w:t>
      </w:r>
    </w:p>
    <w:p>
      <w:r>
        <w:rPr>
          <w:b/>
        </w:rPr>
        <w:t xml:space="preserve">[44:31] </w:t>
      </w:r>
      <w:r>
        <w:t>unhon ne likha hai: quran se dawat ka matlab kya hai? dekhiye asal cheez yeh hai ke dawat</w:t>
      </w:r>
    </w:p>
    <w:p>
      <w:pPr>
        <w:jc w:val="right"/>
      </w:pPr>
      <w:r>
        <w:t>انہوں نے لکھا ہے: قرآن سے دعوت کا مطلب کیا ہے؟ دیکھیے اصل چیز یہ ہے کہ دعوت</w:t>
      </w:r>
    </w:p>
    <w:p>
      <w:r>
        <w:rPr>
          <w:b/>
        </w:rPr>
        <w:t xml:space="preserve">[44:37] </w:t>
      </w:r>
      <w:r>
        <w:t>ka jo mission hai woh bunyadi tor par yeh hai ke ke Allah ka jo takhleeqi plan hai</w:t>
      </w:r>
    </w:p>
    <w:p>
      <w:pPr>
        <w:jc w:val="right"/>
      </w:pPr>
      <w:r>
        <w:t>کا جو مشن ہے وہ بنیادی طور پر یہ ہے کہ کہ اللہ کا جو تخلیقی پلان ہے</w:t>
      </w:r>
    </w:p>
    <w:p>
      <w:r>
        <w:rPr>
          <w:b/>
        </w:rPr>
        <w:t xml:space="preserve">[44:42] </w:t>
      </w:r>
      <w:r>
        <w:t>is se logon ko ba khabar karna.</w:t>
      </w:r>
    </w:p>
    <w:p>
      <w:pPr>
        <w:jc w:val="right"/>
      </w:pPr>
      <w:r>
        <w:t>اس سے لوگوں کو باخبر کرنا۔</w:t>
      </w:r>
    </w:p>
    <w:p>
      <w:r>
        <w:rPr>
          <w:b/>
        </w:rPr>
        <w:t xml:space="preserve">[44:48] </w:t>
      </w:r>
      <w:r>
        <w:t>insan dunya mein aata hai to consciously ya unconsciously har aadmi ka aadmi ka aata hai ke</w:t>
      </w:r>
    </w:p>
    <w:p>
      <w:pPr>
        <w:jc w:val="right"/>
      </w:pPr>
      <w:r>
        <w:t>انسان دنیا میں آتا ہے تو کانشیسلی یا ان کانشیسلی ہر آدمی کا آدمی کا آتا ہے کہ</w:t>
      </w:r>
    </w:p>
    <w:p>
      <w:r>
        <w:rPr>
          <w:b/>
        </w:rPr>
        <w:t xml:space="preserve">[44:54] </w:t>
      </w:r>
      <w:r>
        <w:t>میں کیا کون ہوں؟ کیوں پیدا کیا گیا؟ اس دنیا میں کیوں آیا میں؟ What is pre-death period?</w:t>
      </w:r>
    </w:p>
    <w:p>
      <w:pPr>
        <w:jc w:val="right"/>
      </w:pPr>
      <w:r>
        <w:t>میں کیا کون ہوں؟ کیوں پیدا کیا گیا؟ اس دنیا میں کیوں آیا میں؟ What is pre-death period؟</w:t>
      </w:r>
    </w:p>
    <w:p>
      <w:r>
        <w:rPr>
          <w:b/>
        </w:rPr>
        <w:t xml:space="preserve">[44:59] </w:t>
      </w:r>
      <w:r>
        <w:t>What is post-death period? اس سے سوالات ہیں۔</w:t>
      </w:r>
    </w:p>
    <w:p>
      <w:pPr>
        <w:jc w:val="right"/>
      </w:pPr>
      <w:r>
        <w:t>What is post-death period؟ اس سے سوالات ہیں۔</w:t>
      </w:r>
    </w:p>
    <w:p>
      <w:r>
        <w:rPr>
          <w:b/>
        </w:rPr>
        <w:t xml:space="preserve">[45:05] </w:t>
      </w:r>
      <w:r>
        <w:t>yeh sawalaat jure hue hain is baat se ke khaliq ka naqsha takhleeq kya hai? kyon insaan ne</w:t>
      </w:r>
    </w:p>
    <w:p>
      <w:pPr>
        <w:jc w:val="right"/>
      </w:pPr>
      <w:r>
        <w:t>یہ سوالات جڑے ہوئے ہیں اس بات سے کہ خالق کا نقشہ تخلیق کیا ہے؟ کیوں انسان نے</w:t>
      </w:r>
    </w:p>
    <w:p>
      <w:r>
        <w:rPr>
          <w:b/>
        </w:rPr>
        <w:t xml:space="preserve">[45:10] </w:t>
      </w:r>
      <w:r>
        <w:t>apne aap ko khud to banaya nahi? kisi ne banaya hai to is se bana hai woh.</w:t>
      </w:r>
    </w:p>
    <w:p>
      <w:pPr>
        <w:jc w:val="right"/>
      </w:pPr>
      <w:r>
        <w:t>اپنے آپ کو خود تو بنایا نہیں؟ کسی نے بنایا ہے تو اس سے بنا ہے وہ۔</w:t>
      </w:r>
    </w:p>
    <w:p>
      <w:r>
        <w:rPr>
          <w:b/>
        </w:rPr>
        <w:t xml:space="preserve">[45:16] </w:t>
      </w:r>
      <w:r>
        <w:t>to asal jo hai dekhiye nishaan dawat yeh hai ke ke khaliq ke naqsha takhleeq se dunya ko ba-khabar karna.</w:t>
      </w:r>
    </w:p>
    <w:p>
      <w:pPr>
        <w:jc w:val="right"/>
      </w:pPr>
      <w:r>
        <w:t>تو اصل جو ہے دیکھیے نشان دعوت یہ ہے کہ کہ خالق کے نقشہ تخلیق سے دنیا کو باخبر کرنا۔</w:t>
      </w:r>
    </w:p>
    <w:p>
      <w:r>
        <w:rPr>
          <w:b/>
        </w:rPr>
        <w:t xml:space="preserve">[45:22] </w:t>
      </w:r>
      <w:r>
        <w:t>To make people aware of the creation plan of God　.</w:t>
      </w:r>
    </w:p>
    <w:p>
      <w:pPr>
        <w:jc w:val="right"/>
      </w:pPr>
      <w:r>
        <w:t>To make people aware of the creation plan of God۔</w:t>
      </w:r>
    </w:p>
    <w:p>
      <w:r>
        <w:rPr>
          <w:b/>
        </w:rPr>
        <w:t xml:space="preserve">[45:27] </w:t>
      </w:r>
      <w:r>
        <w:t>baqi aap is mein quran ki ayat pesh karen.</w:t>
      </w:r>
    </w:p>
    <w:p>
      <w:pPr>
        <w:jc w:val="right"/>
      </w:pPr>
      <w:r>
        <w:t>باقی آپ اس میں قرآن کی آیات پیش کریں۔</w:t>
      </w:r>
    </w:p>
    <w:p>
      <w:r>
        <w:rPr>
          <w:b/>
        </w:rPr>
        <w:t xml:space="preserve">[45:33] </w:t>
      </w:r>
      <w:r>
        <w:t>aap science ke dalail pesh karen.</w:t>
      </w:r>
    </w:p>
    <w:p>
      <w:pPr>
        <w:jc w:val="right"/>
      </w:pPr>
      <w:r>
        <w:t>آپ سائنس کے دلائل پیش کریں۔</w:t>
      </w:r>
    </w:p>
    <w:p>
      <w:r>
        <w:rPr>
          <w:b/>
        </w:rPr>
        <w:t xml:space="preserve">[45:38] </w:t>
      </w:r>
      <w:r>
        <w:t>woh sab is mein shamil rahega.</w:t>
      </w:r>
    </w:p>
    <w:p>
      <w:pPr>
        <w:jc w:val="right"/>
      </w:pPr>
      <w:r>
        <w:t>وہ سب اس میں شامل رہے گا۔</w:t>
      </w:r>
    </w:p>
    <w:p>
      <w:r>
        <w:rPr>
          <w:b/>
        </w:rPr>
        <w:t xml:space="preserve">[45:44] </w:t>
      </w:r>
      <w:r>
        <w:t>quran to zahir hai ke buniyadi hai.</w:t>
      </w:r>
    </w:p>
    <w:p>
      <w:pPr>
        <w:jc w:val="right"/>
      </w:pPr>
      <w:r>
        <w:t>قرآن تو ظاہر ہے کہ بنیادی ہے۔</w:t>
      </w:r>
    </w:p>
    <w:p>
      <w:r>
        <w:rPr>
          <w:b/>
        </w:rPr>
        <w:t xml:space="preserve">[45:50] </w:t>
      </w:r>
      <w:r>
        <w:t>quran se to maloom hota hai ke creation plan of God kya hai? to yeh to madعو kaun</w:t>
      </w:r>
    </w:p>
    <w:p>
      <w:pPr>
        <w:jc w:val="right"/>
      </w:pPr>
      <w:r>
        <w:t>قرآن سے تو معلوم ہوتا ہے کہ creation plan of God کیا ہے؟ تو یہ تو مدعو کون</w:t>
      </w:r>
    </w:p>
    <w:p>
      <w:r>
        <w:rPr>
          <w:b/>
        </w:rPr>
        <w:t xml:space="preserve">[45:55] </w:t>
      </w:r>
      <w:r>
        <w:t>aap ka hai? kis se aap baat kar rahe hain? kis tarah is ka zehan address hoga? in</w:t>
      </w:r>
    </w:p>
    <w:p>
      <w:pPr>
        <w:jc w:val="right"/>
      </w:pPr>
      <w:r>
        <w:t>آپ کا ہے؟ کس سے آپ بات کر رہے ہیں؟ کس طرح اس کا ذہن ایڈریس ہوگا؟ ان</w:t>
      </w:r>
    </w:p>
    <w:p>
      <w:r>
        <w:rPr>
          <w:b/>
        </w:rPr>
        <w:t xml:space="preserve">[46:01] </w:t>
      </w:r>
      <w:r>
        <w:t>baaton se yeh cheez tay hogi ke is ke samne is roop kya ikhtiyar karen aap.</w:t>
      </w:r>
    </w:p>
    <w:p>
      <w:pPr>
        <w:jc w:val="right"/>
      </w:pPr>
      <w:r>
        <w:t>باتوں سے یہ چیز طے ہوگی کہ اس کے سامنے اس روپ کیا اختیار کریں آپ۔</w:t>
      </w:r>
    </w:p>
    <w:p>
      <w:r>
        <w:rPr>
          <w:b/>
        </w:rPr>
        <w:t xml:space="preserve">[46:06] </w:t>
      </w:r>
      <w:r>
        <w:t>general is roop to yahi hai ke aap quran ka tarjuma is ko pesh kar dein.</w:t>
      </w:r>
    </w:p>
    <w:p>
      <w:pPr>
        <w:jc w:val="right"/>
      </w:pPr>
      <w:r>
        <w:t>جنرل اس روپ تو یہی ہے کہ آپ قرآن کا ترجمہ اس کو پیش کر دیں۔</w:t>
      </w:r>
    </w:p>
    <w:p>
      <w:r>
        <w:rPr>
          <w:b/>
        </w:rPr>
        <w:t xml:space="preserve">[46:12] </w:t>
      </w:r>
      <w:r>
        <w:t>yeh to ek general tareeqa hai.</w:t>
      </w:r>
    </w:p>
    <w:p>
      <w:pPr>
        <w:jc w:val="right"/>
      </w:pPr>
      <w:r>
        <w:t>یہ تو ایک جنرل طریقہ ہے۔</w:t>
      </w:r>
    </w:p>
    <w:p>
      <w:r>
        <w:rPr>
          <w:b/>
        </w:rPr>
        <w:t xml:space="preserve">[46:18] </w:t>
      </w:r>
      <w:r>
        <w:t>makhsoos tor par koi khaas madعو aap ke samne hai to jaisa madعو hai is ke lehaz se</w:t>
      </w:r>
    </w:p>
    <w:p>
      <w:pPr>
        <w:jc w:val="right"/>
      </w:pPr>
      <w:r>
        <w:t>مخصوص طور پر کوئی خاص مدعو آپ کے سامنے ہے تو جیسا مدعو ہے اس کے لحاظ سے</w:t>
      </w:r>
    </w:p>
    <w:p>
      <w:r>
        <w:rPr>
          <w:b/>
        </w:rPr>
        <w:t xml:space="preserve">[46:23] </w:t>
      </w:r>
      <w:r>
        <w:t>is ke zehan ko address karne ki koshish kijiye.</w:t>
      </w:r>
    </w:p>
    <w:p>
      <w:pPr>
        <w:jc w:val="right"/>
      </w:pPr>
      <w:r>
        <w:t>اس کے ذہن کو ایڈریس کرنے کی کوشش کیجیے۔</w:t>
      </w:r>
    </w:p>
    <w:p>
      <w:r>
        <w:rPr>
          <w:b/>
        </w:rPr>
        <w:t xml:space="preserve">[46:29] </w:t>
      </w:r>
      <w:r>
        <w:t>quran ki ayaten pesh karne ka tareeqa ikhtiyar karen, jo bhi tareeqa ikhtiyar karen.</w:t>
      </w:r>
    </w:p>
    <w:p>
      <w:pPr>
        <w:jc w:val="right"/>
      </w:pPr>
      <w:r>
        <w:t>قرآن کی آیتیں پیش کرنے کا طریقہ اختیار کریں، جو بھی طریقہ اختیار کریں۔</w:t>
      </w:r>
    </w:p>
    <w:p>
      <w:r>
        <w:rPr>
          <w:b/>
        </w:rPr>
        <w:t xml:space="preserve">[46:34] </w:t>
      </w:r>
      <w:r>
        <w:t>lekin maqsad yeh hona chahiye ke insaan jaane ke is ka maqsad hayat kya hai.</w:t>
      </w:r>
    </w:p>
    <w:p>
      <w:pPr>
        <w:jc w:val="right"/>
      </w:pPr>
      <w:r>
        <w:t>لیکن مقصد یہ ہونا چاہیے کہ انسان جانے کہ اس کا مقصد حیات کیا ہے۔</w:t>
      </w:r>
    </w:p>
    <w:p>
      <w:r>
        <w:rPr>
          <w:b/>
        </w:rPr>
        <w:t xml:space="preserve">[46:40] </w:t>
      </w:r>
      <w:r>
        <w:t>Maulana in ka ek aur sawal hai.</w:t>
      </w:r>
    </w:p>
    <w:p>
      <w:pPr>
        <w:jc w:val="right"/>
      </w:pPr>
      <w:r>
        <w:t>Maulana ان کا ایک اور سوال ہے۔</w:t>
      </w:r>
    </w:p>
    <w:p>
      <w:r>
        <w:rPr>
          <w:b/>
        </w:rPr>
        <w:t xml:space="preserve">[46:46] </w:t>
      </w:r>
      <w:r>
        <w:t>unhon ne aap se poocha hai ke mazhab ke bare mein absolute conviction ka criteria kya hai? is</w:t>
      </w:r>
    </w:p>
    <w:p>
      <w:pPr>
        <w:jc w:val="right"/>
      </w:pPr>
      <w:r>
        <w:t>انہوں نے آپ سے پوچھا ہے کہ مذہب کے بارے میں absolute conviction کا کرائیٹیریا کیا ہے؟ اس</w:t>
      </w:r>
    </w:p>
    <w:p>
      <w:r>
        <w:rPr>
          <w:b/>
        </w:rPr>
        <w:t xml:space="preserve">[46:51] </w:t>
      </w:r>
      <w:r>
        <w:t>ke bare mein bataen.</w:t>
      </w:r>
    </w:p>
    <w:p>
      <w:pPr>
        <w:jc w:val="right"/>
      </w:pPr>
      <w:r>
        <w:t>کے بارے میں بتائیں۔</w:t>
      </w:r>
    </w:p>
    <w:p>
      <w:r>
        <w:rPr>
          <w:b/>
        </w:rPr>
        <w:t xml:space="preserve">[46:57] </w:t>
      </w:r>
      <w:r>
        <w:t>woh criteria to subjective hai.</w:t>
      </w:r>
    </w:p>
    <w:p>
      <w:pPr>
        <w:jc w:val="right"/>
      </w:pPr>
      <w:r>
        <w:t>وہ کرائیٹیریا تو سبجیکٹو ہے۔</w:t>
      </w:r>
    </w:p>
    <w:p>
      <w:r>
        <w:rPr>
          <w:b/>
        </w:rPr>
        <w:t xml:space="preserve">[47:02] </w:t>
      </w:r>
      <w:r>
        <w:t>Conviction koi koi kharji cheez toh hai nahi.</w:t>
      </w:r>
    </w:p>
    <w:p>
      <w:pPr>
        <w:jc w:val="right"/>
      </w:pPr>
      <w:r>
        <w:t>Conviction کوئی کوئی خارجی چیز تو ہے نہیں۔</w:t>
      </w:r>
    </w:p>
    <w:p>
      <w:r>
        <w:rPr>
          <w:b/>
        </w:rPr>
        <w:t xml:space="preserve">[47:08] </w:t>
      </w:r>
      <w:r>
        <w:t>Conviction objective cheez nahin hai.</w:t>
      </w:r>
    </w:p>
    <w:p>
      <w:pPr>
        <w:jc w:val="right"/>
      </w:pPr>
      <w:r>
        <w:t>Conviction objective چیز نہیں ہے۔</w:t>
      </w:r>
    </w:p>
    <w:p>
      <w:r>
        <w:rPr>
          <w:b/>
        </w:rPr>
        <w:t xml:space="preserve">[47:14] </w:t>
      </w:r>
      <w:r>
        <w:t>Conviction subjective cheez hai.</w:t>
      </w:r>
    </w:p>
    <w:p>
      <w:pPr>
        <w:jc w:val="right"/>
      </w:pPr>
      <w:r>
        <w:t>Conviction سبجیکٹو چیز ہے۔</w:t>
      </w:r>
    </w:p>
    <w:p>
      <w:r>
        <w:rPr>
          <w:b/>
        </w:rPr>
        <w:t xml:space="preserve">[47:19] </w:t>
      </w:r>
      <w:r>
        <w:t>آدمی جب سوچتا ہے، مطالعہ کرتا ہے، discussion کرتا ہے، لوگوں کے ساتھ dialogue کرتا ہے اور سارا</w:t>
      </w:r>
    </w:p>
    <w:p>
      <w:pPr>
        <w:jc w:val="right"/>
      </w:pPr>
      <w:r>
        <w:t>آدمی جب سوچتا ہے، مطالعہ کرتا ہے، ڈسکشن کرتا ہے، لوگوں کے ساتھ ڈائیلاگ کرتا ہے اور سارا</w:t>
      </w:r>
    </w:p>
    <w:p>
      <w:r>
        <w:rPr>
          <w:b/>
        </w:rPr>
        <w:t xml:space="preserve">[47:25] </w:t>
      </w:r>
      <w:r>
        <w:t>process jo hai seeking process jab seeking process se guzarta hai to ek mauqa pe pahunchta hai jahan</w:t>
      </w:r>
    </w:p>
    <w:p>
      <w:pPr>
        <w:jc w:val="right"/>
      </w:pPr>
      <w:r>
        <w:t>پروسیس جو ہے seeking process جب seeking process سے گزرتا ہے تو ایک موقع پہ پہنچتا ہے جہاں</w:t>
      </w:r>
    </w:p>
    <w:p>
      <w:r>
        <w:rPr>
          <w:b/>
        </w:rPr>
        <w:t xml:space="preserve">[47:30] </w:t>
      </w:r>
      <w:r>
        <w:t>us ko connection aa jata hai.</w:t>
      </w:r>
    </w:p>
    <w:p>
      <w:pPr>
        <w:jc w:val="right"/>
      </w:pPr>
      <w:r>
        <w:t>اس کو کنکشن آ جاتا ہے۔</w:t>
      </w:r>
    </w:p>
    <w:p>
      <w:r>
        <w:rPr>
          <w:b/>
        </w:rPr>
        <w:t xml:space="preserve">[47:36] </w:t>
      </w:r>
      <w:r>
        <w:t>to connection ek personal quality hai yeh.</w:t>
      </w:r>
    </w:p>
    <w:p>
      <w:pPr>
        <w:jc w:val="right"/>
      </w:pPr>
      <w:r>
        <w:t>تو کنکشن ایک personal quality ہے یہ۔</w:t>
      </w:r>
    </w:p>
    <w:p>
      <w:r>
        <w:rPr>
          <w:b/>
        </w:rPr>
        <w:t xml:space="preserve">[47:41] </w:t>
      </w:r>
      <w:r>
        <w:t>Objective طور par is ko establish nahi kar sakte aap.</w:t>
      </w:r>
    </w:p>
    <w:p>
      <w:pPr>
        <w:jc w:val="right"/>
      </w:pPr>
      <w:r>
        <w:t>Objective طور پر اس کو establish نہیں کر سکتے آپ۔</w:t>
      </w:r>
    </w:p>
    <w:p>
      <w:r>
        <w:rPr>
          <w:b/>
        </w:rPr>
        <w:t xml:space="preserve">[47:47] </w:t>
      </w:r>
      <w:r>
        <w:t>Yeh insaan ka apna mamla hai ke is ko connection mein jeena hai.</w:t>
      </w:r>
    </w:p>
    <w:p>
      <w:pPr>
        <w:jc w:val="right"/>
      </w:pPr>
      <w:r>
        <w:t>یہ انسان کا اپنا معاملہ ہے کہ اس کو کنکشن میں جینا ہے۔</w:t>
      </w:r>
    </w:p>
    <w:p>
      <w:r>
        <w:rPr>
          <w:b/>
        </w:rPr>
        <w:t xml:space="preserve">[47:53] </w:t>
      </w:r>
      <w:r>
        <w:t>Yaqeen mein jeena hai.</w:t>
      </w:r>
    </w:p>
    <w:p>
      <w:pPr>
        <w:jc w:val="right"/>
      </w:pPr>
      <w:r>
        <w:t>یقین میں جینا ہے۔</w:t>
      </w:r>
    </w:p>
    <w:p>
      <w:r>
        <w:rPr>
          <w:b/>
        </w:rPr>
        <w:t xml:space="preserve">[47:58] </w:t>
      </w:r>
      <w:r>
        <w:t>To har aadmi ko chahiye ke woh is yaqeen ki halat tak pohnchne ki koshish kare.</w:t>
      </w:r>
    </w:p>
    <w:p>
      <w:pPr>
        <w:jc w:val="right"/>
      </w:pPr>
      <w:r>
        <w:t>تو ہر آدمی کو چاہیے کہ وہ اس یقین کی حالت تک پہنچنے کی کوشش کرے۔</w:t>
      </w:r>
    </w:p>
    <w:p>
      <w:r>
        <w:rPr>
          <w:b/>
        </w:rPr>
        <w:t xml:space="preserve">[48:04] </w:t>
      </w:r>
      <w:r>
        <w:t>To sochne ke zariye, mutale ke zariye jitne bhi zariye hain un sab ko ikhtiyar kar ke woh</w:t>
      </w:r>
    </w:p>
    <w:p>
      <w:pPr>
        <w:jc w:val="right"/>
      </w:pPr>
      <w:r>
        <w:t>تو سوچنے کے ذریعے، مطالعے کے ذریعے جتنے بھی ذرائع ہیں ان سب کو اختیار کر کے وہ</w:t>
      </w:r>
    </w:p>
    <w:p>
      <w:r>
        <w:rPr>
          <w:b/>
        </w:rPr>
        <w:t xml:space="preserve">[48:09] </w:t>
      </w:r>
      <w:r>
        <w:t>apne zehan ko is nabat tak pohnchaye ke woh yaqeen ke sath keh sake ke yeh hai sachai.</w:t>
      </w:r>
    </w:p>
    <w:p>
      <w:pPr>
        <w:jc w:val="right"/>
      </w:pPr>
      <w:r>
        <w:t>اپنے ذہن کو اس نوبت تک پہنچائے کہ وہ یقین کے ساتھ کہہ سکے کہ یہ ہے سچائی۔</w:t>
      </w:r>
    </w:p>
    <w:p>
      <w:r>
        <w:rPr>
          <w:b/>
        </w:rPr>
        <w:t xml:space="preserve">[48:15] </w:t>
      </w:r>
      <w:r>
        <w:t>Maine is sachai ko ikhtiyar kiya.</w:t>
      </w:r>
    </w:p>
    <w:p>
      <w:pPr>
        <w:jc w:val="right"/>
      </w:pPr>
      <w:r>
        <w:t>میں نے اس سچائی کو اختیار کیا۔</w:t>
      </w:r>
    </w:p>
    <w:p>
      <w:r>
        <w:rPr>
          <w:b/>
        </w:rPr>
        <w:t xml:space="preserve">[48:21] </w:t>
      </w:r>
      <w:r>
        <w:t>Maulana agla sawal Chennai se hai.</w:t>
      </w:r>
    </w:p>
    <w:p>
      <w:pPr>
        <w:jc w:val="right"/>
      </w:pPr>
      <w:r>
        <w:t>Maulana اگلا سوال چنئی سے ہے۔</w:t>
      </w:r>
    </w:p>
    <w:p>
      <w:r>
        <w:rPr>
          <w:b/>
        </w:rPr>
        <w:t xml:space="preserve">[48:26] </w:t>
      </w:r>
      <w:r>
        <w:t>Maulana Iqbal Umri ka.</w:t>
      </w:r>
    </w:p>
    <w:p>
      <w:pPr>
        <w:jc w:val="right"/>
      </w:pPr>
      <w:r>
        <w:t>Maulana اقبال عمری کا۔</w:t>
      </w:r>
    </w:p>
    <w:p>
      <w:r>
        <w:rPr>
          <w:b/>
        </w:rPr>
        <w:t xml:space="preserve">[48:32] </w:t>
      </w:r>
      <w:r>
        <w:t>Unhon ne likha hai: Maulana Ibrahim aleh salam ne Hajra aur Ismail ki tarbiyat kaise ki? Mushkilat mein</w:t>
      </w:r>
    </w:p>
    <w:p>
      <w:pPr>
        <w:jc w:val="right"/>
      </w:pPr>
      <w:r>
        <w:t>انہوں نے لکھا ہے: Maulana ابراہیم علیہ السلام نے ہاجرہ اور اسماعیل کی تربیت کیسے کی؟ مشکلات میں</w:t>
      </w:r>
    </w:p>
    <w:p>
      <w:r>
        <w:rPr>
          <w:b/>
        </w:rPr>
        <w:t xml:space="preserve">[48:37] </w:t>
      </w:r>
      <w:r>
        <w:t>daal kar ya favor de kar? Maulana aaj mission ke liye kon si qurbani ki zaroorat hai? Is</w:t>
      </w:r>
    </w:p>
    <w:p>
      <w:pPr>
        <w:jc w:val="right"/>
      </w:pPr>
      <w:r>
        <w:t>ڈال کر یا favor دے کر؟ Maulana آج مشن کے لیے کون سی قربانی کی ضرورت ہے؟ اس</w:t>
      </w:r>
    </w:p>
    <w:p>
      <w:r>
        <w:rPr>
          <w:b/>
        </w:rPr>
        <w:t xml:space="preserve">[48:43] </w:t>
      </w:r>
      <w:r>
        <w:t>ke bare mein batayein.</w:t>
      </w:r>
    </w:p>
    <w:p>
      <w:pPr>
        <w:jc w:val="right"/>
      </w:pPr>
      <w:r>
        <w:t>کے بارے میں بتائیں۔</w:t>
      </w:r>
    </w:p>
    <w:p>
      <w:r>
        <w:rPr>
          <w:b/>
        </w:rPr>
        <w:t xml:space="preserve">[48:49] </w:t>
      </w:r>
      <w:r>
        <w:t>Dekhiye mushkilat mein daalne ki zaroorat nahi hai.</w:t>
      </w:r>
    </w:p>
    <w:p>
      <w:pPr>
        <w:jc w:val="right"/>
      </w:pPr>
      <w:r>
        <w:t>دیکھیے مشکلات میں ڈالنے کی ضرورت نہیں ہے۔</w:t>
      </w:r>
    </w:p>
    <w:p>
      <w:r>
        <w:rPr>
          <w:b/>
        </w:rPr>
        <w:t xml:space="preserve">[48:54] </w:t>
      </w:r>
      <w:r>
        <w:t>Laqad khalaqnal insana hafeeqan.</w:t>
      </w:r>
    </w:p>
    <w:p>
      <w:pPr>
        <w:jc w:val="right"/>
      </w:pPr>
      <w:r>
        <w:t>لقد خلقنا للإنسان حفيقاً۔</w:t>
      </w:r>
    </w:p>
    <w:p>
      <w:r>
        <w:rPr>
          <w:b/>
        </w:rPr>
        <w:t xml:space="preserve">[49:00] </w:t>
      </w:r>
      <w:r>
        <w:t>Mushkilat to apne aap aati hain.</w:t>
      </w:r>
    </w:p>
    <w:p>
      <w:pPr>
        <w:jc w:val="right"/>
      </w:pPr>
      <w:r>
        <w:t>مشکلات تو اپنے آپ آتی ہیں۔</w:t>
      </w:r>
    </w:p>
    <w:p>
      <w:r>
        <w:rPr>
          <w:b/>
        </w:rPr>
        <w:t xml:space="preserve">[49:05] </w:t>
      </w:r>
      <w:r>
        <w:t>Yeh to doosre log hain jo is ko favor dete hain.</w:t>
      </w:r>
    </w:p>
    <w:p>
      <w:pPr>
        <w:jc w:val="right"/>
      </w:pPr>
      <w:r>
        <w:t>یہ تو دوسرے لوگ ہیں جو اس کو favor دیتے ہیں۔</w:t>
      </w:r>
    </w:p>
    <w:p>
      <w:r>
        <w:rPr>
          <w:b/>
        </w:rPr>
        <w:t xml:space="preserve">[49:11] </w:t>
      </w:r>
      <w:r>
        <w:t>Aap favor na diye to mushkilat hi ka process se guzre ga aadmi.</w:t>
      </w:r>
    </w:p>
    <w:p>
      <w:pPr>
        <w:jc w:val="right"/>
      </w:pPr>
      <w:r>
        <w:t>آپ favor نہ دیے تو مشکلات ہی کا process سے گزرے گا آدمی۔</w:t>
      </w:r>
    </w:p>
    <w:p>
      <w:r>
        <w:rPr>
          <w:b/>
        </w:rPr>
        <w:t xml:space="preserve">[49:17] </w:t>
      </w:r>
      <w:r>
        <w:t>Laqad khalaqnal insana hafeeqan.</w:t>
      </w:r>
    </w:p>
    <w:p>
      <w:pPr>
        <w:jc w:val="right"/>
      </w:pPr>
      <w:r>
        <w:t>لقد خلقنا للإنسان حفيقاً۔</w:t>
      </w:r>
    </w:p>
    <w:p>
      <w:r>
        <w:rPr>
          <w:b/>
        </w:rPr>
        <w:t xml:space="preserve">[49:22] </w:t>
      </w:r>
      <w:r>
        <w:t>Insaan ko paida kiya Allah taala ne mushkilat mein, masail mein.</w:t>
      </w:r>
    </w:p>
    <w:p>
      <w:pPr>
        <w:jc w:val="right"/>
      </w:pPr>
      <w:r>
        <w:t>انسان کو پیدا کیا اللہ تعالیٰ نے مشکلات میں، مسائل میں۔</w:t>
      </w:r>
    </w:p>
    <w:p>
      <w:r>
        <w:rPr>
          <w:b/>
        </w:rPr>
        <w:t xml:space="preserve">[49:28] </w:t>
      </w:r>
      <w:r>
        <w:t>To buri cheez yeh hai ke log favor dete hain apne bachon ko aur balkeh poori poori yani</w:t>
      </w:r>
    </w:p>
    <w:p>
      <w:pPr>
        <w:jc w:val="right"/>
      </w:pPr>
      <w:r>
        <w:t>تو بری چیز یہ ہے کہ لوگ favor دیتے ہیں اپنے بچوں کو اور بلکہ پوری پوری یعنی</w:t>
      </w:r>
    </w:p>
    <w:p>
      <w:r>
        <w:rPr>
          <w:b/>
        </w:rPr>
        <w:t xml:space="preserve">[49:33] </w:t>
      </w:r>
      <w:r>
        <w:t>jo aaj kal jo hai Muslim empowerment.</w:t>
      </w:r>
    </w:p>
    <w:p>
      <w:pPr>
        <w:jc w:val="right"/>
      </w:pPr>
      <w:r>
        <w:t>جو آج کل جو ہے مسلم empowerment۔</w:t>
      </w:r>
    </w:p>
    <w:p>
      <w:r>
        <w:rPr>
          <w:b/>
        </w:rPr>
        <w:t xml:space="preserve">[49:39] </w:t>
      </w:r>
      <w:r>
        <w:t>Muslim empowerment kya hai? Musalmanon ko favor dena.</w:t>
      </w:r>
    </w:p>
    <w:p>
      <w:pPr>
        <w:jc w:val="right"/>
      </w:pPr>
      <w:r>
        <w:t>مسلم empowerment کیا ہے؟ مسلمانوں کو favor دینا۔</w:t>
      </w:r>
    </w:p>
    <w:p>
      <w:r>
        <w:rPr>
          <w:b/>
        </w:rPr>
        <w:t xml:space="preserve">[49:45] </w:t>
      </w:r>
      <w:r>
        <w:t>Main Muslim empowerment ke sakht tor par khilaf hoon.</w:t>
      </w:r>
    </w:p>
    <w:p>
      <w:pPr>
        <w:jc w:val="right"/>
      </w:pPr>
      <w:r>
        <w:t>میں مسلم empowerment کے سخت طور پر خلاف ہوں۔</w:t>
      </w:r>
    </w:p>
    <w:p>
      <w:r>
        <w:rPr>
          <w:b/>
        </w:rPr>
        <w:t xml:space="preserve">[49:50] </w:t>
      </w:r>
      <w:r>
        <w:t>Yeh musalmanon ke sath dushmani hai.</w:t>
      </w:r>
    </w:p>
    <w:p>
      <w:pPr>
        <w:jc w:val="right"/>
      </w:pPr>
      <w:r>
        <w:t>یہ مسلمانوں کے ساتھ دشمنی ہے۔</w:t>
      </w:r>
    </w:p>
    <w:p>
      <w:r>
        <w:rPr>
          <w:b/>
        </w:rPr>
        <w:t xml:space="preserve">[49:56] </w:t>
      </w:r>
      <w:r>
        <w:t>Musalmanon ko halaat ke challenge ka muqabla karne dijiye.</w:t>
      </w:r>
    </w:p>
    <w:p>
      <w:pPr>
        <w:jc w:val="right"/>
      </w:pPr>
      <w:r>
        <w:t>مسلمانوں کو حالات کے چیلنج کا مقابلہ کرنے دیجیے۔</w:t>
      </w:r>
    </w:p>
    <w:p>
      <w:r>
        <w:rPr>
          <w:b/>
        </w:rPr>
        <w:t xml:space="preserve">[50:01] </w:t>
      </w:r>
      <w:r>
        <w:t>musalmanon ko halaat ke challenge ka muqabla karne dijiye taake un ke potential jaagay.</w:t>
      </w:r>
    </w:p>
    <w:p>
      <w:pPr>
        <w:jc w:val="right"/>
      </w:pPr>
      <w:r>
        <w:t>مسلمانوں کو حالات کے چیلنج کا مقابلہ کرنے دیجیے تاکہ ان کے potential جاگے۔</w:t>
      </w:r>
    </w:p>
    <w:p>
      <w:r>
        <w:rPr>
          <w:b/>
        </w:rPr>
        <w:t xml:space="preserve">[50:07] </w:t>
      </w:r>
      <w:r>
        <w:t>un ka jo andar jo quality Allah ne rakhi hai woh khulay.</w:t>
      </w:r>
    </w:p>
    <w:p>
      <w:pPr>
        <w:jc w:val="right"/>
      </w:pPr>
      <w:r>
        <w:t>ان کا جو اندر جو quality اللہ نے رکھی ہے وہ کھلے۔</w:t>
      </w:r>
    </w:p>
    <w:p>
      <w:r>
        <w:rPr>
          <w:b/>
        </w:rPr>
        <w:t xml:space="preserve">[50:13] </w:t>
      </w:r>
      <w:r>
        <w:t>to chahe maa baap ka ghar mein jo favor dete hain apne bachon ko woh ho ya hamare</w:t>
      </w:r>
    </w:p>
    <w:p>
      <w:pPr>
        <w:jc w:val="right"/>
      </w:pPr>
      <w:r>
        <w:t>تو چاہے ماں باپ کا گھر میں جو favor دیتے ہیں اپنے بچوں کو وہ ہو یا ہمارے</w:t>
      </w:r>
    </w:p>
    <w:p>
      <w:r>
        <w:rPr>
          <w:b/>
        </w:rPr>
        <w:t xml:space="preserve">[50:18] </w:t>
      </w:r>
      <w:r>
        <w:t>leader jo musalmanon ko muslim empowerment ka favor de rahe hain yeh sab bilkul hi ghair fitri hai</w:t>
      </w:r>
    </w:p>
    <w:p>
      <w:pPr>
        <w:jc w:val="right"/>
      </w:pPr>
      <w:r>
        <w:t>لیڈر جو مسلمانوں کو مسلم empowerment کا favor دے رہے ہیں یہ سب بالکل ہی غیر فطری ہے</w:t>
      </w:r>
    </w:p>
    <w:p>
      <w:r>
        <w:rPr>
          <w:b/>
        </w:rPr>
        <w:t xml:space="preserve">[50:24] </w:t>
      </w:r>
      <w:r>
        <w:t>aur be natija hai.</w:t>
      </w:r>
    </w:p>
    <w:p>
      <w:pPr>
        <w:jc w:val="right"/>
      </w:pPr>
      <w:r>
        <w:t>اور بے نتیجہ ہے۔</w:t>
      </w:r>
    </w:p>
    <w:p>
      <w:r>
        <w:rPr>
          <w:b/>
        </w:rPr>
        <w:t xml:space="preserve">[50:29] </w:t>
      </w:r>
      <w:r>
        <w:t>koi is ka natija nikalne wala nahi hai.</w:t>
      </w:r>
    </w:p>
    <w:p>
      <w:pPr>
        <w:jc w:val="right"/>
      </w:pPr>
      <w:r>
        <w:t>کوئی اس کا نتیجہ نکلنے والا نہیں ہے۔</w:t>
      </w:r>
    </w:p>
    <w:p>
      <w:r>
        <w:rPr>
          <w:b/>
        </w:rPr>
        <w:t xml:space="preserve">[50:35] </w:t>
      </w:r>
      <w:r>
        <w:t>bas halaat mein un ko halaat apne aap challenge khara karte hain.</w:t>
      </w:r>
    </w:p>
    <w:p>
      <w:pPr>
        <w:jc w:val="right"/>
      </w:pPr>
      <w:r>
        <w:t>بس حالات میں ان کو حالات اپنے آپ چیلنج کھڑا کرتے ہیں۔</w:t>
      </w:r>
    </w:p>
    <w:p>
      <w:r>
        <w:rPr>
          <w:b/>
        </w:rPr>
        <w:t xml:space="preserve">[50:41] </w:t>
      </w:r>
      <w:r>
        <w:t>un ko halaat mein ka jo challenge pesh aaye hain un ko muqabla karne dijiye.</w:t>
      </w:r>
    </w:p>
    <w:p>
      <w:pPr>
        <w:jc w:val="right"/>
      </w:pPr>
      <w:r>
        <w:t>ان کو حالات میں کا جو چیلنج پیش آئے ہیں ان کو مقابلہ کرنے دیجیے۔</w:t>
      </w:r>
    </w:p>
    <w:p>
      <w:r>
        <w:rPr>
          <w:b/>
        </w:rPr>
        <w:t xml:space="preserve">[50:46] </w:t>
      </w:r>
      <w:r>
        <w:t>un ki salahiyaten apne aap unfold hongi.</w:t>
      </w:r>
    </w:p>
    <w:p>
      <w:pPr>
        <w:jc w:val="right"/>
      </w:pPr>
      <w:r>
        <w:t>ان کی صلاحیتیں اپنے آپ unfold ہوں گی۔</w:t>
      </w:r>
    </w:p>
    <w:p>
      <w:r>
        <w:rPr>
          <w:b/>
        </w:rPr>
        <w:t xml:space="preserve">[50:52] </w:t>
      </w:r>
      <w:r>
        <w:t>Maulana agla sawal Islamabad Pakistan se hai.</w:t>
      </w:r>
    </w:p>
    <w:p>
      <w:pPr>
        <w:jc w:val="right"/>
      </w:pPr>
      <w:r>
        <w:t>Maulana اگلا سوال اسلام آباد پاکستان سے ہے۔</w:t>
      </w:r>
    </w:p>
    <w:p>
      <w:r>
        <w:rPr>
          <w:b/>
        </w:rPr>
        <w:t xml:space="preserve">[50:57] </w:t>
      </w:r>
      <w:r>
        <w:t>Waseem Bari sahib ka.</w:t>
      </w:r>
    </w:p>
    <w:p>
      <w:pPr>
        <w:jc w:val="right"/>
      </w:pPr>
      <w:r>
        <w:t>وسیم باری صاحب کا۔</w:t>
      </w:r>
    </w:p>
    <w:p>
      <w:r>
        <w:rPr>
          <w:b/>
        </w:rPr>
        <w:t xml:space="preserve">[51:03] </w:t>
      </w:r>
      <w:r>
        <w:t>انہوں نے آپ سے پوچھا ہے کہ How can I increase my iman in a conscious way and</w:t>
      </w:r>
    </w:p>
    <w:p>
      <w:pPr>
        <w:jc w:val="right"/>
      </w:pPr>
      <w:r>
        <w:t>انہوں نے آپ سے پوچھا ہے کہ How can I increase my ایمان in a conscious way and</w:t>
      </w:r>
    </w:p>
    <w:p>
      <w:r>
        <w:rPr>
          <w:b/>
        </w:rPr>
        <w:t xml:space="preserve">[51:09] </w:t>
      </w:r>
      <w:r>
        <w:t>permanently? is ke baray mein batayen.</w:t>
      </w:r>
    </w:p>
    <w:p>
      <w:pPr>
        <w:jc w:val="right"/>
      </w:pPr>
      <w:r>
        <w:t>permanently؟ اس کے بارے میں بتائیں۔</w:t>
      </w:r>
    </w:p>
    <w:p>
      <w:r>
        <w:rPr>
          <w:b/>
        </w:rPr>
        <w:t xml:space="preserve">[51:14] </w:t>
      </w:r>
      <w:r>
        <w:t>pehli baat yeh hai ke aap sincere banen.</w:t>
      </w:r>
    </w:p>
    <w:p>
      <w:pPr>
        <w:jc w:val="right"/>
      </w:pPr>
      <w:r>
        <w:t>پہلی بات یہ ہے کہ آپ sincere بنیں۔</w:t>
      </w:r>
    </w:p>
    <w:p>
      <w:r>
        <w:rPr>
          <w:b/>
        </w:rPr>
        <w:t xml:space="preserve">[51:20] </w:t>
      </w:r>
      <w:r>
        <w:t>koi batane wala nahi bata sakta aap ko.</w:t>
      </w:r>
    </w:p>
    <w:p>
      <w:pPr>
        <w:jc w:val="right"/>
      </w:pPr>
      <w:r>
        <w:t>کوئی بتانے والا نہیں بتا سکتا آپ کو۔</w:t>
      </w:r>
    </w:p>
    <w:p>
      <w:r>
        <w:rPr>
          <w:b/>
        </w:rPr>
        <w:t xml:space="preserve">[51:25] </w:t>
      </w:r>
      <w:r>
        <w:t>aap kisi aadmi se poochen ke main pani kaise piyoon? to kya batayega woh? dekhiye yeh sawal</w:t>
      </w:r>
    </w:p>
    <w:p>
      <w:pPr>
        <w:jc w:val="right"/>
      </w:pPr>
      <w:r>
        <w:t>آپ کسی آدمی سے پوچھیں کہ میں پانی کیسے پیوں؟ تو کیا بتائے گا وہ؟ دیکھیے یہ سوال</w:t>
      </w:r>
    </w:p>
    <w:p>
      <w:r>
        <w:rPr>
          <w:b/>
        </w:rPr>
        <w:t xml:space="preserve">[51:31] </w:t>
      </w:r>
      <w:r>
        <w:t>poochne ka nahi hai.</w:t>
      </w:r>
    </w:p>
    <w:p>
      <w:pPr>
        <w:jc w:val="right"/>
      </w:pPr>
      <w:r>
        <w:t>پوچھنے کا نہیں ہے۔</w:t>
      </w:r>
    </w:p>
    <w:p>
      <w:r>
        <w:rPr>
          <w:b/>
        </w:rPr>
        <w:t xml:space="preserve">[51:36] </w:t>
      </w:r>
      <w:r>
        <w:t>main raat ke waqt sooon kaise? aur piyas lage to pani kaise piyoon? yeh poochne ki baat nahi hai.</w:t>
      </w:r>
    </w:p>
    <w:p>
      <w:pPr>
        <w:jc w:val="right"/>
      </w:pPr>
      <w:r>
        <w:t>میں رات کے وقت سوؤں کیسے؟ اور پیاس لگے تو پانی کیسے پیوں؟ یہ پوچھنے کی بات نہیں ہے۔</w:t>
      </w:r>
    </w:p>
    <w:p>
      <w:r>
        <w:rPr>
          <w:b/>
        </w:rPr>
        <w:t xml:space="preserve">[51:42] </w:t>
      </w:r>
      <w:r>
        <w:t>aap sincere baniyen.</w:t>
      </w:r>
    </w:p>
    <w:p>
      <w:pPr>
        <w:jc w:val="right"/>
      </w:pPr>
      <w:r>
        <w:t>آپ sincere بنیے۔</w:t>
      </w:r>
    </w:p>
    <w:p>
      <w:r>
        <w:rPr>
          <w:b/>
        </w:rPr>
        <w:t xml:space="preserve">[51:48] </w:t>
      </w:r>
      <w:r>
        <w:t>yaani aap is ko apna soul concern banaiye.</w:t>
      </w:r>
    </w:p>
    <w:p>
      <w:pPr>
        <w:jc w:val="right"/>
      </w:pPr>
      <w:r>
        <w:t>یعنی آپ اس کو اپنا soul concern بنائیے۔</w:t>
      </w:r>
    </w:p>
    <w:p>
      <w:r>
        <w:rPr>
          <w:b/>
        </w:rPr>
        <w:t xml:space="preserve">[51:53] </w:t>
      </w:r>
      <w:r>
        <w:t>to kya hoga? aap ka zehn activate hoga.</w:t>
      </w:r>
    </w:p>
    <w:p>
      <w:pPr>
        <w:jc w:val="right"/>
      </w:pPr>
      <w:r>
        <w:t>تو کیا ہوگا؟ آپ کا ذہن activate ہوگا۔</w:t>
      </w:r>
    </w:p>
    <w:p>
      <w:r>
        <w:rPr>
          <w:b/>
        </w:rPr>
        <w:t xml:space="preserve">[51:59] </w:t>
      </w:r>
      <w:r>
        <w:t>aap ke andar thinking process jari hoga.</w:t>
      </w:r>
    </w:p>
    <w:p>
      <w:pPr>
        <w:jc w:val="right"/>
      </w:pPr>
      <w:r>
        <w:t>آپ کے اندر thinking process جاری ہوگا۔</w:t>
      </w:r>
    </w:p>
    <w:p>
      <w:r>
        <w:rPr>
          <w:b/>
        </w:rPr>
        <w:t xml:space="preserve">[52:04] </w:t>
      </w:r>
      <w:r>
        <w:t>phir aap ko agar sincere hain, waqeatan sincere to batayega woh aap ki sincerity batayegi ke</w:t>
      </w:r>
    </w:p>
    <w:p>
      <w:pPr>
        <w:jc w:val="right"/>
      </w:pPr>
      <w:r>
        <w:t>پھر آپ کو اگر sincere ہیں، واقعتاً sincere تو بتائے گا وہ آپ کی sincerity بتائے گی کہ</w:t>
      </w:r>
    </w:p>
    <w:p>
      <w:r>
        <w:rPr>
          <w:b/>
        </w:rPr>
        <w:t xml:space="preserve">[52:10] </w:t>
      </w:r>
      <w:r>
        <w:t>Save yourself from all kinds of distraction.</w:t>
      </w:r>
    </w:p>
    <w:p>
      <w:pPr>
        <w:jc w:val="right"/>
      </w:pPr>
      <w:r>
        <w:t>Save yourself from all kinds of distraction۔</w:t>
      </w:r>
    </w:p>
    <w:p>
      <w:r>
        <w:rPr>
          <w:b/>
        </w:rPr>
        <w:t xml:space="preserve">[52:16] </w:t>
      </w:r>
      <w:r>
        <w:t>apni conditioning ko torto.</w:t>
      </w:r>
    </w:p>
    <w:p>
      <w:pPr>
        <w:jc w:val="right"/>
      </w:pPr>
      <w:r>
        <w:t>اپنی conditioning کو توڑو۔</w:t>
      </w:r>
    </w:p>
    <w:p>
      <w:r>
        <w:rPr>
          <w:b/>
        </w:rPr>
        <w:t xml:space="preserve">[52:21] </w:t>
      </w:r>
      <w:r>
        <w:t>apne aap ko deconnection banao.</w:t>
      </w:r>
    </w:p>
    <w:p>
      <w:pPr>
        <w:jc w:val="right"/>
      </w:pPr>
      <w:r>
        <w:t>اپنے آپ کو deconnection بناؤ۔</w:t>
      </w:r>
    </w:p>
    <w:p>
      <w:r>
        <w:rPr>
          <w:b/>
        </w:rPr>
        <w:t xml:space="preserve">[52:27] </w:t>
      </w:r>
      <w:r>
        <w:t>Distraction se apne aap ko bachao.</w:t>
      </w:r>
    </w:p>
    <w:p>
      <w:pPr>
        <w:jc w:val="right"/>
      </w:pPr>
      <w:r>
        <w:t>Distraction سے اپنے آپ کو بچاؤ۔</w:t>
      </w:r>
    </w:p>
    <w:p>
      <w:r>
        <w:rPr>
          <w:b/>
        </w:rPr>
        <w:t xml:space="preserve">[52:32] </w:t>
      </w:r>
      <w:r>
        <w:t>Yeh sab aap ki sincerity bataey gi.</w:t>
      </w:r>
    </w:p>
    <w:p>
      <w:pPr>
        <w:jc w:val="right"/>
      </w:pPr>
      <w:r>
        <w:t>یہ سب آپ کی sincerity بتائے گی۔</w:t>
      </w:r>
    </w:p>
    <w:p>
      <w:r>
        <w:rPr>
          <w:b/>
        </w:rPr>
        <w:t xml:space="preserve">[52:38] </w:t>
      </w:r>
      <w:r>
        <w:t>Dekhiye koi bhi batane wala nahi bata sakta.</w:t>
      </w:r>
    </w:p>
    <w:p>
      <w:pPr>
        <w:jc w:val="right"/>
      </w:pPr>
      <w:r>
        <w:t>دیکھیے کوئی بھی بتانے والا نہیں بتا سکتا۔</w:t>
      </w:r>
    </w:p>
    <w:p>
      <w:r>
        <w:rPr>
          <w:b/>
        </w:rPr>
        <w:t xml:space="preserve">[52:44] </w:t>
      </w:r>
      <w:r>
        <w:t>Jo bataye gi woh aap ki sincerity, aap ki sanjeedgi.</w:t>
      </w:r>
    </w:p>
    <w:p>
      <w:pPr>
        <w:jc w:val="right"/>
      </w:pPr>
      <w:r>
        <w:t>جو بتائے گی وہ آپ کی sincerity، آپ کی سنجیدگی۔</w:t>
      </w:r>
    </w:p>
    <w:p>
      <w:r>
        <w:rPr>
          <w:b/>
        </w:rPr>
        <w:t xml:space="preserve">[52:49] </w:t>
      </w:r>
      <w:r>
        <w:t>Aise sawal jo hain aadmi ko apne aap se karne chahiye.</w:t>
      </w:r>
    </w:p>
    <w:p>
      <w:pPr>
        <w:jc w:val="right"/>
      </w:pPr>
      <w:r>
        <w:t>ایسے سوال جو ہیں آدمی کو اپنے آپ سے کرنے چاہیے۔</w:t>
      </w:r>
    </w:p>
    <w:p>
      <w:r>
        <w:rPr>
          <w:b/>
        </w:rPr>
        <w:t xml:space="preserve">[52:55] </w:t>
      </w:r>
      <w:r>
        <w:t>Keh mein jo chahta hoon us ke liye mein kitna sacrifice de sakta hoon? Kitni qurbani? Mein sachai</w:t>
      </w:r>
    </w:p>
    <w:p>
      <w:pPr>
        <w:jc w:val="right"/>
      </w:pPr>
      <w:r>
        <w:t>کہ میں جو چاہتا ہوں اس کے لیے میں کتنا sacrifice دے سکتا ہوں؟ کتنی قربانی؟ میں سچائی</w:t>
      </w:r>
    </w:p>
    <w:p>
      <w:r>
        <w:rPr>
          <w:b/>
        </w:rPr>
        <w:t xml:space="preserve">[53:00] </w:t>
      </w:r>
      <w:r>
        <w:t>Chahta hoon to sachai ek qeemat mangti hai, qeemat.</w:t>
      </w:r>
    </w:p>
    <w:p>
      <w:pPr>
        <w:jc w:val="right"/>
      </w:pPr>
      <w:r>
        <w:t>چاہتا ہوں تو سچائی ایک قیمت مانگتی ہے، قیمت۔</w:t>
      </w:r>
    </w:p>
    <w:p>
      <w:r>
        <w:rPr>
          <w:b/>
        </w:rPr>
        <w:t xml:space="preserve">[53:06] </w:t>
      </w:r>
      <w:r>
        <w:t>Woh qeemat yeh hai aap apne aap ko conditioning se bachaen.</w:t>
      </w:r>
    </w:p>
    <w:p>
      <w:pPr>
        <w:jc w:val="right"/>
      </w:pPr>
      <w:r>
        <w:t>وہ قیمت یہ ہے آپ اپنے آپ کو conditioning سے بچائیں۔</w:t>
      </w:r>
    </w:p>
    <w:p>
      <w:r>
        <w:rPr>
          <w:b/>
        </w:rPr>
        <w:t xml:space="preserve">[53:12] </w:t>
      </w:r>
      <w:r>
        <w:t>Apne aap ko distraction se bachaen.</w:t>
      </w:r>
    </w:p>
    <w:p>
      <w:pPr>
        <w:jc w:val="right"/>
      </w:pPr>
      <w:r>
        <w:t>اپنے آپ کو distraction سے بچائیں۔</w:t>
      </w:r>
    </w:p>
    <w:p>
      <w:r>
        <w:rPr>
          <w:b/>
        </w:rPr>
        <w:t xml:space="preserve">[53:17] </w:t>
      </w:r>
      <w:r>
        <w:t>Apne aap ko deconnection bataen. Banaen.</w:t>
      </w:r>
    </w:p>
    <w:p>
      <w:pPr>
        <w:jc w:val="right"/>
      </w:pPr>
      <w:r>
        <w:t>اپنے آپ کو deconnection بتائیں۔ بنائیں۔</w:t>
      </w:r>
    </w:p>
    <w:p>
      <w:r>
        <w:rPr>
          <w:b/>
        </w:rPr>
        <w:t xml:space="preserve">[53:23] </w:t>
      </w:r>
      <w:r>
        <w:t>Apne habits ko badlen.</w:t>
      </w:r>
    </w:p>
    <w:p>
      <w:pPr>
        <w:jc w:val="right"/>
      </w:pPr>
      <w:r>
        <w:t>اپنے habits کو بدلیں۔</w:t>
      </w:r>
    </w:p>
    <w:p>
      <w:r>
        <w:rPr>
          <w:b/>
        </w:rPr>
        <w:t xml:space="preserve">[53:28] </w:t>
      </w:r>
      <w:r>
        <w:t>Bachpan se aadmi ke habit lag jaate hain.</w:t>
      </w:r>
    </w:p>
    <w:p>
      <w:pPr>
        <w:jc w:val="right"/>
      </w:pPr>
      <w:r>
        <w:t>بچپن سے آدمی کے habit لگ جاتے ہیں۔</w:t>
      </w:r>
    </w:p>
    <w:p>
      <w:r>
        <w:rPr>
          <w:b/>
        </w:rPr>
        <w:t xml:space="preserve">[53:34] </w:t>
      </w:r>
      <w:r>
        <w:t>Tarah tarah ke habit.</w:t>
      </w:r>
    </w:p>
    <w:p>
      <w:pPr>
        <w:jc w:val="right"/>
      </w:pPr>
      <w:r>
        <w:t>طرح طرح کے habit۔</w:t>
      </w:r>
    </w:p>
    <w:p>
      <w:r>
        <w:rPr>
          <w:b/>
        </w:rPr>
        <w:t xml:space="preserve">[53:40] </w:t>
      </w:r>
      <w:r>
        <w:t>Is se apne aap ko bachaen.</w:t>
      </w:r>
    </w:p>
    <w:p>
      <w:pPr>
        <w:jc w:val="right"/>
      </w:pPr>
      <w:r>
        <w:t>اس سے اپنے آپ کو بچائیں۔</w:t>
      </w:r>
    </w:p>
    <w:p>
      <w:r>
        <w:rPr>
          <w:b/>
        </w:rPr>
        <w:t xml:space="preserve">[53:45] </w:t>
      </w:r>
      <w:r>
        <w:t>Jhoote shauq se bachaen.</w:t>
      </w:r>
    </w:p>
    <w:p>
      <w:pPr>
        <w:jc w:val="right"/>
      </w:pPr>
      <w:r>
        <w:t>جھوٹے شوق سے بچائیں۔</w:t>
      </w:r>
    </w:p>
    <w:p>
      <w:r>
        <w:rPr>
          <w:b/>
        </w:rPr>
        <w:t xml:space="preserve">[53:51] </w:t>
      </w:r>
      <w:r>
        <w:t>Kisi ko stage ka shauq hai.</w:t>
      </w:r>
    </w:p>
    <w:p>
      <w:pPr>
        <w:jc w:val="right"/>
      </w:pPr>
      <w:r>
        <w:t>کسی کو stage کا شوق ہے۔</w:t>
      </w:r>
    </w:p>
    <w:p>
      <w:r>
        <w:rPr>
          <w:b/>
        </w:rPr>
        <w:t xml:space="preserve">[53:56] </w:t>
      </w:r>
      <w:r>
        <w:t>Kisi ko sair o siyahat ka shauq hai.</w:t>
      </w:r>
    </w:p>
    <w:p>
      <w:pPr>
        <w:jc w:val="right"/>
      </w:pPr>
      <w:r>
        <w:t>کسی کو سیر و سیاحت کا شوق ہے۔</w:t>
      </w:r>
    </w:p>
    <w:p>
      <w:r>
        <w:rPr>
          <w:b/>
        </w:rPr>
        <w:t xml:space="preserve">[54:02] </w:t>
      </w:r>
      <w:r>
        <w:t>Kisi ko luxury ka shauq hai.</w:t>
      </w:r>
    </w:p>
    <w:p>
      <w:pPr>
        <w:jc w:val="right"/>
      </w:pPr>
      <w:r>
        <w:t>کسی کو luxury کا شوق ہے۔</w:t>
      </w:r>
    </w:p>
    <w:p>
      <w:r>
        <w:rPr>
          <w:b/>
        </w:rPr>
        <w:t xml:space="preserve">[54:08] </w:t>
      </w:r>
      <w:r>
        <w:t>Is se bachaen.</w:t>
      </w:r>
    </w:p>
    <w:p>
      <w:pPr>
        <w:jc w:val="right"/>
      </w:pPr>
      <w:r>
        <w:t>اس سے بچائیں۔</w:t>
      </w:r>
    </w:p>
    <w:p>
      <w:r>
        <w:rPr>
          <w:b/>
        </w:rPr>
        <w:t xml:space="preserve">[54:13] </w:t>
      </w:r>
      <w:r>
        <w:t>Apna focus sirf ek cheez pe dalen woh hai sachai.</w:t>
      </w:r>
    </w:p>
    <w:p>
      <w:pPr>
        <w:jc w:val="right"/>
      </w:pPr>
      <w:r>
        <w:t>اپنا focus صرف ایک چیز پہ ڈالیں وہ ہے سچائی۔</w:t>
      </w:r>
    </w:p>
    <w:p>
      <w:r>
        <w:rPr>
          <w:b/>
        </w:rPr>
        <w:t xml:space="preserve">[54:19] </w:t>
      </w:r>
      <w:r>
        <w:t>Keh to yeh sab kuch kahan se aye gi? Aap ki sincerity se aye gi.</w:t>
      </w:r>
    </w:p>
    <w:p>
      <w:pPr>
        <w:jc w:val="right"/>
      </w:pPr>
      <w:r>
        <w:t>کہ تو یہ سب کچھ کہاں سے آئے گی؟ آپ کی sincerity سے آئے گی۔</w:t>
      </w:r>
    </w:p>
    <w:p>
      <w:r>
        <w:rPr>
          <w:b/>
        </w:rPr>
        <w:t xml:space="preserve">[54:24] </w:t>
      </w:r>
      <w:r>
        <w:t>Agar aap sincere nahi hain to kuch bhi nahi, kuch bhi nahi, kuch bhi nahi.</w:t>
      </w:r>
    </w:p>
    <w:p>
      <w:pPr>
        <w:jc w:val="right"/>
      </w:pPr>
      <w:r>
        <w:t>اگر آپ sincere نہیں ہیں تو کچھ بھی نہیں، کچھ بھی نہیں، کچھ بھی نہیں۔</w:t>
      </w:r>
    </w:p>
    <w:p>
      <w:r>
        <w:rPr>
          <w:b/>
        </w:rPr>
        <w:t xml:space="preserve">[54:30] </w:t>
      </w:r>
      <w:r>
        <w:t>To sab se pehle apne aap ko sachai ke muamle mein sincere banaiye. Sanjeeda banaiye.</w:t>
      </w:r>
    </w:p>
    <w:p>
      <w:pPr>
        <w:jc w:val="right"/>
      </w:pPr>
      <w:r>
        <w:t>تو سب سے پہلے اپنے آپ کو سچائی کے معاملے میں sincere بنائیے۔ سنجیدہ بنائیے۔</w:t>
      </w:r>
    </w:p>
    <w:p>
      <w:r>
        <w:rPr>
          <w:b/>
        </w:rPr>
        <w:t xml:space="preserve">[54:36] </w:t>
      </w:r>
      <w:r>
        <w:t>To sanjeedgi apne aap mein moallim ban jaye gi, teacher ban jaye gi.</w:t>
      </w:r>
    </w:p>
    <w:p>
      <w:pPr>
        <w:jc w:val="right"/>
      </w:pPr>
      <w:r>
        <w:t>تو سنجیدگی اپنے آپ میں معلم بن جائے گی، ٹیچر بن جائے گی۔</w:t>
      </w:r>
    </w:p>
    <w:p>
      <w:r>
        <w:rPr>
          <w:b/>
        </w:rPr>
        <w:t xml:space="preserve">[54:41] </w:t>
      </w:r>
      <w:r>
        <w:t>Woh sab kuch aap ko batati chali jaye gi.</w:t>
      </w:r>
    </w:p>
    <w:p>
      <w:pPr>
        <w:jc w:val="right"/>
      </w:pPr>
      <w:r>
        <w:t>وہ سب کچھ آپ کو بتاتی چلی جائے گی۔</w:t>
      </w:r>
    </w:p>
    <w:p>
      <w:r>
        <w:rPr>
          <w:b/>
        </w:rPr>
        <w:t xml:space="preserve">[54:47] </w:t>
      </w:r>
      <w:r>
        <w:t>Maulana agla sawal roorkee se kya hai Sajid Anwar sahib ne.</w:t>
      </w:r>
    </w:p>
    <w:p>
      <w:pPr>
        <w:jc w:val="right"/>
      </w:pPr>
      <w:r>
        <w:t>Maulana اگلا سوال روڑکی سے کیا ہے ساجد انور صاحب نے۔</w:t>
      </w:r>
    </w:p>
    <w:p>
      <w:r>
        <w:rPr>
          <w:b/>
        </w:rPr>
        <w:t xml:space="preserve">[54:52] </w:t>
      </w:r>
      <w:r>
        <w:t>Unhon ne likha hai: Maulana as per your advice I do interact with people to learn more and more.</w:t>
      </w:r>
    </w:p>
    <w:p>
      <w:pPr>
        <w:jc w:val="right"/>
      </w:pPr>
      <w:r>
        <w:t>انہوں نے لکھا ہے: Maulana as per your advice I do interact with people to learn more and more.</w:t>
      </w:r>
    </w:p>
    <w:p>
      <w:r>
        <w:rPr>
          <w:b/>
        </w:rPr>
        <w:t xml:space="preserve">[54:58] </w:t>
      </w:r>
      <w:r>
        <w:t>My question is what are the factors which are hindrance to learning?</w:t>
      </w:r>
    </w:p>
    <w:p>
      <w:pPr>
        <w:jc w:val="right"/>
      </w:pPr>
      <w:r>
        <w:t>My question is what are the factors which are hindrance to learning?</w:t>
      </w:r>
    </w:p>
    <w:p>
      <w:r>
        <w:rPr>
          <w:b/>
        </w:rPr>
        <w:t xml:space="preserve">[55:04] </w:t>
      </w:r>
      <w:r>
        <w:t>Please advise me.</w:t>
      </w:r>
    </w:p>
    <w:p>
      <w:pPr>
        <w:jc w:val="right"/>
      </w:pPr>
      <w:r>
        <w:t>Please advise me.</w:t>
      </w:r>
    </w:p>
    <w:p>
      <w:r>
        <w:rPr>
          <w:b/>
        </w:rPr>
        <w:t xml:space="preserve">[55:09] </w:t>
      </w:r>
      <w:r>
        <w:t>Dekhiye insaan ki yeh aam kamzori hai ke woh apni chalana chahta hai.</w:t>
      </w:r>
    </w:p>
    <w:p>
      <w:pPr>
        <w:jc w:val="right"/>
      </w:pPr>
      <w:r>
        <w:t>دیکھیے انسان کی یہ عام کمزوری ہے کہ وہ اپنی چلانا چاہتا ہے۔</w:t>
      </w:r>
    </w:p>
    <w:p>
      <w:r>
        <w:rPr>
          <w:b/>
        </w:rPr>
        <w:t xml:space="preserve">[55:14] </w:t>
      </w:r>
      <w:r>
        <w:t>Apna agenda is ke paas hota hai hamesha.</w:t>
      </w:r>
    </w:p>
    <w:p>
      <w:pPr>
        <w:jc w:val="right"/>
      </w:pPr>
      <w:r>
        <w:t>اپنا agenda اس کے پاس ہوتا ہے ہمیشہ۔</w:t>
      </w:r>
    </w:p>
    <w:p>
      <w:r>
        <w:rPr>
          <w:b/>
        </w:rPr>
        <w:t xml:space="preserve">[55:19] </w:t>
      </w:r>
      <w:r>
        <w:t>Har aadmi ke paas mein dekhta hoon ke apna agenda rehta hai woh khule ya chhupe is ko</w:t>
      </w:r>
    </w:p>
    <w:p>
      <w:pPr>
        <w:jc w:val="right"/>
      </w:pPr>
      <w:r>
        <w:t>ہر آدمی کے پاس میں دیکھتا ہوں کہ اپنا agenda رہتا ہے وہ کھلے یا چھپے اس کو</w:t>
      </w:r>
    </w:p>
    <w:p>
      <w:r>
        <w:rPr>
          <w:b/>
        </w:rPr>
        <w:t xml:space="preserve">[55:24] </w:t>
      </w:r>
      <w:r>
        <w:t>chalana chahta hai.</w:t>
      </w:r>
    </w:p>
    <w:p>
      <w:pPr>
        <w:jc w:val="right"/>
      </w:pPr>
      <w:r>
        <w:t>چلانا چاہتا ہے۔</w:t>
      </w:r>
    </w:p>
    <w:p>
      <w:r>
        <w:rPr>
          <w:b/>
        </w:rPr>
        <w:t xml:space="preserve">[55:29] </w:t>
      </w:r>
      <w:r>
        <w:t>Open mind ke saath uske andar learning ki salahiyat hi nahi hoti.</w:t>
      </w:r>
    </w:p>
    <w:p>
      <w:pPr>
        <w:jc w:val="right"/>
      </w:pPr>
      <w:r>
        <w:t>Open mind کے ساتھ اس کے اندر learning کی صلاحیت ہی نہیں ہوتی۔</w:t>
      </w:r>
    </w:p>
    <w:p>
      <w:r>
        <w:rPr>
          <w:b/>
        </w:rPr>
        <w:t xml:space="preserve">[55:34] </w:t>
      </w:r>
      <w:r>
        <w:t>Is ka saboot kya hai? Is ka saboot yeh hai ke log aitraaf nahi karte.</w:t>
      </w:r>
    </w:p>
    <w:p>
      <w:pPr>
        <w:jc w:val="right"/>
      </w:pPr>
      <w:r>
        <w:t>اس کا ثبوت کیا ہے؟ اس کا ثبوت یہ ہے کہ لوگ اعتراف نہیں کرتے۔</w:t>
      </w:r>
    </w:p>
    <w:p>
      <w:r>
        <w:rPr>
          <w:b/>
        </w:rPr>
        <w:t xml:space="preserve">[55:39] </w:t>
      </w:r>
      <w:r>
        <w:t>Hazrat Umar ke baray mein hum parhte hain ke baba unhon ne aisa kaha ke lola falan lehlak Umar.</w:t>
      </w:r>
    </w:p>
    <w:p>
      <w:pPr>
        <w:jc w:val="right"/>
      </w:pPr>
      <w:r>
        <w:t>حضرت عمر کے بارے میں ہم پڑھتے ہیں کہ بابا انہوں نے ایسا کہا کہ لولا فلان لہلك عمر۔</w:t>
      </w:r>
    </w:p>
    <w:p>
      <w:r>
        <w:rPr>
          <w:b/>
        </w:rPr>
        <w:t xml:space="preserve">[55:44] </w:t>
      </w:r>
      <w:r>
        <w:t>Agar falan shakhs na hota to Umar halak ho jata.</w:t>
      </w:r>
    </w:p>
    <w:p>
      <w:pPr>
        <w:jc w:val="right"/>
      </w:pPr>
      <w:r>
        <w:t>اگر فلاں شخص نہ ہوتا تو عمر ہلاک ہو جاتا۔</w:t>
      </w:r>
    </w:p>
    <w:p>
      <w:r>
        <w:rPr>
          <w:b/>
        </w:rPr>
        <w:t xml:space="preserve">[55:49] </w:t>
      </w:r>
      <w:r>
        <w:t>Yaani Umar Sahabi thay, woh Khalifa thay, woh Quran ko jante thay.</w:t>
      </w:r>
    </w:p>
    <w:p>
      <w:pPr>
        <w:jc w:val="right"/>
      </w:pPr>
      <w:r>
        <w:t>یعنی عمر صحابی تھے، وہ خلیفہ تھے، وہ قرآن کو جانتے تھے۔</w:t>
      </w:r>
    </w:p>
    <w:p>
      <w:r>
        <w:rPr>
          <w:b/>
        </w:rPr>
        <w:t xml:space="preserve">[55:54] </w:t>
      </w:r>
      <w:r>
        <w:t>Phir bhi woh aisa kaha unhon ne.</w:t>
      </w:r>
    </w:p>
    <w:p>
      <w:pPr>
        <w:jc w:val="right"/>
      </w:pPr>
      <w:r>
        <w:t>پھر بھی وہ ایسا کہا انہوں نے۔</w:t>
      </w:r>
    </w:p>
    <w:p>
      <w:r>
        <w:rPr>
          <w:b/>
        </w:rPr>
        <w:t xml:space="preserve">[55:59] </w:t>
      </w:r>
      <w:r>
        <w:t>Lola falan lehlak Umar.</w:t>
      </w:r>
    </w:p>
    <w:p>
      <w:pPr>
        <w:jc w:val="right"/>
      </w:pPr>
      <w:r>
        <w:t>لولا فلان لہلك عمر۔</w:t>
      </w:r>
    </w:p>
    <w:p>
      <w:r>
        <w:rPr>
          <w:b/>
        </w:rPr>
        <w:t xml:space="preserve">[56:04] </w:t>
      </w:r>
      <w:r>
        <w:t>Yeh hai kya barha hua jazba learning ka.</w:t>
      </w:r>
    </w:p>
    <w:p>
      <w:pPr>
        <w:jc w:val="right"/>
      </w:pPr>
      <w:r>
        <w:t>یہ ہے کیا بڑھا ہوا جذبہ learning کا۔</w:t>
      </w:r>
    </w:p>
    <w:p>
      <w:r>
        <w:rPr>
          <w:b/>
        </w:rPr>
        <w:t xml:space="preserve">[56:09] </w:t>
      </w:r>
      <w:r>
        <w:t>Yeh hai nahi logon mein? Main to sun nahi pata aise alfaaz.</w:t>
      </w:r>
    </w:p>
    <w:p>
      <w:pPr>
        <w:jc w:val="right"/>
      </w:pPr>
      <w:r>
        <w:t>یہ ہے نہیں لوگوں میں؟ میں تو سن نہیں پاتا ایسے الفاظ۔</w:t>
      </w:r>
    </w:p>
    <w:p>
      <w:r>
        <w:rPr>
          <w:b/>
        </w:rPr>
        <w:t xml:space="preserve">[56:14] </w:t>
      </w:r>
      <w:r>
        <w:t>Yeh alfaaz jo hain lola falan lehlak Umar aise alfaaz to ban hi nahi pata.</w:t>
      </w:r>
    </w:p>
    <w:p>
      <w:pPr>
        <w:jc w:val="right"/>
      </w:pPr>
      <w:r>
        <w:t>یہ الفاظ جو ہیں لولا فلان لہلك عمر ایسے الفاظ تو بن ہی نہیں پاتا۔</w:t>
      </w:r>
    </w:p>
    <w:p>
      <w:r>
        <w:rPr>
          <w:b/>
        </w:rPr>
        <w:t xml:space="preserve">[56:19] </w:t>
      </w:r>
      <w:r>
        <w:t>Log bas pitch up kar lete hain, ghuma phira kar bolte hain.</w:t>
      </w:r>
    </w:p>
    <w:p>
      <w:pPr>
        <w:jc w:val="right"/>
      </w:pPr>
      <w:r>
        <w:t>لوگ بس پیچ اپ کر لیتے ہیں، گھما پھرا کر بولتے ہیں۔</w:t>
      </w:r>
    </w:p>
    <w:p>
      <w:r>
        <w:rPr>
          <w:b/>
        </w:rPr>
        <w:t xml:space="preserve">[56:24] </w:t>
      </w:r>
      <w:r>
        <w:t>Haan haan theek theek hai, woh bhi theek hai.</w:t>
      </w:r>
    </w:p>
    <w:p>
      <w:pPr>
        <w:jc w:val="right"/>
      </w:pPr>
      <w:r>
        <w:t>ہاں ہاں ٹھیک ٹھیک ہے، وہ بھی ٹھیک ہے۔</w:t>
      </w:r>
    </w:p>
    <w:p>
      <w:r>
        <w:rPr>
          <w:b/>
        </w:rPr>
        <w:t xml:space="preserve">[56:29] </w:t>
      </w:r>
      <w:r>
        <w:t>Jab tak aap ke andar bepanah jazba na ho learning ka.</w:t>
      </w:r>
    </w:p>
    <w:p>
      <w:pPr>
        <w:jc w:val="right"/>
      </w:pPr>
      <w:r>
        <w:t>جب تک آپ کے اندر بے پناہ جذبہ نہ ہو learning کا۔</w:t>
      </w:r>
    </w:p>
    <w:p>
      <w:r>
        <w:rPr>
          <w:b/>
        </w:rPr>
        <w:t xml:space="preserve">[56:34] </w:t>
      </w:r>
      <w:r>
        <w:t>Aur is ki pehchan yahi hai ke aap keh sakein ke yeh to baat agar main na jaanta</w:t>
      </w:r>
    </w:p>
    <w:p>
      <w:pPr>
        <w:jc w:val="right"/>
      </w:pPr>
      <w:r>
        <w:t>اور اس کی پہچان یہی ہے کہ آپ کہہ سکیں کہ یہ تو بات اگر میں نہ جانتا</w:t>
      </w:r>
    </w:p>
    <w:p>
      <w:r>
        <w:rPr>
          <w:b/>
        </w:rPr>
        <w:t xml:space="preserve">[56:39] </w:t>
      </w:r>
      <w:r>
        <w:t>to main to halak ho chuka tha.</w:t>
      </w:r>
    </w:p>
    <w:p>
      <w:pPr>
        <w:jc w:val="right"/>
      </w:pPr>
      <w:r>
        <w:t>تو میں تو ہلاک ہو چکا تھا۔</w:t>
      </w:r>
    </w:p>
    <w:p>
      <w:r>
        <w:rPr>
          <w:b/>
        </w:rPr>
        <w:t xml:space="preserve">[56:44] </w:t>
      </w:r>
      <w:r>
        <w:t>I was living in blunder.</w:t>
      </w:r>
    </w:p>
    <w:p>
      <w:pPr>
        <w:jc w:val="right"/>
      </w:pPr>
      <w:r>
        <w:t>I was living in blunder.</w:t>
      </w:r>
    </w:p>
    <w:p>
      <w:r>
        <w:rPr>
          <w:b/>
        </w:rPr>
        <w:t xml:space="preserve">[56:49] </w:t>
      </w:r>
      <w:r>
        <w:t>Tab tak sab bas lip service hai, sirf kehna sunna hai.</w:t>
      </w:r>
    </w:p>
    <w:p>
      <w:pPr>
        <w:jc w:val="right"/>
      </w:pPr>
      <w:r>
        <w:t>تب تک سب بس lip service ہے، صرف کہنا سننا ہے۔</w:t>
      </w:r>
    </w:p>
    <w:p>
      <w:r>
        <w:rPr>
          <w:b/>
        </w:rPr>
        <w:t xml:space="preserve">[56:54] </w:t>
      </w:r>
      <w:r>
        <w:t>Kuch haqeeqat is ki nahi hai.</w:t>
      </w:r>
    </w:p>
    <w:p>
      <w:pPr>
        <w:jc w:val="right"/>
      </w:pPr>
      <w:r>
        <w:t>کچھ حقیقت اس کی نہیں ہے۔</w:t>
      </w:r>
    </w:p>
    <w:p>
      <w:r>
        <w:rPr>
          <w:b/>
        </w:rPr>
        <w:t xml:space="preserve">[56:59] </w:t>
      </w:r>
      <w:r>
        <w:t>to hazrat umar ke andar jo learning process tha jo kaha jata hai ke kaan ta'allum min kulli ahad.</w:t>
      </w:r>
    </w:p>
    <w:p>
      <w:pPr>
        <w:jc w:val="right"/>
      </w:pPr>
      <w:r>
        <w:t>تو حضرت عمر کے اندر جو learning process تھا جو کہا جاتا ہے کہ کان تعلم من کل احد۔</w:t>
      </w:r>
    </w:p>
    <w:p>
      <w:r>
        <w:rPr>
          <w:b/>
        </w:rPr>
        <w:t xml:space="preserve">[57:04] </w:t>
      </w:r>
      <w:r>
        <w:t>to yeh sab andar se aata hai, koi bahar se aap ko nahi bataye ga.</w:t>
      </w:r>
    </w:p>
    <w:p>
      <w:pPr>
        <w:jc w:val="right"/>
      </w:pPr>
      <w:r>
        <w:t>تو یہ سب اندر سے آتا ہے، کوئی باہر سے آپ کو نہیں بتائے گا۔</w:t>
      </w:r>
    </w:p>
    <w:p>
      <w:r>
        <w:rPr>
          <w:b/>
        </w:rPr>
        <w:t xml:space="preserve">[57:09] </w:t>
      </w:r>
      <w:r>
        <w:t>aap ke andar be-panah shauq ho learning ka, ta'allum ka, seekhne ka.</w:t>
      </w:r>
    </w:p>
    <w:p>
      <w:pPr>
        <w:jc w:val="right"/>
      </w:pPr>
      <w:r>
        <w:t>آپ کے اندر بے پناہ شوق ہو learning کا، تعلم کا، سیکھنے کا۔</w:t>
      </w:r>
    </w:p>
    <w:p>
      <w:r>
        <w:rPr>
          <w:b/>
        </w:rPr>
        <w:t xml:space="preserve">[57:14] </w:t>
      </w:r>
      <w:r>
        <w:t>to bas aap ka shauq hi aap ka guide ban jaye ga.</w:t>
      </w:r>
    </w:p>
    <w:p>
      <w:pPr>
        <w:jc w:val="right"/>
      </w:pPr>
      <w:r>
        <w:t>تو بس آپ کا شوق ہی آپ کا guide بن جائے گا۔</w:t>
      </w:r>
    </w:p>
    <w:p>
      <w:r>
        <w:rPr>
          <w:b/>
        </w:rPr>
        <w:t xml:space="preserve">[57:19] </w:t>
      </w:r>
      <w:r>
        <w:t>aur jaise hi saamne aaye koi sachai to fi'l-faur aap keh saken ke main ab tak andha</w:t>
      </w:r>
    </w:p>
    <w:p>
      <w:pPr>
        <w:jc w:val="right"/>
      </w:pPr>
      <w:r>
        <w:t>اور جیسے ہی سامنے آئے کوئی سچائی تو فی الفور آپ کہہ سکیں کہ میں اب تک اندھا</w:t>
      </w:r>
    </w:p>
    <w:p>
      <w:r>
        <w:rPr>
          <w:b/>
        </w:rPr>
        <w:t xml:space="preserve">[57:24] </w:t>
      </w:r>
      <w:r>
        <w:t>tha, ab mujhe sachai mili hai.</w:t>
      </w:r>
    </w:p>
    <w:p>
      <w:pPr>
        <w:jc w:val="right"/>
      </w:pPr>
      <w:r>
        <w:t>تھا، اب مجھے سچائی ملی ہے۔</w:t>
      </w:r>
    </w:p>
    <w:p>
      <w:r>
        <w:rPr>
          <w:b/>
        </w:rPr>
        <w:t xml:space="preserve">[57:29] </w:t>
      </w:r>
      <w:r>
        <w:t>yeh keh saken.</w:t>
      </w:r>
    </w:p>
    <w:p>
      <w:pPr>
        <w:jc w:val="right"/>
      </w:pPr>
      <w:r>
        <w:t>یہ کہہ سکیں۔</w:t>
      </w:r>
    </w:p>
    <w:p>
      <w:r>
        <w:rPr>
          <w:b/>
        </w:rPr>
        <w:t xml:space="preserve">[57:34] </w:t>
      </w:r>
      <w:r>
        <w:t>yeh nahi keh saken kahen ge to zehan ke darwaze khulenge nahi.</w:t>
      </w:r>
    </w:p>
    <w:p>
      <w:pPr>
        <w:jc w:val="right"/>
      </w:pPr>
      <w:r>
        <w:t>یہ نہیں کہہ سکیں کہیں گے تو ذہن کے دروازے کھلیں گے نہیں۔</w:t>
      </w:r>
    </w:p>
    <w:p>
      <w:r>
        <w:rPr>
          <w:b/>
        </w:rPr>
        <w:t xml:space="preserve">[57:39] </w:t>
      </w:r>
      <w:r>
        <w:t>log hal logon ka hal kya hai? haan haan yeh bhi theek hai.</w:t>
      </w:r>
    </w:p>
    <w:p>
      <w:pPr>
        <w:jc w:val="right"/>
      </w:pPr>
      <w:r>
        <w:t>لوگ حل لوگوں کا حل کیا ہے؟ ہاں ہاں یہ بھی ٹھیک ہے۔</w:t>
      </w:r>
    </w:p>
    <w:p>
      <w:r>
        <w:rPr>
          <w:b/>
        </w:rPr>
        <w:t xml:space="preserve">[57:44] </w:t>
      </w:r>
      <w:r>
        <w:t>yeh yeh jo aap kar rahe hain yeh bhi theek hai.</w:t>
      </w:r>
    </w:p>
    <w:p>
      <w:pPr>
        <w:jc w:val="right"/>
      </w:pPr>
      <w:r>
        <w:t>یہ یہ جو آپ کر رہے ہیں یہ بھی ٹھیک ہے۔</w:t>
      </w:r>
    </w:p>
    <w:p>
      <w:r>
        <w:rPr>
          <w:b/>
        </w:rPr>
        <w:t xml:space="preserve">[57:49] </w:t>
      </w:r>
      <w:r>
        <w:t>yeh yeh sirf bilkul yeh nothing.</w:t>
      </w:r>
    </w:p>
    <w:p>
      <w:pPr>
        <w:jc w:val="right"/>
      </w:pPr>
      <w:r>
        <w:t>یہ یہ صرف بالکل یہ nothing۔</w:t>
      </w:r>
    </w:p>
    <w:p>
      <w:r>
        <w:rPr>
          <w:b/>
        </w:rPr>
        <w:t xml:space="preserve">[57:54] </w:t>
      </w:r>
      <w:r>
        <w:t>aap kahiye ke ab tak main andha tha.</w:t>
      </w:r>
    </w:p>
    <w:p>
      <w:pPr>
        <w:jc w:val="right"/>
      </w:pPr>
      <w:r>
        <w:t>آپ کہیے کہ اب تک میں اندھا تھا۔</w:t>
      </w:r>
    </w:p>
    <w:p>
      <w:r>
        <w:rPr>
          <w:b/>
        </w:rPr>
        <w:t xml:space="preserve">[57:59] </w:t>
      </w:r>
      <w:r>
        <w:t>ab tak main be-khabar tha.</w:t>
      </w:r>
    </w:p>
    <w:p>
      <w:pPr>
        <w:jc w:val="right"/>
      </w:pPr>
      <w:r>
        <w:t>اب تک میں بے خبر تھا۔</w:t>
      </w:r>
    </w:p>
    <w:p>
      <w:r>
        <w:rPr>
          <w:b/>
        </w:rPr>
        <w:t xml:space="preserve">[58:04] </w:t>
      </w:r>
      <w:r>
        <w:t>kyunke jaise hi aap yeh kahenge jaise hi dimagh ke darwaze khul jayenge.</w:t>
      </w:r>
    </w:p>
    <w:p>
      <w:pPr>
        <w:jc w:val="right"/>
      </w:pPr>
      <w:r>
        <w:t>کیونکہ جیسے ہی آپ یہ کہیں گے جیسے ہی دماغ کے دروازے کھل جائیں گے۔</w:t>
      </w:r>
    </w:p>
    <w:p>
      <w:r>
        <w:rPr>
          <w:b/>
        </w:rPr>
        <w:t xml:space="preserve">[58:09] </w:t>
      </w:r>
      <w:r>
        <w:t>aap ki shakhsiyat mein aik aik aik aik naya emergence paida hoga.</w:t>
      </w:r>
    </w:p>
    <w:p>
      <w:pPr>
        <w:jc w:val="right"/>
      </w:pPr>
      <w:r>
        <w:t>آپ کی شخصیت میں ایک ایک ایک ایک نیا emergence پیدا ہوگا۔</w:t>
      </w:r>
    </w:p>
    <w:p>
      <w:r>
        <w:rPr>
          <w:b/>
        </w:rPr>
        <w:t xml:space="preserve">[58:14] </w:t>
      </w:r>
      <w:r>
        <w:t>to yeh sab cheezen aadmi ke apne khud apne faisle par depend karti hain.</w:t>
      </w:r>
    </w:p>
    <w:p>
      <w:pPr>
        <w:jc w:val="right"/>
      </w:pPr>
      <w:r>
        <w:t>تو یہ سب چیزیں آدمی کے اپنے خود اپنے فیصلے پر depend کرتی ہیں۔</w:t>
      </w:r>
    </w:p>
    <w:p>
      <w:r>
        <w:rPr>
          <w:b/>
        </w:rPr>
        <w:t xml:space="preserve">[58:19] </w:t>
      </w:r>
      <w:r>
        <w:t>bahar se koi inculcate nahi kar sakta.</w:t>
      </w:r>
    </w:p>
    <w:p>
      <w:pPr>
        <w:jc w:val="right"/>
      </w:pPr>
      <w:r>
        <w:t>باہر سے کوئی inculcate نہیں کر سکتا۔</w:t>
      </w:r>
    </w:p>
    <w:p>
      <w:r>
        <w:rPr>
          <w:b/>
        </w:rPr>
        <w:t xml:space="preserve">[58:24] </w:t>
      </w:r>
      <w:r>
        <w:t>khud aadmi chahe to aisa banaye apne aap ko, nahi to na banaye to na banaye.</w:t>
      </w:r>
    </w:p>
    <w:p>
      <w:pPr>
        <w:jc w:val="right"/>
      </w:pPr>
      <w:r>
        <w:t>خود آدمی چاہے تو ایسا بنائے اپنے آپ کو، نہیں تو نہ بنائے تو نہ بنائے۔</w:t>
      </w:r>
    </w:p>
    <w:p>
      <w:r>
        <w:rPr>
          <w:b/>
        </w:rPr>
        <w:t xml:space="preserve">[58:29] </w:t>
      </w:r>
      <w:r>
        <w:t>Maulana agla sawal aaya hai kolkata se doctor roshan kumar jha ka.</w:t>
      </w:r>
    </w:p>
    <w:p>
      <w:pPr>
        <w:jc w:val="right"/>
      </w:pPr>
      <w:r>
        <w:t>Maulana اگلا سوال آیا ہے کلکتہ سے ڈاکٹر روشن کمار جھا کا۔</w:t>
      </w:r>
    </w:p>
    <w:p>
      <w:r>
        <w:rPr>
          <w:b/>
        </w:rPr>
        <w:t xml:space="preserve">[58:34] </w:t>
      </w:r>
      <w:r>
        <w:t>انہوں نے لکھا ہے: Maulana Sahib, you say that Islam is a matter of discovery and choice for</w:t>
      </w:r>
    </w:p>
    <w:p>
      <w:pPr>
        <w:jc w:val="right"/>
      </w:pPr>
      <w:r>
        <w:t>انہوں نے لکھا ہے: Maulana صاحب you say that اسلام is a matter of discovery and choice for</w:t>
      </w:r>
    </w:p>
    <w:p>
      <w:r>
        <w:rPr>
          <w:b/>
        </w:rPr>
        <w:t xml:space="preserve">[58:39] </w:t>
      </w:r>
      <w:r>
        <w:t>both muslims and non-muslims.</w:t>
      </w:r>
    </w:p>
    <w:p>
      <w:pPr>
        <w:jc w:val="right"/>
      </w:pPr>
      <w:r>
        <w:t>both مسلمs and non-Muslims.</w:t>
      </w:r>
    </w:p>
    <w:p>
      <w:r>
        <w:rPr>
          <w:b/>
        </w:rPr>
        <w:t xml:space="preserve">[58:44] </w:t>
      </w:r>
      <w:r>
        <w:t>and that it is not something that is received as an inheritance.</w:t>
      </w:r>
    </w:p>
    <w:p>
      <w:pPr>
        <w:jc w:val="right"/>
      </w:pPr>
      <w:r>
        <w:t>And that it is not something that is received as an inheritance.</w:t>
      </w:r>
    </w:p>
    <w:p>
      <w:r>
        <w:rPr>
          <w:b/>
        </w:rPr>
        <w:t xml:space="preserve">[58:50] </w:t>
      </w:r>
      <w:r>
        <w:t>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p>
    <w:p>
      <w:pPr>
        <w:jc w:val="right"/>
      </w:pPr>
      <w:r>
        <w:t>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p>
    <w:p>
      <w:r>
        <w:rPr>
          <w:b/>
        </w:rPr>
        <w:t xml:space="preserve">[59:19] </w:t>
      </w:r>
      <w:r>
        <w:t>dekhiye aap meri kitab padhiye Islam rediscovered.</w:t>
      </w:r>
    </w:p>
    <w:p>
      <w:pPr>
        <w:jc w:val="right"/>
      </w:pPr>
      <w:r>
        <w:t>دیکھیے آپ میری کتاب پڑھیے اسلام rediscovered۔</w:t>
      </w:r>
    </w:p>
    <w:p>
      <w:r>
        <w:rPr>
          <w:b/>
        </w:rPr>
        <w:t xml:space="preserve">[59:23] </w:t>
      </w:r>
      <w:r>
        <w:t>Islam rediscovered yeh meri kitab is ko aap padhiye aap.</w:t>
      </w:r>
    </w:p>
    <w:p>
      <w:pPr>
        <w:jc w:val="right"/>
      </w:pPr>
      <w:r>
        <w:t>اسلام rediscovered یہ میری کتاب اس کو آپ پڑھیے آپ۔</w:t>
      </w:r>
    </w:p>
    <w:p>
      <w:r>
        <w:rPr>
          <w:b/>
        </w:rPr>
        <w:t xml:space="preserve">[59:28] </w:t>
      </w:r>
      <w:r>
        <w:t>yeh bohat bari bhool hai ke log samajhte hain ke musalman paidaishi taur par musalman banta hai.</w:t>
      </w:r>
    </w:p>
    <w:p>
      <w:pPr>
        <w:jc w:val="right"/>
      </w:pPr>
      <w:r>
        <w:t>یہ بہت بڑی بھول ہے کہ لوگ سمجھتے ہیں کہ مسلمان پیدائشی طور پر مسلمان بنتا ہے۔</w:t>
      </w:r>
    </w:p>
    <w:p>
      <w:r>
        <w:rPr>
          <w:b/>
        </w:rPr>
        <w:t xml:space="preserve">[59:32] </w:t>
      </w:r>
      <w:r>
        <w:t>yani paida ho gaya to musalman hai.</w:t>
      </w:r>
    </w:p>
    <w:p>
      <w:pPr>
        <w:jc w:val="right"/>
      </w:pPr>
      <w:r>
        <w:t>یعنی پیدا ہو گیا تو مسلمان ہے۔</w:t>
      </w:r>
    </w:p>
    <w:p>
      <w:r>
        <w:rPr>
          <w:b/>
        </w:rPr>
        <w:t xml:space="preserve">[59:37] </w:t>
      </w:r>
      <w:r>
        <w:t>yeh bilkul hi be asal baat hai.</w:t>
      </w:r>
    </w:p>
    <w:p>
      <w:pPr>
        <w:jc w:val="right"/>
      </w:pPr>
      <w:r>
        <w:t>یہ بالکل ہی بے اصل بات ہے۔</w:t>
      </w:r>
    </w:p>
    <w:p>
      <w:r>
        <w:rPr>
          <w:b/>
        </w:rPr>
        <w:t xml:space="preserve">[59:41] </w:t>
      </w:r>
      <w:r>
        <w:t>paidaish se koi musalman nahi banta.</w:t>
      </w:r>
    </w:p>
    <w:p>
      <w:pPr>
        <w:jc w:val="right"/>
      </w:pPr>
      <w:r>
        <w:t>پیدائش سے کوئی مسلمان نہیں بنتا۔</w:t>
      </w:r>
    </w:p>
    <w:p>
      <w:r>
        <w:rPr>
          <w:b/>
        </w:rPr>
        <w:t xml:space="preserve">[59:46] </w:t>
      </w:r>
      <w:r>
        <w:t>chahe muslim ghar mein paida ho ya non-Muslim ghar mein paida ho.</w:t>
      </w:r>
    </w:p>
    <w:p>
      <w:pPr>
        <w:jc w:val="right"/>
      </w:pPr>
      <w:r>
        <w:t>چاہے مسلم گھر میں پیدا ہو یا non-Muslim گھر میں پیدا ہو۔</w:t>
      </w:r>
    </w:p>
    <w:p>
      <w:r>
        <w:rPr>
          <w:b/>
        </w:rPr>
        <w:t xml:space="preserve">[59:50] </w:t>
      </w:r>
      <w:r>
        <w:t>islam ko is ko daryaft hi karna hai.</w:t>
      </w:r>
    </w:p>
    <w:p>
      <w:pPr>
        <w:jc w:val="right"/>
      </w:pPr>
      <w:r>
        <w:t>اسلام کو اس کو دریافت ہی کرنا ہے۔</w:t>
      </w:r>
    </w:p>
    <w:p>
      <w:r>
        <w:rPr>
          <w:b/>
        </w:rPr>
        <w:t xml:space="preserve">[59:55] </w:t>
      </w:r>
      <w:r>
        <w:t>donon ko daryaft karna hai.</w:t>
      </w:r>
    </w:p>
    <w:p>
      <w:pPr>
        <w:jc w:val="right"/>
      </w:pPr>
      <w:r>
        <w:t>دونوں کو دریافت کرنا ہے۔</w:t>
      </w:r>
    </w:p>
    <w:p>
      <w:r>
        <w:rPr>
          <w:b/>
        </w:rPr>
        <w:t xml:space="preserve">[1:00:00] </w:t>
      </w:r>
      <w:r>
        <w:t>islam ko matlab sachai ko.</w:t>
      </w:r>
    </w:p>
    <w:p>
      <w:pPr>
        <w:jc w:val="right"/>
      </w:pPr>
      <w:r>
        <w:t>اسلام کو مطلب سچائی کو۔</w:t>
      </w:r>
    </w:p>
    <w:p>
      <w:r>
        <w:rPr>
          <w:b/>
        </w:rPr>
        <w:t xml:space="preserve">[1:00:04] </w:t>
      </w:r>
      <w:r>
        <w:t>dekhiye sachai wohi hai jo aap ki discovery ho.</w:t>
      </w:r>
    </w:p>
    <w:p>
      <w:pPr>
        <w:jc w:val="right"/>
      </w:pPr>
      <w:r>
        <w:t>دیکھیے سچائی وہی ہے جو آپ کی discovery ہو۔</w:t>
      </w:r>
    </w:p>
    <w:p>
      <w:r>
        <w:rPr>
          <w:b/>
        </w:rPr>
        <w:t xml:space="preserve">[1:00:09] </w:t>
      </w:r>
      <w:r>
        <w:t>jo aap ki discovery na ho woh sachai hi nahi hai.</w:t>
      </w:r>
    </w:p>
    <w:p>
      <w:pPr>
        <w:jc w:val="right"/>
      </w:pPr>
      <w:r>
        <w:t>جو آپ کی discovery نہ ہو وہ سچائی ہی نہیں ہے۔</w:t>
      </w:r>
    </w:p>
    <w:p>
      <w:r>
        <w:rPr>
          <w:b/>
        </w:rPr>
        <w:t xml:space="preserve">[1:00:13] </w:t>
      </w:r>
      <w:r>
        <w:t>mamma arafu min al-haqq jo quran mein aaya hai.</w:t>
      </w:r>
    </w:p>
    <w:p>
      <w:pPr>
        <w:jc w:val="right"/>
      </w:pPr>
      <w:r>
        <w:t>مما عرفوا من الحق جو قرآن میں آیا ہے۔</w:t>
      </w:r>
    </w:p>
    <w:p>
      <w:r>
        <w:rPr>
          <w:b/>
        </w:rPr>
        <w:t xml:space="preserve">[1:00:18] </w:t>
      </w:r>
      <w:r>
        <w:t>yeh bilkul bohat hi zyada yani sachai ko yani kamtar samajhna hai, kamtar.</w:t>
      </w:r>
    </w:p>
    <w:p>
      <w:pPr>
        <w:jc w:val="right"/>
      </w:pPr>
      <w:r>
        <w:t>یہ بالکل بہت ہی زیادہ یعنی سچائی کو یعنی کمتر سمجھنا ہے، کمتر۔</w:t>
      </w:r>
    </w:p>
    <w:p>
      <w:r>
        <w:rPr>
          <w:b/>
        </w:rPr>
        <w:t xml:space="preserve">[1:00:22] </w:t>
      </w:r>
      <w:r>
        <w:t>ke aap samjhein ke zuban se kuch bol do to sachai mil gayi aap ko.</w:t>
      </w:r>
    </w:p>
    <w:p>
      <w:pPr>
        <w:jc w:val="right"/>
      </w:pPr>
      <w:r>
        <w:t>کہ آپ سمجھیں کہ زبان سے کچھ بول دو تو سچائی مل گئی آپ کو۔</w:t>
      </w:r>
    </w:p>
    <w:p>
      <w:r>
        <w:rPr>
          <w:b/>
        </w:rPr>
        <w:t xml:space="preserve">[1:00:27] </w:t>
      </w:r>
      <w:r>
        <w:t>la ilaha parh do sachai mil gayi aap ko.</w:t>
      </w:r>
    </w:p>
    <w:p>
      <w:pPr>
        <w:jc w:val="right"/>
      </w:pPr>
      <w:r>
        <w:t>لا الہ پڑھ دو سچائی مل گئی آپ کو۔</w:t>
      </w:r>
    </w:p>
    <w:p>
      <w:r>
        <w:rPr>
          <w:b/>
        </w:rPr>
        <w:t xml:space="preserve">[1:00:32] </w:t>
      </w:r>
      <w:r>
        <w:t>kuch bhi nahi.</w:t>
      </w:r>
    </w:p>
    <w:p>
      <w:pPr>
        <w:jc w:val="right"/>
      </w:pPr>
      <w:r>
        <w:t>کچھ بھی نہیں۔</w:t>
      </w:r>
    </w:p>
    <w:p>
      <w:r>
        <w:rPr>
          <w:b/>
        </w:rPr>
        <w:t xml:space="preserve">[1:00:36] </w:t>
      </w:r>
      <w:r>
        <w:t>koi aadmi muslim paida ho, muslim ghar mein paida ho ya non-Muslim ghar mein.</w:t>
      </w:r>
    </w:p>
    <w:p>
      <w:pPr>
        <w:jc w:val="right"/>
      </w:pPr>
      <w:r>
        <w:t>کوئی آدمی مسلم پیدا ہو، مسلم گھر میں پیدا ہو یا non-Muslim گھر میں۔</w:t>
      </w:r>
    </w:p>
    <w:p>
      <w:r>
        <w:rPr>
          <w:b/>
        </w:rPr>
        <w:t xml:space="preserve">[1:00:41] </w:t>
      </w:r>
      <w:r>
        <w:t>donon ki halat ek hai.</w:t>
      </w:r>
    </w:p>
    <w:p>
      <w:pPr>
        <w:jc w:val="right"/>
      </w:pPr>
      <w:r>
        <w:t>دونوں کی حالت ایک ہے۔</w:t>
      </w:r>
    </w:p>
    <w:p>
      <w:r>
        <w:rPr>
          <w:b/>
        </w:rPr>
        <w:t xml:space="preserve">[1:00:45] </w:t>
      </w:r>
      <w:r>
        <w:t>har ek ko har ek ko sachai ko daryaft karna hai.</w:t>
      </w:r>
    </w:p>
    <w:p>
      <w:pPr>
        <w:jc w:val="right"/>
      </w:pPr>
      <w:r>
        <w:t>ہر ایک کو ہر ایک کو سچائی کو دریافت کرنا ہے۔</w:t>
      </w:r>
    </w:p>
    <w:p>
      <w:r>
        <w:rPr>
          <w:b/>
        </w:rPr>
        <w:t xml:space="preserve">[1:00:50] </w:t>
      </w:r>
      <w:r>
        <w:t>har ek ko sachai ko daryaft karna hai.</w:t>
      </w:r>
    </w:p>
    <w:p>
      <w:pPr>
        <w:jc w:val="right"/>
      </w:pPr>
      <w:r>
        <w:t>ہر ایک کو سچائی کو دریافت کرنا ہے۔</w:t>
      </w:r>
    </w:p>
    <w:p>
      <w:r>
        <w:rPr>
          <w:b/>
        </w:rPr>
        <w:t xml:space="preserve">[1:00:54] </w:t>
      </w:r>
      <w:r>
        <w:t>isi liye quran mein aaya hai ke ya aap ghor kijiye is ka matlab kya hai? Ae iman</w:t>
      </w:r>
    </w:p>
    <w:p>
      <w:pPr>
        <w:jc w:val="right"/>
      </w:pPr>
      <w:r>
        <w:t>اسی لیے قرآن میں آیا ہے کہ یا آپ غور کیجیے اس کا مطلب کیا ہے؟ اے ایمان</w:t>
      </w:r>
    </w:p>
    <w:p>
      <w:r>
        <w:rPr>
          <w:b/>
        </w:rPr>
        <w:t xml:space="preserve">[1:00:59] </w:t>
      </w:r>
      <w:r>
        <w:t>laye, ae iman lanay walon iman lao.</w:t>
      </w:r>
    </w:p>
    <w:p>
      <w:pPr>
        <w:jc w:val="right"/>
      </w:pPr>
      <w:r>
        <w:t>لائے، اے ایمان لانے والوں ایمان لاؤ۔</w:t>
      </w:r>
    </w:p>
    <w:p>
      <w:r>
        <w:rPr>
          <w:b/>
        </w:rPr>
        <w:t xml:space="preserve">[1:01:03] </w:t>
      </w:r>
      <w:r>
        <w:t>kya matlab is ka? Ya ayyuha al-nas keh kar bhi ek quran mein kaha gaya hai.</w:t>
      </w:r>
    </w:p>
    <w:p>
      <w:pPr>
        <w:jc w:val="right"/>
      </w:pPr>
      <w:r>
        <w:t>کیا مطلب اس کا؟ یا ایہا الناس کہہ کر بھی ایک قرآن میں کہا گیا ہے۔</w:t>
      </w:r>
    </w:p>
    <w:p>
      <w:r>
        <w:rPr>
          <w:b/>
        </w:rPr>
        <w:t xml:space="preserve">[1:01:08] </w:t>
      </w:r>
      <w:r>
        <w:t>aur ya ayyuha allazina amanu se bhi keh kar bhi yahi kaha gaya hai.</w:t>
      </w:r>
    </w:p>
    <w:p>
      <w:pPr>
        <w:jc w:val="right"/>
      </w:pPr>
      <w:r>
        <w:t>اور یا ایہا الذین آمنوا سے بھی کہہ کر بھی یہی کہا گیا ہے۔</w:t>
      </w:r>
    </w:p>
    <w:p>
      <w:r>
        <w:rPr>
          <w:b/>
        </w:rPr>
        <w:t xml:space="preserve">[1:01:13] </w:t>
      </w:r>
      <w:r>
        <w:t>yeh yeh farq hi galat hai, yeh ek categorization galat hai yeh.</w:t>
      </w:r>
    </w:p>
    <w:p>
      <w:pPr>
        <w:jc w:val="right"/>
      </w:pPr>
      <w:r>
        <w:t>یہ یہ فرق ہی غلط ہے، یہ ایک categorization غلط ہے یہ۔</w:t>
      </w:r>
    </w:p>
    <w:p>
      <w:r>
        <w:rPr>
          <w:b/>
        </w:rPr>
        <w:t xml:space="preserve">[1:01:17] </w:t>
      </w:r>
      <w:r>
        <w:t>yeh sachai ko bohat hi kam samajhna hai.</w:t>
      </w:r>
    </w:p>
    <w:p>
      <w:pPr>
        <w:jc w:val="right"/>
      </w:pPr>
      <w:r>
        <w:t>یہ سچائی کو بہت ہی کم سمجھنا ہے۔</w:t>
      </w:r>
    </w:p>
    <w:p>
      <w:r>
        <w:rPr>
          <w:b/>
        </w:rPr>
        <w:t xml:space="preserve">[1:01:22] </w:t>
      </w:r>
      <w:r>
        <w:t>sachai ke muamle ko bohat kam samajhna hai.</w:t>
      </w:r>
    </w:p>
    <w:p>
      <w:pPr>
        <w:jc w:val="right"/>
      </w:pPr>
      <w:r>
        <w:t>سچائی کے معاملے کو بہت کم سمجھنا ہے۔</w:t>
      </w:r>
    </w:p>
    <w:p>
      <w:r>
        <w:rPr>
          <w:b/>
        </w:rPr>
        <w:t xml:space="preserve">[1:01:26] </w:t>
      </w:r>
      <w:r>
        <w:t>har aadmi ko conscious level par discover karna hai sachai ko.</w:t>
      </w:r>
    </w:p>
    <w:p>
      <w:pPr>
        <w:jc w:val="right"/>
      </w:pPr>
      <w:r>
        <w:t>ہر آدمی کو conscious level پر discover کرنا ہے سچائی کو۔</w:t>
      </w:r>
    </w:p>
    <w:p>
      <w:r>
        <w:rPr>
          <w:b/>
        </w:rPr>
        <w:t xml:space="preserve">[1:01:31] </w:t>
      </w:r>
      <w:r>
        <w:t>isi waqt is ke andar conviction aaye ga aur yaqeen aaye ga.</w:t>
      </w:r>
    </w:p>
    <w:p>
      <w:pPr>
        <w:jc w:val="right"/>
      </w:pPr>
      <w:r>
        <w:t>اسی وقت اس کے اندر conviction آئے گا اور یقین آئے گا۔</w:t>
      </w:r>
    </w:p>
    <w:p>
      <w:r>
        <w:rPr>
          <w:b/>
        </w:rPr>
        <w:t xml:space="preserve">[1:01:35] </w:t>
      </w:r>
      <w:r>
        <w:t>jo aisa nahi kare ga to is ke liye mazhab ya sachai aik aik rasmi yani aik rasmi cheez hogi.</w:t>
      </w:r>
    </w:p>
    <w:p>
      <w:pPr>
        <w:jc w:val="right"/>
      </w:pPr>
      <w:r>
        <w:t>جو ایسا نہیں کرے گا تو اس کے لیے مذہب یا سچائی ایک ایک رسمی یعنی ایک رسمی چیز ہوگی۔</w:t>
      </w:r>
    </w:p>
    <w:p>
      <w:r>
        <w:rPr>
          <w:b/>
        </w:rPr>
        <w:t xml:space="preserve">[1:01:40] </w:t>
      </w:r>
      <w:r>
        <w:t>kuch munh se bol, kuch munh se bolay hue alfaaz honge bas.</w:t>
      </w:r>
    </w:p>
    <w:p>
      <w:pPr>
        <w:jc w:val="right"/>
      </w:pPr>
      <w:r>
        <w:t>کچھ منہ سے بول، کچھ منہ سے بولے ہوئے الفاظ ہوں گے بس۔</w:t>
      </w:r>
    </w:p>
    <w:p>
      <w:r>
        <w:rPr>
          <w:b/>
        </w:rPr>
        <w:t xml:space="preserve">[1:01:45] </w:t>
      </w:r>
      <w:r>
        <w:t>woh kuch bhi is ki koi haqeeqat nahi hai.</w:t>
      </w:r>
    </w:p>
    <w:p>
      <w:pPr>
        <w:jc w:val="right"/>
      </w:pPr>
      <w:r>
        <w:t>وہ کچھ بھی اس کی کوئی حقیقت نہیں ہے۔</w:t>
      </w:r>
    </w:p>
    <w:p>
      <w:r>
        <w:rPr>
          <w:b/>
        </w:rPr>
        <w:t xml:space="preserve">[1:01:49] </w:t>
      </w:r>
      <w:r>
        <w:t>Allah ke nazdeek koi value nahi hai.</w:t>
      </w:r>
    </w:p>
    <w:p>
      <w:pPr>
        <w:jc w:val="right"/>
      </w:pPr>
      <w:r>
        <w:t>اللہ کے نزدیک کوئی value نہیں ہے۔</w:t>
      </w:r>
    </w:p>
    <w:p>
      <w:r>
        <w:rPr>
          <w:b/>
        </w:rPr>
        <w:t xml:space="preserve">[1:01:54] </w:t>
      </w:r>
      <w:r>
        <w:t>mamma arfo min al-haq jo Quran majeed mein hai to wohi har aik ka hai.</w:t>
      </w:r>
    </w:p>
    <w:p>
      <w:pPr>
        <w:jc w:val="right"/>
      </w:pPr>
      <w:r>
        <w:t>مما عرفوا من الحق جو قرآن مجید میں ہے تو وہی ہر ایک کا ہے۔</w:t>
      </w:r>
    </w:p>
    <w:p>
      <w:r>
        <w:rPr>
          <w:b/>
        </w:rPr>
        <w:t xml:space="preserve">[1:01:58] </w:t>
      </w:r>
      <w:r>
        <w:t>ke aap ko marfat ke darjay mein hasil karna hai sachai ko.</w:t>
      </w:r>
    </w:p>
    <w:p>
      <w:pPr>
        <w:jc w:val="right"/>
      </w:pPr>
      <w:r>
        <w:t>کہ آپ کو معرفت کے درجے میں حاصل کرنا ہے سچائی کو۔</w:t>
      </w:r>
    </w:p>
    <w:p>
      <w:r>
        <w:rPr>
          <w:b/>
        </w:rPr>
        <w:t xml:space="preserve">[1:02:03] </w:t>
      </w:r>
      <w:r>
        <w:t>tab woh sachai aap ke liye sachai hai warna woh kuch bhi nahi, nothing.</w:t>
      </w:r>
    </w:p>
    <w:p>
      <w:pPr>
        <w:jc w:val="right"/>
      </w:pPr>
      <w:r>
        <w:t>تب وہ سچائی آپ کے لیے سچائی ہے ورنہ وہ کچھ بھی نہیں، nothing۔</w:t>
      </w:r>
    </w:p>
    <w:p>
      <w:r>
        <w:rPr>
          <w:b/>
        </w:rPr>
        <w:t xml:space="preserve">[1:02:07] </w:t>
      </w:r>
      <w:r>
        <w:t>Maulana agla question lene se pehle aik comment parhna chahenge jo Ajmer se Dr. Safina Tabassum ne bheja hai.</w:t>
      </w:r>
    </w:p>
    <w:p>
      <w:pPr>
        <w:jc w:val="right"/>
      </w:pPr>
      <w:r>
        <w:t>Maulana اگلا question لینے سے پہلے ایک comment پڑھنا چاہیں گے جو اجمیر سے ڈاکٹر سفینہ تبسم نے بھیجا ہے۔</w:t>
      </w:r>
    </w:p>
    <w:p>
      <w:r>
        <w:rPr>
          <w:b/>
        </w:rPr>
        <w:t xml:space="preserve">[1:02:12] </w:t>
      </w:r>
      <w:r>
        <w:t>unhon ne likha hai: Maulana I Allah reward you immensely for your endless efforts to present the real Islam.</w:t>
      </w:r>
    </w:p>
    <w:p>
      <w:pPr>
        <w:jc w:val="right"/>
      </w:pPr>
      <w:r>
        <w:t>انہوں نے لکھا ہے: Maulana میں اللہ reward you immensely for your endless efforts to present the real اسلام۔</w:t>
      </w:r>
    </w:p>
    <w:p>
      <w:r>
        <w:rPr>
          <w:b/>
        </w:rPr>
        <w:t xml:space="preserve">[1:02:17] </w:t>
      </w:r>
      <w:r>
        <w:t>And may Allah guide us to help you in this mission always.</w:t>
      </w:r>
    </w:p>
    <w:p>
      <w:pPr>
        <w:jc w:val="right"/>
      </w:pPr>
      <w:r>
        <w:t>And may اللہ guide us to help you in this mission always۔</w:t>
      </w:r>
    </w:p>
    <w:p>
      <w:r>
        <w:rPr>
          <w:b/>
        </w:rPr>
        <w:t xml:space="preserve">[1:02:21] </w:t>
      </w:r>
      <w:r>
        <w:t>Maulana agla sawal Pakistan se aaya hai Ms. Salma ka.</w:t>
      </w:r>
    </w:p>
    <w:p>
      <w:pPr>
        <w:jc w:val="right"/>
      </w:pPr>
      <w:r>
        <w:t>Maulana اگلا سوال پاکستان سے آیا ہے مس سلمہ کا۔</w:t>
      </w:r>
    </w:p>
    <w:p>
      <w:r>
        <w:rPr>
          <w:b/>
        </w:rPr>
        <w:t xml:space="preserve">[1:02:26] </w:t>
      </w:r>
      <w:r>
        <w:t>unhon ne likha hai: Maulana sahib my life is dedicated to promote your ideology and philosophy among educated</w:t>
      </w:r>
    </w:p>
    <w:p>
      <w:pPr>
        <w:jc w:val="right"/>
      </w:pPr>
      <w:r>
        <w:t>انہوں نے لکھا ہے: Maulana صاحب my life is dedicated to promote your ideology and philosophy among educated</w:t>
      </w:r>
    </w:p>
    <w:p>
      <w:r>
        <w:rPr>
          <w:b/>
        </w:rPr>
        <w:t xml:space="preserve">[1:02:30] </w:t>
      </w:r>
      <w:r>
        <w:t>elites in Pakistan.</w:t>
      </w:r>
    </w:p>
    <w:p>
      <w:pPr>
        <w:jc w:val="right"/>
      </w:pPr>
      <w:r>
        <w:t>elites in Pakistan۔</w:t>
      </w:r>
    </w:p>
    <w:p>
      <w:r>
        <w:rPr>
          <w:b/>
        </w:rPr>
        <w:t xml:space="preserve">[1:02:35] </w:t>
      </w:r>
      <w:r>
        <w:t>Few days ago I saw a dream that I and you are standing in a plain and barren</w:t>
      </w:r>
    </w:p>
    <w:p>
      <w:pPr>
        <w:jc w:val="right"/>
      </w:pPr>
      <w:r>
        <w:t>Few days ago I saw a dream that I and you are standing in a plain and barren</w:t>
      </w:r>
    </w:p>
    <w:p>
      <w:r>
        <w:rPr>
          <w:b/>
        </w:rPr>
        <w:t xml:space="preserve">[1:02:39] </w:t>
      </w:r>
      <w:r>
        <w:t>field and we both are crying profusely.</w:t>
      </w:r>
    </w:p>
    <w:p>
      <w:pPr>
        <w:jc w:val="right"/>
      </w:pPr>
      <w:r>
        <w:t>field and we both are crying profusely۔</w:t>
      </w:r>
    </w:p>
    <w:p>
      <w:r>
        <w:rPr>
          <w:b/>
        </w:rPr>
        <w:t xml:space="preserve">[1:02:44] </w:t>
      </w:r>
      <w:r>
        <w:t>I left my kids in a nearby building before coming to you.</w:t>
      </w:r>
    </w:p>
    <w:p>
      <w:pPr>
        <w:jc w:val="right"/>
      </w:pPr>
      <w:r>
        <w:t>I left my kids in a nearby building before coming to you۔</w:t>
      </w:r>
    </w:p>
    <w:p>
      <w:r>
        <w:rPr>
          <w:b/>
        </w:rPr>
        <w:t xml:space="preserve">[1:02:48] </w:t>
      </w:r>
      <w:r>
        <w:t>While we both are crying you are telling me to do something.</w:t>
      </w:r>
    </w:p>
    <w:p>
      <w:pPr>
        <w:jc w:val="right"/>
      </w:pPr>
      <w:r>
        <w:t>While we both are crying you are telling me to do something۔</w:t>
      </w:r>
    </w:p>
    <w:p>
      <w:r>
        <w:rPr>
          <w:b/>
        </w:rPr>
        <w:t xml:space="preserve">[1:02:53] </w:t>
      </w:r>
      <w:r>
        <w:t>After talking to you I came back to the building and found my kids safe and playing.</w:t>
      </w:r>
    </w:p>
    <w:p>
      <w:pPr>
        <w:jc w:val="right"/>
      </w:pPr>
      <w:r>
        <w:t>After talking to you I came back to the building and found my kids safe and playing۔</w:t>
      </w:r>
    </w:p>
    <w:p>
      <w:r>
        <w:rPr>
          <w:b/>
        </w:rPr>
        <w:t xml:space="preserve">[1:02:58] </w:t>
      </w:r>
      <w:r>
        <w:t>Does this reflect about the importance of dawah work? Please tell me.</w:t>
      </w:r>
    </w:p>
    <w:p>
      <w:pPr>
        <w:jc w:val="right"/>
      </w:pPr>
      <w:r>
        <w:t>Does this reflect about the importance of دعویٰ work؟ Please tell me۔</w:t>
      </w:r>
    </w:p>
    <w:p>
      <w:r>
        <w:rPr>
          <w:b/>
        </w:rPr>
        <w:t xml:space="preserve">[1:03:02] </w:t>
      </w:r>
      <w:r>
        <w:t>beh-haal khwab ka achhay hi matlab lena chahiye.</w:t>
      </w:r>
    </w:p>
    <w:p>
      <w:pPr>
        <w:jc w:val="right"/>
      </w:pPr>
      <w:r>
        <w:t>بہرحال خواب کا اچھے ہی مطلب لینا چاہیے۔</w:t>
      </w:r>
    </w:p>
    <w:p>
      <w:r>
        <w:rPr>
          <w:b/>
        </w:rPr>
        <w:t xml:space="preserve">[1:03:07] </w:t>
      </w:r>
      <w:r>
        <w:t>kuch acha hi matlab hoga, abhi to mujhe samajh nahi aayi ke khwab ka kya matlab hai.</w:t>
      </w:r>
    </w:p>
    <w:p>
      <w:pPr>
        <w:jc w:val="right"/>
      </w:pPr>
      <w:r>
        <w:t>کچھ اچھا ہی مطلب ہوگا، ابھی تو مجھے سمجھ نہیں آئی کہ خواب کا کیا مطلب ہے۔</w:t>
      </w:r>
    </w:p>
    <w:p>
      <w:r>
        <w:rPr>
          <w:b/>
        </w:rPr>
        <w:t xml:space="preserve">[1:03:11] </w:t>
      </w:r>
      <w:r>
        <w:t>lekin beh-haal is ka acha matlab lijiyey.</w:t>
      </w:r>
    </w:p>
    <w:p>
      <w:pPr>
        <w:jc w:val="right"/>
      </w:pPr>
      <w:r>
        <w:t>لیکن بہرحال اس کا اچھا مطلب لیجیے۔</w:t>
      </w:r>
    </w:p>
    <w:p>
      <w:r>
        <w:rPr>
          <w:b/>
        </w:rPr>
        <w:t xml:space="preserve">[1:03:16] </w:t>
      </w:r>
      <w:r>
        <w:t>jo aap ne acha matlab liya hai wohi theek hai.</w:t>
      </w:r>
    </w:p>
    <w:p>
      <w:pPr>
        <w:jc w:val="right"/>
      </w:pPr>
      <w:r>
        <w:t>جو آپ نے اچھا مطلب لیا ہے وہی ٹھیک ہے۔</w:t>
      </w:r>
    </w:p>
    <w:p>
      <w:r>
        <w:rPr>
          <w:b/>
        </w:rPr>
        <w:t xml:space="preserve">[1:03:20] </w:t>
      </w:r>
      <w:r>
        <w:t>Maulana agla sawal Hyderabad se hai.</w:t>
      </w:r>
    </w:p>
    <w:p>
      <w:pPr>
        <w:jc w:val="right"/>
      </w:pPr>
      <w:r>
        <w:t>Maulana اگلا سوال حیدرآباد سے ہے۔</w:t>
      </w:r>
    </w:p>
    <w:p>
      <w:r>
        <w:rPr>
          <w:b/>
        </w:rPr>
        <w:t xml:space="preserve">[1:03:25] </w:t>
      </w:r>
      <w:r>
        <w:t>Maulana Sanaullah Khan sahib ka.</w:t>
      </w:r>
    </w:p>
    <w:p>
      <w:pPr>
        <w:jc w:val="right"/>
      </w:pPr>
      <w:r>
        <w:t>Maulana ثناء اللہ خان صاحب کا۔</w:t>
      </w:r>
    </w:p>
    <w:p>
      <w:r>
        <w:rPr>
          <w:b/>
        </w:rPr>
        <w:t xml:space="preserve">[1:03:30] </w:t>
      </w:r>
      <w:r>
        <w:t>Unhon ne likha hai: Islam ko rational aur historical andaaz mein pesh karne ke liye kin kitabon ka</w:t>
      </w:r>
    </w:p>
    <w:p>
      <w:pPr>
        <w:jc w:val="right"/>
      </w:pPr>
      <w:r>
        <w:t>انہوں نے لکھا ہے: اسلام کو rational اور historical انداز میں پیش کرنے کے لیے کن کتابوں کا</w:t>
      </w:r>
    </w:p>
    <w:p>
      <w:r>
        <w:rPr>
          <w:b/>
        </w:rPr>
        <w:t xml:space="preserve">[1:03:34] </w:t>
      </w:r>
      <w:r>
        <w:t>mutala karna chahiye? Is ke bare mein bataein.</w:t>
      </w:r>
    </w:p>
    <w:p>
      <w:pPr>
        <w:jc w:val="right"/>
      </w:pPr>
      <w:r>
        <w:t>مطالعہ کرنا چاہیے؟ اس کے بارے میں بتائیں۔</w:t>
      </w:r>
    </w:p>
    <w:p>
      <w:r>
        <w:rPr>
          <w:b/>
        </w:rPr>
        <w:t xml:space="preserve">[1:03:39] </w:t>
      </w:r>
      <w:r>
        <w:t>Dekhiye main kisi ek kitab ka hawala nahi de sakta.</w:t>
      </w:r>
    </w:p>
    <w:p>
      <w:pPr>
        <w:jc w:val="right"/>
      </w:pPr>
      <w:r>
        <w:t>دیکھیے میں کسی ایک کتاب کا حوالہ نہیں دے سکتا۔</w:t>
      </w:r>
    </w:p>
    <w:p>
      <w:r>
        <w:rPr>
          <w:b/>
        </w:rPr>
        <w:t xml:space="preserve">[1:03:43] </w:t>
      </w:r>
      <w:r>
        <w:t>Kitaben to bohat si parhni parti hain.</w:t>
      </w:r>
    </w:p>
    <w:p>
      <w:pPr>
        <w:jc w:val="right"/>
      </w:pPr>
      <w:r>
        <w:t>کتابیں تو بہت سی پڑھنی پڑتی ہیں۔</w:t>
      </w:r>
    </w:p>
    <w:p>
      <w:r>
        <w:rPr>
          <w:b/>
        </w:rPr>
        <w:t xml:space="preserve">[1:03:48] </w:t>
      </w:r>
      <w:r>
        <w:t>Sirf main yeh keh sakta hoon ke maine khud jo zindagi mein parha hai is pehlu se</w:t>
      </w:r>
    </w:p>
    <w:p>
      <w:pPr>
        <w:jc w:val="right"/>
      </w:pPr>
      <w:r>
        <w:t>کسی ایک کتاب سے مسئلہ حل نہیں ہوتا ہے۔</w:t>
      </w:r>
    </w:p>
    <w:p>
      <w:r>
        <w:rPr>
          <w:b/>
        </w:rPr>
        <w:t xml:space="preserve">[1:03:52] </w:t>
      </w:r>
      <w:r>
        <w:t>to is ko main ne chand kitabon mein likha hai.</w:t>
      </w:r>
    </w:p>
    <w:p>
      <w:pPr>
        <w:jc w:val="right"/>
      </w:pPr>
      <w:r>
        <w:t>صرف میں یہ کہہ سکتا ہوں کہ میں نے خود جو زندگی میں پڑھا ہے اس پہلو سے</w:t>
      </w:r>
    </w:p>
    <w:p>
      <w:r>
        <w:rPr>
          <w:b/>
        </w:rPr>
        <w:t xml:space="preserve">[1:03:57] </w:t>
      </w:r>
      <w:r>
        <w:t>Is mein se taza kitab jo chhap rahi hai is ka naam hai Izhaar-e-Deen.</w:t>
      </w:r>
    </w:p>
    <w:p>
      <w:pPr>
        <w:jc w:val="right"/>
      </w:pPr>
      <w:r>
        <w:t>تو اس کو میں نے چند کتابوں میں لکھا ہے۔</w:t>
      </w:r>
    </w:p>
    <w:p>
      <w:r>
        <w:rPr>
          <w:b/>
        </w:rPr>
        <w:t xml:space="preserve">[1:04:02] </w:t>
      </w:r>
      <w:r>
        <w:t>Izhaar-e-Deen ki jo kitab hai jo saat sau pages se zyada ki hai is ka mozu yahi hai.</w:t>
      </w:r>
    </w:p>
    <w:p>
      <w:pPr>
        <w:jc w:val="right"/>
      </w:pPr>
      <w:r>
        <w:t>اس میں سے تازہ کتاب جو چھپ رہی ہے اس کا نام ہے اظہار دین۔</w:t>
      </w:r>
    </w:p>
    <w:p>
      <w:r>
        <w:rPr>
          <w:b/>
        </w:rPr>
        <w:t xml:space="preserve">[1:04:06] </w:t>
      </w:r>
      <w:r>
        <w:t>Yaani Islam ko Islam ko yaani reason ki language mein, language of reason mein pesh karna.</w:t>
      </w:r>
    </w:p>
    <w:p>
      <w:pPr>
        <w:jc w:val="right"/>
      </w:pPr>
      <w:r>
        <w:t>اظہار دین کی جو کتاب ہے جو سات سو pages سے زیادہ کی ہے اس کا موضوع یہی ہے۔</w:t>
      </w:r>
    </w:p>
    <w:p>
      <w:r>
        <w:rPr>
          <w:b/>
        </w:rPr>
        <w:t xml:space="preserve">[1:04:11] </w:t>
      </w:r>
      <w:r>
        <w:t>To main ne jo mutala kiya hai is ka ek nateeja tehqeeq is mein aap dekh sakte hain.</w:t>
      </w:r>
    </w:p>
    <w:p>
      <w:pPr>
        <w:jc w:val="right"/>
      </w:pPr>
      <w:r>
        <w:t>یعنی اسلام کو اسلام کو یعنی reason کی language میں، language of reason میں پیش کرنا۔</w:t>
      </w:r>
    </w:p>
    <w:p>
      <w:r>
        <w:rPr>
          <w:b/>
        </w:rPr>
        <w:t xml:space="preserve">[1:04:15] </w:t>
      </w:r>
      <w:r>
        <w:t>Baqi mutale ke liye yaad rakhiye jo do shakalain hoti hain.</w:t>
      </w:r>
    </w:p>
    <w:p>
      <w:pPr>
        <w:jc w:val="right"/>
      </w:pPr>
      <w:r>
        <w:t>تو میں نے جو مطالعہ کیا ہے اس کا ایک نتیجہ تحقیق اس میں آپ دیکھ سکتے ہیں۔</w:t>
      </w:r>
    </w:p>
    <w:p>
      <w:r>
        <w:rPr>
          <w:b/>
        </w:rPr>
        <w:t xml:space="preserve">[1:04:20] </w:t>
      </w:r>
      <w:r>
        <w:t>Ya to aap kisi par aitmad karein aur is ke zariye se aap jo kuch mil raha ho</w:t>
      </w:r>
    </w:p>
    <w:p>
      <w:pPr>
        <w:jc w:val="right"/>
      </w:pPr>
      <w:r>
        <w:t>باقی مطالعے کے لیے یاد رکھیے جو دو شکلیں ہوتی ہیں۔</w:t>
      </w:r>
    </w:p>
    <w:p>
      <w:r>
        <w:rPr>
          <w:b/>
        </w:rPr>
        <w:t xml:space="preserve">[1:04:24] </w:t>
      </w:r>
      <w:r>
        <w:t>wo wo le kar ke aur is se apna apne kaam ko aage barhaein.</w:t>
      </w:r>
    </w:p>
    <w:p>
      <w:pPr>
        <w:jc w:val="right"/>
      </w:pPr>
      <w:r>
        <w:t>یا تو آپ کسی پر اعتماد کریں اور اس کے ذریعے سے آپ جو کچھ مل رہا ہو</w:t>
      </w:r>
    </w:p>
    <w:p>
      <w:r>
        <w:rPr>
          <w:b/>
        </w:rPr>
        <w:t xml:space="preserve">[1:04:29] </w:t>
      </w:r>
      <w:r>
        <w:t>Dosra yeh ke khud aadmi discover karna chahe.</w:t>
      </w:r>
    </w:p>
    <w:p>
      <w:pPr>
        <w:jc w:val="right"/>
      </w:pPr>
      <w:r>
        <w:t>وہ وہ لے کر کے اور اس سے اپنا اپنے کام کو آگے بڑھائیں۔</w:t>
      </w:r>
    </w:p>
    <w:p>
      <w:r>
        <w:rPr>
          <w:b/>
        </w:rPr>
        <w:t xml:space="preserve">[1:04:33] </w:t>
      </w:r>
      <w:r>
        <w:t>To is ke liye to poora kutubkhana parhna parta hai.</w:t>
      </w:r>
    </w:p>
    <w:p>
      <w:pPr>
        <w:jc w:val="right"/>
      </w:pPr>
      <w:r>
        <w:t>دوسرا یہ کہ خود آدمی discover کرنا چاہے۔</w:t>
      </w:r>
    </w:p>
    <w:p>
      <w:r>
        <w:rPr>
          <w:b/>
        </w:rPr>
        <w:t xml:space="preserve">[1:04:38] </w:t>
      </w:r>
      <w:r>
        <w:t>Jis ke paas waqt ho wo poora kutubkhana parhe.</w:t>
      </w:r>
    </w:p>
    <w:p>
      <w:pPr>
        <w:jc w:val="right"/>
      </w:pPr>
      <w:r>
        <w:t>تو اس کے لیے تو پورا کتب خانہ پڑھنا پڑتا ہے۔</w:t>
      </w:r>
    </w:p>
    <w:p>
      <w:r>
        <w:rPr>
          <w:b/>
        </w:rPr>
        <w:t xml:space="preserve">[1:04:43] </w:t>
      </w:r>
      <w:r>
        <w:t>To waqt ka masla hai.</w:t>
      </w:r>
    </w:p>
    <w:p>
      <w:pPr>
        <w:jc w:val="right"/>
      </w:pPr>
      <w:r>
        <w:t>جس کے پاس وقت ہو وہ پورا کتب خانہ پڑھے۔</w:t>
      </w:r>
    </w:p>
    <w:p>
      <w:r>
        <w:rPr>
          <w:b/>
        </w:rPr>
        <w:t xml:space="preserve">[1:04:47] </w:t>
      </w:r>
      <w:r>
        <w:t>Kis ke paas waqt hai, kis ke paas waqt nahi hai.</w:t>
      </w:r>
    </w:p>
    <w:p>
      <w:pPr>
        <w:jc w:val="right"/>
      </w:pPr>
      <w:r>
        <w:t>تو وقت کا مسئلہ ہے۔</w:t>
      </w:r>
    </w:p>
    <w:p>
      <w:r>
        <w:rPr>
          <w:b/>
        </w:rPr>
        <w:t xml:space="preserve">[1:04:52] </w:t>
      </w:r>
      <w:r>
        <w:t>Main to Allah ke fazl se koi kaam hi duniya mein nahi kiya.</w:t>
      </w:r>
    </w:p>
    <w:p>
      <w:pPr>
        <w:jc w:val="right"/>
      </w:pPr>
      <w:r>
        <w:t>کس کے پاس وقت ہے، کس کے پاس وقت نہیں ہے۔</w:t>
      </w:r>
    </w:p>
    <w:p>
      <w:r>
        <w:rPr>
          <w:b/>
        </w:rPr>
        <w:t xml:space="preserve">[1:04:56] </w:t>
      </w:r>
      <w:r>
        <w:t>Mujhe na station se bhi, na paise se, na building se, kisi cheez se nahi.</w:t>
      </w:r>
    </w:p>
    <w:p>
      <w:pPr>
        <w:jc w:val="right"/>
      </w:pPr>
      <w:r>
        <w:t>میں تو اللہ کے فضل سے کوئی کام ہی دنیا میں نہیں کیا۔</w:t>
      </w:r>
    </w:p>
    <w:p>
      <w:r>
        <w:rPr>
          <w:b/>
        </w:rPr>
        <w:t xml:space="preserve">[1:05:01] </w:t>
      </w:r>
      <w:r>
        <w:t>Na bheed se.</w:t>
      </w:r>
    </w:p>
    <w:p>
      <w:pPr>
        <w:jc w:val="right"/>
      </w:pPr>
      <w:r>
        <w:t>مجھے نہ station سے بھی، نہ پیسے سے، نہ بلڈنگ سے، کسی چیز سے نہیں۔</w:t>
      </w:r>
    </w:p>
    <w:p>
      <w:r>
        <w:rPr>
          <w:b/>
        </w:rPr>
        <w:t xml:space="preserve">[1:05:05] </w:t>
      </w:r>
      <w:r>
        <w:t>To sirf parha, parha, parha, parha.</w:t>
      </w:r>
    </w:p>
    <w:p>
      <w:pPr>
        <w:jc w:val="right"/>
      </w:pPr>
      <w:r>
        <w:t>نہ بھیڑ سے۔</w:t>
      </w:r>
    </w:p>
    <w:p>
      <w:r>
        <w:rPr>
          <w:b/>
        </w:rPr>
        <w:t xml:space="preserve">[1:05:10] </w:t>
      </w:r>
      <w:r>
        <w:t>To main samajhta hoon ke self discovery ki price yeh hai ke aadmi kisi aur cheez ka shauq</w:t>
      </w:r>
    </w:p>
    <w:p>
      <w:pPr>
        <w:jc w:val="right"/>
      </w:pPr>
      <w:r>
        <w:t>تو صرف پڑھا، پڑھا، پڑھا، پڑھا۔</w:t>
      </w:r>
    </w:p>
    <w:p>
      <w:r>
        <w:rPr>
          <w:b/>
        </w:rPr>
        <w:t xml:space="preserve">[1:05:15] </w:t>
      </w:r>
      <w:r>
        <w:t>to mein samajhta hoon ke self discovery ki price yeh hai ke aadmi kisi aur cheez ka shauq</w:t>
      </w:r>
    </w:p>
    <w:p>
      <w:pPr>
        <w:jc w:val="right"/>
      </w:pPr>
      <w:r>
        <w:t>تو میں سمجھتا ہوں کہ self discovery کی price یہ ہے کہ آدمی کسی اور چیز کا شوق</w:t>
      </w:r>
    </w:p>
    <w:p>
      <w:r>
        <w:rPr>
          <w:b/>
        </w:rPr>
        <w:t xml:space="preserve">[1:05:19] </w:t>
      </w:r>
      <w:r>
        <w:t>is ke andar na ho.</w:t>
      </w:r>
    </w:p>
    <w:p>
      <w:pPr>
        <w:jc w:val="right"/>
      </w:pPr>
      <w:r>
        <w:t>اس کے اندر نہ ہو۔</w:t>
      </w:r>
    </w:p>
    <w:p>
      <w:r>
        <w:rPr>
          <w:b/>
        </w:rPr>
        <w:t xml:space="preserve">[1:05:24] </w:t>
      </w:r>
      <w:r>
        <w:t>mere andar khane aur parhne ka bhi shauq nahi hai.</w:t>
      </w:r>
    </w:p>
    <w:p>
      <w:pPr>
        <w:jc w:val="right"/>
      </w:pPr>
      <w:r>
        <w:t>میرے اندر کھانے اور پڑھنے کا بھی شوق نہیں ہے۔</w:t>
      </w:r>
    </w:p>
    <w:p>
      <w:r>
        <w:rPr>
          <w:b/>
        </w:rPr>
        <w:t xml:space="preserve">[1:05:28] </w:t>
      </w:r>
      <w:r>
        <w:t>sab cheez mujhe lagti hai ek sa.</w:t>
      </w:r>
    </w:p>
    <w:p>
      <w:pPr>
        <w:jc w:val="right"/>
      </w:pPr>
      <w:r>
        <w:t>سب چیز مجھے لگتی ہے ایک سا۔</w:t>
      </w:r>
    </w:p>
    <w:p>
      <w:r>
        <w:rPr>
          <w:b/>
        </w:rPr>
        <w:t xml:space="preserve">[1:05:33] </w:t>
      </w:r>
      <w:r>
        <w:t>to dekhiye do aadmi ke samne choice hai.</w:t>
      </w:r>
    </w:p>
    <w:p>
      <w:pPr>
        <w:jc w:val="right"/>
      </w:pPr>
      <w:r>
        <w:t>تو دیکھیے دو آدمی کے سامنے choice ہے۔</w:t>
      </w:r>
    </w:p>
    <w:p>
      <w:r>
        <w:rPr>
          <w:b/>
        </w:rPr>
        <w:t xml:space="preserve">[1:05:37] </w:t>
      </w:r>
      <w:r>
        <w:t>ya to kisi par aitmad kar ke us ke zariye jo mil raha ho us par apna zehn banao.</w:t>
      </w:r>
    </w:p>
    <w:p>
      <w:pPr>
        <w:jc w:val="right"/>
      </w:pPr>
      <w:r>
        <w:t>یا تو کسی پر اعتماد کر کے اس کے ذریعے جو مل رہا ہو اس پر اپنا ذہن بنائے۔</w:t>
      </w:r>
    </w:p>
    <w:p>
      <w:r>
        <w:rPr>
          <w:b/>
        </w:rPr>
        <w:t xml:space="preserve">[1:05:42] </w:t>
      </w:r>
      <w:r>
        <w:t>aur agar woh self discovery chahta hai to phir us ko ek har shauq ko chhodna padega.</w:t>
      </w:r>
    </w:p>
    <w:p>
      <w:pPr>
        <w:jc w:val="right"/>
      </w:pPr>
      <w:r>
        <w:t>اور اگر وہ self discovery چاہتا ہے تو پھر اس کو ایک ہر شوق کو چھوڑنا پڑے گا۔</w:t>
      </w:r>
    </w:p>
    <w:p>
      <w:r>
        <w:rPr>
          <w:b/>
        </w:rPr>
        <w:t xml:space="preserve">[1:05:46] </w:t>
      </w:r>
      <w:r>
        <w:t>har habit ko chhodna padega.</w:t>
      </w:r>
    </w:p>
    <w:p>
      <w:pPr>
        <w:jc w:val="right"/>
      </w:pPr>
      <w:r>
        <w:t>ہر habit کو چھوڑنا پڑے گا۔</w:t>
      </w:r>
    </w:p>
    <w:p>
      <w:r>
        <w:rPr>
          <w:b/>
        </w:rPr>
        <w:t xml:space="preserve">[1:05:51] </w:t>
      </w:r>
      <w:r>
        <w:t>apne ko dedicate karna padega.</w:t>
      </w:r>
    </w:p>
    <w:p>
      <w:pPr>
        <w:jc w:val="right"/>
      </w:pPr>
      <w:r>
        <w:t>اپنے کو dedicate کرنا پڑے گا۔</w:t>
      </w:r>
    </w:p>
    <w:p>
      <w:r>
        <w:rPr>
          <w:b/>
        </w:rPr>
        <w:t xml:space="preserve">[1:05:56] </w:t>
      </w:r>
      <w:r>
        <w:t>mutale ke liye sab se pehle.</w:t>
      </w:r>
    </w:p>
    <w:p>
      <w:pPr>
        <w:jc w:val="right"/>
      </w:pPr>
      <w:r>
        <w:t>مطالعے کے لیے سب سے پہلے۔</w:t>
      </w:r>
    </w:p>
    <w:p>
      <w:r>
        <w:rPr>
          <w:b/>
        </w:rPr>
        <w:t xml:space="preserve">[1:06:00] </w:t>
      </w:r>
      <w:r>
        <w:t>chaalis pachas saal tak us ko parhna padega.</w:t>
      </w:r>
    </w:p>
    <w:p>
      <w:pPr>
        <w:jc w:val="right"/>
      </w:pPr>
      <w:r>
        <w:t>چالیس پچاس سال تک اس کو پڑھنا پڑے گا۔</w:t>
      </w:r>
    </w:p>
    <w:p>
      <w:r>
        <w:rPr>
          <w:b/>
        </w:rPr>
        <w:t xml:space="preserve">[1:06:05] </w:t>
      </w:r>
      <w:r>
        <w:t>jaise ek qissa maine parha.</w:t>
      </w:r>
    </w:p>
    <w:p>
      <w:pPr>
        <w:jc w:val="right"/>
      </w:pPr>
      <w:r>
        <w:t>جیسے ایک قصہ میں نے پڑھا۔</w:t>
      </w:r>
    </w:p>
    <w:p>
      <w:r>
        <w:rPr>
          <w:b/>
        </w:rPr>
        <w:t xml:space="preserve">[1:06:09] </w:t>
      </w:r>
      <w:r>
        <w:t>Maulana ameen hasan islahi sahab se mile.</w:t>
      </w:r>
    </w:p>
    <w:p>
      <w:pPr>
        <w:jc w:val="right"/>
      </w:pPr>
      <w:r>
        <w:t>Maulana امین حسن اصلاحی صاحب سے ملے۔</w:t>
      </w:r>
    </w:p>
    <w:p>
      <w:r>
        <w:rPr>
          <w:b/>
        </w:rPr>
        <w:t xml:space="preserve">[1:06:14] </w:t>
      </w:r>
      <w:r>
        <w:t>ek hain Maulana javed ghamdi.</w:t>
      </w:r>
    </w:p>
    <w:p>
      <w:pPr>
        <w:jc w:val="right"/>
      </w:pPr>
      <w:r>
        <w:t>ایک ہیں Maulana جاوید غامدی۔</w:t>
      </w:r>
    </w:p>
    <w:p>
      <w:r>
        <w:rPr>
          <w:b/>
        </w:rPr>
        <w:t xml:space="preserve">[1:06:18] </w:t>
      </w:r>
      <w:r>
        <w:t>aaj kal malaysia mein rehte hain woh.</w:t>
      </w:r>
    </w:p>
    <w:p>
      <w:pPr>
        <w:jc w:val="right"/>
      </w:pPr>
      <w:r>
        <w:t>آج کل ملیشیا میں رہتے ہیں وہ۔</w:t>
      </w:r>
    </w:p>
    <w:p>
      <w:r>
        <w:rPr>
          <w:b/>
        </w:rPr>
        <w:t xml:space="preserve">[1:06:23] </w:t>
      </w:r>
      <w:r>
        <w:t>un se unhon ne yeh sawal kiya.</w:t>
      </w:r>
    </w:p>
    <w:p>
      <w:pPr>
        <w:jc w:val="right"/>
      </w:pPr>
      <w:r>
        <w:t>ان سے انہوں نے یہ سوال کیا۔</w:t>
      </w:r>
    </w:p>
    <w:p>
      <w:r>
        <w:rPr>
          <w:b/>
        </w:rPr>
        <w:t xml:space="preserve">[1:06:28] </w:t>
      </w:r>
      <w:r>
        <w:t>unhon ne kaha ke chaalis saal parho.</w:t>
      </w:r>
    </w:p>
    <w:p>
      <w:pPr>
        <w:jc w:val="right"/>
      </w:pPr>
      <w:r>
        <w:t>انہوں نے کہا کہ چالیس سال پڑھو۔</w:t>
      </w:r>
    </w:p>
    <w:p>
      <w:r>
        <w:rPr>
          <w:b/>
        </w:rPr>
        <w:t xml:space="preserve">[1:06:32] </w:t>
      </w:r>
      <w:r>
        <w:t>sab kaam band kar ke.</w:t>
      </w:r>
    </w:p>
    <w:p>
      <w:pPr>
        <w:jc w:val="right"/>
      </w:pPr>
      <w:r>
        <w:t>سب کام بند کر کے۔</w:t>
      </w:r>
    </w:p>
    <w:p>
      <w:r>
        <w:rPr>
          <w:b/>
        </w:rPr>
        <w:t xml:space="preserve">[1:06:37] </w:t>
      </w:r>
      <w:r>
        <w:t>chaalis saal tak koi kaam nahi.</w:t>
      </w:r>
    </w:p>
    <w:p>
      <w:pPr>
        <w:jc w:val="right"/>
      </w:pPr>
      <w:r>
        <w:t>چالیس سال تک کوئی کام نہیں۔</w:t>
      </w:r>
    </w:p>
    <w:p>
      <w:r>
        <w:rPr>
          <w:b/>
        </w:rPr>
        <w:t xml:space="preserve">[1:06:41] </w:t>
      </w:r>
      <w:r>
        <w:t>parhte raho, parhte raho, parhte raho chaalis saal tak.</w:t>
      </w:r>
    </w:p>
    <w:p>
      <w:pPr>
        <w:jc w:val="right"/>
      </w:pPr>
      <w:r>
        <w:t>پڑھتے رہو، پڑھتے رہو، پڑھتے رہو چالیس سال تک۔</w:t>
      </w:r>
    </w:p>
    <w:p>
      <w:r>
        <w:rPr>
          <w:b/>
        </w:rPr>
        <w:t xml:space="preserve">[1:06:46] </w:t>
      </w:r>
      <w:r>
        <w:t>to tum pahunch jaoge.</w:t>
      </w:r>
    </w:p>
    <w:p>
      <w:pPr>
        <w:jc w:val="right"/>
      </w:pPr>
      <w:r>
        <w:t>تو تم پہنچ جاؤ گے۔</w:t>
      </w:r>
    </w:p>
    <w:p>
      <w:r>
        <w:rPr>
          <w:b/>
        </w:rPr>
        <w:t xml:space="preserve">[1:06:50] </w:t>
      </w:r>
      <w:r>
        <w:t>to ya to aadmi khud chaalis saal tak parhe lekin har shauq ko chhodna padega us ko.</w:t>
      </w:r>
    </w:p>
    <w:p>
      <w:pPr>
        <w:jc w:val="right"/>
      </w:pPr>
      <w:r>
        <w:t>تو یا تو آدمی خود چالیس سال تک پڑھے لیکن ہر شوق کو چھوڑنا پڑے گا اس کو۔</w:t>
      </w:r>
    </w:p>
    <w:p>
      <w:r>
        <w:rPr>
          <w:b/>
        </w:rPr>
        <w:t xml:space="preserve">[1:06:55] </w:t>
      </w:r>
      <w:r>
        <w:t>yeh nahi ke aap us doosre shauq mein jaari rahen.</w:t>
      </w:r>
    </w:p>
    <w:p>
      <w:pPr>
        <w:jc w:val="right"/>
      </w:pPr>
      <w:r>
        <w:t>یہ نہیں کہ آپ اس دوسرے شوق میں جاری رہیں۔</w:t>
      </w:r>
    </w:p>
    <w:p>
      <w:r>
        <w:rPr>
          <w:b/>
        </w:rPr>
        <w:t xml:space="preserve">[1:07:00] </w:t>
      </w:r>
      <w:r>
        <w:t>aur yeh bhi jaari rahe to nahi ho sakta.</w:t>
      </w:r>
    </w:p>
    <w:p>
      <w:pPr>
        <w:jc w:val="right"/>
      </w:pPr>
      <w:r>
        <w:t>اور یہ بھی جاری رہے تو نہیں ہو سکتا۔</w:t>
      </w:r>
    </w:p>
    <w:p>
      <w:r>
        <w:rPr>
          <w:b/>
        </w:rPr>
        <w:t xml:space="preserve">[1:07:04] </w:t>
      </w:r>
      <w:r>
        <w:t>to ya to aap har shauq ko chhod kar ke sirf parhen, sirf parhen, sirf parhen.</w:t>
      </w:r>
    </w:p>
    <w:p>
      <w:pPr>
        <w:jc w:val="right"/>
      </w:pPr>
      <w:r>
        <w:t>تو یا تو آپ ہر شوق کو چھوڑ کر کے صرف پڑھیں، صرف پڑھیں، صرف پڑھیں۔</w:t>
      </w:r>
    </w:p>
    <w:p>
      <w:r>
        <w:rPr>
          <w:b/>
        </w:rPr>
        <w:t xml:space="preserve">[1:07:09] </w:t>
      </w:r>
      <w:r>
        <w:t>agar aap ke paas waqt nahi hai to phir kisi par bharosa kijiye.</w:t>
      </w:r>
    </w:p>
    <w:p>
      <w:pPr>
        <w:jc w:val="right"/>
      </w:pPr>
      <w:r>
        <w:t>اگر آپ کے پاس وقت نہیں ہے تو پھر کسی پر بھروسہ کیجیے۔</w:t>
      </w:r>
    </w:p>
    <w:p>
      <w:r>
        <w:rPr>
          <w:b/>
        </w:rPr>
        <w:t xml:space="preserve">[1:07:13] </w:t>
      </w:r>
      <w:r>
        <w:t>kisi par aitmad kijiye.</w:t>
      </w:r>
    </w:p>
    <w:p>
      <w:pPr>
        <w:jc w:val="right"/>
      </w:pPr>
      <w:r>
        <w:t>کسی پر اعتماد کیجیے۔</w:t>
      </w:r>
    </w:p>
    <w:p>
      <w:r>
        <w:rPr>
          <w:b/>
        </w:rPr>
        <w:t xml:space="preserve">[1:07:18] </w:t>
      </w:r>
      <w:r>
        <w:t>aur to koi shakal nahi hai mere khayal se.</w:t>
      </w:r>
    </w:p>
    <w:p>
      <w:pPr>
        <w:jc w:val="right"/>
      </w:pPr>
      <w:r>
        <w:t>اور تو کوئی شکل نہیں ہے میرے خیال سے۔</w:t>
      </w:r>
    </w:p>
    <w:p>
      <w:r>
        <w:rPr>
          <w:b/>
        </w:rPr>
        <w:t xml:space="preserve">[1:07:22] </w:t>
      </w:r>
      <w:r>
        <w:t>jahan tak mera talluq hai maine allah ke fazl se yahi kiya. padha.</w:t>
      </w:r>
    </w:p>
    <w:p>
      <w:pPr>
        <w:jc w:val="right"/>
      </w:pPr>
      <w:r>
        <w:t>جہاں تک میرا تعلق ہے میں نے اللہ کے فضل سے یہی کیا۔ پڑھا۔</w:t>
      </w:r>
    </w:p>
    <w:p>
      <w:r>
        <w:rPr>
          <w:b/>
        </w:rPr>
        <w:t xml:space="preserve">[1:07:27] </w:t>
      </w:r>
      <w:r>
        <w:t>sari zindagi padhta raha, padhta raha, padhta.</w:t>
      </w:r>
    </w:p>
    <w:p>
      <w:pPr>
        <w:jc w:val="right"/>
      </w:pPr>
      <w:r>
        <w:t>ساری زندگی پڑھتا رہا، پڑھتا رہا، پڑھتا۔</w:t>
      </w:r>
    </w:p>
    <w:p>
      <w:r>
        <w:rPr>
          <w:b/>
        </w:rPr>
        <w:t xml:space="preserve">[1:07:31] </w:t>
      </w:r>
      <w:r>
        <w:t>to bohat si kitabein meri hain jo aap dekh sakte hain.</w:t>
      </w:r>
    </w:p>
    <w:p>
      <w:pPr>
        <w:jc w:val="right"/>
      </w:pPr>
      <w:r>
        <w:t>تو بہت سی کتابیں میری ہیں جو آپ دیکھ سکتے ہیں۔</w:t>
      </w:r>
    </w:p>
    <w:p>
      <w:r>
        <w:rPr>
          <w:b/>
        </w:rPr>
        <w:t xml:space="preserve">[1:07:36] </w:t>
      </w:r>
      <w:r>
        <w:t>taza kitab jo chhap chhap rahi hai wahi hai izhar deen.</w:t>
      </w:r>
    </w:p>
    <w:p>
      <w:pPr>
        <w:jc w:val="right"/>
      </w:pPr>
      <w:r>
        <w:t>تازہ کتاب جو چھپ چھپ رہی ہے وہی ہے اظہار دین۔</w:t>
      </w:r>
    </w:p>
    <w:p>
      <w:r>
        <w:rPr>
          <w:b/>
        </w:rPr>
        <w:t xml:space="preserve">[1:07:41] </w:t>
      </w:r>
      <w:r>
        <w:t>is ka khaas mozu yahi hai.</w:t>
      </w:r>
    </w:p>
    <w:p>
      <w:pPr>
        <w:jc w:val="right"/>
      </w:pPr>
      <w:r>
        <w:t>اس کا خاص موضوع یہی ہے۔</w:t>
      </w:r>
    </w:p>
    <w:p>
      <w:r>
        <w:rPr>
          <w:b/>
        </w:rPr>
        <w:t xml:space="preserve">[1:07:45] </w:t>
      </w:r>
      <w:r>
        <w:t>islam ko rational usool mein pesh karna.</w:t>
      </w:r>
    </w:p>
    <w:p>
      <w:pPr>
        <w:jc w:val="right"/>
      </w:pPr>
      <w:r>
        <w:t>اسلام کو rational اصول میں پیش کرنا۔</w:t>
      </w:r>
    </w:p>
    <w:p>
      <w:r>
        <w:rPr>
          <w:b/>
        </w:rPr>
        <w:t xml:space="preserve">[1:07:50] </w:t>
      </w:r>
      <w:r>
        <w:t>Maulana agla sawal haiderabad se hai.</w:t>
      </w:r>
    </w:p>
    <w:p>
      <w:pPr>
        <w:jc w:val="right"/>
      </w:pPr>
      <w:r>
        <w:t>Maulana اگلا سوال حیدرآباد سے ہے۔</w:t>
      </w:r>
    </w:p>
    <w:p>
      <w:r>
        <w:rPr>
          <w:b/>
        </w:rPr>
        <w:t xml:space="preserve">[1:07:54] </w:t>
      </w:r>
      <w:r>
        <w:t>zishan yusuf sahab ka.</w:t>
      </w:r>
    </w:p>
    <w:p>
      <w:pPr>
        <w:jc w:val="right"/>
      </w:pPr>
      <w:r>
        <w:t>ذیشان یوسف صاحب کا۔</w:t>
      </w:r>
    </w:p>
    <w:p>
      <w:r>
        <w:rPr>
          <w:b/>
        </w:rPr>
        <w:t xml:space="preserve">[1:07:59] </w:t>
      </w:r>
      <w:r>
        <w:t>unhon ne aap se poocha hai ke what is the process of becoming sincere? is ke bare mein batayein.</w:t>
      </w:r>
    </w:p>
    <w:p>
      <w:pPr>
        <w:jc w:val="right"/>
      </w:pPr>
      <w:r>
        <w:t>انہوں نے آپ سے پوچھا ہے کہ what is the process of becoming sincere؟ اس کے بارے میں بتائیں۔</w:t>
      </w:r>
    </w:p>
    <w:p>
      <w:r>
        <w:rPr>
          <w:b/>
        </w:rPr>
        <w:t xml:space="preserve">[1:08:03] </w:t>
      </w:r>
      <w:r>
        <w:t>bohat hi simple process hai.</w:t>
      </w:r>
    </w:p>
    <w:p>
      <w:pPr>
        <w:jc w:val="right"/>
      </w:pPr>
      <w:r>
        <w:t>بہت ہی simple process ہے۔</w:t>
      </w:r>
    </w:p>
    <w:p>
      <w:r>
        <w:rPr>
          <w:b/>
        </w:rPr>
        <w:t xml:space="preserve">[1:08:08] </w:t>
      </w:r>
      <w:r>
        <w:t>apne ko distractions se bachana.</w:t>
      </w:r>
    </w:p>
    <w:p>
      <w:pPr>
        <w:jc w:val="right"/>
      </w:pPr>
      <w:r>
        <w:t>اپنے کو distractions سے بچانا۔</w:t>
      </w:r>
    </w:p>
    <w:p>
      <w:r>
        <w:rPr>
          <w:b/>
        </w:rPr>
        <w:t xml:space="preserve">[1:08:13] </w:t>
      </w:r>
      <w:r>
        <w:t>sara jo fasaad hai wo hai distractions ka.</w:t>
      </w:r>
    </w:p>
    <w:p>
      <w:pPr>
        <w:jc w:val="right"/>
      </w:pPr>
      <w:r>
        <w:t>سارا جو فساد ہے وہ ہے distractions کا۔</w:t>
      </w:r>
    </w:p>
    <w:p>
      <w:r>
        <w:rPr>
          <w:b/>
        </w:rPr>
        <w:t xml:space="preserve">[1:08:17] </w:t>
      </w:r>
      <w:r>
        <w:t>un logon ke shauq hote hain, un ki aadatein hoti hain.</w:t>
      </w:r>
    </w:p>
    <w:p>
      <w:pPr>
        <w:jc w:val="right"/>
      </w:pPr>
      <w:r>
        <w:t>ان لوگوں کے شوق ہوتے ہیں، ان کی عادتیں ہوتی ہیں۔</w:t>
      </w:r>
    </w:p>
    <w:p>
      <w:r>
        <w:rPr>
          <w:b/>
        </w:rPr>
        <w:t xml:space="preserve">[1:08:22] </w:t>
      </w:r>
      <w:r>
        <w:t>un ko yani kuch comfort aur luxury chahiye.</w:t>
      </w:r>
    </w:p>
    <w:p>
      <w:pPr>
        <w:jc w:val="right"/>
      </w:pPr>
      <w:r>
        <w:t>ان کو یعنی کچھ comfort اور luxury چاہیے۔</w:t>
      </w:r>
    </w:p>
    <w:p>
      <w:r>
        <w:rPr>
          <w:b/>
        </w:rPr>
        <w:t xml:space="preserve">[1:08:26] </w:t>
      </w:r>
      <w:r>
        <w:t>un ko stage chahiye.</w:t>
      </w:r>
    </w:p>
    <w:p>
      <w:pPr>
        <w:jc w:val="right"/>
      </w:pPr>
      <w:r>
        <w:t>ان کو stage چاہیے۔</w:t>
      </w:r>
    </w:p>
    <w:p>
      <w:r>
        <w:rPr>
          <w:b/>
        </w:rPr>
        <w:t xml:space="preserve">[1:08:31] </w:t>
      </w:r>
      <w:r>
        <w:t>un ko bheed chahiye.</w:t>
      </w:r>
    </w:p>
    <w:p>
      <w:pPr>
        <w:jc w:val="right"/>
      </w:pPr>
      <w:r>
        <w:t>ان کو بھیڑ چاہیے۔</w:t>
      </w:r>
    </w:p>
    <w:p>
      <w:r>
        <w:rPr>
          <w:b/>
        </w:rPr>
        <w:t xml:space="preserve">[1:08:35] </w:t>
      </w:r>
      <w:r>
        <w:t>تو اس طرح سے آدمی اپنے آپ کو مسلسل طور پر distracted form میں رکھتا ہے۔</w:t>
      </w:r>
    </w:p>
    <w:p>
      <w:pPr>
        <w:jc w:val="right"/>
      </w:pPr>
      <w:r>
        <w:t>تو اس طرح سے آدمی اپنے آپ کو مسلسل طور پر distracted فارم میں رکھتا ہے۔</w:t>
      </w:r>
    </w:p>
    <w:p>
      <w:r>
        <w:rPr>
          <w:b/>
        </w:rPr>
        <w:t xml:space="preserve">[1:08:40] </w:t>
      </w:r>
      <w:r>
        <w:t>is ki shakhsiyat bikhri hui hoti hai.</w:t>
      </w:r>
    </w:p>
    <w:p>
      <w:pPr>
        <w:jc w:val="right"/>
      </w:pPr>
      <w:r>
        <w:t>اس کی شخصیت بکھری ہوئی ہوتی ہے۔</w:t>
      </w:r>
    </w:p>
    <w:p>
      <w:r>
        <w:rPr>
          <w:b/>
        </w:rPr>
        <w:t xml:space="preserve">[1:08:45] </w:t>
      </w:r>
      <w:r>
        <w:t>un sab cheezon ko chhod dijiye.</w:t>
      </w:r>
    </w:p>
    <w:p>
      <w:pPr>
        <w:jc w:val="right"/>
      </w:pPr>
      <w:r>
        <w:t>ان سب چیزوں کو چھوڑ دیجیے۔</w:t>
      </w:r>
    </w:p>
    <w:p>
      <w:r>
        <w:rPr>
          <w:b/>
        </w:rPr>
        <w:t xml:space="preserve">[1:08:49] </w:t>
      </w:r>
      <w:r>
        <w:t>is ke baad jo cheez bachega usi ka naam sincerity.</w:t>
      </w:r>
    </w:p>
    <w:p>
      <w:pPr>
        <w:jc w:val="right"/>
      </w:pPr>
      <w:r>
        <w:t>اس کے بعد جو چیز بچے گا اسی کا نام sincerity۔</w:t>
      </w:r>
    </w:p>
    <w:p>
      <w:r>
        <w:rPr>
          <w:b/>
        </w:rPr>
        <w:t xml:space="preserve">[1:08:54] </w:t>
      </w:r>
      <w:r>
        <w:t>sincerity to already maujood hai.</w:t>
      </w:r>
    </w:p>
    <w:p>
      <w:pPr>
        <w:jc w:val="right"/>
      </w:pPr>
      <w:r>
        <w:t>Sincerity تو already موجود ہے۔</w:t>
      </w:r>
    </w:p>
    <w:p>
      <w:r>
        <w:rPr>
          <w:b/>
        </w:rPr>
        <w:t xml:space="preserve">[1:08:58] </w:t>
      </w:r>
      <w:r>
        <w:t>sincerity ko paida nahi karna hai.</w:t>
      </w:r>
    </w:p>
    <w:p>
      <w:pPr>
        <w:jc w:val="right"/>
      </w:pPr>
      <w:r>
        <w:t>Sincerity کو پیدا نہیں کرنا ہے۔</w:t>
      </w:r>
    </w:p>
    <w:p>
      <w:r>
        <w:rPr>
          <w:b/>
        </w:rPr>
        <w:t xml:space="preserve">[1:09:03] </w:t>
      </w:r>
      <w:r>
        <w:t>yeh to hum apne distractions se sincerity ko yani amal mein nahi aane dete.</w:t>
      </w:r>
    </w:p>
    <w:p>
      <w:pPr>
        <w:jc w:val="right"/>
      </w:pPr>
      <w:r>
        <w:t>یہ تو ہم اپنے distractions سے sincerity کو یعنی عمل میں نہیں آنے دیتے۔</w:t>
      </w:r>
    </w:p>
    <w:p>
      <w:r>
        <w:rPr>
          <w:b/>
        </w:rPr>
        <w:t xml:space="preserve">[1:09:07] </w:t>
      </w:r>
      <w:r>
        <w:t>jaise hi aap distractions se apne ko bachayenge to sincerity to prevail karegi aur kya? to</w:t>
      </w:r>
    </w:p>
    <w:p>
      <w:pPr>
        <w:jc w:val="right"/>
      </w:pPr>
      <w:r>
        <w:t>جیسے ہی آپ distractions سے اپنے کو بچائیں گے تو sincerity تو prevail کرے گی اور کیا؟ تو</w:t>
      </w:r>
    </w:p>
    <w:p>
      <w:r>
        <w:rPr>
          <w:b/>
        </w:rPr>
        <w:t xml:space="preserve">[1:09:12] </w:t>
      </w:r>
      <w:r>
        <w:t>mein sab se zyada zor is par deta hoon ke aadmi apni apni conditioning ko tore.</w:t>
      </w:r>
    </w:p>
    <w:p>
      <w:pPr>
        <w:jc w:val="right"/>
      </w:pPr>
      <w:r>
        <w:t>میں سب سے زیادہ زور اس پر دیتا ہوں کہ آدمی اپنی اپنی conditioning کو توڑے۔</w:t>
      </w:r>
    </w:p>
    <w:p>
      <w:r>
        <w:rPr>
          <w:b/>
        </w:rPr>
        <w:t xml:space="preserve">[1:09:16] </w:t>
      </w:r>
      <w:r>
        <w:t>Distractions se bachaye.</w:t>
      </w:r>
    </w:p>
    <w:p>
      <w:pPr>
        <w:jc w:val="right"/>
      </w:pPr>
      <w:r>
        <w:t>Distractions سے بچائے۔</w:t>
      </w:r>
    </w:p>
    <w:p>
      <w:r>
        <w:rPr>
          <w:b/>
        </w:rPr>
        <w:t xml:space="preserve">[1:09:21] </w:t>
      </w:r>
      <w:r>
        <w:t>Apni jo habits ban jati hain us se apne ko bahar nikale.</w:t>
      </w:r>
    </w:p>
    <w:p>
      <w:pPr>
        <w:jc w:val="right"/>
      </w:pPr>
      <w:r>
        <w:t>اپنی جو habits بن جاتی ہیں اس سے اپنے کو باہر نکالے۔</w:t>
      </w:r>
    </w:p>
    <w:p>
      <w:r>
        <w:rPr>
          <w:b/>
        </w:rPr>
        <w:t xml:space="preserve">[1:09:26] </w:t>
      </w:r>
      <w:r>
        <w:t>Yahi sab karna hai.</w:t>
      </w:r>
    </w:p>
    <w:p>
      <w:pPr>
        <w:jc w:val="right"/>
      </w:pPr>
      <w:r>
        <w:t>یہی سب کرنا ہے۔</w:t>
      </w:r>
    </w:p>
    <w:p>
      <w:r>
        <w:rPr>
          <w:b/>
        </w:rPr>
        <w:t xml:space="preserve">[1:09:30] </w:t>
      </w:r>
      <w:r>
        <w:t>Is ke baad jo cheez hai woh sincerity hi hai.</w:t>
      </w:r>
    </w:p>
    <w:p>
      <w:pPr>
        <w:jc w:val="right"/>
      </w:pPr>
      <w:r>
        <w:t>اس کے بعد جو چیز ہے وہ sincerity ہی ہے۔</w:t>
      </w:r>
    </w:p>
    <w:p>
      <w:r>
        <w:rPr>
          <w:b/>
        </w:rPr>
        <w:t xml:space="preserve">[1:09:35] </w:t>
      </w:r>
      <w:r>
        <w:t>Maulana agla sawal aaya hai Delhi se.</w:t>
      </w:r>
    </w:p>
    <w:p>
      <w:pPr>
        <w:jc w:val="right"/>
      </w:pPr>
      <w:r>
        <w:t>Maulana اگلا سوال آیا ہے دلی سے۔</w:t>
      </w:r>
    </w:p>
    <w:p>
      <w:r>
        <w:rPr>
          <w:b/>
        </w:rPr>
        <w:t xml:space="preserve">[1:09:39] </w:t>
      </w:r>
      <w:r>
        <w:t>Miss Naghma Siddiqui ka.</w:t>
      </w:r>
    </w:p>
    <w:p>
      <w:pPr>
        <w:jc w:val="right"/>
      </w:pPr>
      <w:r>
        <w:t>مس نغمہ صدیقی کا۔</w:t>
      </w:r>
    </w:p>
    <w:p>
      <w:r>
        <w:rPr>
          <w:b/>
        </w:rPr>
        <w:t xml:space="preserve">[1:09:44] </w:t>
      </w:r>
      <w:r>
        <w:t>Unhon ne likha hai: Maulana I agree with you that if we stand for God's work His help</w:t>
      </w:r>
    </w:p>
    <w:p>
      <w:pPr>
        <w:jc w:val="right"/>
      </w:pPr>
      <w:r>
        <w:t>انہوں نے لکھا ہے: Maulana آئی agree with you that if we stand for God's work His help</w:t>
      </w:r>
    </w:p>
    <w:p>
      <w:r>
        <w:rPr>
          <w:b/>
        </w:rPr>
        <w:t xml:space="preserve">[1:09:48] </w:t>
      </w:r>
      <w:r>
        <w:t>comes rushing to our aid.</w:t>
      </w:r>
    </w:p>
    <w:p>
      <w:pPr>
        <w:jc w:val="right"/>
      </w:pPr>
      <w:r>
        <w:t>comes rushing to our aid.</w:t>
      </w:r>
    </w:p>
    <w:p>
      <w:r>
        <w:rPr>
          <w:b/>
        </w:rPr>
        <w:t xml:space="preserve">[1:09:53] </w:t>
      </w:r>
      <w:r>
        <w:t>But we have to be humble and consider ourselves to be nothing and take all achievements coming only</w:t>
      </w:r>
    </w:p>
    <w:p>
      <w:pPr>
        <w:jc w:val="right"/>
      </w:pPr>
      <w:r>
        <w:t>But we have to be humble and consider ourselves to be nothing and take all achievements coming only</w:t>
      </w:r>
    </w:p>
    <w:p>
      <w:r>
        <w:rPr>
          <w:b/>
        </w:rPr>
        <w:t xml:space="preserve">[1:09:58] </w:t>
      </w:r>
      <w:r>
        <w:t>from God and His angels.</w:t>
      </w:r>
    </w:p>
    <w:p>
      <w:pPr>
        <w:jc w:val="right"/>
      </w:pPr>
      <w:r>
        <w:t>from God and His angels.</w:t>
      </w:r>
    </w:p>
    <w:p>
      <w:r>
        <w:rPr>
          <w:b/>
        </w:rPr>
        <w:t xml:space="preserve">[1:10:02] </w:t>
      </w:r>
      <w:r>
        <w:t>Is this true? Haan sahi hai.</w:t>
      </w:r>
    </w:p>
    <w:p>
      <w:pPr>
        <w:jc w:val="right"/>
      </w:pPr>
      <w:r>
        <w:t>Is this true؟ ہاں صحیح ہے۔</w:t>
      </w:r>
    </w:p>
    <w:p>
      <w:r>
        <w:rPr>
          <w:b/>
        </w:rPr>
        <w:t xml:space="preserve">[1:10:07] </w:t>
      </w:r>
      <w:r>
        <w:t>Bilkul sahi baat hai.</w:t>
      </w:r>
    </w:p>
    <w:p>
      <w:pPr>
        <w:jc w:val="right"/>
      </w:pPr>
      <w:r>
        <w:t>بالکل صحیح بات ہے۔</w:t>
      </w:r>
    </w:p>
    <w:p>
      <w:r>
        <w:rPr>
          <w:b/>
        </w:rPr>
        <w:t xml:space="preserve">[1:10:11] </w:t>
      </w:r>
      <w:r>
        <w:t>Bilkul sahi baat hai.</w:t>
      </w:r>
    </w:p>
    <w:p>
      <w:pPr>
        <w:jc w:val="right"/>
      </w:pPr>
      <w:r>
        <w:t>بالکل صحیح بات ہے۔</w:t>
      </w:r>
    </w:p>
    <w:p>
      <w:r>
        <w:rPr>
          <w:b/>
        </w:rPr>
        <w:t xml:space="preserve">[1:10:16] </w:t>
      </w:r>
      <w:r>
        <w:t>Maulana agla ek comment aur question hai jo Professor Sanjay Kumar Sharma ji ne kiya hai.</w:t>
      </w:r>
    </w:p>
    <w:p>
      <w:pPr>
        <w:jc w:val="right"/>
      </w:pPr>
      <w:r>
        <w:t>Maulana اگلا ایک comment اور question ہے جو پروفیسر سنجے کمار شرما جی نے کیا ہے۔</w:t>
      </w:r>
    </w:p>
    <w:p>
      <w:r>
        <w:rPr>
          <w:b/>
        </w:rPr>
        <w:t xml:space="preserve">[1:10:20] </w:t>
      </w:r>
      <w:r>
        <w:t>Unhon ne comment mein likha hai: one of the most reasonable lectures heard by me.</w:t>
      </w:r>
    </w:p>
    <w:p>
      <w:pPr>
        <w:jc w:val="right"/>
      </w:pPr>
      <w:r>
        <w:t>انہوں نے comment میں لکھا ہے: one of the most reasonable lectures heard by me.</w:t>
      </w:r>
    </w:p>
    <w:p>
      <w:r>
        <w:rPr>
          <w:b/>
        </w:rPr>
        <w:t xml:space="preserve">[1:10:25] </w:t>
      </w:r>
      <w:r>
        <w:t>Message positive needs to be spread.</w:t>
      </w:r>
    </w:p>
    <w:p>
      <w:pPr>
        <w:jc w:val="right"/>
      </w:pPr>
      <w:r>
        <w:t>Message positive needs to be spread.</w:t>
      </w:r>
    </w:p>
    <w:p>
      <w:r>
        <w:rPr>
          <w:b/>
        </w:rPr>
        <w:t xml:space="preserve">[1:10:29] </w:t>
      </w:r>
      <w:r>
        <w:t>Apne desh se shuru kar ke poore vishwa mein positive message dene ki zaroorat hai.</w:t>
      </w:r>
    </w:p>
    <w:p>
      <w:pPr>
        <w:jc w:val="right"/>
      </w:pPr>
      <w:r>
        <w:t>اپنے دیس سے شروع کر کے پورے विश्व میں positive message دینے کی ضرورت ہے۔</w:t>
      </w:r>
    </w:p>
    <w:p>
      <w:r>
        <w:rPr>
          <w:b/>
        </w:rPr>
        <w:t xml:space="preserve">[1:10:34] </w:t>
      </w:r>
      <w:r>
        <w:t>Aur jo question unhon ne likha hai ke aap ne jo Maulana likha tha ke kuch log khade</w:t>
      </w:r>
    </w:p>
    <w:p>
      <w:pPr>
        <w:jc w:val="right"/>
      </w:pPr>
      <w:r>
        <w:t>اور جو question انہوں نے لکھا ہے کہ آپ نے جو Maulana لکھا تھا کہ کچھ لوگ کھڑے</w:t>
      </w:r>
    </w:p>
    <w:p>
      <w:r>
        <w:rPr>
          <w:b/>
        </w:rPr>
        <w:t xml:space="preserve">[1:10:39] </w:t>
      </w:r>
      <w:r>
        <w:t>hon aur us ko le ke unhon ne likha hai ke jo uthega us ki kya qualities</w:t>
      </w:r>
    </w:p>
    <w:p>
      <w:pPr>
        <w:jc w:val="right"/>
      </w:pPr>
      <w:r>
        <w:t>ہوں اور اس کو لے کے انہوں نے لکھا ہے کہ جو اٹھے گا اس کی کیا qualities</w:t>
      </w:r>
    </w:p>
    <w:p>
      <w:r>
        <w:rPr>
          <w:b/>
        </w:rPr>
        <w:t xml:space="preserve">[1:10:43] </w:t>
      </w:r>
      <w:r>
        <w:t>hogi ya dharam hoga us ke bare mein batayein.</w:t>
      </w:r>
    </w:p>
    <w:p>
      <w:pPr>
        <w:jc w:val="right"/>
      </w:pPr>
      <w:r>
        <w:t>گڑ یا دھرم ہوگا اس کے بارے میں بتائیں۔</w:t>
      </w:r>
    </w:p>
    <w:p>
      <w:r>
        <w:rPr>
          <w:b/>
        </w:rPr>
        <w:t xml:space="preserve">[1:10:48] </w:t>
      </w:r>
      <w:r>
        <w:t>Dekhein quality to ek hi hoti hai woh spirit. Spirit. Bas. Spirit chahiye.</w:t>
      </w:r>
    </w:p>
    <w:p>
      <w:pPr>
        <w:jc w:val="right"/>
      </w:pPr>
      <w:r>
        <w:t>دیکھیں quality تو ایک ہی ہوتی ہے وہ spirit۔ Spirit۔ بس۔ Spirit چاہیے۔</w:t>
      </w:r>
    </w:p>
    <w:p>
      <w:r>
        <w:rPr>
          <w:b/>
        </w:rPr>
        <w:t xml:space="preserve">[1:10:52] </w:t>
      </w:r>
      <w:r>
        <w:t>Baqi sab jo hai woh secondary hai.</w:t>
      </w:r>
    </w:p>
    <w:p>
      <w:pPr>
        <w:jc w:val="right"/>
      </w:pPr>
      <w:r>
        <w:t>باقی سب جو ہے وہ secondary ہے۔</w:t>
      </w:r>
    </w:p>
    <w:p>
      <w:r>
        <w:rPr>
          <w:b/>
        </w:rPr>
        <w:t xml:space="preserve">[1:10:57] </w:t>
      </w:r>
      <w:r>
        <w:t>Spirit hi hai jo har cheez ki ko compensate karti hai.</w:t>
      </w:r>
    </w:p>
    <w:p>
      <w:pPr>
        <w:jc w:val="right"/>
      </w:pPr>
      <w:r>
        <w:t>Spirit ہی ہے جو ہر چیز کی کو compensate کرتی ہے۔</w:t>
      </w:r>
    </w:p>
    <w:p>
      <w:r>
        <w:rPr>
          <w:b/>
        </w:rPr>
        <w:t xml:space="preserve">[1:11:01] </w:t>
      </w:r>
      <w:r>
        <w:t>Mein apne tajrube se yeh samjhau ke asal cheez hai spirit.</w:t>
      </w:r>
    </w:p>
    <w:p>
      <w:pPr>
        <w:jc w:val="right"/>
      </w:pPr>
      <w:r>
        <w:t>میں اپنے تجربے سے یہ سمجھاؤں کہ اصل چیز ہے spirit۔</w:t>
      </w:r>
    </w:p>
    <w:p>
      <w:r>
        <w:rPr>
          <w:b/>
        </w:rPr>
        <w:t xml:space="preserve">[1:11:06] </w:t>
      </w:r>
      <w:r>
        <w:t>aur bohat hi living spirit, bohat hi strong spirit.</w:t>
      </w:r>
    </w:p>
    <w:p>
      <w:pPr>
        <w:jc w:val="right"/>
      </w:pPr>
      <w:r>
        <w:t>اور بہت ہی living spirit، بہت ہی strong spirit۔</w:t>
      </w:r>
    </w:p>
    <w:p>
      <w:r>
        <w:rPr>
          <w:b/>
        </w:rPr>
        <w:t xml:space="preserve">[1:11:11] </w:t>
      </w:r>
      <w:r>
        <w:t>wo paida hona chahiye aadmi ke andar.</w:t>
      </w:r>
    </w:p>
    <w:p>
      <w:pPr>
        <w:jc w:val="right"/>
      </w:pPr>
      <w:r>
        <w:t>وہ پیدا ہونا چاہیے آدمی کے اندر۔</w:t>
      </w:r>
    </w:p>
    <w:p>
      <w:r>
        <w:rPr>
          <w:b/>
        </w:rPr>
        <w:t xml:space="preserve">[1:11:15] </w:t>
      </w:r>
      <w:r>
        <w:t>baqi cheezein apne aap aati hain.</w:t>
      </w:r>
    </w:p>
    <w:p>
      <w:pPr>
        <w:jc w:val="right"/>
      </w:pPr>
      <w:r>
        <w:t>باقی چیزیں اپنے آپ آتی ہیں۔</w:t>
      </w:r>
    </w:p>
    <w:p>
      <w:r>
        <w:rPr>
          <w:b/>
        </w:rPr>
        <w:t xml:space="preserve">[1:11:20] </w:t>
      </w:r>
      <w:r>
        <w:t>Maulana agla sawal kya hai dilli se.</w:t>
      </w:r>
    </w:p>
    <w:p>
      <w:pPr>
        <w:jc w:val="right"/>
      </w:pPr>
      <w:r>
        <w:t>Maulana اگلا سوال کیا ہے دلی سے۔</w:t>
      </w:r>
    </w:p>
    <w:p>
      <w:r>
        <w:rPr>
          <w:b/>
        </w:rPr>
        <w:t xml:space="preserve">[1:11:24] </w:t>
      </w:r>
      <w:r>
        <w:t>Maulana zikwan nadvi ne.</w:t>
      </w:r>
    </w:p>
    <w:p>
      <w:pPr>
        <w:jc w:val="right"/>
      </w:pPr>
      <w:r>
        <w:t>Maulana زکوان ندوی نے۔</w:t>
      </w:r>
    </w:p>
    <w:p>
      <w:r>
        <w:rPr>
          <w:b/>
        </w:rPr>
        <w:t xml:space="preserve">[1:11:29] </w:t>
      </w:r>
      <w:r>
        <w:t>unhone likha hai: kuch logon ka kehna yeh hai ke ibadat aslan ek dakhili cheez hai.</w:t>
      </w:r>
    </w:p>
    <w:p>
      <w:pPr>
        <w:jc w:val="right"/>
      </w:pPr>
      <w:r>
        <w:t>انہوں نے لکھا ہے: کچھ لوگوں کا کہنا یہ ہے کہ عبادت اصلاً ایک داخلی چیز ہے۔</w:t>
      </w:r>
    </w:p>
    <w:p>
      <w:r>
        <w:rPr>
          <w:b/>
        </w:rPr>
        <w:t xml:space="preserve">[1:11:33] </w:t>
      </w:r>
      <w:r>
        <w:t>lekin insaan chunaanche rohani wajood ke sath ek amli wajood bhi rakhta hai is liye ibadat mein itaat</w:t>
      </w:r>
    </w:p>
    <w:p>
      <w:pPr>
        <w:jc w:val="right"/>
      </w:pPr>
      <w:r>
        <w:t>لیکن انسان چونکہ روحانی وجود کے ساتھ ایک عملی وجود بھی رکھتا ہے اس لیے عبادت میں اطاعت</w:t>
      </w:r>
    </w:p>
    <w:p>
      <w:r>
        <w:rPr>
          <w:b/>
        </w:rPr>
        <w:t xml:space="preserve">[1:11:38] </w:t>
      </w:r>
      <w:r>
        <w:t>bhi shamil ho jati hai.</w:t>
      </w:r>
    </w:p>
    <w:p>
      <w:pPr>
        <w:jc w:val="right"/>
      </w:pPr>
      <w:r>
        <w:t>بھی شامل ہو جاتی ہے۔</w:t>
      </w:r>
    </w:p>
    <w:p>
      <w:r>
        <w:rPr>
          <w:b/>
        </w:rPr>
        <w:t xml:space="preserve">[1:11:43] </w:t>
      </w:r>
      <w:r>
        <w:t>is ko wazeh karen.</w:t>
      </w:r>
    </w:p>
    <w:p>
      <w:pPr>
        <w:jc w:val="right"/>
      </w:pPr>
      <w:r>
        <w:t>اس کو واضح کریں۔</w:t>
      </w:r>
    </w:p>
    <w:p>
      <w:r>
        <w:rPr>
          <w:b/>
        </w:rPr>
        <w:t xml:space="preserve">[1:11:47] </w:t>
      </w:r>
      <w:r>
        <w:t>nahi nahi bilkul galat hai yeh.</w:t>
      </w:r>
    </w:p>
    <w:p>
      <w:pPr>
        <w:jc w:val="right"/>
      </w:pPr>
      <w:r>
        <w:t>نہیں نہیں بالکل غلط ہے یہ۔</w:t>
      </w:r>
    </w:p>
    <w:p>
      <w:r>
        <w:rPr>
          <w:b/>
        </w:rPr>
        <w:t xml:space="preserve">[1:11:52] </w:t>
      </w:r>
      <w:r>
        <w:t>sardar sahib galat hain.</w:t>
      </w:r>
    </w:p>
    <w:p>
      <w:pPr>
        <w:jc w:val="right"/>
      </w:pPr>
      <w:r>
        <w:t>سردار صاحب غلط ہیں۔</w:t>
      </w:r>
    </w:p>
    <w:p>
      <w:r>
        <w:rPr>
          <w:b/>
        </w:rPr>
        <w:t xml:space="preserve">[1:11:56] </w:t>
      </w:r>
      <w:r>
        <w:t>itaat alag cheez hai.</w:t>
      </w:r>
    </w:p>
    <w:p>
      <w:pPr>
        <w:jc w:val="right"/>
      </w:pPr>
      <w:r>
        <w:t>اطاعت الگ چیز ہے۔</w:t>
      </w:r>
    </w:p>
    <w:p>
      <w:r>
        <w:rPr>
          <w:b/>
        </w:rPr>
        <w:t xml:space="preserve">[1:12:01] </w:t>
      </w:r>
      <w:r>
        <w:t>itaat ka talluq samaji zindagi se hai.</w:t>
      </w:r>
    </w:p>
    <w:p>
      <w:pPr>
        <w:jc w:val="right"/>
      </w:pPr>
      <w:r>
        <w:t>اطاعت کا تعلق سماجی زندگی سے ہے۔</w:t>
      </w:r>
    </w:p>
    <w:p>
      <w:r>
        <w:rPr>
          <w:b/>
        </w:rPr>
        <w:t xml:space="preserve">[1:12:05] </w:t>
      </w:r>
      <w:r>
        <w:t>is samaj ke zariye se itaat ka pehlu aata hai.</w:t>
      </w:r>
    </w:p>
    <w:p>
      <w:pPr>
        <w:jc w:val="right"/>
      </w:pPr>
      <w:r>
        <w:t>اس سماج کے ذریعے سے اطاعت کا پہلو آتا ہے۔</w:t>
      </w:r>
    </w:p>
    <w:p>
      <w:r>
        <w:rPr>
          <w:b/>
        </w:rPr>
        <w:t xml:space="preserve">[1:12:10] </w:t>
      </w:r>
      <w:r>
        <w:t>ibadat mein aap yeh keh sakte hain ke ek form hai is ka.</w:t>
      </w:r>
    </w:p>
    <w:p>
      <w:pPr>
        <w:jc w:val="right"/>
      </w:pPr>
      <w:r>
        <w:t>عبادت میں آپ یہ کہہ سکتے ہیں کہ ایک فارم ہے اس کا۔</w:t>
      </w:r>
    </w:p>
    <w:p>
      <w:r>
        <w:rPr>
          <w:b/>
        </w:rPr>
        <w:t xml:space="preserve">[1:12:14] </w:t>
      </w:r>
      <w:r>
        <w:t>ek spirit hai aur ek form hai.</w:t>
      </w:r>
    </w:p>
    <w:p>
      <w:pPr>
        <w:jc w:val="right"/>
      </w:pPr>
      <w:r>
        <w:t>ایک spirit ہے اور ایک فارم ہے۔</w:t>
      </w:r>
    </w:p>
    <w:p>
      <w:r>
        <w:rPr>
          <w:b/>
        </w:rPr>
        <w:t xml:space="preserve">[1:12:19] </w:t>
      </w:r>
      <w:r>
        <w:t>ibadat mukammal taur par woh cheez hai jis ko kehte hain salat ul abdu birabbi.</w:t>
      </w:r>
    </w:p>
    <w:p>
      <w:pPr>
        <w:jc w:val="right"/>
      </w:pPr>
      <w:r>
        <w:t>عبادت مکمل طور پر وہ چیز ہے جس کو کہتے ہیں صلت العبد بربی۔</w:t>
      </w:r>
    </w:p>
    <w:p>
      <w:r>
        <w:rPr>
          <w:b/>
        </w:rPr>
        <w:t xml:space="preserve">[1:12:24] </w:t>
      </w:r>
      <w:r>
        <w:t>al ibadatu salat ur rabbi salat ul abdu birabbi.</w:t>
      </w:r>
    </w:p>
    <w:p>
      <w:pPr>
        <w:jc w:val="right"/>
      </w:pPr>
      <w:r>
        <w:t>العبادۃ صلت الرب صلت العبد بربی۔</w:t>
      </w:r>
    </w:p>
    <w:p>
      <w:r>
        <w:rPr>
          <w:b/>
        </w:rPr>
        <w:t xml:space="preserve">[1:12:28] </w:t>
      </w:r>
      <w:r>
        <w:t>yeh sartaapsa Allah ke bande aur Allah ke darmiyan ka jo muamla hai us ka naam ibadat hai.</w:t>
      </w:r>
    </w:p>
    <w:p>
      <w:pPr>
        <w:jc w:val="right"/>
      </w:pPr>
      <w:r>
        <w:t>یہ سرتاپسا اللہ کے بندے اور اللہ کے درمیان کا جو معاملہ ہے اس کا نام عبادت ہے۔</w:t>
      </w:r>
    </w:p>
    <w:p>
      <w:r>
        <w:rPr>
          <w:b/>
        </w:rPr>
        <w:t xml:space="preserve">[1:12:33] </w:t>
      </w:r>
      <w:r>
        <w:t>jo log is ki itaat shamil karte hain woh mere nazdeek woh tehreef karte hain.</w:t>
      </w:r>
    </w:p>
    <w:p>
      <w:pPr>
        <w:jc w:val="right"/>
      </w:pPr>
      <w:r>
        <w:t>جو لوگ اس کی اطاعت شامل کرتے ہیں وہ میرے نزدیک وہ تحریف کرتے ہیں۔</w:t>
      </w:r>
    </w:p>
    <w:p>
      <w:r>
        <w:rPr>
          <w:b/>
        </w:rPr>
        <w:t xml:space="preserve">[1:12:37] </w:t>
      </w:r>
      <w:r>
        <w:t>tafseer bil rai karte hain.</w:t>
      </w:r>
    </w:p>
    <w:p>
      <w:pPr>
        <w:jc w:val="right"/>
      </w:pPr>
      <w:r>
        <w:t>تفسیر بالرائے کرتے ہیں۔</w:t>
      </w:r>
    </w:p>
    <w:p>
      <w:r>
        <w:rPr>
          <w:b/>
        </w:rPr>
        <w:t xml:space="preserve">[1:12:42] </w:t>
      </w:r>
      <w:r>
        <w:t>natija kya hota hai ke na ibadat na itaat.</w:t>
      </w:r>
    </w:p>
    <w:p>
      <w:pPr>
        <w:jc w:val="right"/>
      </w:pPr>
      <w:r>
        <w:t>نتیجہ کیا ہوتا ہے کہ نہ عبادت نہ اطاعت۔</w:t>
      </w:r>
    </w:p>
    <w:p>
      <w:r>
        <w:rPr>
          <w:b/>
        </w:rPr>
        <w:t xml:space="preserve">[1:12:46] </w:t>
      </w:r>
      <w:r>
        <w:t>aap in ko ja kar ke in ke sath ek mahina rakhiye yeh jo aisi baatein karte hain na.</w:t>
      </w:r>
    </w:p>
    <w:p>
      <w:pPr>
        <w:jc w:val="right"/>
      </w:pPr>
      <w:r>
        <w:t>آپ ان کو جا کر کے ان کے ساتھ ایک مہینہ رکھیے یہ جو ایسی باتیں کرتے ہیں نا۔</w:t>
      </w:r>
    </w:p>
    <w:p>
      <w:r>
        <w:rPr>
          <w:b/>
        </w:rPr>
        <w:t xml:space="preserve">[1:12:51] </w:t>
      </w:r>
      <w:r>
        <w:t>ek mahina rahiye.</w:t>
      </w:r>
    </w:p>
    <w:p>
      <w:pPr>
        <w:jc w:val="right"/>
      </w:pPr>
      <w:r>
        <w:t>ایک مہینہ رہیے۔</w:t>
      </w:r>
    </w:p>
    <w:p>
      <w:r>
        <w:rPr>
          <w:b/>
        </w:rPr>
        <w:t xml:space="preserve">[1:12:56] </w:t>
      </w:r>
      <w:r>
        <w:t>balkeh ek din rahiye sirf.</w:t>
      </w:r>
    </w:p>
    <w:p>
      <w:pPr>
        <w:jc w:val="right"/>
      </w:pPr>
      <w:r>
        <w:t>بلکہ ایک دن رہیے صرف۔</w:t>
      </w:r>
    </w:p>
    <w:p>
      <w:r>
        <w:rPr>
          <w:b/>
        </w:rPr>
        <w:t xml:space="preserve">[1:13:00] </w:t>
      </w:r>
      <w:r>
        <w:t>pata chalega na ibadat hai na itaat hai.</w:t>
      </w:r>
    </w:p>
    <w:p>
      <w:pPr>
        <w:jc w:val="right"/>
      </w:pPr>
      <w:r>
        <w:t>پتہ چلے گا نہ عبادت ہے نہ اطاعت ہے۔</w:t>
      </w:r>
    </w:p>
    <w:p>
      <w:r>
        <w:rPr>
          <w:b/>
        </w:rPr>
        <w:t xml:space="preserve">[1:13:05] </w:t>
      </w:r>
      <w:r>
        <w:t>sirf lip service hai bas.</w:t>
      </w:r>
    </w:p>
    <w:p>
      <w:pPr>
        <w:jc w:val="right"/>
      </w:pPr>
      <w:r>
        <w:t>صرف lip service ہے بس۔</w:t>
      </w:r>
    </w:p>
    <w:p>
      <w:r>
        <w:rPr>
          <w:b/>
        </w:rPr>
        <w:t xml:space="preserve">[1:13:09] </w:t>
      </w:r>
      <w:r>
        <w:t>mein aise bohat se logon ko jaanta hoon qareeb se jo isi wali boli bolte hain.</w:t>
      </w:r>
    </w:p>
    <w:p>
      <w:pPr>
        <w:jc w:val="right"/>
      </w:pPr>
      <w:r>
        <w:t>میں ایسے بہت سے لوگوں کو جانتا ہوں قریب سے جو اسی والی بولی بولتے ہیں۔</w:t>
      </w:r>
    </w:p>
    <w:p>
      <w:r>
        <w:rPr>
          <w:b/>
        </w:rPr>
        <w:t xml:space="preserve">[1:13:14] </w:t>
      </w:r>
      <w:r>
        <w:t>unke haan na ibadat hai na itaat.</w:t>
      </w:r>
    </w:p>
    <w:p>
      <w:pPr>
        <w:jc w:val="right"/>
      </w:pPr>
      <w:r>
        <w:t>ان کے ہاں نہ عبادت ہے نہ اطاعت۔</w:t>
      </w:r>
    </w:p>
    <w:p>
      <w:r>
        <w:rPr>
          <w:b/>
        </w:rPr>
        <w:t xml:space="preserve">[1:13:18] </w:t>
      </w:r>
      <w:r>
        <w:t>sirf kehne ki baatein hain.</w:t>
      </w:r>
    </w:p>
    <w:p>
      <w:pPr>
        <w:jc w:val="right"/>
      </w:pPr>
      <w:r>
        <w:t>صرف کہنے کی باتیں ہیں۔</w:t>
      </w:r>
    </w:p>
    <w:p>
      <w:r>
        <w:rPr>
          <w:b/>
        </w:rPr>
        <w:t xml:space="preserve">[1:13:23] </w:t>
      </w:r>
      <w:r>
        <w:t>stage par khare ho ke bolenge.</w:t>
      </w:r>
    </w:p>
    <w:p>
      <w:pPr>
        <w:jc w:val="right"/>
      </w:pPr>
      <w:r>
        <w:t>اسٹیج پر کھڑے ہو کے بولیں گے۔</w:t>
      </w:r>
    </w:p>
    <w:p>
      <w:r>
        <w:rPr>
          <w:b/>
        </w:rPr>
        <w:t xml:space="preserve">[1:13:28] </w:t>
      </w:r>
      <w:r>
        <w:t>kitabein likhenge.</w:t>
      </w:r>
    </w:p>
    <w:p>
      <w:pPr>
        <w:jc w:val="right"/>
      </w:pPr>
      <w:r>
        <w:t>کتابیں لکھیں گے۔</w:t>
      </w:r>
    </w:p>
    <w:p>
      <w:r>
        <w:rPr>
          <w:b/>
        </w:rPr>
        <w:t xml:space="preserve">[1:13:32] </w:t>
      </w:r>
      <w:r>
        <w:t>haqeeqat mein kuch bhi nahi.</w:t>
      </w:r>
    </w:p>
    <w:p>
      <w:pPr>
        <w:jc w:val="right"/>
      </w:pPr>
      <w:r>
        <w:t>حقیقت میں کچھ بھی نہیں۔</w:t>
      </w:r>
    </w:p>
    <w:p>
      <w:r>
        <w:rPr>
          <w:b/>
        </w:rPr>
        <w:t xml:space="preserve">[1:13:37] </w:t>
      </w:r>
      <w:r>
        <w:t>kyunke nature se hatenge to rootless ho jayenge aap.</w:t>
      </w:r>
    </w:p>
    <w:p>
      <w:pPr>
        <w:jc w:val="right"/>
      </w:pPr>
      <w:r>
        <w:t>کیونکہ نیچر سے ہٹیں گے تو rootless ہو جائیں گے آپ۔</w:t>
      </w:r>
    </w:p>
    <w:p>
      <w:r>
        <w:rPr>
          <w:b/>
        </w:rPr>
        <w:t xml:space="preserve">[1:13:41] </w:t>
      </w:r>
      <w:r>
        <w:t>unnatural baat kahenge to kuch bhi nateeja nahi niklega.</w:t>
      </w:r>
    </w:p>
    <w:p>
      <w:pPr>
        <w:jc w:val="right"/>
      </w:pPr>
      <w:r>
        <w:t>unnatural بات کہیں گے تو کچھ بھی نتیجہ نہیں نکلے گا۔</w:t>
      </w:r>
    </w:p>
    <w:p>
      <w:r>
        <w:rPr>
          <w:b/>
        </w:rPr>
        <w:t xml:space="preserve">[1:13:46] </w:t>
      </w:r>
      <w:r>
        <w:t>yeh unnatural hai.</w:t>
      </w:r>
    </w:p>
    <w:p>
      <w:pPr>
        <w:jc w:val="right"/>
      </w:pPr>
      <w:r>
        <w:t>یہ unnatural ہے۔</w:t>
      </w:r>
    </w:p>
    <w:p>
      <w:r>
        <w:rPr>
          <w:b/>
        </w:rPr>
        <w:t xml:space="preserve">[1:13:50] </w:t>
      </w:r>
      <w:r>
        <w:t>yeh kehna unnatural hai.</w:t>
      </w:r>
    </w:p>
    <w:p>
      <w:pPr>
        <w:jc w:val="right"/>
      </w:pPr>
      <w:r>
        <w:t>یہ کہنا unnatural ہے۔</w:t>
      </w:r>
    </w:p>
    <w:p>
      <w:r>
        <w:rPr>
          <w:b/>
        </w:rPr>
        <w:t xml:space="preserve">[1:13:55] </w:t>
      </w:r>
      <w:r>
        <w:t>mein isko unnatural samajhta hoon.</w:t>
      </w:r>
    </w:p>
    <w:p>
      <w:pPr>
        <w:jc w:val="right"/>
      </w:pPr>
      <w:r>
        <w:t>میں اس کو unnatural سمجھتا ہوں۔</w:t>
      </w:r>
    </w:p>
    <w:p>
      <w:r>
        <w:rPr>
          <w:b/>
        </w:rPr>
        <w:t xml:space="preserve">[1:13:59] </w:t>
      </w:r>
      <w:r>
        <w:t>aur unnatural ka baat jaise hi bolenge aap bilkul aap baseless ho jayenge.</w:t>
      </w:r>
    </w:p>
    <w:p>
      <w:pPr>
        <w:jc w:val="right"/>
      </w:pPr>
      <w:r>
        <w:t>اور unnatural کا بات جیسے ہی بولیں گے آپ بالکل آپ baseless ہو جائیں گے۔</w:t>
      </w:r>
    </w:p>
    <w:p>
      <w:r>
        <w:rPr>
          <w:b/>
        </w:rPr>
        <w:t xml:space="preserve">[1:14:04] </w:t>
      </w:r>
      <w:r>
        <w:t>to mere nazdeek itaat jo hai iska talluq samajhi talluqat se hai.</w:t>
      </w:r>
    </w:p>
    <w:p>
      <w:pPr>
        <w:jc w:val="right"/>
      </w:pPr>
      <w:r>
        <w:t>تو میرے نزدیک اطاعت جو ہے اس کا تعلق سماجی تعلقات سے ہے۔</w:t>
      </w:r>
    </w:p>
    <w:p>
      <w:r>
        <w:rPr>
          <w:b/>
        </w:rPr>
        <w:t xml:space="preserve">[1:14:09] </w:t>
      </w:r>
      <w:r>
        <w:t>aur ibadat jo hai iska talluq bande aur Khuda ke darmiyan jo talluq hai us se hai.</w:t>
      </w:r>
    </w:p>
    <w:p>
      <w:pPr>
        <w:jc w:val="right"/>
      </w:pPr>
      <w:r>
        <w:t>اور عبادت جو ہے اس کا تعلق بندے اور خدا کے درمیان جو تعلق ہے اس سے ہے۔</w:t>
      </w:r>
    </w:p>
    <w:p>
      <w:r>
        <w:rPr>
          <w:b/>
        </w:rPr>
        <w:t xml:space="preserve">[1:14:13] </w:t>
      </w:r>
      <w:r>
        <w:t>Maulana inka ek aur sawal hai.</w:t>
      </w:r>
    </w:p>
    <w:p>
      <w:pPr>
        <w:jc w:val="right"/>
      </w:pPr>
      <w:r>
        <w:t>Maulana ان کا ایک اور سوال ہے۔</w:t>
      </w:r>
    </w:p>
    <w:p>
      <w:r>
        <w:rPr>
          <w:b/>
        </w:rPr>
        <w:t xml:space="preserve">[1:14:18] </w:t>
      </w:r>
      <w:r>
        <w:t>unhone likha hai ke Quran ke chapter nine verse number one twenty two mein bataya gaya hai</w:t>
      </w:r>
    </w:p>
    <w:p>
      <w:pPr>
        <w:jc w:val="right"/>
      </w:pPr>
      <w:r>
        <w:t>انہوں نے لکھا ہے کہ قرآن کے چیپٹر نائن ورس نمبر ون ٹوئنٹی ٹو میں بتایا گیا ہے</w:t>
      </w:r>
    </w:p>
    <w:p>
      <w:r>
        <w:rPr>
          <w:b/>
        </w:rPr>
        <w:t xml:space="preserve">[1:14:22] </w:t>
      </w:r>
      <w:r>
        <w:t>ke kuch logon ko deen mein tafaqqah hasil karna chahiye taake woh inzaar ka kaam kar saken.</w:t>
      </w:r>
    </w:p>
    <w:p>
      <w:pPr>
        <w:jc w:val="right"/>
      </w:pPr>
      <w:r>
        <w:t>کہ کچھ لوگوں کو دین میں تفقع حاصل کرنا چاہیے تاکہ وہ انظار کا کام کر سکیں۔</w:t>
      </w:r>
    </w:p>
    <w:p>
      <w:r>
        <w:rPr>
          <w:b/>
        </w:rPr>
        <w:t xml:space="preserve">[1:14:27] </w:t>
      </w:r>
      <w:r>
        <w:t>Maulana woh Maulana isko wazeh karein ke tafaqqah aur inzaar mein kya talluq hai.</w:t>
      </w:r>
    </w:p>
    <w:p>
      <w:pPr>
        <w:jc w:val="right"/>
      </w:pPr>
      <w:r>
        <w:t>Maulana وہ Maulana اس کو واضح کریں کہ تفقع اور انظار میں کیا تعلق ہے۔</w:t>
      </w:r>
    </w:p>
    <w:p>
      <w:r>
        <w:rPr>
          <w:b/>
        </w:rPr>
        <w:t xml:space="preserve">[1:14:31] </w:t>
      </w:r>
      <w:r>
        <w:t>is par to hamara ek article chhap chuka hai. Arsalay mein.</w:t>
      </w:r>
    </w:p>
    <w:p>
      <w:pPr>
        <w:jc w:val="right"/>
      </w:pPr>
      <w:r>
        <w:t>اس پر تو ہمارا ایک آرٹیکل چھپ چکا ہے۔ ارسالے میں۔</w:t>
      </w:r>
    </w:p>
    <w:p>
      <w:r>
        <w:rPr>
          <w:b/>
        </w:rPr>
        <w:t xml:space="preserve">[1:14:36] </w:t>
      </w:r>
      <w:r>
        <w:t>khaas is aayat par.</w:t>
      </w:r>
    </w:p>
    <w:p>
      <w:pPr>
        <w:jc w:val="right"/>
      </w:pPr>
      <w:r>
        <w:t>خاص اس آیت پر۔</w:t>
      </w:r>
    </w:p>
    <w:p>
      <w:r>
        <w:rPr>
          <w:b/>
        </w:rPr>
        <w:t xml:space="preserve">[1:14:41] </w:t>
      </w:r>
      <w:r>
        <w:t>liya tafaqqah fiddeen.</w:t>
      </w:r>
    </w:p>
    <w:p>
      <w:pPr>
        <w:jc w:val="right"/>
      </w:pPr>
      <w:r>
        <w:t>لیا تفقع فی الدین۔</w:t>
      </w:r>
    </w:p>
    <w:p>
      <w:r>
        <w:rPr>
          <w:b/>
        </w:rPr>
        <w:t xml:space="preserve">[1:14:45] </w:t>
      </w:r>
      <w:r>
        <w:t>is aayat ke baray mein maine apni tafaseer bhi likha hai.</w:t>
      </w:r>
    </w:p>
    <w:p>
      <w:pPr>
        <w:jc w:val="right"/>
      </w:pPr>
      <w:r>
        <w:t>اس آیت کے بارے میں میں نے اپنی تفسیریں بھی لکھا ہے۔</w:t>
      </w:r>
    </w:p>
    <w:p>
      <w:r>
        <w:rPr>
          <w:b/>
        </w:rPr>
        <w:t xml:space="preserve">[1:14:50] </w:t>
      </w:r>
      <w:r>
        <w:t>Tazkir ul Quran mein.</w:t>
      </w:r>
    </w:p>
    <w:p>
      <w:pPr>
        <w:jc w:val="right"/>
      </w:pPr>
      <w:r>
        <w:t>تذکر القرآن میں۔</w:t>
      </w:r>
    </w:p>
    <w:p>
      <w:r>
        <w:rPr>
          <w:b/>
        </w:rPr>
        <w:t xml:space="preserve">[1:14:54] </w:t>
      </w:r>
      <w:r>
        <w:t>is ke ilawa arsala jo monthly magazine hai hamara hai.</w:t>
      </w:r>
    </w:p>
    <w:p>
      <w:pPr>
        <w:jc w:val="right"/>
      </w:pPr>
      <w:r>
        <w:t>اس کے علاوہ ارسالہ جو منتھلی میگزین ہے ہمارا ہے۔</w:t>
      </w:r>
    </w:p>
    <w:p>
      <w:r>
        <w:rPr>
          <w:b/>
        </w:rPr>
        <w:t xml:space="preserve">[1:14:59] </w:t>
      </w:r>
      <w:r>
        <w:t>is mein aik article bhi is par chhap chuka hai.</w:t>
      </w:r>
    </w:p>
    <w:p>
      <w:pPr>
        <w:jc w:val="right"/>
      </w:pPr>
      <w:r>
        <w:t>اس میں ایک آرٹیکل بھی اس پر چھپ چکا ہے۔</w:t>
      </w:r>
    </w:p>
    <w:p>
      <w:r>
        <w:rPr>
          <w:b/>
        </w:rPr>
        <w:t xml:space="preserve">[1:15:03] </w:t>
      </w:r>
      <w:r>
        <w:t>Maulana agla sawal jamon kashmir se junah hasan ne kiya hai.</w:t>
      </w:r>
    </w:p>
    <w:p>
      <w:pPr>
        <w:jc w:val="right"/>
      </w:pPr>
      <w:r>
        <w:t>Maulana اگلا سوال جموں کشمیر سے جونہ حسن نے کیا ہے۔</w:t>
      </w:r>
    </w:p>
    <w:p>
      <w:r>
        <w:rPr>
          <w:b/>
        </w:rPr>
        <w:t xml:space="preserve">[1:15:08] </w:t>
      </w:r>
      <w:r>
        <w:t>انہوں نے لکھا ہے: In your book God Arises you assert modern age is the age of logical positivism.</w:t>
      </w:r>
    </w:p>
    <w:p>
      <w:pPr>
        <w:jc w:val="right"/>
      </w:pPr>
      <w:r>
        <w:t>انہوں نے لکھا ہے: In your book God arises you assert modern age is the age of logical positivism.</w:t>
      </w:r>
    </w:p>
    <w:p>
      <w:r>
        <w:rPr>
          <w:b/>
        </w:rPr>
        <w:t xml:space="preserve">[1:15:13] </w:t>
      </w:r>
      <w:r>
        <w:t>But this assertion contradicts with the title of your book Does God exist? Therefore I think modern age is not the age of logical positivism. It is the age of hypothesism or falsificationism. Please comment.</w:t>
      </w:r>
    </w:p>
    <w:p>
      <w:pPr>
        <w:jc w:val="right"/>
      </w:pPr>
      <w:r>
        <w:t>But this assertion contradicts with the title of your book Does God exist? Therefore I think modern age is not the age of logical positivism. It is the age of hypothesism or falsificationism. Please comment.</w:t>
      </w:r>
    </w:p>
    <w:p>
      <w:r>
        <w:rPr>
          <w:b/>
        </w:rPr>
        <w:t xml:space="preserve">[1:15:33] </w:t>
      </w:r>
      <w:r>
        <w:t>yeh mein hamari kitab ka title yeh kaha hai.</w:t>
      </w:r>
    </w:p>
    <w:p>
      <w:pPr>
        <w:jc w:val="right"/>
      </w:pPr>
      <w:r>
        <w:t>یہ میں ہماری کتاب کا ٹائٹل یہ کہا ہے۔</w:t>
      </w:r>
    </w:p>
    <w:p>
      <w:r>
        <w:rPr>
          <w:b/>
        </w:rPr>
        <w:t xml:space="preserve">[1:15:37] </w:t>
      </w:r>
      <w:r>
        <w:t>yeh to aap ne banaya hai.</w:t>
      </w:r>
    </w:p>
    <w:p>
      <w:pPr>
        <w:jc w:val="right"/>
      </w:pPr>
      <w:r>
        <w:t>یہ تو آپ نے بنایا ہے۔</w:t>
      </w:r>
    </w:p>
    <w:p>
      <w:r>
        <w:rPr>
          <w:b/>
        </w:rPr>
        <w:t xml:space="preserve">[1:15:42] </w:t>
      </w:r>
      <w:r>
        <w:t>is ka kitab ka title to urdu mein hai mazhab aur jari challenge.</w:t>
      </w:r>
    </w:p>
    <w:p>
      <w:pPr>
        <w:jc w:val="right"/>
      </w:pPr>
      <w:r>
        <w:t>اس کا کتاب کا ٹائٹل تو اردو میں ہے مذہب اور جری چیلنج۔</w:t>
      </w:r>
    </w:p>
    <w:p>
      <w:r>
        <w:rPr>
          <w:b/>
        </w:rPr>
        <w:t xml:space="preserve">[1:15:47] </w:t>
      </w:r>
      <w:r>
        <w:t>arabi mein alaihissalam bitahaddah.</w:t>
      </w:r>
    </w:p>
    <w:p>
      <w:pPr>
        <w:jc w:val="right"/>
      </w:pPr>
      <w:r>
        <w:t>عربی میں علیہ السلام بتحدہ۔</w:t>
      </w:r>
    </w:p>
    <w:p>
      <w:r>
        <w:rPr>
          <w:b/>
        </w:rPr>
        <w:t xml:space="preserve">[1:15:52] </w:t>
      </w:r>
      <w:r>
        <w:t>angrezi mein God arises.</w:t>
      </w:r>
    </w:p>
    <w:p>
      <w:pPr>
        <w:jc w:val="right"/>
      </w:pPr>
      <w:r>
        <w:t>انگریزی میں God arises۔</w:t>
      </w:r>
    </w:p>
    <w:p>
      <w:r>
        <w:rPr>
          <w:b/>
        </w:rPr>
        <w:t xml:space="preserve">[1:15:57] </w:t>
      </w:r>
      <w:r>
        <w:t>woh kahan hai? woh to hain? woh kahan hai? woh to hai nahin.</w:t>
      </w:r>
    </w:p>
    <w:p>
      <w:pPr>
        <w:jc w:val="right"/>
      </w:pPr>
      <w:r>
        <w:t>وہ کہاں ہے؟ وہ تو ہیں؟ وہ کہاں ہے؟ وہ تو ہے نہیں۔</w:t>
      </w:r>
    </w:p>
    <w:p>
      <w:r>
        <w:rPr>
          <w:b/>
        </w:rPr>
        <w:t xml:space="preserve">[1:16:02] </w:t>
      </w:r>
      <w:r>
        <w:t>jo dosra title hai woh is ko unhon ne shayad confuse kiya hai Maulana? nahin yeh dosra title</w:t>
      </w:r>
    </w:p>
    <w:p>
      <w:pPr>
        <w:jc w:val="right"/>
      </w:pPr>
      <w:r>
        <w:t>جو دوسرا ٹائٹل ہے وہ اس کو انہوں نے شاید confuse کیا ہے مولانا؟ نہیں یہ دوسرا ٹائٹل</w:t>
      </w:r>
    </w:p>
    <w:p>
      <w:r>
        <w:rPr>
          <w:b/>
        </w:rPr>
        <w:t xml:space="preserve">[1:16:07] </w:t>
      </w:r>
      <w:r>
        <w:t>bhi nahin hai nahin.</w:t>
      </w:r>
    </w:p>
    <w:p>
      <w:pPr>
        <w:jc w:val="right"/>
      </w:pPr>
      <w:r>
        <w:t>بھی نہیں ہے نہیں۔</w:t>
      </w:r>
    </w:p>
    <w:p>
      <w:r>
        <w:rPr>
          <w:b/>
        </w:rPr>
        <w:t xml:space="preserve">[1:16:12] </w:t>
      </w:r>
      <w:r>
        <w:t>yeh title hamara nahin hai.</w:t>
      </w:r>
    </w:p>
    <w:p>
      <w:pPr>
        <w:jc w:val="right"/>
      </w:pPr>
      <w:r>
        <w:t>یہ ٹائٹل ہمارا نہیں ہے۔</w:t>
      </w:r>
    </w:p>
    <w:p>
      <w:r>
        <w:rPr>
          <w:b/>
        </w:rPr>
        <w:t xml:space="preserve">[1:16:17] </w:t>
      </w:r>
      <w:r>
        <w:t>ji nahin woh bilkul sahi nahin hai.</w:t>
      </w:r>
    </w:p>
    <w:p>
      <w:pPr>
        <w:jc w:val="right"/>
      </w:pPr>
      <w:r>
        <w:t>جی نہیں وہ بالکل صحیح نہیں ہے۔</w:t>
      </w:r>
    </w:p>
    <w:p>
      <w:r>
        <w:rPr>
          <w:b/>
        </w:rPr>
        <w:t xml:space="preserve">[1:16:22] </w:t>
      </w:r>
      <w:r>
        <w:t>phir se parhein.</w:t>
      </w:r>
    </w:p>
    <w:p>
      <w:pPr>
        <w:jc w:val="right"/>
      </w:pPr>
      <w:r>
        <w:t>پھر سے پڑھیں۔</w:t>
      </w:r>
    </w:p>
    <w:p>
      <w:r>
        <w:rPr>
          <w:b/>
        </w:rPr>
        <w:t xml:space="preserve">[1:16:26] </w:t>
      </w:r>
      <w:r>
        <w:t>phir se dekhein woh yeh title hamara nahin hai.</w:t>
      </w:r>
    </w:p>
    <w:p>
      <w:pPr>
        <w:jc w:val="right"/>
      </w:pPr>
      <w:r>
        <w:t>پھر سے دیکھیں وہ یہ ٹائٹل ہمارا نہیں ہے۔</w:t>
      </w:r>
    </w:p>
    <w:p>
      <w:r>
        <w:rPr>
          <w:b/>
        </w:rPr>
        <w:t xml:space="preserve">[1:16:31] </w:t>
      </w:r>
      <w:r>
        <w:t>yeh hamara title nahin hai.</w:t>
      </w:r>
    </w:p>
    <w:p>
      <w:pPr>
        <w:jc w:val="right"/>
      </w:pPr>
      <w:r>
        <w:t>یہ ہمارا ٹائٹل نہیں ہے۔</w:t>
      </w:r>
    </w:p>
    <w:p>
      <w:r>
        <w:rPr>
          <w:b/>
        </w:rPr>
        <w:t xml:space="preserve">[1:16:36] </w:t>
      </w:r>
      <w:r>
        <w:t>Maulana agla sawal lete hain jo doctor muslema siddiqui ne kiya hai dilli se.</w:t>
      </w:r>
    </w:p>
    <w:p>
      <w:pPr>
        <w:jc w:val="right"/>
      </w:pPr>
      <w:r>
        <w:t>Maulana اگلا سوال لیتے ہیں جو ڈاکٹر مسلمہ صدیقی نے کیا ہے دلی سے۔</w:t>
      </w:r>
    </w:p>
    <w:p>
      <w:r>
        <w:rPr>
          <w:b/>
        </w:rPr>
        <w:t xml:space="preserve">[1:16:41] </w:t>
      </w:r>
      <w:r>
        <w:t>unhon ne likha hai: aik hadith hai jis mein yeh kaha gaya hai ke banda aik kaam karta</w:t>
      </w:r>
    </w:p>
    <w:p>
      <w:pPr>
        <w:jc w:val="right"/>
      </w:pPr>
      <w:r>
        <w:t>انہوں نے لکھا ہے: ایک حدیث ہے جس میں یہ کہا گیا ہے کہ بندہ ایک کام کرتا</w:t>
      </w:r>
    </w:p>
    <w:p>
      <w:r>
        <w:rPr>
          <w:b/>
        </w:rPr>
        <w:t xml:space="preserve">[1:16:46] </w:t>
      </w:r>
      <w:r>
        <w:t>hai woh is ko ahmiyat nahin deta magar is ki wajah se khuda is ko jannat de deta hai.</w:t>
      </w:r>
    </w:p>
    <w:p>
      <w:pPr>
        <w:jc w:val="right"/>
      </w:pPr>
      <w:r>
        <w:t>ہے وہ اس کو اہمیت نہیں دیتا مگر اس کی وجہ سے خدا اس کو جنت دے دیتا ہے۔</w:t>
      </w:r>
    </w:p>
    <w:p>
      <w:r>
        <w:rPr>
          <w:b/>
        </w:rPr>
        <w:t xml:space="preserve">[1:16:51] </w:t>
      </w:r>
      <w:r>
        <w:t>isi tarah banda aik kaam karta hai woh is ko ahmiyat nahin deta magar is ki wajah se</w:t>
      </w:r>
    </w:p>
    <w:p>
      <w:pPr>
        <w:jc w:val="right"/>
      </w:pPr>
      <w:r>
        <w:t>اسی طرح بندہ ایک کام کرتا ہے وہ اس کو اہمیت نہیں دیتا مگر اس کی وجہ سے</w:t>
      </w:r>
    </w:p>
    <w:p>
      <w:r>
        <w:rPr>
          <w:b/>
        </w:rPr>
        <w:t xml:space="preserve">[1:16:56] </w:t>
      </w:r>
      <w:r>
        <w:t>khuda is ko jahannum mein daal deta hai.</w:t>
      </w:r>
    </w:p>
    <w:p>
      <w:pPr>
        <w:jc w:val="right"/>
      </w:pPr>
      <w:r>
        <w:t>خدا اس کو جہنم میں ڈال دیتا ہے۔</w:t>
      </w:r>
    </w:p>
    <w:p>
      <w:r>
        <w:rPr>
          <w:b/>
        </w:rPr>
        <w:t xml:space="preserve">[1:17:01] </w:t>
      </w:r>
      <w:r>
        <w:t>is hadith ko aap explain karein.</w:t>
      </w:r>
    </w:p>
    <w:p>
      <w:pPr>
        <w:jc w:val="right"/>
      </w:pPr>
      <w:r>
        <w:t>اس حدیث کو آپ explain کریں۔</w:t>
      </w:r>
    </w:p>
    <w:p>
      <w:r>
        <w:rPr>
          <w:b/>
        </w:rPr>
        <w:t xml:space="preserve">[1:17:06] </w:t>
      </w:r>
      <w:r>
        <w:t>dekhein kisi bhi amal ka talluq spirit se hota hai.</w:t>
      </w:r>
    </w:p>
    <w:p>
      <w:pPr>
        <w:jc w:val="right"/>
      </w:pPr>
      <w:r>
        <w:t>دیکھیں کسی بھی عمل کا تعلق spirit سے ہوتا ہے۔</w:t>
      </w:r>
    </w:p>
    <w:p>
      <w:r>
        <w:rPr>
          <w:b/>
        </w:rPr>
        <w:t xml:space="preserve">[1:17:11] </w:t>
      </w:r>
      <w:r>
        <w:t>aadmi ke andar kya spirit hai is se hota hai.</w:t>
      </w:r>
    </w:p>
    <w:p>
      <w:pPr>
        <w:jc w:val="right"/>
      </w:pPr>
      <w:r>
        <w:t>آدمی کے اندر کیا spirit ہے اس سے ہوتا ہے۔</w:t>
      </w:r>
    </w:p>
    <w:p>
      <w:r>
        <w:rPr>
          <w:b/>
        </w:rPr>
        <w:t xml:space="preserve">[1:17:15] </w:t>
      </w:r>
      <w:r>
        <w:t>to Allah ko pata hai ke kis spirit se kis ne kiya kaam kiya hai.</w:t>
      </w:r>
    </w:p>
    <w:p>
      <w:pPr>
        <w:jc w:val="right"/>
      </w:pPr>
      <w:r>
        <w:t>تو اللہ کو پتہ ہے کہ کس spirit سے کس نے کیا کام کیا ہے۔</w:t>
      </w:r>
    </w:p>
    <w:p>
      <w:r>
        <w:rPr>
          <w:b/>
        </w:rPr>
        <w:t xml:space="preserve">[1:17:20] </w:t>
      </w:r>
      <w:r>
        <w:t>ya insan agar apne aap ko bohat objectively apna examine kare apne aap ko to aap khud bhi</w:t>
      </w:r>
    </w:p>
    <w:p>
      <w:pPr>
        <w:jc w:val="right"/>
      </w:pPr>
      <w:r>
        <w:t>یا انسان اگر اپنے آپ کو بہت objectively اپنا examine کرے اپنے آپ کو تو آپ خود بھی</w:t>
      </w:r>
    </w:p>
    <w:p>
      <w:r>
        <w:rPr>
          <w:b/>
        </w:rPr>
        <w:t xml:space="preserve">[1:17:25] </w:t>
      </w:r>
      <w:r>
        <w:t>jaan le ga insan.</w:t>
      </w:r>
    </w:p>
    <w:p>
      <w:pPr>
        <w:jc w:val="right"/>
      </w:pPr>
      <w:r>
        <w:t>جان لے گا انسان۔</w:t>
      </w:r>
    </w:p>
    <w:p>
      <w:r>
        <w:rPr>
          <w:b/>
        </w:rPr>
        <w:t xml:space="preserve">[1:17:30] </w:t>
      </w:r>
      <w:r>
        <w:t>ya to insan apne aap ko aik objectively examine kare to wo jaan le ga ke bari spirit</w:t>
      </w:r>
    </w:p>
    <w:p>
      <w:pPr>
        <w:jc w:val="right"/>
      </w:pPr>
      <w:r>
        <w:t>یا تو انسان اپنے آپ کو ایک objectively examine کرے تو وہ جان لے گا کہ باری spirit</w:t>
      </w:r>
    </w:p>
    <w:p>
      <w:r>
        <w:rPr>
          <w:b/>
        </w:rPr>
        <w:t xml:space="preserve">[1:17:35] </w:t>
      </w:r>
      <w:r>
        <w:t>kya thi aisa karne mein.</w:t>
      </w:r>
    </w:p>
    <w:p>
      <w:pPr>
        <w:jc w:val="right"/>
      </w:pPr>
      <w:r>
        <w:t>کیا تھی ایسا کرنے میں۔</w:t>
      </w:r>
    </w:p>
    <w:p>
      <w:r>
        <w:rPr>
          <w:b/>
        </w:rPr>
        <w:t xml:space="preserve">[1:17:40] </w:t>
      </w:r>
      <w:r>
        <w:t>ya Allah ko khabar hogi.</w:t>
      </w:r>
    </w:p>
    <w:p>
      <w:pPr>
        <w:jc w:val="right"/>
      </w:pPr>
      <w:r>
        <w:t>یا اللہ کو خبر ہوگی۔</w:t>
      </w:r>
    </w:p>
    <w:p>
      <w:r>
        <w:rPr>
          <w:b/>
        </w:rPr>
        <w:t xml:space="preserve">[1:17:45] </w:t>
      </w:r>
      <w:r>
        <w:t>hum nahi bata sakte.</w:t>
      </w:r>
    </w:p>
    <w:p>
      <w:pPr>
        <w:jc w:val="right"/>
      </w:pPr>
      <w:r>
        <w:t>ہم نہیں بتا سکتے۔</w:t>
      </w:r>
    </w:p>
    <w:p>
      <w:r>
        <w:rPr>
          <w:b/>
        </w:rPr>
        <w:t xml:space="preserve">[1:17:50] </w:t>
      </w:r>
      <w:r>
        <w:t>hum sirf yahi keh sakte hain ke it all depends upon spirit.</w:t>
      </w:r>
    </w:p>
    <w:p>
      <w:pPr>
        <w:jc w:val="right"/>
      </w:pPr>
      <w:r>
        <w:t>ہم صرف یہی کہہ سکتے ہیں کہ it all depends upon spirit۔</w:t>
      </w:r>
    </w:p>
    <w:p>
      <w:r>
        <w:rPr>
          <w:b/>
        </w:rPr>
        <w:t xml:space="preserve">[1:17:55] </w:t>
      </w:r>
      <w:r>
        <w:t>jaisi spirit waisa reward.</w:t>
      </w:r>
    </w:p>
    <w:p>
      <w:pPr>
        <w:jc w:val="right"/>
      </w:pPr>
      <w:r>
        <w:t>جیسی spirit ویسا reward۔</w:t>
      </w:r>
    </w:p>
    <w:p>
      <w:r>
        <w:rPr>
          <w:b/>
        </w:rPr>
        <w:t xml:space="preserve">[1:18:00] </w:t>
      </w:r>
      <w:r>
        <w:t>to aadmi ko hamesha yeh sochna chahiye ke main yeh cheez kis spirit ke sath kar raha hoon.</w:t>
      </w:r>
    </w:p>
    <w:p>
      <w:pPr>
        <w:jc w:val="right"/>
      </w:pPr>
      <w:r>
        <w:t>تو آدمی کو ہمیشہ یہ سوچنا چاہیے کہ میں یہ چیز کس spirit کے ساتھ کر رہا ہوں۔</w:t>
      </w:r>
    </w:p>
    <w:p>
      <w:r>
        <w:rPr>
          <w:b/>
        </w:rPr>
        <w:t xml:space="preserve">[1:18:04] </w:t>
      </w:r>
      <w:r>
        <w:t>kyunke wahi spirit jo hai wahi Allah ke haan count hogi.</w:t>
      </w:r>
    </w:p>
    <w:p>
      <w:pPr>
        <w:jc w:val="right"/>
      </w:pPr>
      <w:r>
        <w:t>کیونکہ وہی spirit جو ہے وہی اللہ کے ہاں count ہوگی۔</w:t>
      </w:r>
    </w:p>
    <w:p>
      <w:r>
        <w:rPr>
          <w:b/>
        </w:rPr>
        <w:t xml:space="preserve">[1:18:09] </w:t>
      </w:r>
      <w:r>
        <w:t>Maulana agla sawal Miss Razia ne kiya hai Jamia Millia Islamia se.</w:t>
      </w:r>
    </w:p>
    <w:p>
      <w:pPr>
        <w:jc w:val="right"/>
      </w:pPr>
      <w:r>
        <w:t>Maulana اگلا سوال مس رضیہ نے کیا ہے جامعہ ملیہ اسلامیہ سے۔</w:t>
      </w:r>
    </w:p>
    <w:p>
      <w:r>
        <w:rPr>
          <w:b/>
        </w:rPr>
        <w:t xml:space="preserve">[1:18:14] </w:t>
      </w:r>
      <w:r>
        <w:t>unhon ne likha hai: Maulana sahib yeh kaha jata hai ke musalman jannat ke liye hi banaya gaya hai.</w:t>
      </w:r>
    </w:p>
    <w:p>
      <w:pPr>
        <w:jc w:val="right"/>
      </w:pPr>
      <w:r>
        <w:t>انہوں نے لکھا ہے: Maulana صاحب یہ کہا جاتا ہے کہ مسلمان جنت کے لیے ہی بنایا گیا ہے۔</w:t>
      </w:r>
    </w:p>
    <w:p>
      <w:r>
        <w:rPr>
          <w:b/>
        </w:rPr>
        <w:t xml:space="preserve">[1:18:19] </w:t>
      </w:r>
      <w:r>
        <w:t>wo apne gunahon ki saza pa kar अंत mein jannat mein hi dakhil kiya jaye ga.</w:t>
      </w:r>
    </w:p>
    <w:p>
      <w:pPr>
        <w:jc w:val="right"/>
      </w:pPr>
      <w:r>
        <w:t>وہ اپنے گناہوں کی سزا پا کر अंत میں جنت میں ہی داخل کیا جائے گا۔</w:t>
      </w:r>
    </w:p>
    <w:p>
      <w:r>
        <w:rPr>
          <w:b/>
        </w:rPr>
        <w:t xml:space="preserve">[1:18:24] </w:t>
      </w:r>
      <w:r>
        <w:t>yeh baat kahan tak sahi hai? Dekhein yeh sab baatein bilkul baseless hain.</w:t>
      </w:r>
    </w:p>
    <w:p>
      <w:pPr>
        <w:jc w:val="right"/>
      </w:pPr>
      <w:r>
        <w:t>یہ بات کہاں تک صحیح ہے؟ دیکھیں یہ سب باتیں بالکل baseless ہیں۔</w:t>
      </w:r>
    </w:p>
    <w:p>
      <w:r>
        <w:rPr>
          <w:b/>
        </w:rPr>
        <w:t xml:space="preserve">[1:18:29] </w:t>
      </w:r>
      <w:r>
        <w:t>aur baad ke zamane mein banayi gayi hain.</w:t>
      </w:r>
    </w:p>
    <w:p>
      <w:pPr>
        <w:jc w:val="right"/>
      </w:pPr>
      <w:r>
        <w:t>اور بعد کے زمانے میں بنائی گئی ہیں۔</w:t>
      </w:r>
    </w:p>
    <w:p>
      <w:r>
        <w:rPr>
          <w:b/>
        </w:rPr>
        <w:t xml:space="preserve">[1:18:34] </w:t>
      </w:r>
      <w:r>
        <w:t>jannat musalmanon ke liye nahi banayi gayi.</w:t>
      </w:r>
    </w:p>
    <w:p>
      <w:pPr>
        <w:jc w:val="right"/>
      </w:pPr>
      <w:r>
        <w:t>جنت مسلمانوں کے لیے نہیں بنائی گئی۔</w:t>
      </w:r>
    </w:p>
    <w:p>
      <w:r>
        <w:rPr>
          <w:b/>
        </w:rPr>
        <w:t xml:space="preserve">[1:18:39] </w:t>
      </w:r>
      <w:r>
        <w:t>yeh bilkul hi yani bilkul hi yani koi is ki base nahi hai yeh kehna ke jannat musalman</w:t>
      </w:r>
    </w:p>
    <w:p>
      <w:pPr>
        <w:jc w:val="right"/>
      </w:pPr>
      <w:r>
        <w:t>یہ بالکل ہی یعنی بالکل ہی یعنی کوئی اس کی base نہیں ہے یہ کہنا کہ جنت مسلمانوں</w:t>
      </w:r>
    </w:p>
    <w:p>
      <w:r>
        <w:rPr>
          <w:b/>
        </w:rPr>
        <w:t xml:space="preserve">[1:18:44] </w:t>
      </w:r>
      <w:r>
        <w:t>on ke liye banayi gayi hai.</w:t>
      </w:r>
    </w:p>
    <w:p>
      <w:pPr>
        <w:jc w:val="right"/>
      </w:pPr>
      <w:r>
        <w:t>کے لیے بنائی گئی ہے۔</w:t>
      </w:r>
    </w:p>
    <w:p>
      <w:r>
        <w:rPr>
          <w:b/>
        </w:rPr>
        <w:t xml:space="preserve">[1:18:49] </w:t>
      </w:r>
      <w:r>
        <w:t>koi is ka kuch bhi base nahi hai.</w:t>
      </w:r>
    </w:p>
    <w:p>
      <w:pPr>
        <w:jc w:val="right"/>
      </w:pPr>
      <w:r>
        <w:t>کوئی اس کا کچھ بھی base نہیں ہے۔</w:t>
      </w:r>
    </w:p>
    <w:p>
      <w:r>
        <w:rPr>
          <w:b/>
        </w:rPr>
        <w:t xml:space="preserve">[1:18:54] </w:t>
      </w:r>
      <w:r>
        <w:t>ذالک جزاء منتزکہ.</w:t>
      </w:r>
    </w:p>
    <w:p>
      <w:pPr>
        <w:jc w:val="right"/>
      </w:pPr>
      <w:r>
        <w:t>ذالک جزاء منتزکہ۔</w:t>
      </w:r>
    </w:p>
    <w:p>
      <w:r>
        <w:rPr>
          <w:b/>
        </w:rPr>
        <w:t xml:space="preserve">[1:18:58] </w:t>
      </w:r>
      <w:r>
        <w:t>jannat banayi gayi hai purefied soul ke liye.</w:t>
      </w:r>
    </w:p>
    <w:p>
      <w:pPr>
        <w:jc w:val="right"/>
      </w:pPr>
      <w:r>
        <w:t>جنت بنائی گئی ہے purefied soul کے لیے۔</w:t>
      </w:r>
    </w:p>
    <w:p>
      <w:r>
        <w:rPr>
          <w:b/>
        </w:rPr>
        <w:t xml:space="preserve">[1:19:03] </w:t>
      </w:r>
      <w:r>
        <w:t>yani buzka shakhsiat ke liye.</w:t>
      </w:r>
    </w:p>
    <w:p>
      <w:pPr>
        <w:jc w:val="right"/>
      </w:pPr>
      <w:r>
        <w:t>یعنی بزکا شخصیت کے لیے۔</w:t>
      </w:r>
    </w:p>
    <w:p>
      <w:r>
        <w:rPr>
          <w:b/>
        </w:rPr>
        <w:t xml:space="preserve">[1:19:08] </w:t>
      </w:r>
      <w:r>
        <w:t>jannat banayi gayi hai buzka shakhsiat ke liye.</w:t>
      </w:r>
    </w:p>
    <w:p>
      <w:pPr>
        <w:jc w:val="right"/>
      </w:pPr>
      <w:r>
        <w:t>جنت بنائی گئی ہے بزکا شخصیت کے لیے۔</w:t>
      </w:r>
    </w:p>
    <w:p>
      <w:r>
        <w:rPr>
          <w:b/>
        </w:rPr>
        <w:t xml:space="preserve">[1:19:13] </w:t>
      </w:r>
      <w:r>
        <w:t>yani purefied soul ke liye.</w:t>
      </w:r>
    </w:p>
    <w:p>
      <w:pPr>
        <w:jc w:val="right"/>
      </w:pPr>
      <w:r>
        <w:t>یعنی purefied soul کے لیے۔</w:t>
      </w:r>
    </w:p>
    <w:p>
      <w:r>
        <w:rPr>
          <w:b/>
        </w:rPr>
        <w:t xml:space="preserve">[1:19:18] </w:t>
      </w:r>
      <w:r>
        <w:t>jo log yeh daawa karein ke jannat banayi gayi hai musalmanon ke liye wo khud hi khud jo chahein kehein.</w:t>
      </w:r>
    </w:p>
    <w:p>
      <w:pPr>
        <w:jc w:val="right"/>
      </w:pPr>
      <w:r>
        <w:t>جو لوگ یہ دعویٰ کریں کہ جنت بنائی گئی ہے مسلمانوں کے لیے وہ خود ہی خود جو چاہیں کہیں۔</w:t>
      </w:r>
    </w:p>
    <w:p>
      <w:r>
        <w:rPr>
          <w:b/>
        </w:rPr>
        <w:t xml:space="preserve">[1:19:23] </w:t>
      </w:r>
      <w:r>
        <w:t>quran hadith mein to aisa kuch likha hua nahi hai.</w:t>
      </w:r>
    </w:p>
    <w:p>
      <w:pPr>
        <w:jc w:val="right"/>
      </w:pPr>
      <w:r>
        <w:t>قرآن حدیث میں تو ایسا کچھ لکھا ہوا نہیں ہے۔</w:t>
      </w:r>
    </w:p>
    <w:p>
      <w:r>
        <w:rPr>
          <w:b/>
        </w:rPr>
        <w:t xml:space="preserve">[1:19:28] </w:t>
      </w:r>
      <w:r>
        <w:t>aadmi apne munh se jo chahe boley.</w:t>
      </w:r>
    </w:p>
    <w:p>
      <w:pPr>
        <w:jc w:val="right"/>
      </w:pPr>
      <w:r>
        <w:t>آدمی اپنے منہ سے جو چاہے بولے۔</w:t>
      </w:r>
    </w:p>
    <w:p>
      <w:r>
        <w:rPr>
          <w:b/>
        </w:rPr>
        <w:t xml:space="preserve">[1:19:33] </w:t>
      </w:r>
      <w:r>
        <w:t>is ki to aazadi hai insaan ko.</w:t>
      </w:r>
    </w:p>
    <w:p>
      <w:pPr>
        <w:jc w:val="right"/>
      </w:pPr>
      <w:r>
        <w:t>اس کی تو آزادی ہے انسان کو۔</w:t>
      </w:r>
    </w:p>
    <w:p>
      <w:r>
        <w:rPr>
          <w:b/>
        </w:rPr>
        <w:t xml:space="preserve">[1:19:38] </w:t>
      </w:r>
      <w:r>
        <w:t>lekin quran mein to yahi likha hua hai ke zaalika jaza'a muntazakah.</w:t>
      </w:r>
    </w:p>
    <w:p>
      <w:pPr>
        <w:jc w:val="right"/>
      </w:pPr>
      <w:r>
        <w:t>لیکن قرآن میں تو یہی لکھا ہوا ہے کہ ذالک جزاء منتزکہ۔</w:t>
      </w:r>
    </w:p>
    <w:p>
      <w:r>
        <w:rPr>
          <w:b/>
        </w:rPr>
        <w:t xml:space="preserve">[1:19:43] </w:t>
      </w:r>
      <w:r>
        <w:t>ke jannat banai gayi hai is insaan ke liye jo apna tazkiyah karey.</w:t>
      </w:r>
    </w:p>
    <w:p>
      <w:pPr>
        <w:jc w:val="right"/>
      </w:pPr>
      <w:r>
        <w:t>کہ جنت بنائی گئی ہے اس انسان کے لیے جو اپنا تزکیہ کرے۔</w:t>
      </w:r>
    </w:p>
    <w:p>
      <w:r>
        <w:rPr>
          <w:b/>
        </w:rPr>
        <w:t xml:space="preserve">[1:19:47] </w:t>
      </w:r>
      <w:r>
        <w:t>yaani apne aap ko purify karey.</w:t>
      </w:r>
    </w:p>
    <w:p>
      <w:pPr>
        <w:jc w:val="right"/>
      </w:pPr>
      <w:r>
        <w:t>یعنی اپنے آپ کو purify کرے۔</w:t>
      </w:r>
    </w:p>
    <w:p>
      <w:r>
        <w:rPr>
          <w:b/>
        </w:rPr>
        <w:t xml:space="preserve">[1:19:52] </w:t>
      </w:r>
      <w:r>
        <w:t>bazka shakhsiyat ke liye.</w:t>
      </w:r>
    </w:p>
    <w:p>
      <w:pPr>
        <w:jc w:val="right"/>
      </w:pPr>
      <w:r>
        <w:t>بزکا شخصیت کے لیے۔</w:t>
      </w:r>
    </w:p>
    <w:p>
      <w:r>
        <w:rPr>
          <w:b/>
        </w:rPr>
        <w:t xml:space="preserve">[1:19:57] </w:t>
      </w:r>
      <w:r>
        <w:t>yeh kahin nahi hai quran o hadith mein ke jannat banai gayi hai musalman ke liye.</w:t>
      </w:r>
    </w:p>
    <w:p>
      <w:pPr>
        <w:jc w:val="right"/>
      </w:pPr>
      <w:r>
        <w:t>یہ کہیں نہیں ہے قرآن و حدیث میں کہ جنت بنائی گئی ہے مسلمان کے لیے۔</w:t>
      </w:r>
    </w:p>
    <w:p>
      <w:r>
        <w:rPr>
          <w:b/>
        </w:rPr>
        <w:t xml:space="preserve">[1:20:02] </w:t>
      </w:r>
      <w:r>
        <w:t>yeh bilkul hi baseless baat hai.</w:t>
      </w:r>
    </w:p>
    <w:p>
      <w:pPr>
        <w:jc w:val="right"/>
      </w:pPr>
      <w:r>
        <w:t>یہ بالکل ہی baseless بات ہے۔</w:t>
      </w:r>
    </w:p>
    <w:p>
      <w:r>
        <w:rPr>
          <w:b/>
        </w:rPr>
        <w:t xml:space="preserve">[1:20:07] </w:t>
      </w:r>
      <w:r>
        <w:t>baseless baat hai.</w:t>
      </w:r>
    </w:p>
    <w:p>
      <w:pPr>
        <w:jc w:val="right"/>
      </w:pPr>
      <w:r>
        <w:t>Baseless بات ہے۔</w:t>
      </w:r>
    </w:p>
    <w:p>
      <w:r>
        <w:rPr>
          <w:b/>
        </w:rPr>
        <w:t xml:space="preserve">[1:20:12] </w:t>
      </w:r>
      <w:r>
        <w:t>maulana agla sawal dilli se hai.</w:t>
      </w:r>
    </w:p>
    <w:p>
      <w:pPr>
        <w:jc w:val="right"/>
      </w:pPr>
      <w:r>
        <w:t>Maulana اگلا سوال دلی سے ہے۔</w:t>
      </w:r>
    </w:p>
    <w:p>
      <w:r>
        <w:rPr>
          <w:b/>
        </w:rPr>
        <w:t xml:space="preserve">[1:20:17] </w:t>
      </w:r>
      <w:r>
        <w:t>jameel akhtar sahab ka.</w:t>
      </w:r>
    </w:p>
    <w:p>
      <w:pPr>
        <w:jc w:val="right"/>
      </w:pPr>
      <w:r>
        <w:t>جمیل اختر صاحب کا۔</w:t>
      </w:r>
    </w:p>
    <w:p>
      <w:r>
        <w:rPr>
          <w:b/>
        </w:rPr>
        <w:t xml:space="preserve">[1:20:22] </w:t>
      </w:r>
      <w:r>
        <w:t>unhon ne likha hai: aap ne pichli class mein kaha tha ke jitna ilm barhta hai khuda se</w:t>
      </w:r>
    </w:p>
    <w:p>
      <w:pPr>
        <w:jc w:val="right"/>
      </w:pPr>
      <w:r>
        <w:t>انہوں نے لکھا ہے: آپ نے پچھلی کلاس میں کہا تھا کہ جتنا علم بڑھتا ہے خدا سے</w:t>
      </w:r>
    </w:p>
    <w:p>
      <w:r>
        <w:rPr>
          <w:b/>
        </w:rPr>
        <w:t xml:space="preserve">[1:20:27] </w:t>
      </w:r>
      <w:r>
        <w:t>utna hi ta'alluq paida hota hai.</w:t>
      </w:r>
    </w:p>
    <w:p>
      <w:pPr>
        <w:jc w:val="right"/>
      </w:pPr>
      <w:r>
        <w:t>اتنا ہی تعلق پیدا ہوتا ہے۔</w:t>
      </w:r>
    </w:p>
    <w:p>
      <w:r>
        <w:rPr>
          <w:b/>
        </w:rPr>
        <w:t xml:space="preserve">[1:20:32] </w:t>
      </w:r>
      <w:r>
        <w:t>magar carl marx, darwin aur einstein waghera logon ne jitna parha utna hi behkey.</w:t>
      </w:r>
    </w:p>
    <w:p>
      <w:pPr>
        <w:jc w:val="right"/>
      </w:pPr>
      <w:r>
        <w:t>مگر کارل مارکس، ڈارون اور آئنسٹائن وغیرہ لوگوں نے جتنا پڑھا اتنا ہی بہکے۔</w:t>
      </w:r>
    </w:p>
    <w:p>
      <w:r>
        <w:rPr>
          <w:b/>
        </w:rPr>
        <w:t xml:space="preserve">[1:20:36] </w:t>
      </w:r>
      <w:r>
        <w:t>is ke baray mein kuch? dekhein yeh baat sahi nahi hai.</w:t>
      </w:r>
    </w:p>
    <w:p>
      <w:pPr>
        <w:jc w:val="right"/>
      </w:pPr>
      <w:r>
        <w:t>اس کے بارے میں کچھ؟ دیکھیں یہ بات صحیح نہیں ہے۔</w:t>
      </w:r>
    </w:p>
    <w:p>
      <w:r>
        <w:rPr>
          <w:b/>
        </w:rPr>
        <w:t xml:space="preserve">[1:20:41] </w:t>
      </w:r>
      <w:r>
        <w:t>carl marx ne kya parha tha? maine likha apni kitaab mein.</w:t>
      </w:r>
    </w:p>
    <w:p>
      <w:pPr>
        <w:jc w:val="right"/>
      </w:pPr>
      <w:r>
        <w:t>کارل مارکس نے کیا پڑھا تھا؟ میں نے لکھا اپنی کتاب میں۔</w:t>
      </w:r>
    </w:p>
    <w:p>
      <w:r>
        <w:rPr>
          <w:b/>
        </w:rPr>
        <w:t xml:space="preserve">[1:20:46] </w:t>
      </w:r>
      <w:r>
        <w:t>carl marx ne sab se zyada parha tha akhbari reporton ko.</w:t>
      </w:r>
    </w:p>
    <w:p>
      <w:pPr>
        <w:jc w:val="right"/>
      </w:pPr>
      <w:r>
        <w:t>کارل مارکس نے سب سے زیادہ پڑھا تھا اخباری رپورٹوں کو۔</w:t>
      </w:r>
    </w:p>
    <w:p>
      <w:r>
        <w:rPr>
          <w:b/>
        </w:rPr>
        <w:t xml:space="preserve">[1:20:51] </w:t>
      </w:r>
      <w:r>
        <w:t>woh jo lauzan jata tha library mein akhbari reportein parhta tha.</w:t>
      </w:r>
    </w:p>
    <w:p>
      <w:pPr>
        <w:jc w:val="right"/>
      </w:pPr>
      <w:r>
        <w:t>وہ جو لوزان جاتا تھا لائبریری میں اخباری رپورٹیں پڑھتا تھا۔</w:t>
      </w:r>
    </w:p>
    <w:p>
      <w:r>
        <w:rPr>
          <w:b/>
        </w:rPr>
        <w:t xml:space="preserve">[1:20:56] </w:t>
      </w:r>
      <w:r>
        <w:t>is ki jo kitaab hai the house capital is mein akhbari reporton par sara nazariya bana rakha hai is ne.</w:t>
      </w:r>
    </w:p>
    <w:p>
      <w:pPr>
        <w:jc w:val="right"/>
      </w:pPr>
      <w:r>
        <w:t>اس کی جو کتاب ہے The House Capital اس میں اخباری رپورٹوں پر سارا نظریہ بنا رکھا ہے اس نے۔</w:t>
      </w:r>
    </w:p>
    <w:p>
      <w:r>
        <w:rPr>
          <w:b/>
        </w:rPr>
        <w:t xml:space="preserve">[1:21:01] </w:t>
      </w:r>
      <w:r>
        <w:t>jis ko ilm kaha jata hai ilm woh cheez nahi zyada nahi parhi thi marx ne.</w:t>
      </w:r>
    </w:p>
    <w:p>
      <w:pPr>
        <w:jc w:val="right"/>
      </w:pPr>
      <w:r>
        <w:t>جس کو علم کہا جاتا ہے علم وہ چیز نہیں زیادہ نہیں پڑھی تھی مارکس نے۔</w:t>
      </w:r>
    </w:p>
    <w:p>
      <w:r>
        <w:rPr>
          <w:b/>
        </w:rPr>
        <w:t xml:space="preserve">[1:21:06] </w:t>
      </w:r>
      <w:r>
        <w:t>doosri baat yeh hai ke sincerity bohat zaroori hai.</w:t>
      </w:r>
    </w:p>
    <w:p>
      <w:pPr>
        <w:jc w:val="right"/>
      </w:pPr>
      <w:r>
        <w:t>دوسری بات یہ ہے کہ sincerity بہت ضروری ہے۔</w:t>
      </w:r>
    </w:p>
    <w:p>
      <w:r>
        <w:rPr>
          <w:b/>
        </w:rPr>
        <w:t xml:space="preserve">[1:21:11] </w:t>
      </w:r>
      <w:r>
        <w:t>parhna kya koi bhi cheez mein sincerity shart hoti hai.</w:t>
      </w:r>
    </w:p>
    <w:p>
      <w:pPr>
        <w:jc w:val="right"/>
      </w:pPr>
      <w:r>
        <w:t>پڑھنا کیا کوئی بھی چیز میں sincerity شرط ہوتی ہے۔</w:t>
      </w:r>
    </w:p>
    <w:p>
      <w:r>
        <w:rPr>
          <w:b/>
        </w:rPr>
        <w:t xml:space="preserve">[1:21:16] </w:t>
      </w:r>
      <w:r>
        <w:t>agar aap parhnay mein sincere honge to nateeja sahi nikley ga.</w:t>
      </w:r>
    </w:p>
    <w:p>
      <w:pPr>
        <w:jc w:val="right"/>
      </w:pPr>
      <w:r>
        <w:t>اگر آپ پڑھنے میں sincere ہوں گے تو نتیجہ صحیح نکلے گا۔</w:t>
      </w:r>
    </w:p>
    <w:p>
      <w:r>
        <w:rPr>
          <w:b/>
        </w:rPr>
        <w:t xml:space="preserve">[1:21:21] </w:t>
      </w:r>
      <w:r>
        <w:t>nahi to kuch bhi ulta nateeja nikaal lenge.</w:t>
      </w:r>
    </w:p>
    <w:p>
      <w:pPr>
        <w:jc w:val="right"/>
      </w:pPr>
      <w:r>
        <w:t>نہیں تو کچھ بھی الٹا نتیجہ نکال لیں گے۔</w:t>
      </w:r>
    </w:p>
    <w:p>
      <w:r>
        <w:rPr>
          <w:b/>
        </w:rPr>
        <w:t xml:space="preserve">[1:21:25] </w:t>
      </w:r>
      <w:r>
        <w:t>parhne ke sath sath lazmi baat hai sincerity.</w:t>
      </w:r>
    </w:p>
    <w:p>
      <w:pPr>
        <w:jc w:val="right"/>
      </w:pPr>
      <w:r>
        <w:t>پڑھنے کے ساتھ ساتھ لازمی بات ہے sincerity۔</w:t>
      </w:r>
    </w:p>
    <w:p>
      <w:r>
        <w:rPr>
          <w:b/>
        </w:rPr>
        <w:t xml:space="preserve">[1:21:30] </w:t>
      </w:r>
      <w:r>
        <w:t>lazmi baat hai sincerity.</w:t>
      </w:r>
    </w:p>
    <w:p>
      <w:pPr>
        <w:jc w:val="right"/>
      </w:pPr>
      <w:r>
        <w:t>لازمی بات ہے sincerity۔</w:t>
      </w:r>
    </w:p>
    <w:p>
      <w:r>
        <w:rPr>
          <w:b/>
        </w:rPr>
        <w:t xml:space="preserve">[1:21:35] </w:t>
      </w:r>
      <w:r>
        <w:t>mein nahin manta ke darwin ne bohat ziyada parha.</w:t>
      </w:r>
    </w:p>
    <w:p>
      <w:pPr>
        <w:jc w:val="right"/>
      </w:pPr>
      <w:r>
        <w:t>میں نہیں مانتا کہ ڈارون نے بہت زیادہ پڑھا۔</w:t>
      </w:r>
    </w:p>
    <w:p>
      <w:r>
        <w:rPr>
          <w:b/>
        </w:rPr>
        <w:t xml:space="preserve">[1:21:40] </w:t>
      </w:r>
      <w:r>
        <w:t>yeh bhi mein nahin manta ke marx ne ziyada parha.</w:t>
      </w:r>
    </w:p>
    <w:p>
      <w:pPr>
        <w:jc w:val="right"/>
      </w:pPr>
      <w:r>
        <w:t>یہ بھی میں نہیں مانتا کہ مارکس نے زیادہ پڑھا۔</w:t>
      </w:r>
    </w:p>
    <w:p>
      <w:r>
        <w:rPr>
          <w:b/>
        </w:rPr>
        <w:t xml:space="preserve">[1:21:45] </w:t>
      </w:r>
      <w:r>
        <w:t>darwin ne kiya kiya? woh aik kashti ke zariye us ne kai saal tak samandar ke kinare safar</w:t>
      </w:r>
    </w:p>
    <w:p>
      <w:pPr>
        <w:jc w:val="right"/>
      </w:pPr>
      <w:r>
        <w:t>ڈارون نے کیا کیا؟ وہ ایک کشتی کے ذریعے اس نے کئی سال تک سمندر کے کنارے سفر</w:t>
      </w:r>
    </w:p>
    <w:p>
      <w:r>
        <w:rPr>
          <w:b/>
        </w:rPr>
        <w:t xml:space="preserve">[1:21:50] </w:t>
      </w:r>
      <w:r>
        <w:t>kiya aur jo woh woh namoonay jama kiye us se nazariya banaya us ne.</w:t>
      </w:r>
    </w:p>
    <w:p>
      <w:pPr>
        <w:jc w:val="right"/>
      </w:pPr>
      <w:r>
        <w:t>کیا اور جو وہ وہ نمونے جمع کیے اس سے نظریہ بنایا اس نے۔</w:t>
      </w:r>
    </w:p>
    <w:p>
      <w:r>
        <w:rPr>
          <w:b/>
        </w:rPr>
        <w:t xml:space="preserve">[1:21:55] </w:t>
      </w:r>
      <w:r>
        <w:t>mein nahin manta ke gehra mutala kiya tha darwin ne.</w:t>
      </w:r>
    </w:p>
    <w:p>
      <w:pPr>
        <w:jc w:val="right"/>
      </w:pPr>
      <w:r>
        <w:t>میں نہیں مانتا کہ گہرا مطالعہ کیا تھا ڈارون نے۔</w:t>
      </w:r>
    </w:p>
    <w:p>
      <w:r>
        <w:rPr>
          <w:b/>
        </w:rPr>
        <w:t xml:space="preserve">[1:22:00] </w:t>
      </w:r>
      <w:r>
        <w:t>mein yeh bhi nahin manta ke gehra mutala kiya tha marx ne.</w:t>
      </w:r>
    </w:p>
    <w:p>
      <w:pPr>
        <w:jc w:val="right"/>
      </w:pPr>
      <w:r>
        <w:t>میں یہ بھی نہیں مانتا کہ گہرا مطالعہ کیا تھا مارکس نے۔</w:t>
      </w:r>
    </w:p>
    <w:p>
      <w:r>
        <w:rPr>
          <w:b/>
        </w:rPr>
        <w:t xml:space="preserve">[1:22:05] </w:t>
      </w:r>
      <w:r>
        <w:t>is ke bawajood mein kahoon ga ke agar koi shakhs gehra mutala kare tab bhi sincerity shart hogi.</w:t>
      </w:r>
    </w:p>
    <w:p>
      <w:pPr>
        <w:jc w:val="right"/>
      </w:pPr>
      <w:r>
        <w:t>اس کے باوجود میں کہوں گا کہ اگر کوئی شخص گہرا مطالعہ کرے تب بھی sincerity شرط ہوگی۔</w:t>
      </w:r>
    </w:p>
    <w:p>
      <w:r>
        <w:rPr>
          <w:b/>
        </w:rPr>
        <w:t xml:space="preserve">[1:22:10] </w:t>
      </w:r>
      <w:r>
        <w:t>sincerity ke baghair aadmi dekhen gehra mutala karne ke mein woh batata hoon.</w:t>
      </w:r>
    </w:p>
    <w:p>
      <w:pPr>
        <w:jc w:val="right"/>
      </w:pPr>
      <w:r>
        <w:t>sincerity کے بغیر آدمی دیکھیں گہرا مطالعہ کرنے کے میں وہ بتاتا ہوں۔</w:t>
      </w:r>
    </w:p>
    <w:p>
      <w:r>
        <w:rPr>
          <w:b/>
        </w:rPr>
        <w:t xml:space="preserve">[1:22:15] </w:t>
      </w:r>
      <w:r>
        <w:t>jab bhi aap gehra mutala karein ge to bar bar aise baatein samne aayengi jo aap ke</w:t>
      </w:r>
    </w:p>
    <w:p>
      <w:pPr>
        <w:jc w:val="right"/>
      </w:pPr>
      <w:r>
        <w:t>جب بھی آپ گہرا مطالعہ کریں گے تو بار بار ایسے باتیں سامنے آئیں گی جو آپ کے</w:t>
      </w:r>
    </w:p>
    <w:p>
      <w:r>
        <w:rPr>
          <w:b/>
        </w:rPr>
        <w:t xml:space="preserve">[1:22:19] </w:t>
      </w:r>
      <w:r>
        <w:t>nazariye ko radd kar rahi hongi.</w:t>
      </w:r>
    </w:p>
    <w:p>
      <w:pPr>
        <w:jc w:val="right"/>
      </w:pPr>
      <w:r>
        <w:t>نظریے کو رد کر رہی ہوں گی۔</w:t>
      </w:r>
    </w:p>
    <w:p>
      <w:r>
        <w:rPr>
          <w:b/>
        </w:rPr>
        <w:t xml:space="preserve">[1:22:24] </w:t>
      </w:r>
      <w:r>
        <w:t>wahan aap ko manna chahiye.</w:t>
      </w:r>
    </w:p>
    <w:p>
      <w:pPr>
        <w:jc w:val="right"/>
      </w:pPr>
      <w:r>
        <w:t>وہاں آپ کو ماننا چاہیے۔</w:t>
      </w:r>
    </w:p>
    <w:p>
      <w:r>
        <w:rPr>
          <w:b/>
        </w:rPr>
        <w:t xml:space="preserve">[1:22:29] </w:t>
      </w:r>
      <w:r>
        <w:t>aur log mante nahin.</w:t>
      </w:r>
    </w:p>
    <w:p>
      <w:pPr>
        <w:jc w:val="right"/>
      </w:pPr>
      <w:r>
        <w:t>اور لوگ مانتے نہیں۔</w:t>
      </w:r>
    </w:p>
    <w:p>
      <w:r>
        <w:rPr>
          <w:b/>
        </w:rPr>
        <w:t xml:space="preserve">[1:22:34] </w:t>
      </w:r>
      <w:r>
        <w:t>bar bar aisa hota hai ke aap ko aisi cheezein samne aati hain ke woh aap ke nazariye</w:t>
      </w:r>
    </w:p>
    <w:p>
      <w:pPr>
        <w:jc w:val="right"/>
      </w:pPr>
      <w:r>
        <w:t>بار بار ایسا ہوتا ہے کہ آپ کو ایسی چیزیں سامنے آتی ہیں کہ وہ آپ کے نظریے</w:t>
      </w:r>
    </w:p>
    <w:p>
      <w:r>
        <w:rPr>
          <w:b/>
        </w:rPr>
        <w:t xml:space="preserve">[1:22:39] </w:t>
      </w:r>
      <w:r>
        <w:t>ko radd kar rahi hoti hain.</w:t>
      </w:r>
    </w:p>
    <w:p>
      <w:pPr>
        <w:jc w:val="right"/>
      </w:pPr>
      <w:r>
        <w:t>کو رد کر رہی ہوتی ہیں۔</w:t>
      </w:r>
    </w:p>
    <w:p>
      <w:r>
        <w:rPr>
          <w:b/>
        </w:rPr>
        <w:t xml:space="preserve">[1:22:44] </w:t>
      </w:r>
      <w:r>
        <w:t>lekin is ko aap nazar andaz kar ke aage barh jate hain.</w:t>
      </w:r>
    </w:p>
    <w:p>
      <w:pPr>
        <w:jc w:val="right"/>
      </w:pPr>
      <w:r>
        <w:t>لیکن اس کو آپ نظر انداز کر کے آگے بڑھ جاتے ہیں۔</w:t>
      </w:r>
    </w:p>
    <w:p>
      <w:r>
        <w:rPr>
          <w:b/>
        </w:rPr>
        <w:t xml:space="preserve">[1:22:49] </w:t>
      </w:r>
      <w:r>
        <w:t>khud darwin ne etiraf kiya hai ke us ko aisi misalein samne aati theen jis ko us ne ignore kiya.</w:t>
      </w:r>
    </w:p>
    <w:p>
      <w:pPr>
        <w:jc w:val="right"/>
      </w:pPr>
      <w:r>
        <w:t>خود ڈارون نے اعتراف کیا ہے کہ اس کو ایسی مثالیں سامنے آتی تھیں جس کو اس نے ignore کیا۔</w:t>
      </w:r>
    </w:p>
    <w:p>
      <w:r>
        <w:rPr>
          <w:b/>
        </w:rPr>
        <w:t xml:space="preserve">[1:22:54] </w:t>
      </w:r>
      <w:r>
        <w:t>aur aakhir mein us ke jo jo us ka aakhri zamanay hain aakhri ayyam jo us ki zindagi</w:t>
      </w:r>
    </w:p>
    <w:p>
      <w:pPr>
        <w:jc w:val="right"/>
      </w:pPr>
      <w:r>
        <w:t>اور آخر میں اس کے جو جو اس کا آخری زمانے ہیں آخری ایام جو اس کی زندگی</w:t>
      </w:r>
    </w:p>
    <w:p>
      <w:r>
        <w:rPr>
          <w:b/>
        </w:rPr>
        <w:t xml:space="preserve">[1:22:59] </w:t>
      </w:r>
      <w:r>
        <w:t>hain us ko aap parhiye.</w:t>
      </w:r>
    </w:p>
    <w:p>
      <w:pPr>
        <w:jc w:val="right"/>
      </w:pPr>
      <w:r>
        <w:t>ہیں اس کو آپ پڑھیے۔</w:t>
      </w:r>
    </w:p>
    <w:p>
      <w:r>
        <w:rPr>
          <w:b/>
        </w:rPr>
        <w:t xml:space="preserve">[1:23:04] </w:t>
      </w:r>
      <w:r>
        <w:t>us ko bohat ziyada repentance tha ke mein ne sahi tor par pesh nahin kiya haqaiq fitrat ko.</w:t>
      </w:r>
    </w:p>
    <w:p>
      <w:pPr>
        <w:jc w:val="right"/>
      </w:pPr>
      <w:r>
        <w:t>اس کو بہت زیادہ repentance تھا کہ میں نے صحیح طور پر پیش نہیں کیا حقائق فطرت کو۔</w:t>
      </w:r>
    </w:p>
    <w:p>
      <w:r>
        <w:rPr>
          <w:b/>
        </w:rPr>
        <w:t xml:space="preserve">[1:23:08] </w:t>
      </w:r>
      <w:r>
        <w:t>woh mara bohat hi yani is mein frustration mein.</w:t>
      </w:r>
    </w:p>
    <w:p>
      <w:pPr>
        <w:jc w:val="right"/>
      </w:pPr>
      <w:r>
        <w:t>وہ مرا بہت ہی یعنی اس میں frustration میں۔</w:t>
      </w:r>
    </w:p>
    <w:p>
      <w:r>
        <w:rPr>
          <w:b/>
        </w:rPr>
        <w:t xml:space="preserve">[1:23:13] </w:t>
      </w:r>
      <w:r>
        <w:t>to do baatein mein arz kar raha hoon.</w:t>
      </w:r>
    </w:p>
    <w:p>
      <w:pPr>
        <w:jc w:val="right"/>
      </w:pPr>
      <w:r>
        <w:t>تو دو باتیں میں عرض کر رہا ہوں۔</w:t>
      </w:r>
    </w:p>
    <w:p>
      <w:r>
        <w:rPr>
          <w:b/>
        </w:rPr>
        <w:t xml:space="preserve">[1:23:18] </w:t>
      </w:r>
      <w:r>
        <w:t>aik baat yeh hai ke sahi maano mein gehra mutala bohat hi kam karte hain log.</w:t>
      </w:r>
    </w:p>
    <w:p>
      <w:pPr>
        <w:jc w:val="right"/>
      </w:pPr>
      <w:r>
        <w:t>ایک بات یہ ہے کہ صحیح معنوں میں گہرا مطالعہ بہت ہی کم کرتے ہیں لوگ۔</w:t>
      </w:r>
    </w:p>
    <w:p>
      <w:r>
        <w:rPr>
          <w:b/>
        </w:rPr>
        <w:t xml:space="preserve">[1:23:23] </w:t>
      </w:r>
      <w:r>
        <w:t>bohat hi kam karte hain.</w:t>
      </w:r>
    </w:p>
    <w:p>
      <w:pPr>
        <w:jc w:val="right"/>
      </w:pPr>
      <w:r>
        <w:t>بہت ہی کم کرتے ہیں۔</w:t>
      </w:r>
    </w:p>
    <w:p>
      <w:r>
        <w:rPr>
          <w:b/>
        </w:rPr>
        <w:t xml:space="preserve">[1:23:28] </w:t>
      </w:r>
      <w:r>
        <w:t>dusri baat yeh hai ke agar koi gehra mutalea karta hai tab bhi us ke liye tayyar nahi</w:t>
      </w:r>
    </w:p>
    <w:p>
      <w:pPr>
        <w:jc w:val="right"/>
      </w:pPr>
      <w:r>
        <w:t>دوسری بات یہ ہے کہ اگر کوئی گہرا مطالعہ کرتا ہے تب بھی اس کے لیے تیار نہیں</w:t>
      </w:r>
    </w:p>
    <w:p>
      <w:r>
        <w:rPr>
          <w:b/>
        </w:rPr>
        <w:t xml:space="preserve">[1:23:33] </w:t>
      </w:r>
      <w:r>
        <w:t>hota ke haqeeqatan us ke mind ko radd karen to woh maan le woh.</w:t>
      </w:r>
    </w:p>
    <w:p>
      <w:pPr>
        <w:jc w:val="right"/>
      </w:pPr>
      <w:r>
        <w:t>ہوتا کہ حقیقتاً اس کے mind کو رد کریں تو وہ مان لے وہ۔</w:t>
      </w:r>
    </w:p>
    <w:p>
      <w:r>
        <w:rPr>
          <w:b/>
        </w:rPr>
        <w:t xml:space="preserve">[1:23:38] </w:t>
      </w:r>
      <w:r>
        <w:t>maanta hi nahi hai.</w:t>
      </w:r>
    </w:p>
    <w:p>
      <w:pPr>
        <w:jc w:val="right"/>
      </w:pPr>
      <w:r>
        <w:t>مانتا ہی نہیں ہے۔</w:t>
      </w:r>
    </w:p>
    <w:p>
      <w:r>
        <w:rPr>
          <w:b/>
        </w:rPr>
        <w:t xml:space="preserve">[1:23:43] </w:t>
      </w:r>
      <w:r>
        <w:t>main ne us ki ek misaal di hai barn arsal ke baray mein ke us ne kafi mutalea kiya tha.</w:t>
      </w:r>
    </w:p>
    <w:p>
      <w:pPr>
        <w:jc w:val="right"/>
      </w:pPr>
      <w:r>
        <w:t>میں نے اس کی ایک مثال دی ہے برن ارسل کے بارے میں کہ اس نے کافی مطالعہ کیا تھا۔</w:t>
      </w:r>
    </w:p>
    <w:p>
      <w:r>
        <w:rPr>
          <w:b/>
        </w:rPr>
        <w:t xml:space="preserve">[1:23:48] </w:t>
      </w:r>
      <w:r>
        <w:t>main maanta hoon ke us ne mutalea kafi kiya tha.</w:t>
      </w:r>
    </w:p>
    <w:p>
      <w:pPr>
        <w:jc w:val="right"/>
      </w:pPr>
      <w:r>
        <w:t>میں مانتا ہوں کہ اس نے مطالعہ کافی کیا تھا۔</w:t>
      </w:r>
    </w:p>
    <w:p>
      <w:r>
        <w:rPr>
          <w:b/>
        </w:rPr>
        <w:t xml:space="preserve">[1:23:53] </w:t>
      </w:r>
      <w:r>
        <w:t>lekin us ke us ka ek misaal main ne di hai ke us ke samne yeh aya yeh</w:t>
      </w:r>
    </w:p>
    <w:p>
      <w:pPr>
        <w:jc w:val="right"/>
      </w:pPr>
      <w:r>
        <w:t>لیکن اس کے اس کا ایک مثال میں نے دی ہے کہ اس کے سامنے یہ آیا یہ</w:t>
      </w:r>
    </w:p>
    <w:p>
      <w:r>
        <w:rPr>
          <w:b/>
        </w:rPr>
        <w:t xml:space="preserve">[1:23:57] </w:t>
      </w:r>
      <w:r>
        <w:t>waqea ke kainat mein design hai.</w:t>
      </w:r>
    </w:p>
    <w:p>
      <w:pPr>
        <w:jc w:val="right"/>
      </w:pPr>
      <w:r>
        <w:t>واقعہ کہ کائنات میں design ہے۔</w:t>
      </w:r>
    </w:p>
    <w:p>
      <w:r>
        <w:rPr>
          <w:b/>
        </w:rPr>
        <w:t xml:space="preserve">[1:24:02] </w:t>
      </w:r>
      <w:r>
        <w:t>yeh waqea samne aya us ke.</w:t>
      </w:r>
    </w:p>
    <w:p>
      <w:pPr>
        <w:jc w:val="right"/>
      </w:pPr>
      <w:r>
        <w:t>یہ واقعہ سامنے آیا اس کے۔</w:t>
      </w:r>
    </w:p>
    <w:p>
      <w:r>
        <w:rPr>
          <w:b/>
        </w:rPr>
        <w:t xml:space="preserve">[1:24:07] </w:t>
      </w:r>
      <w:r>
        <w:t>to Where there is design does designer is se argument of design jo hai sabit hota hai.</w:t>
      </w:r>
    </w:p>
    <w:p>
      <w:pPr>
        <w:jc w:val="right"/>
      </w:pPr>
      <w:r>
        <w:t>تو Where there is design does designer اس سے argument of design جو ہے ثابت ہوتا ہے۔</w:t>
      </w:r>
    </w:p>
    <w:p>
      <w:r>
        <w:rPr>
          <w:b/>
        </w:rPr>
        <w:t xml:space="preserve">[1:24:12] </w:t>
      </w:r>
      <w:r>
        <w:t>lekin us ne kiya keh diya ek jumla bol kar ke ke darwinism ne is ko destroy kar diya hai.</w:t>
      </w:r>
    </w:p>
    <w:p>
      <w:pPr>
        <w:jc w:val="right"/>
      </w:pPr>
      <w:r>
        <w:t>لیکن اس نے کیا کہہ دیا ایک جملہ بول کر کے کہ ڈارونزم نے اس کو destroy کر دیا ہے۔</w:t>
      </w:r>
    </w:p>
    <w:p>
      <w:r>
        <w:rPr>
          <w:b/>
        </w:rPr>
        <w:t xml:space="preserve">[1:24:17] </w:t>
      </w:r>
      <w:r>
        <w:t>halankeh bilkul galat baat hai.</w:t>
      </w:r>
    </w:p>
    <w:p>
      <w:pPr>
        <w:jc w:val="right"/>
      </w:pPr>
      <w:r>
        <w:t>حالانکہ بالکل غلط بات ہے۔</w:t>
      </w:r>
    </w:p>
    <w:p>
      <w:r>
        <w:rPr>
          <w:b/>
        </w:rPr>
        <w:t xml:space="preserve">[1:24:22] </w:t>
      </w:r>
      <w:r>
        <w:t>darwin kaise destroy karega? darwinism itself is a miracle theory.</w:t>
      </w:r>
    </w:p>
    <w:p>
      <w:pPr>
        <w:jc w:val="right"/>
      </w:pPr>
      <w:r>
        <w:t>ڈارون کیسے destroy کرے گا؟ ڈارونزم itself is a miracle theory.</w:t>
      </w:r>
    </w:p>
    <w:p>
      <w:r>
        <w:rPr>
          <w:b/>
        </w:rPr>
        <w:t xml:space="preserve">[1:24:27] </w:t>
      </w:r>
      <w:r>
        <w:t>It is not a proved theory.</w:t>
      </w:r>
    </w:p>
    <w:p>
      <w:pPr>
        <w:jc w:val="right"/>
      </w:pPr>
      <w:r>
        <w:t>It is not a proved theory۔</w:t>
      </w:r>
    </w:p>
    <w:p>
      <w:r>
        <w:rPr>
          <w:b/>
        </w:rPr>
        <w:t xml:space="preserve">[1:24:32] </w:t>
      </w:r>
      <w:r>
        <w:t>to destroy kaise kar dega woh? ise aap samajh sakte hain ke ke agarcheh barn arsal ne</w:t>
      </w:r>
    </w:p>
    <w:p>
      <w:pPr>
        <w:jc w:val="right"/>
      </w:pPr>
      <w:r>
        <w:t>تو destroy کیسے کر دے گا وہ؟ اسے آپ سمجھ سکتے ہیں کہ کہ اگرچہ برن ارسل نے</w:t>
      </w:r>
    </w:p>
    <w:p>
      <w:r>
        <w:rPr>
          <w:b/>
        </w:rPr>
        <w:t xml:space="preserve">[1:24:37] </w:t>
      </w:r>
      <w:r>
        <w:t>bohat parha lekin woh sincere nahi tha.</w:t>
      </w:r>
    </w:p>
    <w:p>
      <w:pPr>
        <w:jc w:val="right"/>
      </w:pPr>
      <w:r>
        <w:t>بہت پڑھا لیکن وہ sincere نہیں تھا۔</w:t>
      </w:r>
    </w:p>
    <w:p>
      <w:r>
        <w:rPr>
          <w:b/>
        </w:rPr>
        <w:t xml:space="preserve">[1:24:42] </w:t>
      </w:r>
      <w:r>
        <w:t>jahan us ke us ka nazariya kat raha tha kyunke woh khuda ko nahi manta tha woh.</w:t>
      </w:r>
    </w:p>
    <w:p>
      <w:pPr>
        <w:jc w:val="right"/>
      </w:pPr>
      <w:r>
        <w:t>جہاں اس کے اس کا نظریہ کٹ رہا تھا کیونکہ وہ خدا کو نہیں مانتا تھا وہ۔</w:t>
      </w:r>
    </w:p>
    <w:p>
      <w:r>
        <w:rPr>
          <w:b/>
        </w:rPr>
        <w:t xml:space="preserve">[1:24:46] </w:t>
      </w:r>
      <w:r>
        <w:t>to wahan ek farzi ek statement de kar us ko apne ko yani ignore kiya us ko us ne.</w:t>
      </w:r>
    </w:p>
    <w:p>
      <w:pPr>
        <w:jc w:val="right"/>
      </w:pPr>
      <w:r>
        <w:t>تو وہاں ایک فرضی ایک statement دے کر اس کو اپنے کو یعنی ignore کیا اس کو اس نے۔</w:t>
      </w:r>
    </w:p>
    <w:p>
      <w:r>
        <w:rPr>
          <w:b/>
        </w:rPr>
        <w:t xml:space="preserve">[1:24:51] </w:t>
      </w:r>
      <w:r>
        <w:t>yeh main ne likha aap parh lijie is ko.</w:t>
      </w:r>
    </w:p>
    <w:p>
      <w:pPr>
        <w:jc w:val="right"/>
      </w:pPr>
      <w:r>
        <w:t>یہ میں نے لکھا آپ پڑھ لیجیے اس کو۔</w:t>
      </w:r>
    </w:p>
    <w:p>
      <w:r>
        <w:rPr>
          <w:b/>
        </w:rPr>
        <w:t xml:space="preserve">[1:24:56] </w:t>
      </w:r>
      <w:r>
        <w:t>ke woh mutale se yahan tak pohancha woh ke kainat mein design hai.</w:t>
      </w:r>
    </w:p>
    <w:p>
      <w:pPr>
        <w:jc w:val="right"/>
      </w:pPr>
      <w:r>
        <w:t>کہ وہ مطالعے سے یہاں تک پہنچا وہ کہ کائنات میں design ہے۔</w:t>
      </w:r>
    </w:p>
    <w:p>
      <w:r>
        <w:rPr>
          <w:b/>
        </w:rPr>
        <w:t xml:space="preserve">[1:25:01] </w:t>
      </w:r>
      <w:r>
        <w:t>aur bilkul it is but natural ke Where there is design there is designer.</w:t>
      </w:r>
    </w:p>
    <w:p>
      <w:pPr>
        <w:jc w:val="right"/>
      </w:pPr>
      <w:r>
        <w:t>اور بالکل it is but natural کہ Where there is design there is designer۔</w:t>
      </w:r>
    </w:p>
    <w:p>
      <w:r>
        <w:rPr>
          <w:b/>
        </w:rPr>
        <w:t xml:space="preserve">[1:25:06] </w:t>
      </w:r>
      <w:r>
        <w:t>to maanta hai ke argument from design jo hai in principle sahi hai.</w:t>
      </w:r>
    </w:p>
    <w:p>
      <w:pPr>
        <w:jc w:val="right"/>
      </w:pPr>
      <w:r>
        <w:t>تو مانتا ہے کہ argument from design جو ہے in principle صحیح ہے۔</w:t>
      </w:r>
    </w:p>
    <w:p>
      <w:r>
        <w:rPr>
          <w:b/>
        </w:rPr>
        <w:t xml:space="preserve">[1:25:11] </w:t>
      </w:r>
      <w:r>
        <w:t>us ke baad kehta hai ke magar darwinism ne is ko destroy kar diya.</w:t>
      </w:r>
    </w:p>
    <w:p>
      <w:pPr>
        <w:jc w:val="right"/>
      </w:pPr>
      <w:r>
        <w:t>اس کے بعد کہتا ہے کہ مگر ڈارونزم نے اس کو destroy کر دیا۔</w:t>
      </w:r>
    </w:p>
    <w:p>
      <w:r>
        <w:rPr>
          <w:b/>
        </w:rPr>
        <w:t xml:space="preserve">[1:25:16] </w:t>
      </w:r>
      <w:r>
        <w:t>ab us ko yeh maanna chahiye tha ke darwinism itself koi proved theory nahi hai.</w:t>
      </w:r>
    </w:p>
    <w:p>
      <w:pPr>
        <w:jc w:val="right"/>
      </w:pPr>
      <w:r>
        <w:t>اب اس کو یہ ماننا چاہیے تھا کہ ڈارونزم itself کوئی proved theory نہیں ہے۔</w:t>
      </w:r>
    </w:p>
    <w:p>
      <w:r>
        <w:rPr>
          <w:b/>
        </w:rPr>
        <w:t xml:space="preserve">[1:25:21] </w:t>
      </w:r>
      <w:r>
        <w:t>woh to miracle theory hai.</w:t>
      </w:r>
    </w:p>
    <w:p>
      <w:pPr>
        <w:jc w:val="right"/>
      </w:pPr>
      <w:r>
        <w:t>وہ تو miracle theory ہے۔</w:t>
      </w:r>
    </w:p>
    <w:p>
      <w:r>
        <w:rPr>
          <w:b/>
        </w:rPr>
        <w:t xml:space="preserve">[1:25:26] </w:t>
      </w:r>
      <w:r>
        <w:t>kaise destroy kar di gayi woh? yeh mamlaat itne saada nahi hain.</w:t>
      </w:r>
    </w:p>
    <w:p>
      <w:pPr>
        <w:jc w:val="right"/>
      </w:pPr>
      <w:r>
        <w:t>کیسے destroy کر دی گئی وہ؟ یہ معاملات اتنے سادہ نہیں ہیں۔</w:t>
      </w:r>
    </w:p>
    <w:p>
      <w:r>
        <w:rPr>
          <w:b/>
        </w:rPr>
        <w:t xml:space="preserve">[1:25:31] </w:t>
      </w:r>
      <w:r>
        <w:t>yeh bohat hi bohat hi nazuk mamlaat hain yeh.</w:t>
      </w:r>
    </w:p>
    <w:p>
      <w:pPr>
        <w:jc w:val="right"/>
      </w:pPr>
      <w:r>
        <w:t>یہ بہت ہی بہت ہی نازک معاملات ہیں یہ۔</w:t>
      </w:r>
    </w:p>
    <w:p>
      <w:r>
        <w:rPr>
          <w:b/>
        </w:rPr>
        <w:t xml:space="preserve">[1:25:36] </w:t>
      </w:r>
      <w:r>
        <w:t>Maulana agla sawal lainay say pehlay aik comment parhna chahengay jo Doha Qatar say Maulana Abdul Basit Umri</w:t>
      </w:r>
    </w:p>
    <w:p>
      <w:pPr>
        <w:jc w:val="right"/>
      </w:pPr>
      <w:r>
        <w:t>Maulana اگلا سوال لینے سے پہلے ایک comment پڑھنا چاہیں گے جو دوحہ قطر سے Maulana عبدالباسط عمری</w:t>
      </w:r>
    </w:p>
    <w:p>
      <w:r>
        <w:rPr>
          <w:b/>
        </w:rPr>
        <w:t xml:space="preserve">[1:25:40] </w:t>
      </w:r>
      <w:r>
        <w:t>nay bheja hai.</w:t>
      </w:r>
    </w:p>
    <w:p>
      <w:pPr>
        <w:jc w:val="right"/>
      </w:pPr>
      <w:r>
        <w:t>نے بھیجا ہے۔</w:t>
      </w:r>
    </w:p>
    <w:p>
      <w:r>
        <w:rPr>
          <w:b/>
        </w:rPr>
        <w:t xml:space="preserve">[1:25:45] </w:t>
      </w:r>
      <w:r>
        <w:t>unhon nay likha hai: Maulana aqeedah aqeedah ki kitabon mein tauheed kay aqeeday kay baray mein yeh likha</w:t>
      </w:r>
    </w:p>
    <w:p>
      <w:pPr>
        <w:jc w:val="right"/>
      </w:pPr>
      <w:r>
        <w:t>انہوں نے لکھا ہے: Maulana عقیدہ عقیدہ کی کتابوں میں توحید کے عقیدے کے بارے میں یہ لکھا</w:t>
      </w:r>
    </w:p>
    <w:p>
      <w:r>
        <w:rPr>
          <w:b/>
        </w:rPr>
        <w:t xml:space="preserve">[1:25:50] </w:t>
      </w:r>
      <w:r>
        <w:t>hota hai kay Allah ko aik manna us kay sath kisi ko shareek nahi karna.</w:t>
      </w:r>
    </w:p>
    <w:p>
      <w:pPr>
        <w:jc w:val="right"/>
      </w:pPr>
      <w:r>
        <w:t>ہوتا ہے کہ اللہ کو ایک ماننا اس کے ساتھ کسی کو شریک نہیں کرنا۔</w:t>
      </w:r>
    </w:p>
    <w:p>
      <w:r>
        <w:rPr>
          <w:b/>
        </w:rPr>
        <w:t xml:space="preserve">[1:25:55] </w:t>
      </w:r>
      <w:r>
        <w:t>na us ki rububiyat mein na uluhiyat mein aur na asma o sifat mein bas us say ziada kuch nahi.</w:t>
      </w:r>
    </w:p>
    <w:p>
      <w:pPr>
        <w:jc w:val="right"/>
      </w:pPr>
      <w:r>
        <w:t>نہ اس کی ربوبیت میں نہ اولیہات میں اور نہ اسماء و صفات میں بس اس سے زیادہ کچھ نہیں۔</w:t>
      </w:r>
    </w:p>
    <w:p>
      <w:r>
        <w:rPr>
          <w:b/>
        </w:rPr>
        <w:t xml:space="preserve">[1:26:00] </w:t>
      </w:r>
      <w:r>
        <w:t>magar aap ki kitabein kitab-e-marifat aur Allah Akbar parhnay kay baad maloom hota hai tauheed ka matlab</w:t>
      </w:r>
    </w:p>
    <w:p>
      <w:pPr>
        <w:jc w:val="right"/>
      </w:pPr>
      <w:r>
        <w:t>مگر آپ کی کتابیں کتاب معرفت اور اللہ اکبر پڑھنے کے بعد معلوم ہوتا ہے توحید کا مطلب</w:t>
      </w:r>
    </w:p>
    <w:p>
      <w:r>
        <w:rPr>
          <w:b/>
        </w:rPr>
        <w:t xml:space="preserve">[1:26:05] </w:t>
      </w:r>
      <w:r>
        <w:t>aik process hai jo zindagi bhar jari rehta hai.</w:t>
      </w:r>
    </w:p>
    <w:p>
      <w:pPr>
        <w:jc w:val="right"/>
      </w:pPr>
      <w:r>
        <w:t>ایک process ہے جو زندگی بھر جاری رہتا ہے۔</w:t>
      </w:r>
    </w:p>
    <w:p>
      <w:r>
        <w:rPr>
          <w:b/>
        </w:rPr>
        <w:t xml:space="preserve">[1:26:10] </w:t>
      </w:r>
      <w:r>
        <w:t>aur is process ko kaisay taraqqi dena hai.</w:t>
      </w:r>
    </w:p>
    <w:p>
      <w:pPr>
        <w:jc w:val="right"/>
      </w:pPr>
      <w:r>
        <w:t>اور اس process کو کیسے ترقی دینا ہے۔</w:t>
      </w:r>
    </w:p>
    <w:p>
      <w:r>
        <w:rPr>
          <w:b/>
        </w:rPr>
        <w:t xml:space="preserve">[1:26:15] </w:t>
      </w:r>
      <w:r>
        <w:t>warna Khuda shaoori haysiyat say baqi nahi rehay ga.</w:t>
      </w:r>
    </w:p>
    <w:p>
      <w:pPr>
        <w:jc w:val="right"/>
      </w:pPr>
      <w:r>
        <w:t>ورنہ خدا شعوری حیثیت سے باقی نہیں رہے گا۔</w:t>
      </w:r>
    </w:p>
    <w:p>
      <w:r>
        <w:rPr>
          <w:b/>
        </w:rPr>
        <w:t xml:space="preserve">[1:26:20] </w:t>
      </w:r>
      <w:r>
        <w:t>main nay tauheed ko pehli bar aap hi ki kitabon ko parh kay jana.</w:t>
      </w:r>
    </w:p>
    <w:p>
      <w:pPr>
        <w:jc w:val="right"/>
      </w:pPr>
      <w:r>
        <w:t>میں نے توحید کو پہلی بار آپ ہی کی کتابوں کو پڑھ کے جانا۔</w:t>
      </w:r>
    </w:p>
    <w:p>
      <w:r>
        <w:rPr>
          <w:b/>
        </w:rPr>
        <w:t xml:space="preserve">[1:26:25] </w:t>
      </w:r>
      <w:r>
        <w:t>warna mujhe samajh nahi ata tha kay Allah sab say bara hai us ka kia sense hai.</w:t>
      </w:r>
    </w:p>
    <w:p>
      <w:pPr>
        <w:jc w:val="right"/>
      </w:pPr>
      <w:r>
        <w:t>ورنہ مجھے سمجھ نہیں آتا تھا کہ اللہ سب سے بڑا ہے اس کا کیا sense ہے۔</w:t>
      </w:r>
    </w:p>
    <w:p>
      <w:r>
        <w:rPr>
          <w:b/>
        </w:rPr>
        <w:t xml:space="preserve">[1:26:29] </w:t>
      </w:r>
      <w:r>
        <w:t>Khuda hum say kia chahta hai.</w:t>
      </w:r>
    </w:p>
    <w:p>
      <w:pPr>
        <w:jc w:val="right"/>
      </w:pPr>
      <w:r>
        <w:t>خدا ہم سے کیا چاہتا ہے۔</w:t>
      </w:r>
    </w:p>
    <w:p>
      <w:r>
        <w:rPr>
          <w:b/>
        </w:rPr>
        <w:t xml:space="preserve">[1:26:34] </w:t>
      </w:r>
      <w:r>
        <w:t>Maulana agla sawal aa hai Delhi say Jameel Akhtar Sahab ka.</w:t>
      </w:r>
    </w:p>
    <w:p>
      <w:pPr>
        <w:jc w:val="right"/>
      </w:pPr>
      <w:r>
        <w:t>Maulana اگلا سوال آ ہے دلی سے جمیل اختر صاحب کا۔</w:t>
      </w:r>
    </w:p>
    <w:p>
      <w:r>
        <w:rPr>
          <w:b/>
        </w:rPr>
        <w:t xml:space="preserve">[1:26:39] </w:t>
      </w:r>
      <w:r>
        <w:t>unhon nay likha hai: Dua mein aksar kehtay hain kay Khuda tofeeq day.</w:t>
      </w:r>
    </w:p>
    <w:p>
      <w:pPr>
        <w:jc w:val="right"/>
      </w:pPr>
      <w:r>
        <w:t>انہوں نے لکھا ہے: دعا میں اکثر کہتے ہیں کہ خدا توفیق دے۔</w:t>
      </w:r>
    </w:p>
    <w:p>
      <w:r>
        <w:rPr>
          <w:b/>
        </w:rPr>
        <w:t xml:space="preserve">[1:26:44] </w:t>
      </w:r>
      <w:r>
        <w:t>yeh tofeeq kia hai? us kay baray mein batayein.</w:t>
      </w:r>
    </w:p>
    <w:p>
      <w:pPr>
        <w:jc w:val="right"/>
      </w:pPr>
      <w:r>
        <w:t>یہ توفیق کیا ہے؟ اس کے بارے میں بتائیں۔</w:t>
      </w:r>
    </w:p>
    <w:p>
      <w:r>
        <w:rPr>
          <w:b/>
        </w:rPr>
        <w:t xml:space="preserve">[1:26:49] </w:t>
      </w:r>
      <w:r>
        <w:t>dekhein tofeeq jo hai koi مخصوص term nahi hai.</w:t>
      </w:r>
    </w:p>
    <w:p>
      <w:pPr>
        <w:jc w:val="right"/>
      </w:pPr>
      <w:r>
        <w:t>دیکھیں توفیق جو ہے کوئی مخصوص term نہیں ہے۔</w:t>
      </w:r>
    </w:p>
    <w:p>
      <w:r>
        <w:rPr>
          <w:b/>
        </w:rPr>
        <w:t xml:space="preserve">[1:26:54] </w:t>
      </w:r>
      <w:r>
        <w:t>woh aik saada si baat hai kay insan kay pas kia hai? Will hai. Will.</w:t>
      </w:r>
    </w:p>
    <w:p>
      <w:pPr>
        <w:jc w:val="right"/>
      </w:pPr>
      <w:r>
        <w:t>وہ ایک سادہ سی بات ہے کہ انسان کے پاس کیا ہے؟ Will ہے۔ Will۔</w:t>
      </w:r>
    </w:p>
    <w:p>
      <w:r>
        <w:rPr>
          <w:b/>
        </w:rPr>
        <w:t xml:space="preserve">[1:26:59] </w:t>
      </w:r>
      <w:r>
        <w:t>Will power bas hai.</w:t>
      </w:r>
    </w:p>
    <w:p>
      <w:pPr>
        <w:jc w:val="right"/>
      </w:pPr>
      <w:r>
        <w:t>Will power بس ہے۔</w:t>
      </w:r>
    </w:p>
    <w:p>
      <w:r>
        <w:rPr>
          <w:b/>
        </w:rPr>
        <w:t xml:space="preserve">[1:27:04] </w:t>
      </w:r>
      <w:r>
        <w:t>aap kay pas sirf will power hai.</w:t>
      </w:r>
    </w:p>
    <w:p>
      <w:pPr>
        <w:jc w:val="right"/>
      </w:pPr>
      <w:r>
        <w:t>آپ کے پاس صرف will power ہے۔</w:t>
      </w:r>
    </w:p>
    <w:p>
      <w:r>
        <w:rPr>
          <w:b/>
        </w:rPr>
        <w:t xml:space="preserve">[1:27:09] </w:t>
      </w:r>
      <w:r>
        <w:t>aap yeh nahi kar sakte kay aap barish kay nizaam ko badlein.</w:t>
      </w:r>
    </w:p>
    <w:p>
      <w:pPr>
        <w:jc w:val="right"/>
      </w:pPr>
      <w:r>
        <w:t>آپ یہ نہیں کر سکتے کہ آپ بارش کے نظام کو بدلیں۔</w:t>
      </w:r>
    </w:p>
    <w:p>
      <w:r>
        <w:rPr>
          <w:b/>
        </w:rPr>
        <w:t xml:space="preserve">[1:27:14] </w:t>
      </w:r>
      <w:r>
        <w:t>sooraj kay nizaam ko badlein.</w:t>
      </w:r>
    </w:p>
    <w:p>
      <w:pPr>
        <w:jc w:val="right"/>
      </w:pPr>
      <w:r>
        <w:t>سورج کے نظام کو بدلیں۔</w:t>
      </w:r>
    </w:p>
    <w:p>
      <w:r>
        <w:rPr>
          <w:b/>
        </w:rPr>
        <w:t xml:space="preserve">[1:27:18] </w:t>
      </w:r>
      <w:r>
        <w:t>Soil kay nizaam ko badlein.</w:t>
      </w:r>
    </w:p>
    <w:p>
      <w:pPr>
        <w:jc w:val="right"/>
      </w:pPr>
      <w:r>
        <w:t>Soil کے نظام کو بدلیں۔</w:t>
      </w:r>
    </w:p>
    <w:p>
      <w:r>
        <w:rPr>
          <w:b/>
        </w:rPr>
        <w:t xml:space="preserve">[1:27:23] </w:t>
      </w:r>
      <w:r>
        <w:t>to sara jo nizaam hai jis mein jis kay andar aap ko kaam karna parta hai woh sab</w:t>
      </w:r>
    </w:p>
    <w:p>
      <w:pPr>
        <w:jc w:val="right"/>
      </w:pPr>
      <w:r>
        <w:t>تو سارا جو نظام ہے جس میں جس کے اندر آپ کو کام کرنا پڑتا ہے وہ سب</w:t>
      </w:r>
    </w:p>
    <w:p>
      <w:r>
        <w:rPr>
          <w:b/>
        </w:rPr>
        <w:t xml:space="preserve">[1:27:28] </w:t>
      </w:r>
      <w:r>
        <w:t>Allah kay hukum say chal raha hai.</w:t>
      </w:r>
    </w:p>
    <w:p>
      <w:pPr>
        <w:jc w:val="right"/>
      </w:pPr>
      <w:r>
        <w:t>اللہ کے حکم سے چل رہا ہے۔</w:t>
      </w:r>
    </w:p>
    <w:p>
      <w:r>
        <w:rPr>
          <w:b/>
        </w:rPr>
        <w:t xml:space="preserve">[1:27:33] </w:t>
      </w:r>
      <w:r>
        <w:t>aap ke paas sirf will hai.</w:t>
      </w:r>
    </w:p>
    <w:p>
      <w:pPr>
        <w:jc w:val="right"/>
      </w:pPr>
      <w:r>
        <w:t>آپ کے پاس صرف will ہے۔</w:t>
      </w:r>
    </w:p>
    <w:p>
      <w:r>
        <w:rPr>
          <w:b/>
        </w:rPr>
        <w:t xml:space="preserve">[1:27:38] </w:t>
      </w:r>
      <w:r>
        <w:t>to jab aap ek cheez ka faisla karen to aap ne zaati taur par irada kiya ke mujhe</w:t>
      </w:r>
    </w:p>
    <w:p>
      <w:pPr>
        <w:jc w:val="right"/>
      </w:pPr>
      <w:r>
        <w:t>تو جب آپ ایک چیز کا فیصلہ کریں تو آپ نے ذاتی طور پر ارادہ کیا کہ مجھے</w:t>
      </w:r>
    </w:p>
    <w:p>
      <w:r>
        <w:rPr>
          <w:b/>
        </w:rPr>
        <w:t xml:space="preserve">[1:27:43] </w:t>
      </w:r>
      <w:r>
        <w:t>aisa karna hai.</w:t>
      </w:r>
    </w:p>
    <w:p>
      <w:pPr>
        <w:jc w:val="right"/>
      </w:pPr>
      <w:r>
        <w:t>ایسا کرنا ہے۔</w:t>
      </w:r>
    </w:p>
    <w:p>
      <w:r>
        <w:rPr>
          <w:b/>
        </w:rPr>
        <w:t xml:space="preserve">[1:27:48] </w:t>
      </w:r>
      <w:r>
        <w:t>lekin jab tak jo asbab hain yaani jo natural factors hain wo aap ki mawafiqat na karen aap</w:t>
      </w:r>
    </w:p>
    <w:p>
      <w:pPr>
        <w:jc w:val="right"/>
      </w:pPr>
      <w:r>
        <w:t>لیکن جب تک جو اسباب ہیں یعنی جو natural factors ہیں وہ آپ کی موافقت نہ کریں آپ</w:t>
      </w:r>
    </w:p>
    <w:p>
      <w:r>
        <w:rPr>
          <w:b/>
        </w:rPr>
        <w:t xml:space="preserve">[1:27:53] </w:t>
      </w:r>
      <w:r>
        <w:t>kuch kar nahin sakte.</w:t>
      </w:r>
    </w:p>
    <w:p>
      <w:pPr>
        <w:jc w:val="right"/>
      </w:pPr>
      <w:r>
        <w:t>کچھ کر نہیں سکتے۔</w:t>
      </w:r>
    </w:p>
    <w:p>
      <w:r>
        <w:rPr>
          <w:b/>
        </w:rPr>
        <w:t xml:space="preserve">[1:27:58] </w:t>
      </w:r>
      <w:r>
        <w:t>to tofeeq kamane ki yahi hoti hai ke khuda ya main ne ek sacha faisla kiya hai ab to</w:t>
      </w:r>
    </w:p>
    <w:p>
      <w:pPr>
        <w:jc w:val="right"/>
      </w:pPr>
      <w:r>
        <w:t>تو توفیق کمانے کی یہی ہوتی ہے کہ خدایا میں نے ایک سچا فیصلہ کیا ہے اب تو</w:t>
      </w:r>
    </w:p>
    <w:p>
      <w:r>
        <w:rPr>
          <w:b/>
        </w:rPr>
        <w:t xml:space="preserve">[1:28:03] </w:t>
      </w:r>
      <w:r>
        <w:t>asbab ke aitbar se mujhe is qabil bana ke main is faisle ko amal mein la sakoon.</w:t>
      </w:r>
    </w:p>
    <w:p>
      <w:pPr>
        <w:jc w:val="right"/>
      </w:pPr>
      <w:r>
        <w:t>اسباب کے اعتبار سے مجھے اس قابل بنا کہ میں اس فیصلے کو عمل میں لا سکوں۔</w:t>
      </w:r>
    </w:p>
    <w:p>
      <w:r>
        <w:rPr>
          <w:b/>
        </w:rPr>
        <w:t xml:space="preserve">[1:28:07] </w:t>
      </w:r>
      <w:r>
        <w:t>to asbab fitri ko mawafiqat mein kar dena ye Allah ka kaam hai.</w:t>
      </w:r>
    </w:p>
    <w:p>
      <w:pPr>
        <w:jc w:val="right"/>
      </w:pPr>
      <w:r>
        <w:t>تو اسباب فطری کو موافقت میں کر دینا یہ اللہ کا کام ہے۔</w:t>
      </w:r>
    </w:p>
    <w:p>
      <w:r>
        <w:rPr>
          <w:b/>
        </w:rPr>
        <w:t xml:space="preserve">[1:28:12] </w:t>
      </w:r>
      <w:r>
        <w:t>aur yahi dua ka matlab hai.</w:t>
      </w:r>
    </w:p>
    <w:p>
      <w:pPr>
        <w:jc w:val="right"/>
      </w:pPr>
      <w:r>
        <w:t>اور یہی دعا کا مطلب ہے۔</w:t>
      </w:r>
    </w:p>
    <w:p>
      <w:r>
        <w:rPr>
          <w:b/>
        </w:rPr>
        <w:t xml:space="preserve">[1:28:17] </w:t>
      </w:r>
      <w:r>
        <w:t>Maulana aaj ka session ek aur comment jo aaya hai is par khatam karenge.</w:t>
      </w:r>
    </w:p>
    <w:p>
      <w:pPr>
        <w:jc w:val="right"/>
      </w:pPr>
      <w:r>
        <w:t>Maulana آج کا session ایک اور comment جو آیا ہے اس پر ختم کریں گے۔</w:t>
      </w:r>
    </w:p>
    <w:p>
      <w:r>
        <w:rPr>
          <w:b/>
        </w:rPr>
        <w:t xml:space="preserve">[1:28:22] </w:t>
      </w:r>
      <w:r>
        <w:t>yeh comment aaya hai a raipur se Idrees sahab ka.</w:t>
      </w:r>
    </w:p>
    <w:p>
      <w:pPr>
        <w:jc w:val="right"/>
      </w:pPr>
      <w:r>
        <w:t>یہ comment آیا ہے آ رائے پور سے ادریس صاحب کا۔</w:t>
      </w:r>
    </w:p>
    <w:p>
      <w:r>
        <w:rPr>
          <w:b/>
        </w:rPr>
        <w:t xml:space="preserve">[1:28:27] </w:t>
      </w:r>
      <w:r>
        <w:t>unhon ne likha hai: One of the very best talks with very clear message.</w:t>
      </w:r>
    </w:p>
    <w:p>
      <w:pPr>
        <w:jc w:val="right"/>
      </w:pPr>
      <w:r>
        <w:t>انہوں نے لکھا ہے: One of the very best talks with very clear message.</w:t>
      </w:r>
    </w:p>
    <w:p>
      <w:r>
        <w:rPr>
          <w:b/>
        </w:rPr>
        <w:t xml:space="preserve">[1:28:32] </w:t>
      </w:r>
      <w:r>
        <w:t>I learned that people of this century have an open mind to consider and accept new ideas.</w:t>
      </w:r>
    </w:p>
    <w:p>
      <w:pPr>
        <w:jc w:val="right"/>
      </w:pPr>
      <w:r>
        <w:t>I learned that people of this century have an open mind to consider and accept new ideas.</w:t>
      </w:r>
    </w:p>
    <w:p>
      <w:r>
        <w:rPr>
          <w:b/>
        </w:rPr>
        <w:t xml:space="preserve">[1:28:37] </w:t>
      </w:r>
      <w:r>
        <w:t>However, before accepting or rejecting an idea, they do scrutiny based on these three things which is: Firstly,</w:t>
      </w:r>
    </w:p>
    <w:p>
      <w:pPr>
        <w:jc w:val="right"/>
      </w:pPr>
      <w:r>
        <w:t>However, before accepting or rejecting an idea, they do scrutiny based on these three things which is: Firstly,</w:t>
      </w:r>
    </w:p>
    <w:p>
      <w:r>
        <w:rPr>
          <w:b/>
        </w:rPr>
        <w:t xml:space="preserve">[1:28:42] </w:t>
      </w:r>
      <w:r>
        <w:t>criteria for accepting existence is historical credibility.</w:t>
      </w:r>
    </w:p>
    <w:p>
      <w:pPr>
        <w:jc w:val="right"/>
      </w:pPr>
      <w:r>
        <w:t>criteria for accepting existence is historical credibility.</w:t>
      </w:r>
    </w:p>
    <w:p>
      <w:r>
        <w:rPr>
          <w:b/>
        </w:rPr>
        <w:t xml:space="preserve">[1:28:47] </w:t>
      </w:r>
      <w:r>
        <w:t>Secondly, criteria for accepting an idea is logical credibility.</w:t>
      </w:r>
    </w:p>
    <w:p>
      <w:pPr>
        <w:jc w:val="right"/>
      </w:pPr>
      <w:r>
        <w:t>Secondly, criteria for accepting an idea is logical credibility.</w:t>
      </w:r>
    </w:p>
    <w:p>
      <w:r>
        <w:rPr>
          <w:b/>
        </w:rPr>
        <w:t xml:space="preserve">[1:28:52] </w:t>
      </w:r>
      <w:r>
        <w:t>And thirdly, peace is valuable and preferred.</w:t>
      </w:r>
    </w:p>
    <w:p>
      <w:pPr>
        <w:jc w:val="right"/>
      </w:pPr>
      <w:r>
        <w:t>And thirdly, peace is valuable and preferred.</w:t>
      </w:r>
    </w:p>
    <w:p>
      <w:r>
        <w:rPr>
          <w:b/>
        </w:rPr>
        <w:t xml:space="preserve">[1:28:57] </w:t>
      </w:r>
      <w:r>
        <w:t>Islam has merit of historical and logical credibility and it is based on ideology of peace. Dhawa work should focus on these three merits. theek sahi baat hai. So we will end this session today.</w:t>
      </w:r>
    </w:p>
    <w:p>
      <w:pPr>
        <w:jc w:val="right"/>
      </w:pPr>
      <w:r>
        <w:t>Islam has merit of historical and logical credibility and it is based on ideology of peace. Dhawa work should focus on these three merits. ٹھیک صحیح بات ہے۔ So we will end this session today.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