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Creative Thinking February 19, 2017</w:t>
      </w:r>
    </w:p>
    <w:p>
      <w:r>
        <w:t>https://www.youtube.com/watch?v=L-x1xNJc__8</w:t>
      </w:r>
    </w:p>
    <w:p>
      <w:r>
        <w:rPr>
          <w:b/>
        </w:rPr>
        <w:t xml:space="preserve">[00:14] </w:t>
      </w:r>
      <w:r>
        <w:t>Bismillah Rehman ur Rahim.</w:t>
      </w:r>
    </w:p>
    <w:p>
      <w:pPr>
        <w:jc w:val="right"/>
      </w:pPr>
      <w:r>
        <w:t>بسم اللہ الرحمن الرحیم۔</w:t>
      </w:r>
    </w:p>
    <w:p>
      <w:r>
        <w:rPr>
          <w:b/>
        </w:rPr>
        <w:t xml:space="preserve">[00:19] </w:t>
      </w:r>
      <w:r>
        <w:t>Wasallu Allahu Ala Nabi il Kareem.</w:t>
      </w:r>
    </w:p>
    <w:p>
      <w:pPr>
        <w:jc w:val="right"/>
      </w:pPr>
      <w:r>
        <w:t>وصلی اللہ علی نبی الکریم۔</w:t>
      </w:r>
    </w:p>
    <w:p>
      <w:r>
        <w:rPr>
          <w:b/>
        </w:rPr>
        <w:t xml:space="preserve">[00:25]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[00:31] </w:t>
      </w:r>
      <w:r>
        <w:t>unnees farwari do hazar satrah.</w:t>
      </w:r>
    </w:p>
    <w:p>
      <w:pPr>
        <w:jc w:val="right"/>
      </w:pPr>
      <w:r>
        <w:t>انیس فروری دو ہزار سترہ۔</w:t>
      </w:r>
    </w:p>
    <w:p>
      <w:r>
        <w:rPr>
          <w:b/>
        </w:rPr>
        <w:t xml:space="preserve">[00:37] </w:t>
      </w:r>
      <w:r>
        <w:t>aaj main apne ek tajrube se baat shuru karna chahta hoon.</w:t>
      </w:r>
    </w:p>
    <w:p>
      <w:pPr>
        <w:jc w:val="right"/>
      </w:pPr>
      <w:r>
        <w:t>آج میں اپنے ایک تجربے سے بات شروع کرنا چاہتا ہوں۔</w:t>
      </w:r>
    </w:p>
    <w:p>
      <w:r>
        <w:rPr>
          <w:b/>
        </w:rPr>
        <w:t xml:space="preserve">[00:43] </w:t>
      </w:r>
      <w:r>
        <w:t>dekhiye Hazrat Umar jo dosre khaleefa the Islam ki tareekh mein, to unke kai aqwal hain.</w:t>
      </w:r>
    </w:p>
    <w:p>
      <w:pPr>
        <w:jc w:val="right"/>
      </w:pPr>
      <w:r>
        <w:t>دیکھیے حضرت عمر جو دوسرے خلیفہ تھے اسلام کی تاریخ میں، تو ان کے کئی اقوال ہیں۔</w:t>
      </w:r>
    </w:p>
    <w:p>
      <w:r>
        <w:rPr>
          <w:b/>
        </w:rPr>
        <w:t xml:space="preserve">[00:49] </w:t>
      </w:r>
      <w:r>
        <w:t>ek yeh hai ke: "Raham Allahu Umran Adaa Ala Ayubi." Allah is aadmi par reham kare jo mujh</w:t>
      </w:r>
    </w:p>
    <w:p>
      <w:pPr>
        <w:jc w:val="right"/>
      </w:pPr>
      <w:r>
        <w:t>ایک یہ ہے کہ: "رحم اللہ عمران ادا علی عیوبی۔" اللہ اس آدمی پر رحم کرے جو مجھ</w:t>
      </w:r>
    </w:p>
    <w:p>
      <w:r>
        <w:rPr>
          <w:b/>
        </w:rPr>
        <w:t xml:space="preserve">[00:55] </w:t>
      </w:r>
      <w:r>
        <w:t>ko mere aib ka tohfa bheje.</w:t>
      </w:r>
    </w:p>
    <w:p>
      <w:pPr>
        <w:jc w:val="right"/>
      </w:pPr>
      <w:r>
        <w:t>کو میرے عیب کا تحفہ بھیجے۔</w:t>
      </w:r>
    </w:p>
    <w:p>
      <w:r>
        <w:rPr>
          <w:b/>
        </w:rPr>
        <w:t xml:space="preserve">[01:01] </w:t>
      </w:r>
      <w:r>
        <w:t>allah is aadmi par reham kare jo mujh ko mere aib ka tohfa bhejhe.</w:t>
      </w:r>
    </w:p>
    <w:p>
      <w:pPr>
        <w:jc w:val="right"/>
      </w:pPr>
      <w:r>
        <w:t>اللہ اس آدمی پر رحم کرے جو مجھ کو میرے عیب کا تحفہ بھیجے۔</w:t>
      </w:r>
    </w:p>
    <w:p>
      <w:r>
        <w:rPr>
          <w:b/>
        </w:rPr>
        <w:t xml:space="preserve">[01:07] </w:t>
      </w:r>
      <w:r>
        <w:t>ab to ab tak mein is ko akhlaqi mani leta tha, akhlaqi mani mein.</w:t>
      </w:r>
    </w:p>
    <w:p>
      <w:pPr>
        <w:jc w:val="right"/>
      </w:pPr>
      <w:r>
        <w:t>اب تو اب تک میں اس کو اخلاقی معنی لیتا تھا، اخلاقی معنی میں۔</w:t>
      </w:r>
    </w:p>
    <w:p>
      <w:r>
        <w:rPr>
          <w:b/>
        </w:rPr>
        <w:t xml:space="preserve">[01:13] </w:t>
      </w:r>
      <w:r>
        <w:t>kal mujhe discovery hui ke yeh to wisdom ke mani mein hai.</w:t>
      </w:r>
    </w:p>
    <w:p>
      <w:pPr>
        <w:jc w:val="right"/>
      </w:pPr>
      <w:r>
        <w:t>کل مجھے discovery ہوئی کہ یہ تو wisdom کے معنی میں ہے۔</w:t>
      </w:r>
    </w:p>
    <w:p>
      <w:r>
        <w:rPr>
          <w:b/>
        </w:rPr>
        <w:t xml:space="preserve">[01:19] </w:t>
      </w:r>
      <w:r>
        <w:t>hua yeh ke kal mister ajmer ne meri aik baat par ikhtilaf kiya.</w:t>
      </w:r>
    </w:p>
    <w:p>
      <w:pPr>
        <w:jc w:val="right"/>
      </w:pPr>
      <w:r>
        <w:t>ہوا یہ کہ کل مسٹر اجمیر نے میری ایک بات پر اختلاف کیا۔</w:t>
      </w:r>
    </w:p>
    <w:p>
      <w:r>
        <w:rPr>
          <w:b/>
        </w:rPr>
        <w:t xml:space="preserve">[01:25] </w:t>
      </w:r>
      <w:r>
        <w:t>to is ikhtilaf mein meri aadat hai ke mein kisi ikhtilaf ko bure mani mein nahi leta.</w:t>
      </w:r>
    </w:p>
    <w:p>
      <w:pPr>
        <w:jc w:val="right"/>
      </w:pPr>
      <w:r>
        <w:t>تو اس اختلاف میں میری عادت ہے کہ میں کسی اختلاف کو برے معنی میں نہیں لیتا۔</w:t>
      </w:r>
    </w:p>
    <w:p>
      <w:r>
        <w:rPr>
          <w:b/>
        </w:rPr>
        <w:t xml:space="preserve">[01:31] </w:t>
      </w:r>
      <w:r>
        <w:t>ab dekhte ho kar sunta hoon.</w:t>
      </w:r>
    </w:p>
    <w:p>
      <w:pPr>
        <w:jc w:val="right"/>
      </w:pPr>
      <w:r>
        <w:t>اب دیکھتے ہو کر سنتا ہوں۔</w:t>
      </w:r>
    </w:p>
    <w:p>
      <w:r>
        <w:rPr>
          <w:b/>
        </w:rPr>
        <w:t xml:space="preserve">[01:37] </w:t>
      </w:r>
      <w:r>
        <w:t>to is ikhtilaf se mera jo trigger hua positive way mein, to bohat bari bari baatein discover ho gayin.</w:t>
      </w:r>
    </w:p>
    <w:p>
      <w:pPr>
        <w:jc w:val="right"/>
      </w:pPr>
      <w:r>
        <w:t>تو اس اختلاف سے میرا جو trigger ہوا positive way میں، تو بہت بڑی بڑی باتیں discover ہو گئیں۔</w:t>
      </w:r>
    </w:p>
    <w:p>
      <w:r>
        <w:rPr>
          <w:b/>
        </w:rPr>
        <w:t xml:space="preserve">[01:43] </w:t>
      </w:r>
      <w:r>
        <w:t>aur hazrat umar ke is qaul ki meaning bhi samajh mein aayi.</w:t>
      </w:r>
    </w:p>
    <w:p>
      <w:pPr>
        <w:jc w:val="right"/>
      </w:pPr>
      <w:r>
        <w:t>اور حضرت عمر کے اس قول کی meaning بھی سمجھ میں آئی۔</w:t>
      </w:r>
    </w:p>
    <w:p>
      <w:r>
        <w:rPr>
          <w:b/>
        </w:rPr>
        <w:t xml:space="preserve">[01:49] </w:t>
      </w:r>
      <w:r>
        <w:t>to yeh bohat ajeeb ghareeb cheez hai ikhtilaf.</w:t>
      </w:r>
    </w:p>
    <w:p>
      <w:pPr>
        <w:jc w:val="right"/>
      </w:pPr>
      <w:r>
        <w:t>تو یہ بہت عجیب غریب چیز ہے اختلاف۔</w:t>
      </w:r>
    </w:p>
    <w:p>
      <w:r>
        <w:rPr>
          <w:b/>
        </w:rPr>
        <w:t xml:space="preserve">[01:55] </w:t>
      </w:r>
      <w:r>
        <w:t>lekin ikhtilaf ko sahi direction pehli baar diya hai west ne.</w:t>
      </w:r>
    </w:p>
    <w:p>
      <w:pPr>
        <w:jc w:val="right"/>
      </w:pPr>
      <w:r>
        <w:t>لیکن اختلاف کو صحیح direction پہلی بار دیا ہے West نے۔</w:t>
      </w:r>
    </w:p>
    <w:p>
      <w:r>
        <w:rPr>
          <w:b/>
        </w:rPr>
        <w:t xml:space="preserve">[02:01] </w:t>
      </w:r>
      <w:r>
        <w:t>islam mein to maujood tha pehle, lekin islam ke baad west ne is ko sahi direction diya.</w:t>
      </w:r>
    </w:p>
    <w:p>
      <w:pPr>
        <w:jc w:val="right"/>
      </w:pPr>
      <w:r>
        <w:t>اسلام میں تو موجود تھا پہلے، لیکن اسلام کے بعد West نے اس کو صحیح direction دیا۔</w:t>
      </w:r>
    </w:p>
    <w:p>
      <w:r>
        <w:rPr>
          <w:b/>
        </w:rPr>
        <w:t xml:space="preserve">[02:07] </w:t>
      </w:r>
      <w:r>
        <w:t>dekhiye char sau saal pehle italy mein aik bohat hi bara starwar paida hua jis ko kehte hain galileo galilei.</w:t>
      </w:r>
    </w:p>
    <w:p>
      <w:pPr>
        <w:jc w:val="right"/>
      </w:pPr>
      <w:r>
        <w:t>دیکھیے چار سو سال پہلے اٹلی میں ایک بہت ہی بڑا starwar پیدا ہوا جس کو کہتے ہیں گلیریو گلیری۔</w:t>
      </w:r>
    </w:p>
    <w:p>
      <w:r>
        <w:rPr>
          <w:b/>
        </w:rPr>
        <w:t xml:space="preserve">[02:13] </w:t>
      </w:r>
      <w:r>
        <w:t>galileo galilei ko kaha jata hai ke woh founder of modern science hai.</w:t>
      </w:r>
    </w:p>
    <w:p>
      <w:pPr>
        <w:jc w:val="right"/>
      </w:pPr>
      <w:r>
        <w:t>گلیریو گلیری کو کہا جاتا ہے کہ وہ founder of modern سائنس ہے۔</w:t>
      </w:r>
    </w:p>
    <w:p>
      <w:r>
        <w:rPr>
          <w:b/>
        </w:rPr>
        <w:t xml:space="preserve">[02:18] </w:t>
      </w:r>
      <w:r>
        <w:t>kyun ke us ne pehli baar yeh bataya, establish kiya ke suraj zameen ke gird nahi ghoomta hai balkeh</w:t>
      </w:r>
    </w:p>
    <w:p>
      <w:pPr>
        <w:jc w:val="right"/>
      </w:pPr>
      <w:r>
        <w:t>کیونکہ اس نے پہلی بار یہ بتایا، establish کیا کہ سورج زمین کے گرد نہیں گھومتا ہے بلکہ</w:t>
      </w:r>
    </w:p>
    <w:p>
      <w:r>
        <w:rPr>
          <w:b/>
        </w:rPr>
        <w:t xml:space="preserve">[02:24] </w:t>
      </w:r>
      <w:r>
        <w:t>zameen suraj ke gird ghoomti hai.</w:t>
      </w:r>
    </w:p>
    <w:p>
      <w:pPr>
        <w:jc w:val="right"/>
      </w:pPr>
      <w:r>
        <w:t>زمین سورج کے گرد گھومتی ہے۔</w:t>
      </w:r>
    </w:p>
    <w:p>
      <w:r>
        <w:rPr>
          <w:b/>
        </w:rPr>
        <w:t xml:space="preserve">[02:30] </w:t>
      </w:r>
      <w:r>
        <w:t>lekin mein samajhta hoon ke aik aur pehlu hai jo history mein record nahi hua.</w:t>
      </w:r>
    </w:p>
    <w:p>
      <w:pPr>
        <w:jc w:val="right"/>
      </w:pPr>
      <w:r>
        <w:t>لیکن میں سمجھتا ہوں کہ ایک اور پہلو ہے جو history میں ریکارڈ نہیں ہوا۔</w:t>
      </w:r>
    </w:p>
    <w:p>
      <w:r>
        <w:rPr>
          <w:b/>
        </w:rPr>
        <w:t xml:space="preserve">[02:36] </w:t>
      </w:r>
      <w:r>
        <w:t>woh hai aik principle.</w:t>
      </w:r>
    </w:p>
    <w:p>
      <w:pPr>
        <w:jc w:val="right"/>
      </w:pPr>
      <w:r>
        <w:t>وہ ہے ایک principle۔</w:t>
      </w:r>
    </w:p>
    <w:p>
      <w:r>
        <w:rPr>
          <w:b/>
        </w:rPr>
        <w:t xml:space="preserve">[02:42] </w:t>
      </w:r>
      <w:r>
        <w:t>yeh to aik waqea hai jo us ne bataya.</w:t>
      </w:r>
    </w:p>
    <w:p>
      <w:pPr>
        <w:jc w:val="right"/>
      </w:pPr>
      <w:r>
        <w:t>یہ تو ایک واقعہ ہے جو اس نے بتایا۔</w:t>
      </w:r>
    </w:p>
    <w:p>
      <w:r>
        <w:rPr>
          <w:b/>
        </w:rPr>
        <w:t xml:space="preserve">[02:48] </w:t>
      </w:r>
      <w:r>
        <w:t>lekin is se bhi bari cheez hoti hai principle.</w:t>
      </w:r>
    </w:p>
    <w:p>
      <w:pPr>
        <w:jc w:val="right"/>
      </w:pPr>
      <w:r>
        <w:t>لیکن اس سے بھی بڑی چیز ہوتی ہے principle۔</w:t>
      </w:r>
    </w:p>
    <w:p>
      <w:r>
        <w:rPr>
          <w:b/>
        </w:rPr>
        <w:t xml:space="preserve">[02:54] </w:t>
      </w:r>
      <w:r>
        <w:t>kyun ke principle ko aap bohat sari jagahon par apply kar sakte hain.</w:t>
      </w:r>
    </w:p>
    <w:p>
      <w:pPr>
        <w:jc w:val="right"/>
      </w:pPr>
      <w:r>
        <w:t>کیونکہ principle کو آپ بہت ساری جگہوں پر اپلائے کر سکتے ہیں۔</w:t>
      </w:r>
    </w:p>
    <w:p>
      <w:r>
        <w:rPr>
          <w:b/>
        </w:rPr>
        <w:t xml:space="preserve">[03:00] </w:t>
      </w:r>
      <w:r>
        <w:t>to mein samajhta hoon ke galileo galilei ne sirf aik daryaft nahi ki, aik bohat bara principle dunya ko diya.</w:t>
      </w:r>
    </w:p>
    <w:p>
      <w:pPr>
        <w:jc w:val="right"/>
      </w:pPr>
      <w:r>
        <w:t>تو میں سمجھتا ہوں کہ گلیریو گلیری نے صرف ایک دریافت نہیں کی، ایک بہت بڑا principle دنیا کو دیا۔</w:t>
      </w:r>
    </w:p>
    <w:p>
      <w:r>
        <w:rPr>
          <w:b/>
        </w:rPr>
        <w:t xml:space="preserve">[03:06] </w:t>
      </w:r>
      <w:r>
        <w:t>agarche woh history mein is tareeqe se jis tarah mein keh raha hoon shayad is ka record nahi hua.</w:t>
      </w:r>
    </w:p>
    <w:p>
      <w:pPr>
        <w:jc w:val="right"/>
      </w:pPr>
      <w:r>
        <w:t>اگرچہ وہ history میں اس طریقے سے جس طرح میں کہہ رہا ہوں شاید اس کا ریکارڈ نہیں ہوا۔</w:t>
      </w:r>
    </w:p>
    <w:p>
      <w:r>
        <w:rPr>
          <w:b/>
        </w:rPr>
        <w:t xml:space="preserve">[03:12] </w:t>
      </w:r>
      <w:r>
        <w:t>woh yeh hai ke galileo galilei ne dissent ko opposition se deal in kar diya.</w:t>
      </w:r>
    </w:p>
    <w:p>
      <w:pPr>
        <w:jc w:val="right"/>
      </w:pPr>
      <w:r>
        <w:t>وہ یہ ہے کہ گلیریو گلیری نے dissent کو opposition سے deal in کر دیا۔</w:t>
      </w:r>
    </w:p>
    <w:p>
      <w:r>
        <w:rPr>
          <w:b/>
        </w:rPr>
        <w:t xml:space="preserve">[03:18] </w:t>
      </w:r>
      <w:r>
        <w:t>history mein hamesha dissent jo tha woh opposition ke mani mein liya jata tha.</w:t>
      </w:r>
    </w:p>
    <w:p>
      <w:pPr>
        <w:jc w:val="right"/>
      </w:pPr>
      <w:r>
        <w:t>History میں ہمیشہ dissent جو تھا وہ opposition کے معنی میں لیا جاتا تھا۔</w:t>
      </w:r>
    </w:p>
    <w:p>
      <w:r>
        <w:rPr>
          <w:b/>
        </w:rPr>
        <w:t xml:space="preserve">[03:24] </w:t>
      </w:r>
      <w:r>
        <w:t>yani dissent ka matlab disagreement.</w:t>
      </w:r>
    </w:p>
    <w:p>
      <w:pPr>
        <w:jc w:val="right"/>
      </w:pPr>
      <w:r>
        <w:t>یعنی dissent کا مطلب disagreement۔</w:t>
      </w:r>
    </w:p>
    <w:p>
      <w:r>
        <w:rPr>
          <w:b/>
        </w:rPr>
        <w:t xml:space="preserve">[03:30] </w:t>
      </w:r>
      <w:r>
        <w:t>Disagreement kisi ne kiya to woh hamara hamare khilaf hai, use maro, use kato, is se nafrat karo.</w:t>
      </w:r>
    </w:p>
    <w:p>
      <w:pPr>
        <w:jc w:val="right"/>
      </w:pPr>
      <w:r>
        <w:t>Disagreement کسی نے کیا تو وہ ہمارا ہمارے خلاف ہے، اسے مارو، اسے کاٹو، اس سے نفرت کرو۔</w:t>
      </w:r>
    </w:p>
    <w:p>
      <w:r>
        <w:rPr>
          <w:b/>
        </w:rPr>
        <w:t xml:space="preserve">[03:36] </w:t>
      </w:r>
      <w:r>
        <w:t>to dissent ko hamesha se liya jata tha opposition ke mani mein.</w:t>
      </w:r>
    </w:p>
    <w:p>
      <w:pPr>
        <w:jc w:val="right"/>
      </w:pPr>
      <w:r>
        <w:t>تو dissent کو ہمیشہ سے لیا جاتا تھا opposition کے معنی میں۔</w:t>
      </w:r>
    </w:p>
    <w:p>
      <w:r>
        <w:rPr>
          <w:b/>
        </w:rPr>
        <w:t xml:space="preserve">[03:42] </w:t>
      </w:r>
      <w:r>
        <w:t>aur phir is ke dushman samajhte the is ko.</w:t>
      </w:r>
    </w:p>
    <w:p>
      <w:pPr>
        <w:jc w:val="right"/>
      </w:pPr>
      <w:r>
        <w:t>اور پھر اس کے دشمن سمجھتے تھے اس کو۔</w:t>
      </w:r>
    </w:p>
    <w:p>
      <w:r>
        <w:rPr>
          <w:b/>
        </w:rPr>
        <w:t xml:space="preserve">[03:48] </w:t>
      </w:r>
      <w:r>
        <w:t>main samajhta hoon ke Galileo Galilei ne pehli bar history mein yeh kiya ke dissent ko opposition se</w:t>
      </w:r>
    </w:p>
    <w:p>
      <w:pPr>
        <w:jc w:val="right"/>
      </w:pPr>
      <w:r>
        <w:t>میں سمجھتا ہوں کہ گلیریو گلیری نے پہلی بار history میں یہ کیا کہ dissent کو opposition سے</w:t>
      </w:r>
    </w:p>
    <w:p>
      <w:r>
        <w:rPr>
          <w:b/>
        </w:rPr>
        <w:t xml:space="preserve">[03:54] </w:t>
      </w:r>
      <w:r>
        <w:t>alag kar diya.</w:t>
      </w:r>
    </w:p>
    <w:p>
      <w:pPr>
        <w:jc w:val="right"/>
      </w:pPr>
      <w:r>
        <w:t>الگ کر دیا۔</w:t>
      </w:r>
    </w:p>
    <w:p>
      <w:r>
        <w:rPr>
          <w:b/>
        </w:rPr>
        <w:t xml:space="preserve">[04:00] </w:t>
      </w:r>
      <w:r>
        <w:t>Dissent jo hai simply disagreement ban gaya.</w:t>
      </w:r>
    </w:p>
    <w:p>
      <w:pPr>
        <w:jc w:val="right"/>
      </w:pPr>
      <w:r>
        <w:t>Dissent جو ہے simply disagreement بن گیا۔</w:t>
      </w:r>
    </w:p>
    <w:p>
      <w:r>
        <w:rPr>
          <w:b/>
        </w:rPr>
        <w:t xml:space="preserve">[04:06] </w:t>
      </w:r>
      <w:r>
        <w:t>woh kaise hua? ke Galileo pehla shakhs tha tareekh mein jis ne telescope ko istemal kiya.</w:t>
      </w:r>
    </w:p>
    <w:p>
      <w:pPr>
        <w:jc w:val="right"/>
      </w:pPr>
      <w:r>
        <w:t>وہ کیسے ہوا؟ کہ گلیریو پہلا شخص تھا تاریخ میں جس نے telescope کو استعمال کیا۔</w:t>
      </w:r>
    </w:p>
    <w:p>
      <w:r>
        <w:rPr>
          <w:b/>
        </w:rPr>
        <w:t xml:space="preserve">[04:12] </w:t>
      </w:r>
      <w:r>
        <w:t>agarche is ka woh inventor nahi tha lekin istemal unhon ne sab se pehle is ne kiya.</w:t>
      </w:r>
    </w:p>
    <w:p>
      <w:pPr>
        <w:jc w:val="right"/>
      </w:pPr>
      <w:r>
        <w:t>اگرچہ اس کا وہ inventor نہیں تھا لیکن استعمال انہوں نے سب سے پہلے اس نے کیا۔</w:t>
      </w:r>
    </w:p>
    <w:p>
      <w:r>
        <w:rPr>
          <w:b/>
        </w:rPr>
        <w:t xml:space="preserve">[04:17] </w:t>
      </w:r>
      <w:r>
        <w:t>aur is ne istemal kar ke isi ne yeh bataya tha ke zameen ghoomti hai suraj ke gird.</w:t>
      </w:r>
    </w:p>
    <w:p>
      <w:pPr>
        <w:jc w:val="right"/>
      </w:pPr>
      <w:r>
        <w:t>اور اس نے استعمال کر کے اسی نے یہ بتایا تھا کہ زمین گھومتی ہے سورج کے گرد۔</w:t>
      </w:r>
    </w:p>
    <w:p>
      <w:r>
        <w:rPr>
          <w:b/>
        </w:rPr>
        <w:t xml:space="preserve">[04:23] </w:t>
      </w:r>
      <w:r>
        <w:t>to is ko Aristotle ka jo rai thi pehle, Aristotle ki aur Plato ki, woh log mante the</w:t>
      </w:r>
    </w:p>
    <w:p>
      <w:pPr>
        <w:jc w:val="right"/>
      </w:pPr>
      <w:r>
        <w:t>تو اس کو Aristotle کا جو رائے تھی پہلے، Aristotle کی اور Plato کی، وہ لوگ مانتے تھے</w:t>
      </w:r>
    </w:p>
    <w:p>
      <w:r>
        <w:rPr>
          <w:b/>
        </w:rPr>
        <w:t xml:space="preserve">[04:29] </w:t>
      </w:r>
      <w:r>
        <w:t>ke suraj ghoomta hai, suraj ghoomta hai.</w:t>
      </w:r>
    </w:p>
    <w:p>
      <w:pPr>
        <w:jc w:val="right"/>
      </w:pPr>
      <w:r>
        <w:t>کہ سورج گھومتا ہے، سورج گھومتا ہے۔</w:t>
      </w:r>
    </w:p>
    <w:p>
      <w:r>
        <w:rPr>
          <w:b/>
        </w:rPr>
        <w:t xml:space="preserve">[04:35] </w:t>
      </w:r>
      <w:r>
        <w:t>to is se is ne ikhtilaf kiya.</w:t>
      </w:r>
    </w:p>
    <w:p>
      <w:pPr>
        <w:jc w:val="right"/>
      </w:pPr>
      <w:r>
        <w:t>تو اس سے اس نے اختلاف کیا۔</w:t>
      </w:r>
    </w:p>
    <w:p>
      <w:r>
        <w:rPr>
          <w:b/>
        </w:rPr>
        <w:t xml:space="preserve">[04:41] </w:t>
      </w:r>
      <w:r>
        <w:t>lekin pehli bar is ne yeh kiya ke apne ikhtilaf ko, disagreement ko demonstratable bana diya.</w:t>
      </w:r>
    </w:p>
    <w:p>
      <w:pPr>
        <w:jc w:val="right"/>
      </w:pPr>
      <w:r>
        <w:t>لیکن پہلی بار اس نے یہ کیا کہ اپنے اختلاف کو، disagreement کو demonstratable بنا دیا۔</w:t>
      </w:r>
    </w:p>
    <w:p>
      <w:r>
        <w:rPr>
          <w:b/>
        </w:rPr>
        <w:t xml:space="preserve">[04:47] </w:t>
      </w:r>
      <w:r>
        <w:t>is se pehle chounke ikhtilaf ko aap demonstrate nahi kar sakte the, is liye woh ladaai bhadaai hoti thi.</w:t>
      </w:r>
    </w:p>
    <w:p>
      <w:pPr>
        <w:jc w:val="right"/>
      </w:pPr>
      <w:r>
        <w:t>اس سے پہلے چونکہ اختلاف کو آپ demonstrate نہیں کر سکتے تھے، اس لیے وہ لڑائی بھڑائی ہوتی تھی۔</w:t>
      </w:r>
    </w:p>
    <w:p>
      <w:r>
        <w:rPr>
          <w:b/>
        </w:rPr>
        <w:t xml:space="preserve">[04:53] </w:t>
      </w:r>
      <w:r>
        <w:t>jab ikhtilaf yani dissent demonstratable ban gaya to full start ho gaya wahan.</w:t>
      </w:r>
    </w:p>
    <w:p>
      <w:pPr>
        <w:jc w:val="right"/>
      </w:pPr>
      <w:r>
        <w:t>جب اختلاف یعنی dissent demonstratable بن گیا تو full start ہو گیا وہاں۔</w:t>
      </w:r>
    </w:p>
    <w:p>
      <w:r>
        <w:rPr>
          <w:b/>
        </w:rPr>
        <w:t xml:space="preserve">[04:59] </w:t>
      </w:r>
      <w:r>
        <w:t>maano maano compression create ho gaya.</w:t>
      </w:r>
    </w:p>
    <w:p>
      <w:pPr>
        <w:jc w:val="right"/>
      </w:pPr>
      <w:r>
        <w:t>مانو مانو compression create ہو گیا۔</w:t>
      </w:r>
    </w:p>
    <w:p>
      <w:r>
        <w:rPr>
          <w:b/>
        </w:rPr>
        <w:t xml:space="preserve">[05:05] </w:t>
      </w:r>
      <w:r>
        <w:t>maanna hi parega.</w:t>
      </w:r>
    </w:p>
    <w:p>
      <w:pPr>
        <w:jc w:val="right"/>
      </w:pPr>
      <w:r>
        <w:t>ماننا ہی پڑے گا۔</w:t>
      </w:r>
    </w:p>
    <w:p>
      <w:r>
        <w:rPr>
          <w:b/>
        </w:rPr>
        <w:t xml:space="preserve">[05:11] </w:t>
      </w:r>
      <w:r>
        <w:t>jaise misaal ke tor par dekhiye ek bohat hi well known phenomena tha history mein grahan, solar eclipse, lunar eclipse.</w:t>
      </w:r>
    </w:p>
    <w:p>
      <w:pPr>
        <w:jc w:val="right"/>
      </w:pPr>
      <w:r>
        <w:t>جیسے مثال کے طور پر دیکھیے ایک بہت ہی well known phenomena تھا history میں گرہن، solar eclipse, lunar eclipse۔</w:t>
      </w:r>
    </w:p>
    <w:p>
      <w:r>
        <w:rPr>
          <w:b/>
        </w:rPr>
        <w:t xml:space="preserve">[05:17] </w:t>
      </w:r>
      <w:r>
        <w:t>hamesha se log jante the ke ek hota tha.</w:t>
      </w:r>
    </w:p>
    <w:p>
      <w:pPr>
        <w:jc w:val="right"/>
      </w:pPr>
      <w:r>
        <w:t>ہمیشہ سے لوگ جانتے تھے کہ ایک ہوتا تھا۔</w:t>
      </w:r>
    </w:p>
    <w:p>
      <w:r>
        <w:rPr>
          <w:b/>
        </w:rPr>
        <w:t xml:space="preserve">[05:23] </w:t>
      </w:r>
      <w:r>
        <w:t>lekin poori history mein is ko lete the kisi bohat hi mysterious mani mein. Mysterious.</w:t>
      </w:r>
    </w:p>
    <w:p>
      <w:pPr>
        <w:jc w:val="right"/>
      </w:pPr>
      <w:r>
        <w:t>لیکن پوری history میں اس کو لیتے تھے کسی بہت ہی mysterious معنی میں۔ Mysterious۔</w:t>
      </w:r>
    </w:p>
    <w:p>
      <w:r>
        <w:rPr>
          <w:b/>
        </w:rPr>
        <w:t xml:space="preserve">[05:29] </w:t>
      </w:r>
      <w:r>
        <w:t>pehli bar jab woh zamana aaya ke modern astronomy ka zamana aaya aur telescope se dekha jane laga</w:t>
      </w:r>
    </w:p>
    <w:p>
      <w:pPr>
        <w:jc w:val="right"/>
      </w:pPr>
      <w:r>
        <w:t>پہلی بار جب وہ زمانہ آیا کہ modern astronomy کا زمانہ آیا اور telescope سے دیکھا جانے لگا</w:t>
      </w:r>
    </w:p>
    <w:p>
      <w:r>
        <w:rPr>
          <w:b/>
        </w:rPr>
        <w:t xml:space="preserve">[05:35] </w:t>
      </w:r>
      <w:r>
        <w:t>to pehli bar insan ko maloom hua ke yeh yeh ek bohat hi ek astronomical phenomena hai, koi</w:t>
      </w:r>
    </w:p>
    <w:p>
      <w:pPr>
        <w:jc w:val="right"/>
      </w:pPr>
      <w:r>
        <w:t>تو پہلی بار انسان کو معلوم ہوا کہ یہ یہ ایک بہت ہی ایک astronomical phenomena ہے، کوئی</w:t>
      </w:r>
    </w:p>
    <w:p>
      <w:r>
        <w:rPr>
          <w:b/>
        </w:rPr>
        <w:t xml:space="preserve">[05:41] </w:t>
      </w:r>
      <w:r>
        <w:t>mysterious baat nahi hai.</w:t>
      </w:r>
    </w:p>
    <w:p>
      <w:pPr>
        <w:jc w:val="right"/>
      </w:pPr>
      <w:r>
        <w:t>mysterious بات نہیں ہے۔</w:t>
      </w:r>
    </w:p>
    <w:p>
      <w:r>
        <w:rPr>
          <w:b/>
        </w:rPr>
        <w:t xml:space="preserve">[05:47] </w:t>
      </w:r>
      <w:r>
        <w:t>kyunke grahan kya hai, eclipse kya hai, woh hai well calculated alignment of three astronomical bodies.</w:t>
      </w:r>
    </w:p>
    <w:p>
      <w:pPr>
        <w:jc w:val="right"/>
      </w:pPr>
      <w:r>
        <w:t>کیونکہ گرہن کیا ہے، eclipse کیا ہے، وہ ہے well calculated alignment of three astronomical bodies۔</w:t>
      </w:r>
    </w:p>
    <w:p>
      <w:r>
        <w:rPr>
          <w:b/>
        </w:rPr>
        <w:t xml:space="preserve">[05:53] </w:t>
      </w:r>
      <w:r>
        <w:t>yani teen bodies jo sab ki sab chal rahi hain, ek khaas point par alignment ka ho jata</w:t>
      </w:r>
    </w:p>
    <w:p>
      <w:pPr>
        <w:jc w:val="right"/>
      </w:pPr>
      <w:r>
        <w:t>یعنی تین bodies جو سب کی سب چل رہی ہیں، ایک خاص point پر alignment کا ہو جاتا</w:t>
      </w:r>
    </w:p>
    <w:p>
      <w:r>
        <w:rPr>
          <w:b/>
        </w:rPr>
        <w:t xml:space="preserve">[05:59] </w:t>
      </w:r>
      <w:r>
        <w:t>hai, yani aik seedh mein aa jati hain.</w:t>
      </w:r>
    </w:p>
    <w:p>
      <w:pPr>
        <w:jc w:val="right"/>
      </w:pPr>
      <w:r>
        <w:t>ہے، یعنی ایک سیدھ میں آ جاتی ہیں۔</w:t>
      </w:r>
    </w:p>
    <w:p>
      <w:r>
        <w:rPr>
          <w:b/>
        </w:rPr>
        <w:t xml:space="preserve">[06:05] </w:t>
      </w:r>
      <w:r>
        <w:t>agarche teenon ka different size hai, distance hai, lekin bohat hi well calculated measurement mein in ka alignment</w:t>
      </w:r>
    </w:p>
    <w:p>
      <w:pPr>
        <w:jc w:val="right"/>
      </w:pPr>
      <w:r>
        <w:t>اگرچہ تینوں کا different size ہے، distance ہے، لیکن بہت ہی well calculated measurement میں ان کا alignment</w:t>
      </w:r>
    </w:p>
    <w:p>
      <w:r>
        <w:rPr>
          <w:b/>
        </w:rPr>
        <w:t xml:space="preserve">[06:11] </w:t>
      </w:r>
      <w:r>
        <w:t>ho jata hai.</w:t>
      </w:r>
    </w:p>
    <w:p>
      <w:pPr>
        <w:jc w:val="right"/>
      </w:pPr>
      <w:r>
        <w:t>ہو جاتا ہے۔</w:t>
      </w:r>
    </w:p>
    <w:p>
      <w:r>
        <w:rPr>
          <w:b/>
        </w:rPr>
        <w:t xml:space="preserve">[06:17] </w:t>
      </w:r>
      <w:r>
        <w:t>to hum ko lagta hai ke yeh.</w:t>
      </w:r>
    </w:p>
    <w:p>
      <w:pPr>
        <w:jc w:val="right"/>
      </w:pPr>
      <w:r>
        <w:t>تو ہم کو لگتا ہے کہ یہ۔</w:t>
      </w:r>
    </w:p>
    <w:p>
      <w:r>
        <w:rPr>
          <w:b/>
        </w:rPr>
        <w:t xml:space="preserve">[06:22] </w:t>
      </w:r>
      <w:r>
        <w:t>to agar kabhi chand beech mein aa jata hai, kabhi zameen beech mein aa jati hai, is se</w:t>
      </w:r>
    </w:p>
    <w:p>
      <w:pPr>
        <w:jc w:val="right"/>
      </w:pPr>
      <w:r>
        <w:t>تو اگر کبھی چاند بیچ میں آ جاتا ہے، کبھی زمین بیچ میں آ جاتی ہے، اس سے</w:t>
      </w:r>
    </w:p>
    <w:p>
      <w:r>
        <w:rPr>
          <w:b/>
        </w:rPr>
        <w:t xml:space="preserve">[06:28] </w:t>
      </w:r>
      <w:r>
        <w:t>eclipse hota hai.</w:t>
      </w:r>
    </w:p>
    <w:p>
      <w:pPr>
        <w:jc w:val="right"/>
      </w:pPr>
      <w:r>
        <w:t>eclipse ہوتا ہے۔</w:t>
      </w:r>
    </w:p>
    <w:p>
      <w:r>
        <w:rPr>
          <w:b/>
        </w:rPr>
        <w:t xml:space="preserve">[06:34] </w:t>
      </w:r>
      <w:r>
        <w:t>to woh jo cheez mystery bani hui thi, woh aik demonstratable cheez ban gai.</w:t>
      </w:r>
    </w:p>
    <w:p>
      <w:pPr>
        <w:jc w:val="right"/>
      </w:pPr>
      <w:r>
        <w:t>تو وہ جو چیز mystery بنی ہوئی تھی، وہ ایک demonstratable چیز بن گئی۔</w:t>
      </w:r>
    </w:p>
    <w:p>
      <w:r>
        <w:rPr>
          <w:b/>
        </w:rPr>
        <w:t xml:space="preserve">[06:40] </w:t>
      </w:r>
      <w:r>
        <w:t>is ke telescope ki wajah se.</w:t>
      </w:r>
    </w:p>
    <w:p>
      <w:pPr>
        <w:jc w:val="right"/>
      </w:pPr>
      <w:r>
        <w:t>اس کے telescope کی وجہ سے۔</w:t>
      </w:r>
    </w:p>
    <w:p>
      <w:r>
        <w:rPr>
          <w:b/>
        </w:rPr>
        <w:t xml:space="preserve">[06:46] </w:t>
      </w:r>
      <w:r>
        <w:t>is se aik establish hua, aik principle ke difference ko simply disagreement ke maani mein lo, opposition ke</w:t>
      </w:r>
    </w:p>
    <w:p>
      <w:pPr>
        <w:jc w:val="right"/>
      </w:pPr>
      <w:r>
        <w:t>اس سے ایک establish ہوا، ایک principle کہ difference کو simply disagreement کے معنی میں لو، opposition کے</w:t>
      </w:r>
    </w:p>
    <w:p>
      <w:r>
        <w:rPr>
          <w:b/>
        </w:rPr>
        <w:t xml:space="preserve">[06:52] </w:t>
      </w:r>
      <w:r>
        <w:t>maani mein mat lo.</w:t>
      </w:r>
    </w:p>
    <w:p>
      <w:pPr>
        <w:jc w:val="right"/>
      </w:pPr>
      <w:r>
        <w:t>معنی میں مت لو۔</w:t>
      </w:r>
    </w:p>
    <w:p>
      <w:r>
        <w:rPr>
          <w:b/>
        </w:rPr>
        <w:t xml:space="preserve">[06:58] </w:t>
      </w:r>
      <w:r>
        <w:t>yeh pehle tha nahi, hazaron saal se yeh nahi tha.</w:t>
      </w:r>
    </w:p>
    <w:p>
      <w:pPr>
        <w:jc w:val="right"/>
      </w:pPr>
      <w:r>
        <w:t>یہ پہلے تھا نہیں، ہزاروں سال سے یہ نہیں تھا۔</w:t>
      </w:r>
    </w:p>
    <w:p>
      <w:r>
        <w:rPr>
          <w:b/>
        </w:rPr>
        <w:t xml:space="preserve">[07:04] </w:t>
      </w:r>
      <w:r>
        <w:t>to bas jahan dissent hua, larai.</w:t>
      </w:r>
    </w:p>
    <w:p>
      <w:pPr>
        <w:jc w:val="right"/>
      </w:pPr>
      <w:r>
        <w:t>تو بس جہاں dissent ہوا، لڑائی۔</w:t>
      </w:r>
    </w:p>
    <w:p>
      <w:r>
        <w:rPr>
          <w:b/>
        </w:rPr>
        <w:t xml:space="preserve">[07:10] </w:t>
      </w:r>
      <w:r>
        <w:t>jahan dissent hua, ikhtilaf.</w:t>
      </w:r>
    </w:p>
    <w:p>
      <w:pPr>
        <w:jc w:val="right"/>
      </w:pPr>
      <w:r>
        <w:t>جہاں dissent ہوا، اختلاف۔</w:t>
      </w:r>
    </w:p>
    <w:p>
      <w:r>
        <w:rPr>
          <w:b/>
        </w:rPr>
        <w:t xml:space="preserve">[07:16] </w:t>
      </w:r>
      <w:r>
        <w:t>to kal yahan par jo hamara program tha Saturday ka, to Mr. Ajmer ne meri aik rai se ikhtilaf kiya.</w:t>
      </w:r>
    </w:p>
    <w:p>
      <w:pPr>
        <w:jc w:val="right"/>
      </w:pPr>
      <w:r>
        <w:t>تو کل یہاں پر جو ہمارا program تھا Saturday کا، تو مسٹر اجمیر نے میری ایک رائے سے اختلاف کیا۔</w:t>
      </w:r>
    </w:p>
    <w:p>
      <w:r>
        <w:rPr>
          <w:b/>
        </w:rPr>
        <w:t xml:space="preserve">[07:22] </w:t>
      </w:r>
      <w:r>
        <w:t>to mein is par us ne objectively liya.</w:t>
      </w:r>
    </w:p>
    <w:p>
      <w:pPr>
        <w:jc w:val="right"/>
      </w:pPr>
      <w:r>
        <w:t>تو میں اس پر اس نے objectively لیا۔</w:t>
      </w:r>
    </w:p>
    <w:p>
      <w:r>
        <w:rPr>
          <w:b/>
        </w:rPr>
        <w:t xml:space="preserve">[07:28] </w:t>
      </w:r>
      <w:r>
        <w:t>to mera mind positive way mein trigger ho gaya.</w:t>
      </w:r>
    </w:p>
    <w:p>
      <w:pPr>
        <w:jc w:val="right"/>
      </w:pPr>
      <w:r>
        <w:t>تو میرا mind positive way میں trigger ہو گیا۔</w:t>
      </w:r>
    </w:p>
    <w:p>
      <w:r>
        <w:rPr>
          <w:b/>
        </w:rPr>
        <w:t xml:space="preserve">[07:34] </w:t>
      </w:r>
      <w:r>
        <w:t>aur bohat bari bari baatein samajh mein aain.</w:t>
      </w:r>
    </w:p>
    <w:p>
      <w:pPr>
        <w:jc w:val="right"/>
      </w:pPr>
      <w:r>
        <w:t>اور بہت بڑی بڑی باتیں سمجھ میں آئیں۔</w:t>
      </w:r>
    </w:p>
    <w:p>
      <w:r>
        <w:rPr>
          <w:b/>
        </w:rPr>
        <w:t xml:space="preserve">[07:40] </w:t>
      </w:r>
      <w:r>
        <w:t>is mein bhi yeh baat bhi thi ke Galileo ka jo karmana hai, is mein aik cheez record</w:t>
      </w:r>
    </w:p>
    <w:p>
      <w:pPr>
        <w:jc w:val="right"/>
      </w:pPr>
      <w:r>
        <w:t>اس میں بھی یہ بات بھی تھی کہ گلیریو کا جو کارنامہ ہے، اس میں ایک چیز ریکارڈ</w:t>
      </w:r>
    </w:p>
    <w:p>
      <w:r>
        <w:rPr>
          <w:b/>
        </w:rPr>
        <w:t xml:space="preserve">[07:46] </w:t>
      </w:r>
      <w:r>
        <w:t>mein nahi aai hai, aik principle us ne establish kiya hai. Establish.</w:t>
      </w:r>
    </w:p>
    <w:p>
      <w:pPr>
        <w:jc w:val="right"/>
      </w:pPr>
      <w:r>
        <w:t>میں نہیں آئی ہے، ایک principle اس نے establish کیا ہے۔ Establish۔</w:t>
      </w:r>
    </w:p>
    <w:p>
      <w:r>
        <w:rPr>
          <w:b/>
        </w:rPr>
        <w:t xml:space="preserve">[07:52] </w:t>
      </w:r>
      <w:r>
        <w:t>ke dissent ko demonstratable bana diya us ne.</w:t>
      </w:r>
    </w:p>
    <w:p>
      <w:pPr>
        <w:jc w:val="right"/>
      </w:pPr>
      <w:r>
        <w:t>کہ dissent کو demonstratable بنا دیا اس نے۔</w:t>
      </w:r>
    </w:p>
    <w:p>
      <w:r>
        <w:rPr>
          <w:b/>
        </w:rPr>
        <w:t xml:space="preserve">[07:58] </w:t>
      </w:r>
      <w:r>
        <w:t>to is ki wajah se ikhtilaf par aik full stop lag gaya.</w:t>
      </w:r>
    </w:p>
    <w:p>
      <w:pPr>
        <w:jc w:val="right"/>
      </w:pPr>
      <w:r>
        <w:t>تو اس کی وجہ سے اختلاف پر ایک full stop لگ گیا۔</w:t>
      </w:r>
    </w:p>
    <w:p>
      <w:r>
        <w:rPr>
          <w:b/>
        </w:rPr>
        <w:t xml:space="preserve">[08:04] </w:t>
      </w:r>
      <w:r>
        <w:t>aur larai bharai khatam ho gai.</w:t>
      </w:r>
    </w:p>
    <w:p>
      <w:pPr>
        <w:jc w:val="right"/>
      </w:pPr>
      <w:r>
        <w:t>اور لڑائی بھڑائی ختم ہو گئی۔</w:t>
      </w:r>
    </w:p>
    <w:p>
      <w:r>
        <w:rPr>
          <w:b/>
        </w:rPr>
        <w:t xml:space="preserve">[08:10] </w:t>
      </w:r>
      <w:r>
        <w:t>to mein samajhta hoon ke yahi raaz hai jis ko hum kehte hain.</w:t>
      </w:r>
    </w:p>
    <w:p>
      <w:pPr>
        <w:jc w:val="right"/>
      </w:pPr>
      <w:r>
        <w:t>تو میں سمجھتا ہوں کہ یہی راز ہے جس کو ہم کہتے ہیں۔</w:t>
      </w:r>
    </w:p>
    <w:p>
      <w:r>
        <w:rPr>
          <w:b/>
        </w:rPr>
        <w:t xml:space="preserve">[08:16] </w:t>
      </w:r>
      <w:r>
        <w:t>is se pehle baat yahan hui thi ke what is creative thinking? Woh bhi Mr. Ajmer ne question kiya tha.</w:t>
      </w:r>
    </w:p>
    <w:p>
      <w:pPr>
        <w:jc w:val="right"/>
      </w:pPr>
      <w:r>
        <w:t>اس سے پہلے بات یہاں ہوئی تھی کہ what is creative thinking؟ وہ بھی مسٹر اجمیر نے question کیا تھا۔</w:t>
      </w:r>
    </w:p>
    <w:p>
      <w:r>
        <w:rPr>
          <w:b/>
        </w:rPr>
        <w:t xml:space="preserve">[08:21] </w:t>
      </w:r>
      <w:r>
        <w:t>to mein samajhta hoon ke creative thinking yahi hai.</w:t>
      </w:r>
    </w:p>
    <w:p>
      <w:pPr>
        <w:jc w:val="right"/>
      </w:pPr>
      <w:r>
        <w:t>تو میں سمجھتا ہوں کہ creative thinking یہی ہے۔</w:t>
      </w:r>
    </w:p>
    <w:p>
      <w:r>
        <w:rPr>
          <w:b/>
        </w:rPr>
        <w:t xml:space="preserve">[08:27] </w:t>
      </w:r>
      <w:r>
        <w:t>Creative thinking yahi hai.</w:t>
      </w:r>
    </w:p>
    <w:p>
      <w:pPr>
        <w:jc w:val="right"/>
      </w:pPr>
      <w:r>
        <w:t>Creative thinking یہی ہے۔</w:t>
      </w:r>
    </w:p>
    <w:p>
      <w:r>
        <w:rPr>
          <w:b/>
        </w:rPr>
        <w:t xml:space="preserve">[08:33] </w:t>
      </w:r>
      <w:r>
        <w:t>Woh kya hai? Ke hamara mind jo hai, bohat hi capacity iski hai.</w:t>
      </w:r>
    </w:p>
    <w:p>
      <w:pPr>
        <w:jc w:val="right"/>
      </w:pPr>
      <w:r>
        <w:t>وہ کیا ہے؟ کہ ہمارا mind جو ہے، بہت ہی capacity اس کی ہے۔</w:t>
      </w:r>
    </w:p>
    <w:p>
      <w:r>
        <w:rPr>
          <w:b/>
        </w:rPr>
        <w:t xml:space="preserve">[08:39] </w:t>
      </w:r>
      <w:r>
        <w:t>Hamara mind universal ocean of reservoir hai. Facts ka.</w:t>
      </w:r>
    </w:p>
    <w:p>
      <w:pPr>
        <w:jc w:val="right"/>
      </w:pPr>
      <w:r>
        <w:t>ہمارا mind universal ocean of reservoir ہے۔ Facts کا۔</w:t>
      </w:r>
    </w:p>
    <w:p>
      <w:r>
        <w:rPr>
          <w:b/>
        </w:rPr>
        <w:t xml:space="preserve">[08:45] </w:t>
      </w:r>
      <w:r>
        <w:t>Uncounted qism ke facts hain hamare mind mein bhare hue.</w:t>
      </w:r>
    </w:p>
    <w:p>
      <w:pPr>
        <w:jc w:val="right"/>
      </w:pPr>
      <w:r>
        <w:t>Uncounted قسم کے facts ہیں ہمارے mind میں بھرے ہوئے۔</w:t>
      </w:r>
    </w:p>
    <w:p>
      <w:r>
        <w:rPr>
          <w:b/>
        </w:rPr>
        <w:t xml:space="preserve">[08:51] </w:t>
      </w:r>
      <w:r>
        <w:t>Besumar, besumar, besumar.</w:t>
      </w:r>
    </w:p>
    <w:p>
      <w:pPr>
        <w:jc w:val="right"/>
      </w:pPr>
      <w:r>
        <w:t>بے شمار، بے شمار، بے شمار۔</w:t>
      </w:r>
    </w:p>
    <w:p>
      <w:r>
        <w:rPr>
          <w:b/>
        </w:rPr>
        <w:t xml:space="preserve">[08:57] </w:t>
      </w:r>
      <w:r>
        <w:t>Toh woh jab hum koi hum se disagree kare aur hum offend na hon, hum ghussa na hon,</w:t>
      </w:r>
    </w:p>
    <w:p>
      <w:pPr>
        <w:jc w:val="right"/>
      </w:pPr>
      <w:r>
        <w:t>تو وہ جب ہم کوئی ہم سے disagree کرے اور ہم offend نہ ہوں، ہم غصہ نہ ہوں،</w:t>
      </w:r>
    </w:p>
    <w:p>
      <w:r>
        <w:rPr>
          <w:b/>
        </w:rPr>
        <w:t xml:space="preserve">[09:03] </w:t>
      </w:r>
      <w:r>
        <w:t>Toh positive way mein hamara mind trigger hota hai.</w:t>
      </w:r>
    </w:p>
    <w:p>
      <w:pPr>
        <w:jc w:val="right"/>
      </w:pPr>
      <w:r>
        <w:t>تو positive way میں ہمارا mind trigger ہوتا ہے۔</w:t>
      </w:r>
    </w:p>
    <w:p>
      <w:r>
        <w:rPr>
          <w:b/>
        </w:rPr>
        <w:t xml:space="preserve">[09:09] </w:t>
      </w:r>
      <w:r>
        <w:t>Positive way mein.</w:t>
      </w:r>
    </w:p>
    <w:p>
      <w:pPr>
        <w:jc w:val="right"/>
      </w:pPr>
      <w:r>
        <w:t>Positive way میں۔</w:t>
      </w:r>
    </w:p>
    <w:p>
      <w:r>
        <w:rPr>
          <w:b/>
        </w:rPr>
        <w:t xml:space="preserve">[09:15] </w:t>
      </w:r>
      <w:r>
        <w:t>Toh kya hota hai? Is reservoir ki koi window khul jati hai.</w:t>
      </w:r>
    </w:p>
    <w:p>
      <w:pPr>
        <w:jc w:val="right"/>
      </w:pPr>
      <w:r>
        <w:t>تو کیا ہوتا ہے؟ اس reservoir کی کوئی window کھل جاتی ہے۔</w:t>
      </w:r>
    </w:p>
    <w:p>
      <w:r>
        <w:rPr>
          <w:b/>
        </w:rPr>
        <w:t xml:space="preserve">[09:21] </w:t>
      </w:r>
      <w:r>
        <w:t>Woh universal reservoir jo hai, usko koi window khul jati hai.</w:t>
      </w:r>
    </w:p>
    <w:p>
      <w:pPr>
        <w:jc w:val="right"/>
      </w:pPr>
      <w:r>
        <w:t>وہ universal reservoir جو ہے، اس کو کوئی window کھل جاتی ہے۔</w:t>
      </w:r>
    </w:p>
    <w:p>
      <w:r>
        <w:rPr>
          <w:b/>
        </w:rPr>
        <w:t xml:space="preserve">[09:27] </w:t>
      </w:r>
      <w:r>
        <w:t>Phir hum ko naye naye item, naye naye item, naye item discover hone lagte hain.</w:t>
      </w:r>
    </w:p>
    <w:p>
      <w:pPr>
        <w:jc w:val="right"/>
      </w:pPr>
      <w:r>
        <w:t>پھر ہم کو نئے نئے item، نئے نئے item، نئے item discover ہونے لگتے ہیں۔</w:t>
      </w:r>
    </w:p>
    <w:p>
      <w:r>
        <w:rPr>
          <w:b/>
        </w:rPr>
        <w:t xml:space="preserve">[09:33] </w:t>
      </w:r>
      <w:r>
        <w:t>Woh jo hamare mind mein universe of reservoir hai, naye naye facts ka, iski besumar windows hain.</w:t>
      </w:r>
    </w:p>
    <w:p>
      <w:pPr>
        <w:jc w:val="right"/>
      </w:pPr>
      <w:r>
        <w:t>وہ جو ہمارے mind میں universe of reservoir ہے، نئے نئے facts کا، اس کی بے شمار windows ہیں۔</w:t>
      </w:r>
    </w:p>
    <w:p>
      <w:r>
        <w:rPr>
          <w:b/>
        </w:rPr>
        <w:t xml:space="preserve">[09:39] </w:t>
      </w:r>
      <w:r>
        <w:t>Toh iski koi na koi window khul jati hai.</w:t>
      </w:r>
    </w:p>
    <w:p>
      <w:pPr>
        <w:jc w:val="right"/>
      </w:pPr>
      <w:r>
        <w:t>تو اس کی کوئی نہ کوئی window کھل جاتی ہے۔</w:t>
      </w:r>
    </w:p>
    <w:p>
      <w:r>
        <w:rPr>
          <w:b/>
        </w:rPr>
        <w:t xml:space="preserve">[09:45] </w:t>
      </w:r>
      <w:r>
        <w:t>Humein nai baatein daryaft hoti hain, nai baatein daryaft hoti hain.</w:t>
      </w:r>
    </w:p>
    <w:p>
      <w:pPr>
        <w:jc w:val="right"/>
      </w:pPr>
      <w:r>
        <w:t>ہمیں نئی باتیں دریافت ہوتی ہیں، نئی باتیں دریافت ہوتی ہیں۔</w:t>
      </w:r>
    </w:p>
    <w:p>
      <w:r>
        <w:rPr>
          <w:b/>
        </w:rPr>
        <w:t xml:space="preserve">[09:51] </w:t>
      </w:r>
      <w:r>
        <w:t>Jaise kal mujhe kya baat samajh mein aayi? Ke duniya mein yeh jo peace ka concept tha, hamesha</w:t>
      </w:r>
    </w:p>
    <w:p>
      <w:pPr>
        <w:jc w:val="right"/>
      </w:pPr>
      <w:r>
        <w:t>جیسے کل مجھے کیا بات سمجھ میں آئی؟ کہ دنیا میں یہ جو peace کا concept تھا، ہمیشہ</w:t>
      </w:r>
    </w:p>
    <w:p>
      <w:r>
        <w:rPr>
          <w:b/>
        </w:rPr>
        <w:t xml:space="preserve">[09:57] </w:t>
      </w:r>
      <w:r>
        <w:t>se tha, lekin peace actual nahi bana tha kabhi bhi.</w:t>
      </w:r>
    </w:p>
    <w:p>
      <w:pPr>
        <w:jc w:val="right"/>
      </w:pPr>
      <w:r>
        <w:t>سے تھا، لیکن peace actual نہیں بنا تھا کبھی بھی۔</w:t>
      </w:r>
    </w:p>
    <w:p>
      <w:r>
        <w:rPr>
          <w:b/>
        </w:rPr>
        <w:t xml:space="preserve">[10:03] </w:t>
      </w:r>
      <w:r>
        <w:t>In principle koi na koi takrao toh hota raha, hamesha hota raha tha.</w:t>
      </w:r>
    </w:p>
    <w:p>
      <w:pPr>
        <w:jc w:val="right"/>
      </w:pPr>
      <w:r>
        <w:t>In principle کوئی نہ کوئی ٹکراؤ تو ہوتا رہا، ہمیشہ ہوتا رہا تھا۔</w:t>
      </w:r>
    </w:p>
    <w:p>
      <w:r>
        <w:rPr>
          <w:b/>
        </w:rPr>
        <w:t xml:space="preserve">[10:09] </w:t>
      </w:r>
      <w:r>
        <w:t>Lekin peace ka imkan kabhi establish nahi hua tha is se pehle.</w:t>
      </w:r>
    </w:p>
    <w:p>
      <w:pPr>
        <w:jc w:val="right"/>
      </w:pPr>
      <w:r>
        <w:t>لیکن peace کا امکان کبھی establish نہیں ہوا تھا اس سے پہلے۔</w:t>
      </w:r>
    </w:p>
    <w:p>
      <w:r>
        <w:rPr>
          <w:b/>
        </w:rPr>
        <w:t xml:space="preserve">[10:15] </w:t>
      </w:r>
      <w:r>
        <w:t>Kyunke conflict of interest jo hai, conflict of interest jo hai, woh woh peace ko bhang karta tha.</w:t>
      </w:r>
    </w:p>
    <w:p>
      <w:pPr>
        <w:jc w:val="right"/>
      </w:pPr>
      <w:r>
        <w:t>کیونکہ conflict of interest جو ہے، conflict of interest جو ہے، وہ وہ peace کو بھنگ کرتا تھا۔</w:t>
      </w:r>
    </w:p>
    <w:p>
      <w:r>
        <w:rPr>
          <w:b/>
        </w:rPr>
        <w:t xml:space="preserve">[10:21] </w:t>
      </w:r>
      <w:r>
        <w:t>Conflict of interest jo hai, woh hamesha peace ko todta tha.</w:t>
      </w:r>
    </w:p>
    <w:p>
      <w:pPr>
        <w:jc w:val="right"/>
      </w:pPr>
      <w:r>
        <w:t>Conflict of interest جو ہے، وہ ہمیشہ peace کو توڑتا تھا۔</w:t>
      </w:r>
    </w:p>
    <w:p>
      <w:r>
        <w:rPr>
          <w:b/>
        </w:rPr>
        <w:t xml:space="preserve">[10:26] </w:t>
      </w:r>
      <w:r>
        <w:t>Iski wajah kya thi? Ke pichle hazaron saal mein hamari economy jo thi, kal ki kal land based thi.</w:t>
      </w:r>
    </w:p>
    <w:p>
      <w:pPr>
        <w:jc w:val="right"/>
      </w:pPr>
      <w:r>
        <w:t>اس کی وجہ کیا تھی؟ کہ پچھلے ہزاروں سال میں ہماری economy جو تھی، کل کی کل land based تھی۔</w:t>
      </w:r>
    </w:p>
    <w:p>
      <w:r>
        <w:rPr>
          <w:b/>
        </w:rPr>
        <w:t xml:space="preserve">[10:32] </w:t>
      </w:r>
      <w:r>
        <w:t>Yeh zameen thi, isi pe kheti karo, isi pe ghalla ugao, isi ko khao, isi ko becho, bas.</w:t>
      </w:r>
    </w:p>
    <w:p>
      <w:pPr>
        <w:jc w:val="right"/>
      </w:pPr>
      <w:r>
        <w:t>یہ زمین تھی، اسی پہ کھیتی کرو، اسی پہ غلہ اگاؤ، اسی کو کھاؤ، اسی کو بیچو، بس۔</w:t>
      </w:r>
    </w:p>
    <w:p>
      <w:r>
        <w:rPr>
          <w:b/>
        </w:rPr>
        <w:t xml:space="preserve">[10:38] </w:t>
      </w:r>
      <w:r>
        <w:t>Toh land based economy mein kuch logon ke qabze mein hoti thi, kuch landlord hain, kuch king hain.</w:t>
      </w:r>
    </w:p>
    <w:p>
      <w:pPr>
        <w:jc w:val="right"/>
      </w:pPr>
      <w:r>
        <w:t>تو land based economy میں کچھ لوگوں کے قبضے میں ہوتی تھی، کچھ landlord ہیں، کچھ king ہیں۔</w:t>
      </w:r>
    </w:p>
    <w:p>
      <w:r>
        <w:rPr>
          <w:b/>
        </w:rPr>
        <w:t xml:space="preserve">[10:44] </w:t>
      </w:r>
      <w:r>
        <w:t>Toh aap ke paas kya hai? Usse chheeno toh milega aap ko.</w:t>
      </w:r>
    </w:p>
    <w:p>
      <w:pPr>
        <w:jc w:val="right"/>
      </w:pPr>
      <w:r>
        <w:t>تو آپ کے پاس کیا ہے؟ اسے چھینو تو ملے گا آپ کو۔</w:t>
      </w:r>
    </w:p>
    <w:p>
      <w:r>
        <w:rPr>
          <w:b/>
        </w:rPr>
        <w:t xml:space="preserve">[10:50] </w:t>
      </w:r>
      <w:r>
        <w:t>Baghair chheene koi milne wala nahi.</w:t>
      </w:r>
    </w:p>
    <w:p>
      <w:pPr>
        <w:jc w:val="right"/>
      </w:pPr>
      <w:r>
        <w:t>بغیر چھینے کوئی ملنے والا نہیں۔</w:t>
      </w:r>
    </w:p>
    <w:p>
      <w:r>
        <w:rPr>
          <w:b/>
        </w:rPr>
        <w:t xml:space="preserve">[10:56] </w:t>
      </w:r>
      <w:r>
        <w:t>kyunke land to limited hai.</w:t>
      </w:r>
    </w:p>
    <w:p>
      <w:pPr>
        <w:jc w:val="right"/>
      </w:pPr>
      <w:r>
        <w:t>کیونکہ land تو limited ہے۔</w:t>
      </w:r>
    </w:p>
    <w:p>
      <w:r>
        <w:rPr>
          <w:b/>
        </w:rPr>
        <w:t xml:space="preserve">[11:02] </w:t>
      </w:r>
      <w:r>
        <w:t>to kisi ke qabze mein hai wo, kisi landlord ke qabze mein, kisi king ke qabze mein hai.</w:t>
      </w:r>
    </w:p>
    <w:p>
      <w:pPr>
        <w:jc w:val="right"/>
      </w:pPr>
      <w:r>
        <w:t>تو کسی کے قبضے میں ہے وہ، کسی landlord کے قبضے میں، کسی king کے قبضے میں ہے۔</w:t>
      </w:r>
    </w:p>
    <w:p>
      <w:r>
        <w:rPr>
          <w:b/>
        </w:rPr>
        <w:t xml:space="preserve">[11:08] </w:t>
      </w:r>
      <w:r>
        <w:t>to is se chheno, tab ko tum ko mile ga, nahin to nahin mile ga.</w:t>
      </w:r>
    </w:p>
    <w:p>
      <w:pPr>
        <w:jc w:val="right"/>
      </w:pPr>
      <w:r>
        <w:t>تو اس سے چھینو، تب کو تم کو ملے گا، نہیں تو نہیں ملے گا۔</w:t>
      </w:r>
    </w:p>
    <w:p>
      <w:r>
        <w:rPr>
          <w:b/>
        </w:rPr>
        <w:t xml:space="preserve">[11:14] </w:t>
      </w:r>
      <w:r>
        <w:t>is ki wajah se larai barabar larai chalti rehti hai, zameen ka qabza karne ki larai.</w:t>
      </w:r>
    </w:p>
    <w:p>
      <w:pPr>
        <w:jc w:val="right"/>
      </w:pPr>
      <w:r>
        <w:t>اس کی وجہ سے لڑائی برابر لڑائی چلتی رہتی ہے، زمین کا قبضہ کرنے کی لڑائی۔</w:t>
      </w:r>
    </w:p>
    <w:p>
      <w:r>
        <w:rPr>
          <w:b/>
        </w:rPr>
        <w:t xml:space="preserve">[11:20] </w:t>
      </w:r>
      <w:r>
        <w:t>is ke baad kya hua? is ke baad yeh hua ke modern science ne jo technology paida ki,</w:t>
      </w:r>
    </w:p>
    <w:p>
      <w:pPr>
        <w:jc w:val="right"/>
      </w:pPr>
      <w:r>
        <w:t>اس کے بعد کیا ہوا؟ اس کے بعد یہ ہوا کہ modern سائنس نے جو ٹیکنالوجی پیدا کی،</w:t>
      </w:r>
    </w:p>
    <w:p>
      <w:r>
        <w:rPr>
          <w:b/>
        </w:rPr>
        <w:t xml:space="preserve">[11:26] </w:t>
      </w:r>
      <w:r>
        <w:t>is se ek nai duniya insan ke samne aai.</w:t>
      </w:r>
    </w:p>
    <w:p>
      <w:pPr>
        <w:jc w:val="right"/>
      </w:pPr>
      <w:r>
        <w:t>اس سے ایک نئی دنیا انسان کے سامنے آئی۔</w:t>
      </w:r>
    </w:p>
    <w:p>
      <w:r>
        <w:rPr>
          <w:b/>
        </w:rPr>
        <w:t xml:space="preserve">[11:32] </w:t>
      </w:r>
      <w:r>
        <w:t>technology kya hai? technology nature mein chhipi hui thi, sari ki sari.</w:t>
      </w:r>
    </w:p>
    <w:p>
      <w:pPr>
        <w:jc w:val="right"/>
      </w:pPr>
      <w:r>
        <w:t>ٹیکنالوجی کیا ہے؟ ٹیکنالوجی nature میں چھپی ہوئی تھی، ساری کی ساری۔</w:t>
      </w:r>
    </w:p>
    <w:p>
      <w:r>
        <w:rPr>
          <w:b/>
        </w:rPr>
        <w:t xml:space="preserve">[11:38] </w:t>
      </w:r>
      <w:r>
        <w:t>sari technology isi isi duniya mein, jis ko hum nature kehte hain, isi mein chhipi hui thi.</w:t>
      </w:r>
    </w:p>
    <w:p>
      <w:pPr>
        <w:jc w:val="right"/>
      </w:pPr>
      <w:r>
        <w:t>ساری ٹیکنالوجی اسی اسی دنیا میں، جس کو ہم nature کہتے ہیں، اسی میں چھپی ہوئی تھی۔</w:t>
      </w:r>
    </w:p>
    <w:p>
      <w:r>
        <w:rPr>
          <w:b/>
        </w:rPr>
        <w:t xml:space="preserve">[11:44] </w:t>
      </w:r>
      <w:r>
        <w:t>to science ne is technology ko discover kiya.</w:t>
      </w:r>
    </w:p>
    <w:p>
      <w:pPr>
        <w:jc w:val="right"/>
      </w:pPr>
      <w:r>
        <w:t>تو سائنس نے اس ٹیکنالوجی کو discover کیا۔</w:t>
      </w:r>
    </w:p>
    <w:p>
      <w:r>
        <w:rPr>
          <w:b/>
        </w:rPr>
        <w:t xml:space="preserve">[11:50] </w:t>
      </w:r>
      <w:r>
        <w:t>discover kar ke is ne yeh kiya ke source of economy jo tha, us ko demonetize kar diya.</w:t>
      </w:r>
    </w:p>
    <w:p>
      <w:pPr>
        <w:jc w:val="right"/>
      </w:pPr>
      <w:r>
        <w:t>Discover کر کے اس نے یہ کیا کہ source of economy جو تھا، اس کو demonetize کر دیا۔</w:t>
      </w:r>
    </w:p>
    <w:p>
      <w:r>
        <w:rPr>
          <w:b/>
        </w:rPr>
        <w:t xml:space="preserve">[11:56] </w:t>
      </w:r>
      <w:r>
        <w:t>beshumar naye naye industries khuli, kamane ke raste khule.</w:t>
      </w:r>
    </w:p>
    <w:p>
      <w:pPr>
        <w:jc w:val="right"/>
      </w:pPr>
      <w:r>
        <w:t>بے شمار نئے نئے industries کھلیں، کمانے کے راستے کھلے۔</w:t>
      </w:r>
    </w:p>
    <w:p>
      <w:r>
        <w:rPr>
          <w:b/>
        </w:rPr>
        <w:t xml:space="preserve">[12:02] </w:t>
      </w:r>
      <w:r>
        <w:t>ab economy land par munhasir nahin rahi.</w:t>
      </w:r>
    </w:p>
    <w:p>
      <w:pPr>
        <w:jc w:val="right"/>
      </w:pPr>
      <w:r>
        <w:t>اب economy land پر منحصر نہیں رہی۔</w:t>
      </w:r>
    </w:p>
    <w:p>
      <w:r>
        <w:rPr>
          <w:b/>
        </w:rPr>
        <w:t xml:space="preserve">[12:08] </w:t>
      </w:r>
      <w:r>
        <w:t>aap ek kamre mein hain, ek computer le ke baith jaen, wahi aap business kar sakte hain, wahi</w:t>
      </w:r>
    </w:p>
    <w:p>
      <w:pPr>
        <w:jc w:val="right"/>
      </w:pPr>
      <w:r>
        <w:t>آپ ایک کمرے میں ہیں، ایک کمپیوٹر لے کے بیٹھ جائیں، وہی آپ business کر سکتے ہیں، وہی</w:t>
      </w:r>
    </w:p>
    <w:p>
      <w:r>
        <w:rPr>
          <w:b/>
        </w:rPr>
        <w:t xml:space="preserve">[12:14] </w:t>
      </w:r>
      <w:r>
        <w:t>aap beshumar paise kama sakte hain.</w:t>
      </w:r>
    </w:p>
    <w:p>
      <w:pPr>
        <w:jc w:val="right"/>
      </w:pPr>
      <w:r>
        <w:t>آپ بے شمار پیسے کما سکتے ہیں۔</w:t>
      </w:r>
    </w:p>
    <w:p>
      <w:r>
        <w:rPr>
          <w:b/>
        </w:rPr>
        <w:t xml:space="preserve">[12:20] </w:t>
      </w:r>
      <w:r>
        <w:t>jaise abhi ek sahab aae the India, wo America mein rehte hain, wo hamare Adab Garh zile ke</w:t>
      </w:r>
    </w:p>
    <w:p>
      <w:pPr>
        <w:jc w:val="right"/>
      </w:pPr>
      <w:r>
        <w:t>جیسے ابھی ایک صاحب آئے تھے انڈیا، وہ امریکہ میں رہتے ہیں، وہ ہمارے آدب گڑھ ضلعے کے</w:t>
      </w:r>
    </w:p>
    <w:p>
      <w:r>
        <w:rPr>
          <w:b/>
        </w:rPr>
        <w:t xml:space="preserve">[12:25] </w:t>
      </w:r>
      <w:r>
        <w:t>the, wo paida hue Adab Garh zile mein, to chale gae America.</w:t>
      </w:r>
    </w:p>
    <w:p>
      <w:pPr>
        <w:jc w:val="right"/>
      </w:pPr>
      <w:r>
        <w:t>تھے، وہ پیدا ہوئے آدب گڑھ ضلعے میں، تو چلے گئے امریکہ۔</w:t>
      </w:r>
    </w:p>
    <w:p>
      <w:r>
        <w:rPr>
          <w:b/>
        </w:rPr>
        <w:t xml:space="preserve">[12:31] </w:t>
      </w:r>
      <w:r>
        <w:t>un ka naam hai Frank Islam.</w:t>
      </w:r>
    </w:p>
    <w:p>
      <w:pPr>
        <w:jc w:val="right"/>
      </w:pPr>
      <w:r>
        <w:t>ان کا نام ہے فرینک اسلام۔</w:t>
      </w:r>
    </w:p>
    <w:p>
      <w:r>
        <w:rPr>
          <w:b/>
        </w:rPr>
        <w:t xml:space="preserve">[12:37] </w:t>
      </w:r>
      <w:r>
        <w:t>to wahan unhon ne itna paisa kamaya ke ke White House se bhi zyada bara ghar banaya unhon ne.</w:t>
      </w:r>
    </w:p>
    <w:p>
      <w:pPr>
        <w:jc w:val="right"/>
      </w:pPr>
      <w:r>
        <w:t>تو وہاں انہوں نے اتنا پیسہ کمایا کہ کہ White House سے بھی زیادہ بڑا گھر بنایا انہوں نے۔</w:t>
      </w:r>
    </w:p>
    <w:p>
      <w:r>
        <w:rPr>
          <w:b/>
        </w:rPr>
        <w:t xml:space="preserve">[12:43] </w:t>
      </w:r>
      <w:r>
        <w:t>White House se bhi zyada bara ghar.</w:t>
      </w:r>
    </w:p>
    <w:p>
      <w:pPr>
        <w:jc w:val="right"/>
      </w:pPr>
      <w:r>
        <w:t>White House سے بھی زیادہ بڑا گھر۔</w:t>
      </w:r>
    </w:p>
    <w:p>
      <w:r>
        <w:rPr>
          <w:b/>
        </w:rPr>
        <w:t xml:space="preserve">[12:49] </w:t>
      </w:r>
      <w:r>
        <w:t>aur abhi unhon ne legal university ko do billion dollar diya hai.</w:t>
      </w:r>
    </w:p>
    <w:p>
      <w:pPr>
        <w:jc w:val="right"/>
      </w:pPr>
      <w:r>
        <w:t>اور ابھی انہوں نے لیگل یونیورسٹی کو دو بلین ڈالر دیا ہے۔</w:t>
      </w:r>
    </w:p>
    <w:p>
      <w:r>
        <w:rPr>
          <w:b/>
        </w:rPr>
        <w:t xml:space="preserve">[12:55] </w:t>
      </w:r>
      <w:r>
        <w:t>yeh kaise hua? pehle nahin ho sakta tha.</w:t>
      </w:r>
    </w:p>
    <w:p>
      <w:pPr>
        <w:jc w:val="right"/>
      </w:pPr>
      <w:r>
        <w:t>یہ کیسے ہوا؟ پہلے نہیں ہو سکتا تھا۔</w:t>
      </w:r>
    </w:p>
    <w:p>
      <w:r>
        <w:rPr>
          <w:b/>
        </w:rPr>
        <w:t xml:space="preserve">[13:01] </w:t>
      </w:r>
      <w:r>
        <w:t>pehla to wahi zameen par sab kuch depend karta tha.</w:t>
      </w:r>
    </w:p>
    <w:p>
      <w:pPr>
        <w:jc w:val="right"/>
      </w:pPr>
      <w:r>
        <w:t>پہلے تو وہی زمین پر سب کچھ ڈیپنڈ کرتا تھا۔</w:t>
      </w:r>
    </w:p>
    <w:p>
      <w:r>
        <w:rPr>
          <w:b/>
        </w:rPr>
        <w:t xml:space="preserve">[13:07] </w:t>
      </w:r>
      <w:r>
        <w:t>wahi zameen ko hamare paas chhente the log.</w:t>
      </w:r>
    </w:p>
    <w:p>
      <w:pPr>
        <w:jc w:val="right"/>
      </w:pPr>
      <w:r>
        <w:t>وہی زمین کو ہمارے پاس چھینتے تھے لوگ۔</w:t>
      </w:r>
    </w:p>
    <w:p>
      <w:r>
        <w:rPr>
          <w:b/>
        </w:rPr>
        <w:t xml:space="preserve">[13:13] </w:t>
      </w:r>
      <w:r>
        <w:t>kabhi yeh chheen rahe hain, kabhi wo chheen rahe hain.</w:t>
      </w:r>
    </w:p>
    <w:p>
      <w:pPr>
        <w:jc w:val="right"/>
      </w:pPr>
      <w:r>
        <w:t>کبھی یہ چھین رہے ہیں، کبھی وہ چھین رہے ہیں۔</w:t>
      </w:r>
    </w:p>
    <w:p>
      <w:r>
        <w:rPr>
          <w:b/>
        </w:rPr>
        <w:t xml:space="preserve">[13:19] </w:t>
      </w:r>
      <w:r>
        <w:t>ab unhon ne ek naya jo naye jo opportunities khuli hain, wealth money generate karne ki, is mein</w:t>
      </w:r>
    </w:p>
    <w:p>
      <w:pPr>
        <w:jc w:val="right"/>
      </w:pPr>
      <w:r>
        <w:t>اب انہوں نے ایک نیا جو نئے جو opportunities کھلی ہیں، wealth money generate کرنے کی، اس میں</w:t>
      </w:r>
    </w:p>
    <w:p>
      <w:r>
        <w:rPr>
          <w:b/>
        </w:rPr>
        <w:t xml:space="preserve">[13:25] </w:t>
      </w:r>
      <w:r>
        <w:t>unhon ne koshish ki.</w:t>
      </w:r>
    </w:p>
    <w:p>
      <w:pPr>
        <w:jc w:val="right"/>
      </w:pPr>
      <w:r>
        <w:t>انہوں نے کوشش کی۔</w:t>
      </w:r>
    </w:p>
    <w:p>
      <w:r>
        <w:rPr>
          <w:b/>
        </w:rPr>
        <w:t xml:space="preserve">[13:31] </w:t>
      </w:r>
      <w:r>
        <w:t>Money generate karne ka pehle jo source tha, ek hi, woh tha land, agriculture.</w:t>
      </w:r>
    </w:p>
    <w:p>
      <w:pPr>
        <w:jc w:val="right"/>
      </w:pPr>
      <w:r>
        <w:t>Money generate کرنے کا پہلے جو source تھا، ایک ہی، وہ تھا land، agriculture۔</w:t>
      </w:r>
    </w:p>
    <w:p>
      <w:r>
        <w:rPr>
          <w:b/>
        </w:rPr>
        <w:t xml:space="preserve">[13:37] </w:t>
      </w:r>
      <w:r>
        <w:t>Toh naye naye jo mawaqe khule hain, money generate karne ke, us ko unhon ne istemal kiya.</w:t>
      </w:r>
    </w:p>
    <w:p>
      <w:pPr>
        <w:jc w:val="right"/>
      </w:pPr>
      <w:r>
        <w:t>تو نئے نئے جو مواقع کھلے ہیں، money generate کرنے کے، اس کو انہوں نے استعمال کیا۔</w:t>
      </w:r>
    </w:p>
    <w:p>
      <w:r>
        <w:rPr>
          <w:b/>
        </w:rPr>
        <w:t xml:space="preserve">[13:43] </w:t>
      </w:r>
      <w:r>
        <w:t>Aur itna paisa kamaya ke unhon ne America mein White House se bhi zyada bara ghar banaya.</w:t>
      </w:r>
    </w:p>
    <w:p>
      <w:pPr>
        <w:jc w:val="right"/>
      </w:pPr>
      <w:r>
        <w:t>اور اتنا پیسہ کمایا کہ انہوں نے امریکہ میں White House سے بھی زیادہ بڑا گھر بنایا۔</w:t>
      </w:r>
    </w:p>
    <w:p>
      <w:r>
        <w:rPr>
          <w:b/>
        </w:rPr>
        <w:t xml:space="preserve">[13:49] </w:t>
      </w:r>
      <w:r>
        <w:t>Aur abhi unhon ne do million dollar diya hai Ali University ko.</w:t>
      </w:r>
    </w:p>
    <w:p>
      <w:pPr>
        <w:jc w:val="right"/>
      </w:pPr>
      <w:r>
        <w:t>اور ابھی انہوں نے دو ملین ڈالر دیا ہے علی یونیورسٹی کو۔</w:t>
      </w:r>
    </w:p>
    <w:p>
      <w:r>
        <w:rPr>
          <w:b/>
        </w:rPr>
        <w:t xml:space="preserve">[13:55] </w:t>
      </w:r>
      <w:r>
        <w:t>Aur kya koi aur kuch karte honge? Toh yeh ek misaal maine di ke kis tarike</w:t>
      </w:r>
    </w:p>
    <w:p>
      <w:pPr>
        <w:jc w:val="right"/>
      </w:pPr>
      <w:r>
        <w:t>اور کیا کوئی اور کچھ کرتے ہوں گے؟ تو یہ ایک مثال میں نے دی کہ کس طریقے</w:t>
      </w:r>
    </w:p>
    <w:p>
      <w:r>
        <w:rPr>
          <w:b/>
        </w:rPr>
        <w:t xml:space="preserve">[14:01] </w:t>
      </w:r>
      <w:r>
        <w:t>se naye mawaqe khule hain.</w:t>
      </w:r>
    </w:p>
    <w:p>
      <w:pPr>
        <w:jc w:val="right"/>
      </w:pPr>
      <w:r>
        <w:t>سے نئے مواقع کھلے ہیں۔</w:t>
      </w:r>
    </w:p>
    <w:p>
      <w:r>
        <w:rPr>
          <w:b/>
        </w:rPr>
        <w:t xml:space="preserve">[14:07] </w:t>
      </w:r>
      <w:r>
        <w:t>Tab peace aaya.</w:t>
      </w:r>
    </w:p>
    <w:p>
      <w:pPr>
        <w:jc w:val="right"/>
      </w:pPr>
      <w:r>
        <w:t>تب peace آیا۔</w:t>
      </w:r>
    </w:p>
    <w:p>
      <w:r>
        <w:rPr>
          <w:b/>
        </w:rPr>
        <w:t xml:space="preserve">[14:13] </w:t>
      </w:r>
      <w:r>
        <w:t>Pehle peace is liye nahi hota tha ke baghair ladai ke aap ko milti nahi thi zameen.</w:t>
      </w:r>
    </w:p>
    <w:p>
      <w:pPr>
        <w:jc w:val="right"/>
      </w:pPr>
      <w:r>
        <w:t>پہلے peace اس لیے نہیں ہوتا تھا کہ بغیر لڑائی کے آپ کو ملتی نہیں تھی زمین۔</w:t>
      </w:r>
    </w:p>
    <w:p>
      <w:r>
        <w:rPr>
          <w:b/>
        </w:rPr>
        <w:t xml:space="preserve">[14:19] </w:t>
      </w:r>
      <w:r>
        <w:t>Land par qabza karne ke liye ladna padta tha.</w:t>
      </w:r>
    </w:p>
    <w:p>
      <w:pPr>
        <w:jc w:val="right"/>
      </w:pPr>
      <w:r>
        <w:t>Land پر قبضہ کرنے کے لیے لڑنا پڑتا تھا۔</w:t>
      </w:r>
    </w:p>
    <w:p>
      <w:r>
        <w:rPr>
          <w:b/>
        </w:rPr>
        <w:t xml:space="preserve">[14:25] </w:t>
      </w:r>
      <w:r>
        <w:t>Ab ladne ki zaroorat hi nahi hai.</w:t>
      </w:r>
    </w:p>
    <w:p>
      <w:pPr>
        <w:jc w:val="right"/>
      </w:pPr>
      <w:r>
        <w:t>اب لڑنے کی ضرورت ہی نہیں ہے۔</w:t>
      </w:r>
    </w:p>
    <w:p>
      <w:r>
        <w:rPr>
          <w:b/>
        </w:rPr>
        <w:t xml:space="preserve">[14:30] </w:t>
      </w:r>
      <w:r>
        <w:t>Ab baghair ladhe sab kuch hasil kar lijiye.</w:t>
      </w:r>
    </w:p>
    <w:p>
      <w:pPr>
        <w:jc w:val="right"/>
      </w:pPr>
      <w:r>
        <w:t>اب بغیر لڑے سب کچھ حاصل کر لیجیے۔</w:t>
      </w:r>
    </w:p>
    <w:p>
      <w:r>
        <w:rPr>
          <w:b/>
        </w:rPr>
        <w:t xml:space="preserve">[14:36] </w:t>
      </w:r>
      <w:r>
        <w:t>Toh ab peaceful mahaul hoga, tabhi toh kaam hoga.</w:t>
      </w:r>
    </w:p>
    <w:p>
      <w:pPr>
        <w:jc w:val="right"/>
      </w:pPr>
      <w:r>
        <w:t>تو اب peaceful ماحول ہوگا، تبھی تو کام ہوگا۔</w:t>
      </w:r>
    </w:p>
    <w:p>
      <w:r>
        <w:rPr>
          <w:b/>
        </w:rPr>
        <w:t xml:space="preserve">[14:42] </w:t>
      </w:r>
      <w:r>
        <w:t>Toh ab peace ab ban gayi aap ki zaroorat.</w:t>
      </w:r>
    </w:p>
    <w:p>
      <w:pPr>
        <w:jc w:val="right"/>
      </w:pPr>
      <w:r>
        <w:t>تو اب peace اب بن گئی آپ کی ضرورت۔</w:t>
      </w:r>
    </w:p>
    <w:p>
      <w:r>
        <w:rPr>
          <w:b/>
        </w:rPr>
        <w:t xml:space="preserve">[14:48] </w:t>
      </w:r>
      <w:r>
        <w:t>Ab peace jo hai, zaroorat ban gayi taake industrial activity jaari rahe.</w:t>
      </w:r>
    </w:p>
    <w:p>
      <w:pPr>
        <w:jc w:val="right"/>
      </w:pPr>
      <w:r>
        <w:t>اب peace جو ہے، ضرورت بن گئی تاکہ industrial activity جاری رہے۔</w:t>
      </w:r>
    </w:p>
    <w:p>
      <w:r>
        <w:rPr>
          <w:b/>
        </w:rPr>
        <w:t xml:space="preserve">[14:54] </w:t>
      </w:r>
      <w:r>
        <w:t>Jo modern jo tareeqe hain daulat kamane ke, woh jaari rahen.</w:t>
      </w:r>
    </w:p>
    <w:p>
      <w:pPr>
        <w:jc w:val="right"/>
      </w:pPr>
      <w:r>
        <w:t>جو modern جو طریقے ہیں دولت کمانے کے، وہ جاری رہیں۔</w:t>
      </w:r>
    </w:p>
    <w:p>
      <w:r>
        <w:rPr>
          <w:b/>
        </w:rPr>
        <w:t xml:space="preserve">[15:00] </w:t>
      </w:r>
      <w:r>
        <w:t>Toh ab peace khud zaroorat ban gaya ke aap zyada paisa kama saken, zyada bare business kar saken.</w:t>
      </w:r>
    </w:p>
    <w:p>
      <w:pPr>
        <w:jc w:val="right"/>
      </w:pPr>
      <w:r>
        <w:t>تو اب peace خود ضرورت بن گیا کہ آپ زیادہ پیسہ کما سکیں، زیادہ بڑے business کر سکیں۔</w:t>
      </w:r>
    </w:p>
    <w:p>
      <w:r>
        <w:rPr>
          <w:b/>
        </w:rPr>
        <w:t xml:space="preserve">[15:06] </w:t>
      </w:r>
      <w:r>
        <w:t>Toh peace jo hai, aaya duniya mein is tarike se.</w:t>
      </w:r>
    </w:p>
    <w:p>
      <w:pPr>
        <w:jc w:val="right"/>
      </w:pPr>
      <w:r>
        <w:t>تو peace جو ہے، آیا دنیا میں اس طریقے سے۔</w:t>
      </w:r>
    </w:p>
    <w:p>
      <w:r>
        <w:rPr>
          <w:b/>
        </w:rPr>
        <w:t xml:space="preserve">[15:12] </w:t>
      </w:r>
      <w:r>
        <w:t>Phir maine socha ke peace aaya kaise? Toh is ka original jo jo credit jata hai, woh Islam ko.</w:t>
      </w:r>
    </w:p>
    <w:p>
      <w:pPr>
        <w:jc w:val="right"/>
      </w:pPr>
      <w:r>
        <w:t>پھر میں نے سوچا کہ peace آیا کیسے؟ تو اس کا original جو جو credit جاتا ہے، وہ اسلام کو۔</w:t>
      </w:r>
    </w:p>
    <w:p>
      <w:r>
        <w:rPr>
          <w:b/>
        </w:rPr>
        <w:t xml:space="preserve">[15:18] </w:t>
      </w:r>
      <w:r>
        <w:t>Kyunke Islam se pehle aap jante hain ke duniya mein sari duniya mein nature worship thi.</w:t>
      </w:r>
    </w:p>
    <w:p>
      <w:pPr>
        <w:jc w:val="right"/>
      </w:pPr>
      <w:r>
        <w:t>کیونکہ اسلام سے پہلے آپ جانتے ہیں کہ دنیا میں ساری دنیا میں nature worship تھی۔</w:t>
      </w:r>
    </w:p>
    <w:p>
      <w:r>
        <w:rPr>
          <w:b/>
        </w:rPr>
        <w:t xml:space="preserve">[15:24] </w:t>
      </w:r>
      <w:r>
        <w:t>Shirk kya hai? Shirk naam hai nature worship ka.</w:t>
      </w:r>
    </w:p>
    <w:p>
      <w:pPr>
        <w:jc w:val="right"/>
      </w:pPr>
      <w:r>
        <w:t>شرک کیا ہے؟ شرک نام ہے nature worship کا۔</w:t>
      </w:r>
    </w:p>
    <w:p>
      <w:r>
        <w:rPr>
          <w:b/>
        </w:rPr>
        <w:t xml:space="preserve">[15:30] </w:t>
      </w:r>
      <w:r>
        <w:t>Natural phenomena ko poojna isi ko naam hai shirk.</w:t>
      </w:r>
    </w:p>
    <w:p>
      <w:pPr>
        <w:jc w:val="right"/>
      </w:pPr>
      <w:r>
        <w:t>Natural phenomena کو پوجنا اسی کو نام ہے شرک۔</w:t>
      </w:r>
    </w:p>
    <w:p>
      <w:r>
        <w:rPr>
          <w:b/>
        </w:rPr>
        <w:t xml:space="preserve">[15:36] </w:t>
      </w:r>
      <w:r>
        <w:t>Toh pehle jo tha, woh yeh tha ke nature logon ke liye object of worship bana hua tha.</w:t>
      </w:r>
    </w:p>
    <w:p>
      <w:pPr>
        <w:jc w:val="right"/>
      </w:pPr>
      <w:r>
        <w:t>تو پہلے جو تھا، وہ یہ تھا کہ nature لوگوں کے لیے object of worship بنا ہوا تھا۔</w:t>
      </w:r>
    </w:p>
    <w:p>
      <w:r>
        <w:rPr>
          <w:b/>
        </w:rPr>
        <w:t xml:space="preserve">[15:42] </w:t>
      </w:r>
      <w:r>
        <w:t>Object of worship.</w:t>
      </w:r>
    </w:p>
    <w:p>
      <w:pPr>
        <w:jc w:val="right"/>
      </w:pPr>
      <w:r>
        <w:t>Object of worship۔</w:t>
      </w:r>
    </w:p>
    <w:p>
      <w:r>
        <w:rPr>
          <w:b/>
        </w:rPr>
        <w:t xml:space="preserve">[15:48] </w:t>
      </w:r>
      <w:r>
        <w:t>Nature jo tha, suraj, chand, sitare, samandar, pahad, har cheez object of worship.</w:t>
      </w:r>
    </w:p>
    <w:p>
      <w:pPr>
        <w:jc w:val="right"/>
      </w:pPr>
      <w:r>
        <w:t>Nature جو تھا، سورج، چاند، ستارے، سمندر، پہاڑ، ہر چیز object of worship۔</w:t>
      </w:r>
    </w:p>
    <w:p>
      <w:r>
        <w:rPr>
          <w:b/>
        </w:rPr>
        <w:t xml:space="preserve">[15:54] </w:t>
      </w:r>
      <w:r>
        <w:t>to object of worship jo tha, to us ke mani yeh thay ke woh object of investigation nahi</w:t>
      </w:r>
    </w:p>
    <w:p>
      <w:pPr>
        <w:jc w:val="right"/>
      </w:pPr>
      <w:r>
        <w:t>تو object of worship جو تھا، تو اس کے معنی یہ تھے کہ وہ object of investigation نہیں</w:t>
      </w:r>
    </w:p>
    <w:p>
      <w:r>
        <w:rPr>
          <w:b/>
        </w:rPr>
        <w:t xml:space="preserve">[16:00] </w:t>
      </w:r>
      <w:r>
        <w:t>tha, tehqeeq ka mozu nahi tha.</w:t>
      </w:r>
    </w:p>
    <w:p>
      <w:pPr>
        <w:jc w:val="right"/>
      </w:pPr>
      <w:r>
        <w:t>تھا، تحقیق کا موضوع نہیں تھا۔</w:t>
      </w:r>
    </w:p>
    <w:p>
      <w:r>
        <w:rPr>
          <w:b/>
        </w:rPr>
        <w:t xml:space="preserve">[16:06] </w:t>
      </w:r>
      <w:r>
        <w:t>to islam ne kiya kiya? ke nature aur worship ko dealing kar diya.</w:t>
      </w:r>
    </w:p>
    <w:p>
      <w:pPr>
        <w:jc w:val="right"/>
      </w:pPr>
      <w:r>
        <w:t>تو اسلام نے کیا کیا؟ کہ nature اور worship کو dealing کر دیا۔</w:t>
      </w:r>
    </w:p>
    <w:p>
      <w:r>
        <w:rPr>
          <w:b/>
        </w:rPr>
        <w:t xml:space="preserve">[16:12] </w:t>
      </w:r>
      <w:r>
        <w:t>dekhen, worship other than God kabhi khatm nahi ho sakti, na khatm hui.</w:t>
      </w:r>
    </w:p>
    <w:p>
      <w:pPr>
        <w:jc w:val="right"/>
      </w:pPr>
      <w:r>
        <w:t>دیکھیں، worship other than God کبھی ختم نہیں ہو سکتی، نہ ختم ہوئی۔</w:t>
      </w:r>
    </w:p>
    <w:p>
      <w:r>
        <w:rPr>
          <w:b/>
        </w:rPr>
        <w:t xml:space="preserve">[16:18] </w:t>
      </w:r>
      <w:r>
        <w:t>islam jo khatm ki jo cheez, woh yeh tha ke shirk khatm kar diya.</w:t>
      </w:r>
    </w:p>
    <w:p>
      <w:pPr>
        <w:jc w:val="right"/>
      </w:pPr>
      <w:r>
        <w:t>اسلام جو ختم کی جو چیز، وہ یہ تھا کہ شرک ختم کر دیا۔</w:t>
      </w:r>
    </w:p>
    <w:p>
      <w:r>
        <w:rPr>
          <w:b/>
        </w:rPr>
        <w:t xml:space="preserve">[16:24] </w:t>
      </w:r>
      <w:r>
        <w:t>yeh bhi log ghalat samajhte hain.</w:t>
      </w:r>
    </w:p>
    <w:p>
      <w:pPr>
        <w:jc w:val="right"/>
      </w:pPr>
      <w:r>
        <w:t>یہ بھی لوگ غلط سمجھتے ہیں۔</w:t>
      </w:r>
    </w:p>
    <w:p>
      <w:r>
        <w:rPr>
          <w:b/>
        </w:rPr>
        <w:t xml:space="preserve">[16:29] </w:t>
      </w:r>
      <w:r>
        <w:t>islam ne shirk ko nahi khatm kiya, shirk ko dealing kar diya. yeh kiya.</w:t>
      </w:r>
    </w:p>
    <w:p>
      <w:pPr>
        <w:jc w:val="right"/>
      </w:pPr>
      <w:r>
        <w:t>اسلام نے شرک کو نہیں ختم کیا، شرک کو dealing کر دیا۔ یہ کیا۔</w:t>
      </w:r>
    </w:p>
    <w:p>
      <w:r>
        <w:rPr>
          <w:b/>
        </w:rPr>
        <w:t xml:space="preserve">[16:35] </w:t>
      </w:r>
      <w:r>
        <w:t>aksar yeh kaha jata hai ke islam ne shirk ko khatm kar diya, to dunya mein to shirk</w:t>
      </w:r>
    </w:p>
    <w:p>
      <w:pPr>
        <w:jc w:val="right"/>
      </w:pPr>
      <w:r>
        <w:t>اکثر یہ کہا جاتا ہے کہ اسلام نے شرک کو ختم کر دیا، تو دنیا میں تو شرک</w:t>
      </w:r>
    </w:p>
    <w:p>
      <w:r>
        <w:rPr>
          <w:b/>
        </w:rPr>
        <w:t xml:space="preserve">[16:41] </w:t>
      </w:r>
      <w:r>
        <w:t>abhi bhi hai.</w:t>
      </w:r>
    </w:p>
    <w:p>
      <w:pPr>
        <w:jc w:val="right"/>
      </w:pPr>
      <w:r>
        <w:t>ابھی بھی ہے۔</w:t>
      </w:r>
    </w:p>
    <w:p>
      <w:r>
        <w:rPr>
          <w:b/>
        </w:rPr>
        <w:t xml:space="preserve">[16:47] </w:t>
      </w:r>
      <w:r>
        <w:t>to kahan khatm kiya? woh islam is liye ke shirk jo hai, woh misuse of freedom ka phenomena hai.</w:t>
      </w:r>
    </w:p>
    <w:p>
      <w:pPr>
        <w:jc w:val="right"/>
      </w:pPr>
      <w:r>
        <w:t>تو کہاں ختم کیا؟ وہ اسلام اس لیے کہ شرک جو ہے، وہ misuse of freedom کا phenomena ہے۔</w:t>
      </w:r>
    </w:p>
    <w:p>
      <w:r>
        <w:rPr>
          <w:b/>
        </w:rPr>
        <w:t xml:space="preserve">[16:53] </w:t>
      </w:r>
      <w:r>
        <w:t>misuse of freedom to kabhi khatm nahi hoga.</w:t>
      </w:r>
    </w:p>
    <w:p>
      <w:pPr>
        <w:jc w:val="right"/>
      </w:pPr>
      <w:r>
        <w:t>Misuse of freedom تو کبھی ختم نہیں ہوگا۔</w:t>
      </w:r>
    </w:p>
    <w:p>
      <w:r>
        <w:rPr>
          <w:b/>
        </w:rPr>
        <w:t xml:space="preserve">[16:59] </w:t>
      </w:r>
      <w:r>
        <w:t>to islam ka jo karname hai, woh yeh yeh nahi hai ke shirk ko khatm kar diya.</w:t>
      </w:r>
    </w:p>
    <w:p>
      <w:pPr>
        <w:jc w:val="right"/>
      </w:pPr>
      <w:r>
        <w:t>تو اسلام کا جو کارنامہ ہے، وہ یہ یہ نہیں ہے کہ شرک کو ختم کر دیا۔</w:t>
      </w:r>
    </w:p>
    <w:p>
      <w:r>
        <w:rPr>
          <w:b/>
        </w:rPr>
        <w:t xml:space="preserve">[17:05] </w:t>
      </w:r>
      <w:r>
        <w:t>islam ka karname yeh hai ke is ne nature aur worship ko dealing kar diya.</w:t>
      </w:r>
    </w:p>
    <w:p>
      <w:pPr>
        <w:jc w:val="right"/>
      </w:pPr>
      <w:r>
        <w:t>اسلام کا کارنامہ یہ ہے کہ اس نے nature اور worship کو dealing کر دیا۔</w:t>
      </w:r>
    </w:p>
    <w:p>
      <w:r>
        <w:rPr>
          <w:b/>
        </w:rPr>
        <w:t xml:space="preserve">[17:11] </w:t>
      </w:r>
      <w:r>
        <w:t>jo chahe poojo, lekin nature jo hai, muqaddas nahi rahe gi.</w:t>
      </w:r>
    </w:p>
    <w:p>
      <w:pPr>
        <w:jc w:val="right"/>
      </w:pPr>
      <w:r>
        <w:t>جو چاہے پوجو، لیکن nature جو ہے، مقدس نہیں رہے گی۔</w:t>
      </w:r>
    </w:p>
    <w:p>
      <w:r>
        <w:rPr>
          <w:b/>
        </w:rPr>
        <w:t xml:space="preserve">[17:17] </w:t>
      </w:r>
      <w:r>
        <w:t>nature muqaddas nahi rahe gi.</w:t>
      </w:r>
    </w:p>
    <w:p>
      <w:pPr>
        <w:jc w:val="right"/>
      </w:pPr>
      <w:r>
        <w:t>Nature مقدس نہیں رہے گی۔</w:t>
      </w:r>
    </w:p>
    <w:p>
      <w:r>
        <w:rPr>
          <w:b/>
        </w:rPr>
        <w:t xml:space="preserve">[17:23] </w:t>
      </w:r>
      <w:r>
        <w:t>to is ka investigation shuru hua. investigation, tehqeeq.</w:t>
      </w:r>
    </w:p>
    <w:p>
      <w:pPr>
        <w:jc w:val="right"/>
      </w:pPr>
      <w:r>
        <w:t>تو اس کا investigation شروع ہوا۔ Investigation، تحقیق۔</w:t>
      </w:r>
    </w:p>
    <w:p>
      <w:r>
        <w:rPr>
          <w:b/>
        </w:rPr>
        <w:t xml:space="preserve">[17:29] </w:t>
      </w:r>
      <w:r>
        <w:t>aur poori technology daryaft hui.</w:t>
      </w:r>
    </w:p>
    <w:p>
      <w:pPr>
        <w:jc w:val="right"/>
      </w:pPr>
      <w:r>
        <w:t>اور پوری ٹیکنالوجی دریافت ہوئی۔</w:t>
      </w:r>
    </w:p>
    <w:p>
      <w:r>
        <w:rPr>
          <w:b/>
        </w:rPr>
        <w:t xml:space="preserve">[17:35] </w:t>
      </w:r>
      <w:r>
        <w:t>sari technology nature mein explore karne se aai hai.</w:t>
      </w:r>
    </w:p>
    <w:p>
      <w:pPr>
        <w:jc w:val="right"/>
      </w:pPr>
      <w:r>
        <w:t>ساری ٹیکنالوجی nature میں explore کرنے سے آئی ہے۔</w:t>
      </w:r>
    </w:p>
    <w:p>
      <w:r>
        <w:rPr>
          <w:b/>
        </w:rPr>
        <w:t xml:space="preserve">[17:41] </w:t>
      </w:r>
      <w:r>
        <w:t>sari technology, chahe woh car ho, hawai jahaz ho, machinein hon, communication ho, aur telephone ho, kuch</w:t>
      </w:r>
    </w:p>
    <w:p>
      <w:pPr>
        <w:jc w:val="right"/>
      </w:pPr>
      <w:r>
        <w:t>ساری ٹیکنالوجی، چاہے وہ کار ہو، ہوائی جہاز ہو، مشینیں ہوں، communication ہو، اور ٹیلی فون ہو، کچھ</w:t>
      </w:r>
    </w:p>
    <w:p>
      <w:r>
        <w:rPr>
          <w:b/>
        </w:rPr>
        <w:t xml:space="preserve">[17:47] </w:t>
      </w:r>
      <w:r>
        <w:t>bhi ho, kuch bhi ho, kuch bhi ho, woh nature mein hidden tha.</w:t>
      </w:r>
    </w:p>
    <w:p>
      <w:pPr>
        <w:jc w:val="right"/>
      </w:pPr>
      <w:r>
        <w:t>بھی ہو، کچھ بھی ہو، کچھ بھی ہو، وہ nature میں hidden تھا۔</w:t>
      </w:r>
    </w:p>
    <w:p>
      <w:r>
        <w:rPr>
          <w:b/>
        </w:rPr>
        <w:t xml:space="preserve">[17:53] </w:t>
      </w:r>
      <w:r>
        <w:t>isi nature mein.</w:t>
      </w:r>
    </w:p>
    <w:p>
      <w:pPr>
        <w:jc w:val="right"/>
      </w:pPr>
      <w:r>
        <w:t>اسی nature میں۔</w:t>
      </w:r>
    </w:p>
    <w:p>
      <w:r>
        <w:rPr>
          <w:b/>
        </w:rPr>
        <w:t xml:space="preserve">[17:59] </w:t>
      </w:r>
      <w:r>
        <w:t>har cheez nature mein hidden halat mein maujood thi.</w:t>
      </w:r>
    </w:p>
    <w:p>
      <w:pPr>
        <w:jc w:val="right"/>
      </w:pPr>
      <w:r>
        <w:t>ہر چیز nature میں hidden حالت میں موجود تھی۔</w:t>
      </w:r>
    </w:p>
    <w:p>
      <w:r>
        <w:rPr>
          <w:b/>
        </w:rPr>
        <w:t xml:space="preserve">[18:05] </w:t>
      </w:r>
      <w:r>
        <w:t>is ko explore kiya.</w:t>
      </w:r>
    </w:p>
    <w:p>
      <w:pPr>
        <w:jc w:val="right"/>
      </w:pPr>
      <w:r>
        <w:t>اس کو explore کیا۔</w:t>
      </w:r>
    </w:p>
    <w:p>
      <w:r>
        <w:rPr>
          <w:b/>
        </w:rPr>
        <w:t xml:space="preserve">[18:11] </w:t>
      </w:r>
      <w:r>
        <w:t>isi ko kehte hain technology.</w:t>
      </w:r>
    </w:p>
    <w:p>
      <w:pPr>
        <w:jc w:val="right"/>
      </w:pPr>
      <w:r>
        <w:t>اسی کو کہتے ہیں ٹیکنالوجی۔</w:t>
      </w:r>
    </w:p>
    <w:p>
      <w:r>
        <w:rPr>
          <w:b/>
        </w:rPr>
        <w:t xml:space="preserve">[18:17] </w:t>
      </w:r>
      <w:r>
        <w:t>to technology jo thi, woh is liye nahi maloom ho paai thi ke log poojte thay nature ko.</w:t>
      </w:r>
    </w:p>
    <w:p>
      <w:pPr>
        <w:jc w:val="right"/>
      </w:pPr>
      <w:r>
        <w:t>تو ٹیکنالوجی جو تھی، وہ اس لیے نہیں معلوم ہو پائی تھی کہ لوگ پوچھتے تھے nature کو۔</w:t>
      </w:r>
    </w:p>
    <w:p>
      <w:r>
        <w:rPr>
          <w:b/>
        </w:rPr>
        <w:t xml:space="preserve">[18:23] </w:t>
      </w:r>
      <w:r>
        <w:t>sari technology nature mein hai aur nature ko poochte hain.</w:t>
      </w:r>
    </w:p>
    <w:p>
      <w:pPr>
        <w:jc w:val="right"/>
      </w:pPr>
      <w:r>
        <w:t>ساری ٹیکنالوجی nature میں ہے اور nature کو پوچھتے ہیں۔</w:t>
      </w:r>
    </w:p>
    <w:p>
      <w:r>
        <w:rPr>
          <w:b/>
        </w:rPr>
        <w:t xml:space="preserve">[18:29] </w:t>
      </w:r>
      <w:r>
        <w:t>to phir kaise is ko object of investigation banayenge? jaise chand ko poochte the, is liye koi</w:t>
      </w:r>
    </w:p>
    <w:p>
      <w:pPr>
        <w:jc w:val="right"/>
      </w:pPr>
      <w:r>
        <w:t>تو پھر کیسے اس کو object of investigation بنائیں گے؟ جیسے چاند کو پوچھتے تھے، اس لیے کوئی</w:t>
      </w:r>
    </w:p>
    <w:p>
      <w:r>
        <w:rPr>
          <w:b/>
        </w:rPr>
        <w:t xml:space="preserve">[18:34] </w:t>
      </w:r>
      <w:r>
        <w:t>soch nahi sakta tha ke hum chand par apna paon rakhen, chand par qadam rakhen apna.</w:t>
      </w:r>
    </w:p>
    <w:p>
      <w:pPr>
        <w:jc w:val="right"/>
      </w:pPr>
      <w:r>
        <w:t>سوچ نہیں سکتا تھا کہ ہم چاند پر اپنا پاؤں رکھیں، چاند پر قدم رکھیں اپنا۔</w:t>
      </w:r>
    </w:p>
    <w:p>
      <w:r>
        <w:rPr>
          <w:b/>
        </w:rPr>
        <w:t xml:space="preserve">[18:40] </w:t>
      </w:r>
      <w:r>
        <w:t>to islam ka karname ye hai ke is ne nature ko aur worship ko ek doosre se dealing kar diya.</w:t>
      </w:r>
    </w:p>
    <w:p>
      <w:pPr>
        <w:jc w:val="right"/>
      </w:pPr>
      <w:r>
        <w:t>تو اسلام کا کارنامہ یہ ہے کہ اس نے nature کو اور worship کو ایک دوسرے سے dealing کر دیا۔</w:t>
      </w:r>
    </w:p>
    <w:p>
      <w:r>
        <w:rPr>
          <w:b/>
        </w:rPr>
        <w:t xml:space="preserve">[18:46] </w:t>
      </w:r>
      <w:r>
        <w:t>Worship tumhari azadi hai, chahe chahe khuda ko worship karo ya kisi aur cheez ko worship karo.</w:t>
      </w:r>
    </w:p>
    <w:p>
      <w:pPr>
        <w:jc w:val="right"/>
      </w:pPr>
      <w:r>
        <w:t>Worship تمہاری آزادی ہے، چاہے چاہے خدا کو worship کرو یا کسی اور چیز کو worship کرو۔</w:t>
      </w:r>
    </w:p>
    <w:p>
      <w:r>
        <w:rPr>
          <w:b/>
        </w:rPr>
        <w:t xml:space="preserve">[18:52] </w:t>
      </w:r>
      <w:r>
        <w:t>lekin nature jo hai, object of worship nahi rahi.</w:t>
      </w:r>
    </w:p>
    <w:p>
      <w:pPr>
        <w:jc w:val="right"/>
      </w:pPr>
      <w:r>
        <w:t>لیکن nature جو ہے، object of worship نہیں رہی۔</w:t>
      </w:r>
    </w:p>
    <w:p>
      <w:r>
        <w:rPr>
          <w:b/>
        </w:rPr>
        <w:t xml:space="preserve">[18:58] </w:t>
      </w:r>
      <w:r>
        <w:t>to sari technology daryaft hui.</w:t>
      </w:r>
    </w:p>
    <w:p>
      <w:pPr>
        <w:jc w:val="right"/>
      </w:pPr>
      <w:r>
        <w:t>تو ساری ٹیکنالوجی دریافت ہوئی۔</w:t>
      </w:r>
    </w:p>
    <w:p>
      <w:r>
        <w:rPr>
          <w:b/>
        </w:rPr>
        <w:t xml:space="preserve">[19:04] </w:t>
      </w:r>
      <w:r>
        <w:t>ab ye ye baat phir kal hi samajh mein aayi mere.</w:t>
      </w:r>
    </w:p>
    <w:p>
      <w:pPr>
        <w:jc w:val="right"/>
      </w:pPr>
      <w:r>
        <w:t>اب یہ یہ بات پھر کل ہی سمجھ میں آئی میرے۔</w:t>
      </w:r>
    </w:p>
    <w:p>
      <w:r>
        <w:rPr>
          <w:b/>
        </w:rPr>
        <w:t xml:space="preserve">[19:10] </w:t>
      </w:r>
      <w:r>
        <w:t>hum hum khud bohat dinon se kehte the ke islam ne shirk ko khatm kiya.</w:t>
      </w:r>
    </w:p>
    <w:p>
      <w:pPr>
        <w:jc w:val="right"/>
      </w:pPr>
      <w:r>
        <w:t>ہم ہم خود بہت دنوں سے کہتے تھے کہ اسلام نے شرک کو ختم کیا۔</w:t>
      </w:r>
    </w:p>
    <w:p>
      <w:r>
        <w:rPr>
          <w:b/>
        </w:rPr>
        <w:t xml:space="preserve">[19:16] </w:t>
      </w:r>
      <w:r>
        <w:t>to sawal hota tha, shirk kahan khatm kahan hua? shirk to hai.</w:t>
      </w:r>
    </w:p>
    <w:p>
      <w:pPr>
        <w:jc w:val="right"/>
      </w:pPr>
      <w:r>
        <w:t>تو سوال ہوتا تھا، شرک کہاں ختم کہاں ہوا؟ شرک تو ہے۔</w:t>
      </w:r>
    </w:p>
    <w:p>
      <w:r>
        <w:rPr>
          <w:b/>
        </w:rPr>
        <w:t xml:space="preserve">[19:22] </w:t>
      </w:r>
      <w:r>
        <w:t>yani main khud bohat dinon se yehi samajhta tha ke islam ne shirk ko khatm kar diya.</w:t>
      </w:r>
    </w:p>
    <w:p>
      <w:pPr>
        <w:jc w:val="right"/>
      </w:pPr>
      <w:r>
        <w:t>یعنی میں خود بہت دنوں سے یہی سمجھتا تھا کہ اسلام نے شرک کو ختم کر دیا۔</w:t>
      </w:r>
    </w:p>
    <w:p>
      <w:r>
        <w:rPr>
          <w:b/>
        </w:rPr>
        <w:t xml:space="preserve">[19:28] </w:t>
      </w:r>
      <w:r>
        <w:t>to phir ye sawal aata tha ke shirk ko khatm to kiya nahi? shirk to abhi bhi maujood hai.</w:t>
      </w:r>
    </w:p>
    <w:p>
      <w:pPr>
        <w:jc w:val="right"/>
      </w:pPr>
      <w:r>
        <w:t>تو پھر یہ سوال آتا تھا کہ شرک کو ختم تو کیا نہیں؟ شرک تو ابھی بھی موجود ہے۔</w:t>
      </w:r>
    </w:p>
    <w:p>
      <w:r>
        <w:rPr>
          <w:b/>
        </w:rPr>
        <w:t xml:space="preserve">[19:34] </w:t>
      </w:r>
      <w:r>
        <w:t>to shirk ko nahi khatm kiya.</w:t>
      </w:r>
    </w:p>
    <w:p>
      <w:pPr>
        <w:jc w:val="right"/>
      </w:pPr>
      <w:r>
        <w:t>تو شرک کو نہیں ختم کیا۔</w:t>
      </w:r>
    </w:p>
    <w:p>
      <w:r>
        <w:rPr>
          <w:b/>
        </w:rPr>
        <w:t xml:space="preserve">[19:40] </w:t>
      </w:r>
      <w:r>
        <w:t>shirk ko aur worship ko dealing kar diya.</w:t>
      </w:r>
    </w:p>
    <w:p>
      <w:pPr>
        <w:jc w:val="right"/>
      </w:pPr>
      <w:r>
        <w:t>شرک کو اور worship کو dealing کر دیا۔</w:t>
      </w:r>
    </w:p>
    <w:p>
      <w:r>
        <w:rPr>
          <w:b/>
        </w:rPr>
        <w:t xml:space="preserve">[19:46] </w:t>
      </w:r>
      <w:r>
        <w:t>insan apni azadi ko mehsoos karte hue jis shirk ko chahe worship kare.</w:t>
      </w:r>
    </w:p>
    <w:p>
      <w:pPr>
        <w:jc w:val="right"/>
      </w:pPr>
      <w:r>
        <w:t>انسان اپنی آزادی کو محسوس کرتے ہوئے جس شرک کو چاہے worship کرے۔</w:t>
      </w:r>
    </w:p>
    <w:p>
      <w:r>
        <w:rPr>
          <w:b/>
        </w:rPr>
        <w:t xml:space="preserve">[19:52] </w:t>
      </w:r>
      <w:r>
        <w:t>lekin nature ki jo ki jo hesiyat hai, wo ho hi nahi rahi.</w:t>
      </w:r>
    </w:p>
    <w:p>
      <w:pPr>
        <w:jc w:val="right"/>
      </w:pPr>
      <w:r>
        <w:t>لیکن nature کی جو کی جو حیثیت ہے، وہ ہو ہی نہیں رہی۔</w:t>
      </w:r>
    </w:p>
    <w:p>
      <w:r>
        <w:rPr>
          <w:b/>
        </w:rPr>
        <w:t xml:space="preserve">[19:58] </w:t>
      </w:r>
      <w:r>
        <w:t>to is par explore karne lage log.</w:t>
      </w:r>
    </w:p>
    <w:p>
      <w:pPr>
        <w:jc w:val="right"/>
      </w:pPr>
      <w:r>
        <w:t>تو اس پر explore کرنے لگے لوگ۔</w:t>
      </w:r>
    </w:p>
    <w:p>
      <w:r>
        <w:rPr>
          <w:b/>
        </w:rPr>
        <w:t xml:space="preserve">[20:04] </w:t>
      </w:r>
      <w:r>
        <w:t>aur phir hote hote technology daryaft ho gayi.</w:t>
      </w:r>
    </w:p>
    <w:p>
      <w:pPr>
        <w:jc w:val="right"/>
      </w:pPr>
      <w:r>
        <w:t>اور پھر ہوتے ہوتے ٹیکنالوجی دریافت ہو گئی۔</w:t>
      </w:r>
    </w:p>
    <w:p>
      <w:r>
        <w:rPr>
          <w:b/>
        </w:rPr>
        <w:t xml:space="preserve">[20:10] </w:t>
      </w:r>
      <w:r>
        <w:t>to is ke mani kya hue? ke islam ke zariye history mein jo process wajood mein aaya, is</w:t>
      </w:r>
    </w:p>
    <w:p>
      <w:pPr>
        <w:jc w:val="right"/>
      </w:pPr>
      <w:r>
        <w:t>تو اس کے معنی کیا ہوئے؟ کہ اسلام کے ذریعے history میں جو process وجود میں آیا، اس</w:t>
      </w:r>
    </w:p>
    <w:p>
      <w:r>
        <w:rPr>
          <w:b/>
        </w:rPr>
        <w:t xml:space="preserve">[20:16] </w:t>
      </w:r>
      <w:r>
        <w:t>process ka culmination tha science.</w:t>
      </w:r>
    </w:p>
    <w:p>
      <w:pPr>
        <w:jc w:val="right"/>
      </w:pPr>
      <w:r>
        <w:t>process کا culmination تھا سائنس۔</w:t>
      </w:r>
    </w:p>
    <w:p>
      <w:r>
        <w:rPr>
          <w:b/>
        </w:rPr>
        <w:t xml:space="preserve">[20:22] </w:t>
      </w:r>
      <w:r>
        <w:t>Peace is ka culmination tha.</w:t>
      </w:r>
    </w:p>
    <w:p>
      <w:pPr>
        <w:jc w:val="right"/>
      </w:pPr>
      <w:r>
        <w:t>Peace اس کا culmination تھا۔</w:t>
      </w:r>
    </w:p>
    <w:p>
      <w:r>
        <w:rPr>
          <w:b/>
        </w:rPr>
        <w:t xml:space="preserve">[20:28] </w:t>
      </w:r>
      <w:r>
        <w:t>koi direct, koi indirect.</w:t>
      </w:r>
    </w:p>
    <w:p>
      <w:pPr>
        <w:jc w:val="right"/>
      </w:pPr>
      <w:r>
        <w:t>کوئی direct، کوئی indirect۔</w:t>
      </w:r>
    </w:p>
    <w:p>
      <w:r>
        <w:rPr>
          <w:b/>
        </w:rPr>
        <w:t xml:space="preserve">[20:33] </w:t>
      </w:r>
      <w:r>
        <w:t>yani islam ne deid hazaar saal pehle history mein toheed ko le kar ek process jari kiya.</w:t>
      </w:r>
    </w:p>
    <w:p>
      <w:pPr>
        <w:jc w:val="right"/>
      </w:pPr>
      <w:r>
        <w:t>یعنی اسلام نے ڈیڑھ ہزار سال پہلے history میں توحید کو لے کر ایک process جاری کیا۔</w:t>
      </w:r>
    </w:p>
    <w:p>
      <w:r>
        <w:rPr>
          <w:b/>
        </w:rPr>
        <w:t xml:space="preserve">[20:39] </w:t>
      </w:r>
      <w:r>
        <w:t>ek ek revolutionary process, ek inqalabi process.</w:t>
      </w:r>
    </w:p>
    <w:p>
      <w:pPr>
        <w:jc w:val="right"/>
      </w:pPr>
      <w:r>
        <w:t>ایک ایک revolutionary process، ایک انقلابی process۔</w:t>
      </w:r>
    </w:p>
    <w:p>
      <w:r>
        <w:rPr>
          <w:b/>
        </w:rPr>
        <w:t xml:space="preserve">[20:45] </w:t>
      </w:r>
      <w:r>
        <w:t>is aur process mukhtalif zubanon mein chalta raha, chalta raha, chalta raha.</w:t>
      </w:r>
    </w:p>
    <w:p>
      <w:pPr>
        <w:jc w:val="right"/>
      </w:pPr>
      <w:r>
        <w:t>اس اور process مختلف زبانوں میں چلتا رہا، چلتا رہا، چلتا رہا۔</w:t>
      </w:r>
    </w:p>
    <w:p>
      <w:r>
        <w:rPr>
          <w:b/>
        </w:rPr>
        <w:t xml:space="preserve">[20:51] </w:t>
      </w:r>
      <w:r>
        <w:t>aakhir mein is ka culmination tha west mein.</w:t>
      </w:r>
    </w:p>
    <w:p>
      <w:pPr>
        <w:jc w:val="right"/>
      </w:pPr>
      <w:r>
        <w:t>آخر میں اس کا culmination تھا west میں۔</w:t>
      </w:r>
    </w:p>
    <w:p>
      <w:r>
        <w:rPr>
          <w:b/>
        </w:rPr>
        <w:t xml:space="preserve">[20:57] </w:t>
      </w:r>
      <w:r>
        <w:t>is is is ke baad, is is culmination ke baad dunya mein technology aayi, peace aaya, democracy aayi,</w:t>
      </w:r>
    </w:p>
    <w:p>
      <w:pPr>
        <w:jc w:val="right"/>
      </w:pPr>
      <w:r>
        <w:t>اس اس اس کے بعد، اس اس culmination کے بعد دنیا میں ٹیکنالوجی آئی، peace آیا، democracy آئی،</w:t>
      </w:r>
    </w:p>
    <w:p>
      <w:r>
        <w:rPr>
          <w:b/>
        </w:rPr>
        <w:t xml:space="preserve">[21:03] </w:t>
      </w:r>
      <w:r>
        <w:t>saari cheezein aayin.</w:t>
      </w:r>
    </w:p>
    <w:p>
      <w:pPr>
        <w:jc w:val="right"/>
      </w:pPr>
      <w:r>
        <w:t>ساری چیزیں آئیں۔</w:t>
      </w:r>
    </w:p>
    <w:p>
      <w:r>
        <w:rPr>
          <w:b/>
        </w:rPr>
        <w:t xml:space="preserve">[21:09] </w:t>
      </w:r>
      <w:r>
        <w:t>to is ke maani yeh kya hue? ke originator tha islam ka.</w:t>
      </w:r>
    </w:p>
    <w:p>
      <w:pPr>
        <w:jc w:val="right"/>
      </w:pPr>
      <w:r>
        <w:t>تو اس کے معنی یہ کیا ہوئے؟ کہ originator تھا اسلام کا۔</w:t>
      </w:r>
    </w:p>
    <w:p>
      <w:r>
        <w:rPr>
          <w:b/>
        </w:rPr>
        <w:t xml:space="preserve">[21:15] </w:t>
      </w:r>
      <w:r>
        <w:t>islam ko jo credits milta hai, yeh ek is ko originate kiya.</w:t>
      </w:r>
    </w:p>
    <w:p>
      <w:pPr>
        <w:jc w:val="right"/>
      </w:pPr>
      <w:r>
        <w:t>اسلام کو جو credits ملتا ہے، یہ ایک اس کو originate کیا۔</w:t>
      </w:r>
    </w:p>
    <w:p>
      <w:r>
        <w:rPr>
          <w:b/>
        </w:rPr>
        <w:t xml:space="preserve">[21:21] </w:t>
      </w:r>
      <w:r>
        <w:t>aur west ko jo credits milta hai, woh ek is ne is ko istemal kiya.</w:t>
      </w:r>
    </w:p>
    <w:p>
      <w:pPr>
        <w:jc w:val="right"/>
      </w:pPr>
      <w:r>
        <w:t>اور west کو جو credits ملتا ہے، وہ ایک اس نے اس کو استعمال کیا۔</w:t>
      </w:r>
    </w:p>
    <w:p>
      <w:r>
        <w:rPr>
          <w:b/>
        </w:rPr>
        <w:t xml:space="preserve">[21:27] </w:t>
      </w:r>
      <w:r>
        <w:t>to yeh sab baatein is tarah mujh par wazeh nahi theen pehle.</w:t>
      </w:r>
    </w:p>
    <w:p>
      <w:pPr>
        <w:jc w:val="right"/>
      </w:pPr>
      <w:r>
        <w:t>تو یہ سب باتیں اس طرح مجھ پر واضح نہیں تھیں پہلے۔</w:t>
      </w:r>
    </w:p>
    <w:p>
      <w:r>
        <w:rPr>
          <w:b/>
        </w:rPr>
        <w:t xml:space="preserve">[21:33] </w:t>
      </w:r>
      <w:r>
        <w:t>kal jo manba trigger hua, to yeh baatein wazeh huin.</w:t>
      </w:r>
    </w:p>
    <w:p>
      <w:pPr>
        <w:jc w:val="right"/>
      </w:pPr>
      <w:r>
        <w:t>کل جو مانبہ ٹریگر ہوا، تو یہ باتیں واضح ہوئیں۔</w:t>
      </w:r>
    </w:p>
    <w:p>
      <w:r>
        <w:rPr>
          <w:b/>
        </w:rPr>
        <w:t xml:space="preserve">[21:39] </w:t>
      </w:r>
      <w:r>
        <w:t>to hazrat umar ka jo qaul hai ke allah is insaan par reham kare jo mere aib ka</w:t>
      </w:r>
    </w:p>
    <w:p>
      <w:pPr>
        <w:jc w:val="right"/>
      </w:pPr>
      <w:r>
        <w:t>تو حضرت عمر کا جو قول ہے کہ اللہ اس انسان پر رحم کرے جو میرے عیب کا</w:t>
      </w:r>
    </w:p>
    <w:p>
      <w:r>
        <w:rPr>
          <w:b/>
        </w:rPr>
        <w:t xml:space="preserve">[21:45] </w:t>
      </w:r>
      <w:r>
        <w:t>tohfa mujh ko bheje, to is ko maine ek naya sentence banaya, woh yeh ke ke one</w:t>
      </w:r>
    </w:p>
    <w:p>
      <w:pPr>
        <w:jc w:val="right"/>
      </w:pPr>
      <w:r>
        <w:t>تحفہ مجھ کو بھیجے، تو اس کو میں نے ایک نیا sentence بنایا، وہ یہ کہ کہ one</w:t>
      </w:r>
    </w:p>
    <w:p>
      <w:r>
        <w:rPr>
          <w:b/>
        </w:rPr>
        <w:t xml:space="preserve">[21:51] </w:t>
      </w:r>
      <w:r>
        <w:t>who disagrees with me, he is my benefactor.</w:t>
      </w:r>
    </w:p>
    <w:p>
      <w:pPr>
        <w:jc w:val="right"/>
      </w:pPr>
      <w:r>
        <w:t>who disagrees with me, he is my benefactor۔</w:t>
      </w:r>
    </w:p>
    <w:p>
      <w:r>
        <w:rPr>
          <w:b/>
        </w:rPr>
        <w:t xml:space="preserve">[21:57] </w:t>
      </w:r>
      <w:r>
        <w:t>One who disagrees with me, he is my benefactor.</w:t>
      </w:r>
    </w:p>
    <w:p>
      <w:pPr>
        <w:jc w:val="right"/>
      </w:pPr>
      <w:r>
        <w:t>One who disagrees with me, he is my benefactor۔</w:t>
      </w:r>
    </w:p>
    <w:p>
      <w:r>
        <w:rPr>
          <w:b/>
        </w:rPr>
        <w:t xml:space="preserve">[22:03] </w:t>
      </w:r>
      <w:r>
        <w:t>kyun? ke jab woh disagree karta hai, ikhtilaf karta hai, chahe harsh ikhtilaf ho tab bhi, to mere</w:t>
      </w:r>
    </w:p>
    <w:p>
      <w:pPr>
        <w:jc w:val="right"/>
      </w:pPr>
      <w:r>
        <w:t>کیوں؟ کہ جب وہ disagree کرتا ہے، اختلاف کرتا ہے، چاہے harsh اختلاف ہو تب بھی، تو میرے</w:t>
      </w:r>
    </w:p>
    <w:p>
      <w:r>
        <w:rPr>
          <w:b/>
        </w:rPr>
        <w:t xml:space="preserve">[22:09] </w:t>
      </w:r>
      <w:r>
        <w:t>mind ko shakk lagta hai.</w:t>
      </w:r>
    </w:p>
    <w:p>
      <w:pPr>
        <w:jc w:val="right"/>
      </w:pPr>
      <w:r>
        <w:t>mind کو شک لگتا ہے۔</w:t>
      </w:r>
    </w:p>
    <w:p>
      <w:r>
        <w:rPr>
          <w:b/>
        </w:rPr>
        <w:t xml:space="preserve">[22:15] </w:t>
      </w:r>
      <w:r>
        <w:t>yeh shakk lagta hai to kuch window khulte hain.</w:t>
      </w:r>
    </w:p>
    <w:p>
      <w:pPr>
        <w:jc w:val="right"/>
      </w:pPr>
      <w:r>
        <w:t>یہ شک لگتا ہے تو کچھ window کھلتے ہیں۔</w:t>
      </w:r>
    </w:p>
    <w:p>
      <w:r>
        <w:rPr>
          <w:b/>
        </w:rPr>
        <w:t xml:space="preserve">[22:21] </w:t>
      </w:r>
      <w:r>
        <w:t>yeh window khulte hain to naye naye items saamne aate hain.</w:t>
      </w:r>
    </w:p>
    <w:p>
      <w:pPr>
        <w:jc w:val="right"/>
      </w:pPr>
      <w:r>
        <w:t>یہ window کھلتے ہیں تو نئے نئے items سامنے آتے ہیں۔</w:t>
      </w:r>
    </w:p>
    <w:p>
      <w:r>
        <w:rPr>
          <w:b/>
        </w:rPr>
        <w:t xml:space="preserve">[22:27] </w:t>
      </w:r>
      <w:r>
        <w:t>yahi yahi yahi hai creative thinking.</w:t>
      </w:r>
    </w:p>
    <w:p>
      <w:pPr>
        <w:jc w:val="right"/>
      </w:pPr>
      <w:r>
        <w:t>یہی یہی یہی ہے creative thinking۔</w:t>
      </w:r>
    </w:p>
    <w:p>
      <w:r>
        <w:rPr>
          <w:b/>
        </w:rPr>
        <w:t xml:space="preserve">[22:33] </w:t>
      </w:r>
      <w:r>
        <w:t>creative thinking ka matlab hai naye items ka daryaft hona.</w:t>
      </w:r>
    </w:p>
    <w:p>
      <w:pPr>
        <w:jc w:val="right"/>
      </w:pPr>
      <w:r>
        <w:t>Creative thinking کا مطلب ہے نئے items کا دریافت ہونا۔</w:t>
      </w:r>
    </w:p>
    <w:p>
      <w:r>
        <w:rPr>
          <w:b/>
        </w:rPr>
        <w:t xml:space="preserve">[22:38] </w:t>
      </w:r>
      <w:r>
        <w:t>to naya naya item aise nahi ke woh hai nahi, already maujood hain woh, lekin woh hidden hain.</w:t>
      </w:r>
    </w:p>
    <w:p>
      <w:pPr>
        <w:jc w:val="right"/>
      </w:pPr>
      <w:r>
        <w:t>تو نیا نیا item ایسے نہیں کہ وہ ہے نہیں، already موجود ہیں وہ، لیکن وہ hidden ہیں۔</w:t>
      </w:r>
    </w:p>
    <w:p>
      <w:r>
        <w:rPr>
          <w:b/>
        </w:rPr>
        <w:t xml:space="preserve">[22:44] </w:t>
      </w:r>
      <w:r>
        <w:t>hamare mind ke reservoir mein chhupe hue hain woh.</w:t>
      </w:r>
    </w:p>
    <w:p>
      <w:pPr>
        <w:jc w:val="right"/>
      </w:pPr>
      <w:r>
        <w:t>ہمارے mind کے reservoir میں چھپے ہوئے ہیں وہ۔</w:t>
      </w:r>
    </w:p>
    <w:p>
      <w:r>
        <w:rPr>
          <w:b/>
        </w:rPr>
        <w:t xml:space="preserve">[22:50] </w:t>
      </w:r>
      <w:r>
        <w:t>jaise technology chhupe hue thi nature ke andar.</w:t>
      </w:r>
    </w:p>
    <w:p>
      <w:pPr>
        <w:jc w:val="right"/>
      </w:pPr>
      <w:r>
        <w:t>جیسے ٹیکنالوجی چھپی ہوئی تھی nature کے اندر۔</w:t>
      </w:r>
    </w:p>
    <w:p>
      <w:r>
        <w:rPr>
          <w:b/>
        </w:rPr>
        <w:t xml:space="preserve">[22:56] </w:t>
      </w:r>
      <w:r>
        <w:t>to hamara mind jo hai, us ko shakk lagta hai jab koi us se disagree karta hai, jab</w:t>
      </w:r>
    </w:p>
    <w:p>
      <w:pPr>
        <w:jc w:val="right"/>
      </w:pPr>
      <w:r>
        <w:t>تو ہمارا mind جو ہے، اس کو شک لگتا ہے جب کوئی اس سے disagree کرتا ہے، جب</w:t>
      </w:r>
    </w:p>
    <w:p>
      <w:r>
        <w:rPr>
          <w:b/>
        </w:rPr>
        <w:t xml:space="preserve">[23:02] </w:t>
      </w:r>
      <w:r>
        <w:t>koi oppose karta hai, to hamare mind ko shakk lagata hai.</w:t>
      </w:r>
    </w:p>
    <w:p>
      <w:pPr>
        <w:jc w:val="right"/>
      </w:pPr>
      <w:r>
        <w:t>کوئی oppose کرتا ہے، تو ہمارے mind کو شک لگاتا ہے۔</w:t>
      </w:r>
    </w:p>
    <w:p>
      <w:r>
        <w:rPr>
          <w:b/>
        </w:rPr>
        <w:t xml:space="preserve">[23:08] </w:t>
      </w:r>
      <w:r>
        <w:t>is shakk ko hum positive mein lein, negative way mein na lein.</w:t>
      </w:r>
    </w:p>
    <w:p>
      <w:pPr>
        <w:jc w:val="right"/>
      </w:pPr>
      <w:r>
        <w:t>اس شک کو ہم positive میں لیں، negative way میں نہ لیں۔</w:t>
      </w:r>
    </w:p>
    <w:p>
      <w:r>
        <w:rPr>
          <w:b/>
        </w:rPr>
        <w:t xml:space="preserve">[23:14] </w:t>
      </w:r>
      <w:r>
        <w:t>jab positive way mein lein ge to naye naye item niklein ge.</w:t>
      </w:r>
    </w:p>
    <w:p>
      <w:pPr>
        <w:jc w:val="right"/>
      </w:pPr>
      <w:r>
        <w:t>جب positive way میں لیں گے تو نئے نئے item نکلیں گے۔</w:t>
      </w:r>
    </w:p>
    <w:p>
      <w:r>
        <w:rPr>
          <w:b/>
        </w:rPr>
        <w:t xml:space="preserve">[23:20] </w:t>
      </w:r>
      <w:r>
        <w:t>is ko item ko discover kijiye, is ko regulate kijiye, is ko manage kijiye.</w:t>
      </w:r>
    </w:p>
    <w:p>
      <w:pPr>
        <w:jc w:val="right"/>
      </w:pPr>
      <w:r>
        <w:t>اس کو item کو discover کیجئے، اس کو regulate کیجئے، اس کو manage کیجئے۔</w:t>
      </w:r>
    </w:p>
    <w:p>
      <w:r>
        <w:rPr>
          <w:b/>
        </w:rPr>
        <w:t xml:space="preserve">[23:26] </w:t>
      </w:r>
      <w:r>
        <w:t>is se aap ka mind jo hai, creative thinking aap ke mind mein aa jayegi.</w:t>
      </w:r>
    </w:p>
    <w:p>
      <w:pPr>
        <w:jc w:val="right"/>
      </w:pPr>
      <w:r>
        <w:t>اس سے آپ کا mind جو ہے، creative thinking آپ کے mind میں آ جائے گی۔</w:t>
      </w:r>
    </w:p>
    <w:p>
      <w:r>
        <w:rPr>
          <w:b/>
        </w:rPr>
        <w:t xml:space="preserve">[23:32] </w:t>
      </w:r>
      <w:r>
        <w:t>yeh hai creative thinker ka formula.</w:t>
      </w:r>
    </w:p>
    <w:p>
      <w:pPr>
        <w:jc w:val="right"/>
      </w:pPr>
      <w:r>
        <w:t>یہ ہے creative thinker کا فارمولا۔</w:t>
      </w:r>
    </w:p>
    <w:p>
      <w:r>
        <w:rPr>
          <w:b/>
        </w:rPr>
        <w:t xml:space="preserve">[23:38] </w:t>
      </w:r>
      <w:r>
        <w:t>to mein samajhta hoon ke yeh bohat bari cheez hai jo mujhe daryaft hui, woh difference of opinion ke baad.</w:t>
      </w:r>
    </w:p>
    <w:p>
      <w:pPr>
        <w:jc w:val="right"/>
      </w:pPr>
      <w:r>
        <w:t>تو میں سمجھتا ہوں کہ یہ بہت بڑی چیز ہے جو مجھے دریافت ہوئی، وہ difference of opinion کے بعد۔</w:t>
      </w:r>
    </w:p>
    <w:p>
      <w:r>
        <w:rPr>
          <w:b/>
        </w:rPr>
        <w:t xml:space="preserve">[23:44] </w:t>
      </w:r>
      <w:r>
        <w:t>ab mujhe yaad aata hai ek waqia.</w:t>
      </w:r>
    </w:p>
    <w:p>
      <w:pPr>
        <w:jc w:val="right"/>
      </w:pPr>
      <w:r>
        <w:t>اب مجھے یاد آتا ہے ایک واقعہ۔</w:t>
      </w:r>
    </w:p>
    <w:p>
      <w:r>
        <w:rPr>
          <w:b/>
        </w:rPr>
        <w:t xml:space="preserve">[23:50] </w:t>
      </w:r>
      <w:r>
        <w:t>mere chote bhai the, M Khan, woh political mein principal the, to UP mein.</w:t>
      </w:r>
    </w:p>
    <w:p>
      <w:pPr>
        <w:jc w:val="right"/>
      </w:pPr>
      <w:r>
        <w:t>میرے چھوٹے بھائی تھے، ایم خان، وہ political میں principal تھے، تو یو پی میں۔</w:t>
      </w:r>
    </w:p>
    <w:p>
      <w:r>
        <w:rPr>
          <w:b/>
        </w:rPr>
        <w:t xml:space="preserve">[23:56] </w:t>
      </w:r>
      <w:r>
        <w:t>to ek martaba aisa hua ke ek American expert bulaya gaya, India government ne bulaya, aur Chandigarh</w:t>
      </w:r>
    </w:p>
    <w:p>
      <w:pPr>
        <w:jc w:val="right"/>
      </w:pPr>
      <w:r>
        <w:t>تو ایک مرتبہ ایسا ہوا کہ ایک امریکن expert بلایا گیا، انڈیا government نے بلایا، اور چندی گڑھ</w:t>
      </w:r>
    </w:p>
    <w:p>
      <w:r>
        <w:rPr>
          <w:b/>
        </w:rPr>
        <w:t xml:space="preserve">[24:02] </w:t>
      </w:r>
      <w:r>
        <w:t>mein is ke classes hue.</w:t>
      </w:r>
    </w:p>
    <w:p>
      <w:pPr>
        <w:jc w:val="right"/>
      </w:pPr>
      <w:r>
        <w:t>میں اس کے classes ہوئے۔</w:t>
      </w:r>
    </w:p>
    <w:p>
      <w:r>
        <w:rPr>
          <w:b/>
        </w:rPr>
        <w:t xml:space="preserve">[24:08] </w:t>
      </w:r>
      <w:r>
        <w:t>aur political mein tamam principals jo the UP ke, woh bulaye gaye wahan.</w:t>
      </w:r>
    </w:p>
    <w:p>
      <w:pPr>
        <w:jc w:val="right"/>
      </w:pPr>
      <w:r>
        <w:t>اور political میں تمام principals جو تھے یو پی کے، وہ بلائے گئے وہاں۔</w:t>
      </w:r>
    </w:p>
    <w:p>
      <w:r>
        <w:rPr>
          <w:b/>
        </w:rPr>
        <w:t xml:space="preserve">[24:14] </w:t>
      </w:r>
      <w:r>
        <w:t>to is American professor ne in logon ko address kiya.</w:t>
      </w:r>
    </w:p>
    <w:p>
      <w:pPr>
        <w:jc w:val="right"/>
      </w:pPr>
      <w:r>
        <w:t>تو اس امریکن professor نے ان لوگوں کو address کیا۔</w:t>
      </w:r>
    </w:p>
    <w:p>
      <w:r>
        <w:rPr>
          <w:b/>
        </w:rPr>
        <w:t xml:space="preserve">[24:20] </w:t>
      </w:r>
      <w:r>
        <w:t>to hamare bhai ne bataya ke ek mauqa par is ne sawal kiya tha, hum logon se, "Who</w:t>
      </w:r>
    </w:p>
    <w:p>
      <w:pPr>
        <w:jc w:val="right"/>
      </w:pPr>
      <w:r>
        <w:t>تو ہمارے بھائی نے بتایا کہ ایک موقع پر اس نے سوال کیا تھا، ہم لوگوں سے، "Who</w:t>
      </w:r>
    </w:p>
    <w:p>
      <w:r>
        <w:rPr>
          <w:b/>
        </w:rPr>
        <w:t xml:space="preserve">[24:26] </w:t>
      </w:r>
      <w:r>
        <w:t>are creatives? takhleeqi soch wale kon log hain?" "Who are creatives?" to logon ne sochne ke baad kisi</w:t>
      </w:r>
    </w:p>
    <w:p>
      <w:pPr>
        <w:jc w:val="right"/>
      </w:pPr>
      <w:r>
        <w:t>are creatives؟ تخلیقی سوچ والے کون لوگ ہیں؟" "Who are creatives؟" تو لوگوں نے سوچنے کے بعد کسی</w:t>
      </w:r>
    </w:p>
    <w:p>
      <w:r>
        <w:rPr>
          <w:b/>
        </w:rPr>
        <w:t xml:space="preserve">[24:32] </w:t>
      </w:r>
      <w:r>
        <w:t>ne kaha ke poet, yani shair, kisi ne kaha novelist, kisi ne kaha ke artist.</w:t>
      </w:r>
    </w:p>
    <w:p>
      <w:pPr>
        <w:jc w:val="right"/>
      </w:pPr>
      <w:r>
        <w:t>نے کہا کہ poet، یعنی شاعر، کسی نے کہا novelist، کسی نے کہا کہ artist۔</w:t>
      </w:r>
    </w:p>
    <w:p>
      <w:r>
        <w:rPr>
          <w:b/>
        </w:rPr>
        <w:t xml:space="preserve">[24:37] </w:t>
      </w:r>
      <w:r>
        <w:t>to is ke baad mein ne dekha to mazhab ke daire mein yeh lafz istemal hi nahi hua.</w:t>
      </w:r>
    </w:p>
    <w:p>
      <w:pPr>
        <w:jc w:val="right"/>
      </w:pPr>
      <w:r>
        <w:t>تو اس کے بعد میں نے دیکھا تو مذہب کے دائرے میں یہ لفظ استعمال ہی نہیں ہوا۔</w:t>
      </w:r>
    </w:p>
    <w:p>
      <w:r>
        <w:rPr>
          <w:b/>
        </w:rPr>
        <w:t xml:space="preserve">[24:43] </w:t>
      </w:r>
      <w:r>
        <w:t>yani creative thinking ka lafz mazhab ke daire mein istemal hi nahi hua.</w:t>
      </w:r>
    </w:p>
    <w:p>
      <w:pPr>
        <w:jc w:val="right"/>
      </w:pPr>
      <w:r>
        <w:t>یعنی creative thinking کا لفظ مذہب کے دائرے میں استعمال ہی نہیں ہوا۔</w:t>
      </w:r>
    </w:p>
    <w:p>
      <w:r>
        <w:rPr>
          <w:b/>
        </w:rPr>
        <w:t xml:space="preserve">[24:49] </w:t>
      </w:r>
      <w:r>
        <w:t>art ke liye istemal hua, shairy ke liye istemal hua, drama ke liye istemal hua.</w:t>
      </w:r>
    </w:p>
    <w:p>
      <w:pPr>
        <w:jc w:val="right"/>
      </w:pPr>
      <w:r>
        <w:t>آرٹ کے لیے استعمال ہوا، شاعری کے لیے استعمال ہوا، ڈرامہ کے لیے استعمال ہوا۔</w:t>
      </w:r>
    </w:p>
    <w:p>
      <w:r>
        <w:rPr>
          <w:b/>
        </w:rPr>
        <w:t xml:space="preserve">[24:55] </w:t>
      </w:r>
      <w:r>
        <w:t>to kyun aisa hua? kyunke mazhab ke jo item hain, woh to nature mein hain, woh divine nature</w:t>
      </w:r>
    </w:p>
    <w:p>
      <w:pPr>
        <w:jc w:val="right"/>
      </w:pPr>
      <w:r>
        <w:t>تو کیوں ایسا ہوا؟ کیونکہ مذہب کے جو item ہیں، وہ تو nature میں ہیں، وہ divine nature</w:t>
      </w:r>
    </w:p>
    <w:p>
      <w:r>
        <w:rPr>
          <w:b/>
        </w:rPr>
        <w:t xml:space="preserve">[25:01] </w:t>
      </w:r>
      <w:r>
        <w:t>mein hain, aur divine nature ko log samajhte hain ke ek rituals ka set hai, wohi karo bas,</w:t>
      </w:r>
    </w:p>
    <w:p>
      <w:pPr>
        <w:jc w:val="right"/>
      </w:pPr>
      <w:r>
        <w:t>میں ہیں، اور divine nature کو لوگ سمجھتے ہیں کہ ایک rituals کا set ہے، وہی کرو بس،</w:t>
      </w:r>
    </w:p>
    <w:p>
      <w:r>
        <w:rPr>
          <w:b/>
        </w:rPr>
        <w:t xml:space="preserve">[25:07] </w:t>
      </w:r>
      <w:r>
        <w:t>mazhab mil gaya tum ko.</w:t>
      </w:r>
    </w:p>
    <w:p>
      <w:pPr>
        <w:jc w:val="right"/>
      </w:pPr>
      <w:r>
        <w:t>مذہب مل گیا تم کو۔</w:t>
      </w:r>
    </w:p>
    <w:p>
      <w:r>
        <w:rPr>
          <w:b/>
        </w:rPr>
        <w:t xml:space="preserve">[25:13] </w:t>
      </w:r>
      <w:r>
        <w:t>to sari duniya mein mazhab ko set of rituals samjha jata hai, hazaron saal se.</w:t>
      </w:r>
    </w:p>
    <w:p>
      <w:pPr>
        <w:jc w:val="right"/>
      </w:pPr>
      <w:r>
        <w:t>تو ساری دنیا میں مذہب کو set of rituals سمجھا جاتا ہے، ہزاروں سال سے۔</w:t>
      </w:r>
    </w:p>
    <w:p>
      <w:r>
        <w:rPr>
          <w:b/>
        </w:rPr>
        <w:t xml:space="preserve">[25:19] </w:t>
      </w:r>
      <w:r>
        <w:t>jo set of rituals ho, to is mein nai soch ke koi sawal hi nahi.</w:t>
      </w:r>
    </w:p>
    <w:p>
      <w:pPr>
        <w:jc w:val="right"/>
      </w:pPr>
      <w:r>
        <w:t>جو set of rituals ہو، تو اس میں نئی سوچ کے کوئی سوال ہی نہیں۔</w:t>
      </w:r>
    </w:p>
    <w:p>
      <w:r>
        <w:rPr>
          <w:b/>
        </w:rPr>
        <w:t xml:space="preserve">[25:25] </w:t>
      </w:r>
      <w:r>
        <w:t>to Islam ne yeh kiya ke is se bahar nikala.</w:t>
      </w:r>
    </w:p>
    <w:p>
      <w:pPr>
        <w:jc w:val="right"/>
      </w:pPr>
      <w:r>
        <w:t>تو اسلام نے یہ کیا کہ اس سے باہر نکالا۔</w:t>
      </w:r>
    </w:p>
    <w:p>
      <w:r>
        <w:rPr>
          <w:b/>
        </w:rPr>
        <w:t xml:space="preserve">[25:31] </w:t>
      </w:r>
      <w:r>
        <w:t>mazhab set of rituals nahi hai, mazhab subject of spirituality hai, intellectual thinking hai.</w:t>
      </w:r>
    </w:p>
    <w:p>
      <w:pPr>
        <w:jc w:val="right"/>
      </w:pPr>
      <w:r>
        <w:t>مذہب set of rituals نہیں ہے، مذہب subject of spirituality ہے، intellectual thinking ہے۔</w:t>
      </w:r>
    </w:p>
    <w:p>
      <w:r>
        <w:rPr>
          <w:b/>
        </w:rPr>
        <w:t xml:space="preserve">[25:37] </w:t>
      </w:r>
      <w:r>
        <w:t>tadabbur ka mauzu banaya, tadabbur ka.</w:t>
      </w:r>
    </w:p>
    <w:p>
      <w:pPr>
        <w:jc w:val="right"/>
      </w:pPr>
      <w:r>
        <w:t>تدبر کا موضوع بنایا، تدبر کا۔</w:t>
      </w:r>
    </w:p>
    <w:p>
      <w:r>
        <w:rPr>
          <w:b/>
        </w:rPr>
        <w:t xml:space="preserve">[25:43] </w:t>
      </w:r>
      <w:r>
        <w:t>tab ja kar yeh daryaft hui ke hamara mind jo hai, woh ek spiritual reservoir hai.</w:t>
      </w:r>
    </w:p>
    <w:p>
      <w:pPr>
        <w:jc w:val="right"/>
      </w:pPr>
      <w:r>
        <w:t>تب جا کر یہ دریافت ہوئی کہ ہمارا mind جو ہے، وہ ایک spiritual reservoir ہے۔</w:t>
      </w:r>
    </w:p>
    <w:p>
      <w:r>
        <w:rPr>
          <w:b/>
        </w:rPr>
        <w:t xml:space="preserve">[25:49] </w:t>
      </w:r>
      <w:r>
        <w:t>yeh pehle se aisa nahi jata tha.</w:t>
      </w:r>
    </w:p>
    <w:p>
      <w:pPr>
        <w:jc w:val="right"/>
      </w:pPr>
      <w:r>
        <w:t>یہ پہلے سے ایسا نہیں جاتا تھا۔</w:t>
      </w:r>
    </w:p>
    <w:p>
      <w:r>
        <w:rPr>
          <w:b/>
        </w:rPr>
        <w:t xml:space="preserve">[25:55] </w:t>
      </w:r>
      <w:r>
        <w:t>pehlay to spirituality ka matlab tha ke dhyan, gyan karo, meditate karo, apne dil mein tawajjuh karo.</w:t>
      </w:r>
    </w:p>
    <w:p>
      <w:pPr>
        <w:jc w:val="right"/>
      </w:pPr>
      <w:r>
        <w:t>پہلے تو spirituality کا مطلب تھا کہ دھیان، گیان کرو، meditate کرو، اپنے دل میں توجہ کرو۔</w:t>
      </w:r>
    </w:p>
    <w:p>
      <w:r>
        <w:rPr>
          <w:b/>
        </w:rPr>
        <w:t xml:space="preserve">[26:01] </w:t>
      </w:r>
      <w:r>
        <w:t>lekin spirituality jo hai, woh aik intellectual activity hai, yeh Islam ke baad shuru hui.</w:t>
      </w:r>
    </w:p>
    <w:p>
      <w:pPr>
        <w:jc w:val="right"/>
      </w:pPr>
      <w:r>
        <w:t>لیکن spirituality جو ہے، وہ ایک intellectual activity ہے، یہ اسلام کے بعد شروع ہوئی۔</w:t>
      </w:r>
    </w:p>
    <w:p>
      <w:r>
        <w:rPr>
          <w:b/>
        </w:rPr>
        <w:t xml:space="preserve">[26:07] </w:t>
      </w:r>
      <w:r>
        <w:t>kyunke jab yeh maloom hua ke insaan ka jo nature hai, jahan jo mind hai, woh aik reservoir</w:t>
      </w:r>
    </w:p>
    <w:p>
      <w:pPr>
        <w:jc w:val="right"/>
      </w:pPr>
      <w:r>
        <w:t>کیونکہ جب یہ معلوم ہوا کہ انسان کا جو nature ہے، جہاں جو mind ہے، وہ ایک reservoir</w:t>
      </w:r>
    </w:p>
    <w:p>
      <w:r>
        <w:rPr>
          <w:b/>
        </w:rPr>
        <w:t xml:space="preserve">[26:13] </w:t>
      </w:r>
      <w:r>
        <w:t>hai, beshumar kalmaat ka, beshumar ayat Allah ka, beshumar ayat KhudaWandi ka, tab ja kar</w:t>
      </w:r>
    </w:p>
    <w:p>
      <w:pPr>
        <w:jc w:val="right"/>
      </w:pPr>
      <w:r>
        <w:t>ہے، بے شمار کلمات کا، بے شمار آیات اللہ کا، بے شمار آیات خداوندی کا، تب جا کر</w:t>
      </w:r>
    </w:p>
    <w:p>
      <w:r>
        <w:rPr>
          <w:b/>
        </w:rPr>
        <w:t xml:space="preserve">[26:19] </w:t>
      </w:r>
      <w:r>
        <w:t>yeh aik nai soch jaagi.</w:t>
      </w:r>
    </w:p>
    <w:p>
      <w:pPr>
        <w:jc w:val="right"/>
      </w:pPr>
      <w:r>
        <w:t>یہ ایک نئی سوچ جاگی۔</w:t>
      </w:r>
    </w:p>
    <w:p>
      <w:r>
        <w:rPr>
          <w:b/>
        </w:rPr>
        <w:t xml:space="preserve">[26:25] </w:t>
      </w:r>
      <w:r>
        <w:t>is ko mein ne link kiya.</w:t>
      </w:r>
    </w:p>
    <w:p>
      <w:pPr>
        <w:jc w:val="right"/>
      </w:pPr>
      <w:r>
        <w:t>اس کو میں نے link کیا۔</w:t>
      </w:r>
    </w:p>
    <w:p>
      <w:r>
        <w:rPr>
          <w:b/>
        </w:rPr>
        <w:t xml:space="preserve">[26:31] </w:t>
      </w:r>
      <w:r>
        <w:t>tab meri samajh mein aaya ke yeh Islam ki bohat bari den thi ke insaan ko bataya ke</w:t>
      </w:r>
    </w:p>
    <w:p>
      <w:pPr>
        <w:jc w:val="right"/>
      </w:pPr>
      <w:r>
        <w:t>تب میری سمجھ میں آیا کہ یہ اسلام کی بہت بڑی دین تھی کہ انسان کو بتایا کہ</w:t>
      </w:r>
    </w:p>
    <w:p>
      <w:r>
        <w:rPr>
          <w:b/>
        </w:rPr>
        <w:t xml:space="preserve">[26:37] </w:t>
      </w:r>
      <w:r>
        <w:t>iska mind jo hai, aik ocean hai knowledge ka.</w:t>
      </w:r>
    </w:p>
    <w:p>
      <w:pPr>
        <w:jc w:val="right"/>
      </w:pPr>
      <w:r>
        <w:t>اس کا mind جو ہے، ایک ocean ہے knowledge کا۔</w:t>
      </w:r>
    </w:p>
    <w:p>
      <w:r>
        <w:rPr>
          <w:b/>
        </w:rPr>
        <w:t xml:space="preserve">[26:42] </w:t>
      </w:r>
      <w:r>
        <w:t>lekin log pichlay jo chali aati jo tradition, to woh bas meditation hi koi bari cheez samajhtay rahay.</w:t>
      </w:r>
    </w:p>
    <w:p>
      <w:pPr>
        <w:jc w:val="right"/>
      </w:pPr>
      <w:r>
        <w:t>لیکن لوگ پچھلے جو چلی آتی جو tradition، تو وہ بس meditation ہی کوئی بڑی چیز سمجھتے رہے۔</w:t>
      </w:r>
    </w:p>
    <w:p>
      <w:r>
        <w:rPr>
          <w:b/>
        </w:rPr>
        <w:t xml:space="preserve">[26:48] </w:t>
      </w:r>
      <w:r>
        <w:t>is spirituality mein meditation chalta raha. Meditation, meditation.</w:t>
      </w:r>
    </w:p>
    <w:p>
      <w:pPr>
        <w:jc w:val="right"/>
      </w:pPr>
      <w:r>
        <w:t>اس spirituality میں meditation چلتا رہا۔ Meditation، meditation۔</w:t>
      </w:r>
    </w:p>
    <w:p>
      <w:r>
        <w:rPr>
          <w:b/>
        </w:rPr>
        <w:t xml:space="preserve">[26:54] </w:t>
      </w:r>
      <w:r>
        <w:t>aur mind based spirituality aayi hi nahi.</w:t>
      </w:r>
    </w:p>
    <w:p>
      <w:pPr>
        <w:jc w:val="right"/>
      </w:pPr>
      <w:r>
        <w:t>اور mind based spirituality آئی ہی نہیں۔</w:t>
      </w:r>
    </w:p>
    <w:p>
      <w:r>
        <w:rPr>
          <w:b/>
        </w:rPr>
        <w:t xml:space="preserve">[27:00] </w:t>
      </w:r>
      <w:r>
        <w:t>yeh thinking ke level par, tadabbur ke level par, ghore o fikr ke level par, contemplation ke level</w:t>
      </w:r>
    </w:p>
    <w:p>
      <w:pPr>
        <w:jc w:val="right"/>
      </w:pPr>
      <w:r>
        <w:t>یہ thinking کے level پر، تدبر کے level پر، غور و فکر کے level پر، contemplation کے level</w:t>
      </w:r>
    </w:p>
    <w:p>
      <w:r>
        <w:rPr>
          <w:b/>
        </w:rPr>
        <w:t xml:space="preserve">[27:06] </w:t>
      </w:r>
      <w:r>
        <w:t>par spirituality aayi hi nahi.</w:t>
      </w:r>
    </w:p>
    <w:p>
      <w:pPr>
        <w:jc w:val="right"/>
      </w:pPr>
      <w:r>
        <w:t>پر spirituality آئی ہی نہیں۔</w:t>
      </w:r>
    </w:p>
    <w:p>
      <w:r>
        <w:rPr>
          <w:b/>
        </w:rPr>
        <w:t xml:space="preserve">[27:12] </w:t>
      </w:r>
      <w:r>
        <w:t>to yeh aik aik aik chupa hua khazana tha.</w:t>
      </w:r>
    </w:p>
    <w:p>
      <w:pPr>
        <w:jc w:val="right"/>
      </w:pPr>
      <w:r>
        <w:t>تو یہ ایک ایک ایک چھپا ہوا خزانہ تھا۔</w:t>
      </w:r>
    </w:p>
    <w:p>
      <w:r>
        <w:rPr>
          <w:b/>
        </w:rPr>
        <w:t xml:space="preserve">[27:18] </w:t>
      </w:r>
      <w:r>
        <w:t>chupa hua khazana.</w:t>
      </w:r>
    </w:p>
    <w:p>
      <w:pPr>
        <w:jc w:val="right"/>
      </w:pPr>
      <w:r>
        <w:t>چھپا ہوا خزانہ۔</w:t>
      </w:r>
    </w:p>
    <w:p>
      <w:r>
        <w:rPr>
          <w:b/>
        </w:rPr>
        <w:t xml:space="preserve">[27:24] </w:t>
      </w:r>
      <w:r>
        <w:t>woh meri samajh mein aaya jab mein wahan trigger hua ke yehi to sab se bari cheez hai</w:t>
      </w:r>
    </w:p>
    <w:p>
      <w:pPr>
        <w:jc w:val="right"/>
      </w:pPr>
      <w:r>
        <w:t>وہ میری سمجھ میں آیا جب میں وہاں trigger ہوا کہ یہی تو سب سے بڑی چیز ہے</w:t>
      </w:r>
    </w:p>
    <w:p>
      <w:r>
        <w:rPr>
          <w:b/>
        </w:rPr>
        <w:t xml:space="preserve">[27:30] </w:t>
      </w:r>
      <w:r>
        <w:t>ke mind ko kholnay do.</w:t>
      </w:r>
    </w:p>
    <w:p>
      <w:pPr>
        <w:jc w:val="right"/>
      </w:pPr>
      <w:r>
        <w:t>کہ mind کو کھولنے دو۔</w:t>
      </w:r>
    </w:p>
    <w:p>
      <w:r>
        <w:rPr>
          <w:b/>
        </w:rPr>
        <w:t xml:space="preserve">[27:36] </w:t>
      </w:r>
      <w:r>
        <w:t>mind ki window kholnay do.</w:t>
      </w:r>
    </w:p>
    <w:p>
      <w:pPr>
        <w:jc w:val="right"/>
      </w:pPr>
      <w:r>
        <w:t>Mind کی window کھولنے دو۔</w:t>
      </w:r>
    </w:p>
    <w:p>
      <w:r>
        <w:rPr>
          <w:b/>
        </w:rPr>
        <w:t xml:space="preserve">[27:42] </w:t>
      </w:r>
      <w:r>
        <w:t>aur kholay ga kaun? hum khud bohat kam khol paatay hain.</w:t>
      </w:r>
    </w:p>
    <w:p>
      <w:pPr>
        <w:jc w:val="right"/>
      </w:pPr>
      <w:r>
        <w:t>اور کھولے گا کون؟ ہم خود بہت کم کھول پاتے ہیں۔</w:t>
      </w:r>
    </w:p>
    <w:p>
      <w:r>
        <w:rPr>
          <w:b/>
        </w:rPr>
        <w:t xml:space="preserve">[27:48] </w:t>
      </w:r>
      <w:r>
        <w:t>critic kholta hai.</w:t>
      </w:r>
    </w:p>
    <w:p>
      <w:pPr>
        <w:jc w:val="right"/>
      </w:pPr>
      <w:r>
        <w:t>Critic کھولتا ہے۔</w:t>
      </w:r>
    </w:p>
    <w:p>
      <w:r>
        <w:rPr>
          <w:b/>
        </w:rPr>
        <w:t xml:space="preserve">[27:54] </w:t>
      </w:r>
      <w:r>
        <w:t>mind ki window jo hai, hum khud bohat kam khol paatay hain.</w:t>
      </w:r>
    </w:p>
    <w:p>
      <w:pPr>
        <w:jc w:val="right"/>
      </w:pPr>
      <w:r>
        <w:t>Mind کی window جو ہے، ہم خود بہت کم کھول پاتے ہیں۔</w:t>
      </w:r>
    </w:p>
    <w:p>
      <w:r>
        <w:rPr>
          <w:b/>
        </w:rPr>
        <w:t xml:space="preserve">[28:00] </w:t>
      </w:r>
      <w:r>
        <w:t>ziyada kholta hai critic.</w:t>
      </w:r>
    </w:p>
    <w:p>
      <w:pPr>
        <w:jc w:val="right"/>
      </w:pPr>
      <w:r>
        <w:t>زیادہ کھولتا ہے critic۔</w:t>
      </w:r>
    </w:p>
    <w:p>
      <w:r>
        <w:rPr>
          <w:b/>
        </w:rPr>
        <w:t xml:space="preserve">[28:06] </w:t>
      </w:r>
      <w:r>
        <w:t>kyunke woh mercilessly dekhta hai is ko.</w:t>
      </w:r>
    </w:p>
    <w:p>
      <w:pPr>
        <w:jc w:val="right"/>
      </w:pPr>
      <w:r>
        <w:t>کیونکہ وہ mercilessly دیکھتا ہے اس کو۔</w:t>
      </w:r>
    </w:p>
    <w:p>
      <w:r>
        <w:rPr>
          <w:b/>
        </w:rPr>
        <w:t xml:space="preserve">[28:12] </w:t>
      </w:r>
      <w:r>
        <w:t>woh hum hamara observation mercy ke baghair karta hai.</w:t>
      </w:r>
    </w:p>
    <w:p>
      <w:pPr>
        <w:jc w:val="right"/>
      </w:pPr>
      <w:r>
        <w:t>وہ ہم ہمارا observation mercy کے بغیر کرتا ہے۔</w:t>
      </w:r>
    </w:p>
    <w:p>
      <w:r>
        <w:rPr>
          <w:b/>
        </w:rPr>
        <w:t xml:space="preserve">[28:18] </w:t>
      </w:r>
      <w:r>
        <w:t>to us ko woh woh woh hamare mind ko hammering karta hai, woh criticize karta hai.</w:t>
      </w:r>
    </w:p>
    <w:p>
      <w:pPr>
        <w:jc w:val="right"/>
      </w:pPr>
      <w:r>
        <w:t>تو اس کو وہ وہ وہ ہمارے mind کو hammering کرتا ہے، وہ criticize کرتا ہے۔</w:t>
      </w:r>
    </w:p>
    <w:p>
      <w:r>
        <w:rPr>
          <w:b/>
        </w:rPr>
        <w:t xml:space="preserve">[28:24] </w:t>
      </w:r>
      <w:r>
        <w:t>tab mind ke window khulte hain.</w:t>
      </w:r>
    </w:p>
    <w:p>
      <w:pPr>
        <w:jc w:val="right"/>
      </w:pPr>
      <w:r>
        <w:t>تب mind کے window کھلتے ہیں۔</w:t>
      </w:r>
    </w:p>
    <w:p>
      <w:r>
        <w:rPr>
          <w:b/>
        </w:rPr>
        <w:t xml:space="preserve">[28:30] </w:t>
      </w:r>
      <w:r>
        <w:t>tab woh jo utha khazana jo hai knowledge ka, us ki window khulne lagti hai.</w:t>
      </w:r>
    </w:p>
    <w:p>
      <w:pPr>
        <w:jc w:val="right"/>
      </w:pPr>
      <w:r>
        <w:t>تب وہ جو اتھا خزانہ جو ہے knowledge کا، اس کی window کھلنے لگتی ہے۔</w:t>
      </w:r>
    </w:p>
    <w:p>
      <w:r>
        <w:rPr>
          <w:b/>
        </w:rPr>
        <w:t xml:space="preserve">[28:36] </w:t>
      </w:r>
      <w:r>
        <w:t>yeh islam se pehle ek concept tha hi nahin.</w:t>
      </w:r>
    </w:p>
    <w:p>
      <w:pPr>
        <w:jc w:val="right"/>
      </w:pPr>
      <w:r>
        <w:t>یہ اسلام سے پہلے ایک concept تھا ہی نہیں۔</w:t>
      </w:r>
    </w:p>
    <w:p>
      <w:r>
        <w:rPr>
          <w:b/>
        </w:rPr>
        <w:t xml:space="preserve">[28:41] </w:t>
      </w:r>
      <w:r>
        <w:t>اسلام سے پہلے concept جو تھا، that was based on meditation.</w:t>
      </w:r>
    </w:p>
    <w:p>
      <w:pPr>
        <w:jc w:val="right"/>
      </w:pPr>
      <w:r>
        <w:t>اسلام سے پہلے concept جو تھا، that was based on meditation۔</w:t>
      </w:r>
    </w:p>
    <w:p>
      <w:r>
        <w:rPr>
          <w:b/>
        </w:rPr>
        <w:t xml:space="preserve">[28:47] </w:t>
      </w:r>
      <w:r>
        <w:t>yani islam se pehle jo spirituality ka jo concept tha, woh tha based on meditation.</w:t>
      </w:r>
    </w:p>
    <w:p>
      <w:pPr>
        <w:jc w:val="right"/>
      </w:pPr>
      <w:r>
        <w:t>یعنی اسلام سے پہلے جو spirituality کا جو concept تھا، وہ تھا based on meditation۔</w:t>
      </w:r>
    </w:p>
    <w:p>
      <w:r>
        <w:rPr>
          <w:b/>
        </w:rPr>
        <w:t xml:space="preserve">[28:53] </w:t>
      </w:r>
      <w:r>
        <w:t>islam ne pehli baar spirituality ko contemplation par base kiya.</w:t>
      </w:r>
    </w:p>
    <w:p>
      <w:pPr>
        <w:jc w:val="right"/>
      </w:pPr>
      <w:r>
        <w:t>اسلام نے پہلی بار spirituality کو contemplation پر base کیا۔</w:t>
      </w:r>
    </w:p>
    <w:p>
      <w:r>
        <w:rPr>
          <w:b/>
        </w:rPr>
        <w:t xml:space="preserve">[28:59] </w:t>
      </w:r>
      <w:r>
        <w:t>tadabbur, tafakkur par base kiya.</w:t>
      </w:r>
    </w:p>
    <w:p>
      <w:pPr>
        <w:jc w:val="right"/>
      </w:pPr>
      <w:r>
        <w:t>تدبر، تفکر پر base کیا۔</w:t>
      </w:r>
    </w:p>
    <w:p>
      <w:r>
        <w:rPr>
          <w:b/>
        </w:rPr>
        <w:t xml:space="preserve">[29:05] </w:t>
      </w:r>
      <w:r>
        <w:t>tab yeh mumkin hua ke insaan mazhab ke baad daire mein insaan ke andar creative thinking aaye.</w:t>
      </w:r>
    </w:p>
    <w:p>
      <w:pPr>
        <w:jc w:val="right"/>
      </w:pPr>
      <w:r>
        <w:t>تب یہ ممکن ہوا کہ انسان مذہب کے بعد دائرے میں انسان کے اندر creative thinking آئے۔</w:t>
      </w:r>
    </w:p>
    <w:p>
      <w:r>
        <w:rPr>
          <w:b/>
        </w:rPr>
        <w:t xml:space="preserve">[29:11] </w:t>
      </w:r>
      <w:r>
        <w:t>to mazhab mein creative thinking is se bhi zyada mumkin hai jitna ke doosre daire mein.</w:t>
      </w:r>
    </w:p>
    <w:p>
      <w:pPr>
        <w:jc w:val="right"/>
      </w:pPr>
      <w:r>
        <w:t>تو مذہب میں creative thinking اس سے بھی زیادہ ممکن ہے جتنا کہ دوسرے دائرے میں۔</w:t>
      </w:r>
    </w:p>
    <w:p>
      <w:r>
        <w:rPr>
          <w:b/>
        </w:rPr>
        <w:t xml:space="preserve">[29:17] </w:t>
      </w:r>
      <w:r>
        <w:t>lekin woh band padi hui thi.</w:t>
      </w:r>
    </w:p>
    <w:p>
      <w:pPr>
        <w:jc w:val="right"/>
      </w:pPr>
      <w:r>
        <w:t>لیکن وہ بند پڑی ہوئی تھی۔</w:t>
      </w:r>
    </w:p>
    <w:p>
      <w:r>
        <w:rPr>
          <w:b/>
        </w:rPr>
        <w:t xml:space="preserve">[29:23] </w:t>
      </w:r>
      <w:r>
        <w:t>یہ سب میری جب میرا mind trigger ہوا تو یہ سب باتیں میری سمجھ میں آئیں۔</w:t>
      </w:r>
    </w:p>
    <w:p>
      <w:pPr>
        <w:jc w:val="right"/>
      </w:pPr>
      <w:r>
        <w:t>یہ سب میری جب میرا mind ٹریگر ہوا تو یہ سب باتیں میری سمجھ میں آئیں۔</w:t>
      </w:r>
    </w:p>
    <w:p>
      <w:r>
        <w:rPr>
          <w:b/>
        </w:rPr>
        <w:t xml:space="preserve">[29:29] </w:t>
      </w:r>
      <w:r>
        <w:t>to agar agar hum ko creative thinker banna hai to is ki ek hi condition hai.</w:t>
      </w:r>
    </w:p>
    <w:p>
      <w:pPr>
        <w:jc w:val="right"/>
      </w:pPr>
      <w:r>
        <w:t>تو اگر اگر ہم کو creative thinker بننا ہے تو اس کی ایک ہی condition ہے۔</w:t>
      </w:r>
    </w:p>
    <w:p>
      <w:r>
        <w:rPr>
          <w:b/>
        </w:rPr>
        <w:t xml:space="preserve">[29:35] </w:t>
      </w:r>
      <w:r>
        <w:t>agar hum ko creative thinker banna hai to is ki ek hi condition hai.</w:t>
      </w:r>
    </w:p>
    <w:p>
      <w:pPr>
        <w:jc w:val="right"/>
      </w:pPr>
      <w:r>
        <w:t>اگر ہم کو creative thinker بننا ہے تو اس کی ایک ہی condition ہے۔</w:t>
      </w:r>
    </w:p>
    <w:p>
      <w:r>
        <w:rPr>
          <w:b/>
        </w:rPr>
        <w:t xml:space="preserve">[29:41] </w:t>
      </w:r>
      <w:r>
        <w:t>hum aakhri had tak objective ban jayein.</w:t>
      </w:r>
    </w:p>
    <w:p>
      <w:pPr>
        <w:jc w:val="right"/>
      </w:pPr>
      <w:r>
        <w:t>ہم آخری حد تک objective بن جائیں۔</w:t>
      </w:r>
    </w:p>
    <w:p>
      <w:r>
        <w:rPr>
          <w:b/>
        </w:rPr>
        <w:t xml:space="preserve">[29:47] </w:t>
      </w:r>
      <w:r>
        <w:t>aakhri had tak hum offend na hon.</w:t>
      </w:r>
    </w:p>
    <w:p>
      <w:pPr>
        <w:jc w:val="right"/>
      </w:pPr>
      <w:r>
        <w:t>آخری حد تک ہم offend نہ ہوں۔</w:t>
      </w:r>
    </w:p>
    <w:p>
      <w:r>
        <w:rPr>
          <w:b/>
        </w:rPr>
        <w:t xml:space="preserve">[29:53] </w:t>
      </w:r>
      <w:r>
        <w:t>kuch bhi ho, offend na hon.</w:t>
      </w:r>
    </w:p>
    <w:p>
      <w:pPr>
        <w:jc w:val="right"/>
      </w:pPr>
      <w:r>
        <w:t>کچھ بھی ہو، offend نہ ہوں۔</w:t>
      </w:r>
    </w:p>
    <w:p>
      <w:r>
        <w:rPr>
          <w:b/>
        </w:rPr>
        <w:t xml:space="preserve">[29:59] </w:t>
      </w:r>
      <w:r>
        <w:t>ghussa na aaye.</w:t>
      </w:r>
    </w:p>
    <w:p>
      <w:pPr>
        <w:jc w:val="right"/>
      </w:pPr>
      <w:r>
        <w:t>غصہ نہ آئے۔</w:t>
      </w:r>
    </w:p>
    <w:p>
      <w:r>
        <w:rPr>
          <w:b/>
        </w:rPr>
        <w:t xml:space="preserve">[30:05] </w:t>
      </w:r>
      <w:r>
        <w:t>sunein, objectively sunein.</w:t>
      </w:r>
    </w:p>
    <w:p>
      <w:pPr>
        <w:jc w:val="right"/>
      </w:pPr>
      <w:r>
        <w:t>سنیں، objectively سنیں۔</w:t>
      </w:r>
    </w:p>
    <w:p>
      <w:r>
        <w:rPr>
          <w:b/>
        </w:rPr>
        <w:t xml:space="preserve">[30:11] </w:t>
      </w:r>
      <w:r>
        <w:t>jab hum objectively sunenge, tab hi hamare mind ki window khulegi.</w:t>
      </w:r>
    </w:p>
    <w:p>
      <w:pPr>
        <w:jc w:val="right"/>
      </w:pPr>
      <w:r>
        <w:t>جب ہم objectively سنیں گے، تب ہی ہمارے mind کی window کھلے گی۔</w:t>
      </w:r>
    </w:p>
    <w:p>
      <w:r>
        <w:rPr>
          <w:b/>
        </w:rPr>
        <w:t xml:space="preserve">[30:17] </w:t>
      </w:r>
      <w:r>
        <w:t>aur tab hi hamare andar creative thinking aayegi.</w:t>
      </w:r>
    </w:p>
    <w:p>
      <w:pPr>
        <w:jc w:val="right"/>
      </w:pPr>
      <w:r>
        <w:t>اور تب ہی ہمارے اندر creative thinking آئے گی۔</w:t>
      </w:r>
    </w:p>
    <w:p>
      <w:r>
        <w:rPr>
          <w:b/>
        </w:rPr>
        <w:t xml:space="preserve">[30:23] </w:t>
      </w:r>
      <w:r>
        <w:t>yeh hai raaz.</w:t>
      </w:r>
    </w:p>
    <w:p>
      <w:pPr>
        <w:jc w:val="right"/>
      </w:pPr>
      <w:r>
        <w:t>یہ ہے راز۔</w:t>
      </w:r>
    </w:p>
    <w:p>
      <w:r>
        <w:rPr>
          <w:b/>
        </w:rPr>
        <w:t xml:space="preserve">[30:29] </w:t>
      </w:r>
      <w:r>
        <w:t>yani aap ko Allah taala ne, yani khaliq ne, already ek wisdom, ek ek ek wisdom ke sath</w:t>
      </w:r>
    </w:p>
    <w:p>
      <w:pPr>
        <w:jc w:val="right"/>
      </w:pPr>
      <w:r>
        <w:t>یعنی آپ کو اللہ تعالیٰ نے، یعنی خالق نے، already ایک wisdom، ایک ایک ایک wisdom کے ساتھ</w:t>
      </w:r>
    </w:p>
    <w:p>
      <w:r>
        <w:rPr>
          <w:b/>
        </w:rPr>
        <w:t xml:space="preserve">[30:35] </w:t>
      </w:r>
      <w:r>
        <w:t>paida kiya hai.</w:t>
      </w:r>
    </w:p>
    <w:p>
      <w:pPr>
        <w:jc w:val="right"/>
      </w:pPr>
      <w:r>
        <w:t>پیدا کیا ہے۔</w:t>
      </w:r>
    </w:p>
    <w:p>
      <w:r>
        <w:rPr>
          <w:b/>
        </w:rPr>
        <w:t xml:space="preserve">[30:41] </w:t>
      </w:r>
      <w:r>
        <w:t>ayat Allah aur kalmat Allah aap ke andar bhar diye hain, aap ke dimagh mein.</w:t>
      </w:r>
    </w:p>
    <w:p>
      <w:pPr>
        <w:jc w:val="right"/>
      </w:pPr>
      <w:r>
        <w:t>آیات اللہ اور کلمات اللہ آپ کے اندر بھر دیے ہیں، آپ کے دماغ میں۔</w:t>
      </w:r>
    </w:p>
    <w:p>
      <w:r>
        <w:rPr>
          <w:b/>
        </w:rPr>
        <w:t xml:space="preserve">[30:46] </w:t>
      </w:r>
      <w:r>
        <w:t>lekin jis tarah nature mein technology hidden thi, us tarah hamare mind mein jo wisdom hai, woh bhi hidden hai.</w:t>
      </w:r>
    </w:p>
    <w:p>
      <w:pPr>
        <w:jc w:val="right"/>
      </w:pPr>
      <w:r>
        <w:t>لیکن جس طرح nature میں ٹیکنالوجی hidden تھی، اس طرح ہمارے mind میں جو wisdom ہے، وہ بھی hidden ہے۔</w:t>
      </w:r>
    </w:p>
    <w:p>
      <w:r>
        <w:rPr>
          <w:b/>
        </w:rPr>
        <w:t xml:space="preserve">[30:52] </w:t>
      </w:r>
      <w:r>
        <w:t>aur wisdom ko window kholne ka tareeqa kya hai? ke hum criticism ko positive mein lein, difference ko</w:t>
      </w:r>
    </w:p>
    <w:p>
      <w:pPr>
        <w:jc w:val="right"/>
      </w:pPr>
      <w:r>
        <w:t>اور wisdom کو window کھولنے کا طریقہ کیا ہے؟ کہ ہم criticism کو positive میں لیں، difference کو</w:t>
      </w:r>
    </w:p>
    <w:p>
      <w:r>
        <w:rPr>
          <w:b/>
        </w:rPr>
        <w:t xml:space="preserve">[30:58] </w:t>
      </w:r>
      <w:r>
        <w:t>positive mein laen.</w:t>
      </w:r>
    </w:p>
    <w:p>
      <w:pPr>
        <w:jc w:val="right"/>
      </w:pPr>
      <w:r>
        <w:t>positive میں لیں۔</w:t>
      </w:r>
    </w:p>
    <w:p>
      <w:r>
        <w:rPr>
          <w:b/>
        </w:rPr>
        <w:t xml:space="preserve">[31:04] </w:t>
      </w:r>
      <w:r>
        <w:t>mein aik martaba bahar gaya tha to west ke kisi mulk mein to mein ne poocha tha kisi</w:t>
      </w:r>
    </w:p>
    <w:p>
      <w:pPr>
        <w:jc w:val="right"/>
      </w:pPr>
      <w:r>
        <w:t>میں ایک مرتبہ باہر گیا تھا تو west کے کسی ملک میں تو میں نے پوچھا تھا کسی</w:t>
      </w:r>
    </w:p>
    <w:p>
      <w:r>
        <w:rPr>
          <w:b/>
        </w:rPr>
        <w:t xml:space="preserve">[31:10] </w:t>
      </w:r>
      <w:r>
        <w:t>professor se ke maghrib ki taraqqi ka raaz kya hai? us ne kaha tha ke descent ko insan</w:t>
      </w:r>
    </w:p>
    <w:p>
      <w:pPr>
        <w:jc w:val="right"/>
      </w:pPr>
      <w:r>
        <w:t>professor سے کہ مغرب کی ترقی کا راز کیا ہے؟ اس نے کہا تھا کہ descent کو انسان</w:t>
      </w:r>
    </w:p>
    <w:p>
      <w:r>
        <w:rPr>
          <w:b/>
        </w:rPr>
        <w:t xml:space="preserve">[31:16] </w:t>
      </w:r>
      <w:r>
        <w:t>ka absolute right manna.</w:t>
      </w:r>
    </w:p>
    <w:p>
      <w:pPr>
        <w:jc w:val="right"/>
      </w:pPr>
      <w:r>
        <w:t>کا absolute right ماننا۔</w:t>
      </w:r>
    </w:p>
    <w:p>
      <w:r>
        <w:rPr>
          <w:b/>
        </w:rPr>
        <w:t xml:space="preserve">[31:22] </w:t>
      </w:r>
      <w:r>
        <w:t>us ne kaha ke is se pehle tareekh mein descent ko absolute right nahi mante thay.</w:t>
      </w:r>
    </w:p>
    <w:p>
      <w:pPr>
        <w:jc w:val="right"/>
      </w:pPr>
      <w:r>
        <w:t>اس نے کہا کہ اس سے پہلے تاریخ میں descent کو absolute right نہیں مانتے تھے۔</w:t>
      </w:r>
    </w:p>
    <w:p>
      <w:r>
        <w:rPr>
          <w:b/>
        </w:rPr>
        <w:t xml:space="preserve">[31:28] </w:t>
      </w:r>
      <w:r>
        <w:t>west ne is ko absolute right ka darja diya, descent ko.</w:t>
      </w:r>
    </w:p>
    <w:p>
      <w:pPr>
        <w:jc w:val="right"/>
      </w:pPr>
      <w:r>
        <w:t>west نے اس کو absolute right کا درجہ دیا، descent کو۔</w:t>
      </w:r>
    </w:p>
    <w:p>
      <w:r>
        <w:rPr>
          <w:b/>
        </w:rPr>
        <w:t xml:space="preserve">[31:34] </w:t>
      </w:r>
      <w:r>
        <w:t>to bohat sahi thi baat.</w:t>
      </w:r>
    </w:p>
    <w:p>
      <w:pPr>
        <w:jc w:val="right"/>
      </w:pPr>
      <w:r>
        <w:t>تو بہت صحیح تھی بات۔</w:t>
      </w:r>
    </w:p>
    <w:p>
      <w:r>
        <w:rPr>
          <w:b/>
        </w:rPr>
        <w:t xml:space="preserve">[31:40] </w:t>
      </w:r>
      <w:r>
        <w:t>bohat sahi thi baat.</w:t>
      </w:r>
    </w:p>
    <w:p>
      <w:pPr>
        <w:jc w:val="right"/>
      </w:pPr>
      <w:r>
        <w:t>بہت صحیح تھی بات۔</w:t>
      </w:r>
    </w:p>
    <w:p>
      <w:r>
        <w:rPr>
          <w:b/>
        </w:rPr>
        <w:t xml:space="preserve">[31:46] </w:t>
      </w:r>
      <w:r>
        <w:t>isi ko mein elaborate kar raha hoon.</w:t>
      </w:r>
    </w:p>
    <w:p>
      <w:pPr>
        <w:jc w:val="right"/>
      </w:pPr>
      <w:r>
        <w:t>اسی کو میں elaborate کر رہا ہوں۔</w:t>
      </w:r>
    </w:p>
    <w:p>
      <w:r>
        <w:rPr>
          <w:b/>
        </w:rPr>
        <w:t xml:space="preserve">[31:52] </w:t>
      </w:r>
      <w:r>
        <w:t>jab aap descent ko absolute right manenge to aap doosre ko right denge ke tum ko</w:t>
      </w:r>
    </w:p>
    <w:p>
      <w:pPr>
        <w:jc w:val="right"/>
      </w:pPr>
      <w:r>
        <w:t>جب آپ descent کو absolute right مانیں گے تو آپ دوسرے کو right دیں گے کہ تم کو</w:t>
      </w:r>
    </w:p>
    <w:p>
      <w:r>
        <w:rPr>
          <w:b/>
        </w:rPr>
        <w:t xml:space="preserve">[31:58] </w:t>
      </w:r>
      <w:r>
        <w:t>haq hai ke tum mujh se ikhtilaf karo.</w:t>
      </w:r>
    </w:p>
    <w:p>
      <w:pPr>
        <w:jc w:val="right"/>
      </w:pPr>
      <w:r>
        <w:t>حق ہے کہ تم مجھ سے اختلاف کرو۔</w:t>
      </w:r>
    </w:p>
    <w:p>
      <w:r>
        <w:rPr>
          <w:b/>
        </w:rPr>
        <w:t xml:space="preserve">[32:04] </w:t>
      </w:r>
      <w:r>
        <w:t>jab tak aap descent ko doosre insan ka absolute right na manen, tab tak aap is ko haq</w:t>
      </w:r>
    </w:p>
    <w:p>
      <w:pPr>
        <w:jc w:val="right"/>
      </w:pPr>
      <w:r>
        <w:t>جب تک آپ descent کو دوسرے انسان کا absolute right نہ مانیں، تب تک آپ اس کو حق</w:t>
      </w:r>
    </w:p>
    <w:p>
      <w:r>
        <w:rPr>
          <w:b/>
        </w:rPr>
        <w:t xml:space="preserve">[32:10] </w:t>
      </w:r>
      <w:r>
        <w:t>nahi denge.</w:t>
      </w:r>
    </w:p>
    <w:p>
      <w:pPr>
        <w:jc w:val="right"/>
      </w:pPr>
      <w:r>
        <w:t>نہیں دیں گے۔</w:t>
      </w:r>
    </w:p>
    <w:p>
      <w:r>
        <w:rPr>
          <w:b/>
        </w:rPr>
        <w:t xml:space="preserve">[32:16] </w:t>
      </w:r>
      <w:r>
        <w:t>lekin jab yeh man lenge ke aap har insan ko haq hai, absolute right hai ke apni</w:t>
      </w:r>
    </w:p>
    <w:p>
      <w:pPr>
        <w:jc w:val="right"/>
      </w:pPr>
      <w:r>
        <w:t>لیکن جب یہ مان لیں گے کہ آپ ہر انسان کو حق ہے، absolute right ہے کہ اپنی</w:t>
      </w:r>
    </w:p>
    <w:p>
      <w:r>
        <w:rPr>
          <w:b/>
        </w:rPr>
        <w:t xml:space="preserve">[32:22] </w:t>
      </w:r>
      <w:r>
        <w:t>raye bolein, sirf violence na kare, bas yeh aik hi condition hai, to kya hoga? ke aap doosre</w:t>
      </w:r>
    </w:p>
    <w:p>
      <w:pPr>
        <w:jc w:val="right"/>
      </w:pPr>
      <w:r>
        <w:t>رائے بولے، صرف violence نہ کرے، بس یہ ایک ہی condition ہے، تو کیا ہوگا؟ کہ آپ دوسرے</w:t>
      </w:r>
    </w:p>
    <w:p>
      <w:r>
        <w:rPr>
          <w:b/>
        </w:rPr>
        <w:t xml:space="preserve">[32:28] </w:t>
      </w:r>
      <w:r>
        <w:t>ko moqa denge, woh aap ko hammering kare, aap window ko tode, aap ke darwaze khole, moqa denge.</w:t>
      </w:r>
    </w:p>
    <w:p>
      <w:pPr>
        <w:jc w:val="right"/>
      </w:pPr>
      <w:r>
        <w:t>کو موقع دیں گے، وہ آپ کو hammering کرے، آپ window کو توڑے، آپ کے دروازے کھولے، موقع دیں گے۔</w:t>
      </w:r>
    </w:p>
    <w:p>
      <w:r>
        <w:rPr>
          <w:b/>
        </w:rPr>
        <w:t xml:space="preserve">[32:34] </w:t>
      </w:r>
      <w:r>
        <w:t>jab darwaze khulenge aur ney ney items aap ko, yaani ayatullah ke items, kalmatullah ke</w:t>
      </w:r>
    </w:p>
    <w:p>
      <w:pPr>
        <w:jc w:val="right"/>
      </w:pPr>
      <w:r>
        <w:t>جب دروازے کھلیں گے اور نئے نئے items آپ کو، یعنی آیات اللہ کے items، کلمات اللہ کے</w:t>
      </w:r>
    </w:p>
    <w:p>
      <w:r>
        <w:rPr>
          <w:b/>
        </w:rPr>
        <w:t xml:space="preserve">[32:40] </w:t>
      </w:r>
      <w:r>
        <w:t>items, ayatullah ke items aap ke ilm mein aayenge, to wohi to hai creativity, wohi to</w:t>
      </w:r>
    </w:p>
    <w:p>
      <w:pPr>
        <w:jc w:val="right"/>
      </w:pPr>
      <w:r>
        <w:t>items، آیات اللہ کے items آپ کے علم میں آئیں گے، تو وہی تو ہے creativity، وہی تو</w:t>
      </w:r>
    </w:p>
    <w:p>
      <w:r>
        <w:rPr>
          <w:b/>
        </w:rPr>
        <w:t xml:space="preserve">[32:45] </w:t>
      </w:r>
      <w:r>
        <w:t>hai creative thinking.</w:t>
      </w:r>
    </w:p>
    <w:p>
      <w:pPr>
        <w:jc w:val="right"/>
      </w:pPr>
      <w:r>
        <w:t>ہے creative thinking۔</w:t>
      </w:r>
    </w:p>
    <w:p>
      <w:r>
        <w:rPr>
          <w:b/>
        </w:rPr>
        <w:t xml:space="preserve">[32:51] </w:t>
      </w:r>
      <w:r>
        <w:t>to jo aadmi chahta hai ke woh creative thinker bane mazhab ke daira mein, to is ki aik</w:t>
      </w:r>
    </w:p>
    <w:p>
      <w:pPr>
        <w:jc w:val="right"/>
      </w:pPr>
      <w:r>
        <w:t>تو جو آدمی چاہتا ہے کہ وہ creative thinker بنے مذہب کے دائرے میں، تو اس کی ایک</w:t>
      </w:r>
    </w:p>
    <w:p>
      <w:r>
        <w:rPr>
          <w:b/>
        </w:rPr>
        <w:t xml:space="preserve">[32:57] </w:t>
      </w:r>
      <w:r>
        <w:t>hi condition hai ke woh apne aap ko itna ooper uthaye, itna ooper uthaye, itna ooper ooper uthaye</w:t>
      </w:r>
    </w:p>
    <w:p>
      <w:pPr>
        <w:jc w:val="right"/>
      </w:pPr>
      <w:r>
        <w:t>ہی condition ہے کہ وہ اپنے آپ کو اتنا اوپر اٹھائے، اتنا اوپر اٹھائے، اتنا اوپر اوپر اٹھائے</w:t>
      </w:r>
    </w:p>
    <w:p>
      <w:r>
        <w:rPr>
          <w:b/>
        </w:rPr>
        <w:t xml:space="preserve">[33:03] </w:t>
      </w:r>
      <w:r>
        <w:t>ke kabhi kisi baat offend na ho, kisi baat par ghussa na ho, koi baat us ko buri</w:t>
      </w:r>
    </w:p>
    <w:p>
      <w:pPr>
        <w:jc w:val="right"/>
      </w:pPr>
      <w:r>
        <w:t>کہ کبھی کسی بات offend نہ ہو، کسی بات پر غصہ نہ ہو، کوئی بات اس کو بری</w:t>
      </w:r>
    </w:p>
    <w:p>
      <w:r>
        <w:rPr>
          <w:b/>
        </w:rPr>
        <w:t xml:space="preserve">[33:09] </w:t>
      </w:r>
      <w:r>
        <w:t>na na lage.</w:t>
      </w:r>
    </w:p>
    <w:p>
      <w:pPr>
        <w:jc w:val="right"/>
      </w:pPr>
      <w:r>
        <w:t>نہ نہ لگے۔</w:t>
      </w:r>
    </w:p>
    <w:p>
      <w:r>
        <w:rPr>
          <w:b/>
        </w:rPr>
        <w:t xml:space="preserve">[33:15] </w:t>
      </w:r>
      <w:r>
        <w:t>aur isi cheez ko shayad quran mein kaha gaya, in rasoolullah ke bare mein ke tum khalq</w:t>
      </w:r>
    </w:p>
    <w:p>
      <w:pPr>
        <w:jc w:val="right"/>
      </w:pPr>
      <w:r>
        <w:t>اور اسی چیز کو شاید قرآن میں کہا گیا، ان رسول اللہ کے بارے میں کہ تم خلق</w:t>
      </w:r>
    </w:p>
    <w:p>
      <w:r>
        <w:rPr>
          <w:b/>
        </w:rPr>
        <w:t xml:space="preserve">[33:21] </w:t>
      </w:r>
      <w:r>
        <w:t>e azeem par ho, oonchi soch par ho, oonchi soch, high thinking.</w:t>
      </w:r>
    </w:p>
    <w:p>
      <w:pPr>
        <w:jc w:val="right"/>
      </w:pPr>
      <w:r>
        <w:t>عظیم پر ہو، اونچی سوچ پر ہو، اونچی سوچ، high thinking۔</w:t>
      </w:r>
    </w:p>
    <w:p>
      <w:r>
        <w:rPr>
          <w:b/>
        </w:rPr>
        <w:t xml:space="preserve">[33:27] </w:t>
      </w:r>
      <w:r>
        <w:t>jab aap high thinking par honge to aap ko koi cheez offend nahi karegi.</w:t>
      </w:r>
    </w:p>
    <w:p>
      <w:pPr>
        <w:jc w:val="right"/>
      </w:pPr>
      <w:r>
        <w:t>جب آپ high thinking پر ہوں گے تو آپ کو کوئی چیز offend نہیں کرے گی۔</w:t>
      </w:r>
    </w:p>
    <w:p>
      <w:r>
        <w:rPr>
          <w:b/>
        </w:rPr>
        <w:t xml:space="preserve">[33:33] </w:t>
      </w:r>
      <w:r>
        <w:t>jab aap high thinking par aap na hon, tab bhi offend hote hain aap.</w:t>
      </w:r>
    </w:p>
    <w:p>
      <w:pPr>
        <w:jc w:val="right"/>
      </w:pPr>
      <w:r>
        <w:t>جب آپ high thinking پر آپ نہ ہوں، تب بھی offend ہوتے ہیں آپ۔</w:t>
      </w:r>
    </w:p>
    <w:p>
      <w:r>
        <w:rPr>
          <w:b/>
        </w:rPr>
        <w:t xml:space="preserve">[33:39] </w:t>
      </w:r>
      <w:r>
        <w:t>High thinking par jab aap pahunch jayen to offend hona khatm ho jata hai.</w:t>
      </w:r>
    </w:p>
    <w:p>
      <w:pPr>
        <w:jc w:val="right"/>
      </w:pPr>
      <w:r>
        <w:t>High thinking پر جب آپ پہنچ جائیں تو offend ہونا ختم ہو جاتا ہے۔</w:t>
      </w:r>
    </w:p>
    <w:p>
      <w:r>
        <w:rPr>
          <w:b/>
        </w:rPr>
        <w:t xml:space="preserve">[33:45] </w:t>
      </w:r>
      <w:r>
        <w:t>to phir kya hota hai? aap ko mind ki windows khulne lagti hain, naye naye items milte hain</w:t>
      </w:r>
    </w:p>
    <w:p>
      <w:pPr>
        <w:jc w:val="right"/>
      </w:pPr>
      <w:r>
        <w:t>تو پھر کیا ہوتا ہے؟ آپ کو mind کی windows کھلنے لگتی ہیں، نئے نئے items ملتے ہیں</w:t>
      </w:r>
    </w:p>
    <w:p>
      <w:r>
        <w:rPr>
          <w:b/>
        </w:rPr>
        <w:t xml:space="preserve">[33:51] </w:t>
      </w:r>
      <w:r>
        <w:t>aap ko, to aap ko soch ke naye items milte hain, aur phir aap ke andar creative thinking</w:t>
      </w:r>
    </w:p>
    <w:p>
      <w:pPr>
        <w:jc w:val="right"/>
      </w:pPr>
      <w:r>
        <w:t>آپ کو، تو آپ کو سوچ کے نئے items ملتے ہیں، اور پھر آپ کے اندر creative thinking</w:t>
      </w:r>
    </w:p>
    <w:p>
      <w:r>
        <w:rPr>
          <w:b/>
        </w:rPr>
        <w:t xml:space="preserve">[33:57] </w:t>
      </w:r>
      <w:r>
        <w:t>jaag uthti hai.</w:t>
      </w:r>
    </w:p>
    <w:p>
      <w:pPr>
        <w:jc w:val="right"/>
      </w:pPr>
      <w:r>
        <w:t>جاگ اٹھتی ہے۔</w:t>
      </w:r>
    </w:p>
    <w:p>
      <w:r>
        <w:rPr>
          <w:b/>
        </w:rPr>
        <w:t xml:space="preserve">[34:03] </w:t>
      </w:r>
      <w:r>
        <w:t>yeh ek sari baat.</w:t>
      </w:r>
    </w:p>
    <w:p>
      <w:pPr>
        <w:jc w:val="right"/>
      </w:pPr>
      <w:r>
        <w:t>یہ ایک ساری بات۔</w:t>
      </w:r>
    </w:p>
    <w:p>
      <w:r>
        <w:rPr>
          <w:b/>
        </w:rPr>
        <w:t xml:space="preserve">[34:09] </w:t>
      </w:r>
      <w:r>
        <w:t>to kal mein jab misster aji ne ikhtilaf kiya to mein kal din bhar socha, raat ko bhi</w:t>
      </w:r>
    </w:p>
    <w:p>
      <w:pPr>
        <w:jc w:val="right"/>
      </w:pPr>
      <w:r>
        <w:t>تو کل میں جب مسٹر اژی نے اختلاف کیا تو میں کل دن بھر سوچا، رات کو بھی</w:t>
      </w:r>
    </w:p>
    <w:p>
      <w:r>
        <w:rPr>
          <w:b/>
        </w:rPr>
        <w:t xml:space="preserve">[34:15] </w:t>
      </w:r>
      <w:r>
        <w:t>socha, maine kal din bhar socha aur raat bhi socha.</w:t>
      </w:r>
    </w:p>
    <w:p>
      <w:pPr>
        <w:jc w:val="right"/>
      </w:pPr>
      <w:r>
        <w:t>سوچا، میں نے کل دن بھر سوچا اور رات بھی سوچا۔</w:t>
      </w:r>
    </w:p>
    <w:p>
      <w:r>
        <w:rPr>
          <w:b/>
        </w:rPr>
        <w:t xml:space="preserve">[34:21] </w:t>
      </w:r>
      <w:r>
        <w:t>aaj subah ko yeh sab baaten zehen mein aayen.</w:t>
      </w:r>
    </w:p>
    <w:p>
      <w:pPr>
        <w:jc w:val="right"/>
      </w:pPr>
      <w:r>
        <w:t>آج صبح کو یہ سب باتیں ذہن میں آئیں۔</w:t>
      </w:r>
    </w:p>
    <w:p>
      <w:r>
        <w:rPr>
          <w:b/>
        </w:rPr>
        <w:t xml:space="preserve">[34:27] </w:t>
      </w:r>
      <w:r>
        <w:t>abhi yeh bhi samajh mein aaya ke galileo ka jo karname hai, jo bataya jata hai, us se</w:t>
      </w:r>
    </w:p>
    <w:p>
      <w:pPr>
        <w:jc w:val="right"/>
      </w:pPr>
      <w:r>
        <w:t>ابھی یہ بھی سمجھ میں آیا کہ گلیلیوں کا جو کارنامہ ہے، جو بتایا جاتا ہے، اس سے</w:t>
      </w:r>
    </w:p>
    <w:p>
      <w:r>
        <w:rPr>
          <w:b/>
        </w:rPr>
        <w:t xml:space="preserve">[34:33] </w:t>
      </w:r>
      <w:r>
        <w:t>bhi bara ek karname uska, woh ek ek ek principle ko establish karna, ek principle ko establish</w:t>
      </w:r>
    </w:p>
    <w:p>
      <w:pPr>
        <w:jc w:val="right"/>
      </w:pPr>
      <w:r>
        <w:t>بھی بڑا ایک کارنامہ اس کا، وہ ایک ایک ایک principle کو establish کرنا، ایک principle کو establish</w:t>
      </w:r>
    </w:p>
    <w:p>
      <w:r>
        <w:rPr>
          <w:b/>
        </w:rPr>
        <w:t xml:space="preserve">[34:39] </w:t>
      </w:r>
      <w:r>
        <w:t>karna, woh hai, yani demonstrability ki satah par apni baat ko sabit karna.</w:t>
      </w:r>
    </w:p>
    <w:p>
      <w:pPr>
        <w:jc w:val="right"/>
      </w:pPr>
      <w:r>
        <w:t>کرنا، وہ ہے، یعنی demonstrability کی سطح پر اپنی بات کو ثابت کرنا۔</w:t>
      </w:r>
    </w:p>
    <w:p>
      <w:r>
        <w:rPr>
          <w:b/>
        </w:rPr>
        <w:t xml:space="preserve">[34:45] </w:t>
      </w:r>
      <w:r>
        <w:t>kyunke jab aap demonstration de dete hain to full stop lag jata hai.</w:t>
      </w:r>
    </w:p>
    <w:p>
      <w:pPr>
        <w:jc w:val="right"/>
      </w:pPr>
      <w:r>
        <w:t>کیونکہ جب آپ demonstration دے دیتے ہیں تو فول اسٹاپ لگ جاتا ہے۔</w:t>
      </w:r>
    </w:p>
    <w:p>
      <w:r>
        <w:rPr>
          <w:b/>
        </w:rPr>
        <w:t xml:space="preserve">[34:50] </w:t>
      </w:r>
      <w:r>
        <w:t>phir ladai kis liye hogi? jab full stop lag gaya to ladai kis liye? jab full stop nahi</w:t>
      </w:r>
    </w:p>
    <w:p>
      <w:pPr>
        <w:jc w:val="right"/>
      </w:pPr>
      <w:r>
        <w:t>پھر لڑائی کس لیے ہوگی؟ جب فول اسٹاپ لگ گیا تو لڑائی کس لیے؟ جب فول اسٹاپ نہیں</w:t>
      </w:r>
    </w:p>
    <w:p>
      <w:r>
        <w:rPr>
          <w:b/>
        </w:rPr>
        <w:t xml:space="preserve">[34:56] </w:t>
      </w:r>
      <w:r>
        <w:t>lagta tha, phir to ladai hoti hai.</w:t>
      </w:r>
    </w:p>
    <w:p>
      <w:pPr>
        <w:jc w:val="right"/>
      </w:pPr>
      <w:r>
        <w:t>لگتا تھا، پھر تو لڑائی ہوتی ہے۔</w:t>
      </w:r>
    </w:p>
    <w:p>
      <w:r>
        <w:rPr>
          <w:b/>
        </w:rPr>
        <w:t xml:space="preserve">[35:02] </w:t>
      </w:r>
      <w:r>
        <w:t>to is tarah se indirect way mein duniya mein peace aa gaya.</w:t>
      </w:r>
    </w:p>
    <w:p>
      <w:pPr>
        <w:jc w:val="right"/>
      </w:pPr>
      <w:r>
        <w:t>تو اس طرح سے indirect way میں دنیا میں peace آ گیا۔</w:t>
      </w:r>
    </w:p>
    <w:p>
      <w:r>
        <w:rPr>
          <w:b/>
        </w:rPr>
        <w:t xml:space="preserve">[35:08] </w:t>
      </w:r>
      <w:r>
        <w:t>ab jo hai, sirf musalmanon ki wajah se duniya mein peace nahi hai.</w:t>
      </w:r>
    </w:p>
    <w:p>
      <w:pPr>
        <w:jc w:val="right"/>
      </w:pPr>
      <w:r>
        <w:t>اب جو ہے، صرف مسلمانوں کی وجہ سے دنیا میں peace نہیں ہے۔</w:t>
      </w:r>
    </w:p>
    <w:p>
      <w:r>
        <w:rPr>
          <w:b/>
        </w:rPr>
        <w:t xml:space="preserve">[35:14] </w:t>
      </w:r>
      <w:r>
        <w:t>khawamkhwah ladai, khawamkhwah suicide bombing, khawamkhwah nafrat, jaise abhi jo dalan trump ka qissa hua, ab sab log</w:t>
      </w:r>
    </w:p>
    <w:p>
      <w:pPr>
        <w:jc w:val="right"/>
      </w:pPr>
      <w:r>
        <w:t>خوامخواہ لڑائی، خوامخواہ suicide bombing، خوامخواہ نفرت، جیسے ابھی جو ڈالن ٹرمپ کا قصہ ہوا، اب سب لوگ</w:t>
      </w:r>
    </w:p>
    <w:p>
      <w:r>
        <w:rPr>
          <w:b/>
        </w:rPr>
        <w:t xml:space="preserve">[35:20] </w:t>
      </w:r>
      <w:r>
        <w:t>ghussa ho rahe hain.</w:t>
      </w:r>
    </w:p>
    <w:p>
      <w:pPr>
        <w:jc w:val="right"/>
      </w:pPr>
      <w:r>
        <w:t>غصہ ہو رہے ہیں۔</w:t>
      </w:r>
    </w:p>
    <w:p>
      <w:r>
        <w:rPr>
          <w:b/>
        </w:rPr>
        <w:t xml:space="preserve">[35:26] </w:t>
      </w:r>
      <w:r>
        <w:t>jisko dekhe, ghusse ki baat bolta hai.</w:t>
      </w:r>
    </w:p>
    <w:p>
      <w:pPr>
        <w:jc w:val="right"/>
      </w:pPr>
      <w:r>
        <w:t>جس کو دیکھے، غصے کی بات بولتا ہے۔</w:t>
      </w:r>
    </w:p>
    <w:p>
      <w:r>
        <w:rPr>
          <w:b/>
        </w:rPr>
        <w:t xml:space="preserve">[35:32] </w:t>
      </w:r>
      <w:r>
        <w:t>ghusse ki baat bolne ki wajah se musalmanon ka mind trigger nahi hua.</w:t>
      </w:r>
    </w:p>
    <w:p>
      <w:pPr>
        <w:jc w:val="right"/>
      </w:pPr>
      <w:r>
        <w:t>غصے کی بات بولنے کی وجہ سے مسلمانوں کا mind trigger نہیں ہوا۔</w:t>
      </w:r>
    </w:p>
    <w:p>
      <w:r>
        <w:rPr>
          <w:b/>
        </w:rPr>
        <w:t xml:space="preserve">[35:38] </w:t>
      </w:r>
      <w:r>
        <w:t>agar woh ghusse ki baat na bolte to unka mind trigger hota.</w:t>
      </w:r>
    </w:p>
    <w:p>
      <w:pPr>
        <w:jc w:val="right"/>
      </w:pPr>
      <w:r>
        <w:t>اگر وہ غصے کی بات نہ بولتے تو ان کا mind trigger ہوتا۔</w:t>
      </w:r>
    </w:p>
    <w:p>
      <w:r>
        <w:rPr>
          <w:b/>
        </w:rPr>
        <w:t xml:space="preserve">[35:44] </w:t>
      </w:r>
      <w:r>
        <w:t>bahut badi baat samajh mein aati hai unki.</w:t>
      </w:r>
    </w:p>
    <w:p>
      <w:pPr>
        <w:jc w:val="right"/>
      </w:pPr>
      <w:r>
        <w:t>بہت بڑی بات سمجھ میں آتی ہے ان کی۔</w:t>
      </w:r>
    </w:p>
    <w:p>
      <w:r>
        <w:rPr>
          <w:b/>
        </w:rPr>
        <w:t xml:space="preserve">[35:50] </w:t>
      </w:r>
      <w:r>
        <w:t>misalan unko yeh samajh mein aata ke jo musalman immigrant tor par America mein ya Europe mein</w:t>
      </w:r>
    </w:p>
    <w:p>
      <w:pPr>
        <w:jc w:val="right"/>
      </w:pPr>
      <w:r>
        <w:t>مثلاً ان کو یہ سمجھ میں آتا کہ جو مسلمان immigrant طور پر امریکہ میں یا یورپ میں</w:t>
      </w:r>
    </w:p>
    <w:p>
      <w:r>
        <w:rPr>
          <w:b/>
        </w:rPr>
        <w:t xml:space="preserve">[35:56] </w:t>
      </w:r>
      <w:r>
        <w:t>rehte hain, jin mulkon se nikal gaye hain, woh to un ke muqable mein wahan bohat zyada in</w:t>
      </w:r>
    </w:p>
    <w:p>
      <w:pPr>
        <w:jc w:val="right"/>
      </w:pPr>
      <w:r>
        <w:t>رہتے ہیں، جن ملکوں سے نکل گئے ہیں، وہ تو ان کے مقابلے میں وہاں بہت زیادہ ان</w:t>
      </w:r>
    </w:p>
    <w:p>
      <w:r>
        <w:rPr>
          <w:b/>
        </w:rPr>
        <w:t xml:space="preserve">[36:02] </w:t>
      </w:r>
      <w:r>
        <w:t>ko mila hua hai.</w:t>
      </w:r>
    </w:p>
    <w:p>
      <w:pPr>
        <w:jc w:val="right"/>
      </w:pPr>
      <w:r>
        <w:t>کو ملا ہوا ہے۔</w:t>
      </w:r>
    </w:p>
    <w:p>
      <w:r>
        <w:rPr>
          <w:b/>
        </w:rPr>
        <w:t xml:space="preserve">[36:08] </w:t>
      </w:r>
      <w:r>
        <w:t>to unhon ne shukr nahi kiya, iqrar nahi kiya.</w:t>
      </w:r>
    </w:p>
    <w:p>
      <w:pPr>
        <w:jc w:val="right"/>
      </w:pPr>
      <w:r>
        <w:t>تو انہوں نے شکر نہیں کیا، اقرار نہیں کیا۔</w:t>
      </w:r>
    </w:p>
    <w:p>
      <w:r>
        <w:rPr>
          <w:b/>
        </w:rPr>
        <w:t xml:space="preserve">[36:14] </w:t>
      </w:r>
      <w:r>
        <w:t>to Allah taala ne dalan trump ko ek reminder ke taur par bhej diya.</w:t>
      </w:r>
    </w:p>
    <w:p>
      <w:pPr>
        <w:jc w:val="right"/>
      </w:pPr>
      <w:r>
        <w:t>تو اللہ تعالیٰ نے ڈالن ٹرمپ کو ایک reminder کے طور پر بھیج دیا۔</w:t>
      </w:r>
    </w:p>
    <w:p>
      <w:r>
        <w:rPr>
          <w:b/>
        </w:rPr>
        <w:t xml:space="preserve">[36:20] </w:t>
      </w:r>
      <w:r>
        <w:t>to dalan trump in musalmanon ke liye reminder hai ke shukr karo.</w:t>
      </w:r>
    </w:p>
    <w:p>
      <w:pPr>
        <w:jc w:val="right"/>
      </w:pPr>
      <w:r>
        <w:t>تو ڈالن ٹرمپ ان مسلمانوں کے لیے reminder ہے کہ شکر کرو۔</w:t>
      </w:r>
    </w:p>
    <w:p>
      <w:r>
        <w:rPr>
          <w:b/>
        </w:rPr>
        <w:t xml:space="preserve">[36:26] </w:t>
      </w:r>
      <w:r>
        <w:t>kyunke shukr ka mamla itna nazuk hai ke insaan se jo milta hai aap ko, uska aap</w:t>
      </w:r>
    </w:p>
    <w:p>
      <w:pPr>
        <w:jc w:val="right"/>
      </w:pPr>
      <w:r>
        <w:t>کیونکہ شکر کا معاملہ اتنا نازک ہے کہ انسان سے جو ملتا ہے آپ کو، اس کا آپ</w:t>
      </w:r>
    </w:p>
    <w:p>
      <w:r>
        <w:rPr>
          <w:b/>
        </w:rPr>
        <w:t xml:space="preserve">[36:32] </w:t>
      </w:r>
      <w:r>
        <w:t>shukr na karenge to aap Allah ka shukr karne ke qabil nahi rahenge.</w:t>
      </w:r>
    </w:p>
    <w:p>
      <w:pPr>
        <w:jc w:val="right"/>
      </w:pPr>
      <w:r>
        <w:t>شکر نہ کریں گے تو آپ اللہ کا شکر کرنے کے قابل نہیں رہیں گے۔</w:t>
      </w:r>
    </w:p>
    <w:p>
      <w:r>
        <w:rPr>
          <w:b/>
        </w:rPr>
        <w:t xml:space="preserve">[36:38] </w:t>
      </w:r>
      <w:r>
        <w:t>kyun? is liye ke shukr ka jo faculty hai, woh develop nahi karega aap ke andar.</w:t>
      </w:r>
    </w:p>
    <w:p>
      <w:pPr>
        <w:jc w:val="right"/>
      </w:pPr>
      <w:r>
        <w:t>کیوں؟ اس لیے کہ شکر کا جو faculty ہے، وہ develop نہیں کرے گا آپ کے اندر۔</w:t>
      </w:r>
    </w:p>
    <w:p>
      <w:r>
        <w:rPr>
          <w:b/>
        </w:rPr>
        <w:t xml:space="preserve">[36:44] </w:t>
      </w:r>
      <w:r>
        <w:t>yeh jo hadith hai, jo insaan ka shukr nahi karega, woh Allah ka shukr bhi nahi karega.</w:t>
      </w:r>
    </w:p>
    <w:p>
      <w:pPr>
        <w:jc w:val="right"/>
      </w:pPr>
      <w:r>
        <w:t>یہ جو حدیث ہے، جو انسان کا شکر نہیں کرے گا، وہ اللہ کا شکر بھی نہیں کرے گا۔</w:t>
      </w:r>
    </w:p>
    <w:p>
      <w:r>
        <w:rPr>
          <w:b/>
        </w:rPr>
        <w:t xml:space="preserve">[36:49] </w:t>
      </w:r>
      <w:r>
        <w:t>to shukr ka matlab hai acknowledge karna.</w:t>
      </w:r>
    </w:p>
    <w:p>
      <w:pPr>
        <w:jc w:val="right"/>
      </w:pPr>
      <w:r>
        <w:t>تو شکر کا مطلب ہے acknowledge کرنا۔</w:t>
      </w:r>
    </w:p>
    <w:p>
      <w:r>
        <w:rPr>
          <w:b/>
        </w:rPr>
        <w:t xml:space="preserve">[36:55] </w:t>
      </w:r>
      <w:r>
        <w:t>to jab aap insaan se mili hui cheez par acknowledge nahi karenge to kya hoga? aap ke</w:t>
      </w:r>
    </w:p>
    <w:p>
      <w:pPr>
        <w:jc w:val="right"/>
      </w:pPr>
      <w:r>
        <w:t>تو جب آپ انسان سے ملی ہوئی چیز پر acknowledge نہیں کریں گے تو کیا ہوگا؟ آپ کے</w:t>
      </w:r>
    </w:p>
    <w:p>
      <w:r>
        <w:rPr>
          <w:b/>
        </w:rPr>
        <w:t xml:space="preserve">[37:01] </w:t>
      </w:r>
      <w:r>
        <w:t>andar shukr ki faculty develop nahi karegi.</w:t>
      </w:r>
    </w:p>
    <w:p>
      <w:pPr>
        <w:jc w:val="right"/>
      </w:pPr>
      <w:r>
        <w:t>اندر شکر کی faculty develop نہیں کرے گی۔</w:t>
      </w:r>
    </w:p>
    <w:p>
      <w:r>
        <w:rPr>
          <w:b/>
        </w:rPr>
        <w:t xml:space="preserve">[37:07] </w:t>
      </w:r>
      <w:r>
        <w:t>to jab development ruk jayega to na insaan ke bare mein shukr, na us khuda ke bare mein shukr.</w:t>
      </w:r>
    </w:p>
    <w:p>
      <w:pPr>
        <w:jc w:val="right"/>
      </w:pPr>
      <w:r>
        <w:t>تو جب development رک جائے گا تو نہ انسان کے بارے میں شکر، نہ اس خدا کے بارے میں شکر۔</w:t>
      </w:r>
    </w:p>
    <w:p>
      <w:r>
        <w:rPr>
          <w:b/>
        </w:rPr>
        <w:t xml:space="preserve">[37:13] </w:t>
      </w:r>
      <w:r>
        <w:t>kitna bada nuqsan yeh hai.</w:t>
      </w:r>
    </w:p>
    <w:p>
      <w:pPr>
        <w:jc w:val="right"/>
      </w:pPr>
      <w:r>
        <w:t>کتنا بڑا نقصان یہ ہے۔</w:t>
      </w:r>
    </w:p>
    <w:p>
      <w:r>
        <w:rPr>
          <w:b/>
        </w:rPr>
        <w:t xml:space="preserve">[37:19] </w:t>
      </w:r>
      <w:r>
        <w:t>to dalan trump mein to main kehta hoon ke mohsin hai is musalmanon ka ke tum ko insaan</w:t>
      </w:r>
    </w:p>
    <w:p>
      <w:pPr>
        <w:jc w:val="right"/>
      </w:pPr>
      <w:r>
        <w:t>تو ڈالن ٹرمپ میں تو میں کہتا ہوں کہ محسن ہے اس مسلمانوں کا کہ تم کو انسان</w:t>
      </w:r>
    </w:p>
    <w:p>
      <w:r>
        <w:rPr>
          <w:b/>
        </w:rPr>
        <w:t xml:space="preserve">[37:25] </w:t>
      </w:r>
      <w:r>
        <w:t>se jo milta hai, uska shukr karo taake tum Allah ka shukr karne wale bano.</w:t>
      </w:r>
    </w:p>
    <w:p>
      <w:pPr>
        <w:jc w:val="right"/>
      </w:pPr>
      <w:r>
        <w:t>سے جو ملتا ہے، اس کا شکر کرو تاکہ تم اللہ کا شکر کرنے والے بنو۔</w:t>
      </w:r>
    </w:p>
    <w:p>
      <w:r>
        <w:rPr>
          <w:b/>
        </w:rPr>
        <w:t xml:space="preserve">[37:31] </w:t>
      </w:r>
      <w:r>
        <w:t>ek haqiqat hai ke west mein jo musalman gaye hain, apne mulkon ko chhod kar ke, un ko</w:t>
      </w:r>
    </w:p>
    <w:p>
      <w:pPr>
        <w:jc w:val="right"/>
      </w:pPr>
      <w:r>
        <w:t>ایک حقیقت ہے کہ west میں جو مسلمان گئے ہیں، اپنے ملکوں کو چھوڑ کر کے، ان کو</w:t>
      </w:r>
    </w:p>
    <w:p>
      <w:r>
        <w:rPr>
          <w:b/>
        </w:rPr>
        <w:t xml:space="preserve">[37:37] </w:t>
      </w:r>
      <w:r>
        <w:t>west mein ja kar bohat mila, bohat mila, bohat mila.</w:t>
      </w:r>
    </w:p>
    <w:p>
      <w:pPr>
        <w:jc w:val="right"/>
      </w:pPr>
      <w:r>
        <w:t>west میں جا کر بہت ملا، بہت ملا، بہت ملا۔</w:t>
      </w:r>
    </w:p>
    <w:p>
      <w:r>
        <w:rPr>
          <w:b/>
        </w:rPr>
        <w:t xml:space="preserve">[37:43] </w:t>
      </w:r>
      <w:r>
        <w:t>lekin mujhe nahi maloom ke west mein rehne wala koi ek bhi musalman mujhe nahi maloom ke sahi</w:t>
      </w:r>
    </w:p>
    <w:p>
      <w:pPr>
        <w:jc w:val="right"/>
      </w:pPr>
      <w:r>
        <w:t>لیکن مجھے نہیں معلوم کہ west میں رہنے والا کوئی ایک بھی مسلمان مجھے نہیں معلوم کہ صحیح</w:t>
      </w:r>
    </w:p>
    <w:p>
      <w:r>
        <w:rPr>
          <w:b/>
        </w:rPr>
        <w:t xml:space="preserve">[37:49] </w:t>
      </w:r>
      <w:r>
        <w:t>ma'neon mein shukr kiya ho, acknowledge kiya ho.</w:t>
      </w:r>
    </w:p>
    <w:p>
      <w:pPr>
        <w:jc w:val="right"/>
      </w:pPr>
      <w:r>
        <w:t>معنوں میں شکر کیا ہو، acknowledge کیا ہو۔</w:t>
      </w:r>
    </w:p>
    <w:p>
      <w:r>
        <w:rPr>
          <w:b/>
        </w:rPr>
        <w:t xml:space="preserve">[37:55] </w:t>
      </w:r>
      <w:r>
        <w:t>sahi ma'neon mein kuch bhi nahi.</w:t>
      </w:r>
    </w:p>
    <w:p>
      <w:pPr>
        <w:jc w:val="right"/>
      </w:pPr>
      <w:r>
        <w:t>صحیح معنوں میں کچھ بھی نہیں۔</w:t>
      </w:r>
    </w:p>
    <w:p>
      <w:r>
        <w:rPr>
          <w:b/>
        </w:rPr>
        <w:t xml:space="preserve">[38:01] </w:t>
      </w:r>
      <w:r>
        <w:t>to kya hua? is ka bohat bada nuqsan yeh hua ke Allah ka shukr phir un ke andar</w:t>
      </w:r>
    </w:p>
    <w:p>
      <w:pPr>
        <w:jc w:val="right"/>
      </w:pPr>
      <w:r>
        <w:t>تو کیا ہوا؟ اس کا بہت بڑا نقصان یہ ہوا کہ اللہ کا شکر پھر ان کے اندر</w:t>
      </w:r>
    </w:p>
    <w:p>
      <w:r>
        <w:rPr>
          <w:b/>
        </w:rPr>
        <w:t xml:space="preserve">[38:07] </w:t>
      </w:r>
      <w:r>
        <w:t>se nikal gaya.</w:t>
      </w:r>
    </w:p>
    <w:p>
      <w:pPr>
        <w:jc w:val="right"/>
      </w:pPr>
      <w:r>
        <w:t>سے نکل گیا۔</w:t>
      </w:r>
    </w:p>
    <w:p>
      <w:r>
        <w:rPr>
          <w:b/>
        </w:rPr>
        <w:t xml:space="preserve">[38:13] </w:t>
      </w:r>
      <w:r>
        <w:t>is hadith ke mutabiq jab insaan se mile aap ko, insaan se aap ko mile aur us ko</w:t>
      </w:r>
    </w:p>
    <w:p>
      <w:pPr>
        <w:jc w:val="right"/>
      </w:pPr>
      <w:r>
        <w:t>اس حدیث کے مطابق جب انسان سے ملے آپ کو، انسان سے آپ کو ملے اور اس کو</w:t>
      </w:r>
    </w:p>
    <w:p>
      <w:r>
        <w:rPr>
          <w:b/>
        </w:rPr>
        <w:t xml:space="preserve">[38:19] </w:t>
      </w:r>
      <w:r>
        <w:t>aap iqrar na karein to mile hue par iqrar karne ki jo faculty hai, woh dead ho jayegi.</w:t>
      </w:r>
    </w:p>
    <w:p>
      <w:pPr>
        <w:jc w:val="right"/>
      </w:pPr>
      <w:r>
        <w:t>آپ اقرار نہ کریں تو ملے ہوئے پر اقرار کرنے کی جو faculty ہے، وہ dead ہو جائے گی۔</w:t>
      </w:r>
    </w:p>
    <w:p>
      <w:r>
        <w:rPr>
          <w:b/>
        </w:rPr>
        <w:t xml:space="preserve">[38:25] </w:t>
      </w:r>
      <w:r>
        <w:t>wo work nahi kare gi, wo develop nahi kare gi.</w:t>
      </w:r>
    </w:p>
    <w:p>
      <w:pPr>
        <w:jc w:val="right"/>
      </w:pPr>
      <w:r>
        <w:t>وہ work نہیں کرے گی، وہ develop نہیں کرے گی۔</w:t>
      </w:r>
    </w:p>
    <w:p>
      <w:r>
        <w:rPr>
          <w:b/>
        </w:rPr>
        <w:t xml:space="preserve">[38:31] </w:t>
      </w:r>
      <w:r>
        <w:t>to phir kya hoga? phir yeh hoga ke aap Allah ka shukr karne ke qabil bhi nahi rahen ge.</w:t>
      </w:r>
    </w:p>
    <w:p>
      <w:pPr>
        <w:jc w:val="right"/>
      </w:pPr>
      <w:r>
        <w:t>تو پھر کیا ہوگا؟ پھر یہ ہوگا کہ آپ اللہ کا شکر کرنے کے قابل بھی نہیں رہیں گے۔</w:t>
      </w:r>
    </w:p>
    <w:p>
      <w:r>
        <w:rPr>
          <w:b/>
        </w:rPr>
        <w:t xml:space="preserve">[38:37] </w:t>
      </w:r>
      <w:r>
        <w:t>to kitna bara nuqsan hai.</w:t>
      </w:r>
    </w:p>
    <w:p>
      <w:pPr>
        <w:jc w:val="right"/>
      </w:pPr>
      <w:r>
        <w:t>تو کتنا بڑا نقصان ہے۔</w:t>
      </w:r>
    </w:p>
    <w:p>
      <w:r>
        <w:rPr>
          <w:b/>
        </w:rPr>
        <w:t xml:space="preserve">[38:43] </w:t>
      </w:r>
      <w:r>
        <w:t>to dalan trump to sab se bari ibadat ke qabil bana raha hai musalmanon ko. aey musalmanon!</w:t>
      </w:r>
    </w:p>
    <w:p>
      <w:pPr>
        <w:jc w:val="right"/>
      </w:pPr>
      <w:r>
        <w:t>تو ڈالن ٹرمپ تو سب سے بڑی عبادت کے قابل بنا رہا ہے مسلمانوں کو۔ اے مسلمانوں!</w:t>
      </w:r>
    </w:p>
    <w:p>
      <w:r>
        <w:rPr>
          <w:b/>
        </w:rPr>
        <w:t xml:space="preserve">[38:49] </w:t>
      </w:r>
      <w:r>
        <w:t>tum sab se bari ibadat se mahroom ho gaye the, Allah ka shukr.</w:t>
      </w:r>
    </w:p>
    <w:p>
      <w:pPr>
        <w:jc w:val="right"/>
      </w:pPr>
      <w:r>
        <w:t>تم سب سے بڑی عبادت سے محروم ہو گئے تھے، اللہ کا شکر۔</w:t>
      </w:r>
    </w:p>
    <w:p>
      <w:r>
        <w:rPr>
          <w:b/>
        </w:rPr>
        <w:t xml:space="preserve">[38:55] </w:t>
      </w:r>
      <w:r>
        <w:t>to dalan trump to mein kehta hoon ke benefactor hai is musalmanon ka.</w:t>
      </w:r>
    </w:p>
    <w:p>
      <w:pPr>
        <w:jc w:val="right"/>
      </w:pPr>
      <w:r>
        <w:t>تو ڈالن ٹرمپ تو میں کہتا ہوں کہ benefactor ہے اس مسلمانوں کا۔</w:t>
      </w:r>
    </w:p>
    <w:p>
      <w:r>
        <w:rPr>
          <w:b/>
        </w:rPr>
        <w:t xml:space="preserve">[39:02] </w:t>
      </w:r>
      <w:r>
        <w:t>shukr bilashuba sab se bari ibadat hai.</w:t>
      </w:r>
    </w:p>
    <w:p>
      <w:pPr>
        <w:jc w:val="right"/>
      </w:pPr>
      <w:r>
        <w:t>شکر بلاشبہ سب سے بڑی عبادت ہے۔</w:t>
      </w:r>
    </w:p>
    <w:p>
      <w:r>
        <w:rPr>
          <w:b/>
        </w:rPr>
        <w:t xml:space="preserve">[39:09] </w:t>
      </w:r>
      <w:r>
        <w:t>Allah ki jo bounties hain, Allah ki jo blessing hai, Allah ne jo beshumar cheezen di hain,</w:t>
      </w:r>
    </w:p>
    <w:p>
      <w:pPr>
        <w:jc w:val="right"/>
      </w:pPr>
      <w:r>
        <w:t>اللہ کی جو bounties ہیں، اللہ کی جو blessing ہے، اللہ نے جو بے شمار چیزیں دی ہیں،</w:t>
      </w:r>
    </w:p>
    <w:p>
      <w:r>
        <w:rPr>
          <w:b/>
        </w:rPr>
        <w:t xml:space="preserve">[39:15] </w:t>
      </w:r>
      <w:r>
        <w:t>is ka acknowledge karna yeh hai shukr.</w:t>
      </w:r>
    </w:p>
    <w:p>
      <w:pPr>
        <w:jc w:val="right"/>
      </w:pPr>
      <w:r>
        <w:t>اس کا acknowledge کرنا یہ ہے شکر۔</w:t>
      </w:r>
    </w:p>
    <w:p>
      <w:r>
        <w:rPr>
          <w:b/>
        </w:rPr>
        <w:t xml:space="preserve">[39:22] </w:t>
      </w:r>
      <w:r>
        <w:t>to bilashuba is se bari ibadat kya ho sakti hai? to chounke musalman insan se mili hui cheez</w:t>
      </w:r>
    </w:p>
    <w:p>
      <w:pPr>
        <w:jc w:val="right"/>
      </w:pPr>
      <w:r>
        <w:t>تو بلاشبہ اس سے بڑی عبادت کیا ہو سکتی ہے؟ تو چونکہ مسلمان انسان سے ملی ہوئی چیز</w:t>
      </w:r>
    </w:p>
    <w:p>
      <w:r>
        <w:rPr>
          <w:b/>
        </w:rPr>
        <w:t xml:space="preserve">[39:29] </w:t>
      </w:r>
      <w:r>
        <w:t>par shukr nahi kiya unhon ne, to un ke andar wo faculty nahi develop ki, jis ki wajah</w:t>
      </w:r>
    </w:p>
    <w:p>
      <w:pPr>
        <w:jc w:val="right"/>
      </w:pPr>
      <w:r>
        <w:t>پر شکر نہیں کیا انہوں نے، تو ان کے اندر وہ faculty نہیں develop کی، جس کی وجہ</w:t>
      </w:r>
    </w:p>
    <w:p>
      <w:r>
        <w:rPr>
          <w:b/>
        </w:rPr>
        <w:t xml:space="preserve">[39:36] </w:t>
      </w:r>
      <w:r>
        <w:t>se wo ab un ka jo Allah ka shukr bolta hai, to yeh lip service hota hai.</w:t>
      </w:r>
    </w:p>
    <w:p>
      <w:pPr>
        <w:jc w:val="right"/>
      </w:pPr>
      <w:r>
        <w:t>سے وہ اب ان کا جو اللہ کا شکر بولتا ہے، تو یہ lip service ہوتا ہے۔</w:t>
      </w:r>
    </w:p>
    <w:p>
      <w:r>
        <w:rPr>
          <w:b/>
        </w:rPr>
        <w:t xml:space="preserve">[39:42] </w:t>
      </w:r>
      <w:r>
        <w:t>wo sare musalman Alhamdulillah bolte hain, lekin wo sab lip service hota hai.</w:t>
      </w:r>
    </w:p>
    <w:p>
      <w:pPr>
        <w:jc w:val="right"/>
      </w:pPr>
      <w:r>
        <w:t>وہ سارے مسلمان الحمدللہ بولتے ہیں، لیکن وہ سب lip service ہوتا ہے۔</w:t>
      </w:r>
    </w:p>
    <w:p>
      <w:r>
        <w:rPr>
          <w:b/>
        </w:rPr>
        <w:t xml:space="preserve">[39:49] </w:t>
      </w:r>
      <w:r>
        <w:t>dunya mein jahan bhi jayen, musalman bohat bolen ge Alhamdulillah, Alhamdulillah, lekin wo lip service hota hai.</w:t>
      </w:r>
    </w:p>
    <w:p>
      <w:pPr>
        <w:jc w:val="right"/>
      </w:pPr>
      <w:r>
        <w:t>دنیا میں جہاں بھی جائیں، مسلمان بہت بولیں گے الحمدللہ، الحمدللہ، لیکن وہ lip service ہوتا ہے۔</w:t>
      </w:r>
    </w:p>
    <w:p>
      <w:r>
        <w:rPr>
          <w:b/>
        </w:rPr>
        <w:t xml:space="preserve">[39:56] </w:t>
      </w:r>
      <w:r>
        <w:t>kyunke wo un ke andar wo faculty ki development hi nahi hua, jis se dil se nikle wo.</w:t>
      </w:r>
    </w:p>
    <w:p>
      <w:pPr>
        <w:jc w:val="right"/>
      </w:pPr>
      <w:r>
        <w:t>کیونکہ وہ ان کے اندر وہ faculty کی development ہی نہیں ہوا، جس سے دل سے نکلے وہ۔</w:t>
      </w:r>
    </w:p>
    <w:p>
      <w:r>
        <w:rPr>
          <w:b/>
        </w:rPr>
        <w:t xml:space="preserve">[40:02] </w:t>
      </w:r>
      <w:r>
        <w:t>to bas mein kehta hoon ke dalan trump ka musalmanon ke benefactor hai.</w:t>
      </w:r>
    </w:p>
    <w:p>
      <w:pPr>
        <w:jc w:val="right"/>
      </w:pPr>
      <w:r>
        <w:t>تو بس میں کہتا ہوں کہ ڈالن ٹرمپ کا مسلمانوں کے benefactor ہے۔</w:t>
      </w:r>
    </w:p>
    <w:p>
      <w:r>
        <w:rPr>
          <w:b/>
        </w:rPr>
        <w:t xml:space="preserve">[40:09] </w:t>
      </w:r>
      <w:r>
        <w:t>wo yaad dila raha hai ke tum insan se mili hui cheez par acknowledge na karne ki wajah</w:t>
      </w:r>
    </w:p>
    <w:p>
      <w:pPr>
        <w:jc w:val="right"/>
      </w:pPr>
      <w:r>
        <w:t>وہ یاد دلا رہا ہے کہ تم انسان سے ملی ہوئی چیز پر acknowledge نہ کرنے کی وجہ</w:t>
      </w:r>
    </w:p>
    <w:p>
      <w:r>
        <w:rPr>
          <w:b/>
        </w:rPr>
        <w:t xml:space="preserve">[40:16] </w:t>
      </w:r>
      <w:r>
        <w:t>se tum shukr ke qabil hi nahi rahe.</w:t>
      </w:r>
    </w:p>
    <w:p>
      <w:pPr>
        <w:jc w:val="right"/>
      </w:pPr>
      <w:r>
        <w:t>سے تم شکر کے قابل ہی نہیں رہے۔</w:t>
      </w:r>
    </w:p>
    <w:p>
      <w:r>
        <w:rPr>
          <w:b/>
        </w:rPr>
        <w:t xml:space="preserve">[40:23] </w:t>
      </w:r>
      <w:r>
        <w:t>to wapas lotto, apne ko shukr karne wala banao.</w:t>
      </w:r>
    </w:p>
    <w:p>
      <w:pPr>
        <w:jc w:val="right"/>
      </w:pPr>
      <w:r>
        <w:t>تو واپس لوٹو، اپنے کو شکر کرنے والا بناؤ۔</w:t>
      </w:r>
    </w:p>
    <w:p>
      <w:r>
        <w:rPr>
          <w:b/>
        </w:rPr>
        <w:t xml:space="preserve">[40:29] </w:t>
      </w:r>
      <w:r>
        <w:t>to dekhen, agar aap cheezon par offend na hon, bura na manen, ghussa na hon, bilkul aap chaki</w:t>
      </w:r>
    </w:p>
    <w:p>
      <w:pPr>
        <w:jc w:val="right"/>
      </w:pPr>
      <w:r>
        <w:t>تو دیکھیں، اگر آپ چیزوں پر offend نہ ہوں، برا نہ مانیں، غصہ نہ ہوں، بالکل آپ چکی</w:t>
      </w:r>
    </w:p>
    <w:p>
      <w:r>
        <w:rPr>
          <w:b/>
        </w:rPr>
        <w:t xml:space="preserve">[40:36] </w:t>
      </w:r>
      <w:r>
        <w:t>tor par len to aap ke andar wo character aata hai jis ka Quran mein kaha gaya hai,</w:t>
      </w:r>
    </w:p>
    <w:p>
      <w:pPr>
        <w:jc w:val="right"/>
      </w:pPr>
      <w:r>
        <w:t>طور پر لیں تو آپ کے اندر وہ character آتا ہے جس کا قرآن میں کہا گیا ہے،</w:t>
      </w:r>
    </w:p>
    <w:p>
      <w:r>
        <w:rPr>
          <w:b/>
        </w:rPr>
        <w:t xml:space="preserve">[40:43] </w:t>
      </w:r>
      <w:r>
        <w:t>yani khalq azeem.</w:t>
      </w:r>
    </w:p>
    <w:p>
      <w:pPr>
        <w:jc w:val="right"/>
      </w:pPr>
      <w:r>
        <w:t>یعنی خلق عظیم۔</w:t>
      </w:r>
    </w:p>
    <w:p>
      <w:r>
        <w:rPr>
          <w:b/>
        </w:rPr>
        <w:t xml:space="preserve">[40:49] </w:t>
      </w:r>
      <w:r>
        <w:t>aur khalq azeem ka jo character aayega to kya hoga? sari unwanted cheezon ko aap side par</w:t>
      </w:r>
    </w:p>
    <w:p>
      <w:pPr>
        <w:jc w:val="right"/>
      </w:pPr>
      <w:r>
        <w:t>اور خلق عظیم کا جو character آئے گا تو کیا ہوگا؟ ساری unwanted چیزوں کو آپ side پر</w:t>
      </w:r>
    </w:p>
    <w:p>
      <w:r>
        <w:rPr>
          <w:b/>
        </w:rPr>
        <w:t xml:space="preserve">[40:56] </w:t>
      </w:r>
      <w:r>
        <w:t>kar den ge, side par.</w:t>
      </w:r>
    </w:p>
    <w:p>
      <w:pPr>
        <w:jc w:val="right"/>
      </w:pPr>
      <w:r>
        <w:t>کر دیں گے، side پر۔</w:t>
      </w:r>
    </w:p>
    <w:p>
      <w:r>
        <w:rPr>
          <w:b/>
        </w:rPr>
        <w:t xml:space="preserve">[41:03] </w:t>
      </w:r>
      <w:r>
        <w:t>aur phir aap ke andar high thinking aayegi, creative thinking aayegi, positive thinking aayegi, intellectual development hoga.</w:t>
      </w:r>
    </w:p>
    <w:p>
      <w:pPr>
        <w:jc w:val="right"/>
      </w:pPr>
      <w:r>
        <w:t>اور پھر آپ کے اندر high thinking آئے گی، creative thinking آئے گی، positive thinking آئے گی، intellectual development ہوگا۔</w:t>
      </w:r>
    </w:p>
    <w:p>
      <w:r>
        <w:rPr>
          <w:b/>
        </w:rPr>
        <w:t xml:space="preserve">[41:10] </w:t>
      </w:r>
      <w:r>
        <w:t>yeh saare jo high values hain, woh aap ke andar aayenge.</w:t>
      </w:r>
    </w:p>
    <w:p>
      <w:pPr>
        <w:jc w:val="right"/>
      </w:pPr>
      <w:r>
        <w:t>یہ سارے جو high values ہیں، وہ آپ کے اندر آئیں گے۔</w:t>
      </w:r>
    </w:p>
    <w:p>
      <w:r>
        <w:rPr>
          <w:b/>
        </w:rPr>
        <w:t xml:space="preserve">[41:16] </w:t>
      </w:r>
      <w:r>
        <w:t>aur jab is se aayenge to is ke baad aap sab se bari ibadat karne ke qabil</w:t>
      </w:r>
    </w:p>
    <w:p>
      <w:pPr>
        <w:jc w:val="right"/>
      </w:pPr>
      <w:r>
        <w:t>اور جب اس سے آئیں گے تو اس کے بعد آپ سب سے بڑی عبادت کرنے کے قابل</w:t>
      </w:r>
    </w:p>
    <w:p>
      <w:r>
        <w:rPr>
          <w:b/>
        </w:rPr>
        <w:t xml:space="preserve">[41:23] </w:t>
      </w:r>
      <w:r>
        <w:t>ho jayenge.</w:t>
      </w:r>
    </w:p>
    <w:p>
      <w:pPr>
        <w:jc w:val="right"/>
      </w:pPr>
      <w:r>
        <w:t>ہو جائیں گے۔</w:t>
      </w:r>
    </w:p>
    <w:p>
      <w:r>
        <w:rPr>
          <w:b/>
        </w:rPr>
        <w:t xml:space="preserve">[41:30] </w:t>
      </w:r>
      <w:r>
        <w:t>yani hamd, shukr, yeh sab se bari ibadat hai, is ki karne ke qabil ho jayenge.</w:t>
      </w:r>
    </w:p>
    <w:p>
      <w:pPr>
        <w:jc w:val="right"/>
      </w:pPr>
      <w:r>
        <w:t>یعنی حمد، شکر، یہ سب سے بڑی عبادت ہے، اس کی کرنے کے قابل ہو جائیں گے۔</w:t>
      </w:r>
    </w:p>
    <w:p>
      <w:r>
        <w:rPr>
          <w:b/>
        </w:rPr>
        <w:t xml:space="preserve">[41:37] </w:t>
      </w:r>
      <w:r>
        <w:t>to creative thinker banenge aap.</w:t>
      </w:r>
    </w:p>
    <w:p>
      <w:pPr>
        <w:jc w:val="right"/>
      </w:pPr>
      <w:r>
        <w:t>تو creative thinker بنیں گے آپ۔</w:t>
      </w:r>
    </w:p>
    <w:p>
      <w:r>
        <w:rPr>
          <w:b/>
        </w:rPr>
        <w:t xml:space="preserve">[41:43] </w:t>
      </w:r>
      <w:r>
        <w:t>Creative thinker ke baad aap sari bari bari baatein aap ke andar aa jayengi.</w:t>
      </w:r>
    </w:p>
    <w:p>
      <w:pPr>
        <w:jc w:val="right"/>
      </w:pPr>
      <w:r>
        <w:t>Creative thinker کے بعد آپ ساری بڑی بڑی باتیں آپ کے اندر آ جائیں گی۔</w:t>
      </w:r>
    </w:p>
    <w:p>
      <w:r>
        <w:rPr>
          <w:b/>
        </w:rPr>
        <w:t xml:space="preserve">[41:50] </w:t>
      </w:r>
      <w:r>
        <w:t>to yeh baat jo hai, vague andaaz mein pehle bhi mere mind mein thi ibadat, lekin kal ke</w:t>
      </w:r>
    </w:p>
    <w:p>
      <w:pPr>
        <w:jc w:val="right"/>
      </w:pPr>
      <w:r>
        <w:t>تو یہ بات جو ہے، vague انداز میں پہلے بھی میرے mind میں تھی عبادت، لیکن کل کے</w:t>
      </w:r>
    </w:p>
    <w:p>
      <w:r>
        <w:rPr>
          <w:b/>
        </w:rPr>
        <w:t xml:space="preserve">[41:57] </w:t>
      </w:r>
      <w:r>
        <w:t>tajrube ke baad jab maine socha ke woh mind trigger hua to zyada clear andaaz mein aa gayi.</w:t>
      </w:r>
    </w:p>
    <w:p>
      <w:pPr>
        <w:jc w:val="right"/>
      </w:pPr>
      <w:r>
        <w:t>تجربے کے بعد جب میں نے سوچا کہ وہ mind trigger ہوا تو زیادہ clear انداز میں آ گئی۔</w:t>
      </w:r>
    </w:p>
    <w:p>
      <w:r>
        <w:rPr>
          <w:b/>
        </w:rPr>
        <w:t xml:space="preserve">[42:03] </w:t>
      </w:r>
      <w:r>
        <w:t>zyada in ko woh clarity aa gayi in baaton ki.</w:t>
      </w:r>
    </w:p>
    <w:p>
      <w:pPr>
        <w:jc w:val="right"/>
      </w:pPr>
      <w:r>
        <w:t>زیادہ ان کو وہ clarity آ گئی ان باتوں کی۔</w:t>
      </w:r>
    </w:p>
    <w:p>
      <w:r>
        <w:rPr>
          <w:b/>
        </w:rPr>
        <w:t xml:space="preserve">[42:10] </w:t>
      </w:r>
      <w:r>
        <w:t>to main chahta hoon ke aap jo mere sunne wale hain, woh in baaton ko pakrein aur apni</w:t>
      </w:r>
    </w:p>
    <w:p>
      <w:pPr>
        <w:jc w:val="right"/>
      </w:pPr>
      <w:r>
        <w:t>تو میں چاہتا ہوں کہ آپ جو میرے سننے والے ہیں، وہ ان باتوں کو پکڑیں اور اپنی</w:t>
      </w:r>
    </w:p>
    <w:p>
      <w:r>
        <w:rPr>
          <w:b/>
        </w:rPr>
        <w:t xml:space="preserve">[42:17] </w:t>
      </w:r>
      <w:r>
        <w:t>activities ko is par base karein aur dawat ka jo hum kaam kar rahe hain, is mein bhi</w:t>
      </w:r>
    </w:p>
    <w:p>
      <w:pPr>
        <w:jc w:val="right"/>
      </w:pPr>
      <w:r>
        <w:t>activities کو اس پر base کریں اور دعوت کا جو ہم کام کر رہے ہیں، اس میں بھی</w:t>
      </w:r>
    </w:p>
    <w:p>
      <w:r>
        <w:rPr>
          <w:b/>
        </w:rPr>
        <w:t xml:space="preserve">[42:24] </w:t>
      </w:r>
      <w:r>
        <w:t>is ko istemal karein.</w:t>
      </w:r>
    </w:p>
    <w:p>
      <w:pPr>
        <w:jc w:val="right"/>
      </w:pPr>
      <w:r>
        <w:t>اس کو استعمال کریں۔</w:t>
      </w:r>
    </w:p>
    <w:p>
      <w:r>
        <w:rPr>
          <w:b/>
        </w:rPr>
        <w:t xml:space="preserve">[42:30] </w:t>
      </w:r>
      <w:r>
        <w:t>yani aap creative thinker banein.</w:t>
      </w:r>
    </w:p>
    <w:p>
      <w:pPr>
        <w:jc w:val="right"/>
      </w:pPr>
      <w:r>
        <w:t>یعنی آپ creative thinker بنیں۔</w:t>
      </w:r>
    </w:p>
    <w:p>
      <w:r>
        <w:rPr>
          <w:b/>
        </w:rPr>
        <w:t xml:space="preserve">[42:37] </w:t>
      </w:r>
      <w:r>
        <w:t>jab aap creative thinker banenge, tab hi aap bare bare kaam kar payenge.</w:t>
      </w:r>
    </w:p>
    <w:p>
      <w:pPr>
        <w:jc w:val="right"/>
      </w:pPr>
      <w:r>
        <w:t>جب آپ creative thinker بنیں گے، تب ہی آپ بڑے بڑے کام کر پائیں گے۔</w:t>
      </w:r>
    </w:p>
    <w:p>
      <w:r>
        <w:rPr>
          <w:b/>
        </w:rPr>
        <w:t xml:space="preserve">[42:44] </w:t>
      </w:r>
      <w:r>
        <w:t>dawat ke maidan mein bhi, kisi aur maidan mein bhi.</w:t>
      </w:r>
    </w:p>
    <w:p>
      <w:pPr>
        <w:jc w:val="right"/>
      </w:pPr>
      <w:r>
        <w:t>دعوت کے میدان میں بھی، کسی اور میدان میں بھی۔</w:t>
      </w:r>
    </w:p>
    <w:p>
      <w:r>
        <w:rPr>
          <w:b/>
        </w:rPr>
        <w:t xml:space="preserve">[42:50] </w:t>
      </w:r>
      <w:r>
        <w:t>to creative thinker aadmi kaise banta hai, is ka formula mujhe discover hua hai.</w:t>
      </w:r>
    </w:p>
    <w:p>
      <w:pPr>
        <w:jc w:val="right"/>
      </w:pPr>
      <w:r>
        <w:t>تو creative thinker آدمی کیسے بنتا ہے، اس کا فارمولا مجھے discover ہوا ہے۔</w:t>
      </w:r>
    </w:p>
    <w:p>
      <w:r>
        <w:rPr>
          <w:b/>
        </w:rPr>
        <w:t xml:space="preserve">[42:57] </w:t>
      </w:r>
      <w:r>
        <w:t>is mein koi shakk nahi ke creative thinker banna insaan ke liye bohat hi bari cheez hai.</w:t>
      </w:r>
    </w:p>
    <w:p>
      <w:pPr>
        <w:jc w:val="right"/>
      </w:pPr>
      <w:r>
        <w:t>اس میں کوئی شک نہیں کہ creative thinker بننا انسان کے لیے بہت ہی بڑی چیز ہے۔</w:t>
      </w:r>
    </w:p>
    <w:p>
      <w:r>
        <w:rPr>
          <w:b/>
        </w:rPr>
        <w:t xml:space="preserve">[43:04] </w:t>
      </w:r>
      <w:r>
        <w:t>kyun ke jab aadmi creative thinker banta hai, tab hi woh bari baaton ko daryaft kar pata hai.</w:t>
      </w:r>
    </w:p>
    <w:p>
      <w:pPr>
        <w:jc w:val="right"/>
      </w:pPr>
      <w:r>
        <w:t>کیونکہ جب آدمی creative thinker بنتا ہے، تب ہی وہ بڑی باتوں کو دریافت کر پاتا ہے۔</w:t>
      </w:r>
    </w:p>
    <w:p>
      <w:r>
        <w:rPr>
          <w:b/>
        </w:rPr>
        <w:t xml:space="preserve">[43:11] </w:t>
      </w:r>
      <w:r>
        <w:t>bari ibadat, bada shukr, bada hamd, tab hi aata hai is ke andar.</w:t>
      </w:r>
    </w:p>
    <w:p>
      <w:pPr>
        <w:jc w:val="right"/>
      </w:pPr>
      <w:r>
        <w:t>بڑی عبادت، بڑا شکر، بڑا حمد، تب ہی آتا ہے اس کے اندر۔</w:t>
      </w:r>
    </w:p>
    <w:p>
      <w:r>
        <w:rPr>
          <w:b/>
        </w:rPr>
        <w:t xml:space="preserve">[43:17] </w:t>
      </w:r>
      <w:r>
        <w:t>to aap mein se har shakhs ko main yeh kahunga ke woh soche aur apne aap ko</w:t>
      </w:r>
    </w:p>
    <w:p>
      <w:pPr>
        <w:jc w:val="right"/>
      </w:pPr>
      <w:r>
        <w:t>تو آپ میں سے ہر شخص کو میں یہ کہوں گا کہ وہ سوچے اور اپنے آپ کو</w:t>
      </w:r>
    </w:p>
    <w:p>
      <w:r>
        <w:rPr>
          <w:b/>
        </w:rPr>
        <w:t xml:space="preserve">[43:24] </w:t>
      </w:r>
      <w:r>
        <w:t>creative thinker banaye.</w:t>
      </w:r>
    </w:p>
    <w:p>
      <w:pPr>
        <w:jc w:val="right"/>
      </w:pPr>
      <w:r>
        <w:t>creative thinker بنائے۔</w:t>
      </w:r>
    </w:p>
    <w:p>
      <w:r>
        <w:rPr>
          <w:b/>
        </w:rPr>
        <w:t xml:space="preserve">[43:31] </w:t>
      </w:r>
      <w:r>
        <w:t>apne aap ko creative thinker banaye.</w:t>
      </w:r>
    </w:p>
    <w:p>
      <w:pPr>
        <w:jc w:val="right"/>
      </w:pPr>
      <w:r>
        <w:t>اپنے آپ کو creative thinker بنائے۔</w:t>
      </w:r>
    </w:p>
    <w:p>
      <w:r>
        <w:rPr>
          <w:b/>
        </w:rPr>
        <w:t xml:space="preserve">[43:37] </w:t>
      </w:r>
      <w:r>
        <w:t>kyun ke jab aap creative thinker bante hain, tab hi bari bari baatein samajh mein aati hain.</w:t>
      </w:r>
    </w:p>
    <w:p>
      <w:pPr>
        <w:jc w:val="right"/>
      </w:pPr>
      <w:r>
        <w:t>کیونکہ جب آپ creative thinker بنتے ہیں، تب ہی بڑی بڑی باتیں سمجھ میں آتی ہیں۔</w:t>
      </w:r>
    </w:p>
    <w:p>
      <w:r>
        <w:rPr>
          <w:b/>
        </w:rPr>
        <w:t xml:space="preserve">[43:44] </w:t>
      </w:r>
      <w:r>
        <w:t>High thinking aati hai, is ke baghair nahi aati.</w:t>
      </w:r>
    </w:p>
    <w:p>
      <w:pPr>
        <w:jc w:val="right"/>
      </w:pPr>
      <w:r>
        <w:t>High thinking آتی ہے، اس کے بغیر نہیں آتی۔</w:t>
      </w:r>
    </w:p>
    <w:p>
      <w:r>
        <w:rPr>
          <w:b/>
        </w:rPr>
        <w:t xml:space="preserve">[43:51] </w:t>
      </w:r>
      <w:r>
        <w:t>is ka raaz wohi bane, arz kiya ke aap aakhri had tak apne ko objective bana lein.</w:t>
      </w:r>
    </w:p>
    <w:p>
      <w:pPr>
        <w:jc w:val="right"/>
      </w:pPr>
      <w:r>
        <w:t>اس کا راز وہی بنے، عرض کیا کہ آپ آخری حد تک اپنے کو objective بنا لیں۔</w:t>
      </w:r>
    </w:p>
    <w:p>
      <w:r>
        <w:rPr>
          <w:b/>
        </w:rPr>
        <w:t xml:space="preserve">[43:58] </w:t>
      </w:r>
      <w:r>
        <w:t>tu meri dua hai ke Allah taala mujh ko aur aap ko tofeeq de ke hum sochein aur</w:t>
      </w:r>
    </w:p>
    <w:p>
      <w:pPr>
        <w:jc w:val="right"/>
      </w:pPr>
      <w:r>
        <w:t>تو میری دعا ہے کہ اللہ تعالیٰ مجھ کو اور آپ کو توفیق دے کہ ہم سوچیں اور</w:t>
      </w:r>
    </w:p>
    <w:p>
      <w:r>
        <w:rPr>
          <w:b/>
        </w:rPr>
        <w:t xml:space="preserve">[44:04] </w:t>
      </w:r>
      <w:r>
        <w:t>saheeh maano mein apne aap ko aik khalq azeem wala insaan bana lein.</w:t>
      </w:r>
    </w:p>
    <w:p>
      <w:pPr>
        <w:jc w:val="right"/>
      </w:pPr>
      <w:r>
        <w:t>صحیح معنوں میں اپنے آپ کو ایک خلق عظیم والا انسان بنائیں۔</w:t>
      </w:r>
    </w:p>
    <w:p>
      <w:r>
        <w:rPr>
          <w:b/>
        </w:rPr>
        <w:t xml:space="preserve">[44:11] </w:t>
      </w:r>
      <w:r>
        <w:t>Assalam o alaikum wa rehmatullah.</w:t>
      </w:r>
    </w:p>
    <w:p>
      <w:pPr>
        <w:jc w:val="right"/>
      </w:pPr>
      <w:r>
        <w:t>السلام علیکم ورحمتہ اللہ۔</w:t>
      </w:r>
    </w:p>
    <w:p>
      <w:r>
        <w:rPr>
          <w:b/>
        </w:rPr>
        <w:t xml:space="preserve">[44:18] </w:t>
      </w:r>
      <w:r>
        <w:t>اچھا سیشن ناؤ، آہ، all the online viewers are requested to send their questions on info at</w:t>
      </w:r>
    </w:p>
    <w:p>
      <w:pPr>
        <w:jc w:val="right"/>
      </w:pPr>
      <w:r>
        <w:t>اچھا سیشن ناؤ، آہ، آل دی آن لائن ویورز آر ریکویسٹڈ ٹو سینڈ دے کوئسچنز آن انفو ایٹ</w:t>
      </w:r>
    </w:p>
    <w:p>
      <w:r>
        <w:rPr>
          <w:b/>
        </w:rPr>
        <w:t xml:space="preserve">[44:25] </w:t>
      </w:r>
      <w:r>
        <w:t>CPS global.org.</w:t>
      </w:r>
    </w:p>
    <w:p>
      <w:pPr>
        <w:jc w:val="right"/>
      </w:pPr>
      <w:r>
        <w:t>سی پی ایس گلوبل ڈاٹ او آر جی۔</w:t>
      </w:r>
    </w:p>
    <w:p>
      <w:r>
        <w:rPr>
          <w:b/>
        </w:rPr>
        <w:t xml:space="preserve">[44:31] </w:t>
      </w:r>
      <w:r>
        <w:t>People are watching it on Facebook, ah, can mention their questions and comments.</w:t>
      </w:r>
    </w:p>
    <w:p>
      <w:pPr>
        <w:jc w:val="right"/>
      </w:pPr>
      <w:r>
        <w:t>پیپل آر واچنگ اٹ آن فیس بک، آہ، کین مینشن دیر کوئسچنز اینڈ کمنٹس۔</w:t>
      </w:r>
    </w:p>
    <w:p>
      <w:r>
        <w:rPr>
          <w:b/>
        </w:rPr>
        <w:t xml:space="preserve">[44:38] </w:t>
      </w:r>
      <w:r>
        <w:t>آہ، please mention your location also when you send in your questions.</w:t>
      </w:r>
    </w:p>
    <w:p>
      <w:pPr>
        <w:jc w:val="right"/>
      </w:pPr>
      <w:r>
        <w:t>آہ، پلیز مینشن یور لوکیشن آل سو وین یو سینڈ ان یور کوئسچنز۔</w:t>
      </w:r>
    </w:p>
    <w:p>
      <w:r>
        <w:rPr>
          <w:b/>
        </w:rPr>
        <w:t xml:space="preserve">[44:45] </w:t>
      </w:r>
      <w:r>
        <w:t>Maulana sawal lene se pehle kuch ah comment parhna chahenge jo ah ah logon ne kai ah</w:t>
      </w:r>
    </w:p>
    <w:p>
      <w:pPr>
        <w:jc w:val="right"/>
      </w:pPr>
      <w:r>
        <w:t>مولانا سوال لینے سے پہلے کچھ آہ کمنٹ پڑھنا چاہیں گے جو آہ آہ لوگوں نے کئی آہ</w:t>
      </w:r>
    </w:p>
    <w:p>
      <w:r>
        <w:rPr>
          <w:b/>
        </w:rPr>
        <w:t xml:space="preserve">[44:51] </w:t>
      </w:r>
      <w:r>
        <w:t>mukhtalif jaghon se bheje hain.</w:t>
      </w:r>
    </w:p>
    <w:p>
      <w:pPr>
        <w:jc w:val="right"/>
      </w:pPr>
      <w:r>
        <w:t>مختلف جگہوں سے بھیجے ہیں۔</w:t>
      </w:r>
    </w:p>
    <w:p>
      <w:r>
        <w:rPr>
          <w:b/>
        </w:rPr>
        <w:t xml:space="preserve">[44:58] </w:t>
      </w:r>
      <w:r>
        <w:t>Pehla comment bheja hai Maulana Israr Sahab Umri ne ah Chennai se, unhon ne likha hai: "Kal ah</w:t>
      </w:r>
    </w:p>
    <w:p>
      <w:pPr>
        <w:jc w:val="right"/>
      </w:pPr>
      <w:r>
        <w:t>پہلا کمنٹ بھیجا ہے مولانا اسرار صاحب عمری نے آہ چنئی سے، انہوں نے لکھا ہے: "کل آہ</w:t>
      </w:r>
    </w:p>
    <w:p>
      <w:r>
        <w:rPr>
          <w:b/>
        </w:rPr>
        <w:t xml:space="preserve">[45:05] </w:t>
      </w:r>
      <w:r>
        <w:t>Maulana Sahab, aap ne jo talk di us mein mujhe yeh baat samajh mein aayi ke poore Islamic</w:t>
      </w:r>
    </w:p>
    <w:p>
      <w:pPr>
        <w:jc w:val="right"/>
      </w:pPr>
      <w:r>
        <w:t>مولانا صاحب، آپ نے جو ٹاک دی اس میں مجھے یہ بات سمجھ میں آئی کہ پورے اسلامک</w:t>
      </w:r>
    </w:p>
    <w:p>
      <w:r>
        <w:rPr>
          <w:b/>
        </w:rPr>
        <w:t xml:space="preserve">[45:12] </w:t>
      </w:r>
      <w:r>
        <w:t>world mein koi bhi aik mazhabi ya secular Musalman aisa nahi hai jo Donald Trump ko le kar</w:t>
      </w:r>
    </w:p>
    <w:p>
      <w:pPr>
        <w:jc w:val="right"/>
      </w:pPr>
      <w:r>
        <w:t>ورلڈ میں کوئی بھی ایک مذہبی یا سیکولر مسلمان ایسا نہیں ہے جو ڈونلڈ ٹرمپ کو لے کر</w:t>
      </w:r>
    </w:p>
    <w:p>
      <w:r>
        <w:rPr>
          <w:b/>
        </w:rPr>
        <w:t xml:space="preserve">[45:18] </w:t>
      </w:r>
      <w:r>
        <w:t>right guidance ya positive opinion rakhta hai siwaye aap ke." Maulana, yeh bohat bari baat hai aap ne</w:t>
      </w:r>
    </w:p>
    <w:p>
      <w:pPr>
        <w:jc w:val="right"/>
      </w:pPr>
      <w:r>
        <w:t>رائٹ گائیڈنس یا پوزیٹیو اوپینین رکھتا ہے سوائے آپ کے۔" مولانا، یہ بہت بڑی بات ہے آپ نے</w:t>
      </w:r>
    </w:p>
    <w:p>
      <w:r>
        <w:rPr>
          <w:b/>
        </w:rPr>
        <w:t xml:space="preserve">[45:25] </w:t>
      </w:r>
      <w:r>
        <w:t>kal jo kahi.</w:t>
      </w:r>
    </w:p>
    <w:p>
      <w:pPr>
        <w:jc w:val="right"/>
      </w:pPr>
      <w:r>
        <w:t>کل جو کہی۔</w:t>
      </w:r>
    </w:p>
    <w:p>
      <w:r>
        <w:rPr>
          <w:b/>
        </w:rPr>
        <w:t xml:space="preserve">[45:32] </w:t>
      </w:r>
      <w:r>
        <w:t>Allah ne Trump ke zariye Musalmanon ko remind kiya hai ke ab tum ko takkar se giver community banna hai.</w:t>
      </w:r>
    </w:p>
    <w:p>
      <w:pPr>
        <w:jc w:val="right"/>
      </w:pPr>
      <w:r>
        <w:t>اللہ نے ٹرمپ کے ذریعے مسلمانوں کو ریمائنڈ کیا ہے کہ اب تم کو ٹیکر سے گیور کمیونٹی بننا ہے۔</w:t>
      </w:r>
    </w:p>
    <w:p>
      <w:r>
        <w:rPr>
          <w:b/>
        </w:rPr>
        <w:t xml:space="preserve">[45:38] </w:t>
      </w:r>
      <w:r>
        <w:t>Maulana, aap ki yeh baat hundred percent Quran aur Hadees ke mutabiq hai, lekin yeh baat shab o</w:t>
      </w:r>
    </w:p>
    <w:p>
      <w:pPr>
        <w:jc w:val="right"/>
      </w:pPr>
      <w:r>
        <w:t>مولانا، آپ کی یہ بات ہنڈرڈ پرسنٹ قرآن اور حدیث کے مطابق ہے، لیکن یہ بات شب و</w:t>
      </w:r>
    </w:p>
    <w:p>
      <w:r>
        <w:rPr>
          <w:b/>
        </w:rPr>
        <w:t xml:space="preserve">[45:45] </w:t>
      </w:r>
      <w:r>
        <w:t>roz Quran aur Hadees parhne aur parhane walon mein se koi bhi nahi janta.</w:t>
      </w:r>
    </w:p>
    <w:p>
      <w:pPr>
        <w:jc w:val="right"/>
      </w:pPr>
      <w:r>
        <w:t>روز قرآن اور حدیث پڑھنے اور پڑھانے والوں میں سے کوئی بھی نہیں جانتا۔</w:t>
      </w:r>
    </w:p>
    <w:p>
      <w:r>
        <w:rPr>
          <w:b/>
        </w:rPr>
        <w:t xml:space="preserve">[45:52] </w:t>
      </w:r>
      <w:r>
        <w:t>Maulana, agla comment Islamabad Pakistan se Miss Ansar Chaudhry ne bheja hai, unhon ne likha hai: "Maulana</w:t>
      </w:r>
    </w:p>
    <w:p>
      <w:pPr>
        <w:jc w:val="right"/>
      </w:pPr>
      <w:r>
        <w:t>مولانا، اگلا کمنٹ اسلام آباد پاکستان سے مس انصار چوہدری نے بھیجا ہے، انہوں نے لکھا ہے: "مولانا</w:t>
      </w:r>
    </w:p>
    <w:p>
      <w:r>
        <w:rPr>
          <w:b/>
        </w:rPr>
        <w:t xml:space="preserve">[45:59] </w:t>
      </w:r>
      <w:r>
        <w:t>Sahab, your every word is a rich source of wisdom, may you live long." Dr. Safina Tabassum ne</w:t>
      </w:r>
    </w:p>
    <w:p>
      <w:pPr>
        <w:jc w:val="right"/>
      </w:pPr>
      <w:r>
        <w:t>صاحب، یور ایوری ورڈ از اے رچ سورس آف وزڈم، می یو لیو لانگ۔" ڈاکٹر صفینہ تبسم نے</w:t>
      </w:r>
    </w:p>
    <w:p>
      <w:r>
        <w:rPr>
          <w:b/>
        </w:rPr>
        <w:t xml:space="preserve">[46:05] </w:t>
      </w:r>
      <w:r>
        <w:t>Ajmer se bheja hai comment: "Maulana Sahab, to raise yourselves from your biases and to raise your</w:t>
      </w:r>
    </w:p>
    <w:p>
      <w:pPr>
        <w:jc w:val="right"/>
      </w:pPr>
      <w:r>
        <w:t>اجمیر سے بھیجا ہے کمنٹ: "مولانا صاحب، ٹو ریز یور سیلز فرام یور بائسز اینڈ ٹو ریز یور</w:t>
      </w:r>
    </w:p>
    <w:p>
      <w:r>
        <w:rPr>
          <w:b/>
        </w:rPr>
        <w:t xml:space="preserve">[46:12] </w:t>
      </w:r>
      <w:r>
        <w:t>self to a level where you don't get offended is the secret of high thinking." Maulana Sahab, so</w:t>
      </w:r>
    </w:p>
    <w:p>
      <w:pPr>
        <w:jc w:val="right"/>
      </w:pPr>
      <w:r>
        <w:t>سیلف ٹو اے لیول ویر یو ڈونٹ گیٹ آفینڈڈ از دا سیکرٹ آف ہائی تھنکنگ۔" مولانا صاحب، سو</w:t>
      </w:r>
    </w:p>
    <w:p>
      <w:r>
        <w:rPr>
          <w:b/>
        </w:rPr>
        <w:t xml:space="preserve">[46:19] </w:t>
      </w:r>
      <w:r>
        <w:t>thankful to get this ideology from you.</w:t>
      </w:r>
    </w:p>
    <w:p>
      <w:pPr>
        <w:jc w:val="right"/>
      </w:pPr>
      <w:r>
        <w:t>تھینک فل ٹو گیٹ دس آئیڈیالوجی فرام یو۔</w:t>
      </w:r>
    </w:p>
    <w:p>
      <w:r>
        <w:rPr>
          <w:b/>
        </w:rPr>
        <w:t xml:space="preserve">[46:25] </w:t>
      </w:r>
      <w:r>
        <w:t>Mohammad Danish Fazil ne Lucknow se bheja hai: "Maulana Sahab, you are rightly pointed out that objective thinking</w:t>
      </w:r>
    </w:p>
    <w:p>
      <w:pPr>
        <w:jc w:val="right"/>
      </w:pPr>
      <w:r>
        <w:t>محمد دانش فضل نے لکھنؤ سے بھیجا ہے: "مولانا صاحب، یو آر رائٹلی پوائنٹڈ آؤٹ دیٹ ابجیکٹیو تھنکنگ</w:t>
      </w:r>
    </w:p>
    <w:p>
      <w:r>
        <w:rPr>
          <w:b/>
        </w:rPr>
        <w:t xml:space="preserve">[46:32] </w:t>
      </w:r>
      <w:r>
        <w:t>develops creative thinking." Miss Carolin ne Srinagar se bheja hai: "What an enlightening lecture while Islam blessed</w:t>
      </w:r>
    </w:p>
    <w:p>
      <w:pPr>
        <w:jc w:val="right"/>
      </w:pPr>
      <w:r>
        <w:t>ڈیولپس کریٹیو تھنکنگ۔" مس کروتلین نے سری نگر سے بھیجا ہے: "واٹ این انلائٹننگ لیکچر وائل اسلام بلیسڈ</w:t>
      </w:r>
    </w:p>
    <w:p>
      <w:r>
        <w:rPr>
          <w:b/>
        </w:rPr>
        <w:t xml:space="preserve">[46:39] </w:t>
      </w:r>
      <w:r>
        <w:t>mankind with the concept of peace and delinking nature from worship.</w:t>
      </w:r>
    </w:p>
    <w:p>
      <w:pPr>
        <w:jc w:val="right"/>
      </w:pPr>
      <w:r>
        <w:t>مین کائنڈ ود دی کانسیپٹ آف پیس اینڈ ڈیلنکنگ نیچر فرام ورشپ۔</w:t>
      </w:r>
    </w:p>
    <w:p>
      <w:r>
        <w:rPr>
          <w:b/>
        </w:rPr>
        <w:t xml:space="preserve">[46:46] </w:t>
      </w:r>
      <w:r>
        <w:t>Galileo's contribution to delinking descent from opposition is to a blessing.</w:t>
      </w:r>
    </w:p>
    <w:p>
      <w:pPr>
        <w:jc w:val="right"/>
      </w:pPr>
      <w:r>
        <w:t>گیلیلیوس کنٹریبیوشن ٹو ڈیلنک ڈیسنٹ فرام اپوزیشن از ٹو اے بلیسنگ۔</w:t>
      </w:r>
    </w:p>
    <w:p>
      <w:r>
        <w:rPr>
          <w:b/>
        </w:rPr>
        <w:t xml:space="preserve">[46:52] </w:t>
      </w:r>
      <w:r>
        <w:t>Thank you Maulana for such an inspirational lecture." Maulana, ab sawal lete hain, yeh Ayaz Shahid Sahab ne</w:t>
      </w:r>
    </w:p>
    <w:p>
      <w:pPr>
        <w:jc w:val="right"/>
      </w:pPr>
      <w:r>
        <w:t>تھینک یو مولانا فار سچ این انسپیریشنل لیکچر۔" مولانا، اب سوال لیتے ہیں، یہ ایاز شاہد صاحب نے</w:t>
      </w:r>
    </w:p>
    <w:p>
      <w:r>
        <w:rPr>
          <w:b/>
        </w:rPr>
        <w:t xml:space="preserve">[46:59] </w:t>
      </w:r>
      <w:r>
        <w:t>bheja hai, unhon ne likha hai: "Maulana Sahab, aik masla hai, aap ki kitab Azmat e Islam parh raha</w:t>
      </w:r>
    </w:p>
    <w:p>
      <w:pPr>
        <w:jc w:val="right"/>
      </w:pPr>
      <w:r>
        <w:t>بھیجا ہے، انہوں نے لکھا ہے: "مولانا صاحب، ایک مسئلہ ہے، آپ کی کتاب عظمت اسلام پڑھ رہا</w:t>
      </w:r>
    </w:p>
    <w:p>
      <w:r>
        <w:rPr>
          <w:b/>
        </w:rPr>
        <w:t xml:space="preserve">[47:06] </w:t>
      </w:r>
      <w:r>
        <w:t>tha, is mein aik chapter hai jis ka title hai tareekhi peghambar.</w:t>
      </w:r>
    </w:p>
    <w:p>
      <w:pPr>
        <w:jc w:val="right"/>
      </w:pPr>
      <w:r>
        <w:t>تھا، اس میں ایک چیپٹر ہے جس کا ٹائٹل ہے تاریخی پیغمبر۔</w:t>
      </w:r>
    </w:p>
    <w:p>
      <w:r>
        <w:rPr>
          <w:b/>
        </w:rPr>
        <w:t xml:space="preserve">[47:13] </w:t>
      </w:r>
      <w:r>
        <w:t>is mein mein ne aik cheez parhi, woh yeh thi ke ummat ka zawal aik yeh bhi hai</w:t>
      </w:r>
    </w:p>
    <w:p>
      <w:pPr>
        <w:jc w:val="right"/>
      </w:pPr>
      <w:r>
        <w:t>اس میں میں نے ایک چیز پڑھی، وہ یہ تھی کہ امت کا زوال ایک یہ بھی ہے</w:t>
      </w:r>
    </w:p>
    <w:p>
      <w:r>
        <w:rPr>
          <w:b/>
        </w:rPr>
        <w:t xml:space="preserve">[47:19] </w:t>
      </w:r>
      <w:r>
        <w:t>ke is is se Khuda parasti chhod kar akabir parasti ikhtiyar kar li.</w:t>
      </w:r>
    </w:p>
    <w:p>
      <w:pPr>
        <w:jc w:val="right"/>
      </w:pPr>
      <w:r>
        <w:t>کہ اس اس سے خدا پرستی چھوڑ کر اکابر پرستی اختیار کر لی۔</w:t>
      </w:r>
    </w:p>
    <w:p>
      <w:r>
        <w:rPr>
          <w:b/>
        </w:rPr>
        <w:t xml:space="preserve">[47:26] </w:t>
      </w:r>
      <w:r>
        <w:t>magar mein akabir parasti samajh nahin saka.</w:t>
      </w:r>
    </w:p>
    <w:p>
      <w:pPr>
        <w:jc w:val="right"/>
      </w:pPr>
      <w:r>
        <w:t>مگر میں اکابر پرستی سمجھ نہیں سکا۔</w:t>
      </w:r>
    </w:p>
    <w:p>
      <w:r>
        <w:rPr>
          <w:b/>
        </w:rPr>
        <w:t xml:space="preserve">[47:33] </w:t>
      </w:r>
      <w:r>
        <w:t>aap is ke baray mein mera doubt clear karen." dekhen, aik hai kisi alam se ya kisi shakhsiyat</w:t>
      </w:r>
    </w:p>
    <w:p>
      <w:pPr>
        <w:jc w:val="right"/>
      </w:pPr>
      <w:r>
        <w:t>آپ اس کے بارے میں میرا ڈاؤٹ کلیئر کریں۔" دیکھیں، ایک ہے کسی عالم سے یا کسی شخصیت</w:t>
      </w:r>
    </w:p>
    <w:p>
      <w:r>
        <w:rPr>
          <w:b/>
        </w:rPr>
        <w:t xml:space="preserve">[47:39] </w:t>
      </w:r>
      <w:r>
        <w:t>se ta'allum karna, yani learning.</w:t>
      </w:r>
    </w:p>
    <w:p>
      <w:pPr>
        <w:jc w:val="right"/>
      </w:pPr>
      <w:r>
        <w:t>سے تعلم کرنا، یعنی لرننگ۔</w:t>
      </w:r>
    </w:p>
    <w:p>
      <w:r>
        <w:rPr>
          <w:b/>
        </w:rPr>
        <w:t xml:space="preserve">[47:46] </w:t>
      </w:r>
      <w:r>
        <w:t>to yeh to hum ko har aik se karna hai.</w:t>
      </w:r>
    </w:p>
    <w:p>
      <w:pPr>
        <w:jc w:val="right"/>
      </w:pPr>
      <w:r>
        <w:t>تو یہ تو ہم کو ہر ایک سے کرنا ہے۔</w:t>
      </w:r>
    </w:p>
    <w:p>
      <w:r>
        <w:rPr>
          <w:b/>
        </w:rPr>
        <w:t xml:space="preserve">[47:53] </w:t>
      </w:r>
      <w:r>
        <w:t>doosri cheez yeh hai ke is jis ko kehte hain individual cult, yani kisi shakhs ko itna darja</w:t>
      </w:r>
    </w:p>
    <w:p>
      <w:pPr>
        <w:jc w:val="right"/>
      </w:pPr>
      <w:r>
        <w:t>دوسری چیز یہ ہے کہ اس جس کو کہتے ہیں انڈیویجول کلٹ، یعنی کسی شخص کو اتنا درجہ</w:t>
      </w:r>
    </w:p>
    <w:p>
      <w:r>
        <w:rPr>
          <w:b/>
        </w:rPr>
        <w:t xml:space="preserve">[48:00] </w:t>
      </w:r>
      <w:r>
        <w:t>de dein ke bas woh absolute ban jaye, jo woh kahe woh maan le.</w:t>
      </w:r>
    </w:p>
    <w:p>
      <w:pPr>
        <w:jc w:val="right"/>
      </w:pPr>
      <w:r>
        <w:t>دے دیں کہ بس وہ ایبسولیوٹ بن جائے، جو وہ کہے وہ مان لے۔</w:t>
      </w:r>
    </w:p>
    <w:p>
      <w:r>
        <w:rPr>
          <w:b/>
        </w:rPr>
        <w:t xml:space="preserve">[48:06] </w:t>
      </w:r>
      <w:r>
        <w:t>yeh shakhsiyat parasti.</w:t>
      </w:r>
    </w:p>
    <w:p>
      <w:pPr>
        <w:jc w:val="right"/>
      </w:pPr>
      <w:r>
        <w:t>یہ شخصیت پرستی۔</w:t>
      </w:r>
    </w:p>
    <w:p>
      <w:r>
        <w:rPr>
          <w:b/>
        </w:rPr>
        <w:t xml:space="preserve">[48:13] </w:t>
      </w:r>
      <w:r>
        <w:t>to Islam mein, yani Islam mein absolute source of knowledge sirf Quran hai, Hadees hai.</w:t>
      </w:r>
    </w:p>
    <w:p>
      <w:pPr>
        <w:jc w:val="right"/>
      </w:pPr>
      <w:r>
        <w:t>تو اسلام میں، یعنی اسلام میں ایبسولیوٹ سورس آف نالج صرف قرآن ہے، حدیث ہے۔</w:t>
      </w:r>
    </w:p>
    <w:p>
      <w:r>
        <w:rPr>
          <w:b/>
        </w:rPr>
        <w:t xml:space="preserve">[48:20] </w:t>
      </w:r>
      <w:r>
        <w:t>bas, lekin jab Quran aur Hadees ke siwa kuch logon ko maan liya jaye to wohi hai, yani akabir parasti.</w:t>
      </w:r>
    </w:p>
    <w:p>
      <w:pPr>
        <w:jc w:val="right"/>
      </w:pPr>
      <w:r>
        <w:t>بس، لیکن جب قرآن اور حدیث کے سوا کچھ لوگوں کو مان لیا جائے تو وہی ہے، یعنی اکابر پرستی۔</w:t>
      </w:r>
    </w:p>
    <w:p>
      <w:r>
        <w:rPr>
          <w:b/>
        </w:rPr>
        <w:t xml:space="preserve">[48:26] </w:t>
      </w:r>
      <w:r>
        <w:t>aur yeh Quran mein likha hua hai, unhon ne ahbar aur rohaban ko apna rab bana liya, yehi to tha.</w:t>
      </w:r>
    </w:p>
    <w:p>
      <w:pPr>
        <w:jc w:val="right"/>
      </w:pPr>
      <w:r>
        <w:t>اور یہ قرآن میں لکھا ہوا ہے، انہوں نے احبار اور رہبان کو اپنا رب بنا لیا، یہی تو تھا۔</w:t>
      </w:r>
    </w:p>
    <w:p>
      <w:r>
        <w:rPr>
          <w:b/>
        </w:rPr>
        <w:t xml:space="preserve">[48:33] </w:t>
      </w:r>
      <w:r>
        <w:t>musalmanon ne bhi bana rakha hai.</w:t>
      </w:r>
    </w:p>
    <w:p>
      <w:pPr>
        <w:jc w:val="right"/>
      </w:pPr>
      <w:r>
        <w:t>مسلمانوں نے بھی بنا رکھا ہے۔</w:t>
      </w:r>
    </w:p>
    <w:p>
      <w:r>
        <w:rPr>
          <w:b/>
        </w:rPr>
        <w:t xml:space="preserve">[48:40] </w:t>
      </w:r>
      <w:r>
        <w:t>woh bolte the ahbar aur rohaban, musalman bolte the akabir.</w:t>
      </w:r>
    </w:p>
    <w:p>
      <w:pPr>
        <w:jc w:val="right"/>
      </w:pPr>
      <w:r>
        <w:t>وہ بولتے تھے احبار اور رہبان، مسلمان بولتے تھے اکابر۔</w:t>
      </w:r>
    </w:p>
    <w:p>
      <w:r>
        <w:rPr>
          <w:b/>
        </w:rPr>
        <w:t xml:space="preserve">[48:47] </w:t>
      </w:r>
      <w:r>
        <w:t>wohi cheez hai, jab tak musalman akabir ke bajaye Quran o Sunnat par nahin khare honge, tab</w:t>
      </w:r>
    </w:p>
    <w:p>
      <w:pPr>
        <w:jc w:val="right"/>
      </w:pPr>
      <w:r>
        <w:t>وہی چیز ہے، جب تک مسلمان اکابر کے بجائے قرآن و سنت پر نہیں کھڑے ہوں گے، تب</w:t>
      </w:r>
    </w:p>
    <w:p>
      <w:r>
        <w:rPr>
          <w:b/>
        </w:rPr>
        <w:t xml:space="preserve">[48:53] </w:t>
      </w:r>
      <w:r>
        <w:t>tak un ka, un ka, un ka andar niya bigadne nahin aanay wala.</w:t>
      </w:r>
    </w:p>
    <w:p>
      <w:pPr>
        <w:jc w:val="right"/>
      </w:pPr>
      <w:r>
        <w:t>تک ان کا، ان کا، ان کا اندر نیا بگڑنے نہیں آنے والا۔</w:t>
      </w:r>
    </w:p>
    <w:p>
      <w:r>
        <w:rPr>
          <w:b/>
        </w:rPr>
        <w:t xml:space="preserve">[49:00] </w:t>
      </w:r>
      <w:r>
        <w:t>is waqt musalman akabir bhi khare hue hain, woh Quran o Hadees pe khare hue nahin hain.</w:t>
      </w:r>
    </w:p>
    <w:p>
      <w:pPr>
        <w:jc w:val="right"/>
      </w:pPr>
      <w:r>
        <w:t>اس وقت مسلمان اکابر بھی کھڑے ہوئے ہیں، وہ قرآن و حدیث پہ کھڑے ہوئے نہیں ہیں۔</w:t>
      </w:r>
    </w:p>
    <w:p>
      <w:r>
        <w:rPr>
          <w:b/>
        </w:rPr>
        <w:t xml:space="preserve">[49:07] </w:t>
      </w:r>
      <w:r>
        <w:t>is ki bohat misalen di hain mein ne apni literature mein ke bas akabir ka unhi ki barhai</w:t>
      </w:r>
    </w:p>
    <w:p>
      <w:pPr>
        <w:jc w:val="right"/>
      </w:pPr>
      <w:r>
        <w:t>اس کی بہت مثالیں دی ہیں میں نے اپنی لٹریچر میں کہ بس اکابر کا انہیں کی بڑائی</w:t>
      </w:r>
    </w:p>
    <w:p>
      <w:r>
        <w:rPr>
          <w:b/>
        </w:rPr>
        <w:t xml:space="preserve">[49:13] </w:t>
      </w:r>
      <w:r>
        <w:t>ka pata hai, Allah ki barhai ka unhein pata hi nahin.</w:t>
      </w:r>
    </w:p>
    <w:p>
      <w:pPr>
        <w:jc w:val="right"/>
      </w:pPr>
      <w:r>
        <w:t>کا پتہ ہے، اللہ کی بڑائی کا انہیں پتہ ہی نہیں۔</w:t>
      </w:r>
    </w:p>
    <w:p>
      <w:r>
        <w:rPr>
          <w:b/>
        </w:rPr>
        <w:t xml:space="preserve">[49:20] </w:t>
      </w:r>
      <w:r>
        <w:t>yeh, yeh, yeh to aik bohat hi khuli hui baat hai.</w:t>
      </w:r>
    </w:p>
    <w:p>
      <w:pPr>
        <w:jc w:val="right"/>
      </w:pPr>
      <w:r>
        <w:t>یہ، یہ، یہ تو ایک بہت ہی کھلی ہوئی بات ہے۔</w:t>
      </w:r>
    </w:p>
    <w:p>
      <w:r>
        <w:rPr>
          <w:b/>
        </w:rPr>
        <w:t xml:space="preserve">[49:27] </w:t>
      </w:r>
      <w:r>
        <w:t>ji, Maulana, agla sawal Riyaz Bhatt sahib ne bheja hai Srinagar se, unhon ne aap se poocha</w:t>
      </w:r>
    </w:p>
    <w:p>
      <w:pPr>
        <w:jc w:val="right"/>
      </w:pPr>
      <w:r>
        <w:t>جی، مولانا، اگلا سوال ریاض بھٹ صاحب نے بھیجا ہے سری نگر سے، انہوں نے آپ سے پوچھا</w:t>
      </w:r>
    </w:p>
    <w:p>
      <w:r>
        <w:rPr>
          <w:b/>
        </w:rPr>
        <w:t xml:space="preserve">[49:34] </w:t>
      </w:r>
      <w:r>
        <w:t>hai ke Maulana sahib, will it be right to say that creativity of mind ends when we create</w:t>
      </w:r>
    </w:p>
    <w:p>
      <w:pPr>
        <w:jc w:val="right"/>
      </w:pPr>
      <w:r>
        <w:t>ہے کہ مولانا صاحب، will it be right to say that creativity of mind ends when we create</w:t>
      </w:r>
    </w:p>
    <w:p>
      <w:r>
        <w:rPr>
          <w:b/>
        </w:rPr>
        <w:t xml:space="preserve">[49:40] </w:t>
      </w:r>
      <w:r>
        <w:t>role models out of our ancestors؟ What is your opinion on this؟ haan, to sahi hai, sahi yeh baat hai.</w:t>
      </w:r>
    </w:p>
    <w:p>
      <w:pPr>
        <w:jc w:val="right"/>
      </w:pPr>
      <w:r>
        <w:t>role models out of our ancestors؟ What is your opinion on this؟ ہاں، تو صحیح ہے، صحیح یہ بات ہے۔</w:t>
      </w:r>
    </w:p>
    <w:p>
      <w:r>
        <w:rPr>
          <w:b/>
        </w:rPr>
        <w:t xml:space="preserve">[49:47] </w:t>
      </w:r>
      <w:r>
        <w:t>ji, Maulana, agla sawal Dhampur se bheja hai Mehtab sahib ne, unhon ne likha hai: "Maulana sahib, I</w:t>
      </w:r>
    </w:p>
    <w:p>
      <w:pPr>
        <w:jc w:val="right"/>
      </w:pPr>
      <w:r>
        <w:t>جی، مولانا، اگلا سوال دھامپور سے بھیجا ہے مہتاب صاحب نے، انہوں نے لکھا ہے: "مولانا صاحب، I</w:t>
      </w:r>
    </w:p>
    <w:p>
      <w:r>
        <w:rPr>
          <w:b/>
        </w:rPr>
        <w:t xml:space="preserve">[49:54] </w:t>
      </w:r>
      <w:r>
        <w:t>want to know that how can a person maintain his positivity always?</w:t>
      </w:r>
    </w:p>
    <w:p>
      <w:pPr>
        <w:jc w:val="right"/>
      </w:pPr>
      <w:r>
        <w:t>want to know that how can a person maintain his positivity always?</w:t>
      </w:r>
    </w:p>
    <w:p>
      <w:r>
        <w:rPr>
          <w:b/>
        </w:rPr>
        <w:t xml:space="preserve">[50:01] </w:t>
      </w:r>
      <w:r>
        <w:t>Please give me your guidance on this subject." bhai, mera jo simple formula hai apni satah par, woh</w:t>
      </w:r>
    </w:p>
    <w:p>
      <w:pPr>
        <w:jc w:val="right"/>
      </w:pPr>
      <w:r>
        <w:t>Please give me your guidance on this subject." بھئی، میرا جو simple فارمولا ہے اپنی سطح پر، وہ</w:t>
      </w:r>
    </w:p>
    <w:p>
      <w:r>
        <w:rPr>
          <w:b/>
        </w:rPr>
        <w:t xml:space="preserve">[50:09] </w:t>
      </w:r>
      <w:r>
        <w:t>yeh hai ke jab bhi mere andar koi negative thought aa jaye, offend hone lagun, ghussa ho jaye</w:t>
      </w:r>
    </w:p>
    <w:p>
      <w:pPr>
        <w:jc w:val="right"/>
      </w:pPr>
      <w:r>
        <w:t>یہ ہے کہ جب بھی میرے اندر کوئی negative thought آ جائے، offend ہونے لگوں، غصہ ہو جائے</w:t>
      </w:r>
    </w:p>
    <w:p>
      <w:r>
        <w:rPr>
          <w:b/>
        </w:rPr>
        <w:t xml:space="preserve">[50:17] </w:t>
      </w:r>
      <w:r>
        <w:t>to main sochta hoon ke is ka safar kaun karega? agar main apni negative thinking ko zahir</w:t>
      </w:r>
    </w:p>
    <w:p>
      <w:pPr>
        <w:jc w:val="right"/>
      </w:pPr>
      <w:r>
        <w:t>تو میں سوچتا ہوں کہ اس کا سفر کون کرے گا؟ اگر میں اپنی negative thinking کو ظاہر</w:t>
      </w:r>
    </w:p>
    <w:p>
      <w:r>
        <w:rPr>
          <w:b/>
        </w:rPr>
        <w:t xml:space="preserve">[50:25] </w:t>
      </w:r>
      <w:r>
        <w:t>karun, ghussa karun, offend ho jaaun to safar kaun karega? to har baar main yeh jaan pata</w:t>
      </w:r>
    </w:p>
    <w:p>
      <w:pPr>
        <w:jc w:val="right"/>
      </w:pPr>
      <w:r>
        <w:t>کروں، غصہ کروں، offend ہو جاؤں تو سفر کون کرے گا؟ تو ہر بار میں یہ جان پاتا</w:t>
      </w:r>
    </w:p>
    <w:p>
      <w:r>
        <w:rPr>
          <w:b/>
        </w:rPr>
        <w:t xml:space="preserve">[50:34] </w:t>
      </w:r>
      <w:r>
        <w:t>hoon ke main khud safar karunga, woh insaan safar nahin karega.</w:t>
      </w:r>
    </w:p>
    <w:p>
      <w:pPr>
        <w:jc w:val="right"/>
      </w:pPr>
      <w:r>
        <w:t>ہوں کہ میں خود سفر کروں گا، وہ انسان سفر نہیں کرے گا۔</w:t>
      </w:r>
    </w:p>
    <w:p>
      <w:r>
        <w:rPr>
          <w:b/>
        </w:rPr>
        <w:t xml:space="preserve">[50:42] </w:t>
      </w:r>
      <w:r>
        <w:t>to jab safar karna main khud hoon to main kyun, kyun apna dushman banun? kyun apne ko kill</w:t>
      </w:r>
    </w:p>
    <w:p>
      <w:pPr>
        <w:jc w:val="right"/>
      </w:pPr>
      <w:r>
        <w:t>تو جب سفر کرنا میں خود ہوں تو میں کیوں، کیوں اپنا دشمن بنوں؟ کیوں اپنے کو kill</w:t>
      </w:r>
    </w:p>
    <w:p>
      <w:r>
        <w:rPr>
          <w:b/>
        </w:rPr>
        <w:t xml:space="preserve">[50:50] </w:t>
      </w:r>
      <w:r>
        <w:t>karun? bas yeh cheez mujhe, meri positive thinking ko main hamesha maintain rakhti hai.</w:t>
      </w:r>
    </w:p>
    <w:p>
      <w:pPr>
        <w:jc w:val="right"/>
      </w:pPr>
      <w:r>
        <w:t>کروں؟ بس یہ چیز مجھے، میری positive thinking کو میں ہمیشہ maintain رکھتی ہے۔</w:t>
      </w:r>
    </w:p>
    <w:p>
      <w:r>
        <w:rPr>
          <w:b/>
        </w:rPr>
        <w:t xml:space="preserve">[50:59] </w:t>
      </w:r>
      <w:r>
        <w:t>ji, jab bhi aap kisi bhi mamle mein sochiye ke ghussa hona, offend hona, jitni bhi negative baatein</w:t>
      </w:r>
    </w:p>
    <w:p>
      <w:pPr>
        <w:jc w:val="right"/>
      </w:pPr>
      <w:r>
        <w:t>جی، جب بھی آپ کسی بھی معاملے میں سوچیے کہ غصہ ہونا، offend ہونا، جتنی بھی negative باتیں</w:t>
      </w:r>
    </w:p>
    <w:p>
      <w:r>
        <w:rPr>
          <w:b/>
        </w:rPr>
        <w:t xml:space="preserve">[51:07] </w:t>
      </w:r>
      <w:r>
        <w:t>hoti hain, is mein hamesha hum khud safar karte hain, doosra safar nahin karta.</w:t>
      </w:r>
    </w:p>
    <w:p>
      <w:pPr>
        <w:jc w:val="right"/>
      </w:pPr>
      <w:r>
        <w:t>ہوتی ہیں، اس میں ہمیشہ ہم خود سفر کرتے ہیں، دوسرا سفر نہیں کرتا۔</w:t>
      </w:r>
    </w:p>
    <w:p>
      <w:r>
        <w:rPr>
          <w:b/>
        </w:rPr>
        <w:t xml:space="preserve">[51:15] </w:t>
      </w:r>
      <w:r>
        <w:t>to hum kyun aisa karen? apne aap ko khud hi kyun kill karen? bas yeh mujhe, yeh baat</w:t>
      </w:r>
    </w:p>
    <w:p>
      <w:pPr>
        <w:jc w:val="right"/>
      </w:pPr>
      <w:r>
        <w:t>تو ہم کیوں ایسا کریں؟ اپنے آپ کو خود ہی کیوں kill کریں؟ بس یہ مجھے، یہ بات</w:t>
      </w:r>
    </w:p>
    <w:p>
      <w:r>
        <w:rPr>
          <w:b/>
        </w:rPr>
        <w:t xml:space="preserve">[51:24] </w:t>
      </w:r>
      <w:r>
        <w:t>mujhe thanda kar deti hai.</w:t>
      </w:r>
    </w:p>
    <w:p>
      <w:pPr>
        <w:jc w:val="right"/>
      </w:pPr>
      <w:r>
        <w:t>مجھے ٹھنڈا کر دیتی ہے۔</w:t>
      </w:r>
    </w:p>
    <w:p>
      <w:r>
        <w:rPr>
          <w:b/>
        </w:rPr>
        <w:t xml:space="preserve">[51:32] </w:t>
      </w:r>
      <w:r>
        <w:t>Maulana sahib, agla sawal bheja hai Zubair Iqbal sahib ne Muradabad se, aur unhon ne likha hai:</w:t>
      </w:r>
    </w:p>
    <w:p>
      <w:pPr>
        <w:jc w:val="right"/>
      </w:pPr>
      <w:r>
        <w:t>مولانا صاحب، اگلا سوال بھیجا ہے زبیر اقبال صاحب نے مراد آباد سے، اور انہوں نے لکھا ہے:</w:t>
      </w:r>
    </w:p>
    <w:p>
      <w:r>
        <w:rPr>
          <w:b/>
        </w:rPr>
        <w:t xml:space="preserve">[51:40] </w:t>
      </w:r>
      <w:r>
        <w:t>"Maulana, you said dissent is good as it helps in one's intellectual development.</w:t>
      </w:r>
    </w:p>
    <w:p>
      <w:pPr>
        <w:jc w:val="right"/>
      </w:pPr>
      <w:r>
        <w:t>"مولانا، you said dissent is good as it helps in one's intellectual development.</w:t>
      </w:r>
    </w:p>
    <w:p>
      <w:r>
        <w:rPr>
          <w:b/>
        </w:rPr>
        <w:t xml:space="preserve">[51:49] </w:t>
      </w:r>
      <w:r>
        <w:t>This is the reason West did very well and progressed very fast. My question is that dissent works to advantage in the secular world, but what about religious world? Would you say in religion also dissent is beneficial? As today we see that dissent quickly leads to violence and culminates to terrorism. What is your opinion on this?</w:t>
      </w:r>
    </w:p>
    <w:p>
      <w:pPr>
        <w:jc w:val="right"/>
      </w:pPr>
      <w:r>
        <w:t>This is the reason West did very well and progressed very fast. My question is that dissent works to advantage in the secular world, but what about religious world? Would you say in religion also dissent is beneficial? As today we see that dissent quickly leads to violence and culminates to terrorism. What is your opinion on this?</w:t>
      </w:r>
    </w:p>
    <w:p>
      <w:r>
        <w:rPr>
          <w:b/>
        </w:rPr>
        <w:t xml:space="preserve">[52:15] </w:t>
      </w:r>
      <w:r>
        <w:t>" musalmanon ki kamzori yeh hai ke woh tolerance kho diya, unhon ne tolerance to hai hi nahin.</w:t>
      </w:r>
    </w:p>
    <w:p>
      <w:pPr>
        <w:jc w:val="right"/>
      </w:pPr>
      <w:r>
        <w:t>" مسلمانوں کی کمزوری یہ ہے کہ وہ ٹالرنس کھو دیا، انہوں نے ٹالرنس تو ہے ہی نہیں۔</w:t>
      </w:r>
    </w:p>
    <w:p>
      <w:r>
        <w:rPr>
          <w:b/>
        </w:rPr>
        <w:t xml:space="preserve">[52:21] </w:t>
      </w:r>
      <w:r>
        <w:t>woh jante hi nahin sachi baatein, woh jante hi nahin ke kisi issue par peaceful discussion karen, yeh</w:t>
      </w:r>
    </w:p>
    <w:p>
      <w:pPr>
        <w:jc w:val="right"/>
      </w:pPr>
      <w:r>
        <w:t>وہ جانتے ہی نہیں سچی باتیں، وہ جانتے ہی نہیں کہ کسی issue پر peaceful discussion کریں، یہ</w:t>
      </w:r>
    </w:p>
    <w:p>
      <w:r>
        <w:rPr>
          <w:b/>
        </w:rPr>
        <w:t xml:space="preserve">[52:28] </w:t>
      </w:r>
      <w:r>
        <w:t>jante hi nahin.</w:t>
      </w:r>
    </w:p>
    <w:p>
      <w:pPr>
        <w:jc w:val="right"/>
      </w:pPr>
      <w:r>
        <w:t>جانتے ہی نہیں۔</w:t>
      </w:r>
    </w:p>
    <w:p>
      <w:r>
        <w:rPr>
          <w:b/>
        </w:rPr>
        <w:t xml:space="preserve">[52:34] </w:t>
      </w:r>
      <w:r>
        <w:t>woh debate karna jante hain, violence karna jante hain, ghussa hona jante hain.</w:t>
      </w:r>
    </w:p>
    <w:p>
      <w:pPr>
        <w:jc w:val="right"/>
      </w:pPr>
      <w:r>
        <w:t>وہ debate کرنا جانتے ہیں، violence کرنا جانتے ہیں، غصہ ہونا جانتے ہیں۔</w:t>
      </w:r>
    </w:p>
    <w:p>
      <w:r>
        <w:rPr>
          <w:b/>
        </w:rPr>
        <w:t xml:space="preserve">[52:41] </w:t>
      </w:r>
      <w:r>
        <w:t>koi issue agar paida ho aur us par peaceful discussion karen, aap that leads to intellectual development, yeh</w:t>
      </w:r>
    </w:p>
    <w:p>
      <w:pPr>
        <w:jc w:val="right"/>
      </w:pPr>
      <w:r>
        <w:t>کوئی issue اگر پیدا ہو اور اس پر peaceful discussion کریں، آپ that leads to intellectual development، یہ</w:t>
      </w:r>
    </w:p>
    <w:p>
      <w:r>
        <w:rPr>
          <w:b/>
        </w:rPr>
        <w:t xml:space="preserve">[52:48] </w:t>
      </w:r>
      <w:r>
        <w:t>musalman jante nahin.</w:t>
      </w:r>
    </w:p>
    <w:p>
      <w:pPr>
        <w:jc w:val="right"/>
      </w:pPr>
      <w:r>
        <w:t>مسلمان جانتے نہیں۔</w:t>
      </w:r>
    </w:p>
    <w:p>
      <w:r>
        <w:rPr>
          <w:b/>
        </w:rPr>
        <w:t xml:space="preserve">[52:54] </w:t>
      </w:r>
      <w:r>
        <w:t>isi ko batana hai musalmanon ko, yeh batana hai ke jab bhi koi aap ki rai se alag</w:t>
      </w:r>
    </w:p>
    <w:p>
      <w:pPr>
        <w:jc w:val="right"/>
      </w:pPr>
      <w:r>
        <w:t>اسی کو بتانا ہے مسلمانوں کو، یہ بتانا ہے کہ جب بھی کوئی آپ کی رائے سے الگ</w:t>
      </w:r>
    </w:p>
    <w:p>
      <w:r>
        <w:rPr>
          <w:b/>
        </w:rPr>
        <w:t xml:space="preserve">[53:01] </w:t>
      </w:r>
      <w:r>
        <w:t>rai zahir kare to ghussa mat huiye, peaceful andaaz mein us se discuss kijiye to khud aap hi</w:t>
      </w:r>
    </w:p>
    <w:p>
      <w:pPr>
        <w:jc w:val="right"/>
      </w:pPr>
      <w:r>
        <w:t>رائے ظاہر کرے تو غصہ مت ہوئیے، peaceful انداز میں اس سے discuss کیجیے تو خود آپ ہی</w:t>
      </w:r>
    </w:p>
    <w:p>
      <w:r>
        <w:rPr>
          <w:b/>
        </w:rPr>
        <w:t xml:space="preserve">[53:07] </w:t>
      </w:r>
      <w:r>
        <w:t>ko faida hoga, aap ka zehni irtaqa hoga, aap ko neeli ibadat samajh mein aayegi.</w:t>
      </w:r>
    </w:p>
    <w:p>
      <w:pPr>
        <w:jc w:val="right"/>
      </w:pPr>
      <w:r>
        <w:t>کو فائدہ ہوگا، آپ کا ذہنی ارتقاء ہوگا، آپ کو نیلی عبادت سمجھ میں آئے گی۔</w:t>
      </w:r>
    </w:p>
    <w:p>
      <w:r>
        <w:rPr>
          <w:b/>
        </w:rPr>
        <w:t xml:space="preserve">[53:14] </w:t>
      </w:r>
      <w:r>
        <w:t>yehi baat musalmanon ko batai nahin gayi hai, sach poochhiye to musalmanon ka case unawareness ka case hai.</w:t>
      </w:r>
    </w:p>
    <w:p>
      <w:pPr>
        <w:jc w:val="right"/>
      </w:pPr>
      <w:r>
        <w:t>یہی بات مسلمانوں کو بتائی نہیں گئی ہے، سچ پوچھیے تو مسلمانوں کا case unawareness کا case ہے۔</w:t>
      </w:r>
    </w:p>
    <w:p>
      <w:r>
        <w:rPr>
          <w:b/>
        </w:rPr>
        <w:t xml:space="preserve">[53:21] </w:t>
      </w:r>
      <w:r>
        <w:t>masjido mein, madarson mein, jalson mein yeh baat batai nahin gayi thi.</w:t>
      </w:r>
    </w:p>
    <w:p>
      <w:pPr>
        <w:jc w:val="right"/>
      </w:pPr>
      <w:r>
        <w:t>مسجدوں میں، مدرسوں میں، جلسوں میں یہ بات بتائی نہیں گئی تھی۔</w:t>
      </w:r>
    </w:p>
    <w:p>
      <w:r>
        <w:rPr>
          <w:b/>
        </w:rPr>
        <w:t xml:space="preserve">[53:27] </w:t>
      </w:r>
      <w:r>
        <w:t>to hum chahte hain ke yeh process shuru ho, musalmanon ko bataya jaye, un ki unawareness toda jaye</w:t>
      </w:r>
    </w:p>
    <w:p>
      <w:pPr>
        <w:jc w:val="right"/>
      </w:pPr>
      <w:r>
        <w:t>تو ہم چاہتے ہیں کہ یہ process شروع ہو، مسلمانوں کو بتایا جائے، ان کی unawareness توڑا جائے</w:t>
      </w:r>
    </w:p>
    <w:p>
      <w:r>
        <w:rPr>
          <w:b/>
        </w:rPr>
        <w:t xml:space="preserve">[53:34] </w:t>
      </w:r>
      <w:r>
        <w:t>to sab theek ho jaye ga.</w:t>
      </w:r>
    </w:p>
    <w:p>
      <w:pPr>
        <w:jc w:val="right"/>
      </w:pPr>
      <w:r>
        <w:t>تو سب ٹھیک ہو جائے گا۔</w:t>
      </w:r>
    </w:p>
    <w:p>
      <w:r>
        <w:rPr>
          <w:b/>
        </w:rPr>
        <w:t xml:space="preserve">[53:40] </w:t>
      </w:r>
      <w:r>
        <w:t>maulana, agla sawal lene se pehle ek comment parhna chahenge jo bheja hai shafi ahmed dar sahib</w:t>
      </w:r>
    </w:p>
    <w:p>
      <w:pPr>
        <w:jc w:val="right"/>
      </w:pPr>
      <w:r>
        <w:t>مولانا، اگلا سوال لینے سے پہلے ایک کمنٹ پڑھنا چاہیں گے جو بھیجا ہے شفیع احمد ڈار صاحب</w:t>
      </w:r>
    </w:p>
    <w:p>
      <w:r>
        <w:rPr>
          <w:b/>
        </w:rPr>
        <w:t xml:space="preserve">[53:47] </w:t>
      </w:r>
      <w:r>
        <w:t>ne srinagar se, unhon ne likha hai: "The peace ideology of maulana wahiduddin khan is based</w:t>
      </w:r>
    </w:p>
    <w:p>
      <w:pPr>
        <w:jc w:val="right"/>
      </w:pPr>
      <w:r>
        <w:t>نے سری نگر سے، انہوں نے لکھا ہے: "The peace ideology of مولانا وحید الدین خان is based</w:t>
      </w:r>
    </w:p>
    <w:p>
      <w:r>
        <w:rPr>
          <w:b/>
        </w:rPr>
        <w:t xml:space="preserve">[53:54] </w:t>
      </w:r>
      <w:r>
        <w:t>on creative thinking.</w:t>
      </w:r>
    </w:p>
    <w:p>
      <w:pPr>
        <w:jc w:val="right"/>
      </w:pPr>
      <w:r>
        <w:t>on creative thinking.</w:t>
      </w:r>
    </w:p>
    <w:p>
      <w:r>
        <w:rPr>
          <w:b/>
        </w:rPr>
        <w:t xml:space="preserve">[54:00] </w:t>
      </w:r>
      <w:r>
        <w:t>Maulana has extracted this ideology from deep thinking on life of Prophet Muhammad's Islamic history.</w:t>
      </w:r>
    </w:p>
    <w:p>
      <w:pPr>
        <w:jc w:val="right"/>
      </w:pPr>
      <w:r>
        <w:t>مولانا has extracted this ideology from deep thinking on life of Prophet Muhammad's Islamic history.</w:t>
      </w:r>
    </w:p>
    <w:p>
      <w:r>
        <w:rPr>
          <w:b/>
        </w:rPr>
        <w:t xml:space="preserve">[54:07] </w:t>
      </w:r>
      <w:r>
        <w:t>That is why maulana leads us towards positive direction.</w:t>
      </w:r>
    </w:p>
    <w:p>
      <w:pPr>
        <w:jc w:val="right"/>
      </w:pPr>
      <w:r>
        <w:t>That is why مولانا leads us towards positive direction.</w:t>
      </w:r>
    </w:p>
    <w:p>
      <w:r>
        <w:rPr>
          <w:b/>
        </w:rPr>
        <w:t xml:space="preserve">[54:14] </w:t>
      </w:r>
      <w:r>
        <w:t>Positive results always come from creative thinking. Now people in the Muslim world have realized that Maulana Wahiduddin Khan is a true representative of Islam and his peace ideology is the only hope for the entire world." Maulana, agla sawal bheja hai Ms Shabana Ansari ne Pakistan se, unhone likha hai: "Maulana sahib, how have you learned creative thinking in your life?</w:t>
      </w:r>
    </w:p>
    <w:p>
      <w:pPr>
        <w:jc w:val="right"/>
      </w:pPr>
      <w:r>
        <w:t>Positive results always come from creative thinking. Now people in the Muslim world have realized that مولانا وحید الدین خان is a true representative of Islam and his peace ideology is the only hope for the entire world." مولانا، اگلا سوال بھیجا ہے مس شبانہ انصاری نے پاکستان سے، انہوں نے لکھا ہے: "مولانا صاحب، how have you learned creative thinking in your life?</w:t>
      </w:r>
    </w:p>
    <w:p>
      <w:r>
        <w:rPr>
          <w:b/>
        </w:rPr>
        <w:t xml:space="preserve">[54:44] </w:t>
      </w:r>
      <w:r>
        <w:t>Please tell all of us." dekhen, ek waqea to main ne aaj hi bata diya ke ek shakhs</w:t>
      </w:r>
    </w:p>
    <w:p>
      <w:pPr>
        <w:jc w:val="right"/>
      </w:pPr>
      <w:r>
        <w:t>Please tell all of us." دیکھیں، ایک واقعہ تو میں نے آج ہی بتا دیا کہ ایک شخص</w:t>
      </w:r>
    </w:p>
    <w:p>
      <w:r>
        <w:rPr>
          <w:b/>
        </w:rPr>
        <w:t xml:space="preserve">[54:49] </w:t>
      </w:r>
      <w:r>
        <w:t>ne meri baat se differ kiya, ikhtilaf kiya to main offend nahin hua, ghussa nahin hua.</w:t>
      </w:r>
    </w:p>
    <w:p>
      <w:pPr>
        <w:jc w:val="right"/>
      </w:pPr>
      <w:r>
        <w:t>نے میری بات سے differ کیا، اختلاف کیا تو میں offend نہیں ہوا، غصہ نہیں ہوا۔</w:t>
      </w:r>
    </w:p>
    <w:p>
      <w:r>
        <w:rPr>
          <w:b/>
        </w:rPr>
        <w:t xml:space="preserve">[54:55] </w:t>
      </w:r>
      <w:r>
        <w:t>to sochne laga, yaani yaqeen kijiye ke main ek chaubis ghante socha hai, main ne is par ek</w:t>
      </w:r>
    </w:p>
    <w:p>
      <w:pPr>
        <w:jc w:val="right"/>
      </w:pPr>
      <w:r>
        <w:t>تو سوچنے لگا، یعنی یقین کیجیے کہ میں ایک چوبیس گھنٹے سوچا ہے، میں نے اس پر ایک</w:t>
      </w:r>
    </w:p>
    <w:p>
      <w:r>
        <w:rPr>
          <w:b/>
        </w:rPr>
        <w:t xml:space="preserve">[55:00] </w:t>
      </w:r>
      <w:r>
        <w:t>pura din, ek puri raat jab jab trigger hua to main sochne laga.</w:t>
      </w:r>
    </w:p>
    <w:p>
      <w:pPr>
        <w:jc w:val="right"/>
      </w:pPr>
      <w:r>
        <w:t>پورا دن، ایک پوری رات جب جب trigger ہوا تو میں سوچنے لگا۔</w:t>
      </w:r>
    </w:p>
    <w:p>
      <w:r>
        <w:rPr>
          <w:b/>
        </w:rPr>
        <w:t xml:space="preserve">[55:06] </w:t>
      </w:r>
      <w:r>
        <w:t>to sochte sochte itni bari baaten samne aayin ke main hairaan reh gaya.</w:t>
      </w:r>
    </w:p>
    <w:p>
      <w:pPr>
        <w:jc w:val="right"/>
      </w:pPr>
      <w:r>
        <w:t>تو سوچتے سوچتے اتنی بڑی باتیں سامنے آئیں کہ میں حیران رہ گیا۔</w:t>
      </w:r>
    </w:p>
    <w:p>
      <w:r>
        <w:rPr>
          <w:b/>
        </w:rPr>
        <w:t xml:space="preserve">[55:11] </w:t>
      </w:r>
      <w:r>
        <w:t>tab main ne discover kiya ke ke offend na hona, ghussa na hona kya hota hai.</w:t>
      </w:r>
    </w:p>
    <w:p>
      <w:pPr>
        <w:jc w:val="right"/>
      </w:pPr>
      <w:r>
        <w:t>تب میں نے discover کیا کہ کہ offend نہ ہونا، غصہ نہ ہونا کیا ہوتا ہے۔</w:t>
      </w:r>
    </w:p>
    <w:p>
      <w:r>
        <w:rPr>
          <w:b/>
        </w:rPr>
        <w:t xml:space="preserve">[55:17] </w:t>
      </w:r>
      <w:r>
        <w:t>is ke baad aap ka mind positive way mein trigger karta hai.</w:t>
      </w:r>
    </w:p>
    <w:p>
      <w:pPr>
        <w:jc w:val="right"/>
      </w:pPr>
      <w:r>
        <w:t>اس کے بعد آپ کا mind positive way میں trigger کرتا ہے۔</w:t>
      </w:r>
    </w:p>
    <w:p>
      <w:r>
        <w:rPr>
          <w:b/>
        </w:rPr>
        <w:t xml:space="preserve">[55:22] </w:t>
      </w:r>
      <w:r>
        <w:t>Positive way mein jab positive way mein trigger karta hai to aap ke mind ki window khulne lagti hain.</w:t>
      </w:r>
    </w:p>
    <w:p>
      <w:pPr>
        <w:jc w:val="right"/>
      </w:pPr>
      <w:r>
        <w:t>Positive way میں جب positive way میں trigger کرتا ہے تو آپ کے mind کی window کھلنے لگتی ہیں۔</w:t>
      </w:r>
    </w:p>
    <w:p>
      <w:r>
        <w:rPr>
          <w:b/>
        </w:rPr>
        <w:t xml:space="preserve">[55:28] </w:t>
      </w:r>
      <w:r>
        <w:t>jis tarah nature ki window khuli to science daryaft ho gayi.</w:t>
      </w:r>
    </w:p>
    <w:p>
      <w:pPr>
        <w:jc w:val="right"/>
      </w:pPr>
      <w:r>
        <w:t>جس طرح nature کی window کھلی تو سائنس دریافت ہو گئی۔</w:t>
      </w:r>
    </w:p>
    <w:p>
      <w:r>
        <w:rPr>
          <w:b/>
        </w:rPr>
        <w:t xml:space="preserve">[55:33] </w:t>
      </w:r>
      <w:r>
        <w:t>to jo quran mein jo kaha gaya hai: "kalmatullah, ayatullah, ilahullah" in sab ka ilm</w:t>
      </w:r>
    </w:p>
    <w:p>
      <w:pPr>
        <w:jc w:val="right"/>
      </w:pPr>
      <w:r>
        <w:t>تو جو قرآن میں جو کہا گیا ہے: "کلمۃ اللہ، آیت اللہ، الہ اللہ" ان سب کا علم</w:t>
      </w:r>
    </w:p>
    <w:p>
      <w:r>
        <w:rPr>
          <w:b/>
        </w:rPr>
        <w:t xml:space="preserve">[55:39] </w:t>
      </w:r>
      <w:r>
        <w:t>insan ke andar allah ne rakh diya hai.</w:t>
      </w:r>
    </w:p>
    <w:p>
      <w:pPr>
        <w:jc w:val="right"/>
      </w:pPr>
      <w:r>
        <w:t>انسان کے اندر اللہ نے رکھ دیا ہے۔</w:t>
      </w:r>
    </w:p>
    <w:p>
      <w:r>
        <w:rPr>
          <w:b/>
        </w:rPr>
        <w:t xml:space="preserve">[55:44] </w:t>
      </w:r>
      <w:r>
        <w:t>allah to allah ne hamare mind mein sare kalmat, sari ayat, sare aala ka ilm rakh diya hai,</w:t>
      </w:r>
    </w:p>
    <w:p>
      <w:pPr>
        <w:jc w:val="right"/>
      </w:pPr>
      <w:r>
        <w:t>اللہ تو اللہ نے ہمارے mind میں سارے کلمات، ساری آیات، سارے اعلیٰ کا علم رکھ دیا ہے،</w:t>
      </w:r>
    </w:p>
    <w:p>
      <w:r>
        <w:rPr>
          <w:b/>
        </w:rPr>
        <w:t xml:space="preserve">[55:50] </w:t>
      </w:r>
      <w:r>
        <w:t>lekin woh hai band halat mein.</w:t>
      </w:r>
    </w:p>
    <w:p>
      <w:pPr>
        <w:jc w:val="right"/>
      </w:pPr>
      <w:r>
        <w:t>لیکن وہ ہے بند حالت میں۔</w:t>
      </w:r>
    </w:p>
    <w:p>
      <w:r>
        <w:rPr>
          <w:b/>
        </w:rPr>
        <w:t xml:space="preserve">[55:55] </w:t>
      </w:r>
      <w:r>
        <w:t>jab koi window khulti hai to woh samne aa jate hain.</w:t>
      </w:r>
    </w:p>
    <w:p>
      <w:pPr>
        <w:jc w:val="right"/>
      </w:pPr>
      <w:r>
        <w:t>جب کوئی window کھلتی ہے تو وہ سامنے آ جاتے ہیں۔</w:t>
      </w:r>
    </w:p>
    <w:p>
      <w:r>
        <w:rPr>
          <w:b/>
        </w:rPr>
        <w:t xml:space="preserve">[56:01] </w:t>
      </w:r>
      <w:r>
        <w:t>to mera allah ke fazal se main ghussa nahin hota, yaani ghussa is mere khilaf koi bole to</w:t>
      </w:r>
    </w:p>
    <w:p>
      <w:pPr>
        <w:jc w:val="right"/>
      </w:pPr>
      <w:r>
        <w:t>تو میرا اللہ کے فضل سے میں غصہ نہیں ہوتا، یعنی غصہ اس میرے خلاف کوئی بولے تو</w:t>
      </w:r>
    </w:p>
    <w:p>
      <w:r>
        <w:rPr>
          <w:b/>
        </w:rPr>
        <w:t xml:space="preserve">[56:06] </w:t>
      </w:r>
      <w:r>
        <w:t>ghussa nahin aata mujhe.</w:t>
      </w:r>
    </w:p>
    <w:p>
      <w:pPr>
        <w:jc w:val="right"/>
      </w:pPr>
      <w:r>
        <w:t>غصہ نہیں آتا مجھے۔</w:t>
      </w:r>
    </w:p>
    <w:p>
      <w:r>
        <w:rPr>
          <w:b/>
        </w:rPr>
        <w:t xml:space="preserve">[56:12] </w:t>
      </w:r>
      <w:r>
        <w:t>waise koi principle ke khilaf chale to ghussa aaye ga mujhe.</w:t>
      </w:r>
    </w:p>
    <w:p>
      <w:pPr>
        <w:jc w:val="right"/>
      </w:pPr>
      <w:r>
        <w:t>ویسے کوئی principle کے خلاف چلے تو غصہ آئے گا مجھے۔</w:t>
      </w:r>
    </w:p>
    <w:p>
      <w:r>
        <w:rPr>
          <w:b/>
        </w:rPr>
        <w:t xml:space="preserve">[56:17] </w:t>
      </w:r>
      <w:r>
        <w:t>mere khilaf kuch bhi karen, mujhe gaali den, mujhe bura bhala kahen, mujhe kuch bhi kahen, mujhe aap</w:t>
      </w:r>
    </w:p>
    <w:p>
      <w:pPr>
        <w:jc w:val="right"/>
      </w:pPr>
      <w:r>
        <w:t>میرے خلاف کچھ بھی کریں، مجھے گالی دیں، مجھے برا بھلا کہیں، مجھے کچھ بھی کہیں، مجھے آپ</w:t>
      </w:r>
    </w:p>
    <w:p>
      <w:r>
        <w:rPr>
          <w:b/>
        </w:rPr>
        <w:t xml:space="preserve">[56:23] </w:t>
      </w:r>
      <w:r>
        <w:t>shaitan ke agent kahen, mujhe ghussa nahin aayega.</w:t>
      </w:r>
    </w:p>
    <w:p>
      <w:pPr>
        <w:jc w:val="right"/>
      </w:pPr>
      <w:r>
        <w:t>شیطان کے agent کہیں، مجھے غصہ نہیں آئے گا۔</w:t>
      </w:r>
    </w:p>
    <w:p>
      <w:r>
        <w:rPr>
          <w:b/>
        </w:rPr>
        <w:t xml:space="preserve">[56:28] </w:t>
      </w:r>
      <w:r>
        <w:t>to yeh mere raaz hain.</w:t>
      </w:r>
    </w:p>
    <w:p>
      <w:pPr>
        <w:jc w:val="right"/>
      </w:pPr>
      <w:r>
        <w:t>تو یہ میرے راز ہیں۔</w:t>
      </w:r>
    </w:p>
    <w:p>
      <w:r>
        <w:rPr>
          <w:b/>
        </w:rPr>
        <w:t xml:space="preserve">[56:34] </w:t>
      </w:r>
      <w:r>
        <w:t>mere waqeatan unhon ne kaha bhi: "tum shaitan ho" yeh kaha mujh ko, lekin mujhe ghussa nahin aaya.</w:t>
      </w:r>
    </w:p>
    <w:p>
      <w:pPr>
        <w:jc w:val="right"/>
      </w:pPr>
      <w:r>
        <w:t>میرے واقعتا انہوں نے کہا بھی: "تم شیطان ہو" یہ کہا مجھ کو، لیکن مجھے غصہ نہیں آیا۔</w:t>
      </w:r>
    </w:p>
    <w:p>
      <w:r>
        <w:rPr>
          <w:b/>
        </w:rPr>
        <w:t xml:space="preserve">[56:39] </w:t>
      </w:r>
      <w:r>
        <w:t>to jab ghussa nahin aata to mere mind ki windows khulti hain aur phir woh kalmaat Allah, ayaat</w:t>
      </w:r>
    </w:p>
    <w:p>
      <w:pPr>
        <w:jc w:val="right"/>
      </w:pPr>
      <w:r>
        <w:t>تو جب غصہ نہیں آتا تو میرے mind کی windows کھلتی ہیں اور پھر وہ کلمات اللہ، آیات</w:t>
      </w:r>
    </w:p>
    <w:p>
      <w:r>
        <w:rPr>
          <w:b/>
        </w:rPr>
        <w:t xml:space="preserve">[56:45] </w:t>
      </w:r>
      <w:r>
        <w:t>Allah aur ilah Allah ka.</w:t>
      </w:r>
    </w:p>
    <w:p>
      <w:pPr>
        <w:jc w:val="right"/>
      </w:pPr>
      <w:r>
        <w:t>اللہ اور الہ اللہ کا۔</w:t>
      </w:r>
    </w:p>
    <w:p>
      <w:r>
        <w:rPr>
          <w:b/>
        </w:rPr>
        <w:t xml:space="preserve">[56:50] </w:t>
      </w:r>
      <w:r>
        <w:t>ke meri rasai hone lagti hai.</w:t>
      </w:r>
    </w:p>
    <w:p>
      <w:pPr>
        <w:jc w:val="right"/>
      </w:pPr>
      <w:r>
        <w:t>کہ میری رسائی ہونے لگتی ہے۔</w:t>
      </w:r>
    </w:p>
    <w:p>
      <w:r>
        <w:rPr>
          <w:b/>
        </w:rPr>
        <w:t xml:space="preserve">[56:56] </w:t>
      </w:r>
      <w:r>
        <w:t>That is creative thinking.</w:t>
      </w:r>
    </w:p>
    <w:p>
      <w:pPr>
        <w:jc w:val="right"/>
      </w:pPr>
      <w:r>
        <w:t>That is creative thinking۔</w:t>
      </w:r>
    </w:p>
    <w:p>
      <w:r>
        <w:rPr>
          <w:b/>
        </w:rPr>
        <w:t xml:space="preserve">[57:01] </w:t>
      </w:r>
      <w:r>
        <w:t>yeh clear hai yeh? Ji Maulana, agla sawal lene se pehle ek comment parhna chahenge jo aamir</w:t>
      </w:r>
    </w:p>
    <w:p>
      <w:pPr>
        <w:jc w:val="right"/>
      </w:pPr>
      <w:r>
        <w:t>یہ clear ہے یہ؟ جی مولانا، اگلا سوال لینے سے پہلے ایک کمنٹ پڑھنا چاہیں گے جو عامر</w:t>
      </w:r>
    </w:p>
    <w:p>
      <w:r>
        <w:rPr>
          <w:b/>
        </w:rPr>
        <w:t xml:space="preserve">[57:07] </w:t>
      </w:r>
      <w:r>
        <w:t>Mori sahib ne bheja hai Srinagar se.</w:t>
      </w:r>
    </w:p>
    <w:p>
      <w:pPr>
        <w:jc w:val="right"/>
      </w:pPr>
      <w:r>
        <w:t>موری صاحب نے بھیجا ہے سری نگر سے۔</w:t>
      </w:r>
    </w:p>
    <w:p>
      <w:r>
        <w:rPr>
          <w:b/>
        </w:rPr>
        <w:t xml:space="preserve">[57:12] </w:t>
      </w:r>
      <w:r>
        <w:t>Unhon ne likha hai: "Maulana, once you gave me the definition of creative thinker, you defined it as</w:t>
      </w:r>
    </w:p>
    <w:p>
      <w:pPr>
        <w:jc w:val="right"/>
      </w:pPr>
      <w:r>
        <w:t>انہوں نے لکھا ہے: "مولانا، once you gave me the definition of creative thinker, you defined it as</w:t>
      </w:r>
    </w:p>
    <w:p>
      <w:r>
        <w:rPr>
          <w:b/>
        </w:rPr>
        <w:t xml:space="preserve">[57:18] </w:t>
      </w:r>
      <w:r>
        <w:t>a person who do things normally in abnormal conditions.</w:t>
      </w:r>
    </w:p>
    <w:p>
      <w:pPr>
        <w:jc w:val="right"/>
      </w:pPr>
      <w:r>
        <w:t>a person who do things normally in abnormal conditions.</w:t>
      </w:r>
    </w:p>
    <w:p>
      <w:r>
        <w:rPr>
          <w:b/>
        </w:rPr>
        <w:t xml:space="preserve">[57:23] </w:t>
      </w:r>
      <w:r>
        <w:t>If we think and ponder on positive lines while facing abnormal situations, we will surely see that so-called</w:t>
      </w:r>
    </w:p>
    <w:p>
      <w:pPr>
        <w:jc w:val="right"/>
      </w:pPr>
      <w:r>
        <w:t>If we think and ponder on positive lines while facing abnormal situations, we will surely see that so-called</w:t>
      </w:r>
    </w:p>
    <w:p>
      <w:r>
        <w:rPr>
          <w:b/>
        </w:rPr>
        <w:t xml:space="preserve">[57:29] </w:t>
      </w:r>
      <w:r>
        <w:t>abnormal situations will become a blessing in disguise for us.</w:t>
      </w:r>
    </w:p>
    <w:p>
      <w:pPr>
        <w:jc w:val="right"/>
      </w:pPr>
      <w:r>
        <w:t>abnormal situations will become a blessing in disguise for us.</w:t>
      </w:r>
    </w:p>
    <w:p>
      <w:r>
        <w:rPr>
          <w:b/>
        </w:rPr>
        <w:t xml:space="preserve">[57:35] </w:t>
      </w:r>
      <w:r>
        <w:t>Thanks Maulana for such an inspirational talk.</w:t>
      </w:r>
    </w:p>
    <w:p>
      <w:pPr>
        <w:jc w:val="right"/>
      </w:pPr>
      <w:r>
        <w:t>Thanks مولانا for such an inspirational talk.</w:t>
      </w:r>
    </w:p>
    <w:p>
      <w:r>
        <w:rPr>
          <w:b/>
        </w:rPr>
        <w:t xml:space="preserve">[57:41] </w:t>
      </w:r>
      <w:r>
        <w:t>You have changed my mindset and given me a direction to lead a positive life." Maulana, agla sawal</w:t>
      </w:r>
    </w:p>
    <w:p>
      <w:pPr>
        <w:jc w:val="right"/>
      </w:pPr>
      <w:r>
        <w:t>You have changed my mindset and given me a direction to lead a positive life." مولانا، اگلا سوال</w:t>
      </w:r>
    </w:p>
    <w:p>
      <w:r>
        <w:rPr>
          <w:b/>
        </w:rPr>
        <w:t xml:space="preserve">[57:48] </w:t>
      </w:r>
      <w:r>
        <w:t>bheja hai Faraz Khan sahib ne Kolkata se.</w:t>
      </w:r>
    </w:p>
    <w:p>
      <w:pPr>
        <w:jc w:val="right"/>
      </w:pPr>
      <w:r>
        <w:t>بھیجا ہے فراز خان صاحب نے کلکتہ سے۔</w:t>
      </w:r>
    </w:p>
    <w:p>
      <w:r>
        <w:rPr>
          <w:b/>
        </w:rPr>
        <w:t xml:space="preserve">[57:55] </w:t>
      </w:r>
      <w:r>
        <w:t>Unhon ne likha hai: "Everyone, especially Muslims, put emphasis on rituals and traditions and not on creative thinking.</w:t>
      </w:r>
    </w:p>
    <w:p>
      <w:pPr>
        <w:jc w:val="right"/>
      </w:pPr>
      <w:r>
        <w:t>انہوں نے لکھا ہے: "Everyone, especially Muslims, put emphasis on rituals and traditions and not on creative thinking.</w:t>
      </w:r>
    </w:p>
    <w:p>
      <w:r>
        <w:rPr>
          <w:b/>
        </w:rPr>
        <w:t xml:space="preserve">[58:02] </w:t>
      </w:r>
      <w:r>
        <w:t>They are not ready to read or even accept your book.</w:t>
      </w:r>
    </w:p>
    <w:p>
      <w:pPr>
        <w:jc w:val="right"/>
      </w:pPr>
      <w:r>
        <w:t>They are not ready to read or even accept your book.</w:t>
      </w:r>
    </w:p>
    <w:p>
      <w:r>
        <w:rPr>
          <w:b/>
        </w:rPr>
        <w:t xml:space="preserve">[58:09] </w:t>
      </w:r>
      <w:r>
        <w:t>How should I convince them?</w:t>
      </w:r>
    </w:p>
    <w:p>
      <w:pPr>
        <w:jc w:val="right"/>
      </w:pPr>
      <w:r>
        <w:t>How should I convince them?</w:t>
      </w:r>
    </w:p>
    <w:p>
      <w:r>
        <w:rPr>
          <w:b/>
        </w:rPr>
        <w:t xml:space="preserve">[58:16] </w:t>
      </w:r>
      <w:r>
        <w:t>"Dekhen, aisa hua kyun? Aisa hua kyun? Main aap ko ek hadith sunata hoon.</w:t>
      </w:r>
    </w:p>
    <w:p>
      <w:pPr>
        <w:jc w:val="right"/>
      </w:pPr>
      <w:r>
        <w:t>" دیکھیں، ایسا ہوا کیوں؟ ایسا ہوا کیوں؟ میں آپ کو ایک حدیث سناتا ہوں۔</w:t>
      </w:r>
    </w:p>
    <w:p>
      <w:r>
        <w:rPr>
          <w:b/>
        </w:rPr>
        <w:t xml:space="preserve">[58:21] </w:t>
      </w:r>
      <w:r>
        <w:t>Quran mein hai ke: "اذا جاء رسول اللہ والفتھ ورأيت الناس يدخلون في دين الله أفواجا" ke log</w:t>
      </w:r>
    </w:p>
    <w:p>
      <w:pPr>
        <w:jc w:val="right"/>
      </w:pPr>
      <w:r>
        <w:t>قرآن میں ہے کہ: "اذا جاء رسول اللہ والفتھ ورأيت الناس يدخلون في دين الله أفواجا" کہ لوگ</w:t>
      </w:r>
    </w:p>
    <w:p>
      <w:r>
        <w:rPr>
          <w:b/>
        </w:rPr>
        <w:t xml:space="preserve">[58:26] </w:t>
      </w:r>
      <w:r>
        <w:t>fauj dar fauj Allah ke deen mein dakhil honge.</w:t>
      </w:r>
    </w:p>
    <w:p>
      <w:pPr>
        <w:jc w:val="right"/>
      </w:pPr>
      <w:r>
        <w:t>فوج در فوج اللہ کے دین میں داخل ہوں گے۔</w:t>
      </w:r>
    </w:p>
    <w:p>
      <w:r>
        <w:rPr>
          <w:b/>
        </w:rPr>
        <w:t xml:space="preserve">[58:31] </w:t>
      </w:r>
      <w:r>
        <w:t>Is ke baray mein ek hadith hai ke: "هم يدخلون في دين الله أفواجا ثم يخرجون من دين</w:t>
      </w:r>
    </w:p>
    <w:p>
      <w:pPr>
        <w:jc w:val="right"/>
      </w:pPr>
      <w:r>
        <w:t>اس کے بارے میں ایک حدیث ہے کہ: "هم يدخلون في دين الله أفواجا ثم يخرجون من دين</w:t>
      </w:r>
    </w:p>
    <w:p>
      <w:r>
        <w:rPr>
          <w:b/>
        </w:rPr>
        <w:t xml:space="preserve">[58:36] </w:t>
      </w:r>
      <w:r>
        <w:t>Allah أفواجا" yani log fauj dar fauj Islam mein dakhil honge, phir fauj dar fauj Islam mein</w:t>
      </w:r>
    </w:p>
    <w:p>
      <w:pPr>
        <w:jc w:val="right"/>
      </w:pPr>
      <w:r>
        <w:t>الله أفواجا" یعنی لوگ فوج در فوج اسلام میں داخل ہوں گے، پھر فوج در فوج اسلام میں</w:t>
      </w:r>
    </w:p>
    <w:p>
      <w:r>
        <w:rPr>
          <w:b/>
        </w:rPr>
        <w:t xml:space="preserve">[58:42] </w:t>
      </w:r>
      <w:r>
        <w:t>nikal bhi jayenge.</w:t>
      </w:r>
    </w:p>
    <w:p>
      <w:pPr>
        <w:jc w:val="right"/>
      </w:pPr>
      <w:r>
        <w:t>نکل بھی جائیں گے۔</w:t>
      </w:r>
    </w:p>
    <w:p>
      <w:r>
        <w:rPr>
          <w:b/>
        </w:rPr>
        <w:t xml:space="preserve">[58:47] </w:t>
      </w:r>
      <w:r>
        <w:t>To main ne socha ke aisa to kabhi hua nahin ke musalman nikal gaye hon.</w:t>
      </w:r>
    </w:p>
    <w:p>
      <w:pPr>
        <w:jc w:val="right"/>
      </w:pPr>
      <w:r>
        <w:t>تو میں نے سوچا کہ ایسا تو کبھی ہوا نہیں کہ مسلمان نکل گئے ہوں۔</w:t>
      </w:r>
    </w:p>
    <w:p>
      <w:r>
        <w:rPr>
          <w:b/>
        </w:rPr>
        <w:t xml:space="preserve">[58:52] </w:t>
      </w:r>
      <w:r>
        <w:t>jo islam mein aa gaya, aa gaya.</w:t>
      </w:r>
    </w:p>
    <w:p>
      <w:pPr>
        <w:jc w:val="right"/>
      </w:pPr>
      <w:r>
        <w:t>جو اسلام میں آ گیا، آ گیا۔</w:t>
      </w:r>
    </w:p>
    <w:p>
      <w:r>
        <w:rPr>
          <w:b/>
        </w:rPr>
        <w:t xml:space="preserve">[58:57] </w:t>
      </w:r>
      <w:r>
        <w:t>poori tareekh mein kabhi aisa nahi hua ke jis tarah fouj dar fouj aaye thay, hazrat fouj dar</w:t>
      </w:r>
    </w:p>
    <w:p>
      <w:pPr>
        <w:jc w:val="right"/>
      </w:pPr>
      <w:r>
        <w:t>پوری تاریخ میں کبھی ایسا نہیں ہوا کہ جس طرح فوج در فوج آئے تھے، حضرت فوج در</w:t>
      </w:r>
    </w:p>
    <w:p>
      <w:r>
        <w:rPr>
          <w:b/>
        </w:rPr>
        <w:t xml:space="preserve">[59:02] </w:t>
      </w:r>
      <w:r>
        <w:t>fauj nikal gaye.</w:t>
      </w:r>
    </w:p>
    <w:p>
      <w:pPr>
        <w:jc w:val="right"/>
      </w:pPr>
      <w:r>
        <w:t>فوج نکل گئے۔</w:t>
      </w:r>
    </w:p>
    <w:p>
      <w:r>
        <w:rPr>
          <w:b/>
        </w:rPr>
        <w:t xml:space="preserve">[59:08] </w:t>
      </w:r>
      <w:r>
        <w:t>yeh to kabhi hua nahi.</w:t>
      </w:r>
    </w:p>
    <w:p>
      <w:pPr>
        <w:jc w:val="right"/>
      </w:pPr>
      <w:r>
        <w:t>یہ تو کبھی ہوا نہیں۔</w:t>
      </w:r>
    </w:p>
    <w:p>
      <w:r>
        <w:rPr>
          <w:b/>
        </w:rPr>
        <w:t xml:space="preserve">[59:13] </w:t>
      </w:r>
      <w:r>
        <w:t>poori tareekh mein aisa koi phenomena maloom nahi hai.</w:t>
      </w:r>
    </w:p>
    <w:p>
      <w:pPr>
        <w:jc w:val="right"/>
      </w:pPr>
      <w:r>
        <w:t>پوری تاریخ میں ایسا کوئی phenomena معلوم نہیں ہے۔</w:t>
      </w:r>
    </w:p>
    <w:p>
      <w:r>
        <w:rPr>
          <w:b/>
        </w:rPr>
        <w:t xml:space="preserve">[59:18] </w:t>
      </w:r>
      <w:r>
        <w:t>tab mein ne discover kiya ke is ka matlab kya hai ke log aayenge islam mein, loot</w:t>
      </w:r>
    </w:p>
    <w:p>
      <w:pPr>
        <w:jc w:val="right"/>
      </w:pPr>
      <w:r>
        <w:t>تب میں نے discover کیا کہ اس کا مطلب کیا ہے کہ لوگ آئیں گے اسلام میں، لوٹ</w:t>
      </w:r>
    </w:p>
    <w:p>
      <w:r>
        <w:rPr>
          <w:b/>
        </w:rPr>
        <w:t xml:space="preserve">[59:23] </w:t>
      </w:r>
      <w:r>
        <w:t>jayenge apne mindset ki taraf.</w:t>
      </w:r>
    </w:p>
    <w:p>
      <w:pPr>
        <w:jc w:val="right"/>
      </w:pPr>
      <w:r>
        <w:t>جائیں گے اپنے mindset کی طرف۔</w:t>
      </w:r>
    </w:p>
    <w:p>
      <w:r>
        <w:rPr>
          <w:b/>
        </w:rPr>
        <w:t xml:space="preserve">[59:28] </w:t>
      </w:r>
      <w:r>
        <w:t>aayenge islam mein, loot jayenge mindset ki taraf.</w:t>
      </w:r>
    </w:p>
    <w:p>
      <w:pPr>
        <w:jc w:val="right"/>
      </w:pPr>
      <w:r>
        <w:t>آئیں گے اسلام میں، لوٹ جائیں گے mindset کی طرف۔</w:t>
      </w:r>
    </w:p>
    <w:p>
      <w:r>
        <w:rPr>
          <w:b/>
        </w:rPr>
        <w:t xml:space="preserve">[59:34] </w:t>
      </w:r>
      <w:r>
        <w:t>to aaj musalmanon mein jitni bhi evils hain, woh sab musalman rehte hue apne mindset ki taraf loot jana hai.</w:t>
      </w:r>
    </w:p>
    <w:p>
      <w:pPr>
        <w:jc w:val="right"/>
      </w:pPr>
      <w:r>
        <w:t>تو آج مسلمانوں میں جتنی بھی evils ہیں، وہ سب مسلمان رہتے ہوئے اپنے mindset کی طرف لوٹ جانا ہے۔</w:t>
      </w:r>
    </w:p>
    <w:p>
      <w:r>
        <w:rPr>
          <w:b/>
        </w:rPr>
        <w:t xml:space="preserve">[59:39] </w:t>
      </w:r>
      <w:r>
        <w:t>is liye hua hai.</w:t>
      </w:r>
    </w:p>
    <w:p>
      <w:pPr>
        <w:jc w:val="right"/>
      </w:pPr>
      <w:r>
        <w:t>اس لیے ہوا ہے۔</w:t>
      </w:r>
    </w:p>
    <w:p>
      <w:r>
        <w:rPr>
          <w:b/>
        </w:rPr>
        <w:t xml:space="preserve">[59:44] </w:t>
      </w:r>
      <w:r>
        <w:t>to jitne mazhab hain dunya mein, sab rituals par set of rituals ko mante hain.</w:t>
      </w:r>
    </w:p>
    <w:p>
      <w:pPr>
        <w:jc w:val="right"/>
      </w:pPr>
      <w:r>
        <w:t>تو جتنے مذہب ہیں دنیا میں، سب rituals پر set of rituals کو مانتے ہیں۔</w:t>
      </w:r>
    </w:p>
    <w:p>
      <w:r>
        <w:rPr>
          <w:b/>
        </w:rPr>
        <w:t xml:space="preserve">[59:49] </w:t>
      </w:r>
      <w:r>
        <w:t>mazhab jitne bhi mazhab hain, un ka yeh baat naam hai set of rituals ka.</w:t>
      </w:r>
    </w:p>
    <w:p>
      <w:pPr>
        <w:jc w:val="right"/>
      </w:pPr>
      <w:r>
        <w:t>مذہب جتنے بھی مذہب ہیں، ان کا یہ بات نام ہے set of rituals کا۔</w:t>
      </w:r>
    </w:p>
    <w:p>
      <w:r>
        <w:rPr>
          <w:b/>
        </w:rPr>
        <w:t xml:space="preserve">[59:54] </w:t>
      </w:r>
      <w:r>
        <w:t>isi mein thay pehle woh.</w:t>
      </w:r>
    </w:p>
    <w:p>
      <w:pPr>
        <w:jc w:val="right"/>
      </w:pPr>
      <w:r>
        <w:t>اسی میں تھے پہلے وہ۔</w:t>
      </w:r>
    </w:p>
    <w:p>
      <w:r>
        <w:rPr>
          <w:b/>
        </w:rPr>
        <w:t xml:space="preserve">[1:00:00] </w:t>
      </w:r>
      <w:r>
        <w:t>to islam mein jab aaye to isi se loot gaye, yaani fouj dar fouj islam mein aaye aur</w:t>
      </w:r>
    </w:p>
    <w:p>
      <w:pPr>
        <w:jc w:val="right"/>
      </w:pPr>
      <w:r>
        <w:t>تو اسلام میں جب آئے تو اسی سے لوٹ گئے، یعنی فوج در فوج اسلام میں آئے اور</w:t>
      </w:r>
    </w:p>
    <w:p>
      <w:r>
        <w:rPr>
          <w:b/>
        </w:rPr>
        <w:t xml:space="preserve">[1:00:05] </w:t>
      </w:r>
      <w:r>
        <w:t>fauj dar fouj apne pichlay mindset se loot gaye.</w:t>
      </w:r>
    </w:p>
    <w:p>
      <w:pPr>
        <w:jc w:val="right"/>
      </w:pPr>
      <w:r>
        <w:t>فوج در فوج اپنے پچھلے mindset سے لوٹ گئے۔</w:t>
      </w:r>
    </w:p>
    <w:p>
      <w:r>
        <w:rPr>
          <w:b/>
        </w:rPr>
        <w:t xml:space="preserve">[1:00:10] </w:t>
      </w:r>
      <w:r>
        <w:t>to deen to nahi chora unhon ne, deen to nahi chora unhon ne, lekin mindset wahi pichla jo</w:t>
      </w:r>
    </w:p>
    <w:p>
      <w:pPr>
        <w:jc w:val="right"/>
      </w:pPr>
      <w:r>
        <w:t>تو دین تو نہیں چھوڑا انہوں نے، دین تو نہیں چھوڑا انہوں نے، لیکن mindset وہی پچھلا جو</w:t>
      </w:r>
    </w:p>
    <w:p>
      <w:r>
        <w:rPr>
          <w:b/>
        </w:rPr>
        <w:t xml:space="preserve">[1:00:15] </w:t>
      </w:r>
      <w:r>
        <w:t>tha, wahi loot aaya.</w:t>
      </w:r>
    </w:p>
    <w:p>
      <w:pPr>
        <w:jc w:val="right"/>
      </w:pPr>
      <w:r>
        <w:t>تھا، وہی لوٹ آیا۔</w:t>
      </w:r>
    </w:p>
    <w:p>
      <w:r>
        <w:rPr>
          <w:b/>
        </w:rPr>
        <w:t xml:space="preserve">[1:00:20] </w:t>
      </w:r>
      <w:r>
        <w:t>yeh matlab hai is ka.</w:t>
      </w:r>
    </w:p>
    <w:p>
      <w:pPr>
        <w:jc w:val="right"/>
      </w:pPr>
      <w:r>
        <w:t>یہ مطلب ہے اس کا۔</w:t>
      </w:r>
    </w:p>
    <w:p>
      <w:r>
        <w:rPr>
          <w:b/>
        </w:rPr>
        <w:t xml:space="preserve">[1:00:26] </w:t>
      </w:r>
      <w:r>
        <w:t>to saare dunya mein musalmanon mein jo baatein hain, tashaddud hai, kahin ritualism hai, kahin kya hai, kahin</w:t>
      </w:r>
    </w:p>
    <w:p>
      <w:pPr>
        <w:jc w:val="right"/>
      </w:pPr>
      <w:r>
        <w:t>تو سارے دنیا میں مسلمانوں میں جو باتیں ہیں، تشدد ہے، کہیں ritualism ہے، کہیں کیا ہے، کہیں</w:t>
      </w:r>
    </w:p>
    <w:p>
      <w:r>
        <w:rPr>
          <w:b/>
        </w:rPr>
        <w:t xml:space="preserve">[1:00:31] </w:t>
      </w:r>
      <w:r>
        <w:t>kya hai, woh sab jo hai ke jis mazhab se nikal kar aaye thay, to us mindset ko</w:t>
      </w:r>
    </w:p>
    <w:p>
      <w:pPr>
        <w:jc w:val="right"/>
      </w:pPr>
      <w:r>
        <w:t>کیا ہے، وہ سب جو ہے کہ جس مذہب سے نکل کر آئے تھے، تو اس mindset کو</w:t>
      </w:r>
    </w:p>
    <w:p>
      <w:r>
        <w:rPr>
          <w:b/>
        </w:rPr>
        <w:t xml:space="preserve">[1:00:36] </w:t>
      </w:r>
      <w:r>
        <w:t>badal nahi paye.</w:t>
      </w:r>
    </w:p>
    <w:p>
      <w:pPr>
        <w:jc w:val="right"/>
      </w:pPr>
      <w:r>
        <w:t>بدل نہیں پائے۔</w:t>
      </w:r>
    </w:p>
    <w:p>
      <w:r>
        <w:rPr>
          <w:b/>
        </w:rPr>
        <w:t xml:space="preserve">[1:00:41] </w:t>
      </w:r>
      <w:r>
        <w:t>woh hamare ulama ne kabhi kisi baqayeda koshish nahi ki ke mindset ko badalen.</w:t>
      </w:r>
    </w:p>
    <w:p>
      <w:pPr>
        <w:jc w:val="right"/>
      </w:pPr>
      <w:r>
        <w:t>وہ ہمارے علماء نے کبھی کسی باقاعدہ کوشش نہیں کی کہ mindset کو بدلیں۔</w:t>
      </w:r>
    </w:p>
    <w:p>
      <w:r>
        <w:rPr>
          <w:b/>
        </w:rPr>
        <w:t xml:space="preserve">[1:00:46] </w:t>
      </w:r>
      <w:r>
        <w:t>fatwa dete hain hamare ulama, hamare ulama fatwa dete hain.</w:t>
      </w:r>
    </w:p>
    <w:p>
      <w:pPr>
        <w:jc w:val="right"/>
      </w:pPr>
      <w:r>
        <w:t>فتویٰ دیتے ہیں ہمارے علماء، ہمارے علماء فتویٰ دیتے ہیں۔</w:t>
      </w:r>
    </w:p>
    <w:p>
      <w:r>
        <w:rPr>
          <w:b/>
        </w:rPr>
        <w:t xml:space="preserve">[1:00:52] </w:t>
      </w:r>
      <w:r>
        <w:t>pichlay mindset ko badalne ki koi cheez sirf koshish nahi karte.</w:t>
      </w:r>
    </w:p>
    <w:p>
      <w:pPr>
        <w:jc w:val="right"/>
      </w:pPr>
      <w:r>
        <w:t>پچھلے mindset کو بدلنے کی کوئی چیز صرف کوشش نہیں کرتے۔</w:t>
      </w:r>
    </w:p>
    <w:p>
      <w:r>
        <w:rPr>
          <w:b/>
        </w:rPr>
        <w:t xml:space="preserve">[1:00:57] </w:t>
      </w:r>
      <w:r>
        <w:t>is wajah se yeh sab baatein hain.</w:t>
      </w:r>
    </w:p>
    <w:p>
      <w:pPr>
        <w:jc w:val="right"/>
      </w:pPr>
      <w:r>
        <w:t>اس وجہ سے یہ سب باتیں ہیں۔</w:t>
      </w:r>
    </w:p>
    <w:p>
      <w:r>
        <w:rPr>
          <w:b/>
        </w:rPr>
        <w:t xml:space="preserve">[1:01:02] </w:t>
      </w:r>
      <w:r>
        <w:t>to un ke iman ko accept karte hue hamein un ke mindset ko badalna hoga.</w:t>
      </w:r>
    </w:p>
    <w:p>
      <w:pPr>
        <w:jc w:val="right"/>
      </w:pPr>
      <w:r>
        <w:t>تو ان کے ایمان کو accept کرتے ہوئے ہمیں ان کے mindset کو بدلنا ہوگا۔</w:t>
      </w:r>
    </w:p>
    <w:p>
      <w:r>
        <w:rPr>
          <w:b/>
        </w:rPr>
        <w:t xml:space="preserve">[1:01:07] </w:t>
      </w:r>
      <w:r>
        <w:t>tab sab theek ho jayega.</w:t>
      </w:r>
    </w:p>
    <w:p>
      <w:pPr>
        <w:jc w:val="right"/>
      </w:pPr>
      <w:r>
        <w:t>تب سب ٹھیک ہو جائے گی۔</w:t>
      </w:r>
    </w:p>
    <w:p>
      <w:r>
        <w:rPr>
          <w:b/>
        </w:rPr>
        <w:t xml:space="preserve">[1:01:12] </w:t>
      </w:r>
      <w:r>
        <w:t>maulana, agla sawal lene se pehle ek comment padhna chahenge jo tariq badar sahab ne bheja hai pakistan se.</w:t>
      </w:r>
    </w:p>
    <w:p>
      <w:pPr>
        <w:jc w:val="right"/>
      </w:pPr>
      <w:r>
        <w:t>مولانا، اگلا سوال لینے سے پہلے ایک کمنٹ پڑھنا چاہیں گے جو طارق بدر صاحب نے بھیجا ہے پاکستان سے۔</w:t>
      </w:r>
    </w:p>
    <w:p>
      <w:r>
        <w:rPr>
          <w:b/>
        </w:rPr>
        <w:t xml:space="preserve">[1:01:18] </w:t>
      </w:r>
      <w:r>
        <w:t>unhon ne likha hai: "maulana, today i learned a new thing that before islam it was meditation only,</w:t>
      </w:r>
    </w:p>
    <w:p>
      <w:pPr>
        <w:jc w:val="right"/>
      </w:pPr>
      <w:r>
        <w:t>انہوں نے لکھا ہے: "مولانا، today I learned a new thing that before Islam it was meditation only,</w:t>
      </w:r>
    </w:p>
    <w:p>
      <w:r>
        <w:rPr>
          <w:b/>
        </w:rPr>
        <w:t xml:space="preserve">[1:01:23] </w:t>
      </w:r>
      <w:r>
        <w:t>but islam brought the culture of tadabbur, thinking and creative thinking.</w:t>
      </w:r>
    </w:p>
    <w:p>
      <w:pPr>
        <w:jc w:val="right"/>
      </w:pPr>
      <w:r>
        <w:t>but Islam brought the culture of تدبر، thinking and creative thinking.</w:t>
      </w:r>
    </w:p>
    <w:p>
      <w:r>
        <w:rPr>
          <w:b/>
        </w:rPr>
        <w:t xml:space="preserve">[1:01:28] </w:t>
      </w:r>
      <w:r>
        <w:t>based on my travel experience in us and canada, i noticed that muslims in these countries are not</w:t>
      </w:r>
    </w:p>
    <w:p>
      <w:pPr>
        <w:jc w:val="right"/>
      </w:pPr>
      <w:r>
        <w:t>Based on my travel experience in US and Canada, I noticed that Muslims in these countries are not</w:t>
      </w:r>
    </w:p>
    <w:p>
      <w:r>
        <w:rPr>
          <w:b/>
        </w:rPr>
        <w:t xml:space="preserve">[1:01:33] </w:t>
      </w:r>
      <w:r>
        <w:t>only against trump, but they are even against all the local people and tell me that, 'tarik, you</w:t>
      </w:r>
    </w:p>
    <w:p>
      <w:pPr>
        <w:jc w:val="right"/>
      </w:pPr>
      <w:r>
        <w:t>only against Trump, but they are even against all the local people and tell me that, 'Tarik, you</w:t>
      </w:r>
    </w:p>
    <w:p>
      <w:r>
        <w:rPr>
          <w:b/>
        </w:rPr>
        <w:t xml:space="preserve">[1:01:38] </w:t>
      </w:r>
      <w:r>
        <w:t>don't know they are very bad people.</w:t>
      </w:r>
    </w:p>
    <w:p>
      <w:pPr>
        <w:jc w:val="right"/>
      </w:pPr>
      <w:r>
        <w:t>don't know they are very bad people.</w:t>
      </w:r>
    </w:p>
    <w:p>
      <w:r>
        <w:rPr>
          <w:b/>
        </w:rPr>
        <w:t xml:space="preserve">[1:01:44] </w:t>
      </w:r>
      <w:r>
        <w:t>' Maulana, you rightly said if you cannot be thankful to people, how can you be thankful to God? " Maulana, agla sawal Bangalore se bheja hai Faisal Saleem sahib ne aur unhone likha hai: "Maulana sahib, can you please guide me how objective thinking can be achieved and how it leads to creative thinking?</w:t>
      </w:r>
    </w:p>
    <w:p>
      <w:pPr>
        <w:jc w:val="right"/>
      </w:pPr>
      <w:r>
        <w:t>' مولانا، you rightly said if you cannot be thankful to people, how can you be thankful to God? " مولانا، اگلا سوال بینگلور سے بھیجا ہے فیصل سلیم صاحب نے اور انہوں نے لکھا ہے: "مولانا صاحب, can you please guide me how objective thinking can be achieved and how it leads to creative thinking?</w:t>
      </w:r>
    </w:p>
    <w:p>
      <w:r>
        <w:rPr>
          <w:b/>
        </w:rPr>
        <w:t xml:space="preserve">[1:02:12] </w:t>
      </w:r>
      <w:r>
        <w:t>" bhai, mera to experience yahi hai ke sab log jeete hain apne cell mein.</w:t>
      </w:r>
    </w:p>
    <w:p>
      <w:pPr>
        <w:jc w:val="right"/>
      </w:pPr>
      <w:r>
        <w:t>" بھائی، میرا تو experience یہی ہے کہ سب لوگ جیتے ہیں اپنے cell میں۔</w:t>
      </w:r>
    </w:p>
    <w:p>
      <w:r>
        <w:rPr>
          <w:b/>
        </w:rPr>
        <w:t xml:space="preserve">[1:02:17] </w:t>
      </w:r>
      <w:r>
        <w:t>har aadmi ne apna ek cell bana rakha hai, usi mein jeeta hai.</w:t>
      </w:r>
    </w:p>
    <w:p>
      <w:pPr>
        <w:jc w:val="right"/>
      </w:pPr>
      <w:r>
        <w:t>ہر آدمی نے اپنا ایک cell بنا رکھا ہے، اسی میں جیتا ہے۔</w:t>
      </w:r>
    </w:p>
    <w:p>
      <w:r>
        <w:rPr>
          <w:b/>
        </w:rPr>
        <w:t xml:space="preserve">[1:02:22] </w:t>
      </w:r>
      <w:r>
        <w:t>is cell se bahar aaiye, is ko cell ko todiye.</w:t>
      </w:r>
    </w:p>
    <w:p>
      <w:pPr>
        <w:jc w:val="right"/>
      </w:pPr>
      <w:r>
        <w:t>اس cell سے باہر آئیے، اس کو cell کو توڑیے۔</w:t>
      </w:r>
    </w:p>
    <w:p>
      <w:r>
        <w:rPr>
          <w:b/>
        </w:rPr>
        <w:t xml:space="preserve">[1:02:27] </w:t>
      </w:r>
      <w:r>
        <w:t>is cell ko aap mindset kahein, conditioning kahein.</w:t>
      </w:r>
    </w:p>
    <w:p>
      <w:pPr>
        <w:jc w:val="right"/>
      </w:pPr>
      <w:r>
        <w:t>اس cell کو آپ mindset کہیں، conditioning کہیں۔</w:t>
      </w:r>
    </w:p>
    <w:p>
      <w:r>
        <w:rPr>
          <w:b/>
        </w:rPr>
        <w:t xml:space="preserve">[1:02:33] </w:t>
      </w:r>
      <w:r>
        <w:t>har aadmi ka ek cell hai, wo family se bana hai, kahin environment se bana hai, kahin apni</w:t>
      </w:r>
    </w:p>
    <w:p>
      <w:pPr>
        <w:jc w:val="right"/>
      </w:pPr>
      <w:r>
        <w:t>ہر آدمی کا ایک cell ہے، وہ family سے بنا ہے، کہیں environment سے بنا ہے، کہیں اپنی</w:t>
      </w:r>
    </w:p>
    <w:p>
      <w:r>
        <w:rPr>
          <w:b/>
        </w:rPr>
        <w:t xml:space="preserve">[1:02:38] </w:t>
      </w:r>
      <w:r>
        <w:t>glory se bana hai.</w:t>
      </w:r>
    </w:p>
    <w:p>
      <w:pPr>
        <w:jc w:val="right"/>
      </w:pPr>
      <w:r>
        <w:t>glory سے بنا ہے۔</w:t>
      </w:r>
    </w:p>
    <w:p>
      <w:r>
        <w:rPr>
          <w:b/>
        </w:rPr>
        <w:t xml:space="preserve">[1:02:43] </w:t>
      </w:r>
      <w:r>
        <w:t>to is cell mein jeeta hai aadmi.</w:t>
      </w:r>
    </w:p>
    <w:p>
      <w:pPr>
        <w:jc w:val="right"/>
      </w:pPr>
      <w:r>
        <w:t>تو اس cell میں جیتا ہے آدمی۔</w:t>
      </w:r>
    </w:p>
    <w:p>
      <w:r>
        <w:rPr>
          <w:b/>
        </w:rPr>
        <w:t xml:space="preserve">[1:02:49] </w:t>
      </w:r>
      <w:r>
        <w:t>har aadmi, maine to yahi paya hai logon ko.</w:t>
      </w:r>
    </w:p>
    <w:p>
      <w:pPr>
        <w:jc w:val="right"/>
      </w:pPr>
      <w:r>
        <w:t>ہر آدمی، میں نے تو یہی پایا ہے لوگوں کو۔</w:t>
      </w:r>
    </w:p>
    <w:p>
      <w:r>
        <w:rPr>
          <w:b/>
        </w:rPr>
        <w:t xml:space="preserve">[1:02:54] </w:t>
      </w:r>
      <w:r>
        <w:t>to agar aap chahte hain apne andar lana positive thinking, creative thinking, to apne cell ko todiye.</w:t>
      </w:r>
    </w:p>
    <w:p>
      <w:pPr>
        <w:jc w:val="right"/>
      </w:pPr>
      <w:r>
        <w:t>تو اگر آپ چاہتے ہیں اپنے اندر لانا positive thinking, creative thinking، تو اپنے cell کو توڑیے۔</w:t>
      </w:r>
    </w:p>
    <w:p>
      <w:r>
        <w:rPr>
          <w:b/>
        </w:rPr>
        <w:t xml:space="preserve">[1:02:59] </w:t>
      </w:r>
      <w:r>
        <w:t>apne is cell ko todiye, warna creative thinking kabhi aa nahi sakti.</w:t>
      </w:r>
    </w:p>
    <w:p>
      <w:pPr>
        <w:jc w:val="right"/>
      </w:pPr>
      <w:r>
        <w:t>اپنے اس cell کو توڑیے، ورنہ creative thinking کبھی آ نہیں سکتی۔</w:t>
      </w:r>
    </w:p>
    <w:p>
      <w:r>
        <w:rPr>
          <w:b/>
        </w:rPr>
        <w:t xml:space="preserve">[1:03:04] </w:t>
      </w:r>
      <w:r>
        <w:t>ji maulana, agla sawal lete hain jo anwar subhani sahab ne bheja hai delhi se.</w:t>
      </w:r>
    </w:p>
    <w:p>
      <w:pPr>
        <w:jc w:val="right"/>
      </w:pPr>
      <w:r>
        <w:t>جی مولانا، اگلا سوال لیتے ہیں جو انور سبحانی صاحب نے بھیجا ہے دلی سے۔</w:t>
      </w:r>
    </w:p>
    <w:p>
      <w:r>
        <w:rPr>
          <w:b/>
        </w:rPr>
        <w:t xml:space="preserve">[1:03:10] </w:t>
      </w:r>
      <w:r>
        <w:t>unhon ne aapse poocha hai: "maulana sahab, please explain about ghazwa-e-hind." ghazwa-e-hind par maine</w:t>
      </w:r>
    </w:p>
    <w:p>
      <w:pPr>
        <w:jc w:val="right"/>
      </w:pPr>
      <w:r>
        <w:t>انہوں نے آپ سے پوچھا ہے: "مولانا صاحب، please explain about غزوہ ہند۔" غزوہ ہند پر میں نے</w:t>
      </w:r>
    </w:p>
    <w:p>
      <w:r>
        <w:rPr>
          <w:b/>
        </w:rPr>
        <w:t xml:space="preserve">[1:03:15] </w:t>
      </w:r>
      <w:r>
        <w:t>likha hai, wo to padh lijie.</w:t>
      </w:r>
    </w:p>
    <w:p>
      <w:pPr>
        <w:jc w:val="right"/>
      </w:pPr>
      <w:r>
        <w:t>لکھا ہے، وہ تو پڑھ لیجیے۔</w:t>
      </w:r>
    </w:p>
    <w:p>
      <w:r>
        <w:rPr>
          <w:b/>
        </w:rPr>
        <w:t xml:space="preserve">[1:03:20] </w:t>
      </w:r>
      <w:r>
        <w:t>yahan par jo jo main bolta hoon, us ko le kar sawal kijiye to zyada acha hoga.</w:t>
      </w:r>
    </w:p>
    <w:p>
      <w:pPr>
        <w:jc w:val="right"/>
      </w:pPr>
      <w:r>
        <w:t>یہاں پر جو جو میں بولتا ہوں، اس کو لے کر سوال کیجیے تو زیادہ اچھا ہوگا۔</w:t>
      </w:r>
    </w:p>
    <w:p>
      <w:r>
        <w:rPr>
          <w:b/>
        </w:rPr>
        <w:t xml:space="preserve">[1:03:26] </w:t>
      </w:r>
      <w:r>
        <w:t>baqi ghazwa-e-hind ka wo matlab hargiz nahi jo pakistan walon ne rakha ho.</w:t>
      </w:r>
    </w:p>
    <w:p>
      <w:pPr>
        <w:jc w:val="right"/>
      </w:pPr>
      <w:r>
        <w:t>باقی غزوہ ہند کا وہ مطلب ہرگز نہیں جو پاکستان والوں نے رکھا ہو۔</w:t>
      </w:r>
    </w:p>
    <w:p>
      <w:r>
        <w:rPr>
          <w:b/>
        </w:rPr>
        <w:t xml:space="preserve">[1:03:31] </w:t>
      </w:r>
      <w:r>
        <w:t>bilkul fall short pe khade hue hain pakistanion wale.</w:t>
      </w:r>
    </w:p>
    <w:p>
      <w:pPr>
        <w:jc w:val="right"/>
      </w:pPr>
      <w:r>
        <w:t>بالکل fall short پہ کھڑے ہوئے ہیں پاکستانیوں والے۔</w:t>
      </w:r>
    </w:p>
    <w:p>
      <w:r>
        <w:rPr>
          <w:b/>
        </w:rPr>
        <w:t xml:space="preserve">[1:03:36] </w:t>
      </w:r>
      <w:r>
        <w:t>main sakhti se kahunga kyunke ghazwa-e-hind jo wo military chala rahe hain, us ko ghazwa-e-hind samajhte hain.</w:t>
      </w:r>
    </w:p>
    <w:p>
      <w:pPr>
        <w:jc w:val="right"/>
      </w:pPr>
      <w:r>
        <w:t>میں سختی سے کہوں گا کیونکہ غزوہ ہند جو وہ military چلا رہے ہیں، اس کو غزوہ ہند سمجھتے ہیں۔</w:t>
      </w:r>
    </w:p>
    <w:p>
      <w:r>
        <w:rPr>
          <w:b/>
        </w:rPr>
        <w:t xml:space="preserve">[1:03:41] </w:t>
      </w:r>
      <w:r>
        <w:t>is ko bilkul fall short pe jeete hain.</w:t>
      </w:r>
    </w:p>
    <w:p>
      <w:pPr>
        <w:jc w:val="right"/>
      </w:pPr>
      <w:r>
        <w:t>اس کو بالکل fall short پہ جیتے ہیں۔</w:t>
      </w:r>
    </w:p>
    <w:p>
      <w:r>
        <w:rPr>
          <w:b/>
        </w:rPr>
        <w:t xml:space="preserve">[1:03:47] </w:t>
      </w:r>
      <w:r>
        <w:t>hargiz hargiz woh ghazwa e hind nahi hai jo woh kar rahe hain.</w:t>
      </w:r>
    </w:p>
    <w:p>
      <w:pPr>
        <w:jc w:val="right"/>
      </w:pPr>
      <w:r>
        <w:t>ہرگز ہرگز وہ غزوہ ہند نہیں ہے جو وہ کر رہے ہیں۔</w:t>
      </w:r>
    </w:p>
    <w:p>
      <w:r>
        <w:rPr>
          <w:b/>
        </w:rPr>
        <w:t xml:space="preserve">[1:03:52] </w:t>
      </w:r>
      <w:r>
        <w:t>yani proxy war chalate hain aur is ko kehte hain ghazwa e hind.</w:t>
      </w:r>
    </w:p>
    <w:p>
      <w:pPr>
        <w:jc w:val="right"/>
      </w:pPr>
      <w:r>
        <w:t>یعنی proxy war چلاتے ہیں اور اس کو کہتے ہیں غزوہ ہند۔</w:t>
      </w:r>
    </w:p>
    <w:p>
      <w:r>
        <w:rPr>
          <w:b/>
        </w:rPr>
        <w:t xml:space="preserve">[1:03:57] </w:t>
      </w:r>
      <w:r>
        <w:t>proxy war to apne aap mein haram hai.</w:t>
      </w:r>
    </w:p>
    <w:p>
      <w:pPr>
        <w:jc w:val="right"/>
      </w:pPr>
      <w:r>
        <w:t>Proxy war تو اپنے آپ میں حرام ہے۔</w:t>
      </w:r>
    </w:p>
    <w:p>
      <w:r>
        <w:rPr>
          <w:b/>
        </w:rPr>
        <w:t xml:space="preserve">[1:04:03] </w:t>
      </w:r>
      <w:r>
        <w:t>bas jo matlab batate hain is ka pakistanion wale, woh bilkul galat hai.</w:t>
      </w:r>
    </w:p>
    <w:p>
      <w:pPr>
        <w:jc w:val="right"/>
      </w:pPr>
      <w:r>
        <w:t>بس جو مطلب بتاتے ہیں اس کا پاکستانیوں والے، وہ بالکل غلط ہے۔</w:t>
      </w:r>
    </w:p>
    <w:p>
      <w:r>
        <w:rPr>
          <w:b/>
        </w:rPr>
        <w:t xml:space="preserve">[1:04:08] </w:t>
      </w:r>
      <w:r>
        <w:t>is mein koi shaq nahi.</w:t>
      </w:r>
    </w:p>
    <w:p>
      <w:pPr>
        <w:jc w:val="right"/>
      </w:pPr>
      <w:r>
        <w:t>اس میں کوئی شک نہیں۔</w:t>
      </w:r>
    </w:p>
    <w:p>
      <w:r>
        <w:rPr>
          <w:b/>
        </w:rPr>
        <w:t xml:space="preserve">[1:04:13] </w:t>
      </w:r>
      <w:r>
        <w:t>aur is ka jo sahi expression hai, woh mein likh chuka hoon.</w:t>
      </w:r>
    </w:p>
    <w:p>
      <w:pPr>
        <w:jc w:val="right"/>
      </w:pPr>
      <w:r>
        <w:t>اور اس کا جو صحیح expression ہے، وہ میں لکھ چکا ہوں۔</w:t>
      </w:r>
    </w:p>
    <w:p>
      <w:r>
        <w:rPr>
          <w:b/>
        </w:rPr>
        <w:t xml:space="preserve">[1:04:18] </w:t>
      </w:r>
      <w:r>
        <w:t>is ko aap parh lijiye, phir sawal kijiye.</w:t>
      </w:r>
    </w:p>
    <w:p>
      <w:pPr>
        <w:jc w:val="right"/>
      </w:pPr>
      <w:r>
        <w:t>اس کو آپ پڑھ لیجیے، پھر سوال کیجیے۔</w:t>
      </w:r>
    </w:p>
    <w:p>
      <w:r>
        <w:rPr>
          <w:b/>
        </w:rPr>
        <w:t xml:space="preserve">[1:04:24] </w:t>
      </w:r>
      <w:r>
        <w:t>maulana, ek comment parhna chahenge jo yaqoob maulana yaqoob umri sahib ne bheja hai dilli se.</w:t>
      </w:r>
    </w:p>
    <w:p>
      <w:pPr>
        <w:jc w:val="right"/>
      </w:pPr>
      <w:r>
        <w:t>مولانا، ایک کمنٹ پڑھنا چاہیں گے جو یعقوب مولانا یعقوب عمری صاحب نے بھیجا ہے دلی سے۔</w:t>
      </w:r>
    </w:p>
    <w:p>
      <w:r>
        <w:rPr>
          <w:b/>
        </w:rPr>
        <w:t xml:space="preserve">[1:04:29] </w:t>
      </w:r>
      <w:r>
        <w:t>unhon ne likha hai: "maulana, today only i came to know that islam dealing the worship from nature.</w:t>
      </w:r>
    </w:p>
    <w:p>
      <w:pPr>
        <w:jc w:val="right"/>
      </w:pPr>
      <w:r>
        <w:t>انہوں نے لکھا ہے: "مولانا، today only I came to know that Islam dealing the worship from nature.</w:t>
      </w:r>
    </w:p>
    <w:p>
      <w:r>
        <w:rPr>
          <w:b/>
        </w:rPr>
        <w:t xml:space="preserve">[1:04:34] </w:t>
      </w:r>
      <w:r>
        <w:t>this is very clear and a very balanced statement.</w:t>
      </w:r>
    </w:p>
    <w:p>
      <w:pPr>
        <w:jc w:val="right"/>
      </w:pPr>
      <w:r>
        <w:t>This is very clear and a very balanced statement.</w:t>
      </w:r>
    </w:p>
    <w:p>
      <w:r>
        <w:rPr>
          <w:b/>
        </w:rPr>
        <w:t xml:space="preserve">[1:04:40] </w:t>
      </w:r>
      <w:r>
        <w:t>Jazak Allah." Maulana, agla sawal bheja hai Maulana Asrar ul Hassan sahib ne Chennai se. Unhone likha hai: "Maulana, aisa kyon hota hai ke jab bhi ek nayi cheez ya naya masla pesh aata hai to tamam Musalman sab se pehle negative response karte hain, siwaye aap ke? Aisa kyon hai?" Bhai, agar aap manein to iski wajah yeh hai ke log jeete hain apne aap mein. Main jeeta hoon Allah mein. Saare Musalman apne aap mein jeete hain, apni qaum mein, apni ummat mein, apne mulk mein jeete hain. Allah ko le kar jeetne wala koi hai nahin. Saare duniya mein bade, woh abhi tak koi is insaan ko nahin paya hai maine jo Allah mein jeeta ho. Apna culture, apni qaum, apni family, apna group, apni jamaat, isi mein jeete hain log. Meri finding yahi hai. Har ek jeet raha hai apne aap mein. Isi ko main keh raha hoon apne aap mein. Apni family, apni aulad, apna business, apna mulk, apni qaum, apni jamaat, isi mein jeete hain log. Allah mein jeene wala to koi insaan mujhe nazar nahin aata. To jab aisa hoga to negative thinking paida hoga aur kya paida hoga? Maulana, agla comment lena chahenge jo Dr Muhammad Waqar Alam ne bheja hai USA se. Unhone likha hai: "Maulana, if your argument is about creative thinking that Islam started creative thinking in religion, it seems alright about religion. Otherwise, there are several societies and nations present before or during the Prophet era which were creative thinkers alike." So we will end the session here. We will be back next Sunday same time. Thank you.</w:t>
      </w:r>
    </w:p>
    <w:p>
      <w:pPr>
        <w:jc w:val="right"/>
      </w:pPr>
      <w:r>
        <w:t>جزاک اللہ." مولانا، اگلا سوال بھیجا ہے مولانا اسرار الحسن صاحب نے چنئی سے۔ انہوں نے لکھا ہے: "مولانا، ایسا کیوں ہوتا ہے کہ جب بھی ایک نئی چیز یا نیا مسئلہ پیش آتا ہے تو تمام مسلمان سب سے پہلے negative response کرتے ہیں، سوائے آپ کے؟ ایسا کیوں ہے؟" بھائی، اگر آپ مانیں تو اس کی وجہ یہ ہے کہ لوگ جیتے ہیں اپنے آپ میں۔ میں جیتا ہوں اللہ میں۔ سارے مسلمان اپنے آپ میں جیتے ہیں، اپنی قوم میں، اپنی امت میں، اپنے ملک میں جیتے ہیں۔ اللہ کو لے کر جیتنے والا کوئی ہے نہیں۔ سارے دنیا میں بڑے، وہ ابھی تک کوئی اس انسان کو نہیں پایا ہے میں نے جو اللہ میں جیتا ہو۔ اپنا culture, اپنی قوم، اپنی family, اپنا گروپ، اپنی جماعت، اسی میں جیتے ہیں لوگ۔ میری finding یہی ہے۔ ہر ایک جیت رہا ہے اپنے آپ میں۔ اسی کو میں کہہ رہا ہوں اپنے آپ میں۔ اپنی family, اپنی اولاد، اپنا business، اپنا ملک، اپنی قوم، اپنی جماعت، اسی میں جیتے ہیں لوگ۔ اللہ میں جینے والا تو کوئی انسان مجھے نظر نہیں آتا۔ تو جب ایسا ہوگا تو negative thinking پیدا ہوگا اور کیا پیدا ہوگا؟ مولانا، اگلا کمنٹ لینا چاہیں گے جو ڈاکٹر محمد وقار عالم نے بھیجا ہے یو ایس اے سے۔ انہوں نے لکھا ہے: "مولانا، if your argument is about creative thinking that Islam started creative thinking in religion, it seems alright about religion. Otherwise, there are several societies and nations present before or during the Prophet era which were creative thinkers alike." So we will end the session here. We will be back next Sunday same time.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