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Conversation on Ijtihad May 30, 2016</w:t>
      </w:r>
    </w:p>
    <w:p>
      <w:r>
        <w:t>https://www.youtube.com/watch?v=prSCheJ32q0</w:t>
      </w:r>
    </w:p>
    <w:p>
      <w:r>
        <w:rPr>
          <w:b/>
        </w:rPr>
        <w:t xml:space="preserve">[00:13] </w:t>
      </w:r>
      <w:r>
        <w:t>bismillah rahman rahim. assalam o alaikum.</w:t>
      </w:r>
    </w:p>
    <w:p>
      <w:pPr>
        <w:jc w:val="right"/>
      </w:pPr>
      <w:r>
        <w:t>بسم اللہ الرحمن الرحیم۔ السلام علیکم۔</w:t>
      </w:r>
    </w:p>
    <w:p>
      <w:r>
        <w:rPr>
          <w:b/>
        </w:rPr>
        <w:t xml:space="preserve">[00:18] </w:t>
      </w:r>
      <w:r>
        <w:t>Welcome to the question answer series with CPS founder Maulana Wahiduddin Khan sahib.</w:t>
      </w:r>
    </w:p>
    <w:p>
      <w:pPr>
        <w:jc w:val="right"/>
      </w:pPr>
      <w:r>
        <w:t>ویلکم ٹو دا کوئسچن انسر سیریز ود سی پی ایس فاؤنڈر مولانا وحید الدین خان صاحب۔</w:t>
      </w:r>
    </w:p>
    <w:p>
      <w:r>
        <w:rPr>
          <w:b/>
        </w:rPr>
        <w:t xml:space="preserve">[00:24] </w:t>
      </w:r>
      <w:r>
        <w:t>the theme for today question answer series is ijtihad.</w:t>
      </w:r>
    </w:p>
    <w:p>
      <w:pPr>
        <w:jc w:val="right"/>
      </w:pPr>
      <w:r>
        <w:t>دی تھیم فار ٹوڈے کوئسچن انسر سیریز از اجتہاد۔</w:t>
      </w:r>
    </w:p>
    <w:p>
      <w:r>
        <w:rPr>
          <w:b/>
        </w:rPr>
        <w:t xml:space="preserve">[00:30] </w:t>
      </w:r>
      <w:r>
        <w:t>ijtihad literally means it most efforts.</w:t>
      </w:r>
    </w:p>
    <w:p>
      <w:pPr>
        <w:jc w:val="right"/>
      </w:pPr>
      <w:r>
        <w:t>اجتہاد لٹرلی مینز اٹ موسٹ ایفرٹس۔</w:t>
      </w:r>
    </w:p>
    <w:p>
      <w:r>
        <w:rPr>
          <w:b/>
        </w:rPr>
        <w:t xml:space="preserve">[00:36] </w:t>
      </w:r>
      <w:r>
        <w:t>it means to strive to understand the application of religious teaching in a new situation.</w:t>
      </w:r>
    </w:p>
    <w:p>
      <w:pPr>
        <w:jc w:val="right"/>
      </w:pPr>
      <w:r>
        <w:t>It means to strive to understand the application of religious teaching in a new situation.</w:t>
      </w:r>
    </w:p>
    <w:p>
      <w:r>
        <w:rPr>
          <w:b/>
        </w:rPr>
        <w:t xml:space="preserve">[00:42] </w:t>
      </w:r>
      <w:r>
        <w:t>once the prophet of islam had asked his companion muadh bin jabal on what he would do if</w:t>
      </w:r>
    </w:p>
    <w:p>
      <w:pPr>
        <w:jc w:val="right"/>
      </w:pPr>
      <w:r>
        <w:t>Once the Prophet of Islam had asked his companion Muadh بن جبل on what he would do if</w:t>
      </w:r>
    </w:p>
    <w:p>
      <w:r>
        <w:rPr>
          <w:b/>
        </w:rPr>
        <w:t xml:space="preserve">[00:47] </w:t>
      </w:r>
      <w:r>
        <w:t>he faces a new situation, he replied to the prophet that he would do ijtihad.</w:t>
      </w:r>
    </w:p>
    <w:p>
      <w:pPr>
        <w:jc w:val="right"/>
      </w:pPr>
      <w:r>
        <w:t>he faces a new situation, he replied to the Prophet that he would do اجتہاد۔</w:t>
      </w:r>
    </w:p>
    <w:p>
      <w:r>
        <w:rPr>
          <w:b/>
        </w:rPr>
        <w:t xml:space="preserve">[00:53] </w:t>
      </w:r>
      <w:r>
        <w:t>this shows that the prophet of islam supported ijtihad, however many people still consider it to be a taboo.</w:t>
      </w:r>
    </w:p>
    <w:p>
      <w:pPr>
        <w:jc w:val="right"/>
      </w:pPr>
      <w:r>
        <w:t>This shows that the Prophet of Islam supported اجتہاد، however many people still consider it to be a taboo.</w:t>
      </w:r>
    </w:p>
    <w:p>
      <w:r>
        <w:rPr>
          <w:b/>
        </w:rPr>
        <w:t xml:space="preserve">[00:59] </w:t>
      </w:r>
      <w:r>
        <w:t>we will cover many aspects of ijtihad in today's session.</w:t>
      </w:r>
    </w:p>
    <w:p>
      <w:pPr>
        <w:jc w:val="right"/>
      </w:pPr>
      <w:r>
        <w:t>We will cover many aspects of اجتہاد in today's session.</w:t>
      </w:r>
    </w:p>
    <w:p>
      <w:r>
        <w:rPr>
          <w:b/>
        </w:rPr>
        <w:t xml:space="preserve">[01:05] </w:t>
      </w:r>
      <w:r>
        <w:t>maulana sahib, my first question is what is ijtihad?</w:t>
      </w:r>
    </w:p>
    <w:p>
      <w:pPr>
        <w:jc w:val="right"/>
      </w:pPr>
      <w:r>
        <w:t>مولانا صاحب، my first question is what is اجتہاد؟</w:t>
      </w:r>
    </w:p>
    <w:p>
      <w:r>
        <w:rPr>
          <w:b/>
        </w:rPr>
        <w:t xml:space="preserve">[01:11] </w:t>
      </w:r>
      <w:r>
        <w:t>dekhiye, ijtihad ek zindagi ki ek zaroorat hai, woh kabhi woh khatam nahi ho sakta.</w:t>
      </w:r>
    </w:p>
    <w:p>
      <w:pPr>
        <w:jc w:val="right"/>
      </w:pPr>
      <w:r>
        <w:t>دیکھیے، اجتہاد ایک زندگی کی ایک ضرورت ہے، وہ کبھی وہ ختم نہیں ہو سکتا۔</w:t>
      </w:r>
    </w:p>
    <w:p>
      <w:r>
        <w:rPr>
          <w:b/>
        </w:rPr>
        <w:t xml:space="preserve">[01:19] </w:t>
      </w:r>
      <w:r>
        <w:t>kyunke insaan ki zindagi jo hai woh barabar is mein change aata hai, nayi situation paida hoti hai.</w:t>
      </w:r>
    </w:p>
    <w:p>
      <w:pPr>
        <w:jc w:val="right"/>
      </w:pPr>
      <w:r>
        <w:t>کیونکہ انسان کی زندگی جو ہے وہ برابر اس میں چینج آتا ہے، نئی سچوئیشن پیدا ہوتی ہے۔</w:t>
      </w:r>
    </w:p>
    <w:p>
      <w:r>
        <w:rPr>
          <w:b/>
        </w:rPr>
        <w:t xml:space="preserve">[01:27] </w:t>
      </w:r>
      <w:r>
        <w:t>yeh law of nature hai, kabhi aisa nahi ho sakta ke insaan ki zindagi ek dam yaksaan tareeqe par chale.</w:t>
      </w:r>
    </w:p>
    <w:p>
      <w:pPr>
        <w:jc w:val="right"/>
      </w:pPr>
      <w:r>
        <w:t>یہ لاء آف نیچر ہے، کبھی ایسا نہیں ہو سکتا کہ انسان کی زندگی ایک دم یکساں طریقے پر چلے۔</w:t>
      </w:r>
    </w:p>
    <w:p>
      <w:r>
        <w:rPr>
          <w:b/>
        </w:rPr>
        <w:t xml:space="preserve">[01:35] </w:t>
      </w:r>
      <w:r>
        <w:t>to ijtihad ka matlab koi mysterious cheez nahi hai, ijtihad ka matlab hai islam ki jo manisha hai,</w:t>
      </w:r>
    </w:p>
    <w:p>
      <w:pPr>
        <w:jc w:val="right"/>
      </w:pPr>
      <w:r>
        <w:t>تو اجتہاد کا مطلب کوئی mysterious چیز نہیں ہے، اجتہاد کا مطلب ہے اسلام کی جو منشا ہے،</w:t>
      </w:r>
    </w:p>
    <w:p>
      <w:r>
        <w:rPr>
          <w:b/>
        </w:rPr>
        <w:t xml:space="preserve">[01:44] </w:t>
      </w:r>
      <w:r>
        <w:t>jo is ki teaching hai, badle hue halaat mein is ka application talash karna.</w:t>
      </w:r>
    </w:p>
    <w:p>
      <w:pPr>
        <w:jc w:val="right"/>
      </w:pPr>
      <w:r>
        <w:t>جو اس کی teaching ہے، بدلے ہوئے حالات میں اس کا application تلاش کرنا۔</w:t>
      </w:r>
    </w:p>
    <w:p>
      <w:r>
        <w:rPr>
          <w:b/>
        </w:rPr>
        <w:t xml:space="preserve">[01:52] </w:t>
      </w:r>
      <w:r>
        <w:t>yeh to hamein karna hi karna hai, yeh to karna hi karna hai.</w:t>
      </w:r>
    </w:p>
    <w:p>
      <w:pPr>
        <w:jc w:val="right"/>
      </w:pPr>
      <w:r>
        <w:t>یہ تو ہمیں کرنا ہی کرنا ہے، یہ تو کرنا ہی کرنا ہے۔</w:t>
      </w:r>
    </w:p>
    <w:p>
      <w:r>
        <w:rPr>
          <w:b/>
        </w:rPr>
        <w:t xml:space="preserve">[02:00] </w:t>
      </w:r>
      <w:r>
        <w:t>isi liye rasool Allah sal Allah aleh wasalam ne ijtihad par koi pabandi nahi lagai.</w:t>
      </w:r>
    </w:p>
    <w:p>
      <w:pPr>
        <w:jc w:val="right"/>
      </w:pPr>
      <w:r>
        <w:t>اسی لیے رسول اللہ صلی اللہ علیہ وسلم نے اجتہاد پر کوئی پابندی نہیں لگائی۔</w:t>
      </w:r>
    </w:p>
    <w:p>
      <w:r>
        <w:rPr>
          <w:b/>
        </w:rPr>
        <w:t xml:space="preserve">[02:08] </w:t>
      </w:r>
      <w:r>
        <w:t>yeh bhi nahi lagaya ke koi shakhs madrase ka farigh ho, baqayda sanad yafta aalim ho to woh ijtihad kare.</w:t>
      </w:r>
    </w:p>
    <w:p>
      <w:pPr>
        <w:jc w:val="right"/>
      </w:pPr>
      <w:r>
        <w:t>یہ بھی نہیں لگایا کہ کوئی شخص مدرسے کا فارغ ہو، باقاعدہ سند یافتہ عالم ہو تو وہ اجتہاد کرے۔</w:t>
      </w:r>
    </w:p>
    <w:p>
      <w:r>
        <w:rPr>
          <w:b/>
        </w:rPr>
        <w:t xml:space="preserve">[02:17] </w:t>
      </w:r>
      <w:r>
        <w:t>koi bhi shakhs ijtihad kar sakta hai, sirf yeh hai ke is ki niyat sahih ho, waqeatan woh</w:t>
      </w:r>
    </w:p>
    <w:p>
      <w:pPr>
        <w:jc w:val="right"/>
      </w:pPr>
      <w:r>
        <w:t>کوئی بھی شخص اجتہاد کر سکتا ہے، صرف یہ ہے کہ اس کی نیت صحیح ہو، واقعتا وہ</w:t>
      </w:r>
    </w:p>
    <w:p>
      <w:r>
        <w:rPr>
          <w:b/>
        </w:rPr>
        <w:t xml:space="preserve">[02:25] </w:t>
      </w:r>
      <w:r>
        <w:t>Islam par chalna chahta ho, bas.</w:t>
      </w:r>
    </w:p>
    <w:p>
      <w:pPr>
        <w:jc w:val="right"/>
      </w:pPr>
      <w:r>
        <w:t>اسلام پر چلنا چاہتا ہو، بس۔</w:t>
      </w:r>
    </w:p>
    <w:p>
      <w:r>
        <w:rPr>
          <w:b/>
        </w:rPr>
        <w:t xml:space="preserve">[02:33] </w:t>
      </w:r>
      <w:r>
        <w:t>aur koi shart ijtihad ke liye nahi hai.</w:t>
      </w:r>
    </w:p>
    <w:p>
      <w:pPr>
        <w:jc w:val="right"/>
      </w:pPr>
      <w:r>
        <w:t>اور کوئی شرط اجتہاد کے لیے نہیں ہے۔</w:t>
      </w:r>
    </w:p>
    <w:p>
      <w:r>
        <w:rPr>
          <w:b/>
        </w:rPr>
        <w:t xml:space="preserve">[02:42] </w:t>
      </w:r>
      <w:r>
        <w:t>But Maulana sahib, hadith mentions reward for even those whose ijtihad does not lead to right conclusion. Why is this so and why is ijtihad so essential in Islam?</w:t>
      </w:r>
    </w:p>
    <w:p>
      <w:pPr>
        <w:jc w:val="right"/>
      </w:pPr>
      <w:r>
        <w:t>But مولانا صاحب، حدیث mentions reward for even those whose اجتہاد does not lead to right conclusion. Why is this so and why is اجتہاد so essential in Islam؟</w:t>
      </w:r>
    </w:p>
    <w:p>
      <w:r>
        <w:rPr>
          <w:b/>
        </w:rPr>
        <w:t xml:space="preserve">[02:56] </w:t>
      </w:r>
      <w:r>
        <w:t>dekhiye, mazhab ke mamle mein aadmi bohat zyada cautious ho jata hai, cautious.</w:t>
      </w:r>
    </w:p>
    <w:p>
      <w:pPr>
        <w:jc w:val="right"/>
      </w:pPr>
      <w:r>
        <w:t>دیکھیے، مذہب کے معاملے میں آدمی بہت زیادہ cautious ہو جاتا ہے، cautious۔</w:t>
      </w:r>
    </w:p>
    <w:p>
      <w:r>
        <w:rPr>
          <w:b/>
        </w:rPr>
        <w:t xml:space="preserve">[03:02] </w:t>
      </w:r>
      <w:r>
        <w:t>to cautious hone ki wajah se yeh dar rehta hai ke woh ijtihad hi na kare, ijtihad hi na kare.</w:t>
      </w:r>
    </w:p>
    <w:p>
      <w:pPr>
        <w:jc w:val="right"/>
      </w:pPr>
      <w:r>
        <w:t>تو cautious ہونے کی وجہ سے یہ ڈر رہتا ہے کہ وہ اجتہاد ہی نہ کرے، اجتہاد ہی نہ کرے۔</w:t>
      </w:r>
    </w:p>
    <w:p>
      <w:r>
        <w:rPr>
          <w:b/>
        </w:rPr>
        <w:t xml:space="preserve">[03:08] </w:t>
      </w:r>
      <w:r>
        <w:t>to rasool Allah ne itna khol diya rasta is ka ke ijtihad karo, agar tum galat ijtihad karo</w:t>
      </w:r>
    </w:p>
    <w:p>
      <w:pPr>
        <w:jc w:val="right"/>
      </w:pPr>
      <w:r>
        <w:t>تو رسول اللہ نے اتنا کھول دیا راستہ اس کا کہ اجتہاد کرو، اگر تم غلط اجتہاد کرو</w:t>
      </w:r>
    </w:p>
    <w:p>
      <w:r>
        <w:rPr>
          <w:b/>
        </w:rPr>
        <w:t xml:space="preserve">[03:14] </w:t>
      </w:r>
      <w:r>
        <w:t>ge aur tumhari niyat durust hai tab bhi tum ko sawab milega.</w:t>
      </w:r>
    </w:p>
    <w:p>
      <w:pPr>
        <w:jc w:val="right"/>
      </w:pPr>
      <w:r>
        <w:t>گے اور تمہاری نیت درست ہے تب بھی تم کو ثواب ملے گا۔</w:t>
      </w:r>
    </w:p>
    <w:p>
      <w:r>
        <w:rPr>
          <w:b/>
        </w:rPr>
        <w:t xml:space="preserve">[03:21] </w:t>
      </w:r>
      <w:r>
        <w:t>sahi ijtihad par do sawab aur galat ijtihad par ek sawab.</w:t>
      </w:r>
    </w:p>
    <w:p>
      <w:pPr>
        <w:jc w:val="right"/>
      </w:pPr>
      <w:r>
        <w:t>صحیح اجتہاد پر دو ثواب اور غلط اجتہاد پر ایک ثواب۔</w:t>
      </w:r>
    </w:p>
    <w:p>
      <w:r>
        <w:rPr>
          <w:b/>
        </w:rPr>
        <w:t xml:space="preserve">[03:27] </w:t>
      </w:r>
      <w:r>
        <w:t>yeh encourage karne ke liye hai.</w:t>
      </w:r>
    </w:p>
    <w:p>
      <w:pPr>
        <w:jc w:val="right"/>
      </w:pPr>
      <w:r>
        <w:t>یہ encourage کرنے کے لیے ہے۔</w:t>
      </w:r>
    </w:p>
    <w:p>
      <w:r>
        <w:rPr>
          <w:b/>
        </w:rPr>
        <w:t xml:space="preserve">[03:33] </w:t>
      </w:r>
      <w:r>
        <w:t>kyun ke mazhabi mamle mein aam taur par log bohat hi cautious ho jate hain.</w:t>
      </w:r>
    </w:p>
    <w:p>
      <w:pPr>
        <w:jc w:val="right"/>
      </w:pPr>
      <w:r>
        <w:t>کیونکہ مذہبی معاملے میں عام طور پر لوگ بہت ہی cautious ہو جاتے ہیں۔</w:t>
      </w:r>
    </w:p>
    <w:p>
      <w:r>
        <w:rPr>
          <w:b/>
        </w:rPr>
        <w:t xml:space="preserve">[03:39] </w:t>
      </w:r>
      <w:r>
        <w:t>to cautious hone ki koi zarurat nahi hai, niyat, bas niyat ko apna, apni niyat ko achhi banao.</w:t>
      </w:r>
    </w:p>
    <w:p>
      <w:pPr>
        <w:jc w:val="right"/>
      </w:pPr>
      <w:r>
        <w:t>تو cautious ہونے کی کوئی ضرورت نہیں ہے، نیت، بس نیت کو اپنا، اپنی نیت کو اچھی بناؤ۔</w:t>
      </w:r>
    </w:p>
    <w:p>
      <w:r>
        <w:rPr>
          <w:b/>
        </w:rPr>
        <w:t xml:space="preserve">[03:46] </w:t>
      </w:r>
      <w:r>
        <w:t>niyat is ki na ho ke tum koi deen ke siwa kuch aur chahte ho.</w:t>
      </w:r>
    </w:p>
    <w:p>
      <w:pPr>
        <w:jc w:val="right"/>
      </w:pPr>
      <w:r>
        <w:t>نیت اس کی نہ ہو کہ تم کوئی دین کے سوا کچھ اور چاہتے ہو۔</w:t>
      </w:r>
    </w:p>
    <w:p>
      <w:r>
        <w:rPr>
          <w:b/>
        </w:rPr>
        <w:t xml:space="preserve">[03:52] </w:t>
      </w:r>
      <w:r>
        <w:t>khalis deen, khalis Allah ki mansha, yeh niyat honi chahiye.</w:t>
      </w:r>
    </w:p>
    <w:p>
      <w:pPr>
        <w:jc w:val="right"/>
      </w:pPr>
      <w:r>
        <w:t>خالص دین، خالص اللہ کی منشا، یہ نیت ہونی چاہیے۔</w:t>
      </w:r>
    </w:p>
    <w:p>
      <w:r>
        <w:rPr>
          <w:b/>
        </w:rPr>
        <w:t xml:space="preserve">[03:58] </w:t>
      </w:r>
      <w:r>
        <w:t>to phir ijtihad ka darwaza bilkul khula hua hai.</w:t>
      </w:r>
    </w:p>
    <w:p>
      <w:pPr>
        <w:jc w:val="right"/>
      </w:pPr>
      <w:r>
        <w:t>تو پھر اجتہاد کا دروازہ بالکل کھلا ہوا ہے۔</w:t>
      </w:r>
    </w:p>
    <w:p>
      <w:r>
        <w:rPr>
          <w:b/>
        </w:rPr>
        <w:t xml:space="preserve">[04:05] </w:t>
      </w:r>
      <w:r>
        <w:t>Maulana sahib, can you give some examples as to whether the companions used to practice ijtihad?</w:t>
      </w:r>
    </w:p>
    <w:p>
      <w:pPr>
        <w:jc w:val="right"/>
      </w:pPr>
      <w:r>
        <w:t>مولانا صاحب، can you give some examples as to whether the companions used to practice اجتہاد؟</w:t>
      </w:r>
    </w:p>
    <w:p>
      <w:r>
        <w:rPr>
          <w:b/>
        </w:rPr>
        <w:t xml:space="preserve">[04:14] </w:t>
      </w:r>
      <w:r>
        <w:t>dekhiye, companion yani sahaba ke haan bohat achhi misalein maujood hain is baat ki.</w:t>
      </w:r>
    </w:p>
    <w:p>
      <w:pPr>
        <w:jc w:val="right"/>
      </w:pPr>
      <w:r>
        <w:t>دیکھیے، companion یعنی صحابہ کے ہاں بہت اچھی مثالیں موجود ہیں اس بات کی۔</w:t>
      </w:r>
    </w:p>
    <w:p>
      <w:r>
        <w:rPr>
          <w:b/>
        </w:rPr>
        <w:t xml:space="preserve">[04:20] </w:t>
      </w:r>
      <w:r>
        <w:t>ek well-known misal yeh hai ke Madine se kuch door Yahood ki ek basti thi, un ko kehte</w:t>
      </w:r>
    </w:p>
    <w:p>
      <w:pPr>
        <w:jc w:val="right"/>
      </w:pPr>
      <w:r>
        <w:t>ایک well-known مثال یہ ہے کہ مدینہ سے کچھ دور یہود کی ایک بستی تھی، ان کو کہتے</w:t>
      </w:r>
    </w:p>
    <w:p>
      <w:r>
        <w:rPr>
          <w:b/>
        </w:rPr>
        <w:t xml:space="preserve">[04:27] </w:t>
      </w:r>
      <w:r>
        <w:t>the Banu Quraiza.</w:t>
      </w:r>
    </w:p>
    <w:p>
      <w:pPr>
        <w:jc w:val="right"/>
      </w:pPr>
      <w:r>
        <w:t>تھے بنو قریضہ۔</w:t>
      </w:r>
    </w:p>
    <w:p>
      <w:r>
        <w:rPr>
          <w:b/>
        </w:rPr>
        <w:t xml:space="preserve">[04:33] </w:t>
      </w:r>
      <w:r>
        <w:t>to rasool Allah sal Allah aleh wasalam ne sahaba ke group ko wahan dawat ke liye bheja.</w:t>
      </w:r>
    </w:p>
    <w:p>
      <w:pPr>
        <w:jc w:val="right"/>
      </w:pPr>
      <w:r>
        <w:t>تو رسول اللہ صلی اللہ علیہ وسلم نے صحابہ کے گروپ کو وہاں دعوت کے لیے بھیجا۔</w:t>
      </w:r>
    </w:p>
    <w:p>
      <w:r>
        <w:rPr>
          <w:b/>
        </w:rPr>
        <w:t xml:space="preserve">[04:40] </w:t>
      </w:r>
      <w:r>
        <w:t>yeh daawti mission par gaye woh log wahan.</w:t>
      </w:r>
    </w:p>
    <w:p>
      <w:pPr>
        <w:jc w:val="right"/>
      </w:pPr>
      <w:r>
        <w:t>یہ دعوتی مشن پر گئے وہ لوگ وہاں۔</w:t>
      </w:r>
    </w:p>
    <w:p>
      <w:r>
        <w:rPr>
          <w:b/>
        </w:rPr>
        <w:t xml:space="preserve">[04:47] </w:t>
      </w:r>
      <w:r>
        <w:t>to Madine se rasool Allah ne un ko rawana kiya tha zuhr ki namaz ke baad.</w:t>
      </w:r>
    </w:p>
    <w:p>
      <w:pPr>
        <w:jc w:val="right"/>
      </w:pPr>
      <w:r>
        <w:t>تو مدینہ سے رسول اللہ نے ان کو روانہ کیا تھا ظہر کی نماز کے بعد۔</w:t>
      </w:r>
    </w:p>
    <w:p>
      <w:r>
        <w:rPr>
          <w:b/>
        </w:rPr>
        <w:t xml:space="preserve">[04:53] </w:t>
      </w:r>
      <w:r>
        <w:t>jaate hue aap ne yeh keh diya un se ke la yusalliyan atba al asr illa fi bani quraiza.</w:t>
      </w:r>
    </w:p>
    <w:p>
      <w:pPr>
        <w:jc w:val="right"/>
      </w:pPr>
      <w:r>
        <w:t>جاتے ہوئے آپ نے یہ کہہ دیا ان سے کہ لا یصلین آتقب العصر الا فی بنی قریضہ۔</w:t>
      </w:r>
    </w:p>
    <w:p>
      <w:r>
        <w:rPr>
          <w:b/>
        </w:rPr>
        <w:t xml:space="preserve">[05:00] </w:t>
      </w:r>
      <w:r>
        <w:t>yani tum asr ki namaz Banu Quraiza ki basti mein pahunchne se pehle hargiz mat parhna.</w:t>
      </w:r>
    </w:p>
    <w:p>
      <w:pPr>
        <w:jc w:val="right"/>
      </w:pPr>
      <w:r>
        <w:t>یعنی تم عصر کی نماز بنو قریضہ کی بستی میں پہنچنے سے پہلے ہرگز مت پڑھنا۔</w:t>
      </w:r>
    </w:p>
    <w:p>
      <w:r>
        <w:rPr>
          <w:b/>
        </w:rPr>
        <w:t xml:space="preserve">[05:06] </w:t>
      </w:r>
      <w:r>
        <w:t>to hua kya, yeh log abhi pahunche nahi the, raste mein the ke suraj mein surkhi aa gayi.</w:t>
      </w:r>
    </w:p>
    <w:p>
      <w:pPr>
        <w:jc w:val="right"/>
      </w:pPr>
      <w:r>
        <w:t>تو ہوا کیا، یہ لوگ ابھی پہنچے نہیں تھے، راستے میں تھے کہ سورج میں سرخی آ گئی۔</w:t>
      </w:r>
    </w:p>
    <w:p>
      <w:r>
        <w:rPr>
          <w:b/>
        </w:rPr>
        <w:t xml:space="preserve">[05:13] </w:t>
      </w:r>
      <w:r>
        <w:t>dekhiye, is masla yeh hai ke agar suraj mein surkhi aa jaye to woh asar ki namaz, asar</w:t>
      </w:r>
    </w:p>
    <w:p>
      <w:pPr>
        <w:jc w:val="right"/>
      </w:pPr>
      <w:r>
        <w:t>دیکھیے، اس مسئلہ یہ ہے کہ اگر سورج میں سرخی آ جائے تو وہ عصر کی نماز، عصر</w:t>
      </w:r>
    </w:p>
    <w:p>
      <w:r>
        <w:rPr>
          <w:b/>
        </w:rPr>
        <w:t xml:space="preserve">[05:20] </w:t>
      </w:r>
      <w:r>
        <w:t>ka waqt khatm hone ki pehchan hoti hai.</w:t>
      </w:r>
    </w:p>
    <w:p>
      <w:pPr>
        <w:jc w:val="right"/>
      </w:pPr>
      <w:r>
        <w:t>کا وقت ختم ہونے کی پہچان ہوتی ہے۔</w:t>
      </w:r>
    </w:p>
    <w:p>
      <w:r>
        <w:rPr>
          <w:b/>
        </w:rPr>
        <w:t xml:space="preserve">[05:26] </w:t>
      </w:r>
      <w:r>
        <w:t>ke ab asar ka waqt bohat hi.</w:t>
      </w:r>
    </w:p>
    <w:p>
      <w:pPr>
        <w:jc w:val="right"/>
      </w:pPr>
      <w:r>
        <w:t>کہ اب عصر کا وقت بہت ہی۔</w:t>
      </w:r>
    </w:p>
    <w:p>
      <w:r>
        <w:rPr>
          <w:b/>
        </w:rPr>
        <w:t xml:space="preserve">[05:33] </w:t>
      </w:r>
      <w:r>
        <w:t>to woh ho gaya.</w:t>
      </w:r>
    </w:p>
    <w:p>
      <w:pPr>
        <w:jc w:val="right"/>
      </w:pPr>
      <w:r>
        <w:t>تو وہ ہو گیا۔</w:t>
      </w:r>
    </w:p>
    <w:p>
      <w:r>
        <w:rPr>
          <w:b/>
        </w:rPr>
        <w:t xml:space="preserve">[05:39] </w:t>
      </w:r>
      <w:r>
        <w:t>to logon ne kaha ke yeh to asar ka waqt, asar ka waqt khatm ho raha hai, to</w:t>
      </w:r>
    </w:p>
    <w:p>
      <w:pPr>
        <w:jc w:val="right"/>
      </w:pPr>
      <w:r>
        <w:t>تو لوگوں نے کہا کہ یہ تو عصر کا وقت، عصر کا وقت ختم ہو رہا ہے، تو</w:t>
      </w:r>
    </w:p>
    <w:p>
      <w:r>
        <w:rPr>
          <w:b/>
        </w:rPr>
        <w:t xml:space="preserve">[05:46] </w:t>
      </w:r>
      <w:r>
        <w:t>hum bani quraiza pahunchenge to suraj doob jayega.</w:t>
      </w:r>
    </w:p>
    <w:p>
      <w:pPr>
        <w:jc w:val="right"/>
      </w:pPr>
      <w:r>
        <w:t>ہم بنو قریضہ پہنچیں گے تو سورج ڈوب جائے گا۔</w:t>
      </w:r>
    </w:p>
    <w:p>
      <w:r>
        <w:rPr>
          <w:b/>
        </w:rPr>
        <w:t xml:space="preserve">[05:53] </w:t>
      </w:r>
      <w:r>
        <w:t>to kuch sahaba ne kaha ke nahi, hum yahi padhenge.</w:t>
      </w:r>
    </w:p>
    <w:p>
      <w:pPr>
        <w:jc w:val="right"/>
      </w:pPr>
      <w:r>
        <w:t>تو کچھ صحابہ نے کہا کہ نہیں، ہم یہی پڑھیں گے۔</w:t>
      </w:r>
    </w:p>
    <w:p>
      <w:r>
        <w:rPr>
          <w:b/>
        </w:rPr>
        <w:t xml:space="preserve">[05:59] </w:t>
      </w:r>
      <w:r>
        <w:t>to literal taur par dekhiye to yeh rasool Allah ke hukum ke khilaf tha.</w:t>
      </w:r>
    </w:p>
    <w:p>
      <w:pPr>
        <w:jc w:val="right"/>
      </w:pPr>
      <w:r>
        <w:t>تو literal طور پر دیکھیے تو یہ رسول اللہ کے حکم کے خلاف تھا۔</w:t>
      </w:r>
    </w:p>
    <w:p>
      <w:r>
        <w:rPr>
          <w:b/>
        </w:rPr>
        <w:t xml:space="preserve">[06:06] </w:t>
      </w:r>
      <w:r>
        <w:t>lekin unhone is ko is se interpret kiya ke inma irada ta'jeel al-sair.</w:t>
      </w:r>
    </w:p>
    <w:p>
      <w:pPr>
        <w:jc w:val="right"/>
      </w:pPr>
      <w:r>
        <w:t>لیکن انہوں نے اس کو اس سے interpret کیا کہ انما ارادہ تعجیل السیر۔</w:t>
      </w:r>
    </w:p>
    <w:p>
      <w:r>
        <w:rPr>
          <w:b/>
        </w:rPr>
        <w:t xml:space="preserve">[06:12] </w:t>
      </w:r>
      <w:r>
        <w:t>yani rasool Allah ka mansha yeh tha ke tez jao, tez jao, tez jao.</w:t>
      </w:r>
    </w:p>
    <w:p>
      <w:pPr>
        <w:jc w:val="right"/>
      </w:pPr>
      <w:r>
        <w:t>یعنی رسول اللہ کا منشا یہ تھا کہ تیز جاؤ، تیز جاؤ، تیز جاؤ۔</w:t>
      </w:r>
    </w:p>
    <w:p>
      <w:r>
        <w:rPr>
          <w:b/>
        </w:rPr>
        <w:t xml:space="preserve">[06:19] </w:t>
      </w:r>
      <w:r>
        <w:t>yeh nahi ke bas beech mein mat padho.</w:t>
      </w:r>
    </w:p>
    <w:p>
      <w:pPr>
        <w:jc w:val="right"/>
      </w:pPr>
      <w:r>
        <w:t>یہ نہیں کہ بس بیچ میں مت پڑھو۔</w:t>
      </w:r>
    </w:p>
    <w:p>
      <w:r>
        <w:rPr>
          <w:b/>
        </w:rPr>
        <w:t xml:space="preserve">[06:26] </w:t>
      </w:r>
      <w:r>
        <w:t>to yeh hai ijtihad.</w:t>
      </w:r>
    </w:p>
    <w:p>
      <w:pPr>
        <w:jc w:val="right"/>
      </w:pPr>
      <w:r>
        <w:t>تو یہ ہے اجتہاد۔</w:t>
      </w:r>
    </w:p>
    <w:p>
      <w:r>
        <w:rPr>
          <w:b/>
        </w:rPr>
        <w:t xml:space="preserve">[06:32] </w:t>
      </w:r>
      <w:r>
        <w:t>yani ijtihad ka matlab hai badle hue halaat mein islam ki taleem ko re-apply karna.</w:t>
      </w:r>
    </w:p>
    <w:p>
      <w:pPr>
        <w:jc w:val="right"/>
      </w:pPr>
      <w:r>
        <w:t>یعنی اجتہاد کا مطلب ہے بدلے ہوئے حالات میں اسلام کی تعلیم کو re-apply کرنا۔</w:t>
      </w:r>
    </w:p>
    <w:p>
      <w:r>
        <w:rPr>
          <w:b/>
        </w:rPr>
        <w:t xml:space="preserve">[06:39] </w:t>
      </w:r>
      <w:r>
        <w:t>to yeh sahaba ka yeh waqia bohat achi misaal hai is baat ki.</w:t>
      </w:r>
    </w:p>
    <w:p>
      <w:pPr>
        <w:jc w:val="right"/>
      </w:pPr>
      <w:r>
        <w:t>تو یہ صحابہ کا یہ واقعہ بہت اچھی مثال ہے اس بات کی۔</w:t>
      </w:r>
    </w:p>
    <w:p>
      <w:r>
        <w:rPr>
          <w:b/>
        </w:rPr>
        <w:t xml:space="preserve">[06:46] </w:t>
      </w:r>
      <w:r>
        <w:t>Maulana sahib, despite the support given in the hadith for ijtihad, the ulemas of the medieval times claimed that the doors of ijtihad are now closed. Why was this claim made, Maulana sahib?</w:t>
      </w:r>
    </w:p>
    <w:p>
      <w:pPr>
        <w:jc w:val="right"/>
      </w:pPr>
      <w:r>
        <w:t>مولانا صاحب، despite the support given in the hadith for اجتہاد، the ulemas of the medieval times claimed that the doors of اجتہاد are now closed. Why was this claim made, مولانا صاحب؟</w:t>
      </w:r>
    </w:p>
    <w:p>
      <w:r>
        <w:rPr>
          <w:b/>
        </w:rPr>
        <w:t xml:space="preserve">[07:00] </w:t>
      </w:r>
      <w:r>
        <w:t>dekhiye, yeh ek galat, ek misunderstanding hai.</w:t>
      </w:r>
    </w:p>
    <w:p>
      <w:pPr>
        <w:jc w:val="right"/>
      </w:pPr>
      <w:r>
        <w:t>دیکھیے، یہ ایک غلط، ایک misunderstanding ہے۔</w:t>
      </w:r>
    </w:p>
    <w:p>
      <w:r>
        <w:rPr>
          <w:b/>
        </w:rPr>
        <w:t xml:space="preserve">[07:05] </w:t>
      </w:r>
      <w:r>
        <w:t>misunderstanding ki baat hai.</w:t>
      </w:r>
    </w:p>
    <w:p>
      <w:pPr>
        <w:jc w:val="right"/>
      </w:pPr>
      <w:r>
        <w:t>Misunderstanding کی بات ہے۔</w:t>
      </w:r>
    </w:p>
    <w:p>
      <w:r>
        <w:rPr>
          <w:b/>
        </w:rPr>
        <w:t xml:space="preserve">[07:10] </w:t>
      </w:r>
      <w:r>
        <w:t>bade bade ulma ne kabhi yeh nahi kaha ke ijtihad ka darwaza band ho gaya hai.</w:t>
      </w:r>
    </w:p>
    <w:p>
      <w:pPr>
        <w:jc w:val="right"/>
      </w:pPr>
      <w:r>
        <w:t>بڑے بڑے علماء نے کبھی یہ نہیں کہا کہ اجتہاد کا دروازہ بند ہو گیا ہے۔</w:t>
      </w:r>
    </w:p>
    <w:p>
      <w:r>
        <w:rPr>
          <w:b/>
        </w:rPr>
        <w:t xml:space="preserve">[07:16] </w:t>
      </w:r>
      <w:r>
        <w:t>asal mein baat yeh thi ke is zamane mein fiqh ki tadween hui.</w:t>
      </w:r>
    </w:p>
    <w:p>
      <w:pPr>
        <w:jc w:val="right"/>
      </w:pPr>
      <w:r>
        <w:t>اصل میں بات یہ تھی کہ اس زمانے میں فقہ کی تدوین ہوئی۔</w:t>
      </w:r>
    </w:p>
    <w:p>
      <w:r>
        <w:rPr>
          <w:b/>
        </w:rPr>
        <w:t xml:space="preserve">[07:21] </w:t>
      </w:r>
      <w:r>
        <w:t>to fiqh mein namaz aur hajj wagera jo ibadaten hain, unka form mutayyan hua. form.</w:t>
      </w:r>
    </w:p>
    <w:p>
      <w:pPr>
        <w:jc w:val="right"/>
      </w:pPr>
      <w:r>
        <w:t>تو فقہ میں نماز اور حج وغیرہ جو عبادتیں ہیں، ان کا فارم متعین ہوا۔ فارم۔</w:t>
      </w:r>
    </w:p>
    <w:p>
      <w:r>
        <w:rPr>
          <w:b/>
        </w:rPr>
        <w:t xml:space="preserve">[07:27] </w:t>
      </w:r>
      <w:r>
        <w:t>to unka matlab sirf yeh tha ke ibadat ka form ek martaba ho gaya to ab is</w:t>
      </w:r>
    </w:p>
    <w:p>
      <w:pPr>
        <w:jc w:val="right"/>
      </w:pPr>
      <w:r>
        <w:t>تو ان کا مطلب صرف یہ تھا کہ عبادت کا فارم ایک مرتبہ ہو گیا تو اب اس</w:t>
      </w:r>
    </w:p>
    <w:p>
      <w:r>
        <w:rPr>
          <w:b/>
        </w:rPr>
        <w:t xml:space="preserve">[07:32] </w:t>
      </w:r>
      <w:r>
        <w:t>mein koi ijtihad nahi chalega.</w:t>
      </w:r>
    </w:p>
    <w:p>
      <w:pPr>
        <w:jc w:val="right"/>
      </w:pPr>
      <w:r>
        <w:t>میں کوئی اجتہاد نہیں چلے گا۔</w:t>
      </w:r>
    </w:p>
    <w:p>
      <w:r>
        <w:rPr>
          <w:b/>
        </w:rPr>
        <w:t xml:space="preserve">[07:38] </w:t>
      </w:r>
      <w:r>
        <w:t>kyunke woh form bana tha sahaba ke pattern ko dekh kar.</w:t>
      </w:r>
    </w:p>
    <w:p>
      <w:pPr>
        <w:jc w:val="right"/>
      </w:pPr>
      <w:r>
        <w:t>کیونکہ وہ فارم بنا تھا صحابہ کے pattern کو دیکھ کر۔</w:t>
      </w:r>
    </w:p>
    <w:p>
      <w:r>
        <w:rPr>
          <w:b/>
        </w:rPr>
        <w:t xml:space="preserve">[07:43] </w:t>
      </w:r>
      <w:r>
        <w:t>to yani age ke aitbar se woh sahaba qareeb the.</w:t>
      </w:r>
    </w:p>
    <w:p>
      <w:pPr>
        <w:jc w:val="right"/>
      </w:pPr>
      <w:r>
        <w:t>تو یعنی age کے اعتبار سے وہ صحابہ قریب تھے۔</w:t>
      </w:r>
    </w:p>
    <w:p>
      <w:r>
        <w:rPr>
          <w:b/>
        </w:rPr>
        <w:t xml:space="preserve">[07:49] </w:t>
      </w:r>
      <w:r>
        <w:t>unka age sahaba ke age se qareeb tha.</w:t>
      </w:r>
    </w:p>
    <w:p>
      <w:pPr>
        <w:jc w:val="right"/>
      </w:pPr>
      <w:r>
        <w:t>ان کا age صحابہ کے age سے قریب تھا۔</w:t>
      </w:r>
    </w:p>
    <w:p>
      <w:r>
        <w:rPr>
          <w:b/>
        </w:rPr>
        <w:t xml:space="preserve">[07:54] </w:t>
      </w:r>
      <w:r>
        <w:t>kyunke woh zahir tha yeh log tabe' tabe'een thay.</w:t>
      </w:r>
    </w:p>
    <w:p>
      <w:pPr>
        <w:jc w:val="right"/>
      </w:pPr>
      <w:r>
        <w:t>کیونکہ وہ ظاہر تھا یہ لوگ تبع تابعین تھے۔</w:t>
      </w:r>
    </w:p>
    <w:p>
      <w:r>
        <w:rPr>
          <w:b/>
        </w:rPr>
        <w:t xml:space="preserve">[08:00] </w:t>
      </w:r>
      <w:r>
        <w:t>toh unhon ne kaha ke ab hum ne apne halaat ke lihaz se namaz ka aur ibadat ka</w:t>
      </w:r>
    </w:p>
    <w:p>
      <w:pPr>
        <w:jc w:val="right"/>
      </w:pPr>
      <w:r>
        <w:t>تو انہوں نے کہا کہ اب ہم نے اپنے حالات کے لحاظ سے نماز کا اور عبادت کا</w:t>
      </w:r>
    </w:p>
    <w:p>
      <w:r>
        <w:rPr>
          <w:b/>
        </w:rPr>
        <w:t xml:space="preserve">[08:05] </w:t>
      </w:r>
      <w:r>
        <w:t>form mutayyan kar diya hai.</w:t>
      </w:r>
    </w:p>
    <w:p>
      <w:pPr>
        <w:jc w:val="right"/>
      </w:pPr>
      <w:r>
        <w:t>فارم متعین کر دیا ہے۔</w:t>
      </w:r>
    </w:p>
    <w:p>
      <w:r>
        <w:rPr>
          <w:b/>
        </w:rPr>
        <w:t xml:space="preserve">[08:11] </w:t>
      </w:r>
      <w:r>
        <w:t>ab naya form nahi banega.</w:t>
      </w:r>
    </w:p>
    <w:p>
      <w:pPr>
        <w:jc w:val="right"/>
      </w:pPr>
      <w:r>
        <w:t>اب نیا فارم نہیں بنے گا۔</w:t>
      </w:r>
    </w:p>
    <w:p>
      <w:r>
        <w:rPr>
          <w:b/>
        </w:rPr>
        <w:t xml:space="preserve">[08:16] </w:t>
      </w:r>
      <w:r>
        <w:t>is ma'ne mein ijtihad ka darwaza band kiya unhon ne.</w:t>
      </w:r>
    </w:p>
    <w:p>
      <w:pPr>
        <w:jc w:val="right"/>
      </w:pPr>
      <w:r>
        <w:t>اس معنی میں اجتہاد کا دروازہ بند کیا انہوں نے۔</w:t>
      </w:r>
    </w:p>
    <w:p>
      <w:r>
        <w:rPr>
          <w:b/>
        </w:rPr>
        <w:t xml:space="preserve">[08:21] </w:t>
      </w:r>
      <w:r>
        <w:t>warna aap jante hain ke bohat se masail thay jis mein unhon ne ijtihad kiya.</w:t>
      </w:r>
    </w:p>
    <w:p>
      <w:pPr>
        <w:jc w:val="right"/>
      </w:pPr>
      <w:r>
        <w:t>ورنہ آپ جانتے ہیں کہ بہت سے مسائل تھے جس میں انہوں نے اجتہاد کیا۔</w:t>
      </w:r>
    </w:p>
    <w:p>
      <w:r>
        <w:rPr>
          <w:b/>
        </w:rPr>
        <w:t xml:space="preserve">[08:27] </w:t>
      </w:r>
      <w:r>
        <w:t>abhi bhi karte hain ulma.</w:t>
      </w:r>
    </w:p>
    <w:p>
      <w:pPr>
        <w:jc w:val="right"/>
      </w:pPr>
      <w:r>
        <w:t>ابھی بھی کرتے ہیں علماء۔</w:t>
      </w:r>
    </w:p>
    <w:p>
      <w:r>
        <w:rPr>
          <w:b/>
        </w:rPr>
        <w:t xml:space="preserve">[08:32] </w:t>
      </w:r>
      <w:r>
        <w:t>misal ke taur par dekhiye, hajj ka jo hukum Quran mein aaya hai toh wahan par yeh hai</w:t>
      </w:r>
    </w:p>
    <w:p>
      <w:pPr>
        <w:jc w:val="right"/>
      </w:pPr>
      <w:r>
        <w:t>مثال کے طور پر دیکھیے، حج کا جو حکم قرآن میں آیا ہے تو وہاں پر یہ ہے</w:t>
      </w:r>
    </w:p>
    <w:p>
      <w:r>
        <w:rPr>
          <w:b/>
        </w:rPr>
        <w:t xml:space="preserve">[08:38] </w:t>
      </w:r>
      <w:r>
        <w:t>ke oonton par safar kar ke hajj karne ke liye aao.</w:t>
      </w:r>
    </w:p>
    <w:p>
      <w:pPr>
        <w:jc w:val="right"/>
      </w:pPr>
      <w:r>
        <w:t>کہ اونٹوں پر سفر کر کے حج کرنے کے لیے آؤ۔</w:t>
      </w:r>
    </w:p>
    <w:p>
      <w:r>
        <w:rPr>
          <w:b/>
        </w:rPr>
        <w:t xml:space="preserve">[08:43] </w:t>
      </w:r>
      <w:r>
        <w:t>toh ab agar ijtihad na karte woh log toh aaj bhi woh oonton par safar karte.</w:t>
      </w:r>
    </w:p>
    <w:p>
      <w:pPr>
        <w:jc w:val="right"/>
      </w:pPr>
      <w:r>
        <w:t>تو اب اگر اجتہاد نہ کرتے وہ لوگ تو آج بھی وہ اونٹوں پر سفر کرتے۔</w:t>
      </w:r>
    </w:p>
    <w:p>
      <w:r>
        <w:rPr>
          <w:b/>
        </w:rPr>
        <w:t xml:space="preserve">[08:49] </w:t>
      </w:r>
      <w:r>
        <w:t>lekin aap jante hain ke pehle jab steamship aaya toh steamship par safar hone laga.</w:t>
      </w:r>
    </w:p>
    <w:p>
      <w:pPr>
        <w:jc w:val="right"/>
      </w:pPr>
      <w:r>
        <w:t>لیکن آپ جانتے ہیں کہ پہلے جب steamship آیا تو steamship پر سفر ہونے لگا۔</w:t>
      </w:r>
    </w:p>
    <w:p>
      <w:r>
        <w:rPr>
          <w:b/>
        </w:rPr>
        <w:t xml:space="preserve">[08:54] </w:t>
      </w:r>
      <w:r>
        <w:t>phir jab hawa jahaz aaya toh hawa jahaz par safar hone laga.</w:t>
      </w:r>
    </w:p>
    <w:p>
      <w:pPr>
        <w:jc w:val="right"/>
      </w:pPr>
      <w:r>
        <w:t>پھر جب ہوا جہاز آیا تو ہوا جہاز پر سفر ہونے لگا۔</w:t>
      </w:r>
    </w:p>
    <w:p>
      <w:r>
        <w:rPr>
          <w:b/>
        </w:rPr>
        <w:t xml:space="preserve">[09:00] </w:t>
      </w:r>
      <w:r>
        <w:t>toh yeh galat, yeh misunderstanding hai ke ulma ne ijtihad ka darwaza band kiya.</w:t>
      </w:r>
    </w:p>
    <w:p>
      <w:pPr>
        <w:jc w:val="right"/>
      </w:pPr>
      <w:r>
        <w:t>تو یہ غلط، یہ misunderstanding ہے کہ علماء نے اجتہاد کا دروازہ بند کیا۔</w:t>
      </w:r>
    </w:p>
    <w:p>
      <w:r>
        <w:rPr>
          <w:b/>
        </w:rPr>
        <w:t xml:space="preserve">[09:05] </w:t>
      </w:r>
      <w:r>
        <w:t>yeh ek ek ek limited sense mein thi yeh baat.</w:t>
      </w:r>
    </w:p>
    <w:p>
      <w:pPr>
        <w:jc w:val="right"/>
      </w:pPr>
      <w:r>
        <w:t>یہ ایک ایک ایک limited sense میں تھی یہ بات۔</w:t>
      </w:r>
    </w:p>
    <w:p>
      <w:r>
        <w:rPr>
          <w:b/>
        </w:rPr>
        <w:t xml:space="preserve">[09:11] </w:t>
      </w:r>
      <w:r>
        <w:t>ke namaz ka form jo ho gaya hai woh rahega hamesha, ab is mein koi ijtihad nahi kar sakta.</w:t>
      </w:r>
    </w:p>
    <w:p>
      <w:pPr>
        <w:jc w:val="right"/>
      </w:pPr>
      <w:r>
        <w:t>کہ نماز کا فارم جو ہو گیا ہے وہ رہے گا ہمیشہ، اب اس میں کوئی اجتہاد نہیں کر سکتا۔</w:t>
      </w:r>
    </w:p>
    <w:p>
      <w:r>
        <w:rPr>
          <w:b/>
        </w:rPr>
        <w:t xml:space="preserve">[09:16] </w:t>
      </w:r>
      <w:r>
        <w:t>haan doosre umoor jo hain un mein ijtihad jari rahega aur unhon ne khud bhi jari rakha.</w:t>
      </w:r>
    </w:p>
    <w:p>
      <w:pPr>
        <w:jc w:val="right"/>
      </w:pPr>
      <w:r>
        <w:t>ہاں دوسرے امور جو ہیں ان میں اجتہاد جاری رہے گا اور انہوں نے خود بھی جاری رکھا۔</w:t>
      </w:r>
    </w:p>
    <w:p>
      <w:r>
        <w:rPr>
          <w:b/>
        </w:rPr>
        <w:t xml:space="preserve">[09:22] </w:t>
      </w:r>
      <w:r>
        <w:t>Maulana sahib, we have received a question from Pakistan from Mr. Muneeb ur Rehman sahib and he has asked you the question that Quran and Sunnah are the source for Islam. Can we consider Ijtihad also a source of the religion?</w:t>
      </w:r>
    </w:p>
    <w:p>
      <w:pPr>
        <w:jc w:val="right"/>
      </w:pPr>
      <w:r>
        <w:t>مولانا صاحب، we have received a question from Pakistan from Mr. منیب الرحمن صاحب and he has asked you the question that قرآن and سنت are the source for Islam. Can we consider اجتہاد also a source of the religion?</w:t>
      </w:r>
    </w:p>
    <w:p>
      <w:r>
        <w:rPr>
          <w:b/>
        </w:rPr>
        <w:t xml:space="preserve">[09:41] </w:t>
      </w:r>
      <w:r>
        <w:t>dekhiye, Quran aur Sunnat jo hai woh abadi source hai.</w:t>
      </w:r>
    </w:p>
    <w:p>
      <w:pPr>
        <w:jc w:val="right"/>
      </w:pPr>
      <w:r>
        <w:t>دیکھیے، قرآن اور سنت جو ہے وہ ابدی source ہے۔</w:t>
      </w:r>
    </w:p>
    <w:p>
      <w:r>
        <w:rPr>
          <w:b/>
        </w:rPr>
        <w:t xml:space="preserve">[09:46] </w:t>
      </w:r>
      <w:r>
        <w:t>yani eternal source hai.</w:t>
      </w:r>
    </w:p>
    <w:p>
      <w:pPr>
        <w:jc w:val="right"/>
      </w:pPr>
      <w:r>
        <w:t>یعنی eternal source ہے۔</w:t>
      </w:r>
    </w:p>
    <w:p>
      <w:r>
        <w:rPr>
          <w:b/>
        </w:rPr>
        <w:t xml:space="preserve">[09:51] </w:t>
      </w:r>
      <w:r>
        <w:t>ijtihad bhi source hai lekin woh temporary ma'ne mein hai.</w:t>
      </w:r>
    </w:p>
    <w:p>
      <w:pPr>
        <w:jc w:val="right"/>
      </w:pPr>
      <w:r>
        <w:t>اجتہاد بھی source ہے لیکن وہ temporary معنی میں ہے۔</w:t>
      </w:r>
    </w:p>
    <w:p>
      <w:r>
        <w:rPr>
          <w:b/>
        </w:rPr>
        <w:t xml:space="preserve">[09:56] </w:t>
      </w:r>
      <w:r>
        <w:t>yani jab oont tha toh oont se safar kiya logon ne.</w:t>
      </w:r>
    </w:p>
    <w:p>
      <w:pPr>
        <w:jc w:val="right"/>
      </w:pPr>
      <w:r>
        <w:t>یعنی جب اونٹ تھا تو اونٹ سے سفر کیا لوگوں نے۔</w:t>
      </w:r>
    </w:p>
    <w:p>
      <w:r>
        <w:rPr>
          <w:b/>
        </w:rPr>
        <w:t xml:space="preserve">[10:01] </w:t>
      </w:r>
      <w:r>
        <w:t>Steamship aaya, steamship pe safar karne lagay.</w:t>
      </w:r>
    </w:p>
    <w:p>
      <w:pPr>
        <w:jc w:val="right"/>
      </w:pPr>
      <w:r>
        <w:t>Steamship آیا، steamship پہ سفر کرنے لگے۔</w:t>
      </w:r>
    </w:p>
    <w:p>
      <w:r>
        <w:rPr>
          <w:b/>
        </w:rPr>
        <w:t xml:space="preserve">[10:06] </w:t>
      </w:r>
      <w:r>
        <w:t>ab jahaz aaya toh jahaz safar karne lagay.</w:t>
      </w:r>
    </w:p>
    <w:p>
      <w:pPr>
        <w:jc w:val="right"/>
      </w:pPr>
      <w:r>
        <w:t>اب جہاز آیا تو جہاز سفر کرنے لگے۔</w:t>
      </w:r>
    </w:p>
    <w:p>
      <w:r>
        <w:rPr>
          <w:b/>
        </w:rPr>
        <w:t xml:space="preserve">[10:11] </w:t>
      </w:r>
      <w:r>
        <w:t>toh ijtihad bhi us waqt ke liye jab ke ijtihad kiya gaya hai woh bhi ek source ke</w:t>
      </w:r>
    </w:p>
    <w:p>
      <w:pPr>
        <w:jc w:val="right"/>
      </w:pPr>
      <w:r>
        <w:t>تو اجتہاد بھی اس وقت کے لیے جب کہ اجتہاد کیا گیا ہے وہ بھی ایک source کے</w:t>
      </w:r>
    </w:p>
    <w:p>
      <w:r>
        <w:rPr>
          <w:b/>
        </w:rPr>
        <w:t xml:space="preserve">[10:16] </w:t>
      </w:r>
      <w:r>
        <w:t>tour par hai.</w:t>
      </w:r>
    </w:p>
    <w:p>
      <w:pPr>
        <w:jc w:val="right"/>
      </w:pPr>
      <w:r>
        <w:t>طور پر ہے۔</w:t>
      </w:r>
    </w:p>
    <w:p>
      <w:r>
        <w:rPr>
          <w:b/>
        </w:rPr>
        <w:t xml:space="preserve">[10:21] </w:t>
      </w:r>
      <w:r>
        <w:t>lekin eternal sense mein nahi.</w:t>
      </w:r>
    </w:p>
    <w:p>
      <w:pPr>
        <w:jc w:val="right"/>
      </w:pPr>
      <w:r>
        <w:t>لیکن eternal sense میں نہیں۔</w:t>
      </w:r>
    </w:p>
    <w:p>
      <w:r>
        <w:rPr>
          <w:b/>
        </w:rPr>
        <w:t xml:space="preserve">[10:26] </w:t>
      </w:r>
      <w:r>
        <w:t>kyunke hadith, kyunke quran aur sunnat jo hai woh authentic source hain eternally.</w:t>
      </w:r>
    </w:p>
    <w:p>
      <w:pPr>
        <w:jc w:val="right"/>
      </w:pPr>
      <w:r>
        <w:t>کیونکہ حدیث، کیونکہ قرآن اور سنت جو ہے وہ authentic source ہیں eternally۔</w:t>
      </w:r>
    </w:p>
    <w:p>
      <w:r>
        <w:rPr>
          <w:b/>
        </w:rPr>
        <w:t xml:space="preserve">[10:31] </w:t>
      </w:r>
      <w:r>
        <w:t>aur ijtihad jo hai woh hamari aap ki koshish hai.</w:t>
      </w:r>
    </w:p>
    <w:p>
      <w:pPr>
        <w:jc w:val="right"/>
      </w:pPr>
      <w:r>
        <w:t>اور اجتہاد جو ہے وہ ہماری آپ کی کوشش ہے۔</w:t>
      </w:r>
    </w:p>
    <w:p>
      <w:r>
        <w:rPr>
          <w:b/>
        </w:rPr>
        <w:t xml:space="preserve">[10:36] </w:t>
      </w:r>
      <w:r>
        <w:t>to jis zamane mein kiya ja raha hai us zamane mein woh bhi ek source mana jayega.</w:t>
      </w:r>
    </w:p>
    <w:p>
      <w:pPr>
        <w:jc w:val="right"/>
      </w:pPr>
      <w:r>
        <w:t>تو جس زمانے میں کیا جا رہا ہے اس زمانے میں وہ بھی ایک source مانا جائے گا۔</w:t>
      </w:r>
    </w:p>
    <w:p>
      <w:r>
        <w:rPr>
          <w:b/>
        </w:rPr>
        <w:t xml:space="preserve">[10:41] </w:t>
      </w:r>
      <w:r>
        <w:t>lekin agar halaat badal jayenge to ijtihad bhi badal jayega.</w:t>
      </w:r>
    </w:p>
    <w:p>
      <w:pPr>
        <w:jc w:val="right"/>
      </w:pPr>
      <w:r>
        <w:t>لیکن اگر حالات بدل جائیں گے تو اجتہاد بھی بدل جائے گا۔</w:t>
      </w:r>
    </w:p>
    <w:p>
      <w:r>
        <w:rPr>
          <w:b/>
        </w:rPr>
        <w:t xml:space="preserve">[10:46] </w:t>
      </w:r>
      <w:r>
        <w:t>to ijtihad jo hai sach poochhein to woh islam ki taleem ka re-application talash karna ka naam hai.</w:t>
      </w:r>
    </w:p>
    <w:p>
      <w:pPr>
        <w:jc w:val="right"/>
      </w:pPr>
      <w:r>
        <w:t>تو اجتہاد جو ہے سچ پوچھیں تو وہ اسلام کی تعلیم کا re-application تلاش کرنا کا نام ہے۔</w:t>
      </w:r>
    </w:p>
    <w:p>
      <w:r>
        <w:rPr>
          <w:b/>
        </w:rPr>
        <w:t xml:space="preserve">[10:51] </w:t>
      </w:r>
      <w:r>
        <w:t>aur quran aur sunnat jo hai woh islam ka eternal source ke taur par rakhta hai.</w:t>
      </w:r>
    </w:p>
    <w:p>
      <w:pPr>
        <w:jc w:val="right"/>
      </w:pPr>
      <w:r>
        <w:t>اور قرآن اور سنت جو ہے وہ اسلام کا eternal source کے طور پر رکھتا ہے۔</w:t>
      </w:r>
    </w:p>
    <w:p>
      <w:r>
        <w:rPr>
          <w:b/>
        </w:rPr>
        <w:t xml:space="preserve">[10:57] </w:t>
      </w:r>
      <w:r>
        <w:t>So Maulana sahib, according to you, who is qualified to do ijtihad in Islam?</w:t>
      </w:r>
    </w:p>
    <w:p>
      <w:pPr>
        <w:jc w:val="right"/>
      </w:pPr>
      <w:r>
        <w:t>So مولانا صاحب, according to you, who is qualified to do اجتہاد in Islam?</w:t>
      </w:r>
    </w:p>
    <w:p>
      <w:r>
        <w:rPr>
          <w:b/>
        </w:rPr>
        <w:t xml:space="preserve">[11:02] </w:t>
      </w:r>
      <w:r>
        <w:t>haan dekhiye, yeh agar yeh koi samjhe ke jo madarse ka sand yafta hai wahi ijtihad kar sakta</w:t>
      </w:r>
    </w:p>
    <w:p>
      <w:pPr>
        <w:jc w:val="right"/>
      </w:pPr>
      <w:r>
        <w:t>ہاں دیکھیے، یہ اگر یہ کوئی سمجھے کہ جو مدرسے کا سند یافتہ ہے وہی اجتہاد کر سکتا</w:t>
      </w:r>
    </w:p>
    <w:p>
      <w:r>
        <w:rPr>
          <w:b/>
        </w:rPr>
        <w:t xml:space="preserve">[11:07] </w:t>
      </w:r>
      <w:r>
        <w:t>hai to yeh bilkul galat hai.</w:t>
      </w:r>
    </w:p>
    <w:p>
      <w:pPr>
        <w:jc w:val="right"/>
      </w:pPr>
      <w:r>
        <w:t>ہے تو یہ بالکل غلط ہے۔</w:t>
      </w:r>
    </w:p>
    <w:p>
      <w:r>
        <w:rPr>
          <w:b/>
        </w:rPr>
        <w:t xml:space="preserve">[11:12] </w:t>
      </w:r>
      <w:r>
        <w:t>iski koi shart, aisi koi shart na quran mein hai na hadith mein hai na sahaba ne</w:t>
      </w:r>
    </w:p>
    <w:p>
      <w:pPr>
        <w:jc w:val="right"/>
      </w:pPr>
      <w:r>
        <w:t>اس کی کوئی شرط، ایسی کوئی شرط نہ قرآن میں ہے نہ حدیث میں ہے نہ صحابہ نے</w:t>
      </w:r>
    </w:p>
    <w:p>
      <w:r>
        <w:rPr>
          <w:b/>
        </w:rPr>
        <w:t xml:space="preserve">[11:17] </w:t>
      </w:r>
      <w:r>
        <w:t>aisi koi shart ko bain kiya.</w:t>
      </w:r>
    </w:p>
    <w:p>
      <w:pPr>
        <w:jc w:val="right"/>
      </w:pPr>
      <w:r>
        <w:t>ایسی کوئی شرط کو بین کیا۔</w:t>
      </w:r>
    </w:p>
    <w:p>
      <w:r>
        <w:rPr>
          <w:b/>
        </w:rPr>
        <w:t xml:space="preserve">[11:22] </w:t>
      </w:r>
      <w:r>
        <w:t>saari shart yeh hai ke aap ki niyat durust ho.</w:t>
      </w:r>
    </w:p>
    <w:p>
      <w:pPr>
        <w:jc w:val="right"/>
      </w:pPr>
      <w:r>
        <w:t>ساری شرط یہ ہے کہ آپ کی نیت درست ہو۔</w:t>
      </w:r>
    </w:p>
    <w:p>
      <w:r>
        <w:rPr>
          <w:b/>
        </w:rPr>
        <w:t xml:space="preserve">[11:28] </w:t>
      </w:r>
      <w:r>
        <w:t>yani islam ki mansha ko janne ke siwa koi aur aap ki mansha na ho.</w:t>
      </w:r>
    </w:p>
    <w:p>
      <w:pPr>
        <w:jc w:val="right"/>
      </w:pPr>
      <w:r>
        <w:t>یعنی اسلام کی منشا کو جاننے کے سوا کوئی اور آپ کی منشا نہ ہو۔</w:t>
      </w:r>
    </w:p>
    <w:p>
      <w:r>
        <w:rPr>
          <w:b/>
        </w:rPr>
        <w:t xml:space="preserve">[11:33] </w:t>
      </w:r>
      <w:r>
        <w:t>kuch bhi na ho.</w:t>
      </w:r>
    </w:p>
    <w:p>
      <w:pPr>
        <w:jc w:val="right"/>
      </w:pPr>
      <w:r>
        <w:t>کچھ بھی نہ ہو۔</w:t>
      </w:r>
    </w:p>
    <w:p>
      <w:r>
        <w:rPr>
          <w:b/>
        </w:rPr>
        <w:t xml:space="preserve">[11:38] </w:t>
      </w:r>
      <w:r>
        <w:t>matlab fame ya paisa ya position, koi material gain yeh sab na ho.</w:t>
      </w:r>
    </w:p>
    <w:p>
      <w:pPr>
        <w:jc w:val="right"/>
      </w:pPr>
      <w:r>
        <w:t>مطلب fame یا پیسہ یا position، کوئی material gain یہ سب نہ ہو۔</w:t>
      </w:r>
    </w:p>
    <w:p>
      <w:r>
        <w:rPr>
          <w:b/>
        </w:rPr>
        <w:t xml:space="preserve">[11:43] </w:t>
      </w:r>
      <w:r>
        <w:t>sirf sirf aur sirf allah ke marzi jaane ke liye ho.</w:t>
      </w:r>
    </w:p>
    <w:p>
      <w:pPr>
        <w:jc w:val="right"/>
      </w:pPr>
      <w:r>
        <w:t>صرف صرف اور صرف اللہ کے مرضی جانے کے لیے ہو۔</w:t>
      </w:r>
    </w:p>
    <w:p>
      <w:r>
        <w:rPr>
          <w:b/>
        </w:rPr>
        <w:t xml:space="preserve">[11:48] </w:t>
      </w:r>
      <w:r>
        <w:t>to koi shart nahin.</w:t>
      </w:r>
    </w:p>
    <w:p>
      <w:pPr>
        <w:jc w:val="right"/>
      </w:pPr>
      <w:r>
        <w:t>تو کوئی شرط نہیں۔</w:t>
      </w:r>
    </w:p>
    <w:p>
      <w:r>
        <w:rPr>
          <w:b/>
        </w:rPr>
        <w:t xml:space="preserve">[11:54] </w:t>
      </w:r>
      <w:r>
        <w:t>aap sand yafta hon ya na hon, aap ko haq haq ka ijtihad karen.</w:t>
      </w:r>
    </w:p>
    <w:p>
      <w:pPr>
        <w:jc w:val="right"/>
      </w:pPr>
      <w:r>
        <w:t>آپ سند یافتہ ہوں یا نہ ہوں، آپ کو حق حق کا اجتہاد کریں۔</w:t>
      </w:r>
    </w:p>
    <w:p>
      <w:r>
        <w:rPr>
          <w:b/>
        </w:rPr>
        <w:t xml:space="preserve">[11:59] </w:t>
      </w:r>
      <w:r>
        <w:t>dekhiye, ijtihad, yeh samajh lein ke ijtihad aise koi nahin karta ke bas koi masla aaya dharr se</w:t>
      </w:r>
    </w:p>
    <w:p>
      <w:pPr>
        <w:jc w:val="right"/>
      </w:pPr>
      <w:r>
        <w:t>دیکھیے، اجتہاد، یہ سمجھ لیں کہ اجتہاد ایسے کوئی نہیں کرتا کہ بس کوئی مسئلہ آیا دھڑ سے</w:t>
      </w:r>
    </w:p>
    <w:p>
      <w:r>
        <w:rPr>
          <w:b/>
        </w:rPr>
        <w:t xml:space="preserve">[12:04] </w:t>
      </w:r>
      <w:r>
        <w:t>ijtihad kar diya.</w:t>
      </w:r>
    </w:p>
    <w:p>
      <w:pPr>
        <w:jc w:val="right"/>
      </w:pPr>
      <w:r>
        <w:t>اجتہاد کر دیا۔</w:t>
      </w:r>
    </w:p>
    <w:p>
      <w:r>
        <w:rPr>
          <w:b/>
        </w:rPr>
        <w:t xml:space="preserve">[12:09] </w:t>
      </w:r>
      <w:r>
        <w:t>woh logon se mashwara karta hai, discuss karta hai.</w:t>
      </w:r>
    </w:p>
    <w:p>
      <w:pPr>
        <w:jc w:val="right"/>
      </w:pPr>
      <w:r>
        <w:t>وہ لوگوں سے مشورہ کرتا ہے، discuss کرتا ہے۔</w:t>
      </w:r>
    </w:p>
    <w:p>
      <w:r>
        <w:rPr>
          <w:b/>
        </w:rPr>
        <w:t xml:space="preserve">[12:14] </w:t>
      </w:r>
      <w:r>
        <w:t>to iske aas paas jo ilm wale log honge zahir hai woh discuss karega.</w:t>
      </w:r>
    </w:p>
    <w:p>
      <w:pPr>
        <w:jc w:val="right"/>
      </w:pPr>
      <w:r>
        <w:t>تو اس کے آس پاس جو علم والے لوگ ہوں گے ظاہر ہے وہ discuss کرے گا۔</w:t>
      </w:r>
    </w:p>
    <w:p>
      <w:r>
        <w:rPr>
          <w:b/>
        </w:rPr>
        <w:t xml:space="preserve">[12:20] </w:t>
      </w:r>
      <w:r>
        <w:t>aisa kabhi bhi nahin hota ke kisi ne masla poocha aur dharr se aage bol diya.</w:t>
      </w:r>
    </w:p>
    <w:p>
      <w:pPr>
        <w:jc w:val="right"/>
      </w:pPr>
      <w:r>
        <w:t>ایسا کبھی بھی نہیں ہوتا کہ کسی نے مسئلہ پوچھا اور دھڑ سے آگے بول دیا۔</w:t>
      </w:r>
    </w:p>
    <w:p>
      <w:r>
        <w:rPr>
          <w:b/>
        </w:rPr>
        <w:t xml:space="preserve">[12:25] </w:t>
      </w:r>
      <w:r>
        <w:t>imam abu hanifa bohat bade fiqih the, unka ek board tha baqayda, board.</w:t>
      </w:r>
    </w:p>
    <w:p>
      <w:pPr>
        <w:jc w:val="right"/>
      </w:pPr>
      <w:r>
        <w:t>امام ابو حنیفہ بہت بڑے فقیہ تھے، ان کا ایک board تھا باقاعدہ، board۔</w:t>
      </w:r>
    </w:p>
    <w:p>
      <w:r>
        <w:rPr>
          <w:b/>
        </w:rPr>
        <w:t xml:space="preserve">[12:30] </w:t>
      </w:r>
      <w:r>
        <w:t>koi masla paida hota tha to board bulaya jata tha, us mein discuss kiya jata tha.</w:t>
      </w:r>
    </w:p>
    <w:p>
      <w:pPr>
        <w:jc w:val="right"/>
      </w:pPr>
      <w:r>
        <w:t>کوئی مسئلہ پیدا ہوتا تھا تو board بلایا جاتا تھا، اس میں discuss کیا جاتا تھا۔</w:t>
      </w:r>
    </w:p>
    <w:p>
      <w:r>
        <w:rPr>
          <w:b/>
        </w:rPr>
        <w:t xml:space="preserve">[12:35] </w:t>
      </w:r>
      <w:r>
        <w:t>to aise aaj bhi karega aadmi? agar farz kiya wo sanad yafta nahi hai to wo ulama</w:t>
      </w:r>
    </w:p>
    <w:p>
      <w:pPr>
        <w:jc w:val="right"/>
      </w:pPr>
      <w:r>
        <w:t>تو ایسے آج بھی کرے گا آدمی؟ اگر فرض کیا وہ سند یافتہ نہیں ہے تو وہ علماء</w:t>
      </w:r>
    </w:p>
    <w:p>
      <w:r>
        <w:rPr>
          <w:b/>
        </w:rPr>
        <w:t xml:space="preserve">[12:40] </w:t>
      </w:r>
      <w:r>
        <w:t>se ya ahl-e-ilm se wo discuss kar sakta hai? is mein farq kya hai?</w:t>
      </w:r>
    </w:p>
    <w:p>
      <w:pPr>
        <w:jc w:val="right"/>
      </w:pPr>
      <w:r>
        <w:t>سے یا اہل علم سے وہ discuss کر سکتا ہے؟ اس میں فرق کیا ہے؟</w:t>
      </w:r>
    </w:p>
    <w:p>
      <w:r>
        <w:rPr>
          <w:b/>
        </w:rPr>
        <w:t xml:space="preserve">[12:46] </w:t>
      </w:r>
      <w:r>
        <w:t>What is the difference between ijma, qiyas and ijtihad? haan dekhiye, ye ek bahut hi mushkil masla hai.</w:t>
      </w:r>
    </w:p>
    <w:p>
      <w:pPr>
        <w:jc w:val="right"/>
      </w:pPr>
      <w:r>
        <w:t>What is the difference between اجماع، قیاس and اجتہاد؟ ہاں دیکھیے، یہ ایک بہت ہی مشکل مسئلہ ہے۔</w:t>
      </w:r>
    </w:p>
    <w:p>
      <w:r>
        <w:rPr>
          <w:b/>
        </w:rPr>
        <w:t xml:space="preserve">[12:50] </w:t>
      </w:r>
      <w:r>
        <w:t>hamare fuqaha ne ye kaha hai ke mushtarak source, mushtarak source char hain.</w:t>
      </w:r>
    </w:p>
    <w:p>
      <w:pPr>
        <w:jc w:val="right"/>
      </w:pPr>
      <w:r>
        <w:t>ہمارے فقہاء نے یہ کہا ہے کہ مشترک source، مشترک source چار ہیں۔</w:t>
      </w:r>
    </w:p>
    <w:p>
      <w:r>
        <w:rPr>
          <w:b/>
        </w:rPr>
        <w:t xml:space="preserve">[12:55] </w:t>
      </w:r>
      <w:r>
        <w:t>quran, sunnat, ijma aur qiyas.</w:t>
      </w:r>
    </w:p>
    <w:p>
      <w:pPr>
        <w:jc w:val="right"/>
      </w:pPr>
      <w:r>
        <w:t>قرآن، سنت، اجماع اور قیاس۔</w:t>
      </w:r>
    </w:p>
    <w:p>
      <w:r>
        <w:rPr>
          <w:b/>
        </w:rPr>
        <w:t xml:space="preserve">[13:00] </w:t>
      </w:r>
      <w:r>
        <w:t>char ko source mana hai unhone.</w:t>
      </w:r>
    </w:p>
    <w:p>
      <w:pPr>
        <w:jc w:val="right"/>
      </w:pPr>
      <w:r>
        <w:t>چار کو source مانا ہے انہوں نے۔</w:t>
      </w:r>
    </w:p>
    <w:p>
      <w:r>
        <w:rPr>
          <w:b/>
        </w:rPr>
        <w:t xml:space="preserve">[13:05] </w:t>
      </w:r>
      <w:r>
        <w:t>is ko kehte hain masdar.</w:t>
      </w:r>
    </w:p>
    <w:p>
      <w:pPr>
        <w:jc w:val="right"/>
      </w:pPr>
      <w:r>
        <w:t>اس کو کہتے ہیں مصدر۔</w:t>
      </w:r>
    </w:p>
    <w:p>
      <w:r>
        <w:rPr>
          <w:b/>
        </w:rPr>
        <w:t xml:space="preserve">[13:10] </w:t>
      </w:r>
      <w:r>
        <w:t>achha mujhe is se ikhtilaf hai.</w:t>
      </w:r>
    </w:p>
    <w:p>
      <w:pPr>
        <w:jc w:val="right"/>
      </w:pPr>
      <w:r>
        <w:t>اچھا مجھے اس سے اختلاف ہے۔</w:t>
      </w:r>
    </w:p>
    <w:p>
      <w:r>
        <w:rPr>
          <w:b/>
        </w:rPr>
        <w:t xml:space="preserve">[13:15] </w:t>
      </w:r>
      <w:r>
        <w:t>quran sunnat ke mutabiq maine gaur kiya to teen hi cheez source banti hain, char nahi.</w:t>
      </w:r>
    </w:p>
    <w:p>
      <w:pPr>
        <w:jc w:val="right"/>
      </w:pPr>
      <w:r>
        <w:t>قرآن سنت کے مطابق میں نے غور کیا تو تین ہی چیز source بنتی ہیں، چار نہیں۔</w:t>
      </w:r>
    </w:p>
    <w:p>
      <w:r>
        <w:rPr>
          <w:b/>
        </w:rPr>
        <w:t xml:space="preserve">[13:20] </w:t>
      </w:r>
      <w:r>
        <w:t>quran, sunnat aur ijtihad.</w:t>
      </w:r>
    </w:p>
    <w:p>
      <w:pPr>
        <w:jc w:val="right"/>
      </w:pPr>
      <w:r>
        <w:t>قرآن، سنت اور اجتہاد۔</w:t>
      </w:r>
    </w:p>
    <w:p>
      <w:r>
        <w:rPr>
          <w:b/>
        </w:rPr>
        <w:t xml:space="preserve">[13:25] </w:t>
      </w:r>
      <w:r>
        <w:t>bas koi chautha nahi.</w:t>
      </w:r>
    </w:p>
    <w:p>
      <w:pPr>
        <w:jc w:val="right"/>
      </w:pPr>
      <w:r>
        <w:t>بس کوئی چوتھا نہیں۔</w:t>
      </w:r>
    </w:p>
    <w:p>
      <w:r>
        <w:rPr>
          <w:b/>
        </w:rPr>
        <w:t xml:space="preserve">[13:30] </w:t>
      </w:r>
      <w:r>
        <w:t>to logon ne jo char banaya hai us ko main nahi manta.</w:t>
      </w:r>
    </w:p>
    <w:p>
      <w:pPr>
        <w:jc w:val="right"/>
      </w:pPr>
      <w:r>
        <w:t>تو لوگوں نے جو چار بنایا ہے اس کو میں نہیں مانتا۔</w:t>
      </w:r>
    </w:p>
    <w:p>
      <w:r>
        <w:rPr>
          <w:b/>
        </w:rPr>
        <w:t xml:space="preserve">[13:35] </w:t>
      </w:r>
      <w:r>
        <w:t>ijma ko manne ka matlab ye ho gaya ke wo log samajhte hain ke ijma agar hoga kisi</w:t>
      </w:r>
    </w:p>
    <w:p>
      <w:pPr>
        <w:jc w:val="right"/>
      </w:pPr>
      <w:r>
        <w:t>اجماع کو ماننے کا مطلب یہ ہو گیا کہ وہ لوگ سمجھتے ہیں کہ اجماع اگر ہوگا کسی</w:t>
      </w:r>
    </w:p>
    <w:p>
      <w:r>
        <w:rPr>
          <w:b/>
        </w:rPr>
        <w:t xml:space="preserve">[13:40] </w:t>
      </w:r>
      <w:r>
        <w:t>cheez par to wo hamesha ke liye hai.</w:t>
      </w:r>
    </w:p>
    <w:p>
      <w:pPr>
        <w:jc w:val="right"/>
      </w:pPr>
      <w:r>
        <w:t>چیز پر تو وہ ہمیشہ کے لیے ہے۔</w:t>
      </w:r>
    </w:p>
    <w:p>
      <w:r>
        <w:rPr>
          <w:b/>
        </w:rPr>
        <w:t xml:space="preserve">[13:45] </w:t>
      </w:r>
      <w:r>
        <w:t>ye bilkul sahi nahi hai.</w:t>
      </w:r>
    </w:p>
    <w:p>
      <w:pPr>
        <w:jc w:val="right"/>
      </w:pPr>
      <w:r>
        <w:t>یہ بالکل صحیح نہیں ہے۔</w:t>
      </w:r>
    </w:p>
    <w:p>
      <w:r>
        <w:rPr>
          <w:b/>
        </w:rPr>
        <w:t xml:space="preserve">[13:50] </w:t>
      </w:r>
      <w:r>
        <w:t>quran aur sunnat ke siwa koi aur cheez kabhi hamesha ke liye ho nahi sakti.</w:t>
      </w:r>
    </w:p>
    <w:p>
      <w:pPr>
        <w:jc w:val="right"/>
      </w:pPr>
      <w:r>
        <w:t>قرآن اور سنت کے سوا کوئی اور چیز کبھی ہمیشہ کے لیے ہو نہیں سکتی۔</w:t>
      </w:r>
    </w:p>
    <w:p>
      <w:r>
        <w:rPr>
          <w:b/>
        </w:rPr>
        <w:t xml:space="preserve">[13:55] </w:t>
      </w:r>
      <w:r>
        <w:t>is liye main char ki bajaye teen manta hoon.</w:t>
      </w:r>
    </w:p>
    <w:p>
      <w:pPr>
        <w:jc w:val="right"/>
      </w:pPr>
      <w:r>
        <w:t>اس لیے میں چار کی بجائے تین مانتا ہوں۔</w:t>
      </w:r>
    </w:p>
    <w:p>
      <w:r>
        <w:rPr>
          <w:b/>
        </w:rPr>
        <w:t xml:space="preserve">[14:00] </w:t>
      </w:r>
      <w:r>
        <w:t>is ko kehte hain masadir-e-shariat.</w:t>
      </w:r>
    </w:p>
    <w:p>
      <w:pPr>
        <w:jc w:val="right"/>
      </w:pPr>
      <w:r>
        <w:t>اس کو کہتے ہیں مصادر شریعت۔</w:t>
      </w:r>
    </w:p>
    <w:p>
      <w:r>
        <w:rPr>
          <w:b/>
        </w:rPr>
        <w:t xml:space="preserve">[14:05] </w:t>
      </w:r>
      <w:r>
        <w:t>yani shariat ka ke sources.</w:t>
      </w:r>
    </w:p>
    <w:p>
      <w:pPr>
        <w:jc w:val="right"/>
      </w:pPr>
      <w:r>
        <w:t>یعنی شریعت کا کے sources۔</w:t>
      </w:r>
    </w:p>
    <w:p>
      <w:r>
        <w:rPr>
          <w:b/>
        </w:rPr>
        <w:t xml:space="preserve">[14:10] </w:t>
      </w:r>
      <w:r>
        <w:t>to mere nazdeek shariat ke sources sirf teen hain: quran, sunnat aur ijtihad. bas.</w:t>
      </w:r>
    </w:p>
    <w:p>
      <w:pPr>
        <w:jc w:val="right"/>
      </w:pPr>
      <w:r>
        <w:t>تو میرے نزدیک شریعت کے sources صرف تین ہیں: قرآن، سنت اور اجتہاد۔ بس۔</w:t>
      </w:r>
    </w:p>
    <w:p>
      <w:r>
        <w:rPr>
          <w:b/>
        </w:rPr>
        <w:t xml:space="preserve">[14:15] </w:t>
      </w:r>
      <w:r>
        <w:t>maulana sahib, to what extent do you think that the problem that muslim community faces today is due to their failure to do ijtihad?</w:t>
      </w:r>
    </w:p>
    <w:p>
      <w:pPr>
        <w:jc w:val="right"/>
      </w:pPr>
      <w:r>
        <w:t>مولانا صاحب، to what extent do you think that the problem that مسلم community faces today is due to their failure to do اجتہاد؟</w:t>
      </w:r>
    </w:p>
    <w:p>
      <w:r>
        <w:rPr>
          <w:b/>
        </w:rPr>
        <w:t xml:space="preserve">[14:26] </w:t>
      </w:r>
      <w:r>
        <w:t>haan main is ko manta hoon.</w:t>
      </w:r>
    </w:p>
    <w:p>
      <w:pPr>
        <w:jc w:val="right"/>
      </w:pPr>
      <w:r>
        <w:t>ہاں میں اس کو مانتا ہوں۔</w:t>
      </w:r>
    </w:p>
    <w:p>
      <w:r>
        <w:rPr>
          <w:b/>
        </w:rPr>
        <w:t xml:space="preserve">[14:32] </w:t>
      </w:r>
      <w:r>
        <w:t>kyunki ye waqt tha ke aap islam ka re-application discover karte ke aap ne kiya nahi.</w:t>
      </w:r>
    </w:p>
    <w:p>
      <w:pPr>
        <w:jc w:val="right"/>
      </w:pPr>
      <w:r>
        <w:t>کیونکہ یہ وقت تھا کہ آپ اسلام کا re-application discover کرتے کہ آپ نے کیا نہیں۔</w:t>
      </w:r>
    </w:p>
    <w:p>
      <w:r>
        <w:rPr>
          <w:b/>
        </w:rPr>
        <w:t xml:space="preserve">[14:39] </w:t>
      </w:r>
      <w:r>
        <w:t>misal ke taur par dekhiye, is zamane mein kuch waqeat hue jaise Asia mein European qaumein aayin, Africa</w:t>
      </w:r>
    </w:p>
    <w:p>
      <w:pPr>
        <w:jc w:val="right"/>
      </w:pPr>
      <w:r>
        <w:t>مثال کے طور پر دیکھیے، اس زمانے میں کچھ واقعات ہوئے جیسے ایشیا میں European قومیں آئیں، افریقہ</w:t>
      </w:r>
    </w:p>
    <w:p>
      <w:r>
        <w:rPr>
          <w:b/>
        </w:rPr>
        <w:t xml:space="preserve">[14:46] </w:t>
      </w:r>
      <w:r>
        <w:t>mein France aaya aur yahan Falasteen mein zayreen ke log aaye.</w:t>
      </w:r>
    </w:p>
    <w:p>
      <w:pPr>
        <w:jc w:val="right"/>
      </w:pPr>
      <w:r>
        <w:t>میں فرانس آیا اور یہاں فلسطین میں زائرین کے لوگ آئے۔</w:t>
      </w:r>
    </w:p>
    <w:p>
      <w:r>
        <w:rPr>
          <w:b/>
        </w:rPr>
        <w:t xml:space="preserve">[14:53] </w:t>
      </w:r>
      <w:r>
        <w:t>ye ek nayi situation thi.</w:t>
      </w:r>
    </w:p>
    <w:p>
      <w:pPr>
        <w:jc w:val="right"/>
      </w:pPr>
      <w:r>
        <w:t>یہ ایک نئی situation تھی۔</w:t>
      </w:r>
    </w:p>
    <w:p>
      <w:r>
        <w:rPr>
          <w:b/>
        </w:rPr>
        <w:t xml:space="preserve">[14:59] </w:t>
      </w:r>
      <w:r>
        <w:t>to logon ne sirf react kiya.</w:t>
      </w:r>
    </w:p>
    <w:p>
      <w:pPr>
        <w:jc w:val="right"/>
      </w:pPr>
      <w:r>
        <w:t>تو لوگوں نے صرف react کیا۔</w:t>
      </w:r>
    </w:p>
    <w:p>
      <w:r>
        <w:rPr>
          <w:b/>
        </w:rPr>
        <w:t xml:space="preserve">[15:06] </w:t>
      </w:r>
      <w:r>
        <w:t>React kiya matlab ladne lagay. Jihad, jihad.</w:t>
      </w:r>
    </w:p>
    <w:p>
      <w:pPr>
        <w:jc w:val="right"/>
      </w:pPr>
      <w:r>
        <w:t>React کیا مطلب لڑنے لگے۔ جہاد، جہاد۔</w:t>
      </w:r>
    </w:p>
    <w:p>
      <w:r>
        <w:rPr>
          <w:b/>
        </w:rPr>
        <w:t xml:space="preserve">[15:13] </w:t>
      </w:r>
      <w:r>
        <w:t>yeh jihad ka masla tha hi nahi.</w:t>
      </w:r>
    </w:p>
    <w:p>
      <w:pPr>
        <w:jc w:val="right"/>
      </w:pPr>
      <w:r>
        <w:t>یہ جہاد کا مسئلہ تھا ہی نہیں۔</w:t>
      </w:r>
    </w:p>
    <w:p>
      <w:r>
        <w:rPr>
          <w:b/>
        </w:rPr>
        <w:t xml:space="preserve">[15:20] </w:t>
      </w:r>
      <w:r>
        <w:t>yeh ijtihad ka masla tha.</w:t>
      </w:r>
    </w:p>
    <w:p>
      <w:pPr>
        <w:jc w:val="right"/>
      </w:pPr>
      <w:r>
        <w:t>یہ اجتہاد کا مسئلہ تھا۔</w:t>
      </w:r>
    </w:p>
    <w:p>
      <w:r>
        <w:rPr>
          <w:b/>
        </w:rPr>
        <w:t xml:space="preserve">[15:26] </w:t>
      </w:r>
      <w:r>
        <w:t>har jagah yahi kiya ke as a reaction uth kharay hue, lagay ladnay.</w:t>
      </w:r>
    </w:p>
    <w:p>
      <w:pPr>
        <w:jc w:val="right"/>
      </w:pPr>
      <w:r>
        <w:t>ہر جگہ یہی کیا کہ as a reaction اٹھ کھڑے ہوئے، لگے لڑنے۔</w:t>
      </w:r>
    </w:p>
    <w:p>
      <w:r>
        <w:rPr>
          <w:b/>
        </w:rPr>
        <w:t xml:space="preserve">[15:33] </w:t>
      </w:r>
      <w:r>
        <w:t>agar woh is ki bajaye yeh karte ke discuss karte, thundering tareeqay se sochte to woh kehte ke</w:t>
      </w:r>
    </w:p>
    <w:p>
      <w:pPr>
        <w:jc w:val="right"/>
      </w:pPr>
      <w:r>
        <w:t>اگر وہ اس کی بجائے یہ کرتے کہ discuss کرتے، thundering طریقے سے سوچتے تو وہ کہتے کہ</w:t>
      </w:r>
    </w:p>
    <w:p>
      <w:r>
        <w:rPr>
          <w:b/>
        </w:rPr>
        <w:t xml:space="preserve">[15:40] </w:t>
      </w:r>
      <w:r>
        <w:t>bhai yeh to madu hamare paas aya hai, is ko dawat do.</w:t>
      </w:r>
    </w:p>
    <w:p>
      <w:pPr>
        <w:jc w:val="right"/>
      </w:pPr>
      <w:r>
        <w:t>بھئی یہ تو مدعو ہمارے پاس آیا ہے، اس کو دعوت دو۔</w:t>
      </w:r>
    </w:p>
    <w:p>
      <w:r>
        <w:rPr>
          <w:b/>
        </w:rPr>
        <w:t xml:space="preserve">[15:47] </w:t>
      </w:r>
      <w:r>
        <w:t>kyunke quran mein dekhiye yeh hai ke wa in ahadum minal mushrikeen tajarika fajiroo hatta asma kalam allah yani</w:t>
      </w:r>
    </w:p>
    <w:p>
      <w:pPr>
        <w:jc w:val="right"/>
      </w:pPr>
      <w:r>
        <w:t>کیونکہ قرآن میں دیکھیے یہ ہے کہ وَإِنْ أَحْدُمْ مَنْ الْمُشْرِكِينَ تَجَارِكَ فَاجِرُوا حَتَّىٰ أَسْمَعَ كَلَامَ اللَّهِ یعنی</w:t>
      </w:r>
    </w:p>
    <w:p>
      <w:r>
        <w:rPr>
          <w:b/>
        </w:rPr>
        <w:t xml:space="preserve">[15:53] </w:t>
      </w:r>
      <w:r>
        <w:t>koi koi mushrik tumhare aa jaye tumhare ilaqay mein to is ko thehrao apne aap aur is ko dawat do. Quran sunao.</w:t>
      </w:r>
    </w:p>
    <w:p>
      <w:pPr>
        <w:jc w:val="right"/>
      </w:pPr>
      <w:r>
        <w:t>کوئی کوئی مشرک تمہارے آ جائے تمہارے علاقے میں تو اس کو ٹھہراؤ اپنے آپ اور اس کو دعوت دو۔ قرآن سناؤ۔</w:t>
      </w:r>
    </w:p>
    <w:p>
      <w:r>
        <w:rPr>
          <w:b/>
        </w:rPr>
        <w:t xml:space="preserve">[16:00] </w:t>
      </w:r>
      <w:r>
        <w:t>isi isi ayat ko apply karte ho ke yeh log hamare paas aa gaye hain to gaya ke</w:t>
      </w:r>
    </w:p>
    <w:p>
      <w:pPr>
        <w:jc w:val="right"/>
      </w:pPr>
      <w:r>
        <w:t>اسی اسی آیت کو اپلائی کرتے ہو کہ یہ لوگ ہمارے پاس آ گئے ہیں تو گیا کہ</w:t>
      </w:r>
    </w:p>
    <w:p>
      <w:r>
        <w:rPr>
          <w:b/>
        </w:rPr>
        <w:t xml:space="preserve">[16:07] </w:t>
      </w:r>
      <w:r>
        <w:t>madu hamare paas khud puhanch gaya to in ko hum dawat dein gay.</w:t>
      </w:r>
    </w:p>
    <w:p>
      <w:pPr>
        <w:jc w:val="right"/>
      </w:pPr>
      <w:r>
        <w:t>مدعو ہمارے پاس خود پہنچ گیا تو ان کو ہم دعوت دیں گے۔</w:t>
      </w:r>
    </w:p>
    <w:p>
      <w:r>
        <w:rPr>
          <w:b/>
        </w:rPr>
        <w:t xml:space="preserve">[16:14] </w:t>
      </w:r>
      <w:r>
        <w:t>yeh jo logon ne ladna shuru kar diya mere nazdeek yeh failure tha ijtihad ka.</w:t>
      </w:r>
    </w:p>
    <w:p>
      <w:pPr>
        <w:jc w:val="right"/>
      </w:pPr>
      <w:r>
        <w:t>یہ جو لوگوں نے لڑنا شروع کر دیا میرے نزدیک یہ failure تھا اجتہاد کا۔</w:t>
      </w:r>
    </w:p>
    <w:p>
      <w:r>
        <w:rPr>
          <w:b/>
        </w:rPr>
        <w:t xml:space="preserve">[16:20] </w:t>
      </w:r>
      <w:r>
        <w:t>aur is ka saboot dekhiye yeh hai ke har mahaz par woh haaray.</w:t>
      </w:r>
    </w:p>
    <w:p>
      <w:pPr>
        <w:jc w:val="right"/>
      </w:pPr>
      <w:r>
        <w:t>اور اس کا ثبوت دیکھیے یہ ہے کہ ہر محاذ پر وہ ہارے۔</w:t>
      </w:r>
    </w:p>
    <w:p>
      <w:r>
        <w:rPr>
          <w:b/>
        </w:rPr>
        <w:t xml:space="preserve">[16:27] </w:t>
      </w:r>
      <w:r>
        <w:t>har mahaz par unhon ne in ko yak tarafah tor par nuqsan hua.</w:t>
      </w:r>
    </w:p>
    <w:p>
      <w:pPr>
        <w:jc w:val="right"/>
      </w:pPr>
      <w:r>
        <w:t>ہر محاذ پر انہوں نے ان کو یکطرفہ طور پر نقصان ہوا۔</w:t>
      </w:r>
    </w:p>
    <w:p>
      <w:r>
        <w:rPr>
          <w:b/>
        </w:rPr>
        <w:t xml:space="preserve">[16:34] </w:t>
      </w:r>
      <w:r>
        <w:t>har mahaz par.</w:t>
      </w:r>
    </w:p>
    <w:p>
      <w:pPr>
        <w:jc w:val="right"/>
      </w:pPr>
      <w:r>
        <w:t>ہر محاذ پر۔</w:t>
      </w:r>
    </w:p>
    <w:p>
      <w:r>
        <w:rPr>
          <w:b/>
        </w:rPr>
        <w:t xml:space="preserve">[16:41] </w:t>
      </w:r>
      <w:r>
        <w:t>to agar yeh allah ke rastay mein sahi kaam hota to ab success kyun nahi hui? Success kyun</w:t>
      </w:r>
    </w:p>
    <w:p>
      <w:pPr>
        <w:jc w:val="right"/>
      </w:pPr>
      <w:r>
        <w:t>تو اگر یہ اللہ کے راستے میں صحیح کام ہوتا تو اب success کیوں نہیں ہوئی؟ Success کیوں</w:t>
      </w:r>
    </w:p>
    <w:p>
      <w:r>
        <w:rPr>
          <w:b/>
        </w:rPr>
        <w:t xml:space="preserve">[16:47] </w:t>
      </w:r>
      <w:r>
        <w:t>nahi hui? Quran mein to hai ke in kuntum momineen agar tum momin ho to bhi kamyab ho gay.</w:t>
      </w:r>
    </w:p>
    <w:p>
      <w:pPr>
        <w:jc w:val="right"/>
      </w:pPr>
      <w:r>
        <w:t>نہیں ہوئی؟ قرآن میں تو ہے کہ إِنْ كُنْتُمْ مُؤْمِنِينَ اگر تم مومن ہو تو بھی کامیاب ہو گے۔</w:t>
      </w:r>
    </w:p>
    <w:p>
      <w:r>
        <w:rPr>
          <w:b/>
        </w:rPr>
        <w:t xml:space="preserve">[16:54] </w:t>
      </w:r>
      <w:r>
        <w:t>to mein dekh yeh jo jo jo stand ikhtiyar kiya logon ne colonial powers ke khilaf, Britain ke</w:t>
      </w:r>
    </w:p>
    <w:p>
      <w:pPr>
        <w:jc w:val="right"/>
      </w:pPr>
      <w:r>
        <w:t>تو میں دیکھ یہ جو جو جو stand اختیار کیا لوگوں نے colonial powers کے خلاف، برٹن کے</w:t>
      </w:r>
    </w:p>
    <w:p>
      <w:r>
        <w:rPr>
          <w:b/>
        </w:rPr>
        <w:t xml:space="preserve">[17:01] </w:t>
      </w:r>
      <w:r>
        <w:t>khilaf, French ke khilaf aur zionist ke khilaf woh sab galat tha.</w:t>
      </w:r>
    </w:p>
    <w:p>
      <w:pPr>
        <w:jc w:val="right"/>
      </w:pPr>
      <w:r>
        <w:t>خلاف، فرنچ کے خلاف اور زائنسٹ کے خلاف وہ سب غلط تھا۔</w:t>
      </w:r>
    </w:p>
    <w:p>
      <w:r>
        <w:rPr>
          <w:b/>
        </w:rPr>
        <w:t xml:space="preserve">[17:08] </w:t>
      </w:r>
      <w:r>
        <w:t>aur jis cheez ki rehnumai maujood thi quran mein ke wa in ahadum minal mushrikeen tajarika fajiroo hatta asma</w:t>
      </w:r>
    </w:p>
    <w:p>
      <w:pPr>
        <w:jc w:val="right"/>
      </w:pPr>
      <w:r>
        <w:t>اور جس چیز کی رہنمائی موجود تھی قرآن میں کہ وَإِنْ أَحْدُمْ مَنْ الْمُشْرِكِينَ تَجَارِكَ فَاجِرُوا حَتَّىٰ أَسْمَعَ</w:t>
      </w:r>
    </w:p>
    <w:p>
      <w:r>
        <w:rPr>
          <w:b/>
        </w:rPr>
        <w:t xml:space="preserve">[17:14] </w:t>
      </w:r>
      <w:r>
        <w:t>kalam allah ke agar mushrik koi aa jaye tumhare ilaqay mein to is ko thehrao aur is ko quran sunao.</w:t>
      </w:r>
    </w:p>
    <w:p>
      <w:pPr>
        <w:jc w:val="right"/>
      </w:pPr>
      <w:r>
        <w:t>كَلَامَ اللَّهِ کہ اگر مشرک کوئی آ جائے تمہارے علاقے میں تو اس کو ٹھہراؤ اور اس کو قرآن سناؤ۔</w:t>
      </w:r>
    </w:p>
    <w:p>
      <w:r>
        <w:rPr>
          <w:b/>
        </w:rPr>
        <w:t xml:space="preserve">[17:21] </w:t>
      </w:r>
      <w:r>
        <w:t>isi ko aap base bana kar ke ijtihad karte to kehte ke yeh madu hamare paas aa gaya</w:t>
      </w:r>
    </w:p>
    <w:p>
      <w:pPr>
        <w:jc w:val="right"/>
      </w:pPr>
      <w:r>
        <w:t>اسی کو آپ base بنا کر کے اجتہاد کرتے تو کہتے کہ یہ مدعو ہمارے پاس آ گیا</w:t>
      </w:r>
    </w:p>
    <w:p>
      <w:r>
        <w:rPr>
          <w:b/>
        </w:rPr>
        <w:t xml:space="preserve">[17:28] </w:t>
      </w:r>
      <w:r>
        <w:t>hai is ko dawat do.</w:t>
      </w:r>
    </w:p>
    <w:p>
      <w:pPr>
        <w:jc w:val="right"/>
      </w:pPr>
      <w:r>
        <w:t>ہے اس کو دعوت دو۔</w:t>
      </w:r>
    </w:p>
    <w:p>
      <w:r>
        <w:rPr>
          <w:b/>
        </w:rPr>
        <w:t xml:space="preserve">[17:35] </w:t>
      </w:r>
      <w:r>
        <w:t>aur dekhiye bohat se yani angrez, bohat se French, bohat se yahoodi apne aap islam qabool kiya tha unhon ne. Apne aap.</w:t>
      </w:r>
    </w:p>
    <w:p>
      <w:pPr>
        <w:jc w:val="right"/>
      </w:pPr>
      <w:r>
        <w:t>اور دیکھیے بہت سے یعنی انگریز، بہت سے فرنچ، بہت سے یہودی اپنے آپ اسلام قبول کیا تھا انہوں نے۔ اپنے آپ۔</w:t>
      </w:r>
    </w:p>
    <w:p>
      <w:r>
        <w:rPr>
          <w:b/>
        </w:rPr>
        <w:t xml:space="preserve">[17:41] </w:t>
      </w:r>
      <w:r>
        <w:t>to yeh misaal maujood thi.</w:t>
      </w:r>
    </w:p>
    <w:p>
      <w:pPr>
        <w:jc w:val="right"/>
      </w:pPr>
      <w:r>
        <w:t>تو یہ مثال موجود تھی۔</w:t>
      </w:r>
    </w:p>
    <w:p>
      <w:r>
        <w:rPr>
          <w:b/>
        </w:rPr>
        <w:t xml:space="preserve">[17:48] </w:t>
      </w:r>
      <w:r>
        <w:t>wo misaal bata rahe the ke wo aisa nahi ke koi wo aise log hain ke islam in</w:t>
      </w:r>
    </w:p>
    <w:p>
      <w:pPr>
        <w:jc w:val="right"/>
      </w:pPr>
      <w:r>
        <w:t>وہ مثال بتا رہے تھے کہ وہ ایسا نہیں کہ کوئی وہ ایسے لوگ ہیں کہ اسلام ان</w:t>
      </w:r>
    </w:p>
    <w:p>
      <w:r>
        <w:rPr>
          <w:b/>
        </w:rPr>
        <w:t xml:space="preserve">[17:55] </w:t>
      </w:r>
      <w:r>
        <w:t>ko appeal na kare.</w:t>
      </w:r>
    </w:p>
    <w:p>
      <w:pPr>
        <w:jc w:val="right"/>
      </w:pPr>
      <w:r>
        <w:t>کو اپیل نہ کرے۔</w:t>
      </w:r>
    </w:p>
    <w:p>
      <w:r>
        <w:rPr>
          <w:b/>
        </w:rPr>
        <w:t xml:space="preserve">[18:02] </w:t>
      </w:r>
      <w:r>
        <w:t>bohat se log aise hain jo ke angrez the aur french the aur yahoodi the.</w:t>
      </w:r>
    </w:p>
    <w:p>
      <w:pPr>
        <w:jc w:val="right"/>
      </w:pPr>
      <w:r>
        <w:t>بہت سے لوگ ایسے ہیں جو کہ انگریز تھے اور فرنچ تھے اور یہودی تھے۔</w:t>
      </w:r>
    </w:p>
    <w:p>
      <w:r>
        <w:rPr>
          <w:b/>
        </w:rPr>
        <w:t xml:space="preserve">[18:08] </w:t>
      </w:r>
      <w:r>
        <w:t>unhon ne khud se islam ka mutala kiya aur islam qabool kar liya.</w:t>
      </w:r>
    </w:p>
    <w:p>
      <w:pPr>
        <w:jc w:val="right"/>
      </w:pPr>
      <w:r>
        <w:t>انہوں نے خود سے اسلام کا مطالعہ کیا اور اسلام قبول کر لیا۔</w:t>
      </w:r>
    </w:p>
    <w:p>
      <w:r>
        <w:rPr>
          <w:b/>
        </w:rPr>
        <w:t xml:space="preserve">[18:15] </w:t>
      </w:r>
      <w:r>
        <w:t>to yahi karte hain aap.</w:t>
      </w:r>
    </w:p>
    <w:p>
      <w:pPr>
        <w:jc w:val="right"/>
      </w:pPr>
      <w:r>
        <w:t>تو یہی کرتے ہیں آپ۔</w:t>
      </w:r>
    </w:p>
    <w:p>
      <w:r>
        <w:rPr>
          <w:b/>
        </w:rPr>
        <w:t xml:space="preserve">[18:22] </w:t>
      </w:r>
      <w:r>
        <w:t>to main dekh door jadeed mein is mein koi shaq nahi ke sab se bari jo musalmanon se</w:t>
      </w:r>
    </w:p>
    <w:p>
      <w:pPr>
        <w:jc w:val="right"/>
      </w:pPr>
      <w:r>
        <w:t>تو میں دیکھ دور جدید میں اس میں کوئی شک نہیں کہ سب سے بڑی جو مسلمانوں سے</w:t>
      </w:r>
    </w:p>
    <w:p>
      <w:r>
        <w:rPr>
          <w:b/>
        </w:rPr>
        <w:t xml:space="preserve">[18:29] </w:t>
      </w:r>
      <w:r>
        <w:t>kotahi hui hai wo yahi hai ke wo ijtihad yani islam ki taleem ko naye halaat mein re-apply</w:t>
      </w:r>
    </w:p>
    <w:p>
      <w:pPr>
        <w:jc w:val="right"/>
      </w:pPr>
      <w:r>
        <w:t>کوتاہی ہوئی ہے وہ یہی ہے کہ وہ اجتہاد یعنی اسلام کی تعلیم کو نئے حالات میں re-apply</w:t>
      </w:r>
    </w:p>
    <w:p>
      <w:r>
        <w:rPr>
          <w:b/>
        </w:rPr>
        <w:t xml:space="preserve">[18:35] </w:t>
      </w:r>
      <w:r>
        <w:t>nahi kar sake. bas.</w:t>
      </w:r>
    </w:p>
    <w:p>
      <w:pPr>
        <w:jc w:val="right"/>
      </w:pPr>
      <w:r>
        <w:t>نہیں کر سکے۔ بس۔</w:t>
      </w:r>
    </w:p>
    <w:p>
      <w:r>
        <w:rPr>
          <w:b/>
        </w:rPr>
        <w:t xml:space="preserve">[18:42] </w:t>
      </w:r>
      <w:r>
        <w:t>re-apply nahi kar sake is liye ke ijtihad nahi kar paye.</w:t>
      </w:r>
    </w:p>
    <w:p>
      <w:pPr>
        <w:jc w:val="right"/>
      </w:pPr>
      <w:r>
        <w:t>re-apply نہیں کر سکے اس لیے کہ اجتہاد نہیں کر پائے۔</w:t>
      </w:r>
    </w:p>
    <w:p>
      <w:r>
        <w:rPr>
          <w:b/>
        </w:rPr>
        <w:t xml:space="preserve">[18:49] </w:t>
      </w:r>
      <w:r>
        <w:t>is se mujhe ittefaq hai.</w:t>
      </w:r>
    </w:p>
    <w:p>
      <w:pPr>
        <w:jc w:val="right"/>
      </w:pPr>
      <w:r>
        <w:t>اس سے مجھے اتفاق ہے۔</w:t>
      </w:r>
    </w:p>
    <w:p>
      <w:r>
        <w:rPr>
          <w:b/>
        </w:rPr>
        <w:t xml:space="preserve">[18:56] </w:t>
      </w:r>
      <w:r>
        <w:t>maulana sahib in fact many people think that islam as an ideology has lost its relevance in the modern age today. how can we change this perception?</w:t>
      </w:r>
    </w:p>
    <w:p>
      <w:pPr>
        <w:jc w:val="right"/>
      </w:pPr>
      <w:r>
        <w:t>مولانا صاحب in fact many people think that Islam as an ideology has lost its relevance in the modern age today. How can we change this perception?</w:t>
      </w:r>
    </w:p>
    <w:p>
      <w:r>
        <w:rPr>
          <w:b/>
        </w:rPr>
        <w:t xml:space="preserve">[19:07] </w:t>
      </w:r>
      <w:r>
        <w:t>dekhiye islam ki ideology jo hai wo irrelevant nahi ho gayi hai.</w:t>
      </w:r>
    </w:p>
    <w:p>
      <w:pPr>
        <w:jc w:val="right"/>
      </w:pPr>
      <w:r>
        <w:t>دیکھیے اسلام کی ideology جو ہے وہ irrelevant نہیں ہو گئی ہے۔</w:t>
      </w:r>
    </w:p>
    <w:p>
      <w:r>
        <w:rPr>
          <w:b/>
        </w:rPr>
        <w:t xml:space="preserve">[19:11] </w:t>
      </w:r>
      <w:r>
        <w:t>ab wo aaj bhi relevant hai.</w:t>
      </w:r>
    </w:p>
    <w:p>
      <w:pPr>
        <w:jc w:val="right"/>
      </w:pPr>
      <w:r>
        <w:t>اب وہ آج بھی relevant ہے۔</w:t>
      </w:r>
    </w:p>
    <w:p>
      <w:r>
        <w:rPr>
          <w:b/>
        </w:rPr>
        <w:t xml:space="preserve">[19:16] </w:t>
      </w:r>
      <w:r>
        <w:t>jo cheez, jo masla hai, jo cheez wo ke musalman jo hain, muslim ulma ijtihad nahi kar sake.</w:t>
      </w:r>
    </w:p>
    <w:p>
      <w:pPr>
        <w:jc w:val="right"/>
      </w:pPr>
      <w:r>
        <w:t>جو چیز، جو مسئلہ ہے، جو چیز وہ کہ مسلمان جو ہیں، مسلم علماء اجتہاد نہیں کر سکے۔</w:t>
      </w:r>
    </w:p>
    <w:p>
      <w:r>
        <w:rPr>
          <w:b/>
        </w:rPr>
        <w:t xml:space="preserve">[19:20] </w:t>
      </w:r>
      <w:r>
        <w:t>ijtihad na karne ki wajah se apparently it is irrelevant.</w:t>
      </w:r>
    </w:p>
    <w:p>
      <w:pPr>
        <w:jc w:val="right"/>
      </w:pPr>
      <w:r>
        <w:t>اجتہاد نہ کرنے کی وجہ سے apparently it is irrelevant۔</w:t>
      </w:r>
    </w:p>
    <w:p>
      <w:r>
        <w:rPr>
          <w:b/>
        </w:rPr>
        <w:t xml:space="preserve">[19:25] </w:t>
      </w:r>
      <w:r>
        <w:t>agar ijtihad karein to kuch bhi nahi.</w:t>
      </w:r>
    </w:p>
    <w:p>
      <w:pPr>
        <w:jc w:val="right"/>
      </w:pPr>
      <w:r>
        <w:t>اگر اجتہاد کریں تو کچھ بھی نہیں۔</w:t>
      </w:r>
    </w:p>
    <w:p>
      <w:r>
        <w:rPr>
          <w:b/>
        </w:rPr>
        <w:t xml:space="preserve">[19:30] </w:t>
      </w:r>
      <w:r>
        <w:t>misalan dekhiye musalmanon ka tasawwur yeh hai ke wo western logon ke bare mein is ko kehte hain</w:t>
      </w:r>
    </w:p>
    <w:p>
      <w:pPr>
        <w:jc w:val="right"/>
      </w:pPr>
      <w:r>
        <w:t>مثلاً دیکھیے مسلمانوں کا تصور یہ ہے کہ وہ western لوگوں کے بارے میں اس کو کہتے ہیں</w:t>
      </w:r>
    </w:p>
    <w:p>
      <w:r>
        <w:rPr>
          <w:b/>
        </w:rPr>
        <w:t xml:space="preserve">[19:34] </w:t>
      </w:r>
      <w:r>
        <w:t>wo islamophobia un ko ho gaya hai.</w:t>
      </w:r>
    </w:p>
    <w:p>
      <w:pPr>
        <w:jc w:val="right"/>
      </w:pPr>
      <w:r>
        <w:t>وہ islamophobia ان کو ہو گیا ہے۔</w:t>
      </w:r>
    </w:p>
    <w:p>
      <w:r>
        <w:rPr>
          <w:b/>
        </w:rPr>
        <w:t xml:space="preserve">[19:39] </w:t>
      </w:r>
      <w:r>
        <w:t>western countries ko islamophobia ho gaya.</w:t>
      </w:r>
    </w:p>
    <w:p>
      <w:pPr>
        <w:jc w:val="right"/>
      </w:pPr>
      <w:r>
        <w:t>western countries کو islamophobia ہو گیا۔</w:t>
      </w:r>
    </w:p>
    <w:p>
      <w:r>
        <w:rPr>
          <w:b/>
        </w:rPr>
        <w:t xml:space="preserve">[19:43] </w:t>
      </w:r>
      <w:r>
        <w:t>yeh kya hai? yeh bilkul hi bilkul hi yani aik dam hi hundred percent ghalat baat hai.</w:t>
      </w:r>
    </w:p>
    <w:p>
      <w:pPr>
        <w:jc w:val="right"/>
      </w:pPr>
      <w:r>
        <w:t>یہ کیا ہے؟ یہ بالکل ہی بالکل ہی یعنی ایک دم ہی hundred percent غلط بات ہے۔</w:t>
      </w:r>
    </w:p>
    <w:p>
      <w:r>
        <w:rPr>
          <w:b/>
        </w:rPr>
        <w:t xml:space="preserve">[19:48] </w:t>
      </w:r>
      <w:r>
        <w:t>koi islamophobia nahi.</w:t>
      </w:r>
    </w:p>
    <w:p>
      <w:pPr>
        <w:jc w:val="right"/>
      </w:pPr>
      <w:r>
        <w:t>کوئی islamophobia نہیں۔</w:t>
      </w:r>
    </w:p>
    <w:p>
      <w:r>
        <w:rPr>
          <w:b/>
        </w:rPr>
        <w:t xml:space="preserve">[19:53] </w:t>
      </w:r>
      <w:r>
        <w:t>to aap agar kahein to yani ijtihad mein nakami hai.</w:t>
      </w:r>
    </w:p>
    <w:p>
      <w:pPr>
        <w:jc w:val="right"/>
      </w:pPr>
      <w:r>
        <w:t>تو آپ اگر کہیں تو یعنی اجتہاد میں ناکامی ہے۔</w:t>
      </w:r>
    </w:p>
    <w:p>
      <w:r>
        <w:rPr>
          <w:b/>
        </w:rPr>
        <w:t xml:space="preserve">[19:57] </w:t>
      </w:r>
      <w:r>
        <w:t>aap kisi bhi country mein jaiye europe mein ya america mein aur wahan islam ki dawat dijiye.</w:t>
      </w:r>
    </w:p>
    <w:p>
      <w:pPr>
        <w:jc w:val="right"/>
      </w:pPr>
      <w:r>
        <w:t>آپ کسی بھی country میں جائیے یورپ میں یا امریکہ میں اور وہاں اسلام کی دعوت دیجیے۔</w:t>
      </w:r>
    </w:p>
    <w:p>
      <w:r>
        <w:rPr>
          <w:b/>
        </w:rPr>
        <w:t xml:space="preserve">[20:02] </w:t>
      </w:r>
      <w:r>
        <w:t>koi rokne wala nahi aap ko.</w:t>
      </w:r>
    </w:p>
    <w:p>
      <w:pPr>
        <w:jc w:val="right"/>
      </w:pPr>
      <w:r>
        <w:t>کوئی روکنے والا نہیں آپ کو۔</w:t>
      </w:r>
    </w:p>
    <w:p>
      <w:r>
        <w:rPr>
          <w:b/>
        </w:rPr>
        <w:t xml:space="preserve">[20:06] </w:t>
      </w:r>
      <w:r>
        <w:t>aaj ke zamaney mein is baat ko nahi jaan paya maulana ke jo cheez taboo hai wo sirf aik hai.</w:t>
      </w:r>
    </w:p>
    <w:p>
      <w:pPr>
        <w:jc w:val="right"/>
      </w:pPr>
      <w:r>
        <w:t>آج کے زمانے میں اس بات کو نہیں جان پایا مولانا کہ جو چیز taboo ہے وہ صرف ایک ہے۔</w:t>
      </w:r>
    </w:p>
    <w:p>
      <w:r>
        <w:rPr>
          <w:b/>
        </w:rPr>
        <w:t xml:space="preserve">[20:11] </w:t>
      </w:r>
      <w:r>
        <w:t>yani apne deen ki aap ishaat karein to yeh taboo nahi hai.</w:t>
      </w:r>
    </w:p>
    <w:p>
      <w:pPr>
        <w:jc w:val="right"/>
      </w:pPr>
      <w:r>
        <w:t>یعنی اپنے دین کی آپ اشاعت کریں تو یہ taboo نہیں ہے۔</w:t>
      </w:r>
    </w:p>
    <w:p>
      <w:r>
        <w:rPr>
          <w:b/>
        </w:rPr>
        <w:t xml:space="preserve">[20:16] </w:t>
      </w:r>
      <w:r>
        <w:t>jo cheez taboo hai woh sirf aik hai.</w:t>
      </w:r>
    </w:p>
    <w:p>
      <w:pPr>
        <w:jc w:val="right"/>
      </w:pPr>
      <w:r>
        <w:t>جو چیز taboo ہے وہ صرف ایک ہے۔</w:t>
      </w:r>
    </w:p>
    <w:p>
      <w:r>
        <w:rPr>
          <w:b/>
        </w:rPr>
        <w:t xml:space="preserve">[20:20] </w:t>
      </w:r>
      <w:r>
        <w:t>ab woh hai violence.</w:t>
      </w:r>
    </w:p>
    <w:p>
      <w:pPr>
        <w:jc w:val="right"/>
      </w:pPr>
      <w:r>
        <w:t>اب وہ ہے violence۔</w:t>
      </w:r>
    </w:p>
    <w:p>
      <w:r>
        <w:rPr>
          <w:b/>
        </w:rPr>
        <w:t xml:space="preserve">[20:25] </w:t>
      </w:r>
      <w:r>
        <w:t>bas violence mat kijiye.</w:t>
      </w:r>
    </w:p>
    <w:p>
      <w:pPr>
        <w:jc w:val="right"/>
      </w:pPr>
      <w:r>
        <w:t>بس violence مت کیجیے۔</w:t>
      </w:r>
    </w:p>
    <w:p>
      <w:r>
        <w:rPr>
          <w:b/>
        </w:rPr>
        <w:t xml:space="preserve">[20:29] </w:t>
      </w:r>
      <w:r>
        <w:t>woh jo mashhoor qissa hai jis mein kaha tha aik american ne ke your freedom ends where my nose begins.</w:t>
      </w:r>
    </w:p>
    <w:p>
      <w:pPr>
        <w:jc w:val="right"/>
      </w:pPr>
      <w:r>
        <w:t>وہ جو مشہور قصہ ہے جس میں کہا تھا ایک امریکن نے کہ your freedom ends where my nose begins۔</w:t>
      </w:r>
    </w:p>
    <w:p>
      <w:r>
        <w:rPr>
          <w:b/>
        </w:rPr>
        <w:t xml:space="preserve">[20:34] </w:t>
      </w:r>
      <w:r>
        <w:t>aap un ke nose ko touch nahi kijiye.</w:t>
      </w:r>
    </w:p>
    <w:p>
      <w:pPr>
        <w:jc w:val="right"/>
      </w:pPr>
      <w:r>
        <w:t>آپ ان کے nose کو touch نہیں کیجیے۔</w:t>
      </w:r>
    </w:p>
    <w:p>
      <w:r>
        <w:rPr>
          <w:b/>
        </w:rPr>
        <w:t xml:space="preserve">[20:39] </w:t>
      </w:r>
      <w:r>
        <w:t>matlab violence mat kijiye.</w:t>
      </w:r>
    </w:p>
    <w:p>
      <w:pPr>
        <w:jc w:val="right"/>
      </w:pPr>
      <w:r>
        <w:t>مطلب violence مت کیجیے۔</w:t>
      </w:r>
    </w:p>
    <w:p>
      <w:r>
        <w:rPr>
          <w:b/>
        </w:rPr>
        <w:t xml:space="preserve">[20:43] </w:t>
      </w:r>
      <w:r>
        <w:t>to jo chahen kahein sab sab cheez ke liye azaad hain aap.</w:t>
      </w:r>
    </w:p>
    <w:p>
      <w:pPr>
        <w:jc w:val="right"/>
      </w:pPr>
      <w:r>
        <w:t>تو جو چاہیں کہیں سب سب چیز کے لیے آزاد ہیں آپ۔</w:t>
      </w:r>
    </w:p>
    <w:p>
      <w:r>
        <w:rPr>
          <w:b/>
        </w:rPr>
        <w:t xml:space="preserve">[20:48] </w:t>
      </w:r>
      <w:r>
        <w:t>is ko samjha nahi.</w:t>
      </w:r>
    </w:p>
    <w:p>
      <w:pPr>
        <w:jc w:val="right"/>
      </w:pPr>
      <w:r>
        <w:t>اس کو سمجھا نہیں۔</w:t>
      </w:r>
    </w:p>
    <w:p>
      <w:r>
        <w:rPr>
          <w:b/>
        </w:rPr>
        <w:t xml:space="preserve">[20:52] </w:t>
      </w:r>
      <w:r>
        <w:t>hamare ulma ne idhar raat ko nahi samjha ke koi islamophobia nahi hai.</w:t>
      </w:r>
    </w:p>
    <w:p>
      <w:pPr>
        <w:jc w:val="right"/>
      </w:pPr>
      <w:r>
        <w:t>ہمارے علماء نے ادھر رات کو نہیں سمجھا کہ کوئی islamophobia نہیں ہے۔</w:t>
      </w:r>
    </w:p>
    <w:p>
      <w:r>
        <w:rPr>
          <w:b/>
        </w:rPr>
        <w:t xml:space="preserve">[20:57] </w:t>
      </w:r>
      <w:r>
        <w:t>kuch bhi nahi.</w:t>
      </w:r>
    </w:p>
    <w:p>
      <w:pPr>
        <w:jc w:val="right"/>
      </w:pPr>
      <w:r>
        <w:t>کچھ بھی نہیں۔</w:t>
      </w:r>
    </w:p>
    <w:p>
      <w:r>
        <w:rPr>
          <w:b/>
        </w:rPr>
        <w:t xml:space="preserve">[21:02] </w:t>
      </w:r>
      <w:r>
        <w:t>sirf aik hi baat hai ke musalman lage violence karne.</w:t>
      </w:r>
    </w:p>
    <w:p>
      <w:pPr>
        <w:jc w:val="right"/>
      </w:pPr>
      <w:r>
        <w:t>صرف ایک ہی بات ہے کہ مسلمان لگے violence کرنے۔</w:t>
      </w:r>
    </w:p>
    <w:p>
      <w:r>
        <w:rPr>
          <w:b/>
        </w:rPr>
        <w:t xml:space="preserve">[21:06] </w:t>
      </w:r>
      <w:r>
        <w:t>un ke violence ne masla paida kiya hai na ke islam ki ideology ne.</w:t>
      </w:r>
    </w:p>
    <w:p>
      <w:pPr>
        <w:jc w:val="right"/>
      </w:pPr>
      <w:r>
        <w:t>ان کے violence نے مسئلہ پیدا کیا ہے نہ کہ اسلام کی ideology نے۔</w:t>
      </w:r>
    </w:p>
    <w:p>
      <w:r>
        <w:rPr>
          <w:b/>
        </w:rPr>
        <w:t xml:space="preserve">[21:11] </w:t>
      </w:r>
      <w:r>
        <w:t>yeh meri firm opinion hai.</w:t>
      </w:r>
    </w:p>
    <w:p>
      <w:pPr>
        <w:jc w:val="right"/>
      </w:pPr>
      <w:r>
        <w:t>یہ میری firm opinion ہے۔</w:t>
      </w:r>
    </w:p>
    <w:p>
      <w:r>
        <w:rPr>
          <w:b/>
        </w:rPr>
        <w:t xml:space="preserve">[21:16] </w:t>
      </w:r>
      <w:r>
        <w:t>but maulana sahib most of the ulama think that the modern world is anti-islam. what is your opinion on that?</w:t>
      </w:r>
    </w:p>
    <w:p>
      <w:pPr>
        <w:jc w:val="right"/>
      </w:pPr>
      <w:r>
        <w:t>But مولانا صاحب most of the علماء think that the modern world is anti-Islam۔ What is your opinion on that؟</w:t>
      </w:r>
    </w:p>
    <w:p>
      <w:r>
        <w:rPr>
          <w:b/>
        </w:rPr>
        <w:t xml:space="preserve">[21:24] </w:t>
      </w:r>
      <w:r>
        <w:t>yeh yeh due to unawareness hai.</w:t>
      </w:r>
    </w:p>
    <w:p>
      <w:pPr>
        <w:jc w:val="right"/>
      </w:pPr>
      <w:r>
        <w:t>یہ یہ due to unawareness ہے۔</w:t>
      </w:r>
    </w:p>
    <w:p>
      <w:r>
        <w:rPr>
          <w:b/>
        </w:rPr>
        <w:t xml:space="preserve">[21:28] </w:t>
      </w:r>
      <w:r>
        <w:t>yeh sar ta pa unawareness ki wajah se hai.</w:t>
      </w:r>
    </w:p>
    <w:p>
      <w:pPr>
        <w:jc w:val="right"/>
      </w:pPr>
      <w:r>
        <w:t>یہ سر تا پا unawareness کی وجہ سے ہے۔</w:t>
      </w:r>
    </w:p>
    <w:p>
      <w:r>
        <w:rPr>
          <w:b/>
        </w:rPr>
        <w:t xml:space="preserve">[21:32] </w:t>
      </w:r>
      <w:r>
        <w:t>mein to samajhta hoon ke modern age islam ka supporter hai.</w:t>
      </w:r>
    </w:p>
    <w:p>
      <w:pPr>
        <w:jc w:val="right"/>
      </w:pPr>
      <w:r>
        <w:t>میں تو سمجھتا ہوں کہ modern age اسلام کا supporter ہے۔</w:t>
      </w:r>
    </w:p>
    <w:p>
      <w:r>
        <w:rPr>
          <w:b/>
        </w:rPr>
        <w:t xml:space="preserve">[21:37] </w:t>
      </w:r>
      <w:r>
        <w:t>dekhiye hadees mein yeh prediction tha.</w:t>
      </w:r>
    </w:p>
    <w:p>
      <w:pPr>
        <w:jc w:val="right"/>
      </w:pPr>
      <w:r>
        <w:t>دیکھیے حدیث میں یہ prediction تھا۔</w:t>
      </w:r>
    </w:p>
    <w:p>
      <w:r>
        <w:rPr>
          <w:b/>
        </w:rPr>
        <w:t xml:space="preserve">[21:41] </w:t>
      </w:r>
      <w:r>
        <w:t>prediction ke ke aik zamana aye ga ke jab ke age jo hai islam ke mufeed ban jaye ga.</w:t>
      </w:r>
    </w:p>
    <w:p>
      <w:pPr>
        <w:jc w:val="right"/>
      </w:pPr>
      <w:r>
        <w:t>Prediction کہ کہ ایک زمانہ آئے گا کہ جب کہ age جو ہے اسلام کے معید بن جائے گا۔</w:t>
      </w:r>
    </w:p>
    <w:p>
      <w:r>
        <w:rPr>
          <w:b/>
        </w:rPr>
        <w:t xml:space="preserve">[21:46] </w:t>
      </w:r>
      <w:r>
        <w:t>islam ka supporter ban jaye ga.</w:t>
      </w:r>
    </w:p>
    <w:p>
      <w:pPr>
        <w:jc w:val="right"/>
      </w:pPr>
      <w:r>
        <w:t>اسلام کا supporter بن جائے گا۔</w:t>
      </w:r>
    </w:p>
    <w:p>
      <w:r>
        <w:rPr>
          <w:b/>
        </w:rPr>
        <w:t xml:space="preserve">[21:50] </w:t>
      </w:r>
      <w:r>
        <w:t>to rasool Allah ke is kahe hue ko choda sau saal beet gaye.</w:t>
      </w:r>
    </w:p>
    <w:p>
      <w:pPr>
        <w:jc w:val="right"/>
      </w:pPr>
      <w:r>
        <w:t>تو رسول اللہ کے اس کہے ہوئے کو چودہ سو سال بیت گئے۔</w:t>
      </w:r>
    </w:p>
    <w:p>
      <w:r>
        <w:rPr>
          <w:b/>
        </w:rPr>
        <w:t xml:space="preserve">[21:55] </w:t>
      </w:r>
      <w:r>
        <w:t>ab kab aye ga woh? to yeh jo aap ne prediction kiya tha woh woh kab aye ga?</w:t>
      </w:r>
    </w:p>
    <w:p>
      <w:pPr>
        <w:jc w:val="right"/>
      </w:pPr>
      <w:r>
        <w:t>اب کب آئے گا وہ؟ تو یہ جو آپ نے prediction کیا تھا وہ وہ کب آئے گا؟</w:t>
      </w:r>
    </w:p>
    <w:p>
      <w:r>
        <w:rPr>
          <w:b/>
        </w:rPr>
        <w:t xml:space="preserve">[21:59] </w:t>
      </w:r>
      <w:r>
        <w:t>matlab to yeh hai.</w:t>
      </w:r>
    </w:p>
    <w:p>
      <w:pPr>
        <w:jc w:val="right"/>
      </w:pPr>
      <w:r>
        <w:t>مطلب تو یہ ہے۔</w:t>
      </w:r>
    </w:p>
    <w:p>
      <w:r>
        <w:rPr>
          <w:b/>
        </w:rPr>
        <w:t xml:space="preserve">[22:04] </w:t>
      </w:r>
      <w:r>
        <w:t>maine apni kitab mein bohat ziyada misalein de kar ke likha hai ke yeh present age pro-islam age hai.</w:t>
      </w:r>
    </w:p>
    <w:p>
      <w:pPr>
        <w:jc w:val="right"/>
      </w:pPr>
      <w:r>
        <w:t>میں نے اپنی کتاب میں بہت زیادہ مثالیں دے کر کے لکھا ہے کہ یہ present age pro-Islam age ہے۔</w:t>
      </w:r>
    </w:p>
    <w:p>
      <w:r>
        <w:rPr>
          <w:b/>
        </w:rPr>
        <w:t xml:space="preserve">[22:08] </w:t>
      </w:r>
      <w:r>
        <w:t>abhi ab meri kitab chhapi hai.</w:t>
      </w:r>
    </w:p>
    <w:p>
      <w:pPr>
        <w:jc w:val="right"/>
      </w:pPr>
      <w:r>
        <w:t>ابھی اب میری کتاب چھپی ہے۔</w:t>
      </w:r>
    </w:p>
    <w:p>
      <w:r>
        <w:rPr>
          <w:b/>
        </w:rPr>
        <w:t xml:space="preserve">[22:13] </w:t>
      </w:r>
      <w:r>
        <w:t>yeh woh age of peace.</w:t>
      </w:r>
    </w:p>
    <w:p>
      <w:pPr>
        <w:jc w:val="right"/>
      </w:pPr>
      <w:r>
        <w:t>یہ وہ age of peace۔</w:t>
      </w:r>
    </w:p>
    <w:p>
      <w:r>
        <w:rPr>
          <w:b/>
        </w:rPr>
        <w:t xml:space="preserve">[22:17] </w:t>
      </w:r>
      <w:r>
        <w:t>koi shakhs is ko parhay age of peace ko.</w:t>
      </w:r>
    </w:p>
    <w:p>
      <w:pPr>
        <w:jc w:val="right"/>
      </w:pPr>
      <w:r>
        <w:t>کوئی شخص اس کو پڑھے age of peace کو۔</w:t>
      </w:r>
    </w:p>
    <w:p>
      <w:r>
        <w:rPr>
          <w:b/>
        </w:rPr>
        <w:t xml:space="preserve">[22:22] </w:t>
      </w:r>
      <w:r>
        <w:t>to woh pro-Islam age hai.</w:t>
      </w:r>
    </w:p>
    <w:p>
      <w:pPr>
        <w:jc w:val="right"/>
      </w:pPr>
      <w:r>
        <w:t>تو وہ pro-Islam age ہے۔</w:t>
      </w:r>
    </w:p>
    <w:p>
      <w:r>
        <w:rPr>
          <w:b/>
        </w:rPr>
        <w:t xml:space="preserve">[22:26] </w:t>
      </w:r>
      <w:r>
        <w:t>present age pro-Islam age hai.</w:t>
      </w:r>
    </w:p>
    <w:p>
      <w:pPr>
        <w:jc w:val="right"/>
      </w:pPr>
      <w:r>
        <w:t>present age pro-Islam age ہے۔</w:t>
      </w:r>
    </w:p>
    <w:p>
      <w:r>
        <w:rPr>
          <w:b/>
        </w:rPr>
        <w:t xml:space="preserve">[22:31] </w:t>
      </w:r>
      <w:r>
        <w:t>to chounkay log objectively study nahin kiya logon nay west ka.</w:t>
      </w:r>
    </w:p>
    <w:p>
      <w:pPr>
        <w:jc w:val="right"/>
      </w:pPr>
      <w:r>
        <w:t>تو چونکہ لوگ objectively study نہیں کیا لوگوں نے west کا۔</w:t>
      </w:r>
    </w:p>
    <w:p>
      <w:r>
        <w:rPr>
          <w:b/>
        </w:rPr>
        <w:t xml:space="preserve">[22:35] </w:t>
      </w:r>
      <w:r>
        <w:t>main yeh keh sakta hoon kay logon nay west ka ya to parha nahin ya parha to objectively nahin parha.</w:t>
      </w:r>
    </w:p>
    <w:p>
      <w:pPr>
        <w:jc w:val="right"/>
      </w:pPr>
      <w:r>
        <w:t>میں یہ کہہ سکتا ہوں کہ لوگوں نے west کا یا تو پڑھا نہیں یا پڑھا تو objectively نہیں پڑھا۔</w:t>
      </w:r>
    </w:p>
    <w:p>
      <w:r>
        <w:rPr>
          <w:b/>
        </w:rPr>
        <w:t xml:space="preserve">[22:40] </w:t>
      </w:r>
      <w:r>
        <w:t>bahs kay sath parha.</w:t>
      </w:r>
    </w:p>
    <w:p>
      <w:pPr>
        <w:jc w:val="right"/>
      </w:pPr>
      <w:r>
        <w:t>بحث کے ساتھ پڑھا۔</w:t>
      </w:r>
    </w:p>
    <w:p>
      <w:r>
        <w:rPr>
          <w:b/>
        </w:rPr>
        <w:t xml:space="preserve">[22:44] </w:t>
      </w:r>
      <w:r>
        <w:t>to present age ko samajh nahin sakay.</w:t>
      </w:r>
    </w:p>
    <w:p>
      <w:pPr>
        <w:jc w:val="right"/>
      </w:pPr>
      <w:r>
        <w:t>تو present age کو سمجھ نہیں سکے۔</w:t>
      </w:r>
    </w:p>
    <w:p>
      <w:r>
        <w:rPr>
          <w:b/>
        </w:rPr>
        <w:t xml:space="preserve">[22:49] </w:t>
      </w:r>
      <w:r>
        <w:t>present age jo hai isi hadith ka misdaq hai.</w:t>
      </w:r>
    </w:p>
    <w:p>
      <w:pPr>
        <w:jc w:val="right"/>
      </w:pPr>
      <w:r>
        <w:t>present age جو ہے اسی حدیث کا مصداق ہے۔</w:t>
      </w:r>
    </w:p>
    <w:p>
      <w:r>
        <w:rPr>
          <w:b/>
        </w:rPr>
        <w:t xml:space="preserve">[22:53] </w:t>
      </w:r>
      <w:r>
        <w:t>innallaha la yuyyiduhul adiyya ibrajil fajir yani ghair muslimon kay zariye Islam Allah ta'ala Islam ki taeed karwaye ga.</w:t>
      </w:r>
    </w:p>
    <w:p>
      <w:pPr>
        <w:jc w:val="right"/>
      </w:pPr>
      <w:r>
        <w:t>إِنَّ اللَّهَ لَا يَيُّدُهُ عَدِّينَ إِبْرَاجِ الْفَاجِرِ یعنی غیر مسلموں کے ذریعے اسلام اللہ تعالیٰ اسلام کی تائید کروائے گا۔</w:t>
      </w:r>
    </w:p>
    <w:p>
      <w:r>
        <w:rPr>
          <w:b/>
        </w:rPr>
        <w:t xml:space="preserve">[22:58] </w:t>
      </w:r>
      <w:r>
        <w:t>theek to hai.</w:t>
      </w:r>
    </w:p>
    <w:p>
      <w:pPr>
        <w:jc w:val="right"/>
      </w:pPr>
      <w:r>
        <w:t>ٹھیک تو ہے۔</w:t>
      </w:r>
    </w:p>
    <w:p>
      <w:r>
        <w:rPr>
          <w:b/>
        </w:rPr>
        <w:t xml:space="preserve">[23:02] </w:t>
      </w:r>
      <w:r>
        <w:t>lekin chounkay unaware hain objectively parha nahin is ko.</w:t>
      </w:r>
    </w:p>
    <w:p>
      <w:pPr>
        <w:jc w:val="right"/>
      </w:pPr>
      <w:r>
        <w:t>لیکن چونکہ unaware ہیں objectively پڑھا نہیں اس کو۔</w:t>
      </w:r>
    </w:p>
    <w:p>
      <w:r>
        <w:rPr>
          <w:b/>
        </w:rPr>
        <w:t xml:space="preserve">[23:07] </w:t>
      </w:r>
      <w:r>
        <w:t>jo unhon nay parha unhon nay bahs kay sath parha.</w:t>
      </w:r>
    </w:p>
    <w:p>
      <w:pPr>
        <w:jc w:val="right"/>
      </w:pPr>
      <w:r>
        <w:t>جو انہوں نے پڑھا انہوں نے بحث کے ساتھ پڑھا۔</w:t>
      </w:r>
    </w:p>
    <w:p>
      <w:r>
        <w:rPr>
          <w:b/>
        </w:rPr>
        <w:t xml:space="preserve">[23:11] </w:t>
      </w:r>
      <w:r>
        <w:t>to Islam to modern age kiya hai is ko samajh nahin sakay woh.</w:t>
      </w:r>
    </w:p>
    <w:p>
      <w:pPr>
        <w:jc w:val="right"/>
      </w:pPr>
      <w:r>
        <w:t>تو اسلام تو modern age کیا ہے اس کو سمجھ نہیں سکے وہ۔</w:t>
      </w:r>
    </w:p>
    <w:p>
      <w:r>
        <w:rPr>
          <w:b/>
        </w:rPr>
        <w:t xml:space="preserve">[23:16] </w:t>
      </w:r>
      <w:r>
        <w:t>yeh masla hai.</w:t>
      </w:r>
    </w:p>
    <w:p>
      <w:pPr>
        <w:jc w:val="right"/>
      </w:pPr>
      <w:r>
        <w:t>یہ مسئلہ ہے۔</w:t>
      </w:r>
    </w:p>
    <w:p>
      <w:r>
        <w:rPr>
          <w:b/>
        </w:rPr>
        <w:t xml:space="preserve">[23:20] </w:t>
      </w:r>
      <w:r>
        <w:t>yeh nahin the problem hai.</w:t>
      </w:r>
    </w:p>
    <w:p>
      <w:pPr>
        <w:jc w:val="right"/>
      </w:pPr>
      <w:r>
        <w:t>یہ نہیں the problem ہے۔</w:t>
      </w:r>
    </w:p>
    <w:p>
      <w:r>
        <w:rPr>
          <w:b/>
        </w:rPr>
        <w:t xml:space="preserve">[23:25] </w:t>
      </w:r>
      <w:r>
        <w:t>maulana sahib you rightly pointed out that they have not understood the present age and as a result ulama consider the new developments as a threat to islam. so how can we change their mindsets?</w:t>
      </w:r>
    </w:p>
    <w:p>
      <w:pPr>
        <w:jc w:val="right"/>
      </w:pPr>
      <w:r>
        <w:t>مولانا صاحب you rightly pointed out that they have not understood the present age and as a result علماء consider the new developments as a threat to Islam۔ So how can we change their mindsets؟</w:t>
      </w:r>
    </w:p>
    <w:p>
      <w:r>
        <w:rPr>
          <w:b/>
        </w:rPr>
        <w:t xml:space="preserve">[23:41] </w:t>
      </w:r>
      <w:r>
        <w:t>mindset yeh hai kay in ko wohi jo kaam kiya jo hum kar rahay hain.</w:t>
      </w:r>
    </w:p>
    <w:p>
      <w:pPr>
        <w:jc w:val="right"/>
      </w:pPr>
      <w:r>
        <w:t>Mindset یہ ہے کہ ان کو وہی جو کام کیا جو ہم کر رہے ہیں۔</w:t>
      </w:r>
    </w:p>
    <w:p>
      <w:r>
        <w:rPr>
          <w:b/>
        </w:rPr>
        <w:t xml:space="preserve">[23:46] </w:t>
      </w:r>
      <w:r>
        <w:t>hum yahi karain mindset ko badalnay kay liye.</w:t>
      </w:r>
    </w:p>
    <w:p>
      <w:pPr>
        <w:jc w:val="right"/>
      </w:pPr>
      <w:r>
        <w:t>ہم یہی کریں mindset کو بدلنے کے لیے۔</w:t>
      </w:r>
    </w:p>
    <w:p>
      <w:r>
        <w:rPr>
          <w:b/>
        </w:rPr>
        <w:t xml:space="preserve">[23:52] </w:t>
      </w:r>
      <w:r>
        <w:t>koi bhi yani real base nahin hai sirf misunderstanding.</w:t>
      </w:r>
    </w:p>
    <w:p>
      <w:pPr>
        <w:jc w:val="right"/>
      </w:pPr>
      <w:r>
        <w:t>کوئی بھی یعنی real base نہیں ہے۔ صرف misunderstanding۔</w:t>
      </w:r>
    </w:p>
    <w:p>
      <w:r>
        <w:rPr>
          <w:b/>
        </w:rPr>
        <w:t xml:space="preserve">[23:57] </w:t>
      </w:r>
      <w:r>
        <w:t>ulama aur musalman kay awam dono bohat ziyada baray paimaanay par misunderstanding ka shikar hain. bohat ziyada.</w:t>
      </w:r>
    </w:p>
    <w:p>
      <w:pPr>
        <w:jc w:val="right"/>
      </w:pPr>
      <w:r>
        <w:t>علماء اور مسلمان کے عوام دونوں بہت زیادہ بڑے پیمانے پر misunderstanding کا شکار ہیں۔ بہت زیادہ۔</w:t>
      </w:r>
    </w:p>
    <w:p>
      <w:r>
        <w:rPr>
          <w:b/>
        </w:rPr>
        <w:t xml:space="preserve">[24:03] </w:t>
      </w:r>
      <w:r>
        <w:t>misal kay taur par dekhiye aik choti si misal deta hoon aap ko kay America mein aap jain</w:t>
      </w:r>
    </w:p>
    <w:p>
      <w:pPr>
        <w:jc w:val="right"/>
      </w:pPr>
      <w:r>
        <w:t>مثال کے طور پر دیکھیے ایک چھوٹی سی مثال دیتا ہوں آپ کو کہ امریکہ میں آپ جائیں</w:t>
      </w:r>
    </w:p>
    <w:p>
      <w:r>
        <w:rPr>
          <w:b/>
        </w:rPr>
        <w:t xml:space="preserve">[24:08] </w:t>
      </w:r>
      <w:r>
        <w:t>to airport par aap ko joota utarwatay hain.</w:t>
      </w:r>
    </w:p>
    <w:p>
      <w:pPr>
        <w:jc w:val="right"/>
      </w:pPr>
      <w:r>
        <w:t>تو airport پر آپ کو جوتا اترواتے ہیں۔</w:t>
      </w:r>
    </w:p>
    <w:p>
      <w:r>
        <w:rPr>
          <w:b/>
        </w:rPr>
        <w:t xml:space="preserve">[24:14] </w:t>
      </w:r>
      <w:r>
        <w:t>aap ko shoe check kartay hain.</w:t>
      </w:r>
    </w:p>
    <w:p>
      <w:pPr>
        <w:jc w:val="right"/>
      </w:pPr>
      <w:r>
        <w:t>آپ کو shoe چیک کرتے ہیں۔</w:t>
      </w:r>
    </w:p>
    <w:p>
      <w:r>
        <w:rPr>
          <w:b/>
        </w:rPr>
        <w:t xml:space="preserve">[24:19] </w:t>
      </w:r>
      <w:r>
        <w:t>to kisi musalman kay sath aisa ho gaya to kaha jaye ga kay dekho is musalmanon ko ko zaleel</w:t>
      </w:r>
    </w:p>
    <w:p>
      <w:pPr>
        <w:jc w:val="right"/>
      </w:pPr>
      <w:r>
        <w:t>تو کسی مسلمان کے ساتھ ایسا ہو گیا تو کہا جائے کہ دیکھو اس مسلمانوں کو کو ذلیل</w:t>
      </w:r>
    </w:p>
    <w:p>
      <w:r>
        <w:rPr>
          <w:b/>
        </w:rPr>
        <w:t xml:space="preserve">[24:25] </w:t>
      </w:r>
      <w:r>
        <w:t>musalmanon ko humiliate karnay kay liye kar rahay hain.</w:t>
      </w:r>
    </w:p>
    <w:p>
      <w:pPr>
        <w:jc w:val="right"/>
      </w:pPr>
      <w:r>
        <w:t>مسلمانوں کو humiliate کرنے کے لیے کر رہے ہیں۔</w:t>
      </w:r>
    </w:p>
    <w:p>
      <w:r>
        <w:rPr>
          <w:b/>
        </w:rPr>
        <w:t xml:space="preserve">[24:30] </w:t>
      </w:r>
      <w:r>
        <w:t>yeh jhooti baat hai.</w:t>
      </w:r>
    </w:p>
    <w:p>
      <w:pPr>
        <w:jc w:val="right"/>
      </w:pPr>
      <w:r>
        <w:t>یہ جھوٹی بات ہے۔</w:t>
      </w:r>
    </w:p>
    <w:p>
      <w:r>
        <w:rPr>
          <w:b/>
        </w:rPr>
        <w:t xml:space="preserve">[24:36] </w:t>
      </w:r>
      <w:r>
        <w:t>woh sab ko karte hain.</w:t>
      </w:r>
    </w:p>
    <w:p>
      <w:pPr>
        <w:jc w:val="right"/>
      </w:pPr>
      <w:r>
        <w:t>وہ سب کو کرتے ہیں۔</w:t>
      </w:r>
    </w:p>
    <w:p>
      <w:r>
        <w:rPr>
          <w:b/>
        </w:rPr>
        <w:t xml:space="preserve">[24:41] </w:t>
      </w:r>
      <w:r>
        <w:t>woh in ka tareeqa hai check karne ka.</w:t>
      </w:r>
    </w:p>
    <w:p>
      <w:pPr>
        <w:jc w:val="right"/>
      </w:pPr>
      <w:r>
        <w:t>وہ ان کا طریقہ ہے چیک کرنے کا۔</w:t>
      </w:r>
    </w:p>
    <w:p>
      <w:r>
        <w:rPr>
          <w:b/>
        </w:rPr>
        <w:t xml:space="preserve">[24:47] </w:t>
      </w:r>
      <w:r>
        <w:t>misalan mein gaya amreeka toh uss ne joota utarne kaha bas jaldi utaar diya.</w:t>
      </w:r>
    </w:p>
    <w:p>
      <w:pPr>
        <w:jc w:val="right"/>
      </w:pPr>
      <w:r>
        <w:t>مثلاً میں گیا امریکہ تو اس نے جوتا اتارنے کہا بس جلدی اتار دیا۔</w:t>
      </w:r>
    </w:p>
    <w:p>
      <w:r>
        <w:rPr>
          <w:b/>
        </w:rPr>
        <w:t xml:space="preserve">[24:52] </w:t>
      </w:r>
      <w:r>
        <w:t>aik utarta utarta hai uss ne kaha nahin nahin bas doosra nahin utarwaya uss ne.</w:t>
      </w:r>
    </w:p>
    <w:p>
      <w:pPr>
        <w:jc w:val="right"/>
      </w:pPr>
      <w:r>
        <w:t>ایک اتارتا اتارتا ہے اس نے کہا نہیں نہیں بس دوسرا نہیں اتروایا اس نے۔</w:t>
      </w:r>
    </w:p>
    <w:p>
      <w:r>
        <w:rPr>
          <w:b/>
        </w:rPr>
        <w:t xml:space="preserve">[24:58] </w:t>
      </w:r>
      <w:r>
        <w:t>pagri par ishara kiya uss ne bas jaldi se pagri utaar diya.</w:t>
      </w:r>
    </w:p>
    <w:p>
      <w:pPr>
        <w:jc w:val="right"/>
      </w:pPr>
      <w:r>
        <w:t>پگڑی پر اشارہ کیا اس نے بس جلدی سے پگڑی اتار دیا۔</w:t>
      </w:r>
    </w:p>
    <w:p>
      <w:r>
        <w:rPr>
          <w:b/>
        </w:rPr>
        <w:t xml:space="preserve">[25:03] </w:t>
      </w:r>
      <w:r>
        <w:t>ab bohat khush ho gaya woh.</w:t>
      </w:r>
    </w:p>
    <w:p>
      <w:pPr>
        <w:jc w:val="right"/>
      </w:pPr>
      <w:r>
        <w:t>اب بہت خوش ہو گیا وہ۔</w:t>
      </w:r>
    </w:p>
    <w:p>
      <w:r>
        <w:rPr>
          <w:b/>
        </w:rPr>
        <w:t xml:space="preserve">[25:09] </w:t>
      </w:r>
      <w:r>
        <w:t>toh musalman khwamkhwah yaani yaani misadjusting ka shikaar hain.</w:t>
      </w:r>
    </w:p>
    <w:p>
      <w:pPr>
        <w:jc w:val="right"/>
      </w:pPr>
      <w:r>
        <w:t>تو مسلمان خوامخواہ یعنی یعنی misadjusting کا شکار ہیں۔</w:t>
      </w:r>
    </w:p>
    <w:p>
      <w:r>
        <w:rPr>
          <w:b/>
        </w:rPr>
        <w:t xml:space="preserve">[25:14] </w:t>
      </w:r>
      <w:r>
        <w:t>iss ki wajah yeh hai ke unhon ne kabhi mujhe nahin maloom kisi arab ya non-arab ko jis</w:t>
      </w:r>
    </w:p>
    <w:p>
      <w:pPr>
        <w:jc w:val="right"/>
      </w:pPr>
      <w:r>
        <w:t>اس کی وجہ یہ ہے کہ انہوں نے کبھی مجھے نہیں معلوم کسی عرب یا non-Arab کو جس</w:t>
      </w:r>
    </w:p>
    <w:p>
      <w:r>
        <w:rPr>
          <w:b/>
        </w:rPr>
        <w:t xml:space="preserve">[25:20] </w:t>
      </w:r>
      <w:r>
        <w:t>ne waqai objectively west ko parha ho.</w:t>
      </w:r>
    </w:p>
    <w:p>
      <w:pPr>
        <w:jc w:val="right"/>
      </w:pPr>
      <w:r>
        <w:t>نے واقعی objectively west کو پڑھا ہو۔</w:t>
      </w:r>
    </w:p>
    <w:p>
      <w:r>
        <w:rPr>
          <w:b/>
        </w:rPr>
        <w:t xml:space="preserve">[25:25] </w:t>
      </w:r>
      <w:r>
        <w:t>jo angrez jante hue bhi nahin unhon ne bhi nahin parha objectively.</w:t>
      </w:r>
    </w:p>
    <w:p>
      <w:pPr>
        <w:jc w:val="right"/>
      </w:pPr>
      <w:r>
        <w:t>جو انگریز جانتے ہوئے بھی نہیں انہوں نے بھی نہیں پڑھا objectively۔</w:t>
      </w:r>
    </w:p>
    <w:p>
      <w:r>
        <w:rPr>
          <w:b/>
        </w:rPr>
        <w:t xml:space="preserve">[25:31] </w:t>
      </w:r>
      <w:r>
        <w:t>maulana sahib we've received a question from lahore, pakistan from mr. ali darwesh sahib. he has written to you that if a person does ijtihad then how far is it binding on rest of the muslims? what is your comment on that?</w:t>
      </w:r>
    </w:p>
    <w:p>
      <w:pPr>
        <w:jc w:val="right"/>
      </w:pPr>
      <w:r>
        <w:t>مولانا صاحب we've received a question from Lahore, Pakistan from Mr. Ali Darwesh صاحب۔ He has written to you that if a person does اجتہاد then how far is it binding on rest of the Muslims؟ What is your comment on that؟</w:t>
      </w:r>
    </w:p>
    <w:p>
      <w:r>
        <w:rPr>
          <w:b/>
        </w:rPr>
        <w:t xml:space="preserve">[25:50] </w:t>
      </w:r>
      <w:r>
        <w:t>dekhiye binding ki baat nahin hai yeh.</w:t>
      </w:r>
    </w:p>
    <w:p>
      <w:pPr>
        <w:jc w:val="right"/>
      </w:pPr>
      <w:r>
        <w:t>دیکھیے binding کی بات نہیں ہے یہ۔</w:t>
      </w:r>
    </w:p>
    <w:p>
      <w:r>
        <w:rPr>
          <w:b/>
        </w:rPr>
        <w:t xml:space="preserve">[25:54] </w:t>
      </w:r>
      <w:r>
        <w:t>binding ki baat jab hoti hai jab ke state qaim ho.</w:t>
      </w:r>
    </w:p>
    <w:p>
      <w:pPr>
        <w:jc w:val="right"/>
      </w:pPr>
      <w:r>
        <w:t>binding کی بات جب ہوتی ہے جب کہ state قائم ہو۔</w:t>
      </w:r>
    </w:p>
    <w:p>
      <w:r>
        <w:rPr>
          <w:b/>
        </w:rPr>
        <w:t xml:space="preserve">[25:58] </w:t>
      </w:r>
      <w:r>
        <w:t>state koi baat kahe tab binding hoti hai.</w:t>
      </w:r>
    </w:p>
    <w:p>
      <w:pPr>
        <w:jc w:val="right"/>
      </w:pPr>
      <w:r>
        <w:t>state کوئی بات کہے تب binding ہوتی ہے۔</w:t>
      </w:r>
    </w:p>
    <w:p>
      <w:r>
        <w:rPr>
          <w:b/>
        </w:rPr>
        <w:t xml:space="preserve">[26:02] </w:t>
      </w:r>
      <w:r>
        <w:t>warna jo maane hain un ke liye hai bas.</w:t>
      </w:r>
    </w:p>
    <w:p>
      <w:pPr>
        <w:jc w:val="right"/>
      </w:pPr>
      <w:r>
        <w:t>ورنہ جو مانے ہیں ان کے لیے ہے بس۔</w:t>
      </w:r>
    </w:p>
    <w:p>
      <w:r>
        <w:rPr>
          <w:b/>
        </w:rPr>
        <w:t xml:space="preserve">[26:06] </w:t>
      </w:r>
      <w:r>
        <w:t>na maane toh aap binding kaise karenge? agar state nahin hai toh aap aik ijtihad karein toh</w:t>
      </w:r>
    </w:p>
    <w:p>
      <w:pPr>
        <w:jc w:val="right"/>
      </w:pPr>
      <w:r>
        <w:t>نہ مانے تو آپ binding کیسے کریں گے؟ اگر state نہیں ہے تو آپ ایک اجتہاد کریں تو</w:t>
      </w:r>
    </w:p>
    <w:p>
      <w:r>
        <w:rPr>
          <w:b/>
        </w:rPr>
        <w:t xml:space="preserve">[26:11] </w:t>
      </w:r>
      <w:r>
        <w:t>binding banegi nahin? kaise banegi bhai? aap ke paas hukoomat nahin hai toh.</w:t>
      </w:r>
    </w:p>
    <w:p>
      <w:pPr>
        <w:jc w:val="right"/>
      </w:pPr>
      <w:r>
        <w:t>binding بنے گی نہیں؟ کیسے بنے گی بھئی؟ آپ کے پاس حکومت نہیں ہے تو۔</w:t>
      </w:r>
    </w:p>
    <w:p>
      <w:r>
        <w:rPr>
          <w:b/>
        </w:rPr>
        <w:t xml:space="preserve">[26:15] </w:t>
      </w:r>
      <w:r>
        <w:t>toh ijtihad jo hai aik aadmi ki agar state qaim hai toh state apni taraf se agar jaari</w:t>
      </w:r>
    </w:p>
    <w:p>
      <w:pPr>
        <w:jc w:val="right"/>
      </w:pPr>
      <w:r>
        <w:t>تو اجتہاد جو ہے ایک آدمی کی اگر state قائم ہے تو state اپنی طرف سے اگر جاری</w:t>
      </w:r>
    </w:p>
    <w:p>
      <w:r>
        <w:rPr>
          <w:b/>
        </w:rPr>
        <w:t xml:space="preserve">[26:19] </w:t>
      </w:r>
      <w:r>
        <w:t>karti hai koi cheez toh sab ke liye binding ho jayega.</w:t>
      </w:r>
    </w:p>
    <w:p>
      <w:pPr>
        <w:jc w:val="right"/>
      </w:pPr>
      <w:r>
        <w:t>کرتی ہے کوئی چیز تو سب کے لیے binding ہو جائے گا۔</w:t>
      </w:r>
    </w:p>
    <w:p>
      <w:r>
        <w:rPr>
          <w:b/>
        </w:rPr>
        <w:t xml:space="preserve">[26:23] </w:t>
      </w:r>
      <w:r>
        <w:t>state qaim nahin hai.</w:t>
      </w:r>
    </w:p>
    <w:p>
      <w:pPr>
        <w:jc w:val="right"/>
      </w:pPr>
      <w:r>
        <w:t>state قائم نہیں ہے۔</w:t>
      </w:r>
    </w:p>
    <w:p>
      <w:r>
        <w:rPr>
          <w:b/>
        </w:rPr>
        <w:t xml:space="preserve">[26:28] </w:t>
      </w:r>
      <w:r>
        <w:t>koi aalim aik aik ijtihad karta hai toh un logon ke liye woh hai jo uss ko maane</w:t>
      </w:r>
    </w:p>
    <w:p>
      <w:pPr>
        <w:jc w:val="right"/>
      </w:pPr>
      <w:r>
        <w:t>کوئی عالم ایک ایک اجتہاد کرتا ہے تو ان لوگوں کے لیے وہ ہے جو اس کو مانے</w:t>
      </w:r>
    </w:p>
    <w:p>
      <w:r>
        <w:rPr>
          <w:b/>
        </w:rPr>
        <w:t xml:space="preserve">[26:32] </w:t>
      </w:r>
      <w:r>
        <w:t>nahin maane toh nahin maane.</w:t>
      </w:r>
    </w:p>
    <w:p>
      <w:pPr>
        <w:jc w:val="right"/>
      </w:pPr>
      <w:r>
        <w:t>نہیں مانے تو نہیں مانے۔</w:t>
      </w:r>
    </w:p>
    <w:p>
      <w:r>
        <w:rPr>
          <w:b/>
        </w:rPr>
        <w:t xml:space="preserve">[26:36] </w:t>
      </w:r>
      <w:r>
        <w:t>binding kaise ho jayegi? jab woh maane ga nahin toh aap binding kaise kar denge? yeh</w:t>
      </w:r>
    </w:p>
    <w:p>
      <w:pPr>
        <w:jc w:val="right"/>
      </w:pPr>
      <w:r>
        <w:t>binding کیسے ہو جائے گی؟ جب وہ مانے گا نہیں تو آپ binding کیسے کر دیں گے؟ یہ</w:t>
      </w:r>
    </w:p>
    <w:p>
      <w:r>
        <w:rPr>
          <w:b/>
        </w:rPr>
        <w:t xml:space="preserve">[26:40] </w:t>
      </w:r>
      <w:r>
        <w:t>democracy hai azaadi hai.</w:t>
      </w:r>
    </w:p>
    <w:p>
      <w:pPr>
        <w:jc w:val="right"/>
      </w:pPr>
      <w:r>
        <w:t>democracy ہے آزادی ہے۔</w:t>
      </w:r>
    </w:p>
    <w:p>
      <w:r>
        <w:rPr>
          <w:b/>
        </w:rPr>
        <w:t xml:space="preserve">[26:45] </w:t>
      </w:r>
      <w:r>
        <w:t>toh yeh do halatein hain.</w:t>
      </w:r>
    </w:p>
    <w:p>
      <w:pPr>
        <w:jc w:val="right"/>
      </w:pPr>
      <w:r>
        <w:t>تو یہ دو حالتیں ہیں۔</w:t>
      </w:r>
    </w:p>
    <w:p>
      <w:r>
        <w:rPr>
          <w:b/>
        </w:rPr>
        <w:t xml:space="preserve">[26:49] </w:t>
      </w:r>
      <w:r>
        <w:t>agar state qaim hai tab toh binding hoga.</w:t>
      </w:r>
    </w:p>
    <w:p>
      <w:pPr>
        <w:jc w:val="right"/>
      </w:pPr>
      <w:r>
        <w:t>اگر state قائم ہے تب تو binding ہوگا۔</w:t>
      </w:r>
    </w:p>
    <w:p>
      <w:r>
        <w:rPr>
          <w:b/>
        </w:rPr>
        <w:t xml:space="preserve">[26:53] </w:t>
      </w:r>
      <w:r>
        <w:t>nahi to binding nahi hoga.</w:t>
      </w:r>
    </w:p>
    <w:p>
      <w:pPr>
        <w:jc w:val="right"/>
      </w:pPr>
      <w:r>
        <w:t>نہیں تو binding نہیں ہوگا۔</w:t>
      </w:r>
    </w:p>
    <w:p>
      <w:r>
        <w:rPr>
          <w:b/>
        </w:rPr>
        <w:t xml:space="preserve">[26:57] </w:t>
      </w:r>
      <w:r>
        <w:t>aadmi ka option hoga.</w:t>
      </w:r>
    </w:p>
    <w:p>
      <w:pPr>
        <w:jc w:val="right"/>
      </w:pPr>
      <w:r>
        <w:t>آدمی کا option ہوگا۔</w:t>
      </w:r>
    </w:p>
    <w:p>
      <w:r>
        <w:rPr>
          <w:b/>
        </w:rPr>
        <w:t xml:space="preserve">[27:02] </w:t>
      </w:r>
      <w:r>
        <w:t>maulana there is another question that we've received from kanpur, up from muhammad ayub sahib and he has asked you the question that how can a community which is lacking in positive mindset do ijtihad?</w:t>
      </w:r>
    </w:p>
    <w:p>
      <w:pPr>
        <w:jc w:val="right"/>
      </w:pPr>
      <w:r>
        <w:t>مولانا there is another question that we've received from Kanpur, UP from محمد ایوب صاحب and he has asked you the question that how can a community which is lacking in positive mindset do اجتہاد؟</w:t>
      </w:r>
    </w:p>
    <w:p>
      <w:r>
        <w:rPr>
          <w:b/>
        </w:rPr>
        <w:t xml:space="preserve">[27:20] </w:t>
      </w:r>
      <w:r>
        <w:t>Community ijtihad karti hi nahi.</w:t>
      </w:r>
    </w:p>
    <w:p>
      <w:pPr>
        <w:jc w:val="right"/>
      </w:pPr>
      <w:r>
        <w:t>Community اجتہاد کرتی ہی نہیں۔</w:t>
      </w:r>
    </w:p>
    <w:p>
      <w:r>
        <w:rPr>
          <w:b/>
        </w:rPr>
        <w:t xml:space="preserve">[27:24] </w:t>
      </w:r>
      <w:r>
        <w:t>Ijtihad to individual karta hai.</w:t>
      </w:r>
    </w:p>
    <w:p>
      <w:pPr>
        <w:jc w:val="right"/>
      </w:pPr>
      <w:r>
        <w:t>اجتہاد تو individual کرتا ہے۔</w:t>
      </w:r>
    </w:p>
    <w:p>
      <w:r>
        <w:rPr>
          <w:b/>
        </w:rPr>
        <w:t xml:space="preserve">[27:28] </w:t>
      </w:r>
      <w:r>
        <w:t>Ji sari community to ijtihad karti hai.</w:t>
      </w:r>
    </w:p>
    <w:p>
      <w:pPr>
        <w:jc w:val="right"/>
      </w:pPr>
      <w:r>
        <w:t>جی ساری community تو اجتہاد کرتی ہے۔</w:t>
      </w:r>
    </w:p>
    <w:p>
      <w:r>
        <w:rPr>
          <w:b/>
        </w:rPr>
        <w:t xml:space="preserve">[27:33] </w:t>
      </w:r>
      <w:r>
        <w:t>Kabhi bhi nahi aisa nahi hua.</w:t>
      </w:r>
    </w:p>
    <w:p>
      <w:pPr>
        <w:jc w:val="right"/>
      </w:pPr>
      <w:r>
        <w:t>کبھی بھی نہیں ایسا نہیں ہوا۔</w:t>
      </w:r>
    </w:p>
    <w:p>
      <w:r>
        <w:rPr>
          <w:b/>
        </w:rPr>
        <w:t xml:space="preserve">[27:37] </w:t>
      </w:r>
      <w:r>
        <w:t>Ijtihad ek fard ka kaam hai.</w:t>
      </w:r>
    </w:p>
    <w:p>
      <w:pPr>
        <w:jc w:val="right"/>
      </w:pPr>
      <w:r>
        <w:t>اجتہاد ایک فرد کا کام ہے۔</w:t>
      </w:r>
    </w:p>
    <w:p>
      <w:r>
        <w:rPr>
          <w:b/>
        </w:rPr>
        <w:t xml:space="preserve">[27:42] </w:t>
      </w:r>
      <w:r>
        <w:t>state qaim ho tab bhi.</w:t>
      </w:r>
    </w:p>
    <w:p>
      <w:pPr>
        <w:jc w:val="right"/>
      </w:pPr>
      <w:r>
        <w:t>state قائم ہو تب بھی۔</w:t>
      </w:r>
    </w:p>
    <w:p>
      <w:r>
        <w:rPr>
          <w:b/>
        </w:rPr>
        <w:t xml:space="preserve">[27:46] </w:t>
      </w:r>
      <w:r>
        <w:t>state qaim na ho tab bhi.</w:t>
      </w:r>
    </w:p>
    <w:p>
      <w:pPr>
        <w:jc w:val="right"/>
      </w:pPr>
      <w:r>
        <w:t>state قائم نہ ہو تب بھی۔</w:t>
      </w:r>
    </w:p>
    <w:p>
      <w:r>
        <w:rPr>
          <w:b/>
        </w:rPr>
        <w:t xml:space="preserve">[27:50] </w:t>
      </w:r>
      <w:r>
        <w:t>To jis aadmi ko is se jo agree na kare us ko bhi khula hua option hai.</w:t>
      </w:r>
    </w:p>
    <w:p>
      <w:pPr>
        <w:jc w:val="right"/>
      </w:pPr>
      <w:r>
        <w:t>تو جس آدمی کو اس سے جو agree نہ کرے اس کو بھی کھلا ہوا option ہے۔</w:t>
      </w:r>
    </w:p>
    <w:p>
      <w:r>
        <w:rPr>
          <w:b/>
        </w:rPr>
        <w:t xml:space="preserve">[27:55] </w:t>
      </w:r>
      <w:r>
        <w:t>Wajah ye kehne ki ke tum right nahi ho ijtihad karne ke ye mat kaho.</w:t>
      </w:r>
    </w:p>
    <w:p>
      <w:pPr>
        <w:jc w:val="right"/>
      </w:pPr>
      <w:r>
        <w:t>وجہ یہ کہنے کی کہ تم right نہیں ہو اجتہاد کرنے کے یہ مت کہو۔</w:t>
      </w:r>
    </w:p>
    <w:p>
      <w:r>
        <w:rPr>
          <w:b/>
        </w:rPr>
        <w:t xml:space="preserve">[27:59] </w:t>
      </w:r>
      <w:r>
        <w:t>Right to sab ko hai.</w:t>
      </w:r>
    </w:p>
    <w:p>
      <w:pPr>
        <w:jc w:val="right"/>
      </w:pPr>
      <w:r>
        <w:t>right تو سب کو ہے۔</w:t>
      </w:r>
    </w:p>
    <w:p>
      <w:r>
        <w:rPr>
          <w:b/>
        </w:rPr>
        <w:t xml:space="preserve">[28:04] </w:t>
      </w:r>
      <w:r>
        <w:t>Aap aap aisa kijiye ke aap Quran aur Hadees ke hawale se sabit kijiye ke is ka ijtihad galat hai.</w:t>
      </w:r>
    </w:p>
    <w:p>
      <w:pPr>
        <w:jc w:val="right"/>
      </w:pPr>
      <w:r>
        <w:t>آپ آپ ایسا کیجیے کہ آپ قرآن اور حدیث کے حوالے سے ثابت کیجیے کہ اس کا اجتہاد غلط ہے۔</w:t>
      </w:r>
    </w:p>
    <w:p>
      <w:r>
        <w:rPr>
          <w:b/>
        </w:rPr>
        <w:t xml:space="preserve">[28:08] </w:t>
      </w:r>
      <w:r>
        <w:t>Ye kehna hai ke tum ko right nahi ijtihad karne ka ye bilkul hi yani bilkul bekar baat hai.</w:t>
      </w:r>
    </w:p>
    <w:p>
      <w:pPr>
        <w:jc w:val="right"/>
      </w:pPr>
      <w:r>
        <w:t>یہ کہنا ہے کہ تم کو right نہیں اجتہاد کرنے کا یہ بالکل ہی یعنی بالکل بیکار بات ہے۔</w:t>
      </w:r>
    </w:p>
    <w:p>
      <w:r>
        <w:rPr>
          <w:b/>
        </w:rPr>
        <w:t xml:space="preserve">[28:12] </w:t>
      </w:r>
      <w:r>
        <w:t>Is is yani ye koi valid valid baat nahi.</w:t>
      </w:r>
    </w:p>
    <w:p>
      <w:pPr>
        <w:jc w:val="right"/>
      </w:pPr>
      <w:r>
        <w:t>اس اس یعنی یہ کوئی valid valid بات نہیں۔</w:t>
      </w:r>
    </w:p>
    <w:p>
      <w:r>
        <w:rPr>
          <w:b/>
        </w:rPr>
        <w:t xml:space="preserve">[28:17] </w:t>
      </w:r>
      <w:r>
        <w:t>Jisko jo agree na karta ho to us ko khula option hai us ke liye sabit kare</w:t>
      </w:r>
    </w:p>
    <w:p>
      <w:pPr>
        <w:jc w:val="right"/>
      </w:pPr>
      <w:r>
        <w:t>جس کو جو agree نہ کرتا ہو تو اس کو کھلا option ہے اس کے لیے ثابت کرے</w:t>
      </w:r>
    </w:p>
    <w:p>
      <w:r>
        <w:rPr>
          <w:b/>
        </w:rPr>
        <w:t xml:space="preserve">[28:21] </w:t>
      </w:r>
      <w:r>
        <w:t>ke wo Quran ke khilaf hai Hadees ke khilaf hai.</w:t>
      </w:r>
    </w:p>
    <w:p>
      <w:pPr>
        <w:jc w:val="right"/>
      </w:pPr>
      <w:r>
        <w:t>کہ وہ قرآن کے خلاف ہے حدیث کے خلاف ہے۔</w:t>
      </w:r>
    </w:p>
    <w:p>
      <w:r>
        <w:rPr>
          <w:b/>
        </w:rPr>
        <w:t xml:space="preserve">[28:26] </w:t>
      </w:r>
      <w:r>
        <w:t>maulana sahib can we say that ijtihad would require a person to be a positive person so that he can do the correct ijtihad?</w:t>
      </w:r>
    </w:p>
    <w:p>
      <w:pPr>
        <w:jc w:val="right"/>
      </w:pPr>
      <w:r>
        <w:t>مولانا صاحب can we say that اجتہاد would require a person to be a positive person so that he can do the correct اجتہاد؟</w:t>
      </w:r>
    </w:p>
    <w:p>
      <w:r>
        <w:rPr>
          <w:b/>
        </w:rPr>
        <w:t xml:space="preserve">[28:38] </w:t>
      </w:r>
      <w:r>
        <w:t>Haan ye positive nahi kaha yahi hai ke objective mind hona chahiye. objective mind.</w:t>
      </w:r>
    </w:p>
    <w:p>
      <w:pPr>
        <w:jc w:val="right"/>
      </w:pPr>
      <w:r>
        <w:t>ہاں یہ positive نہیں کہا یہی ہے کہ objective mind ہونا چاہیے۔ objective mind۔</w:t>
      </w:r>
    </w:p>
    <w:p>
      <w:r>
        <w:rPr>
          <w:b/>
        </w:rPr>
        <w:t xml:space="preserve">[28:42] </w:t>
      </w:r>
      <w:r>
        <w:t>Yani biased nahi hona chahiye.</w:t>
      </w:r>
    </w:p>
    <w:p>
      <w:pPr>
        <w:jc w:val="right"/>
      </w:pPr>
      <w:r>
        <w:t>یعنی biased نہیں ہونا چاہیے۔</w:t>
      </w:r>
    </w:p>
    <w:p>
      <w:r>
        <w:rPr>
          <w:b/>
        </w:rPr>
        <w:t xml:space="preserve">[28:46] </w:t>
      </w:r>
      <w:r>
        <w:t>Ye to hamesha rahega.</w:t>
      </w:r>
    </w:p>
    <w:p>
      <w:pPr>
        <w:jc w:val="right"/>
      </w:pPr>
      <w:r>
        <w:t>یہ تو ہمیشہ رہے گا۔</w:t>
      </w:r>
    </w:p>
    <w:p>
      <w:r>
        <w:rPr>
          <w:b/>
        </w:rPr>
        <w:t xml:space="preserve">[28:51] </w:t>
      </w:r>
      <w:r>
        <w:t>Ijtihad hi ka har cheez mein rahega.</w:t>
      </w:r>
    </w:p>
    <w:p>
      <w:pPr>
        <w:jc w:val="right"/>
      </w:pPr>
      <w:r>
        <w:t>اجتہاد ہی کا ہر چیز میں رہے گا۔</w:t>
      </w:r>
    </w:p>
    <w:p>
      <w:r>
        <w:rPr>
          <w:b/>
        </w:rPr>
        <w:t xml:space="preserve">[28:55] </w:t>
      </w:r>
      <w:r>
        <w:t>Har cheez mein ye rahega ke agar aap biased hain to aap rai sahi nahi kaam kar sakte.</w:t>
      </w:r>
    </w:p>
    <w:p>
      <w:pPr>
        <w:jc w:val="right"/>
      </w:pPr>
      <w:r>
        <w:t>ہر چیز میں یہ رہے گا کہ اگر آپ biased ہیں تو آپ رائے صحیح نہیں کام کر سکتے۔</w:t>
      </w:r>
    </w:p>
    <w:p>
      <w:r>
        <w:rPr>
          <w:b/>
        </w:rPr>
        <w:t xml:space="preserve">[28:59] </w:t>
      </w:r>
      <w:r>
        <w:t>Aur aur agar aap baat se khali hain to to aap sahi rai kaam karenge.</w:t>
      </w:r>
    </w:p>
    <w:p>
      <w:pPr>
        <w:jc w:val="right"/>
      </w:pPr>
      <w:r>
        <w:t>اور اور اگر آپ بات سے خالی ہیں تو تو آپ صحیح رائے کام کریں گے۔</w:t>
      </w:r>
    </w:p>
    <w:p>
      <w:r>
        <w:rPr>
          <w:b/>
        </w:rPr>
        <w:t xml:space="preserve">[29:04] </w:t>
      </w:r>
      <w:r>
        <w:t>Ye condition hai har cheez ke liye.</w:t>
      </w:r>
    </w:p>
    <w:p>
      <w:pPr>
        <w:jc w:val="right"/>
      </w:pPr>
      <w:r>
        <w:t>یہ condition ہے ہر چیز کے لیے۔</w:t>
      </w:r>
    </w:p>
    <w:p>
      <w:r>
        <w:rPr>
          <w:b/>
        </w:rPr>
        <w:t xml:space="preserve">[29:08] </w:t>
      </w:r>
      <w:r>
        <w:t>Ijtihad hi ke liye nahi.</w:t>
      </w:r>
    </w:p>
    <w:p>
      <w:pPr>
        <w:jc w:val="right"/>
      </w:pPr>
      <w:r>
        <w:t>اجتہاد ہی کے لیے نہیں۔</w:t>
      </w:r>
    </w:p>
    <w:p>
      <w:r>
        <w:rPr>
          <w:b/>
        </w:rPr>
        <w:t xml:space="preserve">[29:13] </w:t>
      </w:r>
      <w:r>
        <w:t>maulana sahib often it is seen that muslims usually do ijtihad on minor issues like whether taking an injection breaks the fast or not but they ignore the bigger issues so how can we change their mindsets?</w:t>
      </w:r>
    </w:p>
    <w:p>
      <w:pPr>
        <w:jc w:val="right"/>
      </w:pPr>
      <w:r>
        <w:t>مولانا صاحب often it is seen that مسلمs usually do اجتہاد on minor issues like whether taking an injection breaks the fast or not but they ignore the bigger issues so how can we change their mindsets؟</w:t>
      </w:r>
    </w:p>
    <w:p>
      <w:r>
        <w:rPr>
          <w:b/>
        </w:rPr>
        <w:t xml:space="preserve">[29:30] </w:t>
      </w:r>
      <w:r>
        <w:t>yeh baat to sahi hai ke chote chote mamle mein karenge bade mamle mein nahi karenge.</w:t>
      </w:r>
    </w:p>
    <w:p>
      <w:pPr>
        <w:jc w:val="right"/>
      </w:pPr>
      <w:r>
        <w:t>یہ بات تو صحیح ہے کہ چھوٹے چھوٹے معاملے میں کریں گے بڑے معاملے میں نہیں کریں گے۔</w:t>
      </w:r>
    </w:p>
    <w:p>
      <w:r>
        <w:rPr>
          <w:b/>
        </w:rPr>
        <w:t xml:space="preserve">[29:34] </w:t>
      </w:r>
      <w:r>
        <w:t>to ab bas yahi hai ke in ko aise kitabein chhapi jayen in logon ko discuss kiya jaye</w:t>
      </w:r>
    </w:p>
    <w:p>
      <w:pPr>
        <w:jc w:val="right"/>
      </w:pPr>
      <w:r>
        <w:t>تو اب بس یہی ہے کہ ان کو ایسے کتابیں چھاپی جائیں ان لوگوں کو discuss کیا جائے</w:t>
      </w:r>
    </w:p>
    <w:p>
      <w:r>
        <w:rPr>
          <w:b/>
        </w:rPr>
        <w:t xml:space="preserve">[29:38] </w:t>
      </w:r>
      <w:r>
        <w:t>jo hum kar rahe hain wahi tareeqa hai.</w:t>
      </w:r>
    </w:p>
    <w:p>
      <w:pPr>
        <w:jc w:val="right"/>
      </w:pPr>
      <w:r>
        <w:t>جو ہم کر رہے ہیں وہی طریقہ ہے۔</w:t>
      </w:r>
    </w:p>
    <w:p>
      <w:r>
        <w:rPr>
          <w:b/>
        </w:rPr>
        <w:t xml:space="preserve">[29:43] </w:t>
      </w:r>
      <w:r>
        <w:t>in ko misaal de kar bataya jaye ke ke ijtihad ka talluq har tamam issues se hai.</w:t>
      </w:r>
    </w:p>
    <w:p>
      <w:pPr>
        <w:jc w:val="right"/>
      </w:pPr>
      <w:r>
        <w:t>ان کو مثال دے کر بتایا جائے کہ کہ اجتہاد کا تعلق ہر تمام issues سے ہے۔</w:t>
      </w:r>
    </w:p>
    <w:p>
      <w:r>
        <w:rPr>
          <w:b/>
        </w:rPr>
        <w:t xml:space="preserve">[29:47] </w:t>
      </w:r>
      <w:r>
        <w:t>har naya issue jo hai wo is qabil hai ke wahan ijtihad kiya jaye.</w:t>
      </w:r>
    </w:p>
    <w:p>
      <w:pPr>
        <w:jc w:val="right"/>
      </w:pPr>
      <w:r>
        <w:t>ہر نیا issue جو ہے وہ اس قابل ہے کہ وہاں اجتہاد کیا جائے۔</w:t>
      </w:r>
    </w:p>
    <w:p>
      <w:r>
        <w:rPr>
          <w:b/>
        </w:rPr>
        <w:t xml:space="preserve">[29:52] </w:t>
      </w:r>
      <w:r>
        <w:t>ijtihad ke maani kya hain? ijtihad koi mystery word nahi hai.</w:t>
      </w:r>
    </w:p>
    <w:p>
      <w:pPr>
        <w:jc w:val="right"/>
      </w:pPr>
      <w:r>
        <w:t>اجتہاد کے معنی کیا ہیں؟ اجتہاد کوئی mystery word نہیں ہے۔</w:t>
      </w:r>
    </w:p>
    <w:p>
      <w:r>
        <w:rPr>
          <w:b/>
        </w:rPr>
        <w:t xml:space="preserve">[29:56] </w:t>
      </w:r>
      <w:r>
        <w:t>ijtihad ka matlab hai yani reapplication talash karna.</w:t>
      </w:r>
    </w:p>
    <w:p>
      <w:pPr>
        <w:jc w:val="right"/>
      </w:pPr>
      <w:r>
        <w:t>اجتہاد کا مطلب ہے یعنی reapplication تلاش کرنا۔</w:t>
      </w:r>
    </w:p>
    <w:p>
      <w:r>
        <w:rPr>
          <w:b/>
        </w:rPr>
        <w:t xml:space="preserve">[30:01] </w:t>
      </w:r>
      <w:r>
        <w:t>misalan farz kijiye ke aap kahin ja rahe hain.</w:t>
      </w:r>
    </w:p>
    <w:p>
      <w:pPr>
        <w:jc w:val="right"/>
      </w:pPr>
      <w:r>
        <w:t>مثلاً فرض کیجیے کہ آپ کہیں جا رہے ہیں۔</w:t>
      </w:r>
    </w:p>
    <w:p>
      <w:r>
        <w:rPr>
          <w:b/>
        </w:rPr>
        <w:t xml:space="preserve">[30:05] </w:t>
      </w:r>
      <w:r>
        <w:t>aap ali garh ja rahe hain farz kijiye.</w:t>
      </w:r>
    </w:p>
    <w:p>
      <w:pPr>
        <w:jc w:val="right"/>
      </w:pPr>
      <w:r>
        <w:t>آپ علی گڑھ جا رہے ہیں فرض کیجیے۔</w:t>
      </w:r>
    </w:p>
    <w:p>
      <w:r>
        <w:rPr>
          <w:b/>
        </w:rPr>
        <w:t xml:space="preserve">[30:10] </w:t>
      </w:r>
      <w:r>
        <w:t>to aap ja rahe the bus se.</w:t>
      </w:r>
    </w:p>
    <w:p>
      <w:pPr>
        <w:jc w:val="right"/>
      </w:pPr>
      <w:r>
        <w:t>تو آپ جا رہے تھے بس سے۔</w:t>
      </w:r>
    </w:p>
    <w:p>
      <w:r>
        <w:rPr>
          <w:b/>
        </w:rPr>
        <w:t xml:space="preserve">[30:14] </w:t>
      </w:r>
      <w:r>
        <w:t>ya aap ja rahe the train se.</w:t>
      </w:r>
    </w:p>
    <w:p>
      <w:pPr>
        <w:jc w:val="right"/>
      </w:pPr>
      <w:r>
        <w:t>یا آپ جا رہے تھے ٹرین سے۔</w:t>
      </w:r>
    </w:p>
    <w:p>
      <w:r>
        <w:rPr>
          <w:b/>
        </w:rPr>
        <w:t xml:space="preserve">[30:18] </w:t>
      </w:r>
      <w:r>
        <w:t>wo chhoot gayi.</w:t>
      </w:r>
    </w:p>
    <w:p>
      <w:pPr>
        <w:jc w:val="right"/>
      </w:pPr>
      <w:r>
        <w:t>وہ چھوٹ گئی۔</w:t>
      </w:r>
    </w:p>
    <w:p>
      <w:r>
        <w:rPr>
          <w:b/>
        </w:rPr>
        <w:t xml:space="preserve">[30:23] </w:t>
      </w:r>
      <w:r>
        <w:t>to aap bus chhoot gayi to aap train pakdenge.</w:t>
      </w:r>
    </w:p>
    <w:p>
      <w:pPr>
        <w:jc w:val="right"/>
      </w:pPr>
      <w:r>
        <w:t>تو آپ بس چھوٹ گئی تو آپ ٹرین پکڑیں گے۔</w:t>
      </w:r>
    </w:p>
    <w:p>
      <w:r>
        <w:rPr>
          <w:b/>
        </w:rPr>
        <w:t xml:space="preserve">[30:27] </w:t>
      </w:r>
      <w:r>
        <w:t>train chhoot gayi to bus pakdenge.</w:t>
      </w:r>
    </w:p>
    <w:p>
      <w:pPr>
        <w:jc w:val="right"/>
      </w:pPr>
      <w:r>
        <w:t>ٹرین چھوٹ گئی تو بس پکڑیں گے۔</w:t>
      </w:r>
    </w:p>
    <w:p>
      <w:r>
        <w:rPr>
          <w:b/>
        </w:rPr>
        <w:t xml:space="preserve">[30:32] </w:t>
      </w:r>
      <w:r>
        <w:t>yeh to ijtihad hai.</w:t>
      </w:r>
    </w:p>
    <w:p>
      <w:pPr>
        <w:jc w:val="right"/>
      </w:pPr>
      <w:r>
        <w:t>یہ تو اجتہاد ہے۔</w:t>
      </w:r>
    </w:p>
    <w:p>
      <w:r>
        <w:rPr>
          <w:b/>
        </w:rPr>
        <w:t xml:space="preserve">[30:36] </w:t>
      </w:r>
      <w:r>
        <w:t>yani jab situation badal jaye to to reapplication talash karna yeh ijtihad hai.</w:t>
      </w:r>
    </w:p>
    <w:p>
      <w:pPr>
        <w:jc w:val="right"/>
      </w:pPr>
      <w:r>
        <w:t>یعنی جب situation بدل جائے تو تو reapplication تلاش کرنا یہ اجتہاد ہے۔</w:t>
      </w:r>
    </w:p>
    <w:p>
      <w:r>
        <w:rPr>
          <w:b/>
        </w:rPr>
        <w:t xml:space="preserve">[30:41] </w:t>
      </w:r>
      <w:r>
        <w:t>wo hamesha rahega.</w:t>
      </w:r>
    </w:p>
    <w:p>
      <w:pPr>
        <w:jc w:val="right"/>
      </w:pPr>
      <w:r>
        <w:t>وہ ہمیشہ رہے گا۔</w:t>
      </w:r>
    </w:p>
    <w:p>
      <w:r>
        <w:rPr>
          <w:b/>
        </w:rPr>
        <w:t xml:space="preserve">[30:45] </w:t>
      </w:r>
      <w:r>
        <w:t>is ko aap badal nahi kar sakte.</w:t>
      </w:r>
    </w:p>
    <w:p>
      <w:pPr>
        <w:jc w:val="right"/>
      </w:pPr>
      <w:r>
        <w:t>اس کو آپ بدل نہیں کر سکتے۔</w:t>
      </w:r>
    </w:p>
    <w:p>
      <w:r>
        <w:rPr>
          <w:b/>
        </w:rPr>
        <w:t xml:space="preserve">[30:50] </w:t>
      </w:r>
      <w:r>
        <w:t>maulana sahib today if we see islam exist as a mere culture how can we revive the true teachings of islam according to you?</w:t>
      </w:r>
    </w:p>
    <w:p>
      <w:pPr>
        <w:jc w:val="right"/>
      </w:pPr>
      <w:r>
        <w:t>مولانا صاحب today if we see اسلام exist as a mere culture how can we revive the true teachings of اسلام according to you؟</w:t>
      </w:r>
    </w:p>
    <w:p>
      <w:r>
        <w:rPr>
          <w:b/>
        </w:rPr>
        <w:t xml:space="preserve">[31:00] </w:t>
      </w:r>
      <w:r>
        <w:t>haan dawat se ho sakta hai.</w:t>
      </w:r>
    </w:p>
    <w:p>
      <w:pPr>
        <w:jc w:val="right"/>
      </w:pPr>
      <w:r>
        <w:t>ہاں دعوت سے ہو سکتا ہے۔</w:t>
      </w:r>
    </w:p>
    <w:p>
      <w:r>
        <w:rPr>
          <w:b/>
        </w:rPr>
        <w:t xml:space="preserve">[31:06] </w:t>
      </w:r>
      <w:r>
        <w:t>dawat ka matlab yahi hai ke logon ke nazariye ko sahi karna.</w:t>
      </w:r>
    </w:p>
    <w:p>
      <w:pPr>
        <w:jc w:val="right"/>
      </w:pPr>
      <w:r>
        <w:t>دعوت کا مطلب یہی ہے کہ لوگوں کے نظریے کو صحیح کرنا۔</w:t>
      </w:r>
    </w:p>
    <w:p>
      <w:r>
        <w:rPr>
          <w:b/>
        </w:rPr>
        <w:t xml:space="preserve">[31:12] </w:t>
      </w:r>
      <w:r>
        <w:t>logon ki soch mein farq aa gaya to sahi karna.</w:t>
      </w:r>
    </w:p>
    <w:p>
      <w:pPr>
        <w:jc w:val="right"/>
      </w:pPr>
      <w:r>
        <w:t>لوگوں کی سوچ میں فرق آ گیا تو صحیح کرنا۔</w:t>
      </w:r>
    </w:p>
    <w:p>
      <w:r>
        <w:rPr>
          <w:b/>
        </w:rPr>
        <w:t xml:space="preserve">[31:19] </w:t>
      </w:r>
      <w:r>
        <w:t>yeh to dawat hai.</w:t>
      </w:r>
    </w:p>
    <w:p>
      <w:pPr>
        <w:jc w:val="right"/>
      </w:pPr>
      <w:r>
        <w:t>یہ تو دعوت ہے۔</w:t>
      </w:r>
    </w:p>
    <w:p>
      <w:r>
        <w:rPr>
          <w:b/>
        </w:rPr>
        <w:t xml:space="preserve">[31:25] </w:t>
      </w:r>
      <w:r>
        <w:t>to hamesha jab bhi aisa ho to logon ko zyada se zyada active ho jana chahiye dawat ki field mein.</w:t>
      </w:r>
    </w:p>
    <w:p>
      <w:pPr>
        <w:jc w:val="right"/>
      </w:pPr>
      <w:r>
        <w:t>تو ہمیشہ جب بھی ایسا ہو تو لوگوں کو زیادہ سے زیادہ active ہو جانا چاہیے دعوت کی field میں۔</w:t>
      </w:r>
    </w:p>
    <w:p>
      <w:r>
        <w:rPr>
          <w:b/>
        </w:rPr>
        <w:t xml:space="preserve">[31:31] </w:t>
      </w:r>
      <w:r>
        <w:t>to dawah is the only answer.</w:t>
      </w:r>
    </w:p>
    <w:p>
      <w:pPr>
        <w:jc w:val="right"/>
      </w:pPr>
      <w:r>
        <w:t>تو دعویٰ is the only answer۔</w:t>
      </w:r>
    </w:p>
    <w:p>
      <w:r>
        <w:rPr>
          <w:b/>
        </w:rPr>
        <w:t xml:space="preserve">[31:38] </w:t>
      </w:r>
      <w:r>
        <w:t>maulana sahib according to you is islam incompatible with democracy? hargiz nahi. hargiz nahi.</w:t>
      </w:r>
    </w:p>
    <w:p>
      <w:pPr>
        <w:jc w:val="right"/>
      </w:pPr>
      <w:r>
        <w:t>مولانا صاحب according to you is اسلام incompatible with democracy؟ ہرگز نہیں۔ ہرگز نہیں۔</w:t>
      </w:r>
    </w:p>
    <w:p>
      <w:r>
        <w:rPr>
          <w:b/>
        </w:rPr>
        <w:t xml:space="preserve">[31:44] </w:t>
      </w:r>
      <w:r>
        <w:t>democracy kiya hai? democracy koi deen nahi hai.</w:t>
      </w:r>
    </w:p>
    <w:p>
      <w:pPr>
        <w:jc w:val="right"/>
      </w:pPr>
      <w:r>
        <w:t>democracy کیا ہے؟ democracy کوئی دین نہیں ہے۔</w:t>
      </w:r>
    </w:p>
    <w:p>
      <w:r>
        <w:rPr>
          <w:b/>
        </w:rPr>
        <w:t xml:space="preserve">[31:50] </w:t>
      </w:r>
      <w:r>
        <w:t>koi religion nahi hai democracy.</w:t>
      </w:r>
    </w:p>
    <w:p>
      <w:pPr>
        <w:jc w:val="right"/>
      </w:pPr>
      <w:r>
        <w:t>کوئی religion نہیں ہے democracy۔</w:t>
      </w:r>
    </w:p>
    <w:p>
      <w:r>
        <w:rPr>
          <w:b/>
        </w:rPr>
        <w:t xml:space="preserve">[31:56] </w:t>
      </w:r>
      <w:r>
        <w:t>hargiz hargiz democracy koi religion nahi hai.</w:t>
      </w:r>
    </w:p>
    <w:p>
      <w:pPr>
        <w:jc w:val="right"/>
      </w:pPr>
      <w:r>
        <w:t>ہرگز ہرگز democracy کوئی religion نہیں ہے۔</w:t>
      </w:r>
    </w:p>
    <w:p>
      <w:r>
        <w:rPr>
          <w:b/>
        </w:rPr>
        <w:t xml:space="preserve">[32:02] </w:t>
      </w:r>
      <w:r>
        <w:t>woh toh yeh hai ke jab badshahat khatm ho gayi toh sawal tha ke ab yani right to</w:t>
      </w:r>
    </w:p>
    <w:p>
      <w:pPr>
        <w:jc w:val="right"/>
      </w:pPr>
      <w:r>
        <w:t>وہ تو یہ ہے کہ جب بادشاہت ختم ہو گئی تو سوال تھا کہ اب یعنی right to</w:t>
      </w:r>
    </w:p>
    <w:p>
      <w:r>
        <w:rPr>
          <w:b/>
        </w:rPr>
        <w:t xml:space="preserve">[32:08] </w:t>
      </w:r>
      <w:r>
        <w:t>rule kisi ko kaise mile? right to rule kaise mile kisi ko? toh do baat tay hui.</w:t>
      </w:r>
    </w:p>
    <w:p>
      <w:pPr>
        <w:jc w:val="right"/>
      </w:pPr>
      <w:r>
        <w:t>rule کسی کو کیسے ملے؟ right to rule کیسے ملے کسی کو؟ تو دو بات طے ہوئی۔</w:t>
      </w:r>
    </w:p>
    <w:p>
      <w:r>
        <w:rPr>
          <w:b/>
        </w:rPr>
        <w:t xml:space="preserve">[32:14] </w:t>
      </w:r>
      <w:r>
        <w:t>ek yeh ke ab eternal right kisi ka nahi hoga.</w:t>
      </w:r>
    </w:p>
    <w:p>
      <w:pPr>
        <w:jc w:val="right"/>
      </w:pPr>
      <w:r>
        <w:t>ایک یہ کہ اب eternal right کسی کا نہیں ہوگا۔</w:t>
      </w:r>
    </w:p>
    <w:p>
      <w:r>
        <w:rPr>
          <w:b/>
        </w:rPr>
        <w:t xml:space="preserve">[32:20] </w:t>
      </w:r>
      <w:r>
        <w:t>jaise dynasty thi is family ko eternally right hai yeh samajhte the log.</w:t>
      </w:r>
    </w:p>
    <w:p>
      <w:pPr>
        <w:jc w:val="right"/>
      </w:pPr>
      <w:r>
        <w:t>جیسے dynasty تھی اس family کو eternally right ہے یہ سمجھتے تھے لوگ۔</w:t>
      </w:r>
    </w:p>
    <w:p>
      <w:r>
        <w:rPr>
          <w:b/>
        </w:rPr>
        <w:t xml:space="preserve">[32:26] </w:t>
      </w:r>
      <w:r>
        <w:t>yeh nahi hoga.</w:t>
      </w:r>
    </w:p>
    <w:p>
      <w:pPr>
        <w:jc w:val="right"/>
      </w:pPr>
      <w:r>
        <w:t>یہ نہیں ہوگا۔</w:t>
      </w:r>
    </w:p>
    <w:p>
      <w:r>
        <w:rPr>
          <w:b/>
        </w:rPr>
        <w:t xml:space="preserve">[32:32] </w:t>
      </w:r>
      <w:r>
        <w:t>ab misaal panj saal ke liye ek ek aadmi banega is ke baad nahi.</w:t>
      </w:r>
    </w:p>
    <w:p>
      <w:pPr>
        <w:jc w:val="right"/>
      </w:pPr>
      <w:r>
        <w:t>اب مثلاً پانچ سال کے لیے ایک ایک آدمی بنے گا اس کے بعد نہیں۔</w:t>
      </w:r>
    </w:p>
    <w:p>
      <w:r>
        <w:rPr>
          <w:b/>
        </w:rPr>
        <w:t xml:space="preserve">[32:38] </w:t>
      </w:r>
      <w:r>
        <w:t>phir phir dobara kisi ko chuna jayega.</w:t>
      </w:r>
    </w:p>
    <w:p>
      <w:pPr>
        <w:jc w:val="right"/>
      </w:pPr>
      <w:r>
        <w:t>پھر پھر دوبارہ کسی کو چنا جائے گا۔</w:t>
      </w:r>
    </w:p>
    <w:p>
      <w:r>
        <w:rPr>
          <w:b/>
        </w:rPr>
        <w:t xml:space="preserve">[32:44] </w:t>
      </w:r>
      <w:r>
        <w:t>aur yeh election ka process jo hai is ke zariye tay hoga ke kaun rule kare.</w:t>
      </w:r>
    </w:p>
    <w:p>
      <w:pPr>
        <w:jc w:val="right"/>
      </w:pPr>
      <w:r>
        <w:t>اور یہ election کا process جو ہے اس کے ذریعے طے ہوگا کہ کون rule کرے۔</w:t>
      </w:r>
    </w:p>
    <w:p>
      <w:r>
        <w:rPr>
          <w:b/>
        </w:rPr>
        <w:t xml:space="preserve">[32:50] </w:t>
      </w:r>
      <w:r>
        <w:t>toh yeh wahi cheez hai jo jo ke hadees mein hai ke kama takoon koon kazalik yoolao alaikum jaise</w:t>
      </w:r>
    </w:p>
    <w:p>
      <w:pPr>
        <w:jc w:val="right"/>
      </w:pPr>
      <w:r>
        <w:t>تو یہ وہی چیز ہے جو جو کہ حدیث میں ہے کہ کما تكونون کذالک یولعو علیکم جیسے</w:t>
      </w:r>
    </w:p>
    <w:p>
      <w:r>
        <w:rPr>
          <w:b/>
        </w:rPr>
        <w:t xml:space="preserve">[32:56] </w:t>
      </w:r>
      <w:r>
        <w:t>awam ho gaye waise hukmaran ho gaye.</w:t>
      </w:r>
    </w:p>
    <w:p>
      <w:pPr>
        <w:jc w:val="right"/>
      </w:pPr>
      <w:r>
        <w:t>عوام ہو گئے ویسے حکمران ہو گئے۔</w:t>
      </w:r>
    </w:p>
    <w:p>
      <w:r>
        <w:rPr>
          <w:b/>
        </w:rPr>
        <w:t xml:space="preserve">[33:02] </w:t>
      </w:r>
      <w:r>
        <w:t>theek toh hai.</w:t>
      </w:r>
    </w:p>
    <w:p>
      <w:pPr>
        <w:jc w:val="right"/>
      </w:pPr>
      <w:r>
        <w:t>ٹھیک تو ہے۔</w:t>
      </w:r>
    </w:p>
    <w:p>
      <w:r>
        <w:rPr>
          <w:b/>
        </w:rPr>
        <w:t xml:space="preserve">[33:08] </w:t>
      </w:r>
      <w:r>
        <w:t>election ka matlab kiya hai? awam ki rai maloom kar ke koi shakhs apne liye right to rule leta hai.</w:t>
      </w:r>
    </w:p>
    <w:p>
      <w:pPr>
        <w:jc w:val="right"/>
      </w:pPr>
      <w:r>
        <w:t>election کا مطلب کیا ہے؟ عوام کی رائے معلوم کر کے کوئی شخص اپنے لیے right to rule لیتا ہے۔</w:t>
      </w:r>
    </w:p>
    <w:p>
      <w:r>
        <w:rPr>
          <w:b/>
        </w:rPr>
        <w:t xml:space="preserve">[33:14] </w:t>
      </w:r>
      <w:r>
        <w:t>panj saal ke liye chaar saal ke liye.</w:t>
      </w:r>
    </w:p>
    <w:p>
      <w:pPr>
        <w:jc w:val="right"/>
      </w:pPr>
      <w:r>
        <w:t>پانچ سال کے لیے چار سال کے لیے۔</w:t>
      </w:r>
    </w:p>
    <w:p>
      <w:r>
        <w:rPr>
          <w:b/>
        </w:rPr>
        <w:t xml:space="preserve">[33:20] </w:t>
      </w:r>
      <w:r>
        <w:t>yeh democracy hai ya nahi islam mein yeh? is mein islam mein koi takrao nahi hai.</w:t>
      </w:r>
    </w:p>
    <w:p>
      <w:pPr>
        <w:jc w:val="right"/>
      </w:pPr>
      <w:r>
        <w:t>یہ democracy ہے یا نہیں اسلام میں یہ؟ اس میں اسلام میں کوئی ٹکراؤ نہیں ہے۔</w:t>
      </w:r>
    </w:p>
    <w:p>
      <w:r>
        <w:rPr>
          <w:b/>
        </w:rPr>
        <w:t xml:space="preserve">[33:26] </w:t>
      </w:r>
      <w:r>
        <w:t>maulana sahib you said that democracy and islam are compatible but what about freedom of expression because many people say that freedom of expression and islam cannot coexist so in the modern age how would you define islam's position on freedom of expression?</w:t>
      </w:r>
    </w:p>
    <w:p>
      <w:pPr>
        <w:jc w:val="right"/>
      </w:pPr>
      <w:r>
        <w:t>مولانا صاحب you said that democracy and اسلام are compatible but what about freedom of expression because many people say that freedom of expression and اسلام cannot coexist so in the modern age how would you define اسلام's position on freedom of expression؟</w:t>
      </w:r>
    </w:p>
    <w:p>
      <w:r>
        <w:rPr>
          <w:b/>
        </w:rPr>
        <w:t xml:space="preserve">[33:45] </w:t>
      </w:r>
      <w:r>
        <w:t>freedom of expression ain islam hi hai.</w:t>
      </w:r>
    </w:p>
    <w:p>
      <w:pPr>
        <w:jc w:val="right"/>
      </w:pPr>
      <w:r>
        <w:t>Freedom of expression عین اسلام ہی ہے۔</w:t>
      </w:r>
    </w:p>
    <w:p>
      <w:r>
        <w:rPr>
          <w:b/>
        </w:rPr>
        <w:t xml:space="preserve">[33:50] </w:t>
      </w:r>
      <w:r>
        <w:t>is liye ke dekhiye mazhab jo hai islam mein ek individual ka apna choice hai.</w:t>
      </w:r>
    </w:p>
    <w:p>
      <w:pPr>
        <w:jc w:val="right"/>
      </w:pPr>
      <w:r>
        <w:t>اس لیے کہ دیکھیے مذہب جو ہے اسلام میں ایک individual کا اپنا choice ہے۔</w:t>
      </w:r>
    </w:p>
    <w:p>
      <w:r>
        <w:rPr>
          <w:b/>
        </w:rPr>
        <w:t xml:space="preserve">[33:55] </w:t>
      </w:r>
      <w:r>
        <w:t>har aadmi ka apna choice hai.</w:t>
      </w:r>
    </w:p>
    <w:p>
      <w:pPr>
        <w:jc w:val="right"/>
      </w:pPr>
      <w:r>
        <w:t>ہر آدمی کا اپنا choice ہے۔</w:t>
      </w:r>
    </w:p>
    <w:p>
      <w:r>
        <w:rPr>
          <w:b/>
        </w:rPr>
        <w:t xml:space="preserve">[34:00] </w:t>
      </w:r>
      <w:r>
        <w:t>aadmi ka apna choice hai.</w:t>
      </w:r>
    </w:p>
    <w:p>
      <w:pPr>
        <w:jc w:val="right"/>
      </w:pPr>
      <w:r>
        <w:t>آدمی کا اپنا choice ہے۔</w:t>
      </w:r>
    </w:p>
    <w:p>
      <w:r>
        <w:rPr>
          <w:b/>
        </w:rPr>
        <w:t xml:space="preserve">[34:05] </w:t>
      </w:r>
      <w:r>
        <w:t>toh jab choice hai apna toh aap is ki freedom ko rokein kaise? woh sochega woh study</w:t>
      </w:r>
    </w:p>
    <w:p>
      <w:pPr>
        <w:jc w:val="right"/>
      </w:pPr>
      <w:r>
        <w:t>تو جب choice ہے اپنا تو آپ اس کی freedom کو روکیں کیسے؟ وہ سوچے گا وہ study</w:t>
      </w:r>
    </w:p>
    <w:p>
      <w:r>
        <w:rPr>
          <w:b/>
        </w:rPr>
        <w:t xml:space="preserve">[34:10] </w:t>
      </w:r>
      <w:r>
        <w:t>karega woh discuss karega.</w:t>
      </w:r>
    </w:p>
    <w:p>
      <w:pPr>
        <w:jc w:val="right"/>
      </w:pPr>
      <w:r>
        <w:t>کرے گا وہ discuss کرے گا۔</w:t>
      </w:r>
    </w:p>
    <w:p>
      <w:r>
        <w:rPr>
          <w:b/>
        </w:rPr>
        <w:t xml:space="preserve">[34:15] </w:t>
      </w:r>
      <w:r>
        <w:t>woh kabhi form mein bolega kabhi against mein bolega.</w:t>
      </w:r>
    </w:p>
    <w:p>
      <w:pPr>
        <w:jc w:val="right"/>
      </w:pPr>
      <w:r>
        <w:t>وہ کبھی فارم میں بولے گا کبھی against میں بولے گا۔</w:t>
      </w:r>
    </w:p>
    <w:p>
      <w:r>
        <w:rPr>
          <w:b/>
        </w:rPr>
        <w:t xml:space="preserve">[34:21] </w:t>
      </w:r>
      <w:r>
        <w:t>is tarah ka process chalayega woh.</w:t>
      </w:r>
    </w:p>
    <w:p>
      <w:pPr>
        <w:jc w:val="right"/>
      </w:pPr>
      <w:r>
        <w:t>اس طرح کا process چلائے گا وہ۔</w:t>
      </w:r>
    </w:p>
    <w:p>
      <w:r>
        <w:rPr>
          <w:b/>
        </w:rPr>
        <w:t xml:space="preserve">[34:26] </w:t>
      </w:r>
      <w:r>
        <w:t>phir jis par woh us ko itminan hoga woh mazhab le le ga woh.</w:t>
      </w:r>
    </w:p>
    <w:p>
      <w:pPr>
        <w:jc w:val="right"/>
      </w:pPr>
      <w:r>
        <w:t>پھر جس پر وہ اس کو اطمینان ہوگا وہ مذہب لے لے گا وہ۔</w:t>
      </w:r>
    </w:p>
    <w:p>
      <w:r>
        <w:rPr>
          <w:b/>
        </w:rPr>
        <w:t xml:space="preserve">[34:31] </w:t>
      </w:r>
      <w:r>
        <w:t>to freedom of expression ke baghair yeh nahi pata freedom of expression hi se maloom hoga ke kaun</w:t>
      </w:r>
    </w:p>
    <w:p>
      <w:pPr>
        <w:jc w:val="right"/>
      </w:pPr>
      <w:r>
        <w:t>تو freedom of expression کے بغیر یہ نہیں پتہ freedom of expression ہی سے معلوم ہوگا کہ کون</w:t>
      </w:r>
    </w:p>
    <w:p>
      <w:r>
        <w:rPr>
          <w:b/>
        </w:rPr>
        <w:t xml:space="preserve">[34:36] </w:t>
      </w:r>
      <w:r>
        <w:t>right choice hai.</w:t>
      </w:r>
    </w:p>
    <w:p>
      <w:pPr>
        <w:jc w:val="right"/>
      </w:pPr>
      <w:r>
        <w:t>right choice ہے۔</w:t>
      </w:r>
    </w:p>
    <w:p>
      <w:r>
        <w:rPr>
          <w:b/>
        </w:rPr>
        <w:t xml:space="preserve">[34:41] </w:t>
      </w:r>
      <w:r>
        <w:t>agar aap compression kar dein jo paida hua hai to tum ko isi mazhab par aana hai.</w:t>
      </w:r>
    </w:p>
    <w:p>
      <w:pPr>
        <w:jc w:val="right"/>
      </w:pPr>
      <w:r>
        <w:t>اگر آپ compression کر دیں جو پیدا ہوا ہے تو تم کو اسی مذہب پر آنا ہے۔</w:t>
      </w:r>
    </w:p>
    <w:p>
      <w:r>
        <w:rPr>
          <w:b/>
        </w:rPr>
        <w:t xml:space="preserve">[34:46] </w:t>
      </w:r>
      <w:r>
        <w:t>phir to compression ho gaya.</w:t>
      </w:r>
    </w:p>
    <w:p>
      <w:pPr>
        <w:jc w:val="right"/>
      </w:pPr>
      <w:r>
        <w:t>پھر تو compression ہو گیا۔</w:t>
      </w:r>
    </w:p>
    <w:p>
      <w:r>
        <w:rPr>
          <w:b/>
        </w:rPr>
        <w:t xml:space="preserve">[34:51] </w:t>
      </w:r>
      <w:r>
        <w:t>to woh to mazhab ki speed ke khilaf ho gaya.</w:t>
      </w:r>
    </w:p>
    <w:p>
      <w:pPr>
        <w:jc w:val="right"/>
      </w:pPr>
      <w:r>
        <w:t>تو وہ تو مذہب کی speed کے خلاف ہو گیا۔</w:t>
      </w:r>
    </w:p>
    <w:p>
      <w:r>
        <w:rPr>
          <w:b/>
        </w:rPr>
        <w:t xml:space="preserve">[34:57] </w:t>
      </w:r>
      <w:r>
        <w:t>isi liye main kehta hoon ke imaan ek daryaft hai.</w:t>
      </w:r>
    </w:p>
    <w:p>
      <w:pPr>
        <w:jc w:val="right"/>
      </w:pPr>
      <w:r>
        <w:t>اسی لیے میں کہتا ہوں کہ ایمان ایک دریافت ہے۔</w:t>
      </w:r>
    </w:p>
    <w:p>
      <w:r>
        <w:rPr>
          <w:b/>
        </w:rPr>
        <w:t xml:space="preserve">[35:02] </w:t>
      </w:r>
      <w:r>
        <w:t>ek ek discovery hai.</w:t>
      </w:r>
    </w:p>
    <w:p>
      <w:pPr>
        <w:jc w:val="right"/>
      </w:pPr>
      <w:r>
        <w:t>ایک ایک discovery ہے۔</w:t>
      </w:r>
    </w:p>
    <w:p>
      <w:r>
        <w:rPr>
          <w:b/>
        </w:rPr>
        <w:t xml:space="preserve">[35:07] </w:t>
      </w:r>
      <w:r>
        <w:t>The discovery کے ساتھ freedom کا concept بالکل جڑا ہوا ہے۔</w:t>
      </w:r>
    </w:p>
    <w:p>
      <w:pPr>
        <w:jc w:val="right"/>
      </w:pPr>
      <w:r>
        <w:t>the discovery کے ساتھ freedom کا concept بالکل جڑا ہوا ہے۔</w:t>
      </w:r>
    </w:p>
    <w:p>
      <w:r>
        <w:rPr>
          <w:b/>
        </w:rPr>
        <w:t xml:space="preserve">[35:12] </w:t>
      </w:r>
      <w:r>
        <w:t>baghair discovery ke baghair freedom ke kaise koi cheez kar sakta hai aap ke yeh meri discovery hai?</w:t>
      </w:r>
    </w:p>
    <w:p>
      <w:pPr>
        <w:jc w:val="right"/>
      </w:pPr>
      <w:r>
        <w:t>بغیر discovery کے بغیر freedom کے کیسے کوئی چیز کر سکتا ہے آپ کہ یہ میری discovery ہے؟</w:t>
      </w:r>
    </w:p>
    <w:p>
      <w:r>
        <w:rPr>
          <w:b/>
        </w:rPr>
        <w:t xml:space="preserve">[35:17] </w:t>
      </w:r>
      <w:r>
        <w:t>baghair discovery ke marfat nahi.</w:t>
      </w:r>
    </w:p>
    <w:p>
      <w:pPr>
        <w:jc w:val="right"/>
      </w:pPr>
      <w:r>
        <w:t>بغیر discovery کے معرفت نہیں۔</w:t>
      </w:r>
    </w:p>
    <w:p>
      <w:r>
        <w:rPr>
          <w:b/>
        </w:rPr>
        <w:t xml:space="preserve">[35:22] </w:t>
      </w:r>
      <w:r>
        <w:t>baghair yani discovery ke zariye aadmi imaan tak pohanchta hai.</w:t>
      </w:r>
    </w:p>
    <w:p>
      <w:pPr>
        <w:jc w:val="right"/>
      </w:pPr>
      <w:r>
        <w:t>بغیر یعنی discovery کے ذریعے آدمی ایمان تک پہنچتا ہے۔</w:t>
      </w:r>
    </w:p>
    <w:p>
      <w:r>
        <w:rPr>
          <w:b/>
        </w:rPr>
        <w:t xml:space="preserve">[35:27] </w:t>
      </w:r>
      <w:r>
        <w:t>aur jab ek yeh maan liya jaye to freedom bilkul zaroori ho jata hai.</w:t>
      </w:r>
    </w:p>
    <w:p>
      <w:pPr>
        <w:jc w:val="right"/>
      </w:pPr>
      <w:r>
        <w:t>اور جب ایک یہ مان لیا جائے تو freedom بالکل ضروری ہو جاتا ہے۔</w:t>
      </w:r>
    </w:p>
    <w:p>
      <w:r>
        <w:rPr>
          <w:b/>
        </w:rPr>
        <w:t xml:space="preserve">[35:33] </w:t>
      </w:r>
      <w:r>
        <w:t>maulana sahib we have received a question from sarmad hasan sahib from lahore, pakistan and he wants to know from you whether there is anyone from the contemporary ulemas competent enough to do ijtihad?</w:t>
      </w:r>
    </w:p>
    <w:p>
      <w:pPr>
        <w:jc w:val="right"/>
      </w:pPr>
      <w:r>
        <w:t>مولانا صاحب we have received a question from سرمد حسن صاحب from Lahore, Pakistan and he wants to know from you whether there is anyone from the contemporary ulemas competent enough to do اجتہاد؟</w:t>
      </w:r>
    </w:p>
    <w:p>
      <w:r>
        <w:rPr>
          <w:b/>
        </w:rPr>
        <w:t xml:space="preserve">[35:51] </w:t>
      </w:r>
      <w:r>
        <w:t>nahi dekhiye yeh sawal hi sahi nahi hai.</w:t>
      </w:r>
    </w:p>
    <w:p>
      <w:pPr>
        <w:jc w:val="right"/>
      </w:pPr>
      <w:r>
        <w:t>نہیں دیکھیے یہ سوال ہی صحیح نہیں ہے۔</w:t>
      </w:r>
    </w:p>
    <w:p>
      <w:r>
        <w:rPr>
          <w:b/>
        </w:rPr>
        <w:t xml:space="preserve">[35:55] </w:t>
      </w:r>
      <w:r>
        <w:t>har har aadmi competent hai.</w:t>
      </w:r>
    </w:p>
    <w:p>
      <w:pPr>
        <w:jc w:val="right"/>
      </w:pPr>
      <w:r>
        <w:t>ہر ہر آدمی competent ہے۔</w:t>
      </w:r>
    </w:p>
    <w:p>
      <w:r>
        <w:rPr>
          <w:b/>
        </w:rPr>
        <w:t xml:space="preserve">[36:00] </w:t>
      </w:r>
      <w:r>
        <w:t>ulama kya? agar aap yani yani agar aap muslim hain to aap be khabar nahi ho sakte.</w:t>
      </w:r>
    </w:p>
    <w:p>
      <w:pPr>
        <w:jc w:val="right"/>
      </w:pPr>
      <w:r>
        <w:t>علماء کیا؟ اگر آپ یعنی یعنی اگر آپ مسلم ہیں تو آپ بے خبر نہیں ہو سکتے۔</w:t>
      </w:r>
    </w:p>
    <w:p>
      <w:r>
        <w:rPr>
          <w:b/>
        </w:rPr>
        <w:t xml:space="preserve">[36:04] </w:t>
      </w:r>
      <w:r>
        <w:t>aap urdu mein padhenge aap arabi mein padhenge english mein padhenge to be khabar kis</w:t>
      </w:r>
    </w:p>
    <w:p>
      <w:pPr>
        <w:jc w:val="right"/>
      </w:pPr>
      <w:r>
        <w:t>آپ اردو میں پڑھیں گے آپ عربی میں پڑھیں گے انگلش میں پڑھیں گے تو بے خبر کس</w:t>
      </w:r>
    </w:p>
    <w:p>
      <w:r>
        <w:rPr>
          <w:b/>
        </w:rPr>
        <w:t xml:space="preserve">[36:09] </w:t>
      </w:r>
      <w:r>
        <w:t>tarah nahi kaha? aaj ki duniya mein koi aadmi be khabar nahi reh sakta.</w:t>
      </w:r>
    </w:p>
    <w:p>
      <w:pPr>
        <w:jc w:val="right"/>
      </w:pPr>
      <w:r>
        <w:t>طرح نہیں کہا؟ آج کی دنیا میں کوئی آدمی بے خبر نہیں رہ سکتا۔</w:t>
      </w:r>
    </w:p>
    <w:p>
      <w:r>
        <w:rPr>
          <w:b/>
        </w:rPr>
        <w:t xml:space="preserve">[36:13] </w:t>
      </w:r>
      <w:r>
        <w:t>to jab aap kisi zaban ke zariye aap ne jaan liya ke yeh hai islam ki taleem ab</w:t>
      </w:r>
    </w:p>
    <w:p>
      <w:pPr>
        <w:jc w:val="right"/>
      </w:pPr>
      <w:r>
        <w:t>تو جب آپ کسی زبان کے ذریعے آپ نے جان لیا کہ یہ ہے اسلام کی تعلیم اب</w:t>
      </w:r>
    </w:p>
    <w:p>
      <w:r>
        <w:rPr>
          <w:b/>
        </w:rPr>
        <w:t xml:space="preserve">[36:18] </w:t>
      </w:r>
      <w:r>
        <w:t>ek nai situation aati hai.</w:t>
      </w:r>
    </w:p>
    <w:p>
      <w:pPr>
        <w:jc w:val="right"/>
      </w:pPr>
      <w:r>
        <w:t>ایک نئی situation آتی ہے۔</w:t>
      </w:r>
    </w:p>
    <w:p>
      <w:r>
        <w:rPr>
          <w:b/>
        </w:rPr>
        <w:t xml:space="preserve">[36:22] </w:t>
      </w:r>
      <w:r>
        <w:t>to sirf ek condition hai ke wahi ke aap ki niyat jo hai woh woh positive ho negative na ho.</w:t>
      </w:r>
    </w:p>
    <w:p>
      <w:pPr>
        <w:jc w:val="right"/>
      </w:pPr>
      <w:r>
        <w:t>تو صرف ایک condition ہے کہ وہی کہ آپ کی نیت جو ہے وہ وہ positive ہو negative نہ ہو۔</w:t>
      </w:r>
    </w:p>
    <w:p>
      <w:r>
        <w:rPr>
          <w:b/>
        </w:rPr>
        <w:t xml:space="preserve">[36:27] </w:t>
      </w:r>
      <w:r>
        <w:t>niyat mein koi selfishness na ho.</w:t>
      </w:r>
    </w:p>
    <w:p>
      <w:pPr>
        <w:jc w:val="right"/>
      </w:pPr>
      <w:r>
        <w:t>نیت میں کوئی selfishness نہ ہو۔</w:t>
      </w:r>
    </w:p>
    <w:p>
      <w:r>
        <w:rPr>
          <w:b/>
        </w:rPr>
        <w:t xml:space="preserve">[36:32] </w:t>
      </w:r>
      <w:r>
        <w:t>niyat mein koi burai na ho.</w:t>
      </w:r>
    </w:p>
    <w:p>
      <w:pPr>
        <w:jc w:val="right"/>
      </w:pPr>
      <w:r>
        <w:t>نیت میں کوئی برائی نہ ہو۔</w:t>
      </w:r>
    </w:p>
    <w:p>
      <w:r>
        <w:rPr>
          <w:b/>
        </w:rPr>
        <w:t xml:space="preserve">[36:36] </w:t>
      </w:r>
      <w:r>
        <w:t>to bas aap aap aap ijtihad kar sakte hain.</w:t>
      </w:r>
    </w:p>
    <w:p>
      <w:pPr>
        <w:jc w:val="right"/>
      </w:pPr>
      <w:r>
        <w:t>تو بس آپ آپ آپ اجتہاد کر سکتے ہیں۔</w:t>
      </w:r>
    </w:p>
    <w:p>
      <w:r>
        <w:rPr>
          <w:b/>
        </w:rPr>
        <w:t xml:space="preserve">[36:41] </w:t>
      </w:r>
      <w:r>
        <w:t>yani yeh yeh bilkul ek ek farzi sawal hai.</w:t>
      </w:r>
    </w:p>
    <w:p>
      <w:pPr>
        <w:jc w:val="right"/>
      </w:pPr>
      <w:r>
        <w:t>یعنی یہ یہ بالکل ایک ایک فرضی سوال ہے۔</w:t>
      </w:r>
    </w:p>
    <w:p>
      <w:r>
        <w:rPr>
          <w:b/>
        </w:rPr>
        <w:t xml:space="preserve">[36:45] </w:t>
      </w:r>
      <w:r>
        <w:t>kyun ke koi aadmi agar siray se kuch janta hi na ho to woh ijtihad karega kyun? kyun</w:t>
      </w:r>
    </w:p>
    <w:p>
      <w:pPr>
        <w:jc w:val="right"/>
      </w:pPr>
      <w:r>
        <w:t>کیونکہ کوئی آدمی اگر سرے سے کچھ جانتا ہی نہ ہو تو وہ اجتہاد کرے گا کیوں؟ کیوں</w:t>
      </w:r>
    </w:p>
    <w:p>
      <w:r>
        <w:rPr>
          <w:b/>
        </w:rPr>
        <w:t xml:space="preserve">[36:50] </w:t>
      </w:r>
      <w:r>
        <w:t>ijtihad karega? woh zaroor janta hoga chahe arabi na janta ho to english ke zariye urdu ke</w:t>
      </w:r>
    </w:p>
    <w:p>
      <w:pPr>
        <w:jc w:val="right"/>
      </w:pPr>
      <w:r>
        <w:t>اجتہاد کرے گا؟ وہ ضرور جانتا ہوگا چاہے عربی نہ جانتا ہو تو انگلش کے ذریعے اردو کے</w:t>
      </w:r>
    </w:p>
    <w:p>
      <w:r>
        <w:rPr>
          <w:b/>
        </w:rPr>
        <w:t xml:space="preserve">[36:54] </w:t>
      </w:r>
      <w:r>
        <w:t>zariye france francisi ke zariye yani kisi ke zariye se woh islam ke bare mein janta hoga tabhi</w:t>
      </w:r>
    </w:p>
    <w:p>
      <w:pPr>
        <w:jc w:val="right"/>
      </w:pPr>
      <w:r>
        <w:t>ذریعے فرانس فرانسیسی کے ذریعے یعنی کسی کے ذریعے سے وہ اسلام کے بارے میں جانتا ہوگا تبھی</w:t>
      </w:r>
    </w:p>
    <w:p>
      <w:r>
        <w:rPr>
          <w:b/>
        </w:rPr>
        <w:t xml:space="preserve">[36:59] </w:t>
      </w:r>
      <w:r>
        <w:t>ijtihad ki koshish karega.</w:t>
      </w:r>
    </w:p>
    <w:p>
      <w:pPr>
        <w:jc w:val="right"/>
      </w:pPr>
      <w:r>
        <w:t>اجتہاد کی کوشش کرے گا۔</w:t>
      </w:r>
    </w:p>
    <w:p>
      <w:r>
        <w:rPr>
          <w:b/>
        </w:rPr>
        <w:t xml:space="preserve">[37:04] </w:t>
      </w:r>
      <w:r>
        <w:t>warna woh ijtihad ka naam nahi lega woh.</w:t>
      </w:r>
    </w:p>
    <w:p>
      <w:pPr>
        <w:jc w:val="right"/>
      </w:pPr>
      <w:r>
        <w:t>ورنہ وہ اجتہاد کا نام نہیں لے گا وہ۔</w:t>
      </w:r>
    </w:p>
    <w:p>
      <w:r>
        <w:rPr>
          <w:b/>
        </w:rPr>
        <w:t xml:space="preserve">[37:08] </w:t>
      </w:r>
      <w:r>
        <w:t>agar ek aadmi aisa ho jo islam ke abcd nahi janta to woh ijtihad kaise karega? ji</w:t>
      </w:r>
    </w:p>
    <w:p>
      <w:pPr>
        <w:jc w:val="right"/>
      </w:pPr>
      <w:r>
        <w:t>اگر ایک آدمی ایسا ہو جو اسلام کے abcd نہیں جانتا تو وہ اجتہاد کیسے کرے گا؟ جی</w:t>
      </w:r>
    </w:p>
    <w:p>
      <w:r>
        <w:rPr>
          <w:b/>
        </w:rPr>
        <w:t xml:space="preserve">[37:13] </w:t>
      </w:r>
      <w:r>
        <w:t>to sand yafata ki shart nahi hai.</w:t>
      </w:r>
    </w:p>
    <w:p>
      <w:pPr>
        <w:jc w:val="right"/>
      </w:pPr>
      <w:r>
        <w:t>تو سند یافتہ کی شرط نہیں ہے۔</w:t>
      </w:r>
    </w:p>
    <w:p>
      <w:r>
        <w:rPr>
          <w:b/>
        </w:rPr>
        <w:t xml:space="preserve">[37:17] </w:t>
      </w:r>
      <w:r>
        <w:t>lekin jo bhi ijtihad karega woh zaroor ilm rakhta hoga.</w:t>
      </w:r>
    </w:p>
    <w:p>
      <w:pPr>
        <w:jc w:val="right"/>
      </w:pPr>
      <w:r>
        <w:t>لیکن جو بھی اجتہاد کرے گا وہ ضرور علم رکھتا ہوگا۔</w:t>
      </w:r>
    </w:p>
    <w:p>
      <w:r>
        <w:rPr>
          <w:b/>
        </w:rPr>
        <w:t xml:space="preserve">[37:22] </w:t>
      </w:r>
      <w:r>
        <w:t>arabi ke zariye nahi to doosri zabano se padha hoga isne islam ko.</w:t>
      </w:r>
    </w:p>
    <w:p>
      <w:pPr>
        <w:jc w:val="right"/>
      </w:pPr>
      <w:r>
        <w:t>عربی کے ذریعے نہیں تو دوسری زبانوں سے پڑھا ہوگا اس نے اسلام کو۔</w:t>
      </w:r>
    </w:p>
    <w:p>
      <w:r>
        <w:rPr>
          <w:b/>
        </w:rPr>
        <w:t xml:space="preserve">[37:26] </w:t>
      </w:r>
      <w:r>
        <w:t>to aap yeh sab shartein mat lagaiye.</w:t>
      </w:r>
    </w:p>
    <w:p>
      <w:pPr>
        <w:jc w:val="right"/>
      </w:pPr>
      <w:r>
        <w:t>تو آپ یہ سب شرطیں مت لگائیے۔</w:t>
      </w:r>
    </w:p>
    <w:p>
      <w:r>
        <w:rPr>
          <w:b/>
        </w:rPr>
        <w:t xml:space="preserve">[37:31] </w:t>
      </w:r>
      <w:r>
        <w:t>sirf yeh shart lagaiye ke jab koi aadmi ijtihad kare to uske ijtihad ko quran o hadees</w:t>
      </w:r>
    </w:p>
    <w:p>
      <w:pPr>
        <w:jc w:val="right"/>
      </w:pPr>
      <w:r>
        <w:t>صرف یہ شرط لگائیے کہ جب کوئی آدمی اجتہاد کرے تو اس کے اجتہاد کو قرآن و حدیث</w:t>
      </w:r>
    </w:p>
    <w:p>
      <w:r>
        <w:rPr>
          <w:b/>
        </w:rPr>
        <w:t xml:space="preserve">[37:35] </w:t>
      </w:r>
      <w:r>
        <w:t>ki roshni mein janchiye. examine kijiye.</w:t>
      </w:r>
    </w:p>
    <w:p>
      <w:pPr>
        <w:jc w:val="right"/>
      </w:pPr>
      <w:r>
        <w:t>کی روشنی میں جانچیے۔ examine کیجیے۔</w:t>
      </w:r>
    </w:p>
    <w:p>
      <w:r>
        <w:rPr>
          <w:b/>
        </w:rPr>
        <w:t xml:space="preserve">[37:40] </w:t>
      </w:r>
      <w:r>
        <w:t>aur sabit kijiye ke is ijtihad iska ijtihad ya galati hai.</w:t>
      </w:r>
    </w:p>
    <w:p>
      <w:pPr>
        <w:jc w:val="right"/>
      </w:pPr>
      <w:r>
        <w:t>اور ثابت کیجیے کہ اس اجتہاد اس کا اجتہاد یا غلطی ہے۔</w:t>
      </w:r>
    </w:p>
    <w:p>
      <w:r>
        <w:rPr>
          <w:b/>
        </w:rPr>
        <w:t xml:space="preserve">[37:45] </w:t>
      </w:r>
      <w:r>
        <w:t>to aap ko jo right hai woh sirf examine karna hai.</w:t>
      </w:r>
    </w:p>
    <w:p>
      <w:pPr>
        <w:jc w:val="right"/>
      </w:pPr>
      <w:r>
        <w:t>تو آپ کو جو right ہے وہ صرف examine کرنا ہے۔</w:t>
      </w:r>
    </w:p>
    <w:p>
      <w:r>
        <w:rPr>
          <w:b/>
        </w:rPr>
        <w:t xml:space="preserve">[37:49] </w:t>
      </w:r>
      <w:r>
        <w:t>reexamine karna hai.</w:t>
      </w:r>
    </w:p>
    <w:p>
      <w:pPr>
        <w:jc w:val="right"/>
      </w:pPr>
      <w:r>
        <w:t>reexamine کرنا ہے۔</w:t>
      </w:r>
    </w:p>
    <w:p>
      <w:r>
        <w:rPr>
          <w:b/>
        </w:rPr>
        <w:t xml:space="preserve">[37:54] </w:t>
      </w:r>
      <w:r>
        <w:t>yeh right nahi ke kahe ke tum ko ijtihad ka haq nahi hai.</w:t>
      </w:r>
    </w:p>
    <w:p>
      <w:pPr>
        <w:jc w:val="right"/>
      </w:pPr>
      <w:r>
        <w:t>یہ right نہیں کہ کہے کہ تم کو اجتہاد کا حق نہیں ہے۔</w:t>
      </w:r>
    </w:p>
    <w:p>
      <w:r>
        <w:rPr>
          <w:b/>
        </w:rPr>
        <w:t xml:space="preserve">[37:58] </w:t>
      </w:r>
      <w:r>
        <w:t>ya yeh right nahi hai aap ko.</w:t>
      </w:r>
    </w:p>
    <w:p>
      <w:pPr>
        <w:jc w:val="right"/>
      </w:pPr>
      <w:r>
        <w:t>یا یہ right نہیں ہے آپ کو۔</w:t>
      </w:r>
    </w:p>
    <w:p>
      <w:r>
        <w:rPr>
          <w:b/>
        </w:rPr>
        <w:t xml:space="preserve">[38:03] </w:t>
      </w:r>
      <w:r>
        <w:t>yeh hadees mein maujood hai ke ijtihad karo agar tum tumhara ijtihad sahi hoga to do sawab milega.</w:t>
      </w:r>
    </w:p>
    <w:p>
      <w:pPr>
        <w:jc w:val="right"/>
      </w:pPr>
      <w:r>
        <w:t>یہ حدیث میں موجود ہے کہ اجتہاد کرو اگر تم تمہارا اجتہاد صحیح ہوگا تو دو ثواب ملے گا۔</w:t>
      </w:r>
    </w:p>
    <w:p>
      <w:r>
        <w:rPr>
          <w:b/>
        </w:rPr>
        <w:t xml:space="preserve">[38:07] </w:t>
      </w:r>
      <w:r>
        <w:t>galat ho jayega to ek sawab milega.</w:t>
      </w:r>
    </w:p>
    <w:p>
      <w:pPr>
        <w:jc w:val="right"/>
      </w:pPr>
      <w:r>
        <w:t>غلط ہو جائے گا تو ایک ثواب ملے گا۔</w:t>
      </w:r>
    </w:p>
    <w:p>
      <w:r>
        <w:rPr>
          <w:b/>
        </w:rPr>
        <w:t xml:space="preserve">[38:12] </w:t>
      </w:r>
      <w:r>
        <w:t>to phir aap aap kaun rokne wale hote hain? aap rokne wale kaun hain?</w:t>
      </w:r>
    </w:p>
    <w:p>
      <w:pPr>
        <w:jc w:val="right"/>
      </w:pPr>
      <w:r>
        <w:t>تو پھر آپ آپ کون روکنے والے ہوتے ہیں؟ آپ روکنے والے کون ہیں؟</w:t>
      </w:r>
    </w:p>
    <w:p>
      <w:r>
        <w:rPr>
          <w:b/>
        </w:rPr>
        <w:t xml:space="preserve">[38:17] </w:t>
      </w:r>
      <w:r>
        <w:t>maulana sahib muslims of the present day have not been able to separate the history of islam from its ideology they even take pride in their glorious history so what would you comment on this?</w:t>
      </w:r>
    </w:p>
    <w:p>
      <w:pPr>
        <w:jc w:val="right"/>
      </w:pPr>
      <w:r>
        <w:t>مولانا صاحب مسلمs of the present day have not been able to separate the history of Islam from its ideology they even take pride in their glorious history so what would you comment on this؟</w:t>
      </w:r>
    </w:p>
    <w:p>
      <w:r>
        <w:rPr>
          <w:b/>
        </w:rPr>
        <w:t xml:space="preserve">[38:31] </w:t>
      </w:r>
      <w:r>
        <w:t>dekhiye islam jab shuru hua chhati sadi isvi ke first quarter mein to as an ideology shuru hua.</w:t>
      </w:r>
    </w:p>
    <w:p>
      <w:pPr>
        <w:jc w:val="right"/>
      </w:pPr>
      <w:r>
        <w:t>دیکھیے اسلام جب شروع ہوا چھٹی صدی عیسوی کے first quarter میں تو as an ideology شروع ہوا۔</w:t>
      </w:r>
    </w:p>
    <w:p>
      <w:r>
        <w:rPr>
          <w:b/>
        </w:rPr>
        <w:t xml:space="preserve">[38:34] </w:t>
      </w:r>
      <w:r>
        <w:t>yeh dheere dheere kya hua? ek society bani.</w:t>
      </w:r>
    </w:p>
    <w:p>
      <w:pPr>
        <w:jc w:val="right"/>
      </w:pPr>
      <w:r>
        <w:t>یہ دھیرے دھیرے کیا ہوا؟ ایک society بنی۔</w:t>
      </w:r>
    </w:p>
    <w:p>
      <w:r>
        <w:rPr>
          <w:b/>
        </w:rPr>
        <w:t xml:space="preserve">[38:38] </w:t>
      </w:r>
      <w:r>
        <w:t>ek hukumat qaim hui.</w:t>
      </w:r>
    </w:p>
    <w:p>
      <w:pPr>
        <w:jc w:val="right"/>
      </w:pPr>
      <w:r>
        <w:t>ایک حکومت قائم ہوئی۔</w:t>
      </w:r>
    </w:p>
    <w:p>
      <w:r>
        <w:rPr>
          <w:b/>
        </w:rPr>
        <w:t xml:space="preserve">[38:42] </w:t>
      </w:r>
      <w:r>
        <w:t>ek empire bana.</w:t>
      </w:r>
    </w:p>
    <w:p>
      <w:pPr>
        <w:jc w:val="right"/>
      </w:pPr>
      <w:r>
        <w:t>ایک empire بنا۔</w:t>
      </w:r>
    </w:p>
    <w:p>
      <w:r>
        <w:rPr>
          <w:b/>
        </w:rPr>
        <w:t xml:space="preserve">[38:46] </w:t>
      </w:r>
      <w:r>
        <w:t>isi ka naam history.</w:t>
      </w:r>
    </w:p>
    <w:p>
      <w:pPr>
        <w:jc w:val="right"/>
      </w:pPr>
      <w:r>
        <w:t>اسی کا نام history۔</w:t>
      </w:r>
    </w:p>
    <w:p>
      <w:r>
        <w:rPr>
          <w:b/>
        </w:rPr>
        <w:t xml:space="preserve">[38:50] </w:t>
      </w:r>
      <w:r>
        <w:t>yani pehle shuru hua to bator ideology to dheere dheere history banta chala gaya.</w:t>
      </w:r>
    </w:p>
    <w:p>
      <w:pPr>
        <w:jc w:val="right"/>
      </w:pPr>
      <w:r>
        <w:t>یعنی پہلے شروع ہوا تو بطور ideology تو دھیرے دھیرے history بنتا چلا گیا۔</w:t>
      </w:r>
    </w:p>
    <w:p>
      <w:r>
        <w:rPr>
          <w:b/>
        </w:rPr>
        <w:t xml:space="preserve">[38:53] </w:t>
      </w:r>
      <w:r>
        <w:t>to baad ke musalmanon ne jo jo cheez inherit ki woh history thi.</w:t>
      </w:r>
    </w:p>
    <w:p>
      <w:pPr>
        <w:jc w:val="right"/>
      </w:pPr>
      <w:r>
        <w:t>تو بعد کے مسلمانوں نے جو جو چیز inherit کی وہ history تھی۔</w:t>
      </w:r>
    </w:p>
    <w:p>
      <w:r>
        <w:rPr>
          <w:b/>
        </w:rPr>
        <w:t xml:space="preserve">[38:57] </w:t>
      </w:r>
      <w:r>
        <w:t>un un ke aur rasool Allah ke beech mein bohat sainkaron saal ki doori ban chuki thi.</w:t>
      </w:r>
    </w:p>
    <w:p>
      <w:pPr>
        <w:jc w:val="right"/>
      </w:pPr>
      <w:r>
        <w:t>ان ان کے اور رسول اللہ کے بیچ میں بہت سینکڑوں سال کی دوری بن چکی تھی۔</w:t>
      </w:r>
    </w:p>
    <w:p>
      <w:r>
        <w:rPr>
          <w:b/>
        </w:rPr>
        <w:t xml:space="preserve">[39:01] </w:t>
      </w:r>
      <w:r>
        <w:t>to sahaba to direct rasool Allah se le rahe the Islam ko.</w:t>
      </w:r>
    </w:p>
    <w:p>
      <w:pPr>
        <w:jc w:val="right"/>
      </w:pPr>
      <w:r>
        <w:t>تو صحابہ تو direct رسول اللہ سے لے رہے تھے اسلام کو۔</w:t>
      </w:r>
    </w:p>
    <w:p>
      <w:r>
        <w:rPr>
          <w:b/>
        </w:rPr>
        <w:t xml:space="preserve">[39:05] </w:t>
      </w:r>
      <w:r>
        <w:t>baad ke logon ne jo immediate un ke liye jo immediate reference tha woh history thi.</w:t>
      </w:r>
    </w:p>
    <w:p>
      <w:pPr>
        <w:jc w:val="right"/>
      </w:pPr>
      <w:r>
        <w:t>بعد کے لوگوں نے جو immediate ان کے لیے جو immediate reference تھا وہ history تھی۔</w:t>
      </w:r>
    </w:p>
    <w:p>
      <w:r>
        <w:rPr>
          <w:b/>
        </w:rPr>
        <w:t xml:space="preserve">[39:09] </w:t>
      </w:r>
      <w:r>
        <w:t>baad ke logon ke liye jo Islam ko janne ka jo immediate reference tha woh history thi.</w:t>
      </w:r>
    </w:p>
    <w:p>
      <w:pPr>
        <w:jc w:val="right"/>
      </w:pPr>
      <w:r>
        <w:t>بعد کے لوگوں کے لیے جو اسلام کو جاننے کا جو immediate reference تھا وہ history تھی۔</w:t>
      </w:r>
    </w:p>
    <w:p>
      <w:r>
        <w:rPr>
          <w:b/>
        </w:rPr>
        <w:t xml:space="preserve">[39:12] </w:t>
      </w:r>
      <w:r>
        <w:t>to history ko unhon ne samjha ke yahi jo cheez hamein mil rahi hai yeh Islam hai.</w:t>
      </w:r>
    </w:p>
    <w:p>
      <w:pPr>
        <w:jc w:val="right"/>
      </w:pPr>
      <w:r>
        <w:t>تو history کو انہوں نے سمجھا کہ یہی جو چیز ہمیں مل رہی ہے یہ اسلام ہے۔</w:t>
      </w:r>
    </w:p>
    <w:p>
      <w:r>
        <w:rPr>
          <w:b/>
        </w:rPr>
        <w:t xml:space="preserve">[39:16] </w:t>
      </w:r>
      <w:r>
        <w:t>magar yeh mere nazdeek sahi nahi hai.</w:t>
      </w:r>
    </w:p>
    <w:p>
      <w:pPr>
        <w:jc w:val="right"/>
      </w:pPr>
      <w:r>
        <w:t>مگر یہ میرے نزدیک صحیح نہیں ہے۔</w:t>
      </w:r>
    </w:p>
    <w:p>
      <w:r>
        <w:rPr>
          <w:b/>
        </w:rPr>
        <w:t xml:space="preserve">[39:20] </w:t>
      </w:r>
      <w:r>
        <w:t>history mein sahi bhi ho sakta hai galat bhi ho sakta hai.</w:t>
      </w:r>
    </w:p>
    <w:p>
      <w:pPr>
        <w:jc w:val="right"/>
      </w:pPr>
      <w:r>
        <w:t>history میں صحیح بھی ہو سکتا ہے غلط بھی ہو سکتا ہے۔</w:t>
      </w:r>
    </w:p>
    <w:p>
      <w:r>
        <w:rPr>
          <w:b/>
        </w:rPr>
        <w:t xml:space="preserve">[39:24] </w:t>
      </w:r>
      <w:r>
        <w:t>to history ko aap ko rejudge karna chahiye.</w:t>
      </w:r>
    </w:p>
    <w:p>
      <w:pPr>
        <w:jc w:val="right"/>
      </w:pPr>
      <w:r>
        <w:t>تو history کو آپ کو rejudge کرنا چاہیے۔</w:t>
      </w:r>
    </w:p>
    <w:p>
      <w:r>
        <w:rPr>
          <w:b/>
        </w:rPr>
        <w:t xml:space="preserve">[39:28] </w:t>
      </w:r>
      <w:r>
        <w:t>reexamine karna chahiye.</w:t>
      </w:r>
    </w:p>
    <w:p>
      <w:pPr>
        <w:jc w:val="right"/>
      </w:pPr>
      <w:r>
        <w:t>reexamine کرنا چاہیے۔</w:t>
      </w:r>
    </w:p>
    <w:p>
      <w:r>
        <w:rPr>
          <w:b/>
        </w:rPr>
        <w:t xml:space="preserve">[39:31] </w:t>
      </w:r>
      <w:r>
        <w:t>Quran o sunnat se.</w:t>
      </w:r>
    </w:p>
    <w:p>
      <w:pPr>
        <w:jc w:val="right"/>
      </w:pPr>
      <w:r>
        <w:t>قرآن و سنت سے۔</w:t>
      </w:r>
    </w:p>
    <w:p>
      <w:r>
        <w:rPr>
          <w:b/>
        </w:rPr>
        <w:t xml:space="preserve">[39:35] </w:t>
      </w:r>
      <w:r>
        <w:t>yani ke jo history hai usi ko maan lein aap.</w:t>
      </w:r>
    </w:p>
    <w:p>
      <w:pPr>
        <w:jc w:val="right"/>
      </w:pPr>
      <w:r>
        <w:t>یعنی کہ جو history ہے اسی کو مان لیں آپ۔</w:t>
      </w:r>
    </w:p>
    <w:p>
      <w:r>
        <w:rPr>
          <w:b/>
        </w:rPr>
        <w:t xml:space="preserve">[39:39] </w:t>
      </w:r>
      <w:r>
        <w:t>aap is ko reexamine kijiye.</w:t>
      </w:r>
    </w:p>
    <w:p>
      <w:pPr>
        <w:jc w:val="right"/>
      </w:pPr>
      <w:r>
        <w:t>آپ اس کو reexamine کیجیے۔</w:t>
      </w:r>
    </w:p>
    <w:p>
      <w:r>
        <w:rPr>
          <w:b/>
        </w:rPr>
        <w:t xml:space="preserve">[39:43] </w:t>
      </w:r>
      <w:r>
        <w:t>aur phir bataein logon ko.</w:t>
      </w:r>
    </w:p>
    <w:p>
      <w:pPr>
        <w:jc w:val="right"/>
      </w:pPr>
      <w:r>
        <w:t>اور پھر بتائیں لوگوں کو۔</w:t>
      </w:r>
    </w:p>
    <w:p>
      <w:r>
        <w:rPr>
          <w:b/>
        </w:rPr>
        <w:t xml:space="preserve">[39:47] </w:t>
      </w:r>
      <w:r>
        <w:t>yeh kisi cheez ko aap yeh zamana jo hai azadi ka zamana hai.</w:t>
      </w:r>
    </w:p>
    <w:p>
      <w:pPr>
        <w:jc w:val="right"/>
      </w:pPr>
      <w:r>
        <w:t>یہ کسی چیز کو آپ یہ زمانہ جو ہے آزادی کا زمانہ ہے۔</w:t>
      </w:r>
    </w:p>
    <w:p>
      <w:r>
        <w:rPr>
          <w:b/>
        </w:rPr>
        <w:t xml:space="preserve">[39:50] </w:t>
      </w:r>
      <w:r>
        <w:t>yeh riyasat theory ke zamana hai.</w:t>
      </w:r>
    </w:p>
    <w:p>
      <w:pPr>
        <w:jc w:val="right"/>
      </w:pPr>
      <w:r>
        <w:t>یہ ریاست تھیوری کے زمانہ ہے۔</w:t>
      </w:r>
    </w:p>
    <w:p>
      <w:r>
        <w:rPr>
          <w:b/>
        </w:rPr>
        <w:t xml:space="preserve">[39:54] </w:t>
      </w:r>
      <w:r>
        <w:t>to aap sirf yeh keh dein ke yeh jaiz nahi hai woh woh jaiz nahi hai.</w:t>
      </w:r>
    </w:p>
    <w:p>
      <w:pPr>
        <w:jc w:val="right"/>
      </w:pPr>
      <w:r>
        <w:t>تو آپ صرف یہ کہہ دیں کہ یہ جائز نہیں ہے وہ وہ جائز نہیں ہے۔</w:t>
      </w:r>
    </w:p>
    <w:p>
      <w:r>
        <w:rPr>
          <w:b/>
        </w:rPr>
        <w:t xml:space="preserve">[39:58] </w:t>
      </w:r>
      <w:r>
        <w:t>is se kuch nahi hoga.</w:t>
      </w:r>
    </w:p>
    <w:p>
      <w:pPr>
        <w:jc w:val="right"/>
      </w:pPr>
      <w:r>
        <w:t>اس سے کچھ نہیں ہوگا۔</w:t>
      </w:r>
    </w:p>
    <w:p>
      <w:r>
        <w:rPr>
          <w:b/>
        </w:rPr>
        <w:t xml:space="preserve">[40:02] </w:t>
      </w:r>
      <w:r>
        <w:t>koi sune ga nahi is ko.</w:t>
      </w:r>
    </w:p>
    <w:p>
      <w:pPr>
        <w:jc w:val="right"/>
      </w:pPr>
      <w:r>
        <w:t>کوئی سنے گا نہیں اس کو۔</w:t>
      </w:r>
    </w:p>
    <w:p>
      <w:r>
        <w:rPr>
          <w:b/>
        </w:rPr>
        <w:t xml:space="preserve">[40:06] </w:t>
      </w:r>
      <w:r>
        <w:t>aap ko reason based argument dena parega.</w:t>
      </w:r>
    </w:p>
    <w:p>
      <w:pPr>
        <w:jc w:val="right"/>
      </w:pPr>
      <w:r>
        <w:t>آپ کو reason based argument دینا پڑے گا۔</w:t>
      </w:r>
    </w:p>
    <w:p>
      <w:r>
        <w:rPr>
          <w:b/>
        </w:rPr>
        <w:t xml:space="preserve">[40:09] </w:t>
      </w:r>
      <w:r>
        <w:t>tab sune ga aadmi is ko.</w:t>
      </w:r>
    </w:p>
    <w:p>
      <w:pPr>
        <w:jc w:val="right"/>
      </w:pPr>
      <w:r>
        <w:t>تب سنے گا آدمی اس کو۔</w:t>
      </w:r>
    </w:p>
    <w:p>
      <w:r>
        <w:rPr>
          <w:b/>
        </w:rPr>
        <w:t xml:space="preserve">[40:13] </w:t>
      </w:r>
      <w:r>
        <w:t>reason based argument.</w:t>
      </w:r>
    </w:p>
    <w:p>
      <w:pPr>
        <w:jc w:val="right"/>
      </w:pPr>
      <w:r>
        <w:t>reason based argument۔</w:t>
      </w:r>
    </w:p>
    <w:p>
      <w:r>
        <w:rPr>
          <w:b/>
        </w:rPr>
        <w:t xml:space="preserve">[40:17] </w:t>
      </w:r>
      <w:r>
        <w:t>warna koi sune ga nahi.</w:t>
      </w:r>
    </w:p>
    <w:p>
      <w:pPr>
        <w:jc w:val="right"/>
      </w:pPr>
      <w:r>
        <w:t>ورنہ کوئی سنے گا نہیں۔</w:t>
      </w:r>
    </w:p>
    <w:p>
      <w:r>
        <w:rPr>
          <w:b/>
        </w:rPr>
        <w:t xml:space="preserve">[40:21] </w:t>
      </w:r>
      <w:r>
        <w:t>kya faida bolne se?</w:t>
      </w:r>
    </w:p>
    <w:p>
      <w:pPr>
        <w:jc w:val="right"/>
      </w:pPr>
      <w:r>
        <w:t>کیا فائدہ بولنے سے؟</w:t>
      </w:r>
    </w:p>
    <w:p>
      <w:r>
        <w:rPr>
          <w:b/>
        </w:rPr>
        <w:t xml:space="preserve">[40:25] </w:t>
      </w:r>
      <w:r>
        <w:t>molana sahib in fact there are many hadiths that predicted the degeneration of Muslims what should they do to revive the Islam in their daily lives?</w:t>
      </w:r>
    </w:p>
    <w:p>
      <w:pPr>
        <w:jc w:val="right"/>
      </w:pPr>
      <w:r>
        <w:t>مولانا صاحب in fact there are many hadiths that predicted the degeneration of Muslims what should they do to revive the Islam in their daily lives؟</w:t>
      </w:r>
    </w:p>
    <w:p>
      <w:r>
        <w:rPr>
          <w:b/>
        </w:rPr>
        <w:t xml:space="preserve">[40:37] </w:t>
      </w:r>
      <w:r>
        <w:t>bas dawat dawati kaam kijiye. khoob kitabein phailaiye. quran phailaiye. logon se discuss kijiye. aur logon ko meeting kar ke logon ko bataiye. isi ko kehte hain dawah work. to dawah work kijiye. yahi hai tareeqa. but molana sahib most of the Muslims today are not doing dawah work what is the reason according to you for this?</w:t>
      </w:r>
    </w:p>
    <w:p>
      <w:pPr>
        <w:jc w:val="right"/>
      </w:pPr>
      <w:r>
        <w:t>بس دعوت دعوتی کام کیجیے۔ خوب کتابیں پھیلائیے۔ قرآن پھیلائیے۔ لوگوں سے discuss کیجیے۔ اور لوگوں کو میٹنگ کر کے لوگوں کو بتائیے۔ اسی کو کہتے ہیں دعویٰ work۔ تو دعویٰ work کیجیے۔ یہی ہے طریقہ۔ But مولانا صاحب most of the Muslims today are not doing دعویٰ work what is the reason according to you for this؟</w:t>
      </w:r>
    </w:p>
    <w:p>
      <w:r>
        <w:rPr>
          <w:b/>
        </w:rPr>
        <w:t xml:space="preserve">[41:07] </w:t>
      </w:r>
      <w:r>
        <w:t>haan dawat ka kaam jo hai baad ke zamane mein yani is tareeqe se jaiz nahi raha jis</w:t>
      </w:r>
    </w:p>
    <w:p>
      <w:pPr>
        <w:jc w:val="right"/>
      </w:pPr>
      <w:r>
        <w:t>ہاں دعوت کا کام جو ہے بعد کے زمانے میں یعنی اس طریقے سے جائز نہیں رہا جس</w:t>
      </w:r>
    </w:p>
    <w:p>
      <w:r>
        <w:rPr>
          <w:b/>
        </w:rPr>
        <w:t xml:space="preserve">[41:12] </w:t>
      </w:r>
      <w:r>
        <w:t>tareeqe se sahaba ke zamane mein tha.</w:t>
      </w:r>
    </w:p>
    <w:p>
      <w:pPr>
        <w:jc w:val="right"/>
      </w:pPr>
      <w:r>
        <w:t>طریقے سے صحابہ کے زمانے میں تھا۔</w:t>
      </w:r>
    </w:p>
    <w:p>
      <w:r>
        <w:rPr>
          <w:b/>
        </w:rPr>
        <w:t xml:space="preserve">[41:17] </w:t>
      </w:r>
      <w:r>
        <w:t>kyunke siyasat hukoomat iqtadar yeh zamana aa gaya.</w:t>
      </w:r>
    </w:p>
    <w:p>
      <w:pPr>
        <w:jc w:val="right"/>
      </w:pPr>
      <w:r>
        <w:t>کیونکہ سیاست حکومت اقتدار یہ زمانہ آگیا۔</w:t>
      </w:r>
    </w:p>
    <w:p>
      <w:r>
        <w:rPr>
          <w:b/>
        </w:rPr>
        <w:t xml:space="preserve">[41:22] </w:t>
      </w:r>
      <w:r>
        <w:t>to kafi log is se jhuk gaye.</w:t>
      </w:r>
    </w:p>
    <w:p>
      <w:pPr>
        <w:jc w:val="right"/>
      </w:pPr>
      <w:r>
        <w:t>تو کافی لوگ اس سے جھک گئے۔</w:t>
      </w:r>
    </w:p>
    <w:p>
      <w:r>
        <w:rPr>
          <w:b/>
        </w:rPr>
        <w:t xml:space="preserve">[41:28] </w:t>
      </w:r>
      <w:r>
        <w:t>ab is ko sach poochhein to hum dawat ko revive karna hai.</w:t>
      </w:r>
    </w:p>
    <w:p>
      <w:pPr>
        <w:jc w:val="right"/>
      </w:pPr>
      <w:r>
        <w:t>اب اس کو سچ پوچھیں تو ہم دعوت کو revive کرنا ہے۔</w:t>
      </w:r>
    </w:p>
    <w:p>
      <w:r>
        <w:rPr>
          <w:b/>
        </w:rPr>
        <w:t xml:space="preserve">[41:33] </w:t>
      </w:r>
      <w:r>
        <w:t>yani amalan to kabhi khatm nahi hua dawat ka kaam.</w:t>
      </w:r>
    </w:p>
    <w:p>
      <w:pPr>
        <w:jc w:val="right"/>
      </w:pPr>
      <w:r>
        <w:t>یعنی عملاً تو کبھی ختم نہیں ہوا دعوت کا کام۔</w:t>
      </w:r>
    </w:p>
    <w:p>
      <w:r>
        <w:rPr>
          <w:b/>
        </w:rPr>
        <w:t xml:space="preserve">[41:38] </w:t>
      </w:r>
      <w:r>
        <w:t>apni apni apni taqat se Islam phir bhi phailta raha.</w:t>
      </w:r>
    </w:p>
    <w:p>
      <w:pPr>
        <w:jc w:val="right"/>
      </w:pPr>
      <w:r>
        <w:t>اپنی اپنی اپنی طاقت سے اسلام پھر بھی پھیلتا رہا۔</w:t>
      </w:r>
    </w:p>
    <w:p>
      <w:r>
        <w:rPr>
          <w:b/>
        </w:rPr>
        <w:t xml:space="preserve">[41:43] </w:t>
      </w:r>
      <w:r>
        <w:t>phir bhi log Quran padhte rahe.</w:t>
      </w:r>
    </w:p>
    <w:p>
      <w:pPr>
        <w:jc w:val="right"/>
      </w:pPr>
      <w:r>
        <w:t>پھر بھی لوگ قرآن پڑھتے رہے۔</w:t>
      </w:r>
    </w:p>
    <w:p>
      <w:r>
        <w:rPr>
          <w:b/>
        </w:rPr>
        <w:t xml:space="preserve">[41:49] </w:t>
      </w:r>
      <w:r>
        <w:t>Islam ko janne ke liye.</w:t>
      </w:r>
    </w:p>
    <w:p>
      <w:pPr>
        <w:jc w:val="right"/>
      </w:pPr>
      <w:r>
        <w:t>اسلام کو جاننے کے لیے۔</w:t>
      </w:r>
    </w:p>
    <w:p>
      <w:r>
        <w:rPr>
          <w:b/>
        </w:rPr>
        <w:t xml:space="preserve">[41:54] </w:t>
      </w:r>
      <w:r>
        <w:t>to Islam kabhi bhi Islam ki jo shuru hua tha Rasool Allah ke zamane mein us ki continuity</w:t>
      </w:r>
    </w:p>
    <w:p>
      <w:pPr>
        <w:jc w:val="right"/>
      </w:pPr>
      <w:r>
        <w:t>تو اسلام کبھی بھی اسلام کی جو شروع ہوا تھا رسول اللہ کے زمانے میں اس کی continuity</w:t>
      </w:r>
    </w:p>
    <w:p>
      <w:r>
        <w:rPr>
          <w:b/>
        </w:rPr>
        <w:t xml:space="preserve">[41:59] </w:t>
      </w:r>
      <w:r>
        <w:t>kabhi khatm nahi hui.</w:t>
      </w:r>
    </w:p>
    <w:p>
      <w:pPr>
        <w:jc w:val="right"/>
      </w:pPr>
      <w:r>
        <w:t>کبھی ختم نہیں ہوئی۔</w:t>
      </w:r>
    </w:p>
    <w:p>
      <w:r>
        <w:rPr>
          <w:b/>
        </w:rPr>
        <w:t xml:space="preserve">[42:04] </w:t>
      </w:r>
      <w:r>
        <w:t>lekin zyada tar woh apni taqat se chalta raha.</w:t>
      </w:r>
    </w:p>
    <w:p>
      <w:pPr>
        <w:jc w:val="right"/>
      </w:pPr>
      <w:r>
        <w:t>لیکن زیادہ تر وہ اپنی طاقت سے چلتا رہا۔</w:t>
      </w:r>
    </w:p>
    <w:p>
      <w:r>
        <w:rPr>
          <w:b/>
        </w:rPr>
        <w:t xml:space="preserve">[42:10] </w:t>
      </w:r>
      <w:r>
        <w:t>jahan tak Musalmanon ka ta'alluq hai woh yani majority un ki dawat ke kaam se ghafil ho gayi.</w:t>
      </w:r>
    </w:p>
    <w:p>
      <w:pPr>
        <w:jc w:val="right"/>
      </w:pPr>
      <w:r>
        <w:t>جہاں تک مسلمانوں کا تعلق ہے وہ یعنی majority ان کی دعوت کے کام سے غافل ہو گئی۔</w:t>
      </w:r>
    </w:p>
    <w:p>
      <w:r>
        <w:rPr>
          <w:b/>
        </w:rPr>
        <w:t xml:space="preserve">[42:15] </w:t>
      </w:r>
      <w:r>
        <w:t>to aap dawat ko zaroor zinda kijiye.</w:t>
      </w:r>
    </w:p>
    <w:p>
      <w:pPr>
        <w:jc w:val="right"/>
      </w:pPr>
      <w:r>
        <w:t>تو آپ دعوت کو ضرور زندہ کیجیے۔</w:t>
      </w:r>
    </w:p>
    <w:p>
      <w:r>
        <w:rPr>
          <w:b/>
        </w:rPr>
        <w:t xml:space="preserve">[42:20] </w:t>
      </w:r>
      <w:r>
        <w:t>dawat ke zariye ke un ke un ko un ki spirit ko revive kijiye.</w:t>
      </w:r>
    </w:p>
    <w:p>
      <w:pPr>
        <w:jc w:val="right"/>
      </w:pPr>
      <w:r>
        <w:t>دعوت کے ذریعے کہ ان کے ان کو ان کی spirit کو revive کیجیے۔</w:t>
      </w:r>
    </w:p>
    <w:p>
      <w:r>
        <w:rPr>
          <w:b/>
        </w:rPr>
        <w:t xml:space="preserve">[42:25] </w:t>
      </w:r>
      <w:r>
        <w:t>spirit of dawat ko revive kijiye.</w:t>
      </w:r>
    </w:p>
    <w:p>
      <w:pPr>
        <w:jc w:val="right"/>
      </w:pPr>
      <w:r>
        <w:t>spirit of دعوت کو revive کیجیے۔</w:t>
      </w:r>
    </w:p>
    <w:p>
      <w:r>
        <w:rPr>
          <w:b/>
        </w:rPr>
        <w:t xml:space="preserve">[42:31] </w:t>
      </w:r>
      <w:r>
        <w:t>Maulana sahib in the end what message would you like to give to all your viewers? Bhai mera</w:t>
      </w:r>
    </w:p>
    <w:p>
      <w:pPr>
        <w:jc w:val="right"/>
      </w:pPr>
      <w:r>
        <w:t>مولانا صاحب in the end what message would you like to give to all your viewers؟ بھائی میرا</w:t>
      </w:r>
    </w:p>
    <w:p>
      <w:r>
        <w:rPr>
          <w:b/>
        </w:rPr>
        <w:t xml:space="preserve">[42:35] </w:t>
      </w:r>
      <w:r>
        <w:t>message to yahi hai ke is waqt sab se bada masla hai Islam ki image ko theek karne ka.</w:t>
      </w:r>
    </w:p>
    <w:p>
      <w:pPr>
        <w:jc w:val="right"/>
      </w:pPr>
      <w:r>
        <w:t>message تو یہی ہے کہ اس وقت سب سے بڑا مسئلہ ہے اسلام کی image کو ٹھیک کرنے کا۔</w:t>
      </w:r>
    </w:p>
    <w:p>
      <w:r>
        <w:rPr>
          <w:b/>
        </w:rPr>
        <w:t xml:space="preserve">[42:40] </w:t>
      </w:r>
      <w:r>
        <w:t>Islam ki image is zamane mein yeh ban gayi hai ke Islam is a religion of violence.</w:t>
      </w:r>
    </w:p>
    <w:p>
      <w:pPr>
        <w:jc w:val="right"/>
      </w:pPr>
      <w:r>
        <w:t>اسلام کی image اس زمانے میں یہ بن گئی ہے کہ اسلام is a religion of violence۔</w:t>
      </w:r>
    </w:p>
    <w:p>
      <w:r>
        <w:rPr>
          <w:b/>
        </w:rPr>
        <w:t xml:space="preserve">[42:44] </w:t>
      </w:r>
      <w:r>
        <w:t>is ko door kijiye.</w:t>
      </w:r>
    </w:p>
    <w:p>
      <w:pPr>
        <w:jc w:val="right"/>
      </w:pPr>
      <w:r>
        <w:t>اس کو دور کیجیے۔</w:t>
      </w:r>
    </w:p>
    <w:p>
      <w:r>
        <w:rPr>
          <w:b/>
        </w:rPr>
        <w:t xml:space="preserve">[42:49] </w:t>
      </w:r>
      <w:r>
        <w:t>main samajhta hoon ke farz hoga Musalmanon ko ke violence bilkul hi band kar dein.</w:t>
      </w:r>
    </w:p>
    <w:p>
      <w:pPr>
        <w:jc w:val="right"/>
      </w:pPr>
      <w:r>
        <w:t>میں سمجھتا ہوں کہ فرض ہوگا مسلمانوں کو کہ violence بالکل ہی بند کر دیں۔</w:t>
      </w:r>
    </w:p>
    <w:p>
      <w:r>
        <w:rPr>
          <w:b/>
        </w:rPr>
        <w:t xml:space="preserve">[42:54] </w:t>
      </w:r>
      <w:r>
        <w:t>apni gun ko apne bomb ko woh phenk dein samundaron mein.</w:t>
      </w:r>
    </w:p>
    <w:p>
      <w:pPr>
        <w:jc w:val="right"/>
      </w:pPr>
      <w:r>
        <w:t>اپنی gun کو اپنے بم کو وہ پھینک دیں سمندروں میں۔</w:t>
      </w:r>
    </w:p>
    <w:p>
      <w:r>
        <w:rPr>
          <w:b/>
        </w:rPr>
        <w:t xml:space="preserve">[42:58] </w:t>
      </w:r>
      <w:r>
        <w:t>taake Islam ki image durust ho.</w:t>
      </w:r>
    </w:p>
    <w:p>
      <w:pPr>
        <w:jc w:val="right"/>
      </w:pPr>
      <w:r>
        <w:t>تاکہ اسلام کی image درست ہو۔</w:t>
      </w:r>
    </w:p>
    <w:p>
      <w:r>
        <w:rPr>
          <w:b/>
        </w:rPr>
        <w:t xml:space="preserve">[43:03] </w:t>
      </w:r>
      <w:r>
        <w:t>jahan Musalman is zamane mein jo violence kar rahe hain woh totally unjustified hai.</w:t>
      </w:r>
    </w:p>
    <w:p>
      <w:pPr>
        <w:jc w:val="right"/>
      </w:pPr>
      <w:r>
        <w:t>جہاں مسلمان اس زمانے میں جو violence کر رہے ہیں وہ totally unjustified ہے۔</w:t>
      </w:r>
    </w:p>
    <w:p>
      <w:r>
        <w:rPr>
          <w:b/>
        </w:rPr>
        <w:t xml:space="preserve">[43:08] </w:t>
      </w:r>
      <w:r>
        <w:t>totally unjustified hai.</w:t>
      </w:r>
    </w:p>
    <w:p>
      <w:pPr>
        <w:jc w:val="right"/>
      </w:pPr>
      <w:r>
        <w:t>totally unjustified ہے۔</w:t>
      </w:r>
    </w:p>
    <w:p>
      <w:r>
        <w:rPr>
          <w:b/>
        </w:rPr>
        <w:t xml:space="preserve">[43:12] </w:t>
      </w:r>
      <w:r>
        <w:t>is ko band karein.</w:t>
      </w:r>
    </w:p>
    <w:p>
      <w:pPr>
        <w:jc w:val="right"/>
      </w:pPr>
      <w:r>
        <w:t>اس کو بند کریں۔</w:t>
      </w:r>
    </w:p>
    <w:p>
      <w:r>
        <w:rPr>
          <w:b/>
        </w:rPr>
        <w:t xml:space="preserve">[43:17] </w:t>
      </w:r>
      <w:r>
        <w:t>to sab se is waqt jo jo urgent kaam hai musalmanon ke upar woh hai islam ki image</w:t>
      </w:r>
    </w:p>
    <w:p>
      <w:pPr>
        <w:jc w:val="right"/>
      </w:pPr>
      <w:r>
        <w:t>تو سب سے اس وقت جو جو urgent کام ہے مسلمانوں کے اوپر وہ ہے اسلام کی image</w:t>
      </w:r>
    </w:p>
    <w:p>
      <w:r>
        <w:rPr>
          <w:b/>
        </w:rPr>
        <w:t xml:space="preserve">[43:22] </w:t>
      </w:r>
      <w:r>
        <w:t>ko durust karna.</w:t>
      </w:r>
    </w:p>
    <w:p>
      <w:pPr>
        <w:jc w:val="right"/>
      </w:pPr>
      <w:r>
        <w:t>کو درست کرنا۔</w:t>
      </w:r>
    </w:p>
    <w:p>
      <w:r>
        <w:rPr>
          <w:b/>
        </w:rPr>
        <w:t xml:space="preserve">[43:26] </w:t>
      </w:r>
      <w:r>
        <w:t>aur islam ki image ko durust karne ke liye un ko you turn lena parega.</w:t>
      </w:r>
    </w:p>
    <w:p>
      <w:pPr>
        <w:jc w:val="right"/>
      </w:pPr>
      <w:r>
        <w:t>اور اسلام کی image کو درست کرنے کے لیے ان کو یو ٹرن لینا پڑے گا۔</w:t>
      </w:r>
    </w:p>
    <w:p>
      <w:r>
        <w:rPr>
          <w:b/>
        </w:rPr>
        <w:t xml:space="preserve">[43:31] </w:t>
      </w:r>
      <w:r>
        <w:t>you turn yani violence se peace ki taraf.</w:t>
      </w:r>
    </w:p>
    <w:p>
      <w:pPr>
        <w:jc w:val="right"/>
      </w:pPr>
      <w:r>
        <w:t>یو ٹرن یعنی violence سے peace کی طرف۔</w:t>
      </w:r>
    </w:p>
    <w:p>
      <w:r>
        <w:rPr>
          <w:b/>
        </w:rPr>
        <w:t xml:space="preserve">[43:36] </w:t>
      </w:r>
      <w:r>
        <w:t>violent activism se peaceful activism ki taraf.</w:t>
      </w:r>
    </w:p>
    <w:p>
      <w:pPr>
        <w:jc w:val="right"/>
      </w:pPr>
      <w:r>
        <w:t>violent activism سے peaceful activism کی طرف۔</w:t>
      </w:r>
    </w:p>
    <w:p>
      <w:r>
        <w:rPr>
          <w:b/>
        </w:rPr>
        <w:t xml:space="preserve">[43:40] </w:t>
      </w:r>
      <w:r>
        <w:t>abhi woh violent activism ko ikhtiyar kiye hue hain.</w:t>
      </w:r>
    </w:p>
    <w:p>
      <w:pPr>
        <w:jc w:val="right"/>
      </w:pPr>
      <w:r>
        <w:t>ابھی وہ violent activism کو اختیار کیے ہوئے ہیں۔</w:t>
      </w:r>
    </w:p>
    <w:p>
      <w:r>
        <w:rPr>
          <w:b/>
        </w:rPr>
        <w:t xml:space="preserve">[43:45] </w:t>
      </w:r>
      <w:r>
        <w:t>is se bilkul chhod dein.</w:t>
      </w:r>
    </w:p>
    <w:p>
      <w:pPr>
        <w:jc w:val="right"/>
      </w:pPr>
      <w:r>
        <w:t>اس سے بالکل چھوڑ دیں۔</w:t>
      </w:r>
    </w:p>
    <w:p>
      <w:r>
        <w:rPr>
          <w:b/>
        </w:rPr>
        <w:t xml:space="preserve">[43:50] </w:t>
      </w:r>
      <w:r>
        <w:t>aur peaceful activism par aa jayen.</w:t>
      </w:r>
    </w:p>
    <w:p>
      <w:pPr>
        <w:jc w:val="right"/>
      </w:pPr>
      <w:r>
        <w:t>اور peaceful activism پر آ جائیں۔</w:t>
      </w:r>
    </w:p>
    <w:p>
      <w:r>
        <w:rPr>
          <w:b/>
        </w:rPr>
        <w:t xml:space="preserve">[43:54] </w:t>
      </w:r>
      <w:r>
        <w:t>yahi un ko karna hai.</w:t>
      </w:r>
    </w:p>
    <w:p>
      <w:pPr>
        <w:jc w:val="right"/>
      </w:pPr>
      <w:r>
        <w:t>یہی ان کو کرنا ہے۔</w:t>
      </w:r>
    </w:p>
    <w:p>
      <w:r>
        <w:rPr>
          <w:b/>
        </w:rPr>
        <w:t xml:space="preserve">[43:59] </w:t>
      </w:r>
      <w:r>
        <w:t>sab se zaroori kaam yahi hai.</w:t>
      </w:r>
    </w:p>
    <w:p>
      <w:pPr>
        <w:jc w:val="right"/>
      </w:pPr>
      <w:r>
        <w:t>سب سے ضروری کام یہی ہے۔</w:t>
      </w:r>
    </w:p>
    <w:p>
      <w:r>
        <w:rPr>
          <w:b/>
        </w:rPr>
        <w:t xml:space="preserve">[44:04] </w:t>
      </w:r>
      <w:r>
        <w:t>if you like today's session with molana sahib on ijtihad we would request to share it with your friends also write to us with your feedback and inputs on info@cpsglobal.org we will be back next saturday with another theme same time thank you.</w:t>
      </w:r>
    </w:p>
    <w:p>
      <w:pPr>
        <w:jc w:val="right"/>
      </w:pPr>
      <w:r>
        <w:t>If you like today's session with مولانا صاحب on اجتہاد we would request to share it with your friends also write to us with your feedback and inputs on info@cpsglobal.org we will be back next Saturday with another theme same time thank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