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Terrorism in the name of Islam December 23, 2016</w:t>
      </w:r>
    </w:p>
    <w:p>
      <w:r>
        <w:t>https://www.youtube.com/watch?v=sm_0z6s2UPs</w:t>
      </w:r>
    </w:p>
    <w:p>
      <w:r>
        <w:rPr>
          <w:b/>
        </w:rPr>
        <w:t xml:space="preserve">[00:14] </w:t>
      </w:r>
      <w:r>
        <w:t>bismillah rahman rahim. assalam o alaikum.</w:t>
      </w:r>
    </w:p>
    <w:p>
      <w:pPr>
        <w:jc w:val="right"/>
      </w:pPr>
      <w:r>
        <w:t>بسم اللہ الرحمن الرحیم۔ السلام علیکم۔</w:t>
      </w:r>
    </w:p>
    <w:p>
      <w:r>
        <w:rPr>
          <w:b/>
        </w:rPr>
        <w:t xml:space="preserve">[00:20] </w:t>
      </w:r>
      <w:r>
        <w:t>Welcome to the question and answer series with CPS International founder Maulana Wahiduddin Khan Sahab.</w:t>
      </w:r>
    </w:p>
    <w:p>
      <w:pPr>
        <w:jc w:val="right"/>
      </w:pPr>
      <w:r>
        <w:t>ویلکم ٹو دی کوئسچن اینسر سیریز ود سی پی ایس انٹرنیشنل فاؤنڈر مولانا وحید الدین خان صاحب۔</w:t>
      </w:r>
    </w:p>
    <w:p>
      <w:r>
        <w:rPr>
          <w:b/>
        </w:rPr>
        <w:t xml:space="preserve">[00:26] </w:t>
      </w:r>
      <w:r>
        <w:t>The theme for today's session is "Terrorism in the Name of Islam".</w:t>
      </w:r>
    </w:p>
    <w:p>
      <w:pPr>
        <w:jc w:val="right"/>
      </w:pPr>
      <w:r>
        <w:t>دا تھیم فار ٹوڈے سیشن از "ٹیررزم ان دی نیم آف اسلام"۔</w:t>
      </w:r>
    </w:p>
    <w:p>
      <w:r>
        <w:rPr>
          <w:b/>
        </w:rPr>
        <w:t xml:space="preserve">[00:32] </w:t>
      </w:r>
      <w:r>
        <w:t>we all know that islam is a religion of peace, and the ultimate aim of every muslim is</w:t>
      </w:r>
    </w:p>
    <w:p>
      <w:pPr>
        <w:jc w:val="right"/>
      </w:pPr>
      <w:r>
        <w:t>وی آل نو دیٹ اسلام از ا ریلیجن آف پیس، اینڈ دی الٹیمیٹ ایم آف ایوری مسلم از</w:t>
      </w:r>
    </w:p>
    <w:p>
      <w:r>
        <w:rPr>
          <w:b/>
        </w:rPr>
        <w:t xml:space="preserve">[00:38] </w:t>
      </w:r>
      <w:r>
        <w:t>to qualify for paradise.</w:t>
      </w:r>
    </w:p>
    <w:p>
      <w:pPr>
        <w:jc w:val="right"/>
      </w:pPr>
      <w:r>
        <w:t>ٹو کوالیفائی فار پیراڈائز۔</w:t>
      </w:r>
    </w:p>
    <w:p>
      <w:r>
        <w:rPr>
          <w:b/>
        </w:rPr>
        <w:t xml:space="preserve">[00:44] </w:t>
      </w:r>
      <w:r>
        <w:t>quran mentions about paradise as the abode of peace or the home of peace.</w:t>
      </w:r>
    </w:p>
    <w:p>
      <w:pPr>
        <w:jc w:val="right"/>
      </w:pPr>
      <w:r>
        <w:t>قرآن مینشنز اباؤٹ پیراڈائز ایز دی ابوڈ آف پیس اور دی ہوم آف پیس۔</w:t>
      </w:r>
    </w:p>
    <w:p>
      <w:r>
        <w:rPr>
          <w:b/>
        </w:rPr>
        <w:t xml:space="preserve">[00:50] </w:t>
      </w:r>
      <w:r>
        <w:t>quran further says that the prophet of islam was sent as a mercy to mankind.</w:t>
      </w:r>
    </w:p>
    <w:p>
      <w:pPr>
        <w:jc w:val="right"/>
      </w:pPr>
      <w:r>
        <w:t>قرآن فردر سیز دیٹ دی پرافٹ آف اسلام واز سینڈ ایز ا مرسی ٹو مین کائنڈ۔</w:t>
      </w:r>
    </w:p>
    <w:p>
      <w:r>
        <w:rPr>
          <w:b/>
        </w:rPr>
        <w:t xml:space="preserve">[00:56] </w:t>
      </w:r>
      <w:r>
        <w:t>Isn't this an irony that a religion that preaches peace, and its prophet who was sent as a</w:t>
      </w:r>
    </w:p>
    <w:p>
      <w:pPr>
        <w:jc w:val="right"/>
      </w:pPr>
      <w:r>
        <w:t>ازنٹ دس اینڈ ائرنی دیٹ ا ریلیجن دیٹ پریچیز پیس، اینڈ اٹس پرافٹ ہو واز سینڈ ایز ا</w:t>
      </w:r>
    </w:p>
    <w:p>
      <w:r>
        <w:rPr>
          <w:b/>
        </w:rPr>
        <w:t xml:space="preserve">[01:02] </w:t>
      </w:r>
      <w:r>
        <w:t>mercy to mankind, and the followers of islam who ultimate aim is home of peace, is associated</w:t>
      </w:r>
    </w:p>
    <w:p>
      <w:pPr>
        <w:jc w:val="right"/>
      </w:pPr>
      <w:r>
        <w:t>مرسی ٹو مین کائنڈ، اینڈ دی فالوورز آف اسلام ہو الٹیمیٹ ایم از ہوم آف پیس، از ایسوسیٹڈ</w:t>
      </w:r>
    </w:p>
    <w:p>
      <w:r>
        <w:rPr>
          <w:b/>
        </w:rPr>
        <w:t xml:space="preserve">[01:08] </w:t>
      </w:r>
      <w:r>
        <w:t>with terrorism, with violence, and extremism.</w:t>
      </w:r>
    </w:p>
    <w:p>
      <w:pPr>
        <w:jc w:val="right"/>
      </w:pPr>
      <w:r>
        <w:t>ود ٹیررزم، ود وائلنس، اینڈ ایکسٹریمزم۔</w:t>
      </w:r>
    </w:p>
    <w:p>
      <w:r>
        <w:rPr>
          <w:b/>
        </w:rPr>
        <w:t xml:space="preserve">[01:14] </w:t>
      </w:r>
      <w:r>
        <w:t>why is this so? we will discuss many aspects of this with Maulana sahib today.</w:t>
      </w:r>
    </w:p>
    <w:p>
      <w:pPr>
        <w:jc w:val="right"/>
      </w:pPr>
      <w:r>
        <w:t>وائی از دس سو؟ وی ول ڈسکس مینی ایسپیکٹس آف دس ود مولانا صاحب ٹوڈے۔</w:t>
      </w:r>
    </w:p>
    <w:p>
      <w:r>
        <w:rPr>
          <w:b/>
        </w:rPr>
        <w:t xml:space="preserve">[01:20] </w:t>
      </w:r>
      <w:r>
        <w:t>مولانا صاحب، thank you very much for taking your time out today.</w:t>
      </w:r>
    </w:p>
    <w:p>
      <w:pPr>
        <w:jc w:val="right"/>
      </w:pPr>
      <w:r>
        <w:t>مولانا صاحب، تھینک یو ویری مچ فار ٹیکنگ یور ٹائم آؤٹ ٹوڈے۔</w:t>
      </w:r>
    </w:p>
    <w:p>
      <w:r>
        <w:rPr>
          <w:b/>
        </w:rPr>
        <w:t xml:space="preserve">[01:26] </w:t>
      </w:r>
      <w:r>
        <w:t>My first question to you is that why is there an increasing rise of Muslim terrorist incidents in recent times?</w:t>
      </w:r>
    </w:p>
    <w:p>
      <w:pPr>
        <w:jc w:val="right"/>
      </w:pPr>
      <w:r>
        <w:t>مائی فرسٹ کوئسچن ٹو یو از دیٹ وائی از دیر اینڈ انکریزنگ رائز آف مسلم ٹیررسٹ انسیڈنٹس ان ریسنٹ ٹائمز؟</w:t>
      </w:r>
    </w:p>
    <w:p>
      <w:r>
        <w:rPr>
          <w:b/>
        </w:rPr>
        <w:t xml:space="preserve">[01:33] </w:t>
      </w:r>
      <w:r>
        <w:t>dekhiye, meri study ke mutabiq is ka reason anger hai, woh bhi false anger.</w:t>
      </w:r>
    </w:p>
    <w:p>
      <w:pPr>
        <w:jc w:val="right"/>
      </w:pPr>
      <w:r>
        <w:t>دیکھئے، میری اسٹڈی کے مطابق اس کا ریزن اینگر ہے، وہ بھی فالس اینگر۔</w:t>
      </w:r>
    </w:p>
    <w:p>
      <w:r>
        <w:rPr>
          <w:b/>
        </w:rPr>
        <w:t xml:space="preserve">[01:39] </w:t>
      </w:r>
      <w:r>
        <w:t>musalmanon mein ek false qism ka anger aa gaya hai, false.</w:t>
      </w:r>
    </w:p>
    <w:p>
      <w:pPr>
        <w:jc w:val="right"/>
      </w:pPr>
      <w:r>
        <w:t>مسلمانوں میں ایک فالس قسم کا اینگر آگیا ہے، فالس۔</w:t>
      </w:r>
    </w:p>
    <w:p>
      <w:r>
        <w:rPr>
          <w:b/>
        </w:rPr>
        <w:t xml:space="preserve">[01:46] </w:t>
      </w:r>
      <w:r>
        <w:t>to is liye woh react karte hain.</w:t>
      </w:r>
    </w:p>
    <w:p>
      <w:pPr>
        <w:jc w:val="right"/>
      </w:pPr>
      <w:r>
        <w:t>تو اس لیے وہ ری ایکٹ کرتے ہیں۔</w:t>
      </w:r>
    </w:p>
    <w:p>
      <w:r>
        <w:rPr>
          <w:b/>
        </w:rPr>
        <w:t xml:space="preserve">[01:53] </w:t>
      </w:r>
      <w:r>
        <w:t>to sara yeh terrorism jo hai, woh out of reaction hai.</w:t>
      </w:r>
    </w:p>
    <w:p>
      <w:pPr>
        <w:jc w:val="right"/>
      </w:pPr>
      <w:r>
        <w:t>تو سارا یہ ٹیررزم جو ہے، وہ آؤٹ آف ری ایکشن ہے۔</w:t>
      </w:r>
    </w:p>
    <w:p>
      <w:r>
        <w:rPr>
          <w:b/>
        </w:rPr>
        <w:t xml:space="preserve">[02:00] </w:t>
      </w:r>
      <w:r>
        <w:t>اس کا بھی میرے نزدیک ریزن جو ہے، وہ false food ہے، یعنی anger جو ہے ان کا،</w:t>
      </w:r>
    </w:p>
    <w:p>
      <w:pPr>
        <w:jc w:val="right"/>
      </w:pPr>
      <w:r>
        <w:t>اس کا بھی میرے نزدیک ریزن جو ہے، وہ فالس فوڈ ہے، یعنی اینگر جو ہے ان کا،</w:t>
      </w:r>
    </w:p>
    <w:p>
      <w:r>
        <w:rPr>
          <w:b/>
        </w:rPr>
        <w:t xml:space="preserve">[02:07] </w:t>
      </w:r>
      <w:r>
        <w:t>is ki koi base nahi hai.</w:t>
      </w:r>
    </w:p>
    <w:p>
      <w:pPr>
        <w:jc w:val="right"/>
      </w:pPr>
      <w:r>
        <w:t>اس کی کوئی بیس نہیں ہے۔</w:t>
      </w:r>
    </w:p>
    <w:p>
      <w:r>
        <w:rPr>
          <w:b/>
        </w:rPr>
        <w:t xml:space="preserve">[02:14] </w:t>
      </w:r>
      <w:r>
        <w:t>asal yeh hai ke woh chahte hain ke dunya un ki pasand ke mutabiq rahe.</w:t>
      </w:r>
    </w:p>
    <w:p>
      <w:pPr>
        <w:jc w:val="right"/>
      </w:pPr>
      <w:r>
        <w:t>اصل یہ ہے کہ وہ چاہتے ہیں کہ دنیا ان کی پسند کے مطابق رہے۔</w:t>
      </w:r>
    </w:p>
    <w:p>
      <w:r>
        <w:rPr>
          <w:b/>
        </w:rPr>
        <w:t xml:space="preserve">[02:20] </w:t>
      </w:r>
      <w:r>
        <w:t>democracy bas ho nahi sakti.</w:t>
      </w:r>
    </w:p>
    <w:p>
      <w:pPr>
        <w:jc w:val="right"/>
      </w:pPr>
      <w:r>
        <w:t>ڈیموکریسی بس ہو نہیں سکتی۔</w:t>
      </w:r>
    </w:p>
    <w:p>
      <w:r>
        <w:rPr>
          <w:b/>
        </w:rPr>
        <w:t xml:space="preserve">[02:27] </w:t>
      </w:r>
      <w:r>
        <w:t>musalmanon ka jo model bana baat ko, woh tha kingship ka model, jis ko woh khilafat kehte thay.</w:t>
      </w:r>
    </w:p>
    <w:p>
      <w:pPr>
        <w:jc w:val="right"/>
      </w:pPr>
      <w:r>
        <w:t>مسلمانوں کا جو ماڈل بنا بات کو، وہ تھا کنگ شپ کا ماڈل، جس کو وہ خلافت کہتے تھے۔</w:t>
      </w:r>
    </w:p>
    <w:p>
      <w:r>
        <w:rPr>
          <w:b/>
        </w:rPr>
        <w:t xml:space="preserve">[02:34] </w:t>
      </w:r>
      <w:r>
        <w:t>to kingship ke model mein jo equation hota hai, woh ruler aur ruled ka hota hai.</w:t>
      </w:r>
    </w:p>
    <w:p>
      <w:pPr>
        <w:jc w:val="right"/>
      </w:pPr>
      <w:r>
        <w:t>تو کنگ شپ کے ماڈل میں جو ایکویشن ہوتا ہے، وہ رولر اور رولڈ کا ہوتا ہے۔</w:t>
      </w:r>
    </w:p>
    <w:p>
      <w:r>
        <w:rPr>
          <w:b/>
        </w:rPr>
        <w:t xml:space="preserve">[02:41] </w:t>
      </w:r>
      <w:r>
        <w:t>matlab ruler committee jo chahe wahi ho, baqi log is ko accept karein.</w:t>
      </w:r>
    </w:p>
    <w:p>
      <w:pPr>
        <w:jc w:val="right"/>
      </w:pPr>
      <w:r>
        <w:t>مطلب رولر کمیٹی جو چاہے وہی ہو، باقی لوگ اس کو ایکسپٹ کریں۔</w:t>
      </w:r>
    </w:p>
    <w:p>
      <w:r>
        <w:rPr>
          <w:b/>
        </w:rPr>
        <w:t xml:space="preserve">[02:48] </w:t>
      </w:r>
      <w:r>
        <w:t>to musalmanon ka jo mindset hai, isi mein banaye ga.</w:t>
      </w:r>
    </w:p>
    <w:p>
      <w:pPr>
        <w:jc w:val="right"/>
      </w:pPr>
      <w:r>
        <w:t>تو مسلمانوں کا جو مائنڈ سیٹ ہے، اسی میں بنائے گا۔</w:t>
      </w:r>
    </w:p>
    <w:p>
      <w:r>
        <w:rPr>
          <w:b/>
        </w:rPr>
        <w:t xml:space="preserve">[02:55] </w:t>
      </w:r>
      <w:r>
        <w:t>isi tarah ki kitabein parhte hain.</w:t>
      </w:r>
    </w:p>
    <w:p>
      <w:pPr>
        <w:jc w:val="right"/>
      </w:pPr>
      <w:r>
        <w:t>اسی طرح کی کتابیں پڑھتے ہیں۔</w:t>
      </w:r>
    </w:p>
    <w:p>
      <w:r>
        <w:rPr>
          <w:b/>
        </w:rPr>
        <w:t xml:space="preserve">[03:02] </w:t>
      </w:r>
      <w:r>
        <w:t>sari kitabein likhi gayi hain isi model par.</w:t>
      </w:r>
    </w:p>
    <w:p>
      <w:pPr>
        <w:jc w:val="right"/>
      </w:pPr>
      <w:r>
        <w:t>ساری کتابیں لکھی گئی ہیں اسی ماڈل پر۔</w:t>
      </w:r>
    </w:p>
    <w:p>
      <w:r>
        <w:rPr>
          <w:b/>
        </w:rPr>
        <w:t xml:space="preserve">[03:08] </w:t>
      </w:r>
      <w:r>
        <w:t>to mein samajhta hoon ke jab tak musalmanon ke mindset ko badla na jaye, un ko bataya</w:t>
      </w:r>
    </w:p>
    <w:p>
      <w:pPr>
        <w:jc w:val="right"/>
      </w:pPr>
      <w:r>
        <w:t>تو میں سمجھتا ہوں کہ جب تک مسلمانوں کے مائنڈ سیٹ کو بدلا نہ جائے، ان کو بتایا</w:t>
      </w:r>
    </w:p>
    <w:p>
      <w:r>
        <w:rPr>
          <w:b/>
        </w:rPr>
        <w:t xml:space="preserve">[03:15] </w:t>
      </w:r>
      <w:r>
        <w:t>jaye ke new age democracy ka age hai.</w:t>
      </w:r>
    </w:p>
    <w:p>
      <w:pPr>
        <w:jc w:val="right"/>
      </w:pPr>
      <w:r>
        <w:t>جائے کہ نئے ایج ڈیموکریسی کا ایج ہے۔</w:t>
      </w:r>
    </w:p>
    <w:p>
      <w:r>
        <w:rPr>
          <w:b/>
        </w:rPr>
        <w:t xml:space="preserve">[03:22] </w:t>
      </w:r>
      <w:r>
        <w:t>democracy kingship ka age nahi hai.</w:t>
      </w:r>
    </w:p>
    <w:p>
      <w:pPr>
        <w:jc w:val="right"/>
      </w:pPr>
      <w:r>
        <w:t>ڈیموکریسی کنگ شپ کا ایج نہیں ہے۔</w:t>
      </w:r>
    </w:p>
    <w:p>
      <w:r>
        <w:rPr>
          <w:b/>
        </w:rPr>
        <w:t xml:space="preserve">[03:29] </w:t>
      </w:r>
      <w:r>
        <w:t>is waqt, is zamane mein jis tarah se hum azaad hain, doosra bhi azaad hai.</w:t>
      </w:r>
    </w:p>
    <w:p>
      <w:pPr>
        <w:jc w:val="right"/>
      </w:pPr>
      <w:r>
        <w:t>اس وقت، اس زمانے میں جس طرح سے ہم آزاد ہیں، دوسرا بھی آزاد ہے۔</w:t>
      </w:r>
    </w:p>
    <w:p>
      <w:r>
        <w:rPr>
          <w:b/>
        </w:rPr>
        <w:t xml:space="preserve">[03:36] </w:t>
      </w:r>
      <w:r>
        <w:t>to hamein manage karna pare ga, adjust karna pare ga.</w:t>
      </w:r>
    </w:p>
    <w:p>
      <w:pPr>
        <w:jc w:val="right"/>
      </w:pPr>
      <w:r>
        <w:t>تو ہمیں مینج کرنا پڑے گا، ایڈجسٹ کرنا پڑے گا۔</w:t>
      </w:r>
    </w:p>
    <w:p>
      <w:r>
        <w:rPr>
          <w:b/>
        </w:rPr>
        <w:t xml:space="preserve">[03:43] </w:t>
      </w:r>
      <w:r>
        <w:t>warna yahi hoga ke react karte rahen ge aur apne aap ko kham kham marwate rahen ge.</w:t>
      </w:r>
    </w:p>
    <w:p>
      <w:pPr>
        <w:jc w:val="right"/>
      </w:pPr>
      <w:r>
        <w:t>ورنہ یہی ہوگا کہ ری ایکٹ کرتے رہیں گے اور اپنے آپ کو خام خام مرواتے رہیں گے۔</w:t>
      </w:r>
    </w:p>
    <w:p>
      <w:r>
        <w:rPr>
          <w:b/>
        </w:rPr>
        <w:t xml:space="preserve">[03:50] </w:t>
      </w:r>
      <w:r>
        <w:t>ji. molana sahib, some Muslim terrorists have been killing innocent people in western countries, and they justify this by their anger, saying that this is against the policies that these western countries have created. so what would you say to this kind of an approach?</w:t>
      </w:r>
    </w:p>
    <w:p>
      <w:pPr>
        <w:jc w:val="right"/>
      </w:pPr>
      <w:r>
        <w:t>جی۔ مولانا صاحب، سم مسلم ٹیررسٹ ہیو بین کلنگ انوسنٹ پیپل ان ویسٹرن کنٹریز، اینڈ دے جسٹیفائی دس بائی دیر اینگر، سینگ دیٹ دس از اگینسٹ دی پالیسیز دیٹ دیز ویسٹرن کنٹریز ہیو کریٹڈ۔ سو واٹ وڈ یو سے ٹو دس کائنڈ آف این اپروچ؟</w:t>
      </w:r>
    </w:p>
    <w:p>
      <w:r>
        <w:rPr>
          <w:b/>
        </w:rPr>
        <w:t xml:space="preserve">[04:10] </w:t>
      </w:r>
      <w:r>
        <w:t>dekhiye, double policies mein involve hain.</w:t>
      </w:r>
    </w:p>
    <w:p>
      <w:pPr>
        <w:jc w:val="right"/>
      </w:pPr>
      <w:r>
        <w:t>دیکھئے، ڈبل پالیسیز میں انوالو ہیں۔</w:t>
      </w:r>
    </w:p>
    <w:p>
      <w:r>
        <w:rPr>
          <w:b/>
        </w:rPr>
        <w:t xml:space="preserve">[04:14] </w:t>
      </w:r>
      <w:r>
        <w:t>ek to yeh ke western countries ne koi aisa kaam nahi kiya hai jis par kham kham musalman</w:t>
      </w:r>
    </w:p>
    <w:p>
      <w:pPr>
        <w:jc w:val="right"/>
      </w:pPr>
      <w:r>
        <w:t>ایک تو یہ کہ ویسٹرن کنٹریز نے کوئی ایسا کام نہیں کیا ہے جس پر خام خام مسلمان</w:t>
      </w:r>
    </w:p>
    <w:p>
      <w:r>
        <w:rPr>
          <w:b/>
        </w:rPr>
        <w:t xml:space="preserve">[04:19] </w:t>
      </w:r>
      <w:r>
        <w:t>ghussa ho jayen.</w:t>
      </w:r>
    </w:p>
    <w:p>
      <w:pPr>
        <w:jc w:val="right"/>
      </w:pPr>
      <w:r>
        <w:t>غصہ ہو جائیں۔</w:t>
      </w:r>
    </w:p>
    <w:p>
      <w:r>
        <w:rPr>
          <w:b/>
        </w:rPr>
        <w:t xml:space="preserve">[04:24] </w:t>
      </w:r>
      <w:r>
        <w:t>unhon ne khud se jaan liya hai ke western countries hamare khilaf karte hain.</w:t>
      </w:r>
    </w:p>
    <w:p>
      <w:pPr>
        <w:jc w:val="right"/>
      </w:pPr>
      <w:r>
        <w:t>انہوں نے خود سے جان لیا ہے کہ ویسٹرن کنٹریز ہمارے خلاف کرتے ہیں۔</w:t>
      </w:r>
    </w:p>
    <w:p>
      <w:r>
        <w:rPr>
          <w:b/>
        </w:rPr>
        <w:t xml:space="preserve">[04:29] </w:t>
      </w:r>
      <w:r>
        <w:t>koi kisi ke khilaf nahi.</w:t>
      </w:r>
    </w:p>
    <w:p>
      <w:pPr>
        <w:jc w:val="right"/>
      </w:pPr>
      <w:r>
        <w:t>کوئی کسی کے خلاف نہیں۔</w:t>
      </w:r>
    </w:p>
    <w:p>
      <w:r>
        <w:rPr>
          <w:b/>
        </w:rPr>
        <w:t xml:space="preserve">[04:34] </w:t>
      </w:r>
      <w:r>
        <w:t>aur phir is ke baad innocent logon ko marna, yeh to bilkul haram hai.</w:t>
      </w:r>
    </w:p>
    <w:p>
      <w:pPr>
        <w:jc w:val="right"/>
      </w:pPr>
      <w:r>
        <w:t>اور پھر اس کے بعد انوسنٹ لوگوں کو مارنا، یہ تو بالکل حرام ہے۔</w:t>
      </w:r>
    </w:p>
    <w:p>
      <w:r>
        <w:rPr>
          <w:b/>
        </w:rPr>
        <w:t xml:space="preserve">[04:39] </w:t>
      </w:r>
      <w:r>
        <w:t>yani yeh to battlefield mein nahi karte balkeh alag se karte hain.</w:t>
      </w:r>
    </w:p>
    <w:p>
      <w:pPr>
        <w:jc w:val="right"/>
      </w:pPr>
      <w:r>
        <w:t>یعنی یہ تو بیٹل فیلڈ میں نہیں کرتے بلکہ الگ سے کرتے ہیں۔</w:t>
      </w:r>
    </w:p>
    <w:p>
      <w:r>
        <w:rPr>
          <w:b/>
        </w:rPr>
        <w:t xml:space="preserve">[04:44] </w:t>
      </w:r>
      <w:r>
        <w:t>islam mein masla yeh hai ke khud battlefield mein bhi aap sirf combatant ko maar sakte hain,</w:t>
      </w:r>
    </w:p>
    <w:p>
      <w:pPr>
        <w:jc w:val="right"/>
      </w:pPr>
      <w:r>
        <w:t>اسلام میں مسئلہ یہ ہے کہ خود بیٹل فیلڈ میں بھی آپ صرف کمبیٹنٹ کو مار سکتے ہیں،</w:t>
      </w:r>
    </w:p>
    <w:p>
      <w:r>
        <w:rPr>
          <w:b/>
        </w:rPr>
        <w:t xml:space="preserve">[04:49] </w:t>
      </w:r>
      <w:r>
        <w:t>non combatant ko nahi maar sakte.</w:t>
      </w:r>
    </w:p>
    <w:p>
      <w:pPr>
        <w:jc w:val="right"/>
      </w:pPr>
      <w:r>
        <w:t>نان کمبیٹنٹ کو نہیں مار سکتے۔</w:t>
      </w:r>
    </w:p>
    <w:p>
      <w:r>
        <w:rPr>
          <w:b/>
        </w:rPr>
        <w:t xml:space="preserve">[04:53] </w:t>
      </w:r>
      <w:r>
        <w:t>yeh masla hai.</w:t>
      </w:r>
    </w:p>
    <w:p>
      <w:pPr>
        <w:jc w:val="right"/>
      </w:pPr>
      <w:r>
        <w:t>یہ مسئلہ ہے۔</w:t>
      </w:r>
    </w:p>
    <w:p>
      <w:r>
        <w:rPr>
          <w:b/>
        </w:rPr>
        <w:t xml:space="preserve">[04:58] </w:t>
      </w:r>
      <w:r>
        <w:t>battlefield ke andar bhi jab yeh masla hai to battlefield ke bahar to aur zyada sakht hoga.</w:t>
      </w:r>
    </w:p>
    <w:p>
      <w:pPr>
        <w:jc w:val="right"/>
      </w:pPr>
      <w:r>
        <w:t>بیٹل فیلڈ کے اندر بھی جب یہ مسئلہ ہے تو بیٹل فیلڈ کے باہر تو اور زیادہ سخت ہوگا۔</w:t>
      </w:r>
    </w:p>
    <w:p>
      <w:r>
        <w:rPr>
          <w:b/>
        </w:rPr>
        <w:t xml:space="preserve">[05:03] </w:t>
      </w:r>
      <w:r>
        <w:t>تو یہ سارا جو ساری جو سوچ ہے، وہ false thought پر مبنی ہے۔</w:t>
      </w:r>
    </w:p>
    <w:p>
      <w:pPr>
        <w:jc w:val="right"/>
      </w:pPr>
      <w:r>
        <w:t>تو یہ سارا جو ساری جو سوچ ہے، وہ فائل سوٹ پر مبنی ہے۔</w:t>
      </w:r>
    </w:p>
    <w:p>
      <w:r>
        <w:rPr>
          <w:b/>
        </w:rPr>
        <w:t xml:space="preserve">[05:08] </w:t>
      </w:r>
      <w:r>
        <w:t>aur in ke baen sir ko badalna padega.</w:t>
      </w:r>
    </w:p>
    <w:p>
      <w:pPr>
        <w:jc w:val="right"/>
      </w:pPr>
      <w:r>
        <w:t>اور ان کے بائیں سر کو بدلنا پڑے گا۔</w:t>
      </w:r>
    </w:p>
    <w:p>
      <w:r>
        <w:rPr>
          <w:b/>
        </w:rPr>
        <w:t xml:space="preserve">[05:13] </w:t>
      </w:r>
      <w:r>
        <w:t>isi ke liye hum kaam kar rahe hain.</w:t>
      </w:r>
    </w:p>
    <w:p>
      <w:pPr>
        <w:jc w:val="right"/>
      </w:pPr>
      <w:r>
        <w:t>اسی کے لیے ہم کام کر رہے ہیں۔</w:t>
      </w:r>
    </w:p>
    <w:p>
      <w:r>
        <w:rPr>
          <w:b/>
        </w:rPr>
        <w:t xml:space="preserve">[05:18] </w:t>
      </w:r>
      <w:r>
        <w:t>ہمارا مقصد جو ہے، یہ ہے کہ لوگوں کے ذہن کو بدلا جائے۔</w:t>
      </w:r>
    </w:p>
    <w:p>
      <w:pPr>
        <w:jc w:val="right"/>
      </w:pPr>
      <w:r>
        <w:t>ہمارا مقصد جو ہے، یہ ہے کہ لوگوں کے بائیں سر کو بدلا جائے۔</w:t>
      </w:r>
    </w:p>
    <w:p>
      <w:r>
        <w:rPr>
          <w:b/>
        </w:rPr>
        <w:t xml:space="preserve">[05:23] </w:t>
      </w:r>
      <w:r>
        <w:t>تو ہم یہی سمجھتے ہیں کہ اس کی جڑ جو ہے، by and large ہے۔</w:t>
      </w:r>
    </w:p>
    <w:p>
      <w:pPr>
        <w:jc w:val="right"/>
      </w:pPr>
      <w:r>
        <w:t>تو ہم یہی سمجھتے ہیں کہ اس کی جڑ جو ہے، بائیں سر ہے۔</w:t>
      </w:r>
    </w:p>
    <w:p>
      <w:r>
        <w:rPr>
          <w:b/>
        </w:rPr>
        <w:t xml:space="preserve">[05:28] </w:t>
      </w:r>
      <w:r>
        <w:t>aur baayein sir ko badle baghair is ka khatma nahi ho sakta.</w:t>
      </w:r>
    </w:p>
    <w:p>
      <w:pPr>
        <w:jc w:val="right"/>
      </w:pPr>
      <w:r>
        <w:t>اور بائیں سر کو بدلے بغیر اس کا خاتمہ نہیں ہو سکتا۔</w:t>
      </w:r>
    </w:p>
    <w:p>
      <w:r>
        <w:rPr>
          <w:b/>
        </w:rPr>
        <w:t xml:space="preserve">[05:33] </w:t>
      </w:r>
      <w:r>
        <w:t>ji. molana sahib, according to you, what leads to some of these Muslim youths commit suicide while they attack the innocent people? what is the reason behind this?</w:t>
      </w:r>
    </w:p>
    <w:p>
      <w:pPr>
        <w:jc w:val="right"/>
      </w:pPr>
      <w:r>
        <w:t>جی۔ مولانا صاحب، اکارڈنگ ٹو یو، واٹ لیڈز ٹو سم آف دیز مسلم یوتھس کمٹ سوئیسائیڈ وائل دے اٹیک دی انوسنٹ پیپل؟ واٹ از دی ریزن بیہائنڈ دس؟</w:t>
      </w:r>
    </w:p>
    <w:p>
      <w:r>
        <w:rPr>
          <w:b/>
        </w:rPr>
        <w:t xml:space="preserve">[05:45] </w:t>
      </w:r>
      <w:r>
        <w:t>deekhiye, jis ne musalmanon ki jo tareekh likhi gayi baat ko parha hai, us ko pata hai ke</w:t>
      </w:r>
    </w:p>
    <w:p>
      <w:pPr>
        <w:jc w:val="right"/>
      </w:pPr>
      <w:r>
        <w:t>دیکھئے، جس نے مسلمانوں کی جو تاریخ لکھی گئی بات کو پڑھا ہے، اس کو پتہ ہے کہ</w:t>
      </w:r>
    </w:p>
    <w:p>
      <w:r>
        <w:rPr>
          <w:b/>
        </w:rPr>
        <w:t xml:space="preserve">[05:51] </w:t>
      </w:r>
      <w:r>
        <w:t>baad ke zamane mein jo literature bana musalmanon ka, us mein bohat ziyada highlight kiya gaya shahadat ko. shahadat.</w:t>
      </w:r>
    </w:p>
    <w:p>
      <w:pPr>
        <w:jc w:val="right"/>
      </w:pPr>
      <w:r>
        <w:t>بعد کے زمانے میں جو لیٹریچر بنا مسلمانوں کا، اس میں بہت زیادہ ہائی لائٹ کیا گیا شہادت کو۔ شہادت۔</w:t>
      </w:r>
    </w:p>
    <w:p>
      <w:r>
        <w:rPr>
          <w:b/>
        </w:rPr>
        <w:t xml:space="preserve">[05:57] </w:t>
      </w:r>
      <w:r>
        <w:t>yani dushman se larne mein aadmi shaheed ho jaye to usi farz paradise mein jayega.</w:t>
      </w:r>
    </w:p>
    <w:p>
      <w:pPr>
        <w:jc w:val="right"/>
      </w:pPr>
      <w:r>
        <w:t>یعنی دشمن سے لڑنے میں آدمی شہید ہو جائے تو اسی فریضہ پیراڈائز میں جائے گا۔</w:t>
      </w:r>
    </w:p>
    <w:p>
      <w:r>
        <w:rPr>
          <w:b/>
        </w:rPr>
        <w:t xml:space="preserve">[06:03] </w:t>
      </w:r>
      <w:r>
        <w:t>yeh bohat ziyada highlight kiya gaya.</w:t>
      </w:r>
    </w:p>
    <w:p>
      <w:pPr>
        <w:jc w:val="right"/>
      </w:pPr>
      <w:r>
        <w:t>یہ بہت زیادہ ہائی لائٹ کیا گیا۔</w:t>
      </w:r>
    </w:p>
    <w:p>
      <w:r>
        <w:rPr>
          <w:b/>
        </w:rPr>
        <w:t xml:space="preserve">[06:09] </w:t>
      </w:r>
      <w:r>
        <w:t>shahadat matloob maqsood momin, nimaal ghaneemat takshoor kashai.</w:t>
      </w:r>
    </w:p>
    <w:p>
      <w:pPr>
        <w:jc w:val="right"/>
      </w:pPr>
      <w:r>
        <w:t>شہادت مطلوب مقصود مومن، نمال غنیمت تکشور کشائی۔</w:t>
      </w:r>
    </w:p>
    <w:p>
      <w:r>
        <w:rPr>
          <w:b/>
        </w:rPr>
        <w:t xml:space="preserve">[06:15] </w:t>
      </w:r>
      <w:r>
        <w:t>yeh bhara hua hai is is nazariye se baat ko paida hone wala muslim literature.</w:t>
      </w:r>
    </w:p>
    <w:p>
      <w:pPr>
        <w:jc w:val="right"/>
      </w:pPr>
      <w:r>
        <w:t>یہ بھرا ہوا ہے اس اس نظریے سے بات کو پیدا ہونے والا مسلم لیٹریچر۔</w:t>
      </w:r>
    </w:p>
    <w:p>
      <w:r>
        <w:rPr>
          <w:b/>
        </w:rPr>
        <w:t xml:space="preserve">[06:21] </w:t>
      </w:r>
      <w:r>
        <w:t>to lekin woh jo literature hai, woh is mein dushman jo attack kare, us ke bare mein hai.</w:t>
      </w:r>
    </w:p>
    <w:p>
      <w:pPr>
        <w:jc w:val="right"/>
      </w:pPr>
      <w:r>
        <w:t>تو لیکن وہ جو لیٹریچر ہے، وہ اس میں دشمن جو اٹیک کرے، اس کے بارے میں ہے۔</w:t>
      </w:r>
    </w:p>
    <w:p>
      <w:r>
        <w:rPr>
          <w:b/>
        </w:rPr>
        <w:t xml:space="preserve">[06:27] </w:t>
      </w:r>
      <w:r>
        <w:t>yani jo shahadat ki baatein kahi gayi theen pehle, woh us waqt ki theen ke jab ke dushman</w:t>
      </w:r>
    </w:p>
    <w:p>
      <w:pPr>
        <w:jc w:val="right"/>
      </w:pPr>
      <w:r>
        <w:t>یعنی جو شہادت کی باتیں کہی گئی تھیں پہلے، وہ اس وقت کی تھیں کہ جب کہ دشمن</w:t>
      </w:r>
    </w:p>
    <w:p>
      <w:r>
        <w:rPr>
          <w:b/>
        </w:rPr>
        <w:t xml:space="preserve">[06:33] </w:t>
      </w:r>
      <w:r>
        <w:t>attack kare muslim mulk par, aur tab bator defence ke aap larein, to is mein kaha tha woh</w:t>
      </w:r>
    </w:p>
    <w:p>
      <w:pPr>
        <w:jc w:val="right"/>
      </w:pPr>
      <w:r>
        <w:t>اٹیک کرے مسلم ملک پر، اور تب بطور ڈیفنس کے آپ لڑیں، تو اس میں کہا تھا وہ</w:t>
      </w:r>
    </w:p>
    <w:p>
      <w:r>
        <w:rPr>
          <w:b/>
        </w:rPr>
        <w:t xml:space="preserve">[06:39] </w:t>
      </w:r>
      <w:r>
        <w:t>us ko shahadat kaha gaya tha.</w:t>
      </w:r>
    </w:p>
    <w:p>
      <w:pPr>
        <w:jc w:val="right"/>
      </w:pPr>
      <w:r>
        <w:t>اس کو شہادت کہا گیا تھا۔</w:t>
      </w:r>
    </w:p>
    <w:p>
      <w:r>
        <w:rPr>
          <w:b/>
        </w:rPr>
        <w:t xml:space="preserve">[06:45] </w:t>
      </w:r>
      <w:r>
        <w:t>ab kya hai, kham khai swissai bab mein karte hain, woh shahadat hai hi nahi.</w:t>
      </w:r>
    </w:p>
    <w:p>
      <w:pPr>
        <w:jc w:val="right"/>
      </w:pPr>
      <w:r>
        <w:t>اب کیا ہے، خام خائی سوئیسائی باب میں کرتے ہیں، وہ شہادت ہے ہی نہیں۔</w:t>
      </w:r>
    </w:p>
    <w:p>
      <w:r>
        <w:rPr>
          <w:b/>
        </w:rPr>
        <w:t xml:space="preserve">[06:51] </w:t>
      </w:r>
      <w:r>
        <w:t>to mujhe ek hadith yaad aati hai, ek hadith mein hai ke rasool Allah ne farmaya ke ek</w:t>
      </w:r>
    </w:p>
    <w:p>
      <w:pPr>
        <w:jc w:val="right"/>
      </w:pPr>
      <w:r>
        <w:t>تو مجھے ایک حدیث یاد آتی ہے، ایک حدیث میں ہے کہ رسول اللہ نے فرمایا کہ ایک</w:t>
      </w:r>
    </w:p>
    <w:p>
      <w:r>
        <w:rPr>
          <w:b/>
        </w:rPr>
        <w:t xml:space="preserve">[06:57] </w:t>
      </w:r>
      <w:r>
        <w:t>zamana aayega ke jab log sharab ko peena shuru kar denge, sharab piyenge, yani wine.</w:t>
      </w:r>
    </w:p>
    <w:p>
      <w:pPr>
        <w:jc w:val="right"/>
      </w:pPr>
      <w:r>
        <w:t>زمانہ آئے گا کہ جب لوگ شراب کو پینا شروع کر دیں گے، شراب پیئیں گے، یعنی وائن۔</w:t>
      </w:r>
    </w:p>
    <w:p>
      <w:r>
        <w:rPr>
          <w:b/>
        </w:rPr>
        <w:t xml:space="preserve">[07:03] </w:t>
      </w:r>
      <w:r>
        <w:t>to unhone poocha ke wine to Islam mein haram hai, kaise aisa karenge? to rasool Allah</w:t>
      </w:r>
    </w:p>
    <w:p>
      <w:pPr>
        <w:jc w:val="right"/>
      </w:pPr>
      <w:r>
        <w:t>تو انہوں نے پوچھا کہ وائن تو اسلام میں حرام ہے، کیسے ایسا کریں گے؟ تو رسول اللہ</w:t>
      </w:r>
    </w:p>
    <w:p>
      <w:r>
        <w:rPr>
          <w:b/>
        </w:rPr>
        <w:t xml:space="preserve">[07:09] </w:t>
      </w:r>
      <w:r>
        <w:t>ne farmaya ke yasmunaha bighair ismaha thumma istahilunaha.</w:t>
      </w:r>
    </w:p>
    <w:p>
      <w:pPr>
        <w:jc w:val="right"/>
      </w:pPr>
      <w:r>
        <w:t>نے فرمایا کہ یسمونہا بغیر اسمہا ثم استہلونہا۔</w:t>
      </w:r>
    </w:p>
    <w:p>
      <w:r>
        <w:rPr>
          <w:b/>
        </w:rPr>
        <w:t xml:space="preserve">[07:15] </w:t>
      </w:r>
      <w:r>
        <w:t>yani is ka naam kuch aur rakh denge.</w:t>
      </w:r>
    </w:p>
    <w:p>
      <w:pPr>
        <w:jc w:val="right"/>
      </w:pPr>
      <w:r>
        <w:t>یعنی اس کا نام کچھ اور رکھ دیں گے۔</w:t>
      </w:r>
    </w:p>
    <w:p>
      <w:r>
        <w:rPr>
          <w:b/>
        </w:rPr>
        <w:t xml:space="preserve">[07:21] </w:t>
      </w:r>
      <w:r>
        <w:t>maslan is ka naam rakh dein, farz kijiye, woh fruit juice.</w:t>
      </w:r>
    </w:p>
    <w:p>
      <w:pPr>
        <w:jc w:val="right"/>
      </w:pPr>
      <w:r>
        <w:t>مثلاً اس کا نام رکھ دیں، فرض کیجیے، وہ فروٹ جوس۔</w:t>
      </w:r>
    </w:p>
    <w:p>
      <w:r>
        <w:rPr>
          <w:b/>
        </w:rPr>
        <w:t xml:space="preserve">[07:27] </w:t>
      </w:r>
      <w:r>
        <w:t>fruit juice rakh denge aur phir us ko jaiz kar lenge.</w:t>
      </w:r>
    </w:p>
    <w:p>
      <w:pPr>
        <w:jc w:val="right"/>
      </w:pPr>
      <w:r>
        <w:t>فروٹ جوس رکھ دیں گے اور پھر اس کو جائز کر لیں گے۔</w:t>
      </w:r>
    </w:p>
    <w:p>
      <w:r>
        <w:rPr>
          <w:b/>
        </w:rPr>
        <w:t xml:space="preserve">[07:33] </w:t>
      </w:r>
      <w:r>
        <w:t>to yeh yahan par jo sharab ka zikr hai, woh bator symbol ke hai.</w:t>
      </w:r>
    </w:p>
    <w:p>
      <w:pPr>
        <w:jc w:val="right"/>
      </w:pPr>
      <w:r>
        <w:t>تو یہ یہاں پر جو شراب کا ذکر ہے، وہ بطور سمبل کے ہے۔</w:t>
      </w:r>
    </w:p>
    <w:p>
      <w:r>
        <w:rPr>
          <w:b/>
        </w:rPr>
        <w:t xml:space="preserve">[07:39] </w:t>
      </w:r>
      <w:r>
        <w:t>yani bohat si cheezein jo Islam mein jaiz nahi theen, us ko naam badal badal kar ke jaiz karenge.</w:t>
      </w:r>
    </w:p>
    <w:p>
      <w:pPr>
        <w:jc w:val="right"/>
      </w:pPr>
      <w:r>
        <w:t>یعنی بہت سی چیزیں جو اسلام میں جائز نہیں تھیں، اس کو نام بدل بدل کر کے جائز کریں گے۔</w:t>
      </w:r>
    </w:p>
    <w:p>
      <w:r>
        <w:rPr>
          <w:b/>
        </w:rPr>
        <w:t xml:space="preserve">[07:45] </w:t>
      </w:r>
      <w:r>
        <w:t>maslan deekhiye, aaj kal jihad ke naam par bohat ziyada activity hai hi idhar udhar.</w:t>
      </w:r>
    </w:p>
    <w:p>
      <w:pPr>
        <w:jc w:val="right"/>
      </w:pPr>
      <w:r>
        <w:t>مثلاً دیکھئے، آج کل جہاد کے نام پر بہت زیادہ ایکٹیویٹی ہے ہی ادھر ادھر۔</w:t>
      </w:r>
    </w:p>
    <w:p>
      <w:r>
        <w:rPr>
          <w:b/>
        </w:rPr>
        <w:t xml:space="preserve">[07:51] </w:t>
      </w:r>
      <w:r>
        <w:t>woh kaise hain? halanke woh ek qoumi larai hai.</w:t>
      </w:r>
    </w:p>
    <w:p>
      <w:pPr>
        <w:jc w:val="right"/>
      </w:pPr>
      <w:r>
        <w:t>وہ کیسے ہیں؟ حالانکہ وہ ایک قومی لڑائی ہے۔</w:t>
      </w:r>
    </w:p>
    <w:p>
      <w:r>
        <w:rPr>
          <w:b/>
        </w:rPr>
        <w:t xml:space="preserve">[07:57] </w:t>
      </w:r>
      <w:r>
        <w:t>yani qoumi larai ko naam de rakha hai jihad ka.</w:t>
      </w:r>
    </w:p>
    <w:p>
      <w:pPr>
        <w:jc w:val="right"/>
      </w:pPr>
      <w:r>
        <w:t>یعنی قومی لڑائی کو نام دے رکھا ہے جہاد کا۔</w:t>
      </w:r>
    </w:p>
    <w:p>
      <w:r>
        <w:rPr>
          <w:b/>
        </w:rPr>
        <w:t xml:space="preserve">[08:03] </w:t>
      </w:r>
      <w:r>
        <w:t>halanke qoumi larai jihad hoti hi nahi.</w:t>
      </w:r>
    </w:p>
    <w:p>
      <w:pPr>
        <w:jc w:val="right"/>
      </w:pPr>
      <w:r>
        <w:t>حالانکہ قومی لڑائی جہاد ہوتی ہی نہیں۔</w:t>
      </w:r>
    </w:p>
    <w:p>
      <w:r>
        <w:rPr>
          <w:b/>
        </w:rPr>
        <w:t xml:space="preserve">[08:09] </w:t>
      </w:r>
      <w:r>
        <w:t>to qoumi larai lad rahe hain aur kehte hain ke jihad aap kar rahe hain.</w:t>
      </w:r>
    </w:p>
    <w:p>
      <w:pPr>
        <w:jc w:val="right"/>
      </w:pPr>
      <w:r>
        <w:t>تو قومی لڑائی لڑ رہے ہیں اور کہتے ہیں کہ جہاد آپ کر رہے ہیں۔</w:t>
      </w:r>
    </w:p>
    <w:p>
      <w:r>
        <w:rPr>
          <w:b/>
        </w:rPr>
        <w:t xml:space="preserve">[08:15] </w:t>
      </w:r>
      <w:r>
        <w:t>isi tarah bohat si cheezain hain.</w:t>
      </w:r>
    </w:p>
    <w:p>
      <w:pPr>
        <w:jc w:val="right"/>
      </w:pPr>
      <w:r>
        <w:t>اسی طرح بہت سی چیزیں ہیں۔</w:t>
      </w:r>
    </w:p>
    <w:p>
      <w:r>
        <w:rPr>
          <w:b/>
        </w:rPr>
        <w:t xml:space="preserve">[08:21] </w:t>
      </w:r>
      <w:r>
        <w:t>to suicide bombing ka bhi yahi mamla hai ke suicide bombing jo hai, woh Islam mein jaiz hi nahin.</w:t>
      </w:r>
    </w:p>
    <w:p>
      <w:pPr>
        <w:jc w:val="right"/>
      </w:pPr>
      <w:r>
        <w:t>تو سوئیسائیڈ بمبنگ کا بھی یہی معاملہ ہے کہ سوئیسائیڈ بمبنگ جو ہے، وہ اسلام میں جائز ہی نہیں۔</w:t>
      </w:r>
    </w:p>
    <w:p>
      <w:r>
        <w:rPr>
          <w:b/>
        </w:rPr>
        <w:t xml:space="preserve">[08:27] </w:t>
      </w:r>
      <w:r>
        <w:t>lekin is ko naam rakh diya shahadat.</w:t>
      </w:r>
    </w:p>
    <w:p>
      <w:pPr>
        <w:jc w:val="right"/>
      </w:pPr>
      <w:r>
        <w:t>لیکن اس کو نام رکھ دیا شہادت۔</w:t>
      </w:r>
    </w:p>
    <w:p>
      <w:r>
        <w:rPr>
          <w:b/>
        </w:rPr>
        <w:t xml:space="preserve">[08:33] </w:t>
      </w:r>
      <w:r>
        <w:t>woh yeh nahin kehte ke hum suicide bombing kar rahe hain.</w:t>
      </w:r>
    </w:p>
    <w:p>
      <w:pPr>
        <w:jc w:val="right"/>
      </w:pPr>
      <w:r>
        <w:t>وہ یہ نہیں کہتے کہ ہم سوئیسائیڈ بمبنگ کر رہے ہیں۔</w:t>
      </w:r>
    </w:p>
    <w:p>
      <w:r>
        <w:rPr>
          <w:b/>
        </w:rPr>
        <w:t xml:space="preserve">[08:39] </w:t>
      </w:r>
      <w:r>
        <w:t>yeh naam nahin lete woh.</w:t>
      </w:r>
    </w:p>
    <w:p>
      <w:pPr>
        <w:jc w:val="right"/>
      </w:pPr>
      <w:r>
        <w:t>یہ نام نہیں لیتے وہ۔</w:t>
      </w:r>
    </w:p>
    <w:p>
      <w:r>
        <w:rPr>
          <w:b/>
        </w:rPr>
        <w:t xml:space="preserve">[08:45] </w:t>
      </w:r>
      <w:r>
        <w:t>woh kehte hain hum shahadat ke liye lad rahe hain.</w:t>
      </w:r>
    </w:p>
    <w:p>
      <w:pPr>
        <w:jc w:val="right"/>
      </w:pPr>
      <w:r>
        <w:t>وہ کہتے ہیں ہم شہادت کے لیے لڑ رہے ہیں۔</w:t>
      </w:r>
    </w:p>
    <w:p>
      <w:r>
        <w:rPr>
          <w:b/>
        </w:rPr>
        <w:t xml:space="preserve">[08:51] </w:t>
      </w:r>
      <w:r>
        <w:t>to shahadat mein dekhiye, yeh nahin ke aap khud saja kar ke ladein shaheed banne ke liye.</w:t>
      </w:r>
    </w:p>
    <w:p>
      <w:pPr>
        <w:jc w:val="right"/>
      </w:pPr>
      <w:r>
        <w:t>تو شہادت میں دیکھئے، یہ نہیں کہ آپ خود سجا کر کے لڑیں شہید بننے کے لیے۔</w:t>
      </w:r>
    </w:p>
    <w:p>
      <w:r>
        <w:rPr>
          <w:b/>
        </w:rPr>
        <w:t xml:space="preserve">[08:57] </w:t>
      </w:r>
      <w:r>
        <w:t>kuch logon ne fatwa de diya ke suicide bombing ke baray mein ke woh istishhad hai.</w:t>
      </w:r>
    </w:p>
    <w:p>
      <w:pPr>
        <w:jc w:val="right"/>
      </w:pPr>
      <w:r>
        <w:t>کچھ لوگوں نے فتویٰ دے دیا کہ سوئیسائیڈ بمبنگ کے بارے میں کہ وہ استشہاد ہے۔</w:t>
      </w:r>
    </w:p>
    <w:p>
      <w:r>
        <w:rPr>
          <w:b/>
        </w:rPr>
        <w:t xml:space="preserve">[09:03] </w:t>
      </w:r>
      <w:r>
        <w:t>yani shahadat talab karna.</w:t>
      </w:r>
    </w:p>
    <w:p>
      <w:pPr>
        <w:jc w:val="right"/>
      </w:pPr>
      <w:r>
        <w:t>یعنی شہادت طلب کرنا۔</w:t>
      </w:r>
    </w:p>
    <w:p>
      <w:r>
        <w:rPr>
          <w:b/>
        </w:rPr>
        <w:t xml:space="preserve">[09:09] </w:t>
      </w:r>
      <w:r>
        <w:t>to dekhiye, Islam mein shaheed karwana nahin hai, shaheed ho jana hai.</w:t>
      </w:r>
    </w:p>
    <w:p>
      <w:pPr>
        <w:jc w:val="right"/>
      </w:pPr>
      <w:r>
        <w:t>تو دیکھئے، اسلام میں شہید کروانا نہیں ہے، شہید ہو جانا ہے۔</w:t>
      </w:r>
    </w:p>
    <w:p>
      <w:r>
        <w:rPr>
          <w:b/>
        </w:rPr>
        <w:t xml:space="preserve">[09:15] </w:t>
      </w:r>
      <w:r>
        <w:t>woh bhi junoon war mein.</w:t>
      </w:r>
    </w:p>
    <w:p>
      <w:pPr>
        <w:jc w:val="right"/>
      </w:pPr>
      <w:r>
        <w:t>وہ بھی جنون وار میں۔</w:t>
      </w:r>
    </w:p>
    <w:p>
      <w:r>
        <w:rPr>
          <w:b/>
        </w:rPr>
        <w:t xml:space="preserve">[09:21] </w:t>
      </w:r>
      <w:r>
        <w:t>tab is ke liye jannat ki khushkhabri hai.</w:t>
      </w:r>
    </w:p>
    <w:p>
      <w:pPr>
        <w:jc w:val="right"/>
      </w:pPr>
      <w:r>
        <w:t>تب اس کے لیے جنت کی خوشخبری ہے۔</w:t>
      </w:r>
    </w:p>
    <w:p>
      <w:r>
        <w:rPr>
          <w:b/>
        </w:rPr>
        <w:t xml:space="preserve">[09:27] </w:t>
      </w:r>
      <w:r>
        <w:t>to yeh sara false food par base karta hai.</w:t>
      </w:r>
    </w:p>
    <w:p>
      <w:pPr>
        <w:jc w:val="right"/>
      </w:pPr>
      <w:r>
        <w:t>تو یہ سارا فالس فوڈ پر بیس کرتا ہے۔</w:t>
      </w:r>
    </w:p>
    <w:p>
      <w:r>
        <w:rPr>
          <w:b/>
        </w:rPr>
        <w:t xml:space="preserve">[09:33] </w:t>
      </w:r>
      <w:r>
        <w:t>ہمیں لوگوں کے mindset کو بدلنا پڑے گا۔</w:t>
      </w:r>
    </w:p>
    <w:p>
      <w:pPr>
        <w:jc w:val="right"/>
      </w:pPr>
      <w:r>
        <w:t>ہمیں لوگوں کے مائنڈ سیٹ کو بدلنا پڑے گا۔</w:t>
      </w:r>
    </w:p>
    <w:p>
      <w:r>
        <w:rPr>
          <w:b/>
        </w:rPr>
        <w:t xml:space="preserve">[09:39] </w:t>
      </w:r>
      <w:r>
        <w:t>warna yeh yeh in ka yeh yeh tashaddud jari rahe ga.</w:t>
      </w:r>
    </w:p>
    <w:p>
      <w:pPr>
        <w:jc w:val="right"/>
      </w:pPr>
      <w:r>
        <w:t>ورنہ یہ یہ ان کا یہ یہ تشدد جاری رہے گا۔</w:t>
      </w:r>
    </w:p>
    <w:p>
      <w:r>
        <w:rPr>
          <w:b/>
        </w:rPr>
        <w:t xml:space="preserve">[09:46] </w:t>
      </w:r>
      <w:r>
        <w:t>but molana sahib, many of these terrorists justify the violence by saying that it is their way of showing the protest for violence that is being done on their brothers and sisters. so they say that because their brothers and sisters are being oppressed, so this is our way of showing the protest. so what would you say to that?</w:t>
      </w:r>
    </w:p>
    <w:p>
      <w:pPr>
        <w:jc w:val="right"/>
      </w:pPr>
      <w:r>
        <w:t>بٹ مولانا صاحب، مینی آف دیز ٹیررسٹ جسٹیفائی دی وائلنس بائی سینگ دیٹ اٹ از دیر وے آف شوئنگ دا پروٹیسٹ فار وائلنس دیٹ از بینگ ڈن آن دیر برادرز اینڈ سسٹرز۔ سو دے سے دیٹ بیکاز دیر برادرز اینڈ سسٹرز آر بینگ اپریسڈ، سو دس از آر وے آف شوئنگ دا پروٹیسٹ۔ سو واٹ وڈ یو سے ٹو دیٹ؟</w:t>
      </w:r>
    </w:p>
    <w:p>
      <w:r>
        <w:rPr>
          <w:b/>
        </w:rPr>
        <w:t xml:space="preserve">[10:08] </w:t>
      </w:r>
      <w:r>
        <w:t>dekhiye, protest jis ko kehte hain na, protest, ehtijaj, woh to Islam mein jaiz hi nahin.</w:t>
      </w:r>
    </w:p>
    <w:p>
      <w:pPr>
        <w:jc w:val="right"/>
      </w:pPr>
      <w:r>
        <w:t>دیکھئے، پروٹیسٹ جس کو کہتے ہیں نا، پروٹیسٹ، احتجاج، وہ تو اسلام میں جائز ہی نہیں۔</w:t>
      </w:r>
    </w:p>
    <w:p>
      <w:r>
        <w:rPr>
          <w:b/>
        </w:rPr>
        <w:t xml:space="preserve">[10:13] </w:t>
      </w:r>
      <w:r>
        <w:t>kisi bhi wajah se protest jaiz nahin.</w:t>
      </w:r>
    </w:p>
    <w:p>
      <w:pPr>
        <w:jc w:val="right"/>
      </w:pPr>
      <w:r>
        <w:t>کسی بھی وجہ سے پروٹیسٹ جائز نہیں۔</w:t>
      </w:r>
    </w:p>
    <w:p>
      <w:r>
        <w:rPr>
          <w:b/>
        </w:rPr>
        <w:t xml:space="preserve">[10:18] </w:t>
      </w:r>
      <w:r>
        <w:t>misalan dekhiye, Makkah mein Kaaba ke andar unhon ne but rakh diya tha.</w:t>
      </w:r>
    </w:p>
    <w:p>
      <w:pPr>
        <w:jc w:val="right"/>
      </w:pPr>
      <w:r>
        <w:t>مثلاً دیکھئے، مکہ میں کعبہ کے اندر انہوں نے بت رکھ دیا تھا۔</w:t>
      </w:r>
    </w:p>
    <w:p>
      <w:r>
        <w:rPr>
          <w:b/>
        </w:rPr>
        <w:t xml:space="preserve">[10:23] </w:t>
      </w:r>
      <w:r>
        <w:t>to Rasool Allah ne protest nahin kiya.</w:t>
      </w:r>
    </w:p>
    <w:p>
      <w:pPr>
        <w:jc w:val="right"/>
      </w:pPr>
      <w:r>
        <w:t>تو رسول اللہ نے پروٹیسٹ نہیں کیا۔</w:t>
      </w:r>
    </w:p>
    <w:p>
      <w:r>
        <w:rPr>
          <w:b/>
        </w:rPr>
        <w:t xml:space="preserve">[10:28] </w:t>
      </w:r>
      <w:r>
        <w:t>is se bari baat kya ho sakti hai? ke muqaddas Kaaba ke andar sankaron but rakh diye jayein.</w:t>
      </w:r>
    </w:p>
    <w:p>
      <w:pPr>
        <w:jc w:val="right"/>
      </w:pPr>
      <w:r>
        <w:t>اس سے بڑی بات کیا ہو سکتی ہے؟ کہ مقدس کعبہ کے اندر سینکڑوں بت رکھ دیے جائیں۔</w:t>
      </w:r>
    </w:p>
    <w:p>
      <w:r>
        <w:rPr>
          <w:b/>
        </w:rPr>
        <w:t xml:space="preserve">[10:33] </w:t>
      </w:r>
      <w:r>
        <w:t>is se ziyada buri baat kya ho sakti hai? lekin Rasool Allah ne ya Sahaba ne kabhi protest nahin kiya.</w:t>
      </w:r>
    </w:p>
    <w:p>
      <w:pPr>
        <w:jc w:val="right"/>
      </w:pPr>
      <w:r>
        <w:t>اس سے زیادہ بری بات کیا ہو سکتی ہے؟ لیکن رسول اللہ نے یا صحابہ نے کبھی پروٹیسٹ نہیں کیا۔</w:t>
      </w:r>
    </w:p>
    <w:p>
      <w:r>
        <w:rPr>
          <w:b/>
        </w:rPr>
        <w:t xml:space="preserve">[10:38] </w:t>
      </w:r>
      <w:r>
        <w:t>to protest khud hi Islam mein jaiz nahin hai.</w:t>
      </w:r>
    </w:p>
    <w:p>
      <w:pPr>
        <w:jc w:val="right"/>
      </w:pPr>
      <w:r>
        <w:t>تو پروٹیسٹ خود ہی اسلام میں جائز نہیں ہے۔</w:t>
      </w:r>
    </w:p>
    <w:p>
      <w:r>
        <w:rPr>
          <w:b/>
        </w:rPr>
        <w:t xml:space="preserve">[10:43] </w:t>
      </w:r>
      <w:r>
        <w:t>kisi junoon wajah ke liye bhi jaiz nahin hai.</w:t>
      </w:r>
    </w:p>
    <w:p>
      <w:pPr>
        <w:jc w:val="right"/>
      </w:pPr>
      <w:r>
        <w:t>کسی جنون وجہ کے لیے بھی جائز نہیں ہے۔</w:t>
      </w:r>
    </w:p>
    <w:p>
      <w:r>
        <w:rPr>
          <w:b/>
        </w:rPr>
        <w:t xml:space="preserve">[10:48] </w:t>
      </w:r>
      <w:r>
        <w:t>to jo log protest karte hain, is ko Islam se justify karte hain, woh sab bilkul baseless hai.</w:t>
      </w:r>
    </w:p>
    <w:p>
      <w:pPr>
        <w:jc w:val="right"/>
      </w:pPr>
      <w:r>
        <w:t>تو جو لوگ پروٹیسٹ کرتے ہیں، اس کو اسلام سے جسٹیفائی کرتے ہیں، وہ سب بالکل بیسلیس ہے۔</w:t>
      </w:r>
    </w:p>
    <w:p>
      <w:r>
        <w:rPr>
          <w:b/>
        </w:rPr>
        <w:t xml:space="preserve">[10:53] </w:t>
      </w:r>
      <w:r>
        <w:t>is ka Islam se koi ta'alluq nahin hai.</w:t>
      </w:r>
    </w:p>
    <w:p>
      <w:pPr>
        <w:jc w:val="right"/>
      </w:pPr>
      <w:r>
        <w:t>اس کا اسلام سے کوئی تعلق نہیں ہے۔</w:t>
      </w:r>
    </w:p>
    <w:p>
      <w:r>
        <w:rPr>
          <w:b/>
        </w:rPr>
        <w:t xml:space="preserve">[10:58] </w:t>
      </w:r>
      <w:r>
        <w:t>ji. molana sahib, what is the prophet of Islam's teaching on what one should do when one is being oppressed? what is your say on this?</w:t>
      </w:r>
    </w:p>
    <w:p>
      <w:pPr>
        <w:jc w:val="right"/>
      </w:pPr>
      <w:r>
        <w:t>جی۔ مولانا صاحب، واٹ از دی پرافٹ آف اسلامز ٹیچنگ آن واٹ ون شوڈ ڈو وین ون از بینگ اپریسڈ؟ واٹ از یور سے آن دس؟</w:t>
      </w:r>
    </w:p>
    <w:p>
      <w:r>
        <w:rPr>
          <w:b/>
        </w:rPr>
        <w:t xml:space="preserve">[11:09] </w:t>
      </w:r>
      <w:r>
        <w:t>main samajhta hoon ke koi aap ko aap ke khilaf kuch nahin kar raha hai.</w:t>
      </w:r>
    </w:p>
    <w:p>
      <w:pPr>
        <w:jc w:val="right"/>
      </w:pPr>
      <w:r>
        <w:t>میں سمجھتا ہوں کہ کوئی آپ کو آپ کے خلاف کچھ نہیں کر رہا ہے۔</w:t>
      </w:r>
    </w:p>
    <w:p>
      <w:r>
        <w:rPr>
          <w:b/>
        </w:rPr>
        <w:t xml:space="preserve">[11:14] </w:t>
      </w:r>
      <w:r>
        <w:t>yeh musalmanon ka khud sakhta soch hai ke hum ko dabaya ja raha hai, hum ko zulm kiya</w:t>
      </w:r>
    </w:p>
    <w:p>
      <w:pPr>
        <w:jc w:val="right"/>
      </w:pPr>
      <w:r>
        <w:t>یہ مسلمانوں کا خود ساختہ سوچ ہے کہ ہم کو دبایا جا رہا ہے، ہم کو ظلم کیا</w:t>
      </w:r>
    </w:p>
    <w:p>
      <w:r>
        <w:rPr>
          <w:b/>
        </w:rPr>
        <w:t xml:space="preserve">[11:19] </w:t>
      </w:r>
      <w:r>
        <w:t>ja raha hai.</w:t>
      </w:r>
    </w:p>
    <w:p>
      <w:pPr>
        <w:jc w:val="right"/>
      </w:pPr>
      <w:r>
        <w:t>جا رہا ہے۔</w:t>
      </w:r>
    </w:p>
    <w:p>
      <w:r>
        <w:rPr>
          <w:b/>
        </w:rPr>
        <w:t xml:space="preserve">[11:24] </w:t>
      </w:r>
      <w:r>
        <w:t>kahin kuch nahi hai.</w:t>
      </w:r>
    </w:p>
    <w:p>
      <w:pPr>
        <w:jc w:val="right"/>
      </w:pPr>
      <w:r>
        <w:t>کہیں کچھ نہیں ہے۔</w:t>
      </w:r>
    </w:p>
    <w:p>
      <w:r>
        <w:rPr>
          <w:b/>
        </w:rPr>
        <w:t xml:space="preserve">[11:29] </w:t>
      </w:r>
      <w:r>
        <w:t>daikhiye, yeh dunya jo hai, yeh age of, is ko kehte hain age of consumerism.</w:t>
      </w:r>
    </w:p>
    <w:p>
      <w:pPr>
        <w:jc w:val="right"/>
      </w:pPr>
      <w:r>
        <w:t>دیکھئے، یہ دنیا جو ہے، یہ ایج آف، اس کو کہتے ہیں ایج آف کنزیومرزم۔</w:t>
      </w:r>
    </w:p>
    <w:p>
      <w:r>
        <w:rPr>
          <w:b/>
        </w:rPr>
        <w:t xml:space="preserve">[11:34] </w:t>
      </w:r>
      <w:r>
        <w:t>to aaj ki dunya mein jo developed countries hain, wo un ka civil consent kya hai? apna saman</w:t>
      </w:r>
    </w:p>
    <w:p>
      <w:pPr>
        <w:jc w:val="right"/>
      </w:pPr>
      <w:r>
        <w:t>تو آج کی دنیا میں جو ڈویلپ کنٹریز ہیں، وہ ان کا سول کنسنٹ کیا ہے؟ اپنا سامان</w:t>
      </w:r>
    </w:p>
    <w:p>
      <w:r>
        <w:rPr>
          <w:b/>
        </w:rPr>
        <w:t xml:space="preserve">[11:39] </w:t>
      </w:r>
      <w:r>
        <w:t>banayein, is ko dunya mein market mein bechein.</w:t>
      </w:r>
    </w:p>
    <w:p>
      <w:pPr>
        <w:jc w:val="right"/>
      </w:pPr>
      <w:r>
        <w:t>بنائیں، اس کو دنیا میں مارکیٹ میں بیچیں۔</w:t>
      </w:r>
    </w:p>
    <w:p>
      <w:r>
        <w:rPr>
          <w:b/>
        </w:rPr>
        <w:t xml:space="preserve">[11:44] </w:t>
      </w:r>
      <w:r>
        <w:t>america mein bhi kaha jata hai ke business of America is business.</w:t>
      </w:r>
    </w:p>
    <w:p>
      <w:pPr>
        <w:jc w:val="right"/>
      </w:pPr>
      <w:r>
        <w:t>امریکہ میں بھی کہا جاتا ہے کہ بزنس آف امریکہ از بزنس۔</w:t>
      </w:r>
    </w:p>
    <w:p>
      <w:r>
        <w:rPr>
          <w:b/>
        </w:rPr>
        <w:t xml:space="preserve">[11:49] </w:t>
      </w:r>
      <w:r>
        <w:t>kyunke un ko apna liye market chahiye.</w:t>
      </w:r>
    </w:p>
    <w:p>
      <w:pPr>
        <w:jc w:val="right"/>
      </w:pPr>
      <w:r>
        <w:t>کیونکہ ان کو اپنا لیے مارکیٹ چاہیے۔</w:t>
      </w:r>
    </w:p>
    <w:p>
      <w:r>
        <w:rPr>
          <w:b/>
        </w:rPr>
        <w:t xml:space="preserve">[11:55] </w:t>
      </w:r>
      <w:r>
        <w:t>un ko apne liye market chahiye.</w:t>
      </w:r>
    </w:p>
    <w:p>
      <w:pPr>
        <w:jc w:val="right"/>
      </w:pPr>
      <w:r>
        <w:t>ان کو اپنے لیے مارکیٹ چاہیے۔</w:t>
      </w:r>
    </w:p>
    <w:p>
      <w:r>
        <w:rPr>
          <w:b/>
        </w:rPr>
        <w:t xml:space="preserve">[12:00] </w:t>
      </w:r>
      <w:r>
        <w:t>aur kuch hi chahiye.</w:t>
      </w:r>
    </w:p>
    <w:p>
      <w:pPr>
        <w:jc w:val="right"/>
      </w:pPr>
      <w:r>
        <w:t>اور کچھ ہی چاہیے۔</w:t>
      </w:r>
    </w:p>
    <w:p>
      <w:r>
        <w:rPr>
          <w:b/>
        </w:rPr>
        <w:t xml:space="preserve">[12:05] </w:t>
      </w:r>
      <w:r>
        <w:t>to market to khula hua hai.</w:t>
      </w:r>
    </w:p>
    <w:p>
      <w:pPr>
        <w:jc w:val="right"/>
      </w:pPr>
      <w:r>
        <w:t>تو مارکیٹ تو کھلا ہوا ہے۔</w:t>
      </w:r>
    </w:p>
    <w:p>
      <w:r>
        <w:rPr>
          <w:b/>
        </w:rPr>
        <w:t xml:space="preserve">[12:10] </w:t>
      </w:r>
      <w:r>
        <w:t>kyun larai karenge wo? yani wo larai kyun karenge jab market khula hua hai aur koi</w:t>
      </w:r>
    </w:p>
    <w:p>
      <w:pPr>
        <w:jc w:val="right"/>
      </w:pPr>
      <w:r>
        <w:t>کیوں لڑائی کریں گے وہ؟ یعنی وہ لڑائی کیوں کریں گے جب مارکیٹ کھلا ہوا ہے اور کوئی</w:t>
      </w:r>
    </w:p>
    <w:p>
      <w:r>
        <w:rPr>
          <w:b/>
        </w:rPr>
        <w:t xml:space="preserve">[12:15] </w:t>
      </w:r>
      <w:r>
        <w:t>rukawat nahi hai? larai kyun karenge? yeh to musalmanon ka khud hi khud bana liya hai mind</w:t>
      </w:r>
    </w:p>
    <w:p>
      <w:pPr>
        <w:jc w:val="right"/>
      </w:pPr>
      <w:r>
        <w:t>رکاوٹ نہیں ہے؟ لڑائی کیوں کریں گے؟ یہ تو مسلمانوں کا خود ہی خود بنا لیا ہے مائنڈ</w:t>
      </w:r>
    </w:p>
    <w:p>
      <w:r>
        <w:rPr>
          <w:b/>
        </w:rPr>
        <w:t xml:space="preserve">[12:20] </w:t>
      </w:r>
      <w:r>
        <w:t>mein apne ke log hum par zulm karte hain, hamare paas hum ko dabate hain, kuch kuch bhi nahi.</w:t>
      </w:r>
    </w:p>
    <w:p>
      <w:pPr>
        <w:jc w:val="right"/>
      </w:pPr>
      <w:r>
        <w:t>میں اپنے کہ لوگ ہم پر ظلم کرتے ہیں، ہمارے پاس ہم کو دباتے ہیں، کچھ کچھ بھی نہیں۔</w:t>
      </w:r>
    </w:p>
    <w:p>
      <w:r>
        <w:rPr>
          <w:b/>
        </w:rPr>
        <w:t xml:space="preserve">[12:25] </w:t>
      </w:r>
      <w:r>
        <w:t>agar koi kahin hai to wo bator retaliation hai, bas aur is se zyada is ki koi zulm.</w:t>
      </w:r>
    </w:p>
    <w:p>
      <w:pPr>
        <w:jc w:val="right"/>
      </w:pPr>
      <w:r>
        <w:t>اگر کوئی کہیں ہے تو وہ بطور ریٹیلیشن ہے، بس اور اس سے زیادہ اس کی کوئی ظلم۔</w:t>
      </w:r>
    </w:p>
    <w:p>
      <w:r>
        <w:rPr>
          <w:b/>
        </w:rPr>
        <w:t xml:space="preserve">[12:30] </w:t>
      </w:r>
      <w:r>
        <w:t>yani zulm ka naam rakh diya, retaliation ka naam rakh diya zulm.</w:t>
      </w:r>
    </w:p>
    <w:p>
      <w:pPr>
        <w:jc w:val="right"/>
      </w:pPr>
      <w:r>
        <w:t>یعنی ظلم کا نام رکھ دیا، ریٹیلیشن کا کا نام رکھ دیا ظلم۔</w:t>
      </w:r>
    </w:p>
    <w:p>
      <w:r>
        <w:rPr>
          <w:b/>
        </w:rPr>
        <w:t xml:space="preserve">[12:35] </w:t>
      </w:r>
      <w:r>
        <w:t>jo hota hai wo retaliation hota hai, wo zulm nahi hota hai.</w:t>
      </w:r>
    </w:p>
    <w:p>
      <w:pPr>
        <w:jc w:val="right"/>
      </w:pPr>
      <w:r>
        <w:t>جو ہوتا ہے وہ ریٹیلیشن ہوتا ہے، وہ ظلم نہیں ہوتا ہے۔</w:t>
      </w:r>
    </w:p>
    <w:p>
      <w:r>
        <w:rPr>
          <w:b/>
        </w:rPr>
        <w:t xml:space="preserve">[12:41] </w:t>
      </w:r>
      <w:r>
        <w:t>ji. but molana sahib, can a person fight if one's right is being taken away? for example, many Muslims say that in some countries they are not given full rights, so they protest, which eventually culminates to violence. so what would you say to this?</w:t>
      </w:r>
    </w:p>
    <w:p>
      <w:pPr>
        <w:jc w:val="right"/>
      </w:pPr>
      <w:r>
        <w:t>جی۔ بٹ مولانا صاحب، کین ا پرسن فائٹ اف ونز رائٹ از بینگ ٹیکن اوے؟ فار ایگزامپل، مینی مسلم سے دیٹ ان سم کنٹریز دے آر ناٹ گیون فل رائٹس، سو دے پروٹیسٹ، وچ ایونچولی کلمینیٹس ٹو وائلنس۔ سو واٹ وڈ یو سے ٹو دس؟</w:t>
      </w:r>
    </w:p>
    <w:p>
      <w:r>
        <w:rPr>
          <w:b/>
        </w:rPr>
        <w:t xml:space="preserve">[12:59] </w:t>
      </w:r>
      <w:r>
        <w:t>de right ke liye jang karna ya muzahira karna, protest karna, yeh hai hi nahi Islam mein.</w:t>
      </w:r>
    </w:p>
    <w:p>
      <w:pPr>
        <w:jc w:val="right"/>
      </w:pPr>
      <w:r>
        <w:t>دے رائٹ کے لیے جنگ کرنا یا مظاہرہ کرنا، پروٹیسٹ کرنا، یہ ہے ہی نہیں اسلام میں۔</w:t>
      </w:r>
    </w:p>
    <w:p>
      <w:r>
        <w:rPr>
          <w:b/>
        </w:rPr>
        <w:t xml:space="preserve">[13:04] </w:t>
      </w:r>
      <w:r>
        <w:t>daikhiye, Bukhari mein riwayat hai.</w:t>
      </w:r>
    </w:p>
    <w:p>
      <w:pPr>
        <w:jc w:val="right"/>
      </w:pPr>
      <w:r>
        <w:t>دیکھئے، بخاری میں روایت ہے۔</w:t>
      </w:r>
    </w:p>
    <w:p>
      <w:r>
        <w:rPr>
          <w:b/>
        </w:rPr>
        <w:t xml:space="preserve">[13:09] </w:t>
      </w:r>
      <w:r>
        <w:t>is ka matlab yeh hai ke hukmaran ko is ka haq do aur tumhara jo haq hai wo</w:t>
      </w:r>
    </w:p>
    <w:p>
      <w:pPr>
        <w:jc w:val="right"/>
      </w:pPr>
      <w:r>
        <w:t>اس کا مطلب یہ ہے کہ حکمران کو اس کا حق دو اور تمہارا جو حق ہے وہ</w:t>
      </w:r>
    </w:p>
    <w:p>
      <w:r>
        <w:rPr>
          <w:b/>
        </w:rPr>
        <w:t xml:space="preserve">[13:14] </w:t>
      </w:r>
      <w:r>
        <w:t>Allah se mango.</w:t>
      </w:r>
    </w:p>
    <w:p>
      <w:pPr>
        <w:jc w:val="right"/>
      </w:pPr>
      <w:r>
        <w:t>اللہ سے مانگو۔</w:t>
      </w:r>
    </w:p>
    <w:p>
      <w:r>
        <w:rPr>
          <w:b/>
        </w:rPr>
        <w:t xml:space="preserve">[13:19] </w:t>
      </w:r>
      <w:r>
        <w:t>bohat ajeeb baat hai.</w:t>
      </w:r>
    </w:p>
    <w:p>
      <w:pPr>
        <w:jc w:val="right"/>
      </w:pPr>
      <w:r>
        <w:t>بہت عجیب بات ہے۔</w:t>
      </w:r>
    </w:p>
    <w:p>
      <w:r>
        <w:rPr>
          <w:b/>
        </w:rPr>
        <w:t xml:space="preserve">[13:24] </w:t>
      </w:r>
      <w:r>
        <w:t>yani hukmaran jo hai, is ka jo haq hai, do to aur apna haq to agar tumhara jo</w:t>
      </w:r>
    </w:p>
    <w:p>
      <w:pPr>
        <w:jc w:val="right"/>
      </w:pPr>
      <w:r>
        <w:t>یعنی حکمران جو ہے، اس کا جو حق ہے، دو تو اور اپنا حق تو اگر تمہارا جو</w:t>
      </w:r>
    </w:p>
    <w:p>
      <w:r>
        <w:rPr>
          <w:b/>
        </w:rPr>
        <w:t xml:space="preserve">[13:30] </w:t>
      </w:r>
      <w:r>
        <w:t>hai, us ko Allah se mango.</w:t>
      </w:r>
    </w:p>
    <w:p>
      <w:pPr>
        <w:jc w:val="right"/>
      </w:pPr>
      <w:r>
        <w:t>ہے، اس کو اللہ سے مانگو۔</w:t>
      </w:r>
    </w:p>
    <w:p>
      <w:r>
        <w:rPr>
          <w:b/>
        </w:rPr>
        <w:t xml:space="preserve">[13:35] </w:t>
      </w:r>
      <w:r>
        <w:t>to Islam mein to protest hai hi nahi, right activism hai hi nahi Islam mein.</w:t>
      </w:r>
    </w:p>
    <w:p>
      <w:pPr>
        <w:jc w:val="right"/>
      </w:pPr>
      <w:r>
        <w:t>تو اسلام میں تو پروٹیسٹ ہے ہی نہیں، رائٹ ایکٹیویزم ہے ہی نہیں اسلام میں۔</w:t>
      </w:r>
    </w:p>
    <w:p>
      <w:r>
        <w:rPr>
          <w:b/>
        </w:rPr>
        <w:t xml:space="preserve">[13:40] </w:t>
      </w:r>
      <w:r>
        <w:t>hai hi nahi woh.</w:t>
      </w:r>
    </w:p>
    <w:p>
      <w:pPr>
        <w:jc w:val="right"/>
      </w:pPr>
      <w:r>
        <w:t>ہے ہی نہیں وہ۔</w:t>
      </w:r>
    </w:p>
    <w:p>
      <w:r>
        <w:rPr>
          <w:b/>
        </w:rPr>
        <w:t xml:space="preserve">[13:45] </w:t>
      </w:r>
      <w:r>
        <w:t>aap ko jo kisi kisi country mein aap rehte hain, us country mein aap par jo jo wajibat</w:t>
      </w:r>
    </w:p>
    <w:p>
      <w:pPr>
        <w:jc w:val="right"/>
      </w:pPr>
      <w:r>
        <w:t>آپ کو جو کسی کسی کنٹری میں آپ رہتے ہیں، اس کنٹری میں آپ پر جو جو واجبات</w:t>
      </w:r>
    </w:p>
    <w:p>
      <w:r>
        <w:rPr>
          <w:b/>
        </w:rPr>
        <w:t xml:space="preserve">[13:50] </w:t>
      </w:r>
      <w:r>
        <w:t>hain, qanoon ke mutabiq, us ko aap ada kijiye.</w:t>
      </w:r>
    </w:p>
    <w:p>
      <w:pPr>
        <w:jc w:val="right"/>
      </w:pPr>
      <w:r>
        <w:t>ہیں، قانون کے مطابق، اس کو آپ ادا کیجئے۔</w:t>
      </w:r>
    </w:p>
    <w:p>
      <w:r>
        <w:rPr>
          <w:b/>
        </w:rPr>
        <w:t xml:space="preserve">[13:56] </w:t>
      </w:r>
      <w:r>
        <w:t>aur aap yeh mehsoos karte hain ke aap ka kuch haq nahi mil raha aap ko, to us</w:t>
      </w:r>
    </w:p>
    <w:p>
      <w:pPr>
        <w:jc w:val="right"/>
      </w:pPr>
      <w:r>
        <w:t>اور آپ یہ محسوس کرتے ہیں کہ آپ کا کچھ حق نہیں مل رہا آپ کو، تو اس</w:t>
      </w:r>
    </w:p>
    <w:p>
      <w:r>
        <w:rPr>
          <w:b/>
        </w:rPr>
        <w:t xml:space="preserve">[14:01] </w:t>
      </w:r>
      <w:r>
        <w:t>ke liye Allah se dua kijiye.</w:t>
      </w:r>
    </w:p>
    <w:p>
      <w:pPr>
        <w:jc w:val="right"/>
      </w:pPr>
      <w:r>
        <w:t>کے لیے اللہ سے دعا کیجئے۔</w:t>
      </w:r>
    </w:p>
    <w:p>
      <w:r>
        <w:rPr>
          <w:b/>
        </w:rPr>
        <w:t xml:space="preserve">[14:06] </w:t>
      </w:r>
      <w:r>
        <w:t>Allah se dua kijiye ke woh aap halaat durust kar de.</w:t>
      </w:r>
    </w:p>
    <w:p>
      <w:pPr>
        <w:jc w:val="right"/>
      </w:pPr>
      <w:r>
        <w:t>اللہ سے دعا کیجئے کہ وہ آپ حالات درست کر دے۔</w:t>
      </w:r>
    </w:p>
    <w:p>
      <w:r>
        <w:rPr>
          <w:b/>
        </w:rPr>
        <w:t xml:space="preserve">[14:11] </w:t>
      </w:r>
      <w:r>
        <w:t>Islam mein yeh hai hi nahi ke aap right ke liye hangama karen.</w:t>
      </w:r>
    </w:p>
    <w:p>
      <w:pPr>
        <w:jc w:val="right"/>
      </w:pPr>
      <w:r>
        <w:t>اسلام میں یہ ہے ہی نہیں کہ آپ رائٹ کے لیے ہنگامہ کریں۔</w:t>
      </w:r>
    </w:p>
    <w:p>
      <w:r>
        <w:rPr>
          <w:b/>
        </w:rPr>
        <w:t xml:space="preserve">[14:16] </w:t>
      </w:r>
      <w:r>
        <w:t>bilkul ناجائز hai Islam mein.</w:t>
      </w:r>
    </w:p>
    <w:p>
      <w:pPr>
        <w:jc w:val="right"/>
      </w:pPr>
      <w:r>
        <w:t>بالکل ناجائز ہے اسلام میں۔</w:t>
      </w:r>
    </w:p>
    <w:p>
      <w:r>
        <w:rPr>
          <w:b/>
        </w:rPr>
        <w:t xml:space="preserve">[14:22] </w:t>
      </w:r>
      <w:r>
        <w:t>ji. molana sahib, another phenomena is that many Muslims are angry with the west. they say that they they are intervening in the Muslim world. and it is for this reason that they attack western people. so how would you respond to this?</w:t>
      </w:r>
    </w:p>
    <w:p>
      <w:pPr>
        <w:jc w:val="right"/>
      </w:pPr>
      <w:r>
        <w:t>جی۔ مولانا صاحب، انادر فینومینا از دیٹ مینی مسلمز آر اینگری ود دا ویسٹ۔ دے سے دیٹ دے دے آر انٹرویننگ ان دا مسلم ورلڈ۔ اینڈ اٹ از فار دس ریزن دیٹ دے اٹیک ویسٹرن پیپل۔ سو ہاؤ وڈ یو ریسپانڈ ٹو دس؟</w:t>
      </w:r>
    </w:p>
    <w:p>
      <w:r>
        <w:rPr>
          <w:b/>
        </w:rPr>
        <w:t xml:space="preserve">[14:40] </w:t>
      </w:r>
      <w:r>
        <w:t>mein is theory ko nahi manta ke woh intervene karte hain muslim hukoomaton mein.</w:t>
      </w:r>
    </w:p>
    <w:p>
      <w:pPr>
        <w:jc w:val="right"/>
      </w:pPr>
      <w:r>
        <w:t>میں اس تھیوری کو نہیں مانتا کہ وہ انٹروین کرتے ہیں مسلم حکومتوں میں۔</w:t>
      </w:r>
    </w:p>
    <w:p>
      <w:r>
        <w:rPr>
          <w:b/>
        </w:rPr>
        <w:t xml:space="preserve">[14:44] </w:t>
      </w:r>
      <w:r>
        <w:t>bilkul galat baat hai.</w:t>
      </w:r>
    </w:p>
    <w:p>
      <w:pPr>
        <w:jc w:val="right"/>
      </w:pPr>
      <w:r>
        <w:t>بالکل غلط بات ہے۔</w:t>
      </w:r>
    </w:p>
    <w:p>
      <w:r>
        <w:rPr>
          <w:b/>
        </w:rPr>
        <w:t xml:space="preserve">[14:48] </w:t>
      </w:r>
      <w:r>
        <w:t>beseless baat hai.</w:t>
      </w:r>
    </w:p>
    <w:p>
      <w:pPr>
        <w:jc w:val="right"/>
      </w:pPr>
      <w:r>
        <w:t>بیسلیس بات ہے۔</w:t>
      </w:r>
    </w:p>
    <w:p>
      <w:r>
        <w:rPr>
          <w:b/>
        </w:rPr>
        <w:t xml:space="preserve">[14:52] </w:t>
      </w:r>
      <w:r>
        <w:t>khud hi khud samajh liya ke woh intervene karte hain.</w:t>
      </w:r>
    </w:p>
    <w:p>
      <w:pPr>
        <w:jc w:val="right"/>
      </w:pPr>
      <w:r>
        <w:t>خود ہی خود سمجھ لیا کہ وہ انٹروین کرتے ہیں۔</w:t>
      </w:r>
    </w:p>
    <w:p>
      <w:r>
        <w:rPr>
          <w:b/>
        </w:rPr>
        <w:t xml:space="preserve">[14:56] </w:t>
      </w:r>
      <w:r>
        <w:t>woh jo kuch hai, woh sab retaliation hai.</w:t>
      </w:r>
    </w:p>
    <w:p>
      <w:pPr>
        <w:jc w:val="right"/>
      </w:pPr>
      <w:r>
        <w:t>وہ جو کچھ ہے، وہ سب ریٹیلیشن ہے۔</w:t>
      </w:r>
    </w:p>
    <w:p>
      <w:r>
        <w:rPr>
          <w:b/>
        </w:rPr>
        <w:t xml:space="preserve">[15:00] </w:t>
      </w:r>
      <w:r>
        <w:t>aap jab koi pathar marenge to woh.</w:t>
      </w:r>
    </w:p>
    <w:p>
      <w:pPr>
        <w:jc w:val="right"/>
      </w:pPr>
      <w:r>
        <w:t>آپ جب کوئی پتھر ماریں گے تو وہ۔</w:t>
      </w:r>
    </w:p>
    <w:p>
      <w:r>
        <w:rPr>
          <w:b/>
        </w:rPr>
        <w:t xml:space="preserve">[15:04] </w:t>
      </w:r>
      <w:r>
        <w:t>woh bomb marega aap ko.</w:t>
      </w:r>
    </w:p>
    <w:p>
      <w:pPr>
        <w:jc w:val="right"/>
      </w:pPr>
      <w:r>
        <w:t>وہ بم مارے گا آپ کو۔</w:t>
      </w:r>
    </w:p>
    <w:p>
      <w:r>
        <w:rPr>
          <w:b/>
        </w:rPr>
        <w:t xml:space="preserve">[15:08] </w:t>
      </w:r>
      <w:r>
        <w:t>kyun aap pathar marte hain? to mein mera manna yeh hai ke musalman ki yeh samajhna hi galat</w:t>
      </w:r>
    </w:p>
    <w:p>
      <w:pPr>
        <w:jc w:val="right"/>
      </w:pPr>
      <w:r>
        <w:t>کیوں آپ پتھر مارتے ہیں؟ تو میں میرا ماننا یہ ہے کہ مسلمان کی یہ سمجھنا ہی غلط</w:t>
      </w:r>
    </w:p>
    <w:p>
      <w:r>
        <w:rPr>
          <w:b/>
        </w:rPr>
        <w:t xml:space="preserve">[15:12] </w:t>
      </w:r>
      <w:r>
        <w:t>hai ke koi koi ke khilaf kuch karwai karta hai, intervene karta hai. nahi.</w:t>
      </w:r>
    </w:p>
    <w:p>
      <w:pPr>
        <w:jc w:val="right"/>
      </w:pPr>
      <w:r>
        <w:t>ہے کہ کوئی کوئی کے خلاف کچھ کارروائی کرتا ہے، انٹروین کرتا ہے۔ نہیں۔</w:t>
      </w:r>
    </w:p>
    <w:p>
      <w:r>
        <w:rPr>
          <w:b/>
        </w:rPr>
        <w:t xml:space="preserve">[15:16] </w:t>
      </w:r>
      <w:r>
        <w:t>woh intervene nahi hota.</w:t>
      </w:r>
    </w:p>
    <w:p>
      <w:pPr>
        <w:jc w:val="right"/>
      </w:pPr>
      <w:r>
        <w:t>وہ انٹروین نہیں ہوتا۔</w:t>
      </w:r>
    </w:p>
    <w:p>
      <w:r>
        <w:rPr>
          <w:b/>
        </w:rPr>
        <w:t xml:space="preserve">[15:20] </w:t>
      </w:r>
      <w:r>
        <w:t>woh hota hai retaliate karna.</w:t>
      </w:r>
    </w:p>
    <w:p>
      <w:pPr>
        <w:jc w:val="right"/>
      </w:pPr>
      <w:r>
        <w:t>وہ ہوتا ہے ریٹیلیٹ کرنا۔</w:t>
      </w:r>
    </w:p>
    <w:p>
      <w:r>
        <w:rPr>
          <w:b/>
        </w:rPr>
        <w:t xml:space="preserve">[15:24] </w:t>
      </w:r>
      <w:r>
        <w:t>koi kuch karwai karte hain musalman to woh retaliate karte hain.</w:t>
      </w:r>
    </w:p>
    <w:p>
      <w:pPr>
        <w:jc w:val="right"/>
      </w:pPr>
      <w:r>
        <w:t>کوئی کچھ کارروائی کرتے ہیں مسلمان تو وہ ریٹیلیٹ کرتے ہیں۔</w:t>
      </w:r>
    </w:p>
    <w:p>
      <w:r>
        <w:rPr>
          <w:b/>
        </w:rPr>
        <w:t xml:space="preserve">[15:28] </w:t>
      </w:r>
      <w:r>
        <w:t>aap karwai band kijiye to retaliation bhi na hoga.</w:t>
      </w:r>
    </w:p>
    <w:p>
      <w:pPr>
        <w:jc w:val="right"/>
      </w:pPr>
      <w:r>
        <w:t>آپ کارروائی بند کیجئے تو ریٹیلیشن بھی نہ ہوگا۔</w:t>
      </w:r>
    </w:p>
    <w:p>
      <w:r>
        <w:rPr>
          <w:b/>
        </w:rPr>
        <w:t xml:space="preserve">[15:32] </w:t>
      </w:r>
      <w:r>
        <w:t>mein is theory ko nahi manta ke woh intervene karte hain.</w:t>
      </w:r>
    </w:p>
    <w:p>
      <w:pPr>
        <w:jc w:val="right"/>
      </w:pPr>
      <w:r>
        <w:t>میں اس تھیوری کو نہیں مانتا کہ وہ انٹروین کرتے ہیں۔</w:t>
      </w:r>
    </w:p>
    <w:p>
      <w:r>
        <w:rPr>
          <w:b/>
        </w:rPr>
        <w:t xml:space="preserve">[15:36] </w:t>
      </w:r>
      <w:r>
        <w:t>mein is ki bohat hi study ki hai.</w:t>
      </w:r>
    </w:p>
    <w:p>
      <w:pPr>
        <w:jc w:val="right"/>
      </w:pPr>
      <w:r>
        <w:t>میں اس کی بہت ہی سٹڈی کی ہے۔</w:t>
      </w:r>
    </w:p>
    <w:p>
      <w:r>
        <w:rPr>
          <w:b/>
        </w:rPr>
        <w:t xml:space="preserve">[15:40] </w:t>
      </w:r>
      <w:r>
        <w:t>yeh theory ko mein sahi nahi paya.</w:t>
      </w:r>
    </w:p>
    <w:p>
      <w:pPr>
        <w:jc w:val="right"/>
      </w:pPr>
      <w:r>
        <w:t>یہ تھیوری کو میں صحیح نہیں پایا۔</w:t>
      </w:r>
    </w:p>
    <w:p>
      <w:r>
        <w:rPr>
          <w:b/>
        </w:rPr>
        <w:t xml:space="preserve">[15:45] </w:t>
      </w:r>
      <w:r>
        <w:t>but molana sahib, generally it is seen that the Muslim world is always against the west. what is the genesis of their anger for the west?</w:t>
      </w:r>
    </w:p>
    <w:p>
      <w:pPr>
        <w:jc w:val="right"/>
      </w:pPr>
      <w:r>
        <w:t>بٹ مولانا صاحب، جنرلی اٹ از سین دیٹ دا مسلم ورلڈ از آلویز اگینسٹ دی ویسٹ۔ واٹ از دی جینیسس آف دیر اینگر فار دا ویسٹ؟</w:t>
      </w:r>
    </w:p>
    <w:p>
      <w:r>
        <w:rPr>
          <w:b/>
        </w:rPr>
        <w:t xml:space="preserve">[15:56] </w:t>
      </w:r>
      <w:r>
        <w:t>asal mein yeh chal raha hai is waqt se jab ke colonial powers Asia aur Africa mein dakhil huin.</w:t>
      </w:r>
    </w:p>
    <w:p>
      <w:pPr>
        <w:jc w:val="right"/>
      </w:pPr>
      <w:r>
        <w:t>اصل میں یہ چل رہا ہے اس وقت سے جب کہ کولونیل پاورز ایشیا اور افریقہ میں داخل ہوئیں۔</w:t>
      </w:r>
    </w:p>
    <w:p>
      <w:r>
        <w:rPr>
          <w:b/>
        </w:rPr>
        <w:t xml:space="preserve">[16:00] </w:t>
      </w:r>
      <w:r>
        <w:t>to woh aaye thay woh bhi business karne ke liye.</w:t>
      </w:r>
    </w:p>
    <w:p>
      <w:pPr>
        <w:jc w:val="right"/>
      </w:pPr>
      <w:r>
        <w:t>تو وہ آئے تھے وہ بھی بزنس کرنے کے لیے۔</w:t>
      </w:r>
    </w:p>
    <w:p>
      <w:r>
        <w:rPr>
          <w:b/>
        </w:rPr>
        <w:t xml:space="preserve">[16:05] </w:t>
      </w:r>
      <w:r>
        <w:t>un ka maqsad tha business karna.</w:t>
      </w:r>
    </w:p>
    <w:p>
      <w:pPr>
        <w:jc w:val="right"/>
      </w:pPr>
      <w:r>
        <w:t>ان کا مقصد تھا بزنس کرنا۔</w:t>
      </w:r>
    </w:p>
    <w:p>
      <w:r>
        <w:rPr>
          <w:b/>
        </w:rPr>
        <w:t xml:space="preserve">[16:10] </w:t>
      </w:r>
      <w:r>
        <w:t>apna saman bechna.</w:t>
      </w:r>
    </w:p>
    <w:p>
      <w:pPr>
        <w:jc w:val="right"/>
      </w:pPr>
      <w:r>
        <w:t>اپنا سامان بیچنا۔</w:t>
      </w:r>
    </w:p>
    <w:p>
      <w:r>
        <w:rPr>
          <w:b/>
        </w:rPr>
        <w:t xml:space="preserve">[16:15] </w:t>
      </w:r>
      <w:r>
        <w:t>kyunke machine ke douran mein har jagah surplus production hone laga.</w:t>
      </w:r>
    </w:p>
    <w:p>
      <w:pPr>
        <w:jc w:val="right"/>
      </w:pPr>
      <w:r>
        <w:t>کیونکہ مشین کے دوران میں ہر جگہ سرپلس پروڈکشن ہونے لگا۔</w:t>
      </w:r>
    </w:p>
    <w:p>
      <w:r>
        <w:rPr>
          <w:b/>
        </w:rPr>
        <w:t xml:space="preserve">[16:19] </w:t>
      </w:r>
      <w:r>
        <w:t>pehlay zamanay mein jab machine nahi thi to surplus production ka phenomena tha nahi.</w:t>
      </w:r>
    </w:p>
    <w:p>
      <w:pPr>
        <w:jc w:val="right"/>
      </w:pPr>
      <w:r>
        <w:t>پہلے زمانے میں جب مشین نہیں تھی تو سرپلس پروڈکشن کا فینومینا تھا نہیں۔</w:t>
      </w:r>
    </w:p>
    <w:p>
      <w:r>
        <w:rPr>
          <w:b/>
        </w:rPr>
        <w:t xml:space="preserve">[16:24] </w:t>
      </w:r>
      <w:r>
        <w:t>lekin jab machine aa gayi aur machine ke zariye industry chalne lagi to taraqqi yafta mulkon ke paas</w:t>
      </w:r>
    </w:p>
    <w:p>
      <w:pPr>
        <w:jc w:val="right"/>
      </w:pPr>
      <w:r>
        <w:t>لیکن جب مشین آ گئی اور مشین کے ذریعے انڈسٹری چلنے لگی تو ترقی یافتہ ملکوں کے پاس</w:t>
      </w:r>
    </w:p>
    <w:p>
      <w:r>
        <w:rPr>
          <w:b/>
        </w:rPr>
        <w:t xml:space="preserve">[16:29] </w:t>
      </w:r>
      <w:r>
        <w:t>surplus product hone laga.</w:t>
      </w:r>
    </w:p>
    <w:p>
      <w:pPr>
        <w:jc w:val="right"/>
      </w:pPr>
      <w:r>
        <w:t>سرپلس پروڈکٹ ہونے لگا۔</w:t>
      </w:r>
    </w:p>
    <w:p>
      <w:r>
        <w:rPr>
          <w:b/>
        </w:rPr>
        <w:t xml:space="preserve">[16:34] </w:t>
      </w:r>
      <w:r>
        <w:t>is ko unhein bechna tha.</w:t>
      </w:r>
    </w:p>
    <w:p>
      <w:pPr>
        <w:jc w:val="right"/>
      </w:pPr>
      <w:r>
        <w:t>اس کو انہیں بیچنا تھا۔</w:t>
      </w:r>
    </w:p>
    <w:p>
      <w:r>
        <w:rPr>
          <w:b/>
        </w:rPr>
        <w:t xml:space="preserve">[16:39] </w:t>
      </w:r>
      <w:r>
        <w:t>is ko bechne ke liye woh Asia aur Africa mein aaye. bas.</w:t>
      </w:r>
    </w:p>
    <w:p>
      <w:pPr>
        <w:jc w:val="right"/>
      </w:pPr>
      <w:r>
        <w:t>اس کو بیچنے کے لیے وہ ایشیا اور افریقہ میں آئے۔ بس۔</w:t>
      </w:r>
    </w:p>
    <w:p>
      <w:r>
        <w:rPr>
          <w:b/>
        </w:rPr>
        <w:t xml:space="preserve">[16:43] </w:t>
      </w:r>
      <w:r>
        <w:t>lekin khud musalmanon ne un ko samjha ke yeh dushman hamare hain.</w:t>
      </w:r>
    </w:p>
    <w:p>
      <w:pPr>
        <w:jc w:val="right"/>
      </w:pPr>
      <w:r>
        <w:t>لیکن خود مسلمانوں نے ان کو سمجھا کہ یہ دشمن ہمارے ہیں۔</w:t>
      </w:r>
    </w:p>
    <w:p>
      <w:r>
        <w:rPr>
          <w:b/>
        </w:rPr>
        <w:t xml:space="preserve">[16:48] </w:t>
      </w:r>
      <w:r>
        <w:t>un se kham khwah ladaai chher di.</w:t>
      </w:r>
    </w:p>
    <w:p>
      <w:pPr>
        <w:jc w:val="right"/>
      </w:pPr>
      <w:r>
        <w:t>ان سے خام خواہ لڑائی چھڑ دی۔</w:t>
      </w:r>
    </w:p>
    <w:p>
      <w:r>
        <w:rPr>
          <w:b/>
        </w:rPr>
        <w:t xml:space="preserve">[16:53] </w:t>
      </w:r>
      <w:r>
        <w:t>un ke aanay ko dushmani samjha.</w:t>
      </w:r>
    </w:p>
    <w:p>
      <w:pPr>
        <w:jc w:val="right"/>
      </w:pPr>
      <w:r>
        <w:t>ان کے آنے کو دشمنی سمجھا۔</w:t>
      </w:r>
    </w:p>
    <w:p>
      <w:r>
        <w:rPr>
          <w:b/>
        </w:rPr>
        <w:t xml:space="preserve">[16:58] </w:t>
      </w:r>
      <w:r>
        <w:t>halanke woh aaye thay apne saman bechne ke liye.</w:t>
      </w:r>
    </w:p>
    <w:p>
      <w:pPr>
        <w:jc w:val="right"/>
      </w:pPr>
      <w:r>
        <w:t>حالانکہ وہ آئے تھے اپنے سامان بیچنے کے لیے۔</w:t>
      </w:r>
    </w:p>
    <w:p>
      <w:r>
        <w:rPr>
          <w:b/>
        </w:rPr>
        <w:t xml:space="preserve">[17:02] </w:t>
      </w:r>
      <w:r>
        <w:t>to ladaai chher gayi to phir chain reaction ban gaya.</w:t>
      </w:r>
    </w:p>
    <w:p>
      <w:pPr>
        <w:jc w:val="right"/>
      </w:pPr>
      <w:r>
        <w:t>تو لڑائی چھڑ گئی تو پھر چین ری ایکشن بن گیا۔</w:t>
      </w:r>
    </w:p>
    <w:p>
      <w:r>
        <w:rPr>
          <w:b/>
        </w:rPr>
        <w:t xml:space="preserve">[17:07] </w:t>
      </w:r>
      <w:r>
        <w:t>saara jo hai musalman jis ko kehte hain woh sab mere nazdeek retaliation hai aur kuch nahi hai.</w:t>
      </w:r>
    </w:p>
    <w:p>
      <w:pPr>
        <w:jc w:val="right"/>
      </w:pPr>
      <w:r>
        <w:t>سارا جو ہے مسلمان جس کو کہتے ہیں وہ سب میرے نزدیک ریٹیلیشن ہے اور کچھ نہیں ہے۔</w:t>
      </w:r>
    </w:p>
    <w:p>
      <w:r>
        <w:rPr>
          <w:b/>
        </w:rPr>
        <w:t xml:space="preserve">[17:12] </w:t>
      </w:r>
      <w:r>
        <w:t>musalman apne ko theek karen.</w:t>
      </w:r>
    </w:p>
    <w:p>
      <w:pPr>
        <w:jc w:val="right"/>
      </w:pPr>
      <w:r>
        <w:t>مسلمان اپنے کو ٹھیک کریں۔</w:t>
      </w:r>
    </w:p>
    <w:p>
      <w:r>
        <w:rPr>
          <w:b/>
        </w:rPr>
        <w:t xml:space="preserve">[17:17] </w:t>
      </w:r>
      <w:r>
        <w:t>kyunke dour jadeed ka jo hai woh sab se bara hai unhein business karna hai.</w:t>
      </w:r>
    </w:p>
    <w:p>
      <w:pPr>
        <w:jc w:val="right"/>
      </w:pPr>
      <w:r>
        <w:t>کیونکہ دور جدید کا جو ہے وہ سب سے بڑا ہے انہیں بزنس کرنا ہے۔</w:t>
      </w:r>
    </w:p>
    <w:p>
      <w:r>
        <w:rPr>
          <w:b/>
        </w:rPr>
        <w:t xml:space="preserve">[17:22] </w:t>
      </w:r>
      <w:r>
        <w:t>industry age mein developed countries ka sab se bara concern yeh hai ke un ka saman bikay har jagah.</w:t>
      </w:r>
    </w:p>
    <w:p>
      <w:pPr>
        <w:jc w:val="right"/>
      </w:pPr>
      <w:r>
        <w:t>انڈسٹری ایج میں ڈویلپ کنٹریز کا سب سے بڑا کنسرن یہ ہے کہ ان کا سامان بکے ہر جگہ۔</w:t>
      </w:r>
    </w:p>
    <w:p>
      <w:r>
        <w:rPr>
          <w:b/>
        </w:rPr>
        <w:t xml:space="preserve">[17:26] </w:t>
      </w:r>
      <w:r>
        <w:t>to un ko ladne ki kya zaroorat hai? agar aap un par attack na karen to woh laday ga nahi.</w:t>
      </w:r>
    </w:p>
    <w:p>
      <w:pPr>
        <w:jc w:val="right"/>
      </w:pPr>
      <w:r>
        <w:t>تو ان کو لڑنے کی کیا ضرورت ہے؟ اگر آپ ان پر اٹیک نہ کریں تو وہ لڑے گا نہیں۔</w:t>
      </w:r>
    </w:p>
    <w:p>
      <w:r>
        <w:rPr>
          <w:b/>
        </w:rPr>
        <w:t xml:space="preserve">[17:31] </w:t>
      </w:r>
      <w:r>
        <w:t>saman beche ga bas.</w:t>
      </w:r>
    </w:p>
    <w:p>
      <w:pPr>
        <w:jc w:val="right"/>
      </w:pPr>
      <w:r>
        <w:t>سامان بیچے گا بس۔</w:t>
      </w:r>
    </w:p>
    <w:p>
      <w:r>
        <w:rPr>
          <w:b/>
        </w:rPr>
        <w:t xml:space="preserve">[17:36] </w:t>
      </w:r>
      <w:r>
        <w:t>ab to aap dekhen bohat dinon ke baad insan ki samajh mein aaya hai ke saare bazaar khule hue hain.</w:t>
      </w:r>
    </w:p>
    <w:p>
      <w:pPr>
        <w:jc w:val="right"/>
      </w:pPr>
      <w:r>
        <w:t>اب تو آپ دیکھیں بہت دنوں کے بعد انسان کی سمجھ میں آیا ہے کہ سارے بازار کھلے ہوئے ہیں۔</w:t>
      </w:r>
    </w:p>
    <w:p>
      <w:r>
        <w:rPr>
          <w:b/>
        </w:rPr>
        <w:t xml:space="preserve">[17:41] </w:t>
      </w:r>
      <w:r>
        <w:t>aap ka koi dushman mulk hai is ka hi is ka bhi saman aa ke bikta hai.</w:t>
      </w:r>
    </w:p>
    <w:p>
      <w:pPr>
        <w:jc w:val="right"/>
      </w:pPr>
      <w:r>
        <w:t>آپ کا کوئی دشمن ملک ہے اس کا ہی اس کا بھی سامان آ کے بکتا ہے۔</w:t>
      </w:r>
    </w:p>
    <w:p>
      <w:r>
        <w:rPr>
          <w:b/>
        </w:rPr>
        <w:t xml:space="preserve">[17:45] </w:t>
      </w:r>
      <w:r>
        <w:t>yahan tak ho gaya.</w:t>
      </w:r>
    </w:p>
    <w:p>
      <w:pPr>
        <w:jc w:val="right"/>
      </w:pPr>
      <w:r>
        <w:t>یہاں تک ہو گیا۔</w:t>
      </w:r>
    </w:p>
    <w:p>
      <w:r>
        <w:rPr>
          <w:b/>
        </w:rPr>
        <w:t xml:space="preserve">[17:50] </w:t>
      </w:r>
      <w:r>
        <w:t>to pehle zamanay mein aisa nahi tha.</w:t>
      </w:r>
    </w:p>
    <w:p>
      <w:pPr>
        <w:jc w:val="right"/>
      </w:pPr>
      <w:r>
        <w:t>تو پہلے زمانے میں ایسا نہیں تھا۔</w:t>
      </w:r>
    </w:p>
    <w:p>
      <w:r>
        <w:rPr>
          <w:b/>
        </w:rPr>
        <w:t xml:space="preserve">[17:55] </w:t>
      </w:r>
      <w:r>
        <w:t>to un ka koi concern to saara nahi hai ke un ka saman bikay.</w:t>
      </w:r>
    </w:p>
    <w:p>
      <w:pPr>
        <w:jc w:val="right"/>
      </w:pPr>
      <w:r>
        <w:t>تو ان کا کوئی کنسرن تو سارا نہیں ہے کہ ان کا سامان بکے۔</w:t>
      </w:r>
    </w:p>
    <w:p>
      <w:r>
        <w:rPr>
          <w:b/>
        </w:rPr>
        <w:t xml:space="preserve">[18:00] </w:t>
      </w:r>
      <w:r>
        <w:t>to aap in ko aap in ko tiarat ke maidan mein defeat dijiye.</w:t>
      </w:r>
    </w:p>
    <w:p>
      <w:pPr>
        <w:jc w:val="right"/>
      </w:pPr>
      <w:r>
        <w:t>تو آپ ان کو آپ ان کو تیارت کے میدان میں ڈیفیٹ دیجئے۔</w:t>
      </w:r>
    </w:p>
    <w:p>
      <w:r>
        <w:rPr>
          <w:b/>
        </w:rPr>
        <w:t xml:space="preserve">[18:05] </w:t>
      </w:r>
      <w:r>
        <w:t>battlefield mein koi ja kar koi ladna chahte hain.</w:t>
      </w:r>
    </w:p>
    <w:p>
      <w:pPr>
        <w:jc w:val="right"/>
      </w:pPr>
      <w:r>
        <w:t>بیٹل فیلڈ میں کوئی جا کر کوئی لڑنا چاہتے ہیں۔</w:t>
      </w:r>
    </w:p>
    <w:p>
      <w:r>
        <w:rPr>
          <w:b/>
        </w:rPr>
        <w:t xml:space="preserve">[18:09] </w:t>
      </w:r>
      <w:r>
        <w:t>battlefield mein ladna ya suicide bombing karna is ki zaroorat hi nahi hai.</w:t>
      </w:r>
    </w:p>
    <w:p>
      <w:pPr>
        <w:jc w:val="right"/>
      </w:pPr>
      <w:r>
        <w:t>بیٹل فیلڈ میں لڑنا یا سوئیسائیڈ بمبنگ کرنا اس کی ضرورت ہی نہیں ہے۔</w:t>
      </w:r>
    </w:p>
    <w:p>
      <w:r>
        <w:rPr>
          <w:b/>
        </w:rPr>
        <w:t xml:space="preserve">[18:14] </w:t>
      </w:r>
      <w:r>
        <w:t>aap ne business ko develop kijiye.</w:t>
      </w:r>
    </w:p>
    <w:p>
      <w:pPr>
        <w:jc w:val="right"/>
      </w:pPr>
      <w:r>
        <w:t>آپ نے بزنس کو ڈویلپ کیجئے۔</w:t>
      </w:r>
    </w:p>
    <w:p>
      <w:r>
        <w:rPr>
          <w:b/>
        </w:rPr>
        <w:t xml:space="preserve">[18:19] </w:t>
      </w:r>
      <w:r>
        <w:t>aap acha saman banaiye.</w:t>
      </w:r>
    </w:p>
    <w:p>
      <w:pPr>
        <w:jc w:val="right"/>
      </w:pPr>
      <w:r>
        <w:t>آپ اچھا سامان بنائیے۔</w:t>
      </w:r>
    </w:p>
    <w:p>
      <w:r>
        <w:rPr>
          <w:b/>
        </w:rPr>
        <w:t xml:space="preserve">[18:24] </w:t>
      </w:r>
      <w:r>
        <w:t>to bas is ke baad in ka phala apne aap ruk jayega.</w:t>
      </w:r>
    </w:p>
    <w:p>
      <w:pPr>
        <w:jc w:val="right"/>
      </w:pPr>
      <w:r>
        <w:t>تو بس اس کے بعد ان کا پھلا اپنے آپ رک جائے گا۔</w:t>
      </w:r>
    </w:p>
    <w:p>
      <w:r>
        <w:rPr>
          <w:b/>
        </w:rPr>
        <w:t xml:space="preserve">[18:29] </w:t>
      </w:r>
      <w:r>
        <w:t>ji. molana sahib, whenever Muslims target any non-Muslim, they justify their attack from the verses that have revealed in the quran, which talks about waging a war against non-believers. is that understanding of waging a war against non-believers from the quran correct on the part of Muslims?</w:t>
      </w:r>
    </w:p>
    <w:p>
      <w:pPr>
        <w:jc w:val="right"/>
      </w:pPr>
      <w:r>
        <w:t>جی۔ مولانا صاحب، وین ایور مسلمز ٹارگٹ اینی نان مسلم، دے جسٹیفائی دیر اٹیک فرام دی ورسز دیٹ ہیو ریویلڈ ان دا قرآن، وچ ٹاکس اباؤٹ ویجنگ ا وار اگینسٹ نان بیلیورز۔ از دیٹ انڈرسٹینڈنگ آف ویجنگ ا وار اگینسٹ نان بیلیورز فرام دا قرآن کریکٹ آن دا پارٹ آف مسلمز؟</w:t>
      </w:r>
    </w:p>
    <w:p>
      <w:r>
        <w:rPr>
          <w:b/>
        </w:rPr>
        <w:t xml:space="preserve">[18:50] </w:t>
      </w:r>
      <w:r>
        <w:t>aisi koi ayat quran mein nahi hai jo yeh kehti ho ke ghair muslimon ke sath larai chodo.</w:t>
      </w:r>
    </w:p>
    <w:p>
      <w:pPr>
        <w:jc w:val="right"/>
      </w:pPr>
      <w:r>
        <w:t>ایسی کوئی آیت قرآن میں نہیں ہے جو یہ کہتی ہو کہ غیر مسلموں کے ساتھ لڑائی چھوڑو۔</w:t>
      </w:r>
    </w:p>
    <w:p>
      <w:r>
        <w:rPr>
          <w:b/>
        </w:rPr>
        <w:t xml:space="preserve">[18:53] </w:t>
      </w:r>
      <w:r>
        <w:t>hai hi nahi keh.</w:t>
      </w:r>
    </w:p>
    <w:p>
      <w:pPr>
        <w:jc w:val="right"/>
      </w:pPr>
      <w:r>
        <w:t>ہے ہی نہیں کہیں۔</w:t>
      </w:r>
    </w:p>
    <w:p>
      <w:r>
        <w:rPr>
          <w:b/>
        </w:rPr>
        <w:t xml:space="preserve">[18:57] </w:t>
      </w:r>
      <w:r>
        <w:t>larai islam mein sirf defense ki hai.</w:t>
      </w:r>
    </w:p>
    <w:p>
      <w:pPr>
        <w:jc w:val="right"/>
      </w:pPr>
      <w:r>
        <w:t>لڑائی اسلام میں صرف ڈیفنس کی ہے۔</w:t>
      </w:r>
    </w:p>
    <w:p>
      <w:r>
        <w:rPr>
          <w:b/>
        </w:rPr>
        <w:t xml:space="preserve">[19:01] </w:t>
      </w:r>
      <w:r>
        <w:t>yeh hai hi nahi ke aap jo ghair muslim hai us ko ja ke laren.</w:t>
      </w:r>
    </w:p>
    <w:p>
      <w:pPr>
        <w:jc w:val="right"/>
      </w:pPr>
      <w:r>
        <w:t>یہ ہے ہی نہیں کہ آپ جو غیر مسلم ہے اس کو جا کے لڑیں۔</w:t>
      </w:r>
    </w:p>
    <w:p>
      <w:r>
        <w:rPr>
          <w:b/>
        </w:rPr>
        <w:t xml:space="preserve">[19:05] </w:t>
      </w:r>
      <w:r>
        <w:t>us ko marein kaatein.</w:t>
      </w:r>
    </w:p>
    <w:p>
      <w:pPr>
        <w:jc w:val="right"/>
      </w:pPr>
      <w:r>
        <w:t>اس کو مارے کاٹیں۔</w:t>
      </w:r>
    </w:p>
    <w:p>
      <w:r>
        <w:rPr>
          <w:b/>
        </w:rPr>
        <w:t xml:space="preserve">[19:09] </w:t>
      </w:r>
      <w:r>
        <w:t>yeh hai hi nahi islam mein.</w:t>
      </w:r>
    </w:p>
    <w:p>
      <w:pPr>
        <w:jc w:val="right"/>
      </w:pPr>
      <w:r>
        <w:t>یہ ہے ہی نہیں اسلام میں۔</w:t>
      </w:r>
    </w:p>
    <w:p>
      <w:r>
        <w:rPr>
          <w:b/>
        </w:rPr>
        <w:t xml:space="preserve">[19:13] </w:t>
      </w:r>
      <w:r>
        <w:t>koi ayat aisi nahi hai.</w:t>
      </w:r>
    </w:p>
    <w:p>
      <w:pPr>
        <w:jc w:val="right"/>
      </w:pPr>
      <w:r>
        <w:t>کوئی آیت ایسی نہیں ہے۔</w:t>
      </w:r>
    </w:p>
    <w:p>
      <w:r>
        <w:rPr>
          <w:b/>
        </w:rPr>
        <w:t xml:space="preserve">[19:17] </w:t>
      </w:r>
      <w:r>
        <w:t>quran mein ek qatil alladhina qatalookum jo tum par hamla karte hain un se un se un se</w:t>
      </w:r>
    </w:p>
    <w:p>
      <w:pPr>
        <w:jc w:val="right"/>
      </w:pPr>
      <w:r>
        <w:t>قرآن میں ایک قاتل الذین قاتلونکم جو تم پر حملہ کرتے ہیں ان سے ان سے ان سے</w:t>
      </w:r>
    </w:p>
    <w:p>
      <w:r>
        <w:rPr>
          <w:b/>
        </w:rPr>
        <w:t xml:space="preserve">[19:21] </w:t>
      </w:r>
      <w:r>
        <w:t>to ladna hai as a defense.</w:t>
      </w:r>
    </w:p>
    <w:p>
      <w:pPr>
        <w:jc w:val="right"/>
      </w:pPr>
      <w:r>
        <w:t>تو لڑنا ہے ایز اے ڈیفنس۔</w:t>
      </w:r>
    </w:p>
    <w:p>
      <w:r>
        <w:rPr>
          <w:b/>
        </w:rPr>
        <w:t xml:space="preserve">[19:25] </w:t>
      </w:r>
      <w:r>
        <w:t>to yeh nazariya apne aap mein baseless hai.</w:t>
      </w:r>
    </w:p>
    <w:p>
      <w:pPr>
        <w:jc w:val="right"/>
      </w:pPr>
      <w:r>
        <w:t>تو یہ نظریہ اپنے آپ میں بیسلیس ہے۔</w:t>
      </w:r>
    </w:p>
    <w:p>
      <w:r>
        <w:rPr>
          <w:b/>
        </w:rPr>
        <w:t xml:space="preserve">[19:29] </w:t>
      </w:r>
      <w:r>
        <w:t>aisi koi quran quran mein aisi koi ayat bilkul maujood nahi hai.</w:t>
      </w:r>
    </w:p>
    <w:p>
      <w:pPr>
        <w:jc w:val="right"/>
      </w:pPr>
      <w:r>
        <w:t>ایسی کوئی قرآن قرآن میں ایسی کوئی آیت بالکل موجود نہیں ہے۔</w:t>
      </w:r>
    </w:p>
    <w:p>
      <w:r>
        <w:rPr>
          <w:b/>
        </w:rPr>
        <w:t xml:space="preserve">[19:33] </w:t>
      </w:r>
      <w:r>
        <w:t>ji. molana sahib, there have been many Muslim groups and the individual cases where they have attacked the centers and they have even gone to the extent of killing people who have criticized prophet of Islam. so what is the Islam stand on this matter?</w:t>
      </w:r>
    </w:p>
    <w:p>
      <w:pPr>
        <w:jc w:val="right"/>
      </w:pPr>
      <w:r>
        <w:t>جی۔ مولانا صاحب، دیر ہیو بین مینی مسلم گروپس اینڈ دی انڈیویجول کیسز ویر دے ہیو اٹیکڈ دی سینٹرز اینڈ دے ہیو ایون گون ٹو دی ایکسٹنٹ آف کلنگ پیپل ہوو کریٹیسائز پرافٹ آف اسلام۔ سو واٹ از دی اسلام سٹینڈ آن دس میٹر؟</w:t>
      </w:r>
    </w:p>
    <w:p>
      <w:r>
        <w:rPr>
          <w:b/>
        </w:rPr>
        <w:t xml:space="preserve">[19:52] </w:t>
      </w:r>
      <w:r>
        <w:t>dekhiye, jis cheez ko musalman kehte hain yani rasool allah ke khilaf gustakhi to jo aadmi bol raha</w:t>
      </w:r>
    </w:p>
    <w:p>
      <w:pPr>
        <w:jc w:val="right"/>
      </w:pPr>
      <w:r>
        <w:t>دیکھئے، جس چیز کو مسلمان کہتے ہیں یعنی رسول اللہ کے خلاف گستاخی تو جو آدمی بول رہا</w:t>
      </w:r>
    </w:p>
    <w:p>
      <w:r>
        <w:rPr>
          <w:b/>
        </w:rPr>
        <w:t xml:space="preserve">[19:55] </w:t>
      </w:r>
      <w:r>
        <w:t>hai woh gustakhi ko to nahi bolta woh.</w:t>
      </w:r>
    </w:p>
    <w:p>
      <w:pPr>
        <w:jc w:val="right"/>
      </w:pPr>
      <w:r>
        <w:t>ہے وہ گستاخی کو تو نہیں بولتا وہ۔</w:t>
      </w:r>
    </w:p>
    <w:p>
      <w:r>
        <w:rPr>
          <w:b/>
        </w:rPr>
        <w:t xml:space="preserve">[19:58] </w:t>
      </w:r>
      <w:r>
        <w:t>yeh to freedom hai.</w:t>
      </w:r>
    </w:p>
    <w:p>
      <w:pPr>
        <w:jc w:val="right"/>
      </w:pPr>
      <w:r>
        <w:t>یہ تو فریڈم ہے۔</w:t>
      </w:r>
    </w:p>
    <w:p>
      <w:r>
        <w:rPr>
          <w:b/>
        </w:rPr>
        <w:t xml:space="preserve">[20:02] </w:t>
      </w:r>
      <w:r>
        <w:t>aaj ke zamane mein rai ki azadi hai.</w:t>
      </w:r>
    </w:p>
    <w:p>
      <w:pPr>
        <w:jc w:val="right"/>
      </w:pPr>
      <w:r>
        <w:t>آج کے زمانے میں رائے کی آزادی ہے۔</w:t>
      </w:r>
    </w:p>
    <w:p>
      <w:r>
        <w:rPr>
          <w:b/>
        </w:rPr>
        <w:t xml:space="preserve">[20:05] </w:t>
      </w:r>
      <w:r>
        <w:t>har aadmi apni rai deta hai.</w:t>
      </w:r>
    </w:p>
    <w:p>
      <w:pPr>
        <w:jc w:val="right"/>
      </w:pPr>
      <w:r>
        <w:t>ہر آدمی اپنی رائے دیتا ہے۔</w:t>
      </w:r>
    </w:p>
    <w:p>
      <w:r>
        <w:rPr>
          <w:b/>
        </w:rPr>
        <w:t xml:space="preserve">[20:09] </w:t>
      </w:r>
      <w:r>
        <w:t>to sab ko sab ke liye bolte hain woh.</w:t>
      </w:r>
    </w:p>
    <w:p>
      <w:pPr>
        <w:jc w:val="right"/>
      </w:pPr>
      <w:r>
        <w:t>تو سب کو سب کے لیے بولتے ہیں وہ۔</w:t>
      </w:r>
    </w:p>
    <w:p>
      <w:r>
        <w:rPr>
          <w:b/>
        </w:rPr>
        <w:t xml:space="preserve">[20:12] </w:t>
      </w:r>
      <w:r>
        <w:t>koi rasool allah ke khilaf nahi hai.</w:t>
      </w:r>
    </w:p>
    <w:p>
      <w:pPr>
        <w:jc w:val="right"/>
      </w:pPr>
      <w:r>
        <w:t>کوئی رسول اللہ کے خلاف نہیں ہے۔</w:t>
      </w:r>
    </w:p>
    <w:p>
      <w:r>
        <w:rPr>
          <w:b/>
        </w:rPr>
        <w:t xml:space="preserve">[20:15] </w:t>
      </w:r>
      <w:r>
        <w:t>yeh azadi ka daur hai.</w:t>
      </w:r>
    </w:p>
    <w:p>
      <w:pPr>
        <w:jc w:val="right"/>
      </w:pPr>
      <w:r>
        <w:t>یہ آزادی کا دور ہے۔</w:t>
      </w:r>
    </w:p>
    <w:p>
      <w:r>
        <w:rPr>
          <w:b/>
        </w:rPr>
        <w:t xml:space="preserve">[20:19] </w:t>
      </w:r>
      <w:r>
        <w:t>freedom of speech ka daur hai.</w:t>
      </w:r>
    </w:p>
    <w:p>
      <w:pPr>
        <w:jc w:val="right"/>
      </w:pPr>
      <w:r>
        <w:t>فریڈم آف اسپیچ کا دور ہے۔</w:t>
      </w:r>
    </w:p>
    <w:p>
      <w:r>
        <w:rPr>
          <w:b/>
        </w:rPr>
        <w:t xml:space="preserve">[20:22] </w:t>
      </w:r>
      <w:r>
        <w:t>to log jo parhe likhe log hain wo wo study karte hain.</w:t>
      </w:r>
    </w:p>
    <w:p>
      <w:pPr>
        <w:jc w:val="right"/>
      </w:pPr>
      <w:r>
        <w:t>تو لوگ جو پڑھے لکھے لوگ ہیں وہ وہ اسٹڈی کرتے ہیں۔</w:t>
      </w:r>
    </w:p>
    <w:p>
      <w:r>
        <w:rPr>
          <w:b/>
        </w:rPr>
        <w:t xml:space="preserve">[20:26] </w:t>
      </w:r>
      <w:r>
        <w:t>un ki rai banti hai.</w:t>
      </w:r>
    </w:p>
    <w:p>
      <w:pPr>
        <w:jc w:val="right"/>
      </w:pPr>
      <w:r>
        <w:t>ان کی رائے بنتی ہے۔</w:t>
      </w:r>
    </w:p>
    <w:p>
      <w:r>
        <w:rPr>
          <w:b/>
        </w:rPr>
        <w:t xml:space="preserve">[20:29] </w:t>
      </w:r>
      <w:r>
        <w:t>is rai ka izhaar karte hain wo.</w:t>
      </w:r>
    </w:p>
    <w:p>
      <w:pPr>
        <w:jc w:val="right"/>
      </w:pPr>
      <w:r>
        <w:t>اس رائے کا اظہار کرتے ہیں وہ۔</w:t>
      </w:r>
    </w:p>
    <w:p>
      <w:r>
        <w:rPr>
          <w:b/>
        </w:rPr>
        <w:t xml:space="preserve">[20:33] </w:t>
      </w:r>
      <w:r>
        <w:t>to aap un ka jawab dijiye.</w:t>
      </w:r>
    </w:p>
    <w:p>
      <w:pPr>
        <w:jc w:val="right"/>
      </w:pPr>
      <w:r>
        <w:t>تو آپ ان کا جواب دیجئے۔</w:t>
      </w:r>
    </w:p>
    <w:p>
      <w:r>
        <w:rPr>
          <w:b/>
        </w:rPr>
        <w:t xml:space="preserve">[20:36] </w:t>
      </w:r>
      <w:r>
        <w:t>tareekh se, qalam se, stage se.</w:t>
      </w:r>
    </w:p>
    <w:p>
      <w:pPr>
        <w:jc w:val="right"/>
      </w:pPr>
      <w:r>
        <w:t>تاریخ سے، قلم سے، اسٹیج سے۔</w:t>
      </w:r>
    </w:p>
    <w:p>
      <w:r>
        <w:rPr>
          <w:b/>
        </w:rPr>
        <w:t xml:space="preserve">[20:39] </w:t>
      </w:r>
      <w:r>
        <w:t>wo bol rahe hain stage se to aap bhi stage se jawab dijiye.</w:t>
      </w:r>
    </w:p>
    <w:p>
      <w:pPr>
        <w:jc w:val="right"/>
      </w:pPr>
      <w:r>
        <w:t>وہ بول رہے ہیں اسٹیج سے تو آپ بھی اسٹیج سے جواب دیجئے۔</w:t>
      </w:r>
    </w:p>
    <w:p>
      <w:r>
        <w:rPr>
          <w:b/>
        </w:rPr>
        <w:t xml:space="preserve">[20:43] </w:t>
      </w:r>
      <w:r>
        <w:t>unhon ne likha hai qalam se to aap bhi qalam se jawab dijiye.</w:t>
      </w:r>
    </w:p>
    <w:p>
      <w:pPr>
        <w:jc w:val="right"/>
      </w:pPr>
      <w:r>
        <w:t>انہوں نے لکھا ہے قلم سے تو آپ بھی قلم سے جواب دیجئے۔</w:t>
      </w:r>
    </w:p>
    <w:p>
      <w:r>
        <w:rPr>
          <w:b/>
        </w:rPr>
        <w:t xml:space="preserve">[20:46] </w:t>
      </w:r>
      <w:r>
        <w:t>idhar un ko marna kya hai? yeh Islam mein hai hi nahin.</w:t>
      </w:r>
    </w:p>
    <w:p>
      <w:pPr>
        <w:jc w:val="right"/>
      </w:pPr>
      <w:r>
        <w:t>ادھر ان کو مارنا کیا ہے؟ یہ اسلام میں ہے ہی نہیں۔</w:t>
      </w:r>
    </w:p>
    <w:p>
      <w:r>
        <w:rPr>
          <w:b/>
        </w:rPr>
        <w:t xml:space="preserve">[20:50] </w:t>
      </w:r>
      <w:r>
        <w:t>main ne is par kitaab likhi hai satab rasool ka masla.</w:t>
      </w:r>
    </w:p>
    <w:p>
      <w:pPr>
        <w:jc w:val="right"/>
      </w:pPr>
      <w:r>
        <w:t>میں نے اس پر کتاب لکھی ہے ستب رسول کا مسئلہ۔</w:t>
      </w:r>
    </w:p>
    <w:p>
      <w:r>
        <w:rPr>
          <w:b/>
        </w:rPr>
        <w:t xml:space="preserve">[20:53] </w:t>
      </w:r>
      <w:r>
        <w:t>main ne dikhaya ke koi ek bhi na Quran hai na koi Hadees hai is bare mein.</w:t>
      </w:r>
    </w:p>
    <w:p>
      <w:pPr>
        <w:jc w:val="right"/>
      </w:pPr>
      <w:r>
        <w:t>میں نے دکھایا کہ کوئی ایک بھی نہ قرآن ہے نہ کوئی حدیث ہے اس بارے میں۔</w:t>
      </w:r>
    </w:p>
    <w:p>
      <w:r>
        <w:rPr>
          <w:b/>
        </w:rPr>
        <w:t xml:space="preserve">[20:57] </w:t>
      </w:r>
      <w:r>
        <w:t>na koi Quran ki aayat hai na koi Hadees hai ke jo satab ka hai us ko maro.</w:t>
      </w:r>
    </w:p>
    <w:p>
      <w:pPr>
        <w:jc w:val="right"/>
      </w:pPr>
      <w:r>
        <w:t>نہ کوئی قرآن کی آیت ہے نہ کوئی حدیث ہے کہ جو ستب کا ہے اس کو مارو۔</w:t>
      </w:r>
    </w:p>
    <w:p>
      <w:r>
        <w:rPr>
          <w:b/>
        </w:rPr>
        <w:t xml:space="preserve">[21:00] </w:t>
      </w:r>
      <w:r>
        <w:t>misalan yeh in alfaaz mein ho mun satab rasool ko faqatlo. har giz nahin.</w:t>
      </w:r>
    </w:p>
    <w:p>
      <w:pPr>
        <w:jc w:val="right"/>
      </w:pPr>
      <w:r>
        <w:t>مثلاً یہ ان الفاظ میں ہو من ستب رسول کو فقتلو۔ ہرگز نہیں۔</w:t>
      </w:r>
    </w:p>
    <w:p>
      <w:r>
        <w:rPr>
          <w:b/>
        </w:rPr>
        <w:t xml:space="preserve">[21:03] </w:t>
      </w:r>
      <w:r>
        <w:t>saare Quran mein nahin.</w:t>
      </w:r>
    </w:p>
    <w:p>
      <w:pPr>
        <w:jc w:val="right"/>
      </w:pPr>
      <w:r>
        <w:t>سارے قرآن میں نہیں۔</w:t>
      </w:r>
    </w:p>
    <w:p>
      <w:r>
        <w:rPr>
          <w:b/>
        </w:rPr>
        <w:t xml:space="preserve">[21:07] </w:t>
      </w:r>
      <w:r>
        <w:t>saare Hadees kitaabon mein nahin.</w:t>
      </w:r>
    </w:p>
    <w:p>
      <w:pPr>
        <w:jc w:val="right"/>
      </w:pPr>
      <w:r>
        <w:t>سارے حدیث کتابوں میں نہیں۔</w:t>
      </w:r>
    </w:p>
    <w:p>
      <w:r>
        <w:rPr>
          <w:b/>
        </w:rPr>
        <w:t xml:space="preserve">[21:10] </w:t>
      </w:r>
      <w:r>
        <w:t>yeh khud sakhta Islam hai.</w:t>
      </w:r>
    </w:p>
    <w:p>
      <w:pPr>
        <w:jc w:val="right"/>
      </w:pPr>
      <w:r>
        <w:t>یہ خود ساختہ اسلام ہے۔</w:t>
      </w:r>
    </w:p>
    <w:p>
      <w:r>
        <w:rPr>
          <w:b/>
        </w:rPr>
        <w:t xml:space="preserve">[21:14] </w:t>
      </w:r>
      <w:r>
        <w:t>khud ka banaya hua Islam hai.</w:t>
      </w:r>
    </w:p>
    <w:p>
      <w:pPr>
        <w:jc w:val="right"/>
      </w:pPr>
      <w:r>
        <w:t>خود کا بنایا ہوا اسلام ہے۔</w:t>
      </w:r>
    </w:p>
    <w:p>
      <w:r>
        <w:rPr>
          <w:b/>
        </w:rPr>
        <w:t xml:space="preserve">[21:17] </w:t>
      </w:r>
      <w:r>
        <w:t>is ka talluq Quran se aur Hadees se bilkul nahin hai.</w:t>
      </w:r>
    </w:p>
    <w:p>
      <w:pPr>
        <w:jc w:val="right"/>
      </w:pPr>
      <w:r>
        <w:t>اس کا تعلق قرآن سے اور حدیث سے بالکل نہیں ہے۔</w:t>
      </w:r>
    </w:p>
    <w:p>
      <w:r>
        <w:rPr>
          <w:b/>
        </w:rPr>
        <w:t xml:space="preserve">[21:21] </w:t>
      </w:r>
      <w:r>
        <w:t>molana sahib, so according to you, what should be the behavior of a muslim towards non muslims?</w:t>
      </w:r>
    </w:p>
    <w:p>
      <w:pPr>
        <w:jc w:val="right"/>
      </w:pPr>
      <w:r>
        <w:t>مولانا صاحب، سو اکارڈنگ ٹو یو، واٹ شوڈ بی دا بیہیویئر آف ا مسلم ٹورڈز نان مسلمز؟</w:t>
      </w:r>
    </w:p>
    <w:p>
      <w:r>
        <w:rPr>
          <w:b/>
        </w:rPr>
        <w:t xml:space="preserve">[21:28] </w:t>
      </w:r>
      <w:r>
        <w:t>ek insaan samjhein in ko.</w:t>
      </w:r>
    </w:p>
    <w:p>
      <w:pPr>
        <w:jc w:val="right"/>
      </w:pPr>
      <w:r>
        <w:t>ایک انسان سمجھیں ان کو۔</w:t>
      </w:r>
    </w:p>
    <w:p>
      <w:r>
        <w:rPr>
          <w:b/>
        </w:rPr>
        <w:t xml:space="preserve">[21:31] </w:t>
      </w:r>
      <w:r>
        <w:t>Rasool Allah ne Yahudi ke bare mein kaha tha ke alaihissalato wassalam kya wo insaan nahin? bas insaan samjhein.</w:t>
      </w:r>
    </w:p>
    <w:p>
      <w:pPr>
        <w:jc w:val="right"/>
      </w:pPr>
      <w:r>
        <w:t>رسول اللہ نے یہودی کے بارے میں کہا تھا کہ علیہ الصلاۃ والسلام کیا وہ انسان نہیں؟ بس انسان سمجھیں۔</w:t>
      </w:r>
    </w:p>
    <w:p>
      <w:r>
        <w:rPr>
          <w:b/>
        </w:rPr>
        <w:t xml:space="preserve">[21:35] </w:t>
      </w:r>
      <w:r>
        <w:t>alag kyun karte hain? yeh categorize aise hi galat hai ke yeh kafir hai ya Muslim hai.</w:t>
      </w:r>
    </w:p>
    <w:p>
      <w:pPr>
        <w:jc w:val="right"/>
      </w:pPr>
      <w:r>
        <w:t>الگ کیوں کرتے ہیں؟ یہ کیٹیگرائز ایسے ہی غلط ہے کہ یہ کافر ہے یا مسلم ہے۔</w:t>
      </w:r>
    </w:p>
    <w:p>
      <w:r>
        <w:rPr>
          <w:b/>
        </w:rPr>
        <w:t xml:space="preserve">[21:39] </w:t>
      </w:r>
      <w:r>
        <w:t>sab insaan hain.</w:t>
      </w:r>
    </w:p>
    <w:p>
      <w:pPr>
        <w:jc w:val="right"/>
      </w:pPr>
      <w:r>
        <w:t>سب انسان ہیں۔</w:t>
      </w:r>
    </w:p>
    <w:p>
      <w:r>
        <w:rPr>
          <w:b/>
        </w:rPr>
        <w:t xml:space="preserve">[21:42] </w:t>
      </w:r>
      <w:r>
        <w:t>Quran padhein aap to Quran mein ayyuhal insaan ayyuhal insaan aata hai bar bar.</w:t>
      </w:r>
    </w:p>
    <w:p>
      <w:pPr>
        <w:jc w:val="right"/>
      </w:pPr>
      <w:r>
        <w:t>قرآن پڑھیں آپ تو قرآن میں ایہا الانسان ایہا الانسان آتا ہے بار بار۔</w:t>
      </w:r>
    </w:p>
    <w:p>
      <w:r>
        <w:rPr>
          <w:b/>
        </w:rPr>
        <w:t xml:space="preserve">[21:46] </w:t>
      </w:r>
      <w:r>
        <w:t>daga Quran ke mutabiq saari dunya darul insaan hai.</w:t>
      </w:r>
    </w:p>
    <w:p>
      <w:pPr>
        <w:jc w:val="right"/>
      </w:pPr>
      <w:r>
        <w:t>دگا قرآن کے مطابق ساری دنیا دارالانسان ہے۔</w:t>
      </w:r>
    </w:p>
    <w:p>
      <w:r>
        <w:rPr>
          <w:b/>
        </w:rPr>
        <w:t xml:space="preserve">[21:50] </w:t>
      </w:r>
      <w:r>
        <w:t>na darul kuffar nahin hai. darul insaan hai.</w:t>
      </w:r>
    </w:p>
    <w:p>
      <w:pPr>
        <w:jc w:val="right"/>
      </w:pPr>
      <w:r>
        <w:t>نہ دارالکفر نہیں ہے۔ دارالانسان ہے۔</w:t>
      </w:r>
    </w:p>
    <w:p>
      <w:r>
        <w:rPr>
          <w:b/>
        </w:rPr>
        <w:t xml:space="preserve">[21:53] </w:t>
      </w:r>
      <w:r>
        <w:t>to sab ko insaan samjhiye.</w:t>
      </w:r>
    </w:p>
    <w:p>
      <w:pPr>
        <w:jc w:val="right"/>
      </w:pPr>
      <w:r>
        <w:t>تو سب کو انسان سمجھئے۔</w:t>
      </w:r>
    </w:p>
    <w:p>
      <w:r>
        <w:rPr>
          <w:b/>
        </w:rPr>
        <w:t xml:space="preserve">[21:57] </w:t>
      </w:r>
      <w:r>
        <w:t>sab ko insaan kaise behave kijiye? yeh yeh khud sakhta istilaah hai ke daarulkufr hai ya daarulislaam hai.</w:t>
      </w:r>
    </w:p>
    <w:p>
      <w:pPr>
        <w:jc w:val="right"/>
      </w:pPr>
      <w:r>
        <w:t>سب کو انسان کیسے بیہیو کیجئے؟ یہ یہ خود ساختہ اصطلاح ہے کہ دارالکفر ہے یا دارالاسلام ہے۔</w:t>
      </w:r>
    </w:p>
    <w:p>
      <w:r>
        <w:rPr>
          <w:b/>
        </w:rPr>
        <w:t xml:space="preserve">[22:01] </w:t>
      </w:r>
      <w:r>
        <w:t>yeh istilaahein kabhi rasool Allah ke zamane mein nahi theen.</w:t>
      </w:r>
    </w:p>
    <w:p>
      <w:pPr>
        <w:jc w:val="right"/>
      </w:pPr>
      <w:r>
        <w:t>یہ اصطلاحیں کبھی رسول اللہ کے زمانے میں نہیں تھیں۔</w:t>
      </w:r>
    </w:p>
    <w:p>
      <w:r>
        <w:rPr>
          <w:b/>
        </w:rPr>
        <w:t xml:space="preserve">[22:04] </w:t>
      </w:r>
      <w:r>
        <w:t>sahaba ke zamane mein nahi theen.</w:t>
      </w:r>
    </w:p>
    <w:p>
      <w:pPr>
        <w:jc w:val="right"/>
      </w:pPr>
      <w:r>
        <w:t>صحابہ کے زمانے میں نہیں تھیں۔</w:t>
      </w:r>
    </w:p>
    <w:p>
      <w:r>
        <w:rPr>
          <w:b/>
        </w:rPr>
        <w:t xml:space="preserve">[22:08] </w:t>
      </w:r>
      <w:r>
        <w:t>yeh baat ko bani hai baat ko.</w:t>
      </w:r>
    </w:p>
    <w:p>
      <w:pPr>
        <w:jc w:val="right"/>
      </w:pPr>
      <w:r>
        <w:t>یہ بات کو بنی ہے بات کو۔</w:t>
      </w:r>
    </w:p>
    <w:p>
      <w:r>
        <w:rPr>
          <w:b/>
        </w:rPr>
        <w:t xml:space="preserve">[22:12] </w:t>
      </w:r>
      <w:r>
        <w:t>to saari duniya daarul insaan hai.</w:t>
      </w:r>
    </w:p>
    <w:p>
      <w:pPr>
        <w:jc w:val="right"/>
      </w:pPr>
      <w:r>
        <w:t>تو ساری دنیا دارالانسان ہے۔</w:t>
      </w:r>
    </w:p>
    <w:p>
      <w:r>
        <w:rPr>
          <w:b/>
        </w:rPr>
        <w:t xml:space="preserve">[22:15] </w:t>
      </w:r>
      <w:r>
        <w:t>sab yeksan taur par insaan hain.</w:t>
      </w:r>
    </w:p>
    <w:p>
      <w:pPr>
        <w:jc w:val="right"/>
      </w:pPr>
      <w:r>
        <w:t>سب یکساں طور پر انسان ہیں۔</w:t>
      </w:r>
    </w:p>
    <w:p>
      <w:r>
        <w:rPr>
          <w:b/>
        </w:rPr>
        <w:t xml:space="preserve">[22:19] </w:t>
      </w:r>
      <w:r>
        <w:t>sab se yeksan taur par amal karna chahiye.</w:t>
      </w:r>
    </w:p>
    <w:p>
      <w:pPr>
        <w:jc w:val="right"/>
      </w:pPr>
      <w:r>
        <w:t>سب سے یکساں طور پر عمل کرنا چاہیے۔</w:t>
      </w:r>
    </w:p>
    <w:p>
      <w:r>
        <w:rPr>
          <w:b/>
        </w:rPr>
        <w:t xml:space="preserve">[22:23] </w:t>
      </w:r>
      <w:r>
        <w:t>equal base par.</w:t>
      </w:r>
    </w:p>
    <w:p>
      <w:pPr>
        <w:jc w:val="right"/>
      </w:pPr>
      <w:r>
        <w:t>ایکول بیس پر۔</w:t>
      </w:r>
    </w:p>
    <w:p>
      <w:r>
        <w:rPr>
          <w:b/>
        </w:rPr>
        <w:t xml:space="preserve">[22:27] </w:t>
      </w:r>
      <w:r>
        <w:t>ji. but molana sahib, there have been many muslim leaders who have spoken and written about dividing the world into darul islam and darul kufr. so can you elaborate a little more? what is your opinion on this?</w:t>
      </w:r>
    </w:p>
    <w:p>
      <w:pPr>
        <w:jc w:val="right"/>
      </w:pPr>
      <w:r>
        <w:t>جی۔ بٹ مولانا صاحب، دیر ہیو بین مینی مسلم لیڈرز ہوو ہیو سپوکن اینڈ رٹن اباؤٹ ڈیوائڈنگ دا ورلڈ انٹو دارالاسلام اینڈ دارالکفر۔ سو کین یو ایلیبریٹ ا لٹل مور؟ واٹ از یور اوپینین آن دس؟</w:t>
      </w:r>
    </w:p>
    <w:p>
      <w:r>
        <w:rPr>
          <w:b/>
        </w:rPr>
        <w:t xml:space="preserve">[22:42] </w:t>
      </w:r>
      <w:r>
        <w:t>dekhiye, daarulkufr aur daarulislaam ki istilaah baat ko bani hai.</w:t>
      </w:r>
    </w:p>
    <w:p>
      <w:pPr>
        <w:jc w:val="right"/>
      </w:pPr>
      <w:r>
        <w:t>دیکھئے، دارالکفر اور دارالاسلام کی اصطلاح بات کو بنی ہے۔</w:t>
      </w:r>
    </w:p>
    <w:p>
      <w:r>
        <w:rPr>
          <w:b/>
        </w:rPr>
        <w:t xml:space="preserve">[22:45] </w:t>
      </w:r>
      <w:r>
        <w:t>ibadat period mein.</w:t>
      </w:r>
    </w:p>
    <w:p>
      <w:pPr>
        <w:jc w:val="right"/>
      </w:pPr>
      <w:r>
        <w:t>عبادت پیریڈ میں۔</w:t>
      </w:r>
    </w:p>
    <w:p>
      <w:r>
        <w:rPr>
          <w:b/>
        </w:rPr>
        <w:t xml:space="preserve">[22:48] </w:t>
      </w:r>
      <w:r>
        <w:t>pehlay nahi thi.</w:t>
      </w:r>
    </w:p>
    <w:p>
      <w:pPr>
        <w:jc w:val="right"/>
      </w:pPr>
      <w:r>
        <w:t>پہلے نہیں تھی۔</w:t>
      </w:r>
    </w:p>
    <w:p>
      <w:r>
        <w:rPr>
          <w:b/>
        </w:rPr>
        <w:t xml:space="preserve">[22:51] </w:t>
      </w:r>
      <w:r>
        <w:t>misal ke ooper dekhiye.</w:t>
      </w:r>
    </w:p>
    <w:p>
      <w:pPr>
        <w:jc w:val="right"/>
      </w:pPr>
      <w:r>
        <w:t>مثال کے اوپر دیکھئے۔</w:t>
      </w:r>
    </w:p>
    <w:p>
      <w:r>
        <w:rPr>
          <w:b/>
        </w:rPr>
        <w:t xml:space="preserve">[22:54] </w:t>
      </w:r>
      <w:r>
        <w:t>makkah mein sab log buth poojhte thay.</w:t>
      </w:r>
    </w:p>
    <w:p>
      <w:pPr>
        <w:jc w:val="right"/>
      </w:pPr>
      <w:r>
        <w:t>مکہ میں سب لوگ بت پوچھتے تھے۔</w:t>
      </w:r>
    </w:p>
    <w:p>
      <w:r>
        <w:rPr>
          <w:b/>
        </w:rPr>
        <w:t xml:space="preserve">[22:57] </w:t>
      </w:r>
      <w:r>
        <w:t>to kai quran aur hadees banaye gaye ke yeh daarulkufr hai.</w:t>
      </w:r>
    </w:p>
    <w:p>
      <w:pPr>
        <w:jc w:val="right"/>
      </w:pPr>
      <w:r>
        <w:t>تو کئی قرآن اور حدیث بنائے گئے کہ یہ دارالکفر ہے۔</w:t>
      </w:r>
    </w:p>
    <w:p>
      <w:r>
        <w:rPr>
          <w:b/>
        </w:rPr>
        <w:t xml:space="preserve">[23:00] </w:t>
      </w:r>
      <w:r>
        <w:t>kisi ne nahi kaha ke makkah daarulkufr hai.</w:t>
      </w:r>
    </w:p>
    <w:p>
      <w:pPr>
        <w:jc w:val="right"/>
      </w:pPr>
      <w:r>
        <w:t>کسی نے نہیں کہا کہ مکہ دارالکفر ہے۔</w:t>
      </w:r>
    </w:p>
    <w:p>
      <w:r>
        <w:rPr>
          <w:b/>
        </w:rPr>
        <w:t xml:space="preserve">[23:04] </w:t>
      </w:r>
      <w:r>
        <w:t>kisi ne nahi kaha. achha.</w:t>
      </w:r>
    </w:p>
    <w:p>
      <w:pPr>
        <w:jc w:val="right"/>
      </w:pPr>
      <w:r>
        <w:t>کسی نے نہیں کہا۔ اچھے۔</w:t>
      </w:r>
    </w:p>
    <w:p>
      <w:r>
        <w:rPr>
          <w:b/>
        </w:rPr>
        <w:t xml:space="preserve">[23:07] </w:t>
      </w:r>
      <w:r>
        <w:t>baat ko madina mein beshtar log islaam mein daakhil ho gaye.</w:t>
      </w:r>
    </w:p>
    <w:p>
      <w:pPr>
        <w:jc w:val="right"/>
      </w:pPr>
      <w:r>
        <w:t>بات کو مدینہ میں بیشتر لوگ اسلام میں داخل ہو گئے۔</w:t>
      </w:r>
    </w:p>
    <w:p>
      <w:r>
        <w:rPr>
          <w:b/>
        </w:rPr>
        <w:t xml:space="preserve">[23:10] </w:t>
      </w:r>
      <w:r>
        <w:t>to wahan is baani ke lihaaz se musalmanon ki hukoomat karna chahiye.</w:t>
      </w:r>
    </w:p>
    <w:p>
      <w:pPr>
        <w:jc w:val="right"/>
      </w:pPr>
      <w:r>
        <w:t>تو وہاں اس بانی کے لحاظ سے مسلمانوں کی حکومت کرنا چاہیے۔</w:t>
      </w:r>
    </w:p>
    <w:p>
      <w:r>
        <w:rPr>
          <w:b/>
        </w:rPr>
        <w:t xml:space="preserve">[23:13] </w:t>
      </w:r>
      <w:r>
        <w:t>qaaim ho gayi.</w:t>
      </w:r>
    </w:p>
    <w:p>
      <w:pPr>
        <w:jc w:val="right"/>
      </w:pPr>
      <w:r>
        <w:t>قائم ہو گئی۔</w:t>
      </w:r>
    </w:p>
    <w:p>
      <w:r>
        <w:rPr>
          <w:b/>
        </w:rPr>
        <w:t xml:space="preserve">[23:16] </w:t>
      </w:r>
      <w:r>
        <w:t>tab bhi baani ka madina ko daarulislaam nahi kaha gaya.</w:t>
      </w:r>
    </w:p>
    <w:p>
      <w:pPr>
        <w:jc w:val="right"/>
      </w:pPr>
      <w:r>
        <w:t>تب بھی بانی کا مدینہ کو دارالاسلام نہیں کہا گیا۔</w:t>
      </w:r>
    </w:p>
    <w:p>
      <w:r>
        <w:rPr>
          <w:b/>
        </w:rPr>
        <w:t xml:space="preserve">[23:19] </w:t>
      </w:r>
      <w:r>
        <w:t>na buth ke zamane mein makkah ko daarulkufr kaha gaya.</w:t>
      </w:r>
    </w:p>
    <w:p>
      <w:pPr>
        <w:jc w:val="right"/>
      </w:pPr>
      <w:r>
        <w:t>نہ بت کے زمانے میں مکہ کو دارالکفر کہا گیا۔</w:t>
      </w:r>
    </w:p>
    <w:p>
      <w:r>
        <w:rPr>
          <w:b/>
        </w:rPr>
        <w:t xml:space="preserve">[23:23] </w:t>
      </w:r>
      <w:r>
        <w:t>na islami hukoomat ke zamane mein madina ko daarulislaam kaha gaya.</w:t>
      </w:r>
    </w:p>
    <w:p>
      <w:pPr>
        <w:jc w:val="right"/>
      </w:pPr>
      <w:r>
        <w:t>نہ اسلامی حکومت کے زمانے میں مدینہ کو دارالاسلام کہا گیا۔</w:t>
      </w:r>
    </w:p>
    <w:p>
      <w:r>
        <w:rPr>
          <w:b/>
        </w:rPr>
        <w:t xml:space="preserve">[23:26] </w:t>
      </w:r>
      <w:r>
        <w:t>yeh sab istilaahein baat ko bani hain.</w:t>
      </w:r>
    </w:p>
    <w:p>
      <w:pPr>
        <w:jc w:val="right"/>
      </w:pPr>
      <w:r>
        <w:t>یہ سب اصطلاحیں بات کو بنی ہیں۔</w:t>
      </w:r>
    </w:p>
    <w:p>
      <w:r>
        <w:rPr>
          <w:b/>
        </w:rPr>
        <w:t xml:space="preserve">[23:29] </w:t>
      </w:r>
      <w:r>
        <w:t>jo jis ka naam wahi kaha jaye ga.</w:t>
      </w:r>
    </w:p>
    <w:p>
      <w:pPr>
        <w:jc w:val="right"/>
      </w:pPr>
      <w:r>
        <w:t>جو جس کا نام وہی کہا جائے گا۔</w:t>
      </w:r>
    </w:p>
    <w:p>
      <w:r>
        <w:rPr>
          <w:b/>
        </w:rPr>
        <w:t xml:space="preserve">[23:32] </w:t>
      </w:r>
      <w:r>
        <w:t>makkah hai to makkah kahengay.</w:t>
      </w:r>
    </w:p>
    <w:p>
      <w:pPr>
        <w:jc w:val="right"/>
      </w:pPr>
      <w:r>
        <w:t>مکہ ہے تو مکہ کہیں گے۔</w:t>
      </w:r>
    </w:p>
    <w:p>
      <w:r>
        <w:rPr>
          <w:b/>
        </w:rPr>
        <w:t xml:space="preserve">[23:35] </w:t>
      </w:r>
      <w:r>
        <w:t>madinah hai to madinah kahengay.</w:t>
      </w:r>
    </w:p>
    <w:p>
      <w:pPr>
        <w:jc w:val="right"/>
      </w:pPr>
      <w:r>
        <w:t>مدینہ ہے تو مدینہ کہیں گے۔</w:t>
      </w:r>
    </w:p>
    <w:p>
      <w:r>
        <w:rPr>
          <w:b/>
        </w:rPr>
        <w:t xml:space="preserve">[23:38] </w:t>
      </w:r>
      <w:r>
        <w:t>nah koi daarulkufr hai nah koi daarulislaam hai.</w:t>
      </w:r>
    </w:p>
    <w:p>
      <w:pPr>
        <w:jc w:val="right"/>
      </w:pPr>
      <w:r>
        <w:t>نہ کوئی دارالکفر ہے نہ کوئی دارالاسلام ہے۔</w:t>
      </w:r>
    </w:p>
    <w:p>
      <w:r>
        <w:rPr>
          <w:b/>
        </w:rPr>
        <w:t xml:space="preserve">[23:42] </w:t>
      </w:r>
      <w:r>
        <w:t>ji. molana sahib, so how should a muslim live in a western country which follows secular and modern culture? what would be your advice to all those muslims?</w:t>
      </w:r>
    </w:p>
    <w:p>
      <w:pPr>
        <w:jc w:val="right"/>
      </w:pPr>
      <w:r>
        <w:t>جی۔ مولانا صاحب، سو ہاؤ شوڈ ا مسلم لیو ان ا ویسٹرن کنٹری وچ فالوز سیکولر اینڈ ماڈرن کلچر؟ واٹ وڈ بی یور ایڈوائس ٹو آل دوز مسلمز؟</w:t>
      </w:r>
    </w:p>
    <w:p>
      <w:r>
        <w:rPr>
          <w:b/>
        </w:rPr>
        <w:t xml:space="preserve">[23:55] </w:t>
      </w:r>
      <w:r>
        <w:t>mera advice yeh hai ke in mulkon mein ya to musalman nah jaayen.</w:t>
      </w:r>
    </w:p>
    <w:p>
      <w:pPr>
        <w:jc w:val="right"/>
      </w:pPr>
      <w:r>
        <w:t>میرا ایڈوائس یہ ہے کہ ان ملکوں میں یا تو مسلمان نہ جائیں۔</w:t>
      </w:r>
    </w:p>
    <w:p>
      <w:r>
        <w:rPr>
          <w:b/>
        </w:rPr>
        <w:t xml:space="preserve">[23:59] </w:t>
      </w:r>
      <w:r>
        <w:t>aur agar jaate hain to wahan ke jo law, jo law of land hai, us ko mukammal</w:t>
      </w:r>
    </w:p>
    <w:p>
      <w:pPr>
        <w:jc w:val="right"/>
      </w:pPr>
      <w:r>
        <w:t>اور اگر جاتے ہیں تو وہاں کے جو لا ہے، جو لا آف لینڈ ہے، اس کو مکمل</w:t>
      </w:r>
    </w:p>
    <w:p>
      <w:r>
        <w:rPr>
          <w:b/>
        </w:rPr>
        <w:t xml:space="preserve">[24:03] </w:t>
      </w:r>
      <w:r>
        <w:t>tour par dil se follow karen.</w:t>
      </w:r>
    </w:p>
    <w:p>
      <w:pPr>
        <w:jc w:val="right"/>
      </w:pPr>
      <w:r>
        <w:t>طور پر دل سے فالو کریں۔</w:t>
      </w:r>
    </w:p>
    <w:p>
      <w:r>
        <w:rPr>
          <w:b/>
        </w:rPr>
        <w:t xml:space="preserve">[24:07] </w:t>
      </w:r>
      <w:r>
        <w:t>in ke option is mein hai.</w:t>
      </w:r>
    </w:p>
    <w:p>
      <w:pPr>
        <w:jc w:val="right"/>
      </w:pPr>
      <w:r>
        <w:t>ان کے آپشن اس میں ہے۔</w:t>
      </w:r>
    </w:p>
    <w:p>
      <w:r>
        <w:rPr>
          <w:b/>
        </w:rPr>
        <w:t xml:space="preserve">[24:11] </w:t>
      </w:r>
      <w:r>
        <w:t>yeh nah keh wahan jaayen aur phir wahan shor o ghul karen.</w:t>
      </w:r>
    </w:p>
    <w:p>
      <w:pPr>
        <w:jc w:val="right"/>
      </w:pPr>
      <w:r>
        <w:t>یہ نہیں کہ وہاں جائیں اور پھر وہاں شور و غل کریں۔</w:t>
      </w:r>
    </w:p>
    <w:p>
      <w:r>
        <w:rPr>
          <w:b/>
        </w:rPr>
        <w:t xml:space="preserve">[24:15] </w:t>
      </w:r>
      <w:r>
        <w:t>وہاں جا کر کے وہاں soil bombing کریں۔</w:t>
      </w:r>
    </w:p>
    <w:p>
      <w:pPr>
        <w:jc w:val="right"/>
      </w:pPr>
      <w:r>
        <w:t>وہاں جا کر کے وہاں سوائل بمنگ کریں۔</w:t>
      </w:r>
    </w:p>
    <w:p>
      <w:r>
        <w:rPr>
          <w:b/>
        </w:rPr>
        <w:t xml:space="preserve">[24:19] </w:t>
      </w:r>
      <w:r>
        <w:t>wahan jo bhi law of land hai, wahan ka jo bhi wahan ka culture hai, ya to us</w:t>
      </w:r>
    </w:p>
    <w:p>
      <w:pPr>
        <w:jc w:val="right"/>
      </w:pPr>
      <w:r>
        <w:t>وہاں جو بھی لا آف لینڈ ہے، وہاں کا جو بھی وہاں کا کلچر ہے، یا تو اس</w:t>
      </w:r>
    </w:p>
    <w:p>
      <w:r>
        <w:rPr>
          <w:b/>
        </w:rPr>
        <w:t xml:space="preserve">[24:23] </w:t>
      </w:r>
      <w:r>
        <w:t>ko apnaayiye aap lekin rehna hai aap ko.</w:t>
      </w:r>
    </w:p>
    <w:p>
      <w:pPr>
        <w:jc w:val="right"/>
      </w:pPr>
      <w:r>
        <w:t>کو اپنائیے آپ لیکن رہنا ہے آپ کو۔</w:t>
      </w:r>
    </w:p>
    <w:p>
      <w:r>
        <w:rPr>
          <w:b/>
        </w:rPr>
        <w:t xml:space="preserve">[24:27] </w:t>
      </w:r>
      <w:r>
        <w:t>aur aap ko woh manzoor nahain hai to aap wapas chale jaayen apne mulk mein wapas chale jaayen.</w:t>
      </w:r>
    </w:p>
    <w:p>
      <w:pPr>
        <w:jc w:val="right"/>
      </w:pPr>
      <w:r>
        <w:t>اور آپ کو وہ منظور نہیں ہے تو آپ واپس چلے جائیں اپنے ملک میں واپس چلے جائیں۔</w:t>
      </w:r>
    </w:p>
    <w:p>
      <w:r>
        <w:rPr>
          <w:b/>
        </w:rPr>
        <w:t xml:space="preserve">[24:31] </w:t>
      </w:r>
      <w:r>
        <w:t>yeh tareeqa islami tareeqa nahain hai ke musalman in mulkon mein jaayen aur wahan par is ke khilaaf</w:t>
      </w:r>
    </w:p>
    <w:p>
      <w:pPr>
        <w:jc w:val="right"/>
      </w:pPr>
      <w:r>
        <w:t>یہ طریقہ اسلامی طریقہ نہیں ہے کہ مسلمان ان ملکوں میں جائیں اور وہاں پر اس کے خلاف</w:t>
      </w:r>
    </w:p>
    <w:p>
      <w:r>
        <w:rPr>
          <w:b/>
        </w:rPr>
        <w:t xml:space="preserve">[24:35] </w:t>
      </w:r>
      <w:r>
        <w:t>protest karen aur hangaama karen.</w:t>
      </w:r>
    </w:p>
    <w:p>
      <w:pPr>
        <w:jc w:val="right"/>
      </w:pPr>
      <w:r>
        <w:t>پروٹیسٹ کریں اور ہنگامہ کریں۔</w:t>
      </w:r>
    </w:p>
    <w:p>
      <w:r>
        <w:rPr>
          <w:b/>
        </w:rPr>
        <w:t xml:space="preserve">[24:39] </w:t>
      </w:r>
      <w:r>
        <w:t>yeh islaam mein nahain hai.</w:t>
      </w:r>
    </w:p>
    <w:p>
      <w:pPr>
        <w:jc w:val="right"/>
      </w:pPr>
      <w:r>
        <w:t>یہ اسلام میں نہیں ہے۔</w:t>
      </w:r>
    </w:p>
    <w:p>
      <w:r>
        <w:rPr>
          <w:b/>
        </w:rPr>
        <w:t xml:space="preserve">[24:43] </w:t>
      </w:r>
      <w:r>
        <w:t>ji. molana sahib, many muslims seek to establish caliphate in the present time. so what would you say to this kind of follow up that many muslims are doing these days?</w:t>
      </w:r>
    </w:p>
    <w:p>
      <w:pPr>
        <w:jc w:val="right"/>
      </w:pPr>
      <w:r>
        <w:t>جی۔ مولانا صاحب، مینی مسلمز سیک ٹو اسٹیبلش کیلیفیٹ ان دی پریزنٹ ٹائم۔ سو واٹ وڈ یو سے ٹو دس کائنڈ آف فالو اپ دیٹ مینی مسلمز آر ڈوئنگ دیز ڈیز؟</w:t>
      </w:r>
    </w:p>
    <w:p>
      <w:r>
        <w:rPr>
          <w:b/>
        </w:rPr>
        <w:t xml:space="preserve">[24:57] </w:t>
      </w:r>
      <w:r>
        <w:t>yeh bhi yeh bhi khud saakhta hai.</w:t>
      </w:r>
    </w:p>
    <w:p>
      <w:pPr>
        <w:jc w:val="right"/>
      </w:pPr>
      <w:r>
        <w:t>یہ بھی یہ بھی خود ساختہ ہے۔</w:t>
      </w:r>
    </w:p>
    <w:p>
      <w:r>
        <w:rPr>
          <w:b/>
        </w:rPr>
        <w:t xml:space="preserve">[25:00] </w:t>
      </w:r>
      <w:r>
        <w:t>kahin quran mein nahain hai ke islami khilaafat qaaim karo.</w:t>
      </w:r>
    </w:p>
    <w:p>
      <w:pPr>
        <w:jc w:val="right"/>
      </w:pPr>
      <w:r>
        <w:t>کہیں قرآن میں نہیں ہے کہ اسلامی خلافت قائم کرو۔</w:t>
      </w:r>
    </w:p>
    <w:p>
      <w:r>
        <w:rPr>
          <w:b/>
        </w:rPr>
        <w:t xml:space="preserve">[25:04] </w:t>
      </w:r>
      <w:r>
        <w:t>hadees mein nahain hai ke islami khilaafat qaaim karo.</w:t>
      </w:r>
    </w:p>
    <w:p>
      <w:pPr>
        <w:jc w:val="right"/>
      </w:pPr>
      <w:r>
        <w:t>حدیث میں نہیں ہے کہ اسلامی خلافت قائم کرو۔</w:t>
      </w:r>
    </w:p>
    <w:p>
      <w:r>
        <w:rPr>
          <w:b/>
        </w:rPr>
        <w:t xml:space="preserve">[25:08] </w:t>
      </w:r>
      <w:r>
        <w:t>kahin bhi nahain.</w:t>
      </w:r>
    </w:p>
    <w:p>
      <w:pPr>
        <w:jc w:val="right"/>
      </w:pPr>
      <w:r>
        <w:t>کہیں بھی نہیں۔</w:t>
      </w:r>
    </w:p>
    <w:p>
      <w:r>
        <w:rPr>
          <w:b/>
        </w:rPr>
        <w:t xml:space="preserve">[25:12] </w:t>
      </w:r>
      <w:r>
        <w:t>nah aik hadees hai nah aik aayat hai quran ki.</w:t>
      </w:r>
    </w:p>
    <w:p>
      <w:pPr>
        <w:jc w:val="right"/>
      </w:pPr>
      <w:r>
        <w:t>نہ ایک حدیث ہے نہ ایک آیت ہے قرآن کی۔</w:t>
      </w:r>
    </w:p>
    <w:p>
      <w:r>
        <w:rPr>
          <w:b/>
        </w:rPr>
        <w:t xml:space="preserve">[25:16] </w:t>
      </w:r>
      <w:r>
        <w:t>jab yeh hukum diya gaya ho ke aap musalman ho to tumhari duty hai ke tum islami khilaafat qaaim karo.</w:t>
      </w:r>
    </w:p>
    <w:p>
      <w:pPr>
        <w:jc w:val="right"/>
      </w:pPr>
      <w:r>
        <w:t>جب یہ حکم دیا گیا ہو کہ آپ مسلمان ہو تو تمہاری ڈیوٹی ہے کہ تم اسلامی خلافت قائم کرو۔</w:t>
      </w:r>
    </w:p>
    <w:p>
      <w:r>
        <w:rPr>
          <w:b/>
        </w:rPr>
        <w:t xml:space="preserve">[25:20] </w:t>
      </w:r>
      <w:r>
        <w:t>yeh to bana yeh to bana liya logon ne baat ko.</w:t>
      </w:r>
    </w:p>
    <w:p>
      <w:pPr>
        <w:jc w:val="right"/>
      </w:pPr>
      <w:r>
        <w:t>یہ تو بنا یہ تو بنا لیا لوگوں نے بات کو۔</w:t>
      </w:r>
    </w:p>
    <w:p>
      <w:r>
        <w:rPr>
          <w:b/>
        </w:rPr>
        <w:t xml:space="preserve">[25:23] </w:t>
      </w:r>
      <w:r>
        <w:t>yaani bilkul hi baseless hai yeh baat quran o hadees ke mutabiq.</w:t>
      </w:r>
    </w:p>
    <w:p>
      <w:pPr>
        <w:jc w:val="right"/>
      </w:pPr>
      <w:r>
        <w:t>یعنی بالکل ہی بیسلیس ہے یہ بات قرآن و حدیث کے مطابق۔</w:t>
      </w:r>
    </w:p>
    <w:p>
      <w:r>
        <w:rPr>
          <w:b/>
        </w:rPr>
        <w:t xml:space="preserve">[25:27] </w:t>
      </w:r>
      <w:r>
        <w:t>koi aik bhi aayat hai hi nahain.</w:t>
      </w:r>
    </w:p>
    <w:p>
      <w:pPr>
        <w:jc w:val="right"/>
      </w:pPr>
      <w:r>
        <w:t>کوئی ایک بھی آیت ہے ہی نہیں۔</w:t>
      </w:r>
    </w:p>
    <w:p>
      <w:r>
        <w:rPr>
          <w:b/>
        </w:rPr>
        <w:t xml:space="preserve">[25:31] </w:t>
      </w:r>
      <w:r>
        <w:t>nah koi aik hadees hai jis mein yeh kaha gaya ho ke aap musalman ho tumhara farz yeh</w:t>
      </w:r>
    </w:p>
    <w:p>
      <w:pPr>
        <w:jc w:val="right"/>
      </w:pPr>
      <w:r>
        <w:t>نہ کوئی ایک حدیث ہے جس میں یہ کہا گیا ہو کہ آپ مسلمان ہو تمہارا فرض یہ</w:t>
      </w:r>
    </w:p>
    <w:p>
      <w:r>
        <w:rPr>
          <w:b/>
        </w:rPr>
        <w:t xml:space="preserve">[25:35] </w:t>
      </w:r>
      <w:r>
        <w:t>hai ke tum saari duniya mein islami khilaafat qaaim karo.</w:t>
      </w:r>
    </w:p>
    <w:p>
      <w:pPr>
        <w:jc w:val="right"/>
      </w:pPr>
      <w:r>
        <w:t>ہے کہ تم ساری دنیا میں اسلامی خلافت قائم کرو۔</w:t>
      </w:r>
    </w:p>
    <w:p>
      <w:r>
        <w:rPr>
          <w:b/>
        </w:rPr>
        <w:t xml:space="preserve">[25:39] </w:t>
      </w:r>
      <w:r>
        <w:t>is ka kuch bhi koi bhi baseless keh nahi hai.</w:t>
      </w:r>
    </w:p>
    <w:p>
      <w:pPr>
        <w:jc w:val="right"/>
      </w:pPr>
      <w:r>
        <w:t>اس کا کچھ بھی کوئی بھی بیسلیس کہ نہیں ہے۔</w:t>
      </w:r>
    </w:p>
    <w:p>
      <w:r>
        <w:rPr>
          <w:b/>
        </w:rPr>
        <w:t xml:space="preserve">[25:43] </w:t>
      </w:r>
      <w:r>
        <w:t>ji. so molana sahib, according to you, what is the responsibility of muslims in present times? woh to yahi hai jo pehle thi. yani dawat il Allah. quran ko pahunchana. un ki koi un ki zimmedari badlegi nahi. wahi ki wahi rahegi. woh hai dawat aur tabligh. Allah ki kitab ko sari dunya mein pahunchana. bas. yeh pehle bhi tha. yahi aaj bhi hai.</w:t>
      </w:r>
    </w:p>
    <w:p>
      <w:pPr>
        <w:jc w:val="right"/>
      </w:pPr>
      <w:r>
        <w:t>جی۔ سو مولانا صاحب، اکارڈنگ ٹو یو، واٹ از دی ریسپانسبیلٹی آف مسلمز ان پریزنٹ ٹائمز؟ وہ تو یہی ہے جو پہلے تھی۔ یعنی دعوت الی اللہ۔ قرآن کو پہنچانا۔ ان کی کوئی ان کی ذمہ داری بدلے گی نہیں۔ وہی کی وہی رہے گی۔ وہ ہے دعوت اور تبلیغ۔ اللہ کی کتاب کو ساری دنیا میں پہنچانا۔ بس۔ یہ پہلے بھی تھا۔ یہی آج بھی ہے۔</w:t>
      </w:r>
    </w:p>
    <w:p>
      <w:r>
        <w:rPr>
          <w:b/>
        </w:rPr>
        <w:t xml:space="preserve">[26:12] </w:t>
      </w:r>
      <w:r>
        <w:t>ji. but molana sahib, why is it then muslims engage in violence when they can achieve things peacefully? what is the reason behind this?</w:t>
      </w:r>
    </w:p>
    <w:p>
      <w:pPr>
        <w:jc w:val="right"/>
      </w:pPr>
      <w:r>
        <w:t>جی۔ بٹ مولانا صاحب، وائی از اٹ دین مسلمز انگیج ان وائلنس وین دے کین اچیو تھنگز پیس فلی؟ واٹ از دی ریزن بیہائنڈ دس؟</w:t>
      </w:r>
    </w:p>
    <w:p>
      <w:r>
        <w:rPr>
          <w:b/>
        </w:rPr>
        <w:t xml:space="preserve">[26:25] </w:t>
      </w:r>
      <w:r>
        <w:t>asal mein in ko qoumi ghussa hai.</w:t>
      </w:r>
    </w:p>
    <w:p>
      <w:pPr>
        <w:jc w:val="right"/>
      </w:pPr>
      <w:r>
        <w:t>اصل میں ان کو قومی غصہ ہے۔</w:t>
      </w:r>
    </w:p>
    <w:p>
      <w:r>
        <w:rPr>
          <w:b/>
        </w:rPr>
        <w:t xml:space="preserve">[26:29] </w:t>
      </w:r>
      <w:r>
        <w:t>islami ka is se koi talluq nahi hai.</w:t>
      </w:r>
    </w:p>
    <w:p>
      <w:pPr>
        <w:jc w:val="right"/>
      </w:pPr>
      <w:r>
        <w:t>اسلامی کا اس سے کوئی تعلق نہیں ہے۔</w:t>
      </w:r>
    </w:p>
    <w:p>
      <w:r>
        <w:rPr>
          <w:b/>
        </w:rPr>
        <w:t xml:space="preserve">[26:33] </w:t>
      </w:r>
      <w:r>
        <w:t>yani kamreel anger.</w:t>
      </w:r>
    </w:p>
    <w:p>
      <w:pPr>
        <w:jc w:val="right"/>
      </w:pPr>
      <w:r>
        <w:t>یعنی کمریل اینگر۔</w:t>
      </w:r>
    </w:p>
    <w:p>
      <w:r>
        <w:rPr>
          <w:b/>
        </w:rPr>
        <w:t xml:space="preserve">[26:37] </w:t>
      </w:r>
      <w:r>
        <w:t>isi ka yeh sab phenomena hai.</w:t>
      </w:r>
    </w:p>
    <w:p>
      <w:pPr>
        <w:jc w:val="right"/>
      </w:pPr>
      <w:r>
        <w:t>اسی کا یہ سب فینامینا ہے۔</w:t>
      </w:r>
    </w:p>
    <w:p>
      <w:r>
        <w:rPr>
          <w:b/>
        </w:rPr>
        <w:t xml:space="preserve">[26:41] </w:t>
      </w:r>
      <w:r>
        <w:t>تو communal anger تو اپنے آپ ہی غلط ہے۔</w:t>
      </w:r>
    </w:p>
    <w:p>
      <w:pPr>
        <w:jc w:val="right"/>
      </w:pPr>
      <w:r>
        <w:t>تو کمریل اینگر تو اپنے آپ ہی غلط ہے۔</w:t>
      </w:r>
    </w:p>
    <w:p>
      <w:r>
        <w:rPr>
          <w:b/>
        </w:rPr>
        <w:t xml:space="preserve">[26:45] </w:t>
      </w:r>
      <w:r>
        <w:t>Commercial anger ki koi Islam mein koi base nahin hai.</w:t>
      </w:r>
    </w:p>
    <w:p>
      <w:pPr>
        <w:jc w:val="right"/>
      </w:pPr>
      <w:r>
        <w:t>کمریل اینگر کی کوئی اسلام میں کوئی بیس نہیں ہے۔</w:t>
      </w:r>
    </w:p>
    <w:p>
      <w:r>
        <w:rPr>
          <w:b/>
        </w:rPr>
        <w:t xml:space="preserve">[26:49] </w:t>
      </w:r>
      <w:r>
        <w:t>aur bhi woh bhi anger kya hai? Yani Musalmanon ko saari duniya mein mauqa mila hua hai.</w:t>
      </w:r>
    </w:p>
    <w:p>
      <w:pPr>
        <w:jc w:val="right"/>
      </w:pPr>
      <w:r>
        <w:t>اور بھی وہ بھی اینگر کیا ہے؟ یعنی مسلمانوں کو ساری دنیا میں موقع ملا ہوا ہے۔</w:t>
      </w:r>
    </w:p>
    <w:p>
      <w:r>
        <w:rPr>
          <w:b/>
        </w:rPr>
        <w:t xml:space="preserve">[26:53] </w:t>
      </w:r>
      <w:r>
        <w:t>dunya mein jis mulk mein aap jaen har mulk mein musalman service kar rahe hain business kar rahe hain.</w:t>
      </w:r>
    </w:p>
    <w:p>
      <w:pPr>
        <w:jc w:val="right"/>
      </w:pPr>
      <w:r>
        <w:t>دنیا میں جس ملک میں آپ جائیں ہر ملک میں مسلمان سروس کر رہے ہیں بزنس کر رہے ہیں۔</w:t>
      </w:r>
    </w:p>
    <w:p>
      <w:r>
        <w:rPr>
          <w:b/>
        </w:rPr>
        <w:t xml:space="preserve">[26:57] </w:t>
      </w:r>
      <w:r>
        <w:t>khula moqa hai in ko.</w:t>
      </w:r>
    </w:p>
    <w:p>
      <w:pPr>
        <w:jc w:val="right"/>
      </w:pPr>
      <w:r>
        <w:t>کھلا موقع ہے ان کو۔</w:t>
      </w:r>
    </w:p>
    <w:p>
      <w:r>
        <w:rPr>
          <w:b/>
        </w:rPr>
        <w:t xml:space="preserve">[27:01] </w:t>
      </w:r>
      <w:r>
        <w:t>to phir phir kis liye aap anger kis liye? mein to samajhta hoon ke dunya mein jitna moqa</w:t>
      </w:r>
    </w:p>
    <w:p>
      <w:pPr>
        <w:jc w:val="right"/>
      </w:pPr>
      <w:r>
        <w:t>تو پھر پھر کس لیے آپ اینگر کس لیے؟ میں تو سمجھتا ہوں کہ دنیا میں جتنا موقع</w:t>
      </w:r>
    </w:p>
    <w:p>
      <w:r>
        <w:rPr>
          <w:b/>
        </w:rPr>
        <w:t xml:space="preserve">[27:06] </w:t>
      </w:r>
      <w:r>
        <w:t>is waqt musalmanon ko mila hua hai dunya mein kabhi aisa nahi tha.</w:t>
      </w:r>
    </w:p>
    <w:p>
      <w:pPr>
        <w:jc w:val="right"/>
      </w:pPr>
      <w:r>
        <w:t>اس وقت مسلمانوں کو ملا ہوا ہے دنیا میں کبھی ایسا نہیں تھا۔</w:t>
      </w:r>
    </w:p>
    <w:p>
      <w:r>
        <w:rPr>
          <w:b/>
        </w:rPr>
        <w:t xml:space="preserve">[27:10] </w:t>
      </w:r>
      <w:r>
        <w:t>hata ke jo muslim saltanatain theen tab bhi nahi tha.</w:t>
      </w:r>
    </w:p>
    <w:p>
      <w:pPr>
        <w:jc w:val="right"/>
      </w:pPr>
      <w:r>
        <w:t>حتیٰ کہ جو مسلم سلطنتیں تھیں تب بھی نہیں تھا۔</w:t>
      </w:r>
    </w:p>
    <w:p>
      <w:r>
        <w:rPr>
          <w:b/>
        </w:rPr>
        <w:t xml:space="preserve">[27:14] </w:t>
      </w:r>
      <w:r>
        <w:t>musalmanon ke jo empire hue qaim hue ya musalmanon ke jo hukoomatain qaim hui hain un ke zamanay</w:t>
      </w:r>
    </w:p>
    <w:p>
      <w:pPr>
        <w:jc w:val="right"/>
      </w:pPr>
      <w:r>
        <w:t>مسلمانوں کے جو ایمپائر ہوئے قائم ہوئے یا مسلمانوں کے جو حکومتیں قائم ہوئی ہیں ان کے زمانے</w:t>
      </w:r>
    </w:p>
    <w:p>
      <w:r>
        <w:rPr>
          <w:b/>
        </w:rPr>
        <w:t xml:space="preserve">[27:18] </w:t>
      </w:r>
      <w:r>
        <w:t>mein bhi musalmanon ko itni opportunity nahi thi jitni aaj hai.</w:t>
      </w:r>
    </w:p>
    <w:p>
      <w:pPr>
        <w:jc w:val="right"/>
      </w:pPr>
      <w:r>
        <w:t>میں بھی مسلمانوں کو اتنی اپرچونیٹی نہیں تھی جتنی آج ہے۔</w:t>
      </w:r>
    </w:p>
    <w:p>
      <w:r>
        <w:rPr>
          <w:b/>
        </w:rPr>
        <w:t xml:space="preserve">[27:22] </w:t>
      </w:r>
      <w:r>
        <w:t>to kham khwah ladte hain kham khwah ghussa karte hain.</w:t>
      </w:r>
    </w:p>
    <w:p>
      <w:pPr>
        <w:jc w:val="right"/>
      </w:pPr>
      <w:r>
        <w:t>تو خام خواہ لڑتے ہیں خام خواہ غصہ کرتے ہیں۔</w:t>
      </w:r>
    </w:p>
    <w:p>
      <w:r>
        <w:rPr>
          <w:b/>
        </w:rPr>
        <w:t xml:space="preserve">[27:26] </w:t>
      </w:r>
      <w:r>
        <w:t>yeh to nadani hai.</w:t>
      </w:r>
    </w:p>
    <w:p>
      <w:pPr>
        <w:jc w:val="right"/>
      </w:pPr>
      <w:r>
        <w:t>یہ تو نادانی ہے۔</w:t>
      </w:r>
    </w:p>
    <w:p>
      <w:r>
        <w:rPr>
          <w:b/>
        </w:rPr>
        <w:t xml:space="preserve">[27:30] </w:t>
      </w:r>
      <w:r>
        <w:t>میں اس کو سمجھتا ہوں کہ ignorance ہے۔</w:t>
      </w:r>
    </w:p>
    <w:p>
      <w:pPr>
        <w:jc w:val="right"/>
      </w:pPr>
      <w:r>
        <w:t>میں اس کو سمجھتا ہوں کہ ان اویرنس ہے۔</w:t>
      </w:r>
    </w:p>
    <w:p>
      <w:r>
        <w:rPr>
          <w:b/>
        </w:rPr>
        <w:t xml:space="preserve">[27:34] </w:t>
      </w:r>
      <w:r>
        <w:t>yani door jadeed se bekhabri.</w:t>
      </w:r>
    </w:p>
    <w:p>
      <w:pPr>
        <w:jc w:val="right"/>
      </w:pPr>
      <w:r>
        <w:t>یعنی دور جدید سے بے خبری۔</w:t>
      </w:r>
    </w:p>
    <w:p>
      <w:r>
        <w:rPr>
          <w:b/>
        </w:rPr>
        <w:t xml:space="preserve">[27:38] </w:t>
      </w:r>
      <w:r>
        <w:t>دور جدید سے بے خبری an unawareness ہے۔</w:t>
      </w:r>
    </w:p>
    <w:p>
      <w:pPr>
        <w:jc w:val="right"/>
      </w:pPr>
      <w:r>
        <w:t>دور جدید سے بے خبری ان اویرنس ہے۔</w:t>
      </w:r>
    </w:p>
    <w:p>
      <w:r>
        <w:rPr>
          <w:b/>
        </w:rPr>
        <w:t xml:space="preserve">[27:43] </w:t>
      </w:r>
      <w:r>
        <w:t>ji. bas. molana sahib, from the history of prophet of islam we know that he fought many battles. so was that an age factor or war the teachings of islam? what would you say to this?</w:t>
      </w:r>
    </w:p>
    <w:p>
      <w:pPr>
        <w:jc w:val="right"/>
      </w:pPr>
      <w:r>
        <w:t>جی۔ بس۔ مولانا صاحب، فرام دی ہسٹری آف پرافٹ آف اسلام وی نو دیٹ ہی فاٹ مینی بیٹلز۔ سو واز دیٹ این ایج فیکٹر اور وار دا ٹیچنگز آف اسلام؟ واٹ وڈ یو سے ٹو دس؟</w:t>
      </w:r>
    </w:p>
    <w:p>
      <w:r>
        <w:rPr>
          <w:b/>
        </w:rPr>
        <w:t xml:space="preserve">[27:57] </w:t>
      </w:r>
      <w:r>
        <w:t>پہلی بات یہ کہ کوئی battle نہیں لڑے۔</w:t>
      </w:r>
    </w:p>
    <w:p>
      <w:pPr>
        <w:jc w:val="right"/>
      </w:pPr>
      <w:r>
        <w:t>پہلی بات یہ کہ کوئی بیٹل نہیں لڑے۔</w:t>
      </w:r>
    </w:p>
    <w:p>
      <w:r>
        <w:rPr>
          <w:b/>
        </w:rPr>
        <w:t xml:space="preserve">[28:01] </w:t>
      </w:r>
      <w:r>
        <w:t>رسول اللہ ایک بھی battle نہیں لڑے۔</w:t>
      </w:r>
    </w:p>
    <w:p>
      <w:pPr>
        <w:jc w:val="right"/>
      </w:pPr>
      <w:r>
        <w:t>رسول اللہ ایک بھی بیٹل نہیں لڑے۔</w:t>
      </w:r>
    </w:p>
    <w:p>
      <w:r>
        <w:rPr>
          <w:b/>
        </w:rPr>
        <w:t xml:space="preserve">[28:05] </w:t>
      </w:r>
      <w:r>
        <w:t>yeh bilkul galat hai kehna.</w:t>
      </w:r>
    </w:p>
    <w:p>
      <w:pPr>
        <w:jc w:val="right"/>
      </w:pPr>
      <w:r>
        <w:t>یہ بالکل غلط ہے کہنا۔</w:t>
      </w:r>
    </w:p>
    <w:p>
      <w:r>
        <w:rPr>
          <w:b/>
        </w:rPr>
        <w:t xml:space="preserve">[28:10] </w:t>
      </w:r>
      <w:r>
        <w:t>وہ جتنے بھی battle جو کرتے ہیں وہ سب اس کا اس کا مسئلہ تھے۔</w:t>
      </w:r>
    </w:p>
    <w:p>
      <w:pPr>
        <w:jc w:val="right"/>
      </w:pPr>
      <w:r>
        <w:t>وہ جتنے بھی بیٹل جو کرتے ہیں وہ سب اس کا اس کا مسئلہ تھے۔</w:t>
      </w:r>
    </w:p>
    <w:p>
      <w:r>
        <w:rPr>
          <w:b/>
        </w:rPr>
        <w:t xml:space="preserve">[28:14] </w:t>
      </w:r>
      <w:r>
        <w:t>یعنی لوگوں نے جو other party تھی انہوں نے attack کیا۔</w:t>
      </w:r>
    </w:p>
    <w:p>
      <w:pPr>
        <w:jc w:val="right"/>
      </w:pPr>
      <w:r>
        <w:t>یعنی لوگوں نے جو ادر پارٹی تھی انہوں نے اٹیک کیا۔</w:t>
      </w:r>
    </w:p>
    <w:p>
      <w:r>
        <w:rPr>
          <w:b/>
        </w:rPr>
        <w:t xml:space="preserve">[28:19] </w:t>
      </w:r>
      <w:r>
        <w:t>آپ نے merge کر کے merge کر کے وہ reduce کیا اس کو اور اس کو جھڑپ بنا</w:t>
      </w:r>
    </w:p>
    <w:p>
      <w:pPr>
        <w:jc w:val="right"/>
      </w:pPr>
      <w:r>
        <w:t>آپ نے میج کر کے میج کر کے وہ ریڈیوس کیا اس کو اور اس کو جھڑپ بنا</w:t>
      </w:r>
    </w:p>
    <w:p>
      <w:r>
        <w:rPr>
          <w:b/>
        </w:rPr>
        <w:t xml:space="preserve">[28:23] </w:t>
      </w:r>
      <w:r>
        <w:t>diya bajaye ke laren aap.</w:t>
      </w:r>
    </w:p>
    <w:p>
      <w:pPr>
        <w:jc w:val="right"/>
      </w:pPr>
      <w:r>
        <w:t>دیا بجائے کہ لڑیں آپ۔</w:t>
      </w:r>
    </w:p>
    <w:p>
      <w:r>
        <w:rPr>
          <w:b/>
        </w:rPr>
        <w:t xml:space="preserve">[28:27] </w:t>
      </w:r>
      <w:r>
        <w:t>تو دوسروں کی طرف سے ایسے حالات پیدا کیے گئے کہ مسلمان war کے میدان میں جائیں۔</w:t>
      </w:r>
    </w:p>
    <w:p>
      <w:pPr>
        <w:jc w:val="right"/>
      </w:pPr>
      <w:r>
        <w:t>تو دوسروں کی طرف سے ایسے حالات پیدا کیے گئے کہ مسلمان وار کے میدان میں جائیں۔</w:t>
      </w:r>
    </w:p>
    <w:p>
      <w:r>
        <w:rPr>
          <w:b/>
        </w:rPr>
        <w:t xml:space="preserve">[28:32] </w:t>
      </w:r>
      <w:r>
        <w:t>lekin Rasulullah ne bahut hi hikmat ke saath bahut hi danishmandi ke saath isko ghataya reduce</w:t>
      </w:r>
    </w:p>
    <w:p>
      <w:pPr>
        <w:jc w:val="right"/>
      </w:pPr>
      <w:r>
        <w:t>لیکن رسول اللہ نے بہت ہی حکمت کے ساتھ بہت ہی دانشمندی کے ساتھ اس کو گھٹایا ریڈیوس</w:t>
      </w:r>
    </w:p>
    <w:p>
      <w:r>
        <w:rPr>
          <w:b/>
        </w:rPr>
        <w:t xml:space="preserve">[28:36] </w:t>
      </w:r>
      <w:r>
        <w:t>kya yahan ke in ko is ka mashq bana diya.</w:t>
      </w:r>
    </w:p>
    <w:p>
      <w:pPr>
        <w:jc w:val="right"/>
      </w:pPr>
      <w:r>
        <w:t>کیا یہاں کہ ان کو اس کا مشق بنا دیا۔</w:t>
      </w:r>
    </w:p>
    <w:p>
      <w:r>
        <w:rPr>
          <w:b/>
        </w:rPr>
        <w:t xml:space="preserve">[28:41] </w:t>
      </w:r>
      <w:r>
        <w:t>ji. molana sahib, many muslims say that they should make non muslims accept islam and if they don't then they should continue to wage war against them. what is islam's view point on this?</w:t>
      </w:r>
    </w:p>
    <w:p>
      <w:pPr>
        <w:jc w:val="right"/>
      </w:pPr>
      <w:r>
        <w:t>جی۔ مولانا صاحب، مینی مسلمز سے دیٹ دے شوڈ میک نان مسلمز ایکسیپٹ اسلام اینڈ اف دے ڈونٹ دین دے شوڈ کنٹینیو ٹو ویج وار اگینسٹ دیم۔ واٹ از اسلامز ویو پوائنٹ آن دس؟</w:t>
      </w:r>
    </w:p>
    <w:p>
      <w:r>
        <w:rPr>
          <w:b/>
        </w:rPr>
        <w:t xml:space="preserve">[28:55] </w:t>
      </w:r>
      <w:r>
        <w:t>yeh to bohat hi zyada galat baat hai.</w:t>
      </w:r>
    </w:p>
    <w:p>
      <w:pPr>
        <w:jc w:val="right"/>
      </w:pPr>
      <w:r>
        <w:t>یہ تو بہت ہی زیادہ غلط بات ہے۔</w:t>
      </w:r>
    </w:p>
    <w:p>
      <w:r>
        <w:rPr>
          <w:b/>
        </w:rPr>
        <w:t xml:space="preserve">[28:58] </w:t>
      </w:r>
      <w:r>
        <w:t>yeh to bohat zyada galat baat hai ke logon ko musalman banane ki ladaai karna yeh to is</w:t>
      </w:r>
    </w:p>
    <w:p>
      <w:pPr>
        <w:jc w:val="right"/>
      </w:pPr>
      <w:r>
        <w:t>یہ تو بہت زیادہ غلط بات ہے کہ لوگوں کو مسلمان بنانے کی لڑائی کرنا یہ تو اس</w:t>
      </w:r>
    </w:p>
    <w:p>
      <w:r>
        <w:rPr>
          <w:b/>
        </w:rPr>
        <w:t xml:space="preserve">[29:02] </w:t>
      </w:r>
      <w:r>
        <w:t>liye islam mein hai hi nahi.</w:t>
      </w:r>
    </w:p>
    <w:p>
      <w:pPr>
        <w:jc w:val="right"/>
      </w:pPr>
      <w:r>
        <w:t>لیے اسلام میں ہے ہی نہیں۔</w:t>
      </w:r>
    </w:p>
    <w:p>
      <w:r>
        <w:rPr>
          <w:b/>
        </w:rPr>
        <w:t xml:space="preserve">[29:05] </w:t>
      </w:r>
      <w:r>
        <w:t>saaf saaf quran mein hai ke la ikraha fiddeen.</w:t>
      </w:r>
    </w:p>
    <w:p>
      <w:pPr>
        <w:jc w:val="right"/>
      </w:pPr>
      <w:r>
        <w:t>صاف صاف قرآن میں ہے کہ لا اکراہ فی الدین۔</w:t>
      </w:r>
    </w:p>
    <w:p>
      <w:r>
        <w:rPr>
          <w:b/>
        </w:rPr>
        <w:t xml:space="preserve">[29:09] </w:t>
      </w:r>
      <w:r>
        <w:t>islam mein koi to baseless nahi hai.</w:t>
      </w:r>
    </w:p>
    <w:p>
      <w:pPr>
        <w:jc w:val="right"/>
      </w:pPr>
      <w:r>
        <w:t>اسلام میں کوئی تو بیسلیس نہیں ہے۔</w:t>
      </w:r>
    </w:p>
    <w:p>
      <w:r>
        <w:rPr>
          <w:b/>
        </w:rPr>
        <w:t xml:space="preserve">[29:13] </w:t>
      </w:r>
      <w:r>
        <w:t>yeh bohat zyada galat baat hai ke lad kar logon ko islam mein dakhil karna.</w:t>
      </w:r>
    </w:p>
    <w:p>
      <w:pPr>
        <w:jc w:val="right"/>
      </w:pPr>
      <w:r>
        <w:t>یہ بہت زیادہ غلط بات ہے کہ لڑ کر لوگوں کو اسلام میں داخل کرنا۔</w:t>
      </w:r>
    </w:p>
    <w:p>
      <w:r>
        <w:rPr>
          <w:b/>
        </w:rPr>
        <w:t xml:space="preserve">[29:16] </w:t>
      </w:r>
      <w:r>
        <w:t>is ka talluq islam se nahi quran se nahi hadith se nahi.</w:t>
      </w:r>
    </w:p>
    <w:p>
      <w:pPr>
        <w:jc w:val="right"/>
      </w:pPr>
      <w:r>
        <w:t>اس کا تعلق اسلام سے نہیں قرآن سے نہیں حدیث سے نہیں۔</w:t>
      </w:r>
    </w:p>
    <w:p>
      <w:r>
        <w:rPr>
          <w:b/>
        </w:rPr>
        <w:t xml:space="preserve">[29:20] </w:t>
      </w:r>
      <w:r>
        <w:t>aap ko aik he kaam karna hai woh hai peaceful dawah work.</w:t>
      </w:r>
    </w:p>
    <w:p>
      <w:pPr>
        <w:jc w:val="right"/>
      </w:pPr>
      <w:r>
        <w:t>آپ کو ایک ہی کام کرنا ہے وہ ہے پیس فل داؤ ورک۔</w:t>
      </w:r>
    </w:p>
    <w:p>
      <w:r>
        <w:rPr>
          <w:b/>
        </w:rPr>
        <w:t xml:space="preserve">[29:23] </w:t>
      </w:r>
      <w:r>
        <w:t>peaceful dawah work bas.</w:t>
      </w:r>
    </w:p>
    <w:p>
      <w:pPr>
        <w:jc w:val="right"/>
      </w:pPr>
      <w:r>
        <w:t>پیس فل داؤ ورک بس۔</w:t>
      </w:r>
    </w:p>
    <w:p>
      <w:r>
        <w:rPr>
          <w:b/>
        </w:rPr>
        <w:t xml:space="preserve">[29:27] </w:t>
      </w:r>
      <w:r>
        <w:t>is se aagay aap ko koi duty nahi hai.</w:t>
      </w:r>
    </w:p>
    <w:p>
      <w:pPr>
        <w:jc w:val="right"/>
      </w:pPr>
      <w:r>
        <w:t>اس سے آگے آپ کو کوئی ڈیوٹی نہیں ہے۔</w:t>
      </w:r>
    </w:p>
    <w:p>
      <w:r>
        <w:rPr>
          <w:b/>
        </w:rPr>
        <w:t xml:space="preserve">[29:31] </w:t>
      </w:r>
      <w:r>
        <w:t>ji. molana sahib, you who have always spoken and written that present age is the age of peace and it is the age of opportunities. can you elaborate more on this?</w:t>
      </w:r>
    </w:p>
    <w:p>
      <w:pPr>
        <w:jc w:val="right"/>
      </w:pPr>
      <w:r>
        <w:t>جی۔ مولانا صاحب، یو ہوو آلویز سپوکن اینڈ رٹن دیٹ پریزنٹ ایج از دی ایج آف پیس اینڈ اٹ از دی ایج آف اپرچونیٹیز۔ کین یو ایلیبریٹ مور آن دس؟</w:t>
      </w:r>
    </w:p>
    <w:p>
      <w:r>
        <w:rPr>
          <w:b/>
        </w:rPr>
        <w:t xml:space="preserve">[29:45] </w:t>
      </w:r>
      <w:r>
        <w:t>dekhye yeh zamanah jo hai yeh industrial age kaha jata hai is ko.</w:t>
      </w:r>
    </w:p>
    <w:p>
      <w:pPr>
        <w:jc w:val="right"/>
      </w:pPr>
      <w:r>
        <w:t>دیکھئے یہ زمانہ جو ہے یہ انڈسٹریل ایج کہا جاتا ہے اس کو۔</w:t>
      </w:r>
    </w:p>
    <w:p>
      <w:r>
        <w:rPr>
          <w:b/>
        </w:rPr>
        <w:t xml:space="preserve">[29:49] </w:t>
      </w:r>
      <w:r>
        <w:t>industrial age mein har aadmi ko mawaqe khul gaye koi saman banaya woh.</w:t>
      </w:r>
    </w:p>
    <w:p>
      <w:pPr>
        <w:jc w:val="right"/>
      </w:pPr>
      <w:r>
        <w:t>انڈسٹریل ایج میں ہر آدمی کو مواقع کھل گئے کوئی سامان بنایا وہ۔</w:t>
      </w:r>
    </w:p>
    <w:p>
      <w:r>
        <w:rPr>
          <w:b/>
        </w:rPr>
        <w:t xml:space="preserve">[29:53] </w:t>
      </w:r>
      <w:r>
        <w:t>pehlay zamanay mein hamare bachpan mein bhi saman nahi tha itna.</w:t>
      </w:r>
    </w:p>
    <w:p>
      <w:pPr>
        <w:jc w:val="right"/>
      </w:pPr>
      <w:r>
        <w:t>پہلے زمانے میں ہمارے بچپن میں بھی سامان نہیں تھا اتنا۔</w:t>
      </w:r>
    </w:p>
    <w:p>
      <w:r>
        <w:rPr>
          <w:b/>
        </w:rPr>
        <w:t xml:space="preserve">[29:58] </w:t>
      </w:r>
      <w:r>
        <w:t>haath ka se kaam karte thay log.</w:t>
      </w:r>
    </w:p>
    <w:p>
      <w:pPr>
        <w:jc w:val="right"/>
      </w:pPr>
      <w:r>
        <w:t>ہاتھ کا سے کام کرتے تھے لوگ۔</w:t>
      </w:r>
    </w:p>
    <w:p>
      <w:r>
        <w:rPr>
          <w:b/>
        </w:rPr>
        <w:t xml:space="preserve">[30:02] </w:t>
      </w:r>
      <w:r>
        <w:t>to industrial jo age aaya industrial jo revolution aaya is ne yeh moqa de diya ke har cheez</w:t>
      </w:r>
    </w:p>
    <w:p>
      <w:pPr>
        <w:jc w:val="right"/>
      </w:pPr>
      <w:r>
        <w:t>تو انڈسٹریل جو ایج آیا انڈسٹریل جو ریولوشن آیا اس نے یہ موقع دے دیا کہ ہر چیز</w:t>
      </w:r>
    </w:p>
    <w:p>
      <w:r>
        <w:rPr>
          <w:b/>
        </w:rPr>
        <w:t xml:space="preserve">[30:07] </w:t>
      </w:r>
      <w:r>
        <w:t>yani ab item bohat barh gaye hain.</w:t>
      </w:r>
    </w:p>
    <w:p>
      <w:pPr>
        <w:jc w:val="right"/>
      </w:pPr>
      <w:r>
        <w:t>یعنی اب آئٹم بہت بڑھ گئے ہیں۔</w:t>
      </w:r>
    </w:p>
    <w:p>
      <w:r>
        <w:rPr>
          <w:b/>
        </w:rPr>
        <w:t xml:space="preserve">[30:11] </w:t>
      </w:r>
      <w:r>
        <w:t>pehlay to chand item hotay thay chand item ab to million item hain.</w:t>
      </w:r>
    </w:p>
    <w:p>
      <w:pPr>
        <w:jc w:val="right"/>
      </w:pPr>
      <w:r>
        <w:t>پہلے تو چند آئٹم ہوتے تھے چند آئٹم اب تو ملین آئٹم ہیں۔</w:t>
      </w:r>
    </w:p>
    <w:p>
      <w:r>
        <w:rPr>
          <w:b/>
        </w:rPr>
        <w:t xml:space="preserve">[30:16] </w:t>
      </w:r>
      <w:r>
        <w:t>is ko banao woh dunya mein becho.</w:t>
      </w:r>
    </w:p>
    <w:p>
      <w:pPr>
        <w:jc w:val="right"/>
      </w:pPr>
      <w:r>
        <w:t>اس کو بناؤ وہ دنیا میں بیچو۔</w:t>
      </w:r>
    </w:p>
    <w:p>
      <w:r>
        <w:rPr>
          <w:b/>
        </w:rPr>
        <w:t xml:space="preserve">[30:20] </w:t>
      </w:r>
      <w:r>
        <w:t>aaj kal jo civil concern hai woh business hai trade hai.</w:t>
      </w:r>
    </w:p>
    <w:p>
      <w:pPr>
        <w:jc w:val="right"/>
      </w:pPr>
      <w:r>
        <w:t>آج کل جو سول کنسرن ہے وہ بزنس ہے ٹریڈ ہے۔</w:t>
      </w:r>
    </w:p>
    <w:p>
      <w:r>
        <w:rPr>
          <w:b/>
        </w:rPr>
        <w:t xml:space="preserve">[30:25] </w:t>
      </w:r>
      <w:r>
        <w:t>woh woh sab badal chuka hai zamanah.</w:t>
      </w:r>
    </w:p>
    <w:p>
      <w:pPr>
        <w:jc w:val="right"/>
      </w:pPr>
      <w:r>
        <w:t>وہ وہ سب بدل چکا ہے زمانہ۔</w:t>
      </w:r>
    </w:p>
    <w:p>
      <w:r>
        <w:rPr>
          <w:b/>
        </w:rPr>
        <w:t xml:space="preserve">[30:29] </w:t>
      </w:r>
      <w:r>
        <w:t>ab kisi qom ko larna nahi hai.</w:t>
      </w:r>
    </w:p>
    <w:p>
      <w:pPr>
        <w:jc w:val="right"/>
      </w:pPr>
      <w:r>
        <w:t>اب کسی قوم کو لڑنا نہیں ہے۔</w:t>
      </w:r>
    </w:p>
    <w:p>
      <w:r>
        <w:rPr>
          <w:b/>
        </w:rPr>
        <w:t xml:space="preserve">[30:34] </w:t>
      </w:r>
      <w:r>
        <w:t>ab to har koi koi trade karna hai.</w:t>
      </w:r>
    </w:p>
    <w:p>
      <w:pPr>
        <w:jc w:val="right"/>
      </w:pPr>
      <w:r>
        <w:t>اب تو ہر کوئی کوئی ٹریڈ کرنا ہے۔</w:t>
      </w:r>
    </w:p>
    <w:p>
      <w:r>
        <w:rPr>
          <w:b/>
        </w:rPr>
        <w:t xml:space="preserve">[30:38] </w:t>
      </w:r>
      <w:r>
        <w:t>musalman agar is miraaj ko jaan jayen aur apna shikayat protest apna yeh tashaddud khatam kar dein to</w:t>
      </w:r>
    </w:p>
    <w:p>
      <w:pPr>
        <w:jc w:val="right"/>
      </w:pPr>
      <w:r>
        <w:t>مسلمان اگر اس معراج کو جان جائیں اور اپنا شکایت پروٹیسٹ اپنا یہ تشدد ختم کر دیں تو</w:t>
      </w:r>
    </w:p>
    <w:p>
      <w:r>
        <w:rPr>
          <w:b/>
        </w:rPr>
        <w:t xml:space="preserve">[30:43] </w:t>
      </w:r>
      <w:r>
        <w:t>dunya to sari peace he peace hai.</w:t>
      </w:r>
    </w:p>
    <w:p>
      <w:pPr>
        <w:jc w:val="right"/>
      </w:pPr>
      <w:r>
        <w:t>دنیا تو ساری پیس ہی پیس ہے۔</w:t>
      </w:r>
    </w:p>
    <w:p>
      <w:r>
        <w:rPr>
          <w:b/>
        </w:rPr>
        <w:t xml:space="preserve">[30:47] </w:t>
      </w:r>
      <w:r>
        <w:t>kisi ko kisi se larna nahi hai.</w:t>
      </w:r>
    </w:p>
    <w:p>
      <w:pPr>
        <w:jc w:val="right"/>
      </w:pPr>
      <w:r>
        <w:t>کسی کو کسی سے لڑنا نہیں ہے۔</w:t>
      </w:r>
    </w:p>
    <w:p>
      <w:r>
        <w:rPr>
          <w:b/>
        </w:rPr>
        <w:t xml:space="preserve">[30:52] </w:t>
      </w:r>
      <w:r>
        <w:t>kisi ko kisi se ab to outsourcing ka zamanah hai.</w:t>
      </w:r>
    </w:p>
    <w:p>
      <w:pPr>
        <w:jc w:val="right"/>
      </w:pPr>
      <w:r>
        <w:t>کسی کو کسی سے اب تو آؤٹ سورسنگ کا زمانہ ہے۔</w:t>
      </w:r>
    </w:p>
    <w:p>
      <w:r>
        <w:rPr>
          <w:b/>
        </w:rPr>
        <w:t xml:space="preserve">[30:56] </w:t>
      </w:r>
      <w:r>
        <w:t>ke aik mulk mein woh industry qaim karte hain phir doosray mulk se outsourcing karte hain. ladte nahi.</w:t>
      </w:r>
    </w:p>
    <w:p>
      <w:pPr>
        <w:jc w:val="right"/>
      </w:pPr>
      <w:r>
        <w:t>کہ ایک ملک میں وہ انڈسٹری قائم کرتے ہیں پھر دوسرے ملک سے آؤٹ سورسنگ کرتے ہیں۔ لڑتے نہیں۔</w:t>
      </w:r>
    </w:p>
    <w:p>
      <w:r>
        <w:rPr>
          <w:b/>
        </w:rPr>
        <w:t xml:space="preserve">[31:01] </w:t>
      </w:r>
      <w:r>
        <w:t>ab koi larai ab koi fauj le kar nahi jata outsourcing karta hai.</w:t>
      </w:r>
    </w:p>
    <w:p>
      <w:pPr>
        <w:jc w:val="right"/>
      </w:pPr>
      <w:r>
        <w:t>اب کوئی لڑائی اب کوئی فوج لے کر نہیں جاتا آؤٹ سورسنگ کرتا ہے۔</w:t>
      </w:r>
    </w:p>
    <w:p>
      <w:r>
        <w:rPr>
          <w:b/>
        </w:rPr>
        <w:t xml:space="preserve">[31:05] </w:t>
      </w:r>
      <w:r>
        <w:t>to musalmanon ko is mein is awareness ko torna hai.</w:t>
      </w:r>
    </w:p>
    <w:p>
      <w:pPr>
        <w:jc w:val="right"/>
      </w:pPr>
      <w:r>
        <w:t>تو مسلمانوں کو اس میں اس ان اویرنس کو توڑنا ہے۔</w:t>
      </w:r>
    </w:p>
    <w:p>
      <w:r>
        <w:rPr>
          <w:b/>
        </w:rPr>
        <w:t xml:space="preserve">[31:10] </w:t>
      </w:r>
      <w:r>
        <w:t>in ko ba-khabar karna hai zamanay se.</w:t>
      </w:r>
    </w:p>
    <w:p>
      <w:pPr>
        <w:jc w:val="right"/>
      </w:pPr>
      <w:r>
        <w:t>ان کو باخبر کرنا ہے۔ زمانے سے۔</w:t>
      </w:r>
    </w:p>
    <w:p>
      <w:r>
        <w:rPr>
          <w:b/>
        </w:rPr>
        <w:t xml:space="preserve">[31:14] </w:t>
      </w:r>
      <w:r>
        <w:t>is ke baad sab kuch theek ho jaye ga inshallah.</w:t>
      </w:r>
    </w:p>
    <w:p>
      <w:pPr>
        <w:jc w:val="right"/>
      </w:pPr>
      <w:r>
        <w:t>اس کے بعد سب کچھ ٹھیک ہو جائے گا انشاءاللہ۔</w:t>
      </w:r>
    </w:p>
    <w:p>
      <w:r>
        <w:rPr>
          <w:b/>
        </w:rPr>
        <w:t xml:space="preserve">[31:19] </w:t>
      </w:r>
      <w:r>
        <w:t>ji. but molana sahib, what is the reason that muslim at large do not come out and condemn terrorism? what is the reason behind this?</w:t>
      </w:r>
    </w:p>
    <w:p>
      <w:pPr>
        <w:jc w:val="right"/>
      </w:pPr>
      <w:r>
        <w:t>جی۔ بٹ مولانا صاحب، واٹ از دی ریزن دیٹ مسلم ایٹ لارج ڈو ناٹ کم آؤٹ اینڈ کنڈیم ٹیررزم؟ واٹ از دی ریزن بیہائنڈ دس؟</w:t>
      </w:r>
    </w:p>
    <w:p>
      <w:r>
        <w:rPr>
          <w:b/>
        </w:rPr>
        <w:t xml:space="preserve">[31:29] </w:t>
      </w:r>
      <w:r>
        <w:t>is ki wajah yeh hai ke jo jo condemn karna chahiye woh khud bhi zaban jeetay be-khabar hain.</w:t>
      </w:r>
    </w:p>
    <w:p>
      <w:pPr>
        <w:jc w:val="right"/>
      </w:pPr>
      <w:r>
        <w:t>اس کی وجہ یہ ہے کہ جو جو کنڈیم کرنا چاہیے وہ خود بھی زبان جیتے بے خبر ہیں۔</w:t>
      </w:r>
    </w:p>
    <w:p>
      <w:r>
        <w:rPr>
          <w:b/>
        </w:rPr>
        <w:t xml:space="preserve">[31:35] </w:t>
      </w:r>
      <w:r>
        <w:t>misalan hamare ulama hum ulama jate hain ji ke ke modern age kya hai to condemn kaise karen</w:t>
      </w:r>
    </w:p>
    <w:p>
      <w:pPr>
        <w:jc w:val="right"/>
      </w:pPr>
      <w:r>
        <w:t>مثلاً ہمارے علماء ہم علماء جاتے ہیں جی کہ کہ ماڈرن ایج کیا ہے تو کنڈیم کیسے کریں</w:t>
      </w:r>
    </w:p>
    <w:p>
      <w:r>
        <w:rPr>
          <w:b/>
        </w:rPr>
        <w:t xml:space="preserve">[31:42] </w:t>
      </w:r>
      <w:r>
        <w:t>woh? khud ulama bhi chounke modern education nahi liya unhon ne wohi pichhle cheezen parhte rahe.</w:t>
      </w:r>
    </w:p>
    <w:p>
      <w:pPr>
        <w:jc w:val="right"/>
      </w:pPr>
      <w:r>
        <w:t>وہ؟ خود علماء بھی چونکہ ماڈرن ایجوکیشن نہیں لیا انہوں نے وہی پچھلے چیزیں پڑھتے رہے۔</w:t>
      </w:r>
    </w:p>
    <w:p>
      <w:r>
        <w:rPr>
          <w:b/>
        </w:rPr>
        <w:t xml:space="preserve">[31:49] </w:t>
      </w:r>
      <w:r>
        <w:t>to modern education na lene ki wajah se ulama ko khabar hi nahi hai ke modern age hai</w:t>
      </w:r>
    </w:p>
    <w:p>
      <w:pPr>
        <w:jc w:val="right"/>
      </w:pPr>
      <w:r>
        <w:t>تو ماڈرن ایجوکیشن نہ لینے کی وجہ سے علماء کو خبر ہی نہیں ہے کہ ماڈرن ایج ہے</w:t>
      </w:r>
    </w:p>
    <w:p>
      <w:r>
        <w:rPr>
          <w:b/>
        </w:rPr>
        <w:t xml:space="preserve">[31:56] </w:t>
      </w:r>
      <w:r>
        <w:t>kya? to condemn kaise karen woh? yeh sab in awareness ka mamla hai.</w:t>
      </w:r>
    </w:p>
    <w:p>
      <w:pPr>
        <w:jc w:val="right"/>
      </w:pPr>
      <w:r>
        <w:t>کیا؟ تو کنڈیم کیسے کریں وہ؟ یہ سب ان اویرنس کا معاملہ ہے۔</w:t>
      </w:r>
    </w:p>
    <w:p>
      <w:r>
        <w:rPr>
          <w:b/>
        </w:rPr>
        <w:t xml:space="preserve">[32:03] </w:t>
      </w:r>
      <w:r>
        <w:t>ji. molana sahib, in the end, what is the message that you would want to give to the whole world on today's theme?</w:t>
      </w:r>
    </w:p>
    <w:p>
      <w:pPr>
        <w:jc w:val="right"/>
      </w:pPr>
      <w:r>
        <w:t>جی۔ مولانا صاحب، ان دی اینڈ، واٹ از دی میسج دیٹ یو وڈ وانٹ ٹو گیو ٹو دی ہول ورلڈ آن ٹوڈےز تھیم؟</w:t>
      </w:r>
    </w:p>
    <w:p>
      <w:r>
        <w:rPr>
          <w:b/>
        </w:rPr>
        <w:t xml:space="preserve">[32:14] </w:t>
      </w:r>
      <w:r>
        <w:t>phir mein to yahi kahunga ke ke logon ko zamane se ba-khabar kiya jaye aur peaceful tareeqe se.</w:t>
      </w:r>
    </w:p>
    <w:p>
      <w:pPr>
        <w:jc w:val="right"/>
      </w:pPr>
      <w:r>
        <w:t>پھر میں تو یہی کہوں گا کہ کہ لوگوں کو زمانے سے باخبر کیا جائے اور پیس فل طریقے سے۔</w:t>
      </w:r>
    </w:p>
    <w:p>
      <w:r>
        <w:rPr>
          <w:b/>
        </w:rPr>
        <w:t xml:space="preserve">[32:20] </w:t>
      </w:r>
      <w:r>
        <w:t>developed countries mein jo education aayi us se woh log ba-khabar ho gaye ke daur jadeed kya hai.</w:t>
      </w:r>
    </w:p>
    <w:p>
      <w:pPr>
        <w:jc w:val="right"/>
      </w:pPr>
      <w:r>
        <w:t>ڈیولپڈ کنٹریز میں جو ایجوکیشن آئی اس سے وہ لوگ باخبر ہو گئے کہ دور جدید کیا ہے۔</w:t>
      </w:r>
    </w:p>
    <w:p>
      <w:r>
        <w:rPr>
          <w:b/>
        </w:rPr>
        <w:t xml:space="preserve">[32:26] </w:t>
      </w:r>
      <w:r>
        <w:t>lekin jo doosre countries hain woh sachi baat hai ke unko pata hi nahi ke daur jadeed kya hai.</w:t>
      </w:r>
    </w:p>
    <w:p>
      <w:pPr>
        <w:jc w:val="right"/>
      </w:pPr>
      <w:r>
        <w:t>لیکن جو دوسرے کنٹریز ہیں وہ سچی بات ہے کہ ان کو پتہ ہی نہیں کہ دور جدید کیا ہے۔</w:t>
      </w:r>
    </w:p>
    <w:p>
      <w:r>
        <w:rPr>
          <w:b/>
        </w:rPr>
        <w:t xml:space="preserve">[32:32] </w:t>
      </w:r>
      <w:r>
        <w:t>khas taur par musalmanon ko bilkul pata nahi.</w:t>
      </w:r>
    </w:p>
    <w:p>
      <w:pPr>
        <w:jc w:val="right"/>
      </w:pPr>
      <w:r>
        <w:t>خاص طور پر مسلمانوں کو بالکل پتہ نہیں۔</w:t>
      </w:r>
    </w:p>
    <w:p>
      <w:r>
        <w:rPr>
          <w:b/>
        </w:rPr>
        <w:t xml:space="preserve">[32:38] </w:t>
      </w:r>
      <w:r>
        <w:t>تو لوگوں کی ان awareness کو ختم کیا جائے peaceful طریقے سے۔</w:t>
      </w:r>
    </w:p>
    <w:p>
      <w:pPr>
        <w:jc w:val="right"/>
      </w:pPr>
      <w:r>
        <w:t>تو لوگوں کی ان اویرنس کو ختم کیا جائے پیس فل طریقے سے۔</w:t>
      </w:r>
    </w:p>
    <w:p>
      <w:r>
        <w:rPr>
          <w:b/>
        </w:rPr>
        <w:t xml:space="preserve">[32:44] </w:t>
      </w:r>
      <w:r>
        <w:t>bas aur koi kaam nahi karna hai.</w:t>
      </w:r>
    </w:p>
    <w:p>
      <w:pPr>
        <w:jc w:val="right"/>
      </w:pPr>
      <w:r>
        <w:t>بس اور کوئی کام نہیں کرنا ہے۔</w:t>
      </w:r>
    </w:p>
    <w:p>
      <w:r>
        <w:rPr>
          <w:b/>
        </w:rPr>
        <w:t xml:space="preserve">[32:50] </w:t>
      </w:r>
      <w:r>
        <w:t>ان awareness کو توڑنا وہ بھی peaceful method کے ذریعے۔</w:t>
      </w:r>
    </w:p>
    <w:p>
      <w:pPr>
        <w:jc w:val="right"/>
      </w:pPr>
      <w:r>
        <w:t>ان اویرنس کو توڑنا وہ بھی پیس فل میتھڈ کے ذریعے۔</w:t>
      </w:r>
    </w:p>
    <w:p>
      <w:r>
        <w:rPr>
          <w:b/>
        </w:rPr>
        <w:t xml:space="preserve">[32:56] </w:t>
      </w:r>
      <w:r>
        <w:t>ji. thank you molana sahib for taking your time out and addressing such an important subject. thank you for watching CPS International. we'll be back next week same time. thank you.</w:t>
      </w:r>
    </w:p>
    <w:p>
      <w:pPr>
        <w:jc w:val="right"/>
      </w:pPr>
      <w:r>
        <w:t>جی۔ تھینک یو مولانا صاحب فار ٹیکنگ یور ٹائم آؤٹ اینڈ ایڈریسنگ سچ اینڈ امپورٹنٹ سبجیکٹ۔ تھینک یو فار واچنگ سی پی ایس انٹرنیشنل۔ ویل بی بیک نیکسٹ ویک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