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Oneness of God 19 July, 2009</w:t>
      </w:r>
    </w:p>
    <w:p>
      <w:r>
        <w:t>https://youtu.be/dAjxTrRiz0g</w:t>
      </w:r>
    </w:p>
    <w:p>
      <w:r>
        <w:rPr>
          <w:b/>
        </w:rPr>
        <w:t xml:space="preserve">[00:14] </w:t>
      </w:r>
      <w:r>
        <w:t>bismillah hir rehman nir rahim. wa salli Allahu ala nabiyyil karim.</w:t>
      </w:r>
    </w:p>
    <w:p>
      <w:pPr>
        <w:jc w:val="right"/>
      </w:pPr>
      <w:r>
        <w:t>بسم اللہ الرحمن الرحیم۔ وصلی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[00:41] </w:t>
      </w:r>
      <w:r>
        <w:t>aaj ka topic hai "The Wonders of God".</w:t>
      </w:r>
    </w:p>
    <w:p>
      <w:pPr>
        <w:jc w:val="right"/>
      </w:pPr>
      <w:r>
        <w:t>آج کا ٹاپک ہے "The Wonders of God"۔</w:t>
      </w:r>
    </w:p>
    <w:p>
      <w:r>
        <w:rPr>
          <w:b/>
        </w:rPr>
        <w:t xml:space="preserve">[00:49] </w:t>
      </w:r>
      <w:r>
        <w:t>is topic par jab main ne sochna shuru kiya to aisa laga ke yeh</w:t>
      </w:r>
    </w:p>
    <w:p>
      <w:pPr>
        <w:jc w:val="right"/>
      </w:pPr>
      <w:r>
        <w:t>اس ٹاپک پر جب میں نے سوچنا شروع کیا تو ایسا لگا کہ یہ</w:t>
      </w:r>
    </w:p>
    <w:p>
      <w:r>
        <w:rPr>
          <w:b/>
        </w:rPr>
        <w:t xml:space="preserve">[01:01] </w:t>
      </w:r>
      <w:r>
        <w:t>khud meri apni zindagi ka topic hai.</w:t>
      </w:r>
    </w:p>
    <w:p>
      <w:pPr>
        <w:jc w:val="right"/>
      </w:pPr>
      <w:r>
        <w:t>خود میری اپنی زندگی کا ٹاپک ہے۔</w:t>
      </w:r>
    </w:p>
    <w:p>
      <w:r>
        <w:rPr>
          <w:b/>
        </w:rPr>
        <w:t xml:space="preserve">[01:07] </w:t>
      </w:r>
      <w:r>
        <w:t>main yeh keh sakta hoon ke meri poori zindagi</w:t>
      </w:r>
    </w:p>
    <w:p>
      <w:pPr>
        <w:jc w:val="right"/>
      </w:pPr>
      <w:r>
        <w:t>میں یہ کہہ سکتا ہوں کہ میری پوری زندگی</w:t>
      </w:r>
    </w:p>
    <w:p>
      <w:r>
        <w:rPr>
          <w:b/>
        </w:rPr>
        <w:t xml:space="preserve">[01:13] </w:t>
      </w:r>
      <w:r>
        <w:t>Khuda ki talash mein guzri hai.</w:t>
      </w:r>
    </w:p>
    <w:p>
      <w:pPr>
        <w:jc w:val="right"/>
      </w:pPr>
      <w:r>
        <w:t>خدا کی تلاش میں گزری ہے۔</w:t>
      </w:r>
    </w:p>
    <w:p>
      <w:r>
        <w:rPr>
          <w:b/>
        </w:rPr>
        <w:t xml:space="preserve">[01:23] </w:t>
      </w:r>
      <w:r>
        <w:t>is mein koi exaggeration nahi hai.</w:t>
      </w:r>
    </w:p>
    <w:p>
      <w:pPr>
        <w:jc w:val="right"/>
      </w:pPr>
      <w:r>
        <w:t>اس میں کوئی exaggeration نہیں ہے۔</w:t>
      </w:r>
    </w:p>
    <w:p>
      <w:r>
        <w:rPr>
          <w:b/>
        </w:rPr>
        <w:t xml:space="preserve">[01:29] </w:t>
      </w:r>
      <w:r>
        <w:t>ajeeb ajeeb meri zindagi ke waqiat hain.</w:t>
      </w:r>
    </w:p>
    <w:p>
      <w:pPr>
        <w:jc w:val="right"/>
      </w:pPr>
      <w:r>
        <w:t>عجیب عجیب میری زندگی کے واقعات ہیں۔</w:t>
      </w:r>
    </w:p>
    <w:p>
      <w:r>
        <w:rPr>
          <w:b/>
        </w:rPr>
        <w:t xml:space="preserve">[01:35] </w:t>
      </w:r>
      <w:r>
        <w:t>misal ke taur par ek bar main ne parha ke Swami Vivekanand ko samandar ke kinare sachai ki daryaft hui.</w:t>
      </w:r>
    </w:p>
    <w:p>
      <w:pPr>
        <w:jc w:val="right"/>
      </w:pPr>
      <w:r>
        <w:t>مثلاً ایک بار میں نے پڑھا کہ سوامی ویکانند کو سمندر کے کنارے سچائی کی دریافت ہوئی۔</w:t>
      </w:r>
    </w:p>
    <w:p>
      <w:r>
        <w:rPr>
          <w:b/>
        </w:rPr>
        <w:t xml:space="preserve">[01:49] </w:t>
      </w:r>
      <w:r>
        <w:t>wahan unhon ne safar kiya.</w:t>
      </w:r>
    </w:p>
    <w:p>
      <w:pPr>
        <w:jc w:val="right"/>
      </w:pPr>
      <w:r>
        <w:t>وہاں انہوں نے سفر کیا۔</w:t>
      </w:r>
    </w:p>
    <w:p>
      <w:r>
        <w:rPr>
          <w:b/>
        </w:rPr>
        <w:t xml:space="preserve">[01:56] </w:t>
      </w:r>
      <w:r>
        <w:t>aap jante hain ke jo</w:t>
      </w:r>
    </w:p>
    <w:p>
      <w:pPr>
        <w:jc w:val="right"/>
      </w:pPr>
      <w:r>
        <w:t>آپ جانتے ہیں کہ جو</w:t>
      </w:r>
    </w:p>
    <w:p>
      <w:r>
        <w:rPr>
          <w:b/>
        </w:rPr>
        <w:t xml:space="preserve">[02:01] </w:t>
      </w:r>
      <w:r>
        <w:t>southern part jo India ka is ka jo tip hai jis ko Kanyakumari kehte hain, wahan woh gaye.</w:t>
      </w:r>
    </w:p>
    <w:p>
      <w:pPr>
        <w:jc w:val="right"/>
      </w:pPr>
      <w:r>
        <w:t>southern part جو انڈیا کا اس کا جو tip ہے جس کو راسکماری کہتے ہیں، وہاں وہ گئے۔</w:t>
      </w:r>
    </w:p>
    <w:p>
      <w:r>
        <w:rPr>
          <w:b/>
        </w:rPr>
        <w:t xml:space="preserve">[02:13] </w:t>
      </w:r>
      <w:r>
        <w:t>to coast ke kuch doori par ek chattan hai, ek rock.</w:t>
      </w:r>
    </w:p>
    <w:p>
      <w:pPr>
        <w:jc w:val="right"/>
      </w:pPr>
      <w:r>
        <w:t>تو coast کے کچھ دوری پر ایک چٹان ہے، ایک rock۔</w:t>
      </w:r>
    </w:p>
    <w:p>
      <w:r>
        <w:rPr>
          <w:b/>
        </w:rPr>
        <w:t xml:space="preserve">[02:21] </w:t>
      </w:r>
      <w:r>
        <w:t>woh tair kar is rock par pohanche aur unhon ne samadhi lagai wahan par. wahan un ko sachai ki daryaft hui, aisa kaha jata hai.</w:t>
      </w:r>
    </w:p>
    <w:p>
      <w:pPr>
        <w:jc w:val="right"/>
      </w:pPr>
      <w:r>
        <w:t>وہ تیر کر اس rock پر پہنچے اور انہوں نے سمادی لگائی وہاں پر۔ وہاں ان کو سچائی کی دریافت ہوئی، ایسا کہا جاتا ہے۔</w:t>
      </w:r>
    </w:p>
    <w:p>
      <w:r>
        <w:rPr>
          <w:b/>
        </w:rPr>
        <w:t xml:space="preserve">[02:34] </w:t>
      </w:r>
      <w:r>
        <w:t>is waqt mein adam garh mein tha. adam garh se bohat lamba safar kar ke mein wahan gaya. bohat lamba safar.</w:t>
      </w:r>
    </w:p>
    <w:p>
      <w:pPr>
        <w:jc w:val="right"/>
      </w:pPr>
      <w:r>
        <w:t>اس وقت میں آدم گڑھ میں تھا۔ آدم گڑھ سے بہت لمبا سفر کر کے میں وہاں گیا۔ بہت لمبا سفر۔</w:t>
      </w:r>
    </w:p>
    <w:p>
      <w:r>
        <w:rPr>
          <w:b/>
        </w:rPr>
        <w:t xml:space="preserve">[02:46] </w:t>
      </w:r>
      <w:r>
        <w:t>wahan mein din ko pahuncha tha.</w:t>
      </w:r>
    </w:p>
    <w:p>
      <w:pPr>
        <w:jc w:val="right"/>
      </w:pPr>
      <w:r>
        <w:t>وہاں میں دن کو پہنچا تھا۔</w:t>
      </w:r>
    </w:p>
    <w:p>
      <w:r>
        <w:rPr>
          <w:b/>
        </w:rPr>
        <w:t xml:space="preserve">[02:49] </w:t>
      </w:r>
      <w:r>
        <w:t>shaam tak wahan mein baitha raha. is waqt wahan par ab wahan par buildingen ban gayi hain. tab kuch bhi nahi tha.</w:t>
      </w:r>
    </w:p>
    <w:p>
      <w:pPr>
        <w:jc w:val="right"/>
      </w:pPr>
      <w:r>
        <w:t>شام تک وہاں میں بیٹھا رہا۔ اس وقت وہاں پر اب وہاں پر بلڈنگیں بن گئی ہیں۔ تب کچھ بھی نہیں تھا۔</w:t>
      </w:r>
    </w:p>
    <w:p>
      <w:r>
        <w:rPr>
          <w:b/>
        </w:rPr>
        <w:t xml:space="preserve">[03:02] </w:t>
      </w:r>
      <w:r>
        <w:t>coast tha, samandar tha, chattan thi. samandar ki lehrein chattan se takrati theen.</w:t>
      </w:r>
    </w:p>
    <w:p>
      <w:pPr>
        <w:jc w:val="right"/>
      </w:pPr>
      <w:r>
        <w:t>coast تھا، سمندر تھا، چٹان تھی۔ سمندر کی لہریں چٹان سے ٹکراتی تھیں۔</w:t>
      </w:r>
    </w:p>
    <w:p>
      <w:r>
        <w:rPr>
          <w:b/>
        </w:rPr>
        <w:t xml:space="preserve">[03:12] </w:t>
      </w:r>
      <w:r>
        <w:t>sirf nature tha wahan bas. yaani wahi tha jaisa ke swami vivekanand ke zamane mein tha.</w:t>
      </w:r>
    </w:p>
    <w:p>
      <w:pPr>
        <w:jc w:val="right"/>
      </w:pPr>
      <w:r>
        <w:t>صرف nature تھا وہاں بس۔ یعنی وہی تھا جیسا کہ سوامی ویکانند کے زمانے میں تھا۔</w:t>
      </w:r>
    </w:p>
    <w:p>
      <w:r>
        <w:rPr>
          <w:b/>
        </w:rPr>
        <w:t xml:space="preserve">[03:19] </w:t>
      </w:r>
      <w:r>
        <w:t>to mein wahan par baitha raha yahan tak ke jab suraj doob gaya tab lauta. lekin meri jo aatma thi, meri jo rooh thi,</w:t>
      </w:r>
    </w:p>
    <w:p>
      <w:pPr>
        <w:jc w:val="right"/>
      </w:pPr>
      <w:r>
        <w:t>تو میں وہاں پر بیٹھا رہا یہاں تک کہ جب سورج ڈوب گیا تب لوٹا۔ لیکن میری جو آتما تھی، میری جو روح تھی،</w:t>
      </w:r>
    </w:p>
    <w:p>
      <w:r>
        <w:rPr>
          <w:b/>
        </w:rPr>
        <w:t xml:space="preserve">[03:33] </w:t>
      </w:r>
      <w:r>
        <w:t>wo kuch alag hi dhang ki thi. meri talash yahan par khatm nahi hui.</w:t>
      </w:r>
    </w:p>
    <w:p>
      <w:pPr>
        <w:jc w:val="right"/>
      </w:pPr>
      <w:r>
        <w:t>وہ کچھ الگ ہی ڈھنگ کی تھی۔ میری تلاش یہاں پر ختم نہیں ہوئی۔</w:t>
      </w:r>
    </w:p>
    <w:p>
      <w:r>
        <w:rPr>
          <w:b/>
        </w:rPr>
        <w:t xml:space="preserve">[03:42] </w:t>
      </w:r>
      <w:r>
        <w:t>meri talash phir bhi jaari rahi.</w:t>
      </w:r>
    </w:p>
    <w:p>
      <w:pPr>
        <w:jc w:val="right"/>
      </w:pPr>
      <w:r>
        <w:t>میری تلاش پھر بھی جاری رہی۔</w:t>
      </w:r>
    </w:p>
    <w:p>
      <w:r>
        <w:rPr>
          <w:b/>
        </w:rPr>
        <w:t xml:space="preserve">[03:48] </w:t>
      </w:r>
      <w:r>
        <w:t>adam garh mein mujhe ab tak yaad hai, naujawani ki umar mein, wahan ki jo jame masjid hai, wahan par mein gaya.</w:t>
      </w:r>
    </w:p>
    <w:p>
      <w:pPr>
        <w:jc w:val="right"/>
      </w:pPr>
      <w:r>
        <w:t>آدم گڑھ میں مجھے اب تک یاد ہے، نوجوانی کی عمر میں، وہاں کی جو جامع مسجد ہے، وہاں پر میں گیا۔</w:t>
      </w:r>
    </w:p>
    <w:p>
      <w:r>
        <w:rPr>
          <w:b/>
        </w:rPr>
        <w:t xml:space="preserve">[04:02] </w:t>
      </w:r>
      <w:r>
        <w:t>to wahan par us waqt papite ka ek peR hua karta tha. us ke neeche mein khada ho gaya.</w:t>
      </w:r>
    </w:p>
    <w:p>
      <w:pPr>
        <w:jc w:val="right"/>
      </w:pPr>
      <w:r>
        <w:t>تو وہاں پر اس وقت پپیتے کا ایک پیڑ ہوا کرتا تھا۔ اس کے نیچے میں کھڑا ہو گیا۔</w:t>
      </w:r>
    </w:p>
    <w:p>
      <w:r>
        <w:rPr>
          <w:b/>
        </w:rPr>
        <w:t xml:space="preserve">[04:13] </w:t>
      </w:r>
      <w:r>
        <w:t>upar se papite ke phool gir rahe the zameen par. aur mere aansu tapak tapak kar zameen par gir rahe the. yeh halat thi meri.</w:t>
      </w:r>
    </w:p>
    <w:p>
      <w:pPr>
        <w:jc w:val="right"/>
      </w:pPr>
      <w:r>
        <w:t>اوپر سے پپیتے کے پھول گر رہے تھے زمین پر۔ اور میرے آنسو ٹپک ٹپک کر زمین پر گر رہے تھے۔ یہ حالت تھی میری۔</w:t>
      </w:r>
    </w:p>
    <w:p>
      <w:r>
        <w:rPr>
          <w:b/>
        </w:rPr>
        <w:t xml:space="preserve">[04:24] </w:t>
      </w:r>
      <w:r>
        <w:t>achanak mere zuban se nikla, "khawand, tu kab aayega? mein kab tak tere aane ka intezar karun?"</w:t>
      </w:r>
    </w:p>
    <w:p>
      <w:pPr>
        <w:jc w:val="right"/>
      </w:pPr>
      <w:r>
        <w:t>اچانک میرے زبان سے نکلا، "خداوند، تو کب آئے گا؟ میں کب تک تیرے آنے کا انتظار کروں؟"</w:t>
      </w:r>
    </w:p>
    <w:p>
      <w:r>
        <w:rPr>
          <w:b/>
        </w:rPr>
        <w:t xml:space="preserve">[04:38] </w:t>
      </w:r>
      <w:r>
        <w:t>ek baar mein ghar se paidal nikal pada.</w:t>
      </w:r>
    </w:p>
    <w:p>
      <w:pPr>
        <w:jc w:val="right"/>
      </w:pPr>
      <w:r>
        <w:t>ایک بار میں گھر سے پیدل نکل پڑا۔</w:t>
      </w:r>
    </w:p>
    <w:p>
      <w:r>
        <w:rPr>
          <w:b/>
        </w:rPr>
        <w:t xml:space="preserve">[04:43] </w:t>
      </w:r>
      <w:r>
        <w:t>paidal chal raha tha aur paaon mein chhale pad gaye the. aaj mein sochta hoon to samajh nahi aata ke mein kaise chalta raha. aur yeh shair padhta tha mein, "chala hai shoq be khabar, junoon mein jaaniye kidhar,</w:t>
      </w:r>
    </w:p>
    <w:p>
      <w:pPr>
        <w:jc w:val="right"/>
      </w:pPr>
      <w:r>
        <w:t>پیدل چل رہا تھا اور پاؤں میں چھالے پڑ گئے تھے۔ آج میں سوچتا ہوں تو سمجھ نہیں آتا کہ میں کیسے چلتا رہا۔ اور یہ شعر پڑھتا تھا میں، "چلا ہے شوق بے خبر، جنوں میں جانیے کدھر،</w:t>
      </w:r>
    </w:p>
    <w:p>
      <w:r>
        <w:rPr>
          <w:b/>
        </w:rPr>
        <w:t xml:space="preserve">[05:02] </w:t>
      </w:r>
      <w:r>
        <w:t>na koi manzil safar, na qaid kuch maqam ki."</w:t>
      </w:r>
    </w:p>
    <w:p>
      <w:pPr>
        <w:jc w:val="right"/>
      </w:pPr>
      <w:r>
        <w:t>نہ کوئی منزل سفر، نہ قید کچھ مقام کی۔"</w:t>
      </w:r>
    </w:p>
    <w:p>
      <w:r>
        <w:rPr>
          <w:b/>
        </w:rPr>
        <w:t xml:space="preserve">[05:09] </w:t>
      </w:r>
      <w:r>
        <w:t>gharz hai ke is tarah ki bohat sari kahaniyan hain.</w:t>
      </w:r>
    </w:p>
    <w:p>
      <w:pPr>
        <w:jc w:val="right"/>
      </w:pPr>
      <w:r>
        <w:t>غرض ہے کہ اس طرح کی بہت ساری کہانیاں ہیں۔</w:t>
      </w:r>
    </w:p>
    <w:p>
      <w:r>
        <w:rPr>
          <w:b/>
        </w:rPr>
        <w:t xml:space="preserve">[05:14] </w:t>
      </w:r>
      <w:r>
        <w:t>to khuda ki talash mere andar kyun aayi? yahan par mein yeh kehna chahunga ke khuda ka jo subject hai uska ek aspect hai scientific aur doosra hai psychological.</w:t>
      </w:r>
    </w:p>
    <w:p>
      <w:pPr>
        <w:jc w:val="right"/>
      </w:pPr>
      <w:r>
        <w:t>تو خدا کی تلاش میرے اندر کیوں آئی؟ یہاں پر میں یہ کہنا چاہوں گا کہ خدا کا جو سبجیکٹ ہے اس کا ایک aspect ہے سائنٹیفک اور دوسرا ہے سائیکلوجیکل۔</w:t>
      </w:r>
    </w:p>
    <w:p>
      <w:r>
        <w:rPr>
          <w:b/>
        </w:rPr>
        <w:t xml:space="preserve">[05:30] </w:t>
      </w:r>
      <w:r>
        <w:t>scientific aspect jo hai us mein argument hai, us mein mantiq hai, us mein reason hai, us mein analysis hai.</w:t>
      </w:r>
    </w:p>
    <w:p>
      <w:pPr>
        <w:jc w:val="right"/>
      </w:pPr>
      <w:r>
        <w:t>سائنٹیفک aspect جو ہے اس میں argument ہے، اس میں منطق ہے، اس میں reason ہے، اس میں analysis ہے۔</w:t>
      </w:r>
    </w:p>
    <w:p>
      <w:r>
        <w:rPr>
          <w:b/>
        </w:rPr>
        <w:t xml:space="preserve">[05:40] </w:t>
      </w:r>
      <w:r>
        <w:t>yeh aspect hai.</w:t>
      </w:r>
    </w:p>
    <w:p>
      <w:pPr>
        <w:jc w:val="right"/>
      </w:pPr>
      <w:r>
        <w:t>یہ aspect ہے۔</w:t>
      </w:r>
    </w:p>
    <w:p>
      <w:r>
        <w:rPr>
          <w:b/>
        </w:rPr>
        <w:t xml:space="preserve">[05:43] </w:t>
      </w:r>
      <w:r>
        <w:t>aur doosra aspect yeh hai ke aadmi ki jo aatma hai, us ki jo rooh hai, us ki jo soul hai, andar se us ki ek urge hai, ek pukar hai, ek maang hai.</w:t>
      </w:r>
    </w:p>
    <w:p>
      <w:pPr>
        <w:jc w:val="right"/>
      </w:pPr>
      <w:r>
        <w:t>اور دوسرا aspect یہ ہے کہ آدمی کی جو آتما ہے، اس کی جو روح ہے، اس کی جو soul ہے، اندر سے اس کی ایک urge ہے، ایک پکار ہے، ایک مانگ ہے۔</w:t>
      </w:r>
    </w:p>
    <w:p>
      <w:r>
        <w:rPr>
          <w:b/>
        </w:rPr>
        <w:t xml:space="preserve">[06:00] </w:t>
      </w:r>
      <w:r>
        <w:t>wo har ek mein hoti hai. har aurat mein, har mard mein. indian mein bhi hai, non indian mein bhi hai.</w:t>
      </w:r>
    </w:p>
    <w:p>
      <w:pPr>
        <w:jc w:val="right"/>
      </w:pPr>
      <w:r>
        <w:t>وہ ہر ایک میں ہوتی ہے۔ ہر عورت میں، ہر مرد میں۔ انڈین میں بھی ہے، non انڈین میں بھی ہے۔</w:t>
      </w:r>
    </w:p>
    <w:p>
      <w:r>
        <w:rPr>
          <w:b/>
        </w:rPr>
        <w:t xml:space="preserve">[06:11] </w:t>
      </w:r>
      <w:r>
        <w:t>phir jab mein ne parha anthropology ko to mujhe maloom hua ke anthropology aap jante hain anthropology societies ka mutalia karti hai.</w:t>
      </w:r>
    </w:p>
    <w:p>
      <w:pPr>
        <w:jc w:val="right"/>
      </w:pPr>
      <w:r>
        <w:t>پھر جب میں نے پڑھا anthropology کو تو مجھے معلوم ہوا کہ anthropology آپ جانتے ہیں anthropology societies کا مطالعہ کرتی ہے۔</w:t>
      </w:r>
    </w:p>
    <w:p>
      <w:r>
        <w:rPr>
          <w:b/>
        </w:rPr>
        <w:t xml:space="preserve">[06:24] </w:t>
      </w:r>
      <w:r>
        <w:t>to jo primitive society thi insaan ki, bohat pehle ki society jis ke bare mein historical record bhi nahi hai,</w:t>
      </w:r>
    </w:p>
    <w:p>
      <w:pPr>
        <w:jc w:val="right"/>
      </w:pPr>
      <w:r>
        <w:t>تو جو primitive society تھی انسان کی، بہت پہلے کی society جس کے بارے میں historical ریکارڈ بھی نہیں ہے،</w:t>
      </w:r>
    </w:p>
    <w:p>
      <w:r>
        <w:rPr>
          <w:b/>
        </w:rPr>
        <w:t xml:space="preserve">[06:35] </w:t>
      </w:r>
      <w:r>
        <w:t>kuch archaeological evidence par ya kuch aur cheezon par rai banayi jati hai, to primitive society jo thi us mein bhi khuda ka concept maujood tha.</w:t>
      </w:r>
    </w:p>
    <w:p>
      <w:pPr>
        <w:jc w:val="right"/>
      </w:pPr>
      <w:r>
        <w:t>کچھ archaeological evidence پر یا کچھ اور چیزوں پر رائے بنائی جاتی ہے، تو primitive society جو تھی اس میں بھی خدا کا concept موجود تھا۔</w:t>
      </w:r>
    </w:p>
    <w:p>
      <w:r>
        <w:rPr>
          <w:b/>
        </w:rPr>
        <w:t xml:space="preserve">[06:48] </w:t>
      </w:r>
      <w:r>
        <w:t>aur aaj bhi hai. kabhi bhi insaan ya koi society khuda ke concept se khali nahi rahi hai.</w:t>
      </w:r>
    </w:p>
    <w:p>
      <w:pPr>
        <w:jc w:val="right"/>
      </w:pPr>
      <w:r>
        <w:t>اور آج بھی ہے۔ کبھی بھی انسان یا کوئی society خدا کے concept سے خالی نہیں رہی ہے۔</w:t>
      </w:r>
    </w:p>
    <w:p>
      <w:r>
        <w:rPr>
          <w:b/>
        </w:rPr>
        <w:t xml:space="preserve">[07:01] </w:t>
      </w:r>
      <w:r>
        <w:t>mein ne bohat parha hai is subject par.</w:t>
      </w:r>
    </w:p>
    <w:p>
      <w:pPr>
        <w:jc w:val="right"/>
      </w:pPr>
      <w:r>
        <w:t>میں نے بہت پڑھا ہے اس سبجیکٹ پر۔</w:t>
      </w:r>
    </w:p>
    <w:p>
      <w:r>
        <w:rPr>
          <w:b/>
        </w:rPr>
        <w:t xml:space="preserve">[07:05] </w:t>
      </w:r>
      <w:r>
        <w:t>kuch individual sarzamanay mein aisay zaroor huay hain jo khuda ka inkar karte thay. lekin woh aisay logon ko aik aata hai ke woh negligible ka minority, negligible minority, na qabil e iltifat aqalliyat.</w:t>
      </w:r>
    </w:p>
    <w:p>
      <w:pPr>
        <w:jc w:val="right"/>
      </w:pPr>
      <w:r>
        <w:t>کچھ individual سرزمانے میں ایسے ضرور ہوئے ہیں جو خدا کا انکار کرتے تھے۔ لیکن وہ ایسے لوگوں کو ایک آتا ہے کہ وہ negligible کا minority، negligible minority، ناقابل لحاظ اقلیت۔</w:t>
      </w:r>
    </w:p>
    <w:p>
      <w:r>
        <w:rPr>
          <w:b/>
        </w:rPr>
        <w:t xml:space="preserve">[07:28] </w:t>
      </w:r>
      <w:r>
        <w:t>wa nassarihi insaanun saare insaan, saare insaan.</w:t>
      </w:r>
    </w:p>
    <w:p>
      <w:pPr>
        <w:jc w:val="right"/>
      </w:pPr>
      <w:r>
        <w:t>وَنَسَّارِهِ إِنْسَانٌۭ سارے انسان، سارے انسان۔</w:t>
      </w:r>
    </w:p>
    <w:p>
      <w:r>
        <w:rPr>
          <w:b/>
        </w:rPr>
        <w:t xml:space="preserve">[07:33] </w:t>
      </w:r>
      <w:r>
        <w:t>to aisa kyun hai?</w:t>
      </w:r>
    </w:p>
    <w:p>
      <w:pPr>
        <w:jc w:val="right"/>
      </w:pPr>
      <w:r>
        <w:t>تو ایسا کیوں ہے؟</w:t>
      </w:r>
    </w:p>
    <w:p>
      <w:r>
        <w:rPr>
          <w:b/>
        </w:rPr>
        <w:t xml:space="preserve">[07:37] </w:t>
      </w:r>
      <w:r>
        <w:t>aisa kyun hai? yeh qissa is ka jawab mujhe mila aik qissay mein. memberly college jo hai wahan ka, amreeka ka, jo apnay baray mein kehta tha ke "I am king of the world".</w:t>
      </w:r>
    </w:p>
    <w:p>
      <w:pPr>
        <w:jc w:val="right"/>
      </w:pPr>
      <w:r>
        <w:t>ایسا کیوں ہے؟ یہ قصہ اس کا جواب مجھے ملا ایک قصے میں۔ ممبرلی کلیج جو ہے وہاں کا، امریکہ کا، جو اپنے بارے میں کہتا تھا کہ "I am king of the world"۔</w:t>
      </w:r>
    </w:p>
    <w:p>
      <w:r>
        <w:rPr>
          <w:b/>
        </w:rPr>
        <w:t xml:space="preserve">[07:55] </w:t>
      </w:r>
      <w:r>
        <w:t>kisi ko manta nahi tha woh. "I am king of the world". to</w:t>
      </w:r>
    </w:p>
    <w:p>
      <w:pPr>
        <w:jc w:val="right"/>
      </w:pPr>
      <w:r>
        <w:t>کسی کو مانتا نہیں تھا وہ۔ "I am king of the world"۔ تو</w:t>
      </w:r>
    </w:p>
    <w:p>
      <w:r>
        <w:rPr>
          <w:b/>
        </w:rPr>
        <w:t xml:space="preserve">[08:01] </w:t>
      </w:r>
      <w:r>
        <w:t>aik guru us ko mila. is guru ne kuch aisi baatein kaheen ke us ka andar ka jo andar ki jo aatma thi woh touch ho gayi.</w:t>
      </w:r>
    </w:p>
    <w:p>
      <w:pPr>
        <w:jc w:val="right"/>
      </w:pPr>
      <w:r>
        <w:t>ایک گرو اس کو ملا۔ اس گرو نے کچھ ایسی باتیں کہیں کہ اس کا اندر کا جو اندر کی جو آتما تھی وہ touch ہو گئی۔</w:t>
      </w:r>
    </w:p>
    <w:p>
      <w:r>
        <w:rPr>
          <w:b/>
        </w:rPr>
        <w:t xml:space="preserve">[08:16] </w:t>
      </w:r>
      <w:r>
        <w:t>us ke aagay jhuk gaya woh.</w:t>
      </w:r>
    </w:p>
    <w:p>
      <w:pPr>
        <w:jc w:val="right"/>
      </w:pPr>
      <w:r>
        <w:t>اس کے آگے جھک گیا وہ۔</w:t>
      </w:r>
    </w:p>
    <w:p>
      <w:r>
        <w:rPr>
          <w:b/>
        </w:rPr>
        <w:t xml:space="preserve">[08:19] </w:t>
      </w:r>
      <w:r>
        <w:t>to times times jo hum niklta hai wahan se new york se to is mein likha tha ke woh aadmi jo kehta tha "I am king of the world" woh kyun aik guru ke aagay jhuk gaya woh?</w:t>
      </w:r>
    </w:p>
    <w:p>
      <w:pPr>
        <w:jc w:val="right"/>
      </w:pPr>
      <w:r>
        <w:t>تو ٹائمز ٹائمز جو ہم نکلتا ہے وہاں سے نیویارک سے تو اس میں لکھا تھا کہ وہ آدمی جو کہتا تھا "I am king of the world" وہ کیوں ایک گرو کے آگے جھک گیا وہ؟</w:t>
      </w:r>
    </w:p>
    <w:p>
      <w:r>
        <w:rPr>
          <w:b/>
        </w:rPr>
        <w:t xml:space="preserve">[08:32] </w:t>
      </w:r>
      <w:r>
        <w:t>is mein us ko psychoanalysis kiya tha is ne. is ne kaha ke chahe aadmi yeh kahe apnay munh se ke "I am king of the world" lekin andar us ke kuch aur hota hai.</w:t>
      </w:r>
    </w:p>
    <w:p>
      <w:pPr>
        <w:jc w:val="right"/>
      </w:pPr>
      <w:r>
        <w:t>اس میں اس کو psychoanalysis کیا تھا اس نے۔ اس نے کہا کہ چاہے آدمی یہ کہے اپنے منہ سے کہ "I am king of the world" لیکن اندر اس کے کچھ اور ہوتا ہے۔</w:t>
      </w:r>
    </w:p>
    <w:p>
      <w:r>
        <w:rPr>
          <w:b/>
        </w:rPr>
        <w:t xml:space="preserve">[08:45] </w:t>
      </w:r>
      <w:r>
        <w:t>woh chahta hai koi king ho us ke aagay mein jhukoon.</w:t>
      </w:r>
    </w:p>
    <w:p>
      <w:pPr>
        <w:jc w:val="right"/>
      </w:pPr>
      <w:r>
        <w:t>وہ چاہتا ہے کوئی king ہو اس کے آگے میں جھکوں۔</w:t>
      </w:r>
    </w:p>
    <w:p>
      <w:r>
        <w:rPr>
          <w:b/>
        </w:rPr>
        <w:t xml:space="preserve">[08:49] </w:t>
      </w:r>
      <w:r>
        <w:t>insaan ke nature mein yeh hai kisi ke aagay jhukna, kisi ke aagay surrender karna. to jab tak woh nahi milta tab tak woh kuch bolta rehta hai.</w:t>
      </w:r>
    </w:p>
    <w:p>
      <w:pPr>
        <w:jc w:val="right"/>
      </w:pPr>
      <w:r>
        <w:t>انسان کے nature میں یہ ہے کسی کے آگے جھکنا، کسی کے آگے surrender کرنا۔ تو جب تک وہ نہیں ملتا تب تک وہ کچھ بولتا رہتا ہے۔</w:t>
      </w:r>
    </w:p>
    <w:p>
      <w:r>
        <w:rPr>
          <w:b/>
        </w:rPr>
        <w:t xml:space="preserve">[09:01] </w:t>
      </w:r>
      <w:r>
        <w:t>lekin jab woh mil jaye to woh surrender kar deta hai.</w:t>
      </w:r>
    </w:p>
    <w:p>
      <w:pPr>
        <w:jc w:val="right"/>
      </w:pPr>
      <w:r>
        <w:t>لیکن جب وہ مل جائے تو وہ surrender کر دیتا ہے۔</w:t>
      </w:r>
    </w:p>
    <w:p>
      <w:r>
        <w:rPr>
          <w:b/>
        </w:rPr>
        <w:t xml:space="preserve">[09:07] </w:t>
      </w:r>
      <w:r>
        <w:t>to mein apnay experience ki bina par keh sakta hoon ke insaan by nature yeh chahta hai koi bara ho jis se woh mohabbat kare.</w:t>
      </w:r>
    </w:p>
    <w:p>
      <w:pPr>
        <w:jc w:val="right"/>
      </w:pPr>
      <w:r>
        <w:t>تو میں اپنے experience کی بنا پر کہہ سکتا ہوں کہ انسان by nature یہ چاہتا ہے کوئی بڑا ہو جس سے وہ محبت کرے۔</w:t>
      </w:r>
    </w:p>
    <w:p>
      <w:r>
        <w:rPr>
          <w:b/>
        </w:rPr>
        <w:t xml:space="preserve">[09:23] </w:t>
      </w:r>
      <w:r>
        <w:t>koi bara ho jis se woh mohabbat kare. apnay se bara. samaj se bara, nation se bara, aulaad se bara, paisay se bara.</w:t>
      </w:r>
    </w:p>
    <w:p>
      <w:pPr>
        <w:jc w:val="right"/>
      </w:pPr>
      <w:r>
        <w:t>کوئی بڑا ہو جس سے وہ محبت کرے۔ اپنے سے بڑا۔ سماج سے بڑا، nation سے بڑا، اولاد سے بڑا، پیسے سے بڑا۔</w:t>
      </w:r>
    </w:p>
    <w:p>
      <w:r>
        <w:rPr>
          <w:b/>
        </w:rPr>
        <w:t xml:space="preserve">[09:37] </w:t>
      </w:r>
      <w:r>
        <w:t>koi super natural level par koi bara ho. to jab tak woh nahi pata tab tak atka rehta hai idhar udhar. lekin paanay ke baad woh bilkul usi ka aagay surrender kar deta hai.</w:t>
      </w:r>
    </w:p>
    <w:p>
      <w:pPr>
        <w:jc w:val="right"/>
      </w:pPr>
      <w:r>
        <w:t>کوئی super natural level پر کوئی بڑا ہو۔ تو جب تک وہ نہیں پاتا تب تک اٹکا رہتا ہے ادھر ادھر۔ لیکن پانے کے بعد وہ بالکل اسی کا آگے surrender کر دیتا ہے۔</w:t>
      </w:r>
    </w:p>
    <w:p>
      <w:r>
        <w:rPr>
          <w:b/>
        </w:rPr>
        <w:t xml:space="preserve">[09:52] </w:t>
      </w:r>
      <w:r>
        <w:t>to mein aik zameendar family mein paida hua. waise hamaray ghar mein sab kuch tha material aitbaar se.</w:t>
      </w:r>
    </w:p>
    <w:p>
      <w:pPr>
        <w:jc w:val="right"/>
      </w:pPr>
      <w:r>
        <w:t>تو میں ایک زمیندار family میں پیدا ہوا۔ ویسے ہمارے گھر میں سب کچھ تھا material اعتبار سے۔</w:t>
      </w:r>
    </w:p>
    <w:p>
      <w:r>
        <w:rPr>
          <w:b/>
        </w:rPr>
        <w:t xml:space="preserve">[10:01] </w:t>
      </w:r>
      <w:r>
        <w:t>lekin kisi cheez se mera dil lagta nahi tha. kyunke mujhe is super natural khuda ki zaroorat thi.</w:t>
      </w:r>
    </w:p>
    <w:p>
      <w:pPr>
        <w:jc w:val="right"/>
      </w:pPr>
      <w:r>
        <w:t>لیکن کسی چیز سے میرا دل لگتا نہیں تھا۔ کیونکہ مجھے اس super natural خدا کی ضرورت تھی۔</w:t>
      </w:r>
    </w:p>
    <w:p>
      <w:r>
        <w:rPr>
          <w:b/>
        </w:rPr>
        <w:t xml:space="preserve">[10:11] </w:t>
      </w:r>
      <w:r>
        <w:t>to jab mujhe is ki discovery hui, mein samajhta hoon ke unnees sau altais mein mujhe discovery hui, nineteen forty eight mein, azadi ke baad</w:t>
      </w:r>
    </w:p>
    <w:p>
      <w:pPr>
        <w:jc w:val="right"/>
      </w:pPr>
      <w:r>
        <w:t>تو جب مجھے اس کی discovery ہوئی، میں سمجھتا ہوں کہ انیس سو اڑتالیس میں مجھے discovery ہوئی، نائنٹین فورٹی ایٹ میں، آزادی کے بعد</w:t>
      </w:r>
    </w:p>
    <w:p>
      <w:r>
        <w:rPr>
          <w:b/>
        </w:rPr>
        <w:t xml:space="preserve">[10:20] </w:t>
      </w:r>
      <w:r>
        <w:t>. to us ke baad khuda mera supreme ban gaya. supreme concern ban gaya. aur mein keh sakta hoon ke aaj mujhe</w:t>
      </w:r>
    </w:p>
    <w:p>
      <w:pPr>
        <w:jc w:val="right"/>
      </w:pPr>
      <w:r>
        <w:t>۔ تو اس کے بعد خدا میرا supreme بن گیا۔ Supreme concern بن گیا۔ اور میں کہہ سکتا ہوں کہ آج مجھے</w:t>
      </w:r>
    </w:p>
    <w:p>
      <w:r>
        <w:rPr>
          <w:b/>
        </w:rPr>
        <w:t xml:space="preserve">[10:33] </w:t>
      </w:r>
      <w:r>
        <w:t>sab se ziyada mohabbat agar hai to khuda se hai. sab se ziyada darr agar hai to khuda se hai.</w:t>
      </w:r>
    </w:p>
    <w:p>
      <w:pPr>
        <w:jc w:val="right"/>
      </w:pPr>
      <w:r>
        <w:t>سب سے زیادہ محبت اگر ہے تو خدا سے ہے۔ سب سے زیادہ ڈر اگر ہے تو خدا سے ہے۔</w:t>
      </w:r>
    </w:p>
    <w:p>
      <w:r>
        <w:rPr>
          <w:b/>
        </w:rPr>
        <w:t xml:space="preserve">[10:42] </w:t>
      </w:r>
      <w:r>
        <w:t>. to mein apnay baray mein keh sakta hoon ke meray andar sab se ziyada mohabbat agar kisi ki rahe to khuda ke liye hai. aur sab se ziyada darr agar mujhe kisi ka hai to khuda ka darr hai.</w:t>
      </w:r>
    </w:p>
    <w:p>
      <w:pPr>
        <w:jc w:val="right"/>
      </w:pPr>
      <w:r>
        <w:t>جو قرآن میں آیا ہے کہ "أَشَدُّ حُبًّا لِلَّهِ" اور "لَمْ يَخْشَ إِلَّا اللَّهِ"</w:t>
      </w:r>
    </w:p>
    <w:p>
      <w:r>
        <w:rPr>
          <w:b/>
        </w:rPr>
        <w:t xml:space="preserve">[10:49] </w:t>
      </w:r>
      <w:r>
        <w:t>yeh koi acquired cheez nahi thi. aisa nahi ke maine kuch acquire kiya ho. mera nature chahta hi tha ke koi ho jis se mein mohabbat karoon.</w:t>
      </w:r>
    </w:p>
    <w:p>
      <w:pPr>
        <w:jc w:val="right"/>
      </w:pPr>
      <w:r>
        <w:t>۔ تو میں اپنے بارے میں کہہ سکتا ہوں کہ میرے اندر سب سے زیادہ محبت اگر کسی کی رہے تو خدا کے لیے ہے۔ اور سب سے زیادہ ڈر اگر مجھے کسی کا ہے تو خدا کا ڈر ہے۔</w:t>
      </w:r>
    </w:p>
    <w:p>
      <w:r>
        <w:rPr>
          <w:b/>
        </w:rPr>
        <w:t xml:space="preserve">[11:04] </w:t>
      </w:r>
      <w:r>
        <w:t>koi ho jis se mein daroon. yeh meray nature mein interwoven tha. aur har insaan ke andar interwoven hai.</w:t>
      </w:r>
    </w:p>
    <w:p>
      <w:pPr>
        <w:jc w:val="right"/>
      </w:pPr>
      <w:r>
        <w:t>یہ کوئی acquired چیز نہیں تھی۔ ایسا نہیں کہ میں نے کچھ acquire کیا ہو۔ میرا nature چاہتا ہی تھا کہ کوئی ہو جس سے میں محبت کروں۔</w:t>
      </w:r>
    </w:p>
    <w:p>
      <w:r>
        <w:rPr>
          <w:b/>
        </w:rPr>
        <w:t xml:space="preserve">[11:16] </w:t>
      </w:r>
      <w:r>
        <w:t>koi ho jis se main daroon. yeh mere nature mein interwoven tha. aur har insaan ke andar interwoven hai.</w:t>
      </w:r>
    </w:p>
    <w:p>
      <w:pPr>
        <w:jc w:val="right"/>
      </w:pPr>
      <w:r>
        <w:t>کوئی ہو جس سے میں ڈروں۔ یہ میرے nature میں interwoven تھا۔ اور ہر انسان کے اندر interwoven ہے۔</w:t>
      </w:r>
    </w:p>
    <w:p>
      <w:r>
        <w:rPr>
          <w:b/>
        </w:rPr>
        <w:t xml:space="preserve">[11:27] </w:t>
      </w:r>
      <w:r>
        <w:t>phir dekhiye, bohat si ghatnaein ghaṭin, bohat se qisse pesh aaye. kis tarah se mera rasta aage baṛhta raha.</w:t>
      </w:r>
    </w:p>
    <w:p>
      <w:pPr>
        <w:jc w:val="right"/>
      </w:pPr>
      <w:r>
        <w:t>پھر دیکھیے، بہت سی گھٹنائیں گھٹیں، بہت سے قصے پیش آئے۔ کس طرح سے میرا راستہ آگے بڑھتا رہا۔</w:t>
      </w:r>
    </w:p>
    <w:p>
      <w:r>
        <w:rPr>
          <w:b/>
        </w:rPr>
        <w:t xml:space="preserve">[11:40] </w:t>
      </w:r>
      <w:r>
        <w:t>to main ek baar main ne paṛha</w:t>
      </w:r>
    </w:p>
    <w:p>
      <w:pPr>
        <w:jc w:val="right"/>
      </w:pPr>
      <w:r>
        <w:t>تو میں ایک بار میں نے پڑھا</w:t>
      </w:r>
    </w:p>
    <w:p>
      <w:r>
        <w:rPr>
          <w:b/>
        </w:rPr>
        <w:t xml:space="preserve">[11:46] </w:t>
      </w:r>
      <w:r>
        <w:t>ke ek ship, ya'ni yeh yeh kahani hai jo aviation ke daur se pehle ki hai.</w:t>
      </w:r>
    </w:p>
    <w:p>
      <w:pPr>
        <w:jc w:val="right"/>
      </w:pPr>
      <w:r>
        <w:t>کہ ایک ship، یعنی یہ یہ کہانی ہے جو aviation کے دور سے پہلے کی ہے۔</w:t>
      </w:r>
    </w:p>
    <w:p>
      <w:r>
        <w:rPr>
          <w:b/>
        </w:rPr>
        <w:t xml:space="preserve">[11:56] </w:t>
      </w:r>
      <w:r>
        <w:t>ab log jahaz par uṛte hain. to ek ship America se Africa ke liye rawana hua.</w:t>
      </w:r>
    </w:p>
    <w:p>
      <w:pPr>
        <w:jc w:val="right"/>
      </w:pPr>
      <w:r>
        <w:t>اب لوگ جہاز پر اڑتے ہیں۔ تو ایک ship امریکہ سے افریقہ کے لیے روانہ ہوا۔</w:t>
      </w:r>
    </w:p>
    <w:p>
      <w:r>
        <w:rPr>
          <w:b/>
        </w:rPr>
        <w:t xml:space="preserve">[12:06] </w:t>
      </w:r>
      <w:r>
        <w:t>Atlantic ke zariye. Atlantic jo ocean hai. to jab woh ship beech mein pahuñcha to ek storm aa gaya, storm.</w:t>
      </w:r>
    </w:p>
    <w:p>
      <w:pPr>
        <w:jc w:val="right"/>
      </w:pPr>
      <w:r>
        <w:t>اٹلانٹک کے ذریعے۔ اٹلانٹک جو ocean ہے۔ تو جب وہ ship بیچ میں پہنچا تو ایک storm آ گیا، storm۔</w:t>
      </w:r>
    </w:p>
    <w:p>
      <w:r>
        <w:rPr>
          <w:b/>
        </w:rPr>
        <w:t xml:space="preserve">[12:21] </w:t>
      </w:r>
      <w:r>
        <w:t>aap jante hain ke jab storm aata hai to ship jo hai aise bilkul hilne lagta hai jaise ke koi pati ho.</w:t>
      </w:r>
    </w:p>
    <w:p>
      <w:pPr>
        <w:jc w:val="right"/>
      </w:pPr>
      <w:r>
        <w:t>آپ جانتے ہیں کہ جب storm آتا ہے تو ship جو ہے ایسے بالکل ہلنے لگتا ہے جیسے کہ کوئی پتی ہو۔</w:t>
      </w:r>
    </w:p>
    <w:p>
      <w:r>
        <w:rPr>
          <w:b/>
        </w:rPr>
        <w:t xml:space="preserve">[12:32] </w:t>
      </w:r>
      <w:r>
        <w:t>koi paper ho. kyunke ocean ke muqable mein ship ki koi haqiqat nahi hoti hai. to ek aadmi ne likha tha ke us waqt mein ghabra hua ship ke andar idhar udhar ja raha tha.</w:t>
      </w:r>
    </w:p>
    <w:p>
      <w:pPr>
        <w:jc w:val="right"/>
      </w:pPr>
      <w:r>
        <w:t>کوئی paper ہو۔ کیونکہ ocean کے مقابلے میں ship کی کوئی حقیقت نہیں ہوتی ہے۔ تو ایک آدمی نے لکھا تھا کہ اس وقت میں گھبرایا ہوا ship کے اندر ادھر ادھر جا رہا تھا۔</w:t>
      </w:r>
    </w:p>
    <w:p>
      <w:r>
        <w:rPr>
          <w:b/>
        </w:rPr>
        <w:t xml:space="preserve">[12:48] </w:t>
      </w:r>
      <w:r>
        <w:t>to ek corner mein ek bachchi baithi hui apne dolls se khel rahi thi, apne khilone se khel rahi thi. to main ne us se poocha ke tum khilone se khel rahi ho?</w:t>
      </w:r>
    </w:p>
    <w:p>
      <w:pPr>
        <w:jc w:val="right"/>
      </w:pPr>
      <w:r>
        <w:t>تو ایک کارنر میں ایک بچی بیٹھی ہوئی اپنے dolls سے کھیل رہی تھی، اپنے کھلونے سے کھیل رہی تھی۔ تو میں نے اس سے پوچھا کہ تم کھلونے سے کھیل رہی ہو؟</w:t>
      </w:r>
    </w:p>
    <w:p>
      <w:r>
        <w:rPr>
          <w:b/>
        </w:rPr>
        <w:t xml:space="preserve">[13:02] </w:t>
      </w:r>
      <w:r>
        <w:t>kyunke pata nahi ke hum storm mein phans gaye hain.</w:t>
      </w:r>
    </w:p>
    <w:p>
      <w:pPr>
        <w:jc w:val="right"/>
      </w:pPr>
      <w:r>
        <w:t>کیونکہ پتہ نہیں کہ ہم storm میں پھنس گئے ہیں۔</w:t>
      </w:r>
    </w:p>
    <w:p>
      <w:r>
        <w:rPr>
          <w:b/>
        </w:rPr>
        <w:t xml:space="preserve">[13:07] </w:t>
      </w:r>
      <w:r>
        <w:t>aur jahaz ḍubne wala hai.</w:t>
      </w:r>
    </w:p>
    <w:p>
      <w:pPr>
        <w:jc w:val="right"/>
      </w:pPr>
      <w:r>
        <w:t>اور جہاز ڈوبنے والا ہے۔</w:t>
      </w:r>
    </w:p>
    <w:p>
      <w:r>
        <w:rPr>
          <w:b/>
        </w:rPr>
        <w:t xml:space="preserve">[13:11] </w:t>
      </w:r>
      <w:r>
        <w:t>to bachchi nihayat hi itminan ke sath boli, "You know, my father is captain of this ship.</w:t>
      </w:r>
    </w:p>
    <w:p>
      <w:pPr>
        <w:jc w:val="right"/>
      </w:pPr>
      <w:r>
        <w:t>تو بچی نہایت ہی اطمینان کے ساتھ بولی، "You know, my father is captain of this ship.</w:t>
      </w:r>
    </w:p>
    <w:p>
      <w:r>
        <w:rPr>
          <w:b/>
        </w:rPr>
        <w:t xml:space="preserve">[13:22] </w:t>
      </w:r>
      <w:r>
        <w:t>He is not going to let it sink. mera baap is ship ka captain hai.</w:t>
      </w:r>
    </w:p>
    <w:p>
      <w:pPr>
        <w:jc w:val="right"/>
      </w:pPr>
      <w:r>
        <w:t>He is not going to let it sink. میرا باپ اس ship کا captain ہے۔</w:t>
      </w:r>
    </w:p>
    <w:p>
      <w:r>
        <w:rPr>
          <w:b/>
        </w:rPr>
        <w:t xml:space="preserve">[13:31] </w:t>
      </w:r>
      <w:r>
        <w:t>woh is ko ḍubne nahi de ga."</w:t>
      </w:r>
    </w:p>
    <w:p>
      <w:pPr>
        <w:jc w:val="right"/>
      </w:pPr>
      <w:r>
        <w:t>وہ اس کو ڈوبنے نہیں دے گا۔"</w:t>
      </w:r>
    </w:p>
    <w:p>
      <w:r>
        <w:rPr>
          <w:b/>
        </w:rPr>
        <w:t xml:space="preserve">[13:35] </w:t>
      </w:r>
      <w:r>
        <w:t>to ek bachchi ko apne baap par bharosa ho sakta tha. lekin baṛe hone ke baad to nahi ho sakta. ek bachchi jo abhi ignorant hai, jo kuch janti nahi hai apne baap ke bahar kya hai.</w:t>
      </w:r>
    </w:p>
    <w:p>
      <w:pPr>
        <w:jc w:val="right"/>
      </w:pPr>
      <w:r>
        <w:t>تو ایک بچی کو اپنے باپ پر بھروسہ ہو سکتا تھا۔ لیکن بڑے ہونے کے بعد تو نہیں ہو سکتا۔ ایک بچی جو ابھی ignorant ہے، جو کچھ جانتی نہیں ہے اپنے باپ کے باہر کیا ہے۔</w:t>
      </w:r>
    </w:p>
    <w:p>
      <w:r>
        <w:rPr>
          <w:b/>
        </w:rPr>
        <w:t xml:space="preserve">[13:53] </w:t>
      </w:r>
      <w:r>
        <w:t>woh toofan, storm jo hai woh billion elephants se bhi zyada taqatwar hota hai.</w:t>
      </w:r>
    </w:p>
    <w:p>
      <w:pPr>
        <w:jc w:val="right"/>
      </w:pPr>
      <w:r>
        <w:t>وہ طوفان، storm جو ہے وہ billion elephants سے بھی زیادہ طاقتور ہوتا ہے۔</w:t>
      </w:r>
    </w:p>
    <w:p>
      <w:r>
        <w:rPr>
          <w:b/>
        </w:rPr>
        <w:t xml:space="preserve">[14:03] </w:t>
      </w:r>
      <w:r>
        <w:t>to bachchi ko pata nahi, woh apne baap hi ko baṛi cheez samajh rahi hai. to main jab mature ho chuka tha to main is bachchi ki tarah apne baap par to bharosa nahi kar sakta tha.</w:t>
      </w:r>
    </w:p>
    <w:p>
      <w:pPr>
        <w:jc w:val="right"/>
      </w:pPr>
      <w:r>
        <w:t>تو بچی کو پتہ نہیں، وہ اپنے باپ ہی کو بڑی چیز سمجھ رہی ہے۔ تو میں جب mature ہو چکا تھا تو میں اس بچی کی طرح اپنے باپ پر تو بھروسہ نہیں کر سکتا تھا۔</w:t>
      </w:r>
    </w:p>
    <w:p>
      <w:r>
        <w:rPr>
          <w:b/>
        </w:rPr>
        <w:t xml:space="preserve">[14:15] </w:t>
      </w:r>
      <w:r>
        <w:t>mujhe baap se baṛi cheez chahiye thi. lekin is mein main ne nature ko paṛha. is qisse mein. ke har aadmi jo hai is duniya mein aap dekhiye, kahin na kahin hamein helplessness ka ehsas hota hai.</w:t>
      </w:r>
    </w:p>
    <w:p>
      <w:pPr>
        <w:jc w:val="right"/>
      </w:pPr>
      <w:r>
        <w:t>مجھے باپ سے بڑی چیز چاہیے تھی۔ لیکن اس میں میں نے nature کو پڑھا۔ اس قصے میں۔ کہ ہر آدمی جو ہے اس دنیا میں آپ دیکھیے، کہیں نہ کہیں ہمیں helplessness کا احساس ہوتا ہے۔</w:t>
      </w:r>
    </w:p>
    <w:p>
      <w:r>
        <w:rPr>
          <w:b/>
        </w:rPr>
        <w:t xml:space="preserve">[14:29] </w:t>
      </w:r>
      <w:r>
        <w:t>Helplessness kahin na kahin.</w:t>
      </w:r>
    </w:p>
    <w:p>
      <w:pPr>
        <w:jc w:val="right"/>
      </w:pPr>
      <w:r>
        <w:t>Helplessness کہیں نہ کہیں۔</w:t>
      </w:r>
    </w:p>
    <w:p>
      <w:r>
        <w:rPr>
          <w:b/>
        </w:rPr>
        <w:t xml:space="preserve">[14:34] </w:t>
      </w:r>
      <w:r>
        <w:t>chahe woh koi king ho, chahe super power ho, koi bhi ho. koi bhi aisa nahi kar sakta ke us ko helplessness ka ehsas nahi hota.</w:t>
      </w:r>
    </w:p>
    <w:p>
      <w:pPr>
        <w:jc w:val="right"/>
      </w:pPr>
      <w:r>
        <w:t>چاہے وہ کوئی king ہو، چاہے super power ہو، کوئی بھی ہو۔ کوئی بھی ایسا نہیں کر سکتا کہ اس کو helplessness کا احساس نہیں ہوتا۔</w:t>
      </w:r>
    </w:p>
    <w:p>
      <w:r>
        <w:rPr>
          <w:b/>
        </w:rPr>
        <w:t xml:space="preserve">[14:49] </w:t>
      </w:r>
      <w:r>
        <w:t>Impossible hai yeh, impossible hai. to jahan us ko helplessness ka ehsas hota hai, wahan us ko ek ek aisa chahiye jis pe woh trust kar sake.</w:t>
      </w:r>
    </w:p>
    <w:p>
      <w:pPr>
        <w:jc w:val="right"/>
      </w:pPr>
      <w:r>
        <w:t>Impossible ہے یہ، impossible ہے۔ تو جہاں اس کو helplessness کا احساس ہوتا ہے، وہاں اس کو ایک ایک ایسا چاہیے جس پہ وہ trust کر سکے۔</w:t>
      </w:r>
    </w:p>
    <w:p>
      <w:r>
        <w:rPr>
          <w:b/>
        </w:rPr>
        <w:t xml:space="preserve">[15:03] </w:t>
      </w:r>
      <w:r>
        <w:t>to bachchi ne trust kiya tha apne baap par. mujhe trust karne ke liye Khuda chahiye tha.</w:t>
      </w:r>
    </w:p>
    <w:p>
      <w:pPr>
        <w:jc w:val="right"/>
      </w:pPr>
      <w:r>
        <w:t>تو بچی نے trust کیا تھا اپنے باپ پر۔ مجھے trust کرنے کے لیے خدا چاہیے تھا۔</w:t>
      </w:r>
    </w:p>
    <w:p>
      <w:r>
        <w:rPr>
          <w:b/>
        </w:rPr>
        <w:t xml:space="preserve">[15:11] </w:t>
      </w:r>
      <w:r>
        <w:t>to jab main ne Khuda ko daryaft kiya nineteen forty eight mein to mujhe woh sahara mil gaya jis se jis ke bal par main jee sakoon.</w:t>
      </w:r>
    </w:p>
    <w:p>
      <w:pPr>
        <w:jc w:val="right"/>
      </w:pPr>
      <w:r>
        <w:t>تو جب میں نے خدا کو دریافت کیا نائنٹین فورٹی ایٹ میں تو مجھے وہ سہارا مل گیا جس سے جس کے بل پر میں جی سکوں۔</w:t>
      </w:r>
    </w:p>
    <w:p>
      <w:r>
        <w:rPr>
          <w:b/>
        </w:rPr>
        <w:t xml:space="preserve">[15:21] </w:t>
      </w:r>
      <w:r>
        <w:t>woh sahara, woh trust, woh aitmad.</w:t>
      </w:r>
    </w:p>
    <w:p>
      <w:pPr>
        <w:jc w:val="right"/>
      </w:pPr>
      <w:r>
        <w:t>وہ سہارا، وہ trust، وہ اعتماد۔</w:t>
      </w:r>
    </w:p>
    <w:p>
      <w:r>
        <w:rPr>
          <w:b/>
        </w:rPr>
        <w:t xml:space="preserve">[15:27] </w:t>
      </w:r>
      <w:r>
        <w:t>is tarah se main ne keh sakta hoon ke main ne psychological level par Khuda ko discover kiya.</w:t>
      </w:r>
    </w:p>
    <w:p>
      <w:pPr>
        <w:jc w:val="right"/>
      </w:pPr>
      <w:r>
        <w:t>اس طرح سے میں نے کہہ سکتا ہوں کہ میں نے psychological level پر خدا کو discover کیا۔</w:t>
      </w:r>
    </w:p>
    <w:p>
      <w:r>
        <w:rPr>
          <w:b/>
        </w:rPr>
        <w:t xml:space="preserve">[15:37] </w:t>
      </w:r>
      <w:r>
        <w:t>agarche reason aur logic bhi main ne paṛhi, is level par hi meri discovery hui jis ko main bayan karna chahunga.</w:t>
      </w:r>
    </w:p>
    <w:p>
      <w:pPr>
        <w:jc w:val="right"/>
      </w:pPr>
      <w:r>
        <w:t>اگرچہ reason اور logic بھی میں نے پڑھی، اس level پر ہی میری discovery ہوئی جس کو میں بیان کرنا چاہوں گا۔</w:t>
      </w:r>
    </w:p>
    <w:p>
      <w:r>
        <w:rPr>
          <w:b/>
        </w:rPr>
        <w:t xml:space="preserve">[15:47] </w:t>
      </w:r>
      <w:r>
        <w:t>lekin asal discovery jo meri God ki hai woh psychological level par hai. kyunke reason se aage Khuda ko payein aap, logic se aap Khuda ko payein to aap ke liye woh object of love nahi ban sakta.</w:t>
      </w:r>
    </w:p>
    <w:p>
      <w:pPr>
        <w:jc w:val="right"/>
      </w:pPr>
      <w:r>
        <w:t>لیکن اصل discovery جو میری God کی ہے وہ psychological level پر ہے۔ کیونکہ reason سے آگے خدا کو پائیں آپ، logic سے آپ خدا کو پائیں تو آپ کے لیے وہ object of love نہیں بن سکتا۔</w:t>
      </w:r>
    </w:p>
    <w:p>
      <w:r>
        <w:rPr>
          <w:b/>
        </w:rPr>
        <w:t xml:space="preserve">[16:09] </w:t>
      </w:r>
      <w:r>
        <w:t>sab se zyada mohabbat Khuda se karne lagen aap, woh to woh Khuda hoga jo aap ko psychological level par mila hoga.</w:t>
      </w:r>
    </w:p>
    <w:p>
      <w:pPr>
        <w:jc w:val="right"/>
      </w:pPr>
      <w:r>
        <w:t>سب سے زیادہ محبت خدا سے کرنے لگیں آپ، وہ تو وہ خدا ہوگا جو آپ کو psychological level پر ملا ہو۔</w:t>
      </w:r>
    </w:p>
    <w:p>
      <w:r>
        <w:rPr>
          <w:b/>
        </w:rPr>
        <w:t xml:space="preserve">[16:18] </w:t>
      </w:r>
      <w:r>
        <w:t>to main agar sirf reason ke through, logic ke zariye pata Khuda ko to wahi hota hai jaise har falsafi, philosophers paate hain.</w:t>
      </w:r>
    </w:p>
    <w:p>
      <w:pPr>
        <w:jc w:val="right"/>
      </w:pPr>
      <w:r>
        <w:t>تو میں اگر صرف reason کے through، logic کے ذریعے پاتا خدا کو تو وہی ہوتا ہے جیسے ہر فلسفی، philosophers پاتے ہیں۔</w:t>
      </w:r>
    </w:p>
    <w:p>
      <w:r>
        <w:rPr>
          <w:b/>
        </w:rPr>
        <w:t xml:space="preserve">[16:29] </w:t>
      </w:r>
      <w:r>
        <w:t>kisi philosopher ko apne Khuda se mohabbat nahi hoti hai.jitne philosophers hain woh sab Khuda ko mante the kisi na kisi shakal mein.</w:t>
      </w:r>
    </w:p>
    <w:p>
      <w:pPr>
        <w:jc w:val="right"/>
      </w:pPr>
      <w:r>
        <w:t>کسی philosopher کو اپنے خدا سے محبت نہیں ہوتی ہے۔ جتنے philosophers ہیں وہ سب خدا کو مانتے تھے کسی نہ کسی شکل میں۔</w:t>
      </w:r>
    </w:p>
    <w:p>
      <w:r>
        <w:rPr>
          <w:b/>
        </w:rPr>
        <w:t xml:space="preserve">[16:39] </w:t>
      </w:r>
      <w:r>
        <w:t>lekin Khuda un ke liye object of love nahi tha.mujhe aisa Khuda nahi chahiye tha.</w:t>
      </w:r>
    </w:p>
    <w:p>
      <w:pPr>
        <w:jc w:val="right"/>
      </w:pPr>
      <w:r>
        <w:t>لیکن خدا ان کے لیے object of love نہیں تھا۔ مجھے ایسا خدا نہیں چاہیے تھا۔</w:t>
      </w:r>
    </w:p>
    <w:p>
      <w:r>
        <w:rPr>
          <w:b/>
        </w:rPr>
        <w:t xml:space="preserve">[16:47] </w:t>
      </w:r>
      <w:r>
        <w:t>mujhe to apne apne apne mohabbat ka jo samandar hai main udel sakoon, woh hasti chahiye thi.</w:t>
      </w:r>
    </w:p>
    <w:p>
      <w:pPr>
        <w:jc w:val="right"/>
      </w:pPr>
      <w:r>
        <w:t>مجھے تو اپنے اپنے اپنے محبت کا جو سمندر ہے میں اڈیل سکوں، وہ ہستی چاہیے تھی۔</w:t>
      </w:r>
    </w:p>
    <w:p>
      <w:r>
        <w:rPr>
          <w:b/>
        </w:rPr>
        <w:t xml:space="preserve">[16:58] </w:t>
      </w:r>
      <w:r>
        <w:t>mere dil mein jo pyar ka aur mohabbat ka aur love ka ek samandar tha, kahan main udeloon is ko? mujhe woh Khuda chahiye tha.</w:t>
      </w:r>
    </w:p>
    <w:p>
      <w:pPr>
        <w:jc w:val="right"/>
      </w:pPr>
      <w:r>
        <w:t>میرے دل میں جو پیار کا اور محبت کا اور love کا ایک سمندر تھا، کہاں میں اڈیلوں اس کو؟ مجھے وہ خدا چاہیے تھا۔</w:t>
      </w:r>
    </w:p>
    <w:p>
      <w:r>
        <w:rPr>
          <w:b/>
        </w:rPr>
        <w:t xml:space="preserve">[17:10] </w:t>
      </w:r>
      <w:r>
        <w:t>to jab woh Khuda maine daryaft kiya, tab ja kar ke meri rooh ko taskeen hui.</w:t>
      </w:r>
    </w:p>
    <w:p>
      <w:pPr>
        <w:jc w:val="right"/>
      </w:pPr>
      <w:r>
        <w:t>تو جب وہ خدا میں نے دریافت کیا، تب جا کر کے میری روح کو تسکین ہوئی۔</w:t>
      </w:r>
    </w:p>
    <w:p>
      <w:r>
        <w:rPr>
          <w:b/>
        </w:rPr>
        <w:t xml:space="preserve">[17:18] </w:t>
      </w:r>
      <w:r>
        <w:t>woh Khuda maine daryaft kiya Quran ke zariye se.kyunke Quran ke siwa koi kitab aisi nahi hai jis mein Khuda ki ka introduction poori us ki sahi shakal mein kiya gaya ho.</w:t>
      </w:r>
    </w:p>
    <w:p>
      <w:pPr>
        <w:jc w:val="right"/>
      </w:pPr>
      <w:r>
        <w:t>وہ خدا میں نے دریافت کیا قرآن کے ذریعے سے۔ کیونکہ قرآن کے سوا کوئی کتاب ایسی نہیں ہے جس میں خدا کی کا introduction پوری اس کی صحیح شکل میں کیا گیا ہو۔</w:t>
      </w:r>
    </w:p>
    <w:p>
      <w:r>
        <w:rPr>
          <w:b/>
        </w:rPr>
        <w:t xml:space="preserve">[17:32] </w:t>
      </w:r>
      <w:r>
        <w:t>aur jitni kitabein hain, sab mein aap jante hain ke alteration hua hai, change hua hai, badla hua hai.</w:t>
      </w:r>
    </w:p>
    <w:p>
      <w:pPr>
        <w:jc w:val="right"/>
      </w:pPr>
      <w:r>
        <w:t>اور جتنی کتابیں ہیں، سب میں آپ جانتے ہیں کہ alteration ہوا ہے، change ہوا ہے، بدلا ہوا ہے۔</w:t>
      </w:r>
    </w:p>
    <w:p>
      <w:r>
        <w:rPr>
          <w:b/>
        </w:rPr>
        <w:t xml:space="preserve">[17:42] </w:t>
      </w:r>
      <w:r>
        <w:t>to mujhe jo Khuda mila woh Quran ke zariye mila.</w:t>
      </w:r>
    </w:p>
    <w:p>
      <w:pPr>
        <w:jc w:val="right"/>
      </w:pPr>
      <w:r>
        <w:t>تو مجھے جو خدا ملا وہ قرآن کے ذریعے ملا۔</w:t>
      </w:r>
    </w:p>
    <w:p>
      <w:r>
        <w:rPr>
          <w:b/>
        </w:rPr>
        <w:t xml:space="preserve">[17:48] </w:t>
      </w:r>
      <w:r>
        <w:t>ek choti si surah hai, ek chota sa chapter hai Quran majeed mein.</w:t>
      </w:r>
    </w:p>
    <w:p>
      <w:pPr>
        <w:jc w:val="right"/>
      </w:pPr>
      <w:r>
        <w:t>ایک چھوٹی سی سورہ ہے، ایک چھوٹا سا چیپٹر ہے قرآن مجید میں۔</w:t>
      </w:r>
    </w:p>
    <w:p>
      <w:r>
        <w:rPr>
          <w:b/>
        </w:rPr>
        <w:t xml:space="preserve">[17:55] </w:t>
      </w:r>
      <w:r>
        <w:t>Qul Huwallahu Ahad, Allahus Samad, Lam Yalid Wa Lam YuLad, Wa Lam Yakullahu Kufuwan Ahad.kaho ke Khuda ek hai.</w:t>
      </w:r>
    </w:p>
    <w:p>
      <w:pPr>
        <w:jc w:val="right"/>
      </w:pPr>
      <w:r>
        <w:t>قُلْ هُوَ اللَّهُ أَحَدٌ، اللَّهُ الصَّمَدُ، لَمْ يَلِدْ وَلَمْ يُولَدْ وَلَمْ يَكُلَّهُ كُفْوًا وَنَّهَدًا۔ کہو کہ خدا ایک ہے۔</w:t>
      </w:r>
    </w:p>
    <w:p>
      <w:r>
        <w:rPr>
          <w:b/>
        </w:rPr>
        <w:t xml:space="preserve">[18:07] </w:t>
      </w:r>
      <w:r>
        <w:t>kaho ke Khuda be niaz hai.</w:t>
      </w:r>
    </w:p>
    <w:p>
      <w:pPr>
        <w:jc w:val="right"/>
      </w:pPr>
      <w:r>
        <w:t>کہو کہ خدا بے نیاز ہے۔</w:t>
      </w:r>
    </w:p>
    <w:p>
      <w:r>
        <w:rPr>
          <w:b/>
        </w:rPr>
        <w:t xml:space="preserve">[18:11] </w:t>
      </w:r>
      <w:r>
        <w:t>woh kisi ka beta nahi hai aur na koi is ka beta.aur woh yakta hai.waisa is ke jaisa aur koi nahi.</w:t>
      </w:r>
    </w:p>
    <w:p>
      <w:pPr>
        <w:jc w:val="right"/>
      </w:pPr>
      <w:r>
        <w:t>وہ کسی کا بیٹا نہیں ہے اور نہ کوئی اس کا بیٹا۔ اور وہ یکتا ہے۔ ویسا اس کے جیسا اور کوئی نہیں۔</w:t>
      </w:r>
    </w:p>
    <w:p>
      <w:r>
        <w:rPr>
          <w:b/>
        </w:rPr>
        <w:t xml:space="preserve">[18:21] </w:t>
      </w:r>
      <w:r>
        <w:t>dekhiye chand lafzon mein poore Khuda ka is mein taaruf aa gaya hai.</w:t>
      </w:r>
    </w:p>
    <w:p>
      <w:pPr>
        <w:jc w:val="right"/>
      </w:pPr>
      <w:r>
        <w:t>دیکھیے چند शब्दوں میں پورے خدا کا اس میں تعارف آ گیا ہے۔</w:t>
      </w:r>
    </w:p>
    <w:p>
      <w:r>
        <w:rPr>
          <w:b/>
        </w:rPr>
        <w:t xml:space="preserve">[18:27] </w:t>
      </w:r>
      <w:r>
        <w:t>to khair bhai yeh meri daryaft ka yeh woh aspect tha jis ko main kehta hoon psychological aspect.</w:t>
      </w:r>
    </w:p>
    <w:p>
      <w:pPr>
        <w:jc w:val="right"/>
      </w:pPr>
      <w:r>
        <w:t>تو خیر بھائی یہ میری دریافت کا یہ وہ aspect تھا جس کو میں کہتا ہوں psychological aspect۔</w:t>
      </w:r>
    </w:p>
    <w:p>
      <w:r>
        <w:rPr>
          <w:b/>
        </w:rPr>
        <w:t xml:space="preserve">[18:38] </w:t>
      </w:r>
      <w:r>
        <w:t>ab main doosre aitbaar se arz karta chahunga yani logical aspect.to jahan tak maine study ki hai,</w:t>
      </w:r>
    </w:p>
    <w:p>
      <w:pPr>
        <w:jc w:val="right"/>
      </w:pPr>
      <w:r>
        <w:t>اب میں دوسرے اعتبار سے عرض کرتا چاہوں گا یعنی logical aspect۔ تو جہاں تک میں نے study کی ہے،</w:t>
      </w:r>
    </w:p>
    <w:p>
      <w:r>
        <w:rPr>
          <w:b/>
        </w:rPr>
        <w:t xml:space="preserve">[18:52] </w:t>
      </w:r>
      <w:r>
        <w:t>saare system mein, saare religion mein ek Khuda concept paya jata hai.lekin definition difference hai, definition ka farq hai.</w:t>
      </w:r>
    </w:p>
    <w:p>
      <w:pPr>
        <w:jc w:val="right"/>
      </w:pPr>
      <w:r>
        <w:t>سارے سسٹم میں، سارے religion میں ایک خدا concept پایا جاتا ہے۔ لیکن definition difference ہے، definition کا فرق ہے۔</w:t>
      </w:r>
    </w:p>
    <w:p>
      <w:r>
        <w:rPr>
          <w:b/>
        </w:rPr>
        <w:t xml:space="preserve">[19:04] </w:t>
      </w:r>
      <w:r>
        <w:t>jaise unhone kaha, Kabir ne, "ek kahoon to hai nahi, do hi kahoon to gaar.ek kahoon to hai nahi, do hi kahoon to gaar.</w:t>
      </w:r>
    </w:p>
    <w:p>
      <w:pPr>
        <w:jc w:val="right"/>
      </w:pPr>
      <w:r>
        <w:t>جیسے انہوں نے کہا، کبیر نے، "ایک کہوں تو ہے نہیں، دو ہی کہوں تو غار۔ ایک کہوں تو ہے نہیں، دو ہی کہوں تو غار۔</w:t>
      </w:r>
    </w:p>
    <w:p>
      <w:r>
        <w:rPr>
          <w:b/>
        </w:rPr>
        <w:t xml:space="preserve">[19:17] </w:t>
      </w:r>
      <w:r>
        <w:t>agar main kahoon Khuda ek hai to Khuda ek hai nahi.do kahoon to yeh gaali hai kyunke Khuda do bhi nahi hai." to ek yeh yeh giroh hai jo Khuda ko ek mystery ke taur par leta hai.</w:t>
      </w:r>
    </w:p>
    <w:p>
      <w:pPr>
        <w:jc w:val="right"/>
      </w:pPr>
      <w:r>
        <w:t>اگر میں کہوں خدا ایک ہے تو خدا ایک ہے نہیں۔ دو کہوں تو یہ گالی ہے کیونکہ خدا دو بھی نہیں ہے۔" تو ایک یہ یہ گروہ ہے جو خدا کو ایک mystery کے طور پر لیتا ہے۔</w:t>
      </w:r>
    </w:p>
    <w:p>
      <w:r>
        <w:rPr>
          <w:b/>
        </w:rPr>
        <w:t xml:space="preserve">[19:32] </w:t>
      </w:r>
      <w:r>
        <w:t>Khuda na ek hai, na do hai, na das hai, bas Khuda hai, bas kaise hai, woh kuch pata nahi hai.yeh un ke haan Khuda ek mystery hai.</w:t>
      </w:r>
    </w:p>
    <w:p>
      <w:pPr>
        <w:jc w:val="right"/>
      </w:pPr>
      <w:r>
        <w:t>خدا نہ ایک ہے، نہ دو ہے، نہ دس ہے، بس خدا ہے، بس کیسے ہے، وہ کچھ پتہ نہیں ہے۔ یہ ان کے ہاں خدا ایک mystery ہے۔</w:t>
      </w:r>
    </w:p>
    <w:p>
      <w:r>
        <w:rPr>
          <w:b/>
        </w:rPr>
        <w:t xml:space="preserve">[19:43] </w:t>
      </w:r>
      <w:r>
        <w:t>mere meri jo rooh hai, main to har insan ke andar wahi rooh hai.main aise Khuda ko jo mystery ho, woh mere mujhe satisfy nahi kar sakta.</w:t>
      </w:r>
    </w:p>
    <w:p>
      <w:pPr>
        <w:jc w:val="right"/>
      </w:pPr>
      <w:r>
        <w:t>میرے میری جو روح ہے، میں تو ہر انسان کے اندر وہی روح ہے۔ میں ایسے خدا کو جو mystery ہو، وہ میرے مجھے satisfy نہیں کر سکتا۔</w:t>
      </w:r>
    </w:p>
    <w:p>
      <w:r>
        <w:rPr>
          <w:b/>
        </w:rPr>
        <w:t xml:space="preserve">[19:54] </w:t>
      </w:r>
      <w:r>
        <w:t>Khuda meri discovery hona chahiye.</w:t>
      </w:r>
    </w:p>
    <w:p>
      <w:pPr>
        <w:jc w:val="right"/>
      </w:pPr>
      <w:r>
        <w:t>خدا میری discovery ہونا چاہیے۔</w:t>
      </w:r>
    </w:p>
    <w:p>
      <w:r>
        <w:rPr>
          <w:b/>
        </w:rPr>
        <w:t xml:space="preserve">[19:58] </w:t>
      </w:r>
      <w:r>
        <w:t>mystery aap ki discovery nahi ho sakti, yaad rakhiye.Archimedes jo discovery hui thi, jis ne kaha tha Eureka, Eureka, to agar mystery ko paya hota us ne to Eureka, Eureka thori kehta woh ke maine pa liya, maine pa liya.</w:t>
      </w:r>
    </w:p>
    <w:p>
      <w:pPr>
        <w:jc w:val="right"/>
      </w:pPr>
      <w:r>
        <w:t>Mystery آپ کی discovery نہیں ہو سکتی، یاد رکھیے۔ Archimedes جو discovery ہوئی تھی، جس نے کہا تھا یوریکا، یوریکا، تو اگر mystery کو پایا ہوتا اس نے تو یوریکا، یوریکا تھوڑی کہتا وہ کہ میں نے پا لیا، میں نے پا لیا۔</w:t>
      </w:r>
    </w:p>
    <w:p>
      <w:r>
        <w:rPr>
          <w:b/>
        </w:rPr>
        <w:t xml:space="preserve">[20:16] </w:t>
      </w:r>
      <w:r>
        <w:t>yaad rakhiye khuda ka koi bhi aisa concept jo mystery pe base karta ho, woh concept hi nahi hai. woh kyunke hum jo chahte hain khuda, woh ek aisa khuda jis ko hum ne discover kiya ho.</w:t>
      </w:r>
    </w:p>
    <w:p>
      <w:pPr>
        <w:jc w:val="right"/>
      </w:pPr>
      <w:r>
        <w:t>یاد رکھیے خدا کا کوئی بھی ایسا concept جو mystery پہ base کرتا ہو، وہ concept ہی نہیں ہے۔ وہ کیونکہ ہم جو چاہتے ہیں خدا، وہ ایک ایسا خدا جس کو ہم نے discover کیا ہو۔</w:t>
      </w:r>
    </w:p>
    <w:p>
      <w:r>
        <w:rPr>
          <w:b/>
        </w:rPr>
        <w:t xml:space="preserve">[20:33] </w:t>
      </w:r>
      <w:r>
        <w:t>woh thrill jo discovery se hoti hai, woh mile mujhe.</w:t>
      </w:r>
    </w:p>
    <w:p>
      <w:pPr>
        <w:jc w:val="right"/>
      </w:pPr>
      <w:r>
        <w:t>وہ thrill جو discovery سے ہوتی ہے، وہ ملے مجھے۔</w:t>
      </w:r>
    </w:p>
    <w:p>
      <w:r>
        <w:rPr>
          <w:b/>
        </w:rPr>
        <w:t xml:space="preserve">[20:39] </w:t>
      </w:r>
      <w:r>
        <w:t>toh Archimedes ko agar ek ek mystery mili hoti toh kabhi is ke munh se na nikalta ke eureka, eureka, maine pa liya, maine pa liya.</w:t>
      </w:r>
    </w:p>
    <w:p>
      <w:pPr>
        <w:jc w:val="right"/>
      </w:pPr>
      <w:r>
        <w:t>تو Archimedes کو اگر ایک ایک mystery ملی ہوتی تو کبھی اس کے منہ سے نہ نکلتا کہ یوریکا، یوریکا، میں نے پا لیا، میں نے پا لیا۔</w:t>
      </w:r>
    </w:p>
    <w:p>
      <w:r>
        <w:rPr>
          <w:b/>
        </w:rPr>
        <w:t xml:space="preserve">[20:49] </w:t>
      </w:r>
      <w:r>
        <w:t>is wajah se in baaton ko ke ek kahoon toh hai nahi, do hi kahoon toh gharr, toh yeh kuch shabdon ka janjal hai. yeh sirf yahan mein ek baat yeh kehna chahunga ke history ke history of thought jo hai,</w:t>
      </w:r>
    </w:p>
    <w:p>
      <w:pPr>
        <w:jc w:val="right"/>
      </w:pPr>
      <w:r>
        <w:t>اس وجہ سے ان باتوں کو کہ ایک کہوں تو ہے نہیں، دو ہی کہوں تو غار، تو یہ کچھ शब्दوں کا جنجال ہے۔ یہ صرف یہاں میں ایک بات یہ کہنا چاہوں گا کہ history کے history of thought جو ہے،</w:t>
      </w:r>
    </w:p>
    <w:p>
      <w:r>
        <w:rPr>
          <w:b/>
        </w:rPr>
        <w:t xml:space="preserve">[21:06] </w:t>
      </w:r>
      <w:r>
        <w:t>is ke do phases hain, do period hain.</w:t>
      </w:r>
    </w:p>
    <w:p>
      <w:pPr>
        <w:jc w:val="right"/>
      </w:pPr>
      <w:r>
        <w:t>اس کے دو phases ہیں، دو period ہیں۔</w:t>
      </w:r>
    </w:p>
    <w:p>
      <w:r>
        <w:rPr>
          <w:b/>
        </w:rPr>
        <w:t xml:space="preserve">[21:11] </w:t>
      </w:r>
      <w:r>
        <w:t>ek hai jo science se shuru hota hai, ek hai pre scientific period, ek hai post scientific period. scientific period mein pehli baar aisa hua hai, pehli baar aisa hua hai ke hum yeh janne lage hain ke reason based argument kya cheez hai.</w:t>
      </w:r>
    </w:p>
    <w:p>
      <w:pPr>
        <w:jc w:val="right"/>
      </w:pPr>
      <w:r>
        <w:t>ایک ہے جو سائنس سے شروع ہوتا ہے، ایک ہے pre scientific period، ایک ہے post scientific period۔ Scientific period میں پہلی بار ایسا ہوا ہے، پہلی بار ایسا ہوا ہے کہ ہم یہ جاننے لگے ہیں کہ reason based argument کیا چیز ہے۔</w:t>
      </w:r>
    </w:p>
    <w:p>
      <w:r>
        <w:rPr>
          <w:b/>
        </w:rPr>
        <w:t xml:space="preserve">[21:36] </w:t>
      </w:r>
      <w:r>
        <w:t>yaani supporting supporting data ho, us par ek argument khara kiya jaye, woh kya cheez hai. pehle zamane mein aisa nahi tha.</w:t>
      </w:r>
    </w:p>
    <w:p>
      <w:pPr>
        <w:jc w:val="right"/>
      </w:pPr>
      <w:r>
        <w:t>یعنی supporting supporting data ہو، اس پر ایک argument کھڑا کیا جائے، وہ کیا چیز ہے۔ پہلے زمانے میں ایسا نہیں تھا۔</w:t>
      </w:r>
    </w:p>
    <w:p>
      <w:r>
        <w:rPr>
          <w:b/>
        </w:rPr>
        <w:t xml:space="preserve">[21:45] </w:t>
      </w:r>
      <w:r>
        <w:t>pehla zamane mein yeh tha ke kuch bhi baat shabdon mein agar keh di jaye toh bas goya ke baat ho gayi. jaise Kabir ne jo kaha ke ek kahoon toh hai nahi, do hi kahoon toh gharr, yeh shabd hain, kuch alfaaz hain, kuch words hain, kuch nahi, is mein koi argument hai, na koi daleel hai.</w:t>
      </w:r>
    </w:p>
    <w:p>
      <w:pPr>
        <w:jc w:val="right"/>
      </w:pPr>
      <w:r>
        <w:t>پہلے زمانے میں یہ تھا کہ کچھ بھی بات शब्दوں میں اگر کہہ دی جائے تو بس گویا کہ بات ہو گئی۔ جیسے کبیر نے جو کہا کہ ایک کہوں تو ہے نہیں، دو ہی کہوں تو غار، یہ शब्द ہیں، کچھ الفاظ ہیں، کچھ words ہیں، کچھ نہیں، اس میں کوئی argument ہے، نہ کوئی دلیل ہے۔</w:t>
      </w:r>
    </w:p>
    <w:p>
      <w:r>
        <w:rPr>
          <w:b/>
        </w:rPr>
        <w:t xml:space="preserve">[22:02] </w:t>
      </w:r>
      <w:r>
        <w:t>toh unhon ne ek keh diya toh laga ke</w:t>
      </w:r>
    </w:p>
    <w:p>
      <w:pPr>
        <w:jc w:val="right"/>
      </w:pPr>
      <w:r>
        <w:t>تو انہوں نے ایک کہہ دیا تو لگا کہ</w:t>
      </w:r>
    </w:p>
    <w:p>
      <w:r>
        <w:rPr>
          <w:b/>
        </w:rPr>
        <w:t xml:space="preserve">[22:05] </w:t>
      </w:r>
      <w:r>
        <w:t>yeh bhi keh diya gaya. bohat se log is ko dohrate rehte hain. toh aap pehle ka jo hai, agar aap literature parhein, jo religious ka literature hai, jis mein khuda ke bare mein, toh sara aap payenge ke sab is pe base karta hai anology par.</w:t>
      </w:r>
    </w:p>
    <w:p>
      <w:pPr>
        <w:jc w:val="right"/>
      </w:pPr>
      <w:r>
        <w:t>یہ بھی کہہ دیا گیا۔ بہت سے لوگ اس کو دہراتے رہتے ہیں۔ تو آپ پہلے کا جو ہے، اگر آپ literature پڑھیں، جو religious کا literature ہے، جس میں خدا کے بارے میں، تو سارا آپ پائیں گے کہ سب اس پہ base کرتا ہے anology پر۔</w:t>
      </w:r>
    </w:p>
    <w:p>
      <w:r>
        <w:rPr>
          <w:b/>
        </w:rPr>
        <w:t xml:space="preserve">[22:24] </w:t>
      </w:r>
      <w:r>
        <w:t>yeh science ne pehli baar bataya hai ke anology is the weakest form of argument.</w:t>
      </w:r>
    </w:p>
    <w:p>
      <w:pPr>
        <w:jc w:val="right"/>
      </w:pPr>
      <w:r>
        <w:t>یہ سائنس نے پہلی بار بتایا ہے کہ anology is the weakest form of argument۔</w:t>
      </w:r>
    </w:p>
    <w:p>
      <w:r>
        <w:rPr>
          <w:b/>
        </w:rPr>
        <w:t xml:space="preserve">[22:31] </w:t>
      </w:r>
      <w:r>
        <w:t>anology is the weakest form of argument.</w:t>
      </w:r>
    </w:p>
    <w:p>
      <w:pPr>
        <w:jc w:val="right"/>
      </w:pPr>
      <w:r>
        <w:t>Anology is the weakest form of argument۔</w:t>
      </w:r>
    </w:p>
    <w:p>
      <w:r>
        <w:rPr>
          <w:b/>
        </w:rPr>
        <w:t xml:space="preserve">[22:35] </w:t>
      </w:r>
      <w:r>
        <w:t>jaise aap dekhiye, jo log yeh mante hain, yaani monism ko mante hain ke sab kuch ek hai, matlab insan aur darakht aur pathar aur khuda sab kuch ek hai, do hi nahi hai,</w:t>
      </w:r>
    </w:p>
    <w:p>
      <w:pPr>
        <w:jc w:val="right"/>
      </w:pPr>
      <w:r>
        <w:t>جیسے آپ دیکھیے، جو لوگ یہ مانتے ہیں، یعنی مورزم کو مانتے ہیں کہ سب کچھ ایک ہے، مطلب انسان اور درخت اور پتھر اور خدا سب کچھ ایک ہے، دو ہی نہیں ہے،</w:t>
      </w:r>
    </w:p>
    <w:p>
      <w:r>
        <w:rPr>
          <w:b/>
        </w:rPr>
        <w:t xml:space="preserve">[22:50] </w:t>
      </w:r>
      <w:r>
        <w:t>toh woh kya kehte hain ke aap ocean se ek drop pani ke lijiye.</w:t>
      </w:r>
    </w:p>
    <w:p>
      <w:pPr>
        <w:jc w:val="right"/>
      </w:pPr>
      <w:r>
        <w:t>تو وہ کیا کہتے ہیں کہ آپ ocean سے ایک ڈراپ پانی کے لیجیے۔</w:t>
      </w:r>
    </w:p>
    <w:p>
      <w:r>
        <w:rPr>
          <w:b/>
        </w:rPr>
        <w:t xml:space="preserve">[22:58] </w:t>
      </w:r>
      <w:r>
        <w:t>toh ab apparently aap samjhein ke do cheezein hain, ek drop hai, ek sam ocean hai, lekin is ko daal dijiye aap ocean mein toh ek ho jayega.</w:t>
      </w:r>
    </w:p>
    <w:p>
      <w:pPr>
        <w:jc w:val="right"/>
      </w:pPr>
      <w:r>
        <w:t>تو اب apparently آپ سمجھیں کہ دو چیزیں ہیں، ایک ڈراپ ہے، ایک سم ocean ہے، لیکن اس کو ڈال دیجیے آپ ocean میں تو ایک ہو جائے گا۔</w:t>
      </w:r>
    </w:p>
    <w:p>
      <w:r>
        <w:rPr>
          <w:b/>
        </w:rPr>
        <w:t xml:space="preserve">[23:09] </w:t>
      </w:r>
      <w:r>
        <w:t>toh yeh ya is se koi cheez prove nahi hoti. yeh shabdon ka ek qissa hai. aise jaise kuch log kehte hain ke sachai ek hai, rastay is ke kai hain.</w:t>
      </w:r>
    </w:p>
    <w:p>
      <w:pPr>
        <w:jc w:val="right"/>
      </w:pPr>
      <w:r>
        <w:t>تو یہ یا اس سے کوئی چیز prove نہیں ہوتی۔ یہ शब्दوں کا ایک قصہ ہے۔ ایسے جیسے کچھ لوگ کہتے ہیں کہ سچائی ایک ہے، راستے اس کے کئی ہیں۔</w:t>
      </w:r>
    </w:p>
    <w:p>
      <w:r>
        <w:rPr>
          <w:b/>
        </w:rPr>
        <w:t xml:space="preserve">[23:23] </w:t>
      </w:r>
      <w:r>
        <w:t>toh kya aap bolte hain ek pahaar par ek building hai aur har taraf se log is par aa rahe hain, toh har taraf chalenge lekin pahunchenge toh is se ek hi building mein pahunchenge.</w:t>
      </w:r>
    </w:p>
    <w:p>
      <w:pPr>
        <w:jc w:val="right"/>
      </w:pPr>
      <w:r>
        <w:t>تو کیا آپ بولتے ہیں ایک پہاڑ پر ایک بلڈنگ ہے اور ہر طرف سے لوگ اس پر آ رہے ہیں، تو ہر طرف چلیں گے لیکن پہنچیں گے تو اس سے ایک ہی بلڈنگ میں پہنچیں گے۔</w:t>
      </w:r>
    </w:p>
    <w:p>
      <w:r>
        <w:rPr>
          <w:b/>
        </w:rPr>
        <w:t xml:space="preserve">[23:38] </w:t>
      </w:r>
      <w:r>
        <w:t>ab dekhiye yeh yeh jo hai, yeh jo yeh metaphor jo hai, yeh metaphor applicably nahi yahan par hai. kyunke hum hum sachai ko hum sachai ko janna chahte hain, pahaar ke rastay ko nahi.</w:t>
      </w:r>
    </w:p>
    <w:p>
      <w:pPr>
        <w:jc w:val="right"/>
      </w:pPr>
      <w:r>
        <w:t>اب دیکھیے یہ یہ جو ہے، یہ جو یہ میٹافر جو ہے، یہ میٹافر applicably نہیں یہاں پر ہے۔ کیونکہ ہم ہم سچائی کو ہم سچائی کو جاننا چاہتے ہیں، پہاڑ کے راستے کو نہیں۔</w:t>
      </w:r>
    </w:p>
    <w:p>
      <w:r>
        <w:rPr>
          <w:b/>
        </w:rPr>
        <w:t xml:space="preserve">[23:54] </w:t>
      </w:r>
      <w:r>
        <w:t>ek sath mein ne kaha ke agar aap is ko badal dein aur yeh kahein ke nai dilli ke railway station par ek aadmi khara hai, wahan darjanon railain hain,</w:t>
      </w:r>
    </w:p>
    <w:p>
      <w:pPr>
        <w:jc w:val="right"/>
      </w:pPr>
      <w:r>
        <w:t>ایک ساتھ میں نے کہا کہ اگر آپ اس کو بدل دیں اور یہ کہیں کہ نئی دہلی کے ریلوے اسٹیشن پر ایک آدمی کھڑا ہے، وہاں درجنوں ریلیں ہیں،</w:t>
      </w:r>
    </w:p>
    <w:p>
      <w:r>
        <w:rPr>
          <w:b/>
        </w:rPr>
        <w:t xml:space="preserve">[24:08] </w:t>
      </w:r>
      <w:r>
        <w:t>darjanon railain hain jahan har ek engine laga hua hai, har ek mein. toh aap wahan kehte hain ke jis rastay chalo toh usi building pe pahunch jaoge. kya aap yahan bhi keh sakte hain ke jis gaadi mein chaho baith jao toh apne destination pe pahunch jaoge?</w:t>
      </w:r>
    </w:p>
    <w:p>
      <w:pPr>
        <w:jc w:val="right"/>
      </w:pPr>
      <w:r>
        <w:t>درجنوں ریلیں ہیں جہاں ہر ایک انجن لگا ہوا ہے، ہر ایک میں۔ تو آپ وہاں کہتے ہیں کہ جس راستے چلو تو اسی بلڈنگ پہ پہنچ جاؤ گے۔ کیا آپ یہاں بھی کہہ سکتے ہیں کہ جس گاڑی میں چاہو بیٹھ جاؤ تو اپنے destination پہ پہنچ جاؤ گے؟</w:t>
      </w:r>
    </w:p>
    <w:p>
      <w:r>
        <w:rPr>
          <w:b/>
        </w:rPr>
        <w:t xml:space="preserve">[24:23] </w:t>
      </w:r>
      <w:r>
        <w:t>aisa keh sakte hain aap</w:t>
      </w:r>
    </w:p>
    <w:p>
      <w:pPr>
        <w:jc w:val="right"/>
      </w:pPr>
      <w:r>
        <w:t>ایسا کہہ سکتے ہیں آپ</w:t>
      </w:r>
    </w:p>
    <w:p>
      <w:r>
        <w:rPr>
          <w:b/>
        </w:rPr>
        <w:t xml:space="preserve">[24:25] </w:t>
      </w:r>
      <w:r>
        <w:t>ke jis train mein chaho baith jao, pahunchege wohi jahan tum jana tum ko jana hai. toh metaphor jo hai, is se koi cheez prove nahi hoti.</w:t>
      </w:r>
    </w:p>
    <w:p>
      <w:pPr>
        <w:jc w:val="right"/>
      </w:pPr>
      <w:r>
        <w:t>کہ جس ٹرین میں چاہو بیٹھ جاؤ، پہنچو گے وہیں جہاں تم جانا تم کو جانا ہے۔ تو میٹافر جو ہے، اس سے کوئی چیز prove نہیں ہوتی۔</w:t>
      </w:r>
    </w:p>
    <w:p>
      <w:r>
        <w:rPr>
          <w:b/>
        </w:rPr>
        <w:t xml:space="preserve">[24:34] </w:t>
      </w:r>
      <w:r>
        <w:t>lekin pehle zamane mein, yaani science se pehle ke zamane mein, log is ko jante nahi the consciously. kuch bhi jo shabdon mein keh diya jaye, samajhte hain ke woh ho gaya, baat prove prove ho gayi.</w:t>
      </w:r>
    </w:p>
    <w:p>
      <w:pPr>
        <w:jc w:val="right"/>
      </w:pPr>
      <w:r>
        <w:t>لیکن پہلے زمانے میں، یعنی سائنس سے پہلے کے زمانے میں، لوگ اس کو جانتے نہیں تھے consciously۔ کچھ بھی جو शब्दوں میں کہہ دیا جائے، سمجھتے ہیں کہ وہ ہو گیا، بات prove prove ہو گئی۔</w:t>
      </w:r>
    </w:p>
    <w:p>
      <w:r>
        <w:rPr>
          <w:b/>
        </w:rPr>
        <w:t xml:space="preserve">[24:50] </w:t>
      </w:r>
      <w:r>
        <w:t>science ne pehli baar bataya hai ke kya hai reason, kya hai analysis, kya hai argument. toh supporting evidence ke baghair pehle zamane mein baat kar sakte the log.</w:t>
      </w:r>
    </w:p>
    <w:p>
      <w:pPr>
        <w:jc w:val="right"/>
      </w:pPr>
      <w:r>
        <w:t>سائنس نے پہلی بار بتایا ہے کہ کیا ہے reason، کیا ہے analysis، کیا ہے argument۔ تو supporting evidence کے بغیر پہلے زمانے میں بات کر سکتے تھے لوگ۔</w:t>
      </w:r>
    </w:p>
    <w:p>
      <w:r>
        <w:rPr>
          <w:b/>
        </w:rPr>
        <w:t xml:space="preserve">[25:05] </w:t>
      </w:r>
      <w:r>
        <w:t>ab supporting evidence hona chahiye, data hona chahiye. jab tak aap ke paas supporting data nahi hai, supporting evidence nahi hai, woh baat sabit nahi mani jayegi.</w:t>
      </w:r>
    </w:p>
    <w:p>
      <w:pPr>
        <w:jc w:val="right"/>
      </w:pPr>
      <w:r>
        <w:t>اب supporting evidence ہونا چاہیے، data ہونا چاہیے۔ جب تک آپ کے پاس supporting data نہیں ہے، supporting evidence نہیں ہے، وہ بات ثابت نہیں مانی جائے گی۔</w:t>
      </w:r>
    </w:p>
    <w:p>
      <w:r>
        <w:rPr>
          <w:b/>
        </w:rPr>
        <w:t xml:space="preserve">[25:20] </w:t>
      </w:r>
      <w:r>
        <w:t>to yeh is lihaaz se aap dekhen to hamari poori history mein chand woh hain, yaani chand zamane hain.</w:t>
      </w:r>
    </w:p>
    <w:p>
      <w:pPr>
        <w:jc w:val="right"/>
      </w:pPr>
      <w:r>
        <w:t>تو یہ اس لحاظ سے آپ دیکھیں تو ہماری پوری history میں چند وہ ہیں، یعنی چند زمانے ہیں۔</w:t>
      </w:r>
    </w:p>
    <w:p>
      <w:r>
        <w:rPr>
          <w:b/>
        </w:rPr>
        <w:t xml:space="preserve">[25:33] </w:t>
      </w:r>
      <w:r>
        <w:t>un ko main kahoon ga ke sab se pehla jo zamana hai, woh hai superstition ka zamana. to sab se pehle insaan ne Khuda ka jo concept, yaani yaani super superstition model ko le kar Khuda ka concept bana.</w:t>
      </w:r>
    </w:p>
    <w:p>
      <w:pPr>
        <w:jc w:val="right"/>
      </w:pPr>
      <w:r>
        <w:t>ان کو میں کہوں گا کہ سب سے پہلا جو زمانہ ہے، وہ ہے superstition کا زمانہ۔ تو سب سے پہلے انسان نے خدا کا جو concept، یعنی یعنی super superstition ماڈل کو لے کر خدا کا concept بنا۔</w:t>
      </w:r>
    </w:p>
    <w:p>
      <w:r>
        <w:rPr>
          <w:b/>
        </w:rPr>
        <w:t xml:space="preserve">[25:51] </w:t>
      </w:r>
      <w:r>
        <w:t>pehla jo concept tha Khuda ka, woh base karta tha superstition model par. Superstition model kya tha? insaan ne dekha ke suraj chamak raha hai to kaha yeh bhi Khuda hai.</w:t>
      </w:r>
    </w:p>
    <w:p>
      <w:pPr>
        <w:jc w:val="right"/>
      </w:pPr>
      <w:r>
        <w:t>پہلا جو concept تھا خدا کا، وہ base کرتا تھا superstition ماڈل پر۔ Superstition ماڈل کیا تھا؟ انسان نے دیکھا کہ سورج چمک رہا ہے تو کہا یہ بھی خدا ہے۔</w:t>
      </w:r>
    </w:p>
    <w:p>
      <w:r>
        <w:rPr>
          <w:b/>
        </w:rPr>
        <w:t xml:space="preserve">[26:04] </w:t>
      </w:r>
      <w:r>
        <w:t>chaand chamak raha hai to woh Khuda samajh liya. is ko samundar mein pani jitna ziyada hai, samajh lein aik samundar bhi Khuda hai, mountain bhi Khuda hai.</w:t>
      </w:r>
    </w:p>
    <w:p>
      <w:pPr>
        <w:jc w:val="right"/>
      </w:pPr>
      <w:r>
        <w:t>چاند چمک رہا ہے تو وہ خدا سمجھ لیا۔ اس کو سمندر میں پانی جتنا زیادہ ہے، سمجھ لیں ایک سمندر بھی خدا ہے، ماؤنٹین بھی خدا ہے۔</w:t>
      </w:r>
    </w:p>
    <w:p>
      <w:r>
        <w:rPr>
          <w:b/>
        </w:rPr>
        <w:t xml:space="preserve">[26:14] </w:t>
      </w:r>
      <w:r>
        <w:t>to bohat se Khudaon ka concept is tarah aaya super superstition ke zamane mein.</w:t>
      </w:r>
    </w:p>
    <w:p>
      <w:pPr>
        <w:jc w:val="right"/>
      </w:pPr>
      <w:r>
        <w:t>تو بہت سے خداؤں کا concept اس طرح آیا super superstition کے زمانے میں۔</w:t>
      </w:r>
    </w:p>
    <w:p>
      <w:r>
        <w:rPr>
          <w:b/>
        </w:rPr>
        <w:t xml:space="preserve">[26:20] </w:t>
      </w:r>
      <w:r>
        <w:t>is ko is liye superstition model, yaani tohamati model, kisi bhi cheez ko baghair analysis kiye hue Khuda maan lene.</w:t>
      </w:r>
    </w:p>
    <w:p>
      <w:pPr>
        <w:jc w:val="right"/>
      </w:pPr>
      <w:r>
        <w:t>اس کو اس لیے superstition ماڈل، یعنی توہماتی ماڈل، کسی بھی چیز کو بغیر analysis کیے ہوئے خدا مان لینا۔</w:t>
      </w:r>
    </w:p>
    <w:p>
      <w:r>
        <w:rPr>
          <w:b/>
        </w:rPr>
        <w:t xml:space="preserve">[26:32] </w:t>
      </w:r>
      <w:r>
        <w:t>to beshumaar Khuda ho gaye, beshumaar Khuda ho gaye. is ke baad aaya philosophy ka zamana to philosophical model duniya mein aaya.</w:t>
      </w:r>
    </w:p>
    <w:p>
      <w:pPr>
        <w:jc w:val="right"/>
      </w:pPr>
      <w:r>
        <w:t>تو بے شمار خدا ہو گئے، بے شمار خدا ہو گئے۔ اس کے بعد آیا فلاسفی کا زمانہ تو philosophical ماڈل دنیا میں آیا۔</w:t>
      </w:r>
    </w:p>
    <w:p>
      <w:r>
        <w:rPr>
          <w:b/>
        </w:rPr>
        <w:t xml:space="preserve">[26:45] </w:t>
      </w:r>
      <w:r>
        <w:t>philosophers ne jo study ki to taqreeban tamam philosopher jo hain, woh Khuda ko mante thay. is tarah nahi jaise main manta hoon, is tarah nahi, lekin kisi na kisi shakal mein.</w:t>
      </w:r>
    </w:p>
    <w:p>
      <w:pPr>
        <w:jc w:val="right"/>
      </w:pPr>
      <w:r>
        <w:t>فلاسفرز نے جو study کی تو تقریباً تمام فلاسفر جو ہیں، وہ خدا کو مانتے تھے۔ اس طرح نہیں جیسے میں مانتا ہوں، اس طرح نہیں، لیکن کسی نہ کسی شکل میں۔</w:t>
      </w:r>
    </w:p>
    <w:p>
      <w:r>
        <w:rPr>
          <w:b/>
        </w:rPr>
        <w:t xml:space="preserve">[26:57] </w:t>
      </w:r>
      <w:r>
        <w:t>mislan aap parhein Plato ko, Plato Khuda ko manta tha. aap Hegel ko parhein to Hegel Khuda ko manta tha. aap Berkeley ko parhein to Berkeley Khuda ko manta tha.</w:t>
      </w:r>
    </w:p>
    <w:p>
      <w:pPr>
        <w:jc w:val="right"/>
      </w:pPr>
      <w:r>
        <w:t>مثلاً آپ پڑھیں پلیٹو کو، پلیٹو خدا کو مانتا تھا۔ آپ ہیگل کو پڑھیں تو ہیگل خدا کو مانتا تھا۔ آپ برکلے کو پڑھیں تو برکلے خدا کو مانتا تھا۔</w:t>
      </w:r>
    </w:p>
    <w:p>
      <w:r>
        <w:rPr>
          <w:b/>
        </w:rPr>
        <w:t xml:space="preserve">[27:10] </w:t>
      </w:r>
      <w:r>
        <w:t>aap Kant ko parhein to Kant Khuda ko manta</w:t>
      </w:r>
    </w:p>
    <w:p>
      <w:pPr>
        <w:jc w:val="right"/>
      </w:pPr>
      <w:r>
        <w:t>آپ کانٹ کو پڑھیں تو کانٹ خدا کو مانتا</w:t>
      </w:r>
    </w:p>
    <w:p>
      <w:r>
        <w:rPr>
          <w:b/>
        </w:rPr>
        <w:t xml:space="preserve">[27:13] </w:t>
      </w:r>
      <w:r>
        <w:t>tha, lekin apne andaaz mein us ki apni definition thi Khuda ki. woh kya thi jis ko Hegel ne kaha hai "world spirit".</w:t>
      </w:r>
    </w:p>
    <w:p>
      <w:pPr>
        <w:jc w:val="right"/>
      </w:pPr>
      <w:r>
        <w:t>تھا، لیکن اپنے انداز میں اس کی اپنی definition تھی خدا کی۔ وہ کیا تھی جس کو ہیگل نے کہا ہے "ورلڈ سپرٹ"۔</w:t>
      </w:r>
    </w:p>
    <w:p>
      <w:r>
        <w:rPr>
          <w:b/>
        </w:rPr>
        <w:t xml:space="preserve">[27:23] </w:t>
      </w:r>
      <w:r>
        <w:t>world spirit to philosophers saare ke saare Khuda ko mante thay. aik kitaab hai jis ka naam hai arabi mein "Qissat al-Iman bil-Ilm wal-Falsafa wal</w:t>
      </w:r>
    </w:p>
    <w:p>
      <w:pPr>
        <w:jc w:val="right"/>
      </w:pPr>
      <w:r>
        <w:t>ورلڈ سپرٹ تو فلاسفرز سارے کے سارے خدا کو مانتے تھے۔ ایک کتاب ہے جس کا نام ہے عربی میں "قصۃ الایمان بالعلم والفلسفۃ وال</w:t>
      </w:r>
    </w:p>
    <w:p>
      <w:r>
        <w:rPr>
          <w:b/>
        </w:rPr>
        <w:t xml:space="preserve">[27:36] </w:t>
      </w:r>
      <w:r>
        <w:t>Quran". is mein unhon ne dikhaya hai, woh philosophy ke, woh un ka subject philosophy tha, yeh Algeria ke thay.</w:t>
      </w:r>
    </w:p>
    <w:p>
      <w:pPr>
        <w:jc w:val="right"/>
      </w:pPr>
      <w:r>
        <w:t>قرآن"۔ اس میں انہوں نے دکھایا ہے، وہ فلاسفی کے، وہ ان کا سبجیکٹ فلاسفی تھا، یہ الجزائر کے تھے۔</w:t>
      </w:r>
    </w:p>
    <w:p>
      <w:r>
        <w:rPr>
          <w:b/>
        </w:rPr>
        <w:t xml:space="preserve">[27:45] </w:t>
      </w:r>
      <w:r>
        <w:t>yeh is mein dikhaya ke saare philosophers Khuda ko mante thay, lekin main yeh kahoon ga ke yeh baat haan, yaani yeh 50 percent, yaani yeh half truth hai.</w:t>
      </w:r>
    </w:p>
    <w:p>
      <w:pPr>
        <w:jc w:val="right"/>
      </w:pPr>
      <w:r>
        <w:t>یہ اس میں دکھایا کہ سارے فلاسفرز خدا کو مانتے تھے، لیکن میں یہ کہوں گا کہ یہ بات ہاں، یعنی یہ 50 پرسنٹ، یعنی یہ ہاف ٹروتھ ہے۔</w:t>
      </w:r>
    </w:p>
    <w:p>
      <w:r>
        <w:rPr>
          <w:b/>
        </w:rPr>
        <w:t xml:space="preserve">[27:57] </w:t>
      </w:r>
      <w:r>
        <w:t>yeh kyunke Khuda ko mante thay spirit ke sense mein, personal God ka concept nahi tha un ke haan.</w:t>
      </w:r>
    </w:p>
    <w:p>
      <w:pPr>
        <w:jc w:val="right"/>
      </w:pPr>
      <w:r>
        <w:t>یہ کیونکہ خدا کو مانتے تھے سپرٹ کے سینس میں، پرسنل گاڈ کا کانسیپٹ نہیں تھا ان کے ہاں۔</w:t>
      </w:r>
    </w:p>
    <w:p>
      <w:r>
        <w:rPr>
          <w:b/>
        </w:rPr>
        <w:t xml:space="preserve">[28:07] </w:t>
      </w:r>
      <w:r>
        <w:t>jaise gravity, just like gravity, cosmic gravity, to Khuda bhi is tarah se aik cheez hai. to main yeh kahoon ga ke is ko hamare haan kaha jata hai "nirakar Khuda".</w:t>
      </w:r>
    </w:p>
    <w:p>
      <w:pPr>
        <w:jc w:val="right"/>
      </w:pPr>
      <w:r>
        <w:t>جیسے گریوٹی، جسٹ لائک گریوٹی، کاسمک گریوٹی، تو خدا بھی اس طرح سے ایک چیز ہے۔ تو میں یہ کہوں گا کہ اس کو ہمارے ہاں کہا جاتا ہے "نیراکار خدا"۔</w:t>
      </w:r>
    </w:p>
    <w:p>
      <w:r>
        <w:rPr>
          <w:b/>
        </w:rPr>
        <w:t xml:space="preserve">[28:23] </w:t>
      </w:r>
      <w:r>
        <w:t>nirakar Khuda jis ka koi aakaar nahi hai. lekin sawal yeh hai ke jis Khuda ko main chahta hoon, woh Khuda woh kaise ban</w:t>
      </w:r>
    </w:p>
    <w:p>
      <w:pPr>
        <w:jc w:val="right"/>
      </w:pPr>
      <w:r>
        <w:t>نراکار خدا جس کا کوئی آکار نہیں ہے۔ لیکن سوال یہ ہے کہ جس خدا کو میں چاہتا ہوں، وہ خدا وہ کیسے بن</w:t>
      </w:r>
    </w:p>
    <w:p>
      <w:r>
        <w:rPr>
          <w:b/>
        </w:rPr>
        <w:t xml:space="preserve">[28:31] </w:t>
      </w:r>
      <w:r>
        <w:t>ega? aisa Khuda main Khuda, yaani insaan jo chahta hai, aisa Khuda jo us ki helplessness ki koi compensate kare, jo us ke liye mohabbat ka subject bane.</w:t>
      </w:r>
    </w:p>
    <w:p>
      <w:pPr>
        <w:jc w:val="right"/>
      </w:pPr>
      <w:r>
        <w:t>ے گا؟ ایسا خدا میں خدا، یعنی انسان جو چاہتا ہے، ایسا خدا جو اس کی ہیلپ لیسنس کی کوئی کمپنسیٹ کرے، جو اس کے لیے محبت کا سبجیکٹ بنے۔</w:t>
      </w:r>
    </w:p>
    <w:p>
      <w:r>
        <w:rPr>
          <w:b/>
        </w:rPr>
        <w:t xml:space="preserve">[28:42] </w:t>
      </w:r>
      <w:r>
        <w:t>insaan chahta hai ke main sab se ziyada mohabbat kisi se karoon, koi ho jo meri, jo mera, jis par main trust kar sakoon, koi ho jo mujhe guide kare zindagi mein.</w:t>
      </w:r>
    </w:p>
    <w:p>
      <w:pPr>
        <w:jc w:val="right"/>
      </w:pPr>
      <w:r>
        <w:t>انسان چاہتا ہے کہ میں سب سے زیادہ محبت کسی سے کروں، کوئی ہو جو میری، جو میرا، جس پر میں ٹرسٹ کر سکوں، کوئی ہو جو مجھے گائیڈ کرے زندگی میں۔</w:t>
      </w:r>
    </w:p>
    <w:p>
      <w:r>
        <w:rPr>
          <w:b/>
        </w:rPr>
        <w:t xml:space="preserve">[28:55] </w:t>
      </w:r>
      <w:r>
        <w:t>kyunke duniya mein aap jante hain, insaan aata hai to kuch bhi le kar nahi aata, woh</w:t>
      </w:r>
    </w:p>
    <w:p>
      <w:pPr>
        <w:jc w:val="right"/>
      </w:pPr>
      <w:r>
        <w:t>کیونکہ دنیا میں آپ جانتے ہیں، انسان آتا ہے تو کچھ بھی لے کر نہیں آتا، وہ</w:t>
      </w:r>
    </w:p>
    <w:p>
      <w:r>
        <w:rPr>
          <w:b/>
        </w:rPr>
        <w:t xml:space="preserve">[29:00] </w:t>
      </w:r>
      <w:r>
        <w:t>kuch bhi le kar nahi aata. to insaan ko guidance chahiye, insaan ko trust chahiye, insaan ko koi chahiye jis ko apna supreme creation bana sake.</w:t>
      </w:r>
    </w:p>
    <w:p>
      <w:pPr>
        <w:jc w:val="right"/>
      </w:pPr>
      <w:r>
        <w:t>کچھ بھی لے کر نہیں آتا۔ تو انسان کو گائیڈنس چاہیے، انسان کو ٹرسٹ چاہیے، انسان کو کوئی چاہیے جس کو اپنا سپریم کرشن بنا سکے۔</w:t>
      </w:r>
    </w:p>
    <w:p>
      <w:r>
        <w:rPr>
          <w:b/>
        </w:rPr>
        <w:t xml:space="preserve">[29:10] </w:t>
      </w:r>
      <w:r>
        <w:t>to aisa Khuda ko kaise banaye ga insaan? isi liye aap dekhiye, saare philosopher Khuda ko mante thay, lekin kisi philosophy ne Khuda se dua nahi ki.</w:t>
      </w:r>
    </w:p>
    <w:p>
      <w:pPr>
        <w:jc w:val="right"/>
      </w:pPr>
      <w:r>
        <w:t>تو ایسا خدا کو کیسے بنائے گا انسان؟ اسی لیے آپ دیکھیے، سارے فلاسفر خدا کو مانتے تھے، لیکن کسی فلسفی نے خدا سے دعا نہیں کی۔</w:t>
      </w:r>
    </w:p>
    <w:p>
      <w:r>
        <w:rPr>
          <w:b/>
        </w:rPr>
        <w:t xml:space="preserve">[29:22] </w:t>
      </w:r>
      <w:r>
        <w:t>kyunke woh woh gravity se aap dua karein ge, spirit se aap dua karein ge,</w:t>
      </w:r>
    </w:p>
    <w:p>
      <w:pPr>
        <w:jc w:val="right"/>
      </w:pPr>
      <w:r>
        <w:t>کیونکہ وہ وہ گریوٹی سے آپ دعا کریں گے، سپرٹ سے آپ دعا کریں گے،</w:t>
      </w:r>
    </w:p>
    <w:p>
      <w:r>
        <w:rPr>
          <w:b/>
        </w:rPr>
        <w:t xml:space="preserve">[29:29] </w:t>
      </w:r>
      <w:r>
        <w:t>yaani insaan ke andar aik bohat bara jazba hai dua karne ka, kisi se talab karne ka. lekin kisi philosopher ka dua concept nahi, kisi philosopher ka mohabbat Khuda ka concept nahi, khud hi kisi philosopher ka khwab Khuda ka concept nahi.</w:t>
      </w:r>
    </w:p>
    <w:p>
      <w:pPr>
        <w:jc w:val="right"/>
      </w:pPr>
      <w:r>
        <w:t>یعنی انسان کے اندر ایک بہت بڑا جذبہ ہے دعا کرنے کا، کسی سے طلب کرنے کا۔ لیکن کسی فلسفی کا دعا کانسیپٹ نہیں، کسی فلسفی کا محبت خدا کا کانسیپٹ نہیں، خود ہی کسی فلسفی کا خواب خدا کا کانسیپٹ نہیں۔</w:t>
      </w:r>
    </w:p>
    <w:p>
      <w:r>
        <w:rPr>
          <w:b/>
        </w:rPr>
        <w:t xml:space="preserve">[29:46] </w:t>
      </w:r>
      <w:r>
        <w:t>kyunke un ka jo Khuda tha, woh bas aik vague Khuda tha, vague abstract.</w:t>
      </w:r>
    </w:p>
    <w:p>
      <w:pPr>
        <w:jc w:val="right"/>
      </w:pPr>
      <w:r>
        <w:t>کیونکہ ان کا جو خدا تھا، وہ بس ایک ویگ خدا تھا، ویگ ابسٹرکٹ۔</w:t>
      </w:r>
    </w:p>
    <w:p>
      <w:r>
        <w:rPr>
          <w:b/>
        </w:rPr>
        <w:t xml:space="preserve">[29:52] </w:t>
      </w:r>
      <w:r>
        <w:t>saare falsafi khuda ko mante the, lekin un ka khuda abstract khuda tha jis ko hegel ne "world spirit" kaha. to plato, hegel, berkeley, kant aur saare philosopher khuda ko mante the, lekin un ka jo manna tha, woh abstract khuda ko manna tha.</w:t>
      </w:r>
    </w:p>
    <w:p>
      <w:pPr>
        <w:jc w:val="right"/>
      </w:pPr>
      <w:r>
        <w:t>سارے فلسفی خدا کو مانتے تھے، لیکن ان کا خدا ابسٹرکٹ خدا تھا جس کو ہیگل نے "ورلڈ سپرٹ" کہا۔ تو پلیٹو، ہیگل، برکلے، کانٹ اور سارے فلاسفر خدا کو مانتے تھے، لیکن ان کا جو ماننا تھا، وہ ابسٹرکٹ خدا کو ماننا تھا۔</w:t>
      </w:r>
    </w:p>
    <w:p>
      <w:r>
        <w:rPr>
          <w:b/>
        </w:rPr>
        <w:t xml:space="preserve">[30:11] </w:t>
      </w:r>
      <w:r>
        <w:t>philosophy ke baad dekhiye, doosra jo hai "spirituality". spirituality bhi ek science hai, yani heart based spirituality</w:t>
      </w:r>
    </w:p>
    <w:p>
      <w:pPr>
        <w:jc w:val="right"/>
      </w:pPr>
      <w:r>
        <w:t>فلاسفی کے بعد دیکھیے، دوسرا جو ہے "اسپیریچولیٹی"۔ اسپریچولیٹی بھی ایک سائنس ہے، یعنی ہارٹ بیسڈ اسپریچولیٹی</w:t>
      </w:r>
    </w:p>
    <w:p>
      <w:r>
        <w:rPr>
          <w:b/>
        </w:rPr>
        <w:t xml:space="preserve">[30:21] </w:t>
      </w:r>
      <w:r>
        <w:t>. to jo log is is maidan mein gaye, woh bhi khuda ki talash karna chahte the. lekin dekhiye, jitne log bhi rohaniyat ya spirituality ke maidan mein mutalashi bane, to un ka un ka woh base jo tha, wahi nahi tha.</w:t>
      </w:r>
    </w:p>
    <w:p>
      <w:pPr>
        <w:jc w:val="right"/>
      </w:pPr>
      <w:r>
        <w:t>۔ تو جو لوگ اس اس میدان میں گئے، وہ بھی خدا کی تلاش کرنا چاہتے تھے۔ لیکن دیکھیے، جتنے لوگ بھی روحانیت یا اسپریچولیٹی کے میدان میں متلاشی بنے، تو ان کا ان کا وہ بیس جو تھا، وہی نہیں تھا۔</w:t>
      </w:r>
    </w:p>
    <w:p>
      <w:r>
        <w:rPr>
          <w:b/>
        </w:rPr>
        <w:t xml:space="preserve">[30:43] </w:t>
      </w:r>
      <w:r>
        <w:t>unhon ne woh, unhon ne kiya samjha tha ke dil jo hai, insan ka dil wahi hai "desire requires". woh hai sara khazana, wahi dil mein hai.</w:t>
      </w:r>
    </w:p>
    <w:p>
      <w:pPr>
        <w:jc w:val="right"/>
      </w:pPr>
      <w:r>
        <w:t>انہوں نے وہ، انہوں نے کیا سمجھا تھا کہ دل جو ہے، انسان کا دل وہی ہے "ڈز ریکوائر"۔ وہ ہے سارا خزانہ، وہی دل میں ہے۔</w:t>
      </w:r>
    </w:p>
    <w:p>
      <w:r>
        <w:rPr>
          <w:b/>
        </w:rPr>
        <w:t xml:space="preserve">[30:54] </w:t>
      </w:r>
      <w:r>
        <w:t>to dil mein jhaanko, dil se lo lagao, dil mein utro to sara khazana tum ko mil jayega. jo kehte hain "indwelling god", yani khuda hamare andar dwelling kar raha hai, hamare hamare dil mein dwelling kar raha hai.</w:t>
      </w:r>
    </w:p>
    <w:p>
      <w:pPr>
        <w:jc w:val="right"/>
      </w:pPr>
      <w:r>
        <w:t>تو دل میں جھانکو، دل سے لو لگاؤ، دل میں اترو تو سارا خزانہ تم کو مل جائے گا۔ جو کہتے ہیں "ان ڈویلنگ گاڈ"، یعنی خدا ہمارے اندر ڈویل کر رہا ہے، ہمارے ہمارے دل میں ڈویل کر رہا ہے۔</w:t>
      </w:r>
    </w:p>
    <w:p>
      <w:r>
        <w:rPr>
          <w:b/>
        </w:rPr>
        <w:t xml:space="preserve">[31:11] </w:t>
      </w:r>
      <w:r>
        <w:t>to indwelling god jo hai, jab science aayi aur is ne bataya ke dil mein to kuch bhi nahi hai, dil to sirf ek, yani blood circulation ka ek zariya hai, bas is se zyada aur kuch bhi nahi hai.</w:t>
      </w:r>
    </w:p>
    <w:p>
      <w:pPr>
        <w:jc w:val="right"/>
      </w:pPr>
      <w:r>
        <w:t>تو ان ڈویلنگ گاڈ جو ہے، جب سائنس آئی اور اس نے بتایا کہ دل میں تو کچھ بھی نہیں ہے، دل تو صرف ایک، یعنی بلڈ سرکولیشن کا ایک ذریعہ ہے، بس اس سے زیادہ اور کچھ بھی نہیں ہے۔</w:t>
      </w:r>
    </w:p>
    <w:p>
      <w:r>
        <w:rPr>
          <w:b/>
        </w:rPr>
        <w:t xml:space="preserve">[31:29] </w:t>
      </w:r>
      <w:r>
        <w:t>to spirituality ki poori history ek dum woh ho gayi, yani base less ho gayi. jab dil mein kuch hai hi nahi to wahan se kya payenge aap?</w:t>
      </w:r>
    </w:p>
    <w:p>
      <w:pPr>
        <w:jc w:val="right"/>
      </w:pPr>
      <w:r>
        <w:t>تو اسپریچولیٹی کی پوری ہسٹری ایک دم وہ ہو گئی، یعنی بیس لیس ہو گئی۔ جب دل میں کچھ ہے ہی نہیں تو وہاں سے کیا پائیں گے آپ؟</w:t>
      </w:r>
    </w:p>
    <w:p>
      <w:r>
        <w:rPr>
          <w:b/>
        </w:rPr>
        <w:t xml:space="preserve">[31:40] </w:t>
      </w:r>
      <w:r>
        <w:t>to indwelling god ka jo concept hai, woh science ke stand, yani science ki scrutiny pe woh stand nahi karta.</w:t>
      </w:r>
    </w:p>
    <w:p>
      <w:pPr>
        <w:jc w:val="right"/>
      </w:pPr>
      <w:r>
        <w:t>تو ان ڈویلنگ گاڈ کا جو کانسیپٹ ہے، وہ سائنس کے اسٹینڈ، یعنی سائنس کی سکروٹنی پہ وہ اسٹینڈ نہیں کرتا۔</w:t>
      </w:r>
    </w:p>
    <w:p>
      <w:r>
        <w:rPr>
          <w:b/>
        </w:rPr>
        <w:t xml:space="preserve">[31:50] </w:t>
      </w:r>
      <w:r>
        <w:t>to woh sirf ek, ek woh, ek ek speculation, speculation ban jata hai. speculation.</w:t>
      </w:r>
    </w:p>
    <w:p>
      <w:pPr>
        <w:jc w:val="right"/>
      </w:pPr>
      <w:r>
        <w:t>تو وہ صرف ایک، ایک وہ، ایک ایک اسپیکولیشن، اسپیکولیشن بن جاتا ہے۔ اسپیکولیشن۔</w:t>
      </w:r>
    </w:p>
    <w:p>
      <w:r>
        <w:rPr>
          <w:b/>
        </w:rPr>
        <w:t xml:space="preserve">[32:01] </w:t>
      </w:r>
      <w:r>
        <w:t>phir dekhiye, religion ko lijiye.</w:t>
      </w:r>
    </w:p>
    <w:p>
      <w:pPr>
        <w:jc w:val="right"/>
      </w:pPr>
      <w:r>
        <w:t>پھر دیکھیے، ریلیجن کو لیجئے۔</w:t>
      </w:r>
    </w:p>
    <w:p>
      <w:r>
        <w:rPr>
          <w:b/>
        </w:rPr>
        <w:t xml:space="preserve">[32:04] </w:t>
      </w:r>
      <w:r>
        <w:t>religion mein jo concept hai khuda ka, to basically</w:t>
      </w:r>
    </w:p>
    <w:p>
      <w:pPr>
        <w:jc w:val="right"/>
      </w:pPr>
      <w:r>
        <w:t>ریلیجن میں جو کانسیپٹ ہے خدا کا، تو بیسیکلی</w:t>
      </w:r>
    </w:p>
    <w:p>
      <w:r>
        <w:rPr>
          <w:b/>
        </w:rPr>
        <w:t xml:space="preserve">[32:14] </w:t>
      </w:r>
      <w:r>
        <w:t>do concept hain: ek toheed, ek ek jis ko wahdat kehte hain. toheed aur wahdat, yani monism aur monotheism.</w:t>
      </w:r>
    </w:p>
    <w:p>
      <w:pPr>
        <w:jc w:val="right"/>
      </w:pPr>
      <w:r>
        <w:t>دو کانسیپٹ ہیں: ایک توحید، ایک ایک جس کو وحدت کہتے ہیں۔ توحید اور وحدت، یعنی مورزم اور مونوتھیزم۔</w:t>
      </w:r>
    </w:p>
    <w:p>
      <w:r>
        <w:rPr>
          <w:b/>
        </w:rPr>
        <w:t xml:space="preserve">[32:25] </w:t>
      </w:r>
      <w:r>
        <w:t>to</w:t>
      </w:r>
    </w:p>
    <w:p>
      <w:pPr>
        <w:jc w:val="right"/>
      </w:pPr>
      <w:r>
        <w:t>تو</w:t>
      </w:r>
    </w:p>
    <w:p>
      <w:r>
        <w:rPr>
          <w:b/>
        </w:rPr>
        <w:t xml:space="preserve">[32:27] </w:t>
      </w:r>
      <w:r>
        <w:t>monism ka jo concept hai, woh basically woh woh philosophy se liya hua concept hai. main main yeh kahunga ke philosophical concept of god jo hai, usi ko mazhab mein le liya, kuch kuch mazahib ne le liya.</w:t>
      </w:r>
    </w:p>
    <w:p>
      <w:pPr>
        <w:jc w:val="right"/>
      </w:pPr>
      <w:r>
        <w:t>مورزم کا جو کانسیپٹ ہے، وہ بیسیکلی وہ وہ فلاسفی سے لیا ہوا کانسیپٹ ہے۔ میں میں یہ کہوں گا کہ فلاسفیکل کانسیپٹ آف گاڈ جو ہے، اسی کو مذہب میں لے لیا، کچھ کچھ مذاہب نے لے لیا۔</w:t>
      </w:r>
    </w:p>
    <w:p>
      <w:r>
        <w:rPr>
          <w:b/>
        </w:rPr>
        <w:t xml:space="preserve">[32:45] </w:t>
      </w:r>
      <w:r>
        <w:t>to ek hai toheed ya monotheism ka jo concept.</w:t>
      </w:r>
    </w:p>
    <w:p>
      <w:pPr>
        <w:jc w:val="right"/>
      </w:pPr>
      <w:r>
        <w:t>تو ایک ہے توحید یا مونوتھیزم کا جو کانسیپٹ۔</w:t>
      </w:r>
    </w:p>
    <w:p>
      <w:r>
        <w:rPr>
          <w:b/>
        </w:rPr>
        <w:t xml:space="preserve">[32:49] </w:t>
      </w:r>
      <w:r>
        <w:t>to main apni study ke aitbar se kahunga ke toheed ka jo concept hai, woh revelation based hai, yani revelation se derived hai.</w:t>
      </w:r>
    </w:p>
    <w:p>
      <w:pPr>
        <w:jc w:val="right"/>
      </w:pPr>
      <w:r>
        <w:t>تو میں اپنی اسٹڈی کے اعتبار سے کہوں گا کہ توحید کا جو کانسیپٹ ہے، وہ ریولیشن بیسڈ ہے، یعنی ریولیشن سے ڈرائیو ہے۔</w:t>
      </w:r>
    </w:p>
    <w:p>
      <w:r>
        <w:rPr>
          <w:b/>
        </w:rPr>
        <w:t xml:space="preserve">[33:00] </w:t>
      </w:r>
      <w:r>
        <w:t>woh khuda ne jo reveal kiya paighambaron par jo haqeeqat, us se derived hai toheed ka concept ya monotheism ka jo concept.</w:t>
      </w:r>
    </w:p>
    <w:p>
      <w:pPr>
        <w:jc w:val="right"/>
      </w:pPr>
      <w:r>
        <w:t>وہ خدا نے جو ریویل کیا پیغمبروں پر جو حقیقت، اس سے ڈرائیوڈ ہے توحید کا کانسیپٹ یا مونوتھیزم کا جو کانسیپٹ۔</w:t>
      </w:r>
    </w:p>
    <w:p>
      <w:r>
        <w:rPr>
          <w:b/>
        </w:rPr>
        <w:t xml:space="preserve">[33:09] </w:t>
      </w:r>
      <w:r>
        <w:t>lekin jo monism ka jo concept hai, woh philosophy se derived hai, philosophy based hai. woh</w:t>
      </w:r>
    </w:p>
    <w:p>
      <w:pPr>
        <w:jc w:val="right"/>
      </w:pPr>
      <w:r>
        <w:t>لیکن جو مورزم کا جو کانسیپٹ ہے، وہ فلاسفی سے ڈرائیوڈ ہے، فلاسفی بیسڈ ہے۔ وہ</w:t>
      </w:r>
    </w:p>
    <w:p>
      <w:r>
        <w:rPr>
          <w:b/>
        </w:rPr>
        <w:t xml:space="preserve">[33:18] </w:t>
      </w:r>
      <w:r>
        <w:t>to philosophy to apne aap hi mein koi is ki koi base nahi hai. philosophy to apni base nahi koi hai. to philosophy ne yeh jo concept diya tha khuda ka, ek vague abstract khuda,</w:t>
      </w:r>
    </w:p>
    <w:p>
      <w:pPr>
        <w:jc w:val="right"/>
      </w:pPr>
      <w:r>
        <w:t>تو فلاسفی تو اپنے آپ ہی میں کوئی اس کی کوئی بیس نہیں ہے۔ فلاسفی تو اپنی بیس نہیں کوئی ہے۔ تو فلاسفی نے یہ جو کانسیپٹ دیا تھا خدا کا، ایک ویگ ابسٹرکٹ خدا،</w:t>
      </w:r>
    </w:p>
    <w:p>
      <w:r>
        <w:rPr>
          <w:b/>
        </w:rPr>
        <w:t xml:space="preserve">[33:33] </w:t>
      </w:r>
      <w:r>
        <w:t>just like spirit, just like gravity, woh aa gaya kuch mazahib mein jis ko hum kehte hain monism.</w:t>
      </w:r>
    </w:p>
    <w:p>
      <w:pPr>
        <w:jc w:val="right"/>
      </w:pPr>
      <w:r>
        <w:t>جسٹ لائک سپرٹ، جسٹ لائک گریوٹی، وہ آ گیا کچھ مذاہب میں جس کو ہم کہتے ہیں مورزم۔</w:t>
      </w:r>
    </w:p>
    <w:p>
      <w:r>
        <w:rPr>
          <w:b/>
        </w:rPr>
        <w:t xml:space="preserve">[33:44] </w:t>
      </w:r>
      <w:r>
        <w:t>to main samajhta hoon ke monism jo hai, woh insan ke rooh ka jawab nahi hai. insan jo khuda chahta hai, woh khuda is mein nahi hai. isi liye aap dekhiye, jo log monism, yani monistic concept of god jinke andar hai, un ke bhi aap dekhen to un ka haan dua nahi milegi.</w:t>
      </w:r>
    </w:p>
    <w:p>
      <w:pPr>
        <w:jc w:val="right"/>
      </w:pPr>
      <w:r>
        <w:t>تو میں سمجھتا ہوں کہ مورزم جو ہے، وہ انسان کے روح کا جواب نہیں ہے۔ انسان جو خدا چاہتا ہے، وہ خدا اس میں نہیں ہے۔ اسی لیے آپ دیکھیے، جو لوگ مورزم، یعنی مونسٹک کانسیپٹ آف گاڈ جن کے اندر ہے، ان کے بھی آپ دیکھیں تو ان کا ہاں دعا نہیں ملے گی۔</w:t>
      </w:r>
    </w:p>
    <w:p>
      <w:r>
        <w:rPr>
          <w:b/>
        </w:rPr>
        <w:t xml:space="preserve">[34:03] </w:t>
      </w:r>
      <w:r>
        <w:t>koi kis se woh mangein? woh kis se mangein? woh</w:t>
      </w:r>
    </w:p>
    <w:p>
      <w:pPr>
        <w:jc w:val="right"/>
      </w:pPr>
      <w:r>
        <w:t>کوئی کس سے وہ مانگیں؟ وہ کس سے مانگیں؟ وہ</w:t>
      </w:r>
    </w:p>
    <w:p>
      <w:r>
        <w:rPr>
          <w:b/>
        </w:rPr>
        <w:t xml:space="preserve">[34:08] </w:t>
      </w:r>
      <w:r>
        <w:t>jab khuda koi person nahi hai, khuda koi hasti nahi hai, khuda koi conscious being nahi hai, to aap use mangeinge kaise? aap to mazhab khuda ko maan kar bhi in ke haan sara worldly culture hota hai.</w:t>
      </w:r>
    </w:p>
    <w:p>
      <w:pPr>
        <w:jc w:val="right"/>
      </w:pPr>
      <w:r>
        <w:t>جب خدا کوئی پرسن نہیں ہے، خدا کوئی ہستی نہیں ہے، خدا کوئی کانشیس بینگ نہیں ہے، تو آپ اسے مانگیں گے کیسے؟ آپ تو مذہب خدا کو مان کر بھی ان کے ہاں سارا ورلڈلی کلچر ہوتا ہے۔</w:t>
      </w:r>
    </w:p>
    <w:p>
      <w:r>
        <w:rPr>
          <w:b/>
        </w:rPr>
        <w:t xml:space="preserve">[34:23] </w:t>
      </w:r>
      <w:r>
        <w:t>agar aap ghor karenge to monistic concept of god jinke haan hai, un ke haan god worship nahi hai, un ka matter ki worship hai.</w:t>
      </w:r>
    </w:p>
    <w:p>
      <w:pPr>
        <w:jc w:val="right"/>
      </w:pPr>
      <w:r>
        <w:t>اگر آپ غور کریں گے تو مانسٹک کانسیپٹ آف گاڈ جن کے ہاں ہے، ان کے ہاں گاڈ ورشپ نہیں ہے، ان کا میٹر کی ورشپ ہے۔</w:t>
      </w:r>
    </w:p>
    <w:p>
      <w:r>
        <w:rPr>
          <w:b/>
        </w:rPr>
        <w:t xml:space="preserve">[34:36] </w:t>
      </w:r>
      <w:r>
        <w:t>to is wajah se mujhe woh mutmaeen nahi karta, yani philosophical model jo hai, wahi mutmaeen nahi karta aur yeh religious model jo hai, wahi mutmaeen nahi karta.</w:t>
      </w:r>
    </w:p>
    <w:p>
      <w:pPr>
        <w:jc w:val="right"/>
      </w:pPr>
      <w:r>
        <w:t>تو اس وجہ سے مجھے وہ مطمئن نہیں کرتا، یعنی فلاسفیکل ماڈل جو ہے، وہی مطمئن نہیں کرتا اور یہ ریلیجیس ماڈل جو ہے، وہی مطمئن نہیں کرتا۔</w:t>
      </w:r>
    </w:p>
    <w:p>
      <w:r>
        <w:rPr>
          <w:b/>
        </w:rPr>
        <w:t xml:space="preserve">[34:47] </w:t>
      </w:r>
      <w:r>
        <w:t>mujhe phir jo model hai, woh islam ka, toheed ka, quran ka. is model mein jo hai, haan ek mein model arz karoon, ek science ka model darmiyan mein ek science ka model aa</w:t>
      </w:r>
    </w:p>
    <w:p>
      <w:pPr>
        <w:jc w:val="right"/>
      </w:pPr>
      <w:r>
        <w:t>مجھے پھر جو ماڈل ہے، وہ اسلام کا، توحید کا، قرآن کا۔ اس ماڈل میں جو ہے، ہاں ایک میں ماڈل عرض کروں، ایک سائنس کا ماڈل درمیان میں ایک سائنس کا ماڈل آ</w:t>
      </w:r>
    </w:p>
    <w:p>
      <w:r>
        <w:rPr>
          <w:b/>
        </w:rPr>
        <w:t xml:space="preserve">[35:04] </w:t>
      </w:r>
      <w:r>
        <w:t>ya. to science jo hai, is ko mein arz karna chahoon ga ke science mein kya concept hai. modern science jo hai, is ka founder mana jata hai newton ko,</w:t>
      </w:r>
    </w:p>
    <w:p>
      <w:pPr>
        <w:jc w:val="right"/>
      </w:pPr>
      <w:r>
        <w:t>یا۔ تو سائنس جو ہے، اس کو میں عرض کرنا چاہوں گا کہ سائنس میں کیا کانسیپٹ ہے۔ ماڈرن سائنس جو ہے، اس کا فاؤنڈر مانا جاتا ہے نیوٹن کو،</w:t>
      </w:r>
    </w:p>
    <w:p>
      <w:r>
        <w:rPr>
          <w:b/>
        </w:rPr>
        <w:t xml:space="preserve">[35:18] </w:t>
      </w:r>
      <w:r>
        <w:t>jo 400 saal pehle ka zamana hai is ka.</w:t>
      </w:r>
    </w:p>
    <w:p>
      <w:pPr>
        <w:jc w:val="right"/>
      </w:pPr>
      <w:r>
        <w:t>جو 400 سال پہلے کا زمانہ ہے اس کا۔</w:t>
      </w:r>
    </w:p>
    <w:p>
      <w:r>
        <w:rPr>
          <w:b/>
        </w:rPr>
        <w:t xml:space="preserve">[35:22] </w:t>
      </w:r>
      <w:r>
        <w:t>to newton ne jo study ki, to newton ne yeh bataya ke matter is the building block of universe.</w:t>
      </w:r>
    </w:p>
    <w:p>
      <w:pPr>
        <w:jc w:val="right"/>
      </w:pPr>
      <w:r>
        <w:t>تو نیوٹن نے جو اسٹڈی کی، تو نیوٹن نے یہ بتایا کہ میٹر از دا بلڈنگ بلاک آف یونیورس۔</w:t>
      </w:r>
    </w:p>
    <w:p>
      <w:r>
        <w:rPr>
          <w:b/>
        </w:rPr>
        <w:t xml:space="preserve">[35:37] </w:t>
      </w:r>
      <w:r>
        <w:t>yeh universe hai, jo duniya hai, jo kainaat hai, woh bani hai matter se, bas matter ke siwa kuch aur nahi hai wahan yahan par.</w:t>
      </w:r>
    </w:p>
    <w:p>
      <w:pPr>
        <w:jc w:val="right"/>
      </w:pPr>
      <w:r>
        <w:t>یہ یونیورس ہے، جو دنیا ہے، جو کائنات ہے، وہ بنی ہے میٹر سے، بس میٹر کے سوا کچھ اور نہیں ہے وہاں یہاں پر۔</w:t>
      </w:r>
    </w:p>
    <w:p>
      <w:r>
        <w:rPr>
          <w:b/>
        </w:rPr>
        <w:t xml:space="preserve">[35:45] </w:t>
      </w:r>
      <w:r>
        <w:t>to newton ke zamane mein matter ko samjha jata tha ke wohi sab kuch hai. matter is the building block of universe.</w:t>
      </w:r>
    </w:p>
    <w:p>
      <w:pPr>
        <w:jc w:val="right"/>
      </w:pPr>
      <w:r>
        <w:t>تو نیوٹن کے زمانے میں میٹر کو سمجھا جاتا تھا کہ وہی سب کچھ ہے۔ میٹر از دا بلڈنگ بلاک آف یونیورس۔</w:t>
      </w:r>
    </w:p>
    <w:p>
      <w:r>
        <w:rPr>
          <w:b/>
        </w:rPr>
        <w:t xml:space="preserve">[36:01] </w:t>
      </w:r>
      <w:r>
        <w:t>lekin aap jante hain ke science mein research hoti rehti hai, barabar research hoti rehti hai. to kuch dino tak yeh chala, phir einstein ke zamane mein nayi cheezein discover huin,</w:t>
      </w:r>
    </w:p>
    <w:p>
      <w:pPr>
        <w:jc w:val="right"/>
      </w:pPr>
      <w:r>
        <w:t>لیکن آپ جانتے ہیں کہ سائنس میں ریسرچ ہوتی رہتی ہے، برابر ریسرچ ہوتی رہتی ہے۔ تو کچھ دنوں تک یہ چلا، پھر آئنسٹائن کے زمانے میں نئی چیزیں ڈسکور ہوئیں،</w:t>
      </w:r>
    </w:p>
    <w:p>
      <w:r>
        <w:rPr>
          <w:b/>
        </w:rPr>
        <w:t xml:space="preserve">[36:14] </w:t>
      </w:r>
      <w:r>
        <w:t>yani twenty century ke first half mein. aap jante hain ke newton ka zamana jo hai, 400 saal pehle ka zamana hai aur aur aur einstein ka zamana jo hai,</w:t>
      </w:r>
    </w:p>
    <w:p>
      <w:pPr>
        <w:jc w:val="right"/>
      </w:pPr>
      <w:r>
        <w:t>یعنی ٹونٹی سینچری کے فرسٹ ہاف میں۔ آپ جانتے ہیں کہ نیوٹن کا زمانہ جو ہے، 400 سال پہلے کا زمانہ ہے اور اور اور آئنسٹائن کا زمانہ جو ہے،</w:t>
      </w:r>
    </w:p>
    <w:p>
      <w:r>
        <w:rPr>
          <w:b/>
        </w:rPr>
        <w:t xml:space="preserve">[36:28] </w:t>
      </w:r>
      <w:r>
        <w:t>twenty twenty century ka first half ka zamana hai. to einstein ne jo discovery ki, to matter jo hai, split ho gaya, matter toot ke energy ban gaya.</w:t>
      </w:r>
    </w:p>
    <w:p>
      <w:pPr>
        <w:jc w:val="right"/>
      </w:pPr>
      <w:r>
        <w:t>ٹونٹی ٹونٹی سینچری کا فرسٹ ہاف کا زمانہ ہے۔ تو آئنسٹائن نے جو ڈسکوری کی، تو میٹر جو ہے، اسپلٹ ہو گیا، میٹر ٹوٹ کے انرجی بن گیا۔</w:t>
      </w:r>
    </w:p>
    <w:p>
      <w:r>
        <w:rPr>
          <w:b/>
        </w:rPr>
        <w:t xml:space="preserve">[36:43] </w:t>
      </w:r>
      <w:r>
        <w:t>matter jo hai, woh energy mein convert ho gaya. to science, to to einstein ke zamane mein science mein yeh mana gaya ke energy is the building block of universe.</w:t>
      </w:r>
    </w:p>
    <w:p>
      <w:pPr>
        <w:jc w:val="right"/>
      </w:pPr>
      <w:r>
        <w:t>میٹر جو ہے، وہ انرجی میں کنورٹ ہو گیا۔ تو سائنس، تو تو آئنسٹائن کے زمانے میں سائنس میں یہ مانا گیا کہ انرجی از دا بلڈنگ بلاک آف یونیورس۔</w:t>
      </w:r>
    </w:p>
    <w:p>
      <w:r>
        <w:rPr>
          <w:b/>
        </w:rPr>
        <w:t xml:space="preserve">[36:58] </w:t>
      </w:r>
      <w:r>
        <w:t>yani newton ke zamane mein mana jata tha ke matter is the building block of universe. in science, in einstein ke zamane mein yeh mana gaya ke energy is the building block of universe.</w:t>
      </w:r>
    </w:p>
    <w:p>
      <w:pPr>
        <w:jc w:val="right"/>
      </w:pPr>
      <w:r>
        <w:t>یعنی نیوٹن کے زمانے میں مانا جاتا تھا کہ میٹر از دا بلڈنگ بلاک آف یونیورس۔ ان سائنس، ان آئنسٹائن کے زمانے میں یہ مانا گیا کہ انرجی از دا بلڈنگ بلاک آف یونیورس۔</w:t>
      </w:r>
    </w:p>
    <w:p>
      <w:r>
        <w:rPr>
          <w:b/>
        </w:rPr>
        <w:t xml:space="preserve">[37:13] </w:t>
      </w:r>
      <w:r>
        <w:t>lekin abhi tak science khuda tak nahi pahunchi thi, khuda se qareeb to zaroor ho rahi thi, khuda tak pahunchi nahi thi. lekin ab jo hai, yani twenty century ke aakhir mein jo zamana aaya hai, bohat se scientist aise paida hue hain, jaise</w:t>
      </w:r>
    </w:p>
    <w:p>
      <w:pPr>
        <w:jc w:val="right"/>
      </w:pPr>
      <w:r>
        <w:t>لیکن ابھی تک سائنس خدا تک نہیں پہنچی تھی، خدا سے قریب تو ضرور ہو رہی تھی، خدا تک پہنچی نہیں تھی۔ لیکن اب جو ہے، یعنی ٹونٹی سینچری کے آخر میں جو زمانہ آیا ہے، بہت سے سائنٹسٹ ایسے پیدا ہوئے ہیں، جیسے</w:t>
      </w:r>
    </w:p>
    <w:p>
      <w:r>
        <w:rPr>
          <w:b/>
        </w:rPr>
        <w:t xml:space="preserve">[37:32] </w:t>
      </w:r>
      <w:r>
        <w:t>jinho ne ek nayi cheez daryaft ki.</w:t>
      </w:r>
    </w:p>
    <w:p>
      <w:pPr>
        <w:jc w:val="right"/>
      </w:pPr>
      <w:r>
        <w:t>جنہوں نے ایک نئی چیز دریافت کی۔</w:t>
      </w:r>
    </w:p>
    <w:p>
      <w:r>
        <w:rPr>
          <w:b/>
        </w:rPr>
        <w:t xml:space="preserve">[37:37] </w:t>
      </w:r>
      <w:r>
        <w:t>aur ab yeh mana jata hai ke consciousness is the building block of universe.</w:t>
      </w:r>
    </w:p>
    <w:p>
      <w:pPr>
        <w:jc w:val="right"/>
      </w:pPr>
      <w:r>
        <w:t>اور اب یہ مانا جاتا ہے کہ کانشیسنس از دا بلڈنگ بلاک آف یونیورس۔</w:t>
      </w:r>
    </w:p>
    <w:p>
      <w:r>
        <w:rPr>
          <w:b/>
        </w:rPr>
        <w:t xml:space="preserve">[37:45] </w:t>
      </w:r>
      <w:r>
        <w:t>is mein david bohm ki kitab bohat mashhoor hai, ab woh is mein ke history ka champion samjha jata hai.</w:t>
      </w:r>
    </w:p>
    <w:p>
      <w:pPr>
        <w:jc w:val="right"/>
      </w:pPr>
      <w:r>
        <w:t>اس میں ڈیوڈ بوم کی کتاب بہت مشہور ہے، اب وہ اس میں کہ ہسٹری کا چیمپیئن سمجھا جاتا ہے۔</w:t>
      </w:r>
    </w:p>
    <w:p>
      <w:r>
        <w:rPr>
          <w:b/>
        </w:rPr>
        <w:t xml:space="preserve">[37:54] </w:t>
      </w:r>
      <w:r>
        <w:t>woh to ab jo maan liya gaya hai, ab twenty first century mein science mein, woh yeh hai ke consciousness is the building block of the universe.</w:t>
      </w:r>
    </w:p>
    <w:p>
      <w:pPr>
        <w:jc w:val="right"/>
      </w:pPr>
      <w:r>
        <w:t>وہ تو اب جو مان لیا گیا ہے، اب ٹونٹی فرسٹ سینچری میں سائنس میں، وہ یہ ہے کہ کانشیسنس از دا بلڈنگ بلاک آف دی یونیورس۔</w:t>
      </w:r>
    </w:p>
    <w:p>
      <w:r>
        <w:rPr>
          <w:b/>
        </w:rPr>
        <w:t xml:space="preserve">[38:04] </w:t>
      </w:r>
      <w:r>
        <w:t>ab yahan par dekhen to sirf naam ki baat reh gayi. is mazhab mein jis cheez ka naam khuda hai, science mein is ka naam consciousness hai.</w:t>
      </w:r>
    </w:p>
    <w:p>
      <w:pPr>
        <w:jc w:val="right"/>
      </w:pPr>
      <w:r>
        <w:t>اب یہاں پر دیکھیں تو صرف نام کی بات رہ گئی۔ اس مذہب میں جس چیز کا نام خدا ہے، سائنس میں اس کا نام کانشیسنس ہے۔</w:t>
      </w:r>
    </w:p>
    <w:p>
      <w:r>
        <w:rPr>
          <w:b/>
        </w:rPr>
        <w:t xml:space="preserve">[38:14] </w:t>
      </w:r>
      <w:r>
        <w:t>itna hi farq hai, bas. to mein samajhta hoon ke science jo hai, poori tarah support kar rahi hai is concept ki, jis ko hum toheed ka concept kehte hain.</w:t>
      </w:r>
    </w:p>
    <w:p>
      <w:pPr>
        <w:jc w:val="right"/>
      </w:pPr>
      <w:r>
        <w:t>اتنا ہی فرق ہے، بس۔ تو میں سمجھتا ہوں کہ سائنس جو ہے، پوری طرح سپورٹ کر رہی ہے اس کانسیپٹ کی، جس کو ہم توحید کا کانسیپٹ کہتے ہیں۔</w:t>
      </w:r>
    </w:p>
    <w:p>
      <w:r>
        <w:rPr>
          <w:b/>
        </w:rPr>
        <w:t xml:space="preserve">[38:27] </w:t>
      </w:r>
      <w:r>
        <w:t>newton ke zamane mein aisa nahi tha, einstein ke zamane mein aisa nahi tha, lekin david bohm ke zamane mein, yani twenty first century mein, science poori tarah support de rahi hai toheed ke concept ki</w:t>
      </w:r>
    </w:p>
    <w:p>
      <w:pPr>
        <w:jc w:val="right"/>
      </w:pPr>
      <w:r>
        <w:t>نیوٹن کے زمانے میں ایسا نہیں تھا، آئنسٹائن کے زمانے میں ایسا نہیں تھا، لیکن ڈیوڈ بوم کے زمانے میں، یعنی ٹونٹی فرسٹ سینچری میں، سائنس پوری طرح سپورٹ دے رہی ہے توحید کے کانسیپٹ کی</w:t>
      </w:r>
    </w:p>
    <w:p>
      <w:r>
        <w:rPr>
          <w:b/>
        </w:rPr>
        <w:t xml:space="preserve">[38:40] </w:t>
      </w:r>
      <w:r>
        <w:t>ke khuda ek hai, woh shaoor hai, woh wajood hai, yani jis ko hum kehte hain personal god. is personal god ke liye science ki base hamein hasil ho chuki hai ab is zamane mein.</w:t>
      </w:r>
    </w:p>
    <w:p>
      <w:pPr>
        <w:jc w:val="right"/>
      </w:pPr>
      <w:r>
        <w:t>کہ خدا ایک ہے، وہ شعور ہے، وہ وجود ہے، یعنی جس کو ہم کہتے ہیں پرسنل گاڈ۔ اس پرسنل گاڈ کے لیے سائنس کی بیس ہمیں حاصل ہو چکی ہے اب اس زمانے میں۔</w:t>
      </w:r>
    </w:p>
    <w:p>
      <w:r>
        <w:rPr>
          <w:b/>
        </w:rPr>
        <w:t xml:space="preserve">[38:55] </w:t>
      </w:r>
      <w:r>
        <w:t>to mein yeh kahoon ga ke ab is ke aage jo hai, yani saiyanti discovery ke aage jo cheez hai, woh hai revelation. woh revelation ko aap quran ke zariye daryaft karte hain.</w:t>
      </w:r>
    </w:p>
    <w:p>
      <w:pPr>
        <w:jc w:val="right"/>
      </w:pPr>
      <w:r>
        <w:t>تو میں یہ کہوں گا کہ اب اس کے آگے جو ہے، یعنی سائنسی ڈسکوری کے آگے جو چیز ہے، وہ ہے ریولیشن۔ وہ ریولیشن کو آپ قرآن کے ذریعے دریافت کرتے ہیں۔</w:t>
      </w:r>
    </w:p>
    <w:p>
      <w:r>
        <w:rPr>
          <w:b/>
        </w:rPr>
        <w:t xml:space="preserve">[39:08] </w:t>
      </w:r>
      <w:r>
        <w:t>revelation ka jo mehfooz zakhira hai, woh hai quran. to agar aap quran ki study karen to aap poora quran kya hai?</w:t>
      </w:r>
    </w:p>
    <w:p>
      <w:pPr>
        <w:jc w:val="right"/>
      </w:pPr>
      <w:r>
        <w:t>ریولیشن کا جو محفوظ ذخیرہ ہے، وہ ہے قرآن۔ تو اگر آپ قرآن کی اسٹڈی کریں تو آپ پورا قرآن کیا ہے؟</w:t>
      </w:r>
    </w:p>
    <w:p>
      <w:r>
        <w:rPr>
          <w:b/>
        </w:rPr>
        <w:t xml:space="preserve">[39:23] </w:t>
      </w:r>
      <w:r>
        <w:t>poora jo hai, woh introduction god ka introduction isi ka naam hai quran. isi ka naam hai quran.</w:t>
      </w:r>
    </w:p>
    <w:p>
      <w:pPr>
        <w:jc w:val="right"/>
      </w:pPr>
      <w:r>
        <w:t>پورا جو ہے، وہ انٹروڈکشن گاڈ کا انٹروڈکشن اسی کا نام ہے قرآن۔ اسی کا نام ہے قرآن۔</w:t>
      </w:r>
    </w:p>
    <w:p>
      <w:r>
        <w:rPr>
          <w:b/>
        </w:rPr>
        <w:t xml:space="preserve">[39:33] </w:t>
      </w:r>
      <w:r>
        <w:t>to mein samajhta hoon ke jo aadmi is mamle mein janna chahe, to woh apna safar shuru karega.</w:t>
      </w:r>
    </w:p>
    <w:p>
      <w:pPr>
        <w:jc w:val="right"/>
      </w:pPr>
      <w:r>
        <w:t>تو میں سمجھتا ہوں کہ جو آدمی اس معاملے میں جاننا چاہے، تو وہ اپنا سفر شروع کرے گا۔</w:t>
      </w:r>
    </w:p>
    <w:p>
      <w:r>
        <w:rPr>
          <w:b/>
        </w:rPr>
        <w:t xml:space="preserve">[39:43] </w:t>
      </w:r>
      <w:r>
        <w:t>woh wahan se jab superstition hua karta tha, jab misalon mein baatein hua karti thi, phir woh philosophy tak pahunche ga, phir science tak pahunche ga, aur phir science tak pahunchne ke baad agla darwaza us ko dikhai de ga, wohi jis ko hum revelation kehte hain,</w:t>
      </w:r>
    </w:p>
    <w:p>
      <w:pPr>
        <w:jc w:val="right"/>
      </w:pPr>
      <w:r>
        <w:t>وہ وہاں سے جب سپر سٹیشن ہوا کرتا تھا، جب مثالوں میں باتیں ہوا کرتی تھیں، پھر وہ فلاسفی تک پہنچے گا، پھر سائنس تک پہنچے گا، اور پھر سائنس تک پہنچنے کے بعد اگلا دروازہ اس کو دکھائی دے گا، وہی جس کو ہم ریولیشن کہتے ہیں،</w:t>
      </w:r>
    </w:p>
    <w:p>
      <w:r>
        <w:rPr>
          <w:b/>
        </w:rPr>
        <w:t xml:space="preserve">[40:01] </w:t>
      </w:r>
      <w:r>
        <w:t>tauheed.</w:t>
      </w:r>
    </w:p>
    <w:p>
      <w:pPr>
        <w:jc w:val="right"/>
      </w:pPr>
      <w:r>
        <w:t>توحید۔</w:t>
      </w:r>
    </w:p>
    <w:p>
      <w:r>
        <w:rPr>
          <w:b/>
        </w:rPr>
        <w:t xml:space="preserve">[40:03] </w:t>
      </w:r>
      <w:r>
        <w:t>to yeh bara, yeh mera safar hai. mere safar ka aik aspect woh tha jis ko maine kaha psychological aspect.</w:t>
      </w:r>
    </w:p>
    <w:p>
      <w:pPr>
        <w:jc w:val="right"/>
      </w:pPr>
      <w:r>
        <w:t>تو یہ بڑا، یہ میرا سفر ہے۔ میرے سفر کا ایک اسپیکٹ وہ تھا جس کو میں نے کہا سائیکلوجیکل اسپیکٹ۔</w:t>
      </w:r>
    </w:p>
    <w:p>
      <w:r>
        <w:rPr>
          <w:b/>
        </w:rPr>
        <w:t xml:space="preserve">[40:12] </w:t>
      </w:r>
      <w:r>
        <w:t>doosra safar jo hai, woh scientific aspect keh sakte hain aap is ko. to Quran mein jo concept diya gaya hai Khuda ka, us ke lihaaz se main chand baatein arz karna chahunga.</w:t>
      </w:r>
    </w:p>
    <w:p>
      <w:pPr>
        <w:jc w:val="right"/>
      </w:pPr>
      <w:r>
        <w:t>دوسرا سفر جو ہے، وہ سائنٹیفک اسپیکٹ کہہ سکتے ہیں آپ اس کو۔ تو قرآن میں جو کانسیپٹ دیا گیا ہے خدا کا، اس کے لحاظ سے میں چند باتیں عرض کرنا چاہوں گا۔</w:t>
      </w:r>
    </w:p>
    <w:p>
      <w:r>
        <w:rPr>
          <w:b/>
        </w:rPr>
        <w:t xml:space="preserve">[40:30] </w:t>
      </w:r>
      <w:r>
        <w:t>Quran ko aap kholain to pehli ayat jo aap dekhenge, bilkul pehli, woh kya hai? Alhamdulillah Rabbil Alameen.</w:t>
      </w:r>
    </w:p>
    <w:p>
      <w:pPr>
        <w:jc w:val="right"/>
      </w:pPr>
      <w:r>
        <w:t>قرآن کو آپ کھولیں تو پہلی آیت جو آپ دیکھیں گے، بالکل پہلی، وہ کیا ہے؟ الحمدللہ رب العالمین۔</w:t>
      </w:r>
    </w:p>
    <w:p>
      <w:r>
        <w:rPr>
          <w:b/>
        </w:rPr>
        <w:t xml:space="preserve">[40:41] </w:t>
      </w:r>
      <w:r>
        <w:t>saari hamd hai Allah ke liye, jo Rabbil Alameen hai. dekhen, hamd ka lafz jo hai Arabi zabaan mein, is mein shukr aata hai, tareef aati hai,</w:t>
      </w:r>
    </w:p>
    <w:p>
      <w:pPr>
        <w:jc w:val="right"/>
      </w:pPr>
      <w:r>
        <w:t>ساری حمد ہے اللہ کے لیے، جو رب العالمین ہے۔ دیکھیں، حمد کا لفظ جو ہے عربی زبان میں، اس میں شکر آتا ہے، تعریف آتی ہے،</w:t>
      </w:r>
    </w:p>
    <w:p>
      <w:r>
        <w:rPr>
          <w:b/>
        </w:rPr>
        <w:t xml:space="preserve">[40:53] </w:t>
      </w:r>
      <w:r>
        <w:t>yani acknowledgement, jis ko aap kehte hain super acknowledgement kisi ka, us ko hamd kahenge. bohat zyada kisi ko acknowledge karen, aap bohat zyada acknowledge karen kisi ko, aap us ko hamd kahenge.</w:t>
      </w:r>
    </w:p>
    <w:p>
      <w:pPr>
        <w:jc w:val="right"/>
      </w:pPr>
      <w:r>
        <w:t>یعنی اکنالجمنٹ، جس کو آپ کہتے ہیں سپر اکنالجمنٹ کسی کا، اس کو حمد کہیں گے۔ بہت زیادہ کسی کو اکنالج کریں، آپ بہت زیادہ اکنالج کریں کسی کو، آپ اس کو حمد کہیں گے۔</w:t>
      </w:r>
    </w:p>
    <w:p>
      <w:r>
        <w:rPr>
          <w:b/>
        </w:rPr>
        <w:t xml:space="preserve">[41:09] </w:t>
      </w:r>
      <w:r>
        <w:t>to Quran mein yeh ayat chaudah sau saal pehle se thi.</w:t>
      </w:r>
    </w:p>
    <w:p>
      <w:pPr>
        <w:jc w:val="right"/>
      </w:pPr>
      <w:r>
        <w:t>تو قرآن میں یہ آیت چودہ سو سال پہلے سے تھی۔</w:t>
      </w:r>
    </w:p>
    <w:p>
      <w:r>
        <w:rPr>
          <w:b/>
        </w:rPr>
        <w:t xml:space="preserve">[41:15] </w:t>
      </w:r>
      <w:r>
        <w:t>ab science ne is ko aur khol diya hai. science ne is ki importance ko aur aur zyada khol diya.</w:t>
      </w:r>
    </w:p>
    <w:p>
      <w:pPr>
        <w:jc w:val="right"/>
      </w:pPr>
      <w:r>
        <w:t>اب سائنس نے اس کو اور کھول دیا ہے۔ سائنس نے اس کی امپورٹنس کو اور اور زیادہ کھول دیا۔</w:t>
      </w:r>
    </w:p>
    <w:p>
      <w:r>
        <w:rPr>
          <w:b/>
        </w:rPr>
        <w:t xml:space="preserve">[41:24] </w:t>
      </w:r>
      <w:r>
        <w:t>misaal ke taur par dekhiye, aap science ki study ne bataya, yani pehle zamane mein jab aadmi kehta tha Alhamdulillah Rabbil Alameen, to is ko billion time zyada badha diya science ne.</w:t>
      </w:r>
    </w:p>
    <w:p>
      <w:pPr>
        <w:jc w:val="right"/>
      </w:pPr>
      <w:r>
        <w:t>مثال کے طور پر دیکھیے، آپ سائنس کی اسٹڈی نے بتایا، یعنی پہلے زمانے میں جب آدمی کہتا تھا الحمدللہ رب العالمین، تو اس کو بلین ٹائم زیادہ بڑھا دیا سائنس نے۔</w:t>
      </w:r>
    </w:p>
    <w:p>
      <w:r>
        <w:rPr>
          <w:b/>
        </w:rPr>
        <w:t xml:space="preserve">[41:39] </w:t>
      </w:r>
      <w:r>
        <w:t>ab kyunke science scientific study se kya hua? hum ne yeh jaana ke ab se 15 billion saal pehle big bang hua, to material world wajood mein aaya.</w:t>
      </w:r>
    </w:p>
    <w:p>
      <w:pPr>
        <w:jc w:val="right"/>
      </w:pPr>
      <w:r>
        <w:t>اب کیونکہ سائنس سائنٹیفک اسٹڈی سے کیا ہوا؟ ہم نے یہ جانا کہ اب سے 15 بلین سال پہلے بگ بینگ ہوا، تو مٹیریل ورلڈ وجود میں آیا۔</w:t>
      </w:r>
    </w:p>
    <w:p>
      <w:r>
        <w:rPr>
          <w:b/>
        </w:rPr>
        <w:t xml:space="preserve">[41:53] </w:t>
      </w:r>
      <w:r>
        <w:t>is ke baad little bang hua, to solar system bana. is ke baad hamare planet, planet Earth jo hai, is par water bang hua aur paani se bhar gayi yeh zameen.</w:t>
      </w:r>
    </w:p>
    <w:p>
      <w:pPr>
        <w:jc w:val="right"/>
      </w:pPr>
      <w:r>
        <w:t>اس کے بعد لٹل بینگ ہوا، تو سولر سسٹم بنا۔ اس کے بعد ہمارے پلینٹ، پلینٹ ارتھ جو ہے، اس پر واٹر بینگ ہوا اور پانی سے بھر گئی یہ زمین۔</w:t>
      </w:r>
    </w:p>
    <w:p>
      <w:r>
        <w:rPr>
          <w:b/>
        </w:rPr>
        <w:t xml:space="preserve">[42:06] </w:t>
      </w:r>
      <w:r>
        <w:t>is ke baad yahan par life bang hua aur insaan paida hua. phir dheere dheere yeh saara aik poora 15 billion saal ka zamana hai.</w:t>
      </w:r>
    </w:p>
    <w:p>
      <w:pPr>
        <w:jc w:val="right"/>
      </w:pPr>
      <w:r>
        <w:t>اس کے بعد یہاں پر لائف بینگ ہوا اور انسان پیدا ہوا۔ پھر دھیرے دھیرے یہ سارا ایک پورا 15 بلین سال کا زمانہ ہے۔</w:t>
      </w:r>
    </w:p>
    <w:p>
      <w:r>
        <w:rPr>
          <w:b/>
        </w:rPr>
        <w:t xml:space="preserve">[42:14] </w:t>
      </w:r>
      <w:r>
        <w:t>phir is zameen par life support system hai, yeh zameen par paani hai, yeh zameen par food hai. is woh sab cheez jo mujhe chahiye insaan ko, woh sab zameen par maujood hai.</w:t>
      </w:r>
    </w:p>
    <w:p>
      <w:pPr>
        <w:jc w:val="right"/>
      </w:pPr>
      <w:r>
        <w:t>پھر اس زمین پر لائف سپورٹ سسٹم ہے، یہ زمین پر پانی ہے، یہ زمین پر فوڈ ہے۔ اس وہ سب چیز جو مجھے چاہیے انسان کو، وہ سب زمین پر موجود ہے۔</w:t>
      </w:r>
    </w:p>
    <w:p>
      <w:r>
        <w:rPr>
          <w:b/>
        </w:rPr>
        <w:t xml:space="preserve">[42:26] </w:t>
      </w:r>
      <w:r>
        <w:t>ab yeh saari cheezon ko aap sochen ke 15 billion saal mein kis tarah Allah taala ne zameen ko banaya, duniya ko banaya, aur mere insaan ke liye is ko kis tarah se tayyar kiya.</w:t>
      </w:r>
    </w:p>
    <w:p>
      <w:pPr>
        <w:jc w:val="right"/>
      </w:pPr>
      <w:r>
        <w:t>اب یہ ساری چیزوں کو آپ سوچیں کہ 15 بلین سال میں کس طرح اللہ تعالی نے زمین کو بنایا، دنیا کو بنایا، اور میرے انسان کے لیے اس کو کس طرح سے تیار کیا۔</w:t>
      </w:r>
    </w:p>
    <w:p>
      <w:r>
        <w:rPr>
          <w:b/>
        </w:rPr>
        <w:t xml:space="preserve">[42:39] </w:t>
      </w:r>
      <w:r>
        <w:t>tab aap jab kahen Alhamdulillah Rabbil Alameen, to woh aik samandar hoga jo aap ke dil se niklega. pehle agar woh aik sub tha, to ab aik samandar ban jayega, woh aik ocean ban jayega.</w:t>
      </w:r>
    </w:p>
    <w:p>
      <w:pPr>
        <w:jc w:val="right"/>
      </w:pPr>
      <w:r>
        <w:t>تب آپ جب کہیں الحمدللہ رب العالمین، تو وہ ایک سمندر ہوگا جو آپ کے دل سے نکلے گا۔ پہلے اگر وہ ایک سب تھا، تو اب ایک سمندر بن جائے گا، وہ ایک اوشن بن جائے گا۔</w:t>
      </w:r>
    </w:p>
    <w:p>
      <w:r>
        <w:rPr>
          <w:b/>
        </w:rPr>
        <w:t xml:space="preserve">[42:51] </w:t>
      </w:r>
      <w:r>
        <w:t>ocean, ocean ban jayega. is tarah se dekhiye,</w:t>
      </w:r>
    </w:p>
    <w:p>
      <w:pPr>
        <w:jc w:val="right"/>
      </w:pPr>
      <w:r>
        <w:t>اوشن، اوشن بن جائے گا۔ اس طرح سے دیکھیے،</w:t>
      </w:r>
    </w:p>
    <w:p>
      <w:r>
        <w:rPr>
          <w:b/>
        </w:rPr>
        <w:t xml:space="preserve">[43:01] </w:t>
      </w:r>
      <w:r>
        <w:t>jo Quran mein ya tauheed mein jo nazariya hai, woh aik Khuda ka hai, sirf aik Khuda hai.</w:t>
      </w:r>
    </w:p>
    <w:p>
      <w:pPr>
        <w:jc w:val="right"/>
      </w:pPr>
      <w:r>
        <w:t>جو قرآن میں یا توحید میں جو نظریہ ہے، وہ ایک خدا کا ہے، صرف ایک خدا ہے۔</w:t>
      </w:r>
    </w:p>
    <w:p>
      <w:r>
        <w:rPr>
          <w:b/>
        </w:rPr>
        <w:t xml:space="preserve">[43:07] </w:t>
      </w:r>
      <w:r>
        <w:t>lo kaana feeha aalihatun illa Allah. Quran mein hai ke agar is kainat ke aik se zyada Khuda hote to fasad barpa hota, corruption hota, takrao hota.</w:t>
      </w:r>
    </w:p>
    <w:p>
      <w:pPr>
        <w:jc w:val="right"/>
      </w:pPr>
      <w:r>
        <w:t>لو کان فیہا اللہ۔ قرآن میں ہے کہ اگر اس کائنات کے ایک سے زیادہ خدا ہوتے تو فساد برپا ہوتا، کرپشن ہوتا، ٹکراؤ ہوتا۔</w:t>
      </w:r>
    </w:p>
    <w:p>
      <w:r>
        <w:rPr>
          <w:b/>
        </w:rPr>
        <w:t xml:space="preserve">[43:19] </w:t>
      </w:r>
      <w:r>
        <w:t>ab science ne dekhen, daryaft kiya hai ke itni bari universe hai, is mein aik dam harmony hai. itni bari universe mein harmony hai, kaise hai?</w:t>
      </w:r>
    </w:p>
    <w:p>
      <w:pPr>
        <w:jc w:val="right"/>
      </w:pPr>
      <w:r>
        <w:t>اب سائنس نے دیکھیں، دریافت کیا ہے کہ اتنی بڑی یونیورس ہے، اس میں ایک دم ہارمونی ہے۔ اتنی بڑی یونیورس میں ہارمونی ہے، کیسے ہے؟</w:t>
      </w:r>
    </w:p>
    <w:p>
      <w:r>
        <w:rPr>
          <w:b/>
        </w:rPr>
        <w:t xml:space="preserve">[43:32] </w:t>
      </w:r>
      <w:r>
        <w:t>kaise harmony hai itni bari universe mein?</w:t>
      </w:r>
    </w:p>
    <w:p>
      <w:pPr>
        <w:jc w:val="right"/>
      </w:pPr>
      <w:r>
        <w:t>کیسے ہارمونی ہے اتنی بڑی یونیورس میں؟</w:t>
      </w:r>
    </w:p>
    <w:p>
      <w:r>
        <w:rPr>
          <w:b/>
        </w:rPr>
        <w:t xml:space="preserve">[43:35] </w:t>
      </w:r>
      <w:r>
        <w:t>aik hi control agar hoga to bhi harmony ho sakti hai. yeh poori poori kainat jo hai, zero defect, yani koi nuqs is mein, koi defect aaj tak daryaft nahi ho saka.</w:t>
      </w:r>
    </w:p>
    <w:p>
      <w:pPr>
        <w:jc w:val="right"/>
      </w:pPr>
      <w:r>
        <w:t>ایک ہی کنٹرول اگر ہوگا تو بھی ہارمونی ہو سکتی ہے۔ یہ پوری پوری کائنات جو ہے، زیرو ڈیفیکٹ، یعنی کوئی نقص اس میں، کوئی ڈیفیکٹ آج تک دریافت نہیں ہو سکا۔</w:t>
      </w:r>
    </w:p>
    <w:p>
      <w:r>
        <w:rPr>
          <w:b/>
        </w:rPr>
        <w:t xml:space="preserve">[43:49] </w:t>
      </w:r>
      <w:r>
        <w:t>har cheez apne final model par hai. main aksar sochta rehta hoon ke ghaas ka model bhi koi is se acha nahi bana sakta. jo cheez bhi apne final model par hai, insaan apne final model par hai, ghaas apne final model par hai,</w:t>
      </w:r>
    </w:p>
    <w:p>
      <w:pPr>
        <w:jc w:val="right"/>
      </w:pPr>
      <w:r>
        <w:t>ہر چیز اپنے فائنل ماڈل پر ہے۔ میں اکثر سوچتا رہتا ہوں کہ گھاس کا ماڈل بھی کوئی اس سے اچھا نہیں بنا سکتا۔ جو چیز بھی اپنے فائنل ماڈل پر ہے، انسان اپنے فائنل ماڈل پر ہے، گھاس اپنے فائنل ماڈل پر ہے،</w:t>
      </w:r>
    </w:p>
    <w:p>
      <w:r>
        <w:rPr>
          <w:b/>
        </w:rPr>
        <w:t xml:space="preserve">[44:06] </w:t>
      </w:r>
      <w:r>
        <w:t>mountain apne final model par hai, ocean apne final model par hai, haathi aur sher apne final model par hain. har cheez apne final model par hai.</w:t>
      </w:r>
    </w:p>
    <w:p>
      <w:pPr>
        <w:jc w:val="right"/>
      </w:pPr>
      <w:r>
        <w:t>ماؤنٹین اپنے فائنل ماڈل پر ہے، اوشن اپنے فائنل ماڈل پر ہے، ہاتھی اور شیر اپنے فائنل ماڈل پر ہیں۔ ہر چیز اپنے فائنل ماڈل پر ہے۔</w:t>
      </w:r>
    </w:p>
    <w:p>
      <w:r>
        <w:rPr>
          <w:b/>
        </w:rPr>
        <w:t xml:space="preserve">[44:18] </w:t>
      </w:r>
      <w:r>
        <w:t>aik Khuda, aik Khuda ka, yani ka concept hi is ko explain kar sakta hai ke kaise itni bari hum-aahangi hai, kaise itni bari unity hai, kaise itni zyada beauty hai.</w:t>
      </w:r>
    </w:p>
    <w:p>
      <w:pPr>
        <w:jc w:val="right"/>
      </w:pPr>
      <w:r>
        <w:t>ایک خدا، ایک خدا کا، یعنی کا کانسیپٹ ہی اس کو ایکسپلین کر سکتا ہے کہ کیسے اتنی بڑی ہم آہنگی ہے، کیسے اتنی بڑی یونٹی ہے، کیسے اتنی زیادہ بیوٹی ہے۔</w:t>
      </w:r>
    </w:p>
    <w:p>
      <w:r>
        <w:rPr>
          <w:b/>
        </w:rPr>
        <w:t xml:space="preserve">[44:36] </w:t>
      </w:r>
      <w:r>
        <w:t>to is tarah science ne jo bataya humein, is se bhi tasdeeq hoti hai. Chunancha aap jante hain ke science mein pehle newton ke zamane mein chaar forces theen, is ke baad teen forces maani gayeen,</w:t>
      </w:r>
    </w:p>
    <w:p>
      <w:pPr>
        <w:jc w:val="right"/>
      </w:pPr>
      <w:r>
        <w:t>تو اس طرح سائنس نے جو بتایا ہمیں، اس سے بھی تصدیق ہوتی ہے۔ چنانچہ آپ جانتے ہیں کہ سائنس میں پہلے نیوٹن کے زمانے میں چار فورسز تھیں، اس کے بعد تین فورسز مانی گئیں،</w:t>
      </w:r>
    </w:p>
    <w:p>
      <w:r>
        <w:rPr>
          <w:b/>
        </w:rPr>
        <w:t xml:space="preserve">[44:49] </w:t>
      </w:r>
      <w:r>
        <w:t>aur ab jo hai, ab is waqt jo hai, yaani stephen hawking ka jo zamana hai, is mein aik single force ko maan liya gaya hai ke poori universe mein aik single force control kar rahi hai.</w:t>
      </w:r>
    </w:p>
    <w:p>
      <w:pPr>
        <w:jc w:val="right"/>
      </w:pPr>
      <w:r>
        <w:t>اور اب جو ہے، اب اس وقت جو ہے، یعنی اسٹیفنڈ ہاکی کا جو زمانہ ہے، اس میں ایک سنگل فورس کو مان لیا گیا ہے کہ پوری یونیورس میں ایک سنگل فورس کنٹرول کر رہی ہے۔</w:t>
      </w:r>
    </w:p>
    <w:p>
      <w:r>
        <w:rPr>
          <w:b/>
        </w:rPr>
        <w:t xml:space="preserve">[45:03] </w:t>
      </w:r>
      <w:r>
        <w:t>phir aaj kal jo news aayi hai, aap ne parha hoga aap walon mein ke jis ko aap chahein to internet se nikaal sakte hain.</w:t>
      </w:r>
    </w:p>
    <w:p>
      <w:pPr>
        <w:jc w:val="right"/>
      </w:pPr>
      <w:r>
        <w:t>پھر آج کل جو نیوز آئی ہے، آپ نے پڑھا ہوگا آپ والوں میں کہ جس کو آپ چاہیں تو انٹرنیٹ سے نکال سکتے ہیں۔</w:t>
      </w:r>
    </w:p>
    <w:p>
      <w:r>
        <w:rPr>
          <w:b/>
        </w:rPr>
        <w:t xml:space="preserve">[45:13] </w:t>
      </w:r>
      <w:r>
        <w:t>maine niklwaya, us ko thought control wheel chair is ke tehat niklwaya.</w:t>
      </w:r>
    </w:p>
    <w:p>
      <w:pPr>
        <w:jc w:val="right"/>
      </w:pPr>
      <w:r>
        <w:t>میں نے نکلوایا، اس کو تھاٹ کنٹرول ویل چیئر اس کے تحت نکلوایا۔</w:t>
      </w:r>
    </w:p>
    <w:p>
      <w:r>
        <w:rPr>
          <w:b/>
        </w:rPr>
        <w:t xml:space="preserve">[45:22] </w:t>
      </w:r>
      <w:r>
        <w:t>maine</w:t>
      </w:r>
    </w:p>
    <w:p>
      <w:pPr>
        <w:jc w:val="right"/>
      </w:pPr>
      <w:r>
        <w:t>میں نے</w:t>
      </w:r>
    </w:p>
    <w:p>
      <w:r>
        <w:rPr>
          <w:b/>
        </w:rPr>
        <w:t xml:space="preserve">[45:24] </w:t>
      </w:r>
      <w:r>
        <w:t>to ab japan mein aik banaya gaya hai, yaani koi jaise device jis ko sar par laga leta hai, aadmi is wheel chair par baithta hai to apne mind se woh is ko control kar raha hota hai.</w:t>
      </w:r>
    </w:p>
    <w:p>
      <w:pPr>
        <w:jc w:val="right"/>
      </w:pPr>
      <w:r>
        <w:t>تو اب جاپان میں ایک بنایا گیا ہے، یعنی کوئی جیسے ڈیوائس جس کو سر پر لگا لیتا ہے، آدمی اس ویل چیئر پر بیٹھتا ہے تو اپنے مائنڈ سے وہ اس کو کنٹرول کر رہا ہوتا ہے۔</w:t>
      </w:r>
    </w:p>
    <w:p>
      <w:r>
        <w:rPr>
          <w:b/>
        </w:rPr>
        <w:t xml:space="preserve">[45:40] </w:t>
      </w:r>
      <w:r>
        <w:t>yaani helmet type, helmet type koi cheez sar pe hoti hai, is mein koi device hoti hai, aur aur is mein baitha hua hai, kuch physically woh is ko handle nahi karta.</w:t>
      </w:r>
    </w:p>
    <w:p>
      <w:pPr>
        <w:jc w:val="right"/>
      </w:pPr>
      <w:r>
        <w:t>یعنی ہیلمٹ ٹائپ، ہیلمٹ ٹائپ کوئی چیز سر پہ ہوتی ہے، اس میں کوئی ڈیوائس ہوتی ہے، اور اور اس میں بیٹھا ہوا ہے، کچھ فزیکلی وہ اس کو ہینڈل نہیں کرتا۔</w:t>
      </w:r>
    </w:p>
    <w:p>
      <w:r>
        <w:rPr>
          <w:b/>
        </w:rPr>
        <w:t xml:space="preserve">[45:50] </w:t>
      </w:r>
      <w:r>
        <w:t>woh</w:t>
      </w:r>
    </w:p>
    <w:p>
      <w:pPr>
        <w:jc w:val="right"/>
      </w:pPr>
      <w:r>
        <w:t>وہ</w:t>
      </w:r>
    </w:p>
    <w:p>
      <w:r>
        <w:rPr>
          <w:b/>
        </w:rPr>
        <w:t xml:space="preserve">[45:51] </w:t>
      </w:r>
      <w:r>
        <w:t>apne mind se woh chahta hai, jahan jahan jahan chahta hai, idhar ja rahi hai. Woh to is is ko kehte hain thought control wheel chair.</w:t>
      </w:r>
    </w:p>
    <w:p>
      <w:pPr>
        <w:jc w:val="right"/>
      </w:pPr>
      <w:r>
        <w:t>اپنے مائنڈ سے وہ چاہتا ہے، جہاں جہاں جہاں چاہتا ہے، ادھر جا رہی ہے۔ وہ تو اس اس کو کہتے ہیں تھاٹ کنٹرول ویل چیئر۔</w:t>
      </w:r>
    </w:p>
    <w:p>
      <w:r>
        <w:rPr>
          <w:b/>
        </w:rPr>
        <w:t xml:space="preserve">[46:00] </w:t>
      </w:r>
      <w:r>
        <w:t>abhi phir khabar mein aaya hai ke thought control computer yahan aa kar ke yeh bilkul prove ho gaya ke aik aik aik shaoor hai, aik shaoor, aik consciousness hai jo poore universe ko control kar raha hai.</w:t>
      </w:r>
    </w:p>
    <w:p>
      <w:pPr>
        <w:jc w:val="right"/>
      </w:pPr>
      <w:r>
        <w:t>ابھی پھر خبر میں آیا ہے کہ تھاٹ کنٹرول کمپیوٹر یہاں آ کر کے یہ بالکل پروف ہو گیا کہ ایک ایک ایک شعور ہے، ایک شعور، ایک کانشیسنس ہے جو پورے یونیورس کو کنٹرول کر رہا ہے۔</w:t>
      </w:r>
    </w:p>
    <w:p>
      <w:r>
        <w:rPr>
          <w:b/>
        </w:rPr>
        <w:t xml:space="preserve">[46:17] </w:t>
      </w:r>
      <w:r>
        <w:t>insaan jis tarah se thought ke zariye se aik wheel chair ko control kar sakta hai, insaan thought ke zariye se aik computer ko control kar sakta hai, is se yeh yeh probability ya possibility saabit ho gayi ke aisi aik bari hasti hai jo thought ke zariye se poore kainat ko control kar rahi hai.</w:t>
      </w:r>
    </w:p>
    <w:p>
      <w:pPr>
        <w:jc w:val="right"/>
      </w:pPr>
      <w:r>
        <w:t>انسان جس طرح سے تھاٹ کے ذریعے سے ایک ویل چیئر کو کنٹرول کر سکتا ہے، انسان تھاٹ کے ذریعے سے ایک کمپیوٹر کو کنٹرول کر سکتا ہے، اس سے یہ یہ پروبیبلیٹی یا پاسیبلیٹی ثابت ہو گئی کہ ایسی ایک بڑی ہستی ہے جو تھاٹ کے ذریعے سے پورے کائنات کو کنٹرول کر رہی ہے۔</w:t>
      </w:r>
    </w:p>
    <w:p>
      <w:r>
        <w:rPr>
          <w:b/>
        </w:rPr>
        <w:t xml:space="preserve">[46:36] </w:t>
      </w:r>
      <w:r>
        <w:t>to jab maine yeh parha thought control wheel chair to achaanak mere dimagh se nikla ke thought control universe,</w:t>
      </w:r>
    </w:p>
    <w:p>
      <w:pPr>
        <w:jc w:val="right"/>
      </w:pPr>
      <w:r>
        <w:t>تو جب میں نے یہ پڑھا تھاٹ کنٹرول ویل چیئر تو اچانک میرے دماغ سے نکلا کہ تھاٹ کنٹرول یونیورس،</w:t>
      </w:r>
    </w:p>
    <w:p>
      <w:r>
        <w:rPr>
          <w:b/>
        </w:rPr>
        <w:t xml:space="preserve">[46:46] </w:t>
      </w:r>
      <w:r>
        <w:t>jis tarah se hum dekh rahe hain aik thought control wheel chair ko, isi tarah yeh poori universe jo hai, thought control universe hai.</w:t>
      </w:r>
    </w:p>
    <w:p>
      <w:pPr>
        <w:jc w:val="right"/>
      </w:pPr>
      <w:r>
        <w:t>جس طرح سے ہم دیکھ رہے ہیں ایک تھاٹ کنٹرول ویل چیئر کو، اسی طرح یہ پوری یونیورس جو ہے، تھاٹ کنٹرول یونیورس ہے۔</w:t>
      </w:r>
    </w:p>
    <w:p>
      <w:r>
        <w:rPr>
          <w:b/>
        </w:rPr>
        <w:t xml:space="preserve">[46:58] </w:t>
      </w:r>
      <w:r>
        <w:t>to toheed ke principle jo hai, is ki is ke is ke sachcha hone ki sab se bara proof yeh hai ke saari evidences is ko favor kar rahi hain, is ki favour mein ja rahi hain, isi ko support kar rahi hain.</w:t>
      </w:r>
    </w:p>
    <w:p>
      <w:pPr>
        <w:jc w:val="right"/>
      </w:pPr>
      <w:r>
        <w:t>تو توحید کے پرنسپل جو ہے، اس کی اس کے اس کے سچا ہونے کی سب سے بڑا پروف یہ ہے کہ ساری ایویڈنسز اس کو فیور کر رہی ہیں، اس کی فیور میں جا رہی ہیں، اسی کو سپورٹ کر رہی ہیں۔</w:t>
      </w:r>
    </w:p>
    <w:p>
      <w:r>
        <w:rPr>
          <w:b/>
        </w:rPr>
        <w:t xml:space="preserve">[47:11] </w:t>
      </w:r>
      <w:r>
        <w:t>jitne data hain, jitne evidences hain, sab is ke support mein ja rahe hain. Aap jante hain ke yeh bhi science ka usool hai.</w:t>
      </w:r>
    </w:p>
    <w:p>
      <w:pPr>
        <w:jc w:val="right"/>
      </w:pPr>
      <w:r>
        <w:t>جتنے ڈیٹا ہیں، جتنے ایویڈنسز ہیں، سب اس کے سپورٹ میں جا رہے ہیں۔ آپ جانتے ہیں کہ یہ بھی سائنس کا اصول ہے۔</w:t>
      </w:r>
    </w:p>
    <w:p>
      <w:r>
        <w:rPr>
          <w:b/>
        </w:rPr>
        <w:t xml:space="preserve">[47:23] </w:t>
      </w:r>
      <w:r>
        <w:t>maslan jab newton ne kaha ke zameen mein gravity hai, us ne dekha ke peed se saib gira, apple neeche aa gaya.</w:t>
      </w:r>
    </w:p>
    <w:p>
      <w:pPr>
        <w:jc w:val="right"/>
      </w:pPr>
      <w:r>
        <w:t>مثلاً جب نیوٹن نے کہا کہ زمین میں گریویٹی ہے، اس نے دیکھا کہ پیڑ سے سیب گرا، ایپل نیچے آ گیا۔</w:t>
      </w:r>
    </w:p>
    <w:p>
      <w:r>
        <w:rPr>
          <w:b/>
        </w:rPr>
        <w:t xml:space="preserve">[47:38] </w:t>
      </w:r>
      <w:r>
        <w:t>us ne sochna shuru kiya ke apple ooper se gir kar neeche kaise aa gaya. To sochte sochte yahan pahuncha woh ke zameen mein gravity hai, gravitational pull hai, us ki wajah se ooper ke ka saib neeche aa gaya.</w:t>
      </w:r>
    </w:p>
    <w:p>
      <w:pPr>
        <w:jc w:val="right"/>
      </w:pPr>
      <w:r>
        <w:t>اس نے سوچنا شروع کیا کہ ایپل اوپر سے گر کر نیچے کیسے آ گیا۔ تو سوچتے سوچتے یہاں پہنچا وہ کہ زمین میں گریویٹی ہے، گریویٹیشنل پل ہے، اس کی وجہ سے اوپر کے کا سیب نیچے آ گیا۔</w:t>
      </w:r>
    </w:p>
    <w:p>
      <w:r>
        <w:rPr>
          <w:b/>
        </w:rPr>
        <w:t xml:space="preserve">[47:56] </w:t>
      </w:r>
      <w:r>
        <w:t>is ke baad jab socha gaya, socha gaya to saari cheezein jo ooper se hain, woh neeche aati hain.</w:t>
      </w:r>
    </w:p>
    <w:p>
      <w:pPr>
        <w:jc w:val="right"/>
      </w:pPr>
      <w:r>
        <w:t>اس کے بعد جب سوچا گیا، سوچا گیا تو ساری چیزیں جو اوپر سے ہیں، وہ نیچے آتی ہیں۔</w:t>
      </w:r>
    </w:p>
    <w:p>
      <w:r>
        <w:rPr>
          <w:b/>
        </w:rPr>
        <w:t xml:space="preserve">[48:01] </w:t>
      </w:r>
      <w:r>
        <w:t>agar aik cheez bhi differ kare, aik aik misaal agar differ kare to jab yeh principle toot jayega.</w:t>
      </w:r>
    </w:p>
    <w:p>
      <w:pPr>
        <w:jc w:val="right"/>
      </w:pPr>
      <w:r>
        <w:t>اگر ایک چیز بھی ڈیفر کرے، ایک ایک مثال اگر ڈیفر کرے تو جب یہ پرنسپل ٹوٹ جائے گا۔</w:t>
      </w:r>
    </w:p>
    <w:p>
      <w:r>
        <w:rPr>
          <w:b/>
        </w:rPr>
        <w:t xml:space="preserve">[48:11] </w:t>
      </w:r>
      <w:r>
        <w:t>maslan aap aik gend phenkein ooper, woh neeche na gire, ooper hi reh jaye, woh to maloom hoga ke yeh yeh kahan se galat hai.</w:t>
      </w:r>
    </w:p>
    <w:p>
      <w:pPr>
        <w:jc w:val="right"/>
      </w:pPr>
      <w:r>
        <w:t>مثلاً آپ ایک گیند پھینکیں اوپر، وہ نیچے نہ گرے، اوپر ہی رہ جائے، وہ تو معلوم ہوگا کہ یہ یہ کہاں سے غلط ہے۔</w:t>
      </w:r>
    </w:p>
    <w:p>
      <w:r>
        <w:rPr>
          <w:b/>
        </w:rPr>
        <w:t xml:space="preserve">[48:21] </w:t>
      </w:r>
      <w:r>
        <w:t>yeh science mein aik principle hai ke agar saare hi relevant evidence jo hain, woh is ko support de rahe hon to woh fact maan liya jata hai.</w:t>
      </w:r>
    </w:p>
    <w:p>
      <w:pPr>
        <w:jc w:val="right"/>
      </w:pPr>
      <w:r>
        <w:t>یہ سائنس میں ایک پرنسپل ہے کہ اگر سارے ہی ریلیونٹ ایویڈنس جو ہیں، وہ اس کو سپورٹ دے رہے ہوں تو وہ فیکٹ مان لیا جاتا ہے۔</w:t>
      </w:r>
    </w:p>
    <w:p>
      <w:r>
        <w:rPr>
          <w:b/>
        </w:rPr>
        <w:t xml:space="preserve">[48:33] </w:t>
      </w:r>
      <w:r>
        <w:t>to chounke koi bhi aisa object daryaft nahi hua ke ooper se neeche na gire, ooper is ooper chala jaye, is liye maan liya gaya ke gravity aik fact hai.</w:t>
      </w:r>
    </w:p>
    <w:p>
      <w:pPr>
        <w:jc w:val="right"/>
      </w:pPr>
      <w:r>
        <w:t>تو چونکہ کوئی بھی ایسا ابجیکٹ دریافت نہیں ہوا کہ اوپر سے نیچے نہ گرے، اوپر اس اوپر چلا جائے، اس لیے مان لیا گیا کہ گریویٹی ایک فیکٹ ہے۔</w:t>
      </w:r>
    </w:p>
    <w:p>
      <w:r>
        <w:rPr>
          <w:b/>
        </w:rPr>
        <w:t xml:space="preserve">[48:44] </w:t>
      </w:r>
      <w:r>
        <w:t>is tareeqe se toheed ka jo concept hai, to jitne bhi jo jo jis ko kehte hain river of knowledge, ilm ka darya, to jitni bhi cheezein daryaft huien, jitne bhi data daryaft hui hai, woh sab is ko tasdeeq kar rahe hain, is ko confirm kar rahe hain, is ko is ko is ko is ko support de rahe hain.</w:t>
      </w:r>
    </w:p>
    <w:p>
      <w:pPr>
        <w:jc w:val="right"/>
      </w:pPr>
      <w:r>
        <w:t>اس طریقے سے توحید کا جو کانسیپٹ ہے، تو جتنے بھی جو جو جس کو کہتے ہیں ریور آف نالج، علم کا دریا، تو جتنی بھی چیزیں دریافت ہوئیں، جتنے بھی ڈیٹا دریافت ہوئی ہے، وہ سب اس کو تصدیق کر رہے ہیں، اس کو کنفرم کر رہے ہیں، اس کو اس کو اس کو اس کو سپورٹ دے رہے ہیں۔</w:t>
      </w:r>
    </w:p>
    <w:p>
      <w:r>
        <w:rPr>
          <w:b/>
        </w:rPr>
        <w:t xml:space="preserve">[49:06] </w:t>
      </w:r>
      <w:r>
        <w:t>is se saabit ho gaya hai ke aik Khuda concept bilkul sahi concept hai.</w:t>
      </w:r>
    </w:p>
    <w:p>
      <w:pPr>
        <w:jc w:val="right"/>
      </w:pPr>
      <w:r>
        <w:t>اس سے ثابت ہو گیا ہے کہ ایک خدا کانسیپٹ بالکل صحیح کانسیپٹ ہے۔</w:t>
      </w:r>
    </w:p>
    <w:p>
      <w:r>
        <w:rPr>
          <w:b/>
        </w:rPr>
        <w:t xml:space="preserve">[49:11] </w:t>
      </w:r>
      <w:r>
        <w:t>to main yeh kahunga ke jahan tak aik Khuda ki baat hai, jo poori humanity mein aik Khuda maana gaya hai, yaani aik Khuda concept koi naya nahi hai.</w:t>
      </w:r>
    </w:p>
    <w:p>
      <w:pPr>
        <w:jc w:val="right"/>
      </w:pPr>
      <w:r>
        <w:t>تو میں یہ کہوں گا کہ جہاں تک ایک خدا کی بات ہے، جو پوری ہیومینٹی میں ایک خدا مانا گیا ہے، یعنی ایک خدا کانسیپٹ کوئی نیا نہیں ہے۔</w:t>
      </w:r>
    </w:p>
    <w:p>
      <w:r>
        <w:rPr>
          <w:b/>
        </w:rPr>
        <w:t xml:space="preserve">[49:23] </w:t>
      </w:r>
      <w:r>
        <w:t>farq sirf kis mein hai ke ek khuda concept jo hai, yaani personal god hai ya</w:t>
      </w:r>
    </w:p>
    <w:p>
      <w:pPr>
        <w:jc w:val="right"/>
      </w:pPr>
      <w:r>
        <w:t>فرق صرف کس میں ہے کہ ایک خدا کانسیپٹ جو ہے، یعنی پرسنل گاڈ ہے یا</w:t>
      </w:r>
    </w:p>
    <w:p>
      <w:r>
        <w:rPr>
          <w:b/>
        </w:rPr>
        <w:t xml:space="preserve">[49:32] </w:t>
      </w:r>
      <w:r>
        <w:t>impersonal god hai. mere khayal mein farq isi mein hai, yaani kuch baaton mein impersonal god mana jata hai, lekin tauheed mein personal god mana gaya hai.</w:t>
      </w:r>
    </w:p>
    <w:p>
      <w:pPr>
        <w:jc w:val="right"/>
      </w:pPr>
      <w:r>
        <w:t>امپرسنل گاڈ ہے۔ میرے خیال میں فرق اسی میں ہے، یعنی کچھ باتوں میں امپرسنل گاڈ مانا جاتا ہے، لیکن توحید میں پرسنل گاڈ مانا گیا ہے۔</w:t>
      </w:r>
    </w:p>
    <w:p>
      <w:r>
        <w:rPr>
          <w:b/>
        </w:rPr>
        <w:t xml:space="preserve">[49:43] </w:t>
      </w:r>
      <w:r>
        <w:t>to mein yeh kahunga ke science ki support aur insan ki jo psychology hai, uski maang dono yeh kehte hain ke personal god hona chahiye, impersonal god nahi hona chahiye.</w:t>
      </w:r>
    </w:p>
    <w:p>
      <w:pPr>
        <w:jc w:val="right"/>
      </w:pPr>
      <w:r>
        <w:t>تو میں یہ کہوں گا کہ سائنس کی سپورٹ اور انسان کی جو سائیکالوجی ہے، اس کی مانگ دونوں یہ کہتے ہیں کہ پرسنل گاڈ ہونا چاہیے، امپرسنل گاڈ نہیں ہونا چاہیے۔</w:t>
      </w:r>
    </w:p>
    <w:p>
      <w:r>
        <w:rPr>
          <w:b/>
        </w:rPr>
        <w:t xml:space="preserve">[49:56] </w:t>
      </w:r>
      <w:r>
        <w:t>kyunke impersonal god agar rahe to consciousness to kahan se aa gaya?</w:t>
      </w:r>
    </w:p>
    <w:p>
      <w:pPr>
        <w:jc w:val="right"/>
      </w:pPr>
      <w:r>
        <w:t>کیونکہ امپرسنل گاڈ اگر رہے تو کانشیسنس تو کہاں سے آ گیا؟</w:t>
      </w:r>
    </w:p>
    <w:p>
      <w:r>
        <w:rPr>
          <w:b/>
        </w:rPr>
        <w:t xml:space="preserve">[50:01] </w:t>
      </w:r>
      <w:r>
        <w:t>jab science yeh keh rahi hai ke duniya ko jo cheez control kar rahi hai, woh thought hai, consciousness hai, intelligence hai, yeh ek scientific fact ban chuka hai.</w:t>
      </w:r>
    </w:p>
    <w:p>
      <w:pPr>
        <w:jc w:val="right"/>
      </w:pPr>
      <w:r>
        <w:t>جب سائنس یہ کہہ رہی ہے کہ دنیا کو جو چیز کنٹرول کر رہی ہے، وہ تھاٹ ہے، کانشیسنس ہے، انٹیلیجنس ہے، یہ ایک سائنٹیفک فیکٹ بن چکا ہے۔</w:t>
      </w:r>
    </w:p>
    <w:p>
      <w:r>
        <w:rPr>
          <w:b/>
        </w:rPr>
        <w:t xml:space="preserve">[50:10] </w:t>
      </w:r>
      <w:r>
        <w:t>ab yeh is universe ko jo cheez control kar rahi hai, woh thought hai, woh consciousness hai, woh intelligence hai. to impersonal god mein isko kahan aap fit karenge?</w:t>
      </w:r>
    </w:p>
    <w:p>
      <w:pPr>
        <w:jc w:val="right"/>
      </w:pPr>
      <w:r>
        <w:t>اب یہ اس یونیورس کو جو چیز کنٹرول کر رہی ہے، وہ تھاٹ ہے، وہ کانشیسنس ہے، وہ انٹیلیجنس ہے۔ تو امپرسنل گاڈ میں اس کو کہاں آپ فٹ کریں گے؟</w:t>
      </w:r>
    </w:p>
    <w:p>
      <w:r>
        <w:rPr>
          <w:b/>
        </w:rPr>
        <w:t xml:space="preserve">[50:22] </w:t>
      </w:r>
      <w:r>
        <w:t>isko isko kahan fit karenge? aap yeh sirf fit hota hai personal god mein,</w:t>
      </w:r>
    </w:p>
    <w:p>
      <w:pPr>
        <w:jc w:val="right"/>
      </w:pPr>
      <w:r>
        <w:t>اس کو اس کو کہاں فٹ کریں گے؟ آپ یہ صرف فٹ ہوتا ہے پرسنل گاڈ میں،</w:t>
      </w:r>
    </w:p>
    <w:p>
      <w:r>
        <w:rPr>
          <w:b/>
        </w:rPr>
        <w:t xml:space="preserve">[50:32] </w:t>
      </w:r>
      <w:r>
        <w:t>yaani insan jaisa ek khuda, insan jaisa ek super, ek super hasti, ek super natural hasti. to jo cheezein is science ne daryaft ki hain, woh woh impersonal god ke sath woh fit nahi baithti,</w:t>
      </w:r>
    </w:p>
    <w:p>
      <w:pPr>
        <w:jc w:val="right"/>
      </w:pPr>
      <w:r>
        <w:t>یعنی انسان جیسا ایک خدا، انسان جیسا ایک سپر، ایک سپر ہستی، ایک سپر نیچرل ہستی۔ تو جو چیزیں اس سائنس نے دریافت کی ہیں، وہ وہ امپرسنل گاڈ کے ساتھ وہ فٹ نہیں بیٹھتی،</w:t>
      </w:r>
    </w:p>
    <w:p>
      <w:r>
        <w:rPr>
          <w:b/>
        </w:rPr>
        <w:t xml:space="preserve">[50:52] </w:t>
      </w:r>
      <w:r>
        <w:t>woh sab ki sab fit baithti hain personal god ke sath.</w:t>
      </w:r>
    </w:p>
    <w:p>
      <w:pPr>
        <w:jc w:val="right"/>
      </w:pPr>
      <w:r>
        <w:t>وہ سب کی سب فٹ بیٹھتی ہیں پرسنل گاڈ کے ساتھ۔</w:t>
      </w:r>
    </w:p>
    <w:p>
      <w:r>
        <w:rPr>
          <w:b/>
        </w:rPr>
        <w:t xml:space="preserve">[50:56] </w:t>
      </w:r>
      <w:r>
        <w:t>to ek taraf to yeh scientific support aur doosri taraf yeh hai ke insan jo jis khuda ki maang insan ke andar hai, uske nature mein, us nature jo hai, personal god hi par mutmaeen ho sakti hai.</w:t>
      </w:r>
    </w:p>
    <w:p>
      <w:pPr>
        <w:jc w:val="right"/>
      </w:pPr>
      <w:r>
        <w:t>تو ایک طرف تو یہ سائنٹیفک سپورٹ اور دوسری طرف یہ ہے کہ انسان جو جس خدا کی مانگ انسان کے اندر ہے، اس کے نیچر میں، اس نیچر جو ہے، پرسنل گاڈ ہی پر مطمئن ہو سکتی ہے۔</w:t>
      </w:r>
    </w:p>
    <w:p>
      <w:r>
        <w:rPr>
          <w:b/>
        </w:rPr>
        <w:t xml:space="preserve">[51:13] </w:t>
      </w:r>
      <w:r>
        <w:t>insan ki nature chahti hai aisa khuda jis se woh dua kare, jis se woh maange, jis se woh mohabbat kare, jis ko apna concern banaye, jis ko sab se bari cheez samjhe, jis se woh explain kar sake sare sari sari phenomena ko.</w:t>
      </w:r>
    </w:p>
    <w:p>
      <w:pPr>
        <w:jc w:val="right"/>
      </w:pPr>
      <w:r>
        <w:t>انسان کی نیچر چاہتی ہے ایسا خدا جس سے وہ دعا کرے، جس سے وہ مانگے، جس سے وہ محبت کرے، جس کو اپنا کنسرن بنائے، جس کو سب سے بڑی چیز سمجھے، جس سے وہ ایکسپلین کر سکے سارے ساری سارے فیناومینا کو۔</w:t>
      </w:r>
    </w:p>
    <w:p>
      <w:r>
        <w:rPr>
          <w:b/>
        </w:rPr>
        <w:t xml:space="preserve">[51:34] </w:t>
      </w:r>
      <w:r>
        <w:t>to impersonal god se aap explain nahi kar sakte, personal god hi ke zariye aap explain kar sakte hain.</w:t>
      </w:r>
    </w:p>
    <w:p>
      <w:pPr>
        <w:jc w:val="right"/>
      </w:pPr>
      <w:r>
        <w:t>تو امپرسنل گاڈ سے آپ ایکسپلین نہیں کر سکتے، پرسنل گاڈ ہی کے ذریعے آپ ایکسپلین کر سکتے ہیں۔</w:t>
      </w:r>
    </w:p>
    <w:p>
      <w:r>
        <w:rPr>
          <w:b/>
        </w:rPr>
        <w:t xml:space="preserve">[51:43] </w:t>
      </w:r>
      <w:r>
        <w:t>to khuda ek hai, woh ek ek uski apni ek hasti hai, woh dekhne wala hai, sunne wala hai, janne wala hai, pakadne wala hai, woh almighty hai, all knowing hai.</w:t>
      </w:r>
    </w:p>
    <w:p>
      <w:pPr>
        <w:jc w:val="right"/>
      </w:pPr>
      <w:r>
        <w:t>تو خدا ایک ہے، وہ ایک ایک اس کی اپنی ایک ہستی ہے، وہ دیکھنے والا ہے، سننے والا ہے، جاننے والا ہے، پکڑنے والا ہے، وہ المائٹی ہے، ال نوئنگ ہے۔</w:t>
      </w:r>
    </w:p>
    <w:p>
      <w:r>
        <w:rPr>
          <w:b/>
        </w:rPr>
        <w:t xml:space="preserve">[51:56] </w:t>
      </w:r>
      <w:r>
        <w:t>yeh hai personal god ka concept,</w:t>
      </w:r>
    </w:p>
    <w:p>
      <w:pPr>
        <w:jc w:val="right"/>
      </w:pPr>
      <w:r>
        <w:t>یہ ہے پرسنل گاڈ کا کانسیپٹ،</w:t>
      </w:r>
    </w:p>
    <w:p>
      <w:r>
        <w:rPr>
          <w:b/>
        </w:rPr>
        <w:t xml:space="preserve">[52:02] </w:t>
      </w:r>
      <w:r>
        <w:t>yaani impersonal god mein khuda ek spirit hota hai, just like gravity, aur personal god mein khuda ek aisi hasti hota hai jis mein woh sari sifat hoti hain jo insan ke andar hain,</w:t>
      </w:r>
    </w:p>
    <w:p>
      <w:pPr>
        <w:jc w:val="right"/>
      </w:pPr>
      <w:r>
        <w:t>یعنی امپرسنل گاڈ میں خدا ایک اسپرٹ ہوتا ہے، جسٹ لائک گریویٹی، اور پرسنل گاڈ میں خدا ایک ایسی ہستی ہوتا ہے جس میں وہ ساری صفات ہوتی ہیں جو انسان کے اندر ہیں،</w:t>
      </w:r>
    </w:p>
    <w:p>
      <w:r>
        <w:rPr>
          <w:b/>
        </w:rPr>
        <w:t xml:space="preserve">[52:16] </w:t>
      </w:r>
      <w:r>
        <w:t>bade pemane par, bade level par. isi liye bukhari mein yeh riwayat hai ke khalaqallahu adama ala suratihi, Allah ne paida kiya insan ko apni surat par.</w:t>
      </w:r>
    </w:p>
    <w:p>
      <w:pPr>
        <w:jc w:val="right"/>
      </w:pPr>
      <w:r>
        <w:t>بڑے پیمانے پر، بڑے لیول پر۔ اسی لیے بخاری میں یہ روایت ہے کہ خلق اللہ آدم علی صورتہ، اللہ نے پیدا کیا انسان کو اپنی صورت پر۔</w:t>
      </w:r>
    </w:p>
    <w:p>
      <w:r>
        <w:rPr>
          <w:b/>
        </w:rPr>
        <w:t xml:space="preserve">[52:30] </w:t>
      </w:r>
      <w:r>
        <w:t>khalaqallahu adama ala suratihi, iska matlab kya hai? ek khuda ko janna chahte ho, apne aap ko jano. apne aap ko jab jab discover karoge tum, to isi ko bade pemane par jab tum samjhoge, to isi ka naam khuda hai.</w:t>
      </w:r>
    </w:p>
    <w:p>
      <w:pPr>
        <w:jc w:val="right"/>
      </w:pPr>
      <w:r>
        <w:t>خلق اللہ آدم علی صورتہ، اس کا مطلب کیا ہے؟ ایک خدا کو جاننا چاہتے ہو، اپنے آپ کو جانو۔ اپنے آپ کو جب جب ڈسکور کرو گے تم، تو اسی کو بڑے پیمانے پر جب تم سمجھو گے، تو اسی کا نام خدا ہے۔</w:t>
      </w:r>
    </w:p>
    <w:p>
      <w:r>
        <w:rPr>
          <w:b/>
        </w:rPr>
        <w:t xml:space="preserve">[52:48] </w:t>
      </w:r>
      <w:r>
        <w:t>to insan jaisa ek ek super insan, insan jaisi ek super hasti, insan jaisi ek super natural hasti, yeh hai personal god.</w:t>
      </w:r>
    </w:p>
    <w:p>
      <w:pPr>
        <w:jc w:val="right"/>
      </w:pPr>
      <w:r>
        <w:t>تو انسان جیسا ایک ایک سپر انسان، انسان جیسی ایک سپر ہستی، انسان جیسی ایک سپر نیچرل ہستی، یہ ہے پرسنل گاڈ۔</w:t>
      </w:r>
    </w:p>
    <w:p>
      <w:r>
        <w:rPr>
          <w:b/>
        </w:rPr>
        <w:t xml:space="preserve">[53:02] </w:t>
      </w:r>
      <w:r>
        <w:t>to mein yeh kahunga ke yaani yeh personal god, impersonal god hi ko monistic god aur monotheistic god kaha jata hai.</w:t>
      </w:r>
    </w:p>
    <w:p>
      <w:pPr>
        <w:jc w:val="right"/>
      </w:pPr>
      <w:r>
        <w:t>تو میں یہ کہوں گا کہ یعنی یہ پرسنل گاڈ، امپرسنل گاڈ ہی کو مانسٹک گاڈ اور مانتھیسٹک گاڈ کہا جاتا ہے۔</w:t>
      </w:r>
    </w:p>
    <w:p>
      <w:r>
        <w:rPr>
          <w:b/>
        </w:rPr>
        <w:t xml:space="preserve">[53:12] </w:t>
      </w:r>
      <w:r>
        <w:t>to monistic god jo hai, woh woh logic ke logic par, science par, aur jo evidence hamein daryaft hui, us par us par woh fit nahi baithta.</w:t>
      </w:r>
    </w:p>
    <w:p>
      <w:pPr>
        <w:jc w:val="right"/>
      </w:pPr>
      <w:r>
        <w:t>تو مانسٹک گاڈ جو ہے، وہ وہ لاجک کے لاجک پر، سائنس پر، اور جو ایویڈنس ہمیں دریافت ہوئی، اس پر اس پر وہ فٹ نہیں بیٹھتا۔</w:t>
      </w:r>
    </w:p>
    <w:p>
      <w:r>
        <w:rPr>
          <w:b/>
        </w:rPr>
        <w:t xml:space="preserve">[53:26] </w:t>
      </w:r>
      <w:r>
        <w:t>woh</w:t>
      </w:r>
    </w:p>
    <w:p>
      <w:pPr>
        <w:jc w:val="right"/>
      </w:pPr>
      <w:r>
        <w:t>وہ</w:t>
      </w:r>
    </w:p>
    <w:p>
      <w:r>
        <w:rPr>
          <w:b/>
        </w:rPr>
        <w:t xml:space="preserve">[53:28] </w:t>
      </w:r>
      <w:r>
        <w:t>woh is pe, is is is ko is is mein is ko support nahi milti. lekin jo concept hai personal god ka, yeh monotheistic god jo hai, woh poori tarah is mein fit baithta hai.</w:t>
      </w:r>
    </w:p>
    <w:p>
      <w:pPr>
        <w:jc w:val="right"/>
      </w:pPr>
      <w:r>
        <w:t>وہ اس پہ، اس اس اس کو اس اس میں اس کو سپورٹ نہیں ملتی۔ لیکن جو کانسیپٹ ہے پرسنل گاڈ کا، یہ مانتھیسٹک گاڈ جو ہے، وہ پوری طرح اس میں فٹ بیٹھتا ہے۔</w:t>
      </w:r>
    </w:p>
    <w:p>
      <w:r>
        <w:rPr>
          <w:b/>
        </w:rPr>
        <w:t xml:space="preserve">[53:43] </w:t>
      </w:r>
      <w:r>
        <w:t>woh to insan ki psychology aur external evidences dono personal god ke haq mein</w:t>
      </w:r>
    </w:p>
    <w:p>
      <w:pPr>
        <w:jc w:val="right"/>
      </w:pPr>
      <w:r>
        <w:t>وہ تو انسان کی سائیکالوجی اور ایکسٹرنل ایویڈنسز دونوں پرسنل گاڈ کے حق میں</w:t>
      </w:r>
    </w:p>
    <w:p>
      <w:r>
        <w:rPr>
          <w:b/>
        </w:rPr>
        <w:t xml:space="preserve">[53:54] </w:t>
      </w:r>
      <w:r>
        <w:t>hain, na ke impersonal god ke haq mein. to</w:t>
      </w:r>
    </w:p>
    <w:p>
      <w:pPr>
        <w:jc w:val="right"/>
      </w:pPr>
      <w:r>
        <w:t>ہیں، نہ کہ امپرسنل گاڈ کے حق میں۔ تو</w:t>
      </w:r>
    </w:p>
    <w:p>
      <w:r>
        <w:rPr>
          <w:b/>
        </w:rPr>
        <w:t xml:space="preserve">[53:59] </w:t>
      </w:r>
      <w:r>
        <w:t>yeh hai meri meri journey, yeh mera safar jo khuda ke liye, khuda ki talash mein mere sath guzra.</w:t>
      </w:r>
    </w:p>
    <w:p>
      <w:pPr>
        <w:jc w:val="right"/>
      </w:pPr>
      <w:r>
        <w:t>یہ ہے میری میری جرنی، یہ میرا سفر جو خدا کے لیے، خدا کی تلاش میں میرے ساتھ گزرا۔</w:t>
      </w:r>
    </w:p>
    <w:p>
      <w:r>
        <w:rPr>
          <w:b/>
        </w:rPr>
        <w:t xml:space="preserve">[54:10] </w:t>
      </w:r>
      <w:r>
        <w:t>mein yeh keh sakta hoon ke mein paida hi hua tha aik mutalashi insaan ke hissay se, yaani bachpan jo hai mera, uss waqt jo baatein meri maa bata di thi,</w:t>
      </w:r>
    </w:p>
    <w:p>
      <w:pPr>
        <w:jc w:val="right"/>
      </w:pPr>
      <w:r>
        <w:t>میں یہ کہہ سکتا ہوں کہ میں پیدا ہی ہوا تھا ایک متلاشی انسان کے حصے سے، یعنی بچپن جو ہے میرا، اس وقت جو باتیں میری ماں بتا دی تھیں،</w:t>
      </w:r>
    </w:p>
    <w:p>
      <w:r>
        <w:rPr>
          <w:b/>
        </w:rPr>
        <w:t xml:space="preserve">[54:25] </w:t>
      </w:r>
      <w:r>
        <w:t>toh uss se maine samjha ke mein aik mutalashi insaan ke hissay, yaani mutalashi matlab seekhne wala, mein paida hua tabhi se seekhne wala insaan ke hissay paida hua.</w:t>
      </w:r>
    </w:p>
    <w:p>
      <w:pPr>
        <w:jc w:val="right"/>
      </w:pPr>
      <w:r>
        <w:t>تو اس سے میں نے سمجھا کہ میں ایک متلاشی انسان کے حصے، یعنی متلاشی مطلب سیکھر، میں پیدا ہوا تبھی سے سیکھر انسان کے حصے پیدا ہوا۔</w:t>
      </w:r>
    </w:p>
    <w:p>
      <w:r>
        <w:rPr>
          <w:b/>
        </w:rPr>
        <w:t xml:space="preserve">[54:38] </w:t>
      </w:r>
      <w:r>
        <w:t>toh Khuda ko, Khuda ki talash karna, Khuda ko daryaft karna, Khuda ko paana, yeh meri nature mein interwovn tha.</w:t>
      </w:r>
    </w:p>
    <w:p>
      <w:pPr>
        <w:jc w:val="right"/>
      </w:pPr>
      <w:r>
        <w:t>تو خدا کو، خدا کی تلاش کرنا، خدا کو دریافت کرنا، خدا کو پانا، یہ میری نیچر میں انٹروون تھا۔</w:t>
      </w:r>
    </w:p>
    <w:p>
      <w:r>
        <w:rPr>
          <w:b/>
        </w:rPr>
        <w:t xml:space="preserve">[54:47] </w:t>
      </w:r>
      <w:r>
        <w:t>yeh iss ka matlab yeh nahi ke mein alag koi insaan hoon.</w:t>
      </w:r>
    </w:p>
    <w:p>
      <w:pPr>
        <w:jc w:val="right"/>
      </w:pPr>
      <w:r>
        <w:t>یہ اس کا مطلب یہ نہیں کہ میں الگ کوئی انسان ہوں۔</w:t>
      </w:r>
    </w:p>
    <w:p>
      <w:r>
        <w:rPr>
          <w:b/>
        </w:rPr>
        <w:t xml:space="preserve">[54:50] </w:t>
      </w:r>
      <w:r>
        <w:t>asal mein sab mein yahi hota hai, har aik seekhne wala hi hota hai, har insaan. Lekin mere andar khaas baat shayad yeh thi ke mere andar aik uncompromising attitude tha.</w:t>
      </w:r>
    </w:p>
    <w:p>
      <w:pPr>
        <w:jc w:val="right"/>
      </w:pPr>
      <w:r>
        <w:t>اصل میں سب میں یہی ہوتا ہے، ہر ایک سیکھر ہی ہوتا ہے، ہر انسان۔ لیکن میرے اندر خاص بات شاید یہ تھی کہ میرے اندر ایک ایک ان کمپرومائزنگ ایٹیٹیوڈ تھا۔</w:t>
      </w:r>
    </w:p>
    <w:p>
      <w:r>
        <w:rPr>
          <w:b/>
        </w:rPr>
        <w:t xml:space="preserve">[55:03] </w:t>
      </w:r>
      <w:r>
        <w:t>bachpan se kisi cheez se compromise nahi kar sakta tha mein ke koi acha job mile toh mein usay fit kar loon apne aap ko, koi business chal jaye toh usay fit kar loon apne aap ko, koi bohat achi marriage ho jaye toh us mein mein apne ko fit kar loon.</w:t>
      </w:r>
    </w:p>
    <w:p>
      <w:pPr>
        <w:jc w:val="right"/>
      </w:pPr>
      <w:r>
        <w:t>بچپن سے کسی چیز سے کمپرومائز نہیں کر سکتا تھا میں کہ کوئی اچھا جاب ملے تو میں اسے فٹ کر لوں اپنے آپ کو، کوئی بزنس چل جائے تو اسے فٹ کر لوں اپنے آپ کو، کوئی بہت اچھی میرج ہو جائے تو اس میں میں اپنے کو فٹ کر لوں۔</w:t>
      </w:r>
    </w:p>
    <w:p>
      <w:r>
        <w:rPr>
          <w:b/>
        </w:rPr>
        <w:t xml:space="preserve">[55:17] </w:t>
      </w:r>
      <w:r>
        <w:t>mein ab</w:t>
      </w:r>
    </w:p>
    <w:p>
      <w:pPr>
        <w:jc w:val="right"/>
      </w:pPr>
      <w:r>
        <w:t>میں اب</w:t>
      </w:r>
    </w:p>
    <w:p>
      <w:r>
        <w:rPr>
          <w:b/>
        </w:rPr>
        <w:t xml:space="preserve">[55:18] </w:t>
      </w:r>
      <w:r>
        <w:t>toh bohat si cheezein jo insaan jin se apne aap ko fit kar leta hai aur uss mein jeene lagta hai, usi ko mein keh raha hoon compromising attitude.</w:t>
      </w:r>
    </w:p>
    <w:p>
      <w:pPr>
        <w:jc w:val="right"/>
      </w:pPr>
      <w:r>
        <w:t>تو بہت سی چیزیں جو انسان جن سے اپنے آپ کو فٹ کر لیتا ہے اور اس میں جینے لگتا ہے، اسی کو میں کہہ رہا ہوں کمپرومائزنگ ایٹیٹیوڈ۔</w:t>
      </w:r>
    </w:p>
    <w:p>
      <w:r>
        <w:rPr>
          <w:b/>
        </w:rPr>
        <w:t xml:space="preserve">[55:27] </w:t>
      </w:r>
      <w:r>
        <w:t>toh mere andar compromising attitude nahi tha, mein kisi cheez se compromise nahi karta tha. Kisi ko shohrat mil jati hai, popularity, usi mein gum ho jata hai.</w:t>
      </w:r>
    </w:p>
    <w:p>
      <w:pPr>
        <w:jc w:val="right"/>
      </w:pPr>
      <w:r>
        <w:t>تو میرے اندر کمپرومائزنگ ایٹیٹیوڈ نہیں تھا، میں کسی چیز سے کمپرومائز نہیں کرتا تھا۔ کسی کو شہرت مل جاتی ہے، پاپولیرٹی، اسی میں گم ہو جاتا ہے۔</w:t>
      </w:r>
    </w:p>
    <w:p>
      <w:r>
        <w:rPr>
          <w:b/>
        </w:rPr>
        <w:t xml:space="preserve">[55:37] </w:t>
      </w:r>
      <w:r>
        <w:t>woh koi power mil jata hai, uss mein gum ho jata hai. Woh koi ohda mil jata hai, usi mein gum ho jata hai. Woh poori zindagi maine dekha hai ke log jo hain, kuch pa jatay hain toh bas usi mein woh gum ho jatay hain.</w:t>
      </w:r>
    </w:p>
    <w:p>
      <w:pPr>
        <w:jc w:val="right"/>
      </w:pPr>
      <w:r>
        <w:t>وہ کوئی پاور مل جاتا ہے، اس میں گم ہو جاتا ہے۔ وہ کوئی عہدہ مل جاتا ہے، اسی میں گم ہو جاتا ہے۔ وہ پوری زندگی میں نے دیکھا ہے کہ لوگ جو ہیں، کچھ پا جاتے ہیں تو بس اسی میں وہ گم ہو جاتے ہیں۔</w:t>
      </w:r>
    </w:p>
    <w:p>
      <w:r>
        <w:rPr>
          <w:b/>
        </w:rPr>
        <w:t xml:space="preserve">[55:52] </w:t>
      </w:r>
      <w:r>
        <w:t>woh usi mein woh un ko satisfaction mil jata hai. Woh</w:t>
      </w:r>
    </w:p>
    <w:p>
      <w:pPr>
        <w:jc w:val="right"/>
      </w:pPr>
      <w:r>
        <w:t>وہ اسی میں وہ ان کو سیٹسفیکشن مل جاتا ہے۔ وہ</w:t>
      </w:r>
    </w:p>
    <w:p>
      <w:r>
        <w:rPr>
          <w:b/>
        </w:rPr>
        <w:t xml:space="preserve">[55:57] </w:t>
      </w:r>
      <w:r>
        <w:t>mujhe Khuda ka fazal aisa tha ke kuch bhi, koi bhi bari cheez, choti cheez, bari cheez, mujhe sukoon nahi de deti. Aik martaba mujhe bulaye gaye aik aik badshah ke haan, kuch ulama ko, dunya bhar se kuch ulama bulaye gaye thay.</w:t>
      </w:r>
    </w:p>
    <w:p>
      <w:pPr>
        <w:jc w:val="right"/>
      </w:pPr>
      <w:r>
        <w:t>مجھے خدا کا فضل ایسا تھا کہ کچھ بھی، کوئی بھی بڑی چیز، چھوٹی چیز، بڑی چیز، مجھے سکون نہیں دے دیتی۔ ایک مرتبہ مجھے بلائے گئے ایک ایک بادشاہ کے ہاں، کچھ علماء کو، دنیا بھر سے کچھ علماء بلائے گئے تھے۔</w:t>
      </w:r>
    </w:p>
    <w:p>
      <w:r>
        <w:rPr>
          <w:b/>
        </w:rPr>
        <w:t xml:space="preserve">[56:12] </w:t>
      </w:r>
      <w:r>
        <w:t>mein bhi uss mein gaya tha toh un ke mahal mein hamein rehne ko mauqa mila tha. Wahan hamein aik mahina rehna tha, aik mahina mujh ko aur doosre ulama ke saath, aur wahan sab royal intizamat thay.</w:t>
      </w:r>
    </w:p>
    <w:p>
      <w:pPr>
        <w:jc w:val="right"/>
      </w:pPr>
      <w:r>
        <w:t>میں بھی اس میں گیا تھا تو ان کے محل میں ہمیں رہنے کو موقع ملا تھا۔ وہاں ہمیں ایک مہینہ رہنا تھا، ایک مہینہ مجھ کو اور دوسرے علماء کے ساتھ، اور وہاں سب رائل انتظامات تھے۔</w:t>
      </w:r>
    </w:p>
    <w:p>
      <w:r>
        <w:rPr>
          <w:b/>
        </w:rPr>
        <w:t xml:space="preserve">[56:25] </w:t>
      </w:r>
      <w:r>
        <w:t>mein aik haftay mein bhaga wahan se, mujhe sab ka sab vocation hone laga, sab vocation, kyunke mujhe uss se koi dilchaspi nahi thi ke bohat shandar khana ho, bohat acha bed ho, aur bohat acha rehne ke liye room ho.</w:t>
      </w:r>
    </w:p>
    <w:p>
      <w:pPr>
        <w:jc w:val="right"/>
      </w:pPr>
      <w:r>
        <w:t>میں ایک ہفتے میں بھاگا وہاں سے، مجھے سب کا سب وکیشن ہونے لگا، سب وکیشن، کیونکہ مجھے اس سے کوئی دلچسپی نہیں تھی کہ بہت شاندار کھانا ہو، بہت اچھا بیڈ ہو، اور بہت اچھا رہنے کے لیے روم ہو۔</w:t>
      </w:r>
    </w:p>
    <w:p>
      <w:r>
        <w:rPr>
          <w:b/>
        </w:rPr>
        <w:t xml:space="preserve">[56:42] </w:t>
      </w:r>
      <w:r>
        <w:t>mujhe uss se koi dilchaspi nahi. Toh mein waisa hi insaan jaise doosra insaan, lekin mere andar bachpan se yeh hai ke mein uncompromising attitude, kisi cheez se mein compromise nahi kar sakta,</w:t>
      </w:r>
    </w:p>
    <w:p>
      <w:pPr>
        <w:jc w:val="right"/>
      </w:pPr>
      <w:r>
        <w:t>مجھے اس سے کوئی دلچسپی نہیں۔ تو میں ویسا ہی انسان جیسے دوسرا انسان، لیکن میرے اندر بچپن سے یہ ہے کہ میں ان کمپرومائزنگ ایٹیٹیوڈ، کسی چیز سے میں کمپرومائز نہیں کر سکتا،</w:t>
      </w:r>
    </w:p>
    <w:p>
      <w:r>
        <w:rPr>
          <w:b/>
        </w:rPr>
        <w:t xml:space="preserve">[56:55] </w:t>
      </w:r>
      <w:r>
        <w:t>siwaye us ke ke jo supreme truth hai. Sirf supreme truth ke saath mein compromise kar sakta hoon, isi liye kahin atka nahi.</w:t>
      </w:r>
    </w:p>
    <w:p>
      <w:pPr>
        <w:jc w:val="right"/>
      </w:pPr>
      <w:r>
        <w:t>سوائے اس کے کہ جو سپریم ٹروتھ ہے۔ صرف سپریم ٹروتھ کے ساتھ میں کمپرومائز کر سکتا ہوں، اسی لیے کہیں اٹکا نہیں۔</w:t>
      </w:r>
    </w:p>
    <w:p>
      <w:r>
        <w:rPr>
          <w:b/>
        </w:rPr>
        <w:t xml:space="preserve">[57:04] </w:t>
      </w:r>
      <w:r>
        <w:t>mein mera journey chalti rahi, chalti rahi, chalti rahi. Toh pehle journey meri chali psychological level par, phir religious literature maine parha, phir science ko maine parha, phir philosophy ko parha.</w:t>
      </w:r>
    </w:p>
    <w:p>
      <w:pPr>
        <w:jc w:val="right"/>
      </w:pPr>
      <w:r>
        <w:t>میں میرا جرنی چلتی رہی، چلتی رہی، چلتی رہی۔ تو پہلے جرنی میری چلی سائیکلوجیکل لیول پر، پھر ریلیجس لٹریچر میں نے پڑھا، پھر سائنس کو میں نے پڑھا، پھر فلاسفی کو پڑھا۔</w:t>
      </w:r>
    </w:p>
    <w:p>
      <w:r>
        <w:rPr>
          <w:b/>
        </w:rPr>
        <w:t xml:space="preserve">[57:18] </w:t>
      </w:r>
      <w:r>
        <w:t>iss tarah se kahin bhi mein ruka nahi, kyunke jab tak mujhe supreme level, yaani supreme hasti ki satah par, jab tak Khuda na mil jata, tab tak mujhe satisfaction nahi ho sakta tha.</w:t>
      </w:r>
    </w:p>
    <w:p>
      <w:pPr>
        <w:jc w:val="right"/>
      </w:pPr>
      <w:r>
        <w:t>اس طرح سے کہیں بھی میں رکا نہیں، کیونکہ جب تک مجھے سپریم لیول، یعنی سپریم ہستی کی سطح پر، جب تک خدا نہ مل جاتا، تب تک مجھے سیٹسفیکشن نہیں ہو سکتا تھا۔</w:t>
      </w:r>
    </w:p>
    <w:p>
      <w:r>
        <w:rPr>
          <w:b/>
        </w:rPr>
        <w:t xml:space="preserve">[57:36] </w:t>
      </w:r>
      <w:r>
        <w:t>toh yeh hai, mein yoon kahoon ga ke aik hai unfolding of soul, unfolding of nature, yaani aik insaan ka jo soul hai, insaan ki rooh hai, uss ko unfold karna</w:t>
      </w:r>
    </w:p>
    <w:p>
      <w:pPr>
        <w:jc w:val="right"/>
      </w:pPr>
      <w:r>
        <w:t>تو یہ ہے، میں یوں کہوں گا کہ ایک ہے ان فولڈنگ آف سول، ان فولڈنگ آف نیچر، یعنی ایک انسان کا جو سول ہے، انسان کی روح ہے، اس کو ان فولڈ کرنا</w:t>
      </w:r>
    </w:p>
    <w:p>
      <w:r>
        <w:rPr>
          <w:b/>
        </w:rPr>
        <w:t xml:space="preserve">[57:46] </w:t>
      </w:r>
      <w:r>
        <w:t>toh aap Khuda tak pohanchte hain. Aur doosra yeh ke aap nature jo hai, hamare wajood ke bahar jo dunya hai, uss ko aap unfold karna chahein, tab bhi aap wahin pohanchte hain.</w:t>
      </w:r>
    </w:p>
    <w:p>
      <w:pPr>
        <w:jc w:val="right"/>
      </w:pPr>
      <w:r>
        <w:t>تو آپ خدا تک پہنچتے ہیں۔ اور دوسرا یہ کہ آپ نیچر جو ہے، ہمارے وجود کے باہر جو دنیا ہے، اس کو آپ ان فولڈ کرنا چاہیں، تب بھی آپ وہیں پہنچتے ہیں۔</w:t>
      </w:r>
    </w:p>
    <w:p>
      <w:r>
        <w:rPr>
          <w:b/>
        </w:rPr>
        <w:t xml:space="preserve">[57:57] </w:t>
      </w:r>
      <w:r>
        <w:t>toh science jo hai, science unfold karti hai nature ko, aur aap corefig ke zariye apne aap ko unfold karte hain.</w:t>
      </w:r>
    </w:p>
    <w:p>
      <w:pPr>
        <w:jc w:val="right"/>
      </w:pPr>
      <w:r>
        <w:t>تو سائنس جو ہے، سائنس ان فولڈ کرتی ہے نیچر کو، اور آپ کورفیگ کے ذریعے اپنے آپ کو ان فولڈ کرتے ہیں۔</w:t>
      </w:r>
    </w:p>
    <w:p>
      <w:r>
        <w:rPr>
          <w:b/>
        </w:rPr>
        <w:t xml:space="preserve">[58:08] </w:t>
      </w:r>
      <w:r>
        <w:t>toh baharhaal mera tajurba yeh hai ke aap apne aap ko unfold karein, tab bhi aap Khuda tak pohanchte hain.</w:t>
      </w:r>
    </w:p>
    <w:p>
      <w:pPr>
        <w:jc w:val="right"/>
      </w:pPr>
      <w:r>
        <w:t>تو بہرحال میرا تجربہ یہ ہے کہ آپ اپنے آپ کو ان فولڈ کریں، تب بھی آپ خدا تک پہنچتے ہیں۔</w:t>
      </w:r>
    </w:p>
    <w:p>
      <w:r>
        <w:rPr>
          <w:b/>
        </w:rPr>
        <w:t xml:space="preserve">[58:15] </w:t>
      </w:r>
      <w:r>
        <w:t>nature ko unfold karein, tab bhi aap Khuda tak pohanchte hain, aur phir aap ko poori poora satisfaction mil jata hai, intellectual satisfaction ke jo cheez mein chahta tha, woh mujhe mil gayi,</w:t>
      </w:r>
    </w:p>
    <w:p>
      <w:pPr>
        <w:jc w:val="right"/>
      </w:pPr>
      <w:r>
        <w:t>نیچر کو ان فولڈ کریں، تب بھی آپ خدا تک پہنچتے ہیں، اور پھر آپ کو پوری پورا سیٹسفیکشن مل جاتا ہے، انٹلیکچول سیٹسفیکشن کہ جو چیز میں چاہتا تھا، وہ مجھے مل گئی،</w:t>
      </w:r>
    </w:p>
    <w:p>
      <w:r>
        <w:rPr>
          <w:b/>
        </w:rPr>
        <w:t xml:space="preserve">[58:30] </w:t>
      </w:r>
      <w:r>
        <w:t>jis cheez ki mujhe talash thi, woh maine pa liya. Toh mein samajhta hoon ke jab tak aadmi ke andar yeh baat na ho ke supreme truth se kam cheez par raazi na ho, woh tab tak Khuda ko nahi paye ga.</w:t>
      </w:r>
    </w:p>
    <w:p>
      <w:pPr>
        <w:jc w:val="right"/>
      </w:pPr>
      <w:r>
        <w:t>جس چیز کی مجھے تلاش تھی، وہ میں نے پا لیا۔ تو میں سمجھتا ہوں کہ جب تک آدمی کے اندر یہ بات نہ ہو کہ سپریم ٹروتھ سے کم چیز پر راضی نہ ہو، وہ تب تک خدا کو نہیں پائے گا۔</w:t>
      </w:r>
    </w:p>
    <w:p>
      <w:r>
        <w:rPr>
          <w:b/>
        </w:rPr>
        <w:t xml:space="preserve">[58:43] </w:t>
      </w:r>
      <w:r>
        <w:t>woh</w:t>
      </w:r>
    </w:p>
    <w:p>
      <w:pPr>
        <w:jc w:val="right"/>
      </w:pPr>
      <w:r>
        <w:t>وہ</w:t>
      </w:r>
    </w:p>
    <w:p>
      <w:r>
        <w:rPr>
          <w:b/>
        </w:rPr>
        <w:t xml:space="preserve">[58:45] </w:t>
      </w:r>
      <w:r>
        <w:t>mein apni apni tajrubay ki roshni mein yeh keh sakta hoon ke aap ke andar yeh hona chahiye, capacity ya salahiyat, yeh spirit ke aap supreme truth se kam koi bhi cheez aap ko raazi na kar sake, aap ko khush na kar sake.</w:t>
      </w:r>
    </w:p>
    <w:p>
      <w:pPr>
        <w:jc w:val="right"/>
      </w:pPr>
      <w:r>
        <w:t>میں اپنی اپنی تجربے کی روشنی میں یہ کہہ سکتا ہوں کہ آپ کے اندر یہ ہونا چاہیے، کیپیسٹی یا صلاحیت، یہ اسپرٹ کہ آپ سپریم ٹروتھ سے کم کوئی بھی چیز آپ کو راضی نہ کر سکے، آپ کو خوش نہ کر سکے۔</w:t>
      </w:r>
    </w:p>
    <w:p>
      <w:r>
        <w:rPr>
          <w:b/>
        </w:rPr>
        <w:t xml:space="preserve">[59:03] </w:t>
      </w:r>
      <w:r>
        <w:t>nahi to aap kahin na kahin atak jayenge, kahin na kahin atak jayenge.</w:t>
      </w:r>
    </w:p>
    <w:p>
      <w:pPr>
        <w:jc w:val="right"/>
      </w:pPr>
      <w:r>
        <w:t>نہیں تو آپ کہیں نہ کہیں اٹک جائیں گے، کہیں نہ کہیں اٹک جائیں گے۔</w:t>
      </w:r>
    </w:p>
    <w:p>
      <w:r>
        <w:rPr>
          <w:b/>
        </w:rPr>
        <w:t xml:space="preserve">[59:10] </w:t>
      </w:r>
      <w:r>
        <w:t>to Allah taala ka mere upar yeh ehsaan tha ke mein aisa mizaj mera tha, aisa mizaj ke supreme truth se kam koi cheez mujhe khush nahi kar sakti thi.</w:t>
      </w:r>
    </w:p>
    <w:p>
      <w:pPr>
        <w:jc w:val="right"/>
      </w:pPr>
      <w:r>
        <w:t>تو اللہ تعالی کا میرے اوپر یہ احسان تھا کہ میں ایسا مزاج میرا تھا، ایسا مزاج کہ سپریم ٹروتھ سے کم کوئی چیز مجھے خوش نہیں کر سکتی تھی۔</w:t>
      </w:r>
    </w:p>
    <w:p>
      <w:r>
        <w:rPr>
          <w:b/>
        </w:rPr>
        <w:t xml:space="preserve">[59:20] </w:t>
      </w:r>
      <w:r>
        <w:t>mein kahin atak nahi sakta tha, kisi se mein compromise nahi kar sakta tha. is liye maine Khuda ko pa liya, inshallah. mein yeh keh sakta hoon ke maine Khuda ko paya hai, consciously, spiritually, intellectually, har level par.</w:t>
      </w:r>
    </w:p>
    <w:p>
      <w:pPr>
        <w:jc w:val="right"/>
      </w:pPr>
      <w:r>
        <w:t>میں کہیں اٹک نہیں سکتا تھا، کسی سے میں کمپرومائز نہیں کر سکتا تھا۔ اس لیے میں نے خدا کو پا لیا، انشاءاللہ۔ میں یہ کہہ سکتا ہوں کہ میں نے خدا کو پایا ہے، کانشیسلی، اسپریچولی، انٹلیکچولی، ہر لیول پر۔</w:t>
      </w:r>
    </w:p>
    <w:p>
      <w:r>
        <w:rPr>
          <w:b/>
        </w:rPr>
        <w:t xml:space="preserve">[59:37] </w:t>
      </w:r>
      <w:r>
        <w:t>acha, alhamdulillah rabbil alameen,</w:t>
      </w:r>
    </w:p>
    <w:p>
      <w:pPr>
        <w:jc w:val="right"/>
      </w:pPr>
      <w:r>
        <w:t>اچھا، الحمدللہ رب العالمین،</w:t>
      </w:r>
    </w:p>
    <w:p>
      <w:r>
        <w:rPr>
          <w:b/>
        </w:rPr>
        <w:t xml:space="preserve">[59:40] </w:t>
      </w:r>
      <w:r>
        <w:t>is pe mein shukr karta hoon Allah taala ka, aur dua karta hoon ke aap sab logon ko Khuda ki taraf daryaft isi tarah ho jaye.</w:t>
      </w:r>
    </w:p>
    <w:p>
      <w:pPr>
        <w:jc w:val="right"/>
      </w:pPr>
      <w:r>
        <w:t>اس پہ میں شکر کرتا ہوں اللہ تعالی کا، اور دعا کرتا ہوں کہ آپ سب لوگوں کو خدا کی طرف دریافت اسی طرح ہو جائے۔</w:t>
      </w:r>
    </w:p>
    <w:p>
      <w:r>
        <w:rPr>
          <w:b/>
        </w:rPr>
        <w:t xml:space="preserve">[59:59] </w:t>
      </w:r>
      <w:r>
        <w:t>I will start with the first question, which is from Slash Malhotra from Singapore.</w:t>
      </w:r>
    </w:p>
    <w:p>
      <w:pPr>
        <w:jc w:val="right"/>
      </w:pPr>
      <w:r>
        <w:t>ائی ویل سٹارٹ ود دا فرسٹ کوسچن، وچ از فرام سلیش ملوترا فرام سنگاپور۔</w:t>
      </w:r>
    </w:p>
    <w:p>
      <w:r>
        <w:rPr>
          <w:b/>
        </w:rPr>
        <w:t xml:space="preserve">[1:00:06] </w:t>
      </w:r>
      <w:r>
        <w:t>Maulana, how would you define consciousness, and what is the difference between consciousness and spirituality?</w:t>
      </w:r>
    </w:p>
    <w:p>
      <w:pPr>
        <w:jc w:val="right"/>
      </w:pPr>
      <w:r>
        <w:t>مولانا، ہاؤ وڈ یو ڈیفائن کانشیسنس، اینڈ واٹ از دا ڈیفرنس بٹوین کانشیسنس اینڈ سپریچولیٹی؟</w:t>
      </w:r>
    </w:p>
    <w:p>
      <w:r>
        <w:rPr>
          <w:b/>
        </w:rPr>
        <w:t xml:space="preserve">[1:00:16] </w:t>
      </w:r>
      <w:r>
        <w:t>dekhein, is maamle mein jo science ka stand hai, woh yeh manta hoon ke sab kuch insaan ka mind hai, aur sab cheezein isi ka fan</w:t>
      </w:r>
    </w:p>
    <w:p>
      <w:pPr>
        <w:jc w:val="right"/>
      </w:pPr>
      <w:r>
        <w:t>دیکھیں، اس معاملے میں جو سائنس کا اسٹینڈ ہے، وہ یہ مانتا ہوں کہ سب کچھ انسان کا مائنڈ ہے، اور سب چیزیں اسی کا فن</w:t>
      </w:r>
    </w:p>
    <w:p>
      <w:r>
        <w:rPr>
          <w:b/>
        </w:rPr>
        <w:t xml:space="preserve">[1:00:28] </w:t>
      </w:r>
      <w:r>
        <w:t>ctions hain. consciousness jo hai, isi ko asal manta hoon, kyunke mind ka jo function hai, woh consciousness hai, aur spirituality ho ya aur koi bhi cheez ho, woh isi ke hisse hain, isi ke part hain.</w:t>
      </w:r>
    </w:p>
    <w:p>
      <w:pPr>
        <w:jc w:val="right"/>
      </w:pPr>
      <w:r>
        <w:t>کشن ہیں۔ کانشیسنس جو ہے، اسی کو اصل مانتا ہوں، کیونکہ مائنڈ کا جو فنکشن ہے، وہ کانشیسنس ہے، اور اسپریچولیٹی ہو یا اور کوئی بھی چیز ہو، وہ اسی کے حصے ہیں، اسی کے پارٹ ہیں۔</w:t>
      </w:r>
    </w:p>
    <w:p>
      <w:r>
        <w:rPr>
          <w:b/>
        </w:rPr>
        <w:t xml:space="preserve">[1:00:44] </w:t>
      </w:r>
      <w:r>
        <w:t>to mein yeh kahunga ke mere nazdeek, aur mein apni baat nahi kar raha hoon, balkeh jo science ka jo stand hai, woh keh raha hoon ke mind ke siwa koi aur cheez hamari body mein nahi</w:t>
      </w:r>
    </w:p>
    <w:p>
      <w:pPr>
        <w:jc w:val="right"/>
      </w:pPr>
      <w:r>
        <w:t>تو میں یہ کہوں گا کہ میرے نزدیک، اور میں اپنی بات نہیں کر رہا ہوں، بلکہ جو سائنس کا جو اسٹینڈ ہے، وہ کہہ رہا ہوں کہ مائنڈ کے سوا کوئی اور چیز ہماری باڈی میں نہیں</w:t>
      </w:r>
    </w:p>
    <w:p>
      <w:r>
        <w:rPr>
          <w:b/>
        </w:rPr>
        <w:t xml:space="preserve">[1:00:56] </w:t>
      </w:r>
      <w:r>
        <w:t>hai. woh sab jo hai, woh physical part hai, mind hi hai jo consciousness jis ke andar hai. na dil mein koi spirituality ya koi ehsaas hai, aur na kahin hai.</w:t>
      </w:r>
    </w:p>
    <w:p>
      <w:pPr>
        <w:jc w:val="right"/>
      </w:pPr>
      <w:r>
        <w:t>ہے۔ وہ سب جو ہے، وہ فزیکل پارٹ ہے، مائنڈ ہی ہے جو کانشیسنس جس کے اندر ہے۔ نہ دل میں کوئی سپریچولیٹی یا کوئی احساس ہے، اور نہ کہیں ہے۔</w:t>
      </w:r>
    </w:p>
    <w:p>
      <w:r>
        <w:rPr>
          <w:b/>
        </w:rPr>
        <w:t xml:space="preserve">[1:01:10] </w:t>
      </w:r>
      <w:r>
        <w:t>to hamara jo asal, jo hamari hasti hai, woh hamara mind hai, asal hasti jo hamari hai. to is hasti ke kai hisse hain,</w:t>
      </w:r>
    </w:p>
    <w:p>
      <w:pPr>
        <w:jc w:val="right"/>
      </w:pPr>
      <w:r>
        <w:t>تو ہمارا جو اصل، جو ہماری ہستی ہے، وہ ہمارا مائنڈ ہے، اصل ہستی جو ہماری ہے۔ تو اس ہستی کے کئی حصے ہیں،</w:t>
      </w:r>
    </w:p>
    <w:p>
      <w:r>
        <w:rPr>
          <w:b/>
        </w:rPr>
        <w:t xml:space="preserve">[1:01:22] </w:t>
      </w:r>
      <w:r>
        <w:t>isi hasti mein love hai, isi hasti mein anger hai, isi mein spirituality hai, isi mein sab kuch hai.</w:t>
      </w:r>
    </w:p>
    <w:p>
      <w:pPr>
        <w:jc w:val="right"/>
      </w:pPr>
      <w:r>
        <w:t>اسی ہستی میں لو ہے، اسی ہستی میں اینگر ہے، اسی میں سپریچولیٹی ہے، اسی میں سب کچھ ہے۔</w:t>
      </w:r>
    </w:p>
    <w:p>
      <w:r>
        <w:rPr>
          <w:b/>
        </w:rPr>
        <w:t xml:space="preserve">[1:01:31] </w:t>
      </w:r>
      <w:r>
        <w:t>to beharhaal, mein jo manta hoon, jo mein jo mein ne study kiya hai, psychology, psychology ki, aur aur science ki, to mein yahi samajhta hoon ke asal cheez mind hai,</w:t>
      </w:r>
    </w:p>
    <w:p>
      <w:pPr>
        <w:jc w:val="right"/>
      </w:pPr>
      <w:r>
        <w:t>تو بہرحال، میں جو مانتا ہوں، جو میں جو میں نے سٹڈی کیا ہے، سائیکلوجی، سائیکالوجی کی، اور اور سائنس کی، تو میں یہی سمجھتا ہوں کہ اصل چیز مائنڈ ہے،</w:t>
      </w:r>
    </w:p>
    <w:p>
      <w:r>
        <w:rPr>
          <w:b/>
        </w:rPr>
        <w:t xml:space="preserve">[1:01:44] </w:t>
      </w:r>
      <w:r>
        <w:t>asal cheez consciousness hai, aur isi ka ek hissa hai, isi ka ek function hai, ya isi ka ek juz hai, woh cheez jis ko hum spirituality kehte hain.</w:t>
      </w:r>
    </w:p>
    <w:p>
      <w:pPr>
        <w:jc w:val="right"/>
      </w:pPr>
      <w:r>
        <w:t>اصل چیز کانشیسنس ہے، اور اسی کا ایک حصہ ہے، اسی کا ایک فنکشن ہے، یا اسی کا ایک جز ہے، وہ چیز جس کو ہم سپریچولیٹی کہتے ہیں۔</w:t>
      </w:r>
    </w:p>
    <w:p>
      <w:r>
        <w:rPr>
          <w:b/>
        </w:rPr>
        <w:t xml:space="preserve">[1:02:00] </w:t>
      </w:r>
      <w:r>
        <w:t>This question is from Mr. Faig from Pennsylvania. Maulana sahib, some say that science should not be used to explain or justify the facts stated in Quran or Islam,</w:t>
      </w:r>
    </w:p>
    <w:p>
      <w:pPr>
        <w:jc w:val="right"/>
      </w:pPr>
      <w:r>
        <w:t>دس کوسچن از فرام مسٹر فائق فرام پینسلوینیا۔ مولانا صاحب، سم سے دیٹ سائنس شوڈ ناٹ بی یوز ٹو ایکسپلین اور جسٹیفائی دا فیکٹس سٹیٹڈ ان قرآن اور اسلام،</w:t>
      </w:r>
    </w:p>
    <w:p>
      <w:r>
        <w:rPr>
          <w:b/>
        </w:rPr>
        <w:t xml:space="preserve">[1:02:16] </w:t>
      </w:r>
      <w:r>
        <w:t>since scientific theories may change with new revelations coming in each day, but the Quranic realities are eternal.</w:t>
      </w:r>
    </w:p>
    <w:p>
      <w:pPr>
        <w:jc w:val="right"/>
      </w:pPr>
      <w:r>
        <w:t>سنس سائنٹیفک تھیوریز می چینج ود نیو ریولیشنز کمنگ ان ایچ ڈے، بٹ دا قرآنک ریلیٹیز ار ایٹرنل۔</w:t>
      </w:r>
    </w:p>
    <w:p>
      <w:r>
        <w:rPr>
          <w:b/>
        </w:rPr>
        <w:t xml:space="preserve">[1:02:25] </w:t>
      </w:r>
      <w:r>
        <w:t>What is your comment on this?</w:t>
      </w:r>
    </w:p>
    <w:p>
      <w:pPr>
        <w:jc w:val="right"/>
      </w:pPr>
      <w:r>
        <w:t>واٹ از یور کمنٹ ان دس؟</w:t>
      </w:r>
    </w:p>
    <w:p>
      <w:r>
        <w:rPr>
          <w:b/>
        </w:rPr>
        <w:t xml:space="preserve">[1:02:28] </w:t>
      </w:r>
      <w:r>
        <w:t>jo log aisa kehte hain, woh koi misaal nahi dete, baghair misaal ke aisi kehte rehte hain.</w:t>
      </w:r>
    </w:p>
    <w:p>
      <w:pPr>
        <w:jc w:val="right"/>
      </w:pPr>
      <w:r>
        <w:t>جو لوگ ایسا کہتے ہیں، وہ کوئی مثال نہیں دیتے، بغیر مثال کے ایسی کہتے رہتے ہیں۔</w:t>
      </w:r>
    </w:p>
    <w:p>
      <w:r>
        <w:rPr>
          <w:b/>
        </w:rPr>
        <w:t xml:space="preserve">[1:02:36] </w:t>
      </w:r>
      <w:r>
        <w:t>to baghair misaal ke, aap mein ne is ko kehta hoon ke jo mein pesh karta hoon, us ko kisi misaal se us ko radd karo. yeh to kehne ki baat hai.</w:t>
      </w:r>
    </w:p>
    <w:p>
      <w:pPr>
        <w:jc w:val="right"/>
      </w:pPr>
      <w:r>
        <w:t>تو بغیر مثال کے، آپ میں نے اس کو کہتا ہوں کہ جو میں پیش کرتا ہوں، اس کو کسی مثال سے اس کو رد کرو۔ یہ تو کہنے کی بات ہے۔</w:t>
      </w:r>
    </w:p>
    <w:p>
      <w:r>
        <w:rPr>
          <w:b/>
        </w:rPr>
        <w:t xml:space="preserve">[1:02:48] </w:t>
      </w:r>
      <w:r>
        <w:t>mein yeh nahi kehta ke Islam Quran science hai. kuch logon ka yeh stand hai ke Quran mein sari sciences hain, yeh galat hai. mein us ko galat manta hoon.</w:t>
      </w:r>
    </w:p>
    <w:p>
      <w:pPr>
        <w:jc w:val="right"/>
      </w:pPr>
      <w:r>
        <w:t>میں یہ نہیں کہتا کہ اصلاح قرآن سائنس ہے۔ کچھ لوگوں کا یہ اسٹینڈ ہے کہ قرآن میں ساری سائنسز ہیں، یہ غلط ہے۔ میں اس کو غلط مانتا ہوں۔</w:t>
      </w:r>
    </w:p>
    <w:p>
      <w:r>
        <w:rPr>
          <w:b/>
        </w:rPr>
        <w:t xml:space="preserve">[1:02:56] </w:t>
      </w:r>
      <w:r>
        <w:t>Quran book of science nahi hai. Quran jo hai, book of science nahi hai, lekin Quran mein kuch eternal phenomena ke references hain, suraj ka, chand ka, eternal cheezon ka.</w:t>
      </w:r>
    </w:p>
    <w:p>
      <w:pPr>
        <w:jc w:val="right"/>
      </w:pPr>
      <w:r>
        <w:t>قرآن بک آف سائنس نہیں ہے۔ قرآن جو ہے، بک آف سائنس نہیں ہے، لیکن قرآن میں کچھ ایٹرنل فیناومینا کے ریفرنسز ہیں، سورج کا، چاند کا، ایٹرنل چیزوں کا۔</w:t>
      </w:r>
    </w:p>
    <w:p>
      <w:r>
        <w:rPr>
          <w:b/>
        </w:rPr>
        <w:t xml:space="preserve">[1:03:09] </w:t>
      </w:r>
      <w:r>
        <w:t>is mein koi sub, is mein koi change ki baat hi nahi hai. is mein koi change ki baat hi nahi hai. woh mein jo baat kehta hoon Quran se, woh wahi hoti hai ke Quran mein sari sciences hain.</w:t>
      </w:r>
    </w:p>
    <w:p>
      <w:pPr>
        <w:jc w:val="right"/>
      </w:pPr>
      <w:r>
        <w:t>اس میں کوئی سب، اس میں کوئی چینج کی بات ہی نہیں ہے۔ اس میں کوئی چینج کی بات ہی نہیں ہے۔ وہ میں جو بات کہتا ہوں قرآن سے، وہ وہی ہوتی ہے کہ قرآن میں ساری سائنسز ہیں۔</w:t>
      </w:r>
    </w:p>
    <w:p>
      <w:r>
        <w:rPr>
          <w:b/>
        </w:rPr>
        <w:t xml:space="preserve">[1:03:23] </w:t>
      </w:r>
      <w:r>
        <w:t>is is ko mein galat manta hoon.</w:t>
      </w:r>
    </w:p>
    <w:p>
      <w:pPr>
        <w:jc w:val="right"/>
      </w:pPr>
      <w:r>
        <w:t>اس اس کو میں غلط مانتا ہوں۔</w:t>
      </w:r>
    </w:p>
    <w:p>
      <w:r>
        <w:rPr>
          <w:b/>
        </w:rPr>
        <w:t xml:space="preserve">[1:03:26] </w:t>
      </w:r>
      <w:r>
        <w:t>misalan, ek sahab abhi haal mein mere paas ek kitaab laaye, is mein nikala tha unhon ne quran mein woh hai. black holes quran mein black holes aur us ko nikala tha kis se?</w:t>
      </w:r>
    </w:p>
    <w:p>
      <w:pPr>
        <w:jc w:val="right"/>
      </w:pPr>
      <w:r>
        <w:t>مثلاً، ایک صاحب ابھی حال میں میرے پاس ایک کتاب لائے، اس میں نکالا تھا انہوں نے قرآن میں وہ ہے۔ بلیک ہولز قرآن میں بلیک ہولز اور اس کو نکالا تھا کس سے؟</w:t>
      </w:r>
    </w:p>
    <w:p>
      <w:r>
        <w:rPr>
          <w:b/>
        </w:rPr>
        <w:t xml:space="preserve">[1:03:38] </w:t>
      </w:r>
      <w:r>
        <w:t>unhon ne woh khans aur kans ke jo alfaaz hain quran majeed mein, to main us ko absart samajhta hoon.</w:t>
      </w:r>
    </w:p>
    <w:p>
      <w:pPr>
        <w:jc w:val="right"/>
      </w:pPr>
      <w:r>
        <w:t>انہوں نے وہ خنس اور کنس کے جو الفاظ ہیں قرآن مجید میں، تو میں اس کو ایبسرٹ سمجھتا ہوں۔</w:t>
      </w:r>
    </w:p>
    <w:p>
      <w:r>
        <w:rPr>
          <w:b/>
        </w:rPr>
        <w:t xml:space="preserve">[1:03:46] </w:t>
      </w:r>
      <w:r>
        <w:t>yaani quran mein science ke concept nahin hain. yeh main nahin maanta ke science ki theory, science ke concept, science ke formula quran mein maujood hain.</w:t>
      </w:r>
    </w:p>
    <w:p>
      <w:pPr>
        <w:jc w:val="right"/>
      </w:pPr>
      <w:r>
        <w:t>یعنی قرآن میں سائنس کے کانسیپٹ نہیں ہیں۔ یہ میں نہیں مانتا کہ سائنس کی تھیوری، سائنس کے کانسیپٹ، سائنس کے فارمولا قرآن میں موجود ہیں۔</w:t>
      </w:r>
    </w:p>
    <w:p>
      <w:r>
        <w:rPr>
          <w:b/>
        </w:rPr>
        <w:t xml:space="preserve">[1:03:55] </w:t>
      </w:r>
      <w:r>
        <w:t>yeh mera kehna nahin hai. main sirf yeh kehta hoon ke jo references quran mein hain, zameen ke baray mein, aasman ke baray mein, chand, suraj ke baray mein, to us ko science ki jo jo jo discoveries hain, us ko support deti hain, us ko confirm karti hain.</w:t>
      </w:r>
    </w:p>
    <w:p>
      <w:pPr>
        <w:jc w:val="right"/>
      </w:pPr>
      <w:r>
        <w:t>یہ میرا کہنا نہیں ہے۔ میں صرف یہ کہتا ہوں کہ جو ریفرنسز قرآن میں ہیں، زمین کے بارے میں، آسمان کے بارے میں، چاند، سورج کے بارے میں، تو اس کو سائنس کی جو جو جو ڈسکوریز ہیں، اس کو سپورٹ دیتی ہیں، اس کو کنفرم کرتی ہیں۔</w:t>
      </w:r>
    </w:p>
    <w:p>
      <w:r>
        <w:rPr>
          <w:b/>
        </w:rPr>
        <w:t xml:space="preserve">[1:04:15] </w:t>
      </w:r>
      <w:r>
        <w:t>yeh yeh hai mera mauqaf. is mein koi koi jab tak koi misaal na de, ek misaal agar aap dein to hum is pe reconsider kar sakte hain.</w:t>
      </w:r>
    </w:p>
    <w:p>
      <w:pPr>
        <w:jc w:val="right"/>
      </w:pPr>
      <w:r>
        <w:t>یہ یہ ہے میرا موقف۔ اس میں کوئی کوئی جب تک کوئی مثال نہ دے، ایک مثال اگر آپ دیں تو ہم اس پہ ری کنسیڈر کر سکتے ہیں۔</w:t>
      </w:r>
    </w:p>
    <w:p>
      <w:r>
        <w:rPr>
          <w:b/>
        </w:rPr>
        <w:t xml:space="preserve">[1:04:27] </w:t>
      </w:r>
      <w:r>
        <w:t>jab tak aap koi misaal na dein, tab kaise hum reconsider karein ge is ko? to us ko achhay se samajh lijiye ke mera stand yeh nahin hai ke quran mein saari sciences hain.</w:t>
      </w:r>
    </w:p>
    <w:p>
      <w:pPr>
        <w:jc w:val="right"/>
      </w:pPr>
      <w:r>
        <w:t>جب تک آپ کوئی مثال نہ دیں، تب کیسے ہم ری کنسیڈر کریں گے اس کو؟ تو اس کو اچھے سے سمجھ لیجئے کہ میرا اسٹینڈ یہ نہیں ہے کہ قرآن میں ساری سائنسز ہیں۔</w:t>
      </w:r>
    </w:p>
    <w:p>
      <w:r>
        <w:rPr>
          <w:b/>
        </w:rPr>
        <w:t xml:space="preserve">[1:04:36] </w:t>
      </w:r>
      <w:r>
        <w:t>us ko main absart samajhta hoon</w:t>
      </w:r>
    </w:p>
    <w:p>
      <w:pPr>
        <w:jc w:val="right"/>
      </w:pPr>
      <w:r>
        <w:t>اس کو میں ابسرٹ سمجھتا ہوں</w:t>
      </w:r>
    </w:p>
    <w:p>
      <w:r>
        <w:rPr>
          <w:b/>
        </w:rPr>
        <w:t xml:space="preserve">[1:04:38] </w:t>
      </w:r>
      <w:r>
        <w:t>۔ main sirf yeh keh raha hoon ke quran mein jo references thay nature ko le kar ke, yaani material world ko le kar ke, to woh science ne us ko confirm kiya hai, us ko ghalat sabit nahin kiya hai.</w:t>
      </w:r>
    </w:p>
    <w:p>
      <w:pPr>
        <w:jc w:val="right"/>
      </w:pPr>
      <w:r>
        <w:t>۔ میں صرف یہ کہہ رہا ہوں کہ قرآن میں جو ریفرنسز تھے نیچر کو لے کر کے، یعنی مٹیریل ورلڈ کو لے کر کے، تو وہ سائنس نے اس کو کنفرم کیا ہے، اس کو غلط ثابت نہیں کیا ہے۔</w:t>
      </w:r>
    </w:p>
    <w:p>
      <w:r>
        <w:rPr>
          <w:b/>
        </w:rPr>
        <w:t xml:space="preserve">[1:04:54] </w:t>
      </w:r>
      <w:r>
        <w:t>is mein agar kisi ko ikhtilaf ho to woh mujhe misaal de. us ki abhi tak to kisi ne misaal pesh nahin ki.</w:t>
      </w:r>
    </w:p>
    <w:p>
      <w:pPr>
        <w:jc w:val="right"/>
      </w:pPr>
      <w:r>
        <w:t>اس میں اگر کسی کو اختلاف ہو تو وہ مجھے مثال دے۔ اس کی ابھی تک تو کسی نے مثال پیش نہیں کیے۔</w:t>
      </w:r>
    </w:p>
    <w:p>
      <w:r>
        <w:rPr>
          <w:b/>
        </w:rPr>
        <w:t xml:space="preserve">[1:05:01] </w:t>
      </w:r>
      <w:r>
        <w:t>the hi zyada question is why marriage is allowed for muslim men with women from people of the book that is christian or jew, since this can be a good means of dawah,</w:t>
      </w:r>
    </w:p>
    <w:p>
      <w:pPr>
        <w:jc w:val="right"/>
      </w:pPr>
      <w:r>
        <w:t>دا ہی زیادہ کوسچن از وائل میرج از الاؤڈ فار مسلم مین ودا وومن فرام پیپل اف دا بک دیٹ از کرسچن اور جیو، سنس دس کین بی ا گڈ مینز اف دعوی،</w:t>
      </w:r>
    </w:p>
    <w:p>
      <w:r>
        <w:rPr>
          <w:b/>
        </w:rPr>
        <w:t xml:space="preserve">[1:05:15] </w:t>
      </w:r>
      <w:r>
        <w:t>why it does not include other religions?</w:t>
      </w:r>
    </w:p>
    <w:p>
      <w:pPr>
        <w:jc w:val="right"/>
      </w:pPr>
      <w:r>
        <w:t>وائی اٹ ڈز ناٹ انکلوڈ ادر ریلیجنز؟</w:t>
      </w:r>
    </w:p>
    <w:p>
      <w:r>
        <w:rPr>
          <w:b/>
        </w:rPr>
        <w:t xml:space="preserve">[1:05:23] </w:t>
      </w:r>
      <w:r>
        <w:t>dekhein, is par main koi alag se meri rai nahin hai. jo ulama ne likha hai, wohi wohi rai meri bhi hai ke insani muashra jo hai, is mein aam taur par yeh hota hai ke aurat jo hai, mard ke sath rehti hai.</w:t>
      </w:r>
    </w:p>
    <w:p>
      <w:pPr>
        <w:jc w:val="right"/>
      </w:pPr>
      <w:r>
        <w:t>دیکھیں، اس پر میں کوئی الگ سے میری رائے نہیں ہے۔ جو علماء نے لکھا ہے، وہی وہی رائے میری بھی ہے کہ انسانی معاشرہ جو ہے، اس میں عام طور پر یہ ہوتا ہے کہ عورت جو ہے، مرد کے ساتھ رہتی ہے۔</w:t>
      </w:r>
    </w:p>
    <w:p>
      <w:r>
        <w:rPr>
          <w:b/>
        </w:rPr>
        <w:t xml:space="preserve">[1:05:40] </w:t>
      </w:r>
      <w:r>
        <w:t>abhi europe, america mein broken homes ke maslay paida hue hain, lekin woh koi alternative nahin. mere khayal se sahi tareeqa wohi hai jo chala aa raha hai traditionally.</w:t>
      </w:r>
    </w:p>
    <w:p>
      <w:pPr>
        <w:jc w:val="right"/>
      </w:pPr>
      <w:r>
        <w:t>ابھی یورپ، امریکہ میں بروکن ہومز کے مسئلے پیدا ہوئے ہیں، لیکن وہ کوئی الٹرنیٹو نہیں۔ میرے خیال سے صحیح طریقہ وہی ہے جو چلا آ رہا ہے ٹریڈیشنلی۔</w:t>
      </w:r>
    </w:p>
    <w:p>
      <w:r>
        <w:rPr>
          <w:b/>
        </w:rPr>
        <w:t xml:space="preserve">[1:05:51] </w:t>
      </w:r>
      <w:r>
        <w:t>to aurat ko rehna padta hai mard ke sath. woh bohat adjust kar sakti hai, bohat jald, bohat aasani se. lekin agar mard ko us ke sath rehna ho to woh adjust nahin kar paye ga.</w:t>
      </w:r>
    </w:p>
    <w:p>
      <w:pPr>
        <w:jc w:val="right"/>
      </w:pPr>
      <w:r>
        <w:t>تو عورت کو رہنا پڑتا ہے مرد کے ساتھ۔ وہ بہت ایڈجسٹ کر سکتی ہے، بہت جلد، بہت آسانی سے۔ لیکن اگر مرد کو اس کے ساتھ رہنا ہو تو وہ ایڈجسٹ نہیں کر پائے گا۔</w:t>
      </w:r>
    </w:p>
    <w:p>
      <w:r>
        <w:rPr>
          <w:b/>
        </w:rPr>
        <w:t xml:space="preserve">[1:06:03] </w:t>
      </w:r>
      <w:r>
        <w:t>to yeh basically bas main to adjustment ka masla hai. yaani aurat ke sath shadi hone mein shayad yaani adjustment ho jata hai, lekin agar mard se shadi kare ek aurat to adjustment nahin hoga.</w:t>
      </w:r>
    </w:p>
    <w:p>
      <w:pPr>
        <w:jc w:val="right"/>
      </w:pPr>
      <w:r>
        <w:t>تو یہ بیسکلی بس میں تو ایڈجسٹمنٹ کا مسئلہ ہے۔ یعنی عورت کے ساتھ شادی ہونے میں شاید یعنی ایڈجسٹمنٹ ہو جاتا ہے، لیکن اگر مرد سے شادی کرے ایک عورت تو ایڈجسٹمنٹ نہیں ہوگا۔</w:t>
      </w:r>
    </w:p>
    <w:p>
      <w:r>
        <w:rPr>
          <w:b/>
        </w:rPr>
        <w:t xml:space="preserve">[1:06:16] </w:t>
      </w:r>
      <w:r>
        <w:t>woh aur tajurba yeh bhi batata hai</w:t>
      </w:r>
    </w:p>
    <w:p>
      <w:pPr>
        <w:jc w:val="right"/>
      </w:pPr>
      <w:r>
        <w:t>وہ اور تجربہ یہ بھی بتاتا ہے</w:t>
      </w:r>
    </w:p>
    <w:p>
      <w:r>
        <w:rPr>
          <w:b/>
        </w:rPr>
        <w:t xml:space="preserve">[1:06:20] </w:t>
      </w:r>
      <w:r>
        <w:t>jo jo tajurbe hue hain, jo aisay international marriages ke, is mein yeh yahi sabit hua hai ke adjustment nahin hota. to is mamlay mein main samajhta hoon ke masla jaiz najais ka nahin hai, balkay adjustment ka masla hai.</w:t>
      </w:r>
    </w:p>
    <w:p>
      <w:pPr>
        <w:jc w:val="right"/>
      </w:pPr>
      <w:r>
        <w:t>جو جو تجربے ہوئے ہیں، جو ایسے انٹرنیشنل میرجز کے، اس میں یہ یہی ثابت ہوا ہے کہ ایڈجسٹمنٹ نہیں ہوتا۔ تو اس معاملے میں میں سمجھتا ہوں کہ مسئلہ جائز ناجائز کا نہیں ہے، بلکہ ایڈجسٹمنٹ کا مسئلہ ہے۔</w:t>
      </w:r>
    </w:p>
    <w:p>
      <w:r>
        <w:rPr>
          <w:b/>
        </w:rPr>
        <w:t xml:space="preserve">[1:06:33] </w:t>
      </w:r>
      <w:r>
        <w:t>islam mein shadi mein basic cheez adjustment hai. basic cheez</w:t>
      </w:r>
    </w:p>
    <w:p>
      <w:pPr>
        <w:jc w:val="right"/>
      </w:pPr>
      <w:r>
        <w:t>اسلام میں شادی میں بیسک چیز ایڈجسٹمنٹ ہے۔ بیسک چیز</w:t>
      </w:r>
    </w:p>
    <w:p>
      <w:r>
        <w:rPr>
          <w:b/>
        </w:rPr>
        <w:t xml:space="preserve">[1:06:39] </w:t>
      </w:r>
      <w:r>
        <w:t>islam mein asal mein love marriage concept nahin hai islam mein, kyun ke do yaani dono mein differences hotay hain.</w:t>
      </w:r>
    </w:p>
    <w:p>
      <w:pPr>
        <w:jc w:val="right"/>
      </w:pPr>
      <w:r>
        <w:t>اسلام میں اصل میں لو میرج کانسیپٹ نہیں ہے اسلام میں، کیونکہ دو یعنی دونوں میں ڈیفرنسز ہوتے ہیں۔</w:t>
      </w:r>
    </w:p>
    <w:p>
      <w:r>
        <w:rPr>
          <w:b/>
        </w:rPr>
        <w:t xml:space="preserve">[1:06:50] </w:t>
      </w:r>
      <w:r>
        <w:t>appointment alag hain, habits alag hain, soch alag hai. to dono mister different aur miss different hotay hain.</w:t>
      </w:r>
    </w:p>
    <w:p>
      <w:pPr>
        <w:jc w:val="right"/>
      </w:pPr>
      <w:r>
        <w:t>اپوائنٹمنٹ الگ ہیں، ہیبٹس الگ ہیں، سوچ الگ ہے۔ تو دونوں مسٹر ڈفرنٹ اور مس ڈفرنٹ ہوتے ہیں۔</w:t>
      </w:r>
    </w:p>
    <w:p>
      <w:r>
        <w:rPr>
          <w:b/>
        </w:rPr>
        <w:t xml:space="preserve">[1:06:59] </w:t>
      </w:r>
      <w:r>
        <w:t>to basic cheez islam mein jo bani gayi hai, woh woh adjustment hai.</w:t>
      </w:r>
    </w:p>
    <w:p>
      <w:pPr>
        <w:jc w:val="right"/>
      </w:pPr>
      <w:r>
        <w:t>تو بیسک چیز اسلام میں جو بانی گئی ہے، وہ وہ ایڈجسٹمنٹ ہے۔</w:t>
      </w:r>
    </w:p>
    <w:p>
      <w:r>
        <w:rPr>
          <w:b/>
        </w:rPr>
        <w:t xml:space="preserve">[1:07:04] </w:t>
      </w:r>
      <w:r>
        <w:t>to isi liye kuff ka masla hai. kuff kuff wa'o khaas taur par hanafi fiqh mein.</w:t>
      </w:r>
    </w:p>
    <w:p>
      <w:pPr>
        <w:jc w:val="right"/>
      </w:pPr>
      <w:r>
        <w:t>تو اسی لیے کف کا مسئلہ ہے۔ کف کف واؤ خاص طور پر حنفی فقہ میں۔</w:t>
      </w:r>
    </w:p>
    <w:p>
      <w:r>
        <w:rPr>
          <w:b/>
        </w:rPr>
        <w:t xml:space="preserve">[1:07:12] </w:t>
      </w:r>
      <w:r>
        <w:t>to kuff jo hai, woh yaani barabari ki shadi, woh is liye nahin ke barabari ki shadi ho tab hi shadi hai, warna woh nikah nahin hoga. woh kuch log extremist aisa bhi kehte hain, to woh bhi adjustment ke liye hai.</w:t>
      </w:r>
    </w:p>
    <w:p>
      <w:pPr>
        <w:jc w:val="right"/>
      </w:pPr>
      <w:r>
        <w:t>تو کف جو ہے، وہ یعنی برابری کی شادی، وہ اس لیے نہیں کہ برابری کی شادی ہو تب ہی شادی ہے، ورنہ وہ نکاح نہیں ہوگا۔ وہ کچھ لوگ ایکسٹریمسٹ ایسا بھی کہتے ہیں، تو وہ بھی ایڈجسٹمنٹ کے لیے ہے۔</w:t>
      </w:r>
    </w:p>
    <w:p>
      <w:r>
        <w:rPr>
          <w:b/>
        </w:rPr>
        <w:t xml:space="preserve">[1:07:27] </w:t>
      </w:r>
      <w:r>
        <w:t>to ahle kitab se shadi ke mamlay mein jo basic nuqta nazar hai, woh haram halaal ka nahin hai, yeh adjustment ka hai. to adjustment is mein jo tajurba batata hai, is mein adjustment hota nahin.</w:t>
      </w:r>
    </w:p>
    <w:p>
      <w:pPr>
        <w:jc w:val="right"/>
      </w:pPr>
      <w:r>
        <w:t>تو اہل کتاب سے شادی کے معاملے میں جو بیسک نقطہ نظر ہے، وہ حرام حلال کا نہیں ہے، یہ ایڈجسٹمنٹ کا ہے۔ تو ایڈجسٹمنٹ اس میں جو تجربہ بتاتا ہے، اس میں ایڈجسٹمنٹ ہوتا نہیں۔</w:t>
      </w:r>
    </w:p>
    <w:p>
      <w:r>
        <w:rPr>
          <w:b/>
        </w:rPr>
        <w:t xml:space="preserve">[1:07:43] </w:t>
      </w:r>
      <w:r>
        <w:t>to is is angle se agar dekhein ge to aap is ko samajh sakein ge.</w:t>
      </w:r>
    </w:p>
    <w:p>
      <w:pPr>
        <w:jc w:val="right"/>
      </w:pPr>
      <w:r>
        <w:t>تو اس اس اینگل سے اگر دیکھیں گے تو آپ اس کو سمجھ سکیں گے۔</w:t>
      </w:r>
    </w:p>
    <w:p>
      <w:r>
        <w:rPr>
          <w:b/>
        </w:rPr>
        <w:t xml:space="preserve">[1:07:49] </w:t>
      </w:r>
      <w:r>
        <w:t>molana, inader part two this question that is asked is that whether marriage between a muslim girl and a non muslim man is allowed in islam?</w:t>
      </w:r>
    </w:p>
    <w:p>
      <w:pPr>
        <w:jc w:val="right"/>
      </w:pPr>
      <w:r>
        <w:t>مولانا، انادر پارٹ ٹو دس کوسچن دیٹ از اسکڈ از دیٹ ویدر میرج بٹوین ا مسلم گرل اینڈ ا نان مسلم مین از الاؤڈ ان اسلام؟</w:t>
      </w:r>
    </w:p>
    <w:p>
      <w:r>
        <w:rPr>
          <w:b/>
        </w:rPr>
        <w:t xml:space="preserve">[1:08:03] </w:t>
      </w:r>
      <w:r>
        <w:t>dekhen, is jo mera alag se koi rai is mein nahi hai, lekin jo maslak hai ulama ka, woh yeh hai ke sirf ahle kitab se jaiz hai, ghair ahle kitab se nahi.</w:t>
      </w:r>
    </w:p>
    <w:p>
      <w:pPr>
        <w:jc w:val="right"/>
      </w:pPr>
      <w:r>
        <w:t>دیکھیں، اس جو میرا الگ سے کوئی رائے اس میں نہیں ہے، لیکن جو مسلک ہے علماء کا، وہ یہ ہے کہ صرف اہل کتاب سے جائز ہے، غیر اہل کتاب سے نہیں۔</w:t>
      </w:r>
    </w:p>
    <w:p>
      <w:r>
        <w:rPr>
          <w:b/>
        </w:rPr>
        <w:t xml:space="preserve">[1:08:16] </w:t>
      </w:r>
      <w:r>
        <w:t>ahle kitab mein yahoodi ate hain aur isai ate hain. yahoodi aur isai family mein ek ladki paida hui hai to ek mezban mard is se shadi kar sakta hai, lekin yahoodi aur isai ke ilawa jo ahle kitab nahi hain, un se shadi ko ulama ne jaiz nahi mana hai.</w:t>
      </w:r>
    </w:p>
    <w:p>
      <w:pPr>
        <w:jc w:val="right"/>
      </w:pPr>
      <w:r>
        <w:t>اہل کتاب میں یہودی آتے ہیں اور عیسائی آتے ہیں۔ یہودی اور عیسائی فیملی میں ایک لڑکی پیدا ہوئی ہے تو ایک میزبان مرد اس سے شادی کر سکتا ہے، لیکن یہودی اور عیسائی کے علاوہ جو اہل کتاب نہیں ہیں، ان سے شادی کو علماء نے جائز نہیں مانا ہے۔</w:t>
      </w:r>
    </w:p>
    <w:p>
      <w:r>
        <w:rPr>
          <w:b/>
        </w:rPr>
        <w:t xml:space="preserve">[1:08:35] </w:t>
      </w:r>
      <w:r>
        <w:t>iske ilawa kuch ulama ab yeh bhi kehte hain ke ahle kitab ke matlab hain ke jo woh family jo apne mazhab par amal kar rahi ho, yani woh family agar secular family hai, to woh uska hukum bhi wahi ho jayega.</w:t>
      </w:r>
    </w:p>
    <w:p>
      <w:pPr>
        <w:jc w:val="right"/>
      </w:pPr>
      <w:r>
        <w:t>اس کے علاوہ کچھ علماء اب یہ بھی کہتے ہیں کہ اہل کتاب کے معنی ہیں کہ جو وہ فیملی جو اپنے مذہب پر عمل کر رہی ہو، یعنی وہ فیملی اگر سیکولر فیملی ہے، تو وہ اس کا حکم بھی وہی ہو جائے گا۔</w:t>
      </w:r>
    </w:p>
    <w:p>
      <w:r>
        <w:rPr>
          <w:b/>
        </w:rPr>
        <w:t xml:space="preserve">[1:08:54] </w:t>
      </w:r>
      <w:r>
        <w:t>yani aaj kal jo riwaj ho gaya hai ke ladkiyan agar isai family mein paida ho gayeen, chahe kehte hain secular hon, mante bhi na hon isaiyat ko, phir bhi shadi ko</w:t>
      </w:r>
    </w:p>
    <w:p>
      <w:pPr>
        <w:jc w:val="right"/>
      </w:pPr>
      <w:r>
        <w:t>یعنی آج کل جو رواج ہو گیا ہے کہ لڑکیاں اگر عیسائی فیملی میں پیدا ہوگئیں، چاہے کہتے ہیں سیکولر ہوں، مانتے بھی نہ ہوں عیسائیت کو، پھر بھی شادی کو</w:t>
      </w:r>
    </w:p>
    <w:p>
      <w:r>
        <w:rPr>
          <w:b/>
        </w:rPr>
        <w:t xml:space="preserve">[1:09:03] </w:t>
      </w:r>
      <w:r>
        <w:t>jaiz samajhte hain. to ulama jo ulama ka giroh is ko sahi nahi samajhta, sirf un ladkiyon se shadi ko sahi samajhta hai jo apne mazhab par hon ya apne mazhab par na hon.</w:t>
      </w:r>
    </w:p>
    <w:p>
      <w:pPr>
        <w:jc w:val="right"/>
      </w:pPr>
      <w:r>
        <w:t>جائز سمجھتے ہیں۔ تو علماء جو علماء کا گروہ اس کو صحیح نہیں سمجھتا، صرف ان لڑکیوں سے شادی کو صحیح سمجھتا ہے جو اپنے مذہب پر ہوں یا اپنے مذہب پر نہ ہوں۔</w:t>
      </w:r>
    </w:p>
    <w:p>
      <w:r>
        <w:rPr>
          <w:b/>
        </w:rPr>
        <w:t xml:space="preserve">[1:09:15] </w:t>
      </w:r>
      <w:r>
        <w:t>to unka hukum bhi wahi ho jayega jo do doosre logon ka hai. this question is from mr idrees from delhi.</w:t>
      </w:r>
    </w:p>
    <w:p>
      <w:pPr>
        <w:jc w:val="right"/>
      </w:pPr>
      <w:r>
        <w:t>تو ان کا حکم بھی وہی ہو جائے گا جو دو دوسرے لوگوں کا ہے۔ دس کوسچن از فرام مسٹر ادریس فرام دہلی۔</w:t>
      </w:r>
    </w:p>
    <w:p>
      <w:r>
        <w:rPr>
          <w:b/>
        </w:rPr>
        <w:t xml:space="preserve">[1:09:28] </w:t>
      </w:r>
      <w:r>
        <w:t>what is the purpose of creation? why has god created this world?</w:t>
      </w:r>
    </w:p>
    <w:p>
      <w:pPr>
        <w:jc w:val="right"/>
      </w:pPr>
      <w:r>
        <w:t>واٹ از دا پرپس اف کریشن؟ وائی ہیز گاڈ کریٹڈ دس ورلڈ؟</w:t>
      </w:r>
    </w:p>
    <w:p>
      <w:r>
        <w:rPr>
          <w:b/>
        </w:rPr>
        <w:t xml:space="preserve">[1:09:34] </w:t>
      </w:r>
      <w:r>
        <w:t>kindly comment on this. molana,</w:t>
      </w:r>
    </w:p>
    <w:p>
      <w:pPr>
        <w:jc w:val="right"/>
      </w:pPr>
      <w:r>
        <w:t>کائنڈلی کمنٹ ان دس۔ مولانا،</w:t>
      </w:r>
    </w:p>
    <w:p>
      <w:r>
        <w:rPr>
          <w:b/>
        </w:rPr>
        <w:t xml:space="preserve">[1:09:45] </w:t>
      </w:r>
      <w:r>
        <w:t>dekhen, jahan tak maine samjha hai to</w:t>
      </w:r>
    </w:p>
    <w:p>
      <w:pPr>
        <w:jc w:val="right"/>
      </w:pPr>
      <w:r>
        <w:t>دیکھیں، جہاں تک میں نے سمجھا ہے تو</w:t>
      </w:r>
    </w:p>
    <w:p>
      <w:r>
        <w:rPr>
          <w:b/>
        </w:rPr>
        <w:t xml:space="preserve">[1:09:53] </w:t>
      </w:r>
      <w:r>
        <w:t>meri samajh ke mutabiq yeh hai ke</w:t>
      </w:r>
    </w:p>
    <w:p>
      <w:pPr>
        <w:jc w:val="right"/>
      </w:pPr>
      <w:r>
        <w:t>میری سمجھ کے مطابق یہ ہے کہ</w:t>
      </w:r>
    </w:p>
    <w:p>
      <w:r>
        <w:rPr>
          <w:b/>
        </w:rPr>
        <w:t xml:space="preserve">[1:10:02] </w:t>
      </w:r>
      <w:r>
        <w:t>is ek hadith hai, agar sahi hadith ko sanad ke aitbar se kamzor batate hain, lekin main is ko yani iske mafhoom ke aitbar se sahi samajhta hoon ke.</w:t>
      </w:r>
    </w:p>
    <w:p>
      <w:pPr>
        <w:jc w:val="right"/>
      </w:pPr>
      <w:r>
        <w:t>اس ایک حدیث ہے، اگر صحیح حدیث کو سند کے اعتبار سے کمزور بتاتے ہیں، لیکن میں اس کو یعنی اس کے مفہوم کے اعتبار سے صحیح سمجھتا ہوں کہ۔</w:t>
      </w:r>
    </w:p>
    <w:p>
      <w:r>
        <w:rPr>
          <w:b/>
        </w:rPr>
        <w:t xml:space="preserve">[1:10:14] </w:t>
      </w:r>
      <w:r>
        <w:t>kuntu kanzan makhfiyan fa arattu an u'rafa, fa khalaqtu al-khalqa</w:t>
      </w:r>
    </w:p>
    <w:p>
      <w:pPr>
        <w:jc w:val="right"/>
      </w:pPr>
      <w:r>
        <w:t>کنت کنز مخفیہ فارت اور فخلق الخلق</w:t>
      </w:r>
    </w:p>
    <w:p>
      <w:r>
        <w:rPr>
          <w:b/>
        </w:rPr>
        <w:t xml:space="preserve">[1:10:20] </w:t>
      </w:r>
      <w:r>
        <w:t>main ek. i was a hidden treasure that i wanted to be known, and i created man. main ek chupa hua khazana tha.</w:t>
      </w:r>
    </w:p>
    <w:p>
      <w:pPr>
        <w:jc w:val="right"/>
      </w:pPr>
      <w:r>
        <w:t>میں ایک۔ I was a hidden treasure that I wanted to be known, and I created man. میں ایک چھپا ہوا خزانہ تھا۔</w:t>
      </w:r>
    </w:p>
    <w:p>
      <w:r>
        <w:rPr>
          <w:b/>
        </w:rPr>
        <w:t xml:space="preserve">[1:10:31] </w:t>
      </w:r>
      <w:r>
        <w:t>main chaha ke logon ko meri marifat ho, to main ne insan ko paida kiya. iske baad samajhta hoon ke quran se bhi tasdeeq hoti hai, kyunke woh jo ayat hai wa ma khalaqtu al-jinn wa al-ins illa li ya'budun to li ya'budun jo hai ke maine paida kiya insan ko sirf is liye ke meri ibadat</w:t>
      </w:r>
    </w:p>
    <w:p>
      <w:pPr>
        <w:jc w:val="right"/>
      </w:pPr>
      <w:r>
        <w:t>میں چاہا کہ لوگوں کو میری معرفت ہو، تو میں نے انسان کو پیدا کیا۔ اس کے بعد سمجھتا ہوں کہ قرآن سے بھی تصدیق ہوتی ہے، کیونکہ وہ جو آیت ہے وما خلقت الجن والإنس إلا ليعبدون تو لعبدون جو ہے کہ میں نے پیدا کیا انسان کو صرف اس لیے کہ میری عبادت</w:t>
      </w:r>
    </w:p>
    <w:p>
      <w:r>
        <w:rPr>
          <w:b/>
        </w:rPr>
        <w:t xml:space="preserve">[1:10:50] </w:t>
      </w:r>
      <w:r>
        <w:t>karein. iski tashreeh ki gayi hai ke meri marifat hasil ho unko. li ya'budun ke matlab wahan pe liye gaye hain li ya'rifun to main samajhta hoon ke allah taala ne ek bohat bari blessing thi.</w:t>
      </w:r>
    </w:p>
    <w:p>
      <w:pPr>
        <w:jc w:val="right"/>
      </w:pPr>
      <w:r>
        <w:t>کریں۔ اس کی تشریح کی گئی ہے کہ میری معرفت حاصل ہو ان کو۔ لعبدون کے معنی وہاں پہ یہ گئے ليعرفون تو میں سمجھتا ہوں کہ اللہ تعالی نے ایک بہت بڑی بلیسنگ تھی۔</w:t>
      </w:r>
    </w:p>
    <w:p>
      <w:r>
        <w:rPr>
          <w:b/>
        </w:rPr>
        <w:t xml:space="preserve">[1:11:04] </w:t>
      </w:r>
      <w:r>
        <w:t>allah taala ki, allah taala ne chaha ke allah taala ne ek ek ek jannat banai, ideal world, beautiful world, perfect world.</w:t>
      </w:r>
    </w:p>
    <w:p>
      <w:pPr>
        <w:jc w:val="right"/>
      </w:pPr>
      <w:r>
        <w:t>اللہ تعالی کی، اللہ تعالی نے چاہا کہ اللہ تعالی نے ایک ایک ایک جنت بنائی، آئیڈیل ورلڈ، بیوٹی فل ورلڈ، پرفیکٹ ورلڈ۔</w:t>
      </w:r>
    </w:p>
    <w:p>
      <w:r>
        <w:rPr>
          <w:b/>
        </w:rPr>
        <w:t xml:space="preserve">[1:11:15] </w:t>
      </w:r>
      <w:r>
        <w:t>sari cheezein iske andar maujood hain.</w:t>
      </w:r>
    </w:p>
    <w:p>
      <w:pPr>
        <w:jc w:val="right"/>
      </w:pPr>
      <w:r>
        <w:t>ساری چیزیں اس کے اندر موجود ہیں۔</w:t>
      </w:r>
    </w:p>
    <w:p>
      <w:r>
        <w:rPr>
          <w:b/>
        </w:rPr>
        <w:t xml:space="preserve">[1:11:18] </w:t>
      </w:r>
      <w:r>
        <w:t>to khuda ne chaha ke ek aisi makhlooq paida ho jo isko enjoy kar sake, aur enjoy karne ki qeemat kya hai? marifat, yani khuda ki discovery, khuda ki realization.</w:t>
      </w:r>
    </w:p>
    <w:p>
      <w:pPr>
        <w:jc w:val="right"/>
      </w:pPr>
      <w:r>
        <w:t>تو خدا نے چاہا کہ ایک ایسی مخلوق پیدا ہو جو اس کو انجوائے کر سکے، اور انجوائے کرنے کی قیمت کیا ہے؟ معرفت، یعنی خدا کی ڈسکوری، خدا کی ریلائزیشن۔</w:t>
      </w:r>
    </w:p>
    <w:p>
      <w:r>
        <w:rPr>
          <w:b/>
        </w:rPr>
        <w:t xml:space="preserve">[1:11:31] </w:t>
      </w:r>
      <w:r>
        <w:t>marifat ko khuda ne iska, iski price banaya. to main samajhta hoon ke yeh khuda ki super blessing thi ke isne ek aisi makhlooq paida ki jis ke andar enjoy karne ki capacity thi.</w:t>
      </w:r>
    </w:p>
    <w:p>
      <w:pPr>
        <w:jc w:val="right"/>
      </w:pPr>
      <w:r>
        <w:t>معرفت کو خدا نے اس کا، اس کی پرائس بنایا۔ تو میں سمجھتا ہوں کہ یہ خدا کی سپر بلیسنگ تھی کہ اس نے ایک ایسی مخلوق پیدا کی جس کے اندر انجوائے کرنے کی کیپیسٹی تھی۔</w:t>
      </w:r>
    </w:p>
    <w:p>
      <w:r>
        <w:rPr>
          <w:b/>
        </w:rPr>
        <w:t xml:space="preserve">[1:11:44] </w:t>
      </w:r>
      <w:r>
        <w:t>to aap jante hain ke koi enjoy nahi kar sakta, koi</w:t>
      </w:r>
    </w:p>
    <w:p>
      <w:pPr>
        <w:jc w:val="right"/>
      </w:pPr>
      <w:r>
        <w:t>تو آپ جانتے ہیں کہ کوئی انجوائے نہیں کر سکتا، کوئی</w:t>
      </w:r>
    </w:p>
    <w:p>
      <w:r>
        <w:rPr>
          <w:b/>
        </w:rPr>
        <w:t xml:space="preserve">[1:11:48] </w:t>
      </w:r>
      <w:r>
        <w:t>yani sher ya ya hathi ya koi sense of enjoy kisi ke andar hai hi nahi, hai hi nahi kisi ke andar.</w:t>
      </w:r>
    </w:p>
    <w:p>
      <w:pPr>
        <w:jc w:val="right"/>
      </w:pPr>
      <w:r>
        <w:t>یعنی شیر یا یا ہاتھی یا کوئی سینس آف انجوائے کسی کے اندر ہے ہی نہیں، ہے ہی نہیں کسی کے اندر۔</w:t>
      </w:r>
    </w:p>
    <w:p>
      <w:r>
        <w:rPr>
          <w:b/>
        </w:rPr>
        <w:t xml:space="preserve">[1:11:58] </w:t>
      </w:r>
      <w:r>
        <w:t>abhi maine kal paper mein parha ke ek aadmi america ka hai, uske dono hath ka kisi wajah se kharab ho gaye, to plastic ke hath lagaye gaye.</w:t>
      </w:r>
    </w:p>
    <w:p>
      <w:pPr>
        <w:jc w:val="right"/>
      </w:pPr>
      <w:r>
        <w:t>ابھی میں نے کل پیپر میں پڑھا کہ ایک آدمی امریکہ کا ہے، اس کے دونوں ہاتھ کا کسی وجہ سے خراب ہو گئے، تو پلاسٹک کے ہاتھ لگائے گئے۔</w:t>
      </w:r>
    </w:p>
    <w:p>
      <w:r>
        <w:rPr>
          <w:b/>
        </w:rPr>
        <w:t xml:space="preserve">[1:12:08] </w:t>
      </w:r>
      <w:r>
        <w:t>usko dono hath uske ho gaye hain, aisi cheezein dikhai dete hain, lekin woh plastic ke hain. woh</w:t>
      </w:r>
    </w:p>
    <w:p>
      <w:pPr>
        <w:jc w:val="right"/>
      </w:pPr>
      <w:r>
        <w:t>اس کو دونوں ہاتھ اس کے ہو گئے ہیں، ایسی چیزیں دکھائی دیتے ہیں، لیکن وہ پلاسٹک کے ہیں۔ وہ</w:t>
      </w:r>
    </w:p>
    <w:p>
      <w:r>
        <w:rPr>
          <w:b/>
        </w:rPr>
        <w:t xml:space="preserve">[1:12:13] </w:t>
      </w:r>
      <w:r>
        <w:t>to isne jab apni biwi ko chhoota hai to touch karne mein jo enjoy hota hai, usko hasil nahi hota. to yeh yeh sirf insan ki sifat hai, enjoy karna.</w:t>
      </w:r>
    </w:p>
    <w:p>
      <w:pPr>
        <w:jc w:val="right"/>
      </w:pPr>
      <w:r>
        <w:t>تو اس نے جب اپنی بیوی کو چھوتا ہے تو ٹچ کرنے میں جو انجوائے ہوتا ہے، اس کو حاصل نہیں ہوتا۔ تو یہ یہ صرف انسان کی صفت ہے، انجوائے کرنا۔</w:t>
      </w:r>
    </w:p>
    <w:p>
      <w:r>
        <w:rPr>
          <w:b/>
        </w:rPr>
        <w:t xml:space="preserve">[1:12:29] </w:t>
      </w:r>
      <w:r>
        <w:t>to allah ta'ala ne ek aisi hasti paida ki insaan ki shakal mein jis ko jis ke andar sense of enjoy tha, har qism ka ke chhoone mein bhi, chho kar bhi aap enjoy karte hain, dekh kar enjoy karte hain.</w:t>
      </w:r>
    </w:p>
    <w:p>
      <w:pPr>
        <w:jc w:val="right"/>
      </w:pPr>
      <w:r>
        <w:t>تو اللہ تعالی نے ایک ایسی ہستی پیدا کی انسان کی شکل میں جس کو جس کے اندر سینس آف انجوائے تھا، ہر قسم کا کہ چھونے میں بھی، چھو کر بھی آپ انجوائے کرتے ہیں، دیکھ کر انجوائے کرتے ہیں۔</w:t>
      </w:r>
    </w:p>
    <w:p>
      <w:r>
        <w:rPr>
          <w:b/>
        </w:rPr>
        <w:t xml:space="preserve">[1:12:41] </w:t>
      </w:r>
      <w:r>
        <w:t>har cheez mein ek pleasure hota hai aap ko, aur jannat banai jahan aap fulfillment mile aap ko. aur is ki, is ki, is ki jo price bohat hi kam, marifat allah ta'ala ko daryaft karen, aap allah ta'ala ko acknowledge karen, aap allah ta'ala ki ibadat karen, aap yeh is ki qeemat hai.</w:t>
      </w:r>
    </w:p>
    <w:p>
      <w:pPr>
        <w:jc w:val="right"/>
      </w:pPr>
      <w:r>
        <w:t>ہر چیز میں ایک پلیژر ہوتا ہے آپ کو، اور جنت بنائی جہاں آپ فلفلمنٹ ملے آپ کو۔ اور اس کی، اس کی، اس کی جو پرائس بہت ہی کم، معرفت اللہ تعالی کو دریافت کریں، آپ اللہ تعالی کو اکنالج کریں، آپ اللہ تعالی کی عبادت کریں، آپ یہ اس کی قیمت ہے۔</w:t>
      </w:r>
    </w:p>
    <w:p>
      <w:r>
        <w:rPr>
          <w:b/>
        </w:rPr>
        <w:t xml:space="preserve">[1:13:01] </w:t>
      </w:r>
      <w:r>
        <w:t>to main samajhta hoon ke yeh to super blessing thi allah ta'ala ki ke is ne insaan ko banaya, aur eternal ek is ko eternity de di</w:t>
      </w:r>
    </w:p>
    <w:p>
      <w:pPr>
        <w:jc w:val="right"/>
      </w:pPr>
      <w:r>
        <w:t>تو میں سمجھتا ہوں کہ یہ تو سپر بلیسنگ تھی اللہ تعالی کی کہ اس نے انسان کو بنایا، اور ایٹرنل ایک اس کو ایٹرنیٹی دے دی</w:t>
      </w:r>
    </w:p>
    <w:p>
      <w:r>
        <w:rPr>
          <w:b/>
        </w:rPr>
        <w:t xml:space="preserve">[1:13:09] </w:t>
      </w:r>
      <w:r>
        <w:t>. yani eternally, eternally aap aap ek joy mein zindagi guzaren, to is se bari blessing kya ho sakti hai?</w:t>
      </w:r>
    </w:p>
    <w:p>
      <w:pPr>
        <w:jc w:val="right"/>
      </w:pPr>
      <w:r>
        <w:t>۔ یعنی ایٹرنلی، ایٹرنلی آپ آپ ایک جوائے میں زندگی گزاریں، تو اس سے بڑی بلیسنگ کیا ہو سکتی ہے؟</w:t>
      </w:r>
    </w:p>
    <w:p>
      <w:r>
        <w:rPr>
          <w:b/>
        </w:rPr>
        <w:t xml:space="preserve">[1:13:19] </w:t>
      </w:r>
      <w:r>
        <w:t>to main samajhta hoon ke</w:t>
      </w:r>
    </w:p>
    <w:p>
      <w:pPr>
        <w:jc w:val="right"/>
      </w:pPr>
      <w:r>
        <w:t>تو میں سمجھتا ہوں کہ</w:t>
      </w:r>
    </w:p>
    <w:p>
      <w:r>
        <w:rPr>
          <w:b/>
        </w:rPr>
        <w:t xml:space="preserve">[1:13:24] </w:t>
      </w:r>
      <w:r>
        <w:t>yeh creation jo tha allah ta'ala ka, yeh super blessing thi insaan ke liye.</w:t>
      </w:r>
    </w:p>
    <w:p>
      <w:pPr>
        <w:jc w:val="right"/>
      </w:pPr>
      <w:r>
        <w:t>یہ کریشن جو تھا اللہ تعالی کا، یہ سپر بلیسنگ تھی انسان کے لیے۔</w:t>
      </w:r>
    </w:p>
    <w:p>
      <w:r>
        <w:rPr>
          <w:b/>
        </w:rPr>
        <w:t xml:space="preserve">[1:13:32] </w:t>
      </w:r>
      <w:r>
        <w:t>this question is from mr khawaja kaleemuddin from pennsylvania.</w:t>
      </w:r>
    </w:p>
    <w:p>
      <w:pPr>
        <w:jc w:val="right"/>
      </w:pPr>
      <w:r>
        <w:t>دس کوسچن از فرام مسٹر خواجہ کلیم الدین فرام پینسلوینیا۔</w:t>
      </w:r>
    </w:p>
    <w:p>
      <w:r>
        <w:rPr>
          <w:b/>
        </w:rPr>
        <w:t xml:space="preserve">[1:13:38] </w:t>
      </w:r>
      <w:r>
        <w:t>maulana sahib, it is the known fact that the works of poet allama iqbal prove that he was a believer of monism, which is against the philosophy given by islam, that is monotheism.</w:t>
      </w:r>
    </w:p>
    <w:p>
      <w:pPr>
        <w:jc w:val="right"/>
      </w:pPr>
      <w:r>
        <w:t>مولانا صاحب، اٹ از دا نون فیکٹ دیٹ دا ورکس اف پوئٹ علامہ اقبال پروف دیٹ ہی واز ا بیلیور اف مونزم، وچ از اگینسٹ دا فلاسفی گیون بائے اسلام، دیٹ از مونتھیزم۔</w:t>
      </w:r>
    </w:p>
    <w:p>
      <w:r>
        <w:rPr>
          <w:b/>
        </w:rPr>
        <w:t xml:space="preserve">[1:13:53] </w:t>
      </w:r>
      <w:r>
        <w:t>then how come he has become so much popular among all ulema of islam except you?</w:t>
      </w:r>
    </w:p>
    <w:p>
      <w:pPr>
        <w:jc w:val="right"/>
      </w:pPr>
      <w:r>
        <w:t>دین ہاؤ کم ہی ہیز بیکم سو مچ پاپولر امنگ ال علماء اف اسلام ایکسیپٹ یو؟</w:t>
      </w:r>
    </w:p>
    <w:p>
      <w:r>
        <w:rPr>
          <w:b/>
        </w:rPr>
        <w:t xml:space="preserve">[1:14:01] </w:t>
      </w:r>
      <w:r>
        <w:t>people even went as far as saying that his poetry is nothing but the tafsir of quran. what is your comment?</w:t>
      </w:r>
    </w:p>
    <w:p>
      <w:pPr>
        <w:jc w:val="right"/>
      </w:pPr>
      <w:r>
        <w:t>پیپل ایون وینٹ ایز فار ایز سینگ دیٹ ہز پوئٹری از نتھنگ بٹ دا تفسیر اف قرآن۔ واٹ از یور کمنٹ؟</w:t>
      </w:r>
    </w:p>
    <w:p>
      <w:r>
        <w:rPr>
          <w:b/>
        </w:rPr>
        <w:t xml:space="preserve">[1:14:12] </w:t>
      </w:r>
      <w:r>
        <w:t>dekhen, iqbal ki jo popularity hui, woh jis wajah se hui, woh woh woh yeh thi ke iqbal aise logon ne paida hue jab musalman ka degeneration ho chuka tha,</w:t>
      </w:r>
    </w:p>
    <w:p>
      <w:pPr>
        <w:jc w:val="right"/>
      </w:pPr>
      <w:r>
        <w:t>دیکھیں، اقبال کی جو پاپولیرٹی ہوئی، وہ جس وجہ سے ہوئی، وہ وہ وہ یہ تھی کہ اقبال ایسے لوگوں نے پیدا ہوئے جب مسلمان کا ڈی جنریشن ہو چکا تھا،</w:t>
      </w:r>
    </w:p>
    <w:p>
      <w:r>
        <w:rPr>
          <w:b/>
        </w:rPr>
        <w:t xml:space="preserve">[1:14:27] </w:t>
      </w:r>
      <w:r>
        <w:t>yani zawal ke zamane mein thay. woh to musalmanon ke paas yani practical tor par kuch bhi nahi tha, lekin fakhr hua, yani paranoid character ban chuka tha.</w:t>
      </w:r>
    </w:p>
    <w:p>
      <w:pPr>
        <w:jc w:val="right"/>
      </w:pPr>
      <w:r>
        <w:t>یعنی زوال کے زمانے میں تھے۔ وہ تو مسلمانوں کے پاس یعنی پریکٹیکل طور پر کچھ بھی نہیں تھا، لیکن فخر ہوا، یعنی پیرانوئک کریکٹر بن چکا تھا۔</w:t>
      </w:r>
    </w:p>
    <w:p>
      <w:r>
        <w:rPr>
          <w:b/>
        </w:rPr>
        <w:t xml:space="preserve">[1:14:39] </w:t>
      </w:r>
      <w:r>
        <w:t>un ka fakhr yani ماضی par fakhr.</w:t>
      </w:r>
    </w:p>
    <w:p>
      <w:pPr>
        <w:jc w:val="right"/>
      </w:pPr>
      <w:r>
        <w:t>ان کا فخر یعنی ماضی پر فخر۔</w:t>
      </w:r>
    </w:p>
    <w:p>
      <w:r>
        <w:rPr>
          <w:b/>
        </w:rPr>
        <w:t xml:space="preserve">[1:14:42] </w:t>
      </w:r>
      <w:r>
        <w:t>english mein ek word hai paranoia, matlab past par fakhr karna, jis ko jis ko kehte hain persian mein ek badrum sultan bood ke mera baap badshah tha.</w:t>
      </w:r>
    </w:p>
    <w:p>
      <w:pPr>
        <w:jc w:val="right"/>
      </w:pPr>
      <w:r>
        <w:t>انگلش میں ایک ورڈ ہے پیرانوئیا، مطلب پاسٹ پر فخر کرنا، جس کو جس کو کہتے ہیں پرشین میں ایک بدرم سلطان بود کہ میرا باپ بادشاہ تھا۔</w:t>
      </w:r>
    </w:p>
    <w:p>
      <w:r>
        <w:rPr>
          <w:b/>
        </w:rPr>
        <w:t xml:space="preserve">[1:14:53] </w:t>
      </w:r>
      <w:r>
        <w:t>to iqbal ne yeh yeh feed kiya, ek ada di un ko iqbal ka kalam parh kar ke. un ko ek fakhr milta tha, fakhr.</w:t>
      </w:r>
    </w:p>
    <w:p>
      <w:pPr>
        <w:jc w:val="right"/>
      </w:pPr>
      <w:r>
        <w:t>تو اقبال نے یہ یہ فیڈ کیا، ایک ادا دی ان کو اقبال کا کلام پڑھ کر کے۔ ان کو ایک فخر ملتا تھا، فخر۔</w:t>
      </w:r>
    </w:p>
    <w:p>
      <w:r>
        <w:rPr>
          <w:b/>
        </w:rPr>
        <w:t xml:space="preserve">[1:15:02] </w:t>
      </w:r>
      <w:r>
        <w:t>jitna bhi aap iqbal ka kalam parhen, har har har kalam mein, un ke har shair mein ek ek fakhr mile ga aap ko.</w:t>
      </w:r>
    </w:p>
    <w:p>
      <w:pPr>
        <w:jc w:val="right"/>
      </w:pPr>
      <w:r>
        <w:t>جتنا بھی آپ اقبال کا کلام پڑھیں، ہر ہر ہر کلام میں، ان کے ہر شعر میں ایک ایک فخر ملے گا آپ کو۔</w:t>
      </w:r>
    </w:p>
    <w:p>
      <w:r>
        <w:rPr>
          <w:b/>
        </w:rPr>
        <w:t xml:space="preserve">[1:15:08] </w:t>
      </w:r>
      <w:r>
        <w:t>to ek aisi qaum jo zawal mein mubtala ho chuki thi, to us ko unhon ne intellectual level par ek fakhr diya, pride diya.</w:t>
      </w:r>
    </w:p>
    <w:p>
      <w:pPr>
        <w:jc w:val="right"/>
      </w:pPr>
      <w:r>
        <w:t>تو ایک ایسی قوم جو زوال میں مبتلا ہو چکی تھی، تو اس کو انہوں نے انٹلیکچول لیول پر ایک فخر دیا، پرائیڈ دیا۔</w:t>
      </w:r>
    </w:p>
    <w:p>
      <w:r>
        <w:rPr>
          <w:b/>
        </w:rPr>
        <w:t xml:space="preserve">[1:15:17] </w:t>
      </w:r>
      <w:r>
        <w:t>is wajah se popular ho gaye. woh is ke muqable mein agar is ko karne ka kaha jaye ke tum phir se mehnat karo, struggle karo, to woh logon ko is pe, yani is pe logon ki dilchaspi nahi hogi.</w:t>
      </w:r>
    </w:p>
    <w:p>
      <w:pPr>
        <w:jc w:val="right"/>
      </w:pPr>
      <w:r>
        <w:t>اس وجہ سے پاپولر ہو گئے۔ وہ اس کے مقابلے میں اگر اس کو کرنے کا کہا جائے کہ تم پھر سے محنت کرو، اسٹرگل کرو، تو وہ لوگوں کو اس پہ، یعنی اس پہ لوگوں کی دلچسپی نہیں ہوگی۔</w:t>
      </w:r>
    </w:p>
    <w:p>
      <w:r>
        <w:rPr>
          <w:b/>
        </w:rPr>
        <w:t xml:space="preserve">[1:15:31] </w:t>
      </w:r>
      <w:r>
        <w:t>is mein mehnat karna pare ga.</w:t>
      </w:r>
    </w:p>
    <w:p>
      <w:pPr>
        <w:jc w:val="right"/>
      </w:pPr>
      <w:r>
        <w:t>اس میں محنت کرنا پڑے گا۔</w:t>
      </w:r>
    </w:p>
    <w:p>
      <w:r>
        <w:rPr>
          <w:b/>
        </w:rPr>
        <w:t xml:space="preserve">[1:15:34] </w:t>
      </w:r>
      <w:r>
        <w:t>to baghair kuch kiye hue unhon ne fakhr de diya musalmanon ko, lafzi fakhr. jaise un ka shair hai ke guftan jahan mein aya batem sa'adat guftam ke nami sa'adat guftan ke barham zar.</w:t>
      </w:r>
    </w:p>
    <w:p>
      <w:pPr>
        <w:jc w:val="right"/>
      </w:pPr>
      <w:r>
        <w:t>تو بغیر کچھ کیے ہوئے انہوں نے فخر دے دیا مسلمانوں کو، لفظی فخر۔ جیسے ان کا شعر ہے کہ گفتن جہان میں آیا بتمی سعادت گفتم کہ نمی سعادت گفتن کے برہم زر۔</w:t>
      </w:r>
    </w:p>
    <w:p>
      <w:r>
        <w:rPr>
          <w:b/>
        </w:rPr>
        <w:t xml:space="preserve">[1:15:49] </w:t>
      </w:r>
      <w:r>
        <w:t>to yeh lafzon ka khel hai, yeh lafzon ka khel hai. momin hai to be tegh bhi ladta hai, sipahi. yeh sab lafzon ka khel hai.</w:t>
      </w:r>
    </w:p>
    <w:p>
      <w:pPr>
        <w:jc w:val="right"/>
      </w:pPr>
      <w:r>
        <w:t>تو یہ لفظوں کا کھیل ہے، یہ لفظوں کا کھیل ہے۔ مومن ہے تو بے تیغ بھی لڑتا ہے، سپاہی۔ یہ سب لفظوں کا کھیل ہے۔</w:t>
      </w:r>
    </w:p>
    <w:p>
      <w:r>
        <w:rPr>
          <w:b/>
        </w:rPr>
        <w:t xml:space="preserve">[1:15:59] </w:t>
      </w:r>
      <w:r>
        <w:t>main lahore gaya to main kuch logon se main ne kaha ke iqbal ne ek shair kaha tha ke nahi tera nashay aman qasr sultani gumbad par to shahi hai basera kar paharon ke chatanon mein.</w:t>
      </w:r>
    </w:p>
    <w:p>
      <w:pPr>
        <w:jc w:val="right"/>
      </w:pPr>
      <w:r>
        <w:t>میں لاہور گیا تو میں کچھ لوگوں سے میں نے کہا کہ اقبال نے ایک شعر کہا تھا کہ نہیں تیرا نشہ امن قصر سلطانی گنبد پر تو شاہی ہے بسیرا کر پہاڑوں کے چٹانوں میں۔</w:t>
      </w:r>
    </w:p>
    <w:p>
      <w:r>
        <w:rPr>
          <w:b/>
        </w:rPr>
        <w:t xml:space="preserve">[1:16:13] </w:t>
      </w:r>
      <w:r>
        <w:t>ab yeh sab jo hai ek ek hawai, ek ek hawai romance is ke andar hai. halankay khud unhon ne apna ghar banaya lahore mein,</w:t>
      </w:r>
    </w:p>
    <w:p>
      <w:pPr>
        <w:jc w:val="right"/>
      </w:pPr>
      <w:r>
        <w:t>اب یہ سب جو ہے ایک ایک ہوائی، ایک ایک ہوائی رومانس اس کے اندر ہے۔ حالانکہ خود انہوں نے اپنا گھر بنایا لاہور میں،</w:t>
      </w:r>
    </w:p>
    <w:p>
      <w:r>
        <w:rPr>
          <w:b/>
        </w:rPr>
        <w:t xml:space="preserve">[1:16:22] </w:t>
      </w:r>
      <w:r>
        <w:t>to ek hawai romance, ek hawai fakhr, ek hawai yani pride un ke ashaar mein milta tha musalmanon ko.</w:t>
      </w:r>
    </w:p>
    <w:p>
      <w:pPr>
        <w:jc w:val="right"/>
      </w:pPr>
      <w:r>
        <w:t>تو ایک ہوائی رومانس، ایک ہوائی فخر، ایک ہوائی یعنی پرائیڈ ان کے اشعار میں ملتا تھا مسلمانوں کو۔</w:t>
      </w:r>
    </w:p>
    <w:p>
      <w:r>
        <w:rPr>
          <w:b/>
        </w:rPr>
        <w:t xml:space="preserve">[1:16:32] </w:t>
      </w:r>
      <w:r>
        <w:t>is ki wajah se un ko maqbool ho gaya. woh</w:t>
      </w:r>
    </w:p>
    <w:p>
      <w:pPr>
        <w:jc w:val="right"/>
      </w:pPr>
      <w:r>
        <w:t>اس کی وجہ سے ان کو مقبول ہو گیا۔ وہ</w:t>
      </w:r>
    </w:p>
    <w:p>
      <w:r>
        <w:rPr>
          <w:b/>
        </w:rPr>
        <w:t xml:space="preserve">[1:16:37] </w:t>
      </w:r>
      <w:r>
        <w:t>jahan tak margins ki baat hai to yeh aik controversial baat hai. main manta hoon ke kahan margin paya jata hai, lekin kuch log is ke inkar bhi karte hain.</w:t>
      </w:r>
    </w:p>
    <w:p>
      <w:pPr>
        <w:jc w:val="right"/>
      </w:pPr>
      <w:r>
        <w:t>جہاں تک مارجنز کی بات ہے تو یہ ایک کنٹروورشل بات ہے۔ میں مانتا ہوں کہ کہاں مارجن پایا جاتا ہے، لیکن کچھ لوگ اس کے انکار بھی کرتے ہیں۔</w:t>
      </w:r>
    </w:p>
    <w:p>
      <w:r>
        <w:rPr>
          <w:b/>
        </w:rPr>
        <w:t xml:space="preserve">[1:16:47] </w:t>
      </w:r>
      <w:r>
        <w:t>to is ko main nahin le raha hoon kyunke is mein contro</w:t>
      </w:r>
    </w:p>
    <w:p>
      <w:pPr>
        <w:jc w:val="right"/>
      </w:pPr>
      <w:r>
        <w:t>تو اس کو میں نہیں لے رہا ہوں کیونکہ اس میں کنٹرو</w:t>
      </w:r>
    </w:p>
    <w:p>
      <w:r>
        <w:rPr>
          <w:b/>
        </w:rPr>
        <w:t xml:space="preserve">[1:16:50] </w:t>
      </w:r>
      <w:r>
        <w:t>versy hai. main jis ko leta hoon woh yeh hai ke aik zawaal yafta qom ko unhon ne lafzi aitbaar se alfaaz mein pride ki ghiza di, kuch kiye baghair, aik fakhar,</w:t>
      </w:r>
    </w:p>
    <w:p>
      <w:pPr>
        <w:jc w:val="right"/>
      </w:pPr>
      <w:r>
        <w:t>ورسی ہے۔ میں جس کو لیتا ہوں وہ یہ ہے کہ ایک زوال یافتہ قوم کو انہوں نے لفظی اعتبار سے الفاظ میں پرائیڈ کی غذا دی، کچھ کیے بغیر، ایک فخر،</w:t>
      </w:r>
    </w:p>
    <w:p>
      <w:r>
        <w:rPr>
          <w:b/>
        </w:rPr>
        <w:t xml:space="preserve">[1:17:03] </w:t>
      </w:r>
      <w:r>
        <w:t>ashar gunguna kar ke fakhar. yeh tha un ke maqbooliyat ka raaz.</w:t>
      </w:r>
    </w:p>
    <w:p>
      <w:pPr>
        <w:jc w:val="right"/>
      </w:pPr>
      <w:r>
        <w:t>اشعار گنگنا کر کے فخر۔ یہ تھا ان کے مقبولیت کا راز۔</w:t>
      </w:r>
    </w:p>
    <w:p>
      <w:r>
        <w:rPr>
          <w:b/>
        </w:rPr>
        <w:t xml:space="preserve">[1:17:12] </w:t>
      </w:r>
      <w:r>
        <w:t>das question is from doctor farida khanam from delhi.</w:t>
      </w:r>
    </w:p>
    <w:p>
      <w:pPr>
        <w:jc w:val="right"/>
      </w:pPr>
      <w:r>
        <w:t>دس کوسچن از فرام ڈاکٹر فریدہ خانم فرام دہلی۔</w:t>
      </w:r>
    </w:p>
    <w:p>
      <w:r>
        <w:rPr>
          <w:b/>
        </w:rPr>
        <w:t xml:space="preserve">[1:17:17] </w:t>
      </w:r>
      <w:r>
        <w:t>there is a very strange phenomenon in today world that god does not form part of even the religious minded people who pray regularly fast and pay zakat.</w:t>
      </w:r>
    </w:p>
    <w:p>
      <w:pPr>
        <w:jc w:val="right"/>
      </w:pPr>
      <w:r>
        <w:t>دیر از ا ویری سٹرینج فیناومینا ان ٹوڈے ورلڈ دیٹ گاڈ ڈز ناٹ فارم پارٹ اف ایون دا ریلیجیس مائنڈڈ پیپل ہو پری ریگولرلی فاسٹ اینڈ پے زکوۃ۔</w:t>
      </w:r>
    </w:p>
    <w:p>
      <w:r>
        <w:rPr>
          <w:b/>
        </w:rPr>
        <w:t xml:space="preserve">[1:17:31] </w:t>
      </w:r>
      <w:r>
        <w:t>you may talk to them for hours, but not even once. god will figure in their conversation. what type of religiosity is this that people are so far away from god and paradise?</w:t>
      </w:r>
    </w:p>
    <w:p>
      <w:pPr>
        <w:jc w:val="right"/>
      </w:pPr>
      <w:r>
        <w:t>یو می ٹاک ٹو دیم فار اورز، بٹ ناٹ ایون ونس۔ گاڈ ویل فگر ان دیر کنورسیشن۔ واٹ ٹائپ اف ریلیجیسٹی از دس دیٹ پیپل ار سو فار اوے فرام گاڈ اینڈ پیراڈائز؟</w:t>
      </w:r>
    </w:p>
    <w:p>
      <w:r>
        <w:rPr>
          <w:b/>
        </w:rPr>
        <w:t xml:space="preserve">[1:17:46] </w:t>
      </w:r>
      <w:r>
        <w:t>they don't think of the hereafter and lead their life as if they are going to live in this world for ever. dekhen, yeh mujhe bhi bar bar aisa hota hai.</w:t>
      </w:r>
    </w:p>
    <w:p>
      <w:pPr>
        <w:jc w:val="right"/>
      </w:pPr>
      <w:r>
        <w:t>دے ڈونٹ تھنک اف دی ہیر افٹر اینڈ لیڈ دیر لائف ایز اف دے ار گوئنگ ٹو لیو ان دس ورلڈ فار ایور۔ دیکھیں، یہ مجھے بھی بار بار ایسا ہوتا ہے۔</w:t>
      </w:r>
    </w:p>
    <w:p>
      <w:r>
        <w:rPr>
          <w:b/>
        </w:rPr>
        <w:t xml:space="preserve">[1:18:00] </w:t>
      </w:r>
      <w:r>
        <w:t>abhi recently main chand din hue aik sahib se mulaqat hui,</w:t>
      </w:r>
    </w:p>
    <w:p>
      <w:pPr>
        <w:jc w:val="right"/>
      </w:pPr>
      <w:r>
        <w:t>ابھی ریسنٹلی میں چند دن ہوئے ایک صاحب سے ملاقات ہوئی،</w:t>
      </w:r>
    </w:p>
    <w:p>
      <w:r>
        <w:rPr>
          <w:b/>
        </w:rPr>
        <w:t xml:space="preserve">[1:18:07] </w:t>
      </w:r>
      <w:r>
        <w:t>lekin rozana hi hoti rehti hai ke un se der tak baatein kijiye aur musalmanon ke masail aur musalmanon ki tareekh is par khoob baatein karenge woh, lekin khuda ka charcha kuch bhi nahin hoga un ke haan.</w:t>
      </w:r>
    </w:p>
    <w:p>
      <w:pPr>
        <w:jc w:val="right"/>
      </w:pPr>
      <w:r>
        <w:t>لیکن روزانہ ہی ہوتی رہتی ہے کہ ان سے دیر تک باتیں کیجئے اور مسلمانوں کے مسائل اور مسلمانوں کی تاریخ اس پر خوب باتیں کریں گے وہ، لیکن خدا کا چرچہ کچھ بھی نہیں ہوگا ان کے ہاں۔</w:t>
      </w:r>
    </w:p>
    <w:p>
      <w:r>
        <w:rPr>
          <w:b/>
        </w:rPr>
        <w:t xml:space="preserve">[1:18:24] </w:t>
      </w:r>
      <w:r>
        <w:t>khuda ki mohabbat, khuda ka khauf, jannat, in sab jo koi charcha hi nahin hoga un ka.</w:t>
      </w:r>
    </w:p>
    <w:p>
      <w:pPr>
        <w:jc w:val="right"/>
      </w:pPr>
      <w:r>
        <w:t>خدا کی محبت، خدا کا خوف، جنت، ان سب جو کوئی چرچہ ہی نہیں ہوگا ان کا۔</w:t>
      </w:r>
    </w:p>
    <w:p>
      <w:r>
        <w:rPr>
          <w:b/>
        </w:rPr>
        <w:t xml:space="preserve">[1:18:29] </w:t>
      </w:r>
      <w:r>
        <w:t>to is ki wajah kya hai? yeh maine parha aik aik shakhs ka, aik aik aik scholar ne likha hai ke ke religion begins as an ideology, but after some generations is reduced to a culture.</w:t>
      </w:r>
    </w:p>
    <w:p>
      <w:pPr>
        <w:jc w:val="right"/>
      </w:pPr>
      <w:r>
        <w:t>تو اس کی وجہ کیا ہے؟ یہ میں نے پڑھا ایک ایک شخص کا، ایک ایک ایک اسکالر نے لکھا ہے کہ کہ ریلیجن بگنز ایز این ائیڈیالوجی، بٹ افٹر سم جنریشنز از ریڈیوسڈ ٹو ا کلچر۔</w:t>
      </w:r>
    </w:p>
    <w:p>
      <w:r>
        <w:rPr>
          <w:b/>
        </w:rPr>
        <w:t xml:space="preserve">[1:18:48] </w:t>
      </w:r>
      <w:r>
        <w:t>aaj ka jo islam hai woh cultural islam hai, woh islam nahin jo sahaba ka islam tha.</w:t>
      </w:r>
    </w:p>
    <w:p>
      <w:pPr>
        <w:jc w:val="right"/>
      </w:pPr>
      <w:r>
        <w:t>آج کا جو اسلام ہے وہ کلچرل اسلام ہے، وہ اسلام نہیں جو صحابہ کا اسلام تھا۔</w:t>
      </w:r>
    </w:p>
    <w:p>
      <w:r>
        <w:rPr>
          <w:b/>
        </w:rPr>
        <w:t xml:space="preserve">[1:18:55] </w:t>
      </w:r>
      <w:r>
        <w:t>sahaba ka islam jo tha, us mein unhon ne in in in ko discovery hui khuda ki, un ko discovery hui sachai ki, un ko discovery hui ke yeh quran jo hai khuda ki kitab hai.</w:t>
      </w:r>
    </w:p>
    <w:p>
      <w:pPr>
        <w:jc w:val="right"/>
      </w:pPr>
      <w:r>
        <w:t>صحابہ کا اسلام جو تھا، اس میں انہوں نے ان ان ان کو ڈسکوری ہوئی خدا کی، ان کو ڈسکوری ہوئی سچائی کی، ان کو ڈسکوری ہوئی کہ یہ قرآن جو ہے خدا کی کتاب ہے۔</w:t>
      </w:r>
    </w:p>
    <w:p>
      <w:r>
        <w:rPr>
          <w:b/>
        </w:rPr>
        <w:t xml:space="preserve">[1:19:09] </w:t>
      </w:r>
      <w:r>
        <w:t>to un ka un ki jo starting thi woh discovery se hui thi. phir un ki zindagi mein aik aik change aaya, inqilaab aaya, aik revolution aaya. to phir un ke haan khuda ki barai thi, jannat ka ehsaas tha, jahannum ka ehsaas tha, sari baatein thi.</w:t>
      </w:r>
    </w:p>
    <w:p>
      <w:pPr>
        <w:jc w:val="right"/>
      </w:pPr>
      <w:r>
        <w:t>تو ان کا ان کی جو سٹارٹنگ تھی وہ ڈسکوری سے ہوئی تھی۔ پھر ان کی زندگی میں ایک ایک چینج آیا، انقلاب آیا، ایک ریولوشن آیا۔ تو پھر ان کے ہاں خدا کی بڑائی تھی، جنت کا احساس تھا، جہنم کا احساس تھا، ساری باتیں تھیں۔</w:t>
      </w:r>
    </w:p>
    <w:p>
      <w:r>
        <w:rPr>
          <w:b/>
        </w:rPr>
        <w:t xml:space="preserve">[1:19:24] </w:t>
      </w:r>
      <w:r>
        <w:t>aaj ke musalman jo hain, jo sainkaron generation ke baad yeh musalman hain, to yeh to aik islam, aik in aik aik cultural islam hai.</w:t>
      </w:r>
    </w:p>
    <w:p>
      <w:pPr>
        <w:jc w:val="right"/>
      </w:pPr>
      <w:r>
        <w:t>آج کے مسلمان جو ہیں، جو سینکڑوں جنریشن کے بعد یہ مسلمان ہیں، تو یہ تو ایک اسلام، ایک ان ایک ایک کلچرل اسلام ہے۔</w:t>
      </w:r>
    </w:p>
    <w:p>
      <w:r>
        <w:rPr>
          <w:b/>
        </w:rPr>
        <w:t xml:space="preserve">[1:19:35] </w:t>
      </w:r>
      <w:r>
        <w:t>is par woh hain, woh islam par nahin hain, woh mini mata ke islam par hain, hatta ke namaz bhi aik cultural part hai. main masjidon mein jata hoon to lagta hai ke yeh yeh point of socialization hai.</w:t>
      </w:r>
    </w:p>
    <w:p>
      <w:pPr>
        <w:jc w:val="right"/>
      </w:pPr>
      <w:r>
        <w:t>اس پر وہ ہیں، وہ اسلام پر نہیں ہیں، وہ منی ماتا کے اسلام پر ہیں، حتی کہ نماز بھی ایک کلچرل پارٹ ہے۔ میں مسجدوں میں جاتا ہوں تو لگتا ہے کہ یہ یہ پوائنٹ اف سوشلائزیشن ہے۔</w:t>
      </w:r>
    </w:p>
    <w:p>
      <w:r>
        <w:rPr>
          <w:b/>
        </w:rPr>
        <w:t xml:space="preserve">[1:19:48] </w:t>
      </w:r>
      <w:r>
        <w:t>yeh masjid in ke liye aktha hui hai, baaz cheezein kar rahe hain, chale gaye. is</w:t>
      </w:r>
    </w:p>
    <w:p>
      <w:pPr>
        <w:jc w:val="right"/>
      </w:pPr>
      <w:r>
        <w:t>یہ مسجد ان کے لیے اکٹھا ہوئی ہے، بعض چیزیں کر رہے ہیں، چلے گئے۔ اس</w:t>
      </w:r>
    </w:p>
    <w:p>
      <w:r>
        <w:rPr>
          <w:b/>
        </w:rPr>
        <w:t xml:space="preserve">[1:19:53] </w:t>
      </w:r>
      <w:r>
        <w:t>bar aik misaal bhi deta hoon aap ko sahaba ki aur is ka farq samajhne ke liye. sahaba ke baray mein aata hai ke jab woh aate the namaz parhne ke liye to namaz parh kar jab niklte the, woh to aik aik sahabi khamosh hota tha, chup chap masjid se nikla, bilkul chup chap ghar chala jata tha, woh baat nahin karta tha.</w:t>
      </w:r>
    </w:p>
    <w:p>
      <w:pPr>
        <w:jc w:val="right"/>
      </w:pPr>
      <w:r>
        <w:t>بار ایک مثال بھی دیتا ہوں آپ کو صحابہ کی اور اس کا فرق سمجھنے کے لیے۔ صحابہ کے بارے میں آتا ہے کہ جب وہ آتے تھے نماز پڑھنے کے لیے تو نماز پڑھ کر جب نکلتے تھے، وہ تو ایک ایک صحابی خاموش ہوتا تھا، چپ چاپ مسجد سے نکلا، بالکل چپ چاپ گھر چلا جاتا تھا، وہ بات نہیں کرتا تھا۔</w:t>
      </w:r>
    </w:p>
    <w:p>
      <w:r>
        <w:rPr>
          <w:b/>
        </w:rPr>
        <w:t xml:space="preserve">[1:20:18] </w:t>
      </w:r>
      <w:r>
        <w:t>woh</w:t>
      </w:r>
    </w:p>
    <w:p>
      <w:pPr>
        <w:jc w:val="right"/>
      </w:pPr>
      <w:r>
        <w:t>وہ</w:t>
      </w:r>
    </w:p>
    <w:p>
      <w:r>
        <w:rPr>
          <w:b/>
        </w:rPr>
        <w:t xml:space="preserve">[1:20:20] </w:t>
      </w:r>
      <w:r>
        <w:t>aaj jab kisi bhi masjid mein aap jaiye, jab masjid musalman se niklte hain musalman to foran baat shuru ho jati hai. duniya ki baat hai, job ki baat, business ki baat, ghar ki baat, family ki baat.</w:t>
      </w:r>
    </w:p>
    <w:p>
      <w:pPr>
        <w:jc w:val="right"/>
      </w:pPr>
      <w:r>
        <w:t>آج جب کسی بھی مسجد میں آپ جائیے، جب مسجد مسلمان سے نکلتے ہیں مسلمان تو فوراً بات شروع ہو جاتی ہے۔ دنیا کی بات ہے، جاب کی بات، بزنس کی بات، گھر کی بات، فیملی کی بات۔</w:t>
      </w:r>
    </w:p>
    <w:p>
      <w:r>
        <w:rPr>
          <w:b/>
        </w:rPr>
        <w:t xml:space="preserve">[1:20:34] </w:t>
      </w:r>
      <w:r>
        <w:t>yani sahaba jo namaz parhte the to us waqt un ko khuda yaad aata tha, jannat o jahannum ka ehsaas jagta tha, aur woh un ki dimagh chha jata tha.</w:t>
      </w:r>
    </w:p>
    <w:p>
      <w:pPr>
        <w:jc w:val="right"/>
      </w:pPr>
      <w:r>
        <w:t>یعنی صحابہ جو نماز پڑھتے تھے تو اس وقت ان کو خدا یاد آتا تھا، جنت و جہنم کا احساس جاگتا تھا، اور وہ ان کی دماغ چھا جاتا تھا۔</w:t>
      </w:r>
    </w:p>
    <w:p>
      <w:r>
        <w:rPr>
          <w:b/>
        </w:rPr>
        <w:t xml:space="preserve">[1:20:45] </w:t>
      </w:r>
      <w:r>
        <w:t>isi chhaaye hue zehan ke tehat niklte hain dobara, isi ko soch rahe hain,</w:t>
      </w:r>
    </w:p>
    <w:p>
      <w:pPr>
        <w:jc w:val="right"/>
      </w:pPr>
      <w:r>
        <w:t>اسی چھائے ہوئے ذہن کے تحت نکلتے ہیں دوبارہ، اسی کو سوچ رہے ہیں،</w:t>
      </w:r>
    </w:p>
    <w:p>
      <w:r>
        <w:rPr>
          <w:b/>
        </w:rPr>
        <w:t xml:space="preserve">[1:20:50] </w:t>
      </w:r>
      <w:r>
        <w:t>yani is khuda ke baray mein soch rahe hain, jannat ke baray mein soch rahe hain, jahannum ke baray mein soch rahe hain, akhirat ke pakad ke baray mein soch rahe hain. is ehsaas mein woh masjid se nikal ghar jate the.</w:t>
      </w:r>
    </w:p>
    <w:p>
      <w:pPr>
        <w:jc w:val="right"/>
      </w:pPr>
      <w:r>
        <w:t>یعنی اس خدا کے بارے میں سوچ رہے ہیں، جنت کے بارے میں سوچ رہے ہیں، جہنم کے بارے میں سوچ رہے ہیں، آخرت کے پکڑ کے بارے میں سوچ رہے ہیں۔ اس احساس میں وہ مسجد سے نکل گھر جاتے تھے۔</w:t>
      </w:r>
    </w:p>
    <w:p>
      <w:r>
        <w:rPr>
          <w:b/>
        </w:rPr>
        <w:t xml:space="preserve">[1:21:00] </w:t>
      </w:r>
      <w:r>
        <w:t>woh ab kya hai? unhon ne bas aik rasam ada kar li, be soche samjhe, aik rituals ke tor par. to un ke in ke andar koi ehsaas nahin jaaga, un ke andar koi shaoor nahin jaaga.</w:t>
      </w:r>
    </w:p>
    <w:p>
      <w:pPr>
        <w:jc w:val="right"/>
      </w:pPr>
      <w:r>
        <w:t>وہ اب کیا ہے؟ انہوں نے بس ایک رسم ادا کر لی، بے سوچے سمجھے، ایک ریچولز کے طور پر۔ تو ان کے ان کے اندر کوئی احساس نہیں جاگا، ان کے اندر کوئی شعور نہیں جاگا۔</w:t>
      </w:r>
    </w:p>
    <w:p>
      <w:r>
        <w:rPr>
          <w:b/>
        </w:rPr>
        <w:t xml:space="preserve">[1:21:15] </w:t>
      </w:r>
      <w:r>
        <w:t>to yeh yeh to yeh namaz ka hai, yeh to aik culture ka hissa hai. yeh bhi</w:t>
      </w:r>
    </w:p>
    <w:p>
      <w:pPr>
        <w:jc w:val="right"/>
      </w:pPr>
      <w:r>
        <w:t>تو یہ یہ تو یہ نماز کا ہے، یہ تو ایک کلچر کا حصہ ہے۔ یہ بھی</w:t>
      </w:r>
    </w:p>
    <w:p>
      <w:r>
        <w:rPr>
          <w:b/>
        </w:rPr>
        <w:t xml:space="preserve">[1:21:20] </w:t>
      </w:r>
      <w:r>
        <w:t>to aaj ka musalman jo hai aik cultural islam par hai, isi liye is ka un ke haan woh sab baatein nahin hain jo sahaba ke haan hua karti theen. mein apna aik tajurba bataoon aap ko, bohat hi dardnak tajurba.</w:t>
      </w:r>
    </w:p>
    <w:p>
      <w:pPr>
        <w:jc w:val="right"/>
      </w:pPr>
      <w:r>
        <w:t>تو آج کا مسلمان جو ہے ایک کلچرل اسلام پر ہے، اسی لیے اس کا ان کے ہاں وہ سب باتیں نہیں ہیں جو صحابہ کے ہاں ہوا کرتی تھیں۔ میں اپنا ایک تجربہ بتاؤں آپ کو، بہت ہی دردناک تجربہ۔</w:t>
      </w:r>
    </w:p>
    <w:p>
      <w:r>
        <w:rPr>
          <w:b/>
        </w:rPr>
        <w:t xml:space="preserve">[1:21:34] </w:t>
      </w:r>
      <w:r>
        <w:t>jab mein rampur mein tha to wahan par jahri namaz mein parhaya karta tha. aik masjid thi, us mein jahri namaz ke maani hotay hain,</w:t>
      </w:r>
    </w:p>
    <w:p>
      <w:pPr>
        <w:jc w:val="right"/>
      </w:pPr>
      <w:r>
        <w:t>جب میں رام پور میں تھا تو وہاں پر جہری نماز میں پڑھایا کرتا تھا۔ ایک مسجد تھی، اس میں جہری نماز کے معنی ہوتے ہیں،</w:t>
      </w:r>
    </w:p>
    <w:p>
      <w:r>
        <w:rPr>
          <w:b/>
        </w:rPr>
        <w:t xml:space="preserve">[1:21:45] </w:t>
      </w:r>
      <w:r>
        <w:t>yani khaas tor par isha aur fajar ki namaz, jis mein buland awaz se quran ki tilawat ki jati hai. to isha ki namaz aur fajar ki namaz mein parhaya karta tha.</w:t>
      </w:r>
    </w:p>
    <w:p>
      <w:pPr>
        <w:jc w:val="right"/>
      </w:pPr>
      <w:r>
        <w:t>یعنی خاص طور پر عشاء اور فجر کی نماز، جس میں بلند آواز سے قرآن کی تلاوت کی جاتی ہے۔ تو عشاء کی نماز اور فجر کی نماز میں پڑھایا کرتا تھا۔</w:t>
      </w:r>
    </w:p>
    <w:p>
      <w:r>
        <w:rPr>
          <w:b/>
        </w:rPr>
        <w:t xml:space="preserve">[1:21:57] </w:t>
      </w:r>
      <w:r>
        <w:t>to aik sahab thay jo bohat pabandi se atay thay namaz parhne ke liye masjid mein. to kuch dinon ke baad masjid chhor di unhon ne ke mein is masjid mein nahin namaz parhoon ga.</w:t>
      </w:r>
    </w:p>
    <w:p>
      <w:pPr>
        <w:jc w:val="right"/>
      </w:pPr>
      <w:r>
        <w:t>تو ایک صاحب تھے جو بہت پابندی سے آتے تھے نماز پڑھنے کے لیے مسجد میں۔ تو کچھ دنوں کے بعد مسجد چھوڑ دی انہوں نے کہ میں اس مسجد میں نہیں نماز پڑھوں گا۔</w:t>
      </w:r>
    </w:p>
    <w:p>
      <w:r>
        <w:rPr>
          <w:b/>
        </w:rPr>
        <w:t xml:space="preserve">[1:22:10] </w:t>
      </w:r>
      <w:r>
        <w:t>to poocha gaya to unhon ne kaha ke mein jab qirat karta tha, qirat to mujhe aansu nikal partay thay quran ki qirat karte hue.</w:t>
      </w:r>
    </w:p>
    <w:p>
      <w:pPr>
        <w:jc w:val="right"/>
      </w:pPr>
      <w:r>
        <w:t>تو پوچھا گیا تو انہوں نے کہا کہ میں جب قرأت کرتا تھا، قرأت تو مجھے آنسو نکل پڑتے تھے قرآن کی قرأت کرتے ہوئے۔</w:t>
      </w:r>
    </w:p>
    <w:p>
      <w:r>
        <w:rPr>
          <w:b/>
        </w:rPr>
        <w:t xml:space="preserve">[1:22:19] </w:t>
      </w:r>
      <w:r>
        <w:t>jaise mein qirat kiya, mein ne keh yom yafir al-baroo min akhi wa-ummi wa-abi wa-sahibatihi wa-bani li kullin minhum yom insaan yughni wujooh yom musfarah zaahiqah mustabshirah wa-wujooh yom ghawrah qatrah kaafirah al-fajr ab is tarah ke parhta tha mein namaz mein to aansu nikal padte the, dil tarap uthta tha.</w:t>
      </w:r>
    </w:p>
    <w:p>
      <w:pPr>
        <w:jc w:val="right"/>
      </w:pPr>
      <w:r>
        <w:t>جیسے میں قرأت کیا، میں نے کہ یوم یفر البرو من اخی وامی وابی وصاحبتہ وبنی لکل منہم یوم انسان یغنی وجوہ یوم مسفرہ زاہقت مستبشرہ ووجوہ یوم غور قطرہ کفرۃ الفجر اب اس طرح کے پڑھتا تھا میں نماز میں تو آنسو نکل پڑتے تھے، دل تڑپ اٹھتا تھا۔</w:t>
      </w:r>
    </w:p>
    <w:p>
      <w:r>
        <w:rPr>
          <w:b/>
        </w:rPr>
        <w:t xml:space="preserve">[1:22:46] </w:t>
      </w:r>
      <w:r>
        <w:t>to unhon ne kaha yeh kaun si namaz hai?</w:t>
      </w:r>
    </w:p>
    <w:p>
      <w:pPr>
        <w:jc w:val="right"/>
      </w:pPr>
      <w:r>
        <w:t>تو انہوں نے کہا یہ کون سی نماز ہے؟</w:t>
      </w:r>
    </w:p>
    <w:p>
      <w:r>
        <w:rPr>
          <w:b/>
        </w:rPr>
        <w:t xml:space="preserve">[1:22:48] </w:t>
      </w:r>
      <w:r>
        <w:t>rone ki kya zaroorat hai namaz mein? yaani yeh baat sacha waqea hai. yeh to woh jante nahi the ke sahaba to namaz mein rote hi the, sahaba ki namaz hoti thi, namaz mein rote the.</w:t>
      </w:r>
    </w:p>
    <w:p>
      <w:pPr>
        <w:jc w:val="right"/>
      </w:pPr>
      <w:r>
        <w:t>رونے کی کیا ضرورت ہے نماز میں؟ یعنی یہ بات سچا واقعہ ہے۔ یہ تو وہ جانتے نہیں تھے کہ صحابہ تو نماز میں روتے ہی تھے، صحابہ کی نماز ہوتی تھی، نماز میں روتے تھے۔</w:t>
      </w:r>
    </w:p>
    <w:p>
      <w:r>
        <w:rPr>
          <w:b/>
        </w:rPr>
        <w:t xml:space="preserve">[1:23:01] </w:t>
      </w:r>
      <w:r>
        <w:t>woh kyun? jab aap quran ko padhenge, is mein is mein khuda ki badai, jannat ka charcha, jahannum ki aag, yeh sab padhenge to kaise na roenge aap?</w:t>
      </w:r>
    </w:p>
    <w:p>
      <w:pPr>
        <w:jc w:val="right"/>
      </w:pPr>
      <w:r>
        <w:t>وہ کیوں؟ جب آپ قرآن کو پڑھیں گے، اس میں اس میں خدا کی بڑائی، جنت کا چرچہ، جہنم کی آگ، یہ سب پڑھیں گے تو کیسے نہ روئیں گے آپ؟</w:t>
      </w:r>
    </w:p>
    <w:p>
      <w:r>
        <w:rPr>
          <w:b/>
        </w:rPr>
        <w:t xml:space="preserve">[1:23:14] </w:t>
      </w:r>
      <w:r>
        <w:t>aap ka dil kaise nahi tarpega?</w:t>
      </w:r>
    </w:p>
    <w:p>
      <w:pPr>
        <w:jc w:val="right"/>
      </w:pPr>
      <w:r>
        <w:t>آپ کا دل کیسے نہیں تڑپے گا؟</w:t>
      </w:r>
    </w:p>
    <w:p>
      <w:r>
        <w:rPr>
          <w:b/>
        </w:rPr>
        <w:t xml:space="preserve">[1:23:18] </w:t>
      </w:r>
      <w:r>
        <w:t>to unhon ne wahan namaz padhna chhod diya ke yeh kaun si namaz hai? kyun? woh samajhte the namaz ke mani rituals, ek rituals hain, us ko ada kar lo bas.</w:t>
      </w:r>
    </w:p>
    <w:p>
      <w:pPr>
        <w:jc w:val="right"/>
      </w:pPr>
      <w:r>
        <w:t>تو انہوں نے وہاں نماز پڑھنا چھوڑ دیا کہ یہ کون سی نماز ہے؟ کیوں؟ وہ سمجھتے تھے نماز کے معنی ریچولز، ایک ریچولز ہیں، اس کو ادا کر لو بس۔</w:t>
      </w:r>
    </w:p>
    <w:p>
      <w:r>
        <w:rPr>
          <w:b/>
        </w:rPr>
        <w:t xml:space="preserve">[1:23:28] </w:t>
      </w:r>
      <w:r>
        <w:t>yaani spirit-less namaz hoti hai logon ki, yeh saare musalmanon ki. kisi masjid mein chale jaiye, aap ja ke dekh lijiye, un ki ek ek baat se pata chalega ke namaz un ke liye kahin rituals hai, spirit-less rituals, ek be-rooh kuch rituals.</w:t>
      </w:r>
    </w:p>
    <w:p>
      <w:pPr>
        <w:jc w:val="right"/>
      </w:pPr>
      <w:r>
        <w:t>یعنی اسپرٹ لیس نماز ہوتی ہے لوگوں کی، یہ سارے مسلمانوں کی۔ کسی مسجد میں چلے جائیے، آپ جا کے دیکھ لیجئے، ان کی ایک ایک بات سے پتہ چلے گا کہ نماز ان کے لیے کہیں ریچولز ہے، اسپرٹ لیس ریچولز، ایک بے روح کچھ ریچولز۔</w:t>
      </w:r>
    </w:p>
    <w:p>
      <w:r>
        <w:rPr>
          <w:b/>
        </w:rPr>
        <w:t xml:space="preserve">[1:23:48] </w:t>
      </w:r>
      <w:r>
        <w:t>to un un ke andar kahan se hoga? woh sab baatein aayengi. to beharhaal, mein is mein mujhe zara bhi shakk nahi ke aaj jo islam hai logon ke andar, woh islam nahi hai, woh islam ke naam par ek culture hai.</w:t>
      </w:r>
    </w:p>
    <w:p>
      <w:pPr>
        <w:jc w:val="right"/>
      </w:pPr>
      <w:r>
        <w:t>تو ان ان کے اندر کہاں سے ہوگا؟ وہ سب باتیں آئیں گی۔ تو بہرحال، میں اس میں مجھے ذرا بھی شک نہیں کہ آج جو اسلام ہے لوگوں کے اندر، وہ اسلام نہیں ہے، وہ اسلام کے نام پر ایک کلچر ہے۔</w:t>
      </w:r>
    </w:p>
    <w:p>
      <w:r>
        <w:rPr>
          <w:b/>
        </w:rPr>
        <w:t xml:space="preserve">[1:23:59] </w:t>
      </w:r>
      <w:r>
        <w:t>culture yahan se le ke america tak yahi haal hai, har mulk mein yahi haal hai ke islam ke naam par ek culture hai, jis tarah doosri qaumon mein culture hai, hinduo mein hindu mazhab nahi hai, cultural mazhab hai,</w:t>
      </w:r>
    </w:p>
    <w:p>
      <w:pPr>
        <w:jc w:val="right"/>
      </w:pPr>
      <w:r>
        <w:t>کلچر یہاں سے لے کے امریکہ تک یہی حال ہے، ہر ملک میں یہی حال ہے کہ اسلام کے نام پر ایک کلچر ہے، جس طرح دوسری قوموں میں کلچر ہے، ہندوؤں میں ہندو مذہب نہیں ہے، کلچرل مذہب ہے،</w:t>
      </w:r>
    </w:p>
    <w:p>
      <w:r>
        <w:rPr>
          <w:b/>
        </w:rPr>
        <w:t xml:space="preserve">[1:24:13] </w:t>
      </w:r>
      <w:r>
        <w:t>sikho mein sikh sikhism nahi hai, ek ek ek ek culture hai, jis par woh chal rahe hain. woh log sab kya? is liye mazhab ke spirit kahin bhi nahi hai, ek culture hai, jis par woh chale ja rahe hain.</w:t>
      </w:r>
    </w:p>
    <w:p>
      <w:pPr>
        <w:jc w:val="right"/>
      </w:pPr>
      <w:r>
        <w:t>سکھوں میں سکھ سکھزم نہیں ہے، ایک ایک ایک ایک کلچر ہے، جس پر وہ چل رہے ہیں۔ وہ لوگ سب کیا؟ اس لیے مذہب کے اسپرٹ کہیں بھی نہیں ہے، ایک کلچر ہے، جس پر وہ چلے جا رہے ہیں۔</w:t>
      </w:r>
    </w:p>
    <w:p>
      <w:r>
        <w:rPr>
          <w:b/>
        </w:rPr>
        <w:t xml:space="preserve">[1:24:27] </w:t>
      </w:r>
      <w:r>
        <w:t>wohi musalmanon ka haal ho gaya hai. to cultural islam mein woh baatein kahan se aayengi, jo sahaba kiram mein hua karti thi?</w:t>
      </w:r>
    </w:p>
    <w:p>
      <w:pPr>
        <w:jc w:val="right"/>
      </w:pPr>
      <w:r>
        <w:t>وہی مسلمانوں کا حال ہو گیا ہے۔ تو کلچرل اسلام میں وہ باتیں کہاں سے آئیں گی، جو صحابہ کرام میں ہوا کرتی تھیں؟</w:t>
      </w:r>
    </w:p>
    <w:p>
      <w:r>
        <w:rPr>
          <w:b/>
        </w:rPr>
        <w:t xml:space="preserve">[1:24:37] </w:t>
      </w:r>
      <w:r>
        <w:t>das question is from miss ayesha from delhi.</w:t>
      </w:r>
    </w:p>
    <w:p>
      <w:pPr>
        <w:jc w:val="right"/>
      </w:pPr>
      <w:r>
        <w:t>دس کوسچن از فرام مس عائشہ فرام دہلی۔</w:t>
      </w:r>
    </w:p>
    <w:p>
      <w:r>
        <w:rPr>
          <w:b/>
        </w:rPr>
        <w:t xml:space="preserve">[1:24:42] </w:t>
      </w:r>
      <w:r>
        <w:t>maulana, what does the words "ashhad hubban lillah" mean kindly emphasize on "ashhad"? wal-ladheena aamanoo ashadd ashhad nahi hai, ha nahi hai is mein.</w:t>
      </w:r>
    </w:p>
    <w:p>
      <w:pPr>
        <w:jc w:val="right"/>
      </w:pPr>
      <w:r>
        <w:t>مولانا، واٹ ڈز دا ورڈز "اشھد حبا للہ" مین کائنڈلی ایمفسائز ان "اشھد"؟ والذین آمنوا اشد اشھد نہیں ہے، ہ نہیں ہے اس میں۔</w:t>
      </w:r>
    </w:p>
    <w:p>
      <w:r>
        <w:rPr>
          <w:b/>
        </w:rPr>
        <w:t xml:space="preserve">[1:24:55] </w:t>
      </w:r>
      <w:r>
        <w:t>wal-ladheena aamanoo ashadd hubban lillah yeh hai. wal-ladheena aamanoo ashadd hubban lillah yaani yeh momin ki definition di gayi hai ke momin kaun hota hai.</w:t>
      </w:r>
    </w:p>
    <w:p>
      <w:pPr>
        <w:jc w:val="right"/>
      </w:pPr>
      <w:r>
        <w:t>والذین آمنوا اشد حبا للہ یہ ہے۔ والذین آمنوا اشد حبا للہ یعنی یہ مومن کی ڈیفینیشن دی گئی ہے کہ مومن کون ہوتا ہے۔</w:t>
      </w:r>
    </w:p>
    <w:p>
      <w:r>
        <w:rPr>
          <w:b/>
        </w:rPr>
        <w:t xml:space="preserve">[1:25:09] </w:t>
      </w:r>
      <w:r>
        <w:t>is ka translation hai is words ka. aur jo hain believer, woh sab se zyada mohabbat karte hain Allah se.</w:t>
      </w:r>
    </w:p>
    <w:p>
      <w:pPr>
        <w:jc w:val="right"/>
      </w:pPr>
      <w:r>
        <w:t>اس کا ٹرانسیشن ہے اس ورڈز کا۔ اور جو ہیں بیلیور، وہ سب سے زیادہ محبت کرتے ہیں اللہ سے۔</w:t>
      </w:r>
    </w:p>
    <w:p>
      <w:r>
        <w:rPr>
          <w:b/>
        </w:rPr>
        <w:t xml:space="preserve">[1:25:22] </w:t>
      </w:r>
      <w:r>
        <w:t>aur jo hain iman laane wale, woh sab se zyada mohabbat karte hain Allah se. to yeh is ka translation hai. is ka matlab kya hua</w:t>
      </w:r>
    </w:p>
    <w:p>
      <w:pPr>
        <w:jc w:val="right"/>
      </w:pPr>
      <w:r>
        <w:t>اور جو ہیں ایمان لانے والے، وہ سب سے زیادہ محبت کرتے ہیں اللہ سے۔ تو یہ اس کا ٹرانسیشن ہے۔ اس کا مطلب کیا ہوا</w:t>
      </w:r>
    </w:p>
    <w:p>
      <w:r>
        <w:rPr>
          <w:b/>
        </w:rPr>
        <w:t xml:space="preserve">[1:25:32] </w:t>
      </w:r>
      <w:r>
        <w:t>? jo log Allah ko discover karte hain ke woh itne bade universe ka creator hai, uska sustainer hai, jo life support system hamein mila hua hai, us ko dene wala hai, woh woh samundaron ko aur pahadon ko paida karne wala hai.</w:t>
      </w:r>
    </w:p>
    <w:p>
      <w:pPr>
        <w:jc w:val="right"/>
      </w:pPr>
      <w:r>
        <w:t>؟ جو لوگ اللہ کو ڈسکور کرتے ہیں کہ وہ اتنے بڑے یونیورس کا کریٹر ہے، اس کا سسٹینر ہے، جو لائف سپورٹ سسٹم ہمیں ملا ہوا ہے، اس کو دینے والا ہے، وہ وہ سمندروں کو اور پہاڑوں کو پیدا کرنے والا ہے۔</w:t>
      </w:r>
    </w:p>
    <w:p>
      <w:r>
        <w:rPr>
          <w:b/>
        </w:rPr>
        <w:t xml:space="preserve">[1:25:48] </w:t>
      </w:r>
      <w:r>
        <w:t>yeh is hesiyat se jab discover karte hain Khuda ko to kaise mohabbat nahi aayegi? mujhe bataiye, kaise nahi aayegi?</w:t>
      </w:r>
    </w:p>
    <w:p>
      <w:pPr>
        <w:jc w:val="right"/>
      </w:pPr>
      <w:r>
        <w:t>یہ اس حیثیت سے جب ڈسکور کرتے ہیں خدا کو تو کیسے محبت نہیں آئے گی؟ مجھے بتائیے، کیسے نہیں آئے گی؟</w:t>
      </w:r>
    </w:p>
    <w:p>
      <w:r>
        <w:rPr>
          <w:b/>
        </w:rPr>
        <w:t xml:space="preserve">[1:25:58] </w:t>
      </w:r>
      <w:r>
        <w:t>mein to apne haan dekha, aap ko maloom hai ke hum ne apne CPS team mein lagaya hai, yeh yeh chalaya hai. mizaj Khuda ke fazl unhon ne pakad liya hai ke pani ko aap piyen to aap samjhein ke yeh to super blessing hai,</w:t>
      </w:r>
    </w:p>
    <w:p>
      <w:pPr>
        <w:jc w:val="right"/>
      </w:pPr>
      <w:r>
        <w:t>میں تو اپنے ہاں دیکھیا، آپ کو معلوم ہے کہ ہم نے اپنے سی پی ایس ٹیم میں لگایا ہے، یہ یہ چلایا ہے۔ مزاج خدا کے فضل انہوں نے پکڑ لیا ہے کہ پانی کو آپ پیئیں تو آپ سمجھیں کہ یہ تو سپر بلیسنگ ہے،</w:t>
      </w:r>
    </w:p>
    <w:p>
      <w:r>
        <w:rPr>
          <w:b/>
        </w:rPr>
        <w:t xml:space="preserve">[1:26:11] </w:t>
      </w:r>
      <w:r>
        <w:t>aur ek ek drop bhi aap zaya na karein is ka. aur khuda ke fazl se aap cps mein yeh baat aa chuki hai ke hamare paas log aate the, pani adha pi, adha chhod diya.</w:t>
      </w:r>
    </w:p>
    <w:p>
      <w:pPr>
        <w:jc w:val="right"/>
      </w:pPr>
      <w:r>
        <w:t>اور ایک ایک ڈراپ بھی آپ ضائع نہ کریں اس کا۔ اور خدا کے فضل سے آپ سی پی ایس میں یہ بات آ چکی ہے کہ ہمارے پاس لوگ آتے تھے، پانی ادھا پی، ادھا چھوڑ دیا۔</w:t>
      </w:r>
    </w:p>
    <w:p>
      <w:r>
        <w:rPr>
          <w:b/>
        </w:rPr>
        <w:t xml:space="preserve">[1:26:24] </w:t>
      </w:r>
      <w:r>
        <w:t>main ne kaha, aap pani ko aap kya samajhte hain?</w:t>
      </w:r>
    </w:p>
    <w:p>
      <w:pPr>
        <w:jc w:val="right"/>
      </w:pPr>
      <w:r>
        <w:t>میں نے کہا، آپ پانی کو آپ کیا سمجھتے ہیں؟</w:t>
      </w:r>
    </w:p>
    <w:p>
      <w:r>
        <w:rPr>
          <w:b/>
        </w:rPr>
        <w:t xml:space="preserve">[1:26:28] </w:t>
      </w:r>
      <w:r>
        <w:t>pani ke baghair to zindagi nahin. more than 80 percent aap ki body ka pani hai, pani hi se sab kuch hai, pani ke baghair zindagi nahin.</w:t>
      </w:r>
    </w:p>
    <w:p>
      <w:pPr>
        <w:jc w:val="right"/>
      </w:pPr>
      <w:r>
        <w:t>پانی کے بغیر تو زندگی نہیں۔ مور دین 80 پرسنٹ آپ کی باڈی کا پانی ہے، پانی ہی سے سب کچھ ہے، پانی کے بغیر زندگی نہیں۔</w:t>
      </w:r>
    </w:p>
    <w:p>
      <w:r>
        <w:rPr>
          <w:b/>
        </w:rPr>
        <w:t xml:space="preserve">[1:26:41] </w:t>
      </w:r>
      <w:r>
        <w:t>ab ibrahim khan khana ne kaha tha ke "rehman, rehman, pani rakhiyo, baal pani sab son". bohat hi intelligent aadmi tha ibrahim khan khana.</w:t>
      </w:r>
    </w:p>
    <w:p>
      <w:pPr>
        <w:jc w:val="right"/>
      </w:pPr>
      <w:r>
        <w:t>اب ابراہیم خان خانہ نے کہا تھا کہ "رحمن، رحمن، پانی راکھیو، بال پانی سب سون"۔ بہت ہی انٹیلیجنٹ آدمی تھا ابراہیم خان خانہ۔</w:t>
      </w:r>
    </w:p>
    <w:p>
      <w:r>
        <w:rPr>
          <w:b/>
        </w:rPr>
        <w:t xml:space="preserve">[1:26:54] </w:t>
      </w:r>
      <w:r>
        <w:t>to us ne kaha ke "rehman, pani rakhiyo, baal pani sab son". bilkul bilkul sahi baat hai.</w:t>
      </w:r>
    </w:p>
    <w:p>
      <w:pPr>
        <w:jc w:val="right"/>
      </w:pPr>
      <w:r>
        <w:t>تو اس نے کہا کہ "رحمن، پانی راکھیو، بال پانی سب سون"۔ بالکل بالکل صحیح بات ہے۔</w:t>
      </w:r>
    </w:p>
    <w:p>
      <w:r>
        <w:rPr>
          <w:b/>
        </w:rPr>
        <w:t xml:space="preserve">[1:27:05] </w:t>
      </w:r>
      <w:r>
        <w:t>to jab khuda ko is hesiyat se discover karenge aap to "ashhad hubba lillah" to aani aana hai ke sab se zyada mohabbat aap khuda hi se karenge.</w:t>
      </w:r>
    </w:p>
    <w:p>
      <w:pPr>
        <w:jc w:val="right"/>
      </w:pPr>
      <w:r>
        <w:t>تو جب خدا کو اس حیثیت سے ڈسکور کریں گے آپ تو "اشھد حبا للہ" تو آنی آنا ہے کہ سب سے زیادہ محبت آپ خدا ہی سے کریں گے۔</w:t>
      </w:r>
    </w:p>
    <w:p>
      <w:r>
        <w:rPr>
          <w:b/>
        </w:rPr>
        <w:t xml:space="preserve">[1:27:13] </w:t>
      </w:r>
      <w:r>
        <w:t>aap</w:t>
      </w:r>
    </w:p>
    <w:p>
      <w:pPr>
        <w:jc w:val="right"/>
      </w:pPr>
      <w:r>
        <w:t>آپ</w:t>
      </w:r>
    </w:p>
    <w:p>
      <w:r>
        <w:rPr>
          <w:b/>
        </w:rPr>
        <w:t xml:space="preserve">[1:27:15] </w:t>
      </w:r>
      <w:r>
        <w:t>ehtram itna bara tasawwur aap ke mind mein aayega, khuda ka aa jayega ke aap bilkul aap surrender karenge, us ki mohabbat hi mein jeene lagenge.</w:t>
      </w:r>
    </w:p>
    <w:p>
      <w:pPr>
        <w:jc w:val="right"/>
      </w:pPr>
      <w:r>
        <w:t>احترام اتنا بڑا تصور آپ کے مائنڈ میں آئے گا، خدا کا آ جائے گا کہ آپ بالکل آپ سرینڈر کریں گے، اس کی محبت ہی میں جینے لگیں گے۔</w:t>
      </w:r>
    </w:p>
    <w:p>
      <w:r>
        <w:rPr>
          <w:b/>
        </w:rPr>
        <w:t xml:space="preserve">[1:27:24] </w:t>
      </w:r>
      <w:r>
        <w:t>wohi aap ka supreme concern ban jayega, sab kuch ban jayega. to wo ayat hai allazina amanu ashhad hubba lillah aur jo hain iman laane wale, wo sab se zyada mohabbat karte hain Allah se.</w:t>
      </w:r>
    </w:p>
    <w:p>
      <w:pPr>
        <w:jc w:val="right"/>
      </w:pPr>
      <w:r>
        <w:t>وہی آپ کا سپریم کنسرن بن جائے گا، سب کچھ بن جائے گا۔ تو وہ آیت ہے الذین آمنوا اشھد حبا للہ اور جو ہیں ایمان لانے والے، وہ سب سے زیادہ محبت کرتے ہیں اللہ سے۔</w:t>
      </w:r>
    </w:p>
    <w:p>
      <w:r>
        <w:rPr>
          <w:b/>
        </w:rPr>
        <w:t xml:space="preserve">[1:27:41] </w:t>
      </w:r>
      <w:r>
        <w:t>yeh result hota hai is baat ka ke aap ne khuda ko discovery ke taur par jaana, mehaz ek rasmi lip service ke taur par nahin jaana.</w:t>
      </w:r>
    </w:p>
    <w:p>
      <w:pPr>
        <w:jc w:val="right"/>
      </w:pPr>
      <w:r>
        <w:t>یہ رزلٹ ہوتا ہے اس بات کا کہ آپ نے خدا کو ڈسکوری کے طور پر جانا، محض ایک رسمی لپ سروس کے طور پر نہیں جانا۔</w:t>
      </w:r>
    </w:p>
    <w:p>
      <w:r>
        <w:rPr>
          <w:b/>
        </w:rPr>
        <w:t xml:space="preserve">[1:27:55] </w:t>
      </w:r>
      <w:r>
        <w:t>das question is from mr op sikka from delhi. maulana sahib, who is the fully realized soul?</w:t>
      </w:r>
    </w:p>
    <w:p>
      <w:pPr>
        <w:jc w:val="right"/>
      </w:pPr>
      <w:r>
        <w:t>دس کوسچن از فرام مسٹر او پی سکہ فرام دہلی۔ مولانا صاحب، ہو از دا فلی ریلائزڈ سول؟</w:t>
      </w:r>
    </w:p>
    <w:p>
      <w:r>
        <w:rPr>
          <w:b/>
        </w:rPr>
        <w:t xml:space="preserve">[1:28:05] </w:t>
      </w:r>
      <w:r>
        <w:t>i have profoundly benefited by your highly enlighten talk on oneness of god, covering from superstition era, then philosophy, and now latest scientific research, including consciousness.</w:t>
      </w:r>
    </w:p>
    <w:p>
      <w:pPr>
        <w:jc w:val="right"/>
      </w:pPr>
      <w:r>
        <w:t>ائی ہیو پروفاؤنڈلی بینیفیٹڈ بائے یور ہائیلی انلائٹن ٹاک ان وننس اف گاڈ، کورنگ فرام سپر سٹیشن ایرا، دین فلاسفی، اینڈ ناؤ لیٹسٹ سائنٹیفک ریسرچ، انکلوڈنگ کانشیسنس۔</w:t>
      </w:r>
    </w:p>
    <w:p>
      <w:r>
        <w:rPr>
          <w:b/>
        </w:rPr>
        <w:t xml:space="preserve">[1:28:20] </w:t>
      </w:r>
      <w:r>
        <w:t>it has become clear that god is personal, and so to know him one has to know oneself. i bow down for all this knowledge imparted to us.</w:t>
      </w:r>
    </w:p>
    <w:p>
      <w:pPr>
        <w:jc w:val="right"/>
      </w:pPr>
      <w:r>
        <w:t>اٹ ہیز بیکم کلیئر دیٹ گاڈ از پرسنل، اینڈ سو ٹو نو ہم ون ہیز ٹو نو ون سیلف۔ ائی بو ڈاؤن فار ال دس نالج امپارٹڈ ٹو اس۔</w:t>
      </w:r>
    </w:p>
    <w:p>
      <w:r>
        <w:rPr>
          <w:b/>
        </w:rPr>
        <w:t xml:space="preserve">[1:28:32] </w:t>
      </w:r>
      <w:r>
        <w:t>my query is that you realized him on your own level. can you help other to realize him?</w:t>
      </w:r>
    </w:p>
    <w:p>
      <w:pPr>
        <w:jc w:val="right"/>
      </w:pPr>
      <w:r>
        <w:t>مائی کوئری از دیٹ یو ریلائزڈ ہم ان یور اون لیول۔ کین یو ہیلپ ادر ٹو ریلائز ہم؟</w:t>
      </w:r>
    </w:p>
    <w:p>
      <w:r>
        <w:rPr>
          <w:b/>
        </w:rPr>
        <w:t xml:space="preserve">[1:28:45] </w:t>
      </w:r>
      <w:r>
        <w:t>dekhein, main yeh keh sakta hoon ke main ne khuda ko realize kiya hai. mere saath aap ek din aur ek raat rahen</w:t>
      </w:r>
    </w:p>
    <w:p>
      <w:pPr>
        <w:jc w:val="right"/>
      </w:pPr>
      <w:r>
        <w:t>دیکھیں، میں یہ کہہ سکتا ہوں کہ میں نے خدا کو ریلائز کیا ہے۔ میرے ساتھ آپ ایک دن اور ایک رات رہیں</w:t>
      </w:r>
    </w:p>
    <w:p>
      <w:r>
        <w:rPr>
          <w:b/>
        </w:rPr>
        <w:t xml:space="preserve">[1:28:56] </w:t>
      </w:r>
      <w:r>
        <w:t>to aap us ko manenge ke main khuda mein jeeta hoon,</w:t>
      </w:r>
    </w:p>
    <w:p>
      <w:pPr>
        <w:jc w:val="right"/>
      </w:pPr>
      <w:r>
        <w:t>تو آپ اس کو مانیں گے کہ میں خدا میں جیتا ہوں،</w:t>
      </w:r>
    </w:p>
    <w:p>
      <w:r>
        <w:rPr>
          <w:b/>
        </w:rPr>
        <w:t xml:space="preserve">[1:29:02] </w:t>
      </w:r>
      <w:r>
        <w:t>mere sab kuch khuda hai.</w:t>
      </w:r>
    </w:p>
    <w:p>
      <w:pPr>
        <w:jc w:val="right"/>
      </w:pPr>
      <w:r>
        <w:t>میرے سب کچھ خدا ہے۔</w:t>
      </w:r>
    </w:p>
    <w:p>
      <w:r>
        <w:rPr>
          <w:b/>
        </w:rPr>
        <w:t xml:space="preserve">[1:29:11] </w:t>
      </w:r>
      <w:r>
        <w:t>yeh pani ka ek qatra bhi, ek ek boond bhi, agar main agar main is ko zaya karoon to us ko afford nahin kar sakta.</w:t>
      </w:r>
    </w:p>
    <w:p>
      <w:pPr>
        <w:jc w:val="right"/>
      </w:pPr>
      <w:r>
        <w:t>یہ پانی کا ایک قطرہ بھی، ایک ایک بوند بھی، اگر میں اگر میں اس کو ضائع کروں تو اس کو افورڈ نہیں کر سکتا۔</w:t>
      </w:r>
    </w:p>
    <w:p>
      <w:r>
        <w:rPr>
          <w:b/>
        </w:rPr>
        <w:t xml:space="preserve">[1:29:21] </w:t>
      </w:r>
      <w:r>
        <w:t>main pani ke ek boond ko bhi main itni bari blessing samajhta hoon khuda ki ke main afford nahin kar sakta ke us ko main aise hi gira doon.</w:t>
      </w:r>
    </w:p>
    <w:p>
      <w:pPr>
        <w:jc w:val="right"/>
      </w:pPr>
      <w:r>
        <w:t>میں پانی کے ایک بوند کو بھی میں اتنی بڑی بلیسنگ سمجھتا ہوں خدا کی کہ میں افورڈ نہیں کر سکتا کہ اس کو میں ایسے ہی گرا دوں۔</w:t>
      </w:r>
    </w:p>
    <w:p>
      <w:r>
        <w:rPr>
          <w:b/>
        </w:rPr>
        <w:t xml:space="preserve">[1:29:35] </w:t>
      </w:r>
      <w:r>
        <w:t>baqi doosra aspect jo aap question ka hai, to main yeh kahunga ke main koi exceptional creation nahin hoon.</w:t>
      </w:r>
    </w:p>
    <w:p>
      <w:pPr>
        <w:jc w:val="right"/>
      </w:pPr>
      <w:r>
        <w:t>باقی دوسرا آسبیکٹ جو آپ کوئسچن کا ہے، تو میں یہ کہوں گا کہ میں کوئی ایکسیپشنل کریشن نہیں ہوں۔</w:t>
      </w:r>
    </w:p>
    <w:p>
      <w:r>
        <w:rPr>
          <w:b/>
        </w:rPr>
        <w:t xml:space="preserve">[1:29:47] </w:t>
      </w:r>
      <w:r>
        <w:t>har insaan mere jaisa insaan hai, har insaan isi tarah khuda ko realize kar sakta hai jis tarah se main ne kiya.</w:t>
      </w:r>
    </w:p>
    <w:p>
      <w:pPr>
        <w:jc w:val="right"/>
      </w:pPr>
      <w:r>
        <w:t>ہر انسان میرے جیسا انسان ہے، ہر انسان اسی طرح خدا کو ریلائز کر سکتا ہے جس طرح سے میں نے کیا۔</w:t>
      </w:r>
    </w:p>
    <w:p>
      <w:r>
        <w:rPr>
          <w:b/>
        </w:rPr>
        <w:t xml:space="preserve">[1:29:58] </w:t>
      </w:r>
      <w:r>
        <w:t>shart kya hai? apne ko, main ne aksar kaha ke hai, apne ko distraction se bachana, true speaker hona. true speaker hona, jaise main ne bataya aap ko ke main adham garh se chala gaya, wahan rast kumari,</w:t>
      </w:r>
    </w:p>
    <w:p>
      <w:pPr>
        <w:jc w:val="right"/>
      </w:pPr>
      <w:r>
        <w:t>شرط کیا ہے؟ اپنے کو، میں نے اکثر کہا کہ ہے، اپنے کو ڈسٹریکشن سے بچانا، ٹرو سپیکر ہونا۔ ٹرو سپیکر ہونا، جیسے میں نے بتایا آپ کو کہ میں آدم گڑھ سے چلا گیا، وہاں راست کماری،</w:t>
      </w:r>
    </w:p>
    <w:p>
      <w:r>
        <w:rPr>
          <w:b/>
        </w:rPr>
        <w:t xml:space="preserve">[1:30:16] </w:t>
      </w:r>
      <w:r>
        <w:t>bara lamba rasta tha, train ke zariye se gaya tha. train se tab jahaz bhi nahin hote the. ab wahan main akela baitha hua, baal</w:t>
      </w:r>
    </w:p>
    <w:p>
      <w:pPr>
        <w:jc w:val="right"/>
      </w:pPr>
      <w:r>
        <w:t>بڑا لمبا راستہ تھا، ٹرین کے ذریعے سے گیا تھا۔ ٹرین سے تب جہاز بھی نہیں ہوتے تھے۔ اب وہاں میں اکیلا بیٹھا ہوا، بال</w:t>
      </w:r>
    </w:p>
    <w:p>
      <w:r>
        <w:rPr>
          <w:b/>
        </w:rPr>
        <w:t xml:space="preserve">[1:30:24] </w:t>
      </w:r>
      <w:r>
        <w:t>kal akela, jab tak yaad hai wo bandar ke samundar kinare desert tha, wahan par ret mein baitha hua, akela samundar ko dekh raha hoon, us charat ko dekh raha hoon, aasman ko dekh raha hoon.</w:t>
      </w:r>
    </w:p>
    <w:p>
      <w:pPr>
        <w:jc w:val="right"/>
      </w:pPr>
      <w:r>
        <w:t>کل اکیلا، جب تک یاد ہے وہ بندر کہ سمندر کنارے ڈیزرٹ تھا، وہاں پر ریت میں بیٹھا ہوا، اکیلا سمندر کو دیکھ رہا ہوں، اس چراٹ کو دیکھ رہا ہوں، آسمان کو دیکھ رہا ہوں۔</w:t>
      </w:r>
    </w:p>
    <w:p>
      <w:r>
        <w:rPr>
          <w:b/>
        </w:rPr>
        <w:t xml:space="preserve">[1:30:40] </w:t>
      </w:r>
      <w:r>
        <w:t>to yeh yeh jo hai meri jo spirit thi, sachi yani talash ki, to aadmi true speaker bane aur apne ko distraction se bachaye.</w:t>
      </w:r>
    </w:p>
    <w:p>
      <w:pPr>
        <w:jc w:val="right"/>
      </w:pPr>
      <w:r>
        <w:t>تو یہ یہ جو ہے میری جو اسپرٹ تھی، سچی یعنی تلاش کی، تو آدمی ٹرو سپیکر بنے اور اپنے کو ڈسٹریکشن سے بچائے۔</w:t>
      </w:r>
    </w:p>
    <w:p>
      <w:r>
        <w:rPr>
          <w:b/>
        </w:rPr>
        <w:t xml:space="preserve">[1:30:53] </w:t>
      </w:r>
      <w:r>
        <w:t>har aadmi meri tarah se realize kar sakta hai Khuda ka. do hi yeh two point formula hai ke true true speaker baniye aur distraction se apne aap ko bachaiye.</w:t>
      </w:r>
    </w:p>
    <w:p>
      <w:pPr>
        <w:jc w:val="right"/>
      </w:pPr>
      <w:r>
        <w:t>ہر آدمی میری طرح سے ریلائز کر سکتا ہے خدا کا۔ دو ہی یہ ٹو پوائنٹ فارمولا ہے کہ ٹرو ٹرو سپیکر بنیے اور ڈسٹریکشن سے اپنے آپ کو بچائیے۔</w:t>
      </w:r>
    </w:p>
    <w:p>
      <w:r>
        <w:rPr>
          <w:b/>
        </w:rPr>
        <w:t xml:space="preserve">[1:31:07] </w:t>
      </w:r>
      <w:r>
        <w:t>sacche mutallashi baniye aur distraction se apne aap ko bachaiye. is ke baad har aadmi Khuda ne paidaish kiya insaan ko</w:t>
      </w:r>
    </w:p>
    <w:p>
      <w:pPr>
        <w:jc w:val="right"/>
      </w:pPr>
      <w:r>
        <w:t>سچے متلاشی بنیے اور ڈسٹریکشن سے اپنے آپ کو بچائیے۔ اس کے بعد ہر آدمی خدا نے پیدائش کیا انسان کو</w:t>
      </w:r>
    </w:p>
    <w:p>
      <w:r>
        <w:rPr>
          <w:b/>
        </w:rPr>
        <w:t xml:space="preserve">[1:31:18] </w:t>
      </w:r>
      <w:r>
        <w:t>, jaisa ke maine hadith padhi aur Quran mein bhi wahi baat hai ke Khuda ne paidaish kiya insaan ko is liye ke woh is ki ma'rifat haasil kare.</w:t>
      </w:r>
    </w:p>
    <w:p>
      <w:pPr>
        <w:jc w:val="right"/>
      </w:pPr>
      <w:r>
        <w:t>، جیسا کہ میں نے حدیث پڑھی اور قرآن میں بھی وہی بات ہے کہ خدا نے پیدائش کیا انسان کو اس لیے کہ وہ اس کی معرفت حاصل کرے۔</w:t>
      </w:r>
    </w:p>
    <w:p>
      <w:r>
        <w:rPr>
          <w:b/>
        </w:rPr>
        <w:t xml:space="preserve">[1:31:28] </w:t>
      </w:r>
      <w:r>
        <w:t>to sara jo hamara, hamari jo tashkeel hai, hamara jo woh hasti hai, hamari woh bani isi tarah se hai. woh</w:t>
      </w:r>
    </w:p>
    <w:p>
      <w:pPr>
        <w:jc w:val="right"/>
      </w:pPr>
      <w:r>
        <w:t>تو سارا جو ہمارا، ہماری جو تشکیل ہے، ہمارا جو وہ ہستی ہے، ہماری وہ بنی اسی طریقے سے ہے۔ وہ</w:t>
      </w:r>
    </w:p>
    <w:p>
      <w:r>
        <w:rPr>
          <w:b/>
        </w:rPr>
        <w:t xml:space="preserve">[1:31:41] </w:t>
      </w:r>
      <w:r>
        <w:t>isi tarah bani hi hai, isi tarah se ke rag rag mein hamare Khuda ka ehsaas inter women hai. to yeh to banai hai insaan isi tarah, isi tarah ke Khuda ko realize kare.</w:t>
      </w:r>
    </w:p>
    <w:p>
      <w:pPr>
        <w:jc w:val="right"/>
      </w:pPr>
      <w:r>
        <w:t>اسی طرح بنی ہی ہے، اسی طریقے سے کہ رگ رگ میں ہمارے خدا کا احساس انٹر وومن ہے۔ تو یہ تو بنائی ہے انسان اسی طریقے، اسی طرح کے خدا کو ریلائز کرے۔</w:t>
      </w:r>
    </w:p>
    <w:p>
      <w:r>
        <w:rPr>
          <w:b/>
        </w:rPr>
        <w:t xml:space="preserve">[1:31:53] </w:t>
      </w:r>
      <w:r>
        <w:t>woh yeh yeh maqsad hai wa ma khalaqtul jinna wal insa illa li ya'budun yeh maine paida kiya insaan ko sirf is liye ke woh meri ma'rifat haasil karein.</w:t>
      </w:r>
    </w:p>
    <w:p>
      <w:pPr>
        <w:jc w:val="right"/>
      </w:pPr>
      <w:r>
        <w:t>وہ یہ یہ مقصد ہے وما خلقت الجن والانس الا لیعبدون یہ میں نے پیدا کیا انسان کو صرف اس لیے کہ وہ میری معرفت حاصل کریں۔</w:t>
      </w:r>
    </w:p>
    <w:p>
      <w:r>
        <w:rPr>
          <w:b/>
        </w:rPr>
        <w:t xml:space="preserve">[1:32:03] </w:t>
      </w:r>
      <w:r>
        <w:t>to ma'rifat to isi waqt bhar di Allah taala ne, isi ko unfold karna hai.</w:t>
      </w:r>
    </w:p>
    <w:p>
      <w:pPr>
        <w:jc w:val="right"/>
      </w:pPr>
      <w:r>
        <w:t>تو معرفت تو اسی وقت بھر دی اللہ تعالی نے، اسی کو ان فولڈ کرنا ہے۔</w:t>
      </w:r>
    </w:p>
    <w:p>
      <w:r>
        <w:rPr>
          <w:b/>
        </w:rPr>
        <w:t xml:space="preserve">[1:32:08] </w:t>
      </w:r>
      <w:r>
        <w:t>to realization jo hai, woh unfold karna hai, bas aur kuch bhi nahin.</w:t>
      </w:r>
    </w:p>
    <w:p>
      <w:pPr>
        <w:jc w:val="right"/>
      </w:pPr>
      <w:r>
        <w:t>تو ریلائزیشن جو ہے، وہ ان فولڈ کرنا ہے، بس اور کچھ بھی نہیں۔</w:t>
      </w:r>
    </w:p>
    <w:p>
      <w:r>
        <w:rPr>
          <w:b/>
        </w:rPr>
        <w:t xml:space="preserve">[1:32:15] </w:t>
      </w:r>
      <w:r>
        <w:t>Newton ka yeh nazariya tha, woh sahi tha ke is is duniya mein hum na to ek atom badha sakte hain, na ek atom ghata sakte hain. wahi hamare apne bare mein bhi hai ke hum aisa nahin ke hum acquire kar sakte hain kahin se ma'rifat ko.</w:t>
      </w:r>
    </w:p>
    <w:p>
      <w:pPr>
        <w:jc w:val="right"/>
      </w:pPr>
      <w:r>
        <w:t>نیوٹن کا یہ نظریہ تھا، وہ صحیح تھا کہ اس اس دنیا میں ہم نہ تو ایک ایٹم بڑھا سکتے ہیں، نہ ایک ایٹم گھٹا سکتے ہیں۔ وہی ہمارے اپنے بارے میں بھی ہے کہ ہم ایسا نہیں کہ ہم اکوائر کر سکتے ہیں کہیں سے معرفت کو۔</w:t>
      </w:r>
    </w:p>
    <w:p>
      <w:r>
        <w:rPr>
          <w:b/>
        </w:rPr>
        <w:t xml:space="preserve">[1:32:32] </w:t>
      </w:r>
      <w:r>
        <w:t>ma'rifat ma'ni realization, woh to hamare andar hai maujood, us ko sirf unfold karna hai.</w:t>
      </w:r>
    </w:p>
    <w:p>
      <w:pPr>
        <w:jc w:val="right"/>
      </w:pPr>
      <w:r>
        <w:t>معرفت معنی ریلائزیشن، وہ تو ہمارے اندر ہے موجود، اس کو صرف ان فولڈ کرنا ہے۔</w:t>
      </w:r>
    </w:p>
    <w:p>
      <w:r>
        <w:rPr>
          <w:b/>
        </w:rPr>
        <w:t xml:space="preserve">[1:32:39] </w:t>
      </w:r>
      <w:r>
        <w:t>lekin unfold karne ke liye yeh do cheezein chahiye ke hum sacche speaker hon aur apne aap ko distraction se bachayein. bas is ke baad har aadmi realized ya'ni realization aur aur discovery ke darje pahunch sakta hai.</w:t>
      </w:r>
    </w:p>
    <w:p>
      <w:pPr>
        <w:jc w:val="right"/>
      </w:pPr>
      <w:r>
        <w:t>لیکن ان فولڈ کرنے کے لیے یہ دو چیزیں چاہیے کہ ہم سچے سپیکر ہوں اور اپنے آپ کو ڈسٹریکشن سے بچائیں۔ بس اس کے بعد ہر آدمی ریلائزڈ یعنی ریلائزیشن اور اور ڈسکوری کے درجے پہنچ سکتا ہے۔</w:t>
      </w:r>
    </w:p>
    <w:p>
      <w:r>
        <w:rPr>
          <w:b/>
        </w:rPr>
        <w:t xml:space="preserve">[1:33:02] </w:t>
      </w:r>
      <w:r>
        <w:t>das question is from doctor Fareeda Khanam from Delhi.</w:t>
      </w:r>
    </w:p>
    <w:p>
      <w:pPr>
        <w:jc w:val="right"/>
      </w:pPr>
      <w:r>
        <w:t>دس کوسچن از فرام ڈاکٹر فریدہ خانم فرام دہلی۔</w:t>
      </w:r>
    </w:p>
    <w:p>
      <w:r>
        <w:rPr>
          <w:b/>
        </w:rPr>
        <w:t xml:space="preserve">[1:33:06] </w:t>
      </w:r>
      <w:r>
        <w:t>to my way of thinking, today lecture was the best lecture ever delivered by Maulana. our faith and conviction in God has greatly increased.</w:t>
      </w:r>
    </w:p>
    <w:p>
      <w:pPr>
        <w:jc w:val="right"/>
      </w:pPr>
      <w:r>
        <w:t>ٹو مائی وے اف تھنکنگ، ٹوڈے لیکچر واز دا بیسٹ لیکچر ایور ڈیلیورڈ بائے مولانا۔ اور فیتھ اینڈ کنوکشن ان گاڈ ہیز گریٹلی انکریز۔</w:t>
      </w:r>
    </w:p>
    <w:p>
      <w:r>
        <w:rPr>
          <w:b/>
        </w:rPr>
        <w:t xml:space="preserve">[1:33:18] </w:t>
      </w:r>
      <w:r>
        <w:t>my question is: do we need to adopt an uncompromising attitude to discover God, or should we just trust someone and follow that person who has discovered God by having adopted an uncompromising attitude?</w:t>
      </w:r>
    </w:p>
    <w:p>
      <w:pPr>
        <w:jc w:val="right"/>
      </w:pPr>
      <w:r>
        <w:t>مائی کوسچن از: ڈو وی نیڈ ٹو اڈاپٹ ان کمپرومائزنگ ایٹیٹیوڈ ٹو ڈسکور گاڈ، اور شوڈ وی جسٹ ٹرسٹ سم ون اینڈ فالو دیٹ پرسن ہو ہیز ڈسکورڈ گاڈ بائے ہیونگ اڈاپٹڈ ان کمپرومائزنگ ایٹیٹیوڈ؟</w:t>
      </w:r>
    </w:p>
    <w:p>
      <w:r>
        <w:rPr>
          <w:b/>
        </w:rPr>
        <w:t xml:space="preserve">[1:33:36] </w:t>
      </w:r>
      <w:r>
        <w:t>kindly comment.</w:t>
      </w:r>
    </w:p>
    <w:p>
      <w:pPr>
        <w:jc w:val="right"/>
      </w:pPr>
      <w:r>
        <w:t>کائنڈلی کمنٹ۔</w:t>
      </w:r>
    </w:p>
    <w:p>
      <w:r>
        <w:rPr>
          <w:b/>
        </w:rPr>
        <w:t xml:space="preserve">[1:33:40] </w:t>
      </w:r>
      <w:r>
        <w:t>dekhein, do</w:t>
      </w:r>
    </w:p>
    <w:p>
      <w:pPr>
        <w:jc w:val="right"/>
      </w:pPr>
      <w:r>
        <w:t>دیکھیں، دو</w:t>
      </w:r>
    </w:p>
    <w:p>
      <w:r>
        <w:rPr>
          <w:b/>
        </w:rPr>
        <w:t xml:space="preserve">[1:33:46] </w:t>
      </w:r>
      <w:r>
        <w:t>main yeh kahunga ke do do darje hain. jaise mission ke bare mein hum kaha karte hain ke one man one mission, one man to mission.</w:t>
      </w:r>
    </w:p>
    <w:p>
      <w:pPr>
        <w:jc w:val="right"/>
      </w:pPr>
      <w:r>
        <w:t>میں یہ کہوں گا کہ دو دو درجے ہیں۔ جیسے مشن کے بارے میں ہم کہا کرتے ہیں کہ ون مین ون مشن، ون مین ٹو مشن۔</w:t>
      </w:r>
    </w:p>
    <w:p>
      <w:r>
        <w:rPr>
          <w:b/>
        </w:rPr>
        <w:t xml:space="preserve">[1:33:59] </w:t>
      </w:r>
      <w:r>
        <w:t>ek aadmi agar sab kuch isi mein laga de apne aap ko, woh one man one mission hota hai. aadha khane kamane mein lagaye, aadha is mein lagaye to woh one man to mission hota hai.</w:t>
      </w:r>
    </w:p>
    <w:p>
      <w:pPr>
        <w:jc w:val="right"/>
      </w:pPr>
      <w:r>
        <w:t>ایک آدمی اگر سب کچھ اسی میں لگا دے اپنے آپ کو، وہ ون مین ون مشن ہوتا ہے۔ ادھا کھانے کمانے میں لگائے، ادھا اس میں لگائے تو وہ ون مین ٹو مشن ہوتا ہے۔</w:t>
      </w:r>
    </w:p>
    <w:p>
      <w:r>
        <w:rPr>
          <w:b/>
        </w:rPr>
        <w:t xml:space="preserve">[1:34:13] </w:t>
      </w:r>
      <w:r>
        <w:t>apne tajrube se main yeh baat kahunga ke sab kuch dene wala Khuda hai.</w:t>
      </w:r>
    </w:p>
    <w:p>
      <w:pPr>
        <w:jc w:val="right"/>
      </w:pPr>
      <w:r>
        <w:t>اپنے تجربے سے میں یہ بات کہوں گا کہ سب کچھ دینے والا خدا ہے۔</w:t>
      </w:r>
    </w:p>
    <w:p>
      <w:r>
        <w:rPr>
          <w:b/>
        </w:rPr>
        <w:t xml:space="preserve">[1:34:24] </w:t>
      </w:r>
      <w:r>
        <w:t>humein sirf kya banna hai? talib banna hai.</w:t>
      </w:r>
    </w:p>
    <w:p>
      <w:pPr>
        <w:jc w:val="right"/>
      </w:pPr>
      <w:r>
        <w:t>ہمیں صرف کیا بننا ہے؟ طالب بننا ہے۔</w:t>
      </w:r>
    </w:p>
    <w:p>
      <w:r>
        <w:rPr>
          <w:b/>
        </w:rPr>
        <w:t xml:space="preserve">[1:34:29] </w:t>
      </w:r>
      <w:r>
        <w:t>jaise ke main bahut pehle ki baat hai, shayad 45 saal pehle ki baat ke us waqt maine yeh faisla kiya ke mujhe is mission mein one man one mission ke taur par dakhil hona hai.</w:t>
      </w:r>
    </w:p>
    <w:p>
      <w:pPr>
        <w:jc w:val="right"/>
      </w:pPr>
      <w:r>
        <w:t>جیسے کہ میں بہت پہلے کی بات ہے، شاید 45 سال پہلے کی بات کہ اس وقت میں نے یہ فیصلہ کیا کہ مجھے اس مشن میں ون مین ون مشن کے طور پر داخل ہونا ہے۔</w:t>
      </w:r>
    </w:p>
    <w:p>
      <w:r>
        <w:rPr>
          <w:b/>
        </w:rPr>
        <w:t xml:space="preserve">[1:34:45] </w:t>
      </w:r>
      <w:r>
        <w:t>sab kuch apne ko isi mein laga dena hai. to ek raat thi jab ke mujhe dis woh hui, ek un ko un ko un ko un ko un ko un ko un ko un ko un ko kehte hain, woh hua.</w:t>
      </w:r>
    </w:p>
    <w:p>
      <w:pPr>
        <w:jc w:val="right"/>
      </w:pPr>
      <w:r>
        <w:t>سب کچھ اپنے کو اسی میں لگا دینا ہے۔ تو ایک رات تھی جب کہ مجھے ڈس وہ ہوئی، ایک ان کو ان کو ان کو ان کو ان کو ان کو ان کو ان کو ان کو ان کو کہتے ہیں، وہ ہوا۔</w:t>
      </w:r>
    </w:p>
    <w:p>
      <w:r>
        <w:rPr>
          <w:b/>
        </w:rPr>
        <w:t xml:space="preserve">[1:34:56] </w:t>
      </w:r>
      <w:r>
        <w:t>main sochta tha ke kya hoga?</w:t>
      </w:r>
    </w:p>
    <w:p>
      <w:pPr>
        <w:jc w:val="right"/>
      </w:pPr>
      <w:r>
        <w:t>میں سوچتا تھا کہ کیا ہوگا؟</w:t>
      </w:r>
    </w:p>
    <w:p>
      <w:r>
        <w:rPr>
          <w:b/>
        </w:rPr>
        <w:t xml:space="preserve">[1:35:00] </w:t>
      </w:r>
      <w:r>
        <w:t>hamari biwi ki saheli thi Razia, woh kaha karti thi apni hamari biwi se ke tumhare aadmi jo hain kuch karte nahin to kaise tumhara kaam chalega?</w:t>
      </w:r>
    </w:p>
    <w:p>
      <w:pPr>
        <w:jc w:val="right"/>
      </w:pPr>
      <w:r>
        <w:t>ہماری بیوی کی سہیلی تھیں رضیہ، وہ کہا کرتی تھیں اپنی ہماری بیوی سے کہ تمہارے آدمی جو ہیں کچھ کرتے نہیں تو کیسے تمہارا کام چلے گا؟</w:t>
      </w:r>
    </w:p>
    <w:p>
      <w:r>
        <w:rPr>
          <w:b/>
        </w:rPr>
        <w:t xml:space="preserve">[1:35:10] </w:t>
      </w:r>
      <w:r>
        <w:t>tum logon ka, tum log kaise duniya mein zinda rahoge? kya kaise tumhara kaam chalega? to ek raat thi, us raat mein ek is lambi kahani hai.</w:t>
      </w:r>
    </w:p>
    <w:p>
      <w:pPr>
        <w:jc w:val="right"/>
      </w:pPr>
      <w:r>
        <w:t>تم لوگوں کا، تم لوگ کیسے دنیا میں زندہ رہو گے؟ کیا کیسے تمہارا کام چلے گا؟ تو ایک رات تھی، اس رات میں ایک اس لمبی کہانی ہے۔</w:t>
      </w:r>
    </w:p>
    <w:p>
      <w:r>
        <w:rPr>
          <w:b/>
        </w:rPr>
        <w:t xml:space="preserve">[1:35:21] </w:t>
      </w:r>
      <w:r>
        <w:t>achanak mere samne ek hadith aayi, ek hadith aayi.</w:t>
      </w:r>
    </w:p>
    <w:p>
      <w:pPr>
        <w:jc w:val="right"/>
      </w:pPr>
      <w:r>
        <w:t>اچانک میرے سامنے ایک حدیث آئی، ایک حدیث آئی۔</w:t>
      </w:r>
    </w:p>
    <w:p>
      <w:r>
        <w:rPr>
          <w:b/>
        </w:rPr>
        <w:t xml:space="preserve">[1:35:27] </w:t>
      </w:r>
      <w:r>
        <w:t>woh hadith yeh thi: man ja'al al-humoom muhammadun wahidan ham-e-akhratuhu kafaahu Allahu 'an humoom al-dunya wa man tashabbaha bil-humoom Allahu bi khalqihi is mein yeh hai ke jis ne ab, jis ne Allah ko apna supreme concern bana liya to Allah us ke liye kafi ho jaye ga.</w:t>
      </w:r>
    </w:p>
    <w:p>
      <w:pPr>
        <w:jc w:val="right"/>
      </w:pPr>
      <w:r>
        <w:t>وہ حدیث یہ تھی: من جعل الهموم محمد واحدا ہم آخرتہ کفاه اللہ عنہم بالدنیا ومن تشابہ بالعموم اللہ بی حلق اس میں یہ ہے کہ جس نے اب، جس نے اللہ کو اپنا سپریم کنسرن بنا لیا تو اللہ اس کے لیے کافی ہو جائے گا۔</w:t>
      </w:r>
    </w:p>
    <w:p>
      <w:r>
        <w:rPr>
          <w:b/>
        </w:rPr>
        <w:t xml:space="preserve">[1:35:55] </w:t>
      </w:r>
      <w:r>
        <w:t>yeh sab kuch soch Khuda ke liye, sara fikr Khuda ke liye, sara dard Khuda ke liye, apni chahat sari Khuda ke liye. to jis ne apne aap ko sab kuch, Khuda hi ko apna sab kuch bana liya to Khuda us ke tamam cheezon ke liye kafi ho jaye ga.</w:t>
      </w:r>
    </w:p>
    <w:p>
      <w:pPr>
        <w:jc w:val="right"/>
      </w:pPr>
      <w:r>
        <w:t>یہ سب کچھ سوچ خدا کے لیے، سارا فکر خدا کے لیے، سارا درد خدا کے لیے، اپنی چاہت ساری خدا کے لیے۔ تو جس نے اپنے آپ کو سب کچھ، خدا ہی کو اپنا سب کچھ بنا لیا تو خدا اس کے تمام چیزوں کے لیے کافی ہو جائے گا۔</w:t>
      </w:r>
    </w:p>
    <w:p>
      <w:r>
        <w:rPr>
          <w:b/>
        </w:rPr>
        <w:t xml:space="preserve">[1:36:14] </w:t>
      </w:r>
      <w:r>
        <w:t>bas is hadith ko maine yaqeen kar liya, is ko maine chand lafz nahi samjha, Khuda ka assurance samjha. assurance</w:t>
      </w:r>
    </w:p>
    <w:p>
      <w:pPr>
        <w:jc w:val="right"/>
      </w:pPr>
      <w:r>
        <w:t>بس اس حدیث کو میں نے یقین کر لیا، اس کو میں نے چند शब्द نہیں سمجھا، خدا کا اشورنس سمجھا۔ اشورنس</w:t>
      </w:r>
    </w:p>
    <w:p>
      <w:r>
        <w:rPr>
          <w:b/>
        </w:rPr>
        <w:t xml:space="preserve">[1:36:25] </w:t>
      </w:r>
      <w:r>
        <w:t>yeh mera khayal hai se 45 saal pehle ki baat hai ya shayad 50 saal pehle ki baat ho. bas is par maine apni zindagi ko daal diya, ek dum daal diya, bilkul.</w:t>
      </w:r>
    </w:p>
    <w:p>
      <w:pPr>
        <w:jc w:val="right"/>
      </w:pPr>
      <w:r>
        <w:t>یہ میرا خیال ہے سے 45 سال پہلے کی بات ہے یا شاید 50 سال پہلے کی بات ہو۔ بس اس پر میں نے اپنی زندگی کو ڈال دیا، ایک دم ڈال دیا، بالکل۔</w:t>
      </w:r>
    </w:p>
    <w:p>
      <w:r>
        <w:rPr>
          <w:b/>
        </w:rPr>
        <w:t xml:space="preserve">[1:36:42] </w:t>
      </w:r>
      <w:r>
        <w:t>jo farsi ka shair hai ke wo sipurd sipurd ba u mayah khwish rah tu daani hisab kam o besh rah</w:t>
      </w:r>
    </w:p>
    <w:p>
      <w:pPr>
        <w:jc w:val="right"/>
      </w:pPr>
      <w:r>
        <w:t>جو فارسی کا شعر ہے کہ وہ سپرد سپرد بدو مایہ خیش راہ تو دانی حساب کم و بیش راہ</w:t>
      </w:r>
    </w:p>
    <w:p>
      <w:r>
        <w:rPr>
          <w:b/>
        </w:rPr>
        <w:t xml:space="preserve">[1:36:54] </w:t>
      </w:r>
      <w:r>
        <w:t>to main yeh keh sakta hoon ke Allah taala ne mujhe ek lamhe ke liye bhi chora nahi,</w:t>
      </w:r>
    </w:p>
    <w:p>
      <w:pPr>
        <w:jc w:val="right"/>
      </w:pPr>
      <w:r>
        <w:t>تو میں یہ کہہ سکتا ہوں کہ اللہ تعالی نے مجھے ایک لمحے کے لیے بھی چھوڑا نہیں،</w:t>
      </w:r>
    </w:p>
    <w:p>
      <w:r>
        <w:rPr>
          <w:b/>
        </w:rPr>
        <w:t xml:space="preserve">[1:37:08] </w:t>
      </w:r>
      <w:r>
        <w:t>ek lamhe ke liye bhi Allah taala ne chora nahi.</w:t>
      </w:r>
    </w:p>
    <w:p>
      <w:pPr>
        <w:jc w:val="right"/>
      </w:pPr>
      <w:r>
        <w:t>ایک لمحے کے لیے بھی اللہ تعالی نے چھوڑا نہیں۔</w:t>
      </w:r>
    </w:p>
    <w:p>
      <w:r>
        <w:rPr>
          <w:b/>
        </w:rPr>
        <w:t xml:space="preserve">[1:37:14] </w:t>
      </w:r>
      <w:r>
        <w:t>lekin yeh sab ke liye nahi hai. yeh jo tareeqa hai, is mein hadiyan pighal jati hain, khoon khushk ho jata hai, yeh sab ke liye nahi hai.</w:t>
      </w:r>
    </w:p>
    <w:p>
      <w:pPr>
        <w:jc w:val="right"/>
      </w:pPr>
      <w:r>
        <w:t>لیکن یہ سب کے لیے نہیں ہے۔ یہ جو طریقہ ہے، اس میں ہڈیاں پگھل جاتی ہیں، خون خشک ہو جاتا ہے، یہ سب کے لیے نہیں ہے۔</w:t>
      </w:r>
    </w:p>
    <w:p>
      <w:r>
        <w:rPr>
          <w:b/>
        </w:rPr>
        <w:t xml:space="preserve">[1:37:25] </w:t>
      </w:r>
      <w:r>
        <w:t>baqi ke liye kya hai ke woh aisa koi insan unhein mil jaye to us par, us par, us ko apna unconditional guru banaye. woh ek ka khud guru banna to woh bohat hi rarely koi insan ban pata hai kyunke us ko sacrifice deni parti hai.</w:t>
      </w:r>
    </w:p>
    <w:p>
      <w:pPr>
        <w:jc w:val="right"/>
      </w:pPr>
      <w:r>
        <w:t>بقیہ کے لیے کیا ہے کہ وہ ایسا کوئی انسان انہیں مل جائے تو اس پر، اس پر، اس کو اپنا ان کنڈیشنل گرو بنائے۔ وہ ایک کا خود گرو بننا تو وہ بہت ہی ریرلی کوئی انسان بن پاتا ہے کیونکہ اس کو سیکریفائس دینی پڑتی ہے۔</w:t>
      </w:r>
    </w:p>
    <w:p>
      <w:r>
        <w:rPr>
          <w:b/>
        </w:rPr>
        <w:t xml:space="preserve">[1:37:44] </w:t>
      </w:r>
      <w:r>
        <w:t>woh sacrifice bohat hi yani nervous breaking hoti hai. woh lekin jab aap ek aise guru ko paal lein to us ko unconditional tor par us ko paal lein.</w:t>
      </w:r>
    </w:p>
    <w:p>
      <w:pPr>
        <w:jc w:val="right"/>
      </w:pPr>
      <w:r>
        <w:t>وہ سیکریفائس بہت ہی یعنی نروس بریکنگ ہوتی ہے۔ وہ لیکن جب آپ ایک ایسے گرو کو پال لیں تو اس کو ان کنڈیشنل طور پر اس کو پال لیں۔</w:t>
      </w:r>
    </w:p>
    <w:p>
      <w:r>
        <w:rPr>
          <w:b/>
        </w:rPr>
        <w:t xml:space="preserve">[1:37:54] </w:t>
      </w:r>
      <w:r>
        <w:t>aap</w:t>
      </w:r>
    </w:p>
    <w:p>
      <w:pPr>
        <w:jc w:val="right"/>
      </w:pPr>
      <w:r>
        <w:t>آپ</w:t>
      </w:r>
    </w:p>
    <w:p>
      <w:r>
        <w:rPr>
          <w:b/>
        </w:rPr>
        <w:t xml:space="preserve">[1:37:57] </w:t>
      </w:r>
      <w:r>
        <w:t>main samajhta hoon ke yahi yahi do cheezein hain, teesri koi cheez nahi. ya to khud aap apne aap ko is is satah par le aa sakein, aala satah par, aur nahi to kisi aise insan ko pakad lijiye.</w:t>
      </w:r>
    </w:p>
    <w:p>
      <w:pPr>
        <w:jc w:val="right"/>
      </w:pPr>
      <w:r>
        <w:t>میں سمجھتا ہوں کہ یہی یہی دو چیزیں ہیں، تیسری کوئی چیز نہیں۔ یا تو خود آپ اپنے آپ کو اس اس سطح پر لے آ سکیں، اعلیٰ سطح پر، اور نہیں تو کسی ایسے انسان کو پکڑ لیجئے۔</w:t>
      </w:r>
    </w:p>
    <w:p>
      <w:r>
        <w:rPr>
          <w:b/>
        </w:rPr>
        <w:t xml:space="preserve">[1:38:12] </w:t>
      </w:r>
      <w:r>
        <w:t>yeh do do shaklein hain, teesri koi shakl nahi hai. the question is from Maulana Zakwan Nadvi from Delhi.</w:t>
      </w:r>
    </w:p>
    <w:p>
      <w:pPr>
        <w:jc w:val="right"/>
      </w:pPr>
      <w:r>
        <w:t>یہ دو دو شکلیں ہیں، تیسری کوئی شکل نہیں ہے۔ دس کوسچن از فرام مولانا زکوان ندوی فرام دہلی۔</w:t>
      </w:r>
    </w:p>
    <w:p>
      <w:r>
        <w:rPr>
          <w:b/>
        </w:rPr>
        <w:t xml:space="preserve">[1:38:23] </w:t>
      </w:r>
      <w:r>
        <w:t>Maulana how one can discover God at psychological level and what is the importance of dua in this regard?</w:t>
      </w:r>
    </w:p>
    <w:p>
      <w:pPr>
        <w:jc w:val="right"/>
      </w:pPr>
      <w:r>
        <w:t>مولانا ہاؤ ون کین ڈسکور گاڈ ایٹ سائیکلوجیکل لیول اینڈ واٹ از دی امپورٹنس اف دعا ان دس ریگارڈ؟</w:t>
      </w:r>
    </w:p>
    <w:p>
      <w:r>
        <w:rPr>
          <w:b/>
        </w:rPr>
        <w:t xml:space="preserve">[1:38:35] </w:t>
      </w:r>
      <w:r>
        <w:t>dekhein, main samajhta hoon ke dua hi sab kuch hai.</w:t>
      </w:r>
    </w:p>
    <w:p>
      <w:pPr>
        <w:jc w:val="right"/>
      </w:pPr>
      <w:r>
        <w:t>دیکھیں، میں سمجھتا ہوں کہ دعا ہی سب کچھ ہے۔</w:t>
      </w:r>
    </w:p>
    <w:p>
      <w:r>
        <w:rPr>
          <w:b/>
        </w:rPr>
        <w:t xml:space="preserve">[1:38:42] </w:t>
      </w:r>
      <w:r>
        <w:t>dua ka concept sirf Islam mein hai, yeh ajeeb baat hai. pata nahi kaise har mazhab mein dua ka concept bigad gaya. sahi tasawwur concept ka dua ka nahi hai.</w:t>
      </w:r>
    </w:p>
    <w:p>
      <w:pPr>
        <w:jc w:val="right"/>
      </w:pPr>
      <w:r>
        <w:t>دعا کا کانسیپٹ صرف اسلام میں ہے، یہ عجیب بات ہے۔ پتہ نہیں کیسے ہر مذہب میں دعا کا کانسیپٹ بگڑ گیا۔ صحیح تصور کانسیپٹ کا دعا کا نہیں ہے۔</w:t>
      </w:r>
    </w:p>
    <w:p>
      <w:r>
        <w:rPr>
          <w:b/>
        </w:rPr>
        <w:t xml:space="preserve">[1:38:53] </w:t>
      </w:r>
      <w:r>
        <w:t>misal ke taur par kahin dua nahi hai, wahan sirf ja kar ke phool chada dein ge aur Khuda ko phool chada dein ge to us ko samajhte hain ke woh sab kuch aap ban gaya.</w:t>
      </w:r>
    </w:p>
    <w:p>
      <w:pPr>
        <w:jc w:val="right"/>
      </w:pPr>
      <w:r>
        <w:t>مثلاً کہیں دعا نہیں ہے، وہاں صرف جا کر کے پھول چڑھا دیں گے اور خدا کو پھول چڑھا دیں گے تو اس کو سمجھتے ہیں کہ وہ سب کچھ آپ بن گیا۔</w:t>
      </w:r>
    </w:p>
    <w:p>
      <w:r>
        <w:rPr>
          <w:b/>
        </w:rPr>
        <w:t xml:space="preserve">[1:39:02] </w:t>
      </w:r>
      <w:r>
        <w:t>un ka kahin koi beech ka hai, ek beech ka koi wasta hai, usay kahin ke meri meri yeh dua Khuda tak pahuncha do.</w:t>
      </w:r>
    </w:p>
    <w:p>
      <w:pPr>
        <w:jc w:val="right"/>
      </w:pPr>
      <w:r>
        <w:t>ان کا کہیں کوئی بیچ کا ہے، ایک بیچ کا کوئی واسطہ ہے، اسے کہیں کہ میری میری یہ دعا خدا تک پہنچا دو۔</w:t>
      </w:r>
    </w:p>
    <w:p>
      <w:r>
        <w:rPr>
          <w:b/>
        </w:rPr>
        <w:t xml:space="preserve">[1:39:12] </w:t>
      </w:r>
      <w:r>
        <w:t>gharz yeh ke dua ka jo concept Islam mein hai, woh kahin maine paya hi nahi.</w:t>
      </w:r>
    </w:p>
    <w:p>
      <w:pPr>
        <w:jc w:val="right"/>
      </w:pPr>
      <w:r>
        <w:t>غرض یہ کہ دعا کا جو کانسیپٹ اسلام میں ہے، وہ کہیں میں نے پایا ہی نہیں۔</w:t>
      </w:r>
    </w:p>
    <w:p>
      <w:r>
        <w:rPr>
          <w:b/>
        </w:rPr>
        <w:t xml:space="preserve">[1:39:19] </w:t>
      </w:r>
      <w:r>
        <w:t>Islam mein Khuda ka dua ka concept hai waidha sa'alaka 'ibadi 'inni fa'inni qareeb 'ujeebu da'wata al-da'i yani bande jab poochein mere bare mein to keh do ke main un ke qareeb hi hoon,</w:t>
      </w:r>
    </w:p>
    <w:p>
      <w:pPr>
        <w:jc w:val="right"/>
      </w:pPr>
      <w:r>
        <w:t>اسلام میں خدا کا دعا کا کانسیپٹ ہے وذا سهلک عبادی انی فانی قریب اجیب دعوت الداعی یعنی بندے جب پوچھیں میرے بارے میں تو کہہ دو کہ میں ان کے قریب ہی ہوں،</w:t>
      </w:r>
    </w:p>
    <w:p>
      <w:r>
        <w:rPr>
          <w:b/>
        </w:rPr>
        <w:t xml:space="preserve">[1:39:34] </w:t>
      </w:r>
      <w:r>
        <w:t>un ki pukar ko sunta hoon.</w:t>
      </w:r>
    </w:p>
    <w:p>
      <w:pPr>
        <w:jc w:val="right"/>
      </w:pPr>
      <w:r>
        <w:t>ان کی پکار کو سنتا ہوں۔</w:t>
      </w:r>
    </w:p>
    <w:p>
      <w:r>
        <w:rPr>
          <w:b/>
        </w:rPr>
        <w:t xml:space="preserve">[1:39:39] </w:t>
      </w:r>
      <w:r>
        <w:t>yeh jo concept hai ke Khuda sunne wala hai, tumhare paas hai aur sunne wala bhi hai, woh koi pathar nahi hai.</w:t>
      </w:r>
    </w:p>
    <w:p>
      <w:pPr>
        <w:jc w:val="right"/>
      </w:pPr>
      <w:r>
        <w:t>یہ جو کانسیپٹ ہے کہ خدا سننے والا ہے، تمہارے پاس ہے اور سننے والا بھی ہے، وہ کوئی پتھر نہیں ہے۔</w:t>
      </w:r>
    </w:p>
    <w:p>
      <w:r>
        <w:rPr>
          <w:b/>
        </w:rPr>
        <w:t xml:space="preserve">[1:39:48] </w:t>
      </w:r>
      <w:r>
        <w:t>woh</w:t>
      </w:r>
    </w:p>
    <w:p>
      <w:pPr>
        <w:jc w:val="right"/>
      </w:pPr>
      <w:r>
        <w:t>وہ</w:t>
      </w:r>
    </w:p>
    <w:p>
      <w:r>
        <w:rPr>
          <w:b/>
        </w:rPr>
        <w:t xml:space="preserve">[1:39:49] </w:t>
      </w:r>
      <w:r>
        <w:t>to pukaro, woh sune ga aur tumhari baat poori kare ga.</w:t>
      </w:r>
    </w:p>
    <w:p>
      <w:pPr>
        <w:jc w:val="right"/>
      </w:pPr>
      <w:r>
        <w:t>تو پکارو، وہ سنے گا اور تمہاری بات پوری کرے گا۔</w:t>
      </w:r>
    </w:p>
    <w:p>
      <w:r>
        <w:rPr>
          <w:b/>
        </w:rPr>
        <w:t xml:space="preserve">[1:39:57] </w:t>
      </w:r>
      <w:r>
        <w:t>dekhen, yeh baat material sense mein nahin hai ke mera muqadma farz kiya ke adalat mein hai to mein dua karoon Khuda mein muqadma jeet jaon. Yeh sab third class ki baatein hain, yeh sab third class ki baatein hain.</w:t>
      </w:r>
    </w:p>
    <w:p>
      <w:pPr>
        <w:jc w:val="right"/>
      </w:pPr>
      <w:r>
        <w:t>دیکھیں، یہ بات مٹیریل سینس میں نہیں ہے کہ میرا مقدمہ فرض کیا کہ عدالت میں ہے تو میں دعا کروں خدا میں مقدمہ جیت جائے۔ یہ سب تھرڈ کلاس کی باتیں ہیں، یہ سب تھرڈ کلاس کی باتیں ہیں۔</w:t>
      </w:r>
    </w:p>
    <w:p>
      <w:r>
        <w:rPr>
          <w:b/>
        </w:rPr>
        <w:t xml:space="preserve">[1:40:10] </w:t>
      </w:r>
      <w:r>
        <w:t>mein jo baat kar raha hoon, woh rohani safar ki baat kar raha hoon. Mein</w:t>
      </w:r>
    </w:p>
    <w:p>
      <w:pPr>
        <w:jc w:val="right"/>
      </w:pPr>
      <w:r>
        <w:t>میں جو بات کر رہا ہوں، وہ روحانی سفر کی بات کر رہا ہوں۔ میں</w:t>
      </w:r>
    </w:p>
    <w:p>
      <w:r>
        <w:rPr>
          <w:b/>
        </w:rPr>
        <w:t xml:space="preserve">[1:40:15] </w:t>
      </w:r>
      <w:r>
        <w:t>spiritual journey, intellectual journey, personality development, yeh jo hai, is mein Khuda ki madad,</w:t>
      </w:r>
    </w:p>
    <w:p>
      <w:pPr>
        <w:jc w:val="right"/>
      </w:pPr>
      <w:r>
        <w:t>سپریچول جرنی، انٹلیکچول جرنی، پرسنیلٹی ڈیولپمنٹ، یہ جو ہے، اس میں خدا کی مدد،</w:t>
      </w:r>
    </w:p>
    <w:p>
      <w:r>
        <w:rPr>
          <w:b/>
        </w:rPr>
        <w:t xml:space="preserve">[1:40:27] </w:t>
      </w:r>
      <w:r>
        <w:t>the work, is mein Khuda ki madad.</w:t>
      </w:r>
    </w:p>
    <w:p>
      <w:pPr>
        <w:jc w:val="right"/>
      </w:pPr>
      <w:r>
        <w:t>دا ورک، اس میں خدا کی مدد۔</w:t>
      </w:r>
    </w:p>
    <w:p>
      <w:r>
        <w:rPr>
          <w:b/>
        </w:rPr>
        <w:t xml:space="preserve">[1:40:32] </w:t>
      </w:r>
      <w:r>
        <w:t>mein samajhta hoon ke dua se to bari koi cheez hi nahin. Mein apna aik tajruba arz karta hoon aap ko.</w:t>
      </w:r>
    </w:p>
    <w:p>
      <w:pPr>
        <w:jc w:val="right"/>
      </w:pPr>
      <w:r>
        <w:t>میں سمجھتا ہوں کہ دعا سے تو بڑی کوئی چیز ہی نہیں۔ میں اپنا ایک تجربہ عرض کرتا ہوں آپ کو۔</w:t>
      </w:r>
    </w:p>
    <w:p>
      <w:r>
        <w:rPr>
          <w:b/>
        </w:rPr>
        <w:t xml:space="preserve">[1:40:40] </w:t>
      </w:r>
      <w:r>
        <w:t>jab mein Adam Garh mein tha to wahan par aik town hai, Anjaan Shaheed. Wahan par aik jalsa tha to wahan par mein gaya tha.</w:t>
      </w:r>
    </w:p>
    <w:p>
      <w:pPr>
        <w:jc w:val="right"/>
      </w:pPr>
      <w:r>
        <w:t>جب میں آدم گڑھ میں تھا تو وہاں پر ایک ٹاؤن ہے، انجان شہید۔ وہاں پر ایک جلسہ تھا تو وہاں پر میں گیا تھا۔</w:t>
      </w:r>
    </w:p>
    <w:p>
      <w:r>
        <w:rPr>
          <w:b/>
        </w:rPr>
        <w:t xml:space="preserve">[1:40:52] </w:t>
      </w:r>
      <w:r>
        <w:t>is waqt tak mein taqreer nahin karta tha, taqreer karna mujhe aata hi nahin tha. Bilkul dil dehalta tha aur kapkapi taari hoti thi, dimagh hilne lagta tha mein stage par aate hi.</w:t>
      </w:r>
    </w:p>
    <w:p>
      <w:pPr>
        <w:jc w:val="right"/>
      </w:pPr>
      <w:r>
        <w:t>اس وقت تک میں تقریر نہیں کرتا تھا، تقریر کرنا مجھے آتا ہی نہیں تھا۔ بالکل دل دہلتا تھا اور کپکپی طاری ہوتی تھی، دماغ ہلنے لگتا تھا میں اسٹیج پر آتے ہی۔</w:t>
      </w:r>
    </w:p>
    <w:p>
      <w:r>
        <w:rPr>
          <w:b/>
        </w:rPr>
        <w:t xml:space="preserve">[1:41:06] </w:t>
      </w:r>
      <w:r>
        <w:t>lekin logon ne mujhe, kuch logon ne khara kar diya.</w:t>
      </w:r>
    </w:p>
    <w:p>
      <w:pPr>
        <w:jc w:val="right"/>
      </w:pPr>
      <w:r>
        <w:t>لیکن لوگوں نے مجھے، کچھ لوگوں نے کھڑا کر دیا۔</w:t>
      </w:r>
    </w:p>
    <w:p>
      <w:r>
        <w:rPr>
          <w:b/>
        </w:rPr>
        <w:t xml:space="preserve">[1:41:10] </w:t>
      </w:r>
      <w:r>
        <w:t>mein unhon ne taqreer karen ge yeh to mein stage par aaya jab ke mein taqreer karna nahin janta tha. Is waqt tak likhta tha, bas likhta tha.</w:t>
      </w:r>
    </w:p>
    <w:p>
      <w:pPr>
        <w:jc w:val="right"/>
      </w:pPr>
      <w:r>
        <w:t>میں انہوں نے تقریر کریں گے یہ تو میں اسٹیج پر آیا جب کہ میں تقریر کرنا نہیں جانتا تھا۔ اس وقت تک لکھتا تھا، بس لکھتا تھا۔</w:t>
      </w:r>
    </w:p>
    <w:p>
      <w:r>
        <w:rPr>
          <w:b/>
        </w:rPr>
        <w:t xml:space="preserve">[1:41:21] </w:t>
      </w:r>
      <w:r>
        <w:t>to aik ajeeb mein deewangi ki taari hui, meri deewangi ki taari hui meri.</w:t>
      </w:r>
    </w:p>
    <w:p>
      <w:pPr>
        <w:jc w:val="right"/>
      </w:pPr>
      <w:r>
        <w:t>تو ایک عجیب میں دیوار کی طاری ہوئی، میری دیوار کی طاری ہوئی میری۔</w:t>
      </w:r>
    </w:p>
    <w:p>
      <w:r>
        <w:rPr>
          <w:b/>
        </w:rPr>
        <w:t xml:space="preserve">[1:41:28] </w:t>
      </w:r>
      <w:r>
        <w:t>aur mujhe woh yaad aaya ke Hazrat Musa (AS) ne kaha tha Allah taala se ke Khuda mujhe taqreer karna nahin aata. Qad ari'u wa yusallim li lisani</w:t>
      </w:r>
    </w:p>
    <w:p>
      <w:pPr>
        <w:jc w:val="right"/>
      </w:pPr>
      <w:r>
        <w:t>اور مجھے وہ یاد آیا کہ حضرت موسیٰ علیہ السلام نے کہا تھا اللہ تعالی سے کہ خدا مجھے تقریر کرنا نہیں آتا۔ اذ قدری وراء انطلق اللسانی</w:t>
      </w:r>
    </w:p>
    <w:p>
      <w:r>
        <w:rPr>
          <w:b/>
        </w:rPr>
        <w:t xml:space="preserve">[1:41:41] </w:t>
      </w:r>
      <w:r>
        <w:t>Hazrat Musa se jab Allah taala ne farmaya ke jao Firoun ke paas dawat pohnchao to unhon ne yeh kaha tha ke Khudaaya mera seena tang hota hai, meri zuban chalti nahin.</w:t>
      </w:r>
    </w:p>
    <w:p>
      <w:pPr>
        <w:jc w:val="right"/>
      </w:pPr>
      <w:r>
        <w:t>حضرت موسیٰ سے جب اللہ تعالی نے فرمایا کہ جاؤ فرعون کے پاس دعوت پہنچاؤ تو انہوں نے یہ کہا تھا کہ خدایا میرا سینہ تنگ ہوتا ہے، میری زبان چلتی نہیں۔</w:t>
      </w:r>
    </w:p>
    <w:p>
      <w:r>
        <w:rPr>
          <w:b/>
        </w:rPr>
        <w:t xml:space="preserve">[1:41:55] </w:t>
      </w:r>
      <w:r>
        <w:t>Qad ari'u wa yusallim li lisani to mein deewangi ke alam mein khara ho gaya.</w:t>
      </w:r>
    </w:p>
    <w:p>
      <w:pPr>
        <w:jc w:val="right"/>
      </w:pPr>
      <w:r>
        <w:t>اذ قدری وراء انطلق اللسانی تو میں دیوانگی کے عالم میں کھڑا ہو گیا۔</w:t>
      </w:r>
    </w:p>
    <w:p>
      <w:r>
        <w:rPr>
          <w:b/>
        </w:rPr>
        <w:t xml:space="preserve">[1:42:03] </w:t>
      </w:r>
      <w:r>
        <w:t>mein ne kaha Quran Majeed mein is tarah ke jo cheezein hain, woh aik story nahin hai, woh historical sense mein nahin hai ke kabhi aisa ho gaya tha.</w:t>
      </w:r>
    </w:p>
    <w:p>
      <w:pPr>
        <w:jc w:val="right"/>
      </w:pPr>
      <w:r>
        <w:t>میں نے کہا قرآن مجید میں اس طرح کے جو چیزیں ہیں، وہ ایک سٹوری نہیں ہے، وہ ہسٹوریکل سینس میں نہیں ہے کہ کبھی ایسا ہو گیا تھا۔</w:t>
      </w:r>
    </w:p>
    <w:p>
      <w:r>
        <w:rPr>
          <w:b/>
        </w:rPr>
        <w:t xml:space="preserve">[1:42:15] </w:t>
      </w:r>
      <w:r>
        <w:t>aaj bhi in ka relevance hai, aaj bhi. To isi deewangi mein mein ne kaha ke aaj bhi koi Khuda ka banda koi khara ho, koi kahe ke Allah</w:t>
      </w:r>
    </w:p>
    <w:p>
      <w:pPr>
        <w:jc w:val="right"/>
      </w:pPr>
      <w:r>
        <w:t>آج بھی ان کا ریلیوننس ہے، آج بھی۔ تو اسی دیوانگی میں میں نے کہا کہ آج بھی کوئی خدا کا بندہ کوئی کھڑا ہو، کوئی کہے کہ اللہ</w:t>
      </w:r>
    </w:p>
    <w:p>
      <w:r>
        <w:rPr>
          <w:b/>
        </w:rPr>
        <w:t xml:space="preserve">[1:42:30] </w:t>
      </w:r>
      <w:r>
        <w:t>to aaj bhi awaz aaye gi Khuda ki taraf se. Laqad</w:t>
      </w:r>
    </w:p>
    <w:p>
      <w:pPr>
        <w:jc w:val="right"/>
      </w:pPr>
      <w:r>
        <w:t>تو آج بھی آواز آئے گی خدا کی طرف سے۔ لقد</w:t>
      </w:r>
    </w:p>
    <w:p>
      <w:r>
        <w:rPr>
          <w:b/>
        </w:rPr>
        <w:t xml:space="preserve">[1:42:33] </w:t>
      </w:r>
      <w:r>
        <w:t>ootee rasooluka ya Moosa Quran Majeed mein hai ke Allah taala ne farmaya Laqad ootee rasooluka ya Moosa aey Musa jo tu ne manga woh hum ne de diya tujh ko.</w:t>
      </w:r>
    </w:p>
    <w:p>
      <w:pPr>
        <w:jc w:val="right"/>
      </w:pPr>
      <w:r>
        <w:t>أوتي رسولك يا موسیٰ قرآن مجید میں ہے کہ اللہ تعالی نے فرمایا لقد أوتي رسولك يا موسیٰ اے موسیٰ جو تو نے مانگا وہ ہم نے دے دیا تجھ کو۔</w:t>
      </w:r>
    </w:p>
    <w:p>
      <w:r>
        <w:rPr>
          <w:b/>
        </w:rPr>
        <w:t xml:space="preserve">[1:42:45] </w:t>
      </w:r>
      <w:r>
        <w:t>to mein deewangi ke alam mein hi mein ne kaha yeh baat ke agar aaj bhi koi Khuda ka banda khara ho aur yeh kahe Allahumma yassir sadri wa la tusallim li lisani to aaj bhi Khuda ki taraf se awaz aaye gi</w:t>
      </w:r>
    </w:p>
    <w:p>
      <w:pPr>
        <w:jc w:val="right"/>
      </w:pPr>
      <w:r>
        <w:t>تو میں دیوانگی کے عالم میں ہی میں نے کہا یہ بات کہ اگر آج بھی کوئی خدا کا بندہ کھڑا ہو اور یہ کہے اللہم یزید صدری ولا یطلق اللسانی تو آج بھی خدا کی طرف سے آواز آئے گی</w:t>
      </w:r>
    </w:p>
    <w:p>
      <w:r>
        <w:rPr>
          <w:b/>
        </w:rPr>
        <w:t xml:space="preserve">[1:43:01] </w:t>
      </w:r>
      <w:r>
        <w:t>Laqad ootee rasooluka ya Moosa aey mere bande mein ne tujh ko de diya woh cheez jo tu ne manga.</w:t>
      </w:r>
    </w:p>
    <w:p>
      <w:pPr>
        <w:jc w:val="right"/>
      </w:pPr>
      <w:r>
        <w:t>لقد أوتي رسولك يا موسیٰ اے میرے بندے میں نے تجھ کو دے دیا وہ چیز جو تو نے مانگا۔</w:t>
      </w:r>
    </w:p>
    <w:p>
      <w:r>
        <w:rPr>
          <w:b/>
        </w:rPr>
        <w:t xml:space="preserve">[1:43:10] </w:t>
      </w:r>
      <w:r>
        <w:t>is sense mein mein keh raha hoon to yeh jo dua ka jo concept hai, yeh to Islam ke siwa kahin bhi nahin. Khuda aik zinda hasti hai, woh dekhne wala hai, sunne wala hai, janne wala hai, poora karne wala hai.</w:t>
      </w:r>
    </w:p>
    <w:p>
      <w:pPr>
        <w:jc w:val="right"/>
      </w:pPr>
      <w:r>
        <w:t>اس سینس میں میں کہہ رہا ہوں تو یہ جو دعا کا جو کانسیپٹ ہے، یہ تو اسلام کے سوا کہیں بھی نہیں۔ خدا ایک زندہ ہستی ہے، وہ دیکھنے والا ہے، سننے والا ہے، جاننے والا ہے، پورا کرنے والا ہے۔</w:t>
      </w:r>
    </w:p>
    <w:p>
      <w:r>
        <w:rPr>
          <w:b/>
        </w:rPr>
        <w:t xml:space="preserve">[1:43:24] </w:t>
      </w:r>
      <w:r>
        <w:t>woh God Almighty hai. Woh to</w:t>
      </w:r>
    </w:p>
    <w:p>
      <w:pPr>
        <w:jc w:val="right"/>
      </w:pPr>
      <w:r>
        <w:t>وہ گاڈ المائٹی ہے۔ وہ تو</w:t>
      </w:r>
    </w:p>
    <w:p>
      <w:r>
        <w:rPr>
          <w:b/>
        </w:rPr>
        <w:t xml:space="preserve">[1:43:28] </w:t>
      </w:r>
      <w:r>
        <w:t>jab yeh tasawwur hai, tabhi to aap Khuda se dua karenge. Patthar se kaise dua karenge aap? To dua ka jo jo living concept hai, living concept woh sirf Islam mein hai kyunke Islam mein sachi tauheed hai.</w:t>
      </w:r>
    </w:p>
    <w:p>
      <w:pPr>
        <w:jc w:val="right"/>
      </w:pPr>
      <w:r>
        <w:t>جب یہ تصور ہے، تبھی تو آپ خدا سے دعا کریں گے۔ پتھر سے کیسے دعا کریں گے آپ؟ تو دعا کا جو جو لیونگ کانسیپٹ ہے، لیونگ کانسیپٹ وہ صرف اسلام میں ہے کیونکہ اسلام میں سچی توحید ہے۔</w:t>
      </w:r>
    </w:p>
    <w:p>
      <w:r>
        <w:rPr>
          <w:b/>
        </w:rPr>
        <w:t xml:space="preserve">[1:43:48] </w:t>
      </w:r>
      <w:r>
        <w:t>woh jo mein ne qissa bataya aap ko, koi larki ne jo kaha tha ke my father is captain of this ship, he is not going to let it sink</w:t>
      </w:r>
    </w:p>
    <w:p>
      <w:pPr>
        <w:jc w:val="right"/>
      </w:pPr>
      <w:r>
        <w:t>وہ جو میں نے قصہ بتایا آپ کو، کوئی لڑکی نے جو کہا تھا کہ my father is captain of this ship, he is not going to let it sink</w:t>
      </w:r>
    </w:p>
    <w:p>
      <w:r>
        <w:rPr>
          <w:b/>
        </w:rPr>
        <w:t xml:space="preserve">[1:43:57] </w:t>
      </w:r>
      <w:r>
        <w:t>to woh jo bepanah yaqeen tha us bachi ko, woh bepanah yaqeen aap ko hasil ho jata hai Khuda ke baray mein million time ziyada. Lekin kab hoga?</w:t>
      </w:r>
    </w:p>
    <w:p>
      <w:pPr>
        <w:jc w:val="right"/>
      </w:pPr>
      <w:r>
        <w:t>تو وہ جو بے پناہ یقین تھا اس بچی کو، وہ بے پناہ یقین آپ کو حاصل ہو جاتا ہے خدا کے بارے میں ملین ٹائم زیادہ۔ لیکن کب ہوگا؟</w:t>
      </w:r>
    </w:p>
    <w:p>
      <w:r>
        <w:rPr>
          <w:b/>
        </w:rPr>
        <w:t xml:space="preserve">[1:44:07] </w:t>
      </w:r>
      <w:r>
        <w:t>bachi janti thi ke mera aik baap hai, woh captain hai, woh insan hai, woh woh woh woh technology janta hai jahaz chalane ke liye.</w:t>
      </w:r>
    </w:p>
    <w:p>
      <w:pPr>
        <w:jc w:val="right"/>
      </w:pPr>
      <w:r>
        <w:t>بچی جانتی تھی کہ میرا ایک باپ ہے، وہ کیپٹن ہے، وہ انسان ہے، وہ وہ وہ وہ ٹیکنالوجی جانتا ہے جہاز چلانے کے لیے۔</w:t>
      </w:r>
    </w:p>
    <w:p>
      <w:r>
        <w:rPr>
          <w:b/>
        </w:rPr>
        <w:t xml:space="preserve">[1:44:17] </w:t>
      </w:r>
      <w:r>
        <w:t>is ke paas mind hai, yaani ek poori living hasti hai. is ki</w:t>
      </w:r>
    </w:p>
    <w:p>
      <w:pPr>
        <w:jc w:val="right"/>
      </w:pPr>
      <w:r>
        <w:t>اس کے پاس مائنڈ ہے، یعنی ایک پوری لیونگ ہستی ہے۔ اس کی</w:t>
      </w:r>
    </w:p>
    <w:p>
      <w:r>
        <w:rPr>
          <w:b/>
        </w:rPr>
        <w:t xml:space="preserve">[1:44:22] </w:t>
      </w:r>
      <w:r>
        <w:t>agar samajhti woh ke mera baap jo hai ek ek pathar ki taraf kahin rakha hua hai, tab nahi keh sakti thi awaz. tab nahi keh sakti thi woh ek lakri ka statue hota to kya woh keh sakti thi bachche is tarah is ke bare mein?</w:t>
      </w:r>
    </w:p>
    <w:p>
      <w:pPr>
        <w:jc w:val="right"/>
      </w:pPr>
      <w:r>
        <w:t>اگر سمجھتی وہ کہ میرا باپ جو ہے ایک ایک پتھر کی طرف کہیں رکھا ہوا ہے، تب نہیں کہہ سکتی تھی آواز۔ تب نہیں کہہ سکتی تھی وہ ایک لکڑی کا سٹیچو ہوتا تو کیا وہ کہہ سکتی تھی بچے اس طرح اس کے بارے میں؟</w:t>
      </w:r>
    </w:p>
    <w:p>
      <w:r>
        <w:rPr>
          <w:b/>
        </w:rPr>
        <w:t xml:space="preserve">[1:44:39] </w:t>
      </w:r>
      <w:r>
        <w:t>to jis tarah se ek living baap tha, is ka living baap aise ek living god chahiye hum ko. tab hum yeh keh sakte hain</w:t>
      </w:r>
    </w:p>
    <w:p>
      <w:pPr>
        <w:jc w:val="right"/>
      </w:pPr>
      <w:r>
        <w:t>تو جس طرح سے ایک لیونگ باپ تھا، اس کا لیونگ باپ ایسے ایک لیونگ گاڈ چاہیے ہم کو۔ تب ہم یہ کہہ سکتے ہیں</w:t>
      </w:r>
    </w:p>
    <w:p>
      <w:r>
        <w:rPr>
          <w:b/>
        </w:rPr>
        <w:t xml:space="preserve">[1:44:50] </w:t>
      </w:r>
      <w:r>
        <w:t>is bachchi ko pata tha ke mera baap ek zinda baap hai, tab is ke tab keh sake woh aise insan ko ek living god chahiye.</w:t>
      </w:r>
    </w:p>
    <w:p>
      <w:pPr>
        <w:jc w:val="right"/>
      </w:pPr>
      <w:r>
        <w:t>اس بچی کو پتہ تھا کہ میرا باپ ایک زندہ باپ ہے، تب اس کے تب کہہ سکے وہ ایسے انسان کو ایک لیونگ گاڈ چاہیے۔</w:t>
      </w:r>
    </w:p>
    <w:p>
      <w:r>
        <w:rPr>
          <w:b/>
        </w:rPr>
        <w:t xml:space="preserve">[1:44:59] </w:t>
      </w:r>
      <w:r>
        <w:t>tab woh keh sake ga ke mera mera khuda mera sambhalne wala hai, woh mere jahaz ko doobne nahi de ga.</w:t>
      </w:r>
    </w:p>
    <w:p>
      <w:pPr>
        <w:jc w:val="right"/>
      </w:pPr>
      <w:r>
        <w:t>تب وہ کہہ سکے گا کہ میرا میرا خدا میرا سنبھالنے والا ہے، وہ میرے جہاز کو ڈوبنے نہیں دے گا۔</w:t>
      </w:r>
    </w:p>
    <w:p>
      <w:r>
        <w:rPr>
          <w:b/>
        </w:rPr>
        <w:t xml:space="preserve">[1:45:09] </w:t>
      </w:r>
      <w:r>
        <w:t>to yeh living god ka jo concept hai, woh sirf islam mein hai, sirf quran mein hai, sirf toheed mein hai. isi liye kahin bhi aap jaiye, kisi mazhab mein aap ko zinda dua nahi mile gi.</w:t>
      </w:r>
    </w:p>
    <w:p>
      <w:pPr>
        <w:jc w:val="right"/>
      </w:pPr>
      <w:r>
        <w:t>تو یہ لیونگ گاڈ کا جو کانسیپٹ ہے، وہ صرف اسلام میں ہے، صرف قرآن میں ہے، صرف توحید میں ہے۔ اسی لیے کہیں بھی آپ جائیے، کسی مذہب میں آپ کو زندہ دعا نہیں ملے گی۔</w:t>
      </w:r>
    </w:p>
    <w:p>
      <w:r>
        <w:rPr>
          <w:b/>
        </w:rPr>
        <w:t xml:space="preserve">[1:45:18] </w:t>
      </w:r>
      <w:r>
        <w:t>kahin aap ko</w:t>
      </w:r>
    </w:p>
    <w:p>
      <w:pPr>
        <w:jc w:val="right"/>
      </w:pPr>
      <w:r>
        <w:t>کہیں آپ کو</w:t>
      </w:r>
    </w:p>
    <w:p>
      <w:r>
        <w:rPr>
          <w:b/>
        </w:rPr>
        <w:t xml:space="preserve">[1:45:20] </w:t>
      </w:r>
      <w:r>
        <w:t>mein har jagah gaya hoon, har mazhab mein mein gaya hoon, har mazhab ke ibadat khano mein gaya hoon, kahin bhi maine nahi paya ke yeh living dua jo hai, living dua, ek zinda dua mujhe kahin mili nahi.</w:t>
      </w:r>
    </w:p>
    <w:p>
      <w:pPr>
        <w:jc w:val="right"/>
      </w:pPr>
      <w:r>
        <w:t>میں ہر جگہ گیا ہوں، ہر مذہب میں میں گیا ہوں، ہر مذہب کے عبادت خانوں میں گیا ہوں، کہیں بھی میں نے نہیں پایا کہ یہ لیونگ دعا جو ہے، لیونگ دعا، ایک زندہ دعا مجھے کہیں ملی نہیں۔</w:t>
      </w:r>
    </w:p>
    <w:p>
      <w:r>
        <w:rPr>
          <w:b/>
        </w:rPr>
        <w:t xml:space="preserve">[1:45:33] </w:t>
      </w:r>
      <w:r>
        <w:t>kyun ke living dua ke liye zinda khuda ka tasawwur chahiye. jaise maine arz kiya ke ek ek lakri, ek is shakal ki ek murti hoti hai.</w:t>
      </w:r>
    </w:p>
    <w:p>
      <w:pPr>
        <w:jc w:val="right"/>
      </w:pPr>
      <w:r>
        <w:t>کیونکہ لیونگ دعا کے لیے زندہ خدا کا تصور چاہیے۔ جیسے میں نے عرض کیا کہ ایک ایک لکڑی، ایک اس شکل کی ایک مورتی ہوتی ہے۔</w:t>
      </w:r>
    </w:p>
    <w:p>
      <w:r>
        <w:rPr>
          <w:b/>
        </w:rPr>
        <w:t xml:space="preserve">[1:45:45] </w:t>
      </w:r>
      <w:r>
        <w:t>in ka baap jo hai ek lakri ki murti hota to kya keh sakti thi woh?</w:t>
      </w:r>
    </w:p>
    <w:p>
      <w:pPr>
        <w:jc w:val="right"/>
      </w:pPr>
      <w:r>
        <w:t>ان کا باپ جو ہے ایک لکڑی کی مورتی ہوتا تو کیا کہہ سکتی تھی وہ؟</w:t>
      </w:r>
    </w:p>
    <w:p>
      <w:r>
        <w:rPr>
          <w:b/>
        </w:rPr>
        <w:t xml:space="preserve">[1:45:51] </w:t>
      </w:r>
      <w:r>
        <w:t>ek living baap hi ke liye keh sakti thi aisa woh living father ke liye. aise hi jab tak aap ke samne khuda ka woh woh woh concept, concept na ho, rab ul alameen ka jo concept hai, tab tak aap kaise dua karein ge?</w:t>
      </w:r>
    </w:p>
    <w:p>
      <w:pPr>
        <w:jc w:val="right"/>
      </w:pPr>
      <w:r>
        <w:t>ایک لیونگ باپ ہی کے لیے کہہ سکتی تھی ایسا وہ لیونگ فادر کے لیے۔ ایسے ہی جب تک آپ کے سامنے خدا کا وہ وہ وہ وہ کنسیپٹ، کانسیپٹ نہ ہو، رب العالمین کا جو کانسیپٹ ہے، تب تک آپ کیسے دعا کریں گے؟</w:t>
      </w:r>
    </w:p>
    <w:p>
      <w:r>
        <w:rPr>
          <w:b/>
        </w:rPr>
        <w:t xml:space="preserve">[1:46:05] </w:t>
      </w:r>
      <w:r>
        <w:t>tab tak zinda dua kaise nikle gi? ke kaise sina aap ka tarpay ga? kaise yaqeen kahan se aye ga aap ko? source of conviction kahan se bane ga woh aap ke liye?</w:t>
      </w:r>
    </w:p>
    <w:p>
      <w:pPr>
        <w:jc w:val="right"/>
      </w:pPr>
      <w:r>
        <w:t>تب تک زندہ دعا کیسے نکلے گی؟ کہ کیسے سینہ آپ کا تڑپے گا؟ کیسے یقین کہاں سے آئے گا آپ کو؟ سورس آف کنوکشن کہاں سے بنے گا وہ آپ کے لیے؟</w:t>
      </w:r>
    </w:p>
    <w:p>
      <w:r>
        <w:rPr>
          <w:b/>
        </w:rPr>
        <w:t xml:space="preserve">[1:46:17] </w:t>
      </w:r>
      <w:r>
        <w:t>to mein apne matlab, apna jo study maine ki hai, mein keh sakta hoon ke toheed ka khalis concept, khuda ka khalis concept, dua ka khalis concept, ibadat ka khalis concept agar kahin hai to sirf islam mein hai, sirf quran mein hai, sirf toheed mein hai aur kahin nahi hai.</w:t>
      </w:r>
    </w:p>
    <w:p>
      <w:pPr>
        <w:jc w:val="right"/>
      </w:pPr>
      <w:r>
        <w:t>تو میں اپنے مطلب، اپنا جو سٹڈی میں نے کی ہے، میں کہہ سکتا ہوں کہ توحید کا خالص کانسیپٹ، خدا کا خالص کانسیپٹ، دعا کا خالص کانسیپٹ، عبادت کا خالص کانسیپٹ اگر کہیں ہے تو صرف اسلام میں ہے، صرف قرآن میں ہے، صرف توحید میں ہے اور کہیں نہیں ہے۔</w:t>
      </w:r>
    </w:p>
    <w:p>
      <w:r>
        <w:rPr>
          <w:b/>
        </w:rPr>
        <w:t xml:space="preserve">[1:46:35] </w:t>
      </w:r>
      <w:r>
        <w:t>das question is from mr khawaja kaleemuddin from pennsylvania. in islam as far as inheritance is concerned.</w:t>
      </w:r>
    </w:p>
    <w:p>
      <w:pPr>
        <w:jc w:val="right"/>
      </w:pPr>
      <w:r>
        <w:t>دس کوسچن از فرام مسٹر خواجہ کلیم الدین فرام پینسلوینیا۔ ان اسلام ایز فار انہیریٹنس از کنسرنڈ۔</w:t>
      </w:r>
    </w:p>
    <w:p>
      <w:r>
        <w:rPr>
          <w:b/>
        </w:rPr>
        <w:t xml:space="preserve">[1:46:46] </w:t>
      </w:r>
      <w:r>
        <w:t>male child gets two shares as compared to a female child. what is the wisdom behind it? in today's society, both male and female children take equal responsibility of parents.</w:t>
      </w:r>
    </w:p>
    <w:p>
      <w:pPr>
        <w:jc w:val="right"/>
      </w:pPr>
      <w:r>
        <w:t>میل چائلڈ گیٹس ٹو شیئرز ایز کمپیر ٹو ا فیمیل چائلڈ۔ واٹ از دا وزڈم بیہائنڈ اٹ؟ ان ٹوڈے سوسائٹی، بوتھ میل اینڈ فیمیل چلڈرن ٹیک ایکول ریسپانسبیلٹی اف پیرنٹس۔</w:t>
      </w:r>
    </w:p>
    <w:p>
      <w:r>
        <w:rPr>
          <w:b/>
        </w:rPr>
        <w:t xml:space="preserve">[1:47:02] </w:t>
      </w:r>
      <w:r>
        <w:t>in this condition, how is it just to give two shares to a male child? maulana, kindly comment. dekhein, yeh is par kafi likha ja chuka hai.</w:t>
      </w:r>
    </w:p>
    <w:p>
      <w:pPr>
        <w:jc w:val="right"/>
      </w:pPr>
      <w:r>
        <w:t>ان دس کنڈیشن، ہاؤ از اٹ جسٹ ٹو گیو ٹو شیئرز ٹو ا میل چائلڈ؟ مولانا، کائنڈلی کمنٹ۔ دیکھیں، یہ اس پر کافی لکھا جا چکا ہے۔</w:t>
      </w:r>
    </w:p>
    <w:p>
      <w:r>
        <w:rPr>
          <w:b/>
        </w:rPr>
        <w:t xml:space="preserve">[1:47:16] </w:t>
      </w:r>
      <w:r>
        <w:t>islam ka jo poora system hai, is ko dekh kar yeh baat samajh mein aa sakti hai ke islam mein wirasat jo hai, aurat ko do taraf se milti hai,</w:t>
      </w:r>
    </w:p>
    <w:p>
      <w:pPr>
        <w:jc w:val="right"/>
      </w:pPr>
      <w:r>
        <w:t>اسلام کا جو پورا سسٹم ہے، اس کو دیکھ کر یہ بات سمجھ میں آ سکتی ہے کہ اسلام میں وراثت جو ہے، عورت کو دو طرف سے ملتی ہے،</w:t>
      </w:r>
    </w:p>
    <w:p>
      <w:r>
        <w:rPr>
          <w:b/>
        </w:rPr>
        <w:t xml:space="preserve">[1:47:30] </w:t>
      </w:r>
      <w:r>
        <w:t>yaani sasural se bhi, mayke se bhi.</w:t>
      </w:r>
    </w:p>
    <w:p>
      <w:pPr>
        <w:jc w:val="right"/>
      </w:pPr>
      <w:r>
        <w:t>یعنی سسرال سے بھی، میکے سے بھی۔</w:t>
      </w:r>
    </w:p>
    <w:p>
      <w:r>
        <w:rPr>
          <w:b/>
        </w:rPr>
        <w:t xml:space="preserve">[1:47:35] </w:t>
      </w:r>
      <w:r>
        <w:t>yeh system in in societies mein nahi, is ka aap refer kar rahe hain ke dono taraf se is ko wirasat mile.</w:t>
      </w:r>
    </w:p>
    <w:p>
      <w:pPr>
        <w:jc w:val="right"/>
      </w:pPr>
      <w:r>
        <w:t>یہ سسٹم ان ان سوسائٹیز میں نہیں، اس کا آپ ریفر کر رہے ہیں کہ دونوں طرف سے اس کو وراثت ملے۔</w:t>
      </w:r>
    </w:p>
    <w:p>
      <w:r>
        <w:rPr>
          <w:b/>
        </w:rPr>
        <w:t xml:space="preserve">[1:47:43] </w:t>
      </w:r>
      <w:r>
        <w:t>yeh do special cheez hain aurat ke sath jo aur kahin nahi payein ge aur societies mein ke ek yeh hai ke aurat ko mard ko to sirf apne apna hi hissa mile ga, yaani apne aurat ko mayke se hi mile ga, sasural se hi mile ga.</w:t>
      </w:r>
    </w:p>
    <w:p>
      <w:pPr>
        <w:jc w:val="right"/>
      </w:pPr>
      <w:r>
        <w:t>یہ دو اسپیشل چیز ہیں عورت کے ساتھ جو اور کہیں نہیں پائیں گے اور سوسائٹیز میں کہ ایک یہ ہے کہ عورت کو مرد کو تو صرف اپنے اپنا ہی حصہ ملے گا، یعنی اپنے عورت کو میکے سے ہی ملے گا، سسرال سے ہی ملے گا۔</w:t>
      </w:r>
    </w:p>
    <w:p>
      <w:r>
        <w:rPr>
          <w:b/>
        </w:rPr>
        <w:t xml:space="preserve">[1:48:01] </w:t>
      </w:r>
      <w:r>
        <w:t>dono se is ko hissa milta hai. doosri baat yeh hai ke aurat jo hai, yaani biwi par ghar chalane ki bhi pabandi nahi hai. yaani aurat agar kamati hai aur apna paisa apne paas, apne account mein rakhti hai to is ko haq hai islam ki rooh se.</w:t>
      </w:r>
    </w:p>
    <w:p>
      <w:pPr>
        <w:jc w:val="right"/>
      </w:pPr>
      <w:r>
        <w:t>دونوں سے اس کو حصہ ملتا ہے۔ دوسری بات یہ ہے کہ عورت جو ہے، یعنی بیوی پر گھر چلانے کی بھی پابندی نہیں ہے۔ یعنی عورت اگر کماتی ہے اور اپنا پیسہ اپنے پاس، اپنے اکاؤنٹ میں رکھتی ہے تو اس کو حق ہے اسلام کی روح سے۔</w:t>
      </w:r>
    </w:p>
    <w:p>
      <w:r>
        <w:rPr>
          <w:b/>
        </w:rPr>
        <w:t xml:space="preserve">[1:48:16] </w:t>
      </w:r>
      <w:r>
        <w:t>is ko yeh pabandi nahi hai ke ghar chalane ke liye woh woh share kare. ghar chalane ki zimmedari sirf shohar par hai, aurat par nahi hai.</w:t>
      </w:r>
    </w:p>
    <w:p>
      <w:pPr>
        <w:jc w:val="right"/>
      </w:pPr>
      <w:r>
        <w:t>اس کو یہ پابندی نہیں ہے کہ گھر چلانے کے لیے وہ وہ شیئر کرے۔ گھر چلانے کی ذمہ داری صرف شوہر پر ہے، عورت پر نہیں ہے۔</w:t>
      </w:r>
    </w:p>
    <w:p>
      <w:r>
        <w:rPr>
          <w:b/>
        </w:rPr>
        <w:t xml:space="preserve">[1:48:26] </w:t>
      </w:r>
      <w:r>
        <w:t>to aurat ko zyada faide mein hai.</w:t>
      </w:r>
    </w:p>
    <w:p>
      <w:pPr>
        <w:jc w:val="right"/>
      </w:pPr>
      <w:r>
        <w:t>تو عورت کو زیادہ فائدے میں ہے۔</w:t>
      </w:r>
    </w:p>
    <w:p>
      <w:r>
        <w:rPr>
          <w:b/>
        </w:rPr>
        <w:t xml:space="preserve">[1:48:30] </w:t>
      </w:r>
      <w:r>
        <w:t>aurat jo hai, islam mein zyada faide mein hai. ek taraf to apni kamai ko bank mein rakh sakti hai, woh shohar se taqaza nahi kar sakta ke tumhein bhi share karna chahiye.</w:t>
      </w:r>
    </w:p>
    <w:p>
      <w:pPr>
        <w:jc w:val="right"/>
      </w:pPr>
      <w:r>
        <w:t>عورت جو ہے، اسلام میں زیادہ فائدے میں ہے۔ ایک طرف تو اپنی کمائی کو بینک میں رکھ سکتی ہے، وہ شوہر سے تقاضا نہیں کر سکتا کہ تمہیں بھی شیئر کرنا چاہیے۔</w:t>
      </w:r>
    </w:p>
    <w:p>
      <w:r>
        <w:rPr>
          <w:b/>
        </w:rPr>
        <w:t xml:space="preserve">[1:48:41] </w:t>
      </w:r>
      <w:r>
        <w:t>to apni sari kamai bank mein rakh sakti hai. woh aur doosri yeh ke wirasat mein is ko mayke se bhi mile ga aur sasural se bhi mile ga.</w:t>
      </w:r>
    </w:p>
    <w:p>
      <w:pPr>
        <w:jc w:val="right"/>
      </w:pPr>
      <w:r>
        <w:t>تو اپنی ساری کمائی بینک میں رکھ سکتی ہے۔ وہ اور دوسری یہ کہ وراثت میں اس کو میکے سے بھی ملے گا اور سسرال سے بھی ملے گا۔</w:t>
      </w:r>
    </w:p>
    <w:p>
      <w:r>
        <w:rPr>
          <w:b/>
        </w:rPr>
        <w:t xml:space="preserve">[1:48:53] </w:t>
      </w:r>
      <w:r>
        <w:t>to aurat to ziyada faide mein hai, yeh kam az kam barabar hai.</w:t>
      </w:r>
    </w:p>
    <w:p>
      <w:pPr>
        <w:jc w:val="right"/>
      </w:pPr>
      <w:r>
        <w:t>تو عورت تو زیادہ فائدے میں ہے، یہ کم از کم برابر ہے۔</w:t>
      </w:r>
    </w:p>
    <w:p>
      <w:r>
        <w:rPr>
          <w:b/>
        </w:rPr>
        <w:t xml:space="preserve">[1:48:57] </w:t>
      </w:r>
      <w:r>
        <w:t>to pure pure jo system hai, us ko samne rakh kar dekha jaye, tab is ki wisdom samne aati hai. Das question is from Mr. Nafees Akhtar from Aligarh.</w:t>
      </w:r>
    </w:p>
    <w:p>
      <w:pPr>
        <w:jc w:val="right"/>
      </w:pPr>
      <w:r>
        <w:t>تو پورے پورا جو سسٹم ہے، اس کو سامنے رکھ کر دیکھا جائے، تب اس کی وزڈم سامنے آتی ہے۔ دس کوسچن از فرام مسٹر نفیس اختر فرام علی گڑھ۔</w:t>
      </w:r>
    </w:p>
    <w:p>
      <w:r>
        <w:rPr>
          <w:b/>
        </w:rPr>
        <w:t xml:space="preserve">[1:49:12] </w:t>
      </w:r>
      <w:r>
        <w:t>according to holy book of Allah, the life span of Hazrat Nuh was more than 950 years. How can it be believable in this era of science?</w:t>
      </w:r>
    </w:p>
    <w:p>
      <w:pPr>
        <w:jc w:val="right"/>
      </w:pPr>
      <w:r>
        <w:t>اکارڈنگ ٹو ہولی بک اف اللہ، دا لائف سپین اف حضرت نوح واز مور دین 950 ایئرز۔ ہاؤ کین اٹ بی بیلیویبل ان دس ایرا اف سائنس؟</w:t>
      </w:r>
    </w:p>
    <w:p>
      <w:r>
        <w:rPr>
          <w:b/>
        </w:rPr>
        <w:t xml:space="preserve">[1:49:26] </w:t>
      </w:r>
      <w:r>
        <w:t>dekhen, yeh science ki baat nahi hai, yeh moajze ki baat hai. Exception hote hain aur science mein bhi exception mana jata hai.</w:t>
      </w:r>
    </w:p>
    <w:p>
      <w:pPr>
        <w:jc w:val="right"/>
      </w:pPr>
      <w:r>
        <w:t>دیکھیں، یہ سائنس کی بات نہیں ہے، یہ معجزہ کی بات ہے۔ ایکسیپشن ہوتے ہیں اور سائنس میں بھی ایکسیپشن مانا جاتا ہے۔</w:t>
      </w:r>
    </w:p>
    <w:p>
      <w:r>
        <w:rPr>
          <w:b/>
        </w:rPr>
        <w:t xml:space="preserve">[1:49:37] </w:t>
      </w:r>
      <w:r>
        <w:t>to general rule yeh nahi hai ke koi aadmi saade nau so saal zinda rahe, lekin exceptional taur par koi bhi cheez ho sakti hai. Yani agar ek aadmi aisa mumkin hai ke ek saal mein mar jaye aur koi sau saal umar hai, koi dedh sau saal umar hai, yeh to aap dekhte hain.</w:t>
      </w:r>
    </w:p>
    <w:p>
      <w:pPr>
        <w:jc w:val="right"/>
      </w:pPr>
      <w:r>
        <w:t>تو جنرل رول یہ نہیں ہے کہ کوئی آدمی ساڑھے نو سو سال زندہ رہے، لیکن ایکسیپشنل طور پر کوئی بھی چیز ہو سکتی ہے۔ یعنی اگر ایک آدمی ایسا ممکن ہے کہ ایک سال میں مر جائے اور کوئی سو سال عمر ہے، کوئی ڈیڑھ سو سال عمر ہے، یہ تو آپ دیکھتے ہیں۔</w:t>
      </w:r>
    </w:p>
    <w:p>
      <w:r>
        <w:rPr>
          <w:b/>
        </w:rPr>
        <w:t xml:space="preserve">[1:49:52] </w:t>
      </w:r>
      <w:r>
        <w:t>yeh variations,</w:t>
      </w:r>
    </w:p>
    <w:p>
      <w:pPr>
        <w:jc w:val="right"/>
      </w:pPr>
      <w:r>
        <w:t>یہ ویری ایشنز،</w:t>
      </w:r>
    </w:p>
    <w:p>
      <w:r>
        <w:rPr>
          <w:b/>
        </w:rPr>
        <w:t xml:space="preserve">[1:49:54] </w:t>
      </w:r>
      <w:r>
        <w:t>yeh variations aap dekh rahe hain. Is variation ko agar aur barha diya jaye to is mein kya? Yani is mein kyun impossible? Kyun hai? Yani already there is variations ke aam aadmi agar 50 saal mein marta hai, 70 saal mein marta hai to koi aadmi dedh sau saal marta hai.</w:t>
      </w:r>
    </w:p>
    <w:p>
      <w:pPr>
        <w:jc w:val="right"/>
      </w:pPr>
      <w:r>
        <w:t>یہ ویری ایشنز آپ دیکھ رہے ہیں۔ اس ویری ایشن کو اگر اور بڑھا دیا جائے تو اس میں کیا؟ یعنی اس میں کیوں امپاسیبل؟ کیوں ہے؟ یعنی الریڈی دیر از ویری ایشنز کہ عام آدمی اگر 50 سال میں مرتا ہے، 70 سال میں مرتا ہے تو کوئی آدمی ڈیڑھ سو سال مرتا ہے۔</w:t>
      </w:r>
    </w:p>
    <w:p>
      <w:r>
        <w:rPr>
          <w:b/>
        </w:rPr>
        <w:t xml:space="preserve">[1:50:15] </w:t>
      </w:r>
      <w:r>
        <w:t>abhi bhi aisa ho raha hai.</w:t>
      </w:r>
    </w:p>
    <w:p>
      <w:pPr>
        <w:jc w:val="right"/>
      </w:pPr>
      <w:r>
        <w:t>ابھی بھی ایسا ہو رہا ہے۔</w:t>
      </w:r>
    </w:p>
    <w:p>
      <w:r>
        <w:rPr>
          <w:b/>
        </w:rPr>
        <w:t xml:space="preserve">[1:50:17] </w:t>
      </w:r>
      <w:r>
        <w:t>to is variation hi ko agar aap aur lamba kar dein to is mein koi, main samajhta hoon ke koi, koi na koi na to unscientific baat hai, na koi irrational baat hai.</w:t>
      </w:r>
    </w:p>
    <w:p>
      <w:pPr>
        <w:jc w:val="right"/>
      </w:pPr>
      <w:r>
        <w:t>تو اس ویری ایشن ہی کو اگر آپ اور لمبا کر دیں تو اس میں کوئی، میں سمجھتا ہوں کہ کوئی، کوئی نہ کوئی نہ تو غیر سائنٹیفک بات ہے، نہ کوئی انیشنل بات ہے۔</w:t>
      </w:r>
    </w:p>
    <w:p>
      <w:r>
        <w:rPr>
          <w:b/>
        </w:rPr>
        <w:t xml:space="preserve">[1:50:26] </w:t>
      </w:r>
      <w:r>
        <w:t>to Allah taala ne</w:t>
      </w:r>
    </w:p>
    <w:p>
      <w:pPr>
        <w:jc w:val="right"/>
      </w:pPr>
      <w:r>
        <w:t>تو اللہ تعالی نے</w:t>
      </w:r>
    </w:p>
    <w:p>
      <w:r>
        <w:rPr>
          <w:b/>
        </w:rPr>
        <w:t xml:space="preserve">[1:50:30] </w:t>
      </w:r>
      <w:r>
        <w:t>apni khaas hikmat ke tehat kisi shakhs ki umar lambi kar di. Waise bhi kisi shakhs ko lamba karta hai. Ab main dekhen, mere do bachche mar chuke hain.</w:t>
      </w:r>
    </w:p>
    <w:p>
      <w:pPr>
        <w:jc w:val="right"/>
      </w:pPr>
      <w:r>
        <w:t>اپنی خاص حکمت کے تحت کسی شخص کی عمر لمبی کر دی۔ ویسے بھی کسی شخص کو لمبی کرتا ہے۔ اب میں دیکھیں، میرے دو بچے مر چکے ہیں۔</w:t>
      </w:r>
    </w:p>
    <w:p>
      <w:r>
        <w:rPr>
          <w:b/>
        </w:rPr>
        <w:t xml:space="preserve">[1:50:41] </w:t>
      </w:r>
      <w:r>
        <w:t>ek bachchi jo thi, woh shayad ek saal</w:t>
      </w:r>
    </w:p>
    <w:p>
      <w:pPr>
        <w:jc w:val="right"/>
      </w:pPr>
      <w:r>
        <w:t>ایک بچی جو تھی، وہ شاید ایک سال</w:t>
      </w:r>
    </w:p>
    <w:p>
      <w:r>
        <w:rPr>
          <w:b/>
        </w:rPr>
        <w:t xml:space="preserve">[1:50:46] </w:t>
      </w:r>
      <w:r>
        <w:t>mein mar gayi. Mera ek bachcha teen saal mein mar gaya aur main abhi tak zinda hoon. To agar is qism ka variation possible hai to ek aur variation bhi possible hai.</w:t>
      </w:r>
    </w:p>
    <w:p>
      <w:pPr>
        <w:jc w:val="right"/>
      </w:pPr>
      <w:r>
        <w:t>میں مر گئی۔ میرا ایک بچہ تین سال میں مر گیا اور میں ابھی تک زندہ ہوں۔ تو اگر اس قسم کا ویری ایشن پاسیبل ہے تو ایک اور ویری ایشن بھی پاسیبل ہے۔</w:t>
      </w:r>
    </w:p>
    <w:p>
      <w:r>
        <w:rPr>
          <w:b/>
        </w:rPr>
        <w:t xml:space="preserve">[1:50:56] </w:t>
      </w:r>
      <w:r>
        <w:t>is mein koi baat unthinkable nahi hai, mere khayal se. Das question is from Mr. Hasan Tariq from Delhi.</w:t>
      </w:r>
    </w:p>
    <w:p>
      <w:pPr>
        <w:jc w:val="right"/>
      </w:pPr>
      <w:r>
        <w:t>اس میں کوئی بات ان تھنکیبل نہیں ہے، میرے خیال سے۔ دس کوسچن از فرام مسٹر حسن طارق فرام دہلی۔</w:t>
      </w:r>
    </w:p>
    <w:p>
      <w:r>
        <w:rPr>
          <w:b/>
        </w:rPr>
        <w:t xml:space="preserve">[1:51:07] </w:t>
      </w:r>
      <w:r>
        <w:t>kya aaj sari duniya mein musalmanon ki behurmati, beizzati ki wajah hamare apne aamal nahi hain?</w:t>
      </w:r>
    </w:p>
    <w:p>
      <w:pPr>
        <w:jc w:val="right"/>
      </w:pPr>
      <w:r>
        <w:t>کیا آج ساری دنیا میں مسلمانوں کی بے حرمتی، بے عزتی کی وجہ ہمارے اپنے اعمال نہیں ہیں؟</w:t>
      </w:r>
    </w:p>
    <w:p>
      <w:r>
        <w:rPr>
          <w:b/>
        </w:rPr>
        <w:t xml:space="preserve">[1:51:17] </w:t>
      </w:r>
      <w:r>
        <w:t>yeh yeh concept mein nahi manta ke behurmati aur beizzati ho rahi hai. Kahan ho rahi hai? Bhai, hum aap yahan baithe hain, baat kar rahe hain, koi humein rukawat nahi hai.</w:t>
      </w:r>
    </w:p>
    <w:p>
      <w:pPr>
        <w:jc w:val="right"/>
      </w:pPr>
      <w:r>
        <w:t>یہ یہ کانسیپٹ میں نہیں مانتا کہ بے حرمتی اور بے عزتی ہو رہی ہے۔ کہاں ہو رہی ہے؟ بھئی، ہم آپ یہاں بیٹھے ہیں، بات کر رہے ہیں، کوئی ہمیں رکاوٹ نہیں ہے۔</w:t>
      </w:r>
    </w:p>
    <w:p>
      <w:r>
        <w:rPr>
          <w:b/>
        </w:rPr>
        <w:t xml:space="preserve">[1:51:28] </w:t>
      </w:r>
      <w:r>
        <w:t>to behurmati, beizzati kahan ho rahi hai? Yeh to ek khayali baat hai. Main samajhta hoon ke akhbaron ne phaila rakhi hai aisi baat. Hum to dunya ke har mulk mein gaye hain, aksar mulkon mein.</w:t>
      </w:r>
    </w:p>
    <w:p>
      <w:pPr>
        <w:jc w:val="right"/>
      </w:pPr>
      <w:r>
        <w:t>تو بے حرمتی، بے عزتی کہاں ہو رہی ہے؟ یہ تو ایک خیالی بات ہے۔ میں سمجھتا ہوں کہ اخباروں نے پھیلا رکھی ہے ایسی بات۔ ہم تو دنیا کے ہر ملک میں گئے ہیں، اکثر ملکوں میں۔</w:t>
      </w:r>
    </w:p>
    <w:p>
      <w:r>
        <w:rPr>
          <w:b/>
        </w:rPr>
        <w:t xml:space="preserve">[1:51:40] </w:t>
      </w:r>
      <w:r>
        <w:t>hum har jagah dekhte hain, log izzat se reh rahe hain. Har jagah izzat se reh rahe hain. Hatta ke abhi jo latest jo qissa hai Hong Kong ka China mein, wahan log izzat se reh rahe the, khoob aaram se.</w:t>
      </w:r>
    </w:p>
    <w:p>
      <w:pPr>
        <w:jc w:val="right"/>
      </w:pPr>
      <w:r>
        <w:t>ہم ہر جگہ دیکھتے ہیں، لوگ عزت سے رہ رہے ہیں۔ ہر جگہ عزت سے رہ رہے ہیں۔ حتی کہ ابھی جو لیٹسٹ جو قصہ ہے سنگھ کانگ کا چائنہ میں، وہاں لوگ عزت سے رہ رہے تھے، خوب آرام سے۔</w:t>
      </w:r>
    </w:p>
    <w:p>
      <w:r>
        <w:rPr>
          <w:b/>
        </w:rPr>
        <w:t xml:space="preserve">[1:51:50] </w:t>
      </w:r>
      <w:r>
        <w:t>lekin</w:t>
      </w:r>
    </w:p>
    <w:p>
      <w:pPr>
        <w:jc w:val="right"/>
      </w:pPr>
      <w:r>
        <w:t>لیکن</w:t>
      </w:r>
    </w:p>
    <w:p>
      <w:r>
        <w:rPr>
          <w:b/>
        </w:rPr>
        <w:t xml:space="preserve">[1:51:51] </w:t>
      </w:r>
      <w:r>
        <w:t>wahan par kuch leader nikle, ek leader sahab nikle, kuch leader unhon ne Islami hukumat qaim karo. To zahir hai ke aap Islami hukumat qaim karoge to woh to baghavat samjhenge, us ko baghavat samjhenge, marenge us ko.</w:t>
      </w:r>
    </w:p>
    <w:p>
      <w:pPr>
        <w:jc w:val="right"/>
      </w:pPr>
      <w:r>
        <w:t>وہاں پر کچھ لیڈر نکلے، ایک لیڈر صاحب نکلے، کچھ لیڈر انہوں نے اسلامی حکومت قائم کرو۔ تو ظاہر ہے کہ آپ اسلامی حکومت قائم کرو گے تو وہ تو بغاوت سمجھیں گے، اس کو بغاوت سمجھیں گے، ماریں گے اس کو۔</w:t>
      </w:r>
    </w:p>
    <w:p>
      <w:r>
        <w:rPr>
          <w:b/>
        </w:rPr>
        <w:t xml:space="preserve">[1:52:05] </w:t>
      </w:r>
      <w:r>
        <w:t>to yeh yeh yeh yeh yeh theory hi galat hai ke hum musalman behurmat kiye ja rahe hain. Kahin bhi nahi kiya, har izzat se reh rahe hain. Isi dunya mein, isi India mein khoob izzat se reh rahe hain, isi Nizamuddin West mein izzat se reh rahe hain.</w:t>
      </w:r>
    </w:p>
    <w:p>
      <w:pPr>
        <w:jc w:val="right"/>
      </w:pPr>
      <w:r>
        <w:t>تو یہ یہ یہ یہ یہ تھیوری ہی غلط ہے کہ ہم مسلمان بے حرمت کیے جا رہے ہیں۔ کہیں بھی نہیں کیا، ہر عزت سے رہ رہے ہیں۔ اسی دنیا میں، اسی انڈیا میں خوب عزت سے رہ رہے ہیں، اسی نظام الدین ویسٹ میں عزت سے رہ رہے ہیں۔</w:t>
      </w:r>
    </w:p>
    <w:p>
      <w:r>
        <w:rPr>
          <w:b/>
        </w:rPr>
        <w:t xml:space="preserve">[1:52:21] </w:t>
      </w:r>
      <w:r>
        <w:t>yeh theory mein is ko bilkul galat samajhta hoon, baseless samajhta hoon is theory ko. Das question is from Mr. Zubair from Delhi. In Bukhari, it is mentioned that Umar bin Khattab stop the Prophet from writing a will.</w:t>
      </w:r>
    </w:p>
    <w:p>
      <w:pPr>
        <w:jc w:val="right"/>
      </w:pPr>
      <w:r>
        <w:t>یہ تھیوری میں اس کو بالکل غلط سمجھتا ہوں، بیسلیس سمجھتا ہوں اس تھیوری کو۔ دس کوسچن از فرام مسٹر زبیر فرام دہلی۔ ان بخاری، اٹ از مینشنڈ دیٹ عمر بن الخطاب سٹاپ دا پرافٹ فرام رائٹنگ ا ول۔</w:t>
      </w:r>
    </w:p>
    <w:p>
      <w:r>
        <w:rPr>
          <w:b/>
        </w:rPr>
        <w:t xml:space="preserve">[1:52:38] </w:t>
      </w:r>
      <w:r>
        <w:t>Doesnt this mean that Umar was not a righteous man? What is your comment on this?</w:t>
      </w:r>
    </w:p>
    <w:p>
      <w:pPr>
        <w:jc w:val="right"/>
      </w:pPr>
      <w:r>
        <w:t>ڈزنٹ دس مین دیٹ عمر واز ناٹ ا رائٹیس مین؟ واٹ از یور کمنٹ ان دس؟</w:t>
      </w:r>
    </w:p>
    <w:p>
      <w:r>
        <w:rPr>
          <w:b/>
        </w:rPr>
        <w:t xml:space="preserve">[1:52:45] </w:t>
      </w:r>
      <w:r>
        <w:t>yeh ek qissa hai, woh Shia logon ne itna is ko barha charhaya hai, is ki koi koi haqeeqat nahi hai.</w:t>
      </w:r>
    </w:p>
    <w:p>
      <w:pPr>
        <w:jc w:val="right"/>
      </w:pPr>
      <w:r>
        <w:t>یہ ایک قصہ ہے، وہ شیعہ لوگوں نے اتنا اس کو بڑھا چڑھایا ہے، اس کی کوئی کوئی حقیقت نہیں ہے۔</w:t>
      </w:r>
    </w:p>
    <w:p>
      <w:r>
        <w:rPr>
          <w:b/>
        </w:rPr>
        <w:t xml:space="preserve">[1:52:55] </w:t>
      </w:r>
      <w:r>
        <w:t>yeh Shia logon ka ke</w:t>
      </w:r>
    </w:p>
    <w:p>
      <w:pPr>
        <w:jc w:val="right"/>
      </w:pPr>
      <w:r>
        <w:t>یہ شیعہ لوگوں کا کہ</w:t>
      </w:r>
    </w:p>
    <w:p>
      <w:r>
        <w:rPr>
          <w:b/>
        </w:rPr>
        <w:t xml:space="preserve">[1:53:00] </w:t>
      </w:r>
      <w:r>
        <w:t>yaani khud sakhta taur par unhon ne is ka koi matlab nikal rakha hai, warna woh ek sadah si baat hai. woh</w:t>
      </w:r>
    </w:p>
    <w:p>
      <w:pPr>
        <w:jc w:val="right"/>
      </w:pPr>
      <w:r>
        <w:t>یعنی خود ساختہ طور پر انہوں نے اس کا کوئی مطلب نکال رکھا ہے، ورنہ وہ ایک سادہ سی بات ہے۔ وہ</w:t>
      </w:r>
    </w:p>
    <w:p>
      <w:r>
        <w:rPr>
          <w:b/>
        </w:rPr>
        <w:t xml:space="preserve">[1:53:07] </w:t>
      </w:r>
      <w:r>
        <w:t>is ki detail aap janna chahein to mere paas aayen, aap mein kitabon se bataunga aap ko, tab aap ko itminan hoga ke is mein kuch bhi nahi hai, bilkul seedhi saadi baat hai. shia logon ne is ko bahut hi badha badha chada diya hai aur is ki haqeeqat kuch bhi nahi hai.</w:t>
      </w:r>
    </w:p>
    <w:p>
      <w:pPr>
        <w:jc w:val="right"/>
      </w:pPr>
      <w:r>
        <w:t>اس کی ڈیٹیل آپ جاننا چاہیں تو میرے پاس آئیں، آپ میں کتابوں سے بتاؤں گا آپ کو، تب آپ کو اطمینان ہوگا کہ اس میں کچھ بھی نہیں ہے، بالکل سیدھی سادی بات ہے۔ شیعہ لوگوں نے اس کو بہت ہی بڑھا بڑھا چڑھا دیا ہے اور اس کی حقیقت کچھ بھی نہیں ہے۔</w:t>
      </w:r>
    </w:p>
    <w:p>
      <w:r>
        <w:rPr>
          <w:b/>
        </w:rPr>
        <w:t xml:space="preserve">[1:53:20] </w:t>
      </w:r>
      <w:r>
        <w:t>his next question is some scholars say that god is everywhere and give scientific reasoning regarding this concept, like harun yahya.</w:t>
      </w:r>
    </w:p>
    <w:p>
      <w:pPr>
        <w:jc w:val="right"/>
      </w:pPr>
      <w:r>
        <w:t>ہز نیکسٹ کوسچن از سم سکالرز سے دیٹ گاڈ از ایوری ویئر اینڈ گیو سائنٹیفک ریزننگ ریگارڈنگ دس کانسیپٹ، لائک ہارون یحیی۔</w:t>
      </w:r>
    </w:p>
    <w:p>
      <w:r>
        <w:rPr>
          <w:b/>
        </w:rPr>
        <w:t xml:space="preserve">[1:53:32] </w:t>
      </w:r>
      <w:r>
        <w:t>what is your opinion on this? mol</w:t>
      </w:r>
    </w:p>
    <w:p>
      <w:pPr>
        <w:jc w:val="right"/>
      </w:pPr>
      <w:r>
        <w:t>واٹ از یور اوپینین ان دس؟ مول</w:t>
      </w:r>
    </w:p>
    <w:p>
      <w:r>
        <w:rPr>
          <w:b/>
        </w:rPr>
        <w:t xml:space="preserve">[1:53:34] </w:t>
      </w:r>
      <w:r>
        <w:t>ana, dekhen, ulama ne jo mana hai woh yeh hai ke god is everywhere. matlab yeh nahi hai ke jaise kursi yahan hai to Khuda bhi yahin baitha hua hai, Khuda jahan hai wahan hai.</w:t>
      </w:r>
    </w:p>
    <w:p>
      <w:pPr>
        <w:jc w:val="right"/>
      </w:pPr>
      <w:r>
        <w:t>انا، دیکھیں، علماء نے جو مانا ہے وہ یہ ہے کہ گاڈ از ایوری ویئر۔ مطلب یہ نہیں ہے کہ جیسے کرسی یہاں ہے تو خدا بھی یہیں بیٹھا ہوا ہے، خدا جہاں ہے وہاں ہے۔</w:t>
      </w:r>
    </w:p>
    <w:p>
      <w:r>
        <w:rPr>
          <w:b/>
        </w:rPr>
        <w:t xml:space="preserve">[1:53:45] </w:t>
      </w:r>
      <w:r>
        <w:t>ab ilm ke aitbar se woh yahan bhi maujood hai. ek hai Khuda ki hasti, ek hai Khuda ka ilm. to aisa nahi ke Khuda itna bada hai ke sari kainat mein har cheez mein woh shamil hai, kursi aur mez mein bhi shamil hai.</w:t>
      </w:r>
    </w:p>
    <w:p>
      <w:pPr>
        <w:jc w:val="right"/>
      </w:pPr>
      <w:r>
        <w:t>اب علم کے اعتبار سے وہ یہاں بھی موجود ہے۔ ایک ہے خدا کی ہستی، ایک ہے خدا کا علم۔ تو ایسا نہیں کہ خدا اتنا بڑا ہے کہ ساری کائنات میں ہر چیز میں وہ شامل ہے، کرسی اور میز میں بھی شامل ہے۔</w:t>
      </w:r>
    </w:p>
    <w:p>
      <w:r>
        <w:rPr>
          <w:b/>
        </w:rPr>
        <w:t xml:space="preserve">[1:54:00] </w:t>
      </w:r>
      <w:r>
        <w:t>woh aisa nahi hai.</w:t>
      </w:r>
    </w:p>
    <w:p>
      <w:pPr>
        <w:jc w:val="right"/>
      </w:pPr>
      <w:r>
        <w:t>وہ ایسا نہیں ہے۔</w:t>
      </w:r>
    </w:p>
    <w:p>
      <w:r>
        <w:rPr>
          <w:b/>
        </w:rPr>
        <w:t xml:space="preserve">[1:54:02] </w:t>
      </w:r>
      <w:r>
        <w:t>khuda jo hai, apne ilm ke aitbaar se, apni ba-khabri ke aitbaar se, apne yani apne aware hone ke aitbaar se har jagah maujood hai. yeh ulma ka manna hai, isi ko main bhi manta hoon.</w:t>
      </w:r>
    </w:p>
    <w:p>
      <w:pPr>
        <w:jc w:val="right"/>
      </w:pPr>
      <w:r>
        <w:t>خدا جو ہے، اپنے علم کے اعتبار سے، اپنی باخبری کے اعتبار سے، اپنے یعنی اپنے اویئر ہونے کے اعتبار سے ہر جگہ موجود ہے۔ یہ علماء کا ماننا ہے، اسی کو میں بھی مانتا ہوں۔</w:t>
      </w:r>
    </w:p>
    <w:p>
      <w:r>
        <w:rPr>
          <w:b/>
        </w:rPr>
        <w:t xml:space="preserve">[1:54:15] </w:t>
      </w:r>
      <w:r>
        <w:t>das question is from miss najma siddiqui from delhi. maulana, can you please explain the concept of azaab qabr?</w:t>
      </w:r>
    </w:p>
    <w:p>
      <w:pPr>
        <w:jc w:val="right"/>
      </w:pPr>
      <w:r>
        <w:t>دس کوسچن از فرام مس نجمہ صدیقی فرام دہلی۔ مولانا، کین یو پلیز ایکسپلین دی کانسیپٹ اف عذاب قبر؟</w:t>
      </w:r>
    </w:p>
    <w:p>
      <w:r>
        <w:rPr>
          <w:b/>
        </w:rPr>
        <w:t xml:space="preserve">[1:54:30] </w:t>
      </w:r>
      <w:r>
        <w:t>dekhein, azaab qabr jo hai, woh hadith mein hai, quran mein nahi hai. yeh baat pehle samajh lijiye, aap quran mein kahin bhi yeh nahi ke qabr mein azaab hota hai, hadith mein hai.</w:t>
      </w:r>
    </w:p>
    <w:p>
      <w:pPr>
        <w:jc w:val="right"/>
      </w:pPr>
      <w:r>
        <w:t>دیکھیں، عذاب قبر جو ہے، وہ حدیث میں ہے، قرآن میں نہیں ہے۔ یہ بات پہلے سمجھ لیجئے، آپ قرآن میں کہیں بھی یہ نہیں کہ قبر میں عذاب ہوتا ہے، حدیث میں ہے۔</w:t>
      </w:r>
    </w:p>
    <w:p>
      <w:r>
        <w:rPr>
          <w:b/>
        </w:rPr>
        <w:t xml:space="preserve">[1:54:45] </w:t>
      </w:r>
      <w:r>
        <w:t>toh main aap ko yeh arz karna chahunga ke hadith aur quran mein ek farq hai, woh hai ke hadith jo hai, woh is mein symbolism hai, quran mein symbolism nahi hai.</w:t>
      </w:r>
    </w:p>
    <w:p>
      <w:pPr>
        <w:jc w:val="right"/>
      </w:pPr>
      <w:r>
        <w:t>تو میں آپ کو یہ عرض کرنا چاہوں گا کہ حدیث اور قرآن میں ایک فرق ہے، وہ ہے کہ حدیث جو ہے، وہ اس میں سمبولزم ہے، قرآن میں سمبولزم نہیں ہے۔</w:t>
      </w:r>
    </w:p>
    <w:p>
      <w:r>
        <w:rPr>
          <w:b/>
        </w:rPr>
        <w:t xml:space="preserve">[1:54:55] </w:t>
      </w:r>
      <w:r>
        <w:t>is zamane mein, jis zamane mein ke quran aaya, toh sari duniya mein mazhabi jo mazhabi jo baatein hua karti thi, toh sab mein wohi tha, symbolism,</w:t>
      </w:r>
    </w:p>
    <w:p>
      <w:pPr>
        <w:jc w:val="right"/>
      </w:pPr>
      <w:r>
        <w:t>اس زمانے میں، جس زمانے میں کہ قرآن آیا، تو ساری دنیا میں مذہبی جو مذہبی جو باتیں ہوا کرتی تھیں، تو سب میں وہی تھا، سمبولزم،</w:t>
      </w:r>
    </w:p>
    <w:p>
      <w:r>
        <w:rPr>
          <w:b/>
        </w:rPr>
        <w:t xml:space="preserve">[1:55:10] </w:t>
      </w:r>
      <w:r>
        <w:t>metaphor, simile. is yahi zabaan thi us waqt ki, tamseel ki zabaan.</w:t>
      </w:r>
    </w:p>
    <w:p>
      <w:pPr>
        <w:jc w:val="right"/>
      </w:pPr>
      <w:r>
        <w:t>میٹافر، سمیلی۔ اس یہی زبان تھی اس وقت کی، تمثیل کی زبان۔</w:t>
      </w:r>
    </w:p>
    <w:p>
      <w:r>
        <w:rPr>
          <w:b/>
        </w:rPr>
        <w:t xml:space="preserve">[1:55:16] </w:t>
      </w:r>
      <w:r>
        <w:t>toh toh yeh jo yani yeh jo zamane mein riwaj tha tamseel ki zabaan ka, toh is ka hadith mein bhi is ka reflection hai.</w:t>
      </w:r>
    </w:p>
    <w:p>
      <w:pPr>
        <w:jc w:val="right"/>
      </w:pPr>
      <w:r>
        <w:t>تو تو یہ جو یعنی یہ جو زمانے میں رواج تھا تمثیل کی زبان کا، تو اس کا حدیث میں بھی اس کا ریفلیکشن ہے۔</w:t>
      </w:r>
    </w:p>
    <w:p>
      <w:r>
        <w:rPr>
          <w:b/>
        </w:rPr>
        <w:t xml:space="preserve">[1:55:27] </w:t>
      </w:r>
      <w:r>
        <w:t>kyunke rasool Allah logon se khitab karte the, woh log usi mizaj ke hua karte the. lekin quran ek eternal zabaan bolta hai, toh quran mein metaphor ya ya symbolism bilkul nahi hai.</w:t>
      </w:r>
    </w:p>
    <w:p>
      <w:pPr>
        <w:jc w:val="right"/>
      </w:pPr>
      <w:r>
        <w:t>کیونکہ رسول اللہ لوگوں سے خطاب کرتے تھے، وہ لوگ اسی مزاج کے ہوا کرتے تھے۔ لیکن قرآن ایک ایٹرنل زبان بولتا ہے، تو قرآن میں میٹافر یا یا سمبولزم بالکل نہیں ہے۔</w:t>
      </w:r>
    </w:p>
    <w:p>
      <w:r>
        <w:rPr>
          <w:b/>
        </w:rPr>
        <w:t xml:space="preserve">[1:55:41] </w:t>
      </w:r>
      <w:r>
        <w:t>toh main yeh manta hoon is ko le kar ke, is farq ko le kar ke ke hadith mein jo aaya hai qabr azaab qabr ke bare mein, toh woh tamseel ke ma'ne mein hai, metaphor ke ma'ne mein.</w:t>
      </w:r>
    </w:p>
    <w:p>
      <w:pPr>
        <w:jc w:val="right"/>
      </w:pPr>
      <w:r>
        <w:t>تو میں یہ مانتا ہوں اس کو لے کر کے، اس فرق کو لے کر کے کہ حدیث میں جو آیا ہے قبر عذاب قبر کے بارے میں، تو وہ تمثیل کے معنی میں ہے، میٹافر کے معنی میں۔</w:t>
      </w:r>
    </w:p>
    <w:p>
      <w:r>
        <w:rPr>
          <w:b/>
        </w:rPr>
        <w:t xml:space="preserve">[1:55:53] </w:t>
      </w:r>
      <w:r>
        <w:t>yani isi gadhe mein azaab ho raha hai, yeh matlab is ka nahi hai. is ka matlab hai after death azaab, chunke quran mein nahi hai maujood aur hadith mein hai, toh woh symbolic daur tha, woh zamana symbolism ka zamana tha.</w:t>
      </w:r>
    </w:p>
    <w:p>
      <w:pPr>
        <w:jc w:val="right"/>
      </w:pPr>
      <w:r>
        <w:t>یعنی اسی گڑھے میں عذاب ہو رہا ہے، یہ مطلب اس کا نہیں ہے۔ اس کا مطلب ہے افٹر ڈیتھ عذاب، چونکہ قرآن میں نہیں ہے موجود اور حدیث میں ہے، تو وہ سمبولک دور تھا، وہ زمانہ سمبولزم کا زمانہ تھا۔</w:t>
      </w:r>
    </w:p>
    <w:p>
      <w:r>
        <w:rPr>
          <w:b/>
        </w:rPr>
        <w:t xml:space="preserve">[1:56:09] </w:t>
      </w:r>
      <w:r>
        <w:t>woh</w:t>
      </w:r>
    </w:p>
    <w:p>
      <w:pPr>
        <w:jc w:val="right"/>
      </w:pPr>
      <w:r>
        <w:t>وہ</w:t>
      </w:r>
    </w:p>
    <w:p>
      <w:r>
        <w:rPr>
          <w:b/>
        </w:rPr>
        <w:t xml:space="preserve">[1:56:11] </w:t>
      </w:r>
      <w:r>
        <w:t>is farq ko le kar maine samjha hoon ke hadithon mein jo azaab qabr ki baat aayi hai, is ka matlab yeh nahi ke isi gadhe mein azaab, maut ke baad azaab, after death azaab.</w:t>
      </w:r>
    </w:p>
    <w:p>
      <w:pPr>
        <w:jc w:val="right"/>
      </w:pPr>
      <w:r>
        <w:t>اس فرق کو لے کر میں نے سمجھا ہوں کہ حدیثوں میں جو عذاب قبر کی بات آئی ہے، اس کا مطلب یہ نہیں کہ اسی گڑھے میں عذاب، موت کے بعد عذاب، افٹر ڈیتھ عذاب۔</w:t>
      </w:r>
    </w:p>
    <w:p>
      <w:r>
        <w:rPr>
          <w:b/>
        </w:rPr>
        <w:t xml:space="preserve">[1:56:25] </w:t>
      </w:r>
      <w:r>
        <w:t>toh ek aur hadith zyada mujhe yani clear lagti hai is maamle mein ke mamma faqat qamat qiyamah.</w:t>
      </w:r>
    </w:p>
    <w:p>
      <w:pPr>
        <w:jc w:val="right"/>
      </w:pPr>
      <w:r>
        <w:t>تو ایک اور حدیث زیادہ مجھے یعنی کلر لگتی ہے اس معاملے میں کہ مما فقط قامت قیامت۔</w:t>
      </w:r>
    </w:p>
    <w:p>
      <w:r>
        <w:rPr>
          <w:b/>
        </w:rPr>
        <w:t xml:space="preserve">[1:56:35] </w:t>
      </w:r>
      <w:r>
        <w:t>ek aur hadith hai ke ke qabr jo hai, ya toh rauz min rauz jannat aur hafratun min hafratun nar. yani qabr ya toh jannat ke baghon mein se ek bagh hai ya jahannum ke barhon mein se ek gadha hai.</w:t>
      </w:r>
    </w:p>
    <w:p>
      <w:pPr>
        <w:jc w:val="right"/>
      </w:pPr>
      <w:r>
        <w:t>ایک اور حدیث ہے کہ کہ قبر جو ہے، یا تو روز من راز جنت اور حفرۃ من حفر النار، یعنی قبر یا تو جنت کے باغوں میں سے ایک باغ ہے یا جہنم بڑوں میں سے ایک گڑھا ہے۔</w:t>
      </w:r>
    </w:p>
    <w:p>
      <w:r>
        <w:rPr>
          <w:b/>
        </w:rPr>
        <w:t xml:space="preserve">[1:56:53] </w:t>
      </w:r>
      <w:r>
        <w:t>toh in sab cheezon ko le kar main yeh samjha hoon ke maut ke maut ke baad hi sab shuru ho jata hai.</w:t>
      </w:r>
    </w:p>
    <w:p>
      <w:pPr>
        <w:jc w:val="right"/>
      </w:pPr>
      <w:r>
        <w:t>تو ان سب چیزوں کو لے کر میں یہ سمجھا ہوں کہ موت کے موت کے بعد ہی سب شروع ہو جاتا ہے۔</w:t>
      </w:r>
    </w:p>
    <w:p>
      <w:r>
        <w:rPr>
          <w:b/>
        </w:rPr>
        <w:t xml:space="preserve">[1:57:01] </w:t>
      </w:r>
      <w:r>
        <w:t>aisa nahi ke maut ke baad aadmi hazaron saal tak kahin pada rahega, phir kabhi waqt aayega ke jannat jahannum us ke samne aaye, woh aisa nahi hai.</w:t>
      </w:r>
    </w:p>
    <w:p>
      <w:pPr>
        <w:jc w:val="right"/>
      </w:pPr>
      <w:r>
        <w:t>ایسا نہیں کہ موت کے بعد آدمی ہزاروں سال تک کہیں پڑا رہے گا، پھر کبھی وقت آئے گا کہ جنت جہنم اس کے سامنے آئے، وہ ایسا نہیں ہے۔</w:t>
      </w:r>
    </w:p>
    <w:p>
      <w:r>
        <w:rPr>
          <w:b/>
        </w:rPr>
        <w:t xml:space="preserve">[1:57:11] </w:t>
      </w:r>
      <w:r>
        <w:t>idhar mara toh doosri duniya mein dakhil ho gaya woh, lekin woh kis shakal mein dakhila hota hai, woh hum nahi keh sakte. lekin aqeeday ke aitbaar se main manta hoon ke is gadhe mein koi jannat hai na jahannum hai, lekin maut ke baad zaroor jannat jahannum shuru ho jati hai,</w:t>
      </w:r>
    </w:p>
    <w:p>
      <w:pPr>
        <w:jc w:val="right"/>
      </w:pPr>
      <w:r>
        <w:t>ادھر مرا تو دوسری دنیا میں داخل ہو گیا وہ، لیکن وہ کس شکل میں داخلہ ہوتا ہے، وہ ہم نہیں کہہ سکتے۔ لیکن عقیدے کے اعتبار سے میں مانتا ہوں کہ اس گڑھے میں کوئی جنت ہے نہ جہنم ہے، لیکن موت کے بعد ضرور جنت جہنم شروع ہو جاتی ہے،</w:t>
      </w:r>
    </w:p>
    <w:p>
      <w:r>
        <w:rPr>
          <w:b/>
        </w:rPr>
        <w:t xml:space="preserve">[1:57:31] </w:t>
      </w:r>
      <w:r>
        <w:t>aisa main manta hoon. main</w:t>
      </w:r>
    </w:p>
    <w:p>
      <w:pPr>
        <w:jc w:val="right"/>
      </w:pPr>
      <w:r>
        <w:t>ایسا میں مانتا ہوں۔ میں</w:t>
      </w:r>
    </w:p>
    <w:p>
      <w:r>
        <w:rPr>
          <w:b/>
        </w:rPr>
        <w:t xml:space="preserve">[1:57:35] </w:t>
      </w:r>
      <w:r>
        <w:t>das question is from mr khwaja kaleemuddin from pennsylvania. maulana, is not the secondary purpose of praying in masjid in congregation to develop a stronger bond with fellow muslims?</w:t>
      </w:r>
    </w:p>
    <w:p>
      <w:pPr>
        <w:jc w:val="right"/>
      </w:pPr>
      <w:r>
        <w:t>دس کوسچن از فرام مسٹر خواجہ کلیم الدین فرام پینسلوینیا۔ مولانا، از ناٹ دا سیکنڈری پرپس اف پرینگ ان مسجد ان کانگریگیشن ٹو ڈویلپ ا سٹرونگر بونڈ ود فیلو مسلمز؟</w:t>
      </w:r>
    </w:p>
    <w:p>
      <w:r>
        <w:rPr>
          <w:b/>
        </w:rPr>
        <w:t xml:space="preserve">[1:57:51] </w:t>
      </w:r>
      <w:r>
        <w:t>if yes, then what is wrong if worshippers interact with each other before and after the salah?</w:t>
      </w:r>
    </w:p>
    <w:p>
      <w:pPr>
        <w:jc w:val="right"/>
      </w:pPr>
      <w:r>
        <w:t>اف یس، دین واٹ از رونگ اف ورشپرز انٹریکٹ ود ایچ ادر بیفور اینڈ افٹر دا صلاۃ؟</w:t>
      </w:r>
    </w:p>
    <w:p>
      <w:r>
        <w:rPr>
          <w:b/>
        </w:rPr>
        <w:t xml:space="preserve">[1:58:02] </w:t>
      </w:r>
      <w:r>
        <w:t>interaction is liye hona chahiye, woh main keh raha hoon. hadith mein aata hai ke al masajid al masajid buyut al mutaqeen masjidें taqwa ka ghar hain,</w:t>
      </w:r>
    </w:p>
    <w:p>
      <w:pPr>
        <w:jc w:val="right"/>
      </w:pPr>
      <w:r>
        <w:t>انٹریکشن اس لیے ہونا چاہیے، وہ میں کہہ رہا ہوں۔ حدیث میں آتا ہے کہ المساجد المساجد بیوت المتقین مسجدیں تقوی کا گھر ہیں،</w:t>
      </w:r>
    </w:p>
    <w:p>
      <w:r>
        <w:rPr>
          <w:b/>
        </w:rPr>
        <w:t xml:space="preserve">[1:58:16] </w:t>
      </w:r>
      <w:r>
        <w:t>taqwa ka ghar yani center of taqwa. masjid mein agar taqwa ki baat karein toh mujhe mujhe is ko koi aitraz nahi hai. duniya ki baatein hoti hain, ab masjidon mein woh mobile le ke jaate hain aur isi mein mashgool rehte hain.</w:t>
      </w:r>
    </w:p>
    <w:p>
      <w:pPr>
        <w:jc w:val="right"/>
      </w:pPr>
      <w:r>
        <w:t>تقوی کا گھر یعنی سینٹر اف تقوی۔ مسجد میں اگر تقوی کی بات کریں تو مجھے مجھے اس کو کوئی اعتراض نہیں ہے۔ دنیا کی باتیں ہوتی ہیں، اب مسجدوں میں وہ موبائل لے کے جاتے ہیں اور اسی میں مشغول رہتے ہیں۔</w:t>
      </w:r>
    </w:p>
    <w:p>
      <w:r>
        <w:rPr>
          <w:b/>
        </w:rPr>
        <w:t xml:space="preserve">[1:58:30] </w:t>
      </w:r>
      <w:r>
        <w:t>woh</w:t>
      </w:r>
    </w:p>
    <w:p>
      <w:pPr>
        <w:jc w:val="right"/>
      </w:pPr>
      <w:r>
        <w:t>وہ</w:t>
      </w:r>
    </w:p>
    <w:p>
      <w:r>
        <w:rPr>
          <w:b/>
        </w:rPr>
        <w:t xml:space="preserve">[1:58:31] </w:t>
      </w:r>
      <w:r>
        <w:t>toh yeh is ka taluq ittehad se thodi hai, woh isi liye isi liye ittehad hai kahan musalmanon mein? ittehad toh hai hi nahi, ittehad toh hai hi nahi.</w:t>
      </w:r>
    </w:p>
    <w:p>
      <w:pPr>
        <w:jc w:val="right"/>
      </w:pPr>
      <w:r>
        <w:t>تو یہ اس کا تعلق اتحاد سے تھوڑی ہے، وہ اسی لیے اسی لیے اتحاد ہے کہاں مسلمانوں میں؟ اتحاد تو ہے ہی نہیں، اتحاد تو ہے ہی نہیں۔</w:t>
      </w:r>
    </w:p>
    <w:p>
      <w:r>
        <w:rPr>
          <w:b/>
        </w:rPr>
        <w:t xml:space="preserve">[1:58:41] </w:t>
      </w:r>
      <w:r>
        <w:t>to masjid hai namaz ke liye, namaz related subject par baat cheet ho rahi hai to bilkul theek hai, lekin agar mobile wali baat, mobile ko to chhod ke ghar jana chahiye aadmi ko.</w:t>
      </w:r>
    </w:p>
    <w:p>
      <w:pPr>
        <w:jc w:val="right"/>
      </w:pPr>
      <w:r>
        <w:t>تو مسجد ہے نماز کے لیے، نماز ریلیٹڈ سبجیکٹ پر بات چیت ہو رہی ہے تو بالکل ٹھیک ہے، لیکن اگر موبائل والی بات، موبائل کو تو چھوڑ کے گھر جانا چاہیے آدمی کو۔</w:t>
      </w:r>
    </w:p>
    <w:p>
      <w:r>
        <w:rPr>
          <w:b/>
        </w:rPr>
        <w:t xml:space="preserve">[1:58:50] </w:t>
      </w:r>
      <w:r>
        <w:t>jeeb mobile le kar jaane ke malik, aap namaz parhne nahi ja rahe hain.</w:t>
      </w:r>
    </w:p>
    <w:p>
      <w:pPr>
        <w:jc w:val="right"/>
      </w:pPr>
      <w:r>
        <w:t>جیب موبائل لے کر جانے کے مالک، آپ نماز پڑھنے نہیں جا رہے ہیں۔</w:t>
      </w:r>
    </w:p>
    <w:p>
      <w:r>
        <w:rPr>
          <w:b/>
        </w:rPr>
        <w:t xml:space="preserve">[1:58:55] </w:t>
      </w:r>
      <w:r>
        <w:t>mobile ko ya to dead stop kar dijiye, ghar chhod ke jaiye aur baatein kijiye to wahi baatein kijiye. abhi maslan agar baat yeh ho, farz kijiye ke yeh main jo ayat padhi aap ki, yom yafal al mur min rakhi, to is par baat ho ke bhai yeh kya Quran mein aaya hai, kya hoga, is par baat karein log to bahut achha hai, yeh bahut achha hai.</w:t>
      </w:r>
    </w:p>
    <w:p>
      <w:pPr>
        <w:jc w:val="right"/>
      </w:pPr>
      <w:r>
        <w:t>موبائل کو یا تو ڈیڈ سٹاپ کر دیجئے، گھر چھوڑ کے جائیے اور باتیں کیجئے تو وہی باتیں کیجئے۔ ابھی مثلاً اگر بات یہ ہو، فرض کیجئے کہ یہ میں جو آیت پڑھی آپ کی، یوم یفل المر من رخی، تو اس پر بات ہو کہ بھئی یہ کیا قرآن میں آیا ہے، کیا ہوگا، اس پر بات کریں لوگ تو بہت اچھا ہے، یہ بہت اچھا ہے۔</w:t>
      </w:r>
    </w:p>
    <w:p>
      <w:r>
        <w:rPr>
          <w:b/>
        </w:rPr>
        <w:t xml:space="preserve">[1:59:20] </w:t>
      </w:r>
      <w:r>
        <w:t>lekin aisa hota kahan hai?</w:t>
      </w:r>
    </w:p>
    <w:p>
      <w:pPr>
        <w:jc w:val="right"/>
      </w:pPr>
      <w:r>
        <w:t>لیکن ایسا ہوتا کہاں ہے؟</w:t>
      </w:r>
    </w:p>
    <w:p>
      <w:r>
        <w:rPr>
          <w:b/>
        </w:rPr>
        <w:t xml:space="preserve">[1:59:22] </w:t>
      </w:r>
      <w:r>
        <w:t>bilkul worldly baatein hoti hain, bekar ki baatein hoti hain aur is mein na koi taqwa hota, na koi khushu hota, na koi tadap hoti, na koi khauf khuda hota, kuch bhi nahi hota.</w:t>
      </w:r>
    </w:p>
    <w:p>
      <w:pPr>
        <w:jc w:val="right"/>
      </w:pPr>
      <w:r>
        <w:t>بالکل ورلڈلی باتیں ہوتی ہیں، بیکار کی باتیں ہوتی ہیں اور اس میں نہ کوئی تقوی ہوتا، نہ کوئی خشوع ہوتا، نہ کوئی تڑپ ہوتی، نہ کوئی خوف خدا ہوتا، کچھ بھی نہیں ہوتا۔</w:t>
      </w:r>
    </w:p>
    <w:p>
      <w:r>
        <w:rPr>
          <w:b/>
        </w:rPr>
        <w:t xml:space="preserve">[1:59:34] </w:t>
      </w:r>
      <w:r>
        <w:t>main hi main main to itni lambi umar hai, main yahi dekhta chala aa raha hoon aur America mein bhi maine dekha hai ke wahan ka bhai mahol yahi hai.</w:t>
      </w:r>
    </w:p>
    <w:p>
      <w:pPr>
        <w:jc w:val="right"/>
      </w:pPr>
      <w:r>
        <w:t>میں ہی میں میں تو اتنی لمبی عمر ہے، میں یہی دیکھتا چلا آ رہا ہوں اور امریکہ میں بھی میں نے دیکھا ہے کہ وہاں کا بھئی ماحول یہی ہے۔</w:t>
      </w:r>
    </w:p>
    <w:p>
      <w:r>
        <w:rPr>
          <w:b/>
        </w:rPr>
        <w:t xml:space="preserve">[1:59:45] </w:t>
      </w:r>
      <w:r>
        <w:t>America mein to masjidें jo hain, jo Islamic center jo kaha jata hai, wahan woh to woh to woh to socialization ke liye hain.</w:t>
      </w:r>
    </w:p>
    <w:p>
      <w:pPr>
        <w:jc w:val="right"/>
      </w:pPr>
      <w:r>
        <w:t>امریکہ میں تو مسجدیں جو ہیں، جو اسلامک سینٹر جو کہا جاتا ہے، وہاں وہ تو وہ تو وہ تو سوشلائزیشن کے لیے ہیں۔</w:t>
      </w:r>
    </w:p>
    <w:p>
      <w:r>
        <w:rPr>
          <w:b/>
        </w:rPr>
        <w:t xml:space="preserve">[1:59:52] </w:t>
      </w:r>
      <w:r>
        <w:t>main main in logon se kaha, in logon se ke aap ko ab doosre mulkon se aayen, yahan aap ko society nahi milti, aap ko to yahan par aap socialization karte hain, aakar ke khate peete hain, khoob hua karte hain, bachche, auratein sab.</w:t>
      </w:r>
    </w:p>
    <w:p>
      <w:pPr>
        <w:jc w:val="right"/>
      </w:pPr>
      <w:r>
        <w:t>میں میں ان لوگوں سے کہا، ان لوگوں سے کہ آپ کو اب دوسرے ملکوں سے آئیں، یہاں آپ کو سوسائٹی نہیں ملتی، آپ کو تو یہاں پر آپ سوشلائزیشن کرتے ہیں، آ کر کے کھاتے پیتے ہیں، خوب ہوا کرتے ہیں، بچے، عورتیں سب۔</w:t>
      </w:r>
    </w:p>
    <w:p>
      <w:r>
        <w:rPr>
          <w:b/>
        </w:rPr>
        <w:t xml:space="preserve">[2:00:05] </w:t>
      </w:r>
      <w:r>
        <w:t>is ka taqwa se kya talluq?</w:t>
      </w:r>
    </w:p>
    <w:p>
      <w:pPr>
        <w:jc w:val="right"/>
      </w:pPr>
      <w:r>
        <w:t>اس کا تقوی سے کیا تعلق؟</w:t>
      </w:r>
    </w:p>
    <w:p>
      <w:r>
        <w:rPr>
          <w:b/>
        </w:rPr>
        <w:t xml:space="preserve">[2:00:10] </w:t>
      </w:r>
      <w:r>
        <w:t>das question is from Miss Sadia from Delhi. What is the difference between adjustment and compromise? Kindly comment.</w:t>
      </w:r>
    </w:p>
    <w:p>
      <w:pPr>
        <w:jc w:val="right"/>
      </w:pPr>
      <w:r>
        <w:t>دس کوسچن از فرام مس سعدیہ فرام دہلی۔ واٹ از دا ڈیفرنس بٹوین ایڈجسٹمنٹ اینڈ کمپرومائز؟ کائنڈلی کمنٹ۔</w:t>
      </w:r>
    </w:p>
    <w:p>
      <w:r>
        <w:rPr>
          <w:b/>
        </w:rPr>
        <w:t xml:space="preserve">[2:00:23] </w:t>
      </w:r>
      <w:r>
        <w:t>dekhein, form ke aitbar se dono mein koi bada farq nahi hai, intention ke lahaz se farq hai.</w:t>
      </w:r>
    </w:p>
    <w:p>
      <w:pPr>
        <w:jc w:val="right"/>
      </w:pPr>
      <w:r>
        <w:t>دیکھیں، فارم کے اعتبار سے دونوں میں کوئی بڑا فرق نہیں ہے، انٹینشن کے لحاظ سے فرق ہے۔</w:t>
      </w:r>
    </w:p>
    <w:p>
      <w:r>
        <w:rPr>
          <w:b/>
        </w:rPr>
        <w:t xml:space="preserve">[2:00:31] </w:t>
      </w:r>
      <w:r>
        <w:t>agar aap kisi principle ke liye, kisi bade cause ke liye, kisi bade maqsad ke liye aap karein to is ko adjustment kaha jayega.</w:t>
      </w:r>
    </w:p>
    <w:p>
      <w:pPr>
        <w:jc w:val="right"/>
      </w:pPr>
      <w:r>
        <w:t>اگر آپ کسی پرنسپل کے لیے، کسی بڑے کاز کے لیے، کسی بڑے مقصد کے لیے آپ کریں تو اس کو ایڈجسٹمنٹ کہا جائے گا۔</w:t>
      </w:r>
    </w:p>
    <w:p>
      <w:r>
        <w:rPr>
          <w:b/>
        </w:rPr>
        <w:t xml:space="preserve">[2:00:42] </w:t>
      </w:r>
      <w:r>
        <w:t>aur mahaz petty maqsad ke liye, bilkul sirf yani zaati personal interest ke liye, zaati cheezon ke liye karein to woh compromise</w:t>
      </w:r>
    </w:p>
    <w:p>
      <w:pPr>
        <w:jc w:val="right"/>
      </w:pPr>
      <w:r>
        <w:t>اور محض پیٹی مقصد کے لیے، بالکل صرف یعنی ذاتی پرسنل انٹرسٹ کے لیے، ذاتی چیزوں کے لیے کریں تو وہ کمپرومائز</w:t>
      </w:r>
    </w:p>
    <w:p>
      <w:r>
        <w:rPr>
          <w:b/>
        </w:rPr>
        <w:t xml:space="preserve">[2:00:53] </w:t>
      </w:r>
      <w:r>
        <w:t>kaha jayega. Adjustment aur compromise dono jo hain, apni shakal ke aitbar se taqreeban ek hi hain ke adjustment jo hota hai, woh principle ke liye hota hai aur compromise jo hota hai, woh aam taur par material gain ke liye hota hai.</w:t>
      </w:r>
    </w:p>
    <w:p>
      <w:pPr>
        <w:jc w:val="right"/>
      </w:pPr>
      <w:r>
        <w:t>کہا جائے گا۔ ایڈجسٹمنٹ اور کمپرومائز دونوں جو ہیں، اپنی شکل کے اعتبار سے تقریباً ایک ہی ہیں کہ ایڈجسٹمنٹ جو ہوتا ہے، وہ پرنسپل کے لیے ہوتا ہے اور کمپرومائز جو ہوتا ہے، وہ عام طور پر مٹیریل گین کے لیے ہوتا ہے۔</w:t>
      </w:r>
    </w:p>
    <w:p>
      <w:r>
        <w:rPr>
          <w:b/>
        </w:rPr>
        <w:t xml:space="preserve">[2:01:09] </w:t>
      </w:r>
      <w:r>
        <w:t>lekin dono ko aap yani woh ek doosre ke alternative ki taraf bhi istemal kar sakte hain. Yani is mein aisa nahi hai ke adjustment bilkul alag cheez hai, compromise bil</w:t>
      </w:r>
    </w:p>
    <w:p>
      <w:pPr>
        <w:jc w:val="right"/>
      </w:pPr>
      <w:r>
        <w:t>لیکن دونوں کو آپ یعنی وہ ایک دوسرے کے الٹرنیٹو کی طرف بھی استعمال کر سکتے ہیں۔ یعنی اس میں ایسا نہیں ہے کہ ایڈجسٹمنٹ بالکل الگ چیز ہے، کمپرومائز بال</w:t>
      </w:r>
    </w:p>
    <w:p>
      <w:r>
        <w:rPr>
          <w:b/>
        </w:rPr>
        <w:t xml:space="preserve">[2:01:21] </w:t>
      </w:r>
      <w:r>
        <w:t>kul alag cheez hai. Lekin main jis compromise ko ya is adjustment ko bar bar kehta hoon logon se, woh principle ke taur par hota hai. Jise main misaal doon aap ko ke aaj kal kya hai, logon ke andar double character paida ho ho gaya hai.</w:t>
      </w:r>
    </w:p>
    <w:p>
      <w:pPr>
        <w:jc w:val="right"/>
      </w:pPr>
      <w:r>
        <w:t>کل الگ چیز ہے۔ لیکن میں جس کمپرومائز کو یا اس ایڈجسٹمنٹ کو بار بار کہتا ہوں لوگوں سے، وہ پرنسپل کے طور پر ہوتا ہے۔ جسے میں مثال دوں آپ کو کہ آج کل کیا ہے، لوگوں کے اندر ڈبل کریکٹر پیدا ہو ہو گیا ہے۔</w:t>
      </w:r>
    </w:p>
    <w:p>
      <w:r>
        <w:rPr>
          <w:b/>
        </w:rPr>
        <w:t xml:space="preserve">[2:01:38] </w:t>
      </w:r>
      <w:r>
        <w:t>double character yani yahan kuch baatein karenge aur jab jayenge wahan par doosri baatein karenge. Ek company mein aap hain, ek institution mein aap hain, ya ek stage par aap ko taqreer karna hai to wahan aap ek aur hi baat karenge.</w:t>
      </w:r>
    </w:p>
    <w:p>
      <w:pPr>
        <w:jc w:val="right"/>
      </w:pPr>
      <w:r>
        <w:t>ڈبل کریکٹر یعنی یہاں کچھ باتیں کریں گے اور جب جائیں گے وہاں پر دوسری باتیں کریں گے۔ ایک کمپنی میں آپ ہیں، ایک انسٹیٹیوشن میں آپ ہیں، یا ایک اسٹیج پر آپ کو تقریر کرنا ہے تو وہاں آپ ایک اور ہی بات کریں گے۔</w:t>
      </w:r>
    </w:p>
    <w:p>
      <w:r>
        <w:rPr>
          <w:b/>
        </w:rPr>
        <w:t xml:space="preserve">[2:01:51] </w:t>
      </w:r>
      <w:r>
        <w:t>aap</w:t>
      </w:r>
    </w:p>
    <w:p>
      <w:pPr>
        <w:jc w:val="right"/>
      </w:pPr>
      <w:r>
        <w:t>آپ</w:t>
      </w:r>
    </w:p>
    <w:p>
      <w:r>
        <w:rPr>
          <w:b/>
        </w:rPr>
        <w:t xml:space="preserve">[2:01:52] </w:t>
      </w:r>
      <w:r>
        <w:t>yani wahan aap compromise ki baatein karenge, aap aur yahan par jihad ki baatein karenge. Aap yahan par jihad ki baatein karenge, private majlisوں mein wahan par baatein karenge peace ki.</w:t>
      </w:r>
    </w:p>
    <w:p>
      <w:pPr>
        <w:jc w:val="right"/>
      </w:pPr>
      <w:r>
        <w:t>یعنی وہاں آپ کمپرومائز کی باتیں کریں گے، آپ اور یہاں پر جہاد کی باتیں کریں گے۔ آپ یہاں پر جہاد کی باتیں کریں گے، پرائیویٹ مجلسوں میں وہاں پر باتیں کریں گے پیس کی۔</w:t>
      </w:r>
    </w:p>
    <w:p>
      <w:r>
        <w:rPr>
          <w:b/>
        </w:rPr>
        <w:t xml:space="preserve">[2:02:05] </w:t>
      </w:r>
      <w:r>
        <w:t>yeh yeh is ko hamein compromise, yeh na compromise na adjustment, yeh to bahut hi kharab cheez hai. To ek ek is duniya mein chuki Allah taala ne is tarah banaya hai duniya ko ke har aadmi ko freedom mila hua hai, to jab freedom mila hua hai to aap lad kar nahi reh sakte duniya mein</w:t>
      </w:r>
    </w:p>
    <w:p>
      <w:pPr>
        <w:jc w:val="right"/>
      </w:pPr>
      <w:r>
        <w:t>یہ یہ اس کو ہمیں کمپرومائز، یہ نہ کمپرومائز نہ ایڈجسٹمنٹ، یہ تو بہت ہی خراب چیز ہے۔ تو ایک ایک اس دنیا میں چونکہ اللہ تعالی نے اس طرح بنایا ہے دنیا کو کہ ہر آدمی کو فریڈم ملا ہوا ہے، تو جب فریڈم ملا ہوا ہے تو آپ لڑ کر نہیں رہ سکتے دنیا میں</w:t>
      </w:r>
    </w:p>
    <w:p>
      <w:r>
        <w:rPr>
          <w:b/>
        </w:rPr>
        <w:t xml:space="preserve">[2:02:22] </w:t>
      </w:r>
      <w:r>
        <w:t>۔ kisi bhi maqsad ke liye agar aap koi kaam karna hai to aap ko compromise karna padega, adjustment karna padega. To compromise ya adjustment dono taqreeban ek hi cheez hain.</w:t>
      </w:r>
    </w:p>
    <w:p>
      <w:pPr>
        <w:jc w:val="right"/>
      </w:pPr>
      <w:r>
        <w:t>۔ کسی بھی مقصد کے لیے اگر آپ کوئی کام کرنا ہے تو آپ کو کمپرومائز کرنا پڑے گا، ایڈجسٹمنٹ کرنا پڑے گا۔ تو کمپرومائز یا ایڈجسٹمنٹ دونوں تقریباً ایک ہی چیز ہیں۔</w:t>
      </w:r>
    </w:p>
    <w:p>
      <w:r>
        <w:rPr>
          <w:b/>
        </w:rPr>
        <w:t xml:space="preserve">[2:02:32] </w:t>
      </w:r>
      <w:r>
        <w:t>farq jo hai is aitbar se hai ke aap ek principle ke liye karte hain ya double standard burger karte hain to to galat. Yani principle ke liye karte hain to theek hai, agar aap double standard burger karein ke mafad hai to jo to adjust kar rahe hain, jahan mafad nahi hai to wahan lad rahe hain, to woh woh galat ho jayega.</w:t>
      </w:r>
    </w:p>
    <w:p>
      <w:pPr>
        <w:jc w:val="right"/>
      </w:pPr>
      <w:r>
        <w:t>فرق جو ہے اس اعتبار سے ہے کہ آپ ایک پرنسپل کے لیے کرتے ہیں یا ڈبل اسٹینڈرڈ برگر کرتے ہیں تو تو غلط۔ یعنی پرنسپل کے لیے کرتے ہیں تو ٹھیک ہے، اگر آپ ڈبل اسٹینڈرڈ برگر کریں کہ مفاد ہے تو جو تو ایڈجسٹ کر رہے ہیں، جہاں مفاد نہیں ہے تو وہاں لڑ رہے ہیں، تو وہ وہ غلط ہو جائے گا۔</w:t>
      </w:r>
    </w:p>
    <w:p>
      <w:r>
        <w:rPr>
          <w:b/>
        </w:rPr>
        <w:t xml:space="preserve">[2:02:52] </w:t>
      </w:r>
      <w:r>
        <w:t>das question is from Mr. Mafad. Mafad ka matlab interest. Das question is from Muhammad Asif Riyaz.</w:t>
      </w:r>
    </w:p>
    <w:p>
      <w:pPr>
        <w:jc w:val="right"/>
      </w:pPr>
      <w:r>
        <w:t>دس کوسچن از فرام مسٹر مفاد۔ مفاد کا مطلب انٹرسٹ۔ دس کوسچن از فرام محمد اصف ریاض۔</w:t>
      </w:r>
    </w:p>
    <w:p>
      <w:r>
        <w:rPr>
          <w:b/>
        </w:rPr>
        <w:t xml:space="preserve">[2:03:03] </w:t>
      </w:r>
      <w:r>
        <w:t>What is the difference between tanqeed and shosha?</w:t>
      </w:r>
    </w:p>
    <w:p>
      <w:pPr>
        <w:jc w:val="right"/>
      </w:pPr>
      <w:r>
        <w:t>واٹ از دا ڈیفرنس بٹوین تنقید اینڈ شوشہ؟</w:t>
      </w:r>
    </w:p>
    <w:p>
      <w:r>
        <w:rPr>
          <w:b/>
        </w:rPr>
        <w:t xml:space="preserve">[2:03:10] </w:t>
      </w:r>
      <w:r>
        <w:t>dekhein, tanqeed jo hai, is ko main kahunga ke woh logical analysis ke naam tanqeed hai.</w:t>
      </w:r>
    </w:p>
    <w:p>
      <w:pPr>
        <w:jc w:val="right"/>
      </w:pPr>
      <w:r>
        <w:t>دیکھیں، تنقید جو ہے، اس کو میں کہوں گا کہ وہ لاجیکل انالیسز کے نام تنقید ہے۔</w:t>
      </w:r>
    </w:p>
    <w:p>
      <w:r>
        <w:rPr>
          <w:b/>
        </w:rPr>
        <w:t xml:space="preserve">[2:03:17] </w:t>
      </w:r>
      <w:r>
        <w:t>tanqeed jo hai, woh logical analysis hai aur shosha yeh hai ke koi yani khwamkhwah hi aik aik tamasha kar ke shosha nikaal ke bolna.</w:t>
      </w:r>
    </w:p>
    <w:p>
      <w:pPr>
        <w:jc w:val="right"/>
      </w:pPr>
      <w:r>
        <w:t>تنقید جو ہے، وہ لاجیکل انالیسز ہے اور شوشہ یہ ہے کہ کوئی یعنی خوامخواہ ہی ایک ایک تماشہ کر کے شوشہ نکال کے بولنا۔</w:t>
      </w:r>
    </w:p>
    <w:p>
      <w:r>
        <w:rPr>
          <w:b/>
        </w:rPr>
        <w:t xml:space="preserve">[2:03:27] </w:t>
      </w:r>
      <w:r>
        <w:t>jaise main aik misaal doon aap ko ke Allahabad mein aik sahab hotay thay Angrezon ke zamanay mein, to un ka naam tha Akbar Ilahabadi.</w:t>
      </w:r>
    </w:p>
    <w:p>
      <w:pPr>
        <w:jc w:val="right"/>
      </w:pPr>
      <w:r>
        <w:t>جیسے میں ایک مثال دوں آپ کو کہ الہ آباد میں ایک صاحب ہوتے تھے انگریزوں کے زمانے میں، تو ان کا نام تھا اکبر الہ آبادی۔</w:t>
      </w:r>
    </w:p>
    <w:p>
      <w:r>
        <w:rPr>
          <w:b/>
        </w:rPr>
        <w:t xml:space="preserve">[2:03:37] </w:t>
      </w:r>
      <w:r>
        <w:t>bohat mashhoor hain, woh sab log jantay hongay Akbar Ilahabadi.</w:t>
      </w:r>
    </w:p>
    <w:p>
      <w:pPr>
        <w:jc w:val="right"/>
      </w:pPr>
      <w:r>
        <w:t>بہت مشہور ہیں، وہ سب لوگ جانتے ہوں گے اکبر الہ آبادی۔</w:t>
      </w:r>
    </w:p>
    <w:p>
      <w:r>
        <w:rPr>
          <w:b/>
        </w:rPr>
        <w:t xml:space="preserve">[2:03:42] </w:t>
      </w:r>
      <w:r>
        <w:t>to woh to shayari kartay thay, woh woh aisay mansab bhi thay. woh to us zamanay mein Angrezon se nafrat ka mahol tha, har cheez ko mazaaq uratay thay Angrezon ki.</w:t>
      </w:r>
    </w:p>
    <w:p>
      <w:pPr>
        <w:jc w:val="right"/>
      </w:pPr>
      <w:r>
        <w:t>تو وہ تو شاعری کرتے تھے، وہ وہ ایسے منصب بھی تھے۔ وہ تو اس زمانے میں انگریزوں سے نفرت کا ماحول تھا، ہر چیز کو مذاق اڑاتے تھے انگریزوں کی۔</w:t>
      </w:r>
    </w:p>
    <w:p>
      <w:r>
        <w:rPr>
          <w:b/>
        </w:rPr>
        <w:t xml:space="preserve">[2:03:57] </w:t>
      </w:r>
      <w:r>
        <w:t>woh zamanah tha is ka. to</w:t>
      </w:r>
    </w:p>
    <w:p>
      <w:pPr>
        <w:jc w:val="right"/>
      </w:pPr>
      <w:r>
        <w:t>وہ زمانہ تھا اس کا۔ تو</w:t>
      </w:r>
    </w:p>
    <w:p>
      <w:r>
        <w:rPr>
          <w:b/>
        </w:rPr>
        <w:t xml:space="preserve">[2:03:59] </w:t>
      </w:r>
      <w:r>
        <w:t>Angrezon ke zamanay mein kya hua ke pipe se pani ghar mein la. pehlay zamanay mein pipe nahi hua karta tha, to pipe se pani ghar mein lanay ka nizam qaim hua.</w:t>
      </w:r>
    </w:p>
    <w:p>
      <w:pPr>
        <w:jc w:val="right"/>
      </w:pPr>
      <w:r>
        <w:t>انگریزوں کے زمانے میں کیا ہوا کہ پائپ سے پانی گھر میں لا۔ پہلے زمانے میں پائپ نہیں ہوا کرتا تھا، تو پائپ سے پانی گھر میں لانے کا نظام قائم ہوا۔</w:t>
      </w:r>
    </w:p>
    <w:p>
      <w:r>
        <w:rPr>
          <w:b/>
        </w:rPr>
        <w:t xml:space="preserve">[2:04:12] </w:t>
      </w:r>
      <w:r>
        <w:t>aur is zamanay mein type chala, type se chhapnay ka. phir types nahi chhapta karta tha.</w:t>
      </w:r>
    </w:p>
    <w:p>
      <w:pPr>
        <w:jc w:val="right"/>
      </w:pPr>
      <w:r>
        <w:t>اور اس زمانے میں ٹائپ چلا، ٹائپ سے چھپنے کا۔ پھر ٹائپس نہیں چھپا کرتا تھا۔</w:t>
      </w:r>
    </w:p>
    <w:p>
      <w:r>
        <w:rPr>
          <w:b/>
        </w:rPr>
        <w:t xml:space="preserve">[2:04:17] </w:t>
      </w:r>
      <w:r>
        <w:t>to type aur pipe ke baray mein unhon ne shair kaha ke</w:t>
      </w:r>
    </w:p>
    <w:p>
      <w:pPr>
        <w:jc w:val="right"/>
      </w:pPr>
      <w:r>
        <w:t>تو ٹائپ اور پائپ کے بارے میں انہوں نے شعر کہا کہ</w:t>
      </w:r>
    </w:p>
    <w:p>
      <w:r>
        <w:rPr>
          <w:b/>
        </w:rPr>
        <w:t xml:space="preserve">[2:04:23] </w:t>
      </w:r>
      <w:r>
        <w:t>woh pani peena hai, para hai. pipe ka harf parhna para hai, type ka pait chalta hai, aankh aai hai.</w:t>
      </w:r>
    </w:p>
    <w:p>
      <w:pPr>
        <w:jc w:val="right"/>
      </w:pPr>
      <w:r>
        <w:t>وہ پانی پینا ہے، پڑا ہے۔ پائپ کا حرف پڑھنا پڑا ہے، ٹائپ کا پیٹ چلتا ہے، آنکھ آئی ہے۔</w:t>
      </w:r>
    </w:p>
    <w:p>
      <w:r>
        <w:rPr>
          <w:b/>
        </w:rPr>
        <w:t xml:space="preserve">[2:04:33] </w:t>
      </w:r>
      <w:r>
        <w:t>mere Allah, teri dahai hai. ab yeh koi koi tanqeed nahi hai, yeh yeh to shosha shosha nikaal kar ke is ko ridicule karna hai khwamkhwah.</w:t>
      </w:r>
    </w:p>
    <w:p>
      <w:pPr>
        <w:jc w:val="right"/>
      </w:pPr>
      <w:r>
        <w:t>میرے اللہ، تیری دہائی ہے۔ اب یہ کوئی کوئی تنقید نہیں ہے، یہ یہ تو شوشہ شوشہ نکال کر کے اس کو ریڈیکول کرنا ہے خوامخواہ۔</w:t>
      </w:r>
    </w:p>
    <w:p>
      <w:r>
        <w:rPr>
          <w:b/>
        </w:rPr>
        <w:t xml:space="preserve">[2:04:44] </w:t>
      </w:r>
      <w:r>
        <w:t>to aik aik aik kisi kisi logical base par agar aap kisi ko air size kartay hain to woh tanqeed hai logical base par. aur agar aik aik aik shosha nikaal kar ke jaise yeh shair hai,</w:t>
      </w:r>
    </w:p>
    <w:p>
      <w:pPr>
        <w:jc w:val="right"/>
      </w:pPr>
      <w:r>
        <w:t>تو ایک ایک ایک کسی کسی لاجیکل بیس پر اگر آپ کسی کو ایئر سائز کرتے ہیں تو وہ تنقید ہے لاجیکل بیس پر۔ اور اگر ایک ایک ایک شوشہ نکال کر کے جیسے یہ شعر ہے،</w:t>
      </w:r>
    </w:p>
    <w:p>
      <w:r>
        <w:rPr>
          <w:b/>
        </w:rPr>
        <w:t xml:space="preserve">[2:04:57] </w:t>
      </w:r>
      <w:r>
        <w:t>is ko ridicule kartay hain to woh woh bohat buri cheez hai. aur yeh is ko tanqeed Urdu mein is ko tanqeed kehtay hain.</w:t>
      </w:r>
    </w:p>
    <w:p>
      <w:pPr>
        <w:jc w:val="right"/>
      </w:pPr>
      <w:r>
        <w:t>اس کو ریڈیکول کرتے ہیں تو وہ وہ بہت بری چیز ہے۔ اور یہ اس کو تنقید اردو میں اس کو تنقید کہتے ہیں۔</w:t>
      </w:r>
    </w:p>
    <w:p>
      <w:r>
        <w:rPr>
          <w:b/>
        </w:rPr>
        <w:t xml:space="preserve">[2:05:06] </w:t>
      </w:r>
      <w:r>
        <w:t>tanqeed T A N Q I S.</w:t>
      </w:r>
    </w:p>
    <w:p>
      <w:pPr>
        <w:jc w:val="right"/>
      </w:pPr>
      <w:r>
        <w:t>تنقید ٹی اے این کیو آئی ایس۔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