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Positive Thinking December 30, 2016</w:t>
      </w:r>
    </w:p>
    <w:p>
      <w:r>
        <w:t>https://www.youtube.com/watch?v=y6r5Pk3HT9w</w:t>
      </w:r>
    </w:p>
    <w:p>
      <w:r>
        <w:rPr>
          <w:b/>
        </w:rPr>
        <w:t xml:space="preserve">[00:13] </w:t>
      </w:r>
      <w:r>
        <w:t>bismillah rahman rahim. assalam o alaikum.</w:t>
      </w:r>
    </w:p>
    <w:p>
      <w:pPr>
        <w:jc w:val="right"/>
      </w:pPr>
      <w:r>
        <w:t>بسم اللہ الرحمن الرحیم۔ السلام علیکم۔</w:t>
      </w:r>
    </w:p>
    <w:p>
      <w:r>
        <w:rPr>
          <w:b/>
        </w:rPr>
        <w:t xml:space="preserve">[00:18] </w:t>
      </w:r>
      <w:r>
        <w:t>Welcome to the question and answer series with CPS International founder Maulana Wahiduddin Khan Sahab.</w:t>
      </w:r>
    </w:p>
    <w:p>
      <w:pPr>
        <w:jc w:val="right"/>
      </w:pPr>
      <w:r>
        <w:t>ویلکم ٹو دی کوئسچن اینسر سیریز ود سی پی ایس انٹرنیشنل فاؤنڈر مولانا وحید الدین خان صاحب۔</w:t>
      </w:r>
    </w:p>
    <w:p>
      <w:r>
        <w:rPr>
          <w:b/>
        </w:rPr>
        <w:t xml:space="preserve">[00:23] </w:t>
      </w:r>
      <w:r>
        <w:t>The theme for today's session is positive thinking.</w:t>
      </w:r>
    </w:p>
    <w:p>
      <w:pPr>
        <w:jc w:val="right"/>
      </w:pPr>
      <w:r>
        <w:t>دا تھیم فار ٹوڈے سیشن از پازیٹیو تھنکنگ۔</w:t>
      </w:r>
    </w:p>
    <w:p>
      <w:r>
        <w:rPr>
          <w:b/>
        </w:rPr>
        <w:t xml:space="preserve">[00:29] </w:t>
      </w:r>
      <w:r>
        <w:t>A person who is positive can achieve great things in life.</w:t>
      </w:r>
    </w:p>
    <w:p>
      <w:pPr>
        <w:jc w:val="right"/>
      </w:pPr>
      <w:r>
        <w:t>اے پرسن ہو از پازیٹیو کین اچیو گریٹ تھنگز ان لائف۔</w:t>
      </w:r>
    </w:p>
    <w:p>
      <w:r>
        <w:rPr>
          <w:b/>
        </w:rPr>
        <w:t xml:space="preserve">[00:34] </w:t>
      </w:r>
      <w:r>
        <w:t>positivity not only helps a person in becoming highly creative person, but it also helps in unfolding</w:t>
      </w:r>
    </w:p>
    <w:p>
      <w:pPr>
        <w:jc w:val="right"/>
      </w:pPr>
      <w:r>
        <w:t>پازیٹیوٹی ناٹ اونلی ہیلپس اے پرسن ان بیکمنگ ہائیلی کریٹیو پرسن، بٹ اٹ السو ہیلپس ان ان فولڈنگ</w:t>
      </w:r>
    </w:p>
    <w:p>
      <w:r>
        <w:rPr>
          <w:b/>
        </w:rPr>
        <w:t xml:space="preserve">[00:39] </w:t>
      </w:r>
      <w:r>
        <w:t>ones potential to the fullest.</w:t>
      </w:r>
    </w:p>
    <w:p>
      <w:pPr>
        <w:jc w:val="right"/>
      </w:pPr>
      <w:r>
        <w:t>ونز پوٹینشل ٹو دا فولسٹ۔</w:t>
      </w:r>
    </w:p>
    <w:p>
      <w:r>
        <w:rPr>
          <w:b/>
        </w:rPr>
        <w:t xml:space="preserve">[00:45] </w:t>
      </w:r>
      <w:r>
        <w:t>But despite this, we seldom find people to be positive.</w:t>
      </w:r>
    </w:p>
    <w:p>
      <w:pPr>
        <w:jc w:val="right"/>
      </w:pPr>
      <w:r>
        <w:t>بٹ ڈسپائٹ دس، وی سیلڈم فائنڈ پیپل ٹو بی پازیٹیو۔</w:t>
      </w:r>
    </w:p>
    <w:p>
      <w:r>
        <w:rPr>
          <w:b/>
        </w:rPr>
        <w:t xml:space="preserve">[00:50] </w:t>
      </w:r>
      <w:r>
        <w:t>So how can we develop positive thinking? We will learn about this in today's session with Maulana Wahiduddin.</w:t>
      </w:r>
    </w:p>
    <w:p>
      <w:pPr>
        <w:jc w:val="right"/>
      </w:pPr>
      <w:r>
        <w:t>سو ہاؤ کین وی ڈویلپ پازیٹیو تھنکنگ؟ وی ویل لرن اباؤٹ دس ان ٹوڈے سیشن ود مولانا وحید</w:t>
      </w:r>
    </w:p>
    <w:p>
      <w:r>
        <w:rPr>
          <w:b/>
        </w:rPr>
        <w:t xml:space="preserve">[00:56] </w:t>
      </w:r>
      <w:r>
        <w:t>wahiduddin khan sahib.</w:t>
      </w:r>
    </w:p>
    <w:p>
      <w:pPr>
        <w:jc w:val="right"/>
      </w:pPr>
      <w:r>
        <w:t>الدین خان صاحب۔</w:t>
      </w:r>
    </w:p>
    <w:p>
      <w:r>
        <w:rPr>
          <w:b/>
        </w:rPr>
        <w:t xml:space="preserve">[01:01] </w:t>
      </w:r>
      <w:r>
        <w:t>مولانا صاحب، thank you so much for taking your time out today.</w:t>
      </w:r>
    </w:p>
    <w:p>
      <w:pPr>
        <w:jc w:val="right"/>
      </w:pPr>
      <w:r>
        <w:t>مولانا صاحب، تھینک یو سو مچ فار ٹیکنگ یور ٹائم آؤٹ ٹوڈے۔</w:t>
      </w:r>
    </w:p>
    <w:p>
      <w:r>
        <w:rPr>
          <w:b/>
        </w:rPr>
        <w:t xml:space="preserve">[01:06] </w:t>
      </w:r>
      <w:r>
        <w:t>My first question is that in a day-to-day interaction, a person always faces unpleasant situations,</w:t>
      </w:r>
    </w:p>
    <w:p>
      <w:pPr>
        <w:jc w:val="right"/>
      </w:pPr>
      <w:r>
        <w:t>مائی فرسٹ کوئسچن از دیٹ ان اے ڈے ٹو ڈے انٹریکشن، اے پرسن آلویز فیسز ان پلیزنٹ سچویشنز،</w:t>
      </w:r>
    </w:p>
    <w:p>
      <w:r>
        <w:rPr>
          <w:b/>
        </w:rPr>
        <w:t xml:space="preserve">[01:12] </w:t>
      </w:r>
      <w:r>
        <w:t>And this unpleasantness develops traits like negativity, malice, anger, and revenge.</w:t>
      </w:r>
    </w:p>
    <w:p>
      <w:pPr>
        <w:jc w:val="right"/>
      </w:pPr>
      <w:r>
        <w:t>اینڈ دس ان پلیزنٹنس ڈویلپس ٹریٹس لائک نیگیٹیوٹی، میلس، اینگر، اینڈ ریونج۔</w:t>
      </w:r>
    </w:p>
    <w:p>
      <w:r>
        <w:rPr>
          <w:b/>
        </w:rPr>
        <w:t xml:space="preserve">[01:17] </w:t>
      </w:r>
      <w:r>
        <w:t>So in such a scenario, how can a person develop a positive personality?</w:t>
      </w:r>
    </w:p>
    <w:p>
      <w:pPr>
        <w:jc w:val="right"/>
      </w:pPr>
      <w:r>
        <w:t>سو ان سچ اے سناریو، ہاؤ کین اے پرسن ڈویلپ اے پازیٹیو پرسنیلٹی؟</w:t>
      </w:r>
    </w:p>
    <w:p>
      <w:r>
        <w:rPr>
          <w:b/>
        </w:rPr>
        <w:t xml:space="preserve">[01:23] </w:t>
      </w:r>
      <w:r>
        <w:t>dekhen, yeh jo problem hai, yeh bohat hi zyada common hai.</w:t>
      </w:r>
    </w:p>
    <w:p>
      <w:pPr>
        <w:jc w:val="right"/>
      </w:pPr>
      <w:r>
        <w:t>دیکھیں، یہ جو پرابلم ہے، یہ بہت ہی زیادہ کامن ہے۔</w:t>
      </w:r>
    </w:p>
    <w:p>
      <w:r>
        <w:rPr>
          <w:b/>
        </w:rPr>
        <w:t xml:space="preserve">[01:30] </w:t>
      </w:r>
      <w:r>
        <w:t>yani koi shakhs, political power wala aadmi hai, kisi ke paas wealth hai, kuch bhi hai, lekin phir</w:t>
      </w:r>
    </w:p>
    <w:p>
      <w:pPr>
        <w:jc w:val="right"/>
      </w:pPr>
      <w:r>
        <w:t>یعنی کوئی شخص، پولیٹیکل پاور والا آدمی ہے، کسی کے پاس ویلتھ ہے، کچھ بھی ہے، لیکن پھر</w:t>
      </w:r>
    </w:p>
    <w:p>
      <w:r>
        <w:rPr>
          <w:b/>
        </w:rPr>
        <w:t xml:space="preserve">[01:38] </w:t>
      </w:r>
      <w:r>
        <w:t>bhi yeh problem is ke sath laga hua hai.</w:t>
      </w:r>
    </w:p>
    <w:p>
      <w:pPr>
        <w:jc w:val="right"/>
      </w:pPr>
      <w:r>
        <w:t>بھی یہ پرابلم اس کے ساتھ لگا ہوا ہے۔</w:t>
      </w:r>
    </w:p>
    <w:p>
      <w:r>
        <w:rPr>
          <w:b/>
        </w:rPr>
        <w:t xml:space="preserve">[01:46] </w:t>
      </w:r>
      <w:r>
        <w:t>to sawal yeh hai ke itna zyada common kyun hai? is par maine bohat socha hai.</w:t>
      </w:r>
    </w:p>
    <w:p>
      <w:pPr>
        <w:jc w:val="right"/>
      </w:pPr>
      <w:r>
        <w:t>تو سوال یہ ہے کہ اتنا زیادہ کامن کیوں ہے؟ اس پر میں نے بہت سوچا ہے۔</w:t>
      </w:r>
    </w:p>
    <w:p>
      <w:r>
        <w:rPr>
          <w:b/>
        </w:rPr>
        <w:t xml:space="preserve">[01:54] </w:t>
      </w:r>
      <w:r>
        <w:t>is ka jawab mere samajh mein aaya hai ke insan pedaishi taur par idealist hai, perfectionist hai.</w:t>
      </w:r>
    </w:p>
    <w:p>
      <w:pPr>
        <w:jc w:val="right"/>
      </w:pPr>
      <w:r>
        <w:t>اس کا جواب میرے سمجھ میں آیا ہے کہ انسان پیدائشی طور پر آئیڈیلسٹ ہے، پرفیکشنسٹ ہے۔</w:t>
      </w:r>
    </w:p>
    <w:p>
      <w:r>
        <w:rPr>
          <w:b/>
        </w:rPr>
        <w:t xml:space="preserve">[02:02] </w:t>
      </w:r>
      <w:r>
        <w:t>to idealism ek aisi cheez hai jo kisi ki koi limit ko qabool nahi karti.</w:t>
      </w:r>
    </w:p>
    <w:p>
      <w:pPr>
        <w:jc w:val="right"/>
      </w:pPr>
      <w:r>
        <w:t>تو آئیڈیلزم ایک ایسی چیز ہے جو کسی کی کوئی لیمٹ کو قبول نہیں کرتی۔</w:t>
      </w:r>
    </w:p>
    <w:p>
      <w:r>
        <w:rPr>
          <w:b/>
        </w:rPr>
        <w:t xml:space="preserve">[02:09] </w:t>
      </w:r>
      <w:r>
        <w:t>idealism aur perfectionism jo hai, yeh chahta hai ke unlimited taur par cheezen is ko milti rahen.</w:t>
      </w:r>
    </w:p>
    <w:p>
      <w:pPr>
        <w:jc w:val="right"/>
      </w:pPr>
      <w:r>
        <w:t>آئیڈیلزم اور پرفیکشنزم جو ہے، یہ چاہتا ہے کہ ان لمیٹڈ طور پر چیزیں اس کو ملتی رہیں۔</w:t>
      </w:r>
    </w:p>
    <w:p>
      <w:r>
        <w:rPr>
          <w:b/>
        </w:rPr>
        <w:t xml:space="preserve">[02:17] </w:t>
      </w:r>
      <w:r>
        <w:t>yeh is ka idealism ka nature hai.</w:t>
      </w:r>
    </w:p>
    <w:p>
      <w:pPr>
        <w:jc w:val="right"/>
      </w:pPr>
      <w:r>
        <w:t>یہ اس کا آئیڈیلزم کا نیچر ہے۔</w:t>
      </w:r>
    </w:p>
    <w:p>
      <w:r>
        <w:rPr>
          <w:b/>
        </w:rPr>
        <w:t xml:space="preserve">[02:25] </w:t>
      </w:r>
      <w:r>
        <w:t>lekin yeh duniya jahan insan ko rehna hai, woh ideal world nahi hai, woh perfect world nahi hai.</w:t>
      </w:r>
    </w:p>
    <w:p>
      <w:pPr>
        <w:jc w:val="right"/>
      </w:pPr>
      <w:r>
        <w:t>لیکن یہ دنیا جہاں انسان کو رہنا ہے، وہ آئیڈیل ورلڈ نہیں ہے، وہ پرفیکٹ ورلڈ نہیں ہے۔</w:t>
      </w:r>
    </w:p>
    <w:p>
      <w:r>
        <w:rPr>
          <w:b/>
        </w:rPr>
        <w:t xml:space="preserve">[02:33] </w:t>
      </w:r>
      <w:r>
        <w:t>yeh to ek temporary abode hai insan ke liye, permanent nahi hai.</w:t>
      </w:r>
    </w:p>
    <w:p>
      <w:pPr>
        <w:jc w:val="right"/>
      </w:pPr>
      <w:r>
        <w:t>یہ تو ایک ٹیمپریری ابورڈ ہے انسان کے لیے، پرماننٹ نہیں ہے۔</w:t>
      </w:r>
    </w:p>
    <w:p>
      <w:r>
        <w:rPr>
          <w:b/>
        </w:rPr>
        <w:t xml:space="preserve">[02:41] </w:t>
      </w:r>
      <w:r>
        <w:t>to yahan har cheez milti hai less than ideal, less than perfect.</w:t>
      </w:r>
    </w:p>
    <w:p>
      <w:pPr>
        <w:jc w:val="right"/>
      </w:pPr>
      <w:r>
        <w:t>تو یہاں ہر چیز ملتی ہے لیس دین آئیڈیل، لیس دین پرفیکٹ۔</w:t>
      </w:r>
    </w:p>
    <w:p>
      <w:r>
        <w:rPr>
          <w:b/>
        </w:rPr>
        <w:t xml:space="preserve">[02:48] </w:t>
      </w:r>
      <w:r>
        <w:t>yeh disparity jo hai, yahi disparity asal mein logon ke andar problem paida karti hai.</w:t>
      </w:r>
    </w:p>
    <w:p>
      <w:pPr>
        <w:jc w:val="right"/>
      </w:pPr>
      <w:r>
        <w:t>یہ ڈسپیریٹی جو ہے، یہی ڈسپیریٹی اصل میں لوگوں کے اندر پرابلم پیدا کرتی ہے۔</w:t>
      </w:r>
    </w:p>
    <w:p>
      <w:r>
        <w:rPr>
          <w:b/>
        </w:rPr>
        <w:t xml:space="preserve">[02:56] </w:t>
      </w:r>
      <w:r>
        <w:t>chounke log discontent rehte hain, discontent rehne ki wajah se un ko khushi kabhi real sense</w:t>
      </w:r>
    </w:p>
    <w:p>
      <w:pPr>
        <w:jc w:val="right"/>
      </w:pPr>
      <w:r>
        <w:t>چونکہ لوگ ڈس کنٹینٹ رہتے ہیں، ڈس کنٹینٹ رہنے کی وجہ سے ان کو خوشی کبھی ریل سینس</w:t>
      </w:r>
    </w:p>
    <w:p>
      <w:r>
        <w:rPr>
          <w:b/>
        </w:rPr>
        <w:t xml:space="preserve">[03:04] </w:t>
      </w:r>
      <w:r>
        <w:t>mein milti nahin.</w:t>
      </w:r>
    </w:p>
    <w:p>
      <w:pPr>
        <w:jc w:val="right"/>
      </w:pPr>
      <w:r>
        <w:t>میں ملتی نہیں۔</w:t>
      </w:r>
    </w:p>
    <w:p>
      <w:r>
        <w:rPr>
          <w:b/>
        </w:rPr>
        <w:t xml:space="preserve">[03:12] </w:t>
      </w:r>
      <w:r>
        <w:t>to discontentment ek aisi cheez hai jo ek aam cheez ban gayi hai.</w:t>
      </w:r>
    </w:p>
    <w:p>
      <w:pPr>
        <w:jc w:val="right"/>
      </w:pPr>
      <w:r>
        <w:t>تو ڈس کنٹینمنٹ ایک ایسی چیز ہے جو ایک عام چیز بن گئی ہے۔</w:t>
      </w:r>
    </w:p>
    <w:p>
      <w:r>
        <w:rPr>
          <w:b/>
        </w:rPr>
        <w:t xml:space="preserve">[03:20] </w:t>
      </w:r>
      <w:r>
        <w:t>aur iski wajah yeh hai ke chahte hain zyada milta hai kam, chahte hain ideal milta hai</w:t>
      </w:r>
    </w:p>
    <w:p>
      <w:pPr>
        <w:jc w:val="right"/>
      </w:pPr>
      <w:r>
        <w:t>اور اس کی وجہ یہ ہے کہ چاہتے ہیں زیادہ ملتا ہے کم، چاہتے ہیں آئیڈیل ملتا ہے</w:t>
      </w:r>
    </w:p>
    <w:p>
      <w:r>
        <w:rPr>
          <w:b/>
        </w:rPr>
        <w:t xml:space="preserve">[03:28] </w:t>
      </w:r>
      <w:r>
        <w:t>less than ideal, chahte hain perfect milta hai imperfect.</w:t>
      </w:r>
    </w:p>
    <w:p>
      <w:pPr>
        <w:jc w:val="right"/>
      </w:pPr>
      <w:r>
        <w:t>لیس دین آئیڈیل، چاہتے ہیں پرفیکٹ ملتا ہے امپرفیکٹ۔</w:t>
      </w:r>
    </w:p>
    <w:p>
      <w:r>
        <w:rPr>
          <w:b/>
        </w:rPr>
        <w:t xml:space="preserve">[03:35] </w:t>
      </w:r>
      <w:r>
        <w:t>to yeh jo disparity hai, yeh nature mein inherent hai.</w:t>
      </w:r>
    </w:p>
    <w:p>
      <w:pPr>
        <w:jc w:val="right"/>
      </w:pPr>
      <w:r>
        <w:t>تو یہ جو ڈسپیریٹی ہے، یہ نیچر میں انہیرنٹ ہے۔</w:t>
      </w:r>
    </w:p>
    <w:p>
      <w:r>
        <w:rPr>
          <w:b/>
        </w:rPr>
        <w:t xml:space="preserve">[03:43] </w:t>
      </w:r>
      <w:r>
        <w:t>to yeh nahin sochna hai ke hum is masle ko hal karein, kyunke hal to hoga nahin is tareeqe se.</w:t>
      </w:r>
    </w:p>
    <w:p>
      <w:pPr>
        <w:jc w:val="right"/>
      </w:pPr>
      <w:r>
        <w:t>تو یہ نہیں سوچنا ہے کہ ہم اس مسئلے کو حل کریں، کیونکہ حل تو ہوگا نہیں اس طریقے سے۔</w:t>
      </w:r>
    </w:p>
    <w:p>
      <w:r>
        <w:rPr>
          <w:b/>
        </w:rPr>
        <w:t xml:space="preserve">[03:51] </w:t>
      </w:r>
      <w:r>
        <w:t>woh isko explain karein.</w:t>
      </w:r>
    </w:p>
    <w:p>
      <w:pPr>
        <w:jc w:val="right"/>
      </w:pPr>
      <w:r>
        <w:t>وہ اس کو ایکسپلین کریں۔</w:t>
      </w:r>
    </w:p>
    <w:p>
      <w:r>
        <w:rPr>
          <w:b/>
        </w:rPr>
        <w:t xml:space="preserve">[03:59] </w:t>
      </w:r>
      <w:r>
        <w:t>asal masla explain karne ka hai ke kyun aisa hai ke intellectual level par hum idealist hote hain,</w:t>
      </w:r>
    </w:p>
    <w:p>
      <w:pPr>
        <w:jc w:val="right"/>
      </w:pPr>
      <w:r>
        <w:t>اصل مسئلہ ایکسپلین کرنے کا ہے کہ کیوں ایسا ہے کہ انٹیلیجیکل لیول پر ہم آئیڈیلسٹ ہوتے ہیں،</w:t>
      </w:r>
    </w:p>
    <w:p>
      <w:r>
        <w:rPr>
          <w:b/>
        </w:rPr>
        <w:t xml:space="preserve">[04:07] </w:t>
      </w:r>
      <w:r>
        <w:t>practical level par hum ko jo jo milti hai woh less than ideal hoti hai.</w:t>
      </w:r>
    </w:p>
    <w:p>
      <w:pPr>
        <w:jc w:val="right"/>
      </w:pPr>
      <w:r>
        <w:t>پریکٹیکل لیول پر ہم کو جو جو ملتی ہے وہ لیس دین آئیڈیل ہوتی ہے۔</w:t>
      </w:r>
    </w:p>
    <w:p>
      <w:r>
        <w:rPr>
          <w:b/>
        </w:rPr>
        <w:t xml:space="preserve">[04:14] </w:t>
      </w:r>
      <w:r>
        <w:t>kyun aisa hai? to asal baat yeh hai ke ek hai intellectual development, ek hai physical need.</w:t>
      </w:r>
    </w:p>
    <w:p>
      <w:pPr>
        <w:jc w:val="right"/>
      </w:pPr>
      <w:r>
        <w:t>کیوں ایسا ہے؟ تو اصل بات یہ ہے کہ ایک ہے انٹیلیجیکل ڈیولپمنٹ، ایک ہے فزیکل نیڈ۔</w:t>
      </w:r>
    </w:p>
    <w:p>
      <w:r>
        <w:rPr>
          <w:b/>
        </w:rPr>
        <w:t xml:space="preserve">[04:22] </w:t>
      </w:r>
      <w:r>
        <w:t>to physical need ke bare mein hum ko jo natural course hai, natural course se ke andar jo</w:t>
      </w:r>
    </w:p>
    <w:p>
      <w:pPr>
        <w:jc w:val="right"/>
      </w:pPr>
      <w:r>
        <w:t>تو فزیکل نیڈ کے بارے میں ہم کو جو نیچرل کورس ہے، نیچرل کورس سے کے اندر جو</w:t>
      </w:r>
    </w:p>
    <w:p>
      <w:r>
        <w:rPr>
          <w:b/>
        </w:rPr>
        <w:t xml:space="preserve">[04:30] </w:t>
      </w:r>
      <w:r>
        <w:t>milta hai, hum ko us par raazi hona padega.</w:t>
      </w:r>
    </w:p>
    <w:p>
      <w:pPr>
        <w:jc w:val="right"/>
      </w:pPr>
      <w:r>
        <w:t>ملتا ہے، ہم کو اس پر راضی ہونا پڑے گا۔</w:t>
      </w:r>
    </w:p>
    <w:p>
      <w:r>
        <w:rPr>
          <w:b/>
        </w:rPr>
        <w:t xml:space="preserve">[04:38] </w:t>
      </w:r>
      <w:r>
        <w:t>yaani apni tamanna ke lehaz se nahin, ke se nahin balkeh natural course se practical taur par jo</w:t>
      </w:r>
    </w:p>
    <w:p>
      <w:pPr>
        <w:jc w:val="right"/>
      </w:pPr>
      <w:r>
        <w:t>یعنی اپنی تمنا کے لحاظ سے نہیں، کے سے نہیں بلکہ نیچرل کورس سے پریکٹیکل طور پر جو</w:t>
      </w:r>
    </w:p>
    <w:p>
      <w:r>
        <w:rPr>
          <w:b/>
        </w:rPr>
        <w:t xml:space="preserve">[04:46] </w:t>
      </w:r>
      <w:r>
        <w:t>milta hai us par raazi hain.</w:t>
      </w:r>
    </w:p>
    <w:p>
      <w:pPr>
        <w:jc w:val="right"/>
      </w:pPr>
      <w:r>
        <w:t>ملتا ہے اس پر راضی ہیں۔</w:t>
      </w:r>
    </w:p>
    <w:p>
      <w:r>
        <w:rPr>
          <w:b/>
        </w:rPr>
        <w:t xml:space="preserve">[04:53] </w:t>
      </w:r>
      <w:r>
        <w:t>aur apne idealism ko hum istemal karein intellectual development ke liye, kyunke intellectual development jo hai woh is</w:t>
      </w:r>
    </w:p>
    <w:p>
      <w:pPr>
        <w:jc w:val="right"/>
      </w:pPr>
      <w:r>
        <w:t>اور اپنے آئیڈیلزم کو ہم استعمال کریں انٹیلیجیکل ڈیولپمنٹ کے لیے، کیونکہ انٹیلیجیکل ڈیولپمنٹ جو ہے وہ اس</w:t>
      </w:r>
    </w:p>
    <w:p>
      <w:r>
        <w:rPr>
          <w:b/>
        </w:rPr>
        <w:t xml:space="preserve">[05:01] </w:t>
      </w:r>
      <w:r>
        <w:t>ki koi had nahin hai.</w:t>
      </w:r>
    </w:p>
    <w:p>
      <w:pPr>
        <w:jc w:val="right"/>
      </w:pPr>
      <w:r>
        <w:t>کی کوئی حد نہیں ہے۔</w:t>
      </w:r>
    </w:p>
    <w:p>
      <w:r>
        <w:rPr>
          <w:b/>
        </w:rPr>
        <w:t xml:space="preserve">[05:09] </w:t>
      </w:r>
      <w:r>
        <w:t>jitna chahein aap sochein, jitna chahein aap develop karein, jitna zyada aap chahein parwaz karein, iski koi</w:t>
      </w:r>
    </w:p>
    <w:p>
      <w:pPr>
        <w:jc w:val="right"/>
      </w:pPr>
      <w:r>
        <w:t>جتنا چاہیں آپ سوچیں، جتنا چاہیں آپ ڈیولپ کریں، جتنا زیادہ آپ چاہیں پرواز کریں، اس کی کوئی</w:t>
      </w:r>
    </w:p>
    <w:p>
      <w:r>
        <w:rPr>
          <w:b/>
        </w:rPr>
        <w:t xml:space="preserve">[05:17] </w:t>
      </w:r>
      <w:r>
        <w:t>had nahin hoti.</w:t>
      </w:r>
    </w:p>
    <w:p>
      <w:pPr>
        <w:jc w:val="right"/>
      </w:pPr>
      <w:r>
        <w:t>حد نہیں ہوتی۔</w:t>
      </w:r>
    </w:p>
    <w:p>
      <w:r>
        <w:rPr>
          <w:b/>
        </w:rPr>
        <w:t xml:space="preserve">[05:25] </w:t>
      </w:r>
      <w:r>
        <w:t>to insaan ki jo paidaishi saakht hai, uske lehaz se aadmi ko chahiye ke apne mind ke</w:t>
      </w:r>
    </w:p>
    <w:p>
      <w:pPr>
        <w:jc w:val="right"/>
      </w:pPr>
      <w:r>
        <w:t>تو انسان کی جو پیدائشی ساخت ہے، اس کے لحاظ سے آدمی کو چاہیے کہ اپنے مائنڈ کے</w:t>
      </w:r>
    </w:p>
    <w:p>
      <w:r>
        <w:rPr>
          <w:b/>
        </w:rPr>
        <w:t xml:space="preserve">[05:33] </w:t>
      </w:r>
      <w:r>
        <w:t>lehaz se, yaani soch ke lehaz se, woh ideal ho aur ideal ko paane ki koshish laga rahe.</w:t>
      </w:r>
    </w:p>
    <w:p>
      <w:pPr>
        <w:jc w:val="right"/>
      </w:pPr>
      <w:r>
        <w:t>لحاظ سے، یعنی سوچ کے لحاظ سے، وہ آئیڈیل ہو اور آئیڈیل کو پانے کی کوشش لگا رہے۔</w:t>
      </w:r>
    </w:p>
    <w:p>
      <w:r>
        <w:rPr>
          <w:b/>
        </w:rPr>
        <w:t xml:space="preserve">[05:40] </w:t>
      </w:r>
      <w:r>
        <w:t>lekin jo physical need hai, uske bare mein woh realist ban jaye.</w:t>
      </w:r>
    </w:p>
    <w:p>
      <w:pPr>
        <w:jc w:val="right"/>
      </w:pPr>
      <w:r>
        <w:t>لیکن جو فزیکل نیڈ ہے، اس کے بارے میں وہ ریلسٹ بن جائے۔</w:t>
      </w:r>
    </w:p>
    <w:p>
      <w:r>
        <w:rPr>
          <w:b/>
        </w:rPr>
        <w:t xml:space="preserve">[05:48] </w:t>
      </w:r>
      <w:r>
        <w:t>yaani natural course mein jo milta hai, us par raazi ho jaye.</w:t>
      </w:r>
    </w:p>
    <w:p>
      <w:pPr>
        <w:jc w:val="right"/>
      </w:pPr>
      <w:r>
        <w:t>یعنی نیچرل کورس میں جو ملتا ہے، اس پر راضی ہو جائے۔</w:t>
      </w:r>
    </w:p>
    <w:p>
      <w:r>
        <w:rPr>
          <w:b/>
        </w:rPr>
        <w:t xml:space="preserve">[05:56] </w:t>
      </w:r>
      <w:r>
        <w:t>is tarah se kya hoga? uski physical zarooraten bhi poori hoti rahengi aur uska intellectual</w:t>
      </w:r>
    </w:p>
    <w:p>
      <w:pPr>
        <w:jc w:val="right"/>
      </w:pPr>
      <w:r>
        <w:t>اس طرح سے کیا ہوگا؟ اس کی فزیکل ضرورتیں بھی پوری ہوتی رہیں گی اور اس کا انٹیلیجیکل</w:t>
      </w:r>
    </w:p>
    <w:p>
      <w:r>
        <w:rPr>
          <w:b/>
        </w:rPr>
        <w:t xml:space="preserve">[06:04] </w:t>
      </w:r>
      <w:r>
        <w:t>development bhi chalta rahega.</w:t>
      </w:r>
    </w:p>
    <w:p>
      <w:pPr>
        <w:jc w:val="right"/>
      </w:pPr>
      <w:r>
        <w:t>ڈیولپمنٹ بھی چلتا رہے گا۔</w:t>
      </w:r>
    </w:p>
    <w:p>
      <w:r>
        <w:rPr>
          <w:b/>
        </w:rPr>
        <w:t xml:space="preserve">[06:12] </w:t>
      </w:r>
      <w:r>
        <w:t>to insaan ki do jo personality hain, ek hai intellectual level aur ek hai physical level.</w:t>
      </w:r>
    </w:p>
    <w:p>
      <w:pPr>
        <w:jc w:val="right"/>
      </w:pPr>
      <w:r>
        <w:t>تو انسان کی دو جو پرسنیلٹی ہیں، ایک ہے انٹیلیجیکل لیول اور ایک ہے فزیکل لیول۔</w:t>
      </w:r>
    </w:p>
    <w:p>
      <w:r>
        <w:rPr>
          <w:b/>
        </w:rPr>
        <w:t xml:space="preserve">[06:19] </w:t>
      </w:r>
      <w:r>
        <w:t>to physical level par is ki zaroorat poori hoti rahe gi, is ki zaroorat koi atke gi nahin.</w:t>
      </w:r>
    </w:p>
    <w:p>
      <w:pPr>
        <w:jc w:val="right"/>
      </w:pPr>
      <w:r>
        <w:t>تو فزیکل لیول پر اس کی ضرورت پوری ہوتی رہے گی، اس کی ضرورت کوئی اٹکے گی نہیں۔</w:t>
      </w:r>
    </w:p>
    <w:p>
      <w:r>
        <w:rPr>
          <w:b/>
        </w:rPr>
        <w:t xml:space="preserve">[06:27] </w:t>
      </w:r>
      <w:r>
        <w:t>aur intellejical level par is ka development khoob jaari rahe ga, unlimited tor par, kyunke is mein</w:t>
      </w:r>
    </w:p>
    <w:p>
      <w:pPr>
        <w:jc w:val="right"/>
      </w:pPr>
      <w:r>
        <w:t>اور انٹیلیجیکل لیول پر اس کا ڈیولپمنٹ خوب جاری رہے گا، ان لمیٹڈ طور پر، کیونکہ اس میں</w:t>
      </w:r>
    </w:p>
    <w:p>
      <w:r>
        <w:rPr>
          <w:b/>
        </w:rPr>
        <w:t xml:space="preserve">[06:35] </w:t>
      </w:r>
      <w:r>
        <w:t>to sky is the limit ka mamla hai.</w:t>
      </w:r>
    </w:p>
    <w:p>
      <w:pPr>
        <w:jc w:val="right"/>
      </w:pPr>
      <w:r>
        <w:t>تو اسکائی از دا لیمٹ کا معاملہ ہے۔</w:t>
      </w:r>
    </w:p>
    <w:p>
      <w:r>
        <w:rPr>
          <w:b/>
        </w:rPr>
        <w:t xml:space="preserve">[06:43] </w:t>
      </w:r>
      <w:r>
        <w:t>yehi wahid formula hai jo hamein de sakta hai sukoon, peace, peaceful mind bana sakta hai.</w:t>
      </w:r>
    </w:p>
    <w:p>
      <w:pPr>
        <w:jc w:val="right"/>
      </w:pPr>
      <w:r>
        <w:t>یہی واحد فارمولا ہے جو ہمیں دے سکتا ہے سکون، پیس، پیس فل مائنڈ بنا سکتا ہے۔</w:t>
      </w:r>
    </w:p>
    <w:p>
      <w:r>
        <w:rPr>
          <w:b/>
        </w:rPr>
        <w:t xml:space="preserve">[06:51] </w:t>
      </w:r>
      <w:r>
        <w:t>woh is ke siwa koi doosra formula work karne wala nahin.</w:t>
      </w:r>
    </w:p>
    <w:p>
      <w:pPr>
        <w:jc w:val="right"/>
      </w:pPr>
      <w:r>
        <w:t>وہ اس کے سوا کوئی دوسرا فارمولا ورک کرنے والا نہیں۔</w:t>
      </w:r>
    </w:p>
    <w:p>
      <w:r>
        <w:rPr>
          <w:b/>
        </w:rPr>
        <w:t xml:space="preserve">[06:59] </w:t>
      </w:r>
      <w:r>
        <w:t>ji molana sahib, how can losses and pain help in continuing to be positive in a person's life?</w:t>
      </w:r>
    </w:p>
    <w:p>
      <w:pPr>
        <w:jc w:val="right"/>
      </w:pPr>
      <w:r>
        <w:t>جی مولانا صاحب، ہاؤ کین لاسز اینڈ پین ہیلپ ان کنٹینیونگ ٹو بی پازیٹیو ان اے پرسنز لائف؟</w:t>
      </w:r>
    </w:p>
    <w:p>
      <w:r>
        <w:rPr>
          <w:b/>
        </w:rPr>
        <w:t xml:space="preserve">[07:10] </w:t>
      </w:r>
      <w:r>
        <w:t>This is a loss or pain. Koi evil nahin hai, evil nahin hai.</w:t>
      </w:r>
    </w:p>
    <w:p>
      <w:pPr>
        <w:jc w:val="right"/>
      </w:pPr>
      <w:r>
        <w:t>دس از اے لاس اور پین کوئی ایول نہیں ہے، ایول نہیں ہے۔</w:t>
      </w:r>
    </w:p>
    <w:p>
      <w:r>
        <w:rPr>
          <w:b/>
        </w:rPr>
        <w:t xml:space="preserve">[07:16] </w:t>
      </w:r>
      <w:r>
        <w:t>Arnor Toynbee ne bilkul sahi likha hai ke usne challenge ko lekar likha hai ke challenge</w:t>
      </w:r>
    </w:p>
    <w:p>
      <w:pPr>
        <w:jc w:val="right"/>
      </w:pPr>
      <w:r>
        <w:t>آرنر ٹائمن نے بالکل صحیح لکھا ہے کہ اس نے چیلنج کو لے کر لکھا ہے کہ چیلنج</w:t>
      </w:r>
    </w:p>
    <w:p>
      <w:r>
        <w:rPr>
          <w:b/>
        </w:rPr>
        <w:t xml:space="preserve">[07:23] </w:t>
      </w:r>
      <w:r>
        <w:t>do qism ke hote hain.</w:t>
      </w:r>
    </w:p>
    <w:p>
      <w:pPr>
        <w:jc w:val="right"/>
      </w:pPr>
      <w:r>
        <w:t>دو قسم کے ہوتے ہیں۔</w:t>
      </w:r>
    </w:p>
    <w:p>
      <w:r>
        <w:rPr>
          <w:b/>
        </w:rPr>
        <w:t xml:space="preserve">[07:29] </w:t>
      </w:r>
      <w:r>
        <w:t>ek hai cripple-in challenge, ek hai non-cripple-in challenge.</w:t>
      </w:r>
    </w:p>
    <w:p>
      <w:pPr>
        <w:jc w:val="right"/>
      </w:pPr>
      <w:r>
        <w:t>ایک ہے کرپلین چیلنج، ایک ہے نان کرپلین چیلنج۔</w:t>
      </w:r>
    </w:p>
    <w:p>
      <w:r>
        <w:rPr>
          <w:b/>
        </w:rPr>
        <w:t xml:space="preserve">[07:36] </w:t>
      </w:r>
      <w:r>
        <w:t>to cripple-in challenge jo hai, woh toh zaroor problem hai, lekin non-cripple-in challenge problem nahin hai.</w:t>
      </w:r>
    </w:p>
    <w:p>
      <w:pPr>
        <w:jc w:val="right"/>
      </w:pPr>
      <w:r>
        <w:t>تو کرپلین چیلنج جو ہے، وہ تو ضرور پرابلم ہے، لیکن نان کرپلین چیلنج پرابلم نہیں ہے۔</w:t>
      </w:r>
    </w:p>
    <w:p>
      <w:r>
        <w:rPr>
          <w:b/>
        </w:rPr>
        <w:t xml:space="preserve">[07:42] </w:t>
      </w:r>
      <w:r>
        <w:t>to ziyada tar non-cripple-in hi hota hai, cripple-in challenge toh bohat kam hota hai.</w:t>
      </w:r>
    </w:p>
    <w:p>
      <w:pPr>
        <w:jc w:val="right"/>
      </w:pPr>
      <w:r>
        <w:t>تو زیادہ تر نان کرپلین ہی ہوتا ہے، کرپلین چیلنج تو بہت کم ہوتا ہے۔</w:t>
      </w:r>
    </w:p>
    <w:p>
      <w:r>
        <w:rPr>
          <w:b/>
        </w:rPr>
        <w:t xml:space="preserve">[07:49] </w:t>
      </w:r>
      <w:r>
        <w:t>تو non-crippling challenge جو ہوتا ہے، وہ ہم کو active کرنے کے لیے ہوتا ہے، ہمارے intellectual</w:t>
      </w:r>
    </w:p>
    <w:p>
      <w:pPr>
        <w:jc w:val="right"/>
      </w:pPr>
      <w:r>
        <w:t>تو نان کرپلین چیلنج جو ہوتا ہے، وہ ہم کو ایکٹیو کرنے کے لیے ہوتا ہے، ہمارے انٹیلیجیکل</w:t>
      </w:r>
    </w:p>
    <w:p>
      <w:r>
        <w:rPr>
          <w:b/>
        </w:rPr>
        <w:t xml:space="preserve">[07:55] </w:t>
      </w:r>
      <w:r>
        <w:t>development ke liye hota hai, hamare andar brainstorming lagane ke liye hota hai.</w:t>
      </w:r>
    </w:p>
    <w:p>
      <w:pPr>
        <w:jc w:val="right"/>
      </w:pPr>
      <w:r>
        <w:t>ڈیولپمنٹ کے لیے ہوتا ہے، ہمارے اندر برین اسٹارمنگ لگانے کے لیے ہوتا ہے۔</w:t>
      </w:r>
    </w:p>
    <w:p>
      <w:r>
        <w:rPr>
          <w:b/>
        </w:rPr>
        <w:t xml:space="preserve">[08:02] </w:t>
      </w:r>
      <w:r>
        <w:t>کیونکہ brainstorming جب تک نہ ہو، آپ کا spiritual development، intellectual development بڑے پیمانے پر نہیں ہو سکتا۔</w:t>
      </w:r>
    </w:p>
    <w:p>
      <w:pPr>
        <w:jc w:val="right"/>
      </w:pPr>
      <w:r>
        <w:t>کیونکہ برین اسٹارمنگ جب تک نہ ہو، آپ کا اسپریچول ڈیولپمنٹ، انٹیلیجیکل ڈیولپمنٹ بڑے پیمانے پر نہیں ہو سکتا۔</w:t>
      </w:r>
    </w:p>
    <w:p>
      <w:r>
        <w:rPr>
          <w:b/>
        </w:rPr>
        <w:t xml:space="preserve">[08:09] </w:t>
      </w:r>
      <w:r>
        <w:t>to jis cheez ko log samajhte hain pain, woh haqeeqat mein non-cripple-in challenge hota hai.</w:t>
      </w:r>
    </w:p>
    <w:p>
      <w:pPr>
        <w:jc w:val="right"/>
      </w:pPr>
      <w:r>
        <w:t>تو جس چیز کو لوگ سمجھتے ہیں پین، وہ حقیقت میں نان کرپلین چیلنج ہوتا ہے۔</w:t>
      </w:r>
    </w:p>
    <w:p>
      <w:r>
        <w:rPr>
          <w:b/>
        </w:rPr>
        <w:t xml:space="preserve">[08:15] </w:t>
      </w:r>
      <w:r>
        <w:t>woh is raat ko aap agar samajh len toh samajh len ke yeh toh normal hai, toh is</w:t>
      </w:r>
    </w:p>
    <w:p>
      <w:pPr>
        <w:jc w:val="right"/>
      </w:pPr>
      <w:r>
        <w:t>وہ اس رات کو آپ اگر سمجھ لیں تو سمجھ لیں کہ یہ تو نارمل ہے، تو اس</w:t>
      </w:r>
    </w:p>
    <w:p>
      <w:r>
        <w:rPr>
          <w:b/>
        </w:rPr>
        <w:t xml:space="preserve">[08:22] </w:t>
      </w:r>
      <w:r>
        <w:t>ko normal samjhenge.</w:t>
      </w:r>
    </w:p>
    <w:p>
      <w:pPr>
        <w:jc w:val="right"/>
      </w:pPr>
      <w:r>
        <w:t>کو نارمل سمجھیں گے۔</w:t>
      </w:r>
    </w:p>
    <w:p>
      <w:r>
        <w:rPr>
          <w:b/>
        </w:rPr>
        <w:t xml:space="preserve">[08:28] </w:t>
      </w:r>
      <w:r>
        <w:t>woh yaani agar aap yeh formula pakrein ke cripple-in challenge toh problem hai, non-cripple-in challenge problem nahin</w:t>
      </w:r>
    </w:p>
    <w:p>
      <w:pPr>
        <w:jc w:val="right"/>
      </w:pPr>
      <w:r>
        <w:t>وہ یعنی اگر آپ یہ فارمولا پکڑیں کہ کرپلین چیلنج تو پرابلم ہے، نان کرپلین چیلنج پرابلم نہیں</w:t>
      </w:r>
    </w:p>
    <w:p>
      <w:r>
        <w:rPr>
          <w:b/>
        </w:rPr>
        <w:t xml:space="preserve">[08:35] </w:t>
      </w:r>
      <w:r>
        <w:t>hai, is formula ko agar pakrein toh aam taur par jo baatein pesh aati hain logon ko, woh</w:t>
      </w:r>
    </w:p>
    <w:p>
      <w:pPr>
        <w:jc w:val="right"/>
      </w:pPr>
      <w:r>
        <w:t>ہے، اس فارمولے کو اگر پکڑیں تو عام طور پر جو باتیں پیش آتی ہیں لوگوں کو، وہ</w:t>
      </w:r>
    </w:p>
    <w:p>
      <w:r>
        <w:rPr>
          <w:b/>
        </w:rPr>
        <w:t xml:space="preserve">[08:41] </w:t>
      </w:r>
      <w:r>
        <w:t>logon ko normal lagen gi.</w:t>
      </w:r>
    </w:p>
    <w:p>
      <w:pPr>
        <w:jc w:val="right"/>
      </w:pPr>
      <w:r>
        <w:t>لوگوں کو نارمل لگیں گی۔</w:t>
      </w:r>
    </w:p>
    <w:p>
      <w:r>
        <w:rPr>
          <w:b/>
        </w:rPr>
        <w:t xml:space="preserve">[08:48] </w:t>
      </w:r>
      <w:r>
        <w:t>woh normal lagen gi toh log kya karenge? phir kya karenge? ke is ki wajah se</w:t>
      </w:r>
    </w:p>
    <w:p>
      <w:pPr>
        <w:jc w:val="right"/>
      </w:pPr>
      <w:r>
        <w:t>وہ نارمل لگیں گی تو لوگ کیا کریں گے؟ پھر کیا کریں گے؟ کہ اس کی وجہ سے</w:t>
      </w:r>
    </w:p>
    <w:p>
      <w:r>
        <w:rPr>
          <w:b/>
        </w:rPr>
        <w:t xml:space="preserve">[08:54] </w:t>
      </w:r>
      <w:r>
        <w:t>jo un ko mauqa mil raha hai positive thinking ka, woh karenge.</w:t>
      </w:r>
    </w:p>
    <w:p>
      <w:pPr>
        <w:jc w:val="right"/>
      </w:pPr>
      <w:r>
        <w:t>جو ان کو موقع مل رہا ہے پازیٹیو تھنکنگ کا، وہ کریں گے۔</w:t>
      </w:r>
    </w:p>
    <w:p>
      <w:r>
        <w:rPr>
          <w:b/>
        </w:rPr>
        <w:t xml:space="preserve">[09:01] </w:t>
      </w:r>
      <w:r>
        <w:t>phir negative nahin honge, balkeh woh hamesha positive andaaz mein is ko istemaal karenge.</w:t>
      </w:r>
    </w:p>
    <w:p>
      <w:pPr>
        <w:jc w:val="right"/>
      </w:pPr>
      <w:r>
        <w:t>پھر نیگیٹیو نہیں ہوں گے، بلکہ وہ ہمیشہ پازیٹیو انداز میں اس کو استعمال کریں گے۔</w:t>
      </w:r>
    </w:p>
    <w:p>
      <w:r>
        <w:rPr>
          <w:b/>
        </w:rPr>
        <w:t xml:space="preserve">[09:08] </w:t>
      </w:r>
      <w:r>
        <w:t>Ji but Maulana sahib, many people feel that others are their enemies and conspirators. So as a result, they justify their negativity towards others in this manner. Do you think this kind of thinking is justified?</w:t>
      </w:r>
    </w:p>
    <w:p>
      <w:pPr>
        <w:jc w:val="right"/>
      </w:pPr>
      <w:r>
        <w:t>جی بٹ مولانا صاحب، مینی پیپل فیل دیٹ ادرز آر دیر اینمیز اینڈ کانسپیریٹرز۔ سو ایز اے رزلٹ، دے جسٹیفائی دیر نیگیٹیوٹی ٹوورڈز ادرز ان دس مینر۔ ڈو یو تھنک دس کائنڈ آف تھنکنگ از جسٹیفائیڈ؟</w:t>
      </w:r>
    </w:p>
    <w:p>
      <w:r>
        <w:rPr>
          <w:b/>
        </w:rPr>
        <w:t xml:space="preserve">[09:24] </w:t>
      </w:r>
      <w:r>
        <w:t>dekhen, koi kisi ka enemy nahin hota.</w:t>
      </w:r>
    </w:p>
    <w:p>
      <w:pPr>
        <w:jc w:val="right"/>
      </w:pPr>
      <w:r>
        <w:t>دیکھیں، کوئی کسی کا اینمی نہیں ہوتا۔</w:t>
      </w:r>
    </w:p>
    <w:p>
      <w:r>
        <w:rPr>
          <w:b/>
        </w:rPr>
        <w:t xml:space="preserve">[09:29] </w:t>
      </w:r>
      <w:r>
        <w:t>har aadmi apne aap mein jeeta hai.</w:t>
      </w:r>
    </w:p>
    <w:p>
      <w:pPr>
        <w:jc w:val="right"/>
      </w:pPr>
      <w:r>
        <w:t>ہر آدمی اپنے آپ میں جیتا ہے۔</w:t>
      </w:r>
    </w:p>
    <w:p>
      <w:r>
        <w:rPr>
          <w:b/>
        </w:rPr>
        <w:t xml:space="preserve">[09:35] </w:t>
      </w:r>
      <w:r>
        <w:t>har aadmi pro-self hota hai.</w:t>
      </w:r>
    </w:p>
    <w:p>
      <w:pPr>
        <w:jc w:val="right"/>
      </w:pPr>
      <w:r>
        <w:t>ہر آدمی پرو سیلف ہوتا ہے۔</w:t>
      </w:r>
    </w:p>
    <w:p>
      <w:r>
        <w:rPr>
          <w:b/>
        </w:rPr>
        <w:t xml:space="preserve">[09:40] </w:t>
      </w:r>
      <w:r>
        <w:t>entry other nahin hota.</w:t>
      </w:r>
    </w:p>
    <w:p>
      <w:pPr>
        <w:jc w:val="right"/>
      </w:pPr>
      <w:r>
        <w:t>اینٹری ادر نہیں ہوتا۔</w:t>
      </w:r>
    </w:p>
    <w:p>
      <w:r>
        <w:rPr>
          <w:b/>
        </w:rPr>
        <w:t xml:space="preserve">[09:46] </w:t>
      </w:r>
      <w:r>
        <w:t>koi aadmi har aadmi ko apna interest poora karna hai, apne mamlaat ko durust karna hai, apne bachchon</w:t>
      </w:r>
    </w:p>
    <w:p>
      <w:pPr>
        <w:jc w:val="right"/>
      </w:pPr>
      <w:r>
        <w:t>کوئی آدمی ہر آدمی کو اپنا انٹرسٹ پورا کرنا ہے، اپنے معاملات کو درست کرنا ہے، اپنے بچوں</w:t>
      </w:r>
    </w:p>
    <w:p>
      <w:r>
        <w:rPr>
          <w:b/>
        </w:rPr>
        <w:t xml:space="preserve">[09:52] </w:t>
      </w:r>
      <w:r>
        <w:t>ko parhana hai, apna ghar banana hai.</w:t>
      </w:r>
    </w:p>
    <w:p>
      <w:pPr>
        <w:jc w:val="right"/>
      </w:pPr>
      <w:r>
        <w:t>کو پڑھانا ہے، اپنا گھر بنانا ہے۔</w:t>
      </w:r>
    </w:p>
    <w:p>
      <w:r>
        <w:rPr>
          <w:b/>
        </w:rPr>
        <w:t xml:space="preserve">[09:57] </w:t>
      </w:r>
      <w:r>
        <w:t>har aadmi ka sole concern yahi hota hai.</w:t>
      </w:r>
    </w:p>
    <w:p>
      <w:pPr>
        <w:jc w:val="right"/>
      </w:pPr>
      <w:r>
        <w:t>ہر آدمی کا سول کنسرن یہی ہوتا ہے۔</w:t>
      </w:r>
    </w:p>
    <w:p>
      <w:r>
        <w:rPr>
          <w:b/>
        </w:rPr>
        <w:t xml:space="preserve">[10:03] </w:t>
      </w:r>
      <w:r>
        <w:t>yeh kehna ghalat hai ke koi kisi ka enemy hai.</w:t>
      </w:r>
    </w:p>
    <w:p>
      <w:pPr>
        <w:jc w:val="right"/>
      </w:pPr>
      <w:r>
        <w:t>یہ کہنا غلط ہے کہ کوئی کسی کا اینمی ہے۔</w:t>
      </w:r>
    </w:p>
    <w:p>
      <w:r>
        <w:rPr>
          <w:b/>
        </w:rPr>
        <w:t xml:space="preserve">[10:09] </w:t>
      </w:r>
      <w:r>
        <w:t>agar koi farz karen enemy dikhai de to woh enemy nahi hota.</w:t>
      </w:r>
    </w:p>
    <w:p>
      <w:pPr>
        <w:jc w:val="right"/>
      </w:pPr>
      <w:r>
        <w:t>اگر کوئی فرض کریں اینمی دکھائی دے تو وہ اینمی نہیں ہوتا۔</w:t>
      </w:r>
    </w:p>
    <w:p>
      <w:r>
        <w:rPr>
          <w:b/>
        </w:rPr>
        <w:t xml:space="preserve">[10:14] </w:t>
      </w:r>
      <w:r>
        <w:t>hum is ko samajh lete hain ke yeh enemy hamara hai.</w:t>
      </w:r>
    </w:p>
    <w:p>
      <w:pPr>
        <w:jc w:val="right"/>
      </w:pPr>
      <w:r>
        <w:t>ہم اس کو سمجھ لیتے ہیں کہ یہ اینمی ہمارا ہے۔</w:t>
      </w:r>
    </w:p>
    <w:p>
      <w:r>
        <w:rPr>
          <w:b/>
        </w:rPr>
        <w:t xml:space="preserve">[10:20] </w:t>
      </w:r>
      <w:r>
        <w:t>chounke yeh dunya competition based hai, yeh dunya mein competition ka mahol hota hai hamesha, to competition ki</w:t>
      </w:r>
    </w:p>
    <w:p>
      <w:pPr>
        <w:jc w:val="right"/>
      </w:pPr>
      <w:r>
        <w:t>چونکہ یہ دنیا کمپیٹیشن بیسڈ ہے، یہ دنیا میں کمپیٹیشن کا ماحول ہوتا ہے ہمیشہ، تو کمپیٹیشن کی</w:t>
      </w:r>
    </w:p>
    <w:p>
      <w:r>
        <w:rPr>
          <w:b/>
        </w:rPr>
        <w:t xml:space="preserve">[10:26] </w:t>
      </w:r>
      <w:r>
        <w:t>waja se kabhi kisi se kisi ko kuch nuqsan puhanch jata hai.</w:t>
      </w:r>
    </w:p>
    <w:p>
      <w:pPr>
        <w:jc w:val="right"/>
      </w:pPr>
      <w:r>
        <w:t>وجہ سے کبھی کسی سے کسی کو کچھ نقصان پہنچ جاتا ہے۔</w:t>
      </w:r>
    </w:p>
    <w:p>
      <w:r>
        <w:rPr>
          <w:b/>
        </w:rPr>
        <w:t xml:space="preserve">[10:31] </w:t>
      </w:r>
      <w:r>
        <w:t>to it is but natural, woh to hoga.</w:t>
      </w:r>
    </w:p>
    <w:p>
      <w:pPr>
        <w:jc w:val="right"/>
      </w:pPr>
      <w:r>
        <w:t>تو اٹ از بٹ نیچرل، وہ تو ہوگا۔</w:t>
      </w:r>
    </w:p>
    <w:p>
      <w:r>
        <w:rPr>
          <w:b/>
        </w:rPr>
        <w:t xml:space="preserve">[10:37] </w:t>
      </w:r>
      <w:r>
        <w:t>aap do aadmi ek dukaan kholain ek hi cheez ki, to kabhi un ke haan zyada gahaak aayen</w:t>
      </w:r>
    </w:p>
    <w:p>
      <w:pPr>
        <w:jc w:val="right"/>
      </w:pPr>
      <w:r>
        <w:t>آپ دو آدمی ایک دکان کھولیں ایک ہی چیز کی، تو کبھی ان کے ہاں زیادہ گاہک آئیں</w:t>
      </w:r>
    </w:p>
    <w:p>
      <w:r>
        <w:rPr>
          <w:b/>
        </w:rPr>
        <w:t xml:space="preserve">[10:43] </w:t>
      </w:r>
      <w:r>
        <w:t>ge, kabhi un ke haan gahaak zyada aayenge.</w:t>
      </w:r>
    </w:p>
    <w:p>
      <w:pPr>
        <w:jc w:val="right"/>
      </w:pPr>
      <w:r>
        <w:t>گے، کبھی ان کے ہاں گاہک زیادہ آئیں گے۔</w:t>
      </w:r>
    </w:p>
    <w:p>
      <w:r>
        <w:rPr>
          <w:b/>
        </w:rPr>
        <w:t xml:space="preserve">[10:48] </w:t>
      </w:r>
      <w:r>
        <w:t>to yeh to hoga hi.</w:t>
      </w:r>
    </w:p>
    <w:p>
      <w:pPr>
        <w:jc w:val="right"/>
      </w:pPr>
      <w:r>
        <w:t>تو یہ تو ہوگا ہی۔</w:t>
      </w:r>
    </w:p>
    <w:p>
      <w:r>
        <w:rPr>
          <w:b/>
        </w:rPr>
        <w:t xml:space="preserve">[10:54] </w:t>
      </w:r>
      <w:r>
        <w:t>in cheezon ko le kar negative nahi hona chahiye, balkeh is ko competition ke khane mein dalna chahiye</w:t>
      </w:r>
    </w:p>
    <w:p>
      <w:pPr>
        <w:jc w:val="right"/>
      </w:pPr>
      <w:r>
        <w:t>ان چیزوں کو لے کر نیگیٹیو نہیں ہونا چاہیے، بلکہ اس کو کمپیٹیشن کے کھانے میں ڈالنا چاہیے</w:t>
      </w:r>
    </w:p>
    <w:p>
      <w:r>
        <w:rPr>
          <w:b/>
        </w:rPr>
        <w:t xml:space="preserve">[10:59] </w:t>
      </w:r>
      <w:r>
        <w:t>ke yeh jo ho raha hai, woh due to competition hai aur kuch is ka taluq dushmani ya</w:t>
      </w:r>
    </w:p>
    <w:p>
      <w:pPr>
        <w:jc w:val="right"/>
      </w:pPr>
      <w:r>
        <w:t>کہ یہ جو ہو رہا ہے، وہ ڈیو ٹو کمپیٹیشن ہے اور کچھ اس کا تعلق دشمنی یا</w:t>
      </w:r>
    </w:p>
    <w:p>
      <w:r>
        <w:rPr>
          <w:b/>
        </w:rPr>
        <w:t xml:space="preserve">[11:05] </w:t>
      </w:r>
      <w:r>
        <w:t>enemitation nahi hai.</w:t>
      </w:r>
    </w:p>
    <w:p>
      <w:pPr>
        <w:jc w:val="right"/>
      </w:pPr>
      <w:r>
        <w:t>اینیمیٹیشن نہیں ہے۔</w:t>
      </w:r>
    </w:p>
    <w:p>
      <w:r>
        <w:rPr>
          <w:b/>
        </w:rPr>
        <w:t xml:space="preserve">[11:11] </w:t>
      </w:r>
      <w:r>
        <w:t>is tarah agar sochen to apne aap hi se har cheez normal hoti chali jayegi.</w:t>
      </w:r>
    </w:p>
    <w:p>
      <w:pPr>
        <w:jc w:val="right"/>
      </w:pPr>
      <w:r>
        <w:t>اس طرح اگر سوچیں تو اپنے آپ ہی سے ہر چیز نارمل ہوتی چلی جائے گی۔</w:t>
      </w:r>
    </w:p>
    <w:p>
      <w:r>
        <w:rPr>
          <w:b/>
        </w:rPr>
        <w:t xml:space="preserve">[11:16] </w:t>
      </w:r>
      <w:r>
        <w:t>to cheezon ko yani right angle se dekhen to har cheez aap ko normal dikhai degi.</w:t>
      </w:r>
    </w:p>
    <w:p>
      <w:pPr>
        <w:jc w:val="right"/>
      </w:pPr>
      <w:r>
        <w:t>تو چیزوں کو یعنی رائٹ اینگل سے دیکھیں تو ہر چیز آپ کو نارمل دکھائی دے گی۔</w:t>
      </w:r>
    </w:p>
    <w:p>
      <w:r>
        <w:rPr>
          <w:b/>
        </w:rPr>
        <w:t xml:space="preserve">[11:22] </w:t>
      </w:r>
      <w:r>
        <w:t>agar cheezon ko aap wrong angle se dekhen to har cheez aap ke zehn mein ulti ban jayegi.</w:t>
      </w:r>
    </w:p>
    <w:p>
      <w:pPr>
        <w:jc w:val="right"/>
      </w:pPr>
      <w:r>
        <w:t>اگر چیزوں کو آپ رانگ اینگل سے دیکھیں تو ہر چیز آپ کے ذہن میں الٹی بن جائے گی۔</w:t>
      </w:r>
    </w:p>
    <w:p>
      <w:r>
        <w:rPr>
          <w:b/>
        </w:rPr>
        <w:t xml:space="preserve">[11:28] </w:t>
      </w:r>
      <w:r>
        <w:t>to sara mamla yeh hai ke aap cheezon ko kis angle se dekhen.</w:t>
      </w:r>
    </w:p>
    <w:p>
      <w:pPr>
        <w:jc w:val="right"/>
      </w:pPr>
      <w:r>
        <w:t>تو سارا معاملہ یہ ہے کہ آپ چیزوں کو کس اینگل سے دیکھیں۔</w:t>
      </w:r>
    </w:p>
    <w:p>
      <w:r>
        <w:rPr>
          <w:b/>
        </w:rPr>
        <w:t xml:space="preserve">[11:33] </w:t>
      </w:r>
      <w:r>
        <w:t>har mamle mein ek hota hai right angle, ek hota hai wrong angle.</w:t>
      </w:r>
    </w:p>
    <w:p>
      <w:pPr>
        <w:jc w:val="right"/>
      </w:pPr>
      <w:r>
        <w:t>ہر معاملے میں ایک ہوتا ہے رائٹ اینگل، ایک ہوتا ہے رانگ اینگل۔</w:t>
      </w:r>
    </w:p>
    <w:p>
      <w:r>
        <w:rPr>
          <w:b/>
        </w:rPr>
        <w:t xml:space="preserve">[11:39] </w:t>
      </w:r>
      <w:r>
        <w:t>yani agar aap dekhen is mamle ko competition ke angle se to lagega ke to theek hai.</w:t>
      </w:r>
    </w:p>
    <w:p>
      <w:pPr>
        <w:jc w:val="right"/>
      </w:pPr>
      <w:r>
        <w:t>یعنی اگر آپ دیکھیں اس معاملے کو کمپیٹیشن کے اینگل سے تو لگے گا کہ تو ٹھیک ہے۔</w:t>
      </w:r>
    </w:p>
    <w:p>
      <w:r>
        <w:rPr>
          <w:b/>
        </w:rPr>
        <w:t xml:space="preserve">[11:45] </w:t>
      </w:r>
      <w:r>
        <w:t>agar dekhen ke koi aap ka dushman hai to lagega ke yeh to ghalat ho raha hai.</w:t>
      </w:r>
    </w:p>
    <w:p>
      <w:pPr>
        <w:jc w:val="right"/>
      </w:pPr>
      <w:r>
        <w:t>اگر دیکھیں کہ کوئی آپ کا دشمن ہے تو لگے گا کہ یہ تو غلط ہو رہا ہے۔</w:t>
      </w:r>
    </w:p>
    <w:p>
      <w:r>
        <w:rPr>
          <w:b/>
        </w:rPr>
        <w:t xml:space="preserve">[11:50] </w:t>
      </w:r>
      <w:r>
        <w:t>to sara mamla yeh hai ke aap art of management janiye, art of intellechual management, cheezon ko management karna janiye.</w:t>
      </w:r>
    </w:p>
    <w:p>
      <w:pPr>
        <w:jc w:val="right"/>
      </w:pPr>
      <w:r>
        <w:t>تو سارا معاملہ یہ ہے کہ آپ آرٹ آف مینجمنٹ جانیں، آرٹ آف انٹیلیجیکل مینجمنٹ، چیزوں کو مینجمنٹ کرنا جانیں۔</w:t>
      </w:r>
    </w:p>
    <w:p>
      <w:r>
        <w:rPr>
          <w:b/>
        </w:rPr>
        <w:t xml:space="preserve">[11:56] </w:t>
      </w:r>
      <w:r>
        <w:t>is ke baad sab kuch aap ko normal dikhai dega.</w:t>
      </w:r>
    </w:p>
    <w:p>
      <w:pPr>
        <w:jc w:val="right"/>
      </w:pPr>
      <w:r>
        <w:t>اس کے بعد سب کچھ آپ کو نارمل دکھائی دے گا۔</w:t>
      </w:r>
    </w:p>
    <w:p>
      <w:r>
        <w:rPr>
          <w:b/>
        </w:rPr>
        <w:t xml:space="preserve">[12:02] </w:t>
      </w:r>
      <w:r>
        <w:t>Ji Maulana sahib, according to you, what importance does a belief in God play in making a person positive?</w:t>
      </w:r>
    </w:p>
    <w:p>
      <w:pPr>
        <w:jc w:val="right"/>
      </w:pPr>
      <w:r>
        <w:t>جی مولانا صاحب، اکارڈنگ ٹو یو، واٹ امپورٹنس ڈز اے بیلیف ان گاڈ پلے ان میکنگ اے پرسن پازیٹیو؟</w:t>
      </w:r>
    </w:p>
    <w:p>
      <w:r>
        <w:rPr>
          <w:b/>
        </w:rPr>
        <w:t xml:space="preserve">[12:12] </w:t>
      </w:r>
      <w:r>
        <w:t>dekhen, belief in God to bohat bara source hai positivity ka.</w:t>
      </w:r>
    </w:p>
    <w:p>
      <w:pPr>
        <w:jc w:val="right"/>
      </w:pPr>
      <w:r>
        <w:t>دیکھیں، بیلیف ان گاڈ تو بہت بڑا سورس ہے پازیٹیوٹی کا۔</w:t>
      </w:r>
    </w:p>
    <w:p>
      <w:r>
        <w:rPr>
          <w:b/>
        </w:rPr>
        <w:t xml:space="preserve">[12:18] </w:t>
      </w:r>
      <w:r>
        <w:t>kyunke hum face karte hain bohat se problem, isi se negative ho jate hain hum.</w:t>
      </w:r>
    </w:p>
    <w:p>
      <w:pPr>
        <w:jc w:val="right"/>
      </w:pPr>
      <w:r>
        <w:t>کیونکہ ہم فیس کرتے ہیں بہت سے پرابلم، اسی سے نیگیٹیو ہو جاتے ہیں ہم۔</w:t>
      </w:r>
    </w:p>
    <w:p>
      <w:r>
        <w:rPr>
          <w:b/>
        </w:rPr>
        <w:t xml:space="preserve">[12:24] </w:t>
      </w:r>
      <w:r>
        <w:t>to belief in God ka matlab yeh hota hai ke koi hum sab se ooper hai, sari humanity</w:t>
      </w:r>
    </w:p>
    <w:p>
      <w:pPr>
        <w:jc w:val="right"/>
      </w:pPr>
      <w:r>
        <w:t>تو بیلیف ان گاڈ کا مطلب یہ ہوتا ہے کہ کوئی ہم سب سے اوپر ہے، ساری ہیومینٹی</w:t>
      </w:r>
    </w:p>
    <w:p>
      <w:r>
        <w:rPr>
          <w:b/>
        </w:rPr>
        <w:t xml:space="preserve">[12:30] </w:t>
      </w:r>
      <w:r>
        <w:t>se ooper hai, sari dunya se ooper hai.</w:t>
      </w:r>
    </w:p>
    <w:p>
      <w:pPr>
        <w:jc w:val="right"/>
      </w:pPr>
      <w:r>
        <w:t>سے اوپر ہے، ساری دنیا سے اوپر ہے۔</w:t>
      </w:r>
    </w:p>
    <w:p>
      <w:r>
        <w:rPr>
          <w:b/>
        </w:rPr>
        <w:t xml:space="preserve">[12:36] </w:t>
      </w:r>
      <w:r>
        <w:t>koi all powerful hai aur us se hum contact kar sakte hain, us se hum dua kar</w:t>
      </w:r>
    </w:p>
    <w:p>
      <w:pPr>
        <w:jc w:val="right"/>
      </w:pPr>
      <w:r>
        <w:t>کوئی آل پاور فل ہے اور اس سے ہم کنٹیکٹ کر سکتے ہیں، اس سے ہم دعا کر</w:t>
      </w:r>
    </w:p>
    <w:p>
      <w:r>
        <w:rPr>
          <w:b/>
        </w:rPr>
        <w:t xml:space="preserve">[12:42] </w:t>
      </w:r>
      <w:r>
        <w:t>ke us ki help le sakte hain.</w:t>
      </w:r>
    </w:p>
    <w:p>
      <w:pPr>
        <w:jc w:val="right"/>
      </w:pPr>
      <w:r>
        <w:t>کے اس کی ہیلپ لے سکتے ہیں۔</w:t>
      </w:r>
    </w:p>
    <w:p>
      <w:r>
        <w:rPr>
          <w:b/>
        </w:rPr>
        <w:t xml:space="preserve">[12:48] </w:t>
      </w:r>
      <w:r>
        <w:t>to yeh to bohat hi bara source hai apne aap ko positive banane ka.</w:t>
      </w:r>
    </w:p>
    <w:p>
      <w:pPr>
        <w:jc w:val="right"/>
      </w:pPr>
      <w:r>
        <w:t>تو یہ تو بہت ہی بڑا سورس ہے اپنے آپ کو پازیٹیو بنانے کا۔</w:t>
      </w:r>
    </w:p>
    <w:p>
      <w:r>
        <w:rPr>
          <w:b/>
        </w:rPr>
        <w:t xml:space="preserve">[12:54] </w:t>
      </w:r>
      <w:r>
        <w:t>kyun ke aap ko koi helpless nahi hone deta.</w:t>
      </w:r>
    </w:p>
    <w:p>
      <w:pPr>
        <w:jc w:val="right"/>
      </w:pPr>
      <w:r>
        <w:t>کیونکہ آپ کو کوئی ہیلپ لیس نہیں ہونے دیتا۔</w:t>
      </w:r>
    </w:p>
    <w:p>
      <w:r>
        <w:rPr>
          <w:b/>
        </w:rPr>
        <w:t xml:space="preserve">[13:00] </w:t>
      </w:r>
      <w:r>
        <w:t>yeh yeh jo belief hai, kahin aap ko helpless nahi hone deta.</w:t>
      </w:r>
    </w:p>
    <w:p>
      <w:pPr>
        <w:jc w:val="right"/>
      </w:pPr>
      <w:r>
        <w:t>یہ یہ جو بیلیف ہے، کہیں آپ کو ہیلپ لیس نہیں ہونے دیتا۔</w:t>
      </w:r>
    </w:p>
    <w:p>
      <w:r>
        <w:rPr>
          <w:b/>
        </w:rPr>
        <w:t xml:space="preserve">[13:06] </w:t>
      </w:r>
      <w:r>
        <w:t>har har maamle mein aap ko aik aik jis ko kehte hain na quran mein ehtesham bihablillah,</w:t>
      </w:r>
    </w:p>
    <w:p>
      <w:pPr>
        <w:jc w:val="right"/>
      </w:pPr>
      <w:r>
        <w:t>ہر ہر معاملے میں آپ کو ایک ایک جس کو کہتے ہیں نا قرآن میں احتسام بحبل اللہ،</w:t>
      </w:r>
    </w:p>
    <w:p>
      <w:r>
        <w:rPr>
          <w:b/>
        </w:rPr>
        <w:t xml:space="preserve">[13:12] </w:t>
      </w:r>
      <w:r>
        <w:t>yaani aik mazboot rassi aap ke haath mein hoti hai.</w:t>
      </w:r>
    </w:p>
    <w:p>
      <w:pPr>
        <w:jc w:val="right"/>
      </w:pPr>
      <w:r>
        <w:t>یعنی ایک مضبوط رسی آپ کے ہاتھ میں ہوتی ہے۔</w:t>
      </w:r>
    </w:p>
    <w:p>
      <w:r>
        <w:rPr>
          <w:b/>
        </w:rPr>
        <w:t xml:space="preserve">[13:18] </w:t>
      </w:r>
      <w:r>
        <w:t>aik mazboot rassi aap ke haath mein hoti hai.</w:t>
      </w:r>
    </w:p>
    <w:p>
      <w:pPr>
        <w:jc w:val="right"/>
      </w:pPr>
      <w:r>
        <w:t>ایک مضبوط رسی آپ کے ہاتھ میں ہوتی ہے۔</w:t>
      </w:r>
    </w:p>
    <w:p>
      <w:r>
        <w:rPr>
          <w:b/>
        </w:rPr>
        <w:t xml:space="preserve">[13:24] </w:t>
      </w:r>
      <w:r>
        <w:t>to yeh to bohat hi bari nemat hai ke aap ko khuda ki discovery hui ho aur khuda</w:t>
      </w:r>
    </w:p>
    <w:p>
      <w:pPr>
        <w:jc w:val="right"/>
      </w:pPr>
      <w:r>
        <w:t>تو یہ تو بہت ہی بڑی نعمت ہے کہ آپ کو خدا کی ڈسکوری ہوئی ہو اور خدا</w:t>
      </w:r>
    </w:p>
    <w:p>
      <w:r>
        <w:rPr>
          <w:b/>
        </w:rPr>
        <w:t xml:space="preserve">[13:30] </w:t>
      </w:r>
      <w:r>
        <w:t>ko aap ne apna creation banaya ho, khuda par aap ko trust ho.</w:t>
      </w:r>
    </w:p>
    <w:p>
      <w:pPr>
        <w:jc w:val="right"/>
      </w:pPr>
      <w:r>
        <w:t>کو آپ نے اپنا کرشن بنایا ہو، خدا پر آپ کو ٹرسٹ ہو۔</w:t>
      </w:r>
    </w:p>
    <w:p>
      <w:r>
        <w:rPr>
          <w:b/>
        </w:rPr>
        <w:t xml:space="preserve">[13:36] </w:t>
      </w:r>
      <w:r>
        <w:t>to yeh to bohat bari cheez hai.</w:t>
      </w:r>
    </w:p>
    <w:p>
      <w:pPr>
        <w:jc w:val="right"/>
      </w:pPr>
      <w:r>
        <w:t>تو یہ تو بہت بڑی چیز ہے۔</w:t>
      </w:r>
    </w:p>
    <w:p>
      <w:r>
        <w:rPr>
          <w:b/>
        </w:rPr>
        <w:t xml:space="preserve">[13:42] </w:t>
      </w:r>
      <w:r>
        <w:t>kyun ke aap kahin bhi aap nahi mehsoos karenge ke aap ki limitations aa gayi, aap ke aisa</w:t>
      </w:r>
    </w:p>
    <w:p>
      <w:pPr>
        <w:jc w:val="right"/>
      </w:pPr>
      <w:r>
        <w:t>کیونکہ آپ کہیں بھی آپ نہیں محسوس کریں گے کہ آپ کی لیمیٹیشنز آ گئی، آپ کے ایسا</w:t>
      </w:r>
    </w:p>
    <w:p>
      <w:r>
        <w:rPr>
          <w:b/>
        </w:rPr>
        <w:t xml:space="preserve">[13:48] </w:t>
      </w:r>
      <w:r>
        <w:t>problem aa gaya jis ko aap solve na kar sakte ho.</w:t>
      </w:r>
    </w:p>
    <w:p>
      <w:pPr>
        <w:jc w:val="right"/>
      </w:pPr>
      <w:r>
        <w:t>پرابلم آ گیا جس کو آپ سالو نہ کر سکتے ہو۔</w:t>
      </w:r>
    </w:p>
    <w:p>
      <w:r>
        <w:rPr>
          <w:b/>
        </w:rPr>
        <w:t xml:space="preserve">[13:54] </w:t>
      </w:r>
      <w:r>
        <w:t>kyun ke wahan par aap ka helper khuda maujood hoga.</w:t>
      </w:r>
    </w:p>
    <w:p>
      <w:pPr>
        <w:jc w:val="right"/>
      </w:pPr>
      <w:r>
        <w:t>کیونکہ وہاں پر آپ کا ہیلپر خدا موجود ہوگا۔</w:t>
      </w:r>
    </w:p>
    <w:p>
      <w:r>
        <w:rPr>
          <w:b/>
        </w:rPr>
        <w:t xml:space="preserve">[14:00] </w:t>
      </w:r>
      <w:r>
        <w:t>masih se kisi ne kaha ke aap jo taleem dete hain, woh to bohat insaan ke bas par nahi hai.</w:t>
      </w:r>
    </w:p>
    <w:p>
      <w:pPr>
        <w:jc w:val="right"/>
      </w:pPr>
      <w:r>
        <w:t>مسیح سے کسی نے کہا کہ آپ جو تعلیم دیتے ہیں، وہ تو بہت انسان کے بس پر نہیں ہے۔</w:t>
      </w:r>
    </w:p>
    <w:p>
      <w:r>
        <w:rPr>
          <w:b/>
        </w:rPr>
        <w:t xml:space="preserve">[14:06] </w:t>
      </w:r>
      <w:r>
        <w:t>to masih ne jawab diya ke insaan ke bas par nahi, magar khuda ke bas par to hai.</w:t>
      </w:r>
    </w:p>
    <w:p>
      <w:pPr>
        <w:jc w:val="right"/>
      </w:pPr>
      <w:r>
        <w:t>تو مسیح نے جواب دیا کہ انسان کے بس پر نہیں، مگر خدا کے بس پر تو ہے۔</w:t>
      </w:r>
    </w:p>
    <w:p>
      <w:r>
        <w:rPr>
          <w:b/>
        </w:rPr>
        <w:t xml:space="preserve">[14:12] </w:t>
      </w:r>
      <w:r>
        <w:t>to jahan aap ko lage ke yeh to mere bas par nahi hai, wahan aap khuda ko pukarte hain.</w:t>
      </w:r>
    </w:p>
    <w:p>
      <w:pPr>
        <w:jc w:val="right"/>
      </w:pPr>
      <w:r>
        <w:t>تو جہاں آپ کو لگے کہ یہ تو میرے بس پر نہیں ہے، وہاں آپ خدا کو پکارتے ہیں۔</w:t>
      </w:r>
    </w:p>
    <w:p>
      <w:r>
        <w:rPr>
          <w:b/>
        </w:rPr>
        <w:t xml:space="preserve">[14:18] </w:t>
      </w:r>
      <w:r>
        <w:t>agar aap ko belief hai to.</w:t>
      </w:r>
    </w:p>
    <w:p>
      <w:pPr>
        <w:jc w:val="right"/>
      </w:pPr>
      <w:r>
        <w:t>اگر آپ کو بیلیف ہے تو۔</w:t>
      </w:r>
    </w:p>
    <w:p>
      <w:r>
        <w:rPr>
          <w:b/>
        </w:rPr>
        <w:t xml:space="preserve">[14:24] </w:t>
      </w:r>
      <w:r>
        <w:t>aur khuda aap ka jawab deta hai.</w:t>
      </w:r>
    </w:p>
    <w:p>
      <w:pPr>
        <w:jc w:val="right"/>
      </w:pPr>
      <w:r>
        <w:t>اور خدا آپ کا جواب دیتا ہے۔</w:t>
      </w:r>
    </w:p>
    <w:p>
      <w:r>
        <w:rPr>
          <w:b/>
        </w:rPr>
        <w:t xml:space="preserve">[14:30] </w:t>
      </w:r>
      <w:r>
        <w:t>woh kashf wuzu karta hai.</w:t>
      </w:r>
    </w:p>
    <w:p>
      <w:pPr>
        <w:jc w:val="right"/>
      </w:pPr>
      <w:r>
        <w:t>وہ کشف وضو کرتا ہے۔</w:t>
      </w:r>
    </w:p>
    <w:p>
      <w:r>
        <w:rPr>
          <w:b/>
        </w:rPr>
        <w:t xml:space="preserve">[14:36] </w:t>
      </w:r>
      <w:r>
        <w:t>to khuda par belief, aik aik all powerful par belief, bilashuba sab se bara, sab se bari</w:t>
      </w:r>
    </w:p>
    <w:p>
      <w:pPr>
        <w:jc w:val="right"/>
      </w:pPr>
      <w:r>
        <w:t>تو خدا پر بیلیف، ایک ایک آل پاور فل پر بیلیف، بلاشبہ سب سے بڑا، سب سے بڑی</w:t>
      </w:r>
    </w:p>
    <w:p>
      <w:r>
        <w:rPr>
          <w:b/>
        </w:rPr>
        <w:t xml:space="preserve">[14:42] </w:t>
      </w:r>
      <w:r>
        <w:t>cheez hai jo aadmi ko hamesha positive banaye rakhta hai.</w:t>
      </w:r>
    </w:p>
    <w:p>
      <w:pPr>
        <w:jc w:val="right"/>
      </w:pPr>
      <w:r>
        <w:t>چیز ہے جو آدمی کو ہمیشہ پازیٹیو بنائے رکھتا ہے۔</w:t>
      </w:r>
    </w:p>
    <w:p>
      <w:r>
        <w:rPr>
          <w:b/>
        </w:rPr>
        <w:t xml:space="preserve">[14:48] </w:t>
      </w:r>
      <w:r>
        <w:t>جی مولانا صاحب، I want to ask you a question regarding the life of Prophet of Islam.</w:t>
      </w:r>
    </w:p>
    <w:p>
      <w:pPr>
        <w:jc w:val="right"/>
      </w:pPr>
      <w:r>
        <w:t>جی مولانا صاحب، آئی وانٹ ٹو اسک یو اے کوئسچن ریگارڈنگ دی لائف آف پرافٹ آف اسلام۔</w:t>
      </w:r>
    </w:p>
    <w:p>
      <w:r>
        <w:rPr>
          <w:b/>
        </w:rPr>
        <w:t xml:space="preserve">[14:54] </w:t>
      </w:r>
      <w:r>
        <w:t>When he migrated from Mecca to Medina, his first speech that he gave did not carry even a</w:t>
      </w:r>
    </w:p>
    <w:p>
      <w:pPr>
        <w:jc w:val="right"/>
      </w:pPr>
      <w:r>
        <w:t>وین ہی مائیگریٹڈ فرام مکہ ٹو مدینہ، ہز فرسٹ سپیچ دیٹ ہی گیو ڈیڈ ناٹ کیری ایون اے</w:t>
      </w:r>
    </w:p>
    <w:p>
      <w:r>
        <w:rPr>
          <w:b/>
        </w:rPr>
        <w:t xml:space="preserve">[15:00] </w:t>
      </w:r>
      <w:r>
        <w:t>single negative remark against the Meccan people.</w:t>
      </w:r>
    </w:p>
    <w:p>
      <w:pPr>
        <w:jc w:val="right"/>
      </w:pPr>
      <w:r>
        <w:t>سنگل نیگیٹیو ریمارک اگینسٹ دی میکن پیپل۔</w:t>
      </w:r>
    </w:p>
    <w:p>
      <w:r>
        <w:rPr>
          <w:b/>
        </w:rPr>
        <w:t xml:space="preserve">[15:06] </w:t>
      </w:r>
      <w:r>
        <w:t>And this was despite the fact that he faced so many hardships and he was treated very unfairly.</w:t>
      </w:r>
    </w:p>
    <w:p>
      <w:pPr>
        <w:jc w:val="right"/>
      </w:pPr>
      <w:r>
        <w:t>اینڈ دس واز ڈسپائٹ دا فیکٹ دیٹ ہی فیزڈ سو مینی ہارڈ شپس اینڈ ہی واز ٹریٹڈ ویری انفیرلی۔</w:t>
      </w:r>
    </w:p>
    <w:p>
      <w:r>
        <w:rPr>
          <w:b/>
        </w:rPr>
        <w:t xml:space="preserve">[15:12] </w:t>
      </w:r>
      <w:r>
        <w:t>So, according to you, what was the reason that Prophet of Islam could maintain his positivity despite so</w:t>
      </w:r>
    </w:p>
    <w:p>
      <w:pPr>
        <w:jc w:val="right"/>
      </w:pPr>
      <w:r>
        <w:t>سو اکارڈنگ ٹو یو، واٹ واز دا ریزن دیٹ پرافٹ آف اسلام کڈ مینٹین ہز پازیٹیوٹی ڈسپائٹ سو</w:t>
      </w:r>
    </w:p>
    <w:p>
      <w:r>
        <w:rPr>
          <w:b/>
        </w:rPr>
        <w:t xml:space="preserve">[15:18] </w:t>
      </w:r>
      <w:r>
        <w:t>much of hardship being faced at the hands of Meccan people?</w:t>
      </w:r>
    </w:p>
    <w:p>
      <w:pPr>
        <w:jc w:val="right"/>
      </w:pPr>
      <w:r>
        <w:t>مچ آف ہارڈ شپ بینگ فیزڈ ایٹ دی ہینڈز آف میکن پیپل؟</w:t>
      </w:r>
    </w:p>
    <w:p>
      <w:r>
        <w:rPr>
          <w:b/>
        </w:rPr>
        <w:t xml:space="preserve">[15:24] </w:t>
      </w:r>
      <w:r>
        <w:t>dekhen, prophet ne yeh baat discover kar li thi, yeh baat un ko discovery ke darje mein maloom</w:t>
      </w:r>
    </w:p>
    <w:p>
      <w:pPr>
        <w:jc w:val="right"/>
      </w:pPr>
      <w:r>
        <w:t>دیکھیں، پرافٹ نے یہ بات ڈسکور کر لی تھی، یہ بات ان کو ڈسکوری کے درجے میں معلوم</w:t>
      </w:r>
    </w:p>
    <w:p>
      <w:r>
        <w:rPr>
          <w:b/>
        </w:rPr>
        <w:t xml:space="preserve">[15:30] </w:t>
      </w:r>
      <w:r>
        <w:t>ho chuki thi ke jo kuch ho raha hai, woh normal course hai.</w:t>
      </w:r>
    </w:p>
    <w:p>
      <w:pPr>
        <w:jc w:val="right"/>
      </w:pPr>
      <w:r>
        <w:t>ہو چکی تھی کہ جو کچھ ہو رہا ہے، وہ نارمل کورس ہے۔</w:t>
      </w:r>
    </w:p>
    <w:p>
      <w:r>
        <w:rPr>
          <w:b/>
        </w:rPr>
        <w:t xml:space="preserve">[15:37] </w:t>
      </w:r>
      <w:r>
        <w:t>woh mission jab bhi chalayega to aise chalega.</w:t>
      </w:r>
    </w:p>
    <w:p>
      <w:pPr>
        <w:jc w:val="right"/>
      </w:pPr>
      <w:r>
        <w:t>وہ مشن جب بھی چلائے گا تو ایسے چلے گا۔</w:t>
      </w:r>
    </w:p>
    <w:p>
      <w:r>
        <w:rPr>
          <w:b/>
        </w:rPr>
        <w:t xml:space="preserve">[15:43] </w:t>
      </w:r>
      <w:r>
        <w:t>mishn mein aisa nahin hai ke woh koi aap jaise kakkri kaaten to kaṭti chali jae.</w:t>
      </w:r>
    </w:p>
    <w:p>
      <w:pPr>
        <w:jc w:val="right"/>
      </w:pPr>
      <w:r>
        <w:t>مشن میں ایسا نہیں ہے کہ وہ کوئی کہ آپ جیسے ککڑی کاٹیں تو کٹتی چلی جائے۔</w:t>
      </w:r>
    </w:p>
    <w:p>
      <w:r>
        <w:rPr>
          <w:b/>
        </w:rPr>
        <w:t xml:space="preserve">[15:50] </w:t>
      </w:r>
      <w:r>
        <w:t>nahin, mishn mein hazar aur logon se sabiqah paṛta hai, tarah tarah ke test, tarah tarah ke ideas,</w:t>
      </w:r>
    </w:p>
    <w:p>
      <w:pPr>
        <w:jc w:val="right"/>
      </w:pPr>
      <w:r>
        <w:t>نہیں، مشن میں ہزار اور لوگوں سے سابقہ پڑتا ہے، طرح طرح کے ٹیسٹ، طرح طرح کے آئیڈیاز،</w:t>
      </w:r>
    </w:p>
    <w:p>
      <w:r>
        <w:rPr>
          <w:b/>
        </w:rPr>
        <w:t xml:space="preserve">[15:57] </w:t>
      </w:r>
      <w:r>
        <w:t>tarah tarah ki thinking.</w:t>
      </w:r>
    </w:p>
    <w:p>
      <w:pPr>
        <w:jc w:val="right"/>
      </w:pPr>
      <w:r>
        <w:t>طرح طرح کی تھنکنگ۔</w:t>
      </w:r>
    </w:p>
    <w:p>
      <w:r>
        <w:rPr>
          <w:b/>
        </w:rPr>
        <w:t xml:space="preserve">[16:03] </w:t>
      </w:r>
      <w:r>
        <w:t>to zahir hai wahan par problem aayenge.</w:t>
      </w:r>
    </w:p>
    <w:p>
      <w:pPr>
        <w:jc w:val="right"/>
      </w:pPr>
      <w:r>
        <w:t>تو ظاہر ہے وہاں پر پرابلم آئیں گے۔</w:t>
      </w:r>
    </w:p>
    <w:p>
      <w:r>
        <w:rPr>
          <w:b/>
        </w:rPr>
        <w:t xml:space="preserve">[16:10] </w:t>
      </w:r>
      <w:r>
        <w:t>to problem jo hai, mishn ka integral part hai.</w:t>
      </w:r>
    </w:p>
    <w:p>
      <w:pPr>
        <w:jc w:val="right"/>
      </w:pPr>
      <w:r>
        <w:t>تو پرابلم جو ہے، مشن کا انٹیگرل پارٹ ہے۔</w:t>
      </w:r>
    </w:p>
    <w:p>
      <w:r>
        <w:rPr>
          <w:b/>
        </w:rPr>
        <w:t xml:space="preserve">[16:17] </w:t>
      </w:r>
      <w:r>
        <w:t>to problem jo hai, mishn ka integral part hai.</w:t>
      </w:r>
    </w:p>
    <w:p>
      <w:pPr>
        <w:jc w:val="right"/>
      </w:pPr>
      <w:r>
        <w:t>پرابلم جو ہے، مشن کا انٹیگرل پارٹ ہے۔</w:t>
      </w:r>
    </w:p>
    <w:p>
      <w:r>
        <w:rPr>
          <w:b/>
        </w:rPr>
        <w:t xml:space="preserve">[16:23] </w:t>
      </w:r>
      <w:r>
        <w:t>to profit ko yeh cheez discovery ho chuki thi, to uss ko woh normal course mein lete the,</w:t>
      </w:r>
    </w:p>
    <w:p>
      <w:pPr>
        <w:jc w:val="right"/>
      </w:pPr>
      <w:r>
        <w:t>تو پرافٹ کو یہ چیز ڈسکوری ہو چکی تھی، تو اس کو وہ نارمل کورس میں لیتے تھے،</w:t>
      </w:r>
    </w:p>
    <w:p>
      <w:r>
        <w:rPr>
          <w:b/>
        </w:rPr>
        <w:t xml:space="preserve">[16:30] </w:t>
      </w:r>
      <w:r>
        <w:t>uss ko dushmani ke khane mein nahin dalte the, aur phir dua karte the.</w:t>
      </w:r>
    </w:p>
    <w:p>
      <w:pPr>
        <w:jc w:val="right"/>
      </w:pPr>
      <w:r>
        <w:t>اس کو دشمنی کے خانے میں نہیں ڈالتے تھے، اور پھر دعا کرتے تھے۔</w:t>
      </w:r>
    </w:p>
    <w:p>
      <w:r>
        <w:rPr>
          <w:b/>
        </w:rPr>
        <w:t xml:space="preserve">[16:36] </w:t>
      </w:r>
      <w:r>
        <w:t>woh samajhte the ke mishn ka jo rasta hai, woh usi se chalta hai, aur uss mein hamesha</w:t>
      </w:r>
    </w:p>
    <w:p>
      <w:pPr>
        <w:jc w:val="right"/>
      </w:pPr>
      <w:r>
        <w:t>وہ سمجھتے تھے کہ مشن کا جو راستہ ہے، وہ اسی سے چلتا ہے، اور اس میں ہمیشہ</w:t>
      </w:r>
    </w:p>
    <w:p>
      <w:r>
        <w:rPr>
          <w:b/>
        </w:rPr>
        <w:t xml:space="preserve">[16:43] </w:t>
      </w:r>
      <w:r>
        <w:t>Khuda ke aur farishte ki madad insan ko mili hui rehti hai.</w:t>
      </w:r>
    </w:p>
    <w:p>
      <w:pPr>
        <w:jc w:val="right"/>
      </w:pPr>
      <w:r>
        <w:t>خدا کے اور فرشتے کی مدد انسان کو ملی ہوئی رہتی ہے۔</w:t>
      </w:r>
    </w:p>
    <w:p>
      <w:r>
        <w:rPr>
          <w:b/>
        </w:rPr>
        <w:t xml:space="preserve">[16:50] </w:t>
      </w:r>
      <w:r>
        <w:t>to ek taraf yeh manna ke yeh to normal course mein ho raha hai, doosri taraf yeh manna</w:t>
      </w:r>
    </w:p>
    <w:p>
      <w:pPr>
        <w:jc w:val="right"/>
      </w:pPr>
      <w:r>
        <w:t>تو ایک طرف یہ ماننا کہ یہ تو نارمل کورس میں ہو رہا ہے، دوسری طرف یہ ماننا</w:t>
      </w:r>
    </w:p>
    <w:p>
      <w:r>
        <w:rPr>
          <w:b/>
        </w:rPr>
        <w:t xml:space="preserve">[16:56] </w:t>
      </w:r>
      <w:r>
        <w:t>ke Allah rab ul alameen hamesha aadmi ke sath hota hai jab woh kisi sachai ka mishn le kar khada ho.</w:t>
      </w:r>
    </w:p>
    <w:p>
      <w:pPr>
        <w:jc w:val="right"/>
      </w:pPr>
      <w:r>
        <w:t>کہ اللہ رب العالمین ہمیشہ آدمی کے ساتھ ہوتا ہے جب وہ کسی سچائی کا مشن لے کر کھڑا ہو۔</w:t>
      </w:r>
    </w:p>
    <w:p>
      <w:r>
        <w:rPr>
          <w:b/>
        </w:rPr>
        <w:t xml:space="preserve">[17:03] </w:t>
      </w:r>
      <w:r>
        <w:t>yeh cheez thi jo aap ko kahin aur bas nahin hone deti thi, hamesha aap normal bane rehte the.</w:t>
      </w:r>
    </w:p>
    <w:p>
      <w:pPr>
        <w:jc w:val="right"/>
      </w:pPr>
      <w:r>
        <w:t>یہ چیز تھی جو آپ کو کہیں اور بس نہیں ہونے دیتی تھی، ہمیشہ آپ نارمل بنے رہتے تھے۔</w:t>
      </w:r>
    </w:p>
    <w:p>
      <w:r>
        <w:rPr>
          <w:b/>
        </w:rPr>
        <w:t xml:space="preserve">[17:10] </w:t>
      </w:r>
      <w:r>
        <w:t>جی مولانا صاحب، do you think that patience plays a role in maintaining one's positivity? یقیناً، وہ تو</w:t>
      </w:r>
    </w:p>
    <w:p>
      <w:pPr>
        <w:jc w:val="right"/>
      </w:pPr>
      <w:r>
        <w:t>جی مولانا صاحب، ڈو یو تھنک دیٹ پیشنس پلیز اے رول ان مینٹیننگ ونز پازیٹیوٹی؟ یقیناً، وہ تو</w:t>
      </w:r>
    </w:p>
    <w:p>
      <w:r>
        <w:rPr>
          <w:b/>
        </w:rPr>
        <w:t xml:space="preserve">[17:15] </w:t>
      </w:r>
      <w:r>
        <w:t>sab se bari cheez hai.</w:t>
      </w:r>
    </w:p>
    <w:p>
      <w:pPr>
        <w:jc w:val="right"/>
      </w:pPr>
      <w:r>
        <w:t>سب سے بڑی چیز ہے۔</w:t>
      </w:r>
    </w:p>
    <w:p>
      <w:r>
        <w:rPr>
          <w:b/>
        </w:rPr>
        <w:t xml:space="preserve">[17:21] </w:t>
      </w:r>
      <w:r>
        <w:t>patience to sab se bari cheez hai positive thinking ko develop karne ke liye.</w:t>
      </w:r>
    </w:p>
    <w:p>
      <w:pPr>
        <w:jc w:val="right"/>
      </w:pPr>
      <w:r>
        <w:t>پیشنس تو سب سے بڑی چیز ہے پازیٹیو تھنکنگ کو ڈیولپ کرنے کے لیے۔</w:t>
      </w:r>
    </w:p>
    <w:p>
      <w:r>
        <w:rPr>
          <w:b/>
        </w:rPr>
        <w:t xml:space="preserve">[17:27] </w:t>
      </w:r>
      <w:r>
        <w:t>dekhen, patience kya cheez hai? patience kya cheez hai? patience ka matlab yeh hai ke jab koi situation</w:t>
      </w:r>
    </w:p>
    <w:p>
      <w:pPr>
        <w:jc w:val="right"/>
      </w:pPr>
      <w:r>
        <w:t>دیکھیں، پیشنس کیا چیز ہے؟ پیشنس کیا چیز ہے؟ پیشنس کا مطلب یہ ہے کہ جب کوئی سچویشن</w:t>
      </w:r>
    </w:p>
    <w:p>
      <w:r>
        <w:rPr>
          <w:b/>
        </w:rPr>
        <w:t xml:space="preserve">[17:33] </w:t>
      </w:r>
      <w:r>
        <w:t>پیدا ہوئی، an unwanted situation, تو آپ نے کیا کیا؟ آپ impatient نہیں ہوئے، آپ impatient</w:t>
      </w:r>
    </w:p>
    <w:p>
      <w:pPr>
        <w:jc w:val="right"/>
      </w:pPr>
      <w:r>
        <w:t>پیدا ہوئی، ان واٹڈ سچویشن، تو آپ نے کیا کیا؟ آپ ام پیشن نہیں ہوئے، آپ ام پیشن</w:t>
      </w:r>
    </w:p>
    <w:p>
      <w:r>
        <w:rPr>
          <w:b/>
        </w:rPr>
        <w:t xml:space="preserve">[17:39] </w:t>
      </w:r>
      <w:r>
        <w:t>nahin hue, balke aap ne khud sambhala.</w:t>
      </w:r>
    </w:p>
    <w:p>
      <w:pPr>
        <w:jc w:val="right"/>
      </w:pPr>
      <w:r>
        <w:t>نہیں ہوئے، بلکہ آپ نے خود سنبھالا۔</w:t>
      </w:r>
    </w:p>
    <w:p>
      <w:r>
        <w:rPr>
          <w:b/>
        </w:rPr>
        <w:t xml:space="preserve">[17:45] </w:t>
      </w:r>
      <w:r>
        <w:t>aap ne khud sambhal kar ke socha.</w:t>
      </w:r>
    </w:p>
    <w:p>
      <w:pPr>
        <w:jc w:val="right"/>
      </w:pPr>
      <w:r>
        <w:t>آپ نے خود سنبھال کر کے سوچا۔</w:t>
      </w:r>
    </w:p>
    <w:p>
      <w:r>
        <w:rPr>
          <w:b/>
        </w:rPr>
        <w:t xml:space="preserve">[17:51] </w:t>
      </w:r>
      <w:r>
        <w:t>to sabr ka matlab kya hai? sabr ka matlab hai impatience na ho kar ke apne aap</w:t>
      </w:r>
    </w:p>
    <w:p>
      <w:pPr>
        <w:jc w:val="right"/>
      </w:pPr>
      <w:r>
        <w:t>تو صبر کا مطلب کیا ہے؟ صبر کا مطلب ہے ام پیشن نہ ہو کر کے اپنے آپ</w:t>
      </w:r>
    </w:p>
    <w:p>
      <w:r>
        <w:rPr>
          <w:b/>
        </w:rPr>
        <w:t xml:space="preserve">[17:57] </w:t>
      </w:r>
      <w:r>
        <w:t>ko sambhalna aur mo'tadil andaaz mein sochna.</w:t>
      </w:r>
    </w:p>
    <w:p>
      <w:pPr>
        <w:jc w:val="right"/>
      </w:pPr>
      <w:r>
        <w:t>کو سنبھالنا اور معتدل انداز میں سوچنا۔</w:t>
      </w:r>
    </w:p>
    <w:p>
      <w:r>
        <w:rPr>
          <w:b/>
        </w:rPr>
        <w:t xml:space="preserve">[18:03] </w:t>
      </w:r>
      <w:r>
        <w:t>jab aadmi aisa karega to uss ke baad jo cheez milegi, woh positive thinking ki to hogi.</w:t>
      </w:r>
    </w:p>
    <w:p>
      <w:pPr>
        <w:jc w:val="right"/>
      </w:pPr>
      <w:r>
        <w:t>جب آدمی ایسا کرے گا تو اس کے بعد جو چیز ملے گی، وہ پازیٹیو تھنکنگ کی تو ہوگی۔</w:t>
      </w:r>
    </w:p>
    <w:p>
      <w:r>
        <w:rPr>
          <w:b/>
        </w:rPr>
        <w:t xml:space="preserve">[18:09] </w:t>
      </w:r>
      <w:r>
        <w:t>aisa aadmi hamesha uss position mein hoga ke woh positive andaaz mein soche.</w:t>
      </w:r>
    </w:p>
    <w:p>
      <w:pPr>
        <w:jc w:val="right"/>
      </w:pPr>
      <w:r>
        <w:t>ایسا آدمی ہمیشہ اس پوزیشن میں ہوگا کہ وہ پازیٹیو انداز میں سوچے۔</w:t>
      </w:r>
    </w:p>
    <w:p>
      <w:r>
        <w:rPr>
          <w:b/>
        </w:rPr>
        <w:t xml:space="preserve">[18:15] </w:t>
      </w:r>
      <w:r>
        <w:t>to uss se to bari baat koi nahin hai.</w:t>
      </w:r>
    </w:p>
    <w:p>
      <w:pPr>
        <w:jc w:val="right"/>
      </w:pPr>
      <w:r>
        <w:t>تو اس سے تو بڑی بات کوئی نہیں ہے۔</w:t>
      </w:r>
    </w:p>
    <w:p>
      <w:r>
        <w:rPr>
          <w:b/>
        </w:rPr>
        <w:t xml:space="preserve">[18:21] </w:t>
      </w:r>
      <w:r>
        <w:t>aap dekhen, positive andaaz mein sochne ke liye ek hi formula hai, woh yeh hai ke negative situation</w:t>
      </w:r>
    </w:p>
    <w:p>
      <w:pPr>
        <w:jc w:val="right"/>
      </w:pPr>
      <w:r>
        <w:t>آپ دیکھیں، پازیٹیو انداز میں سوچنے کے لیے ایک ہی فارمولا ہے، وہ یہ ہے کہ نیگیٹیو سچویشن</w:t>
      </w:r>
    </w:p>
    <w:p>
      <w:r>
        <w:rPr>
          <w:b/>
        </w:rPr>
        <w:t xml:space="preserve">[18:27] </w:t>
      </w:r>
      <w:r>
        <w:t>par aap react na karen.</w:t>
      </w:r>
    </w:p>
    <w:p>
      <w:pPr>
        <w:jc w:val="right"/>
      </w:pPr>
      <w:r>
        <w:t>پر آپ ری ایکٹ نہ کریں۔</w:t>
      </w:r>
    </w:p>
    <w:p>
      <w:r>
        <w:rPr>
          <w:b/>
        </w:rPr>
        <w:t xml:space="preserve">[18:33] </w:t>
      </w:r>
      <w:r>
        <w:t>kyunke negative situation to hamesha hogi.</w:t>
      </w:r>
    </w:p>
    <w:p>
      <w:pPr>
        <w:jc w:val="right"/>
      </w:pPr>
      <w:r>
        <w:t>کیونکہ نیگیٹیو سچویشن تو ہمیشہ ہوگی۔</w:t>
      </w:r>
    </w:p>
    <w:p>
      <w:r>
        <w:rPr>
          <w:b/>
        </w:rPr>
        <w:t xml:space="preserve">[18:39] </w:t>
      </w:r>
      <w:r>
        <w:t>aap ke mahol mein, aap ki society mein, aap ko jo negative experience ho, us par aap re</w:t>
      </w:r>
    </w:p>
    <w:p>
      <w:pPr>
        <w:jc w:val="right"/>
      </w:pPr>
      <w:r>
        <w:t>آپ کے ماحول میں، آپ کی سوسائٹی میں، آپ کو جو نیگیٹیو ایکسپیرینس ہو، اس پر آپ ری</w:t>
      </w:r>
    </w:p>
    <w:p>
      <w:r>
        <w:rPr>
          <w:b/>
        </w:rPr>
        <w:t xml:space="preserve">[18:45] </w:t>
      </w:r>
      <w:r>
        <w:t>act na karen.</w:t>
      </w:r>
    </w:p>
    <w:p>
      <w:pPr>
        <w:jc w:val="right"/>
      </w:pPr>
      <w:r>
        <w:t>ایکٹ نہ کریں۔</w:t>
      </w:r>
    </w:p>
    <w:p>
      <w:r>
        <w:rPr>
          <w:b/>
        </w:rPr>
        <w:t xml:space="preserve">[18:51] </w:t>
      </w:r>
      <w:r>
        <w:t>bas is par react jab nahin karenge to us ke baad positive mind apne aap khul</w:t>
      </w:r>
    </w:p>
    <w:p>
      <w:pPr>
        <w:jc w:val="right"/>
      </w:pPr>
      <w:r>
        <w:t>بس اس پر ری ایکٹ جب نہیں کریں گے تو اس کے بعد پازیٹیو مائنڈ اپنے آپ کھل</w:t>
      </w:r>
    </w:p>
    <w:p>
      <w:r>
        <w:rPr>
          <w:b/>
        </w:rPr>
        <w:t xml:space="preserve">[18:57] </w:t>
      </w:r>
      <w:r>
        <w:t>jayega, positive thinking apne aap jari ho jayegi.</w:t>
      </w:r>
    </w:p>
    <w:p>
      <w:pPr>
        <w:jc w:val="right"/>
      </w:pPr>
      <w:r>
        <w:t>جائے گا، پازیٹیو تھنکنگ اپنے آپ جاری ہو جائے گی۔</w:t>
      </w:r>
    </w:p>
    <w:p>
      <w:r>
        <w:rPr>
          <w:b/>
        </w:rPr>
        <w:t xml:space="preserve">[19:03] </w:t>
      </w:r>
      <w:r>
        <w:t>Ji. Toh yeh sab se bara formula hai ke aap apne aap ko negative situation pesh aaye toh us mein apne aap ko sambhalein. Isi ka naam sabr hai, isi ka naam patience hai.</w:t>
      </w:r>
    </w:p>
    <w:p>
      <w:pPr>
        <w:jc w:val="right"/>
      </w:pPr>
      <w:r>
        <w:t>جی۔ تو یہ سب سے بڑا فارمولا ہے کہ آپ اپنے آپ کو نیگیٹیو سچویشن پیش آئے تو اس میں اپنے آپ کو سنبھالیں۔ اسی کا نام صبر ہے، اسی کا نام پیشنس ہے۔</w:t>
      </w:r>
    </w:p>
    <w:p>
      <w:r>
        <w:rPr>
          <w:b/>
        </w:rPr>
        <w:t xml:space="preserve">[19:22] </w:t>
      </w:r>
      <w:r>
        <w:t>Ji Maulana sahib, Quran says that paradise is given to those who do tazkiyah. So do you think there is any relationship between tazkiyah and positivity?</w:t>
      </w:r>
    </w:p>
    <w:p>
      <w:pPr>
        <w:jc w:val="right"/>
      </w:pPr>
      <w:r>
        <w:t>جی مولانا صاحب، قرآن سیز دیٹ پیراڈائز از گیون ٹو دوز ہو ڈو تزکیہ۔ سو ڈو یو تھنک دیر از اینی ریلیشن شپ بٹوین تزکیہ اینڈ پازیٹیوٹی؟</w:t>
      </w:r>
    </w:p>
    <w:p>
      <w:r>
        <w:rPr>
          <w:b/>
        </w:rPr>
        <w:t xml:space="preserve">[19:35] </w:t>
      </w:r>
      <w:r>
        <w:t>donon milte julte hain.</w:t>
      </w:r>
    </w:p>
    <w:p>
      <w:pPr>
        <w:jc w:val="right"/>
      </w:pPr>
      <w:r>
        <w:t>دونوں ملتے جلتے ہیں۔</w:t>
      </w:r>
    </w:p>
    <w:p>
      <w:r>
        <w:rPr>
          <w:b/>
        </w:rPr>
        <w:t xml:space="preserve">[19:41] </w:t>
      </w:r>
      <w:r>
        <w:t>tazkiya ka matlab yeh hai ke apne ko negative hone se bachana aur apni positivity ko maintain karna,</w:t>
      </w:r>
    </w:p>
    <w:p>
      <w:pPr>
        <w:jc w:val="right"/>
      </w:pPr>
      <w:r>
        <w:t>تزکیہ کا مطلب یہ ہے کہ اپنے کو نیگیٹیو ہونے سے بچانا اور اپنی پازیٹیوٹی کو مینٹین کرنا،</w:t>
      </w:r>
    </w:p>
    <w:p>
      <w:r>
        <w:rPr>
          <w:b/>
        </w:rPr>
        <w:t xml:space="preserve">[19:47] </w:t>
      </w:r>
      <w:r>
        <w:t>yahi tazkiya hai.</w:t>
      </w:r>
    </w:p>
    <w:p>
      <w:pPr>
        <w:jc w:val="right"/>
      </w:pPr>
      <w:r>
        <w:t>یہی تزکیہ ہے۔</w:t>
      </w:r>
    </w:p>
    <w:p>
      <w:r>
        <w:rPr>
          <w:b/>
        </w:rPr>
        <w:t xml:space="preserve">[19:54] </w:t>
      </w:r>
      <w:r>
        <w:t>tazkiya ka matlab yahi hai ke tazkiya koi mysterious baat nahin hai, koi mysterious cheez nahin hai.</w:t>
      </w:r>
    </w:p>
    <w:p>
      <w:pPr>
        <w:jc w:val="right"/>
      </w:pPr>
      <w:r>
        <w:t>تزکیہ کا مطلب یہی ہے کہ تزکیہ کوئی مسٹیریس بات نہیں ہے، کوئی مسٹیریس چیز نہیں ہے۔</w:t>
      </w:r>
    </w:p>
    <w:p>
      <w:r>
        <w:rPr>
          <w:b/>
        </w:rPr>
        <w:t xml:space="preserve">[20:00] </w:t>
      </w:r>
      <w:r>
        <w:t>tazkiya yahi hai ke jis mahol mein hon, jis halaat mein hon, us ke raaz se kuch na</w:t>
      </w:r>
    </w:p>
    <w:p>
      <w:pPr>
        <w:jc w:val="right"/>
      </w:pPr>
      <w:r>
        <w:t>تزکیہ یہی ہے کہ جس ماحول میں ہوں، جس حالات میں ہوں، اس کے راز سے کچھ نہ</w:t>
      </w:r>
    </w:p>
    <w:p>
      <w:r>
        <w:rPr>
          <w:b/>
        </w:rPr>
        <w:t xml:space="preserve">[20:07] </w:t>
      </w:r>
      <w:r>
        <w:t>kuch aap ko negative experience hoga.</w:t>
      </w:r>
    </w:p>
    <w:p>
      <w:pPr>
        <w:jc w:val="right"/>
      </w:pPr>
      <w:r>
        <w:t>کچھ آپ کو نیگیٹیو ایکسپیرینس ہوگا۔</w:t>
      </w:r>
    </w:p>
    <w:p>
      <w:r>
        <w:rPr>
          <w:b/>
        </w:rPr>
        <w:t xml:space="preserve">[20:13] </w:t>
      </w:r>
      <w:r>
        <w:t>to aap apne ko is mauqe par sambhalen aur apne aap ko positive line par rakhen.</w:t>
      </w:r>
    </w:p>
    <w:p>
      <w:pPr>
        <w:jc w:val="right"/>
      </w:pPr>
      <w:r>
        <w:t>تو آپ اپنے کو اس موقع پر سنبھالیں اور اپنے آپ کو پازیٹیو لائن پر رکھیں۔</w:t>
      </w:r>
    </w:p>
    <w:p>
      <w:r>
        <w:rPr>
          <w:b/>
        </w:rPr>
        <w:t xml:space="preserve">[20:19] </w:t>
      </w:r>
      <w:r>
        <w:t>is tarah jo mind banega, wahi madhka mind hai.</w:t>
      </w:r>
    </w:p>
    <w:p>
      <w:pPr>
        <w:jc w:val="right"/>
      </w:pPr>
      <w:r>
        <w:t>اس طرح جو مائنڈ بنے گا، وہی مدھکا مائنڈ ہے۔</w:t>
      </w:r>
    </w:p>
    <w:p>
      <w:r>
        <w:rPr>
          <w:b/>
        </w:rPr>
        <w:t xml:space="preserve">[20:26] </w:t>
      </w:r>
      <w:r>
        <w:t>to tazkiya kisi mysterious muraqbe ka naam nahin hai.</w:t>
      </w:r>
    </w:p>
    <w:p>
      <w:pPr>
        <w:jc w:val="right"/>
      </w:pPr>
      <w:r>
        <w:t>تو تزکیہ کسی مسٹیریس مراقبے کا نام نہیں ہے۔</w:t>
      </w:r>
    </w:p>
    <w:p>
      <w:r>
        <w:rPr>
          <w:b/>
        </w:rPr>
        <w:t xml:space="preserve">[20:32] </w:t>
      </w:r>
      <w:r>
        <w:t>tazkiya ka matlab yahi hai ke nakhushgawar waqeat jab pesh aayen to aap react na karen, balkeh</w:t>
      </w:r>
    </w:p>
    <w:p>
      <w:pPr>
        <w:jc w:val="right"/>
      </w:pPr>
      <w:r>
        <w:t>تزکیہ کا مطلب یہی ہے کہ ناخوشگوار واقعات جب پیش آئیں تو آپ ری ایکٹ نہ کریں، بلکہ</w:t>
      </w:r>
    </w:p>
    <w:p>
      <w:r>
        <w:rPr>
          <w:b/>
        </w:rPr>
        <w:t xml:space="preserve">[20:39] </w:t>
      </w:r>
      <w:r>
        <w:t>apne ko sambhal kar positive andaaz mein sochen.</w:t>
      </w:r>
    </w:p>
    <w:p>
      <w:pPr>
        <w:jc w:val="right"/>
      </w:pPr>
      <w:r>
        <w:t>اپنے کو سنبھال کر پازیٹیو انداز میں سوچیں۔</w:t>
      </w:r>
    </w:p>
    <w:p>
      <w:r>
        <w:rPr>
          <w:b/>
        </w:rPr>
        <w:t xml:space="preserve">[20:45] </w:t>
      </w:r>
      <w:r>
        <w:t>to is ka jo result hoga, isi ka naam tazkiya hai.</w:t>
      </w:r>
    </w:p>
    <w:p>
      <w:pPr>
        <w:jc w:val="right"/>
      </w:pPr>
      <w:r>
        <w:t>تو اس کا جو رزلٹ ہوگا، اسی کا نام تزکیہ ہے۔</w:t>
      </w:r>
    </w:p>
    <w:p>
      <w:r>
        <w:rPr>
          <w:b/>
        </w:rPr>
        <w:t xml:space="preserve">[20:52] </w:t>
      </w:r>
      <w:r>
        <w:t>Ji Maulana sahib, how can belief in hereafter help a person in maintaining his or her positivity despite facing losses on day to day basis?</w:t>
      </w:r>
    </w:p>
    <w:p>
      <w:pPr>
        <w:jc w:val="right"/>
      </w:pPr>
      <w:r>
        <w:t>جی مولانا صاحب، ہاؤ کین بیلیف ان ہیر آفٹر ہیلپ اے پرسن ان مینٹیننگ ہز اور ہر پازیٹیوٹی ڈسپائٹ فیسنگ لاسز آن ڈے ٹو ڈے بیسس؟</w:t>
      </w:r>
    </w:p>
    <w:p>
      <w:r>
        <w:rPr>
          <w:b/>
        </w:rPr>
        <w:t xml:space="preserve">[21:04] </w:t>
      </w:r>
      <w:r>
        <w:t>dekhen, hereafter mein yaqeen jo hai, wo to sab ka source hai.</w:t>
      </w:r>
    </w:p>
    <w:p>
      <w:pPr>
        <w:jc w:val="right"/>
      </w:pPr>
      <w:r>
        <w:t>دیکھیں، ہیر آفٹر میں یقین جو ہے، وہ تو سب کا سورس ہے۔</w:t>
      </w:r>
    </w:p>
    <w:p>
      <w:r>
        <w:rPr>
          <w:b/>
        </w:rPr>
        <w:t xml:space="preserve">[21:09] </w:t>
      </w:r>
      <w:r>
        <w:t>kyunke is mein yeh hota hai ke sab aap ko ek bahut mil jata hai, bahut badi jagah</w:t>
      </w:r>
    </w:p>
    <w:p>
      <w:pPr>
        <w:jc w:val="right"/>
      </w:pPr>
      <w:r>
        <w:t>کیونکہ اس میں یہ ہوتا ہے کہ سب آپ کو ایک بہت مل جاتا ہے، بہت بڑی جگہ</w:t>
      </w:r>
    </w:p>
    <w:p>
      <w:r>
        <w:rPr>
          <w:b/>
        </w:rPr>
        <w:t xml:space="preserve">[21:15] </w:t>
      </w:r>
      <w:r>
        <w:t>jahan aap apne saare unwanted cheezon ko daal saken.</w:t>
      </w:r>
    </w:p>
    <w:p>
      <w:pPr>
        <w:jc w:val="right"/>
      </w:pPr>
      <w:r>
        <w:t>جہاں آپ اپنے سارے ان وانٹڈ چیزوں کو ڈال سکیں۔</w:t>
      </w:r>
    </w:p>
    <w:p>
      <w:r>
        <w:rPr>
          <w:b/>
        </w:rPr>
        <w:t xml:space="preserve">[21:21] </w:t>
      </w:r>
      <w:r>
        <w:t>yani aap jab jab aap ko jab aap ko loss ho, jab aap ko koi negative experience ho,</w:t>
      </w:r>
    </w:p>
    <w:p>
      <w:pPr>
        <w:jc w:val="right"/>
      </w:pPr>
      <w:r>
        <w:t>یعنی آپ جب جب آپ کو جب آپ کو لاس ہو، جب آپ کو کوئی نیگیٹیو ایکسپیرینس ہو،</w:t>
      </w:r>
    </w:p>
    <w:p>
      <w:r>
        <w:rPr>
          <w:b/>
        </w:rPr>
        <w:t xml:space="preserve">[21:27] </w:t>
      </w:r>
      <w:r>
        <w:t>to us waqt aap ko mehsoos hota hai ke main ne to main ne to main to kho diya,</w:t>
      </w:r>
    </w:p>
    <w:p>
      <w:pPr>
        <w:jc w:val="right"/>
      </w:pPr>
      <w:r>
        <w:t>تو اس وقت آپ کو محسوس ہوتا ہے کہ میں تو میں نے تو میں تو کھو دیا،</w:t>
      </w:r>
    </w:p>
    <w:p>
      <w:r>
        <w:rPr>
          <w:b/>
        </w:rPr>
        <w:t xml:space="preserve">[21:33] </w:t>
      </w:r>
      <w:r>
        <w:t>main to nuksan hua, main to yeh hua, mujhe yeh hua.</w:t>
      </w:r>
    </w:p>
    <w:p>
      <w:pPr>
        <w:jc w:val="right"/>
      </w:pPr>
      <w:r>
        <w:t>میں تو نقصان ہوا، میں تو یہ ہوا، مجھے یہ ہوا۔</w:t>
      </w:r>
    </w:p>
    <w:p>
      <w:r>
        <w:rPr>
          <w:b/>
        </w:rPr>
        <w:t xml:space="preserve">[21:39] </w:t>
      </w:r>
      <w:r>
        <w:t>in saari cheezon ko kahan dalen aap? Agar aap ko halka karna hai to koi jagah ho jahan</w:t>
      </w:r>
    </w:p>
    <w:p>
      <w:pPr>
        <w:jc w:val="right"/>
      </w:pPr>
      <w:r>
        <w:t>ان ساری چیزوں کو کہاں ڈالیں آپ؟ اگر آپ کو ہلکا کرنا ہے تو کوئی جگہ ہو جہاں</w:t>
      </w:r>
    </w:p>
    <w:p>
      <w:r>
        <w:rPr>
          <w:b/>
        </w:rPr>
        <w:t xml:space="preserve">[21:45] </w:t>
      </w:r>
      <w:r>
        <w:t>aap ko daal saken.</w:t>
      </w:r>
    </w:p>
    <w:p>
      <w:pPr>
        <w:jc w:val="right"/>
      </w:pPr>
      <w:r>
        <w:t>آپ کو ڈال سکیں۔</w:t>
      </w:r>
    </w:p>
    <w:p>
      <w:r>
        <w:rPr>
          <w:b/>
        </w:rPr>
        <w:t xml:space="preserve">[21:51] </w:t>
      </w:r>
      <w:r>
        <w:t>to sab aap daal dete hain aakhirat ke khaane mein, to aap halke halke ho jaate hain.</w:t>
      </w:r>
    </w:p>
    <w:p>
      <w:pPr>
        <w:jc w:val="right"/>
      </w:pPr>
      <w:r>
        <w:t>تو سب آپ ڈال دیتے ہیں آخرت کے خانے میں، تو آپ ہلکے ہلکے ہو جاتے ہیں۔</w:t>
      </w:r>
    </w:p>
    <w:p>
      <w:r>
        <w:rPr>
          <w:b/>
        </w:rPr>
        <w:t xml:space="preserve">[21:57] </w:t>
      </w:r>
      <w:r>
        <w:t>jaise hi aap ko mil jaaye koi aisa khaana jis mein aap daal sakein apne grievances ko, grievances</w:t>
      </w:r>
    </w:p>
    <w:p>
      <w:pPr>
        <w:jc w:val="right"/>
      </w:pPr>
      <w:r>
        <w:t>جیسے ہی آپ کو مل جائے کوئی ایسا خانہ جس میں آپ ڈال سکیں اپنے گریونسز کو، گریونسز</w:t>
      </w:r>
    </w:p>
    <w:p>
      <w:r>
        <w:rPr>
          <w:b/>
        </w:rPr>
        <w:t xml:space="preserve">[22:03] </w:t>
      </w:r>
      <w:r>
        <w:t>کو خود لے رہے ہیں تو hectic بنے گا۔</w:t>
      </w:r>
    </w:p>
    <w:p>
      <w:pPr>
        <w:jc w:val="right"/>
      </w:pPr>
      <w:r>
        <w:t>کو خود لے رہے ہیں تو ہیٹک بنے گا۔</w:t>
      </w:r>
    </w:p>
    <w:p>
      <w:r>
        <w:rPr>
          <w:b/>
        </w:rPr>
        <w:t xml:space="preserve">[22:09] </w:t>
      </w:r>
      <w:r>
        <w:t>grievances کو آپ خود لے رہے ہیں تو hectic بنے گا۔</w:t>
      </w:r>
    </w:p>
    <w:p>
      <w:pPr>
        <w:jc w:val="right"/>
      </w:pPr>
      <w:r>
        <w:t>گریونسز کو آپ خود لے رہے ہیں تو ہیٹک بنے گا۔</w:t>
      </w:r>
    </w:p>
    <w:p>
      <w:r>
        <w:rPr>
          <w:b/>
        </w:rPr>
        <w:t xml:space="preserve">[22:15] </w:t>
      </w:r>
      <w:r>
        <w:t>lekin kahin aap daal sakein to aap ka hatic khatm ho jaayega.</w:t>
      </w:r>
    </w:p>
    <w:p>
      <w:pPr>
        <w:jc w:val="right"/>
      </w:pPr>
      <w:r>
        <w:t>لیکن کہیں آپ ڈال سکیں تو آپ کا ہیٹک ختم ہو جائے گا۔</w:t>
      </w:r>
    </w:p>
    <w:p>
      <w:r>
        <w:rPr>
          <w:b/>
        </w:rPr>
        <w:t xml:space="preserve">[22:21] </w:t>
      </w:r>
      <w:r>
        <w:t>to aakhirat par jo aqeedah hai, woh bohat bada zariya hai aadmi ko positive banane ka.</w:t>
      </w:r>
    </w:p>
    <w:p>
      <w:pPr>
        <w:jc w:val="right"/>
      </w:pPr>
      <w:r>
        <w:t>تو آخرت پر جو عقیدہ ہے، وہ بہت بڑا ذریعہ ہے آدمی کو پازیٹیو بنانے کا۔</w:t>
      </w:r>
    </w:p>
    <w:p>
      <w:r>
        <w:rPr>
          <w:b/>
        </w:rPr>
        <w:t xml:space="preserve">[22:27] </w:t>
      </w:r>
      <w:r>
        <w:t>Ji Maulana sahib, Prophet of Islam had once said that do not do bad to others even if they do bad to you. But in normal situation Maulana sahib, what we experience is that if we are not treated properly or unfairly by others, a natural feeling of revenge or negativity develops. So how can one curb these negative feelings?</w:t>
      </w:r>
    </w:p>
    <w:p>
      <w:pPr>
        <w:jc w:val="right"/>
      </w:pPr>
      <w:r>
        <w:t>جی مولانا صاحب، پرافٹ آف اسلام ہیڈ ون سیڈ دیٹ ڈو ناٹ ڈو بیڈ ٹو ادرز ایون اف دے ڈو بیڈ ٹو یو۔ بٹ ان نارمل سچویشن مولانا صاحب، واٹ وی ایکسپیرینس از دیٹ اف وی آر ناٹ ٹریٹڈ پروپرلی اور انفیرلی بائے ادرز، ا نیچرل فیلنگ آف ریونج اور نیگیٹیوٹی ڈویلپس۔ سو ہاؤ کین ون کرب دیز نیگیٹیو فیلنگز؟</w:t>
      </w:r>
    </w:p>
    <w:p>
      <w:r>
        <w:rPr>
          <w:b/>
        </w:rPr>
        <w:t xml:space="preserve">[22:52] </w:t>
      </w:r>
      <w:r>
        <w:t>ji is hadees ka matlab doosre lafzon mein yeh hai ke koi bhi situation ho unwanted to</w:t>
      </w:r>
    </w:p>
    <w:p>
      <w:pPr>
        <w:jc w:val="right"/>
      </w:pPr>
      <w:r>
        <w:t>جی اس حدیث کا مطلب دوسرے لفظوں میں یہ ہے کہ کوئی بھی سچویشن ہو ان وانٹڈ تو</w:t>
      </w:r>
    </w:p>
    <w:p>
      <w:r>
        <w:rPr>
          <w:b/>
        </w:rPr>
        <w:t xml:space="preserve">[22:57] </w:t>
      </w:r>
      <w:r>
        <w:t>react na karo.</w:t>
      </w:r>
    </w:p>
    <w:p>
      <w:pPr>
        <w:jc w:val="right"/>
      </w:pPr>
      <w:r>
        <w:t>ری ایکٹ نہ کرو۔</w:t>
      </w:r>
    </w:p>
    <w:p>
      <w:r>
        <w:rPr>
          <w:b/>
        </w:rPr>
        <w:t xml:space="preserve">[23:03] </w:t>
      </w:r>
      <w:r>
        <w:t>is mein reaction se rooka gaya hai.</w:t>
      </w:r>
    </w:p>
    <w:p>
      <w:pPr>
        <w:jc w:val="right"/>
      </w:pPr>
      <w:r>
        <w:t>اس میں ری ایکشن سے روکا گیا ہے۔</w:t>
      </w:r>
    </w:p>
    <w:p>
      <w:r>
        <w:rPr>
          <w:b/>
        </w:rPr>
        <w:t xml:space="preserve">[23:09] </w:t>
      </w:r>
      <w:r>
        <w:t>sab se bada jo aadmi ko yaani jis baat ka jab sabza nuksaan uthana padta hai aadmi ko,</w:t>
      </w:r>
    </w:p>
    <w:p>
      <w:pPr>
        <w:jc w:val="right"/>
      </w:pPr>
      <w:r>
        <w:t>سب سے بڑا جو آدمی کو یعنی جس بات کا جب سبزہ نقصان اٹھانا پڑتا ہے آدمی کو،</w:t>
      </w:r>
    </w:p>
    <w:p>
      <w:r>
        <w:rPr>
          <w:b/>
        </w:rPr>
        <w:t xml:space="preserve">[23:14] </w:t>
      </w:r>
      <w:r>
        <w:t>woh reaction hai.</w:t>
      </w:r>
    </w:p>
    <w:p>
      <w:pPr>
        <w:jc w:val="right"/>
      </w:pPr>
      <w:r>
        <w:t>وہ ری ایکشن ہے۔</w:t>
      </w:r>
    </w:p>
    <w:p>
      <w:r>
        <w:rPr>
          <w:b/>
        </w:rPr>
        <w:t xml:space="preserve">[23:20] </w:t>
      </w:r>
      <w:r>
        <w:t>chahe ghar mein hon, society mein hon, mulk mein hon, hamesha kuch na kuch hota hai jo hum</w:t>
      </w:r>
    </w:p>
    <w:p>
      <w:pPr>
        <w:jc w:val="right"/>
      </w:pPr>
      <w:r>
        <w:t>چاہے گھر میں ہوں، سوسائٹی میں ہوں، ملک میں ہوں، ہمیشہ کچھ نہ کچھ ہوتا ہے جو ہم</w:t>
      </w:r>
    </w:p>
    <w:p>
      <w:r>
        <w:rPr>
          <w:b/>
        </w:rPr>
        <w:t xml:space="preserve">[23:26] </w:t>
      </w:r>
      <w:r>
        <w:t>ko acha nahi lagta to hum react karte hain.</w:t>
      </w:r>
    </w:p>
    <w:p>
      <w:pPr>
        <w:jc w:val="right"/>
      </w:pPr>
      <w:r>
        <w:t>کو اچھا نہیں لگتا تو ہم ری ایکٹ کرتے ہیں۔</w:t>
      </w:r>
    </w:p>
    <w:p>
      <w:r>
        <w:rPr>
          <w:b/>
        </w:rPr>
        <w:t xml:space="preserve">[23:31] </w:t>
      </w:r>
      <w:r>
        <w:t>to sach poochein to saari kharabiyon ki jar reaction hai aur saari achaiyon ka darwaza khulta hai</w:t>
      </w:r>
    </w:p>
    <w:p>
      <w:pPr>
        <w:jc w:val="right"/>
      </w:pPr>
      <w:r>
        <w:t>تو سچ پوچھیں تو ساری خرابیوں کی جڑ ری ایکشن ہے اور ساری اچھائیوں کا دروازہ کھلتا ہے</w:t>
      </w:r>
    </w:p>
    <w:p>
      <w:r>
        <w:rPr>
          <w:b/>
        </w:rPr>
        <w:t xml:space="preserve">[23:37] </w:t>
      </w:r>
      <w:r>
        <w:t>jo aap react na karein aur positive bel par qaaim rahein.</w:t>
      </w:r>
    </w:p>
    <w:p>
      <w:pPr>
        <w:jc w:val="right"/>
      </w:pPr>
      <w:r>
        <w:t>جو آپ ری ایکٹ نہ کریں اور پازیٹیو بیل پر قائم رہیں۔</w:t>
      </w:r>
    </w:p>
    <w:p>
      <w:r>
        <w:rPr>
          <w:b/>
        </w:rPr>
        <w:t xml:space="preserve">[23:43] </w:t>
      </w:r>
      <w:r>
        <w:t>kyunke dekhein, aap react kareinge to doosra aadmi bhi react karega.</w:t>
      </w:r>
    </w:p>
    <w:p>
      <w:pPr>
        <w:jc w:val="right"/>
      </w:pPr>
      <w:r>
        <w:t>کیونکہ دیکھیں، آپ ری ایکٹ کریں گے تو دوسرا آدمی بھی ری ایکٹ کرے گا۔</w:t>
      </w:r>
    </w:p>
    <w:p>
      <w:r>
        <w:rPr>
          <w:b/>
        </w:rPr>
        <w:t xml:space="preserve">[23:49] </w:t>
      </w:r>
      <w:r>
        <w:t>aisa nahi ke aap react karein aur doosra aadmi chup chup rahe.</w:t>
      </w:r>
    </w:p>
    <w:p>
      <w:pPr>
        <w:jc w:val="right"/>
      </w:pPr>
      <w:r>
        <w:t>ایسا نہیں کہ آپ ری ایکٹ کریں اور دوسرا آدمی چپ چپ رہے۔</w:t>
      </w:r>
    </w:p>
    <w:p>
      <w:r>
        <w:rPr>
          <w:b/>
        </w:rPr>
        <w:t xml:space="preserve">[23:54] </w:t>
      </w:r>
      <w:r>
        <w:t>to aap bhi react karein, woh bhi react karega.</w:t>
      </w:r>
    </w:p>
    <w:p>
      <w:pPr>
        <w:jc w:val="right"/>
      </w:pPr>
      <w:r>
        <w:t>تو آپ بھی ری ایکٹ کریں، وہ بھی ری ایکٹ کرے گا۔</w:t>
      </w:r>
    </w:p>
    <w:p>
      <w:r>
        <w:rPr>
          <w:b/>
        </w:rPr>
        <w:t xml:space="preserve">[24:00] </w:t>
      </w:r>
      <w:r>
        <w:t>is tarah se ek chain reaction ban jaata hai.</w:t>
      </w:r>
    </w:p>
    <w:p>
      <w:pPr>
        <w:jc w:val="right"/>
      </w:pPr>
      <w:r>
        <w:t>اس طرح سے ایک چین ری ایکشن بن جاتا ہے۔</w:t>
      </w:r>
    </w:p>
    <w:p>
      <w:r>
        <w:rPr>
          <w:b/>
        </w:rPr>
        <w:t xml:space="preserve">[24:06] </w:t>
      </w:r>
      <w:r>
        <w:t>idhar aap bhi karein, idhar woh kareinge, idhar aap kareinge, idhar woh karega.</w:t>
      </w:r>
    </w:p>
    <w:p>
      <w:pPr>
        <w:jc w:val="right"/>
      </w:pPr>
      <w:r>
        <w:t>ادھر آپ بھی کریں، ادھر وہ کریں گے، ادھر آپ کریں گے، ادھر وہ کریں گے۔</w:t>
      </w:r>
    </w:p>
    <w:p>
      <w:r>
        <w:rPr>
          <w:b/>
        </w:rPr>
        <w:t xml:space="preserve">[24:11] </w:t>
      </w:r>
      <w:r>
        <w:t>is tarah se develop hota hai chain reaction.</w:t>
      </w:r>
    </w:p>
    <w:p>
      <w:pPr>
        <w:jc w:val="right"/>
      </w:pPr>
      <w:r>
        <w:t>اس طرح سے ڈیولپ ہوتا ہے چین ری ایکشن۔</w:t>
      </w:r>
    </w:p>
    <w:p>
      <w:r>
        <w:rPr>
          <w:b/>
        </w:rPr>
        <w:t xml:space="preserve">[24:17] </w:t>
      </w:r>
      <w:r>
        <w:t>aur chain reaction jab develop ho jaaye to kahin rukta nahi woh.</w:t>
      </w:r>
    </w:p>
    <w:p>
      <w:pPr>
        <w:jc w:val="right"/>
      </w:pPr>
      <w:r>
        <w:t>اور چین ری ایکشن جب ڈیولپ ہو جائے تو کہیں رکتا نہیں وہ۔</w:t>
      </w:r>
    </w:p>
    <w:p>
      <w:r>
        <w:rPr>
          <w:b/>
        </w:rPr>
        <w:t xml:space="preserve">[24:23] </w:t>
      </w:r>
      <w:r>
        <w:t>pehley nafrat aati hai, phir takraao hota hai, phir ladai aati hai, phir jang hoti hai, phir society</w:t>
      </w:r>
    </w:p>
    <w:p>
      <w:pPr>
        <w:jc w:val="right"/>
      </w:pPr>
      <w:r>
        <w:t>پہلے نفرت آتی ہے، پھر ٹکراؤ ہوتا ہے، پھر لڑائی آتی ہے، پھر جنگ ہوتی ہے، پھر سوسائٹی</w:t>
      </w:r>
    </w:p>
    <w:p>
      <w:r>
        <w:rPr>
          <w:b/>
        </w:rPr>
        <w:t xml:space="preserve">[24:28] </w:t>
      </w:r>
      <w:r>
        <w:t>baahami hoti hai, chalta hi rehta hai.</w:t>
      </w:r>
    </w:p>
    <w:p>
      <w:pPr>
        <w:jc w:val="right"/>
      </w:pPr>
      <w:r>
        <w:t>باہمی ہوتی ہے، چلتا ہی رہتا ہے۔</w:t>
      </w:r>
    </w:p>
    <w:p>
      <w:r>
        <w:rPr>
          <w:b/>
        </w:rPr>
        <w:t xml:space="preserve">[24:34] </w:t>
      </w:r>
      <w:r>
        <w:t>to sab se bada wisdom yeh hai ke aadmi kisi cheez ko chain reaction na banne de.</w:t>
      </w:r>
    </w:p>
    <w:p>
      <w:pPr>
        <w:jc w:val="right"/>
      </w:pPr>
      <w:r>
        <w:t>تو سب سے بڑا وزڈم یہ ہے کہ آدمی کسی چیز کو چین ری ایکشن نہ بننے دے۔</w:t>
      </w:r>
    </w:p>
    <w:p>
      <w:r>
        <w:rPr>
          <w:b/>
        </w:rPr>
        <w:t xml:space="preserve">[24:40] </w:t>
      </w:r>
      <w:r>
        <w:t>mein samajhta hoon ke zindagi mein sab se bada imtehaan yahi hai.</w:t>
      </w:r>
    </w:p>
    <w:p>
      <w:pPr>
        <w:jc w:val="right"/>
      </w:pPr>
      <w:r>
        <w:t>میں سمجھتا ہوں کہ زندگی میں سب سے بڑا امتحان یہی ہے۔</w:t>
      </w:r>
    </w:p>
    <w:p>
      <w:r>
        <w:rPr>
          <w:b/>
        </w:rPr>
        <w:t xml:space="preserve">[24:46] </w:t>
      </w:r>
      <w:r>
        <w:t>jaise aaj mein akhbar mein parha hua hoon, Times of India mein tha ke jahan Pearl Harbor ka</w:t>
      </w:r>
    </w:p>
    <w:p>
      <w:pPr>
        <w:jc w:val="right"/>
      </w:pPr>
      <w:r>
        <w:t>جیسے آج میں اخبار میں پڑھا ہوا ہوں، ٹائمز آف انڈیا میں تھا کہ جہاں پرل ہاربر کا</w:t>
      </w:r>
    </w:p>
    <w:p>
      <w:r>
        <w:rPr>
          <w:b/>
        </w:rPr>
        <w:t xml:space="preserve">[24:51] </w:t>
      </w:r>
      <w:r>
        <w:t>waqea hua tha, wahan pedant obama aaye aur japan ka prime minister aaya.</w:t>
      </w:r>
    </w:p>
    <w:p>
      <w:pPr>
        <w:jc w:val="right"/>
      </w:pPr>
      <w:r>
        <w:t>واقعہ ہوا تھا، وہاں پیڈنٹ اوباما آئے اور جاپان کا پرائم منسٹر آیا۔</w:t>
      </w:r>
    </w:p>
    <w:p>
      <w:r>
        <w:rPr>
          <w:b/>
        </w:rPr>
        <w:t xml:space="preserve">[24:57] </w:t>
      </w:r>
      <w:r>
        <w:t>wahan par unhon ne taqreer ki.</w:t>
      </w:r>
    </w:p>
    <w:p>
      <w:pPr>
        <w:jc w:val="right"/>
      </w:pPr>
      <w:r>
        <w:t>وہاں پر انہوں نے تقریر کی۔</w:t>
      </w:r>
    </w:p>
    <w:p>
      <w:r>
        <w:rPr>
          <w:b/>
        </w:rPr>
        <w:t xml:space="preserve">[25:03] </w:t>
      </w:r>
      <w:r>
        <w:t>unhon ne kaha ke hamein ab is ko repeat nahi karna hai.</w:t>
      </w:r>
    </w:p>
    <w:p>
      <w:pPr>
        <w:jc w:val="right"/>
      </w:pPr>
      <w:r>
        <w:t>انہوں نے کہا کہ ہمیں اب اس کو ریپیٹ نہیں کرنا ہے۔</w:t>
      </w:r>
    </w:p>
    <w:p>
      <w:r>
        <w:rPr>
          <w:b/>
        </w:rPr>
        <w:t xml:space="preserve">[25:08] </w:t>
      </w:r>
      <w:r>
        <w:t>yehi baat unhon ne kahi ke hum repeat karein to doosra karega, phir chain reaction ban jayega.</w:t>
      </w:r>
    </w:p>
    <w:p>
      <w:pPr>
        <w:jc w:val="right"/>
      </w:pPr>
      <w:r>
        <w:t>یہی بات انہوں نے کہی کہ ہم ریپیٹ کریں تو دوسرا کرے گا، پھر چین ری ایکشن بن جائے گا۔</w:t>
      </w:r>
    </w:p>
    <w:p>
      <w:r>
        <w:rPr>
          <w:b/>
        </w:rPr>
        <w:t xml:space="preserve">[25:14] </w:t>
      </w:r>
      <w:r>
        <w:t>to koi na koi mauqa ho jahan pe is ko stop karein.</w:t>
      </w:r>
    </w:p>
    <w:p>
      <w:pPr>
        <w:jc w:val="right"/>
      </w:pPr>
      <w:r>
        <w:t>تو کوئی نہ کوئی موقع ہو جہاں پہ اس کو اسٹاپ کریں۔</w:t>
      </w:r>
    </w:p>
    <w:p>
      <w:r>
        <w:rPr>
          <w:b/>
        </w:rPr>
        <w:t xml:space="preserve">[25:20] </w:t>
      </w:r>
      <w:r>
        <w:t>to pehle hi mauqe pe stop kar do, warna wo ban jayega chain reaction.</w:t>
      </w:r>
    </w:p>
    <w:p>
      <w:pPr>
        <w:jc w:val="right"/>
      </w:pPr>
      <w:r>
        <w:t>تو پہلے ہی موقع پہ اسٹاپ کر دو، ورنہ وہ بن جائے گا چین ری ایکشن۔</w:t>
      </w:r>
    </w:p>
    <w:p>
      <w:r>
        <w:rPr>
          <w:b/>
        </w:rPr>
        <w:t xml:space="preserve">[25:25] </w:t>
      </w:r>
      <w:r>
        <w:t>aur phir distance se kam par rukega nahi wo.</w:t>
      </w:r>
    </w:p>
    <w:p>
      <w:pPr>
        <w:jc w:val="right"/>
      </w:pPr>
      <w:r>
        <w:t>اور پھر ڈسٹنس سے کم پر رکے گا نہیں وہ۔</w:t>
      </w:r>
    </w:p>
    <w:p>
      <w:r>
        <w:rPr>
          <w:b/>
        </w:rPr>
        <w:t xml:space="preserve">[25:31] </w:t>
      </w:r>
      <w:r>
        <w:t>to aadmi ke mein samajhta hoon ke bohat bari aqalmandi hai, aqalmandi hai is ki, wisdom hai ke</w:t>
      </w:r>
    </w:p>
    <w:p>
      <w:pPr>
        <w:jc w:val="right"/>
      </w:pPr>
      <w:r>
        <w:t>تو آدمی کے میں سمجھتا ہوں کہ بہت بڑی عقلمندی ہے، عقلمندی ہے اس کی، وزڈم ہے کہ</w:t>
      </w:r>
    </w:p>
    <w:p>
      <w:r>
        <w:rPr>
          <w:b/>
        </w:rPr>
        <w:t xml:space="preserve">[25:37] </w:t>
      </w:r>
      <w:r>
        <w:t>wo kisi cheez ko chain reaction na banne de.</w:t>
      </w:r>
    </w:p>
    <w:p>
      <w:pPr>
        <w:jc w:val="right"/>
      </w:pPr>
      <w:r>
        <w:t>وہ کسی چیز کو چین ری ایکشن نہ بننے دے۔</w:t>
      </w:r>
    </w:p>
    <w:p>
      <w:r>
        <w:rPr>
          <w:b/>
        </w:rPr>
        <w:t xml:space="preserve">[25:43] </w:t>
      </w:r>
      <w:r>
        <w:t>Ji Maulana sahib, you always advise people that whenever they face failure, they should not be in despair, because in every failure there is an element of positivity. Can you elaborate more on this Maulana sahib?</w:t>
      </w:r>
    </w:p>
    <w:p>
      <w:pPr>
        <w:jc w:val="right"/>
      </w:pPr>
      <w:r>
        <w:t>جی مولانا صاحب، یو آلویز ایڈوائز پیپل دیٹ وین ایور دے فیس فیلیر، دے شوڈ ناٹ بی ان ڈیسپیئر، بیکاز ان ایوری فیلیر دیر از ان ایلیمنٹ آف پازیٹیوٹی۔ کین یو ایلابریٹ مور آن دس مولانا صاحب؟</w:t>
      </w:r>
    </w:p>
    <w:p>
      <w:r>
        <w:rPr>
          <w:b/>
        </w:rPr>
        <w:t xml:space="preserve">[26:01] </w:t>
      </w:r>
      <w:r>
        <w:t>dekhein, har failure ke sath aik aur cheez hoti hai, wo experience.</w:t>
      </w:r>
    </w:p>
    <w:p>
      <w:pPr>
        <w:jc w:val="right"/>
      </w:pPr>
      <w:r>
        <w:t>دیکھیں، ہر فیلیر کے ساتھ ایک اور چیز ہوتی ہے، وہ ایکسپیرینس۔</w:t>
      </w:r>
    </w:p>
    <w:p>
      <w:r>
        <w:rPr>
          <w:b/>
        </w:rPr>
        <w:t xml:space="preserve">[26:06] </w:t>
      </w:r>
      <w:r>
        <w:t>yani failure se aap agar mayoos ho jayein to wo to buri cheez hai, lekin failure se tajurba lihjeye.</w:t>
      </w:r>
    </w:p>
    <w:p>
      <w:pPr>
        <w:jc w:val="right"/>
      </w:pPr>
      <w:r>
        <w:t>یعنی فیلیر سے آپ اگر مایوس ہو جائیں تو وہ تو بری چیز ہے، لیکن فیلیر سے تجربہ لیجئے۔</w:t>
      </w:r>
    </w:p>
    <w:p>
      <w:r>
        <w:rPr>
          <w:b/>
        </w:rPr>
        <w:t xml:space="preserve">[26:11] </w:t>
      </w:r>
      <w:r>
        <w:t>har failure aik tajurba lata hai.</w:t>
      </w:r>
    </w:p>
    <w:p>
      <w:pPr>
        <w:jc w:val="right"/>
      </w:pPr>
      <w:r>
        <w:t>ہر فیلیر ایک تجربہ لاتا ہے۔</w:t>
      </w:r>
    </w:p>
    <w:p>
      <w:r>
        <w:rPr>
          <w:b/>
        </w:rPr>
        <w:t xml:space="preserve">[26:17] </w:t>
      </w:r>
      <w:r>
        <w:t>har failure aik tajurba lata hai.</w:t>
      </w:r>
    </w:p>
    <w:p>
      <w:pPr>
        <w:jc w:val="right"/>
      </w:pPr>
      <w:r>
        <w:t>ہر فیلیر ایک تجربہ لاتا ہے۔</w:t>
      </w:r>
    </w:p>
    <w:p>
      <w:r>
        <w:rPr>
          <w:b/>
        </w:rPr>
        <w:t xml:space="preserve">[26:22] </w:t>
      </w:r>
      <w:r>
        <w:t>to tajurba ke sense mein le gaye aap to aap ko mauqa hoga re-planning ka.</w:t>
      </w:r>
    </w:p>
    <w:p>
      <w:pPr>
        <w:jc w:val="right"/>
      </w:pPr>
      <w:r>
        <w:t>تو تجربہ کے سینس میں لے گئے آپ تو آپ کو موقع ہوگا ری پلاننگ کا۔</w:t>
      </w:r>
    </w:p>
    <w:p>
      <w:r>
        <w:rPr>
          <w:b/>
        </w:rPr>
        <w:t xml:space="preserve">[26:28] </w:t>
      </w:r>
      <w:r>
        <w:t>har failure ke baad experience, har experience ke baad aap ko mauqa ke aap re-planning karein apne mamle ki.</w:t>
      </w:r>
    </w:p>
    <w:p>
      <w:pPr>
        <w:jc w:val="right"/>
      </w:pPr>
      <w:r>
        <w:t>ہر فیلیر کے بعد ایکسپیرینس، ہر ایکسپیرینس کے بعد آپ کو موقع کہ آپ ری پلاننگ کریں اپنے معاملے کی۔</w:t>
      </w:r>
    </w:p>
    <w:p>
      <w:r>
        <w:rPr>
          <w:b/>
        </w:rPr>
        <w:t xml:space="preserve">[26:33] </w:t>
      </w:r>
      <w:r>
        <w:t>ye to bohat bari cheez hai.</w:t>
      </w:r>
    </w:p>
    <w:p>
      <w:pPr>
        <w:jc w:val="right"/>
      </w:pPr>
      <w:r>
        <w:t>یہ تو بہت بڑی چیز ہے۔</w:t>
      </w:r>
    </w:p>
    <w:p>
      <w:r>
        <w:rPr>
          <w:b/>
        </w:rPr>
        <w:t xml:space="preserve">[26:39] </w:t>
      </w:r>
      <w:r>
        <w:t>dekhein, failure ke tajurba to hamesha zindagi mein hoga.</w:t>
      </w:r>
    </w:p>
    <w:p>
      <w:pPr>
        <w:jc w:val="right"/>
      </w:pPr>
      <w:r>
        <w:t>دیکھیں، فیلیر کے تجربہ تو ہمیشہ زندگی میں ہوگا۔</w:t>
      </w:r>
    </w:p>
    <w:p>
      <w:r>
        <w:rPr>
          <w:b/>
        </w:rPr>
        <w:t xml:space="preserve">[26:44] </w:t>
      </w:r>
      <w:r>
        <w:t>aasan nahi ho sakta ke failure na ho kisi ko.</w:t>
      </w:r>
    </w:p>
    <w:p>
      <w:pPr>
        <w:jc w:val="right"/>
      </w:pPr>
      <w:r>
        <w:t>آسان نہیں ہو سکتا کہ فیلیر نہ ہو کسی کو۔</w:t>
      </w:r>
    </w:p>
    <w:p>
      <w:r>
        <w:rPr>
          <w:b/>
        </w:rPr>
        <w:t xml:space="preserve">[26:49] </w:t>
      </w:r>
      <w:r>
        <w:t>sab ko duniya mein koi bhi jo paida hua hai to zaroor kahin na kahin is ko nakami</w:t>
      </w:r>
    </w:p>
    <w:p>
      <w:pPr>
        <w:jc w:val="right"/>
      </w:pPr>
      <w:r>
        <w:t>سب کو دنیا میں کوئی بھی جو پیدا ہوا ہے تو ضرور کہیں نہ کہیں اس کو ناکامی</w:t>
      </w:r>
    </w:p>
    <w:p>
      <w:r>
        <w:rPr>
          <w:b/>
        </w:rPr>
        <w:t xml:space="preserve">[26:55] </w:t>
      </w:r>
      <w:r>
        <w:t>ka tajurba hua.</w:t>
      </w:r>
    </w:p>
    <w:p>
      <w:pPr>
        <w:jc w:val="right"/>
      </w:pPr>
      <w:r>
        <w:t>کا تجربہ ہوا۔</w:t>
      </w:r>
    </w:p>
    <w:p>
      <w:r>
        <w:rPr>
          <w:b/>
        </w:rPr>
        <w:t xml:space="preserve">[27:00] </w:t>
      </w:r>
      <w:r>
        <w:t>آپ کو کرنا کیا ہے کہ ناکامی کو experience میں بدلیں اور experience کو لے کر اپنے معاملے</w:t>
      </w:r>
    </w:p>
    <w:p>
      <w:pPr>
        <w:jc w:val="right"/>
      </w:pPr>
      <w:r>
        <w:t>آپ کو کرنا کیا ہے کہ ناکامی کو ایکسپیرینس میں بدلیں اور ایکسپیرینس کو لے کر اپنے معاملے</w:t>
      </w:r>
    </w:p>
    <w:p>
      <w:r>
        <w:rPr>
          <w:b/>
        </w:rPr>
        <w:t xml:space="preserve">[27:06] </w:t>
      </w:r>
      <w:r>
        <w:t>کی ری پلاننگ کریں، better planning۔</w:t>
      </w:r>
    </w:p>
    <w:p>
      <w:pPr>
        <w:jc w:val="right"/>
      </w:pPr>
      <w:r>
        <w:t>کی ری پلاننگ کریں، بیٹر پلاننگ۔</w:t>
      </w:r>
    </w:p>
    <w:p>
      <w:r>
        <w:rPr>
          <w:b/>
        </w:rPr>
        <w:t xml:space="preserve">[27:11] </w:t>
      </w:r>
      <w:r>
        <w:t>to kabhi aap ko mayoosi nahi hogi.</w:t>
      </w:r>
    </w:p>
    <w:p>
      <w:pPr>
        <w:jc w:val="right"/>
      </w:pPr>
      <w:r>
        <w:t>تو کبھی آپ کو مایوسی نہیں ہوگی۔</w:t>
      </w:r>
    </w:p>
    <w:p>
      <w:r>
        <w:rPr>
          <w:b/>
        </w:rPr>
        <w:t xml:space="preserve">[27:17] </w:t>
      </w:r>
      <w:r>
        <w:t>Ji Maulana sahib, in today's world there are so many material benefits and pleasures being available, but despite all these material luxuries, most of the people find themselves dissatisfied. What do you think is the reason for their dissatisfaction?</w:t>
      </w:r>
    </w:p>
    <w:p>
      <w:pPr>
        <w:jc w:val="right"/>
      </w:pPr>
      <w:r>
        <w:t>جی مولانا صاحب، ان ٹوڈیز ورلڈ دیر آر سو مینی میٹیریل بینیفٹس اینڈ پلیژرز بینگ اویلیبل، بٹ ڈسپائٹ آل دیز میٹیریل لگزریز، موسٹ آف دی پیپل فائنڈ دیم سیلف ڈس سیٹسفائیڈ۔ واٹ ڈو یو تھنک از دا ریزن فار دیر ڈس سیٹسفیکشن؟</w:t>
      </w:r>
    </w:p>
    <w:p>
      <w:r>
        <w:rPr>
          <w:b/>
        </w:rPr>
        <w:t xml:space="preserve">[27:36] </w:t>
      </w:r>
      <w:r>
        <w:t>dekhein, is ki wajah wahi hai ke har aadmi paidaishi idealist hai, ye perfectionist hai.</w:t>
      </w:r>
    </w:p>
    <w:p>
      <w:pPr>
        <w:jc w:val="right"/>
      </w:pPr>
      <w:r>
        <w:t>دیکھیں، اس کی وجہ وہی ہے کہ ہر آدمی پیدائشی آئیڈیلسٹ ہے، یہ پرفیکشنسٹ ہے۔</w:t>
      </w:r>
    </w:p>
    <w:p>
      <w:r>
        <w:rPr>
          <w:b/>
        </w:rPr>
        <w:t xml:space="preserve">[27:41] </w:t>
      </w:r>
      <w:r>
        <w:t>to kuch bhi mile aap ko, kuch bhi mile, wo aap ke apne mind mein jo ideal hai,</w:t>
      </w:r>
    </w:p>
    <w:p>
      <w:pPr>
        <w:jc w:val="right"/>
      </w:pPr>
      <w:r>
        <w:t>تو کچھ بھی ملے آپ کو، کچھ بھی ملے، وہ آپ کے اپنے مائنڈ میں جو آئیڈیل ہے،</w:t>
      </w:r>
    </w:p>
    <w:p>
      <w:r>
        <w:rPr>
          <w:b/>
        </w:rPr>
        <w:t xml:space="preserve">[27:47] </w:t>
      </w:r>
      <w:r>
        <w:t>is se kam hi rahega wo.</w:t>
      </w:r>
    </w:p>
    <w:p>
      <w:pPr>
        <w:jc w:val="right"/>
      </w:pPr>
      <w:r>
        <w:t>اس سے کم ہی رہے گا وہ۔</w:t>
      </w:r>
    </w:p>
    <w:p>
      <w:r>
        <w:rPr>
          <w:b/>
        </w:rPr>
        <w:t xml:space="preserve">[27:53] </w:t>
      </w:r>
      <w:r>
        <w:t>is ke barabar ho nahi sakta ke duniya banayi gayi hai, yani bohat hi limited cheezon ke sath.</w:t>
      </w:r>
    </w:p>
    <w:p>
      <w:pPr>
        <w:jc w:val="right"/>
      </w:pPr>
      <w:r>
        <w:t>اس کے برابر ہو نہیں سکتا کہ دنیا بنائی گئی ہے، یعنی بہت ہی لمیٹڈ چیزوں کے ساتھ۔</w:t>
      </w:r>
    </w:p>
    <w:p>
      <w:r>
        <w:rPr>
          <w:b/>
        </w:rPr>
        <w:t xml:space="preserve">[27:59] </w:t>
      </w:r>
      <w:r>
        <w:t>dunya ko banane wala hai, jab dunya ko banaya hai limited, to aap kaise is ko un limited</w:t>
      </w:r>
    </w:p>
    <w:p>
      <w:pPr>
        <w:jc w:val="right"/>
      </w:pPr>
      <w:r>
        <w:t>دنیا کو بنانے والا ہے، جب دنیا کو بنایا ہے لمیٹڈ، تو آپ کیسے اس کو ان لمیٹڈ</w:t>
      </w:r>
    </w:p>
    <w:p>
      <w:r>
        <w:rPr>
          <w:b/>
        </w:rPr>
        <w:t xml:space="preserve">[28:05] </w:t>
      </w:r>
      <w:r>
        <w:t>kar len ge? jo dunya ko banane wala hai, us ne banaya hai is ko limited, to aap</w:t>
      </w:r>
    </w:p>
    <w:p>
      <w:pPr>
        <w:jc w:val="right"/>
      </w:pPr>
      <w:r>
        <w:t>کر لیں گے؟ جو دنیا کو بنانے والا ہے، اس نے بنایا ہے اس کو لمیٹڈ، تو آپ</w:t>
      </w:r>
    </w:p>
    <w:p>
      <w:r>
        <w:rPr>
          <w:b/>
        </w:rPr>
        <w:t xml:space="preserve">[28:11] </w:t>
      </w:r>
      <w:r>
        <w:t>kaise kar den ge un limited? is liye hamesha aap ko yeh hoga ke aap ki chahna zyada</w:t>
      </w:r>
    </w:p>
    <w:p>
      <w:pPr>
        <w:jc w:val="right"/>
      </w:pPr>
      <w:r>
        <w:t>کیسے کر دیں گے ان لمیٹڈ؟ اس لیے ہمیشہ آپ کو یہ ہوگا کہ آپ کی چاہنا زیادہ</w:t>
      </w:r>
    </w:p>
    <w:p>
      <w:r>
        <w:rPr>
          <w:b/>
        </w:rPr>
        <w:t xml:space="preserve">[28:17] </w:t>
      </w:r>
      <w:r>
        <w:t>ho ga, mile ga kam.</w:t>
      </w:r>
    </w:p>
    <w:p>
      <w:pPr>
        <w:jc w:val="right"/>
      </w:pPr>
      <w:r>
        <w:t>ہوگا، ملے گا کم۔</w:t>
      </w:r>
    </w:p>
    <w:p>
      <w:r>
        <w:rPr>
          <w:b/>
        </w:rPr>
        <w:t xml:space="preserve">[28:23] </w:t>
      </w:r>
      <w:r>
        <w:t>to is disparity ko daliye creation ke khane mein.</w:t>
      </w:r>
    </w:p>
    <w:p>
      <w:pPr>
        <w:jc w:val="right"/>
      </w:pPr>
      <w:r>
        <w:t>تو اس ڈسپیریٹی کو ڈالیے کریشن کے خانے میں۔</w:t>
      </w:r>
    </w:p>
    <w:p>
      <w:r>
        <w:rPr>
          <w:b/>
        </w:rPr>
        <w:t xml:space="preserve">[28:29] </w:t>
      </w:r>
      <w:r>
        <w:t>creation plan yahi hai.</w:t>
      </w:r>
    </w:p>
    <w:p>
      <w:pPr>
        <w:jc w:val="right"/>
      </w:pPr>
      <w:r>
        <w:t>کریشن پلان یہی ہے۔</w:t>
      </w:r>
    </w:p>
    <w:p>
      <w:r>
        <w:rPr>
          <w:b/>
        </w:rPr>
        <w:t xml:space="preserve">[28:34] </w:t>
      </w:r>
      <w:r>
        <w:t>main ne dunya ko nahi banaya hai.</w:t>
      </w:r>
    </w:p>
    <w:p>
      <w:pPr>
        <w:jc w:val="right"/>
      </w:pPr>
      <w:r>
        <w:t>میں نے دنیا کو نہیں بنایا ہے۔</w:t>
      </w:r>
    </w:p>
    <w:p>
      <w:r>
        <w:rPr>
          <w:b/>
        </w:rPr>
        <w:t xml:space="preserve">[28:40] </w:t>
      </w:r>
      <w:r>
        <w:t>aap yeh sochen ke main ne dunya ko nahi banaya hai, dunya ko banane wala koi aur hai.</w:t>
      </w:r>
    </w:p>
    <w:p>
      <w:pPr>
        <w:jc w:val="right"/>
      </w:pPr>
      <w:r>
        <w:t>آپ یہ سوچیں کہ میں نے دنیا کو نہیں بنایا ہے، دنیا کو بنانے والا کوئی اور ہے۔</w:t>
      </w:r>
    </w:p>
    <w:p>
      <w:r>
        <w:rPr>
          <w:b/>
        </w:rPr>
        <w:t xml:space="preserve">[28:46] </w:t>
      </w:r>
      <w:r>
        <w:t>us ne dunya ko banaya hai mere mind se soch kar nahi, apne lehaz se.</w:t>
      </w:r>
    </w:p>
    <w:p>
      <w:pPr>
        <w:jc w:val="right"/>
      </w:pPr>
      <w:r>
        <w:t>اس نے دنیا کو بنایا ہے میرے مائنڈ سے سوچ کر نہیں، اپنے لحاظ سے۔</w:t>
      </w:r>
    </w:p>
    <w:p>
      <w:r>
        <w:rPr>
          <w:b/>
        </w:rPr>
        <w:t xml:space="preserve">[28:52] </w:t>
      </w:r>
      <w:r>
        <w:t>to mujh ko banaya hai banane wale ne idealist, aur dunya mein jo cheezen hain, wo banai gai</w:t>
      </w:r>
    </w:p>
    <w:p>
      <w:pPr>
        <w:jc w:val="right"/>
      </w:pPr>
      <w:r>
        <w:t>تو مجھ کو بنایا ہے بنانے والے نے آئیڈیلسٹ، اور دنیا میں جو چیزیں ہیں، وہ بنائی گئی</w:t>
      </w:r>
    </w:p>
    <w:p>
      <w:r>
        <w:rPr>
          <w:b/>
        </w:rPr>
        <w:t xml:space="preserve">[28:58] </w:t>
      </w:r>
      <w:r>
        <w:t>hain sab limited.</w:t>
      </w:r>
    </w:p>
    <w:p>
      <w:pPr>
        <w:jc w:val="right"/>
      </w:pPr>
      <w:r>
        <w:t>ہیں سب لمیٹڈ۔</w:t>
      </w:r>
    </w:p>
    <w:p>
      <w:r>
        <w:rPr>
          <w:b/>
        </w:rPr>
        <w:t xml:space="preserve">[29:04] </w:t>
      </w:r>
      <w:r>
        <w:t>تو اس ڈسپیریٹی کو بانیے as a fact، تو آپ ریلسٹ بن جائیں گے، اور پھر آپ کو</w:t>
      </w:r>
    </w:p>
    <w:p>
      <w:pPr>
        <w:jc w:val="right"/>
      </w:pPr>
      <w:r>
        <w:t>تو اس ڈسپیریٹی کو بانیے ایز اے فیکٹ، تو آپ ریلسٹ بن جائیں گے، اور پھر آپ کو</w:t>
      </w:r>
    </w:p>
    <w:p>
      <w:r>
        <w:rPr>
          <w:b/>
        </w:rPr>
        <w:t xml:space="preserve">[29:10] </w:t>
      </w:r>
      <w:r>
        <w:t>کبھی negativity آپ کو آپ کے mind میں negativity نہیں آئے گی۔</w:t>
      </w:r>
    </w:p>
    <w:p>
      <w:pPr>
        <w:jc w:val="right"/>
      </w:pPr>
      <w:r>
        <w:t>کبھی نیگیٹیوٹی آپ کو آپ کے مائنڈ میں نیگیٹیوٹی نہیں آئے گی۔</w:t>
      </w:r>
    </w:p>
    <w:p>
      <w:r>
        <w:rPr>
          <w:b/>
        </w:rPr>
        <w:t xml:space="preserve">[29:16] </w:t>
      </w:r>
      <w:r>
        <w:t>hamesha aap positive rahen ge.</w:t>
      </w:r>
    </w:p>
    <w:p>
      <w:pPr>
        <w:jc w:val="right"/>
      </w:pPr>
      <w:r>
        <w:t>ہمیشہ آپ پازیٹیو رہیں گے۔</w:t>
      </w:r>
    </w:p>
    <w:p>
      <w:r>
        <w:rPr>
          <w:b/>
        </w:rPr>
        <w:t xml:space="preserve">[29:22] </w:t>
      </w:r>
      <w:r>
        <w:t>Ji Prophet of Islam had once said to his companions that you should live in this world as if you were travelers on a journey. Maulana sahib, what is the meaning of this advice? Can you elaborate on this?</w:t>
      </w:r>
    </w:p>
    <w:p>
      <w:pPr>
        <w:jc w:val="right"/>
      </w:pPr>
      <w:r>
        <w:t>جی پرافٹ آف اسلام ہیڈ ونز سیڈ ٹو ہز کمپینینز دیٹ یو شوڈ لیو ان دس ورلڈ ایز اف یو وار ٹریولرز آن اے جرنی۔ مولانا صاحب، واٹ از دا میننگ آف دس ایڈوائز؟ کین یو ایلابریٹ آن دس؟</w:t>
      </w:r>
    </w:p>
    <w:p>
      <w:r>
        <w:rPr>
          <w:b/>
        </w:rPr>
        <w:t xml:space="preserve">[29:37] </w:t>
      </w:r>
      <w:r>
        <w:t>میں سمجھتا ہوں اس کا مطلب یہ ہے کہ ہر in present situation جو پیش آتی ہے ہم</w:t>
      </w:r>
    </w:p>
    <w:p>
      <w:pPr>
        <w:jc w:val="right"/>
      </w:pPr>
      <w:r>
        <w:t>میں سمجھتا ہوں اس کا مطلب یہ ہے کہ ہر ان پریزنٹ سچویشن جو پیش آتی ہے ہم</w:t>
      </w:r>
    </w:p>
    <w:p>
      <w:r>
        <w:rPr>
          <w:b/>
        </w:rPr>
        <w:t xml:space="preserve">[29:42] </w:t>
      </w:r>
      <w:r>
        <w:t>ko, wo hoti hai temporary.</w:t>
      </w:r>
    </w:p>
    <w:p>
      <w:pPr>
        <w:jc w:val="right"/>
      </w:pPr>
      <w:r>
        <w:t>کو، وہ ہوتی ہے ٹیمپرری۔</w:t>
      </w:r>
    </w:p>
    <w:p>
      <w:r>
        <w:rPr>
          <w:b/>
        </w:rPr>
        <w:t xml:space="preserve">[29:48] </w:t>
      </w:r>
      <w:r>
        <w:t>to jo aadmi travel kar raha ho, us ke sath hi pesh aata hai.</w:t>
      </w:r>
    </w:p>
    <w:p>
      <w:pPr>
        <w:jc w:val="right"/>
      </w:pPr>
      <w:r>
        <w:t>تو جو آدمی ٹریول کر رہا ہو، اس کے ساتھ ہی پیش آتا ہے۔</w:t>
      </w:r>
    </w:p>
    <w:p>
      <w:r>
        <w:rPr>
          <w:b/>
        </w:rPr>
        <w:t xml:space="preserve">[29:54] </w:t>
      </w:r>
      <w:r>
        <w:t>lekin samajhta hai ke bhai kuch ghante ka mamla yeh hai, us ke baad hum utar jaen ge,</w:t>
      </w:r>
    </w:p>
    <w:p>
      <w:pPr>
        <w:jc w:val="right"/>
      </w:pPr>
      <w:r>
        <w:t>لیکن سمجھتا ہے کہ بھئی کچھ گھنٹے کا معاملہ یہ ہے، اس کے بعد ہم اتر جائیں گے،</w:t>
      </w:r>
    </w:p>
    <w:p>
      <w:r>
        <w:rPr>
          <w:b/>
        </w:rPr>
        <w:t xml:space="preserve">[30:00] </w:t>
      </w:r>
      <w:r>
        <w:t>apne distance par pahunch jaen ge.</w:t>
      </w:r>
    </w:p>
    <w:p>
      <w:pPr>
        <w:jc w:val="right"/>
      </w:pPr>
      <w:r>
        <w:t>اپنے ڈسٹنس پر پہنچ جائیں گے۔</w:t>
      </w:r>
    </w:p>
    <w:p>
      <w:r>
        <w:rPr>
          <w:b/>
        </w:rPr>
        <w:t xml:space="preserve">[30:06] </w:t>
      </w:r>
      <w:r>
        <w:t>to jo musafir hota hai, har tajrube ko temporary mani mein leta hai. temporary.</w:t>
      </w:r>
    </w:p>
    <w:p>
      <w:pPr>
        <w:jc w:val="right"/>
      </w:pPr>
      <w:r>
        <w:t>تو جو مسافر ہوتا ہے، ہر تجربے کو ٹیمپرری معنی میں لیتا ہے۔ ٹیمپرری۔</w:t>
      </w:r>
    </w:p>
    <w:p>
      <w:r>
        <w:rPr>
          <w:b/>
        </w:rPr>
        <w:t xml:space="preserve">[30:12] </w:t>
      </w:r>
      <w:r>
        <w:t>is waja se wo is ko, yani wo is ko, is ki normalcy ko disturb nahi karta, phir</w:t>
      </w:r>
    </w:p>
    <w:p>
      <w:pPr>
        <w:jc w:val="right"/>
      </w:pPr>
      <w:r>
        <w:t>اس وجہ سے وہ اس کو، یعنی وہ اس کو، اس کی نارملسی کو ڈسٹرب نہیں کرتا، پھر</w:t>
      </w:r>
    </w:p>
    <w:p>
      <w:r>
        <w:rPr>
          <w:b/>
        </w:rPr>
        <w:t xml:space="preserve">[30:18] </w:t>
      </w:r>
      <w:r>
        <w:t>bhi normal bana rehta hai.</w:t>
      </w:r>
    </w:p>
    <w:p>
      <w:pPr>
        <w:jc w:val="right"/>
      </w:pPr>
      <w:r>
        <w:t>بھی نارمل بنا رہتا ہے۔</w:t>
      </w:r>
    </w:p>
    <w:p>
      <w:r>
        <w:rPr>
          <w:b/>
        </w:rPr>
        <w:t xml:space="preserve">[30:24] </w:t>
      </w:r>
      <w:r>
        <w:t>aur jab hum apne ko traveler samjhen, to hum soch lete hain ke jo ho raha hai, wo</w:t>
      </w:r>
    </w:p>
    <w:p>
      <w:pPr>
        <w:jc w:val="right"/>
      </w:pPr>
      <w:r>
        <w:t>اور جب ہم اپنے کو ٹریولر سمجھیں، تو ہم سوچ لیتے ہیں کہ جو ہو رہا ہے، وہ</w:t>
      </w:r>
    </w:p>
    <w:p>
      <w:r>
        <w:rPr>
          <w:b/>
        </w:rPr>
        <w:t xml:space="preserve">[30:30] </w:t>
      </w:r>
      <w:r>
        <w:t>bhi permanent hai.</w:t>
      </w:r>
    </w:p>
    <w:p>
      <w:pPr>
        <w:jc w:val="right"/>
      </w:pPr>
      <w:r>
        <w:t>بھی پرماننٹ ہے۔</w:t>
      </w:r>
    </w:p>
    <w:p>
      <w:r>
        <w:rPr>
          <w:b/>
        </w:rPr>
        <w:t xml:space="preserve">[30:36] </w:t>
      </w:r>
      <w:r>
        <w:t>is ko permanent samajh lete hain.</w:t>
      </w:r>
    </w:p>
    <w:p>
      <w:pPr>
        <w:jc w:val="right"/>
      </w:pPr>
      <w:r>
        <w:t>اس کو پرماننٹ سمجھ لیتے ہیں۔</w:t>
      </w:r>
    </w:p>
    <w:p>
      <w:r>
        <w:rPr>
          <w:b/>
        </w:rPr>
        <w:t xml:space="preserve">[30:42] </w:t>
      </w:r>
      <w:r>
        <w:t>jo aadmi safar nahi kar raha hai, to wo cheezon ko permanent sense mein le leta hai.</w:t>
      </w:r>
    </w:p>
    <w:p>
      <w:pPr>
        <w:jc w:val="right"/>
      </w:pPr>
      <w:r>
        <w:t>جو آدمی سفر نہیں کر رہا ہے، تو وہ چیزوں کو پرماننٹ سینس میں لے لیتا ہے۔</w:t>
      </w:r>
    </w:p>
    <w:p>
      <w:r>
        <w:rPr>
          <w:b/>
        </w:rPr>
        <w:t xml:space="preserve">[30:48] </w:t>
      </w:r>
      <w:r>
        <w:t>to permanent sense mein lene ki waja se is ko negativity aa jati hai.</w:t>
      </w:r>
    </w:p>
    <w:p>
      <w:pPr>
        <w:jc w:val="right"/>
      </w:pPr>
      <w:r>
        <w:t>تو پرماننٹ سینس میں لینے کی وجہ سے اس کو نیگیٹیوٹی آ جاتی ہے۔</w:t>
      </w:r>
    </w:p>
    <w:p>
      <w:r>
        <w:rPr>
          <w:b/>
        </w:rPr>
        <w:t xml:space="preserve">[30:54] </w:t>
      </w:r>
      <w:r>
        <w:t>lekin agar aap len ab cheezon ko, yani temporary sense mein, to aap hamesha normal bane rahen ge.</w:t>
      </w:r>
    </w:p>
    <w:p>
      <w:pPr>
        <w:jc w:val="right"/>
      </w:pPr>
      <w:r>
        <w:t>لیکن اگر آپ لیں اب چیزوں کو، یعنی ٹیمپرری سینس میں، تو آپ ہمیشہ نارمل بنے رہیں گے۔</w:t>
      </w:r>
    </w:p>
    <w:p>
      <w:r>
        <w:rPr>
          <w:b/>
        </w:rPr>
        <w:t xml:space="preserve">[31:00] </w:t>
      </w:r>
      <w:r>
        <w:t>hamesha aap ki narmalsi kabhi khatm nahi hogi.</w:t>
      </w:r>
    </w:p>
    <w:p>
      <w:pPr>
        <w:jc w:val="right"/>
      </w:pPr>
      <w:r>
        <w:t>ہمیشہ آپ کی نارملسی کبھی ختم نہیں ہوگی۔</w:t>
      </w:r>
    </w:p>
    <w:p>
      <w:r>
        <w:rPr>
          <w:b/>
        </w:rPr>
        <w:t xml:space="preserve">[31:06] </w:t>
      </w:r>
      <w:r>
        <w:t>Ji Maulana sahib, in many of your books you mention that anger is a natural phenomenon, but there is also a positive side to anger. So if a person discovers this, then he can control the anger. Can you elaborate a little more on that Maulana?</w:t>
      </w:r>
    </w:p>
    <w:p>
      <w:pPr>
        <w:jc w:val="right"/>
      </w:pPr>
      <w:r>
        <w:t>جی مولانا صاحب، ان مینی آف یور بکس یو مینشن دیٹ اینگر از اے نیچرل فینومینا، بٹ دیر از آل سو اے پازیٹیو سائیڈ ٹو اینگر۔ سو اف اے پرسن ڈسکورز دس، دین ہی کین کنٹرول دی اینگر۔ کین یو ایلابریٹ اے لٹل مور آن دیٹ مولانا؟</w:t>
      </w:r>
    </w:p>
    <w:p>
      <w:r>
        <w:rPr>
          <w:b/>
        </w:rPr>
        <w:t xml:space="preserve">[31:24] </w:t>
      </w:r>
      <w:r>
        <w:t>dekhen, anger jo hai, woh ek natural phenomena hai, is mein koi shakk nahi.</w:t>
      </w:r>
    </w:p>
    <w:p>
      <w:pPr>
        <w:jc w:val="right"/>
      </w:pPr>
      <w:r>
        <w:t>دیکھیں، اینگر جو ہے، وہ ایک نیچرل فینومینا ہے، اس میں کوئی شک نہیں۔</w:t>
      </w:r>
    </w:p>
    <w:p>
      <w:r>
        <w:rPr>
          <w:b/>
        </w:rPr>
        <w:t xml:space="preserve">[31:29] </w:t>
      </w:r>
      <w:r>
        <w:t>aur yeh bohat hi bari blessing hai.</w:t>
      </w:r>
    </w:p>
    <w:p>
      <w:pPr>
        <w:jc w:val="right"/>
      </w:pPr>
      <w:r>
        <w:t>اور یہ بہت ہی بڑی بلیسنگ ہے۔</w:t>
      </w:r>
    </w:p>
    <w:p>
      <w:r>
        <w:rPr>
          <w:b/>
        </w:rPr>
        <w:t xml:space="preserve">[31:35] </w:t>
      </w:r>
      <w:r>
        <w:t>kyunke jab aadmi angry hota hai, us waqt aadmi ka mind bohat zyada energy release karta hai.</w:t>
      </w:r>
    </w:p>
    <w:p>
      <w:pPr>
        <w:jc w:val="right"/>
      </w:pPr>
      <w:r>
        <w:t>کیونکہ جب آدمی اینگری ہوتا ہے، اس وقت آدمی کا مائنڈ بہت زیادہ انرجی ریلیز کرتا ہے۔</w:t>
      </w:r>
    </w:p>
    <w:p>
      <w:r>
        <w:rPr>
          <w:b/>
        </w:rPr>
        <w:t xml:space="preserve">[31:41] </w:t>
      </w:r>
      <w:r>
        <w:t>yeh study ki gayi hai ke anger, jab aadmi angry hota hai, to us waqt jitni energy release</w:t>
      </w:r>
    </w:p>
    <w:p>
      <w:pPr>
        <w:jc w:val="right"/>
      </w:pPr>
      <w:r>
        <w:t>یہ اسٹڈی کی گئی ہے کہ اینگر، جب آدمی اینگری ہوتا ہے، تو اس وقت جتنی انرجی ریلیز</w:t>
      </w:r>
    </w:p>
    <w:p>
      <w:r>
        <w:rPr>
          <w:b/>
        </w:rPr>
        <w:t xml:space="preserve">[31:47] </w:t>
      </w:r>
      <w:r>
        <w:t>hoti hai, kabhi kisi aur tareeqay se nahi hoti.</w:t>
      </w:r>
    </w:p>
    <w:p>
      <w:pPr>
        <w:jc w:val="right"/>
      </w:pPr>
      <w:r>
        <w:t>ہوتی ہے، کبھی کسی اور طریقے سے نہیں ہوتی۔</w:t>
      </w:r>
    </w:p>
    <w:p>
      <w:r>
        <w:rPr>
          <w:b/>
        </w:rPr>
        <w:t xml:space="preserve">[31:52] </w:t>
      </w:r>
      <w:r>
        <w:t>to woh to bohat bohat ek opportunity hoti hai.</w:t>
      </w:r>
    </w:p>
    <w:p>
      <w:pPr>
        <w:jc w:val="right"/>
      </w:pPr>
      <w:r>
        <w:t>تو وہ تو بہت بہت ایک اپرچونیٹی ہوتی ہے۔</w:t>
      </w:r>
    </w:p>
    <w:p>
      <w:r>
        <w:rPr>
          <w:b/>
        </w:rPr>
        <w:t xml:space="preserve">[31:58] </w:t>
      </w:r>
      <w:r>
        <w:t>aap woh energy jo release ki hai mind ne, ghusse ke waqt, aap is ko divert kijiye.</w:t>
      </w:r>
    </w:p>
    <w:p>
      <w:pPr>
        <w:jc w:val="right"/>
      </w:pPr>
      <w:r>
        <w:t>آپ وہ انرجی جو ریلیز کی ہے مائنڈ نے، غصے کے وقت، آپ اس کو ڈائیورٹ کیجئے۔</w:t>
      </w:r>
    </w:p>
    <w:p>
      <w:r>
        <w:rPr>
          <w:b/>
        </w:rPr>
        <w:t xml:space="preserve">[32:04] </w:t>
      </w:r>
      <w:r>
        <w:t>bas sirf divert karne ka mamla hai.</w:t>
      </w:r>
    </w:p>
    <w:p>
      <w:pPr>
        <w:jc w:val="right"/>
      </w:pPr>
      <w:r>
        <w:t>بس صرف ڈائیورٹ کرنے کا معاملہ ہے۔</w:t>
      </w:r>
    </w:p>
    <w:p>
      <w:r>
        <w:rPr>
          <w:b/>
        </w:rPr>
        <w:t xml:space="preserve">[32:10] </w:t>
      </w:r>
      <w:r>
        <w:t>is energy ko divert kijiye kisi positive maqsad ki taraf.</w:t>
      </w:r>
    </w:p>
    <w:p>
      <w:pPr>
        <w:jc w:val="right"/>
      </w:pPr>
      <w:r>
        <w:t>اس انرجی کو ڈائیورٹ کیجئے کسی پازیٹیو مقصد کی طرف۔</w:t>
      </w:r>
    </w:p>
    <w:p>
      <w:r>
        <w:rPr>
          <w:b/>
        </w:rPr>
        <w:t xml:space="preserve">[32:15] </w:t>
      </w:r>
      <w:r>
        <w:t>bas woh aap ke liye ek nemat ban jayega.</w:t>
      </w:r>
    </w:p>
    <w:p>
      <w:pPr>
        <w:jc w:val="right"/>
      </w:pPr>
      <w:r>
        <w:t>بس وہ آپ کے لیے ایک نعمت بن جائے گا۔</w:t>
      </w:r>
    </w:p>
    <w:p>
      <w:r>
        <w:rPr>
          <w:b/>
        </w:rPr>
        <w:t xml:space="preserve">[32:21] </w:t>
      </w:r>
      <w:r>
        <w:t>hota yeh hai ke log ghussa aata hai to kisi aur ke upar is ko daal dete hain.</w:t>
      </w:r>
    </w:p>
    <w:p>
      <w:pPr>
        <w:jc w:val="right"/>
      </w:pPr>
      <w:r>
        <w:t>ہوتا یہ ہے کہ لوگ غصہ آتا ہے تو کسی اور کے اوپر اس کو ڈال دیتے ہیں۔</w:t>
      </w:r>
    </w:p>
    <w:p>
      <w:r>
        <w:rPr>
          <w:b/>
        </w:rPr>
        <w:t xml:space="preserve">[32:27] </w:t>
      </w:r>
      <w:r>
        <w:t>kisi aur se ladne lagte hain.</w:t>
      </w:r>
    </w:p>
    <w:p>
      <w:pPr>
        <w:jc w:val="right"/>
      </w:pPr>
      <w:r>
        <w:t>کسی اور سے لڑنے لگتے ہیں۔</w:t>
      </w:r>
    </w:p>
    <w:p>
      <w:r>
        <w:rPr>
          <w:b/>
        </w:rPr>
        <w:t xml:space="preserve">[32:33] </w:t>
      </w:r>
      <w:r>
        <w:t>nahi, is ko sochiye ke yeh to mere liye ek bohat acha opportunity hai ke jo energy release</w:t>
      </w:r>
    </w:p>
    <w:p>
      <w:pPr>
        <w:jc w:val="right"/>
      </w:pPr>
      <w:r>
        <w:t>نہیں، اس کو سوچئے کہ یہ تو میرے لیے ایک بہت اچھا اپرچونیٹی ہے کہ جو انرجی ریلیز</w:t>
      </w:r>
    </w:p>
    <w:p>
      <w:r>
        <w:rPr>
          <w:b/>
        </w:rPr>
        <w:t xml:space="preserve">[32:38] </w:t>
      </w:r>
      <w:r>
        <w:t>hui hai, is ko mein divert karoon kisi achay maqsad ki taraf.</w:t>
      </w:r>
    </w:p>
    <w:p>
      <w:pPr>
        <w:jc w:val="right"/>
      </w:pPr>
      <w:r>
        <w:t>ہوئی ہے، اس کو میں ڈائیورٹ کروں کسی اچھے مقصد کی طرف۔</w:t>
      </w:r>
    </w:p>
    <w:p>
      <w:r>
        <w:rPr>
          <w:b/>
        </w:rPr>
        <w:t xml:space="preserve">[32:44] </w:t>
      </w:r>
      <w:r>
        <w:t>bohat hi simple formula hai yeh.</w:t>
      </w:r>
    </w:p>
    <w:p>
      <w:pPr>
        <w:jc w:val="right"/>
      </w:pPr>
      <w:r>
        <w:t>بہت ہی سمپل فارمولا ہے یہ۔</w:t>
      </w:r>
    </w:p>
    <w:p>
      <w:r>
        <w:rPr>
          <w:b/>
        </w:rPr>
        <w:t xml:space="preserve">[32:50] </w:t>
      </w:r>
      <w:r>
        <w:t>apne aap ko hamesha positive banaye rakhne ka.</w:t>
      </w:r>
    </w:p>
    <w:p>
      <w:pPr>
        <w:jc w:val="right"/>
      </w:pPr>
      <w:r>
        <w:t>اپنے آپ کو ہمیشہ پازیٹیو بنائے رکھنے کا۔</w:t>
      </w:r>
    </w:p>
    <w:p>
      <w:r>
        <w:rPr>
          <w:b/>
        </w:rPr>
        <w:t xml:space="preserve">[32:56] </w:t>
      </w:r>
      <w:r>
        <w:t>Ji Maulana sahib, is positivity and spirituality related to one and other? Can we say that positivity leads to spirituality?</w:t>
      </w:r>
    </w:p>
    <w:p>
      <w:pPr>
        <w:jc w:val="right"/>
      </w:pPr>
      <w:r>
        <w:t>جی مولانا صاحب، از پازیٹیوٹی اینڈ سپریچوالٹی ریلیٹڈ ٹو ون اینڈ ادر؟ کین وی سی دیٹ پازیٹیوٹی لیڈز ٹو سپریچوالٹی؟</w:t>
      </w:r>
    </w:p>
    <w:p>
      <w:r>
        <w:rPr>
          <w:b/>
        </w:rPr>
        <w:t xml:space="preserve">[33:07] </w:t>
      </w:r>
      <w:r>
        <w:t>mein to samajhta hoon ke dono ek hi kaan ke do rukh hain.</w:t>
      </w:r>
    </w:p>
    <w:p>
      <w:pPr>
        <w:jc w:val="right"/>
      </w:pPr>
      <w:r>
        <w:t>میں تو سمجھتا ہوں کہ دونوں ایک ہی کان کے دو رخ ہیں۔</w:t>
      </w:r>
    </w:p>
    <w:p>
      <w:r>
        <w:rPr>
          <w:b/>
        </w:rPr>
        <w:t xml:space="preserve">[33:14] </w:t>
      </w:r>
      <w:r>
        <w:t>yani spirituality is inner content of peace, and peace is external expression of spirituality.</w:t>
      </w:r>
    </w:p>
    <w:p>
      <w:pPr>
        <w:jc w:val="right"/>
      </w:pPr>
      <w:r>
        <w:t>یعنی سپریچوالٹی از انر کنٹینٹ آف پیس، اینڈ پیس از ایکسٹرنل ایکسپریشن آف سپریچوالٹی۔</w:t>
      </w:r>
    </w:p>
    <w:p>
      <w:r>
        <w:rPr>
          <w:b/>
        </w:rPr>
        <w:t xml:space="preserve">[33:22] </w:t>
      </w:r>
      <w:r>
        <w:t>dono ek doosre se bilkul mile hue hain, dono alag alag nahi hain.</w:t>
      </w:r>
    </w:p>
    <w:p>
      <w:pPr>
        <w:jc w:val="right"/>
      </w:pPr>
      <w:r>
        <w:t>دونوں ایک دوسرے سے بالکل ملے ہوئے ہیں، دونوں الگ الگ نہیں ہیں۔</w:t>
      </w:r>
    </w:p>
    <w:p>
      <w:r>
        <w:rPr>
          <w:b/>
        </w:rPr>
        <w:t xml:space="preserve">[33:30] </w:t>
      </w:r>
      <w:r>
        <w:t>positivity ke sath aati hai spirituality, spirituality ke sath aati hai positivity.</w:t>
      </w:r>
    </w:p>
    <w:p>
      <w:pPr>
        <w:jc w:val="right"/>
      </w:pPr>
      <w:r>
        <w:t>پازیٹیوٹی کے ساتھ آتی ہے سپریچوالٹی، سپریچوالٹی کے ساتھ آتی ہے پازیٹیوٹی۔</w:t>
      </w:r>
    </w:p>
    <w:p>
      <w:r>
        <w:rPr>
          <w:b/>
        </w:rPr>
        <w:t xml:space="preserve">[33:38] </w:t>
      </w:r>
      <w:r>
        <w:t>dono ek sath tor par insaan ke liye blessing hain.</w:t>
      </w:r>
    </w:p>
    <w:p>
      <w:pPr>
        <w:jc w:val="right"/>
      </w:pPr>
      <w:r>
        <w:t>دونوں ایک ساتھ طور پر انسان کے لیے بلیسنگ ہیں۔</w:t>
      </w:r>
    </w:p>
    <w:p>
      <w:r>
        <w:rPr>
          <w:b/>
        </w:rPr>
        <w:t xml:space="preserve">[33:46] </w:t>
      </w:r>
      <w:r>
        <w:t>ji molana sahib, in quran it is mentioned that in remembrance of god hearts are comforted. what does quran mean by remembrance of god? can you explain this for everyone?</w:t>
      </w:r>
    </w:p>
    <w:p>
      <w:pPr>
        <w:jc w:val="right"/>
      </w:pPr>
      <w:r>
        <w:t>جی مولانا صاحب، ان قرآن اٹ از مینشن دیٹ ان ریممبرنس آف گاڈ ہارٹس آر کمفرٹڈ۔ واٹ ڈز قرآن مین بائے ریممبرنس آف گاڈ؟ کین یو ایکسپلین دس فار ایوری ون؟</w:t>
      </w:r>
    </w:p>
    <w:p>
      <w:r>
        <w:rPr>
          <w:b/>
        </w:rPr>
        <w:t xml:space="preserve">[34:03] </w:t>
      </w:r>
      <w:r>
        <w:t>dekhen, God ko yaad karna kya hai? sab se baray powerful ko yaad karna.</w:t>
      </w:r>
    </w:p>
    <w:p>
      <w:pPr>
        <w:jc w:val="right"/>
      </w:pPr>
      <w:r>
        <w:t>دیکھیں، گاڈ کو یاد کرنا کیا ہے؟ سب سے بڑے پاور فل کو یاد کرنا۔</w:t>
      </w:r>
    </w:p>
    <w:p>
      <w:r>
        <w:rPr>
          <w:b/>
        </w:rPr>
        <w:t xml:space="preserve">[34:10] </w:t>
      </w:r>
      <w:r>
        <w:t>jo creator hai, jo all powerful hai, jis ke bas mein sari baatein hain, sab kuch isi</w:t>
      </w:r>
    </w:p>
    <w:p>
      <w:pPr>
        <w:jc w:val="right"/>
      </w:pPr>
      <w:r>
        <w:t>جو کریٹر ہے، جو آل پاور فل ہے، جس کے بس میں ساری باتیں ہیں، سب کچھ اسی</w:t>
      </w:r>
    </w:p>
    <w:p>
      <w:r>
        <w:rPr>
          <w:b/>
        </w:rPr>
        <w:t xml:space="preserve">[34:17] </w:t>
      </w:r>
      <w:r>
        <w:t>ke control mein hai.</w:t>
      </w:r>
    </w:p>
    <w:p>
      <w:pPr>
        <w:jc w:val="right"/>
      </w:pPr>
      <w:r>
        <w:t>کے کنٹرول میں ہے۔</w:t>
      </w:r>
    </w:p>
    <w:p>
      <w:r>
        <w:rPr>
          <w:b/>
        </w:rPr>
        <w:t xml:space="preserve">[34:25] </w:t>
      </w:r>
      <w:r>
        <w:t>to aise khuda ko jab yaad karenge aap, to aap ka help less jo tha, wo khatm</w:t>
      </w:r>
    </w:p>
    <w:p>
      <w:pPr>
        <w:jc w:val="right"/>
      </w:pPr>
      <w:r>
        <w:t>تو ایسے خدا کو جب یاد کریں گے آپ، تو آپ کا ہیلپ لیس جو تھا، وہ ختم</w:t>
      </w:r>
    </w:p>
    <w:p>
      <w:r>
        <w:rPr>
          <w:b/>
        </w:rPr>
        <w:t xml:space="preserve">[34:32] </w:t>
      </w:r>
      <w:r>
        <w:t>ho jayega.</w:t>
      </w:r>
    </w:p>
    <w:p>
      <w:pPr>
        <w:jc w:val="right"/>
      </w:pPr>
      <w:r>
        <w:t>ہو جائے گا۔</w:t>
      </w:r>
    </w:p>
    <w:p>
      <w:r>
        <w:rPr>
          <w:b/>
        </w:rPr>
        <w:t xml:space="preserve">[34:39] </w:t>
      </w:r>
      <w:r>
        <w:t>aap ko ek aisa bada sahara mil jayega jo kabhi tootne wala nahi hai.</w:t>
      </w:r>
    </w:p>
    <w:p>
      <w:pPr>
        <w:jc w:val="right"/>
      </w:pPr>
      <w:r>
        <w:t>آپ کو ایک ایسا بڑا سہارا مل جائے گا جو کبھی ٹوٹنے والا نہیں ہے۔</w:t>
      </w:r>
    </w:p>
    <w:p>
      <w:r>
        <w:rPr>
          <w:b/>
        </w:rPr>
        <w:t xml:space="preserve">[34:47] </w:t>
      </w:r>
      <w:r>
        <w:t>to yeh to bahut badi cheez hai, lekin is ke liye zaruri hai ke aadmi ne god ko discover kiya.</w:t>
      </w:r>
    </w:p>
    <w:p>
      <w:pPr>
        <w:jc w:val="right"/>
      </w:pPr>
      <w:r>
        <w:t>تو یہ تو بہت بڑی چیز ہے، لیکن اس کے لیے ضروری ہے کہ آدمی نے گاڈ کو ڈسکور کیا۔</w:t>
      </w:r>
    </w:p>
    <w:p>
      <w:r>
        <w:rPr>
          <w:b/>
        </w:rPr>
        <w:t xml:space="preserve">[34:54] </w:t>
      </w:r>
      <w:r>
        <w:t>wo sirf lift service ke taur par kisi ko mila ho, to is se yeh faida nahi ho sakta.</w:t>
      </w:r>
    </w:p>
    <w:p>
      <w:pPr>
        <w:jc w:val="right"/>
      </w:pPr>
      <w:r>
        <w:t>وہ صرف لفٹ سروس کے طور پر کسی کو ملا ہو، تو اس سے یہ فائدہ نہیں ہو سکتا۔</w:t>
      </w:r>
    </w:p>
    <w:p>
      <w:r>
        <w:rPr>
          <w:b/>
        </w:rPr>
        <w:t xml:space="preserve">[35:01] </w:t>
      </w:r>
      <w:r>
        <w:t>aap ne yani study ki ho, observation kiya ho, aur ghor o fikr kiya ho, aur phir aap</w:t>
      </w:r>
    </w:p>
    <w:p>
      <w:pPr>
        <w:jc w:val="right"/>
      </w:pPr>
      <w:r>
        <w:t>آپ نے یعنی اسٹڈی کی ہو، آبزرویشن کیا ہو، اور غور و فکر کیا ہو، اور پھر آپ</w:t>
      </w:r>
    </w:p>
    <w:p>
      <w:r>
        <w:rPr>
          <w:b/>
        </w:rPr>
        <w:t xml:space="preserve">[35:09] </w:t>
      </w:r>
      <w:r>
        <w:t>Allah rab ul alameen ko bator discovery payein, tab yeh faida hoga.</w:t>
      </w:r>
    </w:p>
    <w:p>
      <w:pPr>
        <w:jc w:val="right"/>
      </w:pPr>
      <w:r>
        <w:t>اللہ رب العالمین کو بطور ڈسکوری پائیں، تب یہ فائدہ ہوگا۔</w:t>
      </w:r>
    </w:p>
    <w:p>
      <w:r>
        <w:rPr>
          <w:b/>
        </w:rPr>
        <w:t xml:space="preserve">[35:16] </w:t>
      </w:r>
      <w:r>
        <w:t>warna yeh faida milne wala nahi hai.</w:t>
      </w:r>
    </w:p>
    <w:p>
      <w:pPr>
        <w:jc w:val="right"/>
      </w:pPr>
      <w:r>
        <w:t>ورنہ یہ فائدہ ملنے والا نہیں ہے۔</w:t>
      </w:r>
    </w:p>
    <w:p>
      <w:r>
        <w:rPr>
          <w:b/>
        </w:rPr>
        <w:t xml:space="preserve">[35:24] </w:t>
      </w:r>
      <w:r>
        <w:t>ji molana sahib, normally what happens is that when a person falls sick, he is overtaken by negativity. so in such a scenario, how can a person handle himself during sickness?</w:t>
      </w:r>
    </w:p>
    <w:p>
      <w:pPr>
        <w:jc w:val="right"/>
      </w:pPr>
      <w:r>
        <w:t>جی مولانا صاحب، نارملی واٹ ہیپنز از دیٹ وین اے پرسن فالز سیک، ہی از اوورٹیکن بائے نیگیٹیوٹی۔ سو ان سچ اے سیناریو، ہاؤ کین اے پرسن ہینڈل ہم سیلف ڈورنگ سیکنس؟</w:t>
      </w:r>
    </w:p>
    <w:p>
      <w:r>
        <w:rPr>
          <w:b/>
        </w:rPr>
        <w:t xml:space="preserve">[35:40] </w:t>
      </w:r>
      <w:r>
        <w:t>bhai dekhein, mera jo tajurba hai, wo yeh hai ke bimari nature mein nahi hai.</w:t>
      </w:r>
    </w:p>
    <w:p>
      <w:pPr>
        <w:jc w:val="right"/>
      </w:pPr>
      <w:r>
        <w:t>بھئی دیکھیں، میرا جو تجربہ ہے، وہ یہ ہے کہ بیماری نیچر میں نہیں ہے۔</w:t>
      </w:r>
    </w:p>
    <w:p>
      <w:r>
        <w:rPr>
          <w:b/>
        </w:rPr>
        <w:t xml:space="preserve">[35:46] </w:t>
      </w:r>
      <w:r>
        <w:t>jaise nature mein hua hai, pani hai, to bimari bhi nature mein hua aisa nahi hai.</w:t>
      </w:r>
    </w:p>
    <w:p>
      <w:pPr>
        <w:jc w:val="right"/>
      </w:pPr>
      <w:r>
        <w:t>جیسے نیچر میں ہوا ہے، پانی ہے، تو بیماری بھی نیچر میں ہوا ایسا نہیں ہے۔</w:t>
      </w:r>
    </w:p>
    <w:p>
      <w:r>
        <w:rPr>
          <w:b/>
        </w:rPr>
        <w:t xml:space="preserve">[35:52] </w:t>
      </w:r>
      <w:r>
        <w:t>bimari hamari apni galtiyon ka phenomena hai.</w:t>
      </w:r>
    </w:p>
    <w:p>
      <w:pPr>
        <w:jc w:val="right"/>
      </w:pPr>
      <w:r>
        <w:t>بیماری ہماری اپنی غلطیوں کا فینومینا ہے۔</w:t>
      </w:r>
    </w:p>
    <w:p>
      <w:r>
        <w:rPr>
          <w:b/>
        </w:rPr>
        <w:t xml:space="preserve">[35:58] </w:t>
      </w:r>
      <w:r>
        <w:t>hamari apni galtiyon ka phenomena hai.</w:t>
      </w:r>
    </w:p>
    <w:p>
      <w:pPr>
        <w:jc w:val="right"/>
      </w:pPr>
      <w:r>
        <w:t>ہماری اپنی غلطیوں کا فینومینا ہے۔</w:t>
      </w:r>
    </w:p>
    <w:p>
      <w:r>
        <w:rPr>
          <w:b/>
        </w:rPr>
        <w:t xml:space="preserve">[36:05] </w:t>
      </w:r>
      <w:r>
        <w:t>main ne aise log dekhe hain jo bahut hi normal zindagi guzarte hain.</w:t>
      </w:r>
    </w:p>
    <w:p>
      <w:pPr>
        <w:jc w:val="right"/>
      </w:pPr>
      <w:r>
        <w:t>میں نے ایسے لوگ دیکھے ہیں جو بہت ہی نارمل زندگی گزارتے ہیں۔</w:t>
      </w:r>
    </w:p>
    <w:p>
      <w:r>
        <w:rPr>
          <w:b/>
        </w:rPr>
        <w:t xml:space="preserve">[36:11] </w:t>
      </w:r>
      <w:r>
        <w:t>wo aakhir waqt tak bimar hi nahi hue, bimar hue to mar gaye.</w:t>
      </w:r>
    </w:p>
    <w:p>
      <w:pPr>
        <w:jc w:val="right"/>
      </w:pPr>
      <w:r>
        <w:t>وہ آخر وقت تک بیمار ہی نہیں ہوئے، بیمار ہوئے تو مر گئے۔</w:t>
      </w:r>
    </w:p>
    <w:p>
      <w:r>
        <w:rPr>
          <w:b/>
        </w:rPr>
        <w:t xml:space="preserve">[36:17] </w:t>
      </w:r>
      <w:r>
        <w:t>main ne khud apne aap se dekha hai aise log.</w:t>
      </w:r>
    </w:p>
    <w:p>
      <w:pPr>
        <w:jc w:val="right"/>
      </w:pPr>
      <w:r>
        <w:t>میں نے خود اپنے آپ سے دیکھا ہے ایسے لوگ۔</w:t>
      </w:r>
    </w:p>
    <w:p>
      <w:r>
        <w:rPr>
          <w:b/>
        </w:rPr>
        <w:t xml:space="preserve">[36:23] </w:t>
      </w:r>
      <w:r>
        <w:t>to cheez yeh hai ke log in natural zindagi guzarte hain.</w:t>
      </w:r>
    </w:p>
    <w:p>
      <w:pPr>
        <w:jc w:val="right"/>
      </w:pPr>
      <w:r>
        <w:t>تو چیز یہ ہے کہ لوگ ان نیچرل زندگی گزارتے ہیں۔</w:t>
      </w:r>
    </w:p>
    <w:p>
      <w:r>
        <w:rPr>
          <w:b/>
        </w:rPr>
        <w:t xml:space="preserve">[36:30] </w:t>
      </w:r>
      <w:r>
        <w:t>wo galat qism ki habit apne andar paida kar lete hain, galat qism ki haiz ho jati hai</w:t>
      </w:r>
    </w:p>
    <w:p>
      <w:pPr>
        <w:jc w:val="right"/>
      </w:pPr>
      <w:r>
        <w:t>وہ غلط قسم کی ہیبٹ اپنے اندر پیدا کر لیتے ہیں، غلط قسم کی حابیض ہو جاتی ہے</w:t>
      </w:r>
    </w:p>
    <w:p>
      <w:r>
        <w:rPr>
          <w:b/>
        </w:rPr>
        <w:t xml:space="preserve">[36:36] </w:t>
      </w:r>
      <w:r>
        <w:t>ان کی، جو صحت کے لیے disastrous ہوتی ہے۔</w:t>
      </w:r>
    </w:p>
    <w:p>
      <w:pPr>
        <w:jc w:val="right"/>
      </w:pPr>
      <w:r>
        <w:t>ان کی، جو صحت کے لیے ڈساسٹرس ہوتی ہے۔</w:t>
      </w:r>
    </w:p>
    <w:p>
      <w:r>
        <w:rPr>
          <w:b/>
        </w:rPr>
        <w:t xml:space="preserve">[36:42] </w:t>
      </w:r>
      <w:r>
        <w:t>to main yahi samajhta hoon ke bimari jo hai, wo in natural life ka phenomena hai.</w:t>
      </w:r>
    </w:p>
    <w:p>
      <w:pPr>
        <w:jc w:val="right"/>
      </w:pPr>
      <w:r>
        <w:t>تو میں یہی سمجھتا ہوں کہ بیماری جو ہے، وہ ان نیچرل لائف کا فینومینا ہے۔</w:t>
      </w:r>
    </w:p>
    <w:p>
      <w:r>
        <w:rPr>
          <w:b/>
        </w:rPr>
        <w:t xml:space="preserve">[36:49] </w:t>
      </w:r>
      <w:r>
        <w:t>aap nature ko janiye, nature ilaaj ko samjhiye, us ke mutabiq zindagi guzariye.</w:t>
      </w:r>
    </w:p>
    <w:p>
      <w:pPr>
        <w:jc w:val="right"/>
      </w:pPr>
      <w:r>
        <w:t>آپ نیچر کو جانیے، نیچر علاج کو سمجھئے، اس کے مطابق زندگی گزاریے۔</w:t>
      </w:r>
    </w:p>
    <w:p>
      <w:r>
        <w:rPr>
          <w:b/>
        </w:rPr>
        <w:t xml:space="preserve">[36:55] </w:t>
      </w:r>
      <w:r>
        <w:t>to main samajhta hoon ke bimari nahi hoga aadmi.</w:t>
      </w:r>
    </w:p>
    <w:p>
      <w:pPr>
        <w:jc w:val="right"/>
      </w:pPr>
      <w:r>
        <w:t>تو میں سمجھتا ہوں کہ بیماری نہیں ہوگا آدمی۔</w:t>
      </w:r>
    </w:p>
    <w:p>
      <w:r>
        <w:rPr>
          <w:b/>
        </w:rPr>
        <w:t xml:space="preserve">[37:01] </w:t>
      </w:r>
      <w:r>
        <w:t>kyun? bimari kyun hoga? lekin log aisa kar nahi paate.</w:t>
      </w:r>
    </w:p>
    <w:p>
      <w:pPr>
        <w:jc w:val="right"/>
      </w:pPr>
      <w:r>
        <w:t>کیوں؟ بیماری کیوں ہوگا؟ لیکن لوگ ایسا کر نہیں پاتے۔</w:t>
      </w:r>
    </w:p>
    <w:p>
      <w:r>
        <w:rPr>
          <w:b/>
        </w:rPr>
        <w:t xml:space="preserve">[37:07] </w:t>
      </w:r>
      <w:r>
        <w:t>aisa nahi kar paate, is liye is ka result un ko bhugtna padta hai.</w:t>
      </w:r>
    </w:p>
    <w:p>
      <w:pPr>
        <w:jc w:val="right"/>
      </w:pPr>
      <w:r>
        <w:t>ایسا نہیں کر پاتے، اس لیے اس کا رزلٹ ان کو بھگتنا پڑتا ہے۔</w:t>
      </w:r>
    </w:p>
    <w:p>
      <w:r>
        <w:rPr>
          <w:b/>
        </w:rPr>
        <w:t xml:space="preserve">[37:14] </w:t>
      </w:r>
      <w:r>
        <w:t>behral, agar phir bhi aadmi bimar ho to us ko lotna chahiye nature ki taraf.</w:t>
      </w:r>
    </w:p>
    <w:p>
      <w:pPr>
        <w:jc w:val="right"/>
      </w:pPr>
      <w:r>
        <w:t>بہرحال، اگر پھر بھی آدمی بیمار ہو تو اس کو لوٹنا چاہیے نیچر کی طرف۔</w:t>
      </w:r>
    </w:p>
    <w:p>
      <w:r>
        <w:rPr>
          <w:b/>
        </w:rPr>
        <w:t xml:space="preserve">[37:20] </w:t>
      </w:r>
      <w:r>
        <w:t>us ko yeh karna chahiye ke ab se wo lote nature ki taraf.</w:t>
      </w:r>
    </w:p>
    <w:p>
      <w:pPr>
        <w:jc w:val="right"/>
      </w:pPr>
      <w:r>
        <w:t>اس کو یہ کرنا چاہیے کہ اب سے وہ لوٹے نیچر کی طرف۔</w:t>
      </w:r>
    </w:p>
    <w:p>
      <w:r>
        <w:rPr>
          <w:b/>
        </w:rPr>
        <w:t xml:space="preserve">[37:26] </w:t>
      </w:r>
      <w:r>
        <w:t>ji, yahi meri samajh mein hota hai is ka hal.</w:t>
      </w:r>
    </w:p>
    <w:p>
      <w:pPr>
        <w:jc w:val="right"/>
      </w:pPr>
      <w:r>
        <w:t>جی، یہی میری سمجھ میں ہوتا ہے اس کا حل۔</w:t>
      </w:r>
    </w:p>
    <w:p>
      <w:r>
        <w:rPr>
          <w:b/>
        </w:rPr>
        <w:t xml:space="preserve">[37:33] </w:t>
      </w:r>
      <w:r>
        <w:t>ji molana sahib, normally people complain often about their situations and about other people's mistakes, and this develops in them a complaining attitude. so how can a person get rid of complaining attitude and start being grateful? what is your advice on this?</w:t>
      </w:r>
    </w:p>
    <w:p>
      <w:pPr>
        <w:jc w:val="right"/>
      </w:pPr>
      <w:r>
        <w:t>جی مولانا صاحب، نارملی پیپل کمپلین آفن اباؤٹ دیر سچویشنز اینڈ اباؤٹ ادر پیپلز مسٹیکس، اینڈ دس ڈویلپس ان دیم ا کمپلیننگ ایٹیٹیوڈ۔ سو ہاؤ کین ا پرسن گیٹ ریڈ آف کمپلیننگ ایٹیٹیوڈ اینڈ سٹارٹ بینگ گریٹ فل؟ واٹ از یور ایڈوائز آن دس؟</w:t>
      </w:r>
    </w:p>
    <w:p>
      <w:r>
        <w:rPr>
          <w:b/>
        </w:rPr>
        <w:t xml:space="preserve">[37:53] </w:t>
      </w:r>
      <w:r>
        <w:t>dekhen, baat yeh hai ke blame doosre par daalna bara aasan hai.</w:t>
      </w:r>
    </w:p>
    <w:p>
      <w:pPr>
        <w:jc w:val="right"/>
      </w:pPr>
      <w:r>
        <w:t>دیکھیں، بات یہ ہے کہ بلیم دوسرے پر ڈالنا بڑا آسان ہے۔</w:t>
      </w:r>
    </w:p>
    <w:p>
      <w:r>
        <w:rPr>
          <w:b/>
        </w:rPr>
        <w:t xml:space="preserve">[37:58] </w:t>
      </w:r>
      <w:r>
        <w:t>to dhar se log aasan course pakar lete hain, blame daal lete hain doosre par.</w:t>
      </w:r>
    </w:p>
    <w:p>
      <w:pPr>
        <w:jc w:val="right"/>
      </w:pPr>
      <w:r>
        <w:t>تو دھڑ سے لوگ آسان کورس پکڑ لیتے ہیں، بلیم ڈال لیتے ہیں دوسرے پر۔</w:t>
      </w:r>
    </w:p>
    <w:p>
      <w:r>
        <w:rPr>
          <w:b/>
        </w:rPr>
        <w:t xml:space="preserve">[38:04] </w:t>
      </w:r>
      <w:r>
        <w:t>halankeh hamesha blame apne upar aata hai, apni ghalti ke nateejay mein hota hai.</w:t>
      </w:r>
    </w:p>
    <w:p>
      <w:pPr>
        <w:jc w:val="right"/>
      </w:pPr>
      <w:r>
        <w:t>حالانکہ ہمیشہ بلیم اپنے اوپر آتا ہے، اپنی غلطی کے نتیجے میں ہوتا ہے۔</w:t>
      </w:r>
    </w:p>
    <w:p>
      <w:r>
        <w:rPr>
          <w:b/>
        </w:rPr>
        <w:t xml:space="preserve">[38:10] </w:t>
      </w:r>
      <w:r>
        <w:t>doosre par blame daalna ek bilkul hi yani irrational baat hai.</w:t>
      </w:r>
    </w:p>
    <w:p>
      <w:pPr>
        <w:jc w:val="right"/>
      </w:pPr>
      <w:r>
        <w:t>دوسرے پر بلیم ڈالنا ایک بالکل ہی یعنی اریشنل بات ہے۔</w:t>
      </w:r>
    </w:p>
    <w:p>
      <w:r>
        <w:rPr>
          <w:b/>
        </w:rPr>
        <w:t xml:space="preserve">[38:16] </w:t>
      </w:r>
      <w:r>
        <w:t>kisi cheez ka blame doosre par jata hi nahi, blame jata hai apne upar.</w:t>
      </w:r>
    </w:p>
    <w:p>
      <w:pPr>
        <w:jc w:val="right"/>
      </w:pPr>
      <w:r>
        <w:t>کسی چیز کا بلیم دوسرے پر جاتا ہی نہیں، بلیم جاتا ہے اپنے اوپر۔</w:t>
      </w:r>
    </w:p>
    <w:p>
      <w:r>
        <w:rPr>
          <w:b/>
        </w:rPr>
        <w:t xml:space="preserve">[38:22] </w:t>
      </w:r>
      <w:r>
        <w:t>to mera to yeh manna hai ke blame daai self ka formula har insaan ko pakadna chahiye, blame</w:t>
      </w:r>
    </w:p>
    <w:p>
      <w:pPr>
        <w:jc w:val="right"/>
      </w:pPr>
      <w:r>
        <w:t>تو میرا تو یہ ماننا ہے کہ بلیم دائی سیلف کا فارمولا ہر انسان کو پکڑنا چاہیے، بلیم</w:t>
      </w:r>
    </w:p>
    <w:p>
      <w:r>
        <w:rPr>
          <w:b/>
        </w:rPr>
        <w:t xml:space="preserve">[38:28] </w:t>
      </w:r>
      <w:r>
        <w:t>address ka formula bilkul chhod dena chahiye.</w:t>
      </w:r>
    </w:p>
    <w:p>
      <w:pPr>
        <w:jc w:val="right"/>
      </w:pPr>
      <w:r>
        <w:t>ادرس کا فارمولا بالکل چھوڑ دینا چاہیے۔</w:t>
      </w:r>
    </w:p>
    <w:p>
      <w:r>
        <w:rPr>
          <w:b/>
        </w:rPr>
        <w:t xml:space="preserve">[38:34] </w:t>
      </w:r>
      <w:r>
        <w:t>kyunke woh factual nahi hota.</w:t>
      </w:r>
    </w:p>
    <w:p>
      <w:pPr>
        <w:jc w:val="right"/>
      </w:pPr>
      <w:r>
        <w:t>کیونکہ وہ فیکچول نہیں ہوتا۔</w:t>
      </w:r>
    </w:p>
    <w:p>
      <w:r>
        <w:rPr>
          <w:b/>
        </w:rPr>
        <w:t xml:space="preserve">[38:40] </w:t>
      </w:r>
      <w:r>
        <w:t>factual blame daai self hai, blame address yeh factual hai hi nahi.</w:t>
      </w:r>
    </w:p>
    <w:p>
      <w:pPr>
        <w:jc w:val="right"/>
      </w:pPr>
      <w:r>
        <w:t>فیکچول بلیم دائی سیلف ہے، بلیم ادرس یہ فیکچول ہے ہی نہیں۔</w:t>
      </w:r>
    </w:p>
    <w:p>
      <w:r>
        <w:rPr>
          <w:b/>
        </w:rPr>
        <w:t xml:space="preserve">[38:46] </w:t>
      </w:r>
      <w:r>
        <w:t>ji molana sahib, in all your talks, in all your advice, in your books, writings, you who always talked about positivity. we would all like to know that how do you maintain your positivity? what is your formula of being positive all the time?</w:t>
      </w:r>
    </w:p>
    <w:p>
      <w:pPr>
        <w:jc w:val="right"/>
      </w:pPr>
      <w:r>
        <w:t>جی مولانا صاحب، ان آل یور ٹاکس، ان آل یور ایڈوائز، ان یور بکس، رائٹنگز، یو ہو آلویز ٹاکڈ اباؤٹ پازیٹیوٹی۔ وی وڈ آل لائک ٹو نو دیٹ ہاؤ ڈو یو مینٹین یور پازیٹیوٹی؟ واٹ از یور فارمولا آف بینگ پازیٹیو آل دی ٹائم؟</w:t>
      </w:r>
    </w:p>
    <w:p>
      <w:r>
        <w:rPr>
          <w:b/>
        </w:rPr>
        <w:t xml:space="preserve">[39:04] </w:t>
      </w:r>
      <w:r>
        <w:t>mera formula jo hai sab se zyada jis par mein amal karta hoon, woh hai simple living high thinking.</w:t>
      </w:r>
    </w:p>
    <w:p>
      <w:pPr>
        <w:jc w:val="right"/>
      </w:pPr>
      <w:r>
        <w:t>میرا فارمولا جو ہے سب سے زیادہ جس پر میں عمل کرتا ہوں، وہ ہے سمپل لیونگ ہائی تھنکنگ۔</w:t>
      </w:r>
    </w:p>
    <w:p>
      <w:r>
        <w:rPr>
          <w:b/>
        </w:rPr>
        <w:t xml:space="preserve">[39:09] </w:t>
      </w:r>
      <w:r>
        <w:t>simple living high thinking.</w:t>
      </w:r>
    </w:p>
    <w:p>
      <w:pPr>
        <w:jc w:val="right"/>
      </w:pPr>
      <w:r>
        <w:t>سمپل لیونگ ہائی تھنکنگ۔</w:t>
      </w:r>
    </w:p>
    <w:p>
      <w:r>
        <w:rPr>
          <w:b/>
        </w:rPr>
        <w:t xml:space="preserve">[39:14] </w:t>
      </w:r>
      <w:r>
        <w:t>meri zindagi bohat hi saada hai, bohat hi saada.</w:t>
      </w:r>
    </w:p>
    <w:p>
      <w:pPr>
        <w:jc w:val="right"/>
      </w:pPr>
      <w:r>
        <w:t>میری زندگی بہت ہی سادہ ہے، بہت ہی سادہ۔</w:t>
      </w:r>
    </w:p>
    <w:p>
      <w:r>
        <w:rPr>
          <w:b/>
        </w:rPr>
        <w:t xml:space="preserve">[39:20] </w:t>
      </w:r>
      <w:r>
        <w:t>itni saada hai ke meri koi baker requirement nahi.</w:t>
      </w:r>
    </w:p>
    <w:p>
      <w:pPr>
        <w:jc w:val="right"/>
      </w:pPr>
      <w:r>
        <w:t>اتنی سادہ ہے کہ میری کوئی بیکر ریکوائرمنٹ نہیں۔</w:t>
      </w:r>
    </w:p>
    <w:p>
      <w:r>
        <w:rPr>
          <w:b/>
        </w:rPr>
        <w:t xml:space="preserve">[39:25] </w:t>
      </w:r>
      <w:r>
        <w:t>kabhi mein apne ghar walon se kisi cheez ka koi umeed nahi rakhta.</w:t>
      </w:r>
    </w:p>
    <w:p>
      <w:pPr>
        <w:jc w:val="right"/>
      </w:pPr>
      <w:r>
        <w:t>کبھی میں اپنے گھر والوں سے کسی چیز کا کوئی امید نہیں رکھتا۔</w:t>
      </w:r>
    </w:p>
    <w:p>
      <w:r>
        <w:rPr>
          <w:b/>
        </w:rPr>
        <w:t xml:space="preserve">[39:31] </w:t>
      </w:r>
      <w:r>
        <w:t>soch ke mamle mein matlab mein yani har waqt sochta hoon. contemplation.</w:t>
      </w:r>
    </w:p>
    <w:p>
      <w:pPr>
        <w:jc w:val="right"/>
      </w:pPr>
      <w:r>
        <w:t>سوچ کے معاملے میں مطلب میں یعنی ہر وقت سوچتا ہوں۔ کنٹمپریشن۔</w:t>
      </w:r>
    </w:p>
    <w:p>
      <w:r>
        <w:rPr>
          <w:b/>
        </w:rPr>
        <w:t xml:space="preserve">[39:36] </w:t>
      </w:r>
      <w:r>
        <w:t>to contemplation jo hai, woh har waqt is mein masroof rehta hoon.</w:t>
      </w:r>
    </w:p>
    <w:p>
      <w:pPr>
        <w:jc w:val="right"/>
      </w:pPr>
      <w:r>
        <w:t>تو کنٹمپریشن جو ہے، وہ ہر وقت اس میں مصروف رہتا ہوں۔</w:t>
      </w:r>
    </w:p>
    <w:p>
      <w:r>
        <w:rPr>
          <w:b/>
        </w:rPr>
        <w:t xml:space="preserve">[39:42] </w:t>
      </w:r>
      <w:r>
        <w:t>is mein busy rehta hoon mein.</w:t>
      </w:r>
    </w:p>
    <w:p>
      <w:pPr>
        <w:jc w:val="right"/>
      </w:pPr>
      <w:r>
        <w:t>اس میں بزی رہتا ہوں میں۔</w:t>
      </w:r>
    </w:p>
    <w:p>
      <w:r>
        <w:rPr>
          <w:b/>
        </w:rPr>
        <w:t xml:space="preserve">[39:47] </w:t>
      </w:r>
      <w:r>
        <w:t>soch ke hawale mein zyada se zyada.</w:t>
      </w:r>
    </w:p>
    <w:p>
      <w:pPr>
        <w:jc w:val="right"/>
      </w:pPr>
      <w:r>
        <w:t>سوچ کے حوالے میں زیادہ سے زیادہ۔</w:t>
      </w:r>
    </w:p>
    <w:p>
      <w:r>
        <w:rPr>
          <w:b/>
        </w:rPr>
        <w:t xml:space="preserve">[39:52] </w:t>
      </w:r>
      <w:r>
        <w:t>aur apni zindagi ke baray mein mein koi bara taqaza hi nahi, koi bara demand nahi.</w:t>
      </w:r>
    </w:p>
    <w:p>
      <w:pPr>
        <w:jc w:val="right"/>
      </w:pPr>
      <w:r>
        <w:t>اور اپنی زندگی کے بارے میں میں کوئی بڑا تقاضا ہی نہیں، کوئی بڑا ڈیمانڈ نہیں۔</w:t>
      </w:r>
    </w:p>
    <w:p>
      <w:r>
        <w:rPr>
          <w:b/>
        </w:rPr>
        <w:t xml:space="preserve">[39:58] </w:t>
      </w:r>
      <w:r>
        <w:t>jo hai wohi theek hai, jo hai wohi theek hai.</w:t>
      </w:r>
    </w:p>
    <w:p>
      <w:pPr>
        <w:jc w:val="right"/>
      </w:pPr>
      <w:r>
        <w:t>جو ہے وہی ٹھیک ہے، جو ہے وہی ٹھیک ہے۔</w:t>
      </w:r>
    </w:p>
    <w:p>
      <w:r>
        <w:rPr>
          <w:b/>
        </w:rPr>
        <w:t xml:space="preserve">[40:03] </w:t>
      </w:r>
      <w:r>
        <w:t>to mein yani logon se mashwara deta hoon ke is formula ko pakad lijiyay.</w:t>
      </w:r>
    </w:p>
    <w:p>
      <w:pPr>
        <w:jc w:val="right"/>
      </w:pPr>
      <w:r>
        <w:t>تو میں یعنی لوگوں سے مشورہ دیتا ہوں کہ اس فارمولے کو پکڑ لیجئے۔</w:t>
      </w:r>
    </w:p>
    <w:p>
      <w:r>
        <w:rPr>
          <w:b/>
        </w:rPr>
        <w:t xml:space="preserve">[40:09] </w:t>
      </w:r>
      <w:r>
        <w:t>simple living aur high thinking.</w:t>
      </w:r>
    </w:p>
    <w:p>
      <w:pPr>
        <w:jc w:val="right"/>
      </w:pPr>
      <w:r>
        <w:t>سمپل لیونگ اور ہائی تھنکنگ۔</w:t>
      </w:r>
    </w:p>
    <w:p>
      <w:r>
        <w:rPr>
          <w:b/>
        </w:rPr>
        <w:t xml:space="preserve">[40:14] </w:t>
      </w:r>
      <w:r>
        <w:t>is ke baad aap ki zindagi problem free zindagi ban jayegi.</w:t>
      </w:r>
    </w:p>
    <w:p>
      <w:pPr>
        <w:jc w:val="right"/>
      </w:pPr>
      <w:r>
        <w:t>اس کے بعد آپ کی زندگی پرابلم فری زندگی بن جائے گی۔</w:t>
      </w:r>
    </w:p>
    <w:p>
      <w:r>
        <w:rPr>
          <w:b/>
        </w:rPr>
        <w:t xml:space="preserve">[40:20] </w:t>
      </w:r>
      <w:r>
        <w:t>ji molana sahib, in the end, i would like to ask you that what is a message that you would like to give to the whole world on today's theme that is positive thinking?</w:t>
      </w:r>
    </w:p>
    <w:p>
      <w:pPr>
        <w:jc w:val="right"/>
      </w:pPr>
      <w:r>
        <w:t>جی مولانا صاحب، ان دی اینڈ، آئی وڈ لائک ٹو آسک یو دیٹ واٹ از اے میسج دیٹ یو وڈ لائک ٹو گیو ٹو دا ہول ورلڈ آن ٹوڈےز تھیم دیٹ از پازیٹیو تھنکنگ؟</w:t>
      </w:r>
    </w:p>
    <w:p>
      <w:r>
        <w:rPr>
          <w:b/>
        </w:rPr>
        <w:t xml:space="preserve">[40:33] </w:t>
      </w:r>
      <w:r>
        <w:t>mein samajhta hoon ke logon ka masla yeh hai ke log paida hone ke baad apne mahol mein</w:t>
      </w:r>
    </w:p>
    <w:p>
      <w:pPr>
        <w:jc w:val="right"/>
      </w:pPr>
      <w:r>
        <w:t>میں سمجھتا ہوں کہ لوگوں کا مسئلہ یہ ہے کہ لوگ پیدا ہونے کے بعد اپنے ماحول میں</w:t>
      </w:r>
    </w:p>
    <w:p>
      <w:r>
        <w:rPr>
          <w:b/>
        </w:rPr>
        <w:t xml:space="preserve">[40:38] </w:t>
      </w:r>
      <w:r>
        <w:t>un ki conditioning hone lagti hai.</w:t>
      </w:r>
    </w:p>
    <w:p>
      <w:pPr>
        <w:jc w:val="right"/>
      </w:pPr>
      <w:r>
        <w:t>ان کی کنڈیشننگ ہونے لگتی ہے۔</w:t>
      </w:r>
    </w:p>
    <w:p>
      <w:r>
        <w:rPr>
          <w:b/>
        </w:rPr>
        <w:t xml:space="preserve">[40:44] </w:t>
      </w:r>
      <w:r>
        <w:t>تو ہر آدمی Mr. Condition بن جاتا ہے، ہر آدمی without an exception.</w:t>
      </w:r>
    </w:p>
    <w:p>
      <w:pPr>
        <w:jc w:val="right"/>
      </w:pPr>
      <w:r>
        <w:t>تو ہر آدمی مسٹر کنڈیشن بن جاتا ہے، ہر آدمی وداؤٹ این ایکسیپشن۔</w:t>
      </w:r>
    </w:p>
    <w:p>
      <w:r>
        <w:rPr>
          <w:b/>
        </w:rPr>
        <w:t xml:space="preserve">[40:49] </w:t>
      </w:r>
      <w:r>
        <w:t>to har aadmi soche ke meri conditioning kya hai aur apne ko deconditioning banaaye.</w:t>
      </w:r>
    </w:p>
    <w:p>
      <w:pPr>
        <w:jc w:val="right"/>
      </w:pPr>
      <w:r>
        <w:t>تو ہر آدمی سوچے کہ میری کنڈیشننگ کیا ہے اور اپنے کو ڈی کنڈیشن بنائے۔</w:t>
      </w:r>
    </w:p>
    <w:p>
      <w:r>
        <w:rPr>
          <w:b/>
        </w:rPr>
        <w:t xml:space="preserve">[40:55] </w:t>
      </w:r>
      <w:r>
        <w:t>apni deconditioning hi starting point hai insaan ke liye.</w:t>
      </w:r>
    </w:p>
    <w:p>
      <w:pPr>
        <w:jc w:val="right"/>
      </w:pPr>
      <w:r>
        <w:t>اپنی ڈی کنڈیشننگ ہی اسٹارٹنگ پوائنٹ ہے انسان کے لیے۔</w:t>
      </w:r>
    </w:p>
    <w:p>
      <w:r>
        <w:rPr>
          <w:b/>
        </w:rPr>
        <w:t xml:space="preserve">[41:00] </w:t>
      </w:r>
      <w:r>
        <w:t>apne aap ki deconditioning yahi us ke liye zindagi mein starting point hai.</w:t>
      </w:r>
    </w:p>
    <w:p>
      <w:pPr>
        <w:jc w:val="right"/>
      </w:pPr>
      <w:r>
        <w:t>اپنے آپ کی ڈی کنڈیشننگ یہی اس کے لیے زندگی میں اسٹارٹنگ پوائنٹ ہے۔</w:t>
      </w:r>
    </w:p>
    <w:p>
      <w:r>
        <w:rPr>
          <w:b/>
        </w:rPr>
        <w:t xml:space="preserve">[41:06] </w:t>
      </w:r>
      <w:r>
        <w:t>to har waqt har insaan ko yeh kaam karna hai.</w:t>
      </w:r>
    </w:p>
    <w:p>
      <w:pPr>
        <w:jc w:val="right"/>
      </w:pPr>
      <w:r>
        <w:t>تو ہر وقت ہر انسان کو یہ کام کرنا ہے۔</w:t>
      </w:r>
    </w:p>
    <w:p>
      <w:r>
        <w:rPr>
          <w:b/>
        </w:rPr>
        <w:t xml:space="preserve">[41:12] </w:t>
      </w:r>
      <w:r>
        <w:t>agar use pehle nahi kaha tha, jawani ki umar mein nahi kaha tha, to ab karein, zyada umar</w:t>
      </w:r>
    </w:p>
    <w:p>
      <w:pPr>
        <w:jc w:val="right"/>
      </w:pPr>
      <w:r>
        <w:t>اگر اسے پہلے نہیں کہا تھا، جوانی کی عمر میں نہیں کہا تھا، تو اب کریں، زیادہ عمر</w:t>
      </w:r>
    </w:p>
    <w:p>
      <w:r>
        <w:rPr>
          <w:b/>
        </w:rPr>
        <w:t xml:space="preserve">[41:17] </w:t>
      </w:r>
      <w:r>
        <w:t>ke baad karein.</w:t>
      </w:r>
    </w:p>
    <w:p>
      <w:pPr>
        <w:jc w:val="right"/>
      </w:pPr>
      <w:r>
        <w:t>کے بعد کریں۔</w:t>
      </w:r>
    </w:p>
    <w:p>
      <w:r>
        <w:rPr>
          <w:b/>
        </w:rPr>
        <w:t xml:space="preserve">[41:23] </w:t>
      </w:r>
      <w:r>
        <w:t>lekin conditioning ka case to har ek ka hota hi hota hai.</w:t>
      </w:r>
    </w:p>
    <w:p>
      <w:pPr>
        <w:jc w:val="right"/>
      </w:pPr>
      <w:r>
        <w:t>لیکن کنڈیشننگ کا کیس تو ہر ایک کا ہوتا ہی ہوتا ہے۔</w:t>
      </w:r>
    </w:p>
    <w:p>
      <w:r>
        <w:rPr>
          <w:b/>
        </w:rPr>
        <w:t xml:space="preserve">[41:28] </w:t>
      </w:r>
      <w:r>
        <w:t>to deconditioning har ek ki zaroorat hai, chahe woh mazhabi ho ya secular ho.</w:t>
      </w:r>
    </w:p>
    <w:p>
      <w:pPr>
        <w:jc w:val="right"/>
      </w:pPr>
      <w:r>
        <w:t>تو ڈی کنڈیشننگ ہر ایک کی ضرورت ہے، چاہے وہ مذہبی ہو یا سیکولر ہو۔</w:t>
      </w:r>
    </w:p>
    <w:p>
      <w:r>
        <w:rPr>
          <w:b/>
        </w:rPr>
        <w:t xml:space="preserve">[41:34] </w:t>
      </w:r>
      <w:r>
        <w:t>mazhabi ho ya secular, dono halaton mein is ka case conditioning ka case hota hai.</w:t>
      </w:r>
    </w:p>
    <w:p>
      <w:pPr>
        <w:jc w:val="right"/>
      </w:pPr>
      <w:r>
        <w:t>مذہبی ہو یا سیکولر، دونوں حالتوں میں اس کا کیس کنڈیشننگ کا کیس ہوتا ہے۔</w:t>
      </w:r>
    </w:p>
    <w:p>
      <w:r>
        <w:rPr>
          <w:b/>
        </w:rPr>
        <w:t xml:space="preserve">[41:39] </w:t>
      </w:r>
      <w:r>
        <w:t>to apne aap ko deconditioning karna yeh to karna hi padta hai aadmi ko.</w:t>
      </w:r>
    </w:p>
    <w:p>
      <w:pPr>
        <w:jc w:val="right"/>
      </w:pPr>
      <w:r>
        <w:t>تو اپنے آپ کو ڈی کنڈیشننگ کرنا یہ تو کرنا ہی پڑتا ہے آدمی کو۔</w:t>
      </w:r>
    </w:p>
    <w:p>
      <w:r>
        <w:rPr>
          <w:b/>
        </w:rPr>
        <w:t xml:space="preserve">[41:45] </w:t>
      </w:r>
      <w:r>
        <w:t>maine apne aap ko deconditioning karne mein itna zyada apna introspection kiya hai ke aakhri had</w:t>
      </w:r>
    </w:p>
    <w:p>
      <w:pPr>
        <w:jc w:val="right"/>
      </w:pPr>
      <w:r>
        <w:t>میں نے اپنے آپ کو ڈی کنڈیشننگ کرنے میں اتنا زیادہ اپنا انٹراسپیکشن کیا ہے کہ آخری حد</w:t>
      </w:r>
    </w:p>
    <w:p>
      <w:r>
        <w:rPr>
          <w:b/>
        </w:rPr>
        <w:t xml:space="preserve">[41:51] </w:t>
      </w:r>
      <w:r>
        <w:t>tak kiya hai.</w:t>
      </w:r>
    </w:p>
    <w:p>
      <w:pPr>
        <w:jc w:val="right"/>
      </w:pPr>
      <w:r>
        <w:t>تک کیا ہے۔</w:t>
      </w:r>
    </w:p>
    <w:p>
      <w:r>
        <w:rPr>
          <w:b/>
        </w:rPr>
        <w:t xml:space="preserve">[41:56] </w:t>
      </w:r>
      <w:r>
        <w:t>abhi tak sochta rehta hoon.</w:t>
      </w:r>
    </w:p>
    <w:p>
      <w:pPr>
        <w:jc w:val="right"/>
      </w:pPr>
      <w:r>
        <w:t>ابھی تک سوچتا رہتا ہوں۔</w:t>
      </w:r>
    </w:p>
    <w:p>
      <w:r>
        <w:rPr>
          <w:b/>
        </w:rPr>
        <w:t xml:space="preserve">[42:02] </w:t>
      </w:r>
      <w:r>
        <w:t>abhi tak woh apni koi na koi artm dhoond ke nikalta rehta hoon.</w:t>
      </w:r>
    </w:p>
    <w:p>
      <w:pPr>
        <w:jc w:val="right"/>
      </w:pPr>
      <w:r>
        <w:t>ابھی تک وہ اپنی کوئی نہ کوئی آرٹم ڈھونڈ کے نکالتا رہتا ہوں۔</w:t>
      </w:r>
    </w:p>
    <w:p>
      <w:r>
        <w:rPr>
          <w:b/>
        </w:rPr>
        <w:t xml:space="preserve">[42:07] </w:t>
      </w:r>
      <w:r>
        <w:t>to maine kahin padha nahi tha, yeh meri discovery hai ke sab se pehli zaroorat insaan ki</w:t>
      </w:r>
    </w:p>
    <w:p>
      <w:pPr>
        <w:jc w:val="right"/>
      </w:pPr>
      <w:r>
        <w:t>تو میں نے کہیں پڑھا نہیں تھا، یہ میری ڈسکوری ہے کہ سب سے پہلی ضرورت انسان کی</w:t>
      </w:r>
    </w:p>
    <w:p>
      <w:r>
        <w:rPr>
          <w:b/>
        </w:rPr>
        <w:t xml:space="preserve">[42:13] </w:t>
      </w:r>
      <w:r>
        <w:t>yeh hai ke woh apne aap ko deconditioning kare.</w:t>
      </w:r>
    </w:p>
    <w:p>
      <w:pPr>
        <w:jc w:val="right"/>
      </w:pPr>
      <w:r>
        <w:t>یہ ہے کہ وہ اپنے آپ کو ڈی کنڈیشننگ کرے۔</w:t>
      </w:r>
    </w:p>
    <w:p>
      <w:r>
        <w:rPr>
          <w:b/>
        </w:rPr>
        <w:t xml:space="preserve">[42:19] </w:t>
      </w:r>
      <w:r>
        <w:t>thank you molana sahib for taking your time out today. how did you find today's session on positive thinking? do write to us with your feedback on info at cpsglobal.org. we'll be back next week same time. keep watching cps international. thank you.</w:t>
      </w:r>
    </w:p>
    <w:p>
      <w:pPr>
        <w:jc w:val="right"/>
      </w:pPr>
      <w:r>
        <w:t>تھینک یو مولانا صاحب فار ٹیکنگ یور ٹائم آؤٹ ٹوڈے۔ ہاؤ ڈیڈ یو فائنڈ ٹوڈےز سیشن آن پازیٹیو تھنکنگ؟ ڈو رائٹ ٹو اس ود یور فیڈ بیک آن انفو ایٹ سی پی ایس گلوبل ڈاٹ او آر جی۔ وی بی بیک نیکسٹ ویک سیم ٹائم۔ کیپ واچنگ سی پی ایس انٹرنیشنل۔ 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