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Political Interpretation of Islam March 08, 2014</w:t>
      </w:r>
    </w:p>
    <w:p>
      <w:r>
        <w:t>https://www.youtube.com/watch?v=J9ugcjTRpYM</w:t>
      </w:r>
    </w:p>
    <w:p>
      <w:r>
        <w:rPr>
          <w:b/>
        </w:rPr>
        <w:t xml:space="preserve">[00:11]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[00:12] </w:t>
      </w:r>
      <w:r>
        <w:t>March 8, 2014.</w:t>
      </w:r>
    </w:p>
    <w:p>
      <w:pPr>
        <w:jc w:val="right"/>
      </w:pPr>
      <w:r>
        <w:t>مارچ 8، 2014۔</w:t>
      </w:r>
    </w:p>
    <w:p>
      <w:r>
        <w:rPr>
          <w:b/>
        </w:rPr>
        <w:t xml:space="preserve">[00:14] </w:t>
      </w:r>
      <w:r>
        <w:t>Today I want to say a few words about political interpretation of Islam.</w:t>
      </w:r>
    </w:p>
    <w:p>
      <w:pPr>
        <w:jc w:val="right"/>
      </w:pPr>
      <w:r>
        <w:t>ٹوڈے آئی وانٹ ٹو سے ا فیو ورڈز اباؤٹ پولیٹیکل انٹرپریٹیشن آف اسلام۔</w:t>
      </w:r>
    </w:p>
    <w:p>
      <w:r>
        <w:rPr>
          <w:b/>
        </w:rPr>
        <w:t xml:space="preserve">[00:19] </w:t>
      </w:r>
      <w:r>
        <w:t>Political interpretation of Islam is not very simple.</w:t>
      </w:r>
    </w:p>
    <w:p>
      <w:pPr>
        <w:jc w:val="right"/>
      </w:pPr>
      <w:r>
        <w:t>پولیٹیکل انٹرپریٹیشن آف اسلام از ناٹ ویری سمپل۔</w:t>
      </w:r>
    </w:p>
    <w:p>
      <w:r>
        <w:rPr>
          <w:b/>
        </w:rPr>
        <w:t xml:space="preserve">[00:23] </w:t>
      </w:r>
      <w:r>
        <w:t>It is very disastrous.</w:t>
      </w:r>
    </w:p>
    <w:p>
      <w:pPr>
        <w:jc w:val="right"/>
      </w:pPr>
      <w:r>
        <w:t>اٹ از ویری ڈساسٹریس۔</w:t>
      </w:r>
    </w:p>
    <w:p>
      <w:r>
        <w:rPr>
          <w:b/>
        </w:rPr>
        <w:t xml:space="preserve">[00:24] </w:t>
      </w:r>
      <w:r>
        <w:t>All those violence you see in the present world among Muslims is directly a result of this interpretation.</w:t>
      </w:r>
    </w:p>
    <w:p>
      <w:pPr>
        <w:jc w:val="right"/>
      </w:pPr>
      <w:r>
        <w:t>آل دوز وائلنس یو سی ان دی پریزنٹ ورلڈ امنگ مسلمز از ڈائریکٹلی ا رزلٹ آف دس انٹرپریٹیشن۔</w:t>
      </w:r>
    </w:p>
    <w:p>
      <w:r>
        <w:rPr>
          <w:b/>
        </w:rPr>
        <w:t xml:space="preserve">[00:32] </w:t>
      </w:r>
      <w:r>
        <w:t>Why? Political interpretation means to bring about change in political system.</w:t>
      </w:r>
    </w:p>
    <w:p>
      <w:pPr>
        <w:jc w:val="right"/>
      </w:pPr>
      <w:r>
        <w:t>وائی؟ پولیٹیکل انٹرپریٹیشن مینز ٹو برنگ اباؤٹ چینج ان پولیٹیکل سسٹم۔</w:t>
      </w:r>
    </w:p>
    <w:p>
      <w:r>
        <w:rPr>
          <w:b/>
        </w:rPr>
        <w:t xml:space="preserve">[00:37] </w:t>
      </w:r>
      <w:r>
        <w:t>And when you try to change the political system, we have to confront those people who have already occupied</w:t>
      </w:r>
    </w:p>
    <w:p>
      <w:pPr>
        <w:jc w:val="right"/>
      </w:pPr>
      <w:r>
        <w:t>اینڈ وین ٹرائی ٹو چینج دی پولیٹیکل سسٹم، وی ہیو ٹو کنفرنٹ دوز پیپل ہو ہاو آلریڈی اکوپائیڈ</w:t>
      </w:r>
    </w:p>
    <w:p>
      <w:r>
        <w:rPr>
          <w:b/>
        </w:rPr>
        <w:t xml:space="preserve">[00:45] </w:t>
      </w:r>
      <w:r>
        <w:t>The political set.</w:t>
      </w:r>
    </w:p>
    <w:p>
      <w:pPr>
        <w:jc w:val="right"/>
      </w:pPr>
      <w:r>
        <w:t>دی پولیٹیکل سیٹ۔</w:t>
      </w:r>
    </w:p>
    <w:p>
      <w:r>
        <w:rPr>
          <w:b/>
        </w:rPr>
        <w:t xml:space="preserve">[00:46] </w:t>
      </w:r>
      <w:r>
        <w:t>So political interpretation by its very nature has a contribution of violence.</w:t>
      </w:r>
    </w:p>
    <w:p>
      <w:pPr>
        <w:jc w:val="right"/>
      </w:pPr>
      <w:r>
        <w:t>سو پولیٹیکل انٹرپریٹیشن بائی اٹس ویری نیچر ہیز ا کانٹریبشن آف وائلنس۔</w:t>
      </w:r>
    </w:p>
    <w:p>
      <w:r>
        <w:rPr>
          <w:b/>
        </w:rPr>
        <w:t xml:space="preserve">[00:51] </w:t>
      </w:r>
      <w:r>
        <w:t>You can understand this by a comparison.</w:t>
      </w:r>
    </w:p>
    <w:p>
      <w:pPr>
        <w:jc w:val="right"/>
      </w:pPr>
      <w:r>
        <w:t>یو کین انڈرسٹینڈ دس بائی ا کمپیریزن۔</w:t>
      </w:r>
    </w:p>
    <w:p>
      <w:r>
        <w:rPr>
          <w:b/>
        </w:rPr>
        <w:t xml:space="preserve">[00:54] </w:t>
      </w:r>
      <w:r>
        <w:t>For example, if you say if you try to give a spiritual interpretation of Islam, then what will</w:t>
      </w:r>
    </w:p>
    <w:p>
      <w:pPr>
        <w:jc w:val="right"/>
      </w:pPr>
      <w:r>
        <w:t>فار ایگزامپل، اف یو سے اف یو ٹرائی ٹو گیو ا سپریچول انٹرپریٹیشن آف اسلام، دین واٹ ویل</w:t>
      </w:r>
    </w:p>
    <w:p>
      <w:r>
        <w:rPr>
          <w:b/>
        </w:rPr>
        <w:t xml:space="preserve">[01:02] </w:t>
      </w:r>
      <w:r>
        <w:t>happen? Those people who are influenced with your interpretation, they will try to bring about change in their</w:t>
      </w:r>
    </w:p>
    <w:p>
      <w:pPr>
        <w:jc w:val="right"/>
      </w:pPr>
      <w:r>
        <w:t>ہیپن؟ دوز پیپل ہو آر انفلوئنسڈ ود یور انٹرپریٹیشن، دے ویل ٹرائی ٹو برنگ اباؤٹ چینج ان دیر</w:t>
      </w:r>
    </w:p>
    <w:p>
      <w:r>
        <w:rPr>
          <w:b/>
        </w:rPr>
        <w:t xml:space="preserve">[01:10] </w:t>
      </w:r>
      <w:r>
        <w:t>Spiritual life.</w:t>
      </w:r>
    </w:p>
    <w:p>
      <w:pPr>
        <w:jc w:val="right"/>
      </w:pPr>
      <w:r>
        <w:t>سپریچول لائف۔</w:t>
      </w:r>
    </w:p>
    <w:p>
      <w:r>
        <w:rPr>
          <w:b/>
        </w:rPr>
        <w:t xml:space="preserve">[01:11] </w:t>
      </w:r>
      <w:r>
        <w:t>They will try to change their heart, their thinking.</w:t>
      </w:r>
    </w:p>
    <w:p>
      <w:pPr>
        <w:jc w:val="right"/>
      </w:pPr>
      <w:r>
        <w:t>دے ویل ٹرائی ٹو چینج دیر ہارٹ، دیر تھنکنگ۔</w:t>
      </w:r>
    </w:p>
    <w:p>
      <w:r>
        <w:rPr>
          <w:b/>
        </w:rPr>
        <w:t xml:space="preserve">[01:15] </w:t>
      </w:r>
      <w:r>
        <w:t>They will try to change their habit.</w:t>
      </w:r>
    </w:p>
    <w:p>
      <w:pPr>
        <w:jc w:val="right"/>
      </w:pPr>
      <w:r>
        <w:t>دے ویل ٹرائی ٹو چینج دیر ہیبٹ۔</w:t>
      </w:r>
    </w:p>
    <w:p>
      <w:r>
        <w:rPr>
          <w:b/>
        </w:rPr>
        <w:t xml:space="preserve">[01:18] </w:t>
      </w:r>
      <w:r>
        <w:t>They will try to change their inner self.</w:t>
      </w:r>
    </w:p>
    <w:p>
      <w:pPr>
        <w:jc w:val="right"/>
      </w:pPr>
      <w:r>
        <w:t>دے ویل ٹرائی ٹو چینج دیر انر سیلف۔</w:t>
      </w:r>
    </w:p>
    <w:p>
      <w:r>
        <w:rPr>
          <w:b/>
        </w:rPr>
        <w:t xml:space="preserve">[01:21] </w:t>
      </w:r>
      <w:r>
        <w:t>They will try to change their personality.</w:t>
      </w:r>
    </w:p>
    <w:p>
      <w:pPr>
        <w:jc w:val="right"/>
      </w:pPr>
      <w:r>
        <w:t>دے ویل ٹرائی ٹو چینج دیر پرسنالٹی۔</w:t>
      </w:r>
    </w:p>
    <w:p>
      <w:r>
        <w:rPr>
          <w:b/>
        </w:rPr>
        <w:t xml:space="preserve">[01:24] </w:t>
      </w:r>
      <w:r>
        <w:t>So the place of application is different.</w:t>
      </w:r>
    </w:p>
    <w:p>
      <w:pPr>
        <w:jc w:val="right"/>
      </w:pPr>
      <w:r>
        <w:t>سو دا پلیس آف اپلیکیشن از ڈفرنٹ۔</w:t>
      </w:r>
    </w:p>
    <w:p>
      <w:r>
        <w:rPr>
          <w:b/>
        </w:rPr>
        <w:t xml:space="preserve">[01:27] </w:t>
      </w:r>
      <w:r>
        <w:t>Place of application and implementation of political interpretation is different.</w:t>
      </w:r>
    </w:p>
    <w:p>
      <w:pPr>
        <w:jc w:val="right"/>
      </w:pPr>
      <w:r>
        <w:t>پلیس آف اپلیکیشن اور امپلیمنٹیشن آف پولیٹیکل انٹرپریٹیشن از ڈفرنٹ۔</w:t>
      </w:r>
    </w:p>
    <w:p>
      <w:r>
        <w:rPr>
          <w:b/>
        </w:rPr>
        <w:t xml:space="preserve">[01:32] </w:t>
      </w:r>
      <w:r>
        <w:t>And spiritual interpretation is different.</w:t>
      </w:r>
    </w:p>
    <w:p>
      <w:pPr>
        <w:jc w:val="right"/>
      </w:pPr>
      <w:r>
        <w:t>اینڈ سپریچول انٹرپریٹیشن از ڈفرنٹ۔</w:t>
      </w:r>
    </w:p>
    <w:p>
      <w:r>
        <w:rPr>
          <w:b/>
        </w:rPr>
        <w:t xml:space="preserve">[01:34] </w:t>
      </w:r>
      <w:r>
        <w:t>When you give a spiritual interpretation of Islam, then the place of implementation or place of application is</w:t>
      </w:r>
    </w:p>
    <w:p>
      <w:pPr>
        <w:jc w:val="right"/>
      </w:pPr>
      <w:r>
        <w:t>وین یو گیو ا سپریچول انٹرپریٹیشن آف اسلام، دین دا پلیس آف امپلیمنٹیشن اور پلیس آف اپلیکیشن از</w:t>
      </w:r>
    </w:p>
    <w:p>
      <w:r>
        <w:rPr>
          <w:b/>
        </w:rPr>
        <w:t xml:space="preserve">[01:42] </w:t>
      </w:r>
      <w:r>
        <w:t>of mind, of person.</w:t>
      </w:r>
    </w:p>
    <w:p>
      <w:pPr>
        <w:jc w:val="right"/>
      </w:pPr>
      <w:r>
        <w:t>آف مائنڈ، آف پرسن۔</w:t>
      </w:r>
    </w:p>
    <w:p>
      <w:r>
        <w:rPr>
          <w:b/>
        </w:rPr>
        <w:t xml:space="preserve">[01:43] </w:t>
      </w:r>
      <w:r>
        <w:t>His mind, his heart, his soul.</w:t>
      </w:r>
    </w:p>
    <w:p>
      <w:pPr>
        <w:jc w:val="right"/>
      </w:pPr>
      <w:r>
        <w:t>ہز مائنڈ، ہز ہارٹ، ہز سول۔</w:t>
      </w:r>
    </w:p>
    <w:p>
      <w:r>
        <w:rPr>
          <w:b/>
        </w:rPr>
        <w:t xml:space="preserve">[01:46] </w:t>
      </w:r>
      <w:r>
        <w:t>So this kind of interpretation is not going to problem any.</w:t>
      </w:r>
    </w:p>
    <w:p>
      <w:pPr>
        <w:jc w:val="right"/>
      </w:pPr>
      <w:r>
        <w:t>سو دس کائنڈ آف انٹرپریٹیشن از ناٹ گوئنگ ٹو پرابلم اینی۔</w:t>
      </w:r>
    </w:p>
    <w:p>
      <w:r>
        <w:rPr>
          <w:b/>
        </w:rPr>
        <w:t xml:space="preserve">[01:51] </w:t>
      </w:r>
      <w:r>
        <w:t>is not going to create any problem for others.</w:t>
      </w:r>
    </w:p>
    <w:p>
      <w:pPr>
        <w:jc w:val="right"/>
      </w:pPr>
      <w:r>
        <w:t>از ناٹ گوئنگ ٹو کریٹ اینی پرابلم فار ادرز۔</w:t>
      </w:r>
    </w:p>
    <w:p>
      <w:r>
        <w:rPr>
          <w:b/>
        </w:rPr>
        <w:t xml:space="preserve">[01:54] </w:t>
      </w:r>
      <w:r>
        <w:t>No, no problem at all.</w:t>
      </w:r>
    </w:p>
    <w:p>
      <w:pPr>
        <w:jc w:val="right"/>
      </w:pPr>
      <w:r>
        <w:t>نو، نو پرابلم ایٹ آل۔</w:t>
      </w:r>
    </w:p>
    <w:p>
      <w:r>
        <w:rPr>
          <w:b/>
        </w:rPr>
        <w:t xml:space="preserve">[01:57] </w:t>
      </w:r>
      <w:r>
        <w:t>You will silently try to change yourself through meditation, through contemplation, through thinking.</w:t>
      </w:r>
    </w:p>
    <w:p>
      <w:pPr>
        <w:jc w:val="right"/>
      </w:pPr>
      <w:r>
        <w:t>یو ویل سائنٹلی ٹرائی ٹو چینج یور سیلف تھرو میڈیٹیشن، تھرو کنٹمپلیشن، تھرو تھنکنگ۔</w:t>
      </w:r>
    </w:p>
    <w:p>
      <w:r>
        <w:rPr>
          <w:b/>
        </w:rPr>
        <w:t xml:space="preserve">[02:03] </w:t>
      </w:r>
      <w:r>
        <w:t>So all those process will be on your own personality.</w:t>
      </w:r>
    </w:p>
    <w:p>
      <w:pPr>
        <w:jc w:val="right"/>
      </w:pPr>
      <w:r>
        <w:t>سو آل دوز پروسیس ویل بی آن یور اون پرسنالٹی۔</w:t>
      </w:r>
    </w:p>
    <w:p>
      <w:r>
        <w:rPr>
          <w:b/>
        </w:rPr>
        <w:t xml:space="preserve">[02:07] </w:t>
      </w:r>
      <w:r>
        <w:t>But when you give a political interpretation of Islam, then the situation is quite different.</w:t>
      </w:r>
    </w:p>
    <w:p>
      <w:pPr>
        <w:jc w:val="right"/>
      </w:pPr>
      <w:r>
        <w:t>بٹ وین یو گیو ا پولیٹیکل انٹرپریٹیشن آف اسلام، دین دا سچویشن از کوائٹ ڈفرنٹ۔</w:t>
      </w:r>
    </w:p>
    <w:p>
      <w:r>
        <w:rPr>
          <w:b/>
        </w:rPr>
        <w:t xml:space="preserve">[02:13] </w:t>
      </w:r>
      <w:r>
        <w:t>Because political interpretation means that you will try to implement Islam on political system.</w:t>
      </w:r>
    </w:p>
    <w:p>
      <w:pPr>
        <w:jc w:val="right"/>
      </w:pPr>
      <w:r>
        <w:t>بیکاز پولیٹیکل انٹرپریٹیشن مینز داٹ یو ویل ٹرائی ٹو امپلیمنٹ اسلام آن پولیٹیکل سسٹم۔</w:t>
      </w:r>
    </w:p>
    <w:p>
      <w:r>
        <w:rPr>
          <w:b/>
        </w:rPr>
        <w:t xml:space="preserve">[02:19] </w:t>
      </w:r>
      <w:r>
        <w:t>and political system is not weakened.</w:t>
      </w:r>
    </w:p>
    <w:p>
      <w:pPr>
        <w:jc w:val="right"/>
      </w:pPr>
      <w:r>
        <w:t>اینڈ پولیٹیکل سسٹم از ناٹ ویکنڈ۔</w:t>
      </w:r>
    </w:p>
    <w:p>
      <w:r>
        <w:rPr>
          <w:b/>
        </w:rPr>
        <w:t xml:space="preserve">[02:22] </w:t>
      </w:r>
      <w:r>
        <w:t>Every time there are some occupants on the political system.</w:t>
      </w:r>
    </w:p>
    <w:p>
      <w:pPr>
        <w:jc w:val="right"/>
      </w:pPr>
      <w:r>
        <w:t>ایوری ٹائم دیر آر سم اکوپینٹ آن دی پولیٹیکل سسٹم۔</w:t>
      </w:r>
    </w:p>
    <w:p>
      <w:r>
        <w:rPr>
          <w:b/>
        </w:rPr>
        <w:t xml:space="preserve">[02:26] </w:t>
      </w:r>
      <w:r>
        <w:t>So from the very beginning, you will try to insinuate those people.</w:t>
      </w:r>
    </w:p>
    <w:p>
      <w:pPr>
        <w:jc w:val="right"/>
      </w:pPr>
      <w:r>
        <w:t>سو فرام دی ویری بگننگ، یو ویل ٹرائی ٹو انسویٹ دوز پیپلز۔</w:t>
      </w:r>
    </w:p>
    <w:p>
      <w:r>
        <w:rPr>
          <w:b/>
        </w:rPr>
        <w:t xml:space="preserve">[02:31] </w:t>
      </w:r>
      <w:r>
        <w:t>you will try to overthrow those occupants.</w:t>
      </w:r>
    </w:p>
    <w:p>
      <w:pPr>
        <w:jc w:val="right"/>
      </w:pPr>
      <w:r>
        <w:t>یو ویل ٹرائی ٹو اوورتھرو دوز اکوپینٹس۔</w:t>
      </w:r>
    </w:p>
    <w:p>
      <w:r>
        <w:rPr>
          <w:b/>
        </w:rPr>
        <w:t xml:space="preserve">[02:34] </w:t>
      </w:r>
      <w:r>
        <w:t>Then these occupants are these occupants have political power.</w:t>
      </w:r>
    </w:p>
    <w:p>
      <w:pPr>
        <w:jc w:val="right"/>
      </w:pPr>
      <w:r>
        <w:t>دین دیز اکوپینٹس آر دیز اکوپینٹس ہیو پولیٹیکل پاور۔</w:t>
      </w:r>
    </w:p>
    <w:p>
      <w:r>
        <w:rPr>
          <w:b/>
        </w:rPr>
        <w:t xml:space="preserve">[02:38] </w:t>
      </w:r>
      <w:r>
        <w:t>They have power of violence.</w:t>
      </w:r>
    </w:p>
    <w:p>
      <w:pPr>
        <w:jc w:val="right"/>
      </w:pPr>
      <w:r>
        <w:t>دے ہیو پاور آف وائلنس۔</w:t>
      </w:r>
    </w:p>
    <w:p>
      <w:r>
        <w:rPr>
          <w:b/>
        </w:rPr>
        <w:t xml:space="preserve">[02:40] </w:t>
      </w:r>
      <w:r>
        <w:t>They have army.</w:t>
      </w:r>
    </w:p>
    <w:p>
      <w:pPr>
        <w:jc w:val="right"/>
      </w:pPr>
      <w:r>
        <w:t>دے ہیو آرمی۔</w:t>
      </w:r>
    </w:p>
    <w:p>
      <w:r>
        <w:rPr>
          <w:b/>
        </w:rPr>
        <w:t xml:space="preserve">[02:42] </w:t>
      </w:r>
      <w:r>
        <w:t>So naturally they will try to crush you, to finish you, to fight you.</w:t>
      </w:r>
    </w:p>
    <w:p>
      <w:pPr>
        <w:jc w:val="right"/>
      </w:pPr>
      <w:r>
        <w:t>سو دے نیچرلی دے ویل ٹرائی ٹو کریش یو، ٹو فنش یو، ٹو فائٹ یو۔</w:t>
      </w:r>
    </w:p>
    <w:p>
      <w:r>
        <w:rPr>
          <w:b/>
        </w:rPr>
        <w:t xml:space="preserve">[02:48] </w:t>
      </w:r>
      <w:r>
        <w:t>They are not going to vacant their seat silently.</w:t>
      </w:r>
    </w:p>
    <w:p>
      <w:pPr>
        <w:jc w:val="right"/>
      </w:pPr>
      <w:r>
        <w:t>دے آر ناٹ گوئنگ ٹو ویکنٹ دیر سیٹ سائلنٹلی۔</w:t>
      </w:r>
    </w:p>
    <w:p>
      <w:r>
        <w:rPr>
          <w:b/>
        </w:rPr>
        <w:t xml:space="preserve">[02:52] </w:t>
      </w:r>
      <w:r>
        <w:t>They will try to retaliate.</w:t>
      </w:r>
    </w:p>
    <w:p>
      <w:pPr>
        <w:jc w:val="right"/>
      </w:pPr>
      <w:r>
        <w:t>دے ویل ٹرائی ٹو لیٹیلیٹ۔</w:t>
      </w:r>
    </w:p>
    <w:p>
      <w:r>
        <w:rPr>
          <w:b/>
        </w:rPr>
        <w:t xml:space="preserve">[02:54] </w:t>
      </w:r>
      <w:r>
        <w:t>They will try to defend.</w:t>
      </w:r>
    </w:p>
    <w:p>
      <w:pPr>
        <w:jc w:val="right"/>
      </w:pPr>
      <w:r>
        <w:t>دے ویل ٹرائی ٹو ڈیفنس۔</w:t>
      </w:r>
    </w:p>
    <w:p>
      <w:r>
        <w:rPr>
          <w:b/>
        </w:rPr>
        <w:t xml:space="preserve">[02:56] </w:t>
      </w:r>
      <w:r>
        <w:t>They will try to eliminate you.</w:t>
      </w:r>
    </w:p>
    <w:p>
      <w:pPr>
        <w:jc w:val="right"/>
      </w:pPr>
      <w:r>
        <w:t>دے ویل ٹرائی ٹو ایلیمینیٹ یو۔</w:t>
      </w:r>
    </w:p>
    <w:p>
      <w:r>
        <w:rPr>
          <w:b/>
        </w:rPr>
        <w:t xml:space="preserve">[02:59] </w:t>
      </w:r>
      <w:r>
        <w:t>Then it means that political interpretation is bound to create violence.</w:t>
      </w:r>
    </w:p>
    <w:p>
      <w:pPr>
        <w:jc w:val="right"/>
      </w:pPr>
      <w:r>
        <w:t>دین اٹ مینز داٹ پولیٹیکل انٹرپریٹیشن از باؤنڈ ٹو کریٹ وائلنس۔</w:t>
      </w:r>
    </w:p>
    <w:p>
      <w:r>
        <w:rPr>
          <w:b/>
        </w:rPr>
        <w:t xml:space="preserve">[03:04] </w:t>
      </w:r>
      <w:r>
        <w:t>bound to create fighting.</w:t>
      </w:r>
    </w:p>
    <w:p>
      <w:pPr>
        <w:jc w:val="right"/>
      </w:pPr>
      <w:r>
        <w:t>باؤنڈ ٹو کریٹ فائٹنگ۔</w:t>
      </w:r>
    </w:p>
    <w:p>
      <w:r>
        <w:rPr>
          <w:b/>
        </w:rPr>
        <w:t xml:space="preserve">[03:05] </w:t>
      </w:r>
      <w:r>
        <w:t>bound to divide the society between two warring groups.</w:t>
      </w:r>
    </w:p>
    <w:p>
      <w:pPr>
        <w:jc w:val="right"/>
      </w:pPr>
      <w:r>
        <w:t>باؤنڈ ٹو ڈیوائیڈ دا سوسائٹی بٹوین ٹو وارنگ گروپ۔</w:t>
      </w:r>
    </w:p>
    <w:p>
      <w:r>
        <w:rPr>
          <w:b/>
        </w:rPr>
        <w:t xml:space="preserve">[03:09] </w:t>
      </w:r>
      <w:r>
        <w:t>two warring groups.</w:t>
      </w:r>
    </w:p>
    <w:p>
      <w:pPr>
        <w:jc w:val="right"/>
      </w:pPr>
      <w:r>
        <w:t>ٹو وارنگ گروپ۔</w:t>
      </w:r>
    </w:p>
    <w:p>
      <w:r>
        <w:rPr>
          <w:b/>
        </w:rPr>
        <w:t xml:space="preserve">[03:11] </w:t>
      </w:r>
      <w:r>
        <w:t>This is not the this is not the end of the problem.</w:t>
      </w:r>
    </w:p>
    <w:p>
      <w:pPr>
        <w:jc w:val="right"/>
      </w:pPr>
      <w:r>
        <w:t>دین دس از ناٹ دا دس از ناٹ دا اینڈ آف دا پرابلم۔</w:t>
      </w:r>
    </w:p>
    <w:p>
      <w:r>
        <w:rPr>
          <w:b/>
        </w:rPr>
        <w:t xml:space="preserve">[03:16] </w:t>
      </w:r>
      <w:r>
        <w:t>Why? Because it is the nature of human.</w:t>
      </w:r>
    </w:p>
    <w:p>
      <w:pPr>
        <w:jc w:val="right"/>
      </w:pPr>
      <w:r>
        <w:t>وائی؟ بیکاز اٹ از دا نیچر آف ہیومن۔</w:t>
      </w:r>
    </w:p>
    <w:p>
      <w:r>
        <w:rPr>
          <w:b/>
        </w:rPr>
        <w:t xml:space="preserve">[03:20] </w:t>
      </w:r>
      <w:r>
        <w:t>It is the nature of human being.</w:t>
      </w:r>
    </w:p>
    <w:p>
      <w:pPr>
        <w:jc w:val="right"/>
      </w:pPr>
      <w:r>
        <w:t>اٹ از دا نیچر آف ہیومن بینگ۔</w:t>
      </w:r>
    </w:p>
    <w:p>
      <w:r>
        <w:rPr>
          <w:b/>
        </w:rPr>
        <w:t xml:space="preserve">[03:23] </w:t>
      </w:r>
      <w:r>
        <w:t>that he never accept defeat.</w:t>
      </w:r>
    </w:p>
    <w:p>
      <w:pPr>
        <w:jc w:val="right"/>
      </w:pPr>
      <w:r>
        <w:t>داٹ ہی نیور ایکسیپٹ ڈیفیٹ۔</w:t>
      </w:r>
    </w:p>
    <w:p>
      <w:r>
        <w:rPr>
          <w:b/>
        </w:rPr>
        <w:t xml:space="preserve">[03:25] </w:t>
      </w:r>
      <w:r>
        <w:t>For example, if you are obsessed with political interpretation, you will try to establish Islam in political system.</w:t>
      </w:r>
    </w:p>
    <w:p>
      <w:pPr>
        <w:jc w:val="right"/>
      </w:pPr>
      <w:r>
        <w:t>فار ایگزامپل، اف یو آر ابسیسڈ ود پولیٹیکل انٹرپریٹیشن، یو ویل ٹرائی ٹو اسٹیبلش اسلام ان پولیٹیکل سسٹم۔</w:t>
      </w:r>
    </w:p>
    <w:p>
      <w:r>
        <w:rPr>
          <w:b/>
        </w:rPr>
        <w:t xml:space="preserve">[03:33] </w:t>
      </w:r>
      <w:r>
        <w:t>And you successfully incited those people.</w:t>
      </w:r>
    </w:p>
    <w:p>
      <w:pPr>
        <w:jc w:val="right"/>
      </w:pPr>
      <w:r>
        <w:t>اینڈ یو سکسیس فولی انسیٹڈ دوز پیپل۔</w:t>
      </w:r>
    </w:p>
    <w:p>
      <w:r>
        <w:rPr>
          <w:b/>
        </w:rPr>
        <w:t xml:space="preserve">[03:36] </w:t>
      </w:r>
      <w:r>
        <w:t>You won the war.</w:t>
      </w:r>
    </w:p>
    <w:p>
      <w:pPr>
        <w:jc w:val="right"/>
      </w:pPr>
      <w:r>
        <w:t>یو ون دا وار۔</w:t>
      </w:r>
    </w:p>
    <w:p>
      <w:r>
        <w:rPr>
          <w:b/>
        </w:rPr>
        <w:t xml:space="preserve">[03:37] </w:t>
      </w:r>
      <w:r>
        <w:t>You defeated those people who had acquired political power.</w:t>
      </w:r>
    </w:p>
    <w:p>
      <w:pPr>
        <w:jc w:val="right"/>
      </w:pPr>
      <w:r>
        <w:t>یو ڈیفیٹڈ دوز پیپل ہو ہو آر اکوائرڈ پولیٹیکل پاور۔</w:t>
      </w:r>
    </w:p>
    <w:p>
      <w:r>
        <w:rPr>
          <w:b/>
        </w:rPr>
        <w:t xml:space="preserve">[03:42] </w:t>
      </w:r>
      <w:r>
        <w:t>Then what happened? Those people will not accept that defeat.</w:t>
      </w:r>
    </w:p>
    <w:p>
      <w:pPr>
        <w:jc w:val="right"/>
      </w:pPr>
      <w:r>
        <w:t>دین واٹ ہیپن؟ دوز پیپل ویل ناٹ ایکسیپٹ داٹ ڈیفیٹ۔</w:t>
      </w:r>
    </w:p>
    <w:p>
      <w:r>
        <w:rPr>
          <w:b/>
        </w:rPr>
        <w:t xml:space="preserve">[03:46] </w:t>
      </w:r>
      <w:r>
        <w:t>They will go to revenge.</w:t>
      </w:r>
    </w:p>
    <w:p>
      <w:pPr>
        <w:jc w:val="right"/>
      </w:pPr>
      <w:r>
        <w:t>دے ویل گو ٹو ریونج۔</w:t>
      </w:r>
    </w:p>
    <w:p>
      <w:r>
        <w:rPr>
          <w:b/>
        </w:rPr>
        <w:t xml:space="preserve">[03:48] </w:t>
      </w:r>
      <w:r>
        <w:t>Previously, they were fighting for defense.</w:t>
      </w:r>
    </w:p>
    <w:p>
      <w:pPr>
        <w:jc w:val="right"/>
      </w:pPr>
      <w:r>
        <w:t>پریویسلی دے وار فائٹنگ فار ڈیفنس۔</w:t>
      </w:r>
    </w:p>
    <w:p>
      <w:r>
        <w:rPr>
          <w:b/>
        </w:rPr>
        <w:t xml:space="preserve">[03:51] </w:t>
      </w:r>
      <w:r>
        <w:t>Now they will try to fight for revenge.</w:t>
      </w:r>
    </w:p>
    <w:p>
      <w:pPr>
        <w:jc w:val="right"/>
      </w:pPr>
      <w:r>
        <w:t>ناو دے ویل ٹرائی ٹو فائٹ فار ریونج۔</w:t>
      </w:r>
    </w:p>
    <w:p>
      <w:r>
        <w:rPr>
          <w:b/>
        </w:rPr>
        <w:t xml:space="preserve">[03:54] </w:t>
      </w:r>
      <w:r>
        <w:t>So political interpretation by its very nature, by its result, it starts a chain of war, change of</w:t>
      </w:r>
    </w:p>
    <w:p>
      <w:pPr>
        <w:jc w:val="right"/>
      </w:pPr>
      <w:r>
        <w:t>سو پولیٹیکل انٹرپریٹیشن بائی اٹس ویری نیچر، بائی اٹس رزلٹ، اٹ سٹارٹس ا چین آف وار، چینج آف</w:t>
      </w:r>
    </w:p>
    <w:p>
      <w:r>
        <w:rPr>
          <w:b/>
        </w:rPr>
        <w:t xml:space="preserve">[04:02] </w:t>
      </w:r>
      <w:r>
        <w:t>Fighting.</w:t>
      </w:r>
    </w:p>
    <w:p>
      <w:pPr>
        <w:jc w:val="right"/>
      </w:pPr>
      <w:r>
        <w:t>فائٹنگ۔</w:t>
      </w:r>
    </w:p>
    <w:p>
      <w:r>
        <w:rPr>
          <w:b/>
        </w:rPr>
        <w:t xml:space="preserve">[04:03] </w:t>
      </w:r>
      <w:r>
        <w:t>No end.</w:t>
      </w:r>
    </w:p>
    <w:p>
      <w:pPr>
        <w:jc w:val="right"/>
      </w:pPr>
      <w:r>
        <w:t>نو اینڈ۔</w:t>
      </w:r>
    </w:p>
    <w:p>
      <w:r>
        <w:rPr>
          <w:b/>
        </w:rPr>
        <w:t xml:space="preserve">[04:05] </w:t>
      </w:r>
      <w:r>
        <w:t>So political interpretation is quite different from that of spiritual interpretation.</w:t>
      </w:r>
    </w:p>
    <w:p>
      <w:pPr>
        <w:jc w:val="right"/>
      </w:pPr>
      <w:r>
        <w:t>سو پولیٹیکل انٹرپریٹیشن از کوائٹ ڈفرنٹ فرام داٹ آف سپریچول انٹرپریٹیشن۔</w:t>
      </w:r>
    </w:p>
    <w:p>
      <w:r>
        <w:rPr>
          <w:b/>
        </w:rPr>
        <w:t xml:space="preserve">[04:09] </w:t>
      </w:r>
      <w:r>
        <w:t>Then it is not very simple.</w:t>
      </w:r>
    </w:p>
    <w:p>
      <w:pPr>
        <w:jc w:val="right"/>
      </w:pPr>
      <w:r>
        <w:t>دین اٹ از ناٹ ویری سمپل۔</w:t>
      </w:r>
    </w:p>
    <w:p>
      <w:r>
        <w:rPr>
          <w:b/>
        </w:rPr>
        <w:t xml:space="preserve">[04:12] </w:t>
      </w:r>
      <w:r>
        <w:t>Then you know political interpretation has no base in the Quran and Hadith.</w:t>
      </w:r>
    </w:p>
    <w:p>
      <w:pPr>
        <w:jc w:val="right"/>
      </w:pPr>
      <w:r>
        <w:t>دین یو نو پولیٹیکل انٹرپریٹیشن از ہیو نو بیس ان دی قرآن اینڈ حدیث۔</w:t>
      </w:r>
    </w:p>
    <w:p>
      <w:r>
        <w:rPr>
          <w:b/>
        </w:rPr>
        <w:t xml:space="preserve">[04:18] </w:t>
      </w:r>
      <w:r>
        <w:t>I can say with conviction that political interpretation is an innovation, a bid'ah, a mauzuat.</w:t>
      </w:r>
    </w:p>
    <w:p>
      <w:pPr>
        <w:jc w:val="right"/>
      </w:pPr>
      <w:r>
        <w:t>آئی کین سے ود کنوکشن داٹ پولیٹیکل انٹرپریٹیشن از این انویشن، ا بیدار، ا موضاحت۔</w:t>
      </w:r>
    </w:p>
    <w:p>
      <w:r>
        <w:rPr>
          <w:b/>
        </w:rPr>
        <w:t xml:space="preserve">[04:24] </w:t>
      </w:r>
      <w:r>
        <w:t>It is not possible to to prove it from the Quranic verses or Hadith.</w:t>
      </w:r>
    </w:p>
    <w:p>
      <w:pPr>
        <w:jc w:val="right"/>
      </w:pPr>
      <w:r>
        <w:t>اٹ از ناٹ پوسیبل ٹو ٹو پروف اٹ فرام دا قرآنک ورسیز اور حدیث۔</w:t>
      </w:r>
    </w:p>
    <w:p>
      <w:r>
        <w:rPr>
          <w:b/>
        </w:rPr>
        <w:t xml:space="preserve">[04:30] </w:t>
      </w:r>
      <w:r>
        <w:t>Then what happened? It is very dangerous.</w:t>
      </w:r>
    </w:p>
    <w:p>
      <w:pPr>
        <w:jc w:val="right"/>
      </w:pPr>
      <w:r>
        <w:t>دین واٹ ہیپن؟ اٹ از ویری ڈینجرس۔</w:t>
      </w:r>
    </w:p>
    <w:p>
      <w:r>
        <w:rPr>
          <w:b/>
        </w:rPr>
        <w:t xml:space="preserve">[04:33] </w:t>
      </w:r>
      <w:r>
        <w:t>یعنی if you know that you have no solid proof in favor of your implementation, but you are</w:t>
      </w:r>
    </w:p>
    <w:p>
      <w:pPr>
        <w:jc w:val="right"/>
      </w:pPr>
      <w:r>
        <w:t>یعنی اف یو نو داٹ یو ہیو نو سولڈ پروف ان فیور آف یور امپلیٹیشن، بٹ یو آر</w:t>
      </w:r>
    </w:p>
    <w:p>
      <w:r>
        <w:rPr>
          <w:b/>
        </w:rPr>
        <w:t xml:space="preserve">[04:41] </w:t>
      </w:r>
      <w:r>
        <w:t>But you insist that I will implement Islam by the political system, then it will inculcate a very</w:t>
      </w:r>
    </w:p>
    <w:p>
      <w:pPr>
        <w:jc w:val="right"/>
      </w:pPr>
      <w:r>
        <w:t>بٹ یو انسسٹ داٹ آئی ویل امپلیمنٹ اسلام بائی دا پولیٹیکل سسٹم، دین اٹ ویل انکلکیٹ ا ویری</w:t>
      </w:r>
    </w:p>
    <w:p>
      <w:r>
        <w:rPr>
          <w:b/>
        </w:rPr>
        <w:t xml:space="preserve">[04:49] </w:t>
      </w:r>
      <w:r>
        <w:t>dangerous trend.</w:t>
      </w:r>
    </w:p>
    <w:p>
      <w:pPr>
        <w:jc w:val="right"/>
      </w:pPr>
      <w:r>
        <w:t>ڈینجرس ٹرینڈ۔</w:t>
      </w:r>
    </w:p>
    <w:p>
      <w:r>
        <w:rPr>
          <w:b/>
        </w:rPr>
        <w:t xml:space="preserve">[04:50] </w:t>
      </w:r>
      <w:r>
        <w:t>Very dangerous trend.</w:t>
      </w:r>
    </w:p>
    <w:p>
      <w:pPr>
        <w:jc w:val="right"/>
      </w:pPr>
      <w:r>
        <w:t>ویری ڈینجرس ٹرینڈ۔</w:t>
      </w:r>
    </w:p>
    <w:p>
      <w:r>
        <w:rPr>
          <w:b/>
        </w:rPr>
        <w:t xml:space="preserve">[04:52] </w:t>
      </w:r>
      <w:r>
        <w:t>It means that you have opted for arrogance.</w:t>
      </w:r>
    </w:p>
    <w:p>
      <w:pPr>
        <w:jc w:val="right"/>
      </w:pPr>
      <w:r>
        <w:t>اٹ مینز داٹ یو ہیو اپٹڈ فار اروگنس۔</w:t>
      </w:r>
    </w:p>
    <w:p>
      <w:r>
        <w:rPr>
          <w:b/>
        </w:rPr>
        <w:t xml:space="preserve">[04:55] </w:t>
      </w:r>
      <w:r>
        <w:t>Very arrogance psychology.</w:t>
      </w:r>
    </w:p>
    <w:p>
      <w:pPr>
        <w:jc w:val="right"/>
      </w:pPr>
      <w:r>
        <w:t>ویری اروگنس سائیکالوجی۔</w:t>
      </w:r>
    </w:p>
    <w:p>
      <w:r>
        <w:rPr>
          <w:b/>
        </w:rPr>
        <w:t xml:space="preserve">[04:57] </w:t>
      </w:r>
      <w:r>
        <w:t>It means that you have opted for that kind of psychology which insists on his own stand, even</w:t>
      </w:r>
    </w:p>
    <w:p>
      <w:pPr>
        <w:jc w:val="right"/>
      </w:pPr>
      <w:r>
        <w:t>اٹ مینز داٹ یو ہیو اپٹڈ فار داٹ کائنڈ آف سائیکالوجی وچ انسسٹ آن ہز اون سٹینڈ، ایون</w:t>
      </w:r>
    </w:p>
    <w:p>
      <w:r>
        <w:rPr>
          <w:b/>
        </w:rPr>
        <w:t xml:space="preserve">[05:05] </w:t>
      </w:r>
      <w:r>
        <w:t>If it is not proved by the Quran and Hadith.</w:t>
      </w:r>
    </w:p>
    <w:p>
      <w:pPr>
        <w:jc w:val="right"/>
      </w:pPr>
      <w:r>
        <w:t>اف اٹ از ناٹ پروف بائی دا قرآن اینڈ حدیث۔</w:t>
      </w:r>
    </w:p>
    <w:p>
      <w:r>
        <w:rPr>
          <w:b/>
        </w:rPr>
        <w:t xml:space="preserve">[05:09] </w:t>
      </w:r>
      <w:r>
        <w:t>So dangerous kind of deviation from the Quran.</w:t>
      </w:r>
    </w:p>
    <w:p>
      <w:pPr>
        <w:jc w:val="right"/>
      </w:pPr>
      <w:r>
        <w:t>سو ڈینجرس کائنڈ آف ڈیوی ایشن فرام دی قرآن۔</w:t>
      </w:r>
    </w:p>
    <w:p>
      <w:r>
        <w:rPr>
          <w:b/>
        </w:rPr>
        <w:t xml:space="preserve">[05:13] </w:t>
      </w:r>
      <w:r>
        <w:t>Then there are some other aspects, very dangerous aspects.</w:t>
      </w:r>
    </w:p>
    <w:p>
      <w:pPr>
        <w:jc w:val="right"/>
      </w:pPr>
      <w:r>
        <w:t>دین دیر آر سم ادر آسپیکٹ، ویری ڈینجرس آسپیکٹ۔</w:t>
      </w:r>
    </w:p>
    <w:p>
      <w:r>
        <w:rPr>
          <w:b/>
        </w:rPr>
        <w:t xml:space="preserve">[05:17] </w:t>
      </w:r>
      <w:r>
        <w:t>For example, when you are influenced with political interpretation, then you have to inculcate hate against others.</w:t>
      </w:r>
    </w:p>
    <w:p>
      <w:pPr>
        <w:jc w:val="right"/>
      </w:pPr>
      <w:r>
        <w:t>فار ایگزامپل، وین یو آر انفلوئنسڈ ود پولیٹیکل انٹرپریٹیشن، دین یو ہیو ٹو انکلکیٹ ہیٹ اگینسٹ ادرز۔</w:t>
      </w:r>
    </w:p>
    <w:p>
      <w:r>
        <w:rPr>
          <w:b/>
        </w:rPr>
        <w:t xml:space="preserve">[05:24] </w:t>
      </w:r>
      <w:r>
        <w:t>Because parties always divide people into groups.</w:t>
      </w:r>
    </w:p>
    <w:p>
      <w:pPr>
        <w:jc w:val="right"/>
      </w:pPr>
      <w:r>
        <w:t>بیکاز پارٹیز آلویز ڈیوائیڈس پیپل ان ٹو گروپ۔</w:t>
      </w:r>
    </w:p>
    <w:p>
      <w:r>
        <w:rPr>
          <w:b/>
        </w:rPr>
        <w:t xml:space="preserve">[05:27] </w:t>
      </w:r>
      <w:r>
        <w:t>ruler and ruled.</w:t>
      </w:r>
    </w:p>
    <w:p>
      <w:pPr>
        <w:jc w:val="right"/>
      </w:pPr>
      <w:r>
        <w:t>رولر اینڈ رولڈ۔</w:t>
      </w:r>
    </w:p>
    <w:p>
      <w:r>
        <w:rPr>
          <w:b/>
        </w:rPr>
        <w:t xml:space="preserve">[05:29] </w:t>
      </w:r>
      <w:r>
        <w:t>occupant.</w:t>
      </w:r>
    </w:p>
    <w:p>
      <w:pPr>
        <w:jc w:val="right"/>
      </w:pPr>
      <w:r>
        <w:t>اکوپینٹ۔</w:t>
      </w:r>
    </w:p>
    <w:p>
      <w:r>
        <w:rPr>
          <w:b/>
        </w:rPr>
        <w:t xml:space="preserve">[05:30] </w:t>
      </w:r>
      <w:r>
        <w:t>occupant on those people who try to to to remove you from occupation.</w:t>
      </w:r>
    </w:p>
    <w:p>
      <w:pPr>
        <w:jc w:val="right"/>
      </w:pPr>
      <w:r>
        <w:t>اکوپینٹ آن دوز پیپل ہو ٹرائی ٹو ٹو ٹو ریموو یو فرام اکوپیشن۔</w:t>
      </w:r>
    </w:p>
    <w:p>
      <w:r>
        <w:rPr>
          <w:b/>
        </w:rPr>
        <w:t xml:space="preserve">[05:36] </w:t>
      </w:r>
      <w:r>
        <w:t>So political interpretation is bound to divide people into groups.</w:t>
      </w:r>
    </w:p>
    <w:p>
      <w:pPr>
        <w:jc w:val="right"/>
      </w:pPr>
      <w:r>
        <w:t>سو پولیٹیکل انٹرپریٹیشن از باؤنڈ ٹو ڈیوائیڈ پیپل ان ٹو گروپ۔</w:t>
      </w:r>
    </w:p>
    <w:p>
      <w:r>
        <w:rPr>
          <w:b/>
        </w:rPr>
        <w:t xml:space="preserve">[05:41] </w:t>
      </w:r>
      <w:r>
        <w:t>two warring groups.</w:t>
      </w:r>
    </w:p>
    <w:p>
      <w:pPr>
        <w:jc w:val="right"/>
      </w:pPr>
      <w:r>
        <w:t>ٹو وارنگ گروپ۔</w:t>
      </w:r>
    </w:p>
    <w:p>
      <w:r>
        <w:rPr>
          <w:b/>
        </w:rPr>
        <w:t xml:space="preserve">[05:42] </w:t>
      </w:r>
      <w:r>
        <w:t>So political interpretation inculcates hate, violence, intolerance, we and they concept.</w:t>
      </w:r>
    </w:p>
    <w:p>
      <w:pPr>
        <w:jc w:val="right"/>
      </w:pPr>
      <w:r>
        <w:t>سو پولیٹیکل انٹرپریٹیشن انکلکیٹس ہیٹ، وائلنس، انٹولرنس، وی اینڈ دے کانسیپٹ۔</w:t>
      </w:r>
    </w:p>
    <w:p>
      <w:r>
        <w:rPr>
          <w:b/>
        </w:rPr>
        <w:t xml:space="preserve">[05:47] </w:t>
      </w:r>
      <w:r>
        <w:t>This will destroy.</w:t>
      </w:r>
    </w:p>
    <w:p>
      <w:pPr>
        <w:jc w:val="right"/>
      </w:pPr>
      <w:r>
        <w:t>دس ویل ڈسٹروئل۔</w:t>
      </w:r>
    </w:p>
    <w:p>
      <w:r>
        <w:rPr>
          <w:b/>
        </w:rPr>
        <w:t xml:space="preserve">[05:48] </w:t>
      </w:r>
      <w:r>
        <w:t>This is bound to destroy the whole fabric of Islam.</w:t>
      </w:r>
    </w:p>
    <w:p>
      <w:pPr>
        <w:jc w:val="right"/>
      </w:pPr>
      <w:r>
        <w:t>دس از باؤنڈ ٹو ڈسٹروئل دا ہول فیبرک آف اسلام۔</w:t>
      </w:r>
    </w:p>
    <w:p>
      <w:r>
        <w:rPr>
          <w:b/>
        </w:rPr>
        <w:t xml:space="preserve">[05:53] </w:t>
      </w:r>
      <w:r>
        <w:t>whole fabric of Islam.</w:t>
      </w:r>
    </w:p>
    <w:p>
      <w:pPr>
        <w:jc w:val="right"/>
      </w:pPr>
      <w:r>
        <w:t>ہول فیبرک آف اسلام۔</w:t>
      </w:r>
    </w:p>
    <w:p>
      <w:r>
        <w:rPr>
          <w:b/>
        </w:rPr>
        <w:t xml:space="preserve">[05:54] </w:t>
      </w:r>
      <w:r>
        <w:t>Why? Because there are two main targets of Islam.</w:t>
      </w:r>
    </w:p>
    <w:p>
      <w:pPr>
        <w:jc w:val="right"/>
      </w:pPr>
      <w:r>
        <w:t>وائی؟ بیکاز دیر آر ٹو مین ٹارگٹ آف اسلام۔</w:t>
      </w:r>
    </w:p>
    <w:p>
      <w:r>
        <w:rPr>
          <w:b/>
        </w:rPr>
        <w:t xml:space="preserve">[05:58] </w:t>
      </w:r>
      <w:r>
        <w:t>First is marifah and second is da'wah.</w:t>
      </w:r>
    </w:p>
    <w:p>
      <w:pPr>
        <w:jc w:val="right"/>
      </w:pPr>
      <w:r>
        <w:t>فرسٹ از معرفہ اینڈ سیکنڈ از دعویٰ۔</w:t>
      </w:r>
    </w:p>
    <w:p>
      <w:r>
        <w:rPr>
          <w:b/>
        </w:rPr>
        <w:t xml:space="preserve">[06:01] </w:t>
      </w:r>
      <w:r>
        <w:t>Ma'rifah means realization.</w:t>
      </w:r>
    </w:p>
    <w:p>
      <w:pPr>
        <w:jc w:val="right"/>
      </w:pPr>
      <w:r>
        <w:t>معرفہ مینز ریلائزیشن۔</w:t>
      </w:r>
    </w:p>
    <w:p>
      <w:r>
        <w:rPr>
          <w:b/>
        </w:rPr>
        <w:t xml:space="preserve">[06:03] </w:t>
      </w:r>
      <w:r>
        <w:t>دعویٰ means conveying the message of Islam to all mankind.</w:t>
      </w:r>
    </w:p>
    <w:p>
      <w:pPr>
        <w:jc w:val="right"/>
      </w:pPr>
      <w:r>
        <w:t>دعویٰ مینز کنوینگ دا میسج آف اسلام ٹو آل مین کائنڈ۔</w:t>
      </w:r>
    </w:p>
    <w:p>
      <w:r>
        <w:rPr>
          <w:b/>
        </w:rPr>
        <w:t xml:space="preserve">[06:07] </w:t>
      </w:r>
      <w:r>
        <w:t>So when you are obsessed with political interpretation, you are a hateful person.</w:t>
      </w:r>
    </w:p>
    <w:p>
      <w:pPr>
        <w:jc w:val="right"/>
      </w:pPr>
      <w:r>
        <w:t>سو وین یو آر ابسیسڈ ود پولیٹیکل انٹرپریٹیشن، یو آر ا ہیٹ فل پرسن۔</w:t>
      </w:r>
    </w:p>
    <w:p>
      <w:r>
        <w:rPr>
          <w:b/>
        </w:rPr>
        <w:t xml:space="preserve">[06:13] </w:t>
      </w:r>
      <w:r>
        <w:t>You are a violent person.</w:t>
      </w:r>
    </w:p>
    <w:p>
      <w:pPr>
        <w:jc w:val="right"/>
      </w:pPr>
      <w:r>
        <w:t>یو آر ا وائلنٹ پرسن۔</w:t>
      </w:r>
    </w:p>
    <w:p>
      <w:r>
        <w:rPr>
          <w:b/>
        </w:rPr>
        <w:t xml:space="preserve">[06:15] </w:t>
      </w:r>
      <w:r>
        <w:t>You are not a normal person.</w:t>
      </w:r>
    </w:p>
    <w:p>
      <w:pPr>
        <w:jc w:val="right"/>
      </w:pPr>
      <w:r>
        <w:t>یو آر ناٹ ا نارمل پرسن۔</w:t>
      </w:r>
    </w:p>
    <w:p>
      <w:r>
        <w:rPr>
          <w:b/>
        </w:rPr>
        <w:t xml:space="preserve">[06:18] </w:t>
      </w:r>
      <w:r>
        <w:t>So your journey towards ma'rifah will be jeopardized.</w:t>
      </w:r>
    </w:p>
    <w:p>
      <w:pPr>
        <w:jc w:val="right"/>
      </w:pPr>
      <w:r>
        <w:t>سو یور جرنی ٹورڈز معرفہ ویل بی جیپرڈائز۔</w:t>
      </w:r>
    </w:p>
    <w:p>
      <w:r>
        <w:rPr>
          <w:b/>
        </w:rPr>
        <w:t xml:space="preserve">[06:21] </w:t>
      </w:r>
      <w:r>
        <w:t>A person who is obsessed with hate, violence, intolerance, he cannot proceed towards the goal of marifat smoothly.</w:t>
      </w:r>
    </w:p>
    <w:p>
      <w:pPr>
        <w:jc w:val="right"/>
      </w:pPr>
      <w:r>
        <w:t>ا پرسن ہو ابسیسڈ ود ہیٹ، وائلنس، انٹولرنس، ہی کین ناٹ پروسیڈ ٹورڈز دی گول آف معرفت سموتھلی۔</w:t>
      </w:r>
    </w:p>
    <w:p>
      <w:r>
        <w:rPr>
          <w:b/>
        </w:rPr>
        <w:t xml:space="preserve">[06:29] </w:t>
      </w:r>
      <w:r>
        <w:t>Ma'arifat requires positive thinking.</w:t>
      </w:r>
    </w:p>
    <w:p>
      <w:pPr>
        <w:jc w:val="right"/>
      </w:pPr>
      <w:r>
        <w:t>معرفت ریکوائرڈز پوزیٹیو تھنکنگ۔</w:t>
      </w:r>
    </w:p>
    <w:p>
      <w:r>
        <w:rPr>
          <w:b/>
        </w:rPr>
        <w:t xml:space="preserve">[06:31] </w:t>
      </w:r>
      <w:r>
        <w:t>Without positive thinking, you cannot reach the goal of Ma'arifat.</w:t>
      </w:r>
    </w:p>
    <w:p>
      <w:pPr>
        <w:jc w:val="right"/>
      </w:pPr>
      <w:r>
        <w:t>وداؤٹ پوزیٹیو تھنکنگ، یو کین ناٹ ریچ دا گول آف معرفت۔</w:t>
      </w:r>
    </w:p>
    <w:p>
      <w:r>
        <w:rPr>
          <w:b/>
        </w:rPr>
        <w:t xml:space="preserve">[06:36] </w:t>
      </w:r>
      <w:r>
        <w:t>Ma'arifat means realization of God.</w:t>
      </w:r>
    </w:p>
    <w:p>
      <w:pPr>
        <w:jc w:val="right"/>
      </w:pPr>
      <w:r>
        <w:t>معرفت مینز ریلائزیشن آف گاڈ۔</w:t>
      </w:r>
    </w:p>
    <w:p>
      <w:r>
        <w:rPr>
          <w:b/>
        </w:rPr>
        <w:t xml:space="preserve">[06:38] </w:t>
      </w:r>
      <w:r>
        <w:t>So political interpretation deprives you from marifat.</w:t>
      </w:r>
    </w:p>
    <w:p>
      <w:pPr>
        <w:jc w:val="right"/>
      </w:pPr>
      <w:r>
        <w:t>سو پولیٹیکل انٹرپریٹیشن ریپریوز یو فرام معرفت۔</w:t>
      </w:r>
    </w:p>
    <w:p>
      <w:r>
        <w:rPr>
          <w:b/>
        </w:rPr>
        <w:t xml:space="preserve">[06:41] </w:t>
      </w:r>
      <w:r>
        <w:t>Ma'arifat means love for God, fear of God, making making akhirat your sole concern, remembering God.</w:t>
      </w:r>
    </w:p>
    <w:p>
      <w:pPr>
        <w:jc w:val="right"/>
      </w:pPr>
      <w:r>
        <w:t>معرفت مینز لو فار گاڈ، فیئر آف گاڈ، میکنگ میکنگ آخرت یور سول کنسرن، ریممبرنگ گاڈ۔</w:t>
      </w:r>
    </w:p>
    <w:p>
      <w:r>
        <w:rPr>
          <w:b/>
        </w:rPr>
        <w:t xml:space="preserve">[06:48] </w:t>
      </w:r>
      <w:r>
        <w:t>All these things are part of marifat.</w:t>
      </w:r>
    </w:p>
    <w:p>
      <w:pPr>
        <w:jc w:val="right"/>
      </w:pPr>
      <w:r>
        <w:t>آل دیز تھنگز آر پارٹ آف معرفت۔</w:t>
      </w:r>
    </w:p>
    <w:p>
      <w:r>
        <w:rPr>
          <w:b/>
        </w:rPr>
        <w:t xml:space="preserve">[06:51] </w:t>
      </w:r>
      <w:r>
        <w:t>So political interpretation deprives you from all kind of marifat.</w:t>
      </w:r>
    </w:p>
    <w:p>
      <w:pPr>
        <w:jc w:val="right"/>
      </w:pPr>
      <w:r>
        <w:t>سو پولیٹیکل انٹرپریٹیشن ڈیپریوز یو فرام آل کائنڈ آف معرفت۔</w:t>
      </w:r>
    </w:p>
    <w:p>
      <w:r>
        <w:rPr>
          <w:b/>
        </w:rPr>
        <w:t xml:space="preserve">[06:55] </w:t>
      </w:r>
      <w:r>
        <w:t>Then you are also you then you with this psychology.</w:t>
      </w:r>
    </w:p>
    <w:p>
      <w:pPr>
        <w:jc w:val="right"/>
      </w:pPr>
      <w:r>
        <w:t>دین یو آر آل سو یو دین یو ود دس سائیکالوجی۔</w:t>
      </w:r>
    </w:p>
    <w:p>
      <w:r>
        <w:rPr>
          <w:b/>
        </w:rPr>
        <w:t xml:space="preserve">[07:00] </w:t>
      </w:r>
      <w:r>
        <w:t>With this psychology of political interpretation, you cannot do the work.</w:t>
      </w:r>
    </w:p>
    <w:p>
      <w:pPr>
        <w:jc w:val="right"/>
      </w:pPr>
      <w:r>
        <w:t>ود دس سائیکالوجی آف پولیٹیکل انٹرپریٹیشن، یو کین ناٹ ڈو دا ورک۔</w:t>
      </w:r>
    </w:p>
    <w:p>
      <w:r>
        <w:rPr>
          <w:b/>
        </w:rPr>
        <w:t xml:space="preserve">[07:05] </w:t>
      </w:r>
      <w:r>
        <w:t>The work is a very important job in Islam.</w:t>
      </w:r>
    </w:p>
    <w:p>
      <w:pPr>
        <w:jc w:val="right"/>
      </w:pPr>
      <w:r>
        <w:t>دا ورک از ا ویری امپورٹنٹ جاب ان اسلام۔</w:t>
      </w:r>
    </w:p>
    <w:p>
      <w:r>
        <w:rPr>
          <w:b/>
        </w:rPr>
        <w:t xml:space="preserve">[07:09] </w:t>
      </w:r>
      <w:r>
        <w:t>But when you are obsessed with political interpretation, it means that you have to suppose others as your</w:t>
      </w:r>
    </w:p>
    <w:p>
      <w:pPr>
        <w:jc w:val="right"/>
      </w:pPr>
      <w:r>
        <w:t>بٹ وین یو آر ابسیسڈ ود پولیٹیکل انٹرپریٹیشن، اٹ مینز داٹ یو ہیو ٹو سپوز ادرز ایز یور</w:t>
      </w:r>
    </w:p>
    <w:p>
      <w:r>
        <w:rPr>
          <w:b/>
        </w:rPr>
        <w:t xml:space="preserve">[07:16] </w:t>
      </w:r>
      <w:r>
        <w:t>enemy, is your rival.</w:t>
      </w:r>
    </w:p>
    <w:p>
      <w:pPr>
        <w:jc w:val="right"/>
      </w:pPr>
      <w:r>
        <w:t>اینمی، ایز یور رائیول۔</w:t>
      </w:r>
    </w:p>
    <w:p>
      <w:r>
        <w:rPr>
          <w:b/>
        </w:rPr>
        <w:t xml:space="preserve">[07:18] </w:t>
      </w:r>
      <w:r>
        <w:t>If you take other people as your rival, as your enemy, then you cannot do the work.</w:t>
      </w:r>
    </w:p>
    <w:p>
      <w:pPr>
        <w:jc w:val="right"/>
      </w:pPr>
      <w:r>
        <w:t>اف یو ٹیک ادر پیپل ایز یور رائیول، ایز یور اینمی، دین یو کین ناٹ ڈو دا ورک۔</w:t>
      </w:r>
    </w:p>
    <w:p>
      <w:r>
        <w:rPr>
          <w:b/>
        </w:rPr>
        <w:t xml:space="preserve">[07:26] </w:t>
      </w:r>
      <w:r>
        <w:t>According to Quran, the most important condition for the work is oneness.</w:t>
      </w:r>
    </w:p>
    <w:p>
      <w:pPr>
        <w:jc w:val="right"/>
      </w:pPr>
      <w:r>
        <w:t>اکارڈنگ ٹو قرآن، دا موسٹ امپورٹنٹ کنڈیشن فار دا ورک از نس۔</w:t>
      </w:r>
    </w:p>
    <w:p>
      <w:r>
        <w:rPr>
          <w:b/>
        </w:rPr>
        <w:t xml:space="preserve">[07:31] </w:t>
      </w:r>
      <w:r>
        <w:t>in use.</w:t>
      </w:r>
    </w:p>
    <w:p>
      <w:pPr>
        <w:jc w:val="right"/>
      </w:pPr>
      <w:r>
        <w:t>این یو ایس ایچ۔</w:t>
      </w:r>
    </w:p>
    <w:p>
      <w:r>
        <w:rPr>
          <w:b/>
        </w:rPr>
        <w:t xml:space="preserve">[07:33] </w:t>
      </w:r>
      <w:r>
        <w:t>This means wishing.</w:t>
      </w:r>
    </w:p>
    <w:p>
      <w:pPr>
        <w:jc w:val="right"/>
      </w:pPr>
      <w:r>
        <w:t>نس مینز ولشنگ۔</w:t>
      </w:r>
    </w:p>
    <w:p>
      <w:r>
        <w:rPr>
          <w:b/>
        </w:rPr>
        <w:t xml:space="preserve">[07:34] </w:t>
      </w:r>
      <w:r>
        <w:t>So you have to be well-wisher to all mankind.</w:t>
      </w:r>
    </w:p>
    <w:p>
      <w:pPr>
        <w:jc w:val="right"/>
      </w:pPr>
      <w:r>
        <w:t>سو یو ہیو ٹو بی ولشر ٹو آل مین کائنڈ۔</w:t>
      </w:r>
    </w:p>
    <w:p>
      <w:r>
        <w:rPr>
          <w:b/>
        </w:rPr>
        <w:t xml:space="preserve">[07:38] </w:t>
      </w:r>
      <w:r>
        <w:t>You have to develop friendly culture.</w:t>
      </w:r>
    </w:p>
    <w:p>
      <w:pPr>
        <w:jc w:val="right"/>
      </w:pPr>
      <w:r>
        <w:t>یو ہیو ٹو ڈیولپ فرینڈلی کلچر۔</w:t>
      </w:r>
    </w:p>
    <w:p>
      <w:r>
        <w:rPr>
          <w:b/>
        </w:rPr>
        <w:t xml:space="preserve">[07:41] </w:t>
      </w:r>
      <w:r>
        <w:t>You have to develop insaan-friendly heart.</w:t>
      </w:r>
    </w:p>
    <w:p>
      <w:pPr>
        <w:jc w:val="right"/>
      </w:pPr>
      <w:r>
        <w:t>یو ہیو ٹو ڈیولپ انسان فرینڈلی ہارٹ۔</w:t>
      </w:r>
    </w:p>
    <w:p>
      <w:r>
        <w:rPr>
          <w:b/>
        </w:rPr>
        <w:t xml:space="preserve">[07:44] </w:t>
      </w:r>
      <w:r>
        <w:t>Then you can do the work.</w:t>
      </w:r>
    </w:p>
    <w:p>
      <w:pPr>
        <w:jc w:val="right"/>
      </w:pPr>
      <w:r>
        <w:t>دین یو کین ڈو دا ورک۔</w:t>
      </w:r>
    </w:p>
    <w:p>
      <w:r>
        <w:rPr>
          <w:b/>
        </w:rPr>
        <w:t xml:space="preserve">[07:47] </w:t>
      </w:r>
      <w:r>
        <w:t>Otherwise not.</w:t>
      </w:r>
    </w:p>
    <w:p>
      <w:pPr>
        <w:jc w:val="right"/>
      </w:pPr>
      <w:r>
        <w:t>ادروائز ناٹ۔</w:t>
      </w:r>
    </w:p>
    <w:p>
      <w:r>
        <w:rPr>
          <w:b/>
        </w:rPr>
        <w:t xml:space="preserve">[07:48] </w:t>
      </w:r>
      <w:r>
        <w:t>So it means that political interpretation snatches from you all kind of those qualities required by Islam.</w:t>
      </w:r>
    </w:p>
    <w:p>
      <w:pPr>
        <w:jc w:val="right"/>
      </w:pPr>
      <w:r>
        <w:t>سو اٹ مینز داٹ پولیٹیکل انٹرپریٹیشن اسنیچرز فرام یو آل کائنڈ آف دوز کوالٹیز ریکوائرڈ بائی اسلام۔</w:t>
      </w:r>
    </w:p>
    <w:p>
      <w:r>
        <w:rPr>
          <w:b/>
        </w:rPr>
        <w:t xml:space="preserve">[07:55] </w:t>
      </w:r>
      <w:r>
        <w:t>For example, well-wishing to all mankind, marifat of God, dawah work, intellectual development, spiritual development.</w:t>
      </w:r>
    </w:p>
    <w:p>
      <w:pPr>
        <w:jc w:val="right"/>
      </w:pPr>
      <w:r>
        <w:t>فار ایگزامپل، ولشنگ ٹو آل مین کائنڈ، معرفت آف گاڈ، دعویٰ ورک، انٹلیکچول ڈیولپمنٹ، سپریچول ڈیولپمنٹ۔</w:t>
      </w:r>
    </w:p>
    <w:p>
      <w:r>
        <w:rPr>
          <w:b/>
        </w:rPr>
        <w:t xml:space="preserve">[08:02] </w:t>
      </w:r>
      <w:r>
        <w:t>All these things are required by Islam.</w:t>
      </w:r>
    </w:p>
    <w:p>
      <w:pPr>
        <w:jc w:val="right"/>
      </w:pPr>
      <w:r>
        <w:t>آل دیز تھنگز آر ریکوائرڈ بائی اسلام۔</w:t>
      </w:r>
    </w:p>
    <w:p>
      <w:r>
        <w:rPr>
          <w:b/>
        </w:rPr>
        <w:t xml:space="preserve">[08:05] </w:t>
      </w:r>
      <w:r>
        <w:t>But if you are obsessed with political interpretation, you cannot develop this spirit.</w:t>
      </w:r>
    </w:p>
    <w:p>
      <w:pPr>
        <w:jc w:val="right"/>
      </w:pPr>
      <w:r>
        <w:t>بٹ اف یو آر ابسیسڈ ود پولیٹیکل انٹرپریٹیشن، یو کین ناٹ ڈیولپ دس سپرٹ۔</w:t>
      </w:r>
    </w:p>
    <w:p>
      <w:r>
        <w:rPr>
          <w:b/>
        </w:rPr>
        <w:t xml:space="preserve">[08:11] </w:t>
      </w:r>
      <w:r>
        <w:t>This spirit in your personality.</w:t>
      </w:r>
    </w:p>
    <w:p>
      <w:pPr>
        <w:jc w:val="right"/>
      </w:pPr>
      <w:r>
        <w:t>دس سپرٹ ان یور پرسنالٹی۔</w:t>
      </w:r>
    </w:p>
    <w:p>
      <w:r>
        <w:rPr>
          <w:b/>
        </w:rPr>
        <w:t xml:space="preserve">[08:13] </w:t>
      </w:r>
      <w:r>
        <w:t>So political interpretation is most disastrous thing.</w:t>
      </w:r>
    </w:p>
    <w:p>
      <w:pPr>
        <w:jc w:val="right"/>
      </w:pPr>
      <w:r>
        <w:t>سو پولیٹیکل انٹرپریٹیشن از موسٹ ڈیساسرس تھنگ۔</w:t>
      </w:r>
    </w:p>
    <w:p>
      <w:r>
        <w:rPr>
          <w:b/>
        </w:rPr>
        <w:t xml:space="preserve">[08:16] </w:t>
      </w:r>
      <w:r>
        <w:t>First, political interpretation is an innovation, a bid'ah.</w:t>
      </w:r>
    </w:p>
    <w:p>
      <w:pPr>
        <w:jc w:val="right"/>
      </w:pPr>
      <w:r>
        <w:t>فرسٹ، پولیٹیکل انٹرپریٹیشن از این انویشن، ا بیدار۔</w:t>
      </w:r>
    </w:p>
    <w:p>
      <w:r>
        <w:rPr>
          <w:b/>
        </w:rPr>
        <w:t xml:space="preserve">[08:20] </w:t>
      </w:r>
      <w:r>
        <w:t>It has no base in Islam.</w:t>
      </w:r>
    </w:p>
    <w:p>
      <w:pPr>
        <w:jc w:val="right"/>
      </w:pPr>
      <w:r>
        <w:t>اٹ ہاز نو بیس ان اسلام۔</w:t>
      </w:r>
    </w:p>
    <w:p>
      <w:r>
        <w:rPr>
          <w:b/>
        </w:rPr>
        <w:t xml:space="preserve">[08:22] </w:t>
      </w:r>
      <w:r>
        <w:t>Then it creates violence and hate.</w:t>
      </w:r>
    </w:p>
    <w:p>
      <w:pPr>
        <w:jc w:val="right"/>
      </w:pPr>
      <w:r>
        <w:t>دین اٹ کریٹس وائلنس اینڈ ہیٹ۔</w:t>
      </w:r>
    </w:p>
    <w:p>
      <w:r>
        <w:rPr>
          <w:b/>
        </w:rPr>
        <w:t xml:space="preserve">[08:25] </w:t>
      </w:r>
      <w:r>
        <w:t>unending hate.</w:t>
      </w:r>
    </w:p>
    <w:p>
      <w:pPr>
        <w:jc w:val="right"/>
      </w:pPr>
      <w:r>
        <w:t>ان اینڈنگ ہیٹ۔</w:t>
      </w:r>
    </w:p>
    <w:p>
      <w:r>
        <w:rPr>
          <w:b/>
        </w:rPr>
        <w:t xml:space="preserve">[08:26] </w:t>
      </w:r>
      <w:r>
        <w:t>There is no end of this kind of violence.</w:t>
      </w:r>
    </w:p>
    <w:p>
      <w:pPr>
        <w:jc w:val="right"/>
      </w:pPr>
      <w:r>
        <w:t>دیر از نو اینڈ آف دس کائنڈ آف وائلنس۔</w:t>
      </w:r>
    </w:p>
    <w:p>
      <w:r>
        <w:rPr>
          <w:b/>
        </w:rPr>
        <w:t xml:space="preserve">[08:30] </w:t>
      </w:r>
      <w:r>
        <w:t>Then it deprives you from marifat, from the work, from love of God, from fear of God.</w:t>
      </w:r>
    </w:p>
    <w:p>
      <w:pPr>
        <w:jc w:val="right"/>
      </w:pPr>
      <w:r>
        <w:t>دین اٹ ڈیپریوز یو فرام معرفت، فرام دا ورک، فرام لو آف گاڈ، فرام فیئر آف گاڈ۔</w:t>
      </w:r>
    </w:p>
    <w:p>
      <w:r>
        <w:rPr>
          <w:b/>
        </w:rPr>
        <w:t xml:space="preserve">[08:38] </w:t>
      </w:r>
      <w:r>
        <w:t>You become just like other politicians.</w:t>
      </w:r>
    </w:p>
    <w:p>
      <w:pPr>
        <w:jc w:val="right"/>
      </w:pPr>
      <w:r>
        <w:t>یو بیکم جسٹ لائک ادر پولیٹیشنز۔</w:t>
      </w:r>
    </w:p>
    <w:p>
      <w:r>
        <w:rPr>
          <w:b/>
        </w:rPr>
        <w:t xml:space="preserve">[08:40] </w:t>
      </w:r>
      <w:r>
        <w:t>You see other politician, secular politician.</w:t>
      </w:r>
    </w:p>
    <w:p>
      <w:pPr>
        <w:jc w:val="right"/>
      </w:pPr>
      <w:r>
        <w:t>یو سی ادر پولیٹیشن، سیکولر پولیٹیشن۔</w:t>
      </w:r>
    </w:p>
    <w:p>
      <w:r>
        <w:rPr>
          <w:b/>
        </w:rPr>
        <w:t xml:space="preserve">[08:43] </w:t>
      </w:r>
      <w:r>
        <w:t>There are so many secular politicians.</w:t>
      </w:r>
    </w:p>
    <w:p>
      <w:pPr>
        <w:jc w:val="right"/>
      </w:pPr>
      <w:r>
        <w:t>دیر آر سو مینی سیکولر پولیٹیشن۔</w:t>
      </w:r>
    </w:p>
    <w:p>
      <w:r>
        <w:rPr>
          <w:b/>
        </w:rPr>
        <w:t xml:space="preserve">[08:45] </w:t>
      </w:r>
      <w:r>
        <w:t>How are, how is their personality? Political politicians are living in hate, living in violence.</w:t>
      </w:r>
    </w:p>
    <w:p>
      <w:pPr>
        <w:jc w:val="right"/>
      </w:pPr>
      <w:r>
        <w:t>ہو آر ہاؤ از دیر پرسنالٹی؟ پولیٹیکل پولیٹیشنز آر لیونگ ان ہیٹ، لیونگ ان وائلنس۔</w:t>
      </w:r>
    </w:p>
    <w:p>
      <w:r>
        <w:rPr>
          <w:b/>
        </w:rPr>
        <w:t xml:space="preserve">[08:52] </w:t>
      </w:r>
      <w:r>
        <w:t>They want to establish their power by inciting the others.</w:t>
      </w:r>
    </w:p>
    <w:p>
      <w:pPr>
        <w:jc w:val="right"/>
      </w:pPr>
      <w:r>
        <w:t>دے وانٹ ٹو اسٹیبلش دیر پاور بائی انسیٹنگ دی ادرز۔</w:t>
      </w:r>
    </w:p>
    <w:p>
      <w:r>
        <w:rPr>
          <w:b/>
        </w:rPr>
        <w:t xml:space="preserve">[08:56] </w:t>
      </w:r>
      <w:r>
        <w:t>This is the political culture.</w:t>
      </w:r>
    </w:p>
    <w:p>
      <w:pPr>
        <w:jc w:val="right"/>
      </w:pPr>
      <w:r>
        <w:t>دس از دا پولیٹیکل کلچر۔</w:t>
      </w:r>
    </w:p>
    <w:p>
      <w:r>
        <w:rPr>
          <w:b/>
        </w:rPr>
        <w:t xml:space="preserve">[08:58] </w:t>
      </w:r>
      <w:r>
        <w:t>So political interpretation.</w:t>
      </w:r>
    </w:p>
    <w:p>
      <w:pPr>
        <w:jc w:val="right"/>
      </w:pPr>
      <w:r>
        <w:t>سو پولیٹیکل انٹرپریٹیشن۔</w:t>
      </w:r>
    </w:p>
    <w:p>
      <w:r>
        <w:rPr>
          <w:b/>
        </w:rPr>
        <w:t xml:space="preserve">[09:00] </w:t>
      </w:r>
      <w:r>
        <w:t>So political interpretation of Islam has imported this political culture.</w:t>
      </w:r>
    </w:p>
    <w:p>
      <w:pPr>
        <w:jc w:val="right"/>
      </w:pPr>
      <w:r>
        <w:t>سو پولیٹیکل انٹرپریٹیشن آف اسلام ہیز امپورٹڈ دس پولیٹیکل کلچر۔</w:t>
      </w:r>
    </w:p>
    <w:p>
      <w:r>
        <w:rPr>
          <w:b/>
        </w:rPr>
        <w:t xml:space="preserve">[09:04] </w:t>
      </w:r>
      <w:r>
        <w:t>Political culture among among secular people is very very known to all.</w:t>
      </w:r>
    </w:p>
    <w:p>
      <w:pPr>
        <w:jc w:val="right"/>
      </w:pPr>
      <w:r>
        <w:t>پولیٹیکل کلچر امنگ امنگ سیکولر پیپل از ویری ویری نون ٹو آل۔</w:t>
      </w:r>
    </w:p>
    <w:p>
      <w:r>
        <w:rPr>
          <w:b/>
        </w:rPr>
        <w:t xml:space="preserve">[09:09] </w:t>
      </w:r>
      <w:r>
        <w:t>How are parties politicians? What is political culture? It is quite well known.</w:t>
      </w:r>
    </w:p>
    <w:p>
      <w:pPr>
        <w:jc w:val="right"/>
      </w:pPr>
      <w:r>
        <w:t>ہاؤ آر پارٹیز پولیٹیشنز؟ واٹ از پولیٹیکل کلچر؟ اٹ از کوائٹ ویل نون۔</w:t>
      </w:r>
    </w:p>
    <w:p>
      <w:r>
        <w:rPr>
          <w:b/>
        </w:rPr>
        <w:t xml:space="preserve">[09:15] </w:t>
      </w:r>
      <w:r>
        <w:t>These people are exploiters, selfish, violent.</w:t>
      </w:r>
    </w:p>
    <w:p>
      <w:pPr>
        <w:jc w:val="right"/>
      </w:pPr>
      <w:r>
        <w:t>دیز پیپل آر ایکسپلائٹرز، سیلفش، وائلنٹ۔</w:t>
      </w:r>
    </w:p>
    <w:p>
      <w:r>
        <w:rPr>
          <w:b/>
        </w:rPr>
        <w:t xml:space="preserve">[09:17] </w:t>
      </w:r>
      <w:r>
        <w:t>So political interpretation has imported all these habits among Muslims.</w:t>
      </w:r>
    </w:p>
    <w:p>
      <w:pPr>
        <w:jc w:val="right"/>
      </w:pPr>
      <w:r>
        <w:t>سو پولیٹیکل انٹرپریٹیشن ہیز امپورٹڈ آل دیز ہیبٹس امنگ مسلمز۔</w:t>
      </w:r>
    </w:p>
    <w:p>
      <w:r>
        <w:rPr>
          <w:b/>
        </w:rPr>
        <w:t xml:space="preserve">[09:21] </w:t>
      </w:r>
      <w:r>
        <w:t>According to my experience, I can say there is no good in political interpretation.</w:t>
      </w:r>
    </w:p>
    <w:p>
      <w:pPr>
        <w:jc w:val="right"/>
      </w:pPr>
      <w:r>
        <w:t>اکارڈنگ ٹو مائی ایکسپیرینس، آئی کین سے دیر از نو گڈ ان پولیٹیکل انٹرپریٹیشن۔</w:t>
      </w:r>
    </w:p>
    <w:p>
      <w:r>
        <w:rPr>
          <w:b/>
        </w:rPr>
        <w:t xml:space="preserve">[09:27] </w:t>
      </w:r>
      <w:r>
        <w:t>But all kind of evils are there.</w:t>
      </w:r>
    </w:p>
    <w:p>
      <w:pPr>
        <w:jc w:val="right"/>
      </w:pPr>
      <w:r>
        <w:t>بٹ آل کائنڈ آف ایولز آر دیر۔</w:t>
      </w:r>
    </w:p>
    <w:p>
      <w:r>
        <w:rPr>
          <w:b/>
        </w:rPr>
        <w:t xml:space="preserve">[09:30] </w:t>
      </w:r>
      <w:r>
        <w:t>All kind of evils are there in political interpretation.</w:t>
      </w:r>
    </w:p>
    <w:p>
      <w:pPr>
        <w:jc w:val="right"/>
      </w:pPr>
      <w:r>
        <w:t>آل کائنڈ آف ایولز آر دیر ان پولیٹیکل انٹرپریٹیشن۔</w:t>
      </w:r>
    </w:p>
    <w:p>
      <w:r>
        <w:rPr>
          <w:b/>
        </w:rPr>
        <w:t xml:space="preserve">[09:34] </w:t>
      </w:r>
      <w:r>
        <w:t>But no good you can find in the political interpretation.</w:t>
      </w:r>
    </w:p>
    <w:p>
      <w:pPr>
        <w:jc w:val="right"/>
      </w:pPr>
      <w:r>
        <w:t>بٹ نو گڈ یو کین فائنڈ ان دی پولیٹیکل انٹرپریٹیشن۔</w:t>
      </w:r>
    </w:p>
    <w:p>
      <w:r>
        <w:rPr>
          <w:b/>
        </w:rPr>
        <w:t xml:space="preserve">[09:39] </w:t>
      </w:r>
      <w:r>
        <w:t>It is the worst kind of tazeen.</w:t>
      </w:r>
    </w:p>
    <w:p>
      <w:pPr>
        <w:jc w:val="right"/>
      </w:pPr>
      <w:r>
        <w:t>اٹ از دا ورسٹ کائنڈ آف تزین۔</w:t>
      </w:r>
    </w:p>
    <w:p>
      <w:r>
        <w:rPr>
          <w:b/>
        </w:rPr>
        <w:t xml:space="preserve">[09:42] </w:t>
      </w:r>
      <w:r>
        <w:t>In the Quran, you can find some verses that the method of Satan is tazeen.</w:t>
      </w:r>
    </w:p>
    <w:p>
      <w:pPr>
        <w:jc w:val="right"/>
      </w:pPr>
      <w:r>
        <w:t>ان دی قرآن، یو کین فائنڈ سم ورسیز داٹ دا میتھڈ آف سیٹن از تزین۔</w:t>
      </w:r>
    </w:p>
    <w:p>
      <w:r>
        <w:rPr>
          <w:b/>
        </w:rPr>
        <w:t xml:space="preserve">[09:48] </w:t>
      </w:r>
      <w:r>
        <w:t>The method of Satan is tazeen.</w:t>
      </w:r>
    </w:p>
    <w:p>
      <w:pPr>
        <w:jc w:val="right"/>
      </w:pPr>
      <w:r>
        <w:t>دا میتھڈ آف سیٹن از تزین۔</w:t>
      </w:r>
    </w:p>
    <w:p>
      <w:r>
        <w:rPr>
          <w:b/>
        </w:rPr>
        <w:t xml:space="preserve">[09:51] </w:t>
      </w:r>
      <w:r>
        <w:t>Tazeen means beautification.</w:t>
      </w:r>
    </w:p>
    <w:p>
      <w:pPr>
        <w:jc w:val="right"/>
      </w:pPr>
      <w:r>
        <w:t>تزین مینز بیوٹیفیکیشن۔</w:t>
      </w:r>
    </w:p>
    <w:p>
      <w:r>
        <w:rPr>
          <w:b/>
        </w:rPr>
        <w:t xml:space="preserve">[09:52] </w:t>
      </w:r>
      <w:r>
        <w:t>yani beautifying the evil.</w:t>
      </w:r>
    </w:p>
    <w:p>
      <w:pPr>
        <w:jc w:val="right"/>
      </w:pPr>
      <w:r>
        <w:t>یعنی بیوٹیفائنگ دا ایول۔</w:t>
      </w:r>
    </w:p>
    <w:p>
      <w:r>
        <w:rPr>
          <w:b/>
        </w:rPr>
        <w:t xml:space="preserve">[09:54] </w:t>
      </w:r>
      <w:r>
        <w:t>Tazeen means beautifying the evils.</w:t>
      </w:r>
    </w:p>
    <w:p>
      <w:pPr>
        <w:jc w:val="right"/>
      </w:pPr>
      <w:r>
        <w:t>تزین مینز بیوٹیفائنگ دا ایولز۔</w:t>
      </w:r>
    </w:p>
    <w:p>
      <w:r>
        <w:rPr>
          <w:b/>
        </w:rPr>
        <w:t xml:space="preserve">[09:56] </w:t>
      </w:r>
      <w:r>
        <w:t>So this is the method of Satan.</w:t>
      </w:r>
    </w:p>
    <w:p>
      <w:pPr>
        <w:jc w:val="right"/>
      </w:pPr>
      <w:r>
        <w:t>سو دس از دا میتھڈ آف سیٹن۔</w:t>
      </w:r>
    </w:p>
    <w:p>
      <w:r>
        <w:rPr>
          <w:b/>
        </w:rPr>
        <w:t xml:space="preserve">[09:59] </w:t>
      </w:r>
      <w:r>
        <w:t>Satan always beautify an evil, and then you adopt it without any hesitation.</w:t>
      </w:r>
    </w:p>
    <w:p>
      <w:pPr>
        <w:jc w:val="right"/>
      </w:pPr>
      <w:r>
        <w:t>سیٹن آلویز بیوٹیفائی این ایول، اینڈ دین یو اڈاپٹ اٹ وداؤٹ اینی ہزیٹیشن۔</w:t>
      </w:r>
    </w:p>
    <w:p>
      <w:r>
        <w:rPr>
          <w:b/>
        </w:rPr>
        <w:t xml:space="preserve">[10:05] </w:t>
      </w:r>
      <w:r>
        <w:t>According to my experience, I can say the worst kind of tazeem is political interpretation of Islam.</w:t>
      </w:r>
    </w:p>
    <w:p>
      <w:pPr>
        <w:jc w:val="right"/>
      </w:pPr>
      <w:r>
        <w:t>اکارڈنگ ٹو مائی ایکسپیرینس، آئی کین سے دا ورسٹ کائنڈ آف تزین از پولیٹیکل انٹرپریٹیشن آف اسلام۔</w:t>
      </w:r>
    </w:p>
    <w:p>
      <w:r>
        <w:rPr>
          <w:b/>
        </w:rPr>
        <w:t xml:space="preserve">[10:12] </w:t>
      </w:r>
      <w:r>
        <w:t>These people say that Islam is a complete system, mukammal nizam.</w:t>
      </w:r>
    </w:p>
    <w:p>
      <w:pPr>
        <w:jc w:val="right"/>
      </w:pPr>
      <w:r>
        <w:t>دیز پیپل سے داٹ اسلام از ا کمپلیٹ سسٹم، مکمل نظام۔</w:t>
      </w:r>
    </w:p>
    <w:p>
      <w:r>
        <w:rPr>
          <w:b/>
        </w:rPr>
        <w:t xml:space="preserve">[10:17] </w:t>
      </w:r>
      <w:r>
        <w:t>very beautiful term, mukammal nizam.</w:t>
      </w:r>
    </w:p>
    <w:p>
      <w:pPr>
        <w:jc w:val="right"/>
      </w:pPr>
      <w:r>
        <w:t>ویری بیوٹی فل ٹرم، مکمل نظام۔</w:t>
      </w:r>
    </w:p>
    <w:p>
      <w:r>
        <w:rPr>
          <w:b/>
        </w:rPr>
        <w:t xml:space="preserve">[10:19] </w:t>
      </w:r>
      <w:r>
        <w:t>مکمل نظام means Islam includes political system, economic system, legal system, everything.</w:t>
      </w:r>
    </w:p>
    <w:p>
      <w:pPr>
        <w:jc w:val="right"/>
      </w:pPr>
      <w:r>
        <w:t>مکمل نظام مینز اسلام انکلوڈز پولیٹیکل سسٹم، اکانومک سسٹم، لیگل سسٹم، ایوری تھنگ۔</w:t>
      </w:r>
    </w:p>
    <w:p>
      <w:r>
        <w:rPr>
          <w:b/>
        </w:rPr>
        <w:t xml:space="preserve">[10:25] </w:t>
      </w:r>
      <w:r>
        <w:t>So, apparently, it is a very good idea.</w:t>
      </w:r>
    </w:p>
    <w:p>
      <w:pPr>
        <w:jc w:val="right"/>
      </w:pPr>
      <w:r>
        <w:t>سو اپرینٹلی، اٹ از ا ویری گڈ آئیڈیا۔</w:t>
      </w:r>
    </w:p>
    <w:p>
      <w:r>
        <w:rPr>
          <w:b/>
        </w:rPr>
        <w:t xml:space="preserve">[10:28] </w:t>
      </w:r>
      <w:r>
        <w:t>But it is satanic beautification.</w:t>
      </w:r>
    </w:p>
    <w:p>
      <w:pPr>
        <w:jc w:val="right"/>
      </w:pPr>
      <w:r>
        <w:t>بٹ اٹ از سیٹنک بیوٹیفیکیشن۔</w:t>
      </w:r>
    </w:p>
    <w:p>
      <w:r>
        <w:rPr>
          <w:b/>
        </w:rPr>
        <w:t xml:space="preserve">[10:30] </w:t>
      </w:r>
      <w:r>
        <w:t>It is satanic beautification.</w:t>
      </w:r>
    </w:p>
    <w:p>
      <w:pPr>
        <w:jc w:val="right"/>
      </w:pPr>
      <w:r>
        <w:t>اٹ از سیٹنک بیوٹیفیکیشن۔</w:t>
      </w:r>
    </w:p>
    <w:p>
      <w:r>
        <w:rPr>
          <w:b/>
        </w:rPr>
        <w:t xml:space="preserve">[10:32] </w:t>
      </w:r>
      <w:r>
        <w:t>Why? Because Islam tries to promote love, well-wishing, spiritual values, godliness, aur these things.</w:t>
      </w:r>
    </w:p>
    <w:p>
      <w:pPr>
        <w:jc w:val="right"/>
      </w:pPr>
      <w:r>
        <w:t>وائی؟ بیکاز اسلام ٹرائیز ٹو پروموٹ لو، ولشنگ، سپریچول ویلیوز، گاڈلینس، اور دیز تھنگز۔</w:t>
      </w:r>
    </w:p>
    <w:p>
      <w:r>
        <w:rPr>
          <w:b/>
        </w:rPr>
        <w:t xml:space="preserve">[10:38] </w:t>
      </w:r>
      <w:r>
        <w:t>tries to promote positive values.</w:t>
      </w:r>
    </w:p>
    <w:p>
      <w:pPr>
        <w:jc w:val="right"/>
      </w:pPr>
      <w:r>
        <w:t>ٹرائیز ٹو پروموٹ پوزیٹیو ویلیوز۔</w:t>
      </w:r>
    </w:p>
    <w:p>
      <w:r>
        <w:rPr>
          <w:b/>
        </w:rPr>
        <w:t xml:space="preserve">[10:40] </w:t>
      </w:r>
      <w:r>
        <w:t>But this kind of concept jeopardizes, jeopardizes all these things.</w:t>
      </w:r>
    </w:p>
    <w:p>
      <w:pPr>
        <w:jc w:val="right"/>
      </w:pPr>
      <w:r>
        <w:t>بٹ دس کائنڈ آف کانسیپٹ جیپرڈائز، جیپرڈائزز آل دیز تھنگز۔</w:t>
      </w:r>
    </w:p>
    <w:p>
      <w:r>
        <w:rPr>
          <w:b/>
        </w:rPr>
        <w:t xml:space="preserve">[10:44] </w:t>
      </w:r>
      <w:r>
        <w:t>Because when you believe that Islam is a political system, then by its very nature, you try to</w:t>
      </w:r>
    </w:p>
    <w:p>
      <w:pPr>
        <w:jc w:val="right"/>
      </w:pPr>
      <w:r>
        <w:t>بیکاز وین یو بیلیو دیٹ اسلام از ا پولیٹیکل سسٹم، دین بائی اٹس ویری نیچر، یو ٹرائی ٹو</w:t>
      </w:r>
    </w:p>
    <w:p>
      <w:r>
        <w:rPr>
          <w:b/>
        </w:rPr>
        <w:t xml:space="preserve">[10:52] </w:t>
      </w:r>
      <w:r>
        <w:t>establish the political system.</w:t>
      </w:r>
    </w:p>
    <w:p>
      <w:pPr>
        <w:jc w:val="right"/>
      </w:pPr>
      <w:r>
        <w:t>اسٹیبلش دا پولیٹیکل سسٹم۔</w:t>
      </w:r>
    </w:p>
    <w:p>
      <w:r>
        <w:rPr>
          <w:b/>
        </w:rPr>
        <w:t xml:space="preserve">[10:54] </w:t>
      </w:r>
      <w:r>
        <w:t>Because political system is part of your mukammal Islam.</w:t>
      </w:r>
    </w:p>
    <w:p>
      <w:pPr>
        <w:jc w:val="right"/>
      </w:pPr>
      <w:r>
        <w:t>بیکاز پولیٹیکل سسٹم از پارٹ آف یور مکمل اسلام۔</w:t>
      </w:r>
    </w:p>
    <w:p>
      <w:r>
        <w:rPr>
          <w:b/>
        </w:rPr>
        <w:t xml:space="preserve">[10:58] </w:t>
      </w:r>
      <w:r>
        <w:t>Political system is a part of your complete Islam.</w:t>
      </w:r>
    </w:p>
    <w:p>
      <w:pPr>
        <w:jc w:val="right"/>
      </w:pPr>
      <w:r>
        <w:t>پولیٹیکل سسٹم از ا پارٹ آف یور کمپلیٹ اسلام۔</w:t>
      </w:r>
    </w:p>
    <w:p>
      <w:r>
        <w:rPr>
          <w:b/>
        </w:rPr>
        <w:t xml:space="preserve">[11:01] </w:t>
      </w:r>
      <w:r>
        <w:t>Complete Islam.</w:t>
      </w:r>
    </w:p>
    <w:p>
      <w:pPr>
        <w:jc w:val="right"/>
      </w:pPr>
      <w:r>
        <w:t>مکمل اسلام۔</w:t>
      </w:r>
    </w:p>
    <w:p>
      <w:r>
        <w:rPr>
          <w:b/>
        </w:rPr>
        <w:t xml:space="preserve">[11:03] </w:t>
      </w:r>
      <w:r>
        <w:t>And when you try to opt for political Islam, when you try to establish political Islam, then you</w:t>
      </w:r>
    </w:p>
    <w:p>
      <w:pPr>
        <w:jc w:val="right"/>
      </w:pPr>
      <w:r>
        <w:t>اینڈ وین یو ٹرائی ٹو اپٹ فار پولیٹیکل اسلام، وین یو ٹرائی ٹو اسٹیبلش پولیٹیکل اسلام، دین یو</w:t>
      </w:r>
    </w:p>
    <w:p>
      <w:r>
        <w:rPr>
          <w:b/>
        </w:rPr>
        <w:t xml:space="preserve">[11:11] </w:t>
      </w:r>
      <w:r>
        <w:t>have to fight.</w:t>
      </w:r>
    </w:p>
    <w:p>
      <w:pPr>
        <w:jc w:val="right"/>
      </w:pPr>
      <w:r>
        <w:t>ہیو ٹو فائٹ۔</w:t>
      </w:r>
    </w:p>
    <w:p>
      <w:r>
        <w:rPr>
          <w:b/>
        </w:rPr>
        <w:t xml:space="preserve">[11:12] </w:t>
      </w:r>
      <w:r>
        <w:t>You have to fight the existing rulers, the existing occupants.</w:t>
      </w:r>
    </w:p>
    <w:p>
      <w:pPr>
        <w:jc w:val="right"/>
      </w:pPr>
      <w:r>
        <w:t>یو ہیو ٹو فائٹ دا ایگزسٹنگ رولرز، دا ایگزسٹنگ اکوپینٹس۔</w:t>
      </w:r>
    </w:p>
    <w:p>
      <w:r>
        <w:rPr>
          <w:b/>
        </w:rPr>
        <w:t xml:space="preserve">[11:16] </w:t>
      </w:r>
      <w:r>
        <w:t>And then, and, and, and, and by this way, you start a fighting that continue, that make continue</w:t>
      </w:r>
    </w:p>
    <w:p>
      <w:pPr>
        <w:jc w:val="right"/>
      </w:pPr>
      <w:r>
        <w:t>اینڈ دین، اینڈ، اینڈ، اینڈ، اینڈ بائی دس وے، یو سٹارٹ ا فائٹنگ داٹ کنٹینیو، داٹ میک کنٹینیو</w:t>
      </w:r>
    </w:p>
    <w:p>
      <w:r>
        <w:rPr>
          <w:b/>
        </w:rPr>
        <w:t xml:space="preserve">[11:24] </w:t>
      </w:r>
      <w:r>
        <w:t>endlessly.</w:t>
      </w:r>
    </w:p>
    <w:p>
      <w:pPr>
        <w:jc w:val="right"/>
      </w:pPr>
      <w:r>
        <w:t>اینڈلیسلی۔</w:t>
      </w:r>
    </w:p>
    <w:p>
      <w:r>
        <w:rPr>
          <w:b/>
        </w:rPr>
        <w:t xml:space="preserve">[11:26] </w:t>
      </w:r>
      <w:r>
        <w:t>endlessly.</w:t>
      </w:r>
    </w:p>
    <w:p>
      <w:pPr>
        <w:jc w:val="right"/>
      </w:pPr>
      <w:r>
        <w:t>اینڈلیسلی۔</w:t>
      </w:r>
    </w:p>
    <w:p>
      <w:r>
        <w:rPr>
          <w:b/>
        </w:rPr>
        <w:t xml:space="preserve">[11:27] </w:t>
      </w:r>
      <w:r>
        <w:t>Because as I earlier said, that if you win the battle or lose the battle, in both, in</w:t>
      </w:r>
    </w:p>
    <w:p>
      <w:pPr>
        <w:jc w:val="right"/>
      </w:pPr>
      <w:r>
        <w:t>بیکاز ایز آئی ارلیر سیڈ، داٹ اف یو ون دا بیٹل اور لوز دا بیٹل، ان بوتھ، ان</w:t>
      </w:r>
    </w:p>
    <w:p>
      <w:r>
        <w:rPr>
          <w:b/>
        </w:rPr>
        <w:t xml:space="preserve">[11:35] </w:t>
      </w:r>
      <w:r>
        <w:t>In both cases, there is no end of violence.</w:t>
      </w:r>
    </w:p>
    <w:p>
      <w:pPr>
        <w:jc w:val="right"/>
      </w:pPr>
      <w:r>
        <w:t>دا بوتھ کیس، دیر از نو اینڈ آف وائلنس۔</w:t>
      </w:r>
    </w:p>
    <w:p>
      <w:r>
        <w:rPr>
          <w:b/>
        </w:rPr>
        <w:t xml:space="preserve">[11:39] </w:t>
      </w:r>
      <w:r>
        <w:t>If you try to unseat those people who are occupying the political seat, then you have to go</w:t>
      </w:r>
    </w:p>
    <w:p>
      <w:pPr>
        <w:jc w:val="right"/>
      </w:pPr>
      <w:r>
        <w:t>اف یو ٹرائی ٹو انسیٹ دو پیپل ہو آر اکوپائنگ دا پولیٹیکل سیٹ، دین یو ہیو ٹو گو</w:t>
      </w:r>
    </w:p>
    <w:p>
      <w:r>
        <w:rPr>
          <w:b/>
        </w:rPr>
        <w:t xml:space="preserve">[11:46] </w:t>
      </w:r>
      <w:r>
        <w:t>to fight.</w:t>
      </w:r>
    </w:p>
    <w:p>
      <w:pPr>
        <w:jc w:val="right"/>
      </w:pPr>
      <w:r>
        <w:t>ٹو فائٹ۔</w:t>
      </w:r>
    </w:p>
    <w:p>
      <w:r>
        <w:rPr>
          <w:b/>
        </w:rPr>
        <w:t xml:space="preserve">[11:48] </w:t>
      </w:r>
      <w:r>
        <w:t>You have to battle feel.</w:t>
      </w:r>
    </w:p>
    <w:p>
      <w:pPr>
        <w:jc w:val="right"/>
      </w:pPr>
      <w:r>
        <w:t>یو ہیو ٹو بیٹل فیل۔</w:t>
      </w:r>
    </w:p>
    <w:p>
      <w:r>
        <w:rPr>
          <w:b/>
        </w:rPr>
        <w:t xml:space="preserve">[11:50] </w:t>
      </w:r>
      <w:r>
        <w:t>But if you have won the battle, then the other party will not accept the defeat.</w:t>
      </w:r>
    </w:p>
    <w:p>
      <w:pPr>
        <w:jc w:val="right"/>
      </w:pPr>
      <w:r>
        <w:t>بٹ اف یو ہیو ون دا بیٹل، دین دی ادر پارٹی ول ناٹ ایکسیپٹ دا ڈیفیٹ۔</w:t>
      </w:r>
    </w:p>
    <w:p>
      <w:r>
        <w:rPr>
          <w:b/>
        </w:rPr>
        <w:t xml:space="preserve">[11:57] </w:t>
      </w:r>
      <w:r>
        <w:t>They will inculcate the spirit of revenge.</w:t>
      </w:r>
    </w:p>
    <w:p>
      <w:pPr>
        <w:jc w:val="right"/>
      </w:pPr>
      <w:r>
        <w:t>دے ول انکلکیٹ دی سپرٹ آف ریونج۔</w:t>
      </w:r>
    </w:p>
    <w:p>
      <w:r>
        <w:rPr>
          <w:b/>
        </w:rPr>
        <w:t xml:space="preserve">[12:00] </w:t>
      </w:r>
      <w:r>
        <w:t>Then again, they will wage war.</w:t>
      </w:r>
    </w:p>
    <w:p>
      <w:pPr>
        <w:jc w:val="right"/>
      </w:pPr>
      <w:r>
        <w:t>دین اگین، دے ول ویج وار۔</w:t>
      </w:r>
    </w:p>
    <w:p>
      <w:r>
        <w:rPr>
          <w:b/>
        </w:rPr>
        <w:t xml:space="preserve">[12:03] </w:t>
      </w:r>
      <w:r>
        <w:t>If not direct war, then guerrilla war, or any other kind of war.</w:t>
      </w:r>
    </w:p>
    <w:p>
      <w:pPr>
        <w:jc w:val="right"/>
      </w:pPr>
      <w:r>
        <w:t>اف ناٹ ڈائریکٹ وار، دین گوریلا وار، اور اینی ادر کائنڈ آف وار۔</w:t>
      </w:r>
    </w:p>
    <w:p>
      <w:r>
        <w:rPr>
          <w:b/>
        </w:rPr>
        <w:t xml:space="preserve">[12:08] </w:t>
      </w:r>
      <w:r>
        <w:t>So war and violence and hate and intolerance, all these things are integral part of political interpretation.</w:t>
      </w:r>
    </w:p>
    <w:p>
      <w:pPr>
        <w:jc w:val="right"/>
      </w:pPr>
      <w:r>
        <w:t>سو وار اینڈ وائلنس اینڈ ہیٹ اینڈ انٹولرنس، آل دیز تھنگز آر انٹیگرل پارٹ آف پولیٹیکل انٹرپریٹیشن۔</w:t>
      </w:r>
    </w:p>
    <w:p>
      <w:r>
        <w:rPr>
          <w:b/>
        </w:rPr>
        <w:t xml:space="preserve">[12:15] </w:t>
      </w:r>
      <w:r>
        <w:t>integral part.</w:t>
      </w:r>
    </w:p>
    <w:p>
      <w:pPr>
        <w:jc w:val="right"/>
      </w:pPr>
      <w:r>
        <w:t>انٹیگرل پارٹ۔</w:t>
      </w:r>
    </w:p>
    <w:p>
      <w:r>
        <w:rPr>
          <w:b/>
        </w:rPr>
        <w:t xml:space="preserve">[12:17] </w:t>
      </w:r>
      <w:r>
        <w:t>You cannot detect the both.</w:t>
      </w:r>
    </w:p>
    <w:p>
      <w:pPr>
        <w:jc w:val="right"/>
      </w:pPr>
      <w:r>
        <w:t>یو کین ناٹ ڈیٹیکٹ دا بوتھ۔</w:t>
      </w:r>
    </w:p>
    <w:p>
      <w:r>
        <w:rPr>
          <w:b/>
        </w:rPr>
        <w:t xml:space="preserve">[12:19] </w:t>
      </w:r>
      <w:r>
        <w:t>It deprives all kind of good and give you nothing.</w:t>
      </w:r>
    </w:p>
    <w:p>
      <w:pPr>
        <w:jc w:val="right"/>
      </w:pPr>
      <w:r>
        <w:t>اٹ ڈیپریوز آل کائنڈ آف گڈ اینڈ گیو یو نتھنگ۔</w:t>
      </w:r>
    </w:p>
    <w:p>
      <w:r>
        <w:rPr>
          <w:b/>
        </w:rPr>
        <w:t xml:space="preserve">[12:24] </w:t>
      </w:r>
      <w:r>
        <w:t>So it is worst kind of satanic beautification, worst kind of satanic tazyin.</w:t>
      </w:r>
    </w:p>
    <w:p>
      <w:pPr>
        <w:jc w:val="right"/>
      </w:pPr>
      <w:r>
        <w:t>سو اٹ از ورسٹ کائنڈ آف سیٹنک بیوٹیفیکیشن، ورسٹ کائنڈ آف سیٹنک تزین۔</w:t>
      </w:r>
    </w:p>
    <w:p>
      <w:r>
        <w:rPr>
          <w:b/>
        </w:rPr>
        <w:t xml:space="preserve">[12:29] </w:t>
      </w:r>
      <w:r>
        <w:t>If you want to see the result, if you want to judge it in terms of result, you</w:t>
      </w:r>
    </w:p>
    <w:p>
      <w:pPr>
        <w:jc w:val="right"/>
      </w:pPr>
      <w:r>
        <w:t>اف یو وانٹ ٹو سی دا رزلٹ، اف یو وانٹ ٹو جج اٹ ان ٹرمز آف رزلٹ، یو</w:t>
      </w:r>
    </w:p>
    <w:p>
      <w:r>
        <w:rPr>
          <w:b/>
        </w:rPr>
        <w:t xml:space="preserve">[12:37] </w:t>
      </w:r>
      <w:r>
        <w:t>can see the political, you can see the Muslim, Muslim countries.</w:t>
      </w:r>
    </w:p>
    <w:p>
      <w:pPr>
        <w:jc w:val="right"/>
      </w:pPr>
      <w:r>
        <w:t>کین سی دا پولیٹیکل، یو کین سی دا مسلم، مسلم کنٹریز۔</w:t>
      </w:r>
    </w:p>
    <w:p>
      <w:r>
        <w:rPr>
          <w:b/>
        </w:rPr>
        <w:t xml:space="preserve">[12:42] </w:t>
      </w:r>
      <w:r>
        <w:t>In almost, in every Muslim countries, in every Muslim countries, there are hate, violence.</w:t>
      </w:r>
    </w:p>
    <w:p>
      <w:pPr>
        <w:jc w:val="right"/>
      </w:pPr>
      <w:r>
        <w:t>ان الموسٹ، ان ایوری مسلم کنٹریز، ان ایوری مسلم کنٹریز، دیر آر ہیٹ، وائلنس۔</w:t>
      </w:r>
    </w:p>
    <w:p>
      <w:r>
        <w:rPr>
          <w:b/>
        </w:rPr>
        <w:t xml:space="preserve">[12:48] </w:t>
      </w:r>
      <w:r>
        <w:t>If there is no violence, there is dictatorship.</w:t>
      </w:r>
    </w:p>
    <w:p>
      <w:pPr>
        <w:jc w:val="right"/>
      </w:pPr>
      <w:r>
        <w:t>اف دیر از نو وائلنس، دیر از ڈکٹیٹرشپ۔</w:t>
      </w:r>
    </w:p>
    <w:p>
      <w:r>
        <w:rPr>
          <w:b/>
        </w:rPr>
        <w:t xml:space="preserve">[12:51] </w:t>
      </w:r>
      <w:r>
        <w:t>In some countries, there are dictatorships.</w:t>
      </w:r>
    </w:p>
    <w:p>
      <w:pPr>
        <w:jc w:val="right"/>
      </w:pPr>
      <w:r>
        <w:t>ان سم کنٹریز، دیر آر ڈکٹیٹرشپ۔</w:t>
      </w:r>
    </w:p>
    <w:p>
      <w:r>
        <w:rPr>
          <w:b/>
        </w:rPr>
        <w:t xml:space="preserve">[12:54] </w:t>
      </w:r>
      <w:r>
        <w:t>They have crushed the two people with power.</w:t>
      </w:r>
    </w:p>
    <w:p>
      <w:pPr>
        <w:jc w:val="right"/>
      </w:pPr>
      <w:r>
        <w:t>دے ہیو کرش دا دو پیپل ود پاور۔</w:t>
      </w:r>
    </w:p>
    <w:p>
      <w:r>
        <w:rPr>
          <w:b/>
        </w:rPr>
        <w:t xml:space="preserve">[12:57] </w:t>
      </w:r>
      <w:r>
        <w:t>They have put so many people in prison.</w:t>
      </w:r>
    </w:p>
    <w:p>
      <w:pPr>
        <w:jc w:val="right"/>
      </w:pPr>
      <w:r>
        <w:t>دے ہیو پٹ سو مینی پیپل ان پریزن۔</w:t>
      </w:r>
    </w:p>
    <w:p>
      <w:r>
        <w:rPr>
          <w:b/>
        </w:rPr>
        <w:t xml:space="preserve">[13:01] </w:t>
      </w:r>
      <w:r>
        <w:t>And where there is freedom, there is violence.</w:t>
      </w:r>
    </w:p>
    <w:p>
      <w:pPr>
        <w:jc w:val="right"/>
      </w:pPr>
      <w:r>
        <w:t>اینڈ ویر دیر از فریڈم، دیر از وائلنس۔</w:t>
      </w:r>
    </w:p>
    <w:p>
      <w:r>
        <w:rPr>
          <w:b/>
        </w:rPr>
        <w:t xml:space="preserve">[13:04] </w:t>
      </w:r>
      <w:r>
        <w:t>I don't want to give the name, but it is very clear that those Muslim countries were.</w:t>
      </w:r>
    </w:p>
    <w:p>
      <w:pPr>
        <w:jc w:val="right"/>
      </w:pPr>
      <w:r>
        <w:t>آئی ڈونٹ وانٹ ٹو گیو دا نیم، بٹ اٹ از ویری کلیئر داٹ دو مسلم کنٹریز ویر۔</w:t>
      </w:r>
    </w:p>
    <w:p>
      <w:r>
        <w:rPr>
          <w:b/>
        </w:rPr>
        <w:t xml:space="preserve">[13:11] </w:t>
      </w:r>
      <w:r>
        <w:t>And there are two categories of Muslim countries.</w:t>
      </w:r>
    </w:p>
    <w:p>
      <w:pPr>
        <w:jc w:val="right"/>
      </w:pPr>
      <w:r>
        <w:t>اینڈ دیر آر ٹو کیٹگری آف مسلم کنٹریز۔</w:t>
      </w:r>
    </w:p>
    <w:p>
      <w:r>
        <w:rPr>
          <w:b/>
        </w:rPr>
        <w:t xml:space="preserve">[13:15] </w:t>
      </w:r>
      <w:r>
        <w:t>In some countries, there is dictatorship.</w:t>
      </w:r>
    </w:p>
    <w:p>
      <w:pPr>
        <w:jc w:val="right"/>
      </w:pPr>
      <w:r>
        <w:t>ان سم کنٹریز، دیر از ڈکٹیٹرشپ۔</w:t>
      </w:r>
    </w:p>
    <w:p>
      <w:r>
        <w:rPr>
          <w:b/>
        </w:rPr>
        <w:t xml:space="preserve">[13:17] </w:t>
      </w:r>
      <w:r>
        <w:t>So, under this system, they have put all those people who believe in political interpretation in prison.</w:t>
      </w:r>
    </w:p>
    <w:p>
      <w:pPr>
        <w:jc w:val="right"/>
      </w:pPr>
      <w:r>
        <w:t>سو دس انڈر دس سسٹم، دے ہیو پٹ آل دو پیپل ہو بیلیو ان پولیٹیکل انٹرپریٹیشن ان پریزن۔</w:t>
      </w:r>
    </w:p>
    <w:p>
      <w:r>
        <w:rPr>
          <w:b/>
        </w:rPr>
        <w:t xml:space="preserve">[13:25] </w:t>
      </w:r>
      <w:r>
        <w:t>And in those Muslim countries, where there is freedom, there are violence, everyday violence.</w:t>
      </w:r>
    </w:p>
    <w:p>
      <w:pPr>
        <w:jc w:val="right"/>
      </w:pPr>
      <w:r>
        <w:t>اینڈ ان دو مسلم کنٹریز، ویر دیر از فریڈم، دیر آر وائلنس، ایوری ڈے وائلنس۔</w:t>
      </w:r>
    </w:p>
    <w:p>
      <w:r>
        <w:rPr>
          <w:b/>
        </w:rPr>
        <w:t xml:space="preserve">[13:31] </w:t>
      </w:r>
      <w:r>
        <w:t>There are killing and fighting.</w:t>
      </w:r>
    </w:p>
    <w:p>
      <w:pPr>
        <w:jc w:val="right"/>
      </w:pPr>
      <w:r>
        <w:t>دیر آر کلنگ اینڈ فائٹنگ۔</w:t>
      </w:r>
    </w:p>
    <w:p>
      <w:r>
        <w:rPr>
          <w:b/>
        </w:rPr>
        <w:t xml:space="preserve">[13:34] </w:t>
      </w:r>
      <w:r>
        <w:t>So all these things are direct result of political interpretation.</w:t>
      </w:r>
    </w:p>
    <w:p>
      <w:pPr>
        <w:jc w:val="right"/>
      </w:pPr>
      <w:r>
        <w:t>سو آل دیز تھنگز آر ڈائریکٹ رزلٹ آف پولیٹیکل انٹرپریٹیشن۔</w:t>
      </w:r>
    </w:p>
    <w:p>
      <w:r>
        <w:rPr>
          <w:b/>
        </w:rPr>
        <w:t xml:space="preserve">[13:38] </w:t>
      </w:r>
      <w:r>
        <w:t>According to my study, I have studied the Quran from the primary oral sources.</w:t>
      </w:r>
    </w:p>
    <w:p>
      <w:pPr>
        <w:jc w:val="right"/>
      </w:pPr>
      <w:r>
        <w:t>اکارڈنگ ٹو مائی سٹڈی، آئی ہاو سٹڈی دا قرآن فرام دا پرامس اوریل سورسز۔</w:t>
      </w:r>
    </w:p>
    <w:p>
      <w:r>
        <w:rPr>
          <w:b/>
        </w:rPr>
        <w:t xml:space="preserve">[13:44] </w:t>
      </w:r>
      <w:r>
        <w:t>I can say that Islam means Ma'arifat.</w:t>
      </w:r>
    </w:p>
    <w:p>
      <w:pPr>
        <w:jc w:val="right"/>
      </w:pPr>
      <w:r>
        <w:t>آئی کین سے داٹ اسلام مینز معرفت۔</w:t>
      </w:r>
    </w:p>
    <w:p>
      <w:r>
        <w:rPr>
          <w:b/>
        </w:rPr>
        <w:t xml:space="preserve">[13:47] </w:t>
      </w:r>
      <w:r>
        <w:t>Ma'arifat means to discover God Almighty, to make God your own, your sole concern, to develop akhirat oriented</w:t>
      </w:r>
    </w:p>
    <w:p>
      <w:pPr>
        <w:jc w:val="right"/>
      </w:pPr>
      <w:r>
        <w:t>معرفت مینز ٹو ڈسکور گاڈ المائٹی، ٹو میک گاڈ یور اون، یور سول کنسرن، ٹو ڈیولپ آخرت اورینٹڈ</w:t>
      </w:r>
    </w:p>
    <w:p>
      <w:r>
        <w:rPr>
          <w:b/>
        </w:rPr>
        <w:t xml:space="preserve">[13:55] </w:t>
      </w:r>
      <w:r>
        <w:t>thinking in your mind, to make paradise your sole concern, to adopt spiritual values.</w:t>
      </w:r>
    </w:p>
    <w:p>
      <w:pPr>
        <w:jc w:val="right"/>
      </w:pPr>
      <w:r>
        <w:t>تھنکنگ ان یور مائنڈ، ٹو میک پیراڈائز یور سول کنسرن، ٹو اڈاپٹ سپریچول ویلیوز۔</w:t>
      </w:r>
    </w:p>
    <w:p>
      <w:r>
        <w:rPr>
          <w:b/>
        </w:rPr>
        <w:t xml:space="preserve">[14:01] </w:t>
      </w:r>
      <w:r>
        <w:t>This is the Islam.</w:t>
      </w:r>
    </w:p>
    <w:p>
      <w:pPr>
        <w:jc w:val="right"/>
      </w:pPr>
      <w:r>
        <w:t>دس از دا اسلام۔</w:t>
      </w:r>
    </w:p>
    <w:p>
      <w:r>
        <w:rPr>
          <w:b/>
        </w:rPr>
        <w:t xml:space="preserve">[14:02] </w:t>
      </w:r>
      <w:r>
        <w:t>Islam is a peaceful religion.</w:t>
      </w:r>
    </w:p>
    <w:p>
      <w:pPr>
        <w:jc w:val="right"/>
      </w:pPr>
      <w:r>
        <w:t>اسلام از ا پیس فل ریلیجن۔</w:t>
      </w:r>
    </w:p>
    <w:p>
      <w:r>
        <w:rPr>
          <w:b/>
        </w:rPr>
        <w:t xml:space="preserve">[14:05] </w:t>
      </w:r>
      <w:r>
        <w:t>Islam, the way of Islam, is tazkiyah.</w:t>
      </w:r>
    </w:p>
    <w:p>
      <w:pPr>
        <w:jc w:val="right"/>
      </w:pPr>
      <w:r>
        <w:t>اسلام دا وے آف اسلام از تزکیہ۔</w:t>
      </w:r>
    </w:p>
    <w:p>
      <w:r>
        <w:rPr>
          <w:b/>
        </w:rPr>
        <w:t xml:space="preserve">[14:08] </w:t>
      </w:r>
      <w:r>
        <w:t>Tazkiyah means purification of soul.</w:t>
      </w:r>
    </w:p>
    <w:p>
      <w:pPr>
        <w:jc w:val="right"/>
      </w:pPr>
      <w:r>
        <w:t>تزکیہ مینز پیوریفیکیشن آف سول۔</w:t>
      </w:r>
    </w:p>
    <w:p>
      <w:r>
        <w:rPr>
          <w:b/>
        </w:rPr>
        <w:t xml:space="preserve">[14:10] </w:t>
      </w:r>
      <w:r>
        <w:t>So Islam requires tazkiyah, that is self-purification.</w:t>
      </w:r>
    </w:p>
    <w:p>
      <w:pPr>
        <w:jc w:val="right"/>
      </w:pPr>
      <w:r>
        <w:t>سو اسلام ریکوائر تزکیہ، دیٹ از سیلف پیوریفیکیشن۔</w:t>
      </w:r>
    </w:p>
    <w:p>
      <w:r>
        <w:rPr>
          <w:b/>
        </w:rPr>
        <w:t xml:space="preserve">[14:13] </w:t>
      </w:r>
      <w:r>
        <w:t>Self-purification.</w:t>
      </w:r>
    </w:p>
    <w:p>
      <w:pPr>
        <w:jc w:val="right"/>
      </w:pPr>
      <w:r>
        <w:t>سیلف پیوریفیکیشن۔</w:t>
      </w:r>
    </w:p>
    <w:p>
      <w:r>
        <w:rPr>
          <w:b/>
        </w:rPr>
        <w:t xml:space="preserve">[14:15] </w:t>
      </w:r>
      <w:r>
        <w:t>So that you be able to find entry into paradise.</w:t>
      </w:r>
    </w:p>
    <w:p>
      <w:pPr>
        <w:jc w:val="right"/>
      </w:pPr>
      <w:r>
        <w:t>سو دیٹ یو بی ایبل ٹو فائنڈ انٹری انٹو پیراڈائز۔</w:t>
      </w:r>
    </w:p>
    <w:p>
      <w:r>
        <w:rPr>
          <w:b/>
        </w:rPr>
        <w:t xml:space="preserve">[14:19] </w:t>
      </w:r>
      <w:r>
        <w:t>But when you are off, you are influenced with political interpretation, you will try to change the system.</w:t>
      </w:r>
    </w:p>
    <w:p>
      <w:pPr>
        <w:jc w:val="right"/>
      </w:pPr>
      <w:r>
        <w:t>بٹ وین یو آر اف، یو آر انفلوئنس ود پولیٹیکل انٹرپریٹیشن، یو ویل ٹرائی ٹو چینج دا سسٹم۔</w:t>
      </w:r>
    </w:p>
    <w:p>
      <w:r>
        <w:rPr>
          <w:b/>
        </w:rPr>
        <w:t xml:space="preserve">[14:27] </w:t>
      </w:r>
      <w:r>
        <w:t>And when do you try to change the system, then it is but natural that there will be,</w:t>
      </w:r>
    </w:p>
    <w:p>
      <w:pPr>
        <w:jc w:val="right"/>
      </w:pPr>
      <w:r>
        <w:t>اینڈ وین ڈو یو ٹرائی ٹو چینج دا سسٹم، دین اٹ از بٹ نیچرل دیٹ دیر ول بی،</w:t>
      </w:r>
    </w:p>
    <w:p>
      <w:r>
        <w:rPr>
          <w:b/>
        </w:rPr>
        <w:t xml:space="preserve">[14:35] </w:t>
      </w:r>
      <w:r>
        <w:t>It will, it will result into battles, into fighting, into violence.</w:t>
      </w:r>
    </w:p>
    <w:p>
      <w:pPr>
        <w:jc w:val="right"/>
      </w:pPr>
      <w:r>
        <w:t>اٹ ول، اٹ ول رزلٹ انٹو بیٹلز، انٹو فائٹنگ، انٹو وائلنس۔</w:t>
      </w:r>
    </w:p>
    <w:p>
      <w:r>
        <w:rPr>
          <w:b/>
        </w:rPr>
        <w:t xml:space="preserve">[14:39] </w:t>
      </w:r>
      <w:r>
        <w:t>So, I think that political interpretation is the greatest fitna of the age.</w:t>
      </w:r>
    </w:p>
    <w:p>
      <w:pPr>
        <w:jc w:val="right"/>
      </w:pPr>
      <w:r>
        <w:t>سو آئی تھنک دیٹ پولیٹیکل انٹرپریٹیشن از دا گریٹسٹ فتنہ آف دا ایج۔</w:t>
      </w:r>
    </w:p>
    <w:p>
      <w:r>
        <w:rPr>
          <w:b/>
        </w:rPr>
        <w:t xml:space="preserve">[14:45] </w:t>
      </w:r>
      <w:r>
        <w:t>This is bazzat.</w:t>
      </w:r>
    </w:p>
    <w:p>
      <w:pPr>
        <w:jc w:val="right"/>
      </w:pPr>
      <w:r>
        <w:t>دس از بضاحت۔</w:t>
      </w:r>
    </w:p>
    <w:p>
      <w:r>
        <w:rPr>
          <w:b/>
        </w:rPr>
        <w:t xml:space="preserve">[14:46] </w:t>
      </w:r>
      <w:r>
        <w:t>بضاحت means imitation.</w:t>
      </w:r>
    </w:p>
    <w:p>
      <w:pPr>
        <w:jc w:val="right"/>
      </w:pPr>
      <w:r>
        <w:t>بضاحت مینز ایمیٹیشن۔</w:t>
      </w:r>
    </w:p>
    <w:p>
      <w:r>
        <w:rPr>
          <w:b/>
        </w:rPr>
        <w:t xml:space="preserve">[14:48] </w:t>
      </w:r>
      <w:r>
        <w:t>In 20th century, there were some secular ideology of this kind.</w:t>
      </w:r>
    </w:p>
    <w:p>
      <w:pPr>
        <w:jc w:val="right"/>
      </w:pPr>
      <w:r>
        <w:t>ان ٹوئنٹی سنچری، دیر ویر سم سیکولر آئیڈالوجی آف دس کائنڈ۔</w:t>
      </w:r>
    </w:p>
    <w:p>
      <w:r>
        <w:rPr>
          <w:b/>
        </w:rPr>
        <w:t xml:space="preserve">[14:53] </w:t>
      </w:r>
      <w:r>
        <w:t>in social system, democratic system, national system, economic system.</w:t>
      </w:r>
    </w:p>
    <w:p>
      <w:pPr>
        <w:jc w:val="right"/>
      </w:pPr>
      <w:r>
        <w:t>ان سوشل سسٹم، ڈیموکریٹک سسٹم، نیشنل سسٹم، اکانومک سسٹم۔</w:t>
      </w:r>
    </w:p>
    <w:p>
      <w:r>
        <w:rPr>
          <w:b/>
        </w:rPr>
        <w:t xml:space="preserve">[14:57] </w:t>
      </w:r>
      <w:r>
        <w:t>So some Muslims, by the way of imitation, presented the concept of political Islam.</w:t>
      </w:r>
    </w:p>
    <w:p>
      <w:pPr>
        <w:jc w:val="right"/>
      </w:pPr>
      <w:r>
        <w:t>سو سم مسلمز، بائی دا وے آف ایمیٹیشن، پریزنٹڈ دا کانسیپٹ آف پولیٹیکل اسلام۔</w:t>
      </w:r>
    </w:p>
    <w:p>
      <w:r>
        <w:rPr>
          <w:b/>
        </w:rPr>
        <w:t xml:space="preserve">[15:03] </w:t>
      </w:r>
      <w:r>
        <w:t>The concept of political Islam is nothing but bid'at, that is imitation of contemporary ideologies.</w:t>
      </w:r>
    </w:p>
    <w:p>
      <w:pPr>
        <w:jc w:val="right"/>
      </w:pPr>
      <w:r>
        <w:t>کانسیپٹ آف پولیٹیکل اسلام از نتھنگ بٹ بضاحت، دیٹ از ایمیٹیشن آف کنٹیمپریری آئیڈالوجیز۔</w:t>
      </w:r>
    </w:p>
    <w:p>
      <w:r>
        <w:rPr>
          <w:b/>
        </w:rPr>
        <w:t xml:space="preserve">[15:09] </w:t>
      </w:r>
      <w:r>
        <w:t>They said that they, they, they talk about social system and political system and democratic system.</w:t>
      </w:r>
    </w:p>
    <w:p>
      <w:pPr>
        <w:jc w:val="right"/>
      </w:pPr>
      <w:r>
        <w:t>دے سیڈ دیٹ دے، دے، دے ٹاک اباؤٹ سوشل سسٹم اینڈ پولیٹیکل سسٹم اینڈ ڈیموکریٹک سسٹم۔</w:t>
      </w:r>
    </w:p>
    <w:p>
      <w:r>
        <w:rPr>
          <w:b/>
        </w:rPr>
        <w:t xml:space="preserve">[15:15] </w:t>
      </w:r>
      <w:r>
        <w:t>They said Islam is also a system.</w:t>
      </w:r>
    </w:p>
    <w:p>
      <w:pPr>
        <w:jc w:val="right"/>
      </w:pPr>
      <w:r>
        <w:t>دے سیڈ اسلام از آل سو ا سسٹم۔</w:t>
      </w:r>
    </w:p>
    <w:p>
      <w:r>
        <w:rPr>
          <w:b/>
        </w:rPr>
        <w:t xml:space="preserve">[15:19] </w:t>
      </w:r>
      <w:r>
        <w:t>But it was wrong.</w:t>
      </w:r>
    </w:p>
    <w:p>
      <w:pPr>
        <w:jc w:val="right"/>
      </w:pPr>
      <w:r>
        <w:t>بٹ اٹ واز رونگ۔</w:t>
      </w:r>
    </w:p>
    <w:p>
      <w:r>
        <w:rPr>
          <w:b/>
        </w:rPr>
        <w:t xml:space="preserve">[15:21] </w:t>
      </w:r>
      <w:r>
        <w:t>The target of Islam is individual and not the system.</w:t>
      </w:r>
    </w:p>
    <w:p>
      <w:pPr>
        <w:jc w:val="right"/>
      </w:pPr>
      <w:r>
        <w:t>دا ٹارگٹ آف اسلام از انڈیویجول اینڈ ناٹ دا سسٹم۔</w:t>
      </w:r>
    </w:p>
    <w:p>
      <w:r>
        <w:rPr>
          <w:b/>
        </w:rPr>
        <w:t xml:space="preserve">[15:25] </w:t>
      </w:r>
      <w:r>
        <w:t>It is very important to know the target of Islam is individual and not the system.</w:t>
      </w:r>
    </w:p>
    <w:p>
      <w:pPr>
        <w:jc w:val="right"/>
      </w:pPr>
      <w:r>
        <w:t>اٹ از ویری امپورٹنٹ ٹو نو دا ٹارگٹ آف اسلام از انڈیویجول اینڈ ناٹ دا سسٹم۔</w:t>
      </w:r>
    </w:p>
    <w:p>
      <w:r>
        <w:rPr>
          <w:b/>
        </w:rPr>
        <w:t xml:space="preserve">[15:32] </w:t>
      </w:r>
      <w:r>
        <w:t>to bring about change in individual, this is the Islamic concept.</w:t>
      </w:r>
    </w:p>
    <w:p>
      <w:pPr>
        <w:jc w:val="right"/>
      </w:pPr>
      <w:r>
        <w:t>ٹو برنگ اباؤٹ چینج ان انڈیویجول، دس از دا اسلامک کانسیپٹ۔</w:t>
      </w:r>
    </w:p>
    <w:p>
      <w:r>
        <w:rPr>
          <w:b/>
        </w:rPr>
        <w:t xml:space="preserve">[15:36] </w:t>
      </w:r>
      <w:r>
        <w:t>But system, the political interpretation, has changed the target.</w:t>
      </w:r>
    </w:p>
    <w:p>
      <w:pPr>
        <w:jc w:val="right"/>
      </w:pPr>
      <w:r>
        <w:t>بٹ سسٹم، دا پولیٹیکل انٹرپریٹیشن، ہیز چینج دا ٹارگٹ۔</w:t>
      </w:r>
    </w:p>
    <w:p>
      <w:r>
        <w:rPr>
          <w:b/>
        </w:rPr>
        <w:t xml:space="preserve">[15:40] </w:t>
      </w:r>
      <w:r>
        <w:t>is the change the target.</w:t>
      </w:r>
    </w:p>
    <w:p>
      <w:pPr>
        <w:jc w:val="right"/>
      </w:pPr>
      <w:r>
        <w:t>ہیز دا چینج دا ٹارگٹ۔</w:t>
      </w:r>
    </w:p>
    <w:p>
      <w:r>
        <w:rPr>
          <w:b/>
        </w:rPr>
        <w:t xml:space="preserve">[15:42] </w:t>
      </w:r>
      <w:r>
        <w:t>So it is worst kind of satanic tazyin, satanic beautification.</w:t>
      </w:r>
    </w:p>
    <w:p>
      <w:pPr>
        <w:jc w:val="right"/>
      </w:pPr>
      <w:r>
        <w:t>سو اٹ از ورسٹ کائنڈ آف سیٹنک تزین، سیٹنک بیوٹیفیکیشن۔</w:t>
      </w:r>
    </w:p>
    <w:p>
      <w:r>
        <w:rPr>
          <w:b/>
        </w:rPr>
        <w:t xml:space="preserve">[15:47] </w:t>
      </w:r>
      <w:r>
        <w:t>Aqulu qawli hadha astaghfirullaha li wa lakum ajma'in.</w:t>
      </w:r>
    </w:p>
    <w:p>
      <w:pPr>
        <w:jc w:val="right"/>
      </w:pPr>
      <w:r>
        <w:t>اقول قول ھذا استغفراللہ لیولکم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