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Help January 04, 2015</w:t>
      </w:r>
    </w:p>
    <w:p>
      <w:r>
        <w:t>https://www.youtube.com/watch?v=IsFIb5jI5u8</w:t>
      </w:r>
    </w:p>
    <w:p>
      <w:r>
        <w:rPr>
          <w:b/>
        </w:rPr>
        <w:t xml:space="preserve">[00:14] </w:t>
      </w:r>
      <w:r>
        <w:t>bismillah rahman rahim, wa salallahu ala nabiyyil karim. rab ishrah li sadri, wa yassir li amri, wah lul uqdatan min lisani, yafqahu qawli. char janvari do hazar pandrah.</w:t>
      </w:r>
    </w:p>
    <w:p>
      <w:pPr>
        <w:jc w:val="right"/>
      </w:pPr>
      <w:r>
        <w:t>بسم اللہ الرحمن الرحیم، وصلی اللہ علی النبی الکریم. رب اشرح لی صدری، ویسر لی امری، واحل العقدۃ من لسانی، یفقہ قولی. چار جنوری دو ہزار پندرہ.</w:t>
      </w:r>
    </w:p>
    <w:p>
      <w:r>
        <w:rPr>
          <w:b/>
        </w:rPr>
        <w:t xml:space="preserve">[00:42] </w:t>
      </w:r>
      <w:r>
        <w:t>aaj ki guftagu ka topic hai woh Allah ki nusrat ke bare mein hai, yaani Allah ki</w:t>
      </w:r>
    </w:p>
    <w:p>
      <w:pPr>
        <w:jc w:val="right"/>
      </w:pPr>
      <w:r>
        <w:t>آج کی گفتگو کا جو ٹاپک ہے وہ اللہ کی نصرت کے بارے میں ہے، یعنی اللہ کی</w:t>
      </w:r>
    </w:p>
    <w:p>
      <w:r>
        <w:rPr>
          <w:b/>
        </w:rPr>
        <w:t xml:space="preserve">[00:47] </w:t>
      </w:r>
      <w:r>
        <w:t>madad jo insaan ko pohnchti hai.</w:t>
      </w:r>
    </w:p>
    <w:p>
      <w:pPr>
        <w:jc w:val="right"/>
      </w:pPr>
      <w:r>
        <w:t>مدد جو انسان کو پہنچتی ہے۔</w:t>
      </w:r>
    </w:p>
    <w:p>
      <w:r>
        <w:rPr>
          <w:b/>
        </w:rPr>
        <w:t xml:space="preserve">[00:52] </w:t>
      </w:r>
      <w:r>
        <w:t>to is madad ka ya is nusrat ka ek aspect hai ke compassion create kar ke insaan ko</w:t>
      </w:r>
    </w:p>
    <w:p>
      <w:pPr>
        <w:jc w:val="right"/>
      </w:pPr>
      <w:r>
        <w:t>تو اس مدد کا یا اس نصرت کا ایک aspect ہے کہ compassion create کر کے انسان کو</w:t>
      </w:r>
    </w:p>
    <w:p>
      <w:r>
        <w:rPr>
          <w:b/>
        </w:rPr>
        <w:t xml:space="preserve">[00:57] </w:t>
      </w:r>
      <w:r>
        <w:t>batana hai ke tumhare liye la ilaha illallah ki shart kya hai.</w:t>
      </w:r>
    </w:p>
    <w:p>
      <w:pPr>
        <w:jc w:val="right"/>
      </w:pPr>
      <w:r>
        <w:t>بتانا ہے کہ تمہارے لیے لا الہ الا اللہ کی شرط کیا ہے۔</w:t>
      </w:r>
    </w:p>
    <w:p>
      <w:r>
        <w:rPr>
          <w:b/>
        </w:rPr>
        <w:t xml:space="preserve">[01:02] </w:t>
      </w:r>
      <w:r>
        <w:t>direction ko batana compassion create kar ke, yeh hai aaj ka woh.</w:t>
      </w:r>
    </w:p>
    <w:p>
      <w:pPr>
        <w:jc w:val="right"/>
      </w:pPr>
      <w:r>
        <w:t>Direction کو بتانا compassion create کر کے، یہ ہے آج کا وہ۔</w:t>
      </w:r>
    </w:p>
    <w:p>
      <w:r>
        <w:rPr>
          <w:b/>
        </w:rPr>
        <w:t xml:space="preserve">[01:07] </w:t>
      </w:r>
      <w:r>
        <w:t>to main is baat ko shuru karna chahta hoon aaj ke apne ek inspiration se.</w:t>
      </w:r>
    </w:p>
    <w:p>
      <w:pPr>
        <w:jc w:val="right"/>
      </w:pPr>
      <w:r>
        <w:t>تو میں اس بات کو شروع کرنا چاہتا ہوں آج کے اپنے ایک inspiration سے۔</w:t>
      </w:r>
    </w:p>
    <w:p>
      <w:r>
        <w:rPr>
          <w:b/>
        </w:rPr>
        <w:t xml:space="preserve">[01:12] </w:t>
      </w:r>
      <w:r>
        <w:t>quran mein surah al-imran mein ek ayat hai jo main bahut dinon se sochta raha hoon ke</w:t>
      </w:r>
    </w:p>
    <w:p>
      <w:pPr>
        <w:jc w:val="right"/>
      </w:pPr>
      <w:r>
        <w:t>قرآن میں سورہ آل عمران میں ایک آیت ہے جو میں بہت دنوں سے سوچتا رہا ہوں کہ</w:t>
      </w:r>
    </w:p>
    <w:p>
      <w:r>
        <w:rPr>
          <w:b/>
        </w:rPr>
        <w:t xml:space="preserve">[01:17] </w:t>
      </w:r>
      <w:r>
        <w:t>is ka kya matlab hai.</w:t>
      </w:r>
    </w:p>
    <w:p>
      <w:pPr>
        <w:jc w:val="right"/>
      </w:pPr>
      <w:r>
        <w:t>اس کا کیا مطلب ہے۔</w:t>
      </w:r>
    </w:p>
    <w:p>
      <w:r>
        <w:rPr>
          <w:b/>
        </w:rPr>
        <w:t xml:space="preserve">[01:22] </w:t>
      </w:r>
      <w:r>
        <w:t>yeh surah uhud ka jo ghazwa hua tha us mein satar sahaba maare gaye the aur bahut sa</w:t>
      </w:r>
    </w:p>
    <w:p>
      <w:pPr>
        <w:jc w:val="right"/>
      </w:pPr>
      <w:r>
        <w:t>یہ سورہ احد کا جو غزوہ ہوا تھا اس میں ستر صحابہ مارے گئے تھے اور بہت سا</w:t>
      </w:r>
    </w:p>
    <w:p>
      <w:r>
        <w:rPr>
          <w:b/>
        </w:rPr>
        <w:t xml:space="preserve">[01:27] </w:t>
      </w:r>
      <w:r>
        <w:t>nuqsan hua tha.</w:t>
      </w:r>
    </w:p>
    <w:p>
      <w:pPr>
        <w:jc w:val="right"/>
      </w:pPr>
      <w:r>
        <w:t>نقصان ہوا تھا۔</w:t>
      </w:r>
    </w:p>
    <w:p>
      <w:r>
        <w:rPr>
          <w:b/>
        </w:rPr>
        <w:t xml:space="preserve">[01:33] </w:t>
      </w:r>
      <w:r>
        <w:t>to is bare mein yeh ayat hai ke faasabakum ghamman bighammil likah illah tahzanoo alaa ma faatakum wala</w:t>
      </w:r>
    </w:p>
    <w:p>
      <w:pPr>
        <w:jc w:val="right"/>
      </w:pPr>
      <w:r>
        <w:t>تو اس بارے میں یہ آیت ہے کہ فَأَصَابَكُمْ غَمًّا بَغَمٍّ لِكَ إِلَّا تَهْزَنُوا عَلَى مَا فَاتَكُمْ وَلَا</w:t>
      </w:r>
    </w:p>
    <w:p>
      <w:r>
        <w:rPr>
          <w:b/>
        </w:rPr>
        <w:t xml:space="preserve">[01:38] </w:t>
      </w:r>
      <w:r>
        <w:t>ma asabakum yaani tum ko hum ne gham par gham diya, dukh par dukh diya taake tum khoye</w:t>
      </w:r>
    </w:p>
    <w:p>
      <w:pPr>
        <w:jc w:val="right"/>
      </w:pPr>
      <w:r>
        <w:t>مَا أَصَابَكُمْ یعنی تم کو ہم نے غم پر غم دیا، دکھ پر دکھ دیا تاکہ تم کھوئے</w:t>
      </w:r>
    </w:p>
    <w:p>
      <w:r>
        <w:rPr>
          <w:b/>
        </w:rPr>
        <w:t xml:space="preserve">[01:43] </w:t>
      </w:r>
      <w:r>
        <w:t>huye par ghamgeen na ho aur jo tum se chhin jaaye us par tum afsos na karo.</w:t>
      </w:r>
    </w:p>
    <w:p>
      <w:pPr>
        <w:jc w:val="right"/>
      </w:pPr>
      <w:r>
        <w:t>ہوئے پر غمگین نہ ہو اور جو تم سے چھن جائے اس پر تم افسوس نہ کرو۔</w:t>
      </w:r>
    </w:p>
    <w:p>
      <w:r>
        <w:rPr>
          <w:b/>
        </w:rPr>
        <w:t xml:space="preserve">[01:48] </w:t>
      </w:r>
      <w:r>
        <w:t>to is ayat ka matlab kya hai? Yaani sirf yeh ke aadmi gham na kare to yeh koi</w:t>
      </w:r>
    </w:p>
    <w:p>
      <w:pPr>
        <w:jc w:val="right"/>
      </w:pPr>
      <w:r>
        <w:t>تو اس آیت کا مطلب کیا ہے؟ یعنی صرف یہ کہ آدمی غم نہ کرے تو یہ کوئی</w:t>
      </w:r>
    </w:p>
    <w:p>
      <w:r>
        <w:rPr>
          <w:b/>
        </w:rPr>
        <w:t xml:space="preserve">[01:53] </w:t>
      </w:r>
      <w:r>
        <w:t>badi baat nahi hui, yeh koi badi baat nahi hui.</w:t>
      </w:r>
    </w:p>
    <w:p>
      <w:pPr>
        <w:jc w:val="right"/>
      </w:pPr>
      <w:r>
        <w:t>بڑی بات نہیں ہوئی، یہ کوئی بڑی بات نہیں ہوئی۔</w:t>
      </w:r>
    </w:p>
    <w:p>
      <w:r>
        <w:rPr>
          <w:b/>
        </w:rPr>
        <w:t xml:space="preserve">[01:58] </w:t>
      </w:r>
      <w:r>
        <w:t>to aaj jab subah ko mein utha to fajar se pehle jab mein tayyari kar raha tha fajar</w:t>
      </w:r>
    </w:p>
    <w:p>
      <w:pPr>
        <w:jc w:val="right"/>
      </w:pPr>
      <w:r>
        <w:t>تو آج جب صبح کو میں اٹھا تو فجر سے پہلے جب میں تیاری کر رہا تھا فجر</w:t>
      </w:r>
    </w:p>
    <w:p>
      <w:r>
        <w:rPr>
          <w:b/>
        </w:rPr>
        <w:t xml:space="preserve">[02:03] </w:t>
      </w:r>
      <w:r>
        <w:t>ki namaz ki, achaanak mere mind mein ek khayal aaya, bilkul achaanak, jaise koi achaanak mind mein daal diya.</w:t>
      </w:r>
    </w:p>
    <w:p>
      <w:pPr>
        <w:jc w:val="right"/>
      </w:pPr>
      <w:r>
        <w:t>کی نماز کی، اچانک میرے mind میں ایک خیال آیا، بالکل اچانک، جیسے کوئی اچانک mind میں ڈال دیا۔</w:t>
      </w:r>
    </w:p>
    <w:p>
      <w:r>
        <w:rPr>
          <w:b/>
        </w:rPr>
        <w:t xml:space="preserve">[02:08] </w:t>
      </w:r>
      <w:r>
        <w:t>woh yeh ke is ayat ka matlab hai ke taake tum apne minus ko plus banao.</w:t>
      </w:r>
    </w:p>
    <w:p>
      <w:pPr>
        <w:jc w:val="right"/>
      </w:pPr>
      <w:r>
        <w:t>وہ یہ کہ اس آیت کا مطلب ہے کہ تاکہ تم اپنے مائنس کو plus بناؤ۔</w:t>
      </w:r>
    </w:p>
    <w:p>
      <w:r>
        <w:rPr>
          <w:b/>
        </w:rPr>
        <w:t xml:space="preserve">[02:13] </w:t>
      </w:r>
      <w:r>
        <w:t>yaani tumhara negative experience ho to us ko tum positivity mein dhalo.</w:t>
      </w:r>
    </w:p>
    <w:p>
      <w:pPr>
        <w:jc w:val="right"/>
      </w:pPr>
      <w:r>
        <w:t>یعنی تمہارا negative experience ہو تو اس کو تم positivity میں ڈھالو۔</w:t>
      </w:r>
    </w:p>
    <w:p>
      <w:r>
        <w:rPr>
          <w:b/>
        </w:rPr>
        <w:t xml:space="preserve">[02:18] </w:t>
      </w:r>
      <w:r>
        <w:t>So that you may turn your minus into a plus to ab yeh ayat kitni badi, yaani billion</w:t>
      </w:r>
    </w:p>
    <w:p>
      <w:pPr>
        <w:jc w:val="right"/>
      </w:pPr>
      <w:r>
        <w:t>So that you may turn your minus into a plus تو اب یہ آیت کتنی بڑی، یعنی billion</w:t>
      </w:r>
    </w:p>
    <w:p>
      <w:r>
        <w:rPr>
          <w:b/>
        </w:rPr>
        <w:t xml:space="preserve">[02:24] </w:t>
      </w:r>
      <w:r>
        <w:t>trillion times badi ho gayi ke pehle se yeh hota tha ke tum afsos na karo, to yeh</w:t>
      </w:r>
    </w:p>
    <w:p>
      <w:pPr>
        <w:jc w:val="right"/>
      </w:pPr>
      <w:r>
        <w:t>trillion times بڑی ہو گئی کہ پہلے سے یہ ہوتا تھا کہ تم افسوس نہ کرو، تو یہ</w:t>
      </w:r>
    </w:p>
    <w:p>
      <w:r>
        <w:rPr>
          <w:b/>
        </w:rPr>
        <w:t xml:space="preserve">[02:29] </w:t>
      </w:r>
      <w:r>
        <w:t>koi badi baat nahi hai.</w:t>
      </w:r>
    </w:p>
    <w:p>
      <w:pPr>
        <w:jc w:val="right"/>
      </w:pPr>
      <w:r>
        <w:t>کوئی بڑی بات نہیں ہے۔</w:t>
      </w:r>
    </w:p>
    <w:p>
      <w:r>
        <w:rPr>
          <w:b/>
        </w:rPr>
        <w:t xml:space="preserve">[02:34] </w:t>
      </w:r>
      <w:r>
        <w:t>lekin jab yeh mere is mein daryaft ho gayi ke apne minus ko plus banao, negative thinking ko</w:t>
      </w:r>
    </w:p>
    <w:p>
      <w:pPr>
        <w:jc w:val="right"/>
      </w:pPr>
      <w:r>
        <w:t>لیکن جب یہ میرے اس میں دریافت ہو گئی کہ اپنے مائنس کو plus بناؤ، negative thinking کو</w:t>
      </w:r>
    </w:p>
    <w:p>
      <w:r>
        <w:rPr>
          <w:b/>
        </w:rPr>
        <w:t xml:space="preserve">[02:39] </w:t>
      </w:r>
      <w:r>
        <w:t>positive thinking mein convert karo, to ab bohat hi badi cheez ban gayi hai.</w:t>
      </w:r>
    </w:p>
    <w:p>
      <w:pPr>
        <w:jc w:val="right"/>
      </w:pPr>
      <w:r>
        <w:t>positive thinking میں convert کرو، تو اب بہت ہی بڑی چیز بن گئی ہے۔</w:t>
      </w:r>
    </w:p>
    <w:p>
      <w:r>
        <w:rPr>
          <w:b/>
        </w:rPr>
        <w:t xml:space="preserve">[02:44] </w:t>
      </w:r>
      <w:r>
        <w:t>to aaj subah mujh ko yeh experience hua through inspiration, to isi ko le kar mein aaj kuch</w:t>
      </w:r>
    </w:p>
    <w:p>
      <w:pPr>
        <w:jc w:val="right"/>
      </w:pPr>
      <w:r>
        <w:t>تو آج صبح مجھ کو یہ experience ہوا through inspiration، تو اسی کو لے کر میں آج کچھ</w:t>
      </w:r>
    </w:p>
    <w:p>
      <w:r>
        <w:rPr>
          <w:b/>
        </w:rPr>
        <w:t xml:space="preserve">[02:49] </w:t>
      </w:r>
      <w:r>
        <w:t>kehna chahta hoon.</w:t>
      </w:r>
    </w:p>
    <w:p>
      <w:pPr>
        <w:jc w:val="right"/>
      </w:pPr>
      <w:r>
        <w:t>کہنا چاہتا ہوں۔</w:t>
      </w:r>
    </w:p>
    <w:p>
      <w:r>
        <w:rPr>
          <w:b/>
        </w:rPr>
        <w:t xml:space="preserve">[02:54] </w:t>
      </w:r>
      <w:r>
        <w:t>us waqt mazeed socha mein ne, socha mein ne to yeh meri ek baat mujhe samajh aayi ke</w:t>
      </w:r>
    </w:p>
    <w:p>
      <w:pPr>
        <w:jc w:val="right"/>
      </w:pPr>
      <w:r>
        <w:t>اس وقت مزید سوچا میں نے، سوچا میں نے تو یہ میری ایک بات مجھے سمجھ آئی کہ</w:t>
      </w:r>
    </w:p>
    <w:p>
      <w:r>
        <w:rPr>
          <w:b/>
        </w:rPr>
        <w:t xml:space="preserve">[02:59] </w:t>
      </w:r>
      <w:r>
        <w:t>Allah ki sunnat ka ek tareeqa yeh hai ke compassion create kar ke aadmi ko right direction ki</w:t>
      </w:r>
    </w:p>
    <w:p>
      <w:pPr>
        <w:jc w:val="right"/>
      </w:pPr>
      <w:r>
        <w:t>اللہ کی سنت کا ایک طریقہ یہ ہے کہ compassion create کر کے آدمی کو right direction کی</w:t>
      </w:r>
    </w:p>
    <w:p>
      <w:r>
        <w:rPr>
          <w:b/>
        </w:rPr>
        <w:t xml:space="preserve">[03:04] </w:t>
      </w:r>
      <w:r>
        <w:t>taraf rehnumai karna.</w:t>
      </w:r>
    </w:p>
    <w:p>
      <w:pPr>
        <w:jc w:val="right"/>
      </w:pPr>
      <w:r>
        <w:t>طرف رہنمائی کرنا۔</w:t>
      </w:r>
    </w:p>
    <w:p>
      <w:r>
        <w:rPr>
          <w:b/>
        </w:rPr>
        <w:t xml:space="preserve">[03:09] </w:t>
      </w:r>
      <w:r>
        <w:t>to us waqt mein aap ko kuch misalein dena chahta hoon jis se yeh baat wazeh ho.</w:t>
      </w:r>
    </w:p>
    <w:p>
      <w:pPr>
        <w:jc w:val="right"/>
      </w:pPr>
      <w:r>
        <w:t>تو اس وقت میں آپ کو کچھ مثالیں دینا چاہتا ہوں جس سے یہ بات واضح ہو۔</w:t>
      </w:r>
    </w:p>
    <w:p>
      <w:r>
        <w:rPr>
          <w:b/>
        </w:rPr>
        <w:t xml:space="preserve">[03:15] </w:t>
      </w:r>
      <w:r>
        <w:t>sab se pehli misaal mere nazdeek hai is maamle mein Hazrat Yusuf ki.</w:t>
      </w:r>
    </w:p>
    <w:p>
      <w:pPr>
        <w:jc w:val="right"/>
      </w:pPr>
      <w:r>
        <w:t>سب سے پہلی مثال میرے نزدیک ہے اس معاملے میں حضرت یوسف کی۔</w:t>
      </w:r>
    </w:p>
    <w:p>
      <w:r>
        <w:rPr>
          <w:b/>
        </w:rPr>
        <w:t xml:space="preserve">[03:20] </w:t>
      </w:r>
      <w:r>
        <w:t>Hazrat Yusuf ab se saade teen hazar saal pehle paida hue, Qana mein.</w:t>
      </w:r>
    </w:p>
    <w:p>
      <w:pPr>
        <w:jc w:val="right"/>
      </w:pPr>
      <w:r>
        <w:t>حضرت یوسف اب سے ساڑھے تین ہزار سال پہلے پیدا ہوئے، قنا میں۔</w:t>
      </w:r>
    </w:p>
    <w:p>
      <w:r>
        <w:rPr>
          <w:b/>
        </w:rPr>
        <w:t xml:space="preserve">[03:25] </w:t>
      </w:r>
      <w:r>
        <w:t>Qana jo hai woh Sham aur Falasteen ke darmiyan ek maqam hai.</w:t>
      </w:r>
    </w:p>
    <w:p>
      <w:pPr>
        <w:jc w:val="right"/>
      </w:pPr>
      <w:r>
        <w:t>قنا جو ہے وہ شام اور فلسطین کے درمیان ایک مقام ہے۔</w:t>
      </w:r>
    </w:p>
    <w:p>
      <w:r>
        <w:rPr>
          <w:b/>
        </w:rPr>
        <w:t xml:space="preserve">[03:30] </w:t>
      </w:r>
      <w:r>
        <w:t>wahan par kya tha? Ek gaon tha chhota sa, bhed bakri ka un ka kaam hota tha un</w:t>
      </w:r>
    </w:p>
    <w:p>
      <w:pPr>
        <w:jc w:val="right"/>
      </w:pPr>
      <w:r>
        <w:t>وہاں پر کیا تھا؟ ایک گاؤں تھا چھوٹا سا، بھیڑ بکری کا ان کا کام ہوتا تھا ان</w:t>
      </w:r>
    </w:p>
    <w:p>
      <w:r>
        <w:rPr>
          <w:b/>
        </w:rPr>
        <w:t xml:space="preserve">[03:35] </w:t>
      </w:r>
      <w:r>
        <w:t>ki family ka.</w:t>
      </w:r>
    </w:p>
    <w:p>
      <w:pPr>
        <w:jc w:val="right"/>
      </w:pPr>
      <w:r>
        <w:t>کی family کا۔</w:t>
      </w:r>
    </w:p>
    <w:p>
      <w:r>
        <w:rPr>
          <w:b/>
        </w:rPr>
        <w:t xml:space="preserve">[03:40] </w:t>
      </w:r>
      <w:r>
        <w:t>is mein woh paida hui.</w:t>
      </w:r>
    </w:p>
    <w:p>
      <w:pPr>
        <w:jc w:val="right"/>
      </w:pPr>
      <w:r>
        <w:t>اس میں وہ پیدا ہوئی۔</w:t>
      </w:r>
    </w:p>
    <w:p>
      <w:r>
        <w:rPr>
          <w:b/>
        </w:rPr>
        <w:t xml:space="preserve">[03:45] </w:t>
      </w:r>
      <w:r>
        <w:t>to surah yusuf mein un ke baray mein yeh ayat aai hai ke wa jaa'akum minal badri yeh surah</w:t>
      </w:r>
    </w:p>
    <w:p>
      <w:pPr>
        <w:jc w:val="right"/>
      </w:pPr>
      <w:r>
        <w:t>تو سورہ یوسف میں ان کے بارے میں یہ آیت آئی ہے کہ وَجَاءَكُمْ مِنَ الْبَدْرِ یہ سورہ</w:t>
      </w:r>
    </w:p>
    <w:p>
      <w:r>
        <w:rPr>
          <w:b/>
        </w:rPr>
        <w:t xml:space="preserve">[03:50] </w:t>
      </w:r>
      <w:r>
        <w:t>yusuf ki aik ayat hai.</w:t>
      </w:r>
    </w:p>
    <w:p>
      <w:pPr>
        <w:jc w:val="right"/>
      </w:pPr>
      <w:r>
        <w:t>یوسف کی ایک آیت ہے۔</w:t>
      </w:r>
    </w:p>
    <w:p>
      <w:r>
        <w:rPr>
          <w:b/>
        </w:rPr>
        <w:t xml:space="preserve">[03:55] </w:t>
      </w:r>
      <w:r>
        <w:t>yani tum ko Allah laya desert se shehar mein.</w:t>
      </w:r>
    </w:p>
    <w:p>
      <w:pPr>
        <w:jc w:val="right"/>
      </w:pPr>
      <w:r>
        <w:t>یعنی تم کو اللہ لایا desert سے شہر میں۔</w:t>
      </w:r>
    </w:p>
    <w:p>
      <w:r>
        <w:rPr>
          <w:b/>
        </w:rPr>
        <w:t xml:space="preserve">[04:00] </w:t>
      </w:r>
      <w:r>
        <w:t>to qana to aik aik desert tha, aik ilaaqa tha.</w:t>
      </w:r>
    </w:p>
    <w:p>
      <w:pPr>
        <w:jc w:val="right"/>
      </w:pPr>
      <w:r>
        <w:t>تو قنا تو ایک ایک desert تھا، ایک علاقہ تھا۔</w:t>
      </w:r>
    </w:p>
    <w:p>
      <w:r>
        <w:rPr>
          <w:b/>
        </w:rPr>
        <w:t xml:space="preserve">[04:06] </w:t>
      </w:r>
      <w:r>
        <w:t>lekan aap ko pohanchaya is ke baad misr mein jo us waqt ke lihaaz se aik civilized area tha.</w:t>
      </w:r>
    </w:p>
    <w:p>
      <w:pPr>
        <w:jc w:val="right"/>
      </w:pPr>
      <w:r>
        <w:t>لیکن آپ کو پہنچایا اس کے بعد مصر میں جو اس وقت کے لحاظ سے ایک civilized ایریا تھا۔</w:t>
      </w:r>
    </w:p>
    <w:p>
      <w:r>
        <w:rPr>
          <w:b/>
        </w:rPr>
        <w:t xml:space="preserve">[04:11] </w:t>
      </w:r>
      <w:r>
        <w:t>muhadhab ilaaqa tha woh.</w:t>
      </w:r>
    </w:p>
    <w:p>
      <w:pPr>
        <w:jc w:val="right"/>
      </w:pPr>
      <w:r>
        <w:t>مہذب علاقہ تھا وہ۔</w:t>
      </w:r>
    </w:p>
    <w:p>
      <w:r>
        <w:rPr>
          <w:b/>
        </w:rPr>
        <w:t xml:space="preserve">[04:16] </w:t>
      </w:r>
      <w:r>
        <w:t>to yeh kaise hua? aik aik lamba process chala.</w:t>
      </w:r>
    </w:p>
    <w:p>
      <w:pPr>
        <w:jc w:val="right"/>
      </w:pPr>
      <w:r>
        <w:t>تو یہ کیسے ہوا؟ ایک ایک لمبا process چلا۔</w:t>
      </w:r>
    </w:p>
    <w:p>
      <w:r>
        <w:rPr>
          <w:b/>
        </w:rPr>
        <w:t xml:space="preserve">[04:21] </w:t>
      </w:r>
      <w:r>
        <w:t>jab woh chotay thay to un ko ghar se nikaal kar kuwein mein daal diya gaya.</w:t>
      </w:r>
    </w:p>
    <w:p>
      <w:pPr>
        <w:jc w:val="right"/>
      </w:pPr>
      <w:r>
        <w:t>جب وہ چھوٹے تھے تو ان کو گھر سے نکال کر کنویں میں ڈال دیا گیا۔</w:t>
      </w:r>
    </w:p>
    <w:p>
      <w:r>
        <w:rPr>
          <w:b/>
        </w:rPr>
        <w:t xml:space="preserve">[04:26] </w:t>
      </w:r>
      <w:r>
        <w:t>zaahir hai ke woh soch nahi sakte thay ke mein kahin aur jaon.</w:t>
      </w:r>
    </w:p>
    <w:p>
      <w:pPr>
        <w:jc w:val="right"/>
      </w:pPr>
      <w:r>
        <w:t>ظاہر ہے کہ وہ سوچ نہیں سکتے تھے کہ میں کہیں اور جاؤں۔</w:t>
      </w:r>
    </w:p>
    <w:p>
      <w:r>
        <w:rPr>
          <w:b/>
        </w:rPr>
        <w:t xml:space="preserve">[04:31] </w:t>
      </w:r>
      <w:r>
        <w:t>jo mahaul tha qana mein un ka, to wohi sochte thay ke mujhe isi mahaul mein rehna hai.</w:t>
      </w:r>
    </w:p>
    <w:p>
      <w:pPr>
        <w:jc w:val="right"/>
      </w:pPr>
      <w:r>
        <w:t>جو ماحول تھا قنا میں ان کا، تو وہی سوچتے تھے کہ مجھے اسی ماحول میں رہنا ہے۔</w:t>
      </w:r>
    </w:p>
    <w:p>
      <w:r>
        <w:rPr>
          <w:b/>
        </w:rPr>
        <w:t xml:space="preserve">[04:36] </w:t>
      </w:r>
      <w:r>
        <w:t>to Khuda ne kya kiya? ke aisay halaat paida kiye ke un ko kuwein mein daal diya gaya.</w:t>
      </w:r>
    </w:p>
    <w:p>
      <w:pPr>
        <w:jc w:val="right"/>
      </w:pPr>
      <w:r>
        <w:t>تو خدا نے کیا کیا؟ کہ ایسے حالات پیدا کیے کہ ان کو کنویں میں ڈال دیا گیا۔</w:t>
      </w:r>
    </w:p>
    <w:p>
      <w:r>
        <w:rPr>
          <w:b/>
        </w:rPr>
        <w:t xml:space="preserve">[04:41] </w:t>
      </w:r>
      <w:r>
        <w:t>phir kuwein se kuch tajar ne un ko nikala aur le aa kar ke misr mein un ko bech diya.</w:t>
      </w:r>
    </w:p>
    <w:p>
      <w:pPr>
        <w:jc w:val="right"/>
      </w:pPr>
      <w:r>
        <w:t>پھر کنویں سے کچھ تاجروں نے ان کو نکالا اور لے آ کر کے مصر میں ان کو بیچ دیا۔</w:t>
      </w:r>
    </w:p>
    <w:p>
      <w:r>
        <w:rPr>
          <w:b/>
        </w:rPr>
        <w:t xml:space="preserve">[04:46] </w:t>
      </w:r>
      <w:r>
        <w:t>is zamanay mein insaan ghulaam bana kar bechay jatay thay.</w:t>
      </w:r>
    </w:p>
    <w:p>
      <w:pPr>
        <w:jc w:val="right"/>
      </w:pPr>
      <w:r>
        <w:t>اس زمانے میں انسان غلام بنا کر بیچ جاتے تھے۔</w:t>
      </w:r>
    </w:p>
    <w:p>
      <w:r>
        <w:rPr>
          <w:b/>
        </w:rPr>
        <w:t xml:space="preserve">[04:51] </w:t>
      </w:r>
      <w:r>
        <w:t>yeh aik is zamanay mein commodity bohat kam thi.</w:t>
      </w:r>
    </w:p>
    <w:p>
      <w:pPr>
        <w:jc w:val="right"/>
      </w:pPr>
      <w:r>
        <w:t>یہ ایک اس زمانے میں commodity بہت کم تھی۔</w:t>
      </w:r>
    </w:p>
    <w:p>
      <w:r>
        <w:rPr>
          <w:b/>
        </w:rPr>
        <w:t xml:space="preserve">[04:57] </w:t>
      </w:r>
      <w:r>
        <w:t>aaj jab aap dekhte hain ke shopping market mein hazaron nahi billion billion item hotay hain, us waqt</w:t>
      </w:r>
    </w:p>
    <w:p>
      <w:pPr>
        <w:jc w:val="right"/>
      </w:pPr>
      <w:r>
        <w:t>آج جب آپ دیکھتے ہیں کہ shopping market میں ہزاروں نہیں بلین بلین item ہوتے ہیں، اس وقت</w:t>
      </w:r>
    </w:p>
    <w:p>
      <w:r>
        <w:rPr>
          <w:b/>
        </w:rPr>
        <w:t xml:space="preserve">[05:02] </w:t>
      </w:r>
      <w:r>
        <w:t>aisay item nahi hotay thay.</w:t>
      </w:r>
    </w:p>
    <w:p>
      <w:pPr>
        <w:jc w:val="right"/>
      </w:pPr>
      <w:r>
        <w:t>ایسے item نہیں ہوتے تھے۔</w:t>
      </w:r>
    </w:p>
    <w:p>
      <w:r>
        <w:rPr>
          <w:b/>
        </w:rPr>
        <w:t xml:space="preserve">[05:07] </w:t>
      </w:r>
      <w:r>
        <w:t>to tijarat kis ki ki jaye? to tijarat yeh bhi aik thi ke insaan ko becha jaye.</w:t>
      </w:r>
    </w:p>
    <w:p>
      <w:pPr>
        <w:jc w:val="right"/>
      </w:pPr>
      <w:r>
        <w:t>تو تجارت کس کی کی جائے؟ تو تجارت یہ بھی ایک تھی کہ انسان کو بیچا جائے۔</w:t>
      </w:r>
    </w:p>
    <w:p>
      <w:r>
        <w:rPr>
          <w:b/>
        </w:rPr>
        <w:t xml:space="preserve">[05:12] </w:t>
      </w:r>
      <w:r>
        <w:t>to is zamanay ki baat hai.</w:t>
      </w:r>
    </w:p>
    <w:p>
      <w:pPr>
        <w:jc w:val="right"/>
      </w:pPr>
      <w:r>
        <w:t>تو اس زمانے کی بات ہے۔</w:t>
      </w:r>
    </w:p>
    <w:p>
      <w:r>
        <w:rPr>
          <w:b/>
        </w:rPr>
        <w:t xml:space="preserve">[05:17] </w:t>
      </w:r>
      <w:r>
        <w:t>ab to aap jantay hain ke explosion hua hai samaan tijarat ka, to ab is ki zaroorat nahi hai.</w:t>
      </w:r>
    </w:p>
    <w:p>
      <w:pPr>
        <w:jc w:val="right"/>
      </w:pPr>
      <w:r>
        <w:t>اب تو آپ جانتے ہیں کہ explosion ہوا ہے سامان تجارت کا، تو اب اس کی ضرورت نہیں ہے۔</w:t>
      </w:r>
    </w:p>
    <w:p>
      <w:r>
        <w:rPr>
          <w:b/>
        </w:rPr>
        <w:t xml:space="preserve">[05:22] </w:t>
      </w:r>
      <w:r>
        <w:t>to khair in logon ne le aa kar un ko misr mein becha.</w:t>
      </w:r>
    </w:p>
    <w:p>
      <w:pPr>
        <w:jc w:val="right"/>
      </w:pPr>
      <w:r>
        <w:t>تو خیر ان لوگوں نے لے آ کر ان کو مصر میں بیچا۔</w:t>
      </w:r>
    </w:p>
    <w:p>
      <w:r>
        <w:rPr>
          <w:b/>
        </w:rPr>
        <w:t xml:space="preserve">[05:27] </w:t>
      </w:r>
      <w:r>
        <w:t>phir woh ghulaam banay.</w:t>
      </w:r>
    </w:p>
    <w:p>
      <w:pPr>
        <w:jc w:val="right"/>
      </w:pPr>
      <w:r>
        <w:t>پھر وہ غلام بنے۔</w:t>
      </w:r>
    </w:p>
    <w:p>
      <w:r>
        <w:rPr>
          <w:b/>
        </w:rPr>
        <w:t xml:space="preserve">[05:32] </w:t>
      </w:r>
      <w:r>
        <w:t>phir woh bohat se waqeaat hue.</w:t>
      </w:r>
    </w:p>
    <w:p>
      <w:pPr>
        <w:jc w:val="right"/>
      </w:pPr>
      <w:r>
        <w:t>پھر وہ بہت سے واقعات ہوئے۔</w:t>
      </w:r>
    </w:p>
    <w:p>
      <w:r>
        <w:rPr>
          <w:b/>
        </w:rPr>
        <w:t xml:space="preserve">[05:37] </w:t>
      </w:r>
      <w:r>
        <w:t>phir woh jail pohanch gaye.</w:t>
      </w:r>
    </w:p>
    <w:p>
      <w:pPr>
        <w:jc w:val="right"/>
      </w:pPr>
      <w:r>
        <w:t>پھر وہ جیل پہنچ گئے۔</w:t>
      </w:r>
    </w:p>
    <w:p>
      <w:r>
        <w:rPr>
          <w:b/>
        </w:rPr>
        <w:t xml:space="preserve">[05:42] </w:t>
      </w:r>
      <w:r>
        <w:t>jail se nikale gae.</w:t>
      </w:r>
    </w:p>
    <w:p>
      <w:pPr>
        <w:jc w:val="right"/>
      </w:pPr>
      <w:r>
        <w:t>جیل سے نکالے گئے۔</w:t>
      </w:r>
    </w:p>
    <w:p>
      <w:r>
        <w:rPr>
          <w:b/>
        </w:rPr>
        <w:t xml:space="preserve">[05:48] </w:t>
      </w:r>
      <w:r>
        <w:t>ek pura ek lamba process hai.</w:t>
      </w:r>
    </w:p>
    <w:p>
      <w:pPr>
        <w:jc w:val="right"/>
      </w:pPr>
      <w:r>
        <w:t>ایک پورا ایک لمبا process ہے۔</w:t>
      </w:r>
    </w:p>
    <w:p>
      <w:r>
        <w:rPr>
          <w:b/>
        </w:rPr>
        <w:t xml:space="preserve">[05:53] </w:t>
      </w:r>
      <w:r>
        <w:t>to ye kya hai? isi ko main keh raha hoon ke compassion create kar ke in ko ek</w:t>
      </w:r>
    </w:p>
    <w:p>
      <w:pPr>
        <w:jc w:val="right"/>
      </w:pPr>
      <w:r>
        <w:t>تو یہ کیا ہے؟ اسی کو میں کہہ رہا ہوں کہ compassion create کر کے ان کو ایک</w:t>
      </w:r>
    </w:p>
    <w:p>
      <w:r>
        <w:rPr>
          <w:b/>
        </w:rPr>
        <w:t xml:space="preserve">[05:58] </w:t>
      </w:r>
      <w:r>
        <w:t>aise maqam par pahunchaya gaya jahan ke wo badshah ka jo nizam tha, jo uska system tha,</w:t>
      </w:r>
    </w:p>
    <w:p>
      <w:pPr>
        <w:jc w:val="right"/>
      </w:pPr>
      <w:r>
        <w:t>ایسے مقام پر پہنچایا گیا جہاں کہ وہ بادشاہ کا جو نظام تھا، جو اس کا system تھا،</w:t>
      </w:r>
    </w:p>
    <w:p>
      <w:r>
        <w:rPr>
          <w:b/>
        </w:rPr>
        <w:t xml:space="preserve">[06:03] </w:t>
      </w:r>
      <w:r>
        <w:t>is mein in ko ek bara darja mila.</w:t>
      </w:r>
    </w:p>
    <w:p>
      <w:pPr>
        <w:jc w:val="right"/>
      </w:pPr>
      <w:r>
        <w:t>اس میں ان کو ایک بڑا درجہ ملا۔</w:t>
      </w:r>
    </w:p>
    <w:p>
      <w:r>
        <w:rPr>
          <w:b/>
        </w:rPr>
        <w:t xml:space="preserve">[06:08] </w:t>
      </w:r>
      <w:r>
        <w:t>yani agriculture ko manage karna.</w:t>
      </w:r>
    </w:p>
    <w:p>
      <w:pPr>
        <w:jc w:val="right"/>
      </w:pPr>
      <w:r>
        <w:t>یعنی agriculture کو manage کرنا۔</w:t>
      </w:r>
    </w:p>
    <w:p>
      <w:r>
        <w:rPr>
          <w:b/>
        </w:rPr>
        <w:t xml:space="preserve">[06:13] </w:t>
      </w:r>
      <w:r>
        <w:t>is zamane mein agriculture sab se bara department hota tha kisi badshah ka.</w:t>
      </w:r>
    </w:p>
    <w:p>
      <w:pPr>
        <w:jc w:val="right"/>
      </w:pPr>
      <w:r>
        <w:t>اس زمانے میں agriculture سب سے بڑا department ہوتا تھا کسی بادشاہ کا۔</w:t>
      </w:r>
    </w:p>
    <w:p>
      <w:r>
        <w:rPr>
          <w:b/>
        </w:rPr>
        <w:t xml:space="preserve">[06:18] </w:t>
      </w:r>
      <w:r>
        <w:t>to wahan pahunch gae wo.</w:t>
      </w:r>
    </w:p>
    <w:p>
      <w:pPr>
        <w:jc w:val="right"/>
      </w:pPr>
      <w:r>
        <w:t>تو وہاں پہنچ گئے وہ۔</w:t>
      </w:r>
    </w:p>
    <w:p>
      <w:r>
        <w:rPr>
          <w:b/>
        </w:rPr>
        <w:t xml:space="preserve">[06:23] </w:t>
      </w:r>
      <w:r>
        <w:t>to is se ek bohat bari ek example set hua ke unhon ne badshah se takrao nahi kiya.</w:t>
      </w:r>
    </w:p>
    <w:p>
      <w:pPr>
        <w:jc w:val="right"/>
      </w:pPr>
      <w:r>
        <w:t>تو اس سے ایک بہت بڑی ایک example set ہوا کہ انہوں نے بادشاہ سے ٹکراؤ نہیں کیا۔</w:t>
      </w:r>
    </w:p>
    <w:p>
      <w:r>
        <w:rPr>
          <w:b/>
        </w:rPr>
        <w:t xml:space="preserve">[06:28] </w:t>
      </w:r>
      <w:r>
        <w:t>badshah takht par tha to ye nahi kaha ke tum takht chhoro.</w:t>
      </w:r>
    </w:p>
    <w:p>
      <w:pPr>
        <w:jc w:val="right"/>
      </w:pPr>
      <w:r>
        <w:t>بادشاہ تخت پر تھا تو یہ نہیں کہا کہ تم تخت چھوڑو۔</w:t>
      </w:r>
    </w:p>
    <w:p>
      <w:r>
        <w:rPr>
          <w:b/>
        </w:rPr>
        <w:t xml:space="preserve">[06:33] </w:t>
      </w:r>
      <w:r>
        <w:t>badshah qanoon misr rise tha to aap ne kaha ke qanoon badlo.</w:t>
      </w:r>
    </w:p>
    <w:p>
      <w:pPr>
        <w:jc w:val="right"/>
      </w:pPr>
      <w:r>
        <w:t>بادشاہ قانون مصر rise تھا تو آپ نے کہا کہ قانون بدلو۔</w:t>
      </w:r>
    </w:p>
    <w:p>
      <w:r>
        <w:rPr>
          <w:b/>
        </w:rPr>
        <w:t xml:space="preserve">[06:39] </w:t>
      </w:r>
      <w:r>
        <w:t>hum naya qanoon nafez karne gae hain.</w:t>
      </w:r>
    </w:p>
    <w:p>
      <w:pPr>
        <w:jc w:val="right"/>
      </w:pPr>
      <w:r>
        <w:t>ہم نیا قانون نافذ کرنے گئے ہیں۔</w:t>
      </w:r>
    </w:p>
    <w:p>
      <w:r>
        <w:rPr>
          <w:b/>
        </w:rPr>
        <w:t xml:space="preserve">[06:44] </w:t>
      </w:r>
      <w:r>
        <w:t>ye sab nizam nahi khadi ki unhon ne.</w:t>
      </w:r>
    </w:p>
    <w:p>
      <w:pPr>
        <w:jc w:val="right"/>
      </w:pPr>
      <w:r>
        <w:t>یہ سب نظام نہیں کھڑی کی انہوں نے۔</w:t>
      </w:r>
    </w:p>
    <w:p>
      <w:r>
        <w:rPr>
          <w:b/>
        </w:rPr>
        <w:t xml:space="preserve">[06:49] </w:t>
      </w:r>
      <w:r>
        <w:t>to kya hua ke badshah ne in ko whole soul bana diya apni saltanat ka.</w:t>
      </w:r>
    </w:p>
    <w:p>
      <w:pPr>
        <w:jc w:val="right"/>
      </w:pPr>
      <w:r>
        <w:t>تو کیا ہوا کہ بادشاہ نے ان کو whole soul بنا دیا اپنی سلطنت کا۔</w:t>
      </w:r>
    </w:p>
    <w:p>
      <w:r>
        <w:rPr>
          <w:b/>
        </w:rPr>
        <w:t xml:space="preserve">[06:54] </w:t>
      </w:r>
      <w:r>
        <w:t>to ye kitni bari baat hai ye.</w:t>
      </w:r>
    </w:p>
    <w:p>
      <w:pPr>
        <w:jc w:val="right"/>
      </w:pPr>
      <w:r>
        <w:t>تو یہ کتنی بڑی بات ہے یہ۔</w:t>
      </w:r>
    </w:p>
    <w:p>
      <w:r>
        <w:rPr>
          <w:b/>
        </w:rPr>
        <w:t xml:space="preserve">[06:59] </w:t>
      </w:r>
      <w:r>
        <w:t>ye ek example set hua kaise? Compassion create kar ke.</w:t>
      </w:r>
    </w:p>
    <w:p>
      <w:pPr>
        <w:jc w:val="right"/>
      </w:pPr>
      <w:r>
        <w:t>یہ ایک example set ہوا کیسے؟ Compassion create کر کے۔</w:t>
      </w:r>
    </w:p>
    <w:p>
      <w:r>
        <w:rPr>
          <w:b/>
        </w:rPr>
        <w:t xml:space="preserve">[07:04] </w:t>
      </w:r>
      <w:r>
        <w:t>ke compassion create kar ke in ko desert se laya gaya shahar mein aur shahar mein bohat se</w:t>
      </w:r>
    </w:p>
    <w:p>
      <w:pPr>
        <w:jc w:val="right"/>
      </w:pPr>
      <w:r>
        <w:t>کہ compassion create کر کے ان کو desert سے لایا گیا شہر میں اور شہر میں بہت سے</w:t>
      </w:r>
    </w:p>
    <w:p>
      <w:r>
        <w:rPr>
          <w:b/>
        </w:rPr>
        <w:t xml:space="preserve">[07:09] </w:t>
      </w:r>
      <w:r>
        <w:t>halat paida hue to hote hote yahan tak pahunche wo.</w:t>
      </w:r>
    </w:p>
    <w:p>
      <w:pPr>
        <w:jc w:val="right"/>
      </w:pPr>
      <w:r>
        <w:t>حالات پیدا ہوئے تو ہوتے ہوتے یہاں تک پہنچے وہ۔</w:t>
      </w:r>
    </w:p>
    <w:p>
      <w:r>
        <w:rPr>
          <w:b/>
        </w:rPr>
        <w:t xml:space="preserve">[07:14] </w:t>
      </w:r>
      <w:r>
        <w:t>to main bas bataoon ke compassion create kar ke Allah taala ne ek aisa example set kiya jis</w:t>
      </w:r>
    </w:p>
    <w:p>
      <w:pPr>
        <w:jc w:val="right"/>
      </w:pPr>
      <w:r>
        <w:t>تو میں بس بتاؤں کہ compassion create کر کے اللہ تعالی نے ایک ایسا example set کیا جس</w:t>
      </w:r>
    </w:p>
    <w:p>
      <w:r>
        <w:rPr>
          <w:b/>
        </w:rPr>
        <w:t xml:space="preserve">[07:19] </w:t>
      </w:r>
      <w:r>
        <w:t>ko quran mein asal al qasas kaha gaya.</w:t>
      </w:r>
    </w:p>
    <w:p>
      <w:pPr>
        <w:jc w:val="right"/>
      </w:pPr>
      <w:r>
        <w:t>کو قرآن میں اصل القصص کہا گیا۔</w:t>
      </w:r>
    </w:p>
    <w:p>
      <w:r>
        <w:rPr>
          <w:b/>
        </w:rPr>
        <w:t xml:space="preserve">[07:24] </w:t>
      </w:r>
      <w:r>
        <w:t>asal al qasas best story.</w:t>
      </w:r>
    </w:p>
    <w:p>
      <w:pPr>
        <w:jc w:val="right"/>
      </w:pPr>
      <w:r>
        <w:t>اصل القصص best story۔</w:t>
      </w:r>
    </w:p>
    <w:p>
      <w:r>
        <w:rPr>
          <w:b/>
        </w:rPr>
        <w:t xml:space="preserve">[07:30] </w:t>
      </w:r>
      <w:r>
        <w:t>best story kya hai? ke jo political power hai us se agar tum takrao na karo to sare</w:t>
      </w:r>
    </w:p>
    <w:p>
      <w:pPr>
        <w:jc w:val="right"/>
      </w:pPr>
      <w:r>
        <w:t>Best story کیا ہے؟ کہ جو political power ہے اس سے اگر تم ٹکراؤ نہ کرو تو سارے</w:t>
      </w:r>
    </w:p>
    <w:p>
      <w:r>
        <w:rPr>
          <w:b/>
        </w:rPr>
        <w:t xml:space="preserve">[07:35] </w:t>
      </w:r>
      <w:r>
        <w:t>mawaqe tumhare liye khule hue hain.</w:t>
      </w:r>
    </w:p>
    <w:p>
      <w:pPr>
        <w:jc w:val="right"/>
      </w:pPr>
      <w:r>
        <w:t>مواقع تمہارے لیے کھلے ہوئے ہیں۔</w:t>
      </w:r>
    </w:p>
    <w:p>
      <w:r>
        <w:rPr>
          <w:b/>
        </w:rPr>
        <w:t xml:space="preserve">[07:40] </w:t>
      </w:r>
      <w:r>
        <w:t>us ke baad dekhen, us ke baad tareekh ka doosra waqea jo main arz karna chahta hoon wo</w:t>
      </w:r>
    </w:p>
    <w:p>
      <w:pPr>
        <w:jc w:val="right"/>
      </w:pPr>
      <w:r>
        <w:t>اس کے بعد دیکھیں، اس کے بعد تاریخ کا دوسرا واقعہ جو میں عرض کرنا چاہتا ہوں وہ</w:t>
      </w:r>
    </w:p>
    <w:p>
      <w:r>
        <w:rPr>
          <w:b/>
        </w:rPr>
        <w:t xml:space="preserve">[07:45] </w:t>
      </w:r>
      <w:r>
        <w:t>sahaba ke zamane mein uhud ki shakal mein pesh aya.</w:t>
      </w:r>
    </w:p>
    <w:p>
      <w:pPr>
        <w:jc w:val="right"/>
      </w:pPr>
      <w:r>
        <w:t>صحابہ کے زمانے میں احد کی شکل میں پیش آیا۔</w:t>
      </w:r>
    </w:p>
    <w:p>
      <w:r>
        <w:rPr>
          <w:b/>
        </w:rPr>
        <w:t xml:space="preserve">[07:50] </w:t>
      </w:r>
      <w:r>
        <w:t>sahaba kon thay? sahaba yani tribal age ki pedawar thay.</w:t>
      </w:r>
    </w:p>
    <w:p>
      <w:pPr>
        <w:jc w:val="right"/>
      </w:pPr>
      <w:r>
        <w:t>صحابہ کون تھے؟ صحابہ یعنی tribal age کی پیداوار تھے۔</w:t>
      </w:r>
    </w:p>
    <w:p>
      <w:r>
        <w:rPr>
          <w:b/>
        </w:rPr>
        <w:t xml:space="preserve">[07:55] </w:t>
      </w:r>
      <w:r>
        <w:t>yeh log martial race se talluq rakhtay thay.</w:t>
      </w:r>
    </w:p>
    <w:p>
      <w:pPr>
        <w:jc w:val="right"/>
      </w:pPr>
      <w:r>
        <w:t>یہ لوگ مارشل ریس سے تعلق رکھتے تھے۔</w:t>
      </w:r>
    </w:p>
    <w:p>
      <w:r>
        <w:rPr>
          <w:b/>
        </w:rPr>
        <w:t xml:space="preserve">[08:00] </w:t>
      </w:r>
      <w:r>
        <w:t>larna bharna un ka kaam tha.</w:t>
      </w:r>
    </w:p>
    <w:p>
      <w:pPr>
        <w:jc w:val="right"/>
      </w:pPr>
      <w:r>
        <w:t>لڑنا بھڑنا ان کا کام تھا۔</w:t>
      </w:r>
    </w:p>
    <w:p>
      <w:r>
        <w:rPr>
          <w:b/>
        </w:rPr>
        <w:t xml:space="preserve">[08:05] </w:t>
      </w:r>
      <w:r>
        <w:t>to bohat hi bahadur thay.</w:t>
      </w:r>
    </w:p>
    <w:p>
      <w:pPr>
        <w:jc w:val="right"/>
      </w:pPr>
      <w:r>
        <w:t>تو بہت ہی بہادر تھے۔</w:t>
      </w:r>
    </w:p>
    <w:p>
      <w:r>
        <w:rPr>
          <w:b/>
        </w:rPr>
        <w:t xml:space="preserve">[08:10] </w:t>
      </w:r>
      <w:r>
        <w:t>bohat hi larnay ke liye tayyar ho jatay thay.</w:t>
      </w:r>
    </w:p>
    <w:p>
      <w:pPr>
        <w:jc w:val="right"/>
      </w:pPr>
      <w:r>
        <w:t>بہت ہی لڑنے کے لیے تیار ہو جاتے تھے۔</w:t>
      </w:r>
    </w:p>
    <w:p>
      <w:r>
        <w:rPr>
          <w:b/>
        </w:rPr>
        <w:t xml:space="preserve">[08:15] </w:t>
      </w:r>
      <w:r>
        <w:t>lekin Allah taala ka manzoor tha ke aik peace ka nizam qaim ho.</w:t>
      </w:r>
    </w:p>
    <w:p>
      <w:pPr>
        <w:jc w:val="right"/>
      </w:pPr>
      <w:r>
        <w:t>لیکن اللہ تعالی کا منظور تھا کہ ایک peace کا نظام قائم ہو۔</w:t>
      </w:r>
    </w:p>
    <w:p>
      <w:r>
        <w:rPr>
          <w:b/>
        </w:rPr>
        <w:t xml:space="preserve">[08:21] </w:t>
      </w:r>
      <w:r>
        <w:t>kyun ke peace mein ziyada larna bharna to yehi hai ke maro kato, woh un ko tum un ko</w:t>
      </w:r>
    </w:p>
    <w:p>
      <w:pPr>
        <w:jc w:val="right"/>
      </w:pPr>
      <w:r>
        <w:t>کیونکہ peace میں زیادہ لڑنا بھڑنا تو یہی ہے کہ مارو کاٹو، وہ ان کو تم ان کو</w:t>
      </w:r>
    </w:p>
    <w:p>
      <w:r>
        <w:rPr>
          <w:b/>
        </w:rPr>
        <w:t xml:space="preserve">[08:26] </w:t>
      </w:r>
      <w:r>
        <w:t>maro, woh un ko tum marain, lekin is ko is mein koi positive result nahi nikalta tha.</w:t>
      </w:r>
    </w:p>
    <w:p>
      <w:pPr>
        <w:jc w:val="right"/>
      </w:pPr>
      <w:r>
        <w:t>مارو، وہ ان کو تم ماریں، لیکن اس کو اس میں کوئی positive result نہیں نکلتا تھا۔</w:t>
      </w:r>
    </w:p>
    <w:p>
      <w:r>
        <w:rPr>
          <w:b/>
        </w:rPr>
        <w:t xml:space="preserve">[08:31] </w:t>
      </w:r>
      <w:r>
        <w:t>to Allah taala ka manzoor tha ke history ko yani larai se aman ki taraf laya jaye.</w:t>
      </w:r>
    </w:p>
    <w:p>
      <w:pPr>
        <w:jc w:val="right"/>
      </w:pPr>
      <w:r>
        <w:t>تو اللہ تعالی کا منظور تھا کہ history کو یعنی لڑائی سے امن کی طرف لایا جائے۔</w:t>
      </w:r>
    </w:p>
    <w:p>
      <w:r>
        <w:rPr>
          <w:b/>
        </w:rPr>
        <w:t xml:space="preserve">[08:36] </w:t>
      </w:r>
      <w:r>
        <w:t>to sahaba rasool Allah ke gird aik team bani sahaba ki.</w:t>
      </w:r>
    </w:p>
    <w:p>
      <w:pPr>
        <w:jc w:val="right"/>
      </w:pPr>
      <w:r>
        <w:t>تو صحابہ رسول اللہ کے گرد ایک ٹیم بنی صحابہ کی۔</w:t>
      </w:r>
    </w:p>
    <w:p>
      <w:r>
        <w:rPr>
          <w:b/>
        </w:rPr>
        <w:t xml:space="preserve">[08:41] </w:t>
      </w:r>
      <w:r>
        <w:t>lekin yeh team jo thi woh yeh martial race se niklay thay yeh log.</w:t>
      </w:r>
    </w:p>
    <w:p>
      <w:pPr>
        <w:jc w:val="right"/>
      </w:pPr>
      <w:r>
        <w:t>لیکن یہ ٹیم جو تھی وہ یہ مارشل ریس سے نکلے تھے یہ لوگ۔</w:t>
      </w:r>
    </w:p>
    <w:p>
      <w:r>
        <w:rPr>
          <w:b/>
        </w:rPr>
        <w:t xml:space="preserve">[08:46] </w:t>
      </w:r>
      <w:r>
        <w:t>yeh log larna bharna un ke culture mein shamil tha.</w:t>
      </w:r>
    </w:p>
    <w:p>
      <w:pPr>
        <w:jc w:val="right"/>
      </w:pPr>
      <w:r>
        <w:t>یہ لوگ لڑنا بھڑنا ان کے کلچر میں شامل تھا۔</w:t>
      </w:r>
    </w:p>
    <w:p>
      <w:r>
        <w:rPr>
          <w:b/>
        </w:rPr>
        <w:t xml:space="preserve">[08:51] </w:t>
      </w:r>
      <w:r>
        <w:t>to Allah taala ne un ko bohat ziyada train kiya lekin un ka jo un ki jo conditioning</w:t>
      </w:r>
    </w:p>
    <w:p>
      <w:pPr>
        <w:jc w:val="right"/>
      </w:pPr>
      <w:r>
        <w:t>تو اللہ تعالی نے ان کو بہت زیادہ train کیا لیکن ان کا جو ان کی جو conditioning</w:t>
      </w:r>
    </w:p>
    <w:p>
      <w:r>
        <w:rPr>
          <w:b/>
        </w:rPr>
        <w:t xml:space="preserve">[08:56] </w:t>
      </w:r>
      <w:r>
        <w:t>thi us mein tootti nahi thi woh.</w:t>
      </w:r>
    </w:p>
    <w:p>
      <w:pPr>
        <w:jc w:val="right"/>
      </w:pPr>
      <w:r>
        <w:t>تھی اس میں ٹوٹتی نہیں تھی وہ۔</w:t>
      </w:r>
    </w:p>
    <w:p>
      <w:r>
        <w:rPr>
          <w:b/>
        </w:rPr>
        <w:t xml:space="preserve">[09:01] </w:t>
      </w:r>
      <w:r>
        <w:t>to aik compassion create kiya gaya uhud ki shakal mein.</w:t>
      </w:r>
    </w:p>
    <w:p>
      <w:pPr>
        <w:jc w:val="right"/>
      </w:pPr>
      <w:r>
        <w:t>تو ایک compassion create کیا گیا احد کی شکل میں۔</w:t>
      </w:r>
    </w:p>
    <w:p>
      <w:r>
        <w:rPr>
          <w:b/>
        </w:rPr>
        <w:t xml:space="preserve">[09:06] </w:t>
      </w:r>
      <w:r>
        <w:t>ke uhud mein sahaba ke satar aadmi maray gaye aur bohat sara nuqsan hua.</w:t>
      </w:r>
    </w:p>
    <w:p>
      <w:pPr>
        <w:jc w:val="right"/>
      </w:pPr>
      <w:r>
        <w:t>کہ احد میں صحابہ کے ستر آدمی مارے گئے اور بہت سارا نقصان ہوا۔</w:t>
      </w:r>
    </w:p>
    <w:p>
      <w:r>
        <w:rPr>
          <w:b/>
        </w:rPr>
        <w:t xml:space="preserve">[09:12] </w:t>
      </w:r>
      <w:r>
        <w:t>is se un ka second thought aya.</w:t>
      </w:r>
    </w:p>
    <w:p>
      <w:pPr>
        <w:jc w:val="right"/>
      </w:pPr>
      <w:r>
        <w:t>اس سے ان کا سیکنڈ thought آیا۔</w:t>
      </w:r>
    </w:p>
    <w:p>
      <w:r>
        <w:rPr>
          <w:b/>
        </w:rPr>
        <w:t xml:space="preserve">[09:17] </w:t>
      </w:r>
      <w:r>
        <w:t>ke larnay bharnay se faida kya hai? yeh qeemti janain jo rasool ke gird akatha hui theen woh</w:t>
      </w:r>
    </w:p>
    <w:p>
      <w:pPr>
        <w:jc w:val="right"/>
      </w:pPr>
      <w:r>
        <w:t>کہ لڑنے بھڑنے سے فائدہ کیا ہے؟ یہ قیمتی جانیں جو رسول کے گرد اکٹھا ہوئی تھیں وہ</w:t>
      </w:r>
    </w:p>
    <w:p>
      <w:r>
        <w:rPr>
          <w:b/>
        </w:rPr>
        <w:t xml:space="preserve">[09:22] </w:t>
      </w:r>
      <w:r>
        <w:t>marti rahein, marti rahein, marti rahein to faida kya hai is se? to hum koi misbat waqia to</w:t>
      </w:r>
    </w:p>
    <w:p>
      <w:pPr>
        <w:jc w:val="right"/>
      </w:pPr>
      <w:r>
        <w:t>مرتی رہیں، مرتی رہیں، مرتی رہیں تو فائدہ کیا ہے اس سے؟ تو ہم کوئی مثبت واقعہ تو</w:t>
      </w:r>
    </w:p>
    <w:p>
      <w:r>
        <w:rPr>
          <w:b/>
        </w:rPr>
        <w:t xml:space="preserve">[09:27] </w:t>
      </w:r>
      <w:r>
        <w:t>peda nahi kar payein ge aur mar jayen ge aise hi.</w:t>
      </w:r>
    </w:p>
    <w:p>
      <w:pPr>
        <w:jc w:val="right"/>
      </w:pPr>
      <w:r>
        <w:t>پیدا نہیں کر پائیں گے اور مر جائیں گے ایسے ہی۔</w:t>
      </w:r>
    </w:p>
    <w:p>
      <w:r>
        <w:rPr>
          <w:b/>
        </w:rPr>
        <w:t xml:space="preserve">[09:32] </w:t>
      </w:r>
      <w:r>
        <w:t>is se un ke andar aik second thought aya.</w:t>
      </w:r>
    </w:p>
    <w:p>
      <w:pPr>
        <w:jc w:val="right"/>
      </w:pPr>
      <w:r>
        <w:t>اس سے ان کے اندر ایک سیکنڈ thought آیا۔</w:t>
      </w:r>
    </w:p>
    <w:p>
      <w:r>
        <w:rPr>
          <w:b/>
        </w:rPr>
        <w:t xml:space="preserve">[09:37] </w:t>
      </w:r>
      <w:r>
        <w:t>aik naya mind bana.</w:t>
      </w:r>
    </w:p>
    <w:p>
      <w:pPr>
        <w:jc w:val="right"/>
      </w:pPr>
      <w:r>
        <w:t>ایک نیا mind بنا۔</w:t>
      </w:r>
    </w:p>
    <w:p>
      <w:r>
        <w:rPr>
          <w:b/>
        </w:rPr>
        <w:t xml:space="preserve">[09:42] </w:t>
      </w:r>
      <w:r>
        <w:t>tab ja kar aik waqia hua jis ko kehtay hain hudaybiya agreement.</w:t>
      </w:r>
    </w:p>
    <w:p>
      <w:pPr>
        <w:jc w:val="right"/>
      </w:pPr>
      <w:r>
        <w:t>تب جا کر ایک واقعہ ہوا جس کو کہتے ہیں حدیبیہ agreement۔</w:t>
      </w:r>
    </w:p>
    <w:p>
      <w:r>
        <w:rPr>
          <w:b/>
        </w:rPr>
        <w:t xml:space="preserve">[09:47] </w:t>
      </w:r>
      <w:r>
        <w:t>yani peace ka agreement hua hudaybiya ki shakal mein.</w:t>
      </w:r>
    </w:p>
    <w:p>
      <w:pPr>
        <w:jc w:val="right"/>
      </w:pPr>
      <w:r>
        <w:t>یعنی peace کا agreement ہوا حدیبیہ کی شکل میں۔</w:t>
      </w:r>
    </w:p>
    <w:p>
      <w:r>
        <w:rPr>
          <w:b/>
        </w:rPr>
        <w:t xml:space="preserve">[09:52] </w:t>
      </w:r>
      <w:r>
        <w:t>hudaybiya agreement ka zikr jo hai surah al fath mein hai.</w:t>
      </w:r>
    </w:p>
    <w:p>
      <w:pPr>
        <w:jc w:val="right"/>
      </w:pPr>
      <w:r>
        <w:t>حدیبیہ agreement کا ذکر جو ہے سورہ الفتح میں ہے۔</w:t>
      </w:r>
    </w:p>
    <w:p>
      <w:r>
        <w:rPr>
          <w:b/>
        </w:rPr>
        <w:t xml:space="preserve">[09:57] </w:t>
      </w:r>
      <w:r>
        <w:t>is mein aik ayat aati hai ke jab hudaybiya ke mauqa par negotiation chal rahi thi to fareeq</w:t>
      </w:r>
    </w:p>
    <w:p>
      <w:pPr>
        <w:jc w:val="right"/>
      </w:pPr>
      <w:r>
        <w:t>اس میں ایک آیت آتی ہے کہ جب حدیبیہ کے موقع پر negotiation چل رہی تھی تو فریق</w:t>
      </w:r>
    </w:p>
    <w:p>
      <w:r>
        <w:rPr>
          <w:b/>
        </w:rPr>
        <w:t xml:space="preserve">[10:03] </w:t>
      </w:r>
      <w:r>
        <w:t>e sani jo tha yani quraish jo rasool Allah ke mukhalif thay us waqt to woh bohat ziyada unhon</w:t>
      </w:r>
    </w:p>
    <w:p>
      <w:pPr>
        <w:jc w:val="right"/>
      </w:pPr>
      <w:r>
        <w:t>ثانی جو تھا یعنی قریش جو رسول اللہ کے مخالف تھے اس وقت تو وہ بہت زیادہ انہوں</w:t>
      </w:r>
    </w:p>
    <w:p>
      <w:r>
        <w:rPr>
          <w:b/>
        </w:rPr>
        <w:t xml:space="preserve">[10:08] </w:t>
      </w:r>
      <w:r>
        <w:t>ne zid kiya jis ko quran mein kaha hai ke jahiliyat ka saboot diya unhon ne.</w:t>
      </w:r>
    </w:p>
    <w:p>
      <w:pPr>
        <w:jc w:val="right"/>
      </w:pPr>
      <w:r>
        <w:t>نے ضد کیا جس کو قرآن میں کہا ہے کہ جاہلیت کا ثبوت دیا انہوں نے۔</w:t>
      </w:r>
    </w:p>
    <w:p>
      <w:r>
        <w:rPr>
          <w:b/>
        </w:rPr>
        <w:t xml:space="preserve">[10:13] </w:t>
      </w:r>
      <w:r>
        <w:t>yani kisi baat ko na manna, apne hi chalana aur apna arguments dikhana aur na jhukna yeh sab</w:t>
      </w:r>
    </w:p>
    <w:p>
      <w:pPr>
        <w:jc w:val="right"/>
      </w:pPr>
      <w:r>
        <w:t>یعنی کسی بات کو نہ ماننا، اپنے ہی چلانا اور اپنا arguments دکھانا اور نہ جھکنا یہ سب</w:t>
      </w:r>
    </w:p>
    <w:p>
      <w:r>
        <w:rPr>
          <w:b/>
        </w:rPr>
        <w:t xml:space="preserve">[10:18] </w:t>
      </w:r>
      <w:r>
        <w:t>kya unhon ne.</w:t>
      </w:r>
    </w:p>
    <w:p>
      <w:pPr>
        <w:jc w:val="right"/>
      </w:pPr>
      <w:r>
        <w:t>کیا انہوں نے۔</w:t>
      </w:r>
    </w:p>
    <w:p>
      <w:r>
        <w:rPr>
          <w:b/>
        </w:rPr>
        <w:t xml:space="preserve">[10:23] </w:t>
      </w:r>
      <w:r>
        <w:t>to is mani mein ke agar sahaba aise hi karte to agreement na hota.</w:t>
      </w:r>
    </w:p>
    <w:p>
      <w:pPr>
        <w:jc w:val="right"/>
      </w:pPr>
      <w:r>
        <w:t>تو اس معنی میں کہ اگر صحابہ ایسے ہی کرتے تو agreement نہ ہوتا۔</w:t>
      </w:r>
    </w:p>
    <w:p>
      <w:r>
        <w:rPr>
          <w:b/>
        </w:rPr>
        <w:t xml:space="preserve">[10:28] </w:t>
      </w:r>
      <w:r>
        <w:t>to wahan yeh ayat aati hai ke falzama'u kaltaqwa wa kanu aḥaqqa biha yani sahaba ke baray mein aata</w:t>
      </w:r>
    </w:p>
    <w:p>
      <w:pPr>
        <w:jc w:val="right"/>
      </w:pPr>
      <w:r>
        <w:t>تو وہاں یہ آیت آتی ہے کہ فَالْذَمَعُوا كَالْتَّقْوَىٰ وَكَانُوا أَحَقَّ بِهَا یعنی صحابہ کے بارے میں آتا</w:t>
      </w:r>
    </w:p>
    <w:p>
      <w:r>
        <w:rPr>
          <w:b/>
        </w:rPr>
        <w:t xml:space="preserve">[10:33] </w:t>
      </w:r>
      <w:r>
        <w:t>hai ke un ko taqwa par qaim kar diya.</w:t>
      </w:r>
    </w:p>
    <w:p>
      <w:pPr>
        <w:jc w:val="right"/>
      </w:pPr>
      <w:r>
        <w:t>ہے کہ ان کو تقویٰ پر قائم کر دیا۔</w:t>
      </w:r>
    </w:p>
    <w:p>
      <w:r>
        <w:rPr>
          <w:b/>
        </w:rPr>
        <w:t xml:space="preserve">[10:38] </w:t>
      </w:r>
      <w:r>
        <w:t>پھر وہاں پہ آتا ہے کہ وَكَانُوا أَحَقَّ بِهَاٰ، they were worthy of it. وہ اس کے مستحق تھے۔</w:t>
      </w:r>
    </w:p>
    <w:p>
      <w:pPr>
        <w:jc w:val="right"/>
      </w:pPr>
      <w:r>
        <w:t>پھر وہاں پہ آتا ہے کہ وَكَانُوا أَحَقَّ بِهَاٰ، دے ویر وَرْدِيَا فِتْ وہ اس کے مستحق تھے۔</w:t>
      </w:r>
    </w:p>
    <w:p>
      <w:r>
        <w:rPr>
          <w:b/>
        </w:rPr>
        <w:t xml:space="preserve">[10:43] </w:t>
      </w:r>
      <w:r>
        <w:t>to yeh jo farmaya ke they were werdeya fit is ka matlab kya hai? Is ka matlab hai</w:t>
      </w:r>
    </w:p>
    <w:p>
      <w:pPr>
        <w:jc w:val="right"/>
      </w:pPr>
      <w:r>
        <w:t>تو یہ جو فرمایا کہ دے ویر وَرْدِیَا فِتْ اس کا مطلب کیا ہے؟ اس کا مطلب ہے</w:t>
      </w:r>
    </w:p>
    <w:p>
      <w:r>
        <w:rPr>
          <w:b/>
        </w:rPr>
        <w:t xml:space="preserve">[10:48] </w:t>
      </w:r>
      <w:r>
        <w:t>ke woh trained kiye gaye thay.</w:t>
      </w:r>
    </w:p>
    <w:p>
      <w:pPr>
        <w:jc w:val="right"/>
      </w:pPr>
      <w:r>
        <w:t>کہ وہ trained کیے گئے تھے۔</w:t>
      </w:r>
    </w:p>
    <w:p>
      <w:r>
        <w:rPr>
          <w:b/>
        </w:rPr>
        <w:t xml:space="preserve">[10:54] </w:t>
      </w:r>
      <w:r>
        <w:t>yani hudaybiya se pehle uhud ka waqea hua.</w:t>
      </w:r>
    </w:p>
    <w:p>
      <w:pPr>
        <w:jc w:val="right"/>
      </w:pPr>
      <w:r>
        <w:t>یعنی حدیبیہ سے پہلے احد کا واقعہ ہوا۔</w:t>
      </w:r>
    </w:p>
    <w:p>
      <w:r>
        <w:rPr>
          <w:b/>
        </w:rPr>
        <w:t xml:space="preserve">[10:59] </w:t>
      </w:r>
      <w:r>
        <w:t>aur is mein nuqsan hua. Janain gain.</w:t>
      </w:r>
    </w:p>
    <w:p>
      <w:pPr>
        <w:jc w:val="right"/>
      </w:pPr>
      <w:r>
        <w:t>اور اس میں نقصان ہوا۔ جانیں گئیں۔</w:t>
      </w:r>
    </w:p>
    <w:p>
      <w:r>
        <w:rPr>
          <w:b/>
        </w:rPr>
        <w:t xml:space="preserve">[11:04] </w:t>
      </w:r>
      <w:r>
        <w:t>second thought aaya. Rethinking aai.</w:t>
      </w:r>
    </w:p>
    <w:p>
      <w:pPr>
        <w:jc w:val="right"/>
      </w:pPr>
      <w:r>
        <w:t>سیکنڈ thought آیا۔ Rethinking آئی۔</w:t>
      </w:r>
    </w:p>
    <w:p>
      <w:r>
        <w:rPr>
          <w:b/>
        </w:rPr>
        <w:t xml:space="preserve">[11:09] </w:t>
      </w:r>
      <w:r>
        <w:t>to is tarah Allah taala ne un ko trained kiya.</w:t>
      </w:r>
    </w:p>
    <w:p>
      <w:pPr>
        <w:jc w:val="right"/>
      </w:pPr>
      <w:r>
        <w:t>تو اس طرح اللہ تعالی نے ان کو trained کیا۔</w:t>
      </w:r>
    </w:p>
    <w:p>
      <w:r>
        <w:rPr>
          <w:b/>
        </w:rPr>
        <w:t xml:space="preserve">[11:14] </w:t>
      </w:r>
      <w:r>
        <w:t>tab ja kar yeh mumkin hua ke woh hudaybiya ke mauqa par un ki sharton ko maan kar</w:t>
      </w:r>
    </w:p>
    <w:p>
      <w:pPr>
        <w:jc w:val="right"/>
      </w:pPr>
      <w:r>
        <w:t>تب جا کر یہ ممکن ہوا کہ وہ حدیبیہ کے موقع پر ان کی شرطوں کو مان کر</w:t>
      </w:r>
    </w:p>
    <w:p>
      <w:r>
        <w:rPr>
          <w:b/>
        </w:rPr>
        <w:t xml:space="preserve">[11:19] </w:t>
      </w:r>
      <w:r>
        <w:t>yani jo opposite party thi us ki sharton ko maan kar peace agreement par raazi ho jayen.</w:t>
      </w:r>
    </w:p>
    <w:p>
      <w:pPr>
        <w:jc w:val="right"/>
      </w:pPr>
      <w:r>
        <w:t>یعنی جو opposite party تھی اس کی شرطوں کو مان کر peace agreement پر راضی ہو جائیں۔</w:t>
      </w:r>
    </w:p>
    <w:p>
      <w:r>
        <w:rPr>
          <w:b/>
        </w:rPr>
        <w:t xml:space="preserve">[11:24] </w:t>
      </w:r>
      <w:r>
        <w:t>yeh hai kanu aḥaqqa biha yani chounke unhain trained kar diya gaya tha Allah taala ne un ko</w:t>
      </w:r>
    </w:p>
    <w:p>
      <w:pPr>
        <w:jc w:val="right"/>
      </w:pPr>
      <w:r>
        <w:t>یہ ہے كَانُوا أَحَقَّ بِهَاٰ یعنی چونکہ انہیں trained کر دیا گیا تھا اللہ تعالی نے ان کو</w:t>
      </w:r>
    </w:p>
    <w:p>
      <w:r>
        <w:rPr>
          <w:b/>
        </w:rPr>
        <w:t xml:space="preserve">[11:29] </w:t>
      </w:r>
      <w:r>
        <w:t>is se pehle yeh sab waqeyat ke zariye unhain un ke andar nai soch paida ki thi is</w:t>
      </w:r>
    </w:p>
    <w:p>
      <w:pPr>
        <w:jc w:val="right"/>
      </w:pPr>
      <w:r>
        <w:t>اس سے پہلے یہ سب واقعات کے ذریعے انہیں ان کے اندر نئی سوچ پیدا کی تھی اس</w:t>
      </w:r>
    </w:p>
    <w:p>
      <w:r>
        <w:rPr>
          <w:b/>
        </w:rPr>
        <w:t xml:space="preserve">[11:34] </w:t>
      </w:r>
      <w:r>
        <w:t>liye aisa mumkin hua ke woh wahan par reaction na karen.</w:t>
      </w:r>
    </w:p>
    <w:p>
      <w:pPr>
        <w:jc w:val="right"/>
      </w:pPr>
      <w:r>
        <w:t>لیے ایسا ممکن ہوا کہ وہ وہاں پر reaction نہ کریں۔</w:t>
      </w:r>
    </w:p>
    <w:p>
      <w:r>
        <w:rPr>
          <w:b/>
        </w:rPr>
        <w:t xml:space="preserve">[11:39] </w:t>
      </w:r>
      <w:r>
        <w:t>yani bajaye reaction ke positive thinking kar paye woh log.</w:t>
      </w:r>
    </w:p>
    <w:p>
      <w:pPr>
        <w:jc w:val="right"/>
      </w:pPr>
      <w:r>
        <w:t>یعنی بجائے reaction کے positive thinking کر پائے وہ لوگ۔</w:t>
      </w:r>
    </w:p>
    <w:p>
      <w:r>
        <w:rPr>
          <w:b/>
        </w:rPr>
        <w:t xml:space="preserve">[11:45] </w:t>
      </w:r>
      <w:r>
        <w:t>isi ko kaha gaya ke kanu aḥaqqa biha to yeh aik waqea hai jab ke Allah taala ne</w:t>
      </w:r>
    </w:p>
    <w:p>
      <w:pPr>
        <w:jc w:val="right"/>
      </w:pPr>
      <w:r>
        <w:t>اسی کو کہا گیا کہ كَانُوا أَحَقَّ بِهَاٰ تو یہ ایک واقعہ ہے جب کہ اللہ تعالی نے</w:t>
      </w:r>
    </w:p>
    <w:p>
      <w:r>
        <w:rPr>
          <w:b/>
        </w:rPr>
        <w:t xml:space="preserve">[11:50] </w:t>
      </w:r>
      <w:r>
        <w:t>compassion create kar ke un ko aik naya direction diya.</w:t>
      </w:r>
    </w:p>
    <w:p>
      <w:pPr>
        <w:jc w:val="right"/>
      </w:pPr>
      <w:r>
        <w:t>compassion create کر کے ان کو ایک نیا direction دیا۔</w:t>
      </w:r>
    </w:p>
    <w:p>
      <w:r>
        <w:rPr>
          <w:b/>
        </w:rPr>
        <w:t xml:space="preserve">[11:55] </w:t>
      </w:r>
      <w:r>
        <w:t>yani bajaye larne ke peace qaim karo aur peace ke opportunity ka avail karo.</w:t>
      </w:r>
    </w:p>
    <w:p>
      <w:pPr>
        <w:jc w:val="right"/>
      </w:pPr>
      <w:r>
        <w:t>یعنی بجائے لڑنے کے peace قائم کرو اور peace کے opportunity کا avail کرو۔</w:t>
      </w:r>
    </w:p>
    <w:p>
      <w:r>
        <w:rPr>
          <w:b/>
        </w:rPr>
        <w:t xml:space="preserve">[12:00] </w:t>
      </w:r>
      <w:r>
        <w:t>yeh tha naya direction.</w:t>
      </w:r>
    </w:p>
    <w:p>
      <w:pPr>
        <w:jc w:val="right"/>
      </w:pPr>
      <w:r>
        <w:t>یہ تھا نیا direction۔</w:t>
      </w:r>
    </w:p>
    <w:p>
      <w:r>
        <w:rPr>
          <w:b/>
        </w:rPr>
        <w:t xml:space="preserve">[12:05] </w:t>
      </w:r>
      <w:r>
        <w:t>to to to uhud jo tha woh compassion tha.</w:t>
      </w:r>
    </w:p>
    <w:p>
      <w:pPr>
        <w:jc w:val="right"/>
      </w:pPr>
      <w:r>
        <w:t>تو تو تو احد جو تھا وہ compassion تھا۔</w:t>
      </w:r>
    </w:p>
    <w:p>
      <w:r>
        <w:rPr>
          <w:b/>
        </w:rPr>
        <w:t xml:space="preserve">[12:10] </w:t>
      </w:r>
      <w:r>
        <w:t>to isi ko ayat mein kaha gaya hai ke in par gham ko fa asabakum ghamman bi gham ye jo</w:t>
      </w:r>
    </w:p>
    <w:p>
      <w:pPr>
        <w:jc w:val="right"/>
      </w:pPr>
      <w:r>
        <w:t>تو اسی کو آیت میں کہا گیا ہے کہ ان پر غم کو فَأَصَابَكُمْ غَمًّا بِغَمٍ یہ جو</w:t>
      </w:r>
    </w:p>
    <w:p>
      <w:r>
        <w:rPr>
          <w:b/>
        </w:rPr>
        <w:t xml:space="preserve">[12:15] </w:t>
      </w:r>
      <w:r>
        <w:t>aya hai lik la tahduro ala ma fatakum wa la ma asabakum to isi ki taraf is mein ishara</w:t>
      </w:r>
    </w:p>
    <w:p>
      <w:pPr>
        <w:jc w:val="right"/>
      </w:pPr>
      <w:r>
        <w:t>آیا ہے لِكَ لَا تَهْدُرُوا عَلَى مَا فَاتِكُمْ وَلَا مَا أَصَابَكُمْ تو اسی کی طرف اس میں اشارہ</w:t>
      </w:r>
    </w:p>
    <w:p>
      <w:r>
        <w:rPr>
          <w:b/>
        </w:rPr>
        <w:t xml:space="preserve">[12:20] </w:t>
      </w:r>
      <w:r>
        <w:t>kiya gaya hai ke ye halat paida kar ke tum ko is qabil banaya ke tumhare andar ye</w:t>
      </w:r>
    </w:p>
    <w:p>
      <w:pPr>
        <w:jc w:val="right"/>
      </w:pPr>
      <w:r>
        <w:t>کیا گیا ہے کہ یہ حالات پیدا کر کے تم کو اس قابل بنایا کہ تمہارے اندر یہ</w:t>
      </w:r>
    </w:p>
    <w:p>
      <w:r>
        <w:rPr>
          <w:b/>
        </w:rPr>
        <w:t xml:space="preserve">[12:25] </w:t>
      </w:r>
      <w:r>
        <w:t>ye ye ye ye baat aaye ke tum negativity ko positivity mein convert kar sako.</w:t>
      </w:r>
    </w:p>
    <w:p>
      <w:pPr>
        <w:jc w:val="right"/>
      </w:pPr>
      <w:r>
        <w:t>یہ یہ یہ یہ بات آئے کہ تم negativity کو positivity میں convert کر سکو۔</w:t>
      </w:r>
    </w:p>
    <w:p>
      <w:r>
        <w:rPr>
          <w:b/>
        </w:rPr>
        <w:t xml:space="preserve">[12:30] </w:t>
      </w:r>
      <w:r>
        <w:t>war se nikal kar ke peace ki taraf aao.</w:t>
      </w:r>
    </w:p>
    <w:p>
      <w:pPr>
        <w:jc w:val="right"/>
      </w:pPr>
      <w:r>
        <w:t>وار سے نکل کر کے peace کی طرف آؤ۔</w:t>
      </w:r>
    </w:p>
    <w:p>
      <w:r>
        <w:rPr>
          <w:b/>
        </w:rPr>
        <w:t xml:space="preserve">[12:36] </w:t>
      </w:r>
      <w:r>
        <w:t>to ye hai compassion create karna.</w:t>
      </w:r>
    </w:p>
    <w:p>
      <w:pPr>
        <w:jc w:val="right"/>
      </w:pPr>
      <w:r>
        <w:t>تو یہ ہے compassion create کرنا۔</w:t>
      </w:r>
    </w:p>
    <w:p>
      <w:r>
        <w:rPr>
          <w:b/>
        </w:rPr>
        <w:t xml:space="preserve">[12:41] </w:t>
      </w:r>
      <w:r>
        <w:t>to Allah taala ka ye tareeqa raha hai ke compassion create kar ke aadmi ko sahi direction dena.</w:t>
      </w:r>
    </w:p>
    <w:p>
      <w:pPr>
        <w:jc w:val="right"/>
      </w:pPr>
      <w:r>
        <w:t>تو اللہ تعالی کا یہ طریقہ رہا ہے کہ compassion create کر کے آدمی کو صحیح direction دینا۔</w:t>
      </w:r>
    </w:p>
    <w:p>
      <w:r>
        <w:rPr>
          <w:b/>
        </w:rPr>
        <w:t xml:space="preserve">[12:46] </w:t>
      </w:r>
      <w:r>
        <w:t>ab mein teesre waqe ki taraf aap ko ishara karna chahta hoon.</w:t>
      </w:r>
    </w:p>
    <w:p>
      <w:pPr>
        <w:jc w:val="right"/>
      </w:pPr>
      <w:r>
        <w:t>اب میں تیسرے واقعے کی طرف آپ کو اشارہ کرنا چاہتا ہوں۔</w:t>
      </w:r>
    </w:p>
    <w:p>
      <w:r>
        <w:rPr>
          <w:b/>
        </w:rPr>
        <w:t xml:space="preserve">[12:51] </w:t>
      </w:r>
      <w:r>
        <w:t>ke teesra waqe jo hai wo musalmanon ke bajaye wo hua maghrib ke zariye se.</w:t>
      </w:r>
    </w:p>
    <w:p>
      <w:pPr>
        <w:jc w:val="right"/>
      </w:pPr>
      <w:r>
        <w:t>کہ تیسرا واقعہ جو ہے وہ مسلمانوں کے بجائے وہ ہوا مغرب کے ذریعے سے۔</w:t>
      </w:r>
    </w:p>
    <w:p>
      <w:r>
        <w:rPr>
          <w:b/>
        </w:rPr>
        <w:t xml:space="preserve">[12:56] </w:t>
      </w:r>
      <w:r>
        <w:t>dekhen Allah taala ne musalmanon ko ghalba diya.</w:t>
      </w:r>
    </w:p>
    <w:p>
      <w:pPr>
        <w:jc w:val="right"/>
      </w:pPr>
      <w:r>
        <w:t>دیکھیں اللہ تعالی نے مسلمانوں کو غلبہ دیا۔</w:t>
      </w:r>
    </w:p>
    <w:p>
      <w:r>
        <w:rPr>
          <w:b/>
        </w:rPr>
        <w:t xml:space="preserve">[13:01] </w:t>
      </w:r>
      <w:r>
        <w:t>seventh century AD mein.</w:t>
      </w:r>
    </w:p>
    <w:p>
      <w:pPr>
        <w:jc w:val="right"/>
      </w:pPr>
      <w:r>
        <w:t>Seventh century AD میں۔</w:t>
      </w:r>
    </w:p>
    <w:p>
      <w:r>
        <w:rPr>
          <w:b/>
        </w:rPr>
        <w:t xml:space="preserve">[13:06] </w:t>
      </w:r>
      <w:r>
        <w:t>aur hazar saal tak un ko political ghalba hasil raha Asia, Africa ke barey rubay mein.</w:t>
      </w:r>
    </w:p>
    <w:p>
      <w:pPr>
        <w:jc w:val="right"/>
      </w:pPr>
      <w:r>
        <w:t>اور ہزار سال تک ان کو political غلبہ حاصل رہا ایشیا، افریقہ کے بڑے رقبے میں۔</w:t>
      </w:r>
    </w:p>
    <w:p>
      <w:r>
        <w:rPr>
          <w:b/>
        </w:rPr>
        <w:t xml:space="preserve">[13:11] </w:t>
      </w:r>
      <w:r>
        <w:t>lekin wo bas political ghalba hi raha.</w:t>
      </w:r>
    </w:p>
    <w:p>
      <w:pPr>
        <w:jc w:val="right"/>
      </w:pPr>
      <w:r>
        <w:t>لیکن وہ بس political غلبہ ہی رہا۔</w:t>
      </w:r>
    </w:p>
    <w:p>
      <w:r>
        <w:rPr>
          <w:b/>
        </w:rPr>
        <w:t xml:space="preserve">[13:16] </w:t>
      </w:r>
      <w:r>
        <w:t>is se aur jo cheez matloob thi wo hasil na kar sake wo.</w:t>
      </w:r>
    </w:p>
    <w:p>
      <w:pPr>
        <w:jc w:val="right"/>
      </w:pPr>
      <w:r>
        <w:t>اس سے اور جو چیز مطلوب تھی وہ حاصل نہ کر سکے وہ۔</w:t>
      </w:r>
    </w:p>
    <w:p>
      <w:r>
        <w:rPr>
          <w:b/>
        </w:rPr>
        <w:t xml:space="preserve">[13:21] </w:t>
      </w:r>
      <w:r>
        <w:t>dekhen political ghalba for the sake of political ghalba nahi tha.</w:t>
      </w:r>
    </w:p>
    <w:p>
      <w:pPr>
        <w:jc w:val="right"/>
      </w:pPr>
      <w:r>
        <w:t>دیکھیں political غلبہ for the sake of political غلبہ نہیں تھا۔</w:t>
      </w:r>
    </w:p>
    <w:p>
      <w:r>
        <w:rPr>
          <w:b/>
        </w:rPr>
        <w:t xml:space="preserve">[13:27] </w:t>
      </w:r>
      <w:r>
        <w:t>sab se bari cheez jo Allah taala ko matloob thi wo thi kalimat Allah ki unfolding, ayat Allah</w:t>
      </w:r>
    </w:p>
    <w:p>
      <w:pPr>
        <w:jc w:val="right"/>
      </w:pPr>
      <w:r>
        <w:t>سب سے بڑی چیز جو اللہ تعالی کو مطلوب تھی وہ تھی کلمات اللہ کی unfolding، آیات اللہ</w:t>
      </w:r>
    </w:p>
    <w:p>
      <w:r>
        <w:rPr>
          <w:b/>
        </w:rPr>
        <w:t xml:space="preserve">[13:32] </w:t>
      </w:r>
      <w:r>
        <w:t>ki unfolding, ara Allah ki unfolding.</w:t>
      </w:r>
    </w:p>
    <w:p>
      <w:pPr>
        <w:jc w:val="right"/>
      </w:pPr>
      <w:r>
        <w:t>کی unfolding، آراء اللہ کی unfolding۔</w:t>
      </w:r>
    </w:p>
    <w:p>
      <w:r>
        <w:rPr>
          <w:b/>
        </w:rPr>
        <w:t xml:space="preserve">[13:37] </w:t>
      </w:r>
      <w:r>
        <w:t>yani nature mein jo Allah taala ne rakh diya tha wo sab khule.</w:t>
      </w:r>
    </w:p>
    <w:p>
      <w:pPr>
        <w:jc w:val="right"/>
      </w:pPr>
      <w:r>
        <w:t>یعنی nature میں جو اللہ تعالی نے رکھ دیا تھا وہ سب کھلے۔</w:t>
      </w:r>
    </w:p>
    <w:p>
      <w:r>
        <w:rPr>
          <w:b/>
        </w:rPr>
        <w:t xml:space="preserve">[13:42] </w:t>
      </w:r>
      <w:r>
        <w:t>is se marifat ke darwaze khulenge.</w:t>
      </w:r>
    </w:p>
    <w:p>
      <w:pPr>
        <w:jc w:val="right"/>
      </w:pPr>
      <w:r>
        <w:t>اس سے معرفت کے دروازے کھلیں گے۔</w:t>
      </w:r>
    </w:p>
    <w:p>
      <w:r>
        <w:rPr>
          <w:b/>
        </w:rPr>
        <w:t xml:space="preserve">[13:47] </w:t>
      </w:r>
      <w:r>
        <w:t>dawat ke mawaqe khulenge.</w:t>
      </w:r>
    </w:p>
    <w:p>
      <w:pPr>
        <w:jc w:val="right"/>
      </w:pPr>
      <w:r>
        <w:t>دعوت کے مواقع کھلیں گے۔</w:t>
      </w:r>
    </w:p>
    <w:p>
      <w:r>
        <w:rPr>
          <w:b/>
        </w:rPr>
        <w:t xml:space="preserve">[13:52] </w:t>
      </w:r>
      <w:r>
        <w:t>Modern technology aayegi.</w:t>
      </w:r>
    </w:p>
    <w:p>
      <w:pPr>
        <w:jc w:val="right"/>
      </w:pPr>
      <w:r>
        <w:t>Modern ٹیکنالوجی آئے گی۔</w:t>
      </w:r>
    </w:p>
    <w:p>
      <w:r>
        <w:rPr>
          <w:b/>
        </w:rPr>
        <w:t xml:space="preserve">[13:57] </w:t>
      </w:r>
      <w:r>
        <w:t>ye sab jo tha jis ke majmooey ko hum kehte hain Modern Civilization.</w:t>
      </w:r>
    </w:p>
    <w:p>
      <w:pPr>
        <w:jc w:val="right"/>
      </w:pPr>
      <w:r>
        <w:t>یہ سب جو تھا جس کے مجموعے کو ہم کہتے ہیں Modern Civilization۔</w:t>
      </w:r>
    </w:p>
    <w:p>
      <w:r>
        <w:rPr>
          <w:b/>
        </w:rPr>
        <w:t xml:space="preserve">[14:02] </w:t>
      </w:r>
      <w:r>
        <w:t>to Modern Civilization zahir ho ye maqsad tha asal.</w:t>
      </w:r>
    </w:p>
    <w:p>
      <w:pPr>
        <w:jc w:val="right"/>
      </w:pPr>
      <w:r>
        <w:t>تو Modern Civilization ظاہر ہو یہ مقصد تھا اصل۔</w:t>
      </w:r>
    </w:p>
    <w:p>
      <w:r>
        <w:rPr>
          <w:b/>
        </w:rPr>
        <w:t xml:space="preserve">[14:07] </w:t>
      </w:r>
      <w:r>
        <w:t>lekin musalman jo hai political power hi mein reh gaye wo agla kaam na kar sake.</w:t>
      </w:r>
    </w:p>
    <w:p>
      <w:pPr>
        <w:jc w:val="right"/>
      </w:pPr>
      <w:r>
        <w:t>لیکن مسلمان جو ہے political power ہی میں رہ گئے وہ اگلا کام نہ کر سکے۔</w:t>
      </w:r>
    </w:p>
    <w:p>
      <w:r>
        <w:rPr>
          <w:b/>
        </w:rPr>
        <w:t xml:space="preserve">[14:12] </w:t>
      </w:r>
      <w:r>
        <w:t>jis ko yani kehte hain ke musalmanon ki Civilization nahi Spain mein aur Baghdad mein mein is ko</w:t>
      </w:r>
    </w:p>
    <w:p>
      <w:pPr>
        <w:jc w:val="right"/>
      </w:pPr>
      <w:r>
        <w:t>جس کو یعنی کہتے ہیں کہ مسلمانوں کی Civilization نہیں سپین میں اور بغداد میں میں اس کو</w:t>
      </w:r>
    </w:p>
    <w:p>
      <w:r>
        <w:rPr>
          <w:b/>
        </w:rPr>
        <w:t xml:space="preserve">[14:18] </w:t>
      </w:r>
      <w:r>
        <w:t>samajhta hoon ke exaggeration hai is ki koi bari value nahi hai.</w:t>
      </w:r>
    </w:p>
    <w:p>
      <w:pPr>
        <w:jc w:val="right"/>
      </w:pPr>
      <w:r>
        <w:t>سمجھتا ہوں کہ exaggeration ہے اس کی کوئی بڑی value نہیں ہے۔</w:t>
      </w:r>
    </w:p>
    <w:p>
      <w:r>
        <w:rPr>
          <w:b/>
        </w:rPr>
        <w:t xml:space="preserve">[14:23] </w:t>
      </w:r>
      <w:r>
        <w:t>bara jo valuable kaam hua jo maghrib ne kiya yani western world mein hua hai.</w:t>
      </w:r>
    </w:p>
    <w:p>
      <w:pPr>
        <w:jc w:val="right"/>
      </w:pPr>
      <w:r>
        <w:t>بڑا جو valuable کام ہوا جو مغرب نے کیا یعنی western world میں ہوا ہے۔</w:t>
      </w:r>
    </w:p>
    <w:p>
      <w:r>
        <w:rPr>
          <w:b/>
        </w:rPr>
        <w:t xml:space="preserve">[14:28] </w:t>
      </w:r>
      <w:r>
        <w:t>to wo kaise hua? yahan bhi Allah ne creation Allah ne compassion create kiya.</w:t>
      </w:r>
    </w:p>
    <w:p>
      <w:pPr>
        <w:jc w:val="right"/>
      </w:pPr>
      <w:r>
        <w:t>تو وہ کیسے ہوا؟ یہاں بھی اللہ نے creation اللہ نے compassion create کیا۔</w:t>
      </w:r>
    </w:p>
    <w:p>
      <w:r>
        <w:rPr>
          <w:b/>
        </w:rPr>
        <w:t xml:space="preserve">[14:33] </w:t>
      </w:r>
      <w:r>
        <w:t>ke jab musalmanon ka ghalba tha to is daur mein aisa hua ke jo Christian ke jo muqaddas</w:t>
      </w:r>
    </w:p>
    <w:p>
      <w:pPr>
        <w:jc w:val="right"/>
      </w:pPr>
      <w:r>
        <w:t>کہ جب مسلمانوں کا غلبہ تھا تو اس دور میں ایسا ہوا کہ جو Christian کے جو مقدس</w:t>
      </w:r>
    </w:p>
    <w:p>
      <w:r>
        <w:rPr>
          <w:b/>
        </w:rPr>
        <w:t xml:space="preserve">[14:38] </w:t>
      </w:r>
      <w:r>
        <w:t>maqamat thay wo un ke qabze mein aa gaye.</w:t>
      </w:r>
    </w:p>
    <w:p>
      <w:pPr>
        <w:jc w:val="right"/>
      </w:pPr>
      <w:r>
        <w:t>مقامات تھے وہ ان کے قبضے میں آ گئے۔</w:t>
      </w:r>
    </w:p>
    <w:p>
      <w:r>
        <w:rPr>
          <w:b/>
        </w:rPr>
        <w:t xml:space="preserve">[14:43] </w:t>
      </w:r>
      <w:r>
        <w:t>yani sham aur falasteen.</w:t>
      </w:r>
    </w:p>
    <w:p>
      <w:pPr>
        <w:jc w:val="right"/>
      </w:pPr>
      <w:r>
        <w:t>یعنی شام اور فلسطین۔</w:t>
      </w:r>
    </w:p>
    <w:p>
      <w:r>
        <w:rPr>
          <w:b/>
        </w:rPr>
        <w:t xml:space="preserve">[14:48] </w:t>
      </w:r>
      <w:r>
        <w:t>sham aur falasteen ka jo ilaaqa hai wo Christian ke zariye Christian ke nazdeek wo holy place tha,</w:t>
      </w:r>
    </w:p>
    <w:p>
      <w:pPr>
        <w:jc w:val="right"/>
      </w:pPr>
      <w:r>
        <w:t>شام اور فلسطین کا جو علاقہ ہے وہ Christian کے ذریعے Christian کے نزدیک وہ holy place تھا،</w:t>
      </w:r>
    </w:p>
    <w:p>
      <w:r>
        <w:rPr>
          <w:b/>
        </w:rPr>
        <w:t xml:space="preserve">[14:53] </w:t>
      </w:r>
      <w:r>
        <w:t>muqaddas maqam tha.</w:t>
      </w:r>
    </w:p>
    <w:p>
      <w:pPr>
        <w:jc w:val="right"/>
      </w:pPr>
      <w:r>
        <w:t>مقدس مقام تھا۔</w:t>
      </w:r>
    </w:p>
    <w:p>
      <w:r>
        <w:rPr>
          <w:b/>
        </w:rPr>
        <w:t xml:space="preserve">[14:58] </w:t>
      </w:r>
      <w:r>
        <w:t>to ye is ko bardasht nahi kara paate thay ke hamare muqaddas maqamat musalmanon ke qabze mein rehne.</w:t>
      </w:r>
    </w:p>
    <w:p>
      <w:pPr>
        <w:jc w:val="right"/>
      </w:pPr>
      <w:r>
        <w:t>تو یہ اس کو برداشت نہیں کرا پاتے تھے کہ ہمارے مقدس مقامات مسلمانوں کے قبضے میں رہیں۔</w:t>
      </w:r>
    </w:p>
    <w:p>
      <w:r>
        <w:rPr>
          <w:b/>
        </w:rPr>
        <w:t xml:space="preserve">[15:03] </w:t>
      </w:r>
      <w:r>
        <w:t>sare Europe ke tamam us waqt badshahat thi wahan.</w:t>
      </w:r>
    </w:p>
    <w:p>
      <w:pPr>
        <w:jc w:val="right"/>
      </w:pPr>
      <w:r>
        <w:t>سارے یورپ کے تمام اس وقت بادشاہت تھی وہاں۔</w:t>
      </w:r>
    </w:p>
    <w:p>
      <w:r>
        <w:rPr>
          <w:b/>
        </w:rPr>
        <w:t xml:space="preserve">[15:09] </w:t>
      </w:r>
      <w:r>
        <w:t>sare king aur sare Maseehi qaumein mil kar ke unhone attack kiya.</w:t>
      </w:r>
    </w:p>
    <w:p>
      <w:pPr>
        <w:jc w:val="right"/>
      </w:pPr>
      <w:r>
        <w:t>سارے king اور سارے مسیحی قومیں مل کر کے انہوں نے attack کیا۔</w:t>
      </w:r>
    </w:p>
    <w:p>
      <w:r>
        <w:rPr>
          <w:b/>
        </w:rPr>
        <w:t xml:space="preserve">[15:14] </w:t>
      </w:r>
      <w:r>
        <w:t>aur chaha ke wo sham aur falasteen ko chheen lein musalmanon se.</w:t>
      </w:r>
    </w:p>
    <w:p>
      <w:pPr>
        <w:jc w:val="right"/>
      </w:pPr>
      <w:r>
        <w:t>اور چاہا کہ وہ شام اور فلسطین کو چھین لیں مسلمانوں سے۔</w:t>
      </w:r>
    </w:p>
    <w:p>
      <w:r>
        <w:rPr>
          <w:b/>
        </w:rPr>
        <w:t xml:space="preserve">[15:19] </w:t>
      </w:r>
      <w:r>
        <w:t>yani holy places ko.</w:t>
      </w:r>
    </w:p>
    <w:p>
      <w:pPr>
        <w:jc w:val="right"/>
      </w:pPr>
      <w:r>
        <w:t>یعنی holy places کو۔</w:t>
      </w:r>
    </w:p>
    <w:p>
      <w:r>
        <w:rPr>
          <w:b/>
        </w:rPr>
        <w:t xml:space="preserve">[15:24] </w:t>
      </w:r>
      <w:r>
        <w:t>aur taqreeban do so saal tak waqfe waqfe se ye ladai jaari rahi.</w:t>
      </w:r>
    </w:p>
    <w:p>
      <w:pPr>
        <w:jc w:val="right"/>
      </w:pPr>
      <w:r>
        <w:t>اور تقریباً دو سو سال تک وقفے وقفے سے یہ لڑائی جاری رہی۔</w:t>
      </w:r>
    </w:p>
    <w:p>
      <w:r>
        <w:rPr>
          <w:b/>
        </w:rPr>
        <w:t xml:space="preserve">[15:29] </w:t>
      </w:r>
      <w:r>
        <w:t>lekin kya hua? ke Christian qaumon ko humiliating defeat hui.</w:t>
      </w:r>
    </w:p>
    <w:p>
      <w:pPr>
        <w:jc w:val="right"/>
      </w:pPr>
      <w:r>
        <w:t>لیکن کیا ہوا؟ کہ Christian قوموں کو humiliating defeat ہوئی۔</w:t>
      </w:r>
    </w:p>
    <w:p>
      <w:r>
        <w:rPr>
          <w:b/>
        </w:rPr>
        <w:t xml:space="preserve">[15:34] </w:t>
      </w:r>
      <w:r>
        <w:t>zillat aamez shikast hui.</w:t>
      </w:r>
    </w:p>
    <w:p>
      <w:pPr>
        <w:jc w:val="right"/>
      </w:pPr>
      <w:r>
        <w:t>ذلت آمیز شکست ہوئی۔</w:t>
      </w:r>
    </w:p>
    <w:p>
      <w:r>
        <w:rPr>
          <w:b/>
        </w:rPr>
        <w:t xml:space="preserve">[15:39] </w:t>
      </w:r>
      <w:r>
        <w:t>is zillat aamez shikast ke baad un ke andar ek rethinking aayi.</w:t>
      </w:r>
    </w:p>
    <w:p>
      <w:pPr>
        <w:jc w:val="right"/>
      </w:pPr>
      <w:r>
        <w:t>اس ذلت آمیز شکست کے بعد ان کے اندر ایک rethinking آئی۔</w:t>
      </w:r>
    </w:p>
    <w:p>
      <w:r>
        <w:rPr>
          <w:b/>
        </w:rPr>
        <w:t xml:space="preserve">[15:44] </w:t>
      </w:r>
      <w:r>
        <w:t>unhone phir se socha.</w:t>
      </w:r>
    </w:p>
    <w:p>
      <w:pPr>
        <w:jc w:val="right"/>
      </w:pPr>
      <w:r>
        <w:t>انہوں نے پھر سے سوچا۔</w:t>
      </w:r>
    </w:p>
    <w:p>
      <w:r>
        <w:rPr>
          <w:b/>
        </w:rPr>
        <w:t xml:space="preserve">[15:49] </w:t>
      </w:r>
      <w:r>
        <w:t>to objectively sochne ki tofeeq di Allah taala ne un ko.</w:t>
      </w:r>
    </w:p>
    <w:p>
      <w:pPr>
        <w:jc w:val="right"/>
      </w:pPr>
      <w:r>
        <w:t>تو objectively سوچنے کی توفیق دی اللہ تعالی نے ان کو۔</w:t>
      </w:r>
    </w:p>
    <w:p>
      <w:r>
        <w:rPr>
          <w:b/>
        </w:rPr>
        <w:t xml:space="preserve">[15:54] </w:t>
      </w:r>
      <w:r>
        <w:t>yani bajaye revenge ke unhone is ko socha ke karna kya chahiye.</w:t>
      </w:r>
    </w:p>
    <w:p>
      <w:pPr>
        <w:jc w:val="right"/>
      </w:pPr>
      <w:r>
        <w:t>یعنی بجائے revenge کے انہوں نے اس کو سوچا کہ کرنا کیا چاہیے۔</w:t>
      </w:r>
    </w:p>
    <w:p>
      <w:r>
        <w:rPr>
          <w:b/>
        </w:rPr>
        <w:t xml:space="preserve">[16:00] </w:t>
      </w:r>
      <w:r>
        <w:t>to un ki samajh mein aaya ke battle field mein hum musalmanon ko jeet nahi sakte.</w:t>
      </w:r>
    </w:p>
    <w:p>
      <w:pPr>
        <w:jc w:val="right"/>
      </w:pPr>
      <w:r>
        <w:t>تو ان کی سمجھ میں آیا کہ battle field میں ہم مسلمانوں کو جیت نہیں سکتے۔</w:t>
      </w:r>
    </w:p>
    <w:p>
      <w:r>
        <w:rPr>
          <w:b/>
        </w:rPr>
        <w:t xml:space="preserve">[16:05] </w:t>
      </w:r>
      <w:r>
        <w:t>battle field mein wo hum se aage badhe hue hain.</w:t>
      </w:r>
    </w:p>
    <w:p>
      <w:pPr>
        <w:jc w:val="right"/>
      </w:pPr>
      <w:r>
        <w:t>battle field میں وہ ہم سے آگے بڑھے ہوئے ہیں۔</w:t>
      </w:r>
    </w:p>
    <w:p>
      <w:r>
        <w:rPr>
          <w:b/>
        </w:rPr>
        <w:t xml:space="preserve">[16:10] </w:t>
      </w:r>
      <w:r>
        <w:t>to ab kya un ke andar nazariya ek paida hua.</w:t>
      </w:r>
    </w:p>
    <w:p>
      <w:pPr>
        <w:jc w:val="right"/>
      </w:pPr>
      <w:r>
        <w:t>تو اب کیا ان کے اندر نظریہ ایک پیدا ہوا۔</w:t>
      </w:r>
    </w:p>
    <w:p>
      <w:r>
        <w:rPr>
          <w:b/>
        </w:rPr>
        <w:t xml:space="preserve">[16:15] </w:t>
      </w:r>
      <w:r>
        <w:t>wo nazariya paida hua spiritual crusades ka.</w:t>
      </w:r>
    </w:p>
    <w:p>
      <w:pPr>
        <w:jc w:val="right"/>
      </w:pPr>
      <w:r>
        <w:t>وہ نظریہ پیدا ہوا spiritual crusades کا۔</w:t>
      </w:r>
    </w:p>
    <w:p>
      <w:r>
        <w:rPr>
          <w:b/>
        </w:rPr>
        <w:t xml:space="preserve">[16:20] </w:t>
      </w:r>
      <w:r>
        <w:t>yani military crusades ke bajaye ab hamein karna hai spiritual crusades.</w:t>
      </w:r>
    </w:p>
    <w:p>
      <w:pPr>
        <w:jc w:val="right"/>
      </w:pPr>
      <w:r>
        <w:t>یعنی military crusades کے بجائے اب ہمیں کرنا ہے spiritual crusades۔</w:t>
      </w:r>
    </w:p>
    <w:p>
      <w:r>
        <w:rPr>
          <w:b/>
        </w:rPr>
        <w:t xml:space="preserve">[16:25] </w:t>
      </w:r>
      <w:r>
        <w:t>wohi baat ko scientific crusade ban gaya.</w:t>
      </w:r>
    </w:p>
    <w:p>
      <w:pPr>
        <w:jc w:val="right"/>
      </w:pPr>
      <w:r>
        <w:t>وہی بات کو scientific crusade بن گیا۔</w:t>
      </w:r>
    </w:p>
    <w:p>
      <w:r>
        <w:rPr>
          <w:b/>
        </w:rPr>
        <w:t xml:space="preserve">[16:30] </w:t>
      </w:r>
      <w:r>
        <w:t>to western nation ko Allah taala ne compassion create kar ke yeh direction diya ke tum science ki</w:t>
      </w:r>
    </w:p>
    <w:p>
      <w:pPr>
        <w:jc w:val="right"/>
      </w:pPr>
      <w:r>
        <w:t>تو western nation کو اللہ تعالی نے compassion create کر کے یہ direction دیا کہ تم سائنس کی</w:t>
      </w:r>
    </w:p>
    <w:p>
      <w:r>
        <w:rPr>
          <w:b/>
        </w:rPr>
        <w:t xml:space="preserve">[16:35] </w:t>
      </w:r>
      <w:r>
        <w:t>discovery karo, technology ko taraqqi do, nature mein chupi hui jo nature mein jo taqatein chupi hui hain</w:t>
      </w:r>
    </w:p>
    <w:p>
      <w:pPr>
        <w:jc w:val="right"/>
      </w:pPr>
      <w:r>
        <w:t>discovery کرو، ٹیکنالوجی کو ترقی دو، nature میں چھپی ہوئی جو nature میں جو طاقتیں چھپی ہوئی ہیں</w:t>
      </w:r>
    </w:p>
    <w:p>
      <w:r>
        <w:rPr>
          <w:b/>
        </w:rPr>
        <w:t xml:space="preserve">[16:40] </w:t>
      </w:r>
      <w:r>
        <w:t>un ko unfold karo.</w:t>
      </w:r>
    </w:p>
    <w:p>
      <w:pPr>
        <w:jc w:val="right"/>
      </w:pPr>
      <w:r>
        <w:t>ان کو unfold کرو۔</w:t>
      </w:r>
    </w:p>
    <w:p>
      <w:r>
        <w:rPr>
          <w:b/>
        </w:rPr>
        <w:t xml:space="preserve">[16:45] </w:t>
      </w:r>
      <w:r>
        <w:t>aur is mein woh lag gaye.</w:t>
      </w:r>
    </w:p>
    <w:p>
      <w:pPr>
        <w:jc w:val="right"/>
      </w:pPr>
      <w:r>
        <w:t>اور اس میں وہ لگ گئے۔</w:t>
      </w:r>
    </w:p>
    <w:p>
      <w:r>
        <w:rPr>
          <w:b/>
        </w:rPr>
        <w:t xml:space="preserve">[16:51] </w:t>
      </w:r>
      <w:r>
        <w:t>poora Europe is mein lag gaya.</w:t>
      </w:r>
    </w:p>
    <w:p>
      <w:pPr>
        <w:jc w:val="right"/>
      </w:pPr>
      <w:r>
        <w:t>پورا یورپ اس میں لگ گیا۔</w:t>
      </w:r>
    </w:p>
    <w:p>
      <w:r>
        <w:rPr>
          <w:b/>
        </w:rPr>
        <w:t xml:space="preserve">[16:56] </w:t>
      </w:r>
      <w:r>
        <w:t>khaas tor par western Europe jo hai.</w:t>
      </w:r>
    </w:p>
    <w:p>
      <w:pPr>
        <w:jc w:val="right"/>
      </w:pPr>
      <w:r>
        <w:t>خاص طور پر western یورپ جو ہے۔</w:t>
      </w:r>
    </w:p>
    <w:p>
      <w:r>
        <w:rPr>
          <w:b/>
        </w:rPr>
        <w:t xml:space="preserve">[17:01] </w:t>
      </w:r>
      <w:r>
        <w:t>yahan tak ke unhon ne ek naya daur paida kiya.</w:t>
      </w:r>
    </w:p>
    <w:p>
      <w:pPr>
        <w:jc w:val="right"/>
      </w:pPr>
      <w:r>
        <w:t>یہاں تک کہ انہوں نے ایک نیا دور پیدا کیا۔</w:t>
      </w:r>
    </w:p>
    <w:p>
      <w:r>
        <w:rPr>
          <w:b/>
        </w:rPr>
        <w:t xml:space="preserve">[17:06] </w:t>
      </w:r>
      <w:r>
        <w:t>duniya mein ek naya daur yaani scientific daur, technology ka daur aur democracy ka daur, openness ka daur</w:t>
      </w:r>
    </w:p>
    <w:p>
      <w:pPr>
        <w:jc w:val="right"/>
      </w:pPr>
      <w:r>
        <w:t>دنیا میں ایک نیا دور یعنی scientific دور، ٹیکنالوجی کا دور اور democracy کا دور، openness کا دور</w:t>
      </w:r>
    </w:p>
    <w:p>
      <w:r>
        <w:rPr>
          <w:b/>
        </w:rPr>
        <w:t xml:space="preserve">[17:11] </w:t>
      </w:r>
      <w:r>
        <w:t>aur is ke majmooe ko kehta hai kaha jata hai Modern Civilization.</w:t>
      </w:r>
    </w:p>
    <w:p>
      <w:pPr>
        <w:jc w:val="right"/>
      </w:pPr>
      <w:r>
        <w:t>اور اس کے مجموعے کو کہتا ہے کہا جاتا ہے Modern Civilization۔</w:t>
      </w:r>
    </w:p>
    <w:p>
      <w:r>
        <w:rPr>
          <w:b/>
        </w:rPr>
        <w:t xml:space="preserve">[17:16] </w:t>
      </w:r>
      <w:r>
        <w:t>to traditional daur ko nikal kar scientific daur mein pahunchaya unhon ne.</w:t>
      </w:r>
    </w:p>
    <w:p>
      <w:pPr>
        <w:jc w:val="right"/>
      </w:pPr>
      <w:r>
        <w:t>تو traditional دور کو نکال کر scientific دور میں پہنچایا انہوں نے۔</w:t>
      </w:r>
    </w:p>
    <w:p>
      <w:r>
        <w:rPr>
          <w:b/>
        </w:rPr>
        <w:t xml:space="preserve">[17:21] </w:t>
      </w:r>
      <w:r>
        <w:t>yeh kaarnama unhon ne anjaam diya.</w:t>
      </w:r>
    </w:p>
    <w:p>
      <w:pPr>
        <w:jc w:val="right"/>
      </w:pPr>
      <w:r>
        <w:t>یہ کارنامہ انہوں نے انجام دیا۔</w:t>
      </w:r>
    </w:p>
    <w:p>
      <w:r>
        <w:rPr>
          <w:b/>
        </w:rPr>
        <w:t xml:space="preserve">[17:26] </w:t>
      </w:r>
      <w:r>
        <w:t>is is kaam yeh jo kaarnama tha agarche anjaam paya western nation ke zariye yeh lekin yeh poora</w:t>
      </w:r>
    </w:p>
    <w:p>
      <w:pPr>
        <w:jc w:val="right"/>
      </w:pPr>
      <w:r>
        <w:t>اس اس کام یہ جو کارنامہ تھا اگرچہ انجام پایا western nation کے ذریعے یہ لیکن یہ پورا</w:t>
      </w:r>
    </w:p>
    <w:p>
      <w:r>
        <w:rPr>
          <w:b/>
        </w:rPr>
        <w:t xml:space="preserve">[17:31] </w:t>
      </w:r>
      <w:r>
        <w:t>ka poora pro Islam tha yeh.</w:t>
      </w:r>
    </w:p>
    <w:p>
      <w:pPr>
        <w:jc w:val="right"/>
      </w:pPr>
      <w:r>
        <w:t>کا پورا pro اسلام تھا یہ۔</w:t>
      </w:r>
    </w:p>
    <w:p>
      <w:r>
        <w:rPr>
          <w:b/>
        </w:rPr>
        <w:t xml:space="preserve">[17:36] </w:t>
      </w:r>
      <w:r>
        <w:t>poora ka poora.</w:t>
      </w:r>
    </w:p>
    <w:p>
      <w:pPr>
        <w:jc w:val="right"/>
      </w:pPr>
      <w:r>
        <w:t>پورا کا پورا۔</w:t>
      </w:r>
    </w:p>
    <w:p>
      <w:r>
        <w:rPr>
          <w:b/>
        </w:rPr>
        <w:t xml:space="preserve">[17:42] </w:t>
      </w:r>
      <w:r>
        <w:t>yaani yahan par Allah taala ne secular taqaton ko activate kar ke un ko apne deen ka supporter bana diya. Supporter.</w:t>
      </w:r>
    </w:p>
    <w:p>
      <w:pPr>
        <w:jc w:val="right"/>
      </w:pPr>
      <w:r>
        <w:t>یعنی یہاں پر اللہ تعالی نے سیکولر طاقتوں کو activate کر کے ان کو اپنے دین کا supporter بنا دیا۔ Supporter۔</w:t>
      </w:r>
    </w:p>
    <w:p>
      <w:r>
        <w:rPr>
          <w:b/>
        </w:rPr>
        <w:t xml:space="preserve">[17:47] </w:t>
      </w:r>
      <w:r>
        <w:t>to un ka yeh supporting role tha western nations ka Allah ke deen ke liye.</w:t>
      </w:r>
    </w:p>
    <w:p>
      <w:pPr>
        <w:jc w:val="right"/>
      </w:pPr>
      <w:r>
        <w:t>تو ان کا یہ supporting role تھا western nations کا اللہ کے دین کے لیے۔</w:t>
      </w:r>
    </w:p>
    <w:p>
      <w:r>
        <w:rPr>
          <w:b/>
        </w:rPr>
        <w:t xml:space="preserve">[17:52] </w:t>
      </w:r>
      <w:r>
        <w:t>kyun? Is tarah se marifat ke naye darwaze khule.</w:t>
      </w:r>
    </w:p>
    <w:p>
      <w:pPr>
        <w:jc w:val="right"/>
      </w:pPr>
      <w:r>
        <w:t>کیوں؟ اس طرح سے معرفت کے نئے دروازے کھلے۔</w:t>
      </w:r>
    </w:p>
    <w:p>
      <w:r>
        <w:rPr>
          <w:b/>
        </w:rPr>
        <w:t xml:space="preserve">[17:57] </w:t>
      </w:r>
      <w:r>
        <w:t>Microworld aur microworld ke andar jo chupi hui thi Allah ki nishaniyan woh sab samne aayin.</w:t>
      </w:r>
    </w:p>
    <w:p>
      <w:pPr>
        <w:jc w:val="right"/>
      </w:pPr>
      <w:r>
        <w:t>Microworld اور microworld کے اندر جو چھپی ہوئی تھی اللہ کی نشانیاں وہ سب سامنے آئیں۔</w:t>
      </w:r>
    </w:p>
    <w:p>
      <w:r>
        <w:rPr>
          <w:b/>
        </w:rPr>
        <w:t xml:space="preserve">[18:02] </w:t>
      </w:r>
      <w:r>
        <w:t>unhon ne telescope banaya.</w:t>
      </w:r>
    </w:p>
    <w:p>
      <w:pPr>
        <w:jc w:val="right"/>
      </w:pPr>
      <w:r>
        <w:t>انہوں نے ٹیلیسکوپ بنایا۔</w:t>
      </w:r>
    </w:p>
    <w:p>
      <w:r>
        <w:rPr>
          <w:b/>
        </w:rPr>
        <w:t xml:space="preserve">[18:07] </w:t>
      </w:r>
      <w:r>
        <w:t>unhon ne microscope banai.</w:t>
      </w:r>
    </w:p>
    <w:p>
      <w:pPr>
        <w:jc w:val="right"/>
      </w:pPr>
      <w:r>
        <w:t>انہوں نے مائیکروسکوپ بنائی۔</w:t>
      </w:r>
    </w:p>
    <w:p>
      <w:r>
        <w:rPr>
          <w:b/>
        </w:rPr>
        <w:t xml:space="preserve">[18:12] </w:t>
      </w:r>
      <w:r>
        <w:t>aur beshumar daryaften unhon ne keen.</w:t>
      </w:r>
    </w:p>
    <w:p>
      <w:pPr>
        <w:jc w:val="right"/>
      </w:pPr>
      <w:r>
        <w:t>اور بے شمار دریافتیں انہوں نے کیں۔</w:t>
      </w:r>
    </w:p>
    <w:p>
      <w:r>
        <w:rPr>
          <w:b/>
        </w:rPr>
        <w:t xml:space="preserve">[18:17] </w:t>
      </w:r>
      <w:r>
        <w:t>to scientific daryafton se marifat ke naye darwaze khule.</w:t>
      </w:r>
    </w:p>
    <w:p>
      <w:pPr>
        <w:jc w:val="right"/>
      </w:pPr>
      <w:r>
        <w:t>تو scientific دریافتوں سے معرفت کے نئے دروازے کھلے۔</w:t>
      </w:r>
    </w:p>
    <w:p>
      <w:r>
        <w:rPr>
          <w:b/>
        </w:rPr>
        <w:t xml:space="preserve">[18:22] </w:t>
      </w:r>
      <w:r>
        <w:t>technology ki daryafton se dawat ko aalmi satah par phailane ke mawaqe khule.</w:t>
      </w:r>
    </w:p>
    <w:p>
      <w:pPr>
        <w:jc w:val="right"/>
      </w:pPr>
      <w:r>
        <w:t>ٹیکنالوجی کی دریافتوں سے دعوت کو عالمی سطح پر پھیلانے کے مواقع کھلے۔</w:t>
      </w:r>
    </w:p>
    <w:p>
      <w:r>
        <w:rPr>
          <w:b/>
        </w:rPr>
        <w:t xml:space="preserve">[18:27] </w:t>
      </w:r>
      <w:r>
        <w:t>unhon ne ek printing press banaya.</w:t>
      </w:r>
    </w:p>
    <w:p>
      <w:pPr>
        <w:jc w:val="right"/>
      </w:pPr>
      <w:r>
        <w:t>انہوں نے ایک پرنٹنگ پریس بنایا۔</w:t>
      </w:r>
    </w:p>
    <w:p>
      <w:r>
        <w:rPr>
          <w:b/>
        </w:rPr>
        <w:t xml:space="preserve">[18:33] </w:t>
      </w:r>
      <w:r>
        <w:t>aur is tarah ki beshumar cheezen unhon ne banaeen.</w:t>
      </w:r>
    </w:p>
    <w:p>
      <w:pPr>
        <w:jc w:val="right"/>
      </w:pPr>
      <w:r>
        <w:t>اور اس طرح کی بے شمار چیزیں انہوں نے بنائیں۔</w:t>
      </w:r>
    </w:p>
    <w:p>
      <w:r>
        <w:rPr>
          <w:b/>
        </w:rPr>
        <w:t xml:space="preserve">[18:38] </w:t>
      </w:r>
      <w:r>
        <w:t>jo sari ki sari support karne wali theen Allah ke deen ke liye.</w:t>
      </w:r>
    </w:p>
    <w:p>
      <w:pPr>
        <w:jc w:val="right"/>
      </w:pPr>
      <w:r>
        <w:t>جو ساری کی ساری support کرنے والی تھیں اللہ کے دین کے لیے۔</w:t>
      </w:r>
    </w:p>
    <w:p>
      <w:r>
        <w:rPr>
          <w:b/>
        </w:rPr>
        <w:t xml:space="preserve">[18:43] </w:t>
      </w:r>
      <w:r>
        <w:t>yeh hua athais sadi mein, unneesween sadi mein, beesween sadi mein yeh waqea hua.</w:t>
      </w:r>
    </w:p>
    <w:p>
      <w:pPr>
        <w:jc w:val="right"/>
      </w:pPr>
      <w:r>
        <w:t>یہ ہوا اٹھائیس صدی میں، انیسویں صدی میں، بیسویں صدی میں یہ واقعہ ہوا۔</w:t>
      </w:r>
    </w:p>
    <w:p>
      <w:r>
        <w:rPr>
          <w:b/>
        </w:rPr>
        <w:t xml:space="preserve">[18:48] </w:t>
      </w:r>
      <w:r>
        <w:t>ke ek poora daur paida ho gaya jis ko majmooe ko hum kehte hain Modern Civilization ka daur.</w:t>
      </w:r>
    </w:p>
    <w:p>
      <w:pPr>
        <w:jc w:val="right"/>
      </w:pPr>
      <w:r>
        <w:t>کہ ایک پورا دور پیدا ہو گیا جس کو مجموعے کو ہم کہتے ہیں Modern Civilization کا دور۔</w:t>
      </w:r>
    </w:p>
    <w:p>
      <w:r>
        <w:rPr>
          <w:b/>
        </w:rPr>
        <w:t xml:space="preserve">[18:53] </w:t>
      </w:r>
      <w:r>
        <w:t>ab yahan par kya karna tha? ke musalmanon ko yeh karna tha ke in mawaqe ko istemal karen.</w:t>
      </w:r>
    </w:p>
    <w:p>
      <w:pPr>
        <w:jc w:val="right"/>
      </w:pPr>
      <w:r>
        <w:t>اب یہاں پر کیا کرنا تھا؟ کہ مسلمانوں کو یہ کرنا تھا کہ ان مواقع کو استعمال کریں۔</w:t>
      </w:r>
    </w:p>
    <w:p>
      <w:r>
        <w:rPr>
          <w:b/>
        </w:rPr>
        <w:t xml:space="preserve">[18:58] </w:t>
      </w:r>
      <w:r>
        <w:t>woh marifat ke nayi nayi manzilen tay karen.</w:t>
      </w:r>
    </w:p>
    <w:p>
      <w:pPr>
        <w:jc w:val="right"/>
      </w:pPr>
      <w:r>
        <w:t>وہ معرفت کے نئی نئی منزلیں طے کریں۔</w:t>
      </w:r>
    </w:p>
    <w:p>
      <w:r>
        <w:rPr>
          <w:b/>
        </w:rPr>
        <w:t xml:space="preserve">[19:03] </w:t>
      </w:r>
      <w:r>
        <w:t>Modern yani science ki daryafton se aala marifat hasil karen.</w:t>
      </w:r>
    </w:p>
    <w:p>
      <w:pPr>
        <w:jc w:val="right"/>
      </w:pPr>
      <w:r>
        <w:t>Modern یعنی سائنس کی دریافتوں سے اعلیٰ معرفت حاصل کریں۔</w:t>
      </w:r>
    </w:p>
    <w:p>
      <w:r>
        <w:rPr>
          <w:b/>
        </w:rPr>
        <w:t xml:space="preserve">[19:08] </w:t>
      </w:r>
      <w:r>
        <w:t>Modern technology se dawat ko global level pe phailayen.</w:t>
      </w:r>
    </w:p>
    <w:p>
      <w:pPr>
        <w:jc w:val="right"/>
      </w:pPr>
      <w:r>
        <w:t>Modern ٹیکنالوجی سے دعوت کو گلوبل لیول پہ پھیلائیں۔</w:t>
      </w:r>
    </w:p>
    <w:p>
      <w:r>
        <w:rPr>
          <w:b/>
        </w:rPr>
        <w:t xml:space="preserve">[19:13] </w:t>
      </w:r>
      <w:r>
        <w:t>aur jo democracy aur openness duniya mein aayi hai us ko le kar woh sari duniya mein Quran</w:t>
      </w:r>
    </w:p>
    <w:p>
      <w:pPr>
        <w:jc w:val="right"/>
      </w:pPr>
      <w:r>
        <w:t>اور جو democracy اور openness دنیا میں آئی ہے اس کو لے کر وہ ساری دنیا میں قرآن</w:t>
      </w:r>
    </w:p>
    <w:p>
      <w:r>
        <w:rPr>
          <w:b/>
        </w:rPr>
        <w:t xml:space="preserve">[19:18] </w:t>
      </w:r>
      <w:r>
        <w:t>ko, sunnat ko aur Islam ki taleemat ko phailayen bila roke tok.</w:t>
      </w:r>
    </w:p>
    <w:p>
      <w:pPr>
        <w:jc w:val="right"/>
      </w:pPr>
      <w:r>
        <w:t>کو، سنت کو اور اسلام کی تعلیمات کو پھیلائیں بلا روک ٹوک۔</w:t>
      </w:r>
    </w:p>
    <w:p>
      <w:r>
        <w:rPr>
          <w:b/>
        </w:rPr>
        <w:t xml:space="preserve">[19:24] </w:t>
      </w:r>
      <w:r>
        <w:t>kuch bhi roke tok nahi thi in ki.</w:t>
      </w:r>
    </w:p>
    <w:p>
      <w:pPr>
        <w:jc w:val="right"/>
      </w:pPr>
      <w:r>
        <w:t>کچھ بھی روک ٹوک نہیں تھی ان کی۔</w:t>
      </w:r>
    </w:p>
    <w:p>
      <w:r>
        <w:rPr>
          <w:b/>
        </w:rPr>
        <w:t xml:space="preserve">[19:29] </w:t>
      </w:r>
      <w:r>
        <w:t>lekin hua yeh kya? hua yeh ke hamare sare Muslim rehnuma, sare Muslim ulma, sare Muslim leader negative ho gaye.</w:t>
      </w:r>
    </w:p>
    <w:p>
      <w:pPr>
        <w:jc w:val="right"/>
      </w:pPr>
      <w:r>
        <w:t>لیکن ہوا یہ کیا؟ ہوا یہ کہ ہمارے سارے مسلم رہنما، سارے مسلم علماء، سارے مسلم لیڈر negative ہو گئے۔</w:t>
      </w:r>
    </w:p>
    <w:p>
      <w:r>
        <w:rPr>
          <w:b/>
        </w:rPr>
        <w:t xml:space="preserve">[19:34] </w:t>
      </w:r>
      <w:r>
        <w:t>Reaction mein par gaye.</w:t>
      </w:r>
    </w:p>
    <w:p>
      <w:pPr>
        <w:jc w:val="right"/>
      </w:pPr>
      <w:r>
        <w:t>Reaction میں پڑ گئے۔</w:t>
      </w:r>
    </w:p>
    <w:p>
      <w:r>
        <w:rPr>
          <w:b/>
        </w:rPr>
        <w:t xml:space="preserve">[19:39] </w:t>
      </w:r>
      <w:r>
        <w:t>yani western world se ladna.</w:t>
      </w:r>
    </w:p>
    <w:p>
      <w:pPr>
        <w:jc w:val="right"/>
      </w:pPr>
      <w:r>
        <w:t>یعنی western world سے لڑنا۔</w:t>
      </w:r>
    </w:p>
    <w:p>
      <w:r>
        <w:rPr>
          <w:b/>
        </w:rPr>
        <w:t xml:space="preserve">[19:44] </w:t>
      </w:r>
      <w:r>
        <w:t>تو western world سے نفرت کرنا، اس سے لڑنا، اس کے خلاف society bombing کرنا، اس کو destabilize</w:t>
      </w:r>
    </w:p>
    <w:p>
      <w:pPr>
        <w:jc w:val="right"/>
      </w:pPr>
      <w:r>
        <w:t>تو western world سے نفرت کرنا، اس سے لڑنا، اس کے خلاف society bombing کرنا، اس کو de-esterilize</w:t>
      </w:r>
    </w:p>
    <w:p>
      <w:r>
        <w:rPr>
          <w:b/>
        </w:rPr>
        <w:t xml:space="preserve">[19:49] </w:t>
      </w:r>
      <w:r>
        <w:t>karna yeh in ka yani in ka maqsad ban gaya.</w:t>
      </w:r>
    </w:p>
    <w:p>
      <w:pPr>
        <w:jc w:val="right"/>
      </w:pPr>
      <w:r>
        <w:t>کرنا یہ ان کا یعنی ان کا مقصد بن گیا۔</w:t>
      </w:r>
    </w:p>
    <w:p>
      <w:r>
        <w:rPr>
          <w:b/>
        </w:rPr>
        <w:t xml:space="preserve">[19:54] </w:t>
      </w:r>
      <w:r>
        <w:t>to do so saal se musalman isi ladai mein phanse hue hain.</w:t>
      </w:r>
    </w:p>
    <w:p>
      <w:pPr>
        <w:jc w:val="right"/>
      </w:pPr>
      <w:r>
        <w:t>تو دو سو سال سے مسلمان اسی لڑائی میں پھنسے ہوئے ہیں۔</w:t>
      </w:r>
    </w:p>
    <w:p>
      <w:r>
        <w:rPr>
          <w:b/>
        </w:rPr>
        <w:t xml:space="preserve">[19:59] </w:t>
      </w:r>
      <w:r>
        <w:t>sari Muslim ummat sari direct ya indirect taur pe is mein phansi hui hai.</w:t>
      </w:r>
    </w:p>
    <w:p>
      <w:pPr>
        <w:jc w:val="right"/>
      </w:pPr>
      <w:r>
        <w:t>ساری مسلم امت ساری direct یا indirect طور پہ اس میں پھنسی ہوئی ہے۔</w:t>
      </w:r>
    </w:p>
    <w:p>
      <w:r>
        <w:rPr>
          <w:b/>
        </w:rPr>
        <w:t xml:space="preserve">[20:04] </w:t>
      </w:r>
      <w:r>
        <w:t>yani sare musalman ya to negative sochte hain west ke khilaf ya woh mashgool hain ladai mein.</w:t>
      </w:r>
    </w:p>
    <w:p>
      <w:pPr>
        <w:jc w:val="right"/>
      </w:pPr>
      <w:r>
        <w:t>یعنی سارے مسلمان یا تو negative سوچتے ہیں west کے خلاف یا وہ مشغول ہیں لڑائی میں۔</w:t>
      </w:r>
    </w:p>
    <w:p>
      <w:r>
        <w:rPr>
          <w:b/>
        </w:rPr>
        <w:t xml:space="preserve">[20:09] </w:t>
      </w:r>
      <w:r>
        <w:t>yani koi passive ladai kar raha hai, koi active ladai kar raha hai.</w:t>
      </w:r>
    </w:p>
    <w:p>
      <w:pPr>
        <w:jc w:val="right"/>
      </w:pPr>
      <w:r>
        <w:t>یعنی کوئی passive لڑائی کر رہا ہے، کوئی active لڑائی کر رہا ہے۔</w:t>
      </w:r>
    </w:p>
    <w:p>
      <w:r>
        <w:rPr>
          <w:b/>
        </w:rPr>
        <w:t xml:space="preserve">[20:15] </w:t>
      </w:r>
      <w:r>
        <w:t>isi mein phanse hue hain.</w:t>
      </w:r>
    </w:p>
    <w:p>
      <w:pPr>
        <w:jc w:val="right"/>
      </w:pPr>
      <w:r>
        <w:t>اسی میں پھنسے ہوئے ہیں۔</w:t>
      </w:r>
    </w:p>
    <w:p>
      <w:r>
        <w:rPr>
          <w:b/>
        </w:rPr>
        <w:t xml:space="preserve">[20:20] </w:t>
      </w:r>
      <w:r>
        <w:t>lekin yeh jo musalman kar rahe hain yeh sari Allah ki escape ke khilaf hai.</w:t>
      </w:r>
    </w:p>
    <w:p>
      <w:pPr>
        <w:jc w:val="right"/>
      </w:pPr>
      <w:r>
        <w:t>لیکن یہ جو مسلمان کر رہے ہیں یہ ساری اللہ کی escape کے خلاف ہے۔</w:t>
      </w:r>
    </w:p>
    <w:p>
      <w:r>
        <w:rPr>
          <w:b/>
        </w:rPr>
        <w:t xml:space="preserve">[20:25] </w:t>
      </w:r>
      <w:r>
        <w:t>Allah ki jo planning hai us ke khilaf hai.</w:t>
      </w:r>
    </w:p>
    <w:p>
      <w:pPr>
        <w:jc w:val="right"/>
      </w:pPr>
      <w:r>
        <w:t>اللہ کی جو planning ہے اس کے خلاف ہے۔</w:t>
      </w:r>
    </w:p>
    <w:p>
      <w:r>
        <w:rPr>
          <w:b/>
        </w:rPr>
        <w:t xml:space="preserve">[20:30] </w:t>
      </w:r>
      <w:r>
        <w:t>Allah ki planning yeh thi ke secular logon ke zariye se ek naya daur paida kiya jaye jis</w:t>
      </w:r>
    </w:p>
    <w:p>
      <w:pPr>
        <w:jc w:val="right"/>
      </w:pPr>
      <w:r>
        <w:t>اللہ کی planning یہ تھی کہ سیکولر لوگوں کے ذریعے سے ایک نیا دور پیدا کیا جائے جس</w:t>
      </w:r>
    </w:p>
    <w:p>
      <w:r>
        <w:rPr>
          <w:b/>
        </w:rPr>
        <w:t xml:space="preserve">[20:35] </w:t>
      </w:r>
      <w:r>
        <w:t>mein marifat ke naye mawaqe hon.</w:t>
      </w:r>
    </w:p>
    <w:p>
      <w:pPr>
        <w:jc w:val="right"/>
      </w:pPr>
      <w:r>
        <w:t>میں معرفت کے نئے مواقع ہوں۔</w:t>
      </w:r>
    </w:p>
    <w:p>
      <w:r>
        <w:rPr>
          <w:b/>
        </w:rPr>
        <w:t xml:space="preserve">[20:40] </w:t>
      </w:r>
      <w:r>
        <w:t>dawat Allah sare alam par phailane ke mawaqe hon.</w:t>
      </w:r>
    </w:p>
    <w:p>
      <w:pPr>
        <w:jc w:val="right"/>
      </w:pPr>
      <w:r>
        <w:t>دعوت اللہ سارے عالم پر پھیلانے کے مواقع ہوں۔</w:t>
      </w:r>
    </w:p>
    <w:p>
      <w:r>
        <w:rPr>
          <w:b/>
        </w:rPr>
        <w:t xml:space="preserve">[20:45] </w:t>
      </w:r>
      <w:r>
        <w:t>Islam ko asrar yani Islam ke asrar o izhar ke mawaqe hon.</w:t>
      </w:r>
    </w:p>
    <w:p>
      <w:pPr>
        <w:jc w:val="right"/>
      </w:pPr>
      <w:r>
        <w:t>اسلام کو اسرار یعنی اسلام کے اسرار و اظہار کے مواقع ہوں۔</w:t>
      </w:r>
    </w:p>
    <w:p>
      <w:r>
        <w:rPr>
          <w:b/>
        </w:rPr>
        <w:t xml:space="preserve">[20:50] </w:t>
      </w:r>
      <w:r>
        <w:t>yani political maeni mein nahin.</w:t>
      </w:r>
    </w:p>
    <w:p>
      <w:pPr>
        <w:jc w:val="right"/>
      </w:pPr>
      <w:r>
        <w:t>یعنی political معنی میں نہیں۔</w:t>
      </w:r>
    </w:p>
    <w:p>
      <w:r>
        <w:rPr>
          <w:b/>
        </w:rPr>
        <w:t xml:space="preserve">[20:55] </w:t>
      </w:r>
      <w:r>
        <w:t>doosre maeni mein mein keh raha hoon.</w:t>
      </w:r>
    </w:p>
    <w:p>
      <w:pPr>
        <w:jc w:val="right"/>
      </w:pPr>
      <w:r>
        <w:t>دوسرے معنی میں میں کہہ رہا ہوں۔</w:t>
      </w:r>
    </w:p>
    <w:p>
      <w:r>
        <w:rPr>
          <w:b/>
        </w:rPr>
        <w:t xml:space="preserve">[21:00] </w:t>
      </w:r>
      <w:r>
        <w:t>yani islam ki ideology ke maeni mein, islam ki dawat ke maeni mein, islam ki ma'rifat ke maeni mein.</w:t>
      </w:r>
    </w:p>
    <w:p>
      <w:pPr>
        <w:jc w:val="right"/>
      </w:pPr>
      <w:r>
        <w:t>یعنی اسلام کی ideology کے معنی میں، اسلام کی دعوت کے معنی میں، اسلام کی معرفت کے معنی میں۔</w:t>
      </w:r>
    </w:p>
    <w:p>
      <w:r>
        <w:rPr>
          <w:b/>
        </w:rPr>
        <w:t xml:space="preserve">[21:06] </w:t>
      </w:r>
      <w:r>
        <w:t>aik naya daur aaya tha jo poora ka poora daur daur islam tha.</w:t>
      </w:r>
    </w:p>
    <w:p>
      <w:pPr>
        <w:jc w:val="right"/>
      </w:pPr>
      <w:r>
        <w:t>ایک نیا دور آیا تھا جو پورا کا پورا دور دور اسلام تھا۔</w:t>
      </w:r>
    </w:p>
    <w:p>
      <w:r>
        <w:rPr>
          <w:b/>
        </w:rPr>
        <w:t xml:space="preserve">[21:11] </w:t>
      </w:r>
      <w:r>
        <w:t>yeh poora daur daur islam tha.</w:t>
      </w:r>
    </w:p>
    <w:p>
      <w:pPr>
        <w:jc w:val="right"/>
      </w:pPr>
      <w:r>
        <w:t>یہ پورا دور دور اسلام تھا۔</w:t>
      </w:r>
    </w:p>
    <w:p>
      <w:r>
        <w:rPr>
          <w:b/>
        </w:rPr>
        <w:t xml:space="preserve">[21:16] </w:t>
      </w:r>
      <w:r>
        <w:t>lekin saare hi musalman one to all phans gaye reaction mein aur nafrat karne mein, tashaddud karne mein,</w:t>
      </w:r>
    </w:p>
    <w:p>
      <w:pPr>
        <w:jc w:val="right"/>
      </w:pPr>
      <w:r>
        <w:t>لیکن سارے ہی مسلمان one to all پھنس گئے reaction میں اور نفرت کرنے میں، تشدد کرنے میں،</w:t>
      </w:r>
    </w:p>
    <w:p>
      <w:r>
        <w:rPr>
          <w:b/>
        </w:rPr>
        <w:t xml:space="preserve">[21:21] </w:t>
      </w:r>
      <w:r>
        <w:t>larrhai bharrhai karne mein.</w:t>
      </w:r>
    </w:p>
    <w:p>
      <w:pPr>
        <w:jc w:val="right"/>
      </w:pPr>
      <w:r>
        <w:t>لڑائی بھڑائی کرنے میں۔</w:t>
      </w:r>
    </w:p>
    <w:p>
      <w:r>
        <w:rPr>
          <w:b/>
        </w:rPr>
        <w:t xml:space="preserve">[21:26] </w:t>
      </w:r>
      <w:r>
        <w:t>to yeh jo Allah taala ne mawaqe kholay thay woh unavailed ho kar reh gaye.</w:t>
      </w:r>
    </w:p>
    <w:p>
      <w:pPr>
        <w:jc w:val="right"/>
      </w:pPr>
      <w:r>
        <w:t>تو یہ جو اللہ تعالی نے مواقع کھولے تھے وہ unavailed ہو کر رہ گئے۔</w:t>
      </w:r>
    </w:p>
    <w:p>
      <w:r>
        <w:rPr>
          <w:b/>
        </w:rPr>
        <w:t xml:space="preserve">[21:31] </w:t>
      </w:r>
      <w:r>
        <w:t>woh istemal na ho sakay.</w:t>
      </w:r>
    </w:p>
    <w:p>
      <w:pPr>
        <w:jc w:val="right"/>
      </w:pPr>
      <w:r>
        <w:t>وہ استعمال نہ ہو سکے۔</w:t>
      </w:r>
    </w:p>
    <w:p>
      <w:r>
        <w:rPr>
          <w:b/>
        </w:rPr>
        <w:t xml:space="preserve">[21:36] </w:t>
      </w:r>
      <w:r>
        <w:t>ab Allah taala ne aik naya compassion create kiya.</w:t>
      </w:r>
    </w:p>
    <w:p>
      <w:pPr>
        <w:jc w:val="right"/>
      </w:pPr>
      <w:r>
        <w:t>اب اللہ تعالی نے ایک نیا compassion create کیا۔</w:t>
      </w:r>
    </w:p>
    <w:p>
      <w:r>
        <w:rPr>
          <w:b/>
        </w:rPr>
        <w:t xml:space="preserve">[21:41] </w:t>
      </w:r>
      <w:r>
        <w:t>us waqt hum isi daur mein hain.</w:t>
      </w:r>
    </w:p>
    <w:p>
      <w:pPr>
        <w:jc w:val="right"/>
      </w:pPr>
      <w:r>
        <w:t>اس وقت ہم اسی دور میں ہیں۔</w:t>
      </w:r>
    </w:p>
    <w:p>
      <w:r>
        <w:rPr>
          <w:b/>
        </w:rPr>
        <w:t xml:space="preserve">[21:46] </w:t>
      </w:r>
      <w:r>
        <w:t>aaj jo daur hai woh aik Allah taala ki taraf se naya compassion create kiya gaya hai.</w:t>
      </w:r>
    </w:p>
    <w:p>
      <w:pPr>
        <w:jc w:val="right"/>
      </w:pPr>
      <w:r>
        <w:t>آج جو دور ہے وہ ایک اللہ تعالی کی طرف سے نیا compassion create کیا گیا ہے۔</w:t>
      </w:r>
    </w:p>
    <w:p>
      <w:r>
        <w:rPr>
          <w:b/>
        </w:rPr>
        <w:t xml:space="preserve">[21:52] </w:t>
      </w:r>
      <w:r>
        <w:t>woh kya hai? saari duniya mein musalmanon ko defeat ho rahi hai.</w:t>
      </w:r>
    </w:p>
    <w:p>
      <w:pPr>
        <w:jc w:val="right"/>
      </w:pPr>
      <w:r>
        <w:t>وہ کیا ہے؟ ساری دنیا میں مسلمانوں کو defeat ہو رہی ہے۔</w:t>
      </w:r>
    </w:p>
    <w:p>
      <w:r>
        <w:rPr>
          <w:b/>
        </w:rPr>
        <w:t xml:space="preserve">[21:57] </w:t>
      </w:r>
      <w:r>
        <w:t>jaise western nations ko defeat hui thi crusades mein.</w:t>
      </w:r>
    </w:p>
    <w:p>
      <w:pPr>
        <w:jc w:val="right"/>
      </w:pPr>
      <w:r>
        <w:t>جیسے western nations کو defeat ہوئی تھی crusades میں۔</w:t>
      </w:r>
    </w:p>
    <w:p>
      <w:r>
        <w:rPr>
          <w:b/>
        </w:rPr>
        <w:t xml:space="preserve">[22:02] </w:t>
      </w:r>
      <w:r>
        <w:t>har jagah defeat.</w:t>
      </w:r>
    </w:p>
    <w:p>
      <w:pPr>
        <w:jc w:val="right"/>
      </w:pPr>
      <w:r>
        <w:t>ہر جگہ defeat۔</w:t>
      </w:r>
    </w:p>
    <w:p>
      <w:r>
        <w:rPr>
          <w:b/>
        </w:rPr>
        <w:t xml:space="preserve">[22:07] </w:t>
      </w:r>
      <w:r>
        <w:t>aap jahan bhi dekhiye.</w:t>
      </w:r>
    </w:p>
    <w:p>
      <w:pPr>
        <w:jc w:val="right"/>
      </w:pPr>
      <w:r>
        <w:t>آپ جہاں بھی دیکھیے۔</w:t>
      </w:r>
    </w:p>
    <w:p>
      <w:r>
        <w:rPr>
          <w:b/>
        </w:rPr>
        <w:t xml:space="preserve">[22:12] </w:t>
      </w:r>
      <w:r>
        <w:t>har jagah defeat.</w:t>
      </w:r>
    </w:p>
    <w:p>
      <w:pPr>
        <w:jc w:val="right"/>
      </w:pPr>
      <w:r>
        <w:t>ہر جگہ defeat۔</w:t>
      </w:r>
    </w:p>
    <w:p>
      <w:r>
        <w:rPr>
          <w:b/>
        </w:rPr>
        <w:t xml:space="preserve">[22:17] </w:t>
      </w:r>
      <w:r>
        <w:t>koi koi aisa ilaaqa nahin hai musalmanon ka jahan unko defeat aur zillat ka saamna na ho.</w:t>
      </w:r>
    </w:p>
    <w:p>
      <w:pPr>
        <w:jc w:val="right"/>
      </w:pPr>
      <w:r>
        <w:t>کوئی کوئی ایسا علاقہ نہیں ہے مسلمانوں کا جہاں ان کو defeat اور ذلت کا سامنا نہ ہو۔</w:t>
      </w:r>
    </w:p>
    <w:p>
      <w:r>
        <w:rPr>
          <w:b/>
        </w:rPr>
        <w:t xml:space="preserve">[22:22] </w:t>
      </w:r>
      <w:r>
        <w:t>chahay woh muslim hukoomatein hon, qaim hon ya woh ya woh mulk hon jahan musalman minority mein hain,</w:t>
      </w:r>
    </w:p>
    <w:p>
      <w:pPr>
        <w:jc w:val="right"/>
      </w:pPr>
      <w:r>
        <w:t>چاہے وہ مسلم حکومتیں ہوں، قائم ہوں یا وہ یا وہ ملک ہوں جہاں مسلمان minority میں ہیں،</w:t>
      </w:r>
    </w:p>
    <w:p>
      <w:r>
        <w:rPr>
          <w:b/>
        </w:rPr>
        <w:t xml:space="preserve">[22:27] </w:t>
      </w:r>
      <w:r>
        <w:t>kahin bhi hon, sab zillat ke ehsaas mein jee rahe hain.</w:t>
      </w:r>
    </w:p>
    <w:p>
      <w:pPr>
        <w:jc w:val="right"/>
      </w:pPr>
      <w:r>
        <w:t>کہیں بھی ہوں، سب ذلت کے احساس میں جی رہے ہیں۔</w:t>
      </w:r>
    </w:p>
    <w:p>
      <w:r>
        <w:rPr>
          <w:b/>
        </w:rPr>
        <w:t xml:space="preserve">[22:32] </w:t>
      </w:r>
      <w:r>
        <w:t>sab ka nazariya yeh hai ke we are under siege yeh kya hai? yeh hai compassion create karna.</w:t>
      </w:r>
    </w:p>
    <w:p>
      <w:pPr>
        <w:jc w:val="right"/>
      </w:pPr>
      <w:r>
        <w:t>سب کا نظریہ یہ ہے کہ we are under siege یہ کیا ہے؟ یہ ہے compassion create کرنا۔</w:t>
      </w:r>
    </w:p>
    <w:p>
      <w:r>
        <w:rPr>
          <w:b/>
        </w:rPr>
        <w:t xml:space="preserve">[22:37] </w:t>
      </w:r>
      <w:r>
        <w:t>yani Allah taala ne compassion create kar ke chaha ke insaan ka musalmanon ke andar nai soch aaye, rethinking aaye.</w:t>
      </w:r>
    </w:p>
    <w:p>
      <w:pPr>
        <w:jc w:val="right"/>
      </w:pPr>
      <w:r>
        <w:t>یعنی اللہ تعالی نے compassion create کر کے چاہا کہ انسان کا مسلمانوں کے اندر نئی سوچ آئے، rethinking آئے۔</w:t>
      </w:r>
    </w:p>
    <w:p>
      <w:r>
        <w:rPr>
          <w:b/>
        </w:rPr>
        <w:t xml:space="preserve">[22:43] </w:t>
      </w:r>
      <w:r>
        <w:t>yani woh sochen ke larnay se to kuch mila nahin, in sacrifice se to kuch mila nahin, jihad</w:t>
      </w:r>
    </w:p>
    <w:p>
      <w:pPr>
        <w:jc w:val="right"/>
      </w:pPr>
      <w:r>
        <w:t>یعنی وہ سوچیں کہ لڑنے سے تو کچھ ملا نہیں، ان sacrifice سے تو کچھ ملا نہیں، جہاد</w:t>
      </w:r>
    </w:p>
    <w:p>
      <w:r>
        <w:rPr>
          <w:b/>
        </w:rPr>
        <w:t xml:space="preserve">[22:48] </w:t>
      </w:r>
      <w:r>
        <w:t>se to kuch mila nahin, political hangamay karne se to kuch mila nahin.</w:t>
      </w:r>
    </w:p>
    <w:p>
      <w:pPr>
        <w:jc w:val="right"/>
      </w:pPr>
      <w:r>
        <w:t>سے تو کچھ ملا نہیں، political ہنگامے کرنے سے تو کچھ ملا نہیں۔</w:t>
      </w:r>
    </w:p>
    <w:p>
      <w:r>
        <w:rPr>
          <w:b/>
        </w:rPr>
        <w:t xml:space="preserve">[22:53] </w:t>
      </w:r>
      <w:r>
        <w:t>yeh is par sochen, rethink karen.</w:t>
      </w:r>
    </w:p>
    <w:p>
      <w:pPr>
        <w:jc w:val="right"/>
      </w:pPr>
      <w:r>
        <w:t>یہ اس پر سوچیں، rethink کریں۔</w:t>
      </w:r>
    </w:p>
    <w:p>
      <w:r>
        <w:rPr>
          <w:b/>
        </w:rPr>
        <w:t xml:space="preserve">[22:58] </w:t>
      </w:r>
      <w:r>
        <w:t>aur rethink kar ke woh loten aman parveen dawat ki taraf.</w:t>
      </w:r>
    </w:p>
    <w:p>
      <w:pPr>
        <w:jc w:val="right"/>
      </w:pPr>
      <w:r>
        <w:t>اور rethink کر کے وہ لوٹیں پرامن دعوت کی طرف۔</w:t>
      </w:r>
    </w:p>
    <w:p>
      <w:r>
        <w:rPr>
          <w:b/>
        </w:rPr>
        <w:t xml:space="preserve">[23:03] </w:t>
      </w:r>
      <w:r>
        <w:t>aman parveen yani aman parveen izhaar-e-islam ki taraf.</w:t>
      </w:r>
    </w:p>
    <w:p>
      <w:pPr>
        <w:jc w:val="right"/>
      </w:pPr>
      <w:r>
        <w:t>پرامن یعنی پرامن اظہار اسلام کی طرف۔</w:t>
      </w:r>
    </w:p>
    <w:p>
      <w:r>
        <w:rPr>
          <w:b/>
        </w:rPr>
        <w:t xml:space="preserve">[23:08] </w:t>
      </w:r>
      <w:r>
        <w:t>phir se woh apni maarfat ke darje ko hasil karein aur aalmi dawat karein aman parveen andaaz mein.</w:t>
      </w:r>
    </w:p>
    <w:p>
      <w:pPr>
        <w:jc w:val="right"/>
      </w:pPr>
      <w:r>
        <w:t>پھر سے وہ اپنی معرفت کے درجے کو حاصل کریں اور عالمی دعوت کریں پرامن انداز میں۔</w:t>
      </w:r>
    </w:p>
    <w:p>
      <w:r>
        <w:rPr>
          <w:b/>
        </w:rPr>
        <w:t xml:space="preserve">[23:13] </w:t>
      </w:r>
      <w:r>
        <w:t>yeh matloob hai Allah taala ko.</w:t>
      </w:r>
    </w:p>
    <w:p>
      <w:pPr>
        <w:jc w:val="right"/>
      </w:pPr>
      <w:r>
        <w:t>یہ مطلوب ہے اللہ تعالی کو۔</w:t>
      </w:r>
    </w:p>
    <w:p>
      <w:r>
        <w:rPr>
          <w:b/>
        </w:rPr>
        <w:t xml:space="preserve">[23:18] </w:t>
      </w:r>
      <w:r>
        <w:t>toh is ke liye ek compassion create kiya gaya.</w:t>
      </w:r>
    </w:p>
    <w:p>
      <w:pPr>
        <w:jc w:val="right"/>
      </w:pPr>
      <w:r>
        <w:t>تو اس کے لیے ایک compassion create کیا گیا۔</w:t>
      </w:r>
    </w:p>
    <w:p>
      <w:r>
        <w:rPr>
          <w:b/>
        </w:rPr>
        <w:t xml:space="preserve">[23:23] </w:t>
      </w:r>
      <w:r>
        <w:t>yeh compassion jo hai woh aisa hi jaise ke crusades ke zamane mein.</w:t>
      </w:r>
    </w:p>
    <w:p>
      <w:pPr>
        <w:jc w:val="right"/>
      </w:pPr>
      <w:r>
        <w:t>یہ compassion جو ہے وہ ایسا ہی جیسے کہ crusades کے زمانے میں۔</w:t>
      </w:r>
    </w:p>
    <w:p>
      <w:r>
        <w:rPr>
          <w:b/>
        </w:rPr>
        <w:t xml:space="preserve">[23:28] </w:t>
      </w:r>
      <w:r>
        <w:t>yani western nations ko compassion create kiya gaya ke tum battle field mein jeet nahi sakte.</w:t>
      </w:r>
    </w:p>
    <w:p>
      <w:pPr>
        <w:jc w:val="right"/>
      </w:pPr>
      <w:r>
        <w:t>یعنی western nations کو compassion create کیا گیا کہ تم battle field میں جیت نہیں سکتے۔</w:t>
      </w:r>
    </w:p>
    <w:p>
      <w:r>
        <w:rPr>
          <w:b/>
        </w:rPr>
        <w:t xml:space="preserve">[23:34] </w:t>
      </w:r>
      <w:r>
        <w:t>toh peace peace ke maidan mein aao.</w:t>
      </w:r>
    </w:p>
    <w:p>
      <w:pPr>
        <w:jc w:val="right"/>
      </w:pPr>
      <w:r>
        <w:t>تو peace peace کے میدان میں آؤ۔</w:t>
      </w:r>
    </w:p>
    <w:p>
      <w:r>
        <w:rPr>
          <w:b/>
        </w:rPr>
        <w:t xml:space="preserve">[23:39] </w:t>
      </w:r>
      <w:r>
        <w:t>Peaceful development ke maidan mein aao.</w:t>
      </w:r>
    </w:p>
    <w:p>
      <w:pPr>
        <w:jc w:val="right"/>
      </w:pPr>
      <w:r>
        <w:t>Peaceful development کے میدان میں آؤ۔</w:t>
      </w:r>
    </w:p>
    <w:p>
      <w:r>
        <w:rPr>
          <w:b/>
        </w:rPr>
        <w:t xml:space="preserve">[23:44] </w:t>
      </w:r>
      <w:r>
        <w:t>toh compassion create kar ke western nations ko ladai ke maidan se nikal kar yani military crusades ke</w:t>
      </w:r>
    </w:p>
    <w:p>
      <w:pPr>
        <w:jc w:val="right"/>
      </w:pPr>
      <w:r>
        <w:t>تو compassion create کر کے western nations کو لڑائی کے میدان سے نکال کر یعنی military crusades کے</w:t>
      </w:r>
    </w:p>
    <w:p>
      <w:r>
        <w:rPr>
          <w:b/>
        </w:rPr>
        <w:t xml:space="preserve">[23:49] </w:t>
      </w:r>
      <w:r>
        <w:t>maidan se nikal kar peaceful crusade ke maidan mein laya gaya.</w:t>
      </w:r>
    </w:p>
    <w:p>
      <w:pPr>
        <w:jc w:val="right"/>
      </w:pPr>
      <w:r>
        <w:t>میدان سے نکال کر peaceful crusade کے میدان میں لایا گیا۔</w:t>
      </w:r>
    </w:p>
    <w:p>
      <w:r>
        <w:rPr>
          <w:b/>
        </w:rPr>
        <w:t xml:space="preserve">[23:54] </w:t>
      </w:r>
      <w:r>
        <w:t>aur is mein unhone kaam kiya, itna baat unhone karname anjaam diya.</w:t>
      </w:r>
    </w:p>
    <w:p>
      <w:pPr>
        <w:jc w:val="right"/>
      </w:pPr>
      <w:r>
        <w:t>اور اس میں انہوں نے کام کیا، اتنا بات انہوں نے کارنامہ انجام دیا۔</w:t>
      </w:r>
    </w:p>
    <w:p>
      <w:r>
        <w:rPr>
          <w:b/>
        </w:rPr>
        <w:t xml:space="preserve">[23:59] </w:t>
      </w:r>
      <w:r>
        <w:t>theek wohi us waqt musalmanon ki haalat hai.</w:t>
      </w:r>
    </w:p>
    <w:p>
      <w:pPr>
        <w:jc w:val="right"/>
      </w:pPr>
      <w:r>
        <w:t>ٹھیک وہی اس وقت مسلمانوں کی حالت ہے۔</w:t>
      </w:r>
    </w:p>
    <w:p>
      <w:r>
        <w:rPr>
          <w:b/>
        </w:rPr>
        <w:t xml:space="preserve">[24:04] </w:t>
      </w:r>
      <w:r>
        <w:t>musalmanon ko compassion create kar ke Allah taala ki taraf se yeh message diya ja raha hai ke</w:t>
      </w:r>
    </w:p>
    <w:p>
      <w:pPr>
        <w:jc w:val="right"/>
      </w:pPr>
      <w:r>
        <w:t>مسلمانوں کو compassion create کر کے اللہ تعالی کی طرف سے یہ message دیا جا رہا ہے کہ</w:t>
      </w:r>
    </w:p>
    <w:p>
      <w:r>
        <w:rPr>
          <w:b/>
        </w:rPr>
        <w:t xml:space="preserve">[24:09] </w:t>
      </w:r>
      <w:r>
        <w:t>chodo yeh ladai ko, band karo in in good aur bomb culture ko.</w:t>
      </w:r>
    </w:p>
    <w:p>
      <w:pPr>
        <w:jc w:val="right"/>
      </w:pPr>
      <w:r>
        <w:t>چھوڑو یہ لڑائی کو، بند کرو ان ان گڈ اور بم کلچر کو۔</w:t>
      </w:r>
    </w:p>
    <w:p>
      <w:r>
        <w:rPr>
          <w:b/>
        </w:rPr>
        <w:t xml:space="preserve">[24:14] </w:t>
      </w:r>
      <w:r>
        <w:t>aur yeh jihad ke naam par yeh khoon kharabe ko band karo is ko.</w:t>
      </w:r>
    </w:p>
    <w:p>
      <w:pPr>
        <w:jc w:val="right"/>
      </w:pPr>
      <w:r>
        <w:t>اور یہ جہاد کے نام پر یہ خون خرابے کو بند کرو اس کو۔</w:t>
      </w:r>
    </w:p>
    <w:p>
      <w:r>
        <w:rPr>
          <w:b/>
        </w:rPr>
        <w:t xml:space="preserve">[24:19] </w:t>
      </w:r>
      <w:r>
        <w:t>aur dawat ki taraf aao.</w:t>
      </w:r>
    </w:p>
    <w:p>
      <w:pPr>
        <w:jc w:val="right"/>
      </w:pPr>
      <w:r>
        <w:t>اور دعوت کی طرف آؤ۔</w:t>
      </w:r>
    </w:p>
    <w:p>
      <w:r>
        <w:rPr>
          <w:b/>
        </w:rPr>
        <w:t xml:space="preserve">[24:25] </w:t>
      </w:r>
      <w:r>
        <w:t>yani jis tarah se maghribi qaumein military crusades nikal kar aayi thi peaceful crusade ki taraf.</w:t>
      </w:r>
    </w:p>
    <w:p>
      <w:pPr>
        <w:jc w:val="right"/>
      </w:pPr>
      <w:r>
        <w:t>یعنی جس طرح سے مغربی قومیں military crusades نکل کر آئی تھیں peaceful crusade کی طرف۔</w:t>
      </w:r>
    </w:p>
    <w:p>
      <w:r>
        <w:rPr>
          <w:b/>
        </w:rPr>
        <w:t xml:space="preserve">[24:30] </w:t>
      </w:r>
      <w:r>
        <w:t>isi tarah musalmanon ko yeh karna hai ke musallah jihad se nikal kar peaceful jihad ki taraf aaein.</w:t>
      </w:r>
    </w:p>
    <w:p>
      <w:pPr>
        <w:jc w:val="right"/>
      </w:pPr>
      <w:r>
        <w:t>اسی طرح مسلمانوں کو یہ کرنا ہے کہ مسلح جہاد سے نکل کر peaceful جہاد کی طرف آئیں۔</w:t>
      </w:r>
    </w:p>
    <w:p>
      <w:r>
        <w:rPr>
          <w:b/>
        </w:rPr>
        <w:t xml:space="preserve">[24:35] </w:t>
      </w:r>
      <w:r>
        <w:t>musallah jihad yani armed struggle se nikal kar peaceful struggle ki taraf aaein.</w:t>
      </w:r>
    </w:p>
    <w:p>
      <w:pPr>
        <w:jc w:val="right"/>
      </w:pPr>
      <w:r>
        <w:t>مسلح جہاد یعنی armed struggle سے نکل کر peaceful struggle کی طرف آئیں۔</w:t>
      </w:r>
    </w:p>
    <w:p>
      <w:r>
        <w:rPr>
          <w:b/>
        </w:rPr>
        <w:t xml:space="preserve">[24:40] </w:t>
      </w:r>
      <w:r>
        <w:t>woh kya hai? woh Quran mein bataya hua hai.</w:t>
      </w:r>
    </w:p>
    <w:p>
      <w:pPr>
        <w:jc w:val="right"/>
      </w:pPr>
      <w:r>
        <w:t>وہ کیا ہے؟ وہ قرآن میں بتایا ہوا ہے۔</w:t>
      </w:r>
    </w:p>
    <w:p>
      <w:r>
        <w:rPr>
          <w:b/>
        </w:rPr>
        <w:t xml:space="preserve">[24:45] </w:t>
      </w:r>
      <w:r>
        <w:t>Quran mein yeh ayat hai ke wajاهدhum bihi jahadan kabira.</w:t>
      </w:r>
    </w:p>
    <w:p>
      <w:pPr>
        <w:jc w:val="right"/>
      </w:pPr>
      <w:r>
        <w:t>قرآن میں یہ آیت ہے کہ وجاهدھم بہ جہادا کبیرا ۔</w:t>
      </w:r>
    </w:p>
    <w:p>
      <w:r>
        <w:rPr>
          <w:b/>
        </w:rPr>
        <w:t xml:space="preserve">[24:50] </w:t>
      </w:r>
      <w:r>
        <w:t>Quran ke zariye jihad karo, bada jihad.</w:t>
      </w:r>
    </w:p>
    <w:p>
      <w:pPr>
        <w:jc w:val="right"/>
      </w:pPr>
      <w:r>
        <w:t>قرآن کے ذریعے جہاد کرو، بڑا جہاد۔</w:t>
      </w:r>
    </w:p>
    <w:p>
      <w:r>
        <w:rPr>
          <w:b/>
        </w:rPr>
        <w:t xml:space="preserve">[24:55] </w:t>
      </w:r>
      <w:r>
        <w:t>Do great jihad with the help of the Quran.</w:t>
      </w:r>
    </w:p>
    <w:p>
      <w:pPr>
        <w:jc w:val="right"/>
      </w:pPr>
      <w:r>
        <w:t>Do great jihad with the help of the Quran ۔</w:t>
      </w:r>
    </w:p>
    <w:p>
      <w:r>
        <w:rPr>
          <w:b/>
        </w:rPr>
        <w:t xml:space="preserve">[25:00] </w:t>
      </w:r>
      <w:r>
        <w:t>ab gaur kijiye aap ke Quran koi gun toh nahi hai, Quran koi bomb toh nahi hai.</w:t>
      </w:r>
    </w:p>
    <w:p>
      <w:pPr>
        <w:jc w:val="right"/>
      </w:pPr>
      <w:r>
        <w:t>اب غور کیجیے آپ کہ قرآن کوئی گن تو نہیں ہے، قرآن کوئی بم تو نہیں ہے۔</w:t>
      </w:r>
    </w:p>
    <w:p>
      <w:r>
        <w:rPr>
          <w:b/>
        </w:rPr>
        <w:t xml:space="preserve">[25:05] </w:t>
      </w:r>
      <w:r>
        <w:t>to quran ke zariye aap kaise jehad karenge? woh peaceful jehad karenge.</w:t>
      </w:r>
    </w:p>
    <w:p>
      <w:pPr>
        <w:jc w:val="right"/>
      </w:pPr>
      <w:r>
        <w:t>تو قرآن کے ذریعے آپ کیسے جہاد کریں گے؟ وہ peaceful جہاد کریں گے۔</w:t>
      </w:r>
    </w:p>
    <w:p>
      <w:r>
        <w:rPr>
          <w:b/>
        </w:rPr>
        <w:t xml:space="preserve">[25:10] </w:t>
      </w:r>
      <w:r>
        <w:t>is ka matlab yeh hai ke allah taala compassion create kar ke musalmanon ko yeh message de rahe</w:t>
      </w:r>
    </w:p>
    <w:p>
      <w:pPr>
        <w:jc w:val="right"/>
      </w:pPr>
      <w:r>
        <w:t>اس کا مطلب یہ ہے کہ اللہ تعالی compassion create کر کے مسلمانوں کو یہ message دے رہے</w:t>
      </w:r>
    </w:p>
    <w:p>
      <w:r>
        <w:rPr>
          <w:b/>
        </w:rPr>
        <w:t xml:space="preserve">[25:16] </w:t>
      </w:r>
      <w:r>
        <w:t>hain ke tum musallah jehad ko chhod kar aao peaceful jehad ki taraf.</w:t>
      </w:r>
    </w:p>
    <w:p>
      <w:pPr>
        <w:jc w:val="right"/>
      </w:pPr>
      <w:r>
        <w:t>ہیں کہ تم مسلح جہاد کو چھوڑ کر آؤ peaceful جہاد کی طرف۔</w:t>
      </w:r>
    </w:p>
    <w:p>
      <w:r>
        <w:rPr>
          <w:b/>
        </w:rPr>
        <w:t xml:space="preserve">[25:21] </w:t>
      </w:r>
      <w:r>
        <w:t>yani quran ke liye utho, quran ko phailao.</w:t>
      </w:r>
    </w:p>
    <w:p>
      <w:pPr>
        <w:jc w:val="right"/>
      </w:pPr>
      <w:r>
        <w:t>یعنی قرآن کے لیے اٹھو، قرآن کو پھیلاؤ۔</w:t>
      </w:r>
    </w:p>
    <w:p>
      <w:r>
        <w:rPr>
          <w:b/>
        </w:rPr>
        <w:t xml:space="preserve">[25:26] </w:t>
      </w:r>
      <w:r>
        <w:t>duniya ko allah ka, allah ki jo kitab hai, allah ka jo paigham hai, woh duniya tak pahunchao.</w:t>
      </w:r>
    </w:p>
    <w:p>
      <w:pPr>
        <w:jc w:val="right"/>
      </w:pPr>
      <w:r>
        <w:t>دنیا کو اللہ کا، اللہ کی جو کتاب ہے، اللہ کا جو پیغام ہے، وہ دنیا تک پہنچاؤ۔</w:t>
      </w:r>
    </w:p>
    <w:p>
      <w:r>
        <w:rPr>
          <w:b/>
        </w:rPr>
        <w:t xml:space="preserve">[25:31] </w:t>
      </w:r>
      <w:r>
        <w:t>aur sara modern world tumhare liye supporting bana hua hai.</w:t>
      </w:r>
    </w:p>
    <w:p>
      <w:pPr>
        <w:jc w:val="right"/>
      </w:pPr>
      <w:r>
        <w:t>اور سارا modern world تمہارے لیے supporting بنا ہوا ہے۔</w:t>
      </w:r>
    </w:p>
    <w:p>
      <w:r>
        <w:rPr>
          <w:b/>
        </w:rPr>
        <w:t xml:space="preserve">[25:36] </w:t>
      </w:r>
      <w:r>
        <w:t>sara modern world tumhare liye support dene ke liye tayar hai.</w:t>
      </w:r>
    </w:p>
    <w:p>
      <w:pPr>
        <w:jc w:val="right"/>
      </w:pPr>
      <w:r>
        <w:t>سارا modern world تمہارے لیے support دینے کے لیے تیار ہے۔</w:t>
      </w:r>
    </w:p>
    <w:p>
      <w:r>
        <w:rPr>
          <w:b/>
        </w:rPr>
        <w:t xml:space="preserve">[25:41] </w:t>
      </w:r>
      <w:r>
        <w:t>jis modern world ko tum samajhte ho ke tumhara dushman hai, tumhara enemy hai, tumhare khilaf conspiracy karta</w:t>
      </w:r>
    </w:p>
    <w:p>
      <w:pPr>
        <w:jc w:val="right"/>
      </w:pPr>
      <w:r>
        <w:t>جس modern world کو تم سمجھتے ہو کہ تمہارا دشمن ہے، تمہارا enemy ہے، تمہارے خلاف conspiracy کرتا</w:t>
      </w:r>
    </w:p>
    <w:p>
      <w:r>
        <w:rPr>
          <w:b/>
        </w:rPr>
        <w:t xml:space="preserve">[25:46] </w:t>
      </w:r>
      <w:r>
        <w:t>hai, woh sab tumhare, yeh sab tumhara falsehood hai.</w:t>
      </w:r>
    </w:p>
    <w:p>
      <w:pPr>
        <w:jc w:val="right"/>
      </w:pPr>
      <w:r>
        <w:t>ہے، وہ سب تمہارے، یہ سب تمہارا falsehood ہے۔</w:t>
      </w:r>
    </w:p>
    <w:p>
      <w:r>
        <w:rPr>
          <w:b/>
        </w:rPr>
        <w:t xml:space="preserve">[25:51] </w:t>
      </w:r>
      <w:r>
        <w:t>tum falsehood mein jee rahe ho.</w:t>
      </w:r>
    </w:p>
    <w:p>
      <w:pPr>
        <w:jc w:val="right"/>
      </w:pPr>
      <w:r>
        <w:t>تم falsehood میں جی رہے ہو۔</w:t>
      </w:r>
    </w:p>
    <w:p>
      <w:r>
        <w:rPr>
          <w:b/>
        </w:rPr>
        <w:t xml:space="preserve">[25:56] </w:t>
      </w:r>
      <w:r>
        <w:t>niklo is se bahar.</w:t>
      </w:r>
    </w:p>
    <w:p>
      <w:pPr>
        <w:jc w:val="right"/>
      </w:pPr>
      <w:r>
        <w:t>نکلو اس سے باہر۔</w:t>
      </w:r>
    </w:p>
    <w:p>
      <w:r>
        <w:rPr>
          <w:b/>
        </w:rPr>
        <w:t xml:space="preserve">[26:01] </w:t>
      </w:r>
      <w:r>
        <w:t>to pata kya maloom hoga ke sari duniya hi tumhare support karne wali ban gayi hai.</w:t>
      </w:r>
    </w:p>
    <w:p>
      <w:pPr>
        <w:jc w:val="right"/>
      </w:pPr>
      <w:r>
        <w:t>تو پتہ کیا معلوم ہوگا کہ ساری دنیا ہی تمہارے support کرنے والی بن گئی ہے۔</w:t>
      </w:r>
    </w:p>
    <w:p>
      <w:r>
        <w:rPr>
          <w:b/>
        </w:rPr>
        <w:t xml:space="preserve">[26:07] </w:t>
      </w:r>
      <w:r>
        <w:t>sari duniya tumhari support karne wali ban gayi.</w:t>
      </w:r>
    </w:p>
    <w:p>
      <w:pPr>
        <w:jc w:val="right"/>
      </w:pPr>
      <w:r>
        <w:t>ساری دنیا تمہاری support کرنے والی بن گئی۔</w:t>
      </w:r>
    </w:p>
    <w:p>
      <w:r>
        <w:rPr>
          <w:b/>
        </w:rPr>
        <w:t xml:space="preserve">[26:12] </w:t>
      </w:r>
      <w:r>
        <w:t>pura western world, pura western civilization, pura modern development, sari technology sab tumhare support mein hai.</w:t>
      </w:r>
    </w:p>
    <w:p>
      <w:pPr>
        <w:jc w:val="right"/>
      </w:pPr>
      <w:r>
        <w:t>پورا western world، پورا western civilization، پورا modern development، ساری ٹیکنالوجی سب تمہارے support میں ہے۔</w:t>
      </w:r>
    </w:p>
    <w:p>
      <w:r>
        <w:rPr>
          <w:b/>
        </w:rPr>
        <w:t xml:space="preserve">[26:17] </w:t>
      </w:r>
      <w:r>
        <w:t>sirf karna kya hai? sirf ek kar kaam karna hai ke woh tum ladai bhadai chhod do.</w:t>
      </w:r>
    </w:p>
    <w:p>
      <w:pPr>
        <w:jc w:val="right"/>
      </w:pPr>
      <w:r>
        <w:t>صرف کرنا کیا ہے؟ صرف ایک کر کام کرنا ہے کہ وہ تم لڑائی بھڑائی چھوڑ دو۔</w:t>
      </w:r>
    </w:p>
    <w:p>
      <w:r>
        <w:rPr>
          <w:b/>
        </w:rPr>
        <w:t xml:space="preserve">[26:22] </w:t>
      </w:r>
      <w:r>
        <w:t>yeh gun culture aur bomb culture chhod do.</w:t>
      </w:r>
    </w:p>
    <w:p>
      <w:pPr>
        <w:jc w:val="right"/>
      </w:pPr>
      <w:r>
        <w:t>یہ گن کلچر اور بم کلچر چھوڑ دو۔</w:t>
      </w:r>
    </w:p>
    <w:p>
      <w:r>
        <w:rPr>
          <w:b/>
        </w:rPr>
        <w:t xml:space="preserve">[26:27] </w:t>
      </w:r>
      <w:r>
        <w:t>baqi is ke baad sab kuch tumhare, tumhare liye hai.</w:t>
      </w:r>
    </w:p>
    <w:p>
      <w:pPr>
        <w:jc w:val="right"/>
      </w:pPr>
      <w:r>
        <w:t>باقی اس کے بعد سب کچھ تمہارے، تمہارے لیے ہے۔</w:t>
      </w:r>
    </w:p>
    <w:p>
      <w:r>
        <w:rPr>
          <w:b/>
        </w:rPr>
        <w:t xml:space="preserve">[26:32] </w:t>
      </w:r>
      <w:r>
        <w:t>to yeh main samajhta hoon ke yeh tareekh ka sab se bada compassion hai.</w:t>
      </w:r>
    </w:p>
    <w:p>
      <w:pPr>
        <w:jc w:val="right"/>
      </w:pPr>
      <w:r>
        <w:t>تو یہ میں سمجھتا ہوں کہ یہ تاریخ کا سب سے بڑا compassion ہے۔</w:t>
      </w:r>
    </w:p>
    <w:p>
      <w:r>
        <w:rPr>
          <w:b/>
        </w:rPr>
        <w:t xml:space="preserve">[26:37] </w:t>
      </w:r>
      <w:r>
        <w:t>pichhle zamane mein jo compassion create kar gaye, woh is se yeh, is se yeh super compassion hai</w:t>
      </w:r>
    </w:p>
    <w:p>
      <w:pPr>
        <w:jc w:val="right"/>
      </w:pPr>
      <w:r>
        <w:t>پچھلے زمانے میں جو compassion create کر گئے، وہ اس سے یہ، اس سے یہ super compassion ہے</w:t>
      </w:r>
    </w:p>
    <w:p>
      <w:r>
        <w:rPr>
          <w:b/>
        </w:rPr>
        <w:t xml:space="preserve">[26:42] </w:t>
      </w:r>
      <w:r>
        <w:t>jo musalmanon ke sath kiya ja raha hai.</w:t>
      </w:r>
    </w:p>
    <w:p>
      <w:pPr>
        <w:jc w:val="right"/>
      </w:pPr>
      <w:r>
        <w:t>جو مسلمانوں کے ساتھ کیا جا رہا ہے۔</w:t>
      </w:r>
    </w:p>
    <w:p>
      <w:r>
        <w:rPr>
          <w:b/>
        </w:rPr>
        <w:t xml:space="preserve">[26:47] </w:t>
      </w:r>
      <w:r>
        <w:t>ke defeat par defeat .</w:t>
      </w:r>
    </w:p>
    <w:p>
      <w:pPr>
        <w:jc w:val="right"/>
      </w:pPr>
      <w:r>
        <w:t>کہ defeat پر defeat ۔</w:t>
      </w:r>
    </w:p>
    <w:p>
      <w:r>
        <w:rPr>
          <w:b/>
        </w:rPr>
        <w:t xml:space="preserve">[26:52] </w:t>
      </w:r>
      <w:r>
        <w:t>gham par gham.</w:t>
      </w:r>
    </w:p>
    <w:p>
      <w:pPr>
        <w:jc w:val="right"/>
      </w:pPr>
      <w:r>
        <w:t>غم پر غم۔</w:t>
      </w:r>
    </w:p>
    <w:p>
      <w:r>
        <w:rPr>
          <w:b/>
        </w:rPr>
        <w:t xml:space="preserve">[26:58] </w:t>
      </w:r>
      <w:r>
        <w:t>woh jo aaya tha uhud ke mauqe par ke fasaabakum ghammuh bi ghamm .</w:t>
      </w:r>
    </w:p>
    <w:p>
      <w:pPr>
        <w:jc w:val="right"/>
      </w:pPr>
      <w:r>
        <w:t>وہ جو آیا تھا احد کے موقع پر کہ فاصابكم غم بقمم ۔</w:t>
      </w:r>
    </w:p>
    <w:p>
      <w:r>
        <w:rPr>
          <w:b/>
        </w:rPr>
        <w:t xml:space="preserve">[27:03] </w:t>
      </w:r>
      <w:r>
        <w:t>ab woh cheez million time, billion time zyada bade paimane par ho rahi hai.</w:t>
      </w:r>
    </w:p>
    <w:p>
      <w:pPr>
        <w:jc w:val="right"/>
      </w:pPr>
      <w:r>
        <w:t>اب وہ چیز ملین ٹائم، بلین ٹائم زیادہ بڑے پیمانے پر ہو رہی ہے۔</w:t>
      </w:r>
    </w:p>
    <w:p>
      <w:r>
        <w:rPr>
          <w:b/>
        </w:rPr>
        <w:t xml:space="preserve">[27:08] </w:t>
      </w:r>
      <w:r>
        <w:t>har jagah defeat, har jagah defeat, har jagah defeat.</w:t>
      </w:r>
    </w:p>
    <w:p>
      <w:pPr>
        <w:jc w:val="right"/>
      </w:pPr>
      <w:r>
        <w:t>ہر جگہ defeat، ہر جگہ defeat، ہر جگہ defeat۔</w:t>
      </w:r>
    </w:p>
    <w:p>
      <w:r>
        <w:rPr>
          <w:b/>
        </w:rPr>
        <w:t xml:space="preserve">[27:13] </w:t>
      </w:r>
      <w:r>
        <w:t>har jagah defeat.</w:t>
      </w:r>
    </w:p>
    <w:p>
      <w:pPr>
        <w:jc w:val="right"/>
      </w:pPr>
      <w:r>
        <w:t>ہر جگہ defeat۔</w:t>
      </w:r>
    </w:p>
    <w:p>
      <w:r>
        <w:rPr>
          <w:b/>
        </w:rPr>
        <w:t xml:space="preserve">[27:18] </w:t>
      </w:r>
      <w:r>
        <w:t>aap ghore kijiye.</w:t>
      </w:r>
    </w:p>
    <w:p>
      <w:pPr>
        <w:jc w:val="right"/>
      </w:pPr>
      <w:r>
        <w:t>آپ غور کیجیے۔</w:t>
      </w:r>
    </w:p>
    <w:p>
      <w:r>
        <w:rPr>
          <w:b/>
        </w:rPr>
        <w:t xml:space="preserve">[27:23] </w:t>
      </w:r>
      <w:r>
        <w:t>pakistan banaya islam ke state ke liye.</w:t>
      </w:r>
    </w:p>
    <w:p>
      <w:pPr>
        <w:jc w:val="right"/>
      </w:pPr>
      <w:r>
        <w:t>پاکستان بنایا اسلام کے state کے لیے۔</w:t>
      </w:r>
    </w:p>
    <w:p>
      <w:r>
        <w:rPr>
          <w:b/>
        </w:rPr>
        <w:t xml:space="preserve">[27:28] </w:t>
      </w:r>
      <w:r>
        <w:t>لیکن عملاً کیا ہوا؟ وہ failed state بن گیا۔ Failed state.</w:t>
      </w:r>
    </w:p>
    <w:p>
      <w:pPr>
        <w:jc w:val="right"/>
      </w:pPr>
      <w:r>
        <w:t>لیکن عملاً کیا ہوا؟ وہ failed state بن گیا۔ Failed state۔</w:t>
      </w:r>
    </w:p>
    <w:p>
      <w:r>
        <w:rPr>
          <w:b/>
        </w:rPr>
        <w:t xml:space="preserve">[27:33] </w:t>
      </w:r>
      <w:r>
        <w:t>egypt mein muslim brotherhood jo hai, hangama kiya unhone islami state qaim karne ke liye.</w:t>
      </w:r>
    </w:p>
    <w:p>
      <w:pPr>
        <w:jc w:val="right"/>
      </w:pPr>
      <w:r>
        <w:t>Egypt میں مسلم برادرhood جو ہے، ہنگامہ کیا انہوں نے اسلامی state قائم کرنے کے لیے۔</w:t>
      </w:r>
    </w:p>
    <w:p>
      <w:r>
        <w:rPr>
          <w:b/>
        </w:rPr>
        <w:t xml:space="preserve">[27:38] </w:t>
      </w:r>
      <w:r>
        <w:t>amalan kya hai? is waqt woh prison mein padi hui hain.</w:t>
      </w:r>
    </w:p>
    <w:p>
      <w:pPr>
        <w:jc w:val="right"/>
      </w:pPr>
      <w:r>
        <w:t>عملاً کیا ہے؟ اس وقت وہ prison میں پڑی ہوئی ہیں۔</w:t>
      </w:r>
    </w:p>
    <w:p>
      <w:r>
        <w:rPr>
          <w:b/>
        </w:rPr>
        <w:t xml:space="preserve">[27:43] </w:t>
      </w:r>
      <w:r>
        <w:t>qaid khane mein padi hui hain.</w:t>
      </w:r>
    </w:p>
    <w:p>
      <w:pPr>
        <w:jc w:val="right"/>
      </w:pPr>
      <w:r>
        <w:t>قید خانے میں پڑی ہوئی ہیں۔</w:t>
      </w:r>
    </w:p>
    <w:p>
      <w:r>
        <w:rPr>
          <w:b/>
        </w:rPr>
        <w:t xml:space="preserve">[27:49] </w:t>
      </w:r>
      <w:r>
        <w:t>ab beshumar log maar dale gaye.</w:t>
      </w:r>
    </w:p>
    <w:p>
      <w:pPr>
        <w:jc w:val="right"/>
      </w:pPr>
      <w:r>
        <w:t>اب بے شمار لوگ مار ڈالے گئے۔</w:t>
      </w:r>
    </w:p>
    <w:p>
      <w:r>
        <w:rPr>
          <w:b/>
        </w:rPr>
        <w:t xml:space="preserve">[27:54] </w:t>
      </w:r>
      <w:r>
        <w:t>yeh har jagah ho raha hai. jahan dekhiye.</w:t>
      </w:r>
    </w:p>
    <w:p>
      <w:pPr>
        <w:jc w:val="right"/>
      </w:pPr>
      <w:r>
        <w:t>یہ ہر جگہ ہو رہا ہے۔ جہاں دیکھیے۔</w:t>
      </w:r>
    </w:p>
    <w:p>
      <w:r>
        <w:rPr>
          <w:b/>
        </w:rPr>
        <w:t xml:space="preserve">[27:59] </w:t>
      </w:r>
      <w:r>
        <w:t>har jagah ho raha hai.</w:t>
      </w:r>
    </w:p>
    <w:p>
      <w:pPr>
        <w:jc w:val="right"/>
      </w:pPr>
      <w:r>
        <w:t>ہر جگہ ہو رہا ہے۔</w:t>
      </w:r>
    </w:p>
    <w:p>
      <w:r>
        <w:rPr>
          <w:b/>
        </w:rPr>
        <w:t xml:space="preserve">[28:04] </w:t>
      </w:r>
      <w:r>
        <w:t>yani aap jante hain ke taliban bane islami state ke liye.</w:t>
      </w:r>
    </w:p>
    <w:p>
      <w:pPr>
        <w:jc w:val="right"/>
      </w:pPr>
      <w:r>
        <w:t>یعنی آپ جانتے ہیں کہ طالبان بنے اسلامی state کے لیے۔</w:t>
      </w:r>
    </w:p>
    <w:p>
      <w:r>
        <w:rPr>
          <w:b/>
        </w:rPr>
        <w:t xml:space="preserve">[28:09] </w:t>
      </w:r>
      <w:r>
        <w:t>al qaeda bani islami ghalba ke liye.</w:t>
      </w:r>
    </w:p>
    <w:p>
      <w:pPr>
        <w:jc w:val="right"/>
      </w:pPr>
      <w:r>
        <w:t>القاعدہ بنی اسلامی غلبہ کے لیے۔</w:t>
      </w:r>
    </w:p>
    <w:p>
      <w:r>
        <w:rPr>
          <w:b/>
        </w:rPr>
        <w:t xml:space="preserve">[28:14] </w:t>
      </w:r>
      <w:r>
        <w:t>aur sab ko allah taala ne crush karwa diya.</w:t>
      </w:r>
    </w:p>
    <w:p>
      <w:pPr>
        <w:jc w:val="right"/>
      </w:pPr>
      <w:r>
        <w:t>اور سب کو اللہ تعالی نے crush کروا دیا۔</w:t>
      </w:r>
    </w:p>
    <w:p>
      <w:r>
        <w:rPr>
          <w:b/>
        </w:rPr>
        <w:t xml:space="preserve">[28:19] </w:t>
      </w:r>
      <w:r>
        <w:t>sab ko crush karwa diya.</w:t>
      </w:r>
    </w:p>
    <w:p>
      <w:pPr>
        <w:jc w:val="right"/>
      </w:pPr>
      <w:r>
        <w:t>سب کو crush کروا دیا۔</w:t>
      </w:r>
    </w:p>
    <w:p>
      <w:r>
        <w:rPr>
          <w:b/>
        </w:rPr>
        <w:t xml:space="preserve">[28:24] </w:t>
      </w:r>
      <w:r>
        <w:t>ab in ki koi, koi taqat nahi hai in ki.</w:t>
      </w:r>
    </w:p>
    <w:p>
      <w:pPr>
        <w:jc w:val="right"/>
      </w:pPr>
      <w:r>
        <w:t>اب ان کی کوئی، کوئی طاقت نہیں ہے ان کی۔</w:t>
      </w:r>
    </w:p>
    <w:p>
      <w:r>
        <w:rPr>
          <w:b/>
        </w:rPr>
        <w:t xml:space="preserve">[28:29] </w:t>
      </w:r>
      <w:r>
        <w:t>yeh sab kyun ho raha hai? yeh allah ki taraf se ek message hai.</w:t>
      </w:r>
    </w:p>
    <w:p>
      <w:pPr>
        <w:jc w:val="right"/>
      </w:pPr>
      <w:r>
        <w:t>یہ سب کیوں ہو رہا ہے؟ یہ اللہ کی طرف سے ایک message ہے۔</w:t>
      </w:r>
    </w:p>
    <w:p>
      <w:r>
        <w:rPr>
          <w:b/>
        </w:rPr>
        <w:t xml:space="preserve">[28:34] </w:t>
      </w:r>
      <w:r>
        <w:t>waisa hi jaise ke western nations ko message aaya tha crusades ke zamane mein.</w:t>
      </w:r>
    </w:p>
    <w:p>
      <w:pPr>
        <w:jc w:val="right"/>
      </w:pPr>
      <w:r>
        <w:t>ویسا ہی جیسے کہ western nations کو message آیا تھا crusades کے زمانے میں۔</w:t>
      </w:r>
    </w:p>
    <w:p>
      <w:r>
        <w:rPr>
          <w:b/>
        </w:rPr>
        <w:t xml:space="preserve">[28:40] </w:t>
      </w:r>
      <w:r>
        <w:t>ke chhodho tum battle field ko, aao peaceful maidan mein.</w:t>
      </w:r>
    </w:p>
    <w:p>
      <w:pPr>
        <w:jc w:val="right"/>
      </w:pPr>
      <w:r>
        <w:t>کہ چھوڑو تم battle field کو، آؤ peaceful میدان میں۔</w:t>
      </w:r>
    </w:p>
    <w:p>
      <w:r>
        <w:rPr>
          <w:b/>
        </w:rPr>
        <w:t xml:space="preserve">[28:45] </w:t>
      </w:r>
      <w:r>
        <w:t>chhodho gun culture aur bomb culture ko.</w:t>
      </w:r>
    </w:p>
    <w:p>
      <w:pPr>
        <w:jc w:val="right"/>
      </w:pPr>
      <w:r>
        <w:t>چھوڑو گن کلچر اور بم کلچر کو۔</w:t>
      </w:r>
    </w:p>
    <w:p>
      <w:r>
        <w:rPr>
          <w:b/>
        </w:rPr>
        <w:t xml:space="preserve">[28:50] </w:t>
      </w:r>
      <w:r>
        <w:t>aur ikhtiyar karo marifat aur dawat ka culture.</w:t>
      </w:r>
    </w:p>
    <w:p>
      <w:pPr>
        <w:jc w:val="right"/>
      </w:pPr>
      <w:r>
        <w:t>اور اختیار کرو معرفت اور دعوت کا کلچر۔</w:t>
      </w:r>
    </w:p>
    <w:p>
      <w:r>
        <w:rPr>
          <w:b/>
        </w:rPr>
        <w:t xml:space="preserve">[28:55] </w:t>
      </w:r>
      <w:r>
        <w:t>to musalmanon ko chahiye ke woh yeh khuda ki is awaz ko sunein.</w:t>
      </w:r>
    </w:p>
    <w:p>
      <w:pPr>
        <w:jc w:val="right"/>
      </w:pPr>
      <w:r>
        <w:t>تو مسلمانوں کو چاہیے کہ وہ یہ خدا کی اس آواز کو سنیں۔</w:t>
      </w:r>
    </w:p>
    <w:p>
      <w:r>
        <w:rPr>
          <w:b/>
        </w:rPr>
        <w:t xml:space="preserve">[29:00] </w:t>
      </w:r>
      <w:r>
        <w:t>allah ke is message ko woh jaanein.</w:t>
      </w:r>
    </w:p>
    <w:p>
      <w:pPr>
        <w:jc w:val="right"/>
      </w:pPr>
      <w:r>
        <w:t>اللہ کے اس message کو وہ جانیں۔</w:t>
      </w:r>
    </w:p>
    <w:p>
      <w:r>
        <w:rPr>
          <w:b/>
        </w:rPr>
        <w:t xml:space="preserve">[29:05] </w:t>
      </w:r>
      <w:r>
        <w:t>aur is par amal karein.</w:t>
      </w:r>
    </w:p>
    <w:p>
      <w:pPr>
        <w:jc w:val="right"/>
      </w:pPr>
      <w:r>
        <w:t>اور اس پر عمل کریں۔</w:t>
      </w:r>
    </w:p>
    <w:p>
      <w:r>
        <w:rPr>
          <w:b/>
        </w:rPr>
        <w:t xml:space="preserve">[29:10] </w:t>
      </w:r>
      <w:r>
        <w:t>apni thinking ko badlein, apni planning ko badlein.</w:t>
      </w:r>
    </w:p>
    <w:p>
      <w:pPr>
        <w:jc w:val="right"/>
      </w:pPr>
      <w:r>
        <w:t>اپنی thinking کو بدلیں، اپنی planning کو بدلیں۔</w:t>
      </w:r>
    </w:p>
    <w:p>
      <w:r>
        <w:rPr>
          <w:b/>
        </w:rPr>
        <w:t xml:space="preserve">[29:15] </w:t>
      </w:r>
      <w:r>
        <w:t>apni poori strategy ko badlein.</w:t>
      </w:r>
    </w:p>
    <w:p>
      <w:pPr>
        <w:jc w:val="right"/>
      </w:pPr>
      <w:r>
        <w:t>اپنی پوری strategy کو بدلیں۔</w:t>
      </w:r>
    </w:p>
    <w:p>
      <w:r>
        <w:rPr>
          <w:b/>
        </w:rPr>
        <w:t xml:space="preserve">[29:20] </w:t>
      </w:r>
      <w:r>
        <w:t>mukammal taur par woh apne aap ko idhar laayein.</w:t>
      </w:r>
    </w:p>
    <w:p>
      <w:pPr>
        <w:jc w:val="right"/>
      </w:pPr>
      <w:r>
        <w:t>مکمل طور پر وہ اپنے آپ کو ادھر لائیں۔</w:t>
      </w:r>
    </w:p>
    <w:p>
      <w:r>
        <w:rPr>
          <w:b/>
        </w:rPr>
        <w:t xml:space="preserve">[29:25] </w:t>
      </w:r>
      <w:r>
        <w:t>yani wahi waqea jo dore awwal mein hua tha ke sahaba ghazway ke maidan se nikal ke peaceful</w:t>
      </w:r>
    </w:p>
    <w:p>
      <w:pPr>
        <w:jc w:val="right"/>
      </w:pPr>
      <w:r>
        <w:t>یعنی وہی واقعہ جو دور اول میں ہوا تھا کہ صحابہ غزوے کے میدان سے نکل کے peaceful</w:t>
      </w:r>
    </w:p>
    <w:p>
      <w:r>
        <w:rPr>
          <w:b/>
        </w:rPr>
        <w:t xml:space="preserve">[29:31] </w:t>
      </w:r>
      <w:r>
        <w:t>agreement ke maidan mein aaye.</w:t>
      </w:r>
    </w:p>
    <w:p>
      <w:pPr>
        <w:jc w:val="right"/>
      </w:pPr>
      <w:r>
        <w:t>agreement کے میدان میں آئے۔</w:t>
      </w:r>
    </w:p>
    <w:p>
      <w:r>
        <w:rPr>
          <w:b/>
        </w:rPr>
        <w:t xml:space="preserve">[29:36] </w:t>
      </w:r>
      <w:r>
        <w:t>aap jante hain ke Uhud ke waqt waqea jo hua tha us se pehle kai ghazwaat ho chuke the.</w:t>
      </w:r>
    </w:p>
    <w:p>
      <w:pPr>
        <w:jc w:val="right"/>
      </w:pPr>
      <w:r>
        <w:t>آپ جانتے ہیں کہ احد کے وقت واقعہ جو ہوا تھا اس سے پہلے کئی غزوات ہو چکے تھے۔</w:t>
      </w:r>
    </w:p>
    <w:p>
      <w:r>
        <w:rPr>
          <w:b/>
        </w:rPr>
        <w:t xml:space="preserve">[29:41] </w:t>
      </w:r>
      <w:r>
        <w:t>Uhud ka ghazwa aur kai aur ghazwaat.</w:t>
      </w:r>
    </w:p>
    <w:p>
      <w:pPr>
        <w:jc w:val="right"/>
      </w:pPr>
      <w:r>
        <w:t>احد کا غزوہ اور کئی اور غزوات۔</w:t>
      </w:r>
    </w:p>
    <w:p>
      <w:r>
        <w:rPr>
          <w:b/>
        </w:rPr>
        <w:t xml:space="preserve">[29:46] </w:t>
      </w:r>
      <w:r>
        <w:t>to sahaba is se nikle.</w:t>
      </w:r>
    </w:p>
    <w:p>
      <w:pPr>
        <w:jc w:val="right"/>
      </w:pPr>
      <w:r>
        <w:t>تو صحابہ اس سے نکلے۔</w:t>
      </w:r>
    </w:p>
    <w:p>
      <w:r>
        <w:rPr>
          <w:b/>
        </w:rPr>
        <w:t xml:space="preserve">[29:51] </w:t>
      </w:r>
      <w:r>
        <w:t>yani ghazwati daur se nikal kar ke aaye wo peace ke daur mein.</w:t>
      </w:r>
    </w:p>
    <w:p>
      <w:pPr>
        <w:jc w:val="right"/>
      </w:pPr>
      <w:r>
        <w:t>یعنی غزواتی دور سے نکل کر کے آئے وہ peace کے دور میں۔</w:t>
      </w:r>
    </w:p>
    <w:p>
      <w:r>
        <w:rPr>
          <w:b/>
        </w:rPr>
        <w:t xml:space="preserve">[29:56] </w:t>
      </w:r>
      <w:r>
        <w:t>sahaba ne yeh kiya ke ghazwati daur se nikal ke peace ke daur mein aaye.</w:t>
      </w:r>
    </w:p>
    <w:p>
      <w:pPr>
        <w:jc w:val="right"/>
      </w:pPr>
      <w:r>
        <w:t>صحابہ نے یہ کیا کہ غزواتی دور سے نکل کے peace کے دور میں آئے۔</w:t>
      </w:r>
    </w:p>
    <w:p>
      <w:r>
        <w:rPr>
          <w:b/>
        </w:rPr>
        <w:t xml:space="preserve">[30:01] </w:t>
      </w:r>
      <w:r>
        <w:t>is ko Allah taala ne kaha ke yeh fateh mubeen hai tumhare liye.</w:t>
      </w:r>
    </w:p>
    <w:p>
      <w:pPr>
        <w:jc w:val="right"/>
      </w:pPr>
      <w:r>
        <w:t>اس کو اللہ تعالی نے کہا کہ یہ فتح مبین ہے تمہارے لیے۔</w:t>
      </w:r>
    </w:p>
    <w:p>
      <w:r>
        <w:rPr>
          <w:b/>
        </w:rPr>
        <w:t xml:space="preserve">[30:06] </w:t>
      </w:r>
      <w:r>
        <w:t>aise hi musalmanon ko aaj phir dobara karna hai ke wo musallah jihad ke daur se nikal kar</w:t>
      </w:r>
    </w:p>
    <w:p>
      <w:pPr>
        <w:jc w:val="right"/>
      </w:pPr>
      <w:r>
        <w:t>ایسے ہی مسلمانوں کو آج پھر دوبارہ کرنا ہے کہ وہ مسلح جہاد کے دور سے نکال کر</w:t>
      </w:r>
    </w:p>
    <w:p>
      <w:r>
        <w:rPr>
          <w:b/>
        </w:rPr>
        <w:t xml:space="preserve">[30:11] </w:t>
      </w:r>
      <w:r>
        <w:t>apne aap ko peaceful jihad mein layein.</w:t>
      </w:r>
    </w:p>
    <w:p>
      <w:pPr>
        <w:jc w:val="right"/>
      </w:pPr>
      <w:r>
        <w:t>اپنے آپ کو peaceful جہاد میں لائیں۔</w:t>
      </w:r>
    </w:p>
    <w:p>
      <w:r>
        <w:rPr>
          <w:b/>
        </w:rPr>
        <w:t xml:space="preserve">[30:16] </w:t>
      </w:r>
      <w:r>
        <w:t>aur peaceful jihad kya hai? Quran ko le kar uthein.</w:t>
      </w:r>
    </w:p>
    <w:p>
      <w:pPr>
        <w:jc w:val="right"/>
      </w:pPr>
      <w:r>
        <w:t>اور peaceful جہاد کیا ہے؟ قرآن کو لے کر اٹھیں۔</w:t>
      </w:r>
    </w:p>
    <w:p>
      <w:r>
        <w:rPr>
          <w:b/>
        </w:rPr>
        <w:t xml:space="preserve">[30:22] </w:t>
      </w:r>
      <w:r>
        <w:t>aur Quran ke tarjume har zaban mein shaya karein.</w:t>
      </w:r>
    </w:p>
    <w:p>
      <w:pPr>
        <w:jc w:val="right"/>
      </w:pPr>
      <w:r>
        <w:t>اور قرآن کے ترجمے ہر زبان میں شائع کریں۔</w:t>
      </w:r>
    </w:p>
    <w:p>
      <w:r>
        <w:rPr>
          <w:b/>
        </w:rPr>
        <w:t xml:space="preserve">[30:27] </w:t>
      </w:r>
      <w:r>
        <w:t>aur mazeed yeh ke ek supported literature bhi chahiye jo Quran ki tashreeh karta ho peaceful andaaz mein.</w:t>
      </w:r>
    </w:p>
    <w:p>
      <w:pPr>
        <w:jc w:val="right"/>
      </w:pPr>
      <w:r>
        <w:t>اور مزید یہ کہ ایک supported literature بھی چاہیے جو قرآن کی تشریح کرتا ہو peaceful انداز میں۔</w:t>
      </w:r>
    </w:p>
    <w:p>
      <w:r>
        <w:rPr>
          <w:b/>
        </w:rPr>
        <w:t xml:space="preserve">[30:32] </w:t>
      </w:r>
      <w:r>
        <w:t>hamare haan jo tarjuma Allah ke fazl se chupa hai, wo hum le kar gaye wahan par Poland mein.</w:t>
      </w:r>
    </w:p>
    <w:p>
      <w:pPr>
        <w:jc w:val="right"/>
      </w:pPr>
      <w:r>
        <w:t>ہمارے ہاں جو ترجمہ اللہ کے فضل سے چھپا ہے، وہ ہم لے کر گئے وہاں پر پولینڈ میں۔</w:t>
      </w:r>
    </w:p>
    <w:p>
      <w:r>
        <w:rPr>
          <w:b/>
        </w:rPr>
        <w:t xml:space="preserve">[30:37] </w:t>
      </w:r>
      <w:r>
        <w:t>to Poland mein ek Christian father the, unhone padha is ko.</w:t>
      </w:r>
    </w:p>
    <w:p>
      <w:pPr>
        <w:jc w:val="right"/>
      </w:pPr>
      <w:r>
        <w:t>تو پولینڈ میں ایک Christian father تھے، انہوں نے پڑھا اس کو۔</w:t>
      </w:r>
    </w:p>
    <w:p>
      <w:r>
        <w:rPr>
          <w:b/>
        </w:rPr>
        <w:t xml:space="preserve">[30:42] </w:t>
      </w:r>
      <w:r>
        <w:t>to unhone bohat taajjub se kaha tha, yeh to peaceful translation hai.</w:t>
      </w:r>
    </w:p>
    <w:p>
      <w:pPr>
        <w:jc w:val="right"/>
      </w:pPr>
      <w:r>
        <w:t>تو انہوں نے بہت تعجب سے کہا تھا، یہ تو peaceful translation ہے۔</w:t>
      </w:r>
    </w:p>
    <w:p>
      <w:r>
        <w:rPr>
          <w:b/>
        </w:rPr>
        <w:t xml:space="preserve">[30:47] </w:t>
      </w:r>
      <w:r>
        <w:t>yeh to peaceful translation hai.</w:t>
      </w:r>
    </w:p>
    <w:p>
      <w:pPr>
        <w:jc w:val="right"/>
      </w:pPr>
      <w:r>
        <w:t>یہ تو peaceful translation ہے۔</w:t>
      </w:r>
    </w:p>
    <w:p>
      <w:r>
        <w:rPr>
          <w:b/>
        </w:rPr>
        <w:t xml:space="preserve">[30:52] </w:t>
      </w:r>
      <w:r>
        <w:t>to is ki zaroorat hai ke Quran ki tarjuma har zaban mein kiya jaye, bohat hi yani understandable language mein.</w:t>
      </w:r>
    </w:p>
    <w:p>
      <w:pPr>
        <w:jc w:val="right"/>
      </w:pPr>
      <w:r>
        <w:t>تو اس کی ضرورت ہے کہ قرآن کی ترجمہ ہر زبان میں کیا جائے، بہت ہی یعنی understandable language میں۔</w:t>
      </w:r>
    </w:p>
    <w:p>
      <w:r>
        <w:rPr>
          <w:b/>
        </w:rPr>
        <w:t xml:space="preserve">[30:57] </w:t>
      </w:r>
      <w:r>
        <w:t>aur ek supported literature bhi chahiye jo Quran ki taleemat ki tashreeh kare peace ke andaaz mein, aman</w:t>
      </w:r>
    </w:p>
    <w:p>
      <w:pPr>
        <w:jc w:val="right"/>
      </w:pPr>
      <w:r>
        <w:t>اور ایک supported literature بھی چاہیے جو قرآن کی تعلیمات کی تشریح کرے peace کے انداز میں، امن</w:t>
      </w:r>
    </w:p>
    <w:p>
      <w:r>
        <w:rPr>
          <w:b/>
        </w:rPr>
        <w:t xml:space="preserve">[31:02] </w:t>
      </w:r>
      <w:r>
        <w:t>ke andaaz mein, bhai charay ke andaaz mein, mohabbat ke andaaz mein.</w:t>
      </w:r>
    </w:p>
    <w:p>
      <w:pPr>
        <w:jc w:val="right"/>
      </w:pPr>
      <w:r>
        <w:t>کے انداز میں، بھائی چارے کے انداز میں، محبت کے انداز میں۔</w:t>
      </w:r>
    </w:p>
    <w:p>
      <w:r>
        <w:rPr>
          <w:b/>
        </w:rPr>
        <w:t xml:space="preserve">[31:07] </w:t>
      </w:r>
      <w:r>
        <w:t>to Quran ka tarjuma aur Quran ke haq mein supported literature bas yeh humein le kar dunya mein</w:t>
      </w:r>
    </w:p>
    <w:p>
      <w:pPr>
        <w:jc w:val="right"/>
      </w:pPr>
      <w:r>
        <w:t>تو قرآن کا ترجمہ اور قرآن کے حق میں supported literature بس یہ ہمیں لے کر دنیا میں</w:t>
      </w:r>
    </w:p>
    <w:p>
      <w:r>
        <w:rPr>
          <w:b/>
        </w:rPr>
        <w:t xml:space="preserve">[31:13] </w:t>
      </w:r>
      <w:r>
        <w:t>phail jana hai.</w:t>
      </w:r>
    </w:p>
    <w:p>
      <w:pPr>
        <w:jc w:val="right"/>
      </w:pPr>
      <w:r>
        <w:t>پھیل جانا ہے۔</w:t>
      </w:r>
    </w:p>
    <w:p>
      <w:r>
        <w:rPr>
          <w:b/>
        </w:rPr>
        <w:t xml:space="preserve">[31:18] </w:t>
      </w:r>
      <w:r>
        <w:t>aur kuch nahi karna hai.</w:t>
      </w:r>
    </w:p>
    <w:p>
      <w:pPr>
        <w:jc w:val="right"/>
      </w:pPr>
      <w:r>
        <w:t>اور کچھ نہیں کرنا ہے۔</w:t>
      </w:r>
    </w:p>
    <w:p>
      <w:r>
        <w:rPr>
          <w:b/>
        </w:rPr>
        <w:t xml:space="preserve">[31:23] </w:t>
      </w:r>
      <w:r>
        <w:t>sari gun ko samundaron mein daal dena hai.</w:t>
      </w:r>
    </w:p>
    <w:p>
      <w:pPr>
        <w:jc w:val="right"/>
      </w:pPr>
      <w:r>
        <w:t>ساری گن کو سمندروں میں ڈال دینا ہے۔</w:t>
      </w:r>
    </w:p>
    <w:p>
      <w:r>
        <w:rPr>
          <w:b/>
        </w:rPr>
        <w:t xml:space="preserve">[31:28] </w:t>
      </w:r>
      <w:r>
        <w:t>sare bomb ko samundaron mein daal lena hai.</w:t>
      </w:r>
    </w:p>
    <w:p>
      <w:pPr>
        <w:jc w:val="right"/>
      </w:pPr>
      <w:r>
        <w:t>سارے بم کو سمندروں میں ڈال لینا ہے۔</w:t>
      </w:r>
    </w:p>
    <w:p>
      <w:r>
        <w:rPr>
          <w:b/>
        </w:rPr>
        <w:t xml:space="preserve">[31:33] </w:t>
      </w:r>
      <w:r>
        <w:t>nafrat ko kuchal dalna hai.</w:t>
      </w:r>
    </w:p>
    <w:p>
      <w:pPr>
        <w:jc w:val="right"/>
      </w:pPr>
      <w:r>
        <w:t>نفرت کو کچل ڈالنا ہے۔</w:t>
      </w:r>
    </w:p>
    <w:p>
      <w:r>
        <w:rPr>
          <w:b/>
        </w:rPr>
        <w:t xml:space="preserve">[31:38] </w:t>
      </w:r>
      <w:r>
        <w:t>tashaddud ko khatm kar dena hai.</w:t>
      </w:r>
    </w:p>
    <w:p>
      <w:pPr>
        <w:jc w:val="right"/>
      </w:pPr>
      <w:r>
        <w:t>تشدد کو ختم کر دینا ہے۔</w:t>
      </w:r>
    </w:p>
    <w:p>
      <w:r>
        <w:rPr>
          <w:b/>
        </w:rPr>
        <w:t xml:space="preserve">[31:43] </w:t>
      </w:r>
      <w:r>
        <w:t>aur sirf yahi karna hai, yaani two point program mein samajhta hoon ke is waqt hai musalmanon ke</w:t>
      </w:r>
    </w:p>
    <w:p>
      <w:pPr>
        <w:jc w:val="right"/>
      </w:pPr>
      <w:r>
        <w:t>اور صرف یہی کرنا ہے، یعنی two point program میں سمجھتا ہوں کہ اس وقت ہے مسلمانوں کے</w:t>
      </w:r>
    </w:p>
    <w:p>
      <w:r>
        <w:rPr>
          <w:b/>
        </w:rPr>
        <w:t xml:space="preserve">[31:48] </w:t>
      </w:r>
      <w:r>
        <w:t>liye ke quran ke tarjume har zaban mein aur quran ke haq mein ek supporting literature jo quran</w:t>
      </w:r>
    </w:p>
    <w:p>
      <w:pPr>
        <w:jc w:val="right"/>
      </w:pPr>
      <w:r>
        <w:t>لیے کہ قرآن کے ترجمے ہر زبان میں اور قرآن کے حق میں ایک supporting literature جو قرآن</w:t>
      </w:r>
    </w:p>
    <w:p>
      <w:r>
        <w:rPr>
          <w:b/>
        </w:rPr>
        <w:t xml:space="preserve">[31:53] </w:t>
      </w:r>
      <w:r>
        <w:t>ki ki talimat ko, jo quran ki talimat ko aaj ke modern idiom mein is tarah is ki</w:t>
      </w:r>
    </w:p>
    <w:p>
      <w:pPr>
        <w:jc w:val="right"/>
      </w:pPr>
      <w:r>
        <w:t>کی کی تعلیمات کو، جو قرآن کی تعلیمات کو آج کے modern idiom میں اس طرح اس کی</w:t>
      </w:r>
    </w:p>
    <w:p>
      <w:r>
        <w:rPr>
          <w:b/>
        </w:rPr>
        <w:t xml:space="preserve">[31:58] </w:t>
      </w:r>
      <w:r>
        <w:t>tashreeh karta ho jo aaj ke mind ko address kare.</w:t>
      </w:r>
    </w:p>
    <w:p>
      <w:pPr>
        <w:jc w:val="right"/>
      </w:pPr>
      <w:r>
        <w:t>تشریح کرتا ہو جو آج کے mind کو address کرے۔</w:t>
      </w:r>
    </w:p>
    <w:p>
      <w:r>
        <w:rPr>
          <w:b/>
        </w:rPr>
        <w:t xml:space="preserve">[32:04] </w:t>
      </w:r>
      <w:r>
        <w:t>ab mein aap ko ek aur baat ki taraf dhyan dena chahta hoon.</w:t>
      </w:r>
    </w:p>
    <w:p>
      <w:pPr>
        <w:jc w:val="right"/>
      </w:pPr>
      <w:r>
        <w:t>اب میں آپ کو ایک اور بات کی طرف دھیان دینا چاہتا ہوں۔</w:t>
      </w:r>
    </w:p>
    <w:p>
      <w:r>
        <w:rPr>
          <w:b/>
        </w:rPr>
        <w:t xml:space="preserve">[32:09] </w:t>
      </w:r>
      <w:r>
        <w:t>quran ki pehli ayat hai alhamdulillah rabbul alameen.</w:t>
      </w:r>
    </w:p>
    <w:p>
      <w:pPr>
        <w:jc w:val="right"/>
      </w:pPr>
      <w:r>
        <w:t>قرآن کی پہلی آیت ہے الحمد لله رب العالمین ۔</w:t>
      </w:r>
    </w:p>
    <w:p>
      <w:r>
        <w:rPr>
          <w:b/>
        </w:rPr>
        <w:t xml:space="preserve">[32:14] </w:t>
      </w:r>
      <w:r>
        <w:t>alhamdulillah rabbul alameen.</w:t>
      </w:r>
    </w:p>
    <w:p>
      <w:pPr>
        <w:jc w:val="right"/>
      </w:pPr>
      <w:r>
        <w:t>الحمد للہ رب العالمین۔</w:t>
      </w:r>
    </w:p>
    <w:p>
      <w:r>
        <w:rPr>
          <w:b/>
        </w:rPr>
        <w:t xml:space="preserve">[32:19] </w:t>
      </w:r>
      <w:r>
        <w:t>yaani Allah rabbul alameen ka shukr hai.</w:t>
      </w:r>
    </w:p>
    <w:p>
      <w:pPr>
        <w:jc w:val="right"/>
      </w:pPr>
      <w:r>
        <w:t>یعنی اللہ رب العالمین کا شکر ہے۔</w:t>
      </w:r>
    </w:p>
    <w:p>
      <w:r>
        <w:rPr>
          <w:b/>
        </w:rPr>
        <w:t xml:space="preserve">[32:24] </w:t>
      </w:r>
      <w:r>
        <w:t>dekhen, hamd aur shukr taqreeban hum maani alfaaz hain.</w:t>
      </w:r>
    </w:p>
    <w:p>
      <w:pPr>
        <w:jc w:val="right"/>
      </w:pPr>
      <w:r>
        <w:t>دیکھیں، حمد اور شکر تقریباً ہم معنی الفاظ ہیں۔</w:t>
      </w:r>
    </w:p>
    <w:p>
      <w:r>
        <w:rPr>
          <w:b/>
        </w:rPr>
        <w:t xml:space="preserve">[32:29] </w:t>
      </w:r>
      <w:r>
        <w:t>hamd ke wohi maani hain jo shukr ke maani hain.</w:t>
      </w:r>
    </w:p>
    <w:p>
      <w:pPr>
        <w:jc w:val="right"/>
      </w:pPr>
      <w:r>
        <w:t>حمد کے وہی معنی ہیں جو شکر کے معنی ہیں۔</w:t>
      </w:r>
    </w:p>
    <w:p>
      <w:r>
        <w:rPr>
          <w:b/>
        </w:rPr>
        <w:t xml:space="preserve">[32:34] </w:t>
      </w:r>
      <w:r>
        <w:t>to hamd aur shukr ka jo maada hai quran mein nawwe baar istemal hua hai. ninety baar.</w:t>
      </w:r>
    </w:p>
    <w:p>
      <w:pPr>
        <w:jc w:val="right"/>
      </w:pPr>
      <w:r>
        <w:t>تو حمد اور شکر کا جو مادہ ہے قرآن میں نوے بار استعمال ہوا ہے۔ نائنٹی بار۔</w:t>
      </w:r>
    </w:p>
    <w:p>
      <w:r>
        <w:rPr>
          <w:b/>
        </w:rPr>
        <w:t xml:space="preserve">[32:39] </w:t>
      </w:r>
      <w:r>
        <w:t>poore quran mein.</w:t>
      </w:r>
    </w:p>
    <w:p>
      <w:pPr>
        <w:jc w:val="right"/>
      </w:pPr>
      <w:r>
        <w:t>پورے قرآن میں۔</w:t>
      </w:r>
    </w:p>
    <w:p>
      <w:r>
        <w:rPr>
          <w:b/>
        </w:rPr>
        <w:t xml:space="preserve">[32:44] </w:t>
      </w:r>
      <w:r>
        <w:t>hamd aur shukr ka maada.</w:t>
      </w:r>
    </w:p>
    <w:p>
      <w:pPr>
        <w:jc w:val="right"/>
      </w:pPr>
      <w:r>
        <w:t>حمد اور شکر کا مادہ۔</w:t>
      </w:r>
    </w:p>
    <w:p>
      <w:r>
        <w:rPr>
          <w:b/>
        </w:rPr>
        <w:t xml:space="preserve">[32:49] </w:t>
      </w:r>
      <w:r>
        <w:t>is ka matlab kya hai? ke Allah taala ka sab se jo matloob hai woh hamd aur shukr hai.</w:t>
      </w:r>
    </w:p>
    <w:p>
      <w:pPr>
        <w:jc w:val="right"/>
      </w:pPr>
      <w:r>
        <w:t>اس کا مطلب کیا ہے؟ کہ اللہ تعالی کا سب سے جو مطلوب ہے وہ حمد اور شکر ہے۔</w:t>
      </w:r>
    </w:p>
    <w:p>
      <w:r>
        <w:rPr>
          <w:b/>
        </w:rPr>
        <w:t xml:space="preserve">[32:55] </w:t>
      </w:r>
      <w:r>
        <w:t>ladai bhadai nahi, khoon kharaba nahi, qatl o khoon nahi.</w:t>
      </w:r>
    </w:p>
    <w:p>
      <w:pPr>
        <w:jc w:val="right"/>
      </w:pPr>
      <w:r>
        <w:t>لڑائی بھڑائی نہیں، خون خرابہ نہیں، قتل و خون نہیں۔</w:t>
      </w:r>
    </w:p>
    <w:p>
      <w:r>
        <w:rPr>
          <w:b/>
        </w:rPr>
        <w:t xml:space="preserve">[33:00] </w:t>
      </w:r>
      <w:r>
        <w:t>shukr, hamd aur shukr.</w:t>
      </w:r>
    </w:p>
    <w:p>
      <w:pPr>
        <w:jc w:val="right"/>
      </w:pPr>
      <w:r>
        <w:t>شکر، حمد اور شکر۔</w:t>
      </w:r>
    </w:p>
    <w:p>
      <w:r>
        <w:rPr>
          <w:b/>
        </w:rPr>
        <w:t xml:space="preserve">[33:05] </w:t>
      </w:r>
      <w:r>
        <w:t>yaani jo ke mukammal taur par ek peaceful cheez hai, positive cheez hai.</w:t>
      </w:r>
    </w:p>
    <w:p>
      <w:pPr>
        <w:jc w:val="right"/>
      </w:pPr>
      <w:r>
        <w:t>یعنی جو کہ مکمل طور پر ایک peaceful چیز ہے، positive چیز ہے۔</w:t>
      </w:r>
    </w:p>
    <w:p>
      <w:r>
        <w:rPr>
          <w:b/>
        </w:rPr>
        <w:t xml:space="preserve">[33:10] </w:t>
      </w:r>
      <w:r>
        <w:t>to aap ab aap ghor kijiye ke agar aap agar musalman yeh new turn len to woh goya</w:t>
      </w:r>
    </w:p>
    <w:p>
      <w:pPr>
        <w:jc w:val="right"/>
      </w:pPr>
      <w:r>
        <w:t>تو آپ اب آپ غور کیجیے کہ اگر آپ اگر مسلمان یہ new turn لیں تو وہ گویا</w:t>
      </w:r>
    </w:p>
    <w:p>
      <w:r>
        <w:rPr>
          <w:b/>
        </w:rPr>
        <w:t xml:space="preserve">[33:15] </w:t>
      </w:r>
      <w:r>
        <w:t>hamd aur shukr ke daur mein aa jayenge.</w:t>
      </w:r>
    </w:p>
    <w:p>
      <w:pPr>
        <w:jc w:val="right"/>
      </w:pPr>
      <w:r>
        <w:t>حمد اور شکر کے دور میں آ جائیں گے۔</w:t>
      </w:r>
    </w:p>
    <w:p>
      <w:r>
        <w:rPr>
          <w:b/>
        </w:rPr>
        <w:t xml:space="preserve">[33:20] </w:t>
      </w:r>
      <w:r>
        <w:t>bajaye har harb aur waar ke daur pe.</w:t>
      </w:r>
    </w:p>
    <w:p>
      <w:pPr>
        <w:jc w:val="right"/>
      </w:pPr>
      <w:r>
        <w:t>بجائے ہر حرب اور وار کے دور پہ۔</w:t>
      </w:r>
    </w:p>
    <w:p>
      <w:r>
        <w:rPr>
          <w:b/>
        </w:rPr>
        <w:t xml:space="preserve">[33:25] </w:t>
      </w:r>
      <w:r>
        <w:t>abhi woh harb aur waar ke daur mein jee rahe hain.</w:t>
      </w:r>
    </w:p>
    <w:p>
      <w:pPr>
        <w:jc w:val="right"/>
      </w:pPr>
      <w:r>
        <w:t>ابھی وہ حرب اور وار کے دور میں جی رہے ہیں۔</w:t>
      </w:r>
    </w:p>
    <w:p>
      <w:r>
        <w:rPr>
          <w:b/>
        </w:rPr>
        <w:t xml:space="preserve">[33:30] </w:t>
      </w:r>
      <w:r>
        <w:t>yaani ladai bhadai, nafrat, tashaddud is daur mein jee rahe hain.</w:t>
      </w:r>
    </w:p>
    <w:p>
      <w:pPr>
        <w:jc w:val="right"/>
      </w:pPr>
      <w:r>
        <w:t>یعنی لڑائی بھڑائی، نفرت، تشدد اس دور میں جی رہے ہیں۔</w:t>
      </w:r>
    </w:p>
    <w:p>
      <w:r>
        <w:rPr>
          <w:b/>
        </w:rPr>
        <w:t xml:space="preserve">[33:35] </w:t>
      </w:r>
      <w:r>
        <w:t>aa jayenge woh hamd ke daur mein aur shukr ke daur mein.</w:t>
      </w:r>
    </w:p>
    <w:p>
      <w:pPr>
        <w:jc w:val="right"/>
      </w:pPr>
      <w:r>
        <w:t>آ جائیں گے وہ حمد کے دور میں اور شکر کے دور میں۔</w:t>
      </w:r>
    </w:p>
    <w:p>
      <w:r>
        <w:rPr>
          <w:b/>
        </w:rPr>
        <w:t xml:space="preserve">[33:40] </w:t>
      </w:r>
      <w:r>
        <w:t>jo sab se ziada matloob hai Allah taala ko.</w:t>
      </w:r>
    </w:p>
    <w:p>
      <w:pPr>
        <w:jc w:val="right"/>
      </w:pPr>
      <w:r>
        <w:t>جو سب سے زیادہ مطلوب ہے اللہ تعالی کو۔</w:t>
      </w:r>
    </w:p>
    <w:p>
      <w:r>
        <w:rPr>
          <w:b/>
        </w:rPr>
        <w:t xml:space="preserve">[33:46] </w:t>
      </w:r>
      <w:r>
        <w:t>aur jab aap woh kaam karein jo Allah taala ko sab se ziada matloob hai to kya hoga?</w:t>
      </w:r>
    </w:p>
    <w:p>
      <w:pPr>
        <w:jc w:val="right"/>
      </w:pPr>
      <w:r>
        <w:t>اور جب آپ وہ کام کریں جو اللہ تعالی کو سب سے زیادہ مطلوب ہے تو کیا ہوگا؟</w:t>
      </w:r>
    </w:p>
    <w:p>
      <w:r>
        <w:rPr>
          <w:b/>
        </w:rPr>
        <w:t xml:space="preserve">[33:51] </w:t>
      </w:r>
      <w:r>
        <w:t>Allah ki madad aap par aap par toot padegi.</w:t>
      </w:r>
    </w:p>
    <w:p>
      <w:pPr>
        <w:jc w:val="right"/>
      </w:pPr>
      <w:r>
        <w:t>اللہ کی مدد آپ پر آپ پر ٹوٹ پڑے گی۔</w:t>
      </w:r>
    </w:p>
    <w:p>
      <w:r>
        <w:rPr>
          <w:b/>
        </w:rPr>
        <w:t xml:space="preserve">[33:56] </w:t>
      </w:r>
      <w:r>
        <w:t>Allah ki madad aap par bilkul umad aayegi.</w:t>
      </w:r>
    </w:p>
    <w:p>
      <w:pPr>
        <w:jc w:val="right"/>
      </w:pPr>
      <w:r>
        <w:t>اللہ کی مدد آپ پر بالکل امڈ آئے گی۔</w:t>
      </w:r>
    </w:p>
    <w:p>
      <w:r>
        <w:rPr>
          <w:b/>
        </w:rPr>
        <w:t xml:space="preserve">[34:01] </w:t>
      </w:r>
      <w:r>
        <w:t>Allah ki madad se aap aap ke saare kaam ban jayenge.</w:t>
      </w:r>
    </w:p>
    <w:p>
      <w:pPr>
        <w:jc w:val="right"/>
      </w:pPr>
      <w:r>
        <w:t>اللہ کی مدد سے آپ آپ کے سارے کام بن جائیں گے۔</w:t>
      </w:r>
    </w:p>
    <w:p>
      <w:r>
        <w:rPr>
          <w:b/>
        </w:rPr>
        <w:t xml:space="preserve">[34:06] </w:t>
      </w:r>
      <w:r>
        <w:t>saare mushkilein door ho jayengi.</w:t>
      </w:r>
    </w:p>
    <w:p>
      <w:pPr>
        <w:jc w:val="right"/>
      </w:pPr>
      <w:r>
        <w:t>سارے مشکلیں دور ہو جائیں گی۔</w:t>
      </w:r>
    </w:p>
    <w:p>
      <w:r>
        <w:rPr>
          <w:b/>
        </w:rPr>
        <w:t xml:space="preserve">[34:11] </w:t>
      </w:r>
      <w:r>
        <w:t>ab tak kya hua hai ke ladai bhadai se sirf mushkilein badhi hain.</w:t>
      </w:r>
    </w:p>
    <w:p>
      <w:pPr>
        <w:jc w:val="right"/>
      </w:pPr>
      <w:r>
        <w:t>اب تک کیا ہوا ہے کہ لڑائی بھڑائی سے صرف مشکلیں بڑھی ہیں۔</w:t>
      </w:r>
    </w:p>
    <w:p>
      <w:r>
        <w:rPr>
          <w:b/>
        </w:rPr>
        <w:t xml:space="preserve">[34:16] </w:t>
      </w:r>
      <w:r>
        <w:t>aap ghaur kijiye ke ladai bhadai se mushkilein sirf badhi hain.</w:t>
      </w:r>
    </w:p>
    <w:p>
      <w:pPr>
        <w:jc w:val="right"/>
      </w:pPr>
      <w:r>
        <w:t>آپ غور کیجیے کہ لڑائی بھڑائی سے مشکلیں صرف بڑھی ہیں۔</w:t>
      </w:r>
    </w:p>
    <w:p>
      <w:r>
        <w:rPr>
          <w:b/>
        </w:rPr>
        <w:t xml:space="preserve">[34:21] </w:t>
      </w:r>
      <w:r>
        <w:t>ghati nahin hain.</w:t>
      </w:r>
    </w:p>
    <w:p>
      <w:pPr>
        <w:jc w:val="right"/>
      </w:pPr>
      <w:r>
        <w:t>گھٹی نہیں ہیں۔</w:t>
      </w:r>
    </w:p>
    <w:p>
      <w:r>
        <w:rPr>
          <w:b/>
        </w:rPr>
        <w:t xml:space="preserve">[34:26] </w:t>
      </w:r>
      <w:r>
        <w:t>lekin is is ka matlab hai ke Allah ki nasrat nahin mili.</w:t>
      </w:r>
    </w:p>
    <w:p>
      <w:pPr>
        <w:jc w:val="right"/>
      </w:pPr>
      <w:r>
        <w:t>لیکن اس اس کا معنی ہے کہ اللہ کی نصرت نہیں ملی۔</w:t>
      </w:r>
    </w:p>
    <w:p>
      <w:r>
        <w:rPr>
          <w:b/>
        </w:rPr>
        <w:t xml:space="preserve">[34:31] </w:t>
      </w:r>
      <w:r>
        <w:t>jab musallah jahaz se mushkilein badhti rahin, badhti rahin, badhti rahin.</w:t>
      </w:r>
    </w:p>
    <w:p>
      <w:pPr>
        <w:jc w:val="right"/>
      </w:pPr>
      <w:r>
        <w:t>جب مسلح جہاز سے مشکلیں بڑھتی رہیں، بڑھتی رہیں، بڑھتی رہیں۔</w:t>
      </w:r>
    </w:p>
    <w:p>
      <w:r>
        <w:rPr>
          <w:b/>
        </w:rPr>
        <w:t xml:space="preserve">[34:37] </w:t>
      </w:r>
      <w:r>
        <w:t>is ka matlab hai ke Allah taala ko musallah jahaz matloob hi nahin hai.</w:t>
      </w:r>
    </w:p>
    <w:p>
      <w:pPr>
        <w:jc w:val="right"/>
      </w:pPr>
      <w:r>
        <w:t>اس کا معنی ہے کہ اللہ تعالی کو مسلح جہاز مطلوب ہی نہیں ہے۔</w:t>
      </w:r>
    </w:p>
    <w:p>
      <w:r>
        <w:rPr>
          <w:b/>
        </w:rPr>
        <w:t xml:space="preserve">[34:42] </w:t>
      </w:r>
      <w:r>
        <w:t>Allah ko peaceful jahaz matloob hai.</w:t>
      </w:r>
    </w:p>
    <w:p>
      <w:pPr>
        <w:jc w:val="right"/>
      </w:pPr>
      <w:r>
        <w:t>اللہ کو peaceful جہاز مطلوب ہے۔</w:t>
      </w:r>
    </w:p>
    <w:p>
      <w:r>
        <w:rPr>
          <w:b/>
        </w:rPr>
        <w:t xml:space="preserve">[34:47] </w:t>
      </w:r>
      <w:r>
        <w:t>to musallah jahaz se mushkilein badhi Musalmanon ki.</w:t>
      </w:r>
    </w:p>
    <w:p>
      <w:pPr>
        <w:jc w:val="right"/>
      </w:pPr>
      <w:r>
        <w:t>تو مسلح جہاز سے مشکلیں بڑھی مسلمانوں کی۔</w:t>
      </w:r>
    </w:p>
    <w:p>
      <w:r>
        <w:rPr>
          <w:b/>
        </w:rPr>
        <w:t xml:space="preserve">[34:52] </w:t>
      </w:r>
      <w:r>
        <w:t>agar woh peaceful jahaz par aa jayen to saari mushkilein khatm ho jayengi.</w:t>
      </w:r>
    </w:p>
    <w:p>
      <w:pPr>
        <w:jc w:val="right"/>
      </w:pPr>
      <w:r>
        <w:t>اگر وہ peaceful جہاز پر آ جائیں تو ساری مشکلیں ختم ہو جائیں گی۔</w:t>
      </w:r>
    </w:p>
    <w:p>
      <w:r>
        <w:rPr>
          <w:b/>
        </w:rPr>
        <w:t xml:space="preserve">[34:57] </w:t>
      </w:r>
      <w:r>
        <w:t>kyunki Allah ki nasrat toot padegi un ke upar.</w:t>
      </w:r>
    </w:p>
    <w:p>
      <w:pPr>
        <w:jc w:val="right"/>
      </w:pPr>
      <w:r>
        <w:t>کیونکہ اللہ کی نصرت ٹوٹ پڑے گی ان کے اوپر۔</w:t>
      </w:r>
    </w:p>
    <w:p>
      <w:r>
        <w:rPr>
          <w:b/>
        </w:rPr>
        <w:t xml:space="preserve">[35:02] </w:t>
      </w:r>
      <w:r>
        <w:t>yeh hai aaj ka yani aaj jo halaat hain woh halaat mere nazdeek yani ek halaat is liye</w:t>
      </w:r>
    </w:p>
    <w:p>
      <w:pPr>
        <w:jc w:val="right"/>
      </w:pPr>
      <w:r>
        <w:t>یہ ہے آج کا یعنی آج جو حالات ہیں وہ حالات میرے نزدیک یعنی ایک حالات اس لیے</w:t>
      </w:r>
    </w:p>
    <w:p>
      <w:r>
        <w:rPr>
          <w:b/>
        </w:rPr>
        <w:t xml:space="preserve">[35:07] </w:t>
      </w:r>
      <w:r>
        <w:t>paida kiye gaye hain ke hamare andar rethink gaye.</w:t>
      </w:r>
    </w:p>
    <w:p>
      <w:pPr>
        <w:jc w:val="right"/>
      </w:pPr>
      <w:r>
        <w:t>پیدا کیے گئے ہیں کہ ہمارے اندر rethink گئے۔</w:t>
      </w:r>
    </w:p>
    <w:p>
      <w:r>
        <w:rPr>
          <w:b/>
        </w:rPr>
        <w:t xml:space="preserve">[35:12] </w:t>
      </w:r>
      <w:r>
        <w:t>yani compassion create karke hamein majboor kiya gaya hai ke hum apne andar nayi soch layein.</w:t>
      </w:r>
    </w:p>
    <w:p>
      <w:pPr>
        <w:jc w:val="right"/>
      </w:pPr>
      <w:r>
        <w:t>یعنی compassion create کر کے ہمیں مجبور کیا گیا ہے کہ ہم اپنے اندر نئی سوچ لائیں۔</w:t>
      </w:r>
    </w:p>
    <w:p>
      <w:r>
        <w:rPr>
          <w:b/>
        </w:rPr>
        <w:t xml:space="preserve">[35:17] </w:t>
      </w:r>
      <w:r>
        <w:t>nayi soch ka matlab yeh hai ek hi lafz mein ke musallah jahad ke bajaye peaceful jahad.</w:t>
      </w:r>
    </w:p>
    <w:p>
      <w:pPr>
        <w:jc w:val="right"/>
      </w:pPr>
      <w:r>
        <w:t>نئی سوچ کا مطلب یہ ہے ایک ہی لفظ میں کہ مسلح جہاد کے بجائے peaceful جہاد۔</w:t>
      </w:r>
    </w:p>
    <w:p>
      <w:r>
        <w:rPr>
          <w:b/>
        </w:rPr>
        <w:t xml:space="preserve">[35:22] </w:t>
      </w:r>
      <w:r>
        <w:t>jang ke bajaye aman.</w:t>
      </w:r>
    </w:p>
    <w:p>
      <w:pPr>
        <w:jc w:val="right"/>
      </w:pPr>
      <w:r>
        <w:t>جنگ کے بجائے امن۔</w:t>
      </w:r>
    </w:p>
    <w:p>
      <w:r>
        <w:rPr>
          <w:b/>
        </w:rPr>
        <w:t xml:space="preserve">[35:28] </w:t>
      </w:r>
      <w:r>
        <w:t>war culture ke bajaye peace culture.</w:t>
      </w:r>
    </w:p>
    <w:p>
      <w:pPr>
        <w:jc w:val="right"/>
      </w:pPr>
      <w:r>
        <w:t>وار کلچر کے بجائے peace کلچر۔</w:t>
      </w:r>
    </w:p>
    <w:p>
      <w:r>
        <w:rPr>
          <w:b/>
        </w:rPr>
        <w:t xml:space="preserve">[35:33] </w:t>
      </w:r>
      <w:r>
        <w:t>nafrat ke nafrat ke bajaye mohabbat.</w:t>
      </w:r>
    </w:p>
    <w:p>
      <w:pPr>
        <w:jc w:val="right"/>
      </w:pPr>
      <w:r>
        <w:t>نفرت کے نفرت کے بجائے محبت۔</w:t>
      </w:r>
    </w:p>
    <w:p>
      <w:r>
        <w:rPr>
          <w:b/>
        </w:rPr>
        <w:t xml:space="preserve">[35:38] </w:t>
      </w:r>
      <w:r>
        <w:t>adaawat ke bajaye dawat.</w:t>
      </w:r>
    </w:p>
    <w:p>
      <w:pPr>
        <w:jc w:val="right"/>
      </w:pPr>
      <w:r>
        <w:t>عداوت کے بجائے دعوت۔</w:t>
      </w:r>
    </w:p>
    <w:p>
      <w:r>
        <w:rPr>
          <w:b/>
        </w:rPr>
        <w:t xml:space="preserve">[35:43] </w:t>
      </w:r>
      <w:r>
        <w:t>yeh hamein apne andar paida karna hai.</w:t>
      </w:r>
    </w:p>
    <w:p>
      <w:pPr>
        <w:jc w:val="right"/>
      </w:pPr>
      <w:r>
        <w:t>یہ ہمیں اپنے اندر پیدا کرنا ہے۔</w:t>
      </w:r>
    </w:p>
    <w:p>
      <w:r>
        <w:rPr>
          <w:b/>
        </w:rPr>
        <w:t xml:space="preserve">[35:48] </w:t>
      </w:r>
      <w:r>
        <w:t>to agar musalman is awaz ko na sunein yani Allah taala ki is awaz ko jo compassion create</w:t>
      </w:r>
    </w:p>
    <w:p>
      <w:pPr>
        <w:jc w:val="right"/>
      </w:pPr>
      <w:r>
        <w:t>تو اگر مسلمان اس آواز کو نہ سنیں یعنی اللہ تعالی کی اس آواز کو جو compassion create</w:t>
      </w:r>
    </w:p>
    <w:p>
      <w:r>
        <w:rPr>
          <w:b/>
        </w:rPr>
        <w:t xml:space="preserve">[35:53] </w:t>
      </w:r>
      <w:r>
        <w:t>kar ke di ja rahi hai to is ka mani yeh hai ke woh Allah ke baat ko</w:t>
      </w:r>
    </w:p>
    <w:p>
      <w:pPr>
        <w:jc w:val="right"/>
      </w:pPr>
      <w:r>
        <w:t>کر کے دی جا رہی ہے تو اس کا معنی یہ ہے کہ وہ اللہ کے بات کو</w:t>
      </w:r>
    </w:p>
    <w:p>
      <w:r>
        <w:rPr>
          <w:b/>
        </w:rPr>
        <w:t xml:space="preserve">[35:58] </w:t>
      </w:r>
      <w:r>
        <w:t>sun nahin rahe, Allah ke bare mein baharein bani hui hain.</w:t>
      </w:r>
    </w:p>
    <w:p>
      <w:pPr>
        <w:jc w:val="right"/>
      </w:pPr>
      <w:r>
        <w:t>سن نہیں رہے، اللہ کے بارے میں بہاریں بنی ہوئی ہیں۔</w:t>
      </w:r>
    </w:p>
    <w:p>
      <w:r>
        <w:rPr>
          <w:b/>
        </w:rPr>
        <w:t xml:space="preserve">[36:03] </w:t>
      </w:r>
      <w:r>
        <w:t>to kya hoga? Kuch bhi nahin hoga.</w:t>
      </w:r>
    </w:p>
    <w:p>
      <w:pPr>
        <w:jc w:val="right"/>
      </w:pPr>
      <w:r>
        <w:t>تو کیا ہوگا؟ کچھ بھی نہیں ہوگا۔</w:t>
      </w:r>
    </w:p>
    <w:p>
      <w:r>
        <w:rPr>
          <w:b/>
        </w:rPr>
        <w:t xml:space="preserve">[36:08] </w:t>
      </w:r>
      <w:r>
        <w:t>Kuch bhi nahin hoga.</w:t>
      </w:r>
    </w:p>
    <w:p>
      <w:pPr>
        <w:jc w:val="right"/>
      </w:pPr>
      <w:r>
        <w:t>کچھ بھی نہیں ہوگا۔</w:t>
      </w:r>
    </w:p>
    <w:p>
      <w:r>
        <w:rPr>
          <w:b/>
        </w:rPr>
        <w:t xml:space="preserve">[36:13] </w:t>
      </w:r>
      <w:r>
        <w:t>kahin kyunke madad karne wala to Allah taala hai.</w:t>
      </w:r>
    </w:p>
    <w:p>
      <w:pPr>
        <w:jc w:val="right"/>
      </w:pPr>
      <w:r>
        <w:t>کہیں کیونکہ مدد کرنے والا تو اللہ تعالی ہے۔</w:t>
      </w:r>
    </w:p>
    <w:p>
      <w:r>
        <w:rPr>
          <w:b/>
        </w:rPr>
        <w:t xml:space="preserve">[36:19] </w:t>
      </w:r>
      <w:r>
        <w:t>Madad jo milti hai woh Allah taala ki taraf se aati hai.</w:t>
      </w:r>
    </w:p>
    <w:p>
      <w:pPr>
        <w:jc w:val="right"/>
      </w:pPr>
      <w:r>
        <w:t>مدد جو ملتی ہے وہ اللہ تعالی کی طرف سے آتی ہے۔</w:t>
      </w:r>
    </w:p>
    <w:p>
      <w:r>
        <w:rPr>
          <w:b/>
        </w:rPr>
        <w:t xml:space="preserve">[36:24] </w:t>
      </w:r>
      <w:r>
        <w:t>Koi aur madad dene wala nahin hai.</w:t>
      </w:r>
    </w:p>
    <w:p>
      <w:pPr>
        <w:jc w:val="right"/>
      </w:pPr>
      <w:r>
        <w:t>کوئی اور مدد دینے والا نہیں ہے۔</w:t>
      </w:r>
    </w:p>
    <w:p>
      <w:r>
        <w:rPr>
          <w:b/>
        </w:rPr>
        <w:t xml:space="preserve">[36:29] </w:t>
      </w:r>
      <w:r>
        <w:t>to main samajhta hoon ke is waqt ka sab se bara masla yahi hai.</w:t>
      </w:r>
    </w:p>
    <w:p>
      <w:pPr>
        <w:jc w:val="right"/>
      </w:pPr>
      <w:r>
        <w:t>تو میں سمجھتا ہوں کہ اس وقت کا سب سے بڑا مسئلہ یہی ہے۔</w:t>
      </w:r>
    </w:p>
    <w:p>
      <w:r>
        <w:rPr>
          <w:b/>
        </w:rPr>
        <w:t xml:space="preserve">[36:34] </w:t>
      </w:r>
      <w:r>
        <w:t>Hamare CPS ke saathiyon ko yahi kaam karna hai ke logon ko batayein ke Allah ka</w:t>
      </w:r>
    </w:p>
    <w:p>
      <w:pPr>
        <w:jc w:val="right"/>
      </w:pPr>
      <w:r>
        <w:t>ہمارے سی پی ایس کے ساتھیوں کو یہی کام کرنا ہے کہ لوگوں کو بتائیں کہ اللہ کا</w:t>
      </w:r>
    </w:p>
    <w:p>
      <w:r>
        <w:rPr>
          <w:b/>
        </w:rPr>
        <w:t xml:space="preserve">[36:39] </w:t>
      </w:r>
      <w:r>
        <w:t>qanoon kya hai, Allah ki sunnat kya hai.</w:t>
      </w:r>
    </w:p>
    <w:p>
      <w:pPr>
        <w:jc w:val="right"/>
      </w:pPr>
      <w:r>
        <w:t>قانون کیا ہے، اللہ کی سنت کیا ہے۔</w:t>
      </w:r>
    </w:p>
    <w:p>
      <w:r>
        <w:rPr>
          <w:b/>
        </w:rPr>
        <w:t xml:space="preserve">[36:44] </w:t>
      </w:r>
      <w:r>
        <w:t>Aur jo Surah Tahaar is waqt hai woh Surah Tahaar mein kaun sa paigham Allah ka chupa hua hai.</w:t>
      </w:r>
    </w:p>
    <w:p>
      <w:pPr>
        <w:jc w:val="right"/>
      </w:pPr>
      <w:r>
        <w:t>اور جو سورۃ طہار اس وقت ہے وہ سورۃ طہار میں کون سا پیغام اللہ کا چھپا ہوا ہے۔</w:t>
      </w:r>
    </w:p>
    <w:p>
      <w:r>
        <w:rPr>
          <w:b/>
        </w:rPr>
        <w:t xml:space="preserve">[36:49] </w:t>
      </w:r>
      <w:r>
        <w:t>CPS ke log sari duniya mein Allah ke fazl se phailay hue hain.</w:t>
      </w:r>
    </w:p>
    <w:p>
      <w:pPr>
        <w:jc w:val="right"/>
      </w:pPr>
      <w:r>
        <w:t>سی پی ایس کے لوگ ساری دنیا میں اللہ کے فضل سے پھیلے ہوئے ہیں۔</w:t>
      </w:r>
    </w:p>
    <w:p>
      <w:r>
        <w:rPr>
          <w:b/>
        </w:rPr>
        <w:t xml:space="preserve">[36:54] </w:t>
      </w:r>
      <w:r>
        <w:t>Inko yahi kaam karna hai.</w:t>
      </w:r>
    </w:p>
    <w:p>
      <w:pPr>
        <w:jc w:val="right"/>
      </w:pPr>
      <w:r>
        <w:t>ان کو یہی کام کرنا ہے۔</w:t>
      </w:r>
    </w:p>
    <w:p>
      <w:r>
        <w:rPr>
          <w:b/>
        </w:rPr>
        <w:t xml:space="preserve">[36:59] </w:t>
      </w:r>
      <w:r>
        <w:t>Yeh batana hai logon ko.</w:t>
      </w:r>
    </w:p>
    <w:p>
      <w:pPr>
        <w:jc w:val="right"/>
      </w:pPr>
      <w:r>
        <w:t>یہ بتانا ہے لوگوں کو۔</w:t>
      </w:r>
    </w:p>
    <w:p>
      <w:r>
        <w:rPr>
          <w:b/>
        </w:rPr>
        <w:t xml:space="preserve">[37:04] </w:t>
      </w:r>
      <w:r>
        <w:t>Aur yeh batana hai ke tumhara two point formula hai.</w:t>
      </w:r>
    </w:p>
    <w:p>
      <w:pPr>
        <w:jc w:val="right"/>
      </w:pPr>
      <w:r>
        <w:t>اور یہ بتانا ہے کہ تمہارا two point فارمولا ہے۔</w:t>
      </w:r>
    </w:p>
    <w:p>
      <w:r>
        <w:rPr>
          <w:b/>
        </w:rPr>
        <w:t xml:space="preserve">[37:10] </w:t>
      </w:r>
      <w:r>
        <w:t>Bas yani Quran ka tarjuma phailao duniya mein aur supported detail phailao.</w:t>
      </w:r>
    </w:p>
    <w:p>
      <w:pPr>
        <w:jc w:val="right"/>
      </w:pPr>
      <w:r>
        <w:t>بس یعنی قرآن کا ترجمہ پھیلاؤ دنیا میں اور supported detail پھیلاؤ۔</w:t>
      </w:r>
    </w:p>
    <w:p>
      <w:r>
        <w:rPr>
          <w:b/>
        </w:rPr>
        <w:t xml:space="preserve">[37:15] </w:t>
      </w:r>
      <w:r>
        <w:t>Kyunke supported detail ke baghair sirf tarjuma kafi nahin ho sakta.</w:t>
      </w:r>
    </w:p>
    <w:p>
      <w:pPr>
        <w:jc w:val="right"/>
      </w:pPr>
      <w:r>
        <w:t>کیونکہ supported detail کے بغیر صرف ترجمہ کافی نہیں ہو سکتا۔</w:t>
      </w:r>
    </w:p>
    <w:p>
      <w:r>
        <w:rPr>
          <w:b/>
        </w:rPr>
        <w:t xml:space="preserve">[37:20] </w:t>
      </w:r>
      <w:r>
        <w:t>Supported literature ka matlab yeh hai ke Quran talimat ko ko aaj ke halaat mein apply kar ke batana.</w:t>
      </w:r>
    </w:p>
    <w:p>
      <w:pPr>
        <w:jc w:val="right"/>
      </w:pPr>
      <w:r>
        <w:t>supported literature کا مطلب یہ ہے کہ قرآن تعلیمات کو کو آج کے حالات میں اپلائے کر کے بتانا۔</w:t>
      </w:r>
    </w:p>
    <w:p>
      <w:r>
        <w:rPr>
          <w:b/>
        </w:rPr>
        <w:t xml:space="preserve">[37:25] </w:t>
      </w:r>
      <w:r>
        <w:t>Yani supported literature se meri murad hai applied literature.</w:t>
      </w:r>
    </w:p>
    <w:p>
      <w:pPr>
        <w:jc w:val="right"/>
      </w:pPr>
      <w:r>
        <w:t>یعنی supported literature سے میری مراد ہے applied literature۔</w:t>
      </w:r>
    </w:p>
    <w:p>
      <w:r>
        <w:rPr>
          <w:b/>
        </w:rPr>
        <w:t xml:space="preserve">[37:30] </w:t>
      </w:r>
      <w:r>
        <w:t>Supported literature se meri murad hai applied literature.</w:t>
      </w:r>
    </w:p>
    <w:p>
      <w:pPr>
        <w:jc w:val="right"/>
      </w:pPr>
      <w:r>
        <w:t>supported literature سے میری مراد ہے applied literature۔</w:t>
      </w:r>
    </w:p>
    <w:p>
      <w:r>
        <w:rPr>
          <w:b/>
        </w:rPr>
        <w:t xml:space="preserve">[37:35] </w:t>
      </w:r>
      <w:r>
        <w:t>Yani Quran mein basics hain, Quran mein buniyadi talimat hain.</w:t>
      </w:r>
    </w:p>
    <w:p>
      <w:pPr>
        <w:jc w:val="right"/>
      </w:pPr>
      <w:r>
        <w:t>یعنی قرآن میں basics ہیں، قرآن میں بنیادی تعلیمات ہیں۔</w:t>
      </w:r>
    </w:p>
    <w:p>
      <w:r>
        <w:rPr>
          <w:b/>
        </w:rPr>
        <w:t xml:space="preserve">[37:40] </w:t>
      </w:r>
      <w:r>
        <w:t>In talimat ko jo ke abadi hain aaj ke halaat mein apply kar ke batana.</w:t>
      </w:r>
    </w:p>
    <w:p>
      <w:pPr>
        <w:jc w:val="right"/>
      </w:pPr>
      <w:r>
        <w:t>ان تعلیمات کو جو کہ ابدی ہیں آج کے حالات میں اپلائے کر کے بتانا۔</w:t>
      </w:r>
    </w:p>
    <w:p>
      <w:r>
        <w:rPr>
          <w:b/>
        </w:rPr>
        <w:t xml:space="preserve">[37:45] </w:t>
      </w:r>
      <w:r>
        <w:t>Yahi hai role supporting literature ka.</w:t>
      </w:r>
    </w:p>
    <w:p>
      <w:pPr>
        <w:jc w:val="right"/>
      </w:pPr>
      <w:r>
        <w:t>یہی ہے role supporting literature کا۔</w:t>
      </w:r>
    </w:p>
    <w:p>
      <w:r>
        <w:rPr>
          <w:b/>
        </w:rPr>
        <w:t xml:space="preserve">[37:50] </w:t>
      </w:r>
      <w:r>
        <w:t>to yahi do kaam hain ke Quran ke tarjume sari duniya Quran ke tarjume tayyar karo har zuban</w:t>
      </w:r>
    </w:p>
    <w:p>
      <w:pPr>
        <w:jc w:val="right"/>
      </w:pPr>
      <w:r>
        <w:t>تو یہی دو کام ہیں کہ قرآن کے ترجمے ساری دنیا قرآن کے ترجمے تیار کرو ہر زبان</w:t>
      </w:r>
    </w:p>
    <w:p>
      <w:r>
        <w:rPr>
          <w:b/>
        </w:rPr>
        <w:t xml:space="preserve">[37:55] </w:t>
      </w:r>
      <w:r>
        <w:t>mein aur woh bohat hi achi yani bohat acha is ki language ho, bohat achi is ki chhapayi</w:t>
      </w:r>
    </w:p>
    <w:p>
      <w:pPr>
        <w:jc w:val="right"/>
      </w:pPr>
      <w:r>
        <w:t>میں اور وہ بہت ہی اچھی یعنی بہت اچھا اس کی language ہو، بہت اچھی اس کی چھپائی</w:t>
      </w:r>
    </w:p>
    <w:p>
      <w:r>
        <w:rPr>
          <w:b/>
        </w:rPr>
        <w:t xml:space="preserve">[38:01] </w:t>
      </w:r>
      <w:r>
        <w:t>ho, binding ho, har cheez bohat hi understandable ho is ki zaban to yeh kaam yeh karna hai.</w:t>
      </w:r>
    </w:p>
    <w:p>
      <w:pPr>
        <w:jc w:val="right"/>
      </w:pPr>
      <w:r>
        <w:t>ہو، binding ہو، ہر چیز بہت ہی understandable ہو اس کی زبان تو یہ کام یہ کرنا ہے۔</w:t>
      </w:r>
    </w:p>
    <w:p>
      <w:r>
        <w:rPr>
          <w:b/>
        </w:rPr>
        <w:t xml:space="preserve">[38:06] </w:t>
      </w:r>
      <w:r>
        <w:t>dunya ki kam az kam jitni major zabanein hain un tamam zabano mein zaroori hai ke tarjume tayyar</w:t>
      </w:r>
    </w:p>
    <w:p>
      <w:pPr>
        <w:jc w:val="right"/>
      </w:pPr>
      <w:r>
        <w:t>دنیا کی کم از کم جتنی میجر زبانیں ہیں ان تمام زبانوں میں ضروری ہے کہ ترجمے تیار</w:t>
      </w:r>
    </w:p>
    <w:p>
      <w:r>
        <w:rPr>
          <w:b/>
        </w:rPr>
        <w:t xml:space="preserve">[38:11] </w:t>
      </w:r>
      <w:r>
        <w:t>kar ke phailaye jayein.</w:t>
      </w:r>
    </w:p>
    <w:p>
      <w:pPr>
        <w:jc w:val="right"/>
      </w:pPr>
      <w:r>
        <w:t>کر کے پھیلائے جائیں۔</w:t>
      </w:r>
    </w:p>
    <w:p>
      <w:r>
        <w:rPr>
          <w:b/>
        </w:rPr>
        <w:t xml:space="preserve">[38:16] </w:t>
      </w:r>
      <w:r>
        <w:t>aur doosri cheez yeh hai ke supporting literature woh bhi har zaban mein hona chahiye ke Quran ki</w:t>
      </w:r>
    </w:p>
    <w:p>
      <w:pPr>
        <w:jc w:val="right"/>
      </w:pPr>
      <w:r>
        <w:t>اور دوسری چیز یہ ہے کہ supporting literature وہ بھی ہر زبان میں ہونا چاہیے کہ قرآن کی</w:t>
      </w:r>
    </w:p>
    <w:p>
      <w:r>
        <w:rPr>
          <w:b/>
        </w:rPr>
        <w:t xml:space="preserve">[38:21] </w:t>
      </w:r>
      <w:r>
        <w:t>taleemat ko applied way mein pesh karna.</w:t>
      </w:r>
    </w:p>
    <w:p>
      <w:pPr>
        <w:jc w:val="right"/>
      </w:pPr>
      <w:r>
        <w:t>تعلیمات کو applied way میں پیش کرنا۔</w:t>
      </w:r>
    </w:p>
    <w:p>
      <w:r>
        <w:rPr>
          <w:b/>
        </w:rPr>
        <w:t xml:space="preserve">[38:26] </w:t>
      </w:r>
      <w:r>
        <w:t>Quran ki taleemat ko aaj ke halaat mein apply kar ke batana.</w:t>
      </w:r>
    </w:p>
    <w:p>
      <w:pPr>
        <w:jc w:val="right"/>
      </w:pPr>
      <w:r>
        <w:t>قرآن کی تعلیمات کو آج کے حالات میں اپلائے کر کے بتانا۔</w:t>
      </w:r>
    </w:p>
    <w:p>
      <w:r>
        <w:rPr>
          <w:b/>
        </w:rPr>
        <w:t xml:space="preserve">[38:31] </w:t>
      </w:r>
      <w:r>
        <w:t>yeh kaam hai.</w:t>
      </w:r>
    </w:p>
    <w:p>
      <w:pPr>
        <w:jc w:val="right"/>
      </w:pPr>
      <w:r>
        <w:t>یہ کام ہے۔</w:t>
      </w:r>
    </w:p>
    <w:p>
      <w:r>
        <w:rPr>
          <w:b/>
        </w:rPr>
        <w:t xml:space="preserve">[38:36] </w:t>
      </w:r>
      <w:r>
        <w:t>to mein samajhta hoon ke yeh aakhri waqt aa gaya hai ke hum is ko faisla lein is ke baray mein. Aakhri waqt.</w:t>
      </w:r>
    </w:p>
    <w:p>
      <w:pPr>
        <w:jc w:val="right"/>
      </w:pPr>
      <w:r>
        <w:t>تو میں سمجھتا ہوں کہ یہ آخری وقت آگیا ہے کہ ہم اس کو فیصلہ لیں اس کے بارے میں۔ آخری وقت۔</w:t>
      </w:r>
    </w:p>
    <w:p>
      <w:r>
        <w:rPr>
          <w:b/>
        </w:rPr>
        <w:t xml:space="preserve">[38:41] </w:t>
      </w:r>
      <w:r>
        <w:t>kyun ke kam az kam do sau saal guzar chuke hain jab ke mussalah jihad kiya gaya hai. Mussalah jihad.</w:t>
      </w:r>
    </w:p>
    <w:p>
      <w:pPr>
        <w:jc w:val="right"/>
      </w:pPr>
      <w:r>
        <w:t>کیونکہ کم از کم دو سو سال گزر چکے ہیں جبکہ مسلح جہاد کیا گیا ہے۔ مسلح جہاد۔</w:t>
      </w:r>
    </w:p>
    <w:p>
      <w:r>
        <w:rPr>
          <w:b/>
        </w:rPr>
        <w:t xml:space="preserve">[38:46] </w:t>
      </w:r>
      <w:r>
        <w:t>do sau saal se.</w:t>
      </w:r>
    </w:p>
    <w:p>
      <w:pPr>
        <w:jc w:val="right"/>
      </w:pPr>
      <w:r>
        <w:t>دو سو سال سے۔</w:t>
      </w:r>
    </w:p>
    <w:p>
      <w:r>
        <w:rPr>
          <w:b/>
        </w:rPr>
        <w:t xml:space="preserve">[38:52] </w:t>
      </w:r>
      <w:r>
        <w:t>to ab aur aur ab aur qata waqt chahiye.</w:t>
      </w:r>
    </w:p>
    <w:p>
      <w:pPr>
        <w:jc w:val="right"/>
      </w:pPr>
      <w:r>
        <w:t>تو اب اور اور اب اور قطع وقت چاہیے۔</w:t>
      </w:r>
    </w:p>
    <w:p>
      <w:r>
        <w:rPr>
          <w:b/>
        </w:rPr>
        <w:t xml:space="preserve">[38:57] </w:t>
      </w:r>
      <w:r>
        <w:t>aur qata waqt chahiye.</w:t>
      </w:r>
    </w:p>
    <w:p>
      <w:pPr>
        <w:jc w:val="right"/>
      </w:pPr>
      <w:r>
        <w:t>اور قطع وقت چاہیے۔</w:t>
      </w:r>
    </w:p>
    <w:p>
      <w:r>
        <w:rPr>
          <w:b/>
        </w:rPr>
        <w:t xml:space="preserve">[39:02] </w:t>
      </w:r>
      <w:r>
        <w:t>aur qata waqt chahiye.</w:t>
      </w:r>
    </w:p>
    <w:p>
      <w:pPr>
        <w:jc w:val="right"/>
      </w:pPr>
      <w:r>
        <w:t>اور قطع وقت چاہیے۔</w:t>
      </w:r>
    </w:p>
    <w:p>
      <w:r>
        <w:rPr>
          <w:b/>
        </w:rPr>
        <w:t xml:space="preserve">[39:07] </w:t>
      </w:r>
      <w:r>
        <w:t>ke hum is ko samjhein ke yeh Allah ka ki madad hamein nahi mil rahi.</w:t>
      </w:r>
    </w:p>
    <w:p>
      <w:pPr>
        <w:jc w:val="right"/>
      </w:pPr>
      <w:r>
        <w:t>کہ ہم اس کو سمجھیں کہ یہ اللہ کا کی مدد ہمیں نہیں مل رہی۔</w:t>
      </w:r>
    </w:p>
    <w:p>
      <w:r>
        <w:rPr>
          <w:b/>
        </w:rPr>
        <w:t xml:space="preserve">[39:12] </w:t>
      </w:r>
      <w:r>
        <w:t>yeh do saal do sau saal ka mussalah jihad jab koi positive result na de to is is</w:t>
      </w:r>
    </w:p>
    <w:p>
      <w:pPr>
        <w:jc w:val="right"/>
      </w:pPr>
      <w:r>
        <w:t>یہ دو سال دو سو سال کا مسلح جہاد جب کوئی positive result نہ دے تو اس اس</w:t>
      </w:r>
    </w:p>
    <w:p>
      <w:r>
        <w:rPr>
          <w:b/>
        </w:rPr>
        <w:t xml:space="preserve">[39:17] </w:t>
      </w:r>
      <w:r>
        <w:t>ka bohat hi khula hua nishan hai.</w:t>
      </w:r>
    </w:p>
    <w:p>
      <w:pPr>
        <w:jc w:val="right"/>
      </w:pPr>
      <w:r>
        <w:t>کا بہت ہی کھلا ہوا نشان ہے۔</w:t>
      </w:r>
    </w:p>
    <w:p>
      <w:r>
        <w:rPr>
          <w:b/>
        </w:rPr>
        <w:t xml:space="preserve">[39:22] </w:t>
      </w:r>
      <w:r>
        <w:t>bohat khula hua sign hai ke Allah ki madad nahi aa rahi.</w:t>
      </w:r>
    </w:p>
    <w:p>
      <w:pPr>
        <w:jc w:val="right"/>
      </w:pPr>
      <w:r>
        <w:t>بہت کھلا ہوا sign ہے کہ اللہ کی مدد نہیں آ رہی۔</w:t>
      </w:r>
    </w:p>
    <w:p>
      <w:r>
        <w:rPr>
          <w:b/>
        </w:rPr>
        <w:t xml:space="preserve">[39:27] </w:t>
      </w:r>
      <w:r>
        <w:t>Allah ki madad nahi aa rahi hai.</w:t>
      </w:r>
    </w:p>
    <w:p>
      <w:pPr>
        <w:jc w:val="right"/>
      </w:pPr>
      <w:r>
        <w:t>اللہ کی مدد نہیں آ رہی ہے۔</w:t>
      </w:r>
    </w:p>
    <w:p>
      <w:r>
        <w:rPr>
          <w:b/>
        </w:rPr>
        <w:t xml:space="preserve">[39:32] </w:t>
      </w:r>
      <w:r>
        <w:t>Rasool Allah ko madad aa gayi thi sirf taees saal mein.</w:t>
      </w:r>
    </w:p>
    <w:p>
      <w:pPr>
        <w:jc w:val="right"/>
      </w:pPr>
      <w:r>
        <w:t>رسول اللہ کو مدد آ گئی تھی صرف تئیس سال میں۔</w:t>
      </w:r>
    </w:p>
    <w:p>
      <w:r>
        <w:rPr>
          <w:b/>
        </w:rPr>
        <w:t xml:space="preserve">[39:37] </w:t>
      </w:r>
      <w:r>
        <w:t>23 years mein aa gai thi.</w:t>
      </w:r>
    </w:p>
    <w:p>
      <w:pPr>
        <w:jc w:val="right"/>
      </w:pPr>
      <w:r>
        <w:t>ٹونٹی تھری ایئرز میں آ گئی تھی۔</w:t>
      </w:r>
    </w:p>
    <w:p>
      <w:r>
        <w:rPr>
          <w:b/>
        </w:rPr>
        <w:t xml:space="preserve">[39:43] </w:t>
      </w:r>
      <w:r>
        <w:t>yahan do sau saal mein bhi nahi aayi.</w:t>
      </w:r>
    </w:p>
    <w:p>
      <w:pPr>
        <w:jc w:val="right"/>
      </w:pPr>
      <w:r>
        <w:t>یہاں دو سو سال میں بھی نہیں آئی۔</w:t>
      </w:r>
    </w:p>
    <w:p>
      <w:r>
        <w:rPr>
          <w:b/>
        </w:rPr>
        <w:t xml:space="preserve">[39:48] </w:t>
      </w:r>
      <w:r>
        <w:t>to kyun? Is liye ke hum ne ghalat ab policy banayi, ghalat strategy banayi, ghalat planning ki.</w:t>
      </w:r>
    </w:p>
    <w:p>
      <w:pPr>
        <w:jc w:val="right"/>
      </w:pPr>
      <w:r>
        <w:t>تو کیوں؟ اس لیے کہ ہم نے غلط اب پالیسی بنائی، غلط اسٹریٹجی بنائی، غلط پلاننگ کی۔</w:t>
      </w:r>
    </w:p>
    <w:p>
      <w:r>
        <w:rPr>
          <w:b/>
        </w:rPr>
        <w:t xml:space="preserve">[39:53] </w:t>
      </w:r>
      <w:r>
        <w:t>is liye aisa hua.</w:t>
      </w:r>
    </w:p>
    <w:p>
      <w:pPr>
        <w:jc w:val="right"/>
      </w:pPr>
      <w:r>
        <w:t>اس لیے ایسا ہوا۔</w:t>
      </w:r>
    </w:p>
    <w:p>
      <w:r>
        <w:rPr>
          <w:b/>
        </w:rPr>
        <w:t xml:space="preserve">[39:58] </w:t>
      </w:r>
      <w:r>
        <w:t>dekhein Quran mein hai ke إلهي الصدر الكلم الطيب ولا ملصال يرفع yani Allah ki madad aati hai</w:t>
      </w:r>
    </w:p>
    <w:p>
      <w:pPr>
        <w:jc w:val="right"/>
      </w:pPr>
      <w:r>
        <w:t>دیکھیں قرآن میں ہے کہ إلهي الصدر الكلم الطيب ولا ملصال يرفع یعنی اللہ کی مدد آتی ہے</w:t>
      </w:r>
    </w:p>
    <w:p>
      <w:r>
        <w:rPr>
          <w:b/>
        </w:rPr>
        <w:t xml:space="preserve">[40:03] </w:t>
      </w:r>
      <w:r>
        <w:t>us waqt jab ke insaan ki jo planning ho woh fitrat qanoon ke mutabiq ho.</w:t>
      </w:r>
    </w:p>
    <w:p>
      <w:pPr>
        <w:jc w:val="right"/>
      </w:pPr>
      <w:r>
        <w:t>اس وقت جب کہ انسان کی جو پلاننگ ہو وہ فطرت قانون کے مطابق ہو۔</w:t>
      </w:r>
    </w:p>
    <w:p>
      <w:r>
        <w:rPr>
          <w:b/>
        </w:rPr>
        <w:t xml:space="preserve">[40:08] </w:t>
      </w:r>
      <w:r>
        <w:t>is aayat ka matlab yahi hai ke aap dua karen to aap ki dua ko hona chahiye Allah</w:t>
      </w:r>
    </w:p>
    <w:p>
      <w:pPr>
        <w:jc w:val="right"/>
      </w:pPr>
      <w:r>
        <w:t>اس آیت کا مطلب یہی ہے کہ آپ دعا کریں تو آپ کی دعا کو ہونا چاہیے اللہ</w:t>
      </w:r>
    </w:p>
    <w:p>
      <w:r>
        <w:rPr>
          <w:b/>
        </w:rPr>
        <w:t xml:space="preserve">[40:13] </w:t>
      </w:r>
      <w:r>
        <w:t>ki planning ke mutabiq.</w:t>
      </w:r>
    </w:p>
    <w:p>
      <w:pPr>
        <w:jc w:val="right"/>
      </w:pPr>
      <w:r>
        <w:t>کی پلاننگ کے مطابق۔</w:t>
      </w:r>
    </w:p>
    <w:p>
      <w:r>
        <w:rPr>
          <w:b/>
        </w:rPr>
        <w:t xml:space="preserve">[40:18] </w:t>
      </w:r>
      <w:r>
        <w:t>yani Allah ke yani khalq ka jo planning hai, khalq ka jo scheme of things hai, jo nature</w:t>
      </w:r>
    </w:p>
    <w:p>
      <w:pPr>
        <w:jc w:val="right"/>
      </w:pPr>
      <w:r>
        <w:t>یعنی اللہ کے یعنی خالق کا جو پلاننگ ہے، خالق کا جو scheme of things ہے، جو nature</w:t>
      </w:r>
    </w:p>
    <w:p>
      <w:r>
        <w:rPr>
          <w:b/>
        </w:rPr>
        <w:t xml:space="preserve">[40:23] </w:t>
      </w:r>
      <w:r>
        <w:t>ka nizam banaya hai Allah taala ne, us ke mutabiq tumhari dua hogi, tumhari jahad hogi, tumhari planning</w:t>
      </w:r>
    </w:p>
    <w:p>
      <w:pPr>
        <w:jc w:val="right"/>
      </w:pPr>
      <w:r>
        <w:t>کا نظام بنایا ہے اللہ تعالی نے، اس کے مطابق تمہاری دعا ہوگی، تمہاری جدوجہد ہوگی، تمہاری planning</w:t>
      </w:r>
    </w:p>
    <w:p>
      <w:r>
        <w:rPr>
          <w:b/>
        </w:rPr>
        <w:t xml:space="preserve">[40:28] </w:t>
      </w:r>
      <w:r>
        <w:t>hogi, tab kaam hogi.</w:t>
      </w:r>
    </w:p>
    <w:p>
      <w:pPr>
        <w:jc w:val="right"/>
      </w:pPr>
      <w:r>
        <w:t>ہوگی، تب کام ہوگی۔</w:t>
      </w:r>
    </w:p>
    <w:p>
      <w:r>
        <w:rPr>
          <w:b/>
        </w:rPr>
        <w:t xml:space="preserve">[40:34] </w:t>
      </w:r>
      <w:r>
        <w:t>tab kamyabi hogi.</w:t>
      </w:r>
    </w:p>
    <w:p>
      <w:pPr>
        <w:jc w:val="right"/>
      </w:pPr>
      <w:r>
        <w:t>تب کامیابی ہوگی۔</w:t>
      </w:r>
    </w:p>
    <w:p>
      <w:r>
        <w:rPr>
          <w:b/>
        </w:rPr>
        <w:t xml:space="preserve">[40:39] </w:t>
      </w:r>
      <w:r>
        <w:t>to moajza jo musalmanon ki jo do so saala musallah jahad tha, wo Allah taala ki scheme of</w:t>
      </w:r>
    </w:p>
    <w:p>
      <w:pPr>
        <w:jc w:val="right"/>
      </w:pPr>
      <w:r>
        <w:t>تو معجزہ جو مسلمانوں کی جو دو سو سالہ مسلح جہاد تھا، وہ اللہ تعالی کی scheme of</w:t>
      </w:r>
    </w:p>
    <w:p>
      <w:r>
        <w:rPr>
          <w:b/>
        </w:rPr>
        <w:t xml:space="preserve">[40:44] </w:t>
      </w:r>
      <w:r>
        <w:t>things ke khilaf tha.</w:t>
      </w:r>
    </w:p>
    <w:p>
      <w:pPr>
        <w:jc w:val="right"/>
      </w:pPr>
      <w:r>
        <w:t>things کے خلاف تھا۔</w:t>
      </w:r>
    </w:p>
    <w:p>
      <w:r>
        <w:rPr>
          <w:b/>
        </w:rPr>
        <w:t xml:space="preserve">[40:49] </w:t>
      </w:r>
      <w:r>
        <w:t>Allah taala ke jo scheme of things the, wo wo to yeh hai ke tum dunya ko se</w:t>
      </w:r>
    </w:p>
    <w:p>
      <w:pPr>
        <w:jc w:val="right"/>
      </w:pPr>
      <w:r>
        <w:t>اللہ تعالی کے جو scheme of things تھے، وہ وہ تو یہ ہے کہ تم دنیا کو سے</w:t>
      </w:r>
    </w:p>
    <w:p>
      <w:r>
        <w:rPr>
          <w:b/>
        </w:rPr>
        <w:t xml:space="preserve">[40:54] </w:t>
      </w:r>
      <w:r>
        <w:t>mohabbat ka talluq qaim karo.</w:t>
      </w:r>
    </w:p>
    <w:p>
      <w:pPr>
        <w:jc w:val="right"/>
      </w:pPr>
      <w:r>
        <w:t>محبت کا تعلق قائم کرو۔</w:t>
      </w:r>
    </w:p>
    <w:p>
      <w:r>
        <w:rPr>
          <w:b/>
        </w:rPr>
        <w:t xml:space="preserve">[40:59] </w:t>
      </w:r>
      <w:r>
        <w:t>dunya ko maadood samjho.</w:t>
      </w:r>
    </w:p>
    <w:p>
      <w:pPr>
        <w:jc w:val="right"/>
      </w:pPr>
      <w:r>
        <w:t>دنیا کو معدود سمجھو۔</w:t>
      </w:r>
    </w:p>
    <w:p>
      <w:r>
        <w:rPr>
          <w:b/>
        </w:rPr>
        <w:t xml:space="preserve">[41:04] </w:t>
      </w:r>
      <w:r>
        <w:t>dunya se rivalry khatam karo.</w:t>
      </w:r>
    </w:p>
    <w:p>
      <w:pPr>
        <w:jc w:val="right"/>
      </w:pPr>
      <w:r>
        <w:t>دنیا سے rivalry ختم کرو۔</w:t>
      </w:r>
    </w:p>
    <w:p>
      <w:r>
        <w:rPr>
          <w:b/>
        </w:rPr>
        <w:t xml:space="preserve">[41:09] </w:t>
      </w:r>
      <w:r>
        <w:t>aur muadal halaat paida karo.</w:t>
      </w:r>
    </w:p>
    <w:p>
      <w:pPr>
        <w:jc w:val="right"/>
      </w:pPr>
      <w:r>
        <w:t>اور معادل حالات پیدا کرو۔</w:t>
      </w:r>
    </w:p>
    <w:p>
      <w:r>
        <w:rPr>
          <w:b/>
        </w:rPr>
        <w:t xml:space="preserve">[41:14] </w:t>
      </w:r>
      <w:r>
        <w:t>aur phir is ke baad peaceful duaon par, peaceful duaon par.</w:t>
      </w:r>
    </w:p>
    <w:p>
      <w:pPr>
        <w:jc w:val="right"/>
      </w:pPr>
      <w:r>
        <w:t>اور پھر اس کے بعد peaceful دعاؤں پر، peaceful دعاؤں پر۔</w:t>
      </w:r>
    </w:p>
    <w:p>
      <w:r>
        <w:rPr>
          <w:b/>
        </w:rPr>
        <w:t xml:space="preserve">[41:19] </w:t>
      </w:r>
      <w:r>
        <w:t>saare modern tareeqe ko istemal karte hue.</w:t>
      </w:r>
    </w:p>
    <w:p>
      <w:pPr>
        <w:jc w:val="right"/>
      </w:pPr>
      <w:r>
        <w:t>سارے modern طریقے کو استعمال کرتے ہوئے۔</w:t>
      </w:r>
    </w:p>
    <w:p>
      <w:r>
        <w:rPr>
          <w:b/>
        </w:rPr>
        <w:t xml:space="preserve">[41:25] </w:t>
      </w:r>
      <w:r>
        <w:t>to Allah taala ki scheme khush thi aur musalman khush kar rahe hain.</w:t>
      </w:r>
    </w:p>
    <w:p>
      <w:pPr>
        <w:jc w:val="right"/>
      </w:pPr>
      <w:r>
        <w:t>تو اللہ تعالی کی scheme خوش تھی اور مسلمان خوش کر رہے ہیں۔</w:t>
      </w:r>
    </w:p>
    <w:p>
      <w:r>
        <w:rPr>
          <w:b/>
        </w:rPr>
        <w:t xml:space="preserve">[41:30] </w:t>
      </w:r>
      <w:r>
        <w:t>yeh aisa hi hai jaise ke Allah taala ne barish ki is liye ke kisan jaye khet mein</w:t>
      </w:r>
    </w:p>
    <w:p>
      <w:pPr>
        <w:jc w:val="right"/>
      </w:pPr>
      <w:r>
        <w:t>یہ ایسا ہی ہے جیسے کہ اللہ تعالی نے بارش کی اس لیے کہ کسان جائے کھیت میں</w:t>
      </w:r>
    </w:p>
    <w:p>
      <w:r>
        <w:rPr>
          <w:b/>
        </w:rPr>
        <w:t xml:space="preserve">[41:35] </w:t>
      </w:r>
      <w:r>
        <w:t>aur kisan chalayega aaye kahan? Qalb mein chalayega.</w:t>
      </w:r>
    </w:p>
    <w:p>
      <w:pPr>
        <w:jc w:val="right"/>
      </w:pPr>
      <w:r>
        <w:t>اور کسان چلائے گا آئے کہاں؟ قلب میں چلائے گا۔</w:t>
      </w:r>
    </w:p>
    <w:p>
      <w:r>
        <w:rPr>
          <w:b/>
        </w:rPr>
        <w:t xml:space="preserve">[41:40] </w:t>
      </w:r>
      <w:r>
        <w:t>yani barish hone ka matlab nahi ke aaye kisan tum kahin khet mein jao.</w:t>
      </w:r>
    </w:p>
    <w:p>
      <w:pPr>
        <w:jc w:val="right"/>
      </w:pPr>
      <w:r>
        <w:t>یعنی بارش ہونے کا مطلب نہیں کہ آئے کسان تم کہیں کھیت میں جاؤ۔</w:t>
      </w:r>
    </w:p>
    <w:p>
      <w:r>
        <w:rPr>
          <w:b/>
        </w:rPr>
        <w:t xml:space="preserve">[41:45] </w:t>
      </w:r>
      <w:r>
        <w:t>is waqt kisan agar qalb ka masjid mein chala jaye tab bhi galat karega woh.</w:t>
      </w:r>
    </w:p>
    <w:p>
      <w:pPr>
        <w:jc w:val="right"/>
      </w:pPr>
      <w:r>
        <w:t>اس وقت کسان اگر قلب کا مسجد میں چلا جائے تب بھی غلط کرے گا وہ۔</w:t>
      </w:r>
    </w:p>
    <w:p>
      <w:r>
        <w:rPr>
          <w:b/>
        </w:rPr>
        <w:t xml:space="preserve">[41:50] </w:t>
      </w:r>
      <w:r>
        <w:t>yeh nahi ke ja ke masjid mein ja ke itkaf kar le.</w:t>
      </w:r>
    </w:p>
    <w:p>
      <w:pPr>
        <w:jc w:val="right"/>
      </w:pPr>
      <w:r>
        <w:t>یہ نہیں کہ جا کے مسجد میں جا کے اعتکاف کر لے۔</w:t>
      </w:r>
    </w:p>
    <w:p>
      <w:r>
        <w:rPr>
          <w:b/>
        </w:rPr>
        <w:t xml:space="preserve">[41:55] </w:t>
      </w:r>
      <w:r>
        <w:t>yani Allah taala ne kisan, Allah taala ne barish kar ke kisan se kaha tum khet mein jao.</w:t>
      </w:r>
    </w:p>
    <w:p>
      <w:pPr>
        <w:jc w:val="right"/>
      </w:pPr>
      <w:r>
        <w:t>یعنی اللہ تعالی نے کسان، اللہ تعالی نے بارش کر کے کسان سے کہا تم کھیت میں جاؤ۔</w:t>
      </w:r>
    </w:p>
    <w:p>
      <w:r>
        <w:rPr>
          <w:b/>
        </w:rPr>
        <w:t xml:space="preserve">[42:00] </w:t>
      </w:r>
      <w:r>
        <w:t>aur idhar kisan ne kiya kiya? Aakar masjid mein itkaf kar liya.</w:t>
      </w:r>
    </w:p>
    <w:p>
      <w:pPr>
        <w:jc w:val="right"/>
      </w:pPr>
      <w:r>
        <w:t>اور ادھر کسان نے کیا کیا؟ آ کر مسجد میں اعتکاف کر لیا۔</w:t>
      </w:r>
    </w:p>
    <w:p>
      <w:r>
        <w:rPr>
          <w:b/>
        </w:rPr>
        <w:t xml:space="preserve">[42:05] </w:t>
      </w:r>
      <w:r>
        <w:t>to wo Allah ke Allah ke planning ke khilaf ho jayega.</w:t>
      </w:r>
    </w:p>
    <w:p>
      <w:pPr>
        <w:jc w:val="right"/>
      </w:pPr>
      <w:r>
        <w:t>تو وہ اللہ کے اللہ کے planning کے خلاف ہو جائے گا۔</w:t>
      </w:r>
    </w:p>
    <w:p>
      <w:r>
        <w:rPr>
          <w:b/>
        </w:rPr>
        <w:t xml:space="preserve">[42:10] </w:t>
      </w:r>
      <w:r>
        <w:t>barish ke waqt aap ko khet mein jana hai, masjid mein itkaf nahi karna hai.</w:t>
      </w:r>
    </w:p>
    <w:p>
      <w:pPr>
        <w:jc w:val="right"/>
      </w:pPr>
      <w:r>
        <w:t>بارش کے وقت آپ کو کھیت میں جانا ہے، مسجد میں اعتکاف نہیں کرنا ہے۔</w:t>
      </w:r>
    </w:p>
    <w:p>
      <w:r>
        <w:rPr>
          <w:b/>
        </w:rPr>
        <w:t xml:space="preserve">[42:16] </w:t>
      </w:r>
      <w:r>
        <w:t>isi tareeqay say jo modern halaat hain, ab mussalah jihad nahi karna hai aap ko, peaceful jihad aap</w:t>
      </w:r>
    </w:p>
    <w:p>
      <w:pPr>
        <w:jc w:val="right"/>
      </w:pPr>
      <w:r>
        <w:t>اسی طریقے سے جو modern حالات ہیں، اب مسلح جہاد نہیں کرنا ہے آپ کو، peaceful جہاد آپ</w:t>
      </w:r>
    </w:p>
    <w:p>
      <w:r>
        <w:rPr>
          <w:b/>
        </w:rPr>
        <w:t xml:space="preserve">[42:21] </w:t>
      </w:r>
      <w:r>
        <w:t>ko karna hai.</w:t>
      </w:r>
    </w:p>
    <w:p>
      <w:pPr>
        <w:jc w:val="right"/>
      </w:pPr>
      <w:r>
        <w:t>کو کرنا ہے۔</w:t>
      </w:r>
    </w:p>
    <w:p>
      <w:r>
        <w:rPr>
          <w:b/>
        </w:rPr>
        <w:t xml:space="preserve">[42:26] </w:t>
      </w:r>
      <w:r>
        <w:t>kyun kay saray mawaqay khul gaye.</w:t>
      </w:r>
    </w:p>
    <w:p>
      <w:pPr>
        <w:jc w:val="right"/>
      </w:pPr>
      <w:r>
        <w:t>کیونکہ سارے مواقع کھل گئے۔</w:t>
      </w:r>
    </w:p>
    <w:p>
      <w:r>
        <w:rPr>
          <w:b/>
        </w:rPr>
        <w:t xml:space="preserve">[42:31] </w:t>
      </w:r>
      <w:r>
        <w:t>aur yeh jo jo aaj kal jo kuch political thickness paida hui hai musalmanon mein, twentieth century mein,</w:t>
      </w:r>
    </w:p>
    <w:p>
      <w:pPr>
        <w:jc w:val="right"/>
      </w:pPr>
      <w:r>
        <w:t>اور یہ جو جو آج کل جو کچھ political thickness پیدا ہوئی ہے مسلمانوں میں، twentieth century میں،</w:t>
      </w:r>
    </w:p>
    <w:p>
      <w:r>
        <w:rPr>
          <w:b/>
        </w:rPr>
        <w:t xml:space="preserve">[42:36] </w:t>
      </w:r>
      <w:r>
        <w:t>unhon nay aik mislead kiya musalmanon ko, ghalat rehnumai di kay Islam ka maqsad hai hukoomat qaim karna.</w:t>
      </w:r>
    </w:p>
    <w:p>
      <w:pPr>
        <w:jc w:val="right"/>
      </w:pPr>
      <w:r>
        <w:t>انہوں نے ایک mislead کیا مسلمانوں کو، غلط رہنمائی دی کہ اسلام کا مقصد ہے حکومت قائم کرنا۔</w:t>
      </w:r>
    </w:p>
    <w:p>
      <w:r>
        <w:rPr>
          <w:b/>
        </w:rPr>
        <w:t xml:space="preserve">[42:41] </w:t>
      </w:r>
      <w:r>
        <w:t>Islam ka maqsad hai hukoomat qaim karna.</w:t>
      </w:r>
    </w:p>
    <w:p>
      <w:pPr>
        <w:jc w:val="right"/>
      </w:pPr>
      <w:r>
        <w:t>اسلام کا مقصد ہے حکومت قائم کرنا۔</w:t>
      </w:r>
    </w:p>
    <w:p>
      <w:r>
        <w:rPr>
          <w:b/>
        </w:rPr>
        <w:t xml:space="preserve">[42:46] </w:t>
      </w:r>
      <w:r>
        <w:t>to ab hukoomat ki lar rahay hain woh.</w:t>
      </w:r>
    </w:p>
    <w:p>
      <w:pPr>
        <w:jc w:val="right"/>
      </w:pPr>
      <w:r>
        <w:t>تو اب حکومت کی لڑ رہے ہیں وہ۔</w:t>
      </w:r>
    </w:p>
    <w:p>
      <w:r>
        <w:rPr>
          <w:b/>
        </w:rPr>
        <w:t xml:space="preserve">[42:51] </w:t>
      </w:r>
      <w:r>
        <w:t>halankay yeh maqsad hi nahi hai.</w:t>
      </w:r>
    </w:p>
    <w:p>
      <w:pPr>
        <w:jc w:val="right"/>
      </w:pPr>
      <w:r>
        <w:t>حالانکہ یہ مقصد ہی نہیں ہے۔</w:t>
      </w:r>
    </w:p>
    <w:p>
      <w:r>
        <w:rPr>
          <w:b/>
        </w:rPr>
        <w:t xml:space="preserve">[42:56] </w:t>
      </w:r>
      <w:r>
        <w:t>saray Quran mein koi aik ayat aisi nahi hai jis mein yeh bataye ga kay aye musalmanon!</w:t>
      </w:r>
    </w:p>
    <w:p>
      <w:pPr>
        <w:jc w:val="right"/>
      </w:pPr>
      <w:r>
        <w:t>سارے قرآن میں کوئی ایک آیت ایسی نہیں ہے جس میں یہ بتائے گا کہ اے مسلمانوں!</w:t>
      </w:r>
    </w:p>
    <w:p>
      <w:r>
        <w:rPr>
          <w:b/>
        </w:rPr>
        <w:t xml:space="preserve">[43:02] </w:t>
      </w:r>
      <w:r>
        <w:t>tum political power hasil karo aur hukoomat qaim karo, qanoon naafiz karo.</w:t>
      </w:r>
    </w:p>
    <w:p>
      <w:pPr>
        <w:jc w:val="right"/>
      </w:pPr>
      <w:r>
        <w:t>تم political power حاصل کرو اور حکومت قائم کرو، قانون نافذ کرو۔</w:t>
      </w:r>
    </w:p>
    <w:p>
      <w:r>
        <w:rPr>
          <w:b/>
        </w:rPr>
        <w:t xml:space="preserve">[43:08] </w:t>
      </w:r>
      <w:r>
        <w:t>yeh hai hi nahi kahin Quran majeed mein.</w:t>
      </w:r>
    </w:p>
    <w:p>
      <w:pPr>
        <w:jc w:val="right"/>
      </w:pPr>
      <w:r>
        <w:t>یہ ہے ہی نہیں کہیں قرآن مجید میں۔</w:t>
      </w:r>
    </w:p>
    <w:p>
      <w:r>
        <w:rPr>
          <w:b/>
        </w:rPr>
        <w:t xml:space="preserve">[43:14] </w:t>
      </w:r>
      <w:r>
        <w:t>yeh to khud sakhta hai.</w:t>
      </w:r>
    </w:p>
    <w:p>
      <w:pPr>
        <w:jc w:val="right"/>
      </w:pPr>
      <w:r>
        <w:t>یہ تو خود ساختہ ہے۔</w:t>
      </w:r>
    </w:p>
    <w:p>
      <w:r>
        <w:rPr>
          <w:b/>
        </w:rPr>
        <w:t xml:space="preserve">[43:20] </w:t>
      </w:r>
      <w:r>
        <w:t>yeh khud sakhta baat hai.</w:t>
      </w:r>
    </w:p>
    <w:p>
      <w:pPr>
        <w:jc w:val="right"/>
      </w:pPr>
      <w:r>
        <w:t>یہ خود ساختہ بات ہے۔</w:t>
      </w:r>
    </w:p>
    <w:p>
      <w:r>
        <w:rPr>
          <w:b/>
        </w:rPr>
        <w:t xml:space="preserve">[43:26] </w:t>
      </w:r>
      <w:r>
        <w:t>yeh to distortion hai.</w:t>
      </w:r>
    </w:p>
    <w:p>
      <w:pPr>
        <w:jc w:val="right"/>
      </w:pPr>
      <w:r>
        <w:t>یہ تو distortion ہے۔</w:t>
      </w:r>
    </w:p>
    <w:p>
      <w:r>
        <w:rPr>
          <w:b/>
        </w:rPr>
        <w:t xml:space="preserve">[43:32] </w:t>
      </w:r>
      <w:r>
        <w:t>to kuch political thickness baisveen sadi mein uthay, unhon nay nazriya diya kay Islam ka nishana hukoomat hai.</w:t>
      </w:r>
    </w:p>
    <w:p>
      <w:pPr>
        <w:jc w:val="right"/>
      </w:pPr>
      <w:r>
        <w:t>تو کچھ political thickness بیسویں صدی میں اٹھے، انہوں نے نظریہ دیا کہ اسلام کا نشانہ حکومت ہے۔</w:t>
      </w:r>
    </w:p>
    <w:p>
      <w:r>
        <w:rPr>
          <w:b/>
        </w:rPr>
        <w:t xml:space="preserve">[43:38] </w:t>
      </w:r>
      <w:r>
        <w:t>musalmanon ka farz hai kay woh lar bher kar kay hukoomat qaim karen.</w:t>
      </w:r>
    </w:p>
    <w:p>
      <w:pPr>
        <w:jc w:val="right"/>
      </w:pPr>
      <w:r>
        <w:t>مسلمانوں کا فرض ہے کہ وہ لڑ بھڑ کر کے حکومت قائم کریں۔</w:t>
      </w:r>
    </w:p>
    <w:p>
      <w:r>
        <w:rPr>
          <w:b/>
        </w:rPr>
        <w:t xml:space="preserve">[43:45] </w:t>
      </w:r>
      <w:r>
        <w:t>yeh to nishani ghalat tha.</w:t>
      </w:r>
    </w:p>
    <w:p>
      <w:pPr>
        <w:jc w:val="right"/>
      </w:pPr>
      <w:r>
        <w:t>یہ تو نشانی غلط تھا۔</w:t>
      </w:r>
    </w:p>
    <w:p>
      <w:r>
        <w:rPr>
          <w:b/>
        </w:rPr>
        <w:t xml:space="preserve">[43:51] </w:t>
      </w:r>
      <w:r>
        <w:t>to is waqt Allah ki madad kaisay aye gi? is ki madad nahi aa sakti hai.</w:t>
      </w:r>
    </w:p>
    <w:p>
      <w:pPr>
        <w:jc w:val="right"/>
      </w:pPr>
      <w:r>
        <w:t>تو اس وقت اللہ کی مدد کیسے آئے گی؟ اس کی مدد نہیں آ سکتی ہے۔</w:t>
      </w:r>
    </w:p>
    <w:p>
      <w:r>
        <w:rPr>
          <w:b/>
        </w:rPr>
        <w:t xml:space="preserve">[43:57] </w:t>
      </w:r>
      <w:r>
        <w:t>Allah ka jo diya hua jo nishana hai, woh peaceful duaon par hai.</w:t>
      </w:r>
    </w:p>
    <w:p>
      <w:pPr>
        <w:jc w:val="right"/>
      </w:pPr>
      <w:r>
        <w:t>اللہ کا جو دیا ہوا جو نشانہ ہے، وہ peaceful دعاؤں پر ہے۔</w:t>
      </w:r>
    </w:p>
    <w:p>
      <w:r>
        <w:rPr>
          <w:b/>
        </w:rPr>
        <w:t xml:space="preserve">[44:03] </w:t>
      </w:r>
      <w:r>
        <w:t>peaceful duaon par.</w:t>
      </w:r>
    </w:p>
    <w:p>
      <w:pPr>
        <w:jc w:val="right"/>
      </w:pPr>
      <w:r>
        <w:t>peaceful دعاؤں پر۔</w:t>
      </w:r>
    </w:p>
    <w:p>
      <w:r>
        <w:rPr>
          <w:b/>
        </w:rPr>
        <w:t xml:space="preserve">[44:09] </w:t>
      </w:r>
      <w:r>
        <w:t>to mein samajhta hoon kay itna wazeh yeh baat hai, itna wazeh yeh baat hai kay suraj ki</w:t>
      </w:r>
    </w:p>
    <w:p>
      <w:pPr>
        <w:jc w:val="right"/>
      </w:pPr>
      <w:r>
        <w:t>تو میں سمجھتا ہوں کہ اتنا واضح یہ بات ہے، اتنا واضح یہ بات ہے کہ سورج کی</w:t>
      </w:r>
    </w:p>
    <w:p>
      <w:r>
        <w:rPr>
          <w:b/>
        </w:rPr>
        <w:t xml:space="preserve">[44:15] </w:t>
      </w:r>
      <w:r>
        <w:t>tarah roshan hai aur aik aik shakhs ko chahiye kay aankh kholay aur warna woh haal na woh</w:t>
      </w:r>
    </w:p>
    <w:p>
      <w:pPr>
        <w:jc w:val="right"/>
      </w:pPr>
      <w:r>
        <w:t>طرح روشن ہے اور ایک ایک شخص کو چاہیے کہ آنکھ کھولے اور ورنہ وہ حال نہ وہ</w:t>
      </w:r>
    </w:p>
    <w:p>
      <w:r>
        <w:rPr>
          <w:b/>
        </w:rPr>
        <w:t xml:space="preserve">[44:22] </w:t>
      </w:r>
      <w:r>
        <w:t>haal hoga jo Quran mein aya hai kay kay jo dunya mein andha raha, woh akhirat mein bhi</w:t>
      </w:r>
    </w:p>
    <w:p>
      <w:pPr>
        <w:jc w:val="right"/>
      </w:pPr>
      <w:r>
        <w:t>حال ہوگا جو قرآن میں آیا ہے کہ کہ جو دنیا میں اندھا رہا، وہ آخرت میں بھی</w:t>
      </w:r>
    </w:p>
    <w:p>
      <w:r>
        <w:rPr>
          <w:b/>
        </w:rPr>
        <w:t xml:space="preserve">[44:28] </w:t>
      </w:r>
      <w:r>
        <w:t>andha rahay ga.</w:t>
      </w:r>
    </w:p>
    <w:p>
      <w:pPr>
        <w:jc w:val="right"/>
      </w:pPr>
      <w:r>
        <w:t>اندھا رہے گا۔</w:t>
      </w:r>
    </w:p>
    <w:p>
      <w:r>
        <w:rPr>
          <w:b/>
        </w:rPr>
        <w:t xml:space="preserve">[44:34] </w:t>
      </w:r>
      <w:r>
        <w:t>man kan hafiyadh y'ama fahuwa fil akhirati a'maa to agar aap Allah ki awaz ko na sunen, Allah</w:t>
      </w:r>
    </w:p>
    <w:p>
      <w:pPr>
        <w:jc w:val="right"/>
      </w:pPr>
      <w:r>
        <w:t>من کان حفياض یعما فهو فی الآخرة اعمى تو اگر آپ اللہ کی آواز کو نہ سنیں، اللہ</w:t>
      </w:r>
    </w:p>
    <w:p>
      <w:r>
        <w:rPr>
          <w:b/>
        </w:rPr>
        <w:t xml:space="preserve">[44:40] </w:t>
      </w:r>
      <w:r>
        <w:t>ki scheme ko na samjhein, Allah ki planning ko aap na samjhein to is mani ke aap aap</w:t>
      </w:r>
    </w:p>
    <w:p>
      <w:pPr>
        <w:jc w:val="right"/>
      </w:pPr>
      <w:r>
        <w:t>کی scheme کو نہ سمجھیں، اللہ کی planning کو آپ نہ سمجھیں تو اس معنی کہ آپ آپ</w:t>
      </w:r>
    </w:p>
    <w:p>
      <w:r>
        <w:rPr>
          <w:b/>
        </w:rPr>
        <w:t xml:space="preserve">[44:46] </w:t>
      </w:r>
      <w:r>
        <w:t>blind thay dunya mein, blind.</w:t>
      </w:r>
    </w:p>
    <w:p>
      <w:pPr>
        <w:jc w:val="right"/>
      </w:pPr>
      <w:r>
        <w:t>blind تھے دنیا میں، blind۔</w:t>
      </w:r>
    </w:p>
    <w:p>
      <w:r>
        <w:rPr>
          <w:b/>
        </w:rPr>
        <w:t xml:space="preserve">[44:52] </w:t>
      </w:r>
      <w:r>
        <w:t>to meri dua hai ke Allah taala hum ko samajh de.</w:t>
      </w:r>
    </w:p>
    <w:p>
      <w:pPr>
        <w:jc w:val="right"/>
      </w:pPr>
      <w:r>
        <w:t>تو میری دعا ہے کہ اللہ تعالی ہم کو سمجھ دے۔</w:t>
      </w:r>
    </w:p>
    <w:p>
      <w:r>
        <w:rPr>
          <w:b/>
        </w:rPr>
        <w:t xml:space="preserve">[44:59] </w:t>
      </w:r>
      <w:r>
        <w:t>Assalam o alaikum warahamatullahi مولانا, sawal lene se pehle ek comment parhna chahenge hum, aa jo ataa</w:t>
      </w:r>
    </w:p>
    <w:p>
      <w:pPr>
        <w:jc w:val="right"/>
      </w:pPr>
      <w:r>
        <w:t>السلام علیکم ورحمة الله مولانا، سوال لینے سے پہلے ایک کمنٹ پڑھنا چاہیں گے ہم، آ جو عطاء</w:t>
      </w:r>
    </w:p>
    <w:p>
      <w:r>
        <w:rPr>
          <w:b/>
        </w:rPr>
        <w:t xml:space="preserve">[45:05] </w:t>
      </w:r>
      <w:r>
        <w:t>Allah Butt sahib ne bheja hai America se aur unhon ne likha hai: "Janab Maulana sahib in countless</w:t>
      </w:r>
    </w:p>
    <w:p>
      <w:pPr>
        <w:jc w:val="right"/>
      </w:pPr>
      <w:r>
        <w:t>اللہ بٹ صاحب نے بھیجا ہے امریکہ سے اور انہوں نے لکھا ہے: "جناب مولانا صاحب in countless</w:t>
      </w:r>
    </w:p>
    <w:p>
      <w:r>
        <w:rPr>
          <w:b/>
        </w:rPr>
        <w:t xml:space="preserve">[45:11] </w:t>
      </w:r>
      <w:r>
        <w:t>ways attempts to strengthen our hope and belief in the possibility of change, not wasting any time or opportunity.</w:t>
      </w:r>
    </w:p>
    <w:p>
      <w:pPr>
        <w:jc w:val="right"/>
      </w:pPr>
      <w:r>
        <w:t>ways attempts to strengthen our hope and belief in the possibility of change, not wasting any time or opportunity.</w:t>
      </w:r>
    </w:p>
    <w:p>
      <w:r>
        <w:rPr>
          <w:b/>
        </w:rPr>
        <w:t xml:space="preserve">[45:17] </w:t>
      </w:r>
      <w:r>
        <w:t>He is illuminating the path of ehsaan and the path of daawa, helping us to realize old thoughts</w:t>
      </w:r>
    </w:p>
    <w:p>
      <w:pPr>
        <w:jc w:val="right"/>
      </w:pPr>
      <w:r>
        <w:t>He is illuminating the path of احسان and the path of دعویٰ, helping us to realize old thoughts</w:t>
      </w:r>
    </w:p>
    <w:p>
      <w:r>
        <w:rPr>
          <w:b/>
        </w:rPr>
        <w:t xml:space="preserve">[45:23] </w:t>
      </w:r>
      <w:r>
        <w:t>that have kept us separate, disconnected, split, and drained of any power.</w:t>
      </w:r>
    </w:p>
    <w:p>
      <w:pPr>
        <w:jc w:val="right"/>
      </w:pPr>
      <w:r>
        <w:t>that have kept us separate, disconnected, split, and drained of any power.</w:t>
      </w:r>
    </w:p>
    <w:p>
      <w:r>
        <w:rPr>
          <w:b/>
        </w:rPr>
        <w:t xml:space="preserve">[45:29] </w:t>
      </w:r>
      <w:r>
        <w:t>He guides us step by step to open our minds and hearts to God.</w:t>
      </w:r>
    </w:p>
    <w:p>
      <w:pPr>
        <w:jc w:val="right"/>
      </w:pPr>
      <w:r>
        <w:t>He guides us step by step to open our minds and hearts to God.</w:t>
      </w:r>
    </w:p>
    <w:p>
      <w:r>
        <w:rPr>
          <w:b/>
        </w:rPr>
        <w:t xml:space="preserve">[45:36] </w:t>
      </w:r>
      <w:r>
        <w:t>May we all be the benefactors of his efforts. May Allah Ta'ala preserve, protect, and reward him and you all.</w:t>
      </w:r>
    </w:p>
    <w:p>
      <w:pPr>
        <w:jc w:val="right"/>
      </w:pPr>
      <w:r>
        <w:t>May we all be the benefactors of his efforts. May Allah Ta'ala preserve, protect, and reward him and you all.</w:t>
      </w:r>
    </w:p>
    <w:p>
      <w:r>
        <w:rPr>
          <w:b/>
        </w:rPr>
        <w:t xml:space="preserve">[45:45] </w:t>
      </w:r>
      <w:r>
        <w:t>Many thanks, and I also wish a very happy New Year." Jazakumullah مولانا Dr. Aa Safina Tabassum</w:t>
      </w:r>
    </w:p>
    <w:p>
      <w:pPr>
        <w:jc w:val="right"/>
      </w:pPr>
      <w:r>
        <w:t>Many thanks, and I also wish a very happy New Year." جزاکم اللہ مولانا ڈاکٹر آ صفینہ تبسم</w:t>
      </w:r>
    </w:p>
    <w:p>
      <w:r>
        <w:rPr>
          <w:b/>
        </w:rPr>
        <w:t xml:space="preserve">[45:51] </w:t>
      </w:r>
      <w:r>
        <w:t>ne ne bhi Ajmer se aa ek comment bheja hai, unhon ne likha hai ke "I must say</w:t>
      </w:r>
    </w:p>
    <w:p>
      <w:pPr>
        <w:jc w:val="right"/>
      </w:pPr>
      <w:r>
        <w:t>نے نے بھی اجمیر سے آ ایک کمنٹ بھیجا ہے، انہوں نے لکھا ہے کہ "I must say</w:t>
      </w:r>
    </w:p>
    <w:p>
      <w:r>
        <w:rPr>
          <w:b/>
        </w:rPr>
        <w:t xml:space="preserve">[45:58] </w:t>
      </w:r>
      <w:r>
        <w:t>that Maulana sahib gave a very clear message in his lecture today.</w:t>
      </w:r>
    </w:p>
    <w:p>
      <w:pPr>
        <w:jc w:val="right"/>
      </w:pPr>
      <w:r>
        <w:t>that مولانا صاحب gave a very clear message in his lecture today.</w:t>
      </w:r>
    </w:p>
    <w:p>
      <w:r>
        <w:rPr>
          <w:b/>
        </w:rPr>
        <w:t xml:space="preserve">[46:05] </w:t>
      </w:r>
      <w:r>
        <w:t>I pray to God to keep us on the right path and use us in his scheme of</w:t>
      </w:r>
    </w:p>
    <w:p>
      <w:pPr>
        <w:jc w:val="right"/>
      </w:pPr>
      <w:r>
        <w:t>I pray to God to keep us on the right path and use us in his scheme of</w:t>
      </w:r>
    </w:p>
    <w:p>
      <w:r>
        <w:rPr>
          <w:b/>
        </w:rPr>
        <w:t xml:space="preserve">[46:11] </w:t>
      </w:r>
      <w:r>
        <w:t>things." Jazakumullah مولانا, ab hum sawal lete hain, yeh sawal Dr. Farida Khanam ne bheja hai Delhi</w:t>
      </w:r>
    </w:p>
    <w:p>
      <w:pPr>
        <w:jc w:val="right"/>
      </w:pPr>
      <w:r>
        <w:t>things." جزاکم اللہ مولانا، اب ہم سوال لیتے ہیں، یہ سوال ڈاکٹر فریدہ خانم نے بھیجا ہے دلی</w:t>
      </w:r>
    </w:p>
    <w:p>
      <w:r>
        <w:rPr>
          <w:b/>
        </w:rPr>
        <w:t xml:space="preserve">[46:18] </w:t>
      </w:r>
      <w:r>
        <w:t>se aur unhon ne likha hai ke "A Christian posted his comment on WhatsApp that he hated Islam</w:t>
      </w:r>
    </w:p>
    <w:p>
      <w:pPr>
        <w:jc w:val="right"/>
      </w:pPr>
      <w:r>
        <w:t>سے اور انہوں نے لکھا ہے کہ "A Christian posted his comment on WhatsApp that he hated Islam</w:t>
      </w:r>
    </w:p>
    <w:p>
      <w:r>
        <w:rPr>
          <w:b/>
        </w:rPr>
        <w:t xml:space="preserve">[46:25] </w:t>
      </w:r>
      <w:r>
        <w:t>as he believed it was a religion of violence.</w:t>
      </w:r>
    </w:p>
    <w:p>
      <w:pPr>
        <w:jc w:val="right"/>
      </w:pPr>
      <w:r>
        <w:t>as he believed it was a religion of violence.</w:t>
      </w:r>
    </w:p>
    <w:p>
      <w:r>
        <w:rPr>
          <w:b/>
        </w:rPr>
        <w:t xml:space="preserve">[46:32] </w:t>
      </w:r>
      <w:r>
        <w:t>But he says I have read some of Maulana Wahiduddin Khan's writings. These are very unlike the Islam I know. Now he wants to read more about Islam. Maulana, what is your comment on this?</w:t>
      </w:r>
    </w:p>
    <w:p>
      <w:pPr>
        <w:jc w:val="right"/>
      </w:pPr>
      <w:r>
        <w:t>But he says I have read some of مولانا وحید الدین خان's writings. These are very unlike the Islam I know. Now he wants to read more about Islam. مولانا، what is your comment on this?</w:t>
      </w:r>
    </w:p>
    <w:p>
      <w:r>
        <w:rPr>
          <w:b/>
        </w:rPr>
        <w:t xml:space="preserve">[46:48] </w:t>
      </w:r>
      <w:r>
        <w:t>" Bhai dekhein, yeh jo comment aaya hai, mere is nazariye ki taeed karta hai ke humein supporting</w:t>
      </w:r>
    </w:p>
    <w:p>
      <w:pPr>
        <w:jc w:val="right"/>
      </w:pPr>
      <w:r>
        <w:t>" بھائی دیکھیں، یہ جو کمنٹ آیا ہے، میرے اس نظریے کی تائید کرتا ہے کہ ہمیں supporting</w:t>
      </w:r>
    </w:p>
    <w:p>
      <w:r>
        <w:rPr>
          <w:b/>
        </w:rPr>
        <w:t xml:space="preserve">[46:54] </w:t>
      </w:r>
      <w:r>
        <w:t>literature bhi phailana hai, tarjume ke sath sath.</w:t>
      </w:r>
    </w:p>
    <w:p>
      <w:pPr>
        <w:jc w:val="right"/>
      </w:pPr>
      <w:r>
        <w:t>literature بھی پھیلانا ہے، ترجمے کے ساتھ ساتھ۔</w:t>
      </w:r>
    </w:p>
    <w:p>
      <w:r>
        <w:rPr>
          <w:b/>
        </w:rPr>
        <w:t xml:space="preserve">[47:00] </w:t>
      </w:r>
      <w:r>
        <w:t>Yaani pehla kaam hai ke hum Quran ke tarjume tamam zabanon mein tayyar kar ke phailayein.</w:t>
      </w:r>
    </w:p>
    <w:p>
      <w:pPr>
        <w:jc w:val="right"/>
      </w:pPr>
      <w:r>
        <w:t>یعنی پہلا کام ہے کہ ہم قرآن کے ترجمے تمام زبانوں میں تیار کر کے پھیلائیں۔</w:t>
      </w:r>
    </w:p>
    <w:p>
      <w:r>
        <w:rPr>
          <w:b/>
        </w:rPr>
        <w:t xml:space="preserve">[47:06] </w:t>
      </w:r>
      <w:r>
        <w:t>Sath sath yeh bohat hi ahem baat yeh bhi hai ke supporting literature jis ko mein kehta hoon,</w:t>
      </w:r>
    </w:p>
    <w:p>
      <w:pPr>
        <w:jc w:val="right"/>
      </w:pPr>
      <w:r>
        <w:t>ساتھ ساتھ یہ بہت ہی اہم بات یہ بھی ہے کہ supporting literature جس کو میں کہتا ہوں،</w:t>
      </w:r>
    </w:p>
    <w:p>
      <w:r>
        <w:rPr>
          <w:b/>
        </w:rPr>
        <w:t xml:space="preserve">[47:12] </w:t>
      </w:r>
      <w:r>
        <w:t>kyun ke agar aap aisa literature nahi phailayeinge to sirf tarjume se poori baat clear nahi hogi.</w:t>
      </w:r>
    </w:p>
    <w:p>
      <w:pPr>
        <w:jc w:val="right"/>
      </w:pPr>
      <w:r>
        <w:t>کیونکہ اگر آپ ایسا literature نہیں پھیلائیں گے تو صرف ترجمے سے پوری بات clear نہیں ہوگی۔</w:t>
      </w:r>
    </w:p>
    <w:p>
      <w:r>
        <w:rPr>
          <w:b/>
        </w:rPr>
        <w:t xml:space="preserve">[47:18] </w:t>
      </w:r>
      <w:r>
        <w:t>Kyun ke aaj ka insan jo hai, us ko samne rakh kar ke aap ko supporting literature phailana hai.</w:t>
      </w:r>
    </w:p>
    <w:p>
      <w:pPr>
        <w:jc w:val="right"/>
      </w:pPr>
      <w:r>
        <w:t>کیونکہ آج کا انسان جو ہے، اس کو سامنے رکھ کر کے آپ کو supporting literature پھیلانا ہے۔</w:t>
      </w:r>
    </w:p>
    <w:p>
      <w:r>
        <w:rPr>
          <w:b/>
        </w:rPr>
        <w:t xml:space="preserve">[47:24] </w:t>
      </w:r>
      <w:r>
        <w:t>Allah ke fazal se hamare mission mein supporting literature bohat bari tadad mein tayyar kiya gaya hai.</w:t>
      </w:r>
    </w:p>
    <w:p>
      <w:pPr>
        <w:jc w:val="right"/>
      </w:pPr>
      <w:r>
        <w:t>اللہ کے فضل سے ہمارے مشن میں supporting literature بہت بڑی تعداد میں تیار کیا گیا ہے۔</w:t>
      </w:r>
    </w:p>
    <w:p>
      <w:r>
        <w:rPr>
          <w:b/>
        </w:rPr>
        <w:t xml:space="preserve">[47:30] </w:t>
      </w:r>
      <w:r>
        <w:t>To logon ko chahiye ke woh Quran ke tarjume hi phailayein aur is hamare sath jo kitabein chapi</w:t>
      </w:r>
    </w:p>
    <w:p>
      <w:pPr>
        <w:jc w:val="right"/>
      </w:pPr>
      <w:r>
        <w:t>تو لوگوں کو چاہیے کہ وہ قرآن کے ترجمے ہی پھیلائیں اور اس ہمارے ساتھ جو کتابیں چھپی</w:t>
      </w:r>
    </w:p>
    <w:p>
      <w:r>
        <w:rPr>
          <w:b/>
        </w:rPr>
        <w:t xml:space="preserve">[47:36] </w:t>
      </w:r>
      <w:r>
        <w:t>hain, us ko bhi phailayein."</w:t>
      </w:r>
    </w:p>
    <w:p>
      <w:pPr>
        <w:jc w:val="right"/>
      </w:pPr>
      <w:r>
        <w:t>ہیں، اس کو بھی پھیلائیں۔</w:t>
      </w:r>
    </w:p>
    <w:p>
      <w:r>
        <w:rPr>
          <w:b/>
        </w:rPr>
        <w:t xml:space="preserve">[47:42] </w:t>
      </w:r>
      <w:r>
        <w:t>maulana sahib, agla sawal aa naghma siddiqui ne kiya hai dilli se aur unhon ne likha hai ke</w:t>
      </w:r>
    </w:p>
    <w:p>
      <w:pPr>
        <w:jc w:val="right"/>
      </w:pPr>
      <w:r>
        <w:t>مولانا صاحب، اگلا سوال آ نغمہ صدیقی نے کیا ہے دلی سے اور انہوں نے لکھا ہے کہ</w:t>
      </w:r>
    </w:p>
    <w:p>
      <w:r>
        <w:rPr>
          <w:b/>
        </w:rPr>
        <w:t xml:space="preserve">[47:48] </w:t>
      </w:r>
      <w:r>
        <w:t>"I have felt that God created compulsion for me throughout my life to give me direction.</w:t>
      </w:r>
    </w:p>
    <w:p>
      <w:pPr>
        <w:jc w:val="right"/>
      </w:pPr>
      <w:r>
        <w:t>"I have felt that God created compulsion for me throughout my life to give me direction.</w:t>
      </w:r>
    </w:p>
    <w:p>
      <w:r>
        <w:rPr>
          <w:b/>
        </w:rPr>
        <w:t xml:space="preserve">[47:54] </w:t>
      </w:r>
      <w:r>
        <w:t>It is very true.</w:t>
      </w:r>
    </w:p>
    <w:p>
      <w:pPr>
        <w:jc w:val="right"/>
      </w:pPr>
      <w:r>
        <w:t>It is very true.</w:t>
      </w:r>
    </w:p>
    <w:p>
      <w:r>
        <w:rPr>
          <w:b/>
        </w:rPr>
        <w:t xml:space="preserve">[48:00] </w:t>
      </w:r>
      <w:r>
        <w:t>I would like to ask how to develop the positive attitude without which such a U-turn is not</w:t>
      </w:r>
    </w:p>
    <w:p>
      <w:pPr>
        <w:jc w:val="right"/>
      </w:pPr>
      <w:r>
        <w:t>I would like to ask how to develop the positive attitude without which such a U-turn is not</w:t>
      </w:r>
    </w:p>
    <w:p>
      <w:r>
        <w:rPr>
          <w:b/>
        </w:rPr>
        <w:t xml:space="preserve">[48:07] </w:t>
      </w:r>
      <w:r>
        <w:t>possible." dekhen, is mamle mein jo asal baat hai, woh sirf ek hi hai ke hum is baat</w:t>
      </w:r>
    </w:p>
    <w:p>
      <w:pPr>
        <w:jc w:val="right"/>
      </w:pPr>
      <w:r>
        <w:t>possible." دیکھیں، اس معاملے میں جو اصل بات ہے، وہ صرف ایک ہی ہے کہ ہم اس بات</w:t>
      </w:r>
    </w:p>
    <w:p>
      <w:r>
        <w:rPr>
          <w:b/>
        </w:rPr>
        <w:t xml:space="preserve">[48:13] </w:t>
      </w:r>
      <w:r>
        <w:t>ko jaan len ke yahan Allah hamein ek message de raha hai.</w:t>
      </w:r>
    </w:p>
    <w:p>
      <w:pPr>
        <w:jc w:val="right"/>
      </w:pPr>
      <w:r>
        <w:t>کو جان لیں کہ یہاں اللہ ہمیں ایک message دے رہا ہے۔</w:t>
      </w:r>
    </w:p>
    <w:p>
      <w:r>
        <w:rPr>
          <w:b/>
        </w:rPr>
        <w:t xml:space="preserve">[48:20] </w:t>
      </w:r>
      <w:r>
        <w:t>Jaisay hi hum is baat ko jaan len ge ke Allah hamein yahan ek message de raha hai,</w:t>
      </w:r>
    </w:p>
    <w:p>
      <w:pPr>
        <w:jc w:val="right"/>
      </w:pPr>
      <w:r>
        <w:t>جیسے ہی ہم اس بات کو جان لیں گے کہ اللہ ہمیں یہاں ایک message دے رہا ہے،</w:t>
      </w:r>
    </w:p>
    <w:p>
      <w:r>
        <w:rPr>
          <w:b/>
        </w:rPr>
        <w:t xml:space="preserve">[48:26] </w:t>
      </w:r>
      <w:r>
        <w:t>to sara mind hamara is par lag jaye ga.</w:t>
      </w:r>
    </w:p>
    <w:p>
      <w:pPr>
        <w:jc w:val="right"/>
      </w:pPr>
      <w:r>
        <w:t>تو سارا mind ہمارا اس پر لگ جائے گا۔</w:t>
      </w:r>
    </w:p>
    <w:p>
      <w:r>
        <w:rPr>
          <w:b/>
        </w:rPr>
        <w:t xml:space="preserve">[48:33] </w:t>
      </w:r>
      <w:r>
        <w:t>Kyunke aap ghor kijiye ke insan agar yeh jaan le ke mera khaliq, mera rab mujhe ek message</w:t>
      </w:r>
    </w:p>
    <w:p>
      <w:pPr>
        <w:jc w:val="right"/>
      </w:pPr>
      <w:r>
        <w:t>کیونکہ آپ غور کیجیے کہ انسان اگر یہ جان لے کہ میرا خالق، میرا رب مجھے ایک message</w:t>
      </w:r>
    </w:p>
    <w:p>
      <w:r>
        <w:rPr>
          <w:b/>
        </w:rPr>
        <w:t xml:space="preserve">[48:39] </w:t>
      </w:r>
      <w:r>
        <w:t>de raha hai, to bataiye ke us waqt is ki sari soch hi ka focus wahi ban jaye ga.</w:t>
      </w:r>
    </w:p>
    <w:p>
      <w:pPr>
        <w:jc w:val="right"/>
      </w:pPr>
      <w:r>
        <w:t>دے رہا ہے، تو بتائیے کہ اس وقت اس کی ساری سوچ ہی کا focus وہی بن جائے گا۔</w:t>
      </w:r>
    </w:p>
    <w:p>
      <w:r>
        <w:rPr>
          <w:b/>
        </w:rPr>
        <w:t xml:space="preserve">[48:46] </w:t>
      </w:r>
      <w:r>
        <w:t>To main chahta hoon ke sara mamla is par hai ke hum is baat ko discover karen ke</w:t>
      </w:r>
    </w:p>
    <w:p>
      <w:pPr>
        <w:jc w:val="right"/>
      </w:pPr>
      <w:r>
        <w:t>تو میں چاہتا ہوں کہ سارا معاملہ اس پر ہے کہ ہم اس بات کو discover کریں کہ</w:t>
      </w:r>
    </w:p>
    <w:p>
      <w:r>
        <w:rPr>
          <w:b/>
        </w:rPr>
        <w:t xml:space="preserve">[48:52] </w:t>
      </w:r>
      <w:r>
        <w:t>yahan hamara Allah hamein ek message de raha hai.</w:t>
      </w:r>
    </w:p>
    <w:p>
      <w:pPr>
        <w:jc w:val="right"/>
      </w:pPr>
      <w:r>
        <w:t>یہاں ہمارا اللہ ہمیں ایک message دے رہا ہے۔</w:t>
      </w:r>
    </w:p>
    <w:p>
      <w:r>
        <w:rPr>
          <w:b/>
        </w:rPr>
        <w:t xml:space="preserve">[48:59] </w:t>
      </w:r>
      <w:r>
        <w:t>Jaisay hi hum is ko discover karen ge, waisay hi wahi hamara focus wahid focus ban jaye ga.</w:t>
      </w:r>
    </w:p>
    <w:p>
      <w:pPr>
        <w:jc w:val="right"/>
      </w:pPr>
      <w:r>
        <w:t>جیسے ہی ہم اس کو discover کریں گے، ویسے ہی وہی ہمارا focus واحد focus بن جائے گا۔</w:t>
      </w:r>
    </w:p>
    <w:p>
      <w:r>
        <w:rPr>
          <w:b/>
        </w:rPr>
        <w:t xml:space="preserve">[49:05] </w:t>
      </w:r>
      <w:r>
        <w:t>maulana, aa agla sawal lene se pehle hum aa do comments parhna chahen ge jo aa fatima sarah</w:t>
      </w:r>
    </w:p>
    <w:p>
      <w:pPr>
        <w:jc w:val="right"/>
      </w:pPr>
      <w:r>
        <w:t>مولانا، آ اگلا سوال لینے سے پہلے ہم آ دو کمنٹس پڑھنا چاہیں گے جو آ فاطمہ سارہ</w:t>
      </w:r>
    </w:p>
    <w:p>
      <w:r>
        <w:rPr>
          <w:b/>
        </w:rPr>
        <w:t xml:space="preserve">[49:12] </w:t>
      </w:r>
      <w:r>
        <w:t>bangalore ko spirit of islam ke relation mein aaye hain.</w:t>
      </w:r>
    </w:p>
    <w:p>
      <w:pPr>
        <w:jc w:val="right"/>
      </w:pPr>
      <w:r>
        <w:t>بنگلور کو spirit of اسلام کے relation میں آئے ہیں۔</w:t>
      </w:r>
    </w:p>
    <w:p>
      <w:r>
        <w:rPr>
          <w:b/>
        </w:rPr>
        <w:t xml:space="preserve">[49:18] </w:t>
      </w:r>
      <w:r>
        <w:t>Aur aa hum pehla message parhen ge miss priya r ka, jo is tareeqay se hai: "The last</w:t>
      </w:r>
    </w:p>
    <w:p>
      <w:pPr>
        <w:jc w:val="right"/>
      </w:pPr>
      <w:r>
        <w:t>اور آ ہم پہلا message پڑھیں گے مس پریا آر کا، جو اس طریقے سے ہے: "The last</w:t>
      </w:r>
    </w:p>
    <w:p>
      <w:r>
        <w:rPr>
          <w:b/>
        </w:rPr>
        <w:t xml:space="preserve">[49:25] </w:t>
      </w:r>
      <w:r>
        <w:t>year was extra special for the reason that I got introduced to you and your magazine Spirit of Islam.</w:t>
      </w:r>
    </w:p>
    <w:p>
      <w:pPr>
        <w:jc w:val="right"/>
      </w:pPr>
      <w:r>
        <w:t>year was extra special for the reason that I got introduced to you and your magazine Spirit of Islam.</w:t>
      </w:r>
    </w:p>
    <w:p>
      <w:r>
        <w:rPr>
          <w:b/>
        </w:rPr>
        <w:t xml:space="preserve">[49:32] </w:t>
      </w:r>
      <w:r>
        <w:t>It has given a whole new dimension to my thought process.</w:t>
      </w:r>
    </w:p>
    <w:p>
      <w:pPr>
        <w:jc w:val="right"/>
      </w:pPr>
      <w:r>
        <w:t>It has given a whole new dimension to my thought process.</w:t>
      </w:r>
    </w:p>
    <w:p>
      <w:r>
        <w:rPr>
          <w:b/>
        </w:rPr>
        <w:t xml:space="preserve">[49:37] </w:t>
      </w:r>
      <w:r>
        <w:t>The magazine has evolved from a useful resource to a friend who always has simple solutions to all my problems.</w:t>
      </w:r>
    </w:p>
    <w:p>
      <w:pPr>
        <w:jc w:val="right"/>
      </w:pPr>
      <w:r>
        <w:t>The magazine has evolved from a useful resource to a friend who always has simple solutions to all my problems.</w:t>
      </w:r>
    </w:p>
    <w:p>
      <w:r>
        <w:rPr>
          <w:b/>
        </w:rPr>
        <w:t xml:space="preserve">[49:42] </w:t>
      </w:r>
      <w:r>
        <w:t>It has helped to understand myself a lot better.</w:t>
      </w:r>
    </w:p>
    <w:p>
      <w:pPr>
        <w:jc w:val="right"/>
      </w:pPr>
      <w:r>
        <w:t>It has helped to understand myself a lot better.</w:t>
      </w:r>
    </w:p>
    <w:p>
      <w:r>
        <w:rPr>
          <w:b/>
        </w:rPr>
        <w:t xml:space="preserve">[49:47] </w:t>
      </w:r>
      <w:r>
        <w:t>I have developed much more profound ideas about life.</w:t>
      </w:r>
    </w:p>
    <w:p>
      <w:pPr>
        <w:jc w:val="right"/>
      </w:pPr>
      <w:r>
        <w:t>I have developed much more profound ideas about life.</w:t>
      </w:r>
    </w:p>
    <w:p>
      <w:r>
        <w:rPr>
          <w:b/>
        </w:rPr>
        <w:t xml:space="preserve">[49:52] </w:t>
      </w:r>
      <w:r>
        <w:t>I have realized that I shouldn't be taking my life for granted.</w:t>
      </w:r>
    </w:p>
    <w:p>
      <w:pPr>
        <w:jc w:val="right"/>
      </w:pPr>
      <w:r>
        <w:t>I have realized that I shouldn't be taking my life for granted.</w:t>
      </w:r>
    </w:p>
    <w:p>
      <w:r>
        <w:rPr>
          <w:b/>
        </w:rPr>
        <w:t xml:space="preserve">[49:57] </w:t>
      </w:r>
      <w:r>
        <w:t>Rather, I should be focusing on the purpose of my creation and try to be fruitful to the</w:t>
      </w:r>
    </w:p>
    <w:p>
      <w:pPr>
        <w:jc w:val="right"/>
      </w:pPr>
      <w:r>
        <w:t>Rather, I should be focusing on the purpose of my creation and try to be fruitful to the</w:t>
      </w:r>
    </w:p>
    <w:p>
      <w:r>
        <w:rPr>
          <w:b/>
        </w:rPr>
        <w:t xml:space="preserve">[50:02] </w:t>
      </w:r>
      <w:r>
        <w:t>people around me.</w:t>
      </w:r>
    </w:p>
    <w:p>
      <w:pPr>
        <w:jc w:val="right"/>
      </w:pPr>
      <w:r>
        <w:t>people around me.</w:t>
      </w:r>
    </w:p>
    <w:p>
      <w:r>
        <w:rPr>
          <w:b/>
        </w:rPr>
        <w:t xml:space="preserve">[50:07] </w:t>
      </w:r>
      <w:r>
        <w:t>You and your works have been greatly inspiring.</w:t>
      </w:r>
    </w:p>
    <w:p>
      <w:pPr>
        <w:jc w:val="right"/>
      </w:pPr>
      <w:r>
        <w:t>You and your works have been greatly inspiring.</w:t>
      </w:r>
    </w:p>
    <w:p>
      <w:r>
        <w:rPr>
          <w:b/>
        </w:rPr>
        <w:t xml:space="preserve">[50:13] </w:t>
      </w:r>
      <w:r>
        <w:t>From a person who mostly indulged in I, me, and myself and was concerned with my problems alone,</w:t>
      </w:r>
    </w:p>
    <w:p>
      <w:pPr>
        <w:jc w:val="right"/>
      </w:pPr>
      <w:r>
        <w:t>From a person who mostly indulged in I, me, and myself and was concerned with my problems alone,</w:t>
      </w:r>
    </w:p>
    <w:p>
      <w:r>
        <w:rPr>
          <w:b/>
        </w:rPr>
        <w:t xml:space="preserve">[50:18] </w:t>
      </w:r>
      <w:r>
        <w:t>I have gone ahead to include the world at large.</w:t>
      </w:r>
    </w:p>
    <w:p>
      <w:pPr>
        <w:jc w:val="right"/>
      </w:pPr>
      <w:r>
        <w:t>I have gone ahead to include the world at large.</w:t>
      </w:r>
    </w:p>
    <w:p>
      <w:r>
        <w:rPr>
          <w:b/>
        </w:rPr>
        <w:t xml:space="preserve">[50:23] </w:t>
      </w:r>
      <w:r>
        <w:t>This has helped me realize how truly blessed I am and how much I need to be thanking</w:t>
      </w:r>
    </w:p>
    <w:p>
      <w:pPr>
        <w:jc w:val="right"/>
      </w:pPr>
      <w:r>
        <w:t>This has helped me realize how truly blessed I am and how much I need to be thanking</w:t>
      </w:r>
    </w:p>
    <w:p>
      <w:r>
        <w:rPr>
          <w:b/>
        </w:rPr>
        <w:t xml:space="preserve">[50:28] </w:t>
      </w:r>
      <w:r>
        <w:t>the Almighty for being ever so grateful.</w:t>
      </w:r>
    </w:p>
    <w:p>
      <w:pPr>
        <w:jc w:val="right"/>
      </w:pPr>
      <w:r>
        <w:t>the Almighty for being ever so grateful.</w:t>
      </w:r>
    </w:p>
    <w:p>
      <w:r>
        <w:rPr>
          <w:b/>
        </w:rPr>
        <w:t xml:space="preserve">[50:33] </w:t>
      </w:r>
      <w:r>
        <w:t>Every article I have read so far has helped me get closer to God and has gradually been</w:t>
      </w:r>
    </w:p>
    <w:p>
      <w:pPr>
        <w:jc w:val="right"/>
      </w:pPr>
      <w:r>
        <w:t>Every article I have read so far has helped me get closer to God and has gradually been</w:t>
      </w:r>
    </w:p>
    <w:p>
      <w:r>
        <w:rPr>
          <w:b/>
        </w:rPr>
        <w:t xml:space="preserve">[50:38] </w:t>
      </w:r>
      <w:r>
        <w:t>modifying all my negative traits into positive traits.</w:t>
      </w:r>
    </w:p>
    <w:p>
      <w:pPr>
        <w:jc w:val="right"/>
      </w:pPr>
      <w:r>
        <w:t>modifying all my negative traits into positive traits.</w:t>
      </w:r>
    </w:p>
    <w:p>
      <w:r>
        <w:rPr>
          <w:b/>
        </w:rPr>
        <w:t xml:space="preserve">[50:43] </w:t>
      </w:r>
      <w:r>
        <w:t>Articles like 'Happiness is a State of Mind', 'Culture of Peace', 'Art of Ego Management' have served as</w:t>
      </w:r>
    </w:p>
    <w:p>
      <w:pPr>
        <w:jc w:val="right"/>
      </w:pPr>
      <w:r>
        <w:t>Articles like 'Happiness is a State of Mind', 'Culture of Peace', 'Art of Ego Management' have served as</w:t>
      </w:r>
    </w:p>
    <w:p>
      <w:r>
        <w:rPr>
          <w:b/>
        </w:rPr>
        <w:t xml:space="preserve">[50:48] </w:t>
      </w:r>
      <w:r>
        <w:t>rich resources of wisdom.</w:t>
      </w:r>
    </w:p>
    <w:p>
      <w:pPr>
        <w:jc w:val="right"/>
      </w:pPr>
      <w:r>
        <w:t>rich resources of wisdom.</w:t>
      </w:r>
    </w:p>
    <w:p>
      <w:r>
        <w:rPr>
          <w:b/>
        </w:rPr>
        <w:t xml:space="preserve">[50:54] </w:t>
      </w:r>
      <w:r>
        <w:t>I got to know how important it is to be content with what I have, to thank God for each new day, not to consider myself very important as there are a lot of other people in this world who require my time and attention. I look forward to more meaningful and intellectual additions. May God bless you abundantly.</w:t>
      </w:r>
    </w:p>
    <w:p>
      <w:pPr>
        <w:jc w:val="right"/>
      </w:pPr>
      <w:r>
        <w:t>I got to know how important it is to be content with what I have, to thank God for each new day, not to consider myself very important as there are a lot of other people in this world who require my time and attention. I look forward to more meaningful and intellectual additions. May God bless you abundantly.</w:t>
      </w:r>
    </w:p>
    <w:p>
      <w:r>
        <w:rPr>
          <w:b/>
        </w:rPr>
        <w:t xml:space="preserve">[51:18] </w:t>
      </w:r>
      <w:r>
        <w:t>Thanks a lot.</w:t>
      </w:r>
    </w:p>
    <w:p>
      <w:pPr>
        <w:jc w:val="right"/>
      </w:pPr>
      <w:r>
        <w:t>Thanks a lot.</w:t>
      </w:r>
    </w:p>
    <w:p>
      <w:r>
        <w:rPr>
          <w:b/>
        </w:rPr>
        <w:t xml:space="preserve">[51:23] </w:t>
      </w:r>
      <w:r>
        <w:t>yeh kis ka hai? yeh miss priya r hain Maulana, in ka feedback hai, comment hai on Spirit</w:t>
      </w:r>
    </w:p>
    <w:p>
      <w:pPr>
        <w:jc w:val="right"/>
      </w:pPr>
      <w:r>
        <w:t>یہ کس کا ہے؟ یہ مس پریا آر ہیں مولانا، ان کا feedback ہے، کمنٹ ہے on Spirit</w:t>
      </w:r>
    </w:p>
    <w:p>
      <w:r>
        <w:rPr>
          <w:b/>
        </w:rPr>
        <w:t xml:space="preserve">[51:29] </w:t>
      </w:r>
      <w:r>
        <w:t>of Islam magazine. bohat khoob.</w:t>
      </w:r>
    </w:p>
    <w:p>
      <w:pPr>
        <w:jc w:val="right"/>
      </w:pPr>
      <w:r>
        <w:t>of Islam magazine۔ بہت خوب۔</w:t>
      </w:r>
    </w:p>
    <w:p>
      <w:r>
        <w:rPr>
          <w:b/>
        </w:rPr>
        <w:t xml:space="preserve">[51:34] </w:t>
      </w:r>
      <w:r>
        <w:t>Maulana, agla comment ab hum parhna chahenge jo aa Spirit of Islam ke liye hi bheja gaya</w:t>
      </w:r>
    </w:p>
    <w:p>
      <w:pPr>
        <w:jc w:val="right"/>
      </w:pPr>
      <w:r>
        <w:t>مولانا، اگلا کمنٹ اب ہم پڑھنا چاہیں گے جو آ Spirit of Islam کے لیے ہی بھیجا گیا</w:t>
      </w:r>
    </w:p>
    <w:p>
      <w:r>
        <w:rPr>
          <w:b/>
        </w:rPr>
        <w:t xml:space="preserve">[51:40] </w:t>
      </w:r>
      <w:r>
        <w:t>hai by Mr.</w:t>
      </w:r>
    </w:p>
    <w:p>
      <w:pPr>
        <w:jc w:val="right"/>
      </w:pPr>
      <w:r>
        <w:t>ہے by Mr.</w:t>
      </w:r>
    </w:p>
    <w:p>
      <w:r>
        <w:rPr>
          <w:b/>
        </w:rPr>
        <w:t xml:space="preserve">[51:45] </w:t>
      </w:r>
      <w:r>
        <w:t>Bala Subramanian Shankara Lingam, inhon ne tamil nadu se likha hai Maulana aur yeh regular Spirit of Islam magazine</w:t>
      </w:r>
    </w:p>
    <w:p>
      <w:pPr>
        <w:jc w:val="right"/>
      </w:pPr>
      <w:r>
        <w:t>بالا سبرمنین شنکرالنگم، انہوں نے تمل ناڈو سے لکھا ہے مولانا اور یہ regular Spirit of Islam magazine</w:t>
      </w:r>
    </w:p>
    <w:p>
      <w:r>
        <w:rPr>
          <w:b/>
        </w:rPr>
        <w:t xml:space="preserve">[51:51] </w:t>
      </w:r>
      <w:r>
        <w:t>parhte hain aur in ka comment is tareeqe se hai: "The January two thousand fifteen issue of Spirit</w:t>
      </w:r>
    </w:p>
    <w:p>
      <w:pPr>
        <w:jc w:val="right"/>
      </w:pPr>
      <w:r>
        <w:t>پڑھتے ہیں اور ان کا کمنٹ اس طریقے سے ہے: "The January two thousand fifteen issue of Spirit</w:t>
      </w:r>
    </w:p>
    <w:p>
      <w:r>
        <w:rPr>
          <w:b/>
        </w:rPr>
        <w:t xml:space="preserve">[51:56] </w:t>
      </w:r>
      <w:r>
        <w:t>of Islam carried valuable information to the readers.</w:t>
      </w:r>
    </w:p>
    <w:p>
      <w:pPr>
        <w:jc w:val="right"/>
      </w:pPr>
      <w:r>
        <w:t>of Islam carried valuable information to the readers.</w:t>
      </w:r>
    </w:p>
    <w:p>
      <w:r>
        <w:rPr>
          <w:b/>
        </w:rPr>
        <w:t xml:space="preserve">[52:02] </w:t>
      </w:r>
      <w:r>
        <w:t>I liked the article starting from scratch.</w:t>
      </w:r>
    </w:p>
    <w:p>
      <w:pPr>
        <w:jc w:val="right"/>
      </w:pPr>
      <w:r>
        <w:t>I liked the article starting from scratch.</w:t>
      </w:r>
    </w:p>
    <w:p>
      <w:r>
        <w:rPr>
          <w:b/>
        </w:rPr>
        <w:t xml:space="preserve">[52:07] </w:t>
      </w:r>
      <w:r>
        <w:t>The words 'poverty' is not deprivation, rather it is a challenge.</w:t>
      </w:r>
    </w:p>
    <w:p>
      <w:pPr>
        <w:jc w:val="right"/>
      </w:pPr>
      <w:r>
        <w:t>The words 'poverty' is not deprivation, rather it is a challenge.</w:t>
      </w:r>
    </w:p>
    <w:p>
      <w:r>
        <w:rPr>
          <w:b/>
        </w:rPr>
        <w:t xml:space="preserve">[52:13] </w:t>
      </w:r>
      <w:r>
        <w:t>Deprivation is a great motivator for achievement, are indeed noteworthy.</w:t>
      </w:r>
    </w:p>
    <w:p>
      <w:pPr>
        <w:jc w:val="right"/>
      </w:pPr>
      <w:r>
        <w:t>Deprivation is a great motivator for achievement, are indeed noteworthy.</w:t>
      </w:r>
    </w:p>
    <w:p>
      <w:r>
        <w:rPr>
          <w:b/>
        </w:rPr>
        <w:t xml:space="preserve">[52:18] </w:t>
      </w:r>
      <w:r>
        <w:t>I request you to pray for the departed souls in the recent Peshawar incident.</w:t>
      </w:r>
    </w:p>
    <w:p>
      <w:pPr>
        <w:jc w:val="right"/>
      </w:pPr>
      <w:r>
        <w:t>I request you to pray for the departed souls in the recent Peshawar incident.</w:t>
      </w:r>
    </w:p>
    <w:p>
      <w:r>
        <w:rPr>
          <w:b/>
        </w:rPr>
        <w:t xml:space="preserve">[52:24] </w:t>
      </w:r>
      <w:r>
        <w:t>Kindly spread the word of ahimsa and also love and affection through your general. The write-up 'Get Rid of Depression' will be useful to many. Yes, promotion of global peace is the need of the R. As you observed in your editorial, the title of your magazine, 'The Articles Are of Universal Significance.</w:t>
      </w:r>
    </w:p>
    <w:p>
      <w:pPr>
        <w:jc w:val="right"/>
      </w:pPr>
      <w:r>
        <w:t>Kindly spread the word of ahimsa and also love and affection through your general. The write-up 'Get Rid of Depression' will be useful to many. Yes, promotion of global peace is the need of the R. As you observed in your editorial, the title of your magazine, 'The Articles Are of Universal Significance.</w:t>
      </w:r>
    </w:p>
    <w:p>
      <w:r>
        <w:rPr>
          <w:b/>
        </w:rPr>
        <w:t xml:space="preserve">[52:48] </w:t>
      </w:r>
      <w:r>
        <w:t>' I wish you all the best on the occasion of the beginning of your third year with the January fifteen issue. In fact, the term monotheism or tauheed is new to me. I welcome the concept of oneness of God.</w:t>
      </w:r>
    </w:p>
    <w:p>
      <w:pPr>
        <w:jc w:val="right"/>
      </w:pPr>
      <w:r>
        <w:t>' I wish you all the best on the occasion of the beginning of your third year with the January fifteen issue. In fact, the term monotheism or توحید is new to me. I welcome the concept of oneness of God.</w:t>
      </w:r>
    </w:p>
    <w:p>
      <w:r>
        <w:rPr>
          <w:b/>
        </w:rPr>
        <w:t xml:space="preserve">[53:05] </w:t>
      </w:r>
      <w:r>
        <w:t>Like Christian tracts, you may please send more copies to those who like to get or distribute them.</w:t>
      </w:r>
    </w:p>
    <w:p>
      <w:pPr>
        <w:jc w:val="right"/>
      </w:pPr>
      <w:r>
        <w:t>Like Christian tracts, you may please send more copies to those who like to get or distribute them.</w:t>
      </w:r>
    </w:p>
    <w:p>
      <w:r>
        <w:rPr>
          <w:b/>
        </w:rPr>
        <w:t xml:space="preserve">[53:10] </w:t>
      </w:r>
      <w:r>
        <w:t>For this purpose, you may attach a form in a perforated sheet in your magazine.</w:t>
      </w:r>
    </w:p>
    <w:p>
      <w:pPr>
        <w:jc w:val="right"/>
      </w:pPr>
      <w:r>
        <w:t>For this purpose, you may attach a form in a perforated sheet in your magazine.</w:t>
      </w:r>
    </w:p>
    <w:p>
      <w:r>
        <w:rPr>
          <w:b/>
        </w:rPr>
        <w:t xml:space="preserve">[53:15] </w:t>
      </w:r>
      <w:r>
        <w:t>The idea is that we, the readers, will fill up the addresses and send back to you.</w:t>
      </w:r>
    </w:p>
    <w:p>
      <w:pPr>
        <w:jc w:val="right"/>
      </w:pPr>
      <w:r>
        <w:t>The idea is that we, the readers, will fill up the addresses and send back to you.</w:t>
      </w:r>
    </w:p>
    <w:p>
      <w:r>
        <w:rPr>
          <w:b/>
        </w:rPr>
        <w:t xml:space="preserve">[53:20] </w:t>
      </w:r>
      <w:r>
        <w:t>I already informed my friends Mohi Deen etc.</w:t>
      </w:r>
    </w:p>
    <w:p>
      <w:pPr>
        <w:jc w:val="right"/>
      </w:pPr>
      <w:r>
        <w:t>I already informed my friends Mohi Deen etc.</w:t>
      </w:r>
    </w:p>
    <w:p>
      <w:r>
        <w:rPr>
          <w:b/>
        </w:rPr>
        <w:t xml:space="preserve">[53:25] </w:t>
      </w:r>
      <w:r>
        <w:t>about your journal.</w:t>
      </w:r>
    </w:p>
    <w:p>
      <w:pPr>
        <w:jc w:val="right"/>
      </w:pPr>
      <w:r>
        <w:t>about your journal.</w:t>
      </w:r>
    </w:p>
    <w:p>
      <w:r>
        <w:rPr>
          <w:b/>
        </w:rPr>
        <w:t xml:space="preserve">[53:30] </w:t>
      </w:r>
      <w:r>
        <w:t>In this Kal Yug, such an eye-opener is essential for human beings.</w:t>
      </w:r>
    </w:p>
    <w:p>
      <w:pPr>
        <w:jc w:val="right"/>
      </w:pPr>
      <w:r>
        <w:t>In this Kal Yug, such an eye-opener is essential for human beings.</w:t>
      </w:r>
    </w:p>
    <w:p>
      <w:r>
        <w:rPr>
          <w:b/>
        </w:rPr>
        <w:t xml:space="preserve">[53:35] </w:t>
      </w:r>
      <w:r>
        <w:t>Every one of us must mingle with others as brothers and sisters.</w:t>
      </w:r>
    </w:p>
    <w:p>
      <w:pPr>
        <w:jc w:val="right"/>
      </w:pPr>
      <w:r>
        <w:t>Every one of us must mingle with others as brothers and sisters.</w:t>
      </w:r>
    </w:p>
    <w:p>
      <w:r>
        <w:rPr>
          <w:b/>
        </w:rPr>
        <w:t xml:space="preserve">[53:40] </w:t>
      </w:r>
      <w:r>
        <w:t>I thank you for the hard copy of the magazine which is being mailed to me regularly.</w:t>
      </w:r>
    </w:p>
    <w:p>
      <w:pPr>
        <w:jc w:val="right"/>
      </w:pPr>
      <w:r>
        <w:t>I thank you for the hard copy of the magazine which is being mailed to me regularly.</w:t>
      </w:r>
    </w:p>
    <w:p>
      <w:r>
        <w:rPr>
          <w:b/>
        </w:rPr>
        <w:t xml:space="preserve">[53:46] </w:t>
      </w:r>
      <w:r>
        <w:t>You may kindly ask the government to incorporate the important contents in the curriculum syllabus for students. I congratulate your editorial committee for the efforts you take to publish it.</w:t>
      </w:r>
    </w:p>
    <w:p>
      <w:pPr>
        <w:jc w:val="right"/>
      </w:pPr>
      <w:r>
        <w:t>You may kindly ask the government to incorporate the important contents in the curriculum syllabus for students. I congratulate your editorial committee for the efforts you take to publish it.</w:t>
      </w:r>
    </w:p>
    <w:p>
      <w:r>
        <w:rPr>
          <w:b/>
        </w:rPr>
        <w:t xml:space="preserve">[54:00] </w:t>
      </w:r>
      <w:r>
        <w:t>Many thanks, Bala Subramaniam.</w:t>
      </w:r>
    </w:p>
    <w:p>
      <w:pPr>
        <w:jc w:val="right"/>
      </w:pPr>
      <w:r>
        <w:t>Many thanks, Bala Subramaniam.</w:t>
      </w:r>
    </w:p>
    <w:p>
      <w:r>
        <w:rPr>
          <w:b/>
        </w:rPr>
        <w:t xml:space="preserve">[54:06] </w:t>
      </w:r>
      <w:r>
        <w:t>dekhiye, jitne saathi hamare hain, dunya mein jahan bhi hain, woh sab ko mein kahunga ke aap</w:t>
      </w:r>
    </w:p>
    <w:p>
      <w:pPr>
        <w:jc w:val="right"/>
      </w:pPr>
      <w:r>
        <w:t>دیکھیے، جتنے ساتھی ہمارے ہیں، دنیا میں جہاں بھی ہیں، وہ سب کو میں کہوں گا کہ آپ</w:t>
      </w:r>
    </w:p>
    <w:p>
      <w:r>
        <w:rPr>
          <w:b/>
        </w:rPr>
        <w:t xml:space="preserve">[54:12] </w:t>
      </w:r>
      <w:r>
        <w:t>mein se har shakhs Spirit of Islam ko phailana, apne mission mein shamil karen.</w:t>
      </w:r>
    </w:p>
    <w:p>
      <w:pPr>
        <w:jc w:val="right"/>
      </w:pPr>
      <w:r>
        <w:t>میں سے ہر شخص Spirit of Islam کو پھیلانا، اپنے مشن میں شامل کریں۔</w:t>
      </w:r>
    </w:p>
    <w:p>
      <w:r>
        <w:rPr>
          <w:b/>
        </w:rPr>
        <w:t xml:space="preserve">[54:18] </w:t>
      </w:r>
      <w:r>
        <w:t>yeh jo magazine nikla hai, Spirit of Islam, sahi to nikalne ke liye to parcha nikal gaya.</w:t>
      </w:r>
    </w:p>
    <w:p>
      <w:pPr>
        <w:jc w:val="right"/>
      </w:pPr>
      <w:r>
        <w:t>یہ جو magazine نکلا ہے، Spirit of Islam، صحیح تو نکالنے کے لیے تو پرچہ نکل گیا۔</w:t>
      </w:r>
    </w:p>
    <w:p>
      <w:r>
        <w:rPr>
          <w:b/>
        </w:rPr>
        <w:t xml:space="preserve">[54:25] </w:t>
      </w:r>
      <w:r>
        <w:t>doosra jo kaam karna hai aap ko, woh phailana, phailana hai is ko.</w:t>
      </w:r>
    </w:p>
    <w:p>
      <w:pPr>
        <w:jc w:val="right"/>
      </w:pPr>
      <w:r>
        <w:t>دوسرا جو کام کرنا ہے آپ کو، وہ پھیلانا، پھیلانا ہے اس کو۔</w:t>
      </w:r>
    </w:p>
    <w:p>
      <w:r>
        <w:rPr>
          <w:b/>
        </w:rPr>
        <w:t xml:space="preserve">[54:31] </w:t>
      </w:r>
      <w:r>
        <w:t>to bohat zaroori hai ke hamare jitne saathi hain, dunya mein phle hue, chahe India mein hon ya</w:t>
      </w:r>
    </w:p>
    <w:p>
      <w:pPr>
        <w:jc w:val="right"/>
      </w:pPr>
      <w:r>
        <w:t>تو بہت ضروری ہے کہ ہمارے جتنے ساتھی ہیں، دنیا میں پھیلے ہوئے، چاہے انڈیا میں ہوں یا</w:t>
      </w:r>
    </w:p>
    <w:p>
      <w:r>
        <w:rPr>
          <w:b/>
        </w:rPr>
        <w:t xml:space="preserve">[54:37] </w:t>
      </w:r>
      <w:r>
        <w:t>India ke bahar hon, woh Spirit of Islam ko apni zindagi mein aik mission ke taur par shamil</w:t>
      </w:r>
    </w:p>
    <w:p>
      <w:pPr>
        <w:jc w:val="right"/>
      </w:pPr>
      <w:r>
        <w:t>انڈیا کے باہر ہوں، وہ Spirit of Islam کو اپنی زندگی میں ایک مشن کے طور پر شامل</w:t>
      </w:r>
    </w:p>
    <w:p>
      <w:r>
        <w:rPr>
          <w:b/>
        </w:rPr>
        <w:t xml:space="preserve">[54:43] </w:t>
      </w:r>
      <w:r>
        <w:t>karen aur poori koshish karen ke is ko zyada se zyada woh phailayen.</w:t>
      </w:r>
    </w:p>
    <w:p>
      <w:pPr>
        <w:jc w:val="right"/>
      </w:pPr>
      <w:r>
        <w:t>کریں اور پوری کوشش کریں کہ اس کو زیادہ سے زیادہ وہ پھیلائیں۔</w:t>
      </w:r>
    </w:p>
    <w:p>
      <w:r>
        <w:rPr>
          <w:b/>
        </w:rPr>
        <w:t xml:space="preserve">[54:50] </w:t>
      </w:r>
      <w:r>
        <w:t>English, English speaking log phle hue hain India mein aur dunya mein bhi har jagah.</w:t>
      </w:r>
    </w:p>
    <w:p>
      <w:pPr>
        <w:jc w:val="right"/>
      </w:pPr>
      <w:r>
        <w:t>انگلش، انگلش سپیکنگ لوگ پھیلے ہوئے ہیں انڈیا میں اور دنیا میں بھی ہر جگہ۔</w:t>
      </w:r>
    </w:p>
    <w:p>
      <w:r>
        <w:rPr>
          <w:b/>
        </w:rPr>
        <w:t xml:space="preserve">[54:56] </w:t>
      </w:r>
      <w:r>
        <w:t>un logon ke darmiyan bohat bara scope hai is magazine ko phailane ka.</w:t>
      </w:r>
    </w:p>
    <w:p>
      <w:pPr>
        <w:jc w:val="right"/>
      </w:pPr>
      <w:r>
        <w:t>ان لوگوں کے درمیان بہت بڑا scope ہے اس magazine کو پھیلانے کا۔</w:t>
      </w:r>
    </w:p>
    <w:p>
      <w:r>
        <w:rPr>
          <w:b/>
        </w:rPr>
        <w:t xml:space="preserve">[55:02] </w:t>
      </w:r>
      <w:r>
        <w:t>mein chahta hoon ke hamare sab saathi is ko apni zindagi mein aik farz ki tarah shamil karen.</w:t>
      </w:r>
    </w:p>
    <w:p>
      <w:pPr>
        <w:jc w:val="right"/>
      </w:pPr>
      <w:r>
        <w:t>میں چاہتا ہوں کہ ہمارے سب ساتھی اس کو اپنی زندگی میں ایک فرض کی طرح شامل کریں۔</w:t>
      </w:r>
    </w:p>
    <w:p>
      <w:r>
        <w:rPr>
          <w:b/>
        </w:rPr>
        <w:t xml:space="preserve">[55:08] </w:t>
      </w:r>
      <w:r>
        <w:t>bohat hi zyada zaroori hai, bohat zyada zaroori hai, bohat zyada zaroori hai.</w:t>
      </w:r>
    </w:p>
    <w:p>
      <w:pPr>
        <w:jc w:val="right"/>
      </w:pPr>
      <w:r>
        <w:t>بہت ہی زیادہ ضروری ہے، بہت زیادہ ضروری ہے، بہت زیادہ ضروری ہے۔</w:t>
      </w:r>
    </w:p>
    <w:p>
      <w:r>
        <w:rPr>
          <w:b/>
        </w:rPr>
        <w:t xml:space="preserve">[55:15] </w:t>
      </w:r>
      <w:r>
        <w:t>We would like to tell all the online viewers that all the issues, the past issue and the</w:t>
      </w:r>
    </w:p>
    <w:p>
      <w:pPr>
        <w:jc w:val="right"/>
      </w:pPr>
      <w:r>
        <w:t>We would like to tell all the online viewers that all the issues, the past issue and the</w:t>
      </w:r>
    </w:p>
    <w:p>
      <w:r>
        <w:rPr>
          <w:b/>
        </w:rPr>
        <w:t xml:space="preserve">[55:21] </w:t>
      </w:r>
      <w:r>
        <w:t>issues that are released every month are available online on www.cpsglobal.org and on the Spirit of Islam website</w:t>
      </w:r>
    </w:p>
    <w:p>
      <w:pPr>
        <w:jc w:val="right"/>
      </w:pPr>
      <w:r>
        <w:t>issues that are released every month are available online on www.cpsglobal.org and on the Spirit of Islam website</w:t>
      </w:r>
    </w:p>
    <w:p>
      <w:r>
        <w:rPr>
          <w:b/>
        </w:rPr>
        <w:t xml:space="preserve">[55:27] </w:t>
      </w:r>
      <w:r>
        <w:t>which is www.spiritofislam.</w:t>
      </w:r>
    </w:p>
    <w:p>
      <w:pPr>
        <w:jc w:val="right"/>
      </w:pPr>
      <w:r>
        <w:t>which is www.spiritofislam.</w:t>
      </w:r>
    </w:p>
    <w:p>
      <w:r>
        <w:rPr>
          <w:b/>
        </w:rPr>
        <w:t xml:space="preserve">[55:34] </w:t>
      </w:r>
      <w:r>
        <w:t>co.in.</w:t>
      </w:r>
    </w:p>
    <w:p>
      <w:pPr>
        <w:jc w:val="right"/>
      </w:pPr>
      <w:r>
        <w:t>co.in.</w:t>
      </w:r>
    </w:p>
    <w:p>
      <w:r>
        <w:rPr>
          <w:b/>
        </w:rPr>
        <w:t xml:space="preserve">[55:39] </w:t>
      </w:r>
      <w:r>
        <w:t>You may share this on your Facebooks and also send it to your friends and your colleagues.</w:t>
      </w:r>
    </w:p>
    <w:p>
      <w:pPr>
        <w:jc w:val="right"/>
      </w:pPr>
      <w:r>
        <w:t>You may share this on your Facebooks and also send it to your friends and your colleagues.</w:t>
      </w:r>
    </w:p>
    <w:p>
      <w:r>
        <w:rPr>
          <w:b/>
        </w:rPr>
        <w:t xml:space="preserve">[55:44] </w:t>
      </w:r>
      <w:r>
        <w:t>Maulana, ab hum aik aur comment lena chahenge.</w:t>
      </w:r>
    </w:p>
    <w:p>
      <w:pPr>
        <w:jc w:val="right"/>
      </w:pPr>
      <w:r>
        <w:t>مولانا، اب ہم ایک اور کمنٹ لینا چاہیں گے۔</w:t>
      </w:r>
    </w:p>
    <w:p>
      <w:r>
        <w:rPr>
          <w:b/>
        </w:rPr>
        <w:t xml:space="preserve">[55:49] </w:t>
      </w:r>
      <w:r>
        <w:t>aaj comment zyada hain Maulana sawalon ke relation mein.</w:t>
      </w:r>
    </w:p>
    <w:p>
      <w:pPr>
        <w:jc w:val="right"/>
      </w:pPr>
      <w:r>
        <w:t>آج کمنٹ زیادہ ہیں مولانا سوالوں کے آ relation میں۔</w:t>
      </w:r>
    </w:p>
    <w:p>
      <w:r>
        <w:rPr>
          <w:b/>
        </w:rPr>
        <w:t xml:space="preserve">[55:54] </w:t>
      </w:r>
      <w:r>
        <w:t>to yeh comment aaya hai Tariq Ali Sahab ka Tempa USA se aur unhone likha</w:t>
      </w:r>
    </w:p>
    <w:p>
      <w:pPr>
        <w:jc w:val="right"/>
      </w:pPr>
      <w:r>
        <w:t>تو یہ کمنٹ آیا ہے طارق علی صاحب کا ٹیمپا یو ایس اے سے اور انہوں نے لکھا</w:t>
      </w:r>
    </w:p>
    <w:p>
      <w:r>
        <w:rPr>
          <w:b/>
        </w:rPr>
        <w:t xml:space="preserve">[56:00] </w:t>
      </w:r>
      <w:r>
        <w:t>hai ke Maulana Sahab thank you for sharing your thoughts on this important topic.</w:t>
      </w:r>
    </w:p>
    <w:p>
      <w:pPr>
        <w:jc w:val="right"/>
      </w:pPr>
      <w:r>
        <w:t>ہے کہ مولانا صاحب thank you for sharing your thoughts on this important topic.</w:t>
      </w:r>
    </w:p>
    <w:p>
      <w:r>
        <w:rPr>
          <w:b/>
        </w:rPr>
        <w:t xml:space="preserve">[56:05] </w:t>
      </w:r>
      <w:r>
        <w:t>Every time I listen to your talks, I learn something new and interesting.</w:t>
      </w:r>
    </w:p>
    <w:p>
      <w:pPr>
        <w:jc w:val="right"/>
      </w:pPr>
      <w:r>
        <w:t>Every time I listen to your talks, I learn something new and interesting.</w:t>
      </w:r>
    </w:p>
    <w:p>
      <w:r>
        <w:rPr>
          <w:b/>
        </w:rPr>
        <w:t xml:space="preserve">[56:10] </w:t>
      </w:r>
      <w:r>
        <w:t>Looking at the Muslim world from the perspective you shared, I do not know of any other groups</w:t>
      </w:r>
    </w:p>
    <w:p>
      <w:pPr>
        <w:jc w:val="right"/>
      </w:pPr>
      <w:r>
        <w:t>Looking at the Muslim world from the perspective you shared, I do not know of any other groups</w:t>
      </w:r>
    </w:p>
    <w:p>
      <w:r>
        <w:rPr>
          <w:b/>
        </w:rPr>
        <w:t xml:space="preserve">[56:15] </w:t>
      </w:r>
      <w:r>
        <w:t>of Muslims like CPS which has adopted the right strategy.</w:t>
      </w:r>
    </w:p>
    <w:p>
      <w:pPr>
        <w:jc w:val="right"/>
      </w:pPr>
      <w:r>
        <w:t>of Muslims like CPS which has adopted the right strategy.</w:t>
      </w:r>
    </w:p>
    <w:p>
      <w:r>
        <w:rPr>
          <w:b/>
        </w:rPr>
        <w:t xml:space="preserve">[56:21] </w:t>
      </w:r>
      <w:r>
        <w:t>May God bless you and the whole CPS team. mashallah.</w:t>
      </w:r>
    </w:p>
    <w:p>
      <w:pPr>
        <w:jc w:val="right"/>
      </w:pPr>
      <w:r>
        <w:t>May God bless you and the whole CPS team. ماشاءاللہ۔</w:t>
      </w:r>
    </w:p>
    <w:p>
      <w:r>
        <w:rPr>
          <w:b/>
        </w:rPr>
        <w:t xml:space="preserve">[56:26] </w:t>
      </w:r>
      <w:r>
        <w:t>Maulana, agla sawal a dilli se hai Raj Malik Sahab ka aur unhon ne likha hai ke ek</w:t>
      </w:r>
    </w:p>
    <w:p>
      <w:pPr>
        <w:jc w:val="right"/>
      </w:pPr>
      <w:r>
        <w:t>مولانا، اگلا سوال آ دلی سے ہے راج ملک صاحب کا اور انہوں نے لکھا ہے کہ ایک</w:t>
      </w:r>
    </w:p>
    <w:p>
      <w:r>
        <w:rPr>
          <w:b/>
        </w:rPr>
        <w:t xml:space="preserve">[56:31] </w:t>
      </w:r>
      <w:r>
        <w:t>ek sahib yeh kehte rehte hain ke khushi dena, khushi dene wala ek Khuda hai aur gham dene</w:t>
      </w:r>
    </w:p>
    <w:p>
      <w:pPr>
        <w:jc w:val="right"/>
      </w:pPr>
      <w:r>
        <w:t>ایک صاحب یہ کہتے رہتے ہیں کہ خوشی دینا، خوشی دینے والا ایک خدا ہے اور غم دینے</w:t>
      </w:r>
    </w:p>
    <w:p>
      <w:r>
        <w:rPr>
          <w:b/>
        </w:rPr>
        <w:t xml:space="preserve">[56:36] </w:t>
      </w:r>
      <w:r>
        <w:t>wala alag Khuda.</w:t>
      </w:r>
    </w:p>
    <w:p>
      <w:pPr>
        <w:jc w:val="right"/>
      </w:pPr>
      <w:r>
        <w:t>والا الگ خدا۔</w:t>
      </w:r>
    </w:p>
    <w:p>
      <w:r>
        <w:rPr>
          <w:b/>
        </w:rPr>
        <w:t xml:space="preserve">[56:41] </w:t>
      </w:r>
      <w:r>
        <w:t>Is ka saboot yeh hai ke ek khushi dena chahta hai to doosra use gham de deta hai.</w:t>
      </w:r>
    </w:p>
    <w:p>
      <w:pPr>
        <w:jc w:val="right"/>
      </w:pPr>
      <w:r>
        <w:t>اس کا ثبوت یہ ہے کہ ایک خوشی دینا چاہتا ہے تو دوسرا اسے غم دے دیتا ہے۔</w:t>
      </w:r>
    </w:p>
    <w:p>
      <w:r>
        <w:rPr>
          <w:b/>
        </w:rPr>
        <w:t xml:space="preserve">[56:47] </w:t>
      </w:r>
      <w:r>
        <w:t>Is ko wazeh karen.</w:t>
      </w:r>
    </w:p>
    <w:p>
      <w:pPr>
        <w:jc w:val="right"/>
      </w:pPr>
      <w:r>
        <w:t>اس کو واضح کریں۔</w:t>
      </w:r>
    </w:p>
    <w:p>
      <w:r>
        <w:rPr>
          <w:b/>
        </w:rPr>
        <w:t xml:space="preserve">[56:52] </w:t>
      </w:r>
      <w:r>
        <w:t>Ab yeh baat jo hai, yeh to ek wale kam hote hain.</w:t>
      </w:r>
    </w:p>
    <w:p>
      <w:pPr>
        <w:jc w:val="right"/>
      </w:pPr>
      <w:r>
        <w:t>اب یہ بات جو ہے، یہ تو ایک والے کم ہوتے ہیں۔</w:t>
      </w:r>
    </w:p>
    <w:p>
      <w:r>
        <w:rPr>
          <w:b/>
        </w:rPr>
        <w:t xml:space="preserve">[56:57] </w:t>
      </w:r>
      <w:r>
        <w:t>Is ka koi logic nahi hai, koi is ka koi proof nahi hai.</w:t>
      </w:r>
    </w:p>
    <w:p>
      <w:pPr>
        <w:jc w:val="right"/>
      </w:pPr>
      <w:r>
        <w:t>اس کا کوئی logic نہیں ہے، کوئی اس کا کوئی proof نہیں ہے۔</w:t>
      </w:r>
    </w:p>
    <w:p>
      <w:r>
        <w:rPr>
          <w:b/>
        </w:rPr>
        <w:t xml:space="preserve">[57:02] </w:t>
      </w:r>
      <w:r>
        <w:t>Khud hi ek ek baat nikaal liya.</w:t>
      </w:r>
    </w:p>
    <w:p>
      <w:pPr>
        <w:jc w:val="right"/>
      </w:pPr>
      <w:r>
        <w:t>خود ہی ایک ایک بات نکال لیا۔</w:t>
      </w:r>
    </w:p>
    <w:p>
      <w:r>
        <w:rPr>
          <w:b/>
        </w:rPr>
        <w:t xml:space="preserve">[57:08] </w:t>
      </w:r>
      <w:r>
        <w:t>Is ki koi agar un ke paas koi logic batayen to main is par izhar e khayal kar sakta hoon.</w:t>
      </w:r>
    </w:p>
    <w:p>
      <w:pPr>
        <w:jc w:val="right"/>
      </w:pPr>
      <w:r>
        <w:t>اس کی کوئی اگر ان کے پاس کوئی logic بتائیں تو میں اس پر اظہار خیال کر سکتا ہوں۔</w:t>
      </w:r>
    </w:p>
    <w:p>
      <w:r>
        <w:rPr>
          <w:b/>
        </w:rPr>
        <w:t xml:space="preserve">[57:13] </w:t>
      </w:r>
      <w:r>
        <w:t>Ki se ab koi kahe ke is waqt din nahi hai balke raat hai to main kya logic</w:t>
      </w:r>
    </w:p>
    <w:p>
      <w:pPr>
        <w:jc w:val="right"/>
      </w:pPr>
      <w:r>
        <w:t>کی سے اب کوئی کہے کہ اس وقت دن نہیں ہے بلکہ رات ہے تو میں کیا logic</w:t>
      </w:r>
    </w:p>
    <w:p>
      <w:r>
        <w:rPr>
          <w:b/>
        </w:rPr>
        <w:t xml:space="preserve">[57:18] </w:t>
      </w:r>
      <w:r>
        <w:t>doon ga? Is ki koi logic nahi, koi is ki.</w:t>
      </w:r>
    </w:p>
    <w:p>
      <w:pPr>
        <w:jc w:val="right"/>
      </w:pPr>
      <w:r>
        <w:t>دوں گا؟ اس کی کوئی logic نہیں، کوئی اس کی۔</w:t>
      </w:r>
    </w:p>
    <w:p>
      <w:r>
        <w:rPr>
          <w:b/>
        </w:rPr>
        <w:t xml:space="preserve">[57:23] </w:t>
      </w:r>
      <w:r>
        <w:t>Yeh to yeh yeh soch hai, yeh bilkul galat soch hai.</w:t>
      </w:r>
    </w:p>
    <w:p>
      <w:pPr>
        <w:jc w:val="right"/>
      </w:pPr>
      <w:r>
        <w:t>یہ تو یہ یہ سوچ ہے، یہ بالکل غلط سوچ ہے۔</w:t>
      </w:r>
    </w:p>
    <w:p>
      <w:r>
        <w:rPr>
          <w:b/>
        </w:rPr>
        <w:t xml:space="preserve">[57:28] </w:t>
      </w:r>
      <w:r>
        <w:t>Agarche main jaanta hoon ke Parsi mazhab mein do Khuda maane gaye hain, Yazdan aur Arman, lekin woh</w:t>
      </w:r>
    </w:p>
    <w:p>
      <w:pPr>
        <w:jc w:val="right"/>
      </w:pPr>
      <w:r>
        <w:t>اگرچہ میں جانتا ہوں کہ پارسی مذہب میں دو خدا مانے گئے ہیں، یزداں اور ارمن، لیکن وہ</w:t>
      </w:r>
    </w:p>
    <w:p>
      <w:r>
        <w:rPr>
          <w:b/>
        </w:rPr>
        <w:t xml:space="preserve">[57:34] </w:t>
      </w:r>
      <w:r>
        <w:t>kabhi bhi yani ilmi satah par koi port fact nahi ban saka.</w:t>
      </w:r>
    </w:p>
    <w:p>
      <w:pPr>
        <w:jc w:val="right"/>
      </w:pPr>
      <w:r>
        <w:t>کبھی بھی یعنی علمی سطح پر کوئی پورٹ فیکٹ نہیں بن سکا۔</w:t>
      </w:r>
    </w:p>
    <w:p>
      <w:r>
        <w:rPr>
          <w:b/>
        </w:rPr>
        <w:t xml:space="preserve">[57:39] </w:t>
      </w:r>
      <w:r>
        <w:t>Woh do Khuda concept upar toot gaya jab science ne daryaft kiya ke poora kainaat jo hai, ek</w:t>
      </w:r>
    </w:p>
    <w:p>
      <w:pPr>
        <w:jc w:val="right"/>
      </w:pPr>
      <w:r>
        <w:t>وہ دو خدا concept اوپر ٹوٹ گیا جب سائنس نے دریافت کیا کہ پورا کائنات جو ہے، ایک</w:t>
      </w:r>
    </w:p>
    <w:p>
      <w:r>
        <w:rPr>
          <w:b/>
        </w:rPr>
        <w:t xml:space="preserve">[57:44] </w:t>
      </w:r>
      <w:r>
        <w:t>single string theory جس کو کہتے ہیں، جس کو Stephen Hawking نے پیش کیا تھا، single string theory</w:t>
      </w:r>
    </w:p>
    <w:p>
      <w:pPr>
        <w:jc w:val="right"/>
      </w:pPr>
      <w:r>
        <w:t>single string theory جس کو کہتے ہیں، جس کو اسٹیفن ہاکر نے پیش کیا تھا، single string theory</w:t>
      </w:r>
    </w:p>
    <w:p>
      <w:r>
        <w:rPr>
          <w:b/>
        </w:rPr>
        <w:t xml:space="preserve">[57:49] </w:t>
      </w:r>
      <w:r>
        <w:t>yani ek hi dor mein bandhi hui hai.</w:t>
      </w:r>
    </w:p>
    <w:p>
      <w:pPr>
        <w:jc w:val="right"/>
      </w:pPr>
      <w:r>
        <w:t>یعنی ایک ہی ڈور میں بندھی ہوئی ہے۔</w:t>
      </w:r>
    </w:p>
    <w:p>
      <w:r>
        <w:rPr>
          <w:b/>
        </w:rPr>
        <w:t xml:space="preserve">[57:55] </w:t>
      </w:r>
      <w:r>
        <w:t>Puri kainaat ek hi dor mein bandhi hui hai, is ko kehte hain single string theory.</w:t>
      </w:r>
    </w:p>
    <w:p>
      <w:pPr>
        <w:jc w:val="right"/>
      </w:pPr>
      <w:r>
        <w:t>پوری کائنات ایک ہی ڈور میں بندھی ہوئی ہے، اس کو کہتے ہیں single string theory۔</w:t>
      </w:r>
    </w:p>
    <w:p>
      <w:r>
        <w:rPr>
          <w:b/>
        </w:rPr>
        <w:t xml:space="preserve">[58:00] </w:t>
      </w:r>
      <w:r>
        <w:t>Jab science mein yeh cheez daryaft hui ke poori kainaat ek hi ko ek hi force control kar</w:t>
      </w:r>
    </w:p>
    <w:p>
      <w:pPr>
        <w:jc w:val="right"/>
      </w:pPr>
      <w:r>
        <w:t>جب سائنس میں یہ چیز دریافت ہوئی کہ پوری کائنات ایک ہی کو ایک ہی force کنٹرول کر</w:t>
      </w:r>
    </w:p>
    <w:p>
      <w:r>
        <w:rPr>
          <w:b/>
        </w:rPr>
        <w:t xml:space="preserve">[58:05] </w:t>
      </w:r>
      <w:r>
        <w:t>rahi hai to yeh khatam ho gaya.</w:t>
      </w:r>
    </w:p>
    <w:p>
      <w:pPr>
        <w:jc w:val="right"/>
      </w:pPr>
      <w:r>
        <w:t>رہی ہے تو یہ ختم ہو گیا۔</w:t>
      </w:r>
    </w:p>
    <w:p>
      <w:r>
        <w:rPr>
          <w:b/>
        </w:rPr>
        <w:t xml:space="preserve">[58:10] </w:t>
      </w:r>
      <w:r>
        <w:t>Ji kis ab kis buniyad par koi aisa do Khuda ki baat kare ga? To do Khuda ki</w:t>
      </w:r>
    </w:p>
    <w:p>
      <w:pPr>
        <w:jc w:val="right"/>
      </w:pPr>
      <w:r>
        <w:t>جی کس اب کس بنیاد پر کوئی ایسا دو خدا کی بات کرے گا؟ تو دو خدا کی</w:t>
      </w:r>
    </w:p>
    <w:p>
      <w:r>
        <w:rPr>
          <w:b/>
        </w:rPr>
        <w:t xml:space="preserve">[58:15] </w:t>
      </w:r>
      <w:r>
        <w:t>baat irrational hai, unscientific hai, illogical hai.</w:t>
      </w:r>
    </w:p>
    <w:p>
      <w:pPr>
        <w:jc w:val="right"/>
      </w:pPr>
      <w:r>
        <w:t>بات irrational ہے، unscientific ہے، illogical ہے۔</w:t>
      </w:r>
    </w:p>
    <w:p>
      <w:r>
        <w:rPr>
          <w:b/>
        </w:rPr>
        <w:t xml:space="preserve">[58:21] </w:t>
      </w:r>
      <w:r>
        <w:t>Bilkul is ka koi koi is ka koi is ki base nahi.</w:t>
      </w:r>
    </w:p>
    <w:p>
      <w:pPr>
        <w:jc w:val="right"/>
      </w:pPr>
      <w:r>
        <w:t>بالکل اس کا کوئی کوئی اس کا کوئی اس کی base نہیں۔</w:t>
      </w:r>
    </w:p>
    <w:p>
      <w:r>
        <w:rPr>
          <w:b/>
        </w:rPr>
        <w:t xml:space="preserve">[58:26] </w:t>
      </w:r>
      <w:r>
        <w:t>maulana, in ka ek aur sawal hai.</w:t>
      </w:r>
    </w:p>
    <w:p>
      <w:pPr>
        <w:jc w:val="right"/>
      </w:pPr>
      <w:r>
        <w:t>مولانا، ان کا ایک اور سوال ہے۔</w:t>
      </w:r>
    </w:p>
    <w:p>
      <w:r>
        <w:rPr>
          <w:b/>
        </w:rPr>
        <w:t xml:space="preserve">[58:31] </w:t>
      </w:r>
      <w:r>
        <w:t>unhon ne likha hai ke ek sahib ne mujh se yeh kaha ke maulana ke program mein sunne</w:t>
      </w:r>
    </w:p>
    <w:p>
      <w:pPr>
        <w:jc w:val="right"/>
      </w:pPr>
      <w:r>
        <w:t>انہوں نے لکھا ہے کہ ایک صاحب نے مجھ سے یہ کہا کہ مولانا کے program میں سننے</w:t>
      </w:r>
    </w:p>
    <w:p>
      <w:r>
        <w:rPr>
          <w:b/>
        </w:rPr>
        <w:t xml:space="preserve">[58:36] </w:t>
      </w:r>
      <w:r>
        <w:t>walay kam hotay hain kyunke maulana un logon ko importance detay hain jo ameer hon ya un ki</w:t>
      </w:r>
    </w:p>
    <w:p>
      <w:pPr>
        <w:jc w:val="right"/>
      </w:pPr>
      <w:r>
        <w:t>والے کم ہوتے ہیں کیونکہ مولانا ان لوگوں کو importance دیتے ہیں جو امیر ہوں یا ان کی</w:t>
      </w:r>
    </w:p>
    <w:p>
      <w:r>
        <w:rPr>
          <w:b/>
        </w:rPr>
        <w:t xml:space="preserve">[58:42] </w:t>
      </w:r>
      <w:r>
        <w:t>angrezi achi ho.</w:t>
      </w:r>
    </w:p>
    <w:p>
      <w:pPr>
        <w:jc w:val="right"/>
      </w:pPr>
      <w:r>
        <w:t>انگریزی اچھی ہو۔</w:t>
      </w:r>
    </w:p>
    <w:p>
      <w:r>
        <w:rPr>
          <w:b/>
        </w:rPr>
        <w:t xml:space="preserve">[58:47] </w:t>
      </w:r>
      <w:r>
        <w:t>agar dono aap ke paas na hon to aap maulana ki majlis se mahroom reh jayen ge.</w:t>
      </w:r>
    </w:p>
    <w:p>
      <w:pPr>
        <w:jc w:val="right"/>
      </w:pPr>
      <w:r>
        <w:t>اگر دونوں آپ کے پاس نہ ہوں تو آپ مولانا کی مجلس سے محروم رہ جائیں گے۔</w:t>
      </w:r>
    </w:p>
    <w:p>
      <w:r>
        <w:rPr>
          <w:b/>
        </w:rPr>
        <w:t xml:space="preserve">[58:52] </w:t>
      </w:r>
      <w:r>
        <w:t>yeh bhi be sand baat hai, koi is ka sir na parhe.</w:t>
      </w:r>
    </w:p>
    <w:p>
      <w:pPr>
        <w:jc w:val="right"/>
      </w:pPr>
      <w:r>
        <w:t>یہ بھی بے سند بات ہے، کوئی اس کا سر نہ پڑھے۔</w:t>
      </w:r>
    </w:p>
    <w:p>
      <w:r>
        <w:rPr>
          <w:b/>
        </w:rPr>
        <w:t xml:space="preserve">[58:57] </w:t>
      </w:r>
      <w:r>
        <w:t>main to khud hi angrezi nahi janta.</w:t>
      </w:r>
    </w:p>
    <w:p>
      <w:pPr>
        <w:jc w:val="right"/>
      </w:pPr>
      <w:r>
        <w:t>میں تو خود ہی انگریزی نہیں جانتا۔</w:t>
      </w:r>
    </w:p>
    <w:p>
      <w:r>
        <w:rPr>
          <w:b/>
        </w:rPr>
        <w:t xml:space="preserve">[59:03] </w:t>
      </w:r>
      <w:r>
        <w:t>ek aadmi jo angrezi na janta ho to wohi bohat bolay ga jo jo na janne wala hai.</w:t>
      </w:r>
    </w:p>
    <w:p>
      <w:pPr>
        <w:jc w:val="right"/>
      </w:pPr>
      <w:r>
        <w:t>ایک آدمی جو انگریزی نہ جانتا ہو تو وہی بہت بولے گا جو جو نہ جاننے والا ہے۔</w:t>
      </w:r>
    </w:p>
    <w:p>
      <w:r>
        <w:rPr>
          <w:b/>
        </w:rPr>
        <w:t xml:space="preserve">[59:08] </w:t>
      </w:r>
      <w:r>
        <w:t>sab ne sab sab to sab ne sab samjha is ko.</w:t>
      </w:r>
    </w:p>
    <w:p>
      <w:pPr>
        <w:jc w:val="right"/>
      </w:pPr>
      <w:r>
        <w:t>سب نے سب سب تو سب نے سب سمجھا اس کو۔</w:t>
      </w:r>
    </w:p>
    <w:p>
      <w:r>
        <w:rPr>
          <w:b/>
        </w:rPr>
        <w:t xml:space="preserve">[59:13] </w:t>
      </w:r>
      <w:r>
        <w:t>saari dunya is ko manti hai ke main jab bhi koi baat karta hoon to bohat hi simple</w:t>
      </w:r>
    </w:p>
    <w:p>
      <w:pPr>
        <w:jc w:val="right"/>
      </w:pPr>
      <w:r>
        <w:t>ساری دنیا اس کو مانتی ہے کہ میں جب بھی کوئی بات کرتا ہوں تو بہت ہی simple</w:t>
      </w:r>
    </w:p>
    <w:p>
      <w:r>
        <w:rPr>
          <w:b/>
        </w:rPr>
        <w:t xml:space="preserve">[59:18] </w:t>
      </w:r>
      <w:r>
        <w:t>language hoti hai is ki. Simple language.</w:t>
      </w:r>
    </w:p>
    <w:p>
      <w:pPr>
        <w:jc w:val="right"/>
      </w:pPr>
      <w:r>
        <w:t>language ہوتی ہے اس کی۔ Simple language۔</w:t>
      </w:r>
    </w:p>
    <w:p>
      <w:r>
        <w:rPr>
          <w:b/>
        </w:rPr>
        <w:t xml:space="preserve">[59:23] </w:t>
      </w:r>
      <w:r>
        <w:t>main samajhta hoon ke most simple language hamare program ko hoti hai.</w:t>
      </w:r>
    </w:p>
    <w:p>
      <w:pPr>
        <w:jc w:val="right"/>
      </w:pPr>
      <w:r>
        <w:t>میں سمجھتا ہوں کہ most simple language ہمارے program کو ہوتی ہے۔</w:t>
      </w:r>
    </w:p>
    <w:p>
      <w:r>
        <w:rPr>
          <w:b/>
        </w:rPr>
        <w:t xml:space="preserve">[59:29] </w:t>
      </w:r>
      <w:r>
        <w:t>koi hindi mein bol raha ho, gujrati bol raha ho, is se ziyada simple language hamari hoti hai.</w:t>
      </w:r>
    </w:p>
    <w:p>
      <w:pPr>
        <w:jc w:val="right"/>
      </w:pPr>
      <w:r>
        <w:t>کوئی ہندی میں بول رہا ہو، گجراتی بول رہا ہو، اس سے زیادہ simple language ہماری ہوتی ہے۔</w:t>
      </w:r>
    </w:p>
    <w:p>
      <w:r>
        <w:rPr>
          <w:b/>
        </w:rPr>
        <w:t xml:space="preserve">[59:34] </w:t>
      </w:r>
      <w:r>
        <w:t>yeh to ek be sand baat hai.</w:t>
      </w:r>
    </w:p>
    <w:p>
      <w:pPr>
        <w:jc w:val="right"/>
      </w:pPr>
      <w:r>
        <w:t>یہ تو ایک بے سند بات ہے۔</w:t>
      </w:r>
    </w:p>
    <w:p>
      <w:r>
        <w:rPr>
          <w:b/>
        </w:rPr>
        <w:t xml:space="preserve">[59:39] </w:t>
      </w:r>
      <w:r>
        <w:t>ji yeh to sab hi log mante hain ke meri zaban sab se simple language hoti hai.</w:t>
      </w:r>
    </w:p>
    <w:p>
      <w:pPr>
        <w:jc w:val="right"/>
      </w:pPr>
      <w:r>
        <w:t>جی یہ تو سب ہی لوگ مانتے ہیں کہ میری زبان سب سے simple language ہوتی ہے۔</w:t>
      </w:r>
    </w:p>
    <w:p>
      <w:r>
        <w:rPr>
          <w:b/>
        </w:rPr>
        <w:t xml:space="preserve">[59:44] </w:t>
      </w:r>
      <w:r>
        <w:t>yeh kaise aisi baat keh di? Yeh to ulti baat hai.</w:t>
      </w:r>
    </w:p>
    <w:p>
      <w:pPr>
        <w:jc w:val="right"/>
      </w:pPr>
      <w:r>
        <w:t>یہ کیسے ایسی بات کہہ دی؟ یہ تو الٹی بات ہے۔</w:t>
      </w:r>
    </w:p>
    <w:p>
      <w:r>
        <w:rPr>
          <w:b/>
        </w:rPr>
        <w:t xml:space="preserve">[59:50] </w:t>
      </w:r>
      <w:r>
        <w:t>bilkul ulti baat hai yeh.</w:t>
      </w:r>
    </w:p>
    <w:p>
      <w:pPr>
        <w:jc w:val="right"/>
      </w:pPr>
      <w:r>
        <w:t>بالکل الٹی بات ہے یہ۔</w:t>
      </w:r>
    </w:p>
    <w:p>
      <w:r>
        <w:rPr>
          <w:b/>
        </w:rPr>
        <w:t xml:space="preserve">[59:55] </w:t>
      </w:r>
      <w:r>
        <w:t>main samajhta hoon ke ek dehati aadmi ek rickshaw puller bhi baithe yahan to meri poori baat ko</w:t>
      </w:r>
    </w:p>
    <w:p>
      <w:pPr>
        <w:jc w:val="right"/>
      </w:pPr>
      <w:r>
        <w:t>میں سمجھتا ہوں کہ ایک دیہاتی آدمی ایک رکشہ پلٹ بھی بیٹھے یہاں تو میری پوری بات کو</w:t>
      </w:r>
    </w:p>
    <w:p>
      <w:r>
        <w:rPr>
          <w:b/>
        </w:rPr>
        <w:t xml:space="preserve">[1:00:00] </w:t>
      </w:r>
      <w:r>
        <w:t>samajh sakta hai woh kyunke bilkul nature ki zaban meri hoti hai.</w:t>
      </w:r>
    </w:p>
    <w:p>
      <w:pPr>
        <w:jc w:val="right"/>
      </w:pPr>
      <w:r>
        <w:t>سمجھ سکتا ہے وہ کیونکہ بالکل nature کی زبان میری ہوتی ہے۔</w:t>
      </w:r>
    </w:p>
    <w:p>
      <w:r>
        <w:rPr>
          <w:b/>
        </w:rPr>
        <w:t xml:space="preserve">[1:00:05] </w:t>
      </w:r>
      <w:r>
        <w:t>nature ki zaban aur nature ki zaban jo hai, bilkul simple zaban hoti hai.</w:t>
      </w:r>
    </w:p>
    <w:p>
      <w:pPr>
        <w:jc w:val="right"/>
      </w:pPr>
      <w:r>
        <w:t>Nature کی زبان اور nature کی زبان جو ہے، بالکل simple زبان ہوتی ہے۔</w:t>
      </w:r>
    </w:p>
    <w:p>
      <w:r>
        <w:rPr>
          <w:b/>
        </w:rPr>
        <w:t xml:space="preserve">[1:00:10] </w:t>
      </w:r>
      <w:r>
        <w:t>yeh bilkul be sand baat hai.</w:t>
      </w:r>
    </w:p>
    <w:p>
      <w:pPr>
        <w:jc w:val="right"/>
      </w:pPr>
      <w:r>
        <w:t>یہ بالکل بے سند بات ہے۔</w:t>
      </w:r>
    </w:p>
    <w:p>
      <w:r>
        <w:rPr>
          <w:b/>
        </w:rPr>
        <w:t xml:space="preserve">[1:00:16] </w:t>
      </w:r>
      <w:r>
        <w:t>koi surprise is baat ka nahi hai, koi logic is baat ke nahi hai.</w:t>
      </w:r>
    </w:p>
    <w:p>
      <w:pPr>
        <w:jc w:val="right"/>
      </w:pPr>
      <w:r>
        <w:t>کوئی سرپرائز اس بات کا نہیں ہے، کوئی logic اس بات کے نہیں ہے۔</w:t>
      </w:r>
    </w:p>
    <w:p>
      <w:r>
        <w:rPr>
          <w:b/>
        </w:rPr>
        <w:t xml:space="preserve">[1:00:21] </w:t>
      </w:r>
      <w:r>
        <w:t>maulana, agla yahan to paise ki baat hai, yahan to paise ki koi sawal hi nahi.</w:t>
      </w:r>
    </w:p>
    <w:p>
      <w:pPr>
        <w:jc w:val="right"/>
      </w:pPr>
      <w:r>
        <w:t>مولانا، اگلا یہاں تو پیسے کی بات ہے، یہاں تو پیسے کی کوئی سوال ہی نہیں۔</w:t>
      </w:r>
    </w:p>
    <w:p>
      <w:r>
        <w:rPr>
          <w:b/>
        </w:rPr>
        <w:t xml:space="preserve">[1:00:26] </w:t>
      </w:r>
      <w:r>
        <w:t>hamare haan paisa ki baat hi nahi hoti.</w:t>
      </w:r>
    </w:p>
    <w:p>
      <w:pPr>
        <w:jc w:val="right"/>
      </w:pPr>
      <w:r>
        <w:t>ہمارے ہاں پیسہ کی بات ہی نہیں ہوتی۔</w:t>
      </w:r>
    </w:p>
    <w:p>
      <w:r>
        <w:rPr>
          <w:b/>
        </w:rPr>
        <w:t xml:space="preserve">[1:00:31] </w:t>
      </w:r>
      <w:r>
        <w:t>hamare haan paise ki koi baat hi nahi hoti.</w:t>
      </w:r>
    </w:p>
    <w:p>
      <w:pPr>
        <w:jc w:val="right"/>
      </w:pPr>
      <w:r>
        <w:t>ہمارے ہاں پیسے کی کوئی بات ہی نہیں ہوتی۔</w:t>
      </w:r>
    </w:p>
    <w:p>
      <w:r>
        <w:rPr>
          <w:b/>
        </w:rPr>
        <w:t xml:space="preserve">[1:00:37] </w:t>
      </w:r>
      <w:r>
        <w:t>to kahan se nikaal liya unhon ne? yahan se kaise nikaal liya unhon ne? to main samajhta hoon</w:t>
      </w:r>
    </w:p>
    <w:p>
      <w:pPr>
        <w:jc w:val="right"/>
      </w:pPr>
      <w:r>
        <w:t>تو کہاں سے نکال لیا انہوں نے؟ یہاں سے کیسے نکال لیا انہوں نے؟ تو میں سمجھتا ہوں</w:t>
      </w:r>
    </w:p>
    <w:p>
      <w:r>
        <w:rPr>
          <w:b/>
        </w:rPr>
        <w:t xml:space="preserve">[1:00:42] </w:t>
      </w:r>
      <w:r>
        <w:t>ke yeh kahani ke liye koi misaal agar woh dein to main bataunga.</w:t>
      </w:r>
    </w:p>
    <w:p>
      <w:pPr>
        <w:jc w:val="right"/>
      </w:pPr>
      <w:r>
        <w:t>کہ یہ کہانی کے لیے کوئی مثال اگر وہ دیں تو میں بتاؤں گا۔</w:t>
      </w:r>
    </w:p>
    <w:p>
      <w:r>
        <w:rPr>
          <w:b/>
        </w:rPr>
        <w:t xml:space="preserve">[1:00:47] </w:t>
      </w:r>
      <w:r>
        <w:t>yeh to ek ek be yaani be daleel remark hai.</w:t>
      </w:r>
    </w:p>
    <w:p>
      <w:pPr>
        <w:jc w:val="right"/>
      </w:pPr>
      <w:r>
        <w:t>یہ تو ایک ایک بے یعنی بے دلیل remark ہے۔</w:t>
      </w:r>
    </w:p>
    <w:p>
      <w:r>
        <w:rPr>
          <w:b/>
        </w:rPr>
        <w:t xml:space="preserve">[1:00:52] </w:t>
      </w:r>
      <w:r>
        <w:t>ek misaal woh dein to main bataunga.</w:t>
      </w:r>
    </w:p>
    <w:p>
      <w:pPr>
        <w:jc w:val="right"/>
      </w:pPr>
      <w:r>
        <w:t>ایک مثال وہ دیں تو میں بتاؤں گا۔</w:t>
      </w:r>
    </w:p>
    <w:p>
      <w:r>
        <w:rPr>
          <w:b/>
        </w:rPr>
        <w:t xml:space="preserve">[1:00:57] </w:t>
      </w:r>
      <w:r>
        <w:t>agle Sunday woh ek misaal pesh karein to main bataunga.</w:t>
      </w:r>
    </w:p>
    <w:p>
      <w:pPr>
        <w:jc w:val="right"/>
      </w:pPr>
      <w:r>
        <w:t>اگلے Sunday وہ ایک مثال پیش کریں تو میں بتاؤں گا۔</w:t>
      </w:r>
    </w:p>
    <w:p>
      <w:r>
        <w:rPr>
          <w:b/>
        </w:rPr>
        <w:t xml:space="preserve">[1:01:03] </w:t>
      </w:r>
      <w:r>
        <w:t>main ji Maulana, agla sawal lene se pehle aa hum ek comment padhna chahenge jo Idrees sahab</w:t>
      </w:r>
    </w:p>
    <w:p>
      <w:pPr>
        <w:jc w:val="right"/>
      </w:pPr>
      <w:r>
        <w:t>میں جی مولانا، اگلا سوال لینے سے پہلے آ ہم ایک کمنٹ پڑھنا چاہیں گے جو ادریس صاحب</w:t>
      </w:r>
    </w:p>
    <w:p>
      <w:r>
        <w:rPr>
          <w:b/>
        </w:rPr>
        <w:t xml:space="preserve">[1:01:08] </w:t>
      </w:r>
      <w:r>
        <w:t>ne bheja hai Raipur se aur unhon ne likha hai ke Today I understood the role and</w:t>
      </w:r>
    </w:p>
    <w:p>
      <w:pPr>
        <w:jc w:val="right"/>
      </w:pPr>
      <w:r>
        <w:t>نے بھیجا ہے رائے پور سے اور انہوں نے لکھا ہے کہ Today I understood the role and</w:t>
      </w:r>
    </w:p>
    <w:p>
      <w:r>
        <w:rPr>
          <w:b/>
        </w:rPr>
        <w:t xml:space="preserve">[1:01:13] </w:t>
      </w:r>
      <w:r>
        <w:t>importance of supporting literature.</w:t>
      </w:r>
    </w:p>
    <w:p>
      <w:pPr>
        <w:jc w:val="right"/>
      </w:pPr>
      <w:r>
        <w:t>importance of supporting literature.</w:t>
      </w:r>
    </w:p>
    <w:p>
      <w:r>
        <w:rPr>
          <w:b/>
        </w:rPr>
        <w:t xml:space="preserve">[1:01:18] </w:t>
      </w:r>
      <w:r>
        <w:t>aur Maulana, isi se related ek aur comment aur sawal aaya hai UK se Dr. Hina ka</w:t>
      </w:r>
    </w:p>
    <w:p>
      <w:pPr>
        <w:jc w:val="right"/>
      </w:pPr>
      <w:r>
        <w:t>اور مولانا، اسی سے related ایک اور کمنٹ اور سوال آیا ہے یو کے سے ڈاکٹر حنا کا</w:t>
      </w:r>
    </w:p>
    <w:p>
      <w:r>
        <w:rPr>
          <w:b/>
        </w:rPr>
        <w:t xml:space="preserve">[1:01:24] </w:t>
      </w:r>
      <w:r>
        <w:t>aur unhon ne likha hai ke Maulana sahab, aap ko Allah taala do hazar pandrah mein sehat aur</w:t>
      </w:r>
    </w:p>
    <w:p>
      <w:pPr>
        <w:jc w:val="right"/>
      </w:pPr>
      <w:r>
        <w:t>اور انہوں نے لکھا ہے کہ مولانا صاحب، آپ کو اللہ تعالی دو ہزار پندرہ میں صحت اور</w:t>
      </w:r>
    </w:p>
    <w:p>
      <w:r>
        <w:rPr>
          <w:b/>
        </w:rPr>
        <w:t xml:space="preserve">[1:01:29] </w:t>
      </w:r>
      <w:r>
        <w:t>aasani ke sath apna mission jari rakhne ki tofeeq de aur hamein bhi.</w:t>
      </w:r>
    </w:p>
    <w:p>
      <w:pPr>
        <w:jc w:val="right"/>
      </w:pPr>
      <w:r>
        <w:t>آسانی کے ساتھ اپنا مشن جاری رکھنے کی توفیق دے اور ہمیں بھی۔</w:t>
      </w:r>
    </w:p>
    <w:p>
      <w:r>
        <w:rPr>
          <w:b/>
        </w:rPr>
        <w:t xml:space="preserve">[1:01:34] </w:t>
      </w:r>
      <w:r>
        <w:t>Maulana sahab, My question is, which one of your books you will recommend most as supportive literature with</w:t>
      </w:r>
    </w:p>
    <w:p>
      <w:pPr>
        <w:jc w:val="right"/>
      </w:pPr>
      <w:r>
        <w:t>مولانا صاحب، My question is, which one of your books you will recommend most as supportive literature with</w:t>
      </w:r>
    </w:p>
    <w:p>
      <w:r>
        <w:rPr>
          <w:b/>
        </w:rPr>
        <w:t xml:space="preserve">[1:01:39] </w:t>
      </w:r>
      <w:r>
        <w:t>Quran translation to non-Muslims and which one to Muslims?</w:t>
      </w:r>
    </w:p>
    <w:p>
      <w:pPr>
        <w:jc w:val="right"/>
      </w:pPr>
      <w:r>
        <w:t>Quran translation to non-Muslims and which one to Muslims?</w:t>
      </w:r>
    </w:p>
    <w:p>
      <w:r>
        <w:rPr>
          <w:b/>
        </w:rPr>
        <w:t xml:space="preserve">[1:01:45] </w:t>
      </w:r>
      <w:r>
        <w:t>dekhiye, hamari jitni bhi kitabein hain, sach poochhein to supportive literature hi hain, chahe choti ho ya badi.</w:t>
      </w:r>
    </w:p>
    <w:p>
      <w:pPr>
        <w:jc w:val="right"/>
      </w:pPr>
      <w:r>
        <w:t>دیکھیے، ہماری جتنی بھی کتابیں ہیں، سچ پوچھیں تو supportive literature ہی ہیں، چاہے چھوٹی ہو یا بڑی۔</w:t>
      </w:r>
    </w:p>
    <w:p>
      <w:r>
        <w:rPr>
          <w:b/>
        </w:rPr>
        <w:t xml:space="preserve">[1:01:50] </w:t>
      </w:r>
      <w:r>
        <w:t>Supportive literature ka lafz jo bol raha hoon, bahut hi wise sense mein bol raha hoon.</w:t>
      </w:r>
    </w:p>
    <w:p>
      <w:pPr>
        <w:jc w:val="right"/>
      </w:pPr>
      <w:r>
        <w:t>Supportive literature کا لفظ جو بول رہا ہوں، بہت ہی wise sense میں بول رہا ہوں۔</w:t>
      </w:r>
    </w:p>
    <w:p>
      <w:r>
        <w:rPr>
          <w:b/>
        </w:rPr>
        <w:t xml:space="preserve">[1:01:56] </w:t>
      </w:r>
      <w:r>
        <w:t>kisi limited sense mein nahi ke namaz ka tareeqa, mislan yeh baat ke namaz ka tareeqa Quran mein</w:t>
      </w:r>
    </w:p>
    <w:p>
      <w:pPr>
        <w:jc w:val="right"/>
      </w:pPr>
      <w:r>
        <w:t>کسی limited sense میں نہیں کہ نماز کا طریقہ، مثلاً یہ بات کہ نماز کا طریقہ قرآن میں</w:t>
      </w:r>
    </w:p>
    <w:p>
      <w:r>
        <w:rPr>
          <w:b/>
        </w:rPr>
        <w:t xml:space="preserve">[1:02:02] </w:t>
      </w:r>
      <w:r>
        <w:t>nahi hai, koi kitaab chhaape, us mein namaz ka tareeqa bataaye.</w:t>
      </w:r>
    </w:p>
    <w:p>
      <w:pPr>
        <w:jc w:val="right"/>
      </w:pPr>
      <w:r>
        <w:t>نہیں ہے، کوئی کتاب چھاپے، اس میں نماز کا طریقہ بتائے۔</w:t>
      </w:r>
    </w:p>
    <w:p>
      <w:r>
        <w:rPr>
          <w:b/>
        </w:rPr>
        <w:t xml:space="preserve">[1:02:07] </w:t>
      </w:r>
      <w:r>
        <w:t>to yeh bahut hi limited sense hoga.</w:t>
      </w:r>
    </w:p>
    <w:p>
      <w:pPr>
        <w:jc w:val="right"/>
      </w:pPr>
      <w:r>
        <w:t>تو یہ بہت ہی limited sense ہوگا۔</w:t>
      </w:r>
    </w:p>
    <w:p>
      <w:r>
        <w:rPr>
          <w:b/>
        </w:rPr>
        <w:t xml:space="preserve">[1:02:13] </w:t>
      </w:r>
      <w:r>
        <w:t>hamari jitni bhi kitabein hain, chahe woh do warq ki bhi hon ya risale mein koi ek safhe</w:t>
      </w:r>
    </w:p>
    <w:p>
      <w:pPr>
        <w:jc w:val="right"/>
      </w:pPr>
      <w:r>
        <w:t>ہماری جتنی بھی کتابیں ہیں، چاہے وہ دو ورق کی بھی ہوں یا رسالے میں کوئی ایک صفحے</w:t>
      </w:r>
    </w:p>
    <w:p>
      <w:r>
        <w:rPr>
          <w:b/>
        </w:rPr>
        <w:t xml:space="preserve">[1:02:19] </w:t>
      </w:r>
      <w:r>
        <w:t>ka mazmoon ho, woh sab supportive literature hi hota hai, kisi directly ya indirectly.</w:t>
      </w:r>
    </w:p>
    <w:p>
      <w:pPr>
        <w:jc w:val="right"/>
      </w:pPr>
      <w:r>
        <w:t>کا مضمون ہو، وہ سب supportive literature ہی ہوتا ہے، کسی directly یا indirectly۔</w:t>
      </w:r>
    </w:p>
    <w:p>
      <w:r>
        <w:rPr>
          <w:b/>
        </w:rPr>
        <w:t xml:space="preserve">[1:02:25] </w:t>
      </w:r>
      <w:r>
        <w:t>to main is mein koi yeh nahi keh sakta ke falan kitaab aap sari kitabein phailaiye.</w:t>
      </w:r>
    </w:p>
    <w:p>
      <w:pPr>
        <w:jc w:val="right"/>
      </w:pPr>
      <w:r>
        <w:t>تو میں اس میں کوئی یہ نہیں کہہ سکتا کہ فلاں کتاب آپ ساری کتابیں پھیلائیے۔</w:t>
      </w:r>
    </w:p>
    <w:p>
      <w:r>
        <w:rPr>
          <w:b/>
        </w:rPr>
        <w:t xml:space="preserve">[1:02:30] </w:t>
      </w:r>
      <w:r>
        <w:t>har kitaab mein wisdom hai, har kitaab mein support hai, har kitaab mein taayidi mawad hai, har kitaab</w:t>
      </w:r>
    </w:p>
    <w:p>
      <w:pPr>
        <w:jc w:val="right"/>
      </w:pPr>
      <w:r>
        <w:t>ہر کتاب میں wisdom ہے، ہر کتاب میں support ہے، ہر کتاب میں تائیدی مواد ہے، ہر کتاب</w:t>
      </w:r>
    </w:p>
    <w:p>
      <w:r>
        <w:rPr>
          <w:b/>
        </w:rPr>
        <w:t xml:space="preserve">[1:02:36] </w:t>
      </w:r>
      <w:r>
        <w:t>without any exception.</w:t>
      </w:r>
    </w:p>
    <w:p>
      <w:pPr>
        <w:jc w:val="right"/>
      </w:pPr>
      <w:r>
        <w:t>without any exception۔</w:t>
      </w:r>
    </w:p>
    <w:p>
      <w:r>
        <w:rPr>
          <w:b/>
        </w:rPr>
        <w:t xml:space="preserve">[1:02:42] </w:t>
      </w:r>
      <w:r>
        <w:t>bas aap parh jitna aap jitna aap ke bas mein ho, utna phailaiye.</w:t>
      </w:r>
    </w:p>
    <w:p>
      <w:pPr>
        <w:jc w:val="right"/>
      </w:pPr>
      <w:r>
        <w:t>بس آپ پڑھ جتنا آپ جتنا آپ کے بس میں ہو، اتنا پھیلائیے۔</w:t>
      </w:r>
    </w:p>
    <w:p>
      <w:r>
        <w:rPr>
          <w:b/>
        </w:rPr>
        <w:t xml:space="preserve">[1:02:48] </w:t>
      </w:r>
      <w:r>
        <w:t>yahi main kahunga.</w:t>
      </w:r>
    </w:p>
    <w:p>
      <w:pPr>
        <w:jc w:val="right"/>
      </w:pPr>
      <w:r>
        <w:t>یہی میں کہوں گا۔</w:t>
      </w:r>
    </w:p>
    <w:p>
      <w:r>
        <w:rPr>
          <w:b/>
        </w:rPr>
        <w:t xml:space="preserve">[1:02:53] </w:t>
      </w:r>
      <w:r>
        <w:t>dekhiye, yaad rakhiye ke sirf agar tarjuma ne phaila diya to yeh yeh kafi nahi hoga.</w:t>
      </w:r>
    </w:p>
    <w:p>
      <w:pPr>
        <w:jc w:val="right"/>
      </w:pPr>
      <w:r>
        <w:t>دیکھیے، یاد رکھیے کہ صرف اگر ترجمہ نے پھیلا دیا تو یہ یہ کافی نہیں ہوگا۔</w:t>
      </w:r>
    </w:p>
    <w:p>
      <w:r>
        <w:rPr>
          <w:b/>
        </w:rPr>
        <w:t xml:space="preserve">[1:02:59] </w:t>
      </w:r>
      <w:r>
        <w:t>quran bataya ke tabyeen ke peghambar bataya ke agar quran pesh karta hai aur uski tabyeen karta</w:t>
      </w:r>
    </w:p>
    <w:p>
      <w:pPr>
        <w:jc w:val="right"/>
      </w:pPr>
      <w:r>
        <w:t>قرآن بتایا کہ تبیین کہ پیغمبر بتایا کہ اگر قرآن پیش کرتا ہے اور اس کی تبیین کرتا</w:t>
      </w:r>
    </w:p>
    <w:p>
      <w:r>
        <w:rPr>
          <w:b/>
        </w:rPr>
        <w:t xml:space="preserve">[1:03:05] </w:t>
      </w:r>
      <w:r>
        <w:t>hai, uski tashreeh karta hai, uski wazahat karta hai, to dekhiye, bilkul yeksan taur par zaroori</w:t>
      </w:r>
    </w:p>
    <w:p>
      <w:pPr>
        <w:jc w:val="right"/>
      </w:pPr>
      <w:r>
        <w:t>ہے، اس کی تشریح کرتا ہے، اس کی وضاحت کرتا ہے، تو دیکھیے، بالکل یکساں طور پر ضروری</w:t>
      </w:r>
    </w:p>
    <w:p>
      <w:r>
        <w:rPr>
          <w:b/>
        </w:rPr>
        <w:t xml:space="preserve">[1:03:11] </w:t>
      </w:r>
      <w:r>
        <w:t>hai ke aap quran ka tarjuma phailayen aur sath sath supportive literature phailayen.</w:t>
      </w:r>
    </w:p>
    <w:p>
      <w:pPr>
        <w:jc w:val="right"/>
      </w:pPr>
      <w:r>
        <w:t>ہے کہ آپ قرآن کا ترجمہ پھیلائیں اور ساتھ ساتھ supportive literature پھیلائیں۔</w:t>
      </w:r>
    </w:p>
    <w:p>
      <w:r>
        <w:rPr>
          <w:b/>
        </w:rPr>
        <w:t xml:space="preserve">[1:03:16] </w:t>
      </w:r>
      <w:r>
        <w:t>agar aap nahi phailayenge to yaqeen kijiye ke aap ka maqsad poora nahi ho sakta.</w:t>
      </w:r>
    </w:p>
    <w:p>
      <w:pPr>
        <w:jc w:val="right"/>
      </w:pPr>
      <w:r>
        <w:t>اگر آپ نہیں پھیلائیں گے تو یقین کیجیے کہ آپ کا مقصد پورا نہیں ہو سکتا۔</w:t>
      </w:r>
    </w:p>
    <w:p>
      <w:r>
        <w:rPr>
          <w:b/>
        </w:rPr>
        <w:t xml:space="preserve">[1:03:22] </w:t>
      </w:r>
      <w:r>
        <w:t>main jitne mere saathi hain, chahe india mein hon ya india ke bahar main hon, un sab se</w:t>
      </w:r>
    </w:p>
    <w:p>
      <w:pPr>
        <w:jc w:val="right"/>
      </w:pPr>
      <w:r>
        <w:t>میں جتنے میرے ساتھی ہیں، چاہے انڈیا میں ہوں یا انڈیا کے باہر میں ہوں، ان سب سے</w:t>
      </w:r>
    </w:p>
    <w:p>
      <w:r>
        <w:rPr>
          <w:b/>
        </w:rPr>
        <w:t xml:space="preserve">[1:03:28] </w:t>
      </w:r>
      <w:r>
        <w:t>kahunga ke aisa yeh soch kabhi aap ke andar paida nahi honi chahiye ke aap ne quran</w:t>
      </w:r>
    </w:p>
    <w:p>
      <w:pPr>
        <w:jc w:val="right"/>
      </w:pPr>
      <w:r>
        <w:t>کہوں گا کہ ایسا یہ سوچ کبھی آپ کے اندر پیدا نہیں ہونی چاہیے کہ آپ نے قرآن</w:t>
      </w:r>
    </w:p>
    <w:p>
      <w:r>
        <w:rPr>
          <w:b/>
        </w:rPr>
        <w:t xml:space="preserve">[1:03:34] </w:t>
      </w:r>
      <w:r>
        <w:t>distribute kar diya to kaam ho gaya.</w:t>
      </w:r>
    </w:p>
    <w:p>
      <w:pPr>
        <w:jc w:val="right"/>
      </w:pPr>
      <w:r>
        <w:t>distribute کر دیا تو کام ہو گیا۔</w:t>
      </w:r>
    </w:p>
    <w:p>
      <w:r>
        <w:rPr>
          <w:b/>
        </w:rPr>
        <w:t xml:space="preserve">[1:03:39] </w:t>
      </w:r>
      <w:r>
        <w:t>nahi, nahi, quran distribute karne ke sath sath aap ko zaroori hai ke aap supportive literature ko phailayen.</w:t>
      </w:r>
    </w:p>
    <w:p>
      <w:pPr>
        <w:jc w:val="right"/>
      </w:pPr>
      <w:r>
        <w:t>نہیں، نہیں، قرآن distribute کرنے کے ساتھ ساتھ آپ کو ضروری ہے کہ آپ supportive literature کو پھیلائیں۔</w:t>
      </w:r>
    </w:p>
    <w:p>
      <w:r>
        <w:rPr>
          <w:b/>
        </w:rPr>
        <w:t xml:space="preserve">[1:03:45] </w:t>
      </w:r>
      <w:r>
        <w:t>jaise abhi main ne ayat padhi aap ko wajاهدوا به جهاد کبیر yahan par kya likha hai? koi</w:t>
      </w:r>
    </w:p>
    <w:p>
      <w:pPr>
        <w:jc w:val="right"/>
      </w:pPr>
      <w:r>
        <w:t>جیسے ابھی میں نے آیت پڑھی آپ کو وجاهدوا به جہاد کبیر یہاں پر کیا لکھا ہے؟ کوئی</w:t>
      </w:r>
    </w:p>
    <w:p>
      <w:r>
        <w:rPr>
          <w:b/>
        </w:rPr>
        <w:t xml:space="preserve">[1:03:51] </w:t>
      </w:r>
      <w:r>
        <w:t>kuch logon ne ke un ke sath lado, fight karo, yani jahad ko fight karne mein le liya.</w:t>
      </w:r>
    </w:p>
    <w:p>
      <w:pPr>
        <w:jc w:val="right"/>
      </w:pPr>
      <w:r>
        <w:t>کچھ لوگوں نے کہ ان کے ساتھ لڑو، fight کرو، یعنی جہاد کو fight کرنے میں لے لیا۔</w:t>
      </w:r>
    </w:p>
    <w:p>
      <w:r>
        <w:rPr>
          <w:b/>
        </w:rPr>
        <w:t xml:space="preserve">[1:03:57] </w:t>
      </w:r>
      <w:r>
        <w:t>ab koi aadmi is ko padhega to yeh samjhega ke fight karo.</w:t>
      </w:r>
    </w:p>
    <w:p>
      <w:pPr>
        <w:jc w:val="right"/>
      </w:pPr>
      <w:r>
        <w:t>اب کوئی آدمی اس کو پڑھے گا تو یہ سمجھے گا کہ fight کرو۔</w:t>
      </w:r>
    </w:p>
    <w:p>
      <w:r>
        <w:rPr>
          <w:b/>
        </w:rPr>
        <w:t xml:space="preserve">[1:04:02] </w:t>
      </w:r>
      <w:r>
        <w:t>to quran ka tarjuma jitna zaroori hai, taqreeban itna hi zaroori hai aap ke baad bhi ke aap</w:t>
      </w:r>
    </w:p>
    <w:p>
      <w:pPr>
        <w:jc w:val="right"/>
      </w:pPr>
      <w:r>
        <w:t>تو قرآن کا ترجمہ جتنا ضروری ہے، تقریباً اتنا ہی ضروری ہے آپ کے بعد بھی کہ آپ</w:t>
      </w:r>
    </w:p>
    <w:p>
      <w:r>
        <w:rPr>
          <w:b/>
        </w:rPr>
        <w:t xml:space="preserve">[1:04:08] </w:t>
      </w:r>
      <w:r>
        <w:t>supportive literature ko phailayen, warna mind aadmi ka address nahi hoga.</w:t>
      </w:r>
    </w:p>
    <w:p>
      <w:pPr>
        <w:jc w:val="right"/>
      </w:pPr>
      <w:r>
        <w:t>supportive literature کو پھیلائیں، ورنہ mind آدمی کا address نہیں ہوگا۔</w:t>
      </w:r>
    </w:p>
    <w:p>
      <w:r>
        <w:rPr>
          <w:b/>
        </w:rPr>
        <w:t xml:space="preserve">[1:04:14] </w:t>
      </w:r>
      <w:r>
        <w:t>aadmi is ko samajh nahi payega, aadmi phir bhi confusion mein rahega kyunke hamara jo literature</w:t>
      </w:r>
    </w:p>
    <w:p>
      <w:pPr>
        <w:jc w:val="right"/>
      </w:pPr>
      <w:r>
        <w:t>آدمی اس کو سمجھ نہیں پائے گا، آدمی پھر بھی confusion میں رہے گا کیونکہ ہمارا جو literature</w:t>
      </w:r>
    </w:p>
    <w:p>
      <w:r>
        <w:rPr>
          <w:b/>
        </w:rPr>
        <w:t xml:space="preserve">[1:04:20] </w:t>
      </w:r>
      <w:r>
        <w:t>hai, woh modern idiom mein hai aur jo modern mind hai, us ko samjha hum ne, phir samajh</w:t>
      </w:r>
    </w:p>
    <w:p>
      <w:pPr>
        <w:jc w:val="right"/>
      </w:pPr>
      <w:r>
        <w:t>ہے، وہ modern idiom میں ہے اور جو modern mind ہے، اس کو سمجھا ہم نے، پھر سمجھ</w:t>
      </w:r>
    </w:p>
    <w:p>
      <w:r>
        <w:rPr>
          <w:b/>
        </w:rPr>
        <w:t xml:space="preserve">[1:04:25] </w:t>
      </w:r>
      <w:r>
        <w:t>kar us ko address karne ki koshish ki.</w:t>
      </w:r>
    </w:p>
    <w:p>
      <w:pPr>
        <w:jc w:val="right"/>
      </w:pPr>
      <w:r>
        <w:t>کر اس کو address کرنے کی کوشش کی۔</w:t>
      </w:r>
    </w:p>
    <w:p>
      <w:r>
        <w:rPr>
          <w:b/>
        </w:rPr>
        <w:t xml:space="preserve">[1:04:31] </w:t>
      </w:r>
      <w:r>
        <w:t>is liye bohat hi zaroori hai ke aap quran bhi phailayen aur supportive literature bhi phailayen.</w:t>
      </w:r>
    </w:p>
    <w:p>
      <w:pPr>
        <w:jc w:val="right"/>
      </w:pPr>
      <w:r>
        <w:t>اس لیے بہت ہی ضروری ہے کہ آپ قرآن بھی پھیلائیں اور supportive literature بھی پھیلائیں۔</w:t>
      </w:r>
    </w:p>
    <w:p>
      <w:r>
        <w:rPr>
          <w:b/>
        </w:rPr>
        <w:t xml:space="preserve">[1:04:37] </w:t>
      </w:r>
      <w:r>
        <w:t>maulana, agla sawal maulana iqbal umri ne bheja hai tamil nadu se aur unhone likha hai ke</w:t>
      </w:r>
    </w:p>
    <w:p>
      <w:pPr>
        <w:jc w:val="right"/>
      </w:pPr>
      <w:r>
        <w:t>مولانا، اگلا سوال مولانا اقبال عمری نے بھیجا ہے تمل ناڈو سے اور انہوں نے لکھا ہے کہ</w:t>
      </w:r>
    </w:p>
    <w:p>
      <w:r>
        <w:rPr>
          <w:b/>
        </w:rPr>
        <w:t xml:space="preserve">[1:04:43] </w:t>
      </w:r>
      <w:r>
        <w:t>maulana fikri mughalaton se bachne ke liye cps mission ke logon ko kya karna hoga? is</w:t>
      </w:r>
    </w:p>
    <w:p>
      <w:pPr>
        <w:jc w:val="right"/>
      </w:pPr>
      <w:r>
        <w:t>مولانا فکری مغالتوں سے بچنے کے لیے سی پی ایس مشن کے لوگوں کو کیا کرنا ہوگا؟ اس</w:t>
      </w:r>
    </w:p>
    <w:p>
      <w:r>
        <w:rPr>
          <w:b/>
        </w:rPr>
        <w:t xml:space="preserve">[1:04:48] </w:t>
      </w:r>
      <w:r>
        <w:t>ki rehnumai karen.</w:t>
      </w:r>
    </w:p>
    <w:p>
      <w:pPr>
        <w:jc w:val="right"/>
      </w:pPr>
      <w:r>
        <w:t>کی رہنمائی کریں۔</w:t>
      </w:r>
    </w:p>
    <w:p>
      <w:r>
        <w:rPr>
          <w:b/>
        </w:rPr>
        <w:t xml:space="preserve">[1:04:54] </w:t>
      </w:r>
      <w:r>
        <w:t>sirf ek kaam ke jo kitaben chhapi hain, us ko study karna.</w:t>
      </w:r>
    </w:p>
    <w:p>
      <w:pPr>
        <w:jc w:val="right"/>
      </w:pPr>
      <w:r>
        <w:t>صرف ایک کام کہ جو کتابیں چھپی ہیں، اس کو study کرنا۔</w:t>
      </w:r>
    </w:p>
    <w:p>
      <w:r>
        <w:rPr>
          <w:b/>
        </w:rPr>
        <w:t xml:space="preserve">[1:05:00] </w:t>
      </w:r>
      <w:r>
        <w:t>kal mere paas aaye ek sahab jo kashmir ke the aur der tak woh baaten karte rahe, woh</w:t>
      </w:r>
    </w:p>
    <w:p>
      <w:pPr>
        <w:jc w:val="right"/>
      </w:pPr>
      <w:r>
        <w:t>کل میرے پاس آئے ایک صاحب جو کشمیر کے تھے اور دیر تک وہ باتیں کرتے رہے، وہ</w:t>
      </w:r>
    </w:p>
    <w:p>
      <w:r>
        <w:rPr>
          <w:b/>
        </w:rPr>
        <w:t xml:space="preserve">[1:05:06] </w:t>
      </w:r>
      <w:r>
        <w:t>bohat zyada is ke fan hain, is ko bataya unhone magar un ki confusion tha un ke mind mein.</w:t>
      </w:r>
    </w:p>
    <w:p>
      <w:pPr>
        <w:jc w:val="right"/>
      </w:pPr>
      <w:r>
        <w:t>بہت زیادہ اس کے fan ہیں، اس کو بتایا انہوں نے مگر ان کی confusion تھا ان کے mind میں۔</w:t>
      </w:r>
    </w:p>
    <w:p>
      <w:r>
        <w:rPr>
          <w:b/>
        </w:rPr>
        <w:t xml:space="preserve">[1:05:11] </w:t>
      </w:r>
      <w:r>
        <w:t>to main ne kaha aap kitaben to kam padhi hain aap ne aur apne ko is ka muwafiq</w:t>
      </w:r>
    </w:p>
    <w:p>
      <w:pPr>
        <w:jc w:val="right"/>
      </w:pPr>
      <w:r>
        <w:t>تو میں نے کہا آپ کتابیں تو کم پڑھی ہیں آپ نے اور اپنے کو اس کا موافق</w:t>
      </w:r>
    </w:p>
    <w:p>
      <w:r>
        <w:rPr>
          <w:b/>
        </w:rPr>
        <w:t xml:space="preserve">[1:05:17] </w:t>
      </w:r>
      <w:r>
        <w:t>bata rahe hain.</w:t>
      </w:r>
    </w:p>
    <w:p>
      <w:pPr>
        <w:jc w:val="right"/>
      </w:pPr>
      <w:r>
        <w:t>بتا رہے ہیں۔</w:t>
      </w:r>
    </w:p>
    <w:p>
      <w:r>
        <w:rPr>
          <w:b/>
        </w:rPr>
        <w:t xml:space="preserve">[1:05:23] </w:t>
      </w:r>
      <w:r>
        <w:t>to mein samajhta hoon ke CPS ke tamam logon ka pehla kaam hai ke hamari kitabon</w:t>
      </w:r>
    </w:p>
    <w:p>
      <w:pPr>
        <w:jc w:val="right"/>
      </w:pPr>
      <w:r>
        <w:t>تو میں سمجھتا ہوں کہ سی پی ایس کے تمام لوگوں کا پہلا کام ہے کہ ہماری کتابوں</w:t>
      </w:r>
    </w:p>
    <w:p>
      <w:r>
        <w:rPr>
          <w:b/>
        </w:rPr>
        <w:t xml:space="preserve">[1:05:29] </w:t>
      </w:r>
      <w:r>
        <w:t>ko bar bar parhein.</w:t>
      </w:r>
    </w:p>
    <w:p>
      <w:pPr>
        <w:jc w:val="right"/>
      </w:pPr>
      <w:r>
        <w:t>کو بار بار پڑھیں۔</w:t>
      </w:r>
    </w:p>
    <w:p>
      <w:r>
        <w:rPr>
          <w:b/>
        </w:rPr>
        <w:t xml:space="preserve">[1:05:34] </w:t>
      </w:r>
      <w:r>
        <w:t>agar woh bar bar nahin parhein ge to confusion mein rahen ge aur mission ki guideline un ko</w:t>
      </w:r>
    </w:p>
    <w:p>
      <w:pPr>
        <w:jc w:val="right"/>
      </w:pPr>
      <w:r>
        <w:t>اگر وہ بار بار نہیں پڑھیں گے تو confusion میں رہیں گے اور mission کی guideline ان کو</w:t>
      </w:r>
    </w:p>
    <w:p>
      <w:r>
        <w:rPr>
          <w:b/>
        </w:rPr>
        <w:t xml:space="preserve">[1:05:40] </w:t>
      </w:r>
      <w:r>
        <w:t>nahin mile gi ke kaise mission ka kaam karein.</w:t>
      </w:r>
    </w:p>
    <w:p>
      <w:pPr>
        <w:jc w:val="right"/>
      </w:pPr>
      <w:r>
        <w:t>نہیں ملے گی کہ کیسے mission کا کام کریں۔</w:t>
      </w:r>
    </w:p>
    <w:p>
      <w:r>
        <w:rPr>
          <w:b/>
        </w:rPr>
        <w:t xml:space="preserve">[1:05:46] </w:t>
      </w:r>
      <w:r>
        <w:t>mein samajhta hoon ke log is ki ahmiyat nahin samajhte ke risala monthly ko baqayda parhein, speech of</w:t>
      </w:r>
    </w:p>
    <w:p>
      <w:pPr>
        <w:jc w:val="right"/>
      </w:pPr>
      <w:r>
        <w:t>میں سمجھتا ہوں کہ لوگ اس کی اہمیت نہیں سمجھتے کہ رسالہ monthly کو باقاعدہ پڑھیں، اسپیچ آف</w:t>
      </w:r>
    </w:p>
    <w:p>
      <w:r>
        <w:rPr>
          <w:b/>
        </w:rPr>
        <w:t xml:space="preserve">[1:05:52] </w:t>
      </w:r>
      <w:r>
        <w:t>Islam ko baqayda parhein, hamari jo kitabein hain, is ko bohat hi baqayda parhein.</w:t>
      </w:r>
    </w:p>
    <w:p>
      <w:pPr>
        <w:jc w:val="right"/>
      </w:pPr>
      <w:r>
        <w:t>اسلام کو باقاعدہ پڑھیں، ہماری جو کتابیں ہیں، اس کو بہت ہی باقاعدہ پڑھیں۔</w:t>
      </w:r>
    </w:p>
    <w:p>
      <w:r>
        <w:rPr>
          <w:b/>
        </w:rPr>
        <w:t xml:space="preserve">[1:05:57] </w:t>
      </w:r>
      <w:r>
        <w:t>jab tak aap is tarah nahin karein ge, aap ka mind tayyar nahin hoga, aap prepared mind nahin</w:t>
      </w:r>
    </w:p>
    <w:p>
      <w:pPr>
        <w:jc w:val="right"/>
      </w:pPr>
      <w:r>
        <w:t>جب تک آپ اس طرح نہیں کریں گے، آپ کا mind تیار نہیں ہوگا، آپ prepared mind نہیں</w:t>
      </w:r>
    </w:p>
    <w:p>
      <w:r>
        <w:rPr>
          <w:b/>
        </w:rPr>
        <w:t xml:space="preserve">[1:06:03] </w:t>
      </w:r>
      <w:r>
        <w:t>banen ge to aap kaam kaise karein ge? is ka koi alternative nahin hai, is ka koi doosra</w:t>
      </w:r>
    </w:p>
    <w:p>
      <w:pPr>
        <w:jc w:val="right"/>
      </w:pPr>
      <w:r>
        <w:t>بنیں گے تو آپ کام کیسے کریں گے؟ اس کا کوئی alternative نہیں ہے، اس کا کوئی دوسرا</w:t>
      </w:r>
    </w:p>
    <w:p>
      <w:r>
        <w:rPr>
          <w:b/>
        </w:rPr>
        <w:t xml:space="preserve">[1:06:09] </w:t>
      </w:r>
      <w:r>
        <w:t>option nahin hai.</w:t>
      </w:r>
    </w:p>
    <w:p>
      <w:pPr>
        <w:jc w:val="right"/>
      </w:pPr>
      <w:r>
        <w:t>option نہیں ہے۔</w:t>
      </w:r>
    </w:p>
    <w:p>
      <w:r>
        <w:rPr>
          <w:b/>
        </w:rPr>
        <w:t xml:space="preserve">[1:06:15] </w:t>
      </w:r>
      <w:r>
        <w:t>har aadmi ko chahiye, hamare jitne bhi saathi hain ke woh yeh kaam karein ke risala monthly Urdu</w:t>
      </w:r>
    </w:p>
    <w:p>
      <w:pPr>
        <w:jc w:val="right"/>
      </w:pPr>
      <w:r>
        <w:t>ہر آدمی کو چاہیے، ہمارے جتنے بھی ساتھی ہیں کہ وہ یہ کام کریں کہ رسالہ monthly اردو</w:t>
      </w:r>
    </w:p>
    <w:p>
      <w:r>
        <w:rPr>
          <w:b/>
        </w:rPr>
        <w:t xml:space="preserve">[1:06:20] </w:t>
      </w:r>
      <w:r>
        <w:t>ko regular tareeqe se parhein, speech of Islam ko baqayda parhein, har mahine mein hamari kitabon ka mutala</w:t>
      </w:r>
    </w:p>
    <w:p>
      <w:pPr>
        <w:jc w:val="right"/>
      </w:pPr>
      <w:r>
        <w:t>کو regular طریقے سے پڑھیں، اسپیچ آف اسلام کو باقاعدہ پڑھیں، ہر مہینے میں ہماری کتابوں کا مطالعہ</w:t>
      </w:r>
    </w:p>
    <w:p>
      <w:r>
        <w:rPr>
          <w:b/>
        </w:rPr>
        <w:t xml:space="preserve">[1:06:26] </w:t>
      </w:r>
      <w:r>
        <w:t>karein, warna woh kaam ko sahi dhang par nahin kar sakein ge.</w:t>
      </w:r>
    </w:p>
    <w:p>
      <w:pPr>
        <w:jc w:val="right"/>
      </w:pPr>
      <w:r>
        <w:t>کریں، ورنہ وہ کام کو صحیح ڈھنگ پر نہیں کر سکیں گے۔</w:t>
      </w:r>
    </w:p>
    <w:p>
      <w:r>
        <w:rPr>
          <w:b/>
        </w:rPr>
        <w:t xml:space="preserve">[1:06:32] </w:t>
      </w:r>
      <w:r>
        <w:t>Maulana, agla sawal lene se pehle ek comment parhna chahenge jo Doha, Qatar se Maulana Abdul Basit Umri</w:t>
      </w:r>
    </w:p>
    <w:p>
      <w:pPr>
        <w:jc w:val="right"/>
      </w:pPr>
      <w:r>
        <w:t>مولانا، اگلا سوال لینے سے پہلے ایک کمنٹ پڑھنا چاہیں گے جو دوحہ، قطر سے مولانا عبدالباسط عمری</w:t>
      </w:r>
    </w:p>
    <w:p>
      <w:r>
        <w:rPr>
          <w:b/>
        </w:rPr>
        <w:t xml:space="preserve">[1:06:38] </w:t>
      </w:r>
      <w:r>
        <w:t>ne bheja hai.</w:t>
      </w:r>
    </w:p>
    <w:p>
      <w:pPr>
        <w:jc w:val="right"/>
      </w:pPr>
      <w:r>
        <w:t>نے بھیجا ہے۔</w:t>
      </w:r>
    </w:p>
    <w:p>
      <w:r>
        <w:rPr>
          <w:b/>
        </w:rPr>
        <w:t xml:space="preserve">[1:06:43] </w:t>
      </w:r>
      <w:r>
        <w:t>unhon ne likha hai ke Maulana, aaj aap ki taqreer sun kar bohat ziyada hope mili.</w:t>
      </w:r>
    </w:p>
    <w:p>
      <w:pPr>
        <w:jc w:val="right"/>
      </w:pPr>
      <w:r>
        <w:t>انہوں نے لکھا ہے کہ مولانا، آج آپ کی تقریر سن کر بہت زیادہ hope ملی۔</w:t>
      </w:r>
    </w:p>
    <w:p>
      <w:r>
        <w:rPr>
          <w:b/>
        </w:rPr>
        <w:t xml:space="preserve">[1:06:49] </w:t>
      </w:r>
      <w:r>
        <w:t>doosri baat yeh hai ke ek momin ke liye har soorat-e-haal mein khair hai.</w:t>
      </w:r>
    </w:p>
    <w:p>
      <w:pPr>
        <w:jc w:val="right"/>
      </w:pPr>
      <w:r>
        <w:t>دوسری بات یہ ہے کہ ایک مومن کے لیے ہر صورتحال میں خیر ہے۔</w:t>
      </w:r>
    </w:p>
    <w:p>
      <w:r>
        <w:rPr>
          <w:b/>
        </w:rPr>
        <w:t xml:space="preserve">[1:06:55] </w:t>
      </w:r>
      <w:r>
        <w:t>woh khair kis tarah hoti hai, aaj aap ki taqreer se bohat achhi tarah se samajh mein aaya.</w:t>
      </w:r>
    </w:p>
    <w:p>
      <w:pPr>
        <w:jc w:val="right"/>
      </w:pPr>
      <w:r>
        <w:t>وہ خیر کس طرح ہوتی ہے، آج آپ کی تقریر سے بہت اچھی طرح سے سمجھ میں آیا۔</w:t>
      </w:r>
    </w:p>
    <w:p>
      <w:r>
        <w:rPr>
          <w:b/>
        </w:rPr>
        <w:t xml:space="preserve">[1:07:01] </w:t>
      </w:r>
      <w:r>
        <w:t>Maulana, agla sawal kya hai Tariq Ali sahib ne Tampa USA se aur unhon ne likha</w:t>
      </w:r>
    </w:p>
    <w:p>
      <w:pPr>
        <w:jc w:val="right"/>
      </w:pPr>
      <w:r>
        <w:t>مولانا، اگلا سوال کیا ہے طارق علی صاحب نے ٹیمپا یو ایس اے سے اور انہوں نے لکھا</w:t>
      </w:r>
    </w:p>
    <w:p>
      <w:r>
        <w:rPr>
          <w:b/>
        </w:rPr>
        <w:t xml:space="preserve">[1:07:06] </w:t>
      </w:r>
      <w:r>
        <w:t>hai ke Maulana Sahab I would like to know as to how you develop this skill of looking</w:t>
      </w:r>
    </w:p>
    <w:p>
      <w:pPr>
        <w:jc w:val="right"/>
      </w:pPr>
      <w:r>
        <w:t>ہے کہ مولانا صاحب I would like to know as to how you develop this skill of looking</w:t>
      </w:r>
    </w:p>
    <w:p>
      <w:r>
        <w:rPr>
          <w:b/>
        </w:rPr>
        <w:t xml:space="preserve">[1:07:12] </w:t>
      </w:r>
      <w:r>
        <w:t>at various things from a different perspective.</w:t>
      </w:r>
    </w:p>
    <w:p>
      <w:pPr>
        <w:jc w:val="right"/>
      </w:pPr>
      <w:r>
        <w:t>at various things from a different perspective.</w:t>
      </w:r>
    </w:p>
    <w:p>
      <w:r>
        <w:rPr>
          <w:b/>
        </w:rPr>
        <w:t xml:space="preserve">[1:07:18] </w:t>
      </w:r>
      <w:r>
        <w:t>Did you learn this art from some scholar or is it your own work?</w:t>
      </w:r>
    </w:p>
    <w:p>
      <w:pPr>
        <w:jc w:val="right"/>
      </w:pPr>
      <w:r>
        <w:t>Did you learn this art from some scholar or is it your own work?</w:t>
      </w:r>
    </w:p>
    <w:p>
      <w:r>
        <w:rPr>
          <w:b/>
        </w:rPr>
        <w:t xml:space="preserve">[1:07:24] </w:t>
      </w:r>
      <w:r>
        <w:t>Any suggestion or advice you would like to make for people like me so that we can also learn to look at things in a different manner?</w:t>
      </w:r>
    </w:p>
    <w:p>
      <w:pPr>
        <w:jc w:val="right"/>
      </w:pPr>
      <w:r>
        <w:t>Any suggestion or advice you would like to make for people like me so that we can also learn to look at things in a different manner?</w:t>
      </w:r>
    </w:p>
    <w:p>
      <w:r>
        <w:rPr>
          <w:b/>
        </w:rPr>
        <w:t xml:space="preserve">[1:07:33] </w:t>
      </w:r>
      <w:r>
        <w:t>dekhein bhai, mein apna jo aap ko advice doon ga, woh to yahi hai ke meri kitabein aap parhein.</w:t>
      </w:r>
    </w:p>
    <w:p>
      <w:pPr>
        <w:jc w:val="right"/>
      </w:pPr>
      <w:r>
        <w:t>دیکھیں بھائی، میں اپنا جو آپ کو advice دوں گا، وہ تو یہی ہے کہ میری کتابیں آپ پڑھیں۔</w:t>
      </w:r>
    </w:p>
    <w:p>
      <w:r>
        <w:rPr>
          <w:b/>
        </w:rPr>
        <w:t xml:space="preserve">[1:07:38] </w:t>
      </w:r>
      <w:r>
        <w:t>poori zindagi maine isi mein bitai hai.</w:t>
      </w:r>
    </w:p>
    <w:p>
      <w:pPr>
        <w:jc w:val="right"/>
      </w:pPr>
      <w:r>
        <w:t>پوری زندگی میں نے اسی میں بتائی ہے۔</w:t>
      </w:r>
    </w:p>
    <w:p>
      <w:r>
        <w:rPr>
          <w:b/>
        </w:rPr>
        <w:t xml:space="preserve">[1:07:43] </w:t>
      </w:r>
      <w:r>
        <w:t>ab is waqt mein is unnis bees hazar pandrah jab poora hoga to meri umar nawwe saal ho jaye gi.</w:t>
      </w:r>
    </w:p>
    <w:p>
      <w:pPr>
        <w:jc w:val="right"/>
      </w:pPr>
      <w:r>
        <w:t>اب اس وقت میں اس انیس بیس ہزار پندرہ جب پورا ہوگا تو میری عمر نوے سال ہو جائے گی۔</w:t>
      </w:r>
    </w:p>
    <w:p>
      <w:r>
        <w:rPr>
          <w:b/>
        </w:rPr>
        <w:t xml:space="preserve">[1:07:48] </w:t>
      </w:r>
      <w:r>
        <w:t>aap boliye ninety years.</w:t>
      </w:r>
    </w:p>
    <w:p>
      <w:pPr>
        <w:jc w:val="right"/>
      </w:pPr>
      <w:r>
        <w:t>آپ بولیے نائنٹی ایئرز۔</w:t>
      </w:r>
    </w:p>
    <w:p>
      <w:r>
        <w:rPr>
          <w:b/>
        </w:rPr>
        <w:t xml:space="preserve">[1:07:53] </w:t>
      </w:r>
      <w:r>
        <w:t>puri zindagi maine sirf parha, sirf parha, sirf parha.</w:t>
      </w:r>
    </w:p>
    <w:p>
      <w:pPr>
        <w:jc w:val="right"/>
      </w:pPr>
      <w:r>
        <w:t>پوری زندگی میں نے صرف پڑھا، صرف پڑھا، صرف پڑھا۔</w:t>
      </w:r>
    </w:p>
    <w:p>
      <w:r>
        <w:rPr>
          <w:b/>
        </w:rPr>
        <w:t xml:space="preserve">[1:07:58] </w:t>
      </w:r>
      <w:r>
        <w:t>to aap meri kitabon ko jab tak aap gehrai ke sath na mutala karen, aap ka mind clear</w:t>
      </w:r>
    </w:p>
    <w:p>
      <w:pPr>
        <w:jc w:val="right"/>
      </w:pPr>
      <w:r>
        <w:t>تو آپ میری کتابوں کو جب تک آپ گہرائی کے ساتھ نہ مطالعہ کریں، آپ کا mind clear</w:t>
      </w:r>
    </w:p>
    <w:p>
      <w:r>
        <w:rPr>
          <w:b/>
        </w:rPr>
        <w:t xml:space="preserve">[1:08:03] </w:t>
      </w:r>
      <w:r>
        <w:t>nahi ho sakta.</w:t>
      </w:r>
    </w:p>
    <w:p>
      <w:pPr>
        <w:jc w:val="right"/>
      </w:pPr>
      <w:r>
        <w:t>نہیں ہو سکتا۔</w:t>
      </w:r>
    </w:p>
    <w:p>
      <w:r>
        <w:rPr>
          <w:b/>
        </w:rPr>
        <w:t xml:space="preserve">[1:08:08] </w:t>
      </w:r>
      <w:r>
        <w:t>ek sahab mere pas aye, unhon ne kaha ke bhai, main mutala karna chahta hoon.</w:t>
      </w:r>
    </w:p>
    <w:p>
      <w:pPr>
        <w:jc w:val="right"/>
      </w:pPr>
      <w:r>
        <w:t>ایک صاحب میرے پاس آئے، انہوں نے کہا کہ بھائی، میں مطالعہ کرنا چاہتا ہوں۔</w:t>
      </w:r>
    </w:p>
    <w:p>
      <w:r>
        <w:rPr>
          <w:b/>
        </w:rPr>
        <w:t xml:space="preserve">[1:08:13] </w:t>
      </w:r>
      <w:r>
        <w:t>to maine kaha ke bhai, aap mutala karne ke liye aap ko jo sacrifice deni pare gi,</w:t>
      </w:r>
    </w:p>
    <w:p>
      <w:pPr>
        <w:jc w:val="right"/>
      </w:pPr>
      <w:r>
        <w:t>تو میں نے کہا کہ بھائی، آپ مطالعہ کرنے کے لیے آپ کو جو sacrifice دینی پڑے گی،</w:t>
      </w:r>
    </w:p>
    <w:p>
      <w:r>
        <w:rPr>
          <w:b/>
        </w:rPr>
        <w:t xml:space="preserve">[1:08:18] </w:t>
      </w:r>
      <w:r>
        <w:t>woh aap nahi kar sakte.</w:t>
      </w:r>
    </w:p>
    <w:p>
      <w:pPr>
        <w:jc w:val="right"/>
      </w:pPr>
      <w:r>
        <w:t>وہ آپ نہیں کر سکتے۔</w:t>
      </w:r>
    </w:p>
    <w:p>
      <w:r>
        <w:rPr>
          <w:b/>
        </w:rPr>
        <w:t xml:space="preserve">[1:08:23] </w:t>
      </w:r>
      <w:r>
        <w:t>har yani har cheez se katna, har cheez se katna, har cheez se katna, yeh aap nahi kar sakte.</w:t>
      </w:r>
    </w:p>
    <w:p>
      <w:pPr>
        <w:jc w:val="right"/>
      </w:pPr>
      <w:r>
        <w:t>ہر یعنی ہر چیز سے کٹنا، ہر چیز سے کٹنا، ہر چیز سے کٹنا، یہ آپ نہیں کر سکتے۔</w:t>
      </w:r>
    </w:p>
    <w:p>
      <w:r>
        <w:rPr>
          <w:b/>
        </w:rPr>
        <w:t xml:space="preserve">[1:08:28] </w:t>
      </w:r>
      <w:r>
        <w:t>main kisi wajah se aisa halaat paida hi hue ke main har cheez se kat sakun.</w:t>
      </w:r>
    </w:p>
    <w:p>
      <w:pPr>
        <w:jc w:val="right"/>
      </w:pPr>
      <w:r>
        <w:t>میں کسی وجہ سے ایسا حالات پیدا ہی ہوئے کہ میں ہر چیز سے کٹ سکا۔</w:t>
      </w:r>
    </w:p>
    <w:p>
      <w:r>
        <w:rPr>
          <w:b/>
        </w:rPr>
        <w:t xml:space="preserve">[1:08:33] </w:t>
      </w:r>
      <w:r>
        <w:t>to maine parha, parh kar ke kitaben dekhen.</w:t>
      </w:r>
    </w:p>
    <w:p>
      <w:pPr>
        <w:jc w:val="right"/>
      </w:pPr>
      <w:r>
        <w:t>تو میں نے پڑھا، پڑھ کر کے کتابیں دیکھیں۔</w:t>
      </w:r>
    </w:p>
    <w:p>
      <w:r>
        <w:rPr>
          <w:b/>
        </w:rPr>
        <w:t xml:space="preserve">[1:08:38] </w:t>
      </w:r>
      <w:r>
        <w:t>to ab aap in kitabon ko study kijiye.</w:t>
      </w:r>
    </w:p>
    <w:p>
      <w:pPr>
        <w:jc w:val="right"/>
      </w:pPr>
      <w:r>
        <w:t>تو اب آپ ان کتابوں کو study کیجیے۔</w:t>
      </w:r>
    </w:p>
    <w:p>
      <w:r>
        <w:rPr>
          <w:b/>
        </w:rPr>
        <w:t xml:space="preserve">[1:08:43] </w:t>
      </w:r>
      <w:r>
        <w:t>pehle study kijiye ache tareeqe se, phir agar aap ko kami nazar aye to mujhe bataiye.</w:t>
      </w:r>
    </w:p>
    <w:p>
      <w:pPr>
        <w:jc w:val="right"/>
      </w:pPr>
      <w:r>
        <w:t>پہلے study کیجیے اچھے طریقے سے، پھر اگر آپ کو کمی نظر آئے تو مجھے بتائیے۔</w:t>
      </w:r>
    </w:p>
    <w:p>
      <w:r>
        <w:rPr>
          <w:b/>
        </w:rPr>
        <w:t xml:space="preserve">[1:08:48] </w:t>
      </w:r>
      <w:r>
        <w:t>to main aap ko bhi aur har har har ek ko main kahunga ke meri kitabon ko,</w:t>
      </w:r>
    </w:p>
    <w:p>
      <w:pPr>
        <w:jc w:val="right"/>
      </w:pPr>
      <w:r>
        <w:t>تو میں آپ کو بھی اور ہر ہر ہر ایک کو میں کہوں گا کہ میری کتابوں کو،</w:t>
      </w:r>
    </w:p>
    <w:p>
      <w:r>
        <w:rPr>
          <w:b/>
        </w:rPr>
        <w:t xml:space="preserve">[1:08:53] </w:t>
      </w:r>
      <w:r>
        <w:t>chahe woh choti hon, bari, har kitab ka bohat baqayeda parhen woh.</w:t>
      </w:r>
    </w:p>
    <w:p>
      <w:pPr>
        <w:jc w:val="right"/>
      </w:pPr>
      <w:r>
        <w:t>چاہے وہ چھوٹی ہوں، بڑی، ہر کتاب کا بہت باقاعدہ پڑھیں وہ۔</w:t>
      </w:r>
    </w:p>
    <w:p>
      <w:r>
        <w:rPr>
          <w:b/>
        </w:rPr>
        <w:t xml:space="preserve">[1:08:58] </w:t>
      </w:r>
      <w:r>
        <w:t>aur is ke baad inshallah us ko us ka mind ban jaye ga aur us ka rasta khul jaye ga.</w:t>
      </w:r>
    </w:p>
    <w:p>
      <w:pPr>
        <w:jc w:val="right"/>
      </w:pPr>
      <w:r>
        <w:t>اور اس کے بعد انشاءاللہ اس کو اس کا mind بن جائے گا اور اس کا راستہ کھل جائے گا۔</w:t>
      </w:r>
    </w:p>
    <w:p>
      <w:r>
        <w:rPr>
          <w:b/>
        </w:rPr>
        <w:t xml:space="preserve">[1:09:03] </w:t>
      </w:r>
      <w:r>
        <w:t>maulana, agla sawal dilli se kiya hai maulana farhad sahab ne aur unhon ne aap se poocha hai</w:t>
      </w:r>
    </w:p>
    <w:p>
      <w:pPr>
        <w:jc w:val="right"/>
      </w:pPr>
      <w:r>
        <w:t>مولانا، اگلا سوال دہلی سے کیا ہے مولانا فرہاد صاحب نے اور انہوں نے آپ سے پوچھا ہے</w:t>
      </w:r>
    </w:p>
    <w:p>
      <w:r>
        <w:rPr>
          <w:b/>
        </w:rPr>
        <w:t xml:space="preserve">[1:09:08] </w:t>
      </w:r>
      <w:r>
        <w:t>کہ مولانا Please advise as to how we can pay heed to the divine voice so that I</w:t>
      </w:r>
    </w:p>
    <w:p>
      <w:pPr>
        <w:jc w:val="right"/>
      </w:pPr>
      <w:r>
        <w:t>کہ مولانا Please advice as to how we can pay heed to the divine voice so that I</w:t>
      </w:r>
    </w:p>
    <w:p>
      <w:r>
        <w:rPr>
          <w:b/>
        </w:rPr>
        <w:t xml:space="preserve">[1:09:13] </w:t>
      </w:r>
      <w:r>
        <w:t>can decide my course of direction.</w:t>
      </w:r>
    </w:p>
    <w:p>
      <w:pPr>
        <w:jc w:val="right"/>
      </w:pPr>
      <w:r>
        <w:t>can decide my course of direction.</w:t>
      </w:r>
    </w:p>
    <w:p>
      <w:r>
        <w:rPr>
          <w:b/>
        </w:rPr>
        <w:t xml:space="preserve">[1:09:19] </w:t>
      </w:r>
      <w:r>
        <w:t>dekhiye, sab se bara jo rok hai woh woh hai distraction.</w:t>
      </w:r>
    </w:p>
    <w:p>
      <w:pPr>
        <w:jc w:val="right"/>
      </w:pPr>
      <w:r>
        <w:t>دیکھیے، سب سے بڑا جو روک ہے وہ وہ ہے distraction۔</w:t>
      </w:r>
    </w:p>
    <w:p>
      <w:r>
        <w:rPr>
          <w:b/>
        </w:rPr>
        <w:t xml:space="preserve">[1:09:23] </w:t>
      </w:r>
      <w:r>
        <w:t>sare log distraction mein phanse hue hain.</w:t>
      </w:r>
    </w:p>
    <w:p>
      <w:pPr>
        <w:jc w:val="right"/>
      </w:pPr>
      <w:r>
        <w:t>سارے لوگ distraction میں پھنسے ہوئے ہیں۔</w:t>
      </w:r>
    </w:p>
    <w:p>
      <w:r>
        <w:rPr>
          <w:b/>
        </w:rPr>
        <w:t xml:space="preserve">[1:09:28] </w:t>
      </w:r>
      <w:r>
        <w:t>to jab tak aap apne ko yani alag kar ke nahi sochen ge, tab tak aap baton ko</w:t>
      </w:r>
    </w:p>
    <w:p>
      <w:pPr>
        <w:jc w:val="right"/>
      </w:pPr>
      <w:r>
        <w:t>تو جب تک آپ اپنے کو یعنی الگ کر کے نہیں سوچیں گے، تب تک آپ باتوں کو</w:t>
      </w:r>
    </w:p>
    <w:p>
      <w:r>
        <w:rPr>
          <w:b/>
        </w:rPr>
        <w:t xml:space="preserve">[1:09:33] </w:t>
      </w:r>
      <w:r>
        <w:t>samajh nahi sakte.</w:t>
      </w:r>
    </w:p>
    <w:p>
      <w:pPr>
        <w:jc w:val="right"/>
      </w:pPr>
      <w:r>
        <w:t>سمجھ نہیں سکتے۔</w:t>
      </w:r>
    </w:p>
    <w:p>
      <w:r>
        <w:rPr>
          <w:b/>
        </w:rPr>
        <w:t xml:space="preserve">[1:09:37] </w:t>
      </w:r>
      <w:r>
        <w:t>har aadmi kahin na kahin distract ho raha hai, kahin na kahin distract ho raha hai, subah sham raat din.</w:t>
      </w:r>
    </w:p>
    <w:p>
      <w:pPr>
        <w:jc w:val="right"/>
      </w:pPr>
      <w:r>
        <w:t>ہر آدمی کہیں نہ کہیں distract ہو رہا ہے، کہیں نہ کہیں distract ہو رہا ہے، صبح شام رات دن۔</w:t>
      </w:r>
    </w:p>
    <w:p>
      <w:r>
        <w:rPr>
          <w:b/>
        </w:rPr>
        <w:t xml:space="preserve">[1:09:42] </w:t>
      </w:r>
      <w:r>
        <w:t>ab dekhen, jaise aaj maine aap ko misaal di ke subah mein fajar mein utha to achaanak</w:t>
      </w:r>
    </w:p>
    <w:p>
      <w:pPr>
        <w:jc w:val="right"/>
      </w:pPr>
      <w:r>
        <w:t>اب دیکھیں، جیسے آج میں نے آپ کو مثال دی کہ صبح میں فجر میں اٹھا تو اچانک</w:t>
      </w:r>
    </w:p>
    <w:p>
      <w:r>
        <w:rPr>
          <w:b/>
        </w:rPr>
        <w:t xml:space="preserve">[1:09:47] </w:t>
      </w:r>
      <w:r>
        <w:t>ek ek ek ayat ka woh mafhoom mere zehen mein aa gaya jo puri tareekh mein kisi ne</w:t>
      </w:r>
    </w:p>
    <w:p>
      <w:pPr>
        <w:jc w:val="right"/>
      </w:pPr>
      <w:r>
        <w:t>ایک ایک ایک آیت کا وہ مفہوم میرے ذہن میں آ گیا جو پوری تاریخ میں کسی نے</w:t>
      </w:r>
    </w:p>
    <w:p>
      <w:r>
        <w:rPr>
          <w:b/>
        </w:rPr>
        <w:t xml:space="preserve">[1:09:52] </w:t>
      </w:r>
      <w:r>
        <w:t>kisi ne daryaft hi nahi kiya.</w:t>
      </w:r>
    </w:p>
    <w:p>
      <w:pPr>
        <w:jc w:val="right"/>
      </w:pPr>
      <w:r>
        <w:t>کسی نے دریافت ہی نہیں کیا۔</w:t>
      </w:r>
    </w:p>
    <w:p>
      <w:r>
        <w:rPr>
          <w:b/>
        </w:rPr>
        <w:t xml:space="preserve">[1:09:56] </w:t>
      </w:r>
      <w:r>
        <w:t>aap sari tafsirien parh daliye is ayat ki فَأَصَابَكُمْ غَمًّا بِغَمٍ is mein jo baat bataen ge, woh</w:t>
      </w:r>
    </w:p>
    <w:p>
      <w:pPr>
        <w:jc w:val="right"/>
      </w:pPr>
      <w:r>
        <w:t>آپ ساری تفسیریں پڑھ ڈالیے اس آیت کی فَأَصَابَكُمْ غَمًّا بِغَمٍ اس میں جو بات بتائیں گے، وہ</w:t>
      </w:r>
    </w:p>
    <w:p>
      <w:r>
        <w:rPr>
          <w:b/>
        </w:rPr>
        <w:t xml:space="preserve">[1:10:01] </w:t>
      </w:r>
      <w:r>
        <w:t>salbi hogi, negative hogi, manfi hogi.</w:t>
      </w:r>
    </w:p>
    <w:p>
      <w:pPr>
        <w:jc w:val="right"/>
      </w:pPr>
      <w:r>
        <w:t>سلبی ہوگی، نیگیٹیو ہوگی، منفی ہوگی۔</w:t>
      </w:r>
    </w:p>
    <w:p>
      <w:r>
        <w:rPr>
          <w:b/>
        </w:rPr>
        <w:t xml:space="preserve">[1:10:06] </w:t>
      </w:r>
      <w:r>
        <w:t>positive aspect nahi hoga ke tum apne minus ko plus mein convert karo, tum negativity ko positivity mein convert karo.</w:t>
      </w:r>
    </w:p>
    <w:p>
      <w:pPr>
        <w:jc w:val="right"/>
      </w:pPr>
      <w:r>
        <w:t>پازیٹیو aspect نہیں ہوگا کہ تم اپنے مائنس کو پلس میں کنورٹ کرو، تم نیگیٹیوٹی کو پازیٹیوٹی میں کنورٹ کرو۔</w:t>
      </w:r>
    </w:p>
    <w:p>
      <w:r>
        <w:rPr>
          <w:b/>
        </w:rPr>
        <w:t xml:space="preserve">[1:10:11] </w:t>
      </w:r>
      <w:r>
        <w:t>yeh kisi ne likha hi nahi hai.</w:t>
      </w:r>
    </w:p>
    <w:p>
      <w:pPr>
        <w:jc w:val="right"/>
      </w:pPr>
      <w:r>
        <w:t>یہ کسی نے لکھا ہی نہیں ہے۔</w:t>
      </w:r>
    </w:p>
    <w:p>
      <w:r>
        <w:rPr>
          <w:b/>
        </w:rPr>
        <w:t xml:space="preserve">[1:10:15] </w:t>
      </w:r>
      <w:r>
        <w:t>to chounke main apne ko involve kiya, maine sari zindagi Allah mein aur Quran mein aur hadith</w:t>
      </w:r>
    </w:p>
    <w:p>
      <w:pPr>
        <w:jc w:val="right"/>
      </w:pPr>
      <w:r>
        <w:t>تو چونکہ میں اپنے کو involve کیا، میں نے ساری زندگی اللہ میں اور قرآن میں اور حدیث</w:t>
      </w:r>
    </w:p>
    <w:p>
      <w:r>
        <w:rPr>
          <w:b/>
        </w:rPr>
        <w:t xml:space="preserve">[1:10:20] </w:t>
      </w:r>
      <w:r>
        <w:t>mein involve kiya, isi mein jeena, isi mein sona, isi mein jaagna, subah shaam.</w:t>
      </w:r>
    </w:p>
    <w:p>
      <w:pPr>
        <w:jc w:val="right"/>
      </w:pPr>
      <w:r>
        <w:t>میں involve کیا، اسی میں جینا، اسی میں سونا، اسی میں جاگنا، صبح شام۔</w:t>
      </w:r>
    </w:p>
    <w:p>
      <w:r>
        <w:rPr>
          <w:b/>
        </w:rPr>
        <w:t xml:space="preserve">[1:10:25] </w:t>
      </w:r>
      <w:r>
        <w:t>to is ki wajah se yeh baatein mere mind mein aati rehti hain.</w:t>
      </w:r>
    </w:p>
    <w:p>
      <w:pPr>
        <w:jc w:val="right"/>
      </w:pPr>
      <w:r>
        <w:t>تو اس کی وجہ سے یہ باتیں میرے mind میں آتی رہتی ہیں۔</w:t>
      </w:r>
    </w:p>
    <w:p>
      <w:r>
        <w:rPr>
          <w:b/>
        </w:rPr>
        <w:t xml:space="preserve">[1:10:29] </w:t>
      </w:r>
      <w:r>
        <w:t>achanak hi woh achanak nahi aayi, woh barson barson ka jo process ho raha tha mere mind mein,</w:t>
      </w:r>
    </w:p>
    <w:p>
      <w:pPr>
        <w:jc w:val="right"/>
      </w:pPr>
      <w:r>
        <w:t>اچانک ہی وہ اچانک نہیں آئی، وہ برسوں برسوں کا جو process ہو رہا تھا میرے mind میں،</w:t>
      </w:r>
    </w:p>
    <w:p>
      <w:r>
        <w:rPr>
          <w:b/>
        </w:rPr>
        <w:t xml:space="preserve">[1:10:34] </w:t>
      </w:r>
      <w:r>
        <w:t>woh saamne aa gaya.</w:t>
      </w:r>
    </w:p>
    <w:p>
      <w:pPr>
        <w:jc w:val="right"/>
      </w:pPr>
      <w:r>
        <w:t>وہ سامنے آ گیا۔</w:t>
      </w:r>
    </w:p>
    <w:p>
      <w:r>
        <w:rPr>
          <w:b/>
        </w:rPr>
        <w:t xml:space="preserve">[1:10:39] </w:t>
      </w:r>
      <w:r>
        <w:t>yani woh woh ek lambe process ka culmination tha.</w:t>
      </w:r>
    </w:p>
    <w:p>
      <w:pPr>
        <w:jc w:val="right"/>
      </w:pPr>
      <w:r>
        <w:t>یعنی وہ وہ ایک لمبے process کا culmination تھا۔</w:t>
      </w:r>
    </w:p>
    <w:p>
      <w:r>
        <w:rPr>
          <w:b/>
        </w:rPr>
        <w:t xml:space="preserve">[1:10:44] </w:t>
      </w:r>
      <w:r>
        <w:t>to us waqt koi is tarah koi kar nahi pata, to nahi kar pata.</w:t>
      </w:r>
    </w:p>
    <w:p>
      <w:pPr>
        <w:jc w:val="right"/>
      </w:pPr>
      <w:r>
        <w:t>تو اس وقت کوئی اس طرح کوئی کر نہیں پاتا، تو نہیں کر پاتا۔</w:t>
      </w:r>
    </w:p>
    <w:p>
      <w:r>
        <w:rPr>
          <w:b/>
        </w:rPr>
        <w:t xml:space="preserve">[1:10:48] </w:t>
      </w:r>
      <w:r>
        <w:t>to aap kam az kam meri kitabein padhiye aap.</w:t>
      </w:r>
    </w:p>
    <w:p>
      <w:pPr>
        <w:jc w:val="right"/>
      </w:pPr>
      <w:r>
        <w:t>تو آپ کم از کم میری کتابیں پڑھیے آپ۔</w:t>
      </w:r>
    </w:p>
    <w:p>
      <w:r>
        <w:rPr>
          <w:b/>
        </w:rPr>
        <w:t xml:space="preserve">[1:10:53] </w:t>
      </w:r>
      <w:r>
        <w:t>yeh jo maine aaj jo baat maine kahi is ayat ke bare mein, sari aap tafaseer</w:t>
      </w:r>
    </w:p>
    <w:p>
      <w:pPr>
        <w:jc w:val="right"/>
      </w:pPr>
      <w:r>
        <w:t>یہ جو میں نے آج جو بات میں نے کہی اس آیت کے بارے میں، ساری آپ تفسیریں</w:t>
      </w:r>
    </w:p>
    <w:p>
      <w:r>
        <w:rPr>
          <w:b/>
        </w:rPr>
        <w:t xml:space="preserve">[1:10:58] </w:t>
      </w:r>
      <w:r>
        <w:t>padh daaliye, sari tafaseer.</w:t>
      </w:r>
    </w:p>
    <w:p>
      <w:pPr>
        <w:jc w:val="right"/>
      </w:pPr>
      <w:r>
        <w:t>پڑھ ڈالیے، ساری تفسیریں۔</w:t>
      </w:r>
    </w:p>
    <w:p>
      <w:r>
        <w:rPr>
          <w:b/>
        </w:rPr>
        <w:t xml:space="preserve">[1:11:03] </w:t>
      </w:r>
      <w:r>
        <w:t>kisi mein nahi milega ke iska ek ek yeh iska yeh mafhoom ke tum apne</w:t>
      </w:r>
    </w:p>
    <w:p>
      <w:pPr>
        <w:jc w:val="right"/>
      </w:pPr>
      <w:r>
        <w:t>کسی میں نہیں ملے گا کہ اس کا ایک ایک یہ اس کا یہ مفہوم کہ تم اپنے</w:t>
      </w:r>
    </w:p>
    <w:p>
      <w:r>
        <w:rPr>
          <w:b/>
        </w:rPr>
        <w:t xml:space="preserve">[1:11:07] </w:t>
      </w:r>
      <w:r>
        <w:t>minus points ko plus points banao, apni negativity ko positivity mein convert karo, manfi ko musbat banao.</w:t>
      </w:r>
    </w:p>
    <w:p>
      <w:pPr>
        <w:jc w:val="right"/>
      </w:pPr>
      <w:r>
        <w:t>مائنس points کو plus points بناؤ، اپنی negativity کو positivity میں convert کرو، منفی کو مثبت بناؤ۔</w:t>
      </w:r>
    </w:p>
    <w:p>
      <w:r>
        <w:rPr>
          <w:b/>
        </w:rPr>
        <w:t xml:space="preserve">[1:11:12] </w:t>
      </w:r>
      <w:r>
        <w:t>ab is ki wajah se ayat kitni oonchi ho jati hai, kitni azeem ban jati hai.</w:t>
      </w:r>
    </w:p>
    <w:p>
      <w:pPr>
        <w:jc w:val="right"/>
      </w:pPr>
      <w:r>
        <w:t>اب اس کی وجہ سے آیت کتنی اونچی ہو جاتی ہے، کتنی عظیم بن جاتی ہے۔</w:t>
      </w:r>
    </w:p>
    <w:p>
      <w:r>
        <w:rPr>
          <w:b/>
        </w:rPr>
        <w:t xml:space="preserve">[1:11:17] </w:t>
      </w:r>
      <w:r>
        <w:t>lekin kisi ne likha hi nahi hai.</w:t>
      </w:r>
    </w:p>
    <w:p>
      <w:pPr>
        <w:jc w:val="right"/>
      </w:pPr>
      <w:r>
        <w:t>لیکن کسی نے لکھا ہی نہیں ہے۔</w:t>
      </w:r>
    </w:p>
    <w:p>
      <w:r>
        <w:rPr>
          <w:b/>
        </w:rPr>
        <w:t xml:space="preserve">[1:11:22] </w:t>
      </w:r>
      <w:r>
        <w:t>to wajah yeh hai ke bachpan se mere andar kya hai? Soch, soch, soch, sochna hi mera yani</w:t>
      </w:r>
    </w:p>
    <w:p>
      <w:pPr>
        <w:jc w:val="right"/>
      </w:pPr>
      <w:r>
        <w:t>تو وجہ یہ ہے کہ بچپن سے میرے اندر کیا ہے؟ سوچ، سوچ، سوچ، سوچنا ہی میرا یعنی</w:t>
      </w:r>
    </w:p>
    <w:p>
      <w:r>
        <w:rPr>
          <w:b/>
        </w:rPr>
        <w:t xml:space="preserve">[1:11:26] </w:t>
      </w:r>
      <w:r>
        <w:t>mutalea karna aur sochna, padhna aur sochna.</w:t>
      </w:r>
    </w:p>
    <w:p>
      <w:pPr>
        <w:jc w:val="right"/>
      </w:pPr>
      <w:r>
        <w:t>مطالعہ کرنا اور سوچنا، پڑھنا اور سوچنا۔</w:t>
      </w:r>
    </w:p>
    <w:p>
      <w:r>
        <w:rPr>
          <w:b/>
        </w:rPr>
        <w:t xml:space="preserve">[1:11:31] </w:t>
      </w:r>
      <w:r>
        <w:t>to mere mind mein har waqt ek process chalta raha tha, press process.</w:t>
      </w:r>
    </w:p>
    <w:p>
      <w:pPr>
        <w:jc w:val="right"/>
      </w:pPr>
      <w:r>
        <w:t>تو میرے mind میں ہر وقت ایک process چلتا رہا تھا، press process۔</w:t>
      </w:r>
    </w:p>
    <w:p>
      <w:r>
        <w:rPr>
          <w:b/>
        </w:rPr>
        <w:t xml:space="preserve">[1:11:36] </w:t>
      </w:r>
      <w:r>
        <w:t>to is ayat ko le kar jo process chal raha tha barson se, iska culmination tha ke</w:t>
      </w:r>
    </w:p>
    <w:p>
      <w:pPr>
        <w:jc w:val="right"/>
      </w:pPr>
      <w:r>
        <w:t>تو اس آیت کو لے کر جو process چل رہا تھا برسوں سے، اس کا culmination تھا کہ</w:t>
      </w:r>
    </w:p>
    <w:p>
      <w:r>
        <w:rPr>
          <w:b/>
        </w:rPr>
        <w:t xml:space="preserve">[1:11:40] </w:t>
      </w:r>
      <w:r>
        <w:t>aaj subah mere zehan achanak yeh mafhoom mere zehan mein aa gaya.</w:t>
      </w:r>
    </w:p>
    <w:p>
      <w:pPr>
        <w:jc w:val="right"/>
      </w:pPr>
      <w:r>
        <w:t>آج صبح میرے ذہن اچانک یہ مفہوم میرے ذہن میں آ گیا۔</w:t>
      </w:r>
    </w:p>
    <w:p>
      <w:r>
        <w:rPr>
          <w:b/>
        </w:rPr>
        <w:t xml:space="preserve">[1:11:45] </w:t>
      </w:r>
      <w:r>
        <w:t>to ya to aap to aap kisi ke paas yeh mauqa nahi hai ke woh aisa kare.</w:t>
      </w:r>
    </w:p>
    <w:p>
      <w:pPr>
        <w:jc w:val="right"/>
      </w:pPr>
      <w:r>
        <w:t>تو یا تو آپ تو آپ کسی کے پاس یہ موقع نہیں ہے کہ وہ ایسا کرے۔</w:t>
      </w:r>
    </w:p>
    <w:p>
      <w:r>
        <w:rPr>
          <w:b/>
        </w:rPr>
        <w:t xml:space="preserve">[1:11:50] </w:t>
      </w:r>
      <w:r>
        <w:t>to theek hai, ab main hamari kitabein padhiye.</w:t>
      </w:r>
    </w:p>
    <w:p>
      <w:pPr>
        <w:jc w:val="right"/>
      </w:pPr>
      <w:r>
        <w:t>تو ٹھیک ہے، اب میں ہماری کتابیں پڑھیے۔</w:t>
      </w:r>
    </w:p>
    <w:p>
      <w:r>
        <w:rPr>
          <w:b/>
        </w:rPr>
        <w:t xml:space="preserve">[1:11:55] </w:t>
      </w:r>
      <w:r>
        <w:t>main yeh nahi kehta ke aap bhi har shakhs meri tareeqe se sacrifice karein.</w:t>
      </w:r>
    </w:p>
    <w:p>
      <w:pPr>
        <w:jc w:val="right"/>
      </w:pPr>
      <w:r>
        <w:t>میں یہ نہیں کہتا کہ آپ بھی ہر شخص میری طریقے سے sacrifice کریں۔</w:t>
      </w:r>
    </w:p>
    <w:p>
      <w:r>
        <w:rPr>
          <w:b/>
        </w:rPr>
        <w:t xml:space="preserve">[1:11:59] </w:t>
      </w:r>
      <w:r>
        <w:t>lekin yeh to kar sakta hai ke meri kitabein parhein aap.</w:t>
      </w:r>
    </w:p>
    <w:p>
      <w:pPr>
        <w:jc w:val="right"/>
      </w:pPr>
      <w:r>
        <w:t>لیکن یہ تو کر سکتا ہے کہ میری کتابیں پڑھیں آپ۔</w:t>
      </w:r>
    </w:p>
    <w:p>
      <w:r>
        <w:rPr>
          <w:b/>
        </w:rPr>
        <w:t xml:space="preserve">[1:12:04] </w:t>
      </w:r>
      <w:r>
        <w:t>to meri kitabein kyun nahin parhte aap? to mein apne har saathi ko aur doosre logon ko bhi</w:t>
      </w:r>
    </w:p>
    <w:p>
      <w:pPr>
        <w:jc w:val="right"/>
      </w:pPr>
      <w:r>
        <w:t>تو میری کتابیں کیوں نہیں پڑھتے آپ؟ تو میں اپنے ہر ساتھی کو اور دوسرے لوگوں کو بھی</w:t>
      </w:r>
    </w:p>
    <w:p>
      <w:r>
        <w:rPr>
          <w:b/>
        </w:rPr>
        <w:t xml:space="preserve">[1:12:09] </w:t>
      </w:r>
      <w:r>
        <w:t>jo seekhr hain, un ko kahoon ga ke hamari kitabon ko aap bohat ziyada study kijiye aur sari</w:t>
      </w:r>
    </w:p>
    <w:p>
      <w:pPr>
        <w:jc w:val="right"/>
      </w:pPr>
      <w:r>
        <w:t>جو سیکھر ہیں، ان کو کہوں گا کہ ہماری کتابوں کو آپ بہت زیادہ study کیجیے اور ساری</w:t>
      </w:r>
    </w:p>
    <w:p>
      <w:r>
        <w:rPr>
          <w:b/>
        </w:rPr>
        <w:t xml:space="preserve">[1:12:14] </w:t>
      </w:r>
      <w:r>
        <w:t>kitabein parhiye aap.</w:t>
      </w:r>
    </w:p>
    <w:p>
      <w:pPr>
        <w:jc w:val="right"/>
      </w:pPr>
      <w:r>
        <w:t>کتابیں پڑھیے آپ۔</w:t>
      </w:r>
    </w:p>
    <w:p>
      <w:r>
        <w:rPr>
          <w:b/>
        </w:rPr>
        <w:t xml:space="preserve">[1:12:18] </w:t>
      </w:r>
      <w:r>
        <w:t>koi aik yeh nahin ke aik falan falan kitab, sab kitabein parhiye.</w:t>
      </w:r>
    </w:p>
    <w:p>
      <w:pPr>
        <w:jc w:val="right"/>
      </w:pPr>
      <w:r>
        <w:t>کوئی ایک یہ نہیں کہ ایک فلاں فلاں کتاب، سب کتابیں پڑھیے۔</w:t>
      </w:r>
    </w:p>
    <w:p>
      <w:r>
        <w:rPr>
          <w:b/>
        </w:rPr>
        <w:t xml:space="preserve">[1:12:23] </w:t>
      </w:r>
      <w:r>
        <w:t>yeh bohat hi zaroori hai sachai ko paane ke liye.</w:t>
      </w:r>
    </w:p>
    <w:p>
      <w:pPr>
        <w:jc w:val="right"/>
      </w:pPr>
      <w:r>
        <w:t>یہ بہت ہی ضروری ہے سچائی کو پانے کے لیے۔</w:t>
      </w:r>
    </w:p>
    <w:p>
      <w:r>
        <w:rPr>
          <w:b/>
        </w:rPr>
        <w:t xml:space="preserve">[1:12:28] </w:t>
      </w:r>
      <w:r>
        <w:t>Okay, so we will end this session now.</w:t>
      </w:r>
    </w:p>
    <w:p>
      <w:pPr>
        <w:jc w:val="right"/>
      </w:pPr>
      <w:r>
        <w:t>Okay, so we will end this session now.</w:t>
      </w:r>
    </w:p>
    <w:p>
      <w:r>
        <w:rPr>
          <w:b/>
        </w:rPr>
        <w:t xml:space="preserve">[1:12:33]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