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Root Cause of Terrorism February 22, 2015</w:t>
      </w:r>
    </w:p>
    <w:p>
      <w:r>
        <w:t>https://www.youtube.com/watch?v=n0AIGEI7b9U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[00:15] </w:t>
      </w:r>
      <w:r>
        <w:t>Wasalli Allahu Alal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[00:17] </w:t>
      </w:r>
      <w:r>
        <w:t>Rabishrah li sadri, wayassir li amri, wahalul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[00:23] </w:t>
      </w:r>
      <w:r>
        <w:t>Bais February do hazar pandrah.</w:t>
      </w:r>
    </w:p>
    <w:p>
      <w:pPr>
        <w:jc w:val="right"/>
      </w:pPr>
      <w:r>
        <w:t>بائیس فروری دو ہزار پندرہ۔</w:t>
      </w:r>
    </w:p>
    <w:p>
      <w:r>
        <w:rPr>
          <w:b/>
        </w:rPr>
        <w:t xml:space="preserve">[00:25] </w:t>
      </w:r>
      <w:r>
        <w:t>Aap ko maloom hai ke haal mein Washington ke White House mein ek bohat bari conference ki gayi.</w:t>
      </w:r>
    </w:p>
    <w:p>
      <w:pPr>
        <w:jc w:val="right"/>
      </w:pPr>
      <w:r>
        <w:t>آپ کو معلوم ہے کہ حال میں واشنگٹن کے وائٹ ہاؤس میں ایک بہت بڑی کانفرنس کی گئی۔</w:t>
      </w:r>
    </w:p>
    <w:p>
      <w:r>
        <w:rPr>
          <w:b/>
        </w:rPr>
        <w:t xml:space="preserve">[00:33] </w:t>
      </w:r>
      <w:r>
        <w:t>اس کا سبب یہ تھا کہ حال میں پیرس میں، جرمنی میں، ڈنمارک میں کچھ Muslim organizations نے</w:t>
      </w:r>
    </w:p>
    <w:p>
      <w:pPr>
        <w:jc w:val="right"/>
      </w:pPr>
      <w:r>
        <w:t>اس کا سبب یہ تھا کہ حال میں پیرس میں، جرمنی میں، ڈنمارک میں کچھ مسلم آرگنائزیشنز نے</w:t>
      </w:r>
    </w:p>
    <w:p>
      <w:r>
        <w:rPr>
          <w:b/>
        </w:rPr>
        <w:t xml:space="preserve">[00:41] </w:t>
      </w:r>
      <w:r>
        <w:t>Dhamake kiye.</w:t>
      </w:r>
    </w:p>
    <w:p>
      <w:pPr>
        <w:jc w:val="right"/>
      </w:pPr>
      <w:r>
        <w:t>دھماکے کیے۔</w:t>
      </w:r>
    </w:p>
    <w:p>
      <w:r>
        <w:rPr>
          <w:b/>
        </w:rPr>
        <w:t xml:space="preserve">[00:42] </w:t>
      </w:r>
      <w:r>
        <w:t>اس سے اسلام دوبارہ news میں آگیا۔</w:t>
      </w:r>
    </w:p>
    <w:p>
      <w:pPr>
        <w:jc w:val="right"/>
      </w:pPr>
      <w:r>
        <w:t>اس سے اسلام دوبارہ نیوز میں آگیا۔</w:t>
      </w:r>
    </w:p>
    <w:p>
      <w:r>
        <w:rPr>
          <w:b/>
        </w:rPr>
        <w:t xml:space="preserve">[00:45] </w:t>
      </w:r>
      <w:r>
        <w:t>Log sochne lage.</w:t>
      </w:r>
    </w:p>
    <w:p>
      <w:pPr>
        <w:jc w:val="right"/>
      </w:pPr>
      <w:r>
        <w:t>لوگ سوچنے لگے۔</w:t>
      </w:r>
    </w:p>
    <w:p>
      <w:r>
        <w:rPr>
          <w:b/>
        </w:rPr>
        <w:t xml:space="preserve">[00:47] </w:t>
      </w:r>
      <w:r>
        <w:t>تو پریزیڈنٹ اوباما نے وائٹ ہاؤس میں ایک بہت بڑی کانفرنس کی جس میں sixty countries کے لوگوں</w:t>
      </w:r>
    </w:p>
    <w:p>
      <w:pPr>
        <w:jc w:val="right"/>
      </w:pPr>
      <w:r>
        <w:t>تو پریزیڈنٹ اوباما نے وائٹ ہاؤس میں ایک بہت بڑی کانفرنس کی جس میں سکسٹی کنٹریز کے لوگوں</w:t>
      </w:r>
    </w:p>
    <w:p>
      <w:r>
        <w:rPr>
          <w:b/>
        </w:rPr>
        <w:t xml:space="preserve">[00:54] </w:t>
      </w:r>
      <w:r>
        <w:t>Ko invite kiya gaya tha.</w:t>
      </w:r>
    </w:p>
    <w:p>
      <w:pPr>
        <w:jc w:val="right"/>
      </w:pPr>
      <w:r>
        <w:t>کو انوائٹ کیا گیا تھا۔</w:t>
      </w:r>
    </w:p>
    <w:p>
      <w:r>
        <w:rPr>
          <w:b/>
        </w:rPr>
        <w:t xml:space="preserve">[00:56] </w:t>
      </w:r>
      <w:r>
        <w:t>aur Muslim organizations ke log is mein bulaye gaye the.</w:t>
      </w:r>
    </w:p>
    <w:p>
      <w:pPr>
        <w:jc w:val="right"/>
      </w:pPr>
      <w:r>
        <w:t>اور مسلم آرگنائزیشنز کے لوگ اس میں بلائے گئے تھے۔</w:t>
      </w:r>
    </w:p>
    <w:p>
      <w:r>
        <w:rPr>
          <w:b/>
        </w:rPr>
        <w:t xml:space="preserve">[01:01] </w:t>
      </w:r>
      <w:r>
        <w:t>To yeh conference teen din rahi.</w:t>
      </w:r>
    </w:p>
    <w:p>
      <w:pPr>
        <w:jc w:val="right"/>
      </w:pPr>
      <w:r>
        <w:t>تو یہ کانفرنس تین دن رہی۔</w:t>
      </w:r>
    </w:p>
    <w:p>
      <w:r>
        <w:rPr>
          <w:b/>
        </w:rPr>
        <w:t xml:space="preserve">[01:03] </w:t>
      </w:r>
      <w:r>
        <w:t>Yaani satrah February, atharah February, unnees February do hazar pandrah.</w:t>
      </w:r>
    </w:p>
    <w:p>
      <w:pPr>
        <w:jc w:val="right"/>
      </w:pPr>
      <w:r>
        <w:t>یعنی سترہ فروری، اٹھارہ فروری، انیس فروری دو ہزار پندرہ۔</w:t>
      </w:r>
    </w:p>
    <w:p>
      <w:r>
        <w:rPr>
          <w:b/>
        </w:rPr>
        <w:t xml:space="preserve">[01:08] </w:t>
      </w:r>
      <w:r>
        <w:t>Is ki report abhi kal ke akhbarat mein thi, aaj bhi hai.</w:t>
      </w:r>
    </w:p>
    <w:p>
      <w:pPr>
        <w:jc w:val="right"/>
      </w:pPr>
      <w:r>
        <w:t>اس کی رپورٹ ابھی کل کے اخبارات میں تھی، آج بھی ہے۔</w:t>
      </w:r>
    </w:p>
    <w:p>
      <w:r>
        <w:rPr>
          <w:b/>
        </w:rPr>
        <w:t xml:space="preserve">[01:13] </w:t>
      </w:r>
      <w:r>
        <w:t>is ke reference mein mein is waqt kuch kehna chahta hoon.</w:t>
      </w:r>
    </w:p>
    <w:p>
      <w:pPr>
        <w:jc w:val="right"/>
      </w:pPr>
      <w:r>
        <w:t>اس کے ریفرنس میں میں اس وقت کچھ کہنا چاہتا ہوں۔</w:t>
      </w:r>
    </w:p>
    <w:p>
      <w:r>
        <w:rPr>
          <w:b/>
        </w:rPr>
        <w:t xml:space="preserve">[01:17] </w:t>
      </w:r>
      <w:r>
        <w:t>اس میں ایک خاص بات یہ تھی کہ President Obama نے جو تقریر کی اس میں انہوں نے</w:t>
      </w:r>
    </w:p>
    <w:p>
      <w:pPr>
        <w:jc w:val="right"/>
      </w:pPr>
      <w:r>
        <w:t>اس میں ایک خاص بات یہ تھی کہ پریزیڈنٹ اوباما نے جو تقریر کی اس میں انہوں نے</w:t>
      </w:r>
    </w:p>
    <w:p>
      <w:r>
        <w:rPr>
          <w:b/>
        </w:rPr>
        <w:t xml:space="preserve">[01:25] </w:t>
      </w:r>
      <w:r>
        <w:t>یہ کہا کہ اسلام کے نام پر جو violence کیا جا رہا ہے اس کا کوئی تعلق اسلام</w:t>
      </w:r>
    </w:p>
    <w:p>
      <w:pPr>
        <w:jc w:val="right"/>
      </w:pPr>
      <w:r>
        <w:t>یہ کہا کہ اسلام کے نام پر جو وائلنس کیا جا رہا ہے اس کا کوئی تعلق اسلام</w:t>
      </w:r>
    </w:p>
    <w:p>
      <w:r>
        <w:rPr>
          <w:b/>
        </w:rPr>
        <w:t xml:space="preserve">[01:33] </w:t>
      </w:r>
      <w:r>
        <w:t>ki original teaching se nahi hai.</w:t>
      </w:r>
    </w:p>
    <w:p>
      <w:pPr>
        <w:jc w:val="right"/>
      </w:pPr>
      <w:r>
        <w:t>کی اوریجنل ٹیچنگ سے نہیں ہے۔</w:t>
      </w:r>
    </w:p>
    <w:p>
      <w:r>
        <w:rPr>
          <w:b/>
        </w:rPr>
        <w:t xml:space="preserve">[01:35] </w:t>
      </w:r>
      <w:r>
        <w:t>unhon ne kaha ke ek ideology develop ki gayi hai, ek parallel ideology Islam ke naam par, woh</w:t>
      </w:r>
    </w:p>
    <w:p>
      <w:pPr>
        <w:jc w:val="right"/>
      </w:pPr>
      <w:r>
        <w:t>انہوں نے کہا کہ ایک آئیڈیالوجی ڈویلپ کی گئی ہے، ایک پیرلل آئیڈیالوجی اسلام کے نام پر، وہ</w:t>
      </w:r>
    </w:p>
    <w:p>
      <w:r>
        <w:rPr>
          <w:b/>
        </w:rPr>
        <w:t xml:space="preserve">[01:43] </w:t>
      </w:r>
      <w:r>
        <w:t>is ki zimmedaar hai.</w:t>
      </w:r>
    </w:p>
    <w:p>
      <w:pPr>
        <w:jc w:val="right"/>
      </w:pPr>
      <w:r>
        <w:t>اس کی ذمہ دار ہے۔</w:t>
      </w:r>
    </w:p>
    <w:p>
      <w:r>
        <w:rPr>
          <w:b/>
        </w:rPr>
        <w:t xml:space="preserve">[01:45] </w:t>
      </w:r>
      <w:r>
        <w:t>unhon ne kaha ke yeh Taliban ya Al-Qaeda in logon ne khud woh ideology develop nahi ki balkay</w:t>
      </w:r>
    </w:p>
    <w:p>
      <w:pPr>
        <w:jc w:val="right"/>
      </w:pPr>
      <w:r>
        <w:t>انہوں نے کہا کہ یہ طالبان یا القاعدہ ان لوگوں نے خود وہ آئیڈیالوجی ڈویلپ نہیں کی بلکہ</w:t>
      </w:r>
    </w:p>
    <w:p>
      <w:r>
        <w:rPr>
          <w:b/>
        </w:rPr>
        <w:t xml:space="preserve">[01:53] </w:t>
      </w:r>
      <w:r>
        <w:t>khud woh is ideology se inspire hue aur jo kuch kiya unhon ne.</w:t>
      </w:r>
    </w:p>
    <w:p>
      <w:pPr>
        <w:jc w:val="right"/>
      </w:pPr>
      <w:r>
        <w:t>خود وہ اس آئیڈیالوجی سے انسپائر ہوئے اور جو کچھ کیا انہوں نے۔</w:t>
      </w:r>
    </w:p>
    <w:p>
      <w:r>
        <w:rPr>
          <w:b/>
        </w:rPr>
        <w:t xml:space="preserve">[01:58] </w:t>
      </w:r>
      <w:r>
        <w:t>mein samajhta hoon ke yeh baat bohat sahi kahi hai Obama ne lekin unhon ne point out nahi</w:t>
      </w:r>
    </w:p>
    <w:p>
      <w:pPr>
        <w:jc w:val="right"/>
      </w:pPr>
      <w:r>
        <w:t>میں سمجھتا ہوں کہ یہ بات بہت صحیح کہی ہے اوباما نے لیکن انہوں نے پوائنٹ آؤٹ نہیں</w:t>
      </w:r>
    </w:p>
    <w:p>
      <w:r>
        <w:rPr>
          <w:b/>
        </w:rPr>
        <w:t xml:space="preserve">[02:06] </w:t>
      </w:r>
      <w:r>
        <w:t>کیا کہ what is that parallel ideology.</w:t>
      </w:r>
    </w:p>
    <w:p>
      <w:pPr>
        <w:jc w:val="right"/>
      </w:pPr>
      <w:r>
        <w:t>کیا کہ واٹ از دیٹ پیرلل آئیڈیالوجی۔</w:t>
      </w:r>
    </w:p>
    <w:p>
      <w:r>
        <w:rPr>
          <w:b/>
        </w:rPr>
        <w:t xml:space="preserve">[02:09] </w:t>
      </w:r>
      <w:r>
        <w:t>specific tor par nahi kaha unhon ne.</w:t>
      </w:r>
    </w:p>
    <w:p>
      <w:pPr>
        <w:jc w:val="right"/>
      </w:pPr>
      <w:r>
        <w:t>سپیسیفک طور پر نہیں کہا انہوں نے۔</w:t>
      </w:r>
    </w:p>
    <w:p>
      <w:r>
        <w:rPr>
          <w:b/>
        </w:rPr>
        <w:t xml:space="preserve">[02:12] </w:t>
      </w:r>
      <w:r>
        <w:t>to yahan tak to baat un ki sahi hai ke Islam ek peaceful mazhab hai.</w:t>
      </w:r>
    </w:p>
    <w:p>
      <w:pPr>
        <w:jc w:val="right"/>
      </w:pPr>
      <w:r>
        <w:t>تو یہاں تک تو بات ان کی صحیح ہے کہ اسلام ایک پیس فل مذہب ہے۔</w:t>
      </w:r>
    </w:p>
    <w:p>
      <w:r>
        <w:rPr>
          <w:b/>
        </w:rPr>
        <w:t xml:space="preserve">[02:19] </w:t>
      </w:r>
      <w:r>
        <w:t>Islam ki tamam teaching direct ya indirect peace se related hai.</w:t>
      </w:r>
    </w:p>
    <w:p>
      <w:pPr>
        <w:jc w:val="right"/>
      </w:pPr>
      <w:r>
        <w:t>اسلام کی تمام ٹیچنگ ڈائریکٹ یا ان ڈائریکٹ پیس سے ریلیٹڈ ہے۔</w:t>
      </w:r>
    </w:p>
    <w:p>
      <w:r>
        <w:rPr>
          <w:b/>
        </w:rPr>
        <w:t xml:space="preserve">[02:24] </w:t>
      </w:r>
      <w:r>
        <w:t>Islam mein kahin bhi Islam ka matlab hai Quran aur Sunnat is mein kahin bhi yeh nahi kaha</w:t>
      </w:r>
    </w:p>
    <w:p>
      <w:pPr>
        <w:jc w:val="right"/>
      </w:pPr>
      <w:r>
        <w:t>اسلام میں کہیں بھی اسلام کا مطلب ہے قرآن اور سنت اس میں کہیں بھی یہ نہیں کہا</w:t>
      </w:r>
    </w:p>
    <w:p>
      <w:r>
        <w:rPr>
          <w:b/>
        </w:rPr>
        <w:t xml:space="preserve">[02:32] </w:t>
      </w:r>
      <w:r>
        <w:t>gaya hai ke logon ko maro kaato.</w:t>
      </w:r>
    </w:p>
    <w:p>
      <w:pPr>
        <w:jc w:val="right"/>
      </w:pPr>
      <w:r>
        <w:t>گیا ہے کہ لوگوں کو مارو کاٹو۔</w:t>
      </w:r>
    </w:p>
    <w:p>
      <w:r>
        <w:rPr>
          <w:b/>
        </w:rPr>
        <w:t xml:space="preserve">[02:35] </w:t>
      </w:r>
      <w:r>
        <w:t>to yeh baat bilkul sahi hai.</w:t>
      </w:r>
    </w:p>
    <w:p>
      <w:pPr>
        <w:jc w:val="right"/>
      </w:pPr>
      <w:r>
        <w:t>تو یہ بات بالکل صحیح ہے۔</w:t>
      </w:r>
    </w:p>
    <w:p>
      <w:r>
        <w:rPr>
          <w:b/>
        </w:rPr>
        <w:t xml:space="preserve">[02:37] </w:t>
      </w:r>
      <w:r>
        <w:t>aur yeh bhi sahi hai ke ek parallel ideology hai jo Islam ke naam par develop ki gayi</w:t>
      </w:r>
    </w:p>
    <w:p>
      <w:pPr>
        <w:jc w:val="right"/>
      </w:pPr>
      <w:r>
        <w:t>اور یہ بھی صحیح ہے کہ ایک پیرلل آئیڈیالوجی ہے جو اسلام کے نام پر ڈویلپ کی گئی</w:t>
      </w:r>
    </w:p>
    <w:p>
      <w:r>
        <w:rPr>
          <w:b/>
        </w:rPr>
        <w:t xml:space="preserve">[02:45] </w:t>
      </w:r>
      <w:r>
        <w:t>hai woh is ki responsible hai.</w:t>
      </w:r>
    </w:p>
    <w:p>
      <w:pPr>
        <w:jc w:val="right"/>
      </w:pPr>
      <w:r>
        <w:t>ہے وہ اس کی ریسپانسبل ہے۔</w:t>
      </w:r>
    </w:p>
    <w:p>
      <w:r>
        <w:rPr>
          <w:b/>
        </w:rPr>
        <w:t xml:space="preserve">[02:48] </w:t>
      </w:r>
      <w:r>
        <w:t>ab sawal yeh hai ke woh parallel ideology hai kya? Yeh unhon ne President Obama ne is ko</w:t>
      </w:r>
    </w:p>
    <w:p>
      <w:pPr>
        <w:jc w:val="right"/>
      </w:pPr>
      <w:r>
        <w:t>اب سوال یہ ہے کہ وہ پیرلل آئیڈیالوجی ہے کیا؟ یہ انہوں نے پریزیڈنٹ اوباما نے اس کو</w:t>
      </w:r>
    </w:p>
    <w:p>
      <w:r>
        <w:rPr>
          <w:b/>
        </w:rPr>
        <w:t xml:space="preserve">[02:56] </w:t>
      </w:r>
      <w:r>
        <w:t>point out nahi kiya.</w:t>
      </w:r>
    </w:p>
    <w:p>
      <w:pPr>
        <w:jc w:val="right"/>
      </w:pPr>
      <w:r>
        <w:t>پوائنٹ آؤٹ نہیں کیا۔</w:t>
      </w:r>
    </w:p>
    <w:p>
      <w:r>
        <w:rPr>
          <w:b/>
        </w:rPr>
        <w:t xml:space="preserve">[02:57] </w:t>
      </w:r>
      <w:r>
        <w:t>dekhein mein ne is subject ka bohat ziyada parha hai.</w:t>
      </w:r>
    </w:p>
    <w:p>
      <w:pPr>
        <w:jc w:val="right"/>
      </w:pPr>
      <w:r>
        <w:t>دیکھیں میں نے اس سبجیکٹ کا بہت زیادہ پڑھا ہے۔</w:t>
      </w:r>
    </w:p>
    <w:p>
      <w:r>
        <w:rPr>
          <w:b/>
        </w:rPr>
        <w:t xml:space="preserve">[03:02] </w:t>
      </w:r>
      <w:r>
        <w:t>aur mein keh sakta hoon ke woh parallel ideology hai political interpretation of Islam.</w:t>
      </w:r>
    </w:p>
    <w:p>
      <w:pPr>
        <w:jc w:val="right"/>
      </w:pPr>
      <w:r>
        <w:t>اور میں کہہ سکتا ہوں کہ وہ پیرلل آئیڈیالوجی ہے پولیٹیکل انٹرپریٹیشن آف اسلام۔</w:t>
      </w:r>
    </w:p>
    <w:p>
      <w:r>
        <w:rPr>
          <w:b/>
        </w:rPr>
        <w:t xml:space="preserve">[03:08] </w:t>
      </w:r>
      <w:r>
        <w:t>political interpretation of Islam yeh twenty century mein hua.</w:t>
      </w:r>
    </w:p>
    <w:p>
      <w:pPr>
        <w:jc w:val="right"/>
      </w:pPr>
      <w:r>
        <w:t>پولیٹیکل انٹرپریٹیشن آف اسلام یہ ٹونٹی سینچری میں ہوا۔</w:t>
      </w:r>
    </w:p>
    <w:p>
      <w:r>
        <w:rPr>
          <w:b/>
        </w:rPr>
        <w:t xml:space="preserve">[03:11] </w:t>
      </w:r>
      <w:r>
        <w:t>yeh twenty century mein hua.</w:t>
      </w:r>
    </w:p>
    <w:p>
      <w:pPr>
        <w:jc w:val="right"/>
      </w:pPr>
      <w:r>
        <w:t>یہ ٹونٹی سینچری میں ہوا۔</w:t>
      </w:r>
    </w:p>
    <w:p>
      <w:r>
        <w:rPr>
          <w:b/>
        </w:rPr>
        <w:t xml:space="preserve">[03:14] </w:t>
      </w:r>
      <w:r>
        <w:t>yeh is ke do khaas champion thay.</w:t>
      </w:r>
    </w:p>
    <w:p>
      <w:pPr>
        <w:jc w:val="right"/>
      </w:pPr>
      <w:r>
        <w:t>یہ اس کے دو خاص چیمپئن تھے۔</w:t>
      </w:r>
    </w:p>
    <w:p>
      <w:r>
        <w:rPr>
          <w:b/>
        </w:rPr>
        <w:t xml:space="preserve">[03:17] </w:t>
      </w:r>
      <w:r>
        <w:t>Arab world mein thay Syed Qutb aur Indian subcontinent mein thay Syed Abdullah Maududi.</w:t>
      </w:r>
    </w:p>
    <w:p>
      <w:pPr>
        <w:jc w:val="right"/>
      </w:pPr>
      <w:r>
        <w:t>عرب ورلڈ میں تھے سید قطب اور انڈین سب کانٹیننٹ میں تھے سید عبداللہ مودودی۔</w:t>
      </w:r>
    </w:p>
    <w:p>
      <w:r>
        <w:rPr>
          <w:b/>
        </w:rPr>
        <w:t xml:space="preserve">[03:23] </w:t>
      </w:r>
      <w:r>
        <w:t>in logon ne yeh political interpretation of Islam ka tasawwur jo hai develop kiya.</w:t>
      </w:r>
    </w:p>
    <w:p>
      <w:pPr>
        <w:jc w:val="right"/>
      </w:pPr>
      <w:r>
        <w:t>ان لوگوں نے یہ پولیٹیکل انٹرپریٹیشن آف اسلام کا تصور جو ہے ڈویلپ کیا۔</w:t>
      </w:r>
    </w:p>
    <w:p>
      <w:r>
        <w:rPr>
          <w:b/>
        </w:rPr>
        <w:t xml:space="preserve">[03:29] </w:t>
      </w:r>
      <w:r>
        <w:t>aur is ke baad jo halaat thay twenty century ke in halaat mein yeh nazariya bohat phaila.</w:t>
      </w:r>
    </w:p>
    <w:p>
      <w:pPr>
        <w:jc w:val="right"/>
      </w:pPr>
      <w:r>
        <w:t>اور اس کے بعد جو حالات تھے ٹونٹی سینچری کے ان حالات میں یہ نظریہ بہت پھیلا۔</w:t>
      </w:r>
    </w:p>
    <w:p>
      <w:r>
        <w:rPr>
          <w:b/>
        </w:rPr>
        <w:t xml:space="preserve">[03:36] </w:t>
      </w:r>
      <w:r>
        <w:t>mukhtalif zubanon mein is ke tarjume kiye gaye.</w:t>
      </w:r>
    </w:p>
    <w:p>
      <w:pPr>
        <w:jc w:val="right"/>
      </w:pPr>
      <w:r>
        <w:t>مختلف زبانوں میں اس کے ترجمے کیے گئے۔</w:t>
      </w:r>
    </w:p>
    <w:p>
      <w:r>
        <w:rPr>
          <w:b/>
        </w:rPr>
        <w:t xml:space="preserve">[03:40] </w:t>
      </w:r>
      <w:r>
        <w:t>aur bohat ziyada log is se influence hue.</w:t>
      </w:r>
    </w:p>
    <w:p>
      <w:pPr>
        <w:jc w:val="right"/>
      </w:pPr>
      <w:r>
        <w:t>اور بہت زیادہ لوگ اس سے انفلوئنس ہوئے۔</w:t>
      </w:r>
    </w:p>
    <w:p>
      <w:r>
        <w:rPr>
          <w:b/>
        </w:rPr>
        <w:t xml:space="preserve">[03:43] </w:t>
      </w:r>
      <w:r>
        <w:t>yeh hai ideology.</w:t>
      </w:r>
    </w:p>
    <w:p>
      <w:pPr>
        <w:jc w:val="right"/>
      </w:pPr>
      <w:r>
        <w:t>یہ ہے آئیڈیالوجی۔</w:t>
      </w:r>
    </w:p>
    <w:p>
      <w:r>
        <w:rPr>
          <w:b/>
        </w:rPr>
        <w:t xml:space="preserve">[03:45] </w:t>
      </w:r>
      <w:r>
        <w:t>political interpretation of Islam ka matlab kya hai? is ka matlab yeh hai ke Islam shuru hone ke</w:t>
      </w:r>
    </w:p>
    <w:p>
      <w:pPr>
        <w:jc w:val="right"/>
      </w:pPr>
      <w:r>
        <w:t>پولیٹیکل انٹرپریٹیشن آف اسلام کا مطلب کیا ہے؟ اس کا مطلب یہ ہے کہ اسلام شروع ہونے کے</w:t>
      </w:r>
    </w:p>
    <w:p>
      <w:r>
        <w:rPr>
          <w:b/>
        </w:rPr>
        <w:t xml:space="preserve">[03:52] </w:t>
      </w:r>
      <w:r>
        <w:t>baad hazar saal tak subject of following bana hua tha.</w:t>
      </w:r>
    </w:p>
    <w:p>
      <w:pPr>
        <w:jc w:val="right"/>
      </w:pPr>
      <w:r>
        <w:t>بعد ہزار سال تک سبجیکٹ آف فالونگ بنا ہوا تھا۔</w:t>
      </w:r>
    </w:p>
    <w:p>
      <w:r>
        <w:rPr>
          <w:b/>
        </w:rPr>
        <w:t xml:space="preserve">[03:57] </w:t>
      </w:r>
      <w:r>
        <w:t>yani pairvi karne ka mazhab ke Islam ki pairvi karo, Islam ko follow karo.</w:t>
      </w:r>
    </w:p>
    <w:p>
      <w:pPr>
        <w:jc w:val="right"/>
      </w:pPr>
      <w:r>
        <w:t>یعنی پیروی کرنے کا مذہب کہ اسلام کی پیروی کرو، اسلام کو فالو کرو۔</w:t>
      </w:r>
    </w:p>
    <w:p>
      <w:r>
        <w:rPr>
          <w:b/>
        </w:rPr>
        <w:t xml:space="preserve">[04:03] </w:t>
      </w:r>
      <w:r>
        <w:t>to following ka subject bana hua tha.</w:t>
      </w:r>
    </w:p>
    <w:p>
      <w:pPr>
        <w:jc w:val="right"/>
      </w:pPr>
      <w:r>
        <w:t>تو فالونگ کا سبجیکٹ بنا ہوا تھا۔</w:t>
      </w:r>
    </w:p>
    <w:p>
      <w:r>
        <w:rPr>
          <w:b/>
        </w:rPr>
        <w:t xml:space="preserve">[04:06] </w:t>
      </w:r>
      <w:r>
        <w:t>jitne bhi log uthe is daur mein woh sab yahi kehte rahe ke Islam ka ittaba karo is</w:t>
      </w:r>
    </w:p>
    <w:p>
      <w:pPr>
        <w:jc w:val="right"/>
      </w:pPr>
      <w:r>
        <w:t>جتنے بھی لوگ اٹھے اس دور میں وہ سب یہی کہتے رہے کہ اسلام کا اتباع کرو اس</w:t>
      </w:r>
    </w:p>
    <w:p>
      <w:r>
        <w:rPr>
          <w:b/>
        </w:rPr>
        <w:t xml:space="preserve">[04:13] </w:t>
      </w:r>
      <w:r>
        <w:t>se tum ko Allah ki rehmat mile gi.</w:t>
      </w:r>
    </w:p>
    <w:p>
      <w:pPr>
        <w:jc w:val="right"/>
      </w:pPr>
      <w:r>
        <w:t>سے تم کو اللہ کی رحمت ملے گی۔</w:t>
      </w:r>
    </w:p>
    <w:p>
      <w:r>
        <w:rPr>
          <w:b/>
        </w:rPr>
        <w:t xml:space="preserve">[04:17] </w:t>
      </w:r>
      <w:r>
        <w:t>ittaba yani following.</w:t>
      </w:r>
    </w:p>
    <w:p>
      <w:pPr>
        <w:jc w:val="right"/>
      </w:pPr>
      <w:r>
        <w:t>اتباع یعنی فالونگ۔</w:t>
      </w:r>
    </w:p>
    <w:p>
      <w:r>
        <w:rPr>
          <w:b/>
        </w:rPr>
        <w:t xml:space="preserve">[04:18] </w:t>
      </w:r>
      <w:r>
        <w:t>lekin twenty century mein jo nazariya develop kiya gaya political interpretation ka us ne bana diya Islam ko</w:t>
      </w:r>
    </w:p>
    <w:p>
      <w:pPr>
        <w:jc w:val="right"/>
      </w:pPr>
      <w:r>
        <w:t>لیکن ٹونٹی سینچری میں جو نظریہ ڈویلپ کیا گیا پولیٹیکل انٹرپریٹیشن کا اس نے بنا دیا اسلام کو</w:t>
      </w:r>
    </w:p>
    <w:p>
      <w:r>
        <w:rPr>
          <w:b/>
        </w:rPr>
        <w:t xml:space="preserve">[04:26] </w:t>
      </w:r>
      <w:r>
        <w:t>subject of imposition.</w:t>
      </w:r>
    </w:p>
    <w:p>
      <w:pPr>
        <w:jc w:val="right"/>
      </w:pPr>
      <w:r>
        <w:t>سبجیکٹ آف امپوزیشن۔</w:t>
      </w:r>
    </w:p>
    <w:p>
      <w:r>
        <w:rPr>
          <w:b/>
        </w:rPr>
        <w:t xml:space="preserve">[04:27] </w:t>
      </w:r>
      <w:r>
        <w:t>yani pehle Islam tha following ka subject ab woh ban gaya imposition ka subject.</w:t>
      </w:r>
    </w:p>
    <w:p>
      <w:pPr>
        <w:jc w:val="right"/>
      </w:pPr>
      <w:r>
        <w:t>یعنی پہلے اسلام تھا فالونگ کا سبجیکٹ اب وہ بن گیا امپوزیشن کا سبجیکٹ۔</w:t>
      </w:r>
    </w:p>
    <w:p>
      <w:r>
        <w:rPr>
          <w:b/>
        </w:rPr>
        <w:t xml:space="preserve">[04:33] </w:t>
      </w:r>
      <w:r>
        <w:t>yeh hai parallel ideology.</w:t>
      </w:r>
    </w:p>
    <w:p>
      <w:pPr>
        <w:jc w:val="right"/>
      </w:pPr>
      <w:r>
        <w:t>یہ ہے پیرلل آئیڈیالوجی۔</w:t>
      </w:r>
    </w:p>
    <w:p>
      <w:r>
        <w:rPr>
          <w:b/>
        </w:rPr>
        <w:t xml:space="preserve">[04:35] </w:t>
      </w:r>
      <w:r>
        <w:t>aur yeh hai woh cheez jis ki wajah se terrorism aaya.</w:t>
      </w:r>
    </w:p>
    <w:p>
      <w:pPr>
        <w:jc w:val="right"/>
      </w:pPr>
      <w:r>
        <w:t>اور یہ ہے وہ چیز جس کی وجہ سے ٹیررزم آیا۔</w:t>
      </w:r>
    </w:p>
    <w:p>
      <w:r>
        <w:rPr>
          <w:b/>
        </w:rPr>
        <w:t xml:space="preserve">[04:40] </w:t>
      </w:r>
      <w:r>
        <w:t>kyun ke dekhein jab aap yeh kahein ke Islam ka ittaba karo, Islam ko follow karo to focus apne</w:t>
      </w:r>
    </w:p>
    <w:p>
      <w:pPr>
        <w:jc w:val="right"/>
      </w:pPr>
      <w:r>
        <w:t>کیونکہ دیکھیں جب آپ یہ کہیں کہ اسلام کا اتباع کرو، اسلام کو فالو کرو تو فوکس اپنے</w:t>
      </w:r>
    </w:p>
    <w:p>
      <w:r>
        <w:rPr>
          <w:b/>
        </w:rPr>
        <w:t xml:space="preserve">[04:48] </w:t>
      </w:r>
      <w:r>
        <w:t>aap par jata hai ke mujhe karna hai, mujhe karna hai, mujhe karna hai.</w:t>
      </w:r>
    </w:p>
    <w:p>
      <w:pPr>
        <w:jc w:val="right"/>
      </w:pPr>
      <w:r>
        <w:t>آپ پر جاتا ہے کہ مجھے کرنا ہے، مجھے کرنا ہے، مجھے کرنا ہے۔</w:t>
      </w:r>
    </w:p>
    <w:p>
      <w:r>
        <w:rPr>
          <w:b/>
        </w:rPr>
        <w:t xml:space="preserve">[04:54] </w:t>
      </w:r>
      <w:r>
        <w:t>mujhe Allah ki marifat hasil karna hai.</w:t>
      </w:r>
    </w:p>
    <w:p>
      <w:pPr>
        <w:jc w:val="right"/>
      </w:pPr>
      <w:r>
        <w:t>مجھے اللہ کی معرفت حاصل کرنا ہے۔</w:t>
      </w:r>
    </w:p>
    <w:p>
      <w:r>
        <w:rPr>
          <w:b/>
        </w:rPr>
        <w:t xml:space="preserve">[04:57] </w:t>
      </w:r>
      <w:r>
        <w:t>mujhe Allah par yaqeen paida karna hai.</w:t>
      </w:r>
    </w:p>
    <w:p>
      <w:pPr>
        <w:jc w:val="right"/>
      </w:pPr>
      <w:r>
        <w:t>مجھے اللہ پر یقین پیدا کرنا ہے۔</w:t>
      </w:r>
    </w:p>
    <w:p>
      <w:r>
        <w:rPr>
          <w:b/>
        </w:rPr>
        <w:t xml:space="preserve">[05:00] </w:t>
      </w:r>
      <w:r>
        <w:t>mujhe Allah ka abid banna hai.</w:t>
      </w:r>
    </w:p>
    <w:p>
      <w:pPr>
        <w:jc w:val="right"/>
      </w:pPr>
      <w:r>
        <w:t>مجھے اللہ کا عابد بننا ہے۔</w:t>
      </w:r>
    </w:p>
    <w:p>
      <w:r>
        <w:rPr>
          <w:b/>
        </w:rPr>
        <w:t xml:space="preserve">[05:02] </w:t>
      </w:r>
      <w:r>
        <w:t>mujhe Allah ki pasand wali zindagi ko ikhtiyar karna hai.</w:t>
      </w:r>
    </w:p>
    <w:p>
      <w:pPr>
        <w:jc w:val="right"/>
      </w:pPr>
      <w:r>
        <w:t>مجھے اللہ کی پسند والی زندگی کو اختیار کرنا ہے۔</w:t>
      </w:r>
    </w:p>
    <w:p>
      <w:r>
        <w:rPr>
          <w:b/>
        </w:rPr>
        <w:t xml:space="preserve">[05:06] </w:t>
      </w:r>
      <w:r>
        <w:t>aur phir peaceful andaaz mein dawat ka kaam karna hai.</w:t>
      </w:r>
    </w:p>
    <w:p>
      <w:pPr>
        <w:jc w:val="right"/>
      </w:pPr>
      <w:r>
        <w:t>اور پھر پیس فل انداز میں دعوت کا کام کرنا ہے۔</w:t>
      </w:r>
    </w:p>
    <w:p>
      <w:r>
        <w:rPr>
          <w:b/>
        </w:rPr>
        <w:t xml:space="preserve">[05:11] </w:t>
      </w:r>
      <w:r>
        <w:t>to jab Islam following ka subject ho to yeh hota hai.</w:t>
      </w:r>
    </w:p>
    <w:p>
      <w:pPr>
        <w:jc w:val="right"/>
      </w:pPr>
      <w:r>
        <w:t>تو جب اسلام سب فالونگ کا سبجیکٹ ہو تو یہ ہوتا ہے۔</w:t>
      </w:r>
    </w:p>
    <w:p>
      <w:r>
        <w:rPr>
          <w:b/>
        </w:rPr>
        <w:t xml:space="preserve">[05:16] </w:t>
      </w:r>
      <w:r>
        <w:t>lekin jab Islam imposition ka subject ban jaye tab kya hota hai? focus badal jata hai.</w:t>
      </w:r>
    </w:p>
    <w:p>
      <w:pPr>
        <w:jc w:val="right"/>
      </w:pPr>
      <w:r>
        <w:t>لیکن جب اسلام امپوزیشن کا سبجیکٹ بن جائے تب کیا ہوتا ہے؟ فوکس بدل جاتا ہے۔</w:t>
      </w:r>
    </w:p>
    <w:p>
      <w:r>
        <w:rPr>
          <w:b/>
        </w:rPr>
        <w:t xml:space="preserve">[05:23] </w:t>
      </w:r>
      <w:r>
        <w:t>tab kya aata hai? bahar ka ek system jo hai us ko badalna hai.</w:t>
      </w:r>
    </w:p>
    <w:p>
      <w:pPr>
        <w:jc w:val="right"/>
      </w:pPr>
      <w:r>
        <w:t>تب کیا آتا ہے؟ باہر کا ایک سسٹم جو ہے اس کو بدلنا ہے۔</w:t>
      </w:r>
    </w:p>
    <w:p>
      <w:r>
        <w:rPr>
          <w:b/>
        </w:rPr>
        <w:t xml:space="preserve">[05:29] </w:t>
      </w:r>
      <w:r>
        <w:t>yeh aa jata hai.</w:t>
      </w:r>
    </w:p>
    <w:p>
      <w:pPr>
        <w:jc w:val="right"/>
      </w:pPr>
      <w:r>
        <w:t>یہ آ جاتا ہے۔</w:t>
      </w:r>
    </w:p>
    <w:p>
      <w:r>
        <w:rPr>
          <w:b/>
        </w:rPr>
        <w:t xml:space="preserve">[05:31] </w:t>
      </w:r>
      <w:r>
        <w:t>yani apne aap ko badalne ke bajaye system ko badalna.</w:t>
      </w:r>
    </w:p>
    <w:p>
      <w:pPr>
        <w:jc w:val="right"/>
      </w:pPr>
      <w:r>
        <w:t>یعنی اپنے آپ کو بدلنے کے بجائے سسٹم کو بدلنا۔</w:t>
      </w:r>
    </w:p>
    <w:p>
      <w:r>
        <w:rPr>
          <w:b/>
        </w:rPr>
        <w:t xml:space="preserve">[05:35] </w:t>
      </w:r>
      <w:r>
        <w:t>kyun? jab aap impose karna chahenge to wahan par koi rule kar raha hai, koi kisi government</w:t>
      </w:r>
    </w:p>
    <w:p>
      <w:pPr>
        <w:jc w:val="right"/>
      </w:pPr>
      <w:r>
        <w:t>کیوں؟ جب آپ امپوز کرنا چاہیں گے تو وہاں پر کوئی رول کر رہا ہے، کوئی کسی گورنمنٹ</w:t>
      </w:r>
    </w:p>
    <w:p>
      <w:r>
        <w:rPr>
          <w:b/>
        </w:rPr>
        <w:t xml:space="preserve">[05:43] </w:t>
      </w:r>
      <w:r>
        <w:t>qaim hai, kisi ki authority hai wahan par to jab tak us ko aap hatayen nahin tab tak</w:t>
      </w:r>
    </w:p>
    <w:p>
      <w:pPr>
        <w:jc w:val="right"/>
      </w:pPr>
      <w:r>
        <w:t>قائم ہے، کسی کی اتھارٹی ہے وہاں پر تو جب تک اس کو آپ ہٹائیں نہیں تب تک</w:t>
      </w:r>
    </w:p>
    <w:p>
      <w:r>
        <w:rPr>
          <w:b/>
        </w:rPr>
        <w:t xml:space="preserve">[05:51] </w:t>
      </w:r>
      <w:r>
        <w:t>apni pasand ki baat ko aap impose kaise karenge? to jin logon ne Islam ko bana diya</w:t>
      </w:r>
    </w:p>
    <w:p>
      <w:pPr>
        <w:jc w:val="right"/>
      </w:pPr>
      <w:r>
        <w:t>اپنی پسند کی بات کو آپ امپوز کیسے کریں گے؟ تو جن لوگوں نے اسلام کو بنا دیا</w:t>
      </w:r>
    </w:p>
    <w:p>
      <w:r>
        <w:rPr>
          <w:b/>
        </w:rPr>
        <w:t xml:space="preserve">[05:58] </w:t>
      </w:r>
      <w:r>
        <w:t>imposition ka subject woh hain zimmedar is baat ke.</w:t>
      </w:r>
    </w:p>
    <w:p>
      <w:pPr>
        <w:jc w:val="right"/>
      </w:pPr>
      <w:r>
        <w:t>امپوزیشن کا سبجیکٹ وہ ہیں ذمہ دار اس بات کے۔</w:t>
      </w:r>
    </w:p>
    <w:p>
      <w:r>
        <w:rPr>
          <w:b/>
        </w:rPr>
        <w:t xml:space="preserve">[06:03] </w:t>
      </w:r>
      <w:r>
        <w:t>kyunki hua kya? jo log is se influence hue pehle to unhon ne chaha ke hum persuade karen</w:t>
      </w:r>
    </w:p>
    <w:p>
      <w:pPr>
        <w:jc w:val="right"/>
      </w:pPr>
      <w:r>
        <w:t>کیونکہ ہوا کیا؟ جو لوگ اس سے انفلوئنس ہوئے پہلے تو انہوں نے چاہا کہ ہم پرسویٹ کریں</w:t>
      </w:r>
    </w:p>
    <w:p>
      <w:r>
        <w:rPr>
          <w:b/>
        </w:rPr>
        <w:t xml:space="preserve">[06:10] </w:t>
      </w:r>
      <w:r>
        <w:t>logon ko.</w:t>
      </w:r>
    </w:p>
    <w:p>
      <w:pPr>
        <w:jc w:val="right"/>
      </w:pPr>
      <w:r>
        <w:t>لوگوں کو۔</w:t>
      </w:r>
    </w:p>
    <w:p>
      <w:r>
        <w:rPr>
          <w:b/>
        </w:rPr>
        <w:t xml:space="preserve">[06:12] </w:t>
      </w:r>
      <w:r>
        <w:t>persuade kar ke kahein ke impose karo Islam ki teaching ko.</w:t>
      </w:r>
    </w:p>
    <w:p>
      <w:pPr>
        <w:jc w:val="right"/>
      </w:pPr>
      <w:r>
        <w:t>پرسویٹ کر کے کہیں کہ امپوز کرو اسلام کی ٹیچنگ کو۔</w:t>
      </w:r>
    </w:p>
    <w:p>
      <w:r>
        <w:rPr>
          <w:b/>
        </w:rPr>
        <w:t xml:space="preserve">[06:17] </w:t>
      </w:r>
      <w:r>
        <w:t>lekin is se kamyabi nahin hui.</w:t>
      </w:r>
    </w:p>
    <w:p>
      <w:pPr>
        <w:jc w:val="right"/>
      </w:pPr>
      <w:r>
        <w:t>لیکن اس سے کامیابی نہیں ہوئی۔</w:t>
      </w:r>
    </w:p>
    <w:p>
      <w:r>
        <w:rPr>
          <w:b/>
        </w:rPr>
        <w:t xml:space="preserve">[06:19] </w:t>
      </w:r>
      <w:r>
        <w:t>phir unhon ne election mein hissa liya.</w:t>
      </w:r>
    </w:p>
    <w:p>
      <w:pPr>
        <w:jc w:val="right"/>
      </w:pPr>
      <w:r>
        <w:t>پھر انہوں نے الیکشن میں حصہ لیا۔</w:t>
      </w:r>
    </w:p>
    <w:p>
      <w:r>
        <w:rPr>
          <w:b/>
        </w:rPr>
        <w:t xml:space="preserve">[06:22] </w:t>
      </w:r>
      <w:r>
        <w:t>is mein bhi woh un ko kamyabi nahin mili.</w:t>
      </w:r>
    </w:p>
    <w:p>
      <w:pPr>
        <w:jc w:val="right"/>
      </w:pPr>
      <w:r>
        <w:t>اس میں بھی وہ ان کو کامیابی نہیں ملی۔</w:t>
      </w:r>
    </w:p>
    <w:p>
      <w:r>
        <w:rPr>
          <w:b/>
        </w:rPr>
        <w:t xml:space="preserve">[06:26] </w:t>
      </w:r>
      <w:r>
        <w:t>is ke baad kya hua ke unhon ne shuru kar diya fighting.</w:t>
      </w:r>
    </w:p>
    <w:p>
      <w:pPr>
        <w:jc w:val="right"/>
      </w:pPr>
      <w:r>
        <w:t>اس کے بعد کیا ہوا کہ انہوں نے شروع کر دیا فائٹنگ۔</w:t>
      </w:r>
    </w:p>
    <w:p>
      <w:r>
        <w:rPr>
          <w:b/>
        </w:rPr>
        <w:t xml:space="preserve">[06:31] </w:t>
      </w:r>
      <w:r>
        <w:t>fighting shuru ki.</w:t>
      </w:r>
    </w:p>
    <w:p>
      <w:pPr>
        <w:jc w:val="right"/>
      </w:pPr>
      <w:r>
        <w:t>فائٹنگ شروع کی۔</w:t>
      </w:r>
    </w:p>
    <w:p>
      <w:r>
        <w:rPr>
          <w:b/>
        </w:rPr>
        <w:t xml:space="preserve">[06:33] </w:t>
      </w:r>
      <w:r>
        <w:t>yeh poora group jo political interpretation se متاثر hua pehle din unhon ne terrorism nahin chalaya tha.</w:t>
      </w:r>
    </w:p>
    <w:p>
      <w:pPr>
        <w:jc w:val="right"/>
      </w:pPr>
      <w:r>
        <w:t>یہ پورا گروپ جو پولیٹیکل انٹرپریٹیشن سے متاثر ہوا پہلے دن انہوں نے ٹیررزم نہیں چلایا تھا۔</w:t>
      </w:r>
    </w:p>
    <w:p>
      <w:r>
        <w:rPr>
          <w:b/>
        </w:rPr>
        <w:t xml:space="preserve">[06:40] </w:t>
      </w:r>
      <w:r>
        <w:t>balkeh dheere dheere aisa hua woh.</w:t>
      </w:r>
    </w:p>
    <w:p>
      <w:pPr>
        <w:jc w:val="right"/>
      </w:pPr>
      <w:r>
        <w:t>بلکہ دھیرے دھیرے ایسا ہوا وہ۔</w:t>
      </w:r>
    </w:p>
    <w:p>
      <w:r>
        <w:rPr>
          <w:b/>
        </w:rPr>
        <w:t xml:space="preserve">[06:42] </w:t>
      </w:r>
      <w:r>
        <w:t>pehley woh bhi peaceful andaaz mein kaam karte thay.</w:t>
      </w:r>
    </w:p>
    <w:p>
      <w:pPr>
        <w:jc w:val="right"/>
      </w:pPr>
      <w:r>
        <w:t>پہلے وہ بھی پیس فل انداز میں کام کرتے تھے۔</w:t>
      </w:r>
    </w:p>
    <w:p>
      <w:r>
        <w:rPr>
          <w:b/>
        </w:rPr>
        <w:t xml:space="preserve">[06:47] </w:t>
      </w:r>
      <w:r>
        <w:t>yani literature phailana, speeches dena.</w:t>
      </w:r>
    </w:p>
    <w:p>
      <w:pPr>
        <w:jc w:val="right"/>
      </w:pPr>
      <w:r>
        <w:t>یعنی لٹریچر پھیلانا، اسپیچز دینا۔</w:t>
      </w:r>
    </w:p>
    <w:p>
      <w:r>
        <w:rPr>
          <w:b/>
        </w:rPr>
        <w:t xml:space="preserve">[06:49] </w:t>
      </w:r>
      <w:r>
        <w:t>lekin jab is se kaam nahin chala to unhon ne hathiyar utha liya.</w:t>
      </w:r>
    </w:p>
    <w:p>
      <w:pPr>
        <w:jc w:val="right"/>
      </w:pPr>
      <w:r>
        <w:t>لیکن جب اس سے کام نہیں چلا تو انہوں نے ہتھیار اٹھا لیا۔</w:t>
      </w:r>
    </w:p>
    <w:p>
      <w:r>
        <w:rPr>
          <w:b/>
        </w:rPr>
        <w:t xml:space="preserve">[06:54] </w:t>
      </w:r>
      <w:r>
        <w:t>aur chaha ke jo log authority mein hain jo political seat par qabza kiye hue hain un ko</w:t>
      </w:r>
    </w:p>
    <w:p>
      <w:pPr>
        <w:jc w:val="right"/>
      </w:pPr>
      <w:r>
        <w:t>اور چاہا کہ جو لوگ اتھارٹی میں ہیں جو پولیٹیکل سیٹ پر قبضہ کیے ہوئے ہیں ان کو</w:t>
      </w:r>
    </w:p>
    <w:p>
      <w:r>
        <w:rPr>
          <w:b/>
        </w:rPr>
        <w:t xml:space="preserve">[07:02] </w:t>
      </w:r>
      <w:r>
        <w:t>hatayen hum is par baithein taake hum impose kar sakein Islam ko.</w:t>
      </w:r>
    </w:p>
    <w:p>
      <w:pPr>
        <w:jc w:val="right"/>
      </w:pPr>
      <w:r>
        <w:t>ہٹائیں ہم اس پر بیٹھیں تاکہ ہم امپوز کر سکیں اسلام کو۔</w:t>
      </w:r>
    </w:p>
    <w:p>
      <w:r>
        <w:rPr>
          <w:b/>
        </w:rPr>
        <w:t xml:space="preserve">[07:07] </w:t>
      </w:r>
      <w:r>
        <w:t>is ki aik misaal deta hoon main.</w:t>
      </w:r>
    </w:p>
    <w:p>
      <w:pPr>
        <w:jc w:val="right"/>
      </w:pPr>
      <w:r>
        <w:t>اس کی ایک مثال دیتا ہوں میں۔</w:t>
      </w:r>
    </w:p>
    <w:p>
      <w:r>
        <w:rPr>
          <w:b/>
        </w:rPr>
        <w:t xml:space="preserve">[07:10] </w:t>
      </w:r>
      <w:r>
        <w:t>ayat ilahi Quran mein hai ke justice ko follow karo.</w:t>
      </w:r>
    </w:p>
    <w:p>
      <w:pPr>
        <w:jc w:val="right"/>
      </w:pPr>
      <w:r>
        <w:t>ایت الہٰی قرآن میں ہے کہ جسٹس کو فالو کرو۔</w:t>
      </w:r>
    </w:p>
    <w:p>
      <w:r>
        <w:rPr>
          <w:b/>
        </w:rPr>
        <w:t xml:space="preserve">[07:15] </w:t>
      </w:r>
      <w:r>
        <w:t>yani insaaf ke tareeqe par chalo.</w:t>
      </w:r>
    </w:p>
    <w:p>
      <w:pPr>
        <w:jc w:val="right"/>
      </w:pPr>
      <w:r>
        <w:t>یعنی انصاف کے طریقے پر چلو۔</w:t>
      </w:r>
    </w:p>
    <w:p>
      <w:r>
        <w:rPr>
          <w:b/>
        </w:rPr>
        <w:t xml:space="preserve">[07:17] </w:t>
      </w:r>
      <w:r>
        <w:t>lekin unhon ne kya kiya? ke is ko yeh kar diya ke justice ko naafiz karo.</w:t>
      </w:r>
    </w:p>
    <w:p>
      <w:pPr>
        <w:jc w:val="right"/>
      </w:pPr>
      <w:r>
        <w:t>لیکن انہوں نے کیا کیا؟ کہ اس کو یہ کر دیا کہ جسٹس کو نافذ کرو۔</w:t>
      </w:r>
    </w:p>
    <w:p>
      <w:r>
        <w:rPr>
          <w:b/>
        </w:rPr>
        <w:t xml:space="preserve">[07:24] </w:t>
      </w:r>
      <w:r>
        <w:t>yani lazim ko mutaddi bana diya.</w:t>
      </w:r>
    </w:p>
    <w:p>
      <w:pPr>
        <w:jc w:val="right"/>
      </w:pPr>
      <w:r>
        <w:t>یعنی لازم کو متعدی بنا دیا۔</w:t>
      </w:r>
    </w:p>
    <w:p>
      <w:r>
        <w:rPr>
          <w:b/>
        </w:rPr>
        <w:t xml:space="preserve">[07:27] </w:t>
      </w:r>
      <w:r>
        <w:t>yeh jo hukum tha quran majeed mein woh lazim ke sighay mein tha.</w:t>
      </w:r>
    </w:p>
    <w:p>
      <w:pPr>
        <w:jc w:val="right"/>
      </w:pPr>
      <w:r>
        <w:t>یہ جو حکم تھا قرآن مجید میں وہ لازم کے صیغے میں تھا۔</w:t>
      </w:r>
    </w:p>
    <w:p>
      <w:r>
        <w:rPr>
          <w:b/>
        </w:rPr>
        <w:t xml:space="preserve">[07:32] </w:t>
      </w:r>
      <w:r>
        <w:t>is ko unhon ne mutaddi ke sighay mein dhal diya.</w:t>
      </w:r>
    </w:p>
    <w:p>
      <w:pPr>
        <w:jc w:val="right"/>
      </w:pPr>
      <w:r>
        <w:t>اس کو انہوں نے متعدی کے صیغے میں ڈھال دیا۔</w:t>
      </w:r>
    </w:p>
    <w:p>
      <w:r>
        <w:rPr>
          <w:b/>
        </w:rPr>
        <w:t xml:space="preserve">[07:36] </w:t>
      </w:r>
      <w:r>
        <w:t>yani adl ki pairwi karo ka hukum tha lekin bana diya kya? adl ka nizam qaim karo.</w:t>
      </w:r>
    </w:p>
    <w:p>
      <w:pPr>
        <w:jc w:val="right"/>
      </w:pPr>
      <w:r>
        <w:t>یعنی عدل کی پیروی کرو کا حکم تھا لیکن بنا دیا کیا؟ عدل کا نظام قائم کرو۔</w:t>
      </w:r>
    </w:p>
    <w:p>
      <w:r>
        <w:rPr>
          <w:b/>
        </w:rPr>
        <w:t xml:space="preserve">[07:44] </w:t>
      </w:r>
      <w:r>
        <w:t>adl ka system qaim karo.</w:t>
      </w:r>
    </w:p>
    <w:p>
      <w:pPr>
        <w:jc w:val="right"/>
      </w:pPr>
      <w:r>
        <w:t>عدل کا سسٹم قائم کرو۔</w:t>
      </w:r>
    </w:p>
    <w:p>
      <w:r>
        <w:rPr>
          <w:b/>
        </w:rPr>
        <w:t xml:space="preserve">[07:46] </w:t>
      </w:r>
      <w:r>
        <w:t>is ki aik misaal hai syed qutb ki kitaab al-adalat al-ijtima'iyah fi al-islam.</w:t>
      </w:r>
    </w:p>
    <w:p>
      <w:pPr>
        <w:jc w:val="right"/>
      </w:pPr>
      <w:r>
        <w:t>اس کی ایک مثال ہے سید قطب کی کتاب العدالۃ الاجتماعیہ فی الاسلام۔</w:t>
      </w:r>
    </w:p>
    <w:p>
      <w:r>
        <w:rPr>
          <w:b/>
        </w:rPr>
        <w:t xml:space="preserve">[07:51] </w:t>
      </w:r>
      <w:r>
        <w:t>is mein aap dekh sakte hain yeh kitaab chhapi hui hai.</w:t>
      </w:r>
    </w:p>
    <w:p>
      <w:pPr>
        <w:jc w:val="right"/>
      </w:pPr>
      <w:r>
        <w:t>اس میں آپ دیکھ سکتے ہیں یہ کتاب چھپی ہوئی ہے۔</w:t>
      </w:r>
    </w:p>
    <w:p>
      <w:r>
        <w:rPr>
          <w:b/>
        </w:rPr>
        <w:t xml:space="preserve">[07:56] </w:t>
      </w:r>
      <w:r>
        <w:t>asal kitaab arabi mein hai.</w:t>
      </w:r>
    </w:p>
    <w:p>
      <w:pPr>
        <w:jc w:val="right"/>
      </w:pPr>
      <w:r>
        <w:t>اصل کتاب عربی میں ہے۔</w:t>
      </w:r>
    </w:p>
    <w:p>
      <w:r>
        <w:rPr>
          <w:b/>
        </w:rPr>
        <w:t xml:space="preserve">[07:58] </w:t>
      </w:r>
      <w:r>
        <w:t>is ka translation aur zaban mein hua hai.</w:t>
      </w:r>
    </w:p>
    <w:p>
      <w:pPr>
        <w:jc w:val="right"/>
      </w:pPr>
      <w:r>
        <w:t>اس کا ٹرانسلیشن اور زبان میں ہوا ہے۔</w:t>
      </w:r>
    </w:p>
    <w:p>
      <w:r>
        <w:rPr>
          <w:b/>
        </w:rPr>
        <w:t xml:space="preserve">[08:02] </w:t>
      </w:r>
      <w:r>
        <w:t>to aik misaal maine di kis tarah se aisa hua ke following ki baat ko imposition ki</w:t>
      </w:r>
    </w:p>
    <w:p>
      <w:pPr>
        <w:jc w:val="right"/>
      </w:pPr>
      <w:r>
        <w:t>تو ایک مثال میں نے دی کس طریقے سے ایسا ہوا کہ فالونگ کی بات کو امپوزیشن کی</w:t>
      </w:r>
    </w:p>
    <w:p>
      <w:r>
        <w:rPr>
          <w:b/>
        </w:rPr>
        <w:t xml:space="preserve">[08:09] </w:t>
      </w:r>
      <w:r>
        <w:t>baat bana diya.</w:t>
      </w:r>
    </w:p>
    <w:p>
      <w:pPr>
        <w:jc w:val="right"/>
      </w:pPr>
      <w:r>
        <w:t>بات بنا دیا۔</w:t>
      </w:r>
    </w:p>
    <w:p>
      <w:r>
        <w:rPr>
          <w:b/>
        </w:rPr>
        <w:t xml:space="preserve">[08:11] </w:t>
      </w:r>
      <w:r>
        <w:t>ke jis ko follow karo.</w:t>
      </w:r>
    </w:p>
    <w:p>
      <w:pPr>
        <w:jc w:val="right"/>
      </w:pPr>
      <w:r>
        <w:t>کہ جسٹس کو فالو کرو۔</w:t>
      </w:r>
    </w:p>
    <w:p>
      <w:r>
        <w:rPr>
          <w:b/>
        </w:rPr>
        <w:t xml:space="preserve">[08:13] </w:t>
      </w:r>
      <w:r>
        <w:t>jis ki pairwi karo.</w:t>
      </w:r>
    </w:p>
    <w:p>
      <w:pPr>
        <w:jc w:val="right"/>
      </w:pPr>
      <w:r>
        <w:t>جسٹس کی پیروی کرو۔</w:t>
      </w:r>
    </w:p>
    <w:p>
      <w:r>
        <w:rPr>
          <w:b/>
        </w:rPr>
        <w:t xml:space="preserve">[08:15] </w:t>
      </w:r>
      <w:r>
        <w:t>is ko bana diya ke jis ka nizam qaim karo.</w:t>
      </w:r>
    </w:p>
    <w:p>
      <w:pPr>
        <w:jc w:val="right"/>
      </w:pPr>
      <w:r>
        <w:t>اس کو بنا دیا کہ جسٹس کا نظام قائم کرو۔</w:t>
      </w:r>
    </w:p>
    <w:p>
      <w:r>
        <w:rPr>
          <w:b/>
        </w:rPr>
        <w:t xml:space="preserve">[08:19] </w:t>
      </w:r>
      <w:r>
        <w:t>yeh bilashuba galat interpretation tha.</w:t>
      </w:r>
    </w:p>
    <w:p>
      <w:pPr>
        <w:jc w:val="right"/>
      </w:pPr>
      <w:r>
        <w:t>یہ بلاشبہ غلط انٹرپریٹیشن تھا۔</w:t>
      </w:r>
    </w:p>
    <w:p>
      <w:r>
        <w:rPr>
          <w:b/>
        </w:rPr>
        <w:t xml:space="preserve">[08:21] </w:t>
      </w:r>
      <w:r>
        <w:t>is se poora islam hi badal gaya.</w:t>
      </w:r>
    </w:p>
    <w:p>
      <w:pPr>
        <w:jc w:val="right"/>
      </w:pPr>
      <w:r>
        <w:t>اس سے پورا اسلام ہی بدل گیا۔</w:t>
      </w:r>
    </w:p>
    <w:p>
      <w:r>
        <w:rPr>
          <w:b/>
        </w:rPr>
        <w:t xml:space="preserve">[08:24] </w:t>
      </w:r>
      <w:r>
        <w:t>yani aik religion of peace jo tha woh religion of violence ban gaya.</w:t>
      </w:r>
    </w:p>
    <w:p>
      <w:pPr>
        <w:jc w:val="right"/>
      </w:pPr>
      <w:r>
        <w:t>یعنی ایک ریلیجن آف پیس جو تھا وہ ریلیجن آف وائلنس بن گیا۔</w:t>
      </w:r>
    </w:p>
    <w:p>
      <w:r>
        <w:rPr>
          <w:b/>
        </w:rPr>
        <w:t xml:space="preserve">[08:30] </w:t>
      </w:r>
      <w:r>
        <w:t>kyun ke aap khud samajh sakte hain ke jab aap impose karna chahenge to aap ko authority ko</w:t>
      </w:r>
    </w:p>
    <w:p>
      <w:pPr>
        <w:jc w:val="right"/>
      </w:pPr>
      <w:r>
        <w:t>کیونکہ آپ خود سمجھ سکتے ہیں کہ جب آپ امپوز کرنا چاہیں گے تو آپ کو اتھارٹی کو</w:t>
      </w:r>
    </w:p>
    <w:p>
      <w:r>
        <w:rPr>
          <w:b/>
        </w:rPr>
        <w:t xml:space="preserve">[08:38] </w:t>
      </w:r>
      <w:r>
        <w:t>hatana parega.</w:t>
      </w:r>
    </w:p>
    <w:p>
      <w:pPr>
        <w:jc w:val="right"/>
      </w:pPr>
      <w:r>
        <w:t>ہٹانا پڑے گا۔</w:t>
      </w:r>
    </w:p>
    <w:p>
      <w:r>
        <w:rPr>
          <w:b/>
        </w:rPr>
        <w:t xml:space="preserve">[08:39] </w:t>
      </w:r>
      <w:r>
        <w:t>un ko incite karna parega.</w:t>
      </w:r>
    </w:p>
    <w:p>
      <w:pPr>
        <w:jc w:val="right"/>
      </w:pPr>
      <w:r>
        <w:t>ان کو انسیٹ کرنا پڑے گا۔</w:t>
      </w:r>
    </w:p>
    <w:p>
      <w:r>
        <w:rPr>
          <w:b/>
        </w:rPr>
        <w:t xml:space="preserve">[08:42] </w:t>
      </w:r>
      <w:r>
        <w:t>un ko jab incite karenge to zahir hai ke wohi muqabla karenge.</w:t>
      </w:r>
    </w:p>
    <w:p>
      <w:pPr>
        <w:jc w:val="right"/>
      </w:pPr>
      <w:r>
        <w:t>ان کو جب انسیٹ کریں گے تو ظاہر ہے کہ وہی مقابلہ کریں گے۔</w:t>
      </w:r>
    </w:p>
    <w:p>
      <w:r>
        <w:rPr>
          <w:b/>
        </w:rPr>
        <w:t xml:space="preserve">[08:48] </w:t>
      </w:r>
      <w:r>
        <w:t>phir ladaai chhidegi.</w:t>
      </w:r>
    </w:p>
    <w:p>
      <w:pPr>
        <w:jc w:val="right"/>
      </w:pPr>
      <w:r>
        <w:t>پھر لڑائی چھڑے گی۔</w:t>
      </w:r>
    </w:p>
    <w:p>
      <w:r>
        <w:rPr>
          <w:b/>
        </w:rPr>
        <w:t xml:space="preserve">[08:49] </w:t>
      </w:r>
      <w:r>
        <w:t>is tarah se aisa hua.</w:t>
      </w:r>
    </w:p>
    <w:p>
      <w:pPr>
        <w:jc w:val="right"/>
      </w:pPr>
      <w:r>
        <w:t>اس طریقے سے ایسا ہوا۔</w:t>
      </w:r>
    </w:p>
    <w:p>
      <w:r>
        <w:rPr>
          <w:b/>
        </w:rPr>
        <w:t xml:space="preserve">[08:51] </w:t>
      </w:r>
      <w:r>
        <w:t>to white house ki conference mein jo topic rakha gaya tha woh tha countering violent extremism.</w:t>
      </w:r>
    </w:p>
    <w:p>
      <w:pPr>
        <w:jc w:val="right"/>
      </w:pPr>
      <w:r>
        <w:t>تو وائٹ ہاؤس کی کانفرنس میں جو ٹاپک رکھا گیا تھا وہ تھا کاؤنٹرنگ وائلنٹ ایکسٹریمزم۔</w:t>
      </w:r>
    </w:p>
    <w:p>
      <w:r>
        <w:rPr>
          <w:b/>
        </w:rPr>
        <w:t xml:space="preserve">[08:58] </w:t>
      </w:r>
      <w:r>
        <w:t>countering violent extremism.</w:t>
      </w:r>
    </w:p>
    <w:p>
      <w:pPr>
        <w:jc w:val="right"/>
      </w:pPr>
      <w:r>
        <w:t>کاؤنٹرنگ وائلنٹ ایکسٹریمزم۔</w:t>
      </w:r>
    </w:p>
    <w:p>
      <w:r>
        <w:rPr>
          <w:b/>
        </w:rPr>
        <w:t xml:space="preserve">[09:00] </w:t>
      </w:r>
      <w:r>
        <w:t>yeh topic mein samajhta hoon ke bohat sahi hai lekin asal baat is mein wazeh nahi hui.</w:t>
      </w:r>
    </w:p>
    <w:p>
      <w:pPr>
        <w:jc w:val="right"/>
      </w:pPr>
      <w:r>
        <w:t>یہ ٹاپک میں سمجھتا ہوں کہ بہت صحیح ہے لیکن اصل بات اس میں واضح نہیں ہوئی۔</w:t>
      </w:r>
    </w:p>
    <w:p>
      <w:r>
        <w:rPr>
          <w:b/>
        </w:rPr>
        <w:t xml:space="preserve">[09:07] </w:t>
      </w:r>
      <w:r>
        <w:t>asal baat is mein unhon ne clear nahi kar sake woh ke islam ka jo interpretation diya gaya</w:t>
      </w:r>
    </w:p>
    <w:p>
      <w:pPr>
        <w:jc w:val="right"/>
      </w:pPr>
      <w:r>
        <w:t>اصل بات اس میں انہوں نے کلیئر نہیں کر سکے وہ کہ اسلام کا جو انٹرپریٹیشن دیا گیا</w:t>
      </w:r>
    </w:p>
    <w:p>
      <w:r>
        <w:rPr>
          <w:b/>
        </w:rPr>
        <w:t xml:space="preserve">[09:15] </w:t>
      </w:r>
      <w:r>
        <w:t>jis ki wajah se islam itteba ka subject na raha balkeh nafaz ka subject ban gaya.</w:t>
      </w:r>
    </w:p>
    <w:p>
      <w:pPr>
        <w:jc w:val="right"/>
      </w:pPr>
      <w:r>
        <w:t>جس کی وجہ سے اسلام اتباع کا سبجیکٹ نہ رہا بلکہ نفاذ کا سبجیکٹ بن گیا۔</w:t>
      </w:r>
    </w:p>
    <w:p>
      <w:r>
        <w:rPr>
          <w:b/>
        </w:rPr>
        <w:t xml:space="preserve">[09:22] </w:t>
      </w:r>
      <w:r>
        <w:t>nafaz yani impose karna.</w:t>
      </w:r>
    </w:p>
    <w:p>
      <w:pPr>
        <w:jc w:val="right"/>
      </w:pPr>
      <w:r>
        <w:t>نفاذ یعنی امپوز کرنا۔</w:t>
      </w:r>
    </w:p>
    <w:p>
      <w:r>
        <w:rPr>
          <w:b/>
        </w:rPr>
        <w:t xml:space="preserve">[09:23] </w:t>
      </w:r>
      <w:r>
        <w:t>is ke maani kya hue? is ke maani yeh hue ke aap ko ek literature ke zariye counter</w:t>
      </w:r>
    </w:p>
    <w:p>
      <w:pPr>
        <w:jc w:val="right"/>
      </w:pPr>
      <w:r>
        <w:t>اس کے معنی کیا ہوئے؟ اس کے معنی یہ ہوئے کہ آپ کو ایک لٹریچر کے ذریعے کاؤنٹر</w:t>
      </w:r>
    </w:p>
    <w:p>
      <w:r>
        <w:rPr>
          <w:b/>
        </w:rPr>
        <w:t xml:space="preserve">[09:31] </w:t>
      </w:r>
      <w:r>
        <w:t>karna pare ga.</w:t>
      </w:r>
    </w:p>
    <w:p>
      <w:pPr>
        <w:jc w:val="right"/>
      </w:pPr>
      <w:r>
        <w:t>کرنا پڑے گا۔</w:t>
      </w:r>
    </w:p>
    <w:p>
      <w:r>
        <w:rPr>
          <w:b/>
        </w:rPr>
        <w:t xml:space="preserve">[09:33] </w:t>
      </w:r>
      <w:r>
        <w:t>aap agar bomb maarein, bomb maar ke kuch leaders ko khatam kar dein is se yeh cheez khatam</w:t>
      </w:r>
    </w:p>
    <w:p>
      <w:pPr>
        <w:jc w:val="right"/>
      </w:pPr>
      <w:r>
        <w:t>آپ اگر بم ماریں، بم مار کے کچھ لیڈروں کو ختم کر دیں اس سے یہ چیز ختم</w:t>
      </w:r>
    </w:p>
    <w:p>
      <w:r>
        <w:rPr>
          <w:b/>
        </w:rPr>
        <w:t xml:space="preserve">[09:40] </w:t>
      </w:r>
      <w:r>
        <w:t>hone wali nahi hai.</w:t>
      </w:r>
    </w:p>
    <w:p>
      <w:pPr>
        <w:jc w:val="right"/>
      </w:pPr>
      <w:r>
        <w:t>ہونے والی نہیں ہے۔</w:t>
      </w:r>
    </w:p>
    <w:p>
      <w:r>
        <w:rPr>
          <w:b/>
        </w:rPr>
        <w:t xml:space="preserve">[09:42] </w:t>
      </w:r>
      <w:r>
        <w:t>aap ko ideology ke zariye se, literature ke zariye se is ka muqabla karna pare ga.</w:t>
      </w:r>
    </w:p>
    <w:p>
      <w:pPr>
        <w:jc w:val="right"/>
      </w:pPr>
      <w:r>
        <w:t>آپ کو آئیڈیالوجی کے ذریعے سے، لٹریچر کے ذریعے سے اس کا مقابلہ کرنا پڑے گا۔</w:t>
      </w:r>
    </w:p>
    <w:p>
      <w:r>
        <w:rPr>
          <w:b/>
        </w:rPr>
        <w:t xml:space="preserve">[09:49] </w:t>
      </w:r>
      <w:r>
        <w:t>is ki ek misaal mein deta hoon khud amreeka ke hawale se.</w:t>
      </w:r>
    </w:p>
    <w:p>
      <w:pPr>
        <w:jc w:val="right"/>
      </w:pPr>
      <w:r>
        <w:t>اس کی ایک مثال میں دیتا ہوں خود امریکہ کے حوالے سے۔</w:t>
      </w:r>
    </w:p>
    <w:p>
      <w:r>
        <w:rPr>
          <w:b/>
        </w:rPr>
        <w:t xml:space="preserve">[09:54] </w:t>
      </w:r>
      <w:r>
        <w:t>is se pehle jab 1917 mein communist rule qaim hua aur barh kar ke phir woh</w:t>
      </w:r>
    </w:p>
    <w:p>
      <w:pPr>
        <w:jc w:val="right"/>
      </w:pPr>
      <w:r>
        <w:t>اس سے پہلے جب انیس سو سترہ میں کمیونسٹ رول قائم ہوا اور بڑھ کر کے پھر وہ</w:t>
      </w:r>
    </w:p>
    <w:p>
      <w:r>
        <w:rPr>
          <w:b/>
        </w:rPr>
        <w:t xml:space="preserve">[10:02] </w:t>
      </w:r>
      <w:r>
        <w:t>USSR bana, Soviet Union to unhon ne ailaan kar diya ke hum dunya se capitalist</w:t>
      </w:r>
    </w:p>
    <w:p>
      <w:pPr>
        <w:jc w:val="right"/>
      </w:pPr>
      <w:r>
        <w:t>یو ایس ایس آر بنا، سوویت یونین تو انہوں نے اعلان کر دیا کہ ہم دنیا سے کیپیٹلسٹ</w:t>
      </w:r>
    </w:p>
    <w:p>
      <w:r>
        <w:rPr>
          <w:b/>
        </w:rPr>
        <w:t xml:space="preserve">[10:09] </w:t>
      </w:r>
      <w:r>
        <w:t>system ko khatam karein ge.</w:t>
      </w:r>
    </w:p>
    <w:p>
      <w:pPr>
        <w:jc w:val="right"/>
      </w:pPr>
      <w:r>
        <w:t>سسٹم کو ختم کریں گے۔</w:t>
      </w:r>
    </w:p>
    <w:p>
      <w:r>
        <w:rPr>
          <w:b/>
        </w:rPr>
        <w:t xml:space="preserve">[10:12] </w:t>
      </w:r>
      <w:r>
        <w:t>hamari ladai hai capitalist system se.</w:t>
      </w:r>
    </w:p>
    <w:p>
      <w:pPr>
        <w:jc w:val="right"/>
      </w:pPr>
      <w:r>
        <w:t>ہماری لڑائی ہے کیپیٹلسٹ سسٹم سے۔</w:t>
      </w:r>
    </w:p>
    <w:p>
      <w:r>
        <w:rPr>
          <w:b/>
        </w:rPr>
        <w:t xml:space="preserve">[10:14] </w:t>
      </w:r>
      <w:r>
        <w:t>aur chounke amreeka yani capitalist system ka ek lafz jo hai yeh khud woh log nahi waza kiya</w:t>
      </w:r>
    </w:p>
    <w:p>
      <w:pPr>
        <w:jc w:val="right"/>
      </w:pPr>
      <w:r>
        <w:t>اور چونکہ امریکہ یعنی کیپیٹلسٹ سسٹم کا ایک لفظ جو ہے یہ خود وہ لوگ نہیں وضع کیا</w:t>
      </w:r>
    </w:p>
    <w:p>
      <w:r>
        <w:rPr>
          <w:b/>
        </w:rPr>
        <w:t xml:space="preserve">[10:22] </w:t>
      </w:r>
      <w:r>
        <w:t>jo ke yani khud amreeka ka waza kardah nahi hai.</w:t>
      </w:r>
    </w:p>
    <w:p>
      <w:pPr>
        <w:jc w:val="right"/>
      </w:pPr>
      <w:r>
        <w:t>جو کہ یعنی خود امریکہ کا وضع کردہ نہیں ہے۔</w:t>
      </w:r>
    </w:p>
    <w:p>
      <w:r>
        <w:rPr>
          <w:b/>
        </w:rPr>
        <w:t xml:space="preserve">[10:26] </w:t>
      </w:r>
      <w:r>
        <w:t>woh to is ko free economy kehte hain.</w:t>
      </w:r>
    </w:p>
    <w:p>
      <w:pPr>
        <w:jc w:val="right"/>
      </w:pPr>
      <w:r>
        <w:t>وہ تو اس کو فری اکانومی کہتے ہیں۔</w:t>
      </w:r>
    </w:p>
    <w:p>
      <w:r>
        <w:rPr>
          <w:b/>
        </w:rPr>
        <w:t xml:space="preserve">[10:30] </w:t>
      </w:r>
      <w:r>
        <w:t>woh capitalist economy nahi kehte is ko.</w:t>
      </w:r>
    </w:p>
    <w:p>
      <w:pPr>
        <w:jc w:val="right"/>
      </w:pPr>
      <w:r>
        <w:t>وہ کیپیٹلسٹ اکانومی نہیں کہتے اس کو۔</w:t>
      </w:r>
    </w:p>
    <w:p>
      <w:r>
        <w:rPr>
          <w:b/>
        </w:rPr>
        <w:t xml:space="preserve">[10:33] </w:t>
      </w:r>
      <w:r>
        <w:t>free economy.</w:t>
      </w:r>
    </w:p>
    <w:p>
      <w:pPr>
        <w:jc w:val="right"/>
      </w:pPr>
      <w:r>
        <w:t>فری اکانومی۔</w:t>
      </w:r>
    </w:p>
    <w:p>
      <w:r>
        <w:rPr>
          <w:b/>
        </w:rPr>
        <w:t xml:space="preserve">[10:34] </w:t>
      </w:r>
      <w:r>
        <w:t>yeh to naam diya hai communiston ne.</w:t>
      </w:r>
    </w:p>
    <w:p>
      <w:pPr>
        <w:jc w:val="right"/>
      </w:pPr>
      <w:r>
        <w:t>یہ تو نام دیا ہے کمیونسٹوں نے۔</w:t>
      </w:r>
    </w:p>
    <w:p>
      <w:r>
        <w:rPr>
          <w:b/>
        </w:rPr>
        <w:t xml:space="preserve">[10:37] </w:t>
      </w:r>
      <w:r>
        <w:t>to behraal is waqt yeh mahaul paida hua ke Soviet Union aur USA mein ek rivalry</w:t>
      </w:r>
    </w:p>
    <w:p>
      <w:pPr>
        <w:jc w:val="right"/>
      </w:pPr>
      <w:r>
        <w:t>تو بہرحال اس وقت یہ ماحول پیدا ہوا کہ سوویت یونین اور یو ایس اے میں ایک رائیولی</w:t>
      </w:r>
    </w:p>
    <w:p>
      <w:r>
        <w:rPr>
          <w:b/>
        </w:rPr>
        <w:t xml:space="preserve">[10:45] </w:t>
      </w:r>
      <w:r>
        <w:t>qaim ho gayi.</w:t>
      </w:r>
    </w:p>
    <w:p>
      <w:pPr>
        <w:jc w:val="right"/>
      </w:pPr>
      <w:r>
        <w:t>قائم ہو گئی۔</w:t>
      </w:r>
    </w:p>
    <w:p>
      <w:r>
        <w:rPr>
          <w:b/>
        </w:rPr>
        <w:t xml:space="preserve">[10:46] </w:t>
      </w:r>
      <w:r>
        <w:t>aur cold war shuru hui.</w:t>
      </w:r>
    </w:p>
    <w:p>
      <w:pPr>
        <w:jc w:val="right"/>
      </w:pPr>
      <w:r>
        <w:t>اور کولڈ وار شروع ہوئی۔</w:t>
      </w:r>
    </w:p>
    <w:p>
      <w:r>
        <w:rPr>
          <w:b/>
        </w:rPr>
        <w:t xml:space="preserve">[10:48] </w:t>
      </w:r>
      <w:r>
        <w:t>aur aap jante hain ke is mein amreeka kamyab hua aur communist empire khatam ho gaya.</w:t>
      </w:r>
    </w:p>
    <w:p>
      <w:pPr>
        <w:jc w:val="right"/>
      </w:pPr>
      <w:r>
        <w:t>اور آپ جانتے ہیں کہ اس میں امریکہ کامیاب ہوا اور کمیونسٹ ایمپائر ختم ہو گیا۔</w:t>
      </w:r>
    </w:p>
    <w:p>
      <w:r>
        <w:rPr>
          <w:b/>
        </w:rPr>
        <w:t xml:space="preserve">[10:55] </w:t>
      </w:r>
      <w:r>
        <w:t>lekin kaise khatam hua? amreeka ne kabhi bhi communist empire par bombardment nahi kiya tha.</w:t>
      </w:r>
    </w:p>
    <w:p>
      <w:pPr>
        <w:jc w:val="right"/>
      </w:pPr>
      <w:r>
        <w:t>لیکن کیسے ختم ہوا؟ امریکہ نے کبھی بھی کمیونسٹ ایمپائر پر بمبارٹمنٹ نہیں کیا تھا۔</w:t>
      </w:r>
    </w:p>
    <w:p>
      <w:r>
        <w:rPr>
          <w:b/>
        </w:rPr>
        <w:t xml:space="preserve">[11:02] </w:t>
      </w:r>
      <w:r>
        <w:t>kabhi bhi nahi kiya tha.</w:t>
      </w:r>
    </w:p>
    <w:p>
      <w:pPr>
        <w:jc w:val="right"/>
      </w:pPr>
      <w:r>
        <w:t>کبھی بھی نہیں کیا تھا۔</w:t>
      </w:r>
    </w:p>
    <w:p>
      <w:r>
        <w:rPr>
          <w:b/>
        </w:rPr>
        <w:t xml:space="preserve">[11:04] </w:t>
      </w:r>
      <w:r>
        <w:t>literature ke zariye se unhon ne muqabla kiya.</w:t>
      </w:r>
    </w:p>
    <w:p>
      <w:pPr>
        <w:jc w:val="right"/>
      </w:pPr>
      <w:r>
        <w:t>لٹریچر کے ذریعے سے انہوں نے مقابلہ کیا۔</w:t>
      </w:r>
    </w:p>
    <w:p>
      <w:r>
        <w:rPr>
          <w:b/>
        </w:rPr>
        <w:t xml:space="preserve">[11:07] </w:t>
      </w:r>
      <w:r>
        <w:t>har zaban mein literature ka flood kar diya.</w:t>
      </w:r>
    </w:p>
    <w:p>
      <w:pPr>
        <w:jc w:val="right"/>
      </w:pPr>
      <w:r>
        <w:t>ہر زبان میں لٹریچر کا فلڈ کر دیا۔</w:t>
      </w:r>
    </w:p>
    <w:p>
      <w:r>
        <w:rPr>
          <w:b/>
        </w:rPr>
        <w:t xml:space="preserve">[11:11] </w:t>
      </w:r>
      <w:r>
        <w:t>literature flood kar diya unhon ne.</w:t>
      </w:r>
    </w:p>
    <w:p>
      <w:pPr>
        <w:jc w:val="right"/>
      </w:pPr>
      <w:r>
        <w:t>لٹریچر فلڈ کر دیا انہوں نے۔</w:t>
      </w:r>
    </w:p>
    <w:p>
      <w:r>
        <w:rPr>
          <w:b/>
        </w:rPr>
        <w:t xml:space="preserve">[11:13] </w:t>
      </w:r>
      <w:r>
        <w:t>bade bade mind unhon ne hire kiye.</w:t>
      </w:r>
    </w:p>
    <w:p>
      <w:pPr>
        <w:jc w:val="right"/>
      </w:pPr>
      <w:r>
        <w:t>بڑے بڑے مائنڈ انہوں نے ہائر کیے۔</w:t>
      </w:r>
    </w:p>
    <w:p>
      <w:r>
        <w:rPr>
          <w:b/>
        </w:rPr>
        <w:t xml:space="preserve">[11:16] </w:t>
      </w:r>
      <w:r>
        <w:t>is ki ek misaal mein deta hoon aap ko.</w:t>
      </w:r>
    </w:p>
    <w:p>
      <w:pPr>
        <w:jc w:val="right"/>
      </w:pPr>
      <w:r>
        <w:t>اس کی ایک مثال میں دیتا ہوں آپ کو۔</w:t>
      </w:r>
    </w:p>
    <w:p>
      <w:r>
        <w:rPr>
          <w:b/>
        </w:rPr>
        <w:t xml:space="preserve">[11:20] </w:t>
      </w:r>
      <w:r>
        <w:t>Yugoslavia ka ek communist tha jo munharif ho gaya tha.</w:t>
      </w:r>
    </w:p>
    <w:p>
      <w:pPr>
        <w:jc w:val="right"/>
      </w:pPr>
      <w:r>
        <w:t>یوگوسلاویہ کا ایک کمیونسٹ تھا جو منحرف ہو گیا تھا۔</w:t>
      </w:r>
    </w:p>
    <w:p>
      <w:r>
        <w:rPr>
          <w:b/>
        </w:rPr>
        <w:t xml:space="preserve">[11:24] </w:t>
      </w:r>
      <w:r>
        <w:t>is ka naam tha Milovan Djilas.</w:t>
      </w:r>
    </w:p>
    <w:p>
      <w:pPr>
        <w:jc w:val="right"/>
      </w:pPr>
      <w:r>
        <w:t>اس کا نام تھا بیلوان جیلاس۔</w:t>
      </w:r>
    </w:p>
    <w:p>
      <w:r>
        <w:rPr>
          <w:b/>
        </w:rPr>
        <w:t xml:space="preserve">[11:27] </w:t>
      </w:r>
      <w:r>
        <w:t>is ne ek kitaab likhi.</w:t>
      </w:r>
    </w:p>
    <w:p>
      <w:pPr>
        <w:jc w:val="right"/>
      </w:pPr>
      <w:r>
        <w:t>اس نے ایک کتاب لکھی۔</w:t>
      </w:r>
    </w:p>
    <w:p>
      <w:r>
        <w:rPr>
          <w:b/>
        </w:rPr>
        <w:t xml:space="preserve">[11:29] </w:t>
      </w:r>
      <w:r>
        <w:t>New Class is ka naam tha.</w:t>
      </w:r>
    </w:p>
    <w:p>
      <w:pPr>
        <w:jc w:val="right"/>
      </w:pPr>
      <w:r>
        <w:t>نیو کلاس اس کا نام تھا۔</w:t>
      </w:r>
    </w:p>
    <w:p>
      <w:r>
        <w:rPr>
          <w:b/>
        </w:rPr>
        <w:t xml:space="preserve">[11:32] </w:t>
      </w:r>
      <w:r>
        <w:t>New Class.</w:t>
      </w:r>
    </w:p>
    <w:p>
      <w:pPr>
        <w:jc w:val="right"/>
      </w:pPr>
      <w:r>
        <w:t>نیو کلاس۔</w:t>
      </w:r>
    </w:p>
    <w:p>
      <w:r>
        <w:rPr>
          <w:b/>
        </w:rPr>
        <w:t xml:space="preserve">[11:33] </w:t>
      </w:r>
      <w:r>
        <w:t>to is mein is ne dikhaya tha ke communist log chahte thay classless society banana.</w:t>
      </w:r>
    </w:p>
    <w:p>
      <w:pPr>
        <w:jc w:val="right"/>
      </w:pPr>
      <w:r>
        <w:t>تو اس میں اس نے دکھایا تھا کہ کمیونسٹ لوگ چاہتے تھے کلاس لیس سوسائٹی بنانا۔</w:t>
      </w:r>
    </w:p>
    <w:p>
      <w:r>
        <w:rPr>
          <w:b/>
        </w:rPr>
        <w:t xml:space="preserve">[11:40] </w:t>
      </w:r>
      <w:r>
        <w:t>classless society.</w:t>
      </w:r>
    </w:p>
    <w:p>
      <w:pPr>
        <w:jc w:val="right"/>
      </w:pPr>
      <w:r>
        <w:t>کلاس لیس سوسائٹی۔</w:t>
      </w:r>
    </w:p>
    <w:p>
      <w:r>
        <w:rPr>
          <w:b/>
        </w:rPr>
        <w:t xml:space="preserve">[11:42] </w:t>
      </w:r>
      <w:r>
        <w:t>lekin amli tor par kya hua ke ek naya class wajood mein aa gaya aur wohi zulm kar</w:t>
      </w:r>
    </w:p>
    <w:p>
      <w:pPr>
        <w:jc w:val="right"/>
      </w:pPr>
      <w:r>
        <w:t>لیکن عملی طور پر کیا ہوا؟ کہ ایک نیا کلاس وجود میں آگیا اور وہ وہی ظلم کر</w:t>
      </w:r>
    </w:p>
    <w:p>
      <w:r>
        <w:rPr>
          <w:b/>
        </w:rPr>
        <w:t xml:space="preserve">[11:49] </w:t>
      </w:r>
      <w:r>
        <w:t>raha hai jo pichle log karte thay.</w:t>
      </w:r>
    </w:p>
    <w:p>
      <w:pPr>
        <w:jc w:val="right"/>
      </w:pPr>
      <w:r>
        <w:t>رہا ہے جو پچھلے لوگ کرتے تھے۔</w:t>
      </w:r>
    </w:p>
    <w:p>
      <w:r>
        <w:rPr>
          <w:b/>
        </w:rPr>
        <w:t xml:space="preserve">[11:52] </w:t>
      </w:r>
      <w:r>
        <w:t>to New Class jo hai America ne har zaban mein is ko chhaap kar phailaya.</w:t>
      </w:r>
    </w:p>
    <w:p>
      <w:pPr>
        <w:jc w:val="right"/>
      </w:pPr>
      <w:r>
        <w:t>تو نیو کلاس جو ہے امریکہ نے ہر زبان میں اس کو چھاپ کر پھیلایا۔</w:t>
      </w:r>
    </w:p>
    <w:p>
      <w:r>
        <w:rPr>
          <w:b/>
        </w:rPr>
        <w:t xml:space="preserve">[11:59] </w:t>
      </w:r>
      <w:r>
        <w:t>is zamanay mein is par ek introduction chhaapa tha Reader's Digest mein.</w:t>
      </w:r>
    </w:p>
    <w:p>
      <w:pPr>
        <w:jc w:val="right"/>
      </w:pPr>
      <w:r>
        <w:t>اس زمانے میں اس پر ایک انٹروڈکشن چھپا تھا ریڈرز ڈائجسٹ میں۔</w:t>
      </w:r>
    </w:p>
    <w:p>
      <w:r>
        <w:rPr>
          <w:b/>
        </w:rPr>
        <w:t xml:space="preserve">[12:04] </w:t>
      </w:r>
      <w:r>
        <w:t>is ka title diya tha unhon ne.</w:t>
      </w:r>
    </w:p>
    <w:p>
      <w:pPr>
        <w:jc w:val="right"/>
      </w:pPr>
      <w:r>
        <w:t>اس کا ٹائٹل دیا تھا انہوں نے۔</w:t>
      </w:r>
    </w:p>
    <w:p>
      <w:r>
        <w:rPr>
          <w:b/>
        </w:rPr>
        <w:t xml:space="preserve">[12:07] </w:t>
      </w:r>
      <w:r>
        <w:t>The book that is shaking the communist world.</w:t>
      </w:r>
    </w:p>
    <w:p>
      <w:pPr>
        <w:jc w:val="right"/>
      </w:pPr>
      <w:r>
        <w:t>دا بک دیٹ از شیکنگ دی کمیونسٹ ورلڈ۔</w:t>
      </w:r>
    </w:p>
    <w:p>
      <w:r>
        <w:rPr>
          <w:b/>
        </w:rPr>
        <w:t xml:space="preserve">[12:10] </w:t>
      </w:r>
      <w:r>
        <w:t>The book that is shaking the communist world.</w:t>
      </w:r>
    </w:p>
    <w:p>
      <w:pPr>
        <w:jc w:val="right"/>
      </w:pPr>
      <w:r>
        <w:t>دا بک دیٹ از شیکنگ دی کمیونسٹ ورلڈ۔</w:t>
      </w:r>
    </w:p>
    <w:p>
      <w:r>
        <w:rPr>
          <w:b/>
        </w:rPr>
        <w:t xml:space="preserve">[12:14] </w:t>
      </w:r>
      <w:r>
        <w:t>mein samajhta hoon ke America ko khud apne tajrube se janna chahiye.</w:t>
      </w:r>
    </w:p>
    <w:p>
      <w:pPr>
        <w:jc w:val="right"/>
      </w:pPr>
      <w:r>
        <w:t>میں سمجھتا ہوں کہ امریکہ کو خود اپنے تجربے سے جاننا چاہیے۔</w:t>
      </w:r>
    </w:p>
    <w:p>
      <w:r>
        <w:rPr>
          <w:b/>
        </w:rPr>
        <w:t xml:space="preserve">[12:19] </w:t>
      </w:r>
      <w:r>
        <w:t>khud apne tajrube se ke yahan bhi wohi cheez darkaar hai.</w:t>
      </w:r>
    </w:p>
    <w:p>
      <w:pPr>
        <w:jc w:val="right"/>
      </w:pPr>
      <w:r>
        <w:t>خود اپنے تجربے سے کہ یہاں بھی وہی چیز درکار ہے۔</w:t>
      </w:r>
    </w:p>
    <w:p>
      <w:r>
        <w:rPr>
          <w:b/>
        </w:rPr>
        <w:t xml:space="preserve">[12:24] </w:t>
      </w:r>
      <w:r>
        <w:t>aisi book darkaar hai jo terrorist world ko hila de.</w:t>
      </w:r>
    </w:p>
    <w:p>
      <w:pPr>
        <w:jc w:val="right"/>
      </w:pPr>
      <w:r>
        <w:t>ایسی بک درکار ہے جو ٹیررسٹ ورلڈ کو ہلا دے۔</w:t>
      </w:r>
    </w:p>
    <w:p>
      <w:r>
        <w:rPr>
          <w:b/>
        </w:rPr>
        <w:t xml:space="preserve">[12:28] </w:t>
      </w:r>
      <w:r>
        <w:t>ایسی کتاب درکار ہے کہ the book that is shaking the terrorist world.</w:t>
      </w:r>
    </w:p>
    <w:p>
      <w:pPr>
        <w:jc w:val="right"/>
      </w:pPr>
      <w:r>
        <w:t>ایسی کتاب درکار ہے کہ دا بک دیٹ از شیکنگ دی ٹیررسٹ ورلڈ۔</w:t>
      </w:r>
    </w:p>
    <w:p>
      <w:r>
        <w:rPr>
          <w:b/>
        </w:rPr>
        <w:t xml:space="preserve">[12:33] </w:t>
      </w:r>
      <w:r>
        <w:t>aur koi tareeqa is ko khatam karne ka nahi hai.</w:t>
      </w:r>
    </w:p>
    <w:p>
      <w:pPr>
        <w:jc w:val="right"/>
      </w:pPr>
      <w:r>
        <w:t>اور کوئی طریقہ اس کو ختم کرنے کا نہیں ہے۔</w:t>
      </w:r>
    </w:p>
    <w:p>
      <w:r>
        <w:rPr>
          <w:b/>
        </w:rPr>
        <w:t xml:space="preserve">[12:38] </w:t>
      </w:r>
      <w:r>
        <w:t>yani unhon ne jo jo title diya tha Countering Violent Extremism to is tarah na to aap conference</w:t>
      </w:r>
    </w:p>
    <w:p>
      <w:pPr>
        <w:jc w:val="right"/>
      </w:pPr>
      <w:r>
        <w:t>یعنی انہوں نے جو جو ٹائٹل دیا تھا کاؤنٹرنگ وائلنٹ ایکسٹریمزم تو اس طرح نہ تو آپ کانفرنس</w:t>
      </w:r>
    </w:p>
    <w:p>
      <w:r>
        <w:rPr>
          <w:b/>
        </w:rPr>
        <w:t xml:space="preserve">[12:45] </w:t>
      </w:r>
      <w:r>
        <w:t>se kar sakte hain kaam na bombardment se kar sakte hain.</w:t>
      </w:r>
    </w:p>
    <w:p>
      <w:pPr>
        <w:jc w:val="right"/>
      </w:pPr>
      <w:r>
        <w:t>سے کر سکتے ہیں کام نہ بمبارٹمنٹ سے کر سکتے ہیں۔</w:t>
      </w:r>
    </w:p>
    <w:p>
      <w:r>
        <w:rPr>
          <w:b/>
        </w:rPr>
        <w:t xml:space="preserve">[12:50] </w:t>
      </w:r>
      <w:r>
        <w:t>is ke liye literature darkaar hai.</w:t>
      </w:r>
    </w:p>
    <w:p>
      <w:pPr>
        <w:jc w:val="right"/>
      </w:pPr>
      <w:r>
        <w:t>اس کے لیے لٹریچر درکار ہے۔</w:t>
      </w:r>
    </w:p>
    <w:p>
      <w:r>
        <w:rPr>
          <w:b/>
        </w:rPr>
        <w:t xml:space="preserve">[12:53] </w:t>
      </w:r>
      <w:r>
        <w:t>boht hi power full literature.</w:t>
      </w:r>
    </w:p>
    <w:p>
      <w:pPr>
        <w:jc w:val="right"/>
      </w:pPr>
      <w:r>
        <w:t>بہت ہی پاور فل لٹریچر۔</w:t>
      </w:r>
    </w:p>
    <w:p>
      <w:r>
        <w:rPr>
          <w:b/>
        </w:rPr>
        <w:t xml:space="preserve">[12:55] </w:t>
      </w:r>
      <w:r>
        <w:t>boht hi power full literature.</w:t>
      </w:r>
    </w:p>
    <w:p>
      <w:pPr>
        <w:jc w:val="right"/>
      </w:pPr>
      <w:r>
        <w:t>بہت ہی پاور فل لٹریچر۔</w:t>
      </w:r>
    </w:p>
    <w:p>
      <w:r>
        <w:rPr>
          <w:b/>
        </w:rPr>
        <w:t xml:space="preserve">[12:57] </w:t>
      </w:r>
      <w:r>
        <w:t>aur khud amreeka ki tareekh batati hai ke power full literature hi se communist empire ka khatma hua.</w:t>
      </w:r>
    </w:p>
    <w:p>
      <w:pPr>
        <w:jc w:val="right"/>
      </w:pPr>
      <w:r>
        <w:t>اور خود امریکہ کی تاریخ بتاتی ہے کہ پاور فل لٹریچر ہی سے کمیونسٹ ایمپائر کا خاتمہ ہوا۔</w:t>
      </w:r>
    </w:p>
    <w:p>
      <w:r>
        <w:rPr>
          <w:b/>
        </w:rPr>
        <w:t xml:space="preserve">[13:05] </w:t>
      </w:r>
      <w:r>
        <w:t>is ki ideology jis ideology par khara hua tha communist empire is ideology ko unhon ne dewalsh kar</w:t>
      </w:r>
    </w:p>
    <w:p>
      <w:pPr>
        <w:jc w:val="right"/>
      </w:pPr>
      <w:r>
        <w:t>اس کی آئیڈیالوجی جس آئیڈیالوجی پر کھڑا ہوا تھا کمیونسٹ ایمپائر اس آئیڈیالوجی کو انہوں نے ڈیوالش کر</w:t>
      </w:r>
    </w:p>
    <w:p>
      <w:r>
        <w:rPr>
          <w:b/>
        </w:rPr>
        <w:t xml:space="preserve">[13:12] </w:t>
      </w:r>
      <w:r>
        <w:t>diya.</w:t>
      </w:r>
    </w:p>
    <w:p>
      <w:pPr>
        <w:jc w:val="right"/>
      </w:pPr>
      <w:r>
        <w:t>دیا۔</w:t>
      </w:r>
    </w:p>
    <w:p>
      <w:r>
        <w:rPr>
          <w:b/>
        </w:rPr>
        <w:t xml:space="preserve">[13:14] </w:t>
      </w:r>
      <w:r>
        <w:t>yani amreeka ne amreeka ko boht se aisay log milay, boht se mind jinhon ne amreeka ko yani</w:t>
      </w:r>
    </w:p>
    <w:p>
      <w:pPr>
        <w:jc w:val="right"/>
      </w:pPr>
      <w:r>
        <w:t>یعنی امریکہ نے امریکہ کو بہت سے ایسے لوگ ملے، بہت سے مائنڈ جنہوں نے امریکہ کو یعنی</w:t>
      </w:r>
    </w:p>
    <w:p>
      <w:r>
        <w:rPr>
          <w:b/>
        </w:rPr>
        <w:t xml:space="preserve">[13:22] </w:t>
      </w:r>
      <w:r>
        <w:t>support diya, kitabein likhein to is ki wajah se woh hil gaya woh.</w:t>
      </w:r>
    </w:p>
    <w:p>
      <w:pPr>
        <w:jc w:val="right"/>
      </w:pPr>
      <w:r>
        <w:t>سپورٹ دیا، کتابیں لکھیں تو اس کی وجہ سے وہ ہل گیا وہ۔</w:t>
      </w:r>
    </w:p>
    <w:p>
      <w:r>
        <w:rPr>
          <w:b/>
        </w:rPr>
        <w:t xml:space="preserve">[13:27] </w:t>
      </w:r>
      <w:r>
        <w:t>dobara yahi kaam karna hai.</w:t>
      </w:r>
    </w:p>
    <w:p>
      <w:pPr>
        <w:jc w:val="right"/>
      </w:pPr>
      <w:r>
        <w:t>دوبارہ یہی کام کرنا ہے۔</w:t>
      </w:r>
    </w:p>
    <w:p>
      <w:r>
        <w:rPr>
          <w:b/>
        </w:rPr>
        <w:t xml:space="preserve">[13:29] </w:t>
      </w:r>
      <w:r>
        <w:t>yani jo jo ab jo terrorism hai jis ka khatra poori civilized world ko paish aa raha hai</w:t>
      </w:r>
    </w:p>
    <w:p>
      <w:pPr>
        <w:jc w:val="right"/>
      </w:pPr>
      <w:r>
        <w:t>یعنی جو جو اب جو ٹیررزم ہے جس کا خطرہ پوری سویلائزڈ ورلڈ کو پیش آ رہا ہے</w:t>
      </w:r>
    </w:p>
    <w:p>
      <w:r>
        <w:rPr>
          <w:b/>
        </w:rPr>
        <w:t xml:space="preserve">[13:37] </w:t>
      </w:r>
      <w:r>
        <w:t>to unhein aisi literature chahiye.</w:t>
      </w:r>
    </w:p>
    <w:p>
      <w:pPr>
        <w:jc w:val="right"/>
      </w:pPr>
      <w:r>
        <w:t>تو انہیں ایسی لٹریچر چاہیے۔</w:t>
      </w:r>
    </w:p>
    <w:p>
      <w:r>
        <w:rPr>
          <w:b/>
        </w:rPr>
        <w:t xml:space="preserve">[13:39] </w:t>
      </w:r>
      <w:r>
        <w:t>aisi books chahiye jo un ki ideology ko dewalsh kare, un ki buniyadon ko utha de.</w:t>
      </w:r>
    </w:p>
    <w:p>
      <w:pPr>
        <w:jc w:val="right"/>
      </w:pPr>
      <w:r>
        <w:t>ایسی بکس چاہیے جو ان کی آئیڈیالوجی کو ڈیوالش کرے، ان کی بنیادوں کو اٹھا دے۔</w:t>
      </w:r>
    </w:p>
    <w:p>
      <w:r>
        <w:rPr>
          <w:b/>
        </w:rPr>
        <w:t xml:space="preserve">[13:46] </w:t>
      </w:r>
      <w:r>
        <w:t>tab ja kar un ka mind badlega.</w:t>
      </w:r>
    </w:p>
    <w:p>
      <w:pPr>
        <w:jc w:val="right"/>
      </w:pPr>
      <w:r>
        <w:t>تب جا کر ان کا مائنڈ بدلے گا۔</w:t>
      </w:r>
    </w:p>
    <w:p>
      <w:r>
        <w:rPr>
          <w:b/>
        </w:rPr>
        <w:t xml:space="preserve">[13:49] </w:t>
      </w:r>
      <w:r>
        <w:t>jab mind badlega tab ja kar ke nai dunya banegi.</w:t>
      </w:r>
    </w:p>
    <w:p>
      <w:pPr>
        <w:jc w:val="right"/>
      </w:pPr>
      <w:r>
        <w:t>جب مائنڈ بدلے گا تب جا کر کے نئی دنیا بنے گی۔</w:t>
      </w:r>
    </w:p>
    <w:p>
      <w:r>
        <w:rPr>
          <w:b/>
        </w:rPr>
        <w:t xml:space="preserve">[13:55] </w:t>
      </w:r>
      <w:r>
        <w:t>aap jantay hain ke unesco ka aik nazriya hai, is ka aik dictum hai ke violence begins from</w:t>
      </w:r>
    </w:p>
    <w:p>
      <w:pPr>
        <w:jc w:val="right"/>
      </w:pPr>
      <w:r>
        <w:t>آپ جانتے ہیں کہ یونیسکو کا ایک نظریہ ہے، اس کا ایک ڈکٹم ہے کہ وائلنس بیگنز فرام</w:t>
      </w:r>
    </w:p>
    <w:p>
      <w:r>
        <w:rPr>
          <w:b/>
        </w:rPr>
        <w:t xml:space="preserve">[14:02] </w:t>
      </w:r>
      <w:r>
        <w:t>mind.</w:t>
      </w:r>
    </w:p>
    <w:p>
      <w:pPr>
        <w:jc w:val="right"/>
      </w:pPr>
      <w:r>
        <w:t>مائنڈ۔</w:t>
      </w:r>
    </w:p>
    <w:p>
      <w:r>
        <w:rPr>
          <w:b/>
        </w:rPr>
        <w:t xml:space="preserve">[14:04] </w:t>
      </w:r>
      <w:r>
        <w:t>to maujooda jo terrorism hai, maujooda jo violence hai islam ke naam par is ka woh bhi mind</w:t>
      </w:r>
    </w:p>
    <w:p>
      <w:pPr>
        <w:jc w:val="right"/>
      </w:pPr>
      <w:r>
        <w:t>تو موجودہ جو ٹیررزم ہے، موجودہ جو وائلنس ہے اسلام کے نام پر اس کا وہ بھی مائنڈ</w:t>
      </w:r>
    </w:p>
    <w:p>
      <w:r>
        <w:rPr>
          <w:b/>
        </w:rPr>
        <w:t xml:space="preserve">[14:12] </w:t>
      </w:r>
      <w:r>
        <w:t>se shuru hua hai.</w:t>
      </w:r>
    </w:p>
    <w:p>
      <w:pPr>
        <w:jc w:val="right"/>
      </w:pPr>
      <w:r>
        <w:t>سے شروع ہوا ہے۔</w:t>
      </w:r>
    </w:p>
    <w:p>
      <w:r>
        <w:rPr>
          <w:b/>
        </w:rPr>
        <w:t xml:space="preserve">[14:13] </w:t>
      </w:r>
      <w:r>
        <w:t>mind se is ka khatma bhi mind mein hoga.</w:t>
      </w:r>
    </w:p>
    <w:p>
      <w:pPr>
        <w:jc w:val="right"/>
      </w:pPr>
      <w:r>
        <w:t>مائنڈ سے اس کا خاتمہ بھی مائنڈ میں ہوگا۔</w:t>
      </w:r>
    </w:p>
    <w:p>
      <w:r>
        <w:rPr>
          <w:b/>
        </w:rPr>
        <w:t xml:space="preserve">[14:17] </w:t>
      </w:r>
      <w:r>
        <w:t>yani aisi ideology develop ki gayi jo jis ke andar violence ko justify kiya gaya tha.</w:t>
      </w:r>
    </w:p>
    <w:p>
      <w:pPr>
        <w:jc w:val="right"/>
      </w:pPr>
      <w:r>
        <w:t>یعنی ایسی آئیڈیالوجی ڈیولپ کی گئی جو جس کے اندر وائلنس کو جاسٹیفائی کیا گیا تھا۔</w:t>
      </w:r>
    </w:p>
    <w:p>
      <w:r>
        <w:rPr>
          <w:b/>
        </w:rPr>
        <w:t xml:space="preserve">[14:24] </w:t>
      </w:r>
      <w:r>
        <w:t>ab dobara aisi ideology develop karni paregi jo jo is yani jo violence ko bataye ke sab</w:t>
      </w:r>
    </w:p>
    <w:p>
      <w:pPr>
        <w:jc w:val="right"/>
      </w:pPr>
      <w:r>
        <w:t>اب دوبارہ ایسی آئیڈیالوجی ڈیولپ کرنی پڑے گی جو جو اس یعنی جو وائلنس کو بتائے کہ سب</w:t>
      </w:r>
    </w:p>
    <w:p>
      <w:r>
        <w:rPr>
          <w:b/>
        </w:rPr>
        <w:t xml:space="preserve">[14:32] </w:t>
      </w:r>
      <w:r>
        <w:t>se buri cheez violence hai aur peace se sab kuch hasil hota hai.</w:t>
      </w:r>
    </w:p>
    <w:p>
      <w:pPr>
        <w:jc w:val="right"/>
      </w:pPr>
      <w:r>
        <w:t>سے بری چیز وائلنس ہے اور پیس سے سب کچھ حاصل ہوتا ہے۔</w:t>
      </w:r>
    </w:p>
    <w:p>
      <w:r>
        <w:rPr>
          <w:b/>
        </w:rPr>
        <w:t xml:space="preserve">[14:37] </w:t>
      </w:r>
      <w:r>
        <w:t>yahan mein aap ko yeh arz karunga ke ke aik pehlu yeh hai ke islam har aitbar</w:t>
      </w:r>
    </w:p>
    <w:p>
      <w:pPr>
        <w:jc w:val="right"/>
      </w:pPr>
      <w:r>
        <w:t>یہاں میں آپ کو یہ عرض کروں گا کہ کہ ایک پہلو یہ ہے کہ اسلام ہر اعتبار</w:t>
      </w:r>
    </w:p>
    <w:p>
      <w:r>
        <w:rPr>
          <w:b/>
        </w:rPr>
        <w:t xml:space="preserve">[14:45] </w:t>
      </w:r>
      <w:r>
        <w:t>se aik religion of peace hai.</w:t>
      </w:r>
    </w:p>
    <w:p>
      <w:pPr>
        <w:jc w:val="right"/>
      </w:pPr>
      <w:r>
        <w:t>سے ایک ریلیجن آف پیس ہے۔</w:t>
      </w:r>
    </w:p>
    <w:p>
      <w:r>
        <w:rPr>
          <w:b/>
        </w:rPr>
        <w:t xml:space="preserve">[14:48] </w:t>
      </w:r>
      <w:r>
        <w:t>aur doosri baat yeh hai ke Allah taala is yani Allah taala ne quran ko bheja, Allah taala</w:t>
      </w:r>
    </w:p>
    <w:p>
      <w:pPr>
        <w:jc w:val="right"/>
      </w:pPr>
      <w:r>
        <w:t>اور دوسری بات یہ ہے کہ اللہ تعالیٰ اس یعنی اللہ تعالیٰ نے قرآن کو بھیجا، اللہ تعالیٰ</w:t>
      </w:r>
    </w:p>
    <w:p>
      <w:r>
        <w:rPr>
          <w:b/>
        </w:rPr>
        <w:t xml:space="preserve">[14:55] </w:t>
      </w:r>
      <w:r>
        <w:t>ne islam ko bheja to Allah taala is ka support bhi kar raha hai.</w:t>
      </w:r>
    </w:p>
    <w:p>
      <w:pPr>
        <w:jc w:val="right"/>
      </w:pPr>
      <w:r>
        <w:t>نے اسلام کو بھیجا تو اللہ تعالیٰ اس کا سپورٹ بھی کر رہا ہے۔</w:t>
      </w:r>
    </w:p>
    <w:p>
      <w:r>
        <w:rPr>
          <w:b/>
        </w:rPr>
        <w:t xml:space="preserve">[15:01] </w:t>
      </w:r>
      <w:r>
        <w:t>allah ta'ala is ka support bhi kar raha hai.</w:t>
      </w:r>
    </w:p>
    <w:p>
      <w:pPr>
        <w:jc w:val="right"/>
      </w:pPr>
      <w:r>
        <w:t>اللہ تعالیٰ اس کا سپورٹ بھی کر رہا ہے۔</w:t>
      </w:r>
    </w:p>
    <w:p>
      <w:r>
        <w:rPr>
          <w:b/>
        </w:rPr>
        <w:t xml:space="preserve">[15:05] </w:t>
      </w:r>
      <w:r>
        <w:t>aur allah ta'ala ke support se aisa hua hai maujooda zamane mein ke ek naya daur wajood mein</w:t>
      </w:r>
    </w:p>
    <w:p>
      <w:pPr>
        <w:jc w:val="right"/>
      </w:pPr>
      <w:r>
        <w:t>اور اللہ تعالیٰ کے سپورٹ سے ایسا ہوا ہے موجودہ زمانے میں کہ ایک نیا دور وجود میں</w:t>
      </w:r>
    </w:p>
    <w:p>
      <w:r>
        <w:rPr>
          <w:b/>
        </w:rPr>
        <w:t xml:space="preserve">[15:13] </w:t>
      </w:r>
      <w:r>
        <w:t>aaya hai jo poora ka poora pro islam daur hai.</w:t>
      </w:r>
    </w:p>
    <w:p>
      <w:pPr>
        <w:jc w:val="right"/>
      </w:pPr>
      <w:r>
        <w:t>آیا ہے جو پورا کا پورا پرو اسلام دور ہے۔</w:t>
      </w:r>
    </w:p>
    <w:p>
      <w:r>
        <w:rPr>
          <w:b/>
        </w:rPr>
        <w:t xml:space="preserve">[15:17] </w:t>
      </w:r>
      <w:r>
        <w:t>is ki peshangoi ki gayi thi rasool allah salallaho alaihi wasallam ne, is ki peshangoi ki thi.</w:t>
      </w:r>
    </w:p>
    <w:p>
      <w:pPr>
        <w:jc w:val="right"/>
      </w:pPr>
      <w:r>
        <w:t>اس کی پیشنگوئی کی گئی تھی رسول اللہ صلی اللہ علیہ وسلم نے، اس کی پیشنگوئی کی تھی۔</w:t>
      </w:r>
    </w:p>
    <w:p>
      <w:r>
        <w:rPr>
          <w:b/>
        </w:rPr>
        <w:t xml:space="preserve">[15:25] </w:t>
      </w:r>
      <w:r>
        <w:t>aur yeh hadith mein maujood hai, yeh riwayat ke inna allaha layuyyidu ad-deena bir-rajulil-fajir.</w:t>
      </w:r>
    </w:p>
    <w:p>
      <w:pPr>
        <w:jc w:val="right"/>
      </w:pPr>
      <w:r>
        <w:t>اور یہ حدیث میں موجود ہے، یہ روایت کہ ان اللہ لَیَيَّدُ حَلَ الدِّينَ بِالرَّجْعِ الْفَاجِرِ۔</w:t>
      </w:r>
    </w:p>
    <w:p>
      <w:r>
        <w:rPr>
          <w:b/>
        </w:rPr>
        <w:t xml:space="preserve">[15:32] </w:t>
      </w:r>
      <w:r>
        <w:t>allah is deen ki madad yahan fajir ke mani mein mein mein samajhta hoon ke secular lafz zyada</w:t>
      </w:r>
    </w:p>
    <w:p>
      <w:pPr>
        <w:jc w:val="right"/>
      </w:pPr>
      <w:r>
        <w:t>اللہ اس دین کی مدد یہاں فاجر کے معنی میں میں میں سمجھتا ہوں کہ سیکولر لفظ زیادہ</w:t>
      </w:r>
    </w:p>
    <w:p>
      <w:r>
        <w:rPr>
          <w:b/>
        </w:rPr>
        <w:t xml:space="preserve">[15:39] </w:t>
      </w:r>
      <w:r>
        <w:t>sahih tarjuma is ka hoga ke allah secular logon ke zariye is deen ki taeed karega.</w:t>
      </w:r>
    </w:p>
    <w:p>
      <w:pPr>
        <w:jc w:val="right"/>
      </w:pPr>
      <w:r>
        <w:t>صحیح ترجمہ اس کا ہوگا کہ اللہ سیکولر لوگوں کے ذریعے اس دین کی تائید کرے گا۔</w:t>
      </w:r>
    </w:p>
    <w:p>
      <w:r>
        <w:rPr>
          <w:b/>
        </w:rPr>
        <w:t xml:space="preserve">[15:47] </w:t>
      </w:r>
      <w:r>
        <w:t>secular logon ke zariye to mein samajhta hoon ke modern civilization jo hai, yeh jo western world jo</w:t>
      </w:r>
    </w:p>
    <w:p>
      <w:pPr>
        <w:jc w:val="right"/>
      </w:pPr>
      <w:r>
        <w:t>سیکولر لوگوں کے ذریعے تو میں سمجھتا ہوں کہ ماڈرن سویلائزیشن جو ہے، یہ جو ویسٹرن ورلڈ جو</w:t>
      </w:r>
    </w:p>
    <w:p>
      <w:r>
        <w:rPr>
          <w:b/>
        </w:rPr>
        <w:t xml:space="preserve">[15:54] </w:t>
      </w:r>
      <w:r>
        <w:t>hai woh isi ka misdaq hai.</w:t>
      </w:r>
    </w:p>
    <w:p>
      <w:pPr>
        <w:jc w:val="right"/>
      </w:pPr>
      <w:r>
        <w:t>ہے وہ اسی کا مصداق ہے۔</w:t>
      </w:r>
    </w:p>
    <w:p>
      <w:r>
        <w:rPr>
          <w:b/>
        </w:rPr>
        <w:t xml:space="preserve">[15:57] </w:t>
      </w:r>
      <w:r>
        <w:t>modern age mein jo jo science develop hui, democracy ka jo daur aaya aur religious freedom ka jo</w:t>
      </w:r>
    </w:p>
    <w:p>
      <w:pPr>
        <w:jc w:val="right"/>
      </w:pPr>
      <w:r>
        <w:t>ماڈرن ایج میں جو جو سائنس ڈیولپ ہوئی، ڈیموکریسی کا جو دور آیا اور ریلیجس فریڈم کا جو</w:t>
      </w:r>
    </w:p>
    <w:p>
      <w:r>
        <w:rPr>
          <w:b/>
        </w:rPr>
        <w:t xml:space="preserve">[16:05] </w:t>
      </w:r>
      <w:r>
        <w:t>daur aaya aur openness ka jo daur aaya aur bohat sari jo cheezein huin woh sab poori ki</w:t>
      </w:r>
    </w:p>
    <w:p>
      <w:pPr>
        <w:jc w:val="right"/>
      </w:pPr>
      <w:r>
        <w:t>دور آیا اور اوپننس کا جو دور آیا اور بہت ساری جو چیزیں ہوئیں وہ سب پوری کی</w:t>
      </w:r>
    </w:p>
    <w:p>
      <w:r>
        <w:rPr>
          <w:b/>
        </w:rPr>
        <w:t xml:space="preserve">[16:12] </w:t>
      </w:r>
      <w:r>
        <w:t>poori support kar rahi hain is baat ko ke islam ko aap peaceful tareeqe se duniya ke</w:t>
      </w:r>
    </w:p>
    <w:p>
      <w:pPr>
        <w:jc w:val="right"/>
      </w:pPr>
      <w:r>
        <w:t>پوری سپورٹ کر رہی ہیں اس بات کو کہ اسلام کو آپ پیس فل طریقے سے دنیا کے</w:t>
      </w:r>
    </w:p>
    <w:p>
      <w:r>
        <w:rPr>
          <w:b/>
        </w:rPr>
        <w:t xml:space="preserve">[16:20] </w:t>
      </w:r>
      <w:r>
        <w:t>samne pesh kar sakein aur koi cheez aap ki rukawat na bane.</w:t>
      </w:r>
    </w:p>
    <w:p>
      <w:pPr>
        <w:jc w:val="right"/>
      </w:pPr>
      <w:r>
        <w:t>سامنے پیش کر سکیں اور کوئی چیز آپ کی رکاوٹ نہ بنے۔</w:t>
      </w:r>
    </w:p>
    <w:p>
      <w:r>
        <w:rPr>
          <w:b/>
        </w:rPr>
        <w:t xml:space="preserve">[16:25] </w:t>
      </w:r>
      <w:r>
        <w:t>mein samajhta hoon ke poori history mein pehli baar aisa hua hai.</w:t>
      </w:r>
    </w:p>
    <w:p>
      <w:pPr>
        <w:jc w:val="right"/>
      </w:pPr>
      <w:r>
        <w:t>میں سمجھتا ہوں کہ پوری ہسٹری میں پہلی بار ایسا ہوا ہے۔</w:t>
      </w:r>
    </w:p>
    <w:p>
      <w:r>
        <w:rPr>
          <w:b/>
        </w:rPr>
        <w:t xml:space="preserve">[16:30] </w:t>
      </w:r>
      <w:r>
        <w:t>yani ek waqea is daur mein hua hai pehli baar jo kabhi history mein nahi tha ke freedom</w:t>
      </w:r>
    </w:p>
    <w:p>
      <w:pPr>
        <w:jc w:val="right"/>
      </w:pPr>
      <w:r>
        <w:t>یعنی ایک واقعہ اس دور میں ہوا ہے پہلی بار جو کبھی ہسٹری میں نہیں تھا کہ فریڈم</w:t>
      </w:r>
    </w:p>
    <w:p>
      <w:r>
        <w:rPr>
          <w:b/>
        </w:rPr>
        <w:t xml:space="preserve">[16:38] </w:t>
      </w:r>
      <w:r>
        <w:t>of expression ko.</w:t>
      </w:r>
    </w:p>
    <w:p>
      <w:pPr>
        <w:jc w:val="right"/>
      </w:pPr>
      <w:r>
        <w:t>آف ایکسپریشن کو۔</w:t>
      </w:r>
    </w:p>
    <w:p>
      <w:r>
        <w:rPr>
          <w:b/>
        </w:rPr>
        <w:t xml:space="preserve">[16:40] </w:t>
      </w:r>
      <w:r>
        <w:t>freedom of expression ko insan ka insan ka absolute right maan liya gaya.</w:t>
      </w:r>
    </w:p>
    <w:p>
      <w:pPr>
        <w:jc w:val="right"/>
      </w:pPr>
      <w:r>
        <w:t>فریڈم آف ایکسپریشن کو انسان کا انسان کا ایبسولیوٹ رائٹ مان لیا گیا۔</w:t>
      </w:r>
    </w:p>
    <w:p>
      <w:r>
        <w:rPr>
          <w:b/>
        </w:rPr>
        <w:t xml:space="preserve">[16:45] </w:t>
      </w:r>
      <w:r>
        <w:t>human right ka jo concept hai jo united nations ke charter ke zariye establish ho chuka hai aur</w:t>
      </w:r>
    </w:p>
    <w:p>
      <w:pPr>
        <w:jc w:val="right"/>
      </w:pPr>
      <w:r>
        <w:t>ہیومن رائٹ کا جو کانسیپٹ ہے جو یونائیٹڈ نیشنز کے چارٹر کے ذریعے اسٹیبلش ہو چکا ہے اور</w:t>
      </w:r>
    </w:p>
    <w:p>
      <w:r>
        <w:rPr>
          <w:b/>
        </w:rPr>
        <w:t xml:space="preserve">[16:53] </w:t>
      </w:r>
      <w:r>
        <w:t>duniya ki ek sau banveye hukumaton ne jis par tasdeeq ki hai, amli taur par sari duniya maan</w:t>
      </w:r>
    </w:p>
    <w:p>
      <w:pPr>
        <w:jc w:val="right"/>
      </w:pPr>
      <w:r>
        <w:t>دنیا کی ایک سو بانوے حکومتوں نے جس پر تصدیق کی ہے، عملی طور پر ساری دنیا مان</w:t>
      </w:r>
    </w:p>
    <w:p>
      <w:r>
        <w:rPr>
          <w:b/>
        </w:rPr>
        <w:t xml:space="preserve">[17:01] </w:t>
      </w:r>
      <w:r>
        <w:t>chuki hai is baat ko ke freedom of expression jo hai woh insan ka absolute right hai.</w:t>
      </w:r>
    </w:p>
    <w:p>
      <w:pPr>
        <w:jc w:val="right"/>
      </w:pPr>
      <w:r>
        <w:t>چکی ہے اس بات کو کہ فریڈم آف ایکسپریشن جو ہے وہ انسان کا ایبسولیوٹ رائٹ ہے۔</w:t>
      </w:r>
    </w:p>
    <w:p>
      <w:r>
        <w:rPr>
          <w:b/>
        </w:rPr>
        <w:t xml:space="preserve">[17:08] </w:t>
      </w:r>
      <w:r>
        <w:t>kisi bhi excuse se aap is ko violence nahi kar sakte.</w:t>
      </w:r>
    </w:p>
    <w:p>
      <w:pPr>
        <w:jc w:val="right"/>
      </w:pPr>
      <w:r>
        <w:t>کسی بھی ایکسکیوز سے آپ اس کو وائلنس نہیں کر سکتے۔</w:t>
      </w:r>
    </w:p>
    <w:p>
      <w:r>
        <w:rPr>
          <w:b/>
        </w:rPr>
        <w:t xml:space="preserve">[17:13] </w:t>
      </w:r>
      <w:r>
        <w:t>sirf ek hi baat ke aap violence na karein.</w:t>
      </w:r>
    </w:p>
    <w:p>
      <w:pPr>
        <w:jc w:val="right"/>
      </w:pPr>
      <w:r>
        <w:t>صرف ایک ہی بات کہ آپ وائلنس نہ کریں۔</w:t>
      </w:r>
    </w:p>
    <w:p>
      <w:r>
        <w:rPr>
          <w:b/>
        </w:rPr>
        <w:t xml:space="preserve">[17:16] </w:t>
      </w:r>
      <w:r>
        <w:t>agar aap violence nahi karte to aap ko poora haq hai ke aap jo mazhab chahte hain us</w:t>
      </w:r>
    </w:p>
    <w:p>
      <w:pPr>
        <w:jc w:val="right"/>
      </w:pPr>
      <w:r>
        <w:t>اگر آپ وائلنس نہیں کرتے تو آپ کو پورا حق ہے کہ آپ جو مذہب چاہتے ہیں اس</w:t>
      </w:r>
    </w:p>
    <w:p>
      <w:r>
        <w:rPr>
          <w:b/>
        </w:rPr>
        <w:t xml:space="preserve">[17:24] </w:t>
      </w:r>
      <w:r>
        <w:t>ko maanein, us ko propagate karein, us ko duniya ke samne pesh karein.</w:t>
      </w:r>
    </w:p>
    <w:p>
      <w:pPr>
        <w:jc w:val="right"/>
      </w:pPr>
      <w:r>
        <w:t>کو مانیں، اس کو پروپیگیٹ کریں، اس کو دنیا کے سامنے پیش کریں۔</w:t>
      </w:r>
    </w:p>
    <w:p>
      <w:r>
        <w:rPr>
          <w:b/>
        </w:rPr>
        <w:t xml:space="preserve">[17:30] </w:t>
      </w:r>
      <w:r>
        <w:t>koi bhi aap ko rok nahi sakta lekin karna kya hoga ke aap ko violence se bachna hoga.</w:t>
      </w:r>
    </w:p>
    <w:p>
      <w:pPr>
        <w:jc w:val="right"/>
      </w:pPr>
      <w:r>
        <w:t>کوئی بھی آپ کو روک نہیں سکتا لیکن کرنا کیا ہوگا کہ آپ کو وائلنس سے بچنا ہوگا۔</w:t>
      </w:r>
    </w:p>
    <w:p>
      <w:r>
        <w:rPr>
          <w:b/>
        </w:rPr>
        <w:t xml:space="preserve">[17:37] </w:t>
      </w:r>
      <w:r>
        <w:t>maujooda zamanay mein mein jo culture aaya hai, is culture ki aik bohat hi misaal mein deta hoon</w:t>
      </w:r>
    </w:p>
    <w:p>
      <w:pPr>
        <w:jc w:val="right"/>
      </w:pPr>
      <w:r>
        <w:t>موجودہ زمانے میں میں جو کلچر آیا ہے، اس کلچر کی ایک بہت ہی مثال میں دیتا ہوں</w:t>
      </w:r>
    </w:p>
    <w:p>
      <w:r>
        <w:rPr>
          <w:b/>
        </w:rPr>
        <w:t xml:space="preserve">[17:45] </w:t>
      </w:r>
      <w:r>
        <w:t>aap ko.</w:t>
      </w:r>
    </w:p>
    <w:p>
      <w:pPr>
        <w:jc w:val="right"/>
      </w:pPr>
      <w:r>
        <w:t>آپ کو۔</w:t>
      </w:r>
    </w:p>
    <w:p>
      <w:r>
        <w:rPr>
          <w:b/>
        </w:rPr>
        <w:t xml:space="preserve">[17:47] </w:t>
      </w:r>
      <w:r>
        <w:t>yeh culture kya hai? jis cheez ko hum modern civilization kehte hain, jadeed daur kehte hain, jadeed culture</w:t>
      </w:r>
    </w:p>
    <w:p>
      <w:pPr>
        <w:jc w:val="right"/>
      </w:pPr>
      <w:r>
        <w:t>یہ کلچر کیا ہے؟ جس چیز کو ہم ماڈرن سویلائزیشن کہتے ہیں، جدید دور کہتے ہیں، جدید کلچر</w:t>
      </w:r>
    </w:p>
    <w:p>
      <w:r>
        <w:rPr>
          <w:b/>
        </w:rPr>
        <w:t xml:space="preserve">[17:54] </w:t>
      </w:r>
      <w:r>
        <w:t>kehte hain, is ka crux kya hai? crux to kaha jata hai ke jab America ko freedom mili</w:t>
      </w:r>
    </w:p>
    <w:p>
      <w:pPr>
        <w:jc w:val="right"/>
      </w:pPr>
      <w:r>
        <w:t>کہتے ہیں، اس کا کرکس کیا ہے؟ کرکس تو کہا جاتا ہے کہ جب امریکہ کو فریڈم ملی</w:t>
      </w:r>
    </w:p>
    <w:p>
      <w:r>
        <w:rPr>
          <w:b/>
        </w:rPr>
        <w:t xml:space="preserve">[18:02] </w:t>
      </w:r>
      <w:r>
        <w:t>to aik American apne ghar se bahar nikla aur road par woh chal raha tha, aise haath hilate</w:t>
      </w:r>
    </w:p>
    <w:p>
      <w:pPr>
        <w:jc w:val="right"/>
      </w:pPr>
      <w:r>
        <w:t>تو ایک امریکن اپنے گھر سے باہر نکلا اور روڈ پر وہ چل رہا تھا، ایسے ہاتھ ہلاتے</w:t>
      </w:r>
    </w:p>
    <w:p>
      <w:r>
        <w:rPr>
          <w:b/>
        </w:rPr>
        <w:t xml:space="preserve">[18:10] </w:t>
      </w:r>
      <w:r>
        <w:t>huwe, bohat hi jubilantly.</w:t>
      </w:r>
    </w:p>
    <w:p>
      <w:pPr>
        <w:jc w:val="right"/>
      </w:pPr>
      <w:r>
        <w:t>ہوئے، بہت ہی جیولینٹلی۔</w:t>
      </w:r>
    </w:p>
    <w:p>
      <w:r>
        <w:rPr>
          <w:b/>
        </w:rPr>
        <w:t xml:space="preserve">[18:12] </w:t>
      </w:r>
      <w:r>
        <w:t>to is ka haath jo hai kisi ki naak se lag gaya.</w:t>
      </w:r>
    </w:p>
    <w:p>
      <w:pPr>
        <w:jc w:val="right"/>
      </w:pPr>
      <w:r>
        <w:t>تو اس کا ہاتھ جو ہے کسی کی ناک سے لگ گیا۔</w:t>
      </w:r>
    </w:p>
    <w:p>
      <w:r>
        <w:rPr>
          <w:b/>
        </w:rPr>
        <w:t xml:space="preserve">[18:17] </w:t>
      </w:r>
      <w:r>
        <w:t>yani aik aik aur aadmi chal raha tha road par, koi passer bhai, to is ka haath is</w:t>
      </w:r>
    </w:p>
    <w:p>
      <w:pPr>
        <w:jc w:val="right"/>
      </w:pPr>
      <w:r>
        <w:t>یعنی ایک ایک اور آدمی چل رہا تھا روڈ پر، کوئی پاسر بھائی، تو اس کا ہاتھ اس</w:t>
      </w:r>
    </w:p>
    <w:p>
      <w:r>
        <w:rPr>
          <w:b/>
        </w:rPr>
        <w:t xml:space="preserve">[18:24] </w:t>
      </w:r>
      <w:r>
        <w:t>ki nok par lag gaya.</w:t>
      </w:r>
    </w:p>
    <w:p>
      <w:pPr>
        <w:jc w:val="right"/>
      </w:pPr>
      <w:r>
        <w:t>کی نوک پر لگ گیا۔</w:t>
      </w:r>
    </w:p>
    <w:p>
      <w:r>
        <w:rPr>
          <w:b/>
        </w:rPr>
        <w:t xml:space="preserve">[18:27] </w:t>
      </w:r>
      <w:r>
        <w:t>is ki naak par lag gaya.</w:t>
      </w:r>
    </w:p>
    <w:p>
      <w:pPr>
        <w:jc w:val="right"/>
      </w:pPr>
      <w:r>
        <w:t>اس کی ناک پر لگ گیا۔</w:t>
      </w:r>
    </w:p>
    <w:p>
      <w:r>
        <w:rPr>
          <w:b/>
        </w:rPr>
        <w:t xml:space="preserve">[18:29] </w:t>
      </w:r>
      <w:r>
        <w:t>to is ne kaha ke what is this nonsense? why you hit my nose? to is American</w:t>
      </w:r>
    </w:p>
    <w:p>
      <w:pPr>
        <w:jc w:val="right"/>
      </w:pPr>
      <w:r>
        <w:t>تو اس نے کہا کہ واٹ از دس نان سینس؟ وائی یو ہٹ مائی نوز؟ تو اس امریکن</w:t>
      </w:r>
    </w:p>
    <w:p>
      <w:r>
        <w:rPr>
          <w:b/>
        </w:rPr>
        <w:t xml:space="preserve">[18:37] </w:t>
      </w:r>
      <w:r>
        <w:t>ne kaha ke aaj America azaad hai, mein apni azaadi ko celebrate kar raha hoon.</w:t>
      </w:r>
    </w:p>
    <w:p>
      <w:pPr>
        <w:jc w:val="right"/>
      </w:pPr>
      <w:r>
        <w:t>نے کہا کہ آج امریکہ آزاد ہے، میں اپنی آزادی کو سیلیبریٹ کر رہا ہوں۔</w:t>
      </w:r>
    </w:p>
    <w:p>
      <w:r>
        <w:rPr>
          <w:b/>
        </w:rPr>
        <w:t xml:space="preserve">[18:43] </w:t>
      </w:r>
      <w:r>
        <w:t>to is ne bohat politely kaha ke your freedom ends where my nose begins.</w:t>
      </w:r>
    </w:p>
    <w:p>
      <w:pPr>
        <w:jc w:val="right"/>
      </w:pPr>
      <w:r>
        <w:t>تو اس نے بہت پلیٹلی کہا کہ یور فریڈم اینڈز ویر مائی نوز بیگنز۔</w:t>
      </w:r>
    </w:p>
    <w:p>
      <w:r>
        <w:rPr>
          <w:b/>
        </w:rPr>
        <w:t xml:space="preserve">[18:49] </w:t>
      </w:r>
      <w:r>
        <w:t>your freedom ends where my nose begins.</w:t>
      </w:r>
    </w:p>
    <w:p>
      <w:pPr>
        <w:jc w:val="right"/>
      </w:pPr>
      <w:r>
        <w:t>یور فریڈم اینڈز ویر مائی نوز بیگنز۔</w:t>
      </w:r>
    </w:p>
    <w:p>
      <w:r>
        <w:rPr>
          <w:b/>
        </w:rPr>
        <w:t xml:space="preserve">[18:52] </w:t>
      </w:r>
      <w:r>
        <w:t>is ka matlab yeh hai ke jab tak aap harmful na banen, jab tak aap violence na</w:t>
      </w:r>
    </w:p>
    <w:p>
      <w:pPr>
        <w:jc w:val="right"/>
      </w:pPr>
      <w:r>
        <w:t>اس کا مطلب یہ ہے کہ جب تک آپ ہارم فل نہ بنیں، جب تک آپ وائلنس نہ</w:t>
      </w:r>
    </w:p>
    <w:p>
      <w:r>
        <w:rPr>
          <w:b/>
        </w:rPr>
        <w:t xml:space="preserve">[19:00] </w:t>
      </w:r>
      <w:r>
        <w:t>karen, jab tak kisi ki nose ko hit na karen, aap tab tak aap ko total freedom mila</w:t>
      </w:r>
    </w:p>
    <w:p>
      <w:pPr>
        <w:jc w:val="right"/>
      </w:pPr>
      <w:r>
        <w:t>کریں، جب تک کسی کی نوز کو ہٹ نہ کریں، آپ تب تک آپ کو ٹوٹل فریڈم ملا</w:t>
      </w:r>
    </w:p>
    <w:p>
      <w:r>
        <w:rPr>
          <w:b/>
        </w:rPr>
        <w:t xml:space="preserve">[19:08] </w:t>
      </w:r>
      <w:r>
        <w:t>hua hai.</w:t>
      </w:r>
    </w:p>
    <w:p>
      <w:pPr>
        <w:jc w:val="right"/>
      </w:pPr>
      <w:r>
        <w:t>ہوا ہے۔</w:t>
      </w:r>
    </w:p>
    <w:p>
      <w:r>
        <w:rPr>
          <w:b/>
        </w:rPr>
        <w:t xml:space="preserve">[19:09] </w:t>
      </w:r>
      <w:r>
        <w:t>total freedom.</w:t>
      </w:r>
    </w:p>
    <w:p>
      <w:pPr>
        <w:jc w:val="right"/>
      </w:pPr>
      <w:r>
        <w:t>ٹوٹل فریڈم۔</w:t>
      </w:r>
    </w:p>
    <w:p>
      <w:r>
        <w:rPr>
          <w:b/>
        </w:rPr>
        <w:t xml:space="preserve">[19:11] </w:t>
      </w:r>
      <w:r>
        <w:t>is ke maani hain ke aap jis mazhab ko chahen maniye, jis mazhab ki chahen tablegh kijiye, koi</w:t>
      </w:r>
    </w:p>
    <w:p>
      <w:pPr>
        <w:jc w:val="right"/>
      </w:pPr>
      <w:r>
        <w:t>اس کے معنی ہیں کہ آپ جس مذہب کو چاہیں مانیے، جس مذہب کی چاہیں تبلیغ کیجئے، کوئی</w:t>
      </w:r>
    </w:p>
    <w:p>
      <w:r>
        <w:rPr>
          <w:b/>
        </w:rPr>
        <w:t xml:space="preserve">[19:18] </w:t>
      </w:r>
      <w:r>
        <w:t>rukawat nahi is daur mein.</w:t>
      </w:r>
    </w:p>
    <w:p>
      <w:pPr>
        <w:jc w:val="right"/>
      </w:pPr>
      <w:r>
        <w:t>رکاوٹ نہیں اس دور میں۔</w:t>
      </w:r>
    </w:p>
    <w:p>
      <w:r>
        <w:rPr>
          <w:b/>
        </w:rPr>
        <w:t xml:space="preserve">[19:21] </w:t>
      </w:r>
      <w:r>
        <w:t>jabke is se pehle poori history mein aisa kabhi nahi tha.</w:t>
      </w:r>
    </w:p>
    <w:p>
      <w:pPr>
        <w:jc w:val="right"/>
      </w:pPr>
      <w:r>
        <w:t>جبکہ اس سے پہلے پوری ہسٹری میں ایسا کبھی نہیں تھا۔</w:t>
      </w:r>
    </w:p>
    <w:p>
      <w:r>
        <w:rPr>
          <w:b/>
        </w:rPr>
        <w:t xml:space="preserve">[19:25] </w:t>
      </w:r>
      <w:r>
        <w:t>is se pehle ki poori history jo hai woh religious persecution ki history hai.</w:t>
      </w:r>
    </w:p>
    <w:p>
      <w:pPr>
        <w:jc w:val="right"/>
      </w:pPr>
      <w:r>
        <w:t>اس سے پہلے کی پوری ہسٹری جو ہے وہ ریلیجس پرسیکیوشن کی ہسٹری ہے۔</w:t>
      </w:r>
    </w:p>
    <w:p>
      <w:r>
        <w:rPr>
          <w:b/>
        </w:rPr>
        <w:t xml:space="preserve">[19:31] </w:t>
      </w:r>
      <w:r>
        <w:t>poori history religious persecution ki history hai.</w:t>
      </w:r>
    </w:p>
    <w:p>
      <w:pPr>
        <w:jc w:val="right"/>
      </w:pPr>
      <w:r>
        <w:t>پوری ہسٹری ریلیجس پرسیکیوشن کی ہسٹری ہے۔</w:t>
      </w:r>
    </w:p>
    <w:p>
      <w:r>
        <w:rPr>
          <w:b/>
        </w:rPr>
        <w:t xml:space="preserve">[19:34] </w:t>
      </w:r>
      <w:r>
        <w:t>tamam paighambar jo aaye, sab paighambar ko religious persecution ka saamna karna pada.</w:t>
      </w:r>
    </w:p>
    <w:p>
      <w:pPr>
        <w:jc w:val="right"/>
      </w:pPr>
      <w:r>
        <w:t>تمام پیغمبر جو آئے، سب پیغمبر کو ریلیجس پرسیکیوشن کا سامنا کرنا پڑا۔</w:t>
      </w:r>
    </w:p>
    <w:p>
      <w:r>
        <w:rPr>
          <w:b/>
        </w:rPr>
        <w:t xml:space="preserve">[19:40] </w:t>
      </w:r>
      <w:r>
        <w:t>lekin yeh modern civilization jo hai, is ne pehli baar aisa kiya hai, pehli baar ke dunya ko</w:t>
      </w:r>
    </w:p>
    <w:p>
      <w:pPr>
        <w:jc w:val="right"/>
      </w:pPr>
      <w:r>
        <w:t>لیکن یہ ماڈرن سویلائزیشن جو ہے، اس نے پہلی بار ایسا کیا ہے، پہلی بار کہ دنیا کو</w:t>
      </w:r>
    </w:p>
    <w:p>
      <w:r>
        <w:rPr>
          <w:b/>
        </w:rPr>
        <w:t xml:space="preserve">[19:48] </w:t>
      </w:r>
      <w:r>
        <w:t>religious freedom ki nemmat mili hai.</w:t>
      </w:r>
    </w:p>
    <w:p>
      <w:pPr>
        <w:jc w:val="right"/>
      </w:pPr>
      <w:r>
        <w:t>ریلیجس فریڈم کی نعمت ملی ہے۔</w:t>
      </w:r>
    </w:p>
    <w:p>
      <w:r>
        <w:rPr>
          <w:b/>
        </w:rPr>
        <w:t xml:space="preserve">[19:50] </w:t>
      </w:r>
      <w:r>
        <w:t>religious freedom sirf is shart ke sath ke aap doosre ke liye harmful na banein.</w:t>
      </w:r>
    </w:p>
    <w:p>
      <w:pPr>
        <w:jc w:val="right"/>
      </w:pPr>
      <w:r>
        <w:t>ریلیجس فریڈم صرف اس شرط کے ساتھ کہ آپ دوسرے کے لیے ہارم فل نہ بنیں۔</w:t>
      </w:r>
    </w:p>
    <w:p>
      <w:r>
        <w:rPr>
          <w:b/>
        </w:rPr>
        <w:t xml:space="preserve">[19:57] </w:t>
      </w:r>
      <w:r>
        <w:t>to yeh to ain hamare haq mein hai.</w:t>
      </w:r>
    </w:p>
    <w:p>
      <w:pPr>
        <w:jc w:val="right"/>
      </w:pPr>
      <w:r>
        <w:t>تو یہ تو عین ہمارے حق میں ہے۔</w:t>
      </w:r>
    </w:p>
    <w:p>
      <w:r>
        <w:rPr>
          <w:b/>
        </w:rPr>
        <w:t xml:space="preserve">[20:00] </w:t>
      </w:r>
      <w:r>
        <w:t>yani zamane ki yeh tabdeeli ain hamare haq mein hai.</w:t>
      </w:r>
    </w:p>
    <w:p>
      <w:pPr>
        <w:jc w:val="right"/>
      </w:pPr>
      <w:r>
        <w:t>یعنی زمانے کی یہ تبدیلی عین ہمارے حق میں ہے۔</w:t>
      </w:r>
    </w:p>
    <w:p>
      <w:r>
        <w:rPr>
          <w:b/>
        </w:rPr>
        <w:t xml:space="preserve">[20:05] </w:t>
      </w:r>
      <w:r>
        <w:t>lekin yeh jo uthe jinhone ke political interference diya islam ka, unhone sara kaam bigaad diya.</w:t>
      </w:r>
    </w:p>
    <w:p>
      <w:pPr>
        <w:jc w:val="right"/>
      </w:pPr>
      <w:r>
        <w:t>لیکن یہ جو اٹھے جنہوں نے کہ پولیٹیکل انٹرفیوشن دیا اسلام کا، انہوں نے سارا کام بگاڑ دیا۔</w:t>
      </w:r>
    </w:p>
    <w:p>
      <w:r>
        <w:rPr>
          <w:b/>
        </w:rPr>
        <w:t xml:space="preserve">[20:12] </w:t>
      </w:r>
      <w:r>
        <w:t>sara kaam bigaad diya.</w:t>
      </w:r>
    </w:p>
    <w:p>
      <w:pPr>
        <w:jc w:val="right"/>
      </w:pPr>
      <w:r>
        <w:t>سارا کام بگاڑ دیا۔</w:t>
      </w:r>
    </w:p>
    <w:p>
      <w:r>
        <w:rPr>
          <w:b/>
        </w:rPr>
        <w:t xml:space="preserve">[20:14] </w:t>
      </w:r>
      <w:r>
        <w:t>yani Allah taala ne ek lambe process ke zariye yeh kiya tha ke duniya mein religious freedom ka</w:t>
      </w:r>
    </w:p>
    <w:p>
      <w:pPr>
        <w:jc w:val="right"/>
      </w:pPr>
      <w:r>
        <w:t>یعنی اللہ تعالیٰ نے ایک لمبے پروسیس کے ذریعے یہ کیا تھا کہ دنیا میں ریلیجس فریڈم کا</w:t>
      </w:r>
    </w:p>
    <w:p>
      <w:r>
        <w:rPr>
          <w:b/>
        </w:rPr>
        <w:t xml:space="preserve">[20:22] </w:t>
      </w:r>
      <w:r>
        <w:t>zamana aaya, openness ka zamana aaya, communication ka zamana aaya, printing press aaya.</w:t>
      </w:r>
    </w:p>
    <w:p>
      <w:pPr>
        <w:jc w:val="right"/>
      </w:pPr>
      <w:r>
        <w:t>زمانہ آیا، اوپننس کا زمانہ آیا، کمیونیکیشن کا زمانہ آیا، پرنٹنگ پریس آیا۔</w:t>
      </w:r>
    </w:p>
    <w:p>
      <w:r>
        <w:rPr>
          <w:b/>
        </w:rPr>
        <w:t xml:space="preserve">[20:27] </w:t>
      </w:r>
      <w:r>
        <w:t>yani woh sari cheezein wajood mein aayin jo jis ki zaroorat hoti hai kisi mission ko phailane ke</w:t>
      </w:r>
    </w:p>
    <w:p>
      <w:pPr>
        <w:jc w:val="right"/>
      </w:pPr>
      <w:r>
        <w:t>یعنی وہ ساری چیزیں وجود میں آئیں جو جس کی ضرورت ہوتی ہے کسی مشن کو پھیلانے کے</w:t>
      </w:r>
    </w:p>
    <w:p>
      <w:r>
        <w:rPr>
          <w:b/>
        </w:rPr>
        <w:t xml:space="preserve">[20:35] </w:t>
      </w:r>
      <w:r>
        <w:t>liye.</w:t>
      </w:r>
    </w:p>
    <w:p>
      <w:pPr>
        <w:jc w:val="right"/>
      </w:pPr>
      <w:r>
        <w:t>لیے۔</w:t>
      </w:r>
    </w:p>
    <w:p>
      <w:r>
        <w:rPr>
          <w:b/>
        </w:rPr>
        <w:t xml:space="preserve">[20:37] </w:t>
      </w:r>
      <w:r>
        <w:t>to ab to avail karne ka waqt tha.</w:t>
      </w:r>
    </w:p>
    <w:p>
      <w:pPr>
        <w:jc w:val="right"/>
      </w:pPr>
      <w:r>
        <w:t>تو اب تو اویل کرنے کا وقت تھا۔</w:t>
      </w:r>
    </w:p>
    <w:p>
      <w:r>
        <w:rPr>
          <w:b/>
        </w:rPr>
        <w:t xml:space="preserve">[20:40] </w:t>
      </w:r>
      <w:r>
        <w:t>main yeh kaha karta hoon ke yeh yeh daur jo hai opportunity explosion ka daur hai.</w:t>
      </w:r>
    </w:p>
    <w:p>
      <w:pPr>
        <w:jc w:val="right"/>
      </w:pPr>
      <w:r>
        <w:t>میں یہ کہا کرتا ہوں کہ یہ یہ دور جو ہے اپرچونیٹی ایکسپلوژن کا دور ہے۔</w:t>
      </w:r>
    </w:p>
    <w:p>
      <w:r>
        <w:rPr>
          <w:b/>
        </w:rPr>
        <w:t xml:space="preserve">[20:47] </w:t>
      </w:r>
      <w:r>
        <w:t>jaise kaha jata hai ke explosion kaha jata hai ke knowledge explosion ka daur hai.</w:t>
      </w:r>
    </w:p>
    <w:p>
      <w:pPr>
        <w:jc w:val="right"/>
      </w:pPr>
      <w:r>
        <w:t>جیسے کہا جاتا ہے کہ ایکسپلوژن کہا جاتا ہے کہ نالج ایکسپلوژن کا دور ہے۔</w:t>
      </w:r>
    </w:p>
    <w:p>
      <w:r>
        <w:rPr>
          <w:b/>
        </w:rPr>
        <w:t xml:space="preserve">[20:53] </w:t>
      </w:r>
      <w:r>
        <w:t>yeh sahi hai ke knowledge explosion hua hai lekin isi ke sath mein kahoon ke yeh opportunity explosion</w:t>
      </w:r>
    </w:p>
    <w:p>
      <w:pPr>
        <w:jc w:val="right"/>
      </w:pPr>
      <w:r>
        <w:t>یہ صحیح ہے کہ نالج ایکسپلوژن ہوا ہے لیکن اسی کے ساتھ میں کہوں کہ یہ اپرچونیٹی ایکسپلوژن</w:t>
      </w:r>
    </w:p>
    <w:p>
      <w:r>
        <w:rPr>
          <w:b/>
        </w:rPr>
        <w:t xml:space="preserve">[21:01] </w:t>
      </w:r>
      <w:r>
        <w:t>ka daur hai.</w:t>
      </w:r>
    </w:p>
    <w:p>
      <w:pPr>
        <w:jc w:val="right"/>
      </w:pPr>
      <w:r>
        <w:t>کا دور ہے۔</w:t>
      </w:r>
    </w:p>
    <w:p>
      <w:r>
        <w:rPr>
          <w:b/>
        </w:rPr>
        <w:t xml:space="preserve">[21:03] </w:t>
      </w:r>
      <w:r>
        <w:t>opportunity explosion pehle zamane mein opportunity bohat hi mehdood logon ko mila karti thi.</w:t>
      </w:r>
    </w:p>
    <w:p>
      <w:pPr>
        <w:jc w:val="right"/>
      </w:pPr>
      <w:r>
        <w:t>اپرچونیٹی ایکسپلوژن پہلے زمانے میں اپرچونیٹی بہت ہی محدود لوگوں کو ملا کرتی تھی۔</w:t>
      </w:r>
    </w:p>
    <w:p>
      <w:r>
        <w:rPr>
          <w:b/>
        </w:rPr>
        <w:t xml:space="preserve">[21:09] </w:t>
      </w:r>
      <w:r>
        <w:t>yani king ko, landlord ko, kuch bade logon ko.</w:t>
      </w:r>
    </w:p>
    <w:p>
      <w:pPr>
        <w:jc w:val="right"/>
      </w:pPr>
      <w:r>
        <w:t>یعنی کنگ کو، لینڈ لارڈ کو، کچھ بڑے لوگوں کو۔</w:t>
      </w:r>
    </w:p>
    <w:p>
      <w:r>
        <w:rPr>
          <w:b/>
        </w:rPr>
        <w:t xml:space="preserve">[21:13] </w:t>
      </w:r>
      <w:r>
        <w:t>ab har ek ke liye khula hua hai.</w:t>
      </w:r>
    </w:p>
    <w:p>
      <w:pPr>
        <w:jc w:val="right"/>
      </w:pPr>
      <w:r>
        <w:t>اب ہر ایک کے لیے کھلا ہوا ہے۔</w:t>
      </w:r>
    </w:p>
    <w:p>
      <w:r>
        <w:rPr>
          <w:b/>
        </w:rPr>
        <w:t xml:space="preserve">[21:16] </w:t>
      </w:r>
      <w:r>
        <w:t>mujhe ek hadith yaad aati hai.</w:t>
      </w:r>
    </w:p>
    <w:p>
      <w:pPr>
        <w:jc w:val="right"/>
      </w:pPr>
      <w:r>
        <w:t>مجھے ایک حدیث یاد آتی ہے۔</w:t>
      </w:r>
    </w:p>
    <w:p>
      <w:r>
        <w:rPr>
          <w:b/>
        </w:rPr>
        <w:t xml:space="preserve">[21:19] </w:t>
      </w:r>
      <w:r>
        <w:t>ek hadith mein hai ke ek waqt aayega jab antara wa atara huffata yani taloon fil bunyan ke</w:t>
      </w:r>
    </w:p>
    <w:p>
      <w:pPr>
        <w:jc w:val="right"/>
      </w:pPr>
      <w:r>
        <w:t>ایک حدیث میں ہے کہ ایک وقت آئے گا جب انترا اوراتر حفاتا یعنی تعالون فی البنیان کہ</w:t>
      </w:r>
    </w:p>
    <w:p>
      <w:r>
        <w:rPr>
          <w:b/>
        </w:rPr>
        <w:t xml:space="preserve">[21:27] </w:t>
      </w:r>
      <w:r>
        <w:t>nange paon wale aur nange badan wale log bade bade buildingen banayenge.</w:t>
      </w:r>
    </w:p>
    <w:p>
      <w:pPr>
        <w:jc w:val="right"/>
      </w:pPr>
      <w:r>
        <w:t>ننگے پاؤں والے اور ننگے بدن والے لوگ بڑے بڑے بلڈنگیں بنائیں گے۔</w:t>
      </w:r>
    </w:p>
    <w:p>
      <w:r>
        <w:rPr>
          <w:b/>
        </w:rPr>
        <w:t xml:space="preserve">[21:32] </w:t>
      </w:r>
      <w:r>
        <w:t>antara wa atara huffata yani taloon fil bunyan.</w:t>
      </w:r>
    </w:p>
    <w:p>
      <w:pPr>
        <w:jc w:val="right"/>
      </w:pPr>
      <w:r>
        <w:t>انترا اوراتر حفاتا یعنی تعالون فی البنیان۔</w:t>
      </w:r>
    </w:p>
    <w:p>
      <w:r>
        <w:rPr>
          <w:b/>
        </w:rPr>
        <w:t xml:space="preserve">[21:35] </w:t>
      </w:r>
      <w:r>
        <w:t>yeh kya hai? yeh tamseel ki zaban mein hai.</w:t>
      </w:r>
    </w:p>
    <w:p>
      <w:pPr>
        <w:jc w:val="right"/>
      </w:pPr>
      <w:r>
        <w:t>یہ کیا ہے؟ یہ تمثیل کی زبان میں ہے۔</w:t>
      </w:r>
    </w:p>
    <w:p>
      <w:r>
        <w:rPr>
          <w:b/>
        </w:rPr>
        <w:t xml:space="preserve">[21:39] </w:t>
      </w:r>
      <w:r>
        <w:t>iska matlab yahi hai ke opportunity itna zyada badhegi, itna badhegi, itna badhegi ke</w:t>
      </w:r>
    </w:p>
    <w:p>
      <w:pPr>
        <w:jc w:val="right"/>
      </w:pPr>
      <w:r>
        <w:t>اس کا مطلب یہی ہے کہ اپرچونیٹی اتنا زیادہ بڑھے گی، اتنا بڑھے گی، اتنا بڑھے گی کہ</w:t>
      </w:r>
    </w:p>
    <w:p>
      <w:r>
        <w:rPr>
          <w:b/>
        </w:rPr>
        <w:t xml:space="preserve">[21:47] </w:t>
      </w:r>
      <w:r>
        <w:t>aam log, bilkul common qism ke log bhi bade bade taraqqiyan karenge.</w:t>
      </w:r>
    </w:p>
    <w:p>
      <w:pPr>
        <w:jc w:val="right"/>
      </w:pPr>
      <w:r>
        <w:t>عام لوگ، بالکل کامن قسم کے لوگ بھی بڑے بڑے ترقیاں کریں گے۔</w:t>
      </w:r>
    </w:p>
    <w:p>
      <w:r>
        <w:rPr>
          <w:b/>
        </w:rPr>
        <w:t xml:space="preserve">[21:52] </w:t>
      </w:r>
      <w:r>
        <w:t>woh dor hai yeh.</w:t>
      </w:r>
    </w:p>
    <w:p>
      <w:pPr>
        <w:jc w:val="right"/>
      </w:pPr>
      <w:r>
        <w:t>وہ دور ہے یہ۔</w:t>
      </w:r>
    </w:p>
    <w:p>
      <w:r>
        <w:rPr>
          <w:b/>
        </w:rPr>
        <w:t xml:space="preserve">[21:54] </w:t>
      </w:r>
      <w:r>
        <w:t>is se pehle kabhi khud mere bachpan mein aisa nahi tha ke aam logon ko moqa ho taraqqi</w:t>
      </w:r>
    </w:p>
    <w:p>
      <w:pPr>
        <w:jc w:val="right"/>
      </w:pPr>
      <w:r>
        <w:t>اس سے پہلے کبھی خود میرے بچپن میں ایسا نہیں تھا کہ عام لوگوں کو موقع ہو ترقی</w:t>
      </w:r>
    </w:p>
    <w:p>
      <w:r>
        <w:rPr>
          <w:b/>
        </w:rPr>
        <w:t xml:space="preserve">[22:02] </w:t>
      </w:r>
      <w:r>
        <w:t>karne ka kyunke zamindari ka zamana tha.</w:t>
      </w:r>
    </w:p>
    <w:p>
      <w:pPr>
        <w:jc w:val="right"/>
      </w:pPr>
      <w:r>
        <w:t>کرنے کا کیونکہ زمینداری کا زمانہ تھا۔</w:t>
      </w:r>
    </w:p>
    <w:p>
      <w:r>
        <w:rPr>
          <w:b/>
        </w:rPr>
        <w:t xml:space="preserve">[22:05] </w:t>
      </w:r>
      <w:r>
        <w:t>تو یہ ماڈرن سویلائزیشن کی وجہ سے ایسا ہوا ہے کہ explosion ہوا ہے opportunity کا اور ہر</w:t>
      </w:r>
    </w:p>
    <w:p>
      <w:pPr>
        <w:jc w:val="right"/>
      </w:pPr>
      <w:r>
        <w:t>تو یہ ماڈرن سویلائزیشن کی وجہ سے ایسا ہوا ہے کہ ایکسپلوژن ہوا ہے اپرچونیٹی کا اور ہر</w:t>
      </w:r>
    </w:p>
    <w:p>
      <w:r>
        <w:rPr>
          <w:b/>
        </w:rPr>
        <w:t xml:space="preserve">[22:12] </w:t>
      </w:r>
      <w:r>
        <w:t>ek ko moqa mila.</w:t>
      </w:r>
    </w:p>
    <w:p>
      <w:pPr>
        <w:jc w:val="right"/>
      </w:pPr>
      <w:r>
        <w:t>ایک کو موقع ملا۔</w:t>
      </w:r>
    </w:p>
    <w:p>
      <w:r>
        <w:rPr>
          <w:b/>
        </w:rPr>
        <w:t xml:space="preserve">[22:14] </w:t>
      </w:r>
      <w:r>
        <w:t>تو اس حدیث میں تمثیل کی زبان میں یہ کہا گیا ہے کہ opportunity اتنی بڑھے گی، اتنی</w:t>
      </w:r>
    </w:p>
    <w:p>
      <w:pPr>
        <w:jc w:val="right"/>
      </w:pPr>
      <w:r>
        <w:t>تو اس حدیث میں تمثیل کی زبان میں یہ کہا گیا ہے کہ اپرچونیٹی اتنی بڑھے گی، اتنی</w:t>
      </w:r>
    </w:p>
    <w:p>
      <w:r>
        <w:rPr>
          <w:b/>
        </w:rPr>
        <w:t xml:space="preserve">[22:22] </w:t>
      </w:r>
      <w:r>
        <w:t>badhegi ke aam logon tak pahunch jayengi.</w:t>
      </w:r>
    </w:p>
    <w:p>
      <w:pPr>
        <w:jc w:val="right"/>
      </w:pPr>
      <w:r>
        <w:t>بڑھے گی کہ عام لوگوں تک پہنچ جائیں گے۔</w:t>
      </w:r>
    </w:p>
    <w:p>
      <w:r>
        <w:rPr>
          <w:b/>
        </w:rPr>
        <w:t xml:space="preserve">[22:26] </w:t>
      </w:r>
      <w:r>
        <w:t>woh woh dor hai.</w:t>
      </w:r>
    </w:p>
    <w:p>
      <w:pPr>
        <w:jc w:val="right"/>
      </w:pPr>
      <w:r>
        <w:t>وہ وہ دور ہے۔</w:t>
      </w:r>
    </w:p>
    <w:p>
      <w:r>
        <w:rPr>
          <w:b/>
        </w:rPr>
        <w:t xml:space="preserve">[22:27] </w:t>
      </w:r>
      <w:r>
        <w:t>toh yeh dor woh tha ke jab Islam ko manane wale is waqeye ko yani actualize kar sake</w:t>
      </w:r>
    </w:p>
    <w:p>
      <w:pPr>
        <w:jc w:val="right"/>
      </w:pPr>
      <w:r>
        <w:t>تو یہ دور وہ تھا کہ جب اسلام کو ماننے والے اس واقعے کو یعنی ایکچولائز کر سکے</w:t>
      </w:r>
    </w:p>
    <w:p>
      <w:r>
        <w:rPr>
          <w:b/>
        </w:rPr>
        <w:t xml:space="preserve">[22:35] </w:t>
      </w:r>
      <w:r>
        <w:t>jis ki hadith mein peshangoi ki gayi thi ke ek waqt aayega ke Islam ka kalma ya</w:t>
      </w:r>
    </w:p>
    <w:p>
      <w:pPr>
        <w:jc w:val="right"/>
      </w:pPr>
      <w:r>
        <w:t>جس کی حدیث میں پیشنگوئی کی گئی تھی کہ ایک وقت آئے گا کہ اسلام کا کلمہ یا</w:t>
      </w:r>
    </w:p>
    <w:p>
      <w:r>
        <w:rPr>
          <w:b/>
        </w:rPr>
        <w:t xml:space="preserve">[22:43] </w:t>
      </w:r>
      <w:r>
        <w:t>word of god har ghar mein phail jayega, har ghar mein pahunch jayega.</w:t>
      </w:r>
    </w:p>
    <w:p>
      <w:pPr>
        <w:jc w:val="right"/>
      </w:pPr>
      <w:r>
        <w:t>ورڈ آف گاڈ ہر گھر میں پھیل جائے گا، ہر گھر میں پہنچ جائے گا۔</w:t>
      </w:r>
    </w:p>
    <w:p>
      <w:r>
        <w:rPr>
          <w:b/>
        </w:rPr>
        <w:t xml:space="preserve">[22:49] </w:t>
      </w:r>
      <w:r>
        <w:t>ek aisi ajeeb peshangoi thi ke Islam ka kalma dunya ke har chhote bade ghar mein pahunch</w:t>
      </w:r>
    </w:p>
    <w:p>
      <w:pPr>
        <w:jc w:val="right"/>
      </w:pPr>
      <w:r>
        <w:t>ایک ایسی عجیب پیشنگوئی تھی کہ اسلام کا کلمہ دنیا کے ہر چھوٹے بڑے گھر میں پہنچ جائے</w:t>
      </w:r>
    </w:p>
    <w:p>
      <w:r>
        <w:rPr>
          <w:b/>
        </w:rPr>
        <w:t xml:space="preserve">[22:57] </w:t>
      </w:r>
      <w:r>
        <w:t>jayega.</w:t>
      </w:r>
    </w:p>
    <w:p>
      <w:pPr>
        <w:jc w:val="right"/>
      </w:pPr>
      <w:r>
        <w:t>گا۔</w:t>
      </w:r>
    </w:p>
    <w:p>
      <w:r>
        <w:rPr>
          <w:b/>
        </w:rPr>
        <w:t xml:space="preserve">[22:59] </w:t>
      </w:r>
      <w:r>
        <w:t>dekhiye, is waqeye ko hone ke liye kya chahiye? Joghrafiyai ilm chahiye aur second century mein joghrafiyai ilm</w:t>
      </w:r>
    </w:p>
    <w:p>
      <w:pPr>
        <w:jc w:val="right"/>
      </w:pPr>
      <w:r>
        <w:t>دیکھئے، اس واقعے کو ہونے کے لیے کیا چاہیے؟ جغرافیائی علم چاہیے اور سیکنڈ سنچری میں جغرافیائی علم</w:t>
      </w:r>
    </w:p>
    <w:p>
      <w:r>
        <w:rPr>
          <w:b/>
        </w:rPr>
        <w:t xml:space="preserve">[23:06] </w:t>
      </w:r>
      <w:r>
        <w:t>nahi tha.</w:t>
      </w:r>
    </w:p>
    <w:p>
      <w:pPr>
        <w:jc w:val="right"/>
      </w:pPr>
      <w:r>
        <w:t>نہیں تھا۔</w:t>
      </w:r>
    </w:p>
    <w:p>
      <w:r>
        <w:rPr>
          <w:b/>
        </w:rPr>
        <w:t xml:space="preserve">[23:08] </w:t>
      </w:r>
      <w:r>
        <w:t>is ke liye communication chahiye, openness chahiye, printing press chahiye, media chahiye, technology chahiye.</w:t>
      </w:r>
    </w:p>
    <w:p>
      <w:pPr>
        <w:jc w:val="right"/>
      </w:pPr>
      <w:r>
        <w:t>اس کے لیے کمیونیکیشن چاہیے، اوپننس چاہیے، پرنٹنگ پریس چاہیے، میڈیا چاہیے، ٹیکنالوجی چاہیے۔</w:t>
      </w:r>
    </w:p>
    <w:p>
      <w:r>
        <w:rPr>
          <w:b/>
        </w:rPr>
        <w:t xml:space="preserve">[23:14] </w:t>
      </w:r>
      <w:r>
        <w:t>yeh sab nahi tha is zamane mein.</w:t>
      </w:r>
    </w:p>
    <w:p>
      <w:pPr>
        <w:jc w:val="right"/>
      </w:pPr>
      <w:r>
        <w:t>یہ سب نہیں تھا اس زمانے میں۔</w:t>
      </w:r>
    </w:p>
    <w:p>
      <w:r>
        <w:rPr>
          <w:b/>
        </w:rPr>
        <w:t xml:space="preserve">[23:17] </w:t>
      </w:r>
      <w:r>
        <w:t>is zamane mein yeh sab nahi tha.</w:t>
      </w:r>
    </w:p>
    <w:p>
      <w:pPr>
        <w:jc w:val="right"/>
      </w:pPr>
      <w:r>
        <w:t>اس زمانے میں یہ سب نہیں تھا۔</w:t>
      </w:r>
    </w:p>
    <w:p>
      <w:r>
        <w:rPr>
          <w:b/>
        </w:rPr>
        <w:t xml:space="preserve">[23:20] </w:t>
      </w:r>
      <w:r>
        <w:t>toh yeh peshangoi thi, yeh Allah taala ne bataya apne peghambar ko ke yeh dor mein le aaunga</w:t>
      </w:r>
    </w:p>
    <w:p>
      <w:pPr>
        <w:jc w:val="right"/>
      </w:pPr>
      <w:r>
        <w:t>تو یہ پیشنگوئی تھی، یہ اللہ تعالیٰ نے بتایا اپنے پیغمبر کو کہ یہ دور میں لے آؤں</w:t>
      </w:r>
    </w:p>
    <w:p>
      <w:r>
        <w:rPr>
          <w:b/>
        </w:rPr>
        <w:t xml:space="preserve">[23:27] </w:t>
      </w:r>
      <w:r>
        <w:t>dunya mein.</w:t>
      </w:r>
    </w:p>
    <w:p>
      <w:pPr>
        <w:jc w:val="right"/>
      </w:pPr>
      <w:r>
        <w:t>گا دنیا میں۔</w:t>
      </w:r>
    </w:p>
    <w:p>
      <w:r>
        <w:rPr>
          <w:b/>
        </w:rPr>
        <w:t xml:space="preserve">[23:29] </w:t>
      </w:r>
      <w:r>
        <w:t>toh woh dor Allah taala laye.</w:t>
      </w:r>
    </w:p>
    <w:p>
      <w:pPr>
        <w:jc w:val="right"/>
      </w:pPr>
      <w:r>
        <w:t>تو وہ دور اللہ تعالیٰ لائے۔</w:t>
      </w:r>
    </w:p>
    <w:p>
      <w:r>
        <w:rPr>
          <w:b/>
        </w:rPr>
        <w:t xml:space="preserve">[23:32] </w:t>
      </w:r>
      <w:r>
        <w:t>ab moqa tha ke Islam ke paigham ko, Islam ke mani Allah ke message ko, Islam ka matlab</w:t>
      </w:r>
    </w:p>
    <w:p>
      <w:pPr>
        <w:jc w:val="right"/>
      </w:pPr>
      <w:r>
        <w:t>اب موقع تھا کہ اسلام کے پیغام کو، اسلام کے معنی اللہ کے میسج کو، اسلام کا مطلب</w:t>
      </w:r>
    </w:p>
    <w:p>
      <w:r>
        <w:rPr>
          <w:b/>
        </w:rPr>
        <w:t xml:space="preserve">[23:39] </w:t>
      </w:r>
      <w:r>
        <w:t>hai Allah ke message, creator ka message, Allah taala ko yeh matloob hai ke what was the action</w:t>
      </w:r>
    </w:p>
    <w:p>
      <w:pPr>
        <w:jc w:val="right"/>
      </w:pPr>
      <w:r>
        <w:t>ہے اللہ کے میسج، کریٹر کا میسج، اللہ تعالیٰ کو یہ مطلوب ہے کہ واٹ واز دا کیشن</w:t>
      </w:r>
    </w:p>
    <w:p>
      <w:r>
        <w:rPr>
          <w:b/>
        </w:rPr>
        <w:t xml:space="preserve">[23:47] </w:t>
      </w:r>
      <w:r>
        <w:t>plan of god? Yeh jo banayi Allah taala ne dunya itni badi, dunya banayi, galaxy banayi, suraj system</w:t>
      </w:r>
    </w:p>
    <w:p>
      <w:pPr>
        <w:jc w:val="right"/>
      </w:pPr>
      <w:r>
        <w:t>پلان آف گاڈ؟ یہ جو بنائی اللہ تعالیٰ نے دنیا اتنی بڑی، دنیا بنائی، گیلیکسی بنائی، سورج سسٹم</w:t>
      </w:r>
    </w:p>
    <w:p>
      <w:r>
        <w:rPr>
          <w:b/>
        </w:rPr>
        <w:t xml:space="preserve">[23:55] </w:t>
      </w:r>
      <w:r>
        <w:t>banaya, insan ko paida kiya, planet earth banayi, yeh sab kis liye? Yani what is the action plan</w:t>
      </w:r>
    </w:p>
    <w:p>
      <w:pPr>
        <w:jc w:val="right"/>
      </w:pPr>
      <w:r>
        <w:t>بنایا، انسان کو پیدا کیا، پلینٹ ارتھ بنائی، یہ سب کس لئے؟ یعنی واٹ از دا کیشن پلان</w:t>
      </w:r>
    </w:p>
    <w:p>
      <w:r>
        <w:rPr>
          <w:b/>
        </w:rPr>
        <w:t xml:space="preserve">[24:02] </w:t>
      </w:r>
      <w:r>
        <w:t>of god? Yeh batane ke liye Islam aaya.</w:t>
      </w:r>
    </w:p>
    <w:p>
      <w:pPr>
        <w:jc w:val="right"/>
      </w:pPr>
      <w:r>
        <w:t>آف گاڈ؟ یہ بتانے کے لیے اسلام آیا۔</w:t>
      </w:r>
    </w:p>
    <w:p>
      <w:r>
        <w:rPr>
          <w:b/>
        </w:rPr>
        <w:t xml:space="preserve">[24:06] </w:t>
      </w:r>
      <w:r>
        <w:t>lekin pehle zamane mein woh sadhan nahi the, woh resources nahi the ke is ko aam kiya ja</w:t>
      </w:r>
    </w:p>
    <w:p>
      <w:pPr>
        <w:jc w:val="right"/>
      </w:pPr>
      <w:r>
        <w:t>لیکن پہلے زمانے میں وہ سادھن نہیں تھے، وہ ریسورسز نہیں تھے کہ اس کو عام کیا جا</w:t>
      </w:r>
    </w:p>
    <w:p>
      <w:r>
        <w:rPr>
          <w:b/>
        </w:rPr>
        <w:t xml:space="preserve">[24:14] </w:t>
      </w:r>
      <w:r>
        <w:t>sake.</w:t>
      </w:r>
    </w:p>
    <w:p>
      <w:pPr>
        <w:jc w:val="right"/>
      </w:pPr>
      <w:r>
        <w:t>سکے۔</w:t>
      </w:r>
    </w:p>
    <w:p>
      <w:r>
        <w:rPr>
          <w:b/>
        </w:rPr>
        <w:t xml:space="preserve">[24:15] </w:t>
      </w:r>
      <w:r>
        <w:t>bohat hi mehdood daira mein baqi raha woh kyunke is zamane mein, jaisa ke maine arz kiya,</w:t>
      </w:r>
    </w:p>
    <w:p>
      <w:pPr>
        <w:jc w:val="right"/>
      </w:pPr>
      <w:r>
        <w:t>بہت ہی محدود دائرے میں باقی رہا وہ کیونکہ اس زمانے میں، جیسا کہ میں نے عرض کیا،</w:t>
      </w:r>
    </w:p>
    <w:p>
      <w:r>
        <w:rPr>
          <w:b/>
        </w:rPr>
        <w:t xml:space="preserve">[24:23] </w:t>
      </w:r>
      <w:r>
        <w:t>dunya ke jighrafiyai insaan nahi janta tha.</w:t>
      </w:r>
    </w:p>
    <w:p>
      <w:pPr>
        <w:jc w:val="right"/>
      </w:pPr>
      <w:r>
        <w:t>دنیا کے جغرافیائی انسان نہیں جانتا تھا۔</w:t>
      </w:r>
    </w:p>
    <w:p>
      <w:r>
        <w:rPr>
          <w:b/>
        </w:rPr>
        <w:t xml:space="preserve">[24:26] </w:t>
      </w:r>
      <w:r>
        <w:t>misalan, America kisi ko nahi janta tha, kisi ko pata nahi tha ke kahin America hai, kahin Australia</w:t>
      </w:r>
    </w:p>
    <w:p>
      <w:pPr>
        <w:jc w:val="right"/>
      </w:pPr>
      <w:r>
        <w:t>مثلاً، امریکہ کسی کو نہیں جانتا تھا، کسی کو پتہ نہیں تھا کہ کہیں امریکہ ہے، کہیں آسٹریلیا</w:t>
      </w:r>
    </w:p>
    <w:p>
      <w:r>
        <w:rPr>
          <w:b/>
        </w:rPr>
        <w:t xml:space="preserve">[24:33]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[24:35] </w:t>
      </w:r>
      <w:r>
        <w:t>yeh toh ab hum jante hain.</w:t>
      </w:r>
    </w:p>
    <w:p>
      <w:pPr>
        <w:jc w:val="right"/>
      </w:pPr>
      <w:r>
        <w:t>یہ تو اب ہم جانتے ہیں۔</w:t>
      </w:r>
    </w:p>
    <w:p>
      <w:r>
        <w:rPr>
          <w:b/>
        </w:rPr>
        <w:t xml:space="preserve">[24:38] </w:t>
      </w:r>
      <w:r>
        <w:t>toh jab yeh sari baat ho gayi, yaani woh woh knowledge insaan ko hasil ho gayi, woh woh</w:t>
      </w:r>
    </w:p>
    <w:p>
      <w:pPr>
        <w:jc w:val="right"/>
      </w:pPr>
      <w:r>
        <w:t>تو جب یہ ساری بات ہو گئی، یعنی وہ وہ نالج انسان کو حاصل ہو گئی، وہ وہ</w:t>
      </w:r>
    </w:p>
    <w:p>
      <w:r>
        <w:rPr>
          <w:b/>
        </w:rPr>
        <w:t xml:space="preserve">[24:45] </w:t>
      </w:r>
      <w:r>
        <w:t>technology hasil ho gayi, woh resources mil gaye, toh us waqt in logon ne jinhone ek political</w:t>
      </w:r>
    </w:p>
    <w:p>
      <w:pPr>
        <w:jc w:val="right"/>
      </w:pPr>
      <w:r>
        <w:t>ٹیکنالوجی حاصل ہو گئی، وہ ریسورسز مل گئے، تو اس وقت ان لوگوں نے جنہوں نے ایک پولیٹیکل</w:t>
      </w:r>
    </w:p>
    <w:p>
      <w:r>
        <w:rPr>
          <w:b/>
        </w:rPr>
        <w:t xml:space="preserve">[24:53] </w:t>
      </w:r>
      <w:r>
        <w:t>interfusion diya, sara mamla hi bigaad diya.</w:t>
      </w:r>
    </w:p>
    <w:p>
      <w:pPr>
        <w:jc w:val="right"/>
      </w:pPr>
      <w:r>
        <w:t>انٹرفیوشن دیا، سارا معاملہ ہی بگاڑ دیا۔</w:t>
      </w:r>
    </w:p>
    <w:p>
      <w:r>
        <w:rPr>
          <w:b/>
        </w:rPr>
        <w:t xml:space="preserve">[24:56] </w:t>
      </w:r>
      <w:r>
        <w:t>yaani unhone yeh keh diya ke Islam ko toh, Islam toh ek ek ek legal system hai,</w:t>
      </w:r>
    </w:p>
    <w:p>
      <w:pPr>
        <w:jc w:val="right"/>
      </w:pPr>
      <w:r>
        <w:t>یعنی انہوں نے یہ کہہ دیا کہ اسلام کو تو، اسلام تو ایک ایک ایک لیگل سسٹم ہے،</w:t>
      </w:r>
    </w:p>
    <w:p>
      <w:r>
        <w:rPr>
          <w:b/>
        </w:rPr>
        <w:t xml:space="preserve">[25:04] </w:t>
      </w:r>
      <w:r>
        <w:t>ek ek social system hai, isko impose karna hai.</w:t>
      </w:r>
    </w:p>
    <w:p>
      <w:pPr>
        <w:jc w:val="right"/>
      </w:pPr>
      <w:r>
        <w:t>ایک ایک سوشل سسٹم ہے، اس کو امپوز کرنا ہے۔</w:t>
      </w:r>
    </w:p>
    <w:p>
      <w:r>
        <w:rPr>
          <w:b/>
        </w:rPr>
        <w:t xml:space="preserve">[25:08] </w:t>
      </w:r>
      <w:r>
        <w:t>ab log jab nikle impose karne ke liye toh wahan authority baithi hui hai, toh us se ladne</w:t>
      </w:r>
    </w:p>
    <w:p>
      <w:pPr>
        <w:jc w:val="right"/>
      </w:pPr>
      <w:r>
        <w:t>اب لوگ جب نکلے امپوز کرنے کے لیے تو وہاں اتھارٹی بیٹھی ہوئی ہے، تو اس سے لڑنے</w:t>
      </w:r>
    </w:p>
    <w:p>
      <w:r>
        <w:rPr>
          <w:b/>
        </w:rPr>
        <w:t xml:space="preserve">[25:16] </w:t>
      </w:r>
      <w:r>
        <w:t>lagay.</w:t>
      </w:r>
    </w:p>
    <w:p>
      <w:pPr>
        <w:jc w:val="right"/>
      </w:pPr>
      <w:r>
        <w:t>لگے۔</w:t>
      </w:r>
    </w:p>
    <w:p>
      <w:r>
        <w:rPr>
          <w:b/>
        </w:rPr>
        <w:t xml:space="preserve">[25:17] </w:t>
      </w:r>
      <w:r>
        <w:t>un logon ko yeh kehna chahiye tha ke woh waqt aa gaya hai ke jab ke Islam ke paigham</w:t>
      </w:r>
    </w:p>
    <w:p>
      <w:pPr>
        <w:jc w:val="right"/>
      </w:pPr>
      <w:r>
        <w:t>ان لوگوں کو یہ کہنا چاہیے تھا کہ وہ وقت آگیا ہے کہ جب کہ اسلام کے پیغام</w:t>
      </w:r>
    </w:p>
    <w:p>
      <w:r>
        <w:rPr>
          <w:b/>
        </w:rPr>
        <w:t xml:space="preserve">[25:25] </w:t>
      </w:r>
      <w:r>
        <w:t>ko sadhnon mein basao.</w:t>
      </w:r>
    </w:p>
    <w:p>
      <w:pPr>
        <w:jc w:val="right"/>
      </w:pPr>
      <w:r>
        <w:t>کو سادھنوں میں بساؤ۔</w:t>
      </w:r>
    </w:p>
    <w:p>
      <w:r>
        <w:rPr>
          <w:b/>
        </w:rPr>
        <w:t xml:space="preserve">[25:27] </w:t>
      </w:r>
      <w:r>
        <w:t>Islam ke paigham ka matlab kya hai? Dunya ko yeh batana ke creator ka, ke creator ya khaliq</w:t>
      </w:r>
    </w:p>
    <w:p>
      <w:pPr>
        <w:jc w:val="right"/>
      </w:pPr>
      <w:r>
        <w:t>اسلام کے پیغام کا مطلب کیا ہے؟ دنیا کو یہ بتانا کہ کریٹر کا، کہ کریٹر یا خالق</w:t>
      </w:r>
    </w:p>
    <w:p>
      <w:r>
        <w:rPr>
          <w:b/>
        </w:rPr>
        <w:t xml:space="preserve">[25:34] </w:t>
      </w:r>
      <w:r>
        <w:t>ne dunya ko kyun banaya? Yeh batana, akhirat ki baat batana, jannat ki baat batana, dozakh ki baat</w:t>
      </w:r>
    </w:p>
    <w:p>
      <w:pPr>
        <w:jc w:val="right"/>
      </w:pPr>
      <w:r>
        <w:t>نے دنیا کو کیوں بنایا؟ یہ بتانا، آخرت کی بات بتانا، جنت کی بات بتانا، دوزخ کی بات</w:t>
      </w:r>
    </w:p>
    <w:p>
      <w:r>
        <w:rPr>
          <w:b/>
        </w:rPr>
        <w:t xml:space="preserve">[25:42] </w:t>
      </w:r>
      <w:r>
        <w:t>batana, yeh tha asal maqsad.</w:t>
      </w:r>
    </w:p>
    <w:p>
      <w:pPr>
        <w:jc w:val="right"/>
      </w:pPr>
      <w:r>
        <w:t>بتانا، یہ تھا اصل مقصد۔</w:t>
      </w:r>
    </w:p>
    <w:p>
      <w:r>
        <w:rPr>
          <w:b/>
        </w:rPr>
        <w:t xml:space="preserve">[25:44] </w:t>
      </w:r>
      <w:r>
        <w:t>تو میں سمجھتا ہوں کہ وقت آگیا ہے کہ ہم اس terrorist ideology کو demolish کریں، ideology کے</w:t>
      </w:r>
    </w:p>
    <w:p>
      <w:pPr>
        <w:jc w:val="right"/>
      </w:pPr>
      <w:r>
        <w:t>تو میں سمجھتا ہوں کہ وقت آگیا ہے کہ ہم اس ٹیررسٹ آئیڈیالوجی کو ڈیمالش کریں، آئیڈیالوجی کے</w:t>
      </w:r>
    </w:p>
    <w:p>
      <w:r>
        <w:rPr>
          <w:b/>
        </w:rPr>
        <w:t xml:space="preserve">[25:52] </w:t>
      </w:r>
      <w:r>
        <w:t>zariye, ideology counter ideology ke zariye, counter ideology ke zariye isko demolish karein aur musalmanon ko batayein</w:t>
      </w:r>
    </w:p>
    <w:p>
      <w:pPr>
        <w:jc w:val="right"/>
      </w:pPr>
      <w:r>
        <w:t>ذریعے، آئیڈیالوجی کاؤنٹر آئیڈیالوجی کے ذریعے، کاؤنٹر آئیڈیالوجی کے ذریعے اس کو ڈیمالش کریں اور مسلمانوں کو بتائیں</w:t>
      </w:r>
    </w:p>
    <w:p>
      <w:r>
        <w:rPr>
          <w:b/>
        </w:rPr>
        <w:t xml:space="preserve">[26:00] </w:t>
      </w:r>
      <w:r>
        <w:t>aur phir musalman sari dunya ko batayein ke Islam hai kya? Islam koi, yaani koi cultural system nahi</w:t>
      </w:r>
    </w:p>
    <w:p>
      <w:pPr>
        <w:jc w:val="right"/>
      </w:pPr>
      <w:r>
        <w:t>اور پھر مسلمان ساری دنیا کو بتائیں کہ اسلام ہے کیا؟ اسلام کوئی، یعنی کوئی کلچرل سسٹم نہیں</w:t>
      </w:r>
    </w:p>
    <w:p>
      <w:r>
        <w:rPr>
          <w:b/>
        </w:rPr>
        <w:t xml:space="preserve">[26:07]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[26:09] </w:t>
      </w:r>
      <w:r>
        <w:t>Islam koi cultural system nahi hai ke ek culture follow kar lo toh Islam ho gaya.</w:t>
      </w:r>
    </w:p>
    <w:p>
      <w:pPr>
        <w:jc w:val="right"/>
      </w:pPr>
      <w:r>
        <w:t>اسلام کوئی کلچرل سسٹم نہیں ہے کہ ایک کلچر فالو کر لو تو اسلام ہو گیا۔</w:t>
      </w:r>
    </w:p>
    <w:p>
      <w:r>
        <w:rPr>
          <w:b/>
        </w:rPr>
        <w:t xml:space="preserve">[26:16] </w:t>
      </w:r>
      <w:r>
        <w:t>nahi, Islam ka matlab hai ke Allah taala ne apne peghambar ko muntakhib kiya aur us par ek</w:t>
      </w:r>
    </w:p>
    <w:p>
      <w:pPr>
        <w:jc w:val="right"/>
      </w:pPr>
      <w:r>
        <w:t>نہیں، اسلام کا مطلب ہے کہ اللہ تعالیٰ نے اپنے پیغمبر کو منتخب کیا اور اس پر ایک</w:t>
      </w:r>
    </w:p>
    <w:p>
      <w:r>
        <w:rPr>
          <w:b/>
        </w:rPr>
        <w:t xml:space="preserve">[26:23] </w:t>
      </w:r>
      <w:r>
        <w:t>kitab utari aur us kitab ko mehfooz kar diya hamesha ke liye.</w:t>
      </w:r>
    </w:p>
    <w:p>
      <w:pPr>
        <w:jc w:val="right"/>
      </w:pPr>
      <w:r>
        <w:t>کتاب اتاری اور اس کتاب کو محفوظ کر دیا ہمیشہ کے لیے۔</w:t>
      </w:r>
    </w:p>
    <w:p>
      <w:r>
        <w:rPr>
          <w:b/>
        </w:rPr>
        <w:t xml:space="preserve">[26:29] </w:t>
      </w:r>
      <w:r>
        <w:t>Quran jo mehfooz kitab hai, toh koi bhi kitab jo second century mein ya us se pehle likhi</w:t>
      </w:r>
    </w:p>
    <w:p>
      <w:pPr>
        <w:jc w:val="right"/>
      </w:pPr>
      <w:r>
        <w:t>قرآن جو محفوظ کتاب ہے، تو کوئی بھی کتاب جو سیکنڈ سنچری میں یا اس سے پہلے لکھی</w:t>
      </w:r>
    </w:p>
    <w:p>
      <w:r>
        <w:rPr>
          <w:b/>
        </w:rPr>
        <w:t xml:space="preserve">[26:36] </w:t>
      </w:r>
      <w:r>
        <w:t>gayi ho, aaj mehfooz nahi hai, waisi ki waisi.</w:t>
      </w:r>
    </w:p>
    <w:p>
      <w:pPr>
        <w:jc w:val="right"/>
      </w:pPr>
      <w:r>
        <w:t>گئی ہو، آج محفوظ نہیں ہے، ویسی کی ویسی۔</w:t>
      </w:r>
    </w:p>
    <w:p>
      <w:r>
        <w:rPr>
          <w:b/>
        </w:rPr>
        <w:t xml:space="preserve">[26:40] </w:t>
      </w:r>
      <w:r>
        <w:t>to quran waisi ki waisi mehfooz hai jabkay is waqt printing press nahi tha.</w:t>
      </w:r>
    </w:p>
    <w:p>
      <w:pPr>
        <w:jc w:val="right"/>
      </w:pPr>
      <w:r>
        <w:t>تو قرآن ویسی کی ویسی محفوظ ہے جبکہ اس وقت پرنٹنگ پریس نہیں تھا۔</w:t>
      </w:r>
    </w:p>
    <w:p>
      <w:r>
        <w:rPr>
          <w:b/>
        </w:rPr>
        <w:t xml:space="preserve">[26:46] </w:t>
      </w:r>
      <w:r>
        <w:t>kitabon ka mehfooz edition aur qom mein aana yeh is waqt mumkin hua hai jabkay dunya mein printing</w:t>
      </w:r>
    </w:p>
    <w:p>
      <w:pPr>
        <w:jc w:val="right"/>
      </w:pPr>
      <w:r>
        <w:t>کتابوں کا محفوظ ایڈیشن اور قوم میں آنا یہ اس وقت ممکن ہوا ہے جبکہ دنیا میں پرنٹنگ</w:t>
      </w:r>
    </w:p>
    <w:p>
      <w:r>
        <w:rPr>
          <w:b/>
        </w:rPr>
        <w:t xml:space="preserve">[26:54] </w:t>
      </w:r>
      <w:r>
        <w:t>press aaya.</w:t>
      </w:r>
    </w:p>
    <w:p>
      <w:pPr>
        <w:jc w:val="right"/>
      </w:pPr>
      <w:r>
        <w:t>پریس آیا۔</w:t>
      </w:r>
    </w:p>
    <w:p>
      <w:r>
        <w:rPr>
          <w:b/>
        </w:rPr>
        <w:t xml:space="preserve">[26:55] </w:t>
      </w:r>
      <w:r>
        <w:t>is waqt printing press tha hi nahi.</w:t>
      </w:r>
    </w:p>
    <w:p>
      <w:pPr>
        <w:jc w:val="right"/>
      </w:pPr>
      <w:r>
        <w:t>اس وقت پرنٹنگ پریس تھا ہی نہیں۔</w:t>
      </w:r>
    </w:p>
    <w:p>
      <w:r>
        <w:rPr>
          <w:b/>
        </w:rPr>
        <w:t xml:space="preserve">[26:58] </w:t>
      </w:r>
      <w:r>
        <w:t>to Allah taala ne printing press paida kiya taakay quran mehfooz ho jaye kyunkay Allah taala ko yeh</w:t>
      </w:r>
    </w:p>
    <w:p>
      <w:pPr>
        <w:jc w:val="right"/>
      </w:pPr>
      <w:r>
        <w:t>تو اللہ تعالیٰ نے پرنٹنگ پریس پیدا کیا تاکہ قرآن محفوظ ہو جائے کیونکہ اللہ تعالیٰ کو یہ</w:t>
      </w:r>
    </w:p>
    <w:p>
      <w:r>
        <w:rPr>
          <w:b/>
        </w:rPr>
        <w:t xml:space="preserve">[27:06] </w:t>
      </w:r>
      <w:r>
        <w:t>matloob hai ke insaan yeh jaan le ke Khuda ne is ko kyun paida kiya hai.</w:t>
      </w:r>
    </w:p>
    <w:p>
      <w:pPr>
        <w:jc w:val="right"/>
      </w:pPr>
      <w:r>
        <w:t>مطلوب ہے کہ انسان یہ جان لے کہ خدا نے اس کو کیوں پیدا کیا ہے۔</w:t>
      </w:r>
    </w:p>
    <w:p>
      <w:r>
        <w:rPr>
          <w:b/>
        </w:rPr>
        <w:t xml:space="preserve">[27:13] </w:t>
      </w:r>
      <w:r>
        <w:t>kyunki jaisa ke quran mein bataya gaya hai ke ke saaray insaan jo poori history mein paida hue,</w:t>
      </w:r>
    </w:p>
    <w:p>
      <w:pPr>
        <w:jc w:val="right"/>
      </w:pPr>
      <w:r>
        <w:t>کیونکہ جیسا کہ قرآن میں بتایا گیا ہے کہ کہ سارے انسان جو پوری ہسٹری میں پیدا ہوئے،</w:t>
      </w:r>
    </w:p>
    <w:p>
      <w:r>
        <w:rPr>
          <w:b/>
        </w:rPr>
        <w:t xml:space="preserve">[27:21] </w:t>
      </w:r>
      <w:r>
        <w:t>sab hashar ke maidan mein ekatha kiye jayenge.</w:t>
      </w:r>
    </w:p>
    <w:p>
      <w:pPr>
        <w:jc w:val="right"/>
      </w:pPr>
      <w:r>
        <w:t>سب حشر کے میدان میں اکٹھا کیے جائیں گے۔</w:t>
      </w:r>
    </w:p>
    <w:p>
      <w:r>
        <w:rPr>
          <w:b/>
        </w:rPr>
        <w:t xml:space="preserve">[27:24] </w:t>
      </w:r>
      <w:r>
        <w:t>yom yusar un nas rabbul alameen.</w:t>
      </w:r>
    </w:p>
    <w:p>
      <w:pPr>
        <w:jc w:val="right"/>
      </w:pPr>
      <w:r>
        <w:t>یوم یوسر الناس رب العالمین۔</w:t>
      </w:r>
    </w:p>
    <w:p>
      <w:r>
        <w:rPr>
          <w:b/>
        </w:rPr>
        <w:t xml:space="preserve">[27:27] </w:t>
      </w:r>
      <w:r>
        <w:t>yaani saaray hi insaan jo poori history mein paida hue, mard aur aurat, ek maidan mein jama kiye</w:t>
      </w:r>
    </w:p>
    <w:p>
      <w:pPr>
        <w:jc w:val="right"/>
      </w:pPr>
      <w:r>
        <w:t>یعنی سارے ہی انسان جو پوری ہسٹری میں پیدا ہوئے، مرد اور عورت، ایک میدان میں جمع کیے</w:t>
      </w:r>
    </w:p>
    <w:p>
      <w:r>
        <w:rPr>
          <w:b/>
        </w:rPr>
        <w:t xml:space="preserve">[27:34] </w:t>
      </w:r>
      <w:r>
        <w:t>jayenge, dobara zinda honge.</w:t>
      </w:r>
    </w:p>
    <w:p>
      <w:pPr>
        <w:jc w:val="right"/>
      </w:pPr>
      <w:r>
        <w:t>جائیں گے، دوبارہ زندہ ہوں گے۔</w:t>
      </w:r>
    </w:p>
    <w:p>
      <w:r>
        <w:rPr>
          <w:b/>
        </w:rPr>
        <w:t xml:space="preserve">[27:37] </w:t>
      </w:r>
      <w:r>
        <w:t>to Allah taala ko yeh manzoor nahi ke log yeh kahein ke Khuda, to ne hum ko paida</w:t>
      </w:r>
    </w:p>
    <w:p>
      <w:pPr>
        <w:jc w:val="right"/>
      </w:pPr>
      <w:r>
        <w:t>تو اللہ تعالیٰ کو یہ منظور نہیں کہ لوگ یہ کہیں کہ خدا، تو نے ہم کو پیدا</w:t>
      </w:r>
    </w:p>
    <w:p>
      <w:r>
        <w:rPr>
          <w:b/>
        </w:rPr>
        <w:t xml:space="preserve">[27:45] </w:t>
      </w:r>
      <w:r>
        <w:t>kar diya aur yeh bataya nahi ke aage kya hone wala hai, kya maqsad hai? What is the</w:t>
      </w:r>
    </w:p>
    <w:p>
      <w:pPr>
        <w:jc w:val="right"/>
      </w:pPr>
      <w:r>
        <w:t>کر دیا اور یہ بتایا نہیں کہ آگے کیا ہونے والا ہے، کیا مقصد ہے؟ واٹ از دا</w:t>
      </w:r>
    </w:p>
    <w:p>
      <w:r>
        <w:rPr>
          <w:b/>
        </w:rPr>
        <w:t xml:space="preserve">[27:52] </w:t>
      </w:r>
      <w:r>
        <w:t>Purpose of life? یہ تو بتایا نہیں آپ نے ہم کو۔</w:t>
      </w:r>
    </w:p>
    <w:p>
      <w:pPr>
        <w:jc w:val="right"/>
      </w:pPr>
      <w:r>
        <w:t>پرپس آف لائف؟ یہ تو بتایا نہیں آپ نے ہم کو۔</w:t>
      </w:r>
    </w:p>
    <w:p>
      <w:r>
        <w:rPr>
          <w:b/>
        </w:rPr>
        <w:t xml:space="preserve">[27:57] </w:t>
      </w:r>
      <w:r>
        <w:t>to kis baat ke liye pakad rahe hain hum ko aap? Is ke liye Islam aaya hai ke</w:t>
      </w:r>
    </w:p>
    <w:p>
      <w:pPr>
        <w:jc w:val="right"/>
      </w:pPr>
      <w:r>
        <w:t>تو کس بات کے لیے پکڑ رہے ہیں ہم کو آپ؟ اس کے لیے اسلام آیا ہے کہ</w:t>
      </w:r>
    </w:p>
    <w:p>
      <w:r>
        <w:rPr>
          <w:b/>
        </w:rPr>
        <w:t xml:space="preserve">[28:05] </w:t>
      </w:r>
      <w:r>
        <w:t>logon ko yeh bata diya jaye ke tumhara ek Khaliq hai, tumhara ek creator hai, is creator ne</w:t>
      </w:r>
    </w:p>
    <w:p>
      <w:pPr>
        <w:jc w:val="right"/>
      </w:pPr>
      <w:r>
        <w:t>لوگوں کو یہ بتا دیا جائے کہ تمہارا ایک خالق ہے، تمہارا ایک کریٹر ہے، اس کریٹر نے</w:t>
      </w:r>
    </w:p>
    <w:p>
      <w:r>
        <w:rPr>
          <w:b/>
        </w:rPr>
        <w:t xml:space="preserve">[28:12] </w:t>
      </w:r>
      <w:r>
        <w:t>khaas maqsad ke tehat tum ko banaya hai aur tum ko jama hona hai Allah ke samne.</w:t>
      </w:r>
    </w:p>
    <w:p>
      <w:pPr>
        <w:jc w:val="right"/>
      </w:pPr>
      <w:r>
        <w:t>خاص مقصد کے تحت تم کو بنایا ہے اور تم کو جمع ہونا ہے اللہ کے سامنے۔</w:t>
      </w:r>
    </w:p>
    <w:p>
      <w:r>
        <w:rPr>
          <w:b/>
        </w:rPr>
        <w:t xml:space="preserve">[28:20] </w:t>
      </w:r>
      <w:r>
        <w:t>aur is ke baad ya jannat hai ya jahannum hai, yeh saari baatein batana hai jisko main</w:t>
      </w:r>
    </w:p>
    <w:p>
      <w:pPr>
        <w:jc w:val="right"/>
      </w:pPr>
      <w:r>
        <w:t>اور اس کے بعد یا جنت ہے یا جہنم ہے، یہ ساری باتیں بتانا ہے جس کو میں</w:t>
      </w:r>
    </w:p>
    <w:p>
      <w:r>
        <w:rPr>
          <w:b/>
        </w:rPr>
        <w:t xml:space="preserve">[28:27] </w:t>
      </w:r>
      <w:r>
        <w:t>kaha karta hoon creation plan of God.</w:t>
      </w:r>
    </w:p>
    <w:p>
      <w:pPr>
        <w:jc w:val="right"/>
      </w:pPr>
      <w:r>
        <w:t>کہا کرتا ہوں کیشن پلان آف گاڈ۔</w:t>
      </w:r>
    </w:p>
    <w:p>
      <w:r>
        <w:rPr>
          <w:b/>
        </w:rPr>
        <w:t xml:space="preserve">[28:30] </w:t>
      </w:r>
      <w:r>
        <w:t>to Islam yeh hai, Islam koi culture nahi hai, koi community ka, ke koi community culture nahi hai.</w:t>
      </w:r>
    </w:p>
    <w:p>
      <w:pPr>
        <w:jc w:val="right"/>
      </w:pPr>
      <w:r>
        <w:t>تو اسلام یہ ہے، اسلام کوئی کلچر نہیں ہے، کوئی کمیونٹی کا، کہ کوئی کمیونٹی کلچر نہیں ہے۔</w:t>
      </w:r>
    </w:p>
    <w:p>
      <w:r>
        <w:rPr>
          <w:b/>
        </w:rPr>
        <w:t xml:space="preserve">[28:38] </w:t>
      </w:r>
      <w:r>
        <w:t>Islam Allah ka paigham hai, yeh batane ke liye saare insaanon ko ke tum ko kis liye paida</w:t>
      </w:r>
    </w:p>
    <w:p>
      <w:pPr>
        <w:jc w:val="right"/>
      </w:pPr>
      <w:r>
        <w:t>اسلام اللہ کا پیغام ہے، یہ بتانے کے لیے سارے انسانوں کو کہ تم کو کس لئے پیدا</w:t>
      </w:r>
    </w:p>
    <w:p>
      <w:r>
        <w:rPr>
          <w:b/>
        </w:rPr>
        <w:t xml:space="preserve">[28:46] </w:t>
      </w:r>
      <w:r>
        <w:t>kiya gaya hai.</w:t>
      </w:r>
    </w:p>
    <w:p>
      <w:pPr>
        <w:jc w:val="right"/>
      </w:pPr>
      <w:r>
        <w:t>کیا گیا ہے۔</w:t>
      </w:r>
    </w:p>
    <w:p>
      <w:r>
        <w:rPr>
          <w:b/>
        </w:rPr>
        <w:t xml:space="preserve">[28:47] </w:t>
      </w:r>
      <w:r>
        <w:t>تمہارا جو فیوچر ہے، eternal فیوچر، وہ کس طرح سے اچھا بن سکتا ہے کیونکہ آپ جانتے ہیں</w:t>
      </w:r>
    </w:p>
    <w:p>
      <w:pPr>
        <w:jc w:val="right"/>
      </w:pPr>
      <w:r>
        <w:t>تمہارا جو فیوچر ہے، ٹرنل فیوچر، وہ کس طرح سے اچھا بن سکتا ہے کیونکہ آپ جانتے ہیں</w:t>
      </w:r>
    </w:p>
    <w:p>
      <w:r>
        <w:rPr>
          <w:b/>
        </w:rPr>
        <w:t xml:space="preserve">[28:55] </w:t>
      </w:r>
      <w:r>
        <w:t>ke quran ke mutabiq insaan abadi tor par paida kiya gaya hai, hamesha insaan ko zinda rahe.</w:t>
      </w:r>
    </w:p>
    <w:p>
      <w:pPr>
        <w:jc w:val="right"/>
      </w:pPr>
      <w:r>
        <w:t>کہ قرآن کے مطابق انسان ابدی طور پر پیدا کیا گیا ہے، ہمیشہ انسان کو زندہ رہے۔</w:t>
      </w:r>
    </w:p>
    <w:p>
      <w:r>
        <w:rPr>
          <w:b/>
        </w:rPr>
        <w:t xml:space="preserve">[29:02] </w:t>
      </w:r>
      <w:r>
        <w:t>to woh woh jo abadit hai, woh kya hai? Kal mein ne parha ek Stephen Hawking ka ek</w:t>
      </w:r>
    </w:p>
    <w:p>
      <w:pPr>
        <w:jc w:val="right"/>
      </w:pPr>
      <w:r>
        <w:t>تو وہ وہ جو ابدیت ہے، وہ کیا ہے؟ کل میں نے پڑھا ایک اسٹیفن ہاکنگ کا ایک</w:t>
      </w:r>
    </w:p>
    <w:p>
      <w:r>
        <w:rPr>
          <w:b/>
        </w:rPr>
        <w:t xml:space="preserve">[29:10] </w:t>
      </w:r>
      <w:r>
        <w:t>ek report aayi hai akhbaron mein, us ne kaha ke yeh jo planet Earth hai, is par insaan</w:t>
      </w:r>
    </w:p>
    <w:p>
      <w:pPr>
        <w:jc w:val="right"/>
      </w:pPr>
      <w:r>
        <w:t>ایک رپورٹ آئی ہے اخباروں میں، اس نے کہا کہ یہ جو پلینٹ ارتھ ہے، اس پر انسان</w:t>
      </w:r>
    </w:p>
    <w:p>
      <w:r>
        <w:rPr>
          <w:b/>
        </w:rPr>
        <w:t xml:space="preserve">[29:18] </w:t>
      </w:r>
      <w:r>
        <w:t>ab bohat der tak nahi reh sakta.</w:t>
      </w:r>
    </w:p>
    <w:p>
      <w:pPr>
        <w:jc w:val="right"/>
      </w:pPr>
      <w:r>
        <w:t>اب بہت دیر تک نہیں رہ سکتا۔</w:t>
      </w:r>
    </w:p>
    <w:p>
      <w:r>
        <w:rPr>
          <w:b/>
        </w:rPr>
        <w:t xml:space="preserve">[29:21] </w:t>
      </w:r>
      <w:r>
        <w:t>ab hamein ek aur planet develop karna chahiye.</w:t>
      </w:r>
    </w:p>
    <w:p>
      <w:pPr>
        <w:jc w:val="right"/>
      </w:pPr>
      <w:r>
        <w:t>اب ہمیں ایک اور پلینٹ ڈیولپ کرنا چاہیے۔</w:t>
      </w:r>
    </w:p>
    <w:p>
      <w:r>
        <w:rPr>
          <w:b/>
        </w:rPr>
        <w:t xml:space="preserve">[29:24] </w:t>
      </w:r>
      <w:r>
        <w:t>yani suraj ke ird gird jo kai planet ghoom rahe hain, jo abhi barren hai, abhi zameen ki tarah</w:t>
      </w:r>
    </w:p>
    <w:p>
      <w:pPr>
        <w:jc w:val="right"/>
      </w:pPr>
      <w:r>
        <w:t>یعنی سورج کے اردگرد جو کئی پلینٹ گھوم رہے ہیں، جو ابھی بیرن ہے، ابھی زمین کی طرح</w:t>
      </w:r>
    </w:p>
    <w:p>
      <w:r>
        <w:rPr>
          <w:b/>
        </w:rPr>
        <w:t xml:space="preserve">[29:32] </w:t>
      </w:r>
      <w:r>
        <w:t>nahi hai, woh to is ka maqsad tha kisi planet ko, maslan mars ko, hum lein aur is</w:t>
      </w:r>
    </w:p>
    <w:p>
      <w:pPr>
        <w:jc w:val="right"/>
      </w:pPr>
      <w:r>
        <w:t>نہیں ہے، وہ تو اس کا مقصد تھا کسی پلینٹ کو، مثلاً مارس کو، ہم لیں اور اس</w:t>
      </w:r>
    </w:p>
    <w:p>
      <w:r>
        <w:rPr>
          <w:b/>
        </w:rPr>
        <w:t xml:space="preserve">[29:40] </w:t>
      </w:r>
      <w:r>
        <w:t>ko develop kar ke zameen jaisa bana dein.</w:t>
      </w:r>
    </w:p>
    <w:p>
      <w:pPr>
        <w:jc w:val="right"/>
      </w:pPr>
      <w:r>
        <w:t>کو ڈیولپ کر کے زمین جیسا بنائیں۔</w:t>
      </w:r>
    </w:p>
    <w:p>
      <w:r>
        <w:rPr>
          <w:b/>
        </w:rPr>
        <w:t xml:space="preserve">[29:43] </w:t>
      </w:r>
      <w:r>
        <w:t>to maine kaha ke yeh to ek, yani yani waise to yeh ek romantic idea hai lekin</w:t>
      </w:r>
    </w:p>
    <w:p>
      <w:pPr>
        <w:jc w:val="right"/>
      </w:pPr>
      <w:r>
        <w:t>تو میں نے کہا کہ یہ تو ایک، یعنی یعنی ویسے تو یہ ایک رومینٹک آئیڈیا ہے لیکن</w:t>
      </w:r>
    </w:p>
    <w:p>
      <w:r>
        <w:rPr>
          <w:b/>
        </w:rPr>
        <w:t xml:space="preserve">[29:50] </w:t>
      </w:r>
      <w:r>
        <w:t>is mein ek bohat bari baat hai kyunke insaan ke paas yeh taqat nahi hai ke woh kisi</w:t>
      </w:r>
    </w:p>
    <w:p>
      <w:pPr>
        <w:jc w:val="right"/>
      </w:pPr>
      <w:r>
        <w:t>اس میں ایک بہت بڑی بات ہے کیونکہ انسان کے پاس یہ طاقت نہیں ہے کہ وہ کسی</w:t>
      </w:r>
    </w:p>
    <w:p>
      <w:r>
        <w:rPr>
          <w:b/>
        </w:rPr>
        <w:t xml:space="preserve">[29:58] </w:t>
      </w:r>
      <w:r>
        <w:t>planet ko apna kare aur us ko develop kar ke zameen jaisa bana de ke wahan pani ho,</w:t>
      </w:r>
    </w:p>
    <w:p>
      <w:pPr>
        <w:jc w:val="right"/>
      </w:pPr>
      <w:r>
        <w:t>پلینٹ کو اپنا کرے اور اس کو ڈیولپ کر کے زمین جیسا بنا دے کہ وہاں پانی ہو،</w:t>
      </w:r>
    </w:p>
    <w:p>
      <w:r>
        <w:rPr>
          <w:b/>
        </w:rPr>
        <w:t xml:space="preserve">[30:06] </w:t>
      </w:r>
      <w:r>
        <w:t>wahan greenery ho, yeh insaan ke bas mein nahi hai.</w:t>
      </w:r>
    </w:p>
    <w:p>
      <w:pPr>
        <w:jc w:val="right"/>
      </w:pPr>
      <w:r>
        <w:t>وہاں گرینری ہو، یہ انسان کے بس میں نہیں ہے۔</w:t>
      </w:r>
    </w:p>
    <w:p>
      <w:r>
        <w:rPr>
          <w:b/>
        </w:rPr>
        <w:t xml:space="preserve">[30:10] </w:t>
      </w:r>
      <w:r>
        <w:t>lekin is ke andar ek ek message hai, ek bohat bari baat hai, woh yeh hai ke insaan</w:t>
      </w:r>
    </w:p>
    <w:p>
      <w:pPr>
        <w:jc w:val="right"/>
      </w:pPr>
      <w:r>
        <w:t>لیکن اس کے اندر ایک ایک میسج ہے، ایک بہت بڑی بات ہے، وہ یہ ہے کہ انسان</w:t>
      </w:r>
    </w:p>
    <w:p>
      <w:r>
        <w:rPr>
          <w:b/>
        </w:rPr>
        <w:t xml:space="preserve">[30:18] </w:t>
      </w:r>
      <w:r>
        <w:t>chahta hai ke meri eternal life ho.</w:t>
      </w:r>
    </w:p>
    <w:p>
      <w:pPr>
        <w:jc w:val="right"/>
      </w:pPr>
      <w:r>
        <w:t>چاہتا ہے کہ میری ایٹرنل لائف ہو۔</w:t>
      </w:r>
    </w:p>
    <w:p>
      <w:r>
        <w:rPr>
          <w:b/>
        </w:rPr>
        <w:t xml:space="preserve">[30:21] </w:t>
      </w:r>
      <w:r>
        <w:t>insaan by nature chahta hai ke eternal life meri honi chahiye.</w:t>
      </w:r>
    </w:p>
    <w:p>
      <w:pPr>
        <w:jc w:val="right"/>
      </w:pPr>
      <w:r>
        <w:t>انسان بائی نیچر چاہتا ہے کہ ایٹرنل لائف میری ہونی چاہیے۔</w:t>
      </w:r>
    </w:p>
    <w:p>
      <w:r>
        <w:rPr>
          <w:b/>
        </w:rPr>
        <w:t xml:space="preserve">[30:26] </w:t>
      </w:r>
      <w:r>
        <w:t>to ab zameen jab mein jab is qabil nahi rahe gi kuch dino mein ke insaan yahan reh</w:t>
      </w:r>
    </w:p>
    <w:p>
      <w:pPr>
        <w:jc w:val="right"/>
      </w:pPr>
      <w:r>
        <w:t>تو اب زمین جب میں جب اس قابل نہیں رہے گی کچھ دنوں میں کہ انسان یہاں رہ</w:t>
      </w:r>
    </w:p>
    <w:p>
      <w:r>
        <w:rPr>
          <w:b/>
        </w:rPr>
        <w:t xml:space="preserve">[30:33] </w:t>
      </w:r>
      <w:r>
        <w:t>sake to phir main kahan rahoon ga? Meri eternity ke liye koi aur jagah chahiye.</w:t>
      </w:r>
    </w:p>
    <w:p>
      <w:pPr>
        <w:jc w:val="right"/>
      </w:pPr>
      <w:r>
        <w:t>سکے تو پھر میں کہاں رہوں گا؟ میری ایٹرنٹی کے لیے کوئی اور جگہ چاہیے۔</w:t>
      </w:r>
    </w:p>
    <w:p>
      <w:r>
        <w:rPr>
          <w:b/>
        </w:rPr>
        <w:t xml:space="preserve">[30:40] </w:t>
      </w:r>
      <w:r>
        <w:t>yani insaan ka nature bol raha hai, insaan ka nature bol raha hai.</w:t>
      </w:r>
    </w:p>
    <w:p>
      <w:pPr>
        <w:jc w:val="right"/>
      </w:pPr>
      <w:r>
        <w:t>یعنی انسان کا نیچر بول رہا ہے، انسان کا نیچر بول رہا ہے۔</w:t>
      </w:r>
    </w:p>
    <w:p>
      <w:r>
        <w:rPr>
          <w:b/>
        </w:rPr>
        <w:t xml:space="preserve">[30:45] </w:t>
      </w:r>
      <w:r>
        <w:t>to yahan hamein batana hai insaan ko ke woh ek aur duniya Allah ne banai hai.</w:t>
      </w:r>
    </w:p>
    <w:p>
      <w:pPr>
        <w:jc w:val="right"/>
      </w:pPr>
      <w:r>
        <w:t>تو یہاں ہمیں بتانا ہے انسان کو کہ وہ ایک اور دنیا اللہ نے بنائی ہے۔</w:t>
      </w:r>
    </w:p>
    <w:p>
      <w:r>
        <w:rPr>
          <w:b/>
        </w:rPr>
        <w:t xml:space="preserve">[30:52] </w:t>
      </w:r>
      <w:r>
        <w:t>quran mein hai ke min kulli shay'in khalqna zawjain, yani pair ki shakal mein banaya.</w:t>
      </w:r>
    </w:p>
    <w:p>
      <w:pPr>
        <w:jc w:val="right"/>
      </w:pPr>
      <w:r>
        <w:t>قرآن میں ہے کہ من کل الشیئن خلقنا زوجین، یعنی پیئر کی شکل میں بنایا۔</w:t>
      </w:r>
    </w:p>
    <w:p>
      <w:r>
        <w:rPr>
          <w:b/>
        </w:rPr>
        <w:t xml:space="preserve">[30:59] </w:t>
      </w:r>
      <w:r>
        <w:t>to yeh quran mein bataya gaya ke yeh duniya ek pair world hai, yeh ek pair world hai,</w:t>
      </w:r>
    </w:p>
    <w:p>
      <w:pPr>
        <w:jc w:val="right"/>
      </w:pPr>
      <w:r>
        <w:t>تو یہ قرآن میں بتایا گیا کہ یہ دنیا ایک پیئر ورلڈ ہے، یہ ایک پیئر ورلڈ ہے،</w:t>
      </w:r>
    </w:p>
    <w:p>
      <w:r>
        <w:rPr>
          <w:b/>
        </w:rPr>
        <w:t xml:space="preserve">[31:06] </w:t>
      </w:r>
      <w:r>
        <w:t>yani is duniya ke sath ek aur duniya banai hai Allah taala ne, woh akhirat.</w:t>
      </w:r>
    </w:p>
    <w:p>
      <w:pPr>
        <w:jc w:val="right"/>
      </w:pPr>
      <w:r>
        <w:t>یعنی اس دنیا کے ساتھ ایک اور دنیا بنائی ہے اللہ تعالیٰ نے، وہ آخرت۔</w:t>
      </w:r>
    </w:p>
    <w:p>
      <w:r>
        <w:rPr>
          <w:b/>
        </w:rPr>
        <w:t xml:space="preserve">[31:13] </w:t>
      </w:r>
      <w:r>
        <w:t>ek yeh duniya jahan hum temporary tor par hote hain, ek aur duniya jahan hum eternal tor par</w:t>
      </w:r>
    </w:p>
    <w:p>
      <w:pPr>
        <w:jc w:val="right"/>
      </w:pPr>
      <w:r>
        <w:t>ایک یہ دنیا جہاں ہم ٹمپریری طور پر ہوتے ہیں، ایک اور دنیا جہاں ہم ایٹرنل طور پر</w:t>
      </w:r>
    </w:p>
    <w:p>
      <w:r>
        <w:rPr>
          <w:b/>
        </w:rPr>
        <w:t xml:space="preserve">[31:20] </w:t>
      </w:r>
      <w:r>
        <w:t>rahein ge, jis ko akhirat ki duniya kaha gaya hai.</w:t>
      </w:r>
    </w:p>
    <w:p>
      <w:pPr>
        <w:jc w:val="right"/>
      </w:pPr>
      <w:r>
        <w:t>رہیں گے، جس کو آخرت کی دنیا کہا گیا ہے۔</w:t>
      </w:r>
    </w:p>
    <w:p>
      <w:r>
        <w:rPr>
          <w:b/>
        </w:rPr>
        <w:t xml:space="preserve">[31:25] </w:t>
      </w:r>
      <w:r>
        <w:t>quran mein sab se zyada yahi baat hai, sab se zyada quran mein jo baat kahi gayi hai,</w:t>
      </w:r>
    </w:p>
    <w:p>
      <w:pPr>
        <w:jc w:val="right"/>
      </w:pPr>
      <w:r>
        <w:t>قرآن میں سب سے زیادہ یہی بات ہے، سب سے زیادہ قرآن میں جو بات کہی گئی ہے،</w:t>
      </w:r>
    </w:p>
    <w:p>
      <w:r>
        <w:rPr>
          <w:b/>
        </w:rPr>
        <w:t xml:space="preserve">[31:32] </w:t>
      </w:r>
      <w:r>
        <w:t>woh yahi kahi gayi hai ke yeh duniya jo hai, ek pair world ki shakal mein banai gayi</w:t>
      </w:r>
    </w:p>
    <w:p>
      <w:pPr>
        <w:jc w:val="right"/>
      </w:pPr>
      <w:r>
        <w:t>وہ یہی کہی گئی ہے کہ یہ دنیا جو ہے، ایک پیئر ورلڈ کی شکل میں بنائی گئی</w:t>
      </w:r>
    </w:p>
    <w:p>
      <w:r>
        <w:rPr>
          <w:b/>
        </w:rPr>
        <w:t xml:space="preserve">[31:40] </w:t>
      </w:r>
      <w:r>
        <w:t>hai, is ke sath ek aur duniya hai.</w:t>
      </w:r>
    </w:p>
    <w:p>
      <w:pPr>
        <w:jc w:val="right"/>
      </w:pPr>
      <w:r>
        <w:t>ہے، اس کے ساتھ ایک اور دنیا ہے۔</w:t>
      </w:r>
    </w:p>
    <w:p>
      <w:r>
        <w:rPr>
          <w:b/>
        </w:rPr>
        <w:t xml:space="preserve">[31:44] </w:t>
      </w:r>
      <w:r>
        <w:t>to main samajhta hoon ke Stephen Hawking ki jo baat hai, bazahir ek romantic baat hai lekin is</w:t>
      </w:r>
    </w:p>
    <w:p>
      <w:pPr>
        <w:jc w:val="right"/>
      </w:pPr>
      <w:r>
        <w:t>تو میں سمجھتا ہوں کہ اسٹیفن ہاکنگ کی جو بات ہے، بظاہر ایک رومینٹک بات ہے لیکن اس</w:t>
      </w:r>
    </w:p>
    <w:p>
      <w:r>
        <w:rPr>
          <w:b/>
        </w:rPr>
        <w:t xml:space="preserve">[31:51] </w:t>
      </w:r>
      <w:r>
        <w:t>ke andar aik sachai chupi hui hai ke insan nature mang raha hai ke mujhe aik aur dunya</w:t>
      </w:r>
    </w:p>
    <w:p>
      <w:pPr>
        <w:jc w:val="right"/>
      </w:pPr>
      <w:r>
        <w:t>کے اندر ایک سچائی چھپی ہوئی ہے کہ انسان نیچر مانگ رہا ہے کہ مجھے ایک اور دنیا</w:t>
      </w:r>
    </w:p>
    <w:p>
      <w:r>
        <w:rPr>
          <w:b/>
        </w:rPr>
        <w:t xml:space="preserve">[31:59] </w:t>
      </w:r>
      <w:r>
        <w:t>do, yani aik creator, mujhe aik aur dunya chahiye.</w:t>
      </w:r>
    </w:p>
    <w:p>
      <w:pPr>
        <w:jc w:val="right"/>
      </w:pPr>
      <w:r>
        <w:t>دو، یعنی ایک کریٹر، مجھے ایک اور دنیا چاہیے۔</w:t>
      </w:r>
    </w:p>
    <w:p>
      <w:r>
        <w:rPr>
          <w:b/>
        </w:rPr>
        <w:t xml:space="preserve">[32:03] </w:t>
      </w:r>
      <w:r>
        <w:t>to yeh sab baatein quran mein hain.</w:t>
      </w:r>
    </w:p>
    <w:p>
      <w:pPr>
        <w:jc w:val="right"/>
      </w:pPr>
      <w:r>
        <w:t>تو یہ سب باتیں قرآن میں ہیں۔</w:t>
      </w:r>
    </w:p>
    <w:p>
      <w:r>
        <w:rPr>
          <w:b/>
        </w:rPr>
        <w:t xml:space="preserve">[32:06] </w:t>
      </w:r>
      <w:r>
        <w:t>insan ko agar hum batayein to zaroor insan is ko sochega, is par ghor karega.</w:t>
      </w:r>
    </w:p>
    <w:p>
      <w:pPr>
        <w:jc w:val="right"/>
      </w:pPr>
      <w:r>
        <w:t>انسان کو اگر ہم بتائیں تو ضرور انسان اس کو سوچے گا، اس پر غور کرے گا۔</w:t>
      </w:r>
    </w:p>
    <w:p>
      <w:r>
        <w:rPr>
          <w:b/>
        </w:rPr>
        <w:t xml:space="preserve">[32:13] </w:t>
      </w:r>
      <w:r>
        <w:t>aur mein samajhta hoon ke qadeem zamane mein yeh baatein kehne ka waqt nahi aya tha kyunke is</w:t>
      </w:r>
    </w:p>
    <w:p>
      <w:pPr>
        <w:jc w:val="right"/>
      </w:pPr>
      <w:r>
        <w:t>اور میں سمجھتا ہوں کہ قدیم زمانے میں یہ باتیں کہنے کا وقت نہیں آیا تھا کیونکہ اس</w:t>
      </w:r>
    </w:p>
    <w:p>
      <w:r>
        <w:rPr>
          <w:b/>
        </w:rPr>
        <w:t xml:space="preserve">[32:21] </w:t>
      </w:r>
      <w:r>
        <w:t>waqt woh data maujood nahi tha, woh framework maujood nahi tha.</w:t>
      </w:r>
    </w:p>
    <w:p>
      <w:pPr>
        <w:jc w:val="right"/>
      </w:pPr>
      <w:r>
        <w:t>وقت وہ ڈیٹا موجود نہیں تھا، وہ فریم ورک موجود نہیں تھا۔</w:t>
      </w:r>
    </w:p>
    <w:p>
      <w:r>
        <w:rPr>
          <w:b/>
        </w:rPr>
        <w:t xml:space="preserve">[32:26] </w:t>
      </w:r>
      <w:r>
        <w:t>mein samajhta hoon ke maujooda jo tehzeeb hai ya maujooda jo science hai, is ne pehli baar woh</w:t>
      </w:r>
    </w:p>
    <w:p>
      <w:pPr>
        <w:jc w:val="right"/>
      </w:pPr>
      <w:r>
        <w:t>میں سمجھتا ہوں کہ موجودہ جو تہذیب ہے یا موجودہ جو سائنس ہے، اس نے پہلی بار وہ</w:t>
      </w:r>
    </w:p>
    <w:p>
      <w:r>
        <w:rPr>
          <w:b/>
        </w:rPr>
        <w:t xml:space="preserve">[32:34] </w:t>
      </w:r>
      <w:r>
        <w:t>data faraham kiya hai jis ki roshni mein, jis ki buniyad par hum islam ki sachai ko log</w:t>
      </w:r>
    </w:p>
    <w:p>
      <w:pPr>
        <w:jc w:val="right"/>
      </w:pPr>
      <w:r>
        <w:t>ڈیٹا فراہم کیا ہے جس کی روشنی میں، جس کی بنیاد پر ہم اسلام کی سچائی کو لوگ</w:t>
      </w:r>
    </w:p>
    <w:p>
      <w:r>
        <w:rPr>
          <w:b/>
        </w:rPr>
        <w:t xml:space="preserve">[32:41] </w:t>
      </w:r>
      <w:r>
        <w:t>samne la sakein.</w:t>
      </w:r>
    </w:p>
    <w:p>
      <w:pPr>
        <w:jc w:val="right"/>
      </w:pPr>
      <w:r>
        <w:t>سامنے لا سکیں۔</w:t>
      </w:r>
    </w:p>
    <w:p>
      <w:r>
        <w:rPr>
          <w:b/>
        </w:rPr>
        <w:t xml:space="preserve">[32:43] </w:t>
      </w:r>
      <w:r>
        <w:t>aur woh framework diya hai jis ki wajah se logon ke liye samajh mein aaye.</w:t>
      </w:r>
    </w:p>
    <w:p>
      <w:pPr>
        <w:jc w:val="right"/>
      </w:pPr>
      <w:r>
        <w:t>اور وہ فریم ورک دیا ہے جس کی وجہ سے لوگوں کے لیے سمجھ میں آئے۔</w:t>
      </w:r>
    </w:p>
    <w:p>
      <w:r>
        <w:rPr>
          <w:b/>
        </w:rPr>
        <w:t xml:space="preserve">[32:50] </w:t>
      </w:r>
      <w:r>
        <w:t>misal ke taur par dekhiye, quran mein aik ayat thi ke in al-samawati wal-ardi kanata ratqan fataqnahuma, zameen</w:t>
      </w:r>
    </w:p>
    <w:p>
      <w:pPr>
        <w:jc w:val="right"/>
      </w:pPr>
      <w:r>
        <w:t>مثال کے طور پر دیکھئے، قرآن میں ایک آیت تھی کہ ان السماوات والأرض کانتا رتقا ففتقناهما، زمین</w:t>
      </w:r>
    </w:p>
    <w:p>
      <w:r>
        <w:rPr>
          <w:b/>
        </w:rPr>
        <w:t xml:space="preserve">[32:57] </w:t>
      </w:r>
      <w:r>
        <w:t>o aasman mile hue thay, phir hum ne is ko khol diya.</w:t>
      </w:r>
    </w:p>
    <w:p>
      <w:pPr>
        <w:jc w:val="right"/>
      </w:pPr>
      <w:r>
        <w:t>و آسمان ملے ہوئے تھے، پھر ہم نے اس کو کھول دیا۔</w:t>
      </w:r>
    </w:p>
    <w:p>
      <w:r>
        <w:rPr>
          <w:b/>
        </w:rPr>
        <w:t xml:space="preserve">[33:03] </w:t>
      </w:r>
      <w:r>
        <w:t>yeh ayat ka matlab koi nahi janta tha hazar saal tak.</w:t>
      </w:r>
    </w:p>
    <w:p>
      <w:pPr>
        <w:jc w:val="right"/>
      </w:pPr>
      <w:r>
        <w:t>یہ آیت کا مطلب کوئی نہیں جانتا تھا ہزار سال تک۔</w:t>
      </w:r>
    </w:p>
    <w:p>
      <w:r>
        <w:rPr>
          <w:b/>
        </w:rPr>
        <w:t xml:space="preserve">[33:07] </w:t>
      </w:r>
      <w:r>
        <w:t>big bang ki theory jab samne aayi, ab aap jante hain ke big bang aik established theory ban</w:t>
      </w:r>
    </w:p>
    <w:p>
      <w:pPr>
        <w:jc w:val="right"/>
      </w:pPr>
      <w:r>
        <w:t>بگ بینک کی تھیوری جب سامنے آئی، اب آپ جانتے ہیں کہ بگ بینک ایک اسٹیبلش تھیوری بن</w:t>
      </w:r>
    </w:p>
    <w:p>
      <w:r>
        <w:rPr>
          <w:b/>
        </w:rPr>
        <w:t xml:space="preserve">[33:15] </w:t>
      </w:r>
      <w:r>
        <w:t>chuki hai, tab maloom hua ke is ayat ka matlab kya hai.</w:t>
      </w:r>
    </w:p>
    <w:p>
      <w:pPr>
        <w:jc w:val="right"/>
      </w:pPr>
      <w:r>
        <w:t>چکی ہے، تب معلوم ہوا کہ اس آیت کا مطلب کیا ہے۔</w:t>
      </w:r>
    </w:p>
    <w:p>
      <w:r>
        <w:rPr>
          <w:b/>
        </w:rPr>
        <w:t xml:space="preserve">[33:20] </w:t>
      </w:r>
      <w:r>
        <w:t>aur is se aik bohat bari baat samajh mein aayi.</w:t>
      </w:r>
    </w:p>
    <w:p>
      <w:pPr>
        <w:jc w:val="right"/>
      </w:pPr>
      <w:r>
        <w:t>اور اس سے ایک بہت بڑی بات سمجھ میں آئی۔</w:t>
      </w:r>
    </w:p>
    <w:p>
      <w:r>
        <w:rPr>
          <w:b/>
        </w:rPr>
        <w:t xml:space="preserve">[33:24] </w:t>
      </w:r>
      <w:r>
        <w:t>dekhiye, khuda ke wajood ke baray mein pichlay tamam philosophers yeh kehte thay ke woh, yani pichlay ke</w:t>
      </w:r>
    </w:p>
    <w:p>
      <w:pPr>
        <w:jc w:val="right"/>
      </w:pPr>
      <w:r>
        <w:t>دیکھئے، خدا کے وجود کے بارے میں پچھلے تمام فلاسفرز یہ کہتے تھے کہ وہ، یعنی پچھلے کہ</w:t>
      </w:r>
    </w:p>
    <w:p>
      <w:r>
        <w:rPr>
          <w:b/>
        </w:rPr>
        <w:t xml:space="preserve">[33:32] </w:t>
      </w:r>
      <w:r>
        <w:t>yeh isi isi dunya hi ko eternal mante thay.</w:t>
      </w:r>
    </w:p>
    <w:p>
      <w:pPr>
        <w:jc w:val="right"/>
      </w:pPr>
      <w:r>
        <w:t>یہ اسی اسی دنیا ہی کو ایٹرنل مانتے تھے۔</w:t>
      </w:r>
    </w:p>
    <w:p>
      <w:r>
        <w:rPr>
          <w:b/>
        </w:rPr>
        <w:t xml:space="preserve">[33:36] </w:t>
      </w:r>
      <w:r>
        <w:t>woh koi aur khuda hai, is ke is ko woh eternal hai, is ki wajah se is dunya</w:t>
      </w:r>
    </w:p>
    <w:p>
      <w:pPr>
        <w:jc w:val="right"/>
      </w:pPr>
      <w:r>
        <w:t>وہ کوئی اور خدا ہے، اس کے اس کو وہ ایٹرنل ہے، اس کی وجہ سے اس دنیا</w:t>
      </w:r>
    </w:p>
    <w:p>
      <w:r>
        <w:rPr>
          <w:b/>
        </w:rPr>
        <w:t xml:space="preserve">[33:44] </w:t>
      </w:r>
      <w:r>
        <w:t>ko, is ko kehte hain qadeem, yani maada qadeem hai.</w:t>
      </w:r>
    </w:p>
    <w:p>
      <w:pPr>
        <w:jc w:val="right"/>
      </w:pPr>
      <w:r>
        <w:t>کو، اس کو کہتے ہیں قدیم، یعنی مادہ قدیم ہے۔</w:t>
      </w:r>
    </w:p>
    <w:p>
      <w:r>
        <w:rPr>
          <w:b/>
        </w:rPr>
        <w:t xml:space="preserve">[33:48] </w:t>
      </w:r>
      <w:r>
        <w:t>jo kehte thay riwayati zaban mein ke yeh dunya jo hai, yahi qadeem hai, yani qadeem ke maani</w:t>
      </w:r>
    </w:p>
    <w:p>
      <w:pPr>
        <w:jc w:val="right"/>
      </w:pPr>
      <w:r>
        <w:t>جو کہتے تھے روایتی زبان میں کہ یہ دنیا جو ہے، یہی قدیم ہے، یعنی قدیم کے معنی</w:t>
      </w:r>
    </w:p>
    <w:p>
      <w:r>
        <w:rPr>
          <w:b/>
        </w:rPr>
        <w:t xml:space="preserve">[33:56] </w:t>
      </w:r>
      <w:r>
        <w:t>hain, yani eternity se chali aa rahi hai.</w:t>
      </w:r>
    </w:p>
    <w:p>
      <w:pPr>
        <w:jc w:val="right"/>
      </w:pPr>
      <w:r>
        <w:t>ہیں، یعنی ایٹرنٹی سے چلی آ رہی ہے۔</w:t>
      </w:r>
    </w:p>
    <w:p>
      <w:r>
        <w:rPr>
          <w:b/>
        </w:rPr>
        <w:t xml:space="preserve">[33:59] </w:t>
      </w:r>
      <w:r>
        <w:t>yeh jo dunya hai, is ko hum dekh rahe hain, yeh eternity se chali aa rahi hai.</w:t>
      </w:r>
    </w:p>
    <w:p>
      <w:pPr>
        <w:jc w:val="right"/>
      </w:pPr>
      <w:r>
        <w:t>یہ جو دنیا ہے، اس کو ہم دیکھ رہے ہیں، یہ ایٹرنٹی سے چلی آ رہی ہے۔</w:t>
      </w:r>
    </w:p>
    <w:p>
      <w:r>
        <w:rPr>
          <w:b/>
        </w:rPr>
        <w:t xml:space="preserve">[34:06] </w:t>
      </w:r>
      <w:r>
        <w:t>is mein khuda ke liye koi jagah nahi thi.</w:t>
      </w:r>
    </w:p>
    <w:p>
      <w:pPr>
        <w:jc w:val="right"/>
      </w:pPr>
      <w:r>
        <w:t>اس میں خدا کے لئے کوئی جگہ نہیں تھی۔</w:t>
      </w:r>
    </w:p>
    <w:p>
      <w:r>
        <w:rPr>
          <w:b/>
        </w:rPr>
        <w:t xml:space="preserve">[34:10] </w:t>
      </w:r>
      <w:r>
        <w:t>dunya apne aap chali aa rahi hai to khuda ki zaroorat kya hai? lekin big bang theory ne</w:t>
      </w:r>
    </w:p>
    <w:p>
      <w:pPr>
        <w:jc w:val="right"/>
      </w:pPr>
      <w:r>
        <w:t>دنیا اپنے آپ چلی آ رہی ہے تو خدا کی ضرورت کیا ہے؟ لیکن بگ بینک تھیوری نے</w:t>
      </w:r>
    </w:p>
    <w:p>
      <w:r>
        <w:rPr>
          <w:b/>
        </w:rPr>
        <w:t xml:space="preserve">[34:18] </w:t>
      </w:r>
      <w:r>
        <w:t>sabit kiya hai ke is ki aik shuruaat hai, terah billion saal pehle yeh shuru hua.</w:t>
      </w:r>
    </w:p>
    <w:p>
      <w:pPr>
        <w:jc w:val="right"/>
      </w:pPr>
      <w:r>
        <w:t>ثابت کیا ہے کہ اس کی ایک شروعات ہے، تیرہ بلین سال پہلے یہ شروع ہوئی۔</w:t>
      </w:r>
    </w:p>
    <w:p>
      <w:r>
        <w:rPr>
          <w:b/>
        </w:rPr>
        <w:t xml:space="preserve">[34:25] </w:t>
      </w:r>
      <w:r>
        <w:t>to jab aap yeh maan len ke is dunya ki aik shuruaat hai to is ka aik beginner</w:t>
      </w:r>
    </w:p>
    <w:p>
      <w:pPr>
        <w:jc w:val="right"/>
      </w:pPr>
      <w:r>
        <w:t>تو جب آپ یہ مان لیں کہ اس دنیا کی ایک شروعات ہے تو اس کا ایک بگنر</w:t>
      </w:r>
    </w:p>
    <w:p>
      <w:r>
        <w:rPr>
          <w:b/>
        </w:rPr>
        <w:t xml:space="preserve">[34:33] </w:t>
      </w:r>
      <w:r>
        <w:t>hona chahiye.</w:t>
      </w:r>
    </w:p>
    <w:p>
      <w:pPr>
        <w:jc w:val="right"/>
      </w:pPr>
      <w:r>
        <w:t>ہونا چاہیے۔</w:t>
      </w:r>
    </w:p>
    <w:p>
      <w:r>
        <w:rPr>
          <w:b/>
        </w:rPr>
        <w:t xml:space="preserve">[34:34] </w:t>
      </w:r>
      <w:r>
        <w:t>agar beginner hai to kitni bari baat science ne batai hai ke ke is se pehle tamam philosopher</w:t>
      </w:r>
    </w:p>
    <w:p>
      <w:pPr>
        <w:jc w:val="right"/>
      </w:pPr>
      <w:r>
        <w:t>اگر بگنر ہے تو کتنی بڑی بات سائنس نے بتائی ہے کہ کہ اس سے پہلے تمام فلاسفر</w:t>
      </w:r>
    </w:p>
    <w:p>
      <w:r>
        <w:rPr>
          <w:b/>
        </w:rPr>
        <w:t xml:space="preserve">[34:42] </w:t>
      </w:r>
      <w:r>
        <w:t>yeh samajhte the ke Khuda ki zaroorat hi nahi hai kyunke yeh dunya apne aap chali aa rahi</w:t>
      </w:r>
    </w:p>
    <w:p>
      <w:pPr>
        <w:jc w:val="right"/>
      </w:pPr>
      <w:r>
        <w:t>یہ سمجھتے تھے کہ خدا کی ضرورت ہی نہیں ہے کیونکہ یہ دنیا اپنے آپ چلی آ رہی</w:t>
      </w:r>
    </w:p>
    <w:p>
      <w:r>
        <w:rPr>
          <w:b/>
        </w:rPr>
        <w:t xml:space="preserve">[34:50] </w:t>
      </w:r>
      <w:r>
        <w:t>hai eternity se.</w:t>
      </w:r>
    </w:p>
    <w:p>
      <w:pPr>
        <w:jc w:val="right"/>
      </w:pPr>
      <w:r>
        <w:t>ہے ایٹرنٹی سے۔</w:t>
      </w:r>
    </w:p>
    <w:p>
      <w:r>
        <w:rPr>
          <w:b/>
        </w:rPr>
        <w:t xml:space="preserve">[34:51] </w:t>
      </w:r>
      <w:r>
        <w:t>jab yeh sabit ho jaye ke eternity se nahi chali aa rahi hai balke terah billion saal pehle</w:t>
      </w:r>
    </w:p>
    <w:p>
      <w:pPr>
        <w:jc w:val="right"/>
      </w:pPr>
      <w:r>
        <w:t>جب یہ ثابت ہو جائے کہ ایٹرنٹی سے نہیں چلی آ رہی ہے بلکہ تیرہ بلین سال پہلے</w:t>
      </w:r>
    </w:p>
    <w:p>
      <w:r>
        <w:rPr>
          <w:b/>
        </w:rPr>
        <w:t xml:space="preserve">[34:59] </w:t>
      </w:r>
      <w:r>
        <w:t>shuru hui, tab hamein manna parta hai ke woh beginner hai.</w:t>
      </w:r>
    </w:p>
    <w:p>
      <w:pPr>
        <w:jc w:val="right"/>
      </w:pPr>
      <w:r>
        <w:t>شروع ہوئی، تب ہمیں ماننا پڑتا ہے کہ وہ بگنر ہے۔</w:t>
      </w:r>
    </w:p>
    <w:p>
      <w:r>
        <w:rPr>
          <w:b/>
        </w:rPr>
        <w:t xml:space="preserve">[35:03] </w:t>
      </w:r>
      <w:r>
        <w:t>kitni bari baat di science ne lekin hum is ko samajh nahi kar sake kyunke hum political theory</w:t>
      </w:r>
    </w:p>
    <w:p>
      <w:pPr>
        <w:jc w:val="right"/>
      </w:pPr>
      <w:r>
        <w:t>کتنی بڑی بات دی سائنس نے لیکن ہم اس کو سمجھ نہیں کر سکے کیونکہ ہم پولیٹیکل تھیوری</w:t>
      </w:r>
    </w:p>
    <w:p>
      <w:r>
        <w:rPr>
          <w:b/>
        </w:rPr>
        <w:t xml:space="preserve">[35:11] </w:t>
      </w:r>
      <w:r>
        <w:t>جو مسلمانوں نے بنائی ہے، کچھ مسلمانوں نے، اس کی وجہ سے مسلمان military میں پڑ گئے، gun</w:t>
      </w:r>
    </w:p>
    <w:p>
      <w:pPr>
        <w:jc w:val="right"/>
      </w:pPr>
      <w:r>
        <w:t>جو مسلمانوں نے بنائی ہے، کچھ مسلمانوں نے، اس کی وجہ سے مسلمان ملٹری میں پڑ گئے، گن</w:t>
      </w:r>
    </w:p>
    <w:p>
      <w:r>
        <w:rPr>
          <w:b/>
        </w:rPr>
        <w:t xml:space="preserve">[35:19] </w:t>
      </w:r>
      <w:r>
        <w:t>aur bomb ke chakkar mein phans gaye.</w:t>
      </w:r>
    </w:p>
    <w:p>
      <w:pPr>
        <w:jc w:val="right"/>
      </w:pPr>
      <w:r>
        <w:t>اور بم کے چکر میں پھنس گئے۔</w:t>
      </w:r>
    </w:p>
    <w:p>
      <w:r>
        <w:rPr>
          <w:b/>
        </w:rPr>
        <w:t xml:space="preserve">[35:22] </w:t>
      </w:r>
      <w:r>
        <w:t>woh to is tarah ki bohat si baatein hain jis se mein manta hoon ke modern civilization supporting</w:t>
      </w:r>
    </w:p>
    <w:p>
      <w:pPr>
        <w:jc w:val="right"/>
      </w:pPr>
      <w:r>
        <w:t>وہ تو اس طرح کی بہت سی باتیں ہیں جس سے میں مانتا ہوں کہ ماڈرن سویلائزیشن سپورٹنگ</w:t>
      </w:r>
    </w:p>
    <w:p>
      <w:r>
        <w:rPr>
          <w:b/>
        </w:rPr>
        <w:t xml:space="preserve">[35:30] </w:t>
      </w:r>
      <w:r>
        <w:t>civilization hai Islam ke liye, woh Islam ki dushman nahi hai.</w:t>
      </w:r>
    </w:p>
    <w:p>
      <w:pPr>
        <w:jc w:val="right"/>
      </w:pPr>
      <w:r>
        <w:t>سویلائزیشن ہے اسلام کے لئے، وہ اسلام کی دشمن نہیں ہے۔</w:t>
      </w:r>
    </w:p>
    <w:p>
      <w:r>
        <w:rPr>
          <w:b/>
        </w:rPr>
        <w:t xml:space="preserve">[35:34] </w:t>
      </w:r>
      <w:r>
        <w:t>supporting civilization, is ne woh woh data diya, woh framework diya, woh woh sadhan diye, woh technology</w:t>
      </w:r>
    </w:p>
    <w:p>
      <w:pPr>
        <w:jc w:val="right"/>
      </w:pPr>
      <w:r>
        <w:t>سپورٹنگ سویلائزیشن، اس نے وہ وہ ڈیٹا دیا، وہ فریم ورک دیا، وہ وہ سادھن دیے، وہ ٹیکنالوجی</w:t>
      </w:r>
    </w:p>
    <w:p>
      <w:r>
        <w:rPr>
          <w:b/>
        </w:rPr>
        <w:t xml:space="preserve">[35:42] </w:t>
      </w:r>
      <w:r>
        <w:t>di jis ko istemal kar ke hum yeh keh sakte hain ke sari dunya ke samne Allah ke</w:t>
      </w:r>
    </w:p>
    <w:p>
      <w:pPr>
        <w:jc w:val="right"/>
      </w:pPr>
      <w:r>
        <w:t>دی جس کو استعمال کر کے ہم یہ کہہ سکتے ہیں کہ ساری دنیا کے سامنے اللہ کے</w:t>
      </w:r>
    </w:p>
    <w:p>
      <w:r>
        <w:rPr>
          <w:b/>
        </w:rPr>
        <w:t xml:space="preserve">[35:50] </w:t>
      </w:r>
      <w:r>
        <w:t>paigham ko pohncha dein.</w:t>
      </w:r>
    </w:p>
    <w:p>
      <w:pPr>
        <w:jc w:val="right"/>
      </w:pPr>
      <w:r>
        <w:t>پیغام کو پہنچا دیں۔</w:t>
      </w:r>
    </w:p>
    <w:p>
      <w:r>
        <w:rPr>
          <w:b/>
        </w:rPr>
        <w:t xml:space="preserve">[35:51] </w:t>
      </w:r>
      <w:r>
        <w:t>to yeh hai woh baat jo jo mere zehn mein trigger hua, woh yeh white house ki report</w:t>
      </w:r>
    </w:p>
    <w:p>
      <w:pPr>
        <w:jc w:val="right"/>
      </w:pPr>
      <w:r>
        <w:t>تو یہ ہے وہ بات جو جو میرے ذہن میں ٹریگر ہوا، وہ یہ وائٹ ہاؤس کی رپورٹ</w:t>
      </w:r>
    </w:p>
    <w:p>
      <w:r>
        <w:rPr>
          <w:b/>
        </w:rPr>
        <w:t xml:space="preserve">[35:59] </w:t>
      </w:r>
      <w:r>
        <w:t>ko parh kar ke.</w:t>
      </w:r>
    </w:p>
    <w:p>
      <w:pPr>
        <w:jc w:val="right"/>
      </w:pPr>
      <w:r>
        <w:t>کو پڑھ کر کے۔</w:t>
      </w:r>
    </w:p>
    <w:p>
      <w:r>
        <w:rPr>
          <w:b/>
        </w:rPr>
        <w:t xml:space="preserve">[36:01] </w:t>
      </w:r>
      <w:r>
        <w:t>to mein ne chaha ke aap ke samne yeh baatein rakhun aur meri dua hai ke Allah taala</w:t>
      </w:r>
    </w:p>
    <w:p>
      <w:pPr>
        <w:jc w:val="right"/>
      </w:pPr>
      <w:r>
        <w:t>تو میں نے چاہا کہ آپ کے سامنے یہ باتیں رکھوں اور میری دعا ہے کہ اللہ تعالیٰ</w:t>
      </w:r>
    </w:p>
    <w:p>
      <w:r>
        <w:rPr>
          <w:b/>
        </w:rPr>
        <w:t xml:space="preserve">[36:09] </w:t>
      </w:r>
      <w:r>
        <w:t>aap ko tofeeq de ke aap waqt ki zaroorat ko samjhein aur is ko le kar dunya ke</w:t>
      </w:r>
    </w:p>
    <w:p>
      <w:pPr>
        <w:jc w:val="right"/>
      </w:pPr>
      <w:r>
        <w:t>آپ کو توفیق دے کہ آپ وقت کی ضرورت کو سمجھیں اور اس کو لے کر دنیا کے</w:t>
      </w:r>
    </w:p>
    <w:p>
      <w:r>
        <w:rPr>
          <w:b/>
        </w:rPr>
        <w:t xml:space="preserve">[36:16] </w:t>
      </w:r>
      <w:r>
        <w:t>samne pesh karein.</w:t>
      </w:r>
    </w:p>
    <w:p>
      <w:pPr>
        <w:jc w:val="right"/>
      </w:pPr>
      <w:r>
        <w:t>سامنے پیش کریں۔</w:t>
      </w:r>
    </w:p>
    <w:p>
      <w:r>
        <w:rPr>
          <w:b/>
        </w:rPr>
        <w:t xml:space="preserve">[36:18] </w:t>
      </w:r>
      <w:r>
        <w:t>is ko yeh waqt ki zaroorat hai aur is ke liye sare saman mehya hain, sirf aik hi</w:t>
      </w:r>
    </w:p>
    <w:p>
      <w:pPr>
        <w:jc w:val="right"/>
      </w:pPr>
      <w:r>
        <w:t>اس کو یہ وقت کی ضرورت ہے اور اس کے لئے سارے سامان مہیا ہیں، صرف ایک ہی</w:t>
      </w:r>
    </w:p>
    <w:p>
      <w:r>
        <w:rPr>
          <w:b/>
        </w:rPr>
        <w:t xml:space="preserve">[36:26] </w:t>
      </w:r>
      <w:r>
        <w:t>shart hai ke aap nuqsan na karein, nuqsan deh na banein.</w:t>
      </w:r>
    </w:p>
    <w:p>
      <w:pPr>
        <w:jc w:val="right"/>
      </w:pPr>
      <w:r>
        <w:t>شرط ہے کہ آپ نقصان نہ کریں، نقصان دہ نہ بنیں۔</w:t>
      </w:r>
    </w:p>
    <w:p>
      <w:r>
        <w:rPr>
          <w:b/>
        </w:rPr>
        <w:t xml:space="preserve">[36:30] </w:t>
      </w:r>
      <w:r>
        <w:t>to sari dunya khuli hui hai aap ke liye, sab kuch aap ka hai, poori dunya ko aap</w:t>
      </w:r>
    </w:p>
    <w:p>
      <w:pPr>
        <w:jc w:val="right"/>
      </w:pPr>
      <w:r>
        <w:t>تو ساری دنیا کھلی ہوئی ہے آپ کے لئے، سب کچھ آپ کا ہے، پوری دنیا کو آپ</w:t>
      </w:r>
    </w:p>
    <w:p>
      <w:r>
        <w:rPr>
          <w:b/>
        </w:rPr>
        <w:t xml:space="preserve">[36:38] </w:t>
      </w:r>
      <w:r>
        <w:t>ke mawaqe ko qabil kar sakte hain.</w:t>
      </w:r>
    </w:p>
    <w:p>
      <w:pPr>
        <w:jc w:val="right"/>
      </w:pPr>
      <w:r>
        <w:t>کے مواقع کو قابل کر سکتے ہیں۔</w:t>
      </w:r>
    </w:p>
    <w:p>
      <w:r>
        <w:rPr>
          <w:b/>
        </w:rPr>
        <w:t xml:space="preserve">[36:41] </w:t>
      </w:r>
      <w:r>
        <w:t>to meri dua hai ke Allah taala mujh ko aur aap ko tofeeq de ke hum waqt ke</w:t>
      </w:r>
    </w:p>
    <w:p>
      <w:pPr>
        <w:jc w:val="right"/>
      </w:pPr>
      <w:r>
        <w:t>تو میری دعا ہے کہ اللہ تعالیٰ مجھ کو اور آپ کو توفیق دے کہ ہم وقت کے</w:t>
      </w:r>
    </w:p>
    <w:p>
      <w:r>
        <w:rPr>
          <w:b/>
        </w:rPr>
        <w:t xml:space="preserve">[36:49] </w:t>
      </w:r>
      <w:r>
        <w:t>is paigham ko samjhein aur Allah ke is scheme ko samajh kar jadeed mawaqe ko qabil karen, jadeed</w:t>
      </w:r>
    </w:p>
    <w:p>
      <w:pPr>
        <w:jc w:val="right"/>
      </w:pPr>
      <w:r>
        <w:t>اس پیغام کو سمجھیں اور اللہ کے اس اسکیم کو سمجھ کر جدید مواقع کو قابل کریں، جدید</w:t>
      </w:r>
    </w:p>
    <w:p>
      <w:r>
        <w:rPr>
          <w:b/>
        </w:rPr>
        <w:t xml:space="preserve">[36:56] </w:t>
      </w:r>
      <w:r>
        <w:t>mawaqe ko qabil kar ke Islam ke paigham ko, Islam ke aman bhare paigham ko sari dunya ke</w:t>
      </w:r>
    </w:p>
    <w:p>
      <w:pPr>
        <w:jc w:val="right"/>
      </w:pPr>
      <w:r>
        <w:t>مواقع کو قابل کر کے اسلام کے پیغام کو، اسلام کے امن بھرے پیغام کو ساری دنیا کے</w:t>
      </w:r>
    </w:p>
    <w:p>
      <w:r>
        <w:rPr>
          <w:b/>
        </w:rPr>
        <w:t xml:space="preserve">[37:04] </w:t>
      </w:r>
      <w:r>
        <w:t>samne pohncha dein.</w:t>
      </w:r>
    </w:p>
    <w:p>
      <w:pPr>
        <w:jc w:val="right"/>
      </w:pPr>
      <w:r>
        <w:t>سامنے پہنچا دیں۔</w:t>
      </w:r>
    </w:p>
    <w:p>
      <w:r>
        <w:rPr>
          <w:b/>
        </w:rPr>
        <w:t xml:space="preserve">[37:06] </w:t>
      </w:r>
      <w:r>
        <w:t>Assalam o alaikum wa rehmatullah.</w:t>
      </w:r>
    </w:p>
    <w:p>
      <w:pPr>
        <w:jc w:val="right"/>
      </w:pPr>
      <w:r>
        <w:t>السلام علیکم ورحمتہ اللہ۔</w:t>
      </w:r>
    </w:p>
    <w:p>
      <w:r>
        <w:rPr>
          <w:b/>
        </w:rPr>
        <w:t xml:space="preserve">[37:07] </w:t>
      </w:r>
      <w:r>
        <w:t>Maulana, yeh ek comment aur sawal aaya hai Ajmer se Dr. Safina Tabassum ka aur unhon ne likha</w:t>
      </w:r>
    </w:p>
    <w:p>
      <w:pPr>
        <w:jc w:val="right"/>
      </w:pPr>
      <w:r>
        <w:t>مولانا، یہ ایک کمنٹ اور سوال آیا ہے اجمیر سے ڈاکٹر صفینہ تبسم کا اور انہوں نے لکھا</w:t>
      </w:r>
    </w:p>
    <w:p>
      <w:r>
        <w:rPr>
          <w:b/>
        </w:rPr>
        <w:t xml:space="preserve">[37:15] </w:t>
      </w:r>
      <w:r>
        <w:t>ہے: "مولانا صاحب، I must acknowledge that today for the first time I understood how political ideology has</w:t>
      </w:r>
    </w:p>
    <w:p>
      <w:pPr>
        <w:jc w:val="right"/>
      </w:pPr>
      <w:r>
        <w:t>ہے: "مولانا صاحب، آئی مسٹ ایکنالج دیٹ ٹوڈے فار دی فرسٹ ٹائم آئی انڈرسٹوڈ ہاؤ پولیٹیکل آئیڈیالوجی ہیز</w:t>
      </w:r>
    </w:p>
    <w:p>
      <w:r>
        <w:rPr>
          <w:b/>
        </w:rPr>
        <w:t xml:space="preserve">[37:23] </w:t>
      </w:r>
      <w:r>
        <w:t>taken shape in Islam as the religion of following was transformed into religion of imposition.</w:t>
      </w:r>
    </w:p>
    <w:p>
      <w:pPr>
        <w:jc w:val="right"/>
      </w:pPr>
      <w:r>
        <w:t>ٹیکن شیپ ان اسلام ایز دا ریلیجن آف فالونگ واز ٹرانسفارمڈ انٹو ریلیجن آف امپوزیشن۔</w:t>
      </w:r>
    </w:p>
    <w:p>
      <w:r>
        <w:rPr>
          <w:b/>
        </w:rPr>
        <w:t xml:space="preserve">[37:29] </w:t>
      </w:r>
      <w:r>
        <w:t>Now it should be our goal to spread the real ideology of Islam to counter the ideology of</w:t>
      </w:r>
    </w:p>
    <w:p>
      <w:pPr>
        <w:jc w:val="right"/>
      </w:pPr>
      <w:r>
        <w:t>ناؤ اٹ شوڈ بی آر گول ٹو سپریڈ دا ریل آئیڈیالوجی آف اسلام ٹو کاؤنٹر دی آئیڈیالوجی آف</w:t>
      </w:r>
    </w:p>
    <w:p>
      <w:r>
        <w:rPr>
          <w:b/>
        </w:rPr>
        <w:t xml:space="preserve">[37:37] </w:t>
      </w:r>
      <w:r>
        <w:t>violence.</w:t>
      </w:r>
    </w:p>
    <w:p>
      <w:pPr>
        <w:jc w:val="right"/>
      </w:pPr>
      <w:r>
        <w:t>وائلنس۔</w:t>
      </w:r>
    </w:p>
    <w:p>
      <w:r>
        <w:rPr>
          <w:b/>
        </w:rPr>
        <w:t xml:space="preserve">[37:38] </w:t>
      </w:r>
      <w:r>
        <w:t>انشاءاللہ، we also should take care that we ourselves should not try to impose these teachings</w:t>
      </w:r>
    </w:p>
    <w:p>
      <w:pPr>
        <w:jc w:val="right"/>
      </w:pPr>
      <w:r>
        <w:t>انشاءاللہ، وی آل سو شوڈ ٹیک کیئر دیٹ وی اور سیلف شوڈ ناٹ ٹرائی ٹو امپوز دیز ٹیچنگز</w:t>
      </w:r>
    </w:p>
    <w:p>
      <w:r>
        <w:rPr>
          <w:b/>
        </w:rPr>
        <w:t xml:space="preserve">[37:46] </w:t>
      </w:r>
      <w:r>
        <w:t>on other.</w:t>
      </w:r>
    </w:p>
    <w:p>
      <w:pPr>
        <w:jc w:val="right"/>
      </w:pPr>
      <w:r>
        <w:t>آن ادر۔</w:t>
      </w:r>
    </w:p>
    <w:p>
      <w:r>
        <w:rPr>
          <w:b/>
        </w:rPr>
        <w:t xml:space="preserve">[37:48] </w:t>
      </w:r>
      <w:r>
        <w:t>Maulana, am I right in my saying this? Mashallah, mashallah.</w:t>
      </w:r>
    </w:p>
    <w:p>
      <w:pPr>
        <w:jc w:val="right"/>
      </w:pPr>
      <w:r>
        <w:t>مولانا، ایم آئی رائٹ ان مائی سینگ دس؟ ماشاءاللہ، ماشاءاللہ۔</w:t>
      </w:r>
    </w:p>
    <w:p>
      <w:r>
        <w:rPr>
          <w:b/>
        </w:rPr>
        <w:t xml:space="preserve">[37:52] </w:t>
      </w:r>
      <w:r>
        <w:t>Maulana, agla sawal kya hai Maulana Iqbal Umri ne Tamil Nadu se aur unhon ne likha hai: "Maulana,</w:t>
      </w:r>
    </w:p>
    <w:p>
      <w:pPr>
        <w:jc w:val="right"/>
      </w:pPr>
      <w:r>
        <w:t>مولانا، اگلا سوال کیا ہے مولانا اقبال عمری نے تمل ناڈو سے اور انہوں نے لکھا ہے: "مولانا،</w:t>
      </w:r>
    </w:p>
    <w:p>
      <w:r>
        <w:rPr>
          <w:b/>
        </w:rPr>
        <w:t xml:space="preserve">[38:00] </w:t>
      </w:r>
      <w:r>
        <w:t>Following ka subject imposition kyon bana? Unki niyat to sahih thi ke insaniyat ki nijaat ho duniya</w:t>
      </w:r>
    </w:p>
    <w:p>
      <w:pPr>
        <w:jc w:val="right"/>
      </w:pPr>
      <w:r>
        <w:t>فالونگ کا سبجیکٹ امپوزیشن کیوں بنا؟ ان کی نیت تو صحیح تھی کہ انسانیت کی نجات ہو دنیا</w:t>
      </w:r>
    </w:p>
    <w:p>
      <w:r>
        <w:rPr>
          <w:b/>
        </w:rPr>
        <w:t xml:space="preserve">[38:07] </w:t>
      </w:r>
      <w:r>
        <w:t>aur aakhirat mein.</w:t>
      </w:r>
    </w:p>
    <w:p>
      <w:pPr>
        <w:jc w:val="right"/>
      </w:pPr>
      <w:r>
        <w:t>اور آخرت میں۔</w:t>
      </w:r>
    </w:p>
    <w:p>
      <w:r>
        <w:rPr>
          <w:b/>
        </w:rPr>
        <w:t xml:space="preserve">[38:09] </w:t>
      </w:r>
      <w:r>
        <w:t>Maulana, is mein jo mughalta hai niyat ka sahi hone ka, is ki wazahat matloob hai.</w:t>
      </w:r>
    </w:p>
    <w:p>
      <w:pPr>
        <w:jc w:val="right"/>
      </w:pPr>
      <w:r>
        <w:t>مولانا، اس میں جو مغالطہ ہے نیت کا صحیح ہونے کا، اس کی وضاحت مطلوب ہے۔</w:t>
      </w:r>
    </w:p>
    <w:p>
      <w:r>
        <w:rPr>
          <w:b/>
        </w:rPr>
        <w:t xml:space="preserve">[38:16] </w:t>
      </w:r>
      <w:r>
        <w:t>Dekhiye, niyat sahi ho yeh kafi nahi hai, aap ko batana parega ke Quran o Hadees mein</w:t>
      </w:r>
    </w:p>
    <w:p>
      <w:pPr>
        <w:jc w:val="right"/>
      </w:pPr>
      <w:r>
        <w:t>دیکھئے، نیت صحیح ہو یہ کافی نہیں ہے، آپ کو بتانا پڑے گا کہ قرآن و حدیث میں</w:t>
      </w:r>
    </w:p>
    <w:p>
      <w:r>
        <w:rPr>
          <w:b/>
        </w:rPr>
        <w:t xml:space="preserve">[38:23] </w:t>
      </w:r>
      <w:r>
        <w:t>kahan hai aisa? Misal ke taur par ek aadmi namaz nahi padhta, aap utha kar pathar maarein us ko aur us</w:t>
      </w:r>
    </w:p>
    <w:p>
      <w:pPr>
        <w:jc w:val="right"/>
      </w:pPr>
      <w:r>
        <w:t>کہاں ہے ایسا؟ مثلاً ایک آدمی نماز نہیں پڑھتا، آپ اٹھا کر پتھر ماریں اس کو اور اس</w:t>
      </w:r>
    </w:p>
    <w:p>
      <w:r>
        <w:rPr>
          <w:b/>
        </w:rPr>
        <w:t xml:space="preserve">[38:31] </w:t>
      </w:r>
      <w:r>
        <w:t>ka sar toot jaye to aap kahein meri niyat to theek hai, woh namaz padhe.</w:t>
      </w:r>
    </w:p>
    <w:p>
      <w:pPr>
        <w:jc w:val="right"/>
      </w:pPr>
      <w:r>
        <w:t>کا سر ٹوٹ جائے تو آپ کہیں میری نیت تو ٹھیک ہے، وہ نماز پڑھے۔</w:t>
      </w:r>
    </w:p>
    <w:p>
      <w:r>
        <w:rPr>
          <w:b/>
        </w:rPr>
        <w:t xml:space="preserve">[38:38] </w:t>
      </w:r>
      <w:r>
        <w:t>To yeh kahan likha hua hai ke namaz padhne ke liye logon ko pathar maro? To aap ko</w:t>
      </w:r>
    </w:p>
    <w:p>
      <w:pPr>
        <w:jc w:val="right"/>
      </w:pPr>
      <w:r>
        <w:t>تو یہ کہاں لکھا ہوا ہے کہ نماز پڑھنے کے لئے لوگوں کو پتھر مارو؟ تو آپ کو</w:t>
      </w:r>
    </w:p>
    <w:p>
      <w:r>
        <w:rPr>
          <w:b/>
        </w:rPr>
        <w:t xml:space="preserve">[38:45] </w:t>
      </w:r>
      <w:r>
        <w:t>yeh batana parega ke Quran mein kahin likha hua hai ke dunya mein Islami hukumat qaim karo,</w:t>
      </w:r>
    </w:p>
    <w:p>
      <w:pPr>
        <w:jc w:val="right"/>
      </w:pPr>
      <w:r>
        <w:t>یہ بتانا پڑے گا کہ قرآن میں کہیں لکھا ہوا ہے کہ دنیا میں اسلامی حکومت قائم کرو،</w:t>
      </w:r>
    </w:p>
    <w:p>
      <w:r>
        <w:rPr>
          <w:b/>
        </w:rPr>
        <w:t xml:space="preserve">[38:53] </w:t>
      </w:r>
      <w:r>
        <w:t>sari dunya mein Islam ka qanoon nafiz karo, sari logon ko lad lad kar ke mahkoom banao.</w:t>
      </w:r>
    </w:p>
    <w:p>
      <w:pPr>
        <w:jc w:val="right"/>
      </w:pPr>
      <w:r>
        <w:t>ساری دنیا میں اسلام کا قانون نافذ کرو، ساری لوگوں کو لڑ لڑ کر کے محکوم بناؤ۔</w:t>
      </w:r>
    </w:p>
    <w:p>
      <w:r>
        <w:rPr>
          <w:b/>
        </w:rPr>
        <w:t xml:space="preserve">[39:00] </w:t>
      </w:r>
      <w:r>
        <w:t>Yeh kahan likha hua hai? To niyat ka hawala de kar ke aap aisa nahi kar sakte, aap</w:t>
      </w:r>
    </w:p>
    <w:p>
      <w:pPr>
        <w:jc w:val="right"/>
      </w:pPr>
      <w:r>
        <w:t>یہ کہاں لکھا ہوا ہے؟ تو نیت کا حوالہ دے کر کے آپ ایسا نہیں کر سکتے، آپ</w:t>
      </w:r>
    </w:p>
    <w:p>
      <w:r>
        <w:rPr>
          <w:b/>
        </w:rPr>
        <w:t xml:space="preserve">[39:08] </w:t>
      </w:r>
      <w:r>
        <w:t>ko is ke liye Quran o Hadees se sabit karna parega pehle.</w:t>
      </w:r>
    </w:p>
    <w:p>
      <w:pPr>
        <w:jc w:val="right"/>
      </w:pPr>
      <w:r>
        <w:t>کو اس کے لئے قرآن و حدیث سے ثابت کرنا پڑے گا پہلے۔</w:t>
      </w:r>
    </w:p>
    <w:p>
      <w:r>
        <w:rPr>
          <w:b/>
        </w:rPr>
        <w:t xml:space="preserve">[39:14] </w:t>
      </w:r>
      <w:r>
        <w:t>Maulana, agla sawal kya hai Miss Raziya Siddiqui ne Delhi se aur unhon ne likha hai: "America despite</w:t>
      </w:r>
    </w:p>
    <w:p>
      <w:pPr>
        <w:jc w:val="right"/>
      </w:pPr>
      <w:r>
        <w:t>مولانا، اگلا سوال کیا ہے مس راضیہ صدیقی نے دلی سے اور انہوں نے لکھا ہے: "امریکہ ڈسپائٹ</w:t>
      </w:r>
    </w:p>
    <w:p>
      <w:r>
        <w:rPr>
          <w:b/>
        </w:rPr>
        <w:t xml:space="preserve">[39:21] </w:t>
      </w:r>
      <w:r>
        <w:t>Having a powerful precedence, for example, it countered communism with its ideological approach.</w:t>
      </w:r>
    </w:p>
    <w:p>
      <w:pPr>
        <w:jc w:val="right"/>
      </w:pPr>
      <w:r>
        <w:t>ہیونگ اے پاور فل پریسیڈنس فار ایگزامپل، اٹ کاؤنٹرڈ کمیونزم ود اٹس آئیڈیالوجیکل اپروچ۔</w:t>
      </w:r>
    </w:p>
    <w:p>
      <w:r>
        <w:rPr>
          <w:b/>
        </w:rPr>
        <w:t xml:space="preserve">[39:27] </w:t>
      </w:r>
      <w:r>
        <w:t>However, it failed to adopt this ideological approach to deal with present-day terrorism as they continue</w:t>
      </w:r>
    </w:p>
    <w:p>
      <w:pPr>
        <w:jc w:val="right"/>
      </w:pPr>
      <w:r>
        <w:t>ہاؤ ایور، اٹ فیلڈ ٹو اپناؤ دس آئیڈیالوجیکل اپروچ ٹو ڈیل ود پریزنٹ ڈیٹ ٹیررزم ایز دے کنٹینیو</w:t>
      </w:r>
    </w:p>
    <w:p>
      <w:r>
        <w:rPr>
          <w:b/>
        </w:rPr>
        <w:t xml:space="preserve">[39:35] </w:t>
      </w:r>
      <w:r>
        <w:t>to use arms in win.</w:t>
      </w:r>
    </w:p>
    <w:p>
      <w:pPr>
        <w:jc w:val="right"/>
      </w:pPr>
      <w:r>
        <w:t>ٹو یوز آرمز ان وین۔</w:t>
      </w:r>
    </w:p>
    <w:p>
      <w:r>
        <w:rPr>
          <w:b/>
        </w:rPr>
        <w:t xml:space="preserve">[39:37] </w:t>
      </w:r>
      <w:r>
        <w:t>What is the reason for this failure?" Ba-waqi'a to yahi hai ke America ne jo tareeqa apnaya</w:t>
      </w:r>
    </w:p>
    <w:p>
      <w:pPr>
        <w:jc w:val="right"/>
      </w:pPr>
      <w:r>
        <w:t>واٹ از دا ریزن فار دس فیلیر؟" بال واقعہ تو یہی ہے کہ امریکہ نے جو طریقہ اپنایا</w:t>
      </w:r>
    </w:p>
    <w:p>
      <w:r>
        <w:rPr>
          <w:b/>
        </w:rPr>
        <w:t xml:space="preserve">[39:45] </w:t>
      </w:r>
      <w:r>
        <w:t>tha Roos par, yahan woh tareeqa apnaya nahi kar saka ke Soviet Union ka muqabla kiya us ne</w:t>
      </w:r>
    </w:p>
    <w:p>
      <w:pPr>
        <w:jc w:val="right"/>
      </w:pPr>
      <w:r>
        <w:t>تھا روس پر، یہاں وہ طریقہ اپنایا نہیں کر سکا کہ سوویت یونین کا مقابلہ کیا اس نے</w:t>
      </w:r>
    </w:p>
    <w:p>
      <w:r>
        <w:rPr>
          <w:b/>
        </w:rPr>
        <w:t xml:space="preserve">[39:53] </w:t>
      </w:r>
      <w:r>
        <w:t>ideology se.</w:t>
      </w:r>
    </w:p>
    <w:p>
      <w:pPr>
        <w:jc w:val="right"/>
      </w:pPr>
      <w:r>
        <w:t>آئیڈیالوجی سے۔</w:t>
      </w:r>
    </w:p>
    <w:p>
      <w:r>
        <w:rPr>
          <w:b/>
        </w:rPr>
        <w:t xml:space="preserve">[39:54] </w:t>
      </w:r>
      <w:r>
        <w:t>Jaise ke maine arz kiya ke Balloon Jailers kitaab ko sari dunya mein bohat zabanon mein tarjuma</w:t>
      </w:r>
    </w:p>
    <w:p>
      <w:pPr>
        <w:jc w:val="right"/>
      </w:pPr>
      <w:r>
        <w:t>جیسے کہ میں نے عرض کیا کہ بلوون جیلرز کتاب کو ساری دنیا میں بہت زبانوں میں ترجمہ</w:t>
      </w:r>
    </w:p>
    <w:p>
      <w:r>
        <w:rPr>
          <w:b/>
        </w:rPr>
        <w:t xml:space="preserve">[40:02] </w:t>
      </w:r>
      <w:r>
        <w:t>karwaya amreeka ne aur is par woh chhupa tha ke "da book that is shaking the commerce world".</w:t>
      </w:r>
    </w:p>
    <w:p>
      <w:pPr>
        <w:jc w:val="right"/>
      </w:pPr>
      <w:r>
        <w:t>کروایا امریکہ نے اور اس پر وہ چھپا تھا کہ "دا بک دیٹ از شیکنگ دی کمرس ورلڈ"۔</w:t>
      </w:r>
    </w:p>
    <w:p>
      <w:r>
        <w:rPr>
          <w:b/>
        </w:rPr>
        <w:t xml:space="preserve">[40:09] </w:t>
      </w:r>
      <w:r>
        <w:t>yahan bhi yeh chahiye tha ke aisi kitaben tayar hon jo terrorist world ko hila dein, lekin yahan</w:t>
      </w:r>
    </w:p>
    <w:p>
      <w:pPr>
        <w:jc w:val="right"/>
      </w:pPr>
      <w:r>
        <w:t>یہاں بھی یہ چاہیے تھا کہ ایسی کتابیں تیار ہوں جو ٹیررسٹ ورلڈ کو ہلا دیں، لیکن یہاں</w:t>
      </w:r>
    </w:p>
    <w:p>
      <w:r>
        <w:rPr>
          <w:b/>
        </w:rPr>
        <w:t xml:space="preserve">[40:17] </w:t>
      </w:r>
      <w:r>
        <w:t>par mein samajhta hoon ke yaani amreeka ke mashir is baat ko samajh nahi sake aur woh na</w:t>
      </w:r>
    </w:p>
    <w:p>
      <w:pPr>
        <w:jc w:val="right"/>
      </w:pPr>
      <w:r>
        <w:t>پر میں سمجھتا ہوں کہ یعنی امریکہ کے مشیر اس بات کو سمجھ نہیں سکے اور وہ نہ</w:t>
      </w:r>
    </w:p>
    <w:p>
      <w:r>
        <w:rPr>
          <w:b/>
        </w:rPr>
        <w:t xml:space="preserve">[40:25] </w:t>
      </w:r>
      <w:r>
        <w:t>to is ka hal white house ki conference hai aur na bomb bombardment.</w:t>
      </w:r>
    </w:p>
    <w:p>
      <w:pPr>
        <w:jc w:val="right"/>
      </w:pPr>
      <w:r>
        <w:t>تو اس کا حل وائٹ ہاؤس کی کانفرنس ہے اور نہ بمب بارڈمنٹ۔</w:t>
      </w:r>
    </w:p>
    <w:p>
      <w:r>
        <w:rPr>
          <w:b/>
        </w:rPr>
        <w:t xml:space="preserve">[40:30] </w:t>
      </w:r>
      <w:r>
        <w:t>is ke liye powerful literature darkar hai, is mein koi shaq nahi.</w:t>
      </w:r>
    </w:p>
    <w:p>
      <w:pPr>
        <w:jc w:val="right"/>
      </w:pPr>
      <w:r>
        <w:t>اس کے لئے پاور فل لٹریچر درکار ہے، اس میں کوئی شک نہیں۔</w:t>
      </w:r>
    </w:p>
    <w:p>
      <w:r>
        <w:rPr>
          <w:b/>
        </w:rPr>
        <w:t xml:space="preserve">[40:36] </w:t>
      </w:r>
      <w:r>
        <w:t>hum allah ke fazal se yahi kaam kar rahe hain, aisa nahi ke mein yeh baat keh raha</w:t>
      </w:r>
    </w:p>
    <w:p>
      <w:pPr>
        <w:jc w:val="right"/>
      </w:pPr>
      <w:r>
        <w:t>ہم اللہ کے فضل سے یہی کام کر رہے ہیں، ایسا نہیں کہ میں یہ بات کہہ رہا</w:t>
      </w:r>
    </w:p>
    <w:p>
      <w:r>
        <w:rPr>
          <w:b/>
        </w:rPr>
        <w:t xml:space="preserve">[40:44] </w:t>
      </w:r>
      <w:r>
        <w:t>hoon balkeh hamara jo mission hai CPS, woh mission yahi hai ke hum powerful literature</w:t>
      </w:r>
    </w:p>
    <w:p>
      <w:pPr>
        <w:jc w:val="right"/>
      </w:pPr>
      <w:r>
        <w:t>ہوں بلکہ ہمارا جو مشن ہے سی پی ایس، وہ مشن یہی ہے کہ ہم پاور فل لٹریچر</w:t>
      </w:r>
    </w:p>
    <w:p>
      <w:r>
        <w:rPr>
          <w:b/>
        </w:rPr>
        <w:t xml:space="preserve">[40:51] </w:t>
      </w:r>
      <w:r>
        <w:t>taiyar kar rahe hain is ko counter karne ke liye aur allah ke fazal se hazaron hazar log</w:t>
      </w:r>
    </w:p>
    <w:p>
      <w:pPr>
        <w:jc w:val="right"/>
      </w:pPr>
      <w:r>
        <w:t>تیار کر رہے ہیں اس کو کاؤنٹر کرنے کے لئے اور اللہ کے فضل سے ہزاروں ہزار لوگ</w:t>
      </w:r>
    </w:p>
    <w:p>
      <w:r>
        <w:rPr>
          <w:b/>
        </w:rPr>
        <w:t xml:space="preserve">[40:59] </w:t>
      </w:r>
      <w:r>
        <w:t>aise hain jin ki samajh mein baat aayi hai aur unhon ne chhod diya is violence ko.</w:t>
      </w:r>
    </w:p>
    <w:p>
      <w:pPr>
        <w:jc w:val="right"/>
      </w:pPr>
      <w:r>
        <w:t>ایسے ہیں جن کی سمجھ میں بات آئی ہے اور انہوں نے چھوڑ دیا اس وائلنس کو۔</w:t>
      </w:r>
    </w:p>
    <w:p>
      <w:r>
        <w:rPr>
          <w:b/>
        </w:rPr>
        <w:t xml:space="preserve">[41:06] </w:t>
      </w:r>
      <w:r>
        <w:t>maulana, agla sawal kya hai tariq ali sahib ne tampa USA se aur unhon ne likha</w:t>
      </w:r>
    </w:p>
    <w:p>
      <w:pPr>
        <w:jc w:val="right"/>
      </w:pPr>
      <w:r>
        <w:t>مولانا، اگلا سوال کیا ہے طارق علی صاحب نے ٹیمپا یو ایس اے سے اور انہوں نے لکھا</w:t>
      </w:r>
    </w:p>
    <w:p>
      <w:r>
        <w:rPr>
          <w:b/>
        </w:rPr>
        <w:t xml:space="preserve">[41:14] </w:t>
      </w:r>
      <w:r>
        <w:t>ہے: "مولانا صاحب، thank you for sharing your perspective on the origins of terrorism.</w:t>
      </w:r>
    </w:p>
    <w:p>
      <w:pPr>
        <w:jc w:val="right"/>
      </w:pPr>
      <w:r>
        <w:t>ہے: "مولانا صاحب، تھینک یو فار شیئرنگ یور پرسپیکٹیو آن دی اوریجنز آف ٹیررزم۔</w:t>
      </w:r>
    </w:p>
    <w:p>
      <w:r>
        <w:rPr>
          <w:b/>
        </w:rPr>
        <w:t xml:space="preserve">[41:20] </w:t>
      </w:r>
      <w:r>
        <w:t>I do understand the way you have explained the concept of justice in Quran.</w:t>
      </w:r>
    </w:p>
    <w:p>
      <w:pPr>
        <w:jc w:val="right"/>
      </w:pPr>
      <w:r>
        <w:t>آئی ڈو انڈرسٹینڈ دا وے یو ہیو ایکسپلینڈ دی کانسیپٹ آف جسٹس ان قرآن۔</w:t>
      </w:r>
    </w:p>
    <w:p>
      <w:r>
        <w:rPr>
          <w:b/>
        </w:rPr>
        <w:t xml:space="preserve">[41:26] </w:t>
      </w:r>
      <w:r>
        <w:t>quran clearly says that life is a trial.</w:t>
      </w:r>
    </w:p>
    <w:p>
      <w:pPr>
        <w:jc w:val="right"/>
      </w:pPr>
      <w:r>
        <w:t>قرآن کلیئرلی سیز دیٹ لائف از اے ٹرائل۔</w:t>
      </w:r>
    </w:p>
    <w:p>
      <w:r>
        <w:rPr>
          <w:b/>
        </w:rPr>
        <w:t xml:space="preserve">[41:30] </w:t>
      </w:r>
      <w:r>
        <w:t>then how come the religious groups like jamaat-e-islami in Pakistan and India and Muslim Brotherhood in Egypt</w:t>
      </w:r>
    </w:p>
    <w:p>
      <w:pPr>
        <w:jc w:val="right"/>
      </w:pPr>
      <w:r>
        <w:t>دین ہاؤ کم دی ریلیجیس گروپس لائک جماعت اسلامی ان پاکستان اینڈ انڈیا اینڈ مسلم برادرہوڈ ان ایجپٹ</w:t>
      </w:r>
    </w:p>
    <w:p>
      <w:r>
        <w:rPr>
          <w:b/>
        </w:rPr>
        <w:t xml:space="preserve">[41:37] </w:t>
      </w:r>
      <w:r>
        <w:t>are not understanding the basic thing that is how can life be a trial if religion is imposed</w:t>
      </w:r>
    </w:p>
    <w:p>
      <w:pPr>
        <w:jc w:val="right"/>
      </w:pPr>
      <w:r>
        <w:t>آر ناٹ انڈرسٹینڈنگ دا بیسک تھنگ دیٹ از ہاؤ کین لائف بی اے ٹرائل اف ریلیجن از امپوزڈ</w:t>
      </w:r>
    </w:p>
    <w:p>
      <w:r>
        <w:rPr>
          <w:b/>
        </w:rPr>
        <w:t xml:space="preserve">[41:45] </w:t>
      </w:r>
      <w:r>
        <w:t>on people? Maulana, please explain this.</w:t>
      </w:r>
    </w:p>
    <w:p>
      <w:pPr>
        <w:jc w:val="right"/>
      </w:pPr>
      <w:r>
        <w:t>آن پیپل؟ مولانا، پلیز ایکسپلین دس۔</w:t>
      </w:r>
    </w:p>
    <w:p>
      <w:r>
        <w:rPr>
          <w:b/>
        </w:rPr>
        <w:t xml:space="preserve">[41:48] </w:t>
      </w:r>
      <w:r>
        <w:t>kya point hai in ka? Maulana, woh yeh aap se janana cha rahe hain ke jo aap ne</w:t>
      </w:r>
    </w:p>
    <w:p>
      <w:pPr>
        <w:jc w:val="right"/>
      </w:pPr>
      <w:r>
        <w:t>کیا پوائنٹ ہے ان کا؟ مولانا، وہ یہ آپ سے جاننا چاہ رہے ہیں کہ جو آپ نے</w:t>
      </w:r>
    </w:p>
    <w:p>
      <w:r>
        <w:rPr>
          <w:b/>
        </w:rPr>
        <w:t xml:space="preserve">[41:55] </w:t>
      </w:r>
      <w:r>
        <w:t>yeh jo baat kahi hai ke religion ko impose nahi karna jo ke in groups ne kiya, to</w:t>
      </w:r>
    </w:p>
    <w:p>
      <w:pPr>
        <w:jc w:val="right"/>
      </w:pPr>
      <w:r>
        <w:t>یہ جو بات کہی ہے کہ ریلیجن کو امپوز نہیں کرنا جو کہ ان گروپس نے کیا، تو</w:t>
      </w:r>
    </w:p>
    <w:p>
      <w:r>
        <w:rPr>
          <w:b/>
        </w:rPr>
        <w:t xml:space="preserve">[42:03] </w:t>
      </w:r>
      <w:r>
        <w:t>woh yeh keh rahe hain ke jamaat-e-islami aur jo Muslim Brotherhood hai, woh is baat ko kyun</w:t>
      </w:r>
    </w:p>
    <w:p>
      <w:pPr>
        <w:jc w:val="right"/>
      </w:pPr>
      <w:r>
        <w:t>وہ یہ کہہ رہے ہیں کہ جماعت اسلامی اور جو مسلم برادرہوڈ ہے، وہ اس بات کو کیوں</w:t>
      </w:r>
    </w:p>
    <w:p>
      <w:r>
        <w:rPr>
          <w:b/>
        </w:rPr>
        <w:t xml:space="preserve">[42:11] </w:t>
      </w:r>
      <w:r>
        <w:t>nahi samajh rahe ke jo creation plan of god hai ke test rakha gaya hai insan ka, woh</w:t>
      </w:r>
    </w:p>
    <w:p>
      <w:pPr>
        <w:jc w:val="right"/>
      </w:pPr>
      <w:r>
        <w:t>نہیں سمجھ رہے کہ جو کریشن پلان آف گاڈ ہے کہ ٹیسٹ رکھا گیا ہے انسان کا، وہ</w:t>
      </w:r>
    </w:p>
    <w:p>
      <w:r>
        <w:rPr>
          <w:b/>
        </w:rPr>
        <w:t xml:space="preserve">[42:18] </w:t>
      </w:r>
      <w:r>
        <w:t>khatm ho jayega agar impose kiya jaye? to aisa kyun hai? kyun nahi? yeh basic cheez nahi</w:t>
      </w:r>
    </w:p>
    <w:p>
      <w:pPr>
        <w:jc w:val="right"/>
      </w:pPr>
      <w:r>
        <w:t>ختم ہو جائے گا اگر امپوز کیا جائے؟ تو ایسا کیوں ہے؟ کیوں نہیں؟ یہ بیسک چیز نہیں</w:t>
      </w:r>
    </w:p>
    <w:p>
      <w:r>
        <w:rPr>
          <w:b/>
        </w:rPr>
        <w:t xml:space="preserve">[42:26] </w:t>
      </w:r>
      <w:r>
        <w:t>samajh pa rahe? bhai, kyun nahi samajhte? yeh un ke dil ki baat hai.</w:t>
      </w:r>
    </w:p>
    <w:p>
      <w:pPr>
        <w:jc w:val="right"/>
      </w:pPr>
      <w:r>
        <w:t>سمجھ پا رہے؟ بھائی، کیوں نہیں سمجھتے؟ یہ ان کے دل کی بات ہے۔</w:t>
      </w:r>
    </w:p>
    <w:p>
      <w:r>
        <w:rPr>
          <w:b/>
        </w:rPr>
        <w:t xml:space="preserve">[42:32] </w:t>
      </w:r>
      <w:r>
        <w:t>mein kya karta hoon? mein kehta hoon ke quran o hadith ke mutabiq karni hai.</w:t>
      </w:r>
    </w:p>
    <w:p>
      <w:pPr>
        <w:jc w:val="right"/>
      </w:pPr>
      <w:r>
        <w:t>میں کیا کرتا ہوں؟ میں کہتا ہوں کہ قرآن و حدیث کے مطابق کرنی ہے۔</w:t>
      </w:r>
    </w:p>
    <w:p>
      <w:r>
        <w:rPr>
          <w:b/>
        </w:rPr>
        <w:t xml:space="preserve">[42:39] </w:t>
      </w:r>
      <w:r>
        <w:t>bhai, un ke dil ka mein kya hai, woh to nahi padh sakta.</w:t>
      </w:r>
    </w:p>
    <w:p>
      <w:pPr>
        <w:jc w:val="right"/>
      </w:pPr>
      <w:r>
        <w:t>بھائی، ان کے دل کا میں کیا ہے، وہ تو نہیں پڑھ سکتا۔</w:t>
      </w:r>
    </w:p>
    <w:p>
      <w:r>
        <w:rPr>
          <w:b/>
        </w:rPr>
        <w:t xml:space="preserve">[42:44] </w:t>
      </w:r>
      <w:r>
        <w:t>mein lekin mein samajhta hoon ke unhon ne lazim ko mutaddi kar diya, yaani jo cheez follow karne</w:t>
      </w:r>
    </w:p>
    <w:p>
      <w:pPr>
        <w:jc w:val="right"/>
      </w:pPr>
      <w:r>
        <w:t>میں لیکن میں سمجھتا ہوں کہ انہوں نے لازم کو متعدی کر دیا، یعنی جو چیز فالو کرنے</w:t>
      </w:r>
    </w:p>
    <w:p>
      <w:r>
        <w:rPr>
          <w:b/>
        </w:rPr>
        <w:t xml:space="preserve">[42:52] </w:t>
      </w:r>
      <w:r>
        <w:t>ke liye thi, us ko kaha impose karo.</w:t>
      </w:r>
    </w:p>
    <w:p>
      <w:pPr>
        <w:jc w:val="right"/>
      </w:pPr>
      <w:r>
        <w:t>کے لئے تھی، اس کو کہا امپوز کرو۔</w:t>
      </w:r>
    </w:p>
    <w:p>
      <w:r>
        <w:rPr>
          <w:b/>
        </w:rPr>
        <w:t xml:space="preserve">[42:55] </w:t>
      </w:r>
      <w:r>
        <w:t>یہ کیا انہوں نے؟ تو objective facts کو بیان کر سکتا ہوں میں، subjective reason نہیں بیان کر</w:t>
      </w:r>
    </w:p>
    <w:p>
      <w:pPr>
        <w:jc w:val="right"/>
      </w:pPr>
      <w:r>
        <w:t>یہ کیا انہوں نے؟ تو ابجیکٹو فیکٹس کو بیان کر سکتا ہوں میں، سبجیکٹو ریزن نہیں بیان کر</w:t>
      </w:r>
    </w:p>
    <w:p>
      <w:r>
        <w:rPr>
          <w:b/>
        </w:rPr>
        <w:t xml:space="preserve">[43:03] </w:t>
      </w:r>
      <w:r>
        <w:t>sakta hoon.</w:t>
      </w:r>
    </w:p>
    <w:p>
      <w:pPr>
        <w:jc w:val="right"/>
      </w:pPr>
      <w:r>
        <w:t>سکتا ہوں۔</w:t>
      </w:r>
    </w:p>
    <w:p>
      <w:r>
        <w:rPr>
          <w:b/>
        </w:rPr>
        <w:t xml:space="preserve">[43:05] </w:t>
      </w:r>
      <w:r>
        <w:t>subjective reason to allah ko pata hai, lekin objective fact jo hai, woh mein bata raha hoon.</w:t>
      </w:r>
    </w:p>
    <w:p>
      <w:pPr>
        <w:jc w:val="right"/>
      </w:pPr>
      <w:r>
        <w:t>سبجیکٹو ریزن تو اللہ کو پتہ ہے، لیکن ابجیکٹو فیکٹ جو ہے، وہ میں بتا رہا ہوں۔</w:t>
      </w:r>
    </w:p>
    <w:p>
      <w:r>
        <w:rPr>
          <w:b/>
        </w:rPr>
        <w:t xml:space="preserve">[43:12] </w:t>
      </w:r>
      <w:r>
        <w:t>maulana, agla sawal doctor farida khanam ne kiya hai delhi se aur unhon ne likha hai: "Muslims are</w:t>
      </w:r>
    </w:p>
    <w:p>
      <w:pPr>
        <w:jc w:val="right"/>
      </w:pPr>
      <w:r>
        <w:t>مولانا، اگلا سوال ڈاکٹر فریدہ خانم نے کیا ہے دلی سے اور انہوں نے لکھا ہے: "مسلمز آر</w:t>
      </w:r>
    </w:p>
    <w:p>
      <w:r>
        <w:rPr>
          <w:b/>
        </w:rPr>
        <w:t xml:space="preserve">[43:20] </w:t>
      </w:r>
      <w:r>
        <w:t>so conditioned into thinking that Islam is a cultural system that it is very difficult to de-condition</w:t>
      </w:r>
    </w:p>
    <w:p>
      <w:pPr>
        <w:jc w:val="right"/>
      </w:pPr>
      <w:r>
        <w:t>سو کنڈیشنڈ انٹو تھنکنگ دیٹ اسلام از اے کلچرل سسٹم دیٹ اٹ از ویری ڈیفیکلٹ ٹو ڈی کنڈیشن</w:t>
      </w:r>
    </w:p>
    <w:p>
      <w:r>
        <w:rPr>
          <w:b/>
        </w:rPr>
        <w:t xml:space="preserve">[43:27] </w:t>
      </w:r>
      <w:r>
        <w:t>them and bring them back to the original teachings of Islam, which is to develop a spiritual personality</w:t>
      </w:r>
    </w:p>
    <w:p>
      <w:pPr>
        <w:jc w:val="right"/>
      </w:pPr>
      <w:r>
        <w:t>دیم اینڈ برنگ دیم بیک ٹو دی اوریجنل ٹیچنگز آف اسلام، وچ از ٹو ڈویلپ اے سپرچول پرسنیلٹی</w:t>
      </w:r>
    </w:p>
    <w:p>
      <w:r>
        <w:rPr>
          <w:b/>
        </w:rPr>
        <w:t xml:space="preserve">[43:35] </w:t>
      </w:r>
      <w:r>
        <w:t>So that they may find a place in paradise, the eternal abode, where only the purified souls will</w:t>
      </w:r>
    </w:p>
    <w:p>
      <w:pPr>
        <w:jc w:val="right"/>
      </w:pPr>
      <w:r>
        <w:t>سو دیٹ دے می فائنڈ اے پلیس ان پیراڈائز، دی ایٹرنل ابوڈ، ویر اونلی دا پیوریفائیڈ سولز ویل</w:t>
      </w:r>
    </w:p>
    <w:p>
      <w:r>
        <w:rPr>
          <w:b/>
        </w:rPr>
        <w:t xml:space="preserve">[43:43] </w:t>
      </w:r>
      <w:r>
        <w:t>find a place. haan to theek hai, woh sahi baat hai, sahi hai.</w:t>
      </w:r>
    </w:p>
    <w:p>
      <w:pPr>
        <w:jc w:val="right"/>
      </w:pPr>
      <w:r>
        <w:t>فائنڈ اے پلیس۔" ہاں تو ٹھیک ہے، وہ صحیح بات ہے، صحیح ہے۔</w:t>
      </w:r>
    </w:p>
    <w:p>
      <w:r>
        <w:rPr>
          <w:b/>
        </w:rPr>
        <w:t xml:space="preserve">[43:48] </w:t>
      </w:r>
      <w:r>
        <w:t>maulana, agla sawal kya hai doctor hina ne UK se aur unhon ne likha hai: "maulana sahab,</w:t>
      </w:r>
    </w:p>
    <w:p>
      <w:pPr>
        <w:jc w:val="right"/>
      </w:pPr>
      <w:r>
        <w:t>مولانا، اگلا سوال کیا ہے ڈاکٹر حنا نے یو کے سے اور انہوں نے لکھا ہے: "مولانا صاحب،</w:t>
      </w:r>
    </w:p>
    <w:p>
      <w:r>
        <w:rPr>
          <w:b/>
        </w:rPr>
        <w:t xml:space="preserve">[43:56] </w:t>
      </w:r>
      <w:r>
        <w:t>may Allah keep you healthy to continue the mission.</w:t>
      </w:r>
    </w:p>
    <w:p>
      <w:pPr>
        <w:jc w:val="right"/>
      </w:pPr>
      <w:r>
        <w:t>می اللہ کیپ یو ہیلتھی ٹو کنٹینیو دا مشن۔</w:t>
      </w:r>
    </w:p>
    <w:p>
      <w:r>
        <w:rPr>
          <w:b/>
        </w:rPr>
        <w:t xml:space="preserve">[44:00] </w:t>
      </w:r>
      <w:r>
        <w:t>My question is, when we talk about creation plan, as Alhamdulillah, we all are doing as you have</w:t>
      </w:r>
    </w:p>
    <w:p>
      <w:pPr>
        <w:jc w:val="right"/>
      </w:pPr>
      <w:r>
        <w:t>مائی کوئسچن از، وین وی ٹاک اباؤٹ کریشن پلان، ایز الحمدللہ، وی آل آر ڈوئنگ ایز یو ہیو</w:t>
      </w:r>
    </w:p>
    <w:p>
      <w:r>
        <w:rPr>
          <w:b/>
        </w:rPr>
        <w:t xml:space="preserve">[44:08] </w:t>
      </w:r>
      <w:r>
        <w:t>taught us.</w:t>
      </w:r>
    </w:p>
    <w:p>
      <w:pPr>
        <w:jc w:val="right"/>
      </w:pPr>
      <w:r>
        <w:t>ٹاٹ اس۔</w:t>
      </w:r>
    </w:p>
    <w:p>
      <w:r>
        <w:rPr>
          <w:b/>
        </w:rPr>
        <w:t xml:space="preserve">[44:09] </w:t>
      </w:r>
      <w:r>
        <w:t>Mostly people listen to us, but sometimes the criticism comes that this concept of world coming to</w:t>
      </w:r>
    </w:p>
    <w:p>
      <w:pPr>
        <w:jc w:val="right"/>
      </w:pPr>
      <w:r>
        <w:t>موسٹلی پیپل لسن ٹو اس، بٹ سم ٹائمز دا کریٹیسزم کمز دیٹ دس کانسیپٹ آف ورلڈ کمنگ ٹو</w:t>
      </w:r>
    </w:p>
    <w:p>
      <w:r>
        <w:rPr>
          <w:b/>
        </w:rPr>
        <w:t xml:space="preserve">[44:17] </w:t>
      </w:r>
      <w:r>
        <w:t>and a better life after this has given the idea of doing blast and suicide bombing</w:t>
      </w:r>
    </w:p>
    <w:p>
      <w:pPr>
        <w:jc w:val="right"/>
      </w:pPr>
      <w:r>
        <w:t>این اینڈ اینڈ اے بیٹر لائف آفٹر دس ہیز گیون دی آئیڈیا آف ڈوئنگ بلاسٹ اینڈ سوسائیڈ بمبنگ</w:t>
      </w:r>
    </w:p>
    <w:p>
      <w:r>
        <w:rPr>
          <w:b/>
        </w:rPr>
        <w:t xml:space="preserve">[44:24] </w:t>
      </w:r>
      <w:r>
        <w:t>to end this life and this world soon and start a new one.</w:t>
      </w:r>
    </w:p>
    <w:p>
      <w:pPr>
        <w:jc w:val="right"/>
      </w:pPr>
      <w:r>
        <w:t>ٹو اینڈ دس لائف اینڈ دس ورلڈ سون اینڈ سٹارٹ اے نیو ون۔</w:t>
      </w:r>
    </w:p>
    <w:p>
      <w:r>
        <w:rPr>
          <w:b/>
        </w:rPr>
        <w:t xml:space="preserve">[44:30] </w:t>
      </w:r>
      <w:r>
        <w:t>maulana sahab, how can we tackle such questions?" bhai, yeh bilkul stupid question hai.</w:t>
      </w:r>
    </w:p>
    <w:p>
      <w:pPr>
        <w:jc w:val="right"/>
      </w:pPr>
      <w:r>
        <w:t>مولانا صاحب، ہاؤ کین وی ٹیکل سچ کوئسچنز؟" بھئی، یہ بالکل سٹوپڈ کوئسچن ہے۔</w:t>
      </w:r>
    </w:p>
    <w:p>
      <w:r>
        <w:rPr>
          <w:b/>
        </w:rPr>
        <w:t xml:space="preserve">[44:36] </w:t>
      </w:r>
      <w:r>
        <w:t>Basic baat dekhen, hamesha yeh rahegi ke jab hum source samajhte hain Quran ko to aap Quran</w:t>
      </w:r>
    </w:p>
    <w:p>
      <w:pPr>
        <w:jc w:val="right"/>
      </w:pPr>
      <w:r>
        <w:t>بیسک بات دیکھیں، ہمیشہ یہ رہے گی کہ جب ہم سورس سمجھتے ہیں قرآن کو تو آپ قرآن</w:t>
      </w:r>
    </w:p>
    <w:p>
      <w:r>
        <w:rPr>
          <w:b/>
        </w:rPr>
        <w:t xml:space="preserve">[44:44] </w:t>
      </w:r>
      <w:r>
        <w:t>se sab bataiye hamein ke kahan hai ke sab ko maar dalo taake jaldi jannat mil jaye? yeh</w:t>
      </w:r>
    </w:p>
    <w:p>
      <w:pPr>
        <w:jc w:val="right"/>
      </w:pPr>
      <w:r>
        <w:t>سے سب بتائیے ہمیں کہ کہاں ہے کہ سب کو مار ڈالو تاکہ جلدی جنت مل جائے؟ یہ</w:t>
      </w:r>
    </w:p>
    <w:p>
      <w:r>
        <w:rPr>
          <w:b/>
        </w:rPr>
        <w:t xml:space="preserve">[44:51] </w:t>
      </w:r>
      <w:r>
        <w:t>kahan likha hua hai? yeh kahan likha hua hai ke jaldi se maar dalo, jaldi se khudkushi kar</w:t>
      </w:r>
    </w:p>
    <w:p>
      <w:pPr>
        <w:jc w:val="right"/>
      </w:pPr>
      <w:r>
        <w:t>کہاں لکھا ہوا ہے؟ یہ کہاں لکھا ہوا ہے کہ جلدی سے مار ڈالو، جلدی سے خودکشی کر</w:t>
      </w:r>
    </w:p>
    <w:p>
      <w:r>
        <w:rPr>
          <w:b/>
        </w:rPr>
        <w:t xml:space="preserve">[44:59] </w:t>
      </w:r>
      <w:r>
        <w:t>lo taake jannat pohnch jao? yeh kahan likha hua hai? to yeh to bilkul stupid baatein hain.</w:t>
      </w:r>
    </w:p>
    <w:p>
      <w:pPr>
        <w:jc w:val="right"/>
      </w:pPr>
      <w:r>
        <w:t>لو تاکہ جنت پہنچ جاؤ؟ یہ کہاں لکھا ہوا ہے؟ تو یہ تو بالکل سٹوپڈ باتیں ہیں۔</w:t>
      </w:r>
    </w:p>
    <w:p>
      <w:r>
        <w:rPr>
          <w:b/>
        </w:rPr>
        <w:t xml:space="preserve">[45:06] </w:t>
      </w:r>
      <w:r>
        <w:t>jo bhi kahe koi baat, us ko quran se ya Allah ke rasool ke kalam se ek batana</w:t>
      </w:r>
    </w:p>
    <w:p>
      <w:pPr>
        <w:jc w:val="right"/>
      </w:pPr>
      <w:r>
        <w:t>جو بھی کہے کوئی بات، اس کو قرآن سے یا اللہ کے رسول کے کلام سے ایک بتانا</w:t>
      </w:r>
    </w:p>
    <w:p>
      <w:r>
        <w:rPr>
          <w:b/>
        </w:rPr>
        <w:t xml:space="preserve">[45:14] </w:t>
      </w:r>
      <w:r>
        <w:t>parhega ke is mein yeh baat kahi gayi hai, warna woh isi bilkul stupid rahe gi.</w:t>
      </w:r>
    </w:p>
    <w:p>
      <w:pPr>
        <w:jc w:val="right"/>
      </w:pPr>
      <w:r>
        <w:t>پڑے گا کہ اس میں یہ بات کہی گئی ہے، ورنہ وہ اسی بالکل سٹوپڈ رہے گی۔</w:t>
      </w:r>
    </w:p>
    <w:p>
      <w:r>
        <w:rPr>
          <w:b/>
        </w:rPr>
        <w:t xml:space="preserve">[45:21] </w:t>
      </w:r>
      <w:r>
        <w:t>woh maulana, agla ek sawal aaya hai maulana farhad umri ka dilli se aur unhon ne likha hai:</w:t>
      </w:r>
    </w:p>
    <w:p>
      <w:pPr>
        <w:jc w:val="right"/>
      </w:pPr>
      <w:r>
        <w:t>وہ مولانا، اگلا ایک سوال آیا ہے مولانا فرہاد عمری کا دلی سے اور انہوں نے لکھا ہے:</w:t>
      </w:r>
    </w:p>
    <w:p>
      <w:r>
        <w:rPr>
          <w:b/>
        </w:rPr>
        <w:t xml:space="preserve">[45:29] </w:t>
      </w:r>
      <w:r>
        <w:t>"مولانا، I think that Obama's speech is more like a divine warning to all the sympathizers of political</w:t>
      </w:r>
    </w:p>
    <w:p>
      <w:pPr>
        <w:jc w:val="right"/>
      </w:pPr>
      <w:r>
        <w:t>"مولانا، آئی تھنک دیٹ اوباما سپیچ از مور لائک اے ڈیوائن وارننگ ٹو آل دی سمپتھائزرز آف پولیٹیکل</w:t>
      </w:r>
    </w:p>
    <w:p>
      <w:r>
        <w:rPr>
          <w:b/>
        </w:rPr>
        <w:t xml:space="preserve">[45:37] </w:t>
      </w:r>
      <w:r>
        <w:t>interpretation of Islam.</w:t>
      </w:r>
    </w:p>
    <w:p>
      <w:pPr>
        <w:jc w:val="right"/>
      </w:pPr>
      <w:r>
        <w:t>انٹرپریٹیشن آف اسلام۔</w:t>
      </w:r>
    </w:p>
    <w:p>
      <w:r>
        <w:rPr>
          <w:b/>
        </w:rPr>
        <w:t xml:space="preserve">[45:38] </w:t>
      </w:r>
      <w:r>
        <w:t>what is your comment on that?" ho sakta hai aisa ho, ho sakta hai.</w:t>
      </w:r>
    </w:p>
    <w:p>
      <w:pPr>
        <w:jc w:val="right"/>
      </w:pPr>
      <w:r>
        <w:t>واٹ از یور کمنٹ آن دیٹ؟" ہو سکتا ہے ایسا ہو، ہو سکتا ہے۔</w:t>
      </w:r>
    </w:p>
    <w:p>
      <w:r>
        <w:rPr>
          <w:b/>
        </w:rPr>
        <w:t xml:space="preserve">[45:44] </w:t>
      </w:r>
      <w:r>
        <w:t>baqi jo jo bane paaye hue hain ke woh cheez miss kar rahi hai, woh ya to kehte</w:t>
      </w:r>
    </w:p>
    <w:p>
      <w:pPr>
        <w:jc w:val="right"/>
      </w:pPr>
      <w:r>
        <w:t>باقی جو جو بنے پائے ہوئے ہیں کہ وہ چیز مس کر رہی ہے، وہ یا تو کہتے</w:t>
      </w:r>
    </w:p>
    <w:p>
      <w:r>
        <w:rPr>
          <w:b/>
        </w:rPr>
        <w:t xml:space="preserve">[45:52] </w:t>
      </w:r>
      <w:r>
        <w:t>hain ke ek parallel ideology hai jo logon ko inspire kar rahi hai, magar woh parallel ideology kya</w:t>
      </w:r>
    </w:p>
    <w:p>
      <w:pPr>
        <w:jc w:val="right"/>
      </w:pPr>
      <w:r>
        <w:t>ہیں کہ ایک پیرلل آئیڈیالوجی ہے جو لوگوں کو انسپائر کر رہی ہے، مگر وہ پیرلل آئیڈیالوجی کیا</w:t>
      </w:r>
    </w:p>
    <w:p>
      <w:r>
        <w:rPr>
          <w:b/>
        </w:rPr>
        <w:t xml:space="preserve">[46:00] </w:t>
      </w:r>
      <w:r>
        <w:t>hai, woh point out nahi kiya unhon ne.</w:t>
      </w:r>
    </w:p>
    <w:p>
      <w:pPr>
        <w:jc w:val="right"/>
      </w:pPr>
      <w:r>
        <w:t>ہے، وہ پوائنٹ آؤٹ نہیں کیا انہوں نے۔</w:t>
      </w:r>
    </w:p>
    <w:p>
      <w:r>
        <w:rPr>
          <w:b/>
        </w:rPr>
        <w:t xml:space="preserve">[46:03] </w:t>
      </w:r>
      <w:r>
        <w:t>woh is ko mein ne batane ki koshish ki hai.</w:t>
      </w:r>
    </w:p>
    <w:p>
      <w:pPr>
        <w:jc w:val="right"/>
      </w:pPr>
      <w:r>
        <w:t>وہ اس کو میں نے بتانے کی کوشش کی ہے۔</w:t>
      </w:r>
    </w:p>
    <w:p>
      <w:r>
        <w:rPr>
          <w:b/>
        </w:rPr>
        <w:t xml:space="preserve">[46:08] </w:t>
      </w:r>
      <w:r>
        <w:t>maulana, agla sawal Tampa USA se Tariq Ali sahab ka aaya hai aur woh aap se</w:t>
      </w:r>
    </w:p>
    <w:p>
      <w:pPr>
        <w:jc w:val="right"/>
      </w:pPr>
      <w:r>
        <w:t>مولانا، اگلا سوال ٹیمپا یو ایس اے سے طارق علی صاحب کا آیا ہے اور وہ آپ سے</w:t>
      </w:r>
    </w:p>
    <w:p>
      <w:r>
        <w:rPr>
          <w:b/>
        </w:rPr>
        <w:t xml:space="preserve">[46:15] </w:t>
      </w:r>
      <w:r>
        <w:t>جاننا چاہتے ہیں کہ: "Can you please explain the concept of Jizya? Was it relevant only during Prophet's</w:t>
      </w:r>
    </w:p>
    <w:p>
      <w:pPr>
        <w:jc w:val="right"/>
      </w:pPr>
      <w:r>
        <w:t>جاننا چاہتے ہیں کہ: "کین یو پلیز ایکسپلین دی کانسیپٹ آف جزیہ؟ واز اٹ ریلیونٹ اونلی ڈیورنگ پرافٹس</w:t>
      </w:r>
    </w:p>
    <w:p>
      <w:r>
        <w:rPr>
          <w:b/>
        </w:rPr>
        <w:t xml:space="preserve">[46:23] </w:t>
      </w:r>
      <w:r>
        <w:t>time aur does it have any relevance for other times?" dekhein, yeh hamari jo meeting hoti hai, woh</w:t>
      </w:r>
    </w:p>
    <w:p>
      <w:pPr>
        <w:jc w:val="right"/>
      </w:pPr>
      <w:r>
        <w:t>ٹائم اور ڈز اٹ ہیو اینی ریلیونس فار ادر ٹائمز؟" دیکھیں، یہ ہماری جو میٹنگ ہوتی ہے، وہ</w:t>
      </w:r>
    </w:p>
    <w:p>
      <w:r>
        <w:rPr>
          <w:b/>
        </w:rPr>
        <w:t xml:space="preserve">[46:31] </w:t>
      </w:r>
      <w:r>
        <w:t>fiqhi masail ke liye nahi hoti hai.</w:t>
      </w:r>
    </w:p>
    <w:p>
      <w:pPr>
        <w:jc w:val="right"/>
      </w:pPr>
      <w:r>
        <w:t>فقہی مسائل کے لئے نہیں ہوتی ہے۔</w:t>
      </w:r>
    </w:p>
    <w:p>
      <w:r>
        <w:rPr>
          <w:b/>
        </w:rPr>
        <w:t xml:space="preserve">[46:34] </w:t>
      </w:r>
      <w:r>
        <w:t>is par mein ne kitabein likhi hain, us ko padh lijiye aap.</w:t>
      </w:r>
    </w:p>
    <w:p>
      <w:pPr>
        <w:jc w:val="right"/>
      </w:pPr>
      <w:r>
        <w:t>اس پر میں نے کتابیں لکھی ہیں، اس کو پڑھ لیجئے آپ۔</w:t>
      </w:r>
    </w:p>
    <w:p>
      <w:r>
        <w:rPr>
          <w:b/>
        </w:rPr>
        <w:t xml:space="preserve">[46:39] </w:t>
      </w:r>
      <w:r>
        <w:t>is waqt to aap woh baatein bataiye jo jin ka talluq dawat se ho, peace se ho.</w:t>
      </w:r>
    </w:p>
    <w:p>
      <w:pPr>
        <w:jc w:val="right"/>
      </w:pPr>
      <w:r>
        <w:t>اس وقت تو آپ وہ باتیں بتائیے جو جن کا تعلق دعوت سے ہو، پیس سے ہو۔</w:t>
      </w:r>
    </w:p>
    <w:p>
      <w:r>
        <w:rPr>
          <w:b/>
        </w:rPr>
        <w:t xml:space="preserve">[46:46] </w:t>
      </w:r>
      <w:r>
        <w:t>hamara mozu jo hota hai, yeh woh peace aur dawat aur marifat yeh hota hai.</w:t>
      </w:r>
    </w:p>
    <w:p>
      <w:pPr>
        <w:jc w:val="right"/>
      </w:pPr>
      <w:r>
        <w:t>ہمارا موضوع جو ہوتا ہے، یہ وہ پیس اور دعوت اور معرفت یہ ہوتا ہے۔</w:t>
      </w:r>
    </w:p>
    <w:p>
      <w:r>
        <w:rPr>
          <w:b/>
        </w:rPr>
        <w:t xml:space="preserve">[46:53] </w:t>
      </w:r>
      <w:r>
        <w:t>baqi yeh sab fiqhi masail hain.</w:t>
      </w:r>
    </w:p>
    <w:p>
      <w:pPr>
        <w:jc w:val="right"/>
      </w:pPr>
      <w:r>
        <w:t>باقی یہ سب فقہی مسائل ہیں۔</w:t>
      </w:r>
    </w:p>
    <w:p>
      <w:r>
        <w:rPr>
          <w:b/>
        </w:rPr>
        <w:t xml:space="preserve">[46:55] </w:t>
      </w:r>
      <w:r>
        <w:t>meri kitab hai, us ko aap padh lijiye, uska naam hai "hikmat-e-Islam".</w:t>
      </w:r>
    </w:p>
    <w:p>
      <w:pPr>
        <w:jc w:val="right"/>
      </w:pPr>
      <w:r>
        <w:t>میری کتاب ہے، اس کو آپ پڑھ لیجئے، اس کا نام ہے "حکمت اسلام"۔</w:t>
      </w:r>
    </w:p>
    <w:p>
      <w:r>
        <w:rPr>
          <w:b/>
        </w:rPr>
        <w:t xml:space="preserve">[47:01] </w:t>
      </w:r>
      <w:r>
        <w:t>is mein is ko, is ko hum ne likha is ke bare mein.</w:t>
      </w:r>
    </w:p>
    <w:p>
      <w:pPr>
        <w:jc w:val="right"/>
      </w:pPr>
      <w:r>
        <w:t>اس میں اس کو، اس کو ہم نے لکھا اس کے بارے میں۔</w:t>
      </w:r>
    </w:p>
    <w:p>
      <w:r>
        <w:rPr>
          <w:b/>
        </w:rPr>
        <w:t xml:space="preserve">[47:07] </w:t>
      </w:r>
      <w:r>
        <w:t>hikmat e islam.</w:t>
      </w:r>
    </w:p>
    <w:p>
      <w:pPr>
        <w:jc w:val="right"/>
      </w:pPr>
      <w:r>
        <w:t>حکمت اسلام۔</w:t>
      </w:r>
    </w:p>
    <w:p>
      <w:r>
        <w:rPr>
          <w:b/>
        </w:rPr>
        <w:t xml:space="preserve">[47:08] </w:t>
      </w:r>
      <w:r>
        <w:t>maulana, agla sawal wajihuddin sahib ne kiya hai mumbai se aur unhon ne likha hai: "many people</w:t>
      </w:r>
    </w:p>
    <w:p>
      <w:pPr>
        <w:jc w:val="right"/>
      </w:pPr>
      <w:r>
        <w:t>مولانا، اگلا سوال وجیہہ الدین صاحب نے کیا ہے ممبئی سے اور انہوں نے لکھا ہے: "مینی پیپل</w:t>
      </w:r>
    </w:p>
    <w:p>
      <w:r>
        <w:rPr>
          <w:b/>
        </w:rPr>
        <w:t xml:space="preserve">[47:16] </w:t>
      </w:r>
      <w:r>
        <w:t>like the pope's recent statement that freedom of expression is not absolute.</w:t>
      </w:r>
    </w:p>
    <w:p>
      <w:pPr>
        <w:jc w:val="right"/>
      </w:pPr>
      <w:r>
        <w:t>لائک دی پوپس ریسنٹ سٹیٹمنٹ دیٹ فریڈم آف ایکسپریشن از ناٹ ایبسولیوٹ۔</w:t>
      </w:r>
    </w:p>
    <w:p>
      <w:r>
        <w:rPr>
          <w:b/>
        </w:rPr>
        <w:t xml:space="preserve">[47:21] </w:t>
      </w:r>
      <w:r>
        <w:t>the pope said it, the pope said it after the attack on Charlie Hebdo magazine in France.</w:t>
      </w:r>
    </w:p>
    <w:p>
      <w:pPr>
        <w:jc w:val="right"/>
      </w:pPr>
      <w:r>
        <w:t>دا پوپ سیڈ اٹ، دا پوپ سیڈ اٹ آفٹر دی اٹیک آن چارلی ہیبڈو میگزین ان فرانس۔</w:t>
      </w:r>
    </w:p>
    <w:p>
      <w:r>
        <w:rPr>
          <w:b/>
        </w:rPr>
        <w:t xml:space="preserve">[47:28] </w:t>
      </w:r>
      <w:r>
        <w:t>absolute freedom can be misused and that's why freedom must not be absolute.</w:t>
      </w:r>
    </w:p>
    <w:p>
      <w:pPr>
        <w:jc w:val="right"/>
      </w:pPr>
      <w:r>
        <w:t>ایبسولیوٹ فریڈم کین بی مس یوزڈ اینڈ دیٹس وائی فریڈم مسٹ ناٹ بی ایبسولیوٹ۔</w:t>
      </w:r>
    </w:p>
    <w:p>
      <w:r>
        <w:rPr>
          <w:b/>
        </w:rPr>
        <w:t xml:space="preserve">[47:34] </w:t>
      </w:r>
      <w:r>
        <w:t>some people say if someone abuses me, i have freedom to retaliate.</w:t>
      </w:r>
    </w:p>
    <w:p>
      <w:pPr>
        <w:jc w:val="right"/>
      </w:pPr>
      <w:r>
        <w:t>سم پیپل سی اف سم ون ابیوزز می، آئی ہیو فریڈم ٹو ریٹیلیٹ۔</w:t>
      </w:r>
    </w:p>
    <w:p>
      <w:r>
        <w:rPr>
          <w:b/>
        </w:rPr>
        <w:t xml:space="preserve">[47:40] </w:t>
      </w:r>
      <w:r>
        <w:t>please explain this." dekhen, do baatein alag alag hain, do baatein alag alag hain.</w:t>
      </w:r>
    </w:p>
    <w:p>
      <w:pPr>
        <w:jc w:val="right"/>
      </w:pPr>
      <w:r>
        <w:t>پلیز ایکسپلین دس۔" دیکھیں، دو باتیں الگ الگ ہیں، دو باتیں الگ الگ ہیں۔</w:t>
      </w:r>
    </w:p>
    <w:p>
      <w:r>
        <w:rPr>
          <w:b/>
        </w:rPr>
        <w:t xml:space="preserve">[47:46] </w:t>
      </w:r>
      <w:r>
        <w:t>mein samajhta hoon ke freedom jo hai, yani by nature absolute hona chahiye is ko ke insan soch</w:t>
      </w:r>
    </w:p>
    <w:p>
      <w:pPr>
        <w:jc w:val="right"/>
      </w:pPr>
      <w:r>
        <w:t>میں سمجھتا ہوں کہ فریڈم جو ہے، یعنی بائی نیچر ایبسولیوٹ ہونا چاہیے اس کو کہ انسان سوچ</w:t>
      </w:r>
    </w:p>
    <w:p>
      <w:r>
        <w:rPr>
          <w:b/>
        </w:rPr>
        <w:t xml:space="preserve">[47:54] </w:t>
      </w:r>
      <w:r>
        <w:t>sake, soch sake, soch sake.</w:t>
      </w:r>
    </w:p>
    <w:p>
      <w:pPr>
        <w:jc w:val="right"/>
      </w:pPr>
      <w:r>
        <w:t>سکے، سوچ سکے، سوچ سکے۔</w:t>
      </w:r>
    </w:p>
    <w:p>
      <w:r>
        <w:rPr>
          <w:b/>
        </w:rPr>
        <w:t xml:space="preserve">[47:56] </w:t>
      </w:r>
      <w:r>
        <w:t>yeh absolute hona chahiye, warna creativity ruk jayegi.</w:t>
      </w:r>
    </w:p>
    <w:p>
      <w:pPr>
        <w:jc w:val="right"/>
      </w:pPr>
      <w:r>
        <w:t>یہ ایبسولیوٹ ہونا چاہیے، ورنہ کریٹیوٹی رک جائے گی۔</w:t>
      </w:r>
    </w:p>
    <w:p>
      <w:r>
        <w:rPr>
          <w:b/>
        </w:rPr>
        <w:t xml:space="preserve">[48:00] </w:t>
      </w:r>
      <w:r>
        <w:t>freedom par agar pabandi lagayenge to creativity ruk jayegi, phir creative thinking ka development nahi hoga.</w:t>
      </w:r>
    </w:p>
    <w:p>
      <w:pPr>
        <w:jc w:val="right"/>
      </w:pPr>
      <w:r>
        <w:t>فریڈم پر اگر پابندی لگائیں گے تو کریٹیوٹی رک جائے گی، پھر کریٹیو تھنکنگ کا ڈویلپمنٹ نہیں ہوگا۔</w:t>
      </w:r>
    </w:p>
    <w:p>
      <w:r>
        <w:rPr>
          <w:b/>
        </w:rPr>
        <w:t xml:space="preserve">[48:07] </w:t>
      </w:r>
      <w:r>
        <w:t>insan ki sab se bari sifat yeh hai ke is ke andar creative thinking ho, hai intellectual development</w:t>
      </w:r>
    </w:p>
    <w:p>
      <w:pPr>
        <w:jc w:val="right"/>
      </w:pPr>
      <w:r>
        <w:t>انسان کی سب سے بڑی صفت یہ ہے کہ اس کے اندر کریٹیو تھنکنگ ہو، ہے انٹلیکچول ڈویلپمنٹ</w:t>
      </w:r>
    </w:p>
    <w:p>
      <w:r>
        <w:rPr>
          <w:b/>
        </w:rPr>
        <w:t xml:space="preserve">[48:15] </w:t>
      </w:r>
      <w:r>
        <w:t>hota hai is ka, to woh ruk jayegi.</w:t>
      </w:r>
    </w:p>
    <w:p>
      <w:pPr>
        <w:jc w:val="right"/>
      </w:pPr>
      <w:r>
        <w:t>ہوتا ہے اس کا، تو وہ رک جائے گی۔</w:t>
      </w:r>
    </w:p>
    <w:p>
      <w:r>
        <w:rPr>
          <w:b/>
        </w:rPr>
        <w:t xml:space="preserve">[48:19] </w:t>
      </w:r>
      <w:r>
        <w:t>is liye mein yeh manta hoon aur islam ka yahi usool hai ke freedom at itself jo hai,</w:t>
      </w:r>
    </w:p>
    <w:p>
      <w:pPr>
        <w:jc w:val="right"/>
      </w:pPr>
      <w:r>
        <w:t>اس لیے میں یہ مانتا ہوں اور اسلام کا یہی اصول ہے کہ فریڈم اٹ سیلف جو ہے،</w:t>
      </w:r>
    </w:p>
    <w:p>
      <w:r>
        <w:rPr>
          <w:b/>
        </w:rPr>
        <w:t xml:space="preserve">[48:27] </w:t>
      </w:r>
      <w:r>
        <w:t>woh total freedom hai.</w:t>
      </w:r>
    </w:p>
    <w:p>
      <w:pPr>
        <w:jc w:val="right"/>
      </w:pPr>
      <w:r>
        <w:t>وہ ٹوٹل فریڈم ہے۔</w:t>
      </w:r>
    </w:p>
    <w:p>
      <w:r>
        <w:rPr>
          <w:b/>
        </w:rPr>
        <w:t xml:space="preserve">[48:28] </w:t>
      </w:r>
      <w:r>
        <w:t>total freedom.</w:t>
      </w:r>
    </w:p>
    <w:p>
      <w:pPr>
        <w:jc w:val="right"/>
      </w:pPr>
      <w:r>
        <w:t>ٹوٹل فریڈم۔</w:t>
      </w:r>
    </w:p>
    <w:p>
      <w:r>
        <w:rPr>
          <w:b/>
        </w:rPr>
        <w:t xml:space="preserve">[48:30] </w:t>
      </w:r>
      <w:r>
        <w:t>ab is mein do baatein aati hain, woh yeh hai: ek baat, woh jo mein ne is se</w:t>
      </w:r>
    </w:p>
    <w:p>
      <w:pPr>
        <w:jc w:val="right"/>
      </w:pPr>
      <w:r>
        <w:t>اب اس میں دو باتیں آتی ہیں، وہ یہ ہے: ایک بات، وہ جو میں نے اس سے</w:t>
      </w:r>
    </w:p>
    <w:p>
      <w:r>
        <w:rPr>
          <w:b/>
        </w:rPr>
        <w:t xml:space="preserve">[48:38] </w:t>
      </w:r>
      <w:r>
        <w:t>pehlay keh chuka hoon ke sirf yeh hai ke doosre ke liye aap harmful na banen.</w:t>
      </w:r>
    </w:p>
    <w:p>
      <w:pPr>
        <w:jc w:val="right"/>
      </w:pPr>
      <w:r>
        <w:t>پہلے کہہ چکا ہوں کہ صرف یہ ہے کہ دوسرے کے لئے آپ ہارم فل نہ بنیں۔</w:t>
      </w:r>
    </w:p>
    <w:p>
      <w:r>
        <w:rPr>
          <w:b/>
        </w:rPr>
        <w:t xml:space="preserve">[48:45] </w:t>
      </w:r>
      <w:r>
        <w:t>khud to chahe jitna sochen, aap apni thinking ko jitna hi chahe aap kare dein, is ko apne</w:t>
      </w:r>
    </w:p>
    <w:p>
      <w:pPr>
        <w:jc w:val="right"/>
      </w:pPr>
      <w:r>
        <w:t>خود تو چاہے جتنا سوچیں، آپ اپنی تھنکنگ کو جتنا ہی چاہے آپ کرے دیں، اس کو اپنے</w:t>
      </w:r>
    </w:p>
    <w:p>
      <w:r>
        <w:rPr>
          <w:b/>
        </w:rPr>
        <w:t xml:space="preserve">[48:53] </w:t>
      </w:r>
      <w:r>
        <w:t>mind ko jitna chahe istemal karen, lekin yeh right nahi hona chahiye ke doosre ke liye harmful</w:t>
      </w:r>
    </w:p>
    <w:p>
      <w:pPr>
        <w:jc w:val="right"/>
      </w:pPr>
      <w:r>
        <w:t>مائنڈ کو جتنا چاہے استعمال کریں، لیکن یہ رائٹ نہیں ہونا چاہیے کہ دوسرے کے لئے ہارم فل</w:t>
      </w:r>
    </w:p>
    <w:p>
      <w:r>
        <w:rPr>
          <w:b/>
        </w:rPr>
        <w:t xml:space="preserve">[49:00] </w:t>
      </w:r>
      <w:r>
        <w:t>banayen, kyunke woh to woh social crime ka subject ban jata hai, woh freedom ka nahi.</w:t>
      </w:r>
    </w:p>
    <w:p>
      <w:pPr>
        <w:jc w:val="right"/>
      </w:pPr>
      <w:r>
        <w:t>بنائیں، کیونکہ وہ تو وہ سوشل کرائم کا سبجیکٹ بن جاتا ہے، وہ فریڈم کا نہیں۔</w:t>
      </w:r>
    </w:p>
    <w:p>
      <w:r>
        <w:rPr>
          <w:b/>
        </w:rPr>
        <w:t xml:space="preserve">[49:07] </w:t>
      </w:r>
      <w:r>
        <w:t>jaise hi aap doosre ke liye harmful bante hain to aap ek social crime karte hain, to</w:t>
      </w:r>
    </w:p>
    <w:p>
      <w:pPr>
        <w:jc w:val="right"/>
      </w:pPr>
      <w:r>
        <w:t>جیسے ہی آپ دوسرے کے لئے ہارم فل بنتے ہیں تو آپ ایک سوشل کرائم کرتے ہیں، تو</w:t>
      </w:r>
    </w:p>
    <w:p>
      <w:r>
        <w:rPr>
          <w:b/>
        </w:rPr>
        <w:t xml:space="preserve">[49:15] </w:t>
      </w:r>
      <w:r>
        <w:t>woh bilkul sahi hai.</w:t>
      </w:r>
    </w:p>
    <w:p>
      <w:pPr>
        <w:jc w:val="right"/>
      </w:pPr>
      <w:r>
        <w:t>وہ بالکل صحیح ہے۔</w:t>
      </w:r>
    </w:p>
    <w:p>
      <w:r>
        <w:rPr>
          <w:b/>
        </w:rPr>
        <w:t xml:space="preserve">[49:17] </w:t>
      </w:r>
      <w:r>
        <w:t>doosri baat yeh hai ke musalman jo yeh kehte hain ke hamara hamara dil majrooh hua hai, to</w:t>
      </w:r>
    </w:p>
    <w:p>
      <w:pPr>
        <w:jc w:val="right"/>
      </w:pPr>
      <w:r>
        <w:t>دوسری بات یہ ہے کہ مسلمان جو یہ کہتے ہیں کہ ہمارا ہمارا دل مجروح ہوا ہے، تو</w:t>
      </w:r>
    </w:p>
    <w:p>
      <w:r>
        <w:rPr>
          <w:b/>
        </w:rPr>
        <w:t xml:space="preserve">[49:24] </w:t>
      </w:r>
      <w:r>
        <w:t>yeh majrooh hona ka concept bilkul galat hai, yeh Islam se is ka koi talluq nahin.</w:t>
      </w:r>
    </w:p>
    <w:p>
      <w:pPr>
        <w:jc w:val="right"/>
      </w:pPr>
      <w:r>
        <w:t>یہ مجروح ہونا کا کانسیپٹ بالکل غلط ہے، یہ اسلام سے اس کا کوئی تعلق نہیں۔</w:t>
      </w:r>
    </w:p>
    <w:p>
      <w:r>
        <w:rPr>
          <w:b/>
        </w:rPr>
        <w:t xml:space="preserve">[49:31] </w:t>
      </w:r>
      <w:r>
        <w:t>aap ka dil majrooh kyun hua? aap ke dil ko aap offend kyun hui hai? aap is ko</w:t>
      </w:r>
    </w:p>
    <w:p>
      <w:pPr>
        <w:jc w:val="right"/>
      </w:pPr>
      <w:r>
        <w:t>آپ کا دل مجروح کیوں ہوا؟ آپ کے دل کو آپ افینڈ کیوں ہوئی ہے؟ آپ اس کو</w:t>
      </w:r>
    </w:p>
    <w:p>
      <w:r>
        <w:rPr>
          <w:b/>
        </w:rPr>
        <w:t xml:space="preserve">[49:39] </w:t>
      </w:r>
      <w:r>
        <w:t>point of discussion bana kar is ko is ke baat kijiye.</w:t>
      </w:r>
    </w:p>
    <w:p>
      <w:pPr>
        <w:jc w:val="right"/>
      </w:pPr>
      <w:r>
        <w:t>پوائنٹ آف ڈسکشن بنا کر اس کو اس کے بات کیجئے۔</w:t>
      </w:r>
    </w:p>
    <w:p>
      <w:r>
        <w:rPr>
          <w:b/>
        </w:rPr>
        <w:t xml:space="preserve">[49:44] </w:t>
      </w:r>
      <w:r>
        <w:t>jis ne koi baat kahi hai, woh aap ko buri lagi hai to aap use use discuss kijiye,</w:t>
      </w:r>
    </w:p>
    <w:p>
      <w:pPr>
        <w:jc w:val="right"/>
      </w:pPr>
      <w:r>
        <w:t>جس نے کوئی بات کہی ہے، وہ آپ کو بری لگی ہے تو آپ اسے اسے ڈسکس کیجئے،</w:t>
      </w:r>
    </w:p>
    <w:p>
      <w:r>
        <w:rPr>
          <w:b/>
        </w:rPr>
        <w:t xml:space="preserve">[49:51] </w:t>
      </w:r>
      <w:r>
        <w:t>is ko point of discussion banaiye.</w:t>
      </w:r>
    </w:p>
    <w:p>
      <w:pPr>
        <w:jc w:val="right"/>
      </w:pPr>
      <w:r>
        <w:t>اس کو پوائنٹ آف ڈسکشن بنائیے۔</w:t>
      </w:r>
    </w:p>
    <w:p>
      <w:r>
        <w:rPr>
          <w:b/>
        </w:rPr>
        <w:t xml:space="preserve">[49:54] </w:t>
      </w:r>
      <w:r>
        <w:t>point of, yani is ko offend hone ki koi zaroorat nahin hai.</w:t>
      </w:r>
    </w:p>
    <w:p>
      <w:pPr>
        <w:jc w:val="right"/>
      </w:pPr>
      <w:r>
        <w:t>پوائنٹ آف، یعنی اس کو افینڈ ہونے کی کوئی ضرورت نہیں ہے۔</w:t>
      </w:r>
    </w:p>
    <w:p>
      <w:r>
        <w:rPr>
          <w:b/>
        </w:rPr>
        <w:t xml:space="preserve">[49:59] </w:t>
      </w:r>
      <w:r>
        <w:t>yeh musalman yeh kehte hain ke is se hamara dil offend hota hai, to offend hone ki zaroorat</w:t>
      </w:r>
    </w:p>
    <w:p>
      <w:pPr>
        <w:jc w:val="right"/>
      </w:pPr>
      <w:r>
        <w:t>یہ مسلمان یہ کہتے ہیں کہ اس سے ہمارا دل افینڈ ہوتا ہے، تو افینڈ ہونے کی ضرورت</w:t>
      </w:r>
    </w:p>
    <w:p>
      <w:r>
        <w:rPr>
          <w:b/>
        </w:rPr>
        <w:t xml:space="preserve">[50:07] </w:t>
      </w:r>
      <w:r>
        <w:t>hi kya hai? aap use discuss kijiye.</w:t>
      </w:r>
    </w:p>
    <w:p>
      <w:pPr>
        <w:jc w:val="right"/>
      </w:pPr>
      <w:r>
        <w:t>ہی کیا ہے؟ آپ اسے ڈسکس کیجئے۔</w:t>
      </w:r>
    </w:p>
    <w:p>
      <w:r>
        <w:rPr>
          <w:b/>
        </w:rPr>
        <w:t xml:space="preserve">[50:10] </w:t>
      </w:r>
      <w:r>
        <w:t>to yeh do baatein main arz karunga ke freedom ke liye koi bhi condition nahin hai, siwaye</w:t>
      </w:r>
    </w:p>
    <w:p>
      <w:pPr>
        <w:jc w:val="right"/>
      </w:pPr>
      <w:r>
        <w:t>تو یہ دو باتیں میں عرض کروں گا کہ فریڈم کے لئے کوئی بھی کنڈیشن نہیں ہے، سوائے</w:t>
      </w:r>
    </w:p>
    <w:p>
      <w:r>
        <w:rPr>
          <w:b/>
        </w:rPr>
        <w:t xml:space="preserve">[50:17] </w:t>
      </w:r>
      <w:r>
        <w:t>is ke ke aadmi harmful na bane.</w:t>
      </w:r>
    </w:p>
    <w:p>
      <w:pPr>
        <w:jc w:val="right"/>
      </w:pPr>
      <w:r>
        <w:t>اس کے کہ آدمی ہارم فل نہ بنے۔</w:t>
      </w:r>
    </w:p>
    <w:p>
      <w:r>
        <w:rPr>
          <w:b/>
        </w:rPr>
        <w:t xml:space="preserve">[50:21] </w:t>
      </w:r>
      <w:r>
        <w:t>harmful banega to phir woh freedom nahin hogi, woh social crime ho jayega.</w:t>
      </w:r>
    </w:p>
    <w:p>
      <w:pPr>
        <w:jc w:val="right"/>
      </w:pPr>
      <w:r>
        <w:t>ہارم فل بنے گا تو پھر وہ فریڈم نہیں ہوگی، وہ سوشل کرائم ہو جائے گا۔</w:t>
      </w:r>
    </w:p>
    <w:p>
      <w:r>
        <w:rPr>
          <w:b/>
        </w:rPr>
        <w:t xml:space="preserve">[50:28] </w:t>
      </w:r>
      <w:r>
        <w:t>doosri baat yeh hai ke koi kisi ki baat aap ko agar galat maloom ho rahi hai, buri</w:t>
      </w:r>
    </w:p>
    <w:p>
      <w:pPr>
        <w:jc w:val="right"/>
      </w:pPr>
      <w:r>
        <w:t>دوسری بات یہ ہے کہ کوئی کسی کی بات آپ کو اگر غلط معلوم ہو رہی ہے، بری</w:t>
      </w:r>
    </w:p>
    <w:p>
      <w:r>
        <w:rPr>
          <w:b/>
        </w:rPr>
        <w:t xml:space="preserve">[50:35] </w:t>
      </w:r>
      <w:r>
        <w:t>lag rahi hai to aap use discuss kijiye, is ko reason based discussion kijiye is se, aur aur</w:t>
      </w:r>
    </w:p>
    <w:p>
      <w:pPr>
        <w:jc w:val="right"/>
      </w:pPr>
      <w:r>
        <w:t>لگ رہی ہے تو آپ اسے ڈسکس کیجئے، اس کو ریزن بیسڈ ڈسکشن کیجئے اس سے، اور اور</w:t>
      </w:r>
    </w:p>
    <w:p>
      <w:r>
        <w:rPr>
          <w:b/>
        </w:rPr>
        <w:t xml:space="preserve">[50:43] </w:t>
      </w:r>
      <w:r>
        <w:t>woh is se aap ko bhi faida hoga, us ko bhi faida hoga.</w:t>
      </w:r>
    </w:p>
    <w:p>
      <w:pPr>
        <w:jc w:val="right"/>
      </w:pPr>
      <w:r>
        <w:t>وہ اس سے آپ کو بھی فائدہ ہوگا، اس کو بھی فائدہ ہوگا۔</w:t>
      </w:r>
    </w:p>
    <w:p>
      <w:r>
        <w:rPr>
          <w:b/>
        </w:rPr>
        <w:t xml:space="preserve">[50:49] </w:t>
      </w:r>
      <w:r>
        <w:t>yeh do baatein main kehta hoon.</w:t>
      </w:r>
    </w:p>
    <w:p>
      <w:pPr>
        <w:jc w:val="right"/>
      </w:pPr>
      <w:r>
        <w:t>یہ دو باتیں میں کہتا ہوں۔</w:t>
      </w:r>
    </w:p>
    <w:p>
      <w:r>
        <w:rPr>
          <w:b/>
        </w:rPr>
        <w:t xml:space="preserve">[50:51] </w:t>
      </w:r>
      <w:r>
        <w:t>maulana, agla sawal Singapore se kiya hai Noreen Sattar ne.</w:t>
      </w:r>
    </w:p>
    <w:p>
      <w:pPr>
        <w:jc w:val="right"/>
      </w:pPr>
      <w:r>
        <w:t>مولانا، اگلا سوال سنگاپور سے کیا ہے نورین ستار نے۔</w:t>
      </w:r>
    </w:p>
    <w:p>
      <w:r>
        <w:rPr>
          <w:b/>
        </w:rPr>
        <w:t xml:space="preserve">[50:56] </w:t>
      </w:r>
      <w:r>
        <w:t>انہوں نے آپ سے پوچھا ہے کہ: "Regarding spreading this goal of peace, isn't it the main duty</w:t>
      </w:r>
    </w:p>
    <w:p>
      <w:pPr>
        <w:jc w:val="right"/>
      </w:pPr>
      <w:r>
        <w:t>انہوں نے آپ سے پوچھا ہے کہ: "ریگارڈنگ سپریڈنگ دس گول آف پیس، ازنٹ اٹ دا مین ڈیوٹی</w:t>
      </w:r>
    </w:p>
    <w:p>
      <w:r>
        <w:rPr>
          <w:b/>
        </w:rPr>
        <w:t xml:space="preserve">[51:03] </w:t>
      </w:r>
      <w:r>
        <w:t>of the people of Makkah, as all different sects of Muslim are following their own imams, but they</w:t>
      </w:r>
    </w:p>
    <w:p>
      <w:pPr>
        <w:jc w:val="right"/>
      </w:pPr>
      <w:r>
        <w:t>آف دا پیپل آف مکہ، ایز آل ڈفرنٹ سیٹس آف مسلم آر فالوئنگ دیر اون امامز، بٹ دے</w:t>
      </w:r>
    </w:p>
    <w:p>
      <w:r>
        <w:rPr>
          <w:b/>
        </w:rPr>
        <w:t xml:space="preserve">[51:11] </w:t>
      </w:r>
      <w:r>
        <w:t>All do take the Mecca fatwa seriously.</w:t>
      </w:r>
    </w:p>
    <w:p>
      <w:pPr>
        <w:jc w:val="right"/>
      </w:pPr>
      <w:r>
        <w:t>آل ڈو ٹیک دی مکہ فتویٰ سیریسلی۔</w:t>
      </w:r>
    </w:p>
    <w:p>
      <w:r>
        <w:rPr>
          <w:b/>
        </w:rPr>
        <w:t xml:space="preserve">[51:14] </w:t>
      </w:r>
      <w:r>
        <w:t>"Don't you think that Saudi people have failed in this duty? Why are they silent on this?" Nahin,</w:t>
      </w:r>
    </w:p>
    <w:p>
      <w:pPr>
        <w:jc w:val="right"/>
      </w:pPr>
      <w:r>
        <w:t>ڈونٹ یو تھنک دیٹ سعودی پیپل ہیو فیلڈ ان دس ڈیوٹی؟ وائی آر دے سائلنٹ آن دس؟" نہیں،</w:t>
      </w:r>
    </w:p>
    <w:p>
      <w:r>
        <w:rPr>
          <w:b/>
        </w:rPr>
        <w:t xml:space="preserve">[51:22] </w:t>
      </w:r>
      <w:r>
        <w:t>yeh yeh yeh mujhe nahin maloom ke yeh kis ka nazariya hai.</w:t>
      </w:r>
    </w:p>
    <w:p>
      <w:pPr>
        <w:jc w:val="right"/>
      </w:pPr>
      <w:r>
        <w:t>یہ یہ یہ مجھے نہیں معلوم کہ یہ کس کا نظریہ ہے۔</w:t>
      </w:r>
    </w:p>
    <w:p>
      <w:r>
        <w:rPr>
          <w:b/>
        </w:rPr>
        <w:t xml:space="preserve">[51:27] </w:t>
      </w:r>
      <w:r>
        <w:t>Makkah ki zimmedari nahin hai, yeh to sari Muslim ummat ki zimmedari hai.</w:t>
      </w:r>
    </w:p>
    <w:p>
      <w:pPr>
        <w:jc w:val="right"/>
      </w:pPr>
      <w:r>
        <w:t>مکہ کی ذمہ داری نہیں ہے، یہ تو ساری مسلم امت کی ذمہ داری ہے۔</w:t>
      </w:r>
    </w:p>
    <w:p>
      <w:r>
        <w:rPr>
          <w:b/>
        </w:rPr>
        <w:t xml:space="preserve">[51:33] </w:t>
      </w:r>
      <w:r>
        <w:t>Makkah Hajj ka center hai, bas Makkah jo hai Hajj ka center hai.</w:t>
      </w:r>
    </w:p>
    <w:p>
      <w:pPr>
        <w:jc w:val="right"/>
      </w:pPr>
      <w:r>
        <w:t>مکہ حج کا سینٹر ہے، بس مکہ جو ہے حج کا سینٹر ہے۔</w:t>
      </w:r>
    </w:p>
    <w:p>
      <w:r>
        <w:rPr>
          <w:b/>
        </w:rPr>
        <w:t xml:space="preserve">[51:39] </w:t>
      </w:r>
      <w:r>
        <w:t>yeh inhone jo likha hai, mujhe nahin maloom ke yeh kis ka nazariya hai.</w:t>
      </w:r>
    </w:p>
    <w:p>
      <w:pPr>
        <w:jc w:val="right"/>
      </w:pPr>
      <w:r>
        <w:t>یہ انہوں نے جو لکھا ہے، مجھے نہیں معلوم کہ یہ کس کا نظریہ ہے۔</w:t>
      </w:r>
    </w:p>
    <w:p>
      <w:r>
        <w:rPr>
          <w:b/>
        </w:rPr>
        <w:t xml:space="preserve">[51:45] </w:t>
      </w:r>
      <w:r>
        <w:t>yeh yeh sare musalmanon ki duty hai, inhi ki duty kyun hai? sari Muslim ummat ki duty hai.</w:t>
      </w:r>
    </w:p>
    <w:p>
      <w:pPr>
        <w:jc w:val="right"/>
      </w:pPr>
      <w:r>
        <w:t>یہ یہ سارے مسلمانوں کی ڈیوٹی ہے، انہی کی ڈیوٹی کیوں ہے؟ ساری مسلم امت کی ڈیوٹی ہے۔</w:t>
      </w:r>
    </w:p>
    <w:p>
      <w:r>
        <w:rPr>
          <w:b/>
        </w:rPr>
        <w:t xml:space="preserve">[51:53] </w:t>
      </w:r>
      <w:r>
        <w:t>maulana, agla sawal kiya hai Tamil Nadu se Maulana Iqbal Umri ne, aur inhone likha hai ke:</w:t>
      </w:r>
    </w:p>
    <w:p>
      <w:pPr>
        <w:jc w:val="right"/>
      </w:pPr>
      <w:r>
        <w:t>مولانا، اگلا سوال کیا ہے تمل ناڈو سے مولانا اقبال عمری نے، اور انہوں نے لکھا ہے کہ:</w:t>
      </w:r>
    </w:p>
    <w:p>
      <w:r>
        <w:rPr>
          <w:b/>
        </w:rPr>
        <w:t xml:space="preserve">[52:01] </w:t>
      </w:r>
      <w:r>
        <w:t>"maulana, dawah ko convey karna hai ya dawah ke zariye convert karna hai?" Maulana, yahan bhi imposition ka</w:t>
      </w:r>
    </w:p>
    <w:p>
      <w:pPr>
        <w:jc w:val="right"/>
      </w:pPr>
      <w:r>
        <w:t>"مولانا، دعوت کو کنوے کرنا ہے یا دعوت کے ذریعے کنورٹ کرنا ہے؟" مولانا، یہاں بھی امپوزیشن کا</w:t>
      </w:r>
    </w:p>
    <w:p>
      <w:r>
        <w:rPr>
          <w:b/>
        </w:rPr>
        <w:t xml:space="preserve">[52:08] </w:t>
      </w:r>
      <w:r>
        <w:t>zehan aa sakta hai, is se kaise bacha jaye? is ko clear karen.</w:t>
      </w:r>
    </w:p>
    <w:p>
      <w:pPr>
        <w:jc w:val="right"/>
      </w:pPr>
      <w:r>
        <w:t>ذہن آ سکتا ہے، اس سے کیسے بچا جائے؟ اس کو کلیئر کریں۔</w:t>
      </w:r>
    </w:p>
    <w:p>
      <w:r>
        <w:rPr>
          <w:b/>
        </w:rPr>
        <w:t xml:space="preserve">[52:14] </w:t>
      </w:r>
      <w:r>
        <w:t>phir conversion Islam mein hai hi nahin, yani mazhab badalwana Islam mein hai hi nahin.</w:t>
      </w:r>
    </w:p>
    <w:p>
      <w:pPr>
        <w:jc w:val="right"/>
      </w:pPr>
      <w:r>
        <w:t>پھر کنورژن اسلام میں ہے ہی نہیں، یعنی مذہب بدلوانا اسلام میں ہے ہی نہیں۔</w:t>
      </w:r>
    </w:p>
    <w:p>
      <w:r>
        <w:rPr>
          <w:b/>
        </w:rPr>
        <w:t xml:space="preserve">[52:20] </w:t>
      </w:r>
      <w:r>
        <w:t>islam mein jo hai, woh yaani ab jis baat ko aap sahi samajhte hain, woh kahiye.</w:t>
      </w:r>
    </w:p>
    <w:p>
      <w:pPr>
        <w:jc w:val="right"/>
      </w:pPr>
      <w:r>
        <w:t>اسلام میں جو ہے، وہ یعنی اب جس بات کو آپ صحیح سمجھتے ہیں، وہ کہیے۔</w:t>
      </w:r>
    </w:p>
    <w:p>
      <w:r>
        <w:rPr>
          <w:b/>
        </w:rPr>
        <w:t xml:space="preserve">[52:27] </w:t>
      </w:r>
      <w:r>
        <w:t>baqi islam ke mutaliq dekhen ke mazhab ek personal choice ka naam hai, koi doosra aap ja ke</w:t>
      </w:r>
    </w:p>
    <w:p>
      <w:pPr>
        <w:jc w:val="right"/>
      </w:pPr>
      <w:r>
        <w:t>باقی اسلام کے متعلق دیکھیں کہ مذہب ایک پرسنل چوائس کا نام ہے، کوئی دوسرا آپ جا کے</w:t>
      </w:r>
    </w:p>
    <w:p>
      <w:r>
        <w:rPr>
          <w:b/>
        </w:rPr>
        <w:t xml:space="preserve">[52:35] </w:t>
      </w:r>
      <w:r>
        <w:t>aap badalwave, yeh is ka talluq islam se hai hi nahin.</w:t>
      </w:r>
    </w:p>
    <w:p>
      <w:pPr>
        <w:jc w:val="right"/>
      </w:pPr>
      <w:r>
        <w:t>آپ بدلواوے، یہ اس کا تعلق اسلام سے ہے ہی نہیں۔</w:t>
      </w:r>
    </w:p>
    <w:p>
      <w:r>
        <w:rPr>
          <w:b/>
        </w:rPr>
        <w:t xml:space="preserve">[52:40] </w:t>
      </w:r>
      <w:r>
        <w:t>personal choice, faman shaa'a falyu'min, faman shaa'a falyakfur.</w:t>
      </w:r>
    </w:p>
    <w:p>
      <w:pPr>
        <w:jc w:val="right"/>
      </w:pPr>
      <w:r>
        <w:t>پرسنل چوائس، فمن شاف فلیومن، فمن شاف فلیکفر۔</w:t>
      </w:r>
    </w:p>
    <w:p>
      <w:r>
        <w:rPr>
          <w:b/>
        </w:rPr>
        <w:t xml:space="preserve">[52:43] </w:t>
      </w:r>
      <w:r>
        <w:t>allah ta'ala ka jo creation plan hai, us ke mutabiq mazhab har aadmi ka personal choice hai, bas</w:t>
      </w:r>
    </w:p>
    <w:p>
      <w:pPr>
        <w:jc w:val="right"/>
      </w:pPr>
      <w:r>
        <w:t>اللہ تعالیٰ کا جو کریشن پلان ہے، اس کے مطابق مذہب ہر آدمی کا پرسنل چوائس ہے، بس</w:t>
      </w:r>
    </w:p>
    <w:p>
      <w:r>
        <w:rPr>
          <w:b/>
        </w:rPr>
        <w:t xml:space="preserve">[52:51] </w:t>
      </w:r>
      <w:r>
        <w:t>koi doosra ja kar ke us ko badalwave, mazhab yeh islam mein hai hi nahin.</w:t>
      </w:r>
    </w:p>
    <w:p>
      <w:pPr>
        <w:jc w:val="right"/>
      </w:pPr>
      <w:r>
        <w:t>کوئی دوسرا جا کر کے اس کو بدلواوے، مذہب یہ اسلام میں ہے ہی نہیں۔</w:t>
      </w:r>
    </w:p>
    <w:p>
      <w:r>
        <w:rPr>
          <w:b/>
        </w:rPr>
        <w:t xml:space="preserve">[52:57] </w:t>
      </w:r>
      <w:r>
        <w:t>kai aayaten quran mein aisi hain: "la ikraaha fid deen, faman shaa'a falyu'min, faman shaa'a falyakfur".</w:t>
      </w:r>
    </w:p>
    <w:p>
      <w:pPr>
        <w:jc w:val="right"/>
      </w:pPr>
      <w:r>
        <w:t>کئی آیتیں قرآن میں ایسی ہیں: "لا اکراہ فی الدین، فمن شاف فلیومن، فمن شاف فلیکفر"۔</w:t>
      </w:r>
    </w:p>
    <w:p>
      <w:r>
        <w:rPr>
          <w:b/>
        </w:rPr>
        <w:t xml:space="preserve">[53:04] </w:t>
      </w:r>
      <w:r>
        <w:t>yeh sab batati hain ke is mazhab har aadmi ka personal choice hai.</w:t>
      </w:r>
    </w:p>
    <w:p>
      <w:pPr>
        <w:jc w:val="right"/>
      </w:pPr>
      <w:r>
        <w:t>یہ سب بتاتی ہیں کہ اس مذہب ہر آدمی کا پرسنل چوائس ہے۔</w:t>
      </w:r>
    </w:p>
    <w:p>
      <w:r>
        <w:rPr>
          <w:b/>
        </w:rPr>
        <w:t xml:space="preserve">[53:10] </w:t>
      </w:r>
      <w:r>
        <w:t>maulana, agla sawal dilli se kiya hai mister ajay dravidi ne, aur unhon ne likha hai ke: "can</w:t>
      </w:r>
    </w:p>
    <w:p>
      <w:pPr>
        <w:jc w:val="right"/>
      </w:pPr>
      <w:r>
        <w:t>مولانا، اگلا سوال دلی سے کیا ہے مسٹر اجے درویدی نے، اور انہوں نے لکھا ہے کہ: "کین</w:t>
      </w:r>
    </w:p>
    <w:p>
      <w:r>
        <w:rPr>
          <w:b/>
        </w:rPr>
        <w:t xml:space="preserve">[53:17] </w:t>
      </w:r>
      <w:r>
        <w:t>We see that this terrorism phase is also a temporary one, and it will also end.</w:t>
      </w:r>
    </w:p>
    <w:p>
      <w:pPr>
        <w:jc w:val="right"/>
      </w:pPr>
      <w:r>
        <w:t>وی سی دیٹ دس ٹیررزم فریز از آل سو اے ٹیمپرری ون، اینڈ اٹ ویل آل سو اینڈ</w:t>
      </w:r>
    </w:p>
    <w:p>
      <w:r>
        <w:rPr>
          <w:b/>
        </w:rPr>
        <w:t xml:space="preserve">[53:25] </w:t>
      </w:r>
      <w:r>
        <w:t>like communism?" haan, sahi sahi keh rahe hain aap, bilkul sahi keh rahe hain, bilkul sahi keh rahe</w:t>
      </w:r>
    </w:p>
    <w:p>
      <w:pPr>
        <w:jc w:val="right"/>
      </w:pPr>
      <w:r>
        <w:t>لائک کمیونزم؟" ہاں، صحیح صحیح کہہ رہے ہیں آپ، بالکل صحیح کہہ رہے ہیں، بالکل صحیح کہہ رہے</w:t>
      </w:r>
    </w:p>
    <w:p>
      <w:r>
        <w:rPr>
          <w:b/>
        </w:rPr>
        <w:t xml:space="preserve">[53:33]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[53:34] </w:t>
      </w:r>
      <w:r>
        <w:t>maulana, agla comment aaya hai doha qatar se maulana abdul basit umri ka, aur unhon ne likha hai: "maulana,</w:t>
      </w:r>
    </w:p>
    <w:p>
      <w:pPr>
        <w:jc w:val="right"/>
      </w:pPr>
      <w:r>
        <w:t>مولانا، اگلا کمنٹ آیا ہے دوحہ قطر سے مولانا عبدالباسط عمری کا، اور انہوں نے لکھا ہے: "مولانا،</w:t>
      </w:r>
    </w:p>
    <w:p>
      <w:r>
        <w:rPr>
          <w:b/>
        </w:rPr>
        <w:t xml:space="preserve">[53:42] </w:t>
      </w:r>
      <w:r>
        <w:t>aaj ka lecture mere liye bohat ziyada thrilling full tha.</w:t>
      </w:r>
    </w:p>
    <w:p>
      <w:pPr>
        <w:jc w:val="right"/>
      </w:pPr>
      <w:r>
        <w:t>آج کا لیکچر میرے لئے بہت زیادہ تھرلنگ فل تھا۔</w:t>
      </w:r>
    </w:p>
    <w:p>
      <w:r>
        <w:rPr>
          <w:b/>
        </w:rPr>
        <w:t xml:space="preserve">[53:46] </w:t>
      </w:r>
      <w:r>
        <w:t>aap ki yeh baat ke aaj sirf ideology ke zariye hi tashaddud par mabni tahrikon ka khatma mumkin</w:t>
      </w:r>
    </w:p>
    <w:p>
      <w:pPr>
        <w:jc w:val="right"/>
      </w:pPr>
      <w:r>
        <w:t>آپ کی یہ بات کہ آج صرف آئیڈیالوجی کے ذریعے ہی تشدد پر مبنی تحریکوں کا خاتمہ ممکن</w:t>
      </w:r>
    </w:p>
    <w:p>
      <w:r>
        <w:rPr>
          <w:b/>
        </w:rPr>
        <w:t xml:space="preserve">[53:54] </w:t>
      </w:r>
      <w:r>
        <w:t>hai, kyunke jab bhi kisi bhi mulk ko dahshat gardon ka samna hua to unhon ne taqat se,</w:t>
      </w:r>
    </w:p>
    <w:p>
      <w:pPr>
        <w:jc w:val="right"/>
      </w:pPr>
      <w:r>
        <w:t>ہے، کیونکہ جب بھی کسی بھی ملک کو دہشت گردوں کا سامنا ہوا تو انہوں نے طاقت سے،</w:t>
      </w:r>
    </w:p>
    <w:p>
      <w:r>
        <w:rPr>
          <w:b/>
        </w:rPr>
        <w:t xml:space="preserve">[54:02] </w:t>
      </w:r>
      <w:r>
        <w:t>yaani jadeed hathiyaron se, is ka muqabla kiya.</w:t>
      </w:r>
    </w:p>
    <w:p>
      <w:pPr>
        <w:jc w:val="right"/>
      </w:pPr>
      <w:r>
        <w:t>یعنی جدید ہتھیاروں سے، اس کا مقابلہ کیا۔</w:t>
      </w:r>
    </w:p>
    <w:p>
      <w:r>
        <w:rPr>
          <w:b/>
        </w:rPr>
        <w:t xml:space="preserve">[54:05] </w:t>
      </w:r>
      <w:r>
        <w:t>jadeed hathiyaron ki tabahi se kuch masoom bachche aur auraten bhi halak ho gayeen.</w:t>
      </w:r>
    </w:p>
    <w:p>
      <w:pPr>
        <w:jc w:val="right"/>
      </w:pPr>
      <w:r>
        <w:t>جدید ہتھیاروں کی تباہی سے کچھ معصوم بچے اور عورتیں بھی ہلاک ہوئیں۔</w:t>
      </w:r>
    </w:p>
    <w:p>
      <w:r>
        <w:rPr>
          <w:b/>
        </w:rPr>
        <w:t xml:space="preserve">[54:11] </w:t>
      </w:r>
      <w:r>
        <w:t>ab dahshat gardon ne in masoom bachchon aur auraton ki tasweeren internet par daal kar awam ko apni</w:t>
      </w:r>
    </w:p>
    <w:p>
      <w:pPr>
        <w:jc w:val="right"/>
      </w:pPr>
      <w:r>
        <w:t>اب دہشت گردوں نے ان معصوم بچوں اور عورتوں کی تصویریں انٹرنیٹ پر ڈال کر عوام کو اپنی</w:t>
      </w:r>
    </w:p>
    <w:p>
      <w:r>
        <w:rPr>
          <w:b/>
        </w:rPr>
        <w:t xml:space="preserve">[54:18] </w:t>
      </w:r>
      <w:r>
        <w:t>taraf khenchne ki koshish ki, aur is mein woh kamyab bhi hue.</w:t>
      </w:r>
    </w:p>
    <w:p>
      <w:pPr>
        <w:jc w:val="right"/>
      </w:pPr>
      <w:r>
        <w:t>طرف کھینچنے کی کوشش کی، اور اس میں وہ کامیاب بھی ہوئے۔</w:t>
      </w:r>
    </w:p>
    <w:p>
      <w:r>
        <w:rPr>
          <w:b/>
        </w:rPr>
        <w:t xml:space="preserve">[54:24] </w:t>
      </w:r>
      <w:r>
        <w:t>yeh arab mulkon mein, yeh arab mulkon mein bhi hum dekh rahe hain, aur pakistan wagera mein to</w:t>
      </w:r>
    </w:p>
    <w:p>
      <w:pPr>
        <w:jc w:val="right"/>
      </w:pPr>
      <w:r>
        <w:t>یہ عرب ملکوں میں، یہ عرب ملکوں میں بھی ہم دیکھ رہے ہیں، اور پاکستان وغیرہ میں تو</w:t>
      </w:r>
    </w:p>
    <w:p>
      <w:r>
        <w:rPr>
          <w:b/>
        </w:rPr>
        <w:t xml:space="preserve">[54:31] </w:t>
      </w:r>
      <w:r>
        <w:t>bar bar hua hai.</w:t>
      </w:r>
    </w:p>
    <w:p>
      <w:pPr>
        <w:jc w:val="right"/>
      </w:pPr>
      <w:r>
        <w:t>بار بار ہوا ہے۔</w:t>
      </w:r>
    </w:p>
    <w:p>
      <w:r>
        <w:rPr>
          <w:b/>
        </w:rPr>
        <w:t xml:space="preserve">[54:33] </w:t>
      </w:r>
      <w:r>
        <w:t>maulana, aap ki baat hi aaj qabil amal hai.</w:t>
      </w:r>
    </w:p>
    <w:p>
      <w:pPr>
        <w:jc w:val="right"/>
      </w:pPr>
      <w:r>
        <w:t>مولانا، آپ کی بات ہی آج قابل عمل ہے۔</w:t>
      </w:r>
    </w:p>
    <w:p>
      <w:r>
        <w:rPr>
          <w:b/>
        </w:rPr>
        <w:t xml:space="preserve">[54:37] </w:t>
      </w:r>
      <w:r>
        <w:t>allah hamein aap ke literature ko tamam logon tak pohnchaney ki tofeeq de.</w:t>
      </w:r>
    </w:p>
    <w:p>
      <w:pPr>
        <w:jc w:val="right"/>
      </w:pPr>
      <w:r>
        <w:t>اللہ ہمیں آپ کے لٹریچر کو تمام لوگوں تک پہنچانے کی توفیق دے۔</w:t>
      </w:r>
    </w:p>
    <w:p>
      <w:r>
        <w:rPr>
          <w:b/>
        </w:rPr>
        <w:t xml:space="preserve">[54:42] </w:t>
      </w:r>
      <w:r>
        <w:t>so, so we will end the session now.</w:t>
      </w:r>
    </w:p>
    <w:p>
      <w:pPr>
        <w:jc w:val="right"/>
      </w:pPr>
      <w:r>
        <w:t>سو، سو وی ویل اینڈ دی سیشن ناو۔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