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Missing Part of Human Life (English) August 02, 2007 Maulana Wahiduddin Khan</w:t>
      </w:r>
    </w:p>
    <w:p>
      <w:r>
        <w:t>https://www.youtube.com/watch?v=CODh8K5rLI4</w:t>
      </w:r>
    </w:p>
    <w:p>
      <w:r>
        <w:rPr>
          <w:b/>
        </w:rPr>
        <w:t xml:space="preserve">[00:11] </w:t>
      </w:r>
      <w:r>
        <w:t>bismillah hir rahman nir rahim, wa salla allah ala nabiyyil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[00:14] </w:t>
      </w:r>
      <w:r>
        <w:t>rab ishrah li sadri, wa yassir li amri, wahlu al-uqdatan min lisani yafqahu qawli.</w:t>
      </w:r>
    </w:p>
    <w:p>
      <w:pPr>
        <w:jc w:val="right"/>
      </w:pPr>
      <w:r>
        <w:t>رب اشرح لی صدری، ویسر لی امری، واحل العقدۃ من لسانی یفقہ قولی۔</w:t>
      </w:r>
    </w:p>
    <w:p>
      <w:r>
        <w:rPr>
          <w:b/>
        </w:rPr>
        <w:t xml:space="preserve">[00:20] </w:t>
      </w:r>
      <w:r>
        <w:t>aaj mere mind mein bohat ziyada soch samajh koi topic nahi hai, shayad mein fragmentary tareeqay se kuch</w:t>
      </w:r>
    </w:p>
    <w:p>
      <w:pPr>
        <w:jc w:val="right"/>
      </w:pPr>
      <w:r>
        <w:t>آج میرے مائنڈ میں بہت زیادہ سوچا سمجھا کوئی ٹاپک نہیں ہے، شاید میں فریگمنٹری طریقے سے کچھ</w:t>
      </w:r>
    </w:p>
    <w:p>
      <w:r>
        <w:rPr>
          <w:b/>
        </w:rPr>
        <w:t xml:space="preserve">[00:28] </w:t>
      </w:r>
      <w:r>
        <w:t>kahoon.</w:t>
      </w:r>
    </w:p>
    <w:p>
      <w:pPr>
        <w:jc w:val="right"/>
      </w:pPr>
      <w:r>
        <w:t>کہوں۔</w:t>
      </w:r>
    </w:p>
    <w:p>
      <w:r>
        <w:rPr>
          <w:b/>
        </w:rPr>
        <w:t xml:space="preserve">[00:29] </w:t>
      </w:r>
      <w:r>
        <w:t>to beharhaal jo topic mere zehan mein aata hai woh yeh hai ke "The Missing Part of Human</w:t>
      </w:r>
    </w:p>
    <w:p>
      <w:pPr>
        <w:jc w:val="right"/>
      </w:pPr>
      <w:r>
        <w:t>تو بہرحال جو ٹاپک میرے ذہن میں آتا ہے وہ یہ ہے کہ "The Missing Part of Human</w:t>
      </w:r>
    </w:p>
    <w:p>
      <w:r>
        <w:rPr>
          <w:b/>
        </w:rPr>
        <w:t xml:space="preserve">[00:37] </w:t>
      </w:r>
      <w:r>
        <w:t>Life".</w:t>
      </w:r>
    </w:p>
    <w:p>
      <w:pPr>
        <w:jc w:val="right"/>
      </w:pPr>
      <w:r>
        <w:t>Life"۔</w:t>
      </w:r>
    </w:p>
    <w:p>
      <w:r>
        <w:rPr>
          <w:b/>
        </w:rPr>
        <w:t xml:space="preserve">[00:38] </w:t>
      </w:r>
      <w:r>
        <w:t>"The Missing Part of Human Life".</w:t>
      </w:r>
    </w:p>
    <w:p>
      <w:pPr>
        <w:jc w:val="right"/>
      </w:pPr>
      <w:r>
        <w:t>"The Missing Part of Human Life"۔</w:t>
      </w:r>
    </w:p>
    <w:p>
      <w:r>
        <w:rPr>
          <w:b/>
        </w:rPr>
        <w:t xml:space="preserve">[00:41] </w:t>
      </w:r>
      <w:r>
        <w:t>asal mein yeh topic kaise mere zehan mein aaya? aaj raat ko mujhe ek dream aaya.</w:t>
      </w:r>
    </w:p>
    <w:p>
      <w:pPr>
        <w:jc w:val="right"/>
      </w:pPr>
      <w:r>
        <w:t>اصل میں یہ ٹاپک کیسے میرے ذہن میں آیا؟ آج رات کو مجھے ایک ڈریم آیا۔</w:t>
      </w:r>
    </w:p>
    <w:p>
      <w:r>
        <w:rPr>
          <w:b/>
        </w:rPr>
        <w:t xml:space="preserve">[00:48] </w:t>
      </w:r>
      <w:r>
        <w:t>us mein maine dekha ke meri team ke log hain, to aur jo log hain un ka</w:t>
      </w:r>
    </w:p>
    <w:p>
      <w:pPr>
        <w:jc w:val="right"/>
      </w:pPr>
      <w:r>
        <w:t>اس میں میں نے دیکھا کہ میری ٹیم کے لوگ ہیں، تو اور جو لوگ ہیں ان کا</w:t>
      </w:r>
    </w:p>
    <w:p>
      <w:r>
        <w:rPr>
          <w:b/>
        </w:rPr>
        <w:t xml:space="preserve">[00:56] </w:t>
      </w:r>
      <w:r>
        <w:t>naam jab poocha mein to naam mere mind mein nahi raha, sirf ek sahib ka naam raha jo</w:t>
      </w:r>
    </w:p>
    <w:p>
      <w:pPr>
        <w:jc w:val="right"/>
      </w:pPr>
      <w:r>
        <w:t>نام جب پوچھا میں تو نام میرے مائنڈ میں نہیں رہا، صرف ایک صاحب کا نام رہا جو</w:t>
      </w:r>
    </w:p>
    <w:p>
      <w:r>
        <w:rPr>
          <w:b/>
        </w:rPr>
        <w:t xml:space="preserve">[01:03] </w:t>
      </w:r>
      <w:r>
        <w:t>khade hue thay, woh hain Habib bhai Hyderabad ke.</w:t>
      </w:r>
    </w:p>
    <w:p>
      <w:pPr>
        <w:jc w:val="right"/>
      </w:pPr>
      <w:r>
        <w:t>کھڑے ہوئے تھے، وہ ہیں حبیب بھائی حیدرآباد کے۔</w:t>
      </w:r>
    </w:p>
    <w:p>
      <w:r>
        <w:rPr>
          <w:b/>
        </w:rPr>
        <w:t xml:space="preserve">[01:07] </w:t>
      </w:r>
      <w:r>
        <w:t>woh khade hue thay aur doosre log baithe hue thay.</w:t>
      </w:r>
    </w:p>
    <w:p>
      <w:pPr>
        <w:jc w:val="right"/>
      </w:pPr>
      <w:r>
        <w:t>وہ کھڑے ہوئے تھے اور دوسرے لوگ بیٹھے ہوئے تھے۔</w:t>
      </w:r>
    </w:p>
    <w:p>
      <w:r>
        <w:rPr>
          <w:b/>
        </w:rPr>
        <w:t xml:space="preserve">[01:11] </w:t>
      </w:r>
      <w:r>
        <w:t>to is dream mein mein kehta hoon logon se ke mera tareeqa yeh hai ke mein kisi cheez</w:t>
      </w:r>
    </w:p>
    <w:p>
      <w:pPr>
        <w:jc w:val="right"/>
      </w:pPr>
      <w:r>
        <w:t>تو اس ڈریم میں میں کہتا ہوں لوگوں سے کہ میرا طریقہ یہ ہے کہ میں کسی چیز</w:t>
      </w:r>
    </w:p>
    <w:p>
      <w:r>
        <w:rPr>
          <w:b/>
        </w:rPr>
        <w:t xml:space="preserve">[01:19] </w:t>
      </w:r>
      <w:r>
        <w:t>ko us ki totality mein dekhta hoon.</w:t>
      </w:r>
    </w:p>
    <w:p>
      <w:pPr>
        <w:jc w:val="right"/>
      </w:pPr>
      <w:r>
        <w:t>کو اس کی ٹوٹیلٹی میں دیکھتا ہوں۔</w:t>
      </w:r>
    </w:p>
    <w:p>
      <w:r>
        <w:rPr>
          <w:b/>
        </w:rPr>
        <w:t xml:space="preserve">[01:22] </w:t>
      </w:r>
      <w:r>
        <w:t>jab tak mein kisi cheez ko us ki totality mein na dekh loon, na samajh loon, tab tak</w:t>
      </w:r>
    </w:p>
    <w:p>
      <w:pPr>
        <w:jc w:val="right"/>
      </w:pPr>
      <w:r>
        <w:t>جب تک میں کسی چیز کو اس کی ٹوٹیلٹی میں نہ دیکھ لوں، نہ سمجھ لوں، تب تک</w:t>
      </w:r>
    </w:p>
    <w:p>
      <w:r>
        <w:rPr>
          <w:b/>
        </w:rPr>
        <w:t xml:space="preserve">[01:30] </w:t>
      </w:r>
      <w:r>
        <w:t>woh baat meri samajh mein nahi aati.</w:t>
      </w:r>
    </w:p>
    <w:p>
      <w:pPr>
        <w:jc w:val="right"/>
      </w:pPr>
      <w:r>
        <w:t>وہ بات میری سمجھ میں نہیں آتی۔</w:t>
      </w:r>
    </w:p>
    <w:p>
      <w:r>
        <w:rPr>
          <w:b/>
        </w:rPr>
        <w:t xml:space="preserve">[01:33] </w:t>
      </w:r>
      <w:r>
        <w:t>ka total framework jo hai us mein rakh kar jab mein kisi baat ko dekh pata hoon</w:t>
      </w:r>
    </w:p>
    <w:p>
      <w:pPr>
        <w:jc w:val="right"/>
      </w:pPr>
      <w:r>
        <w:t>کا ٹوٹل فریم ورک جو ہے اس میں رکھ کر جب میں کسی بات کو دیکھ پاتا ہوں</w:t>
      </w:r>
    </w:p>
    <w:p>
      <w:r>
        <w:rPr>
          <w:b/>
        </w:rPr>
        <w:t xml:space="preserve">[01:40] </w:t>
      </w:r>
      <w:r>
        <w:t>tab hi woh baat meri samajh mein aati hai.</w:t>
      </w:r>
    </w:p>
    <w:p>
      <w:pPr>
        <w:jc w:val="right"/>
      </w:pPr>
      <w:r>
        <w:t>تب ہی وہ بات میری سمجھ میں آتی ہے۔</w:t>
      </w:r>
    </w:p>
    <w:p>
      <w:r>
        <w:rPr>
          <w:b/>
        </w:rPr>
        <w:t xml:space="preserve">[01:44] </w:t>
      </w:r>
      <w:r>
        <w:t>bas yeh maine khwab mein kaha.</w:t>
      </w:r>
    </w:p>
    <w:p>
      <w:pPr>
        <w:jc w:val="right"/>
      </w:pPr>
      <w:r>
        <w:t>بس یہ میں نے خواب میں کہا۔</w:t>
      </w:r>
    </w:p>
    <w:p>
      <w:r>
        <w:rPr>
          <w:b/>
        </w:rPr>
        <w:t xml:space="preserve">[01:47] </w:t>
      </w:r>
      <w:r>
        <w:t>phir mein sochta raha ke is ka matlab kya hai.</w:t>
      </w:r>
    </w:p>
    <w:p>
      <w:pPr>
        <w:jc w:val="right"/>
      </w:pPr>
      <w:r>
        <w:t>پھر میں سوچتا رہا کہ اس کا مطلب کیا ہے۔</w:t>
      </w:r>
    </w:p>
    <w:p>
      <w:r>
        <w:rPr>
          <w:b/>
        </w:rPr>
        <w:t xml:space="preserve">[01:52] </w:t>
      </w:r>
      <w:r>
        <w:t>to ek baat meri samajh mein aayi ke yeh maamla sab logon ka hai.</w:t>
      </w:r>
    </w:p>
    <w:p>
      <w:pPr>
        <w:jc w:val="right"/>
      </w:pPr>
      <w:r>
        <w:t>تو ایک بات میری سمجھ میں آئی کہ یہ معاملہ سب لوگوں کا ہے۔</w:t>
      </w:r>
    </w:p>
    <w:p>
      <w:r>
        <w:rPr>
          <w:b/>
        </w:rPr>
        <w:t xml:space="preserve">[01:58] </w:t>
      </w:r>
      <w:r>
        <w:t>saare log ya kam az kam aksariyat ek bohat bari bhool kar rahi hai.</w:t>
      </w:r>
    </w:p>
    <w:p>
      <w:pPr>
        <w:jc w:val="right"/>
      </w:pPr>
      <w:r>
        <w:t>سارے لوگ یا کم از کم اکثریت ایک بہت بڑی بھول کر رہی ہے۔</w:t>
      </w:r>
    </w:p>
    <w:p>
      <w:r>
        <w:rPr>
          <w:b/>
        </w:rPr>
        <w:t xml:space="preserve">[02:04] </w:t>
      </w:r>
      <w:r>
        <w:t>kyun ke apni zindagi ko us ki totality mein nahi dekhti.</w:t>
      </w:r>
    </w:p>
    <w:p>
      <w:pPr>
        <w:jc w:val="right"/>
      </w:pPr>
      <w:r>
        <w:t>کیونکہ اپنی زندگی کو اس کی ٹوٹیلٹی میں نہیں دیکھتی۔</w:t>
      </w:r>
    </w:p>
    <w:p>
      <w:r>
        <w:rPr>
          <w:b/>
        </w:rPr>
        <w:t xml:space="preserve">[02:08] </w:t>
      </w:r>
      <w:r>
        <w:t>ek juzwi pehlu le kar ke woh apni zindagi ko wazahat karte hain.</w:t>
      </w:r>
    </w:p>
    <w:p>
      <w:pPr>
        <w:jc w:val="right"/>
      </w:pPr>
      <w:r>
        <w:t>ایک جزوی پہلو لے کر کے وہ اپنی زندگی کو وضاحت کرتے ہیں۔</w:t>
      </w:r>
    </w:p>
    <w:p>
      <w:r>
        <w:rPr>
          <w:b/>
        </w:rPr>
        <w:t xml:space="preserve">[02:14] </w:t>
      </w:r>
      <w:r>
        <w:t>mera bachpan se mizaj hai kuch, yaani janm se mera mizaj yeh hai ke mein kisi cheez ko</w:t>
      </w:r>
    </w:p>
    <w:p>
      <w:pPr>
        <w:jc w:val="right"/>
      </w:pPr>
      <w:r>
        <w:t>میرا بچپن سے مزاج ہے کچھ، یعنی جنم سے میرا مزاج یہ ہے کہ میں کسی چیز کو</w:t>
      </w:r>
    </w:p>
    <w:p>
      <w:r>
        <w:rPr>
          <w:b/>
        </w:rPr>
        <w:t xml:space="preserve">[02:21] </w:t>
      </w:r>
      <w:r>
        <w:t>hamesha us ki totality mein rakh kar dekhta hoon.</w:t>
      </w:r>
    </w:p>
    <w:p>
      <w:pPr>
        <w:jc w:val="right"/>
      </w:pPr>
      <w:r>
        <w:t>ہمیشہ اس کی ٹوٹیلٹی میں رکھ کر دیکھتا ہوں۔</w:t>
      </w:r>
    </w:p>
    <w:p>
      <w:r>
        <w:rPr>
          <w:b/>
        </w:rPr>
        <w:t xml:space="preserve">[02:25] </w:t>
      </w:r>
      <w:r>
        <w:t>is ke baghair koi baat meri samajh mein aati hi nahin.</w:t>
      </w:r>
    </w:p>
    <w:p>
      <w:pPr>
        <w:jc w:val="right"/>
      </w:pPr>
      <w:r>
        <w:t>اس کے بغیر کوئی بات میری سمجھ میں آتی ہی نہیں۔</w:t>
      </w:r>
    </w:p>
    <w:p>
      <w:r>
        <w:rPr>
          <w:b/>
        </w:rPr>
        <w:t xml:space="preserve">[02:30] </w:t>
      </w:r>
      <w:r>
        <w:t>aur yeh bohat hi scientific formula hai.</w:t>
      </w:r>
    </w:p>
    <w:p>
      <w:pPr>
        <w:jc w:val="right"/>
      </w:pPr>
      <w:r>
        <w:t>اور یہ بہت ہی سائنسی فارمولا ہے۔</w:t>
      </w:r>
    </w:p>
    <w:p>
      <w:r>
        <w:rPr>
          <w:b/>
        </w:rPr>
        <w:t xml:space="preserve">[02:33] </w:t>
      </w:r>
      <w:r>
        <w:t>aap dekhiye ke irtiqai nazariya itne din se chal rahi hai lekin sab log is talash mein hain</w:t>
      </w:r>
    </w:p>
    <w:p>
      <w:pPr>
        <w:jc w:val="right"/>
      </w:pPr>
      <w:r>
        <w:t>آپ دیکھئے کہ ارتقائی نظریہ اتنے دن سے چل رہی ہے لیکن سب لوگ اس تلاش میں ہیں</w:t>
      </w:r>
    </w:p>
    <w:p>
      <w:r>
        <w:rPr>
          <w:b/>
        </w:rPr>
        <w:t xml:space="preserve">[02:41] </w:t>
      </w:r>
      <w:r>
        <w:t>ke is ki missing link mil jaye.</w:t>
      </w:r>
    </w:p>
    <w:p>
      <w:pPr>
        <w:jc w:val="right"/>
      </w:pPr>
      <w:r>
        <w:t>کہ اس کی مسنگ لنک مل جائے۔</w:t>
      </w:r>
    </w:p>
    <w:p>
      <w:r>
        <w:rPr>
          <w:b/>
        </w:rPr>
        <w:t xml:space="preserve">[02:44] </w:t>
      </w:r>
      <w:r>
        <w:t>missing link ki talash mein saare irtiqaai mahireen jo hain woh pade hue hain.</w:t>
      </w:r>
    </w:p>
    <w:p>
      <w:pPr>
        <w:jc w:val="right"/>
      </w:pPr>
      <w:r>
        <w:t>مسنگ لنک کی تلاش میں سارے ارتقائی ماہرین جو ہیں وہ پڑے ہوئے ہیں۔</w:t>
      </w:r>
    </w:p>
    <w:p>
      <w:r>
        <w:rPr>
          <w:b/>
        </w:rPr>
        <w:t xml:space="preserve">[02:50] </w:t>
      </w:r>
      <w:r>
        <w:t>kyun ke jab tak missing link na mile tab tak total tasveer nahin banega irtiqaa ka.</w:t>
      </w:r>
    </w:p>
    <w:p>
      <w:pPr>
        <w:jc w:val="right"/>
      </w:pPr>
      <w:r>
        <w:t>کیونکہ جب تک مسنگ لنک نہ ملے تب تک ٹوٹل تصویر نہیں بنے گا ارتقاء کا۔</w:t>
      </w:r>
    </w:p>
    <w:p>
      <w:r>
        <w:rPr>
          <w:b/>
        </w:rPr>
        <w:t xml:space="preserve">[02:56] </w:t>
      </w:r>
      <w:r>
        <w:t>to woh talash un ki jaari hai.</w:t>
      </w:r>
    </w:p>
    <w:p>
      <w:pPr>
        <w:jc w:val="right"/>
      </w:pPr>
      <w:r>
        <w:t>تو وہ تلاش ان کی جاری ہے۔</w:t>
      </w:r>
    </w:p>
    <w:p>
      <w:r>
        <w:rPr>
          <w:b/>
        </w:rPr>
        <w:t xml:space="preserve">[02:59] </w:t>
      </w:r>
      <w:r>
        <w:t>isi tarah aap dekhiye jo atomic nazariye ka jo tasawwur hai chemistry mein, to Mendeleev jis ki maut</w:t>
      </w:r>
    </w:p>
    <w:p>
      <w:pPr>
        <w:jc w:val="right"/>
      </w:pPr>
      <w:r>
        <w:t>اسی طرح آپ دیکھئے جو ایٹامک نظریے کا جو تصور ہے کیمسٹری میں، تو مینڈلیف جس کی موت</w:t>
      </w:r>
    </w:p>
    <w:p>
      <w:r>
        <w:rPr>
          <w:b/>
        </w:rPr>
        <w:t xml:space="preserve">[03:07] </w:t>
      </w:r>
      <w:r>
        <w:t>hui 1907 mein, us ne pehli baar chemistry mein tehqeeq karte hue yeh paya ke asaar mein atomic</w:t>
      </w:r>
    </w:p>
    <w:p>
      <w:pPr>
        <w:jc w:val="right"/>
      </w:pPr>
      <w:r>
        <w:t>ہوئی 1907 میں، اس نے پہلی بار کیمسٹری میں تحقیق کرتے ہوئے یہ پایا کہ عناصر میں ایٹامک</w:t>
      </w:r>
    </w:p>
    <w:p>
      <w:r>
        <w:rPr>
          <w:b/>
        </w:rPr>
        <w:t xml:space="preserve">[03:15] </w:t>
      </w:r>
      <w:r>
        <w:t>number hote hain.</w:t>
      </w:r>
    </w:p>
    <w:p>
      <w:pPr>
        <w:jc w:val="right"/>
      </w:pPr>
      <w:r>
        <w:t>نمبر ہوتے ہیں۔</w:t>
      </w:r>
    </w:p>
    <w:p>
      <w:r>
        <w:rPr>
          <w:b/>
        </w:rPr>
        <w:t xml:space="preserve">[03:16] </w:t>
      </w:r>
      <w:r>
        <w:t>to us ne ek chart banaya.</w:t>
      </w:r>
    </w:p>
    <w:p>
      <w:pPr>
        <w:jc w:val="right"/>
      </w:pPr>
      <w:r>
        <w:t>تو اس نے ایک چارٹ بنایا۔</w:t>
      </w:r>
    </w:p>
    <w:p>
      <w:r>
        <w:rPr>
          <w:b/>
        </w:rPr>
        <w:t xml:space="preserve">[03:19] </w:t>
      </w:r>
      <w:r>
        <w:t>is mein kai asaar us ne likhe.</w:t>
      </w:r>
    </w:p>
    <w:p>
      <w:pPr>
        <w:jc w:val="right"/>
      </w:pPr>
      <w:r>
        <w:t>اس میں کئی عناصر اس نے لکھے۔</w:t>
      </w:r>
    </w:p>
    <w:p>
      <w:r>
        <w:rPr>
          <w:b/>
        </w:rPr>
        <w:t xml:space="preserve">[03:22] </w:t>
      </w:r>
      <w:r>
        <w:t>to is chart mein kuch number ghayab the.</w:t>
      </w:r>
    </w:p>
    <w:p>
      <w:pPr>
        <w:jc w:val="right"/>
      </w:pPr>
      <w:r>
        <w:t>تو اس چارٹ میں کچھ نمبر غائب تھے۔</w:t>
      </w:r>
    </w:p>
    <w:p>
      <w:r>
        <w:rPr>
          <w:b/>
        </w:rPr>
        <w:t xml:space="preserve">[03:25] </w:t>
      </w:r>
      <w:r>
        <w:t>poora chart nahin bhar pata tha.</w:t>
      </w:r>
    </w:p>
    <w:p>
      <w:pPr>
        <w:jc w:val="right"/>
      </w:pPr>
      <w:r>
        <w:t>پورا چارٹ نہیں بھر پاتا تھا۔</w:t>
      </w:r>
    </w:p>
    <w:p>
      <w:r>
        <w:rPr>
          <w:b/>
        </w:rPr>
        <w:t xml:space="preserve">[03:28] </w:t>
      </w:r>
      <w:r>
        <w:t>to us ne pesh goi kiya ke mere baad aisa hoga ke kuch log aise asaar daryaft karein</w:t>
      </w:r>
    </w:p>
    <w:p>
      <w:pPr>
        <w:jc w:val="right"/>
      </w:pPr>
      <w:r>
        <w:t>تو اس نے پیش گوئی کیا کہ میرے بعد ایسا ہوگا کہ کچھ لوگ ایسے عناصر دریافت کریں</w:t>
      </w:r>
    </w:p>
    <w:p>
      <w:r>
        <w:rPr>
          <w:b/>
        </w:rPr>
        <w:t xml:space="preserve">[03:36] </w:t>
      </w:r>
      <w:r>
        <w:t>ge jis se yeh chart poora ho jaye.</w:t>
      </w:r>
    </w:p>
    <w:p>
      <w:pPr>
        <w:jc w:val="right"/>
      </w:pPr>
      <w:r>
        <w:t>گے جس سے یہ چارٹ پورا ہو جائے۔</w:t>
      </w:r>
    </w:p>
    <w:p>
      <w:r>
        <w:rPr>
          <w:b/>
        </w:rPr>
        <w:t xml:space="preserve">[03:39] </w:t>
      </w:r>
      <w:r>
        <w:t>jo periodic table jo kaha jata hai, is ka har khana bhar jaye.</w:t>
      </w:r>
    </w:p>
    <w:p>
      <w:pPr>
        <w:jc w:val="right"/>
      </w:pPr>
      <w:r>
        <w:t>جو پیریڈیکل ٹیبل جو کہا جاتا ہے، اس کا ہر خانہ بھر جائے۔</w:t>
      </w:r>
    </w:p>
    <w:p>
      <w:r>
        <w:rPr>
          <w:b/>
        </w:rPr>
        <w:t xml:space="preserve">[03:45] </w:t>
      </w:r>
      <w:r>
        <w:t>to chunancha baad ko kai scientist is par kaam karte rahe.</w:t>
      </w:r>
    </w:p>
    <w:p>
      <w:pPr>
        <w:jc w:val="right"/>
      </w:pPr>
      <w:r>
        <w:t>تو چنانچہ بعد کو کئی سائنٹسٹ اس پر کام کرتے رہے۔</w:t>
      </w:r>
    </w:p>
    <w:p>
      <w:r>
        <w:rPr>
          <w:b/>
        </w:rPr>
        <w:t xml:space="preserve">[03:49] </w:t>
      </w:r>
      <w:r>
        <w:t>aur aap jante hain ke aap jo Mendeleev ne jo pesh goi ki thi woh poori ho chuki</w:t>
      </w:r>
    </w:p>
    <w:p>
      <w:pPr>
        <w:jc w:val="right"/>
      </w:pPr>
      <w:r>
        <w:t>اور آپ جانتے ہیں کہ آپ جو مینڈلیف نے جو پیش گوئی کی تھی وہ پوری ہو چکی</w:t>
      </w:r>
    </w:p>
    <w:p>
      <w:r>
        <w:rPr>
          <w:b/>
        </w:rPr>
        <w:t xml:space="preserve">[03:57]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[03:59] </w:t>
      </w:r>
      <w:r>
        <w:t>ab atomic number ka jo periodic chart hai woh poora mukammal ho chuka hai.</w:t>
      </w:r>
    </w:p>
    <w:p>
      <w:pPr>
        <w:jc w:val="right"/>
      </w:pPr>
      <w:r>
        <w:t>اب ایٹامک نمبر کا جو پیریڈک چارٹ ہے وہ پورا مکمل ہو چکا ہے۔</w:t>
      </w:r>
    </w:p>
    <w:p>
      <w:r>
        <w:rPr>
          <w:b/>
        </w:rPr>
        <w:t xml:space="preserve">[04:05] </w:t>
      </w:r>
      <w:r>
        <w:t>to aadmi aisa hota hai ke aadmi kisi cheez ko juzwi taur par jaan pata hai.</w:t>
      </w:r>
    </w:p>
    <w:p>
      <w:pPr>
        <w:jc w:val="right"/>
      </w:pPr>
      <w:r>
        <w:t>تو آدمی ایسا ہوتا ہے کہ آدمی کسی چیز کو جزوی طور پر جان پاتا ہے۔</w:t>
      </w:r>
    </w:p>
    <w:p>
      <w:r>
        <w:rPr>
          <w:b/>
        </w:rPr>
        <w:t xml:space="preserve">[04:11] </w:t>
      </w:r>
      <w:r>
        <w:t>to hamara fitrat hai insaan ka ke is ko hum total taur par janne ki koshish karein.</w:t>
      </w:r>
    </w:p>
    <w:p>
      <w:pPr>
        <w:jc w:val="right"/>
      </w:pPr>
      <w:r>
        <w:t>تو ہمارا فطرت ہے انسان کا کہ اس کو ہم ٹوٹل طور پر جاننے کی کوشش کریں۔</w:t>
      </w:r>
    </w:p>
    <w:p>
      <w:r>
        <w:rPr>
          <w:b/>
        </w:rPr>
        <w:t xml:space="preserve">[04:19] </w:t>
      </w:r>
      <w:r>
        <w:t>yeh har ek mein hota hai fitratan.</w:t>
      </w:r>
    </w:p>
    <w:p>
      <w:pPr>
        <w:jc w:val="right"/>
      </w:pPr>
      <w:r>
        <w:t>یہ ہر ایک میں ہوتا ہے فطرتاً۔</w:t>
      </w:r>
    </w:p>
    <w:p>
      <w:r>
        <w:rPr>
          <w:b/>
        </w:rPr>
        <w:t xml:space="preserve">[04:22] </w:t>
      </w:r>
      <w:r>
        <w:t>ab kisi mein zyada ubhra hua hota hai, kisi mein daba hua hota hai.</w:t>
      </w:r>
    </w:p>
    <w:p>
      <w:pPr>
        <w:jc w:val="right"/>
      </w:pPr>
      <w:r>
        <w:t>اب کسی میں زیادہ ابھرا ہوا ہوتا ہے، کسی میں دبا ہوا ہوتا ہے۔</w:t>
      </w:r>
    </w:p>
    <w:p>
      <w:r>
        <w:rPr>
          <w:b/>
        </w:rPr>
        <w:t xml:space="preserve">[04:28] </w:t>
      </w:r>
      <w:r>
        <w:t>mera yeh mamla hai ke mera yeh jo pehlu hai mera bohat ubhra hua raha hamesha.</w:t>
      </w:r>
    </w:p>
    <w:p>
      <w:pPr>
        <w:jc w:val="right"/>
      </w:pPr>
      <w:r>
        <w:t>میرا یہ معاملہ ہے کہ میرا یہ جو پہلو ہے میرا بہت ابھرا ہوا رہا ہمیشہ۔</w:t>
      </w:r>
    </w:p>
    <w:p>
      <w:r>
        <w:rPr>
          <w:b/>
        </w:rPr>
        <w:t xml:space="preserve">[04:35] </w:t>
      </w:r>
      <w:r>
        <w:t>to mein isi ko mein ne goya dream mein dekha ke mein cheezon ko us ki jab tak</w:t>
      </w:r>
    </w:p>
    <w:p>
      <w:pPr>
        <w:jc w:val="right"/>
      </w:pPr>
      <w:r>
        <w:t>تو میں اسی کو میں نے گویا ڈریم میں دیکھا کہ میں چیزوں کو اس کی جب تک</w:t>
      </w:r>
    </w:p>
    <w:p>
      <w:r>
        <w:rPr>
          <w:b/>
        </w:rPr>
        <w:t xml:space="preserve">[04:42] </w:t>
      </w:r>
      <w:r>
        <w:t>us ki totality mein nahi dekh pata tab tak woh baat meri samajh mein nahi aati.</w:t>
      </w:r>
    </w:p>
    <w:p>
      <w:pPr>
        <w:jc w:val="right"/>
      </w:pPr>
      <w:r>
        <w:t>اس کی ٹوٹیلٹی میں نہیں دیکھ پاتا تب تک وہ بات میری سمجھ میں نہیں آتی۔</w:t>
      </w:r>
    </w:p>
    <w:p>
      <w:r>
        <w:rPr>
          <w:b/>
        </w:rPr>
        <w:t xml:space="preserve">[04:49] </w:t>
      </w:r>
      <w:r>
        <w:t>is mein mein aap ko chand ek misalein doonga.</w:t>
      </w:r>
    </w:p>
    <w:p>
      <w:pPr>
        <w:jc w:val="right"/>
      </w:pPr>
      <w:r>
        <w:t>اس میں میں آپ کو چند ایک مثالیں دوں گا۔</w:t>
      </w:r>
    </w:p>
    <w:p>
      <w:r>
        <w:rPr>
          <w:b/>
        </w:rPr>
        <w:t xml:space="preserve">[04:53] </w:t>
      </w:r>
      <w:r>
        <w:t>ek misal abhi mein radio sun raha tha aaj ke baad.</w:t>
      </w:r>
    </w:p>
    <w:p>
      <w:pPr>
        <w:jc w:val="right"/>
      </w:pPr>
      <w:r>
        <w:t>ایک مثال ابھی میں ریڈیو سن رہا تھا آج کے بعد۔</w:t>
      </w:r>
    </w:p>
    <w:p>
      <w:r>
        <w:rPr>
          <w:b/>
        </w:rPr>
        <w:t xml:space="preserve">[04:58] </w:t>
      </w:r>
      <w:r>
        <w:t>to radio mein jo yahan par indira gandhi open university hai, us ke taleemi program aate hain.</w:t>
      </w:r>
    </w:p>
    <w:p>
      <w:pPr>
        <w:jc w:val="right"/>
      </w:pPr>
      <w:r>
        <w:t>تو ریڈیو میں جو یہاں پر اندرا گاندھی اوپن یونیورسٹی ہے، اس کے تعلیمی پروگرام آتے ہیں۔</w:t>
      </w:r>
    </w:p>
    <w:p>
      <w:r>
        <w:rPr>
          <w:b/>
        </w:rPr>
        <w:t xml:space="preserve">[05:05] </w:t>
      </w:r>
      <w:r>
        <w:t>to woh aa rahe thay, is mein ek depression par tha ek item.</w:t>
      </w:r>
    </w:p>
    <w:p>
      <w:pPr>
        <w:jc w:val="right"/>
      </w:pPr>
      <w:r>
        <w:t>تو وہ آ رہے تھے، اس میں ایک ڈپریشن پر تھا ایک آئٹم۔</w:t>
      </w:r>
    </w:p>
    <w:p>
      <w:r>
        <w:rPr>
          <w:b/>
        </w:rPr>
        <w:t xml:space="preserve">[05:11] </w:t>
      </w:r>
      <w:r>
        <w:t>aur ek item tha bansri par.</w:t>
      </w:r>
    </w:p>
    <w:p>
      <w:pPr>
        <w:jc w:val="right"/>
      </w:pPr>
      <w:r>
        <w:t>اور ایک آئٹم تھا بانسری پر۔</w:t>
      </w:r>
    </w:p>
    <w:p>
      <w:r>
        <w:rPr>
          <w:b/>
        </w:rPr>
        <w:t xml:space="preserve">[05:14] </w:t>
      </w:r>
      <w:r>
        <w:t>to mein sunne laga ke dekho bansri ke bare mein ek mahir bulaye gaye thay, bansri ke mahir.</w:t>
      </w:r>
    </w:p>
    <w:p>
      <w:pPr>
        <w:jc w:val="right"/>
      </w:pPr>
      <w:r>
        <w:t>تو میں سننے لگا کہ دیکھو بانسری کے بارے میں ایک ماہر بلائے گئے تھے، بانسری کے ماہر۔</w:t>
      </w:r>
    </w:p>
    <w:p>
      <w:r>
        <w:rPr>
          <w:b/>
        </w:rPr>
        <w:t xml:space="preserve">[05:21] </w:t>
      </w:r>
      <w:r>
        <w:t>to mujhe laga ke woh bansri mein bilkul gum hain.</w:t>
      </w:r>
    </w:p>
    <w:p>
      <w:pPr>
        <w:jc w:val="right"/>
      </w:pPr>
      <w:r>
        <w:t>تو مجھے لگا کہ وہ بانسری میں بالکل گم ہیں۔</w:t>
      </w:r>
    </w:p>
    <w:p>
      <w:r>
        <w:rPr>
          <w:b/>
        </w:rPr>
        <w:t xml:space="preserve">[05:26] </w:t>
      </w:r>
      <w:r>
        <w:t>poori zindagi unhon ne bata di unhon ne bansri ko bajane mein, us ke fun ko samajhne mein.</w:t>
      </w:r>
    </w:p>
    <w:p>
      <w:pPr>
        <w:jc w:val="right"/>
      </w:pPr>
      <w:r>
        <w:t>پوری زندگی انہوں نے بتا دی انہوں نے بانسری کو بجانے میں، اس کے فن کو سمجھنے میں۔</w:t>
      </w:r>
    </w:p>
    <w:p>
      <w:r>
        <w:rPr>
          <w:b/>
        </w:rPr>
        <w:t xml:space="preserve">[05:33] </w:t>
      </w:r>
      <w:r>
        <w:t>aur waqai woh bohat mahir lage mujhe bansri ke is par.</w:t>
      </w:r>
    </w:p>
    <w:p>
      <w:pPr>
        <w:jc w:val="right"/>
      </w:pPr>
      <w:r>
        <w:t>اور واقعی وہ بہت ماہر لگے مجھے بانسری کے اس پر۔</w:t>
      </w:r>
    </w:p>
    <w:p>
      <w:r>
        <w:rPr>
          <w:b/>
        </w:rPr>
        <w:t xml:space="preserve">[05:38] </w:t>
      </w:r>
      <w:r>
        <w:t>to mein ne socha ke dekhiye yeh aadmi jo hai zindagi ko bohat adhoora samajh paya.</w:t>
      </w:r>
    </w:p>
    <w:p>
      <w:pPr>
        <w:jc w:val="right"/>
      </w:pPr>
      <w:r>
        <w:t>تو میں نے سوچا کہ دیکھئے یہ آدمی جو ہے زندگی کو بہت ادھورا سمجھ پایا۔</w:t>
      </w:r>
    </w:p>
    <w:p>
      <w:r>
        <w:rPr>
          <w:b/>
        </w:rPr>
        <w:t xml:space="preserve">[05:45] </w:t>
      </w:r>
      <w:r>
        <w:t>yani bansri mein jo gun chhupe hue hain, bansri mein jo geet chhupe hue hain, us ko janne</w:t>
      </w:r>
    </w:p>
    <w:p>
      <w:pPr>
        <w:jc w:val="right"/>
      </w:pPr>
      <w:r>
        <w:t>یعنی بانسری میں جو گن چھپے ہوئے ہیں، بانسری میں جو گیت چھپے ہوئے ہیں، اس کو جاننے</w:t>
      </w:r>
    </w:p>
    <w:p>
      <w:r>
        <w:rPr>
          <w:b/>
        </w:rPr>
        <w:t xml:space="preserve">[05:53] </w:t>
      </w:r>
      <w:r>
        <w:t>ke liye is ne bohat koshish ki.</w:t>
      </w:r>
    </w:p>
    <w:p>
      <w:pPr>
        <w:jc w:val="right"/>
      </w:pPr>
      <w:r>
        <w:t>کے لیے اس نے بہت کوشش کی۔</w:t>
      </w:r>
    </w:p>
    <w:p>
      <w:r>
        <w:rPr>
          <w:b/>
        </w:rPr>
        <w:t xml:space="preserve">[05:56] </w:t>
      </w:r>
      <w:r>
        <w:t>lekin khud apne andar jo gun chhupe hue hain, apne andar jo geet chhupe hue hain, us ko</w:t>
      </w:r>
    </w:p>
    <w:p>
      <w:pPr>
        <w:jc w:val="right"/>
      </w:pPr>
      <w:r>
        <w:t>لیکن خود اپنے اندر جو گن چھپے ہوئے ہیں، اپنے اندر جو گیت چھپے ہوئے ہیں، اس کو</w:t>
      </w:r>
    </w:p>
    <w:p>
      <w:r>
        <w:rPr>
          <w:b/>
        </w:rPr>
        <w:t xml:space="preserve">[06:03] </w:t>
      </w:r>
      <w:r>
        <w:t>kholne ke liye us ke andar koi jazba nahi ubhra.</w:t>
      </w:r>
    </w:p>
    <w:p>
      <w:pPr>
        <w:jc w:val="right"/>
      </w:pPr>
      <w:r>
        <w:t>کھولنے کے لیے اس کے اندر کوئی جذبہ نہیں ابھرا۔</w:t>
      </w:r>
    </w:p>
    <w:p>
      <w:r>
        <w:rPr>
          <w:b/>
        </w:rPr>
        <w:t xml:space="preserve">[06:08] </w:t>
      </w:r>
      <w:r>
        <w:t>to mein samajhta hoon ke yeh ek bohat hi juzwi tor par zindagi ko samjha unhon ne.</w:t>
      </w:r>
    </w:p>
    <w:p>
      <w:pPr>
        <w:jc w:val="right"/>
      </w:pPr>
      <w:r>
        <w:t>تو میں سمجھتا ہوں کہ یہ ایک بہت ہی جزوی طور پر زندگی کو سمجھا انہوں نے۔</w:t>
      </w:r>
    </w:p>
    <w:p>
      <w:r>
        <w:rPr>
          <w:b/>
        </w:rPr>
        <w:t xml:space="preserve">[06:15] </w:t>
      </w:r>
      <w:r>
        <w:t>bilashuba insan mein yeh salahiyat hai ke woh bansri ke gunon ko daryaft kare, bansri ke saron ko</w:t>
      </w:r>
    </w:p>
    <w:p>
      <w:pPr>
        <w:jc w:val="right"/>
      </w:pPr>
      <w:r>
        <w:t>بلاشبہ انسان میں یہ صلاحیت ہے کہ وہ بانسری کے گنوں کو دریافت کرے، بانسری کے سروں کو</w:t>
      </w:r>
    </w:p>
    <w:p>
      <w:r>
        <w:rPr>
          <w:b/>
        </w:rPr>
        <w:t xml:space="preserve">[06:23] </w:t>
      </w:r>
      <w:r>
        <w:t>woh jaane aur us ko istemal kare.</w:t>
      </w:r>
    </w:p>
    <w:p>
      <w:pPr>
        <w:jc w:val="right"/>
      </w:pPr>
      <w:r>
        <w:t>وہ جانے اور اس کو استعمال کرے۔</w:t>
      </w:r>
    </w:p>
    <w:p>
      <w:r>
        <w:rPr>
          <w:b/>
        </w:rPr>
        <w:t xml:space="preserve">[06:26] </w:t>
      </w:r>
      <w:r>
        <w:t>lekin yeh to bohat hi chhota sa pehlu hai hamari zindagi ka.</w:t>
      </w:r>
    </w:p>
    <w:p>
      <w:pPr>
        <w:jc w:val="right"/>
      </w:pPr>
      <w:r>
        <w:t>لیکن یہ تو بہت ہی چھوٹا سا پہلو ہے ہماری زندگی کا۔</w:t>
      </w:r>
    </w:p>
    <w:p>
      <w:r>
        <w:rPr>
          <w:b/>
        </w:rPr>
        <w:t xml:space="preserve">[06:31] </w:t>
      </w:r>
      <w:r>
        <w:t>is se bohat bara, bohat bara, bohat bara doosra pehlu hai.</w:t>
      </w:r>
    </w:p>
    <w:p>
      <w:pPr>
        <w:jc w:val="right"/>
      </w:pPr>
      <w:r>
        <w:t>اس سے بہت بڑا، بہت بڑا، بہت بڑا دوسرا پہلو ہے۔</w:t>
      </w:r>
    </w:p>
    <w:p>
      <w:r>
        <w:rPr>
          <w:b/>
        </w:rPr>
        <w:t xml:space="preserve">[06:35] </w:t>
      </w:r>
      <w:r>
        <w:t>ke khud mere andar ek khazana hai, mere andar ek khazana hai, us ko mein kholun, apne andar</w:t>
      </w:r>
    </w:p>
    <w:p>
      <w:pPr>
        <w:jc w:val="right"/>
      </w:pPr>
      <w:r>
        <w:t>کہ خود میرے اندر ایک خزانہ ہے، میرے اندر ایک خزانہ ہے، اس کو میں کھولوں، اپنے اندر</w:t>
      </w:r>
    </w:p>
    <w:p>
      <w:r>
        <w:rPr>
          <w:b/>
        </w:rPr>
        <w:t xml:space="preserve">[06:43] </w:t>
      </w:r>
      <w:r>
        <w:t>ke naghmon ko sunun mein.</w:t>
      </w:r>
    </w:p>
    <w:p>
      <w:pPr>
        <w:jc w:val="right"/>
      </w:pPr>
      <w:r>
        <w:t>کے نغموں کو سنوں میں۔</w:t>
      </w:r>
    </w:p>
    <w:p>
      <w:r>
        <w:rPr>
          <w:b/>
        </w:rPr>
        <w:t xml:space="preserve">[06:45] </w:t>
      </w:r>
      <w:r>
        <w:t>apne andar jo geet chhupe hain is geet ko mein gaun.</w:t>
      </w:r>
    </w:p>
    <w:p>
      <w:pPr>
        <w:jc w:val="right"/>
      </w:pPr>
      <w:r>
        <w:t>اپنے اندر جو گیت چھپے ہیں اس گیت کو میں گاؤں۔</w:t>
      </w:r>
    </w:p>
    <w:p>
      <w:r>
        <w:rPr>
          <w:b/>
        </w:rPr>
        <w:t xml:space="preserve">[06:50] </w:t>
      </w:r>
      <w:r>
        <w:t>mein amreeka gaya to wahan par mujhe bataya gaya ke ek rohani markaz hai.</w:t>
      </w:r>
    </w:p>
    <w:p>
      <w:pPr>
        <w:jc w:val="right"/>
      </w:pPr>
      <w:r>
        <w:t>میں امریکہ گیا تو وہاں پر مجھے بتایا گیا کہ ایک روحانی مرکز ہے۔</w:t>
      </w:r>
    </w:p>
    <w:p>
      <w:r>
        <w:rPr>
          <w:b/>
        </w:rPr>
        <w:t xml:space="preserve">[06:56] </w:t>
      </w:r>
      <w:r>
        <w:t>to mein gaya is rohani markaz ko dekhne ke liye.</w:t>
      </w:r>
    </w:p>
    <w:p>
      <w:pPr>
        <w:jc w:val="right"/>
      </w:pPr>
      <w:r>
        <w:t>تو میں گیا اس روحانی مرکز کو دیکھنے کے لیے۔</w:t>
      </w:r>
    </w:p>
    <w:p>
      <w:r>
        <w:rPr>
          <w:b/>
        </w:rPr>
        <w:t xml:space="preserve">[07:00] </w:t>
      </w:r>
      <w:r>
        <w:t>to wahan par mujhe ek kahani maloom hui.</w:t>
      </w:r>
    </w:p>
    <w:p>
      <w:pPr>
        <w:jc w:val="right"/>
      </w:pPr>
      <w:r>
        <w:t>تو وہاں پر مجھے ایک کہانی معلوم ہوئی۔</w:t>
      </w:r>
    </w:p>
    <w:p>
      <w:r>
        <w:rPr>
          <w:b/>
        </w:rPr>
        <w:t xml:space="preserve">[07:04] </w:t>
      </w:r>
      <w:r>
        <w:t>kuchh amreeki jo siyah thay woh sri lanka gaye.</w:t>
      </w:r>
    </w:p>
    <w:p>
      <w:pPr>
        <w:jc w:val="right"/>
      </w:pPr>
      <w:r>
        <w:t>کچھ امریکی جو سیاح تھے وہ سری لنکا گئے۔</w:t>
      </w:r>
    </w:p>
    <w:p>
      <w:r>
        <w:rPr>
          <w:b/>
        </w:rPr>
        <w:t xml:space="preserve">[07:08] </w:t>
      </w:r>
      <w:r>
        <w:t>wahan jangal mein woh kahin ja rahe thay to unhon ne kuchh bohat hi achhi awaz sunai di</w:t>
      </w:r>
    </w:p>
    <w:p>
      <w:pPr>
        <w:jc w:val="right"/>
      </w:pPr>
      <w:r>
        <w:t>وہاں جنگل میں وہ کہیں جا رہے تھے تو انہوں نے کچھ بہت ہی اچھی آواز سنائی دی</w:t>
      </w:r>
    </w:p>
    <w:p>
      <w:r>
        <w:rPr>
          <w:b/>
        </w:rPr>
        <w:t xml:space="preserve">[07:15] </w:t>
      </w:r>
      <w:r>
        <w:t>un ko.</w:t>
      </w:r>
    </w:p>
    <w:p>
      <w:pPr>
        <w:jc w:val="right"/>
      </w:pPr>
      <w:r>
        <w:t>ان کو۔</w:t>
      </w:r>
    </w:p>
    <w:p>
      <w:r>
        <w:rPr>
          <w:b/>
        </w:rPr>
        <w:t xml:space="preserve">[07:17] </w:t>
      </w:r>
      <w:r>
        <w:t>agarche woh thi tamil zaban mein lekin is ka sur bohat achha tha.</w:t>
      </w:r>
    </w:p>
    <w:p>
      <w:pPr>
        <w:jc w:val="right"/>
      </w:pPr>
      <w:r>
        <w:t>اگرچہ وہ تھی تمل زبان میں لیکن اس کا سر بہت اچھا تھا۔</w:t>
      </w:r>
    </w:p>
    <w:p>
      <w:r>
        <w:rPr>
          <w:b/>
        </w:rPr>
        <w:t xml:space="preserve">[07:22] </w:t>
      </w:r>
      <w:r>
        <w:t>to is ke paas gaye woh.</w:t>
      </w:r>
    </w:p>
    <w:p>
      <w:pPr>
        <w:jc w:val="right"/>
      </w:pPr>
      <w:r>
        <w:t>تو اس کے پاس گئے وہ۔</w:t>
      </w:r>
    </w:p>
    <w:p>
      <w:r>
        <w:rPr>
          <w:b/>
        </w:rPr>
        <w:t xml:space="preserve">[07:25] </w:t>
      </w:r>
      <w:r>
        <w:t>to maloom hua ke ek nabina aadmi hai, soofi, ek nabina soofi hai.</w:t>
      </w:r>
    </w:p>
    <w:p>
      <w:pPr>
        <w:jc w:val="right"/>
      </w:pPr>
      <w:r>
        <w:t>تو معلوم ہوا کہ ایک نابینا آدمی ہے، صوفی، ایک نابینا صوفی ہے۔</w:t>
      </w:r>
    </w:p>
    <w:p>
      <w:r>
        <w:rPr>
          <w:b/>
        </w:rPr>
        <w:t xml:space="preserve">[07:30] </w:t>
      </w:r>
      <w:r>
        <w:t>to rohaniyat mein is ne tehqeeq ki hogi.</w:t>
      </w:r>
    </w:p>
    <w:p>
      <w:pPr>
        <w:jc w:val="right"/>
      </w:pPr>
      <w:r>
        <w:t>تو روحانیت میں اس نے تحقیق کی ہوگی۔</w:t>
      </w:r>
    </w:p>
    <w:p>
      <w:r>
        <w:rPr>
          <w:b/>
        </w:rPr>
        <w:t xml:space="preserve">[07:34] </w:t>
      </w:r>
      <w:r>
        <w:t>to rohani geet kuchh banaye thay is ne kuchh tamil zaban mein.</w:t>
      </w:r>
    </w:p>
    <w:p>
      <w:pPr>
        <w:jc w:val="right"/>
      </w:pPr>
      <w:r>
        <w:t>تو روحانی گیت کچھ بنائے تھے اس نے کچھ تمل زبان میں۔</w:t>
      </w:r>
    </w:p>
    <w:p>
      <w:r>
        <w:rPr>
          <w:b/>
        </w:rPr>
        <w:t xml:space="preserve">[07:39] </w:t>
      </w:r>
      <w:r>
        <w:t>woh rohani geet woh ga raha tha.</w:t>
      </w:r>
    </w:p>
    <w:p>
      <w:pPr>
        <w:jc w:val="right"/>
      </w:pPr>
      <w:r>
        <w:t>وہ روحانی گیت وہ گا رہا تھا۔</w:t>
      </w:r>
    </w:p>
    <w:p>
      <w:r>
        <w:rPr>
          <w:b/>
        </w:rPr>
        <w:t xml:space="preserve">[07:42] </w:t>
      </w:r>
      <w:r>
        <w:t>to itna achha laga unhein amrikiyon ko ke is nabina soofi ko le kar aaye woh.</w:t>
      </w:r>
    </w:p>
    <w:p>
      <w:pPr>
        <w:jc w:val="right"/>
      </w:pPr>
      <w:r>
        <w:t>تو اتنا اچھا لگا انہیں امریکیوں کو کہ اس نابینا صوفی کو لے کر آئے وہ۔</w:t>
      </w:r>
    </w:p>
    <w:p>
      <w:r>
        <w:rPr>
          <w:b/>
        </w:rPr>
        <w:t xml:space="preserve">[07:49] </w:t>
      </w:r>
      <w:r>
        <w:t>amreeka mein markaz banaya, is markaz mein rakha.</w:t>
      </w:r>
    </w:p>
    <w:p>
      <w:pPr>
        <w:jc w:val="right"/>
      </w:pPr>
      <w:r>
        <w:t>امریکہ میں مرکز بنایا، اس مرکز میں رکھا۔</w:t>
      </w:r>
    </w:p>
    <w:p>
      <w:r>
        <w:rPr>
          <w:b/>
        </w:rPr>
        <w:t xml:space="preserve">[07:52] </w:t>
      </w:r>
      <w:r>
        <w:t>to woh soofi to ab mar chuka hai.</w:t>
      </w:r>
    </w:p>
    <w:p>
      <w:pPr>
        <w:jc w:val="right"/>
      </w:pPr>
      <w:r>
        <w:t>تو وہ صوفی تو اب مر چکا ہے۔</w:t>
      </w:r>
    </w:p>
    <w:p>
      <w:r>
        <w:rPr>
          <w:b/>
        </w:rPr>
        <w:t xml:space="preserve">[07:56] </w:t>
      </w:r>
      <w:r>
        <w:t>lekin is ki record ki hui awaz abhi bhi wahan rozana baje rehti hai.</w:t>
      </w:r>
    </w:p>
    <w:p>
      <w:pPr>
        <w:jc w:val="right"/>
      </w:pPr>
      <w:r>
        <w:t>لیکن اس کی ریکارڈ کی ہوئی آواز ابھی بھی وہاں روزانہ بجتی رہتی ہے۔</w:t>
      </w:r>
    </w:p>
    <w:p>
      <w:r>
        <w:rPr>
          <w:b/>
        </w:rPr>
        <w:t xml:space="preserve">[08:02] </w:t>
      </w:r>
      <w:r>
        <w:t>is ka ek photo laga hua hai.</w:t>
      </w:r>
    </w:p>
    <w:p>
      <w:pPr>
        <w:jc w:val="right"/>
      </w:pPr>
      <w:r>
        <w:t>اس کا ایک فوٹو لگا ہوا ہے۔</w:t>
      </w:r>
    </w:p>
    <w:p>
      <w:r>
        <w:rPr>
          <w:b/>
        </w:rPr>
        <w:t xml:space="preserve">[08:05] </w:t>
      </w:r>
      <w:r>
        <w:t>video tape woh nahi le sake thay, audio tape le sake thay woh.</w:t>
      </w:r>
    </w:p>
    <w:p>
      <w:pPr>
        <w:jc w:val="right"/>
      </w:pPr>
      <w:r>
        <w:t>ویڈیو ٹیپ وہ نہیں لے سکے تھے، آڈیو ٹیپ لے سکے تھے وہ۔</w:t>
      </w:r>
    </w:p>
    <w:p>
      <w:r>
        <w:rPr>
          <w:b/>
        </w:rPr>
        <w:t xml:space="preserve">[08:10] </w:t>
      </w:r>
      <w:r>
        <w:t>to is ka photo laga hua aur is ka audio tape baje rehta hai.</w:t>
      </w:r>
    </w:p>
    <w:p>
      <w:pPr>
        <w:jc w:val="right"/>
      </w:pPr>
      <w:r>
        <w:t>تو اس کا فوٹو لگا ہوا اور اس کا آڈیو ٹیپ بجتا رہتا ہے۔</w:t>
      </w:r>
    </w:p>
    <w:p>
      <w:r>
        <w:rPr>
          <w:b/>
        </w:rPr>
        <w:t xml:space="preserve">[08:16] </w:t>
      </w:r>
      <w:r>
        <w:t>to waqeatan woh ek ajeeb rohani is mein ek rohani dard, rohani mithas hoti hai is ke gano</w:t>
      </w:r>
    </w:p>
    <w:p>
      <w:pPr>
        <w:jc w:val="right"/>
      </w:pPr>
      <w:r>
        <w:t>تو واقعتاً وہ ایک عجیب روحانی اس میں ایک روحانی درد، روحانی مٹھاس ہوتی ہے اس کے گانوں</w:t>
      </w:r>
    </w:p>
    <w:p>
      <w:r>
        <w:rPr>
          <w:b/>
        </w:rPr>
        <w:t xml:space="preserve">[08:24] </w:t>
      </w:r>
      <w:r>
        <w:t>mein.</w:t>
      </w:r>
    </w:p>
    <w:p>
      <w:pPr>
        <w:jc w:val="right"/>
      </w:pPr>
      <w:r>
        <w:t>میں۔</w:t>
      </w:r>
    </w:p>
    <w:p>
      <w:r>
        <w:rPr>
          <w:b/>
        </w:rPr>
        <w:t xml:space="preserve">[08:26] </w:t>
      </w:r>
      <w:r>
        <w:t>to kaha yeh jo nabina soofi tha is ne apne andar ke geet ko suna, andar ki bansri</w:t>
      </w:r>
    </w:p>
    <w:p>
      <w:pPr>
        <w:jc w:val="right"/>
      </w:pPr>
      <w:r>
        <w:t>تو کہا یہ جو نابینا صوفی تھا اس نے اپنے اندر کے گیت کو سنا، اندر کی بانسری</w:t>
      </w:r>
    </w:p>
    <w:p>
      <w:r>
        <w:rPr>
          <w:b/>
        </w:rPr>
        <w:t xml:space="preserve">[08:33] </w:t>
      </w:r>
      <w:r>
        <w:t>ko is ne daryaft kiya.</w:t>
      </w:r>
    </w:p>
    <w:p>
      <w:pPr>
        <w:jc w:val="right"/>
      </w:pPr>
      <w:r>
        <w:t>کو اس نے دریافت کیا۔</w:t>
      </w:r>
    </w:p>
    <w:p>
      <w:r>
        <w:rPr>
          <w:b/>
        </w:rPr>
        <w:t xml:space="preserve">[08:35] </w:t>
      </w:r>
      <w:r>
        <w:t>aur is ko ga raha tha woh jangal mein.</w:t>
      </w:r>
    </w:p>
    <w:p>
      <w:pPr>
        <w:jc w:val="right"/>
      </w:pPr>
      <w:r>
        <w:t>اور اس کو گا رہا تھا وہ جنگل میں۔</w:t>
      </w:r>
    </w:p>
    <w:p>
      <w:r>
        <w:rPr>
          <w:b/>
        </w:rPr>
        <w:t xml:space="preserve">[08:39] </w:t>
      </w:r>
      <w:r>
        <w:t>is se itna mutawajjah thay woh log.</w:t>
      </w:r>
    </w:p>
    <w:p>
      <w:pPr>
        <w:jc w:val="right"/>
      </w:pPr>
      <w:r>
        <w:t>اس سے اتنا متوجہ تھے وہ لوگ۔</w:t>
      </w:r>
    </w:p>
    <w:p>
      <w:r>
        <w:rPr>
          <w:b/>
        </w:rPr>
        <w:t xml:space="preserve">[08:42] </w:t>
      </w:r>
      <w:r>
        <w:t>lekin yeh jo maine suna aaj to woh bahar ki jo bansri hai jo mujh se bahar</w:t>
      </w:r>
    </w:p>
    <w:p>
      <w:pPr>
        <w:jc w:val="right"/>
      </w:pPr>
      <w:r>
        <w:t>لیکن یہ جو میں نے سنا آج تو وہ باہر کی جو بانسری ہے جو مجھ سے باہر</w:t>
      </w:r>
    </w:p>
    <w:p>
      <w:r>
        <w:rPr>
          <w:b/>
        </w:rPr>
        <w:t xml:space="preserve">[08:50] </w:t>
      </w:r>
      <w:r>
        <w:t>hai, bas is ko woh jaana, is ko unhon ne is ke mahir ban gaye woh.</w:t>
      </w:r>
    </w:p>
    <w:p>
      <w:pPr>
        <w:jc w:val="right"/>
      </w:pPr>
      <w:r>
        <w:t>ہے، بس اس کو وہ جانا، اس کو انہوں نے اس کے ماہر بن گئے وہ۔</w:t>
      </w:r>
    </w:p>
    <w:p>
      <w:r>
        <w:rPr>
          <w:b/>
        </w:rPr>
        <w:t xml:space="preserve">[08:57] </w:t>
      </w:r>
      <w:r>
        <w:t>to yeh hai aam insanon ka haal.</w:t>
      </w:r>
    </w:p>
    <w:p>
      <w:pPr>
        <w:jc w:val="right"/>
      </w:pPr>
      <w:r>
        <w:t>تو یہ ہے عام انسانوں کا حال۔</w:t>
      </w:r>
    </w:p>
    <w:p>
      <w:r>
        <w:rPr>
          <w:b/>
        </w:rPr>
        <w:t xml:space="preserve">[09:00] </w:t>
      </w:r>
      <w:r>
        <w:t>woh bansri mein phanse hue hain, doosre log kisi aur cheez mein.</w:t>
      </w:r>
    </w:p>
    <w:p>
      <w:pPr>
        <w:jc w:val="right"/>
      </w:pPr>
      <w:r>
        <w:t>وہ بانسری میں پھنسے ہوئے ہیں، دوسرے لوگ کسی اور چیز میں۔</w:t>
      </w:r>
    </w:p>
    <w:p>
      <w:r>
        <w:rPr>
          <w:b/>
        </w:rPr>
        <w:t xml:space="preserve">[09:05] </w:t>
      </w:r>
      <w:r>
        <w:t>koi naukri mein, koi daulat mein, koi siyasi daftar mein, koi shohrat mein, koi paise mein.</w:t>
      </w:r>
    </w:p>
    <w:p>
      <w:pPr>
        <w:jc w:val="right"/>
      </w:pPr>
      <w:r>
        <w:t>کوئی نوکری میں، کوئی دولت میں، کوئی سیاسی دفتر میں، کوئی شہرت میں، کوئی پیسے میں۔</w:t>
      </w:r>
    </w:p>
    <w:p>
      <w:r>
        <w:rPr>
          <w:b/>
        </w:rPr>
        <w:t xml:space="preserve">[09:12] </w:t>
      </w:r>
      <w:r>
        <w:t>har ek ne koi na koi ek cheez ko le kar ke is ko apna hadaf bana rakha</w:t>
      </w:r>
    </w:p>
    <w:p>
      <w:pPr>
        <w:jc w:val="right"/>
      </w:pPr>
      <w:r>
        <w:t>ہر ایک نے کوئی نہ کوئی ایک چیز کو لے کر کے اس کو اپنا ہدف بنا رکھا</w:t>
      </w:r>
    </w:p>
    <w:p>
      <w:r>
        <w:rPr>
          <w:b/>
        </w:rPr>
        <w:t xml:space="preserve">[09:20]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[09:21] </w:t>
      </w:r>
      <w:r>
        <w:t>aur isi mein woh apna sukoon dhoondh raha hai.</w:t>
      </w:r>
    </w:p>
    <w:p>
      <w:pPr>
        <w:jc w:val="right"/>
      </w:pPr>
      <w:r>
        <w:t>اور اسی میں وہ اپنا سکون ڈھونڈ رہا ہے۔</w:t>
      </w:r>
    </w:p>
    <w:p>
      <w:r>
        <w:rPr>
          <w:b/>
        </w:rPr>
        <w:t xml:space="preserve">[09:25] </w:t>
      </w:r>
      <w:r>
        <w:t>isi mein woh apni taskeen dhoondh raha hai.</w:t>
      </w:r>
    </w:p>
    <w:p>
      <w:pPr>
        <w:jc w:val="right"/>
      </w:pPr>
      <w:r>
        <w:t>اسی میں وہ اپنی تسکین ڈھونڈ رہا ہے۔</w:t>
      </w:r>
    </w:p>
    <w:p>
      <w:r>
        <w:rPr>
          <w:b/>
        </w:rPr>
        <w:t xml:space="preserve">[09:28] </w:t>
      </w:r>
      <w:r>
        <w:t>isi ki bansri baja kar ke woh isi mein magn ho raha hai.</w:t>
      </w:r>
    </w:p>
    <w:p>
      <w:pPr>
        <w:jc w:val="right"/>
      </w:pPr>
      <w:r>
        <w:t>اسی کی بانسری بجا کر کے وہ اسی میں مگن ہو رہا ہے۔</w:t>
      </w:r>
    </w:p>
    <w:p>
      <w:r>
        <w:rPr>
          <w:b/>
        </w:rPr>
        <w:t xml:space="preserve">[09:34] </w:t>
      </w:r>
      <w:r>
        <w:t>halankeh is ki zindagi ka doosra jo pehlu hai woh khola pada hua hai.</w:t>
      </w:r>
    </w:p>
    <w:p>
      <w:pPr>
        <w:jc w:val="right"/>
      </w:pPr>
      <w:r>
        <w:t>حالانکہ اس کی زندگی کا دوسرا جو پہلو ہے وہ کھولا پڑا ہوا ہے۔</w:t>
      </w:r>
    </w:p>
    <w:p>
      <w:r>
        <w:rPr>
          <w:b/>
        </w:rPr>
        <w:t xml:space="preserve">[09:40] </w:t>
      </w:r>
      <w:r>
        <w:t>woh kaun sa pehlu hai? ke aadmi apne khalique ko daryaft kare.</w:t>
      </w:r>
    </w:p>
    <w:p>
      <w:pPr>
        <w:jc w:val="right"/>
      </w:pPr>
      <w:r>
        <w:t>وہ کون سا پہلو ہے؟ کہ آدمی اپنے خالق کو دریافت کرے۔</w:t>
      </w:r>
    </w:p>
    <w:p>
      <w:r>
        <w:rPr>
          <w:b/>
        </w:rPr>
        <w:t xml:space="preserve">[09:45] </w:t>
      </w:r>
      <w:r>
        <w:t>apne khalique ko.</w:t>
      </w:r>
    </w:p>
    <w:p>
      <w:pPr>
        <w:jc w:val="right"/>
      </w:pPr>
      <w:r>
        <w:t>اپنے خالق کو۔</w:t>
      </w:r>
    </w:p>
    <w:p>
      <w:r>
        <w:rPr>
          <w:b/>
        </w:rPr>
        <w:t xml:space="preserve">[09:47] </w:t>
      </w:r>
      <w:r>
        <w:t>aap sochiye ke ek bansri ki daryaft se kitni zyada badi hogi yeh daryaft ke aadmi apne khalique</w:t>
      </w:r>
    </w:p>
    <w:p>
      <w:pPr>
        <w:jc w:val="right"/>
      </w:pPr>
      <w:r>
        <w:t>آپ سوچئے کہ ایک بانسری کی دریافت سے کتنی زیادہ بڑی ہوگی یہ دریافت کہ آدمی اپنے خالق</w:t>
      </w:r>
    </w:p>
    <w:p>
      <w:r>
        <w:rPr>
          <w:b/>
        </w:rPr>
        <w:t xml:space="preserve">[09:54] </w:t>
      </w:r>
      <w:r>
        <w:t>ko daryaft kare.</w:t>
      </w:r>
    </w:p>
    <w:p>
      <w:pPr>
        <w:jc w:val="right"/>
      </w:pPr>
      <w:r>
        <w:t>کو دریافت کرے۔</w:t>
      </w:r>
    </w:p>
    <w:p>
      <w:r>
        <w:rPr>
          <w:b/>
        </w:rPr>
        <w:t xml:space="preserve">[09:56] </w:t>
      </w:r>
      <w:r>
        <w:t>main aksar sochta hoon ke itni badi kainat jis ne banai woh kitna zyada is ki jalal hogi,</w:t>
      </w:r>
    </w:p>
    <w:p>
      <w:pPr>
        <w:jc w:val="right"/>
      </w:pPr>
      <w:r>
        <w:t>میں اکثر سوچتا ہوں کہ اتنی بڑی کائنات جس نے بنائی وہ کتنا زیادہ اس کی جلال ہوگی،</w:t>
      </w:r>
    </w:p>
    <w:p>
      <w:r>
        <w:rPr>
          <w:b/>
        </w:rPr>
        <w:t xml:space="preserve">[10:03] </w:t>
      </w:r>
      <w:r>
        <w:t>kitna zyada azeem hoga woh.</w:t>
      </w:r>
    </w:p>
    <w:p>
      <w:pPr>
        <w:jc w:val="right"/>
      </w:pPr>
      <w:r>
        <w:t>کتنا زیادہ عظیم ہوگا وہ۔</w:t>
      </w:r>
    </w:p>
    <w:p>
      <w:r>
        <w:rPr>
          <w:b/>
        </w:rPr>
        <w:t xml:space="preserve">[10:06] </w:t>
      </w:r>
      <w:r>
        <w:t>to aap sochiye ke main do options ke beech mein hoon.</w:t>
      </w:r>
    </w:p>
    <w:p>
      <w:pPr>
        <w:jc w:val="right"/>
      </w:pPr>
      <w:r>
        <w:t>تو آپ سوچئے کہ میں دو آپشنز کے بیچ میں ہوں۔</w:t>
      </w:r>
    </w:p>
    <w:p>
      <w:r>
        <w:rPr>
          <w:b/>
        </w:rPr>
        <w:t xml:space="preserve">[10:10] </w:t>
      </w:r>
      <w:r>
        <w:t>ek yeh hai ke main choti cheezon ko daryaft kar ke is mein magn ho jaoon.</w:t>
      </w:r>
    </w:p>
    <w:p>
      <w:pPr>
        <w:jc w:val="right"/>
      </w:pPr>
      <w:r>
        <w:t>ایک یہ ہے کہ میں چھوٹی چیزوں کو دریافت کر کے اس میں مگن ہو جاؤں۔</w:t>
      </w:r>
    </w:p>
    <w:p>
      <w:r>
        <w:rPr>
          <w:b/>
        </w:rPr>
        <w:t xml:space="preserve">[10:17] </w:t>
      </w:r>
      <w:r>
        <w:t>paise ki bansri bajaye, koi shohrat ki bansri bajaye, aur siyasi taqat ki bansri bajaye.</w:t>
      </w:r>
    </w:p>
    <w:p>
      <w:pPr>
        <w:jc w:val="right"/>
      </w:pPr>
      <w:r>
        <w:t>پیسے کی بانسری بجائے، کوئی شہرت کی بانسری بجائے، اور سیاسی طاقت کی بانسری بجائے۔</w:t>
      </w:r>
    </w:p>
    <w:p>
      <w:r>
        <w:rPr>
          <w:b/>
        </w:rPr>
        <w:t xml:space="preserve">[10:24] </w:t>
      </w:r>
      <w:r>
        <w:t>har ek apni apni ek bansri le kar ke baja raha hai is ko.</w:t>
      </w:r>
    </w:p>
    <w:p>
      <w:pPr>
        <w:jc w:val="right"/>
      </w:pPr>
      <w:r>
        <w:t>ہر ایک اپنی اپنی ایک بانسری لے کر کے بجا رہا ہے اس کو۔</w:t>
      </w:r>
    </w:p>
    <w:p>
      <w:r>
        <w:rPr>
          <w:b/>
        </w:rPr>
        <w:t xml:space="preserve">[10:30] </w:t>
      </w:r>
      <w:r>
        <w:t>lekin zyada badi bansri jo hai woh kya hai? Khuda ki daryaft.</w:t>
      </w:r>
    </w:p>
    <w:p>
      <w:pPr>
        <w:jc w:val="right"/>
      </w:pPr>
      <w:r>
        <w:t>لیکن زیادہ بڑی بانسری جو ہے وہ کیا ہے؟ خدا کی دریافت۔</w:t>
      </w:r>
    </w:p>
    <w:p>
      <w:r>
        <w:rPr>
          <w:b/>
        </w:rPr>
        <w:t xml:space="preserve">[10:35] </w:t>
      </w:r>
      <w:r>
        <w:t>sachai ki daryaft.</w:t>
      </w:r>
    </w:p>
    <w:p>
      <w:pPr>
        <w:jc w:val="right"/>
      </w:pPr>
      <w:r>
        <w:t>سچائی کی دریافت۔</w:t>
      </w:r>
    </w:p>
    <w:p>
      <w:r>
        <w:rPr>
          <w:b/>
        </w:rPr>
        <w:t xml:space="preserve">[10:36] </w:t>
      </w:r>
      <w:r>
        <w:t>rohaniyat ki daryaft.</w:t>
      </w:r>
    </w:p>
    <w:p>
      <w:pPr>
        <w:jc w:val="right"/>
      </w:pPr>
      <w:r>
        <w:t>روحانیت کی دریافت۔</w:t>
      </w:r>
    </w:p>
    <w:p>
      <w:r>
        <w:rPr>
          <w:b/>
        </w:rPr>
        <w:t xml:space="preserve">[10:38] </w:t>
      </w:r>
      <w:r>
        <w:t>yeh zyada badi cheezen hain.</w:t>
      </w:r>
    </w:p>
    <w:p>
      <w:pPr>
        <w:jc w:val="right"/>
      </w:pPr>
      <w:r>
        <w:t>یہ زیادہ بڑی چیزیں ہیں۔</w:t>
      </w:r>
    </w:p>
    <w:p>
      <w:r>
        <w:rPr>
          <w:b/>
        </w:rPr>
        <w:t xml:space="preserve">[10:40] </w:t>
      </w:r>
      <w:r>
        <w:t>to yeh hai apnay aap ko na samajhna.</w:t>
      </w:r>
    </w:p>
    <w:p>
      <w:pPr>
        <w:jc w:val="right"/>
      </w:pPr>
      <w:r>
        <w:t>تو یہ ہے اپنے آپ کو نہ سمجھنا۔</w:t>
      </w:r>
    </w:p>
    <w:p>
      <w:r>
        <w:rPr>
          <w:b/>
        </w:rPr>
        <w:t xml:space="preserve">[10:43] </w:t>
      </w:r>
      <w:r>
        <w:t>apnay aap ko kam istemal karna.</w:t>
      </w:r>
    </w:p>
    <w:p>
      <w:pPr>
        <w:jc w:val="right"/>
      </w:pPr>
      <w:r>
        <w:t>اپنے آپ کو کم استعمال کرنا۔</w:t>
      </w:r>
    </w:p>
    <w:p>
      <w:r>
        <w:rPr>
          <w:b/>
        </w:rPr>
        <w:t xml:space="preserve">[10:46] </w:t>
      </w:r>
      <w:r>
        <w:t>ab mein aik baat aap se arz karta hoon, is par ghhor farmaiye.</w:t>
      </w:r>
    </w:p>
    <w:p>
      <w:pPr>
        <w:jc w:val="right"/>
      </w:pPr>
      <w:r>
        <w:t>اب میں ایک بات آپ سے عرض کرتا ہوں، اس پر غور فرمائیئے۔</w:t>
      </w:r>
    </w:p>
    <w:p>
      <w:r>
        <w:rPr>
          <w:b/>
        </w:rPr>
        <w:t xml:space="preserve">[10:51] </w:t>
      </w:r>
      <w:r>
        <w:t>dekhye insaan mein bohat si khoobiyan hain.</w:t>
      </w:r>
    </w:p>
    <w:p>
      <w:pPr>
        <w:jc w:val="right"/>
      </w:pPr>
      <w:r>
        <w:t>دیکھئے انسان میں بہت سی خوبیاں ہیں۔</w:t>
      </w:r>
    </w:p>
    <w:p>
      <w:r>
        <w:rPr>
          <w:b/>
        </w:rPr>
        <w:t xml:space="preserve">[10:54] </w:t>
      </w:r>
      <w:r>
        <w:t>bohat si khoobiyan hain.</w:t>
      </w:r>
    </w:p>
    <w:p>
      <w:pPr>
        <w:jc w:val="right"/>
      </w:pPr>
      <w:r>
        <w:t>بہت سی خوبیاں ہیں۔</w:t>
      </w:r>
    </w:p>
    <w:p>
      <w:r>
        <w:rPr>
          <w:b/>
        </w:rPr>
        <w:t xml:space="preserve">[10:56] </w:t>
      </w:r>
      <w:r>
        <w:t>yani jo baqi kainat mein ya to nahi hain ya bohat hi juzwi tor par hain.</w:t>
      </w:r>
    </w:p>
    <w:p>
      <w:pPr>
        <w:jc w:val="right"/>
      </w:pPr>
      <w:r>
        <w:t>یعنی جو باقی کائنات میں یا تو نہیں ہیں یا بہت ہی جزوی طور پر ہیں۔</w:t>
      </w:r>
    </w:p>
    <w:p>
      <w:r>
        <w:rPr>
          <w:b/>
        </w:rPr>
        <w:t xml:space="preserve">[11:03] </w:t>
      </w:r>
      <w:r>
        <w:t>yani hamare siwa jo itni bari kainat hai, sitare aur sayare aur khala aur phir yeh aur jo</w:t>
      </w:r>
    </w:p>
    <w:p>
      <w:pPr>
        <w:jc w:val="right"/>
      </w:pPr>
      <w:r>
        <w:t>یعنی ہمارے سوا جو اتنی بڑی کائنات ہے، ستارے اور سیارے اور خلاء اور پھر یہ اور جو</w:t>
      </w:r>
    </w:p>
    <w:p>
      <w:r>
        <w:rPr>
          <w:b/>
        </w:rPr>
        <w:t xml:space="preserve">[11:11] </w:t>
      </w:r>
      <w:r>
        <w:t>cheezein hain, pode aur janwar.</w:t>
      </w:r>
    </w:p>
    <w:p>
      <w:pPr>
        <w:jc w:val="right"/>
      </w:pPr>
      <w:r>
        <w:t>چیزیں ہیں، پودے اور جانور۔</w:t>
      </w:r>
    </w:p>
    <w:p>
      <w:r>
        <w:rPr>
          <w:b/>
        </w:rPr>
        <w:t xml:space="preserve">[11:13] </w:t>
      </w:r>
      <w:r>
        <w:t>to yeh sare ko mila kar mein keh raha hoon ke insaan ke andar aisi bohat si khoobiyan</w:t>
      </w:r>
    </w:p>
    <w:p>
      <w:pPr>
        <w:jc w:val="right"/>
      </w:pPr>
      <w:r>
        <w:t>تو یہ سارے کو ملا کر میں کہہ رہا ہوں کہ انسان کے اندر ایسی بہت سی خوبیاں</w:t>
      </w:r>
    </w:p>
    <w:p>
      <w:r>
        <w:rPr>
          <w:b/>
        </w:rPr>
        <w:t xml:space="preserve">[11:21] </w:t>
      </w:r>
      <w:r>
        <w:t>hain jo doosri duniya mein ya to sary se hain nahi ya hain to bohat hi juzwi tor</w:t>
      </w:r>
    </w:p>
    <w:p>
      <w:pPr>
        <w:jc w:val="right"/>
      </w:pPr>
      <w:r>
        <w:t>ہیں جو دوسری دنیا میں یا تو سرے سے ہیں نہیں یا ہیں تو بہت ہی جزوی طور</w:t>
      </w:r>
    </w:p>
    <w:p>
      <w:r>
        <w:rPr>
          <w:b/>
        </w:rPr>
        <w:t xml:space="preserve">[11:28] </w:t>
      </w:r>
      <w:r>
        <w:t>par hain.</w:t>
      </w:r>
    </w:p>
    <w:p>
      <w:pPr>
        <w:jc w:val="right"/>
      </w:pPr>
      <w:r>
        <w:t>پر ہیں۔</w:t>
      </w:r>
    </w:p>
    <w:p>
      <w:r>
        <w:rPr>
          <w:b/>
        </w:rPr>
        <w:t xml:space="preserve">[11:30] </w:t>
      </w:r>
      <w:r>
        <w:t>is mein se aik bohat hi anokhi cheez hai.</w:t>
      </w:r>
    </w:p>
    <w:p>
      <w:pPr>
        <w:jc w:val="right"/>
      </w:pPr>
      <w:r>
        <w:t>اس میں سے ایک بہت ہی انوکھی چیز ہے۔</w:t>
      </w:r>
    </w:p>
    <w:p>
      <w:r>
        <w:rPr>
          <w:b/>
        </w:rPr>
        <w:t xml:space="preserve">[11:34] </w:t>
      </w:r>
      <w:r>
        <w:t>yani lootf andoz karna.</w:t>
      </w:r>
    </w:p>
    <w:p>
      <w:pPr>
        <w:jc w:val="right"/>
      </w:pPr>
      <w:r>
        <w:t>یعنی لطف اندوز کرنا۔</w:t>
      </w:r>
    </w:p>
    <w:p>
      <w:r>
        <w:rPr>
          <w:b/>
        </w:rPr>
        <w:t xml:space="preserve">[11:35] </w:t>
      </w:r>
      <w:r>
        <w:t>lootf andoz karna.</w:t>
      </w:r>
    </w:p>
    <w:p>
      <w:pPr>
        <w:jc w:val="right"/>
      </w:pPr>
      <w:r>
        <w:t>لطف اندوز کرنا۔</w:t>
      </w:r>
    </w:p>
    <w:p>
      <w:r>
        <w:rPr>
          <w:b/>
        </w:rPr>
        <w:t xml:space="preserve">[11:37] </w:t>
      </w:r>
      <w:r>
        <w:t>aadmi ke andar yeh anokhi cheez hai ke woh lootf andoz kar sakta hai.</w:t>
      </w:r>
    </w:p>
    <w:p>
      <w:pPr>
        <w:jc w:val="right"/>
      </w:pPr>
      <w:r>
        <w:t>آدمی کے اندر یہ انوکھی چیز ہے کہ وہ لطف اندوز کر سکتا ہے۔</w:t>
      </w:r>
    </w:p>
    <w:p>
      <w:r>
        <w:rPr>
          <w:b/>
        </w:rPr>
        <w:t xml:space="preserve">[11:43] </w:t>
      </w:r>
      <w:r>
        <w:t>lootf andoz kar sakta hai woh.</w:t>
      </w:r>
    </w:p>
    <w:p>
      <w:pPr>
        <w:jc w:val="right"/>
      </w:pPr>
      <w:r>
        <w:t>لطف اندوز کر سکتا ہے وہ۔</w:t>
      </w:r>
    </w:p>
    <w:p>
      <w:r>
        <w:rPr>
          <w:b/>
        </w:rPr>
        <w:t xml:space="preserve">[11:45] </w:t>
      </w:r>
      <w:r>
        <w:t>to mislan aap jante hain ke insaan ke andar aik khoobi hai jo yani chhota hai aadmi kisi</w:t>
      </w:r>
    </w:p>
    <w:p>
      <w:pPr>
        <w:jc w:val="right"/>
      </w:pPr>
      <w:r>
        <w:t>تو مثلاً آپ جانتے ہیں کہ انسان کے اندر ایک خوبی ہے جو یعنی چھوتا ہے آدمی کسی</w:t>
      </w:r>
    </w:p>
    <w:p>
      <w:r>
        <w:rPr>
          <w:b/>
        </w:rPr>
        <w:t xml:space="preserve">[11:53] </w:t>
      </w:r>
      <w:r>
        <w:t>cheez ko chhoota hai aur us ko mehsoos karta hai.</w:t>
      </w:r>
    </w:p>
    <w:p>
      <w:pPr>
        <w:jc w:val="right"/>
      </w:pPr>
      <w:r>
        <w:t>چیز کو چھوتا ہے اور اس کو محسوس کرتا ہے۔</w:t>
      </w:r>
    </w:p>
    <w:p>
      <w:r>
        <w:rPr>
          <w:b/>
        </w:rPr>
        <w:t xml:space="preserve">[11:57] </w:t>
      </w:r>
      <w:r>
        <w:t>to yeh bhi doosri cheezon mein hai.</w:t>
      </w:r>
    </w:p>
    <w:p>
      <w:pPr>
        <w:jc w:val="right"/>
      </w:pPr>
      <w:r>
        <w:t>تو یہ بھی دوسری چیزوں میں ہے۔</w:t>
      </w:r>
    </w:p>
    <w:p>
      <w:r>
        <w:rPr>
          <w:b/>
        </w:rPr>
        <w:t xml:space="preserve">[12:00] </w:t>
      </w:r>
      <w:r>
        <w:t>mislan haathi jo hai jab jata hai pani mein to chhoota hai rait ko.</w:t>
      </w:r>
    </w:p>
    <w:p>
      <w:pPr>
        <w:jc w:val="right"/>
      </w:pPr>
      <w:r>
        <w:t>مثلاً ہاتھی جو ہے جب جاتا ہے پانی میں تو چھوتا ہے ریت کو۔</w:t>
      </w:r>
    </w:p>
    <w:p>
      <w:r>
        <w:rPr>
          <w:b/>
        </w:rPr>
        <w:t xml:space="preserve">[12:06] </w:t>
      </w:r>
      <w:r>
        <w:t>chhoota hai aur janta hai ke yeh yeh kaisa hai, ya yani kda hai ke daldal hai.</w:t>
      </w:r>
    </w:p>
    <w:p>
      <w:pPr>
        <w:jc w:val="right"/>
      </w:pPr>
      <w:r>
        <w:t>چھوتا ہے اور جانتا ہے کہ یہ یہ کیسا ہے، یا یعنی کڑا ہے کہ دلدل ہے۔</w:t>
      </w:r>
    </w:p>
    <w:p>
      <w:r>
        <w:rPr>
          <w:b/>
        </w:rPr>
        <w:t xml:space="preserve">[12:14] </w:t>
      </w:r>
      <w:r>
        <w:t>kese woh rakhe pani wahan, paon wahan par.</w:t>
      </w:r>
    </w:p>
    <w:p>
      <w:pPr>
        <w:jc w:val="right"/>
      </w:pPr>
      <w:r>
        <w:t>کیسے وہ رکھے پانی وہاں، پاؤں وہاں پر۔</w:t>
      </w:r>
    </w:p>
    <w:p>
      <w:r>
        <w:rPr>
          <w:b/>
        </w:rPr>
        <w:t xml:space="preserve">[12:17] </w:t>
      </w:r>
      <w:r>
        <w:t>to woh chhoota hai aur janta hai ke paon ke neeche, pani ke neeche jo zameen hai woh</w:t>
      </w:r>
    </w:p>
    <w:p>
      <w:pPr>
        <w:jc w:val="right"/>
      </w:pPr>
      <w:r>
        <w:t>تو وہ چھوتا ہے اور جانتا ہے کہ پاؤں کے نیچے، پانی کے نیچے جو زمین ہے وہ</w:t>
      </w:r>
    </w:p>
    <w:p>
      <w:r>
        <w:rPr>
          <w:b/>
        </w:rPr>
        <w:t xml:space="preserve">[12:25] </w:t>
      </w:r>
      <w:r>
        <w:t>naram hai ya kadi hai.</w:t>
      </w:r>
    </w:p>
    <w:p>
      <w:pPr>
        <w:jc w:val="right"/>
      </w:pPr>
      <w:r>
        <w:t>نرم ہے یا کڑی ہے۔</w:t>
      </w:r>
    </w:p>
    <w:p>
      <w:r>
        <w:rPr>
          <w:b/>
        </w:rPr>
        <w:t xml:space="preserve">[12:27] </w:t>
      </w:r>
      <w:r>
        <w:t>lekin insaan jo chhoota hai aur chhoota hai aur kar ke jo us ko lootf andoz karta hai.</w:t>
      </w:r>
    </w:p>
    <w:p>
      <w:pPr>
        <w:jc w:val="right"/>
      </w:pPr>
      <w:r>
        <w:t>لیکن انسان جو چھوتا ہے اور چھوتا ہے اور کر کے جو اس کو لطف اندوز کرتا ہے۔</w:t>
      </w:r>
    </w:p>
    <w:p>
      <w:r>
        <w:rPr>
          <w:b/>
        </w:rPr>
        <w:t xml:space="preserve">[12:35] </w:t>
      </w:r>
      <w:r>
        <w:t>aap kisi achhi cheez ko jab chhoote hain to aap ko jo lutafandazi hoti hai us mein</w:t>
      </w:r>
    </w:p>
    <w:p>
      <w:pPr>
        <w:jc w:val="right"/>
      </w:pPr>
      <w:r>
        <w:t>آپ کسی اچھی چیز کو جب چھوتے ہیں تو آپ کو جو لطف اندوزی ہوتی ہے اس میں</w:t>
      </w:r>
    </w:p>
    <w:p>
      <w:r>
        <w:rPr>
          <w:b/>
        </w:rPr>
        <w:t xml:space="preserve">[12:42] </w:t>
      </w:r>
      <w:r>
        <w:t>woh is se bohat zyada bada hai jo ke kisi hathi ko ya kisi aur janwar ko ho</w:t>
      </w:r>
    </w:p>
    <w:p>
      <w:pPr>
        <w:jc w:val="right"/>
      </w:pPr>
      <w:r>
        <w:t>وہ اس سے بہت زیادہ بڑا ہے جو کہ کسی ہاتھی کو یا کسی اور جانور کو ہو</w:t>
      </w:r>
    </w:p>
    <w:p>
      <w:r>
        <w:rPr>
          <w:b/>
        </w:rPr>
        <w:t xml:space="preserve">[12:50] </w:t>
      </w:r>
      <w:r>
        <w:t>sakta hai.</w:t>
      </w:r>
    </w:p>
    <w:p>
      <w:pPr>
        <w:jc w:val="right"/>
      </w:pPr>
      <w:r>
        <w:t>سکتا ہے۔</w:t>
      </w:r>
    </w:p>
    <w:p>
      <w:r>
        <w:rPr>
          <w:b/>
        </w:rPr>
        <w:t xml:space="preserve">[12:52] </w:t>
      </w:r>
      <w:r>
        <w:t>aisi aap ki salahiyat ko harkat dene ki salahiyat aap ke andar hai aur doosre andar ke bhi</w:t>
      </w:r>
    </w:p>
    <w:p>
      <w:pPr>
        <w:jc w:val="right"/>
      </w:pPr>
      <w:r>
        <w:t>ایسی آپ کی صلاحیت کو حرکت دینے کی صلاحیت آپ کے اندر ہے اور دوسرے اندر کے بھی</w:t>
      </w:r>
    </w:p>
    <w:p>
      <w:r>
        <w:rPr>
          <w:b/>
        </w:rPr>
        <w:t xml:space="preserve">[12:59] </w:t>
      </w:r>
      <w:r>
        <w:t>hai lekin aap ke andar jo hai woh bohat zyada hai.</w:t>
      </w:r>
    </w:p>
    <w:p>
      <w:pPr>
        <w:jc w:val="right"/>
      </w:pPr>
      <w:r>
        <w:t>ہے لیکن آپ کے اندر جو ہے وہ بہت زیادہ ہے۔</w:t>
      </w:r>
    </w:p>
    <w:p>
      <w:r>
        <w:rPr>
          <w:b/>
        </w:rPr>
        <w:t xml:space="preserve">[13:04] </w:t>
      </w:r>
      <w:r>
        <w:t>salahiyat ko harkat dene ki, aap harkat karte hain.</w:t>
      </w:r>
    </w:p>
    <w:p>
      <w:pPr>
        <w:jc w:val="right"/>
      </w:pPr>
      <w:r>
        <w:t>صلاحیت کو حرکت دینے کی، آپ حرکت کرتے ہیں۔</w:t>
      </w:r>
    </w:p>
    <w:p>
      <w:r>
        <w:rPr>
          <w:b/>
        </w:rPr>
        <w:t xml:space="preserve">[13:08] </w:t>
      </w:r>
      <w:r>
        <w:t>yeh bhi aap jante hain ke pani bhi harkat karta hai, janwar bhi harkat karte hain.</w:t>
      </w:r>
    </w:p>
    <w:p>
      <w:pPr>
        <w:jc w:val="right"/>
      </w:pPr>
      <w:r>
        <w:t>یہ بھی آپ جانتے ہیں کہ پانی بھی حرکت کرتا ہے، جانور بھی حرکت کرتے ہیں۔</w:t>
      </w:r>
    </w:p>
    <w:p>
      <w:r>
        <w:rPr>
          <w:b/>
        </w:rPr>
        <w:t xml:space="preserve">[13:15] </w:t>
      </w:r>
      <w:r>
        <w:t>lekin aap ka jo harkat hai woh is se bohat zyada oonchi cheez hai.</w:t>
      </w:r>
    </w:p>
    <w:p>
      <w:pPr>
        <w:jc w:val="right"/>
      </w:pPr>
      <w:r>
        <w:t>لیکن آپ کا جو حرکت ہے وہ اس سے بہت زیادہ اونچی چیز ہے۔</w:t>
      </w:r>
    </w:p>
    <w:p>
      <w:r>
        <w:rPr>
          <w:b/>
        </w:rPr>
        <w:t xml:space="preserve">[13:21] </w:t>
      </w:r>
      <w:r>
        <w:t>is tarah ka harkat kisi aur cheez mein nahi hota.</w:t>
      </w:r>
    </w:p>
    <w:p>
      <w:pPr>
        <w:jc w:val="right"/>
      </w:pPr>
      <w:r>
        <w:t>اس طرح کا حرکت کسی اور چیز میں نہیں ہوتا۔</w:t>
      </w:r>
    </w:p>
    <w:p>
      <w:r>
        <w:rPr>
          <w:b/>
        </w:rPr>
        <w:t xml:space="preserve">[13:25] </w:t>
      </w:r>
      <w:r>
        <w:t>to salahiyat ko chhoote, salahiyat ko harkat dene ki, salahiyat ko peene ki, salahiyat ko khane ki, salahiyat</w:t>
      </w:r>
    </w:p>
    <w:p>
      <w:pPr>
        <w:jc w:val="right"/>
      </w:pPr>
      <w:r>
        <w:t>تو صلاحیت کو چھوتے، صلاحیت کو حرکت دینے کی، صلاحیت کو پینے کی، صلاحیت کو کھانے کی، صلاحیت</w:t>
      </w:r>
    </w:p>
    <w:p>
      <w:r>
        <w:rPr>
          <w:b/>
        </w:rPr>
        <w:t xml:space="preserve">[13:33] </w:t>
      </w:r>
      <w:r>
        <w:t>ko peene ki, salahiyat ko khane ki, salahiyat ko peene ki, salahiyat ko khane ki.</w:t>
      </w:r>
    </w:p>
    <w:p>
      <w:pPr>
        <w:jc w:val="right"/>
      </w:pPr>
      <w:r>
        <w:t>کو پینے کی، صلاحیت کو کھانے کی، صلاحیت کو پینے کی، صلاحیت کو کھانے کی۔</w:t>
      </w:r>
    </w:p>
    <w:p>
      <w:r>
        <w:rPr>
          <w:b/>
        </w:rPr>
        <w:t xml:space="preserve">[13:39] </w:t>
      </w:r>
      <w:r>
        <w:t>aur salahiyat ko sunne ki, salahiyat ko dekhne ki, yaani itni sari salahiyatein aap ke andar hain.</w:t>
      </w:r>
    </w:p>
    <w:p>
      <w:pPr>
        <w:jc w:val="right"/>
      </w:pPr>
      <w:r>
        <w:t>اور صلاحیت کو سننے کی، صلاحیت کو دیکھنے کی، یعنی اتنی ساری صلاحیتیں آپ کے اندر ہیں۔</w:t>
      </w:r>
    </w:p>
    <w:p>
      <w:r>
        <w:rPr>
          <w:b/>
        </w:rPr>
        <w:t xml:space="preserve">[13:46] </w:t>
      </w:r>
      <w:r>
        <w:t>is par maine ghor kiya to har salahiyat mein kuch na kuch doosron ka hissa hota hai.</w:t>
      </w:r>
    </w:p>
    <w:p>
      <w:pPr>
        <w:jc w:val="right"/>
      </w:pPr>
      <w:r>
        <w:t>اس پر میں نے غور کیا تو ہر صلاحیت میں کچھ نہ کچھ دوسروں کا حصہ ہوتا ہے۔</w:t>
      </w:r>
    </w:p>
    <w:p>
      <w:r>
        <w:rPr>
          <w:b/>
        </w:rPr>
        <w:t xml:space="preserve">[13:54] </w:t>
      </w:r>
      <w:r>
        <w:t>lekin yeh jo lutafandazi karne ki salahiyat hai woh sirf insan mein hai.</w:t>
      </w:r>
    </w:p>
    <w:p>
      <w:pPr>
        <w:jc w:val="right"/>
      </w:pPr>
      <w:r>
        <w:t>لیکن یہ جو لطف اندوزی کرنے کی صلاحیت ہے وہ صرف انسان میں ہے۔</w:t>
      </w:r>
    </w:p>
    <w:p>
      <w:r>
        <w:rPr>
          <w:b/>
        </w:rPr>
        <w:t xml:space="preserve">[14:00] </w:t>
      </w:r>
      <w:r>
        <w:t>yaani hathi agar chhoota hai zameen ko to woh lutafandazi nahi karta, sirf janta hai ke naram</w:t>
      </w:r>
    </w:p>
    <w:p>
      <w:pPr>
        <w:jc w:val="right"/>
      </w:pPr>
      <w:r>
        <w:t>یعنی ہاتھی اگر چھوتا ہے زمین کو تو وہ لطف اندوزی نہیں کرتا، صرف جانتا ہے کہ نرم</w:t>
      </w:r>
    </w:p>
    <w:p>
      <w:r>
        <w:rPr>
          <w:b/>
        </w:rPr>
        <w:t xml:space="preserve">[14:08] </w:t>
      </w:r>
      <w:r>
        <w:t>hai ya kda hai.</w:t>
      </w:r>
    </w:p>
    <w:p>
      <w:pPr>
        <w:jc w:val="right"/>
      </w:pPr>
      <w:r>
        <w:t>ہے یا کڑا ہے۔</w:t>
      </w:r>
    </w:p>
    <w:p>
      <w:r>
        <w:rPr>
          <w:b/>
        </w:rPr>
        <w:t xml:space="preserve">[14:10] </w:t>
      </w:r>
      <w:r>
        <w:t>janwar agar chalte hain to woh lutafandazi nahi karte, woh sirf jante hain zaroorat hai is liye</w:t>
      </w:r>
    </w:p>
    <w:p>
      <w:pPr>
        <w:jc w:val="right"/>
      </w:pPr>
      <w:r>
        <w:t>جانور اگر چلتے ہیں تو وہ لطف اندوزی نہیں کرتے، وہ صرف جانتے ہیں ضرورت ہے اس لیے</w:t>
      </w:r>
    </w:p>
    <w:p>
      <w:r>
        <w:rPr>
          <w:b/>
        </w:rPr>
        <w:t xml:space="preserve">[14:17] </w:t>
      </w:r>
      <w:r>
        <w:t>chal rahe hain woh.</w:t>
      </w:r>
    </w:p>
    <w:p>
      <w:pPr>
        <w:jc w:val="right"/>
      </w:pPr>
      <w:r>
        <w:t>چل رہے ہیں وہ۔</w:t>
      </w:r>
    </w:p>
    <w:p>
      <w:r>
        <w:rPr>
          <w:b/>
        </w:rPr>
        <w:t xml:space="preserve">[14:19] </w:t>
      </w:r>
      <w:r>
        <w:t>janwar khate hain to woh lutafandazi nahi karte, bas woh pet bhar lete hain.</w:t>
      </w:r>
    </w:p>
    <w:p>
      <w:pPr>
        <w:jc w:val="right"/>
      </w:pPr>
      <w:r>
        <w:t>جانور کھاتے ہیں تو وہ لطف اندوزی نہیں کرتے، بس وہ پیٹ بھر لیتے ہیں۔</w:t>
      </w:r>
    </w:p>
    <w:p>
      <w:r>
        <w:rPr>
          <w:b/>
        </w:rPr>
        <w:t xml:space="preserve">[14:25] </w:t>
      </w:r>
      <w:r>
        <w:t>to lutafandazi karne ki salahiyat jo hai woh insan ke andar hai, kisi aur ke andar nahi</w:t>
      </w:r>
    </w:p>
    <w:p>
      <w:pPr>
        <w:jc w:val="right"/>
      </w:pPr>
      <w:r>
        <w:t>تو لطف اندوزی کرنے کی صلاحیت جو ہے وہ انسان کے اندر ہے، کسی اور کے اندر نہیں</w:t>
      </w:r>
    </w:p>
    <w:p>
      <w:r>
        <w:rPr>
          <w:b/>
        </w:rPr>
        <w:t xml:space="preserve">[14:33]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[14:35] </w:t>
      </w:r>
      <w:r>
        <w:t>ab aap dekhiye ke is dunya mein hum jo lutafandazi karte hain woh bohat hi mehdood maani</w:t>
      </w:r>
    </w:p>
    <w:p>
      <w:pPr>
        <w:jc w:val="right"/>
      </w:pPr>
      <w:r>
        <w:t>اب آپ دیکھئے کہ اس دنیا میں ہم جو لطف اندوزی کرتے ہیں وہ بہت ہی محدود معنی</w:t>
      </w:r>
    </w:p>
    <w:p>
      <w:r>
        <w:rPr>
          <w:b/>
        </w:rPr>
        <w:t xml:space="preserve">[14:42] </w:t>
      </w:r>
      <w:r>
        <w:t>mein lutafandazi kar paate hain.</w:t>
      </w:r>
    </w:p>
    <w:p>
      <w:pPr>
        <w:jc w:val="right"/>
      </w:pPr>
      <w:r>
        <w:t>میں لطف اندوزی کر پاتے ہیں۔</w:t>
      </w:r>
    </w:p>
    <w:p>
      <w:r>
        <w:rPr>
          <w:b/>
        </w:rPr>
        <w:t xml:space="preserve">[14:45] </w:t>
      </w:r>
      <w:r>
        <w:t>jitna hum chahte hain lutafandazi karna, jitna hum zaika lena chahte hain, jitna hum khush hona chahte</w:t>
      </w:r>
    </w:p>
    <w:p>
      <w:pPr>
        <w:jc w:val="right"/>
      </w:pPr>
      <w:r>
        <w:t>جتنا ہم چاہتے ہیں لطف اندوزی کرنا، جتنا ہم ذائقہ لینا چاہتے ہیں، جتنا ہم خوش ہونا چاہتے</w:t>
      </w:r>
    </w:p>
    <w:p>
      <w:r>
        <w:rPr>
          <w:b/>
        </w:rPr>
        <w:t xml:space="preserve">[14:53]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[14:54] </w:t>
      </w:r>
      <w:r>
        <w:t>is ka bohat hi thora hissa hum is dunya mein lutf andozi kar paate hain.</w:t>
      </w:r>
    </w:p>
    <w:p>
      <w:pPr>
        <w:jc w:val="right"/>
      </w:pPr>
      <w:r>
        <w:t>اس کا بہت ہی تھوڑا حصہ ہم اس دنیا میں لطف اندوزی کر پاتے ہیں۔</w:t>
      </w:r>
    </w:p>
    <w:p>
      <w:r>
        <w:rPr>
          <w:b/>
        </w:rPr>
        <w:t xml:space="preserve">[15:01] </w:t>
      </w:r>
      <w:r>
        <w:t>yeh jo lutf andozi karne ki salahiyat hai woh aik andar ki mawzu'i cheez hai aap jante hain.</w:t>
      </w:r>
    </w:p>
    <w:p>
      <w:pPr>
        <w:jc w:val="right"/>
      </w:pPr>
      <w:r>
        <w:t>یہ جو لطف اندوزی کرنے کی صلاحیت ہے وہ ایک اندر کی موضوعی چیز ہے آپ جانتے ہیں۔</w:t>
      </w:r>
    </w:p>
    <w:p>
      <w:r>
        <w:rPr>
          <w:b/>
        </w:rPr>
        <w:t xml:space="preserve">[15:08] </w:t>
      </w:r>
      <w:r>
        <w:t>lekin is ka aik zahiri bhi aik aik zahir bhi hoti hai woh cheez, ismail ki shakal mein.</w:t>
      </w:r>
    </w:p>
    <w:p>
      <w:pPr>
        <w:jc w:val="right"/>
      </w:pPr>
      <w:r>
        <w:t>لیکن اس کا ایک ظاہری بھی ایک ایک ظاہر بھی ہوتی ہے وہ چیز، اسماعیل کی شکل میں۔</w:t>
      </w:r>
    </w:p>
    <w:p>
      <w:r>
        <w:rPr>
          <w:b/>
        </w:rPr>
        <w:t xml:space="preserve">[15:16] </w:t>
      </w:r>
      <w:r>
        <w:t>yani salahiyat ko ismail sirf insan mein hai, kisi aur mein nahi hai.</w:t>
      </w:r>
    </w:p>
    <w:p>
      <w:pPr>
        <w:jc w:val="right"/>
      </w:pPr>
      <w:r>
        <w:t>یعنی صلاحیت کو اسماعیل صرف انسان میں ہے، کسی اور میں نہیں ہے۔</w:t>
      </w:r>
    </w:p>
    <w:p>
      <w:r>
        <w:rPr>
          <w:b/>
        </w:rPr>
        <w:t xml:space="preserve">[15:22] </w:t>
      </w:r>
      <w:r>
        <w:t>ab mein ne socha ke yeh jo lutf andozi karne ki jo salahiyat insan ke andar hai to</w:t>
      </w:r>
    </w:p>
    <w:p>
      <w:pPr>
        <w:jc w:val="right"/>
      </w:pPr>
      <w:r>
        <w:t>اب میں نے سوچا کہ یہ جو لطف اندوزی کرنے کی جو صلاحیت انسان کے اندر ہے تو</w:t>
      </w:r>
    </w:p>
    <w:p>
      <w:r>
        <w:rPr>
          <w:b/>
        </w:rPr>
        <w:t xml:space="preserve">[15:29] </w:t>
      </w:r>
      <w:r>
        <w:t>baqi cheezon mein hum mein aik bohat bara farq hai.</w:t>
      </w:r>
    </w:p>
    <w:p>
      <w:pPr>
        <w:jc w:val="right"/>
      </w:pPr>
      <w:r>
        <w:t>بقیہ چیزوں میں ہم میں ایک بہت بڑا فرق ہے۔</w:t>
      </w:r>
    </w:p>
    <w:p>
      <w:r>
        <w:rPr>
          <w:b/>
        </w:rPr>
        <w:t xml:space="preserve">[15:34] </w:t>
      </w:r>
      <w:r>
        <w:t>ke doosri cheezen jo un ki sari jo salahiyat hai woh zarurat par mabni hai.</w:t>
      </w:r>
    </w:p>
    <w:p>
      <w:pPr>
        <w:jc w:val="right"/>
      </w:pPr>
      <w:r>
        <w:t>کہ دوسری چیزیں جو ان کی ساری جو صلاحیت ہے وہ ضرورت پر مبنی ہے۔</w:t>
      </w:r>
    </w:p>
    <w:p>
      <w:r>
        <w:rPr>
          <w:b/>
        </w:rPr>
        <w:t xml:space="preserve">[15:40] </w:t>
      </w:r>
      <w:r>
        <w:t>jitna un ko zarurat hai utna woh is kaam ko karte hain.</w:t>
      </w:r>
    </w:p>
    <w:p>
      <w:pPr>
        <w:jc w:val="right"/>
      </w:pPr>
      <w:r>
        <w:t>جتنا ان کو ضرورت ہے اتنا وہ اس کام کو کرتے ہیں۔</w:t>
      </w:r>
    </w:p>
    <w:p>
      <w:r>
        <w:rPr>
          <w:b/>
        </w:rPr>
        <w:t xml:space="preserve">[15:45] </w:t>
      </w:r>
      <w:r>
        <w:t>lekin insan ki jo salahiyat hai woh zarurat par mabni nahi hai.</w:t>
      </w:r>
    </w:p>
    <w:p>
      <w:pPr>
        <w:jc w:val="right"/>
      </w:pPr>
      <w:r>
        <w:t>لیکن انسان کی جو صلاحیت ہے وہ ضرورت پر مبنی نہیں ہے۔</w:t>
      </w:r>
    </w:p>
    <w:p>
      <w:r>
        <w:rPr>
          <w:b/>
        </w:rPr>
        <w:t xml:space="preserve">[15:50] </w:t>
      </w:r>
      <w:r>
        <w:t>woh la-mahdood hai, la-mahdood hai, la-mahdood hai.</w:t>
      </w:r>
    </w:p>
    <w:p>
      <w:pPr>
        <w:jc w:val="right"/>
      </w:pPr>
      <w:r>
        <w:t>وہ لامحدود ہے، لامحدود ہے، لامحدود ہے۔</w:t>
      </w:r>
    </w:p>
    <w:p>
      <w:r>
        <w:rPr>
          <w:b/>
        </w:rPr>
        <w:t xml:space="preserve">[15:53] </w:t>
      </w:r>
      <w:r>
        <w:t>hum abadi tor par muskurana chahte hain.</w:t>
      </w:r>
    </w:p>
    <w:p>
      <w:pPr>
        <w:jc w:val="right"/>
      </w:pPr>
      <w:r>
        <w:t>ہم ابدی طور پر مسکرانا چاہتے ہیں۔</w:t>
      </w:r>
    </w:p>
    <w:p>
      <w:r>
        <w:rPr>
          <w:b/>
        </w:rPr>
        <w:t xml:space="preserve">[15:56] </w:t>
      </w:r>
      <w:r>
        <w:t>abadi tor par hum ismail mein jeena chahte hain.</w:t>
      </w:r>
    </w:p>
    <w:p>
      <w:pPr>
        <w:jc w:val="right"/>
      </w:pPr>
      <w:r>
        <w:t>ابدی طور پر ہم اسماعیل میں جینا چاہتے ہیں۔</w:t>
      </w:r>
    </w:p>
    <w:p>
      <w:r>
        <w:rPr>
          <w:b/>
        </w:rPr>
        <w:t xml:space="preserve">[16:00] </w:t>
      </w:r>
      <w:r>
        <w:t>abadi tor par hum khush rehna chahte hain.</w:t>
      </w:r>
    </w:p>
    <w:p>
      <w:pPr>
        <w:jc w:val="right"/>
      </w:pPr>
      <w:r>
        <w:t>ابدی طور پر ہم خوش رہنا چاہتے ہیں۔</w:t>
      </w:r>
    </w:p>
    <w:p>
      <w:r>
        <w:rPr>
          <w:b/>
        </w:rPr>
        <w:t xml:space="preserve">[16:04] </w:t>
      </w:r>
      <w:r>
        <w:t>abadi tor par hum chahte hain ke lutf andozi karen.</w:t>
      </w:r>
    </w:p>
    <w:p>
      <w:pPr>
        <w:jc w:val="right"/>
      </w:pPr>
      <w:r>
        <w:t>ابدی طور پر ہم چاہتے ہیں کہ لطف اندوزی کریں۔</w:t>
      </w:r>
    </w:p>
    <w:p>
      <w:r>
        <w:rPr>
          <w:b/>
        </w:rPr>
        <w:t xml:space="preserve">[16:08] </w:t>
      </w:r>
      <w:r>
        <w:t>hum mein barhapa na aaye, hum mein hadsa na ho, hum kamzori na ho, boredom na ho.</w:t>
      </w:r>
    </w:p>
    <w:p>
      <w:pPr>
        <w:jc w:val="right"/>
      </w:pPr>
      <w:r>
        <w:t>ہم میں بڑھاپا نہ آئے، ہم میں حادثہ نہ ہو، ہم کمزوری نہ ہو، بورڈم نہ ہو۔</w:t>
      </w:r>
    </w:p>
    <w:p>
      <w:r>
        <w:rPr>
          <w:b/>
        </w:rPr>
        <w:t xml:space="preserve">[16:15] </w:t>
      </w:r>
      <w:r>
        <w:t>ab aap dekhiye ke yahan ke is dunya mein aap hasil nahi kar sakte is cheez ko ke</w:t>
      </w:r>
    </w:p>
    <w:p>
      <w:pPr>
        <w:jc w:val="right"/>
      </w:pPr>
      <w:r>
        <w:t>اب آپ دیکھئے کہ یہاں کہ اس دنیا میں آپ حاصل نہیں کر سکتے اس چیز کو کہ</w:t>
      </w:r>
    </w:p>
    <w:p>
      <w:r>
        <w:rPr>
          <w:b/>
        </w:rPr>
        <w:t xml:space="preserve">[16:23] </w:t>
      </w:r>
      <w:r>
        <w:t>pura pura pura aap ko mile.</w:t>
      </w:r>
    </w:p>
    <w:p>
      <w:pPr>
        <w:jc w:val="right"/>
      </w:pPr>
      <w:r>
        <w:t>پورا پورا پورا آپ کو ملے۔</w:t>
      </w:r>
    </w:p>
    <w:p>
      <w:r>
        <w:rPr>
          <w:b/>
        </w:rPr>
        <w:t xml:space="preserve">[16:25] </w:t>
      </w:r>
      <w:r>
        <w:t>aap jo lutf andozi karte hain to aakhri had tak aap lutf andozi kar saken.</w:t>
      </w:r>
    </w:p>
    <w:p>
      <w:pPr>
        <w:jc w:val="right"/>
      </w:pPr>
      <w:r>
        <w:t>آپ جو لطف اندوزی کرتے ہیں تو آخری حد تک آپ لطف اندوزی کر سکیں۔</w:t>
      </w:r>
    </w:p>
    <w:p>
      <w:r>
        <w:rPr>
          <w:b/>
        </w:rPr>
        <w:t xml:space="preserve">[16:32] </w:t>
      </w:r>
      <w:r>
        <w:t>to is ko isi ko mein keh raha hoon ke ghayab hissa insani zindagi.</w:t>
      </w:r>
    </w:p>
    <w:p>
      <w:pPr>
        <w:jc w:val="right"/>
      </w:pPr>
      <w:r>
        <w:t>تو اس کو اسی کو میں کہہ رہا ہوں کہ غائب حصہ انسانی زندگی۔</w:t>
      </w:r>
    </w:p>
    <w:p>
      <w:r>
        <w:rPr>
          <w:b/>
        </w:rPr>
        <w:t xml:space="preserve">[16:38] </w:t>
      </w:r>
      <w:r>
        <w:t>ghayab hissa insani zindagi.</w:t>
      </w:r>
    </w:p>
    <w:p>
      <w:pPr>
        <w:jc w:val="right"/>
      </w:pPr>
      <w:r>
        <w:t>غائب حصہ انسانی زندگی۔</w:t>
      </w:r>
    </w:p>
    <w:p>
      <w:r>
        <w:rPr>
          <w:b/>
        </w:rPr>
        <w:t xml:space="preserve">[16:40] </w:t>
      </w:r>
      <w:r>
        <w:t>hamari zindagi ka aik hissa jo hai woh ghayab mein hai.</w:t>
      </w:r>
    </w:p>
    <w:p>
      <w:pPr>
        <w:jc w:val="right"/>
      </w:pPr>
      <w:r>
        <w:t>ہماری زندگی کا ایک حصہ جو ہے وہ غائب میں ہے۔</w:t>
      </w:r>
    </w:p>
    <w:p>
      <w:r>
        <w:rPr>
          <w:b/>
        </w:rPr>
        <w:t xml:space="preserve">[16:44] </w:t>
      </w:r>
      <w:r>
        <w:t>woh hai zindagi baad maut.</w:t>
      </w:r>
    </w:p>
    <w:p>
      <w:pPr>
        <w:jc w:val="right"/>
      </w:pPr>
      <w:r>
        <w:t>وہ ہے زندگی بعد موت۔</w:t>
      </w:r>
    </w:p>
    <w:p>
      <w:r>
        <w:rPr>
          <w:b/>
        </w:rPr>
        <w:t xml:space="preserve">[16:46] </w:t>
      </w:r>
      <w:r>
        <w:t>doosron ke zid mein koi ghayab hissa nahi hai.</w:t>
      </w:r>
    </w:p>
    <w:p>
      <w:pPr>
        <w:jc w:val="right"/>
      </w:pPr>
      <w:r>
        <w:t>دوسروں کے ضد میں کوئی غائب حصہ نہیں ہے۔</w:t>
      </w:r>
    </w:p>
    <w:p>
      <w:r>
        <w:rPr>
          <w:b/>
        </w:rPr>
        <w:t xml:space="preserve">[16:50] </w:t>
      </w:r>
      <w:r>
        <w:t>kisi pahaar, kisi samandar, kisi sayaray, kisi sitaray ka koi ghayab hissa nahi hai.</w:t>
      </w:r>
    </w:p>
    <w:p>
      <w:pPr>
        <w:jc w:val="right"/>
      </w:pPr>
      <w:r>
        <w:t>کسی پہاڑ، کسی سمندر، کسی سیارے، کسی ستارے کا کوئی غائب حصہ نہیں ہے۔</w:t>
      </w:r>
    </w:p>
    <w:p>
      <w:r>
        <w:rPr>
          <w:b/>
        </w:rPr>
        <w:t xml:space="preserve">[16:56] </w:t>
      </w:r>
      <w:r>
        <w:t>jitna unhein chahiye utna un ko mila hua hai.</w:t>
      </w:r>
    </w:p>
    <w:p>
      <w:pPr>
        <w:jc w:val="right"/>
      </w:pPr>
      <w:r>
        <w:t>جتنا انہیں چاہیے اتنا ان کو ملا ہوا ہے۔</w:t>
      </w:r>
    </w:p>
    <w:p>
      <w:r>
        <w:rPr>
          <w:b/>
        </w:rPr>
        <w:t xml:space="preserve">[17:00] </w:t>
      </w:r>
      <w:r>
        <w:t>janwar ka ya kisi ka koi ghayeb hissa zindagi mein nahi hai.</w:t>
      </w:r>
    </w:p>
    <w:p>
      <w:pPr>
        <w:jc w:val="right"/>
      </w:pPr>
      <w:r>
        <w:t>جانور کا یا کسی کا کوئی غائب حصہ زندگی میں نہیں ہے۔</w:t>
      </w:r>
    </w:p>
    <w:p>
      <w:r>
        <w:rPr>
          <w:b/>
        </w:rPr>
        <w:t xml:space="preserve">[17:05] </w:t>
      </w:r>
      <w:r>
        <w:t>jitna in ko chahiye utna unhein mila hua hai.</w:t>
      </w:r>
    </w:p>
    <w:p>
      <w:pPr>
        <w:jc w:val="right"/>
      </w:pPr>
      <w:r>
        <w:t>جتنا ان کو چاہیے اتنا انہیں ملا ہوا ہے۔</w:t>
      </w:r>
    </w:p>
    <w:p>
      <w:r>
        <w:rPr>
          <w:b/>
        </w:rPr>
        <w:t xml:space="preserve">[17:09] </w:t>
      </w:r>
      <w:r>
        <w:t>hamari zindagi ka ek ghayeb hissa hai.</w:t>
      </w:r>
    </w:p>
    <w:p>
      <w:pPr>
        <w:jc w:val="right"/>
      </w:pPr>
      <w:r>
        <w:t>ہماری زندگی کا ایک غائب حصہ ہے۔</w:t>
      </w:r>
    </w:p>
    <w:p>
      <w:r>
        <w:rPr>
          <w:b/>
        </w:rPr>
        <w:t xml:space="preserve">[17:12] </w:t>
      </w:r>
      <w:r>
        <w:t>ghayeb hissa hai hamari zindagi ka.</w:t>
      </w:r>
    </w:p>
    <w:p>
      <w:pPr>
        <w:jc w:val="right"/>
      </w:pPr>
      <w:r>
        <w:t>غائب حصہ ہے ہماری زندگی کا۔</w:t>
      </w:r>
    </w:p>
    <w:p>
      <w:r>
        <w:rPr>
          <w:b/>
        </w:rPr>
        <w:t xml:space="preserve">[17:15] </w:t>
      </w:r>
      <w:r>
        <w:t>woh ghayeb hissa kya hai? poore maanon mein poora poora milna.</w:t>
      </w:r>
    </w:p>
    <w:p>
      <w:pPr>
        <w:jc w:val="right"/>
      </w:pPr>
      <w:r>
        <w:t>وہ غائب حصہ کیا ہے؟ پورے معنوں میں پورا پورا ملنا۔</w:t>
      </w:r>
    </w:p>
    <w:p>
      <w:r>
        <w:rPr>
          <w:b/>
        </w:rPr>
        <w:t xml:space="preserve">[17:19] </w:t>
      </w:r>
      <w:r>
        <w:t>poore poore hamare jo khwahishat hain un ka poora poora un ka taskeen hona.</w:t>
      </w:r>
    </w:p>
    <w:p>
      <w:pPr>
        <w:jc w:val="right"/>
      </w:pPr>
      <w:r>
        <w:t>پورے پورے ہمارے جو خواہشات ہیں ان کا پورا پورا ان کا تسکین ہونا۔</w:t>
      </w:r>
    </w:p>
    <w:p>
      <w:r>
        <w:rPr>
          <w:b/>
        </w:rPr>
        <w:t xml:space="preserve">[17:25] </w:t>
      </w:r>
      <w:r>
        <w:t>mein ne ek kahawat parhi is ki Addison ki.</w:t>
      </w:r>
    </w:p>
    <w:p>
      <w:pPr>
        <w:jc w:val="right"/>
      </w:pPr>
      <w:r>
        <w:t>میں نے ایک کہاوت پڑھی اس کی ایڈیسن کی۔</w:t>
      </w:r>
    </w:p>
    <w:p>
      <w:r>
        <w:rPr>
          <w:b/>
        </w:rPr>
        <w:t xml:space="preserve">[17:29] </w:t>
      </w:r>
      <w:r>
        <w:t>us ne kaha ke "The ambitious person is subject to dissatisfaction." "The ambitious person is subject to dissatisfaction."</w:t>
      </w:r>
    </w:p>
    <w:p>
      <w:pPr>
        <w:jc w:val="right"/>
      </w:pPr>
      <w:r>
        <w:t>اس نے کہا کہ "The ambitious person is subject to dissatisfaction." "The ambitious person is subject to dissatisfaction."</w:t>
      </w:r>
    </w:p>
    <w:p>
      <w:r>
        <w:rPr>
          <w:b/>
        </w:rPr>
        <w:t xml:space="preserve">[17:37] </w:t>
      </w:r>
      <w:r>
        <w:t>toh us ko mein ne parha toh mujhe samajh mein aaya ke yeh jo kahawat us ki hai</w:t>
      </w:r>
    </w:p>
    <w:p>
      <w:pPr>
        <w:jc w:val="right"/>
      </w:pPr>
      <w:r>
        <w:t>تو اس کو میں نے پڑھا تو مجھے سمجھ میں آیا کہ یہ جو کہاوت اس کی ہے</w:t>
      </w:r>
    </w:p>
    <w:p>
      <w:r>
        <w:rPr>
          <w:b/>
        </w:rPr>
        <w:t xml:space="preserve">[17:45] </w:t>
      </w:r>
      <w:r>
        <w:t>yeh adhoori hai.</w:t>
      </w:r>
    </w:p>
    <w:p>
      <w:pPr>
        <w:jc w:val="right"/>
      </w:pPr>
      <w:r>
        <w:t>یہ ادھوری ہے۔</w:t>
      </w:r>
    </w:p>
    <w:p>
      <w:r>
        <w:rPr>
          <w:b/>
        </w:rPr>
        <w:t xml:space="preserve">[17:46] </w:t>
      </w:r>
      <w:r>
        <w:t>yeh cheez ambitious person ki nahi hai.</w:t>
      </w:r>
    </w:p>
    <w:p>
      <w:pPr>
        <w:jc w:val="right"/>
      </w:pPr>
      <w:r>
        <w:t>یہ چیز ambitious person کی نہیں ہے۔</w:t>
      </w:r>
    </w:p>
    <w:p>
      <w:r>
        <w:rPr>
          <w:b/>
        </w:rPr>
        <w:t xml:space="preserve">[17:49] </w:t>
      </w:r>
      <w:r>
        <w:t>balkeh yeh hai ke hum mein se har ek idealist hai.</w:t>
      </w:r>
    </w:p>
    <w:p>
      <w:pPr>
        <w:jc w:val="right"/>
      </w:pPr>
      <w:r>
        <w:t>بلکہ یہ ہے کہ ہم میں سے ہر ایک آئیڈیلسٹ ہے۔</w:t>
      </w:r>
    </w:p>
    <w:p>
      <w:r>
        <w:rPr>
          <w:b/>
        </w:rPr>
        <w:t xml:space="preserve">[17:54] </w:t>
      </w:r>
      <w:r>
        <w:t>hum mein se har shakhs chahta hai ek poora poora poora poora.</w:t>
      </w:r>
    </w:p>
    <w:p>
      <w:pPr>
        <w:jc w:val="right"/>
      </w:pPr>
      <w:r>
        <w:t>ہم میں سے ہر شخص چاہتا ہے ایک پورا پورا پورا پورا۔</w:t>
      </w:r>
    </w:p>
    <w:p>
      <w:r>
        <w:rPr>
          <w:b/>
        </w:rPr>
        <w:t xml:space="preserve">[17:59] </w:t>
      </w:r>
      <w:r>
        <w:t>toh chunke milta nahi poora poora poora poora poora poora poora poora is liye hum gham o nakhushi</w:t>
      </w:r>
    </w:p>
    <w:p>
      <w:pPr>
        <w:jc w:val="right"/>
      </w:pPr>
      <w:r>
        <w:t>تو چونکہ ملتا نہیں پورا پورا پورا پورا پورا پورا پورا پورا اس لیے ہم غم و ناخوشی</w:t>
      </w:r>
    </w:p>
    <w:p>
      <w:r>
        <w:rPr>
          <w:b/>
        </w:rPr>
        <w:t xml:space="preserve">[18:07] </w:t>
      </w:r>
      <w:r>
        <w:t>ka shikar ho jatay hain.</w:t>
      </w:r>
    </w:p>
    <w:p>
      <w:pPr>
        <w:jc w:val="right"/>
      </w:pPr>
      <w:r>
        <w:t>کا شکار ہو جاتے ہیں۔</w:t>
      </w:r>
    </w:p>
    <w:p>
      <w:r>
        <w:rPr>
          <w:b/>
        </w:rPr>
        <w:t xml:space="preserve">[18:09] </w:t>
      </w:r>
      <w:r>
        <w:t>aur aap dekhiye ke gham o nakhushi ya gham o nakhushi yeh sirf insani phenomena hai.</w:t>
      </w:r>
    </w:p>
    <w:p>
      <w:pPr>
        <w:jc w:val="right"/>
      </w:pPr>
      <w:r>
        <w:t>اور آپ دیکھئے کہ غم و ناخوشی یا غم و ناخوشی یہ صرف انسانی فینامینا ہے۔</w:t>
      </w:r>
    </w:p>
    <w:p>
      <w:r>
        <w:rPr>
          <w:b/>
        </w:rPr>
        <w:t xml:space="preserve">[18:16] </w:t>
      </w:r>
      <w:r>
        <w:t>yeh bohat ziyada sochne ki baat hai.</w:t>
      </w:r>
    </w:p>
    <w:p>
      <w:pPr>
        <w:jc w:val="right"/>
      </w:pPr>
      <w:r>
        <w:t>یہ بہت زیادہ سوچنے کی بات ہے۔</w:t>
      </w:r>
    </w:p>
    <w:p>
      <w:r>
        <w:rPr>
          <w:b/>
        </w:rPr>
        <w:t xml:space="preserve">[18:19] </w:t>
      </w:r>
      <w:r>
        <w:t>ke koi bhi sitara, koi bhi sayara, koi bhi pahar, koi bhi samandar, koi bhi janwar, koi bhi</w:t>
      </w:r>
    </w:p>
    <w:p>
      <w:pPr>
        <w:jc w:val="right"/>
      </w:pPr>
      <w:r>
        <w:t>کہ کوئی بھی ستارہ، کوئی بھی سیارہ، کوئی بھی پہاڑ، کوئی بھی سمندر، کوئی بھی جانور، کوئی بھی</w:t>
      </w:r>
    </w:p>
    <w:p>
      <w:r>
        <w:rPr>
          <w:b/>
        </w:rPr>
        <w:t xml:space="preserve">[18:27] </w:t>
      </w:r>
      <w:r>
        <w:t>poda gham o nakhushi ka phenomena is ke andar nahi paya jata.</w:t>
      </w:r>
    </w:p>
    <w:p>
      <w:pPr>
        <w:jc w:val="right"/>
      </w:pPr>
      <w:r>
        <w:t>پودا غم و ناخوشی کا فینامینا اس کے اندر نہیں پایا جاتا۔</w:t>
      </w:r>
    </w:p>
    <w:p>
      <w:r>
        <w:rPr>
          <w:b/>
        </w:rPr>
        <w:t xml:space="preserve">[18:32] </w:t>
      </w:r>
      <w:r>
        <w:t>sirf insan mein paya jata hai.</w:t>
      </w:r>
    </w:p>
    <w:p>
      <w:pPr>
        <w:jc w:val="right"/>
      </w:pPr>
      <w:r>
        <w:t>صرف انسان میں پایا جاتا ہے۔</w:t>
      </w:r>
    </w:p>
    <w:p>
      <w:r>
        <w:rPr>
          <w:b/>
        </w:rPr>
        <w:t xml:space="preserve">[18:34] </w:t>
      </w:r>
      <w:r>
        <w:t>gham o nakhushi ya gham o nakhushi ka phenomena jo hai sirf insan mein paya jata hai.</w:t>
      </w:r>
    </w:p>
    <w:p>
      <w:pPr>
        <w:jc w:val="right"/>
      </w:pPr>
      <w:r>
        <w:t>غم و ناخوشی یا غم و ناخوشی کا فینامینا جو ہے صرف انسان میں پایا جاتا ہے۔</w:t>
      </w:r>
    </w:p>
    <w:p>
      <w:r>
        <w:rPr>
          <w:b/>
        </w:rPr>
        <w:t xml:space="preserve">[18:42] </w:t>
      </w:r>
      <w:r>
        <w:t>toh jab tak aap is ko le kar ke apni zindagi ki pesh raft na banayein toh aap</w:t>
      </w:r>
    </w:p>
    <w:p>
      <w:pPr>
        <w:jc w:val="right"/>
      </w:pPr>
      <w:r>
        <w:t>تو جب تک آپ اس کو لے کر کے اپنی زندگی کی پیش رفت نہ بنائیں تو آپ</w:t>
      </w:r>
    </w:p>
    <w:p>
      <w:r>
        <w:rPr>
          <w:b/>
        </w:rPr>
        <w:t xml:space="preserve">[18:49] </w:t>
      </w:r>
      <w:r>
        <w:t>ne mukammal zindagi ko nahi dekha.</w:t>
      </w:r>
    </w:p>
    <w:p>
      <w:pPr>
        <w:jc w:val="right"/>
      </w:pPr>
      <w:r>
        <w:t>نے مکمل زندگی کو نہیں دیکھا۔</w:t>
      </w:r>
    </w:p>
    <w:p>
      <w:r>
        <w:rPr>
          <w:b/>
        </w:rPr>
        <w:t xml:space="preserve">[18:52] </w:t>
      </w:r>
      <w:r>
        <w:t>yani yeh jo hai aap ke andar ke poori kainat mein aap akele hain jis ke andar gham</w:t>
      </w:r>
    </w:p>
    <w:p>
      <w:pPr>
        <w:jc w:val="right"/>
      </w:pPr>
      <w:r>
        <w:t>یعنی یہ جو ہے آپ کے اندر کہ پوری کائنات میں آپ اکیلے ہیں جس کے اندر غم</w:t>
      </w:r>
    </w:p>
    <w:p>
      <w:r>
        <w:rPr>
          <w:b/>
        </w:rPr>
        <w:t xml:space="preserve">[19:00] </w:t>
      </w:r>
      <w:r>
        <w:t>o nakhushi ka phenomena hai.</w:t>
      </w:r>
    </w:p>
    <w:p>
      <w:pPr>
        <w:jc w:val="right"/>
      </w:pPr>
      <w:r>
        <w:t>و ناخوشی کا فینامینا ہے۔</w:t>
      </w:r>
    </w:p>
    <w:p>
      <w:r>
        <w:rPr>
          <w:b/>
        </w:rPr>
        <w:t xml:space="preserve">[19:02] </w:t>
      </w:r>
      <w:r>
        <w:t>ya gham o nakhushi ka phenomenon hai.</w:t>
      </w:r>
    </w:p>
    <w:p>
      <w:pPr>
        <w:jc w:val="right"/>
      </w:pPr>
      <w:r>
        <w:t>یا غم و ناخوشی کا فینامینا ہے۔</w:t>
      </w:r>
    </w:p>
    <w:p>
      <w:r>
        <w:rPr>
          <w:b/>
        </w:rPr>
        <w:t xml:space="preserve">[19:05] </w:t>
      </w:r>
      <w:r>
        <w:t>to jab tak aap is ka jawab na pa lein, is ka raaz daryaft na kar lein tab</w:t>
      </w:r>
    </w:p>
    <w:p>
      <w:pPr>
        <w:jc w:val="right"/>
      </w:pPr>
      <w:r>
        <w:t>تو جب تک آپ اس کا جواب نہ پا لیں، اس کا راز دریافت نہ کر لیں تب</w:t>
      </w:r>
    </w:p>
    <w:p>
      <w:r>
        <w:rPr>
          <w:b/>
        </w:rPr>
        <w:t xml:space="preserve">[19:12] </w:t>
      </w:r>
      <w:r>
        <w:t>tak aap ne zindagi ko is ki mukammal soorat mein nahi dekha paaya aap.</w:t>
      </w:r>
    </w:p>
    <w:p>
      <w:pPr>
        <w:jc w:val="right"/>
      </w:pPr>
      <w:r>
        <w:t>تک آپ نے زندگی کو اس کی مکمل صورت میں نہیں دیکھ پایا آپ۔</w:t>
      </w:r>
    </w:p>
    <w:p>
      <w:r>
        <w:rPr>
          <w:b/>
        </w:rPr>
        <w:t xml:space="preserve">[19:18] </w:t>
      </w:r>
      <w:r>
        <w:t>adhoora dekha aap ne.</w:t>
      </w:r>
    </w:p>
    <w:p>
      <w:pPr>
        <w:jc w:val="right"/>
      </w:pPr>
      <w:r>
        <w:t>ادھورا دیکھا آپ نے۔</w:t>
      </w:r>
    </w:p>
    <w:p>
      <w:r>
        <w:rPr>
          <w:b/>
        </w:rPr>
        <w:t xml:space="preserve">[19:20] </w:t>
      </w:r>
      <w:r>
        <w:t>kyunke doosra koi bhi janwar aisa nahi hai.</w:t>
      </w:r>
    </w:p>
    <w:p>
      <w:pPr>
        <w:jc w:val="right"/>
      </w:pPr>
      <w:r>
        <w:t>کیونکہ دوسرا کوئی بھی جانور ایسا نہیں ہے۔</w:t>
      </w:r>
    </w:p>
    <w:p>
      <w:r>
        <w:rPr>
          <w:b/>
        </w:rPr>
        <w:t xml:space="preserve">[19:24] </w:t>
      </w:r>
      <w:r>
        <w:t>ya koi bhi poda ya koi bhi yani koi bhi doosri cheez aisi nahi hai jo gham o</w:t>
      </w:r>
    </w:p>
    <w:p>
      <w:pPr>
        <w:jc w:val="right"/>
      </w:pPr>
      <w:r>
        <w:t>یا کوئی بھی پودا یا کوئی بھی یعنی کوئی بھی دوسری چیز ایسی نہیں ہے جو غم و</w:t>
      </w:r>
    </w:p>
    <w:p>
      <w:r>
        <w:rPr>
          <w:b/>
        </w:rPr>
        <w:t xml:space="preserve">[19:31] </w:t>
      </w:r>
      <w:r>
        <w:t>nakhushi ka shikar hoti ho.</w:t>
      </w:r>
    </w:p>
    <w:p>
      <w:pPr>
        <w:jc w:val="right"/>
      </w:pPr>
      <w:r>
        <w:t>ناخوشی کا شکار ہوتی ہو۔</w:t>
      </w:r>
    </w:p>
    <w:p>
      <w:r>
        <w:rPr>
          <w:b/>
        </w:rPr>
        <w:t xml:space="preserve">[19:33] </w:t>
      </w:r>
      <w:r>
        <w:t>jis ka yeh masla ho.</w:t>
      </w:r>
    </w:p>
    <w:p>
      <w:pPr>
        <w:jc w:val="right"/>
      </w:pPr>
      <w:r>
        <w:t>جس کا یہ مسئلہ ہو۔</w:t>
      </w:r>
    </w:p>
    <w:p>
      <w:r>
        <w:rPr>
          <w:b/>
        </w:rPr>
        <w:t xml:space="preserve">[19:36] </w:t>
      </w:r>
      <w:r>
        <w:t>kisi ka yeh nahi hai.</w:t>
      </w:r>
    </w:p>
    <w:p>
      <w:pPr>
        <w:jc w:val="right"/>
      </w:pPr>
      <w:r>
        <w:t>کسی کا یہ نہیں ہے۔</w:t>
      </w:r>
    </w:p>
    <w:p>
      <w:r>
        <w:rPr>
          <w:b/>
        </w:rPr>
        <w:t xml:space="preserve">[19:38] </w:t>
      </w:r>
      <w:r>
        <w:t>jitni tehqiqat hui hain un se yahi sabit hua hai ke gham o nakhushi sirf phenomenon hai insan</w:t>
      </w:r>
    </w:p>
    <w:p>
      <w:pPr>
        <w:jc w:val="right"/>
      </w:pPr>
      <w:r>
        <w:t>جتنی تحقیقات ہوئی ہیں ان سے یہی ثابت ہوا ہے کہ غم و ناخوشی صرف فینامینا ہے انسان</w:t>
      </w:r>
    </w:p>
    <w:p>
      <w:r>
        <w:rPr>
          <w:b/>
        </w:rPr>
        <w:t xml:space="preserve">[19:45] </w:t>
      </w:r>
      <w:r>
        <w:t>ka.</w:t>
      </w:r>
    </w:p>
    <w:p>
      <w:pPr>
        <w:jc w:val="right"/>
      </w:pPr>
      <w:r>
        <w:t>کا۔</w:t>
      </w:r>
    </w:p>
    <w:p>
      <w:r>
        <w:rPr>
          <w:b/>
        </w:rPr>
        <w:t xml:space="preserve">[19:47] </w:t>
      </w:r>
      <w:r>
        <w:t>jo Edison ne kaha ke "Ambition person is subject to dissatisfaction." to is ko mein yun kahunga</w:t>
      </w:r>
    </w:p>
    <w:p>
      <w:pPr>
        <w:jc w:val="right"/>
      </w:pPr>
      <w:r>
        <w:t>جو ایڈیسن نے کہا کہ "Ambition person is subject to dissatisfaction." تو اس کو میں یوں کہوں گا</w:t>
      </w:r>
    </w:p>
    <w:p>
      <w:r>
        <w:rPr>
          <w:b/>
        </w:rPr>
        <w:t xml:space="preserve">[19:55] </w:t>
      </w:r>
      <w:r>
        <w:t>ke gham o nakhushi ya gham o nakhushi yeh har insan ka phenomenon hai.</w:t>
      </w:r>
    </w:p>
    <w:p>
      <w:pPr>
        <w:jc w:val="right"/>
      </w:pPr>
      <w:r>
        <w:t>کہ غم و ناخوشی یا غم و ناخوشی یہ ہر انسان کا فینامینا ہے۔</w:t>
      </w:r>
    </w:p>
    <w:p>
      <w:r>
        <w:rPr>
          <w:b/>
        </w:rPr>
        <w:t xml:space="preserve">[20:01] </w:t>
      </w:r>
      <w:r>
        <w:t>Ambition to is ka aik hissa hai.</w:t>
      </w:r>
    </w:p>
    <w:p>
      <w:pPr>
        <w:jc w:val="right"/>
      </w:pPr>
      <w:r>
        <w:t>Ambition تو اس کا ایک حصہ ہے۔</w:t>
      </w:r>
    </w:p>
    <w:p>
      <w:r>
        <w:rPr>
          <w:b/>
        </w:rPr>
        <w:t xml:space="preserve">[20:04] </w:t>
      </w:r>
      <w:r>
        <w:t>aap ambition na bhi hon tab bhi aap hamesha gham o nakhushi mein jiyenge.</w:t>
      </w:r>
    </w:p>
    <w:p>
      <w:pPr>
        <w:jc w:val="right"/>
      </w:pPr>
      <w:r>
        <w:t>آپ ambition نہ بھی ہوں تب بھی آپ ہمیشہ غم و ناخوشی میں جئیں گے۔</w:t>
      </w:r>
    </w:p>
    <w:p>
      <w:r>
        <w:rPr>
          <w:b/>
        </w:rPr>
        <w:t xml:space="preserve">[20:10] </w:t>
      </w:r>
      <w:r>
        <w:t>mein aap ko dawat deta hoon ke aap aik tajruba karein.</w:t>
      </w:r>
    </w:p>
    <w:p>
      <w:pPr>
        <w:jc w:val="right"/>
      </w:pPr>
      <w:r>
        <w:t>میں آپ کو دعوت دیتا ہوں کہ آپ ایک تجربہ کریں۔</w:t>
      </w:r>
    </w:p>
    <w:p>
      <w:r>
        <w:rPr>
          <w:b/>
        </w:rPr>
        <w:t xml:space="preserve">[20:15] </w:t>
      </w:r>
      <w:r>
        <w:t>jitne bare bare log aap ke zehen mein hain jin ko jante hain aap.</w:t>
      </w:r>
    </w:p>
    <w:p>
      <w:pPr>
        <w:jc w:val="right"/>
      </w:pPr>
      <w:r>
        <w:t>جتنے بڑے بڑے لوگ آپ کے ذہن میں ہیں جن کو جانتے ہیں آپ۔</w:t>
      </w:r>
    </w:p>
    <w:p>
      <w:r>
        <w:rPr>
          <w:b/>
        </w:rPr>
        <w:t xml:space="preserve">[20:21] </w:t>
      </w:r>
      <w:r>
        <w:t>jo maroof log hain.</w:t>
      </w:r>
    </w:p>
    <w:p>
      <w:pPr>
        <w:jc w:val="right"/>
      </w:pPr>
      <w:r>
        <w:t>جو معروف لوگ ہیں۔</w:t>
      </w:r>
    </w:p>
    <w:p>
      <w:r>
        <w:rPr>
          <w:b/>
        </w:rPr>
        <w:t xml:space="preserve">[20:22] </w:t>
      </w:r>
      <w:r>
        <w:t>siyasi maidan mein, karobar mein, sanat mein.</w:t>
      </w:r>
    </w:p>
    <w:p>
      <w:pPr>
        <w:jc w:val="right"/>
      </w:pPr>
      <w:r>
        <w:t>سیاسی میدان میں، کاروبار میں، صنعت میں۔</w:t>
      </w:r>
    </w:p>
    <w:p>
      <w:r>
        <w:rPr>
          <w:b/>
        </w:rPr>
        <w:t xml:space="preserve">[20:25] </w:t>
      </w:r>
      <w:r>
        <w:t>kisi bhi maidan mein jo log jo log bare maane jate hain un ko aap internet par dekhiye.</w:t>
      </w:r>
    </w:p>
    <w:p>
      <w:pPr>
        <w:jc w:val="right"/>
      </w:pPr>
      <w:r>
        <w:t>کسی بھی میدان میں جو لوگ جو لوگ بڑے مانے جاتے ہیں ان کو آپ انٹرنیٹ پر دیکھئے۔</w:t>
      </w:r>
    </w:p>
    <w:p>
      <w:r>
        <w:rPr>
          <w:b/>
        </w:rPr>
        <w:t xml:space="preserve">[20:33] </w:t>
      </w:r>
      <w:r>
        <w:t>ke un ki maut kaise hui.</w:t>
      </w:r>
    </w:p>
    <w:p>
      <w:pPr>
        <w:jc w:val="right"/>
      </w:pPr>
      <w:r>
        <w:t>کہ ان کی موت کیسے ہوئی۔</w:t>
      </w:r>
    </w:p>
    <w:p>
      <w:r>
        <w:rPr>
          <w:b/>
        </w:rPr>
        <w:t xml:space="preserve">[20:36] </w:t>
      </w:r>
      <w:r>
        <w:t>un ki maut kaise hui.</w:t>
      </w:r>
    </w:p>
    <w:p>
      <w:pPr>
        <w:jc w:val="right"/>
      </w:pPr>
      <w:r>
        <w:t>ان کی موت کیسے ہوئی۔</w:t>
      </w:r>
    </w:p>
    <w:p>
      <w:r>
        <w:rPr>
          <w:b/>
        </w:rPr>
        <w:t xml:space="preserve">[20:38] </w:t>
      </w:r>
      <w:r>
        <w:t>to aap payenge ke har superstar aakhir mein chota sitara ban kar mara.</w:t>
      </w:r>
    </w:p>
    <w:p>
      <w:pPr>
        <w:jc w:val="right"/>
      </w:pPr>
      <w:r>
        <w:t>تو آپ پائیں گے کہ ہر سپر اسٹار آخر میں چھوٹا ستارہ بن کر مرا۔</w:t>
      </w:r>
    </w:p>
    <w:p>
      <w:r>
        <w:rPr>
          <w:b/>
        </w:rPr>
        <w:t xml:space="preserve">[20:44] </w:t>
      </w:r>
      <w:r>
        <w:t>kuch din dhoom thi is ki ke superstar, superstar.</w:t>
      </w:r>
    </w:p>
    <w:p>
      <w:pPr>
        <w:jc w:val="right"/>
      </w:pPr>
      <w:r>
        <w:t>کچھ دن دھوم تھی اس کی کہ سپر اسٹار، سپر اسٹار۔</w:t>
      </w:r>
    </w:p>
    <w:p>
      <w:r>
        <w:rPr>
          <w:b/>
        </w:rPr>
        <w:t xml:space="preserve">[20:49] </w:t>
      </w:r>
      <w:r>
        <w:t>lekin aakhir mein kya hua ke chota sitara ho kar mara.</w:t>
      </w:r>
    </w:p>
    <w:p>
      <w:pPr>
        <w:jc w:val="right"/>
      </w:pPr>
      <w:r>
        <w:t>لیکن آخر میں کیا ہوا کہ چھوٹا ستارہ ہو کر مرا۔</w:t>
      </w:r>
    </w:p>
    <w:p>
      <w:r>
        <w:rPr>
          <w:b/>
        </w:rPr>
        <w:t xml:space="preserve">[20:54] </w:t>
      </w:r>
      <w:r>
        <w:t>mayusi mein mara.</w:t>
      </w:r>
    </w:p>
    <w:p>
      <w:pPr>
        <w:jc w:val="right"/>
      </w:pPr>
      <w:r>
        <w:t>مایوسی میں مرا۔</w:t>
      </w:r>
    </w:p>
    <w:p>
      <w:r>
        <w:rPr>
          <w:b/>
        </w:rPr>
        <w:t xml:space="preserve">[20:55] </w:t>
      </w:r>
      <w:r>
        <w:t>mayusi mein mara.</w:t>
      </w:r>
    </w:p>
    <w:p>
      <w:pPr>
        <w:jc w:val="right"/>
      </w:pPr>
      <w:r>
        <w:t>مایوسی میں مرا۔</w:t>
      </w:r>
    </w:p>
    <w:p>
      <w:r>
        <w:rPr>
          <w:b/>
        </w:rPr>
        <w:t xml:space="preserve">[20:57] </w:t>
      </w:r>
      <w:r>
        <w:t>nirasha ho kar.</w:t>
      </w:r>
    </w:p>
    <w:p>
      <w:pPr>
        <w:jc w:val="right"/>
      </w:pPr>
      <w:r>
        <w:t>نراشہ ہو کر۔</w:t>
      </w:r>
    </w:p>
    <w:p>
      <w:r>
        <w:rPr>
          <w:b/>
        </w:rPr>
        <w:t xml:space="preserve">[20:58] </w:t>
      </w:r>
      <w:r>
        <w:t>nirasha mein mara.</w:t>
      </w:r>
    </w:p>
    <w:p>
      <w:pPr>
        <w:jc w:val="right"/>
      </w:pPr>
      <w:r>
        <w:t>نراشہ میں مرا۔</w:t>
      </w:r>
    </w:p>
    <w:p>
      <w:r>
        <w:rPr>
          <w:b/>
        </w:rPr>
        <w:t xml:space="preserve">[21:00] </w:t>
      </w:r>
      <w:r>
        <w:t>mein ne bohat is bare mein chhanbeen ki hai internet se bhi aur encyclopedia se bhi aur</w:t>
      </w:r>
    </w:p>
    <w:p>
      <w:pPr>
        <w:jc w:val="right"/>
      </w:pPr>
      <w:r>
        <w:t>میں نے بہت اس بارے میں چھان بین کی ہے انٹرنیٹ سے بھی اور انسائیکلوپیڈیا سے بھی اور</w:t>
      </w:r>
    </w:p>
    <w:p>
      <w:r>
        <w:rPr>
          <w:b/>
        </w:rPr>
        <w:t xml:space="preserve">[21:08] </w:t>
      </w:r>
      <w:r>
        <w:t>kitabon se bhi.</w:t>
      </w:r>
    </w:p>
    <w:p>
      <w:pPr>
        <w:jc w:val="right"/>
      </w:pPr>
      <w:r>
        <w:t>کتابوں سے بھی۔</w:t>
      </w:r>
    </w:p>
    <w:p>
      <w:r>
        <w:rPr>
          <w:b/>
        </w:rPr>
        <w:t xml:space="preserve">[21:09] </w:t>
      </w:r>
      <w:r>
        <w:t>mujhe ab tak koi ek aadmi nahi mila hai jo is mein istithna ki hesiyat rakhta ho.</w:t>
      </w:r>
    </w:p>
    <w:p>
      <w:pPr>
        <w:jc w:val="right"/>
      </w:pPr>
      <w:r>
        <w:t>مجھے اب تک کوئی ایک آدمی نہیں ملا ہے جو اس میں استثنا کی حیثیت رکھتا ہو۔</w:t>
      </w:r>
    </w:p>
    <w:p>
      <w:r>
        <w:rPr>
          <w:b/>
        </w:rPr>
        <w:t xml:space="preserve">[21:16] </w:t>
      </w:r>
      <w:r>
        <w:t>to is ka matlab kya hai? is ka matlab yeh hai ke jo cheez hum chahte hain woh</w:t>
      </w:r>
    </w:p>
    <w:p>
      <w:pPr>
        <w:jc w:val="right"/>
      </w:pPr>
      <w:r>
        <w:t>تو اس کا مطلب کیا ہے؟ اس کا مطلب یہ ہے کہ جو چیز ہم چاہتے ہیں وہ</w:t>
      </w:r>
    </w:p>
    <w:p>
      <w:r>
        <w:rPr>
          <w:b/>
        </w:rPr>
        <w:t xml:space="preserve">[21:24] </w:t>
      </w:r>
      <w:r>
        <w:t>is dunya mein milti nahi hai.</w:t>
      </w:r>
    </w:p>
    <w:p>
      <w:pPr>
        <w:jc w:val="right"/>
      </w:pPr>
      <w:r>
        <w:t>اس دنیا میں ملتی نہیں ہے۔</w:t>
      </w:r>
    </w:p>
    <w:p>
      <w:r>
        <w:rPr>
          <w:b/>
        </w:rPr>
        <w:t xml:space="preserve">[21:27] </w:t>
      </w:r>
      <w:r>
        <w:t>hum daulat mil gayi humein tab bhi humein taskeen nahi mila.</w:t>
      </w:r>
    </w:p>
    <w:p>
      <w:pPr>
        <w:jc w:val="right"/>
      </w:pPr>
      <w:r>
        <w:t>ہم دولت مل گئی ہمیں تب بھی ہمیں تسکین نہیں ملا۔</w:t>
      </w:r>
    </w:p>
    <w:p>
      <w:r>
        <w:rPr>
          <w:b/>
        </w:rPr>
        <w:t xml:space="preserve">[21:31] </w:t>
      </w:r>
      <w:r>
        <w:t>daulat, taqat, shohrat sab kuch mil kar ke bhi hum gham o nakhushi mein rehte hain.</w:t>
      </w:r>
    </w:p>
    <w:p>
      <w:pPr>
        <w:jc w:val="right"/>
      </w:pPr>
      <w:r>
        <w:t>دولت، طاقت، شہرت سب کچھ مل کر کے بھی ہم غم و ناخوشی میں رہتے ہیں۔</w:t>
      </w:r>
    </w:p>
    <w:p>
      <w:r>
        <w:rPr>
          <w:b/>
        </w:rPr>
        <w:t xml:space="preserve">[21:38] </w:t>
      </w:r>
      <w:r>
        <w:t>to is mani mein ke zindagi ka ek aur hissa hona chahiye jahan humein poora poora mile.</w:t>
      </w:r>
    </w:p>
    <w:p>
      <w:pPr>
        <w:jc w:val="right"/>
      </w:pPr>
      <w:r>
        <w:t>تو اس معنی میں کہ زندگی کا ایک اور حصہ ہونا چاہیے جہاں ہمیں پورا پورا ملے۔</w:t>
      </w:r>
    </w:p>
    <w:p>
      <w:r>
        <w:rPr>
          <w:b/>
        </w:rPr>
        <w:t xml:space="preserve">[21:45] </w:t>
      </w:r>
      <w:r>
        <w:t>isi ko mein keh raha hoon ke ghayab hissa insani zindagi.</w:t>
      </w:r>
    </w:p>
    <w:p>
      <w:pPr>
        <w:jc w:val="right"/>
      </w:pPr>
      <w:r>
        <w:t>اسی کو میں کہہ رہا ہوں کہ غائب حصہ انسانی زندگی۔</w:t>
      </w:r>
    </w:p>
    <w:p>
      <w:r>
        <w:rPr>
          <w:b/>
        </w:rPr>
        <w:t xml:space="preserve">[21:50] </w:t>
      </w:r>
      <w:r>
        <w:t>to ghayab hissa insani zindagi kya hai? maut ke baad jo dunya hai akhirat ki dunya.</w:t>
      </w:r>
    </w:p>
    <w:p>
      <w:pPr>
        <w:jc w:val="right"/>
      </w:pPr>
      <w:r>
        <w:t>تو غائب حصہ انسانی زندگی کیا ہے؟ موت کے بعد جو دنیا ہے آخرت کی دنیا۔</w:t>
      </w:r>
    </w:p>
    <w:p>
      <w:r>
        <w:rPr>
          <w:b/>
        </w:rPr>
        <w:t xml:space="preserve">[21:57] </w:t>
      </w:r>
      <w:r>
        <w:t>jahan jannat hai.</w:t>
      </w:r>
    </w:p>
    <w:p>
      <w:pPr>
        <w:jc w:val="right"/>
      </w:pPr>
      <w:r>
        <w:t>جہاں جنت ہے۔</w:t>
      </w:r>
    </w:p>
    <w:p>
      <w:r>
        <w:rPr>
          <w:b/>
        </w:rPr>
        <w:t xml:space="preserve">[21:59] </w:t>
      </w:r>
      <w:r>
        <w:t>jahan jannat hai.</w:t>
      </w:r>
    </w:p>
    <w:p>
      <w:pPr>
        <w:jc w:val="right"/>
      </w:pPr>
      <w:r>
        <w:t>جہاں جنت ہے۔</w:t>
      </w:r>
    </w:p>
    <w:p>
      <w:r>
        <w:rPr>
          <w:b/>
        </w:rPr>
        <w:t xml:space="preserve">[22:00] </w:t>
      </w:r>
      <w:r>
        <w:t>to ghayab hissa insani zindagi jo hai jab tak aap na jaan lein tab tak aap zindagi ko</w:t>
      </w:r>
    </w:p>
    <w:p>
      <w:pPr>
        <w:jc w:val="right"/>
      </w:pPr>
      <w:r>
        <w:t>تو غائب حصہ انسانی زندگی جو ہے جب تک آپ نہ جان لیں تب تک آپ زندگی کو</w:t>
      </w:r>
    </w:p>
    <w:p>
      <w:r>
        <w:rPr>
          <w:b/>
        </w:rPr>
        <w:t xml:space="preserve">[22:08] </w:t>
      </w:r>
      <w:r>
        <w:t>is ki mukammal surat mein nahi dekh paye.</w:t>
      </w:r>
    </w:p>
    <w:p>
      <w:pPr>
        <w:jc w:val="right"/>
      </w:pPr>
      <w:r>
        <w:t>اس کی مکمل صورت میں نہیں دیکھ پائے۔</w:t>
      </w:r>
    </w:p>
    <w:p>
      <w:r>
        <w:rPr>
          <w:b/>
        </w:rPr>
        <w:t xml:space="preserve">[22:11] </w:t>
      </w:r>
      <w:r>
        <w:t>aap ne zindagi ko bohat adhura dekha.</w:t>
      </w:r>
    </w:p>
    <w:p>
      <w:pPr>
        <w:jc w:val="right"/>
      </w:pPr>
      <w:r>
        <w:t>آپ نے زندگی کو بہت ادھورا دیکھا۔</w:t>
      </w:r>
    </w:p>
    <w:p>
      <w:r>
        <w:rPr>
          <w:b/>
        </w:rPr>
        <w:t xml:space="preserve">[22:14] </w:t>
      </w:r>
      <w:r>
        <w:t>poora poora nahi dekh sake aap.</w:t>
      </w:r>
    </w:p>
    <w:p>
      <w:pPr>
        <w:jc w:val="right"/>
      </w:pPr>
      <w:r>
        <w:t>پورا پورا نہیں دیکھ سکے آپ۔</w:t>
      </w:r>
    </w:p>
    <w:p>
      <w:r>
        <w:rPr>
          <w:b/>
        </w:rPr>
        <w:t xml:space="preserve">[22:17] </w:t>
      </w:r>
      <w:r>
        <w:t>yeh bohat hi ziyada sochne ki baat hai.</w:t>
      </w:r>
    </w:p>
    <w:p>
      <w:pPr>
        <w:jc w:val="right"/>
      </w:pPr>
      <w:r>
        <w:t>یہ بہت ہی زیادہ سوچنے کی بات ہے۔</w:t>
      </w:r>
    </w:p>
    <w:p>
      <w:r>
        <w:rPr>
          <w:b/>
        </w:rPr>
        <w:t xml:space="preserve">[22:20] </w:t>
      </w:r>
      <w:r>
        <w:t>aaj mein kisi se baat kar raha tha isi mozu par to mein ne kaha ke kitna kitni</w:t>
      </w:r>
    </w:p>
    <w:p>
      <w:pPr>
        <w:jc w:val="right"/>
      </w:pPr>
      <w:r>
        <w:t>آج میں کسی سے بات کر رہا تھا اسی موضوع پر تو میں نے کہا کہ کتنا کتنی</w:t>
      </w:r>
    </w:p>
    <w:p>
      <w:r>
        <w:rPr>
          <w:b/>
        </w:rPr>
        <w:t xml:space="preserve">[22:28] </w:t>
      </w:r>
      <w:r>
        <w:t>badi almiya hai jis ki taraf har aadmi ja raha hai.</w:t>
      </w:r>
    </w:p>
    <w:p>
      <w:pPr>
        <w:jc w:val="right"/>
      </w:pPr>
      <w:r>
        <w:t>بڑی المیہ ہے جس کی طرف ہر آدمی جا رہا ہے۔</w:t>
      </w:r>
    </w:p>
    <w:p>
      <w:r>
        <w:rPr>
          <w:b/>
        </w:rPr>
        <w:t xml:space="preserve">[22:33] </w:t>
      </w:r>
      <w:r>
        <w:t>woh kya? zindagi hum ko mili hai pachas saal, sattar saal, sath saal yeh mili hai zindagi.</w:t>
      </w:r>
    </w:p>
    <w:p>
      <w:pPr>
        <w:jc w:val="right"/>
      </w:pPr>
      <w:r>
        <w:t>وہ کیا؟ زندگی ہم کو ملی ہے پچاس سال، ستر سال، ساٹھ سال یہ ملی ہے زندگی۔</w:t>
      </w:r>
    </w:p>
    <w:p>
      <w:r>
        <w:rPr>
          <w:b/>
        </w:rPr>
        <w:t xml:space="preserve">[22:40] </w:t>
      </w:r>
      <w:r>
        <w:t>hum judo jehad kar rahe hain, judo jehad kar rahe hain, judo jehad kar rahe hain.</w:t>
      </w:r>
    </w:p>
    <w:p>
      <w:pPr>
        <w:jc w:val="right"/>
      </w:pPr>
      <w:r>
        <w:t>ہم جدوجہد کر رہے ہیں، جدوجہد کر رہے ہیں، جدوجہد کر رہے ہیں۔</w:t>
      </w:r>
    </w:p>
    <w:p>
      <w:r>
        <w:rPr>
          <w:b/>
        </w:rPr>
        <w:t xml:space="preserve">[22:45] </w:t>
      </w:r>
      <w:r>
        <w:t>kis liye? poora poora hone ke liye.</w:t>
      </w:r>
    </w:p>
    <w:p>
      <w:pPr>
        <w:jc w:val="right"/>
      </w:pPr>
      <w:r>
        <w:t>کس لیے؟ پورا پورا ہونے کے لیے۔</w:t>
      </w:r>
    </w:p>
    <w:p>
      <w:r>
        <w:rPr>
          <w:b/>
        </w:rPr>
        <w:t xml:space="preserve">[22:48] </w:t>
      </w:r>
      <w:r>
        <w:t>ab poora poora hone abhi hui nahi ke hum mar jaate hain.</w:t>
      </w:r>
    </w:p>
    <w:p>
      <w:pPr>
        <w:jc w:val="right"/>
      </w:pPr>
      <w:r>
        <w:t>اب پورا پورا ہونے ابھی ہوئی نہیں کہ ہم مر جاتے ہیں۔</w:t>
      </w:r>
    </w:p>
    <w:p>
      <w:r>
        <w:rPr>
          <w:b/>
        </w:rPr>
        <w:t xml:space="preserve">[22:54] </w:t>
      </w:r>
      <w:r>
        <w:t>is ke baad achaanak humein ek nayi daryaft hoti hai achaanak.</w:t>
      </w:r>
    </w:p>
    <w:p>
      <w:pPr>
        <w:jc w:val="right"/>
      </w:pPr>
      <w:r>
        <w:t>اس کے بعد اچانک ہمیں ایک نئی دریافت ہوتی ہے اچانک۔</w:t>
      </w:r>
    </w:p>
    <w:p>
      <w:r>
        <w:rPr>
          <w:b/>
        </w:rPr>
        <w:t xml:space="preserve">[22:58] </w:t>
      </w:r>
      <w:r>
        <w:t>ke af woh poora poora hone ka raaz toh aur tha.</w:t>
      </w:r>
    </w:p>
    <w:p>
      <w:pPr>
        <w:jc w:val="right"/>
      </w:pPr>
      <w:r>
        <w:t>کہ اف وہ پورا پورا ہونے کا راز تو اور تھا۔</w:t>
      </w:r>
    </w:p>
    <w:p>
      <w:r>
        <w:rPr>
          <w:b/>
        </w:rPr>
        <w:t xml:space="preserve">[23:03] </w:t>
      </w:r>
      <w:r>
        <w:t>woh yeh ke mein apne aap ko jannat ke qabil banata.</w:t>
      </w:r>
    </w:p>
    <w:p>
      <w:pPr>
        <w:jc w:val="right"/>
      </w:pPr>
      <w:r>
        <w:t>وہ یہ کہ میں اپنے آپ کو جنت کے قابل بناتا۔</w:t>
      </w:r>
    </w:p>
    <w:p>
      <w:r>
        <w:rPr>
          <w:b/>
        </w:rPr>
        <w:t xml:space="preserve">[23:08] </w:t>
      </w:r>
      <w:r>
        <w:t>woh mein ne banaya nahi.</w:t>
      </w:r>
    </w:p>
    <w:p>
      <w:pPr>
        <w:jc w:val="right"/>
      </w:pPr>
      <w:r>
        <w:t>وہ میں نے بنایا نہیں۔</w:t>
      </w:r>
    </w:p>
    <w:p>
      <w:r>
        <w:rPr>
          <w:b/>
        </w:rPr>
        <w:t xml:space="preserve">[23:10] </w:t>
      </w:r>
      <w:r>
        <w:t>toh dunya mein poora poora hone toh mili nahi.</w:t>
      </w:r>
    </w:p>
    <w:p>
      <w:pPr>
        <w:jc w:val="right"/>
      </w:pPr>
      <w:r>
        <w:t>تو دنیا میں پورا پورا ہونے تو ملی نہیں۔</w:t>
      </w:r>
    </w:p>
    <w:p>
      <w:r>
        <w:rPr>
          <w:b/>
        </w:rPr>
        <w:t xml:space="preserve">[23:14] </w:t>
      </w:r>
      <w:r>
        <w:t>aur jahan poora poora hone tha us ke liye mein ne apne aap ko yaani ahil nahi kar</w:t>
      </w:r>
    </w:p>
    <w:p>
      <w:pPr>
        <w:jc w:val="right"/>
      </w:pPr>
      <w:r>
        <w:t>اور جہاں پورا پورا ہونے تھا اس کے لیے میں نے اپنے آپ کو یعنی اہل نہیں کر</w:t>
      </w:r>
    </w:p>
    <w:p>
      <w:r>
        <w:rPr>
          <w:b/>
        </w:rPr>
        <w:t xml:space="preserve">[23:21] </w:t>
      </w:r>
      <w:r>
        <w:t>saka mein us ke liye.</w:t>
      </w:r>
    </w:p>
    <w:p>
      <w:pPr>
        <w:jc w:val="right"/>
      </w:pPr>
      <w:r>
        <w:t>سکا میں اس کے لیے۔</w:t>
      </w:r>
    </w:p>
    <w:p>
      <w:r>
        <w:rPr>
          <w:b/>
        </w:rPr>
        <w:t xml:space="preserve">[23:24] </w:t>
      </w:r>
      <w:r>
        <w:t>toh idhar se mein is liye mehroom raha ke mujhe ek aur rasta pakad rakha tha mein ne.</w:t>
      </w:r>
    </w:p>
    <w:p>
      <w:pPr>
        <w:jc w:val="right"/>
      </w:pPr>
      <w:r>
        <w:t>تو ادھر سے میں اس لیے محروم رہا کہ مجھے ایک اور راستہ پکڑ رکھا تھا میں نے۔</w:t>
      </w:r>
    </w:p>
    <w:p>
      <w:r>
        <w:rPr>
          <w:b/>
        </w:rPr>
        <w:t xml:space="preserve">[23:31] </w:t>
      </w:r>
      <w:r>
        <w:t>wahan is liye mehroom raha mein ke mein ne woh kaam hi nahi kiya jis se wahan ke</w:t>
      </w:r>
    </w:p>
    <w:p>
      <w:pPr>
        <w:jc w:val="right"/>
      </w:pPr>
      <w:r>
        <w:t>وہاں اس لیے محروم رہا میں کہ میں نے وہ کام ہی نہیں کیا جس سے وہاں کے</w:t>
      </w:r>
    </w:p>
    <w:p>
      <w:r>
        <w:rPr>
          <w:b/>
        </w:rPr>
        <w:t xml:space="preserve">[23:39] </w:t>
      </w:r>
      <w:r>
        <w:t>jannat mein mujhe jagah mile.</w:t>
      </w:r>
    </w:p>
    <w:p>
      <w:pPr>
        <w:jc w:val="right"/>
      </w:pPr>
      <w:r>
        <w:t>جنت میں مجھے جگہ ملے۔</w:t>
      </w:r>
    </w:p>
    <w:p>
      <w:r>
        <w:rPr>
          <w:b/>
        </w:rPr>
        <w:t xml:space="preserve">[23:41] </w:t>
      </w:r>
      <w:r>
        <w:t>toh mein soch raha tha ke har insaan ja raha hai kehte hain al naak anjaam ki taraf.</w:t>
      </w:r>
    </w:p>
    <w:p>
      <w:pPr>
        <w:jc w:val="right"/>
      </w:pPr>
      <w:r>
        <w:t>تو میں سوچ رہا تھا کہ ہر انسان جا رہا ہے کہتے ہیں الم ناک انجام کی طرف۔</w:t>
      </w:r>
    </w:p>
    <w:p>
      <w:r>
        <w:rPr>
          <w:b/>
        </w:rPr>
        <w:t xml:space="preserve">[23:49] </w:t>
      </w:r>
      <w:r>
        <w:t>har insaan ja raha hai ek bohat hi al naak anjaam ki taraf.</w:t>
      </w:r>
    </w:p>
    <w:p>
      <w:pPr>
        <w:jc w:val="right"/>
      </w:pPr>
      <w:r>
        <w:t>ہر انسان جا رہا ہے ایک بہت ہی الم ناک انجام کی طرف۔</w:t>
      </w:r>
    </w:p>
    <w:p>
      <w:r>
        <w:rPr>
          <w:b/>
        </w:rPr>
        <w:t xml:space="preserve">[23:54] </w:t>
      </w:r>
      <w:r>
        <w:t>achaanak is ko daryaft hogi ke af woh ek nazm mein ne ek martaba padha tha.</w:t>
      </w:r>
    </w:p>
    <w:p>
      <w:pPr>
        <w:jc w:val="right"/>
      </w:pPr>
      <w:r>
        <w:t>اچانک اس کو دریافت ہوگی کہ اف وہ ایک نظم میں نے ایک مرتبہ پڑھا تھا۔</w:t>
      </w:r>
    </w:p>
    <w:p>
      <w:r>
        <w:rPr>
          <w:b/>
        </w:rPr>
        <w:t xml:space="preserve">[24:01] </w:t>
      </w:r>
      <w:r>
        <w:t>woh ek aur siyaaq o sabaaq mein tha.</w:t>
      </w:r>
    </w:p>
    <w:p>
      <w:pPr>
        <w:jc w:val="right"/>
      </w:pPr>
      <w:r>
        <w:t>وہ ایک اور سیاق و سباق میں تھا۔</w:t>
      </w:r>
    </w:p>
    <w:p>
      <w:r>
        <w:rPr>
          <w:b/>
        </w:rPr>
        <w:t xml:space="preserve">[24:05] </w:t>
      </w:r>
      <w:r>
        <w:t>woh is tarah tha ke log mehshar mein hairaan reh jayenge.</w:t>
      </w:r>
    </w:p>
    <w:p>
      <w:pPr>
        <w:jc w:val="right"/>
      </w:pPr>
      <w:r>
        <w:t>وہ اس طرح تھا کہ لوگ محشر میں حیران رہ جائیں گے۔</w:t>
      </w:r>
    </w:p>
    <w:p>
      <w:r>
        <w:rPr>
          <w:b/>
        </w:rPr>
        <w:t xml:space="preserve">[24:10] </w:t>
      </w:r>
      <w:r>
        <w:t>woh toh yeh tha ke log mehshar mein hairaan reh jayenge Khuda kaun hai, Mustafa kaun hai.</w:t>
      </w:r>
    </w:p>
    <w:p>
      <w:pPr>
        <w:jc w:val="right"/>
      </w:pPr>
      <w:r>
        <w:t>وہ تو یہ تھا کہ لوگ محشر میں حیران رہ جائیں گے خدا کون ہے، مصطفیٰ کون ہے۔</w:t>
      </w:r>
    </w:p>
    <w:p>
      <w:r>
        <w:rPr>
          <w:b/>
        </w:rPr>
        <w:t xml:space="preserve">[24:18] </w:t>
      </w:r>
      <w:r>
        <w:t>toh is mein toh monastic tasawwur tha ke log mehshar mein hairaan reh jayenge Khuda kaun hai,</w:t>
      </w:r>
    </w:p>
    <w:p>
      <w:pPr>
        <w:jc w:val="right"/>
      </w:pPr>
      <w:r>
        <w:t>تو اس میں تو موناسٹک تصور تھا کہ لوگ محشر میں حیران رہ جائیں گے خدا کون ہے،</w:t>
      </w:r>
    </w:p>
    <w:p>
      <w:r>
        <w:rPr>
          <w:b/>
        </w:rPr>
        <w:t xml:space="preserve">[24:25] </w:t>
      </w:r>
      <w:r>
        <w:t>Mustafa kaun hai.</w:t>
      </w:r>
    </w:p>
    <w:p>
      <w:pPr>
        <w:jc w:val="right"/>
      </w:pPr>
      <w:r>
        <w:t>مصطفیٰ کون ہے۔</w:t>
      </w:r>
    </w:p>
    <w:p>
      <w:r>
        <w:rPr>
          <w:b/>
        </w:rPr>
        <w:t xml:space="preserve">[24:27] </w:t>
      </w:r>
      <w:r>
        <w:t>isi ko mein yeh kehta hoon ke log mehshar mein hairaan reh jayenge.</w:t>
      </w:r>
    </w:p>
    <w:p>
      <w:pPr>
        <w:jc w:val="right"/>
      </w:pPr>
      <w:r>
        <w:t>اسی کو میں یہ کہتا ہوں کہ لوگ محشر میں حیران رہ جائیں گے۔</w:t>
      </w:r>
    </w:p>
    <w:p>
      <w:r>
        <w:rPr>
          <w:b/>
        </w:rPr>
        <w:t xml:space="preserve">[24:33] </w:t>
      </w:r>
      <w:r>
        <w:t>ke thi baat kya aur samjha tha kya? thi baat baat kya thi aur hum ne kya samajh</w:t>
      </w:r>
    </w:p>
    <w:p>
      <w:pPr>
        <w:jc w:val="right"/>
      </w:pPr>
      <w:r>
        <w:t>کہ تھی بات کیا اور سمجھا تھا کیا؟ تھی بات بات کیا تھی اور ہم نے کیا سمجھ</w:t>
      </w:r>
    </w:p>
    <w:p>
      <w:r>
        <w:rPr>
          <w:b/>
        </w:rPr>
        <w:t xml:space="preserve">[24:41] </w:t>
      </w:r>
      <w:r>
        <w:t>liya tha? achaanak yeh daryaft ho gayi.</w:t>
      </w:r>
    </w:p>
    <w:p>
      <w:pPr>
        <w:jc w:val="right"/>
      </w:pPr>
      <w:r>
        <w:t>لیا تھا؟ اچانک یہ دریافت ہو گئی۔</w:t>
      </w:r>
    </w:p>
    <w:p>
      <w:r>
        <w:rPr>
          <w:b/>
        </w:rPr>
        <w:t xml:space="preserve">[24:44] </w:t>
      </w:r>
      <w:r>
        <w:t>kahin se meri baat ho rahi thi ek sahib se toh unhon ne kaha Allah ka shukar hai</w:t>
      </w:r>
    </w:p>
    <w:p>
      <w:pPr>
        <w:jc w:val="right"/>
      </w:pPr>
      <w:r>
        <w:t>کہیں سے میری بات ہو رہی تھی ایک صاحب سے تو انہوں نے کہا اللہ کا شکر ہے</w:t>
      </w:r>
    </w:p>
    <w:p>
      <w:r>
        <w:rPr>
          <w:b/>
        </w:rPr>
        <w:t xml:space="preserve">[24:51] </w:t>
      </w:r>
      <w:r>
        <w:t>ke hum ko Khuda ne Musalman banaya.</w:t>
      </w:r>
    </w:p>
    <w:p>
      <w:pPr>
        <w:jc w:val="right"/>
      </w:pPr>
      <w:r>
        <w:t>کہ ہم کو خدا نے مسلمان بنایا۔</w:t>
      </w:r>
    </w:p>
    <w:p>
      <w:r>
        <w:rPr>
          <w:b/>
        </w:rPr>
        <w:t xml:space="preserve">[24:54] </w:t>
      </w:r>
      <w:r>
        <w:t>yeh kaise anokhi yeh umeed bhari soch hai jis mein log jee rahe hain.</w:t>
      </w:r>
    </w:p>
    <w:p>
      <w:pPr>
        <w:jc w:val="right"/>
      </w:pPr>
      <w:r>
        <w:t>یہ کیسے انوکھی یہ امید بھری سوچ ہے جس میں لوگ جی رہے ہیں۔</w:t>
      </w:r>
    </w:p>
    <w:p>
      <w:r>
        <w:rPr>
          <w:b/>
        </w:rPr>
        <w:t xml:space="preserve">[25:00] </w:t>
      </w:r>
      <w:r>
        <w:t>kya aap sochte hain ke yeh ek musalman khandan mein paida hone ka naam hai musalman hona? Musalman</w:t>
      </w:r>
    </w:p>
    <w:p>
      <w:pPr>
        <w:jc w:val="right"/>
      </w:pPr>
      <w:r>
        <w:t>کیا آپ سوچتے ہیں کہ یہ ایک مسلمان خاندان میں پیدا ہونے کا نام ہے مسلمان ہونا؟ مسلمان</w:t>
      </w:r>
    </w:p>
    <w:p>
      <w:r>
        <w:rPr>
          <w:b/>
        </w:rPr>
        <w:t xml:space="preserve">[25:08] </w:t>
      </w:r>
      <w:r>
        <w:t>hone ka matlab yeh hai ke aap ko Khuda ki daryaft hui ho.</w:t>
      </w:r>
    </w:p>
    <w:p>
      <w:pPr>
        <w:jc w:val="right"/>
      </w:pPr>
      <w:r>
        <w:t>ہونے کا مطلب یہ ہے کہ آپ کو خدا کی دریافت ہوئی ہو۔</w:t>
      </w:r>
    </w:p>
    <w:p>
      <w:r>
        <w:rPr>
          <w:b/>
        </w:rPr>
        <w:t xml:space="preserve">[25:14] </w:t>
      </w:r>
      <w:r>
        <w:t>Sachai ki daryaft hui ho.</w:t>
      </w:r>
    </w:p>
    <w:p>
      <w:pPr>
        <w:jc w:val="right"/>
      </w:pPr>
      <w:r>
        <w:t>سچائی کی دریافت ہوئی ہو۔</w:t>
      </w:r>
    </w:p>
    <w:p>
      <w:r>
        <w:rPr>
          <w:b/>
        </w:rPr>
        <w:t xml:space="preserve">[25:16] </w:t>
      </w:r>
      <w:r>
        <w:t>Aap ne apni zindagi mein in baaton ko pakda ho.</w:t>
      </w:r>
    </w:p>
    <w:p>
      <w:pPr>
        <w:jc w:val="right"/>
      </w:pPr>
      <w:r>
        <w:t>آپ نے اپنی زندگی میں ان باتوں کو پکڑا ہو۔</w:t>
      </w:r>
    </w:p>
    <w:p>
      <w:r>
        <w:rPr>
          <w:b/>
        </w:rPr>
        <w:t xml:space="preserve">[25:20] </w:t>
      </w:r>
      <w:r>
        <w:t>Yaani paidaish se, janam se, birth se thori Islam kisi ko mil jata hai.</w:t>
      </w:r>
    </w:p>
    <w:p>
      <w:pPr>
        <w:jc w:val="right"/>
      </w:pPr>
      <w:r>
        <w:t>یعنی پیدائش سے، جنم سے، برتھ سے تھوڑی اسلام کسی کو مل جاتا ہے۔</w:t>
      </w:r>
    </w:p>
    <w:p>
      <w:r>
        <w:rPr>
          <w:b/>
        </w:rPr>
        <w:t xml:space="preserve">[25:26] </w:t>
      </w:r>
      <w:r>
        <w:t>To aisi aisi anokhi is mein jee rahe hain log.</w:t>
      </w:r>
    </w:p>
    <w:p>
      <w:pPr>
        <w:jc w:val="right"/>
      </w:pPr>
      <w:r>
        <w:t>تو ایسی ایسی انوکھی اس میں جی رہے ہیں لوگ۔</w:t>
      </w:r>
    </w:p>
    <w:p>
      <w:r>
        <w:rPr>
          <w:b/>
        </w:rPr>
        <w:t xml:space="preserve">[25:30] </w:t>
      </w:r>
      <w:r>
        <w:t>Yaani ghalat fehmi mein ya gham o naghakushi mein.</w:t>
      </w:r>
    </w:p>
    <w:p>
      <w:pPr>
        <w:jc w:val="right"/>
      </w:pPr>
      <w:r>
        <w:t>یعنی غلط فہمی میں یا غم و ناخوشی میں۔</w:t>
      </w:r>
    </w:p>
    <w:p>
      <w:r>
        <w:rPr>
          <w:b/>
        </w:rPr>
        <w:t xml:space="preserve">[25:34] </w:t>
      </w:r>
      <w:r>
        <w:t>To in sab logon ko achaanak yeh yeh yaani maut ke baad achaanak yeh daryaft hoga ke hum</w:t>
      </w:r>
    </w:p>
    <w:p>
      <w:pPr>
        <w:jc w:val="right"/>
      </w:pPr>
      <w:r>
        <w:t>تو ان سب لوگوں کو اچانک یہ یہ یعنی موت کے بعد اچانک یہ دریافت ہوگا کہ ہم</w:t>
      </w:r>
    </w:p>
    <w:p>
      <w:r>
        <w:rPr>
          <w:b/>
        </w:rPr>
        <w:t xml:space="preserve">[25:42] </w:t>
      </w:r>
      <w:r>
        <w:t>to bohat bari bhool mein pade hue thay.</w:t>
      </w:r>
    </w:p>
    <w:p>
      <w:pPr>
        <w:jc w:val="right"/>
      </w:pPr>
      <w:r>
        <w:t>تو بہت بڑی بھول میں پڑے ہوئے تھے۔</w:t>
      </w:r>
    </w:p>
    <w:p>
      <w:r>
        <w:rPr>
          <w:b/>
        </w:rPr>
        <w:t xml:space="preserve">[25:45] </w:t>
      </w:r>
      <w:r>
        <w:t>bohat bari bhool mein pade hue thay.</w:t>
      </w:r>
    </w:p>
    <w:p>
      <w:pPr>
        <w:jc w:val="right"/>
      </w:pPr>
      <w:r>
        <w:t>بہت بڑی بھول میں پڑے ہوئے تھے۔</w:t>
      </w:r>
    </w:p>
    <w:p>
      <w:r>
        <w:rPr>
          <w:b/>
        </w:rPr>
        <w:t xml:space="preserve">[25:48] </w:t>
      </w:r>
      <w:r>
        <w:t>Kyunke dekhiye maine kai baar yeh baat kahi hai ke jannat ka jo muamla hai woh hai</w:t>
      </w:r>
    </w:p>
    <w:p>
      <w:pPr>
        <w:jc w:val="right"/>
      </w:pPr>
      <w:r>
        <w:t>کیونکہ دیکھئے میں نے کئی بار یہ بات کہی ہے کہ جنت کا جو معاملہ ہے وہ ہے</w:t>
      </w:r>
    </w:p>
    <w:p>
      <w:r>
        <w:rPr>
          <w:b/>
        </w:rPr>
        <w:t xml:space="preserve">[25:56] </w:t>
      </w:r>
      <w:r>
        <w:t>woh yeh hai ke sirf pakiza rooh hi wahan par jagah paayegi.</w:t>
      </w:r>
    </w:p>
    <w:p>
      <w:pPr>
        <w:jc w:val="right"/>
      </w:pPr>
      <w:r>
        <w:t>وہ یہ ہے کہ صرف پاکیزہ روح ہی وہاں پر جگہ پائیں گے۔</w:t>
      </w:r>
    </w:p>
    <w:p>
      <w:r>
        <w:rPr>
          <w:b/>
        </w:rPr>
        <w:t xml:space="preserve">[26:02] </w:t>
      </w:r>
      <w:r>
        <w:t>Pakiza rooh.</w:t>
      </w:r>
    </w:p>
    <w:p>
      <w:pPr>
        <w:jc w:val="right"/>
      </w:pPr>
      <w:r>
        <w:t>پاکیزہ روح۔</w:t>
      </w:r>
    </w:p>
    <w:p>
      <w:r>
        <w:rPr>
          <w:b/>
        </w:rPr>
        <w:t xml:space="preserve">[26:03] </w:t>
      </w:r>
      <w:r>
        <w:t>Pakiza rooh kaun hai? To aaj main soch raha tha to ek baat mere zehen mein aayi ke</w:t>
      </w:r>
    </w:p>
    <w:p>
      <w:pPr>
        <w:jc w:val="right"/>
      </w:pPr>
      <w:r>
        <w:t>پاکیزہ روح کون ہے؟ تو آج میں سوچ رہا تھا تو ایک بات میرے ذہن میں آئی کہ</w:t>
      </w:r>
    </w:p>
    <w:p>
      <w:r>
        <w:rPr>
          <w:b/>
        </w:rPr>
        <w:t xml:space="preserve">[26:11] </w:t>
      </w:r>
      <w:r>
        <w:t>insan ko do bohat anokhi cheezein di hain Khuda ne.</w:t>
      </w:r>
    </w:p>
    <w:p>
      <w:pPr>
        <w:jc w:val="right"/>
      </w:pPr>
      <w:r>
        <w:t>انسان کو دو بہت انوکھی چیزیں دی ہیں خدا نے۔</w:t>
      </w:r>
    </w:p>
    <w:p>
      <w:r>
        <w:rPr>
          <w:b/>
        </w:rPr>
        <w:t xml:space="preserve">[26:15] </w:t>
      </w:r>
      <w:r>
        <w:t>Ek hai azadi.</w:t>
      </w:r>
    </w:p>
    <w:p>
      <w:pPr>
        <w:jc w:val="right"/>
      </w:pPr>
      <w:r>
        <w:t>ایک ہے آزادی۔</w:t>
      </w:r>
    </w:p>
    <w:p>
      <w:r>
        <w:rPr>
          <w:b/>
        </w:rPr>
        <w:t xml:space="preserve">[26:17] </w:t>
      </w:r>
      <w:r>
        <w:t>Aap jante hain kisi ko azadi nahi hai.</w:t>
      </w:r>
    </w:p>
    <w:p>
      <w:pPr>
        <w:jc w:val="right"/>
      </w:pPr>
      <w:r>
        <w:t>آپ جانتے ہیں کسی کو آزادی نہیں ہے۔</w:t>
      </w:r>
    </w:p>
    <w:p>
      <w:r>
        <w:rPr>
          <w:b/>
        </w:rPr>
        <w:t xml:space="preserve">[26:20] </w:t>
      </w:r>
      <w:r>
        <w:t>Saari kainat mein kisi ko bhi azadi nahi mili hui hai.</w:t>
      </w:r>
    </w:p>
    <w:p>
      <w:pPr>
        <w:jc w:val="right"/>
      </w:pPr>
      <w:r>
        <w:t>ساری کائنات میں کسی کو بھی آزادی نہیں ملی ہوئی ہے۔</w:t>
      </w:r>
    </w:p>
    <w:p>
      <w:r>
        <w:rPr>
          <w:b/>
        </w:rPr>
        <w:t xml:space="preserve">[26:25] </w:t>
      </w:r>
      <w:r>
        <w:t>Azadi ikhtiyar yeh insan ke liye hai.</w:t>
      </w:r>
    </w:p>
    <w:p>
      <w:pPr>
        <w:jc w:val="right"/>
      </w:pPr>
      <w:r>
        <w:t>آزادی اختیار یہ انسان کے لیے ہے۔</w:t>
      </w:r>
    </w:p>
    <w:p>
      <w:r>
        <w:rPr>
          <w:b/>
        </w:rPr>
        <w:t xml:space="preserve">[26:28] </w:t>
      </w:r>
      <w:r>
        <w:t>Misal ke taur par janwar jo hain un ke paas azadi ikhtiyar nahi hai.</w:t>
      </w:r>
    </w:p>
    <w:p>
      <w:pPr>
        <w:jc w:val="right"/>
      </w:pPr>
      <w:r>
        <w:t>مثلاً جانور جو ہیں ان کے پاس آزادی اختیار نہیں ہے۔</w:t>
      </w:r>
    </w:p>
    <w:p>
      <w:r>
        <w:rPr>
          <w:b/>
        </w:rPr>
        <w:t xml:space="preserve">[26:32] </w:t>
      </w:r>
      <w:r>
        <w:t>Woh pure ke pure hukmaran hote hain apni jibiliyat se.</w:t>
      </w:r>
    </w:p>
    <w:p>
      <w:pPr>
        <w:jc w:val="right"/>
      </w:pPr>
      <w:r>
        <w:t>وہ پورے کے پورے حکمران ہوتے ہیں اپنی جبلت سے۔</w:t>
      </w:r>
    </w:p>
    <w:p>
      <w:r>
        <w:rPr>
          <w:b/>
        </w:rPr>
        <w:t xml:space="preserve">[26:37] </w:t>
      </w:r>
      <w:r>
        <w:t>Doosri cheezein hukmaran hoti hain qanoon fitrat se.</w:t>
      </w:r>
    </w:p>
    <w:p>
      <w:pPr>
        <w:jc w:val="right"/>
      </w:pPr>
      <w:r>
        <w:t>دوسری چیزیں حکمران ہوتی ہیں قانون فطرت سے۔</w:t>
      </w:r>
    </w:p>
    <w:p>
      <w:r>
        <w:rPr>
          <w:b/>
        </w:rPr>
        <w:t xml:space="preserve">[26:40] </w:t>
      </w:r>
      <w:r>
        <w:t>Janwar hukmaran hote hain apni jibiliyat se.</w:t>
      </w:r>
    </w:p>
    <w:p>
      <w:pPr>
        <w:jc w:val="right"/>
      </w:pPr>
      <w:r>
        <w:t>جانور حکمران ہوتے ہیں اپنی جبلت سے۔</w:t>
      </w:r>
    </w:p>
    <w:p>
      <w:r>
        <w:rPr>
          <w:b/>
        </w:rPr>
        <w:t xml:space="preserve">[26:43] </w:t>
      </w:r>
      <w:r>
        <w:t>To azadi ikhtiyar un ko nahi hai.</w:t>
      </w:r>
    </w:p>
    <w:p>
      <w:pPr>
        <w:jc w:val="right"/>
      </w:pPr>
      <w:r>
        <w:t>تو آزادی اختیار ان کو نہیں ہے۔</w:t>
      </w:r>
    </w:p>
    <w:p>
      <w:r>
        <w:rPr>
          <w:b/>
        </w:rPr>
        <w:t xml:space="preserve">[26:46] </w:t>
      </w:r>
      <w:r>
        <w:t>to insan ko ek bahut badi cheez mili hai azadi ikhtiyar.</w:t>
      </w:r>
    </w:p>
    <w:p>
      <w:pPr>
        <w:jc w:val="right"/>
      </w:pPr>
      <w:r>
        <w:t>تو انسان کو ایک بہت بڑی چیز ملی ہے آزادی اختیار۔</w:t>
      </w:r>
    </w:p>
    <w:p>
      <w:r>
        <w:rPr>
          <w:b/>
        </w:rPr>
        <w:t xml:space="preserve">[26:51] </w:t>
      </w:r>
      <w:r>
        <w:t>dusri cheez wahi salahiyat lutf andoz hone ki.</w:t>
      </w:r>
    </w:p>
    <w:p>
      <w:pPr>
        <w:jc w:val="right"/>
      </w:pPr>
      <w:r>
        <w:t>دوسری چیز وہی صلاحیت لطف اندوز ہونے کی۔</w:t>
      </w:r>
    </w:p>
    <w:p>
      <w:r>
        <w:rPr>
          <w:b/>
        </w:rPr>
        <w:t xml:space="preserve">[26:54] </w:t>
      </w:r>
      <w:r>
        <w:t>lutf andoz hone ki salahiyat.</w:t>
      </w:r>
    </w:p>
    <w:p>
      <w:pPr>
        <w:jc w:val="right"/>
      </w:pPr>
      <w:r>
        <w:t>لطف اندوز ہونے کی صلاحیت۔</w:t>
      </w:r>
    </w:p>
    <w:p>
      <w:r>
        <w:rPr>
          <w:b/>
        </w:rPr>
        <w:t xml:space="preserve">[26:56] </w:t>
      </w:r>
      <w:r>
        <w:t>yeh do munfarid cheezein mili hain insan ko.</w:t>
      </w:r>
    </w:p>
    <w:p>
      <w:pPr>
        <w:jc w:val="right"/>
      </w:pPr>
      <w:r>
        <w:t>یہ دو منفرد چیزیں ملی ہیں انسان کو۔</w:t>
      </w:r>
    </w:p>
    <w:p>
      <w:r>
        <w:rPr>
          <w:b/>
        </w:rPr>
        <w:t xml:space="preserve">[27:00] </w:t>
      </w:r>
      <w:r>
        <w:t>azadi aur lutf andoz hone ki salahiyat.</w:t>
      </w:r>
    </w:p>
    <w:p>
      <w:pPr>
        <w:jc w:val="right"/>
      </w:pPr>
      <w:r>
        <w:t>آزادی اور لطف اندوز ہونے کی صلاحیت۔</w:t>
      </w:r>
    </w:p>
    <w:p>
      <w:r>
        <w:rPr>
          <w:b/>
        </w:rPr>
        <w:t xml:space="preserve">[27:03] </w:t>
      </w:r>
      <w:r>
        <w:t>yeh do cheezein hain.</w:t>
      </w:r>
    </w:p>
    <w:p>
      <w:pPr>
        <w:jc w:val="right"/>
      </w:pPr>
      <w:r>
        <w:t>یہ دو چیزیں ہیں۔</w:t>
      </w:r>
    </w:p>
    <w:p>
      <w:r>
        <w:rPr>
          <w:b/>
        </w:rPr>
        <w:t xml:space="preserve">[27:05] </w:t>
      </w:r>
      <w:r>
        <w:t>is waqt mein soch raha tha, soch raha tha.</w:t>
      </w:r>
    </w:p>
    <w:p>
      <w:pPr>
        <w:jc w:val="right"/>
      </w:pPr>
      <w:r>
        <w:t>اس وقت میں سوچ رہا تھا، سوچ رہا تھا۔</w:t>
      </w:r>
    </w:p>
    <w:p>
      <w:r>
        <w:rPr>
          <w:b/>
        </w:rPr>
        <w:t xml:space="preserve">[27:08] </w:t>
      </w:r>
      <w:r>
        <w:t>to mere zehan mein aaya ke jannat ki qeemat kya hai? yani aap chahte hain ke woh jagah</w:t>
      </w:r>
    </w:p>
    <w:p>
      <w:pPr>
        <w:jc w:val="right"/>
      </w:pPr>
      <w:r>
        <w:t>تو میرے ذہن میں آیا کہ جنت کی قیمت کیا ہے؟ یعنی آپ چاہتے ہیں کہ وہ جگہ</w:t>
      </w:r>
    </w:p>
    <w:p>
      <w:r>
        <w:rPr>
          <w:b/>
        </w:rPr>
        <w:t xml:space="preserve">[27:16] </w:t>
      </w:r>
      <w:r>
        <w:t>mujhe mile jahan mein bharpoor tor par lutf andoz kar sakoon.</w:t>
      </w:r>
    </w:p>
    <w:p>
      <w:pPr>
        <w:jc w:val="right"/>
      </w:pPr>
      <w:r>
        <w:t>مجھے ملے جہاں میں بھرپور طور پر لطف اندوز کر سکوں۔</w:t>
      </w:r>
    </w:p>
    <w:p>
      <w:r>
        <w:rPr>
          <w:b/>
        </w:rPr>
        <w:t xml:space="preserve">[27:21] </w:t>
      </w:r>
      <w:r>
        <w:t>jannat kya hai? woh jagah jahan aap poori poori tareeqe se lutf andoz kar painge.</w:t>
      </w:r>
    </w:p>
    <w:p>
      <w:pPr>
        <w:jc w:val="right"/>
      </w:pPr>
      <w:r>
        <w:t>جنت کیا ہے؟ وہ جگہ جہاں آپ پوری پوری طریقے سے لطف اندوز کر پائیں گے۔</w:t>
      </w:r>
    </w:p>
    <w:p>
      <w:r>
        <w:rPr>
          <w:b/>
        </w:rPr>
        <w:t xml:space="preserve">[27:28] </w:t>
      </w:r>
      <w:r>
        <w:t>jahan aap sirf juzwi tor par lutf andoz kar paate hain.</w:t>
      </w:r>
    </w:p>
    <w:p>
      <w:pPr>
        <w:jc w:val="right"/>
      </w:pPr>
      <w:r>
        <w:t>جہاں آپ صرف جزوی طور پر لطف اندوز کر پاتے ہیں۔</w:t>
      </w:r>
    </w:p>
    <w:p>
      <w:r>
        <w:rPr>
          <w:b/>
        </w:rPr>
        <w:t xml:space="preserve">[27:32] </w:t>
      </w:r>
      <w:r>
        <w:t>jannat mein aap ko abdi tor par, abdi tor par aap poora poora lutf andoz kar painge.</w:t>
      </w:r>
    </w:p>
    <w:p>
      <w:pPr>
        <w:jc w:val="right"/>
      </w:pPr>
      <w:r>
        <w:t>جنت میں آپ کو ابدی طور پر، ابدی طور پر آپ پورا پورا لطف اندوز کر پائیں گے۔</w:t>
      </w:r>
    </w:p>
    <w:p>
      <w:r>
        <w:rPr>
          <w:b/>
        </w:rPr>
        <w:t xml:space="preserve">[27:40] </w:t>
      </w:r>
      <w:r>
        <w:t>to jannat yani yeh jo sarzameen lutf andozi jo hai woh kis ko milegi? to achaanak mere</w:t>
      </w:r>
    </w:p>
    <w:p>
      <w:pPr>
        <w:jc w:val="right"/>
      </w:pPr>
      <w:r>
        <w:t>تو جنت یعنی یہ جو سرزمین لطف اندوزی جو ہے وہ کس کو ملے گی؟ تو اچانک میرے</w:t>
      </w:r>
    </w:p>
    <w:p>
      <w:r>
        <w:rPr>
          <w:b/>
        </w:rPr>
        <w:t xml:space="preserve">[27:48] </w:t>
      </w:r>
      <w:r>
        <w:t>zehan mein aaya ke jo azadi ki qeemat de.</w:t>
      </w:r>
    </w:p>
    <w:p>
      <w:pPr>
        <w:jc w:val="right"/>
      </w:pPr>
      <w:r>
        <w:t>ذہن میں آیا کہ جو آزادی کی قیمت دے۔</w:t>
      </w:r>
    </w:p>
    <w:p>
      <w:r>
        <w:rPr>
          <w:b/>
        </w:rPr>
        <w:t xml:space="preserve">[27:52] </w:t>
      </w:r>
      <w:r>
        <w:t>jo azadi ki qeemat de yani azadi do aur jannat lo.</w:t>
      </w:r>
    </w:p>
    <w:p>
      <w:pPr>
        <w:jc w:val="right"/>
      </w:pPr>
      <w:r>
        <w:t>جو آزادی کی قیمت دے یعنی آزادی دو اور جنت لو۔</w:t>
      </w:r>
    </w:p>
    <w:p>
      <w:r>
        <w:rPr>
          <w:b/>
        </w:rPr>
        <w:t xml:space="preserve">[27:56] </w:t>
      </w:r>
      <w:r>
        <w:t>yeh hai Khuda ki sunnat.</w:t>
      </w:r>
    </w:p>
    <w:p>
      <w:pPr>
        <w:jc w:val="right"/>
      </w:pPr>
      <w:r>
        <w:t>یہ ہے خدا کی سنت۔</w:t>
      </w:r>
    </w:p>
    <w:p>
      <w:r>
        <w:rPr>
          <w:b/>
        </w:rPr>
        <w:t xml:space="preserve">[27:59] </w:t>
      </w:r>
      <w:r>
        <w:t>azadi do aur jannat lo.</w:t>
      </w:r>
    </w:p>
    <w:p>
      <w:pPr>
        <w:jc w:val="right"/>
      </w:pPr>
      <w:r>
        <w:t>آزادی دو اور جنت لو۔</w:t>
      </w:r>
    </w:p>
    <w:p>
      <w:r>
        <w:rPr>
          <w:b/>
        </w:rPr>
        <w:t xml:space="preserve">[28:01] </w:t>
      </w:r>
      <w:r>
        <w:t>woh kaise? aap ko Khuda ne azadi to diya hai lekin azadi is liye diya hai ke dekhe</w:t>
      </w:r>
    </w:p>
    <w:p>
      <w:pPr>
        <w:jc w:val="right"/>
      </w:pPr>
      <w:r>
        <w:t>وہ کیسے؟ آپ کو خدا نے آزادی تو دیا ہے لیکن آزادی اس لیے دیا ہے کہ دیکھے</w:t>
      </w:r>
    </w:p>
    <w:p>
      <w:r>
        <w:rPr>
          <w:b/>
        </w:rPr>
        <w:t xml:space="preserve">[28:08] </w:t>
      </w:r>
      <w:r>
        <w:t>ke kya aap mein se koi hai jo apni azadi ko surrender kar de.</w:t>
      </w:r>
    </w:p>
    <w:p>
      <w:pPr>
        <w:jc w:val="right"/>
      </w:pPr>
      <w:r>
        <w:t>کہ کیا آپ میں سے کوئی ہے جو اپنی آزادی کو سرنڈر کر دے۔</w:t>
      </w:r>
    </w:p>
    <w:p>
      <w:r>
        <w:rPr>
          <w:b/>
        </w:rPr>
        <w:t xml:space="preserve">[28:14] </w:t>
      </w:r>
      <w:r>
        <w:t>azadi diya hai surrender karne ke liye.</w:t>
      </w:r>
    </w:p>
    <w:p>
      <w:pPr>
        <w:jc w:val="right"/>
      </w:pPr>
      <w:r>
        <w:t>آزادی دیا ہے سرنڈر کرنے کے لیے۔</w:t>
      </w:r>
    </w:p>
    <w:p>
      <w:r>
        <w:rPr>
          <w:b/>
        </w:rPr>
        <w:t xml:space="preserve">[28:17] </w:t>
      </w:r>
      <w:r>
        <w:t>azadi is liye nahi diya hai ke aap bila roke tok is ko istemal karein.</w:t>
      </w:r>
    </w:p>
    <w:p>
      <w:pPr>
        <w:jc w:val="right"/>
      </w:pPr>
      <w:r>
        <w:t>آزادی اس لیے نہیں دیا ہے کہ آپ بلا روک ٹوک اس کو استعمال کریں۔</w:t>
      </w:r>
    </w:p>
    <w:p>
      <w:r>
        <w:rPr>
          <w:b/>
        </w:rPr>
        <w:t xml:space="preserve">[28:24] </w:t>
      </w:r>
      <w:r>
        <w:t>is ke liye nahi diya hai.</w:t>
      </w:r>
    </w:p>
    <w:p>
      <w:pPr>
        <w:jc w:val="right"/>
      </w:pPr>
      <w:r>
        <w:t>اس کے لیے نہیں دیا ہے۔</w:t>
      </w:r>
    </w:p>
    <w:p>
      <w:r>
        <w:rPr>
          <w:b/>
        </w:rPr>
        <w:t xml:space="preserve">[28:26] </w:t>
      </w:r>
      <w:r>
        <w:t>woh to aakhirat mein hogi.</w:t>
      </w:r>
    </w:p>
    <w:p>
      <w:pPr>
        <w:jc w:val="right"/>
      </w:pPr>
      <w:r>
        <w:t>وہ تو آخرت میں ہوگی۔</w:t>
      </w:r>
    </w:p>
    <w:p>
      <w:r>
        <w:rPr>
          <w:b/>
        </w:rPr>
        <w:t xml:space="preserve">[28:29] </w:t>
      </w:r>
      <w:r>
        <w:t>yeh baat mujhe samajh mein aayi Quran ki ek aayat se.</w:t>
      </w:r>
    </w:p>
    <w:p>
      <w:pPr>
        <w:jc w:val="right"/>
      </w:pPr>
      <w:r>
        <w:t>یہ بات مجھے سمجھ میں آئی قرآن کی ایک آیت سے۔</w:t>
      </w:r>
    </w:p>
    <w:p>
      <w:r>
        <w:rPr>
          <w:b/>
        </w:rPr>
        <w:t xml:space="preserve">[28:33] </w:t>
      </w:r>
      <w:r>
        <w:t>jab tum dekhoge jannat ko to tum paoge ke is mein bahut zyada yani nematein hain,</w:t>
      </w:r>
    </w:p>
    <w:p>
      <w:pPr>
        <w:jc w:val="right"/>
      </w:pPr>
      <w:r>
        <w:t>جب تم دیکھو گے جنت کو تو تم پاؤ گے کہ اس میں بہت زیادہ یعنی نعمتیں ہیں،</w:t>
      </w:r>
    </w:p>
    <w:p>
      <w:r>
        <w:rPr>
          <w:b/>
        </w:rPr>
        <w:t xml:space="preserve">[28:41] </w:t>
      </w:r>
      <w:r>
        <w:t>lutf andoz hone wali cheezen hain aur bohat ziyada yaani iqtadar hai, taqat hai.</w:t>
      </w:r>
    </w:p>
    <w:p>
      <w:pPr>
        <w:jc w:val="right"/>
      </w:pPr>
      <w:r>
        <w:t>لطف اندوز ہونے والی چیزیں ہیں اور بہت زیادہ یعنی اقتدار ہے، طاقت ہے۔</w:t>
      </w:r>
    </w:p>
    <w:p>
      <w:r>
        <w:rPr>
          <w:b/>
        </w:rPr>
        <w:t xml:space="preserve">[28:47] </w:t>
      </w:r>
      <w:r>
        <w:t>azadi hai.</w:t>
      </w:r>
    </w:p>
    <w:p>
      <w:pPr>
        <w:jc w:val="right"/>
      </w:pPr>
      <w:r>
        <w:t>آزادی ہے۔</w:t>
      </w:r>
    </w:p>
    <w:p>
      <w:r>
        <w:rPr>
          <w:b/>
        </w:rPr>
        <w:t xml:space="preserve">[28:48] </w:t>
      </w:r>
      <w:r>
        <w:t>to azadi aur barkat.</w:t>
      </w:r>
    </w:p>
    <w:p>
      <w:pPr>
        <w:jc w:val="right"/>
      </w:pPr>
      <w:r>
        <w:t>تو آزادی اور برکت۔</w:t>
      </w:r>
    </w:p>
    <w:p>
      <w:r>
        <w:rPr>
          <w:b/>
        </w:rPr>
        <w:t xml:space="preserve">[28:50] </w:t>
      </w:r>
      <w:r>
        <w:t>azadi aur nematen lutf andoz hone wale saman.</w:t>
      </w:r>
    </w:p>
    <w:p>
      <w:pPr>
        <w:jc w:val="right"/>
      </w:pPr>
      <w:r>
        <w:t>آزادی اور نعمتیں لطف اندوز ہونے والے سامان۔</w:t>
      </w:r>
    </w:p>
    <w:p>
      <w:r>
        <w:rPr>
          <w:b/>
        </w:rPr>
        <w:t xml:space="preserve">[28:54] </w:t>
      </w:r>
      <w:r>
        <w:t>donon ke donon wahan par poori tarah milen ge.</w:t>
      </w:r>
    </w:p>
    <w:p>
      <w:pPr>
        <w:jc w:val="right"/>
      </w:pPr>
      <w:r>
        <w:t>دونوں کے دونوں وہاں پر پوری طرح ملیں گے۔</w:t>
      </w:r>
    </w:p>
    <w:p>
      <w:r>
        <w:rPr>
          <w:b/>
        </w:rPr>
        <w:t xml:space="preserve">[28:57] </w:t>
      </w:r>
      <w:r>
        <w:t>lutf andoz hone ke sare saman wahan hon ge.</w:t>
      </w:r>
    </w:p>
    <w:p>
      <w:pPr>
        <w:jc w:val="right"/>
      </w:pPr>
      <w:r>
        <w:t>لطف اندوز ہونے کے سارے سامان وہاں ہوں گے۔</w:t>
      </w:r>
    </w:p>
    <w:p>
      <w:r>
        <w:rPr>
          <w:b/>
        </w:rPr>
        <w:t xml:space="preserve">[29:01] </w:t>
      </w:r>
      <w:r>
        <w:t>aur iqtadar aur azadi poori poori mili hui hogi.</w:t>
      </w:r>
    </w:p>
    <w:p>
      <w:pPr>
        <w:jc w:val="right"/>
      </w:pPr>
      <w:r>
        <w:t>اور اقتدار اور آزادی پوری پوری ملی ہوئی ہوگی۔</w:t>
      </w:r>
    </w:p>
    <w:p>
      <w:r>
        <w:rPr>
          <w:b/>
        </w:rPr>
        <w:t xml:space="preserve">[29:05] </w:t>
      </w:r>
      <w:r>
        <w:t>wahan par lekin yahan par nahin.</w:t>
      </w:r>
    </w:p>
    <w:p>
      <w:pPr>
        <w:jc w:val="right"/>
      </w:pPr>
      <w:r>
        <w:t>وہاں پر لیکن یہاں پر نہیں۔</w:t>
      </w:r>
    </w:p>
    <w:p>
      <w:r>
        <w:rPr>
          <w:b/>
        </w:rPr>
        <w:t xml:space="preserve">[29:08] </w:t>
      </w:r>
      <w:r>
        <w:t>yahan par to yeh hai ke aap ko azadi ko dena hoga.</w:t>
      </w:r>
    </w:p>
    <w:p>
      <w:pPr>
        <w:jc w:val="right"/>
      </w:pPr>
      <w:r>
        <w:t>یہاں پر تو یہ ہے کہ آپ کو آزادی کو دینا ہوگا۔</w:t>
      </w:r>
    </w:p>
    <w:p>
      <w:r>
        <w:rPr>
          <w:b/>
        </w:rPr>
        <w:t xml:space="preserve">[29:13] </w:t>
      </w:r>
      <w:r>
        <w:t>tab jannat aap ke hisse mein aayegi.</w:t>
      </w:r>
    </w:p>
    <w:p>
      <w:pPr>
        <w:jc w:val="right"/>
      </w:pPr>
      <w:r>
        <w:t>تب جنت آپ کے حصے میں آئے گی۔</w:t>
      </w:r>
    </w:p>
    <w:p>
      <w:r>
        <w:rPr>
          <w:b/>
        </w:rPr>
        <w:t xml:space="preserve">[29:16] </w:t>
      </w:r>
      <w:r>
        <w:t>azadi ko kaise dena hoga? har mauqe par aap ko yeh azmaish hai ke aap azadi ko galat</w:t>
      </w:r>
    </w:p>
    <w:p>
      <w:pPr>
        <w:jc w:val="right"/>
      </w:pPr>
      <w:r>
        <w:t>آزادی کو کیسے دینا ہوگا؟ ہر موقع پر آپ کو یہ آزمائش ہے کہ آپ آزادی کو غلط</w:t>
      </w:r>
    </w:p>
    <w:p>
      <w:r>
        <w:rPr>
          <w:b/>
        </w:rPr>
        <w:t xml:space="preserve">[29:24] </w:t>
      </w:r>
      <w:r>
        <w:t>istemal na karen.</w:t>
      </w:r>
    </w:p>
    <w:p>
      <w:pPr>
        <w:jc w:val="right"/>
      </w:pPr>
      <w:r>
        <w:t>استعمال نہ کریں۔</w:t>
      </w:r>
    </w:p>
    <w:p>
      <w:r>
        <w:rPr>
          <w:b/>
        </w:rPr>
        <w:t xml:space="preserve">[29:26] </w:t>
      </w:r>
      <w:r>
        <w:t>aap speech ki jo taqat hai speech ko aap istemal karen Khuda ke Khuda ke jo jo Khuda</w:t>
      </w:r>
    </w:p>
    <w:p>
      <w:pPr>
        <w:jc w:val="right"/>
      </w:pPr>
      <w:r>
        <w:t>آپ اسپیچ کی جو طاقت ہے اسپیچ کو آپ استعمال کریں خدا کے خدا کے جو جو خدا</w:t>
      </w:r>
    </w:p>
    <w:p>
      <w:r>
        <w:rPr>
          <w:b/>
        </w:rPr>
        <w:t xml:space="preserve">[29:33] </w:t>
      </w:r>
      <w:r>
        <w:t>ka diya hua jo framework hai us ke andar.</w:t>
      </w:r>
    </w:p>
    <w:p>
      <w:pPr>
        <w:jc w:val="right"/>
      </w:pPr>
      <w:r>
        <w:t>کا دیا ہوا جو فریم ورک ہے اس کے اندر۔</w:t>
      </w:r>
    </w:p>
    <w:p>
      <w:r>
        <w:rPr>
          <w:b/>
        </w:rPr>
        <w:t xml:space="preserve">[29:38] </w:t>
      </w:r>
      <w:r>
        <w:t>to speech ki azadi, sochne ki azadi, karne ki azadi yeh sari azadi ko aap Khuda ke had</w:t>
      </w:r>
    </w:p>
    <w:p>
      <w:pPr>
        <w:jc w:val="right"/>
      </w:pPr>
      <w:r>
        <w:t>تو اسپیچ کی آزادی، سوچنے کی آزادی، کرنے کی آزادی یہ ساری آزادی کو آپ خدا کے حد</w:t>
      </w:r>
    </w:p>
    <w:p>
      <w:r>
        <w:rPr>
          <w:b/>
        </w:rPr>
        <w:t xml:space="preserve">[29:45] </w:t>
      </w:r>
      <w:r>
        <w:t>mein istemal karen.</w:t>
      </w:r>
    </w:p>
    <w:p>
      <w:pPr>
        <w:jc w:val="right"/>
      </w:pPr>
      <w:r>
        <w:t>میں استعمال کریں۔</w:t>
      </w:r>
    </w:p>
    <w:p>
      <w:r>
        <w:rPr>
          <w:b/>
        </w:rPr>
        <w:t xml:space="preserve">[29:47] </w:t>
      </w:r>
      <w:r>
        <w:t>jaise ek hadith hai ek ke momin ki misal hai aisi jaise ke rassi mein bandha hua ghoda.</w:t>
      </w:r>
    </w:p>
    <w:p>
      <w:pPr>
        <w:jc w:val="right"/>
      </w:pPr>
      <w:r>
        <w:t>جیسے ایک حدیث ہے ایک کہ مومن کی مثال ہے ایسی جیسے کہ رسی میں بندھا ہوا گھوڑا۔</w:t>
      </w:r>
    </w:p>
    <w:p>
      <w:r>
        <w:rPr>
          <w:b/>
        </w:rPr>
        <w:t xml:space="preserve">[29:54] </w:t>
      </w:r>
      <w:r>
        <w:t>ke maslan panch meter ki agar rassi hai to ghoda panch meter se aage nahin ja payega.</w:t>
      </w:r>
    </w:p>
    <w:p>
      <w:pPr>
        <w:jc w:val="right"/>
      </w:pPr>
      <w:r>
        <w:t>کہ مثلاً پانچ میٹر کی اگر رسی ہے تو گھوڑا پانچ میٹر سے آگے نہیں جا پائے گا۔</w:t>
      </w:r>
    </w:p>
    <w:p>
      <w:r>
        <w:rPr>
          <w:b/>
        </w:rPr>
        <w:t xml:space="preserve">[30:02] </w:t>
      </w:r>
      <w:r>
        <w:t>yahan se shuru karega chalna aur jab panch meter aayi to us ki had aagayi, aage</w:t>
      </w:r>
    </w:p>
    <w:p>
      <w:pPr>
        <w:jc w:val="right"/>
      </w:pPr>
      <w:r>
        <w:t>یہاں سے شروع کرے گا چلنا اور جب پانچ میٹر آئی تو اس کی حد آ گئی، آگے</w:t>
      </w:r>
    </w:p>
    <w:p>
      <w:r>
        <w:rPr>
          <w:b/>
        </w:rPr>
        <w:t xml:space="preserve">[30:10] </w:t>
      </w:r>
      <w:r>
        <w:t>nahin ja sakta.</w:t>
      </w:r>
    </w:p>
    <w:p>
      <w:pPr>
        <w:jc w:val="right"/>
      </w:pPr>
      <w:r>
        <w:t>نہیں جا سکتا۔</w:t>
      </w:r>
    </w:p>
    <w:p>
      <w:r>
        <w:rPr>
          <w:b/>
        </w:rPr>
        <w:t xml:space="preserve">[30:11] </w:t>
      </w:r>
      <w:r>
        <w:t>to momin ke momin bandha hua hota hai Khuda ki rassi mein.</w:t>
      </w:r>
    </w:p>
    <w:p>
      <w:pPr>
        <w:jc w:val="right"/>
      </w:pPr>
      <w:r>
        <w:t>تو مومن کے مومن بندھا ہوا ہوتا ہے خدا کی رسی میں۔</w:t>
      </w:r>
    </w:p>
    <w:p>
      <w:r>
        <w:rPr>
          <w:b/>
        </w:rPr>
        <w:t xml:space="preserve">[30:17] </w:t>
      </w:r>
      <w:r>
        <w:t>is se aage nahin ja sakta woh.</w:t>
      </w:r>
    </w:p>
    <w:p>
      <w:pPr>
        <w:jc w:val="right"/>
      </w:pPr>
      <w:r>
        <w:t>اس سے آگے نہیں جا سکتا وہ۔</w:t>
      </w:r>
    </w:p>
    <w:p>
      <w:r>
        <w:rPr>
          <w:b/>
        </w:rPr>
        <w:t xml:space="preserve">[30:20] </w:t>
      </w:r>
      <w:r>
        <w:t>is se aage jaane ka is ko ijazat nahin hai.</w:t>
      </w:r>
    </w:p>
    <w:p>
      <w:pPr>
        <w:jc w:val="right"/>
      </w:pPr>
      <w:r>
        <w:t>اس سے آگے جانے کا اس کو اجازت نہیں ہے۔</w:t>
      </w:r>
    </w:p>
    <w:p>
      <w:r>
        <w:rPr>
          <w:b/>
        </w:rPr>
        <w:t xml:space="preserve">[30:24] </w:t>
      </w:r>
      <w:r>
        <w:t>lekin apne irade se rassi to ek ek ek sach much rassi hoti hai.</w:t>
      </w:r>
    </w:p>
    <w:p>
      <w:pPr>
        <w:jc w:val="right"/>
      </w:pPr>
      <w:r>
        <w:t>لیکن اپنے ارادے سے رسی تو ایک ایک ایک سچ مچ رسی ہوتی ہے۔</w:t>
      </w:r>
    </w:p>
    <w:p>
      <w:r>
        <w:rPr>
          <w:b/>
        </w:rPr>
        <w:t xml:space="preserve">[30:30] </w:t>
      </w:r>
      <w:r>
        <w:t>lazman aap ko rok deti hai.</w:t>
      </w:r>
    </w:p>
    <w:p>
      <w:pPr>
        <w:jc w:val="right"/>
      </w:pPr>
      <w:r>
        <w:t>لازماً آپ کو روک دیتی ہے۔</w:t>
      </w:r>
    </w:p>
    <w:p>
      <w:r>
        <w:rPr>
          <w:b/>
        </w:rPr>
        <w:t xml:space="preserve">[30:32] </w:t>
      </w:r>
      <w:r>
        <w:t>rasi kisi ghore ko lazman rok deti hai.</w:t>
      </w:r>
    </w:p>
    <w:p>
      <w:pPr>
        <w:jc w:val="right"/>
      </w:pPr>
      <w:r>
        <w:t>رسی کسی گھوڑے کو لازماً روک دیتی ہے۔</w:t>
      </w:r>
    </w:p>
    <w:p>
      <w:r>
        <w:rPr>
          <w:b/>
        </w:rPr>
        <w:t xml:space="preserve">[30:36] </w:t>
      </w:r>
      <w:r>
        <w:t>lekin momin jo rukta hai woh khud apne ikhtiyar se rukta hai.</w:t>
      </w:r>
    </w:p>
    <w:p>
      <w:pPr>
        <w:jc w:val="right"/>
      </w:pPr>
      <w:r>
        <w:t>لیکن مومن جو رکتا ہے وہ خود اپنے اختیار سے رکتا ہے۔</w:t>
      </w:r>
    </w:p>
    <w:p>
      <w:r>
        <w:rPr>
          <w:b/>
        </w:rPr>
        <w:t xml:space="preserve">[30:41] </w:t>
      </w:r>
      <w:r>
        <w:t>apne irade se rukta hai.</w:t>
      </w:r>
    </w:p>
    <w:p>
      <w:pPr>
        <w:jc w:val="right"/>
      </w:pPr>
      <w:r>
        <w:t>اپنے ارادے سے رکتا ہے۔</w:t>
      </w:r>
    </w:p>
    <w:p>
      <w:r>
        <w:rPr>
          <w:b/>
        </w:rPr>
        <w:t xml:space="preserve">[30:43] </w:t>
      </w:r>
      <w:r>
        <w:t>apni azadi se rukta hai.</w:t>
      </w:r>
    </w:p>
    <w:p>
      <w:pPr>
        <w:jc w:val="right"/>
      </w:pPr>
      <w:r>
        <w:t>اپنی آزادی سے رکتا ہے۔</w:t>
      </w:r>
    </w:p>
    <w:p>
      <w:r>
        <w:rPr>
          <w:b/>
        </w:rPr>
        <w:t xml:space="preserve">[30:45] </w:t>
      </w:r>
      <w:r>
        <w:t>mein samajhta hoon ke yahi hai jannat ki jannat ki qeemat.</w:t>
      </w:r>
    </w:p>
    <w:p>
      <w:pPr>
        <w:jc w:val="right"/>
      </w:pPr>
      <w:r>
        <w:t>میں سمجھتا ہوں کہ یہی ہے جنت کی جنت کی قیمت۔</w:t>
      </w:r>
    </w:p>
    <w:p>
      <w:r>
        <w:rPr>
          <w:b/>
        </w:rPr>
        <w:t xml:space="preserve">[30:50] </w:t>
      </w:r>
      <w:r>
        <w:t>ke azadi ko ghalat istemal na karna.</w:t>
      </w:r>
    </w:p>
    <w:p>
      <w:pPr>
        <w:jc w:val="right"/>
      </w:pPr>
      <w:r>
        <w:t>کہ آزادی کو غلط استعمال نہ کرنا۔</w:t>
      </w:r>
    </w:p>
    <w:p>
      <w:r>
        <w:rPr>
          <w:b/>
        </w:rPr>
        <w:t xml:space="preserve">[30:53] </w:t>
      </w:r>
      <w:r>
        <w:t>tab ja kar woh jagah mile gi jahan har qism ka saman hoga lutaf andoz hone ka.</w:t>
      </w:r>
    </w:p>
    <w:p>
      <w:pPr>
        <w:jc w:val="right"/>
      </w:pPr>
      <w:r>
        <w:t>تب جا کر وہ جگہ ملے گی جہاں ہر قسم کا سامان ہوگا لطف اندوز ہونے کا۔</w:t>
      </w:r>
    </w:p>
    <w:p>
      <w:r>
        <w:rPr>
          <w:b/>
        </w:rPr>
        <w:t xml:space="preserve">[31:00] </w:t>
      </w:r>
      <w:r>
        <w:t>yeh maine samjha is ayat se.</w:t>
      </w:r>
    </w:p>
    <w:p>
      <w:pPr>
        <w:jc w:val="right"/>
      </w:pPr>
      <w:r>
        <w:t>یہ میں نے سمجھا اس آیت سے۔</w:t>
      </w:r>
    </w:p>
    <w:p>
      <w:r>
        <w:rPr>
          <w:b/>
        </w:rPr>
        <w:t xml:space="preserve">[31:03] </w:t>
      </w:r>
      <w:r>
        <w:t>jab tum dekhoge jannat ko jannat ko to wahan tum paoge har qism ki nematein hain.</w:t>
      </w:r>
    </w:p>
    <w:p>
      <w:pPr>
        <w:jc w:val="right"/>
      </w:pPr>
      <w:r>
        <w:t>جب تم دیکھو گے جنت کو جنت کو تو وہاں تم پاؤ گے ہر قسم کی نعمتیں ہیں۔</w:t>
      </w:r>
    </w:p>
    <w:p>
      <w:r>
        <w:rPr>
          <w:b/>
        </w:rPr>
        <w:t xml:space="preserve">[31:11] </w:t>
      </w:r>
      <w:r>
        <w:t>aur wahan tum paoge har qism ka iqtadar.</w:t>
      </w:r>
    </w:p>
    <w:p>
      <w:pPr>
        <w:jc w:val="right"/>
      </w:pPr>
      <w:r>
        <w:t>اور وہاں تم پاؤ گے ہر قسم کا اقتدار۔</w:t>
      </w:r>
    </w:p>
    <w:p>
      <w:r>
        <w:rPr>
          <w:b/>
        </w:rPr>
        <w:t xml:space="preserve">[31:15] </w:t>
      </w:r>
      <w:r>
        <w:t>yani azadi.</w:t>
      </w:r>
    </w:p>
    <w:p>
      <w:pPr>
        <w:jc w:val="right"/>
      </w:pPr>
      <w:r>
        <w:t>یعنی آزادی۔</w:t>
      </w:r>
    </w:p>
    <w:p>
      <w:r>
        <w:rPr>
          <w:b/>
        </w:rPr>
        <w:t xml:space="preserve">[31:16] </w:t>
      </w:r>
      <w:r>
        <w:t>puri azadi aur sari nematein wahan ekatha hongi.</w:t>
      </w:r>
    </w:p>
    <w:p>
      <w:pPr>
        <w:jc w:val="right"/>
      </w:pPr>
      <w:r>
        <w:t>پوری آزادی اور ساری نعمتیں وہاں اکٹھا ہوں گی۔</w:t>
      </w:r>
    </w:p>
    <w:p>
      <w:r>
        <w:rPr>
          <w:b/>
        </w:rPr>
        <w:t xml:space="preserve">[31:20] </w:t>
      </w:r>
      <w:r>
        <w:t>to dunya mein de kar ke wahan mil jayega.</w:t>
      </w:r>
    </w:p>
    <w:p>
      <w:pPr>
        <w:jc w:val="right"/>
      </w:pPr>
      <w:r>
        <w:t>تو دنیا میں دے کر کے وہاں مل جائے گا۔</w:t>
      </w:r>
    </w:p>
    <w:p>
      <w:r>
        <w:rPr>
          <w:b/>
        </w:rPr>
        <w:t xml:space="preserve">[31:24] </w:t>
      </w:r>
      <w:r>
        <w:t>dunya mein hamein woh de kar ke wahan woh lota diya jayega aap ko.</w:t>
      </w:r>
    </w:p>
    <w:p>
      <w:pPr>
        <w:jc w:val="right"/>
      </w:pPr>
      <w:r>
        <w:t>دنیا میں ہمیں وہ دے کر کے وہاں وہ لوٹا دیا جائے گا آپ کو۔</w:t>
      </w:r>
    </w:p>
    <w:p>
      <w:r>
        <w:rPr>
          <w:b/>
        </w:rPr>
        <w:t xml:space="preserve">[31:31] </w:t>
      </w:r>
      <w:r>
        <w:t>yeh mein samjha is ayat se.</w:t>
      </w:r>
    </w:p>
    <w:p>
      <w:pPr>
        <w:jc w:val="right"/>
      </w:pPr>
      <w:r>
        <w:t>یہ میں سمجھا اس آیت سے۔</w:t>
      </w:r>
    </w:p>
    <w:p>
      <w:r>
        <w:rPr>
          <w:b/>
        </w:rPr>
        <w:t xml:space="preserve">[31:33] </w:t>
      </w:r>
      <w:r>
        <w:t>to sara muamla yahi hai ke aadmi apni azadi ko ghalat istemal na kare.</w:t>
      </w:r>
    </w:p>
    <w:p>
      <w:pPr>
        <w:jc w:val="right"/>
      </w:pPr>
      <w:r>
        <w:t>تو سارا معاملہ یہی ہے کہ آدمی اپنی آزادی کو غلط استعمال نہ کرے۔</w:t>
      </w:r>
    </w:p>
    <w:p>
      <w:r>
        <w:rPr>
          <w:b/>
        </w:rPr>
        <w:t xml:space="preserve">[31:39] </w:t>
      </w:r>
      <w:r>
        <w:t>abhi mere paas aaj hi ki baat hai.</w:t>
      </w:r>
    </w:p>
    <w:p>
      <w:pPr>
        <w:jc w:val="right"/>
      </w:pPr>
      <w:r>
        <w:t>ابھی میرے پاس آج ہی کی بات ہے۔</w:t>
      </w:r>
    </w:p>
    <w:p>
      <w:r>
        <w:rPr>
          <w:b/>
        </w:rPr>
        <w:t xml:space="preserve">[31:43] </w:t>
      </w:r>
      <w:r>
        <w:t>pandrah urdu saafi aaye the.</w:t>
      </w:r>
    </w:p>
    <w:p>
      <w:pPr>
        <w:jc w:val="right"/>
      </w:pPr>
      <w:r>
        <w:t>پندرہ اردو صحافی آئے تھے۔</w:t>
      </w:r>
    </w:p>
    <w:p>
      <w:r>
        <w:rPr>
          <w:b/>
        </w:rPr>
        <w:t xml:space="preserve">[31:45] </w:t>
      </w:r>
      <w:r>
        <w:t>pandrah urdu saafi.</w:t>
      </w:r>
    </w:p>
    <w:p>
      <w:pPr>
        <w:jc w:val="right"/>
      </w:pPr>
      <w:r>
        <w:t>پندرہ اردو صحافی۔</w:t>
      </w:r>
    </w:p>
    <w:p>
      <w:r>
        <w:rPr>
          <w:b/>
        </w:rPr>
        <w:t xml:space="preserve">[31:47] </w:t>
      </w:r>
      <w:r>
        <w:t>abulos jo baat kahe to woh ajeeb ghareeb tor par is ko kaat dete the.</w:t>
      </w:r>
    </w:p>
    <w:p>
      <w:pPr>
        <w:jc w:val="right"/>
      </w:pPr>
      <w:r>
        <w:t>ابو لوس جو بات کہے تو وہ عجیب غریب طور پر اس کو کاٹ دیتے تھے۔</w:t>
      </w:r>
    </w:p>
    <w:p>
      <w:r>
        <w:rPr>
          <w:b/>
        </w:rPr>
        <w:t xml:space="preserve">[31:53] </w:t>
      </w:r>
      <w:r>
        <w:t>to woh bhi yahi tha ke apni azadi ko ghalat istemal kar rahe hain woh.</w:t>
      </w:r>
    </w:p>
    <w:p>
      <w:pPr>
        <w:jc w:val="right"/>
      </w:pPr>
      <w:r>
        <w:t>تو وہ بھی یہی تھا کہ اپنی آزادی کو غلط استعمال کر رہے ہیں وہ۔</w:t>
      </w:r>
    </w:p>
    <w:p>
      <w:r>
        <w:rPr>
          <w:b/>
        </w:rPr>
        <w:t xml:space="preserve">[32:00] </w:t>
      </w:r>
      <w:r>
        <w:t>apni azadi ko ghalat istemal kar rahe hain.</w:t>
      </w:r>
    </w:p>
    <w:p>
      <w:pPr>
        <w:jc w:val="right"/>
      </w:pPr>
      <w:r>
        <w:t>اپنی آزادی کو غلط استعمال کر رہے ہیں۔</w:t>
      </w:r>
    </w:p>
    <w:p>
      <w:r>
        <w:rPr>
          <w:b/>
        </w:rPr>
        <w:t xml:space="preserve">[32:03] </w:t>
      </w:r>
      <w:r>
        <w:t>misalan ek sahab ne kaha ke aap to mutanazeh shakhsiyat hain mere bare mein.</w:t>
      </w:r>
    </w:p>
    <w:p>
      <w:pPr>
        <w:jc w:val="right"/>
      </w:pPr>
      <w:r>
        <w:t>مثلاً ایک صاحب نے کہا کہ آپ تو متنازعہ شخصیت ہیں میرے بارے میں۔</w:t>
      </w:r>
    </w:p>
    <w:p>
      <w:r>
        <w:rPr>
          <w:b/>
        </w:rPr>
        <w:t xml:space="preserve">[32:09] </w:t>
      </w:r>
      <w:r>
        <w:t>mutanazeh shakhsiyat hain.</w:t>
      </w:r>
    </w:p>
    <w:p>
      <w:pPr>
        <w:jc w:val="right"/>
      </w:pPr>
      <w:r>
        <w:t>متنازعہ شخصیت ہیں۔</w:t>
      </w:r>
    </w:p>
    <w:p>
      <w:r>
        <w:rPr>
          <w:b/>
        </w:rPr>
        <w:t xml:space="preserve">[32:11] </w:t>
      </w:r>
      <w:r>
        <w:t>yeh mere khayal mein speech ka ghalat istemal hai.</w:t>
      </w:r>
    </w:p>
    <w:p>
      <w:pPr>
        <w:jc w:val="right"/>
      </w:pPr>
      <w:r>
        <w:t>یہ میرے خیال میں اسپیچ کا غلط استعمال ہے۔</w:t>
      </w:r>
    </w:p>
    <w:p>
      <w:r>
        <w:rPr>
          <w:b/>
        </w:rPr>
        <w:t xml:space="preserve">[32:15] </w:t>
      </w:r>
      <w:r>
        <w:t>kyun? main ne un se kaha ke aap aap jante hain ke mutnazia shakhsiyat kis ko kehte hain?</w:t>
      </w:r>
    </w:p>
    <w:p>
      <w:pPr>
        <w:jc w:val="right"/>
      </w:pPr>
      <w:r>
        <w:t>کیوں؟ میں نے ان سے کہا کہ آپ آپ جانتے ہیں کہ متنازعہ شخصیت کس کو کہتے ہیں؟</w:t>
      </w:r>
    </w:p>
    <w:p>
      <w:r>
        <w:rPr>
          <w:b/>
        </w:rPr>
        <w:t xml:space="preserve">[32:22] </w:t>
      </w:r>
      <w:r>
        <w:t>is ki tareef kya hai? to main ne kaha ke aap jo hai do cheezon ka farq nahi</w:t>
      </w:r>
    </w:p>
    <w:p>
      <w:pPr>
        <w:jc w:val="right"/>
      </w:pPr>
      <w:r>
        <w:t>اس کی تعریف کیا ہے؟ تو میں نے کہا کہ آپ جو ہے دو چیزوں کا فرق نہیں</w:t>
      </w:r>
    </w:p>
    <w:p>
      <w:r>
        <w:rPr>
          <w:b/>
        </w:rPr>
        <w:t xml:space="preserve">[32:30] </w:t>
      </w:r>
      <w:r>
        <w:t>jan rahe hain.</w:t>
      </w:r>
    </w:p>
    <w:p>
      <w:pPr>
        <w:jc w:val="right"/>
      </w:pPr>
      <w:r>
        <w:t>جان رہے ہیں۔</w:t>
      </w:r>
    </w:p>
    <w:p>
      <w:r>
        <w:rPr>
          <w:b/>
        </w:rPr>
        <w:t xml:space="preserve">[32:32] </w:t>
      </w:r>
      <w:r>
        <w:t>yani ek hai farq rai ka.</w:t>
      </w:r>
    </w:p>
    <w:p>
      <w:pPr>
        <w:jc w:val="right"/>
      </w:pPr>
      <w:r>
        <w:t>یعنی ایک ہے فرق رائے کا۔</w:t>
      </w:r>
    </w:p>
    <w:p>
      <w:r>
        <w:rPr>
          <w:b/>
        </w:rPr>
        <w:t xml:space="preserve">[32:34] </w:t>
      </w:r>
      <w:r>
        <w:t>aur ek hai kisi ka mutnazia shakhsiyat hona.</w:t>
      </w:r>
    </w:p>
    <w:p>
      <w:pPr>
        <w:jc w:val="right"/>
      </w:pPr>
      <w:r>
        <w:t>اور ایک ہے کسی کا متنازعہ شخصیت ہونا۔</w:t>
      </w:r>
    </w:p>
    <w:p>
      <w:r>
        <w:rPr>
          <w:b/>
        </w:rPr>
        <w:t xml:space="preserve">[32:38] </w:t>
      </w:r>
      <w:r>
        <w:t>to farq rai ka to poori tareekh mein sab ka hota raha hai.</w:t>
      </w:r>
    </w:p>
    <w:p>
      <w:pPr>
        <w:jc w:val="right"/>
      </w:pPr>
      <w:r>
        <w:t>تو فرق رائے کا تو پوری تاریخ میں سب کا ہوتا رہا ہے۔</w:t>
      </w:r>
    </w:p>
    <w:p>
      <w:r>
        <w:rPr>
          <w:b/>
        </w:rPr>
        <w:t xml:space="preserve">[32:43] </w:t>
      </w:r>
      <w:r>
        <w:t>misalan imam abu hanifa the un ke do shagird the abu yusuf aur imam ahmad.</w:t>
      </w:r>
    </w:p>
    <w:p>
      <w:pPr>
        <w:jc w:val="right"/>
      </w:pPr>
      <w:r>
        <w:t>مثلاً امام ابو حنیفہ تھے ان کے دو شاگرد تھے ابو یوسف اور امام احمد۔</w:t>
      </w:r>
    </w:p>
    <w:p>
      <w:r>
        <w:rPr>
          <w:b/>
        </w:rPr>
        <w:t xml:space="preserve">[32:50] </w:t>
      </w:r>
      <w:r>
        <w:t>donon mein ek so asi cheezon mein un se farq kiya unhon ne.</w:t>
      </w:r>
    </w:p>
    <w:p>
      <w:pPr>
        <w:jc w:val="right"/>
      </w:pPr>
      <w:r>
        <w:t>دونوں میں ایک سو اسی چیزوں میں ان سے فرق کیا انہوں نے۔</w:t>
      </w:r>
    </w:p>
    <w:p>
      <w:r>
        <w:rPr>
          <w:b/>
        </w:rPr>
        <w:t xml:space="preserve">[32:55] </w:t>
      </w:r>
      <w:r>
        <w:t>ikhtilaf kiya unhon ne.</w:t>
      </w:r>
    </w:p>
    <w:p>
      <w:pPr>
        <w:jc w:val="right"/>
      </w:pPr>
      <w:r>
        <w:t>اختلاف کیا انہوں نے۔</w:t>
      </w:r>
    </w:p>
    <w:p>
      <w:r>
        <w:rPr>
          <w:b/>
        </w:rPr>
        <w:t xml:space="preserve">[32:57] </w:t>
      </w:r>
      <w:r>
        <w:t>to is ka matlab yeh nahi ke mutnazia shakhsiyat ban gaye woh.</w:t>
      </w:r>
    </w:p>
    <w:p>
      <w:pPr>
        <w:jc w:val="right"/>
      </w:pPr>
      <w:r>
        <w:t>تو اس کا مطلب یہ نہیں کہ متنازعہ شخصیت بن گئے وہ۔</w:t>
      </w:r>
    </w:p>
    <w:p>
      <w:r>
        <w:rPr>
          <w:b/>
        </w:rPr>
        <w:t xml:space="preserve">[33:02] </w:t>
      </w:r>
      <w:r>
        <w:t>main ne kaha imam hussain jo hai jab makka se chale kufa ki taraf to sare hi sahaba</w:t>
      </w:r>
    </w:p>
    <w:p>
      <w:pPr>
        <w:jc w:val="right"/>
      </w:pPr>
      <w:r>
        <w:t>میں نے کہا امام حسین جو ہے جب مکہ سے چلے کوفہ کی طرف تو سارے ہی صحابہ</w:t>
      </w:r>
    </w:p>
    <w:p>
      <w:r>
        <w:rPr>
          <w:b/>
        </w:rPr>
        <w:t xml:space="preserve">[33:10] </w:t>
      </w:r>
      <w:r>
        <w:t>jo the woh is un ke khilaf the ke aap na jaiye.</w:t>
      </w:r>
    </w:p>
    <w:p>
      <w:pPr>
        <w:jc w:val="right"/>
      </w:pPr>
      <w:r>
        <w:t>جو تھے وہ اس ان کے خلاف تھے کہ آپ نہ جائیے۔</w:t>
      </w:r>
    </w:p>
    <w:p>
      <w:r>
        <w:rPr>
          <w:b/>
        </w:rPr>
        <w:t xml:space="preserve">[33:15] </w:t>
      </w:r>
      <w:r>
        <w:t>to kya imam hussain jo hai mutnazia shakhsiyat ban gaye? to main ne kaha ke dekhiye mutnazia shakhsiyat</w:t>
      </w:r>
    </w:p>
    <w:p>
      <w:pPr>
        <w:jc w:val="right"/>
      </w:pPr>
      <w:r>
        <w:t>تو کیا امام حسین جو ہے متنازعہ شخصیت بن گئے؟ تو میں نے کہا کہ دیکھئے متنازعہ شخصیت</w:t>
      </w:r>
    </w:p>
    <w:p>
      <w:r>
        <w:rPr>
          <w:b/>
        </w:rPr>
        <w:t xml:space="preserve">[33:23] </w:t>
      </w:r>
      <w:r>
        <w:t>is ko kehte hain jo yaqeen mein koi nai baat nikale.</w:t>
      </w:r>
    </w:p>
    <w:p>
      <w:pPr>
        <w:jc w:val="right"/>
      </w:pPr>
      <w:r>
        <w:t>اس کو کہتے ہیں جو یقین میں کوئی نئی بات نکالے۔</w:t>
      </w:r>
    </w:p>
    <w:p>
      <w:r>
        <w:rPr>
          <w:b/>
        </w:rPr>
        <w:t xml:space="preserve">[33:27] </w:t>
      </w:r>
      <w:r>
        <w:t>aqeeda mein.</w:t>
      </w:r>
    </w:p>
    <w:p>
      <w:pPr>
        <w:jc w:val="right"/>
      </w:pPr>
      <w:r>
        <w:t>عقیدہ میں۔</w:t>
      </w:r>
    </w:p>
    <w:p>
      <w:r>
        <w:rPr>
          <w:b/>
        </w:rPr>
        <w:t xml:space="preserve">[33:29] </w:t>
      </w:r>
      <w:r>
        <w:t>ek hai tareeqa ek hai yaqeen.</w:t>
      </w:r>
    </w:p>
    <w:p>
      <w:pPr>
        <w:jc w:val="right"/>
      </w:pPr>
      <w:r>
        <w:t>ایک ہے طریقہ ایک ہے یقین۔</w:t>
      </w:r>
    </w:p>
    <w:p>
      <w:r>
        <w:rPr>
          <w:b/>
        </w:rPr>
        <w:t xml:space="preserve">[33:31] </w:t>
      </w:r>
      <w:r>
        <w:t>tareeqa to kai ho sakte hain.</w:t>
      </w:r>
    </w:p>
    <w:p>
      <w:pPr>
        <w:jc w:val="right"/>
      </w:pPr>
      <w:r>
        <w:t>طریقے تو کئی ہو سکتے ہیں۔</w:t>
      </w:r>
    </w:p>
    <w:p>
      <w:r>
        <w:rPr>
          <w:b/>
        </w:rPr>
        <w:t xml:space="preserve">[33:34] </w:t>
      </w:r>
      <w:r>
        <w:t>misalan main jaunga oont se aap jayenge ghoday se koi jaye ga cycle se koi jaye</w:t>
      </w:r>
    </w:p>
    <w:p>
      <w:pPr>
        <w:jc w:val="right"/>
      </w:pPr>
      <w:r>
        <w:t>مثلاً میں جاؤں گا اونٹ سے آپ جائیں گے گھوڑے سے کوئی جائے گا سائیکل سے کوئی جائے</w:t>
      </w:r>
    </w:p>
    <w:p>
      <w:r>
        <w:rPr>
          <w:b/>
        </w:rPr>
        <w:t xml:space="preserve">[33:42] </w:t>
      </w:r>
      <w:r>
        <w:t>ga car se koi jaye ga hawai jahaz se yeh sab tareeqay hain.</w:t>
      </w:r>
    </w:p>
    <w:p>
      <w:pPr>
        <w:jc w:val="right"/>
      </w:pPr>
      <w:r>
        <w:t>گا کار سے کوئی جائے گا ہوائی جہاز سے یہ سب طریقے ہیں۔</w:t>
      </w:r>
    </w:p>
    <w:p>
      <w:r>
        <w:rPr>
          <w:b/>
        </w:rPr>
        <w:t xml:space="preserve">[33:47] </w:t>
      </w:r>
      <w:r>
        <w:t>to mutnazia shakhsiyat woh banta hai jo qabool shuda yaqeen mein koi nai baat nikale.</w:t>
      </w:r>
    </w:p>
    <w:p>
      <w:pPr>
        <w:jc w:val="right"/>
      </w:pPr>
      <w:r>
        <w:t>تو متنازعہ شخصیت وہ بنتا ہے جو قبول شدہ یقین میں کوئی نئی بات نکالے۔</w:t>
      </w:r>
    </w:p>
    <w:p>
      <w:r>
        <w:rPr>
          <w:b/>
        </w:rPr>
        <w:t xml:space="preserve">[33:54] </w:t>
      </w:r>
      <w:r>
        <w:t>yaqeen ka nizam.</w:t>
      </w:r>
    </w:p>
    <w:p>
      <w:pPr>
        <w:jc w:val="right"/>
      </w:pPr>
      <w:r>
        <w:t>یقین کا نظام۔</w:t>
      </w:r>
    </w:p>
    <w:p>
      <w:r>
        <w:rPr>
          <w:b/>
        </w:rPr>
        <w:t xml:space="preserve">[33:55] </w:t>
      </w:r>
      <w:r>
        <w:t>yaqeen ka nizam jo hai us se mutayyan hota hai ke aadmi woh hai mutnazia shakhsiyat.</w:t>
      </w:r>
    </w:p>
    <w:p>
      <w:pPr>
        <w:jc w:val="right"/>
      </w:pPr>
      <w:r>
        <w:t>یقین کا نظام جو ہے اس سے متعین ہوتا ہے کہ آدمی وہ ہے متنازعہ شخصیت۔</w:t>
      </w:r>
    </w:p>
    <w:p>
      <w:r>
        <w:rPr>
          <w:b/>
        </w:rPr>
        <w:t xml:space="preserve">[34:02] </w:t>
      </w:r>
      <w:r>
        <w:t>baqi tareeqa mein kya hai? tareeqa to bohat se ho sakte hain.</w:t>
      </w:r>
    </w:p>
    <w:p>
      <w:pPr>
        <w:jc w:val="right"/>
      </w:pPr>
      <w:r>
        <w:t>باقی طریقے میں کیا ہے؟ طریقے تو بہت سے ہو سکتے ہیں۔</w:t>
      </w:r>
    </w:p>
    <w:p>
      <w:r>
        <w:rPr>
          <w:b/>
        </w:rPr>
        <w:t xml:space="preserve">[34:07] </w:t>
      </w:r>
      <w:r>
        <w:t>to is mein farq rai ka hota hai.</w:t>
      </w:r>
    </w:p>
    <w:p>
      <w:pPr>
        <w:jc w:val="right"/>
      </w:pPr>
      <w:r>
        <w:t>تو اس میں فرق رائے کا ہوتا ہے۔</w:t>
      </w:r>
    </w:p>
    <w:p>
      <w:r>
        <w:rPr>
          <w:b/>
        </w:rPr>
        <w:t xml:space="preserve">[34:11] </w:t>
      </w:r>
      <w:r>
        <w:t>is se koi farq nahi parta.</w:t>
      </w:r>
    </w:p>
    <w:p>
      <w:pPr>
        <w:jc w:val="right"/>
      </w:pPr>
      <w:r>
        <w:t>اس سے کوئی فرق نہیں پڑتا۔</w:t>
      </w:r>
    </w:p>
    <w:p>
      <w:r>
        <w:rPr>
          <w:b/>
        </w:rPr>
        <w:t xml:space="preserve">[34:13] </w:t>
      </w:r>
      <w:r>
        <w:t>lekin unhon ne mara nahi is ko.</w:t>
      </w:r>
    </w:p>
    <w:p>
      <w:pPr>
        <w:jc w:val="right"/>
      </w:pPr>
      <w:r>
        <w:t>لیکن انہوں نے مارا نہیں اس کو۔</w:t>
      </w:r>
    </w:p>
    <w:p>
      <w:r>
        <w:rPr>
          <w:b/>
        </w:rPr>
        <w:t xml:space="preserve">[34:16] </w:t>
      </w:r>
      <w:r>
        <w:t>isi tarah maine kaha dekhye qadiyaniyon ke bare mein log idhar se kya kya? kufr ka fatwa</w:t>
      </w:r>
    </w:p>
    <w:p>
      <w:pPr>
        <w:jc w:val="right"/>
      </w:pPr>
      <w:r>
        <w:t>اسی طرح میں نے کہا دیکھئے قادیانیوں کے بارے میں لوگ ادھر سے کیا کیا؟ کفر کا فتویٰ</w:t>
      </w:r>
    </w:p>
    <w:p>
      <w:r>
        <w:rPr>
          <w:b/>
        </w:rPr>
        <w:t xml:space="preserve">[34:24] </w:t>
      </w:r>
      <w:r>
        <w:t>deney lagay.</w:t>
      </w:r>
    </w:p>
    <w:p>
      <w:pPr>
        <w:jc w:val="right"/>
      </w:pPr>
      <w:r>
        <w:t>دینے لگے۔</w:t>
      </w:r>
    </w:p>
    <w:p>
      <w:r>
        <w:rPr>
          <w:b/>
        </w:rPr>
        <w:t xml:space="preserve">[34:25] </w:t>
      </w:r>
      <w:r>
        <w:t>yahan bhi kya ghalti hui? qadiyaniyon ne yeh kaha tha ke ab zamana badal gaya hai is liye</w:t>
      </w:r>
    </w:p>
    <w:p>
      <w:pPr>
        <w:jc w:val="right"/>
      </w:pPr>
      <w:r>
        <w:t>یہاں بھی کیا غلطی ہوئی؟ قادیانیوں نے یہ کہا تھا کہ اب زمانہ بدل گیا ہے اس لیے</w:t>
      </w:r>
    </w:p>
    <w:p>
      <w:r>
        <w:rPr>
          <w:b/>
        </w:rPr>
        <w:t xml:space="preserve">[34:33] </w:t>
      </w:r>
      <w:r>
        <w:t>hum ko naya peghambar chahiye.</w:t>
      </w:r>
    </w:p>
    <w:p>
      <w:pPr>
        <w:jc w:val="right"/>
      </w:pPr>
      <w:r>
        <w:t>ہم کو نیا پیغمبر چاہیے۔</w:t>
      </w:r>
    </w:p>
    <w:p>
      <w:r>
        <w:rPr>
          <w:b/>
        </w:rPr>
        <w:t xml:space="preserve">[34:35] </w:t>
      </w:r>
      <w:r>
        <w:t>yahan par yeh kufr ka fatwa denay ki baat nahi thi.</w:t>
      </w:r>
    </w:p>
    <w:p>
      <w:pPr>
        <w:jc w:val="right"/>
      </w:pPr>
      <w:r>
        <w:t>یہاں پر یہ کفر کا فتویٰ دینے کی بات نہیں تھی۔</w:t>
      </w:r>
    </w:p>
    <w:p>
      <w:r>
        <w:rPr>
          <w:b/>
        </w:rPr>
        <w:t xml:space="preserve">[34:40] </w:t>
      </w:r>
      <w:r>
        <w:t>yeh ab kehna chahiye tha un ko ke dekho zamana badalne se naya peghambar nahi chahta.</w:t>
      </w:r>
    </w:p>
    <w:p>
      <w:pPr>
        <w:jc w:val="right"/>
      </w:pPr>
      <w:r>
        <w:t>یہ اب کہنا چاہیے تھا ان کو کہ دیکھو زمانہ بدلنے سے نیا پیغمبر نہیں چاہتا۔</w:t>
      </w:r>
    </w:p>
    <w:p>
      <w:r>
        <w:rPr>
          <w:b/>
        </w:rPr>
        <w:t xml:space="preserve">[34:47] </w:t>
      </w:r>
      <w:r>
        <w:t>zamana badalne se naye nabi ki zaroorat nahi hoti.</w:t>
      </w:r>
    </w:p>
    <w:p>
      <w:pPr>
        <w:jc w:val="right"/>
      </w:pPr>
      <w:r>
        <w:t>زمانہ بدلنے سے نئے نبی کی ضرورت نہیں ہوتی۔</w:t>
      </w:r>
    </w:p>
    <w:p>
      <w:r>
        <w:rPr>
          <w:b/>
        </w:rPr>
        <w:t xml:space="preserve">[34:51] </w:t>
      </w:r>
      <w:r>
        <w:t>naya ijtihad chahiye.</w:t>
      </w:r>
    </w:p>
    <w:p>
      <w:pPr>
        <w:jc w:val="right"/>
      </w:pPr>
      <w:r>
        <w:t>نیا اجتہاد چاہیے۔</w:t>
      </w:r>
    </w:p>
    <w:p>
      <w:r>
        <w:rPr>
          <w:b/>
        </w:rPr>
        <w:t xml:space="preserve">[34:52] </w:t>
      </w:r>
      <w:r>
        <w:t>ijtihad.</w:t>
      </w:r>
    </w:p>
    <w:p>
      <w:pPr>
        <w:jc w:val="right"/>
      </w:pPr>
      <w:r>
        <w:t>اجتہاد۔</w:t>
      </w:r>
    </w:p>
    <w:p>
      <w:r>
        <w:rPr>
          <w:b/>
        </w:rPr>
        <w:t xml:space="preserve">[34:54] </w:t>
      </w:r>
      <w:r>
        <w:t>kyun ke quran mehfooz hai.</w:t>
      </w:r>
    </w:p>
    <w:p>
      <w:pPr>
        <w:jc w:val="right"/>
      </w:pPr>
      <w:r>
        <w:t>کیونکہ قرآن محفوظ ہے۔</w:t>
      </w:r>
    </w:p>
    <w:p>
      <w:r>
        <w:rPr>
          <w:b/>
        </w:rPr>
        <w:t xml:space="preserve">[34:55] </w:t>
      </w:r>
      <w:r>
        <w:t>jab lafz Khuda mehfooz ho gaya to ab nabi aanay ki zaroorat nahi hai.</w:t>
      </w:r>
    </w:p>
    <w:p>
      <w:pPr>
        <w:jc w:val="right"/>
      </w:pPr>
      <w:r>
        <w:t>جب لفظ خدا محفوظ ہو گیا تو اب نبی آنے کی ضرورت نہیں ہے۔</w:t>
      </w:r>
    </w:p>
    <w:p>
      <w:r>
        <w:rPr>
          <w:b/>
        </w:rPr>
        <w:t xml:space="preserve">[35:01] </w:t>
      </w:r>
      <w:r>
        <w:t>ab is lafz Khuda ko le kar ke nayi soorat-e-haal mein aap ijtihad karen gay phir se ijtihad</w:t>
      </w:r>
    </w:p>
    <w:p>
      <w:pPr>
        <w:jc w:val="right"/>
      </w:pPr>
      <w:r>
        <w:t>اب اس لفظ خدا کو لے کر کے نئی صورتحال میں آپ اجتہاد کریں گے پھر سے اجتہاد</w:t>
      </w:r>
    </w:p>
    <w:p>
      <w:r>
        <w:rPr>
          <w:b/>
        </w:rPr>
        <w:t xml:space="preserve">[35:09] </w:t>
      </w:r>
      <w:r>
        <w:t>karen gay.</w:t>
      </w:r>
    </w:p>
    <w:p>
      <w:pPr>
        <w:jc w:val="right"/>
      </w:pPr>
      <w:r>
        <w:t>کریں گے۔</w:t>
      </w:r>
    </w:p>
    <w:p>
      <w:r>
        <w:rPr>
          <w:b/>
        </w:rPr>
        <w:t xml:space="preserve">[35:11] </w:t>
      </w:r>
      <w:r>
        <w:t>is ko dobara apply karen gay.</w:t>
      </w:r>
    </w:p>
    <w:p>
      <w:pPr>
        <w:jc w:val="right"/>
      </w:pPr>
      <w:r>
        <w:t>اس کو دوبارہ اپلائی کریں گے۔</w:t>
      </w:r>
    </w:p>
    <w:p>
      <w:r>
        <w:rPr>
          <w:b/>
        </w:rPr>
        <w:t xml:space="preserve">[35:13] </w:t>
      </w:r>
      <w:r>
        <w:t>dobara tareef karen gay, dobara apply karen gay.</w:t>
      </w:r>
    </w:p>
    <w:p>
      <w:pPr>
        <w:jc w:val="right"/>
      </w:pPr>
      <w:r>
        <w:t>دوبارہ تعریف کریں گے، دوبارہ اپلائی کریں گے۔</w:t>
      </w:r>
    </w:p>
    <w:p>
      <w:r>
        <w:rPr>
          <w:b/>
        </w:rPr>
        <w:t xml:space="preserve">[35:17] </w:t>
      </w:r>
      <w:r>
        <w:t>to is mein is mein koi nabi ki zaroorat nahi hai.</w:t>
      </w:r>
    </w:p>
    <w:p>
      <w:pPr>
        <w:jc w:val="right"/>
      </w:pPr>
      <w:r>
        <w:t>تو اس میں اس میں کوئی نبی کی ضرورت نہیں ہے۔</w:t>
      </w:r>
    </w:p>
    <w:p>
      <w:r>
        <w:rPr>
          <w:b/>
        </w:rPr>
        <w:t xml:space="preserve">[35:21] </w:t>
      </w:r>
      <w:r>
        <w:t>is tarah nahi samjhaya balkeh kufr ka fatwa jari kar diya.</w:t>
      </w:r>
    </w:p>
    <w:p>
      <w:pPr>
        <w:jc w:val="right"/>
      </w:pPr>
      <w:r>
        <w:t>اس طرح نہیں سمجھایا بلکہ کفر کا فتویٰ جاری کر دیا۔</w:t>
      </w:r>
    </w:p>
    <w:p>
      <w:r>
        <w:rPr>
          <w:b/>
        </w:rPr>
        <w:t xml:space="preserve">[35:26] </w:t>
      </w:r>
      <w:r>
        <w:t>tum kafir ho.</w:t>
      </w:r>
    </w:p>
    <w:p>
      <w:pPr>
        <w:jc w:val="right"/>
      </w:pPr>
      <w:r>
        <w:t>تم کافر ہو۔</w:t>
      </w:r>
    </w:p>
    <w:p>
      <w:r>
        <w:rPr>
          <w:b/>
        </w:rPr>
        <w:t xml:space="preserve">[35:27] </w:t>
      </w:r>
      <w:r>
        <w:t>lekin phir bhi kisi ne nahi mara nahi.</w:t>
      </w:r>
    </w:p>
    <w:p>
      <w:pPr>
        <w:jc w:val="right"/>
      </w:pPr>
      <w:r>
        <w:t>لیکن پھر بھی کسی نے نہیں مارا نہیں۔</w:t>
      </w:r>
    </w:p>
    <w:p>
      <w:r>
        <w:rPr>
          <w:b/>
        </w:rPr>
        <w:t xml:space="preserve">[35:31] </w:t>
      </w:r>
      <w:r>
        <w:t>yeh bhi azadi ka ghalat istemal karna hai.</w:t>
      </w:r>
    </w:p>
    <w:p>
      <w:pPr>
        <w:jc w:val="right"/>
      </w:pPr>
      <w:r>
        <w:t>یہ بھی آزادی کا غلط استعمال کرنا ہے۔</w:t>
      </w:r>
    </w:p>
    <w:p>
      <w:r>
        <w:rPr>
          <w:b/>
        </w:rPr>
        <w:t xml:space="preserve">[35:34] </w:t>
      </w:r>
      <w:r>
        <w:t>aap ko tasleem karna paray ga.</w:t>
      </w:r>
    </w:p>
    <w:p>
      <w:pPr>
        <w:jc w:val="right"/>
      </w:pPr>
      <w:r>
        <w:t>آپ کو تسلیم کرنا پڑے گا۔</w:t>
      </w:r>
    </w:p>
    <w:p>
      <w:r>
        <w:rPr>
          <w:b/>
        </w:rPr>
        <w:t xml:space="preserve">[35:37] </w:t>
      </w:r>
      <w:r>
        <w:t>apni ghalti ko manna paray ga.</w:t>
      </w:r>
    </w:p>
    <w:p>
      <w:pPr>
        <w:jc w:val="right"/>
      </w:pPr>
      <w:r>
        <w:t>اپنی غلطی کو ماننا پڑے گا۔</w:t>
      </w:r>
    </w:p>
    <w:p>
      <w:r>
        <w:rPr>
          <w:b/>
        </w:rPr>
        <w:t xml:space="preserve">[35:39] </w:t>
      </w:r>
      <w:r>
        <w:t>aap ko kehna paray ga main ghalat tha.</w:t>
      </w:r>
    </w:p>
    <w:p>
      <w:pPr>
        <w:jc w:val="right"/>
      </w:pPr>
      <w:r>
        <w:t>آپ کو کہنا پڑے گا میں غلط تھا۔</w:t>
      </w:r>
    </w:p>
    <w:p>
      <w:r>
        <w:rPr>
          <w:b/>
        </w:rPr>
        <w:t xml:space="preserve">[35:43] </w:t>
      </w:r>
      <w:r>
        <w:t>yeh kehna paray ga.</w:t>
      </w:r>
    </w:p>
    <w:p>
      <w:pPr>
        <w:jc w:val="right"/>
      </w:pPr>
      <w:r>
        <w:t>یہ کہنا پڑے گا۔</w:t>
      </w:r>
    </w:p>
    <w:p>
      <w:r>
        <w:rPr>
          <w:b/>
        </w:rPr>
        <w:t xml:space="preserve">[35:45] </w:t>
      </w:r>
      <w:r>
        <w:t>lekin nahi agar kehte hain to aap yeh yeh risk mol le rahe hain ke jannat ka jo</w:t>
      </w:r>
    </w:p>
    <w:p>
      <w:pPr>
        <w:jc w:val="right"/>
      </w:pPr>
      <w:r>
        <w:t>لیکن نہیں اگر کہتے ہیں تو آپ یہ یہ رسک مول لے رہے ہیں کہ جنت کا جو</w:t>
      </w:r>
    </w:p>
    <w:p>
      <w:r>
        <w:rPr>
          <w:b/>
        </w:rPr>
        <w:t xml:space="preserve">[35:52] </w:t>
      </w:r>
      <w:r>
        <w:t>intekhab ho is mein is fehrist mein aap ka naam na aaye.</w:t>
      </w:r>
    </w:p>
    <w:p>
      <w:pPr>
        <w:jc w:val="right"/>
      </w:pPr>
      <w:r>
        <w:t>انتخاب ہو اس میں اس فہرست میں آپ کا نام نہ آئے۔</w:t>
      </w:r>
    </w:p>
    <w:p>
      <w:r>
        <w:rPr>
          <w:b/>
        </w:rPr>
        <w:t xml:space="preserve">[35:57] </w:t>
      </w:r>
      <w:r>
        <w:t>to behal sab se bara masla yeh hai ke aadmi apni zindagi ko daryaft kare.</w:t>
      </w:r>
    </w:p>
    <w:p>
      <w:pPr>
        <w:jc w:val="right"/>
      </w:pPr>
      <w:r>
        <w:t>تو بہرحال سب سے بڑا مسئلہ یہ ہے کہ آدمی اپنی زندگی کو دریافت کرے۔</w:t>
      </w:r>
    </w:p>
    <w:p>
      <w:r>
        <w:rPr>
          <w:b/>
        </w:rPr>
        <w:t xml:space="preserve">[36:04] </w:t>
      </w:r>
      <w:r>
        <w:t>poori mukammal surat-e-haal mein jo ghayab hissa hai zindagi ka us ko le kar ke apni apne hadaf</w:t>
      </w:r>
    </w:p>
    <w:p>
      <w:pPr>
        <w:jc w:val="right"/>
      </w:pPr>
      <w:r>
        <w:t>پوری مکمل صورتحال میں جو غائب حصہ ہے زندگی کا اس کو لے کر کے اپنی اپنے ہدف</w:t>
      </w:r>
    </w:p>
    <w:p>
      <w:r>
        <w:rPr>
          <w:b/>
        </w:rPr>
        <w:t xml:space="preserve">[36:12] </w:t>
      </w:r>
      <w:r>
        <w:t>ko mutayyan kare.</w:t>
      </w:r>
    </w:p>
    <w:p>
      <w:pPr>
        <w:jc w:val="right"/>
      </w:pPr>
      <w:r>
        <w:t>کو متعین کرے۔</w:t>
      </w:r>
    </w:p>
    <w:p>
      <w:r>
        <w:rPr>
          <w:b/>
        </w:rPr>
        <w:t xml:space="preserve">[36:13] </w:t>
      </w:r>
      <w:r>
        <w:t>us ko le kar ke apni mansooba bandi kare.</w:t>
      </w:r>
    </w:p>
    <w:p>
      <w:pPr>
        <w:jc w:val="right"/>
      </w:pPr>
      <w:r>
        <w:t>اس کو لے کر کے اپنی منصوبہ بندی کرے۔</w:t>
      </w:r>
    </w:p>
    <w:p>
      <w:r>
        <w:rPr>
          <w:b/>
        </w:rPr>
        <w:t xml:space="preserve">[36:17] </w:t>
      </w:r>
      <w:r>
        <w:t>tab woh is ko kamyabi mile gi.</w:t>
      </w:r>
    </w:p>
    <w:p>
      <w:pPr>
        <w:jc w:val="right"/>
      </w:pPr>
      <w:r>
        <w:t>تب وہ اس کو کامیابی ملے گی۔</w:t>
      </w:r>
    </w:p>
    <w:p>
      <w:r>
        <w:rPr>
          <w:b/>
        </w:rPr>
        <w:t xml:space="preserve">[36:20] </w:t>
      </w:r>
      <w:r>
        <w:t>yani abadi zindagi mein kamyab hona kamyab hona hai.</w:t>
      </w:r>
    </w:p>
    <w:p>
      <w:pPr>
        <w:jc w:val="right"/>
      </w:pPr>
      <w:r>
        <w:t>یعنی ابدی زندگی میں کامیاب ہونا کامیاب ہونا ہے۔</w:t>
      </w:r>
    </w:p>
    <w:p>
      <w:r>
        <w:rPr>
          <w:b/>
        </w:rPr>
        <w:t xml:space="preserve">[36:24] </w:t>
      </w:r>
      <w:r>
        <w:t>aarzi zindagi mein kamyab hona woh koi kamyabi nahi hai.</w:t>
      </w:r>
    </w:p>
    <w:p>
      <w:pPr>
        <w:jc w:val="right"/>
      </w:pPr>
      <w:r>
        <w:t>عارضی زندگی میں کامیاب ہونا وہ کوئی کامیابی نہیں ہے۔</w:t>
      </w:r>
    </w:p>
    <w:p>
      <w:r>
        <w:rPr>
          <w:b/>
        </w:rPr>
        <w:t xml:space="preserve">[36:28] </w:t>
      </w:r>
      <w:r>
        <w:t>aqool qawli haza wastaghfirullaha li walakum ajmaeen.</w:t>
      </w:r>
    </w:p>
    <w:p>
      <w:pPr>
        <w:jc w:val="right"/>
      </w:pPr>
      <w:r>
        <w:t>أقول قولي هذا واستغفرالله لي ولكم اجمعين.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