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 Part-1 (English) March 07, 2007 Maulana Wahiduddin Khan</w:t>
      </w:r>
    </w:p>
    <w:p>
      <w:r>
        <w:t>https://www.youtube.com/watch?v=gH4t_7a7ObI</w:t>
      </w:r>
    </w:p>
    <w:p>
      <w:r>
        <w:rPr>
          <w:b/>
        </w:rPr>
        <w:t xml:space="preserve">[00:10]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[00:21] </w:t>
      </w:r>
      <w:r>
        <w:t>The present talk is about the message of the Qur'an.</w:t>
      </w:r>
    </w:p>
    <w:p>
      <w:pPr>
        <w:jc w:val="right"/>
      </w:pPr>
      <w:r>
        <w:t>The present talk is about the message of the Qur'an.</w:t>
      </w:r>
    </w:p>
    <w:p>
      <w:r>
        <w:rPr>
          <w:b/>
        </w:rPr>
        <w:t xml:space="preserve">[00:32] </w:t>
      </w:r>
      <w:r>
        <w:t>Qur'an is the word of God, and Qur'an has a very specific message with all clarity.</w:t>
      </w:r>
    </w:p>
    <w:p>
      <w:pPr>
        <w:jc w:val="right"/>
      </w:pPr>
      <w:r>
        <w:t>Qur'an is the word of God, and Qur'an has a very specific message with all clarity.</w:t>
      </w:r>
    </w:p>
    <w:p>
      <w:r>
        <w:rPr>
          <w:b/>
        </w:rPr>
        <w:t xml:space="preserve">[00:43] </w:t>
      </w:r>
      <w:r>
        <w:t>There is a verse in the Qur'an: wa laqad yassarnal Qur'ana liz-zikri fahal mim mud-dakkir? God says in the</w:t>
      </w:r>
    </w:p>
    <w:p>
      <w:pPr>
        <w:jc w:val="right"/>
      </w:pPr>
      <w:r>
        <w:t>There is a verse in the Qur'an: ولقد يسّرنا القرآن للذكر فهل من مدّكر؟ God says in the</w:t>
      </w:r>
    </w:p>
    <w:p>
      <w:r>
        <w:rPr>
          <w:b/>
        </w:rPr>
        <w:t xml:space="preserve">[00:54] </w:t>
      </w:r>
      <w:r>
        <w:t>Qur'an, "We have made Qur'an easy to understand." Here, easy means clarity.</w:t>
      </w:r>
    </w:p>
    <w:p>
      <w:pPr>
        <w:jc w:val="right"/>
      </w:pPr>
      <w:r>
        <w:t>Qur'an, "We have made Qur'an easy to understand." Here, easy means clarity.</w:t>
      </w:r>
    </w:p>
    <w:p>
      <w:r>
        <w:rPr>
          <w:b/>
        </w:rPr>
        <w:t xml:space="preserve">[01:05] </w:t>
      </w:r>
      <w:r>
        <w:t>It means that Qur'an is a very, very clear book.</w:t>
      </w:r>
    </w:p>
    <w:p>
      <w:pPr>
        <w:jc w:val="right"/>
      </w:pPr>
      <w:r>
        <w:t>It means that Qur'an is a very, very clear book.</w:t>
      </w:r>
    </w:p>
    <w:p>
      <w:r>
        <w:rPr>
          <w:b/>
        </w:rPr>
        <w:t xml:space="preserve">[01:16] </w:t>
      </w:r>
      <w:r>
        <w:t>Qur'an conveys its message.</w:t>
      </w:r>
    </w:p>
    <w:p>
      <w:pPr>
        <w:jc w:val="right"/>
      </w:pPr>
      <w:r>
        <w:t>Qur'an conveys its message.</w:t>
      </w:r>
    </w:p>
    <w:p>
      <w:r>
        <w:rPr>
          <w:b/>
        </w:rPr>
        <w:t xml:space="preserve">[01:27] </w:t>
      </w:r>
      <w:r>
        <w:t>Qur'an conveys its message with complete clarity.</w:t>
      </w:r>
    </w:p>
    <w:p>
      <w:pPr>
        <w:jc w:val="right"/>
      </w:pPr>
      <w:r>
        <w:t>Qur'an conveys its message with complete clarity.</w:t>
      </w:r>
    </w:p>
    <w:p>
      <w:r>
        <w:rPr>
          <w:b/>
        </w:rPr>
        <w:t xml:space="preserve">[01:38] </w:t>
      </w:r>
      <w:r>
        <w:t>There is no ambiguity in the Qur'an.</w:t>
      </w:r>
    </w:p>
    <w:p>
      <w:pPr>
        <w:jc w:val="right"/>
      </w:pPr>
      <w:r>
        <w:t>There is no ambiguity in the Qur'an.</w:t>
      </w:r>
    </w:p>
    <w:p>
      <w:r>
        <w:rPr>
          <w:b/>
        </w:rPr>
        <w:t xml:space="preserve">[01:49] </w:t>
      </w:r>
      <w:r>
        <w:t>I can say that Qur'an is the most clear book in all the literature, among all the literature.</w:t>
      </w:r>
    </w:p>
    <w:p>
      <w:pPr>
        <w:jc w:val="right"/>
      </w:pPr>
      <w:r>
        <w:t>I can say that Qur'an is the most clear book in all the literature, among all the literature.</w:t>
      </w:r>
    </w:p>
    <w:p>
      <w:r>
        <w:rPr>
          <w:b/>
        </w:rPr>
        <w:t xml:space="preserve">[02:00] </w:t>
      </w:r>
      <w:r>
        <w:t>There are 114 chapters in the Qur'an.</w:t>
      </w:r>
    </w:p>
    <w:p>
      <w:pPr>
        <w:jc w:val="right"/>
      </w:pPr>
      <w:r>
        <w:t>There are 114 chapters in the Qur'an.</w:t>
      </w:r>
    </w:p>
    <w:p>
      <w:r>
        <w:rPr>
          <w:b/>
        </w:rPr>
        <w:t xml:space="preserve">[02:11] </w:t>
      </w:r>
      <w:r>
        <w:t>Here I would like to—here I will try to say—here I will try to present some verses.</w:t>
      </w:r>
    </w:p>
    <w:p>
      <w:pPr>
        <w:jc w:val="right"/>
      </w:pPr>
      <w:r>
        <w:t>Here I would like to—here I will try to say—here I will try to present some verses.</w:t>
      </w:r>
    </w:p>
    <w:p>
      <w:r>
        <w:rPr>
          <w:b/>
        </w:rPr>
        <w:t xml:space="preserve">[02:22] </w:t>
      </w:r>
      <w:r>
        <w:t>I hope that these verses are very clear, and also anyone can understand the message of the Qur'an</w:t>
      </w:r>
    </w:p>
    <w:p>
      <w:pPr>
        <w:jc w:val="right"/>
      </w:pPr>
      <w:r>
        <w:t>I hope that these verses are very clear, and also anyone can understand the message of the Qur'an</w:t>
      </w:r>
    </w:p>
    <w:p>
      <w:r>
        <w:rPr>
          <w:b/>
        </w:rPr>
        <w:t xml:space="preserve">[02:33] </w:t>
      </w:r>
      <w:r>
        <w:t>by studying these verses.</w:t>
      </w:r>
    </w:p>
    <w:p>
      <w:pPr>
        <w:jc w:val="right"/>
      </w:pPr>
      <w:r>
        <w:t>by studying these verses.</w:t>
      </w:r>
    </w:p>
    <w:p>
      <w:r>
        <w:rPr>
          <w:b/>
        </w:rPr>
        <w:t xml:space="preserve">[02:44] </w:t>
      </w:r>
      <w:r>
        <w:t>First of all, I can say after my study that the subject of the Qur'an—first of all, we</w:t>
      </w:r>
    </w:p>
    <w:p>
      <w:pPr>
        <w:jc w:val="right"/>
      </w:pPr>
      <w:r>
        <w:t>First of all, I can say after my study that the subject of the Qur'an—first of all, we</w:t>
      </w:r>
    </w:p>
    <w:p>
      <w:r>
        <w:rPr>
          <w:b/>
        </w:rPr>
        <w:t xml:space="preserve">[02:55] </w:t>
      </w:r>
      <w:r>
        <w:t>have to know what is the subject of the Qur'an, what is the theme of the Qur'an.</w:t>
      </w:r>
    </w:p>
    <w:p>
      <w:pPr>
        <w:jc w:val="right"/>
      </w:pPr>
      <w:r>
        <w:t>have to know what is the subject of the Qur'an, what is the theme of the Qur'an.</w:t>
      </w:r>
    </w:p>
    <w:p>
      <w:r>
        <w:rPr>
          <w:b/>
        </w:rPr>
        <w:t xml:space="preserve">[03:06] </w:t>
      </w:r>
      <w:r>
        <w:t>So I can say that the theme of the Qur'an is to make people know the creation plan of God.</w:t>
      </w:r>
    </w:p>
    <w:p>
      <w:pPr>
        <w:jc w:val="right"/>
      </w:pPr>
      <w:r>
        <w:t>So I can say that the theme of the Qur'an is to make people know the creation plan of God.</w:t>
      </w:r>
    </w:p>
    <w:p>
      <w:r>
        <w:rPr>
          <w:b/>
        </w:rPr>
        <w:t xml:space="preserve">[03:17] </w:t>
      </w:r>
      <w:r>
        <w:t>This is the main theme of the Qur'an: creation plan of God.</w:t>
      </w:r>
    </w:p>
    <w:p>
      <w:pPr>
        <w:jc w:val="right"/>
      </w:pPr>
      <w:r>
        <w:t>This is the main theme of the Qur'an: creation plan of God.</w:t>
      </w:r>
    </w:p>
    <w:p>
      <w:r>
        <w:rPr>
          <w:b/>
        </w:rPr>
        <w:t xml:space="preserve">[03:22] </w:t>
      </w:r>
      <w:r>
        <w:t>You know, everyone faces some questions.</w:t>
      </w:r>
    </w:p>
    <w:p>
      <w:pPr>
        <w:jc w:val="right"/>
      </w:pPr>
      <w:r>
        <w:t>You know, everyone faces some questions.</w:t>
      </w:r>
    </w:p>
    <w:p>
      <w:r>
        <w:rPr>
          <w:b/>
        </w:rPr>
        <w:t xml:space="preserve">[03:28] </w:t>
      </w:r>
      <w:r>
        <w:t>Everyone, every man and woman.</w:t>
      </w:r>
    </w:p>
    <w:p>
      <w:pPr>
        <w:jc w:val="right"/>
      </w:pPr>
      <w:r>
        <w:t>Everyone, every man and woman.</w:t>
      </w:r>
    </w:p>
    <w:p>
      <w:r>
        <w:rPr>
          <w:b/>
        </w:rPr>
        <w:t xml:space="preserve">[03:33] </w:t>
      </w:r>
      <w:r>
        <w:t>Who am I?</w:t>
      </w:r>
    </w:p>
    <w:p>
      <w:pPr>
        <w:jc w:val="right"/>
      </w:pPr>
      <w:r>
        <w:t>Who am I?</w:t>
      </w:r>
    </w:p>
    <w:p>
      <w:r>
        <w:rPr>
          <w:b/>
        </w:rPr>
        <w:t xml:space="preserve">[03:39] </w:t>
      </w:r>
      <w:r>
        <w:t>What is the purpose of my life?</w:t>
      </w:r>
    </w:p>
    <w:p>
      <w:pPr>
        <w:jc w:val="right"/>
      </w:pPr>
      <w:r>
        <w:t>What is the purpose of my life?</w:t>
      </w:r>
    </w:p>
    <w:p>
      <w:r>
        <w:rPr>
          <w:b/>
        </w:rPr>
        <w:t xml:space="preserve">[03:44] </w:t>
      </w:r>
      <w:r>
        <w:t>Why am I here in this world?</w:t>
      </w:r>
    </w:p>
    <w:p>
      <w:pPr>
        <w:jc w:val="right"/>
      </w:pPr>
      <w:r>
        <w:t>Why am I here in this world?</w:t>
      </w:r>
    </w:p>
    <w:p>
      <w:r>
        <w:rPr>
          <w:b/>
        </w:rPr>
        <w:t xml:space="preserve">[03:50] </w:t>
      </w:r>
      <w:r>
        <w:t>What is life and what is death?</w:t>
      </w:r>
    </w:p>
    <w:p>
      <w:pPr>
        <w:jc w:val="right"/>
      </w:pPr>
      <w:r>
        <w:t>What is life and what is death?</w:t>
      </w:r>
    </w:p>
    <w:p>
      <w:r>
        <w:rPr>
          <w:b/>
        </w:rPr>
        <w:t xml:space="preserve">[03:57] </w:t>
      </w:r>
      <w:r>
        <w:t>All these questions are common questions.</w:t>
      </w:r>
    </w:p>
    <w:p>
      <w:pPr>
        <w:jc w:val="right"/>
      </w:pPr>
      <w:r>
        <w:t>All these questions are common questions.</w:t>
      </w:r>
    </w:p>
    <w:p>
      <w:r>
        <w:rPr>
          <w:b/>
        </w:rPr>
        <w:t xml:space="preserve">[04:05] </w:t>
      </w:r>
      <w:r>
        <w:t>Everyone is born with these questions.</w:t>
      </w:r>
    </w:p>
    <w:p>
      <w:pPr>
        <w:jc w:val="right"/>
      </w:pPr>
      <w:r>
        <w:t>Everyone is born with these questions.</w:t>
      </w:r>
    </w:p>
    <w:p>
      <w:r>
        <w:rPr>
          <w:b/>
        </w:rPr>
        <w:t xml:space="preserve">[04:13] </w:t>
      </w:r>
      <w:r>
        <w:t>So Qur'an answers—so Qur'an provides the answer to these questions.</w:t>
      </w:r>
    </w:p>
    <w:p>
      <w:pPr>
        <w:jc w:val="right"/>
      </w:pPr>
      <w:r>
        <w:t>So Qur'an answers—so Qur'an provides the answer to these questions.</w:t>
      </w:r>
    </w:p>
    <w:p>
      <w:r>
        <w:rPr>
          <w:b/>
        </w:rPr>
        <w:t xml:space="preserve">[04:21] </w:t>
      </w:r>
      <w:r>
        <w:t>So what is the—first of all, Qur'an tells us that what is the creation plan of God.</w:t>
      </w:r>
    </w:p>
    <w:p>
      <w:pPr>
        <w:jc w:val="right"/>
      </w:pPr>
      <w:r>
        <w:t>So what is the—first of all, Qur'an tells us that what is the creation plan of God.</w:t>
      </w:r>
    </w:p>
    <w:p>
      <w:r>
        <w:rPr>
          <w:b/>
        </w:rPr>
        <w:t xml:space="preserve">[04:29] </w:t>
      </w:r>
      <w:r>
        <w:t>From this creation plan, you can understand what is the purpose of your life. All those questions are related to this question, this main question. That is, what is the creation plan of God?</w:t>
      </w:r>
    </w:p>
    <w:p>
      <w:pPr>
        <w:jc w:val="right"/>
      </w:pPr>
      <w:r>
        <w:t>From this creation plan, you can understand what is the purpose of your life. All those questions are related to this question, this main question. That is, what is the creation plan of God?</w:t>
      </w:r>
    </w:p>
    <w:p>
      <w:r>
        <w:rPr>
          <w:b/>
        </w:rPr>
        <w:t xml:space="preserve">[04:48] </w:t>
      </w:r>
      <w:r>
        <w:t>All those questions related to life are only offshoots of these questions. What is the creation plan of God? So there are many verses in the Qur'an that disclose—that disclose the creation plan of God.</w:t>
      </w:r>
    </w:p>
    <w:p>
      <w:pPr>
        <w:jc w:val="right"/>
      </w:pPr>
      <w:r>
        <w:t>All those questions related to life are only offshoots of these questions. What is the creation plan of God? So there are many verses in the Qur'an that disclose—that disclose the creation plan of God.</w:t>
      </w:r>
    </w:p>
    <w:p>
      <w:r>
        <w:rPr>
          <w:b/>
        </w:rPr>
        <w:t xml:space="preserve">[05:18] </w:t>
      </w:r>
      <w:r>
        <w:t>For example, in Surah Al-Mulk, Qur'an says about God: khalaqal maut wal hayat li yablukum ayyukum ahsan amala This is the creation plan of God.</w:t>
      </w:r>
    </w:p>
    <w:p>
      <w:pPr>
        <w:jc w:val="right"/>
      </w:pPr>
      <w:r>
        <w:t>For example, in Surah Al-Mulk, Qur'an says about God: خَلَقَ الْمَوْتَ وَالْحَيَاةَ لِيَبْلُوْكُمْ أَيُّكُمْ أَحْسَنُ عَمَلًا This is the creation plan of God.</w:t>
      </w:r>
    </w:p>
    <w:p>
      <w:r>
        <w:rPr>
          <w:b/>
        </w:rPr>
        <w:t xml:space="preserve">[05:43] </w:t>
      </w:r>
      <w:r>
        <w:t>67:2 According to this verse, God created man for test.</w:t>
      </w:r>
    </w:p>
    <w:p>
      <w:pPr>
        <w:jc w:val="right"/>
      </w:pPr>
      <w:r>
        <w:t>67:2 According to this verse, God created man for test.</w:t>
      </w:r>
    </w:p>
    <w:p>
      <w:r>
        <w:rPr>
          <w:b/>
        </w:rPr>
        <w:t xml:space="preserve">[05:54] </w:t>
      </w:r>
      <w:r>
        <w:t>God here has put us on test so that He may know who is the best in terms</w:t>
      </w:r>
    </w:p>
    <w:p>
      <w:pPr>
        <w:jc w:val="right"/>
      </w:pPr>
      <w:r>
        <w:t>God here has put us on test so that He may know who is the best in terms</w:t>
      </w:r>
    </w:p>
    <w:p>
      <w:r>
        <w:rPr>
          <w:b/>
        </w:rPr>
        <w:t xml:space="preserve">[06:05] </w:t>
      </w:r>
      <w:r>
        <w:t>of His character.</w:t>
      </w:r>
    </w:p>
    <w:p>
      <w:pPr>
        <w:jc w:val="right"/>
      </w:pPr>
      <w:r>
        <w:t>of His character.</w:t>
      </w:r>
    </w:p>
    <w:p>
      <w:r>
        <w:rPr>
          <w:b/>
        </w:rPr>
        <w:t xml:space="preserve">[06:16] </w:t>
      </w:r>
      <w:r>
        <w:t>So I can say that the present world is a selective ground.</w:t>
      </w:r>
    </w:p>
    <w:p>
      <w:pPr>
        <w:jc w:val="right"/>
      </w:pPr>
      <w:r>
        <w:t>So I can say that the present world is a selective ground.</w:t>
      </w:r>
    </w:p>
    <w:p>
      <w:r>
        <w:rPr>
          <w:b/>
        </w:rPr>
        <w:t xml:space="preserve">[06:24] </w:t>
      </w:r>
      <w:r>
        <w:t>In this world, everyone is on test, and God tries to select all those people who qualify to</w:t>
      </w:r>
    </w:p>
    <w:p>
      <w:pPr>
        <w:jc w:val="right"/>
      </w:pPr>
      <w:r>
        <w:t>In this world, everyone is on test, and God tries to select all those people who qualify to</w:t>
      </w:r>
    </w:p>
    <w:p>
      <w:r>
        <w:rPr>
          <w:b/>
        </w:rPr>
        <w:t xml:space="preserve">[06:33] </w:t>
      </w:r>
      <w:r>
        <w:t>be settled in Paradise.</w:t>
      </w:r>
    </w:p>
    <w:p>
      <w:pPr>
        <w:jc w:val="right"/>
      </w:pPr>
      <w:r>
        <w:t>be settled in Paradise.</w:t>
      </w:r>
    </w:p>
    <w:p>
      <w:r>
        <w:rPr>
          <w:b/>
        </w:rPr>
        <w:t xml:space="preserve">[06:41] </w:t>
      </w:r>
      <w:r>
        <w:t>This is the only purpose of creation.</w:t>
      </w:r>
    </w:p>
    <w:p>
      <w:pPr>
        <w:jc w:val="right"/>
      </w:pPr>
      <w:r>
        <w:t>This is the only purpose of creation.</w:t>
      </w:r>
    </w:p>
    <w:p>
      <w:r>
        <w:rPr>
          <w:b/>
        </w:rPr>
        <w:t xml:space="preserve">[06:50] </w:t>
      </w:r>
      <w:r>
        <w:t>This is the only purpose of creation.</w:t>
      </w:r>
    </w:p>
    <w:p>
      <w:pPr>
        <w:jc w:val="right"/>
      </w:pPr>
      <w:r>
        <w:t>This is the only purpose of creation.</w:t>
      </w:r>
    </w:p>
    <w:p>
      <w:r>
        <w:rPr>
          <w:b/>
        </w:rPr>
        <w:t xml:space="preserve">[06:58] </w:t>
      </w:r>
      <w:r>
        <w:t>In other words, you can say that the present world is like a nursery.</w:t>
      </w:r>
    </w:p>
    <w:p>
      <w:pPr>
        <w:jc w:val="right"/>
      </w:pPr>
      <w:r>
        <w:t>In other words, you can say that the present world is like a nursery.</w:t>
      </w:r>
    </w:p>
    <w:p>
      <w:r>
        <w:rPr>
          <w:b/>
        </w:rPr>
        <w:t xml:space="preserve">[07:07] </w:t>
      </w:r>
      <w:r>
        <w:t>There is a very relevant Hadith.</w:t>
      </w:r>
    </w:p>
    <w:p>
      <w:pPr>
        <w:jc w:val="right"/>
      </w:pPr>
      <w:r>
        <w:t>There is a very relevant Hadith.</w:t>
      </w:r>
    </w:p>
    <w:p>
      <w:r>
        <w:rPr>
          <w:b/>
        </w:rPr>
        <w:t xml:space="preserve">[07:16] </w:t>
      </w:r>
      <w:r>
        <w:t>Here I would like to quote that Hadith. The Prophet of Islam says that in the Mi'raj—that was Ascension—he happened to meet Prophet Ibrahim.</w:t>
      </w:r>
    </w:p>
    <w:p>
      <w:pPr>
        <w:jc w:val="right"/>
      </w:pPr>
      <w:r>
        <w:t>Here I would like to quote that Hadith. The Prophet of Islam says that in the Mi'raj—that was Ascension—he happened to meet Prophet Ibrahim.</w:t>
      </w:r>
    </w:p>
    <w:p>
      <w:r>
        <w:rPr>
          <w:b/>
        </w:rPr>
        <w:t xml:space="preserve">[07:42] </w:t>
      </w:r>
      <w:r>
        <w:t>Prophet Ibrahim said, "O Muhammad, tell your Ummah—your followers—that Paradise is like a very, very fertile land, but</w:t>
      </w:r>
    </w:p>
    <w:p>
      <w:pPr>
        <w:jc w:val="right"/>
      </w:pPr>
      <w:r>
        <w:t>Prophet Ibrahim said, "O Muhammad, tell your Ummah—your followers—that Paradise is like a very, very fertile land, but</w:t>
      </w:r>
    </w:p>
    <w:p>
      <w:r>
        <w:rPr>
          <w:b/>
        </w:rPr>
        <w:t xml:space="preserve">[07:54] </w:t>
      </w:r>
      <w:r>
        <w:t>it is weakened.</w:t>
      </w:r>
    </w:p>
    <w:p>
      <w:pPr>
        <w:jc w:val="right"/>
      </w:pPr>
      <w:r>
        <w:t>it is weakened.</w:t>
      </w:r>
    </w:p>
    <w:p>
      <w:r>
        <w:rPr>
          <w:b/>
        </w:rPr>
        <w:t xml:space="preserve">[08:06] </w:t>
      </w:r>
      <w:r>
        <w:t>Although Paradise is very, very fertile, there is abundant water, everything is there, but it is a weakened land.</w:t>
      </w:r>
    </w:p>
    <w:p>
      <w:pPr>
        <w:jc w:val="right"/>
      </w:pPr>
      <w:r>
        <w:t>Although Paradise is very, very fertile, there is abundant water, everything is there, but it is a weakened land.</w:t>
      </w:r>
    </w:p>
    <w:p>
      <w:r>
        <w:rPr>
          <w:b/>
        </w:rPr>
        <w:t xml:space="preserve">[08:18] </w:t>
      </w:r>
      <w:r>
        <w:t>Now everyone is sowing his sapling in this.</w:t>
      </w:r>
    </w:p>
    <w:p>
      <w:pPr>
        <w:jc w:val="right"/>
      </w:pPr>
      <w:r>
        <w:t>Now everyone is sowing his sapling in this.</w:t>
      </w:r>
    </w:p>
    <w:p>
      <w:r>
        <w:rPr>
          <w:b/>
        </w:rPr>
        <w:t xml:space="preserve">[08:33] </w:t>
      </w:r>
      <w:r>
        <w:t>Everyone who is born in the world, so according to his deed, he is planting his saplings in this land.</w:t>
      </w:r>
    </w:p>
    <w:p>
      <w:pPr>
        <w:jc w:val="right"/>
      </w:pPr>
      <w:r>
        <w:t>Everyone who is born in the world, so according to his deed, he is planting his saplings in this land.</w:t>
      </w:r>
    </w:p>
    <w:p>
      <w:r>
        <w:rPr>
          <w:b/>
        </w:rPr>
        <w:t xml:space="preserve">[08:49] </w:t>
      </w:r>
      <w:r>
        <w:t>So according to this Hadith, the present world is like a nursery.</w:t>
      </w:r>
    </w:p>
    <w:p>
      <w:pPr>
        <w:jc w:val="right"/>
      </w:pPr>
      <w:r>
        <w:t>So according to this Hadith, the present world is like a nursery.</w:t>
      </w:r>
    </w:p>
    <w:p>
      <w:r>
        <w:rPr>
          <w:b/>
        </w:rPr>
        <w:t xml:space="preserve">[08:55] </w:t>
      </w:r>
      <w:r>
        <w:t>Everyone is planted here in this nursery.</w:t>
      </w:r>
    </w:p>
    <w:p>
      <w:pPr>
        <w:jc w:val="right"/>
      </w:pPr>
      <w:r>
        <w:t>Everyone is planted here in this nursery.</w:t>
      </w:r>
    </w:p>
    <w:p>
      <w:r>
        <w:rPr>
          <w:b/>
        </w:rPr>
        <w:t xml:space="preserve">[09:02] </w:t>
      </w:r>
      <w:r>
        <w:t>Then there is transplantation.</w:t>
      </w:r>
    </w:p>
    <w:p>
      <w:pPr>
        <w:jc w:val="right"/>
      </w:pPr>
      <w:r>
        <w:t>Then there is transplantation.</w:t>
      </w:r>
    </w:p>
    <w:p>
      <w:r>
        <w:rPr>
          <w:b/>
        </w:rPr>
        <w:t xml:space="preserve">[09:08] </w:t>
      </w:r>
      <w:r>
        <w:t>Here is the first plantation.</w:t>
      </w:r>
    </w:p>
    <w:p>
      <w:pPr>
        <w:jc w:val="right"/>
      </w:pPr>
      <w:r>
        <w:t>Here is the first plantation.</w:t>
      </w:r>
    </w:p>
    <w:p>
      <w:r>
        <w:rPr>
          <w:b/>
        </w:rPr>
        <w:t xml:space="preserve">[09:15] </w:t>
      </w:r>
      <w:r>
        <w:t>Then there is transplantation.</w:t>
      </w:r>
    </w:p>
    <w:p>
      <w:pPr>
        <w:jc w:val="right"/>
      </w:pPr>
      <w:r>
        <w:t>Then there is transplantation.</w:t>
      </w:r>
    </w:p>
    <w:p>
      <w:r>
        <w:rPr>
          <w:b/>
        </w:rPr>
        <w:t xml:space="preserve">[09:21] </w:t>
      </w:r>
      <w:r>
        <w:t>That is that you will find a place in the land of Paradise.</w:t>
      </w:r>
    </w:p>
    <w:p>
      <w:pPr>
        <w:jc w:val="right"/>
      </w:pPr>
      <w:r>
        <w:t>That is that you will find a place in the land of Paradise.</w:t>
      </w:r>
    </w:p>
    <w:p>
      <w:r>
        <w:rPr>
          <w:b/>
        </w:rPr>
        <w:t xml:space="preserve">[09:28] </w:t>
      </w:r>
      <w:r>
        <w:t>So this is the best expression of the purpose of life.</w:t>
      </w:r>
    </w:p>
    <w:p>
      <w:pPr>
        <w:jc w:val="right"/>
      </w:pPr>
      <w:r>
        <w:t>So this is the best expression of the purpose of life.</w:t>
      </w:r>
    </w:p>
    <w:p>
      <w:r>
        <w:rPr>
          <w:b/>
        </w:rPr>
        <w:t xml:space="preserve">[09:34] </w:t>
      </w:r>
      <w:r>
        <w:t>The Qur'an tells us that you have to prepare yourself for the life hereafter.</w:t>
      </w:r>
    </w:p>
    <w:p>
      <w:pPr>
        <w:jc w:val="right"/>
      </w:pPr>
      <w:r>
        <w:t>The Qur'an tells us that you have to prepare yourself for the life hereafter.</w:t>
      </w:r>
    </w:p>
    <w:p>
      <w:r>
        <w:rPr>
          <w:b/>
        </w:rPr>
        <w:t xml:space="preserve">[09:41] </w:t>
      </w:r>
      <w:r>
        <w:t>In this world, you are simply on test.</w:t>
      </w:r>
    </w:p>
    <w:p>
      <w:pPr>
        <w:jc w:val="right"/>
      </w:pPr>
      <w:r>
        <w:t>In this world, you are simply on test.</w:t>
      </w:r>
    </w:p>
    <w:p>
      <w:r>
        <w:rPr>
          <w:b/>
        </w:rPr>
        <w:t xml:space="preserve">[09:48] </w:t>
      </w:r>
      <w:r>
        <w:t>This world is like an examination hall. Here you cannot fulfill your desires. Here you cannot build a Paradise of your own. No. In the examination hall, no student can find a job or business.</w:t>
      </w:r>
    </w:p>
    <w:p>
      <w:pPr>
        <w:jc w:val="right"/>
      </w:pPr>
      <w:r>
        <w:t>This world is like an examination hall. Here you cannot fulfill your desires. Here you cannot build a Paradise of your own. No. In the examination hall, no student can find a job or business.</w:t>
      </w:r>
    </w:p>
    <w:p>
      <w:r>
        <w:rPr>
          <w:b/>
        </w:rPr>
        <w:t xml:space="preserve">[10:13] </w:t>
      </w:r>
      <w:r>
        <w:t>So in this world, you are only to prepare yourself, to qualify yourself, to prove yourself a deserving candidate to be settled in Paradise. This is the creation plan of God.</w:t>
      </w:r>
    </w:p>
    <w:p>
      <w:pPr>
        <w:jc w:val="right"/>
      </w:pPr>
      <w:r>
        <w:t>So in this world, you are only to prepare yourself, to qualify yourself, to prove yourself a deserving candidate to be settled in Paradise. This is the creation plan of God.</w:t>
      </w:r>
    </w:p>
    <w:p>
      <w:r>
        <w:rPr>
          <w:b/>
        </w:rPr>
        <w:t xml:space="preserve">[10:34] </w:t>
      </w:r>
      <w:r>
        <w:t>Then there is a chapter in the Qur'an: attayni waz zaytoon wa toor-e-sineen wa hadhal baladil ameen. laqad khalqna</w:t>
      </w:r>
    </w:p>
    <w:p>
      <w:pPr>
        <w:jc w:val="right"/>
      </w:pPr>
      <w:r>
        <w:t>Then there is a chapter in the Qur'an: الَّتَّينِ وَالْتَّينِ وَالزَّيْتُونِ وَطُورِ السَّيِّنِينِ وَهَذَا الْبَلَدِ الَّمِينُ لَقَدْ خَلَقْنَا</w:t>
      </w:r>
    </w:p>
    <w:p>
      <w:r>
        <w:rPr>
          <w:b/>
        </w:rPr>
        <w:t xml:space="preserve">[10:48] </w:t>
      </w:r>
      <w:r>
        <w:t>al insana fi ahsani taqweem. thumma radadnahu asfala safileen. illallazeena amanoo wa amilus salihat. falhum ajrun ghair-e-mamnoon. It</w:t>
      </w:r>
    </w:p>
    <w:p>
      <w:pPr>
        <w:jc w:val="right"/>
      </w:pPr>
      <w:r>
        <w:t>الْإِنْسَانَ فِي أَحْسَنِ تَقْوِيمٍ ثُمَّ رَدَدْنَاهُ أَسْفَلَ السَّافِرِينَ إِلَّا الَّذِينَ آمَنُوا وَعَمَلُوا الصَّالِحَاتِ فَلْهُمْ أَجْرٌ غَيْرُ مَمْنُونٍ It</w:t>
      </w:r>
    </w:p>
    <w:p>
      <w:r>
        <w:rPr>
          <w:b/>
        </w:rPr>
        <w:t xml:space="preserve">[11:02] </w:t>
      </w:r>
      <w:r>
        <w:t>means that God created man in the best mold.</w:t>
      </w:r>
    </w:p>
    <w:p>
      <w:pPr>
        <w:jc w:val="right"/>
      </w:pPr>
      <w:r>
        <w:t>means that God created man in the best mold.</w:t>
      </w:r>
    </w:p>
    <w:p>
      <w:r>
        <w:rPr>
          <w:b/>
        </w:rPr>
        <w:t xml:space="preserve">[11:17] </w:t>
      </w:r>
      <w:r>
        <w:t>God created man in the best mold. Then He cast him down to the lowest of the low. This is very important. Here you can find the whole message of the Qur'an. Now what it means?</w:t>
      </w:r>
    </w:p>
    <w:p>
      <w:pPr>
        <w:jc w:val="right"/>
      </w:pPr>
      <w:r>
        <w:t>God created man in the best mold. Then He cast him down to the lowest of the low. This is very important. Here you can find the whole message of the Qur'an. Now what it means?</w:t>
      </w:r>
    </w:p>
    <w:p>
      <w:r>
        <w:rPr>
          <w:b/>
        </w:rPr>
        <w:t xml:space="preserve">[11:47] </w:t>
      </w:r>
      <w:r>
        <w:t>What is the meaning of this verse?</w:t>
      </w:r>
    </w:p>
    <w:p>
      <w:pPr>
        <w:jc w:val="right"/>
      </w:pPr>
      <w:r>
        <w:t>What is the meaning of this verse?</w:t>
      </w:r>
    </w:p>
    <w:p>
      <w:r>
        <w:rPr>
          <w:b/>
        </w:rPr>
        <w:t xml:space="preserve">[11:57] </w:t>
      </w:r>
      <w:r>
        <w:t>What is the meaning of these verses?</w:t>
      </w:r>
    </w:p>
    <w:p>
      <w:pPr>
        <w:jc w:val="right"/>
      </w:pPr>
      <w:r>
        <w:t>What is the meaning of these verses?</w:t>
      </w:r>
    </w:p>
    <w:p>
      <w:r>
        <w:rPr>
          <w:b/>
        </w:rPr>
        <w:t xml:space="preserve">[12:08] </w:t>
      </w:r>
      <w:r>
        <w:t>The meaning of these verses is that man was born with great potentials.</w:t>
      </w:r>
    </w:p>
    <w:p>
      <w:pPr>
        <w:jc w:val="right"/>
      </w:pPr>
      <w:r>
        <w:t>The meaning of these verses is that man was born with great potentials.</w:t>
      </w:r>
    </w:p>
    <w:p>
      <w:r>
        <w:rPr>
          <w:b/>
        </w:rPr>
        <w:t xml:space="preserve">[12:18] </w:t>
      </w:r>
      <w:r>
        <w:t>God created man with great, great potentials, but man failed to convert this potential into actual.</w:t>
      </w:r>
    </w:p>
    <w:p>
      <w:pPr>
        <w:jc w:val="right"/>
      </w:pPr>
      <w:r>
        <w:t>God created man with great, great potentials, but man failed to convert this potential into actual.</w:t>
      </w:r>
    </w:p>
    <w:p>
      <w:r>
        <w:rPr>
          <w:b/>
        </w:rPr>
        <w:t xml:space="preserve">[12:29] </w:t>
      </w:r>
      <w:r>
        <w:t>But man failed to turn this potential into actual.</w:t>
      </w:r>
    </w:p>
    <w:p>
      <w:pPr>
        <w:jc w:val="right"/>
      </w:pPr>
      <w:r>
        <w:t>But man failed to turn this potential into actual.</w:t>
      </w:r>
    </w:p>
    <w:p>
      <w:r>
        <w:rPr>
          <w:b/>
        </w:rPr>
        <w:t xml:space="preserve">[12:39] </w:t>
      </w:r>
      <w:r>
        <w:t>This is a comment to the whole history.</w:t>
      </w:r>
    </w:p>
    <w:p>
      <w:pPr>
        <w:jc w:val="right"/>
      </w:pPr>
      <w:r>
        <w:t>This is a comment to the whole history.</w:t>
      </w:r>
    </w:p>
    <w:p>
      <w:r>
        <w:rPr>
          <w:b/>
        </w:rPr>
        <w:t xml:space="preserve">[12:50] </w:t>
      </w:r>
      <w:r>
        <w:t>God—it is a fact that God—everyone who is born in this world is born with great potential.</w:t>
      </w:r>
    </w:p>
    <w:p>
      <w:pPr>
        <w:jc w:val="right"/>
      </w:pPr>
      <w:r>
        <w:t>God—it is a fact that God—everyone who is born in this world is born with great potential.</w:t>
      </w:r>
    </w:p>
    <w:p>
      <w:r>
        <w:rPr>
          <w:b/>
        </w:rPr>
        <w:t xml:space="preserve">[13:01] </w:t>
      </w:r>
      <w:r>
        <w:t>You see your mind.</w:t>
      </w:r>
    </w:p>
    <w:p>
      <w:pPr>
        <w:jc w:val="right"/>
      </w:pPr>
      <w:r>
        <w:t>You see your mind.</w:t>
      </w:r>
    </w:p>
    <w:p>
      <w:r>
        <w:rPr>
          <w:b/>
        </w:rPr>
        <w:t xml:space="preserve">[13:07] </w:t>
      </w:r>
      <w:r>
        <w:t>Your mind is so great.</w:t>
      </w:r>
    </w:p>
    <w:p>
      <w:pPr>
        <w:jc w:val="right"/>
      </w:pPr>
      <w:r>
        <w:t>Your mind is so great.</w:t>
      </w:r>
    </w:p>
    <w:p>
      <w:r>
        <w:rPr>
          <w:b/>
        </w:rPr>
        <w:t xml:space="preserve">[13:14] </w:t>
      </w:r>
      <w:r>
        <w:t>The quality of your mind is unparalleled.</w:t>
      </w:r>
    </w:p>
    <w:p>
      <w:pPr>
        <w:jc w:val="right"/>
      </w:pPr>
      <w:r>
        <w:t>The quality of your mind is unparalleled.</w:t>
      </w:r>
    </w:p>
    <w:p>
      <w:r>
        <w:rPr>
          <w:b/>
        </w:rPr>
        <w:t xml:space="preserve">[13:20] </w:t>
      </w:r>
      <w:r>
        <w:t>There is no such thing as your mind in the whole universe.</w:t>
      </w:r>
    </w:p>
    <w:p>
      <w:pPr>
        <w:jc w:val="right"/>
      </w:pPr>
      <w:r>
        <w:t>There is no such thing as your mind in the whole universe.</w:t>
      </w:r>
    </w:p>
    <w:p>
      <w:r>
        <w:rPr>
          <w:b/>
        </w:rPr>
        <w:t xml:space="preserve">[13:27] </w:t>
      </w:r>
      <w:r>
        <w:t>So mind has great, great potential.</w:t>
      </w:r>
    </w:p>
    <w:p>
      <w:pPr>
        <w:jc w:val="right"/>
      </w:pPr>
      <w:r>
        <w:t>So mind has great, great potential.</w:t>
      </w:r>
    </w:p>
    <w:p>
      <w:r>
        <w:rPr>
          <w:b/>
        </w:rPr>
        <w:t xml:space="preserve">[13:34] </w:t>
      </w:r>
      <w:r>
        <w:t>It is said that there are hundred million, billion, billion particles in every individual brain.</w:t>
      </w:r>
    </w:p>
    <w:p>
      <w:pPr>
        <w:jc w:val="right"/>
      </w:pPr>
      <w:r>
        <w:t>It is said that there are hundred million, billion, billion particles in every individual brain.</w:t>
      </w:r>
    </w:p>
    <w:p>
      <w:r>
        <w:rPr>
          <w:b/>
        </w:rPr>
        <w:t xml:space="preserve">[13:44] </w:t>
      </w:r>
      <w:r>
        <w:t>But man failed to utilize his capacity.</w:t>
      </w:r>
    </w:p>
    <w:p>
      <w:pPr>
        <w:jc w:val="right"/>
      </w:pPr>
      <w:r>
        <w:t>But man failed to utilize his capacity.</w:t>
      </w:r>
    </w:p>
    <w:p>
      <w:r>
        <w:rPr>
          <w:b/>
        </w:rPr>
        <w:t xml:space="preserve">[13:55] </w:t>
      </w:r>
      <w:r>
        <w:t>Today I was—today I was reading some printed material about the present generation.</w:t>
      </w:r>
    </w:p>
    <w:p>
      <w:pPr>
        <w:jc w:val="right"/>
      </w:pPr>
      <w:r>
        <w:t>Today I was—today I was reading some printed material about the present generation.</w:t>
      </w:r>
    </w:p>
    <w:p>
      <w:r>
        <w:rPr>
          <w:b/>
        </w:rPr>
        <w:t xml:space="preserve">[14:06] </w:t>
      </w:r>
      <w:r>
        <w:t>The article says that in our present world, mostly people say, "Let us enjoy life.</w:t>
      </w:r>
    </w:p>
    <w:p>
      <w:pPr>
        <w:jc w:val="right"/>
      </w:pPr>
      <w:r>
        <w:t>The article says that in our present world, mostly people say, "Let us enjoy life.</w:t>
      </w:r>
    </w:p>
    <w:p>
      <w:r>
        <w:rPr>
          <w:b/>
        </w:rPr>
        <w:t xml:space="preserve">[14:17] </w:t>
      </w:r>
      <w:r>
        <w:t>Let us enjoy life." Now what it means?</w:t>
      </w:r>
    </w:p>
    <w:p>
      <w:pPr>
        <w:jc w:val="right"/>
      </w:pPr>
      <w:r>
        <w:t>Let us enjoy life." Now what it means?</w:t>
      </w:r>
    </w:p>
    <w:p>
      <w:r>
        <w:rPr>
          <w:b/>
        </w:rPr>
        <w:t xml:space="preserve">[14:28] </w:t>
      </w:r>
      <w:r>
        <w:t>What is the enjoyment? It is under the utilization of our mind. When you enjoy—what people do when they are enjoying their life? They simply eat and drink.</w:t>
      </w:r>
    </w:p>
    <w:p>
      <w:pPr>
        <w:jc w:val="right"/>
      </w:pPr>
      <w:r>
        <w:t>What is the enjoyment? It is under the utilization of our mind. When you enjoy—what people do when they are enjoying their life? They simply eat and drink.</w:t>
      </w:r>
    </w:p>
    <w:p>
      <w:r>
        <w:rPr>
          <w:b/>
        </w:rPr>
        <w:t xml:space="preserve">[14:51] </w:t>
      </w:r>
      <w:r>
        <w:t>They simply say, "Hoo, ha ha." In outing, they spend their money in outing, in shopping, in party,</w:t>
      </w:r>
    </w:p>
    <w:p>
      <w:pPr>
        <w:jc w:val="right"/>
      </w:pPr>
      <w:r>
        <w:t>They simply say, "Hoo, ha ha." In outing, they spend their money in outing, in shopping, in party,</w:t>
      </w:r>
    </w:p>
    <w:p>
      <w:r>
        <w:rPr>
          <w:b/>
        </w:rPr>
        <w:t xml:space="preserve">[14:57] </w:t>
      </w:r>
      <w:r>
        <w:t>in lunch and dinner.</w:t>
      </w:r>
    </w:p>
    <w:p>
      <w:pPr>
        <w:jc w:val="right"/>
      </w:pPr>
      <w:r>
        <w:t>in lunch and dinner.</w:t>
      </w:r>
    </w:p>
    <w:p>
      <w:r>
        <w:rPr>
          <w:b/>
        </w:rPr>
        <w:t xml:space="preserve">[15:04] </w:t>
      </w:r>
      <w:r>
        <w:t>This is the way by which they enjoy their life.</w:t>
      </w:r>
    </w:p>
    <w:p>
      <w:pPr>
        <w:jc w:val="right"/>
      </w:pPr>
      <w:r>
        <w:t>This is the way by which they enjoy their life.</w:t>
      </w:r>
    </w:p>
    <w:p>
      <w:r>
        <w:rPr>
          <w:b/>
        </w:rPr>
        <w:t xml:space="preserve">[15:10] </w:t>
      </w:r>
      <w:r>
        <w:t>Now the whole capacity of mind is unused.</w:t>
      </w:r>
    </w:p>
    <w:p>
      <w:pPr>
        <w:jc w:val="right"/>
      </w:pPr>
      <w:r>
        <w:t>Now the whole capacity of mind is unused.</w:t>
      </w:r>
    </w:p>
    <w:p>
      <w:r>
        <w:rPr>
          <w:b/>
        </w:rPr>
        <w:t xml:space="preserve">[15:17] </w:t>
      </w:r>
      <w:r>
        <w:t>It is like—it is life like animal.</w:t>
      </w:r>
    </w:p>
    <w:p>
      <w:pPr>
        <w:jc w:val="right"/>
      </w:pPr>
      <w:r>
        <w:t>It is like—it is life like animal.</w:t>
      </w:r>
    </w:p>
    <w:p>
      <w:r>
        <w:rPr>
          <w:b/>
        </w:rPr>
        <w:t xml:space="preserve">[15:23] </w:t>
      </w:r>
      <w:r>
        <w:t>It is living like animal.</w:t>
      </w:r>
    </w:p>
    <w:p>
      <w:pPr>
        <w:jc w:val="right"/>
      </w:pPr>
      <w:r>
        <w:t>It is living like animal.</w:t>
      </w:r>
    </w:p>
    <w:p>
      <w:r>
        <w:rPr>
          <w:b/>
        </w:rPr>
        <w:t xml:space="preserve">[15:30] </w:t>
      </w:r>
      <w:r>
        <w:t>When you enjoy life in such a manner, you use your mind less than one percent.</w:t>
      </w:r>
    </w:p>
    <w:p>
      <w:pPr>
        <w:jc w:val="right"/>
      </w:pPr>
      <w:r>
        <w:t>When you enjoy life in such a manner, you use your mind less than one percent.</w:t>
      </w:r>
    </w:p>
    <w:p>
      <w:r>
        <w:rPr>
          <w:b/>
        </w:rPr>
        <w:t xml:space="preserve">[15:37] </w:t>
      </w:r>
      <w:r>
        <w:t>When you enjoy life in such a way, you utilize the capacity of your mind less than one percent.</w:t>
      </w:r>
    </w:p>
    <w:p>
      <w:pPr>
        <w:jc w:val="right"/>
      </w:pPr>
      <w:r>
        <w:t>When you enjoy life in such a way, you utilize the capacity of your mind less than one percent.</w:t>
      </w:r>
    </w:p>
    <w:p>
      <w:r>
        <w:rPr>
          <w:b/>
        </w:rPr>
        <w:t xml:space="preserve">[15:52] </w:t>
      </w:r>
      <w:r>
        <w:t>So it is this state of affairs that is mentioned in the Qur'an. God created man with enormous potential, but man failed to turn this potential into actual. For by your mind, you can discover the higher truth.</w:t>
      </w:r>
    </w:p>
    <w:p>
      <w:pPr>
        <w:jc w:val="right"/>
      </w:pPr>
      <w:r>
        <w:t>So it is this state of affairs that is mentioned in the Qur'an. God created man with enormous potential, but man failed to turn this potential into actual. For by your mind, you can discover the higher truth.</w:t>
      </w:r>
    </w:p>
    <w:p>
      <w:r>
        <w:rPr>
          <w:b/>
        </w:rPr>
        <w:t xml:space="preserve">[16:22] </w:t>
      </w:r>
      <w:r>
        <w:t>By your mind, you can discover the meaning of the universe. By your mind, you can discover the Creator.</w:t>
      </w:r>
    </w:p>
    <w:p>
      <w:pPr>
        <w:jc w:val="right"/>
      </w:pPr>
      <w:r>
        <w:t>By your mind, you can discover the meaning of the universe. By your mind, you can discover the Creator.</w:t>
      </w:r>
    </w:p>
    <w:p>
      <w:r>
        <w:rPr>
          <w:b/>
        </w:rPr>
        <w:t xml:space="preserve">[16:38] </w:t>
      </w:r>
      <w:r>
        <w:t>By your mind, you can discover the greater meaning of your life.</w:t>
      </w:r>
    </w:p>
    <w:p>
      <w:pPr>
        <w:jc w:val="right"/>
      </w:pPr>
      <w:r>
        <w:t>By your mind, you can discover the greater meaning of your life.</w:t>
      </w:r>
    </w:p>
    <w:p>
      <w:r>
        <w:rPr>
          <w:b/>
        </w:rPr>
        <w:t xml:space="preserve">[16:47] </w:t>
      </w:r>
      <w:r>
        <w:t>By your mind, you can develop your personality in terms of spirituality.</w:t>
      </w:r>
    </w:p>
    <w:p>
      <w:pPr>
        <w:jc w:val="right"/>
      </w:pPr>
      <w:r>
        <w:t>By your mind, you can develop your personality in terms of spirituality.</w:t>
      </w:r>
    </w:p>
    <w:p>
      <w:r>
        <w:rPr>
          <w:b/>
        </w:rPr>
        <w:t xml:space="preserve">[16:57] </w:t>
      </w:r>
      <w:r>
        <w:t>But people are living like an animal.</w:t>
      </w:r>
    </w:p>
    <w:p>
      <w:pPr>
        <w:jc w:val="right"/>
      </w:pPr>
      <w:r>
        <w:t>But people are living like an animal.</w:t>
      </w:r>
    </w:p>
    <w:p>
      <w:r>
        <w:rPr>
          <w:b/>
        </w:rPr>
        <w:t xml:space="preserve">[17:06] </w:t>
      </w:r>
      <w:r>
        <w:t>Eat, drink, and be merry is nothing but under the utilization of your mind, under the utilization of your personality.</w:t>
      </w:r>
    </w:p>
    <w:p>
      <w:pPr>
        <w:jc w:val="right"/>
      </w:pPr>
      <w:r>
        <w:t>Eat, drink, and be merry is nothing but under the utilization of your mind, under the utilization of your personality.</w:t>
      </w:r>
    </w:p>
    <w:p>
      <w:r>
        <w:rPr>
          <w:b/>
        </w:rPr>
        <w:t xml:space="preserve">[17:16] </w:t>
      </w:r>
      <w:r>
        <w:t>So this is the state of affairs which is mentioned in the Qur'an.</w:t>
      </w:r>
    </w:p>
    <w:p>
      <w:pPr>
        <w:jc w:val="right"/>
      </w:pPr>
      <w:r>
        <w:t>So this is the state of affairs which is mentioned in the Qur'an.</w:t>
      </w:r>
    </w:p>
    <w:p>
      <w:r>
        <w:rPr>
          <w:b/>
        </w:rPr>
        <w:t xml:space="preserve">[17:25] </w:t>
      </w:r>
      <w:r>
        <w:t>laqad khalaqtul insana fi ahsani taqwim thumma radadnahu asfalas safirin God created man with enormous potential, but man</w:t>
      </w:r>
    </w:p>
    <w:p>
      <w:pPr>
        <w:jc w:val="right"/>
      </w:pPr>
      <w:r>
        <w:t>لَقَدْ خَلَقْتَ الْإِنْسَانَ فِي أَحْسَنِ تَقْوِيمٍ ثُمَّ رَدَدْنَاهُ أَسْفَلَ السَّافِرِينَ God created man with enormous potential, but man</w:t>
      </w:r>
    </w:p>
    <w:p>
      <w:r>
        <w:rPr>
          <w:b/>
        </w:rPr>
        <w:t xml:space="preserve">[17:35] </w:t>
      </w:r>
      <w:r>
        <w:t>failed to turn this potential into actual.</w:t>
      </w:r>
    </w:p>
    <w:p>
      <w:pPr>
        <w:jc w:val="right"/>
      </w:pPr>
      <w:r>
        <w:t>failed to turn this potential into actual.</w:t>
      </w:r>
    </w:p>
    <w:p>
      <w:r>
        <w:rPr>
          <w:b/>
        </w:rPr>
        <w:t xml:space="preserve">[17:45] </w:t>
      </w:r>
      <w:r>
        <w:t>The same is repeated in the other Surah, Al-Asr.</w:t>
      </w:r>
    </w:p>
    <w:p>
      <w:pPr>
        <w:jc w:val="right"/>
      </w:pPr>
      <w:r>
        <w:t>The same is repeated in the other Surah, Al-Asr.</w:t>
      </w:r>
    </w:p>
    <w:p>
      <w:r>
        <w:rPr>
          <w:b/>
        </w:rPr>
        <w:t xml:space="preserve">[17:54] </w:t>
      </w:r>
      <w:r>
        <w:t>Surah Al-Asr says: wal asri innal insana lafi khusrin illa alladhina amanu wa amilus salihat It means that the history</w:t>
      </w:r>
    </w:p>
    <w:p>
      <w:pPr>
        <w:jc w:val="right"/>
      </w:pPr>
      <w:r>
        <w:t>Surah Al-Asr says: وَالْعَصْرِ إِنَّ الْإِنْسَانَ لَفِي خُسْرٍ إِلَّا الَّذِينَ آمَنُوا وَعَمَلُوا الصَّالِحَاتِ It means that the history</w:t>
      </w:r>
    </w:p>
    <w:p>
      <w:r>
        <w:rPr>
          <w:b/>
        </w:rPr>
        <w:t xml:space="preserve">[18:04] </w:t>
      </w:r>
      <w:r>
        <w:t>of the witness—the history of the witness that man is in loss—the history of the witness that man</w:t>
      </w:r>
    </w:p>
    <w:p>
      <w:pPr>
        <w:jc w:val="right"/>
      </w:pPr>
      <w:r>
        <w:t>of the witness—the history of the witness that man is in loss—the history of the witness that man</w:t>
      </w:r>
    </w:p>
    <w:p>
      <w:r>
        <w:rPr>
          <w:b/>
        </w:rPr>
        <w:t xml:space="preserve">[18:13] </w:t>
      </w:r>
      <w:r>
        <w:t>is in loss.</w:t>
      </w:r>
    </w:p>
    <w:p>
      <w:pPr>
        <w:jc w:val="right"/>
      </w:pPr>
      <w:r>
        <w:t>is in loss.</w:t>
      </w:r>
    </w:p>
    <w:p>
      <w:r>
        <w:rPr>
          <w:b/>
        </w:rPr>
        <w:t xml:space="preserve">[18:23] </w:t>
      </w:r>
      <w:r>
        <w:t>So by these—through these verses, the Qur'an tries to shake your mind.</w:t>
      </w:r>
    </w:p>
    <w:p>
      <w:pPr>
        <w:jc w:val="right"/>
      </w:pPr>
      <w:r>
        <w:t>So by these—through these verses, the Qur'an tries to shake your mind.</w:t>
      </w:r>
    </w:p>
    <w:p>
      <w:r>
        <w:rPr>
          <w:b/>
        </w:rPr>
        <w:t xml:space="preserve">[18:33] </w:t>
      </w:r>
      <w:r>
        <w:t>A book was—during the communist regime when Russia was treated like a superpower—during that time, a book was</w:t>
      </w:r>
    </w:p>
    <w:p>
      <w:pPr>
        <w:jc w:val="right"/>
      </w:pPr>
      <w:r>
        <w:t>A book was—during the communist regime when Russia was treated like a superpower—during that time, a book was</w:t>
      </w:r>
    </w:p>
    <w:p>
      <w:r>
        <w:rPr>
          <w:b/>
        </w:rPr>
        <w:t xml:space="preserve">[18:44] </w:t>
      </w:r>
      <w:r>
        <w:t>published in Europe.</w:t>
      </w:r>
    </w:p>
    <w:p>
      <w:pPr>
        <w:jc w:val="right"/>
      </w:pPr>
      <w:r>
        <w:t>published in Europe.</w:t>
      </w:r>
    </w:p>
    <w:p>
      <w:r>
        <w:rPr>
          <w:b/>
        </w:rPr>
        <w:t xml:space="preserve">[18:55] </w:t>
      </w:r>
      <w:r>
        <w:t>The author was Milvan Jilas.</w:t>
      </w:r>
    </w:p>
    <w:p>
      <w:pPr>
        <w:jc w:val="right"/>
      </w:pPr>
      <w:r>
        <w:t>The author was Milvan Jilas.</w:t>
      </w:r>
    </w:p>
    <w:p>
      <w:r>
        <w:rPr>
          <w:b/>
        </w:rPr>
        <w:t xml:space="preserve">[19:06] </w:t>
      </w:r>
      <w:r>
        <w:t>He was a communist, but he revolted, and then he wrote this book, Milvan Jilas.</w:t>
      </w:r>
    </w:p>
    <w:p>
      <w:pPr>
        <w:jc w:val="right"/>
      </w:pPr>
      <w:r>
        <w:t>He was a communist, but he revolted, and then he wrote this book, Milvan Jilas.</w:t>
      </w:r>
    </w:p>
    <w:p>
      <w:r>
        <w:rPr>
          <w:b/>
        </w:rPr>
        <w:t xml:space="preserve">[19:17] </w:t>
      </w:r>
      <w:r>
        <w:t>The title of the book was "New Class." The theme was that communist people wanted to establish a classless society.</w:t>
      </w:r>
    </w:p>
    <w:p>
      <w:pPr>
        <w:jc w:val="right"/>
      </w:pPr>
      <w:r>
        <w:t>The title of the book was "New Class." The theme was that communist people wanted to establish a classless society.</w:t>
      </w:r>
    </w:p>
    <w:p>
      <w:r>
        <w:rPr>
          <w:b/>
        </w:rPr>
        <w:t xml:space="preserve">[19:28] </w:t>
      </w:r>
      <w:r>
        <w:t>But what was the result?</w:t>
      </w:r>
    </w:p>
    <w:p>
      <w:pPr>
        <w:jc w:val="right"/>
      </w:pPr>
      <w:r>
        <w:t>But what was the result?</w:t>
      </w:r>
    </w:p>
    <w:p>
      <w:r>
        <w:rPr>
          <w:b/>
        </w:rPr>
        <w:t xml:space="preserve">[19:39] </w:t>
      </w:r>
      <w:r>
        <w:t>Now in Russia, there is a new class.</w:t>
      </w:r>
    </w:p>
    <w:p>
      <w:pPr>
        <w:jc w:val="right"/>
      </w:pPr>
      <w:r>
        <w:t>Now in Russia, there is a new class.</w:t>
      </w:r>
    </w:p>
    <w:p>
      <w:r>
        <w:rPr>
          <w:b/>
        </w:rPr>
        <w:t xml:space="preserve">[19:51] </w:t>
      </w:r>
      <w:r>
        <w:t>So this book—after publishing this book—I read an introduction of this book in "Reader's Digest." The commentator—this review</w:t>
      </w:r>
    </w:p>
    <w:p>
      <w:pPr>
        <w:jc w:val="right"/>
      </w:pPr>
      <w:r>
        <w:t>So this book—after publishing this book—I read an introduction of this book in "Reader's Digest." The commentator—this review</w:t>
      </w:r>
    </w:p>
    <w:p>
      <w:r>
        <w:rPr>
          <w:b/>
        </w:rPr>
        <w:t xml:space="preserve">[20:03] </w:t>
      </w:r>
      <w:r>
        <w:t>was published in this magazine with this title: "The Book That Is Shaking the Communist World." The book</w:t>
      </w:r>
    </w:p>
    <w:p>
      <w:pPr>
        <w:jc w:val="right"/>
      </w:pPr>
      <w:r>
        <w:t>was published in this magazine with this title: "The Book That Is Shaking the Communist World." The book</w:t>
      </w:r>
    </w:p>
    <w:p>
      <w:r>
        <w:rPr>
          <w:b/>
        </w:rPr>
        <w:t xml:space="preserve">[20:15] </w:t>
      </w:r>
      <w:r>
        <w:t>that is shaking the communist world.</w:t>
      </w:r>
    </w:p>
    <w:p>
      <w:pPr>
        <w:jc w:val="right"/>
      </w:pPr>
      <w:r>
        <w:t>that is shaking the communist world.</w:t>
      </w:r>
    </w:p>
    <w:p>
      <w:r>
        <w:rPr>
          <w:b/>
        </w:rPr>
        <w:t xml:space="preserve">[20:28] </w:t>
      </w:r>
      <w:r>
        <w:t>I can say that this is true about the Qur'an in a greater sense. The Qur'an tries to shake your mind. The Qur'an is the book that is shaking the mind of people. The Qur'an tries to warn people. You have to utilize your mind before death.</w:t>
      </w:r>
    </w:p>
    <w:p>
      <w:pPr>
        <w:jc w:val="right"/>
      </w:pPr>
      <w:r>
        <w:t>I can say that this is true about the Qur'an in a greater sense. The Qur'an tries to shake your mind. The Qur'an is the book that is shaking the mind of people. The Qur'an tries to warn people. You have to utilize your mind before death.</w:t>
      </w:r>
    </w:p>
    <w:p>
      <w:r>
        <w:rPr>
          <w:b/>
        </w:rPr>
        <w:t xml:space="preserve">[20:57] </w:t>
      </w:r>
      <w:r>
        <w:t>Otherwise, there will be a case of failure in your post-death period.</w:t>
      </w:r>
    </w:p>
    <w:p>
      <w:pPr>
        <w:jc w:val="right"/>
      </w:pPr>
      <w:r>
        <w:t>Otherwise, there will be a case of failure in your post-death period.</w:t>
      </w:r>
    </w:p>
    <w:p>
      <w:r>
        <w:rPr>
          <w:b/>
        </w:rPr>
        <w:t xml:space="preserve">[21:04] </w:t>
      </w:r>
      <w:r>
        <w:t>So according to the Qur'an, man was born as an eternal being, but his life span was divided</w:t>
      </w:r>
    </w:p>
    <w:p>
      <w:pPr>
        <w:jc w:val="right"/>
      </w:pPr>
      <w:r>
        <w:t>So according to the Qur'an, man was born as an eternal being, but his life span was divided</w:t>
      </w:r>
    </w:p>
    <w:p>
      <w:r>
        <w:rPr>
          <w:b/>
        </w:rPr>
        <w:t xml:space="preserve">[21:12] </w:t>
      </w:r>
      <w:r>
        <w:t>into two parts.</w:t>
      </w:r>
    </w:p>
    <w:p>
      <w:pPr>
        <w:jc w:val="right"/>
      </w:pPr>
      <w:r>
        <w:t>into two parts.</w:t>
      </w:r>
    </w:p>
    <w:p>
      <w:r>
        <w:rPr>
          <w:b/>
        </w:rPr>
        <w:t xml:space="preserve">[21:20] </w:t>
      </w:r>
      <w:r>
        <w:t>A small portion of man's life is in this world—that is, the pre-death period.</w:t>
      </w:r>
    </w:p>
    <w:p>
      <w:pPr>
        <w:jc w:val="right"/>
      </w:pPr>
      <w:r>
        <w:t>A small portion of man's life is in this world—that is, the pre-death period.</w:t>
      </w:r>
    </w:p>
    <w:p>
      <w:r>
        <w:rPr>
          <w:b/>
        </w:rPr>
        <w:t xml:space="preserve">[21:28] </w:t>
      </w:r>
      <w:r>
        <w:t>But the large portion was put into the post-death period. So here you can live only up to sixty years, seventy years, eighty years. Then you are determined to die.</w:t>
      </w:r>
    </w:p>
    <w:p>
      <w:pPr>
        <w:jc w:val="right"/>
      </w:pPr>
      <w:r>
        <w:t>But the large portion was put into the post-death period. So here you can live only up to sixty years, seventy years, eighty years. Then you are determined to die.</w:t>
      </w:r>
    </w:p>
    <w:p>
      <w:r>
        <w:rPr>
          <w:b/>
        </w:rPr>
        <w:t xml:space="preserve">[21:53] </w:t>
      </w:r>
      <w:r>
        <w:t>We have no choice here. We are not—our destiny is not in our hands. Any day or night we will die. So what is after death?</w:t>
      </w:r>
    </w:p>
    <w:p>
      <w:pPr>
        <w:jc w:val="right"/>
      </w:pPr>
      <w:r>
        <w:t>We have no choice here. We are not—our destiny is not in our hands. Any day or night we will die. So what is after death?</w:t>
      </w:r>
    </w:p>
    <w:p>
      <w:r>
        <w:rPr>
          <w:b/>
        </w:rPr>
        <w:t xml:space="preserve">[22:10] </w:t>
      </w:r>
      <w:r>
        <w:t>The Qur'an tells us that after death, there is hell or paradise.</w:t>
      </w:r>
    </w:p>
    <w:p>
      <w:pPr>
        <w:jc w:val="right"/>
      </w:pPr>
      <w:r>
        <w:t>The Qur'an tells us that after death, there is hell or paradise.</w:t>
      </w:r>
    </w:p>
    <w:p>
      <w:r>
        <w:rPr>
          <w:b/>
        </w:rPr>
        <w:t xml:space="preserve">[22:20] </w:t>
      </w:r>
      <w:r>
        <w:t>Either death—after death, there is either hell or paradise.</w:t>
      </w:r>
    </w:p>
    <w:p>
      <w:pPr>
        <w:jc w:val="right"/>
      </w:pPr>
      <w:r>
        <w:t>Either death—after death, there is either hell or paradise.</w:t>
      </w:r>
    </w:p>
    <w:p>
      <w:r>
        <w:rPr>
          <w:b/>
        </w:rPr>
        <w:t xml:space="preserve">[22:31] </w:t>
      </w:r>
      <w:r>
        <w:t>So it is a very, very serious situation.</w:t>
      </w:r>
    </w:p>
    <w:p>
      <w:pPr>
        <w:jc w:val="right"/>
      </w:pPr>
      <w:r>
        <w:t>So it is a very, very serious situation.</w:t>
      </w:r>
    </w:p>
    <w:p>
      <w:r>
        <w:rPr>
          <w:b/>
        </w:rPr>
        <w:t xml:space="preserve">[22:41] </w:t>
      </w:r>
      <w:r>
        <w:t>One commentator of the Qur'an said that the Qur'an is a book of warning.</w:t>
      </w:r>
    </w:p>
    <w:p>
      <w:pPr>
        <w:jc w:val="right"/>
      </w:pPr>
      <w:r>
        <w:t>One commentator of the Qur'an said that the Qur'an is a book of warning.</w:t>
      </w:r>
    </w:p>
    <w:p>
      <w:r>
        <w:rPr>
          <w:b/>
        </w:rPr>
        <w:t xml:space="preserve">[22:52] </w:t>
      </w:r>
      <w:r>
        <w:t>It means that the Qur'an is a book of warning.</w:t>
      </w:r>
    </w:p>
    <w:p>
      <w:pPr>
        <w:jc w:val="right"/>
      </w:pPr>
      <w:r>
        <w:t>It means that the Qur'an is a book of warning.</w:t>
      </w:r>
    </w:p>
    <w:p>
      <w:r>
        <w:rPr>
          <w:b/>
        </w:rPr>
        <w:t xml:space="preserve">[23:02] </w:t>
      </w:r>
      <w:r>
        <w:t>And also, the Qur'an is a book of good tiding.</w:t>
      </w:r>
    </w:p>
    <w:p>
      <w:pPr>
        <w:jc w:val="right"/>
      </w:pPr>
      <w:r>
        <w:t>And also, the Qur'an is a book of good tiding.</w:t>
      </w:r>
    </w:p>
    <w:p>
      <w:r>
        <w:rPr>
          <w:b/>
        </w:rPr>
        <w:t xml:space="preserve">[23:13] </w:t>
      </w:r>
      <w:r>
        <w:t>inzarun wa tabshirun At one aspect, the Qur'an warns you, and at the same time, the Qur'an gives you good tiding.</w:t>
      </w:r>
    </w:p>
    <w:p>
      <w:pPr>
        <w:jc w:val="right"/>
      </w:pPr>
      <w:r>
        <w:t>إِنْذَارٌ وَتَّبْشِيرٌ At one aspect, the Qur'an warns you, and at the same time, the Qur'an gives you good tiding.</w:t>
      </w:r>
    </w:p>
    <w:p>
      <w:r>
        <w:rPr>
          <w:b/>
        </w:rPr>
        <w:t xml:space="preserve">[23:23] </w:t>
      </w:r>
      <w:r>
        <w:t>That if you fail to utilize your mind, you will face the punishment of hell.</w:t>
      </w:r>
    </w:p>
    <w:p>
      <w:pPr>
        <w:jc w:val="right"/>
      </w:pPr>
      <w:r>
        <w:t>That if you fail to utilize your mind, you will face the punishment of hell.</w:t>
      </w:r>
    </w:p>
    <w:p>
      <w:r>
        <w:rPr>
          <w:b/>
        </w:rPr>
        <w:t xml:space="preserve">[23:34] </w:t>
      </w:r>
      <w:r>
        <w:t>But if you successfully utilize your mind, then you will be fine when you enter into paradise.</w:t>
      </w:r>
    </w:p>
    <w:p>
      <w:pPr>
        <w:jc w:val="right"/>
      </w:pPr>
      <w:r>
        <w:t>But if you successfully utilize your mind, then you will be fine when you enter into paradise.</w:t>
      </w:r>
    </w:p>
    <w:p>
      <w:r>
        <w:rPr>
          <w:b/>
        </w:rPr>
        <w:t xml:space="preserve">[23:42] </w:t>
      </w:r>
      <w:r>
        <w:t>This is the basic theme of the Qur'an.</w:t>
      </w:r>
    </w:p>
    <w:p>
      <w:pPr>
        <w:jc w:val="right"/>
      </w:pPr>
      <w:r>
        <w:t>This is the basic theme of the Qur'an.</w:t>
      </w:r>
    </w:p>
    <w:p>
      <w:r>
        <w:rPr>
          <w:b/>
        </w:rPr>
        <w:t xml:space="preserve">[23:50] </w:t>
      </w:r>
      <w:r>
        <w:t>This is the basic theme of the Qur'an.</w:t>
      </w:r>
    </w:p>
    <w:p>
      <w:pPr>
        <w:jc w:val="right"/>
      </w:pPr>
      <w:r>
        <w:t>This is the basic theme of the Qur'an.</w:t>
      </w:r>
    </w:p>
    <w:p>
      <w:r>
        <w:rPr>
          <w:b/>
        </w:rPr>
        <w:t xml:space="preserve">[23:59] </w:t>
      </w:r>
      <w:r>
        <w:t>So one who wants to know what is the creation plan of God, he must read the Qur'an.</w:t>
      </w:r>
    </w:p>
    <w:p>
      <w:pPr>
        <w:jc w:val="right"/>
      </w:pPr>
      <w:r>
        <w:t>So one who wants to know what is the creation plan of God, he must read the Qur'an.</w:t>
      </w:r>
    </w:p>
    <w:p>
      <w:r>
        <w:rPr>
          <w:b/>
        </w:rPr>
        <w:t xml:space="preserve">[24:07] </w:t>
      </w:r>
      <w:r>
        <w:t>Because the Qur'an is the only book, the only preserved book that can tell you, that can give</w:t>
      </w:r>
    </w:p>
    <w:p>
      <w:pPr>
        <w:jc w:val="right"/>
      </w:pPr>
      <w:r>
        <w:t>Because the Qur'an is the only book, the only preserved book that can tell you, that can give</w:t>
      </w:r>
    </w:p>
    <w:p>
      <w:r>
        <w:rPr>
          <w:b/>
        </w:rPr>
        <w:t xml:space="preserve">[24:15] </w:t>
      </w:r>
      <w:r>
        <w:t>you an answer to this question.</w:t>
      </w:r>
    </w:p>
    <w:p>
      <w:pPr>
        <w:jc w:val="right"/>
      </w:pPr>
      <w:r>
        <w:t>you an answer to this question.</w:t>
      </w:r>
    </w:p>
    <w:p>
      <w:r>
        <w:rPr>
          <w:b/>
        </w:rPr>
        <w:t xml:space="preserve">[24:24] </w:t>
      </w:r>
      <w:r>
        <w:t>All other religious books are changed.</w:t>
      </w:r>
    </w:p>
    <w:p>
      <w:pPr>
        <w:jc w:val="right"/>
      </w:pPr>
      <w:r>
        <w:t>All other religious books are changed.</w:t>
      </w:r>
    </w:p>
    <w:p>
      <w:r>
        <w:rPr>
          <w:b/>
        </w:rPr>
        <w:t xml:space="preserve">[24:32] </w:t>
      </w:r>
      <w:r>
        <w:t>There are some alterations.</w:t>
      </w:r>
    </w:p>
    <w:p>
      <w:pPr>
        <w:jc w:val="right"/>
      </w:pPr>
      <w:r>
        <w:t>There are some alterations.</w:t>
      </w:r>
    </w:p>
    <w:p>
      <w:r>
        <w:rPr>
          <w:b/>
        </w:rPr>
        <w:t xml:space="preserve">[24:40] </w:t>
      </w:r>
      <w:r>
        <w:t>No religious book other than the Qur'an you can find in a preserved form.</w:t>
      </w:r>
    </w:p>
    <w:p>
      <w:pPr>
        <w:jc w:val="right"/>
      </w:pPr>
      <w:r>
        <w:t>No religious book other than the Qur'an you can find in a preserved form.</w:t>
      </w:r>
    </w:p>
    <w:p>
      <w:r>
        <w:rPr>
          <w:b/>
        </w:rPr>
        <w:t xml:space="preserve">[24:49] </w:t>
      </w:r>
      <w:r>
        <w:t>So you have to read the Qur'an to find the answers to your questions.</w:t>
      </w:r>
    </w:p>
    <w:p>
      <w:pPr>
        <w:jc w:val="right"/>
      </w:pPr>
      <w:r>
        <w:t>So you have to read the Qur'an to find the answers to your questions.</w:t>
      </w:r>
    </w:p>
    <w:p>
      <w:r>
        <w:rPr>
          <w:b/>
        </w:rPr>
        <w:t xml:space="preserve">[24:57] </w:t>
      </w:r>
      <w:r>
        <w:t>You know, everyone is born as a seeker.</w:t>
      </w:r>
    </w:p>
    <w:p>
      <w:pPr>
        <w:jc w:val="right"/>
      </w:pPr>
      <w:r>
        <w:t>You know, everyone is born as a seeker.</w:t>
      </w:r>
    </w:p>
    <w:p>
      <w:r>
        <w:rPr>
          <w:b/>
        </w:rPr>
        <w:t xml:space="preserve">[25:06] </w:t>
      </w:r>
      <w:r>
        <w:t>Everyone is born as a seeker.</w:t>
      </w:r>
    </w:p>
    <w:p>
      <w:pPr>
        <w:jc w:val="right"/>
      </w:pPr>
      <w:r>
        <w:t>Everyone is born as a seeker.</w:t>
      </w:r>
    </w:p>
    <w:p>
      <w:r>
        <w:rPr>
          <w:b/>
        </w:rPr>
        <w:t xml:space="preserve">[25:15] </w:t>
      </w:r>
      <w:r>
        <w:t>And the Qur'an is the only book that gives you the answers to your questions.</w:t>
      </w:r>
    </w:p>
    <w:p>
      <w:pPr>
        <w:jc w:val="right"/>
      </w:pPr>
      <w:r>
        <w:t>And the Qur'an is the only book that gives you the answers to your questions.</w:t>
      </w:r>
    </w:p>
    <w:p>
      <w:r>
        <w:rPr>
          <w:b/>
        </w:rPr>
        <w:t xml:space="preserve">[25:24] </w:t>
      </w:r>
      <w:r>
        <w:t>So there is no option for you.</w:t>
      </w:r>
    </w:p>
    <w:p>
      <w:pPr>
        <w:jc w:val="right"/>
      </w:pPr>
      <w:r>
        <w:t>So there is no option for you.</w:t>
      </w:r>
    </w:p>
    <w:p>
      <w:r>
        <w:rPr>
          <w:b/>
        </w:rPr>
        <w:t xml:space="preserve">[25:33] </w:t>
      </w:r>
      <w:r>
        <w:t>No options for you.</w:t>
      </w:r>
    </w:p>
    <w:p>
      <w:pPr>
        <w:jc w:val="right"/>
      </w:pPr>
      <w:r>
        <w:t>No options for you.</w:t>
      </w:r>
    </w:p>
    <w:p>
      <w:r>
        <w:rPr>
          <w:b/>
        </w:rPr>
        <w:t xml:space="preserve">[25:42] </w:t>
      </w:r>
      <w:r>
        <w:t>Then when you read, when you start reading the Qur'an, in the outset, you read this verse: malik</w:t>
      </w:r>
    </w:p>
    <w:p>
      <w:pPr>
        <w:jc w:val="right"/>
      </w:pPr>
      <w:r>
        <w:t>Then when you read, when you start reading the Qur'an, in the outset, you read this verse: مَالِكَ</w:t>
      </w:r>
    </w:p>
    <w:p>
      <w:r>
        <w:rPr>
          <w:b/>
        </w:rPr>
        <w:t xml:space="preserve">[25:51] </w:t>
      </w:r>
      <w:r>
        <w:t>yaumiddeen It means that God is the Lord of the Day of Judgment.</w:t>
      </w:r>
    </w:p>
    <w:p>
      <w:pPr>
        <w:jc w:val="right"/>
      </w:pPr>
      <w:r>
        <w:t>يَوْمِ الدِّينِ It means that God is the Lord of the Day of Judgment.</w:t>
      </w:r>
    </w:p>
    <w:p>
      <w:r>
        <w:rPr>
          <w:b/>
        </w:rPr>
        <w:t xml:space="preserve">[26:00] </w:t>
      </w:r>
      <w:r>
        <w:t>It means there is a Day of Judgment.</w:t>
      </w:r>
    </w:p>
    <w:p>
      <w:pPr>
        <w:jc w:val="right"/>
      </w:pPr>
      <w:r>
        <w:t>It means there is a Day of Judgment.</w:t>
      </w:r>
    </w:p>
    <w:p>
      <w:r>
        <w:rPr>
          <w:b/>
        </w:rPr>
        <w:t xml:space="preserve">[26:08] </w:t>
      </w:r>
      <w:r>
        <w:t>Death is not—that is not simply the end of your life.</w:t>
      </w:r>
    </w:p>
    <w:p>
      <w:pPr>
        <w:jc w:val="right"/>
      </w:pPr>
      <w:r>
        <w:t>Death is not—that is not simply the end of your life.</w:t>
      </w:r>
    </w:p>
    <w:p>
      <w:r>
        <w:rPr>
          <w:b/>
        </w:rPr>
        <w:t xml:space="preserve">[26:16] </w:t>
      </w:r>
      <w:r>
        <w:t>Death is only a new beginning.</w:t>
      </w:r>
    </w:p>
    <w:p>
      <w:pPr>
        <w:jc w:val="right"/>
      </w:pPr>
      <w:r>
        <w:t>Death is only a new beginning.</w:t>
      </w:r>
    </w:p>
    <w:p>
      <w:r>
        <w:rPr>
          <w:b/>
        </w:rPr>
        <w:t xml:space="preserve">[26:24] </w:t>
      </w:r>
      <w:r>
        <w:t>Death is the second beginning of your life.</w:t>
      </w:r>
    </w:p>
    <w:p>
      <w:pPr>
        <w:jc w:val="right"/>
      </w:pPr>
      <w:r>
        <w:t>Death is the second beginning of your life.</w:t>
      </w:r>
    </w:p>
    <w:p>
      <w:r>
        <w:rPr>
          <w:b/>
        </w:rPr>
        <w:t xml:space="preserve">[26:32] </w:t>
      </w:r>
      <w:r>
        <w:t>So I can say that maybe you have lost the first chance, but don't try to lose the second chance.</w:t>
      </w:r>
    </w:p>
    <w:p>
      <w:pPr>
        <w:jc w:val="right"/>
      </w:pPr>
      <w:r>
        <w:t>So I can say that maybe you have lost the first chance, but don't try to lose the second chance.</w:t>
      </w:r>
    </w:p>
    <w:p>
      <w:r>
        <w:rPr>
          <w:b/>
        </w:rPr>
        <w:t xml:space="preserve">[26:41] </w:t>
      </w:r>
      <w:r>
        <w:t>Present life, your present life, is the first chance. And after death, you will find the second chance.</w:t>
      </w:r>
    </w:p>
    <w:p>
      <w:pPr>
        <w:jc w:val="right"/>
      </w:pPr>
      <w:r>
        <w:t>Present life, your present life, is the first chance. And after death, you will find the second chance.</w:t>
      </w:r>
    </w:p>
    <w:p>
      <w:r>
        <w:rPr>
          <w:b/>
        </w:rPr>
        <w:t xml:space="preserve">[27:04] </w:t>
      </w:r>
      <w:r>
        <w:t>So if you fail to avail the first chance, don't—you have to be so alert, so awakened, that</w:t>
      </w:r>
    </w:p>
    <w:p>
      <w:pPr>
        <w:jc w:val="right"/>
      </w:pPr>
      <w:r>
        <w:t>So if you fail to avail the first chance, don't—you have to be so alert, so awakened, that</w:t>
      </w:r>
    </w:p>
    <w:p>
      <w:r>
        <w:rPr>
          <w:b/>
        </w:rPr>
        <w:t xml:space="preserve">[27:21] </w:t>
      </w:r>
      <w:r>
        <w:t>you have to be determined that you are not going to lose the second chance, that is, after the death.</w:t>
      </w:r>
    </w:p>
    <w:p>
      <w:pPr>
        <w:jc w:val="right"/>
      </w:pPr>
      <w:r>
        <w:t>you have to be determined that you are not going to lose the second chance, that is, after the death.</w:t>
      </w:r>
    </w:p>
    <w:p>
      <w:r>
        <w:rPr>
          <w:b/>
        </w:rPr>
        <w:t xml:space="preserve">[27:38] </w:t>
      </w:r>
      <w:r>
        <w:t>This is the message of the Qur'an.</w:t>
      </w:r>
    </w:p>
    <w:p>
      <w:pPr>
        <w:jc w:val="right"/>
      </w:pPr>
      <w:r>
        <w:t>This is the message of the Qur'an.</w:t>
      </w:r>
    </w:p>
    <w:p>
      <w:r>
        <w:rPr>
          <w:b/>
        </w:rPr>
        <w:t xml:space="preserve">[27:46] </w:t>
      </w:r>
      <w:r>
        <w:t>The Qur'an is a warning, but at the same time, the Qur'an is a good tiding.</w:t>
      </w:r>
    </w:p>
    <w:p>
      <w:pPr>
        <w:jc w:val="right"/>
      </w:pPr>
      <w:r>
        <w:t>The Qur'an is a warning, but at the same time, the Qur'an is a good tiding.</w:t>
      </w:r>
    </w:p>
    <w:p>
      <w:r>
        <w:rPr>
          <w:b/>
        </w:rPr>
        <w:t xml:space="preserve">[27:54] </w:t>
      </w:r>
      <w:r>
        <w:t>The Qur'an gives you a good tiding, a warning against hell, and a good time and a good</w:t>
      </w:r>
    </w:p>
    <w:p>
      <w:pPr>
        <w:jc w:val="right"/>
      </w:pPr>
      <w:r>
        <w:t>The Qur'an gives you a good tiding, a warning against hell, and a good time and a good</w:t>
      </w:r>
    </w:p>
    <w:p>
      <w:r>
        <w:rPr>
          <w:b/>
        </w:rPr>
        <w:t xml:space="preserve">[28:02] </w:t>
      </w:r>
      <w:r>
        <w:t>tiding about paradise.</w:t>
      </w:r>
    </w:p>
    <w:p>
      <w:pPr>
        <w:jc w:val="right"/>
      </w:pPr>
      <w:r>
        <w:t>tiding about paradise.</w:t>
      </w:r>
    </w:p>
    <w:p>
      <w:r>
        <w:rPr>
          <w:b/>
        </w:rPr>
        <w:t xml:space="preserve">[28:10] </w:t>
      </w:r>
      <w:r>
        <w:t>So you have to read the Qur'an.</w:t>
      </w:r>
    </w:p>
    <w:p>
      <w:pPr>
        <w:jc w:val="right"/>
      </w:pPr>
      <w:r>
        <w:t>So you have to read the Qur'an.</w:t>
      </w:r>
    </w:p>
    <w:p>
      <w:r>
        <w:rPr>
          <w:b/>
        </w:rPr>
        <w:t xml:space="preserve">[28:18] </w:t>
      </w:r>
      <w:r>
        <w:t>Someone has rightly said that when I obtained a copy and started reading it, I found that the</w:t>
      </w:r>
    </w:p>
    <w:p>
      <w:pPr>
        <w:jc w:val="right"/>
      </w:pPr>
      <w:r>
        <w:t>Someone has rightly said that when I obtained a copy and started reading it, I found that the</w:t>
      </w:r>
    </w:p>
    <w:p>
      <w:r>
        <w:rPr>
          <w:b/>
        </w:rPr>
        <w:t xml:space="preserve">[28:26] </w:t>
      </w:r>
      <w:r>
        <w:t>style of the Qur'an is very unique.</w:t>
      </w:r>
    </w:p>
    <w:p>
      <w:pPr>
        <w:jc w:val="right"/>
      </w:pPr>
      <w:r>
        <w:t>style of the Qur'an is very unique.</w:t>
      </w:r>
    </w:p>
    <w:p>
      <w:r>
        <w:rPr>
          <w:b/>
        </w:rPr>
        <w:t xml:space="preserve">[28:34] </w:t>
      </w:r>
      <w:r>
        <w:t>Here God directly addresses you.</w:t>
      </w:r>
    </w:p>
    <w:p>
      <w:pPr>
        <w:jc w:val="right"/>
      </w:pPr>
      <w:r>
        <w:t>Here God directly addresses you.</w:t>
      </w:r>
    </w:p>
    <w:p>
      <w:r>
        <w:rPr>
          <w:b/>
        </w:rPr>
        <w:t xml:space="preserve">[28:42] </w:t>
      </w:r>
      <w:r>
        <w:t>I found that here God is addressing directly.</w:t>
      </w:r>
    </w:p>
    <w:p>
      <w:pPr>
        <w:jc w:val="right"/>
      </w:pPr>
      <w:r>
        <w:t>I found that here God is addressing directly.</w:t>
      </w:r>
    </w:p>
    <w:p>
      <w:r>
        <w:rPr>
          <w:b/>
        </w:rPr>
        <w:t xml:space="preserve">[28:51] </w:t>
      </w:r>
      <w:r>
        <w:t>God speaks in such language.</w:t>
      </w:r>
    </w:p>
    <w:p>
      <w:pPr>
        <w:jc w:val="right"/>
      </w:pPr>
      <w:r>
        <w:t>God speaks in such language.</w:t>
      </w:r>
    </w:p>
    <w:p>
      <w:r>
        <w:rPr>
          <w:b/>
        </w:rPr>
        <w:t xml:space="preserve">[29:02] </w:t>
      </w:r>
      <w:r>
        <w:t>ayyuha al-insan? ayyuha al-nas? ya ayyuha al-insan ma gharrq rabbuka al-karim This is the style of the Qur'an.</w:t>
      </w:r>
    </w:p>
    <w:p>
      <w:pPr>
        <w:jc w:val="right"/>
      </w:pPr>
      <w:r>
        <w:t>أَيُّهَا الْإِنْسَانُ ؟ أَيُّهَا النَّاسُ ؟ يَا أَيُّهَا الْإِنْسَانُ مَا غَرَّقَ رَبُّكَ الْكَرِيمُ This is the style of the Qur'an.</w:t>
      </w:r>
    </w:p>
    <w:p>
      <w:r>
        <w:rPr>
          <w:b/>
        </w:rPr>
        <w:t xml:space="preserve">[29:13] </w:t>
      </w:r>
      <w:r>
        <w:t>It means that in the Qur'an, God says, "O man, this is your Lord.</w:t>
      </w:r>
    </w:p>
    <w:p>
      <w:pPr>
        <w:jc w:val="right"/>
      </w:pPr>
      <w:r>
        <w:t>It means that in the Qur'an, God says, "O man, this is your Lord.</w:t>
      </w:r>
    </w:p>
    <w:p>
      <w:r>
        <w:rPr>
          <w:b/>
        </w:rPr>
        <w:t xml:space="preserve">[29:24] </w:t>
      </w:r>
      <w:r>
        <w:t>O man, this is your Creator.</w:t>
      </w:r>
    </w:p>
    <w:p>
      <w:pPr>
        <w:jc w:val="right"/>
      </w:pPr>
      <w:r>
        <w:t>O man, this is your Creator.</w:t>
      </w:r>
    </w:p>
    <w:p>
      <w:r>
        <w:rPr>
          <w:b/>
        </w:rPr>
        <w:t xml:space="preserve">[29:31] </w:t>
      </w:r>
      <w:r>
        <w:t>This is your Lord addressing you.</w:t>
      </w:r>
    </w:p>
    <w:p>
      <w:pPr>
        <w:jc w:val="right"/>
      </w:pPr>
      <w:r>
        <w:t>This is your Lord addressing you.</w:t>
      </w:r>
    </w:p>
    <w:p>
      <w:r>
        <w:rPr>
          <w:b/>
        </w:rPr>
        <w:t xml:space="preserve">[29:38] </w:t>
      </w:r>
      <w:r>
        <w:t>Listen to me and follow my advice, follow my directions." This is the style of the Qur'an.</w:t>
      </w:r>
    </w:p>
    <w:p>
      <w:pPr>
        <w:jc w:val="right"/>
      </w:pPr>
      <w:r>
        <w:t>Listen to me and follow my advice, follow my directions." This is the style of the Qur'an.</w:t>
      </w:r>
    </w:p>
    <w:p>
      <w:r>
        <w:rPr>
          <w:b/>
        </w:rPr>
        <w:t xml:space="preserve">[29:46] </w:t>
      </w:r>
      <w:r>
        <w:t>It is very impressive.</w:t>
      </w:r>
    </w:p>
    <w:p>
      <w:pPr>
        <w:jc w:val="right"/>
      </w:pPr>
      <w:r>
        <w:t>It is very impressive.</w:t>
      </w:r>
    </w:p>
    <w:p>
      <w:r>
        <w:rPr>
          <w:b/>
        </w:rPr>
        <w:t xml:space="preserve">[29:53] </w:t>
      </w:r>
      <w:r>
        <w:t>All those people who read the Qur'an sincerely, they are very much impressed with this style.</w:t>
      </w:r>
    </w:p>
    <w:p>
      <w:pPr>
        <w:jc w:val="right"/>
      </w:pPr>
      <w:r>
        <w:t>All those people who read the Qur'an sincerely, they are very much impressed with this style.</w:t>
      </w:r>
    </w:p>
    <w:p>
      <w:r>
        <w:rPr>
          <w:b/>
        </w:rPr>
        <w:t xml:space="preserve">[30:01] </w:t>
      </w:r>
      <w:r>
        <w:t>They feel that their questions are unanswered here.</w:t>
      </w:r>
    </w:p>
    <w:p>
      <w:pPr>
        <w:jc w:val="right"/>
      </w:pPr>
      <w:r>
        <w:t>They feel that their questions are unanswered here.</w:t>
      </w:r>
    </w:p>
    <w:p>
      <w:r>
        <w:rPr>
          <w:b/>
        </w:rPr>
        <w:t xml:space="preserve">[30:10] </w:t>
      </w:r>
      <w:r>
        <w:t>They feel that their soul is addressed here.</w:t>
      </w:r>
    </w:p>
    <w:p>
      <w:pPr>
        <w:jc w:val="right"/>
      </w:pPr>
      <w:r>
        <w:t>They feel that their soul is addressed here.</w:t>
      </w:r>
    </w:p>
    <w:p>
      <w:r>
        <w:rPr>
          <w:b/>
        </w:rPr>
        <w:t xml:space="preserve">[30:20] </w:t>
      </w:r>
      <w:r>
        <w:t>They feel that their mind is addressed here in this Qur'an.</w:t>
      </w:r>
    </w:p>
    <w:p>
      <w:pPr>
        <w:jc w:val="right"/>
      </w:pPr>
      <w:r>
        <w:t>They feel that their mind is addressed here in this Qur'an.</w:t>
      </w:r>
    </w:p>
    <w:p>
      <w:r>
        <w:rPr>
          <w:b/>
        </w:rPr>
        <w:t xml:space="preserve">[30:30] </w:t>
      </w:r>
      <w:r>
        <w:t>The Qur'an gives you the detail of the belief system.</w:t>
      </w:r>
    </w:p>
    <w:p>
      <w:pPr>
        <w:jc w:val="right"/>
      </w:pPr>
      <w:r>
        <w:t>The Qur'an gives you the detail of the belief system.</w:t>
      </w:r>
    </w:p>
    <w:p>
      <w:r>
        <w:rPr>
          <w:b/>
        </w:rPr>
        <w:t xml:space="preserve">[30:40] </w:t>
      </w:r>
      <w:r>
        <w:t>The Qur'an gives you the detail of the belief system.</w:t>
      </w:r>
    </w:p>
    <w:p>
      <w:pPr>
        <w:jc w:val="right"/>
      </w:pPr>
      <w:r>
        <w:t>The Qur'an gives you the detail of the belief system.</w:t>
      </w:r>
    </w:p>
    <w:p>
      <w:r>
        <w:rPr>
          <w:b/>
        </w:rPr>
        <w:t xml:space="preserve">[30:50] </w:t>
      </w:r>
      <w:r>
        <w:t>And the Qur'an gives you how to worship, who is liable to worship, how you—what is the method of worship.</w:t>
      </w:r>
    </w:p>
    <w:p>
      <w:pPr>
        <w:jc w:val="right"/>
      </w:pPr>
      <w:r>
        <w:t>And the Qur'an gives you how to worship, who is liable to worship, how you—what is the method of worship.</w:t>
      </w:r>
    </w:p>
    <w:p>
      <w:r>
        <w:rPr>
          <w:b/>
        </w:rPr>
        <w:t xml:space="preserve">[31:00] </w:t>
      </w:r>
      <w:r>
        <w:t>Then the Qur'an gives you the detail of moral values. What are the moral values and what are the authentic or what are the human values for you?</w:t>
      </w:r>
    </w:p>
    <w:p>
      <w:pPr>
        <w:jc w:val="right"/>
      </w:pPr>
      <w:r>
        <w:t>Then the Qur'an gives you the detail of moral values. What are the moral values and what are the authentic or what are the human values for you?</w:t>
      </w:r>
    </w:p>
    <w:p>
      <w:r>
        <w:rPr>
          <w:b/>
        </w:rPr>
        <w:t xml:space="preserve">[31:22] </w:t>
      </w:r>
      <w:r>
        <w:t>Then the Qur'an gives you how to live a life.</w:t>
      </w:r>
    </w:p>
    <w:p>
      <w:pPr>
        <w:jc w:val="right"/>
      </w:pPr>
      <w:r>
        <w:t>Then the Qur'an gives you how to live a life.</w:t>
      </w:r>
    </w:p>
    <w:p>
      <w:r>
        <w:rPr>
          <w:b/>
        </w:rPr>
        <w:t xml:space="preserve">[31:29] </w:t>
      </w:r>
      <w:r>
        <w:t>The Qur'an gives you the detail of the conduct you have to observe in this life.</w:t>
      </w:r>
    </w:p>
    <w:p>
      <w:pPr>
        <w:jc w:val="right"/>
      </w:pPr>
      <w:r>
        <w:t>The Qur'an gives you the detail of the conduct you have to observe in this life.</w:t>
      </w:r>
    </w:p>
    <w:p>
      <w:r>
        <w:rPr>
          <w:b/>
        </w:rPr>
        <w:t xml:space="preserve">[31:36] </w:t>
      </w:r>
      <w:r>
        <w:t>All these things you can find in the Qur'an.</w:t>
      </w:r>
    </w:p>
    <w:p>
      <w:pPr>
        <w:jc w:val="right"/>
      </w:pPr>
      <w:r>
        <w:t>All these things you can find in the Qur'an.</w:t>
      </w:r>
    </w:p>
    <w:p>
      <w:r>
        <w:rPr>
          <w:b/>
        </w:rPr>
        <w:t xml:space="preserve">[31:43] </w:t>
      </w:r>
      <w:r>
        <w:t>The Qur'an is not a book of philosophy.</w:t>
      </w:r>
    </w:p>
    <w:p>
      <w:pPr>
        <w:jc w:val="right"/>
      </w:pPr>
      <w:r>
        <w:t>The Qur'an is not a book of philosophy.</w:t>
      </w:r>
    </w:p>
    <w:p>
      <w:r>
        <w:rPr>
          <w:b/>
        </w:rPr>
        <w:t xml:space="preserve">[31:50] </w:t>
      </w:r>
      <w:r>
        <w:t>The Qur'an is not a book of science.</w:t>
      </w:r>
    </w:p>
    <w:p>
      <w:pPr>
        <w:jc w:val="right"/>
      </w:pPr>
      <w:r>
        <w:t>The Qur'an is not a book of science.</w:t>
      </w:r>
    </w:p>
    <w:p>
      <w:r>
        <w:rPr>
          <w:b/>
        </w:rPr>
        <w:t xml:space="preserve">[31:57] </w:t>
      </w:r>
      <w:r>
        <w:t>The Qur'an is a book of spirituality.</w:t>
      </w:r>
    </w:p>
    <w:p>
      <w:pPr>
        <w:jc w:val="right"/>
      </w:pPr>
      <w:r>
        <w:t>The Qur'an is a book of spirituality.</w:t>
      </w:r>
    </w:p>
    <w:p>
      <w:r>
        <w:rPr>
          <w:b/>
        </w:rPr>
        <w:t xml:space="preserve">[32:03] </w:t>
      </w:r>
      <w:r>
        <w:t>The Qur'an is a book of spirituality.</w:t>
      </w:r>
    </w:p>
    <w:p>
      <w:pPr>
        <w:jc w:val="right"/>
      </w:pPr>
      <w:r>
        <w:t>The Qur'an is a book of spirituality.</w:t>
      </w:r>
    </w:p>
    <w:p>
      <w:r>
        <w:rPr>
          <w:b/>
        </w:rPr>
        <w:t xml:space="preserve">[32:09] </w:t>
      </w:r>
      <w:r>
        <w:t>The Qur'an is a book of realization.</w:t>
      </w:r>
    </w:p>
    <w:p>
      <w:pPr>
        <w:jc w:val="right"/>
      </w:pPr>
      <w:r>
        <w:t>The Qur'an is a book of realization.</w:t>
      </w:r>
    </w:p>
    <w:p>
      <w:r>
        <w:rPr>
          <w:b/>
        </w:rPr>
        <w:t xml:space="preserve">[32:15] </w:t>
      </w:r>
      <w:r>
        <w:t>The Qur'an is a book of realization.</w:t>
      </w:r>
    </w:p>
    <w:p>
      <w:pPr>
        <w:jc w:val="right"/>
      </w:pPr>
      <w:r>
        <w:t>The Qur'an is a book of realization.</w:t>
      </w:r>
    </w:p>
    <w:p>
      <w:r>
        <w:rPr>
          <w:b/>
        </w:rPr>
        <w:t xml:space="preserve">[32:21] </w:t>
      </w:r>
      <w:r>
        <w:t>In the Qur'an, you can discover the truth.</w:t>
      </w:r>
    </w:p>
    <w:p>
      <w:pPr>
        <w:jc w:val="right"/>
      </w:pPr>
      <w:r>
        <w:t>In the Qur'an, you can discover the truth.</w:t>
      </w:r>
    </w:p>
    <w:p>
      <w:r>
        <w:rPr>
          <w:b/>
        </w:rPr>
        <w:t xml:space="preserve">[32:28] </w:t>
      </w:r>
      <w:r>
        <w:t>Through the Qur'an, you can discover God.</w:t>
      </w:r>
    </w:p>
    <w:p>
      <w:pPr>
        <w:jc w:val="right"/>
      </w:pPr>
      <w:r>
        <w:t>Through the Qur'an, you can discover God.</w:t>
      </w:r>
    </w:p>
    <w:p>
      <w:r>
        <w:rPr>
          <w:b/>
        </w:rPr>
        <w:t xml:space="preserve">[32:40] </w:t>
      </w:r>
      <w:r>
        <w:t>Through the Qur'an, you can understand what is the purpose of life.</w:t>
      </w:r>
    </w:p>
    <w:p>
      <w:pPr>
        <w:jc w:val="right"/>
      </w:pPr>
      <w:r>
        <w:t>Through the Qur'an, you can understand what is the purpose of life.</w:t>
      </w:r>
    </w:p>
    <w:p>
      <w:r>
        <w:rPr>
          <w:b/>
        </w:rPr>
        <w:t xml:space="preserve">[32:52] </w:t>
      </w:r>
      <w:r>
        <w:t>For example, the Qur'an says, kunu rabbaniyyeen It means that adopt the Rabbani culture.</w:t>
      </w:r>
    </w:p>
    <w:p>
      <w:pPr>
        <w:jc w:val="right"/>
      </w:pPr>
      <w:r>
        <w:t>For example, the Qur'an says, كُونُوا رَبَّانِيِّينَ It means that adopt the Rabbani culture.</w:t>
      </w:r>
    </w:p>
    <w:p>
      <w:r>
        <w:rPr>
          <w:b/>
        </w:rPr>
        <w:t xml:space="preserve">[33:05] </w:t>
      </w:r>
      <w:r>
        <w:t>ar rabbaniyyata ar rabbaniyyata Now, what is Rabbani culture? It is a Rabb-oriented culture or a God-oriented culture.</w:t>
      </w:r>
    </w:p>
    <w:p>
      <w:pPr>
        <w:jc w:val="right"/>
      </w:pPr>
      <w:r>
        <w:t>اَلرَّبَّانِيَّةَ اَلرَّبَّانِيَّةَ Now, what is Rabbani culture? It is a Rabb-oriented culture or a God-oriented culture.</w:t>
      </w:r>
    </w:p>
    <w:p>
      <w:r>
        <w:rPr>
          <w:b/>
        </w:rPr>
        <w:t xml:space="preserve">[33:23] </w:t>
      </w:r>
      <w:r>
        <w:t>So this verse tells you a—this verse gives you a complete message about your life. It means that you have to adopt God-oriented thinking. You have to adopt God-oriented speech.</w:t>
      </w:r>
    </w:p>
    <w:p>
      <w:pPr>
        <w:jc w:val="right"/>
      </w:pPr>
      <w:r>
        <w:t>So this verse tells you a—this verse gives you a complete message about your life. It means that you have to adopt God-oriented thinking. You have to adopt God-oriented speech.</w:t>
      </w:r>
    </w:p>
    <w:p>
      <w:r>
        <w:rPr>
          <w:b/>
        </w:rPr>
        <w:t xml:space="preserve">[33:53] </w:t>
      </w:r>
      <w:r>
        <w:t>You have to adopt God-oriented action. You have to adopt God-oriented character.</w:t>
      </w:r>
    </w:p>
    <w:p>
      <w:pPr>
        <w:jc w:val="right"/>
      </w:pPr>
      <w:r>
        <w:t>You have to adopt God-oriented action. You have to adopt God-oriented character.</w:t>
      </w:r>
    </w:p>
    <w:p>
      <w:r>
        <w:rPr>
          <w:b/>
        </w:rPr>
        <w:t xml:space="preserve">[34:04] </w:t>
      </w:r>
      <w:r>
        <w:t>You have to adopt God-oriented behavior. This is the message given in the Qur'an in these verses. "kunu rabbaniyyeen" Adopt the way of—adopt Rabbani culture.</w:t>
      </w:r>
    </w:p>
    <w:p>
      <w:pPr>
        <w:jc w:val="right"/>
      </w:pPr>
      <w:r>
        <w:t>You have to adopt God-oriented behavior. This is the message given in the Qur'an in these verses. كُونُوا رَبَّانِيِّينَ Adopt the way of—adopt Rabbani culture.</w:t>
      </w:r>
    </w:p>
    <w:p>
      <w:r>
        <w:rPr>
          <w:b/>
        </w:rPr>
        <w:t xml:space="preserve">[34:28] </w:t>
      </w:r>
      <w:r>
        <w:t>Adopt the culture of "arrabbaniyya kunu rabbaniyyeen" Adopt Rabb-oriented life. So here you can find a complete message. A complete message. It means that make God your supreme concern.</w:t>
      </w:r>
    </w:p>
    <w:p>
      <w:pPr>
        <w:jc w:val="right"/>
      </w:pPr>
      <w:r>
        <w:t>Adopt the culture of اَلرَّبَّانِيَّةَ كُونُوا رَبَّانِيِّينَ Adopt Rabb-oriented life. So here you can find a complete message. A complete message. It means that make God your supreme concern.</w:t>
      </w:r>
    </w:p>
    <w:p>
      <w:r>
        <w:rPr>
          <w:b/>
        </w:rPr>
        <w:t xml:space="preserve">[34:57] </w:t>
      </w:r>
      <w:r>
        <w:t>kunu rabbaniyyeen means make God your supreme concern.</w:t>
      </w:r>
    </w:p>
    <w:p>
      <w:pPr>
        <w:jc w:val="right"/>
      </w:pPr>
      <w:r>
        <w:t>كُونُوا رَبَّانِيِّينَ means make God your supreme concern.</w:t>
      </w:r>
    </w:p>
    <w:p>
      <w:r>
        <w:rPr>
          <w:b/>
        </w:rPr>
        <w:t xml:space="preserve">[35:06] </w:t>
      </w:r>
      <w:r>
        <w:t>I think that here you can find a complete message.</w:t>
      </w:r>
    </w:p>
    <w:p>
      <w:pPr>
        <w:jc w:val="right"/>
      </w:pPr>
      <w:r>
        <w:t>I think that here you can find a complete message.</w:t>
      </w:r>
    </w:p>
    <w:p>
      <w:r>
        <w:rPr>
          <w:b/>
        </w:rPr>
        <w:t xml:space="preserve">[35:15] </w:t>
      </w:r>
      <w:r>
        <w:t>A complete message.</w:t>
      </w:r>
    </w:p>
    <w:p>
      <w:pPr>
        <w:jc w:val="right"/>
      </w:pPr>
      <w:r>
        <w:t>A complete message.</w:t>
      </w:r>
    </w:p>
    <w:p>
      <w:r>
        <w:rPr>
          <w:b/>
        </w:rPr>
        <w:t xml:space="preserve">[35:24] </w:t>
      </w:r>
      <w:r>
        <w:t>So there are—the whole Qur'an gives you—the whole Qur'an gives you such kind of directions.</w:t>
      </w:r>
    </w:p>
    <w:p>
      <w:pPr>
        <w:jc w:val="right"/>
      </w:pPr>
      <w:r>
        <w:t>So there are—the whole Qur'an gives you—the whole Qur'an gives you such kind of directions.</w:t>
      </w:r>
    </w:p>
    <w:p>
      <w:r>
        <w:rPr>
          <w:b/>
        </w:rPr>
        <w:t xml:space="preserve">[35:33] </w:t>
      </w:r>
      <w:r>
        <w:t>The Qur'an is not a simple book.</w:t>
      </w:r>
    </w:p>
    <w:p>
      <w:pPr>
        <w:jc w:val="right"/>
      </w:pPr>
      <w:r>
        <w:t>The Qur'an is not a simple book.</w:t>
      </w:r>
    </w:p>
    <w:p>
      <w:r>
        <w:rPr>
          <w:b/>
        </w:rPr>
        <w:t xml:space="preserve">[35:42] </w:t>
      </w:r>
      <w:r>
        <w:t>The Qur'an is not like other books prepared by some authors, some human beings. No.</w:t>
      </w:r>
    </w:p>
    <w:p>
      <w:pPr>
        <w:jc w:val="right"/>
      </w:pPr>
      <w:r>
        <w:t>The Qur'an is not like other books prepared by some authors, some human beings. No.</w:t>
      </w:r>
    </w:p>
    <w:p>
      <w:r>
        <w:rPr>
          <w:b/>
        </w:rPr>
        <w:t xml:space="preserve">[35:51] </w:t>
      </w:r>
      <w:r>
        <w:t>The Qur'an is the word of God.</w:t>
      </w:r>
    </w:p>
    <w:p>
      <w:pPr>
        <w:jc w:val="right"/>
      </w:pPr>
      <w:r>
        <w:t>The Qur'an is the word of God.</w:t>
      </w:r>
    </w:p>
    <w:p>
      <w:r>
        <w:rPr>
          <w:b/>
        </w:rPr>
        <w:t xml:space="preserve">[36:01] </w:t>
      </w:r>
      <w:r>
        <w:t>The Qur'an was revealed in later and meaning both from God. Its language is a divine language. Not only the message, but the language is also a divine language. It is very important to know.</w:t>
      </w:r>
    </w:p>
    <w:p>
      <w:pPr>
        <w:jc w:val="right"/>
      </w:pPr>
      <w:r>
        <w:t>The Qur'an was revealed in later and meaning both from God. Its language is a divine language. Not only the message, but the language is also a divine language. It is very important to know.</w:t>
      </w:r>
    </w:p>
    <w:p>
      <w:r>
        <w:rPr>
          <w:b/>
        </w:rPr>
        <w:t xml:space="preserve">[36:26] </w:t>
      </w:r>
      <w:r>
        <w:t>Some people think that the Qur'an is a book of God, but only in its message and not in its word. It is wrong to say.</w:t>
      </w:r>
    </w:p>
    <w:p>
      <w:pPr>
        <w:jc w:val="right"/>
      </w:pPr>
      <w:r>
        <w:t>Some people think that the Qur'an is a book of God, but only in its message and not in its word. It is wrong to say.</w:t>
      </w:r>
    </w:p>
    <w:p>
      <w:r>
        <w:rPr>
          <w:b/>
        </w:rPr>
        <w:t xml:space="preserve">[36:48] </w:t>
      </w:r>
      <w:r>
        <w:t>The Qur'an is a book of God in both the senses.</w:t>
      </w:r>
    </w:p>
    <w:p>
      <w:pPr>
        <w:jc w:val="right"/>
      </w:pPr>
      <w:r>
        <w:t>The Qur'an is a book of God in both the senses.</w:t>
      </w:r>
    </w:p>
    <w:p>
      <w:r>
        <w:rPr>
          <w:b/>
        </w:rPr>
        <w:t xml:space="preserve">[36:56] </w:t>
      </w:r>
      <w:r>
        <w:t>In both the senses, the Qur'an is a book of God in letters, also a book of God</w:t>
      </w:r>
    </w:p>
    <w:p>
      <w:pPr>
        <w:jc w:val="right"/>
      </w:pPr>
      <w:r>
        <w:t>In both the senses, the Qur'an is a book of God in letters, also a book of God</w:t>
      </w:r>
    </w:p>
    <w:p>
      <w:r>
        <w:rPr>
          <w:b/>
        </w:rPr>
        <w:t xml:space="preserve">[37:04] </w:t>
      </w:r>
      <w:r>
        <w:t>in its message.</w:t>
      </w:r>
    </w:p>
    <w:p>
      <w:pPr>
        <w:jc w:val="right"/>
      </w:pPr>
      <w:r>
        <w:t>in its message.</w:t>
      </w:r>
    </w:p>
    <w:p>
      <w:r>
        <w:rPr>
          <w:b/>
        </w:rPr>
        <w:t xml:space="preserve">[37:12] </w:t>
      </w:r>
      <w:r>
        <w:t>So the word is also a divine word, and the message is also a divine word.</w:t>
      </w:r>
    </w:p>
    <w:p>
      <w:pPr>
        <w:jc w:val="right"/>
      </w:pPr>
      <w:r>
        <w:t>So the word is also a divine word, and the message is also a divine word.</w:t>
      </w:r>
    </w:p>
    <w:p>
      <w:r>
        <w:rPr>
          <w:b/>
        </w:rPr>
        <w:t xml:space="preserve">[37:20] </w:t>
      </w:r>
      <w:r>
        <w:t>The Qur'an—in the outset, the Qur'an says, "thalikal kitabu la rayba feeh" This is the book. There is no doubt about it.</w:t>
      </w:r>
    </w:p>
    <w:p>
      <w:pPr>
        <w:jc w:val="right"/>
      </w:pPr>
      <w:r>
        <w:t>The Qur'an—in the outset, the Qur'an says, ذَٰلِكَ الْكِتَابُ لَا رَيْبَ فِيهِ This is the book. There is no doubt about it.</w:t>
      </w:r>
    </w:p>
    <w:p>
      <w:r>
        <w:rPr>
          <w:b/>
        </w:rPr>
        <w:t xml:space="preserve">[37:37] </w:t>
      </w:r>
      <w:r>
        <w:t>This kind of address you can find—you cannot find in any other book. "thalikal kitabu la rayba feeh hudan lil muttaqeen" This is the book. There is no doubt about it.</w:t>
      </w:r>
    </w:p>
    <w:p>
      <w:pPr>
        <w:jc w:val="right"/>
      </w:pPr>
      <w:r>
        <w:t>This kind of address you can find—you cannot find in any other book. ذَٰلِكَ الْكِتَابُ لَا رَيْبَ فِيهِ هُدًى لِلْمُتَّقِينَ This is the book. There is no doubt about it.</w:t>
      </w:r>
    </w:p>
    <w:p>
      <w:r>
        <w:rPr>
          <w:b/>
        </w:rPr>
        <w:t xml:space="preserve">[37:53] </w:t>
      </w:r>
      <w:r>
        <w:t>"hudan lil muttaqeen" This book is a guidance for anyone who wants to know what is the truth. To truth-seeking people, it is guidance for truth-seeking people.</w:t>
      </w:r>
    </w:p>
    <w:p>
      <w:pPr>
        <w:jc w:val="right"/>
      </w:pPr>
      <w:r>
        <w:t>هُدًى لِلْمُتَّقِينَ This book is a guidance for anyone who wants to know what is the truth. To truth-seeking people, it is guidance for truth-seeking people.</w:t>
      </w:r>
    </w:p>
    <w:p>
      <w:r>
        <w:rPr>
          <w:b/>
        </w:rPr>
        <w:t xml:space="preserve">[38:15] </w:t>
      </w:r>
      <w:r>
        <w:t>This kind of statement you cannot find in any other book. And when you read, you find that every page of the Qur'an gives you answers to your questions. Almost every page is enough to understand.</w:t>
      </w:r>
    </w:p>
    <w:p>
      <w:pPr>
        <w:jc w:val="right"/>
      </w:pPr>
      <w:r>
        <w:t>This kind of statement you cannot find in any other book. And when you read, you find that every page of the Qur'an gives you answers to your questions. Almost every page is enough to understand.</w:t>
      </w:r>
    </w:p>
    <w:p>
      <w:r>
        <w:rPr>
          <w:b/>
        </w:rPr>
        <w:t xml:space="preserve">[38:43] </w:t>
      </w:r>
      <w:r>
        <w:t>In any page of the word, in any page of the Qur'an, you can find its message.</w:t>
      </w:r>
    </w:p>
    <w:p>
      <w:pPr>
        <w:jc w:val="right"/>
      </w:pPr>
      <w:r>
        <w:t>In any page of the word, in any page of the Qur'an, you can find its message.</w:t>
      </w:r>
    </w:p>
    <w:p>
      <w:r>
        <w:rPr>
          <w:b/>
        </w:rPr>
        <w:t xml:space="preserve">[38:50] </w:t>
      </w:r>
      <w:r>
        <w:t>If you read only one page of the Qur'an, only one page of the Qur'an, you can find</w:t>
      </w:r>
    </w:p>
    <w:p>
      <w:pPr>
        <w:jc w:val="right"/>
      </w:pPr>
      <w:r>
        <w:t>If you read only one page of the Qur'an, only one page of the Qur'an, you can find</w:t>
      </w:r>
    </w:p>
    <w:p>
      <w:r>
        <w:rPr>
          <w:b/>
        </w:rPr>
        <w:t xml:space="preserve">[38:58] </w:t>
      </w:r>
      <w:r>
        <w:t>the complete message of the Qur'an.</w:t>
      </w:r>
    </w:p>
    <w:p>
      <w:pPr>
        <w:jc w:val="right"/>
      </w:pPr>
      <w:r>
        <w:t>the complete message of the Qur'an.</w:t>
      </w:r>
    </w:p>
    <w:p>
      <w:r>
        <w:rPr>
          <w:b/>
        </w:rPr>
        <w:t xml:space="preserve">[39:06] </w:t>
      </w:r>
      <w:r>
        <w:t>The Qur'an is a unique book.</w:t>
      </w:r>
    </w:p>
    <w:p>
      <w:pPr>
        <w:jc w:val="right"/>
      </w:pPr>
      <w:r>
        <w:t>The Qur'an is a unique book.</w:t>
      </w:r>
    </w:p>
    <w:p>
      <w:r>
        <w:rPr>
          <w:b/>
        </w:rPr>
        <w:t xml:space="preserve">[39:13] </w:t>
      </w:r>
      <w:r>
        <w:t>It is not that if you read the whole Qur'an from A to Z, then you will find</w:t>
      </w:r>
    </w:p>
    <w:p>
      <w:pPr>
        <w:jc w:val="right"/>
      </w:pPr>
      <w:r>
        <w:t>It is not that if you read the whole Qur'an from A to Z, then you will find</w:t>
      </w:r>
    </w:p>
    <w:p>
      <w:r>
        <w:rPr>
          <w:b/>
        </w:rPr>
        <w:t xml:space="preserve">[39:21] </w:t>
      </w:r>
      <w:r>
        <w:t>the theme of the Qur'an, the message of the Qur'an.</w:t>
      </w:r>
    </w:p>
    <w:p>
      <w:pPr>
        <w:jc w:val="right"/>
      </w:pPr>
      <w:r>
        <w:t>the theme of the Qur'an, the message of the Qur'an.</w:t>
      </w:r>
    </w:p>
    <w:p>
      <w:r>
        <w:rPr>
          <w:b/>
        </w:rPr>
        <w:t xml:space="preserve">[39:29] </w:t>
      </w:r>
      <w:r>
        <w:t>Even if you read a single page of the Qur'an, you can find the complete message of the Qur'an.</w:t>
      </w:r>
    </w:p>
    <w:p>
      <w:pPr>
        <w:jc w:val="right"/>
      </w:pPr>
      <w:r>
        <w:t>Even if you read a single page of the Qur'an, you can find the complete message of the Qur'an.</w:t>
      </w:r>
    </w:p>
    <w:p>
      <w:r>
        <w:rPr>
          <w:b/>
        </w:rPr>
        <w:t xml:space="preserve">[39:36] </w:t>
      </w:r>
      <w:r>
        <w:t>This is the uniqueness of the Qur'an.</w:t>
      </w:r>
    </w:p>
    <w:p>
      <w:pPr>
        <w:jc w:val="right"/>
      </w:pPr>
      <w:r>
        <w:t>This is the uniqueness of the Qur'an.</w:t>
      </w:r>
    </w:p>
    <w:p>
      <w:r>
        <w:rPr>
          <w:b/>
        </w:rPr>
        <w:t xml:space="preserve">[39:44] </w:t>
      </w:r>
      <w:r>
        <w:t>This is the unique—anytime you can try this.</w:t>
      </w:r>
    </w:p>
    <w:p>
      <w:pPr>
        <w:jc w:val="right"/>
      </w:pPr>
      <w:r>
        <w:t>This is the unique—anytime you can try this.</w:t>
      </w:r>
    </w:p>
    <w:p>
      <w:r>
        <w:rPr>
          <w:b/>
        </w:rPr>
        <w:t xml:space="preserve">[39:52] </w:t>
      </w:r>
      <w:r>
        <w:t>You open the Qur'an abruptly and see the page which is before you.</w:t>
      </w:r>
    </w:p>
    <w:p>
      <w:pPr>
        <w:jc w:val="right"/>
      </w:pPr>
      <w:r>
        <w:t>You open the Qur'an abruptly and see the page which is before you.</w:t>
      </w:r>
    </w:p>
    <w:p>
      <w:r>
        <w:rPr>
          <w:b/>
        </w:rPr>
        <w:t xml:space="preserve">[39:59] </w:t>
      </w:r>
      <w:r>
        <w:t>You will find that a single page is enough to give you the whole message of the Qur'an.</w:t>
      </w:r>
    </w:p>
    <w:p>
      <w:pPr>
        <w:jc w:val="right"/>
      </w:pPr>
      <w:r>
        <w:t>You will find that a single page is enough to give you the whole message of the Qur'an.</w:t>
      </w:r>
    </w:p>
    <w:p>
      <w:r>
        <w:rPr>
          <w:b/>
        </w:rPr>
        <w:t xml:space="preserve">[40:07] </w:t>
      </w:r>
      <w:r>
        <w:t>This is zalikal kitabu la raiba feeh. So I can say that read the Qur'an before you die.</w:t>
      </w:r>
    </w:p>
    <w:p>
      <w:pPr>
        <w:jc w:val="right"/>
      </w:pPr>
      <w:r>
        <w:t>This is ذَٰلِكَ الْكِتَابُ لَا رَيْبَ فِيهِ So I can say that read the Qur'an before you die.</w:t>
      </w:r>
    </w:p>
    <w:p>
      <w:r>
        <w:rPr>
          <w:b/>
        </w:rPr>
        <w:t xml:space="preserve">[40:15] </w:t>
      </w:r>
      <w:r>
        <w:t>Read the Qur'an before you die and you face God. Read the Qur'an before you die and face your Lord, God Almighty.</w:t>
      </w:r>
    </w:p>
    <w:p>
      <w:pPr>
        <w:jc w:val="right"/>
      </w:pPr>
      <w:r>
        <w:t>Read the Qur'an before you die and you face God. Read the Qur'an before you die and face your Lord, God Almighty.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