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Prophetic Models in Quran (English) - Part II March 05, 2007 Maulana Wahiduddin Khan</w:t>
      </w:r>
    </w:p>
    <w:p>
      <w:r>
        <w:t>https://www.youtube.com/watch?v=uk0vwl6YNcA</w:t>
      </w:r>
    </w:p>
    <w:p>
      <w:r>
        <w:rPr>
          <w:b/>
        </w:rPr>
        <w:t xml:space="preserve">[00:10] </w:t>
      </w:r>
      <w:r>
        <w:t>Bismillah hir rahman nir raheem.</w:t>
      </w:r>
    </w:p>
    <w:p>
      <w:pPr>
        <w:jc w:val="right"/>
      </w:pPr>
      <w:r>
        <w:t>بسم اللہ الرحمن الرحیم۔</w:t>
      </w:r>
    </w:p>
    <w:p>
      <w:r>
        <w:rPr>
          <w:b/>
        </w:rPr>
        <w:t xml:space="preserve">[00:20] </w:t>
      </w:r>
      <w:r>
        <w:t>The model of Prophet Ibrahim is very important.</w:t>
      </w:r>
    </w:p>
    <w:p>
      <w:pPr>
        <w:jc w:val="right"/>
      </w:pPr>
      <w:r>
        <w:t>The model of Prophet Ibrahim is very important۔</w:t>
      </w:r>
    </w:p>
    <w:p>
      <w:r>
        <w:rPr>
          <w:b/>
        </w:rPr>
        <w:t xml:space="preserve">[00:31] </w:t>
      </w:r>
      <w:r>
        <w:t>It gives us a very clear direction.</w:t>
      </w:r>
    </w:p>
    <w:p>
      <w:pPr>
        <w:jc w:val="right"/>
      </w:pPr>
      <w:r>
        <w:t>It gives us a very clear direction۔</w:t>
      </w:r>
    </w:p>
    <w:p>
      <w:r>
        <w:rPr>
          <w:b/>
        </w:rPr>
        <w:t xml:space="preserve">[00:42] </w:t>
      </w:r>
      <w:r>
        <w:t>That when we want to reform or revival, the work of reform or work of revivalism should begin from deconditioning.</w:t>
      </w:r>
    </w:p>
    <w:p>
      <w:pPr>
        <w:jc w:val="right"/>
      </w:pPr>
      <w:r>
        <w:t>That when we want to reform or revival, the work of reform or work of revivalism should begin from deconditioning.</w:t>
      </w:r>
    </w:p>
    <w:p>
      <w:r>
        <w:rPr>
          <w:b/>
        </w:rPr>
        <w:t xml:space="preserve">[00:52] </w:t>
      </w:r>
      <w:r>
        <w:t>There may be different modes of this deconditioning according to the situation.</w:t>
      </w:r>
    </w:p>
    <w:p>
      <w:pPr>
        <w:jc w:val="right"/>
      </w:pPr>
      <w:r>
        <w:t>There may be different modes of this deconditioning according to the situation.</w:t>
      </w:r>
    </w:p>
    <w:p>
      <w:r>
        <w:rPr>
          <w:b/>
        </w:rPr>
        <w:t xml:space="preserve">[01:03] </w:t>
      </w:r>
      <w:r>
        <w:t>Every time we are not required to go to desert.</w:t>
      </w:r>
    </w:p>
    <w:p>
      <w:pPr>
        <w:jc w:val="right"/>
      </w:pPr>
      <w:r>
        <w:t>Every time we are not required to go to desert.</w:t>
      </w:r>
    </w:p>
    <w:p>
      <w:r>
        <w:rPr>
          <w:b/>
        </w:rPr>
        <w:t xml:space="preserve">[01:14] </w:t>
      </w:r>
      <w:r>
        <w:t>But the principle that must be followed in every age is that when we find ourselves in a</w:t>
      </w:r>
    </w:p>
    <w:p>
      <w:pPr>
        <w:jc w:val="right"/>
      </w:pPr>
      <w:r>
        <w:t>But the principle that must be followed in every age is that when we find ourselves in a</w:t>
      </w:r>
    </w:p>
    <w:p>
      <w:r>
        <w:rPr>
          <w:b/>
        </w:rPr>
        <w:t xml:space="preserve">[01:24] </w:t>
      </w:r>
      <w:r>
        <w:t>community, in a people who need to be reformed, who need to be revivalism, so we have to</w:t>
      </w:r>
    </w:p>
    <w:p>
      <w:pPr>
        <w:jc w:val="right"/>
      </w:pPr>
      <w:r>
        <w:t>community, in a people who need to be reformed, who need to be revivalism, so we have to</w:t>
      </w:r>
    </w:p>
    <w:p>
      <w:r>
        <w:rPr>
          <w:b/>
        </w:rPr>
        <w:t xml:space="preserve">[01:35] </w:t>
      </w:r>
      <w:r>
        <w:t>begin our work from deconditioning.</w:t>
      </w:r>
    </w:p>
    <w:p>
      <w:pPr>
        <w:jc w:val="right"/>
      </w:pPr>
      <w:r>
        <w:t>begin our work from deconditioning.</w:t>
      </w:r>
    </w:p>
    <w:p>
      <w:r>
        <w:rPr>
          <w:b/>
        </w:rPr>
        <w:t xml:space="preserve">[01:46] </w:t>
      </w:r>
      <w:r>
        <w:t>Before deconditioning, nothing will yield any positive result.</w:t>
      </w:r>
    </w:p>
    <w:p>
      <w:pPr>
        <w:jc w:val="right"/>
      </w:pPr>
      <w:r>
        <w:t>Before deconditioning, nothing will yield any positive result.</w:t>
      </w:r>
    </w:p>
    <w:p>
      <w:r>
        <w:rPr>
          <w:b/>
        </w:rPr>
        <w:t xml:space="preserve">[01:57] </w:t>
      </w:r>
      <w:r>
        <w:t>For example, political change is not useful in such a situation.</w:t>
      </w:r>
    </w:p>
    <w:p>
      <w:pPr>
        <w:jc w:val="right"/>
      </w:pPr>
      <w:r>
        <w:t>For example, political change is not useful in such a situation.</w:t>
      </w:r>
    </w:p>
    <w:p>
      <w:r>
        <w:rPr>
          <w:b/>
        </w:rPr>
        <w:t xml:space="preserve">[02:12] </w:t>
      </w:r>
      <w:r>
        <w:t>Or giving the doze of prides through historical stories that also will not yield any positive result.</w:t>
      </w:r>
    </w:p>
    <w:p>
      <w:pPr>
        <w:jc w:val="right"/>
      </w:pPr>
      <w:r>
        <w:t>Or giving the doze of prides through historical stories that also will not yield any positive result.</w:t>
      </w:r>
    </w:p>
    <w:p>
      <w:r>
        <w:rPr>
          <w:b/>
        </w:rPr>
        <w:t xml:space="preserve">[02:28] </w:t>
      </w:r>
      <w:r>
        <w:t>Or any other method is useless in such a situation when the people need reform, revivalism.</w:t>
      </w:r>
    </w:p>
    <w:p>
      <w:pPr>
        <w:jc w:val="right"/>
      </w:pPr>
      <w:r>
        <w:t>Or any other method is useless in such a situation when the people need reform, revivalism.</w:t>
      </w:r>
    </w:p>
    <w:p>
      <w:r>
        <w:rPr>
          <w:b/>
        </w:rPr>
        <w:t xml:space="preserve">[02:44] </w:t>
      </w:r>
      <w:r>
        <w:t>So the work of reform must begin from deconditioning. Deconditioning.</w:t>
      </w:r>
    </w:p>
    <w:p>
      <w:pPr>
        <w:jc w:val="right"/>
      </w:pPr>
      <w:r>
        <w:t>So the work of reform must begin from deconditioning. Deconditioning.</w:t>
      </w:r>
    </w:p>
    <w:p>
      <w:r>
        <w:rPr>
          <w:b/>
        </w:rPr>
        <w:t xml:space="preserve">[02:54] </w:t>
      </w:r>
      <w:r>
        <w:t>Prophet Ibrahim planned his deconditioning plan to decondition people in a very special his way was a very special way.</w:t>
      </w:r>
    </w:p>
    <w:p>
      <w:pPr>
        <w:jc w:val="right"/>
      </w:pPr>
      <w:r>
        <w:t>Prophet Ibrahim planned his deconditioning plan to decondition people in a very special his way was a very special way.</w:t>
      </w:r>
    </w:p>
    <w:p>
      <w:r>
        <w:rPr>
          <w:b/>
        </w:rPr>
        <w:t xml:space="preserve">[03:05] </w:t>
      </w:r>
      <w:r>
        <w:t>Now we don't need to go to desert.</w:t>
      </w:r>
    </w:p>
    <w:p>
      <w:pPr>
        <w:jc w:val="right"/>
      </w:pPr>
      <w:r>
        <w:t>Now we don't need to go to desert.</w:t>
      </w:r>
    </w:p>
    <w:p>
      <w:r>
        <w:rPr>
          <w:b/>
        </w:rPr>
        <w:t xml:space="preserve">[03:16] </w:t>
      </w:r>
      <w:r>
        <w:t>But we have to adopt some method according to our situation.</w:t>
      </w:r>
    </w:p>
    <w:p>
      <w:pPr>
        <w:jc w:val="right"/>
      </w:pPr>
      <w:r>
        <w:t>But we have to adopt some method according to our situation.</w:t>
      </w:r>
    </w:p>
    <w:p>
      <w:r>
        <w:rPr>
          <w:b/>
        </w:rPr>
        <w:t xml:space="preserve">[03:26] </w:t>
      </w:r>
      <w:r>
        <w:t>But the purpose will be deconditioning.</w:t>
      </w:r>
    </w:p>
    <w:p>
      <w:pPr>
        <w:jc w:val="right"/>
      </w:pPr>
      <w:r>
        <w:t>But the purpose will be deconditioning.</w:t>
      </w:r>
    </w:p>
    <w:p>
      <w:r>
        <w:rPr>
          <w:b/>
        </w:rPr>
        <w:t xml:space="preserve">[03:37] </w:t>
      </w:r>
      <w:r>
        <w:t>We have to begin our work from deconditioning of the minds of people.</w:t>
      </w:r>
    </w:p>
    <w:p>
      <w:pPr>
        <w:jc w:val="right"/>
      </w:pPr>
      <w:r>
        <w:t>We have to begin our work from deconditioning of the minds of people.</w:t>
      </w:r>
    </w:p>
    <w:p>
      <w:r>
        <w:rPr>
          <w:b/>
        </w:rPr>
        <w:t xml:space="preserve">[03:48] </w:t>
      </w:r>
      <w:r>
        <w:t>Then let us take the example of Prophet Yunus.</w:t>
      </w:r>
    </w:p>
    <w:p>
      <w:pPr>
        <w:jc w:val="right"/>
      </w:pPr>
      <w:r>
        <w:t>Then let us take the example of Prophet Yunus.</w:t>
      </w:r>
    </w:p>
    <w:p>
      <w:r>
        <w:rPr>
          <w:b/>
        </w:rPr>
        <w:t xml:space="preserve">[03:57] </w:t>
      </w:r>
      <w:r>
        <w:t>Yunus was a Prophet.</w:t>
      </w:r>
    </w:p>
    <w:p>
      <w:pPr>
        <w:jc w:val="right"/>
      </w:pPr>
      <w:r>
        <w:t>Yunus was a Prophet.</w:t>
      </w:r>
    </w:p>
    <w:p>
      <w:r>
        <w:rPr>
          <w:b/>
        </w:rPr>
        <w:t xml:space="preserve">[04:06] </w:t>
      </w:r>
      <w:r>
        <w:t>He was sent to a city that is called Nainava in Mesopotamia.</w:t>
      </w:r>
    </w:p>
    <w:p>
      <w:pPr>
        <w:jc w:val="right"/>
      </w:pPr>
      <w:r>
        <w:t>He was sent to a city that is called Nainava in Mesopotamia.</w:t>
      </w:r>
    </w:p>
    <w:p>
      <w:r>
        <w:rPr>
          <w:b/>
        </w:rPr>
        <w:t xml:space="preserve">[04:15] </w:t>
      </w:r>
      <w:r>
        <w:t>So what happened?</w:t>
      </w:r>
    </w:p>
    <w:p>
      <w:pPr>
        <w:jc w:val="right"/>
      </w:pPr>
      <w:r>
        <w:t>So what happened?</w:t>
      </w:r>
    </w:p>
    <w:p>
      <w:r>
        <w:rPr>
          <w:b/>
        </w:rPr>
        <w:t xml:space="preserve">[04:25] </w:t>
      </w:r>
      <w:r>
        <w:t>Prophet Yunus started his Dawa mission.</w:t>
      </w:r>
    </w:p>
    <w:p>
      <w:pPr>
        <w:jc w:val="right"/>
      </w:pPr>
      <w:r>
        <w:t>Prophet Yunus started his Dawa mission.</w:t>
      </w:r>
    </w:p>
    <w:p>
      <w:r>
        <w:rPr>
          <w:b/>
        </w:rPr>
        <w:t xml:space="preserve">[04:34] </w:t>
      </w:r>
      <w:r>
        <w:t>But after some time, he gathered that people are not ready to accept his message.</w:t>
      </w:r>
    </w:p>
    <w:p>
      <w:pPr>
        <w:jc w:val="right"/>
      </w:pPr>
      <w:r>
        <w:t>But after some time, he gathered that people are not ready to accept his message.</w:t>
      </w:r>
    </w:p>
    <w:p>
      <w:r>
        <w:rPr>
          <w:b/>
        </w:rPr>
        <w:t xml:space="preserve">[04:43] </w:t>
      </w:r>
      <w:r>
        <w:t>So he left the people of Nainava and wanted to go somewhere else.</w:t>
      </w:r>
    </w:p>
    <w:p>
      <w:pPr>
        <w:jc w:val="right"/>
      </w:pPr>
      <w:r>
        <w:t>So he left the people of Nainava and wanted to go somewhere else.</w:t>
      </w:r>
    </w:p>
    <w:p>
      <w:r>
        <w:rPr>
          <w:b/>
        </w:rPr>
        <w:t xml:space="preserve">[04:52] </w:t>
      </w:r>
      <w:r>
        <w:t>But then it was against the scheme of God.</w:t>
      </w:r>
    </w:p>
    <w:p>
      <w:pPr>
        <w:jc w:val="right"/>
      </w:pPr>
      <w:r>
        <w:t>But then it was against the scheme of God.</w:t>
      </w:r>
    </w:p>
    <w:p>
      <w:r>
        <w:rPr>
          <w:b/>
        </w:rPr>
        <w:t xml:space="preserve">[05:01] </w:t>
      </w:r>
      <w:r>
        <w:t>So what happened?</w:t>
      </w:r>
    </w:p>
    <w:p>
      <w:pPr>
        <w:jc w:val="right"/>
      </w:pPr>
      <w:r>
        <w:t>So what happened?</w:t>
      </w:r>
    </w:p>
    <w:p>
      <w:r>
        <w:rPr>
          <w:b/>
        </w:rPr>
        <w:t xml:space="preserve">[05:08] </w:t>
      </w:r>
      <w:r>
        <w:t>A fish swallowed him.</w:t>
      </w:r>
    </w:p>
    <w:p>
      <w:pPr>
        <w:jc w:val="right"/>
      </w:pPr>
      <w:r>
        <w:t>A fish swallowed him.</w:t>
      </w:r>
    </w:p>
    <w:p>
      <w:r>
        <w:rPr>
          <w:b/>
        </w:rPr>
        <w:t xml:space="preserve">[05:15] </w:t>
      </w:r>
      <w:r>
        <w:t>Maybe it was a whale.</w:t>
      </w:r>
    </w:p>
    <w:p>
      <w:pPr>
        <w:jc w:val="right"/>
      </w:pPr>
      <w:r>
        <w:t>Maybe it was a whale.</w:t>
      </w:r>
    </w:p>
    <w:p>
      <w:r>
        <w:rPr>
          <w:b/>
        </w:rPr>
        <w:t xml:space="preserve">[05:22] </w:t>
      </w:r>
      <w:r>
        <w:t>Because a whale is big enough to swallow a man.</w:t>
      </w:r>
    </w:p>
    <w:p>
      <w:pPr>
        <w:jc w:val="right"/>
      </w:pPr>
      <w:r>
        <w:t>Because a whale is big enough to swallow a man.</w:t>
      </w:r>
    </w:p>
    <w:p>
      <w:r>
        <w:rPr>
          <w:b/>
        </w:rPr>
        <w:t xml:space="preserve">[05:29] </w:t>
      </w:r>
      <w:r>
        <w:t>So according to the God's order, a fish swallowed Prophet Yunus.</w:t>
      </w:r>
    </w:p>
    <w:p>
      <w:pPr>
        <w:jc w:val="right"/>
      </w:pPr>
      <w:r>
        <w:t>So according to the God's order, a fish swallowed Prophet Yunus.</w:t>
      </w:r>
    </w:p>
    <w:p>
      <w:r>
        <w:rPr>
          <w:b/>
        </w:rPr>
        <w:t xml:space="preserve">[05:36] </w:t>
      </w:r>
      <w:r>
        <w:t>And he compelled to stay in his I'tikaf up to 40 days.</w:t>
      </w:r>
    </w:p>
    <w:p>
      <w:pPr>
        <w:jc w:val="right"/>
      </w:pPr>
      <w:r>
        <w:t>And he compelled to stay in his istabak up to 40 days.</w:t>
      </w:r>
    </w:p>
    <w:p>
      <w:r>
        <w:rPr>
          <w:b/>
        </w:rPr>
        <w:t xml:space="preserve">[05:43] </w:t>
      </w:r>
      <w:r>
        <w:t>Then he repented.</w:t>
      </w:r>
    </w:p>
    <w:p>
      <w:pPr>
        <w:jc w:val="right"/>
      </w:pPr>
      <w:r>
        <w:t>Then he repented.</w:t>
      </w:r>
    </w:p>
    <w:p>
      <w:r>
        <w:rPr>
          <w:b/>
        </w:rPr>
        <w:t xml:space="preserve">[05:50] </w:t>
      </w:r>
      <w:r>
        <w:t>He asked forgiveness from God.</w:t>
      </w:r>
    </w:p>
    <w:p>
      <w:pPr>
        <w:jc w:val="right"/>
      </w:pPr>
      <w:r>
        <w:t>He asked forgiveness from God.</w:t>
      </w:r>
    </w:p>
    <w:p>
      <w:r>
        <w:rPr>
          <w:b/>
        </w:rPr>
        <w:t xml:space="preserve">[05:58] </w:t>
      </w:r>
      <w:r>
        <w:t>And God accepted his tawba, his repentance. And then that fish put him in some land.</w:t>
      </w:r>
    </w:p>
    <w:p>
      <w:pPr>
        <w:jc w:val="right"/>
      </w:pPr>
      <w:r>
        <w:t>And God accepted his tawba, his repentance. And then that fish put him in some land.</w:t>
      </w:r>
    </w:p>
    <w:p>
      <w:r>
        <w:rPr>
          <w:b/>
        </w:rPr>
        <w:t xml:space="preserve">[06:12] </w:t>
      </w:r>
      <w:r>
        <w:t>Here he admitted his mistake.</w:t>
      </w:r>
    </w:p>
    <w:p>
      <w:pPr>
        <w:jc w:val="right"/>
      </w:pPr>
      <w:r>
        <w:t>Here he admitted his mistake.</w:t>
      </w:r>
    </w:p>
    <w:p>
      <w:r>
        <w:rPr>
          <w:b/>
        </w:rPr>
        <w:t xml:space="preserve">[06:19] </w:t>
      </w:r>
      <w:r>
        <w:t>And he returned again to the people of Nainava.</w:t>
      </w:r>
    </w:p>
    <w:p>
      <w:pPr>
        <w:jc w:val="right"/>
      </w:pPr>
      <w:r>
        <w:t>And he returned again to the people of Nainava.</w:t>
      </w:r>
    </w:p>
    <w:p>
      <w:r>
        <w:rPr>
          <w:b/>
        </w:rPr>
        <w:t xml:space="preserve">[06:27] </w:t>
      </w:r>
      <w:r>
        <w:t>Prophet Yunus again returned to the people of Nainava.</w:t>
      </w:r>
    </w:p>
    <w:p>
      <w:pPr>
        <w:jc w:val="right"/>
      </w:pPr>
      <w:r>
        <w:t>Prophet Yunus again returned to the people of Nainava.</w:t>
      </w:r>
    </w:p>
    <w:p>
      <w:r>
        <w:rPr>
          <w:b/>
        </w:rPr>
        <w:t xml:space="preserve">[06:35] </w:t>
      </w:r>
      <w:r>
        <w:t>And again he started his mission, his Dawa mission.</w:t>
      </w:r>
    </w:p>
    <w:p>
      <w:pPr>
        <w:jc w:val="right"/>
      </w:pPr>
      <w:r>
        <w:t>And again he started his mission, his Dawa mission.</w:t>
      </w:r>
    </w:p>
    <w:p>
      <w:r>
        <w:rPr>
          <w:b/>
        </w:rPr>
        <w:t xml:space="preserve">[06:43] </w:t>
      </w:r>
      <w:r>
        <w:t>And then the result was quite positive.</w:t>
      </w:r>
    </w:p>
    <w:p>
      <w:pPr>
        <w:jc w:val="right"/>
      </w:pPr>
      <w:r>
        <w:t>And then the result was quite positive.</w:t>
      </w:r>
    </w:p>
    <w:p>
      <w:r>
        <w:rPr>
          <w:b/>
        </w:rPr>
        <w:t xml:space="preserve">[06:49] </w:t>
      </w:r>
      <w:r>
        <w:t>All those people who are living in Nainava, they accepted his call.</w:t>
      </w:r>
    </w:p>
    <w:p>
      <w:pPr>
        <w:jc w:val="right"/>
      </w:pPr>
      <w:r>
        <w:t>All those people who are living in Nainava, they accepted his call.</w:t>
      </w:r>
    </w:p>
    <w:p>
      <w:r>
        <w:rPr>
          <w:b/>
        </w:rPr>
        <w:t xml:space="preserve">[06:55] </w:t>
      </w:r>
      <w:r>
        <w:t>They accepted the Divine religion.</w:t>
      </w:r>
    </w:p>
    <w:p>
      <w:pPr>
        <w:jc w:val="right"/>
      </w:pPr>
      <w:r>
        <w:t>They accepted the Divine religion.</w:t>
      </w:r>
    </w:p>
    <w:p>
      <w:r>
        <w:rPr>
          <w:b/>
        </w:rPr>
        <w:t xml:space="preserve">[07:01] </w:t>
      </w:r>
      <w:r>
        <w:t>So this is an example.</w:t>
      </w:r>
    </w:p>
    <w:p>
      <w:pPr>
        <w:jc w:val="right"/>
      </w:pPr>
      <w:r>
        <w:t>So this is an example.</w:t>
      </w:r>
    </w:p>
    <w:p>
      <w:r>
        <w:rPr>
          <w:b/>
        </w:rPr>
        <w:t xml:space="preserve">[07:07] </w:t>
      </w:r>
      <w:r>
        <w:t>You can find this example in the Quran as well as in the Bible.</w:t>
      </w:r>
    </w:p>
    <w:p>
      <w:pPr>
        <w:jc w:val="right"/>
      </w:pPr>
      <w:r>
        <w:t>You can find this example in the Quran as well as in the Bible.</w:t>
      </w:r>
    </w:p>
    <w:p>
      <w:r>
        <w:rPr>
          <w:b/>
        </w:rPr>
        <w:t xml:space="preserve">[07:14] </w:t>
      </w:r>
      <w:r>
        <w:t>So this is also a model. This model tells us that that Dawa work that we cannot abandon Dawa work. We have to do Dawa work continuously.</w:t>
      </w:r>
    </w:p>
    <w:p>
      <w:pPr>
        <w:jc w:val="right"/>
      </w:pPr>
      <w:r>
        <w:t>So this is also a model. This model tells us that that Dawa work that we cannot abandon Dawa work. We have to do Dawa work continuously.</w:t>
      </w:r>
    </w:p>
    <w:p>
      <w:r>
        <w:rPr>
          <w:b/>
        </w:rPr>
        <w:t xml:space="preserve">[07:43] </w:t>
      </w:r>
      <w:r>
        <w:t>We are not allowed to go to despair. We are not allowed to go to be disappointed. This example or this model tells us that we have to be hopeful forever. We have to do Dawa work.</w:t>
      </w:r>
    </w:p>
    <w:p>
      <w:pPr>
        <w:jc w:val="right"/>
      </w:pPr>
      <w:r>
        <w:t>We are not allowed to go to despair. We are not allowed to go to be disappointed. This example or this model tells us that we have to be hopeful forever. We have to do Dawa work.</w:t>
      </w:r>
    </w:p>
    <w:p>
      <w:r>
        <w:rPr>
          <w:b/>
        </w:rPr>
        <w:t xml:space="preserve">[08:10] </w:t>
      </w:r>
      <w:r>
        <w:t>And also we do prayer. We have to pray and be hopeful. Be hopeful. Because Prophet Yunus fell into disappointment.</w:t>
      </w:r>
    </w:p>
    <w:p>
      <w:pPr>
        <w:jc w:val="right"/>
      </w:pPr>
      <w:r>
        <w:t>And also we do prayer. We have to pray and be hopeful. Be hopeful. Because Prophet Yunus fell into disappointment.</w:t>
      </w:r>
    </w:p>
    <w:p>
      <w:r>
        <w:rPr>
          <w:b/>
        </w:rPr>
        <w:t xml:space="preserve">[08:39] </w:t>
      </w:r>
      <w:r>
        <w:t>But after more work, after doing more Dawa work, the same nation accepted his message.</w:t>
      </w:r>
    </w:p>
    <w:p>
      <w:pPr>
        <w:jc w:val="right"/>
      </w:pPr>
      <w:r>
        <w:t>But after more work, after doing more Dawa work, the same nation accepted his message.</w:t>
      </w:r>
    </w:p>
    <w:p>
      <w:r>
        <w:rPr>
          <w:b/>
        </w:rPr>
        <w:t xml:space="preserve">[08:49] </w:t>
      </w:r>
      <w:r>
        <w:t>The same nation accepted the religion of Islam, the religion of God.</w:t>
      </w:r>
    </w:p>
    <w:p>
      <w:pPr>
        <w:jc w:val="right"/>
      </w:pPr>
      <w:r>
        <w:t>The same nation accepted the religion of Islam, the religion of God.</w:t>
      </w:r>
    </w:p>
    <w:p>
      <w:r>
        <w:rPr>
          <w:b/>
        </w:rPr>
        <w:t xml:space="preserve">[08:59] </w:t>
      </w:r>
      <w:r>
        <w:t>So there is no room for disappointment in Dawa work.</w:t>
      </w:r>
    </w:p>
    <w:p>
      <w:pPr>
        <w:jc w:val="right"/>
      </w:pPr>
      <w:r>
        <w:t>So there is no room for disappointment in Dawa work.</w:t>
      </w:r>
    </w:p>
    <w:p>
      <w:r>
        <w:rPr>
          <w:b/>
        </w:rPr>
        <w:t xml:space="preserve">[09:10] </w:t>
      </w:r>
      <w:r>
        <w:t>There is no room for frustration in Dawa work.</w:t>
      </w:r>
    </w:p>
    <w:p>
      <w:pPr>
        <w:jc w:val="right"/>
      </w:pPr>
      <w:r>
        <w:t>There is no room for frustration in Dawa work.</w:t>
      </w:r>
    </w:p>
    <w:p>
      <w:r>
        <w:rPr>
          <w:b/>
        </w:rPr>
        <w:t xml:space="preserve">[09:20] </w:t>
      </w:r>
      <w:r>
        <w:t>So Prophet Yunus also provides a very, very important model.</w:t>
      </w:r>
    </w:p>
    <w:p>
      <w:pPr>
        <w:jc w:val="right"/>
      </w:pPr>
      <w:r>
        <w:t>So Prophet Yunus also provides a very, very important model.</w:t>
      </w:r>
    </w:p>
    <w:p>
      <w:r>
        <w:rPr>
          <w:b/>
        </w:rPr>
        <w:t xml:space="preserve">[09:30] </w:t>
      </w:r>
      <w:r>
        <w:t>In this model, Dai must be hopeful in every situation, in every condition.</w:t>
      </w:r>
    </w:p>
    <w:p>
      <w:pPr>
        <w:jc w:val="right"/>
      </w:pPr>
      <w:r>
        <w:t>In this model, Dai must be hopeful in every situation, in every condition.</w:t>
      </w:r>
    </w:p>
    <w:p>
      <w:r>
        <w:rPr>
          <w:b/>
        </w:rPr>
        <w:t xml:space="preserve">[09:41] </w:t>
      </w:r>
      <w:r>
        <w:t>Hope is an integral part of the Dai.</w:t>
      </w:r>
    </w:p>
    <w:p>
      <w:pPr>
        <w:jc w:val="right"/>
      </w:pPr>
      <w:r>
        <w:t>Hope is an integral part of the Dai.</w:t>
      </w:r>
    </w:p>
    <w:p>
      <w:r>
        <w:rPr>
          <w:b/>
        </w:rPr>
        <w:t xml:space="preserve">[09:53] </w:t>
      </w:r>
      <w:r>
        <w:t>Hope, hope, hope.</w:t>
      </w:r>
    </w:p>
    <w:p>
      <w:pPr>
        <w:jc w:val="right"/>
      </w:pPr>
      <w:r>
        <w:t>Hope, hope, hope.</w:t>
      </w:r>
    </w:p>
    <w:p>
      <w:r>
        <w:rPr>
          <w:b/>
        </w:rPr>
        <w:t xml:space="preserve">[10:05] </w:t>
      </w:r>
      <w:r>
        <w:t>Then we have to know that if Dai leaves his Badu people, he will be disgraced by God.</w:t>
      </w:r>
    </w:p>
    <w:p>
      <w:pPr>
        <w:jc w:val="right"/>
      </w:pPr>
      <w:r>
        <w:t>Then we have to know that if Dai leaves his Badu people, he will be disgraced by God.</w:t>
      </w:r>
    </w:p>
    <w:p>
      <w:r>
        <w:rPr>
          <w:b/>
        </w:rPr>
        <w:t xml:space="preserve">[10:18] </w:t>
      </w:r>
      <w:r>
        <w:t>If a Dai abandons his Dawa work and leaves his Madhu, he will be disgraced by God.</w:t>
      </w:r>
    </w:p>
    <w:p>
      <w:pPr>
        <w:jc w:val="right"/>
      </w:pPr>
      <w:r>
        <w:t>If a Dai abandons his Dawa work and leaves his Madhu, he will be disgraced by God.</w:t>
      </w:r>
    </w:p>
    <w:p>
      <w:r>
        <w:rPr>
          <w:b/>
        </w:rPr>
        <w:t xml:space="preserve">[10:38] </w:t>
      </w:r>
      <w:r>
        <w:t>It is very risky. Very risky. So the model of Prophet Yunus gives us a very, very important example as well as a very important lesson. Then let us take the model of Prophet Yusuf.</w:t>
      </w:r>
    </w:p>
    <w:p>
      <w:pPr>
        <w:jc w:val="right"/>
      </w:pPr>
      <w:r>
        <w:t>It is very risky. Very risky. So the model of Prophet Yunus gives us a very, very important example as well as a very important lesson. Then let us take the model of Prophet Yusuf.</w:t>
      </w:r>
    </w:p>
    <w:p>
      <w:r>
        <w:rPr>
          <w:b/>
        </w:rPr>
        <w:t xml:space="preserve">[11:07] </w:t>
      </w:r>
      <w:r>
        <w:t>Prophet Yusuf is called in Biblical literature as Joseph.</w:t>
      </w:r>
    </w:p>
    <w:p>
      <w:pPr>
        <w:jc w:val="right"/>
      </w:pPr>
      <w:r>
        <w:t>Prophet Yusuf is called in Biblical literature as Joseph.</w:t>
      </w:r>
    </w:p>
    <w:p>
      <w:r>
        <w:rPr>
          <w:b/>
        </w:rPr>
        <w:t xml:space="preserve">[11:14] </w:t>
      </w:r>
      <w:r>
        <w:t>So Prophet Yusuf was sent to Egypt.</w:t>
      </w:r>
    </w:p>
    <w:p>
      <w:pPr>
        <w:jc w:val="right"/>
      </w:pPr>
      <w:r>
        <w:t>So Prophet Yusuf was sent to Egypt.</w:t>
      </w:r>
    </w:p>
    <w:p>
      <w:r>
        <w:rPr>
          <w:b/>
        </w:rPr>
        <w:t xml:space="preserve">[11:22] </w:t>
      </w:r>
      <w:r>
        <w:t>At that time, there was a Mushrik ruler.</w:t>
      </w:r>
    </w:p>
    <w:p>
      <w:pPr>
        <w:jc w:val="right"/>
      </w:pPr>
      <w:r>
        <w:t>At that time, there was a Mushrik ruler.</w:t>
      </w:r>
    </w:p>
    <w:p>
      <w:r>
        <w:rPr>
          <w:b/>
        </w:rPr>
        <w:t xml:space="preserve">[11:30] </w:t>
      </w:r>
      <w:r>
        <w:t>There was a king whose religion was Shirk.</w:t>
      </w:r>
    </w:p>
    <w:p>
      <w:pPr>
        <w:jc w:val="right"/>
      </w:pPr>
      <w:r>
        <w:t>There was a king whose religion was Shirk.</w:t>
      </w:r>
    </w:p>
    <w:p>
      <w:r>
        <w:rPr>
          <w:b/>
        </w:rPr>
        <w:t xml:space="preserve">[11:38] </w:t>
      </w:r>
      <w:r>
        <w:t>He was a patron of Mushrik culture. But what happened? This king was impressed by the personality of Prophet Joseph.</w:t>
      </w:r>
    </w:p>
    <w:p>
      <w:pPr>
        <w:jc w:val="right"/>
      </w:pPr>
      <w:r>
        <w:t>He was a patron of Mushrik culture. But what happened? This king was impressed by the personality of Prophet Joseph.</w:t>
      </w:r>
    </w:p>
    <w:p>
      <w:r>
        <w:rPr>
          <w:b/>
        </w:rPr>
        <w:t xml:space="preserve">[11:59] </w:t>
      </w:r>
      <w:r>
        <w:t>And he offered an office in his government.</w:t>
      </w:r>
    </w:p>
    <w:p>
      <w:pPr>
        <w:jc w:val="right"/>
      </w:pPr>
      <w:r>
        <w:t>And he offered an office in his government.</w:t>
      </w:r>
    </w:p>
    <w:p>
      <w:r>
        <w:rPr>
          <w:b/>
        </w:rPr>
        <w:t xml:space="preserve">[12:07] </w:t>
      </w:r>
      <w:r>
        <w:t>That was like a Ministry of Food.</w:t>
      </w:r>
    </w:p>
    <w:p>
      <w:pPr>
        <w:jc w:val="right"/>
      </w:pPr>
      <w:r>
        <w:t>That was like a Ministry of Food.</w:t>
      </w:r>
    </w:p>
    <w:p>
      <w:r>
        <w:rPr>
          <w:b/>
        </w:rPr>
        <w:t xml:space="preserve">[12:15] </w:t>
      </w:r>
      <w:r>
        <w:t>So Prophet Joseph, Prophet Yusuf accepted this offer.</w:t>
      </w:r>
    </w:p>
    <w:p>
      <w:pPr>
        <w:jc w:val="right"/>
      </w:pPr>
      <w:r>
        <w:t>So Prophet Joseph, Prophet Yusuf accepted this offer.</w:t>
      </w:r>
    </w:p>
    <w:p>
      <w:r>
        <w:rPr>
          <w:b/>
        </w:rPr>
        <w:t xml:space="preserve">[12:23] </w:t>
      </w:r>
      <w:r>
        <w:t>He accepted this offer.</w:t>
      </w:r>
    </w:p>
    <w:p>
      <w:pPr>
        <w:jc w:val="right"/>
      </w:pPr>
      <w:r>
        <w:t>He accepted this offer.</w:t>
      </w:r>
    </w:p>
    <w:p>
      <w:r>
        <w:rPr>
          <w:b/>
        </w:rPr>
        <w:t xml:space="preserve">[12:31] </w:t>
      </w:r>
      <w:r>
        <w:t>He accepted food Ministry under the rule of a Mushrik king.</w:t>
      </w:r>
    </w:p>
    <w:p>
      <w:pPr>
        <w:jc w:val="right"/>
      </w:pPr>
      <w:r>
        <w:t>He accepted food Ministry under the rule of a Mushrik king.</w:t>
      </w:r>
    </w:p>
    <w:p>
      <w:r>
        <w:rPr>
          <w:b/>
        </w:rPr>
        <w:t xml:space="preserve">[12:39] </w:t>
      </w:r>
      <w:r>
        <w:t>Then what happened?</w:t>
      </w:r>
    </w:p>
    <w:p>
      <w:pPr>
        <w:jc w:val="right"/>
      </w:pPr>
      <w:r>
        <w:t>Then what happened?</w:t>
      </w:r>
    </w:p>
    <w:p>
      <w:r>
        <w:rPr>
          <w:b/>
        </w:rPr>
        <w:t xml:space="preserve">[12:47] </w:t>
      </w:r>
      <w:r>
        <w:t>Acceptance of this offer means he adjusted with the Mushrik king. He tried to avoid confrontation with that Mushrik king. And then what happened?</w:t>
      </w:r>
    </w:p>
    <w:p>
      <w:pPr>
        <w:jc w:val="right"/>
      </w:pPr>
      <w:r>
        <w:t>Acceptance of this offer means he adjusted with the Mushrik king. He tried to avoid confrontation with that Mushrik king. And then what happened?</w:t>
      </w:r>
    </w:p>
    <w:p>
      <w:r>
        <w:rPr>
          <w:b/>
        </w:rPr>
        <w:t xml:space="preserve">[13:06] </w:t>
      </w:r>
      <w:r>
        <w:t>When he avoided the confrontation, he was able to avail the opportunities of Dava. So Prophet Yusuf organized Dawa work. One example of his Dawa is mentioned in the Quran in Chapter Yusuf.</w:t>
      </w:r>
    </w:p>
    <w:p>
      <w:pPr>
        <w:jc w:val="right"/>
      </w:pPr>
      <w:r>
        <w:t>When he avoided the confrontation, he was able to avail the opportunities of Dava. So Prophet Yusuf organized Dawa work. One example of his Dawa is mentioned in the Quran in Chapter Yusuf.</w:t>
      </w:r>
    </w:p>
    <w:p>
      <w:r>
        <w:rPr>
          <w:b/>
        </w:rPr>
        <w:t xml:space="preserve">[13:34] </w:t>
      </w:r>
      <w:r>
        <w:t>Very beautiful sermon of Dava.</w:t>
      </w:r>
    </w:p>
    <w:p>
      <w:pPr>
        <w:jc w:val="right"/>
      </w:pPr>
      <w:r>
        <w:t>Very beautiful sermon of Dava.</w:t>
      </w:r>
    </w:p>
    <w:p>
      <w:r>
        <w:rPr>
          <w:b/>
        </w:rPr>
        <w:t xml:space="preserve">[13:45] </w:t>
      </w:r>
      <w:r>
        <w:t>And also he was able to settle Banu Israel in Egypt.</w:t>
      </w:r>
    </w:p>
    <w:p>
      <w:pPr>
        <w:jc w:val="right"/>
      </w:pPr>
      <w:r>
        <w:t>And also he was able to settle Banu Israel in Egypt.</w:t>
      </w:r>
    </w:p>
    <w:p>
      <w:r>
        <w:rPr>
          <w:b/>
        </w:rPr>
        <w:t xml:space="preserve">[13:56] </w:t>
      </w:r>
      <w:r>
        <w:t>At that time, his father Yaqub and his sons, they were Banu Israel.</w:t>
      </w:r>
    </w:p>
    <w:p>
      <w:pPr>
        <w:jc w:val="right"/>
      </w:pPr>
      <w:r>
        <w:t>At that time, his father Yaqub and his sons, they were Banu Israel.</w:t>
      </w:r>
    </w:p>
    <w:p>
      <w:r>
        <w:rPr>
          <w:b/>
        </w:rPr>
        <w:t xml:space="preserve">[14:07] </w:t>
      </w:r>
      <w:r>
        <w:t>They were belonging to Banu Israel.</w:t>
      </w:r>
    </w:p>
    <w:p>
      <w:pPr>
        <w:jc w:val="right"/>
      </w:pPr>
      <w:r>
        <w:t>They were belonging to Banu Israel.</w:t>
      </w:r>
    </w:p>
    <w:p>
      <w:r>
        <w:rPr>
          <w:b/>
        </w:rPr>
        <w:t xml:space="preserve">[14:19] </w:t>
      </w:r>
      <w:r>
        <w:t>So he was able to settle his family or Banu Israel in Egypt.</w:t>
      </w:r>
    </w:p>
    <w:p>
      <w:pPr>
        <w:jc w:val="right"/>
      </w:pPr>
      <w:r>
        <w:t>So he was able to settle his family or Banu Israel in Egypt.</w:t>
      </w:r>
    </w:p>
    <w:p>
      <w:r>
        <w:rPr>
          <w:b/>
        </w:rPr>
        <w:t xml:space="preserve">[14:30] </w:t>
      </w:r>
      <w:r>
        <w:t>They settled in Egypt and remained up to several hundred years.</w:t>
      </w:r>
    </w:p>
    <w:p>
      <w:pPr>
        <w:jc w:val="right"/>
      </w:pPr>
      <w:r>
        <w:t>They settled in Egypt and remained up to several hundred years.</w:t>
      </w:r>
    </w:p>
    <w:p>
      <w:r>
        <w:rPr>
          <w:b/>
        </w:rPr>
        <w:t xml:space="preserve">[14:41] </w:t>
      </w:r>
      <w:r>
        <w:t>So when he adopted the principle of avoidance against the Mushrik rule, he was able to avail the opportunities.</w:t>
      </w:r>
    </w:p>
    <w:p>
      <w:pPr>
        <w:jc w:val="right"/>
      </w:pPr>
      <w:r>
        <w:t>So when he adopted the principle of avoidance against the Mushrik rule, he was able to avail the opportunities.</w:t>
      </w:r>
    </w:p>
    <w:p>
      <w:r>
        <w:rPr>
          <w:b/>
        </w:rPr>
        <w:t xml:space="preserve">[14:53] </w:t>
      </w:r>
      <w:r>
        <w:t>Opportunities of Dava.</w:t>
      </w:r>
    </w:p>
    <w:p>
      <w:pPr>
        <w:jc w:val="right"/>
      </w:pPr>
      <w:r>
        <w:t>Opportunities of Dava.</w:t>
      </w:r>
    </w:p>
    <w:p>
      <w:r>
        <w:rPr>
          <w:b/>
        </w:rPr>
        <w:t xml:space="preserve">[15:00] </w:t>
      </w:r>
      <w:r>
        <w:t>And also he was able to settle Banu Israel in Egypt.</w:t>
      </w:r>
    </w:p>
    <w:p>
      <w:pPr>
        <w:jc w:val="right"/>
      </w:pPr>
      <w:r>
        <w:t>And also he was able to settle Banu Israel in Egypt.</w:t>
      </w:r>
    </w:p>
    <w:p>
      <w:r>
        <w:rPr>
          <w:b/>
        </w:rPr>
        <w:t xml:space="preserve">[15:07] </w:t>
      </w:r>
      <w:r>
        <w:t>So this is a very, very important Prophet Yusuf model gives us a very important lesson.</w:t>
      </w:r>
    </w:p>
    <w:p>
      <w:pPr>
        <w:jc w:val="right"/>
      </w:pPr>
      <w:r>
        <w:t>So this is a very, very important Prophet Yusuf model gives us a very important lesson.</w:t>
      </w:r>
    </w:p>
    <w:p>
      <w:r>
        <w:rPr>
          <w:b/>
        </w:rPr>
        <w:t xml:space="preserve">[15:15] </w:t>
      </w:r>
      <w:r>
        <w:t>That if you find yourself in a situation where the ruler is Mushrik or according to modern time,</w:t>
      </w:r>
    </w:p>
    <w:p>
      <w:pPr>
        <w:jc w:val="right"/>
      </w:pPr>
      <w:r>
        <w:t>That if you find yourself in a situation where the ruler is Mushrik or according to modern time,</w:t>
      </w:r>
    </w:p>
    <w:p>
      <w:r>
        <w:rPr>
          <w:b/>
        </w:rPr>
        <w:t xml:space="preserve">[15:22] </w:t>
      </w:r>
      <w:r>
        <w:t>the ruler is secular.</w:t>
      </w:r>
    </w:p>
    <w:p>
      <w:pPr>
        <w:jc w:val="right"/>
      </w:pPr>
      <w:r>
        <w:t>the ruler is secular.</w:t>
      </w:r>
    </w:p>
    <w:p>
      <w:r>
        <w:rPr>
          <w:b/>
        </w:rPr>
        <w:t xml:space="preserve">[15:30] </w:t>
      </w:r>
      <w:r>
        <w:t>In modern according to the modern time, we can say that if the ruler is secular, then don't</w:t>
      </w:r>
    </w:p>
    <w:p>
      <w:pPr>
        <w:jc w:val="right"/>
      </w:pPr>
      <w:r>
        <w:t>In modern according to the modern time, we can say that if the ruler is secular, then don't</w:t>
      </w:r>
    </w:p>
    <w:p>
      <w:r>
        <w:rPr>
          <w:b/>
        </w:rPr>
        <w:t xml:space="preserve">[15:36] </w:t>
      </w:r>
      <w:r>
        <w:t>go to confrontation.</w:t>
      </w:r>
    </w:p>
    <w:p>
      <w:pPr>
        <w:jc w:val="right"/>
      </w:pPr>
      <w:r>
        <w:t>go to confrontation.</w:t>
      </w:r>
    </w:p>
    <w:p>
      <w:r>
        <w:rPr>
          <w:b/>
        </w:rPr>
        <w:t xml:space="preserve">[15:42] </w:t>
      </w:r>
      <w:r>
        <w:t>Don't try to change his rule.</w:t>
      </w:r>
    </w:p>
    <w:p>
      <w:pPr>
        <w:jc w:val="right"/>
      </w:pPr>
      <w:r>
        <w:t>Don't try to change his rule.</w:t>
      </w:r>
    </w:p>
    <w:p>
      <w:r>
        <w:rPr>
          <w:b/>
        </w:rPr>
        <w:t xml:space="preserve">[15:48] </w:t>
      </w:r>
      <w:r>
        <w:t>Don't try to change his secular rule.</w:t>
      </w:r>
    </w:p>
    <w:p>
      <w:pPr>
        <w:jc w:val="right"/>
      </w:pPr>
      <w:r>
        <w:t>Don't try to change his secular rule.</w:t>
      </w:r>
    </w:p>
    <w:p>
      <w:r>
        <w:rPr>
          <w:b/>
        </w:rPr>
        <w:t xml:space="preserve">[15:54] </w:t>
      </w:r>
      <w:r>
        <w:t>But try to find the opportunities.</w:t>
      </w:r>
    </w:p>
    <w:p>
      <w:pPr>
        <w:jc w:val="right"/>
      </w:pPr>
      <w:r>
        <w:t>But try to find the opportunities.</w:t>
      </w:r>
    </w:p>
    <w:p>
      <w:r>
        <w:rPr>
          <w:b/>
        </w:rPr>
        <w:t xml:space="preserve">[16:01] </w:t>
      </w:r>
      <w:r>
        <w:t>You will find that there are opportunities in terms of Dava. There are opportunities in terms of education. There are opportunities in terms of economic progress. There are opportunities in terms of social reform. So this is the model of Prophet Joseph, Prophet Yusuf.</w:t>
      </w:r>
    </w:p>
    <w:p>
      <w:pPr>
        <w:jc w:val="right"/>
      </w:pPr>
      <w:r>
        <w:t>You will find that there are opportunities in terms of Dava. There are opportunities in terms of education. There are opportunities in terms of economic progress. There are opportunities in terms of social reform. So this is the model of Prophet Joseph, Prophet Yusuf.</w:t>
      </w:r>
    </w:p>
    <w:p>
      <w:r>
        <w:rPr>
          <w:b/>
        </w:rPr>
        <w:t xml:space="preserve">[16:24] </w:t>
      </w:r>
      <w:r>
        <w:t>It is very, very important that if you find yourself in an environment, in a country where where</w:t>
      </w:r>
    </w:p>
    <w:p>
      <w:pPr>
        <w:jc w:val="right"/>
      </w:pPr>
      <w:r>
        <w:t>It is very, very important that if you find yourself in an environment, in a country where where</w:t>
      </w:r>
    </w:p>
    <w:p>
      <w:r>
        <w:rPr>
          <w:b/>
        </w:rPr>
        <w:t xml:space="preserve">[16:30] </w:t>
      </w:r>
      <w:r>
        <w:t>there are rulers who are secular, accept their rule.</w:t>
      </w:r>
    </w:p>
    <w:p>
      <w:pPr>
        <w:jc w:val="right"/>
      </w:pPr>
      <w:r>
        <w:t>there are rulers who are secular, accept their rule.</w:t>
      </w:r>
    </w:p>
    <w:p>
      <w:r>
        <w:rPr>
          <w:b/>
        </w:rPr>
        <w:t xml:space="preserve">[16:36] </w:t>
      </w:r>
      <w:r>
        <w:t>Don't try to change their rule.</w:t>
      </w:r>
    </w:p>
    <w:p>
      <w:pPr>
        <w:jc w:val="right"/>
      </w:pPr>
      <w:r>
        <w:t>Don't try to change their rule.</w:t>
      </w:r>
    </w:p>
    <w:p>
      <w:r>
        <w:rPr>
          <w:b/>
        </w:rPr>
        <w:t xml:space="preserve">[16:43] </w:t>
      </w:r>
      <w:r>
        <w:t>Don't go to confrontation.</w:t>
      </w:r>
    </w:p>
    <w:p>
      <w:pPr>
        <w:jc w:val="right"/>
      </w:pPr>
      <w:r>
        <w:t>Don't go to confrontation.</w:t>
      </w:r>
    </w:p>
    <w:p>
      <w:r>
        <w:rPr>
          <w:b/>
        </w:rPr>
        <w:t xml:space="preserve">[16:49] </w:t>
      </w:r>
      <w:r>
        <w:t>Don't organize opposition to that secular rule.</w:t>
      </w:r>
    </w:p>
    <w:p>
      <w:pPr>
        <w:jc w:val="right"/>
      </w:pPr>
      <w:r>
        <w:t>Don't organize opposition to that secular rule.</w:t>
      </w:r>
    </w:p>
    <w:p>
      <w:r>
        <w:rPr>
          <w:b/>
        </w:rPr>
        <w:t xml:space="preserve">[16:55] </w:t>
      </w:r>
      <w:r>
        <w:t>But avail the opportunities.</w:t>
      </w:r>
    </w:p>
    <w:p>
      <w:pPr>
        <w:jc w:val="right"/>
      </w:pPr>
      <w:r>
        <w:t>But avail the opportunities.</w:t>
      </w:r>
    </w:p>
    <w:p>
      <w:r>
        <w:rPr>
          <w:b/>
        </w:rPr>
        <w:t xml:space="preserve">[17:02] </w:t>
      </w:r>
      <w:r>
        <w:t>And then if you adopt this principle, you will find that everywhere there are opportunities. Just like Prophet Joseph's period. And now in our age, there are so many opportunities open to all.</w:t>
      </w:r>
    </w:p>
    <w:p>
      <w:pPr>
        <w:jc w:val="right"/>
      </w:pPr>
      <w:r>
        <w:t>And then if you adopt this principle, you will find that everywhere there are opportunities. Just like Prophet Joseph's period. And now in our age, there are so many opportunities open to all.</w:t>
      </w:r>
    </w:p>
    <w:p>
      <w:r>
        <w:rPr>
          <w:b/>
        </w:rPr>
        <w:t xml:space="preserve">[17:30] </w:t>
      </w:r>
      <w:r>
        <w:t>So this means Prophet Joseph gives us a formula: avoid political confrontation and avail the opportunities in other</w:t>
      </w:r>
    </w:p>
    <w:p>
      <w:pPr>
        <w:jc w:val="right"/>
      </w:pPr>
      <w:r>
        <w:t>So this means Prophet Joseph gives us a formula: avoid political confrontation and avail the opportunities in other</w:t>
      </w:r>
    </w:p>
    <w:p>
      <w:r>
        <w:rPr>
          <w:b/>
        </w:rPr>
        <w:t xml:space="preserve">[17:40] </w:t>
      </w:r>
      <w:r>
        <w:t>fields, in fields other than politics.</w:t>
      </w:r>
    </w:p>
    <w:p>
      <w:pPr>
        <w:jc w:val="right"/>
      </w:pPr>
      <w:r>
        <w:t>fields, in fields other than politics.</w:t>
      </w:r>
    </w:p>
    <w:p>
      <w:r>
        <w:rPr>
          <w:b/>
        </w:rPr>
        <w:t xml:space="preserve">[17:51] </w:t>
      </w:r>
      <w:r>
        <w:t>Avoid political confrontation and avail the opportunities present in other fields, in fields other than politics.</w:t>
      </w:r>
    </w:p>
    <w:p>
      <w:pPr>
        <w:jc w:val="right"/>
      </w:pPr>
      <w:r>
        <w:t>Avoid political confrontation and avail the opportunities present in other fields, in fields other than politics.</w:t>
      </w:r>
    </w:p>
    <w:p>
      <w:r>
        <w:rPr>
          <w:b/>
        </w:rPr>
        <w:t xml:space="preserve">[18:01] </w:t>
      </w:r>
      <w:r>
        <w:t>This is a very, very important model.</w:t>
      </w:r>
    </w:p>
    <w:p>
      <w:pPr>
        <w:jc w:val="right"/>
      </w:pPr>
      <w:r>
        <w:t>This is a very, very important model.</w:t>
      </w:r>
    </w:p>
    <w:p>
      <w:r>
        <w:rPr>
          <w:b/>
        </w:rPr>
        <w:t xml:space="preserve">[18:12] </w:t>
      </w:r>
      <w:r>
        <w:t>Very, very important lesson.</w:t>
      </w:r>
    </w:p>
    <w:p>
      <w:pPr>
        <w:jc w:val="right"/>
      </w:pPr>
      <w:r>
        <w:t>Very, very important lesson.</w:t>
      </w:r>
    </w:p>
    <w:p>
      <w:r>
        <w:rPr>
          <w:b/>
        </w:rPr>
        <w:t xml:space="preserve">[18:23] </w:t>
      </w:r>
      <w:r>
        <w:t>We have to adopt this model according to our situation.</w:t>
      </w:r>
    </w:p>
    <w:p>
      <w:pPr>
        <w:jc w:val="right"/>
      </w:pPr>
      <w:r>
        <w:t>We have to adopt this model according to our situation.</w:t>
      </w:r>
    </w:p>
    <w:p>
      <w:r>
        <w:rPr>
          <w:b/>
        </w:rPr>
        <w:t xml:space="preserve">[18:33] </w:t>
      </w:r>
      <w:r>
        <w:t>Then let us take the example of Musa.</w:t>
      </w:r>
    </w:p>
    <w:p>
      <w:pPr>
        <w:jc w:val="right"/>
      </w:pPr>
      <w:r>
        <w:t>Then let us take the example of Musa.</w:t>
      </w:r>
    </w:p>
    <w:p>
      <w:r>
        <w:rPr>
          <w:b/>
        </w:rPr>
        <w:t xml:space="preserve">[18:44] </w:t>
      </w:r>
      <w:r>
        <w:t>He is called Moses.</w:t>
      </w:r>
    </w:p>
    <w:p>
      <w:pPr>
        <w:jc w:val="right"/>
      </w:pPr>
      <w:r>
        <w:t>He is called Moses.</w:t>
      </w:r>
    </w:p>
    <w:p>
      <w:r>
        <w:rPr>
          <w:b/>
        </w:rPr>
        <w:t xml:space="preserve">[18:55] </w:t>
      </w:r>
      <w:r>
        <w:t>Here also the life of Prophet Moses provides us some very important lessons.</w:t>
      </w:r>
    </w:p>
    <w:p>
      <w:pPr>
        <w:jc w:val="right"/>
      </w:pPr>
      <w:r>
        <w:t>Here also the life of Prophet Moses provides us some very important lessons.</w:t>
      </w:r>
    </w:p>
    <w:p>
      <w:r>
        <w:rPr>
          <w:b/>
        </w:rPr>
        <w:t xml:space="preserve">[19:05] </w:t>
      </w:r>
      <w:r>
        <w:t>For example, Prophet Moses was sent to the people of Egypt.</w:t>
      </w:r>
    </w:p>
    <w:p>
      <w:pPr>
        <w:jc w:val="right"/>
      </w:pPr>
      <w:r>
        <w:t>For example, Prophet Moses was sent to the people of Egypt.</w:t>
      </w:r>
    </w:p>
    <w:p>
      <w:r>
        <w:rPr>
          <w:b/>
        </w:rPr>
        <w:t xml:space="preserve">[19:16] </w:t>
      </w:r>
      <w:r>
        <w:t>At that time, the ruler was Pharaoh.</w:t>
      </w:r>
    </w:p>
    <w:p>
      <w:pPr>
        <w:jc w:val="right"/>
      </w:pPr>
      <w:r>
        <w:t>At that time, the ruler was Pharaoh.</w:t>
      </w:r>
    </w:p>
    <w:p>
      <w:r>
        <w:rPr>
          <w:b/>
        </w:rPr>
        <w:t xml:space="preserve">[19:27] </w:t>
      </w:r>
      <w:r>
        <w:t>And he was a Mushrik king.</w:t>
      </w:r>
    </w:p>
    <w:p>
      <w:pPr>
        <w:jc w:val="right"/>
      </w:pPr>
      <w:r>
        <w:t>And he was a Mushrik king.</w:t>
      </w:r>
    </w:p>
    <w:p>
      <w:r>
        <w:rPr>
          <w:b/>
        </w:rPr>
        <w:t xml:space="preserve">[19:36] </w:t>
      </w:r>
      <w:r>
        <w:t>So he addressed Pharaoh.</w:t>
      </w:r>
    </w:p>
    <w:p>
      <w:pPr>
        <w:jc w:val="right"/>
      </w:pPr>
      <w:r>
        <w:t>So he addressed Pharaoh.</w:t>
      </w:r>
    </w:p>
    <w:p>
      <w:r>
        <w:rPr>
          <w:b/>
        </w:rPr>
        <w:t xml:space="preserve">[19:45] </w:t>
      </w:r>
      <w:r>
        <w:t>There is a very well-known story that happened in Egypt at that time.</w:t>
      </w:r>
    </w:p>
    <w:p>
      <w:pPr>
        <w:jc w:val="right"/>
      </w:pPr>
      <w:r>
        <w:t>There is a very well-known story that happened in Egypt at that time.</w:t>
      </w:r>
    </w:p>
    <w:p>
      <w:r>
        <w:rPr>
          <w:b/>
        </w:rPr>
        <w:t xml:space="preserve">[19:54] </w:t>
      </w:r>
      <w:r>
        <w:t>So after a long confrontation, what happened?</w:t>
      </w:r>
    </w:p>
    <w:p>
      <w:pPr>
        <w:jc w:val="right"/>
      </w:pPr>
      <w:r>
        <w:t>So after a long confrontation, what happened?</w:t>
      </w:r>
    </w:p>
    <w:p>
      <w:r>
        <w:rPr>
          <w:b/>
        </w:rPr>
        <w:t xml:space="preserve">[20:03] </w:t>
      </w:r>
      <w:r>
        <w:t>Everyone knows that Prophet Moses left Egypt.</w:t>
      </w:r>
    </w:p>
    <w:p>
      <w:pPr>
        <w:jc w:val="right"/>
      </w:pPr>
      <w:r>
        <w:t>Everyone knows that Prophet Moses left Egypt.</w:t>
      </w:r>
    </w:p>
    <w:p>
      <w:r>
        <w:rPr>
          <w:b/>
        </w:rPr>
        <w:t xml:space="preserve">[20:12] </w:t>
      </w:r>
      <w:r>
        <w:t>Prophet Moses planned to leave Egypt with his people, Banu Israel.</w:t>
      </w:r>
    </w:p>
    <w:p>
      <w:pPr>
        <w:jc w:val="right"/>
      </w:pPr>
      <w:r>
        <w:t>Prophet Moses planned to leave Egypt with his people, Banu Israel.</w:t>
      </w:r>
    </w:p>
    <w:p>
      <w:r>
        <w:rPr>
          <w:b/>
        </w:rPr>
        <w:t xml:space="preserve">[20:21] </w:t>
      </w:r>
      <w:r>
        <w:t>Their number was at that time in lakes.</w:t>
      </w:r>
    </w:p>
    <w:p>
      <w:pPr>
        <w:jc w:val="right"/>
      </w:pPr>
      <w:r>
        <w:t>Their number was at that time in lakes.</w:t>
      </w:r>
    </w:p>
    <w:p>
      <w:r>
        <w:rPr>
          <w:b/>
        </w:rPr>
        <w:t xml:space="preserve">[20:30] </w:t>
      </w:r>
      <w:r>
        <w:t>But what happened?</w:t>
      </w:r>
    </w:p>
    <w:p>
      <w:pPr>
        <w:jc w:val="right"/>
      </w:pPr>
      <w:r>
        <w:t>But what happened?</w:t>
      </w:r>
    </w:p>
    <w:p>
      <w:r>
        <w:rPr>
          <w:b/>
        </w:rPr>
        <w:t xml:space="preserve">[20:40] </w:t>
      </w:r>
      <w:r>
        <w:t>Prophet Moses wanted to cross one horn of the Red Sea.</w:t>
      </w:r>
    </w:p>
    <w:p>
      <w:pPr>
        <w:jc w:val="right"/>
      </w:pPr>
      <w:r>
        <w:t>Prophet Moses wanted to cross one horn of the Red Sea.</w:t>
      </w:r>
    </w:p>
    <w:p>
      <w:r>
        <w:rPr>
          <w:b/>
        </w:rPr>
        <w:t xml:space="preserve">[20:51] </w:t>
      </w:r>
      <w:r>
        <w:t>And during that crossing, Pharaoh, the King of Egypt, with his army, reached over there.</w:t>
      </w:r>
    </w:p>
    <w:p>
      <w:pPr>
        <w:jc w:val="right"/>
      </w:pPr>
      <w:r>
        <w:t>And during that crossing, Pharaoh, the King of Egypt, with his army, reached over there.</w:t>
      </w:r>
    </w:p>
    <w:p>
      <w:r>
        <w:rPr>
          <w:b/>
        </w:rPr>
        <w:t xml:space="preserve">[21:02] </w:t>
      </w:r>
      <w:r>
        <w:t>And he also wanted to cross that horn of the Red Sea.</w:t>
      </w:r>
    </w:p>
    <w:p>
      <w:pPr>
        <w:jc w:val="right"/>
      </w:pPr>
      <w:r>
        <w:t>And he also wanted to cross that horn of the Red Sea.</w:t>
      </w:r>
    </w:p>
    <w:p>
      <w:r>
        <w:rPr>
          <w:b/>
        </w:rPr>
        <w:t xml:space="preserve">[21:14] </w:t>
      </w:r>
      <w:r>
        <w:t>But God decided for him to destroy Pharaoh with all his army.</w:t>
      </w:r>
    </w:p>
    <w:p>
      <w:pPr>
        <w:jc w:val="right"/>
      </w:pPr>
      <w:r>
        <w:t>But God decided for him to destroy Pharaoh with all his army.</w:t>
      </w:r>
    </w:p>
    <w:p>
      <w:r>
        <w:rPr>
          <w:b/>
        </w:rPr>
        <w:t xml:space="preserve">[21:25] </w:t>
      </w:r>
      <w:r>
        <w:t>So Prophet Moses and Banu Israel were rescued.</w:t>
      </w:r>
    </w:p>
    <w:p>
      <w:pPr>
        <w:jc w:val="right"/>
      </w:pPr>
      <w:r>
        <w:t>So Prophet Moses and Banu Israel were rescued.</w:t>
      </w:r>
    </w:p>
    <w:p>
      <w:r>
        <w:rPr>
          <w:b/>
        </w:rPr>
        <w:t xml:space="preserve">[21:36] </w:t>
      </w:r>
      <w:r>
        <w:t>But King Pharaoh and his army were destroyed completely.</w:t>
      </w:r>
    </w:p>
    <w:p>
      <w:pPr>
        <w:jc w:val="right"/>
      </w:pPr>
      <w:r>
        <w:t>But King Pharaoh and his army were destroyed completely.</w:t>
      </w:r>
    </w:p>
    <w:p>
      <w:r>
        <w:rPr>
          <w:b/>
        </w:rPr>
        <w:t xml:space="preserve">[21:48] </w:t>
      </w:r>
      <w:r>
        <w:t>So now the field was open in Egypt for Moses.</w:t>
      </w:r>
    </w:p>
    <w:p>
      <w:pPr>
        <w:jc w:val="right"/>
      </w:pPr>
      <w:r>
        <w:t>So now the field was open in Egypt for Moses.</w:t>
      </w:r>
    </w:p>
    <w:p>
      <w:r>
        <w:rPr>
          <w:b/>
        </w:rPr>
        <w:t xml:space="preserve">[21:59] </w:t>
      </w:r>
      <w:r>
        <w:t>There were no restrictions, no resistance.</w:t>
      </w:r>
    </w:p>
    <w:p>
      <w:pPr>
        <w:jc w:val="right"/>
      </w:pPr>
      <w:r>
        <w:t>There were no restrictions, no resistance.</w:t>
      </w:r>
    </w:p>
    <w:p>
      <w:r>
        <w:rPr>
          <w:b/>
        </w:rPr>
        <w:t xml:space="preserve">[22:11] </w:t>
      </w:r>
      <w:r>
        <w:t>For him, there was no resistance in Egypt. So if he wanted, it was possible for him to return to Egypt and establish his own government.</w:t>
      </w:r>
    </w:p>
    <w:p>
      <w:pPr>
        <w:jc w:val="right"/>
      </w:pPr>
      <w:r>
        <w:t>For him, there was no resistance in Egypt. So if he wanted, it was possible for him to return to Egypt and establish his own government.</w:t>
      </w:r>
    </w:p>
    <w:p>
      <w:r>
        <w:rPr>
          <w:b/>
        </w:rPr>
        <w:t xml:space="preserve">[22:34] </w:t>
      </w:r>
      <w:r>
        <w:t>It was quite possible for Moses to return to Egypt and establish his rule in Egypt. But he decided to go to the desert, Sinai. Why?</w:t>
      </w:r>
    </w:p>
    <w:p>
      <w:pPr>
        <w:jc w:val="right"/>
      </w:pPr>
      <w:r>
        <w:t>It was quite possible for Moses to return to Egypt and establish his rule in Egypt. But he decided to go to the desert, Sinai. Why?</w:t>
      </w:r>
    </w:p>
    <w:p>
      <w:r>
        <w:rPr>
          <w:b/>
        </w:rPr>
        <w:t xml:space="preserve">[23:01] </w:t>
      </w:r>
      <w:r>
        <w:t>This model gives us a very important lesson.</w:t>
      </w:r>
    </w:p>
    <w:p>
      <w:pPr>
        <w:jc w:val="right"/>
      </w:pPr>
      <w:r>
        <w:t>This model gives us a very important lesson.</w:t>
      </w:r>
    </w:p>
    <w:p>
      <w:r>
        <w:rPr>
          <w:b/>
        </w:rPr>
        <w:t xml:space="preserve">[23:09] </w:t>
      </w:r>
      <w:r>
        <w:t>Because at that time, Banu Israel, or children of Israel, were not able to rule.</w:t>
      </w:r>
    </w:p>
    <w:p>
      <w:pPr>
        <w:jc w:val="right"/>
      </w:pPr>
      <w:r>
        <w:t>Because at that time, Banu Israel, or children of Israel, were not able to rule.</w:t>
      </w:r>
    </w:p>
    <w:p>
      <w:r>
        <w:rPr>
          <w:b/>
        </w:rPr>
        <w:t xml:space="preserve">[23:18] </w:t>
      </w:r>
      <w:r>
        <w:t>They were degenerated people at that time.</w:t>
      </w:r>
    </w:p>
    <w:p>
      <w:pPr>
        <w:jc w:val="right"/>
      </w:pPr>
      <w:r>
        <w:t>They were degenerated people at that time.</w:t>
      </w:r>
    </w:p>
    <w:p>
      <w:r>
        <w:rPr>
          <w:b/>
        </w:rPr>
        <w:t xml:space="preserve">[23:27] </w:t>
      </w:r>
      <w:r>
        <w:t>Banu Israel of that time were degenerated people.</w:t>
      </w:r>
    </w:p>
    <w:p>
      <w:pPr>
        <w:jc w:val="right"/>
      </w:pPr>
      <w:r>
        <w:t>Banu Israel of that time were degenerated people.</w:t>
      </w:r>
    </w:p>
    <w:p>
      <w:r>
        <w:rPr>
          <w:b/>
        </w:rPr>
        <w:t xml:space="preserve">[23:36] </w:t>
      </w:r>
      <w:r>
        <w:t>So they were not able to rule a country.</w:t>
      </w:r>
    </w:p>
    <w:p>
      <w:pPr>
        <w:jc w:val="right"/>
      </w:pPr>
      <w:r>
        <w:t>So they were not able to rule a country.</w:t>
      </w:r>
    </w:p>
    <w:p>
      <w:r>
        <w:rPr>
          <w:b/>
        </w:rPr>
        <w:t xml:space="preserve">[23:47] </w:t>
      </w:r>
      <w:r>
        <w:t>Among them, there were all kinds of corruptions, even idol worshiping.</w:t>
      </w:r>
    </w:p>
    <w:p>
      <w:pPr>
        <w:jc w:val="right"/>
      </w:pPr>
      <w:r>
        <w:t>Among them, there were all kinds of corruptions, even idol worshiping.</w:t>
      </w:r>
    </w:p>
    <w:p>
      <w:r>
        <w:rPr>
          <w:b/>
        </w:rPr>
        <w:t xml:space="preserve">[23:58] </w:t>
      </w:r>
      <w:r>
        <w:t>So Prophet Moses decided to settle them in the desert of Sinai, just like Abraham.</w:t>
      </w:r>
    </w:p>
    <w:p>
      <w:pPr>
        <w:jc w:val="right"/>
      </w:pPr>
      <w:r>
        <w:t>So Prophet Moses decided to settle them in the desert of Sinai, just like Abraham.</w:t>
      </w:r>
    </w:p>
    <w:p>
      <w:r>
        <w:rPr>
          <w:b/>
        </w:rPr>
        <w:t xml:space="preserve">[24:09] </w:t>
      </w:r>
      <w:r>
        <w:t>To educate them in this place.</w:t>
      </w:r>
    </w:p>
    <w:p>
      <w:pPr>
        <w:jc w:val="right"/>
      </w:pPr>
      <w:r>
        <w:t>To educate them in this place.</w:t>
      </w:r>
    </w:p>
    <w:p>
      <w:r>
        <w:rPr>
          <w:b/>
        </w:rPr>
        <w:t xml:space="preserve">[24:17] </w:t>
      </w:r>
      <w:r>
        <w:t>To educate them, to train them, to reform them.</w:t>
      </w:r>
    </w:p>
    <w:p>
      <w:pPr>
        <w:jc w:val="right"/>
      </w:pPr>
      <w:r>
        <w:t>To educate them, to train them, to reform them.</w:t>
      </w:r>
    </w:p>
    <w:p>
      <w:r>
        <w:rPr>
          <w:b/>
        </w:rPr>
        <w:t xml:space="preserve">[24:25] </w:t>
      </w:r>
      <w:r>
        <w:t>So this model gives us an example.</w:t>
      </w:r>
    </w:p>
    <w:p>
      <w:pPr>
        <w:jc w:val="right"/>
      </w:pPr>
      <w:r>
        <w:t>So this model gives us an example.</w:t>
      </w:r>
    </w:p>
    <w:p>
      <w:r>
        <w:rPr>
          <w:b/>
        </w:rPr>
        <w:t xml:space="preserve">[24:33] </w:t>
      </w:r>
      <w:r>
        <w:t>That if your people are not prepared, don't try to capture any country.</w:t>
      </w:r>
    </w:p>
    <w:p>
      <w:pPr>
        <w:jc w:val="right"/>
      </w:pPr>
      <w:r>
        <w:t>That if your people are not prepared, don't try to capture any country.</w:t>
      </w:r>
    </w:p>
    <w:p>
      <w:r>
        <w:rPr>
          <w:b/>
        </w:rPr>
        <w:t xml:space="preserve">[24:41] </w:t>
      </w:r>
      <w:r>
        <w:t>Don't try to capture a political system.</w:t>
      </w:r>
    </w:p>
    <w:p>
      <w:pPr>
        <w:jc w:val="right"/>
      </w:pPr>
      <w:r>
        <w:t>Don't try to capture a political system.</w:t>
      </w:r>
    </w:p>
    <w:p>
      <w:r>
        <w:rPr>
          <w:b/>
        </w:rPr>
        <w:t xml:space="preserve">[24:49] </w:t>
      </w:r>
      <w:r>
        <w:t>Because it requires a prepared group to rule in a better way.</w:t>
      </w:r>
    </w:p>
    <w:p>
      <w:pPr>
        <w:jc w:val="right"/>
      </w:pPr>
      <w:r>
        <w:t>Because it requires a prepared group to rule in a better way.</w:t>
      </w:r>
    </w:p>
    <w:p>
      <w:r>
        <w:rPr>
          <w:b/>
        </w:rPr>
        <w:t xml:space="preserve">[24:57] </w:t>
      </w:r>
      <w:r>
        <w:t>If you have no group, no prepared group who are competent to rule, don't try to capture a land.</w:t>
      </w:r>
    </w:p>
    <w:p>
      <w:pPr>
        <w:jc w:val="right"/>
      </w:pPr>
      <w:r>
        <w:t>If you have no group, no prepared group who are competent to rule, don't try to capture a land.</w:t>
      </w:r>
    </w:p>
    <w:p>
      <w:r>
        <w:rPr>
          <w:b/>
        </w:rPr>
        <w:t xml:space="preserve">[25:05] </w:t>
      </w:r>
      <w:r>
        <w:t>Don't try to capture a political leadership. Because it will yield no result. It is not going to yield any result.</w:t>
      </w:r>
    </w:p>
    <w:p>
      <w:pPr>
        <w:jc w:val="right"/>
      </w:pPr>
      <w:r>
        <w:t>Don't try to capture a political leadership. Because it will yield no result. It is not going to yield any result.</w:t>
      </w:r>
    </w:p>
    <w:p>
      <w:r>
        <w:rPr>
          <w:b/>
        </w:rPr>
        <w:t xml:space="preserve">[25:23] </w:t>
      </w:r>
      <w:r>
        <w:t>So Prophet Moses, it was quite possible for him to return to Egypt and establish his rule.</w:t>
      </w:r>
    </w:p>
    <w:p>
      <w:pPr>
        <w:jc w:val="right"/>
      </w:pPr>
      <w:r>
        <w:t>So Prophet Moses, it was quite possible for him to return to Egypt and establish his rule.</w:t>
      </w:r>
    </w:p>
    <w:p>
      <w:r>
        <w:rPr>
          <w:b/>
        </w:rPr>
        <w:t xml:space="preserve">[25:30] </w:t>
      </w:r>
      <w:r>
        <w:t>But he went to Sinai.</w:t>
      </w:r>
    </w:p>
    <w:p>
      <w:pPr>
        <w:jc w:val="right"/>
      </w:pPr>
      <w:r>
        <w:t>But he went to Sinai.</w:t>
      </w:r>
    </w:p>
    <w:p>
      <w:r>
        <w:rPr>
          <w:b/>
        </w:rPr>
        <w:t xml:space="preserve">[25:38] </w:t>
      </w:r>
      <w:r>
        <w:t>That was the desert.</w:t>
      </w:r>
    </w:p>
    <w:p>
      <w:pPr>
        <w:jc w:val="right"/>
      </w:pPr>
      <w:r>
        <w:t>That was the desert.</w:t>
      </w:r>
    </w:p>
    <w:p>
      <w:r>
        <w:rPr>
          <w:b/>
        </w:rPr>
        <w:t xml:space="preserve">[25:45] </w:t>
      </w:r>
      <w:r>
        <w:t>That was at that time, that was desert.</w:t>
      </w:r>
    </w:p>
    <w:p>
      <w:pPr>
        <w:jc w:val="right"/>
      </w:pPr>
      <w:r>
        <w:t>That was at that time, that was desert.</w:t>
      </w:r>
    </w:p>
    <w:p>
      <w:r>
        <w:rPr>
          <w:b/>
        </w:rPr>
        <w:t xml:space="preserve">[25:53] </w:t>
      </w:r>
      <w:r>
        <w:t>He adopted this desert to train his people, to reform his people, to revive his people, to educate his people.</w:t>
      </w:r>
    </w:p>
    <w:p>
      <w:pPr>
        <w:jc w:val="right"/>
      </w:pPr>
      <w:r>
        <w:t>He adopted this desert to train his people, to reform his people, to revive his people, to educate his people.</w:t>
      </w:r>
    </w:p>
    <w:p>
      <w:r>
        <w:rPr>
          <w:b/>
        </w:rPr>
        <w:t xml:space="preserve">[26:01] </w:t>
      </w:r>
      <w:r>
        <w:t>This was the first for him.</w:t>
      </w:r>
    </w:p>
    <w:p>
      <w:pPr>
        <w:jc w:val="right"/>
      </w:pPr>
      <w:r>
        <w:t>This was the first for him.</w:t>
      </w:r>
    </w:p>
    <w:p>
      <w:r>
        <w:rPr>
          <w:b/>
        </w:rPr>
        <w:t xml:space="preserve">[26:10] </w:t>
      </w:r>
      <w:r>
        <w:t>So this is the model of Prophet Moses.</w:t>
      </w:r>
    </w:p>
    <w:p>
      <w:pPr>
        <w:jc w:val="right"/>
      </w:pPr>
      <w:r>
        <w:t>So this is the model of Prophet Moses.</w:t>
      </w:r>
    </w:p>
    <w:p>
      <w:r>
        <w:rPr>
          <w:b/>
        </w:rPr>
        <w:t xml:space="preserve">[26:19] </w:t>
      </w:r>
      <w:r>
        <w:t>Then there is another aspect of Prophet Moses.</w:t>
      </w:r>
    </w:p>
    <w:p>
      <w:pPr>
        <w:jc w:val="right"/>
      </w:pPr>
      <w:r>
        <w:t>Then there is another aspect of Prophet Moses.</w:t>
      </w:r>
    </w:p>
    <w:p>
      <w:r>
        <w:rPr>
          <w:b/>
        </w:rPr>
        <w:t xml:space="preserve">[26:28] </w:t>
      </w:r>
      <w:r>
        <w:t>At that time, when he began his work in Egypt, there were two different groups: Coptic and Banu Israel.</w:t>
      </w:r>
    </w:p>
    <w:p>
      <w:pPr>
        <w:jc w:val="right"/>
      </w:pPr>
      <w:r>
        <w:t>At that time, when he began his work in Egypt, there were two different groups: Coptic and Banu Israel.</w:t>
      </w:r>
    </w:p>
    <w:p>
      <w:r>
        <w:rPr>
          <w:b/>
        </w:rPr>
        <w:t xml:space="preserve">[26:37] </w:t>
      </w:r>
      <w:r>
        <w:t>So Coptic were non-Muslim and Banu Israel were Muslim.</w:t>
      </w:r>
    </w:p>
    <w:p>
      <w:pPr>
        <w:jc w:val="right"/>
      </w:pPr>
      <w:r>
        <w:t>So Coptic were non-Muslim and Banu Israel were Muslim.</w:t>
      </w:r>
    </w:p>
    <w:p>
      <w:r>
        <w:rPr>
          <w:b/>
        </w:rPr>
        <w:t xml:space="preserve">[26:47] </w:t>
      </w:r>
      <w:r>
        <w:t>So he started his Dawa mission between the two groups at the same time.</w:t>
      </w:r>
    </w:p>
    <w:p>
      <w:pPr>
        <w:jc w:val="right"/>
      </w:pPr>
      <w:r>
        <w:t>So he started his Dawa mission between the two groups at the same time.</w:t>
      </w:r>
    </w:p>
    <w:p>
      <w:r>
        <w:rPr>
          <w:b/>
        </w:rPr>
        <w:t xml:space="preserve">[26:56] </w:t>
      </w:r>
      <w:r>
        <w:t>He never said that, "First of all, we have to bring about reform among Banu Israel.</w:t>
      </w:r>
    </w:p>
    <w:p>
      <w:pPr>
        <w:jc w:val="right"/>
      </w:pPr>
      <w:r>
        <w:t>He never said that, "First of all, we have to bring about reform among Banu Israel.</w:t>
      </w:r>
    </w:p>
    <w:p>
      <w:r>
        <w:rPr>
          <w:b/>
        </w:rPr>
        <w:t xml:space="preserve">[27:06] </w:t>
      </w:r>
      <w:r>
        <w:t>Then after some time, we will go to Coptic people and call them the religion of God." At</w:t>
      </w:r>
    </w:p>
    <w:p>
      <w:pPr>
        <w:jc w:val="right"/>
      </w:pPr>
      <w:r>
        <w:t>Then after some time, we will go to Coptic people and call them the religion of God." At</w:t>
      </w:r>
    </w:p>
    <w:p>
      <w:r>
        <w:rPr>
          <w:b/>
        </w:rPr>
        <w:t xml:space="preserve">[27:16] </w:t>
      </w:r>
      <w:r>
        <w:t>the same time, he started both the tasks at the same time.</w:t>
      </w:r>
    </w:p>
    <w:p>
      <w:pPr>
        <w:jc w:val="right"/>
      </w:pPr>
      <w:r>
        <w:t>the same time, he started both the tasks at the same time.</w:t>
      </w:r>
    </w:p>
    <w:p>
      <w:r>
        <w:rPr>
          <w:b/>
        </w:rPr>
        <w:t xml:space="preserve">[27:26] </w:t>
      </w:r>
      <w:r>
        <w:t>He started training and educating Banu Israel.</w:t>
      </w:r>
    </w:p>
    <w:p>
      <w:pPr>
        <w:jc w:val="right"/>
      </w:pPr>
      <w:r>
        <w:t>He started training and educating Banu Israel.</w:t>
      </w:r>
    </w:p>
    <w:p>
      <w:r>
        <w:rPr>
          <w:b/>
        </w:rPr>
        <w:t xml:space="preserve">[27:36] </w:t>
      </w:r>
      <w:r>
        <w:t>And at the same time, he addressed Coptic people and Pharaoh, who was the leader of the Coptic people.</w:t>
      </w:r>
    </w:p>
    <w:p>
      <w:pPr>
        <w:jc w:val="right"/>
      </w:pPr>
      <w:r>
        <w:t>And at the same time, he addressed Coptic people and Pharaoh, who was the leader of the Coptic people.</w:t>
      </w:r>
    </w:p>
    <w:p>
      <w:r>
        <w:rPr>
          <w:b/>
        </w:rPr>
        <w:t xml:space="preserve">[27:46] </w:t>
      </w:r>
      <w:r>
        <w:t>So here is a very, very important model. That if we find ourselves in a situation where Muslim and non-Muslim both are living, so we have to do our work on both people.</w:t>
      </w:r>
    </w:p>
    <w:p>
      <w:pPr>
        <w:jc w:val="right"/>
      </w:pPr>
      <w:r>
        <w:t>So here is a very, very important model. That if we find ourselves in a situation where Muslim and non-Muslim both are living, so we have to do our work on both people.</w:t>
      </w:r>
    </w:p>
    <w:p>
      <w:r>
        <w:rPr>
          <w:b/>
        </w:rPr>
        <w:t xml:space="preserve">[28:06] </w:t>
      </w:r>
      <w:r>
        <w:t>We have to do Dawa work among non-Muslims and we have to do Islami work among Muslims at the same time. So it is very important. Then let us take the model of Jesus Christ.</w:t>
      </w:r>
    </w:p>
    <w:p>
      <w:pPr>
        <w:jc w:val="right"/>
      </w:pPr>
      <w:r>
        <w:t>We have to do Dawa work among non-Muslims and we have to do Islami work among Muslims at the same time. So it is very important. Then let us take the model of Jesus Christ.</w:t>
      </w:r>
    </w:p>
    <w:p>
      <w:r>
        <w:rPr>
          <w:b/>
        </w:rPr>
        <w:t xml:space="preserve">[28:32] </w:t>
      </w:r>
      <w:r>
        <w:t>Jesus Christ was sent to Palestine.</w:t>
      </w:r>
    </w:p>
    <w:p>
      <w:pPr>
        <w:jc w:val="right"/>
      </w:pPr>
      <w:r>
        <w:t>Jesus Christ was sent to Palestine.</w:t>
      </w:r>
    </w:p>
    <w:p>
      <w:r>
        <w:rPr>
          <w:b/>
        </w:rPr>
        <w:t xml:space="preserve">[28:41] </w:t>
      </w:r>
      <w:r>
        <w:t>At that time, Romans were, at that time, the Roman King was the ruler of Palestine.</w:t>
      </w:r>
    </w:p>
    <w:p>
      <w:pPr>
        <w:jc w:val="right"/>
      </w:pPr>
      <w:r>
        <w:t>At that time, Romans were, at that time, the Roman King was the ruler of Palestine.</w:t>
      </w:r>
    </w:p>
    <w:p>
      <w:r>
        <w:rPr>
          <w:b/>
        </w:rPr>
        <w:t xml:space="preserve">[28:50] </w:t>
      </w:r>
      <w:r>
        <w:t>It was under the Roman Empire at that time.</w:t>
      </w:r>
    </w:p>
    <w:p>
      <w:pPr>
        <w:jc w:val="right"/>
      </w:pPr>
      <w:r>
        <w:t>It was under the Roman Empire at that time.</w:t>
      </w:r>
    </w:p>
    <w:p>
      <w:r>
        <w:rPr>
          <w:b/>
        </w:rPr>
        <w:t xml:space="preserve">[28:59] </w:t>
      </w:r>
      <w:r>
        <w:t>So Prophet Jesus, Prophet Jesus Christ, gave a very important direction to his disciples.</w:t>
      </w:r>
    </w:p>
    <w:p>
      <w:pPr>
        <w:jc w:val="right"/>
      </w:pPr>
      <w:r>
        <w:t>So Prophet Jesus, Prophet Jesus Christ, gave a very important direction to his disciples.</w:t>
      </w:r>
    </w:p>
    <w:p>
      <w:r>
        <w:rPr>
          <w:b/>
        </w:rPr>
        <w:t xml:space="preserve">[29:08] </w:t>
      </w:r>
      <w:r>
        <w:t>He said, "Give to Caesar." Caesar means Roman ruler.</w:t>
      </w:r>
    </w:p>
    <w:p>
      <w:pPr>
        <w:jc w:val="right"/>
      </w:pPr>
      <w:r>
        <w:t>He said, "Give to Caesar." Caesar means Roman ruler.</w:t>
      </w:r>
    </w:p>
    <w:p>
      <w:r>
        <w:rPr>
          <w:b/>
        </w:rPr>
        <w:t xml:space="preserve">[29:17] </w:t>
      </w:r>
      <w:r>
        <w:t>"Give to Caesar what is due to Caesar.</w:t>
      </w:r>
    </w:p>
    <w:p>
      <w:pPr>
        <w:jc w:val="right"/>
      </w:pPr>
      <w:r>
        <w:t>"Give to Caesar what is due to Caesar.</w:t>
      </w:r>
    </w:p>
    <w:p>
      <w:r>
        <w:rPr>
          <w:b/>
        </w:rPr>
        <w:t xml:space="preserve">[29:26] </w:t>
      </w:r>
      <w:r>
        <w:t>And give to God what is due to God." This is this you can find in the Bible,</w:t>
      </w:r>
    </w:p>
    <w:p>
      <w:pPr>
        <w:jc w:val="right"/>
      </w:pPr>
      <w:r>
        <w:t>And give to God what is due to God." This is this you can find in the Bible,</w:t>
      </w:r>
    </w:p>
    <w:p>
      <w:r>
        <w:rPr>
          <w:b/>
        </w:rPr>
        <w:t xml:space="preserve">[29:35] </w:t>
      </w:r>
      <w:r>
        <w:t>in the present Bible also.</w:t>
      </w:r>
    </w:p>
    <w:p>
      <w:pPr>
        <w:jc w:val="right"/>
      </w:pPr>
      <w:r>
        <w:t>in the present Bible also.</w:t>
      </w:r>
    </w:p>
    <w:p>
      <w:r>
        <w:rPr>
          <w:b/>
        </w:rPr>
        <w:t xml:space="preserve">[29:44] </w:t>
      </w:r>
      <w:r>
        <w:t>"Give to Caesar what is due to Caesar.</w:t>
      </w:r>
    </w:p>
    <w:p>
      <w:pPr>
        <w:jc w:val="right"/>
      </w:pPr>
      <w:r>
        <w:t>"Give to Caesar what is due to Caesar.</w:t>
      </w:r>
    </w:p>
    <w:p>
      <w:r>
        <w:rPr>
          <w:b/>
        </w:rPr>
        <w:t xml:space="preserve">[29:53] </w:t>
      </w:r>
      <w:r>
        <w:t>And give to God what is due to God." It means that he avoided confrontation with those Roman rulers.</w:t>
      </w:r>
    </w:p>
    <w:p>
      <w:pPr>
        <w:jc w:val="right"/>
      </w:pPr>
      <w:r>
        <w:t>And give to God what is due to God." It means that he avoided confrontation with those Roman rulers.</w:t>
      </w:r>
    </w:p>
    <w:p>
      <w:r>
        <w:rPr>
          <w:b/>
        </w:rPr>
        <w:t xml:space="preserve">[30:02] </w:t>
      </w:r>
      <w:r>
        <w:t>And at the same time, he planned to do Dawa work.</w:t>
      </w:r>
    </w:p>
    <w:p>
      <w:pPr>
        <w:jc w:val="right"/>
      </w:pPr>
      <w:r>
        <w:t>And at the same time, he planned to do Dawa work.</w:t>
      </w:r>
    </w:p>
    <w:p>
      <w:r>
        <w:rPr>
          <w:b/>
        </w:rPr>
        <w:t xml:space="preserve">[30:11] </w:t>
      </w:r>
      <w:r>
        <w:t>So this is very important.</w:t>
      </w:r>
    </w:p>
    <w:p>
      <w:pPr>
        <w:jc w:val="right"/>
      </w:pPr>
      <w:r>
        <w:t>So this is very important.</w:t>
      </w:r>
    </w:p>
    <w:p>
      <w:r>
        <w:rPr>
          <w:b/>
        </w:rPr>
        <w:t xml:space="preserve">[30:18] </w:t>
      </w:r>
      <w:r>
        <w:t>It means that the formula of Jesus Christ was, "Avoid political confrontation and engage yourself in Dawa work."</w:t>
      </w:r>
    </w:p>
    <w:p>
      <w:pPr>
        <w:jc w:val="right"/>
      </w:pPr>
      <w:r>
        <w:t>It means that the formula of Jesus Christ was, "Avoid political confrontation and engage yourself in Dawa work."</w:t>
      </w:r>
    </w:p>
    <w:p>
      <w:r>
        <w:rPr>
          <w:b/>
        </w:rPr>
        <w:t xml:space="preserve">[30:26] </w:t>
      </w:r>
      <w:r>
        <w:t>So the formula of Jesus Christ was a two-point formula.</w:t>
      </w:r>
    </w:p>
    <w:p>
      <w:pPr>
        <w:jc w:val="right"/>
      </w:pPr>
      <w:r>
        <w:t>So the formula of Jesus Christ was a two-point formula.</w:t>
      </w:r>
    </w:p>
    <w:p>
      <w:r>
        <w:rPr>
          <w:b/>
        </w:rPr>
        <w:t xml:space="preserve">[30:34] </w:t>
      </w:r>
      <w:r>
        <w:t>It was a two-point formula.</w:t>
      </w:r>
    </w:p>
    <w:p>
      <w:pPr>
        <w:jc w:val="right"/>
      </w:pPr>
      <w:r>
        <w:t>It was a two-point formula.</w:t>
      </w:r>
    </w:p>
    <w:p>
      <w:r>
        <w:rPr>
          <w:b/>
        </w:rPr>
        <w:t xml:space="preserve">[30:42] </w:t>
      </w:r>
      <w:r>
        <w:t>And this two-point formula was like this: "Avoid political confrontation and do Dawa work." It is very important.</w:t>
      </w:r>
    </w:p>
    <w:p>
      <w:pPr>
        <w:jc w:val="right"/>
      </w:pPr>
      <w:r>
        <w:t>And this two-point formula was like this: "Avoid political confrontation and do Dawa work." It is very important.</w:t>
      </w:r>
    </w:p>
    <w:p>
      <w:r>
        <w:rPr>
          <w:b/>
        </w:rPr>
        <w:t xml:space="preserve">[30:50] </w:t>
      </w:r>
      <w:r>
        <w:t>This model gives us an example, a very important example.</w:t>
      </w:r>
    </w:p>
    <w:p>
      <w:pPr>
        <w:jc w:val="right"/>
      </w:pPr>
      <w:r>
        <w:t>This model gives us an example, a very important example.</w:t>
      </w:r>
    </w:p>
    <w:p>
      <w:r>
        <w:rPr>
          <w:b/>
        </w:rPr>
        <w:t xml:space="preserve">[30:57] </w:t>
      </w:r>
      <w:r>
        <w:t>When we find ourselves in a non-Muslim regime, under a non-Muslim regime, under a non-Muslim rule, so don't</w:t>
      </w:r>
    </w:p>
    <w:p>
      <w:pPr>
        <w:jc w:val="right"/>
      </w:pPr>
      <w:r>
        <w:t>When we find ourselves in a non-Muslim regime, under a non-Muslim regime, under a non-Muslim rule, so don't</w:t>
      </w:r>
    </w:p>
    <w:p>
      <w:r>
        <w:rPr>
          <w:b/>
        </w:rPr>
        <w:t xml:space="preserve">[31:05] </w:t>
      </w:r>
      <w:r>
        <w:t>try to change that rule.</w:t>
      </w:r>
    </w:p>
    <w:p>
      <w:pPr>
        <w:jc w:val="right"/>
      </w:pPr>
      <w:r>
        <w:t>try to change that rule.</w:t>
      </w:r>
    </w:p>
    <w:p>
      <w:r>
        <w:rPr>
          <w:b/>
        </w:rPr>
        <w:t xml:space="preserve">[31:13] </w:t>
      </w:r>
      <w:r>
        <w:t>Don't go to confrontation.</w:t>
      </w:r>
    </w:p>
    <w:p>
      <w:pPr>
        <w:jc w:val="right"/>
      </w:pPr>
      <w:r>
        <w:t>Don't go to confrontation.</w:t>
      </w:r>
    </w:p>
    <w:p>
      <w:r>
        <w:rPr>
          <w:b/>
        </w:rPr>
        <w:t xml:space="preserve">[31:21] </w:t>
      </w:r>
      <w:r>
        <w:t>Never, never, never, never.</w:t>
      </w:r>
    </w:p>
    <w:p>
      <w:pPr>
        <w:jc w:val="right"/>
      </w:pPr>
      <w:r>
        <w:t>Never, never, never, never.</w:t>
      </w:r>
    </w:p>
    <w:p>
      <w:r>
        <w:rPr>
          <w:b/>
        </w:rPr>
        <w:t xml:space="preserve">[31:29] </w:t>
      </w:r>
      <w:r>
        <w:t>It is not the prophetic method.</w:t>
      </w:r>
    </w:p>
    <w:p>
      <w:pPr>
        <w:jc w:val="right"/>
      </w:pPr>
      <w:r>
        <w:t>It is not the prophetic method.</w:t>
      </w:r>
    </w:p>
    <w:p>
      <w:r>
        <w:rPr>
          <w:b/>
        </w:rPr>
        <w:t xml:space="preserve">[31:37] </w:t>
      </w:r>
      <w:r>
        <w:t>It is not the prophetic way of doing the job. The prophetic method adopted by Jesus Christ was strictly non-political.</w:t>
      </w:r>
    </w:p>
    <w:p>
      <w:pPr>
        <w:jc w:val="right"/>
      </w:pPr>
      <w:r>
        <w:t>It is not the prophetic way of doing the job. The prophetic method adopted by Jesus Christ was strictly non-political.</w:t>
      </w:r>
    </w:p>
    <w:p>
      <w:r>
        <w:rPr>
          <w:b/>
        </w:rPr>
        <w:t xml:space="preserve">[32:03] </w:t>
      </w:r>
      <w:r>
        <w:t>So Dawa work is strictly a non-political work. Dawa work, or Dawa mission, is strictly a non-political mission.</w:t>
      </w:r>
    </w:p>
    <w:p>
      <w:pPr>
        <w:jc w:val="right"/>
      </w:pPr>
      <w:r>
        <w:t>So Dawa work is strictly a non-political work. Dawa work, or Dawa mission, is strictly a non-political mission.</w:t>
      </w:r>
    </w:p>
    <w:p>
      <w:r>
        <w:rPr>
          <w:b/>
        </w:rPr>
        <w:t xml:space="preserve">[32:21] </w:t>
      </w:r>
      <w:r>
        <w:t>You have to plan your work under this, following this formula.</w:t>
      </w:r>
    </w:p>
    <w:p>
      <w:pPr>
        <w:jc w:val="right"/>
      </w:pPr>
      <w:r>
        <w:t>You have to plan your work under this, following this formula.</w:t>
      </w:r>
    </w:p>
    <w:p>
      <w:r>
        <w:rPr>
          <w:b/>
        </w:rPr>
        <w:t xml:space="preserve">[32:31] </w:t>
      </w:r>
      <w:r>
        <w:t>You have to plan your work following this formula.</w:t>
      </w:r>
    </w:p>
    <w:p>
      <w:pPr>
        <w:jc w:val="right"/>
      </w:pPr>
      <w:r>
        <w:t>You have to plan your work following this formula.</w:t>
      </w:r>
    </w:p>
    <w:p>
      <w:r>
        <w:rPr>
          <w:b/>
        </w:rPr>
        <w:t xml:space="preserve">[32:41] </w:t>
      </w:r>
      <w:r>
        <w:t>That is a two-point formula.</w:t>
      </w:r>
    </w:p>
    <w:p>
      <w:pPr>
        <w:jc w:val="right"/>
      </w:pPr>
      <w:r>
        <w:t>That is a two-point formula.</w:t>
      </w:r>
    </w:p>
    <w:p>
      <w:r>
        <w:rPr>
          <w:b/>
        </w:rPr>
        <w:t xml:space="preserve">[32:51] </w:t>
      </w:r>
      <w:r>
        <w:t>Avoid political confrontation and avail the opportunities present in that situation.</w:t>
      </w:r>
    </w:p>
    <w:p>
      <w:pPr>
        <w:jc w:val="right"/>
      </w:pPr>
      <w:r>
        <w:t>Avoid political confrontation and avail the opportunities present in that situation.</w:t>
      </w:r>
    </w:p>
    <w:p>
      <w:r>
        <w:rPr>
          <w:b/>
        </w:rPr>
        <w:t xml:space="preserve">[33:01] </w:t>
      </w:r>
      <w:r>
        <w:t>Then there is a chapter in the Quran that is As-Saff, Chapter As-Saff.</w:t>
      </w:r>
    </w:p>
    <w:p>
      <w:pPr>
        <w:jc w:val="right"/>
      </w:pPr>
      <w:r>
        <w:t>Then there is a chapter in the Quran that is As-Saff, Chapter As-Saff.</w:t>
      </w:r>
    </w:p>
    <w:p>
      <w:r>
        <w:rPr>
          <w:b/>
        </w:rPr>
        <w:t xml:space="preserve">[33:11] </w:t>
      </w:r>
      <w:r>
        <w:t>In this chapter, God has revealed a very important verse.</w:t>
      </w:r>
    </w:p>
    <w:p>
      <w:pPr>
        <w:jc w:val="right"/>
      </w:pPr>
      <w:r>
        <w:t>In this chapter, God has revealed a very important verse.</w:t>
      </w:r>
    </w:p>
    <w:p>
      <w:r>
        <w:rPr>
          <w:b/>
        </w:rPr>
        <w:t xml:space="preserve">[33:25] </w:t>
      </w:r>
      <w:r>
        <w:t>ya ayyuha allatheena amanu koonu ansara allahi kama qala yusubnu maryama lilhawariyeena man ansariyya lillahi qala alhawariyoona:</w:t>
      </w:r>
    </w:p>
    <w:p>
      <w:pPr>
        <w:jc w:val="right"/>
      </w:pPr>
      <w:r>
        <w:t>يَا أَيُّهَا الَّذِينَ آمَنُوا كُونُوا أَنْصَارَ اللَّهِ كَمَا قَالَ يَسُبْنُ مَرْيَمٍ لِلْهَوَارِعِينَ مَنْ أَنْصَارِيَ لِلَّهِ ۖ قَالَ الْهَوَارِيعُونَ:</w:t>
      </w:r>
    </w:p>
    <w:p>
      <w:r>
        <w:rPr>
          <w:b/>
        </w:rPr>
        <w:t xml:space="preserve">[33:40] </w:t>
      </w:r>
      <w:r>
        <w:t>na na ansaru allahi faaamalatu taifatun min bani israil wa kafarat taifatun faayyadna allatheena amanu ala aduwwihim faasbahou thahireena</w:t>
      </w:r>
    </w:p>
    <w:p>
      <w:pPr>
        <w:jc w:val="right"/>
      </w:pPr>
      <w:r>
        <w:t>نَا نَا أَنْصَارُ اللَّهِ فَعَامَلَتْ طَائِفَةٌ مِنْ بَنِي إِسْرَائِيلِ وَكَفَرَتْ طَائِفَةٌ فَأَيَّدْنَا الَّذِينَ آمَنُوا عَلَى عَدُوِّهِمْ فَأَصْبَهُوا ظَاهِرِينَ</w:t>
      </w:r>
    </w:p>
    <w:p>
      <w:r>
        <w:rPr>
          <w:b/>
        </w:rPr>
        <w:t xml:space="preserve">[33:54] </w:t>
      </w:r>
      <w:r>
        <w:t>This verse you can see in the chapter As-Saff of the Quran.</w:t>
      </w:r>
    </w:p>
    <w:p>
      <w:pPr>
        <w:jc w:val="right"/>
      </w:pPr>
      <w:r>
        <w:t>This verse you can see in the chapter As-Saff of the Quran.</w:t>
      </w:r>
    </w:p>
    <w:p>
      <w:r>
        <w:rPr>
          <w:b/>
        </w:rPr>
        <w:t xml:space="preserve">[34:09] </w:t>
      </w:r>
      <w:r>
        <w:t>This verse tells us that, "O people of faith," or "O Muslims," "O people of faith," you have</w:t>
      </w:r>
    </w:p>
    <w:p>
      <w:pPr>
        <w:jc w:val="right"/>
      </w:pPr>
      <w:r>
        <w:t>This verse tells us that, "O people of faith," or "O Muslims," "O people of faith," you have</w:t>
      </w:r>
    </w:p>
    <w:p>
      <w:r>
        <w:rPr>
          <w:b/>
        </w:rPr>
        <w:t xml:space="preserve">[34:23] </w:t>
      </w:r>
      <w:r>
        <w:t>to adopt the pattern that was adopted by the disciples of Jesus Christ.</w:t>
      </w:r>
    </w:p>
    <w:p>
      <w:pPr>
        <w:jc w:val="right"/>
      </w:pPr>
      <w:r>
        <w:t>to adopt the pattern that was adopted by the disciples of Jesus Christ.</w:t>
      </w:r>
    </w:p>
    <w:p>
      <w:r>
        <w:rPr>
          <w:b/>
        </w:rPr>
        <w:t xml:space="preserve">[34:38] </w:t>
      </w:r>
      <w:r>
        <w:t>It is very, very, very strange. And here the Quran itself directs you to follow the pattern of Jesus Christ.</w:t>
      </w:r>
    </w:p>
    <w:p>
      <w:pPr>
        <w:jc w:val="right"/>
      </w:pPr>
      <w:r>
        <w:t>It is very, very, very strange. And here the Quran itself directs you to follow the pattern of Jesus Christ.</w:t>
      </w:r>
    </w:p>
    <w:p>
      <w:r>
        <w:rPr>
          <w:b/>
        </w:rPr>
        <w:t xml:space="preserve">[34:55] </w:t>
      </w:r>
      <w:r>
        <w:t>ya ayuhal ladhina amanu kunu ansarallahi kama qala yasubnu maryama lilhawariyyina man ansariyallillahi qala alhawariyyuna:</w:t>
      </w:r>
    </w:p>
    <w:p>
      <w:pPr>
        <w:jc w:val="right"/>
      </w:pPr>
      <w:r>
        <w:t>يَا أَيُّهَا الَّذِينَ آمَنُوا كُونُوا أَنْصَارَ اللَّهِ كَمَا قَالَ يَسُبْنُ مَرْيَيمِ لِلْهَوَارِيعِينَ مَنْ أَنْصَارِيَ لِلَّهِ ۖ قَالَ الْهَوَارِيعُونَ:</w:t>
      </w:r>
    </w:p>
    <w:p>
      <w:r>
        <w:rPr>
          <w:b/>
        </w:rPr>
        <w:t xml:space="preserve">[35:06] </w:t>
      </w:r>
      <w:r>
        <w:t>na na ansarullahi faa'malat taifatum min bani israil wa kafarata taifatun So this verse of the Quran tells</w:t>
      </w:r>
    </w:p>
    <w:p>
      <w:pPr>
        <w:jc w:val="right"/>
      </w:pPr>
      <w:r>
        <w:t>نَا نَا أَنْصَارُ اللَّهِ فَأَعْمَلَتْ طَائِفَةٌ مِنْ بَنِي إِسْرَائِيلِ وَكَفَرَتْ طَائِفَةٌ So this verse of the Quran tells</w:t>
      </w:r>
    </w:p>
    <w:p>
      <w:r>
        <w:rPr>
          <w:b/>
        </w:rPr>
        <w:t xml:space="preserve">[35:18] </w:t>
      </w:r>
      <w:r>
        <w:t>us or directs us to follow the examples set by Jesus Christ and directed to his disciples.</w:t>
      </w:r>
    </w:p>
    <w:p>
      <w:pPr>
        <w:jc w:val="right"/>
      </w:pPr>
      <w:r>
        <w:t>us or directs us to follow the examples set by Jesus Christ and directed to his disciples.</w:t>
      </w:r>
    </w:p>
    <w:p>
      <w:r>
        <w:rPr>
          <w:b/>
        </w:rPr>
        <w:t xml:space="preserve">[35:29] </w:t>
      </w:r>
      <w:r>
        <w:t>And what was the result?</w:t>
      </w:r>
    </w:p>
    <w:p>
      <w:pPr>
        <w:jc w:val="right"/>
      </w:pPr>
      <w:r>
        <w:t>And what was the result?</w:t>
      </w:r>
    </w:p>
    <w:p>
      <w:r>
        <w:rPr>
          <w:b/>
        </w:rPr>
        <w:t xml:space="preserve">[35:41] </w:t>
      </w:r>
      <w:r>
        <w:t>You see that the followers of Jesus Christ comprise the largest religious community in our present world. And this was predicted in Hadith. There is a Hadith in Sahih Muslim.</w:t>
      </w:r>
    </w:p>
    <w:p>
      <w:pPr>
        <w:jc w:val="right"/>
      </w:pPr>
      <w:r>
        <w:t>You see that the followers of Jesus Christ comprise the largest religious community in our present world. And this was predicted in Hadith. There is a Hadith in Sahih Muslim.</w:t>
      </w:r>
    </w:p>
    <w:p>
      <w:r>
        <w:rPr>
          <w:b/>
        </w:rPr>
        <w:t xml:space="preserve">[36:06] </w:t>
      </w:r>
      <w:r>
        <w:t>Sahih Muslim is a very important book in Hadith literature.</w:t>
      </w:r>
    </w:p>
    <w:p>
      <w:pPr>
        <w:jc w:val="right"/>
      </w:pPr>
      <w:r>
        <w:t>Sahih Muslim is a very important book in Hadith literature.</w:t>
      </w:r>
    </w:p>
    <w:p>
      <w:r>
        <w:rPr>
          <w:b/>
        </w:rPr>
        <w:t xml:space="preserve">[36:17] </w:t>
      </w:r>
      <w:r>
        <w:t>So in Sahih Muslim, there is a Hadith that predicts this prediction was given by Prophet himself.</w:t>
      </w:r>
    </w:p>
    <w:p>
      <w:pPr>
        <w:jc w:val="right"/>
      </w:pPr>
      <w:r>
        <w:t>So in Sahih Muslim, there is a Hadith that predicts this prediction was given by Prophet himself.</w:t>
      </w:r>
    </w:p>
    <w:p>
      <w:r>
        <w:rPr>
          <w:b/>
        </w:rPr>
        <w:t xml:space="preserve">[36:28] </w:t>
      </w:r>
      <w:r>
        <w:t>According to this Hadith or tradition, Prophet of Islam predicted that after some time, the followers of Christ</w:t>
      </w:r>
    </w:p>
    <w:p>
      <w:pPr>
        <w:jc w:val="right"/>
      </w:pPr>
      <w:r>
        <w:t>According to this Hadith or tradition, Prophet of Islam predicted that after some time, the followers of Christ</w:t>
      </w:r>
    </w:p>
    <w:p>
      <w:r>
        <w:rPr>
          <w:b/>
        </w:rPr>
        <w:t xml:space="preserve">[36:39] </w:t>
      </w:r>
      <w:r>
        <w:t>will compromise the largest faith in the world.</w:t>
      </w:r>
    </w:p>
    <w:p>
      <w:pPr>
        <w:jc w:val="right"/>
      </w:pPr>
      <w:r>
        <w:t>will compromise the largest faith in the world.</w:t>
      </w:r>
    </w:p>
    <w:p>
      <w:r>
        <w:rPr>
          <w:b/>
        </w:rPr>
        <w:t xml:space="preserve">[36:51] </w:t>
      </w:r>
      <w:r>
        <w:t>And now it has been happened. Now you can see that this prediction is now proved to be a fact. So what was the pattern adopted by, what was that successful pattern? What was that successful pattern adopted by the disciples of Jesus Christ?</w:t>
      </w:r>
    </w:p>
    <w:p>
      <w:pPr>
        <w:jc w:val="right"/>
      </w:pPr>
      <w:r>
        <w:t>And now it has been happened. Now you can see that this prediction is now proved to be a fact. So what was the pattern adopted by, what was that successful pattern? What was that successful pattern adopted by the disciples of Jesus Christ?</w:t>
      </w:r>
    </w:p>
    <w:p>
      <w:r>
        <w:rPr>
          <w:b/>
        </w:rPr>
        <w:t xml:space="preserve">[37:21] </w:t>
      </w:r>
      <w:r>
        <w:t>It was this pattern: "Give to Caesar what is due to Caesar.</w:t>
      </w:r>
    </w:p>
    <w:p>
      <w:pPr>
        <w:jc w:val="right"/>
      </w:pPr>
      <w:r>
        <w:t>It was this pattern: "Give to Caesar what is due to Caesar.</w:t>
      </w:r>
    </w:p>
    <w:p>
      <w:r>
        <w:rPr>
          <w:b/>
        </w:rPr>
        <w:t xml:space="preserve">[37:32] </w:t>
      </w:r>
      <w:r>
        <w:t>And give to God what is due to God." So the pattern of Christ was based on this</w:t>
      </w:r>
    </w:p>
    <w:p>
      <w:pPr>
        <w:jc w:val="right"/>
      </w:pPr>
      <w:r>
        <w:t>And give to God what is due to God." So the pattern of Christ was based on this</w:t>
      </w:r>
    </w:p>
    <w:p>
      <w:r>
        <w:rPr>
          <w:b/>
        </w:rPr>
        <w:t xml:space="preserve">[37:43] </w:t>
      </w:r>
      <w:r>
        <w:t>formula, this two-point formula.</w:t>
      </w:r>
    </w:p>
    <w:p>
      <w:pPr>
        <w:jc w:val="right"/>
      </w:pPr>
      <w:r>
        <w:t>formula, this two-point formula.</w:t>
      </w:r>
    </w:p>
    <w:p>
      <w:r>
        <w:rPr>
          <w:b/>
        </w:rPr>
        <w:t xml:space="preserve">[37:55] </w:t>
      </w:r>
      <w:r>
        <w:t>That avoid political confrontation and avail Dawa opportunities present in the system, in the society.</w:t>
      </w:r>
    </w:p>
    <w:p>
      <w:pPr>
        <w:jc w:val="right"/>
      </w:pPr>
      <w:r>
        <w:t>That avoid political confrontation and avail Dawa opportunities present in the system, in the society.</w:t>
      </w:r>
    </w:p>
    <w:p>
      <w:r>
        <w:rPr>
          <w:b/>
        </w:rPr>
        <w:t xml:space="preserve">[38:06] </w:t>
      </w:r>
      <w:r>
        <w:t>So it is very, very important that this model is also valid.</w:t>
      </w:r>
    </w:p>
    <w:p>
      <w:pPr>
        <w:jc w:val="right"/>
      </w:pPr>
      <w:r>
        <w:t>So it is very, very important that this model is also valid.</w:t>
      </w:r>
    </w:p>
    <w:p>
      <w:r>
        <w:rPr>
          <w:b/>
        </w:rPr>
        <w:t xml:space="preserve">[38:17] </w:t>
      </w:r>
      <w:r>
        <w:t>It is not abolished.</w:t>
      </w:r>
    </w:p>
    <w:p>
      <w:pPr>
        <w:jc w:val="right"/>
      </w:pPr>
      <w:r>
        <w:t>It is not abolished.</w:t>
      </w:r>
    </w:p>
    <w:p>
      <w:r>
        <w:rPr>
          <w:b/>
        </w:rPr>
        <w:t xml:space="preserve">[38:29] </w:t>
      </w:r>
      <w:r>
        <w:t>This model is not abolished.</w:t>
      </w:r>
    </w:p>
    <w:p>
      <w:pPr>
        <w:jc w:val="right"/>
      </w:pPr>
      <w:r>
        <w:t>This model is not abolished.</w:t>
      </w:r>
    </w:p>
    <w:p>
      <w:r>
        <w:rPr>
          <w:b/>
        </w:rPr>
        <w:t xml:space="preserve">[38:36] </w:t>
      </w:r>
      <w:r>
        <w:t>This model is also valid according to the situation.</w:t>
      </w:r>
    </w:p>
    <w:p>
      <w:pPr>
        <w:jc w:val="right"/>
      </w:pPr>
      <w:r>
        <w:t>This model is also valid according to the situation.</w:t>
      </w:r>
    </w:p>
    <w:p>
      <w:r>
        <w:rPr>
          <w:b/>
        </w:rPr>
        <w:t xml:space="preserve">[38:44] </w:t>
      </w:r>
      <w:r>
        <w:t>So when we find ourselves in a situation where there is a political rule of some non-Muslims, some</w:t>
      </w:r>
    </w:p>
    <w:p>
      <w:pPr>
        <w:jc w:val="right"/>
      </w:pPr>
      <w:r>
        <w:t>So when we find ourselves in a situation where there is a political rule of some non-Muslims, some</w:t>
      </w:r>
    </w:p>
    <w:p>
      <w:r>
        <w:rPr>
          <w:b/>
        </w:rPr>
        <w:t xml:space="preserve">[38:52] </w:t>
      </w:r>
      <w:r>
        <w:t>secular forces, we have to avoid confrontation.</w:t>
      </w:r>
    </w:p>
    <w:p>
      <w:pPr>
        <w:jc w:val="right"/>
      </w:pPr>
      <w:r>
        <w:t>secular forces, we have to avoid confrontation.</w:t>
      </w:r>
    </w:p>
    <w:p>
      <w:r>
        <w:rPr>
          <w:b/>
        </w:rPr>
        <w:t xml:space="preserve">[38:59] </w:t>
      </w:r>
      <w:r>
        <w:t>And we have to avail those opportunities we find in that system.</w:t>
      </w:r>
    </w:p>
    <w:p>
      <w:pPr>
        <w:jc w:val="right"/>
      </w:pPr>
      <w:r>
        <w:t>And we have to avail those opportunities we find in that system.</w:t>
      </w:r>
    </w:p>
    <w:p>
      <w:r>
        <w:rPr>
          <w:b/>
        </w:rPr>
        <w:t xml:space="preserve">[39:07] </w:t>
      </w:r>
      <w:r>
        <w:t>So the formula is like this: "Ignore the political problem and avail Dawa opportunities." This is the formula</w:t>
      </w:r>
    </w:p>
    <w:p>
      <w:pPr>
        <w:jc w:val="right"/>
      </w:pPr>
      <w:r>
        <w:t>So the formula is like this: "Ignore the political problem and avail Dawa opportunities." This is the formula</w:t>
      </w:r>
    </w:p>
    <w:p>
      <w:r>
        <w:rPr>
          <w:b/>
        </w:rPr>
        <w:t xml:space="preserve">[39:15] </w:t>
      </w:r>
      <w:r>
        <w:t>given by Jesus Christ.</w:t>
      </w:r>
    </w:p>
    <w:p>
      <w:pPr>
        <w:jc w:val="right"/>
      </w:pPr>
      <w:r>
        <w:t>given by Jesus Christ.</w:t>
      </w:r>
    </w:p>
    <w:p>
      <w:r>
        <w:rPr>
          <w:b/>
        </w:rPr>
        <w:t xml:space="preserve">[39:23] </w:t>
      </w:r>
      <w:r>
        <w:t>And also it is endorsed by the Quran itself in Surah As-Saff. And we have to adopt this formula in our times. It is valid up to this date. AQAULA QAWLI HADHA WAS TAGHFIRULLAH LI.</w:t>
      </w:r>
    </w:p>
    <w:p>
      <w:pPr>
        <w:jc w:val="right"/>
      </w:pPr>
      <w:r>
        <w:t>And also it is endorsed by the Quran itself in Surah As-Saff. And we have to adopt this formula in our times. It is valid up to this date. أقول قولي هذا واستغفر الله لي.</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