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is Islam (English) February 10, 2007 Maulana Wahiduddin Khan</w:t>
      </w:r>
    </w:p>
    <w:p>
      <w:r>
        <w:t>https://www.youtube.com/watch?v=1eiGNXUjs0c</w:t>
      </w:r>
    </w:p>
    <w:p>
      <w:r>
        <w:rPr>
          <w:b/>
        </w:rPr>
        <w:t xml:space="preserve">[00:10] </w:t>
      </w:r>
      <w:r>
        <w:t>Bismillah al-Rahman al-Rahim, wa salla Allahu ala an-nabiyyi al-karim.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[00:20] </w:t>
      </w:r>
      <w:r>
        <w:t>Rabbi ishrah li sadri, wa yassir li amri, wa ahlu al-uqdatan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What is Islam? Literally, Islam means surrender or submission.</w:t>
      </w:r>
    </w:p>
    <w:p>
      <w:pPr>
        <w:jc w:val="right"/>
      </w:pPr>
      <w:r>
        <w:t>واٹ از اسلام؟ لٹرلی، اسلام مینز surrender اور submission۔</w:t>
      </w:r>
    </w:p>
    <w:p>
      <w:r>
        <w:rPr>
          <w:b/>
        </w:rPr>
        <w:t xml:space="preserve">[00:40] </w:t>
      </w:r>
      <w:r>
        <w:t>But it has no negative connotation.</w:t>
      </w:r>
    </w:p>
    <w:p>
      <w:pPr>
        <w:jc w:val="right"/>
      </w:pPr>
      <w:r>
        <w:t>But it has no negative connotation۔</w:t>
      </w:r>
    </w:p>
    <w:p>
      <w:r>
        <w:rPr>
          <w:b/>
        </w:rPr>
        <w:t xml:space="preserve">[00:51] </w:t>
      </w:r>
      <w:r>
        <w:t>It is completely a positive word.</w:t>
      </w:r>
    </w:p>
    <w:p>
      <w:pPr>
        <w:jc w:val="right"/>
      </w:pPr>
      <w:r>
        <w:t>It is completely a positive word۔</w:t>
      </w:r>
    </w:p>
    <w:p>
      <w:r>
        <w:rPr>
          <w:b/>
        </w:rPr>
        <w:t xml:space="preserve">[01:01] </w:t>
      </w:r>
      <w:r>
        <w:t>You can say that Islam means to follow a spiritual culture or a divine culture.</w:t>
      </w:r>
    </w:p>
    <w:p>
      <w:pPr>
        <w:jc w:val="right"/>
      </w:pPr>
      <w:r>
        <w:t>You can say that Islam means to follow a spiritual culture or a divine culture۔</w:t>
      </w:r>
    </w:p>
    <w:p>
      <w:r>
        <w:rPr>
          <w:b/>
        </w:rPr>
        <w:t xml:space="preserve">[01:11] </w:t>
      </w:r>
      <w:r>
        <w:t>Islam means to follow a disciplined life.</w:t>
      </w:r>
    </w:p>
    <w:p>
      <w:pPr>
        <w:jc w:val="right"/>
      </w:pPr>
      <w:r>
        <w:t>Islam means to follow a disciplined life۔</w:t>
      </w:r>
    </w:p>
    <w:p>
      <w:r>
        <w:rPr>
          <w:b/>
        </w:rPr>
        <w:t xml:space="preserve">[01:21] </w:t>
      </w:r>
      <w:r>
        <w:t>A disciplined life.</w:t>
      </w:r>
    </w:p>
    <w:p>
      <w:pPr>
        <w:jc w:val="right"/>
      </w:pPr>
      <w:r>
        <w:t>A disciplined life۔</w:t>
      </w:r>
    </w:p>
    <w:p>
      <w:r>
        <w:rPr>
          <w:b/>
        </w:rPr>
        <w:t xml:space="preserve">[01:32] </w:t>
      </w:r>
      <w:r>
        <w:t>By discipline, I mean divine discipline. Divine discipline.</w:t>
      </w:r>
    </w:p>
    <w:p>
      <w:pPr>
        <w:jc w:val="right"/>
      </w:pPr>
      <w:r>
        <w:t>By discipline, I mean divine discipline۔ Divine discipline۔</w:t>
      </w:r>
    </w:p>
    <w:p>
      <w:r>
        <w:rPr>
          <w:b/>
        </w:rPr>
        <w:t xml:space="preserve">[01:42] </w:t>
      </w:r>
      <w:r>
        <w:t>So the concept is that man was created by God.</w:t>
      </w:r>
    </w:p>
    <w:p>
      <w:pPr>
        <w:jc w:val="right"/>
      </w:pPr>
      <w:r>
        <w:t>So the concept is that man was created by God۔</w:t>
      </w:r>
    </w:p>
    <w:p>
      <w:r>
        <w:rPr>
          <w:b/>
        </w:rPr>
        <w:t xml:space="preserve">[01:52] </w:t>
      </w:r>
      <w:r>
        <w:t>Only God knows what is good and what is bad for man.</w:t>
      </w:r>
    </w:p>
    <w:p>
      <w:pPr>
        <w:jc w:val="right"/>
      </w:pPr>
      <w:r>
        <w:t>Only God knows what is good and what is bad for man۔</w:t>
      </w:r>
    </w:p>
    <w:p>
      <w:r>
        <w:rPr>
          <w:b/>
        </w:rPr>
        <w:t xml:space="preserve">[02:02] </w:t>
      </w:r>
      <w:r>
        <w:t>So according to His knowledge, God has sent His prophets and also His books.</w:t>
      </w:r>
    </w:p>
    <w:p>
      <w:pPr>
        <w:jc w:val="right"/>
      </w:pPr>
      <w:r>
        <w:t>So according to His knowledge, God has sent His prophets and also His books۔</w:t>
      </w:r>
    </w:p>
    <w:p>
      <w:r>
        <w:rPr>
          <w:b/>
        </w:rPr>
        <w:t xml:space="preserve">[02:13] </w:t>
      </w:r>
      <w:r>
        <w:t>This book is like a guide.</w:t>
      </w:r>
    </w:p>
    <w:p>
      <w:pPr>
        <w:jc w:val="right"/>
      </w:pPr>
      <w:r>
        <w:t>This book is like a guide۔</w:t>
      </w:r>
    </w:p>
    <w:p>
      <w:r>
        <w:rPr>
          <w:b/>
        </w:rPr>
        <w:t xml:space="preserve">[02:23] </w:t>
      </w:r>
      <w:r>
        <w:t>And prophets are like guides for human for mankind.</w:t>
      </w:r>
    </w:p>
    <w:p>
      <w:pPr>
        <w:jc w:val="right"/>
      </w:pPr>
      <w:r>
        <w:t>And prophets are like guides for human for mankind۔</w:t>
      </w:r>
    </w:p>
    <w:p>
      <w:r>
        <w:rPr>
          <w:b/>
        </w:rPr>
        <w:t xml:space="preserve">[02:33] </w:t>
      </w:r>
      <w:r>
        <w:t>But there is no compulsion.</w:t>
      </w:r>
    </w:p>
    <w:p>
      <w:pPr>
        <w:jc w:val="right"/>
      </w:pPr>
      <w:r>
        <w:t>But there is no compulsion۔</w:t>
      </w:r>
    </w:p>
    <w:p>
      <w:r>
        <w:rPr>
          <w:b/>
        </w:rPr>
        <w:t xml:space="preserve">[02:43] </w:t>
      </w:r>
      <w:r>
        <w:t>Man is completely free. Completely free.</w:t>
      </w:r>
    </w:p>
    <w:p>
      <w:pPr>
        <w:jc w:val="right"/>
      </w:pPr>
      <w:r>
        <w:t>Man is completely free۔ Completely free۔</w:t>
      </w:r>
    </w:p>
    <w:p>
      <w:r>
        <w:rPr>
          <w:b/>
        </w:rPr>
        <w:t xml:space="preserve">[02:54] </w:t>
      </w:r>
      <w:r>
        <w:t>So man is required to adopt divine culture by his own choice, without any compulsion.</w:t>
      </w:r>
    </w:p>
    <w:p>
      <w:pPr>
        <w:jc w:val="right"/>
      </w:pPr>
      <w:r>
        <w:t>So man is required to adopt divine culture by his own choice، without any compulsion۔</w:t>
      </w:r>
    </w:p>
    <w:p>
      <w:r>
        <w:rPr>
          <w:b/>
        </w:rPr>
        <w:t xml:space="preserve">[03:04] </w:t>
      </w:r>
      <w:r>
        <w:t>The concept is that the whole universe including man is to follow this divine culture.</w:t>
      </w:r>
    </w:p>
    <w:p>
      <w:pPr>
        <w:jc w:val="right"/>
      </w:pPr>
      <w:r>
        <w:t>The concept is that the whole universe including man is to follow this divine culture۔</w:t>
      </w:r>
    </w:p>
    <w:p>
      <w:r>
        <w:rPr>
          <w:b/>
        </w:rPr>
        <w:t xml:space="preserve">[03:14] </w:t>
      </w:r>
      <w:r>
        <w:t>There is a verse in the Quran in this regard: "Man fi al-samawati wa al-ardi ta'u' wa kurhan wa ilayhi yurja'un".</w:t>
      </w:r>
    </w:p>
    <w:p>
      <w:pPr>
        <w:jc w:val="right"/>
      </w:pPr>
      <w:r>
        <w:t>There is a verse in the Quran in this regard: "من فی السماوات والارض طاعوا وكرہا والیه یرجعون"۔</w:t>
      </w:r>
    </w:p>
    <w:p>
      <w:r>
        <w:rPr>
          <w:b/>
        </w:rPr>
        <w:t xml:space="preserve">[03:24] </w:t>
      </w:r>
      <w:r>
        <w:t>It means that do they want a religion other than Islam؟ Whereas the whole universe is following this</w:t>
      </w:r>
    </w:p>
    <w:p>
      <w:pPr>
        <w:jc w:val="right"/>
      </w:pPr>
      <w:r>
        <w:t>It means that do they want a religion other than Islam؟ Whereas the whole universe is following this</w:t>
      </w:r>
    </w:p>
    <w:p>
      <w:r>
        <w:rPr>
          <w:b/>
        </w:rPr>
        <w:t xml:space="preserve">[03:35] </w:t>
      </w:r>
      <w:r>
        <w:t>religion that is Islam or divine culture willingly or unwillingly۔</w:t>
      </w:r>
    </w:p>
    <w:p>
      <w:pPr>
        <w:jc w:val="right"/>
      </w:pPr>
      <w:r>
        <w:t>religion that is Islam or divine culture willingly or unwillingly۔</w:t>
      </w:r>
    </w:p>
    <w:p>
      <w:r>
        <w:rPr>
          <w:b/>
        </w:rPr>
        <w:t xml:space="preserve">[03:45] </w:t>
      </w:r>
      <w:r>
        <w:t>So what is what the rest of the universe is following unwillingly that is compulsively؟ What the rest</w:t>
      </w:r>
    </w:p>
    <w:p>
      <w:pPr>
        <w:jc w:val="right"/>
      </w:pPr>
      <w:r>
        <w:t>So what is what the rest of the universe is following unwillingly that is compulsively؟ What the rest</w:t>
      </w:r>
    </w:p>
    <w:p>
      <w:r>
        <w:rPr>
          <w:b/>
        </w:rPr>
        <w:t xml:space="preserve">[03:55] </w:t>
      </w:r>
      <w:r>
        <w:t>of the universe is following compulsively the same is required by man by choice۔</w:t>
      </w:r>
    </w:p>
    <w:p>
      <w:pPr>
        <w:jc w:val="right"/>
      </w:pPr>
      <w:r>
        <w:t>of the universe is following compulsively the same is required by man by choice۔</w:t>
      </w:r>
    </w:p>
    <w:p>
      <w:r>
        <w:rPr>
          <w:b/>
        </w:rPr>
        <w:t xml:space="preserve">[04:05] </w:t>
      </w:r>
      <w:r>
        <w:t>Man has man enjoys freedom۔</w:t>
      </w:r>
    </w:p>
    <w:p>
      <w:pPr>
        <w:jc w:val="right"/>
      </w:pPr>
      <w:r>
        <w:t>Man has man enjoys freedom۔</w:t>
      </w:r>
    </w:p>
    <w:p>
      <w:r>
        <w:rPr>
          <w:b/>
        </w:rPr>
        <w:t xml:space="preserve">[04:16] </w:t>
      </w:r>
      <w:r>
        <w:t>The rest of the universe has no freedom۔</w:t>
      </w:r>
    </w:p>
    <w:p>
      <w:pPr>
        <w:jc w:val="right"/>
      </w:pPr>
      <w:r>
        <w:t>The rest of the universe has no freedom۔</w:t>
      </w:r>
    </w:p>
    <w:p>
      <w:r>
        <w:rPr>
          <w:b/>
        </w:rPr>
        <w:t xml:space="preserve">[04:26] </w:t>
      </w:r>
      <w:r>
        <w:t>But culture is the same۔</w:t>
      </w:r>
    </w:p>
    <w:p>
      <w:pPr>
        <w:jc w:val="right"/>
      </w:pPr>
      <w:r>
        <w:t>But culture is the same۔</w:t>
      </w:r>
    </w:p>
    <w:p>
      <w:r>
        <w:rPr>
          <w:b/>
        </w:rPr>
        <w:t xml:space="preserve">[04:36] </w:t>
      </w:r>
      <w:r>
        <w:t>Same spiritual culture or divine culture is required by both man and the universe۔</w:t>
      </w:r>
    </w:p>
    <w:p>
      <w:pPr>
        <w:jc w:val="right"/>
      </w:pPr>
      <w:r>
        <w:t>Same spiritual culture or divine culture is required by both man and the universe۔</w:t>
      </w:r>
    </w:p>
    <w:p>
      <w:r>
        <w:rPr>
          <w:b/>
        </w:rPr>
        <w:t xml:space="preserve">[04:46] </w:t>
      </w:r>
      <w:r>
        <w:t>The only difference is that the rest of the universe follows the same divine culture compulsively۔</w:t>
      </w:r>
    </w:p>
    <w:p>
      <w:pPr>
        <w:jc w:val="right"/>
      </w:pPr>
      <w:r>
        <w:t>The only difference is that the rest of the universe follows the same divine culture compulsively۔</w:t>
      </w:r>
    </w:p>
    <w:p>
      <w:r>
        <w:rPr>
          <w:b/>
        </w:rPr>
        <w:t xml:space="preserve">[04:57] </w:t>
      </w:r>
      <w:r>
        <w:t>And man is required to follow the same divine culture by his own choice۔</w:t>
      </w:r>
    </w:p>
    <w:p>
      <w:pPr>
        <w:jc w:val="right"/>
      </w:pPr>
      <w:r>
        <w:t>And man is required to follow the same divine culture by his own choice۔</w:t>
      </w:r>
    </w:p>
    <w:p>
      <w:r>
        <w:rPr>
          <w:b/>
        </w:rPr>
        <w:t xml:space="preserve">[05:07] </w:t>
      </w:r>
      <w:r>
        <w:t>This is the gist of the Islamic concept۔</w:t>
      </w:r>
    </w:p>
    <w:p>
      <w:pPr>
        <w:jc w:val="right"/>
      </w:pPr>
      <w:r>
        <w:t>This is the gist of the Islamic concept۔</w:t>
      </w:r>
    </w:p>
    <w:p>
      <w:r>
        <w:rPr>
          <w:b/>
        </w:rPr>
        <w:t xml:space="preserve">[05:17] </w:t>
      </w:r>
      <w:r>
        <w:t>Now I would like to give some example from the Islamic scriptures۔</w:t>
      </w:r>
    </w:p>
    <w:p>
      <w:pPr>
        <w:jc w:val="right"/>
      </w:pPr>
      <w:r>
        <w:t>Now I would like to give some example from the Islamic scriptures۔</w:t>
      </w:r>
    </w:p>
    <w:p>
      <w:r>
        <w:rPr>
          <w:b/>
        </w:rPr>
        <w:t xml:space="preserve">[05:27] </w:t>
      </w:r>
      <w:r>
        <w:t>Quran says: "It means the trees are doing sajda"۔</w:t>
      </w:r>
    </w:p>
    <w:p>
      <w:pPr>
        <w:jc w:val="right"/>
      </w:pPr>
      <w:r>
        <w:t>Quran says: "It means the trees are doing sajda"۔</w:t>
      </w:r>
    </w:p>
    <w:p>
      <w:r>
        <w:rPr>
          <w:b/>
        </w:rPr>
        <w:t xml:space="preserve">[05:38] </w:t>
      </w:r>
      <w:r>
        <w:t>Trees are performing sajda۔</w:t>
      </w:r>
    </w:p>
    <w:p>
      <w:pPr>
        <w:jc w:val="right"/>
      </w:pPr>
      <w:r>
        <w:t>Trees are performing sajda۔</w:t>
      </w:r>
    </w:p>
    <w:p>
      <w:r>
        <w:rPr>
          <w:b/>
        </w:rPr>
        <w:t xml:space="preserve">[05:48] </w:t>
      </w:r>
      <w:r>
        <w:t>Sajda means prostration۔</w:t>
      </w:r>
    </w:p>
    <w:p>
      <w:pPr>
        <w:jc w:val="right"/>
      </w:pPr>
      <w:r>
        <w:t>Sajda means prostration۔</w:t>
      </w:r>
    </w:p>
    <w:p>
      <w:r>
        <w:rPr>
          <w:b/>
        </w:rPr>
        <w:t xml:space="preserve">[05:58] </w:t>
      </w:r>
      <w:r>
        <w:t>So you know all the trees are in standing position but their shadow falls upon earth۔</w:t>
      </w:r>
    </w:p>
    <w:p>
      <w:pPr>
        <w:jc w:val="right"/>
      </w:pPr>
      <w:r>
        <w:t>So you know all the trees are in standing position but their shadow falls upon earth۔</w:t>
      </w:r>
    </w:p>
    <w:p>
      <w:r>
        <w:rPr>
          <w:b/>
        </w:rPr>
        <w:t xml:space="preserve">[06:08] </w:t>
      </w:r>
      <w:r>
        <w:t>This is sajda prostration۔</w:t>
      </w:r>
    </w:p>
    <w:p>
      <w:pPr>
        <w:jc w:val="right"/>
      </w:pPr>
      <w:r>
        <w:t>This is sajda prostration۔</w:t>
      </w:r>
    </w:p>
    <w:p>
      <w:r>
        <w:rPr>
          <w:b/>
        </w:rPr>
        <w:t xml:space="preserve">[06:19] </w:t>
      </w:r>
      <w:r>
        <w:t>This is a compulsive form of sajda۔</w:t>
      </w:r>
    </w:p>
    <w:p>
      <w:pPr>
        <w:jc w:val="right"/>
      </w:pPr>
      <w:r>
        <w:t>This is a compulsive form of sajda۔</w:t>
      </w:r>
    </w:p>
    <w:p>
      <w:r>
        <w:rPr>
          <w:b/>
        </w:rPr>
        <w:t xml:space="preserve">[06:29] </w:t>
      </w:r>
      <w:r>
        <w:t>And when a man performs namaz and performs sajda in his namaz that is a sajda by choice۔</w:t>
      </w:r>
    </w:p>
    <w:p>
      <w:pPr>
        <w:jc w:val="right"/>
      </w:pPr>
      <w:r>
        <w:t>And when a man performs namaz and performs sajda in his namaz that is a sajda by choice۔</w:t>
      </w:r>
    </w:p>
    <w:p>
      <w:r>
        <w:rPr>
          <w:b/>
        </w:rPr>
        <w:t xml:space="preserve">[06:39] </w:t>
      </w:r>
      <w:r>
        <w:t>Sajda by choice۔</w:t>
      </w:r>
    </w:p>
    <w:p>
      <w:pPr>
        <w:jc w:val="right"/>
      </w:pPr>
      <w:r>
        <w:t>Sajda by choice۔</w:t>
      </w:r>
    </w:p>
    <w:p>
      <w:r>
        <w:rPr>
          <w:b/>
        </w:rPr>
        <w:t xml:space="preserve">[06:49] </w:t>
      </w:r>
      <w:r>
        <w:t>So the whole universe is performing sajda but the rest of the universe performs it by under compulsion</w:t>
      </w:r>
    </w:p>
    <w:p>
      <w:pPr>
        <w:jc w:val="right"/>
      </w:pPr>
      <w:r>
        <w:t>So the whole universe is performing sajda but the rest of the universe performs it by under compulsion</w:t>
      </w:r>
    </w:p>
    <w:p>
      <w:r>
        <w:rPr>
          <w:b/>
        </w:rPr>
        <w:t xml:space="preserve">[07:00] </w:t>
      </w:r>
      <w:r>
        <w:t>and man is required to do the same sajda by his own choice۔</w:t>
      </w:r>
    </w:p>
    <w:p>
      <w:pPr>
        <w:jc w:val="right"/>
      </w:pPr>
      <w:r>
        <w:t>and man is required to do the same sajda by his own choice۔</w:t>
      </w:r>
    </w:p>
    <w:p>
      <w:r>
        <w:rPr>
          <w:b/>
        </w:rPr>
        <w:t xml:space="preserve">[07:10] </w:t>
      </w:r>
      <w:r>
        <w:t>This is spiritual culture or divine culture۔</w:t>
      </w:r>
    </w:p>
    <w:p>
      <w:pPr>
        <w:jc w:val="right"/>
      </w:pPr>
      <w:r>
        <w:t>This is spiritual culture or divine culture۔</w:t>
      </w:r>
    </w:p>
    <w:p>
      <w:r>
        <w:rPr>
          <w:b/>
        </w:rPr>
        <w:t xml:space="preserve">[07:20] </w:t>
      </w:r>
      <w:r>
        <w:t>Then the Quran says: "This Quranic verse tells us that there are numerous stars and planets in the</w:t>
      </w:r>
    </w:p>
    <w:p>
      <w:pPr>
        <w:jc w:val="right"/>
      </w:pPr>
      <w:r>
        <w:t>Then the Quran says: "This Quranic verse tells us that there are numerous stars and planets in the</w:t>
      </w:r>
    </w:p>
    <w:p>
      <w:r>
        <w:rPr>
          <w:b/>
        </w:rPr>
        <w:t xml:space="preserve">[07:30] </w:t>
      </w:r>
      <w:r>
        <w:t>space all are in moving state but all the stars or planets are moving in their own orbit strictly۔</w:t>
      </w:r>
    </w:p>
    <w:p>
      <w:pPr>
        <w:jc w:val="right"/>
      </w:pPr>
      <w:r>
        <w:t>space all are in moving state but all the stars or planets are moving in their own orbit strictly۔</w:t>
      </w:r>
    </w:p>
    <w:p>
      <w:r>
        <w:rPr>
          <w:b/>
        </w:rPr>
        <w:t xml:space="preserve">[07:41] </w:t>
      </w:r>
      <w:r>
        <w:t>No star or no planet deviates from its orbit۔</w:t>
      </w:r>
    </w:p>
    <w:p>
      <w:pPr>
        <w:jc w:val="right"/>
      </w:pPr>
      <w:r>
        <w:t>No star or no planet deviates from its orbit۔</w:t>
      </w:r>
    </w:p>
    <w:p>
      <w:r>
        <w:rPr>
          <w:b/>
        </w:rPr>
        <w:t xml:space="preserve">[07:51] </w:t>
      </w:r>
      <w:r>
        <w:t>No star or planet interfere in the other orbit۔</w:t>
      </w:r>
    </w:p>
    <w:p>
      <w:pPr>
        <w:jc w:val="right"/>
      </w:pPr>
      <w:r>
        <w:t>No star or planet interfere in the other orbit۔</w:t>
      </w:r>
    </w:p>
    <w:p>
      <w:r>
        <w:rPr>
          <w:b/>
        </w:rPr>
        <w:t xml:space="preserve">[08:01] </w:t>
      </w:r>
      <w:r>
        <w:t>So here you can see that that divine culture that is submissive culture is followed by all the</w:t>
      </w:r>
    </w:p>
    <w:p>
      <w:pPr>
        <w:jc w:val="right"/>
      </w:pPr>
      <w:r>
        <w:t>So here you can see that that divine culture that is submissive culture is followed by all the</w:t>
      </w:r>
    </w:p>
    <w:p>
      <w:r>
        <w:rPr>
          <w:b/>
        </w:rPr>
        <w:t xml:space="preserve">[08:11] </w:t>
      </w:r>
      <w:r>
        <w:t>stars all the planets but this following is under compulsion۔</w:t>
      </w:r>
    </w:p>
    <w:p>
      <w:pPr>
        <w:jc w:val="right"/>
      </w:pPr>
      <w:r>
        <w:t>stars all the planets but this following is under compulsion۔</w:t>
      </w:r>
    </w:p>
    <w:p>
      <w:r>
        <w:rPr>
          <w:b/>
        </w:rPr>
        <w:t xml:space="preserve">[08:22] </w:t>
      </w:r>
      <w:r>
        <w:t>The same is required by man۔</w:t>
      </w:r>
    </w:p>
    <w:p>
      <w:pPr>
        <w:jc w:val="right"/>
      </w:pPr>
      <w:r>
        <w:t>The same is required by man۔</w:t>
      </w:r>
    </w:p>
    <w:p>
      <w:r>
        <w:rPr>
          <w:b/>
        </w:rPr>
        <w:t xml:space="preserve">[08:32] </w:t>
      </w:r>
      <w:r>
        <w:t>Man should follow the same divine culture that is non-interference culture۔</w:t>
      </w:r>
    </w:p>
    <w:p>
      <w:pPr>
        <w:jc w:val="right"/>
      </w:pPr>
      <w:r>
        <w:t>Man should follow the same divine culture that is non-interference culture۔</w:t>
      </w:r>
    </w:p>
    <w:p>
      <w:r>
        <w:rPr>
          <w:b/>
        </w:rPr>
        <w:t xml:space="preserve">[08:42] </w:t>
      </w:r>
      <w:r>
        <w:t>You are free you are free and you can enjoy your freedom but you are not allowed to</w:t>
      </w:r>
    </w:p>
    <w:p>
      <w:pPr>
        <w:jc w:val="right"/>
      </w:pPr>
      <w:r>
        <w:t>You are free you are free and you can enjoy your freedom but you are not allowed to</w:t>
      </w:r>
    </w:p>
    <w:p>
      <w:r>
        <w:rPr>
          <w:b/>
        </w:rPr>
        <w:t xml:space="preserve">[08:52] </w:t>
      </w:r>
      <w:r>
        <w:t>interfere in others' life۔</w:t>
      </w:r>
    </w:p>
    <w:p>
      <w:pPr>
        <w:jc w:val="right"/>
      </w:pPr>
      <w:r>
        <w:t>interfere in others' life۔</w:t>
      </w:r>
    </w:p>
    <w:p>
      <w:r>
        <w:rPr>
          <w:b/>
        </w:rPr>
        <w:t xml:space="preserve">[09:03] </w:t>
      </w:r>
      <w:r>
        <w:t>So you do this by your own choice۔</w:t>
      </w:r>
    </w:p>
    <w:p>
      <w:pPr>
        <w:jc w:val="right"/>
      </w:pPr>
      <w:r>
        <w:t>So you do this by your own choice۔</w:t>
      </w:r>
    </w:p>
    <w:p>
      <w:r>
        <w:rPr>
          <w:b/>
        </w:rPr>
        <w:t xml:space="preserve">[09:13] </w:t>
      </w:r>
      <w:r>
        <w:t>There is a hadith very relevant to this theme۔</w:t>
      </w:r>
    </w:p>
    <w:p>
      <w:pPr>
        <w:jc w:val="right"/>
      </w:pPr>
      <w:r>
        <w:t>There is a hadith very relevant to this theme۔</w:t>
      </w:r>
    </w:p>
    <w:p>
      <w:r>
        <w:rPr>
          <w:b/>
        </w:rPr>
        <w:t xml:space="preserve">[09:23] </w:t>
      </w:r>
      <w:r>
        <w:t>The Prophet of Islam has said: "It means that he is not a true Mumin he is not</w:t>
      </w:r>
    </w:p>
    <w:p>
      <w:pPr>
        <w:jc w:val="right"/>
      </w:pPr>
      <w:r>
        <w:t>The Prophet of Islam has said: "It means that he is not a true Mumin he is not</w:t>
      </w:r>
    </w:p>
    <w:p>
      <w:r>
        <w:rPr>
          <w:b/>
        </w:rPr>
        <w:t xml:space="preserve">[09:33] </w:t>
      </w:r>
      <w:r>
        <w:t>a true Muslim who creates problem for others۔</w:t>
      </w:r>
    </w:p>
    <w:p>
      <w:pPr>
        <w:jc w:val="right"/>
      </w:pPr>
      <w:r>
        <w:t>a true Muslim who creates problem for others۔</w:t>
      </w:r>
    </w:p>
    <w:p>
      <w:r>
        <w:rPr>
          <w:b/>
        </w:rPr>
        <w:t xml:space="preserve">[09:44] </w:t>
      </w:r>
      <w:r>
        <w:t>He is not a true Mumin or Muslim who creates problem for others۔</w:t>
      </w:r>
    </w:p>
    <w:p>
      <w:pPr>
        <w:jc w:val="right"/>
      </w:pPr>
      <w:r>
        <w:t>He is not a true Mumin or Muslim who creates problem for others۔</w:t>
      </w:r>
    </w:p>
    <w:p>
      <w:r>
        <w:rPr>
          <w:b/>
        </w:rPr>
        <w:t xml:space="preserve">[09:54] </w:t>
      </w:r>
      <w:r>
        <w:t>Here you can see that the same divine culture is required by man also۔</w:t>
      </w:r>
    </w:p>
    <w:p>
      <w:pPr>
        <w:jc w:val="right"/>
      </w:pPr>
      <w:r>
        <w:t>Here you can see that the same divine culture is required by man also۔</w:t>
      </w:r>
    </w:p>
    <w:p>
      <w:r>
        <w:rPr>
          <w:b/>
        </w:rPr>
        <w:t xml:space="preserve">[10:04] </w:t>
      </w:r>
      <w:r>
        <w:t>You know every human being every man and woman are living in society in the society among their neighbors۔</w:t>
      </w:r>
    </w:p>
    <w:p>
      <w:pPr>
        <w:jc w:val="right"/>
      </w:pPr>
      <w:r>
        <w:t>You know every human being every man and woman are living in society in the society among their neighbors۔</w:t>
      </w:r>
    </w:p>
    <w:p>
      <w:r>
        <w:rPr>
          <w:b/>
        </w:rPr>
        <w:t xml:space="preserve">[10:14] </w:t>
      </w:r>
      <w:r>
        <w:t>So you are free to enjoy your freedom but you have no right to interfere in others' life۔</w:t>
      </w:r>
    </w:p>
    <w:p>
      <w:pPr>
        <w:jc w:val="right"/>
      </w:pPr>
      <w:r>
        <w:t>So you are free to enjoy your freedom but you have no right to interfere in others' life۔</w:t>
      </w:r>
    </w:p>
    <w:p>
      <w:r>
        <w:rPr>
          <w:b/>
        </w:rPr>
        <w:t xml:space="preserve">[10:25] </w:t>
      </w:r>
      <w:r>
        <w:t>You are not you are not allowed to create problem for others۔</w:t>
      </w:r>
    </w:p>
    <w:p>
      <w:pPr>
        <w:jc w:val="right"/>
      </w:pPr>
      <w:r>
        <w:t>You are not you are not allowed to create problem for others۔</w:t>
      </w:r>
    </w:p>
    <w:p>
      <w:r>
        <w:rPr>
          <w:b/>
        </w:rPr>
        <w:t xml:space="preserve">[10:35] </w:t>
      </w:r>
      <w:r>
        <w:t>Here you can see that the same pattern is required by man۔</w:t>
      </w:r>
    </w:p>
    <w:p>
      <w:pPr>
        <w:jc w:val="right"/>
      </w:pPr>
      <w:r>
        <w:t>Here you can see that the same pattern is required by man۔</w:t>
      </w:r>
    </w:p>
    <w:p>
      <w:r>
        <w:rPr>
          <w:b/>
        </w:rPr>
        <w:t xml:space="preserve">[10:45] </w:t>
      </w:r>
      <w:r>
        <w:t>All the bodies all the stars and planets moving in vast space they are active every time they</w:t>
      </w:r>
    </w:p>
    <w:p>
      <w:pPr>
        <w:jc w:val="right"/>
      </w:pPr>
      <w:r>
        <w:t>All the bodies all the stars and planets moving in vast space they are active every time they</w:t>
      </w:r>
    </w:p>
    <w:p>
      <w:r>
        <w:rPr>
          <w:b/>
        </w:rPr>
        <w:t xml:space="preserve">[10:55] </w:t>
      </w:r>
      <w:r>
        <w:t>move every time but no star or planet interferes in the life of others۔</w:t>
      </w:r>
    </w:p>
    <w:p>
      <w:pPr>
        <w:jc w:val="right"/>
      </w:pPr>
      <w:r>
        <w:t>move every time but no star or planet interferes in the life of others۔</w:t>
      </w:r>
    </w:p>
    <w:p>
      <w:r>
        <w:rPr>
          <w:b/>
        </w:rPr>
        <w:t xml:space="preserve">[11:06] </w:t>
      </w:r>
      <w:r>
        <w:t>So is required by man۔</w:t>
      </w:r>
    </w:p>
    <w:p>
      <w:pPr>
        <w:jc w:val="right"/>
      </w:pPr>
      <w:r>
        <w:t>So is required by man۔</w:t>
      </w:r>
    </w:p>
    <w:p>
      <w:r>
        <w:rPr>
          <w:b/>
        </w:rPr>
        <w:t xml:space="preserve">[11:16] </w:t>
      </w:r>
      <w:r>
        <w:t>You are active to perform your your you are free to enjoy your freedom you are free to</w:t>
      </w:r>
    </w:p>
    <w:p>
      <w:pPr>
        <w:jc w:val="right"/>
      </w:pPr>
      <w:r>
        <w:t>You are active to perform your your you are free to enjoy your freedom you are free to</w:t>
      </w:r>
    </w:p>
    <w:p>
      <w:r>
        <w:rPr>
          <w:b/>
        </w:rPr>
        <w:t xml:space="preserve">[11:26] </w:t>
      </w:r>
      <w:r>
        <w:t>launch your activities but you have to live in your own sphere you are not allowed to go</w:t>
      </w:r>
    </w:p>
    <w:p>
      <w:pPr>
        <w:jc w:val="right"/>
      </w:pPr>
      <w:r>
        <w:t>launch your activities but you have to live in your own sphere you are not allowed to go</w:t>
      </w:r>
    </w:p>
    <w:p>
      <w:r>
        <w:rPr>
          <w:b/>
        </w:rPr>
        <w:t xml:space="preserve">[11:36] </w:t>
      </w:r>
      <w:r>
        <w:t>in the spheres of others۔</w:t>
      </w:r>
    </w:p>
    <w:p>
      <w:pPr>
        <w:jc w:val="right"/>
      </w:pPr>
      <w:r>
        <w:t>in the spheres of others۔</w:t>
      </w:r>
    </w:p>
    <w:p>
      <w:r>
        <w:rPr>
          <w:b/>
        </w:rPr>
        <w:t xml:space="preserve">[11:47] </w:t>
      </w:r>
      <w:r>
        <w:t>So this is you can say this this is non-interference culture۔</w:t>
      </w:r>
    </w:p>
    <w:p>
      <w:pPr>
        <w:jc w:val="right"/>
      </w:pPr>
      <w:r>
        <w:t>So this is you can say this this is non-interference culture۔</w:t>
      </w:r>
    </w:p>
    <w:p>
      <w:r>
        <w:rPr>
          <w:b/>
        </w:rPr>
        <w:t xml:space="preserve">[11:57] </w:t>
      </w:r>
      <w:r>
        <w:t>What I am saying divine culture or spiritual culture so it is based on this principle that is non-interference culture۔</w:t>
      </w:r>
    </w:p>
    <w:p>
      <w:pPr>
        <w:jc w:val="right"/>
      </w:pPr>
      <w:r>
        <w:t>What I am saying divine culture or spiritual culture so it is based on this principle that is non-interference culture۔</w:t>
      </w:r>
    </w:p>
    <w:p>
      <w:r>
        <w:rPr>
          <w:b/>
        </w:rPr>
        <w:t xml:space="preserve">[12:07] </w:t>
      </w:r>
      <w:r>
        <w:t>So you are not allowed to go you are not allowed to interfere you are not allowed to</w:t>
      </w:r>
    </w:p>
    <w:p>
      <w:pPr>
        <w:jc w:val="right"/>
      </w:pPr>
      <w:r>
        <w:t>So you are not allowed to go you are not allowed to interfere you are not allowed to</w:t>
      </w:r>
    </w:p>
    <w:p>
      <w:r>
        <w:rPr>
          <w:b/>
        </w:rPr>
        <w:t xml:space="preserve">[12:17] </w:t>
      </w:r>
      <w:r>
        <w:t>interfere in others' life۔</w:t>
      </w:r>
    </w:p>
    <w:p>
      <w:pPr>
        <w:jc w:val="right"/>
      </w:pPr>
      <w:r>
        <w:t>interfere in others' life۔</w:t>
      </w:r>
    </w:p>
    <w:p>
      <w:r>
        <w:rPr>
          <w:b/>
        </w:rPr>
        <w:t xml:space="preserve">[12:28] </w:t>
      </w:r>
      <w:r>
        <w:t>This is very important۔</w:t>
      </w:r>
    </w:p>
    <w:p>
      <w:pPr>
        <w:jc w:val="right"/>
      </w:pPr>
      <w:r>
        <w:t>This is very important۔</w:t>
      </w:r>
    </w:p>
    <w:p>
      <w:r>
        <w:rPr>
          <w:b/>
        </w:rPr>
        <w:t xml:space="preserve">[12:38] </w:t>
      </w:r>
      <w:r>
        <w:t>Then there are other examples۔</w:t>
      </w:r>
    </w:p>
    <w:p>
      <w:pPr>
        <w:jc w:val="right"/>
      </w:pPr>
      <w:r>
        <w:t>Then there are other examples۔</w:t>
      </w:r>
    </w:p>
    <w:p>
      <w:r>
        <w:rPr>
          <w:b/>
        </w:rPr>
        <w:t xml:space="preserve">[12:48] </w:t>
      </w:r>
      <w:r>
        <w:t>Once Prophet of Islam saw a plant a tender plant in field so he said that you see</w:t>
      </w:r>
    </w:p>
    <w:p>
      <w:pPr>
        <w:jc w:val="right"/>
      </w:pPr>
      <w:r>
        <w:t>Once Prophet of Islam saw a plant a tender plant in field so he said that you see</w:t>
      </w:r>
    </w:p>
    <w:p>
      <w:r>
        <w:rPr>
          <w:b/>
        </w:rPr>
        <w:t xml:space="preserve">[12:58] </w:t>
      </w:r>
      <w:r>
        <w:t>this plant when some blow some blow of air touches it bows down۔</w:t>
      </w:r>
    </w:p>
    <w:p>
      <w:pPr>
        <w:jc w:val="right"/>
      </w:pPr>
      <w:r>
        <w:t>this plant when some blow some blow of air touches it bows down۔</w:t>
      </w:r>
    </w:p>
    <w:p>
      <w:r>
        <w:rPr>
          <w:b/>
        </w:rPr>
        <w:t xml:space="preserve">[13:09] </w:t>
      </w:r>
      <w:r>
        <w:t>There is no arrogance in this plant۔</w:t>
      </w:r>
    </w:p>
    <w:p>
      <w:pPr>
        <w:jc w:val="right"/>
      </w:pPr>
      <w:r>
        <w:t>There is no arrogance in this plant۔</w:t>
      </w:r>
    </w:p>
    <w:p>
      <w:r>
        <w:rPr>
          <w:b/>
        </w:rPr>
        <w:t xml:space="preserve">[13:19] </w:t>
      </w:r>
      <w:r>
        <w:t>He always lives in submission in compromise in adjustment۔</w:t>
      </w:r>
    </w:p>
    <w:p>
      <w:pPr>
        <w:jc w:val="right"/>
      </w:pPr>
      <w:r>
        <w:t>He always lives in submission in compromise in adjustment۔</w:t>
      </w:r>
    </w:p>
    <w:p>
      <w:r>
        <w:rPr>
          <w:b/>
        </w:rPr>
        <w:t xml:space="preserve">[13:29] </w:t>
      </w:r>
      <w:r>
        <w:t>So this plant has adopted the culture of submission adjustment and compromise۔</w:t>
      </w:r>
    </w:p>
    <w:p>
      <w:pPr>
        <w:jc w:val="right"/>
      </w:pPr>
      <w:r>
        <w:t>So this plant has adopted the culture of submission adjustment and compromise۔</w:t>
      </w:r>
    </w:p>
    <w:p>
      <w:r>
        <w:rPr>
          <w:b/>
        </w:rPr>
        <w:t xml:space="preserve">[13:39] </w:t>
      </w:r>
      <w:r>
        <w:t>This is required also by man۔</w:t>
      </w:r>
    </w:p>
    <w:p>
      <w:pPr>
        <w:jc w:val="right"/>
      </w:pPr>
      <w:r>
        <w:t>This is required also by man۔</w:t>
      </w:r>
    </w:p>
    <w:p>
      <w:r>
        <w:rPr>
          <w:b/>
        </w:rPr>
        <w:t xml:space="preserve">[13:50] </w:t>
      </w:r>
      <w:r>
        <w:t>What the plant is following by compulsion because the plant has no plant has no choice plant is</w:t>
      </w:r>
    </w:p>
    <w:p>
      <w:pPr>
        <w:jc w:val="right"/>
      </w:pPr>
      <w:r>
        <w:t>What the plant is following by compulsion because the plant has no plant has no choice plant is</w:t>
      </w:r>
    </w:p>
    <w:p>
      <w:r>
        <w:rPr>
          <w:b/>
        </w:rPr>
        <w:t xml:space="preserve">[14:00] </w:t>
      </w:r>
      <w:r>
        <w:t>following the culture of submission or adjustment or compromise by under compulsion but same is required by man</w:t>
      </w:r>
    </w:p>
    <w:p>
      <w:pPr>
        <w:jc w:val="right"/>
      </w:pPr>
      <w:r>
        <w:t>following the culture of submission or adjustment or compromise by under compulsion but same is required by man</w:t>
      </w:r>
    </w:p>
    <w:p>
      <w:r>
        <w:rPr>
          <w:b/>
        </w:rPr>
        <w:t xml:space="preserve">[14:10] </w:t>
      </w:r>
      <w:r>
        <w:t>man is also have to live according to this according to this principle he is not allowed to</w:t>
      </w:r>
    </w:p>
    <w:p>
      <w:pPr>
        <w:jc w:val="right"/>
      </w:pPr>
      <w:r>
        <w:t>man is also have to live according to this according to this principle he is not allowed to</w:t>
      </w:r>
    </w:p>
    <w:p>
      <w:r>
        <w:rPr>
          <w:b/>
        </w:rPr>
        <w:t xml:space="preserve">[14:20] </w:t>
      </w:r>
      <w:r>
        <w:t>be arrogant no he must adopt the culture of submission culture of compromise culture of adjustment۔</w:t>
      </w:r>
    </w:p>
    <w:p>
      <w:pPr>
        <w:jc w:val="right"/>
      </w:pPr>
      <w:r>
        <w:t>be arrogant no he must adopt the culture of submission culture of compromise culture of adjustment۔</w:t>
      </w:r>
    </w:p>
    <w:p>
      <w:r>
        <w:rPr>
          <w:b/>
        </w:rPr>
        <w:t xml:space="preserve">[14:31] </w:t>
      </w:r>
      <w:r>
        <w:t>This is also a part of Islam that is divine culture۔</w:t>
      </w:r>
    </w:p>
    <w:p>
      <w:pPr>
        <w:jc w:val="right"/>
      </w:pPr>
      <w:r>
        <w:t>This is also a part of Islam that is divine culture۔</w:t>
      </w:r>
    </w:p>
    <w:p>
      <w:r>
        <w:rPr>
          <w:b/>
        </w:rPr>
        <w:t xml:space="preserve">[14:41] </w:t>
      </w:r>
      <w:r>
        <w:t>Then then there is a there is a verse in the Quran it says that this this Quranic</w:t>
      </w:r>
    </w:p>
    <w:p>
      <w:pPr>
        <w:jc w:val="right"/>
      </w:pPr>
      <w:r>
        <w:t>Then then there is a there is a verse in the Quran it says that this this Quranic</w:t>
      </w:r>
    </w:p>
    <w:p>
      <w:r>
        <w:rPr>
          <w:b/>
        </w:rPr>
        <w:t xml:space="preserve">[14:51] </w:t>
      </w:r>
      <w:r>
        <w:t>verse refers to rain and and water so it says that that rain or water is serving a</w:t>
      </w:r>
    </w:p>
    <w:p>
      <w:pPr>
        <w:jc w:val="right"/>
      </w:pPr>
      <w:r>
        <w:t>verse refers to rain and and water so it says that that rain or water is serving a</w:t>
      </w:r>
    </w:p>
    <w:p>
      <w:r>
        <w:rPr>
          <w:b/>
        </w:rPr>
        <w:t xml:space="preserve">[15:01] </w:t>
      </w:r>
      <w:r>
        <w:t>very important task that is to be useful fathers useful fathers that is in other words giving culture</w:t>
      </w:r>
    </w:p>
    <w:p>
      <w:pPr>
        <w:jc w:val="right"/>
      </w:pPr>
      <w:r>
        <w:t>very important task that is to be useful fathers useful fathers that is in other words giving culture</w:t>
      </w:r>
    </w:p>
    <w:p>
      <w:r>
        <w:rPr>
          <w:b/>
        </w:rPr>
        <w:t xml:space="preserve">[15:12] </w:t>
      </w:r>
      <w:r>
        <w:t>is universal culture in this world everything like rain and water follows the giving giving culture and not</w:t>
      </w:r>
    </w:p>
    <w:p>
      <w:pPr>
        <w:jc w:val="right"/>
      </w:pPr>
      <w:r>
        <w:t>is universal culture in this world everything like rain and water follows the giving giving culture and not</w:t>
      </w:r>
    </w:p>
    <w:p>
      <w:r>
        <w:rPr>
          <w:b/>
        </w:rPr>
        <w:t xml:space="preserve">[15:22] </w:t>
      </w:r>
      <w:r>
        <w:t>taking culture every part of this every part of the universe has adopted giver principle rather than taker</w:t>
      </w:r>
    </w:p>
    <w:p>
      <w:pPr>
        <w:jc w:val="right"/>
      </w:pPr>
      <w:r>
        <w:t>taking culture every part of this every part of the universe has adopted giver principle rather than taker</w:t>
      </w:r>
    </w:p>
    <w:p>
      <w:r>
        <w:rPr>
          <w:b/>
        </w:rPr>
        <w:t xml:space="preserve">[15:32] </w:t>
      </w:r>
      <w:r>
        <w:t>principle so is required by man man must live in society as a giver member rather than taker</w:t>
      </w:r>
    </w:p>
    <w:p>
      <w:pPr>
        <w:jc w:val="right"/>
      </w:pPr>
      <w:r>
        <w:t>principle so is required by man man must live in society as a giver member rather than taker</w:t>
      </w:r>
    </w:p>
    <w:p>
      <w:r>
        <w:rPr>
          <w:b/>
        </w:rPr>
        <w:t xml:space="preserve">[15:42] </w:t>
      </w:r>
      <w:r>
        <w:t>member you have to you have to be useful fathers you have to be useful fathers there is</w:t>
      </w:r>
    </w:p>
    <w:p>
      <w:pPr>
        <w:jc w:val="right"/>
      </w:pPr>
      <w:r>
        <w:t>member you have to you have to be useful fathers you have to be useful fathers there is</w:t>
      </w:r>
    </w:p>
    <w:p>
      <w:r>
        <w:rPr>
          <w:b/>
        </w:rPr>
        <w:t xml:space="preserve">[15:53] </w:t>
      </w:r>
      <w:r>
        <w:t>a hadith it says that so there are only two options for human being only two options one</w:t>
      </w:r>
    </w:p>
    <w:p>
      <w:pPr>
        <w:jc w:val="right"/>
      </w:pPr>
      <w:r>
        <w:t>a hadith it says that so there are only two options for human being only two options one</w:t>
      </w:r>
    </w:p>
    <w:p>
      <w:r>
        <w:rPr>
          <w:b/>
        </w:rPr>
        <w:t xml:space="preserve">[16:03] </w:t>
      </w:r>
      <w:r>
        <w:t>you have to be useful fathers and if you cannot then you have to save others from your</w:t>
      </w:r>
    </w:p>
    <w:p>
      <w:pPr>
        <w:jc w:val="right"/>
      </w:pPr>
      <w:r>
        <w:t>you have to be useful fathers and if you cannot then you have to save others from your</w:t>
      </w:r>
    </w:p>
    <w:p>
      <w:r>
        <w:rPr>
          <w:b/>
        </w:rPr>
        <w:t xml:space="preserve">[16:13] </w:t>
      </w:r>
      <w:r>
        <w:t>problem from your harm so either you have to live according to this principle that you have to</w:t>
      </w:r>
    </w:p>
    <w:p>
      <w:pPr>
        <w:jc w:val="right"/>
      </w:pPr>
      <w:r>
        <w:t>problem from your harm so either you have to live according to this principle that you have to</w:t>
      </w:r>
    </w:p>
    <w:p>
      <w:r>
        <w:rPr>
          <w:b/>
        </w:rPr>
        <w:t xml:space="preserve">[16:23] </w:t>
      </w:r>
      <w:r>
        <w:t>be useful fathers and if you cannot you have no such sources you are not able to be</w:t>
      </w:r>
    </w:p>
    <w:p>
      <w:pPr>
        <w:jc w:val="right"/>
      </w:pPr>
      <w:r>
        <w:t>be useful fathers and if you cannot you have no such sources you are not able to be</w:t>
      </w:r>
    </w:p>
    <w:p>
      <w:r>
        <w:rPr>
          <w:b/>
        </w:rPr>
        <w:t xml:space="preserve">[16:34] </w:t>
      </w:r>
      <w:r>
        <w:t>useful fathers then you have to save yourself from from problem from harms this is the culture required</w:t>
      </w:r>
    </w:p>
    <w:p>
      <w:pPr>
        <w:jc w:val="right"/>
      </w:pPr>
      <w:r>
        <w:t>useful fathers then you have to save yourself from from problem from harms this is the culture required</w:t>
      </w:r>
    </w:p>
    <w:p>
      <w:r>
        <w:rPr>
          <w:b/>
        </w:rPr>
        <w:t xml:space="preserve">[16:44] </w:t>
      </w:r>
      <w:r>
        <w:t>by Islam this is also a part of Islamic culture there is a hadith in this regard Muslim</w:t>
      </w:r>
    </w:p>
    <w:p>
      <w:pPr>
        <w:jc w:val="right"/>
      </w:pPr>
      <w:r>
        <w:t>by Islam this is also a part of Islamic culture there is a hadith in this regard Muslim</w:t>
      </w:r>
    </w:p>
    <w:p>
      <w:r>
        <w:rPr>
          <w:b/>
        </w:rPr>
        <w:t xml:space="preserve">[16:54] </w:t>
      </w:r>
      <w:r>
        <w:t>is one by whose hands and tongue people are safe by whose hands and tongue people are safe</w:t>
      </w:r>
    </w:p>
    <w:p>
      <w:pPr>
        <w:jc w:val="right"/>
      </w:pPr>
      <w:r>
        <w:t>is one by whose hands and tongue people are safe by whose hands and tongue people are safe</w:t>
      </w:r>
    </w:p>
    <w:p>
      <w:r>
        <w:rPr>
          <w:b/>
        </w:rPr>
        <w:t xml:space="preserve">[17:04] </w:t>
      </w:r>
      <w:r>
        <w:t>here you can see that what is required by Muslims a true believer a true believer is required</w:t>
      </w:r>
    </w:p>
    <w:p>
      <w:pPr>
        <w:jc w:val="right"/>
      </w:pPr>
      <w:r>
        <w:t>here you can see that what is required by Muslims a true believer a true believer is required</w:t>
      </w:r>
    </w:p>
    <w:p>
      <w:r>
        <w:rPr>
          <w:b/>
        </w:rPr>
        <w:t xml:space="preserve">[17:15] </w:t>
      </w:r>
      <w:r>
        <w:t>to live as a harmless person in his society as a peaceful person in his society this is</w:t>
      </w:r>
    </w:p>
    <w:p>
      <w:pPr>
        <w:jc w:val="right"/>
      </w:pPr>
      <w:r>
        <w:t>to live as a harmless person in his society as a peaceful person in his society this is</w:t>
      </w:r>
    </w:p>
    <w:p>
      <w:r>
        <w:rPr>
          <w:b/>
        </w:rPr>
        <w:t xml:space="preserve">[17:25] </w:t>
      </w:r>
      <w:r>
        <w:t>the spiritual culture this is the divine culture and this is the Islamic culture so this is the</w:t>
      </w:r>
    </w:p>
    <w:p>
      <w:pPr>
        <w:jc w:val="right"/>
      </w:pPr>
      <w:r>
        <w:t>the spiritual culture this is the divine culture and this is the Islamic culture so this is the</w:t>
      </w:r>
    </w:p>
    <w:p>
      <w:r>
        <w:rPr>
          <w:b/>
        </w:rPr>
        <w:t xml:space="preserve">[17:35] </w:t>
      </w:r>
      <w:r>
        <w:t>Islamic way of life this is the Islamic way of life then there is a hadith a companion</w:t>
      </w:r>
    </w:p>
    <w:p>
      <w:pPr>
        <w:jc w:val="right"/>
      </w:pPr>
      <w:r>
        <w:t>Islamic way of life this is the Islamic way of life then there is a hadith a companion</w:t>
      </w:r>
    </w:p>
    <w:p>
      <w:r>
        <w:rPr>
          <w:b/>
        </w:rPr>
        <w:t xml:space="preserve">[17:45] </w:t>
      </w:r>
      <w:r>
        <w:t>of the Prophet asked: "O Prophet!</w:t>
      </w:r>
    </w:p>
    <w:p>
      <w:pPr>
        <w:jc w:val="right"/>
      </w:pPr>
      <w:r>
        <w:t>of the Prophet asked: "O Prophet!</w:t>
      </w:r>
    </w:p>
    <w:p>
      <w:r>
        <w:rPr>
          <w:b/>
        </w:rPr>
        <w:t xml:space="preserve">[17:56] </w:t>
      </w:r>
      <w:r>
        <w:t>" "O Prophet!</w:t>
      </w:r>
    </w:p>
    <w:p>
      <w:pPr>
        <w:jc w:val="right"/>
      </w:pPr>
      <w:r>
        <w:t>" "O Prophet!</w:t>
      </w:r>
    </w:p>
    <w:p>
      <w:r>
        <w:rPr>
          <w:b/>
        </w:rPr>
        <w:t xml:space="preserve">[17:57] </w:t>
      </w:r>
      <w:r>
        <w:t>Give me a master advice by which I may be able to manage all the affairs of my</w:t>
      </w:r>
    </w:p>
    <w:p>
      <w:pPr>
        <w:jc w:val="right"/>
      </w:pPr>
      <w:r>
        <w:t>Give me a master advice by which I may be able to manage all the affairs of my</w:t>
      </w:r>
    </w:p>
    <w:p>
      <w:r>
        <w:rPr>
          <w:b/>
        </w:rPr>
        <w:t xml:space="preserve">[18:05] </w:t>
      </w:r>
      <w:r>
        <w:t>life" the Prophet replied: "La takzab don't be angry" now you can see this is the culture of</w:t>
      </w:r>
    </w:p>
    <w:p>
      <w:pPr>
        <w:jc w:val="right"/>
      </w:pPr>
      <w:r>
        <w:t>life" the Prophet replied: "La takzab don't be angry" now you can see this is the culture of</w:t>
      </w:r>
    </w:p>
    <w:p>
      <w:r>
        <w:rPr>
          <w:b/>
        </w:rPr>
        <w:t xml:space="preserve">[18:12] </w:t>
      </w:r>
      <w:r>
        <w:t>a true Muslim it means that when there is a provocation you can understand in advance that a</w:t>
      </w:r>
    </w:p>
    <w:p>
      <w:pPr>
        <w:jc w:val="right"/>
      </w:pPr>
      <w:r>
        <w:t>a true Muslim it means that when there is a provocation you can understand in advance that a</w:t>
      </w:r>
    </w:p>
    <w:p>
      <w:r>
        <w:rPr>
          <w:b/>
        </w:rPr>
        <w:t xml:space="preserve">[18:20] </w:t>
      </w:r>
      <w:r>
        <w:t>true a true Mumin is not going to react negatively la takzab means don't react negatively so a</w:t>
      </w:r>
    </w:p>
    <w:p>
      <w:pPr>
        <w:jc w:val="right"/>
      </w:pPr>
      <w:r>
        <w:t>true a true Mumin is not going to react negatively la takzab means don't react negatively so a</w:t>
      </w:r>
    </w:p>
    <w:p>
      <w:r>
        <w:rPr>
          <w:b/>
        </w:rPr>
        <w:t xml:space="preserve">[18:28] </w:t>
      </w:r>
      <w:r>
        <w:t>Muslim is a predictable character when there is a provocation when there is a provocative situation even then</w:t>
      </w:r>
    </w:p>
    <w:p>
      <w:pPr>
        <w:jc w:val="right"/>
      </w:pPr>
      <w:r>
        <w:t>Muslim is a predictable character when there is a provocation when there is a provocative situation even then</w:t>
      </w:r>
    </w:p>
    <w:p>
      <w:r>
        <w:rPr>
          <w:b/>
        </w:rPr>
        <w:t xml:space="preserve">[18:36] </w:t>
      </w:r>
      <w:r>
        <w:t>you can foresee in advance that true believer is not going to react negatively he will forgive he</w:t>
      </w:r>
    </w:p>
    <w:p>
      <w:pPr>
        <w:jc w:val="right"/>
      </w:pPr>
      <w:r>
        <w:t>you can foresee in advance that true believer is not going to react negatively he will forgive he</w:t>
      </w:r>
    </w:p>
    <w:p>
      <w:r>
        <w:rPr>
          <w:b/>
        </w:rPr>
        <w:t xml:space="preserve">[18:43] </w:t>
      </w:r>
      <w:r>
        <w:t>will adopt the forgive culture rather than reaction culture so Muslim is a positive character always this is</w:t>
      </w:r>
    </w:p>
    <w:p>
      <w:pPr>
        <w:jc w:val="right"/>
      </w:pPr>
      <w:r>
        <w:t>will adopt the forgive culture rather than reaction culture so Muslim is a positive character always this is</w:t>
      </w:r>
    </w:p>
    <w:p>
      <w:r>
        <w:rPr>
          <w:b/>
        </w:rPr>
        <w:t xml:space="preserve">[18:51] </w:t>
      </w:r>
      <w:r>
        <w:t>very important then there is a in Quran you can find dozens of verses that tell you that</w:t>
      </w:r>
    </w:p>
    <w:p>
      <w:pPr>
        <w:jc w:val="right"/>
      </w:pPr>
      <w:r>
        <w:t>very important then there is a in Quran you can find dozens of verses that tell you that</w:t>
      </w:r>
    </w:p>
    <w:p>
      <w:r>
        <w:rPr>
          <w:b/>
        </w:rPr>
        <w:t xml:space="preserve">[18:59] </w:t>
      </w:r>
      <w:r>
        <w:t>adopt sabr culture there are dozens of verses in the Quran that tell you that adopt sabr culture</w:t>
      </w:r>
    </w:p>
    <w:p>
      <w:pPr>
        <w:jc w:val="right"/>
      </w:pPr>
      <w:r>
        <w:t>adopt sabr culture there are dozens of verses in the Quran that tell you that adopt sabr culture</w:t>
      </w:r>
    </w:p>
    <w:p>
      <w:r>
        <w:rPr>
          <w:b/>
        </w:rPr>
        <w:t xml:space="preserve">[19:06] </w:t>
      </w:r>
      <w:r>
        <w:t>always in every situation sabr means patience now patience what is patience patience is not a negative thing</w:t>
      </w:r>
    </w:p>
    <w:p>
      <w:pPr>
        <w:jc w:val="right"/>
      </w:pPr>
      <w:r>
        <w:t>always in every situation sabr means patience now patience what is patience patience is not a negative thing</w:t>
      </w:r>
    </w:p>
    <w:p>
      <w:r>
        <w:rPr>
          <w:b/>
        </w:rPr>
        <w:t xml:space="preserve">[19:14] </w:t>
      </w:r>
      <w:r>
        <w:t>no it is completely a positive behavior sabr is a completely positive behavior sabr means that when you</w:t>
      </w:r>
    </w:p>
    <w:p>
      <w:pPr>
        <w:jc w:val="right"/>
      </w:pPr>
      <w:r>
        <w:t>no it is completely a positive behavior sabr is a completely positive behavior sabr means that when you</w:t>
      </w:r>
    </w:p>
    <w:p>
      <w:r>
        <w:rPr>
          <w:b/>
        </w:rPr>
        <w:t xml:space="preserve">[19:22] </w:t>
      </w:r>
      <w:r>
        <w:t>are provoked when there is some unpleasant situation you have to keep patience you have to avoid you</w:t>
      </w:r>
    </w:p>
    <w:p>
      <w:pPr>
        <w:jc w:val="right"/>
      </w:pPr>
      <w:r>
        <w:t>are provoked when there is some unpleasant situation you have to keep patience you have to avoid you</w:t>
      </w:r>
    </w:p>
    <w:p>
      <w:r>
        <w:rPr>
          <w:b/>
        </w:rPr>
        <w:t xml:space="preserve">[19:30] </w:t>
      </w:r>
      <w:r>
        <w:t>have to ignore so this is sabr culture avoidance ignorance forgiveness all these things are part of sabr</w:t>
      </w:r>
    </w:p>
    <w:p>
      <w:pPr>
        <w:jc w:val="right"/>
      </w:pPr>
      <w:r>
        <w:t>have to ignore so this is sabr culture avoidance ignorance forgiveness all these things are part of sabr</w:t>
      </w:r>
    </w:p>
    <w:p>
      <w:r>
        <w:rPr>
          <w:b/>
        </w:rPr>
        <w:t xml:space="preserve">[19:37] </w:t>
      </w:r>
      <w:r>
        <w:t>culture and what is sabr culture sabr culture means positive culture when you become impatient then you have</w:t>
      </w:r>
    </w:p>
    <w:p>
      <w:pPr>
        <w:jc w:val="right"/>
      </w:pPr>
      <w:r>
        <w:t>culture and what is sabr culture sabr culture means positive culture when you become impatient then you have</w:t>
      </w:r>
    </w:p>
    <w:p>
      <w:r>
        <w:rPr>
          <w:b/>
        </w:rPr>
        <w:t xml:space="preserve">[19:45] </w:t>
      </w:r>
      <w:r>
        <w:t>adopted negative culture in every time you know in this world there are unpleasant situations every time every</w:t>
      </w:r>
    </w:p>
    <w:p>
      <w:pPr>
        <w:jc w:val="right"/>
      </w:pPr>
      <w:r>
        <w:t>adopted negative culture in every time you know in this world there are unpleasant situations every time every</w:t>
      </w:r>
    </w:p>
    <w:p>
      <w:r>
        <w:rPr>
          <w:b/>
        </w:rPr>
        <w:t xml:space="preserve">[19:53] </w:t>
      </w:r>
      <w:r>
        <w:t>day and night there are some provocation some unpleasant situation so what to do there are two options</w:t>
      </w:r>
    </w:p>
    <w:p>
      <w:pPr>
        <w:jc w:val="right"/>
      </w:pPr>
      <w:r>
        <w:t>day and night there are some provocation some unpleasant situation so what to do there are two options</w:t>
      </w:r>
    </w:p>
    <w:p>
      <w:r>
        <w:rPr>
          <w:b/>
        </w:rPr>
        <w:t xml:space="preserve">[20:00] </w:t>
      </w:r>
      <w:r>
        <w:t>either give a positive response to the negative situations or give negative response to the negative situation so</w:t>
      </w:r>
    </w:p>
    <w:p>
      <w:pPr>
        <w:jc w:val="right"/>
      </w:pPr>
      <w:r>
        <w:t>either give a positive response to the negative situations or give negative response to the negative situation so</w:t>
      </w:r>
    </w:p>
    <w:p>
      <w:r>
        <w:rPr>
          <w:b/>
        </w:rPr>
        <w:t xml:space="preserve">[20:08] </w:t>
      </w:r>
      <w:r>
        <w:t>there is a hadith that la takzab means don't respond negatively even in negative situations always respond positively</w:t>
      </w:r>
    </w:p>
    <w:p>
      <w:pPr>
        <w:jc w:val="right"/>
      </w:pPr>
      <w:r>
        <w:t>there is a hadith that la takzab means don't respond negatively even in negative situations always respond positively</w:t>
      </w:r>
    </w:p>
    <w:p>
      <w:r>
        <w:rPr>
          <w:b/>
        </w:rPr>
        <w:t xml:space="preserve">[20:16] </w:t>
      </w:r>
      <w:r>
        <w:t>this is mentioned in the hadith in these words so this is the Islamic culture or spiritual culture</w:t>
      </w:r>
    </w:p>
    <w:p>
      <w:pPr>
        <w:jc w:val="right"/>
      </w:pPr>
      <w:r>
        <w:t>this is mentioned in the hadith in these words so this is the Islamic culture or spiritual culture</w:t>
      </w:r>
    </w:p>
    <w:p>
      <w:r>
        <w:rPr>
          <w:b/>
        </w:rPr>
        <w:t xml:space="preserve">[20:24] </w:t>
      </w:r>
      <w:r>
        <w:t>or divine culture divine culture is based on positivity positivity positivity is the most important aspect of divine</w:t>
      </w:r>
    </w:p>
    <w:p>
      <w:pPr>
        <w:jc w:val="right"/>
      </w:pPr>
      <w:r>
        <w:t>or divine culture divine culture is based on positivity positivity positivity is the most important aspect of divine</w:t>
      </w:r>
    </w:p>
    <w:p>
      <w:r>
        <w:rPr>
          <w:b/>
        </w:rPr>
        <w:t xml:space="preserve">[20:31] </w:t>
      </w:r>
      <w:r>
        <w:t>culture positive thinking positive speech positive action positive activities these are very important part of divine culture or</w:t>
      </w:r>
    </w:p>
    <w:p>
      <w:pPr>
        <w:jc w:val="right"/>
      </w:pPr>
      <w:r>
        <w:t>culture positive thinking positive speech positive action positive activities these are very important part of divine culture or</w:t>
      </w:r>
    </w:p>
    <w:p>
      <w:r>
        <w:rPr>
          <w:b/>
        </w:rPr>
        <w:t xml:space="preserve">[20:39] </w:t>
      </w:r>
      <w:r>
        <w:t>spiritual culture it is this positive culture that is only the price of paradise without adopting this culture</w:t>
      </w:r>
    </w:p>
    <w:p>
      <w:pPr>
        <w:jc w:val="right"/>
      </w:pPr>
      <w:r>
        <w:t>spiritual culture it is this positive culture that is only the price of paradise without adopting this culture</w:t>
      </w:r>
    </w:p>
    <w:p>
      <w:r>
        <w:rPr>
          <w:b/>
        </w:rPr>
        <w:t xml:space="preserve">[20:47] </w:t>
      </w:r>
      <w:r>
        <w:t>no one will find entry into paradise because Quran says and God calls to the home of peace</w:t>
      </w:r>
    </w:p>
    <w:p>
      <w:pPr>
        <w:jc w:val="right"/>
      </w:pPr>
      <w:r>
        <w:t>no one will find entry into paradise because Quran says and God calls to the home of peace</w:t>
      </w:r>
    </w:p>
    <w:p>
      <w:r>
        <w:rPr>
          <w:b/>
        </w:rPr>
        <w:t xml:space="preserve">[20:54] </w:t>
      </w:r>
      <w:r>
        <w:t>in this verse you can see that paradise is a house of peace a land of peace in</w:t>
      </w:r>
    </w:p>
    <w:p>
      <w:pPr>
        <w:jc w:val="right"/>
      </w:pPr>
      <w:r>
        <w:t>in this verse you can see that paradise is a house of peace a land of peace in</w:t>
      </w:r>
    </w:p>
    <w:p>
      <w:r>
        <w:rPr>
          <w:b/>
        </w:rPr>
        <w:t xml:space="preserve">[21:02] </w:t>
      </w:r>
      <w:r>
        <w:t>paradise the only culture will you see that is peace culture spiritual culture positive culture so only those</w:t>
      </w:r>
    </w:p>
    <w:p>
      <w:pPr>
        <w:jc w:val="right"/>
      </w:pPr>
      <w:r>
        <w:t>paradise the only culture will you see that is peace culture spiritual culture positive culture so only those</w:t>
      </w:r>
    </w:p>
    <w:p>
      <w:r>
        <w:rPr>
          <w:b/>
        </w:rPr>
        <w:t xml:space="preserve">[21:10] </w:t>
      </w:r>
      <w:r>
        <w:t>people will find entry into paradise who proved with this world that they can live on positive culture</w:t>
      </w:r>
    </w:p>
    <w:p>
      <w:pPr>
        <w:jc w:val="right"/>
      </w:pPr>
      <w:r>
        <w:t>people will find entry into paradise who proved with this world that they can live on positive culture</w:t>
      </w:r>
    </w:p>
    <w:p>
      <w:r>
        <w:rPr>
          <w:b/>
        </w:rPr>
        <w:t xml:space="preserve">[21:18] </w:t>
      </w:r>
      <w:r>
        <w:t>they are a positive personality this is the only criterion only criterion those who those who proved to</w:t>
      </w:r>
    </w:p>
    <w:p>
      <w:pPr>
        <w:jc w:val="right"/>
      </w:pPr>
      <w:r>
        <w:t>they are a positive personality this is the only criterion only criterion those who those who proved to</w:t>
      </w:r>
    </w:p>
    <w:p>
      <w:r>
        <w:rPr>
          <w:b/>
        </w:rPr>
        <w:t xml:space="preserve">[21:25] </w:t>
      </w:r>
      <w:r>
        <w:t>be a positive personality those you know every time there are angels they are engaged in recording they</w:t>
      </w:r>
    </w:p>
    <w:p>
      <w:pPr>
        <w:jc w:val="right"/>
      </w:pPr>
      <w:r>
        <w:t>be a positive personality those you know every time there are angels they are engaged in recording they</w:t>
      </w:r>
    </w:p>
    <w:p>
      <w:r>
        <w:rPr>
          <w:b/>
        </w:rPr>
        <w:t xml:space="preserve">[21:33] </w:t>
      </w:r>
      <w:r>
        <w:t>record our speech and actions so only those person only that minor woman will find entry into paradise</w:t>
      </w:r>
    </w:p>
    <w:p>
      <w:pPr>
        <w:jc w:val="right"/>
      </w:pPr>
      <w:r>
        <w:t>record our speech and actions so only those person only that minor woman will find entry into paradise</w:t>
      </w:r>
    </w:p>
    <w:p>
      <w:r>
        <w:rPr>
          <w:b/>
        </w:rPr>
        <w:t xml:space="preserve">[21:41] </w:t>
      </w:r>
      <w:r>
        <w:t>who proved that that in this world this world is a world of test in this world they</w:t>
      </w:r>
    </w:p>
    <w:p>
      <w:pPr>
        <w:jc w:val="right"/>
      </w:pPr>
      <w:r>
        <w:t>who proved that that in this world this world is a world of test in this world they</w:t>
      </w:r>
    </w:p>
    <w:p>
      <w:r>
        <w:rPr>
          <w:b/>
        </w:rPr>
        <w:t xml:space="preserve">[21:48] </w:t>
      </w:r>
      <w:r>
        <w:t>lived a life of positive culture their speech was positive speech their intentions were positive intentions their actions</w:t>
      </w:r>
    </w:p>
    <w:p>
      <w:pPr>
        <w:jc w:val="right"/>
      </w:pPr>
      <w:r>
        <w:t>lived a life of positive culture their speech was positive speech their intentions were positive intentions their actions</w:t>
      </w:r>
    </w:p>
    <w:p>
      <w:r>
        <w:rPr>
          <w:b/>
        </w:rPr>
        <w:t xml:space="preserve">[21:56] </w:t>
      </w:r>
      <w:r>
        <w:t>were positive actions their activities were positive positive activities only this kind of minor woman are a deserving</w:t>
      </w:r>
    </w:p>
    <w:p>
      <w:pPr>
        <w:jc w:val="right"/>
      </w:pPr>
      <w:r>
        <w:t>were positive actions their activities were positive positive activities only this kind of minor woman are a deserving</w:t>
      </w:r>
    </w:p>
    <w:p>
      <w:r>
        <w:rPr>
          <w:b/>
        </w:rPr>
        <w:t xml:space="preserve">[22:04] </w:t>
      </w:r>
      <w:r>
        <w:t>candidate for paradise otherwise not then I can say that Prophet has demonstrated his this culture in</w:t>
      </w:r>
    </w:p>
    <w:p>
      <w:pPr>
        <w:jc w:val="right"/>
      </w:pPr>
      <w:r>
        <w:t>candidate for paradise otherwise not then I can say that Prophet has demonstrated his this culture in the</w:t>
      </w:r>
    </w:p>
    <w:p>
      <w:r>
        <w:rPr>
          <w:b/>
        </w:rPr>
        <w:t xml:space="preserve">[22:12] </w:t>
      </w:r>
      <w:r>
        <w:t>form of a cow cow is a demonstration of divine culture you know what is cow cow is</w:t>
      </w:r>
    </w:p>
    <w:p>
      <w:pPr>
        <w:jc w:val="right"/>
      </w:pPr>
      <w:r>
        <w:t>form of a cow cow is a demonstration of divine culture you know what is cow cow is</w:t>
      </w:r>
    </w:p>
    <w:p>
      <w:r>
        <w:rPr>
          <w:b/>
        </w:rPr>
        <w:t xml:space="preserve">[22:19] </w:t>
      </w:r>
      <w:r>
        <w:t>an industry a divine industry cow is able to turn non-milk into milk cow is a divine industry</w:t>
      </w:r>
    </w:p>
    <w:p>
      <w:pPr>
        <w:jc w:val="right"/>
      </w:pPr>
      <w:r>
        <w:t>an industry a divine industry cow is able to turn non-milk into milk cow is a divine industry</w:t>
      </w:r>
    </w:p>
    <w:p>
      <w:r>
        <w:rPr>
          <w:b/>
        </w:rPr>
        <w:t xml:space="preserve">[22:27] </w:t>
      </w:r>
      <w:r>
        <w:t>and cow has the ability to turn non-milk into milk this is required by man also by man</w:t>
      </w:r>
    </w:p>
    <w:p>
      <w:pPr>
        <w:jc w:val="right"/>
      </w:pPr>
      <w:r>
        <w:t>and cow has the ability to turn non-milk into milk this is required by man also by man</w:t>
      </w:r>
    </w:p>
    <w:p>
      <w:r>
        <w:rPr>
          <w:b/>
        </w:rPr>
        <w:t xml:space="preserve">[22:35] </w:t>
      </w:r>
      <w:r>
        <w:t>also it is required that he must convert his negativity into positivity by his own choice cow is</w:t>
      </w:r>
    </w:p>
    <w:p>
      <w:pPr>
        <w:jc w:val="right"/>
      </w:pPr>
      <w:r>
        <w:t>also it is required that he must convert his negativity into positivity by his own choice cow is</w:t>
      </w:r>
    </w:p>
    <w:p>
      <w:r>
        <w:rPr>
          <w:b/>
        </w:rPr>
        <w:t xml:space="preserve">[22:42] </w:t>
      </w:r>
      <w:r>
        <w:t>cow is converting non-milk into milk under under compulsion you know animals are animals are animals live on</w:t>
      </w:r>
    </w:p>
    <w:p>
      <w:pPr>
        <w:jc w:val="right"/>
      </w:pPr>
      <w:r>
        <w:t>cow is converting non-milk into milk under under compulsion you know animals are animals are animals live on</w:t>
      </w:r>
    </w:p>
    <w:p>
      <w:r>
        <w:rPr>
          <w:b/>
        </w:rPr>
        <w:t xml:space="preserve">[22:50] </w:t>
      </w:r>
      <w:r>
        <w:t>their instinct rest of the the physical world the physical world is controlled by law of nature and</w:t>
      </w:r>
    </w:p>
    <w:p>
      <w:pPr>
        <w:jc w:val="right"/>
      </w:pPr>
      <w:r>
        <w:t>their instinct rest of the the physical world the physical world is controlled by law of nature and</w:t>
      </w:r>
    </w:p>
    <w:p>
      <w:r>
        <w:rPr>
          <w:b/>
        </w:rPr>
        <w:t xml:space="preserve">[22:58] </w:t>
      </w:r>
      <w:r>
        <w:t>animals are controlled by their instinct but man is quite different man is a special creation man has</w:t>
      </w:r>
    </w:p>
    <w:p>
      <w:pPr>
        <w:jc w:val="right"/>
      </w:pPr>
      <w:r>
        <w:t>animals are controlled by their instinct but man is quite different man is a special creation man has</w:t>
      </w:r>
    </w:p>
    <w:p>
      <w:r>
        <w:rPr>
          <w:b/>
        </w:rPr>
        <w:t xml:space="preserve">[23:06] </w:t>
      </w:r>
      <w:r>
        <w:t>choice man has freedom so it is required by man to behave like a cow but by his</w:t>
      </w:r>
    </w:p>
    <w:p>
      <w:pPr>
        <w:jc w:val="right"/>
      </w:pPr>
      <w:r>
        <w:t>choice man has freedom so it is required by man to behave like a cow but by his</w:t>
      </w:r>
    </w:p>
    <w:p>
      <w:r>
        <w:rPr>
          <w:b/>
        </w:rPr>
        <w:t xml:space="preserve">[23:13] </w:t>
      </w:r>
      <w:r>
        <w:t>own choice man must convert non-milk into milk by his own choice man must convert negative experience into</w:t>
      </w:r>
    </w:p>
    <w:p>
      <w:pPr>
        <w:jc w:val="right"/>
      </w:pPr>
      <w:r>
        <w:t>own choice man must convert non-milk into milk by his own choice man must convert negative experience into</w:t>
      </w:r>
    </w:p>
    <w:p>
      <w:r>
        <w:rPr>
          <w:b/>
        </w:rPr>
        <w:t xml:space="preserve">[23:21] </w:t>
      </w:r>
      <w:r>
        <w:t>positive one by his own choice there is a there is a verse in the Quran when they</w:t>
      </w:r>
    </w:p>
    <w:p>
      <w:pPr>
        <w:jc w:val="right"/>
      </w:pPr>
      <w:r>
        <w:t>positive one by his own choice there is a there is a verse in the Quran when they</w:t>
      </w:r>
    </w:p>
    <w:p>
      <w:r>
        <w:rPr>
          <w:b/>
        </w:rPr>
        <w:t xml:space="preserve">[23:29] </w:t>
      </w:r>
      <w:r>
        <w:t>are when they when they become angry they will forgive when they become angry they forgive when they</w:t>
      </w:r>
    </w:p>
    <w:p>
      <w:pPr>
        <w:jc w:val="right"/>
      </w:pPr>
      <w:r>
        <w:t>are when they when they become angry they will forgive when they become angry they forgive when they</w:t>
      </w:r>
    </w:p>
    <w:p>
      <w:r>
        <w:rPr>
          <w:b/>
        </w:rPr>
        <w:t xml:space="preserve">[23:36] </w:t>
      </w:r>
      <w:r>
        <w:t>become angry they forgive now what it means it means that a true Mumin is one who is</w:t>
      </w:r>
    </w:p>
    <w:p>
      <w:pPr>
        <w:jc w:val="right"/>
      </w:pPr>
      <w:r>
        <w:t>become angry they forgive now what it means it means that a true Mumin is one who is</w:t>
      </w:r>
    </w:p>
    <w:p>
      <w:r>
        <w:rPr>
          <w:b/>
        </w:rPr>
        <w:t xml:space="preserve">[23:44] </w:t>
      </w:r>
      <w:r>
        <w:t>able to convert anger into forgiveness a true believer a true Muslim a man who fears God a</w:t>
      </w:r>
    </w:p>
    <w:p>
      <w:pPr>
        <w:jc w:val="right"/>
      </w:pPr>
      <w:r>
        <w:t>able to convert anger into forgiveness a true believer a true Muslim a man who fears God a</w:t>
      </w:r>
    </w:p>
    <w:p>
      <w:r>
        <w:rPr>
          <w:b/>
        </w:rPr>
        <w:t xml:space="preserve">[23:52] </w:t>
      </w:r>
      <w:r>
        <w:t>man who is a candidate of paradise a man who wants to find entry into paradise he must</w:t>
      </w:r>
    </w:p>
    <w:p>
      <w:pPr>
        <w:jc w:val="right"/>
      </w:pPr>
      <w:r>
        <w:t>man who is a candidate of paradise a man who wants to find entry into paradise he must</w:t>
      </w:r>
    </w:p>
    <w:p>
      <w:r>
        <w:rPr>
          <w:b/>
        </w:rPr>
        <w:t xml:space="preserve">[24:00] </w:t>
      </w:r>
      <w:r>
        <w:t>follow this culture he must convert his anger into forgiveness you see here the same culture is required</w:t>
      </w:r>
    </w:p>
    <w:p>
      <w:pPr>
        <w:jc w:val="right"/>
      </w:pPr>
      <w:r>
        <w:t>follow this culture he must convert his anger into forgiveness you see here the same culture is required</w:t>
      </w:r>
    </w:p>
    <w:p>
      <w:r>
        <w:rPr>
          <w:b/>
        </w:rPr>
        <w:t xml:space="preserve">[24:07] </w:t>
      </w:r>
      <w:r>
        <w:t>by man in culture in cow you see that cow is converting non-milk into milk grass into milk</w:t>
      </w:r>
    </w:p>
    <w:p>
      <w:pPr>
        <w:jc w:val="right"/>
      </w:pPr>
      <w:r>
        <w:t>by man in culture in cow you see that cow is converting non-milk into milk grass into milk</w:t>
      </w:r>
    </w:p>
    <w:p>
      <w:r>
        <w:rPr>
          <w:b/>
        </w:rPr>
        <w:t xml:space="preserve">[24:15] </w:t>
      </w:r>
      <w:r>
        <w:t>the same is required by man man must convert his anger into into forgiveness man must convert his</w:t>
      </w:r>
    </w:p>
    <w:p>
      <w:pPr>
        <w:jc w:val="right"/>
      </w:pPr>
      <w:r>
        <w:t>the same is required by man man must convert his anger into into forgiveness man must convert his</w:t>
      </w:r>
    </w:p>
    <w:p>
      <w:r>
        <w:rPr>
          <w:b/>
        </w:rPr>
        <w:t xml:space="preserve">[24:23] </w:t>
      </w:r>
      <w:r>
        <w:t>negative thought into positive thought so this is the divine culture this is the paradise culture this is</w:t>
      </w:r>
    </w:p>
    <w:p>
      <w:pPr>
        <w:jc w:val="right"/>
      </w:pPr>
      <w:r>
        <w:t>negative thought into positive thought so this is the divine culture this is the paradise culture this is</w:t>
      </w:r>
    </w:p>
    <w:p>
      <w:r>
        <w:rPr>
          <w:b/>
        </w:rPr>
        <w:t xml:space="preserve">[24:30] </w:t>
      </w:r>
      <w:r>
        <w:t>the spiritual culture and this is Islamic way of life only those people who followed this way of</w:t>
      </w:r>
    </w:p>
    <w:p>
      <w:pPr>
        <w:jc w:val="right"/>
      </w:pPr>
      <w:r>
        <w:t>the spiritual culture and this is Islamic way of life only those people who followed this way of</w:t>
      </w:r>
    </w:p>
    <w:p>
      <w:r>
        <w:rPr>
          <w:b/>
        </w:rPr>
        <w:t xml:space="preserve">[24:38] </w:t>
      </w:r>
      <w:r>
        <w:t>life they will find entry into paradise islam is not simply a set of rituals no not simply</w:t>
      </w:r>
    </w:p>
    <w:p>
      <w:pPr>
        <w:jc w:val="right"/>
      </w:pPr>
      <w:r>
        <w:t>life they will find entry into paradise islam is not simply a set of rituals no not simply</w:t>
      </w:r>
    </w:p>
    <w:p>
      <w:r>
        <w:rPr>
          <w:b/>
        </w:rPr>
        <w:t xml:space="preserve">[24:46] </w:t>
      </w:r>
      <w:r>
        <w:t>a set of rituals or reciting some some some words without understanding its meaning no islam is completely</w:t>
      </w:r>
    </w:p>
    <w:p>
      <w:pPr>
        <w:jc w:val="right"/>
      </w:pPr>
      <w:r>
        <w:t>a set of rituals or reciting some some some words without understanding its meaning no islam is completely</w:t>
      </w:r>
    </w:p>
    <w:p>
      <w:r>
        <w:rPr>
          <w:b/>
        </w:rPr>
        <w:t xml:space="preserve">[24:54] </w:t>
      </w:r>
      <w:r>
        <w:t>an intellectual activity islam is a spiritual culture everything in islam is based on on understanding so islam</w:t>
      </w:r>
    </w:p>
    <w:p>
      <w:pPr>
        <w:jc w:val="right"/>
      </w:pPr>
      <w:r>
        <w:t>an intellectual activity islam is a spiritual culture everything in islam is based on on understanding so islam</w:t>
      </w:r>
    </w:p>
    <w:p>
      <w:r>
        <w:rPr>
          <w:b/>
        </w:rPr>
        <w:t xml:space="preserve">[25:01] </w:t>
      </w:r>
      <w:r>
        <w:t>is completely an intellectual islam is based completely on intellectual activities everything everything everything you can find the</w:t>
      </w:r>
    </w:p>
    <w:p>
      <w:pPr>
        <w:jc w:val="right"/>
      </w:pPr>
      <w:r>
        <w:t>is completely an intellectual islam is based completely on intellectual activities everything everything everything you can find the</w:t>
      </w:r>
    </w:p>
    <w:p>
      <w:r>
        <w:rPr>
          <w:b/>
        </w:rPr>
        <w:t xml:space="preserve">[25:09] </w:t>
      </w:r>
      <w:r>
        <w:t>details of this divine culture or spiritual culture in Quran and hadith in Quran you can find the</w:t>
      </w:r>
    </w:p>
    <w:p>
      <w:pPr>
        <w:jc w:val="right"/>
      </w:pPr>
      <w:r>
        <w:t>details of this divine culture or spiritual culture in Quran and hadith in Quran you can find the</w:t>
      </w:r>
    </w:p>
    <w:p>
      <w:r>
        <w:rPr>
          <w:b/>
        </w:rPr>
        <w:t xml:space="preserve">[25:17] </w:t>
      </w:r>
      <w:r>
        <w:t>basics of this culture basics if you read if you read Quran you will find in Quran the</w:t>
      </w:r>
    </w:p>
    <w:p>
      <w:pPr>
        <w:jc w:val="right"/>
      </w:pPr>
      <w:r>
        <w:t>basics of this culture basics if you read if you read Quran you will find in Quran the</w:t>
      </w:r>
    </w:p>
    <w:p>
      <w:r>
        <w:rPr>
          <w:b/>
        </w:rPr>
        <w:t xml:space="preserve">[25:24] </w:t>
      </w:r>
      <w:r>
        <w:t>basics of this divine culture then in hadith you can find the details of this divine culture details</w:t>
      </w:r>
    </w:p>
    <w:p>
      <w:pPr>
        <w:jc w:val="right"/>
      </w:pPr>
      <w:r>
        <w:t>basics of this divine culture then in hadith you can find the details of this divine culture details</w:t>
      </w:r>
    </w:p>
    <w:p>
      <w:r>
        <w:rPr>
          <w:b/>
        </w:rPr>
        <w:t xml:space="preserve">[25:32] </w:t>
      </w:r>
      <w:r>
        <w:t>of this divine culture so in Quran and hadith you can find the whole picture of divine culture</w:t>
      </w:r>
    </w:p>
    <w:p>
      <w:pPr>
        <w:jc w:val="right"/>
      </w:pPr>
      <w:r>
        <w:t>of this divine culture so in Quran and hadith you can find the whole picture of divine culture</w:t>
      </w:r>
    </w:p>
    <w:p>
      <w:r>
        <w:rPr>
          <w:b/>
        </w:rPr>
        <w:t xml:space="preserve">[25:40] </w:t>
      </w:r>
      <w:r>
        <w:t>or spiritual culture so this is the concept of paradise in islam paradise is for those who have</w:t>
      </w:r>
    </w:p>
    <w:p>
      <w:pPr>
        <w:jc w:val="right"/>
      </w:pPr>
      <w:r>
        <w:t>or spiritual culture so this is the concept of paradise in islam paradise is for those who have</w:t>
      </w:r>
    </w:p>
    <w:p>
      <w:r>
        <w:rPr>
          <w:b/>
        </w:rPr>
        <w:t xml:space="preserve">[25:48] </w:t>
      </w:r>
      <w:r>
        <w:t>adopted this culture paradise is not simply a birth no one will find paradise as a birth as</w:t>
      </w:r>
    </w:p>
    <w:p>
      <w:pPr>
        <w:jc w:val="right"/>
      </w:pPr>
      <w:r>
        <w:t>adopted this culture paradise is not simply a birth no one will find paradise as a birth as</w:t>
      </w:r>
    </w:p>
    <w:p>
      <w:r>
        <w:rPr>
          <w:b/>
        </w:rPr>
        <w:t xml:space="preserve">[25:55] </w:t>
      </w:r>
      <w:r>
        <w:t>a birthright no paradise is only for those men and women who follow this positive culture that is</w:t>
      </w:r>
    </w:p>
    <w:p>
      <w:pPr>
        <w:jc w:val="right"/>
      </w:pPr>
      <w:r>
        <w:t>a birthright no paradise is only for those men and women who follow this positive culture that is</w:t>
      </w:r>
    </w:p>
    <w:p>
      <w:r>
        <w:rPr>
          <w:b/>
        </w:rPr>
        <w:t xml:space="preserve">[26:03] </w:t>
      </w:r>
      <w:r>
        <w:t>based on sabr on patience on forgiveness on tolerance then also love is a part of divine of</w:t>
      </w:r>
    </w:p>
    <w:p>
      <w:pPr>
        <w:jc w:val="right"/>
      </w:pPr>
      <w:r>
        <w:t>based on sabr on patience on forgiveness on tolerance then also love is a part of divine of</w:t>
      </w:r>
    </w:p>
    <w:p>
      <w:r>
        <w:rPr>
          <w:b/>
        </w:rPr>
        <w:t xml:space="preserve">[26:11] </w:t>
      </w:r>
      <w:r>
        <w:t>this divine culture love compassion is also a part of this divine culture the prophet of islam used</w:t>
      </w:r>
    </w:p>
    <w:p>
      <w:pPr>
        <w:jc w:val="right"/>
      </w:pPr>
      <w:r>
        <w:t>this divine culture love compassion is also a part of this divine culture the prophet of islam used</w:t>
      </w:r>
    </w:p>
    <w:p>
      <w:r>
        <w:rPr>
          <w:b/>
        </w:rPr>
        <w:t xml:space="preserve">[26:18] </w:t>
      </w:r>
      <w:r>
        <w:t>to rise early in the morning then he say after his morning namaz oh god i bear witness</w:t>
      </w:r>
    </w:p>
    <w:p>
      <w:pPr>
        <w:jc w:val="right"/>
      </w:pPr>
      <w:r>
        <w:t>to rise early in the morning then he say after his morning prayer oh god I bear witness</w:t>
      </w:r>
    </w:p>
    <w:p>
      <w:r>
        <w:rPr>
          <w:b/>
        </w:rPr>
        <w:t xml:space="preserve">[26:26] </w:t>
      </w:r>
      <w:r>
        <w:t>that all men and women are brothers and sisters to each other the essence of his du'a is</w:t>
      </w:r>
    </w:p>
    <w:p>
      <w:pPr>
        <w:jc w:val="right"/>
      </w:pPr>
      <w:r>
        <w:t>that all men and women are brothers and sisters to each other the essence of his du'a is</w:t>
      </w:r>
    </w:p>
    <w:p>
      <w:r>
        <w:rPr>
          <w:b/>
        </w:rPr>
        <w:t xml:space="preserve">[26:34] </w:t>
      </w:r>
      <w:r>
        <w:t>love compassion it means that the whole world is divine family every man is your brother and every</w:t>
      </w:r>
    </w:p>
    <w:p>
      <w:pPr>
        <w:jc w:val="right"/>
      </w:pPr>
      <w:r>
        <w:t>love compassion it means that the whole world is divine family every man is your brother and every</w:t>
      </w:r>
    </w:p>
    <w:p>
      <w:r>
        <w:rPr>
          <w:b/>
        </w:rPr>
        <w:t xml:space="preserve">[26:42] </w:t>
      </w:r>
      <w:r>
        <w:t>woman is every man is your brother and every woman is your sister this is this is divine</w:t>
      </w:r>
    </w:p>
    <w:p>
      <w:pPr>
        <w:jc w:val="right"/>
      </w:pPr>
      <w:r>
        <w:t>woman is every man is your brother and every woman is your sister this is this is divine</w:t>
      </w:r>
    </w:p>
    <w:p>
      <w:r>
        <w:rPr>
          <w:b/>
        </w:rPr>
        <w:t xml:space="preserve">[26:49] </w:t>
      </w:r>
      <w:r>
        <w:t>culture this is spiritual culture you have to find love in your heart for every human being you</w:t>
      </w:r>
    </w:p>
    <w:p>
      <w:pPr>
        <w:jc w:val="right"/>
      </w:pPr>
      <w:r>
        <w:t>culture this is spiritual culture you have to find love in your heart for every human being you</w:t>
      </w:r>
    </w:p>
    <w:p>
      <w:r>
        <w:rPr>
          <w:b/>
        </w:rPr>
        <w:t xml:space="preserve">[26:57] </w:t>
      </w:r>
      <w:r>
        <w:t>have to be compassionate for every human being this is the so love is a part of divine</w:t>
      </w:r>
    </w:p>
    <w:p>
      <w:pPr>
        <w:jc w:val="right"/>
      </w:pPr>
      <w:r>
        <w:t>have to be compassionate for every human being this is the so love is a part of divine</w:t>
      </w:r>
    </w:p>
    <w:p>
      <w:r>
        <w:rPr>
          <w:b/>
        </w:rPr>
        <w:t xml:space="preserve">[27:05] </w:t>
      </w:r>
      <w:r>
        <w:t>culture love is a love and compassion an integral part of divine culture you see when you open</w:t>
      </w:r>
    </w:p>
    <w:p>
      <w:pPr>
        <w:jc w:val="right"/>
      </w:pPr>
      <w:r>
        <w:t>culture love is a love and compassion an integral part of divine culture you see when you open</w:t>
      </w:r>
    </w:p>
    <w:p>
      <w:r>
        <w:rPr>
          <w:b/>
        </w:rPr>
        <w:t xml:space="preserve">[27:12] </w:t>
      </w:r>
      <w:r>
        <w:t>when you take a quran a copy of the quran and open it you will find that the</w:t>
      </w:r>
    </w:p>
    <w:p>
      <w:pPr>
        <w:jc w:val="right"/>
      </w:pPr>
      <w:r>
        <w:t>when you take a Quran a copy of the Quran and open it you will find that the</w:t>
      </w:r>
    </w:p>
    <w:p>
      <w:r>
        <w:rPr>
          <w:b/>
        </w:rPr>
        <w:t xml:space="preserve">[27:20] </w:t>
      </w:r>
      <w:r>
        <w:t>very first verse is like this you know this verse is repeated in the quran no less than</w:t>
      </w:r>
    </w:p>
    <w:p>
      <w:pPr>
        <w:jc w:val="right"/>
      </w:pPr>
      <w:r>
        <w:t>very first verse is like this you know this verse is repeated in the Quran no less than</w:t>
      </w:r>
    </w:p>
    <w:p>
      <w:r>
        <w:rPr>
          <w:b/>
        </w:rPr>
        <w:t xml:space="preserve">[27:28] </w:t>
      </w:r>
      <w:r>
        <w:t>114 times 114 times this verse introduces god as a arrahim and arrahman merciful and compassionate so god</w:t>
      </w:r>
    </w:p>
    <w:p>
      <w:pPr>
        <w:jc w:val="right"/>
      </w:pPr>
      <w:r>
        <w:t>114 times 114 times this verse introduces god as a arrahim and arrahman merciful and compassionate so god</w:t>
      </w:r>
    </w:p>
    <w:p>
      <w:r>
        <w:rPr>
          <w:b/>
        </w:rPr>
        <w:t xml:space="preserve">[27:36] </w:t>
      </w:r>
      <w:r>
        <w:t>is merciful to all and compassionate to all then there is a hadith allah adopt divine character allah</w:t>
      </w:r>
    </w:p>
    <w:p>
      <w:pPr>
        <w:jc w:val="right"/>
      </w:pPr>
      <w:r>
        <w:t>is merciful to all and compassionate to all then there is a hadith اللہ adopt divine character اللہ</w:t>
      </w:r>
    </w:p>
    <w:p>
      <w:r>
        <w:rPr>
          <w:b/>
        </w:rPr>
        <w:t xml:space="preserve">[27:43] </w:t>
      </w:r>
      <w:r>
        <w:t>adopt divine character no what is divine character it is based on arrahman arrahim so rahmat is a</w:t>
      </w:r>
    </w:p>
    <w:p>
      <w:pPr>
        <w:jc w:val="right"/>
      </w:pPr>
      <w:r>
        <w:t>adopt divine character no what is divine character it is based on arrahman arrahim so rahmat is a</w:t>
      </w:r>
    </w:p>
    <w:p>
      <w:r>
        <w:rPr>
          <w:b/>
        </w:rPr>
        <w:t xml:space="preserve">[27:51] </w:t>
      </w:r>
      <w:r>
        <w:t>divine culture so you have to adopt rahmat culture culture of compassion culture of mercy this is the</w:t>
      </w:r>
    </w:p>
    <w:p>
      <w:pPr>
        <w:jc w:val="right"/>
      </w:pPr>
      <w:r>
        <w:t>divine culture so you have to adopt rahmat culture culture of compassion culture of mercy this is the</w:t>
      </w:r>
    </w:p>
    <w:p>
      <w:r>
        <w:rPr>
          <w:b/>
        </w:rPr>
        <w:t xml:space="preserve">[27:59] </w:t>
      </w:r>
      <w:r>
        <w:t>rahmat this is the divine culture and this is rahmat culture and every muslim must adopt this culture</w:t>
      </w:r>
    </w:p>
    <w:p>
      <w:pPr>
        <w:jc w:val="right"/>
      </w:pPr>
      <w:r>
        <w:t>rahmat this is the divine culture and this is rahmat culture and every muslim must adopt this culture</w:t>
      </w:r>
    </w:p>
    <w:p>
      <w:r>
        <w:rPr>
          <w:b/>
        </w:rPr>
        <w:t xml:space="preserve">[28:06] </w:t>
      </w:r>
      <w:r>
        <w:t>every muslim must be arrahim and arrahman like god so it is must for every man and every</w:t>
      </w:r>
    </w:p>
    <w:p>
      <w:pPr>
        <w:jc w:val="right"/>
      </w:pPr>
      <w:r>
        <w:t>every muslim must be arrahim and arrahman like god so it is must for every man and every</w:t>
      </w:r>
    </w:p>
    <w:p>
      <w:r>
        <w:rPr>
          <w:b/>
        </w:rPr>
        <w:t xml:space="preserve">[28:14] </w:t>
      </w:r>
      <w:r>
        <w:t>woman to be compassionate for others to be well-wisher for others there is a hadith the prophet of</w:t>
      </w:r>
    </w:p>
    <w:p>
      <w:pPr>
        <w:jc w:val="right"/>
      </w:pPr>
      <w:r>
        <w:t>woman to be compassionate for others to be well-wisher for others there is a hadith the prophet of</w:t>
      </w:r>
    </w:p>
    <w:p>
      <w:r>
        <w:rPr>
          <w:b/>
        </w:rPr>
        <w:t xml:space="preserve">[28:22] </w:t>
      </w:r>
      <w:r>
        <w:t>islam has said it means that be compassionate to all human being be well-wisher to all human being</w:t>
      </w:r>
    </w:p>
    <w:p>
      <w:pPr>
        <w:jc w:val="right"/>
      </w:pPr>
      <w:r>
        <w:t>islam has said it means that be compassionate to all human being be well-wisher to all human being</w:t>
      </w:r>
    </w:p>
    <w:p>
      <w:r>
        <w:rPr>
          <w:b/>
        </w:rPr>
        <w:t xml:space="preserve">[28:30] </w:t>
      </w:r>
      <w:r>
        <w:t>in other words you can say that everyone must must adopt the culture of compassion or human friendly</w:t>
      </w:r>
    </w:p>
    <w:p>
      <w:pPr>
        <w:jc w:val="right"/>
      </w:pPr>
      <w:r>
        <w:t>in other words you can say that everyone must must adopt the culture of compassion or human friendly</w:t>
      </w:r>
    </w:p>
    <w:p>
      <w:r>
        <w:rPr>
          <w:b/>
        </w:rPr>
        <w:t xml:space="preserve">[28:37] </w:t>
      </w:r>
      <w:r>
        <w:t>culture insan friendly culture or human friendly culture the islamic culture is human friendly culture but you know</w:t>
      </w:r>
    </w:p>
    <w:p>
      <w:pPr>
        <w:jc w:val="right"/>
      </w:pPr>
      <w:r>
        <w:t>culture insan friendly culture or human friendly culture the islamic culture is human friendly culture but you know</w:t>
      </w:r>
    </w:p>
    <w:p>
      <w:r>
        <w:rPr>
          <w:b/>
        </w:rPr>
        <w:t xml:space="preserve">[28:45] </w:t>
      </w:r>
      <w:r>
        <w:t>it is not very simple formula it requires it requires patience because when you are living in a</w:t>
      </w:r>
    </w:p>
    <w:p>
      <w:pPr>
        <w:jc w:val="right"/>
      </w:pPr>
      <w:r>
        <w:t>it is not very simple formula it requires it requires patience because when you are living in a</w:t>
      </w:r>
    </w:p>
    <w:p>
      <w:r>
        <w:rPr>
          <w:b/>
        </w:rPr>
        <w:t xml:space="preserve">[28:53] </w:t>
      </w:r>
      <w:r>
        <w:t>society where every time there are there are negative experiences there is no ideal society in this world</w:t>
      </w:r>
    </w:p>
    <w:p>
      <w:pPr>
        <w:jc w:val="right"/>
      </w:pPr>
      <w:r>
        <w:t>society where every time there are there are negative experiences there is no ideal society in this world</w:t>
      </w:r>
    </w:p>
    <w:p>
      <w:r>
        <w:rPr>
          <w:b/>
        </w:rPr>
        <w:t xml:space="preserve">[29:00] </w:t>
      </w:r>
      <w:r>
        <w:t>ideal society cannot be established in every society there are conditions less than ideal so in every society</w:t>
      </w:r>
    </w:p>
    <w:p>
      <w:pPr>
        <w:jc w:val="right"/>
      </w:pPr>
      <w:r>
        <w:t>ideal society cannot be established in every society there are conditions less than ideal so in every society</w:t>
      </w:r>
    </w:p>
    <w:p>
      <w:r>
        <w:rPr>
          <w:b/>
        </w:rPr>
        <w:t xml:space="preserve">[29:08] </w:t>
      </w:r>
      <w:r>
        <w:t>you always experience negativity so to be compassionate to all it requires to be patient forgiveness without adopting</w:t>
      </w:r>
    </w:p>
    <w:p>
      <w:pPr>
        <w:jc w:val="right"/>
      </w:pPr>
      <w:r>
        <w:t>you always experience negativity so to be compassionate to all it requires to be patient forgiveness without adopting</w:t>
      </w:r>
    </w:p>
    <w:p>
      <w:r>
        <w:rPr>
          <w:b/>
        </w:rPr>
        <w:t xml:space="preserve">[29:16] </w:t>
      </w:r>
      <w:r>
        <w:t>sabr culture you cannot be passionate to all you cannot adopting sabr culture you cannot adopt human friendly</w:t>
      </w:r>
    </w:p>
    <w:p>
      <w:pPr>
        <w:jc w:val="right"/>
      </w:pPr>
      <w:r>
        <w:t>sabr culture you cannot be passionate to all you cannot adopting sabr culture you cannot adopt human friendly</w:t>
      </w:r>
    </w:p>
    <w:p>
      <w:r>
        <w:rPr>
          <w:b/>
        </w:rPr>
        <w:t xml:space="preserve">[29:24] </w:t>
      </w:r>
      <w:r>
        <w:t>culture the gist of islam is that you have to live as a as a well-wisher to all</w:t>
      </w:r>
    </w:p>
    <w:p>
      <w:pPr>
        <w:jc w:val="right"/>
      </w:pPr>
      <w:r>
        <w:t>culture the gist of islam is that you have to live as a as a well-wisher to all</w:t>
      </w:r>
    </w:p>
    <w:p>
      <w:r>
        <w:rPr>
          <w:b/>
        </w:rPr>
        <w:t xml:space="preserve">[29:31] </w:t>
      </w:r>
      <w:r>
        <w:t>but it also requires to be patient to be positive because our society is not an ideal society</w:t>
      </w:r>
    </w:p>
    <w:p>
      <w:pPr>
        <w:jc w:val="right"/>
      </w:pPr>
      <w:r>
        <w:t>but it also requires to be patient to be positive because our society is not an ideal society</w:t>
      </w:r>
    </w:p>
    <w:p>
      <w:r>
        <w:rPr>
          <w:b/>
        </w:rPr>
        <w:t xml:space="preserve">[29:39] </w:t>
      </w:r>
      <w:r>
        <w:t>ideal society is impossible everything here is less than ideal every time there are provocation every time there</w:t>
      </w:r>
    </w:p>
    <w:p>
      <w:pPr>
        <w:jc w:val="right"/>
      </w:pPr>
      <w:r>
        <w:t>ideal society is impossible everything here is less than ideal every time there are provocation every time there</w:t>
      </w:r>
    </w:p>
    <w:p>
      <w:r>
        <w:rPr>
          <w:b/>
        </w:rPr>
        <w:t xml:space="preserve">[29:47] </w:t>
      </w:r>
      <w:r>
        <w:t>are negative experiences so.</w:t>
      </w:r>
    </w:p>
    <w:p>
      <w:pPr>
        <w:jc w:val="right"/>
      </w:pPr>
      <w:r>
        <w:t>are negative experiences so.</w:t>
      </w:r>
    </w:p>
    <w:p>
      <w:r>
        <w:rPr>
          <w:b/>
        </w:rPr>
        <w:t xml:space="preserve">[29:48] </w:t>
      </w:r>
      <w:r>
        <w:t>If god says that you have to be compassionate it it it is implicit in this commandment that</w:t>
      </w:r>
    </w:p>
    <w:p>
      <w:pPr>
        <w:jc w:val="right"/>
      </w:pPr>
      <w:r>
        <w:t>If god says that you have to be compassionate it it it is implicit in this commandment that</w:t>
      </w:r>
    </w:p>
    <w:p>
      <w:r>
        <w:rPr>
          <w:b/>
        </w:rPr>
        <w:t xml:space="preserve">[29:56] </w:t>
      </w:r>
      <w:r>
        <w:t>you have to be patient you have to adopt sabr so compassion means in a lateral adjustment compassion</w:t>
      </w:r>
    </w:p>
    <w:p>
      <w:pPr>
        <w:jc w:val="right"/>
      </w:pPr>
      <w:r>
        <w:t>you have to be patient you have to adopt sabr so compassion means in a lateral adjustment compassion</w:t>
      </w:r>
    </w:p>
    <w:p>
      <w:r>
        <w:rPr>
          <w:b/>
        </w:rPr>
        <w:t xml:space="preserve">[30:04] </w:t>
      </w:r>
      <w:r>
        <w:t>and love require in lateral adjustment prophet prophet isa has said love your enemy with it means that</w:t>
      </w:r>
    </w:p>
    <w:p>
      <w:pPr>
        <w:jc w:val="right"/>
      </w:pPr>
      <w:r>
        <w:t>and love require in lateral adjustment prophet prophet isa has said love your enemy with it means that</w:t>
      </w:r>
    </w:p>
    <w:p>
      <w:r>
        <w:rPr>
          <w:b/>
        </w:rPr>
        <w:t xml:space="preserve">[30:12] </w:t>
      </w:r>
      <w:r>
        <w:t>without love culture you cannot be compassionate with your enemy so this is the islamic culture and those</w:t>
      </w:r>
    </w:p>
    <w:p>
      <w:pPr>
        <w:jc w:val="right"/>
      </w:pPr>
      <w:r>
        <w:t>without love culture you cannot be compassionate with your enemy so this is the islamic culture and those</w:t>
      </w:r>
    </w:p>
    <w:p>
      <w:r>
        <w:rPr>
          <w:b/>
        </w:rPr>
        <w:t xml:space="preserve">[30:19] </w:t>
      </w:r>
      <w:r>
        <w:t>who adopt this islamic culture they will find entry into paradise واستغفرالله لي ولكم اجمعین.</w:t>
      </w:r>
    </w:p>
    <w:p>
      <w:pPr>
        <w:jc w:val="right"/>
      </w:pPr>
      <w:r>
        <w:t>who adopt this islamic culture they will find entry into paradise واستغفرالله لي ولكم اجمعین.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