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Prophethood in Islam (English) April 05, 2007 Maulana Wahiduddin Khan</w:t>
      </w:r>
    </w:p>
    <w:p>
      <w:r>
        <w:t>https://www.youtube.com/watch?v=hIqLEl5smhk</w:t>
      </w:r>
    </w:p>
    <w:p>
      <w:r>
        <w:rPr>
          <w:b/>
        </w:rPr>
        <w:t xml:space="preserve">[00:10] </w:t>
      </w:r>
      <w:r>
        <w:t>bismillah hir rahman nir rahim, wa salallahu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[00:13] </w:t>
      </w:r>
      <w:r>
        <w:t>rabbi ishrah li sadri, wa yassir li amri, wah-lul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[00:19] </w:t>
      </w:r>
      <w:r>
        <w:t>The theme for the present talk is prophethood, or the concept of prophethood in Islam.</w:t>
      </w:r>
    </w:p>
    <w:p>
      <w:pPr>
        <w:jc w:val="right"/>
      </w:pPr>
      <w:r>
        <w:t>دا تھیم فار دا پریزنٹ ٹاک از پرافٹ ہڈ، اور دا کانسیپٹ آف پرافٹ ہڈ ان اسلام۔</w:t>
      </w:r>
    </w:p>
    <w:p>
      <w:r>
        <w:rPr>
          <w:b/>
        </w:rPr>
        <w:t xml:space="preserve">[00:26] </w:t>
      </w:r>
      <w:r>
        <w:t>The Arabic equivalent to the prophet is rasool.</w:t>
      </w:r>
    </w:p>
    <w:p>
      <w:pPr>
        <w:jc w:val="right"/>
      </w:pPr>
      <w:r>
        <w:t>دا عربک ایکولنٹ ٹو دا پرافٹ از رسول۔</w:t>
      </w:r>
    </w:p>
    <w:p>
      <w:r>
        <w:rPr>
          <w:b/>
        </w:rPr>
        <w:t xml:space="preserve">[00:30] </w:t>
      </w:r>
      <w:r>
        <w:t>Rasool means messenger.</w:t>
      </w:r>
    </w:p>
    <w:p>
      <w:pPr>
        <w:jc w:val="right"/>
      </w:pPr>
      <w:r>
        <w:t>رسول مینز میسنجر۔</w:t>
      </w:r>
    </w:p>
    <w:p>
      <w:r>
        <w:rPr>
          <w:b/>
        </w:rPr>
        <w:t xml:space="preserve">[00:31] </w:t>
      </w:r>
      <w:r>
        <w:t>So prophet is a messenger of God.</w:t>
      </w:r>
    </w:p>
    <w:p>
      <w:pPr>
        <w:jc w:val="right"/>
      </w:pPr>
      <w:r>
        <w:t>سو پرافٹ از اے میسنجر آف گاڈ۔</w:t>
      </w:r>
    </w:p>
    <w:p>
      <w:r>
        <w:rPr>
          <w:b/>
        </w:rPr>
        <w:t xml:space="preserve">[00:34] </w:t>
      </w:r>
      <w:r>
        <w:t>There is a verse in the Quran: "Bashir Rasoolah".</w:t>
      </w:r>
    </w:p>
    <w:p>
      <w:pPr>
        <w:jc w:val="right"/>
      </w:pPr>
      <w:r>
        <w:t>دیر از اے ورس ان دا قرآن: "بشر رسولہ"۔</w:t>
      </w:r>
    </w:p>
    <w:p>
      <w:r>
        <w:rPr>
          <w:b/>
        </w:rPr>
        <w:t xml:space="preserve">[00:38] </w:t>
      </w:r>
      <w:r>
        <w:t>Prophet is a bashar, a man, and at the same time he is a messenger.</w:t>
      </w:r>
    </w:p>
    <w:p>
      <w:pPr>
        <w:jc w:val="right"/>
      </w:pPr>
      <w:r>
        <w:t>پرافٹ از اے بشر، ا مین، اینڈ ایٹ دا سیم ٹائم ہی از ا میسنجر۔</w:t>
      </w:r>
    </w:p>
    <w:p>
      <w:r>
        <w:rPr>
          <w:b/>
        </w:rPr>
        <w:t xml:space="preserve">[00:44] </w:t>
      </w:r>
      <w:r>
        <w:t>So this is the true concept of prophethood in Islam.</w:t>
      </w:r>
    </w:p>
    <w:p>
      <w:pPr>
        <w:jc w:val="right"/>
      </w:pPr>
      <w:r>
        <w:t>سو دس از دا ٹرو کانسیپٹ آف پرافٹ ہڈ ان اسلام۔</w:t>
      </w:r>
    </w:p>
    <w:p>
      <w:r>
        <w:rPr>
          <w:b/>
        </w:rPr>
        <w:t xml:space="preserve">[00:49] </w:t>
      </w:r>
      <w:r>
        <w:t>According to Islamic concept, prophet is not a superhuman, or prophet is not the son of God,</w:t>
      </w:r>
    </w:p>
    <w:p>
      <w:pPr>
        <w:jc w:val="right"/>
      </w:pPr>
      <w:r>
        <w:t>اکارڈنگ ٹو اسلامک کانسیپٹ، پرافٹ از ناٹ ا سپر ہیومن، اور پرافٹ از ناٹ دا سن آف گاڈ،</w:t>
      </w:r>
    </w:p>
    <w:p>
      <w:r>
        <w:rPr>
          <w:b/>
        </w:rPr>
        <w:t xml:space="preserve">[00:57] </w:t>
      </w:r>
      <w:r>
        <w:t>aur prophet is not an embodiment of God.</w:t>
      </w:r>
    </w:p>
    <w:p>
      <w:pPr>
        <w:jc w:val="right"/>
      </w:pPr>
      <w:r>
        <w:t>اور پرافٹ از ناٹ این ایمبڈیمنٹ آف گاڈ۔</w:t>
      </w:r>
    </w:p>
    <w:p>
      <w:r>
        <w:rPr>
          <w:b/>
        </w:rPr>
        <w:t xml:space="preserve">[01:00] </w:t>
      </w:r>
      <w:r>
        <w:t>All these concepts are alien to the Islamic ideology.</w:t>
      </w:r>
    </w:p>
    <w:p>
      <w:pPr>
        <w:jc w:val="right"/>
      </w:pPr>
      <w:r>
        <w:t>آل دیز کانسیپٹ آف ایلین ٹو دا اسلامک آئیڈیالوجی۔</w:t>
      </w:r>
    </w:p>
    <w:p>
      <w:r>
        <w:rPr>
          <w:b/>
        </w:rPr>
        <w:t xml:space="preserve">[01:04] </w:t>
      </w:r>
      <w:r>
        <w:t>According to Islam, prophet is bashar, like other bashars, a man like other men.</w:t>
      </w:r>
    </w:p>
    <w:p>
      <w:pPr>
        <w:jc w:val="right"/>
      </w:pPr>
      <w:r>
        <w:t>اکارڈنگ ٹو اسلام، پرافٹ از بشر، لائک ادر بشرز، ا مین لائک ادر مین۔</w:t>
      </w:r>
    </w:p>
    <w:p>
      <w:r>
        <w:rPr>
          <w:b/>
        </w:rPr>
        <w:t xml:space="preserve">[01:10] </w:t>
      </w:r>
      <w:r>
        <w:t>The only difference is that God has selected him as a messenger of God.</w:t>
      </w:r>
    </w:p>
    <w:p>
      <w:pPr>
        <w:jc w:val="right"/>
      </w:pPr>
      <w:r>
        <w:t>دا اونلی ڈیفرنس از دیٹ گاڈ ہیز سلیکٹڈ ہم ایز اے میسنجر آف گاڈ۔</w:t>
      </w:r>
    </w:p>
    <w:p>
      <w:r>
        <w:rPr>
          <w:b/>
        </w:rPr>
        <w:t xml:space="preserve">[01:16] </w:t>
      </w:r>
      <w:r>
        <w:t>It is very important.</w:t>
      </w:r>
    </w:p>
    <w:p>
      <w:pPr>
        <w:jc w:val="right"/>
      </w:pPr>
      <w:r>
        <w:t>اٹ از ویری امپورٹنٹ۔</w:t>
      </w:r>
    </w:p>
    <w:p>
      <w:r>
        <w:rPr>
          <w:b/>
        </w:rPr>
        <w:t xml:space="preserve">[01:18] </w:t>
      </w:r>
      <w:r>
        <w:t>Without understanding this, you cannot understand the concept of prophethood in Islam.</w:t>
      </w:r>
    </w:p>
    <w:p>
      <w:pPr>
        <w:jc w:val="right"/>
      </w:pPr>
      <w:r>
        <w:t>وداؤٹ انڈرسٹینڈنگ دس، یو کین ناٹ انڈرسٹینڈ دا کانسیپٹ آف پرافٹ ہڈ ان اسلام۔</w:t>
      </w:r>
    </w:p>
    <w:p>
      <w:r>
        <w:rPr>
          <w:b/>
        </w:rPr>
        <w:t xml:space="preserve">[01:24] </w:t>
      </w:r>
      <w:r>
        <w:t>Now, why prophethood? For this, you can understand the creation plan of God.</w:t>
      </w:r>
    </w:p>
    <w:p>
      <w:pPr>
        <w:jc w:val="right"/>
      </w:pPr>
      <w:r>
        <w:t>ناو، وائی پرافٹ ہڈ؟ فار دس، یو کین انڈرسٹینڈ دا کریشن پلان آف گاڈ۔</w:t>
      </w:r>
    </w:p>
    <w:p>
      <w:r>
        <w:rPr>
          <w:b/>
        </w:rPr>
        <w:t xml:space="preserve">[01:30] </w:t>
      </w:r>
      <w:r>
        <w:t>God has created this world, this planet Earth, and He settled man in this planet.</w:t>
      </w:r>
    </w:p>
    <w:p>
      <w:pPr>
        <w:jc w:val="right"/>
      </w:pPr>
      <w:r>
        <w:t>گاڈ ہیز کریٹڈ دس ورلڈ، دس پلینٹ ارتھ، اینڈ ہی سیٹل مین ان دس پلینٹ۔</w:t>
      </w:r>
    </w:p>
    <w:p>
      <w:r>
        <w:rPr>
          <w:b/>
        </w:rPr>
        <w:t xml:space="preserve">[01:36] </w:t>
      </w:r>
      <w:r>
        <w:t>The first man was.</w:t>
      </w:r>
    </w:p>
    <w:p>
      <w:pPr>
        <w:jc w:val="right"/>
      </w:pPr>
      <w:r>
        <w:t>دا فرسٹ مین واز۔</w:t>
      </w:r>
    </w:p>
    <w:p>
      <w:r>
        <w:rPr>
          <w:b/>
        </w:rPr>
        <w:t xml:space="preserve">[01:38] </w:t>
      </w:r>
      <w:r>
        <w:t>So Adam was the first man, and Adam was not only first man, also he was a</w:t>
      </w:r>
    </w:p>
    <w:p>
      <w:pPr>
        <w:jc w:val="right"/>
      </w:pPr>
      <w:r>
        <w:t>سو آدم واز دا فرسٹ مین، اینڈ آدم واز ناٹ اونلی فرسٹ مین، آل سو ہی واز ا</w:t>
      </w:r>
    </w:p>
    <w:p>
      <w:r>
        <w:rPr>
          <w:b/>
        </w:rPr>
        <w:t xml:space="preserve">[01:46] </w:t>
      </w:r>
      <w:r>
        <w:t>Prophet.</w:t>
      </w:r>
    </w:p>
    <w:p>
      <w:pPr>
        <w:jc w:val="right"/>
      </w:pPr>
      <w:r>
        <w:t>پرافٹ۔</w:t>
      </w:r>
    </w:p>
    <w:p>
      <w:r>
        <w:rPr>
          <w:b/>
        </w:rPr>
        <w:t xml:space="preserve">[01:47] </w:t>
      </w:r>
      <w:r>
        <w:t>And even in every time, and in every generation, there were some prophets from Adam to Jesus Christ.</w:t>
      </w:r>
    </w:p>
    <w:p>
      <w:pPr>
        <w:jc w:val="right"/>
      </w:pPr>
      <w:r>
        <w:t>اینڈ ایون ان ایوری ٹائم، اینڈ ان ایوری جنریشن، دیر ویر سم پرافٹس فرام آدم ٹو جیسس کرائسٹ۔</w:t>
      </w:r>
    </w:p>
    <w:p>
      <w:r>
        <w:rPr>
          <w:b/>
        </w:rPr>
        <w:t xml:space="preserve">[01:55] </w:t>
      </w:r>
      <w:r>
        <w:t>For what? To make people aware of the creation plan of God.</w:t>
      </w:r>
    </w:p>
    <w:p>
      <w:pPr>
        <w:jc w:val="right"/>
      </w:pPr>
      <w:r>
        <w:t>فار واٹ؟ ٹو میک پیپل اویئر آف دا کریشن پلان آف گاڈ۔</w:t>
      </w:r>
    </w:p>
    <w:p>
      <w:r>
        <w:rPr>
          <w:b/>
        </w:rPr>
        <w:t xml:space="preserve">[02:00] </w:t>
      </w:r>
      <w:r>
        <w:t>Man is here not as a reward, but as a test.</w:t>
      </w:r>
    </w:p>
    <w:p>
      <w:pPr>
        <w:jc w:val="right"/>
      </w:pPr>
      <w:r>
        <w:t>مین از ہیر ناٹ ایز اے ریوارڈ، بٹ ایز اے ٹیسٹ۔</w:t>
      </w:r>
    </w:p>
    <w:p>
      <w:r>
        <w:rPr>
          <w:b/>
        </w:rPr>
        <w:t xml:space="preserve">[02:05] </w:t>
      </w:r>
      <w:r>
        <w:t>Every thing we enjoy in this world is not as a inaam or blessing.</w:t>
      </w:r>
    </w:p>
    <w:p>
      <w:pPr>
        <w:jc w:val="right"/>
      </w:pPr>
      <w:r>
        <w:t>ایوری تھنگ وی انجوائے ان دس ورلڈ از ناٹ ایز اے انعام اور بلیسنگ۔</w:t>
      </w:r>
    </w:p>
    <w:p>
      <w:r>
        <w:rPr>
          <w:b/>
        </w:rPr>
        <w:t xml:space="preserve">[02:11] </w:t>
      </w:r>
      <w:r>
        <w:t>No, it is just papers.</w:t>
      </w:r>
    </w:p>
    <w:p>
      <w:pPr>
        <w:jc w:val="right"/>
      </w:pPr>
      <w:r>
        <w:t>نو، اٹ از جسٹ پیپرز۔</w:t>
      </w:r>
    </w:p>
    <w:p>
      <w:r>
        <w:rPr>
          <w:b/>
        </w:rPr>
        <w:t xml:space="preserve">[02:13] </w:t>
      </w:r>
      <w:r>
        <w:t>Poor and rich, and powerless and powerful, everyone is put in test.</w:t>
      </w:r>
    </w:p>
    <w:p>
      <w:pPr>
        <w:jc w:val="right"/>
      </w:pPr>
      <w:r>
        <w:t>پور اینڈ رچ، اینڈ پاورلیس اینڈ پاورفل، ایوری ون از پٹ ان ٹیسٹ۔</w:t>
      </w:r>
    </w:p>
    <w:p>
      <w:r>
        <w:rPr>
          <w:b/>
        </w:rPr>
        <w:t xml:space="preserve">[02:18] </w:t>
      </w:r>
      <w:r>
        <w:t>So, man's life is divided into two parts.</w:t>
      </w:r>
    </w:p>
    <w:p>
      <w:pPr>
        <w:jc w:val="right"/>
      </w:pPr>
      <w:r>
        <w:t>سو مین لائف از ڈیوائیڈڈ انٹو ٹو پارٹ۔</w:t>
      </w:r>
    </w:p>
    <w:p>
      <w:r>
        <w:rPr>
          <w:b/>
        </w:rPr>
        <w:t xml:space="preserve">[02:22] </w:t>
      </w:r>
      <w:r>
        <w:t>One part is here in this pre-death period, and the second part is second, the larger part</w:t>
      </w:r>
    </w:p>
    <w:p>
      <w:pPr>
        <w:jc w:val="right"/>
      </w:pPr>
      <w:r>
        <w:t>ون پارٹ از ہیر ان دس پری ڈیتھ پیریڈ، اینڈ دی سیکنڈ پارٹ از سیکنڈ، دی لارجر پارٹ</w:t>
      </w:r>
    </w:p>
    <w:p>
      <w:r>
        <w:rPr>
          <w:b/>
        </w:rPr>
        <w:t xml:space="preserve">[02:30] </w:t>
      </w:r>
      <w:r>
        <w:t>aur eternal part is in the post-death period.</w:t>
      </w:r>
    </w:p>
    <w:p>
      <w:pPr>
        <w:jc w:val="right"/>
      </w:pPr>
      <w:r>
        <w:t>اور ایٹرنل پارٹ از ان دا پوسٹ ڈیتھ پیریڈ۔</w:t>
      </w:r>
    </w:p>
    <w:p>
      <w:r>
        <w:rPr>
          <w:b/>
        </w:rPr>
        <w:t xml:space="preserve">[02:33] </w:t>
      </w:r>
      <w:r>
        <w:t>When a man dies, it is not end of his life, but it is beginning of a new</w:t>
      </w:r>
    </w:p>
    <w:p>
      <w:pPr>
        <w:jc w:val="right"/>
      </w:pPr>
      <w:r>
        <w:t>وین ا مین ڈائیز، اٹ از ناٹ اینڈ اف ہز لائف، بٹ اٹ از بیگننگ اف ا نیو</w:t>
      </w:r>
    </w:p>
    <w:p>
      <w:r>
        <w:rPr>
          <w:b/>
        </w:rPr>
        <w:t xml:space="preserve">[02:41] </w:t>
      </w:r>
      <w:r>
        <w:t>Life.</w:t>
      </w:r>
    </w:p>
    <w:p>
      <w:pPr>
        <w:jc w:val="right"/>
      </w:pPr>
      <w:r>
        <w:t>لائف۔</w:t>
      </w:r>
    </w:p>
    <w:p>
      <w:r>
        <w:rPr>
          <w:b/>
        </w:rPr>
        <w:t xml:space="preserve">[02:43] </w:t>
      </w:r>
      <w:r>
        <w:t>So after this world, there is there is a Day of Judgment.</w:t>
      </w:r>
    </w:p>
    <w:p>
      <w:pPr>
        <w:jc w:val="right"/>
      </w:pPr>
      <w:r>
        <w:t>سو آفٹر دس ورلڈ، دیر از دیر از ا ڈے اف ججمنٹ۔</w:t>
      </w:r>
    </w:p>
    <w:p>
      <w:r>
        <w:rPr>
          <w:b/>
        </w:rPr>
        <w:t xml:space="preserve">[02:48] </w:t>
      </w:r>
      <w:r>
        <w:t>So man is accountable.</w:t>
      </w:r>
    </w:p>
    <w:p>
      <w:pPr>
        <w:jc w:val="right"/>
      </w:pPr>
      <w:r>
        <w:t>سو مین از اکاؤنٹیبل۔</w:t>
      </w:r>
    </w:p>
    <w:p>
      <w:r>
        <w:rPr>
          <w:b/>
        </w:rPr>
        <w:t xml:space="preserve">[02:50] </w:t>
      </w:r>
      <w:r>
        <w:t>Men, men and women, both will be presented before God.</w:t>
      </w:r>
    </w:p>
    <w:p>
      <w:pPr>
        <w:jc w:val="right"/>
      </w:pPr>
      <w:r>
        <w:t>مین، مین اور وومن، بوتھ ویل بی پریزنٹڈ بیفور گاڈ۔</w:t>
      </w:r>
    </w:p>
    <w:p>
      <w:r>
        <w:rPr>
          <w:b/>
        </w:rPr>
        <w:t xml:space="preserve">[02:54] </w:t>
      </w:r>
      <w:r>
        <w:t>And then, by seeing their record, God will decide their fate about their eternal life.</w:t>
      </w:r>
    </w:p>
    <w:p>
      <w:pPr>
        <w:jc w:val="right"/>
      </w:pPr>
      <w:r>
        <w:t>اینڈ دین، بائی سینگ دیر ریکارڈ، گاڈ ویل ڈیسائیڈ دیر فیٹ اباؤٹ دیر ایٹرنل لائف۔</w:t>
      </w:r>
    </w:p>
    <w:p>
      <w:r>
        <w:rPr>
          <w:b/>
        </w:rPr>
        <w:t xml:space="preserve">[03:00] </w:t>
      </w:r>
      <w:r>
        <w:t>So some people will go to hell, and some will go to paradise.</w:t>
      </w:r>
    </w:p>
    <w:p>
      <w:pPr>
        <w:jc w:val="right"/>
      </w:pPr>
      <w:r>
        <w:t>سو سم پیپل ویل گو ٹو ہیل، اینڈ سم ویل گو ٹو پیراڈائز۔</w:t>
      </w:r>
    </w:p>
    <w:p>
      <w:r>
        <w:rPr>
          <w:b/>
        </w:rPr>
        <w:t xml:space="preserve">[03:06] </w:t>
      </w:r>
      <w:r>
        <w:t>So this, it was this message that was conveyed by the prophets to mankind.</w:t>
      </w:r>
    </w:p>
    <w:p>
      <w:pPr>
        <w:jc w:val="right"/>
      </w:pPr>
      <w:r>
        <w:t>سو دس، اٹ واز دس میسج دیٹ واز کنوےڈ بائی دا پرافٹس ٹو مین کائنڈ۔</w:t>
      </w:r>
    </w:p>
    <w:p>
      <w:r>
        <w:rPr>
          <w:b/>
        </w:rPr>
        <w:t xml:space="preserve">[03:12] </w:t>
      </w:r>
      <w:r>
        <w:t>So it is very important.</w:t>
      </w:r>
    </w:p>
    <w:p>
      <w:pPr>
        <w:jc w:val="right"/>
      </w:pPr>
      <w:r>
        <w:t>سو اٹ از ویری امپورٹنٹ۔</w:t>
      </w:r>
    </w:p>
    <w:p>
      <w:r>
        <w:rPr>
          <w:b/>
        </w:rPr>
        <w:t xml:space="preserve">[03:14] </w:t>
      </w:r>
      <w:r>
        <w:t>But what happened? Every prophet was given guides, divine guides.</w:t>
      </w:r>
    </w:p>
    <w:p>
      <w:pPr>
        <w:jc w:val="right"/>
      </w:pPr>
      <w:r>
        <w:t>بٹ واٹ ہیپن؟ ایوری پرافٹ واز گیون گائیڈز، ڈیوائن گائیڈز۔</w:t>
      </w:r>
    </w:p>
    <w:p>
      <w:r>
        <w:rPr>
          <w:b/>
        </w:rPr>
        <w:t xml:space="preserve">[03:19] </w:t>
      </w:r>
      <w:r>
        <w:t>Every prophet was given divine guide or book of God, divine book.</w:t>
      </w:r>
    </w:p>
    <w:p>
      <w:pPr>
        <w:jc w:val="right"/>
      </w:pPr>
      <w:r>
        <w:t>ایوری پرافٹ واز گیون ڈیوائن گائیڈ اور بک آف گاڈ، ڈیوائن بک۔</w:t>
      </w:r>
    </w:p>
    <w:p>
      <w:r>
        <w:rPr>
          <w:b/>
        </w:rPr>
        <w:t xml:space="preserve">[03:24] </w:t>
      </w:r>
      <w:r>
        <w:t>But all these books were.</w:t>
      </w:r>
    </w:p>
    <w:p>
      <w:pPr>
        <w:jc w:val="right"/>
      </w:pPr>
      <w:r>
        <w:t>بٹ آل دیز بکس ویر۔</w:t>
      </w:r>
    </w:p>
    <w:p>
      <w:r>
        <w:rPr>
          <w:b/>
        </w:rPr>
        <w:t xml:space="preserve">[03:26] </w:t>
      </w:r>
      <w:r>
        <w:t>But the followers of the Prophet failed to preserve all these, this divine and this book.</w:t>
      </w:r>
    </w:p>
    <w:p>
      <w:pPr>
        <w:jc w:val="right"/>
      </w:pPr>
      <w:r>
        <w:t>بٹ دا فالوورز آف دا پرافٹ فیلڈ ٹو پریزرو آل دیز، دس ڈیوائن اینڈ دیز بک۔</w:t>
      </w:r>
    </w:p>
    <w:p>
      <w:r>
        <w:rPr>
          <w:b/>
        </w:rPr>
        <w:t xml:space="preserve">[03:33] </w:t>
      </w:r>
      <w:r>
        <w:t>So there was a lack of guidance every time.</w:t>
      </w:r>
    </w:p>
    <w:p>
      <w:pPr>
        <w:jc w:val="right"/>
      </w:pPr>
      <w:r>
        <w:t>سو دیر واز ا لیک آف گائیڈنس ایوری ٹائم۔</w:t>
      </w:r>
    </w:p>
    <w:p>
      <w:r>
        <w:rPr>
          <w:b/>
        </w:rPr>
        <w:t xml:space="preserve">[03:37] </w:t>
      </w:r>
      <w:r>
        <w:t>When Prophet was alive, he gave these teachings to his contemporary people.</w:t>
      </w:r>
    </w:p>
    <w:p>
      <w:pPr>
        <w:jc w:val="right"/>
      </w:pPr>
      <w:r>
        <w:t>وین پرافٹ واز الائیو، ہی گیو دیز ٹیچنگز ٹو ہز کنٹمپریری پیپل۔</w:t>
      </w:r>
    </w:p>
    <w:p>
      <w:r>
        <w:rPr>
          <w:b/>
        </w:rPr>
        <w:t xml:space="preserve">[03:42] </w:t>
      </w:r>
      <w:r>
        <w:t>And when Prophet died, there was nothing left for guidance.</w:t>
      </w:r>
    </w:p>
    <w:p>
      <w:pPr>
        <w:jc w:val="right"/>
      </w:pPr>
      <w:r>
        <w:t>اینڈ وین پرافٹ ڈائیڈ، دیر واز نتھنگ لیفٹ فار گائیڈنس۔</w:t>
      </w:r>
    </w:p>
    <w:p>
      <w:r>
        <w:rPr>
          <w:b/>
        </w:rPr>
        <w:t xml:space="preserve">[03:46] </w:t>
      </w:r>
      <w:r>
        <w:t>So this was every time, there was absence of guidance.</w:t>
      </w:r>
    </w:p>
    <w:p>
      <w:pPr>
        <w:jc w:val="right"/>
      </w:pPr>
      <w:r>
        <w:t>سو دس واز ایوری ٹائم، دیر واز ایبسنس آف گائیڈنس۔</w:t>
      </w:r>
    </w:p>
    <w:p>
      <w:r>
        <w:rPr>
          <w:b/>
        </w:rPr>
        <w:t xml:space="preserve">[03:50] </w:t>
      </w:r>
      <w:r>
        <w:t>Then God sent Muhammad (peace be upon him) as a final prophet.</w:t>
      </w:r>
    </w:p>
    <w:p>
      <w:pPr>
        <w:jc w:val="right"/>
      </w:pPr>
      <w:r>
        <w:t>دین گاڈ سینڈ محمد صلی اللہ علیہ وسلم ایز اے فائنل پرافٹ۔</w:t>
      </w:r>
    </w:p>
    <w:p>
      <w:r>
        <w:rPr>
          <w:b/>
        </w:rPr>
        <w:t xml:space="preserve">[03:56] </w:t>
      </w:r>
      <w:r>
        <w:t>Final Prophet does not mean that he was a superior prophet.</w:t>
      </w:r>
    </w:p>
    <w:p>
      <w:pPr>
        <w:jc w:val="right"/>
      </w:pPr>
      <w:r>
        <w:t>فائنل پرافٹ ڈز ناٹ مین دیٹ ہی واز ا سپیریئر پرافٹ۔</w:t>
      </w:r>
    </w:p>
    <w:p>
      <w:r>
        <w:rPr>
          <w:b/>
        </w:rPr>
        <w:t xml:space="preserve">[04:00] </w:t>
      </w:r>
      <w:r>
        <w:t>No, he was a prophet just like other.</w:t>
      </w:r>
    </w:p>
    <w:p>
      <w:pPr>
        <w:jc w:val="right"/>
      </w:pPr>
      <w:r>
        <w:t>نو، ہی واز ا پرافٹ جسٹ لائک ادر۔</w:t>
      </w:r>
    </w:p>
    <w:p>
      <w:r>
        <w:rPr>
          <w:b/>
        </w:rPr>
        <w:t xml:space="preserve">[04:04] </w:t>
      </w:r>
      <w:r>
        <w:t>But the only difference was that God, with His special help, with special help, preserved His guidance, that</w:t>
      </w:r>
    </w:p>
    <w:p>
      <w:pPr>
        <w:jc w:val="right"/>
      </w:pPr>
      <w:r>
        <w:t>بٹ دا اونلی ڈیفرنس واز دیٹ گاڈ، ود ہز اسپیشل ہیلپ، ود اسپیشل ہیلپ، پریزرو ہز گائیڈنس، دیٹ</w:t>
      </w:r>
    </w:p>
    <w:p>
      <w:r>
        <w:rPr>
          <w:b/>
        </w:rPr>
        <w:t xml:space="preserve">[04:11] </w:t>
      </w:r>
      <w:r>
        <w:t>is Quran.</w:t>
      </w:r>
    </w:p>
    <w:p>
      <w:pPr>
        <w:jc w:val="right"/>
      </w:pPr>
      <w:r>
        <w:t>از قرآن۔</w:t>
      </w:r>
    </w:p>
    <w:p>
      <w:r>
        <w:rPr>
          <w:b/>
        </w:rPr>
        <w:t xml:space="preserve">[04:13] </w:t>
      </w:r>
      <w:r>
        <w:t>تو Quran was preserved by the special help from God.</w:t>
      </w:r>
    </w:p>
    <w:p>
      <w:pPr>
        <w:jc w:val="right"/>
      </w:pPr>
      <w:r>
        <w:t>تو قرآن واز پریزروڈ بائی دا اسپیشل ہیلپ فرام گاڈ۔</w:t>
      </w:r>
    </w:p>
    <w:p>
      <w:r>
        <w:rPr>
          <w:b/>
        </w:rPr>
        <w:t xml:space="preserve">[04:17] </w:t>
      </w:r>
      <w:r>
        <w:t>Now, when Quran is preserved, now, there is no need for living prophet.</w:t>
      </w:r>
    </w:p>
    <w:p>
      <w:pPr>
        <w:jc w:val="right"/>
      </w:pPr>
      <w:r>
        <w:t>ناو، وین قرآن از پریزروڈ، ناو، دیر از نو نیڈ فار لیونگ پرافٹ۔</w:t>
      </w:r>
    </w:p>
    <w:p>
      <w:r>
        <w:rPr>
          <w:b/>
        </w:rPr>
        <w:t xml:space="preserve">[04:23] </w:t>
      </w:r>
      <w:r>
        <w:t>Now, Quran is a recorded prophet.</w:t>
      </w:r>
    </w:p>
    <w:p>
      <w:pPr>
        <w:jc w:val="right"/>
      </w:pPr>
      <w:r>
        <w:t>ناو، قرآن از اے ریکارڈڈ پرافٹ۔</w:t>
      </w:r>
    </w:p>
    <w:p>
      <w:r>
        <w:rPr>
          <w:b/>
        </w:rPr>
        <w:t xml:space="preserve">[04:25] </w:t>
      </w:r>
      <w:r>
        <w:t>Those who are seeker, those who want to know the guidance of God, they can read Quran and</w:t>
      </w:r>
    </w:p>
    <w:p>
      <w:pPr>
        <w:jc w:val="right"/>
      </w:pPr>
      <w:r>
        <w:t>دوز ہو آر سیکر، دوز ہو وانٹ ٹو نو دا گائیڈنس آف گاڈ، دے کین ریڈ قرآن اینڈ</w:t>
      </w:r>
    </w:p>
    <w:p>
      <w:r>
        <w:rPr>
          <w:b/>
        </w:rPr>
        <w:t xml:space="preserve">[04:33] </w:t>
      </w:r>
      <w:r>
        <w:t>Find out this guidance.</w:t>
      </w:r>
    </w:p>
    <w:p>
      <w:pPr>
        <w:jc w:val="right"/>
      </w:pPr>
      <w:r>
        <w:t>فائنڈ آؤٹ دس گائیڈنس۔</w:t>
      </w:r>
    </w:p>
    <w:p>
      <w:r>
        <w:rPr>
          <w:b/>
        </w:rPr>
        <w:t xml:space="preserve">[04:35] </w:t>
      </w:r>
      <w:r>
        <w:t>So now, we are in, we are not in need of living prophet.</w:t>
      </w:r>
    </w:p>
    <w:p>
      <w:pPr>
        <w:jc w:val="right"/>
      </w:pPr>
      <w:r>
        <w:t>سو ناو، وی آر ان، وی آر ناٹ ان نیڈ آف لیونگ پرافٹ۔</w:t>
      </w:r>
    </w:p>
    <w:p>
      <w:r>
        <w:rPr>
          <w:b/>
        </w:rPr>
        <w:t xml:space="preserve">[04:40] </w:t>
      </w:r>
      <w:r>
        <w:t>Now, recorded prophet is enough for guidance.</w:t>
      </w:r>
    </w:p>
    <w:p>
      <w:pPr>
        <w:jc w:val="right"/>
      </w:pPr>
      <w:r>
        <w:t>ناو، ریکارڈڈ پرافٹ از انف فار گائیڈنس۔</w:t>
      </w:r>
    </w:p>
    <w:p>
      <w:r>
        <w:rPr>
          <w:b/>
        </w:rPr>
        <w:t xml:space="preserve">[04:43] </w:t>
      </w:r>
      <w:r>
        <w:t>So the prophet of Islam was the final prophet in this sense, not in any sense of superiority.</w:t>
      </w:r>
    </w:p>
    <w:p>
      <w:pPr>
        <w:jc w:val="right"/>
      </w:pPr>
      <w:r>
        <w:t>سو پرافٹ آف اسلام واز فائنل پرافٹ ان دس سینس، ناٹ ان اینی سینس آف سپیریرٹی۔</w:t>
      </w:r>
    </w:p>
    <w:p>
      <w:r>
        <w:rPr>
          <w:b/>
        </w:rPr>
        <w:t xml:space="preserve">[04:50] </w:t>
      </w:r>
      <w:r>
        <w:t>Deen, you know, the Prophet of Islam was born in Mecca, and he died in Medina in 632.</w:t>
      </w:r>
    </w:p>
    <w:p>
      <w:pPr>
        <w:jc w:val="right"/>
      </w:pPr>
      <w:r>
        <w:t>دین، یو نو، دا پرافٹ آف اسلام واز born in مکہ، اینڈ ہی ڈائیڈ ان مدینہ ان 632۔</w:t>
      </w:r>
    </w:p>
    <w:p>
      <w:r>
        <w:rPr>
          <w:b/>
        </w:rPr>
        <w:t xml:space="preserve">[04:58] </w:t>
      </w:r>
      <w:r>
        <w:t>Before his death, he gave his final word to his followers.</w:t>
      </w:r>
    </w:p>
    <w:p>
      <w:pPr>
        <w:jc w:val="right"/>
      </w:pPr>
      <w:r>
        <w:t>بیفور ہز ڈیتھ، ہی گیو ہز فائنل ورڈ ٹو ہز فالوورز۔</w:t>
      </w:r>
    </w:p>
    <w:p>
      <w:r>
        <w:rPr>
          <w:b/>
        </w:rPr>
        <w:t xml:space="preserve">[05:03] </w:t>
      </w:r>
      <w:r>
        <w:t>He said, this was his final word to the Ummah, to Muslim Ummah, or his followers.</w:t>
      </w:r>
    </w:p>
    <w:p>
      <w:pPr>
        <w:jc w:val="right"/>
      </w:pPr>
      <w:r>
        <w:t>ہی سیڈ، دس واز ہز فائنل ورڈ ٹو دا امہ، ٹو مسلم امہ، اور ہز فالوورز۔</w:t>
      </w:r>
    </w:p>
    <w:p>
      <w:r>
        <w:rPr>
          <w:b/>
        </w:rPr>
        <w:t xml:space="preserve">[05:09] </w:t>
      </w:r>
      <w:r>
        <w:t>He said, "Taraktu feekum amrain aw saqlain, lan tadillu ma tamassaktum bihima, kitab Allah wa sunnati." It means that</w:t>
      </w:r>
    </w:p>
    <w:p>
      <w:pPr>
        <w:jc w:val="right"/>
      </w:pPr>
      <w:r>
        <w:t>ہی سیڈ، "ترکتو فیکم امرین اور ثقلین، لن تضلوا ما تمسکتم بہما، کتاب اللہ وسنتی۔" اٹ مینز دیٹ</w:t>
      </w:r>
    </w:p>
    <w:p>
      <w:r>
        <w:rPr>
          <w:b/>
        </w:rPr>
        <w:t xml:space="preserve">[05:17] </w:t>
      </w:r>
      <w:r>
        <w:t>I have left for you two things of great importance: Quran and Sunnah.</w:t>
      </w:r>
    </w:p>
    <w:p>
      <w:pPr>
        <w:jc w:val="right"/>
      </w:pPr>
      <w:r>
        <w:t>آئی ہیو لیفٹ فار یو ٹو تھنگز آف گریٹ امپورٹنس: قرآن اینڈ سنت۔</w:t>
      </w:r>
    </w:p>
    <w:p>
      <w:r>
        <w:rPr>
          <w:b/>
        </w:rPr>
        <w:t xml:space="preserve">[05:23] </w:t>
      </w:r>
      <w:r>
        <w:t>Quran and Sunnah.</w:t>
      </w:r>
    </w:p>
    <w:p>
      <w:pPr>
        <w:jc w:val="right"/>
      </w:pPr>
      <w:r>
        <w:t>قرآن اینڈ سنت۔</w:t>
      </w:r>
    </w:p>
    <w:p>
      <w:r>
        <w:rPr>
          <w:b/>
        </w:rPr>
        <w:t xml:space="preserve">[05:24] </w:t>
      </w:r>
      <w:r>
        <w:t>You never will be misguided so long as you adhere to this, that is Quran and</w:t>
      </w:r>
    </w:p>
    <w:p>
      <w:pPr>
        <w:jc w:val="right"/>
      </w:pPr>
      <w:r>
        <w:t>یو نیور ویل بی مس گائیڈڈ سو لانگ ایز یو اڈیر ٹو ٹو دس، دیٹ از قرآن اینڈ</w:t>
      </w:r>
    </w:p>
    <w:p>
      <w:r>
        <w:rPr>
          <w:b/>
        </w:rPr>
        <w:t xml:space="preserve">[05:32] </w:t>
      </w:r>
      <w:r>
        <w:t>Sunnat.</w:t>
      </w:r>
    </w:p>
    <w:p>
      <w:pPr>
        <w:jc w:val="right"/>
      </w:pPr>
      <w:r>
        <w:t>سنت۔</w:t>
      </w:r>
    </w:p>
    <w:p>
      <w:r>
        <w:rPr>
          <w:b/>
        </w:rPr>
        <w:t xml:space="preserve">[05:33] </w:t>
      </w:r>
      <w:r>
        <w:t>This was the final word of the Prophet of Islam.</w:t>
      </w:r>
    </w:p>
    <w:p>
      <w:pPr>
        <w:jc w:val="right"/>
      </w:pPr>
      <w:r>
        <w:t>دس واز دا فائنل ورڈ آف دا پرافٹ آف اسلام۔</w:t>
      </w:r>
    </w:p>
    <w:p>
      <w:r>
        <w:rPr>
          <w:b/>
        </w:rPr>
        <w:t xml:space="preserve">[05:38] </w:t>
      </w:r>
      <w:r>
        <w:t>Now, according to this prophetic word, Quran and Sunnah is enough for those who are followers of Muhammad.</w:t>
      </w:r>
    </w:p>
    <w:p>
      <w:pPr>
        <w:jc w:val="right"/>
      </w:pPr>
      <w:r>
        <w:t>ناو، اکارڈنگ ٹو دس پرافٹک ورڈ، قرآن اینڈ سنت از انف فار دوز ہو آر فالوورز آف محمد۔</w:t>
      </w:r>
    </w:p>
    <w:p>
      <w:r>
        <w:rPr>
          <w:b/>
        </w:rPr>
        <w:t xml:space="preserve">[05:45] </w:t>
      </w:r>
      <w:r>
        <w:t>It is for, it is a guarantee for their success.</w:t>
      </w:r>
    </w:p>
    <w:p>
      <w:pPr>
        <w:jc w:val="right"/>
      </w:pPr>
      <w:r>
        <w:t>اٹ از فار، اٹ از ا گارنٹی فار دیر سکسیس۔</w:t>
      </w:r>
    </w:p>
    <w:p>
      <w:r>
        <w:rPr>
          <w:b/>
        </w:rPr>
        <w:t xml:space="preserve">[05:50] </w:t>
      </w:r>
      <w:r>
        <w:t>Quran and Sunnah is like a guarantee towards their success.</w:t>
      </w:r>
    </w:p>
    <w:p>
      <w:pPr>
        <w:jc w:val="right"/>
      </w:pPr>
      <w:r>
        <w:t>قرآن اینڈ سنت از لائک ا گارنٹی ٹورڈز دیر سکسیس۔</w:t>
      </w:r>
    </w:p>
    <w:p>
      <w:r>
        <w:rPr>
          <w:b/>
        </w:rPr>
        <w:t xml:space="preserve">[05:54] </w:t>
      </w:r>
      <w:r>
        <w:t>deen, why we say that Muslims are not successful in this age? Every everywhere Muslims are</w:t>
      </w:r>
    </w:p>
    <w:p>
      <w:pPr>
        <w:jc w:val="right"/>
      </w:pPr>
      <w:r>
        <w:t>دین، وائی وی سی دیٹ مسلمز آر ناٹ سکسیس فل ان دس ایج؟ ایوری ایوری ویر مسلمز آر</w:t>
      </w:r>
    </w:p>
    <w:p>
      <w:r>
        <w:rPr>
          <w:b/>
        </w:rPr>
        <w:t xml:space="preserve">[06:02] </w:t>
      </w:r>
      <w:r>
        <w:t>Complaining and protesting in this world, in the present world, Muslims are like Protestant community.</w:t>
      </w:r>
    </w:p>
    <w:p>
      <w:pPr>
        <w:jc w:val="right"/>
      </w:pPr>
      <w:r>
        <w:t>کمپلیننگ اور پروٹیسٹنگ ان دس ورلڈ، ان دا پریزنٹ ورلڈ، مسلم آر لائک پروٹیسٹنٹ کمیونٹی۔</w:t>
      </w:r>
    </w:p>
    <w:p>
      <w:r>
        <w:rPr>
          <w:b/>
        </w:rPr>
        <w:t xml:space="preserve">[06:08] </w:t>
      </w:r>
      <w:r>
        <w:t>اور every time they, they are in, they show complaints or protest because they feel they, they are</w:t>
      </w:r>
    </w:p>
    <w:p>
      <w:pPr>
        <w:jc w:val="right"/>
      </w:pPr>
      <w:r>
        <w:t>اور ایوری ٹائم دے، دے آر ان، دے شو کمپلینٹس اور پروٹیسٹ بیکاز دے فیل دے، دے آر</w:t>
      </w:r>
    </w:p>
    <w:p>
      <w:r>
        <w:rPr>
          <w:b/>
        </w:rPr>
        <w:t xml:space="preserve">[06:16] </w:t>
      </w:r>
      <w:r>
        <w:t>defeated, they are humiliated, they are displaced.</w:t>
      </w:r>
    </w:p>
    <w:p>
      <w:pPr>
        <w:jc w:val="right"/>
      </w:pPr>
      <w:r>
        <w:t>ڈیفیٹڈ، دے آر ہمیٹڈ، دے آر ڈسپلیسڈ۔</w:t>
      </w:r>
    </w:p>
    <w:p>
      <w:r>
        <w:rPr>
          <w:b/>
        </w:rPr>
        <w:t xml:space="preserve">[06:19] </w:t>
      </w:r>
      <w:r>
        <w:t>So this is the present Muslim psyche.</w:t>
      </w:r>
    </w:p>
    <w:p>
      <w:pPr>
        <w:jc w:val="right"/>
      </w:pPr>
      <w:r>
        <w:t>سو دس از دا پریزنٹ مسلم سائیکی۔</w:t>
      </w:r>
    </w:p>
    <w:p>
      <w:r>
        <w:rPr>
          <w:b/>
        </w:rPr>
        <w:t xml:space="preserve">[06:22] </w:t>
      </w:r>
      <w:r>
        <w:t>deen, why when they have the Quran, when they have the Sunnah, then why they are failing, why</w:t>
      </w:r>
    </w:p>
    <w:p>
      <w:pPr>
        <w:jc w:val="right"/>
      </w:pPr>
      <w:r>
        <w:t>دین، وائی وین دے ہیو دا قرآن، وین دے ہیو دا سنت، دین وائی دے آر فیلنگ، وائی</w:t>
      </w:r>
    </w:p>
    <w:p>
      <w:r>
        <w:rPr>
          <w:b/>
        </w:rPr>
        <w:t xml:space="preserve">[06:30] </w:t>
      </w:r>
      <w:r>
        <w:t>They are living in defeatist mentality? Why? The reason is that they have left Quran and Sunnah both,</w:t>
      </w:r>
    </w:p>
    <w:p>
      <w:pPr>
        <w:jc w:val="right"/>
      </w:pPr>
      <w:r>
        <w:t>دے آر لیونگ ان ڈیفیٹس مینٹیلیٹی؟ وائی؟ دی ریزن از دیٹ دے ہیو لیفٹ قرآن اینڈ سنت بوتھ،</w:t>
      </w:r>
    </w:p>
    <w:p>
      <w:r>
        <w:rPr>
          <w:b/>
        </w:rPr>
        <w:t xml:space="preserve">[06:37] </w:t>
      </w:r>
      <w:r>
        <w:t>Although they believe, but they fail to follow Quran and Sunnah.</w:t>
      </w:r>
    </w:p>
    <w:p>
      <w:pPr>
        <w:jc w:val="right"/>
      </w:pPr>
      <w:r>
        <w:t>آل دو دے بیلیو، بٹ دے فیل ٹو فالو قرآن اینڈ سنت۔</w:t>
      </w:r>
    </w:p>
    <w:p>
      <w:r>
        <w:rPr>
          <w:b/>
        </w:rPr>
        <w:t xml:space="preserve">[06:42] </w:t>
      </w:r>
      <w:r>
        <w:t>Here I would like to give some detail.</w:t>
      </w:r>
    </w:p>
    <w:p>
      <w:pPr>
        <w:jc w:val="right"/>
      </w:pPr>
      <w:r>
        <w:t>ہیر آئی وڈ لائک ٹو گیو سم ڈیٹیل۔</w:t>
      </w:r>
    </w:p>
    <w:p>
      <w:r>
        <w:rPr>
          <w:b/>
        </w:rPr>
        <w:t xml:space="preserve">[06:46] </w:t>
      </w:r>
      <w:r>
        <w:t>You know, Quran was sent as a Kitab-e-Tadabbur, Kitab-e-Tadabbur aur Kitab-e-Tafakkur.</w:t>
      </w:r>
    </w:p>
    <w:p>
      <w:pPr>
        <w:jc w:val="right"/>
      </w:pPr>
      <w:r>
        <w:t>یو نو، قرآن واز سینڈ ایز اے کتاب تدبر، کتاب تدبر اور کتاب تفکر۔</w:t>
      </w:r>
    </w:p>
    <w:p>
      <w:r>
        <w:rPr>
          <w:b/>
        </w:rPr>
        <w:t xml:space="preserve">[06:52] </w:t>
      </w:r>
      <w:r>
        <w:t>It means that Quran is for study, for learning, for thinking, for contemplation.</w:t>
      </w:r>
    </w:p>
    <w:p>
      <w:pPr>
        <w:jc w:val="right"/>
      </w:pPr>
      <w:r>
        <w:t>اٹ مینز دیٹ قرآن از فار اسٹڈی، فار لرننگ، فار تھنکنگ، فار کنٹمپلیشن۔</w:t>
      </w:r>
    </w:p>
    <w:p>
      <w:r>
        <w:rPr>
          <w:b/>
        </w:rPr>
        <w:t xml:space="preserve">[06:57] </w:t>
      </w:r>
      <w:r>
        <w:t>But at present, Muslim, at present, Muslims don't know except to, except to tilawat.</w:t>
      </w:r>
    </w:p>
    <w:p>
      <w:pPr>
        <w:jc w:val="right"/>
      </w:pPr>
      <w:r>
        <w:t>بٹ ایٹ پریزنٹ، مسلم، ایٹ پریزنٹ، مسلمز ڈونٹ نو ایکسیپٹ ٹو، ایکسیپٹ ٹو تلاوت۔</w:t>
      </w:r>
    </w:p>
    <w:p>
      <w:r>
        <w:rPr>
          <w:b/>
        </w:rPr>
        <w:t xml:space="preserve">[07:03] </w:t>
      </w:r>
      <w:r>
        <w:t>تلاوت means recitation.</w:t>
      </w:r>
    </w:p>
    <w:p>
      <w:pPr>
        <w:jc w:val="right"/>
      </w:pPr>
      <w:r>
        <w:t>تلاوت مینز ریسیٹیشن۔</w:t>
      </w:r>
    </w:p>
    <w:p>
      <w:r>
        <w:rPr>
          <w:b/>
        </w:rPr>
        <w:t xml:space="preserve">[07:05] </w:t>
      </w:r>
      <w:r>
        <w:t>They believe that simply recitation is enough.</w:t>
      </w:r>
    </w:p>
    <w:p>
      <w:pPr>
        <w:jc w:val="right"/>
      </w:pPr>
      <w:r>
        <w:t>دے بیلیو دیٹ سمپلی ریسیٹیشن از انف۔</w:t>
      </w:r>
    </w:p>
    <w:p>
      <w:r>
        <w:rPr>
          <w:b/>
        </w:rPr>
        <w:t xml:space="preserve">[07:08] </w:t>
      </w:r>
      <w:r>
        <w:t>There is not.</w:t>
      </w:r>
    </w:p>
    <w:p>
      <w:pPr>
        <w:jc w:val="right"/>
      </w:pPr>
      <w:r>
        <w:t>دے از ناٹ۔</w:t>
      </w:r>
    </w:p>
    <w:p>
      <w:r>
        <w:rPr>
          <w:b/>
        </w:rPr>
        <w:t xml:space="preserve">[07:09] </w:t>
      </w:r>
      <w:r>
        <w:t>It is a reduced form of Quran.</w:t>
      </w:r>
    </w:p>
    <w:p>
      <w:pPr>
        <w:jc w:val="right"/>
      </w:pPr>
      <w:r>
        <w:t>اٹ از ا ریڈیوسڈ فارم آف قرآن۔</w:t>
      </w:r>
    </w:p>
    <w:p>
      <w:r>
        <w:rPr>
          <w:b/>
        </w:rPr>
        <w:t xml:space="preserve">[07:12] </w:t>
      </w:r>
      <w:r>
        <w:t>You believe that recitation of the word of Quran is enough, then you are taking a reduced form</w:t>
      </w:r>
    </w:p>
    <w:p>
      <w:pPr>
        <w:jc w:val="right"/>
      </w:pPr>
      <w:r>
        <w:t>یو بیلیو دیٹ ریسیٹیشن آف دی ورڈ آف قرآن از انف، دین یو آر ٹیکنگ ا ریڈیوسڈ فارم</w:t>
      </w:r>
    </w:p>
    <w:p>
      <w:r>
        <w:rPr>
          <w:b/>
        </w:rPr>
        <w:t xml:space="preserve">[07:20] </w:t>
      </w:r>
      <w:r>
        <w:t>of the Quran.</w:t>
      </w:r>
    </w:p>
    <w:p>
      <w:pPr>
        <w:jc w:val="right"/>
      </w:pPr>
      <w:r>
        <w:t>آف دا قرآن۔</w:t>
      </w:r>
    </w:p>
    <w:p>
      <w:r>
        <w:rPr>
          <w:b/>
        </w:rPr>
        <w:t xml:space="preserve">[07:22] </w:t>
      </w:r>
      <w:r>
        <w:t>No, Islam, Quran is a book of meaning, book of guidance.</w:t>
      </w:r>
    </w:p>
    <w:p>
      <w:pPr>
        <w:jc w:val="right"/>
      </w:pPr>
      <w:r>
        <w:t>نو، اسلام، قرآن از ا بک آف میننگ، بک آف گائیڈنس۔</w:t>
      </w:r>
    </w:p>
    <w:p>
      <w:r>
        <w:rPr>
          <w:b/>
        </w:rPr>
        <w:t xml:space="preserve">[07:26] </w:t>
      </w:r>
      <w:r>
        <w:t>تو you have to understand that meaning.</w:t>
      </w:r>
    </w:p>
    <w:p>
      <w:pPr>
        <w:jc w:val="right"/>
      </w:pPr>
      <w:r>
        <w:t>تو یو ہیو ٹو انڈرسٹینڈ دیٹ میننگ۔</w:t>
      </w:r>
    </w:p>
    <w:p>
      <w:r>
        <w:rPr>
          <w:b/>
        </w:rPr>
        <w:t xml:space="preserve">[07:29] </w:t>
      </w:r>
      <w:r>
        <w:t>You have to find out that guidance.</w:t>
      </w:r>
    </w:p>
    <w:p>
      <w:pPr>
        <w:jc w:val="right"/>
      </w:pPr>
      <w:r>
        <w:t>یو ہیو ٹو فائنڈ آؤٹ دیٹ گائیڈنس۔</w:t>
      </w:r>
    </w:p>
    <w:p>
      <w:r>
        <w:rPr>
          <w:b/>
        </w:rPr>
        <w:t xml:space="preserve">[07:32] </w:t>
      </w:r>
      <w:r>
        <w:t>So this is what is called in the Quran: Rab ul Quran mahjoorah, abandoned book.</w:t>
      </w:r>
    </w:p>
    <w:p>
      <w:pPr>
        <w:jc w:val="right"/>
      </w:pPr>
      <w:r>
        <w:t>سو دس از واٹ از کالڈ ان دا قرآن: رب القرآن مہجورہ، ابینڈنٹ بک۔</w:t>
      </w:r>
    </w:p>
    <w:p>
      <w:r>
        <w:rPr>
          <w:b/>
        </w:rPr>
        <w:t xml:space="preserve">[07:38] </w:t>
      </w:r>
      <w:r>
        <w:t>کتاب مہجور means abandoned book.</w:t>
      </w:r>
    </w:p>
    <w:p>
      <w:pPr>
        <w:jc w:val="right"/>
      </w:pPr>
      <w:r>
        <w:t>کتاب مہجور مینز ابینڈنٹ بک۔</w:t>
      </w:r>
    </w:p>
    <w:p>
      <w:r>
        <w:rPr>
          <w:b/>
        </w:rPr>
        <w:t xml:space="preserve">[07:41] </w:t>
      </w:r>
      <w:r>
        <w:t>تو taking Quran in this reduced form is like taking it as an abandoned book.</w:t>
      </w:r>
    </w:p>
    <w:p>
      <w:pPr>
        <w:jc w:val="right"/>
      </w:pPr>
      <w:r>
        <w:t>تو ٹیکنگ قرآن ان دس ریڈیوسڈ فارم از لائک ٹیکنگ از ایز ا ابینڈنٹ بک۔</w:t>
      </w:r>
    </w:p>
    <w:p>
      <w:r>
        <w:rPr>
          <w:b/>
        </w:rPr>
        <w:t xml:space="preserve">[07:47] </w:t>
      </w:r>
      <w:r>
        <w:t>When you don't know the guidance, when you don't know the meaning of the Quran, then you have</w:t>
      </w:r>
    </w:p>
    <w:p>
      <w:pPr>
        <w:jc w:val="right"/>
      </w:pPr>
      <w:r>
        <w:t>وین یو ڈونٹ نو دا گائیڈنس، وین یو ڈونٹ نو دا میننگ آف دا قرآن، دین یو ہیو</w:t>
      </w:r>
    </w:p>
    <w:p>
      <w:r>
        <w:rPr>
          <w:b/>
        </w:rPr>
        <w:t xml:space="preserve">[07:55] </w:t>
      </w:r>
      <w:r>
        <w:t>abandoned the Quran.</w:t>
      </w:r>
    </w:p>
    <w:p>
      <w:pPr>
        <w:jc w:val="right"/>
      </w:pPr>
      <w:r>
        <w:t>ابینڈنٹ دا قرآن۔</w:t>
      </w:r>
    </w:p>
    <w:p>
      <w:r>
        <w:rPr>
          <w:b/>
        </w:rPr>
        <w:t xml:space="preserve">[07:56] </w:t>
      </w:r>
      <w:r>
        <w:t>Simply recitation and tilawat is not enough.</w:t>
      </w:r>
    </w:p>
    <w:p>
      <w:pPr>
        <w:jc w:val="right"/>
      </w:pPr>
      <w:r>
        <w:t>سمپلی ریسیٹیشن اور تلاوت از ناٹ انف۔</w:t>
      </w:r>
    </w:p>
    <w:p>
      <w:r>
        <w:rPr>
          <w:b/>
        </w:rPr>
        <w:t xml:space="preserve">[07:59] </w:t>
      </w:r>
      <w:r>
        <w:t>Here I would like to give an example.</w:t>
      </w:r>
    </w:p>
    <w:p>
      <w:pPr>
        <w:jc w:val="right"/>
      </w:pPr>
      <w:r>
        <w:t>ہیر آئی وڈ لائک ٹو گیو این ایگزامپل۔</w:t>
      </w:r>
    </w:p>
    <w:p>
      <w:r>
        <w:rPr>
          <w:b/>
        </w:rPr>
        <w:t xml:space="preserve">[08:03] </w:t>
      </w:r>
      <w:r>
        <w:t>There is a verse in the Quran, very clear word, in clear words: La tastawil hasanatu walas sayyiah.</w:t>
      </w:r>
    </w:p>
    <w:p>
      <w:pPr>
        <w:jc w:val="right"/>
      </w:pPr>
      <w:r>
        <w:t>دیر از ا ورس ان دا قرآن، ویری کلیئر ورڈ، ان کلیئر ورڈز: لا تستوی الحسنۃ والسیح حسن۔</w:t>
      </w:r>
    </w:p>
    <w:p>
      <w:r>
        <w:rPr>
          <w:b/>
        </w:rPr>
        <w:t xml:space="preserve">[08:10] </w:t>
      </w:r>
      <w:r>
        <w:t>Fa'idh alladhi baynaka wa baynahu adawah ka'annahu waliyyun hamim.</w:t>
      </w:r>
    </w:p>
    <w:p>
      <w:pPr>
        <w:jc w:val="right"/>
      </w:pPr>
      <w:r>
        <w:t>فیض الذی بینک بینہ عداوہ کلہ ولی حمیم۔</w:t>
      </w:r>
    </w:p>
    <w:p>
      <w:r>
        <w:rPr>
          <w:b/>
        </w:rPr>
        <w:t xml:space="preserve">[08:14] </w:t>
      </w:r>
      <w:r>
        <w:t>It means that do good deed in return for bad deed.</w:t>
      </w:r>
    </w:p>
    <w:p>
      <w:pPr>
        <w:jc w:val="right"/>
      </w:pPr>
      <w:r>
        <w:t>اٹ مینز دیٹ ڈو گڈ ڈیڈ ان ریٹرن فار بیڈ ڈیڈ۔</w:t>
      </w:r>
    </w:p>
    <w:p>
      <w:r>
        <w:rPr>
          <w:b/>
        </w:rPr>
        <w:t xml:space="preserve">[08:19] </w:t>
      </w:r>
      <w:r>
        <w:t>Do good deed in return for bad deed, and you will find that your enemy has become your</w:t>
      </w:r>
    </w:p>
    <w:p>
      <w:pPr>
        <w:jc w:val="right"/>
      </w:pPr>
      <w:r>
        <w:t>ڈو گڈ ڈیڈ ان ریٹرن فار بیڈ ڈیڈ، اینڈ یو ویل فائنڈ دیٹ یور اینمی ہیز بیکم یور</w:t>
      </w:r>
    </w:p>
    <w:p>
      <w:r>
        <w:rPr>
          <w:b/>
        </w:rPr>
        <w:t xml:space="preserve">[08:26] </w:t>
      </w:r>
      <w:r>
        <w:t>Dearest friend.</w:t>
      </w:r>
    </w:p>
    <w:p>
      <w:pPr>
        <w:jc w:val="right"/>
      </w:pPr>
      <w:r>
        <w:t>ڈیئرسٹ فرینڈ۔</w:t>
      </w:r>
    </w:p>
    <w:p>
      <w:r>
        <w:rPr>
          <w:b/>
        </w:rPr>
        <w:t xml:space="preserve">[08:28] </w:t>
      </w:r>
      <w:r>
        <w:t>In this Quranic verse, you can see that Quran is giving a very very positive teaching, positive direction.</w:t>
      </w:r>
    </w:p>
    <w:p>
      <w:pPr>
        <w:jc w:val="right"/>
      </w:pPr>
      <w:r>
        <w:t>ان دس قرآنک ورس، یو کین سی دیٹ قرآن از گیونگ ا ویری ویری پوزیٹیو ٹیچنگ، پوزیٹیو ڈائریکشن۔</w:t>
      </w:r>
    </w:p>
    <w:p>
      <w:r>
        <w:rPr>
          <w:b/>
        </w:rPr>
        <w:t xml:space="preserve">[08:35] </w:t>
      </w:r>
      <w:r>
        <w:t>That is: don't take enemy as enemy.</w:t>
      </w:r>
    </w:p>
    <w:p>
      <w:pPr>
        <w:jc w:val="right"/>
      </w:pPr>
      <w:r>
        <w:t>دیٹ از: ڈونٹ ٹیک اینمی ایز اینمی۔</w:t>
      </w:r>
    </w:p>
    <w:p>
      <w:r>
        <w:rPr>
          <w:b/>
        </w:rPr>
        <w:t xml:space="preserve">[08:38] </w:t>
      </w:r>
      <w:r>
        <w:t>Don't take your enemy as your enemy.</w:t>
      </w:r>
    </w:p>
    <w:p>
      <w:pPr>
        <w:jc w:val="right"/>
      </w:pPr>
      <w:r>
        <w:t>ڈونٹ ٹیک یور اینمی ایز یور اینمی۔</w:t>
      </w:r>
    </w:p>
    <w:p>
      <w:r>
        <w:rPr>
          <w:b/>
        </w:rPr>
        <w:t xml:space="preserve">[08:41] </w:t>
      </w:r>
      <w:r>
        <w:t>Why? Because according to the law of nature, according to the law of nature, enmity and friendship both</w:t>
      </w:r>
    </w:p>
    <w:p>
      <w:pPr>
        <w:jc w:val="right"/>
      </w:pPr>
      <w:r>
        <w:t>وائی؟ بیکاز اکارڈنگ ٹو دا لاء آف نیچر، اکارڈنگ ٹو دا لاء آف نیچر، اینمیٹی اینڈ فرینڈشپ بوتھ</w:t>
      </w:r>
    </w:p>
    <w:p>
      <w:r>
        <w:rPr>
          <w:b/>
        </w:rPr>
        <w:t xml:space="preserve">[08:49] </w:t>
      </w:r>
      <w:r>
        <w:t>Our relative.</w:t>
      </w:r>
    </w:p>
    <w:p>
      <w:pPr>
        <w:jc w:val="right"/>
      </w:pPr>
      <w:r>
        <w:t>آر ریلیٹو۔</w:t>
      </w:r>
    </w:p>
    <w:p>
      <w:r>
        <w:rPr>
          <w:b/>
        </w:rPr>
        <w:t xml:space="preserve">[08:51] </w:t>
      </w:r>
      <w:r>
        <w:t>So every man is Mr. Nature, and every man is under the law of nature.</w:t>
      </w:r>
    </w:p>
    <w:p>
      <w:pPr>
        <w:jc w:val="right"/>
      </w:pPr>
      <w:r>
        <w:t>سو ایوری مین از مسٹر نیچر، اینڈ ایوری مین از انڈر دی لاء آف نیچر۔</w:t>
      </w:r>
    </w:p>
    <w:p>
      <w:r>
        <w:rPr>
          <w:b/>
        </w:rPr>
        <w:t xml:space="preserve">[08:57] </w:t>
      </w:r>
      <w:r>
        <w:t>So according to this Quranic verse, your enemy is your potential friend.</w:t>
      </w:r>
    </w:p>
    <w:p>
      <w:pPr>
        <w:jc w:val="right"/>
      </w:pPr>
      <w:r>
        <w:t>سو اکارڈنگ ٹو دس قرآنک ورس، یور اینمی از یور پوٹینشل فرینڈ۔</w:t>
      </w:r>
    </w:p>
    <w:p>
      <w:r>
        <w:rPr>
          <w:b/>
        </w:rPr>
        <w:t xml:space="preserve">[09:02] </w:t>
      </w:r>
      <w:r>
        <w:t>It means that your enemy is your potential friend.</w:t>
      </w:r>
    </w:p>
    <w:p>
      <w:pPr>
        <w:jc w:val="right"/>
      </w:pPr>
      <w:r>
        <w:t>اٹ مینز دیٹ یور اینمی از یور پوٹینشل فرینڈ۔</w:t>
      </w:r>
    </w:p>
    <w:p>
      <w:r>
        <w:rPr>
          <w:b/>
        </w:rPr>
        <w:t xml:space="preserve">[09:06] </w:t>
      </w:r>
      <w:r>
        <w:t>So turn this potential into actual.</w:t>
      </w:r>
    </w:p>
    <w:p>
      <w:pPr>
        <w:jc w:val="right"/>
      </w:pPr>
      <w:r>
        <w:t>سو ٹرن دس پوٹینشل انٹو ایکچول۔</w:t>
      </w:r>
    </w:p>
    <w:p>
      <w:r>
        <w:rPr>
          <w:b/>
        </w:rPr>
        <w:t xml:space="preserve">[09:09] </w:t>
      </w:r>
      <w:r>
        <w:t>turn this potential into actual.</w:t>
      </w:r>
    </w:p>
    <w:p>
      <w:pPr>
        <w:jc w:val="right"/>
      </w:pPr>
      <w:r>
        <w:t>ٹرن دس پوٹینشل انٹو ایکچول۔</w:t>
      </w:r>
    </w:p>
    <w:p>
      <w:r>
        <w:rPr>
          <w:b/>
        </w:rPr>
        <w:t xml:space="preserve">[09:11] </w:t>
      </w:r>
      <w:r>
        <w:t>This is a revolutionary idea.</w:t>
      </w:r>
    </w:p>
    <w:p>
      <w:pPr>
        <w:jc w:val="right"/>
      </w:pPr>
      <w:r>
        <w:t>دس از ا ریولوشنری آئیڈیا۔</w:t>
      </w:r>
    </w:p>
    <w:p>
      <w:r>
        <w:rPr>
          <w:b/>
        </w:rPr>
        <w:t xml:space="preserve">[09:13] </w:t>
      </w:r>
      <w:r>
        <w:t>But you see, at present, we have to see the present situation of the Muslims.</w:t>
      </w:r>
    </w:p>
    <w:p>
      <w:pPr>
        <w:jc w:val="right"/>
      </w:pPr>
      <w:r>
        <w:t>بٹ یو سی ایٹ پریزنٹ، وی ٹو سی دا پریزنٹ سچویشن آف دا مسلمز۔</w:t>
      </w:r>
    </w:p>
    <w:p>
      <w:r>
        <w:rPr>
          <w:b/>
        </w:rPr>
        <w:t xml:space="preserve">[09:19] </w:t>
      </w:r>
      <w:r>
        <w:t>Everywhere they are declaring that this is our enemy, that is our enemy.</w:t>
      </w:r>
    </w:p>
    <w:p>
      <w:pPr>
        <w:jc w:val="right"/>
      </w:pPr>
      <w:r>
        <w:t>ایوری ویر دے آر ڈیکلئرنگ دیٹ دس از اور اینمی، دیٹ از اور اینمی۔</w:t>
      </w:r>
    </w:p>
    <w:p>
      <w:r>
        <w:rPr>
          <w:b/>
        </w:rPr>
        <w:t xml:space="preserve">[09:25] </w:t>
      </w:r>
      <w:r>
        <w:t>The whole world is their enemy.</w:t>
      </w:r>
    </w:p>
    <w:p>
      <w:pPr>
        <w:jc w:val="right"/>
      </w:pPr>
      <w:r>
        <w:t>دا ہول ورلڈ از دیر اینمی۔</w:t>
      </w:r>
    </w:p>
    <w:p>
      <w:r>
        <w:rPr>
          <w:b/>
        </w:rPr>
        <w:t xml:space="preserve">[09:27] </w:t>
      </w:r>
      <w:r>
        <w:t>Everywhere Muslims are complaining that Jews are their enemy, and Christians are their enemy, Americans are their</w:t>
      </w:r>
    </w:p>
    <w:p>
      <w:pPr>
        <w:jc w:val="right"/>
      </w:pPr>
      <w:r>
        <w:t>ایوری ویر مسلمز آر کمپلیننگ دیٹ جودز آر دیر اینمی، اینڈ کرسچنز آر دیر اینمی، امریکنز آر دیر</w:t>
      </w:r>
    </w:p>
    <w:p>
      <w:r>
        <w:rPr>
          <w:b/>
        </w:rPr>
        <w:t xml:space="preserve">[09:35] </w:t>
      </w:r>
      <w:r>
        <w:t>enemy, Hindus are their enemy.</w:t>
      </w:r>
    </w:p>
    <w:p>
      <w:pPr>
        <w:jc w:val="right"/>
      </w:pPr>
      <w:r>
        <w:t>اینمی، ہندوز آر دیر اینمی۔</w:t>
      </w:r>
    </w:p>
    <w:p>
      <w:r>
        <w:rPr>
          <w:b/>
        </w:rPr>
        <w:t xml:space="preserve">[09:37] </w:t>
      </w:r>
      <w:r>
        <w:t>This is the only, this is the Muslim psyche of the present world.</w:t>
      </w:r>
    </w:p>
    <w:p>
      <w:pPr>
        <w:jc w:val="right"/>
      </w:pPr>
      <w:r>
        <w:t>دس از دا اونلی، دس از دا مسلم سائیکی آف دا پریزنٹ ورلڈ۔</w:t>
      </w:r>
    </w:p>
    <w:p>
      <w:r>
        <w:rPr>
          <w:b/>
        </w:rPr>
        <w:t xml:space="preserve">[09:43] </w:t>
      </w:r>
      <w:r>
        <w:t>to they see enemy as enemy.</w:t>
      </w:r>
    </w:p>
    <w:p>
      <w:pPr>
        <w:jc w:val="right"/>
      </w:pPr>
      <w:r>
        <w:t>تو دے سی اینمی ایز اینمی۔</w:t>
      </w:r>
    </w:p>
    <w:p>
      <w:r>
        <w:rPr>
          <w:b/>
        </w:rPr>
        <w:t xml:space="preserve">[09:45] </w:t>
      </w:r>
      <w:r>
        <w:t>Muslims of the present world are seeing enemy as enemy, while Quran says that you have to see</w:t>
      </w:r>
    </w:p>
    <w:p>
      <w:pPr>
        <w:jc w:val="right"/>
      </w:pPr>
      <w:r>
        <w:t>مسلمز آف دا پریزنٹ ورلڈ آر سیئنگ اینمی ایز اینمی، وائل قرآن سیز دیٹ یو ہیو ٹو سی</w:t>
      </w:r>
    </w:p>
    <w:p>
      <w:r>
        <w:rPr>
          <w:b/>
        </w:rPr>
        <w:t xml:space="preserve">[09:53] </w:t>
      </w:r>
      <w:r>
        <w:t>Enemy is your friend.</w:t>
      </w:r>
    </w:p>
    <w:p>
      <w:pPr>
        <w:jc w:val="right"/>
      </w:pPr>
      <w:r>
        <w:t>اینمی ایز یور فرینڈ۔</w:t>
      </w:r>
    </w:p>
    <w:p>
      <w:r>
        <w:rPr>
          <w:b/>
        </w:rPr>
        <w:t xml:space="preserve">[09:55] </w:t>
      </w:r>
      <w:r>
        <w:t>This is a difference between Quranic teachings and Muslim mind.</w:t>
      </w:r>
    </w:p>
    <w:p>
      <w:pPr>
        <w:jc w:val="right"/>
      </w:pPr>
      <w:r>
        <w:t>دس از ا ڈیفرنس بٹوین قرآنک ٹیچنگز اینڈ مسلم مائنڈ۔</w:t>
      </w:r>
    </w:p>
    <w:p>
      <w:r>
        <w:rPr>
          <w:b/>
        </w:rPr>
        <w:t xml:space="preserve">[09:59] </w:t>
      </w:r>
      <w:r>
        <w:t>And this difference is not very simple.</w:t>
      </w:r>
    </w:p>
    <w:p>
      <w:pPr>
        <w:jc w:val="right"/>
      </w:pPr>
      <w:r>
        <w:t>اینڈ دس ڈیفرنس از ناٹ ویری سمپل۔</w:t>
      </w:r>
    </w:p>
    <w:p>
      <w:r>
        <w:rPr>
          <w:b/>
        </w:rPr>
        <w:t xml:space="preserve">[10:02] </w:t>
      </w:r>
      <w:r>
        <w:t>When you think that all the nations are our enemies, all the communities are our enemies, then it</w:t>
      </w:r>
    </w:p>
    <w:p>
      <w:pPr>
        <w:jc w:val="right"/>
      </w:pPr>
      <w:r>
        <w:t>وین یو تھنک دیٹ آل دا نیشنز آر اور اینمیز، آل دا کمیونٹیز آر اور اینمیز، دین اٹ</w:t>
      </w:r>
    </w:p>
    <w:p>
      <w:r>
        <w:rPr>
          <w:b/>
        </w:rPr>
        <w:t xml:space="preserve">[10:10] </w:t>
      </w:r>
      <w:r>
        <w:t>is not very simple.</w:t>
      </w:r>
    </w:p>
    <w:p>
      <w:pPr>
        <w:jc w:val="right"/>
      </w:pPr>
      <w:r>
        <w:t>از ناٹ ویری سمپل۔</w:t>
      </w:r>
    </w:p>
    <w:p>
      <w:r>
        <w:rPr>
          <w:b/>
        </w:rPr>
        <w:t xml:space="preserve">[10:12] </w:t>
      </w:r>
      <w:r>
        <w:t>It means that you, you inculcate hate in your, in your heart.</w:t>
      </w:r>
    </w:p>
    <w:p>
      <w:pPr>
        <w:jc w:val="right"/>
      </w:pPr>
      <w:r>
        <w:t>اٹ مینز دیٹ یو، یو انکلکیٹ ہیٹ ان یور، ان یور ہارٹ۔</w:t>
      </w:r>
    </w:p>
    <w:p>
      <w:r>
        <w:rPr>
          <w:b/>
        </w:rPr>
        <w:t xml:space="preserve">[10:17] </w:t>
      </w:r>
      <w:r>
        <w:t>You are inculcating hate in your heart.</w:t>
      </w:r>
    </w:p>
    <w:p>
      <w:pPr>
        <w:jc w:val="right"/>
      </w:pPr>
      <w:r>
        <w:t>یو آر انکلکیٹنگ ہیٹ ان یور ہارٹ۔</w:t>
      </w:r>
    </w:p>
    <w:p>
      <w:r>
        <w:rPr>
          <w:b/>
        </w:rPr>
        <w:t xml:space="preserve">[10:20] </w:t>
      </w:r>
      <w:r>
        <w:t>Hate and intolerance and anger and negative thought.</w:t>
      </w:r>
    </w:p>
    <w:p>
      <w:pPr>
        <w:jc w:val="right"/>
      </w:pPr>
      <w:r>
        <w:t>ہیٹ اینڈ انٹولرنس اینڈ اینگر اینڈ نیگیٹیو تھاٹ۔</w:t>
      </w:r>
    </w:p>
    <w:p>
      <w:r>
        <w:rPr>
          <w:b/>
        </w:rPr>
        <w:t xml:space="preserve">[10:23] </w:t>
      </w:r>
      <w:r>
        <w:t>So when you see people as your enemy, when you declare that all these nations are our enemy,</w:t>
      </w:r>
    </w:p>
    <w:p>
      <w:pPr>
        <w:jc w:val="right"/>
      </w:pPr>
      <w:r>
        <w:t>سو وین یو سی پیپل ایز یور اینمی، وین یو ڈیکلیئر دیٹ آل دیز نیشنز آر اور اینمی،</w:t>
      </w:r>
    </w:p>
    <w:p>
      <w:r>
        <w:rPr>
          <w:b/>
        </w:rPr>
        <w:t xml:space="preserve">[10:31] </w:t>
      </w:r>
      <w:r>
        <w:t>That is but natural that you will be a hateful person.</w:t>
      </w:r>
    </w:p>
    <w:p>
      <w:pPr>
        <w:jc w:val="right"/>
      </w:pPr>
      <w:r>
        <w:t>دیٹ از بٹ نیچرل دیٹ یو ویل بی ا ہیٹ فل پرسن۔</w:t>
      </w:r>
    </w:p>
    <w:p>
      <w:r>
        <w:rPr>
          <w:b/>
        </w:rPr>
        <w:t xml:space="preserve">[10:36] </w:t>
      </w:r>
      <w:r>
        <w:t>you will develop in you a negative personality.</w:t>
      </w:r>
    </w:p>
    <w:p>
      <w:pPr>
        <w:jc w:val="right"/>
      </w:pPr>
      <w:r>
        <w:t>یو ویل ڈیولپ ان یو ا نیگیٹیو پرسنیلٹی۔</w:t>
      </w:r>
    </w:p>
    <w:p>
      <w:r>
        <w:rPr>
          <w:b/>
        </w:rPr>
        <w:t xml:space="preserve">[10:39] </w:t>
      </w:r>
      <w:r>
        <w:t>You will start living in anger, in intolerance.</w:t>
      </w:r>
    </w:p>
    <w:p>
      <w:pPr>
        <w:jc w:val="right"/>
      </w:pPr>
      <w:r>
        <w:t>یو ویل سٹارٹ لیونگ ان اینگر، ان انٹولرنس۔</w:t>
      </w:r>
    </w:p>
    <w:p>
      <w:r>
        <w:rPr>
          <w:b/>
        </w:rPr>
        <w:t xml:space="preserve">[10:43] </w:t>
      </w:r>
      <w:r>
        <w:t>This is the price of that kind of thinking.</w:t>
      </w:r>
    </w:p>
    <w:p>
      <w:pPr>
        <w:jc w:val="right"/>
      </w:pPr>
      <w:r>
        <w:t>دس از دا پرائس آف دیٹ کائنڈ آف تھنکنگ۔</w:t>
      </w:r>
    </w:p>
    <w:p>
      <w:r>
        <w:rPr>
          <w:b/>
        </w:rPr>
        <w:t xml:space="preserve">[10:47] </w:t>
      </w:r>
      <w:r>
        <w:t>So according to the Quranic teachings, why Quran says that see your enemy as your friend? Why? Because</w:t>
      </w:r>
    </w:p>
    <w:p>
      <w:pPr>
        <w:jc w:val="right"/>
      </w:pPr>
      <w:r>
        <w:t>سو اکارڈنگ ٹو دا قرآنک ٹیچنگز، وائی قرآن سیز دیٹ سی یور اینمی ایز یور فرینڈ؟ وائی؟ بیکاز</w:t>
      </w:r>
    </w:p>
    <w:p>
      <w:r>
        <w:rPr>
          <w:b/>
        </w:rPr>
        <w:t xml:space="preserve">[10:54] </w:t>
      </w:r>
      <w:r>
        <w:t>God Almighty want to make you a positive thinker.</w:t>
      </w:r>
    </w:p>
    <w:p>
      <w:pPr>
        <w:jc w:val="right"/>
      </w:pPr>
      <w:r>
        <w:t>گاڈ المائٹی وانٹ ٹو میک یو ا پوزیٹیو تھنکر۔</w:t>
      </w:r>
    </w:p>
    <w:p>
      <w:r>
        <w:rPr>
          <w:b/>
        </w:rPr>
        <w:t xml:space="preserve">[10:58] </w:t>
      </w:r>
      <w:r>
        <w:t>God wants to make every Muslim and every Muslimah to be a positive thinker, a tolerant person.</w:t>
      </w:r>
    </w:p>
    <w:p>
      <w:pPr>
        <w:jc w:val="right"/>
      </w:pPr>
      <w:r>
        <w:t>گاڈ وانٹ ٹو میک ایوری مسلم اینڈ ایوری مسلمہ ٹو بی ا پوزیٹیو تھنکر، ا ٹولرینٹ پرسن۔</w:t>
      </w:r>
    </w:p>
    <w:p>
      <w:r>
        <w:rPr>
          <w:b/>
        </w:rPr>
        <w:t xml:space="preserve">[11:06] </w:t>
      </w:r>
      <w:r>
        <w:t>God wants to inculcate sympathy in you for all mankind.</w:t>
      </w:r>
    </w:p>
    <w:p>
      <w:pPr>
        <w:jc w:val="right"/>
      </w:pPr>
      <w:r>
        <w:t>گاڈ وانٹ ٹو انکلکیٹ سمپیتھی ان یو فار آل مین کائنڈ۔</w:t>
      </w:r>
    </w:p>
    <w:p>
      <w:r>
        <w:rPr>
          <w:b/>
        </w:rPr>
        <w:t xml:space="preserve">[11:10] </w:t>
      </w:r>
      <w:r>
        <w:t>But when you declare that all these people are enemy, then you will be a negative personality.</w:t>
      </w:r>
    </w:p>
    <w:p>
      <w:pPr>
        <w:jc w:val="right"/>
      </w:pPr>
      <w:r>
        <w:t>بٹ وین یو ڈیکلیئر دیٹ آل دیز پیپل آر اینمی، دین یو ویل بی ا نیگیٹیو پرسنیلٹی۔</w:t>
      </w:r>
    </w:p>
    <w:p>
      <w:r>
        <w:rPr>
          <w:b/>
        </w:rPr>
        <w:t xml:space="preserve">[11:18] </w:t>
      </w:r>
      <w:r>
        <w:t>And what is the price of this kind of mentality? You will lose the spirit of dawah.</w:t>
      </w:r>
    </w:p>
    <w:p>
      <w:pPr>
        <w:jc w:val="right"/>
      </w:pPr>
      <w:r>
        <w:t>اینڈ واٹ از دا پرائس آف دس کائنڈ آف مینٹیلیٹی؟ یو ویل لوز دی سپرٹ آف داوا۔</w:t>
      </w:r>
    </w:p>
    <w:p>
      <w:r>
        <w:rPr>
          <w:b/>
        </w:rPr>
        <w:t xml:space="preserve">[11:25] </w:t>
      </w:r>
      <w:r>
        <w:t>The greatest concern of God is to do dawah work among all human beings.</w:t>
      </w:r>
    </w:p>
    <w:p>
      <w:pPr>
        <w:jc w:val="right"/>
      </w:pPr>
      <w:r>
        <w:t>دا گریٹسٹ کنسرن آف گاڈ از ٹو ڈو داوا ورک امنگ آل ہیومن بینگ۔</w:t>
      </w:r>
    </w:p>
    <w:p>
      <w:r>
        <w:rPr>
          <w:b/>
        </w:rPr>
        <w:t xml:space="preserve">[11:31] </w:t>
      </w:r>
      <w:r>
        <w:t>The work of da'wah is the greatest concern of God Almighty.</w:t>
      </w:r>
    </w:p>
    <w:p>
      <w:pPr>
        <w:jc w:val="right"/>
      </w:pPr>
      <w:r>
        <w:t>داوا ورک دے از دا گریٹسٹ کنسرن آف گاڈ المائٹی۔</w:t>
      </w:r>
    </w:p>
    <w:p>
      <w:r>
        <w:rPr>
          <w:b/>
        </w:rPr>
        <w:t xml:space="preserve">[11:35] </w:t>
      </w:r>
      <w:r>
        <w:t>It means that the greatest concern of God is dawah work.</w:t>
      </w:r>
    </w:p>
    <w:p>
      <w:pPr>
        <w:jc w:val="right"/>
      </w:pPr>
      <w:r>
        <w:t>اٹ مینز دیٹ دا گریٹسٹ کنسرن آف گاڈ از داوا ورک۔</w:t>
      </w:r>
    </w:p>
    <w:p>
      <w:r>
        <w:rPr>
          <w:b/>
        </w:rPr>
        <w:t xml:space="preserve">[11:40] </w:t>
      </w:r>
      <w:r>
        <w:t>The work means make people aware of the creation plan of God.</w:t>
      </w:r>
    </w:p>
    <w:p>
      <w:pPr>
        <w:jc w:val="right"/>
      </w:pPr>
      <w:r>
        <w:t>داوا ورک مینز میک پیپل اویئر آف دا کریشن پلان آف گاڈ۔</w:t>
      </w:r>
    </w:p>
    <w:p>
      <w:r>
        <w:rPr>
          <w:b/>
        </w:rPr>
        <w:t xml:space="preserve">[11:45] </w:t>
      </w:r>
      <w:r>
        <w:t>But when you lose sympathy towards mankind, then there is no dawa work.</w:t>
      </w:r>
    </w:p>
    <w:p>
      <w:pPr>
        <w:jc w:val="right"/>
      </w:pPr>
      <w:r>
        <w:t>بٹ وین یو لوز سمپیتھی ٹورڈز مین کائنڈ، دین دیر از نو داوا ورک۔</w:t>
      </w:r>
    </w:p>
    <w:p>
      <w:r>
        <w:rPr>
          <w:b/>
        </w:rPr>
        <w:t xml:space="preserve">[11:51] </w:t>
      </w:r>
      <w:r>
        <w:t>Dawah work is an expression of sympathy.</w:t>
      </w:r>
    </w:p>
    <w:p>
      <w:pPr>
        <w:jc w:val="right"/>
      </w:pPr>
      <w:r>
        <w:t>داوا ورک از این ایکسپریشن آف سمپیتھی۔</w:t>
      </w:r>
    </w:p>
    <w:p>
      <w:r>
        <w:rPr>
          <w:b/>
        </w:rPr>
        <w:t xml:space="preserve">[11:54] </w:t>
      </w:r>
      <w:r>
        <w:t>Inni lakum nasuhun amin.</w:t>
      </w:r>
    </w:p>
    <w:p>
      <w:pPr>
        <w:jc w:val="right"/>
      </w:pPr>
      <w:r>
        <w:t>انی لکم ناسون امین۔</w:t>
      </w:r>
    </w:p>
    <w:p>
      <w:r>
        <w:rPr>
          <w:b/>
        </w:rPr>
        <w:t xml:space="preserve">[11:56] </w:t>
      </w:r>
      <w:r>
        <w:t>Naas means sympathetic, well-wisher.</w:t>
      </w:r>
    </w:p>
    <w:p>
      <w:pPr>
        <w:jc w:val="right"/>
      </w:pPr>
      <w:r>
        <w:t>ناس مینز سمپیتھیٹک، ویل وشر۔</w:t>
      </w:r>
    </w:p>
    <w:p>
      <w:r>
        <w:rPr>
          <w:b/>
        </w:rPr>
        <w:t xml:space="preserve">[11:58] </w:t>
      </w:r>
      <w:r>
        <w:t>"Naas" means well-wisher.</w:t>
      </w:r>
    </w:p>
    <w:p>
      <w:pPr>
        <w:jc w:val="right"/>
      </w:pPr>
      <w:r>
        <w:t>ناس مینز ویل وشر۔</w:t>
      </w:r>
    </w:p>
    <w:p>
      <w:r>
        <w:rPr>
          <w:b/>
        </w:rPr>
        <w:t xml:space="preserve">[12:00] </w:t>
      </w:r>
      <w:r>
        <w:t>So if you are not well-wisher to these nations, you cannot do Dawah work.</w:t>
      </w:r>
    </w:p>
    <w:p>
      <w:pPr>
        <w:jc w:val="right"/>
      </w:pPr>
      <w:r>
        <w:t>سو اف یو آر ناٹ ویل وشر ٹو دیز نیشنز، یو کین ناٹ ڈو داوا ورک۔</w:t>
      </w:r>
    </w:p>
    <w:p>
      <w:r>
        <w:rPr>
          <w:b/>
        </w:rPr>
        <w:t xml:space="preserve">[12:06] </w:t>
      </w:r>
      <w:r>
        <w:t>Impossible.</w:t>
      </w:r>
    </w:p>
    <w:p>
      <w:pPr>
        <w:jc w:val="right"/>
      </w:pPr>
      <w:r>
        <w:t>امپوسیبل۔</w:t>
      </w:r>
    </w:p>
    <w:p>
      <w:r>
        <w:rPr>
          <w:b/>
        </w:rPr>
        <w:t xml:space="preserve">[12:08] </w:t>
      </w:r>
      <w:r>
        <w:t>So when you deviate from the Quranic teachings, you are bound to pay heavy price.</w:t>
      </w:r>
    </w:p>
    <w:p>
      <w:pPr>
        <w:jc w:val="right"/>
      </w:pPr>
      <w:r>
        <w:t>سو وین یو ڈیویٹ فرام دا قرآنک ٹیچنگز، یو آر باؤنڈ ٹو پے ہیوی پرائس۔</w:t>
      </w:r>
    </w:p>
    <w:p>
      <w:r>
        <w:rPr>
          <w:b/>
        </w:rPr>
        <w:t xml:space="preserve">[12:14] </w:t>
      </w:r>
      <w:r>
        <w:t>Quranic line of thinking is that you have to see all human being as your friend, even if</w:t>
      </w:r>
    </w:p>
    <w:p>
      <w:pPr>
        <w:jc w:val="right"/>
      </w:pPr>
      <w:r>
        <w:t>قرآنک لائن آف تھنکنگ از دیٹ یو ہیو ٹو سی آل ہیومن بینگ ایز یور فرینڈ، ایون اف</w:t>
      </w:r>
    </w:p>
    <w:p>
      <w:r>
        <w:rPr>
          <w:b/>
        </w:rPr>
        <w:t xml:space="preserve">[12:22] </w:t>
      </w:r>
      <w:r>
        <w:t>They are your enemy, obviously.</w:t>
      </w:r>
    </w:p>
    <w:p>
      <w:pPr>
        <w:jc w:val="right"/>
      </w:pPr>
      <w:r>
        <w:t>دے آر یور اینمی، اویسلی۔</w:t>
      </w:r>
    </w:p>
    <w:p>
      <w:r>
        <w:rPr>
          <w:b/>
        </w:rPr>
        <w:t xml:space="preserve">[12:24] </w:t>
      </w:r>
      <w:r>
        <w:t>But when you deviate from this line, from this Quranic thinking, then you will, you have to pay</w:t>
      </w:r>
    </w:p>
    <w:p>
      <w:pPr>
        <w:jc w:val="right"/>
      </w:pPr>
      <w:r>
        <w:t>بٹ وین یو ڈیویٹ فرام دس لائن، فرام دس قرآنک تھنکنگ، دین یو ویل، یو ہیو ٹو پے</w:t>
      </w:r>
    </w:p>
    <w:p>
      <w:r>
        <w:rPr>
          <w:b/>
        </w:rPr>
        <w:t xml:space="preserve">[12:32] </w:t>
      </w:r>
      <w:r>
        <w:t>Very very heavy price.</w:t>
      </w:r>
    </w:p>
    <w:p>
      <w:pPr>
        <w:jc w:val="right"/>
      </w:pPr>
      <w:r>
        <w:t>ویری ویری ہیوی پرائس۔</w:t>
      </w:r>
    </w:p>
    <w:p>
      <w:r>
        <w:rPr>
          <w:b/>
        </w:rPr>
        <w:t xml:space="preserve">[12:34] </w:t>
      </w:r>
      <w:r>
        <w:t>that you will develop in you a negative personality.</w:t>
      </w:r>
    </w:p>
    <w:p>
      <w:pPr>
        <w:jc w:val="right"/>
      </w:pPr>
      <w:r>
        <w:t>دیٹ یو ویل ڈیولپ ان یو ا نیگیٹیو پرسنیلٹی۔</w:t>
      </w:r>
    </w:p>
    <w:p>
      <w:r>
        <w:rPr>
          <w:b/>
        </w:rPr>
        <w:t xml:space="preserve">[12:38] </w:t>
      </w:r>
      <w:r>
        <w:t>You will lose the sympathy and well-wishing towards other people, and in result you will lose dawah.</w:t>
      </w:r>
    </w:p>
    <w:p>
      <w:pPr>
        <w:jc w:val="right"/>
      </w:pPr>
      <w:r>
        <w:t>یو ویل لوز دا سمپیتھی اینڈ ویل وشنگ ٹورڈز ادر پیپل، اینڈ ان رزلٹ یو ویل لوز داوا</w:t>
      </w:r>
    </w:p>
    <w:p>
      <w:r>
        <w:rPr>
          <w:b/>
        </w:rPr>
        <w:t xml:space="preserve">[12:45] </w:t>
      </w:r>
      <w:r>
        <w:t>work.</w:t>
      </w:r>
    </w:p>
    <w:p>
      <w:pPr>
        <w:jc w:val="right"/>
      </w:pPr>
      <w:r>
        <w:t>ورک۔</w:t>
      </w:r>
    </w:p>
    <w:p>
      <w:r>
        <w:rPr>
          <w:b/>
        </w:rPr>
        <w:t xml:space="preserve">[12:47] </w:t>
      </w:r>
      <w:r>
        <w:t>you will lose the spirit of Dawah.</w:t>
      </w:r>
    </w:p>
    <w:p>
      <w:pPr>
        <w:jc w:val="right"/>
      </w:pPr>
      <w:r>
        <w:t>یو ویل لوز دا سپرٹ آف داوا۔</w:t>
      </w:r>
    </w:p>
    <w:p>
      <w:r>
        <w:rPr>
          <w:b/>
        </w:rPr>
        <w:t xml:space="preserve">[12:50] </w:t>
      </w:r>
      <w:r>
        <w:t>This is the heavy price when you deviate from the Quranic line of thinking.</w:t>
      </w:r>
    </w:p>
    <w:p>
      <w:pPr>
        <w:jc w:val="right"/>
      </w:pPr>
      <w:r>
        <w:t>دس از دا ہیوی پرائس وین یو ڈیویٹ فرام دا قرآنک لائن آف تھنکنگ۔</w:t>
      </w:r>
    </w:p>
    <w:p>
      <w:r>
        <w:rPr>
          <w:b/>
        </w:rPr>
        <w:t xml:space="preserve">[12:56] </w:t>
      </w:r>
      <w:r>
        <w:t>Then let's take one example from the life of the Prophet of Islam.</w:t>
      </w:r>
    </w:p>
    <w:p>
      <w:pPr>
        <w:jc w:val="right"/>
      </w:pPr>
      <w:r>
        <w:t>دین لیٹس ٹیک ون ایگزامپل فرام دا لائف آف دا پرافٹ آف اسلام۔</w:t>
      </w:r>
    </w:p>
    <w:p>
      <w:r>
        <w:rPr>
          <w:b/>
        </w:rPr>
        <w:t xml:space="preserve">[13:01] </w:t>
      </w:r>
      <w:r>
        <w:t>You know, the Prophet of Islam was appointed as a prophet in the first quarter of seventh century.</w:t>
      </w:r>
    </w:p>
    <w:p>
      <w:pPr>
        <w:jc w:val="right"/>
      </w:pPr>
      <w:r>
        <w:t>یو نو، دا پرافٹ آف اسلام واز اپوائنٹڈ ایز ا پرافٹ ان دا فرسٹ کوارٹر آف سیونتھ سینچری۔</w:t>
      </w:r>
    </w:p>
    <w:p>
      <w:r>
        <w:rPr>
          <w:b/>
        </w:rPr>
        <w:t xml:space="preserve">[13:09] </w:t>
      </w:r>
      <w:r>
        <w:t>First quarter of seventh century.</w:t>
      </w:r>
    </w:p>
    <w:p>
      <w:pPr>
        <w:jc w:val="right"/>
      </w:pPr>
      <w:r>
        <w:t>فرسٹ کوارٹر آف سیونتھ سینچری۔</w:t>
      </w:r>
    </w:p>
    <w:p>
      <w:r>
        <w:rPr>
          <w:b/>
        </w:rPr>
        <w:t xml:space="preserve">[13:11] </w:t>
      </w:r>
      <w:r>
        <w:t>At that time in Mecca and Arabia, all were idol worshipers.</w:t>
      </w:r>
    </w:p>
    <w:p>
      <w:pPr>
        <w:jc w:val="right"/>
      </w:pPr>
      <w:r>
        <w:t>ایٹ دیٹ ٹائم ان مکہ اینڈ عربیہ، آل ویر اڈل ورسپرز۔</w:t>
      </w:r>
    </w:p>
    <w:p>
      <w:r>
        <w:rPr>
          <w:b/>
        </w:rPr>
        <w:t xml:space="preserve">[13:16] </w:t>
      </w:r>
      <w:r>
        <w:t>At that time shirk was prevalent in Arab society.</w:t>
      </w:r>
    </w:p>
    <w:p>
      <w:pPr>
        <w:jc w:val="right"/>
      </w:pPr>
      <w:r>
        <w:t>ایٹ دیٹ ٹائم شرک واز پریولنٹ ان عرب سوسائٹی۔</w:t>
      </w:r>
    </w:p>
    <w:p>
      <w:r>
        <w:rPr>
          <w:b/>
        </w:rPr>
        <w:t xml:space="preserve">[13:20] </w:t>
      </w:r>
      <w:r>
        <w:t>So what happened? In Mecca, there was Kaaba.</w:t>
      </w:r>
    </w:p>
    <w:p>
      <w:pPr>
        <w:jc w:val="right"/>
      </w:pPr>
      <w:r>
        <w:t>سو واٹ ہیپن؟ ان مکہ، دیر واز کعبہ۔</w:t>
      </w:r>
    </w:p>
    <w:p>
      <w:r>
        <w:rPr>
          <w:b/>
        </w:rPr>
        <w:t xml:space="preserve">[13:23] </w:t>
      </w:r>
      <w:r>
        <w:t>Kaaba was built by Prophet Abraham.</w:t>
      </w:r>
    </w:p>
    <w:p>
      <w:pPr>
        <w:jc w:val="right"/>
      </w:pPr>
      <w:r>
        <w:t>کعبہ واز بلٹ بائی پرافٹ ابراہم۔</w:t>
      </w:r>
    </w:p>
    <w:p>
      <w:r>
        <w:rPr>
          <w:b/>
        </w:rPr>
        <w:t xml:space="preserve">[13:26] </w:t>
      </w:r>
      <w:r>
        <w:t>as a center of tawheed.</w:t>
      </w:r>
    </w:p>
    <w:p>
      <w:pPr>
        <w:jc w:val="right"/>
      </w:pPr>
      <w:r>
        <w:t>ایز ا سینٹر آف توحید۔</w:t>
      </w:r>
    </w:p>
    <w:p>
      <w:r>
        <w:rPr>
          <w:b/>
        </w:rPr>
        <w:t xml:space="preserve">[13:28] </w:t>
      </w:r>
      <w:r>
        <w:t>تو Prophet of Islam was Prophet of Tawhid, oneness of God.</w:t>
      </w:r>
    </w:p>
    <w:p>
      <w:pPr>
        <w:jc w:val="right"/>
      </w:pPr>
      <w:r>
        <w:t>تو پرافٹ آف اسلام واز پرافٹ آف توحید، وننس آف گاڈ۔</w:t>
      </w:r>
    </w:p>
    <w:p>
      <w:r>
        <w:rPr>
          <w:b/>
        </w:rPr>
        <w:t xml:space="preserve">[13:33] </w:t>
      </w:r>
      <w:r>
        <w:t>But as the Arab people at that time were idol worshipers, so they put their idols in Kaaba.</w:t>
      </w:r>
    </w:p>
    <w:p>
      <w:pPr>
        <w:jc w:val="right"/>
      </w:pPr>
      <w:r>
        <w:t>بٹ ایز دا عرب پیپل ایٹ دیٹ ٹائم ویر اڈل ورسپرز، سو دے پٹ دیر ائیڈلز ان کعبہ۔</w:t>
      </w:r>
    </w:p>
    <w:p>
      <w:r>
        <w:rPr>
          <w:b/>
        </w:rPr>
        <w:t xml:space="preserve">[13:40] </w:t>
      </w:r>
      <w:r>
        <w:t>At the advent of the Prophet of Islam, there were 360 idols in Kaaba premises.</w:t>
      </w:r>
    </w:p>
    <w:p>
      <w:pPr>
        <w:jc w:val="right"/>
      </w:pPr>
      <w:r>
        <w:t>ایٹ دا ایڈونٹ آف دا پرافٹ آف اسلام، دیر ویر 360 ائیڈلز ان کعبہ پریمسز۔</w:t>
      </w:r>
    </w:p>
    <w:p>
      <w:r>
        <w:rPr>
          <w:b/>
        </w:rPr>
        <w:t xml:space="preserve">[13:47] </w:t>
      </w:r>
      <w:r>
        <w:t>360 idols.</w:t>
      </w:r>
    </w:p>
    <w:p>
      <w:pPr>
        <w:jc w:val="right"/>
      </w:pPr>
      <w:r>
        <w:t>360 ائیڈلز۔</w:t>
      </w:r>
    </w:p>
    <w:p>
      <w:r>
        <w:rPr>
          <w:b/>
        </w:rPr>
        <w:t xml:space="preserve">[13:48] </w:t>
      </w:r>
      <w:r>
        <w:t>So this was a great problem.</w:t>
      </w:r>
    </w:p>
    <w:p>
      <w:pPr>
        <w:jc w:val="right"/>
      </w:pPr>
      <w:r>
        <w:t>تو دس واز ا گریٹ پرابلم۔</w:t>
      </w:r>
    </w:p>
    <w:p>
      <w:r>
        <w:rPr>
          <w:b/>
        </w:rPr>
        <w:t xml:space="preserve">[13:51] </w:t>
      </w:r>
      <w:r>
        <w:t>It was a horrible sight for the Prophet.</w:t>
      </w:r>
    </w:p>
    <w:p>
      <w:pPr>
        <w:jc w:val="right"/>
      </w:pPr>
      <w:r>
        <w:t>اٹ واز ا ہوریبل سائٹ فار پرافٹ۔</w:t>
      </w:r>
    </w:p>
    <w:p>
      <w:r>
        <w:rPr>
          <w:b/>
        </w:rPr>
        <w:t xml:space="preserve">[13:54] </w:t>
      </w:r>
      <w:r>
        <w:t>The Prophet was prophet of Tawhid.</w:t>
      </w:r>
    </w:p>
    <w:p>
      <w:pPr>
        <w:jc w:val="right"/>
      </w:pPr>
      <w:r>
        <w:t>پرافٹ واز پرافٹ آف توحید۔</w:t>
      </w:r>
    </w:p>
    <w:p>
      <w:r>
        <w:rPr>
          <w:b/>
        </w:rPr>
        <w:t xml:space="preserve">[13:56] </w:t>
      </w:r>
      <w:r>
        <w:t>So this was a horrible sight for the Prophet of Islam.</w:t>
      </w:r>
    </w:p>
    <w:p>
      <w:pPr>
        <w:jc w:val="right"/>
      </w:pPr>
      <w:r>
        <w:t>سو دس واز ا ہوریبل سائٹ فار دا پرافٹ آف اسلام۔</w:t>
      </w:r>
    </w:p>
    <w:p>
      <w:r>
        <w:rPr>
          <w:b/>
        </w:rPr>
        <w:t xml:space="preserve">[14:01] </w:t>
      </w:r>
      <w:r>
        <w:t>But he never reacted.</w:t>
      </w:r>
    </w:p>
    <w:p>
      <w:pPr>
        <w:jc w:val="right"/>
      </w:pPr>
      <w:r>
        <w:t>بٹ ہی نیور ری ایکٹڈ۔</w:t>
      </w:r>
    </w:p>
    <w:p>
      <w:r>
        <w:rPr>
          <w:b/>
        </w:rPr>
        <w:t xml:space="preserve">[14:03] </w:t>
      </w:r>
      <w:r>
        <w:t>He observed the situation with complete patience.</w:t>
      </w:r>
    </w:p>
    <w:p>
      <w:pPr>
        <w:jc w:val="right"/>
      </w:pPr>
      <w:r>
        <w:t>ہی ابزرو دا سچویشن ود کمپلیٹ پیشنس۔</w:t>
      </w:r>
    </w:p>
    <w:p>
      <w:r>
        <w:rPr>
          <w:b/>
        </w:rPr>
        <w:t xml:space="preserve">[14:06] </w:t>
      </w:r>
      <w:r>
        <w:t>with complete patience.</w:t>
      </w:r>
    </w:p>
    <w:p>
      <w:pPr>
        <w:jc w:val="right"/>
      </w:pPr>
      <w:r>
        <w:t>ود کمپلیٹ پیشنس۔</w:t>
      </w:r>
    </w:p>
    <w:p>
      <w:r>
        <w:rPr>
          <w:b/>
        </w:rPr>
        <w:t xml:space="preserve">[14:07] </w:t>
      </w:r>
      <w:r>
        <w:t>He discovered that, although there is a problem in terms of idols, but at the same time</w:t>
      </w:r>
    </w:p>
    <w:p>
      <w:pPr>
        <w:jc w:val="right"/>
      </w:pPr>
      <w:r>
        <w:t>دین ہی ڈسکورڈ دیٹ، الدو دیر از ا پرابلم ان ٹرم آف ائیڈلز، بٹ ایٹ دا سیم ٹائم</w:t>
      </w:r>
    </w:p>
    <w:p>
      <w:r>
        <w:rPr>
          <w:b/>
        </w:rPr>
        <w:t xml:space="preserve">[14:15] </w:t>
      </w:r>
      <w:r>
        <w:t>There is a great opportunity.</w:t>
      </w:r>
    </w:p>
    <w:p>
      <w:pPr>
        <w:jc w:val="right"/>
      </w:pPr>
      <w:r>
        <w:t>دیر از ا گریٹ اپرچونیٹی۔</w:t>
      </w:r>
    </w:p>
    <w:p>
      <w:r>
        <w:rPr>
          <w:b/>
        </w:rPr>
        <w:t xml:space="preserve">[14:17] </w:t>
      </w:r>
      <w:r>
        <w:t>وائی؟ بیکاز دوز پیپل ہو ویر ورشپر آف دیز ائیڈلز، دے یوز ٹو وزٹ کعبہ ایوری ڈے۔</w:t>
      </w:r>
    </w:p>
    <w:p>
      <w:pPr>
        <w:jc w:val="right"/>
      </w:pPr>
      <w:r>
        <w:t>وائی؟ بیکاز دوز پیپل ہو ویر ورسپر آف دیز ائیڈلز، دے یوز ٹو وزٹ کعبہ ایوری ڈے۔</w:t>
      </w:r>
    </w:p>
    <w:p>
      <w:r>
        <w:rPr>
          <w:b/>
        </w:rPr>
        <w:t xml:space="preserve">[14:24] </w:t>
      </w:r>
      <w:r>
        <w:t>So idols were point of meeting, point of gathering, point of assembly.</w:t>
      </w:r>
    </w:p>
    <w:p>
      <w:pPr>
        <w:jc w:val="right"/>
      </w:pPr>
      <w:r>
        <w:t>سو ائیڈلز ویر پوائنٹ آف میٹنگ، پوائنٹ آف گیدرنگ، پوائنٹ آف اسمبلی۔</w:t>
      </w:r>
    </w:p>
    <w:p>
      <w:r>
        <w:rPr>
          <w:b/>
        </w:rPr>
        <w:t xml:space="preserve">[14:30] </w:t>
      </w:r>
      <w:r>
        <w:t>تو due to presence of these idols, Kaaba became a place of gathering every day.</w:t>
      </w:r>
    </w:p>
    <w:p>
      <w:pPr>
        <w:jc w:val="right"/>
      </w:pPr>
      <w:r>
        <w:t>تو ڈو ٹو پریزنس آف دیز ائیڈلز، کعبہ بیکم ا پلیس آف گیدرنگ ایوری ڈے۔</w:t>
      </w:r>
    </w:p>
    <w:p>
      <w:r>
        <w:rPr>
          <w:b/>
        </w:rPr>
        <w:t xml:space="preserve">[14:36] </w:t>
      </w:r>
      <w:r>
        <w:t>There was an assembly every day.</w:t>
      </w:r>
    </w:p>
    <w:p>
      <w:pPr>
        <w:jc w:val="right"/>
      </w:pPr>
      <w:r>
        <w:t>دیر واز این اسمبلی ایوری ڈے۔</w:t>
      </w:r>
    </w:p>
    <w:p>
      <w:r>
        <w:rPr>
          <w:b/>
        </w:rPr>
        <w:t xml:space="preserve">[14:39] </w:t>
      </w:r>
      <w:r>
        <w:t>So it means that for prophet of Islam, who was a prophet of, who was a mission of</w:t>
      </w:r>
    </w:p>
    <w:p>
      <w:pPr>
        <w:jc w:val="right"/>
      </w:pPr>
      <w:r>
        <w:t>سو اٹ مینز دیٹ فار پرافٹ آف اسلام، ہو واز ا پرافٹ آف، ہو واز ا مشن آف</w:t>
      </w:r>
    </w:p>
    <w:p>
      <w:r>
        <w:rPr>
          <w:b/>
        </w:rPr>
        <w:t xml:space="preserve">[14:46] </w:t>
      </w:r>
      <w:r>
        <w:t>tauheed.</w:t>
      </w:r>
    </w:p>
    <w:p>
      <w:pPr>
        <w:jc w:val="right"/>
      </w:pPr>
      <w:r>
        <w:t>توحید۔</w:t>
      </w:r>
    </w:p>
    <w:p>
      <w:r>
        <w:rPr>
          <w:b/>
        </w:rPr>
        <w:t xml:space="preserve">[14:48] </w:t>
      </w:r>
      <w:r>
        <w:t>He was a man of mission.</w:t>
      </w:r>
    </w:p>
    <w:p>
      <w:pPr>
        <w:jc w:val="right"/>
      </w:pPr>
      <w:r>
        <w:t>ہی واز ا مین آف مشن۔</w:t>
      </w:r>
    </w:p>
    <w:p>
      <w:r>
        <w:rPr>
          <w:b/>
        </w:rPr>
        <w:t xml:space="preserve">[14:50] </w:t>
      </w:r>
      <w:r>
        <w:t>So for the Prophet of Islam, it was a great opportunity because this assembly was an audience for</w:t>
      </w:r>
    </w:p>
    <w:p>
      <w:pPr>
        <w:jc w:val="right"/>
      </w:pPr>
      <w:r>
        <w:t>سو فار دا پرافٹ آف اسلام، اٹ واز ا گریٹ اپرچونیٹی بیکاز دس اسمبلی واز این اڈینس فار</w:t>
      </w:r>
    </w:p>
    <w:p>
      <w:r>
        <w:rPr>
          <w:b/>
        </w:rPr>
        <w:t xml:space="preserve">[14:58] </w:t>
      </w:r>
      <w:r>
        <w:t>hum.</w:t>
      </w:r>
    </w:p>
    <w:p>
      <w:pPr>
        <w:jc w:val="right"/>
      </w:pPr>
      <w:r>
        <w:t>ہم۔</w:t>
      </w:r>
    </w:p>
    <w:p>
      <w:r>
        <w:rPr>
          <w:b/>
        </w:rPr>
        <w:t xml:space="preserve">[15:00] </w:t>
      </w:r>
      <w:r>
        <w:t>in the form of this gathering, he found that there is an audience for him.</w:t>
      </w:r>
    </w:p>
    <w:p>
      <w:pPr>
        <w:jc w:val="right"/>
      </w:pPr>
      <w:r>
        <w:t>ان دا فارم آف دس گیدرنگ، ہی فاؤنڈ دیٹ دیر از ا اڈینس فار ہم۔</w:t>
      </w:r>
    </w:p>
    <w:p>
      <w:r>
        <w:rPr>
          <w:b/>
        </w:rPr>
        <w:t xml:space="preserve">[15:06] </w:t>
      </w:r>
      <w:r>
        <w:t>So there were two things.</w:t>
      </w:r>
    </w:p>
    <w:p>
      <w:pPr>
        <w:jc w:val="right"/>
      </w:pPr>
      <w:r>
        <w:t>سو دیر وار ٹو تھنگز۔</w:t>
      </w:r>
    </w:p>
    <w:p>
      <w:r>
        <w:rPr>
          <w:b/>
        </w:rPr>
        <w:t xml:space="preserve">[15:08] </w:t>
      </w:r>
      <w:r>
        <w:t>One, presence of idols, that was a problem.</w:t>
      </w:r>
    </w:p>
    <w:p>
      <w:pPr>
        <w:jc w:val="right"/>
      </w:pPr>
      <w:r>
        <w:t>ون، پریزنس آف ائیڈلز، دیٹ واز ا پرابلم۔</w:t>
      </w:r>
    </w:p>
    <w:p>
      <w:r>
        <w:rPr>
          <w:b/>
        </w:rPr>
        <w:t xml:space="preserve">[15:12] </w:t>
      </w:r>
      <w:r>
        <w:t>When and on the other side, there were gathering of those mushrik people, and this was like</w:t>
      </w:r>
    </w:p>
    <w:p>
      <w:pPr>
        <w:jc w:val="right"/>
      </w:pPr>
      <w:r>
        <w:t>وین اینڈ دا ان دا ادر سائیڈ، دیر ویر گیدرنگ آف دوز مشرک پیپل، اینڈ دس واز لائک</w:t>
      </w:r>
    </w:p>
    <w:p>
      <w:r>
        <w:rPr>
          <w:b/>
        </w:rPr>
        <w:t xml:space="preserve">[15:19] </w:t>
      </w:r>
      <w:r>
        <w:t>An audience for the Prophet.</w:t>
      </w:r>
    </w:p>
    <w:p>
      <w:pPr>
        <w:jc w:val="right"/>
      </w:pPr>
      <w:r>
        <w:t>این اڈینس فار دا پرافٹ۔</w:t>
      </w:r>
    </w:p>
    <w:p>
      <w:r>
        <w:rPr>
          <w:b/>
        </w:rPr>
        <w:t xml:space="preserve">[15:21] </w:t>
      </w:r>
      <w:r>
        <w:t>So he adopted the formula, a very simple formula.</w:t>
      </w:r>
    </w:p>
    <w:p>
      <w:pPr>
        <w:jc w:val="right"/>
      </w:pPr>
      <w:r>
        <w:t>سو ہی اڈاپٹڈ دا فارمولا، ا ویری سمپل فارمولا۔</w:t>
      </w:r>
    </w:p>
    <w:p>
      <w:r>
        <w:rPr>
          <w:b/>
        </w:rPr>
        <w:t xml:space="preserve">[15:25] </w:t>
      </w:r>
      <w:r>
        <w:t>That formula was a two-point formula.</w:t>
      </w:r>
    </w:p>
    <w:p>
      <w:pPr>
        <w:jc w:val="right"/>
      </w:pPr>
      <w:r>
        <w:t>دیٹ فارمولا واز ا ٹو پوائنٹ فارمولا۔</w:t>
      </w:r>
    </w:p>
    <w:p>
      <w:r>
        <w:rPr>
          <w:b/>
        </w:rPr>
        <w:t xml:space="preserve">[15:28] </w:t>
      </w:r>
      <w:r>
        <w:t>ignore the presence of idols and all that audience, and all that gathering as your audience.</w:t>
      </w:r>
    </w:p>
    <w:p>
      <w:pPr>
        <w:jc w:val="right"/>
      </w:pPr>
      <w:r>
        <w:t>اگنور دا پریزنس آف ائیڈلز اینڈ اویل دیٹ اڈینس، اینڈ اویل دیٹ گیدرنگ ایز یور اڈینس۔</w:t>
      </w:r>
    </w:p>
    <w:p>
      <w:r>
        <w:rPr>
          <w:b/>
        </w:rPr>
        <w:t xml:space="preserve">[15:35] </w:t>
      </w:r>
      <w:r>
        <w:t>His formula was very simple.</w:t>
      </w:r>
    </w:p>
    <w:p>
      <w:pPr>
        <w:jc w:val="right"/>
      </w:pPr>
      <w:r>
        <w:t>ہز فارمولا واز ویری سمپل۔</w:t>
      </w:r>
    </w:p>
    <w:p>
      <w:r>
        <w:rPr>
          <w:b/>
        </w:rPr>
        <w:t xml:space="preserve">[15:37] </w:t>
      </w:r>
      <w:r>
        <w:t>His formula was only two-point formula.</w:t>
      </w:r>
    </w:p>
    <w:p>
      <w:pPr>
        <w:jc w:val="right"/>
      </w:pPr>
      <w:r>
        <w:t>ہز فارمولا واز اونلی ٹو پوائنٹ فارمولا۔</w:t>
      </w:r>
    </w:p>
    <w:p>
      <w:r>
        <w:rPr>
          <w:b/>
        </w:rPr>
        <w:t xml:space="preserve">[15:40] </w:t>
      </w:r>
      <w:r>
        <w:t>Ignore the presence of idols and avail the gathering as your audience.</w:t>
      </w:r>
    </w:p>
    <w:p>
      <w:pPr>
        <w:jc w:val="right"/>
      </w:pPr>
      <w:r>
        <w:t>اگنور دا پریزنس آف ائیڈلز اینڈ اویل دی گیدرنگ ایز یور اڈینس۔</w:t>
      </w:r>
    </w:p>
    <w:p>
      <w:r>
        <w:rPr>
          <w:b/>
        </w:rPr>
        <w:t xml:space="preserve">[15:45] </w:t>
      </w:r>
      <w:r>
        <w:t>So this was his formula.</w:t>
      </w:r>
    </w:p>
    <w:p>
      <w:pPr>
        <w:jc w:val="right"/>
      </w:pPr>
      <w:r>
        <w:t>سو دس واز ہز فارمولا۔</w:t>
      </w:r>
    </w:p>
    <w:p>
      <w:r>
        <w:rPr>
          <w:b/>
        </w:rPr>
        <w:t xml:space="preserve">[15:48] </w:t>
      </w:r>
      <w:r>
        <w:t>And he followed this formula up to 13 years when he was in Mecca, from 610 AD</w:t>
      </w:r>
    </w:p>
    <w:p>
      <w:pPr>
        <w:jc w:val="right"/>
      </w:pPr>
      <w:r>
        <w:t>اینڈ ہی فالوڈ دس فارمولا اپ ٹو 13 ایئرز وین ہی واز ان مکہ، فرام 610 اے ڈی</w:t>
      </w:r>
    </w:p>
    <w:p>
      <w:r>
        <w:rPr>
          <w:b/>
        </w:rPr>
        <w:t xml:space="preserve">[15:55] </w:t>
      </w:r>
      <w:r>
        <w:t>up to 620 AD.</w:t>
      </w:r>
    </w:p>
    <w:p>
      <w:pPr>
        <w:jc w:val="right"/>
      </w:pPr>
      <w:r>
        <w:t>اپ ٹو 620 اے ڈی۔</w:t>
      </w:r>
    </w:p>
    <w:p>
      <w:r>
        <w:rPr>
          <w:b/>
        </w:rPr>
        <w:t xml:space="preserve">[15:57] </w:t>
      </w:r>
      <w:r>
        <w:t>But at present, you see what Muslims are doing.</w:t>
      </w:r>
    </w:p>
    <w:p>
      <w:pPr>
        <w:jc w:val="right"/>
      </w:pPr>
      <w:r>
        <w:t>بٹ ایٹ پریزنٹ، یو سی واٹ مسلمز آر ڈوئنگ۔</w:t>
      </w:r>
    </w:p>
    <w:p>
      <w:r>
        <w:rPr>
          <w:b/>
        </w:rPr>
        <w:t xml:space="preserve">[16:01] </w:t>
      </w:r>
      <w:r>
        <w:t>They don't know that this is the prophetic formula.</w:t>
      </w:r>
    </w:p>
    <w:p>
      <w:pPr>
        <w:jc w:val="right"/>
      </w:pPr>
      <w:r>
        <w:t>دے ڈونٹ نو دیٹ دس از دا پرافیٹک فارمولا۔</w:t>
      </w:r>
    </w:p>
    <w:p>
      <w:r>
        <w:rPr>
          <w:b/>
        </w:rPr>
        <w:t xml:space="preserve">[16:05] </w:t>
      </w:r>
      <w:r>
        <w:t>Everywhere in the world, they are protesting against problems.</w:t>
      </w:r>
    </w:p>
    <w:p>
      <w:pPr>
        <w:jc w:val="right"/>
      </w:pPr>
      <w:r>
        <w:t>ایوری ویر ان دا ورلڈ، دے آر پروٹیسٹنگ اگینسٹ پرابلمز۔</w:t>
      </w:r>
    </w:p>
    <w:p>
      <w:r>
        <w:rPr>
          <w:b/>
        </w:rPr>
        <w:t xml:space="preserve">[16:09] </w:t>
      </w:r>
      <w:r>
        <w:t>They are fighting against problems.</w:t>
      </w:r>
    </w:p>
    <w:p>
      <w:pPr>
        <w:jc w:val="right"/>
      </w:pPr>
      <w:r>
        <w:t>دے آر فائٹنگ اگینسٹ پرابلمز۔</w:t>
      </w:r>
    </w:p>
    <w:p>
      <w:r>
        <w:rPr>
          <w:b/>
        </w:rPr>
        <w:t xml:space="preserve">[16:12] </w:t>
      </w:r>
      <w:r>
        <w:t>Everywhere, in every part of the world, they are fighting against the problems.</w:t>
      </w:r>
    </w:p>
    <w:p>
      <w:pPr>
        <w:jc w:val="right"/>
      </w:pPr>
      <w:r>
        <w:t>ایوری ویر، ان ایوری پارٹ آف دا ورلڈ، دے آر فائٹنگ اگینسٹ دا پرابلمز۔</w:t>
      </w:r>
    </w:p>
    <w:p>
      <w:r>
        <w:rPr>
          <w:b/>
        </w:rPr>
        <w:t xml:space="preserve">[16:18] </w:t>
      </w:r>
      <w:r>
        <w:t>They have changed the formula of prophet like this.</w:t>
      </w:r>
    </w:p>
    <w:p>
      <w:pPr>
        <w:jc w:val="right"/>
      </w:pPr>
      <w:r>
        <w:t>دے ہیو چینج دا فارمولا آف پرافٹ لائک دس۔</w:t>
      </w:r>
    </w:p>
    <w:p>
      <w:r>
        <w:rPr>
          <w:b/>
        </w:rPr>
        <w:t xml:space="preserve">[16:21] </w:t>
      </w:r>
      <w:r>
        <w:t>The formula of present Muslims is that fight the problems and ignore the opportunities.</w:t>
      </w:r>
    </w:p>
    <w:p>
      <w:pPr>
        <w:jc w:val="right"/>
      </w:pPr>
      <w:r>
        <w:t>دا فارمولا آف پریزنٹ مسلمز از دیٹ فائٹ دا پرابلمز اینڈ اگنور دا اپرچونیٹیز۔</w:t>
      </w:r>
    </w:p>
    <w:p>
      <w:r>
        <w:rPr>
          <w:b/>
        </w:rPr>
        <w:t xml:space="preserve">[16:27] </w:t>
      </w:r>
      <w:r>
        <w:t>What a difference between the two? The formula of prophet was ignore the problem and avail the opportunities,</w:t>
      </w:r>
    </w:p>
    <w:p>
      <w:pPr>
        <w:jc w:val="right"/>
      </w:pPr>
      <w:r>
        <w:t>واٹ ا ڈیفرنس بٹوین دا ٹو؟ دا فارمولا آف پرافٹ واز اگنور دا پرابلم اینڈ اویل دا اپرچونیٹیز،</w:t>
      </w:r>
    </w:p>
    <w:p>
      <w:r>
        <w:rPr>
          <w:b/>
        </w:rPr>
        <w:t xml:space="preserve">[16:35] </w:t>
      </w:r>
      <w:r>
        <w:t>And now Muslims have adopted a quite different formula, that is, fight the problems and ignore the opportunities.</w:t>
      </w:r>
    </w:p>
    <w:p>
      <w:pPr>
        <w:jc w:val="right"/>
      </w:pPr>
      <w:r>
        <w:t>اینڈ ناو مسلمز ہیو اڈاپٹڈ ا کوائٹ ڈفرنٹ فارمولا، دیٹ از فائٹ دا پرابلمز اینڈ اگنور دا اپرچونیٹیز۔</w:t>
      </w:r>
    </w:p>
    <w:p>
      <w:r>
        <w:rPr>
          <w:b/>
        </w:rPr>
        <w:t xml:space="preserve">[16:43] </w:t>
      </w:r>
      <w:r>
        <w:t>There are enormous opportunities in this world, more than that was in Makkah.</w:t>
      </w:r>
    </w:p>
    <w:p>
      <w:pPr>
        <w:jc w:val="right"/>
      </w:pPr>
      <w:r>
        <w:t>دیر انارمز اپرچونیٹیز ان دس ورلڈ، مور دین دیٹ واز ان مکہ۔</w:t>
      </w:r>
    </w:p>
    <w:p>
      <w:r>
        <w:rPr>
          <w:b/>
        </w:rPr>
        <w:t xml:space="preserve">[16:48] </w:t>
      </w:r>
      <w:r>
        <w:t>Now we are living in a different age.</w:t>
      </w:r>
    </w:p>
    <w:p>
      <w:pPr>
        <w:jc w:val="right"/>
      </w:pPr>
      <w:r>
        <w:t>ناو وی آر لیونگ ان ا ڈفرنٹ ایج۔</w:t>
      </w:r>
    </w:p>
    <w:p>
      <w:r>
        <w:rPr>
          <w:b/>
        </w:rPr>
        <w:t xml:space="preserve">[16:51] </w:t>
      </w:r>
      <w:r>
        <w:t>Now there are deals with freedom.</w:t>
      </w:r>
    </w:p>
    <w:p>
      <w:pPr>
        <w:jc w:val="right"/>
      </w:pPr>
      <w:r>
        <w:t>ناو دیر ار ڈیلز ود فریڈم۔</w:t>
      </w:r>
    </w:p>
    <w:p>
      <w:r>
        <w:rPr>
          <w:b/>
        </w:rPr>
        <w:t xml:space="preserve">[16:54] </w:t>
      </w:r>
      <w:r>
        <w:t>Now there are age of communication.</w:t>
      </w:r>
    </w:p>
    <w:p>
      <w:pPr>
        <w:jc w:val="right"/>
      </w:pPr>
      <w:r>
        <w:t>ناو دیر ار ایج آف کمیونیکیشن۔</w:t>
      </w:r>
    </w:p>
    <w:p>
      <w:r>
        <w:rPr>
          <w:b/>
        </w:rPr>
        <w:t xml:space="preserve">[16:57] </w:t>
      </w:r>
      <w:r>
        <w:t>Now there are printing press.</w:t>
      </w:r>
    </w:p>
    <w:p>
      <w:pPr>
        <w:jc w:val="right"/>
      </w:pPr>
      <w:r>
        <w:t>ناو دیر ار پرنٹنگ پریس۔</w:t>
      </w:r>
    </w:p>
    <w:p>
      <w:r>
        <w:rPr>
          <w:b/>
        </w:rPr>
        <w:t xml:space="preserve">[16:59] </w:t>
      </w:r>
      <w:r>
        <w:t>Now there is no restriction at all for a missionary person.</w:t>
      </w:r>
    </w:p>
    <w:p>
      <w:pPr>
        <w:jc w:val="right"/>
      </w:pPr>
      <w:r>
        <w:t>ناو دیر از نو ریسٹرکشن ایٹ آل فار ا مشینری پرسن۔</w:t>
      </w:r>
    </w:p>
    <w:p>
      <w:r>
        <w:rPr>
          <w:b/>
        </w:rPr>
        <w:t xml:space="preserve">[17:03] </w:t>
      </w:r>
      <w:r>
        <w:t>All the doors are open except violence.</w:t>
      </w:r>
    </w:p>
    <w:p>
      <w:pPr>
        <w:jc w:val="right"/>
      </w:pPr>
      <w:r>
        <w:t>آل دا ڈورز آر اوپن ایکسیپٹ وائلنس۔</w:t>
      </w:r>
    </w:p>
    <w:p>
      <w:r>
        <w:rPr>
          <w:b/>
        </w:rPr>
        <w:t xml:space="preserve">[17:06] </w:t>
      </w:r>
      <w:r>
        <w:t>If you refrain yourself from violence, there is no restriction at all.</w:t>
      </w:r>
    </w:p>
    <w:p>
      <w:pPr>
        <w:jc w:val="right"/>
      </w:pPr>
      <w:r>
        <w:t>اف یو ریفرین یور سیلف فرام وائلنس، دیر از نو ریسٹرکشن ایٹ آل۔</w:t>
      </w:r>
    </w:p>
    <w:p>
      <w:r>
        <w:rPr>
          <w:b/>
        </w:rPr>
        <w:t xml:space="preserve">[17:12] </w:t>
      </w:r>
      <w:r>
        <w:t>In our present world, there is only one taboo, one taboo, that is violence.</w:t>
      </w:r>
    </w:p>
    <w:p>
      <w:pPr>
        <w:jc w:val="right"/>
      </w:pPr>
      <w:r>
        <w:t>ان اور پریزنٹ ورلڈ، دیر از اونلی ون ٹیبو، ون ٹیبو، دیٹ از وائلنس۔</w:t>
      </w:r>
    </w:p>
    <w:p>
      <w:r>
        <w:rPr>
          <w:b/>
        </w:rPr>
        <w:t xml:space="preserve">[17:18] </w:t>
      </w:r>
      <w:r>
        <w:t>Other than violence, every door is open.</w:t>
      </w:r>
    </w:p>
    <w:p>
      <w:pPr>
        <w:jc w:val="right"/>
      </w:pPr>
      <w:r>
        <w:t>ادر دین وائلنس، ایوری ڈورز آر اوپن۔</w:t>
      </w:r>
    </w:p>
    <w:p>
      <w:r>
        <w:rPr>
          <w:b/>
        </w:rPr>
        <w:t xml:space="preserve">[17:21] </w:t>
      </w:r>
      <w:r>
        <w:t>What a great opportunity.</w:t>
      </w:r>
    </w:p>
    <w:p>
      <w:pPr>
        <w:jc w:val="right"/>
      </w:pPr>
      <w:r>
        <w:t>واٹ ا گریٹ اپرچونیٹی۔</w:t>
      </w:r>
    </w:p>
    <w:p>
      <w:r>
        <w:rPr>
          <w:b/>
        </w:rPr>
        <w:t xml:space="preserve">[17:23] </w:t>
      </w:r>
      <w:r>
        <w:t>Now we are living in a world where there is opportunity explosion.</w:t>
      </w:r>
    </w:p>
    <w:p>
      <w:pPr>
        <w:jc w:val="right"/>
      </w:pPr>
      <w:r>
        <w:t>ناو وی آر لیونگ ان ا ورلڈ ویر ویر دیر از اپرچونیٹی ایکسپلوژن۔</w:t>
      </w:r>
    </w:p>
    <w:p>
      <w:r>
        <w:rPr>
          <w:b/>
        </w:rPr>
        <w:t xml:space="preserve">[17:28] </w:t>
      </w:r>
      <w:r>
        <w:t>Opportunity Explosion.</w:t>
      </w:r>
    </w:p>
    <w:p>
      <w:pPr>
        <w:jc w:val="right"/>
      </w:pPr>
      <w:r>
        <w:t>اپرچونیٹی ایکسپلوژن۔</w:t>
      </w:r>
    </w:p>
    <w:p>
      <w:r>
        <w:rPr>
          <w:b/>
        </w:rPr>
        <w:t xml:space="preserve">[17:30] </w:t>
      </w:r>
      <w:r>
        <w:t>All kind of opportunities are open except one, that is violence.</w:t>
      </w:r>
    </w:p>
    <w:p>
      <w:pPr>
        <w:jc w:val="right"/>
      </w:pPr>
      <w:r>
        <w:t>آل کائنڈ آف اپرچونیٹیز آر اوپن ایکسیپٹ ون، دیٹ از وائلنس۔</w:t>
      </w:r>
    </w:p>
    <w:p>
      <w:r>
        <w:rPr>
          <w:b/>
        </w:rPr>
        <w:t xml:space="preserve">[17:35] </w:t>
      </w:r>
      <w:r>
        <w:t>If you keep yourself from violence, there you can do anything for your dawah.</w:t>
      </w:r>
    </w:p>
    <w:p>
      <w:pPr>
        <w:jc w:val="right"/>
      </w:pPr>
      <w:r>
        <w:t>اف یو کیپ یور سیلف فرام وائلنس، دیر یو کین ڈو اینی تھنگ فار یور داوا۔</w:t>
      </w:r>
    </w:p>
    <w:p>
      <w:r>
        <w:rPr>
          <w:b/>
        </w:rPr>
        <w:t xml:space="preserve">[17:41] </w:t>
      </w:r>
      <w:r>
        <w:t>The Prophet of Islam has said, Inna Allaha yuhibbu ma'ali al-umur wa yakrahu safsaafaha.</w:t>
      </w:r>
    </w:p>
    <w:p>
      <w:pPr>
        <w:jc w:val="right"/>
      </w:pPr>
      <w:r>
        <w:t>دا پرافٹ آف اسلام ہیز سیڈ، ان اللہ یوتی مال یوتی العنف۔</w:t>
      </w:r>
    </w:p>
    <w:p>
      <w:r>
        <w:rPr>
          <w:b/>
        </w:rPr>
        <w:t xml:space="preserve">[17:47] </w:t>
      </w:r>
      <w:r>
        <w:t>It means that God grants to non-violence what He does not grant to violence.</w:t>
      </w:r>
    </w:p>
    <w:p>
      <w:pPr>
        <w:jc w:val="right"/>
      </w:pPr>
      <w:r>
        <w:t>اٹ مینز دیٹ گاڈ گرانٹس ٹو نان وائلنس واٹ ہی ڈز ناٹ گرانٹ ٹو وائلنس۔</w:t>
      </w:r>
    </w:p>
    <w:p>
      <w:r>
        <w:rPr>
          <w:b/>
        </w:rPr>
        <w:t xml:space="preserve">[17:53] </w:t>
      </w:r>
      <w:r>
        <w:t>Now this this saying the prophet, you can see everywhere that this saying the prophet is now</w:t>
      </w:r>
    </w:p>
    <w:p>
      <w:pPr>
        <w:jc w:val="right"/>
      </w:pPr>
      <w:r>
        <w:t>ناو دس دس سینگ دا پرافٹ، یو کین سی ایوری ویر دیٹ دس سینگ دا پرافٹ از ناو</w:t>
      </w:r>
    </w:p>
    <w:p>
      <w:r>
        <w:rPr>
          <w:b/>
        </w:rPr>
        <w:t xml:space="preserve">[18:01] </w:t>
      </w:r>
      <w:r>
        <w:t>everywhere materialized.</w:t>
      </w:r>
    </w:p>
    <w:p>
      <w:pPr>
        <w:jc w:val="right"/>
      </w:pPr>
      <w:r>
        <w:t>ایوری ویر مٹیریلائزڈ۔</w:t>
      </w:r>
    </w:p>
    <w:p>
      <w:r>
        <w:rPr>
          <w:b/>
        </w:rPr>
        <w:t xml:space="preserve">[18:02] </w:t>
      </w:r>
      <w:r>
        <w:t>You can see this reality everywhere in the present world.</w:t>
      </w:r>
    </w:p>
    <w:p>
      <w:pPr>
        <w:jc w:val="right"/>
      </w:pPr>
      <w:r>
        <w:t>یو کین سی دس ریلیٹی ایوری ویر ان دا پریزنٹ ورلڈ۔</w:t>
      </w:r>
    </w:p>
    <w:p>
      <w:r>
        <w:rPr>
          <w:b/>
        </w:rPr>
        <w:t xml:space="preserve">[18:07] </w:t>
      </w:r>
      <w:r>
        <w:t>everywhere.</w:t>
      </w:r>
    </w:p>
    <w:p>
      <w:pPr>
        <w:jc w:val="right"/>
      </w:pPr>
      <w:r>
        <w:t>ایوری ویر۔</w:t>
      </w:r>
    </w:p>
    <w:p>
      <w:r>
        <w:rPr>
          <w:b/>
        </w:rPr>
        <w:t xml:space="preserve">[18:08] </w:t>
      </w:r>
      <w:r>
        <w:t>But what Muslims are doing? They are quite unaware of this prophetic teaching.</w:t>
      </w:r>
    </w:p>
    <w:p>
      <w:pPr>
        <w:jc w:val="right"/>
      </w:pPr>
      <w:r>
        <w:t>بٹ واٹ مسلمز آر ڈوئنگ؟ دے آر کوائٹ ان اویئر آف دس پرافیٹک ٹیچنگ۔</w:t>
      </w:r>
    </w:p>
    <w:p>
      <w:r>
        <w:rPr>
          <w:b/>
        </w:rPr>
        <w:t xml:space="preserve">[18:14] </w:t>
      </w:r>
      <w:r>
        <w:t>Everywhere they are engaged in violence.</w:t>
      </w:r>
    </w:p>
    <w:p>
      <w:pPr>
        <w:jc w:val="right"/>
      </w:pPr>
      <w:r>
        <w:t>ایوری ویر دے آر انگیج ان وائلنس۔</w:t>
      </w:r>
    </w:p>
    <w:p>
      <w:r>
        <w:rPr>
          <w:b/>
        </w:rPr>
        <w:t xml:space="preserve">[18:17] </w:t>
      </w:r>
      <w:r>
        <w:t>Some Muslims are engaged in violence by arms.</w:t>
      </w:r>
    </w:p>
    <w:p>
      <w:pPr>
        <w:jc w:val="right"/>
      </w:pPr>
      <w:r>
        <w:t>سم مسلمز آر انگیج ان وائلنس بائے ارمز۔</w:t>
      </w:r>
    </w:p>
    <w:p>
      <w:r>
        <w:rPr>
          <w:b/>
        </w:rPr>
        <w:t xml:space="preserve">[18:21] </w:t>
      </w:r>
      <w:r>
        <w:t>Some are engaged in the same practice but by word.</w:t>
      </w:r>
    </w:p>
    <w:p>
      <w:pPr>
        <w:jc w:val="right"/>
      </w:pPr>
      <w:r>
        <w:t>سم آر انگیج ان دا سیم پریکٹس بٹ بائے ورڈ۔</w:t>
      </w:r>
    </w:p>
    <w:p>
      <w:r>
        <w:rPr>
          <w:b/>
        </w:rPr>
        <w:t xml:space="preserve">[18:25] </w:t>
      </w:r>
      <w:r>
        <w:t>Some people are speaking word of hate, there is violence.</w:t>
      </w:r>
    </w:p>
    <w:p>
      <w:pPr>
        <w:jc w:val="right"/>
      </w:pPr>
      <w:r>
        <w:t>سم پیپل آر اسپیکنگ ورڈ آف ہیٹ، دیر از وائلنس۔</w:t>
      </w:r>
    </w:p>
    <w:p>
      <w:r>
        <w:rPr>
          <w:b/>
        </w:rPr>
        <w:t xml:space="preserve">[18:29] </w:t>
      </w:r>
      <w:r>
        <w:t>Some Muslims are speaking the word of hate, the word of complaint, the word of protest, there is</w:t>
      </w:r>
    </w:p>
    <w:p>
      <w:pPr>
        <w:jc w:val="right"/>
      </w:pPr>
      <w:r>
        <w:t>سم مسلمز آر اسپیکنگ دی ورڈ آف ہیٹ، دی ورڈ آف کمپلینٹ، دی ورڈ آف پروٹیسٹ، دیر از</w:t>
      </w:r>
    </w:p>
    <w:p>
      <w:r>
        <w:rPr>
          <w:b/>
        </w:rPr>
        <w:t xml:space="preserve">[18:37] </w:t>
      </w:r>
      <w:r>
        <w:t>also violence.</w:t>
      </w:r>
    </w:p>
    <w:p>
      <w:pPr>
        <w:jc w:val="right"/>
      </w:pPr>
      <w:r>
        <w:t>السو وائلنس۔</w:t>
      </w:r>
    </w:p>
    <w:p>
      <w:r>
        <w:rPr>
          <w:b/>
        </w:rPr>
        <w:t xml:space="preserve">[18:39] </w:t>
      </w:r>
      <w:r>
        <w:t>And some people are using gun and bomb, that is naked violence.</w:t>
      </w:r>
    </w:p>
    <w:p>
      <w:pPr>
        <w:jc w:val="right"/>
      </w:pPr>
      <w:r>
        <w:t>اینڈ سم پیپل آر یوزنگ گن اینڈ بمب، دیٹ از نیکڈ وائلنس۔</w:t>
      </w:r>
    </w:p>
    <w:p>
      <w:r>
        <w:rPr>
          <w:b/>
        </w:rPr>
        <w:t xml:space="preserve">[18:44] </w:t>
      </w:r>
      <w:r>
        <w:t>So some people are violent in direct sense of the word, and some Muslims are violent in an</w:t>
      </w:r>
    </w:p>
    <w:p>
      <w:pPr>
        <w:jc w:val="right"/>
      </w:pPr>
      <w:r>
        <w:t>سو سم پیپل آر وائلنٹ ان ڈائریکٹ سینس آف دا ورلڈ، اینڈ سم مسلمز آر وائلنٹ ان ان</w:t>
      </w:r>
    </w:p>
    <w:p>
      <w:r>
        <w:rPr>
          <w:b/>
        </w:rPr>
        <w:t xml:space="preserve">[18:51] </w:t>
      </w:r>
      <w:r>
        <w:t>direct sense of the word.</w:t>
      </w:r>
    </w:p>
    <w:p>
      <w:pPr>
        <w:jc w:val="right"/>
      </w:pPr>
      <w:r>
        <w:t>ڈائریکٹ سینس آف دا ورلڈ۔</w:t>
      </w:r>
    </w:p>
    <w:p>
      <w:r>
        <w:rPr>
          <w:b/>
        </w:rPr>
        <w:t xml:space="preserve">[18:54] </w:t>
      </w:r>
      <w:r>
        <w:t>You see, the whole Muslim world have deviated from the path of the prophet.</w:t>
      </w:r>
    </w:p>
    <w:p>
      <w:pPr>
        <w:jc w:val="right"/>
      </w:pPr>
      <w:r>
        <w:t>یو سی، دا ہول مسلم ورلڈ ہیو ڈیویٹڈ فرام دا پاتھ آف دا پرافٹ۔</w:t>
      </w:r>
    </w:p>
    <w:p>
      <w:r>
        <w:rPr>
          <w:b/>
        </w:rPr>
        <w:t xml:space="preserve">[19:00] </w:t>
      </w:r>
      <w:r>
        <w:t>So they are paying the price of this deviation, that they are humiliated everywhere.</w:t>
      </w:r>
    </w:p>
    <w:p>
      <w:pPr>
        <w:jc w:val="right"/>
      </w:pPr>
      <w:r>
        <w:t>سو دے آر پینگ دا پرائس آف دس ڈیویشن، دیٹ دے آر ہیومیلیٹڈ ایوری ویر۔</w:t>
      </w:r>
    </w:p>
    <w:p>
      <w:r>
        <w:rPr>
          <w:b/>
        </w:rPr>
        <w:t xml:space="preserve">[19:06] </w:t>
      </w:r>
      <w:r>
        <w:t>They are defeated everywhere.</w:t>
      </w:r>
    </w:p>
    <w:p>
      <w:pPr>
        <w:jc w:val="right"/>
      </w:pPr>
      <w:r>
        <w:t>دے آر ڈیفیٹڈ ایوری ویر۔</w:t>
      </w:r>
    </w:p>
    <w:p>
      <w:r>
        <w:rPr>
          <w:b/>
        </w:rPr>
        <w:t xml:space="preserve">[19:08] </w:t>
      </w:r>
      <w:r>
        <w:t>The present situation of Muslims is directly a price of that deviation from the path of Quran, from</w:t>
      </w:r>
    </w:p>
    <w:p>
      <w:pPr>
        <w:jc w:val="right"/>
      </w:pPr>
      <w:r>
        <w:t>دا پریزنٹ سچویشن آف مسلمز از ڈائریکٹلی ا پرائس آف دیٹ ڈیویشن فرام دا پاتھ آف قرآن، فرام</w:t>
      </w:r>
    </w:p>
    <w:p>
      <w:r>
        <w:rPr>
          <w:b/>
        </w:rPr>
        <w:t xml:space="preserve">[19:16] </w:t>
      </w:r>
      <w:r>
        <w:t>The path of prophet.</w:t>
      </w:r>
    </w:p>
    <w:p>
      <w:pPr>
        <w:jc w:val="right"/>
      </w:pPr>
      <w:r>
        <w:t>دا پاتھ آف پرافٹ۔</w:t>
      </w:r>
    </w:p>
    <w:p>
      <w:r>
        <w:rPr>
          <w:b/>
        </w:rPr>
        <w:t xml:space="preserve">[19:18] </w:t>
      </w:r>
      <w:r>
        <w:t>No one is responsible for the present situation.</w:t>
      </w:r>
    </w:p>
    <w:p>
      <w:pPr>
        <w:jc w:val="right"/>
      </w:pPr>
      <w:r>
        <w:t>نو ون از ریسپانسبل فار دا پریزنٹ سچویشن۔</w:t>
      </w:r>
    </w:p>
    <w:p>
      <w:r>
        <w:rPr>
          <w:b/>
        </w:rPr>
        <w:t xml:space="preserve">[19:21] </w:t>
      </w:r>
      <w:r>
        <w:t>No conspiracy, no entity is responsible for this situation.</w:t>
      </w:r>
    </w:p>
    <w:p>
      <w:pPr>
        <w:jc w:val="right"/>
      </w:pPr>
      <w:r>
        <w:t>نو کانسپریسی، نو اینٹی از ریسپانسبل فار دس سچویشن۔</w:t>
      </w:r>
    </w:p>
    <w:p>
      <w:r>
        <w:rPr>
          <w:b/>
        </w:rPr>
        <w:t xml:space="preserve">[19:25] </w:t>
      </w:r>
      <w:r>
        <w:t>There is a very important verse in the Quran, li yakuna rasula shahidan alaikum wa takunu shuhada'a alan-nas.</w:t>
      </w:r>
    </w:p>
    <w:p>
      <w:pPr>
        <w:jc w:val="right"/>
      </w:pPr>
      <w:r>
        <w:t>دین دیر از ا ویری امپورٹنٹ ورس ان دا قرآن، لیک رسول شہید علیکم و تكون شہداء الناس۔</w:t>
      </w:r>
    </w:p>
    <w:p>
      <w:r>
        <w:rPr>
          <w:b/>
        </w:rPr>
        <w:t xml:space="preserve">[19:33] </w:t>
      </w:r>
      <w:r>
        <w:t>In this verse, God has stated the most important duty of Muslim Ummah.</w:t>
      </w:r>
    </w:p>
    <w:p>
      <w:pPr>
        <w:jc w:val="right"/>
      </w:pPr>
      <w:r>
        <w:t>ان دس ورس، گاڈ ہیز سٹیٹڈ دا موسٹ امپورٹنٹ ڈیوٹی آف مسلم امہ۔</w:t>
      </w:r>
    </w:p>
    <w:p>
      <w:r>
        <w:rPr>
          <w:b/>
        </w:rPr>
        <w:t xml:space="preserve">[19:38] </w:t>
      </w:r>
      <w:r>
        <w:t>This verse tells us what is the greatest duty of Muslim ummah.</w:t>
      </w:r>
    </w:p>
    <w:p>
      <w:pPr>
        <w:jc w:val="right"/>
      </w:pPr>
      <w:r>
        <w:t>دس ورس ٹیل اس واٹ از دا گریٹسٹ ڈیوٹی آف مسلم امہ۔</w:t>
      </w:r>
    </w:p>
    <w:p>
      <w:r>
        <w:rPr>
          <w:b/>
        </w:rPr>
        <w:t xml:space="preserve">[19:43] </w:t>
      </w:r>
      <w:r>
        <w:t>Without doing this duty, they they will be, they will face the risk of disgrace by God Almighty.</w:t>
      </w:r>
    </w:p>
    <w:p>
      <w:pPr>
        <w:jc w:val="right"/>
      </w:pPr>
      <w:r>
        <w:t>وداؤٹ ڈوئنگ دس ڈیوٹی، دے دے ول بی، دے ول فیس دا رسک آف ڈسگریس بائے گاڈ المائٹ۔</w:t>
      </w:r>
    </w:p>
    <w:p>
      <w:r>
        <w:rPr>
          <w:b/>
        </w:rPr>
        <w:t xml:space="preserve">[19:51] </w:t>
      </w:r>
      <w:r>
        <w:t>لیکون رسول شہید علیکم و تکون شہداء الناس۔</w:t>
      </w:r>
    </w:p>
    <w:p>
      <w:pPr>
        <w:jc w:val="right"/>
      </w:pPr>
      <w:r>
        <w:t>لیکون رسول شہید علیکم و تكون شہداء الناس۔</w:t>
      </w:r>
    </w:p>
    <w:p>
      <w:r>
        <w:rPr>
          <w:b/>
        </w:rPr>
        <w:t xml:space="preserve">[19:54] </w:t>
      </w:r>
      <w:r>
        <w:t>It means that Muslims have to do the same, the work which was done by the Prophet of</w:t>
      </w:r>
    </w:p>
    <w:p>
      <w:pPr>
        <w:jc w:val="right"/>
      </w:pPr>
      <w:r>
        <w:t>اٹ مینز دیٹ مسلمز ہیو ٹو ڈو دا سیم دا ورک وچ واز ڈن بائے دا پرافٹ آف</w:t>
      </w:r>
    </w:p>
    <w:p>
      <w:r>
        <w:rPr>
          <w:b/>
        </w:rPr>
        <w:t xml:space="preserve">[20:02] </w:t>
      </w:r>
      <w:r>
        <w:t>Islam.</w:t>
      </w:r>
    </w:p>
    <w:p>
      <w:pPr>
        <w:jc w:val="right"/>
      </w:pPr>
      <w:r>
        <w:t>اسلام۔</w:t>
      </w:r>
    </w:p>
    <w:p>
      <w:r>
        <w:rPr>
          <w:b/>
        </w:rPr>
        <w:t xml:space="preserve">[20:04] </w:t>
      </w:r>
      <w:r>
        <w:t>When there is no living prophet, Muslims are, Muslims have to do that, that, that dawah.</w:t>
      </w:r>
    </w:p>
    <w:p>
      <w:pPr>
        <w:jc w:val="right"/>
      </w:pPr>
      <w:r>
        <w:t>وین دیر از نو لیونگ پرافٹ، مسلمز آر، مسلمز ہیو ٹو ڈو دیٹ، دیٹ، دیٹ داوا۔</w:t>
      </w:r>
    </w:p>
    <w:p>
      <w:r>
        <w:rPr>
          <w:b/>
        </w:rPr>
        <w:t xml:space="preserve">[20:11] </w:t>
      </w:r>
      <w:r>
        <w:t>likayna rasula shaheedan alaykum wa takuna shuhadaa'a al-nasi.</w:t>
      </w:r>
    </w:p>
    <w:p>
      <w:pPr>
        <w:jc w:val="right"/>
      </w:pPr>
      <w:r>
        <w:t>لیکون رسول شہید علیکم و تكون شہداء الناس۔</w:t>
      </w:r>
    </w:p>
    <w:p>
      <w:r>
        <w:rPr>
          <w:b/>
        </w:rPr>
        <w:t xml:space="preserve">[20:14] </w:t>
      </w:r>
      <w:r>
        <w:t>But you see, present Muslims have abandoned their completely.</w:t>
      </w:r>
    </w:p>
    <w:p>
      <w:pPr>
        <w:jc w:val="right"/>
      </w:pPr>
      <w:r>
        <w:t>بٹ یو سی، پریزنٹ مسلمز ہیو ابینڈن داور کمپلیٹلی۔</w:t>
      </w:r>
    </w:p>
    <w:p>
      <w:r>
        <w:rPr>
          <w:b/>
        </w:rPr>
        <w:t xml:space="preserve">[20:18] </w:t>
      </w:r>
      <w:r>
        <w:t>Although there are some tasks in the name of Dawah.</w:t>
      </w:r>
    </w:p>
    <w:p>
      <w:pPr>
        <w:jc w:val="right"/>
      </w:pPr>
      <w:r>
        <w:t>الدو دیر ار سم ٹاسک ان دا نیم آف داوا۔</w:t>
      </w:r>
    </w:p>
    <w:p>
      <w:r>
        <w:rPr>
          <w:b/>
        </w:rPr>
        <w:t xml:space="preserve">[20:22] </w:t>
      </w:r>
      <w:r>
        <w:t>I know that there are some activities in the name of Dawah, but that is simply a wrong</w:t>
      </w:r>
    </w:p>
    <w:p>
      <w:pPr>
        <w:jc w:val="right"/>
      </w:pPr>
      <w:r>
        <w:t>ائی نو دیٹ دیر ار سم ایکٹیویٹیز ان دا نیم آف داوا، بٹ دیٹ از سمپلی ا رونگ</w:t>
      </w:r>
    </w:p>
    <w:p>
      <w:r>
        <w:rPr>
          <w:b/>
        </w:rPr>
        <w:t xml:space="preserve">[20:30] </w:t>
      </w:r>
      <w:r>
        <w:t>Nomenclature.</w:t>
      </w:r>
    </w:p>
    <w:p>
      <w:pPr>
        <w:jc w:val="right"/>
      </w:pPr>
      <w:r>
        <w:t>نامنکلیچر۔</w:t>
      </w:r>
    </w:p>
    <w:p>
      <w:r>
        <w:rPr>
          <w:b/>
        </w:rPr>
        <w:t xml:space="preserve">[20:31] </w:t>
      </w:r>
      <w:r>
        <w:t>Muslims are doing some milli work, some Muslim work, some social works, and they have, and they call</w:t>
      </w:r>
    </w:p>
    <w:p>
      <w:pPr>
        <w:jc w:val="right"/>
      </w:pPr>
      <w:r>
        <w:t>مسلمز آر ڈوئنگ سم مللی ورک، سم مسلم ورک، سم سوشل ورکس، اینڈ دے ہیو، اینڈ دے کال</w:t>
      </w:r>
    </w:p>
    <w:p>
      <w:r>
        <w:rPr>
          <w:b/>
        </w:rPr>
        <w:t xml:space="preserve">[20:39] </w:t>
      </w:r>
      <w:r>
        <w:t>at the war.</w:t>
      </w:r>
    </w:p>
    <w:p>
      <w:pPr>
        <w:jc w:val="right"/>
      </w:pPr>
      <w:r>
        <w:t>اٹ داوا۔</w:t>
      </w:r>
    </w:p>
    <w:p>
      <w:r>
        <w:rPr>
          <w:b/>
        </w:rPr>
        <w:t xml:space="preserve">[20:41] </w:t>
      </w:r>
      <w:r>
        <w:t>It's not dawa.</w:t>
      </w:r>
    </w:p>
    <w:p>
      <w:pPr>
        <w:jc w:val="right"/>
      </w:pPr>
      <w:r>
        <w:t>اٹ ناٹ داوا۔</w:t>
      </w:r>
    </w:p>
    <w:p>
      <w:r>
        <w:rPr>
          <w:b/>
        </w:rPr>
        <w:t xml:space="preserve">[20:42] </w:t>
      </w:r>
      <w:r>
        <w:t>Muslim reform is not Dawah.</w:t>
      </w:r>
    </w:p>
    <w:p>
      <w:pPr>
        <w:jc w:val="right"/>
      </w:pPr>
      <w:r>
        <w:t>مسلم ریفارم از ناٹ داوا۔</w:t>
      </w:r>
    </w:p>
    <w:p>
      <w:r>
        <w:rPr>
          <w:b/>
        </w:rPr>
        <w:t xml:space="preserve">[20:44] </w:t>
      </w:r>
      <w:r>
        <w:t>Milli work is not dawah.</w:t>
      </w:r>
    </w:p>
    <w:p>
      <w:pPr>
        <w:jc w:val="right"/>
      </w:pPr>
      <w:r>
        <w:t>مللی ورک از ناٹ داوا۔</w:t>
      </w:r>
    </w:p>
    <w:p>
      <w:r>
        <w:rPr>
          <w:b/>
        </w:rPr>
        <w:t xml:space="preserve">[20:46] </w:t>
      </w:r>
      <w:r>
        <w:t>Dawah means conveying the message of God to non-Muslims, to mankind.</w:t>
      </w:r>
    </w:p>
    <w:p>
      <w:pPr>
        <w:jc w:val="right"/>
      </w:pPr>
      <w:r>
        <w:t>داوا مینز کنوینگ دا میسج آف گاڈ ٹو نان مسلم، ٹو مین کائنڈ۔</w:t>
      </w:r>
    </w:p>
    <w:p>
      <w:r>
        <w:rPr>
          <w:b/>
        </w:rPr>
        <w:t xml:space="preserve">[20:52] </w:t>
      </w:r>
      <w:r>
        <w:t>If you do some milli work, you do some work for Muslim reform, this is also a good work,</w:t>
      </w:r>
    </w:p>
    <w:p>
      <w:pPr>
        <w:jc w:val="right"/>
      </w:pPr>
      <w:r>
        <w:t>اف یو ڈو سم مللی ورک، یو ڈو سم ورک فار مسلم ریفارم، دس السو ا گڈ ورک،</w:t>
      </w:r>
    </w:p>
    <w:p>
      <w:r>
        <w:rPr>
          <w:b/>
        </w:rPr>
        <w:t xml:space="preserve">[21:00] </w:t>
      </w:r>
      <w:r>
        <w:t>But it is not dawah.</w:t>
      </w:r>
    </w:p>
    <w:p>
      <w:pPr>
        <w:jc w:val="right"/>
      </w:pPr>
      <w:r>
        <w:t>بٹ اٹ از ناٹ داوا۔</w:t>
      </w:r>
    </w:p>
    <w:p>
      <w:r>
        <w:rPr>
          <w:b/>
        </w:rPr>
        <w:t xml:space="preserve">[21:02] </w:t>
      </w:r>
      <w:r>
        <w:t>is not dawa.</w:t>
      </w:r>
    </w:p>
    <w:p>
      <w:pPr>
        <w:jc w:val="right"/>
      </w:pPr>
      <w:r>
        <w:t>از ناٹ داوا۔</w:t>
      </w:r>
    </w:p>
    <w:p>
      <w:r>
        <w:rPr>
          <w:b/>
        </w:rPr>
        <w:t xml:space="preserve">[21:03] </w:t>
      </w:r>
      <w:r>
        <w:t>Dawah is conveying the message of God to mankind.</w:t>
      </w:r>
    </w:p>
    <w:p>
      <w:pPr>
        <w:jc w:val="right"/>
      </w:pPr>
      <w:r>
        <w:t>داوا از کنوینگ دا میسج آف گاڈ ٹو مین کائنڈ۔</w:t>
      </w:r>
    </w:p>
    <w:p>
      <w:r>
        <w:rPr>
          <w:b/>
        </w:rPr>
        <w:t xml:space="preserve">[21:08] </w:t>
      </w:r>
      <w:r>
        <w:t>This kind of dawah requires sympathy, compassion, and Muslims are devoid of these spirits.</w:t>
      </w:r>
    </w:p>
    <w:p>
      <w:pPr>
        <w:jc w:val="right"/>
      </w:pPr>
      <w:r>
        <w:t>دس کائنڈ آف داوا ریکوائر سمپتھی، کمپیشن، اینڈ مسلمز آر ڈیوائیڈ آف دیز سپرٹس۔</w:t>
      </w:r>
    </w:p>
    <w:p>
      <w:r>
        <w:rPr>
          <w:b/>
        </w:rPr>
        <w:t xml:space="preserve">[21:14] </w:t>
      </w:r>
      <w:r>
        <w:t>Muslims have no compassion towards mankind because they feel that they are enemy.</w:t>
      </w:r>
    </w:p>
    <w:p>
      <w:pPr>
        <w:jc w:val="right"/>
      </w:pPr>
      <w:r>
        <w:t>مسلمز ہیو نو کمپیشن ٹورڈز مین کائنڈ بیکاز دے فیل دیٹ دے آر اینمی۔</w:t>
      </w:r>
    </w:p>
    <w:p>
      <w:r>
        <w:rPr>
          <w:b/>
        </w:rPr>
        <w:t xml:space="preserve">[21:20] </w:t>
      </w:r>
      <w:r>
        <w:t>They are enemy of Islam falsely.</w:t>
      </w:r>
    </w:p>
    <w:p>
      <w:pPr>
        <w:jc w:val="right"/>
      </w:pPr>
      <w:r>
        <w:t>دے آر اینمی آف اسلام فالسلی۔</w:t>
      </w:r>
    </w:p>
    <w:p>
      <w:r>
        <w:rPr>
          <w:b/>
        </w:rPr>
        <w:t xml:space="preserve">[21:22] </w:t>
      </w:r>
      <w:r>
        <w:t>Muslims have bracketed falsely that they are enemy of Islam.</w:t>
      </w:r>
    </w:p>
    <w:p>
      <w:pPr>
        <w:jc w:val="right"/>
      </w:pPr>
      <w:r>
        <w:t>مسلمز ہیو بریکٹڈ فالسلی دیٹ دے آر اینمی آف اسلام۔</w:t>
      </w:r>
    </w:p>
    <w:p>
      <w:r>
        <w:rPr>
          <w:b/>
        </w:rPr>
        <w:t xml:space="preserve">[21:26] </w:t>
      </w:r>
      <w:r>
        <w:t>So they feel no sympathy in their heart towards these people.</w:t>
      </w:r>
    </w:p>
    <w:p>
      <w:pPr>
        <w:jc w:val="right"/>
      </w:pPr>
      <w:r>
        <w:t>سو دے فیل نو سمپتھی ان دیر ہارٹ ٹورڈز دیز پیپل۔</w:t>
      </w:r>
    </w:p>
    <w:p>
      <w:r>
        <w:rPr>
          <w:b/>
        </w:rPr>
        <w:t xml:space="preserve">[21:31] </w:t>
      </w:r>
      <w:r>
        <w:t>This is the main reason for what the work is now stopped everywhere in the world.</w:t>
      </w:r>
    </w:p>
    <w:p>
      <w:pPr>
        <w:jc w:val="right"/>
      </w:pPr>
      <w:r>
        <w:t>دس از دا مین ریزن فار واٹ دا ورک از ناو سٹاپڈ ایوری ویر ان دا ورلڈ۔</w:t>
      </w:r>
    </w:p>
    <w:p>
      <w:r>
        <w:rPr>
          <w:b/>
        </w:rPr>
        <w:t xml:space="preserve">[21:38] </w:t>
      </w:r>
      <w:r>
        <w:t>So according to the Quran, according to the Hadith, it is greatest, greatest duty of Muslims to do</w:t>
      </w:r>
    </w:p>
    <w:p>
      <w:pPr>
        <w:jc w:val="right"/>
      </w:pPr>
      <w:r>
        <w:t>سو اکارڈنگ ٹو دا قرآن، اکارڈنگ ٹو دا حدیث، اٹ از گریٹسٹ، گریٹسٹ ڈیوٹی آف مسلمز ٹو ڈو</w:t>
      </w:r>
    </w:p>
    <w:p>
      <w:r>
        <w:rPr>
          <w:b/>
        </w:rPr>
        <w:t xml:space="preserve">[21:46] </w:t>
      </w:r>
      <w:r>
        <w:t>The work.</w:t>
      </w:r>
    </w:p>
    <w:p>
      <w:pPr>
        <w:jc w:val="right"/>
      </w:pPr>
      <w:r>
        <w:t>دا ورک۔</w:t>
      </w:r>
    </w:p>
    <w:p>
      <w:r>
        <w:rPr>
          <w:b/>
        </w:rPr>
        <w:t xml:space="preserve">[21:48] </w:t>
      </w:r>
      <w:r>
        <w:t>The Prophet of Islam in his, in his last sermon said that, in Allah.</w:t>
      </w:r>
    </w:p>
    <w:p>
      <w:pPr>
        <w:jc w:val="right"/>
      </w:pPr>
      <w:r>
        <w:t>دا پرافٹ آف اسلام ان ہز، ان ہز لاسٹ سرمن سیڈ دیٹ، ان اللہ۔</w:t>
      </w:r>
    </w:p>
    <w:p>
      <w:r>
        <w:rPr>
          <w:b/>
        </w:rPr>
        <w:t xml:space="preserve">[21:54] </w:t>
      </w:r>
      <w:r>
        <w:t>So when he was leaving this world, he said that now it is your turn, you have to</w:t>
      </w:r>
    </w:p>
    <w:p>
      <w:pPr>
        <w:jc w:val="right"/>
      </w:pPr>
      <w:r>
        <w:t>سو وین ہی واز لیونگ دس ورلڈ، ہی سیڈ دیٹ ناو اٹ از یور ٹرن، یو ہیو ٹو</w:t>
      </w:r>
    </w:p>
    <w:p>
      <w:r>
        <w:rPr>
          <w:b/>
        </w:rPr>
        <w:t xml:space="preserve">[22:01] </w:t>
      </w:r>
      <w:r>
        <w:t>Do the work.</w:t>
      </w:r>
    </w:p>
    <w:p>
      <w:pPr>
        <w:jc w:val="right"/>
      </w:pPr>
      <w:r>
        <w:t>ڈو دا ورک۔</w:t>
      </w:r>
    </w:p>
    <w:p>
      <w:r>
        <w:rPr>
          <w:b/>
        </w:rPr>
        <w:t xml:space="preserve">[22:03] </w:t>
      </w:r>
      <w:r>
        <w:t>generation of generation.</w:t>
      </w:r>
    </w:p>
    <w:p>
      <w:pPr>
        <w:jc w:val="right"/>
      </w:pPr>
      <w:r>
        <w:t>جنریشن آف جنریشن۔</w:t>
      </w:r>
    </w:p>
    <w:p>
      <w:r>
        <w:rPr>
          <w:b/>
        </w:rPr>
        <w:t xml:space="preserve">[22:04] </w:t>
      </w:r>
      <w:r>
        <w:t>So in short, I would like to say that Muslims have to return to the Quran, to the</w:t>
      </w:r>
    </w:p>
    <w:p>
      <w:pPr>
        <w:jc w:val="right"/>
      </w:pPr>
      <w:r>
        <w:t>سو ان شارٹ، ائی وڈ لائک ٹو سی دیٹ مسلمز ہیو ٹو ریٹرن ٹو دا قرآن، ٹو دا</w:t>
      </w:r>
    </w:p>
    <w:p>
      <w:r>
        <w:rPr>
          <w:b/>
        </w:rPr>
        <w:t xml:space="preserve">[22:12] </w:t>
      </w:r>
      <w:r>
        <w:t>Prophetic model.</w:t>
      </w:r>
    </w:p>
    <w:p>
      <w:pPr>
        <w:jc w:val="right"/>
      </w:pPr>
      <w:r>
        <w:t>پرافیٹک ماڈل۔</w:t>
      </w:r>
    </w:p>
    <w:p>
      <w:r>
        <w:rPr>
          <w:b/>
        </w:rPr>
        <w:t xml:space="preserve">[22:14] </w:t>
      </w:r>
      <w:r>
        <w:t>Otherwise, there is no future for Muslims.</w:t>
      </w:r>
    </w:p>
    <w:p>
      <w:pPr>
        <w:jc w:val="right"/>
      </w:pPr>
      <w:r>
        <w:t>ادروائز، دیر از نو فیوچر فار مسلمز۔</w:t>
      </w:r>
    </w:p>
    <w:p>
      <w:r>
        <w:rPr>
          <w:b/>
        </w:rPr>
        <w:t xml:space="preserve">[22:17] </w:t>
      </w:r>
      <w:r>
        <w:t>Quran and Sunnah, and they have to find that, they have to find guidance from the Quran and</w:t>
      </w:r>
    </w:p>
    <w:p>
      <w:pPr>
        <w:jc w:val="right"/>
      </w:pPr>
      <w:r>
        <w:t>قرآن اینڈ سنت، اور دے ہیو ٹو فائنڈ دیٹ، دے ہیو ٹو فائنڈ گائیڈنس فرام دا قرآن اینڈ</w:t>
      </w:r>
    </w:p>
    <w:p>
      <w:r>
        <w:rPr>
          <w:b/>
        </w:rPr>
        <w:t xml:space="preserve">[22:24] </w:t>
      </w:r>
      <w:r>
        <w:t>Sunnat.</w:t>
      </w:r>
    </w:p>
    <w:p>
      <w:pPr>
        <w:jc w:val="right"/>
      </w:pPr>
      <w:r>
        <w:t>سنت۔</w:t>
      </w:r>
    </w:p>
    <w:p>
      <w:r>
        <w:rPr>
          <w:b/>
        </w:rPr>
        <w:t xml:space="preserve">[22:26] </w:t>
      </w:r>
      <w:r>
        <w:t>They have to return to the Quran and to the Sunnah of the Prophet of Islam.</w:t>
      </w:r>
    </w:p>
    <w:p>
      <w:pPr>
        <w:jc w:val="right"/>
      </w:pPr>
      <w:r>
        <w:t>دے ہیو ٹو ریٹرن ٹو دی قرآن اینڈ ٹو دی سنت آف دا پرافٹ آف اسلام۔</w:t>
      </w:r>
    </w:p>
    <w:p>
      <w:r>
        <w:rPr>
          <w:b/>
        </w:rPr>
        <w:t xml:space="preserve">[22:33] </w:t>
      </w:r>
      <w:r>
        <w:t>This is the only way of success for Muslims.</w:t>
      </w:r>
    </w:p>
    <w:p>
      <w:pPr>
        <w:jc w:val="right"/>
      </w:pPr>
      <w:r>
        <w:t>دس از دا اونلی وے آف سکسیس فار مسلمز۔</w:t>
      </w:r>
    </w:p>
    <w:p>
      <w:r>
        <w:rPr>
          <w:b/>
        </w:rPr>
        <w:t xml:space="preserve">[22:36] </w:t>
      </w:r>
      <w:r>
        <w:t>aqoolu qawli wa astaghfirullaha alaykum ajmaeen.</w:t>
      </w:r>
    </w:p>
    <w:p>
      <w:pPr>
        <w:jc w:val="right"/>
      </w:pPr>
      <w:r>
        <w:t>اقول قولی واستغفراللہ علیکم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