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Return to Paradise May 30, 2009</w:t>
      </w:r>
    </w:p>
    <w:p>
      <w:r>
        <w:t>https://youtu.be/WnsvBfxBpVQ</w:t>
      </w:r>
    </w:p>
    <w:p>
      <w:r>
        <w:rPr>
          <w:b/>
        </w:rPr>
        <w:t xml:space="preserve">[00:24] </w:t>
      </w:r>
      <w:r>
        <w:t>da topic for this evening is "return to paradise".</w:t>
      </w:r>
    </w:p>
    <w:p>
      <w:pPr>
        <w:jc w:val="right"/>
      </w:pPr>
      <w:r>
        <w:t>دا ٹاپک فار دس ایوننگ از "ریٹرن ٹو پیراڈائز"۔</w:t>
      </w:r>
    </w:p>
    <w:p>
      <w:r>
        <w:rPr>
          <w:b/>
        </w:rPr>
        <w:t xml:space="preserve">[00:37] </w:t>
      </w:r>
      <w:r>
        <w:t>this theme is derived from the Quran.</w:t>
      </w:r>
    </w:p>
    <w:p>
      <w:pPr>
        <w:jc w:val="right"/>
      </w:pPr>
      <w:r>
        <w:t>دس تھیم از ڈرائیوڈ فرام دی القرآن۔</w:t>
      </w:r>
    </w:p>
    <w:p>
      <w:r>
        <w:rPr>
          <w:b/>
        </w:rPr>
        <w:t xml:space="preserve">[00:46] </w:t>
      </w:r>
      <w:r>
        <w:t>according to my knowledge, Quran is the only authentic source to understand what is paradise and what were the details of paradise.</w:t>
      </w:r>
    </w:p>
    <w:p>
      <w:pPr>
        <w:jc w:val="right"/>
      </w:pPr>
      <w:r>
        <w:t>اکارڈنگ ٹو مائی نالج، قرآن از دا اونلی اتھینٹک سورس ٹو انڈرسٹینڈ واٹ از پیراڈائز اینڈ واٹ وار دا ڈیٹیلز اف پیراڈائز۔</w:t>
      </w:r>
    </w:p>
    <w:p>
      <w:r>
        <w:rPr>
          <w:b/>
        </w:rPr>
        <w:t xml:space="preserve">[01:06] </w:t>
      </w:r>
      <w:r>
        <w:t>if you visit internet and find out how many references are on the internet regarding paradise,</w:t>
      </w:r>
    </w:p>
    <w:p>
      <w:pPr>
        <w:jc w:val="right"/>
      </w:pPr>
      <w:r>
        <w:t>اف یو وزٹ انٹرنیٹ اینڈ فائنڈ آؤٹ ہاؤ مینی ریفرنسز ار ان دا انٹرنیٹ ریگارڈنگ پیراڈائز،</w:t>
      </w:r>
    </w:p>
    <w:p>
      <w:r>
        <w:rPr>
          <w:b/>
        </w:rPr>
        <w:t xml:space="preserve">[01:18] </w:t>
      </w:r>
      <w:r>
        <w:t>you will be given the answer that there are more than one billion references on the internet.</w:t>
      </w:r>
    </w:p>
    <w:p>
      <w:pPr>
        <w:jc w:val="right"/>
      </w:pPr>
      <w:r>
        <w:t>یو ویل بی گیون دا انسر دیٹ دیر ار مور دین ون بلین ریفرنسز ان دا انٹرنیٹ۔</w:t>
      </w:r>
    </w:p>
    <w:p>
      <w:r>
        <w:rPr>
          <w:b/>
        </w:rPr>
        <w:t xml:space="preserve">[01:28] </w:t>
      </w:r>
      <w:r>
        <w:t>this answer is only about the English language. if you include other languages, that the number will increase up to several billions.</w:t>
      </w:r>
    </w:p>
    <w:p>
      <w:pPr>
        <w:jc w:val="right"/>
      </w:pPr>
      <w:r>
        <w:t>دس انسر از اونلی اباؤٹ دا انگلش لینگویج۔ اف یو انکلوڈ ادر لینگویجز، دیٹ دا نمبر ول انکریز اپ ٹو سیورل بلینز۔</w:t>
      </w:r>
    </w:p>
    <w:p>
      <w:r>
        <w:rPr>
          <w:b/>
        </w:rPr>
        <w:t xml:space="preserve">[01:46] </w:t>
      </w:r>
      <w:r>
        <w:t>I have read many literature about paradise, but I found that other than Quran, there is no clear cut picture of the paradise or rationally understandable picture</w:t>
      </w:r>
    </w:p>
    <w:p>
      <w:pPr>
        <w:jc w:val="right"/>
      </w:pPr>
      <w:r>
        <w:t>ائی ہیو ریڈ مینی لٹریچر اباؤٹ پیراڈائز، بٹ ائی فاؤنڈ دیٹ ادر دین قرآن، دیر از نو کلیئر کٹ پکچر اف دی پیراڈائز اور ریشنلی انڈرسٹینڈیبل پکچر</w:t>
      </w:r>
    </w:p>
    <w:p>
      <w:r>
        <w:rPr>
          <w:b/>
        </w:rPr>
        <w:t xml:space="preserve">[02:13] </w:t>
      </w:r>
      <w:r>
        <w:t>only Quran gives you the details and all those things that we require this regard.</w:t>
      </w:r>
    </w:p>
    <w:p>
      <w:pPr>
        <w:jc w:val="right"/>
      </w:pPr>
      <w:r>
        <w:t>۔ اونلی قرآن گوز یو دا ڈیٹیلز اینڈ ال دوز تھنگز دیٹ وی ریکوائر دس ریگارڈ۔</w:t>
      </w:r>
    </w:p>
    <w:p>
      <w:r>
        <w:rPr>
          <w:b/>
        </w:rPr>
        <w:t xml:space="preserve">[02:23] </w:t>
      </w:r>
      <w:r>
        <w:t>for example, there is a well known book compiled by John Milton. John Milton was a great English poet</w:t>
      </w:r>
    </w:p>
    <w:p>
      <w:pPr>
        <w:jc w:val="right"/>
      </w:pPr>
      <w:r>
        <w:t>فار ایگزامپل، دیر از اے ویل نون بک کمپائلڈ بائی جان ملٹن۔ جان ملٹن واز ا گریٹ انگلش پوئٹ</w:t>
      </w:r>
    </w:p>
    <w:p>
      <w:r>
        <w:rPr>
          <w:b/>
        </w:rPr>
        <w:t xml:space="preserve">[02:43] </w:t>
      </w:r>
      <w:r>
        <w:t>he flourish in seventeen century. he has compiled two volume in this regard.</w:t>
      </w:r>
    </w:p>
    <w:p>
      <w:pPr>
        <w:jc w:val="right"/>
      </w:pPr>
      <w:r>
        <w:t>۔ ہی فلرش ان سیونٹین سینچری۔ ہی ہیز کمپائلڈ ٹو والیوم ان دس ریگارڈ۔</w:t>
      </w:r>
    </w:p>
    <w:p>
      <w:r>
        <w:rPr>
          <w:b/>
        </w:rPr>
        <w:t xml:space="preserve">[02:58] </w:t>
      </w:r>
      <w:r>
        <w:t>the title is "paradise lost" and the second title is "paradise regain".</w:t>
      </w:r>
    </w:p>
    <w:p>
      <w:pPr>
        <w:jc w:val="right"/>
      </w:pPr>
      <w:r>
        <w:t>دا ٹائٹل از "پارڈائز لاسٹ" اینڈ دا سیکنڈ ٹائٹل از "پارڈائز ریگین"۔</w:t>
      </w:r>
    </w:p>
    <w:p>
      <w:r>
        <w:rPr>
          <w:b/>
        </w:rPr>
        <w:t xml:space="preserve">[03:12] </w:t>
      </w:r>
      <w:r>
        <w:t>but in this books, you cannot find the details of the paradise. in this books, there are some fixed lies picture of paradise, but you cannot find real picture of paradise in this books.</w:t>
      </w:r>
    </w:p>
    <w:p>
      <w:pPr>
        <w:jc w:val="right"/>
      </w:pPr>
      <w:r>
        <w:t>بٹ ان دس بکس، یو کین ناٹ فائنڈ دا ڈیٹیلز اف دی پیراڈائز۔ ان دس بکس، دیر ار سم فکسڈ لائز پکچر اف پیراڈائز، بٹ یو کین ناٹ فائنڈ ریل پکچر اف پیراڈائز ان دس بکس۔</w:t>
      </w:r>
    </w:p>
    <w:p>
      <w:r>
        <w:rPr>
          <w:b/>
        </w:rPr>
        <w:t xml:space="preserve">[03:31] </w:t>
      </w:r>
      <w:r>
        <w:t>quran az a preserved book</w:t>
      </w:r>
    </w:p>
    <w:p>
      <w:pPr>
        <w:jc w:val="right"/>
      </w:pPr>
      <w:r>
        <w:t>قرآن از ا پریزرو بک</w:t>
      </w:r>
    </w:p>
    <w:p>
      <w:r>
        <w:rPr>
          <w:b/>
        </w:rPr>
        <w:t xml:space="preserve">[03:36] </w:t>
      </w:r>
      <w:r>
        <w:t>so what is stated in the quran, we can say that it is authentic statement.</w:t>
      </w:r>
    </w:p>
    <w:p>
      <w:pPr>
        <w:jc w:val="right"/>
      </w:pPr>
      <w:r>
        <w:t>۔ سو واٹ از اسٹیٹڈ ان دا قرآن، وی کین سے دیٹ اٹ از اتھینٹک سٹیٹمنٹ۔</w:t>
      </w:r>
    </w:p>
    <w:p>
      <w:r>
        <w:rPr>
          <w:b/>
        </w:rPr>
        <w:t xml:space="preserve">[03:47] </w:t>
      </w:r>
      <w:r>
        <w:t>in quran, we find the scheme of god. in quran, we find the creation plan of god. in quran, we find the creation of man and paradise, all these things.</w:t>
      </w:r>
    </w:p>
    <w:p>
      <w:pPr>
        <w:jc w:val="right"/>
      </w:pPr>
      <w:r>
        <w:t>ان قرآن، وی فائنڈ دا اسکیم اف گاڈ۔ ان قرآن، وی فائنڈ دا کریشن پلان اف گاڈ۔ ان قرآن، وی فائنڈ دا کریشن اف مین اینڈ پیراڈائز، ال دیز تھنگز۔</w:t>
      </w:r>
    </w:p>
    <w:p>
      <w:r>
        <w:rPr>
          <w:b/>
        </w:rPr>
        <w:t xml:space="preserve">[04:02] </w:t>
      </w:r>
      <w:r>
        <w:t>so according to my knowledge, quran is the only source of getting knowledge about paradise.</w:t>
      </w:r>
    </w:p>
    <w:p>
      <w:pPr>
        <w:jc w:val="right"/>
      </w:pPr>
      <w:r>
        <w:t>سو اکارڈنگ ٹو مائی نالج، قرآن از دا اونلی سورس اف گیٹنگ نالج اباؤٹ پیراڈائز۔</w:t>
      </w:r>
    </w:p>
    <w:p>
      <w:r>
        <w:rPr>
          <w:b/>
        </w:rPr>
        <w:t xml:space="preserve">[04:15] </w:t>
      </w:r>
      <w:r>
        <w:t>now, let us begin from the creation of man. according to the quran account, god created man,</w:t>
      </w:r>
    </w:p>
    <w:p>
      <w:pPr>
        <w:jc w:val="right"/>
      </w:pPr>
      <w:r>
        <w:t>ناو، لیٹ اس بگن فرام دی کریشن اف مین۔ اکارڈنگ ٹو دا قرآن اکاؤنٹ، گاڈ کریٹڈ مین،</w:t>
      </w:r>
    </w:p>
    <w:p>
      <w:r>
        <w:rPr>
          <w:b/>
        </w:rPr>
        <w:t xml:space="preserve">[04:34] </w:t>
      </w:r>
      <w:r>
        <w:t>then he created paradise. both were</w:t>
      </w:r>
    </w:p>
    <w:p>
      <w:pPr>
        <w:jc w:val="right"/>
      </w:pPr>
      <w:r>
        <w:t>دین ہی کریٹڈ پیراڈائز۔ بوتھ ویر</w:t>
      </w:r>
    </w:p>
    <w:p>
      <w:r>
        <w:rPr>
          <w:b/>
        </w:rPr>
        <w:t xml:space="preserve">[04:44] </w:t>
      </w:r>
      <w:r>
        <w:t>complementary to each other.</w:t>
      </w:r>
    </w:p>
    <w:p>
      <w:pPr>
        <w:jc w:val="right"/>
      </w:pPr>
      <w:r>
        <w:t>کمپلیمنٹری ٹو ایچ ادر۔</w:t>
      </w:r>
    </w:p>
    <w:p>
      <w:r>
        <w:rPr>
          <w:b/>
        </w:rPr>
        <w:t xml:space="preserve">[04:49] </w:t>
      </w:r>
      <w:r>
        <w:t>man was created with so many wishes, so many ambitions, and god created paradise where all these wishes can be fulfilled.</w:t>
      </w:r>
    </w:p>
    <w:p>
      <w:pPr>
        <w:jc w:val="right"/>
      </w:pPr>
      <w:r>
        <w:t>مین واز کریٹڈ ود سو مینی وشز، سو مینی ایمبیشنز، اینڈ گاڈ کریٹڈ پیراڈائز ویر ال دیز وشز کین بی فل فلڈ۔</w:t>
      </w:r>
    </w:p>
    <w:p>
      <w:r>
        <w:rPr>
          <w:b/>
        </w:rPr>
        <w:t xml:space="preserve">[05:05] </w:t>
      </w:r>
      <w:r>
        <w:t>so without man, paradise has no meaning, and without paradise, man has no meaning.</w:t>
      </w:r>
    </w:p>
    <w:p>
      <w:pPr>
        <w:jc w:val="right"/>
      </w:pPr>
      <w:r>
        <w:t>سو وداؤٹ مین، پیراڈائز ہیز نو میننگ، اینڈ وداؤٹ پیراڈائز، مین ہیز نو میننگ۔</w:t>
      </w:r>
    </w:p>
    <w:p>
      <w:r>
        <w:rPr>
          <w:b/>
        </w:rPr>
        <w:t xml:space="preserve">[05:20] </w:t>
      </w:r>
      <w:r>
        <w:t>both are complementary to each other.</w:t>
      </w:r>
    </w:p>
    <w:p>
      <w:pPr>
        <w:jc w:val="right"/>
      </w:pPr>
      <w:r>
        <w:t>بوتھ ار کمپلیمنٹری ٹو ایچ ادر۔</w:t>
      </w:r>
    </w:p>
    <w:p>
      <w:r>
        <w:rPr>
          <w:b/>
        </w:rPr>
        <w:t xml:space="preserve">[05:25] </w:t>
      </w:r>
      <w:r>
        <w:t>then when god created man, he settled him in the paradise where everything was present.</w:t>
      </w:r>
    </w:p>
    <w:p>
      <w:pPr>
        <w:jc w:val="right"/>
      </w:pPr>
      <w:r>
        <w:t>دین وین گاڈ کریٹڈ مین، ہی سیٹل ہم ان دی پیراڈائز ویر ایوری تھنگ واز پریزنٹ۔</w:t>
      </w:r>
    </w:p>
    <w:p>
      <w:r>
        <w:rPr>
          <w:b/>
        </w:rPr>
        <w:t xml:space="preserve">[05:42] </w:t>
      </w:r>
      <w:r>
        <w:t>all those things that is required by man was present over there.</w:t>
      </w:r>
    </w:p>
    <w:p>
      <w:pPr>
        <w:jc w:val="right"/>
      </w:pPr>
      <w:r>
        <w:t>ال دوز تھنگز دیٹ از ریکوائرڈ بائی مین واز پریزنٹ اوور دیر۔</w:t>
      </w:r>
    </w:p>
    <w:p>
      <w:r>
        <w:rPr>
          <w:b/>
        </w:rPr>
        <w:t xml:space="preserve">[05:48] </w:t>
      </w:r>
      <w:r>
        <w:t>god said that you are free to enjoy all these things. there is no restriction, but there was an exception.</w:t>
      </w:r>
    </w:p>
    <w:p>
      <w:pPr>
        <w:jc w:val="right"/>
      </w:pPr>
      <w:r>
        <w:t>گاڈ سیڈ دیٹ یو ار فری ٹو انجوائے ال دیز تھنگز۔ دیر از نو ریسٹرکشن، بٹ دیر واز این ایکسیپشن۔</w:t>
      </w:r>
    </w:p>
    <w:p>
      <w:r>
        <w:rPr>
          <w:b/>
        </w:rPr>
        <w:t xml:space="preserve">[06:05] </w:t>
      </w:r>
      <w:r>
        <w:t>god said in the paradise, there is a forbidden tree, shajar mamnu'a.</w:t>
      </w:r>
    </w:p>
    <w:p>
      <w:pPr>
        <w:jc w:val="right"/>
      </w:pPr>
      <w:r>
        <w:t>گاڈ سیڈ ان دا پیراڈائز، دیر از اے فوربیڈن ٹری، شجر ممنوعہ۔</w:t>
      </w:r>
    </w:p>
    <w:p>
      <w:r>
        <w:rPr>
          <w:b/>
        </w:rPr>
        <w:t xml:space="preserve">[06:16] </w:t>
      </w:r>
      <w:r>
        <w:t>so man was told that don't approach this tree.</w:t>
      </w:r>
    </w:p>
    <w:p>
      <w:pPr>
        <w:jc w:val="right"/>
      </w:pPr>
      <w:r>
        <w:t>سو مین واز ٹولڈ دیٹ ڈونٹ اپروچ دس ٹری۔</w:t>
      </w:r>
    </w:p>
    <w:p>
      <w:r>
        <w:rPr>
          <w:b/>
        </w:rPr>
        <w:t xml:space="preserve">[06:24] </w:t>
      </w:r>
      <w:r>
        <w:t>this was the only restriction.</w:t>
      </w:r>
    </w:p>
    <w:p>
      <w:pPr>
        <w:jc w:val="right"/>
      </w:pPr>
      <w:r>
        <w:t>دس واز دا اونلی ریسٹرکشن۔</w:t>
      </w:r>
    </w:p>
    <w:p>
      <w:r>
        <w:rPr>
          <w:b/>
        </w:rPr>
        <w:t xml:space="preserve">[06:30] </w:t>
      </w:r>
      <w:r>
        <w:t>man that is adam, adam was the representative of all mankind. adam was not only first man, he was representative of all mankind.</w:t>
      </w:r>
    </w:p>
    <w:p>
      <w:pPr>
        <w:jc w:val="right"/>
      </w:pPr>
      <w:r>
        <w:t>مین دیٹ از ادم، ادم واز دا ریپریزنٹیٹیو اف ال مین کائنڈ۔ ادم واز ناٹ اونلی فرسٹ مین، ہی واز ریپریزنٹیٹیو اف ال مین کائنڈ۔</w:t>
      </w:r>
    </w:p>
    <w:p>
      <w:r>
        <w:rPr>
          <w:b/>
        </w:rPr>
        <w:t xml:space="preserve">[06:46] </w:t>
      </w:r>
      <w:r>
        <w:t>so adam or the first man failed to follow this instruction.</w:t>
      </w:r>
    </w:p>
    <w:p>
      <w:pPr>
        <w:jc w:val="right"/>
      </w:pPr>
      <w:r>
        <w:t>سو ادم اور دا فرسٹ مین فیل ٹو فالو دس انسٹرکشن۔</w:t>
      </w:r>
    </w:p>
    <w:p>
      <w:r>
        <w:rPr>
          <w:b/>
        </w:rPr>
        <w:t xml:space="preserve">[06:57] </w:t>
      </w:r>
      <w:r>
        <w:t>he ate the fruit of that forbidden tree,</w:t>
      </w:r>
    </w:p>
    <w:p>
      <w:pPr>
        <w:jc w:val="right"/>
      </w:pPr>
      <w:r>
        <w:t>ہی ایٹ دا فروٹ اف داٹ فوربیڈن ٹری،</w:t>
      </w:r>
    </w:p>
    <w:p>
      <w:r>
        <w:rPr>
          <w:b/>
        </w:rPr>
        <w:t xml:space="preserve">[07:04] </w:t>
      </w:r>
      <w:r>
        <w:t>and then he was expelled from paradise, and then he was settled in this planet earth.</w:t>
      </w:r>
    </w:p>
    <w:p>
      <w:pPr>
        <w:jc w:val="right"/>
      </w:pPr>
      <w:r>
        <w:t>اینڈ دین ہی واز ایکسپیلڈ فرام پیراڈائز، اینڈ دین ہی واز سیٹل ان دس پلینٹ ارتھ۔</w:t>
      </w:r>
    </w:p>
    <w:p>
      <w:r>
        <w:rPr>
          <w:b/>
        </w:rPr>
        <w:t xml:space="preserve">[07:15] </w:t>
      </w:r>
      <w:r>
        <w:t>this is the gist of the story. now, god said that previously paradise were given to you as blessing,</w:t>
      </w:r>
    </w:p>
    <w:p>
      <w:pPr>
        <w:jc w:val="right"/>
      </w:pPr>
      <w:r>
        <w:t>دس از دا جسٹ اف دا سٹوری۔ ناو، گاڈ سیڈ دیٹ پریویسلی پیراڈائز ویر گیون ٹو یو ایز بلیسنگ،</w:t>
      </w:r>
    </w:p>
    <w:p>
      <w:r>
        <w:rPr>
          <w:b/>
        </w:rPr>
        <w:t xml:space="preserve">[07:31] </w:t>
      </w:r>
      <w:r>
        <w:t>as a general blessing, but now paradise will be given on merit basis.</w:t>
      </w:r>
    </w:p>
    <w:p>
      <w:pPr>
        <w:jc w:val="right"/>
      </w:pPr>
      <w:r>
        <w:t>ایز ا جنرل بلیسنگ، بٹ ناو پیراڈائز ول بی گیون ان میرٹ بیسس۔</w:t>
      </w:r>
    </w:p>
    <w:p>
      <w:r>
        <w:rPr>
          <w:b/>
        </w:rPr>
        <w:t xml:space="preserve">[07:42] </w:t>
      </w:r>
      <w:r>
        <w:t>you are here on the trial</w:t>
      </w:r>
    </w:p>
    <w:p>
      <w:pPr>
        <w:jc w:val="right"/>
      </w:pPr>
      <w:r>
        <w:t>یو ار ہیر ان دا ٹرائل</w:t>
      </w:r>
    </w:p>
    <w:p>
      <w:r>
        <w:rPr>
          <w:b/>
        </w:rPr>
        <w:t xml:space="preserve">[07:47] </w:t>
      </w:r>
      <w:r>
        <w:t>this world is a testing ground for you, and those who stand the test, they will find re-entry into the paradise.</w:t>
      </w:r>
    </w:p>
    <w:p>
      <w:pPr>
        <w:jc w:val="right"/>
      </w:pPr>
      <w:r>
        <w:t>۔ دس ورلڈ از ا ٹیسٹنگ گراؤنڈ فار یو، اینڈ دوز ہو سٹینڈ دا ٹیسٹ، دے ول فائنڈ ری انٹری انٹو دا پیراڈائز۔</w:t>
      </w:r>
    </w:p>
    <w:p>
      <w:r>
        <w:rPr>
          <w:b/>
        </w:rPr>
        <w:t xml:space="preserve">[08:03] </w:t>
      </w:r>
      <w:r>
        <w:t>so it is this scheme of god, this creation plan of god, that we are here in this planet earth.</w:t>
      </w:r>
    </w:p>
    <w:p>
      <w:pPr>
        <w:jc w:val="right"/>
      </w:pPr>
      <w:r>
        <w:t>سو اٹ از دس اسکیم اف گاڈ، دس کریشن پلان اف گاڈ، دیٹ وی ار ہیر ان دس پلینٹ ارتھ۔</w:t>
      </w:r>
    </w:p>
    <w:p>
      <w:r>
        <w:rPr>
          <w:b/>
        </w:rPr>
        <w:t xml:space="preserve">[08:13] </w:t>
      </w:r>
      <w:r>
        <w:t>deen you know, a very common phenomenon wide spread every where in the world, that is tension.</w:t>
      </w:r>
    </w:p>
    <w:p>
      <w:pPr>
        <w:jc w:val="right"/>
      </w:pPr>
      <w:r>
        <w:t>دین یو نو، ا ویری کامن فیناومینا وائیڈ سپریڈ ایوری ویر ان دا ورلڈ، دیٹ از ٹینشن۔</w:t>
      </w:r>
    </w:p>
    <w:p>
      <w:r>
        <w:rPr>
          <w:b/>
        </w:rPr>
        <w:t xml:space="preserve">[08:26] </w:t>
      </w:r>
      <w:r>
        <w:t>every man and woman are living in tension, in stress. there is a flourish business of distressing, but in vain</w:t>
      </w:r>
    </w:p>
    <w:p>
      <w:pPr>
        <w:jc w:val="right"/>
      </w:pPr>
      <w:r>
        <w:t>ایوری مین اینڈ وومن ار لیونگ ان ٹینشن، ان سٹریس۔ دیر از ا فلرش بزنس اف ڈی سٹریسنگ، بٹ ان وین</w:t>
      </w:r>
    </w:p>
    <w:p>
      <w:r>
        <w:rPr>
          <w:b/>
        </w:rPr>
        <w:t xml:space="preserve">[08:40] </w:t>
      </w:r>
      <w:r>
        <w:t>? no one you can find in this planet free of tension. why? tension is tension is very very crucial for man.</w:t>
      </w:r>
    </w:p>
    <w:p>
      <w:pPr>
        <w:jc w:val="right"/>
      </w:pPr>
      <w:r>
        <w:t>؟ نو ون یو کین فائنڈ ان دس پلینٹ فری اف ٹینشن۔ وائی؟ ٹینشن از ٹینشن از ویری ویری کروشل فار مین۔</w:t>
      </w:r>
    </w:p>
    <w:p>
      <w:r>
        <w:rPr>
          <w:b/>
        </w:rPr>
        <w:t xml:space="preserve">[08:59] </w:t>
      </w:r>
      <w:r>
        <w:t>as i said earlier, man was setle in paradise. so paradise is homeland.</w:t>
      </w:r>
    </w:p>
    <w:p>
      <w:pPr>
        <w:jc w:val="right"/>
      </w:pPr>
      <w:r>
        <w:t>ایز ائی سیڈ ارلیئر، مین واز سیٹل ان پیراڈائز۔ سو پیراڈائز از ہوم لینڈ۔</w:t>
      </w:r>
    </w:p>
    <w:p>
      <w:r>
        <w:rPr>
          <w:b/>
        </w:rPr>
        <w:t xml:space="preserve">[09:10] </w:t>
      </w:r>
      <w:r>
        <w:t>paradise is homeland for man kind, and here in this planet, we are living as diaspora.</w:t>
      </w:r>
    </w:p>
    <w:p>
      <w:pPr>
        <w:jc w:val="right"/>
      </w:pPr>
      <w:r>
        <w:t>پیراڈائز از ہوم لینڈ فار مین کائنڈ، اینڈ ہیر ان دس پلینٹ، وی ار لیونگ ایز ڈائسپورا۔</w:t>
      </w:r>
    </w:p>
    <w:p>
      <w:r>
        <w:rPr>
          <w:b/>
        </w:rPr>
        <w:t xml:space="preserve">[09:23] </w:t>
      </w:r>
      <w:r>
        <w:t>in this land, in this planet, we are living as diaspora. so every one is home sick.</w:t>
      </w:r>
    </w:p>
    <w:p>
      <w:pPr>
        <w:jc w:val="right"/>
      </w:pPr>
      <w:r>
        <w:t>ان دس لینڈ، ان دس پلینٹ، وی ار لیونگ ایز ڈائسپورا۔ سو ایوری ون از ہوم سک۔</w:t>
      </w:r>
    </w:p>
    <w:p>
      <w:r>
        <w:rPr>
          <w:b/>
        </w:rPr>
        <w:t xml:space="preserve">[09:35] </w:t>
      </w:r>
      <w:r>
        <w:t>we are deprived of our home, so we are home sick.</w:t>
      </w:r>
    </w:p>
    <w:p>
      <w:pPr>
        <w:jc w:val="right"/>
      </w:pPr>
      <w:r>
        <w:t>وی ار ڈیپرائڈ اف اور ہوم، سو وی ار ہوم سک۔</w:t>
      </w:r>
    </w:p>
    <w:p>
      <w:r>
        <w:rPr>
          <w:b/>
        </w:rPr>
        <w:t xml:space="preserve">[09:41] </w:t>
      </w:r>
      <w:r>
        <w:t>it is this home sickness that creates tension.</w:t>
      </w:r>
    </w:p>
    <w:p>
      <w:pPr>
        <w:jc w:val="right"/>
      </w:pPr>
      <w:r>
        <w:t>اٹ از دس ہوم سکنس دیٹ کریٹس ٹینشن۔</w:t>
      </w:r>
    </w:p>
    <w:p>
      <w:r>
        <w:rPr>
          <w:b/>
        </w:rPr>
        <w:t xml:space="preserve">[09:50] </w:t>
      </w:r>
      <w:r>
        <w:t>this is the explanation of of all those tensions in which all people are living. so we are here as diaspora.</w:t>
      </w:r>
    </w:p>
    <w:p>
      <w:pPr>
        <w:jc w:val="right"/>
      </w:pPr>
      <w:r>
        <w:t>دس از دا ایکسپلینیشن اف اف ال دوز ٹینشنز ان وچ ال پیپل ار لیونگ۔ سو وی ار ہیر ایز ڈائسپورا۔</w:t>
      </w:r>
    </w:p>
    <w:p>
      <w:r>
        <w:rPr>
          <w:b/>
        </w:rPr>
        <w:t xml:space="preserve">[10:04] </w:t>
      </w:r>
      <w:r>
        <w:t>so every one of us feels home sk</w:t>
      </w:r>
    </w:p>
    <w:p>
      <w:pPr>
        <w:jc w:val="right"/>
      </w:pPr>
      <w:r>
        <w:t>سو ایوری ون اف اس فیلز ہوم سکن</w:t>
      </w:r>
    </w:p>
    <w:p>
      <w:r>
        <w:rPr>
          <w:b/>
        </w:rPr>
        <w:t xml:space="preserve">[10:10] </w:t>
      </w:r>
      <w:r>
        <w:t>s. every one is home sick. so what is the solution? the solution lies in awareness.</w:t>
      </w:r>
    </w:p>
    <w:p>
      <w:pPr>
        <w:jc w:val="right"/>
      </w:pPr>
      <w:r>
        <w:t>س۔ ایوری ون از ہوم سک۔ سو واٹ از دا سولیوشن؟ دا سولیوشن لائز ان اویئرنس۔</w:t>
      </w:r>
    </w:p>
    <w:p>
      <w:r>
        <w:rPr>
          <w:b/>
        </w:rPr>
        <w:t xml:space="preserve">[10:22] </w:t>
      </w:r>
      <w:r>
        <w:t>if you know that you are here for a temporary period, and finally you will find again re entry in the in your home land, that is paradise.</w:t>
      </w:r>
    </w:p>
    <w:p>
      <w:pPr>
        <w:jc w:val="right"/>
      </w:pPr>
      <w:r>
        <w:t>اف یو نو دیٹ یو ار ہیر فار ا ٹیمپریری پیریڈ، اینڈ فائنلی یو ول فائنڈ اگین ری انٹری ان دا ان یور ہوم لینڈ، دیٹ از پیراڈائز۔</w:t>
      </w:r>
    </w:p>
    <w:p>
      <w:r>
        <w:rPr>
          <w:b/>
        </w:rPr>
        <w:t xml:space="preserve">[10:38] </w:t>
      </w:r>
      <w:r>
        <w:t>then you can be tension free.</w:t>
      </w:r>
    </w:p>
    <w:p>
      <w:pPr>
        <w:jc w:val="right"/>
      </w:pPr>
      <w:r>
        <w:t>دین یو کین بی ٹینشن فری۔</w:t>
      </w:r>
    </w:p>
    <w:p>
      <w:r>
        <w:rPr>
          <w:b/>
        </w:rPr>
        <w:t xml:space="preserve">[10:43] </w:t>
      </w:r>
      <w:r>
        <w:t>to state this point, i will give an example.</w:t>
      </w:r>
    </w:p>
    <w:p>
      <w:pPr>
        <w:jc w:val="right"/>
      </w:pPr>
      <w:r>
        <w:t>ٹو اسٹیٹ دس پوائنٹ، ائی ویل گیو این ایگزامپل۔</w:t>
      </w:r>
    </w:p>
    <w:p>
      <w:r>
        <w:rPr>
          <w:b/>
        </w:rPr>
        <w:t xml:space="preserve">[10:49] </w:t>
      </w:r>
      <w:r>
        <w:t>when a person is travelling by train, there rush in the train, there is no comfort in the train, there are many problems, noise and other problems, but he is quite quite peaceful.</w:t>
      </w:r>
    </w:p>
    <w:p>
      <w:pPr>
        <w:jc w:val="right"/>
      </w:pPr>
      <w:r>
        <w:t>وین ا پرسن از ٹریولنگ بائی ٹرین، دیر رش ان دا ٹرین، دیر از نو کمفرٹ ان دا ٹرین، دیر ار مینی پرابلمز، نوائز اینڈ ادر پرابلمز، بٹ ہی از کوائٹ کوائٹ پیس فل۔</w:t>
      </w:r>
    </w:p>
    <w:p>
      <w:r>
        <w:rPr>
          <w:b/>
        </w:rPr>
        <w:t xml:space="preserve">[11:11] </w:t>
      </w:r>
      <w:r>
        <w:t>why?</w:t>
      </w:r>
    </w:p>
    <w:p>
      <w:pPr>
        <w:jc w:val="right"/>
      </w:pPr>
      <w:r>
        <w:t>وائی؟</w:t>
      </w:r>
    </w:p>
    <w:p>
      <w:r>
        <w:rPr>
          <w:b/>
        </w:rPr>
        <w:t xml:space="preserve">[11:12] </w:t>
      </w:r>
      <w:r>
        <w:t>because he knows that after some hours, he will reach to his destination, to his home, to his family.</w:t>
      </w:r>
    </w:p>
    <w:p>
      <w:pPr>
        <w:jc w:val="right"/>
      </w:pPr>
      <w:r>
        <w:t>بیکاز ہی نوز دیٹ افٹر سم اورز، ہی ول ریچ ٹو ہز ڈیسٹینیشن، ٹو ہز ہوم، ٹو ہز فیملی۔</w:t>
      </w:r>
    </w:p>
    <w:p>
      <w:r>
        <w:rPr>
          <w:b/>
        </w:rPr>
        <w:t xml:space="preserve">[11:22] </w:t>
      </w:r>
      <w:r>
        <w:t>very soon he will join his family. so he feels that this period, when i am in this train, is a temporary period, is not permanent.</w:t>
      </w:r>
    </w:p>
    <w:p>
      <w:pPr>
        <w:jc w:val="right"/>
      </w:pPr>
      <w:r>
        <w:t>ویری سون ہی ول جوائن ہز فیملی۔ سو ہی فیلز دیٹ دس پیریڈ، وین ائی ایم ان دس ٹرین، از ا ٹیمپریری پیریڈ، از ناٹ پرماننٹ۔</w:t>
      </w:r>
    </w:p>
    <w:p>
      <w:r>
        <w:rPr>
          <w:b/>
        </w:rPr>
        <w:t xml:space="preserve">[11:38] </w:t>
      </w:r>
      <w:r>
        <w:t>so this is the solution of the present tension.</w:t>
      </w:r>
    </w:p>
    <w:p>
      <w:pPr>
        <w:jc w:val="right"/>
      </w:pPr>
      <w:r>
        <w:t>سو دس از دا سولیوشن اف دا پریزنٹ ٹینشن۔</w:t>
      </w:r>
    </w:p>
    <w:p>
      <w:r>
        <w:rPr>
          <w:b/>
        </w:rPr>
        <w:t xml:space="preserve">[11:44] </w:t>
      </w:r>
      <w:r>
        <w:t>we have to make people aware of this fact that you are here as a musafir, as a traveller. you are here in diaspora for the temporary period,</w:t>
      </w:r>
    </w:p>
    <w:p>
      <w:pPr>
        <w:jc w:val="right"/>
      </w:pPr>
      <w:r>
        <w:t>وی ہیو ٹو میک پیپل اویئر اف دس فیکٹ دیٹ یو ار ہیر ایز ا مسافر، ایز ا ٹریولر۔ یو ار ہیر ان ڈائسپورا فار دا ٹیمپریری پیریڈ،</w:t>
      </w:r>
    </w:p>
    <w:p>
      <w:r>
        <w:rPr>
          <w:b/>
        </w:rPr>
        <w:t xml:space="preserve">[12:00] </w:t>
      </w:r>
      <w:r>
        <w:t>and soon you will find re entry in your home land, that is paradise. then all those tension will wipe out</w:t>
      </w:r>
    </w:p>
    <w:p>
      <w:pPr>
        <w:jc w:val="right"/>
      </w:pPr>
      <w:r>
        <w:t>اینڈ سون یو ول فائنڈ ری انٹری ان یور ہوم لینڈ، دیٹ از پیراڈائز۔ دین ال دوز ٹینشن ول وائپ اؤٹ</w:t>
      </w:r>
    </w:p>
    <w:p>
      <w:r>
        <w:rPr>
          <w:b/>
        </w:rPr>
        <w:t xml:space="preserve">[12:13] </w:t>
      </w:r>
      <w:r>
        <w:t>. you be able to live tension free in this planet. this is the only solution of all these tensions and stress.</w:t>
      </w:r>
    </w:p>
    <w:p>
      <w:pPr>
        <w:jc w:val="right"/>
      </w:pPr>
      <w:r>
        <w:t>۔ یو بی ایبل ٹو لیو ٹینشن فری ان دس پلینٹ۔ دس از دا اونلی سولیوشن اف ال دیز ٹینشنز اینڈ سٹریس۔</w:t>
      </w:r>
    </w:p>
    <w:p>
      <w:r>
        <w:rPr>
          <w:b/>
        </w:rPr>
        <w:t xml:space="preserve">[12:25] </w:t>
      </w:r>
      <w:r>
        <w:t>now,</w:t>
      </w:r>
    </w:p>
    <w:p>
      <w:pPr>
        <w:jc w:val="right"/>
      </w:pPr>
      <w:r>
        <w:t>ناو،</w:t>
      </w:r>
    </w:p>
    <w:p>
      <w:r>
        <w:rPr>
          <w:b/>
        </w:rPr>
        <w:t xml:space="preserve">[12:29] </w:t>
      </w:r>
      <w:r>
        <w:t>what is paradise? there are many details of paradise.</w:t>
      </w:r>
    </w:p>
    <w:p>
      <w:pPr>
        <w:jc w:val="right"/>
      </w:pPr>
      <w:r>
        <w:t>واٹ از پیراڈائز؟ دیر ار مینی ڈیٹیلز اف پیراڈائز۔</w:t>
      </w:r>
    </w:p>
    <w:p>
      <w:r>
        <w:rPr>
          <w:b/>
        </w:rPr>
        <w:t xml:space="preserve">[12:39] </w:t>
      </w:r>
      <w:r>
        <w:t>you know, paradise is a very universal concept. in almost in every country, in every community, in every society, you can find the concept of paradise.</w:t>
      </w:r>
    </w:p>
    <w:p>
      <w:pPr>
        <w:jc w:val="right"/>
      </w:pPr>
      <w:r>
        <w:t>یو نو، پیراڈائز از ا ویری یونیورسل کانسیپٹ۔ ان الموسٹ ان ایوری کنٹری، ان ایوری کمیونٹی، ان ایوری سوسائٹی، یو کین فائنڈ دا کانسیپٹ اف پیراڈائز۔</w:t>
      </w:r>
    </w:p>
    <w:p>
      <w:r>
        <w:rPr>
          <w:b/>
        </w:rPr>
        <w:t xml:space="preserve">[12:54] </w:t>
      </w:r>
      <w:r>
        <w:t>for example, in greek language, there was a word "paradise" for paradise.</w:t>
      </w:r>
    </w:p>
    <w:p>
      <w:pPr>
        <w:jc w:val="right"/>
      </w:pPr>
      <w:r>
        <w:t>فار ایگزامپل، ان گریک لینگویج، دیر واز ا ورڈ "پارا ڈیسوس" فار پیراڈائز۔</w:t>
      </w:r>
    </w:p>
    <w:p>
      <w:r>
        <w:rPr>
          <w:b/>
        </w:rPr>
        <w:t xml:space="preserve">[13:07] </w:t>
      </w:r>
      <w:r>
        <w:t>then in latin, it was "paradisus". paradisus, sus. in english language, you know, there are different words like "paradise" and "heaven".</w:t>
      </w:r>
    </w:p>
    <w:p>
      <w:pPr>
        <w:jc w:val="right"/>
      </w:pPr>
      <w:r>
        <w:t>دین ان لیٹن، اٹ واز "پارا ڈیسس"۔ پیراڈیسس، ایس یو ایس۔ ان انگلش لینگویج، یو نو، دیر ار ڈفرنٹ ورڈز لائک "پارڈائز" اینڈ "ہیون"۔</w:t>
      </w:r>
    </w:p>
    <w:p>
      <w:r>
        <w:rPr>
          <w:b/>
        </w:rPr>
        <w:t xml:space="preserve">[13:27] </w:t>
      </w:r>
      <w:r>
        <w:t>in arabic language, there are "al-firdous" and "al-jannah". in persian, there are "khuld" and "bahisht"</w:t>
      </w:r>
    </w:p>
    <w:p>
      <w:pPr>
        <w:jc w:val="right"/>
      </w:pPr>
      <w:r>
        <w:t>ان عربک لینگویج، دیر ار "الفردوس" اینڈ "الجنا"۔ ان پرشین، دیر ار "خل" اینڈ "بہشت"</w:t>
      </w:r>
    </w:p>
    <w:p>
      <w:r>
        <w:rPr>
          <w:b/>
        </w:rPr>
        <w:t xml:space="preserve">[13:37] </w:t>
      </w:r>
      <w:r>
        <w:t>. in hindi, there is "baikunth". so in every language, you can find equivalent of paradise.</w:t>
      </w:r>
    </w:p>
    <w:p>
      <w:pPr>
        <w:jc w:val="right"/>
      </w:pPr>
      <w:r>
        <w:t>۔ ان ہندی، دیر از "بیکونٹر"۔ سو ان ایوری لینگویج، یو کین فائنڈ ایکولنٹ اف پیراڈائز۔</w:t>
      </w:r>
    </w:p>
    <w:p>
      <w:r>
        <w:rPr>
          <w:b/>
        </w:rPr>
        <w:t xml:space="preserve">[13:49] </w:t>
      </w:r>
      <w:r>
        <w:t>it means that the concept of paradise is very universal, very common. it is inherent in your nature.</w:t>
      </w:r>
    </w:p>
    <w:p>
      <w:pPr>
        <w:jc w:val="right"/>
      </w:pPr>
      <w:r>
        <w:t>اٹ مینز دیٹ دا کانسیپٹ اف پیراڈائز از ویری یونیورسل، ویری کامن۔ اٹ از انہیرنٹ ان یور نیچر۔</w:t>
      </w:r>
    </w:p>
    <w:p>
      <w:r>
        <w:rPr>
          <w:b/>
        </w:rPr>
        <w:t xml:space="preserve">[14:03] </w:t>
      </w:r>
      <w:r>
        <w:t>so but the details you can find in the quran. according to quran, paradise is free of all kind of fear, all kind of atrocities, all kind of pain</w:t>
      </w:r>
    </w:p>
    <w:p>
      <w:pPr>
        <w:jc w:val="right"/>
      </w:pPr>
      <w:r>
        <w:t>سو بٹ دا ڈیٹیلز یو کین فائنڈ ان دا قرآن۔ اکارڈنگ ٹو قرآن، پیراڈائز از فری اف ال کائنڈ اف فیئر، ال کائنڈ اف اٹروسیٹیز، ال کائنڈ اف پین</w:t>
      </w:r>
    </w:p>
    <w:p>
      <w:r>
        <w:rPr>
          <w:b/>
        </w:rPr>
        <w:t xml:space="preserve">[14:22] </w:t>
      </w:r>
      <w:r>
        <w:t>. la khawfun alayhim wa la hum yahzanun. then in paradise, there are all kind of comfort and luxury.</w:t>
      </w:r>
    </w:p>
    <w:p>
      <w:pPr>
        <w:jc w:val="right"/>
      </w:pPr>
      <w:r>
        <w:t>۔ لا خوف علیہم ولاہم یحزنون۔ دین ان پیراڈائز، دیر ار ال کائنڈ اف کمفرٹ اینڈ لگزری۔</w:t>
      </w:r>
    </w:p>
    <w:p>
      <w:r>
        <w:rPr>
          <w:b/>
        </w:rPr>
        <w:t xml:space="preserve">[14:36] </w:t>
      </w:r>
      <w:r>
        <w:t>wa kum fiha ma tastahiroon. everything there to desire will be provide over there.</w:t>
      </w:r>
    </w:p>
    <w:p>
      <w:pPr>
        <w:jc w:val="right"/>
      </w:pPr>
      <w:r>
        <w:t>وکم فیہا ما تستحیرفسکم۔ ایوری تھنگ دیر ٹو ڈیزائر ول بی پرووائیڈ اوور دیر۔</w:t>
      </w:r>
    </w:p>
    <w:p>
      <w:r>
        <w:rPr>
          <w:b/>
        </w:rPr>
        <w:t xml:space="preserve">[14:50] </w:t>
      </w:r>
      <w:r>
        <w:t>so paradise is that place where you will find fulfillment, complete fulfillment. you know, in this world, we have so many desires, but no one was able to achieve fulfillment.</w:t>
      </w:r>
    </w:p>
    <w:p>
      <w:pPr>
        <w:jc w:val="right"/>
      </w:pPr>
      <w:r>
        <w:t>سو پیراڈائز از دیٹ پلیس ویر یو ول فائنڈ فلفلمنٹ، کمپلیٹ فلفلمنٹ۔ یو نو، ان دس ورلڈ، وی ہیو سو مینی ڈیزائر، بٹ نو ون واز ایبل ٹو اچیو فلفلمنٹ۔</w:t>
      </w:r>
    </w:p>
    <w:p>
      <w:r>
        <w:rPr>
          <w:b/>
        </w:rPr>
        <w:t xml:space="preserve">[15:08] </w:t>
      </w:r>
      <w:r>
        <w:t>no, neither poor people, nor wealthy people, nor powerless people, nor powerful people, nor king.</w:t>
      </w:r>
    </w:p>
    <w:p>
      <w:pPr>
        <w:jc w:val="right"/>
      </w:pPr>
      <w:r>
        <w:t>نو، نیدر پور پیپل، نا ویلدی پیپل، نیدر پاورلیس پیپل، نا ان پاور فل پیپل، نیدر کنگ۔</w:t>
      </w:r>
    </w:p>
    <w:p>
      <w:r>
        <w:rPr>
          <w:b/>
        </w:rPr>
        <w:t xml:space="preserve">[15:20] </w:t>
      </w:r>
      <w:r>
        <w:t>so we are full of desires, but there is no fulfillment of these desires.</w:t>
      </w:r>
    </w:p>
    <w:p>
      <w:pPr>
        <w:jc w:val="right"/>
      </w:pPr>
      <w:r>
        <w:t>سو وی ار فل اف ڈیزائرز، بٹ دیر از نو فلفلمنٹ اف دیز ڈیزائرز۔</w:t>
      </w:r>
    </w:p>
    <w:p>
      <w:r>
        <w:rPr>
          <w:b/>
        </w:rPr>
        <w:t xml:space="preserve">[15:32] </w:t>
      </w:r>
      <w:r>
        <w:t>some atheist people say that paradise nothing</w:t>
      </w:r>
    </w:p>
    <w:p>
      <w:pPr>
        <w:jc w:val="right"/>
      </w:pPr>
      <w:r>
        <w:t>سم اتھیسٹ پیپل سے دیٹ پیراڈائز نتھنگ</w:t>
      </w:r>
    </w:p>
    <w:p>
      <w:r>
        <w:rPr>
          <w:b/>
        </w:rPr>
        <w:t xml:space="preserve">[15:38] </w:t>
      </w:r>
      <w:r>
        <w:t>. it is</w:t>
      </w:r>
    </w:p>
    <w:p>
      <w:pPr>
        <w:jc w:val="right"/>
      </w:pPr>
      <w:r>
        <w:t>۔ اٹ از</w:t>
      </w:r>
    </w:p>
    <w:p>
      <w:r>
        <w:rPr>
          <w:b/>
        </w:rPr>
        <w:t xml:space="preserve">[15:43] </w:t>
      </w:r>
      <w:r>
        <w:t>in their words "idealization of beautiful idealization of human wishes". beautiful idealization of human wishes.</w:t>
      </w:r>
    </w:p>
    <w:p>
      <w:pPr>
        <w:jc w:val="right"/>
      </w:pPr>
      <w:r>
        <w:t>ان دیر ورڈز "ایڈیلائزیشن اف بیوٹی فل ائیڈیلائزیشن اف ہیومن وشز"۔ بیوٹی فل ائیڈیلائزیشن اف ہیومن وشز۔</w:t>
      </w:r>
    </w:p>
    <w:p>
      <w:r>
        <w:rPr>
          <w:b/>
        </w:rPr>
        <w:t xml:space="preserve">[15:55] </w:t>
      </w:r>
      <w:r>
        <w:t>it is simply a remark without any argument, without any reason.</w:t>
      </w:r>
    </w:p>
    <w:p>
      <w:pPr>
        <w:jc w:val="right"/>
      </w:pPr>
      <w:r>
        <w:t>اٹ از سمپلی ا ریمارک وداؤٹ اینی ارگومنٹ، وداؤٹ اینی ریزن۔</w:t>
      </w:r>
    </w:p>
    <w:p>
      <w:r>
        <w:rPr>
          <w:b/>
        </w:rPr>
        <w:t xml:space="preserve">[16:03] </w:t>
      </w:r>
      <w:r>
        <w:t>if you have wishes, you have desires, then how you can say that are baseless?</w:t>
      </w:r>
    </w:p>
    <w:p>
      <w:pPr>
        <w:jc w:val="right"/>
      </w:pPr>
      <w:r>
        <w:t>اف یو ہیو وشز، یو ہیو ڈیزائرز، دین ہاؤ یو کین سے دیٹ ار بیسلیس؟</w:t>
      </w:r>
    </w:p>
    <w:p>
      <w:r>
        <w:rPr>
          <w:b/>
        </w:rPr>
        <w:t xml:space="preserve">[16:16] </w:t>
      </w:r>
      <w:r>
        <w:t>here i would like to add a very important point that in this world, there is a system of complementarity</w:t>
      </w:r>
    </w:p>
    <w:p>
      <w:pPr>
        <w:jc w:val="right"/>
      </w:pPr>
      <w:r>
        <w:t>ہیر ائی وڈ لائک ٹو ایڈ ا ویری امپورٹنٹ پوائنٹ دیٹ ان دس ورلڈ، دیر از ا سسٹم اف کمپلیمنٹیرٹی</w:t>
      </w:r>
    </w:p>
    <w:p>
      <w:r>
        <w:rPr>
          <w:b/>
        </w:rPr>
        <w:t xml:space="preserve">[16:31] </w:t>
      </w:r>
      <w:r>
        <w:t>. there is a complementary system in this world. complementarity system. complement c o m p l e, not i.</w:t>
      </w:r>
    </w:p>
    <w:p>
      <w:pPr>
        <w:jc w:val="right"/>
      </w:pPr>
      <w:r>
        <w:t>۔ دیر از ا کمپلیمنٹری سسٹم ان دس ورلڈ۔ کمپلیمنٹیرٹی سسٹم۔ کمپلیمنٹ سی او ایم پی ایل ای، ناٹ ائی۔</w:t>
      </w:r>
    </w:p>
    <w:p>
      <w:r>
        <w:rPr>
          <w:b/>
        </w:rPr>
        <w:t xml:space="preserve">[16:44] </w:t>
      </w:r>
      <w:r>
        <w:t>not i. c o m p l e. complementarity system.</w:t>
      </w:r>
    </w:p>
    <w:p>
      <w:pPr>
        <w:jc w:val="right"/>
      </w:pPr>
      <w:r>
        <w:t>ناٹ ائی۔ سی او ایم پی ایل ای۔ کمپلیمنٹیرٹی سسٹم۔</w:t>
      </w:r>
    </w:p>
    <w:p>
      <w:r>
        <w:rPr>
          <w:b/>
        </w:rPr>
        <w:t xml:space="preserve">[16:51] </w:t>
      </w:r>
      <w:r>
        <w:t>i mean that everything have some pair. without pair, it is incomplete.</w:t>
      </w:r>
    </w:p>
    <w:p>
      <w:pPr>
        <w:jc w:val="right"/>
      </w:pPr>
      <w:r>
        <w:t>ائی مین دیٹ ایوری تھنگ ہیو سم پیئر۔ وداؤٹ پیئر، اٹ از ان کمپلیٹ۔</w:t>
      </w:r>
    </w:p>
    <w:p>
      <w:r>
        <w:rPr>
          <w:b/>
        </w:rPr>
        <w:t xml:space="preserve">[17:01] </w:t>
      </w:r>
      <w:r>
        <w:t>complementary part. for example, see let's see the atom.</w:t>
      </w:r>
    </w:p>
    <w:p>
      <w:pPr>
        <w:jc w:val="right"/>
      </w:pPr>
      <w:r>
        <w:t>کمپلیمنٹری پارٹ۔ فار ایگزامپل، سی لیٹس سی دا ایٹم۔</w:t>
      </w:r>
    </w:p>
    <w:p>
      <w:r>
        <w:rPr>
          <w:b/>
        </w:rPr>
        <w:t xml:space="preserve">[17:10] </w:t>
      </w:r>
      <w:r>
        <w:t>every atom have two two part. negative particle and positive particle. without positive particle, negative particle is nothing.</w:t>
      </w:r>
    </w:p>
    <w:p>
      <w:pPr>
        <w:jc w:val="right"/>
      </w:pPr>
      <w:r>
        <w:t>ایوری ایٹم ہیو ٹو ٹو پارٹ۔ نیگیٹیو پارٹیکل اینڈ پازیٹیو پارٹیکل۔ وداؤٹ پازیٹیو پارٹیکل، نیگیٹیو پارٹیکل از نتھنگ۔</w:t>
      </w:r>
    </w:p>
    <w:p>
      <w:r>
        <w:rPr>
          <w:b/>
        </w:rPr>
        <w:t xml:space="preserve">[17:22] </w:t>
      </w:r>
      <w:r>
        <w:t>and without negative particle, positive particle is nothing. both are complementary to each other.</w:t>
      </w:r>
    </w:p>
    <w:p>
      <w:pPr>
        <w:jc w:val="right"/>
      </w:pPr>
      <w:r>
        <w:t>اینڈ وداؤٹ نیگیٹیو پارٹیکل، پازیٹیو پارٹیکل از نتھنگ۔ بوتھ ار کمپلیمنٹری ٹو ایچ ادر۔</w:t>
      </w:r>
    </w:p>
    <w:p>
      <w:r>
        <w:rPr>
          <w:b/>
        </w:rPr>
        <w:t xml:space="preserve">[17:32] </w:t>
      </w:r>
      <w:r>
        <w:t>so is the case of plant kingdom. in plant, there are female plant and male plant.</w:t>
      </w:r>
    </w:p>
    <w:p>
      <w:pPr>
        <w:jc w:val="right"/>
      </w:pPr>
      <w:r>
        <w:t>سو از دا کیس اف پلانٹ کنگڈم۔ ان پلانٹ، دیر ار فیمیل پلانٹ اینڈ میل پلانٹ۔</w:t>
      </w:r>
    </w:p>
    <w:p>
      <w:r>
        <w:rPr>
          <w:b/>
        </w:rPr>
        <w:t xml:space="preserve">[17:45] </w:t>
      </w:r>
      <w:r>
        <w:t>without male plant, female plant is useless. and without female plant, male plant is useless.</w:t>
      </w:r>
    </w:p>
    <w:p>
      <w:pPr>
        <w:jc w:val="right"/>
      </w:pPr>
      <w:r>
        <w:t>وداؤٹ میل پلانٹ، فیمیل پلانٹ از یوسلیس۔ اینڈ وداؤٹ فیمیل پلانٹ، میل پلانٹ از یوسلیس۔</w:t>
      </w:r>
    </w:p>
    <w:p>
      <w:r>
        <w:rPr>
          <w:b/>
        </w:rPr>
        <w:t xml:space="preserve">[17:57] </w:t>
      </w:r>
      <w:r>
        <w:t>das system is. you can find every where in the world. in animal, you know that there are he animal and she animal.</w:t>
      </w:r>
    </w:p>
    <w:p>
      <w:pPr>
        <w:jc w:val="right"/>
      </w:pPr>
      <w:r>
        <w:t>دس سسٹم از۔ یو کین فائنڈ ایوری ویر ان دا ورلڈ۔ ان اینیمل، یو نو دیٹ دیر ار ہی اینیمل اینڈ شی اینیمل۔</w:t>
      </w:r>
    </w:p>
    <w:p>
      <w:r>
        <w:rPr>
          <w:b/>
        </w:rPr>
        <w:t xml:space="preserve">[18:10] </w:t>
      </w:r>
      <w:r>
        <w:t>so it is, i would like to say complementarity system. system of complementarity.</w:t>
      </w:r>
    </w:p>
    <w:p>
      <w:pPr>
        <w:jc w:val="right"/>
      </w:pPr>
      <w:r>
        <w:t>سو اٹ از، ائی وڈ لائک ٹو سے کمپلیمنٹیرٹی سسٹم۔ سسٹم اف کمپلیمنٹیرٹی۔</w:t>
      </w:r>
    </w:p>
    <w:p>
      <w:r>
        <w:rPr>
          <w:b/>
        </w:rPr>
        <w:t xml:space="preserve">[18:18] </w:t>
      </w:r>
      <w:r>
        <w:t>then when you, when we study man, we find that man was born as a perfectionist.</w:t>
      </w:r>
    </w:p>
    <w:p>
      <w:pPr>
        <w:jc w:val="right"/>
      </w:pPr>
      <w:r>
        <w:t>دین وین یو، وین وی سٹڈی مین، وی فائنڈ دیٹ مین واز بورن ایز ا پرفیکشنسٹ۔</w:t>
      </w:r>
    </w:p>
    <w:p>
      <w:r>
        <w:rPr>
          <w:b/>
        </w:rPr>
        <w:t xml:space="preserve">[18:31] </w:t>
      </w:r>
      <w:r>
        <w:t>man is a perfection seeking animal. man is a perfection seeking animal. is inherent.</w:t>
      </w:r>
    </w:p>
    <w:p>
      <w:pPr>
        <w:jc w:val="right"/>
      </w:pPr>
      <w:r>
        <w:t>مین از ا پرفیکشن سیکنگ اینیمل۔ مین از ا پرفیکشن سیکنگ اینیمل۔ از انہیرنٹ۔</w:t>
      </w:r>
    </w:p>
    <w:p>
      <w:r>
        <w:rPr>
          <w:b/>
        </w:rPr>
        <w:t xml:space="preserve">[18:42] </w:t>
      </w:r>
      <w:r>
        <w:t>perfection is inherent in his nature.</w:t>
      </w:r>
    </w:p>
    <w:p>
      <w:pPr>
        <w:jc w:val="right"/>
      </w:pPr>
      <w:r>
        <w:t>پرفیکشن از انہیرنٹ ان ہز نیچر۔</w:t>
      </w:r>
    </w:p>
    <w:p>
      <w:r>
        <w:rPr>
          <w:b/>
        </w:rPr>
        <w:t xml:space="preserve">[18:45] </w:t>
      </w:r>
      <w:r>
        <w:t>to every one want perfection. a perfect world. to where is that perfect world? it must be there some perfect world.</w:t>
      </w:r>
    </w:p>
    <w:p>
      <w:pPr>
        <w:jc w:val="right"/>
      </w:pPr>
      <w:r>
        <w:t>تو ایوری ون وانٹ پرفیکشن۔ ا پرفیکٹ ورلڈ۔ تو ویئر از دیٹ پرفیکٹ ورلڈ؟ اٹ مسٹ بی دیر سم پرفیکٹ ورلڈ۔</w:t>
      </w:r>
    </w:p>
    <w:p>
      <w:r>
        <w:rPr>
          <w:b/>
        </w:rPr>
        <w:t xml:space="preserve">[18:57] </w:t>
      </w:r>
      <w:r>
        <w:t>that is its its other part of human being. so that principle that i call it complementarity system must be here also.</w:t>
      </w:r>
    </w:p>
    <w:p>
      <w:pPr>
        <w:jc w:val="right"/>
      </w:pPr>
      <w:r>
        <w:t>دیٹ از اٹس اٹس ادر پارٹ اف ہیومن بینگ۔ سو دیٹ پرنسپل دیٹ ائی کال اٹ کمپلیمنٹیرٹی سسٹم مسٹ بی ہیر السو۔</w:t>
      </w:r>
    </w:p>
    <w:p>
      <w:r>
        <w:rPr>
          <w:b/>
        </w:rPr>
        <w:t xml:space="preserve">[19:12] </w:t>
      </w:r>
      <w:r>
        <w:t>that is paradise.</w:t>
      </w:r>
    </w:p>
    <w:p>
      <w:pPr>
        <w:jc w:val="right"/>
      </w:pPr>
      <w:r>
        <w:t>دیٹ از پیراڈائز۔</w:t>
      </w:r>
    </w:p>
    <w:p>
      <w:r>
        <w:rPr>
          <w:b/>
        </w:rPr>
        <w:t xml:space="preserve">[19:18] </w:t>
      </w:r>
      <w:r>
        <w:t>with the only difference that</w:t>
      </w:r>
    </w:p>
    <w:p>
      <w:pPr>
        <w:jc w:val="right"/>
      </w:pPr>
      <w:r>
        <w:t>ود دی اونلی ڈیفرنس دیٹ</w:t>
      </w:r>
    </w:p>
    <w:p>
      <w:r>
        <w:rPr>
          <w:b/>
        </w:rPr>
        <w:t xml:space="preserve">[19:23] </w:t>
      </w:r>
      <w:r>
        <w:t>man is man was born in this world, and the other part of his life that is paradise lies in the next world.</w:t>
      </w:r>
    </w:p>
    <w:p>
      <w:pPr>
        <w:jc w:val="right"/>
      </w:pPr>
      <w:r>
        <w:t>مین از مین واز بورن ان دس ورلڈ، اینڈ دی ادر پارٹ اف ہز لائف دیٹ از پیراڈائز لائیز ان دا نیکسٹ ورلڈ۔</w:t>
      </w:r>
    </w:p>
    <w:p>
      <w:r>
        <w:rPr>
          <w:b/>
        </w:rPr>
        <w:t xml:space="preserve">[19:37] </w:t>
      </w:r>
      <w:r>
        <w:t>man is a man is a paradise seeking animal.</w:t>
      </w:r>
    </w:p>
    <w:p>
      <w:pPr>
        <w:jc w:val="right"/>
      </w:pPr>
      <w:r>
        <w:t>مین از ا مین از ا پیراڈائز سیکنگ اینیمل۔</w:t>
      </w:r>
    </w:p>
    <w:p>
      <w:r>
        <w:rPr>
          <w:b/>
        </w:rPr>
        <w:t xml:space="preserve">[19:43] </w:t>
      </w:r>
      <w:r>
        <w:t>man is a paradise seeking animal.</w:t>
      </w:r>
    </w:p>
    <w:p>
      <w:pPr>
        <w:jc w:val="right"/>
      </w:pPr>
      <w:r>
        <w:t>مین از ا پیراڈائز سیکنگ اینیمل۔</w:t>
      </w:r>
    </w:p>
    <w:p>
      <w:r>
        <w:rPr>
          <w:b/>
        </w:rPr>
        <w:t xml:space="preserve">[19:46] </w:t>
      </w:r>
      <w:r>
        <w:t>but according to the causal plan of god, paradise lies in the post death period, in the day, in the world here after.</w:t>
      </w:r>
    </w:p>
    <w:p>
      <w:pPr>
        <w:jc w:val="right"/>
      </w:pPr>
      <w:r>
        <w:t>بٹ اکارڈنگ ٹو دی کیشل پلان اف گاڈ، پیراڈائز لائیز ان دی پوسٹ ڈیتھ پیریڈ، ان دا ڈے، ان دا ورلڈ ہیر افٹر۔</w:t>
      </w:r>
    </w:p>
    <w:p>
      <w:r>
        <w:rPr>
          <w:b/>
        </w:rPr>
        <w:t xml:space="preserve">[20:02] </w:t>
      </w:r>
      <w:r>
        <w:t>so system of complementarity is a proof that there must be a paradise. otherwise, man is nothing.</w:t>
      </w:r>
    </w:p>
    <w:p>
      <w:pPr>
        <w:jc w:val="right"/>
      </w:pPr>
      <w:r>
        <w:t>سو سسٹم اف کمپلیمنٹیرٹی از ا پروف دیٹ دیر مسٹ بی ا پیراڈائز۔ ادروائز، مین از نتھنگ۔</w:t>
      </w:r>
    </w:p>
    <w:p>
      <w:r>
        <w:rPr>
          <w:b/>
        </w:rPr>
        <w:t xml:space="preserve">[20:14] </w:t>
      </w:r>
      <w:r>
        <w:t>man is yearning less.</w:t>
      </w:r>
    </w:p>
    <w:p>
      <w:pPr>
        <w:jc w:val="right"/>
      </w:pPr>
      <w:r>
        <w:t>مین از یوننگ لیس۔</w:t>
      </w:r>
    </w:p>
    <w:p>
      <w:r>
        <w:rPr>
          <w:b/>
        </w:rPr>
        <w:t xml:space="preserve">[20:16] </w:t>
      </w:r>
      <w:r>
        <w:t>the existence of man is meaning less if there is no paradise.</w:t>
      </w:r>
    </w:p>
    <w:p>
      <w:pPr>
        <w:jc w:val="right"/>
      </w:pPr>
      <w:r>
        <w:t>دا ایگزسٹنس اف مین از میننگ لیس اف دیر از نو پیراڈائز۔</w:t>
      </w:r>
    </w:p>
    <w:p>
      <w:r>
        <w:rPr>
          <w:b/>
        </w:rPr>
        <w:t xml:space="preserve">[20:23] </w:t>
      </w:r>
      <w:r>
        <w:t>so when we believe that there is a paradise, we only claim that man is not a reception.</w:t>
      </w:r>
    </w:p>
    <w:p>
      <w:pPr>
        <w:jc w:val="right"/>
      </w:pPr>
      <w:r>
        <w:t>سو وین وی بیلیو دیٹ دیر از ا پیراڈائز، وی اونلی کلیم دیٹ مین از ناٹ ا ریسیپشن۔</w:t>
      </w:r>
    </w:p>
    <w:p>
      <w:r>
        <w:rPr>
          <w:b/>
        </w:rPr>
        <w:t xml:space="preserve">[20:35] </w:t>
      </w:r>
      <w:r>
        <w:t>as other part of the universe, like atom, like planet, like animal, find their fulfillment, their complementary part.</w:t>
      </w:r>
    </w:p>
    <w:p>
      <w:pPr>
        <w:jc w:val="right"/>
      </w:pPr>
      <w:r>
        <w:t>ایز ادر پارٹ اف دا یونیورس، لائک ایٹم، لائک پلانٹ، لائک اینیمل، فائنڈ دیر فلفلمنٹ، دیر کمپلیمنٹری پارٹ۔</w:t>
      </w:r>
    </w:p>
    <w:p>
      <w:r>
        <w:rPr>
          <w:b/>
        </w:rPr>
        <w:t xml:space="preserve">[20:47] </w:t>
      </w:r>
      <w:r>
        <w:t>so man is man is also complementary part. that is paradise.</w:t>
      </w:r>
    </w:p>
    <w:p>
      <w:pPr>
        <w:jc w:val="right"/>
      </w:pPr>
      <w:r>
        <w:t>سو مین از مین از السو کمپلیمنٹری پارٹ۔ دیٹ از پیراڈائز۔</w:t>
      </w:r>
    </w:p>
    <w:p>
      <w:r>
        <w:rPr>
          <w:b/>
        </w:rPr>
        <w:t xml:space="preserve">[20:55] </w:t>
      </w:r>
      <w:r>
        <w:t>this this principle is given in the quran.</w:t>
      </w:r>
    </w:p>
    <w:p>
      <w:pPr>
        <w:jc w:val="right"/>
      </w:pPr>
      <w:r>
        <w:t>دس دس پرنسپل از گیون ان دا قرآن۔</w:t>
      </w:r>
    </w:p>
    <w:p>
      <w:r>
        <w:rPr>
          <w:b/>
        </w:rPr>
        <w:t xml:space="preserve">[21:04] </w:t>
      </w:r>
      <w:r>
        <w:t>we have create everything pair pairs in pairs,</w:t>
      </w:r>
    </w:p>
    <w:p>
      <w:pPr>
        <w:jc w:val="right"/>
      </w:pPr>
      <w:r>
        <w:t>وی ہیو کریٹ ایوری تھنگ پیئر پیئرز ان پیئرز،</w:t>
      </w:r>
    </w:p>
    <w:p>
      <w:r>
        <w:rPr>
          <w:b/>
        </w:rPr>
        <w:t xml:space="preserve">[21:10] </w:t>
      </w:r>
      <w:r>
        <w:t>so that you may, you may, you may contemplate very the pair of human being.</w:t>
      </w:r>
    </w:p>
    <w:p>
      <w:pPr>
        <w:jc w:val="right"/>
      </w:pPr>
      <w:r>
        <w:t>سو دیٹ یو می، یو می، یو می کنٹیمپلیٹ ویری دا پیئر اف ہیومن بینگ۔</w:t>
      </w:r>
    </w:p>
    <w:p>
      <w:r>
        <w:rPr>
          <w:b/>
        </w:rPr>
        <w:t xml:space="preserve">[21:21] </w:t>
      </w:r>
      <w:r>
        <w:t>so pair system are complementary, are complementary system in the in the world. is itself a proof that there is a paradise.</w:t>
      </w:r>
    </w:p>
    <w:p>
      <w:pPr>
        <w:jc w:val="right"/>
      </w:pPr>
      <w:r>
        <w:t>سو پیئر سسٹم ار کمپلیمنٹری، ار کمپلیمنٹری سسٹم ان دا ان دا ورلڈ۔ از اٹ سیلف ا پروف دیٹ دیر از ا پیراڈائز۔</w:t>
      </w:r>
    </w:p>
    <w:p>
      <w:r>
        <w:rPr>
          <w:b/>
        </w:rPr>
        <w:t xml:space="preserve">[21:36] </w:t>
      </w:r>
      <w:r>
        <w:t>then there are some questions about paradise. for example, there is a little controversy among scholars whether paradise is spiritual or physical, ruhani ya madi.</w:t>
      </w:r>
    </w:p>
    <w:p>
      <w:pPr>
        <w:jc w:val="right"/>
      </w:pPr>
      <w:r>
        <w:t>دین دیر ار سم کوئسچنز اباؤٹ پیراڈائز۔ فار ایگزامپل، دیر از ا لٹل کنٹروورسی امنگ سکالرز ویدر پیراڈائز از سپریچول اور فزیکل، روحانی یا مادی۔</w:t>
      </w:r>
    </w:p>
    <w:p>
      <w:r>
        <w:rPr>
          <w:b/>
        </w:rPr>
        <w:t xml:space="preserve">[22:01] </w:t>
      </w:r>
      <w:r>
        <w:t>well known muslim thinker doctor muhammad iqbal has publish book with the title "the reconstruction of religious thought in islam".</w:t>
      </w:r>
    </w:p>
    <w:p>
      <w:pPr>
        <w:jc w:val="right"/>
      </w:pPr>
      <w:r>
        <w:t>ویل نون مسلم تھنکر ڈاکٹر محمد اقبال ہیز پبلش بک ود دی ٹائٹل "دی ریکنسٹرکشن اف ریلیجس تھاٹ ان اسلام"۔</w:t>
      </w:r>
    </w:p>
    <w:p>
      <w:r>
        <w:rPr>
          <w:b/>
        </w:rPr>
        <w:t xml:space="preserve">[22:16] </w:t>
      </w:r>
      <w:r>
        <w:t>in fact, compilation of some lectures given by doctor iqbal.</w:t>
      </w:r>
    </w:p>
    <w:p>
      <w:pPr>
        <w:jc w:val="right"/>
      </w:pPr>
      <w:r>
        <w:t>ان فیکٹ، کمپائلشن اف سم لیکچرز گیون بائے ڈاکٹر اقبال۔</w:t>
      </w:r>
    </w:p>
    <w:p>
      <w:r>
        <w:rPr>
          <w:b/>
        </w:rPr>
        <w:t xml:space="preserve">[22:24] </w:t>
      </w:r>
      <w:r>
        <w:t>in this book, he says that heaven and hell arestates, are not localities.</w:t>
      </w:r>
    </w:p>
    <w:p>
      <w:pPr>
        <w:jc w:val="right"/>
      </w:pPr>
      <w:r>
        <w:t>ان دس بک، ہی سیز دیٹ ہیون اینڈ ہیل ار اسٹیٹس، ار ناٹ لوکیلٹیز۔</w:t>
      </w:r>
    </w:p>
    <w:p>
      <w:r>
        <w:rPr>
          <w:b/>
        </w:rPr>
        <w:t xml:space="preserve">[22:35] </w:t>
      </w:r>
      <w:r>
        <w:t>heaven and hell are states, not localities. according to him, jannat was a roohani jannat, spiritual paradise.</w:t>
      </w:r>
    </w:p>
    <w:p>
      <w:pPr>
        <w:jc w:val="right"/>
      </w:pPr>
      <w:r>
        <w:t>ہیون اینڈ ہیل ار اسٹیٹس، ناٹ لوکیلٹیز۔ اکارڈنگ ٹو ہم، جنت واز ا روحانی جنت، سپریچول پیراڈائز۔</w:t>
      </w:r>
    </w:p>
    <w:p>
      <w:r>
        <w:rPr>
          <w:b/>
        </w:rPr>
        <w:t xml:space="preserve">[22:46] </w:t>
      </w:r>
      <w:r>
        <w:t>so there was a discussion among two scholars, iqbal and syed suleman nadvi. both were great scholars.</w:t>
      </w:r>
    </w:p>
    <w:p>
      <w:pPr>
        <w:jc w:val="right"/>
      </w:pPr>
      <w:r>
        <w:t>سو دیر واز ا ڈسکشن امنگ ٹو سکالرز، اقبال اینڈ سید سلیمان ندوی۔ بوتھ ویر گریٹ سکالرز۔</w:t>
      </w:r>
    </w:p>
    <w:p>
      <w:r>
        <w:rPr>
          <w:b/>
        </w:rPr>
        <w:t xml:space="preserve">[22:58] </w:t>
      </w:r>
      <w:r>
        <w:t>both were great scholars, great muslim scholars. so there was a dialogue. doctor iqbal was saying, doctor iqbal said that paradise is a roohani jannat, spiritual paradise.</w:t>
      </w:r>
    </w:p>
    <w:p>
      <w:pPr>
        <w:jc w:val="right"/>
      </w:pPr>
      <w:r>
        <w:t>بوتھ ویر گریٹ سکالرز، گریٹ مسلم سکالرز۔ سو دیر واز ا ڈائیلاگ۔ ڈاکٹر اقبال واز سینگ، ڈاکٹر اقبال سیڈ دیٹ پیراڈائز از ا روحانی جنت، سپریچول پیراڈائز۔</w:t>
      </w:r>
    </w:p>
    <w:p>
      <w:r>
        <w:rPr>
          <w:b/>
        </w:rPr>
        <w:t xml:space="preserve">[23:16] </w:t>
      </w:r>
      <w:r>
        <w:t>but maulana saif nadvi was against this notion. he said no, paradise is maadi jannat, that is physical paradise.</w:t>
      </w:r>
    </w:p>
    <w:p>
      <w:pPr>
        <w:jc w:val="right"/>
      </w:pPr>
      <w:r>
        <w:t>بٹ مولانا سیف ندوی واز اگینسٹ دس نوشن۔ ہی سیڈ نو، پیراڈائز از مادی جنت، دیٹ از فزیکل پیراڈائز۔</w:t>
      </w:r>
    </w:p>
    <w:p>
      <w:r>
        <w:rPr>
          <w:b/>
        </w:rPr>
        <w:t xml:space="preserve">[23:27] </w:t>
      </w:r>
      <w:r>
        <w:t>after long discussion and dialogue, the matter was ar settled. then maulana saif nadvi said that theek hai, aap apni roohani jannat mein jaiyega, hum apni maadi jannat mein jayenge.</w:t>
      </w:r>
    </w:p>
    <w:p>
      <w:pPr>
        <w:jc w:val="right"/>
      </w:pPr>
      <w:r>
        <w:t>افٹر لانگ ڈسکشن اینڈ ڈائیلاگ، دا میٹر واز ار سیٹل۔ دین مولانا سیف ندوی سیڈ دیٹ ٹھیک ہے، اپ اپنی روحانی جنت میں جائیے گا، ہم اپنی مادی جنت میں جائیں گے۔</w:t>
      </w:r>
    </w:p>
    <w:p>
      <w:r>
        <w:rPr>
          <w:b/>
        </w:rPr>
        <w:t xml:space="preserve">[23:45] </w:t>
      </w:r>
      <w:r>
        <w:t>you go in your spiritual paradise, we will go to our physical paradise.</w:t>
      </w:r>
    </w:p>
    <w:p>
      <w:pPr>
        <w:jc w:val="right"/>
      </w:pPr>
      <w:r>
        <w:t>یو گو ان یور سپریچول پیراڈائز، وی ویل گو ٹو اور فزیکل پیراڈائز۔</w:t>
      </w:r>
    </w:p>
    <w:p>
      <w:r>
        <w:rPr>
          <w:b/>
        </w:rPr>
        <w:t xml:space="preserve">[23:56] </w:t>
      </w:r>
      <w:r>
        <w:t>i would like to say that the concept of spiritual paradise is baseless. it has no rational ground, no argument.</w:t>
      </w:r>
    </w:p>
    <w:p>
      <w:pPr>
        <w:jc w:val="right"/>
      </w:pPr>
      <w:r>
        <w:t>ائی وڈ لائک ٹو سے دیٹ دا کانسیپٹ اف سپریچول پیراڈائز از بیسلیس۔ اٹ ہیز نو ریشنل گراؤنڈ، نو ارگومنٹ۔</w:t>
      </w:r>
    </w:p>
    <w:p>
      <w:r>
        <w:rPr>
          <w:b/>
        </w:rPr>
        <w:t xml:space="preserve">[24:10] </w:t>
      </w:r>
      <w:r>
        <w:t>why?</w:t>
      </w:r>
    </w:p>
    <w:p>
      <w:pPr>
        <w:jc w:val="right"/>
      </w:pPr>
      <w:r>
        <w:t>وائی؟</w:t>
      </w:r>
    </w:p>
    <w:p>
      <w:r>
        <w:rPr>
          <w:b/>
        </w:rPr>
        <w:t xml:space="preserve">[24:11] </w:t>
      </w:r>
      <w:r>
        <w:t>because there are several verses in the quran that clearly tell us that paradise is physical paradise.</w:t>
      </w:r>
    </w:p>
    <w:p>
      <w:pPr>
        <w:jc w:val="right"/>
      </w:pPr>
      <w:r>
        <w:t>بیکاز دیر ار سیورل ورسز ان دا قرآن دیٹ کلیئرلی ٹیل اس دیٹ پیراڈائز از فزیکل پیراڈائز۔</w:t>
      </w:r>
    </w:p>
    <w:p>
      <w:r>
        <w:rPr>
          <w:b/>
        </w:rPr>
        <w:t xml:space="preserve">[24:23] </w:t>
      </w:r>
      <w:r>
        <w:t>there is a verse in the quran that watoo hi mutashabeh. it means that paradise will be similar to this world.</w:t>
      </w:r>
    </w:p>
    <w:p>
      <w:pPr>
        <w:jc w:val="right"/>
      </w:pPr>
      <w:r>
        <w:t>دیر از ا ورس ان دا قرآن دیٹ ووتو ہی متشابہ۔ اٹ مینز دیٹ پیراڈائز ول بی سمیلر ٹو دس ورلڈ۔</w:t>
      </w:r>
    </w:p>
    <w:p>
      <w:r>
        <w:rPr>
          <w:b/>
        </w:rPr>
        <w:t xml:space="preserve">[24:36] </w:t>
      </w:r>
      <w:r>
        <w:t>and according to the quran, this world is also paradise.</w:t>
      </w:r>
    </w:p>
    <w:p>
      <w:pPr>
        <w:jc w:val="right"/>
      </w:pPr>
      <w:r>
        <w:t>ان اکارڈنگ ٹو دا قرآن، دس ورلڈ از السو پیراڈائز۔</w:t>
      </w:r>
    </w:p>
    <w:p>
      <w:r>
        <w:rPr>
          <w:b/>
        </w:rPr>
        <w:t xml:space="preserve">[24:42] </w:t>
      </w:r>
      <w:r>
        <w:t>this paradise is imperfect paradise, and that paradise perfect paradise. so i can say that this the present world is a paradise, and and the other world is paradise plus.</w:t>
      </w:r>
    </w:p>
    <w:p>
      <w:pPr>
        <w:jc w:val="right"/>
      </w:pPr>
      <w:r>
        <w:t>دس پیراڈائز از امپرفیکٹ پیراڈائز، اینڈ دیٹ پیراڈائز پرفیکٹ پیراڈائز۔ سو ائی کین سے دیٹ دس دا پریزنٹ ورلڈ از ا پیراڈائز، اینڈ اینڈ دی ادر ورلڈ از پیراڈائز پلس۔</w:t>
      </w:r>
    </w:p>
    <w:p>
      <w:r>
        <w:rPr>
          <w:b/>
        </w:rPr>
        <w:t xml:space="preserve">[25:02] </w:t>
      </w:r>
      <w:r>
        <w:t>this simply paradise, and that is paradise plus. this only difference. this only difference.</w:t>
      </w:r>
    </w:p>
    <w:p>
      <w:pPr>
        <w:jc w:val="right"/>
      </w:pPr>
      <w:r>
        <w:t>دس سمپلی پیراڈائز، اینڈ دیٹ از پیراڈائز پلس۔ دس اونلی ڈیفرنس۔ دس اونلی ڈیفرنس۔</w:t>
      </w:r>
    </w:p>
    <w:p>
      <w:r>
        <w:rPr>
          <w:b/>
        </w:rPr>
        <w:t xml:space="preserve">[25:15] </w:t>
      </w:r>
      <w:r>
        <w:t>so we are, we are,</w:t>
      </w:r>
    </w:p>
    <w:p>
      <w:pPr>
        <w:jc w:val="right"/>
      </w:pPr>
      <w:r>
        <w:t>سو وی ار، وی ار،</w:t>
      </w:r>
    </w:p>
    <w:p>
      <w:r>
        <w:rPr>
          <w:b/>
        </w:rPr>
        <w:t xml:space="preserve">[25:24] </w:t>
      </w:r>
      <w:r>
        <w:t>we are, we were created as a physical being. we were created as a man of desire, so many desires.</w:t>
      </w:r>
    </w:p>
    <w:p>
      <w:pPr>
        <w:jc w:val="right"/>
      </w:pPr>
      <w:r>
        <w:t>وی ار، وی ویر کریٹڈ ایز ا فزیکل بینگ۔ وی ویر کریٹڈ ایز ا مین اف ڈیزائر، سو مینی ڈیزائرز۔</w:t>
      </w:r>
    </w:p>
    <w:p>
      <w:r>
        <w:rPr>
          <w:b/>
        </w:rPr>
        <w:t xml:space="preserve">[25:36] </w:t>
      </w:r>
      <w:r>
        <w:t>quran says that all the desires be fulfilled in the paradise.</w:t>
      </w:r>
    </w:p>
    <w:p>
      <w:pPr>
        <w:jc w:val="right"/>
      </w:pPr>
      <w:r>
        <w:t>قرآن سیز دیٹ ال دی ڈیزائرز بی فلفل ان دی پیراڈائز۔</w:t>
      </w:r>
    </w:p>
    <w:p>
      <w:r>
        <w:rPr>
          <w:b/>
        </w:rPr>
        <w:t xml:space="preserve">[25:46] </w:t>
      </w:r>
      <w:r>
        <w:t>so we have to find a paradise where all these desires find fulfillment. without fulfillment, paradise is nothing.</w:t>
      </w:r>
    </w:p>
    <w:p>
      <w:pPr>
        <w:jc w:val="right"/>
      </w:pPr>
      <w:r>
        <w:t>سو وی ہیو ٹو فائنڈ ا پیراڈائز ویر ال دیز ڈیزائرز فائنڈ فلفلمنٹ۔ وداؤٹ فلفلمنٹ، پیراڈائز از نتھنگ۔</w:t>
      </w:r>
    </w:p>
    <w:p>
      <w:r>
        <w:rPr>
          <w:b/>
        </w:rPr>
        <w:t xml:space="preserve">[25:59] </w:t>
      </w:r>
      <w:r>
        <w:t>so there are other verses in the quran that tell us that paradise is just like present world. this world is physical world.</w:t>
      </w:r>
    </w:p>
    <w:p>
      <w:pPr>
        <w:jc w:val="right"/>
      </w:pPr>
      <w:r>
        <w:t>سو دیر ار ادر ورسز ان دا قرآن دیٹ ٹیل اس دیٹ پیراڈائز از جسٹ لائک پریزنٹ ورلڈ۔ دس ورلڈ از فزیکل ورلڈ۔</w:t>
      </w:r>
    </w:p>
    <w:p>
      <w:r>
        <w:rPr>
          <w:b/>
        </w:rPr>
        <w:t xml:space="preserve">[26:11] </w:t>
      </w:r>
      <w:r>
        <w:t>here all things is physical. pleasures is physical. happiness is physical. so paradise will be just like present world, with the only difference that this is imperfect world, and paradise perfect world.</w:t>
      </w:r>
    </w:p>
    <w:p>
      <w:pPr>
        <w:jc w:val="right"/>
      </w:pPr>
      <w:r>
        <w:t>ہیر ال تھنگز از فزیکل۔ پلیزر از فزیکل۔ ہیپینس از فزیکل۔ سو پیراڈائز ول بی جسٹ لائک پریزنٹ ورلڈ، ود دا اونلی ڈیفرنس دیٹ دس از امپرفیکٹ ورلڈ، اینڈ پیراڈائز پرفیکٹ ورلڈ۔</w:t>
      </w:r>
    </w:p>
    <w:p>
      <w:r>
        <w:rPr>
          <w:b/>
        </w:rPr>
        <w:t xml:space="preserve">[26:30] </w:t>
      </w:r>
      <w:r>
        <w:t>this less than ideal, and paradise is ideal.</w:t>
      </w:r>
    </w:p>
    <w:p>
      <w:pPr>
        <w:jc w:val="right"/>
      </w:pPr>
      <w:r>
        <w:t>دس لیس دین ائیڈیل، اینڈ پیراڈائز از ائیڈیل۔</w:t>
      </w:r>
    </w:p>
    <w:p>
      <w:r>
        <w:rPr>
          <w:b/>
        </w:rPr>
        <w:t xml:space="preserve">[26:39] </w:t>
      </w:r>
      <w:r>
        <w:t>this is simply paradise, and that is paradise plus. to this is only difference. to according to my experience, my study, my knowledge, paradise is a paradise, is a physical paradise.</w:t>
      </w:r>
    </w:p>
    <w:p>
      <w:pPr>
        <w:jc w:val="right"/>
      </w:pPr>
      <w:r>
        <w:t>دس از سمپلی پیراڈائز، اینڈ دیٹ از پیراڈائز پلس۔ تو دس از اونلی ڈیفرنس۔ تو اکارڈنگ ٹو مائی ایکسپیرینس، مائی سٹڈی، مائی نالج، پیراڈائز از ا پیراڈائز، از ا فزیکل پیراڈائز۔</w:t>
      </w:r>
    </w:p>
    <w:p>
      <w:r>
        <w:rPr>
          <w:b/>
        </w:rPr>
        <w:t xml:space="preserve">[26:57] </w:t>
      </w:r>
      <w:r>
        <w:t>although there are kinds of spiritual pleasures, this is a fact.</w:t>
      </w:r>
    </w:p>
    <w:p>
      <w:pPr>
        <w:jc w:val="right"/>
      </w:pPr>
      <w:r>
        <w:t>التhough دیر ار کائنڈ اف سپریچول پلیزرز، دس از ا فیکٹ۔</w:t>
      </w:r>
    </w:p>
    <w:p>
      <w:r>
        <w:rPr>
          <w:b/>
        </w:rPr>
        <w:t xml:space="preserve">[27:04] </w:t>
      </w:r>
      <w:r>
        <w:t>in paradise, there are all kinds of spirit, spiritual pleasures, intellectual pleasures. but the same time, it is a, it is a physical world, not simply spiritual world.</w:t>
      </w:r>
    </w:p>
    <w:p>
      <w:pPr>
        <w:jc w:val="right"/>
      </w:pPr>
      <w:r>
        <w:t>ان پیراڈائز، دیر ار ال کائنڈ اف سپرٹ، سپریچول پلیزرز، انٹلیکچول پلیزرز۔ بٹ دی سیم ٹائم، اٹ از ا، اٹ از ا فزیکل ورلڈ، ناٹ سمپلی سپریچول ورلڈ۔</w:t>
      </w:r>
    </w:p>
    <w:p>
      <w:r>
        <w:rPr>
          <w:b/>
        </w:rPr>
        <w:t xml:space="preserve">[27:20] </w:t>
      </w:r>
      <w:r>
        <w:t>so molana saif nadvi was right, and iqbal was wrong.</w:t>
      </w:r>
    </w:p>
    <w:p>
      <w:pPr>
        <w:jc w:val="right"/>
      </w:pPr>
      <w:r>
        <w:t>سو مولانا سیف ندوی واز رائٹ، اینڈ اقبال واز رونگ۔</w:t>
      </w:r>
    </w:p>
    <w:p>
      <w:r>
        <w:rPr>
          <w:b/>
        </w:rPr>
        <w:t xml:space="preserve">[27:26] </w:t>
      </w:r>
      <w:r>
        <w:t>deen</w:t>
      </w:r>
    </w:p>
    <w:p>
      <w:pPr>
        <w:jc w:val="right"/>
      </w:pPr>
      <w:r>
        <w:t>دین</w:t>
      </w:r>
    </w:p>
    <w:p>
      <w:r>
        <w:rPr>
          <w:b/>
        </w:rPr>
        <w:t xml:space="preserve">[27:30] </w:t>
      </w:r>
      <w:r>
        <w:t>i would like to narrate a very relevant story.</w:t>
      </w:r>
    </w:p>
    <w:p>
      <w:pPr>
        <w:jc w:val="right"/>
      </w:pPr>
      <w:r>
        <w:t>ائی وڈ لائک ٹو نیریٹ ا ویری ریلیونٹ سٹوری۔</w:t>
      </w:r>
    </w:p>
    <w:p>
      <w:r>
        <w:rPr>
          <w:b/>
        </w:rPr>
        <w:t xml:space="preserve">[27:39] </w:t>
      </w:r>
      <w:r>
        <w:t>you know, billy graham is a american missionary.</w:t>
      </w:r>
    </w:p>
    <w:p>
      <w:pPr>
        <w:jc w:val="right"/>
      </w:pPr>
      <w:r>
        <w:t>یو نو، بلی گرہم از ا امریکن مشنری۔</w:t>
      </w:r>
    </w:p>
    <w:p>
      <w:r>
        <w:rPr>
          <w:b/>
        </w:rPr>
        <w:t xml:space="preserve">[27:49] </w:t>
      </w:r>
      <w:r>
        <w:t>american missionary. now, he is 90, 90 years old, nine zero.</w:t>
      </w:r>
    </w:p>
    <w:p>
      <w:pPr>
        <w:jc w:val="right"/>
      </w:pPr>
      <w:r>
        <w:t>امریکن مشنری۔ ناؤ، ہی از 90، 90 ایئرز اولڈ، نائن زیرو۔</w:t>
      </w:r>
    </w:p>
    <w:p>
      <w:r>
        <w:rPr>
          <w:b/>
        </w:rPr>
        <w:t xml:space="preserve">[27:58] </w:t>
      </w:r>
      <w:r>
        <w:t>he has narrated a story that once he was in travel, he received a, and</w:t>
      </w:r>
    </w:p>
    <w:p>
      <w:pPr>
        <w:jc w:val="right"/>
      </w:pPr>
      <w:r>
        <w:t>ہی ہیز نیریٹڈ ا سٹوری دیٹ ونس ہی واز ان ٹریول، ہی ریسیوڈ ا، اینڈ</w:t>
      </w:r>
    </w:p>
    <w:p>
      <w:r>
        <w:rPr>
          <w:b/>
        </w:rPr>
        <w:t xml:space="preserve">[28:12] </w:t>
      </w:r>
      <w:r>
        <w:t>a message from a billionaire, from american billionaire.</w:t>
      </w:r>
    </w:p>
    <w:p>
      <w:pPr>
        <w:jc w:val="right"/>
      </w:pPr>
      <w:r>
        <w:t>ا میسج فرام ا بلینیئر، فرام امریکن بلینیئر۔</w:t>
      </w:r>
    </w:p>
    <w:p>
      <w:r>
        <w:rPr>
          <w:b/>
        </w:rPr>
        <w:t xml:space="preserve">[28:22] </w:t>
      </w:r>
      <w:r>
        <w:t>it was urgent message:</w:t>
      </w:r>
    </w:p>
    <w:p>
      <w:pPr>
        <w:jc w:val="right"/>
      </w:pPr>
      <w:r>
        <w:t>اٹ واز ارجنٹ میسج:</w:t>
      </w:r>
    </w:p>
    <w:p>
      <w:r>
        <w:rPr>
          <w:b/>
        </w:rPr>
        <w:t xml:space="preserve">[28:28] </w:t>
      </w:r>
      <w:r>
        <w:t>"come soon without delay." so billy graham cancel his engagement, and he rest to that town where the billion was living</w:t>
      </w:r>
    </w:p>
    <w:p>
      <w:pPr>
        <w:jc w:val="right"/>
      </w:pPr>
      <w:r>
        <w:t>"کم سون وداؤٹ ڈیلے۔" سو بلی گرہم کینسل ہز انگیجمنٹ، اینڈ ہی ریسٹ ٹو دیٹ ٹاؤن ویر دا بلین واز لیونگ</w:t>
      </w:r>
    </w:p>
    <w:p>
      <w:r>
        <w:rPr>
          <w:b/>
        </w:rPr>
        <w:t xml:space="preserve">[28:48] </w:t>
      </w:r>
      <w:r>
        <w:t>. so when they were face to face, when they are face to face, that billionaire said: "you see, i am an old man.</w:t>
      </w:r>
    </w:p>
    <w:p>
      <w:pPr>
        <w:jc w:val="right"/>
      </w:pPr>
      <w:r>
        <w:t>۔ سو وین دے ویر فیس ٹو فیس، وین دے ار فیس ٹو فیس، دیٹ بلینیئر سیڈ: "یو سی، ائی ایم این اولڈ مین۔</w:t>
      </w:r>
    </w:p>
    <w:p>
      <w:r>
        <w:rPr>
          <w:b/>
        </w:rPr>
        <w:t xml:space="preserve">[29:06] </w:t>
      </w:r>
      <w:r>
        <w:t>life has lost all meaning. i am going to take a fateful leap into the unknown.</w:t>
      </w:r>
    </w:p>
    <w:p>
      <w:pPr>
        <w:jc w:val="right"/>
      </w:pPr>
      <w:r>
        <w:t>لائف ہیز لاسٹ ال میننگ۔ ائی ایم گوئنگ ٹو ٹیک ا فیٹ فل لیپ انٹو دا ان نون۔</w:t>
      </w:r>
    </w:p>
    <w:p>
      <w:r>
        <w:rPr>
          <w:b/>
        </w:rPr>
        <w:t xml:space="preserve">[29:18] </w:t>
      </w:r>
      <w:r>
        <w:t>young man, can you give me a ray of hope?" i think this was not simply voice of an american.</w:t>
      </w:r>
    </w:p>
    <w:p>
      <w:pPr>
        <w:jc w:val="right"/>
      </w:pPr>
      <w:r>
        <w:t>ینگ مین، کین یو گیو می ا رے اف ہوپ؟" ائی تھنک دس واز ناٹ سمپلی وائس اف این امریکن۔</w:t>
      </w:r>
    </w:p>
    <w:p>
      <w:r>
        <w:rPr>
          <w:b/>
        </w:rPr>
        <w:t xml:space="preserve">[29:31] </w:t>
      </w:r>
      <w:r>
        <w:t>this is a voice of every human being. everyone want to know,</w:t>
      </w:r>
    </w:p>
    <w:p>
      <w:pPr>
        <w:jc w:val="right"/>
      </w:pPr>
      <w:r>
        <w:t>دس از ا وائس اف ایوری ہیومن بینگ۔ ایوری ون وانٹ ٹو نو،</w:t>
      </w:r>
    </w:p>
    <w:p>
      <w:r>
        <w:rPr>
          <w:b/>
        </w:rPr>
        <w:t xml:space="preserve">[29:42] </w:t>
      </w:r>
      <w:r>
        <w:t>because everyone, everyone knows that sooner or later he will die.</w:t>
      </w:r>
    </w:p>
    <w:p>
      <w:pPr>
        <w:jc w:val="right"/>
      </w:pPr>
      <w:r>
        <w:t>بیکاز ایوری ون، ایوری ون نوز دیٹ سونر اور لیٹر ہی ول ڈائی۔</w:t>
      </w:r>
    </w:p>
    <w:p>
      <w:r>
        <w:rPr>
          <w:b/>
        </w:rPr>
        <w:t xml:space="preserve">[29:51] </w:t>
      </w:r>
      <w:r>
        <w:t>then after, what is after death? everyone want to know, consciously or unconsciously, why the ray of hope for me after death?</w:t>
      </w:r>
    </w:p>
    <w:p>
      <w:pPr>
        <w:jc w:val="right"/>
      </w:pPr>
      <w:r>
        <w:t>دین افٹر، واٹ از افٹر ڈیتھ؟ ایوری ون وانٹ ٹو نو، کانشیسلی اور انکانشیسلی، وائی دا رے اف ہوپ فار می افٹر ڈیتھ؟</w:t>
      </w:r>
    </w:p>
    <w:p>
      <w:r>
        <w:rPr>
          <w:b/>
        </w:rPr>
        <w:t xml:space="preserve">[30:03] </w:t>
      </w:r>
      <w:r>
        <w:t>so this is a question of every human being, every man and woman, and paradise is the only answer.</w:t>
      </w:r>
    </w:p>
    <w:p>
      <w:pPr>
        <w:jc w:val="right"/>
      </w:pPr>
      <w:r>
        <w:t>سو دس از ا کوئسچن اف ایوری ہیومن بینگ، ایوری مین اینڈ وومن، اینڈ پیراڈائز از دا اونلی انسر۔</w:t>
      </w:r>
    </w:p>
    <w:p>
      <w:r>
        <w:rPr>
          <w:b/>
        </w:rPr>
        <w:t xml:space="preserve">[30:14] </w:t>
      </w:r>
      <w:r>
        <w:t>without paradise, there is no hope at all.</w:t>
      </w:r>
    </w:p>
    <w:p>
      <w:pPr>
        <w:jc w:val="right"/>
      </w:pPr>
      <w:r>
        <w:t>وداؤٹ پیراڈائز، دیر از نو ہوپ ایٹ ال۔</w:t>
      </w:r>
    </w:p>
    <w:p>
      <w:r>
        <w:rPr>
          <w:b/>
        </w:rPr>
        <w:t xml:space="preserve">[30:19] </w:t>
      </w:r>
      <w:r>
        <w:t>if there is no paradise, there is no hope. no hope at all. so paradise is the only ray of hope.</w:t>
      </w:r>
    </w:p>
    <w:p>
      <w:pPr>
        <w:jc w:val="right"/>
      </w:pPr>
      <w:r>
        <w:t>اف دیر از نو پیراڈائز، دیر از نو ہوپ۔ نو ہوپ ایٹ ال۔ سو پیراڈائز از دا اونلی رے اف ہوپ۔</w:t>
      </w:r>
    </w:p>
    <w:p>
      <w:r>
        <w:rPr>
          <w:b/>
        </w:rPr>
        <w:t xml:space="preserve">[30:32] </w:t>
      </w:r>
      <w:r>
        <w:t>one can live in this world with with full satisfaction that when i, when i end my life in this world, then i can find the, the my cherish world in the here after</w:t>
      </w:r>
    </w:p>
    <w:p>
      <w:pPr>
        <w:jc w:val="right"/>
      </w:pPr>
      <w:r>
        <w:t>ون کین لیو ان دس ورلڈ ود ود فل سیٹسفیکشن دیٹ وین ائی، وین ائی اینڈ مائی لائف ان دس ورلڈ، دین ائی کین فائنڈ دا، دا مائی چیرس ورلڈ ان دا ہیر افٹر</w:t>
      </w:r>
    </w:p>
    <w:p>
      <w:r>
        <w:rPr>
          <w:b/>
        </w:rPr>
        <w:t xml:space="preserve">[31:00] </w:t>
      </w:r>
      <w:r>
        <w:t>. so it is life is a transfer, transfer of this world to the other world. death is a transfer point.</w:t>
      </w:r>
    </w:p>
    <w:p>
      <w:pPr>
        <w:jc w:val="right"/>
      </w:pPr>
      <w:r>
        <w:t>۔ سو اٹ از لائف از ا ٹرانسفر، ٹرانسفر اف دس ورلڈ ٹو دی ادر ورلڈ۔ ڈیتھ از ا ٹرانسفر پوائنٹ۔</w:t>
      </w:r>
    </w:p>
    <w:p>
      <w:r>
        <w:rPr>
          <w:b/>
        </w:rPr>
        <w:t xml:space="preserve">[31:12] </w:t>
      </w:r>
      <w:r>
        <w:t>when we die, we will, we will go to the other world. so it is like a transfer. so now,</w:t>
      </w:r>
    </w:p>
    <w:p>
      <w:pPr>
        <w:jc w:val="right"/>
      </w:pPr>
      <w:r>
        <w:t>وین وی ڈائی، وی ول، وی ول گو ٹو دا ادر ورلڈ۔ سو اٹ از لائک ا ٹرانسفر۔ سو ناؤ،</w:t>
      </w:r>
    </w:p>
    <w:p>
      <w:r>
        <w:rPr>
          <w:b/>
        </w:rPr>
        <w:t xml:space="preserve">[31:24] </w:t>
      </w:r>
      <w:r>
        <w:t>we have to know</w:t>
      </w:r>
    </w:p>
    <w:p>
      <w:pPr>
        <w:jc w:val="right"/>
      </w:pPr>
      <w:r>
        <w:t>وی ہیو ٹو نو</w:t>
      </w:r>
    </w:p>
    <w:p>
      <w:r>
        <w:rPr>
          <w:b/>
        </w:rPr>
        <w:t xml:space="preserve">[31:28] </w:t>
      </w:r>
      <w:r>
        <w:t>that what to do,</w:t>
      </w:r>
    </w:p>
    <w:p>
      <w:pPr>
        <w:jc w:val="right"/>
      </w:pPr>
      <w:r>
        <w:t>دیٹ واٹ ٹو ڈو،</w:t>
      </w:r>
    </w:p>
    <w:p>
      <w:r>
        <w:rPr>
          <w:b/>
        </w:rPr>
        <w:t xml:space="preserve">[31:30] </w:t>
      </w:r>
      <w:r>
        <w:t>how to achieve that paradise. this is the crucial question. this is the important question.</w:t>
      </w:r>
    </w:p>
    <w:p>
      <w:pPr>
        <w:jc w:val="right"/>
      </w:pPr>
      <w:r>
        <w:t>ہاؤ ٹو اچیو دیٹ پیراڈائز۔ دس از دا کروشل کوئسچن۔ دس از دا امپورٹنٹ کوئسچن۔</w:t>
      </w:r>
    </w:p>
    <w:p>
      <w:r>
        <w:rPr>
          <w:b/>
        </w:rPr>
        <w:t xml:space="preserve">[31:42] </w:t>
      </w:r>
      <w:r>
        <w:t>this is the fact that man was created by god. this is the fact that according to, according to the creation plan, there is a death.</w:t>
      </w:r>
    </w:p>
    <w:p>
      <w:pPr>
        <w:jc w:val="right"/>
      </w:pPr>
      <w:r>
        <w:t>دس از دا فیکٹ دیٹ مین واز کریٹڈ بائی گاڈ۔ دس از دا فیکٹ دیٹ اکارڈنگ ٹو، اکارڈنگ ٹو دا کریشن پلان، دیر از ا ڈیتھ۔</w:t>
      </w:r>
    </w:p>
    <w:p>
      <w:r>
        <w:rPr>
          <w:b/>
        </w:rPr>
        <w:t xml:space="preserve">[31:51] </w:t>
      </w:r>
      <w:r>
        <w:t>This is the fact that there is a life after death. That is the fact that there is a paradise.</w:t>
      </w:r>
    </w:p>
    <w:p>
      <w:pPr>
        <w:jc w:val="right"/>
      </w:pPr>
      <w:r>
        <w:t>دس از دا فیکٹ دیٹ دیر از ا لائف افٹر ڈیتھ۔ دیٹ از دا فیکٹ دیٹ دیر از ا پیراڈائز۔</w:t>
      </w:r>
    </w:p>
    <w:p>
      <w:r>
        <w:rPr>
          <w:b/>
        </w:rPr>
        <w:t xml:space="preserve">[31:59] </w:t>
      </w:r>
      <w:r>
        <w:t>Now, what to do to, to find re-entry into paradise? As I have said that</w:t>
      </w:r>
    </w:p>
    <w:p>
      <w:pPr>
        <w:jc w:val="right"/>
      </w:pPr>
      <w:r>
        <w:t>ناؤ، واٹ ٹو ڈو ٹو، ٹو فائنڈ ری انٹری انٹو پیراڈائز؟ ایز ائی ہیو سیڈ دیٹ</w:t>
      </w:r>
    </w:p>
    <w:p>
      <w:r>
        <w:rPr>
          <w:b/>
        </w:rPr>
        <w:t xml:space="preserve">[32:09] </w:t>
      </w:r>
      <w:r>
        <w:t>The re-entry will be in, in, in, in merit basis.</w:t>
      </w:r>
    </w:p>
    <w:p>
      <w:pPr>
        <w:jc w:val="right"/>
      </w:pPr>
      <w:r>
        <w:t>دس ری انٹری ول بی ان، ان، ان، ان میرٹ بیسس۔</w:t>
      </w:r>
    </w:p>
    <w:p>
      <w:r>
        <w:rPr>
          <w:b/>
        </w:rPr>
        <w:t xml:space="preserve">[32:18] </w:t>
      </w:r>
      <w:r>
        <w:t>on who qualifies, he will find entry into paradise. Then what is that qualification?</w:t>
      </w:r>
    </w:p>
    <w:p>
      <w:pPr>
        <w:jc w:val="right"/>
      </w:pPr>
      <w:r>
        <w:t>ون ہو کوالیفائیز، ہی ول فائنڈ انٹری انٹو پیراڈائز۔ دین واٹ از دیٹ کوالیفیکیشن؟</w:t>
      </w:r>
    </w:p>
    <w:p>
      <w:r>
        <w:rPr>
          <w:b/>
        </w:rPr>
        <w:t xml:space="preserve">[32:29] </w:t>
      </w:r>
      <w:r>
        <w:t>Here I would like to give some points. First point is that God has told us in the very beginning, according to my study,</w:t>
      </w:r>
    </w:p>
    <w:p>
      <w:pPr>
        <w:jc w:val="right"/>
      </w:pPr>
      <w:r>
        <w:t>ہیر ائی وڈ لائک ٹو گیو سم پوائنٹ۔ فرسٹ پوائنٹ از دیٹ گاڈ ہیز ٹولڈ اس ان دا ویری بگننگ، اکارڈنگ ٹو مائی سٹڈی،</w:t>
      </w:r>
    </w:p>
    <w:p>
      <w:r>
        <w:rPr>
          <w:b/>
        </w:rPr>
        <w:t xml:space="preserve">[32:49] </w:t>
      </w:r>
      <w:r>
        <w:t>that forbidden tree in the paradise was a symbol of destruction. It was symbol of destruction</w:t>
      </w:r>
    </w:p>
    <w:p>
      <w:pPr>
        <w:jc w:val="right"/>
      </w:pPr>
      <w:r>
        <w:t>دیٹ فاربیڈنٹری ان دا پیراڈائز واز ا سمبل اف ڈسٹرکشن۔ اٹ واز سمبل اف ڈسٹرکشن</w:t>
      </w:r>
    </w:p>
    <w:p>
      <w:r>
        <w:rPr>
          <w:b/>
        </w:rPr>
        <w:t xml:space="preserve">[33:01] </w:t>
      </w:r>
      <w:r>
        <w:t>by this. It was, it was a demonstration by this. Demonstration God told man that you are going in this world,</w:t>
      </w:r>
    </w:p>
    <w:p>
      <w:pPr>
        <w:jc w:val="right"/>
      </w:pPr>
      <w:r>
        <w:t>بائی دس۔ اٹ واز، اٹ واز ا ڈیمونسٹریشن بائی دس۔ ڈیمونسٹریشن گاڈ ٹول مین دیٹ یو ار گوئنگ ان دس ورلڈ،</w:t>
      </w:r>
    </w:p>
    <w:p>
      <w:r>
        <w:rPr>
          <w:b/>
        </w:rPr>
        <w:t xml:space="preserve">[33:16] </w:t>
      </w:r>
      <w:r>
        <w:t>and the only thing that is required from you is save yourself from distraction. Why?</w:t>
      </w:r>
    </w:p>
    <w:p>
      <w:pPr>
        <w:jc w:val="right"/>
      </w:pPr>
      <w:r>
        <w:t>اینڈ دا اونلی تھنگ دیٹ از ریکوائرڈ فرام یو از سیو یور سیلف فرام ڈسٹرکشن۔ وائی؟</w:t>
      </w:r>
    </w:p>
    <w:p>
      <w:r>
        <w:rPr>
          <w:b/>
        </w:rPr>
        <w:t xml:space="preserve">[33:25] </w:t>
      </w:r>
      <w:r>
        <w:t>because in this world, you are under influence, under satanic influence. Every time, you are under satanic influence.</w:t>
      </w:r>
    </w:p>
    <w:p>
      <w:pPr>
        <w:jc w:val="right"/>
      </w:pPr>
      <w:r>
        <w:t>بیکاز ان دس ورلڈ، یو ار انڈر انفلوئنس، انڈر سیٹنک انفلوئنس۔ ایوری ٹائم، یو ار انڈر سیٹنک انفلوئنس۔</w:t>
      </w:r>
    </w:p>
    <w:p>
      <w:r>
        <w:rPr>
          <w:b/>
        </w:rPr>
        <w:t xml:space="preserve">[33:37] </w:t>
      </w:r>
      <w:r>
        <w:t>Every time, you face some desire, some negative thought, every day and night. So you have to save from this.</w:t>
      </w:r>
    </w:p>
    <w:p>
      <w:pPr>
        <w:jc w:val="right"/>
      </w:pPr>
      <w:r>
        <w:t>ایوری ٹائم، یو فیس سم ڈیزائر، سم نیگیٹیو تھاٹ، ایوری ڈے اینڈ نائٹ۔ سو یو ہیو ٹو سیو فرام دس۔</w:t>
      </w:r>
    </w:p>
    <w:p>
      <w:r>
        <w:rPr>
          <w:b/>
        </w:rPr>
        <w:t xml:space="preserve">[33:48] </w:t>
      </w:r>
      <w:r>
        <w:t>All these things are distraction. Your passions, your desires, all these things are distraction.</w:t>
      </w:r>
    </w:p>
    <w:p>
      <w:pPr>
        <w:jc w:val="right"/>
      </w:pPr>
      <w:r>
        <w:t>ال دیز تھنگز ار ڈسٹرکشن۔ یور پیشنز، یور ڈیزائر، ال دیز تھنگز ار ڈسٹرکشن۔</w:t>
      </w:r>
    </w:p>
    <w:p>
      <w:r>
        <w:rPr>
          <w:b/>
        </w:rPr>
        <w:t xml:space="preserve">[33:56] </w:t>
      </w:r>
      <w:r>
        <w:t>God has shown the right path through your nature, through your conscience, and also through prophetic guidance, which is called as-sirat al-mustaqim.</w:t>
      </w:r>
    </w:p>
    <w:p>
      <w:pPr>
        <w:jc w:val="right"/>
      </w:pPr>
      <w:r>
        <w:t>گاڈ ہیز شون دی رائٹ پاتھ تھرو یور نیچر، تھرو یور کانشیس، اینڈ السو تھرو پرافیٹک گائیڈنس، وچ از کالڈ الصراط المستقیم۔</w:t>
      </w:r>
    </w:p>
    <w:p>
      <w:r>
        <w:rPr>
          <w:b/>
        </w:rPr>
        <w:t xml:space="preserve">[34:14] </w:t>
      </w:r>
      <w:r>
        <w:t>There is a straight path. So we were shown the straight path. So we have to stick to the straight</w:t>
      </w:r>
    </w:p>
    <w:p>
      <w:pPr>
        <w:jc w:val="right"/>
      </w:pPr>
      <w:r>
        <w:t>دیر از اسٹریٹ پاتھ۔ سو وی ویر شون دا اسٹریٹ پاتھ۔ سو وی ہیو ٹو اسٹک ٹو دا اسٹریٹ</w:t>
      </w:r>
    </w:p>
    <w:p>
      <w:r>
        <w:rPr>
          <w:b/>
        </w:rPr>
        <w:t xml:space="preserve">[34:22] </w:t>
      </w:r>
      <w:r>
        <w:t>path. We have to follow this straight path without deviation, without distraction.</w:t>
      </w:r>
    </w:p>
    <w:p>
      <w:pPr>
        <w:jc w:val="right"/>
      </w:pPr>
      <w:r>
        <w:t>پاتھ۔ وی ہیو ٹو فالو دس اسٹریٹ پاتھ وداؤٹ ڈیوی ایشن، وداؤٹ ڈسٹرکشن۔</w:t>
      </w:r>
    </w:p>
    <w:p>
      <w:r>
        <w:rPr>
          <w:b/>
        </w:rPr>
        <w:t xml:space="preserve">[34:32] </w:t>
      </w:r>
      <w:r>
        <w:t>So saving you from distraction is the very, very crucial in this, in this regard. If you are distracted, then you cannot achieve paradise.</w:t>
      </w:r>
    </w:p>
    <w:p>
      <w:pPr>
        <w:jc w:val="right"/>
      </w:pPr>
      <w:r>
        <w:t>سو سیونگ یو فرام ڈسٹرکشن از دا ویری، ویری کروشل ان دس، ان دس ریگارڈ۔ اف یو ار ڈسٹرکٹڈ، دین یو کاناٹ اچیو پیراڈائز۔</w:t>
      </w:r>
    </w:p>
    <w:p>
      <w:r>
        <w:rPr>
          <w:b/>
        </w:rPr>
        <w:t xml:space="preserve">[34:47] </w:t>
      </w:r>
      <w:r>
        <w:t>and if you, if you successfully save yourself from this, from, from distraction, then you will insha'Allah go to paradise.</w:t>
      </w:r>
    </w:p>
    <w:p>
      <w:pPr>
        <w:jc w:val="right"/>
      </w:pPr>
      <w:r>
        <w:t>اینڈ اف یو، اف یو سکسیس فلی سیو یور سیلف فرام دس، فرام، فرام ڈسٹرکشن، دین یو ول انشاءاللہ گو ٹو پیراڈائز۔</w:t>
      </w:r>
    </w:p>
    <w:p>
      <w:r>
        <w:rPr>
          <w:b/>
        </w:rPr>
        <w:t xml:space="preserve">[35:03] </w:t>
      </w:r>
      <w:r>
        <w:t>then there is a problem that is we are full of desire, and there are so many negative thoughts in our personality:</w:t>
      </w:r>
    </w:p>
    <w:p>
      <w:pPr>
        <w:jc w:val="right"/>
      </w:pPr>
      <w:r>
        <w:t>دین دیر از ا پرابلم دیٹ از وی ار فل اف ڈیزائر، اینڈ دیر ار سو مینی نیگیٹیو تھاٹس ان اور پرسنیلٹی:</w:t>
      </w:r>
    </w:p>
    <w:p>
      <w:r>
        <w:rPr>
          <w:b/>
        </w:rPr>
        <w:t xml:space="preserve">[35:16] </w:t>
      </w:r>
      <w:r>
        <w:t>anger, and tension, and intolerance, and lust, and enmity.</w:t>
      </w:r>
    </w:p>
    <w:p>
      <w:pPr>
        <w:jc w:val="right"/>
      </w:pPr>
      <w:r>
        <w:t>اینگر، اینڈ ٹینشن، اینڈ انٹولرنس، اینڈ لسٹ، اینڈ اینمیٹی۔</w:t>
      </w:r>
    </w:p>
    <w:p>
      <w:r>
        <w:rPr>
          <w:b/>
        </w:rPr>
        <w:t xml:space="preserve">[35:28] </w:t>
      </w:r>
      <w:r>
        <w:t>although negative thoughts are interwoven in our personality, because without these thoughts, there is no test.</w:t>
      </w:r>
    </w:p>
    <w:p>
      <w:pPr>
        <w:jc w:val="right"/>
      </w:pPr>
      <w:r>
        <w:t>التhough نیگیٹیو تھاٹس ار انٹروین ان اور پرسنیلٹی، بیکاز وداؤٹ دیز تھاٹس، دیر از نو ٹیسٹ۔</w:t>
      </w:r>
    </w:p>
    <w:p>
      <w:r>
        <w:rPr>
          <w:b/>
        </w:rPr>
        <w:t xml:space="preserve">[35:36] </w:t>
      </w:r>
      <w:r>
        <w:t>There was no test. If man were like robot, there was no test.</w:t>
      </w:r>
    </w:p>
    <w:p>
      <w:pPr>
        <w:jc w:val="right"/>
      </w:pPr>
      <w:r>
        <w:t>دیر واز نو ٹیسٹ۔ اف مین ویر لائک روبوٹ، دیر واز نو ٹیسٹ۔</w:t>
      </w:r>
    </w:p>
    <w:p>
      <w:r>
        <w:rPr>
          <w:b/>
        </w:rPr>
        <w:t xml:space="preserve">[35:45] </w:t>
      </w:r>
      <w:r>
        <w:t>So man is not like robot. Man is full of desire. Man is full of negative thought. Man, man has ego.</w:t>
      </w:r>
    </w:p>
    <w:p>
      <w:pPr>
        <w:jc w:val="right"/>
      </w:pPr>
      <w:r>
        <w:t>سو مین از ناٹ لائک روبوٹ۔ مین از فل اف ڈیزائر۔ مین از فل اف نیگیٹیو تھاٹ۔ مین، مین ہیز ایگو۔</w:t>
      </w:r>
    </w:p>
    <w:p>
      <w:r>
        <w:rPr>
          <w:b/>
        </w:rPr>
        <w:t xml:space="preserve">[35:55] </w:t>
      </w:r>
      <w:r>
        <w:t>ego, arrogance, all these things are interwoven in our personality. Without these things, there was no test.</w:t>
      </w:r>
    </w:p>
    <w:p>
      <w:pPr>
        <w:jc w:val="right"/>
      </w:pPr>
      <w:r>
        <w:t>ایگو، ارگنز، ال دیز تھنگز ار انٹروین ان اور پرسنیلٹی۔ وداؤٹ دیز تھنگز، دیر واز نو ٹیسٹ۔</w:t>
      </w:r>
    </w:p>
    <w:p>
      <w:r>
        <w:rPr>
          <w:b/>
        </w:rPr>
        <w:t xml:space="preserve">[36:07] </w:t>
      </w:r>
      <w:r>
        <w:t>So all these things create negative thoughts in our mind.</w:t>
      </w:r>
    </w:p>
    <w:p>
      <w:pPr>
        <w:jc w:val="right"/>
      </w:pPr>
      <w:r>
        <w:t>سو ال دیز تھنگز کریٹ نیگیٹیو تھاٹ ان اور مائنڈ۔</w:t>
      </w:r>
    </w:p>
    <w:p>
      <w:r>
        <w:rPr>
          <w:b/>
        </w:rPr>
        <w:t xml:space="preserve">[36:14] </w:t>
      </w:r>
      <w:r>
        <w:t>When there is provocation, we, we, we become angry. So what is the, what is the, what is the solution?</w:t>
      </w:r>
    </w:p>
    <w:p>
      <w:pPr>
        <w:jc w:val="right"/>
      </w:pPr>
      <w:r>
        <w:t>وین دیر از پرووکیشن، وی، وی، وی بیکم اینگری۔ سو واٹ از دا، واٹ از دا، واٹ از دا سولیوشن؟</w:t>
      </w:r>
    </w:p>
    <w:p>
      <w:r>
        <w:rPr>
          <w:b/>
        </w:rPr>
        <w:t xml:space="preserve">[36:28] </w:t>
      </w:r>
      <w:r>
        <w:t>solution lies in control, in discipline.</w:t>
      </w:r>
    </w:p>
    <w:p>
      <w:pPr>
        <w:jc w:val="right"/>
      </w:pPr>
      <w:r>
        <w:t>سولیوشن لائیز ان کنٹرول، ان ڈسپلن۔</w:t>
      </w:r>
    </w:p>
    <w:p>
      <w:r>
        <w:rPr>
          <w:b/>
        </w:rPr>
        <w:t xml:space="preserve">[36:32] </w:t>
      </w:r>
      <w:r>
        <w:t>A person came to the Prophet صلی اللہ علیہ وسلم۔</w:t>
      </w:r>
    </w:p>
    <w:p>
      <w:pPr>
        <w:jc w:val="right"/>
      </w:pPr>
      <w:r>
        <w:t>ا پرسن کیم ٹو دا پرافٹ صلی اللہ علیہ وسلم۔</w:t>
      </w:r>
    </w:p>
    <w:p>
      <w:r>
        <w:rPr>
          <w:b/>
        </w:rPr>
        <w:t xml:space="preserve">[36:36] </w:t>
      </w:r>
      <w:r>
        <w:t>he asked that:</w:t>
      </w:r>
    </w:p>
    <w:p>
      <w:pPr>
        <w:jc w:val="right"/>
      </w:pPr>
      <w:r>
        <w:t>ہی اسکڈ دیٹ:</w:t>
      </w:r>
    </w:p>
    <w:p>
      <w:r>
        <w:rPr>
          <w:b/>
        </w:rPr>
        <w:t xml:space="preserve">[36:39] </w:t>
      </w:r>
      <w:r>
        <w:t>"O Prophet, give me a master advice by which I may be able to manage all the affairs</w:t>
      </w:r>
    </w:p>
    <w:p>
      <w:pPr>
        <w:jc w:val="right"/>
      </w:pPr>
      <w:r>
        <w:t>"او پرافٹ، گیو می ا ماسٹر ایڈوائس بائے وچ ائی می بی ایبل ٹو مینج ال دا افیئرز</w:t>
      </w:r>
    </w:p>
    <w:p>
      <w:r>
        <w:rPr>
          <w:b/>
        </w:rPr>
        <w:t xml:space="preserve">[36:45] </w:t>
      </w:r>
      <w:r>
        <w:t>of my life.</w:t>
      </w:r>
    </w:p>
    <w:p>
      <w:pPr>
        <w:jc w:val="right"/>
      </w:pPr>
      <w:r>
        <w:t>اف مائی لائف۔"</w:t>
      </w:r>
    </w:p>
    <w:p>
      <w:r>
        <w:rPr>
          <w:b/>
        </w:rPr>
        <w:t xml:space="preserve">[36:47] </w:t>
      </w:r>
      <w:r>
        <w:t>prophet replied: "la taghzab,</w:t>
      </w:r>
    </w:p>
    <w:p>
      <w:pPr>
        <w:jc w:val="right"/>
      </w:pPr>
      <w:r>
        <w:t>پرافٹ ریپلائیڈ: "لا تغضب،</w:t>
      </w:r>
    </w:p>
    <w:p>
      <w:r>
        <w:rPr>
          <w:b/>
        </w:rPr>
        <w:t xml:space="preserve">[36:52] </w:t>
      </w:r>
      <w:r>
        <w:t>don't be angry.</w:t>
      </w:r>
    </w:p>
    <w:p>
      <w:pPr>
        <w:jc w:val="right"/>
      </w:pPr>
      <w:r>
        <w:t>ڈونٹ بی اینگری۔"</w:t>
      </w:r>
    </w:p>
    <w:p>
      <w:r>
        <w:rPr>
          <w:b/>
        </w:rPr>
        <w:t xml:space="preserve">[36:55] </w:t>
      </w:r>
      <w:r>
        <w:t>it means don't be angry even when provoked.</w:t>
      </w:r>
    </w:p>
    <w:p>
      <w:pPr>
        <w:jc w:val="right"/>
      </w:pPr>
      <w:r>
        <w:t>اٹ مینز ڈونٹ بی اینگری ایون وین پرووکڈ۔</w:t>
      </w:r>
    </w:p>
    <w:p>
      <w:r>
        <w:rPr>
          <w:b/>
        </w:rPr>
        <w:t xml:space="preserve">[37:02] </w:t>
      </w:r>
      <w:r>
        <w:t>when there is anger, you have to, to, you have to control your anger.</w:t>
      </w:r>
    </w:p>
    <w:p>
      <w:pPr>
        <w:jc w:val="right"/>
      </w:pPr>
      <w:r>
        <w:t>وین دیر از اینگر، یو ہیو ٹو، ٹو، یو ہیو ٹو کنٹرول یور اینگر۔</w:t>
      </w:r>
    </w:p>
    <w:p>
      <w:r>
        <w:rPr>
          <w:b/>
        </w:rPr>
        <w:t xml:space="preserve">[37:16] </w:t>
      </w:r>
      <w:r>
        <w:t>When you feel anger in our, in our heart, in our mind, then you have to control your anger.</w:t>
      </w:r>
    </w:p>
    <w:p>
      <w:pPr>
        <w:jc w:val="right"/>
      </w:pPr>
      <w:r>
        <w:t>وین یو فیل اینگر ان اور، ان اور ہارٹ، ان اور مائنڈ، دین یو ہیو ٹو کنٹرول یور اینگر۔</w:t>
      </w:r>
    </w:p>
    <w:p>
      <w:r>
        <w:rPr>
          <w:b/>
        </w:rPr>
        <w:t xml:space="preserve">[37:24] </w:t>
      </w:r>
      <w:r>
        <w:t>don't allow your anger to become revenge and to, to, go to violence</w:t>
      </w:r>
    </w:p>
    <w:p>
      <w:pPr>
        <w:jc w:val="right"/>
      </w:pPr>
      <w:r>
        <w:t>ڈونٹ الاو یور اینگر ٹو بیکم ریونج اینڈ ٹو، ٹو گو ٹو وائلنس</w:t>
      </w:r>
    </w:p>
    <w:p>
      <w:r>
        <w:rPr>
          <w:b/>
        </w:rPr>
        <w:t xml:space="preserve">[37:34] </w:t>
      </w:r>
      <w:r>
        <w:t>. so by discipline, by control, we can develop</w:t>
      </w:r>
    </w:p>
    <w:p>
      <w:pPr>
        <w:jc w:val="right"/>
      </w:pPr>
      <w:r>
        <w:t>۔ سو بائی ڈسپلن، بائی کنٹرول، وی کین ڈیولپ</w:t>
      </w:r>
    </w:p>
    <w:p>
      <w:r>
        <w:rPr>
          <w:b/>
        </w:rPr>
        <w:t xml:space="preserve">[37:44] </w:t>
      </w:r>
      <w:r>
        <w:t>that kind of personality, which is, which is required for jannah.</w:t>
      </w:r>
    </w:p>
    <w:p>
      <w:pPr>
        <w:jc w:val="right"/>
      </w:pPr>
      <w:r>
        <w:t>دیٹ کائنڈ اف پرسنیلٹی، وچ از، وچ از ریکوائرڈ فار جنہ۔</w:t>
      </w:r>
    </w:p>
    <w:p>
      <w:r>
        <w:rPr>
          <w:b/>
        </w:rPr>
        <w:t xml:space="preserve">[37:52] </w:t>
      </w:r>
      <w:r>
        <w:t>there is a verse in the quran: "zalika jaza man tazakka." paradise will be given to those who prove to be a purified soul.</w:t>
      </w:r>
    </w:p>
    <w:p>
      <w:pPr>
        <w:jc w:val="right"/>
      </w:pPr>
      <w:r>
        <w:t>دیر از ا ورس ان دا قران: "زالک جزا من تزکا۔" پیراڈائز ول بی گیون ٹو دوز ہو پروف ٹو بی ا پیریفائیڈ سول۔</w:t>
      </w:r>
    </w:p>
    <w:p>
      <w:r>
        <w:rPr>
          <w:b/>
        </w:rPr>
        <w:t xml:space="preserve">[38:04] </w:t>
      </w:r>
      <w:r>
        <w:t>purified soul.</w:t>
      </w:r>
    </w:p>
    <w:p>
      <w:pPr>
        <w:jc w:val="right"/>
      </w:pPr>
      <w:r>
        <w:t>پیریفائیڈ سول۔</w:t>
      </w:r>
    </w:p>
    <w:p>
      <w:r>
        <w:rPr>
          <w:b/>
        </w:rPr>
        <w:t xml:space="preserve">[38:10] </w:t>
      </w:r>
      <w:r>
        <w:t>so only purified soul will find entry into paradise. what is purified soul?</w:t>
      </w:r>
    </w:p>
    <w:p>
      <w:pPr>
        <w:jc w:val="right"/>
      </w:pPr>
      <w:r>
        <w:t>سو اونلی پیریفائیڈ سول ول فائنڈ انٹری انٹو پیراڈائز۔ واٹ از پیریفائیڈ سول؟</w:t>
      </w:r>
    </w:p>
    <w:p>
      <w:r>
        <w:rPr>
          <w:b/>
        </w:rPr>
        <w:t xml:space="preserve">[38:19] </w:t>
      </w:r>
      <w:r>
        <w:t>purified soul means free of hate, free of anger, free of lust, free of malice, free of violence, free of intolerance.</w:t>
      </w:r>
    </w:p>
    <w:p>
      <w:pPr>
        <w:jc w:val="right"/>
      </w:pPr>
      <w:r>
        <w:t>پیریفائیڈ سول مینز فری اف ہیٹ، فری اف اینگر، فری اف لسٹ، فری اف میلس، فری اف وائلنس، فری اف انٹولرنس۔</w:t>
      </w:r>
    </w:p>
    <w:p>
      <w:r>
        <w:rPr>
          <w:b/>
        </w:rPr>
        <w:t xml:space="preserve">[38:37] </w:t>
      </w:r>
      <w:r>
        <w:t>so you have to control your desires, you have to control your, your passions. you have to purify your soul</w:t>
      </w:r>
    </w:p>
    <w:p>
      <w:pPr>
        <w:jc w:val="right"/>
      </w:pPr>
      <w:r>
        <w:t>سو یو ہیو ٹو کنٹرول یور ڈیزائرز، یو ہیو ٹو کنٹرول یور، یور پیشنز۔ یو ہیو ٹو پیریفائی یور سول</w:t>
      </w:r>
    </w:p>
    <w:p>
      <w:r>
        <w:rPr>
          <w:b/>
        </w:rPr>
        <w:t xml:space="preserve">[38:48] </w:t>
      </w:r>
      <w:r>
        <w:t>. so only purified soul can find entry into paradise. otherwise not.</w:t>
      </w:r>
    </w:p>
    <w:p>
      <w:pPr>
        <w:jc w:val="right"/>
      </w:pPr>
      <w:r>
        <w:t>۔ سو اونلی پیریفائیڈ سول کین فائنڈ انٹری انٹو پیراڈائز۔ ادروائز ناٹ۔</w:t>
      </w:r>
    </w:p>
    <w:p>
      <w:r>
        <w:rPr>
          <w:b/>
        </w:rPr>
        <w:t xml:space="preserve">[38:59] </w:t>
      </w:r>
      <w:r>
        <w:t>then there is a verse in the quran: "al fajr."</w:t>
      </w:r>
    </w:p>
    <w:p>
      <w:pPr>
        <w:jc w:val="right"/>
      </w:pPr>
      <w:r>
        <w:t>دین دیر از ا ورس ان دا قران: "الفجر۔"</w:t>
      </w:r>
    </w:p>
    <w:p>
      <w:r>
        <w:rPr>
          <w:b/>
        </w:rPr>
        <w:t xml:space="preserve">[39:13] </w:t>
      </w:r>
      <w:r>
        <w:t>it means that</w:t>
      </w:r>
    </w:p>
    <w:p>
      <w:pPr>
        <w:jc w:val="right"/>
      </w:pPr>
      <w:r>
        <w:t>اٹ مینز دیٹ</w:t>
      </w:r>
    </w:p>
    <w:p>
      <w:r>
        <w:rPr>
          <w:b/>
        </w:rPr>
        <w:t xml:space="preserve">[39:17] </w:t>
      </w:r>
      <w:r>
        <w:t>poverty or richness both are test paper. everything is test paper.</w:t>
      </w:r>
    </w:p>
    <w:p>
      <w:pPr>
        <w:jc w:val="right"/>
      </w:pPr>
      <w:r>
        <w:t>پاورٹی اور رچ لیس بوتھ ار ٹیسٹ پیپر۔ ایوری تھنگ از ٹیسٹ پیپر۔</w:t>
      </w:r>
    </w:p>
    <w:p>
      <w:r>
        <w:rPr>
          <w:b/>
        </w:rPr>
        <w:t xml:space="preserve">[39:28] </w:t>
      </w:r>
      <w:r>
        <w:t>if you are powerful or power less, in both the situation, you are in test.</w:t>
      </w:r>
    </w:p>
    <w:p>
      <w:pPr>
        <w:jc w:val="right"/>
      </w:pPr>
      <w:r>
        <w:t>اف یو ار پاورفل اور پاور لیس، ان بوتھ دا سچویشن، یو ار ان ٹیسٹ۔</w:t>
      </w:r>
    </w:p>
    <w:p>
      <w:r>
        <w:rPr>
          <w:b/>
        </w:rPr>
        <w:t xml:space="preserve">[39:40] </w:t>
      </w:r>
      <w:r>
        <w:t>so you have to, you have to know this fact. so when you are rich or powerful, save yourself from being arrogant.</w:t>
      </w:r>
    </w:p>
    <w:p>
      <w:pPr>
        <w:jc w:val="right"/>
      </w:pPr>
      <w:r>
        <w:t>سو یو ہیو ٹو، یو ہیو ٹو نو دس فیکٹ۔ سو وین یو ار رچ اور پاورفل، سیو یور سیلف فرام بینگ ارگنٹ۔</w:t>
      </w:r>
    </w:p>
    <w:p>
      <w:r>
        <w:rPr>
          <w:b/>
        </w:rPr>
        <w:t xml:space="preserve">[39:55] </w:t>
      </w:r>
      <w:r>
        <w:t>don't be arrogant.</w:t>
      </w:r>
    </w:p>
    <w:p>
      <w:pPr>
        <w:jc w:val="right"/>
      </w:pPr>
      <w:r>
        <w:t>ڈونٹ بی ارگنٹ۔</w:t>
      </w:r>
    </w:p>
    <w:p>
      <w:r>
        <w:rPr>
          <w:b/>
        </w:rPr>
        <w:t xml:space="preserve">[39:58] </w:t>
      </w:r>
      <w:r>
        <w:t>and when you are poor, when you are facing some problem, then don't cry. don't be hopeless.</w:t>
      </w:r>
    </w:p>
    <w:p>
      <w:pPr>
        <w:jc w:val="right"/>
      </w:pPr>
      <w:r>
        <w:t>اینڈ وین یو ار پور، وین یو ار فیسنگ سم پرابلم، دین ڈونٹ کرائی۔ ڈونٹ بی ہوپ لیس۔</w:t>
      </w:r>
    </w:p>
    <w:p>
      <w:r>
        <w:rPr>
          <w:b/>
        </w:rPr>
        <w:t xml:space="preserve">[40:10] </w:t>
      </w:r>
      <w:r>
        <w:t>in both the situation, maintain normalcy. in both the situation, keep your connection in god.</w:t>
      </w:r>
    </w:p>
    <w:p>
      <w:pPr>
        <w:jc w:val="right"/>
      </w:pPr>
      <w:r>
        <w:t>ان بوتھ دا سچویشن، مینٹین نارملسی۔ ان بوتھ دا سچویشن، کیپ یور کنکشن ان گاڈ۔</w:t>
      </w:r>
    </w:p>
    <w:p>
      <w:r>
        <w:rPr>
          <w:b/>
        </w:rPr>
        <w:t xml:space="preserve">[40:21] </w:t>
      </w:r>
      <w:r>
        <w:t>then quran says: "ya</w:t>
      </w:r>
    </w:p>
    <w:p>
      <w:pPr>
        <w:jc w:val="right"/>
      </w:pPr>
      <w:r>
        <w:t>دین قران سیز: "یا</w:t>
      </w:r>
    </w:p>
    <w:p>
      <w:r>
        <w:rPr>
          <w:b/>
        </w:rPr>
        <w:t xml:space="preserve">[40:29] </w:t>
      </w:r>
      <w:r>
        <w:t>you see, here the quran uses word al nafs al mutmainnah." it means complex free soul.</w:t>
      </w:r>
    </w:p>
    <w:p>
      <w:pPr>
        <w:jc w:val="right"/>
      </w:pPr>
      <w:r>
        <w:t>یو سی، ہیر دا قران یوزز ورڈ النفس المطمئنہ۔" اٹ مینز کمپلیکس فری سول۔</w:t>
      </w:r>
    </w:p>
    <w:p>
      <w:r>
        <w:rPr>
          <w:b/>
        </w:rPr>
        <w:t xml:space="preserve">[40:40] </w:t>
      </w:r>
      <w:r>
        <w:t>so the best title given by the quran for those people who will go to paradise is al nafs al mutmainnah.</w:t>
      </w:r>
    </w:p>
    <w:p>
      <w:pPr>
        <w:jc w:val="right"/>
      </w:pPr>
      <w:r>
        <w:t>سو دا بیسٹ ٹائٹل گیون بائی دا قران فار دوز پیپل ہو ول گو ٹو پیراڈائز از النفس المطمئنہ۔</w:t>
      </w:r>
    </w:p>
    <w:p>
      <w:r>
        <w:rPr>
          <w:b/>
        </w:rPr>
        <w:t xml:space="preserve">[40:50] </w:t>
      </w:r>
      <w:r>
        <w:t>complex free soul, free of hate, free of anger, free of lust, free of violence, free of intolerance.</w:t>
      </w:r>
    </w:p>
    <w:p>
      <w:pPr>
        <w:jc w:val="right"/>
      </w:pPr>
      <w:r>
        <w:t>کمپلیکس فری سول، فری اف ہیٹ، فری اف اینگر، فری اف لسٹ، فری اف وائلنس، فری اف انٹولرنس۔</w:t>
      </w:r>
    </w:p>
    <w:p>
      <w:r>
        <w:rPr>
          <w:b/>
        </w:rPr>
        <w:t xml:space="preserve">[41:05] </w:t>
      </w:r>
      <w:r>
        <w:t>so those people who prove to be al nafs al mutmainnah, complex free soul, they will find entry into paradise.</w:t>
      </w:r>
    </w:p>
    <w:p>
      <w:pPr>
        <w:jc w:val="right"/>
      </w:pPr>
      <w:r>
        <w:t>سو دوز پیپل ہو پروف ٹو بی النفس المطمئنہ، کمپلیکس فری سول، دے ول فائنڈ انٹری انٹو پیراڈائز۔</w:t>
      </w:r>
    </w:p>
    <w:p>
      <w:r>
        <w:rPr>
          <w:b/>
        </w:rPr>
        <w:t xml:space="preserve">[41:18] </w:t>
      </w:r>
      <w:r>
        <w:t>by these verses, you can understand</w:t>
      </w:r>
    </w:p>
    <w:p>
      <w:pPr>
        <w:jc w:val="right"/>
      </w:pPr>
      <w:r>
        <w:t>بائی دیز ورسز، یو کین انڈرسٹینڈ</w:t>
      </w:r>
    </w:p>
    <w:p>
      <w:r>
        <w:rPr>
          <w:b/>
        </w:rPr>
        <w:t xml:space="preserve">[41:24] </w:t>
      </w:r>
      <w:r>
        <w:t>what is the criteria of paradise given by the Quran.</w:t>
      </w:r>
    </w:p>
    <w:p>
      <w:pPr>
        <w:jc w:val="right"/>
      </w:pPr>
      <w:r>
        <w:t>واٹ از دا کرائٹیریا اف پیراڈائز گیون بائی دا قران۔</w:t>
      </w:r>
    </w:p>
    <w:p>
      <w:r>
        <w:rPr>
          <w:b/>
        </w:rPr>
        <w:t xml:space="preserve">[41:34] </w:t>
      </w:r>
      <w:r>
        <w:t>then there are some other complexes. some people are, are not ready to accept the concept of paradise due to some reasons.</w:t>
      </w:r>
    </w:p>
    <w:p>
      <w:pPr>
        <w:jc w:val="right"/>
      </w:pPr>
      <w:r>
        <w:t>دین دیر ار سم ادر کمپلیکسز۔ سم پیپل ار، ار ناٹ ریڈی ٹو ایکسیپٹ دا کانسیپٹ اف پیراڈائز ڈیو ٹو سم ریزنز۔</w:t>
      </w:r>
    </w:p>
    <w:p>
      <w:r>
        <w:rPr>
          <w:b/>
        </w:rPr>
        <w:t xml:space="preserve">[41:45] </w:t>
      </w:r>
      <w:r>
        <w:t>for example, once I was in Dubai, so I happen to meet a wealthy person.</w:t>
      </w:r>
    </w:p>
    <w:p>
      <w:pPr>
        <w:jc w:val="right"/>
      </w:pPr>
      <w:r>
        <w:t>فار ایگزیمپل، ونس ائی واز ان دبئی، سو ائی ہیپن ٹو میٹ ا ویلتھی پرسن۔</w:t>
      </w:r>
    </w:p>
    <w:p>
      <w:r>
        <w:rPr>
          <w:b/>
        </w:rPr>
        <w:t xml:space="preserve">[41:53] </w:t>
      </w:r>
      <w:r>
        <w:t>he was a businessman. he said: "I believe in God, but I don't believe in paradise.</w:t>
      </w:r>
    </w:p>
    <w:p>
      <w:pPr>
        <w:jc w:val="right"/>
      </w:pPr>
      <w:r>
        <w:t>ہی واز ا بزنس مین۔ ہی سیڈ: "ائی بیلیو ان گاڈ، بٹ ائی ڈونٹ بیلیو ان پیراڈائز۔</w:t>
      </w:r>
    </w:p>
    <w:p>
      <w:r>
        <w:rPr>
          <w:b/>
        </w:rPr>
        <w:t xml:space="preserve">[42:05] </w:t>
      </w:r>
      <w:r>
        <w:t>I believe that there is a God, but I don't believe that there is a paradise." I said that: "what is paradise?" in the book of God, Quran is the book of God.</w:t>
      </w:r>
    </w:p>
    <w:p>
      <w:pPr>
        <w:jc w:val="right"/>
      </w:pPr>
      <w:r>
        <w:t>ائی بیلیو دیٹ دیر از ا گاڈ، بٹ ائی ڈونٹ بیلیو دیٹ دیر از ا پیراڈائز۔" ائی سیڈ دیٹ: "واٹ از پیراڈائز؟" ان دا بک اف گاڈ، قران از دا بک اف گاڈ۔</w:t>
      </w:r>
    </w:p>
    <w:p>
      <w:r>
        <w:rPr>
          <w:b/>
        </w:rPr>
        <w:t xml:space="preserve">[42:23] </w:t>
      </w:r>
      <w:r>
        <w:t>in the book of God, we find a very, very clear definition of paradise.</w:t>
      </w:r>
    </w:p>
    <w:p>
      <w:pPr>
        <w:jc w:val="right"/>
      </w:pPr>
      <w:r>
        <w:t>ان دا بک اف گاڈ، وی فائنڈ ا ویری، ویری کلیئر ڈیفینیشن اف پیراڈائز۔</w:t>
      </w:r>
    </w:p>
    <w:p>
      <w:r>
        <w:rPr>
          <w:b/>
        </w:rPr>
        <w:t xml:space="preserve">[42:32] </w:t>
      </w:r>
      <w:r>
        <w:t>paradise is living in the neighborhood of God. there is a story that Egyptian king Pharaoh was a mushrik king.</w:t>
      </w:r>
    </w:p>
    <w:p>
      <w:pPr>
        <w:jc w:val="right"/>
      </w:pPr>
      <w:r>
        <w:t>پیراڈائز از لیونگ ان دا نیبرہڈ اف گاڈ۔ دیر از ا سٹوری دیٹ ایجپشن کنگ فیرو واز ا مشرک کنگ۔</w:t>
      </w:r>
    </w:p>
    <w:p>
      <w:r>
        <w:rPr>
          <w:b/>
        </w:rPr>
        <w:t xml:space="preserve">[42:45] </w:t>
      </w:r>
      <w:r>
        <w:t>he was very, very arrogant king. arrogant! he refused to accept the message given by Musa, Hazrat Musa (peace be upon him).</w:t>
      </w:r>
    </w:p>
    <w:p>
      <w:pPr>
        <w:jc w:val="right"/>
      </w:pPr>
      <w:r>
        <w:t>ہی واز ویری، ویری ارگنٹ کنگ۔ ارگنٹ! ہی ریفیوز ٹو ایکسیپٹ دا میسج گیون بائی موسی، حضرت موسی علیہ السلام۔</w:t>
      </w:r>
    </w:p>
    <w:p>
      <w:r>
        <w:rPr>
          <w:b/>
        </w:rPr>
        <w:t xml:space="preserve">[42:56] </w:t>
      </w:r>
      <w:r>
        <w:t>he was contemporary of Moses.</w:t>
      </w:r>
    </w:p>
    <w:p>
      <w:pPr>
        <w:jc w:val="right"/>
      </w:pPr>
      <w:r>
        <w:t>ہی واز کنٹیمپرری اف موزس۔</w:t>
      </w:r>
    </w:p>
    <w:p>
      <w:r>
        <w:rPr>
          <w:b/>
        </w:rPr>
        <w:t xml:space="preserve">[42:59] </w:t>
      </w:r>
      <w:r>
        <w:t>so his wife, Asia, accepted the din of Musa.</w:t>
      </w:r>
    </w:p>
    <w:p>
      <w:pPr>
        <w:jc w:val="right"/>
      </w:pPr>
      <w:r>
        <w:t>سو ہز وائف، اسیہ، ایکسیپٹڈ دا دین اف موسی۔</w:t>
      </w:r>
    </w:p>
    <w:p>
      <w:r>
        <w:rPr>
          <w:b/>
        </w:rPr>
        <w:t xml:space="preserve">[43:10] </w:t>
      </w:r>
      <w:r>
        <w:t>he became angry. the king became angry. he said that, he said to his wife, Asia: "I will kill you, I will kill you.</w:t>
      </w:r>
    </w:p>
    <w:p>
      <w:pPr>
        <w:jc w:val="right"/>
      </w:pPr>
      <w:r>
        <w:t>ہی بیکم اینگری۔ دا کنگ بیکم اینگری۔ ہی سیڈ دیٹ، ہی سیڈ ٹو ہز وائف، اسیہ: "ائی ول کل یو، ائی ول کل یو۔</w:t>
      </w:r>
    </w:p>
    <w:p>
      <w:r>
        <w:rPr>
          <w:b/>
        </w:rPr>
        <w:t xml:space="preserve">[43:25] </w:t>
      </w:r>
      <w:r>
        <w:t>you have to abandon the religion of Musa, otherwise I will kill you."</w:t>
      </w:r>
    </w:p>
    <w:p>
      <w:pPr>
        <w:jc w:val="right"/>
      </w:pPr>
      <w:r>
        <w:t>یو ہیو ٹو ابینڈن دا ریجن اف موسی، ادروائز ائی ول کل یو۔"</w:t>
      </w:r>
    </w:p>
    <w:p>
      <w:r>
        <w:rPr>
          <w:b/>
        </w:rPr>
        <w:t xml:space="preserve">[43:31] </w:t>
      </w:r>
      <w:r>
        <w:t>that lady said: "I am not going to abandon the religion of Musa. my trust is in God." so at that time, he prayed a very stage prayer, prayer or dua.</w:t>
      </w:r>
    </w:p>
    <w:p>
      <w:pPr>
        <w:jc w:val="right"/>
      </w:pPr>
      <w:r>
        <w:t>دیٹ لیڈی سیڈ: "ائی ایم ناٹ گوئنگ ٹو ابینڈن دا ریجن اف موسی۔ مائی ٹرسٹ از ان گاڈ۔" سو ایٹ دیٹ ٹائم، ہی پریڈ ا ویری سٹیج پریڈ، پریر اور دعا۔</w:t>
      </w:r>
    </w:p>
    <w:p>
      <w:r>
        <w:rPr>
          <w:b/>
        </w:rPr>
        <w:t xml:space="preserve">[43:51] </w:t>
      </w:r>
      <w:r>
        <w:t>he said: "Rabbi, in the Jannah, O God, give me a house in paradise,</w:t>
      </w:r>
    </w:p>
    <w:p>
      <w:pPr>
        <w:jc w:val="right"/>
      </w:pPr>
      <w:r>
        <w:t>ہی سیڈ: "ربلی، ان دا جنہ، او گاڈ، گیو می ا ہاؤس ان پیراڈائز،</w:t>
      </w:r>
    </w:p>
    <w:p>
      <w:r>
        <w:rPr>
          <w:b/>
        </w:rPr>
        <w:t xml:space="preserve">[44:06] </w:t>
      </w:r>
      <w:r>
        <w:t>in your neighborhood." so it means that paradise is the title of God, God the neighborhood.</w:t>
      </w:r>
    </w:p>
    <w:p>
      <w:pPr>
        <w:jc w:val="right"/>
      </w:pPr>
      <w:r>
        <w:t>ان یور نیبرہڈ۔" سو اٹ مینز دیٹ پیراڈائز از دی ٹائٹل اف گاڈ، گاڈ دا نیبرہڈ۔</w:t>
      </w:r>
    </w:p>
    <w:p>
      <w:r>
        <w:rPr>
          <w:b/>
        </w:rPr>
        <w:t xml:space="preserve">[44:18] </w:t>
      </w:r>
      <w:r>
        <w:t>you know, God is God, is all beauty, God is all powerful, God is God, have all kind of goodness.</w:t>
      </w:r>
    </w:p>
    <w:p>
      <w:pPr>
        <w:jc w:val="right"/>
      </w:pPr>
      <w:r>
        <w:t>یو نو، گاڈ از گاڈ، از ال بیوٹی، گاڈ از ال پاورفل، گاڈ از گاڈ، ہیو ال کائنڈ اف گڈنس۔</w:t>
      </w:r>
    </w:p>
    <w:p>
      <w:r>
        <w:rPr>
          <w:b/>
        </w:rPr>
        <w:t xml:space="preserve">[44:32] </w:t>
      </w:r>
      <w:r>
        <w:t>so, so God neighborhood is highly beautiful place. it is but natural that God neighborhood is a very, very beautiful place.</w:t>
      </w:r>
    </w:p>
    <w:p>
      <w:pPr>
        <w:jc w:val="right"/>
      </w:pPr>
      <w:r>
        <w:t>سو، سو گاڈ نیبرہڈ از ہائیلی بیوٹیفل پلیس۔ اٹ از بٹ نیچرل دیٹ گاڈ نیبرہڈ از ا ویری، ویری بیوٹیفل پلیس۔</w:t>
      </w:r>
    </w:p>
    <w:p>
      <w:r>
        <w:rPr>
          <w:b/>
        </w:rPr>
        <w:t xml:space="preserve">[44:47] </w:t>
      </w:r>
      <w:r>
        <w:t>so living in to paradise means living in the neighborhood of God. paradise means living in the neighborhood of God.</w:t>
      </w:r>
    </w:p>
    <w:p>
      <w:pPr>
        <w:jc w:val="right"/>
      </w:pPr>
      <w:r>
        <w:t>سو لیونگ ان تو پیراڈائز مینز لیونگ ان دا نیبرہڈ اف گاڈ۔ پیراڈائز مینز لیونگ ان دا نیبرہڈ اف گاڈ۔</w:t>
      </w:r>
    </w:p>
    <w:p>
      <w:r>
        <w:rPr>
          <w:b/>
        </w:rPr>
        <w:t xml:space="preserve">[45:01] </w:t>
      </w:r>
      <w:r>
        <w:t>so that person was convinced. he said: "yes, now I accept that there is a paradise, because there is no better place than the neighborhood of God."</w:t>
      </w:r>
    </w:p>
    <w:p>
      <w:pPr>
        <w:jc w:val="right"/>
      </w:pPr>
      <w:r>
        <w:t>سو دیٹ پرسن واز کنونسڈ۔ ہی سیڈ: "یس، ناؤ ائی ایکسیپٹ دیٹ دیر از ا پیراڈائز، بیکاز دیر از نو بٹر پلیس دین دا نیبرہڈ اف گاڈ۔"</w:t>
      </w:r>
    </w:p>
    <w:p>
      <w:r>
        <w:rPr>
          <w:b/>
        </w:rPr>
        <w:t xml:space="preserve">[45:17] </w:t>
      </w:r>
      <w:r>
        <w:t>so you have to make people aware of all these facts.</w:t>
      </w:r>
    </w:p>
    <w:p>
      <w:pPr>
        <w:jc w:val="right"/>
      </w:pPr>
      <w:r>
        <w:t>سو یو ہیو ٹو میک پیپل اویر اف ال دیز فیکٹس۔</w:t>
      </w:r>
    </w:p>
    <w:p>
      <w:r>
        <w:rPr>
          <w:b/>
        </w:rPr>
        <w:t xml:space="preserve">[45:25] </w:t>
      </w:r>
      <w:r>
        <w:t>it is not very difficult, it is easy, but you have to, you have to, you have to tell them in a such a way that their mind may be addressed.</w:t>
      </w:r>
    </w:p>
    <w:p>
      <w:pPr>
        <w:jc w:val="right"/>
      </w:pPr>
      <w:r>
        <w:t>اٹ از ناٹ ویری ڈیفیکلٹ، اٹ از ایزی، بٹ یو ہیو ٹو، یو ہیو ٹو، یو ہیو ٹو ٹیل دیم ان ا سچ ا وے دیٹ دیر بائنڈ می بی ایڈریسڈ۔</w:t>
      </w:r>
    </w:p>
    <w:p>
      <w:r>
        <w:rPr>
          <w:b/>
        </w:rPr>
        <w:t xml:space="preserve">[45:42] </w:t>
      </w:r>
      <w:r>
        <w:t>question of, question of method</w:t>
      </w:r>
    </w:p>
    <w:p>
      <w:pPr>
        <w:jc w:val="right"/>
      </w:pPr>
      <w:r>
        <w:t>کوئسچن اف، کوئسچن اف میتھڈ</w:t>
      </w:r>
    </w:p>
    <w:p>
      <w:r>
        <w:rPr>
          <w:b/>
        </w:rPr>
        <w:t xml:space="preserve">[45:46] </w:t>
      </w:r>
      <w:r>
        <w:t>. it is question of method. now what is so many people dies every day.</w:t>
      </w:r>
    </w:p>
    <w:p>
      <w:pPr>
        <w:jc w:val="right"/>
      </w:pPr>
      <w:r>
        <w:t>۔ اٹ از کوئسچن اف میتھڈ۔ ناؤ واٹ از سو مینی پیپل ڈائیز ایوری ڈے۔</w:t>
      </w:r>
    </w:p>
    <w:p>
      <w:r>
        <w:rPr>
          <w:b/>
        </w:rPr>
        <w:t xml:space="preserve">[45:57] </w:t>
      </w:r>
      <w:r>
        <w:t>they die in despair. why they are in aware of the paradise, the concept of paradise.</w:t>
      </w:r>
    </w:p>
    <w:p>
      <w:pPr>
        <w:jc w:val="right"/>
      </w:pPr>
      <w:r>
        <w:t>دے ڈائی ان ڈسپیر۔ وائی دے ار ان ایور اف دا پیراڈائز، دا کانسیپٹ اف پیراڈائز۔</w:t>
      </w:r>
    </w:p>
    <w:p>
      <w:r>
        <w:rPr>
          <w:b/>
        </w:rPr>
        <w:t xml:space="preserve">[46:08] </w:t>
      </w:r>
      <w:r>
        <w:t>live in tension and die in tension.</w:t>
      </w:r>
    </w:p>
    <w:p>
      <w:pPr>
        <w:jc w:val="right"/>
      </w:pPr>
      <w:r>
        <w:t>دے لیو ان ٹینشن اینڈ ڈائی ان ٹینشن۔</w:t>
      </w:r>
    </w:p>
    <w:p>
      <w:r>
        <w:rPr>
          <w:b/>
        </w:rPr>
        <w:t xml:space="preserve">[46:14] </w:t>
      </w:r>
      <w:r>
        <w:t>so they die without knowing that what is after death.</w:t>
      </w:r>
    </w:p>
    <w:p>
      <w:pPr>
        <w:jc w:val="right"/>
      </w:pPr>
      <w:r>
        <w:t>سو دے ڈائی وداؤٹ نوئنگ دیٹ واٹ از افٹر ڈیتھ۔</w:t>
      </w:r>
    </w:p>
    <w:p>
      <w:r>
        <w:rPr>
          <w:b/>
        </w:rPr>
        <w:t xml:space="preserve">[46:24] </w:t>
      </w:r>
      <w:r>
        <w:t>so everyone is, everyone dies, and while everyone dies, while his mind is left, remain unaddressed.</w:t>
      </w:r>
    </w:p>
    <w:p>
      <w:pPr>
        <w:jc w:val="right"/>
      </w:pPr>
      <w:r>
        <w:t>سو ایوری ون از، ایوری ون ڈائز، اینڈ وائل ایوری ون ڈائز، وائل ہز مائنڈ از لیفٹ، ریمین ان ایڈریسڈ۔</w:t>
      </w:r>
    </w:p>
    <w:p>
      <w:r>
        <w:rPr>
          <w:b/>
        </w:rPr>
        <w:t xml:space="preserve">[46:36] </w:t>
      </w:r>
      <w:r>
        <w:t>every one dies while his mind remain unaddressed.</w:t>
      </w:r>
    </w:p>
    <w:p>
      <w:pPr>
        <w:jc w:val="right"/>
      </w:pPr>
      <w:r>
        <w:t>ایوری ون ڈائز وائل ہز مائنڈ ریمین ان ایڈریسڈ۔</w:t>
      </w:r>
    </w:p>
    <w:p>
      <w:r>
        <w:rPr>
          <w:b/>
        </w:rPr>
        <w:t xml:space="preserve">[46:43] </w:t>
      </w:r>
      <w:r>
        <w:t>so it is our duty. it is our duty to make all these people back aware of paradise.</w:t>
      </w:r>
    </w:p>
    <w:p>
      <w:pPr>
        <w:jc w:val="right"/>
      </w:pPr>
      <w:r>
        <w:t>سو اٹ از اور ڈیوٹی۔ اٹ از اور ڈیوٹی ٹو میک ال دیز پیپل بیک اویئر اف پیراڈائز۔</w:t>
      </w:r>
    </w:p>
    <w:p>
      <w:r>
        <w:rPr>
          <w:b/>
        </w:rPr>
        <w:t xml:space="preserve">[46:58] </w:t>
      </w:r>
      <w:r>
        <w:t>We are living in an ignorance, in an awareness. So these are duty.</w:t>
      </w:r>
    </w:p>
    <w:p>
      <w:pPr>
        <w:jc w:val="right"/>
      </w:pPr>
      <w:r>
        <w:t>دے ار لیونگ ان ان اگنورنس، ان ان اویرنس۔ سو دیز ار ڈیوٹی۔</w:t>
      </w:r>
    </w:p>
    <w:p>
      <w:r>
        <w:rPr>
          <w:b/>
        </w:rPr>
        <w:t xml:space="preserve">[47:11] </w:t>
      </w:r>
      <w:r>
        <w:t>especially we have to, we have to, to make them available quran in their noon language.</w:t>
      </w:r>
    </w:p>
    <w:p>
      <w:pPr>
        <w:jc w:val="right"/>
      </w:pPr>
      <w:r>
        <w:t>اسپیشلی وی ہیو ٹو، وی ہیو ٹو، ٹو میک دیم اویلیبل قران ان دیر نون لینگویج۔</w:t>
      </w:r>
    </w:p>
    <w:p>
      <w:r>
        <w:rPr>
          <w:b/>
        </w:rPr>
        <w:t xml:space="preserve">[47:27] </w:t>
      </w:r>
      <w:r>
        <w:t>i think the quran is enough to have an introduction of paradise. the whole quran is, is a introduction of paradise, either directly or indirectly.</w:t>
      </w:r>
    </w:p>
    <w:p>
      <w:pPr>
        <w:jc w:val="right"/>
      </w:pPr>
      <w:r>
        <w:t>ائی تھنک دا قران از انف ٹو ہیو ان انٹروڈکشن اف پیراڈائز۔ دا ہول قران از، از ا انٹروڈکشن اف پیراڈائز، ایدر ڈائریکٹلی اور ان ڈائریکٹلی۔</w:t>
      </w:r>
    </w:p>
    <w:p>
      <w:r>
        <w:rPr>
          <w:b/>
        </w:rPr>
        <w:t xml:space="preserve">[47:46] </w:t>
      </w:r>
      <w:r>
        <w:t>the whole quran is an introduction of the paradise, either directly or indirectly.</w:t>
      </w:r>
    </w:p>
    <w:p>
      <w:pPr>
        <w:jc w:val="right"/>
      </w:pPr>
      <w:r>
        <w:t>دا ہول قران از این انٹروڈکشن اف دی پیراڈائز، ایدر ڈائریکٹلی اور ان ڈائریکٹلی۔</w:t>
      </w:r>
    </w:p>
    <w:p>
      <w:r>
        <w:rPr>
          <w:b/>
        </w:rPr>
        <w:t xml:space="preserve">[47:55] </w:t>
      </w:r>
      <w:r>
        <w:t>so every one who read quran, who study quran, will find the answer, i am sure.</w:t>
      </w:r>
    </w:p>
    <w:p>
      <w:pPr>
        <w:jc w:val="right"/>
      </w:pPr>
      <w:r>
        <w:t>سو ایوری ون ہو ریڈ قران، ہو سٹڈی قران، ول فائنڈ دا انسر، ائی ایم شور۔</w:t>
      </w:r>
    </w:p>
    <w:p>
      <w:r>
        <w:rPr>
          <w:b/>
        </w:rPr>
        <w:t xml:space="preserve">[48:09] </w:t>
      </w:r>
      <w:r>
        <w:t>then there are</w:t>
      </w:r>
    </w:p>
    <w:p>
      <w:pPr>
        <w:jc w:val="right"/>
      </w:pPr>
      <w:r>
        <w:t>دین دیر ار</w:t>
      </w:r>
    </w:p>
    <w:p>
      <w:r>
        <w:rPr>
          <w:b/>
        </w:rPr>
        <w:t xml:space="preserve">[48:15] </w:t>
      </w:r>
      <w:r>
        <w:t>many hadith that give us a</w:t>
      </w:r>
    </w:p>
    <w:p>
      <w:pPr>
        <w:jc w:val="right"/>
      </w:pPr>
      <w:r>
        <w:t>مینی حدیث دیٹ گیو اس ا</w:t>
      </w:r>
    </w:p>
    <w:p>
      <w:r>
        <w:rPr>
          <w:b/>
        </w:rPr>
        <w:t xml:space="preserve">[48:25] </w:t>
      </w:r>
      <w:r>
        <w:t>knowledge. you know, prophet of islam or every prophet was given direct knowledge,</w:t>
      </w:r>
    </w:p>
    <w:p>
      <w:pPr>
        <w:jc w:val="right"/>
      </w:pPr>
      <w:r>
        <w:t>نالج۔ یو نو، پرافٹ اف اسلام اور ایوری پرافٹ واز گیون ڈائریکٹ نالج،</w:t>
      </w:r>
    </w:p>
    <w:p>
      <w:r>
        <w:rPr>
          <w:b/>
        </w:rPr>
        <w:t xml:space="preserve">[48:37] </w:t>
      </w:r>
      <w:r>
        <w:t>so that they may tell us what is paradise, what is hell. god gave them direct knowledge,</w:t>
      </w:r>
    </w:p>
    <w:p>
      <w:pPr>
        <w:jc w:val="right"/>
      </w:pPr>
      <w:r>
        <w:t>سو دیٹ دے می ٹیل اس واٹ از پیراڈائز، واٹ از ہیل۔ گاڈ گیو دیم ڈائریکٹ نالج،</w:t>
      </w:r>
    </w:p>
    <w:p>
      <w:r>
        <w:rPr>
          <w:b/>
        </w:rPr>
        <w:t xml:space="preserve">[48:50] </w:t>
      </w:r>
      <w:r>
        <w:t>so that they may tell us what is hell and what is paradise. to prophet of islam, there is hadith by the prophet of islam, is a very, very important hadith in this regard.</w:t>
      </w:r>
    </w:p>
    <w:p>
      <w:pPr>
        <w:jc w:val="right"/>
      </w:pPr>
      <w:r>
        <w:t>سو دیٹ دے می ٹیل اس واٹ از ہیل اینڈ واٹ از پیراڈائز۔ تو پرافٹ اف اسلام، دیر از حدیث بائی دا پرافٹ اف اسلام، از ا ویری، ویری امپورٹنٹ حدیث ان دس ریگارڈ۔</w:t>
      </w:r>
    </w:p>
    <w:p>
      <w:r>
        <w:rPr>
          <w:b/>
        </w:rPr>
        <w:t xml:space="preserve">[49:06] </w:t>
      </w:r>
      <w:r>
        <w:t>so according to this hadith, this hadith in symbolic language, there are many hadith that are in symbolic language.</w:t>
      </w:r>
    </w:p>
    <w:p>
      <w:pPr>
        <w:jc w:val="right"/>
      </w:pPr>
      <w:r>
        <w:t>سو اکارڈنگ ٹو دس حدیث، دس حدیث ان سمبولک لینگویج، دیر ار مینی حدیث دیٹ ار ان سمبولک لینگویج۔</w:t>
      </w:r>
    </w:p>
    <w:p>
      <w:r>
        <w:rPr>
          <w:b/>
        </w:rPr>
        <w:t xml:space="preserve">[49:19] </w:t>
      </w:r>
      <w:r>
        <w:t>so in this is symbolism</w:t>
      </w:r>
    </w:p>
    <w:p>
      <w:pPr>
        <w:jc w:val="right"/>
      </w:pPr>
      <w:r>
        <w:t>سو ان دس از سمبولزم</w:t>
      </w:r>
    </w:p>
    <w:p>
      <w:r>
        <w:rPr>
          <w:b/>
        </w:rPr>
        <w:t xml:space="preserve">[49:22] </w:t>
      </w:r>
      <w:r>
        <w:t>. so according to hadith,</w:t>
      </w:r>
    </w:p>
    <w:p>
      <w:pPr>
        <w:jc w:val="right"/>
      </w:pPr>
      <w:r>
        <w:t>۔ سو اکارڈنگ ٹو حدیث،</w:t>
      </w:r>
    </w:p>
    <w:p>
      <w:r>
        <w:rPr>
          <w:b/>
        </w:rPr>
        <w:t xml:space="preserve">[49:27] </w:t>
      </w:r>
      <w:r>
        <w:t>there, there is a, there is a,</w:t>
      </w:r>
    </w:p>
    <w:p>
      <w:pPr>
        <w:jc w:val="right"/>
      </w:pPr>
      <w:r>
        <w:t>دیر، دیر از ا، دیر از ا،</w:t>
      </w:r>
    </w:p>
    <w:p>
      <w:r>
        <w:rPr>
          <w:b/>
        </w:rPr>
        <w:t xml:space="preserve">[49:34] </w:t>
      </w:r>
      <w:r>
        <w:t>this, this, this, this, this world comes to to his end, and we enter in the day, in the world hereafter, day of judgment</w:t>
      </w:r>
    </w:p>
    <w:p>
      <w:pPr>
        <w:jc w:val="right"/>
      </w:pPr>
      <w:r>
        <w:t>دس، دس، دس، دس، دس ورلڈ کمز ٹو ٹو ہز اینڈ، اینڈ وی انٹر ان دا ڈے، ان دا ورلڈ ہیر افٹر، ڈے اف ججمنٹ</w:t>
      </w:r>
    </w:p>
    <w:p>
      <w:r>
        <w:rPr>
          <w:b/>
        </w:rPr>
        <w:t xml:space="preserve">[49:46] </w:t>
      </w:r>
      <w:r>
        <w:t>. so there is a vast kind of field, and all mankind are gather over there.</w:t>
      </w:r>
    </w:p>
    <w:p>
      <w:pPr>
        <w:jc w:val="right"/>
      </w:pPr>
      <w:r>
        <w:t>۔ سو دیر از ا واسٹ کائنڈ اف فیلڈ، اینڈ ال مین کائنڈ ار گیدر اوور دیر۔</w:t>
      </w:r>
    </w:p>
    <w:p>
      <w:r>
        <w:rPr>
          <w:b/>
        </w:rPr>
        <w:t xml:space="preserve">[49:55] </w:t>
      </w:r>
      <w:r>
        <w:t>then god almighty appears, and he give judgment. so according to his judgment, some people go to paradise, and some people go to hell.</w:t>
      </w:r>
    </w:p>
    <w:p>
      <w:pPr>
        <w:jc w:val="right"/>
      </w:pPr>
      <w:r>
        <w:t>دین گاڈ المائٹی اپیئرز، اینڈ ہی گیو ججمنٹ۔ سو اکارڈنگ ٹو ہز ججمنٹ، سم پیپل گو ٹو پیراڈائز، اینڈ سم پیپل گو ٹو ہیل۔</w:t>
      </w:r>
    </w:p>
    <w:p>
      <w:r>
        <w:rPr>
          <w:b/>
        </w:rPr>
        <w:t xml:space="preserve">[50:08] </w:t>
      </w:r>
      <w:r>
        <w:t>then only, then only, there is only one person</w:t>
      </w:r>
    </w:p>
    <w:p>
      <w:pPr>
        <w:jc w:val="right"/>
      </w:pPr>
      <w:r>
        <w:t>دین اونلی، دین اونلی، دیر از اونلی ون پرسن</w:t>
      </w:r>
    </w:p>
    <w:p>
      <w:r>
        <w:rPr>
          <w:b/>
        </w:rPr>
        <w:t xml:space="preserve">[50:14] </w:t>
      </w:r>
      <w:r>
        <w:t>, he is standing in the maidan e hashar, in the field of hashar, alone. he says: "o god, you, you,</w:t>
      </w:r>
    </w:p>
    <w:p>
      <w:pPr>
        <w:jc w:val="right"/>
      </w:pPr>
      <w:r>
        <w:t>، ہی از سٹینڈنگ ان دا میدان حشر، ان دا فیلڈ اف حشر، الون۔ ہی سیز: "او گاڈ، یو، یو،</w:t>
      </w:r>
    </w:p>
    <w:p>
      <w:r>
        <w:rPr>
          <w:b/>
        </w:rPr>
        <w:t xml:space="preserve">[50:31] </w:t>
      </w:r>
      <w:r>
        <w:t>you not blessed me with paradise. now please give me a glimpse of paradise.</w:t>
      </w:r>
    </w:p>
    <w:p>
      <w:pPr>
        <w:jc w:val="right"/>
      </w:pPr>
      <w:r>
        <w:t>یو ناٹ بریسڈ می ود پیراڈائز۔ ناؤ پلیز گیو می ا گلمس اف پیراڈائز۔</w:t>
      </w:r>
    </w:p>
    <w:p>
      <w:r>
        <w:rPr>
          <w:b/>
        </w:rPr>
        <w:t xml:space="preserve">[50:40] </w:t>
      </w:r>
      <w:r>
        <w:t>i want a glimpse to know what is paradise.</w:t>
      </w:r>
    </w:p>
    <w:p>
      <w:pPr>
        <w:jc w:val="right"/>
      </w:pPr>
      <w:r>
        <w:t>ائی وانٹ ا گلمس ٹو نو واٹ از پیراڈائز۔"</w:t>
      </w:r>
    </w:p>
    <w:p>
      <w:r>
        <w:rPr>
          <w:b/>
        </w:rPr>
        <w:t xml:space="preserve">[50:46] </w:t>
      </w:r>
      <w:r>
        <w:t>so god almighty</w:t>
      </w:r>
    </w:p>
    <w:p>
      <w:pPr>
        <w:jc w:val="right"/>
      </w:pPr>
      <w:r>
        <w:t>سو گاڈ المائٹی</w:t>
      </w:r>
    </w:p>
    <w:p>
      <w:r>
        <w:rPr>
          <w:b/>
        </w:rPr>
        <w:t xml:space="preserve">[50:52] </w:t>
      </w:r>
      <w:r>
        <w:t>sees to angels, and angel open the gate of paradise. and then this means sees ya abruz the paradise.</w:t>
      </w:r>
    </w:p>
    <w:p>
      <w:pPr>
        <w:jc w:val="right"/>
      </w:pPr>
      <w:r>
        <w:t>سیز ٹو اینجلز، اینڈ اینجل اوپن دا گیٹ اف پیراڈائز۔ اینڈ دین دس مینز سیز یا ابزروز دی پیراڈائز۔</w:t>
      </w:r>
    </w:p>
    <w:p>
      <w:r>
        <w:rPr>
          <w:b/>
        </w:rPr>
        <w:t xml:space="preserve">[51:07] </w:t>
      </w:r>
      <w:r>
        <w:t>so it is so beautiful, so beautiful, so beautiful. then he is full of thrill.</w:t>
      </w:r>
    </w:p>
    <w:p>
      <w:pPr>
        <w:jc w:val="right"/>
      </w:pPr>
      <w:r>
        <w:t>سو اٹ از سو بیوٹیفل، سو بیوٹیفل، سو بیوٹیفل۔ دین ہی از فل اف تھرل۔</w:t>
      </w:r>
    </w:p>
    <w:p>
      <w:r>
        <w:rPr>
          <w:b/>
        </w:rPr>
        <w:t xml:space="preserve">[51:15] </w:t>
      </w:r>
      <w:r>
        <w:t>then he sees: "o god, according to my deed, i am not liable to to achieve paradise, but as a, as a, as a grace, as a grace, i i ask you, give me paradise, give me entry in the paradise." so god almighty sees that:</w:t>
      </w:r>
    </w:p>
    <w:p>
      <w:pPr>
        <w:jc w:val="right"/>
      </w:pPr>
      <w:r>
        <w:t>دین ہی سیز: "او گاڈ، اکارڈنگ ٹو مائی ڈیڈ، ائی ایم ناٹ لائبل ٹو ٹو اچیو پیراڈائز، بٹ ایز ا، ایز ا، ایز ا گریس، ایز ا گریس، ائی ائی اسک یو، گیو می پیراڈائز، گیو می انٹری ان دا پیراڈائز۔" سو گاڈ المائٹی سیز دیٹ:</w:t>
      </w:r>
    </w:p>
    <w:p>
      <w:r>
        <w:rPr>
          <w:b/>
        </w:rPr>
        <w:t xml:space="preserve">[51:39] </w:t>
      </w:r>
      <w:r>
        <w:t>"i can not give you paradise. you are the kind of person.</w:t>
      </w:r>
    </w:p>
    <w:p>
      <w:pPr>
        <w:jc w:val="right"/>
      </w:pPr>
      <w:r>
        <w:t>"ائی کین ناٹ گیو یو پیراڈائز۔ یو ار دیٹ کائنڈ اف پرسن۔</w:t>
      </w:r>
    </w:p>
    <w:p>
      <w:r>
        <w:rPr>
          <w:b/>
        </w:rPr>
        <w:t xml:space="preserve">[51:46] </w:t>
      </w:r>
      <w:r>
        <w:t>you fail to develop that kind of personality that still in paradise. it requires personality.</w:t>
      </w:r>
    </w:p>
    <w:p>
      <w:pPr>
        <w:jc w:val="right"/>
      </w:pPr>
      <w:r>
        <w:t>یو فیل ٹو ڈیولپ دیٹ کائنڈ اف پرسنیلٹی دیٹ سٹل ان پیراڈائز۔ اٹ ریکوائر پرسنیلٹی۔</w:t>
      </w:r>
    </w:p>
    <w:p>
      <w:r>
        <w:rPr>
          <w:b/>
        </w:rPr>
        <w:t xml:space="preserve">[51:56] </w:t>
      </w:r>
      <w:r>
        <w:t>very important to understand this point. we have to develop that kind of personality, liable to be settle in paradise.</w:t>
      </w:r>
    </w:p>
    <w:p>
      <w:pPr>
        <w:jc w:val="right"/>
      </w:pPr>
      <w:r>
        <w:t>ویری امپورٹنٹ ٹو انڈرسٹینڈ دس پوائنٹ۔ وی ہیو ٹو ڈیولپ دیٹ کائنڈ اف پرسنیلٹی، لائبل ٹو بی سیٹل ان پیراڈائز۔</w:t>
      </w:r>
    </w:p>
    <w:p>
      <w:r>
        <w:rPr>
          <w:b/>
        </w:rPr>
        <w:t xml:space="preserve">[52:10] </w:t>
      </w:r>
      <w:r>
        <w:t>and paradise,</w:t>
      </w:r>
    </w:p>
    <w:p>
      <w:pPr>
        <w:jc w:val="right"/>
      </w:pPr>
      <w:r>
        <w:t>اینڈ پیراڈائز،</w:t>
      </w:r>
    </w:p>
    <w:p>
      <w:r>
        <w:rPr>
          <w:b/>
        </w:rPr>
        <w:t xml:space="preserve">[52:14] </w:t>
      </w:r>
      <w:r>
        <w:t>any i can see that, that pro paradise personality, pro paradise personality.</w:t>
      </w:r>
    </w:p>
    <w:p>
      <w:pPr>
        <w:jc w:val="right"/>
      </w:pPr>
      <w:r>
        <w:t>اینی ائی کین سی دیٹ، دیٹ پرو پیراڈائز پرسنیلٹی، پرو پیراڈائز پرسنیلٹی۔</w:t>
      </w:r>
    </w:p>
    <w:p>
      <w:r>
        <w:rPr>
          <w:b/>
        </w:rPr>
        <w:t xml:space="preserve">[52:26] </w:t>
      </w:r>
      <w:r>
        <w:t>so we have to develop that kind of personality in this world. otherwise, it is not possible for us to have entry into paradise.</w:t>
      </w:r>
    </w:p>
    <w:p>
      <w:pPr>
        <w:jc w:val="right"/>
      </w:pPr>
      <w:r>
        <w:t>سو وی ہیو ٹو ڈیولپ دیٹ کائنڈ اف پرسنیلٹی ان دس ورلڈ۔ ادروائز، اٹ از ناٹ پاسیبل فار اس ٹو ہیو انٹری انٹو پیراڈائز۔</w:t>
      </w:r>
    </w:p>
    <w:p>
      <w:r>
        <w:rPr>
          <w:b/>
        </w:rPr>
        <w:t xml:space="preserve">[52:36] </w:t>
      </w:r>
      <w:r>
        <w:t>so god almighty sees that: "you fail to develop that kind of personality, required for jannah, that is a very, very refined calling, unthinkable refined calling.</w:t>
      </w:r>
    </w:p>
    <w:p>
      <w:pPr>
        <w:jc w:val="right"/>
      </w:pPr>
      <w:r>
        <w:t>سو گاڈ المائٹی سیز دیٹ: "یو فیل ٹو ڈیولپ دیٹ کائنڈ اف پرسنیلٹی، ریکوائرڈ فار جنہ، دیٹ از ا ویری، ویری ریفائنڈ کالنگ، ان تھنکیبل ریفائنڈ کالنگ۔</w:t>
      </w:r>
    </w:p>
    <w:p>
      <w:r>
        <w:rPr>
          <w:b/>
        </w:rPr>
        <w:t xml:space="preserve">[52:56] </w:t>
      </w:r>
      <w:r>
        <w:t>so how i can give you entry into paradise?</w:t>
      </w:r>
    </w:p>
    <w:p>
      <w:pPr>
        <w:jc w:val="right"/>
      </w:pPr>
      <w:r>
        <w:t>سو ہاؤ ائی کین گیو یو انٹری انٹو پیراڈائز؟</w:t>
      </w:r>
    </w:p>
    <w:p>
      <w:r>
        <w:rPr>
          <w:b/>
        </w:rPr>
        <w:t xml:space="preserve">[52:59] </w:t>
      </w:r>
      <w:r>
        <w:t>" then god almighty sees that: "as i can give you the whole world, this planet earth, not only one, but two, two, two planet, two planet, two world, where there are paris, where there are washington, where there are london,</w:t>
      </w:r>
    </w:p>
    <w:p>
      <w:pPr>
        <w:jc w:val="right"/>
      </w:pPr>
      <w:r>
        <w:t>" دین گاڈ المائٹی سیز دیٹ: "ایس ائی کین گیو یو دا ہول ورلڈ، دس پلینٹ ارتھ، ناٹ اونلی ون، بٹ ٹو، ٹو، ٹو پلینٹ، ٹو پلینٹ، ٹو ورلڈ، ویر دیر ار پیرس، ویر دیر ار واشنگٹن، ویر دیر ار لندن،</w:t>
      </w:r>
    </w:p>
    <w:p>
      <w:r>
        <w:rPr>
          <w:b/>
        </w:rPr>
        <w:t xml:space="preserve">[53:19] </w:t>
      </w:r>
      <w:r>
        <w:t>where there are so many palaces and all that."</w:t>
      </w:r>
    </w:p>
    <w:p>
      <w:pPr>
        <w:jc w:val="right"/>
      </w:pPr>
      <w:r>
        <w:t>ویر دیر ار سو مینی پیلسز اینڈ ال دیٹ۔"</w:t>
      </w:r>
    </w:p>
    <w:p>
      <w:r>
        <w:rPr>
          <w:b/>
        </w:rPr>
        <w:t xml:space="preserve">[53:26] </w:t>
      </w:r>
      <w:r>
        <w:t>so god sees that: "i will give you two such world, but don't ask paradise from me."</w:t>
      </w:r>
    </w:p>
    <w:p>
      <w:pPr>
        <w:jc w:val="right"/>
      </w:pPr>
      <w:r>
        <w:t>سو گاڈ سیز دیٹ: "ائی ول گیو یو ٹو سچ ورلڈ، بٹ ڈونٹ اسک پیراڈائز فرام می۔"</w:t>
      </w:r>
    </w:p>
    <w:p>
      <w:r>
        <w:rPr>
          <w:b/>
        </w:rPr>
        <w:t xml:space="preserve">[53:39] </w:t>
      </w:r>
      <w:r>
        <w:t>so it is very, very, very, it has very lesson that that man who sees this world.</w:t>
      </w:r>
    </w:p>
    <w:p>
      <w:pPr>
        <w:jc w:val="right"/>
      </w:pPr>
      <w:r>
        <w:t>سو اٹ از ویری، ویری، ویری، اٹ ہیز ویری لیسن دیٹ دیٹ مین ہو سی دس ورلڈ۔</w:t>
      </w:r>
    </w:p>
    <w:p>
      <w:r>
        <w:rPr>
          <w:b/>
        </w:rPr>
        <w:t xml:space="preserve">[53:51] </w:t>
      </w:r>
      <w:r>
        <w:t>also, he is, he he has seen the paradise.</w:t>
      </w:r>
    </w:p>
    <w:p>
      <w:pPr>
        <w:jc w:val="right"/>
      </w:pPr>
      <w:r>
        <w:t>السو، ہی از، ہی ہی ہیز سین دا پیراڈائز۔</w:t>
      </w:r>
    </w:p>
    <w:p>
      <w:r>
        <w:rPr>
          <w:b/>
        </w:rPr>
        <w:t xml:space="preserve">[53:57] </w:t>
      </w:r>
      <w:r>
        <w:t>he has, he was living in this world, so he know this about this world. then he has also a glimpse of paradise.</w:t>
      </w:r>
    </w:p>
    <w:p>
      <w:pPr>
        <w:jc w:val="right"/>
      </w:pPr>
      <w:r>
        <w:t>ہی ہیز، ہی واز لیونگ ان دس ورلڈ، سو ہی نو دس اباؤٹ دس ورلڈ۔ دین ہی ہیز السو ا گلمس اف پیراڈائز۔</w:t>
      </w:r>
    </w:p>
    <w:p>
      <w:r>
        <w:rPr>
          <w:b/>
        </w:rPr>
        <w:t xml:space="preserve">[54:07] </w:t>
      </w:r>
      <w:r>
        <w:t>after seeing both the world, he sees: "ya rab, kaifukon ishq abadak? ya rab, kaifukon ishq abadak?</w:t>
      </w:r>
    </w:p>
    <w:p>
      <w:pPr>
        <w:jc w:val="right"/>
      </w:pPr>
      <w:r>
        <w:t>افٹر سینگ بوتھ دی ورلڈ، ہی سیز: "یا رب، کیفکون عشق عبادک؟ یا رب، کیفکون عشق عبادک؟</w:t>
      </w:r>
    </w:p>
    <w:p>
      <w:r>
        <w:rPr>
          <w:b/>
        </w:rPr>
        <w:t xml:space="preserve">[54:21] </w:t>
      </w:r>
      <w:r>
        <w:t>o my lord, how i can be the most unfortunate man?"</w:t>
      </w:r>
    </w:p>
    <w:p>
      <w:pPr>
        <w:jc w:val="right"/>
      </w:pPr>
      <w:r>
        <w:t>او مائی لارڈ، ہاؤ ائی کین بی دا موسٹ انفارچونیٹ مین؟"</w:t>
      </w:r>
    </w:p>
    <w:p>
      <w:r>
        <w:rPr>
          <w:b/>
        </w:rPr>
        <w:t xml:space="preserve">[54:29] </w:t>
      </w:r>
      <w:r>
        <w:t>why he sees like this? it is understandable, it is not mysterious, it is understandable.</w:t>
      </w:r>
    </w:p>
    <w:p>
      <w:pPr>
        <w:jc w:val="right"/>
      </w:pPr>
      <w:r>
        <w:t>وائی ہی سیز لائک دس؟ اٹ از انڈرسٹینڈیبل، اٹ از ناٹ مسریس، اٹ از انڈرسٹینڈیبل۔</w:t>
      </w:r>
    </w:p>
    <w:p>
      <w:r>
        <w:rPr>
          <w:b/>
        </w:rPr>
        <w:t xml:space="preserve">[54:39] </w:t>
      </w:r>
      <w:r>
        <w:t>you know, this world is a perfect world, and paradise is perfect world.</w:t>
      </w:r>
    </w:p>
    <w:p>
      <w:pPr>
        <w:jc w:val="right"/>
      </w:pPr>
      <w:r>
        <w:t>یو نو، دس ورلڈ از ا پرفیکٹ ورلڈ، اینڈ پیراڈائز از پرفیکٹ ورلڈ۔</w:t>
      </w:r>
    </w:p>
    <w:p>
      <w:r>
        <w:rPr>
          <w:b/>
        </w:rPr>
        <w:t xml:space="preserve">[54:48] </w:t>
      </w:r>
      <w:r>
        <w:t>this world is a perfect world, less than ideal, and paradise is perfect world, and ideal world.</w:t>
      </w:r>
    </w:p>
    <w:p>
      <w:pPr>
        <w:jc w:val="right"/>
      </w:pPr>
      <w:r>
        <w:t>دس ورلڈ از ا پرفیکٹ ورلڈ، لیس دین ائیڈیل، اینڈ پیراڈائز از پرفیکٹ ورلڈ، اینڈ ائیڈیل ورلڈ۔</w:t>
      </w:r>
    </w:p>
    <w:p>
      <w:r>
        <w:rPr>
          <w:b/>
        </w:rPr>
        <w:t xml:space="preserve">[55:00] </w:t>
      </w:r>
      <w:r>
        <w:t>and it is a fact that no amount of imperfection can be equal to perfection.</w:t>
      </w:r>
    </w:p>
    <w:p>
      <w:pPr>
        <w:jc w:val="right"/>
      </w:pPr>
      <w:r>
        <w:t>اینڈ اٹ از ا فیکٹ دیٹ نو اماؤنٹ اف امپرفیکشن کین بی ایکول ٹو پرفیکشن۔</w:t>
      </w:r>
    </w:p>
    <w:p>
      <w:r>
        <w:rPr>
          <w:b/>
        </w:rPr>
        <w:t xml:space="preserve">[55:10] </w:t>
      </w:r>
      <w:r>
        <w:t>perfect imperfection ki koi bhi miqdar perfection ka badal nahi ban sakti. in Urdu, I would like to see that imperfection ki koi bhi miqdar perfection ka badal nahi ban sakti.</w:t>
      </w:r>
    </w:p>
    <w:p>
      <w:pPr>
        <w:jc w:val="right"/>
      </w:pPr>
      <w:r>
        <w:t>پرفیکٹ امپرفیکشن کی کوئی بھی مقدار پرفیکشن کا بدل نہیں بن سکتی۔ ان اردو، ائی وڈ لائک ٹو سی دیٹ امپرفیکشن کی کوئی بھی مقدار پرفیکشن کا بدل نہیں بن سکتی۔</w:t>
      </w:r>
    </w:p>
    <w:p>
      <w:r>
        <w:rPr>
          <w:b/>
        </w:rPr>
        <w:t xml:space="preserve">[55:30] </w:t>
      </w:r>
      <w:r>
        <w:t>by this narration, by this hadith, you can understand how beautiful paradise is.</w:t>
      </w:r>
    </w:p>
    <w:p>
      <w:pPr>
        <w:jc w:val="right"/>
      </w:pPr>
      <w:r>
        <w:t>بائے دس نیریشن، بائے دس حدیث، یو کین انڈرسٹینڈ ہاؤ بیوٹیفل پیراڈائز از۔</w:t>
      </w:r>
    </w:p>
    <w:p>
      <w:r>
        <w:rPr>
          <w:b/>
        </w:rPr>
        <w:t xml:space="preserve">[55:40] </w:t>
      </w:r>
      <w:r>
        <w:t>it is unimaginable, unimaginable, unimaginable, up to unimaginable limit.</w:t>
      </w:r>
    </w:p>
    <w:p>
      <w:pPr>
        <w:jc w:val="right"/>
      </w:pPr>
      <w:r>
        <w:t>اٹ از ان مینیج، ان امیجنیبل، ان امیجنیبل، اپ ٹو ان امیجنیبل لیمٹ۔</w:t>
      </w:r>
    </w:p>
    <w:p>
      <w:r>
        <w:rPr>
          <w:b/>
        </w:rPr>
        <w:t xml:space="preserve">[55:51] </w:t>
      </w:r>
      <w:r>
        <w:t>paradise is beautiful up to unimaginable, unimaginable limit.</w:t>
      </w:r>
    </w:p>
    <w:p>
      <w:pPr>
        <w:jc w:val="right"/>
      </w:pPr>
      <w:r>
        <w:t>پیراڈائز از بیوٹیفل اپ ٹو ان مینیج، ان امیجنیبل لیمٹ۔</w:t>
      </w:r>
    </w:p>
    <w:p>
      <w:r>
        <w:rPr>
          <w:b/>
        </w:rPr>
        <w:t xml:space="preserve">[55:59] </w:t>
      </w:r>
      <w:r>
        <w:t>so everyone who loses this chance, this only one chance, there is no second chance. we are given a chance here in this world to develop that kind of personality, who will be given entry into paradise.</w:t>
      </w:r>
    </w:p>
    <w:p>
      <w:pPr>
        <w:jc w:val="right"/>
      </w:pPr>
      <w:r>
        <w:t>سو ایوری ون ہو لوز دس چانس، دس اونلی ون چانس، دیر از نو سیکنڈ چانس۔ وی ار گیون ا چانس ہیر ان دس ورلڈ ٹو ڈیولپ دیٹ کائنڈ اف پرسنیلٹی، ہو بی گیون انٹری انٹو پیراڈائز۔</w:t>
      </w:r>
    </w:p>
    <w:p>
      <w:r>
        <w:rPr>
          <w:b/>
        </w:rPr>
        <w:t xml:space="preserve">[56:21] </w:t>
      </w:r>
      <w:r>
        <w:t>so don't lose this chance, because there is no other chance, no second chance.</w:t>
      </w:r>
    </w:p>
    <w:p>
      <w:pPr>
        <w:jc w:val="right"/>
      </w:pPr>
      <w:r>
        <w:t>سو ڈونٹ لوز دس چانس، بیکاز دیر از نو ادر چانس، نو سیکنڈ چانس۔</w:t>
      </w:r>
    </w:p>
    <w:p>
      <w:r>
        <w:rPr>
          <w:b/>
        </w:rPr>
        <w:t xml:space="preserve">[56:30] </w:t>
      </w:r>
      <w:r>
        <w:t>there is no second chance,</w:t>
      </w:r>
    </w:p>
    <w:p>
      <w:pPr>
        <w:jc w:val="right"/>
      </w:pPr>
      <w:r>
        <w:t>دیر از نو سیکنڈ چانس،</w:t>
      </w:r>
    </w:p>
    <w:p>
      <w:r>
        <w:rPr>
          <w:b/>
        </w:rPr>
        <w:t xml:space="preserve">[56:36] </w:t>
      </w:r>
      <w:r>
        <w:t>there is no second chance.</w:t>
      </w:r>
    </w:p>
    <w:p>
      <w:pPr>
        <w:jc w:val="right"/>
      </w:pPr>
      <w:r>
        <w:t>دیر از نو سیکنڈ چانس۔</w:t>
      </w:r>
    </w:p>
    <w:p>
      <w:r>
        <w:rPr>
          <w:b/>
        </w:rPr>
        <w:t xml:space="preserve">[56:45] </w:t>
      </w:r>
      <w:r>
        <w:t>so we have to, we have to ponder over this matter, we have to contemplate this matter,</w:t>
      </w:r>
    </w:p>
    <w:p>
      <w:pPr>
        <w:jc w:val="right"/>
      </w:pPr>
      <w:r>
        <w:t>سو وی ہیو ٹو، وی ہیو ٹو پونڈر اوور دس میٹر، وی ہیو ٹو کنٹمپلیٹ دس میٹر،</w:t>
      </w:r>
    </w:p>
    <w:p>
      <w:r>
        <w:rPr>
          <w:b/>
        </w:rPr>
        <w:t xml:space="preserve">[56:57] </w:t>
      </w:r>
      <w:r>
        <w:t>we have to introspect, we have to reassess, we have to revise our life,</w:t>
      </w:r>
    </w:p>
    <w:p>
      <w:pPr>
        <w:jc w:val="right"/>
      </w:pPr>
      <w:r>
        <w:t>وی ہیو ٹو انٹروسپیکٹ، وی ہیو ٹو ری اسس، وی ہیو ٹو ریوائز اور لائف،</w:t>
      </w:r>
    </w:p>
    <w:p>
      <w:r>
        <w:rPr>
          <w:b/>
        </w:rPr>
        <w:t xml:space="preserve">[57:10] </w:t>
      </w:r>
      <w:r>
        <w:t>because we cannot afford to lose this chance.</w:t>
      </w:r>
    </w:p>
    <w:p>
      <w:pPr>
        <w:jc w:val="right"/>
      </w:pPr>
      <w:r>
        <w:t>بیکاز وی کٹ افورڈ ٹو لوز دس چانس۔</w:t>
      </w:r>
    </w:p>
    <w:p>
      <w:r>
        <w:rPr>
          <w:b/>
        </w:rPr>
        <w:t xml:space="preserve">[57:17] </w:t>
      </w:r>
      <w:r>
        <w:t>we cannot afford to lose this chance. if you lose this chance, then there is no other chance.</w:t>
      </w:r>
    </w:p>
    <w:p>
      <w:pPr>
        <w:jc w:val="right"/>
      </w:pPr>
      <w:r>
        <w:t>وی کٹ افورڈ ٹو لوز دس چانس۔ اف یو لوز دس چانس، دین دیر از نو ادر چانس۔</w:t>
      </w:r>
    </w:p>
    <w:p>
      <w:r>
        <w:rPr>
          <w:b/>
        </w:rPr>
        <w:t xml:space="preserve">[57:30] </w:t>
      </w:r>
      <w:r>
        <w:t>so i would like to suggest you that you have to read quran to find out the answer to this question.</w:t>
      </w:r>
    </w:p>
    <w:p>
      <w:pPr>
        <w:jc w:val="right"/>
      </w:pPr>
      <w:r>
        <w:t>سو ائی وڈ لائک ٹو سجیسٹ یو دیٹ یو ہیو ٹو ریڈ قران ٹو فائنڈ اؤٹ دا انسر ٹو دس کوئسچن۔</w:t>
      </w:r>
    </w:p>
    <w:p>
      <w:r>
        <w:rPr>
          <w:b/>
        </w:rPr>
        <w:t xml:space="preserve">[57:43] </w:t>
      </w:r>
      <w:r>
        <w:t>only quran is the answer. quran is enough to give you the whole scheme of god.</w:t>
      </w:r>
    </w:p>
    <w:p>
      <w:pPr>
        <w:jc w:val="right"/>
      </w:pPr>
      <w:r>
        <w:t>اونلی قران از دا انسر۔ قران از انف ٹو گیو یو دا ہول اسکیم اف گاڈ۔</w:t>
      </w:r>
    </w:p>
    <w:p>
      <w:r>
        <w:rPr>
          <w:b/>
        </w:rPr>
        <w:t xml:space="preserve">[57:55] </w:t>
      </w:r>
      <w:r>
        <w:t>inshallah, i say my words and ask forgiveness from allah, all of you.</w:t>
      </w:r>
    </w:p>
    <w:p>
      <w:pPr>
        <w:jc w:val="right"/>
      </w:pPr>
      <w:r>
        <w:t>انشاءاللہ، اقول قولی واستغفراللہ، اجمعین۔</w:t>
      </w:r>
    </w:p>
    <w:p>
      <w:r>
        <w:rPr>
          <w:b/>
        </w:rPr>
        <w:t xml:space="preserve">[58:15] </w:t>
      </w:r>
      <w:r>
        <w:t>we understand that there are many different levels in paradise.</w:t>
      </w:r>
    </w:p>
    <w:p>
      <w:pPr>
        <w:jc w:val="right"/>
      </w:pPr>
      <w:r>
        <w:t>وی انڈرسٹینڈ دیٹ دیر ار مینی ڈفرنٹ لیولز ان پیراڈائز۔</w:t>
      </w:r>
    </w:p>
    <w:p>
      <w:r>
        <w:rPr>
          <w:b/>
        </w:rPr>
        <w:t xml:space="preserve">[58:20] </w:t>
      </w:r>
      <w:r>
        <w:t>this is little mind boggling to people to know that there are discriminatory levels even in paradise. even there also, people find themselves in different categories and live in distress.</w:t>
      </w:r>
    </w:p>
    <w:p>
      <w:pPr>
        <w:jc w:val="right"/>
      </w:pPr>
      <w:r>
        <w:t>دس از لٹل مائنڈ باگلنگ ٹو پیپل ٹو نو دیٹ دیر ار ڈسکریمینیٹری لیولز ایون ان پیراڈائز۔ ایون دیر السو، پیپل فائنڈ دیم سیلفس ان ڈفرنٹ کیٹگریز اینڈ لیو ان ڈسٹریس۔</w:t>
      </w:r>
    </w:p>
    <w:p>
      <w:r>
        <w:rPr>
          <w:b/>
        </w:rPr>
        <w:t xml:space="preserve">[58:35] </w:t>
      </w:r>
      <w:r>
        <w:t>maulana sahib, my question to you is: are these levels physical levels or anything else? what is the proper understanding of this phenomena?</w:t>
      </w:r>
    </w:p>
    <w:p>
      <w:pPr>
        <w:jc w:val="right"/>
      </w:pPr>
      <w:r>
        <w:t>مولانا صاحب، مائی کوئسچن ٹو یو از: ار دیز لیولز فزیکل لیولز اور اینی تھنگ ایلس؟ واٹ از دا پراپر انڈرسٹینڈنگ اف دس فیناومینا؟</w:t>
      </w:r>
    </w:p>
    <w:p>
      <w:r>
        <w:rPr>
          <w:b/>
        </w:rPr>
        <w:t xml:space="preserve">[58:50] </w:t>
      </w:r>
      <w:r>
        <w:t>it is not discrimination. no, it is a bit natural that everyone will find his reward according to his deeds.</w:t>
      </w:r>
    </w:p>
    <w:p>
      <w:pPr>
        <w:jc w:val="right"/>
      </w:pPr>
      <w:r>
        <w:t>اٹ از ناٹ ڈسکریمینیشن۔ نو، اٹ از اے بٹ نیچرل دیٹ ایوری ون ول فائنڈ ہز ریوارڈ اکارڈنگ ٹو ہز ڈیڈ۔</w:t>
      </w:r>
    </w:p>
    <w:p>
      <w:r>
        <w:rPr>
          <w:b/>
        </w:rPr>
        <w:t xml:space="preserve">[59:04] </w:t>
      </w:r>
      <w:r>
        <w:t>discrimination, discrimination is when you. you discriminate between two equal partners.</w:t>
      </w:r>
    </w:p>
    <w:p>
      <w:pPr>
        <w:jc w:val="right"/>
      </w:pPr>
      <w:r>
        <w:t>ڈسکریمینیشن، ڈسکریمینیشن از وین یو۔ یو ڈسکریمینیٹ بٹوین ٹو ایکول پارٹنرز۔</w:t>
      </w:r>
    </w:p>
    <w:p>
      <w:r>
        <w:rPr>
          <w:b/>
        </w:rPr>
        <w:t xml:space="preserve">[59:17] </w:t>
      </w:r>
      <w:r>
        <w:t>the definition of discrimination is that when you discriminate between two equal partners, discrimination. but here the difference is that.</w:t>
      </w:r>
    </w:p>
    <w:p>
      <w:pPr>
        <w:jc w:val="right"/>
      </w:pPr>
      <w:r>
        <w:t>دا ڈیفینیشن اف ڈسکریمینیشن از دیٹ وین یو ڈسکریمینیٹ بٹوین ٹو ایکول پارٹنرز، ڈسکریمینیشن۔ بٹ ہیر دا ڈیفرنس از دیٹ۔</w:t>
      </w:r>
    </w:p>
    <w:p>
      <w:r>
        <w:rPr>
          <w:b/>
        </w:rPr>
        <w:t xml:space="preserve">[59:29] </w:t>
      </w:r>
      <w:r>
        <w:t>due to discrimination, it is due to difference in the level of personality, level of amal, that is deed.</w:t>
      </w:r>
    </w:p>
    <w:p>
      <w:pPr>
        <w:jc w:val="right"/>
      </w:pPr>
      <w:r>
        <w:t>ڈیو ٹو ڈسکریمینیشن، اٹ از ڈیو ٹو ڈیفرنس ان دی لیول اف اف پرسنیلٹی، لیول اف عمل، دیٹ از ڈیڈ۔</w:t>
      </w:r>
    </w:p>
    <w:p>
      <w:r>
        <w:rPr>
          <w:b/>
        </w:rPr>
        <w:t xml:space="preserve">[59:45] </w:t>
      </w:r>
      <w:r>
        <w:t>some people, so no one, there is a hadith that no one will complain because he knows that he is receiving according to his own deed.</w:t>
      </w:r>
    </w:p>
    <w:p>
      <w:pPr>
        <w:jc w:val="right"/>
      </w:pPr>
      <w:r>
        <w:t>سم پیپل، سو نو ون، دیر از ا حدیث دیٹ نو ون ول کمپلین بیکاز ہی نوز دیٹ ہی از ریسیونگ اکارڈنگ ٹو ہز اون ڈیڈ۔</w:t>
      </w:r>
    </w:p>
    <w:p>
      <w:r>
        <w:rPr>
          <w:b/>
        </w:rPr>
        <w:t xml:space="preserve">[59:58] </w:t>
      </w:r>
      <w:r>
        <w:t>there is no discrimination. there is a hadith that no one will complain. no, there is no complaint in in in the hereafter</w:t>
      </w:r>
    </w:p>
    <w:p>
      <w:pPr>
        <w:jc w:val="right"/>
      </w:pPr>
      <w:r>
        <w:t>دیر از نو ڈسکریمینیشن۔ دیر از ا حدیث دیٹ نو ون ول کمپلین۔ نو، دیر از نو کمپلینٹ ان ان ان ان دی اخرت</w:t>
      </w:r>
    </w:p>
    <w:p>
      <w:r>
        <w:rPr>
          <w:b/>
        </w:rPr>
        <w:t xml:space="preserve">[1:00:13] </w:t>
      </w:r>
      <w:r>
        <w:t>. so this is not discrimination, this is giving reward according to his deed. question is from salish from singapore.</w:t>
      </w:r>
    </w:p>
    <w:p>
      <w:pPr>
        <w:jc w:val="right"/>
      </w:pPr>
      <w:r>
        <w:t>۔ سو دس از ناٹ ڈسکریمینیشن، دس از گیونگ ریوارڈ اکارڈنگ ٹو ہز ڈیڈ۔ کوئسچن از فرام سیلیش فرام سنگاپور۔</w:t>
      </w:r>
    </w:p>
    <w:p>
      <w:r>
        <w:rPr>
          <w:b/>
        </w:rPr>
        <w:t xml:space="preserve">[1:00:27] </w:t>
      </w:r>
      <w:r>
        <w:t>molana, we are all humans and are subject to temptations of this world. it is with a lot of practice and introspection that one can hope to reach a stage of complex free stage.</w:t>
      </w:r>
    </w:p>
    <w:p>
      <w:pPr>
        <w:jc w:val="right"/>
      </w:pPr>
      <w:r>
        <w:t>مولانا، وی ار ال ہیومنز اینڈ ار سبجیکٹ ٹو ٹیمٹیشنز اف دس ورلڈ۔ اٹ از ودا لاٹ اف پریکٹس اینڈ انٹروسپیکشن دیٹ ون کین ہوپ ٹو ریچ ا سٹیج اف کمپلیکس فری سٹیج۔</w:t>
      </w:r>
    </w:p>
    <w:p>
      <w:r>
        <w:rPr>
          <w:b/>
        </w:rPr>
        <w:t xml:space="preserve">[1:00:41] </w:t>
      </w:r>
      <w:r>
        <w:t>once one individual does reach that stage, will all his past doings be forgiven or will he still have to pay for those mistakes?</w:t>
      </w:r>
    </w:p>
    <w:p>
      <w:pPr>
        <w:jc w:val="right"/>
      </w:pPr>
      <w:r>
        <w:t>ونس ون انڈیویجول ڈز ریچ دیٹ سٹیج، ول ال ہز پاسٹ ڈوئنگز بی فارگیون اور ول ہی سٹل ہیو ٹو پے فار دوز مسٹیکس؟</w:t>
      </w:r>
    </w:p>
    <w:p>
      <w:r>
        <w:rPr>
          <w:b/>
        </w:rPr>
        <w:t xml:space="preserve">[1:00:51] </w:t>
      </w:r>
      <w:r>
        <w:t>please shed some light on this. every mistake will be forgiven provided he he he asked tauba</w:t>
      </w:r>
    </w:p>
    <w:p>
      <w:pPr>
        <w:jc w:val="right"/>
      </w:pPr>
      <w:r>
        <w:t>پلیز شیڈ سم لائٹ ان دس۔ ایوری مسٹیک ول بی فارگیون پرووائیڈ ہی ہی ہی اسک توبہ</w:t>
      </w:r>
    </w:p>
    <w:p>
      <w:r>
        <w:rPr>
          <w:b/>
        </w:rPr>
        <w:t xml:space="preserve">[1:01:08] </w:t>
      </w:r>
      <w:r>
        <w:t>. tauba, there is so many hadith and quran that it is not bad to commit a mistake.</w:t>
      </w:r>
    </w:p>
    <w:p>
      <w:pPr>
        <w:jc w:val="right"/>
      </w:pPr>
      <w:r>
        <w:t>۔ توبہ، دیر از سو مینی حدیث اینڈ قران دیٹ اٹ از ناٹ بیڈ ٹو کمٹ ا مسٹیک۔</w:t>
      </w:r>
    </w:p>
    <w:p>
      <w:r>
        <w:rPr>
          <w:b/>
        </w:rPr>
        <w:t xml:space="preserve">[1:01:18] </w:t>
      </w:r>
      <w:r>
        <w:t>bad is that you dont go to tauba, you dont ask maghfirat. so it is a well known saying that to err is human</w:t>
      </w:r>
    </w:p>
    <w:p>
      <w:pPr>
        <w:jc w:val="right"/>
      </w:pPr>
      <w:r>
        <w:t>بیڈ از دیٹ یو ڈونٹ گو ٹو توبہ، یو ڈونٹ اسک مغفرت۔ سو اٹ از ا ویل نون سینگ دیٹ ٹو ہی از ہیوم</w:t>
      </w:r>
    </w:p>
    <w:p>
      <w:r>
        <w:rPr>
          <w:b/>
        </w:rPr>
        <w:t xml:space="preserve">[1:01:31] </w:t>
      </w:r>
      <w:r>
        <w:t>. everyone is liable to commit a mistake, but after mistake, you have to go, you have to repent.</w:t>
      </w:r>
    </w:p>
    <w:p>
      <w:pPr>
        <w:jc w:val="right"/>
      </w:pPr>
      <w:r>
        <w:t>ن۔ ایوری ون از لائبل ٹو کمٹ ا مسٹیک، بٹ افٹر مسٹیک، یو ہیو ٹو گو، یو ہیو ٹو ریپنٹ۔</w:t>
      </w:r>
    </w:p>
    <w:p>
      <w:r>
        <w:rPr>
          <w:b/>
        </w:rPr>
        <w:t xml:space="preserve">[1:01:42] </w:t>
      </w:r>
      <w:r>
        <w:t>after mistake, if there repentance, repentance means tauba, then there is no problem, then you be forgiven.</w:t>
      </w:r>
    </w:p>
    <w:p>
      <w:pPr>
        <w:jc w:val="right"/>
      </w:pPr>
      <w:r>
        <w:t>افٹر مسٹیک، اف دیر ریپنٹنس، ریپنٹنس مینز توبہ، دین دیر از نو پرابلم، دین یو بی فارگیون۔</w:t>
      </w:r>
    </w:p>
    <w:p>
      <w:r>
        <w:rPr>
          <w:b/>
        </w:rPr>
        <w:t xml:space="preserve">[1:01:56] </w:t>
      </w:r>
      <w:r>
        <w:t>and after forgiveness, man is like, like, like a pure person. he like that he has not commit a mistake.</w:t>
      </w:r>
    </w:p>
    <w:p>
      <w:pPr>
        <w:jc w:val="right"/>
      </w:pPr>
      <w:r>
        <w:t>اینڈ افٹر فارگیونس، مین از لائک، لائک، لائک ا پیور پرسن۔ ہی لائک دیٹ ہی ہیز ناٹ کمٹ ا مسٹیک۔</w:t>
      </w:r>
    </w:p>
    <w:p>
      <w:r>
        <w:rPr>
          <w:b/>
        </w:rPr>
        <w:t xml:space="preserve">[1:02:12] </w:t>
      </w:r>
      <w:r>
        <w:t>so mistake is not problem. problem is that absence of repentance. absence of repentance is the problem.</w:t>
      </w:r>
    </w:p>
    <w:p>
      <w:pPr>
        <w:jc w:val="right"/>
      </w:pPr>
      <w:r>
        <w:t>سو مسٹیک از ناٹ پرابلم۔ پرابلم از دیٹ ایبسنس اف ریپنٹنس۔ ایبسنس اف ریپنٹنس از دا پرابلم۔</w:t>
      </w:r>
    </w:p>
    <w:p>
      <w:r>
        <w:rPr>
          <w:b/>
        </w:rPr>
        <w:t xml:space="preserve">[1:02:24] </w:t>
      </w:r>
      <w:r>
        <w:t>that is repentance means tauba. so to commit a mistake is not a problem, but absence of tauba or repentance is the problem.</w:t>
      </w:r>
    </w:p>
    <w:p>
      <w:pPr>
        <w:jc w:val="right"/>
      </w:pPr>
      <w:r>
        <w:t>دیٹ از ریپنٹنس مینز توبہ۔ سو ٹو کمٹ ا مسٹیک از ناٹ ا پرابلم، بٹ ایبسنس اف توبہ اور ریپنٹنس از دا پرابلم۔</w:t>
      </w:r>
    </w:p>
    <w:p>
      <w:r>
        <w:rPr>
          <w:b/>
        </w:rPr>
        <w:t xml:space="preserve">[1:02:36] </w:t>
      </w:r>
      <w:r>
        <w:t>if there is repentance, then he will be forgiven by god almighty. this question is from miss maria dailey</w:t>
      </w:r>
    </w:p>
    <w:p>
      <w:pPr>
        <w:jc w:val="right"/>
      </w:pPr>
      <w:r>
        <w:t>اف دیر از ریپنٹنس، دین ہی ول بی فارگیون بائے گاڈ المائٹی۔ دس کوئسچن از فرام مس ماریا ڈیلی</w:t>
      </w:r>
    </w:p>
    <w:p>
      <w:r>
        <w:rPr>
          <w:b/>
        </w:rPr>
        <w:t xml:space="preserve">[1:02:48] </w:t>
      </w:r>
      <w:r>
        <w:t>. if we have to control our desires and passions to pass the test, then why would the same desires such as comfort or luxury, which we are asked to avoid, be fulfilled in paradise?</w:t>
      </w:r>
    </w:p>
    <w:p>
      <w:pPr>
        <w:jc w:val="right"/>
      </w:pPr>
      <w:r>
        <w:t>۔ اف وی ہیو ٹو کنٹرول اور ڈیزائرز اینڈ پیشنز ٹو پاس دا ٹیسٹ، دین وائی وڈ دا سیم ڈیزائرز سچ ایز کمفرٹ اور لگزری، وچ وی ار اسکڈ ٹو اوائڈ، بی فلفلڈ ان پیراڈائز؟</w:t>
      </w:r>
    </w:p>
    <w:p>
      <w:r>
        <w:rPr>
          <w:b/>
        </w:rPr>
        <w:t xml:space="preserve">[1:03:05] </w:t>
      </w:r>
      <w:r>
        <w:t>in this world, we cannot find or we cant fulfill our desire. it is impossible.</w:t>
      </w:r>
    </w:p>
    <w:p>
      <w:pPr>
        <w:jc w:val="right"/>
      </w:pPr>
      <w:r>
        <w:t>ان دس ورلڈ، وی کین ناٹ فائنڈ اور وی کینٹ فلفل اور ڈیزائر۔ اٹ از امپاسیبل۔</w:t>
      </w:r>
    </w:p>
    <w:p>
      <w:r>
        <w:rPr>
          <w:b/>
        </w:rPr>
        <w:t xml:space="preserve">[1:03:13] </w:t>
      </w:r>
      <w:r>
        <w:t>all those people who dont believe in god, dont believe in paradise. you can ask them whether they are find fulfillment. no, so in this world, it is not possible to find fulfillment,</w:t>
      </w:r>
    </w:p>
    <w:p>
      <w:pPr>
        <w:jc w:val="right"/>
      </w:pPr>
      <w:r>
        <w:t>ال دوز پیپل ہو ڈونٹ بیلیو ان گاڈ، ڈو ڈونٹ بیلیو ان پیراڈائز۔ یو کین اسک دیم ویدر دے ار فائنڈ فلفلمنٹ۔ نو، سو ان دس ورلڈ، اٹ از ناٹ پاسیبل ٹو فائنڈ فلفلمنٹ،</w:t>
      </w:r>
    </w:p>
    <w:p>
      <w:r>
        <w:rPr>
          <w:b/>
        </w:rPr>
        <w:t xml:space="preserve">[1:03:29] </w:t>
      </w:r>
      <w:r>
        <w:t>because this world is in, this world is imperfect world. your desires are unlimited and this world is limited.</w:t>
      </w:r>
    </w:p>
    <w:p>
      <w:pPr>
        <w:jc w:val="right"/>
      </w:pPr>
      <w:r>
        <w:t>بیکاز دس ورلڈ از ان، دس ورلڈ از امپرفیکٹ ورلڈ۔ یور ڈیزائرز ار ان لمیٹڈ اینڈ دس ورلڈ از لمیٹڈ۔</w:t>
      </w:r>
    </w:p>
    <w:p>
      <w:r>
        <w:rPr>
          <w:b/>
        </w:rPr>
        <w:t xml:space="preserve">[1:03:40] </w:t>
      </w:r>
      <w:r>
        <w:t>here is the problem.</w:t>
      </w:r>
    </w:p>
    <w:p>
      <w:pPr>
        <w:jc w:val="right"/>
      </w:pPr>
      <w:r>
        <w:t>ہیر از دا پرابلم۔</w:t>
      </w:r>
    </w:p>
    <w:p>
      <w:r>
        <w:rPr>
          <w:b/>
        </w:rPr>
        <w:t xml:space="preserve">[1:03:44] </w:t>
      </w:r>
      <w:r>
        <w:t>your desire is unlimited, your wishes are unlimited, your hopes are unlimited, but this world is limited.</w:t>
      </w:r>
    </w:p>
    <w:p>
      <w:pPr>
        <w:jc w:val="right"/>
      </w:pPr>
      <w:r>
        <w:t>یور ڈیزائر از ان لمیٹڈ، یور وشز ار ان لمیٹڈ، یور ہوپس ار ان لمیٹڈ، بٹ دس ورلڈ از لمیٹڈ۔</w:t>
      </w:r>
    </w:p>
    <w:p>
      <w:r>
        <w:rPr>
          <w:b/>
        </w:rPr>
        <w:t xml:space="preserve">[1:03:55] </w:t>
      </w:r>
      <w:r>
        <w:t>so you cant fulfill your desires in this world.</w:t>
      </w:r>
    </w:p>
    <w:p>
      <w:pPr>
        <w:jc w:val="right"/>
      </w:pPr>
      <w:r>
        <w:t>سو یو کینٹ فلفل یور ڈیزائرز ان دس ورلڈ۔</w:t>
      </w:r>
    </w:p>
    <w:p>
      <w:r>
        <w:rPr>
          <w:b/>
        </w:rPr>
        <w:t xml:space="preserve">[1:04:02] </w:t>
      </w:r>
      <w:r>
        <w:t>so the only way to fill, to to to find fulfillment is that you believe, you prove yourself, a purified soul, then you be given paradise.</w:t>
      </w:r>
    </w:p>
    <w:p>
      <w:pPr>
        <w:jc w:val="right"/>
      </w:pPr>
      <w:r>
        <w:t>سو دا اونلی وے ٹو فل، ٹو ٹو ٹو فائنڈ فلفلمنٹ از دیٹ یو بیلیو، یو پروف یور سیلف، ا پیریفائیڈ سول، دین یو بی گیون پیراڈائز۔</w:t>
      </w:r>
    </w:p>
    <w:p>
      <w:r>
        <w:rPr>
          <w:b/>
        </w:rPr>
        <w:t xml:space="preserve">[1:04:16] </w:t>
      </w:r>
      <w:r>
        <w:t>and in paradise, you find fulfillment, complete fulfillment. this according to the casual prod of god. this question is from doctor farida khanam dailey.</w:t>
      </w:r>
    </w:p>
    <w:p>
      <w:pPr>
        <w:jc w:val="right"/>
      </w:pPr>
      <w:r>
        <w:t>اینڈ ان پیراڈائز، یو فائنڈ فلفلمنٹ، کمپلیٹ فلفلمنٹ۔ دس اکارڈنگ ٹو دی کیشل پراڈ اف گاڈ۔ دس کوئسچن از فرام ڈاکٹر فریدہ خانم ڈیلی۔</w:t>
      </w:r>
    </w:p>
    <w:p>
      <w:r>
        <w:rPr>
          <w:b/>
        </w:rPr>
        <w:t xml:space="preserve">[1:04:30] </w:t>
      </w:r>
      <w:r>
        <w:t>kindly explain the activities of the people of paradise.</w:t>
      </w:r>
    </w:p>
    <w:p>
      <w:pPr>
        <w:jc w:val="right"/>
      </w:pPr>
      <w:r>
        <w:t>کائنڈلی ایکسپلین دی ایکٹیویٹیز اف دی پیپل اف پیراڈائز۔</w:t>
      </w:r>
    </w:p>
    <w:p>
      <w:r>
        <w:rPr>
          <w:b/>
        </w:rPr>
        <w:t xml:space="preserve">[1:04:42] </w:t>
      </w:r>
      <w:r>
        <w:t>according to the quran, in paradise, there are all kind of activities, all kind of activities,</w:t>
      </w:r>
    </w:p>
    <w:p>
      <w:pPr>
        <w:jc w:val="right"/>
      </w:pPr>
      <w:r>
        <w:t>اکارڈنگ ٹو دا قران، ان پیراڈائز، دیر ار ال کائنڈ اف ایکٹیویٹیز، ال کائنڈ اف ایکٹیویٹیز،</w:t>
      </w:r>
    </w:p>
    <w:p>
      <w:r>
        <w:rPr>
          <w:b/>
        </w:rPr>
        <w:t xml:space="preserve">[1:04:52] </w:t>
      </w:r>
      <w:r>
        <w:t>but all those activities are. are present activities, refined activities.</w:t>
      </w:r>
    </w:p>
    <w:p>
      <w:pPr>
        <w:jc w:val="right"/>
      </w:pPr>
      <w:r>
        <w:t>بٹ ال دو ایکٹیویٹیز ار۔ ار پریزنٹ ایکٹیویٹیز، ریفائنڈ ایکٹیویٹیز۔</w:t>
      </w:r>
    </w:p>
    <w:p>
      <w:r>
        <w:rPr>
          <w:b/>
        </w:rPr>
        <w:t xml:space="preserve">[1:05:04] </w:t>
      </w:r>
      <w:r>
        <w:t>there is no boredom, there is no limitations.</w:t>
      </w:r>
    </w:p>
    <w:p>
      <w:pPr>
        <w:jc w:val="right"/>
      </w:pPr>
      <w:r>
        <w:t>دیر از نو بورڈم، دیر از نو لیمیٹیشنز۔</w:t>
      </w:r>
    </w:p>
    <w:p>
      <w:r>
        <w:rPr>
          <w:b/>
        </w:rPr>
        <w:t xml:space="preserve">[1:05:12] </w:t>
      </w:r>
      <w:r>
        <w:t>according to the quran, i believe that all kind of activities are there, like meeting, like, like, like conference, like dialogue,</w:t>
      </w:r>
    </w:p>
    <w:p>
      <w:pPr>
        <w:jc w:val="right"/>
      </w:pPr>
      <w:r>
        <w:t>اکارڈنگ ٹو دا قران، ائی بیلیو دیٹ ال کائنڈ اف ایکٹیویٹیز ار دیر، لائک میٹنگ، لائک، لائک، لائک کانفرنس، لائک ڈائیلاگ،</w:t>
      </w:r>
    </w:p>
    <w:p>
      <w:r>
        <w:rPr>
          <w:b/>
        </w:rPr>
        <w:t xml:space="preserve">[1:05:27] </w:t>
      </w:r>
      <w:r>
        <w:t>like outing, like shopping. all kind of activities which we see in this world are there, but in a very refined scale, in a highly refined scale.</w:t>
      </w:r>
    </w:p>
    <w:p>
      <w:pPr>
        <w:jc w:val="right"/>
      </w:pPr>
      <w:r>
        <w:t>لائک اؤٹنگ، لائک شاپنگ۔ ال کائنڈ اف ایکٹیویٹیز وچ وی سی ان دس ورلڈ ار دیر، بٹ ان ا ویری ریفائنڈ سکیل، ان ا ہائیلی ریفائنڈ سکیل۔</w:t>
      </w:r>
    </w:p>
    <w:p>
      <w:r>
        <w:rPr>
          <w:b/>
        </w:rPr>
        <w:t xml:space="preserve">[1:05:46] </w:t>
      </w:r>
      <w:r>
        <w:t>so all though here, we know that in this world, every time we feel boredom and so many problem.</w:t>
      </w:r>
    </w:p>
    <w:p>
      <w:pPr>
        <w:jc w:val="right"/>
      </w:pPr>
      <w:r>
        <w:t>سو ال دو ہیر، وی نو دیٹ ان دس ورلڈ، ایوری ٹائم وی فیل بورڈم اینڈ سو مینی پرابلم۔</w:t>
      </w:r>
    </w:p>
    <w:p>
      <w:r>
        <w:rPr>
          <w:b/>
        </w:rPr>
        <w:t xml:space="preserve">[1:05:58] </w:t>
      </w:r>
      <w:r>
        <w:t>there are accident, there are so many problem. so problem free enjoy is possible only in the paradise.</w:t>
      </w:r>
    </w:p>
    <w:p>
      <w:pPr>
        <w:jc w:val="right"/>
      </w:pPr>
      <w:r>
        <w:t>دیر ار ایکسیڈنٹ، دیر ار سو مینی پرابلم۔ سو پرابلم فری انجوائے از پاسیبل اونلی ان دی پیراڈائز۔</w:t>
      </w:r>
    </w:p>
    <w:p>
      <w:r>
        <w:rPr>
          <w:b/>
        </w:rPr>
        <w:t xml:space="preserve">[1:06:08] </w:t>
      </w:r>
      <w:r>
        <w:t>here in this world, problem free enjoy is not possible. with every enjoy, there is problem.</w:t>
      </w:r>
    </w:p>
    <w:p>
      <w:pPr>
        <w:jc w:val="right"/>
      </w:pPr>
      <w:r>
        <w:t>ہیر ان دس ورلڈ، پرابلم فری انجوائے از ناٹ پاسیبل۔ ود ایوری انجوائے، دیر از پرابلم۔</w:t>
      </w:r>
    </w:p>
    <w:p>
      <w:r>
        <w:rPr>
          <w:b/>
        </w:rPr>
        <w:t xml:space="preserve">[1:06:20] </w:t>
      </w:r>
      <w:r>
        <w:t>there is problem free enjoy is possible only in the paradise. this is the difference between this world and that world.</w:t>
      </w:r>
    </w:p>
    <w:p>
      <w:pPr>
        <w:jc w:val="right"/>
      </w:pPr>
      <w:r>
        <w:t>دیر از پرابلم فری انجوائے از پاسیبل اونلی ان دی پیراڈائز۔ دس از دا ڈیفرنس بٹوین دس ورلڈ اینڈ دیٹ ورلڈ۔</w:t>
      </w:r>
    </w:p>
    <w:p>
      <w:r>
        <w:rPr>
          <w:b/>
        </w:rPr>
        <w:t xml:space="preserve">[1:06:32] </w:t>
      </w:r>
      <w:r>
        <w:t>this question is from mr. fake from philadelphia. he is written three questions.</w:t>
      </w:r>
    </w:p>
    <w:p>
      <w:pPr>
        <w:jc w:val="right"/>
      </w:pPr>
      <w:r>
        <w:t>دس کوئسچن از فرام مسٹر فیک فرام فلیڈلفیا۔ ہی از رٹن تھری کوئسچنز۔</w:t>
      </w:r>
    </w:p>
    <w:p>
      <w:r>
        <w:rPr>
          <w:b/>
        </w:rPr>
        <w:t xml:space="preserve">[1:06:42] </w:t>
      </w:r>
      <w:r>
        <w:t>i'll ask one by one.</w:t>
      </w:r>
    </w:p>
    <w:p>
      <w:pPr>
        <w:jc w:val="right"/>
      </w:pPr>
      <w:r>
        <w:t>ائی ایل اسک ون بائی ون۔</w:t>
      </w:r>
    </w:p>
    <w:p>
      <w:r>
        <w:rPr>
          <w:b/>
        </w:rPr>
        <w:t xml:space="preserve">[1:06:44] </w:t>
      </w:r>
      <w:r>
        <w:t>his first question is: molana, was paradise guaranteed for rasool allah and ashra mubashra?</w:t>
      </w:r>
    </w:p>
    <w:p>
      <w:pPr>
        <w:jc w:val="right"/>
      </w:pPr>
      <w:r>
        <w:t>ہز فرسٹ کوئسچن از: مولانا، واز پیراڈائز گارنٹیڈ فار رسول اللہ اینڈ عشرہ مبشرہ؟</w:t>
      </w:r>
    </w:p>
    <w:p>
      <w:r>
        <w:rPr>
          <w:b/>
        </w:rPr>
        <w:t xml:space="preserve">[1:06:56] </w:t>
      </w:r>
      <w:r>
        <w:t>i don't think that paradise guaranteed for everyone. prophet ibrahim himself said that: illa allah.</w:t>
      </w:r>
    </w:p>
    <w:p>
      <w:pPr>
        <w:jc w:val="right"/>
      </w:pPr>
      <w:r>
        <w:t>ائی ڈونٹ تھنک دیٹ پیراڈائز گارنٹیڈ فار ایوری ون۔ پرافٹ ابراہیم ہم سیلف سیڈ دیٹ: الا اللہ۔</w:t>
      </w:r>
    </w:p>
    <w:p>
      <w:r>
        <w:rPr>
          <w:b/>
        </w:rPr>
        <w:t xml:space="preserve">[1:07:11] </w:t>
      </w:r>
      <w:r>
        <w:t>paradise is brief,</w:t>
      </w:r>
    </w:p>
    <w:p>
      <w:pPr>
        <w:jc w:val="right"/>
      </w:pPr>
      <w:r>
        <w:t>پیراڈائز از بریف،</w:t>
      </w:r>
    </w:p>
    <w:p>
      <w:r>
        <w:rPr>
          <w:b/>
        </w:rPr>
        <w:t xml:space="preserve">[1:07:13] </w:t>
      </w:r>
      <w:r>
        <w:t>is not a like. like sale and purchase. no, prophet islam has said that: illa allah.</w:t>
      </w:r>
    </w:p>
    <w:p>
      <w:pPr>
        <w:jc w:val="right"/>
      </w:pPr>
      <w:r>
        <w:t>از ناٹ ا لائک۔ لائک سیل اینڈ پرچیز۔ نو، پرافٹ اسلام ہیز سیڈ دیٹ: الا اللہ۔</w:t>
      </w:r>
    </w:p>
    <w:p>
      <w:r>
        <w:rPr>
          <w:b/>
        </w:rPr>
        <w:t xml:space="preserve">[1:07:28] </w:t>
      </w:r>
      <w:r>
        <w:t>even my self will find paradise only by the grace of god, by the blessing of god. so according to my knowledge, according my study,</w:t>
      </w:r>
    </w:p>
    <w:p>
      <w:pPr>
        <w:jc w:val="right"/>
      </w:pPr>
      <w:r>
        <w:t>ایون مائی سیلف ول فائنڈ پیراڈائز اونلی بائی دا گریس اف گاڈ، بائی دا بریسنگ اف گاڈ۔ سو اکارڈنگ ٹو مائی نالج، اکارڈنگ مائی سٹڈی،</w:t>
      </w:r>
    </w:p>
    <w:p>
      <w:r>
        <w:rPr>
          <w:b/>
        </w:rPr>
        <w:t xml:space="preserve">[1:07:43] </w:t>
      </w:r>
      <w:r>
        <w:t>no deed, no amal is so great that he become price of paradise.</w:t>
      </w:r>
    </w:p>
    <w:p>
      <w:pPr>
        <w:jc w:val="right"/>
      </w:pPr>
      <w:r>
        <w:t>نو ڈیڈ، نو عمل از سو گریٹ دیٹ ہی بیکم پرائس اف پیراڈائز۔</w:t>
      </w:r>
    </w:p>
    <w:p>
      <w:r>
        <w:rPr>
          <w:b/>
        </w:rPr>
        <w:t xml:space="preserve">[1:07:52] </w:t>
      </w:r>
      <w:r>
        <w:t>you can't pay the price of paradise. so anyone who find entry into paradise, he will find by the grace of god, by the blessing of god.</w:t>
      </w:r>
    </w:p>
    <w:p>
      <w:pPr>
        <w:jc w:val="right"/>
      </w:pPr>
      <w:r>
        <w:t>یو کینٹ پے دا پرائس اف پیراڈائز۔ سو اینی ون ہو فائنڈ انٹری انٹو پیراڈائز، ہی ول فائنڈ بائی دی گریس اف گاڈ، بائی دا بریسنگ اف گاڈ۔</w:t>
      </w:r>
    </w:p>
    <w:p>
      <w:r>
        <w:rPr>
          <w:b/>
        </w:rPr>
        <w:t xml:space="preserve">[1:08:06] </w:t>
      </w:r>
      <w:r>
        <w:t>there so many hadith and quran that prove this point.</w:t>
      </w:r>
    </w:p>
    <w:p>
      <w:pPr>
        <w:jc w:val="right"/>
      </w:pPr>
      <w:r>
        <w:t>دیر سو مینی حدیث اینڈ قران دیٹ پروف دس پوائنٹ۔</w:t>
      </w:r>
    </w:p>
    <w:p>
      <w:r>
        <w:rPr>
          <w:b/>
        </w:rPr>
        <w:t xml:space="preserve">[1:08:14] </w:t>
      </w:r>
      <w:r>
        <w:t>his second question is: what is the concept of 72 hoors in paradise? what is the origin of this which is quoted by western media?</w:t>
      </w:r>
    </w:p>
    <w:p>
      <w:pPr>
        <w:jc w:val="right"/>
      </w:pPr>
      <w:r>
        <w:t>ہز سیکنڈ کوئسچن از: واٹ از دا کانسیپٹ اف 72 حورز ان پیراڈائز؟ واٹ از دا اوریجن اف دس وچ از کوٹڈ بائے ویسٹرن میڈیا؟</w:t>
      </w:r>
    </w:p>
    <w:p>
      <w:r>
        <w:rPr>
          <w:b/>
        </w:rPr>
        <w:t xml:space="preserve">[1:08:27] </w:t>
      </w:r>
      <w:r>
        <w:t>no, all these things are mawdoo'at baseless. i don't believe in these things. i don't think that any there is a crowd of hoors.</w:t>
      </w:r>
    </w:p>
    <w:p>
      <w:pPr>
        <w:jc w:val="right"/>
      </w:pPr>
      <w:r>
        <w:t>نو، ال دیز تھنگز ار موضوعات بیسلیس۔ ائی ڈونٹ بیلیو ان دیز تھنگز۔ ائی ڈونٹ تھنک دیٹ اینی دیر از ا کراؤڈ اف حورز۔</w:t>
      </w:r>
    </w:p>
    <w:p>
      <w:r>
        <w:rPr>
          <w:b/>
        </w:rPr>
        <w:t xml:space="preserve">[1:08:43] </w:t>
      </w:r>
      <w:r>
        <w:t>there are so many other things for enjoy. the greatest enjoy in the paradise is marifat, realization.</w:t>
      </w:r>
    </w:p>
    <w:p>
      <w:pPr>
        <w:jc w:val="right"/>
      </w:pPr>
      <w:r>
        <w:t>دیر ار سو مینی ادر تھنگز فار انجوائے۔ دا گریٹسٹ انجوائے ان دا پیراڈائز از معرفت، ریلائزیشن۔</w:t>
      </w:r>
    </w:p>
    <w:p>
      <w:r>
        <w:rPr>
          <w:b/>
        </w:rPr>
        <w:t xml:space="preserve">[1:08:52] </w:t>
      </w:r>
      <w:r>
        <w:t>in this world, we know about god only indirectly. we know direct observation of god.</w:t>
      </w:r>
    </w:p>
    <w:p>
      <w:pPr>
        <w:jc w:val="right"/>
      </w:pPr>
      <w:r>
        <w:t>ان دس ورلڈ، وی نو اباؤٹ گاڈ اونلی ان ڈائریکٹلی۔ وی نو ڈائریکٹ ابزرویشن اف گاڈ۔</w:t>
      </w:r>
    </w:p>
    <w:p>
      <w:r>
        <w:rPr>
          <w:b/>
        </w:rPr>
        <w:t xml:space="preserve">[1:09:01] </w:t>
      </w:r>
      <w:r>
        <w:t>we can't see god. here we can believe about god, but in the paradise, we see god</w:t>
      </w:r>
    </w:p>
    <w:p>
      <w:pPr>
        <w:jc w:val="right"/>
      </w:pPr>
      <w:r>
        <w:t>وی کینٹ سی گاڈ۔ ہیر وی کین بیلیو اباؤٹ گاڈ، بٹ ان دا پیراڈائز، وی سی گاڈ</w:t>
      </w:r>
    </w:p>
    <w:p>
      <w:r>
        <w:rPr>
          <w:b/>
        </w:rPr>
        <w:t xml:space="preserve">[1:09:10] </w:t>
      </w:r>
      <w:r>
        <w:t>. there is hadith that you will see god like sun and moon. so the greatest pleasure is this: living in god's neighborhood and seeing god's face.</w:t>
      </w:r>
    </w:p>
    <w:p>
      <w:pPr>
        <w:jc w:val="right"/>
      </w:pPr>
      <w:r>
        <w:t>۔ دیر از حدیث دیٹ یو ول سی گاڈ لائک سن اینڈ مون۔ سو دا گریٹسٹ پلیزر از دس: لیونگ ان گاڈز نیبرہڈ اینڈ سینگ گاڈز فیس۔</w:t>
      </w:r>
    </w:p>
    <w:p>
      <w:r>
        <w:rPr>
          <w:b/>
        </w:rPr>
        <w:t xml:space="preserve">[1:09:26] </w:t>
      </w:r>
      <w:r>
        <w:t>is the greatest pleasure. it is, it is, i think that is under estimation to believe that there are hoor, hoor, hoor every where there are hoor.</w:t>
      </w:r>
    </w:p>
    <w:p>
      <w:pPr>
        <w:jc w:val="right"/>
      </w:pPr>
      <w:r>
        <w:t>از دا گریٹسٹ پلیزر۔ اٹ از، اٹ از، ائی تھنک دیٹ از انڈر ایسٹیمیشن ٹو بیلیو دیٹ دیر ار حور، حور، حور ایوری ویر دیر ار حور۔</w:t>
      </w:r>
    </w:p>
    <w:p>
      <w:r>
        <w:rPr>
          <w:b/>
        </w:rPr>
        <w:t xml:space="preserve">[1:09:38] </w:t>
      </w:r>
      <w:r>
        <w:t>this under estimation of paradise.</w:t>
      </w:r>
    </w:p>
    <w:p>
      <w:pPr>
        <w:jc w:val="right"/>
      </w:pPr>
      <w:r>
        <w:t>دس انڈر ایسٹیمیشن اف پیراڈائز۔</w:t>
      </w:r>
    </w:p>
    <w:p>
      <w:r>
        <w:rPr>
          <w:b/>
        </w:rPr>
        <w:t xml:space="preserve">[1:09:41] </w:t>
      </w:r>
      <w:r>
        <w:t>paradise is world of god, not world of hoor. i don't believe that paradise is world of hoor. no, paradise world of god, god almighty.</w:t>
      </w:r>
    </w:p>
    <w:p>
      <w:pPr>
        <w:jc w:val="right"/>
      </w:pPr>
      <w:r>
        <w:t>پیراڈائز از ورلڈ اف گاڈ، ناٹ ورلڈ اف حور۔ ائی ڈونٹ بیلیو دیٹ پیراڈائز از ورلڈ اف حور۔ نو، پیراڈائز ورلڈ اف گاڈ، گاڈ المائٹی۔</w:t>
      </w:r>
    </w:p>
    <w:p>
      <w:r>
        <w:rPr>
          <w:b/>
        </w:rPr>
        <w:t xml:space="preserve">[1:09:56] </w:t>
      </w:r>
      <w:r>
        <w:t>in paradise, god will, we will, we will able to see face by face</w:t>
      </w:r>
    </w:p>
    <w:p>
      <w:pPr>
        <w:jc w:val="right"/>
      </w:pPr>
      <w:r>
        <w:t>ان پیراڈائز، گاڈ ول، وی ول، وی ول ایبل ٹو سی فیس بائی فیس</w:t>
      </w:r>
    </w:p>
    <w:p>
      <w:r>
        <w:rPr>
          <w:b/>
        </w:rPr>
        <w:t xml:space="preserve">[1:10:05] </w:t>
      </w:r>
      <w:r>
        <w:t>so this is both beautiful experience in the paradise. this will be the most beautiful experience in the paradise.</w:t>
      </w:r>
    </w:p>
    <w:p>
      <w:pPr>
        <w:jc w:val="right"/>
      </w:pPr>
      <w:r>
        <w:t>۔ سو دس از بوتھ بیوٹیفل ایکسپیرینس ان دا پیراڈائز۔ دس ول بی دا موسٹ بیوٹیفل ایکسپیرینس ان دا پیراڈائز۔</w:t>
      </w:r>
    </w:p>
    <w:p>
      <w:r>
        <w:rPr>
          <w:b/>
        </w:rPr>
        <w:t xml:space="preserve">[1:10:15] </w:t>
      </w:r>
      <w:r>
        <w:t>so i don't believe in those, although stories about hoor.</w:t>
      </w:r>
    </w:p>
    <w:p>
      <w:pPr>
        <w:jc w:val="right"/>
      </w:pPr>
      <w:r>
        <w:t>سو ائی ڈونٹ بیلیو ان دو، ال دو سٹوریز اباؤٹ حور۔</w:t>
      </w:r>
    </w:p>
    <w:p>
      <w:r>
        <w:rPr>
          <w:b/>
        </w:rPr>
        <w:t xml:space="preserve">[1:10:23] </w:t>
      </w:r>
      <w:r>
        <w:t>his third question is: Maulana sahib, in your literature, you have mentioned that this earth will be converted to paradise.</w:t>
      </w:r>
    </w:p>
    <w:p>
      <w:pPr>
        <w:jc w:val="right"/>
      </w:pPr>
      <w:r>
        <w:t>ہز تھرڈ کوئسچن از: مولانا صاحب، ان یور لٹریچر، یو ہیو مینشن دیٹ دس ارتھ ول بی کنورٹڈ ٹو پیراڈائز۔</w:t>
      </w:r>
    </w:p>
    <w:p>
      <w:r>
        <w:rPr>
          <w:b/>
        </w:rPr>
        <w:t xml:space="preserve">[1:10:32] </w:t>
      </w:r>
      <w:r>
        <w:t>kindly explain.</w:t>
      </w:r>
    </w:p>
    <w:p>
      <w:pPr>
        <w:jc w:val="right"/>
      </w:pPr>
      <w:r>
        <w:t>کائنڈلی ایکسپلین۔</w:t>
      </w:r>
    </w:p>
    <w:p>
      <w:r>
        <w:rPr>
          <w:b/>
        </w:rPr>
        <w:t xml:space="preserve">[1:10:38] </w:t>
      </w:r>
      <w:r>
        <w:t>it is only to understand the belief of paradise. i wanted to make understandable</w:t>
      </w:r>
    </w:p>
    <w:p>
      <w:pPr>
        <w:jc w:val="right"/>
      </w:pPr>
      <w:r>
        <w:t>اٹ از اونلی ٹو انڈرسٹینڈ دا بیلیف اف پیراڈائز۔ ائی وانٹڈ ٹو میک انڈرسٹینڈیبل</w:t>
      </w:r>
    </w:p>
    <w:p>
      <w:r>
        <w:rPr>
          <w:b/>
        </w:rPr>
        <w:t xml:space="preserve">[1:10:46] </w:t>
      </w:r>
      <w:r>
        <w:t>i don't know where is the paradise, but i, i, i say those people who deny the existence of paradise that this world is, this world is enough to understand there is paradise, because according to, according to, according to science, if imperfect world is possible.</w:t>
      </w:r>
    </w:p>
    <w:p>
      <w:pPr>
        <w:jc w:val="right"/>
      </w:pPr>
      <w:r>
        <w:t>۔ ائی ڈونٹ نو ویر از دا پیراڈائز، بٹ ائی، ائی، ائی سے دو پیپل ہو ڈینائی دی ایگزسٹنس اف پیراڈائز دیٹ دس ورلڈ از، دس ورلڈ از انف ٹو انڈرسٹینڈ دیر از پیراڈائز، بیکاز اکارڈنگ ٹو، اکارڈنگ ٹو، اکارڈنگ ٹو سائنس، اف امپرفیکٹ ورلڈ از پاسیبل۔</w:t>
      </w:r>
    </w:p>
    <w:p>
      <w:r>
        <w:rPr>
          <w:b/>
        </w:rPr>
        <w:t xml:space="preserve">[1:11:10] </w:t>
      </w:r>
      <w:r>
        <w:t>there perfect is also possible.</w:t>
      </w:r>
    </w:p>
    <w:p>
      <w:pPr>
        <w:jc w:val="right"/>
      </w:pPr>
      <w:r>
        <w:t>دیر پرفیکٹ از السو پاسیبل۔</w:t>
      </w:r>
    </w:p>
    <w:p>
      <w:r>
        <w:rPr>
          <w:b/>
        </w:rPr>
        <w:t xml:space="preserve">[1:11:14] </w:t>
      </w:r>
      <w:r>
        <w:t>if it is possible to have an imperfect world, there is also possible to have a perfect world. in this sense, i have wrote all these, all these things that even this world is enough to believe that there is a, there is a para</w:t>
      </w:r>
    </w:p>
    <w:p>
      <w:pPr>
        <w:jc w:val="right"/>
      </w:pPr>
      <w:r>
        <w:t>اف اٹ از پاسیبل ٹو ہیو ا امپرفیکٹ ورلڈ، دیر از السو پاسیبل ٹو ہیو ا پرفیکٹ ورلڈ۔ ان دس سینس، ائی ہیو روٹ ال دیز، ال دیز تھنگز دیٹ ایون دس ورلڈ از انف ٹو بیلیو دیٹ دیر از ا، دیر از ا پیرا</w:t>
      </w:r>
    </w:p>
    <w:p>
      <w:r>
        <w:rPr>
          <w:b/>
        </w:rPr>
        <w:t xml:space="preserve">[1:11:30] </w:t>
      </w:r>
      <w:r>
        <w:t>dise. in this sense, i have. please, please read again my article and then you understand that the real point i have state in that article.</w:t>
      </w:r>
    </w:p>
    <w:p>
      <w:pPr>
        <w:jc w:val="right"/>
      </w:pPr>
      <w:r>
        <w:t>ڈائز۔ ان دس سینس، ائی ہیو۔ پلیز، پلیز ریڈ اگین مائی ارٹیکل اینڈ دین یو انڈرسٹینڈ دیٹ دا ریل پوائنٹ ائی ہیو سٹیٹ ان دیٹ ارٹیکل۔</w:t>
      </w:r>
    </w:p>
    <w:p>
      <w:r>
        <w:rPr>
          <w:b/>
        </w:rPr>
        <w:t xml:space="preserve">[1:11:50] </w:t>
      </w:r>
      <w:r>
        <w:t>this question is from Mr. Gautam Sudhar Delhi.</w:t>
      </w:r>
    </w:p>
    <w:p>
      <w:pPr>
        <w:jc w:val="right"/>
      </w:pPr>
      <w:r>
        <w:t>دس کوئسچن از فرام مسٹر گوتم سدھار ڈیلی۔</w:t>
      </w:r>
    </w:p>
    <w:p>
      <w:r>
        <w:rPr>
          <w:b/>
        </w:rPr>
        <w:t xml:space="preserve">[1:11:54] </w:t>
      </w:r>
      <w:r>
        <w:t>if there is a physical paradise, what form does a human take when he reaches there? physical or spiritual.</w:t>
      </w:r>
    </w:p>
    <w:p>
      <w:pPr>
        <w:jc w:val="right"/>
      </w:pPr>
      <w:r>
        <w:t>اف دیر از ا فزیکل پیراڈائز، واٹ فارم ڈز ا ہیومن ٹیک وین ہی ریچز دیر؟ فزیکل اور سپریچول۔</w:t>
      </w:r>
    </w:p>
    <w:p>
      <w:r>
        <w:rPr>
          <w:b/>
        </w:rPr>
        <w:t xml:space="preserve">[1:12:05] </w:t>
      </w:r>
      <w:r>
        <w:t>according to my belief, man will take again a physical, physical being.</w:t>
      </w:r>
    </w:p>
    <w:p>
      <w:pPr>
        <w:jc w:val="right"/>
      </w:pPr>
      <w:r>
        <w:t>اکارڈنگ ٹو مائی بیلیو، مین ول ٹیک اگین ا فزیکل، فزیکل بینگ۔</w:t>
      </w:r>
    </w:p>
    <w:p>
      <w:r>
        <w:rPr>
          <w:b/>
        </w:rPr>
        <w:t xml:space="preserve">[1:12:15] </w:t>
      </w:r>
      <w:r>
        <w:t>not this body. this body is perishable. this body is not perfect body.</w:t>
      </w:r>
    </w:p>
    <w:p>
      <w:pPr>
        <w:jc w:val="right"/>
      </w:pPr>
      <w:r>
        <w:t>ناٹ دس باڈی۔ دس باڈی از پریشبل۔ دس باڈی از نا پرفیکٹ باڈی۔</w:t>
      </w:r>
    </w:p>
    <w:p>
      <w:r>
        <w:rPr>
          <w:b/>
        </w:rPr>
        <w:t xml:space="preserve">[1:12:24] </w:t>
      </w:r>
      <w:r>
        <w:t>in paradise, i believe that paradise is a physical world. also, we will be living physical being, but not with this body.</w:t>
      </w:r>
    </w:p>
    <w:p>
      <w:pPr>
        <w:jc w:val="right"/>
      </w:pPr>
      <w:r>
        <w:t>ان پیراڈائز، ائی بیلیو دیٹ پیراڈائز از ا فزیکل ورلڈ۔ السو، وی ول بی لیونگ فزیکل بینگ، بٹ ناٹ ود دس باڈی۔</w:t>
      </w:r>
    </w:p>
    <w:p>
      <w:r>
        <w:rPr>
          <w:b/>
        </w:rPr>
        <w:t xml:space="preserve">[1:12:35] </w:t>
      </w:r>
      <w:r>
        <w:t>in body, we will be given a more perfect body, more ideal body, a permanent body.</w:t>
      </w:r>
    </w:p>
    <w:p>
      <w:pPr>
        <w:jc w:val="right"/>
      </w:pPr>
      <w:r>
        <w:t>ان باڈی، وی ول بی گیون ا موت پرفیکٹ باڈی، موت ائیڈیل باڈی، ا پرماننٹ باڈی۔</w:t>
      </w:r>
    </w:p>
    <w:p>
      <w:r>
        <w:rPr>
          <w:b/>
        </w:rPr>
        <w:t xml:space="preserve">[1:12:45] </w:t>
      </w:r>
      <w:r>
        <w:t>this body is not permanent. every day, every day, there are decay.</w:t>
      </w:r>
    </w:p>
    <w:p>
      <w:pPr>
        <w:jc w:val="right"/>
      </w:pPr>
      <w:r>
        <w:t>دس باڈی از ناٹ پرماننٹ۔ ایوری ڈے، ایوری ڈے، دیر ار ڈیکے۔</w:t>
      </w:r>
    </w:p>
    <w:p>
      <w:r>
        <w:rPr>
          <w:b/>
        </w:rPr>
        <w:t xml:space="preserve">[1:12:51] </w:t>
      </w:r>
      <w:r>
        <w:t>in present body, you know, every day, there are decay, decay, decay. and then, you know, we face the old age</w:t>
      </w:r>
    </w:p>
    <w:p>
      <w:pPr>
        <w:jc w:val="right"/>
      </w:pPr>
      <w:r>
        <w:t>ان پریزنٹ باڈی، یو نو، ایوری ڈے، دیر ار ڈیکے، ڈیکے، ڈیکے۔ اینڈ دین، یو نو، وی فیس دا اولڈ ایج</w:t>
      </w:r>
    </w:p>
    <w:p>
      <w:r>
        <w:rPr>
          <w:b/>
        </w:rPr>
        <w:t xml:space="preserve">[1:13:03] </w:t>
      </w:r>
      <w:r>
        <w:t>so according to my belief, i can see that we will live in paradise with the physical body, but not this body, but a very, but a, but a perfect body, and ideal body,</w:t>
      </w:r>
    </w:p>
    <w:p>
      <w:pPr>
        <w:jc w:val="right"/>
      </w:pPr>
      <w:r>
        <w:t>۔ سو اکارڈنگ ٹو مائی بیلیو، ائی کین سی دیٹ وی ول لیو ان پیراڈائز ود دا فزیکل باڈی، بٹ ناٹ دس باڈی، بٹ ا ویری، بٹ ا، بٹ ا پرفیکٹ باڈی، اینڈ ائیڈیل باڈی،</w:t>
      </w:r>
    </w:p>
    <w:p>
      <w:r>
        <w:rPr>
          <w:b/>
        </w:rPr>
        <w:t xml:space="preserve">[1:13:21] </w:t>
      </w:r>
      <w:r>
        <w:t>a permanent body. this my belief.</w:t>
      </w:r>
    </w:p>
    <w:p>
      <w:pPr>
        <w:jc w:val="right"/>
      </w:pPr>
      <w:r>
        <w:t>ا پرماننٹ باڈی۔ دس مائی بیلیو۔</w:t>
      </w:r>
    </w:p>
    <w:p>
      <w:r>
        <w:rPr>
          <w:b/>
        </w:rPr>
        <w:t xml:space="preserve">[1:13:28] </w:t>
      </w:r>
      <w:r>
        <w:t>this question is from Mr. Suresh Singapore.</w:t>
      </w:r>
    </w:p>
    <w:p>
      <w:pPr>
        <w:jc w:val="right"/>
      </w:pPr>
      <w:r>
        <w:t>دس کوئسچن از فرام مسٹر سلیش سنگاپور۔</w:t>
      </w:r>
    </w:p>
    <w:p>
      <w:r>
        <w:rPr>
          <w:b/>
        </w:rPr>
        <w:t xml:space="preserve">[1:13:32] </w:t>
      </w:r>
      <w:r>
        <w:t>is the paradise for all the creation of the God, including jinn, or is this only for mankind if they follow the creation plan?</w:t>
      </w:r>
    </w:p>
    <w:p>
      <w:pPr>
        <w:jc w:val="right"/>
      </w:pPr>
      <w:r>
        <w:t>از دی پیراڈائز فار ال دی کریشن اف دا گاڈ، انکلوڈنگ جنات، اور از دس اونلی فار مین کائنڈ اف دے فالو دا کریشن پلان؟</w:t>
      </w:r>
    </w:p>
    <w:p>
      <w:r>
        <w:rPr>
          <w:b/>
        </w:rPr>
        <w:t xml:space="preserve">[1:13:43] </w:t>
      </w:r>
      <w:r>
        <w:t>according to my knowledge, is for only man, not for jinn. no, there some jinn who are saleh, who are pious, not all jinn.</w:t>
      </w:r>
    </w:p>
    <w:p>
      <w:pPr>
        <w:jc w:val="right"/>
      </w:pPr>
      <w:r>
        <w:t>اکارڈنگ ٹو مائی نالج، از فار اونلی مین، ناٹ فار جنات۔ نو، دیر سم جنات ہو ار صالح، ہو ار پائس، ناٹ ال جنات۔</w:t>
      </w:r>
    </w:p>
    <w:p>
      <w:r>
        <w:rPr>
          <w:b/>
        </w:rPr>
        <w:t xml:space="preserve">[1:13:57] </w:t>
      </w:r>
      <w:r>
        <w:t>so i again, i repeat my answer that in paradise, there any jinn and man both will live side beside.</w:t>
      </w:r>
    </w:p>
    <w:p>
      <w:pPr>
        <w:jc w:val="right"/>
      </w:pPr>
      <w:r>
        <w:t>سو ائی اگین، ائی ریپیٹ مائی انسر دیٹ ان پیراڈائز، دیر اینی جن اینڈ مین بوتھ ول لیو سائیڈ بیسائیڈ۔</w:t>
      </w:r>
    </w:p>
    <w:p>
      <w:r>
        <w:rPr>
          <w:b/>
        </w:rPr>
        <w:t xml:space="preserve">[1:14:14] </w:t>
      </w:r>
      <w:r>
        <w:t>according to Quranic account, there are some pious jinn. so those jinn also will find entry into paradise.</w:t>
      </w:r>
    </w:p>
    <w:p>
      <w:pPr>
        <w:jc w:val="right"/>
      </w:pPr>
      <w:r>
        <w:t>اکارڈنگ ٹو قرانک اکاؤنٹ، دیر ار سم پائس جن۔ سو دو جن السو ول فائنڈ انٹری انٹو پیراڈائز۔</w:t>
      </w:r>
    </w:p>
    <w:p>
      <w:r>
        <w:rPr>
          <w:b/>
        </w:rPr>
        <w:t xml:space="preserve">[1:14:26] </w:t>
      </w:r>
      <w:r>
        <w:t>this clear in the Quran. you can read Surah Jinn. there is Surah Jinn in this Surah, in this chapter, you can find the answer.</w:t>
      </w:r>
    </w:p>
    <w:p>
      <w:pPr>
        <w:jc w:val="right"/>
      </w:pPr>
      <w:r>
        <w:t>دس کلیئر ان دا قران۔ یو کین ریڈ سورہ جن۔ دیر از سورہ جن ان دس سورہ، ان دس چیپٹر، یو کین فائنڈ دا انسر۔</w:t>
      </w:r>
    </w:p>
    <w:p>
      <w:r>
        <w:rPr>
          <w:b/>
        </w:rPr>
        <w:t xml:space="preserve">[1:14:38] </w:t>
      </w:r>
      <w:r>
        <w:t>This question is from Miss Saadia Delhi. According to some people, not working towards fulfilling our desires is tantamount to hindering growth and development.</w:t>
      </w:r>
    </w:p>
    <w:p>
      <w:pPr>
        <w:jc w:val="right"/>
      </w:pPr>
      <w:r>
        <w:t>دس کوئسچن از فرام مس سعدیہ ڈیلی۔ اکارڈنگ ٹو سم پیپل، ناٹ ورکنگ ٹورڈز فلفلنگ ار ڈیزائرز از ٹینٹماؤنٹ ٹو ہنڈرنگ گروتھ اینڈ ڈیویلپمنٹ۔</w:t>
      </w:r>
    </w:p>
    <w:p>
      <w:r>
        <w:rPr>
          <w:b/>
        </w:rPr>
        <w:t xml:space="preserve">[1:14:52] </w:t>
      </w:r>
      <w:r>
        <w:t>kaindli kament. no, no</w:t>
      </w:r>
    </w:p>
    <w:p>
      <w:pPr>
        <w:jc w:val="right"/>
      </w:pPr>
      <w:r>
        <w:t>کائنڈلی کمنٹ۔ نو، نو</w:t>
      </w:r>
    </w:p>
    <w:p>
      <w:r>
        <w:rPr>
          <w:b/>
        </w:rPr>
        <w:t xml:space="preserve">[1:14:54] </w:t>
      </w:r>
      <w:r>
        <w:t>, az nat desaiar di, di</w:t>
      </w:r>
    </w:p>
    <w:p>
      <w:pPr>
        <w:jc w:val="right"/>
      </w:pPr>
      <w:r>
        <w:t>، از ناٹ ڈیزائر دیٹ، دیٹ</w:t>
      </w:r>
    </w:p>
    <w:p>
      <w:r>
        <w:rPr>
          <w:b/>
        </w:rPr>
        <w:t xml:space="preserve">[1:15:01] </w:t>
      </w:r>
      <w:r>
        <w:t>development is not through desire. no, development is through intellectual activities. by desire, I mean physical desires. so development depends on intellectual activities, not physical activities.</w:t>
      </w:r>
    </w:p>
    <w:p>
      <w:pPr>
        <w:jc w:val="right"/>
      </w:pPr>
      <w:r>
        <w:t>ڈیویلپمنٹ از ناٹ تھرو ڈیزائر۔ نو، ڈیویلپمنٹ از تھرو انٹلیکچول ایکٹیویٹیز۔ بائے ڈیزائر، ائی مین فزیکل ڈیزائرز۔ سو ڈیویلپمنٹ ڈیپینڈز ان انٹلیکچول ایکٹیویٹیز، ناٹ فزیکل ایکٹیویٹیز۔</w:t>
      </w:r>
    </w:p>
    <w:p>
      <w:r>
        <w:rPr>
          <w:b/>
        </w:rPr>
        <w:t xml:space="preserve">[1:15:18] </w:t>
      </w:r>
      <w:r>
        <w:t>I do not know that any of it is against the psychological studies.</w:t>
      </w:r>
    </w:p>
    <w:p>
      <w:pPr>
        <w:jc w:val="right"/>
      </w:pPr>
      <w:r>
        <w:t>ائی ڈونٹ نو دیٹ اینی اٹ از اگینسٹ دی سائیکلوجیکل اسٹڈیز۔</w:t>
      </w:r>
    </w:p>
    <w:p>
      <w:r>
        <w:rPr>
          <w:b/>
        </w:rPr>
        <w:t xml:space="preserve">[1:15:26] </w:t>
      </w:r>
      <w:r>
        <w:t>No expert of psychology can say like this, that physical activities are not at all to develop a personality.</w:t>
      </w:r>
    </w:p>
    <w:p>
      <w:pPr>
        <w:jc w:val="right"/>
      </w:pPr>
      <w:r>
        <w:t>نو ایکسپرٹ اف سائیکالوجی کین سے لائک دس۔ دیٹ فزیکل ایکٹیویٹیز ار ناٹ ٹول ٹو ٹو ڈیویلپ ا پرسنیلٹی۔</w:t>
      </w:r>
    </w:p>
    <w:p>
      <w:r>
        <w:rPr>
          <w:b/>
        </w:rPr>
        <w:t xml:space="preserve">[1:15:35] </w:t>
      </w:r>
      <w:r>
        <w:t>No, intellectual activities are how we develop our mind through intellectual activities, not through physical activities.</w:t>
      </w:r>
    </w:p>
    <w:p>
      <w:pPr>
        <w:jc w:val="right"/>
      </w:pPr>
      <w:r>
        <w:t>نو، انٹلیکچول ایکٹیویٹیز ار ار وی ڈیویلپ اور مائنڈ تھرو انٹلیکچول ایکٹیویٹیز، ناٹ تھرو فزیکل ایکٹیویٹیز۔</w:t>
      </w:r>
    </w:p>
    <w:p>
      <w:r>
        <w:rPr>
          <w:b/>
        </w:rPr>
        <w:t xml:space="preserve">[1:15:46] </w:t>
      </w:r>
      <w:r>
        <w:t>or body is simply a vehicle. The real personality is our mind. Body is only a vehicle.</w:t>
      </w:r>
    </w:p>
    <w:p>
      <w:pPr>
        <w:jc w:val="right"/>
      </w:pPr>
      <w:r>
        <w:t>اور باڈی از سمپلی ا وہیکل۔ دا ریل پرسنیلٹی از اور مائنڈ۔ باڈی از اونلی ا وہیکل۔</w:t>
      </w:r>
    </w:p>
    <w:p>
      <w:r>
        <w:rPr>
          <w:b/>
        </w:rPr>
        <w:t xml:space="preserve">[1:15:57] </w:t>
      </w:r>
      <w:r>
        <w:t>It is our vehicle that gives us intellectual development, no, or personality development, or spiritual development, all depends on our mental activities.</w:t>
      </w:r>
    </w:p>
    <w:p>
      <w:pPr>
        <w:jc w:val="right"/>
      </w:pPr>
      <w:r>
        <w:t>اٹ از ار وہیکل دیٹ گیو اس انٹلیکچول ڈیویلپمنٹ۔ نو، اور پرسنیلٹی ڈیویلپمنٹ، اور سپریچول ڈیویلپمنٹ، ال ڈیپینڈز ار اور مینٹل ایکٹیویٹیز۔</w:t>
      </w:r>
    </w:p>
    <w:p>
      <w:r>
        <w:rPr>
          <w:b/>
        </w:rPr>
        <w:t xml:space="preserve">[1:16:11] </w:t>
      </w:r>
      <w:r>
        <w:t>I think that this is the only stream we can see through according to the modern psychology.</w:t>
      </w:r>
    </w:p>
    <w:p>
      <w:pPr>
        <w:jc w:val="right"/>
      </w:pPr>
      <w:r>
        <w:t>ائی تھنک دیٹ دس از دا اونلی اسٹیم وی کین سی تھرو اکارڈنگ ٹو دا ماڈرن سائیکالوجی۔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