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Road to Paradise April 09, 2007 Maulana Wahiduddin Khan</w:t>
      </w:r>
    </w:p>
    <w:p>
      <w:r>
        <w:t>https://www.youtube.com/watch?v=JQRch_DCKv4</w:t>
      </w:r>
    </w:p>
    <w:p>
      <w:r>
        <w:rPr>
          <w:b/>
        </w:rPr>
        <w:t xml:space="preserve">[00:10] </w:t>
      </w:r>
      <w:r>
        <w:t>bismillah rahman rahim, wa salla Allahu ala an-nabiyyil karim.</w:t>
      </w:r>
    </w:p>
    <w:p>
      <w:pPr>
        <w:jc w:val="right"/>
      </w:pPr>
      <w:r>
        <w:t>بسم اللہ الرحمن الرحیم، وصلی اللہ علی النبی الکریم۔</w:t>
      </w:r>
    </w:p>
    <w:p>
      <w:r>
        <w:rPr>
          <w:b/>
        </w:rPr>
        <w:t xml:space="preserve">[00:21]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[00:32] </w:t>
      </w:r>
      <w:r>
        <w:t>The theme for present talk is "Road to Paradise".</w:t>
      </w:r>
    </w:p>
    <w:p>
      <w:pPr>
        <w:jc w:val="right"/>
      </w:pPr>
      <w:r>
        <w:t>دا تھیم فار پریزنٹ ٹاک از "Road to Paradise".</w:t>
      </w:r>
    </w:p>
    <w:p>
      <w:r>
        <w:rPr>
          <w:b/>
        </w:rPr>
        <w:t xml:space="preserve">[00:43] </w:t>
      </w:r>
      <w:r>
        <w:t>Road to Paradise.</w:t>
      </w:r>
    </w:p>
    <w:p>
      <w:pPr>
        <w:jc w:val="right"/>
      </w:pPr>
      <w:r>
        <w:t>Road to Paradise.</w:t>
      </w:r>
    </w:p>
    <w:p>
      <w:r>
        <w:rPr>
          <w:b/>
        </w:rPr>
        <w:t xml:space="preserve">[00:54] </w:t>
      </w:r>
      <w:r>
        <w:t>Paradise is the only goal of any human being, any man and woman.</w:t>
      </w:r>
    </w:p>
    <w:p>
      <w:pPr>
        <w:jc w:val="right"/>
      </w:pPr>
      <w:r>
        <w:t>Paradise is the only goal of any human being, any man and woman.</w:t>
      </w:r>
    </w:p>
    <w:p>
      <w:r>
        <w:rPr>
          <w:b/>
        </w:rPr>
        <w:t xml:space="preserve">[01:06] </w:t>
      </w:r>
      <w:r>
        <w:t>The history shows that in every time men and women were obsessed with some dream that they may</w:t>
      </w:r>
    </w:p>
    <w:p>
      <w:pPr>
        <w:jc w:val="right"/>
      </w:pPr>
      <w:r>
        <w:t>The history shows that in every time men and women were obsessed with some dream that they may</w:t>
      </w:r>
    </w:p>
    <w:p>
      <w:r>
        <w:rPr>
          <w:b/>
        </w:rPr>
        <w:t xml:space="preserve">[01:17] </w:t>
      </w:r>
      <w:r>
        <w:t>find a world where there is all kind of happiness, all kind of goodness and comfort, this is</w:t>
      </w:r>
    </w:p>
    <w:p>
      <w:pPr>
        <w:jc w:val="right"/>
      </w:pPr>
      <w:r>
        <w:t>find a world where there is all kind of happiness, all kind of goodness and comfort, this is</w:t>
      </w:r>
    </w:p>
    <w:p>
      <w:r>
        <w:rPr>
          <w:b/>
        </w:rPr>
        <w:t xml:space="preserve">[01:28] </w:t>
      </w:r>
      <w:r>
        <w:t>the dream of every human being.</w:t>
      </w:r>
    </w:p>
    <w:p>
      <w:pPr>
        <w:jc w:val="right"/>
      </w:pPr>
      <w:r>
        <w:t>the dream of every human being.</w:t>
      </w:r>
    </w:p>
    <w:p>
      <w:r>
        <w:rPr>
          <w:b/>
        </w:rPr>
        <w:t xml:space="preserve">[01:39] </w:t>
      </w:r>
      <w:r>
        <w:t>Dream of king, dream of rich and poor, dream of ruler and ruled both.</w:t>
      </w:r>
    </w:p>
    <w:p>
      <w:pPr>
        <w:jc w:val="right"/>
      </w:pPr>
      <w:r>
        <w:t>Dream of king, dream of rich and poor, dream of ruler and ruled both.</w:t>
      </w:r>
    </w:p>
    <w:p>
      <w:r>
        <w:rPr>
          <w:b/>
        </w:rPr>
        <w:t xml:space="preserve">[01:51] </w:t>
      </w:r>
      <w:r>
        <w:t>But it is a sad aspect of history that no one was achieved, no one was able to</w:t>
      </w:r>
    </w:p>
    <w:p>
      <w:pPr>
        <w:jc w:val="right"/>
      </w:pPr>
      <w:r>
        <w:t>But it is a sad aspect of history that no one was achieved, no one was able to</w:t>
      </w:r>
    </w:p>
    <w:p>
      <w:r>
        <w:rPr>
          <w:b/>
        </w:rPr>
        <w:t xml:space="preserve">[02:00] </w:t>
      </w:r>
      <w:r>
        <w:t>achieve this goal.</w:t>
      </w:r>
    </w:p>
    <w:p>
      <w:pPr>
        <w:jc w:val="right"/>
      </w:pPr>
      <w:r>
        <w:t>achieve this goal.</w:t>
      </w:r>
    </w:p>
    <w:p>
      <w:r>
        <w:rPr>
          <w:b/>
        </w:rPr>
        <w:t xml:space="preserve">[02:09] </w:t>
      </w:r>
      <w:r>
        <w:t>You know, man is born with desires, unlimited desires.</w:t>
      </w:r>
    </w:p>
    <w:p>
      <w:pPr>
        <w:jc w:val="right"/>
      </w:pPr>
      <w:r>
        <w:t>You know, man is born with desires, unlimited desires.</w:t>
      </w:r>
    </w:p>
    <w:p>
      <w:r>
        <w:rPr>
          <w:b/>
        </w:rPr>
        <w:t xml:space="preserve">[02:18] </w:t>
      </w:r>
      <w:r>
        <w:t>Everyone has a reservoir of desire in his heart, in his mind, and always he tries to fulfill these desires.</w:t>
      </w:r>
    </w:p>
    <w:p>
      <w:pPr>
        <w:jc w:val="right"/>
      </w:pPr>
      <w:r>
        <w:t>Everyone has a reservoir of desire in his heart, in his mind, and always he tries to fulfill these desires.</w:t>
      </w:r>
    </w:p>
    <w:p>
      <w:r>
        <w:rPr>
          <w:b/>
        </w:rPr>
        <w:t xml:space="preserve">[02:27] </w:t>
      </w:r>
      <w:r>
        <w:t>But no one was able to fulfill desire.</w:t>
      </w:r>
    </w:p>
    <w:p>
      <w:pPr>
        <w:jc w:val="right"/>
      </w:pPr>
      <w:r>
        <w:t>But no one was able to fulfill desire.</w:t>
      </w:r>
    </w:p>
    <w:p>
      <w:r>
        <w:rPr>
          <w:b/>
        </w:rPr>
        <w:t xml:space="preserve">[02:36] </w:t>
      </w:r>
      <w:r>
        <w:t>Why?</w:t>
      </w:r>
    </w:p>
    <w:p>
      <w:pPr>
        <w:jc w:val="right"/>
      </w:pPr>
      <w:r>
        <w:t>Why?</w:t>
      </w:r>
    </w:p>
    <w:p>
      <w:r>
        <w:rPr>
          <w:b/>
        </w:rPr>
        <w:t xml:space="preserve">[02:45] </w:t>
      </w:r>
      <w:r>
        <w:t>Because he tries to fulfill these desires in this present world, and this present world was not created</w:t>
      </w:r>
    </w:p>
    <w:p>
      <w:pPr>
        <w:jc w:val="right"/>
      </w:pPr>
      <w:r>
        <w:t>Because he tries to fulfill these desires in this present world, and this present world was not created</w:t>
      </w:r>
    </w:p>
    <w:p>
      <w:r>
        <w:rPr>
          <w:b/>
        </w:rPr>
        <w:t xml:space="preserve">[02:55] </w:t>
      </w:r>
      <w:r>
        <w:t>for this purpose.</w:t>
      </w:r>
    </w:p>
    <w:p>
      <w:pPr>
        <w:jc w:val="right"/>
      </w:pPr>
      <w:r>
        <w:t>for this purpose.</w:t>
      </w:r>
    </w:p>
    <w:p>
      <w:r>
        <w:rPr>
          <w:b/>
        </w:rPr>
        <w:t xml:space="preserve">[03:04] </w:t>
      </w:r>
      <w:r>
        <w:t>According to the creation plan of God, this world was created as a testing ground.</w:t>
      </w:r>
    </w:p>
    <w:p>
      <w:pPr>
        <w:jc w:val="right"/>
      </w:pPr>
      <w:r>
        <w:t>According to the creation plan of God, this world was created as a testing ground.</w:t>
      </w:r>
    </w:p>
    <w:p>
      <w:r>
        <w:rPr>
          <w:b/>
        </w:rPr>
        <w:t xml:space="preserve">[03:14] </w:t>
      </w:r>
      <w:r>
        <w:t>As a testing ground, everyone is put on test.</w:t>
      </w:r>
    </w:p>
    <w:p>
      <w:pPr>
        <w:jc w:val="right"/>
      </w:pPr>
      <w:r>
        <w:t>As a testing ground, everyone is put on test.</w:t>
      </w:r>
    </w:p>
    <w:p>
      <w:r>
        <w:rPr>
          <w:b/>
        </w:rPr>
        <w:t xml:space="preserve">[03:23] </w:t>
      </w:r>
      <w:r>
        <w:t>So it is not possible to achieve that kind of goal.</w:t>
      </w:r>
    </w:p>
    <w:p>
      <w:pPr>
        <w:jc w:val="right"/>
      </w:pPr>
      <w:r>
        <w:t>So it is not possible to achieve that kind of goal.</w:t>
      </w:r>
    </w:p>
    <w:p>
      <w:r>
        <w:rPr>
          <w:b/>
        </w:rPr>
        <w:t xml:space="preserve">[03:33] </w:t>
      </w:r>
      <w:r>
        <w:t>The fatal aspect of this issue is that desires are unlimited.</w:t>
      </w:r>
    </w:p>
    <w:p>
      <w:pPr>
        <w:jc w:val="right"/>
      </w:pPr>
      <w:r>
        <w:t>The fatal aspect of this issue is that desires are unlimited.</w:t>
      </w:r>
    </w:p>
    <w:p>
      <w:r>
        <w:rPr>
          <w:b/>
        </w:rPr>
        <w:t xml:space="preserve">[03:42] </w:t>
      </w:r>
      <w:r>
        <w:t>Desires are unlimited, but the present world is limited.</w:t>
      </w:r>
    </w:p>
    <w:p>
      <w:pPr>
        <w:jc w:val="right"/>
      </w:pPr>
      <w:r>
        <w:t>Desires are unlimited, but the present world is limited.</w:t>
      </w:r>
    </w:p>
    <w:p>
      <w:r>
        <w:rPr>
          <w:b/>
        </w:rPr>
        <w:t xml:space="preserve">[03:52] </w:t>
      </w:r>
      <w:r>
        <w:t>so how you can achieve unlimited desires in a limited world? there is a contradiction. there is a fatal type of contradiction.</w:t>
      </w:r>
    </w:p>
    <w:p>
      <w:pPr>
        <w:jc w:val="right"/>
      </w:pPr>
      <w:r>
        <w:t>So how you can achieve unlimited desires in a limited world? There is a contradiction. There is a fatal type of contradiction.</w:t>
      </w:r>
    </w:p>
    <w:p>
      <w:r>
        <w:rPr>
          <w:b/>
        </w:rPr>
        <w:t xml:space="preserve">[04:09] </w:t>
      </w:r>
      <w:r>
        <w:t>It is this contradiction that is eternally obstacle towards achieving our goal.</w:t>
      </w:r>
    </w:p>
    <w:p>
      <w:pPr>
        <w:jc w:val="right"/>
      </w:pPr>
      <w:r>
        <w:t>It is this contradiction that is eternally obstacle towards achieving our goal.</w:t>
      </w:r>
    </w:p>
    <w:p>
      <w:r>
        <w:rPr>
          <w:b/>
        </w:rPr>
        <w:t xml:space="preserve">[04:20] </w:t>
      </w:r>
      <w:r>
        <w:t>So God, you have to know what is God's scheme.</w:t>
      </w:r>
    </w:p>
    <w:p>
      <w:pPr>
        <w:jc w:val="right"/>
      </w:pPr>
      <w:r>
        <w:t>So God, you have to know what is God's scheme.</w:t>
      </w:r>
    </w:p>
    <w:p>
      <w:r>
        <w:rPr>
          <w:b/>
        </w:rPr>
        <w:t xml:space="preserve">[04:31] </w:t>
      </w:r>
      <w:r>
        <w:t>God created man, and God created this planet Earth, and then God created Paradise.</w:t>
      </w:r>
    </w:p>
    <w:p>
      <w:pPr>
        <w:jc w:val="right"/>
      </w:pPr>
      <w:r>
        <w:t>God created man, and God created this planet Earth, and then God created Paradise.</w:t>
      </w:r>
    </w:p>
    <w:p>
      <w:r>
        <w:rPr>
          <w:b/>
        </w:rPr>
        <w:t xml:space="preserve">[04:42] </w:t>
      </w:r>
      <w:r>
        <w:t>Paradise is a place of happiness.</w:t>
      </w:r>
    </w:p>
    <w:p>
      <w:pPr>
        <w:jc w:val="right"/>
      </w:pPr>
      <w:r>
        <w:t>Paradise is a place of happiness.</w:t>
      </w:r>
    </w:p>
    <w:p>
      <w:r>
        <w:rPr>
          <w:b/>
        </w:rPr>
        <w:t xml:space="preserve">[04:53] </w:t>
      </w:r>
      <w:r>
        <w:t>All kinds of happiness are provided in Paradise. All kinds of happiness, all kinds of comfort, all kinds of peace. Everything, everything is provided in this world.</w:t>
      </w:r>
    </w:p>
    <w:p>
      <w:pPr>
        <w:jc w:val="right"/>
      </w:pPr>
      <w:r>
        <w:t>All kinds of happiness are provided in Paradise. All kinds of happiness, all kinds of comfort, all kinds of peace. Everything, everything is provided in this world.</w:t>
      </w:r>
    </w:p>
    <w:p>
      <w:r>
        <w:rPr>
          <w:b/>
        </w:rPr>
        <w:t xml:space="preserve">[05:17] </w:t>
      </w:r>
      <w:r>
        <w:t>There is Paradise. But everything is provided in this Paradise that is eternal. Now, in this world, man is put on trial and test.</w:t>
      </w:r>
    </w:p>
    <w:p>
      <w:pPr>
        <w:jc w:val="right"/>
      </w:pPr>
      <w:r>
        <w:t>There is Paradise. But everything is provided in this Paradise that is eternal. Now, in this world, man is put on trial and test.</w:t>
      </w:r>
    </w:p>
    <w:p>
      <w:r>
        <w:rPr>
          <w:b/>
        </w:rPr>
        <w:t xml:space="preserve">[05:44] </w:t>
      </w:r>
      <w:r>
        <w:t>So one who proves that he is a deserving candidate to be settled in Paradise, he will be allowed, he will be allotted an entry into Paradise. There is also Hell.</w:t>
      </w:r>
    </w:p>
    <w:p>
      <w:pPr>
        <w:jc w:val="right"/>
      </w:pPr>
      <w:r>
        <w:t>So one who proves that he is a deserving candidate to be settled in Paradise, he will be allowed, he will be allotted an entry into Paradise. There is also Hell.</w:t>
      </w:r>
    </w:p>
    <w:p>
      <w:r>
        <w:rPr>
          <w:b/>
        </w:rPr>
        <w:t xml:space="preserve">[06:14] </w:t>
      </w:r>
      <w:r>
        <w:t>Prophet created God created Paradise and Hell both.</w:t>
      </w:r>
    </w:p>
    <w:p>
      <w:pPr>
        <w:jc w:val="right"/>
      </w:pPr>
      <w:r>
        <w:t>Prophet created God created Paradise and Hell both.</w:t>
      </w:r>
    </w:p>
    <w:p>
      <w:r>
        <w:rPr>
          <w:b/>
        </w:rPr>
        <w:t xml:space="preserve">[06:24] </w:t>
      </w:r>
      <w:r>
        <w:t>So those who failed to follow the path of God, those who failed in this test, they will</w:t>
      </w:r>
    </w:p>
    <w:p>
      <w:pPr>
        <w:jc w:val="right"/>
      </w:pPr>
      <w:r>
        <w:t>So those who failed to follow the path of God, those who failed in this test, they will</w:t>
      </w:r>
    </w:p>
    <w:p>
      <w:r>
        <w:rPr>
          <w:b/>
        </w:rPr>
        <w:t xml:space="preserve">[06:34] </w:t>
      </w:r>
      <w:r>
        <w:t>go to Hell that is Paradise.</w:t>
      </w:r>
    </w:p>
    <w:p>
      <w:pPr>
        <w:jc w:val="right"/>
      </w:pPr>
      <w:r>
        <w:t>go to Hell that is Paradise.</w:t>
      </w:r>
    </w:p>
    <w:p>
      <w:r>
        <w:rPr>
          <w:b/>
        </w:rPr>
        <w:t xml:space="preserve">[06:44] </w:t>
      </w:r>
      <w:r>
        <w:t>About this Hell, there is a verse in the Bible.</w:t>
      </w:r>
    </w:p>
    <w:p>
      <w:pPr>
        <w:jc w:val="right"/>
      </w:pPr>
      <w:r>
        <w:t>About this Hell, there is a verse in the Bible.</w:t>
      </w:r>
    </w:p>
    <w:p>
      <w:r>
        <w:rPr>
          <w:b/>
        </w:rPr>
        <w:t xml:space="preserve">[06:54] </w:t>
      </w:r>
      <w:r>
        <w:t>"There will be weeping and crying for all eternity." This is about Hell.</w:t>
      </w:r>
    </w:p>
    <w:p>
      <w:pPr>
        <w:jc w:val="right"/>
      </w:pPr>
      <w:r>
        <w:t>"There will be weeping and crying for all eternity." This is about Hell.</w:t>
      </w:r>
    </w:p>
    <w:p>
      <w:r>
        <w:rPr>
          <w:b/>
        </w:rPr>
        <w:t xml:space="preserve">[07:05] </w:t>
      </w:r>
      <w:r>
        <w:t>So about Hell, there is a verse in the Bible that "There will be weeping and crying for</w:t>
      </w:r>
    </w:p>
    <w:p>
      <w:pPr>
        <w:jc w:val="right"/>
      </w:pPr>
      <w:r>
        <w:t>So about Hell, there is a verse in the Bible that "There will be weeping and crying for</w:t>
      </w:r>
    </w:p>
    <w:p>
      <w:r>
        <w:rPr>
          <w:b/>
        </w:rPr>
        <w:t xml:space="preserve">[07:16] </w:t>
      </w:r>
      <w:r>
        <w:t>all eternity." This is Hell.</w:t>
      </w:r>
    </w:p>
    <w:p>
      <w:pPr>
        <w:jc w:val="right"/>
      </w:pPr>
      <w:r>
        <w:t>all eternity." This is Hell.</w:t>
      </w:r>
    </w:p>
    <w:p>
      <w:r>
        <w:rPr>
          <w:b/>
        </w:rPr>
        <w:t xml:space="preserve">[07:27] </w:t>
      </w:r>
      <w:r>
        <w:t>And then Paradise is a place of happiness, eternal happiness.</w:t>
      </w:r>
    </w:p>
    <w:p>
      <w:pPr>
        <w:jc w:val="right"/>
      </w:pPr>
      <w:r>
        <w:t>And then Paradise is a place of happiness, eternal happiness.</w:t>
      </w:r>
    </w:p>
    <w:p>
      <w:r>
        <w:rPr>
          <w:b/>
        </w:rPr>
        <w:t xml:space="preserve">[07:39] </w:t>
      </w:r>
      <w:r>
        <w:t>Eternal happiness. There are no limitations in Paradise. There are no limitations in Paradise. There is no disadvantage. There is no pain. There is no death.</w:t>
      </w:r>
    </w:p>
    <w:p>
      <w:pPr>
        <w:jc w:val="right"/>
      </w:pPr>
      <w:r>
        <w:t>Eternal happiness. There are no limitations in Paradise. There are no limitations in Paradise. There is no disadvantage. There is no pain. There is no death.</w:t>
      </w:r>
    </w:p>
    <w:p>
      <w:r>
        <w:rPr>
          <w:b/>
        </w:rPr>
        <w:t xml:space="preserve">[07:59] </w:t>
      </w:r>
      <w:r>
        <w:t>There is no boredom. There is all kind of goodness provided in Paradise. So those who fail in this test, they will go to Hell.</w:t>
      </w:r>
    </w:p>
    <w:p>
      <w:pPr>
        <w:jc w:val="right"/>
      </w:pPr>
      <w:r>
        <w:t>There is no boredom. There is all kind of goodness provided in Paradise. So those who fail in this test, they will go to Hell.</w:t>
      </w:r>
    </w:p>
    <w:p>
      <w:r>
        <w:rPr>
          <w:b/>
        </w:rPr>
        <w:t xml:space="preserve">[08:28] </w:t>
      </w:r>
      <w:r>
        <w:t>And those who passed this test, they will go to Paradise. This is the creation plan of God.</w:t>
      </w:r>
    </w:p>
    <w:p>
      <w:pPr>
        <w:jc w:val="right"/>
      </w:pPr>
      <w:r>
        <w:t>And those who passed this test, they will go to Paradise. This is the creation plan of God.</w:t>
      </w:r>
    </w:p>
    <w:p>
      <w:r>
        <w:rPr>
          <w:b/>
        </w:rPr>
        <w:t xml:space="preserve">[08:44] </w:t>
      </w:r>
      <w:r>
        <w:t>Now, I would like to explain who are those fortunate people who will be allotted a house in Paradise.</w:t>
      </w:r>
    </w:p>
    <w:p>
      <w:pPr>
        <w:jc w:val="right"/>
      </w:pPr>
      <w:r>
        <w:t>Now, I would like to explain who are those fortunate people who will be allotted a house in Paradise.</w:t>
      </w:r>
    </w:p>
    <w:p>
      <w:r>
        <w:rPr>
          <w:b/>
        </w:rPr>
        <w:t xml:space="preserve">[08:58] </w:t>
      </w:r>
      <w:r>
        <w:t>According to Islam, according to the detail given in the Quran, I can say that there are three-point formulas.</w:t>
      </w:r>
    </w:p>
    <w:p>
      <w:pPr>
        <w:jc w:val="right"/>
      </w:pPr>
      <w:r>
        <w:t>According to Islam, according to the detail given in the Quran, I can say that there are three-point formulas.</w:t>
      </w:r>
    </w:p>
    <w:p>
      <w:r>
        <w:rPr>
          <w:b/>
        </w:rPr>
        <w:t xml:space="preserve">[09:13] </w:t>
      </w:r>
      <w:r>
        <w:t>It is a three-point agenda.</w:t>
      </w:r>
    </w:p>
    <w:p>
      <w:pPr>
        <w:jc w:val="right"/>
      </w:pPr>
      <w:r>
        <w:t>It is a three-point agenda.</w:t>
      </w:r>
    </w:p>
    <w:p>
      <w:r>
        <w:rPr>
          <w:b/>
        </w:rPr>
        <w:t xml:space="preserve">[09:27] </w:t>
      </w:r>
      <w:r>
        <w:t>One who follows this agenda, he will be able to find entry into Paradise.</w:t>
      </w:r>
    </w:p>
    <w:p>
      <w:pPr>
        <w:jc w:val="right"/>
      </w:pPr>
      <w:r>
        <w:t>One who follows this agenda, he will be able to find entry into Paradise.</w:t>
      </w:r>
    </w:p>
    <w:p>
      <w:r>
        <w:rPr>
          <w:b/>
        </w:rPr>
        <w:t xml:space="preserve">[09:42] </w:t>
      </w:r>
      <w:r>
        <w:t>In the Quran, if you study the Quran, you will find that there are three basic requirements. One, Ma'rifah.</w:t>
      </w:r>
    </w:p>
    <w:p>
      <w:pPr>
        <w:jc w:val="right"/>
      </w:pPr>
      <w:r>
        <w:t>In the Quran, if you study the Quran, you will find that there are three basic requirements. One, Ma'rifah.</w:t>
      </w:r>
    </w:p>
    <w:p>
      <w:r>
        <w:rPr>
          <w:b/>
        </w:rPr>
        <w:t xml:space="preserve">[09:56] </w:t>
      </w:r>
      <w:r>
        <w:t>Ma'rifah means realization, realization of truth.</w:t>
      </w:r>
    </w:p>
    <w:p>
      <w:pPr>
        <w:jc w:val="right"/>
      </w:pPr>
      <w:r>
        <w:t>Ma'rifah means realization, realization of truth.</w:t>
      </w:r>
    </w:p>
    <w:p>
      <w:r>
        <w:rPr>
          <w:b/>
        </w:rPr>
        <w:t xml:space="preserve">[10:11] </w:t>
      </w:r>
      <w:r>
        <w:t>Second, worship, God's worship.</w:t>
      </w:r>
    </w:p>
    <w:p>
      <w:pPr>
        <w:jc w:val="right"/>
      </w:pPr>
      <w:r>
        <w:t>Second, worship, God's worship.</w:t>
      </w:r>
    </w:p>
    <w:p>
      <w:r>
        <w:rPr>
          <w:b/>
        </w:rPr>
        <w:t xml:space="preserve">[10:18] </w:t>
      </w:r>
      <w:r>
        <w:t>Third, At-Tazkiyah, that is purification.</w:t>
      </w:r>
    </w:p>
    <w:p>
      <w:pPr>
        <w:jc w:val="right"/>
      </w:pPr>
      <w:r>
        <w:t>Third, At-Tazkiyah, that is purification.</w:t>
      </w:r>
    </w:p>
    <w:p>
      <w:r>
        <w:rPr>
          <w:b/>
        </w:rPr>
        <w:t xml:space="preserve">[10:26] </w:t>
      </w:r>
      <w:r>
        <w:t>So there are three it is a three-point formula.</w:t>
      </w:r>
    </w:p>
    <w:p>
      <w:pPr>
        <w:jc w:val="right"/>
      </w:pPr>
      <w:r>
        <w:t>So there are three it is a three-point formula.</w:t>
      </w:r>
    </w:p>
    <w:p>
      <w:r>
        <w:rPr>
          <w:b/>
        </w:rPr>
        <w:t xml:space="preserve">[10:34] </w:t>
      </w:r>
      <w:r>
        <w:t>Now, let us take the first.</w:t>
      </w:r>
    </w:p>
    <w:p>
      <w:pPr>
        <w:jc w:val="right"/>
      </w:pPr>
      <w:r>
        <w:t>Now, let us take the first.</w:t>
      </w:r>
    </w:p>
    <w:p>
      <w:r>
        <w:rPr>
          <w:b/>
        </w:rPr>
        <w:t xml:space="preserve">[10:42] </w:t>
      </w:r>
      <w:r>
        <w:t>There is a Hadith the Prophet of Islam has said, "Man qala la ilaha illallah, dakhla al-jannah." One</w:t>
      </w:r>
    </w:p>
    <w:p>
      <w:pPr>
        <w:jc w:val="right"/>
      </w:pPr>
      <w:r>
        <w:t>There is a Hadith the Prophet of Islam has said, "Man qala la ilaha illallah, dakhla al-jannah." One</w:t>
      </w:r>
    </w:p>
    <w:p>
      <w:r>
        <w:rPr>
          <w:b/>
        </w:rPr>
        <w:t xml:space="preserve">[10:51] </w:t>
      </w:r>
      <w:r>
        <w:t>who says, "There is no God but one God," he will go to Paradise.</w:t>
      </w:r>
    </w:p>
    <w:p>
      <w:pPr>
        <w:jc w:val="right"/>
      </w:pPr>
      <w:r>
        <w:t>who says, "There is no God but one God," he will go to Paradise.</w:t>
      </w:r>
    </w:p>
    <w:p>
      <w:r>
        <w:rPr>
          <w:b/>
        </w:rPr>
        <w:t xml:space="preserve">[11:00] </w:t>
      </w:r>
      <w:r>
        <w:t>The same is repeated in the Quran also.</w:t>
      </w:r>
    </w:p>
    <w:p>
      <w:pPr>
        <w:jc w:val="right"/>
      </w:pPr>
      <w:r>
        <w:t>The same is repeated in the Quran also.</w:t>
      </w:r>
    </w:p>
    <w:p>
      <w:r>
        <w:rPr>
          <w:b/>
        </w:rPr>
        <w:t xml:space="preserve">[11:09] </w:t>
      </w:r>
      <w:r>
        <w:t>The same you will find in the Quran also.</w:t>
      </w:r>
    </w:p>
    <w:p>
      <w:pPr>
        <w:jc w:val="right"/>
      </w:pPr>
      <w:r>
        <w:t>The same you will find in the Quran also.</w:t>
      </w:r>
    </w:p>
    <w:p>
      <w:r>
        <w:rPr>
          <w:b/>
        </w:rPr>
        <w:t xml:space="preserve">[11:18] </w:t>
      </w:r>
      <w:r>
        <w:t>"Fa ashabahumullah bima qalu jannatin tajribin taht al-arhar." So Quran and Sunnah both tell us that the Kalima</w:t>
      </w:r>
    </w:p>
    <w:p>
      <w:pPr>
        <w:jc w:val="right"/>
      </w:pPr>
      <w:r>
        <w:t>"Fa ashabahumullah bima qalu jannatin tajribin taht al-arhar." So Quran and Sunnah both tell us that the Kalima</w:t>
      </w:r>
    </w:p>
    <w:p>
      <w:r>
        <w:rPr>
          <w:b/>
        </w:rPr>
        <w:t xml:space="preserve">[11:27] </w:t>
      </w:r>
      <w:r>
        <w:t>is the first condition of Paradise.</w:t>
      </w:r>
    </w:p>
    <w:p>
      <w:pPr>
        <w:jc w:val="right"/>
      </w:pPr>
      <w:r>
        <w:t>is the first condition of Paradise.</w:t>
      </w:r>
    </w:p>
    <w:p>
      <w:r>
        <w:rPr>
          <w:b/>
        </w:rPr>
        <w:t xml:space="preserve">[11:36] </w:t>
      </w:r>
      <w:r>
        <w:t>La ilaha illallah.</w:t>
      </w:r>
    </w:p>
    <w:p>
      <w:pPr>
        <w:jc w:val="right"/>
      </w:pPr>
      <w:r>
        <w:t>La ilaha illallah.</w:t>
      </w:r>
    </w:p>
    <w:p>
      <w:r>
        <w:rPr>
          <w:b/>
        </w:rPr>
        <w:t xml:space="preserve">[11:45] </w:t>
      </w:r>
      <w:r>
        <w:t>There is no God but one God.</w:t>
      </w:r>
    </w:p>
    <w:p>
      <w:pPr>
        <w:jc w:val="right"/>
      </w:pPr>
      <w:r>
        <w:t>There is no God but one God.</w:t>
      </w:r>
    </w:p>
    <w:p>
      <w:r>
        <w:rPr>
          <w:b/>
        </w:rPr>
        <w:t xml:space="preserve">[11:54] </w:t>
      </w:r>
      <w:r>
        <w:t>Now, what is this Kalima?</w:t>
      </w:r>
    </w:p>
    <w:p>
      <w:pPr>
        <w:jc w:val="right"/>
      </w:pPr>
      <w:r>
        <w:t>Now, what is this Kalima?</w:t>
      </w:r>
    </w:p>
    <w:p>
      <w:r>
        <w:rPr>
          <w:b/>
        </w:rPr>
        <w:t xml:space="preserve">[12:03] </w:t>
      </w:r>
      <w:r>
        <w:t>It is not simply a recitation.</w:t>
      </w:r>
    </w:p>
    <w:p>
      <w:pPr>
        <w:jc w:val="right"/>
      </w:pPr>
      <w:r>
        <w:t>It is not simply a recitation.</w:t>
      </w:r>
    </w:p>
    <w:p>
      <w:r>
        <w:rPr>
          <w:b/>
        </w:rPr>
        <w:t xml:space="preserve">[12:12] </w:t>
      </w:r>
      <w:r>
        <w:t>It is not simply an utterance of some words. No.</w:t>
      </w:r>
    </w:p>
    <w:p>
      <w:pPr>
        <w:jc w:val="right"/>
      </w:pPr>
      <w:r>
        <w:t>It is not simply an utterance of some words. No.</w:t>
      </w:r>
    </w:p>
    <w:p>
      <w:r>
        <w:rPr>
          <w:b/>
        </w:rPr>
        <w:t xml:space="preserve">[12:21] </w:t>
      </w:r>
      <w:r>
        <w:t>Saying La ilaha illallah is an announcement, an announcement of realization.</w:t>
      </w:r>
    </w:p>
    <w:p>
      <w:pPr>
        <w:jc w:val="right"/>
      </w:pPr>
      <w:r>
        <w:t>Saying La ilaha illallah is an announcement, an announcement of realization.</w:t>
      </w:r>
    </w:p>
    <w:p>
      <w:r>
        <w:rPr>
          <w:b/>
        </w:rPr>
        <w:t xml:space="preserve">[12:30] </w:t>
      </w:r>
      <w:r>
        <w:t>It is an announcement that you have realized that there is no God but one God.</w:t>
      </w:r>
    </w:p>
    <w:p>
      <w:pPr>
        <w:jc w:val="right"/>
      </w:pPr>
      <w:r>
        <w:t>It is an announcement that you have realized that there is no God but one God.</w:t>
      </w:r>
    </w:p>
    <w:p>
      <w:r>
        <w:rPr>
          <w:b/>
        </w:rPr>
        <w:t xml:space="preserve">[12:40] </w:t>
      </w:r>
      <w:r>
        <w:t>So it is a Kalima of realization, not simply a lip service.</w:t>
      </w:r>
    </w:p>
    <w:p>
      <w:pPr>
        <w:jc w:val="right"/>
      </w:pPr>
      <w:r>
        <w:t>So it is a Kalima of realization, not simply a lip service.</w:t>
      </w:r>
    </w:p>
    <w:p>
      <w:r>
        <w:rPr>
          <w:b/>
        </w:rPr>
        <w:t xml:space="preserve">[12:49] </w:t>
      </w:r>
      <w:r>
        <w:t>When the Greek philosopher said, "Eureka, eureka," that was not simply a word, that was not simply a lip service.</w:t>
      </w:r>
    </w:p>
    <w:p>
      <w:pPr>
        <w:jc w:val="right"/>
      </w:pPr>
      <w:r>
        <w:t>When the Greek philosopher said, "Eureka, eureka," that was not simply a word, that was not simply a lip service.</w:t>
      </w:r>
    </w:p>
    <w:p>
      <w:r>
        <w:rPr>
          <w:b/>
        </w:rPr>
        <w:t xml:space="preserve">[12:58] </w:t>
      </w:r>
      <w:r>
        <w:t>That was a realization.</w:t>
      </w:r>
    </w:p>
    <w:p>
      <w:pPr>
        <w:jc w:val="right"/>
      </w:pPr>
      <w:r>
        <w:t>That was a realization.</w:t>
      </w:r>
    </w:p>
    <w:p>
      <w:r>
        <w:rPr>
          <w:b/>
        </w:rPr>
        <w:t xml:space="preserve">[13:08] </w:t>
      </w:r>
      <w:r>
        <w:t>After realization, he said, "Eureka, eureka." So one who studied the Quran, one who observed the universe, the</w:t>
      </w:r>
    </w:p>
    <w:p>
      <w:pPr>
        <w:jc w:val="right"/>
      </w:pPr>
      <w:r>
        <w:t>After realization, he said, "Eureka, eureka." So one who studied the Quran, one who observed the universe, the</w:t>
      </w:r>
    </w:p>
    <w:p>
      <w:r>
        <w:rPr>
          <w:b/>
        </w:rPr>
        <w:t xml:space="preserve">[13:17] </w:t>
      </w:r>
      <w:r>
        <w:t>creature, one who contemplate, so after all these tafakkur and tadabbur, he reaches to a great discovery, a</w:t>
      </w:r>
    </w:p>
    <w:p>
      <w:pPr>
        <w:jc w:val="right"/>
      </w:pPr>
      <w:r>
        <w:t>creature, one who contemplate, so after all these tafakkur and tadabbur, he reaches to a great discovery, a</w:t>
      </w:r>
    </w:p>
    <w:p>
      <w:r>
        <w:rPr>
          <w:b/>
        </w:rPr>
        <w:t xml:space="preserve">[13:26] </w:t>
      </w:r>
      <w:r>
        <w:t>great realization that there is a God, the Creator, behind this universe.</w:t>
      </w:r>
    </w:p>
    <w:p>
      <w:pPr>
        <w:jc w:val="right"/>
      </w:pPr>
      <w:r>
        <w:t>great realization that there is a God, the Creator, behind this universe.</w:t>
      </w:r>
    </w:p>
    <w:p>
      <w:r>
        <w:rPr>
          <w:b/>
        </w:rPr>
        <w:t xml:space="preserve">[13:36] </w:t>
      </w:r>
      <w:r>
        <w:t>God Almighty created this universe.</w:t>
      </w:r>
    </w:p>
    <w:p>
      <w:pPr>
        <w:jc w:val="right"/>
      </w:pPr>
      <w:r>
        <w:t>God Almighty created this universe.</w:t>
      </w:r>
    </w:p>
    <w:p>
      <w:r>
        <w:rPr>
          <w:b/>
        </w:rPr>
        <w:t xml:space="preserve">[13:45] </w:t>
      </w:r>
      <w:r>
        <w:t>He is Lord of the universe.</w:t>
      </w:r>
    </w:p>
    <w:p>
      <w:pPr>
        <w:jc w:val="right"/>
      </w:pPr>
      <w:r>
        <w:t>He is Lord of the universe.</w:t>
      </w:r>
    </w:p>
    <w:p>
      <w:r>
        <w:rPr>
          <w:b/>
        </w:rPr>
        <w:t xml:space="preserve">[13:55] </w:t>
      </w:r>
      <w:r>
        <w:t>He is Sustainer of the universe.</w:t>
      </w:r>
    </w:p>
    <w:p>
      <w:pPr>
        <w:jc w:val="right"/>
      </w:pPr>
      <w:r>
        <w:t>He is Sustainer of the universe.</w:t>
      </w:r>
    </w:p>
    <w:p>
      <w:r>
        <w:rPr>
          <w:b/>
        </w:rPr>
        <w:t xml:space="preserve">[14:04] </w:t>
      </w:r>
      <w:r>
        <w:t>He is the Giver.</w:t>
      </w:r>
    </w:p>
    <w:p>
      <w:pPr>
        <w:jc w:val="right"/>
      </w:pPr>
      <w:r>
        <w:t>He is the Giver.</w:t>
      </w:r>
    </w:p>
    <w:p>
      <w:r>
        <w:rPr>
          <w:b/>
        </w:rPr>
        <w:t xml:space="preserve">[14:13] </w:t>
      </w:r>
      <w:r>
        <w:t>He is the Giver, and we are Taker.</w:t>
      </w:r>
    </w:p>
    <w:p>
      <w:pPr>
        <w:jc w:val="right"/>
      </w:pPr>
      <w:r>
        <w:t>He is the Giver, and we are Taker.</w:t>
      </w:r>
    </w:p>
    <w:p>
      <w:r>
        <w:rPr>
          <w:b/>
        </w:rPr>
        <w:t xml:space="preserve">[14:23] </w:t>
      </w:r>
      <w:r>
        <w:t>So when one discovers the glory of the one who so when one discovers the glory of God,</w:t>
      </w:r>
    </w:p>
    <w:p>
      <w:pPr>
        <w:jc w:val="right"/>
      </w:pPr>
      <w:r>
        <w:t>So when one discovers the glory of the one who so when one discovers the glory of God,</w:t>
      </w:r>
    </w:p>
    <w:p>
      <w:r>
        <w:rPr>
          <w:b/>
        </w:rPr>
        <w:t xml:space="preserve">[14:32] </w:t>
      </w:r>
      <w:r>
        <w:t>the existence of God, then he spontaneously says, "There is God.</w:t>
      </w:r>
    </w:p>
    <w:p>
      <w:pPr>
        <w:jc w:val="right"/>
      </w:pPr>
      <w:r>
        <w:t>the existence of God, then he spontaneously says, "There is God.</w:t>
      </w:r>
    </w:p>
    <w:p>
      <w:r>
        <w:rPr>
          <w:b/>
        </w:rPr>
        <w:t xml:space="preserve">[14:42] </w:t>
      </w:r>
      <w:r>
        <w:t>I have realized that there is a God." You know, here I will here to restate this point,</w:t>
      </w:r>
    </w:p>
    <w:p>
      <w:pPr>
        <w:jc w:val="right"/>
      </w:pPr>
      <w:r>
        <w:t>I have realized that there is a God." You know, here I will here to restate this point,</w:t>
      </w:r>
    </w:p>
    <w:p>
      <w:r>
        <w:rPr>
          <w:b/>
        </w:rPr>
        <w:t xml:space="preserve">[14:52] </w:t>
      </w:r>
      <w:r>
        <w:t>I will give an example.</w:t>
      </w:r>
    </w:p>
    <w:p>
      <w:pPr>
        <w:jc w:val="right"/>
      </w:pPr>
      <w:r>
        <w:t>I will give an example.</w:t>
      </w:r>
    </w:p>
    <w:p>
      <w:r>
        <w:rPr>
          <w:b/>
        </w:rPr>
        <w:t xml:space="preserve">[15:03] </w:t>
      </w:r>
      <w:r>
        <w:t>During the British period, there was a hunter, Jim Corbett, British hunter, Jim Corbett.</w:t>
      </w:r>
    </w:p>
    <w:p>
      <w:pPr>
        <w:jc w:val="right"/>
      </w:pPr>
      <w:r>
        <w:t>During the British period, there was a hunter, Jim Corbett, British hunter, Jim Corbett.</w:t>
      </w:r>
    </w:p>
    <w:p>
      <w:r>
        <w:rPr>
          <w:b/>
        </w:rPr>
        <w:t xml:space="preserve">[15:13] </w:t>
      </w:r>
      <w:r>
        <w:t>So he was living in India, and he was a great hunter.</w:t>
      </w:r>
    </w:p>
    <w:p>
      <w:pPr>
        <w:jc w:val="right"/>
      </w:pPr>
      <w:r>
        <w:t>So he was living in India, and he was a great hunter.</w:t>
      </w:r>
    </w:p>
    <w:p>
      <w:r>
        <w:rPr>
          <w:b/>
        </w:rPr>
        <w:t xml:space="preserve">[15:24] </w:t>
      </w:r>
      <w:r>
        <w:t>He was fond of killing tigers.</w:t>
      </w:r>
    </w:p>
    <w:p>
      <w:pPr>
        <w:jc w:val="right"/>
      </w:pPr>
      <w:r>
        <w:t>He was fond of killing tigers.</w:t>
      </w:r>
    </w:p>
    <w:p>
      <w:r>
        <w:rPr>
          <w:b/>
        </w:rPr>
        <w:t xml:space="preserve">[15:34] </w:t>
      </w:r>
      <w:r>
        <w:t>So he had published a book about the art of hunting.</w:t>
      </w:r>
    </w:p>
    <w:p>
      <w:pPr>
        <w:jc w:val="right"/>
      </w:pPr>
      <w:r>
        <w:t>So he had published a book about the art of hunting.</w:t>
      </w:r>
    </w:p>
    <w:p>
      <w:r>
        <w:rPr>
          <w:b/>
        </w:rPr>
        <w:t xml:space="preserve">[15:45] </w:t>
      </w:r>
      <w:r>
        <w:t>He says in this book that when you are traveling in a jungle, when you are walking in</w:t>
      </w:r>
    </w:p>
    <w:p>
      <w:pPr>
        <w:jc w:val="right"/>
      </w:pPr>
      <w:r>
        <w:t>He says in this book that when you are traveling in a jungle, when you are walking in</w:t>
      </w:r>
    </w:p>
    <w:p>
      <w:r>
        <w:rPr>
          <w:b/>
        </w:rPr>
        <w:t xml:space="preserve">[15:55] </w:t>
      </w:r>
      <w:r>
        <w:t>a jungle, and you notice that there is a tiger, a living tiger, standing only a few meters</w:t>
      </w:r>
    </w:p>
    <w:p>
      <w:pPr>
        <w:jc w:val="right"/>
      </w:pPr>
      <w:r>
        <w:t>a jungle, and you notice that there is a tiger, a living tiger, standing only a few meters</w:t>
      </w:r>
    </w:p>
    <w:p>
      <w:r>
        <w:rPr>
          <w:b/>
        </w:rPr>
        <w:t xml:space="preserve">[16:06] </w:t>
      </w:r>
      <w:r>
        <w:t>away from you, so it is a very horrible experience, horrible.</w:t>
      </w:r>
    </w:p>
    <w:p>
      <w:pPr>
        <w:jc w:val="right"/>
      </w:pPr>
      <w:r>
        <w:t>away from you, so it is a very horrible experience, horrible.</w:t>
      </w:r>
    </w:p>
    <w:p>
      <w:r>
        <w:rPr>
          <w:b/>
        </w:rPr>
        <w:t xml:space="preserve">[16:17] </w:t>
      </w:r>
      <w:r>
        <w:t>He says that when you notice in a jungle that there is a living tiger, there is a</w:t>
      </w:r>
    </w:p>
    <w:p>
      <w:pPr>
        <w:jc w:val="right"/>
      </w:pPr>
      <w:r>
        <w:t>He says that when you notice in a jungle that there is a living tiger, there is a</w:t>
      </w:r>
    </w:p>
    <w:p>
      <w:r>
        <w:rPr>
          <w:b/>
        </w:rPr>
        <w:t xml:space="preserve">[16:29] </w:t>
      </w:r>
      <w:r>
        <w:t>living tiger standing only a few yards before you, only a few yards away from you, so at</w:t>
      </w:r>
    </w:p>
    <w:p>
      <w:pPr>
        <w:jc w:val="right"/>
      </w:pPr>
      <w:r>
        <w:t>living tiger standing only a few yards before you, only a few yards away from you, so at</w:t>
      </w:r>
    </w:p>
    <w:p>
      <w:r>
        <w:rPr>
          <w:b/>
        </w:rPr>
        <w:t xml:space="preserve">[16:41] </w:t>
      </w:r>
      <w:r>
        <w:t>that time, your blood circulation turns into a blood storm.</w:t>
      </w:r>
    </w:p>
    <w:p>
      <w:pPr>
        <w:jc w:val="right"/>
      </w:pPr>
      <w:r>
        <w:t>that time, your blood circulation turns into a blood storm.</w:t>
      </w:r>
    </w:p>
    <w:p>
      <w:r>
        <w:rPr>
          <w:b/>
        </w:rPr>
        <w:t xml:space="preserve">[16:54] </w:t>
      </w:r>
      <w:r>
        <w:t>Your blood circulation becomes a blood storm. There is a brain storming your mind.</w:t>
      </w:r>
    </w:p>
    <w:p>
      <w:pPr>
        <w:jc w:val="right"/>
      </w:pPr>
      <w:r>
        <w:t>Your blood circulation becomes a blood storm. There is a brain storming your mind.</w:t>
      </w:r>
    </w:p>
    <w:p>
      <w:r>
        <w:rPr>
          <w:b/>
        </w:rPr>
        <w:t xml:space="preserve">[17:04] </w:t>
      </w:r>
      <w:r>
        <w:t>There is a revolution in your soul. There is a terrible experience. So if this is the story of a man who discovers a tiger, so what about that person who discovers the Creator of the tiger?</w:t>
      </w:r>
    </w:p>
    <w:p>
      <w:pPr>
        <w:jc w:val="right"/>
      </w:pPr>
      <w:r>
        <w:t>There is a revolution in your soul. There is a terrible experience. So if this is the story of a man who discovers a tiger, so what about that person who discovers the Creator of the tiger?</w:t>
      </w:r>
    </w:p>
    <w:p>
      <w:r>
        <w:rPr>
          <w:b/>
        </w:rPr>
        <w:t xml:space="preserve">[17:33] </w:t>
      </w:r>
      <w:r>
        <w:t>God is the Creator of the tiger, Creator of the tiger.</w:t>
      </w:r>
    </w:p>
    <w:p>
      <w:pPr>
        <w:jc w:val="right"/>
      </w:pPr>
      <w:r>
        <w:t>God is the Creator of the tiger, Creator of the tiger.</w:t>
      </w:r>
    </w:p>
    <w:p>
      <w:r>
        <w:rPr>
          <w:b/>
        </w:rPr>
        <w:t xml:space="preserve">[17:42] </w:t>
      </w:r>
      <w:r>
        <w:t>God Almighty is the Creator of the tiger.</w:t>
      </w:r>
    </w:p>
    <w:p>
      <w:pPr>
        <w:jc w:val="right"/>
      </w:pPr>
      <w:r>
        <w:t>God Almighty is the Creator of the tiger.</w:t>
      </w:r>
    </w:p>
    <w:p>
      <w:r>
        <w:rPr>
          <w:b/>
        </w:rPr>
        <w:t xml:space="preserve">[17:51] </w:t>
      </w:r>
      <w:r>
        <w:t>So if the discovery of the tiger is so great, then what about the discovery of that person</w:t>
      </w:r>
    </w:p>
    <w:p>
      <w:pPr>
        <w:jc w:val="right"/>
      </w:pPr>
      <w:r>
        <w:t>So if the discovery of the tiger is so great, then what about the discovery of that person</w:t>
      </w:r>
    </w:p>
    <w:p>
      <w:r>
        <w:rPr>
          <w:b/>
        </w:rPr>
        <w:t xml:space="preserve">[18:00] </w:t>
      </w:r>
      <w:r>
        <w:t>who discovers the existence of the Creator of the tiger?</w:t>
      </w:r>
    </w:p>
    <w:p>
      <w:pPr>
        <w:jc w:val="right"/>
      </w:pPr>
      <w:r>
        <w:t>who discovers the existence of the Creator of the tiger?</w:t>
      </w:r>
    </w:p>
    <w:p>
      <w:r>
        <w:rPr>
          <w:b/>
        </w:rPr>
        <w:t xml:space="preserve">[18:09] </w:t>
      </w:r>
      <w:r>
        <w:t>This is realization.</w:t>
      </w:r>
    </w:p>
    <w:p>
      <w:pPr>
        <w:jc w:val="right"/>
      </w:pPr>
      <w:r>
        <w:t>This is realization.</w:t>
      </w:r>
    </w:p>
    <w:p>
      <w:r>
        <w:rPr>
          <w:b/>
        </w:rPr>
        <w:t xml:space="preserve">[18:16] </w:t>
      </w:r>
      <w:r>
        <w:t>So saying Kalima, saying La ilaha illallah is not simply a lip service.</w:t>
      </w:r>
    </w:p>
    <w:p>
      <w:pPr>
        <w:jc w:val="right"/>
      </w:pPr>
      <w:r>
        <w:t>So saying Kalima, saying La ilaha illallah is not simply a lip service.</w:t>
      </w:r>
    </w:p>
    <w:p>
      <w:r>
        <w:rPr>
          <w:b/>
        </w:rPr>
        <w:t xml:space="preserve">[18:23] </w:t>
      </w:r>
      <w:r>
        <w:t>It is a Kalima of realization, a word of discovery.</w:t>
      </w:r>
    </w:p>
    <w:p>
      <w:pPr>
        <w:jc w:val="right"/>
      </w:pPr>
      <w:r>
        <w:t>It is a Kalima of realization, a word of discovery.</w:t>
      </w:r>
    </w:p>
    <w:p>
      <w:r>
        <w:rPr>
          <w:b/>
        </w:rPr>
        <w:t xml:space="preserve">[18:30] </w:t>
      </w:r>
      <w:r>
        <w:t>It is a word of finding.</w:t>
      </w:r>
    </w:p>
    <w:p>
      <w:pPr>
        <w:jc w:val="right"/>
      </w:pPr>
      <w:r>
        <w:t>It is a word of finding.</w:t>
      </w:r>
    </w:p>
    <w:p>
      <w:r>
        <w:rPr>
          <w:b/>
        </w:rPr>
        <w:t xml:space="preserve">[18:37] </w:t>
      </w:r>
      <w:r>
        <w:t>So this is the first condition.</w:t>
      </w:r>
    </w:p>
    <w:p>
      <w:pPr>
        <w:jc w:val="right"/>
      </w:pPr>
      <w:r>
        <w:t>So this is the first condition.</w:t>
      </w:r>
    </w:p>
    <w:p>
      <w:r>
        <w:rPr>
          <w:b/>
        </w:rPr>
        <w:t xml:space="preserve">[18:44] </w:t>
      </w:r>
      <w:r>
        <w:t>This Kalima brings about this Kalima gives you an ideology. This Kalima is not simply a sentence.</w:t>
      </w:r>
    </w:p>
    <w:p>
      <w:pPr>
        <w:jc w:val="right"/>
      </w:pPr>
      <w:r>
        <w:t>This Kalima brings about this Kalima gives you an ideology. This Kalima is not simply a sentence.</w:t>
      </w:r>
    </w:p>
    <w:p>
      <w:r>
        <w:rPr>
          <w:b/>
        </w:rPr>
        <w:t xml:space="preserve">[18:58] </w:t>
      </w:r>
      <w:r>
        <w:t>It gives you an ideology, the greatest ideology.</w:t>
      </w:r>
    </w:p>
    <w:p>
      <w:pPr>
        <w:jc w:val="right"/>
      </w:pPr>
      <w:r>
        <w:t>It gives you an ideology, the greatest ideology.</w:t>
      </w:r>
    </w:p>
    <w:p>
      <w:r>
        <w:rPr>
          <w:b/>
        </w:rPr>
        <w:t xml:space="preserve">[19:08] </w:t>
      </w:r>
      <w:r>
        <w:t>It gives you an ideology that is the greatest of all the ideologies.</w:t>
      </w:r>
    </w:p>
    <w:p>
      <w:pPr>
        <w:jc w:val="right"/>
      </w:pPr>
      <w:r>
        <w:t>It gives you an ideology that is the greatest of all the ideologies.</w:t>
      </w:r>
    </w:p>
    <w:p>
      <w:r>
        <w:rPr>
          <w:b/>
        </w:rPr>
        <w:t xml:space="preserve">[19:18] </w:t>
      </w:r>
      <w:r>
        <w:t>It revolutionizes your thought, your personality.</w:t>
      </w:r>
    </w:p>
    <w:p>
      <w:pPr>
        <w:jc w:val="right"/>
      </w:pPr>
      <w:r>
        <w:t>It revolutionizes your thought, your personality.</w:t>
      </w:r>
    </w:p>
    <w:p>
      <w:r>
        <w:rPr>
          <w:b/>
        </w:rPr>
        <w:t xml:space="preserve">[19:29] </w:t>
      </w:r>
      <w:r>
        <w:t>So when you discover the existence of God, when you discover this reality, that there is no God</w:t>
      </w:r>
    </w:p>
    <w:p>
      <w:pPr>
        <w:jc w:val="right"/>
      </w:pPr>
      <w:r>
        <w:t>So when you discover the existence of God, when you discover this reality, that there is no God</w:t>
      </w:r>
    </w:p>
    <w:p>
      <w:r>
        <w:rPr>
          <w:b/>
        </w:rPr>
        <w:t xml:space="preserve">[19:39] </w:t>
      </w:r>
      <w:r>
        <w:t>but one God, then there is a great transformation in your personality.</w:t>
      </w:r>
    </w:p>
    <w:p>
      <w:pPr>
        <w:jc w:val="right"/>
      </w:pPr>
      <w:r>
        <w:t>but one God, then there is a great transformation in your personality.</w:t>
      </w:r>
    </w:p>
    <w:p>
      <w:r>
        <w:rPr>
          <w:b/>
        </w:rPr>
        <w:t xml:space="preserve">[19:49] </w:t>
      </w:r>
      <w:r>
        <w:t>Now, everything is changed.</w:t>
      </w:r>
    </w:p>
    <w:p>
      <w:pPr>
        <w:jc w:val="right"/>
      </w:pPr>
      <w:r>
        <w:t>Now, everything is changed.</w:t>
      </w:r>
    </w:p>
    <w:p>
      <w:r>
        <w:rPr>
          <w:b/>
        </w:rPr>
        <w:t xml:space="preserve">[20:00] </w:t>
      </w:r>
      <w:r>
        <w:t>Your intention, your speech, your intention, your speech, your behavior, your character, your activities, there is a reorientation</w:t>
      </w:r>
    </w:p>
    <w:p>
      <w:pPr>
        <w:jc w:val="right"/>
      </w:pPr>
      <w:r>
        <w:t>Your intention, your speech, your intention, your speech, your behavior, your character, your activities, there is a reorientation</w:t>
      </w:r>
    </w:p>
    <w:p>
      <w:r>
        <w:rPr>
          <w:b/>
        </w:rPr>
        <w:t xml:space="preserve">[20:10] </w:t>
      </w:r>
      <w:r>
        <w:t>after Kalima or after this discovery.</w:t>
      </w:r>
    </w:p>
    <w:p>
      <w:pPr>
        <w:jc w:val="right"/>
      </w:pPr>
      <w:r>
        <w:t>after Kalima or after this discovery.</w:t>
      </w:r>
    </w:p>
    <w:p>
      <w:r>
        <w:rPr>
          <w:b/>
        </w:rPr>
        <w:t xml:space="preserve">[20:20] </w:t>
      </w:r>
      <w:r>
        <w:t>There is a reorientation of your life.</w:t>
      </w:r>
    </w:p>
    <w:p>
      <w:pPr>
        <w:jc w:val="right"/>
      </w:pPr>
      <w:r>
        <w:t>There is a reorientation of your life.</w:t>
      </w:r>
    </w:p>
    <w:p>
      <w:r>
        <w:rPr>
          <w:b/>
        </w:rPr>
        <w:t xml:space="preserve">[20:31] </w:t>
      </w:r>
      <w:r>
        <w:t>It is but natural.</w:t>
      </w:r>
    </w:p>
    <w:p>
      <w:pPr>
        <w:jc w:val="right"/>
      </w:pPr>
      <w:r>
        <w:t>It is but natural.</w:t>
      </w:r>
    </w:p>
    <w:p>
      <w:r>
        <w:rPr>
          <w:b/>
        </w:rPr>
        <w:t xml:space="preserve">[20:41] </w:t>
      </w:r>
      <w:r>
        <w:t>It is not possible that one discovers this great reality and he is without change.</w:t>
      </w:r>
    </w:p>
    <w:p>
      <w:pPr>
        <w:jc w:val="right"/>
      </w:pPr>
      <w:r>
        <w:t>It is not possible that one discovers this great reality and he is without change.</w:t>
      </w:r>
    </w:p>
    <w:p>
      <w:r>
        <w:rPr>
          <w:b/>
        </w:rPr>
        <w:t xml:space="preserve">[20:51] </w:t>
      </w:r>
      <w:r>
        <w:t>It is not possible.</w:t>
      </w:r>
    </w:p>
    <w:p>
      <w:pPr>
        <w:jc w:val="right"/>
      </w:pPr>
      <w:r>
        <w:t>It is not possible.</w:t>
      </w:r>
    </w:p>
    <w:p>
      <w:r>
        <w:rPr>
          <w:b/>
        </w:rPr>
        <w:t xml:space="preserve">[21:02] </w:t>
      </w:r>
      <w:r>
        <w:t>So saying there is no God but one God is just an information that I have discovered the</w:t>
      </w:r>
    </w:p>
    <w:p>
      <w:pPr>
        <w:jc w:val="right"/>
      </w:pPr>
      <w:r>
        <w:t>So saying there is no God but one God is just an information that I have discovered the</w:t>
      </w:r>
    </w:p>
    <w:p>
      <w:r>
        <w:rPr>
          <w:b/>
        </w:rPr>
        <w:t xml:space="preserve">[21:12] </w:t>
      </w:r>
      <w:r>
        <w:t>greatest truth, I have discovered the greatest ideology.</w:t>
      </w:r>
    </w:p>
    <w:p>
      <w:pPr>
        <w:jc w:val="right"/>
      </w:pPr>
      <w:r>
        <w:t>greatest truth, I have discovered the greatest ideology.</w:t>
      </w:r>
    </w:p>
    <w:p>
      <w:r>
        <w:rPr>
          <w:b/>
        </w:rPr>
        <w:t xml:space="preserve">[21:22] </w:t>
      </w:r>
      <w:r>
        <w:t>So it is not very simple.</w:t>
      </w:r>
    </w:p>
    <w:p>
      <w:pPr>
        <w:jc w:val="right"/>
      </w:pPr>
      <w:r>
        <w:t>So it is not very simple.</w:t>
      </w:r>
    </w:p>
    <w:p>
      <w:r>
        <w:rPr>
          <w:b/>
        </w:rPr>
        <w:t xml:space="preserve">[21:32] </w:t>
      </w:r>
      <w:r>
        <w:t>So this is the first condition of Paradise.</w:t>
      </w:r>
    </w:p>
    <w:p>
      <w:pPr>
        <w:jc w:val="right"/>
      </w:pPr>
      <w:r>
        <w:t>So this is the first condition of Paradise.</w:t>
      </w:r>
    </w:p>
    <w:p>
      <w:r>
        <w:rPr>
          <w:b/>
        </w:rPr>
        <w:t xml:space="preserve">[21:42] </w:t>
      </w:r>
      <w:r>
        <w:t>One must discover God as an ideology.</w:t>
      </w:r>
    </w:p>
    <w:p>
      <w:pPr>
        <w:jc w:val="right"/>
      </w:pPr>
      <w:r>
        <w:t>One must discover God as an ideology.</w:t>
      </w:r>
    </w:p>
    <w:p>
      <w:r>
        <w:rPr>
          <w:b/>
        </w:rPr>
        <w:t xml:space="preserve">[21:52] </w:t>
      </w:r>
      <w:r>
        <w:t>So after discovering this ideology, he says, "La ilaha illallah.</w:t>
      </w:r>
    </w:p>
    <w:p>
      <w:pPr>
        <w:jc w:val="right"/>
      </w:pPr>
      <w:r>
        <w:t>So after discovering this ideology, he says, "La ilaha illallah.</w:t>
      </w:r>
    </w:p>
    <w:p>
      <w:r>
        <w:rPr>
          <w:b/>
        </w:rPr>
        <w:t xml:space="preserve">[22:02] </w:t>
      </w:r>
      <w:r>
        <w:t>There is no God but one God." This is a statement of conviction.</w:t>
      </w:r>
    </w:p>
    <w:p>
      <w:pPr>
        <w:jc w:val="right"/>
      </w:pPr>
      <w:r>
        <w:t>There is no God but one God." This is a statement of conviction.</w:t>
      </w:r>
    </w:p>
    <w:p>
      <w:r>
        <w:rPr>
          <w:b/>
        </w:rPr>
        <w:t xml:space="preserve">[22:13] </w:t>
      </w:r>
      <w:r>
        <w:t>This is a statement of conviction. This is a statement of revolution. It is a statement of earthquake. It is not a very simple statement.</w:t>
      </w:r>
    </w:p>
    <w:p>
      <w:pPr>
        <w:jc w:val="right"/>
      </w:pPr>
      <w:r>
        <w:t>This is a statement of conviction. This is a statement of revolution. It is a statement of earthquake. It is not a very simple statement.</w:t>
      </w:r>
    </w:p>
    <w:p>
      <w:r>
        <w:rPr>
          <w:b/>
        </w:rPr>
        <w:t xml:space="preserve">[22:39] </w:t>
      </w:r>
      <w:r>
        <w:t>So this is the first condition of Paradise. That is saying, "La ilaha illallah. There is no God but one God." Then the second condition is ibadah or worship.</w:t>
      </w:r>
    </w:p>
    <w:p>
      <w:pPr>
        <w:jc w:val="right"/>
      </w:pPr>
      <w:r>
        <w:t>So this is the first condition of Paradise. That is saying, "La ilaha illallah. There is no God but one God." Then the second condition is ibadah or worship.</w:t>
      </w:r>
    </w:p>
    <w:p>
      <w:r>
        <w:rPr>
          <w:b/>
        </w:rPr>
        <w:t xml:space="preserve">[23:09] </w:t>
      </w:r>
      <w:r>
        <w:t>There is a verse in the Quran that in the doomsday, there will be a dialogue between people</w:t>
      </w:r>
    </w:p>
    <w:p>
      <w:pPr>
        <w:jc w:val="right"/>
      </w:pPr>
      <w:r>
        <w:t>There is a verse in the Quran that in the doomsday, there will be a dialogue between people</w:t>
      </w:r>
    </w:p>
    <w:p>
      <w:r>
        <w:rPr>
          <w:b/>
        </w:rPr>
        <w:t xml:space="preserve">[23:18] </w:t>
      </w:r>
      <w:r>
        <w:t>of Hell and angels.</w:t>
      </w:r>
    </w:p>
    <w:p>
      <w:pPr>
        <w:jc w:val="right"/>
      </w:pPr>
      <w:r>
        <w:t>of Hell and angels.</w:t>
      </w:r>
    </w:p>
    <w:p>
      <w:r>
        <w:rPr>
          <w:b/>
        </w:rPr>
        <w:t xml:space="preserve">[23:28] </w:t>
      </w:r>
      <w:r>
        <w:t>This dialogue is narrated in the Quran.</w:t>
      </w:r>
    </w:p>
    <w:p>
      <w:pPr>
        <w:jc w:val="right"/>
      </w:pPr>
      <w:r>
        <w:t>This dialogue is narrated in the Quran.</w:t>
      </w:r>
    </w:p>
    <w:p>
      <w:r>
        <w:rPr>
          <w:b/>
        </w:rPr>
        <w:t xml:space="preserve">[23:38] </w:t>
      </w:r>
      <w:r>
        <w:t>"Qalu, ma salakakum fi sakar.</w:t>
      </w:r>
    </w:p>
    <w:p>
      <w:pPr>
        <w:jc w:val="right"/>
      </w:pPr>
      <w:r>
        <w:t>"Qalu, ma salakakum fi sakar.</w:t>
      </w:r>
    </w:p>
    <w:p>
      <w:r>
        <w:rPr>
          <w:b/>
        </w:rPr>
        <w:t xml:space="preserve">[23:48] </w:t>
      </w:r>
      <w:r>
        <w:t>Qalu, lam nukumil musalleen." Angels will ask those people who will go to Hell, "Why are you here?</w:t>
      </w:r>
    </w:p>
    <w:p>
      <w:pPr>
        <w:jc w:val="right"/>
      </w:pPr>
      <w:r>
        <w:t>Qalu, lam nukumil musalleen." Angels will ask those people who will go to Hell, "Why are you here?</w:t>
      </w:r>
    </w:p>
    <w:p>
      <w:r>
        <w:rPr>
          <w:b/>
        </w:rPr>
        <w:t xml:space="preserve">[23:58] </w:t>
      </w:r>
      <w:r>
        <w:t>Why this happened with you?</w:t>
      </w:r>
    </w:p>
    <w:p>
      <w:pPr>
        <w:jc w:val="right"/>
      </w:pPr>
      <w:r>
        <w:t>Why this happened with you?</w:t>
      </w:r>
    </w:p>
    <w:p>
      <w:r>
        <w:rPr>
          <w:b/>
        </w:rPr>
        <w:t xml:space="preserve">[24:08] </w:t>
      </w:r>
      <w:r>
        <w:t>" They will say, "Lam naku minal musalleen.</w:t>
      </w:r>
    </w:p>
    <w:p>
      <w:pPr>
        <w:jc w:val="right"/>
      </w:pPr>
      <w:r>
        <w:t>" They will say, "Lam naku minal musalleen.</w:t>
      </w:r>
    </w:p>
    <w:p>
      <w:r>
        <w:rPr>
          <w:b/>
        </w:rPr>
        <w:t xml:space="preserve">[24:18] </w:t>
      </w:r>
      <w:r>
        <w:t>We were not observing salat or namaz.</w:t>
      </w:r>
    </w:p>
    <w:p>
      <w:pPr>
        <w:jc w:val="right"/>
      </w:pPr>
      <w:r>
        <w:t>We were not observing salat or namaz.</w:t>
      </w:r>
    </w:p>
    <w:p>
      <w:r>
        <w:rPr>
          <w:b/>
        </w:rPr>
        <w:t xml:space="preserve">[24:29] </w:t>
      </w:r>
      <w:r>
        <w:t>We were not an observer of salat with other people." So what is salat?</w:t>
      </w:r>
    </w:p>
    <w:p>
      <w:pPr>
        <w:jc w:val="right"/>
      </w:pPr>
      <w:r>
        <w:t>We were not an observer of salat with other people." So what is salat?</w:t>
      </w:r>
    </w:p>
    <w:p>
      <w:r>
        <w:rPr>
          <w:b/>
        </w:rPr>
        <w:t xml:space="preserve">[24:37] </w:t>
      </w:r>
      <w:r>
        <w:t>Salat is not merely a set of rituals.</w:t>
      </w:r>
    </w:p>
    <w:p>
      <w:pPr>
        <w:jc w:val="right"/>
      </w:pPr>
      <w:r>
        <w:t>Salat is not merely a set of rituals.</w:t>
      </w:r>
    </w:p>
    <w:p>
      <w:r>
        <w:rPr>
          <w:b/>
        </w:rPr>
        <w:t xml:space="preserve">[24:45] </w:t>
      </w:r>
      <w:r>
        <w:t>Salat is not merely like a custom.</w:t>
      </w:r>
    </w:p>
    <w:p>
      <w:pPr>
        <w:jc w:val="right"/>
      </w:pPr>
      <w:r>
        <w:t>Salat is not merely like a custom.</w:t>
      </w:r>
    </w:p>
    <w:p>
      <w:r>
        <w:rPr>
          <w:b/>
        </w:rPr>
        <w:t xml:space="preserve">[24:54] </w:t>
      </w:r>
      <w:r>
        <w:t>Salat is not something formal. No.</w:t>
      </w:r>
    </w:p>
    <w:p>
      <w:pPr>
        <w:jc w:val="right"/>
      </w:pPr>
      <w:r>
        <w:t>Salat is not something formal. No.</w:t>
      </w:r>
    </w:p>
    <w:p>
      <w:r>
        <w:rPr>
          <w:b/>
        </w:rPr>
        <w:t xml:space="preserve">[25:02] </w:t>
      </w:r>
      <w:r>
        <w:t>Salat is a living culture.</w:t>
      </w:r>
    </w:p>
    <w:p>
      <w:pPr>
        <w:jc w:val="right"/>
      </w:pPr>
      <w:r>
        <w:t>Salat is a living culture.</w:t>
      </w:r>
    </w:p>
    <w:p>
      <w:r>
        <w:rPr>
          <w:b/>
        </w:rPr>
        <w:t xml:space="preserve">[25:11] </w:t>
      </w:r>
      <w:r>
        <w:t>Salat is a living culture. Salat means salat culture. So when they say that we were not observing the salat, in other words, they will say that we will fail to adopt the salat culture. We fail to.</w:t>
      </w:r>
    </w:p>
    <w:p>
      <w:pPr>
        <w:jc w:val="right"/>
      </w:pPr>
      <w:r>
        <w:t>Salat is a living culture. Salat means salat culture. So when they say that we were not observing the salat, in other words, they will say that we will fail to adopt the salat culture. We fail to.</w:t>
      </w:r>
    </w:p>
    <w:p>
      <w:r>
        <w:rPr>
          <w:b/>
        </w:rPr>
        <w:t xml:space="preserve">[25:39] </w:t>
      </w:r>
      <w:r>
        <w:t>They will say that we failed to adopt the salat culture. Now, what is salat culture? What is salat culture? You see, when we observe salat, what we do?</w:t>
      </w:r>
    </w:p>
    <w:p>
      <w:pPr>
        <w:jc w:val="right"/>
      </w:pPr>
      <w:r>
        <w:t>They will say that we failed to adopt the salat culture. Now, what is salat culture? What is salat culture? You see, when we observe salat, what we do?</w:t>
      </w:r>
    </w:p>
    <w:p>
      <w:r>
        <w:rPr>
          <w:b/>
        </w:rPr>
        <w:t xml:space="preserve">[25:59] </w:t>
      </w:r>
      <w:r>
        <w:t>We say, "Allahu Akbar." In daily, in our daily salat, we repeat this word no less than about 250 times.</w:t>
      </w:r>
    </w:p>
    <w:p>
      <w:pPr>
        <w:jc w:val="right"/>
      </w:pPr>
      <w:r>
        <w:t>We say, "Allahu Akbar." In daily, in our daily salat, we repeat this word no less than about 250 times.</w:t>
      </w:r>
    </w:p>
    <w:p>
      <w:r>
        <w:rPr>
          <w:b/>
        </w:rPr>
        <w:t xml:space="preserve">[26:16] </w:t>
      </w:r>
      <w:r>
        <w:t>We say again and again, "Allahu Akbar." This is the first item of salat culture.</w:t>
      </w:r>
    </w:p>
    <w:p>
      <w:pPr>
        <w:jc w:val="right"/>
      </w:pPr>
      <w:r>
        <w:t>We say again and again, "Allahu Akbar." This is the first item of salat culture.</w:t>
      </w:r>
    </w:p>
    <w:p>
      <w:r>
        <w:rPr>
          <w:b/>
        </w:rPr>
        <w:t xml:space="preserve">[26:34] </w:t>
      </w:r>
      <w:r>
        <w:t>"Allahu Akbar" means God is great.</w:t>
      </w:r>
    </w:p>
    <w:p>
      <w:pPr>
        <w:jc w:val="right"/>
      </w:pPr>
      <w:r>
        <w:t>"Allahu Akbar" means God is great.</w:t>
      </w:r>
    </w:p>
    <w:p>
      <w:r>
        <w:rPr>
          <w:b/>
        </w:rPr>
        <w:t xml:space="preserve">[26:44] </w:t>
      </w:r>
      <w:r>
        <w:t>Then "God is great" means I am not great.</w:t>
      </w:r>
    </w:p>
    <w:p>
      <w:pPr>
        <w:jc w:val="right"/>
      </w:pPr>
      <w:r>
        <w:t>Then "God is great" means I am not great.</w:t>
      </w:r>
    </w:p>
    <w:p>
      <w:r>
        <w:rPr>
          <w:b/>
        </w:rPr>
        <w:t xml:space="preserve">[26:55] </w:t>
      </w:r>
      <w:r>
        <w:t>Other than God, there is no great.</w:t>
      </w:r>
    </w:p>
    <w:p>
      <w:pPr>
        <w:jc w:val="right"/>
      </w:pPr>
      <w:r>
        <w:t>Other than God, there is no great.</w:t>
      </w:r>
    </w:p>
    <w:p>
      <w:r>
        <w:rPr>
          <w:b/>
        </w:rPr>
        <w:t xml:space="preserve">[27:05] </w:t>
      </w:r>
      <w:r>
        <w:t>Only God is great.</w:t>
      </w:r>
    </w:p>
    <w:p>
      <w:pPr>
        <w:jc w:val="right"/>
      </w:pPr>
      <w:r>
        <w:t>Only God is great.</w:t>
      </w:r>
    </w:p>
    <w:p>
      <w:r>
        <w:rPr>
          <w:b/>
        </w:rPr>
        <w:t xml:space="preserve">[27:16] </w:t>
      </w:r>
      <w:r>
        <w:t>So "Allahu Akbar" means modesty.</w:t>
      </w:r>
    </w:p>
    <w:p>
      <w:pPr>
        <w:jc w:val="right"/>
      </w:pPr>
      <w:r>
        <w:t>So "Allahu Akbar" means modesty.</w:t>
      </w:r>
    </w:p>
    <w:p>
      <w:r>
        <w:rPr>
          <w:b/>
        </w:rPr>
        <w:t xml:space="preserve">[27:27] </w:t>
      </w:r>
      <w:r>
        <w:t>When one performs salat, he accepts his position that he is not great.</w:t>
      </w:r>
    </w:p>
    <w:p>
      <w:pPr>
        <w:jc w:val="right"/>
      </w:pPr>
      <w:r>
        <w:t>When one performs salat, he accepts his position that he is not great.</w:t>
      </w:r>
    </w:p>
    <w:p>
      <w:r>
        <w:rPr>
          <w:b/>
        </w:rPr>
        <w:t xml:space="preserve">[27:37] </w:t>
      </w:r>
      <w:r>
        <w:t>So this kind of so this so saying "Allahu Akbar" is like inculcating the spirit of modesty in the musalleen.</w:t>
      </w:r>
    </w:p>
    <w:p>
      <w:pPr>
        <w:jc w:val="right"/>
      </w:pPr>
      <w:r>
        <w:t>So this kind of so this so saying "Allahu Akbar" is like inculcating the spirit of modesty in the musalleen.</w:t>
      </w:r>
    </w:p>
    <w:p>
      <w:r>
        <w:rPr>
          <w:b/>
        </w:rPr>
        <w:t xml:space="preserve">[27:48] </w:t>
      </w:r>
      <w:r>
        <w:t>So everyone, man or woman, who performs salat, he must be more honest.</w:t>
      </w:r>
    </w:p>
    <w:p>
      <w:pPr>
        <w:jc w:val="right"/>
      </w:pPr>
      <w:r>
        <w:t>So everyone, man or woman, who performs salat, he must be more honest.</w:t>
      </w:r>
    </w:p>
    <w:p>
      <w:r>
        <w:rPr>
          <w:b/>
        </w:rPr>
        <w:t xml:space="preserve">[27:58] </w:t>
      </w:r>
      <w:r>
        <w:t>He must be modest. Modest.</w:t>
      </w:r>
    </w:p>
    <w:p>
      <w:pPr>
        <w:jc w:val="right"/>
      </w:pPr>
      <w:r>
        <w:t>He must be modest. Modest.</w:t>
      </w:r>
    </w:p>
    <w:p>
      <w:r>
        <w:rPr>
          <w:b/>
        </w:rPr>
        <w:t xml:space="preserve">[28:09] </w:t>
      </w:r>
      <w:r>
        <w:t>Modesty is the modesty is an integral part of salat culture.</w:t>
      </w:r>
    </w:p>
    <w:p>
      <w:pPr>
        <w:jc w:val="right"/>
      </w:pPr>
      <w:r>
        <w:t>Modesty is the modesty is an integral part of salat culture.</w:t>
      </w:r>
    </w:p>
    <w:p>
      <w:r>
        <w:rPr>
          <w:b/>
        </w:rPr>
        <w:t xml:space="preserve">[28:20] </w:t>
      </w:r>
      <w:r>
        <w:t>Modesty is the integral part of salat culture.</w:t>
      </w:r>
    </w:p>
    <w:p>
      <w:pPr>
        <w:jc w:val="right"/>
      </w:pPr>
      <w:r>
        <w:t>Modesty is the integral part of salat culture.</w:t>
      </w:r>
    </w:p>
    <w:p>
      <w:r>
        <w:rPr>
          <w:b/>
        </w:rPr>
        <w:t xml:space="preserve">[28:26] </w:t>
      </w:r>
      <w:r>
        <w:t>Then in salat, you bow down before God.</w:t>
      </w:r>
    </w:p>
    <w:p>
      <w:pPr>
        <w:jc w:val="right"/>
      </w:pPr>
      <w:r>
        <w:t>Then in salat, you bow down before God.</w:t>
      </w:r>
    </w:p>
    <w:p>
      <w:r>
        <w:rPr>
          <w:b/>
        </w:rPr>
        <w:t xml:space="preserve">[28:32] </w:t>
      </w:r>
      <w:r>
        <w:t>This is submission.</w:t>
      </w:r>
    </w:p>
    <w:p>
      <w:pPr>
        <w:jc w:val="right"/>
      </w:pPr>
      <w:r>
        <w:t>This is submission.</w:t>
      </w:r>
    </w:p>
    <w:p>
      <w:r>
        <w:rPr>
          <w:b/>
        </w:rPr>
        <w:t xml:space="preserve">[28:38] </w:t>
      </w:r>
      <w:r>
        <w:t>You surrender to God.</w:t>
      </w:r>
    </w:p>
    <w:p>
      <w:pPr>
        <w:jc w:val="right"/>
      </w:pPr>
      <w:r>
        <w:t>You surrender to God.</w:t>
      </w:r>
    </w:p>
    <w:p>
      <w:r>
        <w:rPr>
          <w:b/>
        </w:rPr>
        <w:t xml:space="preserve">[28:44] </w:t>
      </w:r>
      <w:r>
        <w:t>So salat culture inculcates in you the spirit of submission.</w:t>
      </w:r>
    </w:p>
    <w:p>
      <w:pPr>
        <w:jc w:val="right"/>
      </w:pPr>
      <w:r>
        <w:t>So salat culture inculcates in you the spirit of submission.</w:t>
      </w:r>
    </w:p>
    <w:p>
      <w:r>
        <w:rPr>
          <w:b/>
        </w:rPr>
        <w:t xml:space="preserve">[28:51] </w:t>
      </w:r>
      <w:r>
        <w:t>Salat makes you a man of submission, man of submission. It eradicates the organs. Salat eradicates the organs, eradicates the ego, all kinds of pride and greatness.</w:t>
      </w:r>
    </w:p>
    <w:p>
      <w:pPr>
        <w:jc w:val="right"/>
      </w:pPr>
      <w:r>
        <w:t>Salat makes you a man of submission, man of submission. It eradicates the organs. Salat eradicates the organs, eradicates the ego, all kinds of pride and greatness.</w:t>
      </w:r>
    </w:p>
    <w:p>
      <w:r>
        <w:rPr>
          <w:b/>
        </w:rPr>
        <w:t xml:space="preserve">[29:19] </w:t>
      </w:r>
      <w:r>
        <w:t>So salat culture means living in submission, living in modesty, living without ego, living without organs. This is salat culture.</w:t>
      </w:r>
    </w:p>
    <w:p>
      <w:pPr>
        <w:jc w:val="right"/>
      </w:pPr>
      <w:r>
        <w:t>So salat culture means living in submission, living in modesty, living without ego, living without organs. This is salat culture.</w:t>
      </w:r>
    </w:p>
    <w:p>
      <w:r>
        <w:rPr>
          <w:b/>
        </w:rPr>
        <w:t xml:space="preserve">[29:46] </w:t>
      </w:r>
      <w:r>
        <w:t>Then you know that we read some part of the Quran during our salat, different part.</w:t>
      </w:r>
    </w:p>
    <w:p>
      <w:pPr>
        <w:jc w:val="right"/>
      </w:pPr>
      <w:r>
        <w:t>Then you know that we read some part of the Quran during our salat, different part.</w:t>
      </w:r>
    </w:p>
    <w:p>
      <w:r>
        <w:rPr>
          <w:b/>
        </w:rPr>
        <w:t xml:space="preserve">[30:01] </w:t>
      </w:r>
      <w:r>
        <w:t>In every salat, we read some part from the Quran.</w:t>
      </w:r>
    </w:p>
    <w:p>
      <w:pPr>
        <w:jc w:val="right"/>
      </w:pPr>
      <w:r>
        <w:t>In every salat, we read some part from the Quran.</w:t>
      </w:r>
    </w:p>
    <w:p>
      <w:r>
        <w:rPr>
          <w:b/>
        </w:rPr>
        <w:t xml:space="preserve">[30:11] </w:t>
      </w:r>
      <w:r>
        <w:t>This reading is also very important, very, very important.</w:t>
      </w:r>
    </w:p>
    <w:p>
      <w:pPr>
        <w:jc w:val="right"/>
      </w:pPr>
      <w:r>
        <w:t>This reading is also very important, very, very important.</w:t>
      </w:r>
    </w:p>
    <w:p>
      <w:r>
        <w:rPr>
          <w:b/>
        </w:rPr>
        <w:t xml:space="preserve">[30:22] </w:t>
      </w:r>
      <w:r>
        <w:t>By this, you inculcate the spirit of the Quran in yourself.</w:t>
      </w:r>
    </w:p>
    <w:p>
      <w:pPr>
        <w:jc w:val="right"/>
      </w:pPr>
      <w:r>
        <w:t>By this, you inculcate the spirit of the Quran in yourself.</w:t>
      </w:r>
    </w:p>
    <w:p>
      <w:r>
        <w:rPr>
          <w:b/>
        </w:rPr>
        <w:t xml:space="preserve">[30:33] </w:t>
      </w:r>
      <w:r>
        <w:t>By doing this, you inculcate the spirit of the Quran in yourself.</w:t>
      </w:r>
    </w:p>
    <w:p>
      <w:pPr>
        <w:jc w:val="right"/>
      </w:pPr>
      <w:r>
        <w:t>By doing this, you inculcate the spirit of the Quran in yourself.</w:t>
      </w:r>
    </w:p>
    <w:p>
      <w:r>
        <w:rPr>
          <w:b/>
        </w:rPr>
        <w:t xml:space="preserve">[30:44] </w:t>
      </w:r>
      <w:r>
        <w:t>The Quran says about the Prophet, "Innaka la la khulqin azim." So the wife of the so the</w:t>
      </w:r>
    </w:p>
    <w:p>
      <w:pPr>
        <w:jc w:val="right"/>
      </w:pPr>
      <w:r>
        <w:t>The Quran says about the Prophet, "Innaka la la khulqin azim." So the wife of the so the</w:t>
      </w:r>
    </w:p>
    <w:p>
      <w:r>
        <w:rPr>
          <w:b/>
        </w:rPr>
        <w:t xml:space="preserve">[30:55] </w:t>
      </w:r>
      <w:r>
        <w:t>of the Prophet, Aisha, says about the Prophet, "Kana khulquhul Quran." It means that the character of the</w:t>
      </w:r>
    </w:p>
    <w:p>
      <w:pPr>
        <w:jc w:val="right"/>
      </w:pPr>
      <w:r>
        <w:t>of the Prophet, Aisha, says about the Prophet, "Kana khulquhul Quran." It means that the character of the</w:t>
      </w:r>
    </w:p>
    <w:p>
      <w:r>
        <w:rPr>
          <w:b/>
        </w:rPr>
        <w:t xml:space="preserve">[31:06] </w:t>
      </w:r>
      <w:r>
        <w:t>Prophet was the character of the Quran.</w:t>
      </w:r>
    </w:p>
    <w:p>
      <w:pPr>
        <w:jc w:val="right"/>
      </w:pPr>
      <w:r>
        <w:t>Prophet was the character of the Quran.</w:t>
      </w:r>
    </w:p>
    <w:p>
      <w:r>
        <w:rPr>
          <w:b/>
        </w:rPr>
        <w:t xml:space="preserve">[31:17] </w:t>
      </w:r>
      <w:r>
        <w:t>The Prophet was living in the Quranic character.</w:t>
      </w:r>
    </w:p>
    <w:p>
      <w:pPr>
        <w:jc w:val="right"/>
      </w:pPr>
      <w:r>
        <w:t>The Prophet was living in the Quranic character.</w:t>
      </w:r>
    </w:p>
    <w:p>
      <w:r>
        <w:rPr>
          <w:b/>
        </w:rPr>
        <w:t xml:space="preserve">[31:28] </w:t>
      </w:r>
      <w:r>
        <w:t>So this is the lesson we find in every salat. So we have to adopt that character, that behavior, which is stated in the Quran and which we recite in the Quran every day. Every day.</w:t>
      </w:r>
    </w:p>
    <w:p>
      <w:pPr>
        <w:jc w:val="right"/>
      </w:pPr>
      <w:r>
        <w:t>So this is the lesson we find in every salat. So we have to adopt that character, that behavior, which is stated in the Quran and which we recite in the Quran every day. Every day.</w:t>
      </w:r>
    </w:p>
    <w:p>
      <w:r>
        <w:rPr>
          <w:b/>
        </w:rPr>
        <w:t xml:space="preserve">[31:58] </w:t>
      </w:r>
      <w:r>
        <w:t>So this is the salat culture.</w:t>
      </w:r>
    </w:p>
    <w:p>
      <w:pPr>
        <w:jc w:val="right"/>
      </w:pPr>
      <w:r>
        <w:t>So this is the salat culture.</w:t>
      </w:r>
    </w:p>
    <w:p>
      <w:r>
        <w:rPr>
          <w:b/>
        </w:rPr>
        <w:t xml:space="preserve">[32:10] </w:t>
      </w:r>
      <w:r>
        <w:t>Salat culture makes you live according to the Quranic teachings, according to the Quranic spirit.</w:t>
      </w:r>
    </w:p>
    <w:p>
      <w:pPr>
        <w:jc w:val="right"/>
      </w:pPr>
      <w:r>
        <w:t>Salat culture makes you live according to the Quranic teachings, according to the Quranic spirit.</w:t>
      </w:r>
    </w:p>
    <w:p>
      <w:r>
        <w:rPr>
          <w:b/>
        </w:rPr>
        <w:t xml:space="preserve">[32:22] </w:t>
      </w:r>
      <w:r>
        <w:t>Then in the end, you say, "Assalamu alaikum rahmatullah." "Assalamu alaikum rahmatullah." By turning your face this side</w:t>
      </w:r>
    </w:p>
    <w:p>
      <w:pPr>
        <w:jc w:val="right"/>
      </w:pPr>
      <w:r>
        <w:t>Then in the end, you say, "Assalamu alaikum rahmatullah." "Assalamu alaikum rahmatullah." By turning your face this side</w:t>
      </w:r>
    </w:p>
    <w:p>
      <w:r>
        <w:rPr>
          <w:b/>
        </w:rPr>
        <w:t xml:space="preserve">[32:34] </w:t>
      </w:r>
      <w:r>
        <w:t>and that side, so you are saying you are conveying the message of peace to all mankind, all</w:t>
      </w:r>
    </w:p>
    <w:p>
      <w:pPr>
        <w:jc w:val="right"/>
      </w:pPr>
      <w:r>
        <w:t>and that side, so you are saying you are conveying the message of peace to all mankind, all</w:t>
      </w:r>
    </w:p>
    <w:p>
      <w:r>
        <w:rPr>
          <w:b/>
        </w:rPr>
        <w:t xml:space="preserve">[32:46] </w:t>
      </w:r>
      <w:r>
        <w:t>mankind in the East and the West, everywhere, North and South.</w:t>
      </w:r>
    </w:p>
    <w:p>
      <w:pPr>
        <w:jc w:val="right"/>
      </w:pPr>
      <w:r>
        <w:t>mankind in the East and the West, everywhere, North and South.</w:t>
      </w:r>
    </w:p>
    <w:p>
      <w:r>
        <w:rPr>
          <w:b/>
        </w:rPr>
        <w:t xml:space="preserve">[32:59] </w:t>
      </w:r>
      <w:r>
        <w:t>"Assalamu alaikum rahmatullah." "Assalamu alaikum rahmatullah." So you are sending this message that I have learned this message</w:t>
      </w:r>
    </w:p>
    <w:p>
      <w:pPr>
        <w:jc w:val="right"/>
      </w:pPr>
      <w:r>
        <w:t>"Assalamu alaikum rahmatullah." "Assalamu alaikum rahmatullah." So you are sending this message that I have learned this message</w:t>
      </w:r>
    </w:p>
    <w:p>
      <w:r>
        <w:rPr>
          <w:b/>
        </w:rPr>
        <w:t xml:space="preserve">[33:11] </w:t>
      </w:r>
      <w:r>
        <w:t>from the Quran, that I have to live with peace among you.</w:t>
      </w:r>
    </w:p>
    <w:p>
      <w:pPr>
        <w:jc w:val="right"/>
      </w:pPr>
      <w:r>
        <w:t>from the Quran, that I have to live with peace among you.</w:t>
      </w:r>
    </w:p>
    <w:p>
      <w:r>
        <w:rPr>
          <w:b/>
        </w:rPr>
        <w:t xml:space="preserve">[33:23] </w:t>
      </w:r>
      <w:r>
        <w:t>It means that salat culture makes you a peaceful person.</w:t>
      </w:r>
    </w:p>
    <w:p>
      <w:pPr>
        <w:jc w:val="right"/>
      </w:pPr>
      <w:r>
        <w:t>It means that salat culture makes you a peaceful person.</w:t>
      </w:r>
    </w:p>
    <w:p>
      <w:r>
        <w:rPr>
          <w:b/>
        </w:rPr>
        <w:t xml:space="preserve">[33:35] </w:t>
      </w:r>
      <w:r>
        <w:t>Salat culture makes you live in a society. Salat culture makes you live in your society as a peaceful member, as a harmless person. This is the salat culture.</w:t>
      </w:r>
    </w:p>
    <w:p>
      <w:pPr>
        <w:jc w:val="right"/>
      </w:pPr>
      <w:r>
        <w:t>Salat culture makes you live in a society. Salat culture makes you live in your society as a peaceful member, as a harmless person. This is the salat culture.</w:t>
      </w:r>
    </w:p>
    <w:p>
      <w:r>
        <w:rPr>
          <w:b/>
        </w:rPr>
        <w:t xml:space="preserve">[34:00] </w:t>
      </w:r>
      <w:r>
        <w:t>So the first condition was ma'rifah, that is realization of God. The second condition was salat culture.</w:t>
      </w:r>
    </w:p>
    <w:p>
      <w:pPr>
        <w:jc w:val="right"/>
      </w:pPr>
      <w:r>
        <w:t>So the first condition was ma'rifah, that is realization of God. The second condition was salat culture.</w:t>
      </w:r>
    </w:p>
    <w:p>
      <w:r>
        <w:rPr>
          <w:b/>
        </w:rPr>
        <w:t xml:space="preserve">[34:19] </w:t>
      </w:r>
      <w:r>
        <w:t>You have to adopt salat culture in your life.</w:t>
      </w:r>
    </w:p>
    <w:p>
      <w:pPr>
        <w:jc w:val="right"/>
      </w:pPr>
      <w:r>
        <w:t>You have to adopt salat culture in your life.</w:t>
      </w:r>
    </w:p>
    <w:p>
      <w:r>
        <w:rPr>
          <w:b/>
        </w:rPr>
        <w:t xml:space="preserve">[34:28] </w:t>
      </w:r>
      <w:r>
        <w:t>Then the third condition is tazkiyah.</w:t>
      </w:r>
    </w:p>
    <w:p>
      <w:pPr>
        <w:jc w:val="right"/>
      </w:pPr>
      <w:r>
        <w:t>Then the third condition is tazkiyah.</w:t>
      </w:r>
    </w:p>
    <w:p>
      <w:r>
        <w:rPr>
          <w:b/>
        </w:rPr>
        <w:t xml:space="preserve">[34:38] </w:t>
      </w:r>
      <w:r>
        <w:t>This condition is derived from this verse.</w:t>
      </w:r>
    </w:p>
    <w:p>
      <w:pPr>
        <w:jc w:val="right"/>
      </w:pPr>
      <w:r>
        <w:t>This condition is derived from this verse.</w:t>
      </w:r>
    </w:p>
    <w:p>
      <w:r>
        <w:rPr>
          <w:b/>
        </w:rPr>
        <w:t xml:space="preserve">[34:48] </w:t>
      </w:r>
      <w:r>
        <w:t>The Quran says about the Paradise, "Zaalika jazao man tazakka." Paradise will be rewarded to those who are purified souls.</w:t>
      </w:r>
    </w:p>
    <w:p>
      <w:pPr>
        <w:jc w:val="right"/>
      </w:pPr>
      <w:r>
        <w:t>The Quran says about the Paradise, "Zaalika jazao man tazakka." Paradise will be rewarded to those who are purified souls.</w:t>
      </w:r>
    </w:p>
    <w:p>
      <w:r>
        <w:rPr>
          <w:b/>
        </w:rPr>
        <w:t xml:space="preserve">[34:57] </w:t>
      </w:r>
      <w:r>
        <w:t>Paradise will be given to those who are purified souls.</w:t>
      </w:r>
    </w:p>
    <w:p>
      <w:pPr>
        <w:jc w:val="right"/>
      </w:pPr>
      <w:r>
        <w:t>Paradise will be given to those who are purified souls.</w:t>
      </w:r>
    </w:p>
    <w:p>
      <w:r>
        <w:rPr>
          <w:b/>
        </w:rPr>
        <w:t xml:space="preserve">[35:07] </w:t>
      </w:r>
      <w:r>
        <w:t>"Zaalika jazao man tazakka." Now, what is this purification?</w:t>
      </w:r>
    </w:p>
    <w:p>
      <w:pPr>
        <w:jc w:val="right"/>
      </w:pPr>
      <w:r>
        <w:t>"Zaalika jazao man tazakka." Now, what is this purification?</w:t>
      </w:r>
    </w:p>
    <w:p>
      <w:r>
        <w:rPr>
          <w:b/>
        </w:rPr>
        <w:t xml:space="preserve">[35:17] </w:t>
      </w:r>
      <w:r>
        <w:t>Who are purified souls? You know, man is born not like an angel. Angels have no negative thought. Angels have no evil thought.</w:t>
      </w:r>
    </w:p>
    <w:p>
      <w:pPr>
        <w:jc w:val="right"/>
      </w:pPr>
      <w:r>
        <w:t>Who are purified souls? You know, man is born not like an angel. Angels have no negative thought. Angels have no evil thought.</w:t>
      </w:r>
    </w:p>
    <w:p>
      <w:r>
        <w:rPr>
          <w:b/>
        </w:rPr>
        <w:t xml:space="preserve">[35:44] </w:t>
      </w:r>
      <w:r>
        <w:t>Angels are every time purified souls.</w:t>
      </w:r>
    </w:p>
    <w:p>
      <w:pPr>
        <w:jc w:val="right"/>
      </w:pPr>
      <w:r>
        <w:t>Angels are every time purified souls.</w:t>
      </w:r>
    </w:p>
    <w:p>
      <w:r>
        <w:rPr>
          <w:b/>
        </w:rPr>
        <w:t xml:space="preserve">[35:50] </w:t>
      </w:r>
      <w:r>
        <w:t>But man is not.</w:t>
      </w:r>
    </w:p>
    <w:p>
      <w:pPr>
        <w:jc w:val="right"/>
      </w:pPr>
      <w:r>
        <w:t>But man is not.</w:t>
      </w:r>
    </w:p>
    <w:p>
      <w:r>
        <w:rPr>
          <w:b/>
        </w:rPr>
        <w:t xml:space="preserve">[35:56] </w:t>
      </w:r>
      <w:r>
        <w:t>Man is born with freedom.</w:t>
      </w:r>
    </w:p>
    <w:p>
      <w:pPr>
        <w:jc w:val="right"/>
      </w:pPr>
      <w:r>
        <w:t>Man is born with freedom.</w:t>
      </w:r>
    </w:p>
    <w:p>
      <w:r>
        <w:rPr>
          <w:b/>
        </w:rPr>
        <w:t xml:space="preserve">[36:02] </w:t>
      </w:r>
      <w:r>
        <w:t>Angels have no freedom.</w:t>
      </w:r>
    </w:p>
    <w:p>
      <w:pPr>
        <w:jc w:val="right"/>
      </w:pPr>
      <w:r>
        <w:t>Angels have no freedom.</w:t>
      </w:r>
    </w:p>
    <w:p>
      <w:r>
        <w:rPr>
          <w:b/>
        </w:rPr>
        <w:t xml:space="preserve">[36:09] </w:t>
      </w:r>
      <w:r>
        <w:t>All other items of the universe have no freedom.</w:t>
      </w:r>
    </w:p>
    <w:p>
      <w:pPr>
        <w:jc w:val="right"/>
      </w:pPr>
      <w:r>
        <w:t>All other items of the universe have no freedom.</w:t>
      </w:r>
    </w:p>
    <w:p>
      <w:r>
        <w:rPr>
          <w:b/>
        </w:rPr>
        <w:t xml:space="preserve">[36:15] </w:t>
      </w:r>
      <w:r>
        <w:t>Stars, planets, sun, mountain, ocean, they have no freedom.</w:t>
      </w:r>
    </w:p>
    <w:p>
      <w:pPr>
        <w:jc w:val="right"/>
      </w:pPr>
      <w:r>
        <w:t>Stars, planets, sun, mountain, ocean, they have no freedom.</w:t>
      </w:r>
    </w:p>
    <w:p>
      <w:r>
        <w:rPr>
          <w:b/>
        </w:rPr>
        <w:t xml:space="preserve">[36:21] </w:t>
      </w:r>
      <w:r>
        <w:t>So is the case of angels.</w:t>
      </w:r>
    </w:p>
    <w:p>
      <w:pPr>
        <w:jc w:val="right"/>
      </w:pPr>
      <w:r>
        <w:t>So is the case of angels.</w:t>
      </w:r>
    </w:p>
    <w:p>
      <w:r>
        <w:rPr>
          <w:b/>
        </w:rPr>
        <w:t xml:space="preserve">[36:27] </w:t>
      </w:r>
      <w:r>
        <w:t>Angels have no freedom.</w:t>
      </w:r>
    </w:p>
    <w:p>
      <w:pPr>
        <w:jc w:val="right"/>
      </w:pPr>
      <w:r>
        <w:t>Angels have no freedom.</w:t>
      </w:r>
    </w:p>
    <w:p>
      <w:r>
        <w:rPr>
          <w:b/>
        </w:rPr>
        <w:t xml:space="preserve">[36:34] </w:t>
      </w:r>
      <w:r>
        <w:t>But man has.</w:t>
      </w:r>
    </w:p>
    <w:p>
      <w:pPr>
        <w:jc w:val="right"/>
      </w:pPr>
      <w:r>
        <w:t>But man has.</w:t>
      </w:r>
    </w:p>
    <w:p>
      <w:r>
        <w:rPr>
          <w:b/>
        </w:rPr>
        <w:t xml:space="preserve">[36:40] </w:t>
      </w:r>
      <w:r>
        <w:t>Now, when you have freedom, then there is every possibility to misuse this freedom.</w:t>
      </w:r>
    </w:p>
    <w:p>
      <w:pPr>
        <w:jc w:val="right"/>
      </w:pPr>
      <w:r>
        <w:t>Now, when you have freedom, then there is every possibility to misuse this freedom.</w:t>
      </w:r>
    </w:p>
    <w:p>
      <w:r>
        <w:rPr>
          <w:b/>
        </w:rPr>
        <w:t xml:space="preserve">[36:46] </w:t>
      </w:r>
      <w:r>
        <w:t>Freedom is a double-edged sword.</w:t>
      </w:r>
    </w:p>
    <w:p>
      <w:pPr>
        <w:jc w:val="right"/>
      </w:pPr>
      <w:r>
        <w:t>Freedom is a double-edged sword.</w:t>
      </w:r>
    </w:p>
    <w:p>
      <w:r>
        <w:rPr>
          <w:b/>
        </w:rPr>
        <w:t xml:space="preserve">[36:53] </w:t>
      </w:r>
      <w:r>
        <w:t>You have two choices, either to misuse or either to proper use.</w:t>
      </w:r>
    </w:p>
    <w:p>
      <w:pPr>
        <w:jc w:val="right"/>
      </w:pPr>
      <w:r>
        <w:t>You have two choices, either to misuse or either to proper use.</w:t>
      </w:r>
    </w:p>
    <w:p>
      <w:r>
        <w:rPr>
          <w:b/>
        </w:rPr>
        <w:t xml:space="preserve">[37:04] </w:t>
      </w:r>
      <w:r>
        <w:t>So it is this misuse of freedom that creates problems.</w:t>
      </w:r>
    </w:p>
    <w:p>
      <w:pPr>
        <w:jc w:val="right"/>
      </w:pPr>
      <w:r>
        <w:t>So it is this misuse of freedom that creates problems.</w:t>
      </w:r>
    </w:p>
    <w:p>
      <w:r>
        <w:rPr>
          <w:b/>
        </w:rPr>
        <w:t xml:space="preserve">[37:15] </w:t>
      </w:r>
      <w:r>
        <w:t>And man misuses every time.</w:t>
      </w:r>
    </w:p>
    <w:p>
      <w:pPr>
        <w:jc w:val="right"/>
      </w:pPr>
      <w:r>
        <w:t>And man misuses every time.</w:t>
      </w:r>
    </w:p>
    <w:p>
      <w:r>
        <w:rPr>
          <w:b/>
        </w:rPr>
        <w:t xml:space="preserve">[37:27] </w:t>
      </w:r>
      <w:r>
        <w:t>So misuse of freedom is when you misuse your freedom, you are going against purification.</w:t>
      </w:r>
    </w:p>
    <w:p>
      <w:pPr>
        <w:jc w:val="right"/>
      </w:pPr>
      <w:r>
        <w:t>So misuse of freedom is when you misuse your freedom, you are going against purification.</w:t>
      </w:r>
    </w:p>
    <w:p>
      <w:r>
        <w:rPr>
          <w:b/>
        </w:rPr>
        <w:t xml:space="preserve">[37:38] </w:t>
      </w:r>
      <w:r>
        <w:t>So because of this freedom, every time you will feel something negative.</w:t>
      </w:r>
    </w:p>
    <w:p>
      <w:pPr>
        <w:jc w:val="right"/>
      </w:pPr>
      <w:r>
        <w:t>So because of this freedom, every time you will feel something negative.</w:t>
      </w:r>
    </w:p>
    <w:p>
      <w:r>
        <w:rPr>
          <w:b/>
        </w:rPr>
        <w:t xml:space="preserve">[37:49] </w:t>
      </w:r>
      <w:r>
        <w:t>You will fell in anger, in malice, in organs, in intolerance, in lust.</w:t>
      </w:r>
    </w:p>
    <w:p>
      <w:pPr>
        <w:jc w:val="right"/>
      </w:pPr>
      <w:r>
        <w:t>You will fell in anger, in malice, in organs, in intolerance, in lust.</w:t>
      </w:r>
    </w:p>
    <w:p>
      <w:r>
        <w:rPr>
          <w:b/>
        </w:rPr>
        <w:t xml:space="preserve">[38:01] </w:t>
      </w:r>
      <w:r>
        <w:t>So you have to save yourself from these negative thoughts.</w:t>
      </w:r>
    </w:p>
    <w:p>
      <w:pPr>
        <w:jc w:val="right"/>
      </w:pPr>
      <w:r>
        <w:t>So you have to save yourself from these negative thoughts.</w:t>
      </w:r>
    </w:p>
    <w:p>
      <w:r>
        <w:rPr>
          <w:b/>
        </w:rPr>
        <w:t xml:space="preserve">[38:08] </w:t>
      </w:r>
      <w:r>
        <w:t>This is purification.</w:t>
      </w:r>
    </w:p>
    <w:p>
      <w:pPr>
        <w:jc w:val="right"/>
      </w:pPr>
      <w:r>
        <w:t>This is purification.</w:t>
      </w:r>
    </w:p>
    <w:p>
      <w:r>
        <w:rPr>
          <w:b/>
        </w:rPr>
        <w:t xml:space="preserve">[38:15] </w:t>
      </w:r>
      <w:r>
        <w:t>Every time when Satan touches you and injects in yourself some negative thoughts, every time you feel some</w:t>
      </w:r>
    </w:p>
    <w:p>
      <w:pPr>
        <w:jc w:val="right"/>
      </w:pPr>
      <w:r>
        <w:t>Every time when Satan touches you and injects in yourself some negative thoughts, every time you feel some</w:t>
      </w:r>
    </w:p>
    <w:p>
      <w:r>
        <w:rPr>
          <w:b/>
        </w:rPr>
        <w:t xml:space="preserve">[38:23] </w:t>
      </w:r>
      <w:r>
        <w:t>evil feeling, it is the act of Satan.</w:t>
      </w:r>
    </w:p>
    <w:p>
      <w:pPr>
        <w:jc w:val="right"/>
      </w:pPr>
      <w:r>
        <w:t>evil feeling, it is the act of Satan.</w:t>
      </w:r>
    </w:p>
    <w:p>
      <w:r>
        <w:rPr>
          <w:b/>
        </w:rPr>
        <w:t xml:space="preserve">[38:30] </w:t>
      </w:r>
      <w:r>
        <w:t>When Satan touches you, then you feel all kinds of evil thoughts and negativity.</w:t>
      </w:r>
    </w:p>
    <w:p>
      <w:pPr>
        <w:jc w:val="right"/>
      </w:pPr>
      <w:r>
        <w:t>When Satan touches you, then you feel all kinds of evil thoughts and negativity.</w:t>
      </w:r>
    </w:p>
    <w:p>
      <w:r>
        <w:rPr>
          <w:b/>
        </w:rPr>
        <w:t xml:space="preserve">[38:37] </w:t>
      </w:r>
      <w:r>
        <w:t>So you have to be alert.</w:t>
      </w:r>
    </w:p>
    <w:p>
      <w:pPr>
        <w:jc w:val="right"/>
      </w:pPr>
      <w:r>
        <w:t>So you have to be alert.</w:t>
      </w:r>
    </w:p>
    <w:p>
      <w:r>
        <w:rPr>
          <w:b/>
        </w:rPr>
        <w:t xml:space="preserve">[38:45] </w:t>
      </w:r>
      <w:r>
        <w:t>You have to eradicate all those negative feelings.</w:t>
      </w:r>
    </w:p>
    <w:p>
      <w:pPr>
        <w:jc w:val="right"/>
      </w:pPr>
      <w:r>
        <w:t>You have to eradicate all those negative feelings.</w:t>
      </w:r>
    </w:p>
    <w:p>
      <w:r>
        <w:rPr>
          <w:b/>
        </w:rPr>
        <w:t xml:space="preserve">[38:52] </w:t>
      </w:r>
      <w:r>
        <w:t>This is purification.</w:t>
      </w:r>
    </w:p>
    <w:p>
      <w:pPr>
        <w:jc w:val="right"/>
      </w:pPr>
      <w:r>
        <w:t>This is purification.</w:t>
      </w:r>
    </w:p>
    <w:p>
      <w:r>
        <w:rPr>
          <w:b/>
        </w:rPr>
        <w:t xml:space="preserve">[38:59] </w:t>
      </w:r>
      <w:r>
        <w:t>It is your duty to fight against Satan.</w:t>
      </w:r>
    </w:p>
    <w:p>
      <w:pPr>
        <w:jc w:val="right"/>
      </w:pPr>
      <w:r>
        <w:t>It is your duty to fight against Satan.</w:t>
      </w:r>
    </w:p>
    <w:p>
      <w:r>
        <w:rPr>
          <w:b/>
        </w:rPr>
        <w:t xml:space="preserve">[39:07] </w:t>
      </w:r>
      <w:r>
        <w:t>Satan tries to Satan is your enemy.</w:t>
      </w:r>
    </w:p>
    <w:p>
      <w:pPr>
        <w:jc w:val="right"/>
      </w:pPr>
      <w:r>
        <w:t>Satan tries to Satan is your enemy.</w:t>
      </w:r>
    </w:p>
    <w:p>
      <w:r>
        <w:rPr>
          <w:b/>
        </w:rPr>
        <w:t xml:space="preserve">[39:14] </w:t>
      </w:r>
      <w:r>
        <w:t>Satan is your enemy.</w:t>
      </w:r>
    </w:p>
    <w:p>
      <w:pPr>
        <w:jc w:val="right"/>
      </w:pPr>
      <w:r>
        <w:t>Satan is your enemy.</w:t>
      </w:r>
    </w:p>
    <w:p>
      <w:r>
        <w:rPr>
          <w:b/>
        </w:rPr>
        <w:t xml:space="preserve">[39:21] </w:t>
      </w:r>
      <w:r>
        <w:t>So you have to fight Satan.</w:t>
      </w:r>
    </w:p>
    <w:p>
      <w:pPr>
        <w:jc w:val="right"/>
      </w:pPr>
      <w:r>
        <w:t>So you have to fight Satan.</w:t>
      </w:r>
    </w:p>
    <w:p>
      <w:r>
        <w:rPr>
          <w:b/>
        </w:rPr>
        <w:t xml:space="preserve">[39:29] </w:t>
      </w:r>
      <w:r>
        <w:t>Every time when Satan injects some kind of evil feeling, you have to eradicate all that feeling.</w:t>
      </w:r>
    </w:p>
    <w:p>
      <w:pPr>
        <w:jc w:val="right"/>
      </w:pPr>
      <w:r>
        <w:t>Every time when Satan injects some kind of evil feeling, you have to eradicate all that feeling.</w:t>
      </w:r>
    </w:p>
    <w:p>
      <w:r>
        <w:rPr>
          <w:b/>
        </w:rPr>
        <w:t xml:space="preserve">[39:36] </w:t>
      </w:r>
      <w:r>
        <w:t>You have to use your freedom, your willpower.</w:t>
      </w:r>
    </w:p>
    <w:p>
      <w:pPr>
        <w:jc w:val="right"/>
      </w:pPr>
      <w:r>
        <w:t>You have to use your freedom, your willpower.</w:t>
      </w:r>
    </w:p>
    <w:p>
      <w:r>
        <w:rPr>
          <w:b/>
        </w:rPr>
        <w:t xml:space="preserve">[39:43] </w:t>
      </w:r>
      <w:r>
        <w:t>You have to use your mind.</w:t>
      </w:r>
    </w:p>
    <w:p>
      <w:pPr>
        <w:jc w:val="right"/>
      </w:pPr>
      <w:r>
        <w:t>You have to use your mind.</w:t>
      </w:r>
    </w:p>
    <w:p>
      <w:r>
        <w:rPr>
          <w:b/>
        </w:rPr>
        <w:t xml:space="preserve">[39:51] </w:t>
      </w:r>
      <w:r>
        <w:t>This is purification. So you have to convert your negativity into positivity. This is purification. This is all this test is this is the test.</w:t>
      </w:r>
    </w:p>
    <w:p>
      <w:pPr>
        <w:jc w:val="right"/>
      </w:pPr>
      <w:r>
        <w:t>This is purification. So you have to convert your negativity into positivity. This is purification. This is all this test is this is the test.</w:t>
      </w:r>
    </w:p>
    <w:p>
      <w:r>
        <w:rPr>
          <w:b/>
        </w:rPr>
        <w:t xml:space="preserve">[40:18] </w:t>
      </w:r>
      <w:r>
        <w:t>So you have to you have to try to purify you have to try to eradicate all those negative feelings like anger, organs. This is purification of the soul. Without eradicating all these negative thoughts, you will be a victim of Satan and you will go to hell.</w:t>
      </w:r>
    </w:p>
    <w:p>
      <w:pPr>
        <w:jc w:val="right"/>
      </w:pPr>
      <w:r>
        <w:t>So you have to you have to try to purify you have to try to eradicate all those negative feelings like anger, organs. This is purification of the soul. Without eradicating all these negative thoughts, you will be a victim of Satan and you will go to hell.</w:t>
      </w:r>
    </w:p>
    <w:p>
      <w:r>
        <w:rPr>
          <w:b/>
        </w:rPr>
        <w:t xml:space="preserve">[40:47] </w:t>
      </w:r>
      <w:r>
        <w:t>And one who purifies his soul, he will go to Paradise.</w:t>
      </w:r>
    </w:p>
    <w:p>
      <w:pPr>
        <w:jc w:val="right"/>
      </w:pPr>
      <w:r>
        <w:t>And one who purifies his soul, he will go to Paradise.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