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Paradise (English) March 21, 2007 Maulana Wahiduddin Khan</w:t>
      </w:r>
    </w:p>
    <w:p>
      <w:r>
        <w:t>https://www.youtube.com/watch?v=cF-SjJXpnrc</w:t>
      </w:r>
    </w:p>
    <w:p>
      <w:r>
        <w:rPr>
          <w:b/>
        </w:rPr>
        <w:t xml:space="preserve">[00:09] </w:t>
      </w:r>
      <w:r>
        <w:t>bismillah ir rehman ir rahim, wa salallahu ala nabiyyil karim.</w:t>
      </w:r>
    </w:p>
    <w:p>
      <w:pPr>
        <w:jc w:val="right"/>
      </w:pPr>
      <w:r>
        <w:t>بسم اللہ الرحمن الرحیم، وصلی اللہ علی النبی الکریم۔</w:t>
      </w:r>
    </w:p>
    <w:p>
      <w:r>
        <w:rPr>
          <w:b/>
        </w:rPr>
        <w:t xml:space="preserve">[00:29]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[00:49] </w:t>
      </w:r>
      <w:r>
        <w:t>The theme for the present topic is "Man and Paradise." God Almighty created the universe and also our planet Earth.</w:t>
      </w:r>
    </w:p>
    <w:p>
      <w:pPr>
        <w:jc w:val="right"/>
      </w:pPr>
      <w:r>
        <w:t>The theme for the present topic is "Man and Paradise." God Almighty created the universe and also our planet Earth.</w:t>
      </w:r>
    </w:p>
    <w:p>
      <w:r>
        <w:rPr>
          <w:b/>
        </w:rPr>
        <w:t xml:space="preserve">[01:09] </w:t>
      </w:r>
      <w:r>
        <w:t>And He created Paradise, a place of happiness.</w:t>
      </w:r>
    </w:p>
    <w:p>
      <w:pPr>
        <w:jc w:val="right"/>
      </w:pPr>
      <w:r>
        <w:t>And He created Paradise, a place of happiness.</w:t>
      </w:r>
    </w:p>
    <w:p>
      <w:r>
        <w:rPr>
          <w:b/>
        </w:rPr>
        <w:t xml:space="preserve">[01:21] </w:t>
      </w:r>
      <w:r>
        <w:t>Paradise is a place where all kinds of happiness and pleasure are available for man.</w:t>
      </w:r>
    </w:p>
    <w:p>
      <w:pPr>
        <w:jc w:val="right"/>
      </w:pPr>
      <w:r>
        <w:t>Paradise is a place where all kinds of happiness and pleasure are available for man.</w:t>
      </w:r>
    </w:p>
    <w:p>
      <w:r>
        <w:rPr>
          <w:b/>
        </w:rPr>
        <w:t xml:space="preserve">[01:33] </w:t>
      </w:r>
      <w:r>
        <w:t>God settled man on this planet Earth as a test.</w:t>
      </w:r>
    </w:p>
    <w:p>
      <w:pPr>
        <w:jc w:val="right"/>
      </w:pPr>
      <w:r>
        <w:t>God settled man on this planet Earth as a test.</w:t>
      </w:r>
    </w:p>
    <w:p>
      <w:r>
        <w:rPr>
          <w:b/>
        </w:rPr>
        <w:t xml:space="preserve">[01:46] </w:t>
      </w:r>
      <w:r>
        <w:t>Now we are living here for the test purpose. So this planet is a selective ground.</w:t>
      </w:r>
    </w:p>
    <w:p>
      <w:pPr>
        <w:jc w:val="right"/>
      </w:pPr>
      <w:r>
        <w:t>Now we are living here for the test purpose. So this planet is a selective ground.</w:t>
      </w:r>
    </w:p>
    <w:p>
      <w:r>
        <w:rPr>
          <w:b/>
        </w:rPr>
        <w:t xml:space="preserve">[02:07] </w:t>
      </w:r>
      <w:r>
        <w:t>Every time, every day and night, man is under active supervision of angels.</w:t>
      </w:r>
    </w:p>
    <w:p>
      <w:pPr>
        <w:jc w:val="right"/>
      </w:pPr>
      <w:r>
        <w:t>Every time, every day and night, man is under active supervision of angels.</w:t>
      </w:r>
    </w:p>
    <w:p>
      <w:r>
        <w:rPr>
          <w:b/>
        </w:rPr>
        <w:t xml:space="preserve">[02:18] </w:t>
      </w:r>
      <w:r>
        <w:t>Angels are recording every action, every speech, every movement of men and women.</w:t>
      </w:r>
    </w:p>
    <w:p>
      <w:pPr>
        <w:jc w:val="right"/>
      </w:pPr>
      <w:r>
        <w:t>Angels are recording every action, every speech, every movement of men and women.</w:t>
      </w:r>
    </w:p>
    <w:p>
      <w:r>
        <w:rPr>
          <w:b/>
        </w:rPr>
        <w:t xml:space="preserve">[02:29] </w:t>
      </w:r>
      <w:r>
        <w:t>Then on the day of judgment, according to this record, on the day of judgment, this angelic record</w:t>
      </w:r>
    </w:p>
    <w:p>
      <w:pPr>
        <w:jc w:val="right"/>
      </w:pPr>
      <w:r>
        <w:t>Then on the day of judgment, according to this record, on the day of judgment, this angelic record</w:t>
      </w:r>
    </w:p>
    <w:p>
      <w:r>
        <w:rPr>
          <w:b/>
        </w:rPr>
        <w:t xml:space="preserve">[02:40] </w:t>
      </w:r>
      <w:r>
        <w:t>will be produced before God.</w:t>
      </w:r>
    </w:p>
    <w:p>
      <w:pPr>
        <w:jc w:val="right"/>
      </w:pPr>
      <w:r>
        <w:t>will be produced before God.</w:t>
      </w:r>
    </w:p>
    <w:p>
      <w:r>
        <w:rPr>
          <w:b/>
        </w:rPr>
        <w:t xml:space="preserve">[02:51] </w:t>
      </w:r>
      <w:r>
        <w:t>And God, according to this record, will select those people who are liable to be blessed Paradise. So they will be given entry into Paradise. So this planet Earth is as a selective ground.</w:t>
      </w:r>
    </w:p>
    <w:p>
      <w:pPr>
        <w:jc w:val="right"/>
      </w:pPr>
      <w:r>
        <w:t>And God, according to this record, will select those people who are liable to be blessed Paradise. So they will be given entry into Paradise. So this planet Earth is as a selective ground.</w:t>
      </w:r>
    </w:p>
    <w:p>
      <w:r>
        <w:rPr>
          <w:b/>
        </w:rPr>
        <w:t xml:space="preserve">[03:18] </w:t>
      </w:r>
      <w:r>
        <w:t>Here angels are watching and making records of all men and women to know who is a deserving candidate for Paradise. There is a very relevant Hadith.</w:t>
      </w:r>
    </w:p>
    <w:p>
      <w:pPr>
        <w:jc w:val="right"/>
      </w:pPr>
      <w:r>
        <w:t>Here angels are watching and making records of all men and women to know who is a deserving candidate for Paradise. There is a very relevant Hadith.</w:t>
      </w:r>
    </w:p>
    <w:p>
      <w:r>
        <w:rPr>
          <w:b/>
        </w:rPr>
        <w:t xml:space="preserve">[03:45] </w:t>
      </w:r>
      <w:r>
        <w:t>This Hadith tells us in a very beautiful manner. This Hadith is based on an analogy. According to this Hadith, Paradise is a highly fertile land. Highly fertile land.</w:t>
      </w:r>
    </w:p>
    <w:p>
      <w:pPr>
        <w:jc w:val="right"/>
      </w:pPr>
      <w:r>
        <w:t>This Hadith tells us in a very beautiful manner. This Hadith is based on an analogy. According to this Hadith, Paradise is a highly fertile land. Highly fertile land.</w:t>
      </w:r>
    </w:p>
    <w:p>
      <w:r>
        <w:rPr>
          <w:b/>
        </w:rPr>
        <w:t xml:space="preserve">[04:14] </w:t>
      </w:r>
      <w:r>
        <w:t>And this world, the planet Earth, is like a nursery.</w:t>
      </w:r>
    </w:p>
    <w:p>
      <w:pPr>
        <w:jc w:val="right"/>
      </w:pPr>
      <w:r>
        <w:t>And this world, the planet Earth, is like a nursery.</w:t>
      </w:r>
    </w:p>
    <w:p>
      <w:r>
        <w:rPr>
          <w:b/>
        </w:rPr>
        <w:t xml:space="preserve">[04:22] </w:t>
      </w:r>
      <w:r>
        <w:t>So all men and women are planted here in this nursery.</w:t>
      </w:r>
    </w:p>
    <w:p>
      <w:pPr>
        <w:jc w:val="right"/>
      </w:pPr>
      <w:r>
        <w:t>So all men and women are planted here in this nursery.</w:t>
      </w:r>
    </w:p>
    <w:p>
      <w:r>
        <w:rPr>
          <w:b/>
        </w:rPr>
        <w:t xml:space="preserve">[04:31] </w:t>
      </w:r>
      <w:r>
        <w:t>And then the healthy plant will be replanted in Paradise or transplanted.</w:t>
      </w:r>
    </w:p>
    <w:p>
      <w:pPr>
        <w:jc w:val="right"/>
      </w:pPr>
      <w:r>
        <w:t>And then the healthy plant will be replanted in Paradise or transplanted.</w:t>
      </w:r>
    </w:p>
    <w:p>
      <w:r>
        <w:rPr>
          <w:b/>
        </w:rPr>
        <w:t xml:space="preserve">[04:40] </w:t>
      </w:r>
      <w:r>
        <w:t>Only healthy plants will be selected to transplant in the land of Paradise.</w:t>
      </w:r>
    </w:p>
    <w:p>
      <w:pPr>
        <w:jc w:val="right"/>
      </w:pPr>
      <w:r>
        <w:t>Only healthy plants will be selected to transplant in the land of Paradise.</w:t>
      </w:r>
    </w:p>
    <w:p>
      <w:r>
        <w:rPr>
          <w:b/>
        </w:rPr>
        <w:t xml:space="preserve">[04:49] </w:t>
      </w:r>
      <w:r>
        <w:t>This analogy is very beautiful.</w:t>
      </w:r>
    </w:p>
    <w:p>
      <w:pPr>
        <w:jc w:val="right"/>
      </w:pPr>
      <w:r>
        <w:t>This analogy is very beautiful.</w:t>
      </w:r>
    </w:p>
    <w:p>
      <w:r>
        <w:rPr>
          <w:b/>
        </w:rPr>
        <w:t xml:space="preserve">[04:58] </w:t>
      </w:r>
      <w:r>
        <w:t>And this tells us the actual position.</w:t>
      </w:r>
    </w:p>
    <w:p>
      <w:pPr>
        <w:jc w:val="right"/>
      </w:pPr>
      <w:r>
        <w:t>And this tells us the actual position.</w:t>
      </w:r>
    </w:p>
    <w:p>
      <w:r>
        <w:rPr>
          <w:b/>
        </w:rPr>
        <w:t xml:space="preserve">[05:07] </w:t>
      </w:r>
      <w:r>
        <w:t>So according to this analogy, the present world is like a nursery. We are here as a plant. And then according to our deed, according to our record, an angel will transplant us in Paradise according to the decision of God. This is the creation plan of God.</w:t>
      </w:r>
    </w:p>
    <w:p>
      <w:pPr>
        <w:jc w:val="right"/>
      </w:pPr>
      <w:r>
        <w:t>So according to this analogy, the present world is like a nursery. We are here as a plant. And then according to our deed, according to our record, an angel will transplant us in Paradise according to the decision of God. This is the creation plan of God.</w:t>
      </w:r>
    </w:p>
    <w:p>
      <w:r>
        <w:rPr>
          <w:b/>
        </w:rPr>
        <w:t xml:space="preserve">[05:32] </w:t>
      </w:r>
      <w:r>
        <w:t>Now God sent His guidance through prophets.</w:t>
      </w:r>
    </w:p>
    <w:p>
      <w:pPr>
        <w:jc w:val="right"/>
      </w:pPr>
      <w:r>
        <w:t>Now God sent His guidance through prophets.</w:t>
      </w:r>
    </w:p>
    <w:p>
      <w:r>
        <w:rPr>
          <w:b/>
        </w:rPr>
        <w:t xml:space="preserve">[05:41] </w:t>
      </w:r>
      <w:r>
        <w:t>You know, Adam was the first man.</w:t>
      </w:r>
    </w:p>
    <w:p>
      <w:pPr>
        <w:jc w:val="right"/>
      </w:pPr>
      <w:r>
        <w:t>You know, Adam was the first man.</w:t>
      </w:r>
    </w:p>
    <w:p>
      <w:r>
        <w:rPr>
          <w:b/>
        </w:rPr>
        <w:t xml:space="preserve">[05:50] </w:t>
      </w:r>
      <w:r>
        <w:t>Also, he was the first prophet.</w:t>
      </w:r>
    </w:p>
    <w:p>
      <w:pPr>
        <w:jc w:val="right"/>
      </w:pPr>
      <w:r>
        <w:t>Also, he was the first prophet.</w:t>
      </w:r>
    </w:p>
    <w:p>
      <w:r>
        <w:rPr>
          <w:b/>
        </w:rPr>
        <w:t xml:space="preserve">[05:59] </w:t>
      </w:r>
      <w:r>
        <w:t>So God revealed His guidance through prophets in every time and every place.</w:t>
      </w:r>
    </w:p>
    <w:p>
      <w:pPr>
        <w:jc w:val="right"/>
      </w:pPr>
      <w:r>
        <w:t>So God revealed His guidance through prophets in every time and every place.</w:t>
      </w:r>
    </w:p>
    <w:p>
      <w:r>
        <w:rPr>
          <w:b/>
        </w:rPr>
        <w:t xml:space="preserve">[06:08] </w:t>
      </w:r>
      <w:r>
        <w:t>Now the Quran is a preserved form of that guidance, the most authentic and preserved form of that divine guidance.</w:t>
      </w:r>
    </w:p>
    <w:p>
      <w:pPr>
        <w:jc w:val="right"/>
      </w:pPr>
      <w:r>
        <w:t>Now the Quran is a preserved form of that guidance, the most authentic and preserved form of that divine guidance.</w:t>
      </w:r>
    </w:p>
    <w:p>
      <w:r>
        <w:rPr>
          <w:b/>
        </w:rPr>
        <w:t xml:space="preserve">[06:18] </w:t>
      </w:r>
      <w:r>
        <w:t>So if you want to know what is the creation plan of God and what is the purpose</w:t>
      </w:r>
    </w:p>
    <w:p>
      <w:pPr>
        <w:jc w:val="right"/>
      </w:pPr>
      <w:r>
        <w:t>So if you want to know what is the creation plan of God and what is the purpose</w:t>
      </w:r>
    </w:p>
    <w:p>
      <w:r>
        <w:rPr>
          <w:b/>
        </w:rPr>
        <w:t xml:space="preserve">[06:29] </w:t>
      </w:r>
      <w:r>
        <w:t>of life, what is death, and what is after death, all these things we can know through the Quran.</w:t>
      </w:r>
    </w:p>
    <w:p>
      <w:pPr>
        <w:jc w:val="right"/>
      </w:pPr>
      <w:r>
        <w:t>of life, what is death, and what is after death, all these things we can know through the Quran.</w:t>
      </w:r>
    </w:p>
    <w:p>
      <w:r>
        <w:rPr>
          <w:b/>
        </w:rPr>
        <w:t xml:space="preserve">[06:40] </w:t>
      </w:r>
      <w:r>
        <w:t>When we read the Quran, we find that God has provided two kinds of guidance.</w:t>
      </w:r>
    </w:p>
    <w:p>
      <w:pPr>
        <w:jc w:val="right"/>
      </w:pPr>
      <w:r>
        <w:t>When we read the Quran, we find that God has provided two kinds of guidance.</w:t>
      </w:r>
    </w:p>
    <w:p>
      <w:r>
        <w:rPr>
          <w:b/>
        </w:rPr>
        <w:t xml:space="preserve">[06:52] </w:t>
      </w:r>
      <w:r>
        <w:t>One in the book form. There is a literal statement of divine guidance. The Quran is a literal statement of divine guidance.</w:t>
      </w:r>
    </w:p>
    <w:p>
      <w:pPr>
        <w:jc w:val="right"/>
      </w:pPr>
      <w:r>
        <w:t>One in the book form. There is a literal statement of divine guidance. The Quran is a literal statement of divine guidance.</w:t>
      </w:r>
    </w:p>
    <w:p>
      <w:r>
        <w:rPr>
          <w:b/>
        </w:rPr>
        <w:t xml:space="preserve">[07:05] </w:t>
      </w:r>
      <w:r>
        <w:t>Then the rest of the universe is also a guide in this sense that this verse provides a</w:t>
      </w:r>
    </w:p>
    <w:p>
      <w:pPr>
        <w:jc w:val="right"/>
      </w:pPr>
      <w:r>
        <w:t>Then the rest of the universe is also a guide in this sense that this verse provides a</w:t>
      </w:r>
    </w:p>
    <w:p>
      <w:r>
        <w:rPr>
          <w:b/>
        </w:rPr>
        <w:t xml:space="preserve">[07:13] </w:t>
      </w:r>
      <w:r>
        <w:t>model, a practical model.</w:t>
      </w:r>
    </w:p>
    <w:p>
      <w:pPr>
        <w:jc w:val="right"/>
      </w:pPr>
      <w:r>
        <w:t>model, a practical model.</w:t>
      </w:r>
    </w:p>
    <w:p>
      <w:r>
        <w:rPr>
          <w:b/>
        </w:rPr>
        <w:t xml:space="preserve">[07:22] </w:t>
      </w:r>
      <w:r>
        <w:t>So the whole universe, every part of this universe is like a model for that divine character which</w:t>
      </w:r>
    </w:p>
    <w:p>
      <w:pPr>
        <w:jc w:val="right"/>
      </w:pPr>
      <w:r>
        <w:t>So the whole universe, every part of this universe is like a model for that divine character which</w:t>
      </w:r>
    </w:p>
    <w:p>
      <w:r>
        <w:rPr>
          <w:b/>
        </w:rPr>
        <w:t xml:space="preserve">[07:30] </w:t>
      </w:r>
      <w:r>
        <w:t>is required from men and women.</w:t>
      </w:r>
    </w:p>
    <w:p>
      <w:pPr>
        <w:jc w:val="right"/>
      </w:pPr>
      <w:r>
        <w:t>is required from men and women.</w:t>
      </w:r>
    </w:p>
    <w:p>
      <w:r>
        <w:rPr>
          <w:b/>
        </w:rPr>
        <w:t xml:space="preserve">[07:39] </w:t>
      </w:r>
      <w:r>
        <w:t>There is a verse in the Quran, "This verse tells us the same project or the same planning</w:t>
      </w:r>
    </w:p>
    <w:p>
      <w:pPr>
        <w:jc w:val="right"/>
      </w:pPr>
      <w:r>
        <w:t>There is a verse in the Quran, "This verse tells us the same project or the same planning</w:t>
      </w:r>
    </w:p>
    <w:p>
      <w:r>
        <w:rPr>
          <w:b/>
        </w:rPr>
        <w:t xml:space="preserve">[07:47] </w:t>
      </w:r>
      <w:r>
        <w:t>of God." That the Quran is a book of statement.</w:t>
      </w:r>
    </w:p>
    <w:p>
      <w:pPr>
        <w:jc w:val="right"/>
      </w:pPr>
      <w:r>
        <w:t>of God." That the Quran is a book of statement.</w:t>
      </w:r>
    </w:p>
    <w:p>
      <w:r>
        <w:rPr>
          <w:b/>
        </w:rPr>
        <w:t xml:space="preserve">[07:56] </w:t>
      </w:r>
      <w:r>
        <w:t>And the rest of the verses and the rest of the universe is like a demonstration or model</w:t>
      </w:r>
    </w:p>
    <w:p>
      <w:pPr>
        <w:jc w:val="right"/>
      </w:pPr>
      <w:r>
        <w:t>And the rest of the verses and the rest of the universe is like a demonstration or model</w:t>
      </w:r>
    </w:p>
    <w:p>
      <w:r>
        <w:rPr>
          <w:b/>
        </w:rPr>
        <w:t xml:space="preserve">[08:07] </w:t>
      </w:r>
      <w:r>
        <w:t>for a human being.</w:t>
      </w:r>
    </w:p>
    <w:p>
      <w:pPr>
        <w:jc w:val="right"/>
      </w:pPr>
      <w:r>
        <w:t>for a human being.</w:t>
      </w:r>
    </w:p>
    <w:p>
      <w:r>
        <w:rPr>
          <w:b/>
        </w:rPr>
        <w:t xml:space="preserve">[08:18] </w:t>
      </w:r>
      <w:r>
        <w:t>Now there is a very relevant verse in the Quran, "Do they seek religion other than God's?</w:t>
      </w:r>
    </w:p>
    <w:p>
      <w:pPr>
        <w:jc w:val="right"/>
      </w:pPr>
      <w:r>
        <w:t>Now there is a very relevant verse in the Quran, "Do they seek religion other than God's?</w:t>
      </w:r>
    </w:p>
    <w:p>
      <w:r>
        <w:rPr>
          <w:b/>
        </w:rPr>
        <w:t xml:space="preserve">[08:30] </w:t>
      </w:r>
      <w:r>
        <w:t>Whereas all the whole world, whereas the whole world is following the same religion willingly or unwillingly." In</w:t>
      </w:r>
    </w:p>
    <w:p>
      <w:pPr>
        <w:jc w:val="right"/>
      </w:pPr>
      <w:r>
        <w:t>Whereas all the whole world, whereas the whole world is following the same religion willingly or unwillingly." In</w:t>
      </w:r>
    </w:p>
    <w:p>
      <w:r>
        <w:rPr>
          <w:b/>
        </w:rPr>
        <w:t xml:space="preserve">[08:39] </w:t>
      </w:r>
      <w:r>
        <w:t>this verse, we know that God's religion is only one.</w:t>
      </w:r>
    </w:p>
    <w:p>
      <w:pPr>
        <w:jc w:val="right"/>
      </w:pPr>
      <w:r>
        <w:t>this verse, we know that God's religion is only one.</w:t>
      </w:r>
    </w:p>
    <w:p>
      <w:r>
        <w:rPr>
          <w:b/>
        </w:rPr>
        <w:t xml:space="preserve">[08:49] </w:t>
      </w:r>
      <w:r>
        <w:t>And the same religion is required by man as well as by the rest of the universe.</w:t>
      </w:r>
    </w:p>
    <w:p>
      <w:pPr>
        <w:jc w:val="right"/>
      </w:pPr>
      <w:r>
        <w:t>And the same religion is required by man as well as by the rest of the universe.</w:t>
      </w:r>
    </w:p>
    <w:p>
      <w:r>
        <w:rPr>
          <w:b/>
        </w:rPr>
        <w:t xml:space="preserve">[08:59] </w:t>
      </w:r>
      <w:r>
        <w:t>Now what is this religion?</w:t>
      </w:r>
    </w:p>
    <w:p>
      <w:pPr>
        <w:jc w:val="right"/>
      </w:pPr>
      <w:r>
        <w:t>Now what is this religion?</w:t>
      </w:r>
    </w:p>
    <w:p>
      <w:r>
        <w:rPr>
          <w:b/>
        </w:rPr>
        <w:t xml:space="preserve">[09:09] </w:t>
      </w:r>
      <w:r>
        <w:t>I will refer to some verses from the Quran and Hadith that will tell us the detail of this creation plan of God.</w:t>
      </w:r>
    </w:p>
    <w:p>
      <w:pPr>
        <w:jc w:val="right"/>
      </w:pPr>
      <w:r>
        <w:t>I will refer to some verses from the Quran and Hadith that will tell us the detail of this creation plan of God.</w:t>
      </w:r>
    </w:p>
    <w:p>
      <w:r>
        <w:rPr>
          <w:b/>
        </w:rPr>
        <w:t xml:space="preserve">[09:30] </w:t>
      </w:r>
      <w:r>
        <w:t>There is a verse in the Quran, "This means that in the vast universe, there are numerous stars and planets.</w:t>
      </w:r>
    </w:p>
    <w:p>
      <w:pPr>
        <w:jc w:val="right"/>
      </w:pPr>
      <w:r>
        <w:t>There is a verse in the Quran, "This means that in the vast universe, there are numerous stars and planets.</w:t>
      </w:r>
    </w:p>
    <w:p>
      <w:r>
        <w:rPr>
          <w:b/>
        </w:rPr>
        <w:t xml:space="preserve">[09:43] </w:t>
      </w:r>
      <w:r>
        <w:t>All are in motion.</w:t>
      </w:r>
    </w:p>
    <w:p>
      <w:pPr>
        <w:jc w:val="right"/>
      </w:pPr>
      <w:r>
        <w:t>All are in motion.</w:t>
      </w:r>
    </w:p>
    <w:p>
      <w:r>
        <w:rPr>
          <w:b/>
        </w:rPr>
        <w:t xml:space="preserve">[09:57] </w:t>
      </w:r>
      <w:r>
        <w:t>But every star and every planet devolves strictly following its own orbit.</w:t>
      </w:r>
    </w:p>
    <w:p>
      <w:pPr>
        <w:jc w:val="right"/>
      </w:pPr>
      <w:r>
        <w:t>But every star and every planet devolves strictly following its own orbit.</w:t>
      </w:r>
    </w:p>
    <w:p>
      <w:r>
        <w:rPr>
          <w:b/>
        </w:rPr>
        <w:t xml:space="preserve">[10:11] </w:t>
      </w:r>
      <w:r>
        <w:t>No star or planet deviates from its orbit. And also, no stars or planets intervene in the other orbit.</w:t>
      </w:r>
    </w:p>
    <w:p>
      <w:pPr>
        <w:jc w:val="right"/>
      </w:pPr>
      <w:r>
        <w:t>No star or planet deviates from its orbit. And also, no stars or planets intervene in the other orbit.</w:t>
      </w:r>
    </w:p>
    <w:p>
      <w:r>
        <w:rPr>
          <w:b/>
        </w:rPr>
        <w:t xml:space="preserve">[10:22] </w:t>
      </w:r>
      <w:r>
        <w:t>So this is the approved form of movement, approved form of life for man also. Man is free. God has given man freedom. So man is free for his movement, for his actions, for his activities.</w:t>
      </w:r>
    </w:p>
    <w:p>
      <w:pPr>
        <w:jc w:val="right"/>
      </w:pPr>
      <w:r>
        <w:t>So this is the approved form of movement, approved form of life for man also. Man is free. God has given man freedom. So man is free for his movement, for his actions, for his activities.</w:t>
      </w:r>
    </w:p>
    <w:p>
      <w:r>
        <w:rPr>
          <w:b/>
        </w:rPr>
        <w:t xml:space="preserve">[10:44] </w:t>
      </w:r>
      <w:r>
        <w:t>But according to this universal model, man must follow his own orbit. He must work within his own limit. No man or woman is allowed to interfere in the spheres of other people.</w:t>
      </w:r>
    </w:p>
    <w:p>
      <w:pPr>
        <w:jc w:val="right"/>
      </w:pPr>
      <w:r>
        <w:t>But according to this universal model, man must follow his own orbit. He must work within his own limit. No man or woman is allowed to interfere in the spheres of other people.</w:t>
      </w:r>
    </w:p>
    <w:p>
      <w:r>
        <w:rPr>
          <w:b/>
        </w:rPr>
        <w:t xml:space="preserve">[11:06] </w:t>
      </w:r>
      <w:r>
        <w:t>We have to follow our own orbit strictly without interfering with the other. The same is mentioned in the Hadith in these verses, "It means that. No, he is not a true believer.</w:t>
      </w:r>
    </w:p>
    <w:p>
      <w:pPr>
        <w:jc w:val="right"/>
      </w:pPr>
      <w:r>
        <w:t>We have to follow our own orbit strictly without interfering with the other. The same is mentioned in the Hadith in these verses, "It means that. No, he is not a true believer.</w:t>
      </w:r>
    </w:p>
    <w:p>
      <w:r>
        <w:rPr>
          <w:b/>
        </w:rPr>
        <w:t xml:space="preserve">[11:35] </w:t>
      </w:r>
      <w:r>
        <w:t>According to this Hadith, he is not a true believer who creates problems for his neighbors.</w:t>
      </w:r>
    </w:p>
    <w:p>
      <w:pPr>
        <w:jc w:val="right"/>
      </w:pPr>
      <w:r>
        <w:t>According to this Hadith, he is not a true believer who creates problems for his neighbors.</w:t>
      </w:r>
    </w:p>
    <w:p>
      <w:r>
        <w:rPr>
          <w:b/>
        </w:rPr>
        <w:t xml:space="preserve">[11:42] </w:t>
      </w:r>
      <w:r>
        <w:t>This is the universal model.</w:t>
      </w:r>
    </w:p>
    <w:p>
      <w:pPr>
        <w:jc w:val="right"/>
      </w:pPr>
      <w:r>
        <w:t>This is the universal model.</w:t>
      </w:r>
    </w:p>
    <w:p>
      <w:r>
        <w:rPr>
          <w:b/>
        </w:rPr>
        <w:t xml:space="preserve">[11:49] </w:t>
      </w:r>
      <w:r>
        <w:t>No heavenly body creates problems for other bodies.</w:t>
      </w:r>
    </w:p>
    <w:p>
      <w:pPr>
        <w:jc w:val="right"/>
      </w:pPr>
      <w:r>
        <w:t>No heavenly body creates problems for other bodies.</w:t>
      </w:r>
    </w:p>
    <w:p>
      <w:r>
        <w:rPr>
          <w:b/>
        </w:rPr>
        <w:t xml:space="preserve">[11:56] </w:t>
      </w:r>
      <w:r>
        <w:t>So is required by man.</w:t>
      </w:r>
    </w:p>
    <w:p>
      <w:pPr>
        <w:jc w:val="right"/>
      </w:pPr>
      <w:r>
        <w:t>So is required by man.</w:t>
      </w:r>
    </w:p>
    <w:p>
      <w:r>
        <w:rPr>
          <w:b/>
        </w:rPr>
        <w:t xml:space="preserve">[12:03] </w:t>
      </w:r>
      <w:r>
        <w:t>Man must follow his own path, his own sphere.</w:t>
      </w:r>
    </w:p>
    <w:p>
      <w:pPr>
        <w:jc w:val="right"/>
      </w:pPr>
      <w:r>
        <w:t>Man must follow his own path, his own sphere.</w:t>
      </w:r>
    </w:p>
    <w:p>
      <w:r>
        <w:rPr>
          <w:b/>
        </w:rPr>
        <w:t xml:space="preserve">[12:11] </w:t>
      </w:r>
      <w:r>
        <w:t>Every man and woman are free.</w:t>
      </w:r>
    </w:p>
    <w:p>
      <w:pPr>
        <w:jc w:val="right"/>
      </w:pPr>
      <w:r>
        <w:t>Every man and woman are free.</w:t>
      </w:r>
    </w:p>
    <w:p>
      <w:r>
        <w:rPr>
          <w:b/>
        </w:rPr>
        <w:t xml:space="preserve">[12:18] </w:t>
      </w:r>
      <w:r>
        <w:t>But no one is free to create problems for others.</w:t>
      </w:r>
    </w:p>
    <w:p>
      <w:pPr>
        <w:jc w:val="right"/>
      </w:pPr>
      <w:r>
        <w:t>But no one is free to create problems for others.</w:t>
      </w:r>
    </w:p>
    <w:p>
      <w:r>
        <w:rPr>
          <w:b/>
        </w:rPr>
        <w:t xml:space="preserve">[12:25] </w:t>
      </w:r>
      <w:r>
        <w:t>No one is free to intervene in the affairs of others.</w:t>
      </w:r>
    </w:p>
    <w:p>
      <w:pPr>
        <w:jc w:val="right"/>
      </w:pPr>
      <w:r>
        <w:t>No one is free to intervene in the affairs of others.</w:t>
      </w:r>
    </w:p>
    <w:p>
      <w:r>
        <w:rPr>
          <w:b/>
        </w:rPr>
        <w:t xml:space="preserve">[12:32] </w:t>
      </w:r>
      <w:r>
        <w:t>This is the first model.</w:t>
      </w:r>
    </w:p>
    <w:p>
      <w:pPr>
        <w:jc w:val="right"/>
      </w:pPr>
      <w:r>
        <w:t>This is the first model.</w:t>
      </w:r>
    </w:p>
    <w:p>
      <w:r>
        <w:rPr>
          <w:b/>
        </w:rPr>
        <w:t xml:space="preserve">[12:40] </w:t>
      </w:r>
      <w:r>
        <w:t>This model is already adopted by the rest of the universe.</w:t>
      </w:r>
    </w:p>
    <w:p>
      <w:pPr>
        <w:jc w:val="right"/>
      </w:pPr>
      <w:r>
        <w:t>This model is already adopted by the rest of the universe.</w:t>
      </w:r>
    </w:p>
    <w:p>
      <w:r>
        <w:rPr>
          <w:b/>
        </w:rPr>
        <w:t xml:space="preserve">[12:47] </w:t>
      </w:r>
      <w:r>
        <w:t>The same model is required by men and women also.</w:t>
      </w:r>
    </w:p>
    <w:p>
      <w:pPr>
        <w:jc w:val="right"/>
      </w:pPr>
      <w:r>
        <w:t>The same model is required by men and women also.</w:t>
      </w:r>
    </w:p>
    <w:p>
      <w:r>
        <w:rPr>
          <w:b/>
        </w:rPr>
        <w:t xml:space="preserve">[12:54] </w:t>
      </w:r>
      <w:r>
        <w:t>This is one example.</w:t>
      </w:r>
    </w:p>
    <w:p>
      <w:pPr>
        <w:jc w:val="right"/>
      </w:pPr>
      <w:r>
        <w:t>This is one example.</w:t>
      </w:r>
    </w:p>
    <w:p>
      <w:r>
        <w:rPr>
          <w:b/>
        </w:rPr>
        <w:t xml:space="preserve">[13:01] </w:t>
      </w:r>
      <w:r>
        <w:t>Then there are other verses and Hadiths.</w:t>
      </w:r>
    </w:p>
    <w:p>
      <w:pPr>
        <w:jc w:val="right"/>
      </w:pPr>
      <w:r>
        <w:t>Then there are other verses and Hadiths.</w:t>
      </w:r>
    </w:p>
    <w:p>
      <w:r>
        <w:rPr>
          <w:b/>
        </w:rPr>
        <w:t xml:space="preserve">[13:09] </w:t>
      </w:r>
      <w:r>
        <w:t>And I want to mention some of those verses.</w:t>
      </w:r>
    </w:p>
    <w:p>
      <w:pPr>
        <w:jc w:val="right"/>
      </w:pPr>
      <w:r>
        <w:t>And I want to mention some of those verses.</w:t>
      </w:r>
    </w:p>
    <w:p>
      <w:r>
        <w:rPr>
          <w:b/>
        </w:rPr>
        <w:t xml:space="preserve">[13:16] </w:t>
      </w:r>
      <w:r>
        <w:t>For example, the Quran says, referring to the system of rain and rivers, the Quran says, "It means</w:t>
      </w:r>
    </w:p>
    <w:p>
      <w:pPr>
        <w:jc w:val="right"/>
      </w:pPr>
      <w:r>
        <w:t>For example, the Quran says, referring to the system of rain and rivers, the Quran says, "It means</w:t>
      </w:r>
    </w:p>
    <w:p>
      <w:r>
        <w:rPr>
          <w:b/>
        </w:rPr>
        <w:t xml:space="preserve">[13:23] </w:t>
      </w:r>
      <w:r>
        <w:t>that rain and rivers are a water system.</w:t>
      </w:r>
    </w:p>
    <w:p>
      <w:pPr>
        <w:jc w:val="right"/>
      </w:pPr>
      <w:r>
        <w:t>that rain and rivers are a water system.</w:t>
      </w:r>
    </w:p>
    <w:p>
      <w:r>
        <w:rPr>
          <w:b/>
        </w:rPr>
        <w:t xml:space="preserve">[13:30] </w:t>
      </w:r>
      <w:r>
        <w:t>Always a water system is a highly active system.</w:t>
      </w:r>
    </w:p>
    <w:p>
      <w:pPr>
        <w:jc w:val="right"/>
      </w:pPr>
      <w:r>
        <w:t>Always a water system is a highly active system.</w:t>
      </w:r>
    </w:p>
    <w:p>
      <w:r>
        <w:rPr>
          <w:b/>
        </w:rPr>
        <w:t xml:space="preserve">[13:38] </w:t>
      </w:r>
      <w:r>
        <w:t>But the water supply system in this Earth is always active on a principle of giving principle, not</w:t>
      </w:r>
    </w:p>
    <w:p>
      <w:pPr>
        <w:jc w:val="right"/>
      </w:pPr>
      <w:r>
        <w:t>But the water supply system in this Earth is always active on a principle of giving principle, not</w:t>
      </w:r>
    </w:p>
    <w:p>
      <w:r>
        <w:rPr>
          <w:b/>
        </w:rPr>
        <w:t xml:space="preserve">[13:45] </w:t>
      </w:r>
      <w:r>
        <w:t>on taking principle.</w:t>
      </w:r>
    </w:p>
    <w:p>
      <w:pPr>
        <w:jc w:val="right"/>
      </w:pPr>
      <w:r>
        <w:t>on taking principle.</w:t>
      </w:r>
    </w:p>
    <w:p>
      <w:r>
        <w:rPr>
          <w:b/>
        </w:rPr>
        <w:t xml:space="preserve">[13:52] </w:t>
      </w:r>
      <w:r>
        <w:t>The rain system, river system, and water supply system is there.</w:t>
      </w:r>
    </w:p>
    <w:p>
      <w:pPr>
        <w:jc w:val="right"/>
      </w:pPr>
      <w:r>
        <w:t>The rain system, river system, and water supply system is there.</w:t>
      </w:r>
    </w:p>
    <w:p>
      <w:r>
        <w:rPr>
          <w:b/>
        </w:rPr>
        <w:t xml:space="preserve">[13:59] </w:t>
      </w:r>
      <w:r>
        <w:t>But this system always tries to give rather than to take.</w:t>
      </w:r>
    </w:p>
    <w:p>
      <w:pPr>
        <w:jc w:val="right"/>
      </w:pPr>
      <w:r>
        <w:t>But this system always tries to give rather than to take.</w:t>
      </w:r>
    </w:p>
    <w:p>
      <w:r>
        <w:rPr>
          <w:b/>
        </w:rPr>
        <w:t xml:space="preserve">[14:07] </w:t>
      </w:r>
      <w:r>
        <w:t>So this is the natural model established by God in the universe.</w:t>
      </w:r>
    </w:p>
    <w:p>
      <w:pPr>
        <w:jc w:val="right"/>
      </w:pPr>
      <w:r>
        <w:t>So this is the natural model established by God in the universe.</w:t>
      </w:r>
    </w:p>
    <w:p>
      <w:r>
        <w:rPr>
          <w:b/>
        </w:rPr>
        <w:t xml:space="preserve">[14:14] </w:t>
      </w:r>
      <w:r>
        <w:t>The rest of the universe is based on this principle, that is, the giver principle.</w:t>
      </w:r>
    </w:p>
    <w:p>
      <w:pPr>
        <w:jc w:val="right"/>
      </w:pPr>
      <w:r>
        <w:t>The rest of the universe is based on this principle, that is, the giver principle.</w:t>
      </w:r>
    </w:p>
    <w:p>
      <w:r>
        <w:rPr>
          <w:b/>
        </w:rPr>
        <w:t xml:space="preserve">[14:21] </w:t>
      </w:r>
      <w:r>
        <w:t>So man must also adopt this model.</w:t>
      </w:r>
    </w:p>
    <w:p>
      <w:pPr>
        <w:jc w:val="right"/>
      </w:pPr>
      <w:r>
        <w:t>So man must also adopt this model.</w:t>
      </w:r>
    </w:p>
    <w:p>
      <w:r>
        <w:rPr>
          <w:b/>
        </w:rPr>
        <w:t xml:space="preserve">[14:28] </w:t>
      </w:r>
      <w:r>
        <w:t>Man must live in his society as a giver member rather than a taker member.</w:t>
      </w:r>
    </w:p>
    <w:p>
      <w:pPr>
        <w:jc w:val="right"/>
      </w:pPr>
      <w:r>
        <w:t>Man must live in his society as a giver member rather than a taker member.</w:t>
      </w:r>
    </w:p>
    <w:p>
      <w:r>
        <w:rPr>
          <w:b/>
        </w:rPr>
        <w:t xml:space="preserve">[14:36] </w:t>
      </w:r>
      <w:r>
        <w:t>There is a Hadith, "It means that give to others what is due to others.</w:t>
      </w:r>
    </w:p>
    <w:p>
      <w:pPr>
        <w:jc w:val="right"/>
      </w:pPr>
      <w:r>
        <w:t>There is a Hadith, "It means that give to others what is due to others.</w:t>
      </w:r>
    </w:p>
    <w:p>
      <w:r>
        <w:rPr>
          <w:b/>
        </w:rPr>
        <w:t xml:space="preserve">[14:44] </w:t>
      </w:r>
      <w:r>
        <w:t>And ask, and for your right, ask from God." This is the same principle.</w:t>
      </w:r>
    </w:p>
    <w:p>
      <w:pPr>
        <w:jc w:val="right"/>
      </w:pPr>
      <w:r>
        <w:t>And ask, and for your right, ask from God." This is the same principle.</w:t>
      </w:r>
    </w:p>
    <w:p>
      <w:r>
        <w:rPr>
          <w:b/>
        </w:rPr>
        <w:t xml:space="preserve">[14:53] </w:t>
      </w:r>
      <w:r>
        <w:t>So the approved model of God for the universe as well as for men and women is this:</w:t>
      </w:r>
    </w:p>
    <w:p>
      <w:pPr>
        <w:jc w:val="right"/>
      </w:pPr>
      <w:r>
        <w:t>So the approved model of God for the universe as well as for men and women is this:</w:t>
      </w:r>
    </w:p>
    <w:p>
      <w:r>
        <w:rPr>
          <w:b/>
        </w:rPr>
        <w:t xml:space="preserve">[15:01] </w:t>
      </w:r>
      <w:r>
        <w:t>that one must live as a giver in his society and not as a taker in his society.</w:t>
      </w:r>
    </w:p>
    <w:p>
      <w:pPr>
        <w:jc w:val="right"/>
      </w:pPr>
      <w:r>
        <w:t>that one must live as a giver in his society and not as a taker in his society.</w:t>
      </w:r>
    </w:p>
    <w:p>
      <w:r>
        <w:rPr>
          <w:b/>
        </w:rPr>
        <w:t xml:space="preserve">[15:10] </w:t>
      </w:r>
      <w:r>
        <w:t>You have to be useful fathers.</w:t>
      </w:r>
    </w:p>
    <w:p>
      <w:pPr>
        <w:jc w:val="right"/>
      </w:pPr>
      <w:r>
        <w:t>You have to be useful fathers.</w:t>
      </w:r>
    </w:p>
    <w:p>
      <w:r>
        <w:rPr>
          <w:b/>
        </w:rPr>
        <w:t xml:space="preserve">[15:18] </w:t>
      </w:r>
      <w:r>
        <w:t>You have to save yourself from being harmful fathers.</w:t>
      </w:r>
    </w:p>
    <w:p>
      <w:pPr>
        <w:jc w:val="right"/>
      </w:pPr>
      <w:r>
        <w:t>You have to save yourself from being harmful fathers.</w:t>
      </w:r>
    </w:p>
    <w:p>
      <w:r>
        <w:rPr>
          <w:b/>
        </w:rPr>
        <w:t xml:space="preserve">[15:27] </w:t>
      </w:r>
      <w:r>
        <w:t>This model is already the whole universe has adopted this model.</w:t>
      </w:r>
    </w:p>
    <w:p>
      <w:pPr>
        <w:jc w:val="right"/>
      </w:pPr>
      <w:r>
        <w:t>This model is already the whole universe has adopted this model.</w:t>
      </w:r>
    </w:p>
    <w:p>
      <w:r>
        <w:rPr>
          <w:b/>
        </w:rPr>
        <w:t xml:space="preserve">[15:35] </w:t>
      </w:r>
      <w:r>
        <w:t>So is required by man.</w:t>
      </w:r>
    </w:p>
    <w:p>
      <w:pPr>
        <w:jc w:val="right"/>
      </w:pPr>
      <w:r>
        <w:t>So is required by man.</w:t>
      </w:r>
    </w:p>
    <w:p>
      <w:r>
        <w:rPr>
          <w:b/>
        </w:rPr>
        <w:t xml:space="preserve">[15:44] </w:t>
      </w:r>
      <w:r>
        <w:t>"Do they want any religion other than God's?</w:t>
      </w:r>
    </w:p>
    <w:p>
      <w:pPr>
        <w:jc w:val="right"/>
      </w:pPr>
      <w:r>
        <w:t>"Do they want any religion other than God's?</w:t>
      </w:r>
    </w:p>
    <w:p>
      <w:r>
        <w:rPr>
          <w:b/>
        </w:rPr>
        <w:t xml:space="preserve">[15:53] </w:t>
      </w:r>
      <w:r>
        <w:t>" It means that do they want to follow any other model? Do they want to follow a model other than the universal model? So it will not be accepted to God.</w:t>
      </w:r>
    </w:p>
    <w:p>
      <w:pPr>
        <w:jc w:val="right"/>
      </w:pPr>
      <w:r>
        <w:t>" It means that do they want to follow any other model? Do they want to follow a model other than the universal model? So it will not be accepted to God.</w:t>
      </w:r>
    </w:p>
    <w:p>
      <w:r>
        <w:rPr>
          <w:b/>
        </w:rPr>
        <w:t xml:space="preserve">[16:09] </w:t>
      </w:r>
      <w:r>
        <w:t>God will not accept any other model.</w:t>
      </w:r>
    </w:p>
    <w:p>
      <w:pPr>
        <w:jc w:val="right"/>
      </w:pPr>
      <w:r>
        <w:t>God will not accept any other model.</w:t>
      </w:r>
    </w:p>
    <w:p>
      <w:r>
        <w:rPr>
          <w:b/>
        </w:rPr>
        <w:t xml:space="preserve">[16:16] </w:t>
      </w:r>
      <w:r>
        <w:t>The only model which is accepted by God is that which is based on giving spirit rather than taking spirit.</w:t>
      </w:r>
    </w:p>
    <w:p>
      <w:pPr>
        <w:jc w:val="right"/>
      </w:pPr>
      <w:r>
        <w:t>The only model which is accepted by God is that which is based on giving spirit rather than taking spirit.</w:t>
      </w:r>
    </w:p>
    <w:p>
      <w:r>
        <w:rPr>
          <w:b/>
        </w:rPr>
        <w:t xml:space="preserve">[16:24] </w:t>
      </w:r>
      <w:r>
        <w:t>So this principle is given.</w:t>
      </w:r>
    </w:p>
    <w:p>
      <w:pPr>
        <w:jc w:val="right"/>
      </w:pPr>
      <w:r>
        <w:t>So this principle is given.</w:t>
      </w:r>
    </w:p>
    <w:p>
      <w:r>
        <w:rPr>
          <w:b/>
        </w:rPr>
        <w:t xml:space="preserve">[16:32] </w:t>
      </w:r>
      <w:r>
        <w:t>This principle you can find in the Quran.</w:t>
      </w:r>
    </w:p>
    <w:p>
      <w:pPr>
        <w:jc w:val="right"/>
      </w:pPr>
      <w:r>
        <w:t>This principle you can find in the Quran.</w:t>
      </w:r>
    </w:p>
    <w:p>
      <w:r>
        <w:rPr>
          <w:b/>
        </w:rPr>
        <w:t xml:space="preserve">[16:39] </w:t>
      </w:r>
      <w:r>
        <w:t>Then there is a Hadith that now here I would like to add that only a few examples</w:t>
      </w:r>
    </w:p>
    <w:p>
      <w:pPr>
        <w:jc w:val="right"/>
      </w:pPr>
      <w:r>
        <w:t>Then there is a Hadith that now here I would like to add that only a few examples</w:t>
      </w:r>
    </w:p>
    <w:p>
      <w:r>
        <w:rPr>
          <w:b/>
        </w:rPr>
        <w:t xml:space="preserve">[16:47] </w:t>
      </w:r>
      <w:r>
        <w:t>are given in the Quran and Hadith, not all.</w:t>
      </w:r>
    </w:p>
    <w:p>
      <w:pPr>
        <w:jc w:val="right"/>
      </w:pPr>
      <w:r>
        <w:t>are given in the Quran and Hadith, not all.</w:t>
      </w:r>
    </w:p>
    <w:p>
      <w:r>
        <w:rPr>
          <w:b/>
        </w:rPr>
        <w:t xml:space="preserve">[16:55] </w:t>
      </w:r>
      <w:r>
        <w:t>Because our universe is a vast universe.</w:t>
      </w:r>
    </w:p>
    <w:p>
      <w:pPr>
        <w:jc w:val="right"/>
      </w:pPr>
      <w:r>
        <w:t>Because our universe is a vast universe.</w:t>
      </w:r>
    </w:p>
    <w:p>
      <w:r>
        <w:rPr>
          <w:b/>
        </w:rPr>
        <w:t xml:space="preserve">[17:00] </w:t>
      </w:r>
      <w:r>
        <w:t>There are billions and billions of items.</w:t>
      </w:r>
    </w:p>
    <w:p>
      <w:pPr>
        <w:jc w:val="right"/>
      </w:pPr>
      <w:r>
        <w:t>There are billions and billions of items.</w:t>
      </w:r>
    </w:p>
    <w:p>
      <w:r>
        <w:rPr>
          <w:b/>
        </w:rPr>
        <w:t xml:space="preserve">[17:06] </w:t>
      </w:r>
      <w:r>
        <w:t>And every part of the universe is a model.</w:t>
      </w:r>
    </w:p>
    <w:p>
      <w:pPr>
        <w:jc w:val="right"/>
      </w:pPr>
      <w:r>
        <w:t>And every part of the universe is a model.</w:t>
      </w:r>
    </w:p>
    <w:p>
      <w:r>
        <w:rPr>
          <w:b/>
        </w:rPr>
        <w:t xml:space="preserve">[17:12] </w:t>
      </w:r>
      <w:r>
        <w:t>Every part of the universe is a model for man.</w:t>
      </w:r>
    </w:p>
    <w:p>
      <w:pPr>
        <w:jc w:val="right"/>
      </w:pPr>
      <w:r>
        <w:t>Every part of the universe is a model for man.</w:t>
      </w:r>
    </w:p>
    <w:p>
      <w:r>
        <w:rPr>
          <w:b/>
        </w:rPr>
        <w:t xml:space="preserve">[17:18] </w:t>
      </w:r>
      <w:r>
        <w:t>So all are not mentioned in the Quran.</w:t>
      </w:r>
    </w:p>
    <w:p>
      <w:pPr>
        <w:jc w:val="right"/>
      </w:pPr>
      <w:r>
        <w:t>So all are not mentioned in the Quran.</w:t>
      </w:r>
    </w:p>
    <w:p>
      <w:r>
        <w:rPr>
          <w:b/>
        </w:rPr>
        <w:t xml:space="preserve">[17:24] </w:t>
      </w:r>
      <w:r>
        <w:t>Only some parts are mentioned in the Quran.</w:t>
      </w:r>
    </w:p>
    <w:p>
      <w:pPr>
        <w:jc w:val="right"/>
      </w:pPr>
      <w:r>
        <w:t>Only some parts are mentioned in the Quran.</w:t>
      </w:r>
    </w:p>
    <w:p>
      <w:r>
        <w:rPr>
          <w:b/>
        </w:rPr>
        <w:t xml:space="preserve">[17:30] </w:t>
      </w:r>
      <w:r>
        <w:t>But by using your own common sense, you can know other models also.</w:t>
      </w:r>
    </w:p>
    <w:p>
      <w:pPr>
        <w:jc w:val="right"/>
      </w:pPr>
      <w:r>
        <w:t>But by using your own common sense, you can know other models also.</w:t>
      </w:r>
    </w:p>
    <w:p>
      <w:r>
        <w:rPr>
          <w:b/>
        </w:rPr>
        <w:t xml:space="preserve">[17:36] </w:t>
      </w:r>
      <w:r>
        <w:t>These models referred to in the Quran are as examples.</w:t>
      </w:r>
    </w:p>
    <w:p>
      <w:pPr>
        <w:jc w:val="right"/>
      </w:pPr>
      <w:r>
        <w:t>These models referred to in the Quran are as examples.</w:t>
      </w:r>
    </w:p>
    <w:p>
      <w:r>
        <w:rPr>
          <w:b/>
        </w:rPr>
        <w:t xml:space="preserve">[17:42] </w:t>
      </w:r>
      <w:r>
        <w:t>So if you understand these models and if you contemplate about this system of God, then you can</w:t>
      </w:r>
    </w:p>
    <w:p>
      <w:pPr>
        <w:jc w:val="right"/>
      </w:pPr>
      <w:r>
        <w:t>So if you understand these models and if you contemplate about this system of God, then you can</w:t>
      </w:r>
    </w:p>
    <w:p>
      <w:r>
        <w:rPr>
          <w:b/>
        </w:rPr>
        <w:t xml:space="preserve">[17:48] </w:t>
      </w:r>
      <w:r>
        <w:t>easily find other models also.</w:t>
      </w:r>
    </w:p>
    <w:p>
      <w:pPr>
        <w:jc w:val="right"/>
      </w:pPr>
      <w:r>
        <w:t>easily find other models also.</w:t>
      </w:r>
    </w:p>
    <w:p>
      <w:r>
        <w:rPr>
          <w:b/>
        </w:rPr>
        <w:t xml:space="preserve">[17:54] </w:t>
      </w:r>
      <w:r>
        <w:t>Because the whole universe is a model.</w:t>
      </w:r>
    </w:p>
    <w:p>
      <w:pPr>
        <w:jc w:val="right"/>
      </w:pPr>
      <w:r>
        <w:t>Because the whole universe is a model.</w:t>
      </w:r>
    </w:p>
    <w:p>
      <w:r>
        <w:rPr>
          <w:b/>
        </w:rPr>
        <w:t xml:space="preserve">[18:00] </w:t>
      </w:r>
      <w:r>
        <w:t>For example, you see a cow.</w:t>
      </w:r>
    </w:p>
    <w:p>
      <w:pPr>
        <w:jc w:val="right"/>
      </w:pPr>
      <w:r>
        <w:t>For example, you see a cow.</w:t>
      </w:r>
    </w:p>
    <w:p>
      <w:r>
        <w:rPr>
          <w:b/>
        </w:rPr>
        <w:t xml:space="preserve">[18:06] </w:t>
      </w:r>
      <w:r>
        <w:t>The cow as a model is not mentioned in the Quran. But it is a model. The cow is a divine industry. The cow is a creation of God.</w:t>
      </w:r>
    </w:p>
    <w:p>
      <w:pPr>
        <w:jc w:val="right"/>
      </w:pPr>
      <w:r>
        <w:t>The cow as a model is not mentioned in the Quran. But it is a model. The cow is a divine industry. The cow is a creation of God.</w:t>
      </w:r>
    </w:p>
    <w:p>
      <w:r>
        <w:rPr>
          <w:b/>
        </w:rPr>
        <w:t xml:space="preserve">[18:20] </w:t>
      </w:r>
      <w:r>
        <w:t>And also, the cow is a creation of God also.</w:t>
      </w:r>
    </w:p>
    <w:p>
      <w:pPr>
        <w:jc w:val="right"/>
      </w:pPr>
      <w:r>
        <w:t>And also, the cow is a creation of God also.</w:t>
      </w:r>
    </w:p>
    <w:p>
      <w:r>
        <w:rPr>
          <w:b/>
        </w:rPr>
        <w:t xml:space="preserve">[18:26] </w:t>
      </w:r>
      <w:r>
        <w:t>It is a model.</w:t>
      </w:r>
    </w:p>
    <w:p>
      <w:pPr>
        <w:jc w:val="right"/>
      </w:pPr>
      <w:r>
        <w:t>It is a model.</w:t>
      </w:r>
    </w:p>
    <w:p>
      <w:r>
        <w:rPr>
          <w:b/>
        </w:rPr>
        <w:t xml:space="preserve">[18:33] </w:t>
      </w:r>
      <w:r>
        <w:t>You know, the cow takes grass and returns milk.</w:t>
      </w:r>
    </w:p>
    <w:p>
      <w:pPr>
        <w:jc w:val="right"/>
      </w:pPr>
      <w:r>
        <w:t>You know, the cow takes grass and returns milk.</w:t>
      </w:r>
    </w:p>
    <w:p>
      <w:r>
        <w:rPr>
          <w:b/>
        </w:rPr>
        <w:t xml:space="preserve">[18:40] </w:t>
      </w:r>
      <w:r>
        <w:t>In other words, the cow takes non-milk and returns it into milk.</w:t>
      </w:r>
    </w:p>
    <w:p>
      <w:pPr>
        <w:jc w:val="right"/>
      </w:pPr>
      <w:r>
        <w:t>In other words, the cow takes non-milk and returns it into milk.</w:t>
      </w:r>
    </w:p>
    <w:p>
      <w:r>
        <w:rPr>
          <w:b/>
        </w:rPr>
        <w:t xml:space="preserve">[18:47] </w:t>
      </w:r>
      <w:r>
        <w:t>Or you can say that the cow is an industry to convert non-milk into milk.</w:t>
      </w:r>
    </w:p>
    <w:p>
      <w:pPr>
        <w:jc w:val="right"/>
      </w:pPr>
      <w:r>
        <w:t>Or you can say that the cow is an industry to convert non-milk into milk.</w:t>
      </w:r>
    </w:p>
    <w:p>
      <w:r>
        <w:rPr>
          <w:b/>
        </w:rPr>
        <w:t xml:space="preserve">[18:54] </w:t>
      </w:r>
      <w:r>
        <w:t>This is also a model, also a divine model.</w:t>
      </w:r>
    </w:p>
    <w:p>
      <w:pPr>
        <w:jc w:val="right"/>
      </w:pPr>
      <w:r>
        <w:t>This is also a model, also a divine model.</w:t>
      </w:r>
    </w:p>
    <w:p>
      <w:r>
        <w:rPr>
          <w:b/>
        </w:rPr>
        <w:t xml:space="preserve">[19:01] </w:t>
      </w:r>
      <w:r>
        <w:t>And the cow is a demonstration of this model.</w:t>
      </w:r>
    </w:p>
    <w:p>
      <w:pPr>
        <w:jc w:val="right"/>
      </w:pPr>
      <w:r>
        <w:t>And the cow is a demonstration of this model.</w:t>
      </w:r>
    </w:p>
    <w:p>
      <w:r>
        <w:rPr>
          <w:b/>
        </w:rPr>
        <w:t xml:space="preserve">[19:08] </w:t>
      </w:r>
      <w:r>
        <w:t>It is also an approved model.</w:t>
      </w:r>
    </w:p>
    <w:p>
      <w:pPr>
        <w:jc w:val="right"/>
      </w:pPr>
      <w:r>
        <w:t>It is also an approved model.</w:t>
      </w:r>
    </w:p>
    <w:p>
      <w:r>
        <w:rPr>
          <w:b/>
        </w:rPr>
        <w:t xml:space="preserve">[19:15] </w:t>
      </w:r>
      <w:r>
        <w:t>And through the cow, God has demonstrated this model.</w:t>
      </w:r>
    </w:p>
    <w:p>
      <w:pPr>
        <w:jc w:val="right"/>
      </w:pPr>
      <w:r>
        <w:t>And through the cow, God has demonstrated this model.</w:t>
      </w:r>
    </w:p>
    <w:p>
      <w:r>
        <w:rPr>
          <w:b/>
        </w:rPr>
        <w:t xml:space="preserve">[19:22] </w:t>
      </w:r>
      <w:r>
        <w:t>So you have to adopt this model also.</w:t>
      </w:r>
    </w:p>
    <w:p>
      <w:pPr>
        <w:jc w:val="right"/>
      </w:pPr>
      <w:r>
        <w:t>So you have to adopt this model also.</w:t>
      </w:r>
    </w:p>
    <w:p>
      <w:r>
        <w:rPr>
          <w:b/>
        </w:rPr>
        <w:t xml:space="preserve">[19:29] </w:t>
      </w:r>
      <w:r>
        <w:t>Now what is and how will you apply this model in your society, in your life?</w:t>
      </w:r>
    </w:p>
    <w:p>
      <w:pPr>
        <w:jc w:val="right"/>
      </w:pPr>
      <w:r>
        <w:t>Now what is and how will you apply this model in your society, in your life?</w:t>
      </w:r>
    </w:p>
    <w:p>
      <w:r>
        <w:rPr>
          <w:b/>
        </w:rPr>
        <w:t xml:space="preserve">[19:36] </w:t>
      </w:r>
      <w:r>
        <w:t>Here I will give you an example.</w:t>
      </w:r>
    </w:p>
    <w:p>
      <w:pPr>
        <w:jc w:val="right"/>
      </w:pPr>
      <w:r>
        <w:t>Here I will give you an example.</w:t>
      </w:r>
    </w:p>
    <w:p>
      <w:r>
        <w:rPr>
          <w:b/>
        </w:rPr>
        <w:t xml:space="preserve">[19:44] </w:t>
      </w:r>
      <w:r>
        <w:t>The Prophet of Islam was asked by someone.</w:t>
      </w:r>
    </w:p>
    <w:p>
      <w:pPr>
        <w:jc w:val="right"/>
      </w:pPr>
      <w:r>
        <w:t>The Prophet of Islam was asked by someone.</w:t>
      </w:r>
    </w:p>
    <w:p>
      <w:r>
        <w:rPr>
          <w:b/>
        </w:rPr>
        <w:t xml:space="preserve">[19:53] </w:t>
      </w:r>
      <w:r>
        <w:t>He said he asked a question.</w:t>
      </w:r>
    </w:p>
    <w:p>
      <w:pPr>
        <w:jc w:val="right"/>
      </w:pPr>
      <w:r>
        <w:t>He said he asked a question.</w:t>
      </w:r>
    </w:p>
    <w:p>
      <w:r>
        <w:rPr>
          <w:b/>
        </w:rPr>
        <w:t xml:space="preserve">[20:02] </w:t>
      </w:r>
      <w:r>
        <w:t>He said, "Oh Ya RasulAllah, it means that, O Prophet, give me a master advice by which I</w:t>
      </w:r>
    </w:p>
    <w:p>
      <w:pPr>
        <w:jc w:val="right"/>
      </w:pPr>
      <w:r>
        <w:t>He said, "Oh Ya RasulAllah, it means that, O Prophet, give me a master advice by which I</w:t>
      </w:r>
    </w:p>
    <w:p>
      <w:r>
        <w:rPr>
          <w:b/>
        </w:rPr>
        <w:t xml:space="preserve">[20:11] </w:t>
      </w:r>
      <w:r>
        <w:t>may be able to manage all the affairs of my life." The Prophet replied, "Don't be angry." Now</w:t>
      </w:r>
    </w:p>
    <w:p>
      <w:pPr>
        <w:jc w:val="right"/>
      </w:pPr>
      <w:r>
        <w:t>may be able to manage all the affairs of my life." The Prophet replied, "Don't be angry." Now</w:t>
      </w:r>
    </w:p>
    <w:p>
      <w:r>
        <w:rPr>
          <w:b/>
        </w:rPr>
        <w:t xml:space="preserve">[20:20] </w:t>
      </w:r>
      <w:r>
        <w:t>what does it mean?</w:t>
      </w:r>
    </w:p>
    <w:p>
      <w:pPr>
        <w:jc w:val="right"/>
      </w:pPr>
      <w:r>
        <w:t>what does it mean?</w:t>
      </w:r>
    </w:p>
    <w:p>
      <w:r>
        <w:rPr>
          <w:b/>
        </w:rPr>
        <w:t xml:space="preserve">[20:29] </w:t>
      </w:r>
      <w:r>
        <w:t>"Don't be angry" means don't be angry even when provoked.</w:t>
      </w:r>
    </w:p>
    <w:p>
      <w:pPr>
        <w:jc w:val="right"/>
      </w:pPr>
      <w:r>
        <w:t>"Don't be angry" means don't be angry even when provoked.</w:t>
      </w:r>
    </w:p>
    <w:p>
      <w:r>
        <w:rPr>
          <w:b/>
        </w:rPr>
        <w:t xml:space="preserve">[20:40] </w:t>
      </w:r>
      <w:r>
        <w:t>In other words, you can say that when one provokes you, when one gives you an entry, when</w:t>
      </w:r>
    </w:p>
    <w:p>
      <w:pPr>
        <w:jc w:val="right"/>
      </w:pPr>
      <w:r>
        <w:t>In other words, you can say that when one provokes you, when one gives you an entry, when</w:t>
      </w:r>
    </w:p>
    <w:p>
      <w:r>
        <w:rPr>
          <w:b/>
        </w:rPr>
        <w:t xml:space="preserve">[20:52] </w:t>
      </w:r>
      <w:r>
        <w:t>you receive a negative experience from a fellow being, so naturally you are angry.</w:t>
      </w:r>
    </w:p>
    <w:p>
      <w:pPr>
        <w:jc w:val="right"/>
      </w:pPr>
      <w:r>
        <w:t>you receive a negative experience from a fellow being, so naturally you are angry.</w:t>
      </w:r>
    </w:p>
    <w:p>
      <w:r>
        <w:rPr>
          <w:b/>
        </w:rPr>
        <w:t xml:space="preserve">[21:04] </w:t>
      </w:r>
      <w:r>
        <w:t>But you have to return it not in the form of anger, but in the form of forgiveness. It means that you have to convert anger into forgiveness. You have to convert negative thought into positive thought.</w:t>
      </w:r>
    </w:p>
    <w:p>
      <w:pPr>
        <w:jc w:val="right"/>
      </w:pPr>
      <w:r>
        <w:t>But you have to return it not in the form of anger, but in the form of forgiveness. It means that you have to convert anger into forgiveness. You have to convert negative thought into positive thought.</w:t>
      </w:r>
    </w:p>
    <w:p>
      <w:r>
        <w:rPr>
          <w:b/>
        </w:rPr>
        <w:t xml:space="preserve">[21:30] </w:t>
      </w:r>
      <w:r>
        <w:t>You have to convert minus into plus.</w:t>
      </w:r>
    </w:p>
    <w:p>
      <w:pPr>
        <w:jc w:val="right"/>
      </w:pPr>
      <w:r>
        <w:t>You have to convert minus into plus.</w:t>
      </w:r>
    </w:p>
    <w:p>
      <w:r>
        <w:rPr>
          <w:b/>
        </w:rPr>
        <w:t xml:space="preserve">[21:39] </w:t>
      </w:r>
      <w:r>
        <w:t>So "Don't be don't adopt the way of negative reaction even when you are provoked." So it means</w:t>
      </w:r>
    </w:p>
    <w:p>
      <w:pPr>
        <w:jc w:val="right"/>
      </w:pPr>
      <w:r>
        <w:t>So "Don't be don't adopt the way of negative reaction even when you are provoked." So it means</w:t>
      </w:r>
    </w:p>
    <w:p>
      <w:r>
        <w:rPr>
          <w:b/>
        </w:rPr>
        <w:t xml:space="preserve">[21:48] </w:t>
      </w:r>
      <w:r>
        <w:t>that if you experience a negative behavior, you have to return it into positive behavior.</w:t>
      </w:r>
    </w:p>
    <w:p>
      <w:pPr>
        <w:jc w:val="right"/>
      </w:pPr>
      <w:r>
        <w:t>that if you experience a negative behavior, you have to return it into positive behavior.</w:t>
      </w:r>
    </w:p>
    <w:p>
      <w:r>
        <w:rPr>
          <w:b/>
        </w:rPr>
        <w:t xml:space="preserve">[21:57] </w:t>
      </w:r>
      <w:r>
        <w:t>You have to convert it into a positive behavior.</w:t>
      </w:r>
    </w:p>
    <w:p>
      <w:pPr>
        <w:jc w:val="right"/>
      </w:pPr>
      <w:r>
        <w:t>You have to convert it into a positive behavior.</w:t>
      </w:r>
    </w:p>
    <w:p>
      <w:r>
        <w:rPr>
          <w:b/>
        </w:rPr>
        <w:t xml:space="preserve">[22:06] </w:t>
      </w:r>
      <w:r>
        <w:t>So the same model is required by man also.</w:t>
      </w:r>
    </w:p>
    <w:p>
      <w:pPr>
        <w:jc w:val="right"/>
      </w:pPr>
      <w:r>
        <w:t>So the same model is required by man also.</w:t>
      </w:r>
    </w:p>
    <w:p>
      <w:r>
        <w:rPr>
          <w:b/>
        </w:rPr>
        <w:t xml:space="preserve">[22:15] </w:t>
      </w:r>
      <w:r>
        <w:t>The same model which is demonstrated by God through the cow, you have to adopt also that model.</w:t>
      </w:r>
    </w:p>
    <w:p>
      <w:pPr>
        <w:jc w:val="right"/>
      </w:pPr>
      <w:r>
        <w:t>The same model which is demonstrated by God through the cow, you have to adopt also that model.</w:t>
      </w:r>
    </w:p>
    <w:p>
      <w:r>
        <w:rPr>
          <w:b/>
        </w:rPr>
        <w:t xml:space="preserve">[22:24] </w:t>
      </w:r>
      <w:r>
        <w:t>Always be positive.</w:t>
      </w:r>
    </w:p>
    <w:p>
      <w:pPr>
        <w:jc w:val="right"/>
      </w:pPr>
      <w:r>
        <w:t>Always be positive.</w:t>
      </w:r>
    </w:p>
    <w:p>
      <w:r>
        <w:rPr>
          <w:b/>
        </w:rPr>
        <w:t xml:space="preserve">[22:33] </w:t>
      </w:r>
      <w:r>
        <w:t>Don't be negative anytime.</w:t>
      </w:r>
    </w:p>
    <w:p>
      <w:pPr>
        <w:jc w:val="right"/>
      </w:pPr>
      <w:r>
        <w:t>Don't be negative anytime.</w:t>
      </w:r>
    </w:p>
    <w:p>
      <w:r>
        <w:rPr>
          <w:b/>
        </w:rPr>
        <w:t xml:space="preserve">[22:42] </w:t>
      </w:r>
      <w:r>
        <w:t>You have to save yourself from being provoked.</w:t>
      </w:r>
    </w:p>
    <w:p>
      <w:pPr>
        <w:jc w:val="right"/>
      </w:pPr>
      <w:r>
        <w:t>You have to save yourself from being provoked.</w:t>
      </w:r>
    </w:p>
    <w:p>
      <w:r>
        <w:rPr>
          <w:b/>
        </w:rPr>
        <w:t xml:space="preserve">[22:51] </w:t>
      </w:r>
      <w:r>
        <w:t>This is also a model demonstrated by God in the form of the cow.</w:t>
      </w:r>
    </w:p>
    <w:p>
      <w:pPr>
        <w:jc w:val="right"/>
      </w:pPr>
      <w:r>
        <w:t>This is also a model demonstrated by God in the form of the cow.</w:t>
      </w:r>
    </w:p>
    <w:p>
      <w:r>
        <w:rPr>
          <w:b/>
        </w:rPr>
        <w:t xml:space="preserve">[23:00] </w:t>
      </w:r>
      <w:r>
        <w:t>Then you know the streams.</w:t>
      </w:r>
    </w:p>
    <w:p>
      <w:pPr>
        <w:jc w:val="right"/>
      </w:pPr>
      <w:r>
        <w:t>Then you know the streams.</w:t>
      </w:r>
    </w:p>
    <w:p>
      <w:r>
        <w:rPr>
          <w:b/>
        </w:rPr>
        <w:t xml:space="preserve">[23:07] </w:t>
      </w:r>
      <w:r>
        <w:t>You know about streams.</w:t>
      </w:r>
    </w:p>
    <w:p>
      <w:pPr>
        <w:jc w:val="right"/>
      </w:pPr>
      <w:r>
        <w:t>You know about streams.</w:t>
      </w:r>
    </w:p>
    <w:p>
      <w:r>
        <w:rPr>
          <w:b/>
        </w:rPr>
        <w:t xml:space="preserve">[23:14] </w:t>
      </w:r>
      <w:r>
        <w:t>What is streams?</w:t>
      </w:r>
    </w:p>
    <w:p>
      <w:pPr>
        <w:jc w:val="right"/>
      </w:pPr>
      <w:r>
        <w:t>What is streams?</w:t>
      </w:r>
    </w:p>
    <w:p>
      <w:r>
        <w:rPr>
          <w:b/>
        </w:rPr>
        <w:t xml:space="preserve">[23:21] </w:t>
      </w:r>
      <w:r>
        <w:t>Stream means water flowing from a mountain.</w:t>
      </w:r>
    </w:p>
    <w:p>
      <w:pPr>
        <w:jc w:val="right"/>
      </w:pPr>
      <w:r>
        <w:t>Stream means water flowing from a mountain.</w:t>
      </w:r>
    </w:p>
    <w:p>
      <w:r>
        <w:rPr>
          <w:b/>
        </w:rPr>
        <w:t xml:space="preserve">[23:28] </w:t>
      </w:r>
      <w:r>
        <w:t>When water flows from the top of the mountain, then it is called a stream.</w:t>
      </w:r>
    </w:p>
    <w:p>
      <w:pPr>
        <w:jc w:val="right"/>
      </w:pPr>
      <w:r>
        <w:t>When water flows from the top of the mountain, then it is called a stream.</w:t>
      </w:r>
    </w:p>
    <w:p>
      <w:r>
        <w:rPr>
          <w:b/>
        </w:rPr>
        <w:t xml:space="preserve">[23:35] </w:t>
      </w:r>
      <w:r>
        <w:t>So a stream follows until it reaches the valley.</w:t>
      </w:r>
    </w:p>
    <w:p>
      <w:pPr>
        <w:jc w:val="right"/>
      </w:pPr>
      <w:r>
        <w:t>So a stream follows until it reaches the valley.</w:t>
      </w:r>
    </w:p>
    <w:p>
      <w:r>
        <w:rPr>
          <w:b/>
        </w:rPr>
        <w:t xml:space="preserve">[23:42] </w:t>
      </w:r>
      <w:r>
        <w:t>Then you know in the valley there are stones and boulders in its path.</w:t>
      </w:r>
    </w:p>
    <w:p>
      <w:pPr>
        <w:jc w:val="right"/>
      </w:pPr>
      <w:r>
        <w:t>Then you know in the valley there are stones and boulders in its path.</w:t>
      </w:r>
    </w:p>
    <w:p>
      <w:r>
        <w:rPr>
          <w:b/>
        </w:rPr>
        <w:t xml:space="preserve">[23:50] </w:t>
      </w:r>
      <w:r>
        <w:t>In its path. Then what is its behavior? A stream always avoids those stones or boulders. A stream never tries to fight.</w:t>
      </w:r>
    </w:p>
    <w:p>
      <w:pPr>
        <w:jc w:val="right"/>
      </w:pPr>
      <w:r>
        <w:t>In its path. Then what is its behavior? A stream always avoids those stones or boulders. A stream never tries to fight.</w:t>
      </w:r>
    </w:p>
    <w:p>
      <w:r>
        <w:rPr>
          <w:b/>
        </w:rPr>
        <w:t xml:space="preserve">[24:10] </w:t>
      </w:r>
      <w:r>
        <w:t>But its principle is to avoid those obstacles and find its way by the way of avoidance, not</w:t>
      </w:r>
    </w:p>
    <w:p>
      <w:pPr>
        <w:jc w:val="right"/>
      </w:pPr>
      <w:r>
        <w:t>But its principle is to avoid those obstacles and find its way by the way of avoidance, not</w:t>
      </w:r>
    </w:p>
    <w:p>
      <w:r>
        <w:rPr>
          <w:b/>
        </w:rPr>
        <w:t xml:space="preserve">[24:16] </w:t>
      </w:r>
      <w:r>
        <w:t>by the way of fighting.</w:t>
      </w:r>
    </w:p>
    <w:p>
      <w:pPr>
        <w:jc w:val="right"/>
      </w:pPr>
      <w:r>
        <w:t>by the way of fighting.</w:t>
      </w:r>
    </w:p>
    <w:p>
      <w:r>
        <w:rPr>
          <w:b/>
        </w:rPr>
        <w:t xml:space="preserve">[24:23] </w:t>
      </w:r>
      <w:r>
        <w:t>So it is also a model.</w:t>
      </w:r>
    </w:p>
    <w:p>
      <w:pPr>
        <w:jc w:val="right"/>
      </w:pPr>
      <w:r>
        <w:t>So it is also a model.</w:t>
      </w:r>
    </w:p>
    <w:p>
      <w:r>
        <w:rPr>
          <w:b/>
        </w:rPr>
        <w:t xml:space="preserve">[24:30] </w:t>
      </w:r>
      <w:r>
        <w:t>This is also a model.</w:t>
      </w:r>
    </w:p>
    <w:p>
      <w:pPr>
        <w:jc w:val="right"/>
      </w:pPr>
      <w:r>
        <w:t>This is also a model.</w:t>
      </w:r>
    </w:p>
    <w:p>
      <w:r>
        <w:rPr>
          <w:b/>
        </w:rPr>
        <w:t xml:space="preserve">[24:37] </w:t>
      </w:r>
      <w:r>
        <w:t>And water always maintains its continuous flow by adopting this model, the model of avoidance.</w:t>
      </w:r>
    </w:p>
    <w:p>
      <w:pPr>
        <w:jc w:val="right"/>
      </w:pPr>
      <w:r>
        <w:t>And water always maintains its continuous flow by adopting this model, the model of avoidance.</w:t>
      </w:r>
    </w:p>
    <w:p>
      <w:r>
        <w:rPr>
          <w:b/>
        </w:rPr>
        <w:t xml:space="preserve">[24:44] </w:t>
      </w:r>
      <w:r>
        <w:t>So is required by man also.</w:t>
      </w:r>
    </w:p>
    <w:p>
      <w:pPr>
        <w:jc w:val="right"/>
      </w:pPr>
      <w:r>
        <w:t>So is required by man also.</w:t>
      </w:r>
    </w:p>
    <w:p>
      <w:r>
        <w:rPr>
          <w:b/>
        </w:rPr>
        <w:t xml:space="preserve">[24:51] </w:t>
      </w:r>
      <w:r>
        <w:t>When you are in a society, there are problems, there are obstacles.</w:t>
      </w:r>
    </w:p>
    <w:p>
      <w:pPr>
        <w:jc w:val="right"/>
      </w:pPr>
      <w:r>
        <w:t>When you are in a society, there are problems, there are obstacles.</w:t>
      </w:r>
    </w:p>
    <w:p>
      <w:r>
        <w:rPr>
          <w:b/>
        </w:rPr>
        <w:t xml:space="preserve">[24:59] </w:t>
      </w:r>
      <w:r>
        <w:t>But you are not allowed to go to adopt the method of violence, the method of fighting.</w:t>
      </w:r>
    </w:p>
    <w:p>
      <w:pPr>
        <w:jc w:val="right"/>
      </w:pPr>
      <w:r>
        <w:t>But you are not allowed to go to adopt the method of violence, the method of fighting.</w:t>
      </w:r>
    </w:p>
    <w:p>
      <w:r>
        <w:rPr>
          <w:b/>
        </w:rPr>
        <w:t xml:space="preserve">[25:07] </w:t>
      </w:r>
      <w:r>
        <w:t>There is also a Quranic verse.</w:t>
      </w:r>
    </w:p>
    <w:p>
      <w:pPr>
        <w:jc w:val="right"/>
      </w:pPr>
      <w:r>
        <w:t>There is also a Quranic verse.</w:t>
      </w:r>
    </w:p>
    <w:p>
      <w:r>
        <w:rPr>
          <w:b/>
        </w:rPr>
        <w:t xml:space="preserve">[25:14] </w:t>
      </w:r>
      <w:r>
        <w:t>It says, "Reconciliation is the best." It means that when there are some problems, so you are not</w:t>
      </w:r>
    </w:p>
    <w:p>
      <w:pPr>
        <w:jc w:val="right"/>
      </w:pPr>
      <w:r>
        <w:t>It says, "Reconciliation is the best." It means that when there are some problems, so you are not</w:t>
      </w:r>
    </w:p>
    <w:p>
      <w:r>
        <w:rPr>
          <w:b/>
        </w:rPr>
        <w:t xml:space="preserve">[25:22] </w:t>
      </w:r>
      <w:r>
        <w:t>allowed to adopt the course of confrontation.</w:t>
      </w:r>
    </w:p>
    <w:p>
      <w:pPr>
        <w:jc w:val="right"/>
      </w:pPr>
      <w:r>
        <w:t>allowed to adopt the course of confrontation.</w:t>
      </w:r>
    </w:p>
    <w:p>
      <w:r>
        <w:rPr>
          <w:b/>
        </w:rPr>
        <w:t xml:space="preserve">[25:30] </w:t>
      </w:r>
      <w:r>
        <w:t>You have to allow the course of conciliation, adjustment.</w:t>
      </w:r>
    </w:p>
    <w:p>
      <w:pPr>
        <w:jc w:val="right"/>
      </w:pPr>
      <w:r>
        <w:t>You have to allow the course of conciliation, adjustment.</w:t>
      </w:r>
    </w:p>
    <w:p>
      <w:r>
        <w:rPr>
          <w:b/>
        </w:rPr>
        <w:t xml:space="preserve">[25:38] </w:t>
      </w:r>
      <w:r>
        <w:t>So this is the model demonstrated by a stream.</w:t>
      </w:r>
    </w:p>
    <w:p>
      <w:pPr>
        <w:jc w:val="right"/>
      </w:pPr>
      <w:r>
        <w:t>So this is the model demonstrated by a stream.</w:t>
      </w:r>
    </w:p>
    <w:p>
      <w:r>
        <w:rPr>
          <w:b/>
        </w:rPr>
        <w:t xml:space="preserve">[25:46] </w:t>
      </w:r>
      <w:r>
        <w:t>And man is also required to adopt this model, the model of avoidance, the model of tolerance, the</w:t>
      </w:r>
    </w:p>
    <w:p>
      <w:pPr>
        <w:jc w:val="right"/>
      </w:pPr>
      <w:r>
        <w:t>And man is also required to adopt this model, the model of avoidance, the model of tolerance, the</w:t>
      </w:r>
    </w:p>
    <w:p>
      <w:r>
        <w:rPr>
          <w:b/>
        </w:rPr>
        <w:t xml:space="preserve">[25:54] </w:t>
      </w:r>
      <w:r>
        <w:t>model of adjustment, the model of peaceful living with others.</w:t>
      </w:r>
    </w:p>
    <w:p>
      <w:pPr>
        <w:jc w:val="right"/>
      </w:pPr>
      <w:r>
        <w:t>model of adjustment, the model of peaceful living with others.</w:t>
      </w:r>
    </w:p>
    <w:p>
      <w:r>
        <w:rPr>
          <w:b/>
        </w:rPr>
        <w:t xml:space="preserve">[26:02] </w:t>
      </w:r>
      <w:r>
        <w:t>Then there is a Hadith.</w:t>
      </w:r>
    </w:p>
    <w:p>
      <w:pPr>
        <w:jc w:val="right"/>
      </w:pPr>
      <w:r>
        <w:t>Then there is a Hadith.</w:t>
      </w:r>
    </w:p>
    <w:p>
      <w:r>
        <w:rPr>
          <w:b/>
        </w:rPr>
        <w:t xml:space="preserve">[26:10] </w:t>
      </w:r>
      <w:r>
        <w:t>The Prophet once saw a tender plant in a field.</w:t>
      </w:r>
    </w:p>
    <w:p>
      <w:pPr>
        <w:jc w:val="right"/>
      </w:pPr>
      <w:r>
        <w:t>The Prophet once saw a tender plant in a field.</w:t>
      </w:r>
    </w:p>
    <w:p>
      <w:r>
        <w:rPr>
          <w:b/>
        </w:rPr>
        <w:t xml:space="preserve">[26:21] </w:t>
      </w:r>
      <w:r>
        <w:t>At that time, there were some other companions.</w:t>
      </w:r>
    </w:p>
    <w:p>
      <w:pPr>
        <w:jc w:val="right"/>
      </w:pPr>
      <w:r>
        <w:t>At that time, there were some other companions.</w:t>
      </w:r>
    </w:p>
    <w:p>
      <w:r>
        <w:rPr>
          <w:b/>
        </w:rPr>
        <w:t xml:space="preserve">[26:32] </w:t>
      </w:r>
      <w:r>
        <w:t>So he said, "See this plant." So he said that the Prophet said that, "A true believer is</w:t>
      </w:r>
    </w:p>
    <w:p>
      <w:pPr>
        <w:jc w:val="right"/>
      </w:pPr>
      <w:r>
        <w:t>So he said, "See this plant." So he said that the Prophet said that, "A true believer is</w:t>
      </w:r>
    </w:p>
    <w:p>
      <w:r>
        <w:rPr>
          <w:b/>
        </w:rPr>
        <w:t xml:space="preserve">[26:43] </w:t>
      </w:r>
      <w:r>
        <w:t>like this plant, like this tender plant." You know what is the behavior of a tender plant?</w:t>
      </w:r>
    </w:p>
    <w:p>
      <w:pPr>
        <w:jc w:val="right"/>
      </w:pPr>
      <w:r>
        <w:t>like this plant, like this tender plant." You know what is the behavior of a tender plant?</w:t>
      </w:r>
    </w:p>
    <w:p>
      <w:r>
        <w:rPr>
          <w:b/>
        </w:rPr>
        <w:t xml:space="preserve">[26:54] </w:t>
      </w:r>
      <w:r>
        <w:t>A tender plant has no arrogance. When the air blows, the plant adopts the way of submission, adopts bow down. So this is the way of a true believer.</w:t>
      </w:r>
    </w:p>
    <w:p>
      <w:pPr>
        <w:jc w:val="right"/>
      </w:pPr>
      <w:r>
        <w:t>A tender plant has no arrogance. When the air blows, the plant adopts the way of submission, adopts bow down. So this is the way of a true believer.</w:t>
      </w:r>
    </w:p>
    <w:p>
      <w:r>
        <w:rPr>
          <w:b/>
        </w:rPr>
        <w:t xml:space="preserve">[27:20] </w:t>
      </w:r>
      <w:r>
        <w:t>This is a model also. This model is based on modesty and submission and adjustment. So a tender plant always follows the model of submission.</w:t>
      </w:r>
    </w:p>
    <w:p>
      <w:pPr>
        <w:jc w:val="right"/>
      </w:pPr>
      <w:r>
        <w:t>This is a model also. This model is based on modesty and submission and adjustment. So a tender plant always follows the model of submission.</w:t>
      </w:r>
    </w:p>
    <w:p>
      <w:r>
        <w:rPr>
          <w:b/>
        </w:rPr>
        <w:t xml:space="preserve">[27:40] </w:t>
      </w:r>
      <w:r>
        <w:t>So is required by man.</w:t>
      </w:r>
    </w:p>
    <w:p>
      <w:pPr>
        <w:jc w:val="right"/>
      </w:pPr>
      <w:r>
        <w:t>So is required by man.</w:t>
      </w:r>
    </w:p>
    <w:p>
      <w:r>
        <w:rPr>
          <w:b/>
        </w:rPr>
        <w:t xml:space="preserve">[27:47] </w:t>
      </w:r>
      <w:r>
        <w:t>Man must follow this model that is based on submission and modesty.</w:t>
      </w:r>
    </w:p>
    <w:p>
      <w:pPr>
        <w:jc w:val="right"/>
      </w:pPr>
      <w:r>
        <w:t>Man must follow this model that is based on submission and modesty.</w:t>
      </w:r>
    </w:p>
    <w:p>
      <w:r>
        <w:rPr>
          <w:b/>
        </w:rPr>
        <w:t xml:space="preserve">[27:55] </w:t>
      </w:r>
      <w:r>
        <w:t>So modesty is very important in human life.</w:t>
      </w:r>
    </w:p>
    <w:p>
      <w:pPr>
        <w:jc w:val="right"/>
      </w:pPr>
      <w:r>
        <w:t>So modesty is very important in human life.</w:t>
      </w:r>
    </w:p>
    <w:p>
      <w:r>
        <w:rPr>
          <w:b/>
        </w:rPr>
        <w:t xml:space="preserve">[28:02] </w:t>
      </w:r>
      <w:r>
        <w:t>Because when you live in a society, always there are some kind of unpleasant situations, unpleasant experiences.</w:t>
      </w:r>
    </w:p>
    <w:p>
      <w:pPr>
        <w:jc w:val="right"/>
      </w:pPr>
      <w:r>
        <w:t>Because when you live in a society, always there are some kind of unpleasant situations, unpleasant experiences.</w:t>
      </w:r>
    </w:p>
    <w:p>
      <w:r>
        <w:rPr>
          <w:b/>
        </w:rPr>
        <w:t xml:space="preserve">[28:10] </w:t>
      </w:r>
      <w:r>
        <w:t>So you have to adopt the submissive attitude.</w:t>
      </w:r>
    </w:p>
    <w:p>
      <w:pPr>
        <w:jc w:val="right"/>
      </w:pPr>
      <w:r>
        <w:t>So you have to adopt the submissive attitude.</w:t>
      </w:r>
    </w:p>
    <w:p>
      <w:r>
        <w:rPr>
          <w:b/>
        </w:rPr>
        <w:t xml:space="preserve">[28:17] </w:t>
      </w:r>
      <w:r>
        <w:t>You have to adopt the principle of modesty.</w:t>
      </w:r>
    </w:p>
    <w:p>
      <w:pPr>
        <w:jc w:val="right"/>
      </w:pPr>
      <w:r>
        <w:t>You have to adopt the principle of modesty.</w:t>
      </w:r>
    </w:p>
    <w:p>
      <w:r>
        <w:rPr>
          <w:b/>
        </w:rPr>
        <w:t xml:space="preserve">[28:25] </w:t>
      </w:r>
      <w:r>
        <w:t>You are not allowed to be arrogant, not at all.</w:t>
      </w:r>
    </w:p>
    <w:p>
      <w:pPr>
        <w:jc w:val="right"/>
      </w:pPr>
      <w:r>
        <w:t>You are not allowed to be arrogant, not at all.</w:t>
      </w:r>
    </w:p>
    <w:p>
      <w:r>
        <w:rPr>
          <w:b/>
        </w:rPr>
        <w:t xml:space="preserve">[28:33] </w:t>
      </w:r>
      <w:r>
        <w:t>So a tender plant is also a model. Then by using your common sense, you can include more models like this. For example, you see a rose plant.</w:t>
      </w:r>
    </w:p>
    <w:p>
      <w:pPr>
        <w:jc w:val="right"/>
      </w:pPr>
      <w:r>
        <w:t>So a tender plant is also a model. Then by using your common sense, you can include more models like this. For example, you see a rose plant.</w:t>
      </w:r>
    </w:p>
    <w:p>
      <w:r>
        <w:rPr>
          <w:b/>
        </w:rPr>
        <w:t xml:space="preserve">[28:54] </w:t>
      </w:r>
      <w:r>
        <w:t>Then you find that every branch of that plant has two different kinds of things: flower and thorn.</w:t>
      </w:r>
    </w:p>
    <w:p>
      <w:pPr>
        <w:jc w:val="right"/>
      </w:pPr>
      <w:r>
        <w:t>Then you find that every branch of that plant has two different kinds of things: flower and thorn.</w:t>
      </w:r>
    </w:p>
    <w:p>
      <w:r>
        <w:rPr>
          <w:b/>
        </w:rPr>
        <w:t xml:space="preserve">[29:12] </w:t>
      </w:r>
      <w:r>
        <w:t>At every branch, there are flowers.</w:t>
      </w:r>
    </w:p>
    <w:p>
      <w:pPr>
        <w:jc w:val="right"/>
      </w:pPr>
      <w:r>
        <w:t>At every branch, there are flowers.</w:t>
      </w:r>
    </w:p>
    <w:p>
      <w:r>
        <w:rPr>
          <w:b/>
        </w:rPr>
        <w:t xml:space="preserve">[29:16] </w:t>
      </w:r>
      <w:r>
        <w:t>At the same time, there are thorns.</w:t>
      </w:r>
    </w:p>
    <w:p>
      <w:pPr>
        <w:jc w:val="right"/>
      </w:pPr>
      <w:r>
        <w:t>At the same time, there are thorns.</w:t>
      </w:r>
    </w:p>
    <w:p>
      <w:r>
        <w:rPr>
          <w:b/>
        </w:rPr>
        <w:t xml:space="preserve">[29:20] </w:t>
      </w:r>
      <w:r>
        <w:t>But there is no quarrel, no fighting.</w:t>
      </w:r>
    </w:p>
    <w:p>
      <w:pPr>
        <w:jc w:val="right"/>
      </w:pPr>
      <w:r>
        <w:t>But there is no quarrel, no fighting.</w:t>
      </w:r>
    </w:p>
    <w:p>
      <w:r>
        <w:rPr>
          <w:b/>
        </w:rPr>
        <w:t xml:space="preserve">[29:25] </w:t>
      </w:r>
      <w:r>
        <w:t>Flower and thorn are two opposite, two opposite things.</w:t>
      </w:r>
    </w:p>
    <w:p>
      <w:pPr>
        <w:jc w:val="right"/>
      </w:pPr>
      <w:r>
        <w:t>Flower and thorn are two opposite, two opposite things.</w:t>
      </w:r>
    </w:p>
    <w:p>
      <w:r>
        <w:rPr>
          <w:b/>
        </w:rPr>
        <w:t xml:space="preserve">[29:29] </w:t>
      </w:r>
      <w:r>
        <w:t>Flower is a flower and thorn is a thorn.</w:t>
      </w:r>
    </w:p>
    <w:p>
      <w:pPr>
        <w:jc w:val="right"/>
      </w:pPr>
      <w:r>
        <w:t>Flower is a flower and thorn is a thorn.</w:t>
      </w:r>
    </w:p>
    <w:p>
      <w:r>
        <w:rPr>
          <w:b/>
        </w:rPr>
        <w:t xml:space="preserve">[29:34] </w:t>
      </w:r>
      <w:r>
        <w:t>But both are living side by side.</w:t>
      </w:r>
    </w:p>
    <w:p>
      <w:pPr>
        <w:jc w:val="right"/>
      </w:pPr>
      <w:r>
        <w:t>But both are living side by side.</w:t>
      </w:r>
    </w:p>
    <w:p>
      <w:r>
        <w:rPr>
          <w:b/>
        </w:rPr>
        <w:t xml:space="preserve">[29:38] </w:t>
      </w:r>
      <w:r>
        <w:t>It is the best example of peaceful coexistence.</w:t>
      </w:r>
    </w:p>
    <w:p>
      <w:pPr>
        <w:jc w:val="right"/>
      </w:pPr>
      <w:r>
        <w:t>It is the best example of peaceful coexistence.</w:t>
      </w:r>
    </w:p>
    <w:p>
      <w:r>
        <w:rPr>
          <w:b/>
        </w:rPr>
        <w:t xml:space="preserve">[29:43] </w:t>
      </w:r>
      <w:r>
        <w:t>So the rose plant is also a model, a model of peaceful coexistence. Because in the rose plant, there are flowers and thorns that are living by following the principle of coexistence. So man also must adopt this model, that is peaceful coexistence.</w:t>
      </w:r>
    </w:p>
    <w:p>
      <w:pPr>
        <w:jc w:val="right"/>
      </w:pPr>
      <w:r>
        <w:t>So the rose plant is also a model, a model of peaceful coexistence. Because in the rose plant, there are flowers and thorns that are living by following the principle of coexistence. So man also must adopt this model, that is peaceful coexistence.</w:t>
      </w:r>
    </w:p>
    <w:p>
      <w:r>
        <w:rPr>
          <w:b/>
        </w:rPr>
        <w:t xml:space="preserve">[30:10] </w:t>
      </w:r>
      <w:r>
        <w:t>In national life, in social life, as well as in international life, everywhere man must follow this model that is based on peaceful coexistence.</w:t>
      </w:r>
    </w:p>
    <w:p>
      <w:pPr>
        <w:jc w:val="right"/>
      </w:pPr>
      <w:r>
        <w:t>In national life, in social life, as well as in international life, everywhere man must follow this model that is based on peaceful coexistence.</w:t>
      </w:r>
    </w:p>
    <w:p>
      <w:r>
        <w:rPr>
          <w:b/>
        </w:rPr>
        <w:t xml:space="preserve">[30:27] </w:t>
      </w:r>
      <w:r>
        <w:t>So the whole nature is providing us different models, the divine models.</w:t>
      </w:r>
    </w:p>
    <w:p>
      <w:pPr>
        <w:jc w:val="right"/>
      </w:pPr>
      <w:r>
        <w:t>So the whole nature is providing us different models, the divine models.</w:t>
      </w:r>
    </w:p>
    <w:p>
      <w:r>
        <w:rPr>
          <w:b/>
        </w:rPr>
        <w:t xml:space="preserve">[30:39] </w:t>
      </w:r>
      <w:r>
        <w:t>The whole nature is a kind of demonstration, a kind of demonstration.</w:t>
      </w:r>
    </w:p>
    <w:p>
      <w:pPr>
        <w:jc w:val="right"/>
      </w:pPr>
      <w:r>
        <w:t>The whole nature is a kind of demonstration, a kind of demonstration.</w:t>
      </w:r>
    </w:p>
    <w:p>
      <w:r>
        <w:rPr>
          <w:b/>
        </w:rPr>
        <w:t xml:space="preserve">[30:52] </w:t>
      </w:r>
      <w:r>
        <w:t>The whole nature, every part of the nature is presenting a model for human behavior, a model for human behavior.</w:t>
      </w:r>
    </w:p>
    <w:p>
      <w:pPr>
        <w:jc w:val="right"/>
      </w:pPr>
      <w:r>
        <w:t>The whole nature, every part of the nature is presenting a model for human behavior, a model for human behavior.</w:t>
      </w:r>
    </w:p>
    <w:p>
      <w:r>
        <w:rPr>
          <w:b/>
        </w:rPr>
        <w:t xml:space="preserve">[31:05] </w:t>
      </w:r>
      <w:r>
        <w:t>What is required by man willingly, the rest of the world has adopted the same unwillingly or compulsively.</w:t>
      </w:r>
    </w:p>
    <w:p>
      <w:pPr>
        <w:jc w:val="right"/>
      </w:pPr>
      <w:r>
        <w:t>What is required by man willingly, the rest of the world has adopted the same unwillingly or compulsively.</w:t>
      </w:r>
    </w:p>
    <w:p>
      <w:r>
        <w:rPr>
          <w:b/>
        </w:rPr>
        <w:t xml:space="preserve">[31:18] </w:t>
      </w:r>
      <w:r>
        <w:t>Thus, God is providing us models.</w:t>
      </w:r>
    </w:p>
    <w:p>
      <w:pPr>
        <w:jc w:val="right"/>
      </w:pPr>
      <w:r>
        <w:t>Thus, God is providing us models.</w:t>
      </w:r>
    </w:p>
    <w:p>
      <w:r>
        <w:rPr>
          <w:b/>
        </w:rPr>
        <w:t xml:space="preserve">[31:31] </w:t>
      </w:r>
      <w:r>
        <w:t>In the Quran, God has given us that model as a principle, as a theological teaching, as a religious teaching.</w:t>
      </w:r>
    </w:p>
    <w:p>
      <w:pPr>
        <w:jc w:val="right"/>
      </w:pPr>
      <w:r>
        <w:t>In the Quran, God has given us that model as a principle, as a theological teaching, as a religious teaching.</w:t>
      </w:r>
    </w:p>
    <w:p>
      <w:r>
        <w:rPr>
          <w:b/>
        </w:rPr>
        <w:t xml:space="preserve">[31:43] </w:t>
      </w:r>
      <w:r>
        <w:t>And the same model and the same teaching is demonstrating in the universe.</w:t>
      </w:r>
    </w:p>
    <w:p>
      <w:pPr>
        <w:jc w:val="right"/>
      </w:pPr>
      <w:r>
        <w:t>And the same model and the same teaching is demonstrating in the universe.</w:t>
      </w:r>
    </w:p>
    <w:p>
      <w:r>
        <w:rPr>
          <w:b/>
        </w:rPr>
        <w:t xml:space="preserve">[31:56] </w:t>
      </w:r>
      <w:r>
        <w:t>So the whole universe is like models, different models.</w:t>
      </w:r>
    </w:p>
    <w:p>
      <w:pPr>
        <w:jc w:val="right"/>
      </w:pPr>
      <w:r>
        <w:t>So the whole universe is like models, different models.</w:t>
      </w:r>
    </w:p>
    <w:p>
      <w:r>
        <w:rPr>
          <w:b/>
        </w:rPr>
        <w:t xml:space="preserve">[32:09] </w:t>
      </w:r>
      <w:r>
        <w:t>The whole universe is like a demonstration of those principles laid down in the Quran.</w:t>
      </w:r>
    </w:p>
    <w:p>
      <w:pPr>
        <w:jc w:val="right"/>
      </w:pPr>
      <w:r>
        <w:t>The whole universe is like a demonstration of those principles laid down in the Quran.</w:t>
      </w:r>
    </w:p>
    <w:p>
      <w:r>
        <w:rPr>
          <w:b/>
        </w:rPr>
        <w:t xml:space="preserve">[32:22] </w:t>
      </w:r>
      <w:r>
        <w:t>So this you can say that is a divine culture.</w:t>
      </w:r>
    </w:p>
    <w:p>
      <w:pPr>
        <w:jc w:val="right"/>
      </w:pPr>
      <w:r>
        <w:t>So this you can say that is a divine culture.</w:t>
      </w:r>
    </w:p>
    <w:p>
      <w:r>
        <w:rPr>
          <w:b/>
        </w:rPr>
        <w:t xml:space="preserve">[32:35] </w:t>
      </w:r>
      <w:r>
        <w:t>Or you can say that this divine culture is only key to paradise.</w:t>
      </w:r>
    </w:p>
    <w:p>
      <w:pPr>
        <w:jc w:val="right"/>
      </w:pPr>
      <w:r>
        <w:t>Or you can say that this divine culture is only key to paradise.</w:t>
      </w:r>
    </w:p>
    <w:p>
      <w:r>
        <w:rPr>
          <w:b/>
        </w:rPr>
        <w:t xml:space="preserve">[32:45] </w:t>
      </w:r>
      <w:r>
        <w:t>Those who read the Book of God and understand those divine principles and then they see all those</w:t>
      </w:r>
    </w:p>
    <w:p>
      <w:pPr>
        <w:jc w:val="right"/>
      </w:pPr>
      <w:r>
        <w:t>Those who read the Book of God and understand those divine principles and then they see all those</w:t>
      </w:r>
    </w:p>
    <w:p>
      <w:r>
        <w:rPr>
          <w:b/>
        </w:rPr>
        <w:t xml:space="preserve">[32:55] </w:t>
      </w:r>
      <w:r>
        <w:t>models and they see the same principles in in practical form as a model.</w:t>
      </w:r>
    </w:p>
    <w:p>
      <w:pPr>
        <w:jc w:val="right"/>
      </w:pPr>
      <w:r>
        <w:t>models and they see the same principles in in practical form as a model.</w:t>
      </w:r>
    </w:p>
    <w:p>
      <w:r>
        <w:rPr>
          <w:b/>
        </w:rPr>
        <w:t xml:space="preserve">[33:05] </w:t>
      </w:r>
      <w:r>
        <w:t>And then they adopt this as a theory and as a practice.</w:t>
      </w:r>
    </w:p>
    <w:p>
      <w:pPr>
        <w:jc w:val="right"/>
      </w:pPr>
      <w:r>
        <w:t>And then they adopt this as a theory and as a practice.</w:t>
      </w:r>
    </w:p>
    <w:p>
      <w:r>
        <w:rPr>
          <w:b/>
        </w:rPr>
        <w:t xml:space="preserve">[33:15] </w:t>
      </w:r>
      <w:r>
        <w:t>So these are true believers.</w:t>
      </w:r>
    </w:p>
    <w:p>
      <w:pPr>
        <w:jc w:val="right"/>
      </w:pPr>
      <w:r>
        <w:t>So these are true believers.</w:t>
      </w:r>
    </w:p>
    <w:p>
      <w:r>
        <w:rPr>
          <w:b/>
        </w:rPr>
        <w:t xml:space="preserve">[33:25] </w:t>
      </w:r>
      <w:r>
        <w:t>And only these people will be will find entry into paradise.</w:t>
      </w:r>
    </w:p>
    <w:p>
      <w:pPr>
        <w:jc w:val="right"/>
      </w:pPr>
      <w:r>
        <w:t>And only these people will be will find entry into paradise.</w:t>
      </w:r>
    </w:p>
    <w:p>
      <w:r>
        <w:rPr>
          <w:b/>
        </w:rPr>
        <w:t xml:space="preserve">[33:33] </w:t>
      </w:r>
      <w:r>
        <w:t>So paradise is a paradise.</w:t>
      </w:r>
    </w:p>
    <w:p>
      <w:pPr>
        <w:jc w:val="right"/>
      </w:pPr>
      <w:r>
        <w:t>So paradise is a paradise.</w:t>
      </w:r>
    </w:p>
    <w:p>
      <w:r>
        <w:rPr>
          <w:b/>
        </w:rPr>
        <w:t xml:space="preserve">[33:41] </w:t>
      </w:r>
      <w:r>
        <w:t>At one side, it is a place of happiness and all kinds of bounties, all kinds of comfort</w:t>
      </w:r>
    </w:p>
    <w:p>
      <w:pPr>
        <w:jc w:val="right"/>
      </w:pPr>
      <w:r>
        <w:t>At one side, it is a place of happiness and all kinds of bounties, all kinds of comfort</w:t>
      </w:r>
    </w:p>
    <w:p>
      <w:r>
        <w:rPr>
          <w:b/>
        </w:rPr>
        <w:t xml:space="preserve">[33:49] </w:t>
      </w:r>
      <w:r>
        <w:t>or luxury are over there.</w:t>
      </w:r>
    </w:p>
    <w:p>
      <w:pPr>
        <w:jc w:val="right"/>
      </w:pPr>
      <w:r>
        <w:t>or luxury are over there.</w:t>
      </w:r>
    </w:p>
    <w:p>
      <w:r>
        <w:rPr>
          <w:b/>
        </w:rPr>
        <w:t xml:space="preserve">[33:57] </w:t>
      </w:r>
      <w:r>
        <w:t>Then who are those people who will be settled in this paradise?</w:t>
      </w:r>
    </w:p>
    <w:p>
      <w:pPr>
        <w:jc w:val="right"/>
      </w:pPr>
      <w:r>
        <w:t>Then who are those people who will be settled in this paradise?</w:t>
      </w:r>
    </w:p>
    <w:p>
      <w:r>
        <w:rPr>
          <w:b/>
        </w:rPr>
        <w:t xml:space="preserve">[34:05] </w:t>
      </w:r>
      <w:r>
        <w:t>Those people who have adopted paradise character. And all these models we find in the universe are showing us that what is the character of those people who are who will be settled in paradise?</w:t>
      </w:r>
    </w:p>
    <w:p>
      <w:pPr>
        <w:jc w:val="right"/>
      </w:pPr>
      <w:r>
        <w:t>Those people who have adopted paradise character. And all these models we find in the universe are showing us that what is the character of those people who are who will be settled in paradise?</w:t>
      </w:r>
    </w:p>
    <w:p>
      <w:r>
        <w:rPr>
          <w:b/>
        </w:rPr>
        <w:t xml:space="preserve">[34:31] </w:t>
      </w:r>
      <w:r>
        <w:t>They must live like flowers. They must live like a stream. Then there is a Hadith.</w:t>
      </w:r>
    </w:p>
    <w:p>
      <w:pPr>
        <w:jc w:val="right"/>
      </w:pPr>
      <w:r>
        <w:t>They must live like flowers. They must live like a stream. Then there is a Hadith.</w:t>
      </w:r>
    </w:p>
    <w:p>
      <w:r>
        <w:rPr>
          <w:b/>
        </w:rPr>
        <w:t xml:space="preserve">[34:43] </w:t>
      </w:r>
      <w:r>
        <w:t>The Prophet of Islam has said about the people of paradise.</w:t>
      </w:r>
    </w:p>
    <w:p>
      <w:pPr>
        <w:jc w:val="right"/>
      </w:pPr>
      <w:r>
        <w:t>The Prophet of Islam has said about the people of paradise.</w:t>
      </w:r>
    </w:p>
    <w:p>
      <w:r>
        <w:rPr>
          <w:b/>
        </w:rPr>
        <w:t xml:space="preserve">[34:53] </w:t>
      </w:r>
      <w:r>
        <w:t>He said, "The thoughts of the of those people will be like the thoughts of birds." You know,</w:t>
      </w:r>
    </w:p>
    <w:p>
      <w:pPr>
        <w:jc w:val="right"/>
      </w:pPr>
      <w:r>
        <w:t>He said, "The thoughts of the of those people will be like the thoughts of birds." You know,</w:t>
      </w:r>
    </w:p>
    <w:p>
      <w:r>
        <w:rPr>
          <w:b/>
        </w:rPr>
        <w:t xml:space="preserve">[35:03] </w:t>
      </w:r>
      <w:r>
        <w:t>a bird is a very, very innocent creature.</w:t>
      </w:r>
    </w:p>
    <w:p>
      <w:pPr>
        <w:jc w:val="right"/>
      </w:pPr>
      <w:r>
        <w:t>a bird is a very, very innocent creature.</w:t>
      </w:r>
    </w:p>
    <w:p>
      <w:r>
        <w:rPr>
          <w:b/>
        </w:rPr>
        <w:t xml:space="preserve">[35:13] </w:t>
      </w:r>
      <w:r>
        <w:t>In the heart of a bird, there is no anger, no malice, no revenge, no negative thought.</w:t>
      </w:r>
    </w:p>
    <w:p>
      <w:pPr>
        <w:jc w:val="right"/>
      </w:pPr>
      <w:r>
        <w:t>In the heart of a bird, there is no anger, no malice, no revenge, no negative thought.</w:t>
      </w:r>
    </w:p>
    <w:p>
      <w:r>
        <w:rPr>
          <w:b/>
        </w:rPr>
        <w:t xml:space="preserve">[35:23] </w:t>
      </w:r>
      <w:r>
        <w:t>The heart of a bird is a completely positive heart, free of all kinds of negativity.</w:t>
      </w:r>
    </w:p>
    <w:p>
      <w:pPr>
        <w:jc w:val="right"/>
      </w:pPr>
      <w:r>
        <w:t>The heart of a bird is a completely positive heart, free of all kinds of negativity.</w:t>
      </w:r>
    </w:p>
    <w:p>
      <w:r>
        <w:rPr>
          <w:b/>
        </w:rPr>
        <w:t xml:space="preserve">[35:30] </w:t>
      </w:r>
      <w:r>
        <w:t>The Prophet said, "If you want to know who are paradise people, who are those people who will</w:t>
      </w:r>
    </w:p>
    <w:p>
      <w:pPr>
        <w:jc w:val="right"/>
      </w:pPr>
      <w:r>
        <w:t>The Prophet said, "If you want to know who are paradise people, who are those people who will</w:t>
      </w:r>
    </w:p>
    <w:p>
      <w:r>
        <w:rPr>
          <w:b/>
        </w:rPr>
        <w:t xml:space="preserve">[35:37] </w:t>
      </w:r>
      <w:r>
        <w:t>be who will find entry into paradise, you see these birds.</w:t>
      </w:r>
    </w:p>
    <w:p>
      <w:pPr>
        <w:jc w:val="right"/>
      </w:pPr>
      <w:r>
        <w:t>be who will find entry into paradise, you see these birds.</w:t>
      </w:r>
    </w:p>
    <w:p>
      <w:r>
        <w:rPr>
          <w:b/>
        </w:rPr>
        <w:t xml:space="preserve">[35:45] </w:t>
      </w:r>
      <w:r>
        <w:t>You have to see these birds.</w:t>
      </w:r>
    </w:p>
    <w:p>
      <w:pPr>
        <w:jc w:val="right"/>
      </w:pPr>
      <w:r>
        <w:t>You have to see these birds.</w:t>
      </w:r>
    </w:p>
    <w:p>
      <w:r>
        <w:rPr>
          <w:b/>
        </w:rPr>
        <w:t xml:space="preserve">[35:52] </w:t>
      </w:r>
      <w:r>
        <w:t>Birds are innocent creatures.</w:t>
      </w:r>
    </w:p>
    <w:p>
      <w:pPr>
        <w:jc w:val="right"/>
      </w:pPr>
      <w:r>
        <w:t>Birds are innocent creatures.</w:t>
      </w:r>
    </w:p>
    <w:p>
      <w:r>
        <w:rPr>
          <w:b/>
        </w:rPr>
        <w:t xml:space="preserve">[36:00] </w:t>
      </w:r>
      <w:r>
        <w:t>Birds are peace-loving creatures.</w:t>
      </w:r>
    </w:p>
    <w:p>
      <w:pPr>
        <w:jc w:val="right"/>
      </w:pPr>
      <w:r>
        <w:t>Birds are peace-loving creatures.</w:t>
      </w:r>
    </w:p>
    <w:p>
      <w:r>
        <w:rPr>
          <w:b/>
        </w:rPr>
        <w:t xml:space="preserve">[36:07] </w:t>
      </w:r>
      <w:r>
        <w:t>Birds do not know.</w:t>
      </w:r>
    </w:p>
    <w:p>
      <w:pPr>
        <w:jc w:val="right"/>
      </w:pPr>
      <w:r>
        <w:t>Birds do not know.</w:t>
      </w:r>
    </w:p>
    <w:p>
      <w:r>
        <w:rPr>
          <w:b/>
        </w:rPr>
        <w:t xml:space="preserve">[36:15] </w:t>
      </w:r>
      <w:r>
        <w:t>In the heart of the bird, there are no such sentiments like anger, malice, revenge. Birds do not know all these things. This is the character of a paradise person.</w:t>
      </w:r>
    </w:p>
    <w:p>
      <w:pPr>
        <w:jc w:val="right"/>
      </w:pPr>
      <w:r>
        <w:t>In the heart of the bird, there are no such sentiments like anger, malice, revenge. Birds do not know all these things. This is the character of a paradise person.</w:t>
      </w:r>
    </w:p>
    <w:p>
      <w:r>
        <w:rPr>
          <w:b/>
        </w:rPr>
        <w:t xml:space="preserve">[36:34] </w:t>
      </w:r>
      <w:r>
        <w:t>One who wants to find entry into paradise, he must adopt bird culture.</w:t>
      </w:r>
    </w:p>
    <w:p>
      <w:pPr>
        <w:jc w:val="right"/>
      </w:pPr>
      <w:r>
        <w:t>One who wants to find entry into paradise, he must adopt bird culture.</w:t>
      </w:r>
    </w:p>
    <w:p>
      <w:r>
        <w:rPr>
          <w:b/>
        </w:rPr>
        <w:t xml:space="preserve">[36:45] </w:t>
      </w:r>
      <w:r>
        <w:t>He must live as a bird without malice." The Prophet once said to a companion, "If you want</w:t>
      </w:r>
    </w:p>
    <w:p>
      <w:pPr>
        <w:jc w:val="right"/>
      </w:pPr>
      <w:r>
        <w:t>He must live as a bird without malice." The Prophet once said to a companion, "If you want</w:t>
      </w:r>
    </w:p>
    <w:p>
      <w:r>
        <w:rPr>
          <w:b/>
        </w:rPr>
        <w:t xml:space="preserve">[36:56] </w:t>
      </w:r>
      <w:r>
        <w:t>to find if you want to find entry into paradise, so you have to adopt this formula: There</w:t>
      </w:r>
    </w:p>
    <w:p>
      <w:pPr>
        <w:jc w:val="right"/>
      </w:pPr>
      <w:r>
        <w:t>to find if you want to find entry into paradise, so you have to adopt this formula: There</w:t>
      </w:r>
    </w:p>
    <w:p>
      <w:r>
        <w:rPr>
          <w:b/>
        </w:rPr>
        <w:t xml:space="preserve">[37:07] </w:t>
      </w:r>
      <w:r>
        <w:t>is no malice in your heart against anyone.</w:t>
      </w:r>
    </w:p>
    <w:p>
      <w:pPr>
        <w:jc w:val="right"/>
      </w:pPr>
      <w:r>
        <w:t>is no malice in your heart against anyone.</w:t>
      </w:r>
    </w:p>
    <w:p>
      <w:r>
        <w:rPr>
          <w:b/>
        </w:rPr>
        <w:t xml:space="preserve">[37:18] </w:t>
      </w:r>
      <w:r>
        <w:t>This is the bird culture.</w:t>
      </w:r>
    </w:p>
    <w:p>
      <w:pPr>
        <w:jc w:val="right"/>
      </w:pPr>
      <w:r>
        <w:t>This is the bird culture.</w:t>
      </w:r>
    </w:p>
    <w:p>
      <w:r>
        <w:rPr>
          <w:b/>
        </w:rPr>
        <w:t xml:space="preserve">[37:29] </w:t>
      </w:r>
      <w:r>
        <w:t>This is the bird behavior.</w:t>
      </w:r>
    </w:p>
    <w:p>
      <w:pPr>
        <w:jc w:val="right"/>
      </w:pPr>
      <w:r>
        <w:t>This is the bird behavior.</w:t>
      </w:r>
    </w:p>
    <w:p>
      <w:r>
        <w:rPr>
          <w:b/>
        </w:rPr>
        <w:t xml:space="preserve">[37:34] </w:t>
      </w:r>
      <w:r>
        <w:t>So birds are like the birds of paradise.</w:t>
      </w:r>
    </w:p>
    <w:p>
      <w:pPr>
        <w:jc w:val="right"/>
      </w:pPr>
      <w:r>
        <w:t>So birds are like the birds of paradise.</w:t>
      </w:r>
    </w:p>
    <w:p>
      <w:r>
        <w:rPr>
          <w:b/>
        </w:rPr>
        <w:t xml:space="preserve">[37:39] </w:t>
      </w:r>
      <w:r>
        <w:t>Birds are a demonstration of what is the culture of paradise.</w:t>
      </w:r>
    </w:p>
    <w:p>
      <w:pPr>
        <w:jc w:val="right"/>
      </w:pPr>
      <w:r>
        <w:t>Birds are a demonstration of what is the culture of paradise.</w:t>
      </w:r>
    </w:p>
    <w:p>
      <w:r>
        <w:rPr>
          <w:b/>
        </w:rPr>
        <w:t xml:space="preserve">[37:44] </w:t>
      </w:r>
      <w:r>
        <w:t>Who are those people who will be settled in paradise?</w:t>
      </w:r>
    </w:p>
    <w:p>
      <w:pPr>
        <w:jc w:val="right"/>
      </w:pPr>
      <w:r>
        <w:t>Who are those people who will be settled in paradise?</w:t>
      </w:r>
    </w:p>
    <w:p>
      <w:r>
        <w:rPr>
          <w:b/>
        </w:rPr>
        <w:t xml:space="preserve">[37:49] </w:t>
      </w:r>
      <w:r>
        <w:t>So every bird is like a person living in paradise.</w:t>
      </w:r>
    </w:p>
    <w:p>
      <w:pPr>
        <w:jc w:val="right"/>
      </w:pPr>
      <w:r>
        <w:t>So every bird is like a person living in paradise.</w:t>
      </w:r>
    </w:p>
    <w:p>
      <w:r>
        <w:rPr>
          <w:b/>
        </w:rPr>
        <w:t xml:space="preserve">[37:54] </w:t>
      </w:r>
      <w:r>
        <w:t>This is the paradise culture.</w:t>
      </w:r>
    </w:p>
    <w:p>
      <w:pPr>
        <w:jc w:val="right"/>
      </w:pPr>
      <w:r>
        <w:t>This is the paradise culture.</w:t>
      </w:r>
    </w:p>
    <w:p>
      <w:r>
        <w:rPr>
          <w:b/>
        </w:rPr>
        <w:t xml:space="preserve">[38:00] </w:t>
      </w:r>
      <w:r>
        <w:t>Paradise culture is based on peace, love, tolerance, well-wishing, compassion, mercy.</w:t>
      </w:r>
    </w:p>
    <w:p>
      <w:pPr>
        <w:jc w:val="right"/>
      </w:pPr>
      <w:r>
        <w:t>Paradise culture is based on peace, love, tolerance, well-wishing, compassion, mercy.</w:t>
      </w:r>
    </w:p>
    <w:p>
      <w:r>
        <w:rPr>
          <w:b/>
        </w:rPr>
        <w:t xml:space="preserve">[38:11] </w:t>
      </w:r>
      <w:r>
        <w:t>This is the behavior of paradise demonstrated by birds.</w:t>
      </w:r>
    </w:p>
    <w:p>
      <w:pPr>
        <w:jc w:val="right"/>
      </w:pPr>
      <w:r>
        <w:t>This is the behavior of paradise demonstrated by birds.</w:t>
      </w:r>
    </w:p>
    <w:p>
      <w:r>
        <w:rPr>
          <w:b/>
        </w:rPr>
        <w:t xml:space="preserve">[38:23] </w:t>
      </w:r>
      <w:r>
        <w:t>So everyone who wants to find entry into paradise, he must adopt this bird culture.</w:t>
      </w:r>
    </w:p>
    <w:p>
      <w:pPr>
        <w:jc w:val="right"/>
      </w:pPr>
      <w:r>
        <w:t>So everyone who wants to find entry into paradise, he must adopt this bird culture.</w:t>
      </w:r>
    </w:p>
    <w:p>
      <w:r>
        <w:rPr>
          <w:b/>
        </w:rPr>
        <w:t xml:space="preserve">[38:35] </w:t>
      </w:r>
      <w:r>
        <w:t>He must live in this world like a bird. So this is the creation plan of God. And this is the culture of paradise. Aqoola qawli haza. Wastaghfirullah aliyi wal qum ajma'in.</w:t>
      </w:r>
    </w:p>
    <w:p>
      <w:pPr>
        <w:jc w:val="right"/>
      </w:pPr>
      <w:r>
        <w:t>He must live in this world like a bird. So this is the creation plan of God. And this is the culture of paradise. Aqoola qawli haza. Wastaghfirullah aliyi wal qum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