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Teaching of the Prophet (English) March 31, 2007 Maulana Wahiduddin Khan</w:t>
      </w:r>
    </w:p>
    <w:p>
      <w:r>
        <w:t>https://www.youtube.com/watch?v=2Jm65f4yNG8</w:t>
      </w:r>
    </w:p>
    <w:p>
      <w:r>
        <w:rPr>
          <w:b/>
        </w:rPr>
        <w:t xml:space="preserve">[00:10] </w:t>
      </w:r>
      <w:r>
        <w:t>bismillah rahman rahim, wa salallahu ala nabiyyil karim.</w:t>
      </w:r>
    </w:p>
    <w:p>
      <w:pPr>
        <w:jc w:val="right"/>
      </w:pPr>
      <w:r>
        <w:t>بسم اللہ الرحمن الرحیم، وصلی اللہ علی النبی الکریم۔</w:t>
      </w:r>
    </w:p>
    <w:p>
      <w:r>
        <w:rPr>
          <w:b/>
        </w:rPr>
        <w:t xml:space="preserve">[00:22]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[00:34] </w:t>
      </w:r>
      <w:r>
        <w:t>This talk is about the Prophet of Islam, some aspects of his life and his teachings.</w:t>
      </w:r>
    </w:p>
    <w:p>
      <w:pPr>
        <w:jc w:val="right"/>
      </w:pPr>
      <w:r>
        <w:t>This talk is about the Prophet of Islam, some aspects of his life and his teachings.</w:t>
      </w:r>
    </w:p>
    <w:p>
      <w:r>
        <w:rPr>
          <w:b/>
        </w:rPr>
        <w:t xml:space="preserve">[00:46] </w:t>
      </w:r>
      <w:r>
        <w:t>One American scholar, Dr.</w:t>
      </w:r>
    </w:p>
    <w:p>
      <w:pPr>
        <w:jc w:val="right"/>
      </w:pPr>
      <w:r>
        <w:t>One American scholar, Dr.</w:t>
      </w:r>
    </w:p>
    <w:p>
      <w:r>
        <w:rPr>
          <w:b/>
        </w:rPr>
        <w:t xml:space="preserve">[00:58] </w:t>
      </w:r>
      <w:r>
        <w:t>Michael Hart, has published a book with the title "The Hundred." In this book, he has listed 100</w:t>
      </w:r>
    </w:p>
    <w:p>
      <w:pPr>
        <w:jc w:val="right"/>
      </w:pPr>
      <w:r>
        <w:t>Michael Hart, has published a book with the title "The Hundred." In this book, he has listed 100</w:t>
      </w:r>
    </w:p>
    <w:p>
      <w:r>
        <w:rPr>
          <w:b/>
        </w:rPr>
        <w:t xml:space="preserve">[01:10] </w:t>
      </w:r>
      <w:r>
        <w:t>personalities of the history, those who were super achievers.</w:t>
      </w:r>
    </w:p>
    <w:p>
      <w:pPr>
        <w:jc w:val="right"/>
      </w:pPr>
      <w:r>
        <w:t>personalities of the history, those who were super achievers.</w:t>
      </w:r>
    </w:p>
    <w:p>
      <w:r>
        <w:rPr>
          <w:b/>
        </w:rPr>
        <w:t xml:space="preserve">[01:23] </w:t>
      </w:r>
      <w:r>
        <w:t>So in this list of 100, he puts the Prophet of Islam at the top. He puts the Prophet of Islam at the top.</w:t>
      </w:r>
    </w:p>
    <w:p>
      <w:pPr>
        <w:jc w:val="right"/>
      </w:pPr>
      <w:r>
        <w:t>So in this list of 100, he puts the Prophet of Islam at the top. He puts the Prophet of Islam at the top.</w:t>
      </w:r>
    </w:p>
    <w:p>
      <w:r>
        <w:rPr>
          <w:b/>
        </w:rPr>
        <w:t xml:space="preserve">[01:43] </w:t>
      </w:r>
      <w:r>
        <w:t>He says in this book about the Prophet that Muhammad was a supremely successful man on both the</w:t>
      </w:r>
    </w:p>
    <w:p>
      <w:pPr>
        <w:jc w:val="right"/>
      </w:pPr>
      <w:r>
        <w:t>He says in this book about the Prophet that Muhammad was a supremely successful man on both the</w:t>
      </w:r>
    </w:p>
    <w:p>
      <w:r>
        <w:rPr>
          <w:b/>
        </w:rPr>
        <w:t xml:space="preserve">[01:53] </w:t>
      </w:r>
      <w:r>
        <w:t>secular and religious levels.</w:t>
      </w:r>
    </w:p>
    <w:p>
      <w:pPr>
        <w:jc w:val="right"/>
      </w:pPr>
      <w:r>
        <w:t>secular and religious levels.</w:t>
      </w:r>
    </w:p>
    <w:p>
      <w:r>
        <w:rPr>
          <w:b/>
        </w:rPr>
        <w:t xml:space="preserve">[02:04] </w:t>
      </w:r>
      <w:r>
        <w:t>Muhammad was the supremely successful man in the history on both the religious and secular levels.</w:t>
      </w:r>
    </w:p>
    <w:p>
      <w:pPr>
        <w:jc w:val="right"/>
      </w:pPr>
      <w:r>
        <w:t>Muhammad was the supremely successful man in the history on both the religious and secular levels.</w:t>
      </w:r>
    </w:p>
    <w:p>
      <w:r>
        <w:rPr>
          <w:b/>
        </w:rPr>
        <w:t xml:space="preserve">[02:15] </w:t>
      </w:r>
      <w:r>
        <w:t>So according to his findings, the Prophet of Islam was successful not only in the religious field but</w:t>
      </w:r>
    </w:p>
    <w:p>
      <w:pPr>
        <w:jc w:val="right"/>
      </w:pPr>
      <w:r>
        <w:t>So according to his findings, the Prophet of Islam was successful not only in the religious field but</w:t>
      </w:r>
    </w:p>
    <w:p>
      <w:r>
        <w:rPr>
          <w:b/>
        </w:rPr>
        <w:t xml:space="preserve">[02:25] </w:t>
      </w:r>
      <w:r>
        <w:t>also in secular fields.</w:t>
      </w:r>
    </w:p>
    <w:p>
      <w:pPr>
        <w:jc w:val="right"/>
      </w:pPr>
      <w:r>
        <w:t>also in secular fields.</w:t>
      </w:r>
    </w:p>
    <w:p>
      <w:r>
        <w:rPr>
          <w:b/>
        </w:rPr>
        <w:t xml:space="preserve">[02:36] </w:t>
      </w:r>
      <w:r>
        <w:t>Here I would like to say something in one aspect of his life, that is his success in</w:t>
      </w:r>
    </w:p>
    <w:p>
      <w:pPr>
        <w:jc w:val="right"/>
      </w:pPr>
      <w:r>
        <w:t>Here I would like to say something in one aspect of his life, that is his success in</w:t>
      </w:r>
    </w:p>
    <w:p>
      <w:r>
        <w:rPr>
          <w:b/>
        </w:rPr>
        <w:t xml:space="preserve">[02:47] </w:t>
      </w:r>
      <w:r>
        <w:t>the secular field.</w:t>
      </w:r>
    </w:p>
    <w:p>
      <w:pPr>
        <w:jc w:val="right"/>
      </w:pPr>
      <w:r>
        <w:t>the secular field.</w:t>
      </w:r>
    </w:p>
    <w:p>
      <w:r>
        <w:rPr>
          <w:b/>
        </w:rPr>
        <w:t xml:space="preserve">[02:57] </w:t>
      </w:r>
      <w:r>
        <w:t>It is my finding that the Prophet of Islam was not only a successful person, a supremely successful</w:t>
      </w:r>
    </w:p>
    <w:p>
      <w:pPr>
        <w:jc w:val="right"/>
      </w:pPr>
      <w:r>
        <w:t>It is my finding that the Prophet of Islam was not only a successful person, a supremely successful</w:t>
      </w:r>
    </w:p>
    <w:p>
      <w:r>
        <w:rPr>
          <w:b/>
        </w:rPr>
        <w:t xml:space="preserve">[03:08] </w:t>
      </w:r>
      <w:r>
        <w:t>person in the history, at the same time he gave the formula of supreme success.</w:t>
      </w:r>
    </w:p>
    <w:p>
      <w:pPr>
        <w:jc w:val="right"/>
      </w:pPr>
      <w:r>
        <w:t>person in the history, at the same time he gave the formula of supreme success.</w:t>
      </w:r>
    </w:p>
    <w:p>
      <w:r>
        <w:rPr>
          <w:b/>
        </w:rPr>
        <w:t xml:space="preserve">[03:19] </w:t>
      </w:r>
      <w:r>
        <w:t>He has given the formula of supreme success. I think it is more important. He himself was not a super achiever, but he has given the formula of super achievement, super success.</w:t>
      </w:r>
    </w:p>
    <w:p>
      <w:pPr>
        <w:jc w:val="right"/>
      </w:pPr>
      <w:r>
        <w:t>He has given the formula of supreme success. I think it is more important. He himself was not a super achiever, but he has given the formula of super achievement, super success.</w:t>
      </w:r>
    </w:p>
    <w:p>
      <w:r>
        <w:rPr>
          <w:b/>
        </w:rPr>
        <w:t xml:space="preserve">[03:43] </w:t>
      </w:r>
      <w:r>
        <w:t>So here I would like to mention some aspects of that formula.</w:t>
      </w:r>
    </w:p>
    <w:p>
      <w:pPr>
        <w:jc w:val="right"/>
      </w:pPr>
      <w:r>
        <w:t>So here I would like to mention some aspects of that formula.</w:t>
      </w:r>
    </w:p>
    <w:p>
      <w:r>
        <w:rPr>
          <w:b/>
        </w:rPr>
        <w:t xml:space="preserve">[03:55] </w:t>
      </w:r>
      <w:r>
        <w:t>In the Quran, you know the Quran was revealed to the Prophet of Islam from God Almighty.</w:t>
      </w:r>
    </w:p>
    <w:p>
      <w:pPr>
        <w:jc w:val="right"/>
      </w:pPr>
      <w:r>
        <w:t>In the Quran, you know the Quran was revealed to the Prophet of Islam from God Almighty.</w:t>
      </w:r>
    </w:p>
    <w:p>
      <w:r>
        <w:rPr>
          <w:b/>
        </w:rPr>
        <w:t xml:space="preserve">[04:07] </w:t>
      </w:r>
      <w:r>
        <w:t>So the main source of Prophet's thinking and behavior was the Quran itself.</w:t>
      </w:r>
    </w:p>
    <w:p>
      <w:pPr>
        <w:jc w:val="right"/>
      </w:pPr>
      <w:r>
        <w:t>So the main source of Prophet's thinking and behavior was the Quran itself.</w:t>
      </w:r>
    </w:p>
    <w:p>
      <w:r>
        <w:rPr>
          <w:b/>
        </w:rPr>
        <w:t xml:space="preserve">[04:20] </w:t>
      </w:r>
      <w:r>
        <w:t>So in the Quran, there is a verse very, very important for every human being.</w:t>
      </w:r>
    </w:p>
    <w:p>
      <w:pPr>
        <w:jc w:val="right"/>
      </w:pPr>
      <w:r>
        <w:t>So in the Quran, there is a verse very, very important for every human being.</w:t>
      </w:r>
    </w:p>
    <w:p>
      <w:r>
        <w:rPr>
          <w:b/>
        </w:rPr>
        <w:t xml:space="preserve">[04:32] </w:t>
      </w:r>
      <w:r>
        <w:t>It reads, "Innamal usra yusra." With every hardship, there is ease.</w:t>
      </w:r>
    </w:p>
    <w:p>
      <w:pPr>
        <w:jc w:val="right"/>
      </w:pPr>
      <w:r>
        <w:t>It reads, "Innamal usra yusra." With every hardship, there is ease.</w:t>
      </w:r>
    </w:p>
    <w:p>
      <w:r>
        <w:rPr>
          <w:b/>
        </w:rPr>
        <w:t xml:space="preserve">[04:44] </w:t>
      </w:r>
      <w:r>
        <w:t>With every hardship, there is ease.</w:t>
      </w:r>
    </w:p>
    <w:p>
      <w:pPr>
        <w:jc w:val="right"/>
      </w:pPr>
      <w:r>
        <w:t>With every hardship, there is ease.</w:t>
      </w:r>
    </w:p>
    <w:p>
      <w:r>
        <w:rPr>
          <w:b/>
        </w:rPr>
        <w:t xml:space="preserve">[04:57] </w:t>
      </w:r>
      <w:r>
        <w:t>This verse is repeated in the Quran.</w:t>
      </w:r>
    </w:p>
    <w:p>
      <w:pPr>
        <w:jc w:val="right"/>
      </w:pPr>
      <w:r>
        <w:t>This verse is repeated in the Quran.</w:t>
      </w:r>
    </w:p>
    <w:p>
      <w:r>
        <w:rPr>
          <w:b/>
        </w:rPr>
        <w:t xml:space="preserve">[05:09] </w:t>
      </w:r>
      <w:r>
        <w:t>So the Prophet of Islam explained this repetition in these words.</w:t>
      </w:r>
    </w:p>
    <w:p>
      <w:pPr>
        <w:jc w:val="right"/>
      </w:pPr>
      <w:r>
        <w:t>So the Prophet of Islam explained this repetition in these words.</w:t>
      </w:r>
    </w:p>
    <w:p>
      <w:r>
        <w:rPr>
          <w:b/>
        </w:rPr>
        <w:t xml:space="preserve">[05:21] </w:t>
      </w:r>
      <w:r>
        <w:t>He said, "Lan yaghliba usrun yusraine." It is very important, very, very important.</w:t>
      </w:r>
    </w:p>
    <w:p>
      <w:pPr>
        <w:jc w:val="right"/>
      </w:pPr>
      <w:r>
        <w:t>He said, "Lan yaghliba usrun yusraine." It is very important, very, very important.</w:t>
      </w:r>
    </w:p>
    <w:p>
      <w:r>
        <w:rPr>
          <w:b/>
        </w:rPr>
        <w:t xml:space="preserve">[05:34] </w:t>
      </w:r>
      <w:r>
        <w:t>According to this Prophetic saying, the quantum of opportunity is double than the quantum of problem.</w:t>
      </w:r>
    </w:p>
    <w:p>
      <w:pPr>
        <w:jc w:val="right"/>
      </w:pPr>
      <w:r>
        <w:t>According to this Prophetic saying, the quantum of opportunity is double than the quantum of problem.</w:t>
      </w:r>
    </w:p>
    <w:p>
      <w:r>
        <w:rPr>
          <w:b/>
        </w:rPr>
        <w:t xml:space="preserve">[05:46] </w:t>
      </w:r>
      <w:r>
        <w:t>In our world, the opportunities are double than the problems.</w:t>
      </w:r>
    </w:p>
    <w:p>
      <w:pPr>
        <w:jc w:val="right"/>
      </w:pPr>
      <w:r>
        <w:t>In our world, the opportunities are double than the problems.</w:t>
      </w:r>
    </w:p>
    <w:p>
      <w:r>
        <w:rPr>
          <w:b/>
        </w:rPr>
        <w:t xml:space="preserve">[05:58] </w:t>
      </w:r>
      <w:r>
        <w:t>So why anxiety?</w:t>
      </w:r>
    </w:p>
    <w:p>
      <w:pPr>
        <w:jc w:val="right"/>
      </w:pPr>
      <w:r>
        <w:t>So why anxiety?</w:t>
      </w:r>
    </w:p>
    <w:p>
      <w:r>
        <w:rPr>
          <w:b/>
        </w:rPr>
        <w:t xml:space="preserve">[06:11] </w:t>
      </w:r>
      <w:r>
        <w:t>Why frustration? Why tension? Why stress? You have to avail all those abundant opportunities.</w:t>
      </w:r>
    </w:p>
    <w:p>
      <w:pPr>
        <w:jc w:val="right"/>
      </w:pPr>
      <w:r>
        <w:t>Why frustration? Why tension? Why stress? You have to avail all those abundant opportunities.</w:t>
      </w:r>
    </w:p>
    <w:p>
      <w:r>
        <w:rPr>
          <w:b/>
        </w:rPr>
        <w:t xml:space="preserve">[06:27] </w:t>
      </w:r>
      <w:r>
        <w:t>If you are facing some problem, you have to believe in advance that there are opportunities double than the problems.</w:t>
      </w:r>
    </w:p>
    <w:p>
      <w:pPr>
        <w:jc w:val="right"/>
      </w:pPr>
      <w:r>
        <w:t>If you are facing some problem, you have to believe in advance that there are opportunities double than the problems.</w:t>
      </w:r>
    </w:p>
    <w:p>
      <w:r>
        <w:rPr>
          <w:b/>
        </w:rPr>
        <w:t xml:space="preserve">[06:36] </w:t>
      </w:r>
      <w:r>
        <w:t>So it is a good tiding for you.</w:t>
      </w:r>
    </w:p>
    <w:p>
      <w:pPr>
        <w:jc w:val="right"/>
      </w:pPr>
      <w:r>
        <w:t>So it is a good tiding for you.</w:t>
      </w:r>
    </w:p>
    <w:p>
      <w:r>
        <w:rPr>
          <w:b/>
        </w:rPr>
        <w:t xml:space="preserve">[06:46] </w:t>
      </w:r>
      <w:r>
        <w:t>Good tiding for you.</w:t>
      </w:r>
    </w:p>
    <w:p>
      <w:pPr>
        <w:jc w:val="right"/>
      </w:pPr>
      <w:r>
        <w:t>Good tiding for you.</w:t>
      </w:r>
    </w:p>
    <w:p>
      <w:r>
        <w:rPr>
          <w:b/>
        </w:rPr>
        <w:t xml:space="preserve">[06:56] </w:t>
      </w:r>
      <w:r>
        <w:t>It is very, very important for every human being, for every man and woman, because every day we</w:t>
      </w:r>
    </w:p>
    <w:p>
      <w:pPr>
        <w:jc w:val="right"/>
      </w:pPr>
      <w:r>
        <w:t>It is very, very important for every human being, for every man and woman, because every day we</w:t>
      </w:r>
    </w:p>
    <w:p>
      <w:r>
        <w:rPr>
          <w:b/>
        </w:rPr>
        <w:t xml:space="preserve">[07:06] </w:t>
      </w:r>
      <w:r>
        <w:t>face some problems.</w:t>
      </w:r>
    </w:p>
    <w:p>
      <w:pPr>
        <w:jc w:val="right"/>
      </w:pPr>
      <w:r>
        <w:t>face some problems.</w:t>
      </w:r>
    </w:p>
    <w:p>
      <w:r>
        <w:rPr>
          <w:b/>
        </w:rPr>
        <w:t xml:space="preserve">[07:16] </w:t>
      </w:r>
      <w:r>
        <w:t>So when we face some problem, we have to believe in advance that there are opportunities more than the problem.</w:t>
      </w:r>
    </w:p>
    <w:p>
      <w:pPr>
        <w:jc w:val="right"/>
      </w:pPr>
      <w:r>
        <w:t>So when we face some problem, we have to believe in advance that there are opportunities more than the problem.</w:t>
      </w:r>
    </w:p>
    <w:p>
      <w:r>
        <w:rPr>
          <w:b/>
        </w:rPr>
        <w:t xml:space="preserve">[07:26] </w:t>
      </w:r>
      <w:r>
        <w:t>So we have to avail these opportunities, and we will be a success.</w:t>
      </w:r>
    </w:p>
    <w:p>
      <w:pPr>
        <w:jc w:val="right"/>
      </w:pPr>
      <w:r>
        <w:t>So we have to avail these opportunities, and we will be a success.</w:t>
      </w:r>
    </w:p>
    <w:p>
      <w:r>
        <w:rPr>
          <w:b/>
        </w:rPr>
        <w:t xml:space="preserve">[07:36] </w:t>
      </w:r>
      <w:r>
        <w:t>This is the 31st March issue of the Hindustan Times.</w:t>
      </w:r>
    </w:p>
    <w:p>
      <w:pPr>
        <w:jc w:val="right"/>
      </w:pPr>
      <w:r>
        <w:t>This is the 31st March issue of the Hindustan Times.</w:t>
      </w:r>
    </w:p>
    <w:p>
      <w:r>
        <w:rPr>
          <w:b/>
        </w:rPr>
        <w:t xml:space="preserve">[07:44] </w:t>
      </w:r>
      <w:r>
        <w:t>Today it is 31st of March.</w:t>
      </w:r>
    </w:p>
    <w:p>
      <w:pPr>
        <w:jc w:val="right"/>
      </w:pPr>
      <w:r>
        <w:t>Today it is 31st of March.</w:t>
      </w:r>
    </w:p>
    <w:p>
      <w:r>
        <w:rPr>
          <w:b/>
        </w:rPr>
        <w:t xml:space="preserve">[07:53] </w:t>
      </w:r>
      <w:r>
        <w:t>So this day, that is this issue, that is the issue of 31st March, there is a report</w:t>
      </w:r>
    </w:p>
    <w:p>
      <w:pPr>
        <w:jc w:val="right"/>
      </w:pPr>
      <w:r>
        <w:t>So this day, that is this issue, that is the issue of 31st March, there is a report</w:t>
      </w:r>
    </w:p>
    <w:p>
      <w:r>
        <w:rPr>
          <w:b/>
        </w:rPr>
        <w:t xml:space="preserve">[08:02] </w:t>
      </w:r>
      <w:r>
        <w:t>about Indian Muslims.</w:t>
      </w:r>
    </w:p>
    <w:p>
      <w:pPr>
        <w:jc w:val="right"/>
      </w:pPr>
      <w:r>
        <w:t>about Indian Muslims.</w:t>
      </w:r>
    </w:p>
    <w:p>
      <w:r>
        <w:rPr>
          <w:b/>
        </w:rPr>
        <w:t xml:space="preserve">[08:11] </w:t>
      </w:r>
      <w:r>
        <w:t>This report is based on a national survey, on a national survey about the economic conditions of the</w:t>
      </w:r>
    </w:p>
    <w:p>
      <w:pPr>
        <w:jc w:val="right"/>
      </w:pPr>
      <w:r>
        <w:t>This report is based on a national survey, on a national survey about the economic conditions of the</w:t>
      </w:r>
    </w:p>
    <w:p>
      <w:r>
        <w:rPr>
          <w:b/>
        </w:rPr>
        <w:t xml:space="preserve">[08:20] </w:t>
      </w:r>
      <w:r>
        <w:t>Muslims living in India.</w:t>
      </w:r>
    </w:p>
    <w:p>
      <w:pPr>
        <w:jc w:val="right"/>
      </w:pPr>
      <w:r>
        <w:t>Muslims living in India.</w:t>
      </w:r>
    </w:p>
    <w:p>
      <w:r>
        <w:rPr>
          <w:b/>
        </w:rPr>
        <w:t xml:space="preserve">[08:29] </w:t>
      </w:r>
      <w:r>
        <w:t>It is a very hopeful report.</w:t>
      </w:r>
    </w:p>
    <w:p>
      <w:pPr>
        <w:jc w:val="right"/>
      </w:pPr>
      <w:r>
        <w:t>It is a very hopeful report.</w:t>
      </w:r>
    </w:p>
    <w:p>
      <w:r>
        <w:rPr>
          <w:b/>
        </w:rPr>
        <w:t xml:space="preserve">[08:38] </w:t>
      </w:r>
      <w:r>
        <w:t>Also, there is a very, very important principle that verifies the principle given by the Prophet of Islam.</w:t>
      </w:r>
    </w:p>
    <w:p>
      <w:pPr>
        <w:jc w:val="right"/>
      </w:pPr>
      <w:r>
        <w:t>Also, there is a very, very important principle that verifies the principle given by the Prophet of Islam.</w:t>
      </w:r>
    </w:p>
    <w:p>
      <w:r>
        <w:rPr>
          <w:b/>
        </w:rPr>
        <w:t xml:space="preserve">[08:57] </w:t>
      </w:r>
      <w:r>
        <w:t>The report says that after 1947, there was some discrimination against the Muslims in jobs, in the organized sector, in jobs in the organized sector.</w:t>
      </w:r>
    </w:p>
    <w:p>
      <w:pPr>
        <w:jc w:val="right"/>
      </w:pPr>
      <w:r>
        <w:t>The report says that after 1947, there was some discrimination against the Muslims in jobs, in the organized sector, in jobs in the organized sector.</w:t>
      </w:r>
    </w:p>
    <w:p>
      <w:r>
        <w:rPr>
          <w:b/>
        </w:rPr>
        <w:t xml:space="preserve">[09:22] </w:t>
      </w:r>
      <w:r>
        <w:t>So there was discrimination against the Muslims.</w:t>
      </w:r>
    </w:p>
    <w:p>
      <w:pPr>
        <w:jc w:val="right"/>
      </w:pPr>
      <w:r>
        <w:t>So there was discrimination against the Muslims.</w:t>
      </w:r>
    </w:p>
    <w:p>
      <w:r>
        <w:rPr>
          <w:b/>
        </w:rPr>
        <w:t xml:space="preserve">[09:31] </w:t>
      </w:r>
      <w:r>
        <w:t>Then what happened?</w:t>
      </w:r>
    </w:p>
    <w:p>
      <w:pPr>
        <w:jc w:val="right"/>
      </w:pPr>
      <w:r>
        <w:t>Then what happened?</w:t>
      </w:r>
    </w:p>
    <w:p>
      <w:r>
        <w:rPr>
          <w:b/>
        </w:rPr>
        <w:t xml:space="preserve">[09:41] </w:t>
      </w:r>
      <w:r>
        <w:t>Gradually, there was a change among the Muslim thinking.</w:t>
      </w:r>
    </w:p>
    <w:p>
      <w:pPr>
        <w:jc w:val="right"/>
      </w:pPr>
      <w:r>
        <w:t>Gradually, there was a change among the Muslim thinking.</w:t>
      </w:r>
    </w:p>
    <w:p>
      <w:r>
        <w:rPr>
          <w:b/>
        </w:rPr>
        <w:t xml:space="preserve">[09:50] </w:t>
      </w:r>
      <w:r>
        <w:t>When they saw that there is no hope in the organized sector, they adopted to seek jobs in</w:t>
      </w:r>
    </w:p>
    <w:p>
      <w:pPr>
        <w:jc w:val="right"/>
      </w:pPr>
      <w:r>
        <w:t>When they saw that there is no hope in the organized sector, they adopted to seek jobs in</w:t>
      </w:r>
    </w:p>
    <w:p>
      <w:r>
        <w:rPr>
          <w:b/>
        </w:rPr>
        <w:t xml:space="preserve">[10:00] </w:t>
      </w:r>
      <w:r>
        <w:t>the self-employed sector.</w:t>
      </w:r>
    </w:p>
    <w:p>
      <w:pPr>
        <w:jc w:val="right"/>
      </w:pPr>
      <w:r>
        <w:t>the self-employed sector.</w:t>
      </w:r>
    </w:p>
    <w:p>
      <w:r>
        <w:rPr>
          <w:b/>
        </w:rPr>
        <w:t xml:space="preserve">[10:10] </w:t>
      </w:r>
      <w:r>
        <w:t>They were denied jobs in the organized sector, but after some years, they regained their position in the self-employed sector.</w:t>
      </w:r>
    </w:p>
    <w:p>
      <w:pPr>
        <w:jc w:val="right"/>
      </w:pPr>
      <w:r>
        <w:t>They were denied jobs in the organized sector, but after some years, they regained their position in the self-employed sector.</w:t>
      </w:r>
    </w:p>
    <w:p>
      <w:r>
        <w:rPr>
          <w:b/>
        </w:rPr>
        <w:t xml:space="preserve">[10:29] </w:t>
      </w:r>
      <w:r>
        <w:t>This is very important. This verifies the principle given by the Prophet of Islam.</w:t>
      </w:r>
    </w:p>
    <w:p>
      <w:pPr>
        <w:jc w:val="right"/>
      </w:pPr>
      <w:r>
        <w:t>This is very important. This verifies the principle given by the Prophet of Islam.</w:t>
      </w:r>
    </w:p>
    <w:p>
      <w:r>
        <w:rPr>
          <w:b/>
        </w:rPr>
        <w:t xml:space="preserve">[10:40] </w:t>
      </w:r>
      <w:r>
        <w:t>The formula given by the Prophet of Islam is not something as mysterious.</w:t>
      </w:r>
    </w:p>
    <w:p>
      <w:pPr>
        <w:jc w:val="right"/>
      </w:pPr>
      <w:r>
        <w:t>The formula given by the Prophet of Islam is not something as mysterious.</w:t>
      </w:r>
    </w:p>
    <w:p>
      <w:r>
        <w:rPr>
          <w:b/>
        </w:rPr>
        <w:t xml:space="preserve">[10:47] </w:t>
      </w:r>
      <w:r>
        <w:t>It is based on the law of nature.</w:t>
      </w:r>
    </w:p>
    <w:p>
      <w:pPr>
        <w:jc w:val="right"/>
      </w:pPr>
      <w:r>
        <w:t>It is based on the law of nature.</w:t>
      </w:r>
    </w:p>
    <w:p>
      <w:r>
        <w:rPr>
          <w:b/>
        </w:rPr>
        <w:t xml:space="preserve">[10:54] </w:t>
      </w:r>
      <w:r>
        <w:t>The formula given by the Prophet of Islam is based on the law of nature.</w:t>
      </w:r>
    </w:p>
    <w:p>
      <w:pPr>
        <w:jc w:val="right"/>
      </w:pPr>
      <w:r>
        <w:t>The formula given by the Prophet of Islam is based on the law of nature.</w:t>
      </w:r>
    </w:p>
    <w:p>
      <w:r>
        <w:rPr>
          <w:b/>
        </w:rPr>
        <w:t xml:space="preserve">[11:02] </w:t>
      </w:r>
      <w:r>
        <w:t>It is not mysterious.</w:t>
      </w:r>
    </w:p>
    <w:p>
      <w:pPr>
        <w:jc w:val="right"/>
      </w:pPr>
      <w:r>
        <w:t>It is not mysterious.</w:t>
      </w:r>
    </w:p>
    <w:p>
      <w:r>
        <w:rPr>
          <w:b/>
        </w:rPr>
        <w:t xml:space="preserve">[11:09] </w:t>
      </w:r>
      <w:r>
        <w:t>Now, what is that law of nature?</w:t>
      </w:r>
    </w:p>
    <w:p>
      <w:pPr>
        <w:jc w:val="right"/>
      </w:pPr>
      <w:r>
        <w:t>Now, what is that law of nature?</w:t>
      </w:r>
    </w:p>
    <w:p>
      <w:r>
        <w:rPr>
          <w:b/>
        </w:rPr>
        <w:t xml:space="preserve">[11:17] </w:t>
      </w:r>
      <w:r>
        <w:t>That law of nature is that when a community is denied jobs or any kind of opportunities, so this denial or this discrimination becomes a challenge for him.</w:t>
      </w:r>
    </w:p>
    <w:p>
      <w:pPr>
        <w:jc w:val="right"/>
      </w:pPr>
      <w:r>
        <w:t>That law of nature is that when a community is denied jobs or any kind of opportunities, so this denial or this discrimination becomes a challenge for him.</w:t>
      </w:r>
    </w:p>
    <w:p>
      <w:r>
        <w:rPr>
          <w:b/>
        </w:rPr>
        <w:t xml:space="preserve">[11:43] </w:t>
      </w:r>
      <w:r>
        <w:t>You know it is the law of nature that every discrimination becomes a challenge in result.</w:t>
      </w:r>
    </w:p>
    <w:p>
      <w:pPr>
        <w:jc w:val="right"/>
      </w:pPr>
      <w:r>
        <w:t>You know it is the law of nature that every discrimination becomes a challenge in result.</w:t>
      </w:r>
    </w:p>
    <w:p>
      <w:r>
        <w:rPr>
          <w:b/>
        </w:rPr>
        <w:t xml:space="preserve">[11:58] </w:t>
      </w:r>
      <w:r>
        <w:t>And challenge always enhances the ability of the community.</w:t>
      </w:r>
    </w:p>
    <w:p>
      <w:pPr>
        <w:jc w:val="right"/>
      </w:pPr>
      <w:r>
        <w:t>And challenge always enhances the ability of the community.</w:t>
      </w:r>
    </w:p>
    <w:p>
      <w:r>
        <w:rPr>
          <w:b/>
        </w:rPr>
        <w:t xml:space="preserve">[12:09] </w:t>
      </w:r>
      <w:r>
        <w:t>So when Muslims were denied jobs in the organized sector, for them, it was a challenge.</w:t>
      </w:r>
    </w:p>
    <w:p>
      <w:pPr>
        <w:jc w:val="right"/>
      </w:pPr>
      <w:r>
        <w:t>So when Muslims were denied jobs in the organized sector, for them, it was a challenge.</w:t>
      </w:r>
    </w:p>
    <w:p>
      <w:r>
        <w:rPr>
          <w:b/>
        </w:rPr>
        <w:t xml:space="preserve">[12:20] </w:t>
      </w:r>
      <w:r>
        <w:t>This challenge was like a brainstorm.</w:t>
      </w:r>
    </w:p>
    <w:p>
      <w:pPr>
        <w:jc w:val="right"/>
      </w:pPr>
      <w:r>
        <w:t>This challenge was like a brainstorm.</w:t>
      </w:r>
    </w:p>
    <w:p>
      <w:r>
        <w:rPr>
          <w:b/>
        </w:rPr>
        <w:t xml:space="preserve">[12:32] </w:t>
      </w:r>
      <w:r>
        <w:t>Their nature wanted to face, their nature wanted to meet this challenge.</w:t>
      </w:r>
    </w:p>
    <w:p>
      <w:pPr>
        <w:jc w:val="right"/>
      </w:pPr>
      <w:r>
        <w:t>Their nature wanted to face, their nature wanted to meet this challenge.</w:t>
      </w:r>
    </w:p>
    <w:p>
      <w:r>
        <w:rPr>
          <w:b/>
        </w:rPr>
        <w:t xml:space="preserve">[12:42] </w:t>
      </w:r>
      <w:r>
        <w:t>It was but natural that they wanted to face, to meet this challenge.</w:t>
      </w:r>
    </w:p>
    <w:p>
      <w:pPr>
        <w:jc w:val="right"/>
      </w:pPr>
      <w:r>
        <w:t>It was but natural that they wanted to face, to meet this challenge.</w:t>
      </w:r>
    </w:p>
    <w:p>
      <w:r>
        <w:rPr>
          <w:b/>
        </w:rPr>
        <w:t xml:space="preserve">[12:53] </w:t>
      </w:r>
      <w:r>
        <w:t>So this tendency was very, very important for their future because this increased their creativity.</w:t>
      </w:r>
    </w:p>
    <w:p>
      <w:pPr>
        <w:jc w:val="right"/>
      </w:pPr>
      <w:r>
        <w:t>So this tendency was very, very important for their future because this increased their creativity.</w:t>
      </w:r>
    </w:p>
    <w:p>
      <w:r>
        <w:rPr>
          <w:b/>
        </w:rPr>
        <w:t xml:space="preserve">[13:04] </w:t>
      </w:r>
      <w:r>
        <w:t>So the community became a creative community.</w:t>
      </w:r>
    </w:p>
    <w:p>
      <w:pPr>
        <w:jc w:val="right"/>
      </w:pPr>
      <w:r>
        <w:t>So the community became a creative community.</w:t>
      </w:r>
    </w:p>
    <w:p>
      <w:r>
        <w:rPr>
          <w:b/>
        </w:rPr>
        <w:t xml:space="preserve">[13:15] </w:t>
      </w:r>
      <w:r>
        <w:t>If previously they were simply a community, now they became a creative community.</w:t>
      </w:r>
    </w:p>
    <w:p>
      <w:pPr>
        <w:jc w:val="right"/>
      </w:pPr>
      <w:r>
        <w:t>If previously they were simply a community, now they became a creative community.</w:t>
      </w:r>
    </w:p>
    <w:p>
      <w:r>
        <w:rPr>
          <w:b/>
        </w:rPr>
        <w:t xml:space="preserve">[13:26] </w:t>
      </w:r>
      <w:r>
        <w:t>What a good news!</w:t>
      </w:r>
    </w:p>
    <w:p>
      <w:pPr>
        <w:jc w:val="right"/>
      </w:pPr>
      <w:r>
        <w:t>What a good news!</w:t>
      </w:r>
    </w:p>
    <w:p>
      <w:r>
        <w:rPr>
          <w:b/>
        </w:rPr>
        <w:t xml:space="preserve">[13:37] </w:t>
      </w:r>
      <w:r>
        <w:t>Before discrimination, or so-called discrimination, I will say that so-called discrimination, they were simply a community, a normal</w:t>
      </w:r>
    </w:p>
    <w:p>
      <w:pPr>
        <w:jc w:val="right"/>
      </w:pPr>
      <w:r>
        <w:t>Before discrimination, or so-called discrimination, I will say that so-called discrimination, they were simply a community, a normal</w:t>
      </w:r>
    </w:p>
    <w:p>
      <w:r>
        <w:rPr>
          <w:b/>
        </w:rPr>
        <w:t xml:space="preserve">[13:47] </w:t>
      </w:r>
      <w:r>
        <w:t>community, an ordinary community.</w:t>
      </w:r>
    </w:p>
    <w:p>
      <w:pPr>
        <w:jc w:val="right"/>
      </w:pPr>
      <w:r>
        <w:t>community, an ordinary community.</w:t>
      </w:r>
    </w:p>
    <w:p>
      <w:r>
        <w:rPr>
          <w:b/>
        </w:rPr>
        <w:t xml:space="preserve">[13:57] </w:t>
      </w:r>
      <w:r>
        <w:t>But now they are a creative community.</w:t>
      </w:r>
    </w:p>
    <w:p>
      <w:pPr>
        <w:jc w:val="right"/>
      </w:pPr>
      <w:r>
        <w:t>But now they are a creative community.</w:t>
      </w:r>
    </w:p>
    <w:p>
      <w:r>
        <w:rPr>
          <w:b/>
        </w:rPr>
        <w:t xml:space="preserve">[14:07] </w:t>
      </w:r>
      <w:r>
        <w:t>That so-called discrimination only increased their creativity according to the law of nature.</w:t>
      </w:r>
    </w:p>
    <w:p>
      <w:pPr>
        <w:jc w:val="right"/>
      </w:pPr>
      <w:r>
        <w:t>That so-called discrimination only increased their creativity according to the law of nature.</w:t>
      </w:r>
    </w:p>
    <w:p>
      <w:r>
        <w:rPr>
          <w:b/>
        </w:rPr>
        <w:t xml:space="preserve">[14:18] </w:t>
      </w:r>
      <w:r>
        <w:t>There is a very relevant illustration of the principle given by the Prophet of Islam, that when you</w:t>
      </w:r>
    </w:p>
    <w:p>
      <w:pPr>
        <w:jc w:val="right"/>
      </w:pPr>
      <w:r>
        <w:t>There is a very relevant illustration of the principle given by the Prophet of Islam, that when you</w:t>
      </w:r>
    </w:p>
    <w:p>
      <w:r>
        <w:rPr>
          <w:b/>
        </w:rPr>
        <w:t xml:space="preserve">[14:28] </w:t>
      </w:r>
      <w:r>
        <w:t>are faced with some problem, when you are faced with some problem, it will increase your creativity.</w:t>
      </w:r>
    </w:p>
    <w:p>
      <w:pPr>
        <w:jc w:val="right"/>
      </w:pPr>
      <w:r>
        <w:t>are faced with some problem, when you are faced with some problem, it will increase your creativity.</w:t>
      </w:r>
    </w:p>
    <w:p>
      <w:r>
        <w:rPr>
          <w:b/>
        </w:rPr>
        <w:t xml:space="preserve">[14:38] </w:t>
      </w:r>
      <w:r>
        <w:t>It is this fact that it is the law of nature.</w:t>
      </w:r>
    </w:p>
    <w:p>
      <w:pPr>
        <w:jc w:val="right"/>
      </w:pPr>
      <w:r>
        <w:t>It is this fact that it is the law of nature.</w:t>
      </w:r>
    </w:p>
    <w:p>
      <w:r>
        <w:rPr>
          <w:b/>
        </w:rPr>
        <w:t xml:space="preserve">[14:49] </w:t>
      </w:r>
      <w:r>
        <w:t>So there is no mystery.</w:t>
      </w:r>
    </w:p>
    <w:p>
      <w:pPr>
        <w:jc w:val="right"/>
      </w:pPr>
      <w:r>
        <w:t>So there is no mystery.</w:t>
      </w:r>
    </w:p>
    <w:p>
      <w:r>
        <w:rPr>
          <w:b/>
        </w:rPr>
        <w:t xml:space="preserve">[14:59] </w:t>
      </w:r>
      <w:r>
        <w:t>It is not mysterious.</w:t>
      </w:r>
    </w:p>
    <w:p>
      <w:pPr>
        <w:jc w:val="right"/>
      </w:pPr>
      <w:r>
        <w:t>It is not mysterious.</w:t>
      </w:r>
    </w:p>
    <w:p>
      <w:r>
        <w:rPr>
          <w:b/>
        </w:rPr>
        <w:t xml:space="preserve">[15:09] </w:t>
      </w:r>
      <w:r>
        <w:t>Discrimination or any kind of disadvantage is a blessing in disguise.</w:t>
      </w:r>
    </w:p>
    <w:p>
      <w:pPr>
        <w:jc w:val="right"/>
      </w:pPr>
      <w:r>
        <w:t>Discrimination or any kind of disadvantage is a blessing in disguise.</w:t>
      </w:r>
    </w:p>
    <w:p>
      <w:r>
        <w:rPr>
          <w:b/>
        </w:rPr>
        <w:t xml:space="preserve">[15:20] </w:t>
      </w:r>
      <w:r>
        <w:t>It is a blessing in disguise.</w:t>
      </w:r>
    </w:p>
    <w:p>
      <w:pPr>
        <w:jc w:val="right"/>
      </w:pPr>
      <w:r>
        <w:t>It is a blessing in disguise.</w:t>
      </w:r>
    </w:p>
    <w:p>
      <w:r>
        <w:rPr>
          <w:b/>
        </w:rPr>
        <w:t xml:space="preserve">[15:30] </w:t>
      </w:r>
      <w:r>
        <w:t>It only increases your intellectual development, your creativity, your ability.</w:t>
      </w:r>
    </w:p>
    <w:p>
      <w:pPr>
        <w:jc w:val="right"/>
      </w:pPr>
      <w:r>
        <w:t>It only increases your intellectual development, your creativity, your ability.</w:t>
      </w:r>
    </w:p>
    <w:p>
      <w:r>
        <w:rPr>
          <w:b/>
        </w:rPr>
        <w:t xml:space="preserve">[15:40] </w:t>
      </w:r>
      <w:r>
        <w:t>So challenge makes a man Superman.</w:t>
      </w:r>
    </w:p>
    <w:p>
      <w:pPr>
        <w:jc w:val="right"/>
      </w:pPr>
      <w:r>
        <w:t>So challenge makes a man Superman.</w:t>
      </w:r>
    </w:p>
    <w:p>
      <w:r>
        <w:rPr>
          <w:b/>
        </w:rPr>
        <w:t xml:space="preserve">[15:51] </w:t>
      </w:r>
      <w:r>
        <w:t>So it is this fact that the Prophet of Islam has said in these words, that "Lan yaghliba</w:t>
      </w:r>
    </w:p>
    <w:p>
      <w:pPr>
        <w:jc w:val="right"/>
      </w:pPr>
      <w:r>
        <w:t>So it is this fact that the Prophet of Islam has said in these words, that "Lan yaghliba</w:t>
      </w:r>
    </w:p>
    <w:p>
      <w:r>
        <w:rPr>
          <w:b/>
        </w:rPr>
        <w:t xml:space="preserve">[16:01] </w:t>
      </w:r>
      <w:r>
        <w:t>usrun yusraine." It means that the quantum of opportunity is always double than the quantum of problem.</w:t>
      </w:r>
    </w:p>
    <w:p>
      <w:pPr>
        <w:jc w:val="right"/>
      </w:pPr>
      <w:r>
        <w:t>usrun yusraine." It means that the quantum of opportunity is always double than the quantum of problem.</w:t>
      </w:r>
    </w:p>
    <w:p>
      <w:r>
        <w:rPr>
          <w:b/>
        </w:rPr>
        <w:t xml:space="preserve">[16:11] </w:t>
      </w:r>
      <w:r>
        <w:t>Then there are other principles given by the Prophet of Islam.</w:t>
      </w:r>
    </w:p>
    <w:p>
      <w:pPr>
        <w:jc w:val="right"/>
      </w:pPr>
      <w:r>
        <w:t>Then there are other principles given by the Prophet of Islam.</w:t>
      </w:r>
    </w:p>
    <w:p>
      <w:r>
        <w:rPr>
          <w:b/>
        </w:rPr>
        <w:t xml:space="preserve">[16:22] </w:t>
      </w:r>
      <w:r>
        <w:t>One such principle is that, "Tisato ashari rizq fit tajara." It means that in business, there are ninety</w:t>
      </w:r>
    </w:p>
    <w:p>
      <w:pPr>
        <w:jc w:val="right"/>
      </w:pPr>
      <w:r>
        <w:t>One such principle is that, "Tisato ashari rizq fit tajara." It means that in business, there are ninety</w:t>
      </w:r>
    </w:p>
    <w:p>
      <w:r>
        <w:rPr>
          <w:b/>
        </w:rPr>
        <w:t xml:space="preserve">[16:43] </w:t>
      </w:r>
      <w:r>
        <w:t>times more opportunities than any other time for earning.</w:t>
      </w:r>
    </w:p>
    <w:p>
      <w:pPr>
        <w:jc w:val="right"/>
      </w:pPr>
      <w:r>
        <w:t>times more opportunities than any other time for earning.</w:t>
      </w:r>
    </w:p>
    <w:p>
      <w:r>
        <w:rPr>
          <w:b/>
        </w:rPr>
        <w:t xml:space="preserve">[17:04] </w:t>
      </w:r>
      <w:r>
        <w:t>Earning depends ninety times more in business than in any other job.</w:t>
      </w:r>
    </w:p>
    <w:p>
      <w:pPr>
        <w:jc w:val="right"/>
      </w:pPr>
      <w:r>
        <w:t>Earning depends ninety times more in business than in any other job.</w:t>
      </w:r>
    </w:p>
    <w:p>
      <w:r>
        <w:rPr>
          <w:b/>
        </w:rPr>
        <w:t xml:space="preserve">[17:26] </w:t>
      </w:r>
      <w:r>
        <w:t>Here you can see that it is a very good, it is a hopeful sign for everyone because</w:t>
      </w:r>
    </w:p>
    <w:p>
      <w:pPr>
        <w:jc w:val="right"/>
      </w:pPr>
      <w:r>
        <w:t>Here you can see that it is a very good, it is a hopeful sign for everyone because</w:t>
      </w:r>
    </w:p>
    <w:p>
      <w:r>
        <w:rPr>
          <w:b/>
        </w:rPr>
        <w:t xml:space="preserve">[17:35] </w:t>
      </w:r>
      <w:r>
        <w:t>business is a free exercise.</w:t>
      </w:r>
    </w:p>
    <w:p>
      <w:pPr>
        <w:jc w:val="right"/>
      </w:pPr>
      <w:r>
        <w:t>business is a free exercise.</w:t>
      </w:r>
    </w:p>
    <w:p>
      <w:r>
        <w:rPr>
          <w:b/>
        </w:rPr>
        <w:t xml:space="preserve">[17:45] </w:t>
      </w:r>
      <w:r>
        <w:t>If you were denied a job, a service, then you have to think that the field of business</w:t>
      </w:r>
    </w:p>
    <w:p>
      <w:pPr>
        <w:jc w:val="right"/>
      </w:pPr>
      <w:r>
        <w:t>If you were denied a job, a service, then you have to think that the field of business</w:t>
      </w:r>
    </w:p>
    <w:p>
      <w:r>
        <w:rPr>
          <w:b/>
        </w:rPr>
        <w:t xml:space="preserve">[17:55] </w:t>
      </w:r>
      <w:r>
        <w:t>is open, the field of commerce is open.</w:t>
      </w:r>
    </w:p>
    <w:p>
      <w:pPr>
        <w:jc w:val="right"/>
      </w:pPr>
      <w:r>
        <w:t>is open, the field of commerce is open.</w:t>
      </w:r>
    </w:p>
    <w:p>
      <w:r>
        <w:rPr>
          <w:b/>
        </w:rPr>
        <w:t xml:space="preserve">[18:05] </w:t>
      </w:r>
      <w:r>
        <w:t>You can try your destiny in business, in commerce, and there is ninety percent of your earning from</w:t>
      </w:r>
    </w:p>
    <w:p>
      <w:pPr>
        <w:jc w:val="right"/>
      </w:pPr>
      <w:r>
        <w:t>You can try your destiny in business, in commerce, and there is ninety percent of your earning from</w:t>
      </w:r>
    </w:p>
    <w:p>
      <w:r>
        <w:rPr>
          <w:b/>
        </w:rPr>
        <w:t xml:space="preserve">[18:15] </w:t>
      </w:r>
      <w:r>
        <w:t>this field, you can earn ninety percent more earning than in the job.</w:t>
      </w:r>
    </w:p>
    <w:p>
      <w:pPr>
        <w:jc w:val="right"/>
      </w:pPr>
      <w:r>
        <w:t>this field, you can earn ninety percent more earning than in the job.</w:t>
      </w:r>
    </w:p>
    <w:p>
      <w:r>
        <w:rPr>
          <w:b/>
        </w:rPr>
        <w:t xml:space="preserve">[18:25] </w:t>
      </w:r>
      <w:r>
        <w:t>so it is also a very good formula. it means that there is no frustration at all in life. you fail to find a job.</w:t>
      </w:r>
    </w:p>
    <w:p>
      <w:pPr>
        <w:jc w:val="right"/>
      </w:pPr>
      <w:r>
        <w:t>So it is also a very good formula. It means that there is no frustration at all in life. You fail to find a job.</w:t>
      </w:r>
    </w:p>
    <w:p>
      <w:r>
        <w:rPr>
          <w:b/>
        </w:rPr>
        <w:t xml:space="preserve">[18:41] </w:t>
      </w:r>
      <w:r>
        <w:t>If you fail to find a service, there is no room for frustration because the field of business</w:t>
      </w:r>
    </w:p>
    <w:p>
      <w:pPr>
        <w:jc w:val="right"/>
      </w:pPr>
      <w:r>
        <w:t>If you fail to find a service, there is no room for frustration because the field of business</w:t>
      </w:r>
    </w:p>
    <w:p>
      <w:r>
        <w:rPr>
          <w:b/>
        </w:rPr>
        <w:t xml:space="preserve">[18:49] </w:t>
      </w:r>
      <w:r>
        <w:t>is open, the field of commerce is open.</w:t>
      </w:r>
    </w:p>
    <w:p>
      <w:pPr>
        <w:jc w:val="right"/>
      </w:pPr>
      <w:r>
        <w:t>is open, the field of commerce is open.</w:t>
      </w:r>
    </w:p>
    <w:p>
      <w:r>
        <w:rPr>
          <w:b/>
        </w:rPr>
        <w:t xml:space="preserve">[18:57] </w:t>
      </w:r>
      <w:r>
        <w:t>Services are limited, jobs are limited, but businesses are limited.</w:t>
      </w:r>
    </w:p>
    <w:p>
      <w:pPr>
        <w:jc w:val="right"/>
      </w:pPr>
      <w:r>
        <w:t>Services are limited, jobs are limited, but businesses are limited.</w:t>
      </w:r>
    </w:p>
    <w:p>
      <w:r>
        <w:rPr>
          <w:b/>
        </w:rPr>
        <w:t xml:space="preserve">[19:05] </w:t>
      </w:r>
      <w:r>
        <w:t>Commerce is not limited.</w:t>
      </w:r>
    </w:p>
    <w:p>
      <w:pPr>
        <w:jc w:val="right"/>
      </w:pPr>
      <w:r>
        <w:t>Commerce is not limited.</w:t>
      </w:r>
    </w:p>
    <w:p>
      <w:r>
        <w:rPr>
          <w:b/>
        </w:rPr>
        <w:t xml:space="preserve">[19:14] </w:t>
      </w:r>
      <w:r>
        <w:t>So this is a message of hope.</w:t>
      </w:r>
    </w:p>
    <w:p>
      <w:pPr>
        <w:jc w:val="right"/>
      </w:pPr>
      <w:r>
        <w:t>So this is a message of hope.</w:t>
      </w:r>
    </w:p>
    <w:p>
      <w:r>
        <w:rPr>
          <w:b/>
        </w:rPr>
        <w:t xml:space="preserve">[19:26] </w:t>
      </w:r>
      <w:r>
        <w:t>In this saying, the Prophet gave us a message of hope.</w:t>
      </w:r>
    </w:p>
    <w:p>
      <w:pPr>
        <w:jc w:val="right"/>
      </w:pPr>
      <w:r>
        <w:t>In this saying, the Prophet gave us a message of hope.</w:t>
      </w:r>
    </w:p>
    <w:p>
      <w:r>
        <w:rPr>
          <w:b/>
        </w:rPr>
        <w:t xml:space="preserve">[19:38] </w:t>
      </w:r>
      <w:r>
        <w:t>It means that if you are denied services, don't be frustrated because you can try in some other</w:t>
      </w:r>
    </w:p>
    <w:p>
      <w:pPr>
        <w:jc w:val="right"/>
      </w:pPr>
      <w:r>
        <w:t>It means that if you are denied services, don't be frustrated because you can try in some other</w:t>
      </w:r>
    </w:p>
    <w:p>
      <w:r>
        <w:rPr>
          <w:b/>
        </w:rPr>
        <w:t xml:space="preserve">[19:50] </w:t>
      </w:r>
      <w:r>
        <w:t>job, you can try in some other fields, the field of commerce, and you will be successful.</w:t>
      </w:r>
    </w:p>
    <w:p>
      <w:pPr>
        <w:jc w:val="right"/>
      </w:pPr>
      <w:r>
        <w:t>job, you can try in some other fields, the field of commerce, and you will be successful.</w:t>
      </w:r>
    </w:p>
    <w:p>
      <w:r>
        <w:rPr>
          <w:b/>
        </w:rPr>
        <w:t xml:space="preserve">[20:03] </w:t>
      </w:r>
      <w:r>
        <w:t>Then there is a saying of the Prophet of Islam, which is also very important for every human</w:t>
      </w:r>
    </w:p>
    <w:p>
      <w:pPr>
        <w:jc w:val="right"/>
      </w:pPr>
      <w:r>
        <w:t>Then there is a saying of the Prophet of Islam, which is also very important for every human</w:t>
      </w:r>
    </w:p>
    <w:p>
      <w:r>
        <w:rPr>
          <w:b/>
        </w:rPr>
        <w:t xml:space="preserve">[20:15] </w:t>
      </w:r>
      <w:r>
        <w:t>being, for every man and woman.</w:t>
      </w:r>
    </w:p>
    <w:p>
      <w:pPr>
        <w:jc w:val="right"/>
      </w:pPr>
      <w:r>
        <w:t>being, for every man and woman.</w:t>
      </w:r>
    </w:p>
    <w:p>
      <w:r>
        <w:rPr>
          <w:b/>
        </w:rPr>
        <w:t xml:space="preserve">[20:28] </w:t>
      </w:r>
      <w:r>
        <w:t>It is, "Afzalul ibadate intazarul faraje." It means that it is also an ibada, a way of worship,</w:t>
      </w:r>
    </w:p>
    <w:p>
      <w:pPr>
        <w:jc w:val="right"/>
      </w:pPr>
      <w:r>
        <w:t>It is, "Afzalul ibadate intazarul faraje." It means that it is also an ibada, a way of worship,</w:t>
      </w:r>
    </w:p>
    <w:p>
      <w:r>
        <w:rPr>
          <w:b/>
        </w:rPr>
        <w:t xml:space="preserve">[20:41] </w:t>
      </w:r>
      <w:r>
        <w:t>to wait for some more opportunities.</w:t>
      </w:r>
    </w:p>
    <w:p>
      <w:pPr>
        <w:jc w:val="right"/>
      </w:pPr>
      <w:r>
        <w:t>to wait for some more opportunities.</w:t>
      </w:r>
    </w:p>
    <w:p>
      <w:r>
        <w:rPr>
          <w:b/>
        </w:rPr>
        <w:t xml:space="preserve">[20:54] </w:t>
      </w:r>
      <w:r>
        <w:t>in other words, wait and see policy. adopting wait and see policy is ibada. what a good news!</w:t>
      </w:r>
    </w:p>
    <w:p>
      <w:pPr>
        <w:jc w:val="right"/>
      </w:pPr>
      <w:r>
        <w:t>In other words, wait and see policy. Adopting wait and see policy is ibada. What a good news!</w:t>
      </w:r>
    </w:p>
    <w:p>
      <w:r>
        <w:rPr>
          <w:b/>
        </w:rPr>
        <w:t xml:space="preserve">[21:07] </w:t>
      </w:r>
      <w:r>
        <w:t>every time you face some failure, you have to adopt the policy of wait and see. wait and see. so this policy is not simply a policy. it is also ibada. it is also worship.</w:t>
      </w:r>
    </w:p>
    <w:p>
      <w:pPr>
        <w:jc w:val="right"/>
      </w:pPr>
      <w:r>
        <w:t>Every time you face some failure, you have to adopt the policy of wait and see. Wait and see. So this policy is not simply a policy. It is also ibada. It is also worship.</w:t>
      </w:r>
    </w:p>
    <w:p>
      <w:r>
        <w:rPr>
          <w:b/>
        </w:rPr>
        <w:t xml:space="preserve">[21:33] </w:t>
      </w:r>
      <w:r>
        <w:t>And experience shows that every time you adopt this policy, it is sure shot for your life.</w:t>
      </w:r>
    </w:p>
    <w:p>
      <w:pPr>
        <w:jc w:val="right"/>
      </w:pPr>
      <w:r>
        <w:t>And experience shows that every time you adopt this policy, it is sure shot for your life.</w:t>
      </w:r>
    </w:p>
    <w:p>
      <w:r>
        <w:rPr>
          <w:b/>
        </w:rPr>
        <w:t xml:space="preserve">[21:43] </w:t>
      </w:r>
      <w:r>
        <w:t>You will lose.</w:t>
      </w:r>
    </w:p>
    <w:p>
      <w:pPr>
        <w:jc w:val="right"/>
      </w:pPr>
      <w:r>
        <w:t>You will lose.</w:t>
      </w:r>
    </w:p>
    <w:p>
      <w:r>
        <w:rPr>
          <w:b/>
        </w:rPr>
        <w:t xml:space="preserve">[21:53] </w:t>
      </w:r>
      <w:r>
        <w:t>This policy means what you have failed to gain in your present, you can gain it in the future.</w:t>
      </w:r>
    </w:p>
    <w:p>
      <w:pPr>
        <w:jc w:val="right"/>
      </w:pPr>
      <w:r>
        <w:t>This policy means what you have failed to gain in your present, you can gain it in the future.</w:t>
      </w:r>
    </w:p>
    <w:p>
      <w:r>
        <w:rPr>
          <w:b/>
        </w:rPr>
        <w:t xml:space="preserve">[22:04] </w:t>
      </w:r>
      <w:r>
        <w:t>So it is a future-oriented policy.</w:t>
      </w:r>
    </w:p>
    <w:p>
      <w:pPr>
        <w:jc w:val="right"/>
      </w:pPr>
      <w:r>
        <w:t>So it is a future-oriented policy.</w:t>
      </w:r>
    </w:p>
    <w:p>
      <w:r>
        <w:rPr>
          <w:b/>
        </w:rPr>
        <w:t xml:space="preserve">[22:13] </w:t>
      </w:r>
      <w:r>
        <w:t>"Afzalul ibadate intazarul faraje" means means adopt future-oriented policy.</w:t>
      </w:r>
    </w:p>
    <w:p>
      <w:pPr>
        <w:jc w:val="right"/>
      </w:pPr>
      <w:r>
        <w:t>"Afzalul ibadate intazarul faraje" means means adopt future-oriented policy.</w:t>
      </w:r>
    </w:p>
    <w:p>
      <w:r>
        <w:rPr>
          <w:b/>
        </w:rPr>
        <w:t xml:space="preserve">[22:22] </w:t>
      </w:r>
      <w:r>
        <w:t>Don't see in the past, and also don't stick to the present, but always adopt future-oriented policy.</w:t>
      </w:r>
    </w:p>
    <w:p>
      <w:pPr>
        <w:jc w:val="right"/>
      </w:pPr>
      <w:r>
        <w:t>Don't see in the past, and also don't stick to the present, but always adopt future-oriented policy.</w:t>
      </w:r>
    </w:p>
    <w:p>
      <w:r>
        <w:rPr>
          <w:b/>
        </w:rPr>
        <w:t xml:space="preserve">[22:31] </w:t>
      </w:r>
      <w:r>
        <w:t>It is very important.</w:t>
      </w:r>
    </w:p>
    <w:p>
      <w:pPr>
        <w:jc w:val="right"/>
      </w:pPr>
      <w:r>
        <w:t>It is very important.</w:t>
      </w:r>
    </w:p>
    <w:p>
      <w:r>
        <w:rPr>
          <w:b/>
        </w:rPr>
        <w:t xml:space="preserve">[22:40] </w:t>
      </w:r>
      <w:r>
        <w:t>So there is no room for frustration.</w:t>
      </w:r>
    </w:p>
    <w:p>
      <w:pPr>
        <w:jc w:val="right"/>
      </w:pPr>
      <w:r>
        <w:t>So there is no room for frustration.</w:t>
      </w:r>
    </w:p>
    <w:p>
      <w:r>
        <w:rPr>
          <w:b/>
        </w:rPr>
        <w:t xml:space="preserve">[22:49] </w:t>
      </w:r>
      <w:r>
        <w:t>When you have, if you have failed in the present, you have to be hopeful that you will</w:t>
      </w:r>
    </w:p>
    <w:p>
      <w:pPr>
        <w:jc w:val="right"/>
      </w:pPr>
      <w:r>
        <w:t>When you have, if you have failed in the present, you have to be hopeful that you will</w:t>
      </w:r>
    </w:p>
    <w:p>
      <w:r>
        <w:rPr>
          <w:b/>
        </w:rPr>
        <w:t xml:space="preserve">[22:58] </w:t>
      </w:r>
      <w:r>
        <w:t>be successful in the future.</w:t>
      </w:r>
    </w:p>
    <w:p>
      <w:pPr>
        <w:jc w:val="right"/>
      </w:pPr>
      <w:r>
        <w:t>be successful in the future.</w:t>
      </w:r>
    </w:p>
    <w:p>
      <w:r>
        <w:rPr>
          <w:b/>
        </w:rPr>
        <w:t xml:space="preserve">[23:07] </w:t>
      </w:r>
      <w:r>
        <w:t>very simple formula. and the prophet of islam says that it is a worship, it is an ibada. it is also a formula. at the same time, it is a formula and at the same time it is a worship.</w:t>
      </w:r>
    </w:p>
    <w:p>
      <w:pPr>
        <w:jc w:val="right"/>
      </w:pPr>
      <w:r>
        <w:t>Very simple formula. And the Prophet of Islam says that it is a worship, it is an ibada. It is also a formula. At the same time, it is a formula and at the same time it is a worship.</w:t>
      </w:r>
    </w:p>
    <w:p>
      <w:r>
        <w:rPr>
          <w:b/>
        </w:rPr>
        <w:t xml:space="preserve">[23:36] </w:t>
      </w:r>
      <w:r>
        <w:t>this principle tells you that this policy is a worldly policy. at the same time, it is an ibada, it is a worship. so it is very good.</w:t>
      </w:r>
    </w:p>
    <w:p>
      <w:pPr>
        <w:jc w:val="right"/>
      </w:pPr>
      <w:r>
        <w:t>This principle tells you that this policy is a worldly policy. At the same time, it is an ibada, it is a worship. So it is very good.</w:t>
      </w:r>
    </w:p>
    <w:p>
      <w:r>
        <w:rPr>
          <w:b/>
        </w:rPr>
        <w:t xml:space="preserve">[23:57] </w:t>
      </w:r>
      <w:r>
        <w:t>The Prophet of Islam always speaks in the language of hopes.</w:t>
      </w:r>
    </w:p>
    <w:p>
      <w:pPr>
        <w:jc w:val="right"/>
      </w:pPr>
      <w:r>
        <w:t>The Prophet of Islam always speaks in the language of hopes.</w:t>
      </w:r>
    </w:p>
    <w:p>
      <w:r>
        <w:rPr>
          <w:b/>
        </w:rPr>
        <w:t xml:space="preserve">[24:03] </w:t>
      </w:r>
      <w:r>
        <w:t>He never spoke in the language of frustration.</w:t>
      </w:r>
    </w:p>
    <w:p>
      <w:pPr>
        <w:jc w:val="right"/>
      </w:pPr>
      <w:r>
        <w:t>He never spoke in the language of frustration.</w:t>
      </w:r>
    </w:p>
    <w:p>
      <w:r>
        <w:rPr>
          <w:b/>
        </w:rPr>
        <w:t xml:space="preserve">[24:09] </w:t>
      </w:r>
      <w:r>
        <w:t>The Prophet of Islam was history's greatest optimist.</w:t>
      </w:r>
    </w:p>
    <w:p>
      <w:pPr>
        <w:jc w:val="right"/>
      </w:pPr>
      <w:r>
        <w:t>The Prophet of Islam was history's greatest optimist.</w:t>
      </w:r>
    </w:p>
    <w:p>
      <w:r>
        <w:rPr>
          <w:b/>
        </w:rPr>
        <w:t xml:space="preserve">[24:15] </w:t>
      </w:r>
      <w:r>
        <w:t>History's greatest optimist.</w:t>
      </w:r>
    </w:p>
    <w:p>
      <w:pPr>
        <w:jc w:val="right"/>
      </w:pPr>
      <w:r>
        <w:t>History's greatest optimist.</w:t>
      </w:r>
    </w:p>
    <w:p>
      <w:r>
        <w:rPr>
          <w:b/>
        </w:rPr>
        <w:t xml:space="preserve">[24:21] </w:t>
      </w:r>
      <w:r>
        <w:t>He never used the language of pessimism.</w:t>
      </w:r>
    </w:p>
    <w:p>
      <w:pPr>
        <w:jc w:val="right"/>
      </w:pPr>
      <w:r>
        <w:t>He never used the language of pessimism.</w:t>
      </w:r>
    </w:p>
    <w:p>
      <w:r>
        <w:rPr>
          <w:b/>
        </w:rPr>
        <w:t xml:space="preserve">[24:28] </w:t>
      </w:r>
      <w:r>
        <w:t>there is a verse in the quran that, "la ta'asu mirrahi la." don't be frustrated from the blessing of god.</w:t>
      </w:r>
    </w:p>
    <w:p>
      <w:pPr>
        <w:jc w:val="right"/>
      </w:pPr>
      <w:r>
        <w:t>There is a verse in the Quran that, "La taesu mirrahi la." Don't be frustrated from the blessing of God.</w:t>
      </w:r>
    </w:p>
    <w:p>
      <w:r>
        <w:rPr>
          <w:b/>
        </w:rPr>
        <w:t xml:space="preserve">[24:58] </w:t>
      </w:r>
      <w:r>
        <w:t>Always hope for blessing.</w:t>
      </w:r>
    </w:p>
    <w:p>
      <w:pPr>
        <w:jc w:val="right"/>
      </w:pPr>
      <w:r>
        <w:t>Always hope for blessing.</w:t>
      </w:r>
    </w:p>
    <w:p>
      <w:r>
        <w:rPr>
          <w:b/>
        </w:rPr>
        <w:t xml:space="preserve">[25:04] </w:t>
      </w:r>
      <w:r>
        <w:t>Don't go to frustration.</w:t>
      </w:r>
    </w:p>
    <w:p>
      <w:pPr>
        <w:jc w:val="right"/>
      </w:pPr>
      <w:r>
        <w:t>Don't go to frustration.</w:t>
      </w:r>
    </w:p>
    <w:p>
      <w:r>
        <w:rPr>
          <w:b/>
        </w:rPr>
        <w:t xml:space="preserve">[25:11] </w:t>
      </w:r>
      <w:r>
        <w:t>So in Islam, frustration is haram.</w:t>
      </w:r>
    </w:p>
    <w:p>
      <w:pPr>
        <w:jc w:val="right"/>
      </w:pPr>
      <w:r>
        <w:t>So in Islam, frustration is haram.</w:t>
      </w:r>
    </w:p>
    <w:p>
      <w:r>
        <w:rPr>
          <w:b/>
        </w:rPr>
        <w:t xml:space="preserve">[25:18] </w:t>
      </w:r>
      <w:r>
        <w:t>Islam is a hopeful religion.</w:t>
      </w:r>
    </w:p>
    <w:p>
      <w:pPr>
        <w:jc w:val="right"/>
      </w:pPr>
      <w:r>
        <w:t>Islam is a hopeful religion.</w:t>
      </w:r>
    </w:p>
    <w:p>
      <w:r>
        <w:rPr>
          <w:b/>
        </w:rPr>
        <w:t xml:space="preserve">[25:25] </w:t>
      </w:r>
      <w:r>
        <w:t>Islam is based on optimism rather than pessimism.</w:t>
      </w:r>
    </w:p>
    <w:p>
      <w:pPr>
        <w:jc w:val="right"/>
      </w:pPr>
      <w:r>
        <w:t>Islam is based on optimism rather than pessimism.</w:t>
      </w:r>
    </w:p>
    <w:p>
      <w:r>
        <w:rPr>
          <w:b/>
        </w:rPr>
        <w:t xml:space="preserve">[25:32] </w:t>
      </w:r>
      <w:r>
        <w:t>So it gives you a great courage in life.</w:t>
      </w:r>
    </w:p>
    <w:p>
      <w:pPr>
        <w:jc w:val="right"/>
      </w:pPr>
      <w:r>
        <w:t>So it gives you a great courage in life.</w:t>
      </w:r>
    </w:p>
    <w:p>
      <w:r>
        <w:rPr>
          <w:b/>
        </w:rPr>
        <w:t xml:space="preserve">[25:39] </w:t>
      </w:r>
      <w:r>
        <w:t>Great courage that God is with you.</w:t>
      </w:r>
    </w:p>
    <w:p>
      <w:pPr>
        <w:jc w:val="right"/>
      </w:pPr>
      <w:r>
        <w:t>Great courage that God is with you.</w:t>
      </w:r>
    </w:p>
    <w:p>
      <w:r>
        <w:rPr>
          <w:b/>
        </w:rPr>
        <w:t xml:space="preserve">[25:47] </w:t>
      </w:r>
      <w:r>
        <w:t>You know the Prophet of Islam when he migrated from Mecca to Madinah.</w:t>
      </w:r>
    </w:p>
    <w:p>
      <w:pPr>
        <w:jc w:val="right"/>
      </w:pPr>
      <w:r>
        <w:t>You know the Prophet of Islam when he migrated from Mecca to Madinah.</w:t>
      </w:r>
    </w:p>
    <w:p>
      <w:r>
        <w:rPr>
          <w:b/>
        </w:rPr>
        <w:t xml:space="preserve">[25:55] </w:t>
      </w:r>
      <w:r>
        <w:t>So in the way, he spent some time in the cave of Mountain Thor.</w:t>
      </w:r>
    </w:p>
    <w:p>
      <w:pPr>
        <w:jc w:val="right"/>
      </w:pPr>
      <w:r>
        <w:t>So in the way, he spent some time in the cave of Mountain Thor.</w:t>
      </w:r>
    </w:p>
    <w:p>
      <w:r>
        <w:rPr>
          <w:b/>
        </w:rPr>
        <w:t xml:space="preserve">[26:02] </w:t>
      </w:r>
      <w:r>
        <w:t>So at that time, the Meccan people were enemies.</w:t>
      </w:r>
    </w:p>
    <w:p>
      <w:pPr>
        <w:jc w:val="right"/>
      </w:pPr>
      <w:r>
        <w:t>So at that time, the Meccan people were enemies.</w:t>
      </w:r>
    </w:p>
    <w:p>
      <w:r>
        <w:rPr>
          <w:b/>
        </w:rPr>
        <w:t xml:space="preserve">[26:10] </w:t>
      </w:r>
      <w:r>
        <w:t>They wanted to kill him.</w:t>
      </w:r>
    </w:p>
    <w:p>
      <w:pPr>
        <w:jc w:val="right"/>
      </w:pPr>
      <w:r>
        <w:t>They wanted to kill him.</w:t>
      </w:r>
    </w:p>
    <w:p>
      <w:r>
        <w:rPr>
          <w:b/>
        </w:rPr>
        <w:t xml:space="preserve">[26:18] </w:t>
      </w:r>
      <w:r>
        <w:t>so when he migrated from mecca to madinah, they were in search. they wanted to kill him. so what happened?</w:t>
      </w:r>
    </w:p>
    <w:p>
      <w:pPr>
        <w:jc w:val="right"/>
      </w:pPr>
      <w:r>
        <w:t>So when he migrated from Mecca to Madinah, they were in search. They wanted to kill him. So what happened?</w:t>
      </w:r>
    </w:p>
    <w:p>
      <w:r>
        <w:rPr>
          <w:b/>
        </w:rPr>
        <w:t xml:space="preserve">[26:36] </w:t>
      </w:r>
      <w:r>
        <w:t>They reached to the mouth of the cave. They managed to reach to the mouth of the cave. So at that time, Abu Bakr Siddiq was with him.</w:t>
      </w:r>
    </w:p>
    <w:p>
      <w:pPr>
        <w:jc w:val="right"/>
      </w:pPr>
      <w:r>
        <w:t>They reached to the mouth of the cave. They managed to reach to the mouth of the cave. So at that time, Abu Bakr Siddiq was with him.</w:t>
      </w:r>
    </w:p>
    <w:p>
      <w:r>
        <w:rPr>
          <w:b/>
        </w:rPr>
        <w:t xml:space="preserve">[26:54] </w:t>
      </w:r>
      <w:r>
        <w:t>He said, "O Prophet, they reached here also." So according to the Quranic report, the Prophet of Islam has said, "La tahzan inna Allah wana." Don't fear. God is with us.</w:t>
      </w:r>
    </w:p>
    <w:p>
      <w:pPr>
        <w:jc w:val="right"/>
      </w:pPr>
      <w:r>
        <w:t>He said, "O Prophet, they reached here also." So according to the Quranic report, the Prophet of Islam has said, "La tahzan inna Allah wana." Don't fear. God is with us.</w:t>
      </w:r>
    </w:p>
    <w:p>
      <w:r>
        <w:rPr>
          <w:b/>
        </w:rPr>
        <w:t xml:space="preserve">[27:18] </w:t>
      </w:r>
      <w:r>
        <w:t>It was a very, very critical situation. At that time, the Prophet was apparently a very helpless person. Apparently, he was a helpless person. But at the same time, he felt that God is with him.</w:t>
      </w:r>
    </w:p>
    <w:p>
      <w:pPr>
        <w:jc w:val="right"/>
      </w:pPr>
      <w:r>
        <w:t>It was a very, very critical situation. At that time, the Prophet was apparently a very helpless person. Apparently, he was a helpless person. But at the same time, he felt that God is with him.</w:t>
      </w:r>
    </w:p>
    <w:p>
      <w:r>
        <w:rPr>
          <w:b/>
        </w:rPr>
        <w:t xml:space="preserve">[27:44] </w:t>
      </w:r>
      <w:r>
        <w:t>So he said, "La tahzan inna Allah wana." Don't fear.</w:t>
      </w:r>
    </w:p>
    <w:p>
      <w:pPr>
        <w:jc w:val="right"/>
      </w:pPr>
      <w:r>
        <w:t>So he said, "La tahzan inna Allah wana." Don't fear.</w:t>
      </w:r>
    </w:p>
    <w:p>
      <w:r>
        <w:rPr>
          <w:b/>
        </w:rPr>
        <w:t xml:space="preserve">[27:54] </w:t>
      </w:r>
      <w:r>
        <w:t>God is with us.</w:t>
      </w:r>
    </w:p>
    <w:p>
      <w:pPr>
        <w:jc w:val="right"/>
      </w:pPr>
      <w:r>
        <w:t>God is with us.</w:t>
      </w:r>
    </w:p>
    <w:p>
      <w:r>
        <w:rPr>
          <w:b/>
        </w:rPr>
        <w:t xml:space="preserve">[28:04] </w:t>
      </w:r>
      <w:r>
        <w:t>So it is a great example he gave us that in every time, you don't need to be hopeless.</w:t>
      </w:r>
    </w:p>
    <w:p>
      <w:pPr>
        <w:jc w:val="right"/>
      </w:pPr>
      <w:r>
        <w:t>So it is a great example he gave us that in every time, you don't need to be hopeless.</w:t>
      </w:r>
    </w:p>
    <w:p>
      <w:r>
        <w:rPr>
          <w:b/>
        </w:rPr>
        <w:t xml:space="preserve">[28:15] </w:t>
      </w:r>
      <w:r>
        <w:t>Every time, you have to live in conviction, in courage. And his courage was based on this belief that God is with him. God is with him.</w:t>
      </w:r>
    </w:p>
    <w:p>
      <w:pPr>
        <w:jc w:val="right"/>
      </w:pPr>
      <w:r>
        <w:t>Every time, you have to live in conviction, in courage. And his courage was based on this belief that God is with him. God is with him.</w:t>
      </w:r>
    </w:p>
    <w:p>
      <w:r>
        <w:rPr>
          <w:b/>
        </w:rPr>
        <w:t xml:space="preserve">[28:33] </w:t>
      </w:r>
      <w:r>
        <w:t>His hope, his courage was not simply wishful thinking.</w:t>
      </w:r>
    </w:p>
    <w:p>
      <w:pPr>
        <w:jc w:val="right"/>
      </w:pPr>
      <w:r>
        <w:t>His hope, his courage was not simply wishful thinking.</w:t>
      </w:r>
    </w:p>
    <w:p>
      <w:r>
        <w:rPr>
          <w:b/>
        </w:rPr>
        <w:t xml:space="preserve">[28:39] </w:t>
      </w:r>
      <w:r>
        <w:t>It was based on a high belief, on a real belief that God is with him.</w:t>
      </w:r>
    </w:p>
    <w:p>
      <w:pPr>
        <w:jc w:val="right"/>
      </w:pPr>
      <w:r>
        <w:t>It was based on a high belief, on a real belief that God is with him.</w:t>
      </w:r>
    </w:p>
    <w:p>
      <w:r>
        <w:rPr>
          <w:b/>
        </w:rPr>
        <w:t xml:space="preserve">[28:46] </w:t>
      </w:r>
      <w:r>
        <w:t>God Almighty is with him.</w:t>
      </w:r>
    </w:p>
    <w:p>
      <w:pPr>
        <w:jc w:val="right"/>
      </w:pPr>
      <w:r>
        <w:t>God Almighty is with him.</w:t>
      </w:r>
    </w:p>
    <w:p>
      <w:r>
        <w:rPr>
          <w:b/>
        </w:rPr>
        <w:t xml:space="preserve">[28:52] </w:t>
      </w:r>
      <w:r>
        <w:t>God Almighty is with him.</w:t>
      </w:r>
    </w:p>
    <w:p>
      <w:pPr>
        <w:jc w:val="right"/>
      </w:pPr>
      <w:r>
        <w:t>God Almighty is with him.</w:t>
      </w:r>
    </w:p>
    <w:p>
      <w:r>
        <w:rPr>
          <w:b/>
        </w:rPr>
        <w:t xml:space="preserve">[28:59] </w:t>
      </w:r>
      <w:r>
        <w:t>So this was a source of conviction for him.</w:t>
      </w:r>
    </w:p>
    <w:p>
      <w:pPr>
        <w:jc w:val="right"/>
      </w:pPr>
      <w:r>
        <w:t>So this was a source of conviction for him.</w:t>
      </w:r>
    </w:p>
    <w:p>
      <w:r>
        <w:rPr>
          <w:b/>
        </w:rPr>
        <w:t xml:space="preserve">[29:06] </w:t>
      </w:r>
      <w:r>
        <w:t>This is an example we find in the Prophet of Islam. This gives us a light. This gives us a courage. This gives us an eternal hope. So the Prophet of Islam was a super achiever.</w:t>
      </w:r>
    </w:p>
    <w:p>
      <w:pPr>
        <w:jc w:val="right"/>
      </w:pPr>
      <w:r>
        <w:t>This is an example we find in the Prophet of Islam. This gives us a light. This gives us a courage. This gives us an eternal hope. So the Prophet of Islam was a super achiever.</w:t>
      </w:r>
    </w:p>
    <w:p>
      <w:r>
        <w:rPr>
          <w:b/>
        </w:rPr>
        <w:t xml:space="preserve">[29:34] </w:t>
      </w:r>
      <w:r>
        <w:t>There is no doubt about it. But at the same time, he gave us the formula of super achievement. He was not only as a person successful.</w:t>
      </w:r>
    </w:p>
    <w:p>
      <w:pPr>
        <w:jc w:val="right"/>
      </w:pPr>
      <w:r>
        <w:t>There is no doubt about it. But at the same time, he gave us the formula of super achievement. He was not only as a person successful.</w:t>
      </w:r>
    </w:p>
    <w:p>
      <w:r>
        <w:rPr>
          <w:b/>
        </w:rPr>
        <w:t xml:space="preserve">[29:55] </w:t>
      </w:r>
      <w:r>
        <w:t>No, he was a guide. He was a prophet. So although personally he was a supremely successful man, but at the same time, in literary practice both, he gave us a formula of supreme success.</w:t>
      </w:r>
    </w:p>
    <w:p>
      <w:pPr>
        <w:jc w:val="right"/>
      </w:pPr>
      <w:r>
        <w:t>No, he was a guide. He was a prophet. So although personally he was a supremely successful man, but at the same time, in literary practice both, he gave us a formula of supreme success.</w:t>
      </w:r>
    </w:p>
    <w:p>
      <w:r>
        <w:rPr>
          <w:b/>
        </w:rPr>
        <w:t xml:space="preserve">[30:18] </w:t>
      </w:r>
      <w:r>
        <w:t>Then the Prophet of Islam has said, "Alam anna nasr ma's sabr." It means that patience is bracketed with success.</w:t>
      </w:r>
    </w:p>
    <w:p>
      <w:pPr>
        <w:jc w:val="right"/>
      </w:pPr>
      <w:r>
        <w:t>Then the Prophet of Islam has said, "Alam anna nasr ma's sabr." It means that patience is bracketed with success.</w:t>
      </w:r>
    </w:p>
    <w:p>
      <w:r>
        <w:rPr>
          <w:b/>
        </w:rPr>
        <w:t xml:space="preserve">[30:41] </w:t>
      </w:r>
      <w:r>
        <w:t>"Alam anna nasr ma's sabr." If you want success, you have to be patient.</w:t>
      </w:r>
    </w:p>
    <w:p>
      <w:pPr>
        <w:jc w:val="right"/>
      </w:pPr>
      <w:r>
        <w:t>"Alam anna nasr ma's sabr." If you want success, you have to be patient.</w:t>
      </w:r>
    </w:p>
    <w:p>
      <w:r>
        <w:rPr>
          <w:b/>
        </w:rPr>
        <w:t xml:space="preserve">[30:47] </w:t>
      </w:r>
      <w:r>
        <w:t>If you want success, you have to be patient. Why?</w:t>
      </w:r>
    </w:p>
    <w:p>
      <w:pPr>
        <w:jc w:val="right"/>
      </w:pPr>
      <w:r>
        <w:t>If you want success, you have to be patient. Why?</w:t>
      </w:r>
    </w:p>
    <w:p>
      <w:r>
        <w:rPr>
          <w:b/>
        </w:rPr>
        <w:t xml:space="preserve">[30:54] </w:t>
      </w:r>
      <w:r>
        <w:t>It is the law of nature.</w:t>
      </w:r>
    </w:p>
    <w:p>
      <w:pPr>
        <w:jc w:val="right"/>
      </w:pPr>
      <w:r>
        <w:t>It is the law of nature.</w:t>
      </w:r>
    </w:p>
    <w:p>
      <w:r>
        <w:rPr>
          <w:b/>
        </w:rPr>
        <w:t xml:space="preserve">[31:00] </w:t>
      </w:r>
      <w:r>
        <w:t>In this world, this world is governed by the law of nature.</w:t>
      </w:r>
    </w:p>
    <w:p>
      <w:pPr>
        <w:jc w:val="right"/>
      </w:pPr>
      <w:r>
        <w:t>In this world, this world is governed by the law of nature.</w:t>
      </w:r>
    </w:p>
    <w:p>
      <w:r>
        <w:rPr>
          <w:b/>
        </w:rPr>
        <w:t xml:space="preserve">[31:07] </w:t>
      </w:r>
      <w:r>
        <w:t>Nothing is at random in this world.</w:t>
      </w:r>
    </w:p>
    <w:p>
      <w:pPr>
        <w:jc w:val="right"/>
      </w:pPr>
      <w:r>
        <w:t>Nothing is at random in this world.</w:t>
      </w:r>
    </w:p>
    <w:p>
      <w:r>
        <w:rPr>
          <w:b/>
        </w:rPr>
        <w:t xml:space="preserve">[31:14] </w:t>
      </w:r>
      <w:r>
        <w:t>The world was created by God and the world is controlled by Him and the world is completely under the law of nature. So this is the law of nature, that success comes to you gradually, not suddenly.</w:t>
      </w:r>
    </w:p>
    <w:p>
      <w:pPr>
        <w:jc w:val="right"/>
      </w:pPr>
      <w:r>
        <w:t>The world was created by God and the world is controlled by Him and the world is completely under the law of nature. So this is the law of nature, that success comes to you gradually, not suddenly.</w:t>
      </w:r>
    </w:p>
    <w:p>
      <w:r>
        <w:rPr>
          <w:b/>
        </w:rPr>
        <w:t xml:space="preserve">[31:42] </w:t>
      </w:r>
      <w:r>
        <w:t>If you want a tree, if you want a garden, you cannot have a garden suddenly.</w:t>
      </w:r>
    </w:p>
    <w:p>
      <w:pPr>
        <w:jc w:val="right"/>
      </w:pPr>
      <w:r>
        <w:t>If you want a tree, if you want a garden, you cannot have a garden suddenly.</w:t>
      </w:r>
    </w:p>
    <w:p>
      <w:r>
        <w:rPr>
          <w:b/>
        </w:rPr>
        <w:t xml:space="preserve">[31:50] </w:t>
      </w:r>
      <w:r>
        <w:t>But you have to sow seed in the soil or saplings in the soil.</w:t>
      </w:r>
    </w:p>
    <w:p>
      <w:pPr>
        <w:jc w:val="right"/>
      </w:pPr>
      <w:r>
        <w:t>But you have to sow seed in the soil or saplings in the soil.</w:t>
      </w:r>
    </w:p>
    <w:p>
      <w:r>
        <w:rPr>
          <w:b/>
        </w:rPr>
        <w:t xml:space="preserve">[31:59] </w:t>
      </w:r>
      <w:r>
        <w:t>Then you have to wait up to ten years, twenty years, sometimes hundred years.</w:t>
      </w:r>
    </w:p>
    <w:p>
      <w:pPr>
        <w:jc w:val="right"/>
      </w:pPr>
      <w:r>
        <w:t>Then you have to wait up to ten years, twenty years, sometimes hundred years.</w:t>
      </w:r>
    </w:p>
    <w:p>
      <w:r>
        <w:rPr>
          <w:b/>
        </w:rPr>
        <w:t xml:space="preserve">[32:07] </w:t>
      </w:r>
      <w:r>
        <w:t>So it is the law of nature.</w:t>
      </w:r>
    </w:p>
    <w:p>
      <w:pPr>
        <w:jc w:val="right"/>
      </w:pPr>
      <w:r>
        <w:t>So it is the law of nature.</w:t>
      </w:r>
    </w:p>
    <w:p>
      <w:r>
        <w:rPr>
          <w:b/>
        </w:rPr>
        <w:t xml:space="preserve">[32:16] </w:t>
      </w:r>
      <w:r>
        <w:t>If you want success, you have to wait.</w:t>
      </w:r>
    </w:p>
    <w:p>
      <w:pPr>
        <w:jc w:val="right"/>
      </w:pPr>
      <w:r>
        <w:t>If you want success, you have to wait.</w:t>
      </w:r>
    </w:p>
    <w:p>
      <w:r>
        <w:rPr>
          <w:b/>
        </w:rPr>
        <w:t xml:space="preserve">[32:24] </w:t>
      </w:r>
      <w:r>
        <w:t>Because success comes to you gradually, not suddenly, not abruptly.</w:t>
      </w:r>
    </w:p>
    <w:p>
      <w:pPr>
        <w:jc w:val="right"/>
      </w:pPr>
      <w:r>
        <w:t>Because success comes to you gradually, not suddenly, not abruptly.</w:t>
      </w:r>
    </w:p>
    <w:p>
      <w:r>
        <w:rPr>
          <w:b/>
        </w:rPr>
        <w:t xml:space="preserve">[32:33] </w:t>
      </w:r>
      <w:r>
        <w:t>No one can be the owner of a garden suddenly. No.</w:t>
      </w:r>
    </w:p>
    <w:p>
      <w:pPr>
        <w:jc w:val="right"/>
      </w:pPr>
      <w:r>
        <w:t>No one can be the owner of a garden suddenly. No.</w:t>
      </w:r>
    </w:p>
    <w:p>
      <w:r>
        <w:rPr>
          <w:b/>
        </w:rPr>
        <w:t xml:space="preserve">[32:42] </w:t>
      </w:r>
      <w:r>
        <w:t>If you want to have a garden, you have to wait.</w:t>
      </w:r>
    </w:p>
    <w:p>
      <w:pPr>
        <w:jc w:val="right"/>
      </w:pPr>
      <w:r>
        <w:t>If you want to have a garden, you have to wait.</w:t>
      </w:r>
    </w:p>
    <w:p>
      <w:r>
        <w:rPr>
          <w:b/>
        </w:rPr>
        <w:t xml:space="preserve">[32:51] </w:t>
      </w:r>
      <w:r>
        <w:t>This is the law of nature.</w:t>
      </w:r>
    </w:p>
    <w:p>
      <w:pPr>
        <w:jc w:val="right"/>
      </w:pPr>
      <w:r>
        <w:t>This is the law of nature.</w:t>
      </w:r>
    </w:p>
    <w:p>
      <w:r>
        <w:rPr>
          <w:b/>
        </w:rPr>
        <w:t xml:space="preserve">[33:00] </w:t>
      </w:r>
      <w:r>
        <w:t>So the Prophet of Islam said, "Alam anna nasr ma's sabr." Success is bracketed with patience.</w:t>
      </w:r>
    </w:p>
    <w:p>
      <w:pPr>
        <w:jc w:val="right"/>
      </w:pPr>
      <w:r>
        <w:t>So the Prophet of Islam said, "Alam anna nasr ma's sabr." Success is bracketed with patience.</w:t>
      </w:r>
    </w:p>
    <w:p>
      <w:r>
        <w:rPr>
          <w:b/>
        </w:rPr>
        <w:t xml:space="preserve">[33:09] </w:t>
      </w:r>
      <w:r>
        <w:t>Without patience, there is no success in this world.</w:t>
      </w:r>
    </w:p>
    <w:p>
      <w:pPr>
        <w:jc w:val="right"/>
      </w:pPr>
      <w:r>
        <w:t>Without patience, there is no success in this world.</w:t>
      </w:r>
    </w:p>
    <w:p>
      <w:r>
        <w:rPr>
          <w:b/>
        </w:rPr>
        <w:t xml:space="preserve">[33:19] </w:t>
      </w:r>
      <w:r>
        <w:t>Without patience, there is no success in this world.</w:t>
      </w:r>
    </w:p>
    <w:p>
      <w:pPr>
        <w:jc w:val="right"/>
      </w:pPr>
      <w:r>
        <w:t>Without patience, there is no success in this world.</w:t>
      </w:r>
    </w:p>
    <w:p>
      <w:r>
        <w:rPr>
          <w:b/>
        </w:rPr>
        <w:t xml:space="preserve">[33:26] </w:t>
      </w:r>
      <w:r>
        <w:t>Success is for those who prove to be patient.</w:t>
      </w:r>
    </w:p>
    <w:p>
      <w:pPr>
        <w:jc w:val="right"/>
      </w:pPr>
      <w:r>
        <w:t>Success is for those who prove to be patient.</w:t>
      </w:r>
    </w:p>
    <w:p>
      <w:r>
        <w:rPr>
          <w:b/>
        </w:rPr>
        <w:t xml:space="preserve">[33:34] </w:t>
      </w:r>
      <w:r>
        <w:t>So the Prophet of Islam said that without patience, there is no success.</w:t>
      </w:r>
    </w:p>
    <w:p>
      <w:pPr>
        <w:jc w:val="right"/>
      </w:pPr>
      <w:r>
        <w:t>So the Prophet of Islam said that without patience, there is no success.</w:t>
      </w:r>
    </w:p>
    <w:p>
      <w:r>
        <w:rPr>
          <w:b/>
        </w:rPr>
        <w:t xml:space="preserve">[33:42] </w:t>
      </w:r>
      <w:r>
        <w:t>Without patience, there is no achievement.</w:t>
      </w:r>
    </w:p>
    <w:p>
      <w:pPr>
        <w:jc w:val="right"/>
      </w:pPr>
      <w:r>
        <w:t>Without patience, there is no achievement.</w:t>
      </w:r>
    </w:p>
    <w:p>
      <w:r>
        <w:rPr>
          <w:b/>
        </w:rPr>
        <w:t xml:space="preserve">[33:50] </w:t>
      </w:r>
      <w:r>
        <w:t>"Alam anna nasr ma's sabr." Now, sabr is not simply a passive attitude. No.</w:t>
      </w:r>
    </w:p>
    <w:p>
      <w:pPr>
        <w:jc w:val="right"/>
      </w:pPr>
      <w:r>
        <w:t>"Alam anna nasr ma's sabr." Now, sabr is not simply a passive attitude. No.</w:t>
      </w:r>
    </w:p>
    <w:p>
      <w:r>
        <w:rPr>
          <w:b/>
        </w:rPr>
        <w:t xml:space="preserve">[33:58] </w:t>
      </w:r>
      <w:r>
        <w:t>Sabr means patient planning.</w:t>
      </w:r>
    </w:p>
    <w:p>
      <w:pPr>
        <w:jc w:val="right"/>
      </w:pPr>
      <w:r>
        <w:t>Sabr means patient planning.</w:t>
      </w:r>
    </w:p>
    <w:p>
      <w:r>
        <w:rPr>
          <w:b/>
        </w:rPr>
        <w:t xml:space="preserve">[34:07] </w:t>
      </w:r>
      <w:r>
        <w:t>Sabr means well-considered planning.</w:t>
      </w:r>
    </w:p>
    <w:p>
      <w:pPr>
        <w:jc w:val="right"/>
      </w:pPr>
      <w:r>
        <w:t>Sabr means well-considered planning.</w:t>
      </w:r>
    </w:p>
    <w:p>
      <w:r>
        <w:rPr>
          <w:b/>
        </w:rPr>
        <w:t xml:space="preserve">[34:15] </w:t>
      </w:r>
      <w:r>
        <w:t>Sabr means well-considered plannings.</w:t>
      </w:r>
    </w:p>
    <w:p>
      <w:pPr>
        <w:jc w:val="right"/>
      </w:pPr>
      <w:r>
        <w:t>Sabr means well-considered plannings.</w:t>
      </w:r>
    </w:p>
    <w:p>
      <w:r>
        <w:rPr>
          <w:b/>
        </w:rPr>
        <w:t xml:space="preserve">[34:24] </w:t>
      </w:r>
      <w:r>
        <w:t>So if you want to achieve some success, you have to plan.</w:t>
      </w:r>
    </w:p>
    <w:p>
      <w:pPr>
        <w:jc w:val="right"/>
      </w:pPr>
      <w:r>
        <w:t>So if you want to achieve some success, you have to plan.</w:t>
      </w:r>
    </w:p>
    <w:p>
      <w:r>
        <w:rPr>
          <w:b/>
        </w:rPr>
        <w:t xml:space="preserve">[34:33] </w:t>
      </w:r>
      <w:r>
        <w:t>Without planning, you cannot do anything.</w:t>
      </w:r>
    </w:p>
    <w:p>
      <w:pPr>
        <w:jc w:val="right"/>
      </w:pPr>
      <w:r>
        <w:t>Without planning, you cannot do anything.</w:t>
      </w:r>
    </w:p>
    <w:p>
      <w:r>
        <w:rPr>
          <w:b/>
        </w:rPr>
        <w:t xml:space="preserve">[34:39] </w:t>
      </w:r>
      <w:r>
        <w:t>All the factories, all the industries, all those organizations are the outcome of planning.</w:t>
      </w:r>
    </w:p>
    <w:p>
      <w:pPr>
        <w:jc w:val="right"/>
      </w:pPr>
      <w:r>
        <w:t>All the factories, all the industries, all those organizations are the outcome of planning.</w:t>
      </w:r>
    </w:p>
    <w:p>
      <w:r>
        <w:rPr>
          <w:b/>
        </w:rPr>
        <w:t xml:space="preserve">[34:45] </w:t>
      </w:r>
      <w:r>
        <w:t>All the successes are the outcome of planning.</w:t>
      </w:r>
    </w:p>
    <w:p>
      <w:pPr>
        <w:jc w:val="right"/>
      </w:pPr>
      <w:r>
        <w:t>All the successes are the outcome of planning.</w:t>
      </w:r>
    </w:p>
    <w:p>
      <w:r>
        <w:rPr>
          <w:b/>
        </w:rPr>
        <w:t xml:space="preserve">[34:52] </w:t>
      </w:r>
      <w:r>
        <w:t>So planning needs patience, sabr.</w:t>
      </w:r>
    </w:p>
    <w:p>
      <w:pPr>
        <w:jc w:val="right"/>
      </w:pPr>
      <w:r>
        <w:t>So planning needs patience, sabr.</w:t>
      </w:r>
    </w:p>
    <w:p>
      <w:r>
        <w:rPr>
          <w:b/>
        </w:rPr>
        <w:t xml:space="preserve">[34:58] </w:t>
      </w:r>
      <w:r>
        <w:t>Sabr means patience.</w:t>
      </w:r>
    </w:p>
    <w:p>
      <w:pPr>
        <w:jc w:val="right"/>
      </w:pPr>
      <w:r>
        <w:t>Sabr means patience.</w:t>
      </w:r>
    </w:p>
    <w:p>
      <w:r>
        <w:rPr>
          <w:b/>
        </w:rPr>
        <w:t xml:space="preserve">[35:05] </w:t>
      </w:r>
      <w:r>
        <w:t>So success needs planning and planning needs sabr.</w:t>
      </w:r>
    </w:p>
    <w:p>
      <w:pPr>
        <w:jc w:val="right"/>
      </w:pPr>
      <w:r>
        <w:t>So success needs planning and planning needs sabr.</w:t>
      </w:r>
    </w:p>
    <w:p>
      <w:r>
        <w:rPr>
          <w:b/>
        </w:rPr>
        <w:t xml:space="preserve">[35:11] </w:t>
      </w:r>
      <w:r>
        <w:t>So without sabr, there is no patient thinking.</w:t>
      </w:r>
    </w:p>
    <w:p>
      <w:pPr>
        <w:jc w:val="right"/>
      </w:pPr>
      <w:r>
        <w:t>So without sabr, there is no patient thinking.</w:t>
      </w:r>
    </w:p>
    <w:p>
      <w:r>
        <w:rPr>
          <w:b/>
        </w:rPr>
        <w:t xml:space="preserve">[35:18] </w:t>
      </w:r>
      <w:r>
        <w:t>Without sabr, there is no planning.</w:t>
      </w:r>
    </w:p>
    <w:p>
      <w:pPr>
        <w:jc w:val="right"/>
      </w:pPr>
      <w:r>
        <w:t>Without sabr, there is no planning.</w:t>
      </w:r>
    </w:p>
    <w:p>
      <w:r>
        <w:rPr>
          <w:b/>
        </w:rPr>
        <w:t xml:space="preserve">[35:24] </w:t>
      </w:r>
      <w:r>
        <w:t>Without planning, there is no great success.</w:t>
      </w:r>
    </w:p>
    <w:p>
      <w:pPr>
        <w:jc w:val="right"/>
      </w:pPr>
      <w:r>
        <w:t>Without planning, there is no great success.</w:t>
      </w:r>
    </w:p>
    <w:p>
      <w:r>
        <w:rPr>
          <w:b/>
        </w:rPr>
        <w:t xml:space="preserve">[35:31] </w:t>
      </w:r>
      <w:r>
        <w:t>And the Prophet of Islam was a great, great sabir, a man of patience.</w:t>
      </w:r>
    </w:p>
    <w:p>
      <w:pPr>
        <w:jc w:val="right"/>
      </w:pPr>
      <w:r>
        <w:t>And the Prophet of Islam was a great, great sabir, a man of patience.</w:t>
      </w:r>
    </w:p>
    <w:p>
      <w:r>
        <w:rPr>
          <w:b/>
        </w:rPr>
        <w:t xml:space="preserve">[35:38] </w:t>
      </w:r>
      <w:r>
        <w:t>"Fasbir kama sabar aululawz minar Rasul." It is a Quranic verse.</w:t>
      </w:r>
    </w:p>
    <w:p>
      <w:pPr>
        <w:jc w:val="right"/>
      </w:pPr>
      <w:r>
        <w:t>"Fasbir kama sabar aululawz minar Rasul." It is a Quranic verse.</w:t>
      </w:r>
    </w:p>
    <w:p>
      <w:r>
        <w:rPr>
          <w:b/>
        </w:rPr>
        <w:t xml:space="preserve">[35:45] </w:t>
      </w:r>
      <w:r>
        <w:t>Be patient just as other prophets.</w:t>
      </w:r>
    </w:p>
    <w:p>
      <w:pPr>
        <w:jc w:val="right"/>
      </w:pPr>
      <w:r>
        <w:t>Be patient just as other prophets.</w:t>
      </w:r>
    </w:p>
    <w:p>
      <w:r>
        <w:rPr>
          <w:b/>
        </w:rPr>
        <w:t xml:space="preserve">[35:53] </w:t>
      </w:r>
      <w:r>
        <w:t>All the prophets adopted patience.</w:t>
      </w:r>
    </w:p>
    <w:p>
      <w:pPr>
        <w:jc w:val="right"/>
      </w:pPr>
      <w:r>
        <w:t>All the prophets adopted patience.</w:t>
      </w:r>
    </w:p>
    <w:p>
      <w:r>
        <w:rPr>
          <w:b/>
        </w:rPr>
        <w:t xml:space="preserve">[36:00] </w:t>
      </w:r>
      <w:r>
        <w:t>So you have to adopt patience.</w:t>
      </w:r>
    </w:p>
    <w:p>
      <w:pPr>
        <w:jc w:val="right"/>
      </w:pPr>
      <w:r>
        <w:t>So you have to adopt patience.</w:t>
      </w:r>
    </w:p>
    <w:p>
      <w:r>
        <w:rPr>
          <w:b/>
        </w:rPr>
        <w:t xml:space="preserve">[36:07] </w:t>
      </w:r>
      <w:r>
        <w:t>This is the Quranic verse.</w:t>
      </w:r>
    </w:p>
    <w:p>
      <w:pPr>
        <w:jc w:val="right"/>
      </w:pPr>
      <w:r>
        <w:t>This is the Quranic verse.</w:t>
      </w:r>
    </w:p>
    <w:p>
      <w:r>
        <w:rPr>
          <w:b/>
        </w:rPr>
        <w:t xml:space="preserve">[36:15] </w:t>
      </w:r>
      <w:r>
        <w:t>"Fasbir kama sabar aululawz minar Rasul." All the prophets of God adopted patience.</w:t>
      </w:r>
    </w:p>
    <w:p>
      <w:pPr>
        <w:jc w:val="right"/>
      </w:pPr>
      <w:r>
        <w:t>"Fasbir kama sabar aululawz minar Rasul." All the prophets of God adopted patience.</w:t>
      </w:r>
    </w:p>
    <w:p>
      <w:r>
        <w:rPr>
          <w:b/>
        </w:rPr>
        <w:t xml:space="preserve">[36:22] </w:t>
      </w:r>
      <w:r>
        <w:t>So you have to adopt patience.</w:t>
      </w:r>
    </w:p>
    <w:p>
      <w:pPr>
        <w:jc w:val="right"/>
      </w:pPr>
      <w:r>
        <w:t>So you have to adopt patience.</w:t>
      </w:r>
    </w:p>
    <w:p>
      <w:r>
        <w:rPr>
          <w:b/>
        </w:rPr>
        <w:t xml:space="preserve">[36:29] </w:t>
      </w:r>
      <w:r>
        <w:t>Without patience, there is no success.</w:t>
      </w:r>
    </w:p>
    <w:p>
      <w:pPr>
        <w:jc w:val="right"/>
      </w:pPr>
      <w:r>
        <w:t>Without patience, there is no success.</w:t>
      </w:r>
    </w:p>
    <w:p>
      <w:r>
        <w:rPr>
          <w:b/>
        </w:rPr>
        <w:t xml:space="preserve">[36:37] </w:t>
      </w:r>
      <w:r>
        <w:t>So sabr is not simply a passive attitude.</w:t>
      </w:r>
    </w:p>
    <w:p>
      <w:pPr>
        <w:jc w:val="right"/>
      </w:pPr>
      <w:r>
        <w:t>So sabr is not simply a passive attitude.</w:t>
      </w:r>
    </w:p>
    <w:p>
      <w:r>
        <w:rPr>
          <w:b/>
        </w:rPr>
        <w:t xml:space="preserve">[36:44] </w:t>
      </w:r>
      <w:r>
        <w:t>Sabr is not cowardice.</w:t>
      </w:r>
    </w:p>
    <w:p>
      <w:pPr>
        <w:jc w:val="right"/>
      </w:pPr>
      <w:r>
        <w:t>Sabr is not cowardice.</w:t>
      </w:r>
    </w:p>
    <w:p>
      <w:r>
        <w:rPr>
          <w:b/>
        </w:rPr>
        <w:t xml:space="preserve">[36:52] </w:t>
      </w:r>
      <w:r>
        <w:t>Sabr is not inaction.</w:t>
      </w:r>
    </w:p>
    <w:p>
      <w:pPr>
        <w:jc w:val="right"/>
      </w:pPr>
      <w:r>
        <w:t>Sabr is not inaction.</w:t>
      </w:r>
    </w:p>
    <w:p>
      <w:r>
        <w:rPr>
          <w:b/>
        </w:rPr>
        <w:t xml:space="preserve">[37:00] </w:t>
      </w:r>
      <w:r>
        <w:t>Sabr is action, but with planning.</w:t>
      </w:r>
    </w:p>
    <w:p>
      <w:pPr>
        <w:jc w:val="right"/>
      </w:pPr>
      <w:r>
        <w:t>Sabr is action, but with planning.</w:t>
      </w:r>
    </w:p>
    <w:p>
      <w:r>
        <w:rPr>
          <w:b/>
        </w:rPr>
        <w:t xml:space="preserve">[37:08] </w:t>
      </w:r>
      <w:r>
        <w:t>Sabr is not inaction.</w:t>
      </w:r>
    </w:p>
    <w:p>
      <w:pPr>
        <w:jc w:val="right"/>
      </w:pPr>
      <w:r>
        <w:t>Sabr is not inaction.</w:t>
      </w:r>
    </w:p>
    <w:p>
      <w:r>
        <w:rPr>
          <w:b/>
        </w:rPr>
        <w:t xml:space="preserve">[37:16] </w:t>
      </w:r>
      <w:r>
        <w:t>Sabr is an action.</w:t>
      </w:r>
    </w:p>
    <w:p>
      <w:pPr>
        <w:jc w:val="right"/>
      </w:pPr>
      <w:r>
        <w:t>Sabr is an action.</w:t>
      </w:r>
    </w:p>
    <w:p>
      <w:r>
        <w:rPr>
          <w:b/>
        </w:rPr>
        <w:t xml:space="preserve">[37:23] </w:t>
      </w:r>
      <w:r>
        <w:t>Sabr is an activity.</w:t>
      </w:r>
    </w:p>
    <w:p>
      <w:pPr>
        <w:jc w:val="right"/>
      </w:pPr>
      <w:r>
        <w:t>Sabr is an activity.</w:t>
      </w:r>
    </w:p>
    <w:p>
      <w:r>
        <w:rPr>
          <w:b/>
        </w:rPr>
        <w:t xml:space="preserve">[37:31] </w:t>
      </w:r>
      <w:r>
        <w:t>But activity with planning, action with planning, this is sabr.</w:t>
      </w:r>
    </w:p>
    <w:p>
      <w:pPr>
        <w:jc w:val="right"/>
      </w:pPr>
      <w:r>
        <w:t>But activity with planning, action with planning, this is sabr.</w:t>
      </w:r>
    </w:p>
    <w:p>
      <w:r>
        <w:rPr>
          <w:b/>
        </w:rPr>
        <w:t xml:space="preserve">[37:39] </w:t>
      </w:r>
      <w:r>
        <w:t>So when you want to achieve great success, you have to be patient.</w:t>
      </w:r>
    </w:p>
    <w:p>
      <w:pPr>
        <w:jc w:val="right"/>
      </w:pPr>
      <w:r>
        <w:t>So when you want to achieve great success, you have to be patient.</w:t>
      </w:r>
    </w:p>
    <w:p>
      <w:r>
        <w:rPr>
          <w:b/>
        </w:rPr>
        <w:t xml:space="preserve">[37:47] </w:t>
      </w:r>
      <w:r>
        <w:t>This is the Prophet saying, "Alam anna nasr ma's sabr." So in Islam, fasting is nothing but a</w:t>
      </w:r>
    </w:p>
    <w:p>
      <w:pPr>
        <w:jc w:val="right"/>
      </w:pPr>
      <w:r>
        <w:t>This is the Prophet saying, "Alam anna nasr ma's sabr." So in Islam, fasting is nothing but a</w:t>
      </w:r>
    </w:p>
    <w:p>
      <w:r>
        <w:rPr>
          <w:b/>
        </w:rPr>
        <w:t xml:space="preserve">[37:55] </w:t>
      </w:r>
      <w:r>
        <w:t>training of sabr.</w:t>
      </w:r>
    </w:p>
    <w:p>
      <w:pPr>
        <w:jc w:val="right"/>
      </w:pPr>
      <w:r>
        <w:t>training of sabr.</w:t>
      </w:r>
    </w:p>
    <w:p>
      <w:r>
        <w:rPr>
          <w:b/>
        </w:rPr>
        <w:t xml:space="preserve">[38:02] </w:t>
      </w:r>
      <w:r>
        <w:t>The Prophet of Islam has said about fasting, there is a Psalm that, "Hawa shahrussabr." "Hawa shahrussabr." Psalm</w:t>
      </w:r>
    </w:p>
    <w:p>
      <w:pPr>
        <w:jc w:val="right"/>
      </w:pPr>
      <w:r>
        <w:t>The Prophet of Islam has said about fasting, there is a Psalm that, "Hawa shahrussabr." "Hawa shahrussabr." Psalm</w:t>
      </w:r>
    </w:p>
    <w:p>
      <w:r>
        <w:rPr>
          <w:b/>
        </w:rPr>
        <w:t xml:space="preserve">[38:10] </w:t>
      </w:r>
      <w:r>
        <w:t>or fasting is the month of patience.</w:t>
      </w:r>
    </w:p>
    <w:p>
      <w:pPr>
        <w:jc w:val="right"/>
      </w:pPr>
      <w:r>
        <w:t>or fasting is the month of patience.</w:t>
      </w:r>
    </w:p>
    <w:p>
      <w:r>
        <w:rPr>
          <w:b/>
        </w:rPr>
        <w:t xml:space="preserve">[38:18] </w:t>
      </w:r>
      <w:r>
        <w:t>Psalm or fasting is a month of patience.</w:t>
      </w:r>
    </w:p>
    <w:p>
      <w:pPr>
        <w:jc w:val="right"/>
      </w:pPr>
      <w:r>
        <w:t>Psalm or fasting is a month of patience.</w:t>
      </w:r>
    </w:p>
    <w:p>
      <w:r>
        <w:rPr>
          <w:b/>
        </w:rPr>
        <w:t xml:space="preserve">[38:26] </w:t>
      </w:r>
      <w:r>
        <w:t>So through Psalm, through fasting, through Roza, you are trained for patience.</w:t>
      </w:r>
    </w:p>
    <w:p>
      <w:pPr>
        <w:jc w:val="right"/>
      </w:pPr>
      <w:r>
        <w:t>So through Psalm, through fasting, through Roza, you are trained for patience.</w:t>
      </w:r>
    </w:p>
    <w:p>
      <w:r>
        <w:rPr>
          <w:b/>
        </w:rPr>
        <w:t xml:space="preserve">[38:34] </w:t>
      </w:r>
      <w:r>
        <w:t>Patience is so important that God made him an Ibadah.</w:t>
      </w:r>
    </w:p>
    <w:p>
      <w:pPr>
        <w:jc w:val="right"/>
      </w:pPr>
      <w:r>
        <w:t>Patience is so important that God made him an Ibadah.</w:t>
      </w:r>
    </w:p>
    <w:p>
      <w:r>
        <w:rPr>
          <w:b/>
        </w:rPr>
        <w:t xml:space="preserve">[38:41] </w:t>
      </w:r>
      <w:r>
        <w:t>In Islam, sabr is an Ibadah.</w:t>
      </w:r>
    </w:p>
    <w:p>
      <w:pPr>
        <w:jc w:val="right"/>
      </w:pPr>
      <w:r>
        <w:t>In Islam, sabr is an Ibadah.</w:t>
      </w:r>
    </w:p>
    <w:p>
      <w:r>
        <w:rPr>
          <w:b/>
        </w:rPr>
        <w:t xml:space="preserve">[38:49] </w:t>
      </w:r>
      <w:r>
        <w:t>It is not simply a technique.</w:t>
      </w:r>
    </w:p>
    <w:p>
      <w:pPr>
        <w:jc w:val="right"/>
      </w:pPr>
      <w:r>
        <w:t>It is not simply a technique.</w:t>
      </w:r>
    </w:p>
    <w:p>
      <w:r>
        <w:rPr>
          <w:b/>
        </w:rPr>
        <w:t xml:space="preserve">[38:57] </w:t>
      </w:r>
      <w:r>
        <w:t>Sabr is an Ibadah.</w:t>
      </w:r>
    </w:p>
    <w:p>
      <w:pPr>
        <w:jc w:val="right"/>
      </w:pPr>
      <w:r>
        <w:t>Sabr is an Ibadah.</w:t>
      </w:r>
    </w:p>
    <w:p>
      <w:r>
        <w:rPr>
          <w:b/>
        </w:rPr>
        <w:t xml:space="preserve">[39:05] </w:t>
      </w:r>
      <w:r>
        <w:t>But sabr is a supreme Ibadah.</w:t>
      </w:r>
    </w:p>
    <w:p>
      <w:pPr>
        <w:jc w:val="right"/>
      </w:pPr>
      <w:r>
        <w:t>But sabr is a supreme Ibadah.</w:t>
      </w:r>
    </w:p>
    <w:p>
      <w:r>
        <w:rPr>
          <w:b/>
        </w:rPr>
        <w:t xml:space="preserve">[39:13] </w:t>
      </w:r>
      <w:r>
        <w:t>Sabr is a supreme worship.</w:t>
      </w:r>
    </w:p>
    <w:p>
      <w:pPr>
        <w:jc w:val="right"/>
      </w:pPr>
      <w:r>
        <w:t>Sabr is a supreme worship.</w:t>
      </w:r>
    </w:p>
    <w:p>
      <w:r>
        <w:rPr>
          <w:b/>
        </w:rPr>
        <w:t xml:space="preserve">[39:21] </w:t>
      </w:r>
      <w:r>
        <w:t>So sabr is a formula of success, great success, supreme success.</w:t>
      </w:r>
    </w:p>
    <w:p>
      <w:pPr>
        <w:jc w:val="right"/>
      </w:pPr>
      <w:r>
        <w:t>So sabr is a formula of success, great success, supreme success.</w:t>
      </w:r>
    </w:p>
    <w:p>
      <w:r>
        <w:rPr>
          <w:b/>
        </w:rPr>
        <w:t xml:space="preserve">[39:31] </w:t>
      </w:r>
      <w:r>
        <w:t>One who wants to be a super achiever, he must adopt sabr, that is patience.</w:t>
      </w:r>
    </w:p>
    <w:p>
      <w:pPr>
        <w:jc w:val="right"/>
      </w:pPr>
      <w:r>
        <w:t>One who wants to be a super achiever, he must adopt sabr, that is patience.</w:t>
      </w:r>
    </w:p>
    <w:p>
      <w:r>
        <w:rPr>
          <w:b/>
        </w:rPr>
        <w:t xml:space="preserve">[39:41] </w:t>
      </w:r>
      <w:r>
        <w:t>This is the advice of the Prophet of Islam.</w:t>
      </w:r>
    </w:p>
    <w:p>
      <w:pPr>
        <w:jc w:val="right"/>
      </w:pPr>
      <w:r>
        <w:t>This is the advice of the Prophet of Islam.</w:t>
      </w:r>
    </w:p>
    <w:p>
      <w:r>
        <w:rPr>
          <w:b/>
        </w:rPr>
        <w:t xml:space="preserve">[39:52] </w:t>
      </w:r>
      <w:r>
        <w:t>So the Prophet of Islam was a supremely successful man, in the religious field and spiritual field as well as in the worldly field, in the secular field. "Aqoola qouli haza." "Wa astaghfaru Allahu alayhi wa alaikum wa inna a'iman."</w:t>
      </w:r>
    </w:p>
    <w:p>
      <w:pPr>
        <w:jc w:val="right"/>
      </w:pPr>
      <w:r>
        <w:t>So the Prophet of Islam was a supremely successful man, in the religious field and spiritual field as well as in the worldly field, in the secular field. "Aqoola qouli haza." "Wa astaghfaru Allahu alayhi wa alaikum wa inna a'iman."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