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Multi-Religious Societies (English) April 02, 2007 Maulana Wahidiuddin Khan</w:t>
      </w:r>
    </w:p>
    <w:p>
      <w:r>
        <w:t>https://www.youtube.com/watch?v=qToU6CDs6E4</w:t>
      </w:r>
    </w:p>
    <w:p>
      <w:r>
        <w:rPr>
          <w:b/>
        </w:rPr>
        <w:t xml:space="preserve">[00:10] </w:t>
      </w:r>
      <w:r>
        <w:t>bismillah hir rahman nir rahim, wa salallahu ala nabiyyil karim.</w:t>
      </w:r>
    </w:p>
    <w:p>
      <w:pPr>
        <w:jc w:val="right"/>
      </w:pPr>
      <w:r>
        <w:t>بسم اللہ الرحمن الرحیم، وصلی اللہ علی النبی الکریم۔</w:t>
      </w:r>
    </w:p>
    <w:p>
      <w:r>
        <w:rPr>
          <w:b/>
        </w:rPr>
        <w:t xml:space="preserve">[00:13] </w:t>
      </w:r>
      <w:r>
        <w:t>rabbi ishrah li sadri, wa yassir li amri, wah-lul uqdatan min lisani yafqahu qawli.</w:t>
      </w:r>
    </w:p>
    <w:p>
      <w:pPr>
        <w:jc w:val="right"/>
      </w:pPr>
      <w:r>
        <w:t>رب اشرح لی صدری، ویسر لی امری، واحل العقدۃ من لسانی یفقہ قولی۔</w:t>
      </w:r>
    </w:p>
    <w:p>
      <w:r>
        <w:rPr>
          <w:b/>
        </w:rPr>
        <w:t xml:space="preserve">[00:19] </w:t>
      </w:r>
      <w:r>
        <w:t>The theme of the present talk is multi-religious society.</w:t>
      </w:r>
    </w:p>
    <w:p>
      <w:pPr>
        <w:jc w:val="right"/>
      </w:pPr>
      <w:r>
        <w:t>دا تھیم آف دا پریزنٹ ٹاک از ملٹی ریلیجس سوسائٹی۔</w:t>
      </w:r>
    </w:p>
    <w:p>
      <w:r>
        <w:rPr>
          <w:b/>
        </w:rPr>
        <w:t xml:space="preserve">[00:23] </w:t>
      </w:r>
      <w:r>
        <w:t>How to maintain peace in multi-religious society or multi-cultural society? Everywhere there are dialogues and</w:t>
      </w:r>
    </w:p>
    <w:p>
      <w:pPr>
        <w:jc w:val="right"/>
      </w:pPr>
      <w:r>
        <w:t>ہاؤ ٹو مینٹین پیس ان ملٹی ریلیجس سوسائٹی اور ملٹی کلچرل سوسائٹی؟ ایوری ویر دیر آر ڈائیلاگز اینڈ</w:t>
      </w:r>
    </w:p>
    <w:p>
      <w:r>
        <w:rPr>
          <w:b/>
        </w:rPr>
        <w:t xml:space="preserve">[00:31] </w:t>
      </w:r>
      <w:r>
        <w:t>"Trilogues and Conferences" similar on this subject.</w:t>
      </w:r>
    </w:p>
    <w:p>
      <w:pPr>
        <w:jc w:val="right"/>
      </w:pPr>
      <w:r>
        <w:t>ٹرائی لاگز اینڈ کانفرنسز سیمیلر آن دس سبجیکٹ۔</w:t>
      </w:r>
    </w:p>
    <w:p>
      <w:r>
        <w:rPr>
          <w:b/>
        </w:rPr>
        <w:t xml:space="preserve">[00:34] </w:t>
      </w:r>
      <w:r>
        <w:t>The general impression is that it is religious difference that creates problem.</w:t>
      </w:r>
    </w:p>
    <w:p>
      <w:pPr>
        <w:jc w:val="right"/>
      </w:pPr>
      <w:r>
        <w:t>دا جنرل امپریشن از دیٹ اٹ از ریلیجس ڈیفرنس دیٹ کریٹس پرابلم۔</w:t>
      </w:r>
    </w:p>
    <w:p>
      <w:r>
        <w:rPr>
          <w:b/>
        </w:rPr>
        <w:t xml:space="preserve">[00:40] </w:t>
      </w:r>
      <w:r>
        <w:t>All those enmity and hate and fighting are due to religious differences.</w:t>
      </w:r>
    </w:p>
    <w:p>
      <w:pPr>
        <w:jc w:val="right"/>
      </w:pPr>
      <w:r>
        <w:t>آل دوز اینمیٹی اینڈ ہیٹ اینڈ فائٹنگ آر ڈیو ٹو ریلیجس ڈیفرنسز۔</w:t>
      </w:r>
    </w:p>
    <w:p>
      <w:r>
        <w:rPr>
          <w:b/>
        </w:rPr>
        <w:t xml:space="preserve">[00:45] </w:t>
      </w:r>
      <w:r>
        <w:t>But historically it is unqualified.</w:t>
      </w:r>
    </w:p>
    <w:p>
      <w:pPr>
        <w:jc w:val="right"/>
      </w:pPr>
      <w:r>
        <w:t>بٹ ہسٹوریکلی اٹ از ان کوالیفائیڈ۔</w:t>
      </w:r>
    </w:p>
    <w:p>
      <w:r>
        <w:rPr>
          <w:b/>
        </w:rPr>
        <w:t xml:space="preserve">[00:47] </w:t>
      </w:r>
      <w:r>
        <w:t>Why? Because we see that the fact is.</w:t>
      </w:r>
    </w:p>
    <w:p>
      <w:pPr>
        <w:jc w:val="right"/>
      </w:pPr>
      <w:r>
        <w:t>وائی؟ بیکاز وی سی دیٹ دا فیکٹ از۔</w:t>
      </w:r>
    </w:p>
    <w:p>
      <w:r>
        <w:rPr>
          <w:b/>
        </w:rPr>
        <w:t xml:space="preserve">[00:51] </w:t>
      </w:r>
      <w:r>
        <w:t>Otherwise.</w:t>
      </w:r>
    </w:p>
    <w:p>
      <w:pPr>
        <w:jc w:val="right"/>
      </w:pPr>
      <w:r>
        <w:t>ادر وائز۔</w:t>
      </w:r>
    </w:p>
    <w:p>
      <w:r>
        <w:rPr>
          <w:b/>
        </w:rPr>
        <w:t xml:space="preserve">[00:52] </w:t>
      </w:r>
      <w:r>
        <w:t>The historical experience says, the historical experience tells us that it is not, tells us that there are</w:t>
      </w:r>
    </w:p>
    <w:p>
      <w:pPr>
        <w:jc w:val="right"/>
      </w:pPr>
      <w:r>
        <w:t>دا ہسٹوریکل ایکسپیرینس سے دا ہسٹوریکل ایکسپیرینس ٹیل اس دیٹ اٹ از ناٹ ٹیل اس دیٹ دیر آر</w:t>
      </w:r>
    </w:p>
    <w:p>
      <w:r>
        <w:rPr>
          <w:b/>
        </w:rPr>
        <w:t xml:space="preserve">[01:00] </w:t>
      </w:r>
      <w:r>
        <w:t>Fighting's not only among different religions but among the same religions.</w:t>
      </w:r>
    </w:p>
    <w:p>
      <w:pPr>
        <w:jc w:val="right"/>
      </w:pPr>
      <w:r>
        <w:t>فائٹنگز ناٹ اونلی امنگ ڈفرنٹ ریلیجنز بٹ امنگ دا سیم ریلیجنز۔</w:t>
      </w:r>
    </w:p>
    <w:p>
      <w:r>
        <w:rPr>
          <w:b/>
        </w:rPr>
        <w:t xml:space="preserve">[01:05] </w:t>
      </w:r>
      <w:r>
        <w:t>So it is it is not only intra-religious phenomena but it is also an inter-religious phenomena.</w:t>
      </w:r>
    </w:p>
    <w:p>
      <w:pPr>
        <w:jc w:val="right"/>
      </w:pPr>
      <w:r>
        <w:t>سو اٹ از اٹ از ناٹ اونلی انٹرا ریلیجس فیناومینا بٹ اٹ از السو اینڈ انٹر ریلیجس فیناومینا۔</w:t>
      </w:r>
    </w:p>
    <w:p>
      <w:r>
        <w:rPr>
          <w:b/>
        </w:rPr>
        <w:t xml:space="preserve">[01:12] </w:t>
      </w:r>
      <w:r>
        <w:t>For example, in India there was Mahabharat great war.</w:t>
      </w:r>
    </w:p>
    <w:p>
      <w:pPr>
        <w:jc w:val="right"/>
      </w:pPr>
      <w:r>
        <w:t>فار ایگزامپل ان انڈیا دیر واز مہا بھارت گریٹ وار۔</w:t>
      </w:r>
    </w:p>
    <w:p>
      <w:r>
        <w:rPr>
          <w:b/>
        </w:rPr>
        <w:t xml:space="preserve">[01:17] </w:t>
      </w:r>
      <w:r>
        <w:t>In this Mahabharat, both the parties were Hindus.</w:t>
      </w:r>
    </w:p>
    <w:p>
      <w:pPr>
        <w:jc w:val="right"/>
      </w:pPr>
      <w:r>
        <w:t>ان دس مہا بھارت بوتھ دا پارٹیز ویر ہندوز۔</w:t>
      </w:r>
    </w:p>
    <w:p>
      <w:r>
        <w:rPr>
          <w:b/>
        </w:rPr>
        <w:t xml:space="preserve">[01:20] </w:t>
      </w:r>
      <w:r>
        <w:t>Kauravas and Pandavas both were belonging to the same faith.</w:t>
      </w:r>
    </w:p>
    <w:p>
      <w:pPr>
        <w:jc w:val="right"/>
      </w:pPr>
      <w:r>
        <w:t>کورو اینڈ پاندو بوتھ ویر بیلانگنگ ٹو دا سیم فیتھ۔</w:t>
      </w:r>
    </w:p>
    <w:p>
      <w:r>
        <w:rPr>
          <w:b/>
        </w:rPr>
        <w:t xml:space="preserve">[01:25] </w:t>
      </w:r>
      <w:r>
        <w:t>But there was Mahabharat among both the parties.</w:t>
      </w:r>
    </w:p>
    <w:p>
      <w:pPr>
        <w:jc w:val="right"/>
      </w:pPr>
      <w:r>
        <w:t>بٹ دیر واز مہا بھارت امنگ بوتھ دا پارٹیز۔</w:t>
      </w:r>
    </w:p>
    <w:p>
      <w:r>
        <w:rPr>
          <w:b/>
        </w:rPr>
        <w:t xml:space="preserve">[01:29] </w:t>
      </w:r>
      <w:r>
        <w:t>Then in Europe there were two great wars.</w:t>
      </w:r>
    </w:p>
    <w:p>
      <w:pPr>
        <w:jc w:val="right"/>
      </w:pPr>
      <w:r>
        <w:t>دین ان یورپ دیر وار ٹو گریٹ وارز۔</w:t>
      </w:r>
    </w:p>
    <w:p>
      <w:r>
        <w:rPr>
          <w:b/>
        </w:rPr>
        <w:t xml:space="preserve">[01:32] </w:t>
      </w:r>
      <w:r>
        <w:t>First World War and Second World War.</w:t>
      </w:r>
    </w:p>
    <w:p>
      <w:pPr>
        <w:jc w:val="right"/>
      </w:pPr>
      <w:r>
        <w:t>فرسٹ ورلڈ وار اینڈ سیکنڈ ورلڈ وار۔</w:t>
      </w:r>
    </w:p>
    <w:p>
      <w:r>
        <w:rPr>
          <w:b/>
        </w:rPr>
        <w:t xml:space="preserve">[01:35] </w:t>
      </w:r>
      <w:r>
        <w:t>And both these wars were fought between Christians.</w:t>
      </w:r>
    </w:p>
    <w:p>
      <w:pPr>
        <w:jc w:val="right"/>
      </w:pPr>
      <w:r>
        <w:t>اینڈ بوتھ دیز وارز ویر فاٹ بٹوین کرسچنز۔</w:t>
      </w:r>
    </w:p>
    <w:p>
      <w:r>
        <w:rPr>
          <w:b/>
        </w:rPr>
        <w:t xml:space="preserve">[01:38] </w:t>
      </w:r>
      <w:r>
        <w:t>On both the side there were Christian countries.</w:t>
      </w:r>
    </w:p>
    <w:p>
      <w:pPr>
        <w:jc w:val="right"/>
      </w:pPr>
      <w:r>
        <w:t>آن بوتھ دی سائیڈ دیر وار کرسچن کنٹریز۔</w:t>
      </w:r>
    </w:p>
    <w:p>
      <w:r>
        <w:rPr>
          <w:b/>
        </w:rPr>
        <w:t xml:space="preserve">[01:42] </w:t>
      </w:r>
      <w:r>
        <w:t>But there was great war.</w:t>
      </w:r>
    </w:p>
    <w:p>
      <w:pPr>
        <w:jc w:val="right"/>
      </w:pPr>
      <w:r>
        <w:t>بٹ دیر واز گریٹ وار۔</w:t>
      </w:r>
    </w:p>
    <w:p>
      <w:r>
        <w:rPr>
          <w:b/>
        </w:rPr>
        <w:t xml:space="preserve">[01:44] </w:t>
      </w:r>
      <w:r>
        <w:t>You can see the same picture in Muslim countries also.</w:t>
      </w:r>
    </w:p>
    <w:p>
      <w:pPr>
        <w:jc w:val="right"/>
      </w:pPr>
      <w:r>
        <w:t>یو کین سی دا سیم پکچر ان مسلم کنٹریز السو۔</w:t>
      </w:r>
    </w:p>
    <w:p>
      <w:r>
        <w:rPr>
          <w:b/>
        </w:rPr>
        <w:t xml:space="preserve">[01:48] </w:t>
      </w:r>
      <w:r>
        <w:t>In Pakistan, in Afghanistan, in Iraq.</w:t>
      </w:r>
    </w:p>
    <w:p>
      <w:pPr>
        <w:jc w:val="right"/>
      </w:pPr>
      <w:r>
        <w:t>ان پاکستان، ان افغانستان، ان عراق۔</w:t>
      </w:r>
    </w:p>
    <w:p>
      <w:r>
        <w:rPr>
          <w:b/>
        </w:rPr>
        <w:t xml:space="preserve">[01:51] </w:t>
      </w:r>
      <w:r>
        <w:t>Everywhere in Muslim countries there are fighting.</w:t>
      </w:r>
    </w:p>
    <w:p>
      <w:pPr>
        <w:jc w:val="right"/>
      </w:pPr>
      <w:r>
        <w:t>ایوری ویر ان مسلم کنٹریز دیر آر فائٹنگ۔</w:t>
      </w:r>
    </w:p>
    <w:p>
      <w:r>
        <w:rPr>
          <w:b/>
        </w:rPr>
        <w:t xml:space="preserve">[01:54] </w:t>
      </w:r>
      <w:r>
        <w:t>These fightings are among the same, among the followers of the same religion.</w:t>
      </w:r>
    </w:p>
    <w:p>
      <w:pPr>
        <w:jc w:val="right"/>
      </w:pPr>
      <w:r>
        <w:t>دیز فائٹنگز آر امنگ دا سیم امنگ دا فالوورز آف دا سیم ریلیجن۔</w:t>
      </w:r>
    </w:p>
    <w:p>
      <w:r>
        <w:rPr>
          <w:b/>
        </w:rPr>
        <w:t xml:space="preserve">[02:00] </w:t>
      </w:r>
      <w:r>
        <w:t>So this kind of problem is not an intra-religious problem.</w:t>
      </w:r>
    </w:p>
    <w:p>
      <w:pPr>
        <w:jc w:val="right"/>
      </w:pPr>
      <w:r>
        <w:t>سو دس کائنڈ آف پرابلم از ناٹ ا انٹرا ریلیجس پرابلم۔</w:t>
      </w:r>
    </w:p>
    <w:p>
      <w:r>
        <w:rPr>
          <w:b/>
        </w:rPr>
        <w:t xml:space="preserve">[02:05] </w:t>
      </w:r>
      <w:r>
        <w:t>It is also an inter-religious problem.</w:t>
      </w:r>
    </w:p>
    <w:p>
      <w:pPr>
        <w:jc w:val="right"/>
      </w:pPr>
      <w:r>
        <w:t>اٹ از السو اینڈ انٹر ریلیجس پرابلم۔</w:t>
      </w:r>
    </w:p>
    <w:p>
      <w:r>
        <w:rPr>
          <w:b/>
        </w:rPr>
        <w:t xml:space="preserve">[02:08] </w:t>
      </w:r>
      <w:r>
        <w:t>So we have to find out some other reason other than religious differences.</w:t>
      </w:r>
    </w:p>
    <w:p>
      <w:pPr>
        <w:jc w:val="right"/>
      </w:pPr>
      <w:r>
        <w:t>سو وی ہیو ٹو فائنڈ آؤٹ سم ادر ریزن ادر دین ریلیجس ڈیفرنسز۔</w:t>
      </w:r>
    </w:p>
    <w:p>
      <w:r>
        <w:rPr>
          <w:b/>
        </w:rPr>
        <w:t xml:space="preserve">[02:13] </w:t>
      </w:r>
      <w:r>
        <w:t>I can see that it is not religious difference that creates problem.</w:t>
      </w:r>
    </w:p>
    <w:p>
      <w:pPr>
        <w:jc w:val="right"/>
      </w:pPr>
      <w:r>
        <w:t>ائی کین سی دیٹ اٹ از ناٹ ریلیجس ڈیفرنس دیٹ کریٹس پرابلم۔</w:t>
      </w:r>
    </w:p>
    <w:p>
      <w:r>
        <w:rPr>
          <w:b/>
        </w:rPr>
        <w:t xml:space="preserve">[02:18] </w:t>
      </w:r>
      <w:r>
        <w:t>In fact, it is lack of tolerance is the main point, main problem.</w:t>
      </w:r>
    </w:p>
    <w:p>
      <w:pPr>
        <w:jc w:val="right"/>
      </w:pPr>
      <w:r>
        <w:t>ان فیکٹ اٹ از لیک آف ٹالرنس از دا مین پوائنٹ مین پرابلم۔</w:t>
      </w:r>
    </w:p>
    <w:p>
      <w:r>
        <w:rPr>
          <w:b/>
        </w:rPr>
        <w:t xml:space="preserve">[02:24] </w:t>
      </w:r>
      <w:r>
        <w:t>Lack of tolerance creates all kind of problem.</w:t>
      </w:r>
    </w:p>
    <w:p>
      <w:pPr>
        <w:jc w:val="right"/>
      </w:pPr>
      <w:r>
        <w:t>لیک آف ٹالرنس کریٹس آل کائنڈ آف پرابلم۔</w:t>
      </w:r>
    </w:p>
    <w:p>
      <w:r>
        <w:rPr>
          <w:b/>
        </w:rPr>
        <w:t xml:space="preserve">[02:27] </w:t>
      </w:r>
      <w:r>
        <w:t>Why? Because difference is not simply a part of religion.</w:t>
      </w:r>
    </w:p>
    <w:p>
      <w:pPr>
        <w:jc w:val="right"/>
      </w:pPr>
      <w:r>
        <w:t>وائی؟ بیکاز ڈیفرنس از ناٹ سمپلی ا پارٹ آف ریلیجن۔</w:t>
      </w:r>
    </w:p>
    <w:p>
      <w:r>
        <w:rPr>
          <w:b/>
        </w:rPr>
        <w:t xml:space="preserve">[02:32] </w:t>
      </w:r>
      <w:r>
        <w:t>It is part of nature.</w:t>
      </w:r>
    </w:p>
    <w:p>
      <w:pPr>
        <w:jc w:val="right"/>
      </w:pPr>
      <w:r>
        <w:t>اٹ از پارٹ آف نیچر۔</w:t>
      </w:r>
    </w:p>
    <w:p>
      <w:r>
        <w:rPr>
          <w:b/>
        </w:rPr>
        <w:t xml:space="preserve">[02:34] </w:t>
      </w:r>
      <w:r>
        <w:t>Everywhere in the world you can see differences.</w:t>
      </w:r>
    </w:p>
    <w:p>
      <w:pPr>
        <w:jc w:val="right"/>
      </w:pPr>
      <w:r>
        <w:t>ایوری ویر ان دا ورلڈ یو کین سی ڈیفرنسز۔</w:t>
      </w:r>
    </w:p>
    <w:p>
      <w:r>
        <w:rPr>
          <w:b/>
        </w:rPr>
        <w:t xml:space="preserve">[02:38] </w:t>
      </w:r>
      <w:r>
        <w:t>تو difference is a part of nature, not simply a part of religion.</w:t>
      </w:r>
    </w:p>
    <w:p>
      <w:pPr>
        <w:jc w:val="right"/>
      </w:pPr>
      <w:r>
        <w:t>تو ڈیفرنس از ا پارٹ آف نیچر ناٹ سمپلی ا پارٹ آف ریلیجن۔</w:t>
      </w:r>
    </w:p>
    <w:p>
      <w:r>
        <w:rPr>
          <w:b/>
        </w:rPr>
        <w:t xml:space="preserve">[02:43] </w:t>
      </w:r>
      <w:r>
        <w:t>In such a situation, you cannot eliminate all those differences.</w:t>
      </w:r>
    </w:p>
    <w:p>
      <w:pPr>
        <w:jc w:val="right"/>
      </w:pPr>
      <w:r>
        <w:t>ان سچ ا سچویشن یو کین یو کین ناٹ ایلیمینیٹ آل دوز ڈیفرنسز۔</w:t>
      </w:r>
    </w:p>
    <w:p>
      <w:r>
        <w:rPr>
          <w:b/>
        </w:rPr>
        <w:t xml:space="preserve">[02:49] </w:t>
      </w:r>
      <w:r>
        <w:t>How you can eliminate all those differences that is part of nature? No one is so powerful to</w:t>
      </w:r>
    </w:p>
    <w:p>
      <w:pPr>
        <w:jc w:val="right"/>
      </w:pPr>
      <w:r>
        <w:t>ہاؤ یو کین ایلیمینیٹ آل دوز ڈیفرنسز دیٹ از پارٹ آف نیچر؟ نو ون از سو پاورفل ٹو</w:t>
      </w:r>
    </w:p>
    <w:p>
      <w:r>
        <w:rPr>
          <w:b/>
        </w:rPr>
        <w:t xml:space="preserve">[02:56] </w:t>
      </w:r>
      <w:r>
        <w:t>change the course of nature.</w:t>
      </w:r>
    </w:p>
    <w:p>
      <w:pPr>
        <w:jc w:val="right"/>
      </w:pPr>
      <w:r>
        <w:t>چینج دا کورس آف نیچر۔</w:t>
      </w:r>
    </w:p>
    <w:p>
      <w:r>
        <w:rPr>
          <w:b/>
        </w:rPr>
        <w:t xml:space="preserve">[02:59] </w:t>
      </w:r>
      <w:r>
        <w:t>So the formula is not to eliminate the differences but the practical formula in this regard is to</w:t>
      </w:r>
    </w:p>
    <w:p>
      <w:pPr>
        <w:jc w:val="right"/>
      </w:pPr>
      <w:r>
        <w:t>سو دا فارمولا از ناٹ ٹو ایلیمینیٹ دا ڈیفرنسز بٹ دا پریکٹیکل فارمولا ان دس ریکارڈ از ٹو</w:t>
      </w:r>
    </w:p>
    <w:p>
      <w:r>
        <w:rPr>
          <w:b/>
        </w:rPr>
        <w:t xml:space="preserve">[03:06] </w:t>
      </w:r>
      <w:r>
        <w:t>tolerate all those differences.</w:t>
      </w:r>
    </w:p>
    <w:p>
      <w:pPr>
        <w:jc w:val="right"/>
      </w:pPr>
      <w:r>
        <w:t>ٹالریٹ آل دوز ڈیفرنسز۔</w:t>
      </w:r>
    </w:p>
    <w:p>
      <w:r>
        <w:rPr>
          <w:b/>
        </w:rPr>
        <w:t xml:space="preserve">[03:08] </w:t>
      </w:r>
      <w:r>
        <w:t>So, tolerance is the formula and not the elimination.</w:t>
      </w:r>
    </w:p>
    <w:p>
      <w:pPr>
        <w:jc w:val="right"/>
      </w:pPr>
      <w:r>
        <w:t>سو ٹالریشن از دا فارمولا اینڈ ناٹ دا ایلیمینیشن۔</w:t>
      </w:r>
    </w:p>
    <w:p>
      <w:r>
        <w:rPr>
          <w:b/>
        </w:rPr>
        <w:t xml:space="preserve">[03:12] </w:t>
      </w:r>
      <w:r>
        <w:t>This is the main point.</w:t>
      </w:r>
    </w:p>
    <w:p>
      <w:pPr>
        <w:jc w:val="right"/>
      </w:pPr>
      <w:r>
        <w:t>دس از دا مین پوائنٹ۔</w:t>
      </w:r>
    </w:p>
    <w:p>
      <w:r>
        <w:rPr>
          <w:b/>
        </w:rPr>
        <w:t xml:space="preserve">[03:14] </w:t>
      </w:r>
      <w:r>
        <w:t>Here I would like to refer a story.</w:t>
      </w:r>
    </w:p>
    <w:p>
      <w:pPr>
        <w:jc w:val="right"/>
      </w:pPr>
      <w:r>
        <w:t>ہیر ائی وڈ لائک ٹو ریفر ا سٹوری۔</w:t>
      </w:r>
    </w:p>
    <w:p>
      <w:r>
        <w:rPr>
          <w:b/>
        </w:rPr>
        <w:t xml:space="preserve">[03:17] </w:t>
      </w:r>
      <w:r>
        <w:t>It is certain that when America was free, so when American went out of his home, he was</w:t>
      </w:r>
    </w:p>
    <w:p>
      <w:pPr>
        <w:jc w:val="right"/>
      </w:pPr>
      <w:r>
        <w:t>اٹ از سرٹ دیٹ وین امریکہ واز فری سو وین امریکن وینٹ آؤٹ آف ہز ہوم ہی واز</w:t>
      </w:r>
    </w:p>
    <w:p>
      <w:r>
        <w:rPr>
          <w:b/>
        </w:rPr>
        <w:t xml:space="preserve">[03:25] </w:t>
      </w:r>
      <w:r>
        <w:t>walking in the street carelessly.</w:t>
      </w:r>
    </w:p>
    <w:p>
      <w:pPr>
        <w:jc w:val="right"/>
      </w:pPr>
      <w:r>
        <w:t>واکنگ ان دے سٹریٹ کیئرلیسلی۔</w:t>
      </w:r>
    </w:p>
    <w:p>
      <w:r>
        <w:rPr>
          <w:b/>
        </w:rPr>
        <w:t xml:space="preserve">[03:27] </w:t>
      </w:r>
      <w:r>
        <w:t>So during walk he hit the nose of a passerby.</w:t>
      </w:r>
    </w:p>
    <w:p>
      <w:pPr>
        <w:jc w:val="right"/>
      </w:pPr>
      <w:r>
        <w:t>سو ڈیورنگ واک ہی ہٹ دا نوز آف ا پاسر بائی۔</w:t>
      </w:r>
    </w:p>
    <w:p>
      <w:r>
        <w:rPr>
          <w:b/>
        </w:rPr>
        <w:t xml:space="preserve">[03:32] </w:t>
      </w:r>
      <w:r>
        <w:t>That gentleman said politely, "Why you hit my nose?" American said, "Today I am free."</w:t>
      </w:r>
    </w:p>
    <w:p>
      <w:pPr>
        <w:jc w:val="right"/>
      </w:pPr>
      <w:r>
        <w:t>دیٹ جنٹلمین سرٹ پلائٹلی وائی یو ہٹ بائی نوز؟ امریکن سرٹ ٹوڈے ائی ایم فری۔</w:t>
      </w:r>
    </w:p>
    <w:p>
      <w:r>
        <w:rPr>
          <w:b/>
        </w:rPr>
        <w:t xml:space="preserve">[03:38] </w:t>
      </w:r>
      <w:r>
        <w:t>I am exercising my freedom.</w:t>
      </w:r>
    </w:p>
    <w:p>
      <w:pPr>
        <w:jc w:val="right"/>
      </w:pPr>
      <w:r>
        <w:t>ائی ایم ایکسرسائزنگ مائی فریڈم۔</w:t>
      </w:r>
    </w:p>
    <w:p>
      <w:r>
        <w:rPr>
          <w:b/>
        </w:rPr>
        <w:t xml:space="preserve">[03:41] </w:t>
      </w:r>
      <w:r>
        <w:t>He replied, "My brother, you are free, no doubt about it, but your freedom ends where my nose"</w:t>
      </w:r>
    </w:p>
    <w:p>
      <w:pPr>
        <w:jc w:val="right"/>
      </w:pPr>
      <w:r>
        <w:t>ہی ریپلائیڈ مائی برادر یو آر فری نو ڈاؤٹ اباؤٹ اٹ بٹ یور فریڈم اینڈز ویر مائی نوز</w:t>
      </w:r>
    </w:p>
    <w:p>
      <w:r>
        <w:rPr>
          <w:b/>
        </w:rPr>
        <w:t xml:space="preserve">[03:48] </w:t>
      </w:r>
      <w:r>
        <w:t>begins.</w:t>
      </w:r>
    </w:p>
    <w:p>
      <w:pPr>
        <w:jc w:val="right"/>
      </w:pPr>
      <w:r>
        <w:t>بگنز۔</w:t>
      </w:r>
    </w:p>
    <w:p>
      <w:r>
        <w:rPr>
          <w:b/>
        </w:rPr>
        <w:t xml:space="preserve">[03:50] </w:t>
      </w:r>
      <w:r>
        <w:t>This is the only formula and this is not an American formula.</w:t>
      </w:r>
    </w:p>
    <w:p>
      <w:pPr>
        <w:jc w:val="right"/>
      </w:pPr>
      <w:r>
        <w:t>دس از دا اونلی فارمولا اینڈ دس از ناٹ اینڈ امریکن فارمولا۔</w:t>
      </w:r>
    </w:p>
    <w:p>
      <w:r>
        <w:rPr>
          <w:b/>
        </w:rPr>
        <w:t xml:space="preserve">[03:55] </w:t>
      </w:r>
      <w:r>
        <w:t>It is a universal formula.</w:t>
      </w:r>
    </w:p>
    <w:p>
      <w:pPr>
        <w:jc w:val="right"/>
      </w:pPr>
      <w:r>
        <w:t>اٹ از ا یونیورسل فارمولا۔</w:t>
      </w:r>
    </w:p>
    <w:p>
      <w:r>
        <w:rPr>
          <w:b/>
        </w:rPr>
        <w:t xml:space="preserve">[03:57] </w:t>
      </w:r>
      <w:r>
        <w:t>Everywhere in the world you can see that the same formula is working.</w:t>
      </w:r>
    </w:p>
    <w:p>
      <w:pPr>
        <w:jc w:val="right"/>
      </w:pPr>
      <w:r>
        <w:t>ایوری ویر ان دا ورلڈ یو کین سی دیٹ دے سیم فارمولا از ورکنگ۔</w:t>
      </w:r>
    </w:p>
    <w:p>
      <w:r>
        <w:rPr>
          <w:b/>
        </w:rPr>
        <w:t xml:space="preserve">[04:03] </w:t>
      </w:r>
      <w:r>
        <w:t>For example, you see the space, in the vast space there are numerous stars and planets.</w:t>
      </w:r>
    </w:p>
    <w:p>
      <w:pPr>
        <w:jc w:val="right"/>
      </w:pPr>
      <w:r>
        <w:t>فار ایگزامپل یو سی دا اسپیس ان دا واسٹ اسپیس دیر آر نمبرس اسٹارز اینڈ پلینٹس۔</w:t>
      </w:r>
    </w:p>
    <w:p>
      <w:r>
        <w:rPr>
          <w:b/>
        </w:rPr>
        <w:t xml:space="preserve">[04:10] </w:t>
      </w:r>
      <w:r>
        <w:t>All are moving but every planet and every star strictly keeps his own, its own orbit.</w:t>
      </w:r>
    </w:p>
    <w:p>
      <w:pPr>
        <w:jc w:val="right"/>
      </w:pPr>
      <w:r>
        <w:t>آل آر موونگ بٹ ایوری پلینٹ اینڈ ایوری اسٹار اسٹرکٹلی کیپس ہز اون اٹس اون اربٹ۔</w:t>
      </w:r>
    </w:p>
    <w:p>
      <w:r>
        <w:rPr>
          <w:b/>
        </w:rPr>
        <w:t xml:space="preserve">[04:17] </w:t>
      </w:r>
      <w:r>
        <w:t>strictly follows its own orbit.</w:t>
      </w:r>
    </w:p>
    <w:p>
      <w:pPr>
        <w:jc w:val="right"/>
      </w:pPr>
      <w:r>
        <w:t>اسٹرکٹلی فالوز اٹس اون اربٹ۔</w:t>
      </w:r>
    </w:p>
    <w:p>
      <w:r>
        <w:rPr>
          <w:b/>
        </w:rPr>
        <w:t xml:space="preserve">[04:19] </w:t>
      </w:r>
      <w:r>
        <w:t>So this is the this is the universal culture.</w:t>
      </w:r>
    </w:p>
    <w:p>
      <w:pPr>
        <w:jc w:val="right"/>
      </w:pPr>
      <w:r>
        <w:t>سو دس از دی دس از دا یونیورسل کلچر۔</w:t>
      </w:r>
    </w:p>
    <w:p>
      <w:r>
        <w:rPr>
          <w:b/>
        </w:rPr>
        <w:t xml:space="preserve">[04:23] </w:t>
      </w:r>
      <w:r>
        <w:t>So non-interference is the only policy.</w:t>
      </w:r>
    </w:p>
    <w:p>
      <w:pPr>
        <w:jc w:val="right"/>
      </w:pPr>
      <w:r>
        <w:t>سو نان انٹرفیرنس از دا اونلی پالیسی۔</w:t>
      </w:r>
    </w:p>
    <w:p>
      <w:r>
        <w:rPr>
          <w:b/>
        </w:rPr>
        <w:t xml:space="preserve">[04:26] </w:t>
      </w:r>
      <w:r>
        <w:t>You there are numbers stars and all the stars are in moving state but there is no clash</w:t>
      </w:r>
    </w:p>
    <w:p>
      <w:pPr>
        <w:jc w:val="right"/>
      </w:pPr>
      <w:r>
        <w:t>یو دیر آر نمبرس اسٹارز اینڈ آل دی اسٹارز آر ان موونگ اسٹیٹ بٹ دیر از نو کلیش</w:t>
      </w:r>
    </w:p>
    <w:p>
      <w:r>
        <w:rPr>
          <w:b/>
        </w:rPr>
        <w:t xml:space="preserve">[04:34] </w:t>
      </w:r>
      <w:r>
        <w:t>No fighting.</w:t>
      </w:r>
    </w:p>
    <w:p>
      <w:pPr>
        <w:jc w:val="right"/>
      </w:pPr>
      <w:r>
        <w:t>نو فائٹنگ۔</w:t>
      </w:r>
    </w:p>
    <w:p>
      <w:r>
        <w:rPr>
          <w:b/>
        </w:rPr>
        <w:t xml:space="preserve">[04:35] </w:t>
      </w:r>
      <w:r>
        <w:t>Why? Because they have adopted this formula that is based on non-interference in other sphere.</w:t>
      </w:r>
    </w:p>
    <w:p>
      <w:pPr>
        <w:jc w:val="right"/>
      </w:pPr>
      <w:r>
        <w:t>وائی؟ بیکاز دے ہیو اڈاپٹڈ دس فارمولا دیٹ از بیسڈ آن نان انٹرفیرنس ان ادر اسفیئر۔</w:t>
      </w:r>
    </w:p>
    <w:p>
      <w:r>
        <w:rPr>
          <w:b/>
        </w:rPr>
        <w:t xml:space="preserve">[04:42] </w:t>
      </w:r>
      <w:r>
        <w:t>So this is the only formula and this formula is demonstrated in the world by nature by God</w:t>
      </w:r>
    </w:p>
    <w:p>
      <w:pPr>
        <w:jc w:val="right"/>
      </w:pPr>
      <w:r>
        <w:t>سو دس از دا اونلی فارمولا اینڈ دس فارمولا از ڈیمونسٹریٹڈ ان دی ورلڈ بائی نیچر بائی گاڈ</w:t>
      </w:r>
    </w:p>
    <w:p>
      <w:r>
        <w:rPr>
          <w:b/>
        </w:rPr>
        <w:t xml:space="preserve">[04:50] </w:t>
      </w:r>
      <w:r>
        <w:t>The Creator.</w:t>
      </w:r>
    </w:p>
    <w:p>
      <w:pPr>
        <w:jc w:val="right"/>
      </w:pPr>
      <w:r>
        <w:t>دا کریٹر۔</w:t>
      </w:r>
    </w:p>
    <w:p>
      <w:r>
        <w:rPr>
          <w:b/>
        </w:rPr>
        <w:t xml:space="preserve">[04:51] </w:t>
      </w:r>
      <w:r>
        <w:t>So we have no other option except to accept differences as a reality.</w:t>
      </w:r>
    </w:p>
    <w:p>
      <w:pPr>
        <w:jc w:val="right"/>
      </w:pPr>
      <w:r>
        <w:t>سو وی ہیو نو ادر آپشن ایکسیپٹ ٹو ایکسیپٹ ڈیفرنسز ایز ا ریلیٹی۔</w:t>
      </w:r>
    </w:p>
    <w:p>
      <w:r>
        <w:rPr>
          <w:b/>
        </w:rPr>
        <w:t xml:space="preserve">[04:57] </w:t>
      </w:r>
      <w:r>
        <w:t>And at the same time, we have to tolerate these differences.</w:t>
      </w:r>
    </w:p>
    <w:p>
      <w:pPr>
        <w:jc w:val="right"/>
      </w:pPr>
      <w:r>
        <w:t>اینڈ ایٹ دا سیم ٹائم وی ہیو ٹو ٹالریٹ دیز ڈیفرنسز۔</w:t>
      </w:r>
    </w:p>
    <w:p>
      <w:r>
        <w:rPr>
          <w:b/>
        </w:rPr>
        <w:t xml:space="preserve">[05:01] </w:t>
      </w:r>
      <w:r>
        <w:t>Tolerance is the only base of building a peaceful society.</w:t>
      </w:r>
    </w:p>
    <w:p>
      <w:pPr>
        <w:jc w:val="right"/>
      </w:pPr>
      <w:r>
        <w:t>ٹالرنس از دا اونلی بیس آف بلڈنگ ا پیس فل سوسائٹی۔</w:t>
      </w:r>
    </w:p>
    <w:p>
      <w:r>
        <w:rPr>
          <w:b/>
        </w:rPr>
        <w:t xml:space="preserve">[05:06] </w:t>
      </w:r>
      <w:r>
        <w:t>Now there are two formula available among scholars.</w:t>
      </w:r>
    </w:p>
    <w:p>
      <w:pPr>
        <w:jc w:val="right"/>
      </w:pPr>
      <w:r>
        <w:t>ناؤ دیر آر ٹو فارمولا اویلیبل امنگ سکالرز۔</w:t>
      </w:r>
    </w:p>
    <w:p>
      <w:r>
        <w:rPr>
          <w:b/>
        </w:rPr>
        <w:t xml:space="preserve">[05:10] </w:t>
      </w:r>
      <w:r>
        <w:t>First is that all religions are true.</w:t>
      </w:r>
    </w:p>
    <w:p>
      <w:pPr>
        <w:jc w:val="right"/>
      </w:pPr>
      <w:r>
        <w:t>فرسٹ از دیٹ آل ریلیجنز آر ٹرو۔</w:t>
      </w:r>
    </w:p>
    <w:p>
      <w:r>
        <w:rPr>
          <w:b/>
        </w:rPr>
        <w:t xml:space="preserve">[05:13] </w:t>
      </w:r>
      <w:r>
        <w:t>They claim that there is no difference at all among religions.</w:t>
      </w:r>
    </w:p>
    <w:p>
      <w:pPr>
        <w:jc w:val="right"/>
      </w:pPr>
      <w:r>
        <w:t>دے کلیم دیٹ دیر از نو ڈیفرنس ایٹ آل امنگ ریلیجنز۔</w:t>
      </w:r>
    </w:p>
    <w:p>
      <w:r>
        <w:rPr>
          <w:b/>
        </w:rPr>
        <w:t xml:space="preserve">[05:17] </w:t>
      </w:r>
      <w:r>
        <w:t>There are many scholars who published such books in which they have tried to show that all the</w:t>
      </w:r>
    </w:p>
    <w:p>
      <w:pPr>
        <w:jc w:val="right"/>
      </w:pPr>
      <w:r>
        <w:t>دیر آر مینی سکالرز ہو پبلشڈ سچ بکس ان وچ دے ہیو ٹرائی ٹو شو دیٹ آل دا</w:t>
      </w:r>
    </w:p>
    <w:p>
      <w:r>
        <w:rPr>
          <w:b/>
        </w:rPr>
        <w:t xml:space="preserve">[05:25] </w:t>
      </w:r>
      <w:r>
        <w:t>Religions are one and the same.</w:t>
      </w:r>
    </w:p>
    <w:p>
      <w:pPr>
        <w:jc w:val="right"/>
      </w:pPr>
      <w:r>
        <w:t>ریلیجنز آر ون اینڈ دا سیم۔</w:t>
      </w:r>
    </w:p>
    <w:p>
      <w:r>
        <w:rPr>
          <w:b/>
        </w:rPr>
        <w:t xml:space="preserve">[05:28] </w:t>
      </w:r>
      <w:r>
        <w:t>Here you can see a book compiled by Dr. Bhagwan Das.</w:t>
      </w:r>
    </w:p>
    <w:p>
      <w:pPr>
        <w:jc w:val="right"/>
      </w:pPr>
      <w:r>
        <w:t>ہیر یو کین سی ا بک کمپائلڈ بائی ڈاکٹر بھگوان داس۔</w:t>
      </w:r>
    </w:p>
    <w:p>
      <w:r>
        <w:rPr>
          <w:b/>
        </w:rPr>
        <w:t xml:space="preserve">[05:32] </w:t>
      </w:r>
      <w:r>
        <w:t>Dr. Bhagwan Das.</w:t>
      </w:r>
    </w:p>
    <w:p>
      <w:pPr>
        <w:jc w:val="right"/>
      </w:pPr>
      <w:r>
        <w:t>ڈاکٹر بھگوان داس۔</w:t>
      </w:r>
    </w:p>
    <w:p>
      <w:r>
        <w:rPr>
          <w:b/>
        </w:rPr>
        <w:t xml:space="preserve">[05:34] </w:t>
      </w:r>
      <w:r>
        <w:t>اس ٹائٹل از Essential Unity of All Religions.</w:t>
      </w:r>
    </w:p>
    <w:p>
      <w:pPr>
        <w:jc w:val="right"/>
      </w:pPr>
      <w:r>
        <w:t>اس ٹائٹل از ایسینشل یونیٹی آف آل ریلیجنز۔</w:t>
      </w:r>
    </w:p>
    <w:p>
      <w:r>
        <w:rPr>
          <w:b/>
        </w:rPr>
        <w:t xml:space="preserve">[05:37] </w:t>
      </w:r>
      <w:r>
        <w:t>There are numerous books of such kind.</w:t>
      </w:r>
    </w:p>
    <w:p>
      <w:pPr>
        <w:jc w:val="right"/>
      </w:pPr>
      <w:r>
        <w:t>دیر آر نمبرس بک آف سچ کائنڈ۔</w:t>
      </w:r>
    </w:p>
    <w:p>
      <w:r>
        <w:rPr>
          <w:b/>
        </w:rPr>
        <w:t xml:space="preserve">[05:40] </w:t>
      </w:r>
      <w:r>
        <w:t>But in vain these scholars try to establish that I and you both are true.</w:t>
      </w:r>
    </w:p>
    <w:p>
      <w:pPr>
        <w:jc w:val="right"/>
      </w:pPr>
      <w:r>
        <w:t>بٹ ان وین دیز سکالرز ٹرائی ٹو اسٹیبلش دیٹ ائی اینڈ یو بوتھ آر ٹرو۔</w:t>
      </w:r>
    </w:p>
    <w:p>
      <w:r>
        <w:rPr>
          <w:b/>
        </w:rPr>
        <w:t xml:space="preserve">[05:47] </w:t>
      </w:r>
      <w:r>
        <w:t>My religion and your religion both are true religion.</w:t>
      </w:r>
    </w:p>
    <w:p>
      <w:pPr>
        <w:jc w:val="right"/>
      </w:pPr>
      <w:r>
        <w:t>مائی ریلیجن اینڈ یور ریلیجن بوتھ آر ٹرو ریلیجن۔</w:t>
      </w:r>
    </w:p>
    <w:p>
      <w:r>
        <w:rPr>
          <w:b/>
        </w:rPr>
        <w:t xml:space="preserve">[05:50] </w:t>
      </w:r>
      <w:r>
        <w:t>So there is no difference.</w:t>
      </w:r>
    </w:p>
    <w:p>
      <w:pPr>
        <w:jc w:val="right"/>
      </w:pPr>
      <w:r>
        <w:t>سو دیر از نو ڈیفرنس۔</w:t>
      </w:r>
    </w:p>
    <w:p>
      <w:r>
        <w:rPr>
          <w:b/>
        </w:rPr>
        <w:t xml:space="preserve">[05:53] </w:t>
      </w:r>
      <w:r>
        <w:t>But it is, it is unnatural, unscientific.</w:t>
      </w:r>
    </w:p>
    <w:p>
      <w:pPr>
        <w:jc w:val="right"/>
      </w:pPr>
      <w:r>
        <w:t>بٹ اٹ از اٹ از ان نیچرل ان سائنٹیفک۔</w:t>
      </w:r>
    </w:p>
    <w:p>
      <w:r>
        <w:rPr>
          <w:b/>
        </w:rPr>
        <w:t xml:space="preserve">[05:56] </w:t>
      </w:r>
      <w:r>
        <w:t>Their claim is based on selective items.</w:t>
      </w:r>
    </w:p>
    <w:p>
      <w:pPr>
        <w:jc w:val="right"/>
      </w:pPr>
      <w:r>
        <w:t>دیر کلیم از بیسڈ آن سلیکٹو آئٹمز۔</w:t>
      </w:r>
    </w:p>
    <w:p>
      <w:r>
        <w:rPr>
          <w:b/>
        </w:rPr>
        <w:t xml:space="preserve">[05:59] </w:t>
      </w:r>
      <w:r>
        <w:t>This book also a compile of selective items from every religion.</w:t>
      </w:r>
    </w:p>
    <w:p>
      <w:pPr>
        <w:jc w:val="right"/>
      </w:pPr>
      <w:r>
        <w:t>دس بک السو ا کمپائل آف سلیکٹو آئٹمز فرام ایوری ریلیجن۔</w:t>
      </w:r>
    </w:p>
    <w:p>
      <w:r>
        <w:rPr>
          <w:b/>
        </w:rPr>
        <w:t xml:space="preserve">[06:04] </w:t>
      </w:r>
      <w:r>
        <w:t>You have to see religion in total. Only selective items are not enough to formulate such kind of</w:t>
      </w:r>
    </w:p>
    <w:p>
      <w:pPr>
        <w:jc w:val="right"/>
      </w:pPr>
      <w:r>
        <w:t>یو ہیو ٹو سی ریلیجن ان ٹوٹل اونلی سلیکٹو آئٹم آر ناٹ انف ٹو فارمولیٹ سچ کائنڈ آف</w:t>
      </w:r>
    </w:p>
    <w:p>
      <w:r>
        <w:rPr>
          <w:b/>
        </w:rPr>
        <w:t xml:space="preserve">[06:12] </w:t>
      </w:r>
      <w:r>
        <w:t>principles.</w:t>
      </w:r>
    </w:p>
    <w:p>
      <w:pPr>
        <w:jc w:val="right"/>
      </w:pPr>
      <w:r>
        <w:t>پرنسپلز۔</w:t>
      </w:r>
    </w:p>
    <w:p>
      <w:r>
        <w:rPr>
          <w:b/>
        </w:rPr>
        <w:t xml:space="preserve">[06:13] </w:t>
      </w:r>
      <w:r>
        <w:t>So those who are trying to establish that all the religions are one and the same, they are</w:t>
      </w:r>
    </w:p>
    <w:p>
      <w:pPr>
        <w:jc w:val="right"/>
      </w:pPr>
      <w:r>
        <w:t>سو دوز ہو آر ٹرائینگ ٹو اسٹیبلش دیٹ آل دا ریلیجنز آر ون اینڈ دا سیم دے آر</w:t>
      </w:r>
    </w:p>
    <w:p>
      <w:r>
        <w:rPr>
          <w:b/>
        </w:rPr>
        <w:t xml:space="preserve">[06:21] </w:t>
      </w:r>
      <w:r>
        <w:t>doing an unscientific job.</w:t>
      </w:r>
    </w:p>
    <w:p>
      <w:pPr>
        <w:jc w:val="right"/>
      </w:pPr>
      <w:r>
        <w:t>ڈوئنگ اینڈ ان سائنٹیفک جاب۔</w:t>
      </w:r>
    </w:p>
    <w:p>
      <w:r>
        <w:rPr>
          <w:b/>
        </w:rPr>
        <w:t xml:space="preserve">[06:23] </w:t>
      </w:r>
      <w:r>
        <w:t>Scientifically it is not correct, it is illogical.</w:t>
      </w:r>
    </w:p>
    <w:p>
      <w:pPr>
        <w:jc w:val="right"/>
      </w:pPr>
      <w:r>
        <w:t>سائنٹیفیکلی اٹ از ناٹ کریکٹ اٹ از الوجیکل۔</w:t>
      </w:r>
    </w:p>
    <w:p>
      <w:r>
        <w:rPr>
          <w:b/>
        </w:rPr>
        <w:t xml:space="preserve">[06:27] </w:t>
      </w:r>
      <w:r>
        <w:t>Because we see that there are grave differences among different religions.</w:t>
      </w:r>
    </w:p>
    <w:p>
      <w:pPr>
        <w:jc w:val="right"/>
      </w:pPr>
      <w:r>
        <w:t>بیکاز وی سی دیٹ دیر آر گریو ڈیفرنسز امنگ ڈفرنٹ ریلیجنز۔</w:t>
      </w:r>
    </w:p>
    <w:p>
      <w:r>
        <w:rPr>
          <w:b/>
        </w:rPr>
        <w:t xml:space="preserve">[06:31] </w:t>
      </w:r>
      <w:r>
        <w:t>For example, one religion believes that there is only one God.</w:t>
      </w:r>
    </w:p>
    <w:p>
      <w:pPr>
        <w:jc w:val="right"/>
      </w:pPr>
      <w:r>
        <w:t>فار ایگزامپل ون ریلیجن بیلیوز دیٹ دیر از اونلی ون گاڈ۔</w:t>
      </w:r>
    </w:p>
    <w:p>
      <w:r>
        <w:rPr>
          <w:b/>
        </w:rPr>
        <w:t xml:space="preserve">[06:36] </w:t>
      </w:r>
      <w:r>
        <w:t>Deen there are other religions who believe that there are two gods.</w:t>
      </w:r>
    </w:p>
    <w:p>
      <w:pPr>
        <w:jc w:val="right"/>
      </w:pPr>
      <w:r>
        <w:t>دین دیر آر ادر ریلیجنز ہو بیلیو دیٹ دیر آر ٹو گاڈز۔</w:t>
      </w:r>
    </w:p>
    <w:p>
      <w:r>
        <w:rPr>
          <w:b/>
        </w:rPr>
        <w:t xml:space="preserve">[06:41] </w:t>
      </w:r>
      <w:r>
        <w:t>Deen there are other religions who believe that there are three gods.</w:t>
      </w:r>
    </w:p>
    <w:p>
      <w:pPr>
        <w:jc w:val="right"/>
      </w:pPr>
      <w:r>
        <w:t>دین دیر آر ادر ریلیجنز ہو بیلیو دیٹ دیر آر تھری گاڈز۔</w:t>
      </w:r>
    </w:p>
    <w:p>
      <w:r>
        <w:rPr>
          <w:b/>
        </w:rPr>
        <w:t xml:space="preserve">[06:46] </w:t>
      </w:r>
      <w:r>
        <w:t>Then there are other religions who believe that there are numerous gods.</w:t>
      </w:r>
    </w:p>
    <w:p>
      <w:pPr>
        <w:jc w:val="right"/>
      </w:pPr>
      <w:r>
        <w:t>دین دیر آر ادر ریلیجنز ہو بیلیو دیٹ دیر آر نمبرس گاڈز۔</w:t>
      </w:r>
    </w:p>
    <w:p>
      <w:r>
        <w:rPr>
          <w:b/>
        </w:rPr>
        <w:t xml:space="preserve">[06:52] </w:t>
      </w:r>
      <w:r>
        <w:t>How you can say that all these beliefs are one and the same? No.</w:t>
      </w:r>
    </w:p>
    <w:p>
      <w:pPr>
        <w:jc w:val="right"/>
      </w:pPr>
      <w:r>
        <w:t>ہاؤ یو کین سی دیٹ آل دیز بیلیفس آر ون اینڈ دا سیم؟ نو۔</w:t>
      </w:r>
    </w:p>
    <w:p>
      <w:r>
        <w:rPr>
          <w:b/>
        </w:rPr>
        <w:t xml:space="preserve">[06:58] </w:t>
      </w:r>
      <w:r>
        <w:t>So it is a fact that there are differences among religions.</w:t>
      </w:r>
    </w:p>
    <w:p>
      <w:pPr>
        <w:jc w:val="right"/>
      </w:pPr>
      <w:r>
        <w:t>سو اٹ از ا فیکٹ دیٹ دیر آر ڈیفرنسز امنگ ریلیجن۔</w:t>
      </w:r>
    </w:p>
    <w:p>
      <w:r>
        <w:rPr>
          <w:b/>
        </w:rPr>
        <w:t xml:space="preserve">[07:02] </w:t>
      </w:r>
      <w:r>
        <w:t>No one can deny it logically.</w:t>
      </w:r>
    </w:p>
    <w:p>
      <w:pPr>
        <w:jc w:val="right"/>
      </w:pPr>
      <w:r>
        <w:t>نو ون کین ڈینائی اٹ لوجیکلی۔</w:t>
      </w:r>
    </w:p>
    <w:p>
      <w:r>
        <w:rPr>
          <w:b/>
        </w:rPr>
        <w:t xml:space="preserve">[07:05] </w:t>
      </w:r>
      <w:r>
        <w:t>At all these kind of books are simply poetic argument.</w:t>
      </w:r>
    </w:p>
    <w:p>
      <w:pPr>
        <w:jc w:val="right"/>
      </w:pPr>
      <w:r>
        <w:t>اٹ آل دیز کائنڈ آف بکس آر سمپلی پوئٹک ارگیومنٹ۔</w:t>
      </w:r>
    </w:p>
    <w:p>
      <w:r>
        <w:rPr>
          <w:b/>
        </w:rPr>
        <w:t xml:space="preserve">[07:09] </w:t>
      </w:r>
      <w:r>
        <w:t>Poetic argument.</w:t>
      </w:r>
    </w:p>
    <w:p>
      <w:pPr>
        <w:jc w:val="right"/>
      </w:pPr>
      <w:r>
        <w:t>پوئٹک ارگیومنٹ۔</w:t>
      </w:r>
    </w:p>
    <w:p>
      <w:r>
        <w:rPr>
          <w:b/>
        </w:rPr>
        <w:t xml:space="preserve">[07:11] </w:t>
      </w:r>
      <w:r>
        <w:t>It is not scientific argument.</w:t>
      </w:r>
    </w:p>
    <w:p>
      <w:pPr>
        <w:jc w:val="right"/>
      </w:pPr>
      <w:r>
        <w:t>اٹ از ناٹ سائنٹیفک ارگیومنٹ۔</w:t>
      </w:r>
    </w:p>
    <w:p>
      <w:r>
        <w:rPr>
          <w:b/>
        </w:rPr>
        <w:t xml:space="preserve">[07:13] </w:t>
      </w:r>
      <w:r>
        <w:t>These kind of books are not based on scientific argument.</w:t>
      </w:r>
    </w:p>
    <w:p>
      <w:pPr>
        <w:jc w:val="right"/>
      </w:pPr>
      <w:r>
        <w:t>دیز کائنڈ آف بکس آر ناٹ بیسڈ آن سائنٹیفک ارگیومنٹ۔</w:t>
      </w:r>
    </w:p>
    <w:p>
      <w:r>
        <w:rPr>
          <w:b/>
        </w:rPr>
        <w:t xml:space="preserve">[07:17] </w:t>
      </w:r>
      <w:r>
        <w:t>They are based on poetic argument.</w:t>
      </w:r>
    </w:p>
    <w:p>
      <w:pPr>
        <w:jc w:val="right"/>
      </w:pPr>
      <w:r>
        <w:t>دے آر بیسڈ آن پوئٹک ارگیومنٹ۔</w:t>
      </w:r>
    </w:p>
    <w:p>
      <w:r>
        <w:rPr>
          <w:b/>
        </w:rPr>
        <w:t xml:space="preserve">[07:20] </w:t>
      </w:r>
      <w:r>
        <w:t>So I am not inclined to accept this argument.</w:t>
      </w:r>
    </w:p>
    <w:p>
      <w:pPr>
        <w:jc w:val="right"/>
      </w:pPr>
      <w:r>
        <w:t>سو ائی ایم ناٹ انکلائن ٹو ایکسیپٹ دس ارگیومنٹ۔</w:t>
      </w:r>
    </w:p>
    <w:p>
      <w:r>
        <w:rPr>
          <w:b/>
        </w:rPr>
        <w:t xml:space="preserve">[07:23] </w:t>
      </w:r>
      <w:r>
        <w:t>Because it is not workable.</w:t>
      </w:r>
    </w:p>
    <w:p>
      <w:pPr>
        <w:jc w:val="right"/>
      </w:pPr>
      <w:r>
        <w:t>بیکاز اٹ از ناٹ ورکیبل۔</w:t>
      </w:r>
    </w:p>
    <w:p>
      <w:r>
        <w:rPr>
          <w:b/>
        </w:rPr>
        <w:t xml:space="preserve">[07:26] </w:t>
      </w:r>
      <w:r>
        <w:t>Not workable.</w:t>
      </w:r>
    </w:p>
    <w:p>
      <w:pPr>
        <w:jc w:val="right"/>
      </w:pPr>
      <w:r>
        <w:t>ناٹ ورکیبل۔</w:t>
      </w:r>
    </w:p>
    <w:p>
      <w:r>
        <w:rPr>
          <w:b/>
        </w:rPr>
        <w:t xml:space="preserve">[07:27] </w:t>
      </w:r>
      <w:r>
        <w:t>Now the only formula there is workable and feasible is that there is based on mutual respect.</w:t>
      </w:r>
    </w:p>
    <w:p>
      <w:pPr>
        <w:jc w:val="right"/>
      </w:pPr>
      <w:r>
        <w:t>ناؤ دا اونلی فارمولا دیر از ورکیبل اینڈ فیزیبل از دیٹ دیر از بیسڈ آن میوچول ریسپیکٹ۔</w:t>
      </w:r>
    </w:p>
    <w:p>
      <w:r>
        <w:rPr>
          <w:b/>
        </w:rPr>
        <w:t xml:space="preserve">[07:34] </w:t>
      </w:r>
      <w:r>
        <w:t>So I have formulated this principle: follow one and respect all.</w:t>
      </w:r>
    </w:p>
    <w:p>
      <w:pPr>
        <w:jc w:val="right"/>
      </w:pPr>
      <w:r>
        <w:t>سو ائی ہیو فارمولیٹڈ دس پرنسپل فالو ون اینڈ ریسپیکٹ آل۔</w:t>
      </w:r>
    </w:p>
    <w:p>
      <w:r>
        <w:rPr>
          <w:b/>
        </w:rPr>
        <w:t xml:space="preserve">[07:39] </w:t>
      </w:r>
      <w:r>
        <w:t>Follow one and respect all.</w:t>
      </w:r>
    </w:p>
    <w:p>
      <w:pPr>
        <w:jc w:val="right"/>
      </w:pPr>
      <w:r>
        <w:t>فالو ون اینڈ ریسپیکٹ آل۔</w:t>
      </w:r>
    </w:p>
    <w:p>
      <w:r>
        <w:rPr>
          <w:b/>
        </w:rPr>
        <w:t xml:space="preserve">[07:41] </w:t>
      </w:r>
      <w:r>
        <w:t>This formula is based on tolerance, on peaceful coexistence, on adjustment.</w:t>
      </w:r>
    </w:p>
    <w:p>
      <w:pPr>
        <w:jc w:val="right"/>
      </w:pPr>
      <w:r>
        <w:t>دس فارمولا از بیسڈ آن ٹالرنس آن پیس فل کو ایگزسٹنس آن ایڈجسٹمنٹ۔</w:t>
      </w:r>
    </w:p>
    <w:p>
      <w:r>
        <w:rPr>
          <w:b/>
        </w:rPr>
        <w:t xml:space="preserve">[07:47] </w:t>
      </w:r>
      <w:r>
        <w:t>This is the only formula that is practicable in this world.</w:t>
      </w:r>
    </w:p>
    <w:p>
      <w:pPr>
        <w:jc w:val="right"/>
      </w:pPr>
      <w:r>
        <w:t>دس از دا اونلی فارمولا دیٹ از پریکٹیکیبل ان دس ورلڈ۔</w:t>
      </w:r>
    </w:p>
    <w:p>
      <w:r>
        <w:rPr>
          <w:b/>
        </w:rPr>
        <w:t xml:space="preserve">[07:52] </w:t>
      </w:r>
      <w:r>
        <w:t>And according to my study, Islam advocates this formula.</w:t>
      </w:r>
    </w:p>
    <w:p>
      <w:pPr>
        <w:jc w:val="right"/>
      </w:pPr>
      <w:r>
        <w:t>اینڈ اکارڈنگ ٹو مائی سٹڈی اسلام ایڈوکیٹس دس فارمولا۔</w:t>
      </w:r>
    </w:p>
    <w:p>
      <w:r>
        <w:rPr>
          <w:b/>
        </w:rPr>
        <w:t xml:space="preserve">[07:55] </w:t>
      </w:r>
      <w:r>
        <w:t>Islam advocates this formula.</w:t>
      </w:r>
    </w:p>
    <w:p>
      <w:pPr>
        <w:jc w:val="right"/>
      </w:pPr>
      <w:r>
        <w:t>اسلام ایڈوکیٹس دس فارمولا۔</w:t>
      </w:r>
    </w:p>
    <w:p>
      <w:r>
        <w:rPr>
          <w:b/>
        </w:rPr>
        <w:t xml:space="preserve">[07:57] </w:t>
      </w:r>
      <w:r>
        <w:t>Here I would like to quote some references from the Quran.</w:t>
      </w:r>
    </w:p>
    <w:p>
      <w:pPr>
        <w:jc w:val="right"/>
      </w:pPr>
      <w:r>
        <w:t>ہیر ائی وڈ لائک ٹو کوٹ سم ریفرنسز فرام دا قرآن۔</w:t>
      </w:r>
    </w:p>
    <w:p>
      <w:r>
        <w:rPr>
          <w:b/>
        </w:rPr>
        <w:t xml:space="preserve">[08:02] </w:t>
      </w:r>
      <w:r>
        <w:t>The Prophet of Islam, he started his mission in Mecca, in Arabia, in 610 AD.</w:t>
      </w:r>
    </w:p>
    <w:p>
      <w:pPr>
        <w:jc w:val="right"/>
      </w:pPr>
      <w:r>
        <w:t>دا پرافٹ آف اسلام ہی سٹارٹڈ ہز مشن ان مکہ ان عربیہ ان 610 اے ڈی۔</w:t>
      </w:r>
    </w:p>
    <w:p>
      <w:r>
        <w:rPr>
          <w:b/>
        </w:rPr>
        <w:t xml:space="preserve">[08:09] </w:t>
      </w:r>
      <w:r>
        <w:t>So in Mecca at the time, at the time Mecca was a multi-religious society.</w:t>
      </w:r>
    </w:p>
    <w:p>
      <w:pPr>
        <w:jc w:val="right"/>
      </w:pPr>
      <w:r>
        <w:t>سو ان مکہ ایٹ دا ٹائم ایٹ دا ٹائم مکہ واز ا ملٹی ریلیجس سوسائٹی۔</w:t>
      </w:r>
    </w:p>
    <w:p>
      <w:r>
        <w:rPr>
          <w:b/>
        </w:rPr>
        <w:t xml:space="preserve">[08:15] </w:t>
      </w:r>
      <w:r>
        <w:t>In modern term, Makkah was a multi-religious society.</w:t>
      </w:r>
    </w:p>
    <w:p>
      <w:pPr>
        <w:jc w:val="right"/>
      </w:pPr>
      <w:r>
        <w:t>ان ماڈرن ٹرم مکہ واز ا ملٹی ریلیجس سوسائٹی۔</w:t>
      </w:r>
    </w:p>
    <w:p>
      <w:r>
        <w:rPr>
          <w:b/>
        </w:rPr>
        <w:t xml:space="preserve">[08:19] </w:t>
      </w:r>
      <w:r>
        <w:t>Because in Mecca there were three communities: Muslims and Christians and Mushrik.</w:t>
      </w:r>
    </w:p>
    <w:p>
      <w:pPr>
        <w:jc w:val="right"/>
      </w:pPr>
      <w:r>
        <w:t>بیکاز ان مکہ دیر وار تھری کمیونٹیز مسلمز اینڈ کرسچنز اینڈ مشرک۔</w:t>
      </w:r>
    </w:p>
    <w:p>
      <w:r>
        <w:rPr>
          <w:b/>
        </w:rPr>
        <w:t xml:space="preserve">[08:24] </w:t>
      </w:r>
      <w:r>
        <w:t>Although Mushrik were in majority but two to Marathi group also were present over there that Muslims</w:t>
      </w:r>
    </w:p>
    <w:p>
      <w:pPr>
        <w:jc w:val="right"/>
      </w:pPr>
      <w:r>
        <w:t>آل دو مشرک ویر ان میجورٹی بٹ ٹو ٹو مراتی گروپ السو ویر پریزنٹ اوور دیر دیٹ مسلمز</w:t>
      </w:r>
    </w:p>
    <w:p>
      <w:r>
        <w:rPr>
          <w:b/>
        </w:rPr>
        <w:t xml:space="preserve">[08:32] </w:t>
      </w:r>
      <w:r>
        <w:t>and Christians.</w:t>
      </w:r>
    </w:p>
    <w:p>
      <w:pPr>
        <w:jc w:val="right"/>
      </w:pPr>
      <w:r>
        <w:t>اینڈ کرسچنز۔</w:t>
      </w:r>
    </w:p>
    <w:p>
      <w:r>
        <w:rPr>
          <w:b/>
        </w:rPr>
        <w:t xml:space="preserve">[08:33] </w:t>
      </w:r>
      <w:r>
        <w:t>So it was a multi-religious society.</w:t>
      </w:r>
    </w:p>
    <w:p>
      <w:pPr>
        <w:jc w:val="right"/>
      </w:pPr>
      <w:r>
        <w:t>سو اٹ واز ا ملٹی ریلیجس سوسائٹی۔</w:t>
      </w:r>
    </w:p>
    <w:p>
      <w:r>
        <w:rPr>
          <w:b/>
        </w:rPr>
        <w:t xml:space="preserve">[08:36] </w:t>
      </w:r>
      <w:r>
        <w:t>At the time Quran gives a formula how to deal this situation.</w:t>
      </w:r>
    </w:p>
    <w:p>
      <w:pPr>
        <w:jc w:val="right"/>
      </w:pPr>
      <w:r>
        <w:t>ایٹ دا ٹائم قرآن گیوز ا فارمولا ہاؤ ٹو ڈیل دس سچویشن۔</w:t>
      </w:r>
    </w:p>
    <w:p>
      <w:r>
        <w:rPr>
          <w:b/>
        </w:rPr>
        <w:t xml:space="preserve">[08:41] </w:t>
      </w:r>
      <w:r>
        <w:t>Quran gave the formula in these words: Lakum dinukum wa liya din.</w:t>
      </w:r>
    </w:p>
    <w:p>
      <w:pPr>
        <w:jc w:val="right"/>
      </w:pPr>
      <w:r>
        <w:t>قرآن گیو دا فارمولا ان دیز ورڈز لکم دینکم ولیا دین۔</w:t>
      </w:r>
    </w:p>
    <w:p>
      <w:r>
        <w:rPr>
          <w:b/>
        </w:rPr>
        <w:t xml:space="preserve">[08:46] </w:t>
      </w:r>
      <w:r>
        <w:t>Lakum deenukum waliya deen.</w:t>
      </w:r>
    </w:p>
    <w:p>
      <w:pPr>
        <w:jc w:val="right"/>
      </w:pPr>
      <w:r>
        <w:t>لکم دینکم ولیا دین۔</w:t>
      </w:r>
    </w:p>
    <w:p>
      <w:r>
        <w:rPr>
          <w:b/>
        </w:rPr>
        <w:t xml:space="preserve">[08:48] </w:t>
      </w:r>
      <w:r>
        <w:t>For you your religion, for me mine.</w:t>
      </w:r>
    </w:p>
    <w:p>
      <w:pPr>
        <w:jc w:val="right"/>
      </w:pPr>
      <w:r>
        <w:t>فار یو یور ریلیجن فار می مائن۔</w:t>
      </w:r>
    </w:p>
    <w:p>
      <w:r>
        <w:rPr>
          <w:b/>
        </w:rPr>
        <w:t xml:space="preserve">[08:51] </w:t>
      </w:r>
      <w:r>
        <w:t>For you your religion, for me mine.</w:t>
      </w:r>
    </w:p>
    <w:p>
      <w:pPr>
        <w:jc w:val="right"/>
      </w:pPr>
      <w:r>
        <w:t>فار یو یور ریلیجن فار می مائن۔</w:t>
      </w:r>
    </w:p>
    <w:p>
      <w:r>
        <w:rPr>
          <w:b/>
        </w:rPr>
        <w:t xml:space="preserve">[08:54] </w:t>
      </w:r>
      <w:r>
        <w:t>So this formula is based on peaceful coexistence and tolerance.</w:t>
      </w:r>
    </w:p>
    <w:p>
      <w:pPr>
        <w:jc w:val="right"/>
      </w:pPr>
      <w:r>
        <w:t>سو دس فارمولا از بیسڈ آن پیس فل کو ایگزسٹنس اور ٹالرنس۔</w:t>
      </w:r>
    </w:p>
    <w:p>
      <w:r>
        <w:rPr>
          <w:b/>
        </w:rPr>
        <w:t xml:space="preserve">[08:59] </w:t>
      </w:r>
      <w:r>
        <w:t>In other words, you can say that follow one and respect all.</w:t>
      </w:r>
    </w:p>
    <w:p>
      <w:pPr>
        <w:jc w:val="right"/>
      </w:pPr>
      <w:r>
        <w:t>ان ادر ورڈز یو کین سی دیٹ فالو ون اینڈ ریسپیکٹ آل۔</w:t>
      </w:r>
    </w:p>
    <w:p>
      <w:r>
        <w:rPr>
          <w:b/>
        </w:rPr>
        <w:t xml:space="preserve">[09:04] </w:t>
      </w:r>
      <w:r>
        <w:t>This was the formula adopted by Prophet of Islam in Makkah.</w:t>
      </w:r>
    </w:p>
    <w:p>
      <w:pPr>
        <w:jc w:val="right"/>
      </w:pPr>
      <w:r>
        <w:t>دس واز دا فارمولا اڈاپٹڈ بائی پرافٹ آف اسلام ان مکہ۔</w:t>
      </w:r>
    </w:p>
    <w:p>
      <w:r>
        <w:rPr>
          <w:b/>
        </w:rPr>
        <w:t xml:space="preserve">[09:09] </w:t>
      </w:r>
      <w:r>
        <w:t>When he migrated from Mecca to Medina.</w:t>
      </w:r>
    </w:p>
    <w:p>
      <w:pPr>
        <w:jc w:val="right"/>
      </w:pPr>
      <w:r>
        <w:t>دین وین ہی مائیگریٹڈ فرام مکہ ٹو مدینہ۔</w:t>
      </w:r>
    </w:p>
    <w:p>
      <w:r>
        <w:rPr>
          <w:b/>
        </w:rPr>
        <w:t xml:space="preserve">[09:12] </w:t>
      </w:r>
      <w:r>
        <w:t>So Madinah at the time Madinah, Yathrib.</w:t>
      </w:r>
    </w:p>
    <w:p>
      <w:pPr>
        <w:jc w:val="right"/>
      </w:pPr>
      <w:r>
        <w:t>سو مدینہ ایٹ دا ٹائم مدینہ یسرب۔</w:t>
      </w:r>
    </w:p>
    <w:p>
      <w:r>
        <w:rPr>
          <w:b/>
        </w:rPr>
        <w:t xml:space="preserve">[09:15] </w:t>
      </w:r>
      <w:r>
        <w:t>مدینہ اور یثرب at the time was also a multi-religious society.</w:t>
      </w:r>
    </w:p>
    <w:p>
      <w:pPr>
        <w:jc w:val="right"/>
      </w:pPr>
      <w:r>
        <w:t>مدینہ اور یسرب ایٹ دا ٹائم واز السو ا ملٹی ریلیجس سوسائٹی۔</w:t>
      </w:r>
    </w:p>
    <w:p>
      <w:r>
        <w:rPr>
          <w:b/>
        </w:rPr>
        <w:t xml:space="preserve">[09:20] </w:t>
      </w:r>
      <w:r>
        <w:t>Because in Madinah at the time in Madinah there were three communities: Muslims, Jews and and Mushriks.</w:t>
      </w:r>
    </w:p>
    <w:p>
      <w:pPr>
        <w:jc w:val="right"/>
      </w:pPr>
      <w:r>
        <w:t>بیکاز ان مدینہ ایٹ دا ٹائم ان مدینہ دیر وار تھری کمیونٹیز مسلمز جیوز اینڈ مشرکس۔</w:t>
      </w:r>
    </w:p>
    <w:p>
      <w:r>
        <w:rPr>
          <w:b/>
        </w:rPr>
        <w:t xml:space="preserve">[09:27] </w:t>
      </w:r>
      <w:r>
        <w:t>So again, Madina was a multi-religious society.</w:t>
      </w:r>
    </w:p>
    <w:p>
      <w:pPr>
        <w:jc w:val="right"/>
      </w:pPr>
      <w:r>
        <w:t>سو اگین مدینہ واز ا ملٹی ریلیجس سوسائٹی۔</w:t>
      </w:r>
    </w:p>
    <w:p>
      <w:r>
        <w:rPr>
          <w:b/>
        </w:rPr>
        <w:t xml:space="preserve">[09:31] </w:t>
      </w:r>
      <w:r>
        <w:t>Here, the Prophet of Islam again adopted the same formula.</w:t>
      </w:r>
    </w:p>
    <w:p>
      <w:pPr>
        <w:jc w:val="right"/>
      </w:pPr>
      <w:r>
        <w:t>ہیر پرافٹ آف اسلام اگین اڈاپٹڈ دا سیم فارمولا۔</w:t>
      </w:r>
    </w:p>
    <w:p>
      <w:r>
        <w:rPr>
          <w:b/>
        </w:rPr>
        <w:t xml:space="preserve">[09:35] </w:t>
      </w:r>
      <w:r>
        <w:t>Prophet of Islam issued a declaration.</w:t>
      </w:r>
    </w:p>
    <w:p>
      <w:pPr>
        <w:jc w:val="right"/>
      </w:pPr>
      <w:r>
        <w:t>پرافٹ آف اسلام ایشوڈ ا ڈیکلریشن۔</w:t>
      </w:r>
    </w:p>
    <w:p>
      <w:r>
        <w:rPr>
          <w:b/>
        </w:rPr>
        <w:t xml:space="preserve">[09:37] </w:t>
      </w:r>
      <w:r>
        <w:t>You can see it in the books with the title Sahifatul Madinah.</w:t>
      </w:r>
    </w:p>
    <w:p>
      <w:pPr>
        <w:jc w:val="right"/>
      </w:pPr>
      <w:r>
        <w:t>یو کین سی اٹ ان دا بکس ود دا ٹائٹل صحیفۃ المدینہ۔</w:t>
      </w:r>
    </w:p>
    <w:p>
      <w:r>
        <w:rPr>
          <w:b/>
        </w:rPr>
        <w:t xml:space="preserve">[09:42] </w:t>
      </w:r>
      <w:r>
        <w:t>Sahifatul Madinah means Madinah Declaration.</w:t>
      </w:r>
    </w:p>
    <w:p>
      <w:pPr>
        <w:jc w:val="right"/>
      </w:pPr>
      <w:r>
        <w:t>صحیفۃ المدینہ مینز مدینہ ڈیکلریشن۔</w:t>
      </w:r>
    </w:p>
    <w:p>
      <w:r>
        <w:rPr>
          <w:b/>
        </w:rPr>
        <w:t xml:space="preserve">[09:44] </w:t>
      </w:r>
      <w:r>
        <w:t>In this declaration there was a provision in these words then then for Jews their religion for Muslims</w:t>
      </w:r>
    </w:p>
    <w:p>
      <w:pPr>
        <w:jc w:val="right"/>
      </w:pPr>
      <w:r>
        <w:t>ان دس ڈیکلریشن دیر واز ا پروویژن ان دیز ورڈز دین دین فار جیوز دیر ریلیجن فار مسلمز</w:t>
      </w:r>
    </w:p>
    <w:p>
      <w:r>
        <w:rPr>
          <w:b/>
        </w:rPr>
        <w:t xml:space="preserve">[09:52] </w:t>
      </w:r>
      <w:r>
        <w:t>Their religion.</w:t>
      </w:r>
    </w:p>
    <w:p>
      <w:pPr>
        <w:jc w:val="right"/>
      </w:pPr>
      <w:r>
        <w:t>دیر ریلیجن۔</w:t>
      </w:r>
    </w:p>
    <w:p>
      <w:r>
        <w:rPr>
          <w:b/>
        </w:rPr>
        <w:t xml:space="preserve">[09:54] </w:t>
      </w:r>
      <w:r>
        <w:t>Here you can see that in Madinah, the Prophet again adopted the same formula.</w:t>
      </w:r>
    </w:p>
    <w:p>
      <w:pPr>
        <w:jc w:val="right"/>
      </w:pPr>
      <w:r>
        <w:t>ہیر یو کین سی دیٹ ان مدینہ پرافٹ اگین اڈاپٹڈ دا سیم فارمولا۔</w:t>
      </w:r>
    </w:p>
    <w:p>
      <w:r>
        <w:rPr>
          <w:b/>
        </w:rPr>
        <w:t xml:space="preserve">[09:59] </w:t>
      </w:r>
      <w:r>
        <w:t>That is follow your religion and pay respect other religion.</w:t>
      </w:r>
    </w:p>
    <w:p>
      <w:pPr>
        <w:jc w:val="right"/>
      </w:pPr>
      <w:r>
        <w:t>دیٹ از فالو یور ریلیجن اینڈ پے ریسپیکٹ ادر ریلیجن۔</w:t>
      </w:r>
    </w:p>
    <w:p>
      <w:r>
        <w:rPr>
          <w:b/>
        </w:rPr>
        <w:t xml:space="preserve">[10:03] </w:t>
      </w:r>
      <w:r>
        <w:t>Follow one and respect all.</w:t>
      </w:r>
    </w:p>
    <w:p>
      <w:pPr>
        <w:jc w:val="right"/>
      </w:pPr>
      <w:r>
        <w:t>فالو ون اینڈ ریسپیکٹ آل۔</w:t>
      </w:r>
    </w:p>
    <w:p>
      <w:r>
        <w:rPr>
          <w:b/>
        </w:rPr>
        <w:t xml:space="preserve">[10:06] </w:t>
      </w:r>
      <w:r>
        <w:t>This was the formula adopted by the Prophet of Islam in Madina.</w:t>
      </w:r>
    </w:p>
    <w:p>
      <w:pPr>
        <w:jc w:val="right"/>
      </w:pPr>
      <w:r>
        <w:t>دس واز دا فارمولا اڈاپٹڈ بائے دا پرافٹ آف اسلام ان مدینہ۔</w:t>
      </w:r>
    </w:p>
    <w:p>
      <w:r>
        <w:rPr>
          <w:b/>
        </w:rPr>
        <w:t xml:space="preserve">[10:11] </w:t>
      </w:r>
      <w:r>
        <w:t>And this is the only formula.</w:t>
      </w:r>
    </w:p>
    <w:p>
      <w:pPr>
        <w:jc w:val="right"/>
      </w:pPr>
      <w:r>
        <w:t>اینڈ دس از دا اونلی فارمولا۔</w:t>
      </w:r>
    </w:p>
    <w:p>
      <w:r>
        <w:rPr>
          <w:b/>
        </w:rPr>
        <w:t xml:space="preserve">[10:13] </w:t>
      </w:r>
      <w:r>
        <w:t>This formula was based on peaceful coexistence and adjustment and tolerance.</w:t>
      </w:r>
    </w:p>
    <w:p>
      <w:pPr>
        <w:jc w:val="right"/>
      </w:pPr>
      <w:r>
        <w:t>دس فارمولا واز بیسڈ آن پیس فل کو ایگزسٹنس اینڈ ایڈجسٹمنٹ اینڈ ٹالرنس۔</w:t>
      </w:r>
    </w:p>
    <w:p>
      <w:r>
        <w:rPr>
          <w:b/>
        </w:rPr>
        <w:t xml:space="preserve">[10:19] </w:t>
      </w:r>
      <w:r>
        <w:t>So this this is the practical reason.</w:t>
      </w:r>
    </w:p>
    <w:p>
      <w:pPr>
        <w:jc w:val="right"/>
      </w:pPr>
      <w:r>
        <w:t>سو دس دس از دا پریکٹیکل ریزن۔</w:t>
      </w:r>
    </w:p>
    <w:p>
      <w:r>
        <w:rPr>
          <w:b/>
        </w:rPr>
        <w:t xml:space="preserve">[10:22] </w:t>
      </w:r>
      <w:r>
        <w:t>There is no option for us except this one.</w:t>
      </w:r>
    </w:p>
    <w:p>
      <w:pPr>
        <w:jc w:val="right"/>
      </w:pPr>
      <w:r>
        <w:t>دیر از نو آپشن فار اس ایکسیپٹ دس ون۔</w:t>
      </w:r>
    </w:p>
    <w:p>
      <w:r>
        <w:rPr>
          <w:b/>
        </w:rPr>
        <w:t xml:space="preserve">[10:26] </w:t>
      </w:r>
      <w:r>
        <w:t>Then you see in later period Sufi people were dominating the Muslim society.</w:t>
      </w:r>
    </w:p>
    <w:p>
      <w:pPr>
        <w:jc w:val="right"/>
      </w:pPr>
      <w:r>
        <w:t>دین یو سی ان لیٹر پیریڈ صوفی پیپل ویر ڈومینیٹنگ دا مسلم سوسائٹی۔</w:t>
      </w:r>
    </w:p>
    <w:p>
      <w:r>
        <w:rPr>
          <w:b/>
        </w:rPr>
        <w:t xml:space="preserve">[10:31] </w:t>
      </w:r>
      <w:r>
        <w:t>in later period.</w:t>
      </w:r>
    </w:p>
    <w:p>
      <w:pPr>
        <w:jc w:val="right"/>
      </w:pPr>
      <w:r>
        <w:t>ان لیٹر پیریڈ۔</w:t>
      </w:r>
    </w:p>
    <w:p>
      <w:r>
        <w:rPr>
          <w:b/>
        </w:rPr>
        <w:t xml:space="preserve">[10:33] </w:t>
      </w:r>
      <w:r>
        <w:t>So what what was their formula? Sufi people again adopted the same formula.</w:t>
      </w:r>
    </w:p>
    <w:p>
      <w:pPr>
        <w:jc w:val="right"/>
      </w:pPr>
      <w:r>
        <w:t>سو واٹ واٹ واز دیر فارمولا؟ صوفی پیپل اگین اڈاپٹڈ دا سیم فارمولا۔</w:t>
      </w:r>
    </w:p>
    <w:p>
      <w:r>
        <w:rPr>
          <w:b/>
        </w:rPr>
        <w:t xml:space="preserve">[10:38] </w:t>
      </w:r>
      <w:r>
        <w:t>In Persian it was soul.</w:t>
      </w:r>
    </w:p>
    <w:p>
      <w:pPr>
        <w:jc w:val="right"/>
      </w:pPr>
      <w:r>
        <w:t>ان پرشین اٹ واز سولکل۔</w:t>
      </w:r>
    </w:p>
    <w:p>
      <w:r>
        <w:rPr>
          <w:b/>
        </w:rPr>
        <w:t xml:space="preserve">[10:41] </w:t>
      </w:r>
      <w:r>
        <w:t>"Social means peace with all."</w:t>
      </w:r>
    </w:p>
    <w:p>
      <w:pPr>
        <w:jc w:val="right"/>
      </w:pPr>
      <w:r>
        <w:t>سولکل مینز پیس ود آل۔</w:t>
      </w:r>
    </w:p>
    <w:p>
      <w:r>
        <w:rPr>
          <w:b/>
        </w:rPr>
        <w:t xml:space="preserve">[10:43] </w:t>
      </w:r>
      <w:r>
        <w:t>Peace with all.</w:t>
      </w:r>
    </w:p>
    <w:p>
      <w:pPr>
        <w:jc w:val="right"/>
      </w:pPr>
      <w:r>
        <w:t>پیس ود آل۔</w:t>
      </w:r>
    </w:p>
    <w:p>
      <w:r>
        <w:rPr>
          <w:b/>
        </w:rPr>
        <w:t xml:space="preserve">[10:44] </w:t>
      </w:r>
      <w:r>
        <w:t>They adopted Sufi.</w:t>
      </w:r>
    </w:p>
    <w:p>
      <w:pPr>
        <w:jc w:val="right"/>
      </w:pPr>
      <w:r>
        <w:t>دے اڈاپٹڈ صوفی۔</w:t>
      </w:r>
    </w:p>
    <w:p>
      <w:r>
        <w:rPr>
          <w:b/>
        </w:rPr>
        <w:t xml:space="preserve">[10:46] </w:t>
      </w:r>
      <w:r>
        <w:t>Sufi people adapted this formula in again in multi-religious societies, multi-cultural societies.</w:t>
      </w:r>
    </w:p>
    <w:p>
      <w:pPr>
        <w:jc w:val="right"/>
      </w:pPr>
      <w:r>
        <w:t>صوفی پیپل اڈاپٹڈ دس فارمولا ان اگین ان ملٹی ریلیجس سوسائٹیز ملٹی کلچرل سوسائٹیز۔</w:t>
      </w:r>
    </w:p>
    <w:p>
      <w:r>
        <w:rPr>
          <w:b/>
        </w:rPr>
        <w:t xml:space="preserve">[10:52] </w:t>
      </w:r>
      <w:r>
        <w:t>So if you take that situation you can see the social means live with peace in spite of all though</w:t>
      </w:r>
    </w:p>
    <w:p>
      <w:pPr>
        <w:jc w:val="right"/>
      </w:pPr>
      <w:r>
        <w:t>سو اف یو ٹیک دیٹ سچویشن یو کین سی دا سولکل مینز لیو ود پیس انسپائٹ آل دو</w:t>
      </w:r>
    </w:p>
    <w:p>
      <w:r>
        <w:rPr>
          <w:b/>
        </w:rPr>
        <w:t xml:space="preserve">[10:59] </w:t>
      </w:r>
      <w:r>
        <w:t>differences.</w:t>
      </w:r>
    </w:p>
    <w:p>
      <w:pPr>
        <w:jc w:val="right"/>
      </w:pPr>
      <w:r>
        <w:t>ڈیفرنسز۔</w:t>
      </w:r>
    </w:p>
    <w:p>
      <w:r>
        <w:rPr>
          <w:b/>
        </w:rPr>
        <w:t xml:space="preserve">[11:01] </w:t>
      </w:r>
      <w:r>
        <w:t>So-called means live with peace in spite of all the religious differences, cultural differences.</w:t>
      </w:r>
    </w:p>
    <w:p>
      <w:pPr>
        <w:jc w:val="right"/>
      </w:pPr>
      <w:r>
        <w:t>سولکل مینز لیو ود پیس انسپائٹ آل دو ریلیجس ڈیفرنسز کلچرل ڈیفرنسز۔</w:t>
      </w:r>
    </w:p>
    <w:p>
      <w:r>
        <w:rPr>
          <w:b/>
        </w:rPr>
        <w:t xml:space="preserve">[11:06] </w:t>
      </w:r>
      <w:r>
        <w:t>So this was social adapted by Sufi people.</w:t>
      </w:r>
    </w:p>
    <w:p>
      <w:pPr>
        <w:jc w:val="right"/>
      </w:pPr>
      <w:r>
        <w:t>سو دس واز سولکل اڈاپٹڈ بائے صوفی پیپل۔</w:t>
      </w:r>
    </w:p>
    <w:p>
      <w:r>
        <w:rPr>
          <w:b/>
        </w:rPr>
        <w:t xml:space="preserve">[11:09] </w:t>
      </w:r>
      <w:r>
        <w:t>This is a very well known formula of Sufi people.</w:t>
      </w:r>
    </w:p>
    <w:p>
      <w:pPr>
        <w:jc w:val="right"/>
      </w:pPr>
      <w:r>
        <w:t>دس از اے ویری ویل نون فارمولا اف صوفی پیپل۔</w:t>
      </w:r>
    </w:p>
    <w:p>
      <w:r>
        <w:rPr>
          <w:b/>
        </w:rPr>
        <w:t xml:space="preserve">[11:14] </w:t>
      </w:r>
      <w:r>
        <w:t>You can find this in this line.</w:t>
      </w:r>
    </w:p>
    <w:p>
      <w:pPr>
        <w:jc w:val="right"/>
      </w:pPr>
      <w:r>
        <w:t>یو کین فائنڈ دس ان دس لائن۔</w:t>
      </w:r>
    </w:p>
    <w:p>
      <w:r>
        <w:rPr>
          <w:b/>
        </w:rPr>
        <w:t xml:space="preserve">[11:17] </w:t>
      </w:r>
      <w:r>
        <w:t>maks sikandar wa dara nakhadaa'im azma bajuz hikayat mehr o faabu pars.</w:t>
      </w:r>
    </w:p>
    <w:p>
      <w:pPr>
        <w:jc w:val="right"/>
      </w:pPr>
      <w:r>
        <w:t>ماکس سکندر و دارا نخادائیم عظمیٰ بجوز حکایت مہر و فابو پرس۔</w:t>
      </w:r>
    </w:p>
    <w:p>
      <w:r>
        <w:rPr>
          <w:b/>
        </w:rPr>
        <w:t xml:space="preserve">[11:22] </w:t>
      </w:r>
      <w:r>
        <w:t>Deen there is other line as such do gupti tafseer do harf.</w:t>
      </w:r>
    </w:p>
    <w:p>
      <w:pPr>
        <w:jc w:val="right"/>
      </w:pPr>
      <w:r>
        <w:t>دین دیر از ادر لائن اسائش دوگیتی تفسیر دو حرف۔</w:t>
      </w:r>
    </w:p>
    <w:p>
      <w:r>
        <w:rPr>
          <w:b/>
        </w:rPr>
        <w:t xml:space="preserve">[11:26] </w:t>
      </w:r>
      <w:r>
        <w:t>This was the this was the Sufi formula how to manage the difference.</w:t>
      </w:r>
    </w:p>
    <w:p>
      <w:pPr>
        <w:jc w:val="right"/>
      </w:pPr>
      <w:r>
        <w:t>دس واز دا دس واز دا صوفی فارمولا ہاؤ ٹو مینج دا ڈیفرنس۔</w:t>
      </w:r>
    </w:p>
    <w:p>
      <w:r>
        <w:rPr>
          <w:b/>
        </w:rPr>
        <w:t xml:space="preserve">[11:32] </w:t>
      </w:r>
      <w:r>
        <w:t>Islamic formula is based on you may call it, yani, difference management.</w:t>
      </w:r>
    </w:p>
    <w:p>
      <w:pPr>
        <w:jc w:val="right"/>
      </w:pPr>
      <w:r>
        <w:t>اسلامک فارمولا از بیسڈ ان یو می کال اٹ یعنی ڈیفرنس مینجمنٹ۔</w:t>
      </w:r>
    </w:p>
    <w:p>
      <w:r>
        <w:rPr>
          <w:b/>
        </w:rPr>
        <w:t xml:space="preserve">[11:37] </w:t>
      </w:r>
      <w:r>
        <w:t>other people try to eliminate the differences.</w:t>
      </w:r>
    </w:p>
    <w:p>
      <w:pPr>
        <w:jc w:val="right"/>
      </w:pPr>
      <w:r>
        <w:t>ادر پیپل ٹرائی ٹو ایلیمینیٹ دا ڈیفرنسز۔</w:t>
      </w:r>
    </w:p>
    <w:p>
      <w:r>
        <w:rPr>
          <w:b/>
        </w:rPr>
        <w:t xml:space="preserve">[11:40] </w:t>
      </w:r>
      <w:r>
        <w:t>But Islamic formula is based on difference management.</w:t>
      </w:r>
    </w:p>
    <w:p>
      <w:pPr>
        <w:jc w:val="right"/>
      </w:pPr>
      <w:r>
        <w:t>بٹ اسلامک فارمولا از بیسڈ ان ڈیفرنس مینجمنٹ۔</w:t>
      </w:r>
    </w:p>
    <w:p>
      <w:r>
        <w:rPr>
          <w:b/>
        </w:rPr>
        <w:t xml:space="preserve">[11:43] </w:t>
      </w:r>
      <w:r>
        <w:t>You have to manage the differences.</w:t>
      </w:r>
    </w:p>
    <w:p>
      <w:pPr>
        <w:jc w:val="right"/>
      </w:pPr>
      <w:r>
        <w:t>یو ہیو ٹو مینج دا ڈیفرنسز۔</w:t>
      </w:r>
    </w:p>
    <w:p>
      <w:r>
        <w:rPr>
          <w:b/>
        </w:rPr>
        <w:t xml:space="preserve">[11:46] </w:t>
      </w:r>
      <w:r>
        <w:t>It is beyond your capacity to eliminate the differences.</w:t>
      </w:r>
    </w:p>
    <w:p>
      <w:pPr>
        <w:jc w:val="right"/>
      </w:pPr>
      <w:r>
        <w:t>اٹ از بینگ یور کیپیسٹی ٹو ایلیمینیٹ دا ڈیفرنسز۔</w:t>
      </w:r>
    </w:p>
    <w:p>
      <w:r>
        <w:rPr>
          <w:b/>
        </w:rPr>
        <w:t xml:space="preserve">[11:50] </w:t>
      </w:r>
      <w:r>
        <w:t>So you have to manage those differences.</w:t>
      </w:r>
    </w:p>
    <w:p>
      <w:pPr>
        <w:jc w:val="right"/>
      </w:pPr>
      <w:r>
        <w:t>سو یو ہیو ٹو مینج دو ڈیفرنسز۔</w:t>
      </w:r>
    </w:p>
    <w:p>
      <w:r>
        <w:rPr>
          <w:b/>
        </w:rPr>
        <w:t xml:space="preserve">[11:53] </w:t>
      </w:r>
      <w:r>
        <w:t>So this was their formula.</w:t>
      </w:r>
    </w:p>
    <w:p>
      <w:pPr>
        <w:jc w:val="right"/>
      </w:pPr>
      <w:r>
        <w:t>سو دس واز دیر فارمولا اسائش دوگیتی تفسیر دو حرف۔</w:t>
      </w:r>
    </w:p>
    <w:p>
      <w:r>
        <w:rPr>
          <w:b/>
        </w:rPr>
        <w:t xml:space="preserve">[11:57] </w:t>
      </w:r>
      <w:r>
        <w:t>ba-dost talab ba-dosh namdar.</w:t>
      </w:r>
    </w:p>
    <w:p>
      <w:pPr>
        <w:jc w:val="right"/>
      </w:pPr>
      <w:r>
        <w:t>بادوست تلط بادوش نامدار۔</w:t>
      </w:r>
    </w:p>
    <w:p>
      <w:r>
        <w:rPr>
          <w:b/>
        </w:rPr>
        <w:t xml:space="preserve">[11:59] </w:t>
      </w:r>
      <w:r>
        <w:t>It means that the secret of peaceful life, secret of peaceful living lies in two words.</w:t>
      </w:r>
    </w:p>
    <w:p>
      <w:pPr>
        <w:jc w:val="right"/>
      </w:pPr>
      <w:r>
        <w:t>اٹ مینز دیٹ دا سیکرٹ اف پیس فل لائف سیکرٹ اف پیس فل لیونگ لائز ان ٹو ورڈز۔</w:t>
      </w:r>
    </w:p>
    <w:p>
      <w:r>
        <w:rPr>
          <w:b/>
        </w:rPr>
        <w:t xml:space="preserve">[12:06] </w:t>
      </w:r>
      <w:r>
        <w:t>secret of peaceful living lies in two words and that is be comfortable with your friends or</w:t>
      </w:r>
    </w:p>
    <w:p>
      <w:pPr>
        <w:jc w:val="right"/>
      </w:pPr>
      <w:r>
        <w:t>سیکرٹ اف پیس فل لیونگ لائز ان ٹو ورڈز اینڈ دیٹ از بی کمفرٹیبل ود یور فرینڈز اور</w:t>
      </w:r>
    </w:p>
    <w:p>
      <w:r>
        <w:rPr>
          <w:b/>
        </w:rPr>
        <w:t xml:space="preserve">[12:14] </w:t>
      </w:r>
      <w:r>
        <w:t>Also be comfortable with your enemies.</w:t>
      </w:r>
    </w:p>
    <w:p>
      <w:pPr>
        <w:jc w:val="right"/>
      </w:pPr>
      <w:r>
        <w:t>السو بی کمفرٹیبل ود یور اینمیز۔</w:t>
      </w:r>
    </w:p>
    <w:p>
      <w:r>
        <w:rPr>
          <w:b/>
        </w:rPr>
        <w:t xml:space="preserve">[12:17] </w:t>
      </w:r>
      <w:r>
        <w:t>ba-dost talab ba-dosh namdar.</w:t>
      </w:r>
    </w:p>
    <w:p>
      <w:pPr>
        <w:jc w:val="right"/>
      </w:pPr>
      <w:r>
        <w:t>بادوست تلط بادوش نامدار۔</w:t>
      </w:r>
    </w:p>
    <w:p>
      <w:r>
        <w:rPr>
          <w:b/>
        </w:rPr>
        <w:t xml:space="preserve">[12:18] </w:t>
      </w:r>
      <w:r>
        <w:t>This is the only formula.</w:t>
      </w:r>
    </w:p>
    <w:p>
      <w:pPr>
        <w:jc w:val="right"/>
      </w:pPr>
      <w:r>
        <w:t>دس از دا اونلی فارمولا۔</w:t>
      </w:r>
    </w:p>
    <w:p>
      <w:r>
        <w:rPr>
          <w:b/>
        </w:rPr>
        <w:t xml:space="preserve">[12:21] </w:t>
      </w:r>
      <w:r>
        <w:t>And this formula is based on tolerance.</w:t>
      </w:r>
    </w:p>
    <w:p>
      <w:pPr>
        <w:jc w:val="right"/>
      </w:pPr>
      <w:r>
        <w:t>اینڈ دس فارمولا از بیسڈ ان ٹالرنس۔</w:t>
      </w:r>
    </w:p>
    <w:p>
      <w:r>
        <w:rPr>
          <w:b/>
        </w:rPr>
        <w:t xml:space="preserve">[12:24] </w:t>
      </w:r>
      <w:r>
        <w:t>And according to my study, one of the fundamental principles of Islam is tolerance.</w:t>
      </w:r>
    </w:p>
    <w:p>
      <w:pPr>
        <w:jc w:val="right"/>
      </w:pPr>
      <w:r>
        <w:t>اینڈ اکارڈنگ ٹو مائی سٹڈی ون اف دا فنڈامینٹل پرنسپل اف اسلام از ٹالرنس۔</w:t>
      </w:r>
    </w:p>
    <w:p>
      <w:r>
        <w:rPr>
          <w:b/>
        </w:rPr>
        <w:t xml:space="preserve">[12:30] </w:t>
      </w:r>
      <w:r>
        <w:t>Tolerance.</w:t>
      </w:r>
    </w:p>
    <w:p>
      <w:pPr>
        <w:jc w:val="right"/>
      </w:pPr>
      <w:r>
        <w:t>ٹالرنس۔</w:t>
      </w:r>
    </w:p>
    <w:p>
      <w:r>
        <w:rPr>
          <w:b/>
        </w:rPr>
        <w:t xml:space="preserve">[12:31] </w:t>
      </w:r>
      <w:r>
        <w:t>This is a fundamental principle of Islam.</w:t>
      </w:r>
    </w:p>
    <w:p>
      <w:pPr>
        <w:jc w:val="right"/>
      </w:pPr>
      <w:r>
        <w:t>دس از ا فنڈامینٹل پرنسپل اف اسلام۔</w:t>
      </w:r>
    </w:p>
    <w:p>
      <w:r>
        <w:rPr>
          <w:b/>
        </w:rPr>
        <w:t xml:space="preserve">[12:34] </w:t>
      </w:r>
      <w:r>
        <w:t>Tolerance.</w:t>
      </w:r>
    </w:p>
    <w:p>
      <w:pPr>
        <w:jc w:val="right"/>
      </w:pPr>
      <w:r>
        <w:t>ٹالرنس۔</w:t>
      </w:r>
    </w:p>
    <w:p>
      <w:r>
        <w:rPr>
          <w:b/>
        </w:rPr>
        <w:t xml:space="preserve">[12:36] </w:t>
      </w:r>
      <w:r>
        <w:t>So this formula is based on tolerance.</w:t>
      </w:r>
    </w:p>
    <w:p>
      <w:pPr>
        <w:jc w:val="right"/>
      </w:pPr>
      <w:r>
        <w:t>سو دس فارمولا از بیسڈ ان ٹالرنس۔</w:t>
      </w:r>
    </w:p>
    <w:p>
      <w:r>
        <w:rPr>
          <w:b/>
        </w:rPr>
        <w:t xml:space="preserve">[12:39] </w:t>
      </w:r>
      <w:r>
        <w:t>In one word we can say tolerance.</w:t>
      </w:r>
    </w:p>
    <w:p>
      <w:pPr>
        <w:jc w:val="right"/>
      </w:pPr>
      <w:r>
        <w:t>ان ون ورڈ وی کین سی ٹالرنس۔</w:t>
      </w:r>
    </w:p>
    <w:p>
      <w:r>
        <w:rPr>
          <w:b/>
        </w:rPr>
        <w:t xml:space="preserve">[12:42] </w:t>
      </w:r>
      <w:r>
        <w:t>In two words, we can say peaceful coexistence.</w:t>
      </w:r>
    </w:p>
    <w:p>
      <w:pPr>
        <w:jc w:val="right"/>
      </w:pPr>
      <w:r>
        <w:t>ان ٹو ورڈز وی کین سی پیس فل کو ایگزسٹنس۔</w:t>
      </w:r>
    </w:p>
    <w:p>
      <w:r>
        <w:rPr>
          <w:b/>
        </w:rPr>
        <w:t xml:space="preserve">[12:46] </w:t>
      </w:r>
      <w:r>
        <w:t>aish-e-du-giti tafsir-e-do harf.</w:t>
      </w:r>
    </w:p>
    <w:p>
      <w:pPr>
        <w:jc w:val="right"/>
      </w:pPr>
      <w:r>
        <w:t>اسائش دوگیتی تفسیر دو حرف۔</w:t>
      </w:r>
    </w:p>
    <w:p>
      <w:r>
        <w:rPr>
          <w:b/>
        </w:rPr>
        <w:t xml:space="preserve">[12:48] </w:t>
      </w:r>
      <w:r>
        <w:t>ba-dost talab ba-dosh namdar.</w:t>
      </w:r>
    </w:p>
    <w:p>
      <w:pPr>
        <w:jc w:val="right"/>
      </w:pPr>
      <w:r>
        <w:t>بادوست تلط بادوش نامدار۔</w:t>
      </w:r>
    </w:p>
    <w:p>
      <w:r>
        <w:rPr>
          <w:b/>
        </w:rPr>
        <w:t xml:space="preserve">[12:50] </w:t>
      </w:r>
      <w:r>
        <w:t>Then I would like to add one more point.</w:t>
      </w:r>
    </w:p>
    <w:p>
      <w:pPr>
        <w:jc w:val="right"/>
      </w:pPr>
      <w:r>
        <w:t>دین ائی وڈ لائک ٹو ایڈ ون مور پوائنٹ۔</w:t>
      </w:r>
    </w:p>
    <w:p>
      <w:r>
        <w:rPr>
          <w:b/>
        </w:rPr>
        <w:t xml:space="preserve">[12:54] </w:t>
      </w:r>
      <w:r>
        <w:t>Difference is not an evil.</w:t>
      </w:r>
    </w:p>
    <w:p>
      <w:pPr>
        <w:jc w:val="right"/>
      </w:pPr>
      <w:r>
        <w:t>ڈیفرنس از ناٹ این ایول۔</w:t>
      </w:r>
    </w:p>
    <w:p>
      <w:r>
        <w:rPr>
          <w:b/>
        </w:rPr>
        <w:t xml:space="preserve">[12:56] </w:t>
      </w:r>
      <w:r>
        <w:t>It is wrong to take it as an evil.</w:t>
      </w:r>
    </w:p>
    <w:p>
      <w:pPr>
        <w:jc w:val="right"/>
      </w:pPr>
      <w:r>
        <w:t>اٹ از رونگ ٹو ٹیک اٹ ایز این ایول۔</w:t>
      </w:r>
    </w:p>
    <w:p>
      <w:r>
        <w:rPr>
          <w:b/>
        </w:rPr>
        <w:t xml:space="preserve">[13:00] </w:t>
      </w:r>
      <w:r>
        <w:t>No.</w:t>
      </w:r>
    </w:p>
    <w:p>
      <w:pPr>
        <w:jc w:val="right"/>
      </w:pPr>
      <w:r>
        <w:t>نو۔</w:t>
      </w:r>
    </w:p>
    <w:p>
      <w:r>
        <w:rPr>
          <w:b/>
        </w:rPr>
        <w:t xml:space="preserve">[13:01] </w:t>
      </w:r>
      <w:r>
        <w:t>Difference is a blessing.</w:t>
      </w:r>
    </w:p>
    <w:p>
      <w:pPr>
        <w:jc w:val="right"/>
      </w:pPr>
      <w:r>
        <w:t>ڈیفرنس از اے بلیسنگ۔</w:t>
      </w:r>
    </w:p>
    <w:p>
      <w:r>
        <w:rPr>
          <w:b/>
        </w:rPr>
        <w:t xml:space="preserve">[13:03] </w:t>
      </w:r>
      <w:r>
        <w:t>Difference is a blessing.</w:t>
      </w:r>
    </w:p>
    <w:p>
      <w:pPr>
        <w:jc w:val="right"/>
      </w:pPr>
      <w:r>
        <w:t>ڈیفرنس از اے بلیسنگ۔</w:t>
      </w:r>
    </w:p>
    <w:p>
      <w:r>
        <w:rPr>
          <w:b/>
        </w:rPr>
        <w:t xml:space="preserve">[13:05] </w:t>
      </w:r>
      <w:r>
        <w:t>The Prophet of Islam had said, Ikhtilafu ummati rahmah.</w:t>
      </w:r>
    </w:p>
    <w:p>
      <w:pPr>
        <w:jc w:val="right"/>
      </w:pPr>
      <w:r>
        <w:t>دا پرافٹ اف اسلام ہیڈ سیڈ اختلاف امتی رحمہ۔</w:t>
      </w:r>
    </w:p>
    <w:p>
      <w:r>
        <w:rPr>
          <w:b/>
        </w:rPr>
        <w:t xml:space="preserve">[13:08] </w:t>
      </w:r>
      <w:r>
        <w:t>It means that difference is a blessing.</w:t>
      </w:r>
    </w:p>
    <w:p>
      <w:pPr>
        <w:jc w:val="right"/>
      </w:pPr>
      <w:r>
        <w:t>اٹ مینز دیٹ ڈیفرنس از اے بلیسنگ۔</w:t>
      </w:r>
    </w:p>
    <w:p>
      <w:r>
        <w:rPr>
          <w:b/>
        </w:rPr>
        <w:t xml:space="preserve">[13:11] </w:t>
      </w:r>
      <w:r>
        <w:t>Ikhtilaf e ummati rehmat.</w:t>
      </w:r>
    </w:p>
    <w:p>
      <w:pPr>
        <w:jc w:val="right"/>
      </w:pPr>
      <w:r>
        <w:t>اختلاف امتی رحمہ۔</w:t>
      </w:r>
    </w:p>
    <w:p>
      <w:r>
        <w:rPr>
          <w:b/>
        </w:rPr>
        <w:t xml:space="preserve">[13:13] </w:t>
      </w:r>
      <w:r>
        <w:t>It means difference is a blessing.</w:t>
      </w:r>
    </w:p>
    <w:p>
      <w:pPr>
        <w:jc w:val="right"/>
      </w:pPr>
      <w:r>
        <w:t>اٹ مینز ڈیفرنس از اے بلیسنگ۔</w:t>
      </w:r>
    </w:p>
    <w:p>
      <w:r>
        <w:rPr>
          <w:b/>
        </w:rPr>
        <w:t xml:space="preserve">[13:15] </w:t>
      </w:r>
      <w:r>
        <w:t>Difference among people is blessing.</w:t>
      </w:r>
    </w:p>
    <w:p>
      <w:pPr>
        <w:jc w:val="right"/>
      </w:pPr>
      <w:r>
        <w:t>ڈیفرنس امنگ پیپل از بلیسنگ۔</w:t>
      </w:r>
    </w:p>
    <w:p>
      <w:r>
        <w:rPr>
          <w:b/>
        </w:rPr>
        <w:t xml:space="preserve">[13:18] </w:t>
      </w:r>
      <w:r>
        <w:t>Why? Because difference.</w:t>
      </w:r>
    </w:p>
    <w:p>
      <w:pPr>
        <w:jc w:val="right"/>
      </w:pPr>
      <w:r>
        <w:t>وائی؟ بیکاز ڈیفرنس۔</w:t>
      </w:r>
    </w:p>
    <w:p>
      <w:r>
        <w:rPr>
          <w:b/>
        </w:rPr>
        <w:t xml:space="preserve">[13:19] </w:t>
      </w:r>
      <w:r>
        <w:t>It is difference that creates dialogue.</w:t>
      </w:r>
    </w:p>
    <w:p>
      <w:pPr>
        <w:jc w:val="right"/>
      </w:pPr>
      <w:r>
        <w:t>اٹ از ڈیفرنس دیٹ کریٹس ڈائیلاگ۔</w:t>
      </w:r>
    </w:p>
    <w:p>
      <w:r>
        <w:rPr>
          <w:b/>
        </w:rPr>
        <w:t xml:space="preserve">[13:22] </w:t>
      </w:r>
      <w:r>
        <w:t>It is difference that creates challenge.</w:t>
      </w:r>
    </w:p>
    <w:p>
      <w:pPr>
        <w:jc w:val="right"/>
      </w:pPr>
      <w:r>
        <w:t>اٹ از ڈیفرنس دیٹ کریٹس چیلنج۔</w:t>
      </w:r>
    </w:p>
    <w:p>
      <w:r>
        <w:rPr>
          <w:b/>
        </w:rPr>
        <w:t xml:space="preserve">[13:24] </w:t>
      </w:r>
      <w:r>
        <w:t>And through challenge or dialogue you learn.</w:t>
      </w:r>
    </w:p>
    <w:p>
      <w:pPr>
        <w:jc w:val="right"/>
      </w:pPr>
      <w:r>
        <w:t>اینڈ تھرو چیلنج یا ڈائیلاگ یو لرن۔</w:t>
      </w:r>
    </w:p>
    <w:p>
      <w:r>
        <w:rPr>
          <w:b/>
        </w:rPr>
        <w:t xml:space="preserve">[13:27] </w:t>
      </w:r>
      <w:r>
        <w:t>All kind of learning, all kind of intellectual development are based on discussion, dialogue and also challenge.</w:t>
      </w:r>
    </w:p>
    <w:p>
      <w:pPr>
        <w:jc w:val="right"/>
      </w:pPr>
      <w:r>
        <w:t>ال کائنڈ اف لرننگ ال کائنڈ اف انٹلیکچول ڈیولپمنٹ ار بیسڈ ان ان ڈسکشن ڈائیلاگ اینڈ السو چیلنج۔</w:t>
      </w:r>
    </w:p>
    <w:p>
      <w:r>
        <w:rPr>
          <w:b/>
        </w:rPr>
        <w:t xml:space="preserve">[13:35] </w:t>
      </w:r>
      <w:r>
        <w:t>Challenge: activate your mind.</w:t>
      </w:r>
    </w:p>
    <w:p>
      <w:pPr>
        <w:jc w:val="right"/>
      </w:pPr>
      <w:r>
        <w:t>چیلنج ایکٹیویٹ یور مائنڈ۔</w:t>
      </w:r>
    </w:p>
    <w:p>
      <w:r>
        <w:rPr>
          <w:b/>
        </w:rPr>
        <w:t xml:space="preserve">[13:37] </w:t>
      </w:r>
      <w:r>
        <w:t>Challenges activate your mind.</w:t>
      </w:r>
    </w:p>
    <w:p>
      <w:pPr>
        <w:jc w:val="right"/>
      </w:pPr>
      <w:r>
        <w:t>چیلنجز ایکٹیویٹ یور مائنڈ۔</w:t>
      </w:r>
    </w:p>
    <w:p>
      <w:r>
        <w:rPr>
          <w:b/>
        </w:rPr>
        <w:t xml:space="preserve">[13:38] </w:t>
      </w:r>
      <w:r>
        <w:t>Main mind have so many.</w:t>
      </w:r>
    </w:p>
    <w:p>
      <w:pPr>
        <w:jc w:val="right"/>
      </w:pPr>
      <w:r>
        <w:t>مین مائنڈ ہیو سو مینی۔</w:t>
      </w:r>
    </w:p>
    <w:p>
      <w:r>
        <w:rPr>
          <w:b/>
        </w:rPr>
        <w:t xml:space="preserve">[13:41] </w:t>
      </w:r>
      <w:r>
        <w:t>Main mind have enormous capacities.</w:t>
      </w:r>
    </w:p>
    <w:p>
      <w:pPr>
        <w:jc w:val="right"/>
      </w:pPr>
      <w:r>
        <w:t>مین مائنڈ ہیو انارمس کیپیسٹیز۔</w:t>
      </w:r>
    </w:p>
    <w:p>
      <w:r>
        <w:rPr>
          <w:b/>
        </w:rPr>
        <w:t xml:space="preserve">[13:43] </w:t>
      </w:r>
      <w:r>
        <w:t>enormous capacities.</w:t>
      </w:r>
    </w:p>
    <w:p>
      <w:pPr>
        <w:jc w:val="right"/>
      </w:pPr>
      <w:r>
        <w:t>انارمس کیپیسٹیز۔</w:t>
      </w:r>
    </w:p>
    <w:p>
      <w:r>
        <w:rPr>
          <w:b/>
        </w:rPr>
        <w:t xml:space="preserve">[13:44] </w:t>
      </w:r>
      <w:r>
        <w:t>But enormous situation it lies dormant.</w:t>
      </w:r>
    </w:p>
    <w:p>
      <w:pPr>
        <w:jc w:val="right"/>
      </w:pPr>
      <w:r>
        <w:t>بٹ انارمس سچویشن اٹ لائز ڈارمنٹ۔</w:t>
      </w:r>
    </w:p>
    <w:p>
      <w:r>
        <w:rPr>
          <w:b/>
        </w:rPr>
        <w:t xml:space="preserve">[13:47] </w:t>
      </w:r>
      <w:r>
        <w:t>dormant.</w:t>
      </w:r>
    </w:p>
    <w:p>
      <w:pPr>
        <w:jc w:val="right"/>
      </w:pPr>
      <w:r>
        <w:t>ڈارمنٹ۔</w:t>
      </w:r>
    </w:p>
    <w:p>
      <w:r>
        <w:rPr>
          <w:b/>
        </w:rPr>
        <w:t xml:space="preserve">[13:48] </w:t>
      </w:r>
      <w:r>
        <w:t>It is challenge that activate your mind.</w:t>
      </w:r>
    </w:p>
    <w:p>
      <w:pPr>
        <w:jc w:val="right"/>
      </w:pPr>
      <w:r>
        <w:t>اٹ از چیلنج دیٹ ایکٹیویٹ یور مائنڈ۔</w:t>
      </w:r>
    </w:p>
    <w:p>
      <w:r>
        <w:rPr>
          <w:b/>
        </w:rPr>
        <w:t xml:space="preserve">[13:51] </w:t>
      </w:r>
      <w:r>
        <w:t>It is challenge that awaken your mind.</w:t>
      </w:r>
    </w:p>
    <w:p>
      <w:pPr>
        <w:jc w:val="right"/>
      </w:pPr>
      <w:r>
        <w:t>اٹ از چیلنج دیٹ اویکن یور مائنڈ۔</w:t>
      </w:r>
    </w:p>
    <w:p>
      <w:r>
        <w:rPr>
          <w:b/>
        </w:rPr>
        <w:t xml:space="preserve">[13:54] </w:t>
      </w:r>
      <w:r>
        <w:t>It is challenge that that starts the process of development.</w:t>
      </w:r>
    </w:p>
    <w:p>
      <w:pPr>
        <w:jc w:val="right"/>
      </w:pPr>
      <w:r>
        <w:t>اٹ از چیلنج دیٹ دیٹ سٹارٹس دا پروسیس اف ڈیولپمنٹ۔</w:t>
      </w:r>
    </w:p>
    <w:p>
      <w:r>
        <w:rPr>
          <w:b/>
        </w:rPr>
        <w:t xml:space="preserve">[13:59] </w:t>
      </w:r>
      <w:r>
        <w:t>process of intellectual development.</w:t>
      </w:r>
    </w:p>
    <w:p>
      <w:pPr>
        <w:jc w:val="right"/>
      </w:pPr>
      <w:r>
        <w:t>پروسیس اف انٹلیکچول ڈیولپمنٹ۔</w:t>
      </w:r>
    </w:p>
    <w:p>
      <w:r>
        <w:rPr>
          <w:b/>
        </w:rPr>
        <w:t xml:space="preserve">[14:00] </w:t>
      </w:r>
      <w:r>
        <w:t>تو اس law of nature.</w:t>
      </w:r>
    </w:p>
    <w:p>
      <w:pPr>
        <w:jc w:val="right"/>
      </w:pPr>
      <w:r>
        <w:t>تو اس لاء اف نیچر۔</w:t>
      </w:r>
    </w:p>
    <w:p>
      <w:r>
        <w:rPr>
          <w:b/>
        </w:rPr>
        <w:t xml:space="preserve">[14:02] </w:t>
      </w:r>
      <w:r>
        <w:t>is law of nature.</w:t>
      </w:r>
    </w:p>
    <w:p>
      <w:pPr>
        <w:jc w:val="right"/>
      </w:pPr>
      <w:r>
        <w:t>اس لاء اف نیچر۔</w:t>
      </w:r>
    </w:p>
    <w:p>
      <w:r>
        <w:rPr>
          <w:b/>
        </w:rPr>
        <w:t xml:space="preserve">[14:04] </w:t>
      </w:r>
      <w:r>
        <w:t>difference course of nature.</w:t>
      </w:r>
    </w:p>
    <w:p>
      <w:pPr>
        <w:jc w:val="right"/>
      </w:pPr>
      <w:r>
        <w:t>ڈیفرنس کورس اف نیچر۔</w:t>
      </w:r>
    </w:p>
    <w:p>
      <w:r>
        <w:rPr>
          <w:b/>
        </w:rPr>
        <w:t xml:space="preserve">[14:06] </w:t>
      </w:r>
      <w:r>
        <w:t>Nature adopted this course.</w:t>
      </w:r>
    </w:p>
    <w:p>
      <w:pPr>
        <w:jc w:val="right"/>
      </w:pPr>
      <w:r>
        <w:t>نیچر اڈاپٹڈ دس کورس۔</w:t>
      </w:r>
    </w:p>
    <w:p>
      <w:r>
        <w:rPr>
          <w:b/>
        </w:rPr>
        <w:t xml:space="preserve">[14:08] </w:t>
      </w:r>
      <w:r>
        <w:t>Through difference nature creates problem.</w:t>
      </w:r>
    </w:p>
    <w:p>
      <w:pPr>
        <w:jc w:val="right"/>
      </w:pPr>
      <w:r>
        <w:t>تھرو ڈیفرنس نیچر کریٹس پرابلم۔</w:t>
      </w:r>
    </w:p>
    <w:p>
      <w:r>
        <w:rPr>
          <w:b/>
        </w:rPr>
        <w:t xml:space="preserve">[14:10] </w:t>
      </w:r>
      <w:r>
        <w:t>Through difference nature creates challenge.</w:t>
      </w:r>
    </w:p>
    <w:p>
      <w:pPr>
        <w:jc w:val="right"/>
      </w:pPr>
      <w:r>
        <w:t>تھرو ڈیفرنس نیچر کریٹس چیلنج۔</w:t>
      </w:r>
    </w:p>
    <w:p>
      <w:r>
        <w:rPr>
          <w:b/>
        </w:rPr>
        <w:t xml:space="preserve">[14:12] </w:t>
      </w:r>
      <w:r>
        <w:t>Through difference nature creates dialogue and discussions.</w:t>
      </w:r>
    </w:p>
    <w:p>
      <w:pPr>
        <w:jc w:val="right"/>
      </w:pPr>
      <w:r>
        <w:t>تھرو ڈیفرنس نیچر کریٹس ڈائیلاگ اینڈ ڈسکشنز۔</w:t>
      </w:r>
    </w:p>
    <w:p>
      <w:r>
        <w:rPr>
          <w:b/>
        </w:rPr>
        <w:t xml:space="preserve">[14:15] </w:t>
      </w:r>
      <w:r>
        <w:t>And then there is development.</w:t>
      </w:r>
    </w:p>
    <w:p>
      <w:pPr>
        <w:jc w:val="right"/>
      </w:pPr>
      <w:r>
        <w:t>اینڈ دین دیر از ڈیولپمنٹ۔</w:t>
      </w:r>
    </w:p>
    <w:p>
      <w:r>
        <w:rPr>
          <w:b/>
        </w:rPr>
        <w:t xml:space="preserve">[14:17] </w:t>
      </w:r>
      <w:r>
        <w:t>So is not an evil.</w:t>
      </w:r>
    </w:p>
    <w:p>
      <w:pPr>
        <w:jc w:val="right"/>
      </w:pPr>
      <w:r>
        <w:t>سو از ناٹ این ایول۔</w:t>
      </w:r>
    </w:p>
    <w:p>
      <w:r>
        <w:rPr>
          <w:b/>
        </w:rPr>
        <w:t xml:space="preserve">[14:19] </w:t>
      </w:r>
      <w:r>
        <w:t>Because this reason, Prophet of Islam had said, "Ikhtilaf ummati rahmah."</w:t>
      </w:r>
    </w:p>
    <w:p>
      <w:pPr>
        <w:jc w:val="right"/>
      </w:pPr>
      <w:r>
        <w:t>بیکاز دس ریزن پرافٹ اف اسلام ہیڈ سیڈ اختلاف امتی رحمہ۔</w:t>
      </w:r>
    </w:p>
    <w:p>
      <w:r>
        <w:rPr>
          <w:b/>
        </w:rPr>
        <w:t xml:space="preserve">[14:24] </w:t>
      </w:r>
      <w:r>
        <w:t>Differences are blessing.</w:t>
      </w:r>
    </w:p>
    <w:p>
      <w:pPr>
        <w:jc w:val="right"/>
      </w:pPr>
      <w:r>
        <w:t>ڈیفرنسز ار بلیسنگ۔</w:t>
      </w:r>
    </w:p>
    <w:p>
      <w:r>
        <w:rPr>
          <w:b/>
        </w:rPr>
        <w:t xml:space="preserve">[14:25] </w:t>
      </w:r>
      <w:r>
        <w:t>Difference is not an evil.</w:t>
      </w:r>
    </w:p>
    <w:p>
      <w:pPr>
        <w:jc w:val="right"/>
      </w:pPr>
      <w:r>
        <w:t>ڈیفرنس از ناٹ این ایول۔</w:t>
      </w:r>
    </w:p>
    <w:p>
      <w:r>
        <w:rPr>
          <w:b/>
        </w:rPr>
        <w:t xml:space="preserve">[14:27] </w:t>
      </w:r>
      <w:r>
        <w:t>So those who want to remove differences, they are unaware of the law of nature.</w:t>
      </w:r>
    </w:p>
    <w:p>
      <w:pPr>
        <w:jc w:val="right"/>
      </w:pPr>
      <w:r>
        <w:t>سو دوز ہو وانٹ ٹو ریموو ڈیفرنسز دے ار انیئر اف دا لاء اف نیچر۔</w:t>
      </w:r>
    </w:p>
    <w:p>
      <w:r>
        <w:rPr>
          <w:b/>
        </w:rPr>
        <w:t xml:space="preserve">[14:34] </w:t>
      </w:r>
      <w:r>
        <w:t>I can see that they are unaware of the of the creation plan of God.</w:t>
      </w:r>
    </w:p>
    <w:p>
      <w:pPr>
        <w:jc w:val="right"/>
      </w:pPr>
      <w:r>
        <w:t>ائی کین سی دیٹ دے ار انیئر اف دا اف دا کریشن پلان اف گاڈ۔</w:t>
      </w:r>
    </w:p>
    <w:p>
      <w:r>
        <w:rPr>
          <w:b/>
        </w:rPr>
        <w:t xml:space="preserve">[14:40] </w:t>
      </w:r>
      <w:r>
        <w:t>This is a part of the creation plan of God.</w:t>
      </w:r>
    </w:p>
    <w:p>
      <w:pPr>
        <w:jc w:val="right"/>
      </w:pPr>
      <w:r>
        <w:t>دس از ا پارٹ اف دا کریشن پلان اف گاڈ۔</w:t>
      </w:r>
    </w:p>
    <w:p>
      <w:r>
        <w:rPr>
          <w:b/>
        </w:rPr>
        <w:t xml:space="preserve">[14:45] </w:t>
      </w:r>
      <w:r>
        <w:t>So, the difference is a universal culture.</w:t>
      </w:r>
    </w:p>
    <w:p>
      <w:pPr>
        <w:jc w:val="right"/>
      </w:pPr>
      <w:r>
        <w:t>سو ڈیفرنس از ا یونیورسل کلچر۔</w:t>
      </w:r>
    </w:p>
    <w:p>
      <w:r>
        <w:rPr>
          <w:b/>
        </w:rPr>
        <w:t xml:space="preserve">[14:47] </w:t>
      </w:r>
      <w:r>
        <w:t>Everywhere in the universe there are differences.</w:t>
      </w:r>
    </w:p>
    <w:p>
      <w:pPr>
        <w:jc w:val="right"/>
      </w:pPr>
      <w:r>
        <w:t>ایوری ویر ان دا یونیورس دے ار ڈیفرنسز۔</w:t>
      </w:r>
    </w:p>
    <w:p>
      <w:r>
        <w:rPr>
          <w:b/>
        </w:rPr>
        <w:t xml:space="preserve">[14:51] </w:t>
      </w:r>
      <w:r>
        <w:t>It is not a part of religion.</w:t>
      </w:r>
    </w:p>
    <w:p>
      <w:pPr>
        <w:jc w:val="right"/>
      </w:pPr>
      <w:r>
        <w:t>اٹ از ناٹ ا پارٹ اف ریلیجن۔</w:t>
      </w:r>
    </w:p>
    <w:p>
      <w:r>
        <w:rPr>
          <w:b/>
        </w:rPr>
        <w:t xml:space="preserve">[14:54] </w:t>
      </w:r>
      <w:r>
        <w:t>It is part of life, part of nature, part of universe, part of creation.</w:t>
      </w:r>
    </w:p>
    <w:p>
      <w:pPr>
        <w:jc w:val="right"/>
      </w:pPr>
      <w:r>
        <w:t>اٹ از پارٹ اف لائف پارٹ اف نیچر پارٹ اف یونیورس پارٹ اف کریشن۔</w:t>
      </w:r>
    </w:p>
    <w:p>
      <w:r>
        <w:rPr>
          <w:b/>
        </w:rPr>
        <w:t xml:space="preserve">[15:00] </w:t>
      </w:r>
      <w:r>
        <w:t>تو take difference as a blessing rather than as an evil.</w:t>
      </w:r>
    </w:p>
    <w:p>
      <w:pPr>
        <w:jc w:val="right"/>
      </w:pPr>
      <w:r>
        <w:t>تو ٹیک ڈیفرنس ایز اے بلیسنگ رادر دین ایز ان ایول۔</w:t>
      </w:r>
    </w:p>
    <w:p>
      <w:r>
        <w:rPr>
          <w:b/>
        </w:rPr>
        <w:t xml:space="preserve">[15:04] </w:t>
      </w:r>
      <w:r>
        <w:t>No.</w:t>
      </w:r>
    </w:p>
    <w:p>
      <w:pPr>
        <w:jc w:val="right"/>
      </w:pPr>
      <w:r>
        <w:t>نو۔</w:t>
      </w:r>
    </w:p>
    <w:p>
      <w:r>
        <w:rPr>
          <w:b/>
        </w:rPr>
        <w:t xml:space="preserve">[15:06] </w:t>
      </w:r>
      <w:r>
        <w:t>I can see that if you take it as a as a positive part of life, positive part</w:t>
      </w:r>
    </w:p>
    <w:p>
      <w:pPr>
        <w:jc w:val="right"/>
      </w:pPr>
      <w:r>
        <w:t>ائی کین سی دیٹ اف یو ٹیک اٹ ایز اے ایز اے پازیٹیو پارٹ اف لائف پازیٹیو پارٹ</w:t>
      </w:r>
    </w:p>
    <w:p>
      <w:r>
        <w:rPr>
          <w:b/>
        </w:rPr>
        <w:t xml:space="preserve">[15:14] </w:t>
      </w:r>
      <w:r>
        <w:t>of religion.</w:t>
      </w:r>
    </w:p>
    <w:p>
      <w:pPr>
        <w:jc w:val="right"/>
      </w:pPr>
      <w:r>
        <w:t>اف ریلیجن۔</w:t>
      </w:r>
    </w:p>
    <w:p>
      <w:r>
        <w:rPr>
          <w:b/>
        </w:rPr>
        <w:t xml:space="preserve">[15:15] </w:t>
      </w:r>
      <w:r>
        <w:t>All these differences which you find in religion.</w:t>
      </w:r>
    </w:p>
    <w:p>
      <w:pPr>
        <w:jc w:val="right"/>
      </w:pPr>
      <w:r>
        <w:t>ال دیز ڈیفرنسز وچ یو فائنڈ ان ریلیجن۔</w:t>
      </w:r>
    </w:p>
    <w:p>
      <w:r>
        <w:rPr>
          <w:b/>
        </w:rPr>
        <w:t xml:space="preserve">[15:18] </w:t>
      </w:r>
      <w:r>
        <w:t>If you take it as a positive part of religion, then it becomes a blessing.</w:t>
      </w:r>
    </w:p>
    <w:p>
      <w:pPr>
        <w:jc w:val="right"/>
      </w:pPr>
      <w:r>
        <w:t>اف یو ٹیک اٹ ایز اے پازیٹیو پارٹ اف ریلیجن دیٹ اٹ بیکمز بلیسنگ۔</w:t>
      </w:r>
    </w:p>
    <w:p>
      <w:r>
        <w:rPr>
          <w:b/>
        </w:rPr>
        <w:t xml:space="preserve">[15:24] </w:t>
      </w:r>
      <w:r>
        <w:t>It initiates dialogue among among among different religious groups.</w:t>
      </w:r>
    </w:p>
    <w:p>
      <w:pPr>
        <w:jc w:val="right"/>
      </w:pPr>
      <w:r>
        <w:t>اٹ انیشیٹس ڈائیلاگ امنگ امنگ امنگ ڈفرنٹ ریلیجس گروپس۔</w:t>
      </w:r>
    </w:p>
    <w:p>
      <w:r>
        <w:rPr>
          <w:b/>
        </w:rPr>
        <w:t xml:space="preserve">[15:28] </w:t>
      </w:r>
      <w:r>
        <w:t>If you take religious differences as a positive part of religion, then that it will become a blessing.</w:t>
      </w:r>
    </w:p>
    <w:p>
      <w:pPr>
        <w:jc w:val="right"/>
      </w:pPr>
      <w:r>
        <w:t>اف یو ٹیک ریلیجس ڈیفرنسز ایز اے پازیٹیو پارٹ اف ریلیجن دین دیٹ اٹ ویل بیکم ا بلیسنگ</w:t>
      </w:r>
    </w:p>
    <w:p>
      <w:r>
        <w:rPr>
          <w:b/>
        </w:rPr>
        <w:t xml:space="preserve">[15:36] </w:t>
      </w:r>
      <w:r>
        <w:t>for you.</w:t>
      </w:r>
    </w:p>
    <w:p>
      <w:pPr>
        <w:jc w:val="right"/>
      </w:pPr>
      <w:r>
        <w:t>فار یو۔</w:t>
      </w:r>
    </w:p>
    <w:p>
      <w:r>
        <w:rPr>
          <w:b/>
        </w:rPr>
        <w:t xml:space="preserve">[15:38] </w:t>
      </w:r>
      <w:r>
        <w:t>Because these differences will initiate religious dialogues, religious discussions, religious thinking.</w:t>
      </w:r>
    </w:p>
    <w:p>
      <w:pPr>
        <w:jc w:val="right"/>
      </w:pPr>
      <w:r>
        <w:t>بیکاز دیز ڈیفرنسز ول انیشیٹ ریلیجس ڈائیلاگز ریلیجس ڈسکشنز ریلیجس تھنکنگ۔</w:t>
      </w:r>
    </w:p>
    <w:p>
      <w:r>
        <w:rPr>
          <w:b/>
        </w:rPr>
        <w:t xml:space="preserve">[15:42] </w:t>
      </w:r>
      <w:r>
        <w:t>You will face some problems and your mind will try to find the answers to the problem.</w:t>
      </w:r>
    </w:p>
    <w:p>
      <w:pPr>
        <w:jc w:val="right"/>
      </w:pPr>
      <w:r>
        <w:t>یو ویل فیس سم پرابلمز اینڈ یور مائنڈ ویل ٹرائی ٹو فائنڈ دا انسرز ٹو دا پرابلم۔</w:t>
      </w:r>
    </w:p>
    <w:p>
      <w:r>
        <w:rPr>
          <w:b/>
        </w:rPr>
        <w:t xml:space="preserve">[15:50] </w:t>
      </w:r>
      <w:r>
        <w:t>Different difference creates question.</w:t>
      </w:r>
    </w:p>
    <w:p>
      <w:pPr>
        <w:jc w:val="right"/>
      </w:pPr>
      <w:r>
        <w:t>ڈفرنٹ ڈیفرنس کریٹس کوئسچن۔</w:t>
      </w:r>
    </w:p>
    <w:p>
      <w:r>
        <w:rPr>
          <w:b/>
        </w:rPr>
        <w:t xml:space="preserve">[15:51] </w:t>
      </w:r>
      <w:r>
        <w:t>"Difference put questions in your mind."</w:t>
      </w:r>
    </w:p>
    <w:p>
      <w:pPr>
        <w:jc w:val="right"/>
      </w:pPr>
      <w:r>
        <w:t>ڈیفرنس پٹ کوئسچنز ان یور مائنڈ۔</w:t>
      </w:r>
    </w:p>
    <w:p>
      <w:r>
        <w:rPr>
          <w:b/>
        </w:rPr>
        <w:t xml:space="preserve">[15:54] </w:t>
      </w:r>
      <w:r>
        <w:t>And when there is a question, you will try to find the answer.</w:t>
      </w:r>
    </w:p>
    <w:p>
      <w:pPr>
        <w:jc w:val="right"/>
      </w:pPr>
      <w:r>
        <w:t>اینڈ وین دیر از اے کوئسچن یو ویل ٹرائی ٹو فائنڈ دا انسر۔</w:t>
      </w:r>
    </w:p>
    <w:p>
      <w:r>
        <w:rPr>
          <w:b/>
        </w:rPr>
        <w:t xml:space="preserve">[15:59] </w:t>
      </w:r>
      <w:r>
        <w:t>This is a way of development according to the law of nature.</w:t>
      </w:r>
    </w:p>
    <w:p>
      <w:pPr>
        <w:jc w:val="right"/>
      </w:pPr>
      <w:r>
        <w:t>دس از اے وے اف ڈیولپمنٹ اکارڈنگ ٹو دا لاء اف نیچر۔</w:t>
      </w:r>
    </w:p>
    <w:p>
      <w:r>
        <w:rPr>
          <w:b/>
        </w:rPr>
        <w:t xml:space="preserve">[16:05] </w:t>
      </w:r>
      <w:r>
        <w:t>So I always take differences as a blessing.</w:t>
      </w:r>
    </w:p>
    <w:p>
      <w:pPr>
        <w:jc w:val="right"/>
      </w:pPr>
      <w:r>
        <w:t>سو ائی الویز ٹیک ڈیفرنسز ایز اے بلیسنگ۔</w:t>
      </w:r>
    </w:p>
    <w:p>
      <w:r>
        <w:rPr>
          <w:b/>
        </w:rPr>
        <w:t xml:space="preserve">[16:08] </w:t>
      </w:r>
      <w:r>
        <w:t>in every field, in every field.</w:t>
      </w:r>
    </w:p>
    <w:p>
      <w:pPr>
        <w:jc w:val="right"/>
      </w:pPr>
      <w:r>
        <w:t>ان ایوری فیلڈ ان ایوری فیلڈ۔</w:t>
      </w:r>
    </w:p>
    <w:p>
      <w:r>
        <w:rPr>
          <w:b/>
        </w:rPr>
        <w:t xml:space="preserve">[16:11] </w:t>
      </w:r>
      <w:r>
        <w:t>So I can say that you must reassess the whole, the whole scenario.</w:t>
      </w:r>
    </w:p>
    <w:p>
      <w:pPr>
        <w:jc w:val="right"/>
      </w:pPr>
      <w:r>
        <w:t>سو ائی کین سی دیٹ یو مسٹ ری اسس دا ہول دا ہول سینیریو۔</w:t>
      </w:r>
    </w:p>
    <w:p>
      <w:r>
        <w:rPr>
          <w:b/>
        </w:rPr>
        <w:t xml:space="preserve">[16:17] </w:t>
      </w:r>
      <w:r>
        <w:t>You have, we have to revise, we have to reassess, we have to redefine the difference.</w:t>
      </w:r>
    </w:p>
    <w:p>
      <w:pPr>
        <w:jc w:val="right"/>
      </w:pPr>
      <w:r>
        <w:t>یو ہیو وی ہیو ٹو ریوائز وی ہیو ٹو ری اسس وی ہیو ٹو ری ڈیفائن دا ڈیفرنس۔</w:t>
      </w:r>
    </w:p>
    <w:p>
      <w:r>
        <w:rPr>
          <w:b/>
        </w:rPr>
        <w:t xml:space="preserve">[16:24] </w:t>
      </w:r>
      <w:r>
        <w:t>We have to redefine the difference in a positive way.</w:t>
      </w:r>
    </w:p>
    <w:p>
      <w:pPr>
        <w:jc w:val="right"/>
      </w:pPr>
      <w:r>
        <w:t>وی ہیو ٹو ری ڈیفائن دا ڈیفرنس ان ا پازیٹیو وے۔</w:t>
      </w:r>
    </w:p>
    <w:p>
      <w:r>
        <w:rPr>
          <w:b/>
        </w:rPr>
        <w:t xml:space="preserve">[16:29] </w:t>
      </w:r>
      <w:r>
        <w:t>At present people take difference as an evil.</w:t>
      </w:r>
    </w:p>
    <w:p>
      <w:pPr>
        <w:jc w:val="right"/>
      </w:pPr>
      <w:r>
        <w:t>ایٹ پریزنٹ پیپل ٹیک ڈیفرنس ایز ان ایول۔</w:t>
      </w:r>
    </w:p>
    <w:p>
      <w:r>
        <w:rPr>
          <w:b/>
        </w:rPr>
        <w:t xml:space="preserve">[16:32] </w:t>
      </w:r>
      <w:r>
        <w:t>So, they have taken it as a negative part of life or negative part of religion.</w:t>
      </w:r>
    </w:p>
    <w:p>
      <w:pPr>
        <w:jc w:val="right"/>
      </w:pPr>
      <w:r>
        <w:t>سو دے ہیو ٹیکن اٹ ایز ا نیگیٹیو پارٹ اف لائف اور نیگیٹیو پارٹ اف ریلیجن۔</w:t>
      </w:r>
    </w:p>
    <w:p>
      <w:r>
        <w:rPr>
          <w:b/>
        </w:rPr>
        <w:t xml:space="preserve">[16:39] </w:t>
      </w:r>
      <w:r>
        <w:t>No.</w:t>
      </w:r>
    </w:p>
    <w:p>
      <w:pPr>
        <w:jc w:val="right"/>
      </w:pPr>
      <w:r>
        <w:t>نو۔</w:t>
      </w:r>
    </w:p>
    <w:p>
      <w:r>
        <w:rPr>
          <w:b/>
        </w:rPr>
        <w:t xml:space="preserve">[16:41] </w:t>
      </w:r>
      <w:r>
        <w:t>You have to redefine the differences.</w:t>
      </w:r>
    </w:p>
    <w:p>
      <w:pPr>
        <w:jc w:val="right"/>
      </w:pPr>
      <w:r>
        <w:t>یو ہیو ٹو ری ڈیفائن دا ڈیفرنسز۔</w:t>
      </w:r>
    </w:p>
    <w:p>
      <w:r>
        <w:rPr>
          <w:b/>
        </w:rPr>
        <w:t xml:space="preserve">[16:44] </w:t>
      </w:r>
      <w:r>
        <w:t>Then you realize that difference is a positive part of religion.</w:t>
      </w:r>
    </w:p>
    <w:p>
      <w:pPr>
        <w:jc w:val="right"/>
      </w:pPr>
      <w:r>
        <w:t>دین یو ریلائز دیٹ ڈیفرنس از ا پازیٹیو پارٹ اف ریلیجن۔</w:t>
      </w:r>
    </w:p>
    <w:p>
      <w:r>
        <w:rPr>
          <w:b/>
        </w:rPr>
        <w:t xml:space="preserve">[16:48] </w:t>
      </w:r>
      <w:r>
        <w:t>through differences.</w:t>
      </w:r>
    </w:p>
    <w:p>
      <w:pPr>
        <w:jc w:val="right"/>
      </w:pPr>
      <w:r>
        <w:t>تھرو ڈیفرنسز۔</w:t>
      </w:r>
    </w:p>
    <w:p>
      <w:r>
        <w:rPr>
          <w:b/>
        </w:rPr>
        <w:t xml:space="preserve">[16:50] </w:t>
      </w:r>
      <w:r>
        <w:t>When you discover that these differences are positive parts of religion, then you will engage your</w:t>
      </w:r>
    </w:p>
    <w:p>
      <w:pPr>
        <w:jc w:val="right"/>
      </w:pPr>
      <w:r>
        <w:t>یو وین یو ڈسکور دیٹ دیز ڈیفرنسز ار ار پازیٹیو پارٹس اف ریلیجن دین یو ویل انگیج یور</w:t>
      </w:r>
    </w:p>
    <w:p>
      <w:r>
        <w:rPr>
          <w:b/>
        </w:rPr>
        <w:t xml:space="preserve">[16:58] </w:t>
      </w:r>
      <w:r>
        <w:t>self-discussion, in learning, in dialogue, and you will see that you have you have developed your</w:t>
      </w:r>
    </w:p>
    <w:p>
      <w:pPr>
        <w:jc w:val="right"/>
      </w:pPr>
      <w:r>
        <w:t>سیلف ان ڈسکشن ان لرننگ ان ڈائیلاگ اینڈ یو ویل سی دیٹ یو ہیو یو ہیو ڈیولپڈ یور</w:t>
      </w:r>
    </w:p>
    <w:p>
      <w:r>
        <w:rPr>
          <w:b/>
        </w:rPr>
        <w:t xml:space="preserve">[17:05] </w:t>
      </w:r>
      <w:r>
        <w:t>your religious consciousness.</w:t>
      </w:r>
    </w:p>
    <w:p>
      <w:pPr>
        <w:jc w:val="right"/>
      </w:pPr>
      <w:r>
        <w:t>یور ریلیجس کانشیسنس۔</w:t>
      </w:r>
    </w:p>
    <w:p>
      <w:r>
        <w:rPr>
          <w:b/>
        </w:rPr>
        <w:t xml:space="preserve">[17:07] </w:t>
      </w:r>
      <w:r>
        <w:t>I can see that religion is not a kind of like a like a stone a static thing.</w:t>
      </w:r>
    </w:p>
    <w:p>
      <w:pPr>
        <w:jc w:val="right"/>
      </w:pPr>
      <w:r>
        <w:t>ائی کین سی دیٹ ریلیجن از ناٹ ا کائنڈ اف لائک ا لائک ا سٹون ا سٹیٹک تھنگ۔</w:t>
      </w:r>
    </w:p>
    <w:p>
      <w:r>
        <w:rPr>
          <w:b/>
        </w:rPr>
        <w:t xml:space="preserve">[17:15] </w:t>
      </w:r>
      <w:r>
        <w:t>But a living thing.</w:t>
      </w:r>
    </w:p>
    <w:p>
      <w:pPr>
        <w:jc w:val="right"/>
      </w:pPr>
      <w:r>
        <w:t>بٹ ا لیونگ تھنگ۔</w:t>
      </w:r>
    </w:p>
    <w:p>
      <w:r>
        <w:rPr>
          <w:b/>
        </w:rPr>
        <w:t xml:space="preserve">[17:16] </w:t>
      </w:r>
      <w:r>
        <w:t>A, only between two stones there is no dialogue.</w:t>
      </w:r>
    </w:p>
    <w:p>
      <w:pPr>
        <w:jc w:val="right"/>
      </w:pPr>
      <w:r>
        <w:t>اے اولی بٹوین ٹو سٹونز دیر از نو ڈائیلاگ۔</w:t>
      </w:r>
    </w:p>
    <w:p>
      <w:r>
        <w:rPr>
          <w:b/>
        </w:rPr>
        <w:t xml:space="preserve">[17:20] </w:t>
      </w:r>
      <w:r>
        <w:t>But where there are two thinking men, it is but natural that there will be dialogue.</w:t>
      </w:r>
    </w:p>
    <w:p>
      <w:pPr>
        <w:jc w:val="right"/>
      </w:pPr>
      <w:r>
        <w:t>بٹ ویر دیر ار ٹو تھنکنگ مین اٹ از بٹ نیچرل دیٹ دیر ویل بی ڈائیلاگ۔</w:t>
      </w:r>
    </w:p>
    <w:p>
      <w:r>
        <w:rPr>
          <w:b/>
        </w:rPr>
        <w:t xml:space="preserve">[17:27] </w:t>
      </w:r>
      <w:r>
        <w:t>So without difference religion will lose its its life.</w:t>
      </w:r>
    </w:p>
    <w:p>
      <w:pPr>
        <w:jc w:val="right"/>
      </w:pPr>
      <w:r>
        <w:t>سو وداؤٹ ڈیفرنس ریلیجن ول لوز اٹس اٹس لائف۔</w:t>
      </w:r>
    </w:p>
    <w:p>
      <w:r>
        <w:rPr>
          <w:b/>
        </w:rPr>
        <w:t xml:space="preserve">[17:31] </w:t>
      </w:r>
      <w:r>
        <w:t>Without difference, religion will lose its life.</w:t>
      </w:r>
    </w:p>
    <w:p>
      <w:pPr>
        <w:jc w:val="right"/>
      </w:pPr>
      <w:r>
        <w:t>وداؤٹ ڈیفرنس ریلیجن ول لوز اٹس لائف۔</w:t>
      </w:r>
    </w:p>
    <w:p>
      <w:r>
        <w:rPr>
          <w:b/>
        </w:rPr>
        <w:t xml:space="preserve">[17:34] </w:t>
      </w:r>
      <w:r>
        <w:t>It will become stagnant.</w:t>
      </w:r>
    </w:p>
    <w:p>
      <w:pPr>
        <w:jc w:val="right"/>
      </w:pPr>
      <w:r>
        <w:t>اٹ ول بیکم اسٹیگننٹ۔</w:t>
      </w:r>
    </w:p>
    <w:p>
      <w:r>
        <w:rPr>
          <w:b/>
        </w:rPr>
        <w:t xml:space="preserve">[17:36] </w:t>
      </w:r>
      <w:r>
        <w:t>Religious stagnation.</w:t>
      </w:r>
    </w:p>
    <w:p>
      <w:pPr>
        <w:jc w:val="right"/>
      </w:pPr>
      <w:r>
        <w:t>ریلیجس اسٹیگنیشن۔</w:t>
      </w:r>
    </w:p>
    <w:p>
      <w:r>
        <w:rPr>
          <w:b/>
        </w:rPr>
        <w:t xml:space="preserve">[17:37] </w:t>
      </w:r>
      <w:r>
        <w:t>Without difference there is no activity, there is no intellectual activity.</w:t>
      </w:r>
    </w:p>
    <w:p>
      <w:pPr>
        <w:jc w:val="right"/>
      </w:pPr>
      <w:r>
        <w:t>وداؤٹ ڈیفرنس دیر از نو ایکٹیوٹی دیر از نو انٹلیکچول ایکٹیوٹی۔</w:t>
      </w:r>
    </w:p>
    <w:p>
      <w:r>
        <w:rPr>
          <w:b/>
        </w:rPr>
        <w:t xml:space="preserve">[17:42] </w:t>
      </w:r>
      <w:r>
        <w:t>It is difference that.</w:t>
      </w:r>
    </w:p>
    <w:p>
      <w:pPr>
        <w:jc w:val="right"/>
      </w:pPr>
      <w:r>
        <w:t>اٹ از ڈیفرنس دیٹ۔</w:t>
      </w:r>
    </w:p>
    <w:p>
      <w:r>
        <w:rPr>
          <w:b/>
        </w:rPr>
        <w:t xml:space="preserve">[17:44] </w:t>
      </w:r>
      <w:r>
        <w:t>cultivate activities, all kind of intellectual activities.</w:t>
      </w:r>
    </w:p>
    <w:p>
      <w:pPr>
        <w:jc w:val="right"/>
      </w:pPr>
      <w:r>
        <w:t>کلٹیویٹ ایکٹیویٹیز ال کائنڈ اف انٹلیکچول ایکٹیویٹیز۔</w:t>
      </w:r>
    </w:p>
    <w:p>
      <w:r>
        <w:rPr>
          <w:b/>
        </w:rPr>
        <w:t xml:space="preserve">[17:47] </w:t>
      </w:r>
      <w:r>
        <w:t>And it is my own experience.</w:t>
      </w:r>
    </w:p>
    <w:p>
      <w:pPr>
        <w:jc w:val="right"/>
      </w:pPr>
      <w:r>
        <w:t>اینڈ اٹ از مائی اون ایکسپیرینس۔</w:t>
      </w:r>
    </w:p>
    <w:p>
      <w:r>
        <w:rPr>
          <w:b/>
        </w:rPr>
        <w:t xml:space="preserve">[17:49] </w:t>
      </w:r>
      <w:r>
        <w:t>I was born in a Muslim family and I was educated in an Islamic seminary.</w:t>
      </w:r>
    </w:p>
    <w:p>
      <w:pPr>
        <w:jc w:val="right"/>
      </w:pPr>
      <w:r>
        <w:t>ائی واز born ان ا مسلم فیملی اینڈ ائی واز ایجوکیٹڈ ان ا اسلامک سیمینری۔</w:t>
      </w:r>
    </w:p>
    <w:p>
      <w:r>
        <w:rPr>
          <w:b/>
        </w:rPr>
        <w:t xml:space="preserve">[17:56] </w:t>
      </w:r>
      <w:r>
        <w:t>Then I wanted to know about other religions and I read almost all the major religions.</w:t>
      </w:r>
    </w:p>
    <w:p>
      <w:pPr>
        <w:jc w:val="right"/>
      </w:pPr>
      <w:r>
        <w:t>دین ائی وانٹڈ ٹو نو اباؤٹ ادر ریلیجنز اینڈ ائی ریڈ الموسٹ ال دا میجر ریلیجنز۔</w:t>
      </w:r>
    </w:p>
    <w:p>
      <w:r>
        <w:rPr>
          <w:b/>
        </w:rPr>
        <w:t xml:space="preserve">[18:02] </w:t>
      </w:r>
      <w:r>
        <w:t>And this study was very useful for me.</w:t>
      </w:r>
    </w:p>
    <w:p>
      <w:pPr>
        <w:jc w:val="right"/>
      </w:pPr>
      <w:r>
        <w:t>اینڈ دس سٹڈی واز ویری یوزفل فار می۔</w:t>
      </w:r>
    </w:p>
    <w:p>
      <w:r>
        <w:rPr>
          <w:b/>
        </w:rPr>
        <w:t xml:space="preserve">[18:06] </w:t>
      </w:r>
      <w:r>
        <w:t>Very very useful.</w:t>
      </w:r>
    </w:p>
    <w:p>
      <w:pPr>
        <w:jc w:val="right"/>
      </w:pPr>
      <w:r>
        <w:t>ویری ویری یوزفل۔</w:t>
      </w:r>
    </w:p>
    <w:p>
      <w:r>
        <w:rPr>
          <w:b/>
        </w:rPr>
        <w:t xml:space="preserve">[18:07] </w:t>
      </w:r>
      <w:r>
        <w:t>So, I think that comparative study of religion is very useful.</w:t>
      </w:r>
    </w:p>
    <w:p>
      <w:pPr>
        <w:jc w:val="right"/>
      </w:pPr>
      <w:r>
        <w:t>سو ائی تھنک دیٹ کمپیریٹیو سٹڈی اف ریلیجن از ویری یوزفل۔</w:t>
      </w:r>
    </w:p>
    <w:p>
      <w:r>
        <w:rPr>
          <w:b/>
        </w:rPr>
        <w:t xml:space="preserve">[18:12] </w:t>
      </w:r>
      <w:r>
        <w:t>It through comparative study you increase your conviction, you increase your intellectual development.</w:t>
      </w:r>
    </w:p>
    <w:p>
      <w:pPr>
        <w:jc w:val="right"/>
      </w:pPr>
      <w:r>
        <w:t>اٹ تھرو کمپیریٹیو سٹڈی یو انکریز یور کنوکشن یو انکریز یور انٹلیکچول ڈیولپمنٹ۔</w:t>
      </w:r>
    </w:p>
    <w:p>
      <w:r>
        <w:rPr>
          <w:b/>
        </w:rPr>
        <w:t xml:space="preserve">[18:18] </w:t>
      </w:r>
      <w:r>
        <w:t>If you increase your religious experience, you increase your intellectual horizon.</w:t>
      </w:r>
    </w:p>
    <w:p>
      <w:pPr>
        <w:jc w:val="right"/>
      </w:pPr>
      <w:r>
        <w:t>اف یو انکریز یور ریلیجس ایکسپیرینس یو انکریز یور انٹلیکچول ہورائزن۔</w:t>
      </w:r>
    </w:p>
    <w:p>
      <w:r>
        <w:rPr>
          <w:b/>
        </w:rPr>
        <w:t xml:space="preserve">[18:22] </w:t>
      </w:r>
      <w:r>
        <w:t>So religion is not something stagnant like a stone.</w:t>
      </w:r>
    </w:p>
    <w:p>
      <w:pPr>
        <w:jc w:val="right"/>
      </w:pPr>
      <w:r>
        <w:t>سو ریلیجن از ناٹ سم تھنگ اسٹیگننٹ لائک ا سٹون۔</w:t>
      </w:r>
    </w:p>
    <w:p>
      <w:r>
        <w:rPr>
          <w:b/>
        </w:rPr>
        <w:t xml:space="preserve">[18:27] </w:t>
      </w:r>
      <w:r>
        <w:t>Religion is a is a living thing.</w:t>
      </w:r>
    </w:p>
    <w:p>
      <w:pPr>
        <w:jc w:val="right"/>
      </w:pPr>
      <w:r>
        <w:t>ریلیجن از ا از ا لیونگ تھنگ۔</w:t>
      </w:r>
    </w:p>
    <w:p>
      <w:r>
        <w:rPr>
          <w:b/>
        </w:rPr>
        <w:t xml:space="preserve">[18:30] </w:t>
      </w:r>
      <w:r>
        <w:t>Religion is like river, flowing river.</w:t>
      </w:r>
    </w:p>
    <w:p>
      <w:pPr>
        <w:jc w:val="right"/>
      </w:pPr>
      <w:r>
        <w:t>ریلیجن از لائک ریور فلوئنگ ریور۔</w:t>
      </w:r>
    </w:p>
    <w:p>
      <w:r>
        <w:rPr>
          <w:b/>
        </w:rPr>
        <w:t xml:space="preserve">[18:32] </w:t>
      </w:r>
      <w:r>
        <w:t>Religious knowledge is like river.</w:t>
      </w:r>
    </w:p>
    <w:p>
      <w:pPr>
        <w:jc w:val="right"/>
      </w:pPr>
      <w:r>
        <w:t>ریلیجس نالج از لائک ریور۔</w:t>
      </w:r>
    </w:p>
    <w:p>
      <w:r>
        <w:rPr>
          <w:b/>
        </w:rPr>
        <w:t xml:space="preserve">[18:34] </w:t>
      </w:r>
      <w:r>
        <w:t>So if you try to eliminate differences then religious then religion become a become a stagnant phenomena.</w:t>
      </w:r>
    </w:p>
    <w:p>
      <w:pPr>
        <w:jc w:val="right"/>
      </w:pPr>
      <w:r>
        <w:t>سو اف یو ٹرائی ٹو ایلیمینیٹ ڈیفرنسز دین ریلیجس دین ریلیجن بیکم ا بیکم ا اسٹیگننٹ فیناومینا۔</w:t>
      </w:r>
    </w:p>
    <w:p>
      <w:r>
        <w:rPr>
          <w:b/>
        </w:rPr>
        <w:t xml:space="preserve">[18:42] </w:t>
      </w:r>
      <w:r>
        <w:t>No activity at all.</w:t>
      </w:r>
    </w:p>
    <w:p>
      <w:pPr>
        <w:jc w:val="right"/>
      </w:pPr>
      <w:r>
        <w:t>نو ایکٹیوٹی ایٹ ال۔</w:t>
      </w:r>
    </w:p>
    <w:p>
      <w:r>
        <w:rPr>
          <w:b/>
        </w:rPr>
        <w:t xml:space="preserve">[18:43] </w:t>
      </w:r>
      <w:r>
        <w:t>This kind of religion is a dead religion.</w:t>
      </w:r>
    </w:p>
    <w:p>
      <w:pPr>
        <w:jc w:val="right"/>
      </w:pPr>
      <w:r>
        <w:t>دس کائنڈ اف ریلیجن از ا ڈیڈ ریلیجن۔</w:t>
      </w:r>
    </w:p>
    <w:p>
      <w:r>
        <w:rPr>
          <w:b/>
        </w:rPr>
        <w:t xml:space="preserve">[18:47] </w:t>
      </w:r>
      <w:r>
        <w:t>Without difference religion becomes a dead religion.</w:t>
      </w:r>
    </w:p>
    <w:p>
      <w:pPr>
        <w:jc w:val="right"/>
      </w:pPr>
      <w:r>
        <w:t>وداؤٹ ڈیفرنس ریلیجن بیکمز ا ڈیڈ ریلیجن۔</w:t>
      </w:r>
    </w:p>
    <w:p>
      <w:r>
        <w:rPr>
          <w:b/>
        </w:rPr>
        <w:t xml:space="preserve">[18:50] </w:t>
      </w:r>
      <w:r>
        <w:t>because without difference there is no intellectual activity, no thinking, no dialogue, no discussion, no study.</w:t>
      </w:r>
    </w:p>
    <w:p>
      <w:pPr>
        <w:jc w:val="right"/>
      </w:pPr>
      <w:r>
        <w:t>بیکاز وداؤٹ ڈیفرنس دیر از نو انٹلیکچول ایکٹیوٹی نو تھنکنگ نو ڈائیلاگ نو ڈسکشن نو سٹڈی۔</w:t>
      </w:r>
    </w:p>
    <w:p>
      <w:r>
        <w:rPr>
          <w:b/>
        </w:rPr>
        <w:t xml:space="preserve">[18:57] </w:t>
      </w:r>
      <w:r>
        <w:t>So it is not required by God.</w:t>
      </w:r>
    </w:p>
    <w:p>
      <w:pPr>
        <w:jc w:val="right"/>
      </w:pPr>
      <w:r>
        <w:t>سو اٹ از ناٹ ریکوائرڈ بائی گاڈ۔</w:t>
      </w:r>
    </w:p>
    <w:p>
      <w:r>
        <w:rPr>
          <w:b/>
        </w:rPr>
        <w:t xml:space="preserve">[19:00] </w:t>
      </w:r>
      <w:r>
        <w:t>God wants to make religion an active part of your life.</w:t>
      </w:r>
    </w:p>
    <w:p>
      <w:pPr>
        <w:jc w:val="right"/>
      </w:pPr>
      <w:r>
        <w:t>گاڈ وانٹس ٹو میک ریلیجن ان ایکٹیو پارٹ اف یور لائف۔</w:t>
      </w:r>
    </w:p>
    <w:p>
      <w:r>
        <w:rPr>
          <w:b/>
        </w:rPr>
        <w:t xml:space="preserve">[19:04] </w:t>
      </w:r>
      <w:r>
        <w:t>living part, your living part of your life.</w:t>
      </w:r>
    </w:p>
    <w:p>
      <w:pPr>
        <w:jc w:val="right"/>
      </w:pPr>
      <w:r>
        <w:t>لیونگ پارٹ یور لیونگ پارٹ اف یور لائف۔</w:t>
      </w:r>
    </w:p>
    <w:p>
      <w:r>
        <w:rPr>
          <w:b/>
        </w:rPr>
        <w:t xml:space="preserve">[19:08] </w:t>
      </w:r>
      <w:r>
        <w:t>God wants to make religion as a tool towards your intellectual development.</w:t>
      </w:r>
    </w:p>
    <w:p>
      <w:pPr>
        <w:jc w:val="right"/>
      </w:pPr>
      <w:r>
        <w:t>گاڈ وانٹس ٹو میک ریلیجن ایز ا ٹول ٹورڈز یور انٹلیکچول ڈیولپمنٹ۔</w:t>
      </w:r>
    </w:p>
    <w:p>
      <w:r>
        <w:rPr>
          <w:b/>
        </w:rPr>
        <w:t xml:space="preserve">[19:13] </w:t>
      </w:r>
      <w:r>
        <w:t>And all these things cannot be avail without differences.</w:t>
      </w:r>
    </w:p>
    <w:p>
      <w:pPr>
        <w:jc w:val="right"/>
      </w:pPr>
      <w:r>
        <w:t>اینڈ ال دیز تھنگز کین ناٹ بی اویل وداؤٹ ڈیفرنسز۔</w:t>
      </w:r>
    </w:p>
    <w:p>
      <w:r>
        <w:rPr>
          <w:b/>
        </w:rPr>
        <w:t xml:space="preserve">[19:17] </w:t>
      </w:r>
      <w:r>
        <w:t>So we have to reassess the whole matter.</w:t>
      </w:r>
    </w:p>
    <w:p>
      <w:pPr>
        <w:jc w:val="right"/>
      </w:pPr>
      <w:r>
        <w:t>سو وی ہیو ٹو ری اسس دا ہول میٹر۔</w:t>
      </w:r>
    </w:p>
    <w:p>
      <w:r>
        <w:rPr>
          <w:b/>
        </w:rPr>
        <w:t xml:space="preserve">[19:21] </w:t>
      </w:r>
      <w:r>
        <w:t>We have to revise our thinking in this regard.</w:t>
      </w:r>
    </w:p>
    <w:p>
      <w:pPr>
        <w:jc w:val="right"/>
      </w:pPr>
      <w:r>
        <w:t>وی ہیو ٹو ریوائز اور تھنکنگ ان دس ریگارڈ۔</w:t>
      </w:r>
    </w:p>
    <w:p>
      <w:r>
        <w:rPr>
          <w:b/>
        </w:rPr>
        <w:t xml:space="preserve">[19:25] </w:t>
      </w:r>
      <w:r>
        <w:t>I have read a lot about different religions.</w:t>
      </w:r>
    </w:p>
    <w:p>
      <w:pPr>
        <w:jc w:val="right"/>
      </w:pPr>
      <w:r>
        <w:t>ائی ہیو ریڈ ا لاٹ اباؤٹ ڈفرنٹ ریلیجنز۔</w:t>
      </w:r>
    </w:p>
    <w:p>
      <w:r>
        <w:rPr>
          <w:b/>
        </w:rPr>
        <w:t xml:space="preserve">[19:28] </w:t>
      </w:r>
      <w:r>
        <w:t>not only about Islam but almost all the religions.</w:t>
      </w:r>
    </w:p>
    <w:p>
      <w:pPr>
        <w:jc w:val="right"/>
      </w:pPr>
      <w:r>
        <w:t>ناٹ اونلی اباؤٹ اسلام بٹ الموسٹ ال دا ریلیجنز۔</w:t>
      </w:r>
    </w:p>
    <w:p>
      <w:r>
        <w:rPr>
          <w:b/>
        </w:rPr>
        <w:t xml:space="preserve">[19:32] </w:t>
      </w:r>
      <w:r>
        <w:t>And this study only added to my knowledge, added to my learning process.</w:t>
      </w:r>
    </w:p>
    <w:p>
      <w:pPr>
        <w:jc w:val="right"/>
      </w:pPr>
      <w:r>
        <w:t>اینڈ دس سٹڈی اونلی ایڈڈ ٹو مائی نالج ایڈڈ ٹو مائی لرننگ پروسیس۔</w:t>
      </w:r>
    </w:p>
    <w:p>
      <w:r>
        <w:rPr>
          <w:b/>
        </w:rPr>
        <w:t xml:space="preserve">[19:38] </w:t>
      </w:r>
      <w:r>
        <w:t>This is the only increase by intellectual development.</w:t>
      </w:r>
    </w:p>
    <w:p>
      <w:pPr>
        <w:jc w:val="right"/>
      </w:pPr>
      <w:r>
        <w:t>دس از دی اونلی انکریز بائی انٹلیکچول ڈیولپمنٹ۔</w:t>
      </w:r>
    </w:p>
    <w:p>
      <w:r>
        <w:rPr>
          <w:b/>
        </w:rPr>
        <w:t xml:space="preserve">[19:41] </w:t>
      </w:r>
      <w:r>
        <w:t>At this study gave me conviction, complete conviction in my belief.</w:t>
      </w:r>
    </w:p>
    <w:p>
      <w:pPr>
        <w:jc w:val="right"/>
      </w:pPr>
      <w:r>
        <w:t>اٹ دس سٹڈی گیو می کنوکشن کمپلیٹ کنوکشن ان مائی بیلیف۔</w:t>
      </w:r>
    </w:p>
    <w:p>
      <w:r>
        <w:rPr>
          <w:b/>
        </w:rPr>
        <w:t xml:space="preserve">[19:46] </w:t>
      </w:r>
      <w:r>
        <w:t>My belief was not shaken by by comparative studies.</w:t>
      </w:r>
    </w:p>
    <w:p>
      <w:pPr>
        <w:jc w:val="right"/>
      </w:pPr>
      <w:r>
        <w:t>مائی بیلیف واز ناٹ شیکن بائی بائی کمپیریٹیو سٹڈیز۔</w:t>
      </w:r>
    </w:p>
    <w:p>
      <w:r>
        <w:rPr>
          <w:b/>
        </w:rPr>
        <w:t xml:space="preserve">[19:50] </w:t>
      </w:r>
      <w:r>
        <w:t>No.</w:t>
      </w:r>
    </w:p>
    <w:p>
      <w:pPr>
        <w:jc w:val="right"/>
      </w:pPr>
      <w:r>
        <w:t>نو۔</w:t>
      </w:r>
    </w:p>
    <w:p>
      <w:r>
        <w:rPr>
          <w:b/>
        </w:rPr>
        <w:t xml:space="preserve">[19:51] </w:t>
      </w:r>
      <w:r>
        <w:t>It only increased my my conviction in religion, in God, in spirituality, in the concept of life, in</w:t>
      </w:r>
    </w:p>
    <w:p>
      <w:pPr>
        <w:jc w:val="right"/>
      </w:pPr>
      <w:r>
        <w:t>اٹ اونلی انکریز مائی مائی کنوکشن ان ریلیجن ان گاڈ ان سپرچولٹی ان دا کانسیپٹ اف لائف ان</w:t>
      </w:r>
    </w:p>
    <w:p>
      <w:r>
        <w:rPr>
          <w:b/>
        </w:rPr>
        <w:t xml:space="preserve">[19:59] </w:t>
      </w:r>
      <w:r>
        <w:t>hell and in paradise.</w:t>
      </w:r>
    </w:p>
    <w:p>
      <w:pPr>
        <w:jc w:val="right"/>
      </w:pPr>
      <w:r>
        <w:t>ہیل اینڈ ان پارڈائز۔</w:t>
      </w:r>
    </w:p>
    <w:p>
      <w:r>
        <w:rPr>
          <w:b/>
        </w:rPr>
        <w:t xml:space="preserve">[20:01] </w:t>
      </w:r>
      <w:r>
        <w:t>So it is very good that there are differences in religion.</w:t>
      </w:r>
    </w:p>
    <w:p>
      <w:pPr>
        <w:jc w:val="right"/>
      </w:pPr>
      <w:r>
        <w:t>سو اٹ از ویری گڈ دیٹ دیر ار ڈیفرنسز ان ریلیجن۔</w:t>
      </w:r>
    </w:p>
    <w:p>
      <w:r>
        <w:rPr>
          <w:b/>
        </w:rPr>
        <w:t xml:space="preserve">[20:05] </w:t>
      </w:r>
      <w:r>
        <w:t>And it is difference that makes religion a living part of our life, not a dead part of</w:t>
      </w:r>
    </w:p>
    <w:p>
      <w:pPr>
        <w:jc w:val="right"/>
      </w:pPr>
      <w:r>
        <w:t>اینڈ اٹ از ڈیفرنس دیٹ میکس ریلیجن ا لیونگ پارٹ اف اور لائف ناٹ ا ڈیڈ پارٹ اف</w:t>
      </w:r>
    </w:p>
    <w:p>
      <w:r>
        <w:rPr>
          <w:b/>
        </w:rPr>
        <w:t xml:space="preserve">[20:13] </w:t>
      </w:r>
      <w:r>
        <w:t>aur life.</w:t>
      </w:r>
    </w:p>
    <w:p>
      <w:pPr>
        <w:jc w:val="right"/>
      </w:pPr>
      <w:r>
        <w:t>اور لائف۔</w:t>
      </w:r>
    </w:p>
    <w:p>
      <w:r>
        <w:rPr>
          <w:b/>
        </w:rPr>
        <w:t xml:space="preserve">[20:15] </w:t>
      </w:r>
      <w:r>
        <w:t>So I can say that you have to learn the art of difference management.</w:t>
      </w:r>
    </w:p>
    <w:p>
      <w:pPr>
        <w:jc w:val="right"/>
      </w:pPr>
      <w:r>
        <w:t>سو ائی کین سی دیٹ یو ہیو ٹو لرن دا ارٹ اف ڈیفرنس مینجمنٹ۔</w:t>
      </w:r>
    </w:p>
    <w:p>
      <w:r>
        <w:rPr>
          <w:b/>
        </w:rPr>
        <w:t xml:space="preserve">[20:21] </w:t>
      </w:r>
      <w:r>
        <w:t>Don't try to eliminate the differences but learn the art of difference management.</w:t>
      </w:r>
    </w:p>
    <w:p>
      <w:pPr>
        <w:jc w:val="right"/>
      </w:pPr>
      <w:r>
        <w:t>ڈونٹ ٹرائی ٹو ایلیمینیٹ دا ڈیفرنسز بٹ لرن دا ارٹ اف ڈیفرنس مینجمنٹ۔</w:t>
      </w:r>
    </w:p>
    <w:p>
      <w:r>
        <w:rPr>
          <w:b/>
        </w:rPr>
        <w:t xml:space="preserve">[20:26] </w:t>
      </w:r>
      <w:r>
        <w:t>This is my message.</w:t>
      </w:r>
    </w:p>
    <w:p>
      <w:pPr>
        <w:jc w:val="right"/>
      </w:pPr>
      <w:r>
        <w:t>دس از مائی میسج۔</w:t>
      </w:r>
    </w:p>
    <w:p>
      <w:r>
        <w:rPr>
          <w:b/>
        </w:rPr>
        <w:t xml:space="preserve">[20:28] </w:t>
      </w:r>
      <w:r>
        <w:t>And this is the key to all success.</w:t>
      </w:r>
    </w:p>
    <w:p>
      <w:pPr>
        <w:jc w:val="right"/>
      </w:pPr>
      <w:r>
        <w:t>اینڈ دس از دا کی ٹو ال سکسیس۔</w:t>
      </w:r>
    </w:p>
    <w:p>
      <w:r>
        <w:rPr>
          <w:b/>
        </w:rPr>
        <w:t xml:space="preserve">[20:31] </w:t>
      </w:r>
      <w:r>
        <w:t>This is the key to all religious success.</w:t>
      </w:r>
    </w:p>
    <w:p>
      <w:pPr>
        <w:jc w:val="right"/>
      </w:pPr>
      <w:r>
        <w:t>دس از دا کی ٹو ال ریلیجس سکسیس۔</w:t>
      </w:r>
    </w:p>
    <w:p>
      <w:r>
        <w:rPr>
          <w:b/>
        </w:rPr>
        <w:t xml:space="preserve">[20:35] </w:t>
      </w:r>
      <w:r>
        <w:t>This is key to all spiritual success.</w:t>
      </w:r>
    </w:p>
    <w:p>
      <w:pPr>
        <w:jc w:val="right"/>
      </w:pPr>
      <w:r>
        <w:t>دس از کی ٹو ال سپرچول سکسیس۔</w:t>
      </w:r>
    </w:p>
    <w:p>
      <w:r>
        <w:rPr>
          <w:b/>
        </w:rPr>
        <w:t xml:space="preserve">[20:38] </w:t>
      </w:r>
      <w:r>
        <w:t>aqoolu qawli wa astaghfirullaha walakum ajmaeen.</w:t>
      </w:r>
    </w:p>
    <w:p>
      <w:pPr>
        <w:jc w:val="right"/>
      </w:pPr>
      <w:r>
        <w:t>اقول قولی واستغفراللہ ولکم اجمعین۔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