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In the light of Hadith and Sunnah (English) February 22, 2007 Maulana Wahiduddin Khan</w:t>
      </w:r>
    </w:p>
    <w:p>
      <w:r>
        <w:t>https://www.youtube.com/watch?v=A7MYL_HL6F4</w:t>
      </w:r>
    </w:p>
    <w:p>
      <w:r>
        <w:rPr>
          <w:b/>
        </w:rPr>
        <w:t xml:space="preserve">[00:10] </w:t>
      </w:r>
      <w:r>
        <w:t>Wa salla Allahu ala al-Nabi al-Karim, Rab ishrah li sadri, wa yassir li amri, wa ahlu al-uqdatan min lisani yafqahu qawli. The topic for the present talk is the picture of Islam in the light of Hadith and Sunnah.</w:t>
      </w:r>
    </w:p>
    <w:p>
      <w:pPr>
        <w:jc w:val="right"/>
      </w:pPr>
      <w:r>
        <w:t>وصلی اللہ علی النبی الکریم، رب اشرح لی صدری، ویسر لی امری، واحل العقدۃ من لسانی یفقہ قولی. دا ٹاپک فار دا پریزنٹ ٹاک از دا پکچر آف اسلام ان دا لائٹ آف حدیث اینڈ سنت.</w:t>
      </w:r>
    </w:p>
    <w:p>
      <w:r>
        <w:rPr>
          <w:b/>
        </w:rPr>
        <w:t xml:space="preserve">[00:34] </w:t>
      </w:r>
      <w:r>
        <w:t>That is the picture of Islam in the sayings of the Prophet and his behavior.</w:t>
      </w:r>
    </w:p>
    <w:p>
      <w:pPr>
        <w:jc w:val="right"/>
      </w:pPr>
      <w:r>
        <w:t>دیٹ از دا پکچر آف اسلام ان دا سینگز آف دا پرافٹ اینڈ ہز بیہیویئر.</w:t>
      </w:r>
    </w:p>
    <w:p>
      <w:r>
        <w:rPr>
          <w:b/>
        </w:rPr>
        <w:t xml:space="preserve">[00:44] </w:t>
      </w:r>
      <w:r>
        <w:t>Hadith means saying, aur Sunnat means behavior.</w:t>
      </w:r>
    </w:p>
    <w:p>
      <w:pPr>
        <w:jc w:val="right"/>
      </w:pPr>
      <w:r>
        <w:t>حدیث مینز سینگ، اور سنت مینز بیہیویئر.</w:t>
      </w:r>
    </w:p>
    <w:p>
      <w:r>
        <w:rPr>
          <w:b/>
        </w:rPr>
        <w:t xml:space="preserve">[00:55] </w:t>
      </w:r>
      <w:r>
        <w:t>So here I will try to give some references from Hadith and Sunnah to describe what is Islam.</w:t>
      </w:r>
    </w:p>
    <w:p>
      <w:pPr>
        <w:jc w:val="right"/>
      </w:pPr>
      <w:r>
        <w:t>سو ہیر آئی ویل ٹرائی ٹو گیو سم ریفرنسز فرام حدیث و سنت ٹو ڈسکرائب واٹ از اسلام.</w:t>
      </w:r>
    </w:p>
    <w:p>
      <w:r>
        <w:rPr>
          <w:b/>
        </w:rPr>
        <w:t xml:space="preserve">[01:06] </w:t>
      </w:r>
      <w:r>
        <w:t>Because the source of Islam is Quran and Sunnah. Quran is book of God, and Sunnah is the sayings and practice of the Prophet of Islam. So in this talk I will try to give some references from the Prophet of Islam.</w:t>
      </w:r>
    </w:p>
    <w:p>
      <w:pPr>
        <w:jc w:val="right"/>
      </w:pPr>
      <w:r>
        <w:t>بیکاز دا سورس آف اسلام از قرآن اینڈ سنت. قرآن از بک آف گاڈ، اینڈ سنت از دا سینگز اینڈ پریکٹس آف دا پرافٹ آف اسلام. سو ان دس ٹاک آئی ویل ٹرائی ٹو گیو سم ریفرنسز فرام دا پرافٹ آف اسلام.</w:t>
      </w:r>
    </w:p>
    <w:p>
      <w:r>
        <w:rPr>
          <w:b/>
        </w:rPr>
        <w:t xml:space="preserve">[01:36] </w:t>
      </w:r>
      <w:r>
        <w:t>You know the prophet of Islam was born in 570 AD in Makkah.</w:t>
      </w:r>
    </w:p>
    <w:p>
      <w:pPr>
        <w:jc w:val="right"/>
      </w:pPr>
      <w:r>
        <w:t>یو نو دا پرافٹ آف اسلام واز born in 570 AD in مکہ.</w:t>
      </w:r>
    </w:p>
    <w:p>
      <w:r>
        <w:rPr>
          <w:b/>
        </w:rPr>
        <w:t xml:space="preserve">[01:43] </w:t>
      </w:r>
      <w:r>
        <w:t>He was appointed by God as a prophet in 610 AD.</w:t>
      </w:r>
    </w:p>
    <w:p>
      <w:pPr>
        <w:jc w:val="right"/>
      </w:pPr>
      <w:r>
        <w:t>He was appointed by God as a prophet in 610 AD.</w:t>
      </w:r>
    </w:p>
    <w:p>
      <w:r>
        <w:rPr>
          <w:b/>
        </w:rPr>
        <w:t xml:space="preserve">[01:51] </w:t>
      </w:r>
      <w:r>
        <w:t>At that time he was in makka, then he migrated to Medina, and he died in Medina in</w:t>
      </w:r>
    </w:p>
    <w:p>
      <w:pPr>
        <w:jc w:val="right"/>
      </w:pPr>
      <w:r>
        <w:t>At that time he was in مکہ, then he migrated to Medina, and he died in Medina in</w:t>
      </w:r>
    </w:p>
    <w:p>
      <w:r>
        <w:rPr>
          <w:b/>
        </w:rPr>
        <w:t xml:space="preserve">[01:59] </w:t>
      </w:r>
      <w:r>
        <w:t>632, and he buried over there.</w:t>
      </w:r>
    </w:p>
    <w:p>
      <w:pPr>
        <w:jc w:val="right"/>
      </w:pPr>
      <w:r>
        <w:t>632, and he buried over there.</w:t>
      </w:r>
    </w:p>
    <w:p>
      <w:r>
        <w:rPr>
          <w:b/>
        </w:rPr>
        <w:t xml:space="preserve">[02:07] </w:t>
      </w:r>
      <w:r>
        <w:t>Say prophets' tradition is compiled in several books.</w:t>
      </w:r>
    </w:p>
    <w:p>
      <w:pPr>
        <w:jc w:val="right"/>
      </w:pPr>
      <w:r>
        <w:t>Say prophets' tradition is compiled in several books.</w:t>
      </w:r>
    </w:p>
    <w:p>
      <w:r>
        <w:rPr>
          <w:b/>
        </w:rPr>
        <w:t xml:space="preserve">[02:15] </w:t>
      </w:r>
      <w:r>
        <w:t>I think that the Prophet of Islam was the only person in the history whose sayings and all</w:t>
      </w:r>
    </w:p>
    <w:p>
      <w:pPr>
        <w:jc w:val="right"/>
      </w:pPr>
      <w:r>
        <w:t>I think that the Prophet of Islam was the only person in the history whose sayings and all</w:t>
      </w:r>
    </w:p>
    <w:p>
      <w:r>
        <w:rPr>
          <w:b/>
        </w:rPr>
        <w:t xml:space="preserve">[02:23] </w:t>
      </w:r>
      <w:r>
        <w:t>his traditions are preserved in the form of book.</w:t>
      </w:r>
    </w:p>
    <w:p>
      <w:pPr>
        <w:jc w:val="right"/>
      </w:pPr>
      <w:r>
        <w:t>his traditions are preserved in the form of book.</w:t>
      </w:r>
    </w:p>
    <w:p>
      <w:r>
        <w:rPr>
          <w:b/>
        </w:rPr>
        <w:t xml:space="preserve">[02:31] </w:t>
      </w:r>
      <w:r>
        <w:t>It is a great treasure not only for Islam but for all humanity.</w:t>
      </w:r>
    </w:p>
    <w:p>
      <w:pPr>
        <w:jc w:val="right"/>
      </w:pPr>
      <w:r>
        <w:t>It is a great treasure not only for Islam but for all humanity.</w:t>
      </w:r>
    </w:p>
    <w:p>
      <w:r>
        <w:rPr>
          <w:b/>
        </w:rPr>
        <w:t xml:space="preserve">[02:39] </w:t>
      </w:r>
      <w:r>
        <w:t>Because the Prophet was sent to all humanity.</w:t>
      </w:r>
    </w:p>
    <w:p>
      <w:pPr>
        <w:jc w:val="right"/>
      </w:pPr>
      <w:r>
        <w:t>Because the Prophet was sent to all humanity.</w:t>
      </w:r>
    </w:p>
    <w:p>
      <w:r>
        <w:rPr>
          <w:b/>
        </w:rPr>
        <w:t xml:space="preserve">[02:47] </w:t>
      </w:r>
      <w:r>
        <w:t>The Prophet of Islam was sent to all humanity not only for Muslims.</w:t>
      </w:r>
    </w:p>
    <w:p>
      <w:pPr>
        <w:jc w:val="right"/>
      </w:pPr>
      <w:r>
        <w:t>The Prophet of Islam was sent to all humanity not only for Muslims.</w:t>
      </w:r>
    </w:p>
    <w:p>
      <w:r>
        <w:rPr>
          <w:b/>
        </w:rPr>
        <w:t xml:space="preserve">[02:55] </w:t>
      </w:r>
      <w:r>
        <w:t>So here I would like to give some references from the Prophet of Islam.</w:t>
      </w:r>
    </w:p>
    <w:p>
      <w:pPr>
        <w:jc w:val="right"/>
      </w:pPr>
      <w:r>
        <w:t>So here I would like to give some references from the Prophet of Islam.</w:t>
      </w:r>
    </w:p>
    <w:p>
      <w:r>
        <w:rPr>
          <w:b/>
        </w:rPr>
        <w:t xml:space="preserve">[03:03] </w:t>
      </w:r>
      <w:r>
        <w:t>The Prophet used to rise early in the morning and say in his prayer, in his morning prayer,</w:t>
      </w:r>
    </w:p>
    <w:p>
      <w:pPr>
        <w:jc w:val="right"/>
      </w:pPr>
      <w:r>
        <w:t>The Prophet used to rise early in the morning and say in his prayer, in his morning prayer,</w:t>
      </w:r>
    </w:p>
    <w:p>
      <w:r>
        <w:rPr>
          <w:b/>
        </w:rPr>
        <w:t xml:space="preserve">[03:13] </w:t>
      </w:r>
      <w:r>
        <w:t>"Allahumma Ashhadu anna al-'ibada kulluhum ikhwa." O God, I bear witness that all men and women are sisters</w:t>
      </w:r>
    </w:p>
    <w:p>
      <w:pPr>
        <w:jc w:val="right"/>
      </w:pPr>
      <w:r>
        <w:t>"Allahumma Ashhadu anna al-'ibada kulluhum ikhwa." O God, I bear witness that all men and women are sisters</w:t>
      </w:r>
    </w:p>
    <w:p>
      <w:r>
        <w:rPr>
          <w:b/>
        </w:rPr>
        <w:t xml:space="preserve">[03:23] </w:t>
      </w:r>
      <w:r>
        <w:t>and brothers to each other.</w:t>
      </w:r>
    </w:p>
    <w:p>
      <w:pPr>
        <w:jc w:val="right"/>
      </w:pPr>
      <w:r>
        <w:t>and brothers to each other.</w:t>
      </w:r>
    </w:p>
    <w:p>
      <w:r>
        <w:rPr>
          <w:b/>
        </w:rPr>
        <w:t xml:space="preserve">[03:33] </w:t>
      </w:r>
      <w:r>
        <w:t>This is the universal aspect of Islam.</w:t>
      </w:r>
    </w:p>
    <w:p>
      <w:pPr>
        <w:jc w:val="right"/>
      </w:pPr>
      <w:r>
        <w:t>This is the universal aspect of Islam.</w:t>
      </w:r>
    </w:p>
    <w:p>
      <w:r>
        <w:rPr>
          <w:b/>
        </w:rPr>
        <w:t xml:space="preserve">[03:44] </w:t>
      </w:r>
      <w:r>
        <w:t>Islam is a universal religion.</w:t>
      </w:r>
    </w:p>
    <w:p>
      <w:pPr>
        <w:jc w:val="right"/>
      </w:pPr>
      <w:r>
        <w:t>Islam is a universal religion.</w:t>
      </w:r>
    </w:p>
    <w:p>
      <w:r>
        <w:rPr>
          <w:b/>
        </w:rPr>
        <w:t xml:space="preserve">[03:51] </w:t>
      </w:r>
      <w:r>
        <w:t>Islamic outlook is a universal outlook.</w:t>
      </w:r>
    </w:p>
    <w:p>
      <w:pPr>
        <w:jc w:val="right"/>
      </w:pPr>
      <w:r>
        <w:t>Islamic outlook is a universal outlook.</w:t>
      </w:r>
    </w:p>
    <w:p>
      <w:r>
        <w:rPr>
          <w:b/>
        </w:rPr>
        <w:t xml:space="preserve">[03:58] </w:t>
      </w:r>
      <w:r>
        <w:t>There is a hadith that the Prophet of Islam has said, "Al-khalq ayal Allah." All creatures are God's</w:t>
      </w:r>
    </w:p>
    <w:p>
      <w:pPr>
        <w:jc w:val="right"/>
      </w:pPr>
      <w:r>
        <w:t>There is a hadith that the Prophet of Islam has said, "Al-خلق حیال اللہ." All creatures are God's</w:t>
      </w:r>
    </w:p>
    <w:p>
      <w:r>
        <w:rPr>
          <w:b/>
        </w:rPr>
        <w:t xml:space="preserve">[04:06] </w:t>
      </w:r>
      <w:r>
        <w:t>progeny, God's family.</w:t>
      </w:r>
    </w:p>
    <w:p>
      <w:pPr>
        <w:jc w:val="right"/>
      </w:pPr>
      <w:r>
        <w:t>progeny, God's family.</w:t>
      </w:r>
    </w:p>
    <w:p>
      <w:r>
        <w:rPr>
          <w:b/>
        </w:rPr>
        <w:t xml:space="preserve">[04:13] </w:t>
      </w:r>
      <w:r>
        <w:t>So Islamic outlook is a universal outlook.</w:t>
      </w:r>
    </w:p>
    <w:p>
      <w:pPr>
        <w:jc w:val="right"/>
      </w:pPr>
      <w:r>
        <w:t>So Islamic outlook is a universal outlook.</w:t>
      </w:r>
    </w:p>
    <w:p>
      <w:r>
        <w:rPr>
          <w:b/>
        </w:rPr>
        <w:t xml:space="preserve">[04:20] </w:t>
      </w:r>
      <w:r>
        <w:t>Islam sees all men and women as sisters and brothers.</w:t>
      </w:r>
    </w:p>
    <w:p>
      <w:pPr>
        <w:jc w:val="right"/>
      </w:pPr>
      <w:r>
        <w:t>Islam sees all men and women as sisters and brothers.</w:t>
      </w:r>
    </w:p>
    <w:p>
      <w:r>
        <w:rPr>
          <w:b/>
        </w:rPr>
        <w:t xml:space="preserve">[04:28] </w:t>
      </w:r>
      <w:r>
        <w:t>Because the Creator of all humanity is one.</w:t>
      </w:r>
    </w:p>
    <w:p>
      <w:pPr>
        <w:jc w:val="right"/>
      </w:pPr>
      <w:r>
        <w:t>Because the Creator of all humanity is one.</w:t>
      </w:r>
    </w:p>
    <w:p>
      <w:r>
        <w:rPr>
          <w:b/>
        </w:rPr>
        <w:t xml:space="preserve">[04:35] </w:t>
      </w:r>
      <w:r>
        <w:t>All the men and all women were created by God.</w:t>
      </w:r>
    </w:p>
    <w:p>
      <w:pPr>
        <w:jc w:val="right"/>
      </w:pPr>
      <w:r>
        <w:t>All the men and all women were created by God.</w:t>
      </w:r>
    </w:p>
    <w:p>
      <w:r>
        <w:rPr>
          <w:b/>
        </w:rPr>
        <w:t xml:space="preserve">[04:43] </w:t>
      </w:r>
      <w:r>
        <w:t>And the ancestor was common.</w:t>
      </w:r>
    </w:p>
    <w:p>
      <w:pPr>
        <w:jc w:val="right"/>
      </w:pPr>
      <w:r>
        <w:t>And the ancestor was common.</w:t>
      </w:r>
    </w:p>
    <w:p>
      <w:r>
        <w:rPr>
          <w:b/>
        </w:rPr>
        <w:t xml:space="preserve">[04:49] </w:t>
      </w:r>
      <w:r>
        <w:t>That is Adam and Eve.</w:t>
      </w:r>
    </w:p>
    <w:p>
      <w:pPr>
        <w:jc w:val="right"/>
      </w:pPr>
      <w:r>
        <w:t>That is Adam and Eve.</w:t>
      </w:r>
    </w:p>
    <w:p>
      <w:r>
        <w:rPr>
          <w:b/>
        </w:rPr>
        <w:t xml:space="preserve">[04:56] </w:t>
      </w:r>
      <w:r>
        <w:t>Adam and Eve, the life begins from Adam and Eve.</w:t>
      </w:r>
    </w:p>
    <w:p>
      <w:pPr>
        <w:jc w:val="right"/>
      </w:pPr>
      <w:r>
        <w:t>Adam and Eve, the life begins from Adam and Eve.</w:t>
      </w:r>
    </w:p>
    <w:p>
      <w:r>
        <w:rPr>
          <w:b/>
        </w:rPr>
        <w:t xml:space="preserve">[05:03] </w:t>
      </w:r>
      <w:r>
        <w:t>The life on this earth begins from Adam and Eve.</w:t>
      </w:r>
    </w:p>
    <w:p>
      <w:pPr>
        <w:jc w:val="right"/>
      </w:pPr>
      <w:r>
        <w:t>The life on this earth begins from Adam and Eve.</w:t>
      </w:r>
    </w:p>
    <w:p>
      <w:r>
        <w:rPr>
          <w:b/>
        </w:rPr>
        <w:t xml:space="preserve">[05:10] </w:t>
      </w:r>
      <w:r>
        <w:t>So the parent of all humanity, all mankind is one.</w:t>
      </w:r>
    </w:p>
    <w:p>
      <w:pPr>
        <w:jc w:val="right"/>
      </w:pPr>
      <w:r>
        <w:t>So the parent of all humanity, all mankind is one.</w:t>
      </w:r>
    </w:p>
    <w:p>
      <w:r>
        <w:rPr>
          <w:b/>
        </w:rPr>
        <w:t xml:space="preserve">[05:17] </w:t>
      </w:r>
      <w:r>
        <w:t>So God is one.</w:t>
      </w:r>
    </w:p>
    <w:p>
      <w:pPr>
        <w:jc w:val="right"/>
      </w:pPr>
      <w:r>
        <w:t>So God is one.</w:t>
      </w:r>
    </w:p>
    <w:p>
      <w:r>
        <w:rPr>
          <w:b/>
        </w:rPr>
        <w:t xml:space="preserve">[05:24] </w:t>
      </w:r>
      <w:r>
        <w:t>Ancestors are one.</w:t>
      </w:r>
    </w:p>
    <w:p>
      <w:pPr>
        <w:jc w:val="right"/>
      </w:pPr>
      <w:r>
        <w:t>Ancestors are one.</w:t>
      </w:r>
    </w:p>
    <w:p>
      <w:r>
        <w:rPr>
          <w:b/>
        </w:rPr>
        <w:t xml:space="preserve">[05:31] </w:t>
      </w:r>
      <w:r>
        <w:t>So this kind of thinking creates brotherhood, universal brotherhood.</w:t>
      </w:r>
    </w:p>
    <w:p>
      <w:pPr>
        <w:jc w:val="right"/>
      </w:pPr>
      <w:r>
        <w:t>So this kind of thinking creates brotherhood, universal brotherhood.</w:t>
      </w:r>
    </w:p>
    <w:p>
      <w:r>
        <w:rPr>
          <w:b/>
        </w:rPr>
        <w:t xml:space="preserve">[05:38] </w:t>
      </w:r>
      <w:r>
        <w:t>this kind of thinking creates universal brotherhood. there are other sayings of this kind.</w:t>
      </w:r>
    </w:p>
    <w:p>
      <w:pPr>
        <w:jc w:val="right"/>
      </w:pPr>
      <w:r>
        <w:t>This kind of thinking creates universal brotherhood. There are other sayings of this kind.</w:t>
      </w:r>
    </w:p>
    <w:p>
      <w:r>
        <w:rPr>
          <w:b/>
        </w:rPr>
        <w:t xml:space="preserve">[05:57] </w:t>
      </w:r>
      <w:r>
        <w:t>There are other sayings of this kind that tell us what was the prophetic vision, what was the</w:t>
      </w:r>
    </w:p>
    <w:p>
      <w:pPr>
        <w:jc w:val="right"/>
      </w:pPr>
      <w:r>
        <w:t>There are other sayings of this kind that tell us what was the prophetic vision, what was the</w:t>
      </w:r>
    </w:p>
    <w:p>
      <w:r>
        <w:rPr>
          <w:b/>
        </w:rPr>
        <w:t xml:space="preserve">[06:07] </w:t>
      </w:r>
      <w:r>
        <w:t>concept of Islam towards humanity.</w:t>
      </w:r>
    </w:p>
    <w:p>
      <w:pPr>
        <w:jc w:val="right"/>
      </w:pPr>
      <w:r>
        <w:t>concept of Islam towards humanity.</w:t>
      </w:r>
    </w:p>
    <w:p>
      <w:r>
        <w:rPr>
          <w:b/>
        </w:rPr>
        <w:t xml:space="preserve">[06:17] </w:t>
      </w:r>
      <w:r>
        <w:t>It is a very well-known fact in history that Islam was the only religion on the earth that</w:t>
      </w:r>
    </w:p>
    <w:p>
      <w:pPr>
        <w:jc w:val="right"/>
      </w:pPr>
      <w:r>
        <w:t>It is a very well-known fact in history that Islam was the only religion on the earth that</w:t>
      </w:r>
    </w:p>
    <w:p>
      <w:r>
        <w:rPr>
          <w:b/>
        </w:rPr>
        <w:t xml:space="preserve">[06:27] </w:t>
      </w:r>
      <w:r>
        <w:t>was able to create a society where every man and woman were equal.</w:t>
      </w:r>
    </w:p>
    <w:p>
      <w:pPr>
        <w:jc w:val="right"/>
      </w:pPr>
      <w:r>
        <w:t>was able to create a society where every man and woman were equal.</w:t>
      </w:r>
    </w:p>
    <w:p>
      <w:r>
        <w:rPr>
          <w:b/>
        </w:rPr>
        <w:t xml:space="preserve">[06:38] </w:t>
      </w:r>
      <w:r>
        <w:t>Islamic society of the early period was a society where there was fraternity, brotherhood, and equality.</w:t>
      </w:r>
    </w:p>
    <w:p>
      <w:pPr>
        <w:jc w:val="right"/>
      </w:pPr>
      <w:r>
        <w:t>Islamic society of the early period was a society where there was fraternity, brotherhood, and equality.</w:t>
      </w:r>
    </w:p>
    <w:p>
      <w:r>
        <w:rPr>
          <w:b/>
        </w:rPr>
        <w:t xml:space="preserve">[06:48] </w:t>
      </w:r>
      <w:r>
        <w:t>So in Islam, universality is not only a value.</w:t>
      </w:r>
    </w:p>
    <w:p>
      <w:pPr>
        <w:jc w:val="right"/>
      </w:pPr>
      <w:r>
        <w:t>So in Islam, universality is not only a value.</w:t>
      </w:r>
    </w:p>
    <w:p>
      <w:r>
        <w:rPr>
          <w:b/>
        </w:rPr>
        <w:t xml:space="preserve">[06:58] </w:t>
      </w:r>
      <w:r>
        <w:t>Universality is also in Islamic society of the early period you can see that this value was also</w:t>
      </w:r>
    </w:p>
    <w:p>
      <w:pPr>
        <w:jc w:val="right"/>
      </w:pPr>
      <w:r>
        <w:t>Universality is also in Islamic society of the early period you can see that this value was also</w:t>
      </w:r>
    </w:p>
    <w:p>
      <w:r>
        <w:rPr>
          <w:b/>
        </w:rPr>
        <w:t xml:space="preserve">[07:09] </w:t>
      </w:r>
      <w:r>
        <w:t>translated into practice.</w:t>
      </w:r>
    </w:p>
    <w:p>
      <w:pPr>
        <w:jc w:val="right"/>
      </w:pPr>
      <w:r>
        <w:t>translated into practice.</w:t>
      </w:r>
    </w:p>
    <w:p>
      <w:r>
        <w:rPr>
          <w:b/>
        </w:rPr>
        <w:t xml:space="preserve">[07:19] </w:t>
      </w:r>
      <w:r>
        <w:t>This fact was accepted by all the historians.</w:t>
      </w:r>
    </w:p>
    <w:p>
      <w:pPr>
        <w:jc w:val="right"/>
      </w:pPr>
      <w:r>
        <w:t>This fact was accepted by all the historians.</w:t>
      </w:r>
    </w:p>
    <w:p>
      <w:r>
        <w:rPr>
          <w:b/>
        </w:rPr>
        <w:t xml:space="preserve">[07:29] </w:t>
      </w:r>
      <w:r>
        <w:t>Swami Vivekananda was a great thinker of India.</w:t>
      </w:r>
    </w:p>
    <w:p>
      <w:pPr>
        <w:jc w:val="right"/>
      </w:pPr>
      <w:r>
        <w:t>Swami Vivekananda was a great thinker of India.</w:t>
      </w:r>
    </w:p>
    <w:p>
      <w:r>
        <w:rPr>
          <w:b/>
        </w:rPr>
        <w:t xml:space="preserve">[07:40] </w:t>
      </w:r>
      <w:r>
        <w:t>He says in one of his writings that if ever any religion approached this equality, it is Islam</w:t>
      </w:r>
    </w:p>
    <w:p>
      <w:pPr>
        <w:jc w:val="right"/>
      </w:pPr>
      <w:r>
        <w:t>He says in one of his writings that if ever any religion approached this equality, it is Islam</w:t>
      </w:r>
    </w:p>
    <w:p>
      <w:r>
        <w:rPr>
          <w:b/>
        </w:rPr>
        <w:t xml:space="preserve">[07:50] </w:t>
      </w:r>
      <w:r>
        <w:t>and Islam alone.</w:t>
      </w:r>
    </w:p>
    <w:p>
      <w:pPr>
        <w:jc w:val="right"/>
      </w:pPr>
      <w:r>
        <w:t>and Islam alone.</w:t>
      </w:r>
    </w:p>
    <w:p>
      <w:r>
        <w:rPr>
          <w:b/>
        </w:rPr>
        <w:t xml:space="preserve">[08:00] </w:t>
      </w:r>
      <w:r>
        <w:t>So the first norm given by the Prophet was equality, universality, universal brotherhood.</w:t>
      </w:r>
    </w:p>
    <w:p>
      <w:pPr>
        <w:jc w:val="right"/>
      </w:pPr>
      <w:r>
        <w:t>So the first norm given by the Prophet was equality, universality, universal brotherhood.</w:t>
      </w:r>
    </w:p>
    <w:p>
      <w:r>
        <w:rPr>
          <w:b/>
        </w:rPr>
        <w:t xml:space="preserve">[08:11] </w:t>
      </w:r>
      <w:r>
        <w:t>This was the first lesson given by the Prophet of Islam.</w:t>
      </w:r>
    </w:p>
    <w:p>
      <w:pPr>
        <w:jc w:val="right"/>
      </w:pPr>
      <w:r>
        <w:t>This was the first lesson given by the Prophet of Islam.</w:t>
      </w:r>
    </w:p>
    <w:p>
      <w:r>
        <w:rPr>
          <w:b/>
        </w:rPr>
        <w:t xml:space="preserve">[08:24] </w:t>
      </w:r>
      <w:r>
        <w:t>Then the Prophet of Islam has said, "Al-Muslimu man salaman nasu bil lisanihi wa yadihi." Muslim is one</w:t>
      </w:r>
    </w:p>
    <w:p>
      <w:pPr>
        <w:jc w:val="right"/>
      </w:pPr>
      <w:r>
        <w:t>Then the Prophet of Islam has said, "Al-Muslimu man salaman nasu bil lisanihi wa yadihi." Muslim is one</w:t>
      </w:r>
    </w:p>
    <w:p>
      <w:r>
        <w:rPr>
          <w:b/>
        </w:rPr>
        <w:t xml:space="preserve">[08:38] </w:t>
      </w:r>
      <w:r>
        <w:t>by whose hands and tongue people are safe.</w:t>
      </w:r>
    </w:p>
    <w:p>
      <w:pPr>
        <w:jc w:val="right"/>
      </w:pPr>
      <w:r>
        <w:t>by whose hands and tongue people are safe.</w:t>
      </w:r>
    </w:p>
    <w:p>
      <w:r>
        <w:rPr>
          <w:b/>
        </w:rPr>
        <w:t xml:space="preserve">[08:51] </w:t>
      </w:r>
      <w:r>
        <w:t>It means that a true Muslim, a true Muslim or a true Mumin is one who is a harmless person.</w:t>
      </w:r>
    </w:p>
    <w:p>
      <w:pPr>
        <w:jc w:val="right"/>
      </w:pPr>
      <w:r>
        <w:t>It means that a true Muslim, a true Muslim or a true Mumin is one who is a harmless person.</w:t>
      </w:r>
    </w:p>
    <w:p>
      <w:r>
        <w:rPr>
          <w:b/>
        </w:rPr>
        <w:t xml:space="preserve">[09:05] </w:t>
      </w:r>
      <w:r>
        <w:t>a true muslim is a harmless member of his society. a true muslim is a no problem person.</w:t>
      </w:r>
    </w:p>
    <w:p>
      <w:pPr>
        <w:jc w:val="right"/>
      </w:pPr>
      <w:r>
        <w:t>A true Muslim is a harmless member of his society. A true Muslim is a no problem person.</w:t>
      </w:r>
    </w:p>
    <w:p>
      <w:r>
        <w:rPr>
          <w:b/>
        </w:rPr>
        <w:t xml:space="preserve">[09:20] </w:t>
      </w:r>
      <w:r>
        <w:t>Muslim is one who refrains himself from creating problems to the others.</w:t>
      </w:r>
    </w:p>
    <w:p>
      <w:pPr>
        <w:jc w:val="right"/>
      </w:pPr>
      <w:r>
        <w:t>Muslim is one who refrains himself from creating problems to the others.</w:t>
      </w:r>
    </w:p>
    <w:p>
      <w:r>
        <w:rPr>
          <w:b/>
        </w:rPr>
        <w:t xml:space="preserve">[09:33] </w:t>
      </w:r>
      <w:r>
        <w:t>There is a hadith, "Alladhi la yamanu jaruhu bawaikahu." It means that he is not a Mumin, he</w:t>
      </w:r>
    </w:p>
    <w:p>
      <w:pPr>
        <w:jc w:val="right"/>
      </w:pPr>
      <w:r>
        <w:t>There is a hadith, "Alladhi la yamanu jaruhu bawaikahu." It means that he is not a Mumin, he</w:t>
      </w:r>
    </w:p>
    <w:p>
      <w:r>
        <w:rPr>
          <w:b/>
        </w:rPr>
        <w:t xml:space="preserve">[09:46] </w:t>
      </w:r>
      <w:r>
        <w:t>is not a true Muslim who creates problems for his neighbors, who creates problems for others.</w:t>
      </w:r>
    </w:p>
    <w:p>
      <w:pPr>
        <w:jc w:val="right"/>
      </w:pPr>
      <w:r>
        <w:t>is not a true Muslim who creates problems for his neighbors, who creates problems for others.</w:t>
      </w:r>
    </w:p>
    <w:p>
      <w:r>
        <w:rPr>
          <w:b/>
        </w:rPr>
        <w:t xml:space="preserve">[09:59] </w:t>
      </w:r>
      <w:r>
        <w:t>This is a hadith saying of the Prophet of Islam.</w:t>
      </w:r>
    </w:p>
    <w:p>
      <w:pPr>
        <w:jc w:val="right"/>
      </w:pPr>
      <w:r>
        <w:t>This is a hadith saying of the Prophet of Islam.</w:t>
      </w:r>
    </w:p>
    <w:p>
      <w:r>
        <w:rPr>
          <w:b/>
        </w:rPr>
        <w:t xml:space="preserve">[10:13] </w:t>
      </w:r>
      <w:r>
        <w:t>he defines muslims as a no problem person. he defines a mumin as a no problem person.</w:t>
      </w:r>
    </w:p>
    <w:p>
      <w:pPr>
        <w:jc w:val="right"/>
      </w:pPr>
      <w:r>
        <w:t>He defines Muslims as a no problem person. He defines a Mumin as a no problem person.</w:t>
      </w:r>
    </w:p>
    <w:p>
      <w:r>
        <w:rPr>
          <w:b/>
        </w:rPr>
        <w:t xml:space="preserve">[10:24] </w:t>
      </w:r>
      <w:r>
        <w:t>So every man and every woman who believes in Islam, he must live as a no problem person</w:t>
      </w:r>
    </w:p>
    <w:p>
      <w:pPr>
        <w:jc w:val="right"/>
      </w:pPr>
      <w:r>
        <w:t>So every man and every woman who believes in Islam, he must live as a no problem person</w:t>
      </w:r>
    </w:p>
    <w:p>
      <w:r>
        <w:rPr>
          <w:b/>
        </w:rPr>
        <w:t xml:space="preserve">[10:37] </w:t>
      </w:r>
      <w:r>
        <w:t>in his society.</w:t>
      </w:r>
    </w:p>
    <w:p>
      <w:pPr>
        <w:jc w:val="right"/>
      </w:pPr>
      <w:r>
        <w:t>in his society.</w:t>
      </w:r>
    </w:p>
    <w:p>
      <w:r>
        <w:rPr>
          <w:b/>
        </w:rPr>
        <w:t xml:space="preserve">[10:50] </w:t>
      </w:r>
      <w:r>
        <w:t>Then there is a hadith, "Illam tanfahu fala tadhurrah." It is a two-point formula.</w:t>
      </w:r>
    </w:p>
    <w:p>
      <w:pPr>
        <w:jc w:val="right"/>
      </w:pPr>
      <w:r>
        <w:t>Then there is a hadith, "Illam tanfahu fala tadhurrah." It is a two-point formula.</w:t>
      </w:r>
    </w:p>
    <w:p>
      <w:r>
        <w:rPr>
          <w:b/>
        </w:rPr>
        <w:t xml:space="preserve">[11:03] </w:t>
      </w:r>
      <w:r>
        <w:t>It means that live in your society either as a giver person or as a no problem person.</w:t>
      </w:r>
    </w:p>
    <w:p>
      <w:pPr>
        <w:jc w:val="right"/>
      </w:pPr>
      <w:r>
        <w:t>It means that live in your society either as a giver person or as a no problem person.</w:t>
      </w:r>
    </w:p>
    <w:p>
      <w:r>
        <w:rPr>
          <w:b/>
        </w:rPr>
        <w:t xml:space="preserve">[11:16] </w:t>
      </w:r>
      <w:r>
        <w:t>It is very important.</w:t>
      </w:r>
    </w:p>
    <w:p>
      <w:pPr>
        <w:jc w:val="right"/>
      </w:pPr>
      <w:r>
        <w:t>It is very important.</w:t>
      </w:r>
    </w:p>
    <w:p>
      <w:r>
        <w:rPr>
          <w:b/>
        </w:rPr>
        <w:t xml:space="preserve">[11:22] </w:t>
      </w:r>
      <w:r>
        <w:t>"Illam tanfahu fala tadhurrah." If you are not able to live as a giver person in your society,</w:t>
      </w:r>
    </w:p>
    <w:p>
      <w:pPr>
        <w:jc w:val="right"/>
      </w:pPr>
      <w:r>
        <w:t>"Illam tanfahu fala tadhurrah." If you are not able to live as a giver person in your society,</w:t>
      </w:r>
    </w:p>
    <w:p>
      <w:r>
        <w:rPr>
          <w:b/>
        </w:rPr>
        <w:t xml:space="preserve">[11:29] </w:t>
      </w:r>
      <w:r>
        <w:t>live as a no problem person in your society.</w:t>
      </w:r>
    </w:p>
    <w:p>
      <w:pPr>
        <w:jc w:val="right"/>
      </w:pPr>
      <w:r>
        <w:t>live as a no problem person in your society.</w:t>
      </w:r>
    </w:p>
    <w:p>
      <w:r>
        <w:rPr>
          <w:b/>
        </w:rPr>
        <w:t xml:space="preserve">[11:36] </w:t>
      </w:r>
      <w:r>
        <w:t>So there are only two positions for a Mumin.</w:t>
      </w:r>
    </w:p>
    <w:p>
      <w:pPr>
        <w:jc w:val="right"/>
      </w:pPr>
      <w:r>
        <w:t>So there are only two positions for a Mumin.</w:t>
      </w:r>
    </w:p>
    <w:p>
      <w:r>
        <w:rPr>
          <w:b/>
        </w:rPr>
        <w:t xml:space="preserve">[11:43] </w:t>
      </w:r>
      <w:r>
        <w:t>Either he must give something to his society or he refrains himself from creating problems for his society.</w:t>
      </w:r>
    </w:p>
    <w:p>
      <w:pPr>
        <w:jc w:val="right"/>
      </w:pPr>
      <w:r>
        <w:t>Either he must give something to his society or he refrains himself from creating problems for his society.</w:t>
      </w:r>
    </w:p>
    <w:p>
      <w:r>
        <w:rPr>
          <w:b/>
        </w:rPr>
        <w:t xml:space="preserve">[11:50] </w:t>
      </w:r>
      <w:r>
        <w:t>There is no third position.</w:t>
      </w:r>
    </w:p>
    <w:p>
      <w:pPr>
        <w:jc w:val="right"/>
      </w:pPr>
      <w:r>
        <w:t>There is no third position.</w:t>
      </w:r>
    </w:p>
    <w:p>
      <w:r>
        <w:rPr>
          <w:b/>
        </w:rPr>
        <w:t xml:space="preserve">[11:57] </w:t>
      </w:r>
      <w:r>
        <w:t>There is no third position.</w:t>
      </w:r>
    </w:p>
    <w:p>
      <w:pPr>
        <w:jc w:val="right"/>
      </w:pPr>
      <w:r>
        <w:t>There is no third position.</w:t>
      </w:r>
    </w:p>
    <w:p>
      <w:r>
        <w:rPr>
          <w:b/>
        </w:rPr>
        <w:t xml:space="preserve">[12:05] </w:t>
      </w:r>
      <w:r>
        <w:t>So Islam is a two-point formula in terms of society.</w:t>
      </w:r>
    </w:p>
    <w:p>
      <w:pPr>
        <w:jc w:val="right"/>
      </w:pPr>
      <w:r>
        <w:t>So Islam is a two-point formula in terms of society.</w:t>
      </w:r>
    </w:p>
    <w:p>
      <w:r>
        <w:rPr>
          <w:b/>
        </w:rPr>
        <w:t xml:space="preserve">[12:14] </w:t>
      </w:r>
      <w:r>
        <w:t>In terms of society, Islamic life is based on a two-point formula.</w:t>
      </w:r>
    </w:p>
    <w:p>
      <w:pPr>
        <w:jc w:val="right"/>
      </w:pPr>
      <w:r>
        <w:t>In terms of society, Islamic life is based on a two-point formula.</w:t>
      </w:r>
    </w:p>
    <w:p>
      <w:r>
        <w:rPr>
          <w:b/>
        </w:rPr>
        <w:t xml:space="preserve">[12:23] </w:t>
      </w:r>
      <w:r>
        <w:t>Either you have to live as a giver person or you have to live as a no problem person.</w:t>
      </w:r>
    </w:p>
    <w:p>
      <w:pPr>
        <w:jc w:val="right"/>
      </w:pPr>
      <w:r>
        <w:t>Either you have to live as a giver person or you have to live as a no problem person.</w:t>
      </w:r>
    </w:p>
    <w:p>
      <w:r>
        <w:rPr>
          <w:b/>
        </w:rPr>
        <w:t xml:space="preserve">[12:32] </w:t>
      </w:r>
      <w:r>
        <w:t>There is no room for that person who lives as a harmful person in his society.</w:t>
      </w:r>
    </w:p>
    <w:p>
      <w:pPr>
        <w:jc w:val="right"/>
      </w:pPr>
      <w:r>
        <w:t>There is no room for that person who lives as a harmful person in his society.</w:t>
      </w:r>
    </w:p>
    <w:p>
      <w:r>
        <w:rPr>
          <w:b/>
        </w:rPr>
        <w:t xml:space="preserve">[12:43] </w:t>
      </w:r>
      <w:r>
        <w:t>Only a harmless person is accepted in an Islamic society.</w:t>
      </w:r>
    </w:p>
    <w:p>
      <w:pPr>
        <w:jc w:val="right"/>
      </w:pPr>
      <w:r>
        <w:t>Only a harmless person is accepted in an Islamic society.</w:t>
      </w:r>
    </w:p>
    <w:p>
      <w:r>
        <w:rPr>
          <w:b/>
        </w:rPr>
        <w:t xml:space="preserve">[12:54] </w:t>
      </w:r>
      <w:r>
        <w:t>"Illam tanfahu fala tadhurrah." I think that is the best formula for living in a human society. Best formula.</w:t>
      </w:r>
    </w:p>
    <w:p>
      <w:pPr>
        <w:jc w:val="right"/>
      </w:pPr>
      <w:r>
        <w:t>"Illam tanfahu fala tadhurrah." I think that is the best formula for living in a human society. Best formula.</w:t>
      </w:r>
    </w:p>
    <w:p>
      <w:r>
        <w:rPr>
          <w:b/>
        </w:rPr>
        <w:t xml:space="preserve">[13:05] </w:t>
      </w:r>
      <w:r>
        <w:t>If everyone keeps this teaching, then society becomes a peaceful society.</w:t>
      </w:r>
    </w:p>
    <w:p>
      <w:pPr>
        <w:jc w:val="right"/>
      </w:pPr>
      <w:r>
        <w:t>If everyone keeps this teaching, then society becomes a peaceful society.</w:t>
      </w:r>
    </w:p>
    <w:p>
      <w:r>
        <w:rPr>
          <w:b/>
        </w:rPr>
        <w:t xml:space="preserve">[13:16] </w:t>
      </w:r>
      <w:r>
        <w:t>Very simple and very important.</w:t>
      </w:r>
    </w:p>
    <w:p>
      <w:pPr>
        <w:jc w:val="right"/>
      </w:pPr>
      <w:r>
        <w:t>Very simple and very important.</w:t>
      </w:r>
    </w:p>
    <w:p>
      <w:r>
        <w:rPr>
          <w:b/>
        </w:rPr>
        <w:t xml:space="preserve">[13:27] </w:t>
      </w:r>
      <w:r>
        <w:t>This two-point formula is very simple and at the same time very, very important.</w:t>
      </w:r>
    </w:p>
    <w:p>
      <w:pPr>
        <w:jc w:val="right"/>
      </w:pPr>
      <w:r>
        <w:t>This two-point formula is very simple and at the same time very, very important.</w:t>
      </w:r>
    </w:p>
    <w:p>
      <w:r>
        <w:rPr>
          <w:b/>
        </w:rPr>
        <w:t xml:space="preserve">[13:38] </w:t>
      </w:r>
      <w:r>
        <w:t>Very simple and very important.</w:t>
      </w:r>
    </w:p>
    <w:p>
      <w:pPr>
        <w:jc w:val="right"/>
      </w:pPr>
      <w:r>
        <w:t>Very simple and very important.</w:t>
      </w:r>
    </w:p>
    <w:p>
      <w:r>
        <w:rPr>
          <w:b/>
        </w:rPr>
        <w:t xml:space="preserve">[13:49] </w:t>
      </w:r>
      <w:r>
        <w:t>You have to live either as a giver person or you have to live as a no problem person.</w:t>
      </w:r>
    </w:p>
    <w:p>
      <w:pPr>
        <w:jc w:val="right"/>
      </w:pPr>
      <w:r>
        <w:t>You have to live either as a giver person or you have to live as a no problem person.</w:t>
      </w:r>
    </w:p>
    <w:p>
      <w:r>
        <w:rPr>
          <w:b/>
        </w:rPr>
        <w:t xml:space="preserve">[14:01] </w:t>
      </w:r>
      <w:r>
        <w:t>So a beautiful formula.</w:t>
      </w:r>
    </w:p>
    <w:p>
      <w:pPr>
        <w:jc w:val="right"/>
      </w:pPr>
      <w:r>
        <w:t>So a beautiful formula.</w:t>
      </w:r>
    </w:p>
    <w:p>
      <w:r>
        <w:rPr>
          <w:b/>
        </w:rPr>
        <w:t xml:space="preserve">[14:11] </w:t>
      </w:r>
      <w:r>
        <w:t>Then a person came to the Prophet of Islam. He asked.</w:t>
      </w:r>
    </w:p>
    <w:p>
      <w:pPr>
        <w:jc w:val="right"/>
      </w:pPr>
      <w:r>
        <w:t>Then a person came to the Prophet of Islam. He asked.</w:t>
      </w:r>
    </w:p>
    <w:p>
      <w:r>
        <w:rPr>
          <w:b/>
        </w:rPr>
        <w:t xml:space="preserve">[14:21] </w:t>
      </w:r>
      <w:r>
        <w:t>He said, "O Prophet, give me a master advice." "Ya Rasulallah, alimni kalamatin aishu bihinna." "Ya Rasulallah, alimni</w:t>
      </w:r>
    </w:p>
    <w:p>
      <w:pPr>
        <w:jc w:val="right"/>
      </w:pPr>
      <w:r>
        <w:t>He said, "O Prophet, give me a master advice." "Ya Rasulallah, alimni kalamatin aishu bihinna." "Ya Rasulallah, alimni</w:t>
      </w:r>
    </w:p>
    <w:p>
      <w:r>
        <w:rPr>
          <w:b/>
        </w:rPr>
        <w:t xml:space="preserve">[14:31] </w:t>
      </w:r>
      <w:r>
        <w:t>kalamatin aishu bihinna wala tukshir alayya fa ansa." It means that, "O Prophet, give me a master advice</w:t>
      </w:r>
    </w:p>
    <w:p>
      <w:pPr>
        <w:jc w:val="right"/>
      </w:pPr>
      <w:r>
        <w:t>kalamatin aishu bihinna wala tukshir alayya fa ansa." It means that, "O Prophet, give me a master advice</w:t>
      </w:r>
    </w:p>
    <w:p>
      <w:r>
        <w:rPr>
          <w:b/>
        </w:rPr>
        <w:t xml:space="preserve">[14:41] </w:t>
      </w:r>
      <w:r>
        <w:t>by which I may be able to manage all the affairs of my life." The Prophet said, "La</w:t>
      </w:r>
    </w:p>
    <w:p>
      <w:pPr>
        <w:jc w:val="right"/>
      </w:pPr>
      <w:r>
        <w:t>by which I may be able to manage all the affairs of my life." The Prophet said, "La</w:t>
      </w:r>
    </w:p>
    <w:p>
      <w:r>
        <w:rPr>
          <w:b/>
        </w:rPr>
        <w:t xml:space="preserve">[14:51] </w:t>
      </w:r>
      <w:r>
        <w:t>taqzab." Don't be angry.</w:t>
      </w:r>
    </w:p>
    <w:p>
      <w:pPr>
        <w:jc w:val="right"/>
      </w:pPr>
      <w:r>
        <w:t>taqzab." Don't be angry.</w:t>
      </w:r>
    </w:p>
    <w:p>
      <w:r>
        <w:rPr>
          <w:b/>
        </w:rPr>
        <w:t xml:space="preserve">[15:01] </w:t>
      </w:r>
      <w:r>
        <w:t>Now, what is the meaning of this sentence, this answer?</w:t>
      </w:r>
    </w:p>
    <w:p>
      <w:pPr>
        <w:jc w:val="right"/>
      </w:pPr>
      <w:r>
        <w:t>Now, what is the meaning of this sentence, this answer?</w:t>
      </w:r>
    </w:p>
    <w:p>
      <w:r>
        <w:rPr>
          <w:b/>
        </w:rPr>
        <w:t xml:space="preserve">[15:07] </w:t>
      </w:r>
      <w:r>
        <w:t>It means that don't be angry even when provoked.</w:t>
      </w:r>
    </w:p>
    <w:p>
      <w:pPr>
        <w:jc w:val="right"/>
      </w:pPr>
      <w:r>
        <w:t>It means that don't be angry even when provoked.</w:t>
      </w:r>
    </w:p>
    <w:p>
      <w:r>
        <w:rPr>
          <w:b/>
        </w:rPr>
        <w:t xml:space="preserve">[15:14] </w:t>
      </w:r>
      <w:r>
        <w:t>Because anger is an outcome of provocation.</w:t>
      </w:r>
    </w:p>
    <w:p>
      <w:pPr>
        <w:jc w:val="right"/>
      </w:pPr>
      <w:r>
        <w:t>Because anger is an outcome of provocation.</w:t>
      </w:r>
    </w:p>
    <w:p>
      <w:r>
        <w:rPr>
          <w:b/>
        </w:rPr>
        <w:t xml:space="preserve">[15:21] </w:t>
      </w:r>
      <w:r>
        <w:t>When there is provocation, there is anger.</w:t>
      </w:r>
    </w:p>
    <w:p>
      <w:pPr>
        <w:jc w:val="right"/>
      </w:pPr>
      <w:r>
        <w:t>When there is provocation, there is anger.</w:t>
      </w:r>
    </w:p>
    <w:p>
      <w:r>
        <w:rPr>
          <w:b/>
        </w:rPr>
        <w:t xml:space="preserve">[15:28] </w:t>
      </w:r>
      <w:r>
        <w:t>Without provocation, there is no anger.</w:t>
      </w:r>
    </w:p>
    <w:p>
      <w:pPr>
        <w:jc w:val="right"/>
      </w:pPr>
      <w:r>
        <w:t>Without provocation, there is no anger.</w:t>
      </w:r>
    </w:p>
    <w:p>
      <w:r>
        <w:rPr>
          <w:b/>
        </w:rPr>
        <w:t xml:space="preserve">[15:35] </w:t>
      </w:r>
      <w:r>
        <w:t>You cannot find a man who becomes angry without provocation.</w:t>
      </w:r>
    </w:p>
    <w:p>
      <w:pPr>
        <w:jc w:val="right"/>
      </w:pPr>
      <w:r>
        <w:t>You cannot find a man who becomes angry without provocation.</w:t>
      </w:r>
    </w:p>
    <w:p>
      <w:r>
        <w:rPr>
          <w:b/>
        </w:rPr>
        <w:t xml:space="preserve">[15:42] </w:t>
      </w:r>
      <w:r>
        <w:t>It is impossible.</w:t>
      </w:r>
    </w:p>
    <w:p>
      <w:pPr>
        <w:jc w:val="right"/>
      </w:pPr>
      <w:r>
        <w:t>It is impossible.</w:t>
      </w:r>
    </w:p>
    <w:p>
      <w:r>
        <w:rPr>
          <w:b/>
        </w:rPr>
        <w:t xml:space="preserve">[15:49] </w:t>
      </w:r>
      <w:r>
        <w:t>So "La taqzab," don't be angry means don't be angry even when provoked.</w:t>
      </w:r>
    </w:p>
    <w:p>
      <w:pPr>
        <w:jc w:val="right"/>
      </w:pPr>
      <w:r>
        <w:t>So "La taqzab," don't be angry means don't be angry even when provoked.</w:t>
      </w:r>
    </w:p>
    <w:p>
      <w:r>
        <w:rPr>
          <w:b/>
        </w:rPr>
        <w:t xml:space="preserve">[16:00] </w:t>
      </w:r>
      <w:r>
        <w:t>Even in a provocative situation, live without anger.</w:t>
      </w:r>
    </w:p>
    <w:p>
      <w:pPr>
        <w:jc w:val="right"/>
      </w:pPr>
      <w:r>
        <w:t>Even in a provocative situation, live without anger.</w:t>
      </w:r>
    </w:p>
    <w:p>
      <w:r>
        <w:rPr>
          <w:b/>
        </w:rPr>
        <w:t xml:space="preserve">[16:12] </w:t>
      </w:r>
      <w:r>
        <w:t>Don't be angry means even in a provocative situation, you have to live as a person without anger.</w:t>
      </w:r>
    </w:p>
    <w:p>
      <w:pPr>
        <w:jc w:val="right"/>
      </w:pPr>
      <w:r>
        <w:t>Don't be angry means even in a provocative situation, you have to live as a person without anger.</w:t>
      </w:r>
    </w:p>
    <w:p>
      <w:r>
        <w:rPr>
          <w:b/>
        </w:rPr>
        <w:t xml:space="preserve">[16:23] </w:t>
      </w:r>
      <w:r>
        <w:t>So it means what is anger?</w:t>
      </w:r>
    </w:p>
    <w:p>
      <w:pPr>
        <w:jc w:val="right"/>
      </w:pPr>
      <w:r>
        <w:t>So it means what is anger?</w:t>
      </w:r>
    </w:p>
    <w:p>
      <w:r>
        <w:rPr>
          <w:b/>
        </w:rPr>
        <w:t xml:space="preserve">[16:35] </w:t>
      </w:r>
      <w:r>
        <w:t>Anger is a negative reaction in a situation.</w:t>
      </w:r>
    </w:p>
    <w:p>
      <w:pPr>
        <w:jc w:val="right"/>
      </w:pPr>
      <w:r>
        <w:t>Anger is a negative reaction in a situation.</w:t>
      </w:r>
    </w:p>
    <w:p>
      <w:r>
        <w:rPr>
          <w:b/>
        </w:rPr>
        <w:t xml:space="preserve">[16:44] </w:t>
      </w:r>
      <w:r>
        <w:t>In every situation, you have two options.</w:t>
      </w:r>
    </w:p>
    <w:p>
      <w:pPr>
        <w:jc w:val="right"/>
      </w:pPr>
      <w:r>
        <w:t>In every situation, you have two options.</w:t>
      </w:r>
    </w:p>
    <w:p>
      <w:r>
        <w:rPr>
          <w:b/>
        </w:rPr>
        <w:t xml:space="preserve">[16:54] </w:t>
      </w:r>
      <w:r>
        <w:t>Either react negatively or give a positive response.</w:t>
      </w:r>
    </w:p>
    <w:p>
      <w:pPr>
        <w:jc w:val="right"/>
      </w:pPr>
      <w:r>
        <w:t>Either react negatively or give a positive response.</w:t>
      </w:r>
    </w:p>
    <w:p>
      <w:r>
        <w:rPr>
          <w:b/>
        </w:rPr>
        <w:t xml:space="preserve">[17:03] </w:t>
      </w:r>
      <w:r>
        <w:t>In every situation, there are two options for you: negative reaction and positive reaction.</w:t>
      </w:r>
    </w:p>
    <w:p>
      <w:pPr>
        <w:jc w:val="right"/>
      </w:pPr>
      <w:r>
        <w:t>In every situation, there are two options for you: negative reaction and positive reaction.</w:t>
      </w:r>
    </w:p>
    <w:p>
      <w:r>
        <w:rPr>
          <w:b/>
        </w:rPr>
        <w:t xml:space="preserve">[17:13] </w:t>
      </w:r>
      <w:r>
        <w:t>So this advice means that in every situation, you have to give a positive response.</w:t>
      </w:r>
    </w:p>
    <w:p>
      <w:pPr>
        <w:jc w:val="right"/>
      </w:pPr>
      <w:r>
        <w:t>So this advice means that in every situation, you have to give a positive response.</w:t>
      </w:r>
    </w:p>
    <w:p>
      <w:r>
        <w:rPr>
          <w:b/>
        </w:rPr>
        <w:t xml:space="preserve">[17:23] </w:t>
      </w:r>
      <w:r>
        <w:t>Then it means that as there are negative situations at every time, every time there are negative experiences.</w:t>
      </w:r>
    </w:p>
    <w:p>
      <w:pPr>
        <w:jc w:val="right"/>
      </w:pPr>
      <w:r>
        <w:t>Then it means that as there are negative situations at every time, every time there are negative experiences.</w:t>
      </w:r>
    </w:p>
    <w:p>
      <w:r>
        <w:rPr>
          <w:b/>
        </w:rPr>
        <w:t xml:space="preserve">[17:32] </w:t>
      </w:r>
      <w:r>
        <w:t>Every time there are negative experiences.</w:t>
      </w:r>
    </w:p>
    <w:p>
      <w:pPr>
        <w:jc w:val="right"/>
      </w:pPr>
      <w:r>
        <w:t>Every time there are negative experiences.</w:t>
      </w:r>
    </w:p>
    <w:p>
      <w:r>
        <w:rPr>
          <w:b/>
        </w:rPr>
        <w:t xml:space="preserve">[17:42] </w:t>
      </w:r>
      <w:r>
        <w:t>So this hadith means that turn the negative experience into positive thought.</w:t>
      </w:r>
    </w:p>
    <w:p>
      <w:pPr>
        <w:jc w:val="right"/>
      </w:pPr>
      <w:r>
        <w:t>So this hadith means that turn the negative experience into positive thought.</w:t>
      </w:r>
    </w:p>
    <w:p>
      <w:r>
        <w:rPr>
          <w:b/>
        </w:rPr>
        <w:t xml:space="preserve">[17:52] </w:t>
      </w:r>
      <w:r>
        <w:t>live as a positive thinker. live with a positive mind in every situation. i think that it is the greatest formula of success.</w:t>
      </w:r>
    </w:p>
    <w:p>
      <w:pPr>
        <w:jc w:val="right"/>
      </w:pPr>
      <w:r>
        <w:t>Live as a positive thinker. Live with a positive mind in every situation. I think that it is the greatest formula of success.</w:t>
      </w:r>
    </w:p>
    <w:p>
      <w:r>
        <w:rPr>
          <w:b/>
        </w:rPr>
        <w:t xml:space="preserve">[18:10] </w:t>
      </w:r>
      <w:r>
        <w:t>one who can live with a can live like this and one who is able to respond positively even in negative situations, he is a superman. he is a most successful person.</w:t>
      </w:r>
    </w:p>
    <w:p>
      <w:pPr>
        <w:jc w:val="right"/>
      </w:pPr>
      <w:r>
        <w:t>One who can live with a can live like this and one who is able to respond positively even in negative situations, he is a superman. He is a most successful person.</w:t>
      </w:r>
    </w:p>
    <w:p>
      <w:r>
        <w:rPr>
          <w:b/>
        </w:rPr>
        <w:t xml:space="preserve">[18:40] </w:t>
      </w:r>
      <w:r>
        <w:t>you know failure is the outcome of anger and success is the outcome of positive thinking. so this hadith gives you a master formula for living on this earth.</w:t>
      </w:r>
    </w:p>
    <w:p>
      <w:pPr>
        <w:jc w:val="right"/>
      </w:pPr>
      <w:r>
        <w:t>You know failure is the outcome of anger and success is the outcome of positive thinking. So this hadith gives you a master formula for living on this earth.</w:t>
      </w:r>
    </w:p>
    <w:p>
      <w:r>
        <w:rPr>
          <w:b/>
        </w:rPr>
        <w:t xml:space="preserve">[19:04] </w:t>
      </w:r>
      <w:r>
        <w:t>You live in a society.</w:t>
      </w:r>
    </w:p>
    <w:p>
      <w:pPr>
        <w:jc w:val="right"/>
      </w:pPr>
      <w:r>
        <w:t>You live in a society.</w:t>
      </w:r>
    </w:p>
    <w:p>
      <w:r>
        <w:rPr>
          <w:b/>
        </w:rPr>
        <w:t xml:space="preserve">[19:11] </w:t>
      </w:r>
      <w:r>
        <w:t>You cannot live in an island.</w:t>
      </w:r>
    </w:p>
    <w:p>
      <w:pPr>
        <w:jc w:val="right"/>
      </w:pPr>
      <w:r>
        <w:t>You cannot live in an island.</w:t>
      </w:r>
    </w:p>
    <w:p>
      <w:r>
        <w:rPr>
          <w:b/>
        </w:rPr>
        <w:t xml:space="preserve">[19:19] </w:t>
      </w:r>
      <w:r>
        <w:t>You are compelled to live in a society with other persons.</w:t>
      </w:r>
    </w:p>
    <w:p>
      <w:pPr>
        <w:jc w:val="right"/>
      </w:pPr>
      <w:r>
        <w:t>You are compelled to live in a society with other persons.</w:t>
      </w:r>
    </w:p>
    <w:p>
      <w:r>
        <w:rPr>
          <w:b/>
        </w:rPr>
        <w:t xml:space="preserve">[19:27] </w:t>
      </w:r>
      <w:r>
        <w:t>So when there are when you are living in a society, always there are some negative experiences.</w:t>
      </w:r>
    </w:p>
    <w:p>
      <w:pPr>
        <w:jc w:val="right"/>
      </w:pPr>
      <w:r>
        <w:t>So when there are when you are living in a society, always there are some negative experiences.</w:t>
      </w:r>
    </w:p>
    <w:p>
      <w:r>
        <w:rPr>
          <w:b/>
        </w:rPr>
        <w:t xml:space="preserve">[19:34] </w:t>
      </w:r>
      <w:r>
        <w:t>No society is so good that there are no problems.</w:t>
      </w:r>
    </w:p>
    <w:p>
      <w:pPr>
        <w:jc w:val="right"/>
      </w:pPr>
      <w:r>
        <w:t>No society is so good that there are no problems.</w:t>
      </w:r>
    </w:p>
    <w:p>
      <w:r>
        <w:rPr>
          <w:b/>
        </w:rPr>
        <w:t xml:space="preserve">[19:42] </w:t>
      </w:r>
      <w:r>
        <w:t>Problem or negativity is part of society because everyone enjoys freedom and when one misuses his freedom, it</w:t>
      </w:r>
    </w:p>
    <w:p>
      <w:pPr>
        <w:jc w:val="right"/>
      </w:pPr>
      <w:r>
        <w:t>Problem or negativity is part of society because everyone enjoys freedom and when one misuses his freedom, it</w:t>
      </w:r>
    </w:p>
    <w:p>
      <w:r>
        <w:rPr>
          <w:b/>
        </w:rPr>
        <w:t xml:space="preserve">[19:50] </w:t>
      </w:r>
      <w:r>
        <w:t>is the creation of a problem.</w:t>
      </w:r>
    </w:p>
    <w:p>
      <w:pPr>
        <w:jc w:val="right"/>
      </w:pPr>
      <w:r>
        <w:t>is the creation of a problem.</w:t>
      </w:r>
    </w:p>
    <w:p>
      <w:r>
        <w:rPr>
          <w:b/>
        </w:rPr>
        <w:t xml:space="preserve">[19:58] </w:t>
      </w:r>
      <w:r>
        <w:t>It is the creation of negativity.</w:t>
      </w:r>
    </w:p>
    <w:p>
      <w:pPr>
        <w:jc w:val="right"/>
      </w:pPr>
      <w:r>
        <w:t>It is the creation of negativity.</w:t>
      </w:r>
    </w:p>
    <w:p>
      <w:r>
        <w:rPr>
          <w:b/>
        </w:rPr>
        <w:t xml:space="preserve">[20:05] </w:t>
      </w:r>
      <w:r>
        <w:t>So every time in every society, there are negative situations.</w:t>
      </w:r>
    </w:p>
    <w:p>
      <w:pPr>
        <w:jc w:val="right"/>
      </w:pPr>
      <w:r>
        <w:t>So every time in every society, there are negative situations.</w:t>
      </w:r>
    </w:p>
    <w:p>
      <w:r>
        <w:rPr>
          <w:b/>
        </w:rPr>
        <w:t xml:space="preserve">[20:13] </w:t>
      </w:r>
      <w:r>
        <w:t>So you have to possess that kind of ability.</w:t>
      </w:r>
    </w:p>
    <w:p>
      <w:pPr>
        <w:jc w:val="right"/>
      </w:pPr>
      <w:r>
        <w:t>So you have to possess that kind of ability.</w:t>
      </w:r>
    </w:p>
    <w:p>
      <w:r>
        <w:rPr>
          <w:b/>
        </w:rPr>
        <w:t xml:space="preserve">[20:21] </w:t>
      </w:r>
      <w:r>
        <w:t>You have to be able to convert the negative experience into positive thought.</w:t>
      </w:r>
    </w:p>
    <w:p>
      <w:pPr>
        <w:jc w:val="right"/>
      </w:pPr>
      <w:r>
        <w:t>You have to be able to convert the negative experience into positive thought.</w:t>
      </w:r>
    </w:p>
    <w:p>
      <w:r>
        <w:rPr>
          <w:b/>
        </w:rPr>
        <w:t xml:space="preserve">[20:29] </w:t>
      </w:r>
      <w:r>
        <w:t>And this is the greatest quality of a human being.</w:t>
      </w:r>
    </w:p>
    <w:p>
      <w:pPr>
        <w:jc w:val="right"/>
      </w:pPr>
      <w:r>
        <w:t>And this is the greatest quality of a human being.</w:t>
      </w:r>
    </w:p>
    <w:p>
      <w:r>
        <w:rPr>
          <w:b/>
        </w:rPr>
        <w:t xml:space="preserve">[20:38] </w:t>
      </w:r>
      <w:r>
        <w:t>Greatest quality of a human being.</w:t>
      </w:r>
    </w:p>
    <w:p>
      <w:pPr>
        <w:jc w:val="right"/>
      </w:pPr>
      <w:r>
        <w:t>Greatest quality of a human being.</w:t>
      </w:r>
    </w:p>
    <w:p>
      <w:r>
        <w:rPr>
          <w:b/>
        </w:rPr>
        <w:t xml:space="preserve">[20:47] </w:t>
      </w:r>
      <w:r>
        <w:t>Then when the Prophet migrated from Mecca to Madina, it was a very difficult journey because Mecca was</w:t>
      </w:r>
    </w:p>
    <w:p>
      <w:pPr>
        <w:jc w:val="right"/>
      </w:pPr>
      <w:r>
        <w:t>Then when the Prophet migrated from Mecca to Madina, it was a very difficult journey because Mecca was</w:t>
      </w:r>
    </w:p>
    <w:p>
      <w:r>
        <w:rPr>
          <w:b/>
        </w:rPr>
        <w:t xml:space="preserve">[20:56] </w:t>
      </w:r>
      <w:r>
        <w:t>his hometown and due to some persecution, he was compelled to leave his hometown.</w:t>
      </w:r>
    </w:p>
    <w:p>
      <w:pPr>
        <w:jc w:val="right"/>
      </w:pPr>
      <w:r>
        <w:t>his hometown and due to some persecution, he was compelled to leave his hometown.</w:t>
      </w:r>
    </w:p>
    <w:p>
      <w:r>
        <w:rPr>
          <w:b/>
        </w:rPr>
        <w:t xml:space="preserve">[21:06] </w:t>
      </w:r>
      <w:r>
        <w:t>it was a very sad experience for the prophet. but you know when he reached madina and he gave his first sermon to madina, this sermon or this address is reported in the book of sira.</w:t>
      </w:r>
    </w:p>
    <w:p>
      <w:pPr>
        <w:jc w:val="right"/>
      </w:pPr>
      <w:r>
        <w:t>It was a very sad experience for the Prophet. But you know when he reached Madina and he gave his first sermon to Madina, this sermon or this address is reported in the Book of Sira.</w:t>
      </w:r>
    </w:p>
    <w:p>
      <w:r>
        <w:rPr>
          <w:b/>
        </w:rPr>
        <w:t xml:space="preserve">[21:32] </w:t>
      </w:r>
      <w:r>
        <w:t>"book of sira, awwal khutbatin khatabha rasulallahi fil madina" under this caption, you can find this sermon. so when the prophet reached madina, he never said all those negatives. he never gave them any kind of negative report.</w:t>
      </w:r>
    </w:p>
    <w:p>
      <w:pPr>
        <w:jc w:val="right"/>
      </w:pPr>
      <w:r>
        <w:t>"Book of Sira, Awwal Khutbatin Khatabha Rasulallahi fil Madina" under this caption, you can find this sermon. So when the Prophet reached Madina, he never said all those negatives. He never gave them any kind of negative report.</w:t>
      </w:r>
    </w:p>
    <w:p>
      <w:r>
        <w:rPr>
          <w:b/>
        </w:rPr>
        <w:t xml:space="preserve">[21:58] </w:t>
      </w:r>
      <w:r>
        <w:t>He saved himself from all kinds of negative reporting. He never said about all those persecutions, all those atrocities, or those enemies. No, not at all.</w:t>
      </w:r>
    </w:p>
    <w:p>
      <w:pPr>
        <w:jc w:val="right"/>
      </w:pPr>
      <w:r>
        <w:t>He saved himself from all kinds of negative reporting. He never said about all those persecutions, all those atrocities, or those enemies. No, not at all.</w:t>
      </w:r>
    </w:p>
    <w:p>
      <w:r>
        <w:rPr>
          <w:b/>
        </w:rPr>
        <w:t xml:space="preserve">[22:17] </w:t>
      </w:r>
      <w:r>
        <w:t>Instead of these kinds of negative stories, he said when he wanted to address the Madina people, he said, "Ayyuhal Naas, ittaqun nar wala bishqkhatabara." O people, save yourselves from the fire of hell. O people, save yourselves from the fire of hell.</w:t>
      </w:r>
    </w:p>
    <w:p>
      <w:pPr>
        <w:jc w:val="right"/>
      </w:pPr>
      <w:r>
        <w:t>Instead of these kinds of negative stories, he said when he wanted to address the Madina people, he said, "Ayyuhal Naas, ittaqun nar wala bishqkhatabara." O people, save yourselves from the fire of hell. O people, save yourselves from the fire of hell.</w:t>
      </w:r>
    </w:p>
    <w:p>
      <w:r>
        <w:rPr>
          <w:b/>
        </w:rPr>
        <w:t xml:space="preserve">[22:47] </w:t>
      </w:r>
      <w:r>
        <w:t>Here is a very important point.</w:t>
      </w:r>
    </w:p>
    <w:p>
      <w:pPr>
        <w:jc w:val="right"/>
      </w:pPr>
      <w:r>
        <w:t>Here is a very important point.</w:t>
      </w:r>
    </w:p>
    <w:p>
      <w:r>
        <w:rPr>
          <w:b/>
        </w:rPr>
        <w:t xml:space="preserve">[22:55] </w:t>
      </w:r>
      <w:r>
        <w:t>It means that the Prophet of Islam was completely free of all those negative thinkings.</w:t>
      </w:r>
    </w:p>
    <w:p>
      <w:pPr>
        <w:jc w:val="right"/>
      </w:pPr>
      <w:r>
        <w:t>It means that the Prophet of Islam was completely free of all those negative thinkings.</w:t>
      </w:r>
    </w:p>
    <w:p>
      <w:r>
        <w:rPr>
          <w:b/>
        </w:rPr>
        <w:t xml:space="preserve">[23:03] </w:t>
      </w:r>
      <w:r>
        <w:t>Although he faced so much negativity in Mecca, but when he reached Madina, he never reported all those negative news.</w:t>
      </w:r>
    </w:p>
    <w:p>
      <w:pPr>
        <w:jc w:val="right"/>
      </w:pPr>
      <w:r>
        <w:t>Although he faced so much negativity in Mecca, but when he reached Madina, he never reported all those negative news.</w:t>
      </w:r>
    </w:p>
    <w:p>
      <w:r>
        <w:rPr>
          <w:b/>
        </w:rPr>
        <w:t xml:space="preserve">[23:11] </w:t>
      </w:r>
      <w:r>
        <w:t>But simply he said, "O people, save yourselves from the fire of hell." Only a positive thinker can</w:t>
      </w:r>
    </w:p>
    <w:p>
      <w:pPr>
        <w:jc w:val="right"/>
      </w:pPr>
      <w:r>
        <w:t>But simply he said, "O people, save yourselves from the fire of hell." Only a positive thinker can</w:t>
      </w:r>
    </w:p>
    <w:p>
      <w:r>
        <w:rPr>
          <w:b/>
        </w:rPr>
        <w:t xml:space="preserve">[23:19] </w:t>
      </w:r>
      <w:r>
        <w:t>say like this.</w:t>
      </w:r>
    </w:p>
    <w:p>
      <w:pPr>
        <w:jc w:val="right"/>
      </w:pPr>
      <w:r>
        <w:t>say like this.</w:t>
      </w:r>
    </w:p>
    <w:p>
      <w:r>
        <w:rPr>
          <w:b/>
        </w:rPr>
        <w:t xml:space="preserve">[23:27] </w:t>
      </w:r>
      <w:r>
        <w:t>Only a person whose heart was completely free of all those negative stories, he can address like this.</w:t>
      </w:r>
    </w:p>
    <w:p>
      <w:pPr>
        <w:jc w:val="right"/>
      </w:pPr>
      <w:r>
        <w:t>Only a person whose heart was completely free of all those negative stories, he can address like this.</w:t>
      </w:r>
    </w:p>
    <w:p>
      <w:r>
        <w:rPr>
          <w:b/>
        </w:rPr>
        <w:t xml:space="preserve">[23:35] </w:t>
      </w:r>
      <w:r>
        <w:t>So by this example, we find a very, very important principle.</w:t>
      </w:r>
    </w:p>
    <w:p>
      <w:pPr>
        <w:jc w:val="right"/>
      </w:pPr>
      <w:r>
        <w:t>So by this example, we find a very, very important principle.</w:t>
      </w:r>
    </w:p>
    <w:p>
      <w:r>
        <w:rPr>
          <w:b/>
        </w:rPr>
        <w:t xml:space="preserve">[23:43] </w:t>
      </w:r>
      <w:r>
        <w:t>This principle is that you have to live with positivity.</w:t>
      </w:r>
    </w:p>
    <w:p>
      <w:pPr>
        <w:jc w:val="right"/>
      </w:pPr>
      <w:r>
        <w:t>This principle is that you have to live with positivity.</w:t>
      </w:r>
    </w:p>
    <w:p>
      <w:r>
        <w:rPr>
          <w:b/>
        </w:rPr>
        <w:t xml:space="preserve">[23:51] </w:t>
      </w:r>
      <w:r>
        <w:t>This is the secret of success.</w:t>
      </w:r>
    </w:p>
    <w:p>
      <w:pPr>
        <w:jc w:val="right"/>
      </w:pPr>
      <w:r>
        <w:t>This is the secret of success.</w:t>
      </w:r>
    </w:p>
    <w:p>
      <w:r>
        <w:rPr>
          <w:b/>
        </w:rPr>
        <w:t xml:space="preserve">[23:59] </w:t>
      </w:r>
      <w:r>
        <w:t>And although the Meccan people expelled him from his hometown, but you know after this expulsion, the Prophet</w:t>
      </w:r>
    </w:p>
    <w:p>
      <w:pPr>
        <w:jc w:val="right"/>
      </w:pPr>
      <w:r>
        <w:t>And although the Meccan people expelled him from his hometown, but you know after this expulsion, the Prophet</w:t>
      </w:r>
    </w:p>
    <w:p>
      <w:r>
        <w:rPr>
          <w:b/>
        </w:rPr>
        <w:t xml:space="preserve">[24:10] </w:t>
      </w:r>
      <w:r>
        <w:t>was able to open a new chapter of Islamic history.</w:t>
      </w:r>
    </w:p>
    <w:p>
      <w:pPr>
        <w:jc w:val="right"/>
      </w:pPr>
      <w:r>
        <w:t>was able to open a new chapter of Islamic history.</w:t>
      </w:r>
    </w:p>
    <w:p>
      <w:r>
        <w:rPr>
          <w:b/>
        </w:rPr>
        <w:t xml:space="preserve">[24:21] </w:t>
      </w:r>
      <w:r>
        <w:t>Very soon, Madina became the stronghold of Islam, the stronghold of his religion.</w:t>
      </w:r>
    </w:p>
    <w:p>
      <w:pPr>
        <w:jc w:val="right"/>
      </w:pPr>
      <w:r>
        <w:t>Very soon, Madina became the stronghold of Islam, the stronghold of his religion.</w:t>
      </w:r>
    </w:p>
    <w:p>
      <w:r>
        <w:rPr>
          <w:b/>
        </w:rPr>
        <w:t xml:space="preserve">[24:32] </w:t>
      </w:r>
      <w:r>
        <w:t>And although the Meccan people wanted to end his history, wanted to finish his mission, but he saved</w:t>
      </w:r>
    </w:p>
    <w:p>
      <w:pPr>
        <w:jc w:val="right"/>
      </w:pPr>
      <w:r>
        <w:t>And although the Meccan people wanted to end his history, wanted to finish his mission, but he saved</w:t>
      </w:r>
    </w:p>
    <w:p>
      <w:r>
        <w:rPr>
          <w:b/>
        </w:rPr>
        <w:t xml:space="preserve">[24:43] </w:t>
      </w:r>
      <w:r>
        <w:t>himself from all kinds of negative thought.</w:t>
      </w:r>
    </w:p>
    <w:p>
      <w:pPr>
        <w:jc w:val="right"/>
      </w:pPr>
      <w:r>
        <w:t>himself from all kinds of negative thought.</w:t>
      </w:r>
    </w:p>
    <w:p>
      <w:r>
        <w:rPr>
          <w:b/>
        </w:rPr>
        <w:t xml:space="preserve">[24:55] </w:t>
      </w:r>
      <w:r>
        <w:t>He never indulged himself in negative actions against the Meccan people. Negative speeches, negative planning, all those negative activities. So he refrained from he himself from all those negative activities against the Meccan people.</w:t>
      </w:r>
    </w:p>
    <w:p>
      <w:pPr>
        <w:jc w:val="right"/>
      </w:pPr>
      <w:r>
        <w:t>He never indulged himself in negative actions against the Meccan people. Negative speeches, negative planning, all those negative activities. So he refrained from he himself from all those negative activities against the Meccan people.</w:t>
      </w:r>
    </w:p>
    <w:p>
      <w:r>
        <w:rPr>
          <w:b/>
        </w:rPr>
        <w:t xml:space="preserve">[25:19] </w:t>
      </w:r>
      <w:r>
        <w:t>But he engaged himself completely in positive activities. In positive thinking, positive speaking, positive activities, positive behavior. So this proved to be the greatest success.</w:t>
      </w:r>
    </w:p>
    <w:p>
      <w:pPr>
        <w:jc w:val="right"/>
      </w:pPr>
      <w:r>
        <w:t>But he engaged himself completely in positive activities. In positive thinking, positive speaking, positive activities, positive behavior. So this proved to be the greatest success.</w:t>
      </w:r>
    </w:p>
    <w:p>
      <w:r>
        <w:rPr>
          <w:b/>
        </w:rPr>
        <w:t xml:space="preserve">[25:46] </w:t>
      </w:r>
      <w:r>
        <w:t>Here you find a very important example. That if you want to achieve success, you want to be a superachiever.</w:t>
      </w:r>
    </w:p>
    <w:p>
      <w:pPr>
        <w:jc w:val="right"/>
      </w:pPr>
      <w:r>
        <w:t>Here you find a very important example. That if you want to achieve success, you want to be a superachiever.</w:t>
      </w:r>
    </w:p>
    <w:p>
      <w:r>
        <w:rPr>
          <w:b/>
        </w:rPr>
        <w:t xml:space="preserve">[26:01] </w:t>
      </w:r>
      <w:r>
        <w:t>If you want to be a superachiever, make yourself a positive thinker. Save yourself from all kinds of negativity. So positive thinking is the key to all success.</w:t>
      </w:r>
    </w:p>
    <w:p>
      <w:pPr>
        <w:jc w:val="right"/>
      </w:pPr>
      <w:r>
        <w:t>If you want to be a superachiever, make yourself a positive thinker. Save yourself from all kinds of negativity. So positive thinking is the key to all success.</w:t>
      </w:r>
    </w:p>
    <w:p>
      <w:r>
        <w:rPr>
          <w:b/>
        </w:rPr>
        <w:t xml:space="preserve">[26:22] </w:t>
      </w:r>
      <w:r>
        <w:t>The Hajjah example of the Prophet gave us a very important lesson. You know an American scholar, his name was Dr. Michael Hart.</w:t>
      </w:r>
    </w:p>
    <w:p>
      <w:pPr>
        <w:jc w:val="right"/>
      </w:pPr>
      <w:r>
        <w:t>The Hajjah example of the Prophet gave us a very important lesson. You know an American scholar, his name was Dr. Michael Hart.</w:t>
      </w:r>
    </w:p>
    <w:p>
      <w:r>
        <w:rPr>
          <w:b/>
        </w:rPr>
        <w:t xml:space="preserve">[26:41] </w:t>
      </w:r>
      <w:r>
        <w:t>He has published a book, "The Hundred." In this book, he has listed 100 great men of history. But he put the Prophet of Islam at the top.</w:t>
      </w:r>
    </w:p>
    <w:p>
      <w:pPr>
        <w:jc w:val="right"/>
      </w:pPr>
      <w:r>
        <w:t>He has published a book, "The Hundred." In this book, he has listed 100 great men of history. But he put the Prophet of Islam at the top.</w:t>
      </w:r>
    </w:p>
    <w:p>
      <w:r>
        <w:rPr>
          <w:b/>
        </w:rPr>
        <w:t xml:space="preserve">[26:58] </w:t>
      </w:r>
      <w:r>
        <w:t>He says in this book that Muhammad was a supremely successful man in history. He failed to give the real reason why he was so successful. Why Muhammad was a supremely successful man in history. Why?</w:t>
      </w:r>
    </w:p>
    <w:p>
      <w:pPr>
        <w:jc w:val="right"/>
      </w:pPr>
      <w:r>
        <w:t>He says in this book that Muhammad was a supremely successful man in history. He failed to give the real reason why he was so successful. Why Muhammad was a supremely successful man in history. Why?</w:t>
      </w:r>
    </w:p>
    <w:p>
      <w:r>
        <w:rPr>
          <w:b/>
        </w:rPr>
        <w:t xml:space="preserve">[27:18] </w:t>
      </w:r>
      <w:r>
        <w:t>He failed to give this give the answer to this question.</w:t>
      </w:r>
    </w:p>
    <w:p>
      <w:pPr>
        <w:jc w:val="right"/>
      </w:pPr>
      <w:r>
        <w:t>He failed to give this give the answer to this question.</w:t>
      </w:r>
    </w:p>
    <w:p>
      <w:r>
        <w:rPr>
          <w:b/>
        </w:rPr>
        <w:t xml:space="preserve">[27:24] </w:t>
      </w:r>
      <w:r>
        <w:t>According to my study, I can say that the reason was that Muhammad was the greatest positive thinker.</w:t>
      </w:r>
    </w:p>
    <w:p>
      <w:pPr>
        <w:jc w:val="right"/>
      </w:pPr>
      <w:r>
        <w:t>According to my study, I can say that the reason was that Muhammad was the greatest positive thinker.</w:t>
      </w:r>
    </w:p>
    <w:p>
      <w:r>
        <w:rPr>
          <w:b/>
        </w:rPr>
        <w:t xml:space="preserve">[27:31] </w:t>
      </w:r>
      <w:r>
        <w:t>Greatest positive thinker.</w:t>
      </w:r>
    </w:p>
    <w:p>
      <w:pPr>
        <w:jc w:val="right"/>
      </w:pPr>
      <w:r>
        <w:t>Greatest positive thinker.</w:t>
      </w:r>
    </w:p>
    <w:p>
      <w:r>
        <w:rPr>
          <w:b/>
        </w:rPr>
        <w:t xml:space="preserve">[27:37] </w:t>
      </w:r>
      <w:r>
        <w:t>So the Quran says about the Prophet of Islam, "Laqat qaan alakum fi Rasulillahi uswatun hasan." In the</w:t>
      </w:r>
    </w:p>
    <w:p>
      <w:pPr>
        <w:jc w:val="right"/>
      </w:pPr>
      <w:r>
        <w:t>So the Quran says about the Prophet of Islam, "Laqat qaan alakum fi Rasulillahi uswatun hasan." In the</w:t>
      </w:r>
    </w:p>
    <w:p>
      <w:r>
        <w:rPr>
          <w:b/>
        </w:rPr>
        <w:t xml:space="preserve">[27:44] </w:t>
      </w:r>
      <w:r>
        <w:t>Prophet of Islam, there is a very good example for you.</w:t>
      </w:r>
    </w:p>
    <w:p>
      <w:pPr>
        <w:jc w:val="right"/>
      </w:pPr>
      <w:r>
        <w:t>Prophet of Islam, there is a very good example for you.</w:t>
      </w:r>
    </w:p>
    <w:p>
      <w:r>
        <w:rPr>
          <w:b/>
        </w:rPr>
        <w:t xml:space="preserve">[27:50] </w:t>
      </w:r>
      <w:r>
        <w:t>This verse addresses to all mankind, not simply to Muslims.</w:t>
      </w:r>
    </w:p>
    <w:p>
      <w:pPr>
        <w:jc w:val="right"/>
      </w:pPr>
      <w:r>
        <w:t>This verse addresses to all mankind, not simply to Muslims.</w:t>
      </w:r>
    </w:p>
    <w:p>
      <w:r>
        <w:rPr>
          <w:b/>
        </w:rPr>
        <w:t xml:space="preserve">[27:57] </w:t>
      </w:r>
      <w:r>
        <w:t>No, all mankind.</w:t>
      </w:r>
    </w:p>
    <w:p>
      <w:pPr>
        <w:jc w:val="right"/>
      </w:pPr>
      <w:r>
        <w:t>No, all mankind.</w:t>
      </w:r>
    </w:p>
    <w:p>
      <w:r>
        <w:rPr>
          <w:b/>
        </w:rPr>
        <w:t xml:space="preserve">[28:04] </w:t>
      </w:r>
      <w:r>
        <w:t>This verse says that the Prophet of Islam is a good example in the sense that he gave you the formula of supreme success. He gave you he gave you the formula of superachievement.</w:t>
      </w:r>
    </w:p>
    <w:p>
      <w:pPr>
        <w:jc w:val="right"/>
      </w:pPr>
      <w:r>
        <w:t>This verse says that the Prophet of Islam is a good example in the sense that he gave you the formula of supreme success. He gave you he gave you the formula of superachievement.</w:t>
      </w:r>
    </w:p>
    <w:p>
      <w:r>
        <w:rPr>
          <w:b/>
        </w:rPr>
        <w:t xml:space="preserve">[28:28] </w:t>
      </w:r>
      <w:r>
        <w:t>And that formula is based on positivity. And make yourself a positive thinker and you will be the greatest achiever.</w:t>
      </w:r>
    </w:p>
    <w:p>
      <w:pPr>
        <w:jc w:val="right"/>
      </w:pPr>
      <w:r>
        <w:t>And that formula is based on positivity. And make yourself a positive thinker and you will be the greatest achiever.</w:t>
      </w:r>
    </w:p>
    <w:p>
      <w:r>
        <w:rPr>
          <w:b/>
        </w:rPr>
        <w:t xml:space="preserve">[28:50] </w:t>
      </w:r>
      <w:r>
        <w:t>And positive thinking means removing all those negative thoughts from your heart.</w:t>
      </w:r>
    </w:p>
    <w:p>
      <w:pPr>
        <w:jc w:val="right"/>
      </w:pPr>
      <w:r>
        <w:t>And positive thinking means removing all those negative thoughts from your heart.</w:t>
      </w:r>
    </w:p>
    <w:p>
      <w:r>
        <w:rPr>
          <w:b/>
        </w:rPr>
        <w:t xml:space="preserve">[29:02] </w:t>
      </w:r>
      <w:r>
        <w:t>Although in your society, although in this world, you will experience different kinds of negative things.</w:t>
      </w:r>
    </w:p>
    <w:p>
      <w:pPr>
        <w:jc w:val="right"/>
      </w:pPr>
      <w:r>
        <w:t>Although in your society, although in this world, you will experience different kinds of negative things.</w:t>
      </w:r>
    </w:p>
    <w:p>
      <w:r>
        <w:rPr>
          <w:b/>
        </w:rPr>
        <w:t xml:space="preserve">[29:09] </w:t>
      </w:r>
      <w:r>
        <w:t>But you have to save yourself from negative feelings.</w:t>
      </w:r>
    </w:p>
    <w:p>
      <w:pPr>
        <w:jc w:val="right"/>
      </w:pPr>
      <w:r>
        <w:t>But you have to save yourself from negative feelings.</w:t>
      </w:r>
    </w:p>
    <w:p>
      <w:r>
        <w:rPr>
          <w:b/>
        </w:rPr>
        <w:t xml:space="preserve">[29:17] </w:t>
      </w:r>
      <w:r>
        <w:t>You have to be you have to live as a positive thinker in the complete sense of the word.</w:t>
      </w:r>
    </w:p>
    <w:p>
      <w:pPr>
        <w:jc w:val="right"/>
      </w:pPr>
      <w:r>
        <w:t>You have to be you have to live as a positive thinker in the complete sense of the word.</w:t>
      </w:r>
    </w:p>
    <w:p>
      <w:r>
        <w:rPr>
          <w:b/>
        </w:rPr>
        <w:t xml:space="preserve">[29:25] </w:t>
      </w:r>
      <w:r>
        <w:t>And this is the formula of supreme success.</w:t>
      </w:r>
    </w:p>
    <w:p>
      <w:pPr>
        <w:jc w:val="right"/>
      </w:pPr>
      <w:r>
        <w:t>And this is the formula of supreme success.</w:t>
      </w:r>
    </w:p>
    <w:p>
      <w:r>
        <w:rPr>
          <w:b/>
        </w:rPr>
        <w:t xml:space="preserve">[29:33] </w:t>
      </w:r>
      <w:r>
        <w:t>This is the formula of supreme achievement. Then there is also a very important example in the Prophet of Islam. That is love. Love to all. Love to all is the greatest example in the Prophet of Islam.</w:t>
      </w:r>
    </w:p>
    <w:p>
      <w:pPr>
        <w:jc w:val="right"/>
      </w:pPr>
      <w:r>
        <w:t>This is the formula of supreme achievement. Then there is also a very important example in the Prophet of Islam. That is love. Love to all. Love to all is the greatest example in the Prophet of Islam.</w:t>
      </w:r>
    </w:p>
    <w:p>
      <w:r>
        <w:rPr>
          <w:b/>
        </w:rPr>
        <w:t xml:space="preserve">[30:01] </w:t>
      </w:r>
      <w:r>
        <w:t>Here I would like to narrate a story of the Prophet of Islam.</w:t>
      </w:r>
    </w:p>
    <w:p>
      <w:pPr>
        <w:jc w:val="right"/>
      </w:pPr>
      <w:r>
        <w:t>Here I would like to narrate a story of the Prophet of Islam.</w:t>
      </w:r>
    </w:p>
    <w:p>
      <w:r>
        <w:rPr>
          <w:b/>
        </w:rPr>
        <w:t xml:space="preserve">[30:08] </w:t>
      </w:r>
      <w:r>
        <w:t>This story is reported by Al-Bukhari, a very authentic reporter.</w:t>
      </w:r>
    </w:p>
    <w:p>
      <w:pPr>
        <w:jc w:val="right"/>
      </w:pPr>
      <w:r>
        <w:t>This story is reported by Al-Bukhari, a very authentic reporter.</w:t>
      </w:r>
    </w:p>
    <w:p>
      <w:r>
        <w:rPr>
          <w:b/>
        </w:rPr>
        <w:t xml:space="preserve">[30:15] </w:t>
      </w:r>
      <w:r>
        <w:t>So in his book, Sahih Al-Bukhari, he reports that one day the Prophet of Islam was sitting at</w:t>
      </w:r>
    </w:p>
    <w:p>
      <w:pPr>
        <w:jc w:val="right"/>
      </w:pPr>
      <w:r>
        <w:t>So in his book, Sahih Al-Bukhari, he reports that one day the Prophet of Islam was sitting at</w:t>
      </w:r>
    </w:p>
    <w:p>
      <w:r>
        <w:rPr>
          <w:b/>
        </w:rPr>
        <w:t xml:space="preserve">[30:22] </w:t>
      </w:r>
      <w:r>
        <w:t>some place in Madina.</w:t>
      </w:r>
    </w:p>
    <w:p>
      <w:pPr>
        <w:jc w:val="right"/>
      </w:pPr>
      <w:r>
        <w:t>some place in Madina.</w:t>
      </w:r>
    </w:p>
    <w:p>
      <w:r>
        <w:rPr>
          <w:b/>
        </w:rPr>
        <w:t xml:space="preserve">[30:29] </w:t>
      </w:r>
      <w:r>
        <w:t>So at that time, there were some Jewish tribes in Madina.</w:t>
      </w:r>
    </w:p>
    <w:p>
      <w:pPr>
        <w:jc w:val="right"/>
      </w:pPr>
      <w:r>
        <w:t>So at that time, there were some Jewish tribes in Madina.</w:t>
      </w:r>
    </w:p>
    <w:p>
      <w:r>
        <w:rPr>
          <w:b/>
        </w:rPr>
        <w:t xml:space="preserve">[30:36] </w:t>
      </w:r>
      <w:r>
        <w:t>So what happened?</w:t>
      </w:r>
    </w:p>
    <w:p>
      <w:pPr>
        <w:jc w:val="right"/>
      </w:pPr>
      <w:r>
        <w:t>So what happened?</w:t>
      </w:r>
    </w:p>
    <w:p>
      <w:r>
        <w:rPr>
          <w:b/>
        </w:rPr>
        <w:t xml:space="preserve">[30:44] </w:t>
      </w:r>
      <w:r>
        <w:t>The Prophet saw a funeral procession passing through a street before him.</w:t>
      </w:r>
    </w:p>
    <w:p>
      <w:pPr>
        <w:jc w:val="right"/>
      </w:pPr>
      <w:r>
        <w:t>The Prophet saw a funeral procession passing through a street before him.</w:t>
      </w:r>
    </w:p>
    <w:p>
      <w:r>
        <w:rPr>
          <w:b/>
        </w:rPr>
        <w:t xml:space="preserve">[30:52] </w:t>
      </w:r>
      <w:r>
        <w:t>When the Prophet saw that funeral procession, he stood up in respect.</w:t>
      </w:r>
    </w:p>
    <w:p>
      <w:pPr>
        <w:jc w:val="right"/>
      </w:pPr>
      <w:r>
        <w:t>When the Prophet saw that funeral procession, he stood up in respect.</w:t>
      </w:r>
    </w:p>
    <w:p>
      <w:r>
        <w:rPr>
          <w:b/>
        </w:rPr>
        <w:t xml:space="preserve">[31:00] </w:t>
      </w:r>
      <w:r>
        <w:t>He was seated at that time and on seeing that funeral, he stood up in respect.</w:t>
      </w:r>
    </w:p>
    <w:p>
      <w:pPr>
        <w:jc w:val="right"/>
      </w:pPr>
      <w:r>
        <w:t>He was seated at that time and on seeing that funeral, he stood up in respect.</w:t>
      </w:r>
    </w:p>
    <w:p>
      <w:r>
        <w:rPr>
          <w:b/>
        </w:rPr>
        <w:t xml:space="preserve">[31:08] </w:t>
      </w:r>
      <w:r>
        <w:t>Some of his companions said, "O Prophet, it was the funeral of a Jew." It means it was</w:t>
      </w:r>
    </w:p>
    <w:p>
      <w:pPr>
        <w:jc w:val="right"/>
      </w:pPr>
      <w:r>
        <w:t>Some of his companions said, "O Prophet, it was the funeral of a Jew." It means it was</w:t>
      </w:r>
    </w:p>
    <w:p>
      <w:r>
        <w:rPr>
          <w:b/>
        </w:rPr>
        <w:t xml:space="preserve">[31:16] </w:t>
      </w:r>
      <w:r>
        <w:t>the funeral of a non-Muslim and not a Muslim.</w:t>
      </w:r>
    </w:p>
    <w:p>
      <w:pPr>
        <w:jc w:val="right"/>
      </w:pPr>
      <w:r>
        <w:t>the funeral of a non-Muslim and not a Muslim.</w:t>
      </w:r>
    </w:p>
    <w:p>
      <w:r>
        <w:rPr>
          <w:b/>
        </w:rPr>
        <w:t xml:space="preserve">[31:24] </w:t>
      </w:r>
      <w:r>
        <w:t>So why this respect? The Prophet said, "Alaisat nafsan, was he not a human being? " Here you can see that the Prophet discovered a commonality between himself and that Jew and that Jewish body. So this is the formula of love to all.</w:t>
      </w:r>
    </w:p>
    <w:p>
      <w:pPr>
        <w:jc w:val="right"/>
      </w:pPr>
      <w:r>
        <w:t>So why this respect? The Prophet said, "Alaisat nafsan, was he not a human being? " Here you can see that the Prophet discovered a commonality between himself and that Jew and that Jewish body. So this is the formula of love to all.</w:t>
      </w:r>
    </w:p>
    <w:p>
      <w:r>
        <w:rPr>
          <w:b/>
        </w:rPr>
        <w:t xml:space="preserve">[31:53] </w:t>
      </w:r>
      <w:r>
        <w:t>Love to all. The Prophet's example is that you have to love not only your own people, not only your community, but you have to extend your love to all, all mankind.</w:t>
      </w:r>
    </w:p>
    <w:p>
      <w:pPr>
        <w:jc w:val="right"/>
      </w:pPr>
      <w:r>
        <w:t>Love to all. The Prophet's example is that you have to love not only your own people, not only your community, but you have to extend your love to all, all mankind.</w:t>
      </w:r>
    </w:p>
    <w:p>
      <w:r>
        <w:rPr>
          <w:b/>
        </w:rPr>
        <w:t xml:space="preserve">[32:11] </w:t>
      </w:r>
      <w:r>
        <w:t>You have to find love in your heart towards all mankind, all humanity.</w:t>
      </w:r>
    </w:p>
    <w:p>
      <w:pPr>
        <w:jc w:val="right"/>
      </w:pPr>
      <w:r>
        <w:t>You have to find love in your heart towards all mankind, all humanity.</w:t>
      </w:r>
    </w:p>
    <w:p>
      <w:r>
        <w:rPr>
          <w:b/>
        </w:rPr>
        <w:t xml:space="preserve">[32:23] </w:t>
      </w:r>
      <w:r>
        <w:t>It is very, very important because you know love is the greatest power.</w:t>
      </w:r>
    </w:p>
    <w:p>
      <w:pPr>
        <w:jc w:val="right"/>
      </w:pPr>
      <w:r>
        <w:t>It is very, very important because you know love is the greatest power.</w:t>
      </w:r>
    </w:p>
    <w:p>
      <w:r>
        <w:rPr>
          <w:b/>
        </w:rPr>
        <w:t xml:space="preserve">[32:35] </w:t>
      </w:r>
      <w:r>
        <w:t>By love, you can conquer even your enemy.</w:t>
      </w:r>
    </w:p>
    <w:p>
      <w:pPr>
        <w:jc w:val="right"/>
      </w:pPr>
      <w:r>
        <w:t>By love, you can conquer even your enemy.</w:t>
      </w:r>
    </w:p>
    <w:p>
      <w:r>
        <w:rPr>
          <w:b/>
        </w:rPr>
        <w:t xml:space="preserve">[32:48] </w:t>
      </w:r>
      <w:r>
        <w:t>By love, you can conquer even your enemy.</w:t>
      </w:r>
    </w:p>
    <w:p>
      <w:pPr>
        <w:jc w:val="right"/>
      </w:pPr>
      <w:r>
        <w:t>By love, you can conquer even your enemy.</w:t>
      </w:r>
    </w:p>
    <w:p>
      <w:r>
        <w:rPr>
          <w:b/>
        </w:rPr>
        <w:t xml:space="preserve">[33:00] </w:t>
      </w:r>
      <w:r>
        <w:t>There is a verse in the Quran, "It means that this instruction was given by the Quran to the Prophet.</w:t>
      </w:r>
    </w:p>
    <w:p>
      <w:pPr>
        <w:jc w:val="right"/>
      </w:pPr>
      <w:r>
        <w:t>There is a verse in the Quran, "It means that this instruction was given by the Quran to the Prophet.</w:t>
      </w:r>
    </w:p>
    <w:p>
      <w:r>
        <w:rPr>
          <w:b/>
        </w:rPr>
        <w:t xml:space="preserve">[33:12] </w:t>
      </w:r>
      <w:r>
        <w:t>This instruction was given, was revealed to the Prophet by God Almighty." So this revelation says addressing the</w:t>
      </w:r>
    </w:p>
    <w:p>
      <w:pPr>
        <w:jc w:val="right"/>
      </w:pPr>
      <w:r>
        <w:t>This instruction was given, was revealed to the Prophet by God Almighty." So this revelation says addressing the</w:t>
      </w:r>
    </w:p>
    <w:p>
      <w:r>
        <w:rPr>
          <w:b/>
        </w:rPr>
        <w:t xml:space="preserve">[33:25] </w:t>
      </w:r>
      <w:r>
        <w:t>Prophet that, "Do O Prophet, O Prophet, do good deed in return for a bad deed.</w:t>
      </w:r>
    </w:p>
    <w:p>
      <w:pPr>
        <w:jc w:val="right"/>
      </w:pPr>
      <w:r>
        <w:t>Prophet that, "Do O Prophet, O Prophet, do good deed in return for a bad deed.</w:t>
      </w:r>
    </w:p>
    <w:p>
      <w:r>
        <w:rPr>
          <w:b/>
        </w:rPr>
        <w:t xml:space="preserve">[33:37] </w:t>
      </w:r>
      <w:r>
        <w:t>O Prophet, do good deed in return for a bad deed." And you will find that your enemy</w:t>
      </w:r>
    </w:p>
    <w:p>
      <w:pPr>
        <w:jc w:val="right"/>
      </w:pPr>
      <w:r>
        <w:t>O Prophet, do good deed in return for a bad deed." And you will find that your enemy</w:t>
      </w:r>
    </w:p>
    <w:p>
      <w:r>
        <w:rPr>
          <w:b/>
        </w:rPr>
        <w:t xml:space="preserve">[33:49] </w:t>
      </w:r>
      <w:r>
        <w:t>has become your dearest friend.</w:t>
      </w:r>
    </w:p>
    <w:p>
      <w:pPr>
        <w:jc w:val="right"/>
      </w:pPr>
      <w:r>
        <w:t>has become your dearest friend.</w:t>
      </w:r>
    </w:p>
    <w:p>
      <w:r>
        <w:rPr>
          <w:b/>
        </w:rPr>
        <w:t xml:space="preserve">[34:02] </w:t>
      </w:r>
      <w:r>
        <w:t>"Qaanahu waliyyun hamim." Your enemy has become your dearest friend. It means that according to this instruction, according to this revelation, your enemy is your potential friend.</w:t>
      </w:r>
    </w:p>
    <w:p>
      <w:pPr>
        <w:jc w:val="right"/>
      </w:pPr>
      <w:r>
        <w:t>"Qaanahu waliyyun hamim." Your enemy has become your dearest friend. It means that according to this instruction, according to this revelation, your enemy is your potential friend.</w:t>
      </w:r>
    </w:p>
    <w:p>
      <w:r>
        <w:rPr>
          <w:b/>
        </w:rPr>
        <w:t xml:space="preserve">[34:25] </w:t>
      </w:r>
      <w:r>
        <w:t>So turn this potential into actual.</w:t>
      </w:r>
    </w:p>
    <w:p>
      <w:pPr>
        <w:jc w:val="right"/>
      </w:pPr>
      <w:r>
        <w:t>So turn this potential into actual.</w:t>
      </w:r>
    </w:p>
    <w:p>
      <w:r>
        <w:rPr>
          <w:b/>
        </w:rPr>
        <w:t xml:space="preserve">[34:32] </w:t>
      </w:r>
      <w:r>
        <w:t>Find friends out of enmity.</w:t>
      </w:r>
    </w:p>
    <w:p>
      <w:pPr>
        <w:jc w:val="right"/>
      </w:pPr>
      <w:r>
        <w:t>Find friends out of enmity.</w:t>
      </w:r>
    </w:p>
    <w:p>
      <w:r>
        <w:rPr>
          <w:b/>
        </w:rPr>
        <w:t xml:space="preserve">[34:39] </w:t>
      </w:r>
      <w:r>
        <w:t>What a great idea.</w:t>
      </w:r>
    </w:p>
    <w:p>
      <w:pPr>
        <w:jc w:val="right"/>
      </w:pPr>
      <w:r>
        <w:t>What a great idea.</w:t>
      </w:r>
    </w:p>
    <w:p>
      <w:r>
        <w:rPr>
          <w:b/>
        </w:rPr>
        <w:t xml:space="preserve">[34:46] </w:t>
      </w:r>
      <w:r>
        <w:t>Don't fight, but love your enemy.</w:t>
      </w:r>
    </w:p>
    <w:p>
      <w:pPr>
        <w:jc w:val="right"/>
      </w:pPr>
      <w:r>
        <w:t>Don't fight, but love your enemy.</w:t>
      </w:r>
    </w:p>
    <w:p>
      <w:r>
        <w:rPr>
          <w:b/>
        </w:rPr>
        <w:t xml:space="preserve">[34:53] </w:t>
      </w:r>
      <w:r>
        <w:t>Don't try to kill your enemy.</w:t>
      </w:r>
    </w:p>
    <w:p>
      <w:pPr>
        <w:jc w:val="right"/>
      </w:pPr>
      <w:r>
        <w:t>Don't try to kill your enemy.</w:t>
      </w:r>
    </w:p>
    <w:p>
      <w:r>
        <w:rPr>
          <w:b/>
        </w:rPr>
        <w:t xml:space="preserve">[35:00] </w:t>
      </w:r>
      <w:r>
        <w:t>Try to capture your enemy by love, by the power of love.</w:t>
      </w:r>
    </w:p>
    <w:p>
      <w:pPr>
        <w:jc w:val="right"/>
      </w:pPr>
      <w:r>
        <w:t>Try to capture your enemy by love, by the power of love.</w:t>
      </w:r>
    </w:p>
    <w:p>
      <w:r>
        <w:rPr>
          <w:b/>
        </w:rPr>
        <w:t xml:space="preserve">[35:07] </w:t>
      </w:r>
      <w:r>
        <w:t>This is a great, great example of the Prophet of Islam.</w:t>
      </w:r>
    </w:p>
    <w:p>
      <w:pPr>
        <w:jc w:val="right"/>
      </w:pPr>
      <w:r>
        <w:t>This is a great, great example of the Prophet of Islam.</w:t>
      </w:r>
    </w:p>
    <w:p>
      <w:r>
        <w:rPr>
          <w:b/>
        </w:rPr>
        <w:t xml:space="preserve">[35:14] </w:t>
      </w:r>
      <w:r>
        <w:t>So when he says when he said that "Alaisat nafsan" about that Jewish body, that was he not</w:t>
      </w:r>
    </w:p>
    <w:p>
      <w:pPr>
        <w:jc w:val="right"/>
      </w:pPr>
      <w:r>
        <w:t>So when he says when he said that "Alaisat nafsan" about that Jewish body, that was he not</w:t>
      </w:r>
    </w:p>
    <w:p>
      <w:r>
        <w:rPr>
          <w:b/>
        </w:rPr>
        <w:t xml:space="preserve">[35:24] </w:t>
      </w:r>
      <w:r>
        <w:t>a human being, it means that I have to love.</w:t>
      </w:r>
    </w:p>
    <w:p>
      <w:pPr>
        <w:jc w:val="right"/>
      </w:pPr>
      <w:r>
        <w:t>a human being, it means that I have to love.</w:t>
      </w:r>
    </w:p>
    <w:p>
      <w:r>
        <w:rPr>
          <w:b/>
        </w:rPr>
        <w:t xml:space="preserve">[35:34] </w:t>
      </w:r>
      <w:r>
        <w:t>I find it means that I find love towards all human beings.</w:t>
      </w:r>
    </w:p>
    <w:p>
      <w:pPr>
        <w:jc w:val="right"/>
      </w:pPr>
      <w:r>
        <w:t>I find it means that I find love towards all human beings.</w:t>
      </w:r>
    </w:p>
    <w:p>
      <w:r>
        <w:rPr>
          <w:b/>
        </w:rPr>
        <w:t xml:space="preserve">[35:44] </w:t>
      </w:r>
      <w:r>
        <w:t>Not only towards my community, not only towards my followers, but towards Christians, towards Jews, towards all people.</w:t>
      </w:r>
    </w:p>
    <w:p>
      <w:pPr>
        <w:jc w:val="right"/>
      </w:pPr>
      <w:r>
        <w:t>Not only towards my community, not only towards my followers, but towards Christians, towards Jews, towards all people.</w:t>
      </w:r>
    </w:p>
    <w:p>
      <w:r>
        <w:rPr>
          <w:b/>
        </w:rPr>
        <w:t xml:space="preserve">[35:55] </w:t>
      </w:r>
      <w:r>
        <w:t>Irregardless whether they belong to this religion or that religion. This was the power of the Prophet of Islam.</w:t>
      </w:r>
    </w:p>
    <w:p>
      <w:pPr>
        <w:jc w:val="right"/>
      </w:pPr>
      <w:r>
        <w:t>Irregardless whether they belong to this religion or that religion. This was the power of the Prophet of Islam.</w:t>
      </w:r>
    </w:p>
    <w:p>
      <w:r>
        <w:rPr>
          <w:b/>
        </w:rPr>
        <w:t xml:space="preserve">[36:08] </w:t>
      </w:r>
      <w:r>
        <w:t>So Dr.</w:t>
      </w:r>
    </w:p>
    <w:p>
      <w:pPr>
        <w:jc w:val="right"/>
      </w:pPr>
      <w:r>
        <w:t>So Dr.</w:t>
      </w:r>
    </w:p>
    <w:p>
      <w:r>
        <w:rPr>
          <w:b/>
        </w:rPr>
        <w:t xml:space="preserve">[36:15] </w:t>
      </w:r>
      <w:r>
        <w:t>Michael Hart only says this that he was the supremely successful man in history.</w:t>
      </w:r>
    </w:p>
    <w:p>
      <w:pPr>
        <w:jc w:val="right"/>
      </w:pPr>
      <w:r>
        <w:t>Michael Hart only says this that he was the supremely successful man in history.</w:t>
      </w:r>
    </w:p>
    <w:p>
      <w:r>
        <w:rPr>
          <w:b/>
        </w:rPr>
        <w:t xml:space="preserve">[36:22] </w:t>
      </w:r>
      <w:r>
        <w:t>But when we read his life, his sayings, we find that the secret of his success was that</w:t>
      </w:r>
    </w:p>
    <w:p>
      <w:pPr>
        <w:jc w:val="right"/>
      </w:pPr>
      <w:r>
        <w:t>But when we read his life, his sayings, we find that the secret of his success was that</w:t>
      </w:r>
    </w:p>
    <w:p>
      <w:r>
        <w:rPr>
          <w:b/>
        </w:rPr>
        <w:t xml:space="preserve">[36:30] </w:t>
      </w:r>
      <w:r>
        <w:t>his love was filled of that his heart was filled of love.</w:t>
      </w:r>
    </w:p>
    <w:p>
      <w:pPr>
        <w:jc w:val="right"/>
      </w:pPr>
      <w:r>
        <w:t>his love was filled of that his heart was filled of love.</w:t>
      </w:r>
    </w:p>
    <w:p>
      <w:r>
        <w:rPr>
          <w:b/>
        </w:rPr>
        <w:t xml:space="preserve">[36:37] </w:t>
      </w:r>
      <w:r>
        <w:t>When we read his sayings, when we read his life, when we study his behaviors, we find that</w:t>
      </w:r>
    </w:p>
    <w:p>
      <w:pPr>
        <w:jc w:val="right"/>
      </w:pPr>
      <w:r>
        <w:t>When we read his sayings, when we read his life, when we study his behaviors, we find that</w:t>
      </w:r>
    </w:p>
    <w:p>
      <w:r>
        <w:rPr>
          <w:b/>
        </w:rPr>
        <w:t xml:space="preserve">[36:44] </w:t>
      </w:r>
      <w:r>
        <w:t>the secret of his superachievement, secret of his super success was that his heart was filled of love,</w:t>
      </w:r>
    </w:p>
    <w:p>
      <w:pPr>
        <w:jc w:val="right"/>
      </w:pPr>
      <w:r>
        <w:t>the secret of his superachievement, secret of his super success was that his heart was filled of love,</w:t>
      </w:r>
    </w:p>
    <w:p>
      <w:r>
        <w:rPr>
          <w:b/>
        </w:rPr>
        <w:t xml:space="preserve">[36:52] </w:t>
      </w:r>
      <w:r>
        <w:t>filled of compassion.</w:t>
      </w:r>
    </w:p>
    <w:p>
      <w:pPr>
        <w:jc w:val="right"/>
      </w:pPr>
      <w:r>
        <w:t>filled of compassion.</w:t>
      </w:r>
    </w:p>
    <w:p>
      <w:r>
        <w:rPr>
          <w:b/>
        </w:rPr>
        <w:t xml:space="preserve">[36:59] </w:t>
      </w:r>
      <w:r>
        <w:t>He was a great thinker.</w:t>
      </w:r>
    </w:p>
    <w:p>
      <w:pPr>
        <w:jc w:val="right"/>
      </w:pPr>
      <w:r>
        <w:t>He was a great thinker.</w:t>
      </w:r>
    </w:p>
    <w:p>
      <w:r>
        <w:rPr>
          <w:b/>
        </w:rPr>
        <w:t xml:space="preserve">[37:06] </w:t>
      </w:r>
      <w:r>
        <w:t>He was a great lover.</w:t>
      </w:r>
    </w:p>
    <w:p>
      <w:pPr>
        <w:jc w:val="right"/>
      </w:pPr>
      <w:r>
        <w:t>He was a great lover.</w:t>
      </w:r>
    </w:p>
    <w:p>
      <w:r>
        <w:rPr>
          <w:b/>
        </w:rPr>
        <w:t xml:space="preserve">[37:14] </w:t>
      </w:r>
      <w:r>
        <w:t>He was a great he was a great well-wisher.</w:t>
      </w:r>
    </w:p>
    <w:p>
      <w:pPr>
        <w:jc w:val="right"/>
      </w:pPr>
      <w:r>
        <w:t>He was a great he was a great well-wisher.</w:t>
      </w:r>
    </w:p>
    <w:p>
      <w:r>
        <w:rPr>
          <w:b/>
        </w:rPr>
        <w:t xml:space="preserve">[37:21] </w:t>
      </w:r>
      <w:r>
        <w:t>So he was a well-wisher to all.</w:t>
      </w:r>
    </w:p>
    <w:p>
      <w:pPr>
        <w:jc w:val="right"/>
      </w:pPr>
      <w:r>
        <w:t>So he was a well-wisher to all.</w:t>
      </w:r>
    </w:p>
    <w:p>
      <w:r>
        <w:rPr>
          <w:b/>
        </w:rPr>
        <w:t xml:space="preserve">[37:29] </w:t>
      </w:r>
      <w:r>
        <w:t>Well-wisher to all.</w:t>
      </w:r>
    </w:p>
    <w:p>
      <w:pPr>
        <w:jc w:val="right"/>
      </w:pPr>
      <w:r>
        <w:t>Well-wisher to all.</w:t>
      </w:r>
    </w:p>
    <w:p>
      <w:r>
        <w:rPr>
          <w:b/>
        </w:rPr>
        <w:t xml:space="preserve">[37:37] </w:t>
      </w:r>
      <w:r>
        <w:t>And I think that one who is a well-wisher to all, he possesses the greatest power.</w:t>
      </w:r>
    </w:p>
    <w:p>
      <w:pPr>
        <w:jc w:val="right"/>
      </w:pPr>
      <w:r>
        <w:t>And I think that one who is a well-wisher to all, he possesses the greatest power.</w:t>
      </w:r>
    </w:p>
    <w:p>
      <w:r>
        <w:rPr>
          <w:b/>
        </w:rPr>
        <w:t xml:space="preserve">[37:46] </w:t>
      </w:r>
      <w:r>
        <w:t>By well-wishing, you can capture by you can every human being, even your enemy.</w:t>
      </w:r>
    </w:p>
    <w:p>
      <w:pPr>
        <w:jc w:val="right"/>
      </w:pPr>
      <w:r>
        <w:t>By well-wishing, you can capture by you can every human being, even your enemy.</w:t>
      </w:r>
    </w:p>
    <w:p>
      <w:r>
        <w:rPr>
          <w:b/>
        </w:rPr>
        <w:t xml:space="preserve">[37:54] </w:t>
      </w:r>
      <w:r>
        <w:t>You know Jesus Christ has said, "Love your enemy." The same teaching was given by the Prophet of Islam.</w:t>
      </w:r>
    </w:p>
    <w:p>
      <w:pPr>
        <w:jc w:val="right"/>
      </w:pPr>
      <w:r>
        <w:t>You know Jesus Christ has said, "Love your enemy." The same teaching was given by the Prophet of Islam.</w:t>
      </w:r>
    </w:p>
    <w:p>
      <w:r>
        <w:rPr>
          <w:b/>
        </w:rPr>
        <w:t xml:space="preserve">[38:03] </w:t>
      </w:r>
      <w:r>
        <w:t>Love your enemy means capture your enemy by the power of love.</w:t>
      </w:r>
    </w:p>
    <w:p>
      <w:pPr>
        <w:jc w:val="right"/>
      </w:pPr>
      <w:r>
        <w:t>Love your enemy means capture your enemy by the power of love.</w:t>
      </w:r>
    </w:p>
    <w:p>
      <w:r>
        <w:rPr>
          <w:b/>
        </w:rPr>
        <w:t xml:space="preserve">[38:07] </w:t>
      </w:r>
      <w:r>
        <w:t>So is the teaching of the Quran.</w:t>
      </w:r>
    </w:p>
    <w:p>
      <w:pPr>
        <w:jc w:val="right"/>
      </w:pPr>
      <w:r>
        <w:t>So is the teaching of the Quran.</w:t>
      </w:r>
    </w:p>
    <w:p>
      <w:r>
        <w:rPr>
          <w:b/>
        </w:rPr>
        <w:t xml:space="preserve">[38:11] </w:t>
      </w:r>
      <w:r>
        <w:t>So is the teaching of the Prophet of Islam.</w:t>
      </w:r>
    </w:p>
    <w:p>
      <w:pPr>
        <w:jc w:val="right"/>
      </w:pPr>
      <w:r>
        <w:t>So is the teaching of the Prophet of Islam.</w:t>
      </w:r>
    </w:p>
    <w:p>
      <w:r>
        <w:rPr>
          <w:b/>
        </w:rPr>
        <w:t xml:space="preserve">[38:16] </w:t>
      </w:r>
      <w:r>
        <w:t>Love is the base of all religions, including Islam.</w:t>
      </w:r>
    </w:p>
    <w:p>
      <w:pPr>
        <w:jc w:val="right"/>
      </w:pPr>
      <w:r>
        <w:t>Love is the base of all religions, including Islam.</w:t>
      </w:r>
    </w:p>
    <w:p>
      <w:r>
        <w:rPr>
          <w:b/>
        </w:rPr>
        <w:t xml:space="preserve">[38:20] </w:t>
      </w:r>
      <w:r>
        <w:t>This is the Quran.</w:t>
      </w:r>
    </w:p>
    <w:p>
      <w:pPr>
        <w:jc w:val="right"/>
      </w:pPr>
      <w:r>
        <w:t>This is the Quran.</w:t>
      </w:r>
    </w:p>
    <w:p>
      <w:r>
        <w:rPr>
          <w:b/>
        </w:rPr>
        <w:t xml:space="preserve">[38:25] </w:t>
      </w:r>
      <w:r>
        <w:t>This is the Islam.</w:t>
      </w:r>
    </w:p>
    <w:p>
      <w:pPr>
        <w:jc w:val="right"/>
      </w:pPr>
      <w:r>
        <w:t>This is the Islam.</w:t>
      </w:r>
    </w:p>
    <w:p>
      <w:r>
        <w:rPr>
          <w:b/>
        </w:rPr>
        <w:t xml:space="preserve">[38:29] </w:t>
      </w:r>
      <w:r>
        <w:t>This is the religion of Islam.</w:t>
      </w:r>
    </w:p>
    <w:p>
      <w:pPr>
        <w:jc w:val="right"/>
      </w:pPr>
      <w:r>
        <w:t>This is the religion of Islam.</w:t>
      </w:r>
    </w:p>
    <w:p>
      <w:r>
        <w:rPr>
          <w:b/>
        </w:rPr>
        <w:t xml:space="preserve">[38:34] </w:t>
      </w:r>
      <w:r>
        <w:t>So I would like to say that if you want to know what is Islam, don't if you want to know what is Islam, you have to see the Prophet. You have to read the Quran. You have to read the Hadith.</w:t>
      </w:r>
    </w:p>
    <w:p>
      <w:pPr>
        <w:jc w:val="right"/>
      </w:pPr>
      <w:r>
        <w:t>So I would like to say that if you want to know what is Islam, don't if you want to know what is Islam, you have to see the Prophet. You have to read the Quran. You have to read the Hadith.</w:t>
      </w:r>
    </w:p>
    <w:p>
      <w:r>
        <w:rPr>
          <w:b/>
        </w:rPr>
        <w:t xml:space="preserve">[39:04] </w:t>
      </w:r>
      <w:r>
        <w:t>You will you have to find the picture of Islam in the scriptures of Islam. If you read the Quran and Hadith, you will see that the Quran is a religion of love. Islam is a religion of love. Islam is a religion of compassion. Islam is a religion of humanity. Islam teaches universal brotherhood.</w:t>
      </w:r>
    </w:p>
    <w:p>
      <w:pPr>
        <w:jc w:val="right"/>
      </w:pPr>
      <w:r>
        <w:t>You will you have to find the picture of Islam in the scriptures of Islam. If you read the Quran and Hadith, you will see that the Quran is a religion of love. Islam is a religion of love. Islam is a religion of compassion. Islam is a religion of humanity. Islam teaches universal brotherhood.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