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Prophetic Models in Quran (English) - Part I March 05, 2007 Maulana Wahiduddin Khan</w:t>
      </w:r>
    </w:p>
    <w:p>
      <w:r>
        <w:t>https://www.youtube.com/watch?v=2EOEtbEQysY</w:t>
      </w:r>
    </w:p>
    <w:p>
      <w:r>
        <w:rPr>
          <w:b/>
        </w:rPr>
        <w:t xml:space="preserve">[00:10] </w:t>
      </w:r>
      <w:r>
        <w:t>bismillah hir rahman nir rahim, wa salallahu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[00:13] </w:t>
      </w:r>
      <w:r>
        <w:t>rabbi ishrah li sadri, wa yassir li amri, wah-lul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[00:19] </w:t>
      </w:r>
      <w:r>
        <w:t>The topic for this day is the prophetic models reported in the Quran.</w:t>
      </w:r>
    </w:p>
    <w:p>
      <w:pPr>
        <w:jc w:val="right"/>
      </w:pPr>
      <w:r>
        <w:t>دا ٹاپک فار دس ڈے از دا پرافیٹک ماڈلز رپورٹڈ ان دا قرآن۔</w:t>
      </w:r>
    </w:p>
    <w:p>
      <w:r>
        <w:rPr>
          <w:b/>
        </w:rPr>
        <w:t xml:space="preserve">[00:25] </w:t>
      </w:r>
      <w:r>
        <w:t>God Almighty created man and settled him on the planet Earth.</w:t>
      </w:r>
    </w:p>
    <w:p>
      <w:pPr>
        <w:jc w:val="right"/>
      </w:pPr>
      <w:r>
        <w:t>گاڈ المائٹی کریٹڈ مین اینڈ سیٹلڈ ہم ان دا پلینٹ ارتھ۔</w:t>
      </w:r>
    </w:p>
    <w:p>
      <w:r>
        <w:rPr>
          <w:b/>
        </w:rPr>
        <w:t xml:space="preserve">[00:29] </w:t>
      </w:r>
      <w:r>
        <w:t>Adam was the first man, also he was the first prophet.</w:t>
      </w:r>
    </w:p>
    <w:p>
      <w:pPr>
        <w:jc w:val="right"/>
      </w:pPr>
      <w:r>
        <w:t>ادر واز دا فرسٹ مین، السو ہی واز دا فرسٹ پرافٹ۔</w:t>
      </w:r>
    </w:p>
    <w:p>
      <w:r>
        <w:rPr>
          <w:b/>
        </w:rPr>
        <w:t xml:space="preserve">[00:34] </w:t>
      </w:r>
      <w:r>
        <w:t>From here begins the history of prophethood.</w:t>
      </w:r>
    </w:p>
    <w:p>
      <w:pPr>
        <w:jc w:val="right"/>
      </w:pPr>
      <w:r>
        <w:t>فرام ہیر بگنز دا ہسٹری اف پرافٹ ہڈ۔</w:t>
      </w:r>
    </w:p>
    <w:p>
      <w:r>
        <w:rPr>
          <w:b/>
        </w:rPr>
        <w:t xml:space="preserve">[00:37] </w:t>
      </w:r>
      <w:r>
        <w:t>So God sent prophets in every place and at every time.</w:t>
      </w:r>
    </w:p>
    <w:p>
      <w:pPr>
        <w:jc w:val="right"/>
      </w:pPr>
      <w:r>
        <w:t>سو گاڈ سینڈ پرافٹس ان ایوری پلیس اینڈ ایٹ ایوری ٹائم۔</w:t>
      </w:r>
    </w:p>
    <w:p>
      <w:r>
        <w:rPr>
          <w:b/>
        </w:rPr>
        <w:t xml:space="preserve">[00:42] </w:t>
      </w:r>
      <w:r>
        <w:t>Their numbers was more than one hundred thousand, according to Hadith.</w:t>
      </w:r>
    </w:p>
    <w:p>
      <w:pPr>
        <w:jc w:val="right"/>
      </w:pPr>
      <w:r>
        <w:t>دیر نمبرز واز مور دین ون ہنڈرڈ تھاؤزنڈ، اکارڈنگ ٹو حدیث۔</w:t>
      </w:r>
    </w:p>
    <w:p>
      <w:r>
        <w:rPr>
          <w:b/>
        </w:rPr>
        <w:t xml:space="preserve">[00:47] </w:t>
      </w:r>
      <w:r>
        <w:t>Now, I would like to refer some verses from the Quran to understand what was the role or</w:t>
      </w:r>
    </w:p>
    <w:p>
      <w:pPr>
        <w:jc w:val="right"/>
      </w:pPr>
      <w:r>
        <w:t>ناؤ، ائی وڈ لائک ٹو ریفر سم ورسز فرام دا قرآن ٹو انڈرسٹینڈ واٹ واز دا رول اور</w:t>
      </w:r>
    </w:p>
    <w:p>
      <w:r>
        <w:rPr>
          <w:b/>
        </w:rPr>
        <w:t xml:space="preserve">[00:55] </w:t>
      </w:r>
      <w:r>
        <w:t>Purpose of these prophets.</w:t>
      </w:r>
    </w:p>
    <w:p>
      <w:pPr>
        <w:jc w:val="right"/>
      </w:pPr>
      <w:r>
        <w:t>پرپس اف دیز پرافٹس۔</w:t>
      </w:r>
    </w:p>
    <w:p>
      <w:r>
        <w:rPr>
          <w:b/>
        </w:rPr>
        <w:t xml:space="preserve">[00:56] </w:t>
      </w:r>
      <w:r>
        <w:t>One scholar is also a commentator of the Quran.</w:t>
      </w:r>
    </w:p>
    <w:p>
      <w:pPr>
        <w:jc w:val="right"/>
      </w:pPr>
      <w:r>
        <w:t>ون اسکالر از السو ا کمنٹیٹر اف دا قرآن۔</w:t>
      </w:r>
    </w:p>
    <w:p>
      <w:r>
        <w:rPr>
          <w:b/>
        </w:rPr>
        <w:t xml:space="preserve">[01:00] </w:t>
      </w:r>
      <w:r>
        <w:t>He was asked, "What is the gist of Quranic teachings?"</w:t>
      </w:r>
    </w:p>
    <w:p>
      <w:pPr>
        <w:jc w:val="right"/>
      </w:pPr>
      <w:r>
        <w:t>ہی واز اسکڈ واٹ از دا جسٹ اف قرآنک ٹیچنگز۔</w:t>
      </w:r>
    </w:p>
    <w:p>
      <w:r>
        <w:rPr>
          <w:b/>
        </w:rPr>
        <w:t xml:space="preserve">[01:04] </w:t>
      </w:r>
      <w:r>
        <w:t>He said, sarguzasht-e anbiya.</w:t>
      </w:r>
    </w:p>
    <w:p>
      <w:pPr>
        <w:jc w:val="right"/>
      </w:pPr>
      <w:r>
        <w:t>ہی سیڈ، سرگزشت انظار۔</w:t>
      </w:r>
    </w:p>
    <w:p>
      <w:r>
        <w:rPr>
          <w:b/>
        </w:rPr>
        <w:t xml:space="preserve">[01:06] </w:t>
      </w:r>
      <w:r>
        <w:t>Quran sarguzisht inzaar hai.</w:t>
      </w:r>
    </w:p>
    <w:p>
      <w:pPr>
        <w:jc w:val="right"/>
      </w:pPr>
      <w:r>
        <w:t>قرآن سرگزشت انظار ہے۔</w:t>
      </w:r>
    </w:p>
    <w:p>
      <w:r>
        <w:rPr>
          <w:b/>
        </w:rPr>
        <w:t xml:space="preserve">[01:08] </w:t>
      </w:r>
      <w:r>
        <w:t>It means that Quran is a record of warnings.</w:t>
      </w:r>
    </w:p>
    <w:p>
      <w:pPr>
        <w:jc w:val="right"/>
      </w:pPr>
      <w:r>
        <w:t>اٹ مینز دیٹ قرآن از اے ریکارڈ اف وارننگز۔</w:t>
      </w:r>
    </w:p>
    <w:p>
      <w:r>
        <w:rPr>
          <w:b/>
        </w:rPr>
        <w:t xml:space="preserve">[01:12] </w:t>
      </w:r>
      <w:r>
        <w:t>Every prophet gave warnings to his contemporary people by taking this example.</w:t>
      </w:r>
    </w:p>
    <w:p>
      <w:pPr>
        <w:jc w:val="right"/>
      </w:pPr>
      <w:r>
        <w:t>ایوری پرافٹ گیو وارننگز ٹو ہز کنٹمپرری پیپل بائی ٹیکنگ دس ایگزامپل۔</w:t>
      </w:r>
    </w:p>
    <w:p>
      <w:r>
        <w:rPr>
          <w:b/>
        </w:rPr>
        <w:t xml:space="preserve">[01:17] </w:t>
      </w:r>
      <w:r>
        <w:t>He said, Quran is a record of warnings.</w:t>
      </w:r>
    </w:p>
    <w:p>
      <w:pPr>
        <w:jc w:val="right"/>
      </w:pPr>
      <w:r>
        <w:t>ہی سیڈ، قرآن از ا ریکارڈ اف وارننگز۔</w:t>
      </w:r>
    </w:p>
    <w:p>
      <w:r>
        <w:rPr>
          <w:b/>
        </w:rPr>
        <w:t xml:space="preserve">[01:20] </w:t>
      </w:r>
      <w:r>
        <w:t>But this kind of description is a negative description.</w:t>
      </w:r>
    </w:p>
    <w:p>
      <w:pPr>
        <w:jc w:val="right"/>
      </w:pPr>
      <w:r>
        <w:t>بٹ دس کائنڈ اف ڈسکرپشن از ا نیگیٹیو ڈسکرپشن۔</w:t>
      </w:r>
    </w:p>
    <w:p>
      <w:r>
        <w:rPr>
          <w:b/>
        </w:rPr>
        <w:t xml:space="preserve">[01:24] </w:t>
      </w:r>
      <w:r>
        <w:t>Record of warnings is a negative introduction of the Quran.</w:t>
      </w:r>
    </w:p>
    <w:p>
      <w:pPr>
        <w:jc w:val="right"/>
      </w:pPr>
      <w:r>
        <w:t>ریکارڈ اف وارننگز از ا نیگیٹیو انٹروڈکشن اف دا قرآن۔</w:t>
      </w:r>
    </w:p>
    <w:p>
      <w:r>
        <w:rPr>
          <w:b/>
        </w:rPr>
        <w:t xml:space="preserve">[01:28] </w:t>
      </w:r>
      <w:r>
        <w:t>We must find some positive introduction of the Quran, because Quran is a positive book.</w:t>
      </w:r>
    </w:p>
    <w:p>
      <w:pPr>
        <w:jc w:val="right"/>
      </w:pPr>
      <w:r>
        <w:t>وی مسٹ فائنڈ سم پوزیٹیو انٹروڈکشن اف دا قرآن، بیکاز قرآن از اے پوزیٹیو بک۔</w:t>
      </w:r>
    </w:p>
    <w:p>
      <w:r>
        <w:rPr>
          <w:b/>
        </w:rPr>
        <w:t xml:space="preserve">[01:35] </w:t>
      </w:r>
      <w:r>
        <w:t>is our belief that Quran is a positive book.</w:t>
      </w:r>
    </w:p>
    <w:p>
      <w:pPr>
        <w:jc w:val="right"/>
      </w:pPr>
      <w:r>
        <w:t>از اور بیلیو دیٹ قرآن از اے پوزیٹیو بک۔</w:t>
      </w:r>
    </w:p>
    <w:p>
      <w:r>
        <w:rPr>
          <w:b/>
        </w:rPr>
        <w:t xml:space="preserve">[01:39] </w:t>
      </w:r>
      <w:r>
        <w:t>Quran is not a negative book.</w:t>
      </w:r>
    </w:p>
    <w:p>
      <w:pPr>
        <w:jc w:val="right"/>
      </w:pPr>
      <w:r>
        <w:t>قرآن از ناٹ ا نیگیٹیو بک۔</w:t>
      </w:r>
    </w:p>
    <w:p>
      <w:r>
        <w:rPr>
          <w:b/>
        </w:rPr>
        <w:t xml:space="preserve">[01:41] </w:t>
      </w:r>
      <w:r>
        <w:t>So according to my study, I can say that Quran is a record of different prophetic models.</w:t>
      </w:r>
    </w:p>
    <w:p>
      <w:pPr>
        <w:jc w:val="right"/>
      </w:pPr>
      <w:r>
        <w:t>سو اکارڈنگ ٹو مائی سٹڈی، ائی کین سے دیٹ قرآن از اے ریکارڈ اف ڈفرنٹ پرافیٹک ماڈلز۔</w:t>
      </w:r>
    </w:p>
    <w:p>
      <w:r>
        <w:rPr>
          <w:b/>
        </w:rPr>
        <w:t xml:space="preserve">[01:49] </w:t>
      </w:r>
      <w:r>
        <w:t>different prophetic models.</w:t>
      </w:r>
    </w:p>
    <w:p>
      <w:pPr>
        <w:jc w:val="right"/>
      </w:pPr>
      <w:r>
        <w:t>ڈفرنٹ پرافیٹک ماڈلز۔</w:t>
      </w:r>
    </w:p>
    <w:p>
      <w:r>
        <w:rPr>
          <w:b/>
        </w:rPr>
        <w:t xml:space="preserve">[01:50] </w:t>
      </w:r>
      <w:r>
        <w:t>Every prophet adopted a model according to his situation, according to his time.</w:t>
      </w:r>
    </w:p>
    <w:p>
      <w:pPr>
        <w:jc w:val="right"/>
      </w:pPr>
      <w:r>
        <w:t>ایوری پرافٹ اڈاپٹڈ ا ماڈل اکارڈنگ ٹو ہز سچویشن، اکارڈنگ ٹو ہز ٹائم۔</w:t>
      </w:r>
    </w:p>
    <w:p>
      <w:r>
        <w:rPr>
          <w:b/>
        </w:rPr>
        <w:t xml:space="preserve">[01:56] </w:t>
      </w:r>
      <w:r>
        <w:t>So every prophet is a model.</w:t>
      </w:r>
    </w:p>
    <w:p>
      <w:pPr>
        <w:jc w:val="right"/>
      </w:pPr>
      <w:r>
        <w:t>سو ایوری پرافٹ از اے ماڈل۔</w:t>
      </w:r>
    </w:p>
    <w:p>
      <w:r>
        <w:rPr>
          <w:b/>
        </w:rPr>
        <w:t xml:space="preserve">[01:58] </w:t>
      </w:r>
      <w:r>
        <w:t>In this sense, I can say that Quran is a record of prophetic models.</w:t>
      </w:r>
    </w:p>
    <w:p>
      <w:pPr>
        <w:jc w:val="right"/>
      </w:pPr>
      <w:r>
        <w:t>ان دس سینس، ائی کین سے دیٹ قرآن از اے ریکارڈ اف پرافیٹک ماڈلز۔</w:t>
      </w:r>
    </w:p>
    <w:p>
      <w:r>
        <w:rPr>
          <w:b/>
        </w:rPr>
        <w:t xml:space="preserve">[02:04] </w:t>
      </w:r>
      <w:r>
        <w:t>Quran.</w:t>
      </w:r>
    </w:p>
    <w:p>
      <w:pPr>
        <w:jc w:val="right"/>
      </w:pPr>
      <w:r>
        <w:t>قرآن۔</w:t>
      </w:r>
    </w:p>
    <w:p>
      <w:r>
        <w:rPr>
          <w:b/>
        </w:rPr>
        <w:t xml:space="preserve">[02:06] </w:t>
      </w:r>
      <w:r>
        <w:t>I have studied Quran in detail.</w:t>
      </w:r>
    </w:p>
    <w:p>
      <w:pPr>
        <w:jc w:val="right"/>
      </w:pPr>
      <w:r>
        <w:t>ائی ہیو سٹڈی قرآن ان ڈیٹیل۔</w:t>
      </w:r>
    </w:p>
    <w:p>
      <w:r>
        <w:rPr>
          <w:b/>
        </w:rPr>
        <w:t xml:space="preserve">[02:08] </w:t>
      </w:r>
      <w:r>
        <w:t>I can say that there are two different aspects of the religion of God.</w:t>
      </w:r>
    </w:p>
    <w:p>
      <w:pPr>
        <w:jc w:val="right"/>
      </w:pPr>
      <w:r>
        <w:t>ائی کین سے دیٹ دیر ار ٹو ڈفرنٹ اسپیکٹ اف دی ریلیجن اف گاڈ۔</w:t>
      </w:r>
    </w:p>
    <w:p>
      <w:r>
        <w:rPr>
          <w:b/>
        </w:rPr>
        <w:t xml:space="preserve">[02:14] </w:t>
      </w:r>
      <w:r>
        <w:t>That is the deen.</w:t>
      </w:r>
    </w:p>
    <w:p>
      <w:pPr>
        <w:jc w:val="right"/>
      </w:pPr>
      <w:r>
        <w:t>دیٹ از الدین۔</w:t>
      </w:r>
    </w:p>
    <w:p>
      <w:r>
        <w:rPr>
          <w:b/>
        </w:rPr>
        <w:t xml:space="preserve">[02:16] </w:t>
      </w:r>
      <w:r>
        <w:t>one that is one that consists of basic teachings.</w:t>
      </w:r>
    </w:p>
    <w:p>
      <w:pPr>
        <w:jc w:val="right"/>
      </w:pPr>
      <w:r>
        <w:t>ون دیٹ از ون دیٹ کنسسٹ اف بیسک ٹیچنگز۔</w:t>
      </w:r>
    </w:p>
    <w:p>
      <w:r>
        <w:rPr>
          <w:b/>
        </w:rPr>
        <w:t xml:space="preserve">[02:20] </w:t>
      </w:r>
      <w:r>
        <w:t>Basic teachings of Islam.</w:t>
      </w:r>
    </w:p>
    <w:p>
      <w:pPr>
        <w:jc w:val="right"/>
      </w:pPr>
      <w:r>
        <w:t>بیسک ٹیچنگز اف الدین۔</w:t>
      </w:r>
    </w:p>
    <w:p>
      <w:r>
        <w:rPr>
          <w:b/>
        </w:rPr>
        <w:t xml:space="preserve">[02:21] </w:t>
      </w:r>
      <w:r>
        <w:t>Al-Din means religion of God.</w:t>
      </w:r>
    </w:p>
    <w:p>
      <w:pPr>
        <w:jc w:val="right"/>
      </w:pPr>
      <w:r>
        <w:t>الدین مینز ریلیجن اف گاڈ۔</w:t>
      </w:r>
    </w:p>
    <w:p>
      <w:r>
        <w:rPr>
          <w:b/>
        </w:rPr>
        <w:t xml:space="preserve">[02:23] </w:t>
      </w:r>
      <w:r>
        <w:t>One part of the deen is the basic teachings.</w:t>
      </w:r>
    </w:p>
    <w:p>
      <w:pPr>
        <w:jc w:val="right"/>
      </w:pPr>
      <w:r>
        <w:t>ون پارٹ اف الدین از دا بیسک ٹیچنگز۔</w:t>
      </w:r>
    </w:p>
    <w:p>
      <w:r>
        <w:rPr>
          <w:b/>
        </w:rPr>
        <w:t xml:space="preserve">[02:27] </w:t>
      </w:r>
      <w:r>
        <w:t>These basic teachings are common to all the prophets.</w:t>
      </w:r>
    </w:p>
    <w:p>
      <w:pPr>
        <w:jc w:val="right"/>
      </w:pPr>
      <w:r>
        <w:t>دیز بیسک ٹیچنگز ار کامن ٹو ال دا پرافٹس۔</w:t>
      </w:r>
    </w:p>
    <w:p>
      <w:r>
        <w:rPr>
          <w:b/>
        </w:rPr>
        <w:t xml:space="preserve">[02:31] </w:t>
      </w:r>
      <w:r>
        <w:t>But the other top of the din is that.</w:t>
      </w:r>
    </w:p>
    <w:p>
      <w:pPr>
        <w:jc w:val="right"/>
      </w:pPr>
      <w:r>
        <w:t>بٹ دی ادر ٹاپ اف الدین از دیٹ۔</w:t>
      </w:r>
    </w:p>
    <w:p>
      <w:r>
        <w:rPr>
          <w:b/>
        </w:rPr>
        <w:t xml:space="preserve">[02:34] </w:t>
      </w:r>
      <w:r>
        <w:t>That is method.</w:t>
      </w:r>
    </w:p>
    <w:p>
      <w:pPr>
        <w:jc w:val="right"/>
      </w:pPr>
      <w:r>
        <w:t>دیٹ از میتھڈ۔</w:t>
      </w:r>
    </w:p>
    <w:p>
      <w:r>
        <w:rPr>
          <w:b/>
        </w:rPr>
        <w:t xml:space="preserve">[02:36] </w:t>
      </w:r>
      <w:r>
        <w:t>method.</w:t>
      </w:r>
    </w:p>
    <w:p>
      <w:pPr>
        <w:jc w:val="right"/>
      </w:pPr>
      <w:r>
        <w:t>میتھڈ۔</w:t>
      </w:r>
    </w:p>
    <w:p>
      <w:r>
        <w:rPr>
          <w:b/>
        </w:rPr>
        <w:t xml:space="preserve">[02:37] </w:t>
      </w:r>
      <w:r>
        <w:t>method.</w:t>
      </w:r>
    </w:p>
    <w:p>
      <w:pPr>
        <w:jc w:val="right"/>
      </w:pPr>
      <w:r>
        <w:t>میتھڈ۔</w:t>
      </w:r>
    </w:p>
    <w:p>
      <w:r>
        <w:rPr>
          <w:b/>
        </w:rPr>
        <w:t xml:space="preserve">[02:39] </w:t>
      </w:r>
      <w:r>
        <w:t>You know, method always varies.</w:t>
      </w:r>
    </w:p>
    <w:p>
      <w:pPr>
        <w:jc w:val="right"/>
      </w:pPr>
      <w:r>
        <w:t>یو نو، میتھڈ الویز ویریز۔</w:t>
      </w:r>
    </w:p>
    <w:p>
      <w:r>
        <w:rPr>
          <w:b/>
        </w:rPr>
        <w:t xml:space="preserve">[02:41] </w:t>
      </w:r>
      <w:r>
        <w:t>So, in terms of method, there are differences.</w:t>
      </w:r>
    </w:p>
    <w:p>
      <w:pPr>
        <w:jc w:val="right"/>
      </w:pPr>
      <w:r>
        <w:t>سو ان ٹرم اف میتھڈ، دیر ار ڈیفرنسز۔</w:t>
      </w:r>
    </w:p>
    <w:p>
      <w:r>
        <w:rPr>
          <w:b/>
        </w:rPr>
        <w:t xml:space="preserve">[02:44] </w:t>
      </w:r>
      <w:r>
        <w:t>But in terms of basic teachings, there is no different at all.</w:t>
      </w:r>
    </w:p>
    <w:p>
      <w:pPr>
        <w:jc w:val="right"/>
      </w:pPr>
      <w:r>
        <w:t>بٹ ان ٹرم اف بیسک ٹیچنگز، دیر از نو ڈفرنٹ ایٹ ال۔</w:t>
      </w:r>
    </w:p>
    <w:p>
      <w:r>
        <w:rPr>
          <w:b/>
        </w:rPr>
        <w:t xml:space="preserve">[02:49] </w:t>
      </w:r>
      <w:r>
        <w:t>This principle is given in the Quran with clarity.</w:t>
      </w:r>
    </w:p>
    <w:p>
      <w:pPr>
        <w:jc w:val="right"/>
      </w:pPr>
      <w:r>
        <w:t>دس پرنسپل از گیون ان دا قرآن ود کلیرٹی۔</w:t>
      </w:r>
    </w:p>
    <w:p>
      <w:r>
        <w:rPr>
          <w:b/>
        </w:rPr>
        <w:t xml:space="preserve">[02:53] </w:t>
      </w:r>
      <w:r>
        <w:t>For example, Surah Ash-Shura.</w:t>
      </w:r>
    </w:p>
    <w:p>
      <w:pPr>
        <w:jc w:val="right"/>
      </w:pPr>
      <w:r>
        <w:t>فار ایگزامپل، سورہ عاشورہ۔</w:t>
      </w:r>
    </w:p>
    <w:p>
      <w:r>
        <w:rPr>
          <w:b/>
        </w:rPr>
        <w:t xml:space="preserve">[02:55] </w:t>
      </w:r>
      <w:r>
        <w:t>Surah Ash-Shura.</w:t>
      </w:r>
    </w:p>
    <w:p>
      <w:pPr>
        <w:jc w:val="right"/>
      </w:pPr>
      <w:r>
        <w:t>سورہ عاشورہ۔</w:t>
      </w:r>
    </w:p>
    <w:p>
      <w:r>
        <w:rPr>
          <w:b/>
        </w:rPr>
        <w:t xml:space="preserve">[02:56] </w:t>
      </w:r>
      <w:r>
        <w:t>In Surah Ash-Shura, we read this verse: "Shara'a lakum min al-dini ma wassa bihi Nuhun wa alladhi awhayna ilayka</w:t>
      </w:r>
    </w:p>
    <w:p>
      <w:pPr>
        <w:jc w:val="right"/>
      </w:pPr>
      <w:r>
        <w:t>ان سورہ عاشورہ، وی ریڈ دس ورس: "شرا لکم من الدین ما وصا بہ نوح والذی اوحینا الیہ</w:t>
      </w:r>
    </w:p>
    <w:p>
      <w:r>
        <w:rPr>
          <w:b/>
        </w:rPr>
        <w:t xml:space="preserve">[03:04] </w:t>
      </w:r>
      <w:r>
        <w:t>"وما وصینا بہ ابراہیم و موسی وعیسی انقم الدین ولا تفرقوا فیہ"۔</w:t>
      </w:r>
    </w:p>
    <w:p>
      <w:pPr>
        <w:jc w:val="right"/>
      </w:pPr>
      <w:r>
        <w:t>وما وصینا بہ ابراہیم و موسی وعیسی انقم الدین ولا تفرقوا فیہ"۔</w:t>
      </w:r>
    </w:p>
    <w:p>
      <w:r>
        <w:rPr>
          <w:b/>
        </w:rPr>
        <w:t xml:space="preserve">[03:09] </w:t>
      </w:r>
      <w:r>
        <w:t>This verse of chapter Ash-Shura tells us that all the prophets were given the same al-din.</w:t>
      </w:r>
    </w:p>
    <w:p>
      <w:pPr>
        <w:jc w:val="right"/>
      </w:pPr>
      <w:r>
        <w:t>دس ورس اف چیپٹر عاشورہ ٹیلز اس دیٹ ال دا پرافٹس ویر گیون دا سیم الدین۔</w:t>
      </w:r>
    </w:p>
    <w:p>
      <w:r>
        <w:rPr>
          <w:b/>
        </w:rPr>
        <w:t xml:space="preserve">[03:16] </w:t>
      </w:r>
      <w:r>
        <w:t>Sameuddin.</w:t>
      </w:r>
    </w:p>
    <w:p>
      <w:pPr>
        <w:jc w:val="right"/>
      </w:pPr>
      <w:r>
        <w:t>سیم الدین۔</w:t>
      </w:r>
    </w:p>
    <w:p>
      <w:r>
        <w:rPr>
          <w:b/>
        </w:rPr>
        <w:t xml:space="preserve">[03:18] </w:t>
      </w:r>
      <w:r>
        <w:t>There is no different between al-din.</w:t>
      </w:r>
    </w:p>
    <w:p>
      <w:pPr>
        <w:jc w:val="right"/>
      </w:pPr>
      <w:r>
        <w:t>دیر از نو ڈفرنٹ بٹوین الدین۔</w:t>
      </w:r>
    </w:p>
    <w:p>
      <w:r>
        <w:rPr>
          <w:b/>
        </w:rPr>
        <w:t xml:space="preserve">[03:20] </w:t>
      </w:r>
      <w:r>
        <w:t>between the prophets.</w:t>
      </w:r>
    </w:p>
    <w:p>
      <w:pPr>
        <w:jc w:val="right"/>
      </w:pPr>
      <w:r>
        <w:t>بٹوین دا پرافٹس۔</w:t>
      </w:r>
    </w:p>
    <w:p>
      <w:r>
        <w:rPr>
          <w:b/>
        </w:rPr>
        <w:t xml:space="preserve">[03:22] </w:t>
      </w:r>
      <w:r>
        <w:t>So here the means the basics of the.</w:t>
      </w:r>
    </w:p>
    <w:p>
      <w:pPr>
        <w:jc w:val="right"/>
      </w:pPr>
      <w:r>
        <w:t>سو ہیر الدین مینز دا بیسکس اف الدین۔</w:t>
      </w:r>
    </w:p>
    <w:p>
      <w:r>
        <w:rPr>
          <w:b/>
        </w:rPr>
        <w:t xml:space="preserve">[03:25] </w:t>
      </w:r>
      <w:r>
        <w:t>Basics of Divine Religion.</w:t>
      </w:r>
    </w:p>
    <w:p>
      <w:pPr>
        <w:jc w:val="right"/>
      </w:pPr>
      <w:r>
        <w:t>بیسکس اف ڈیوائن ریلیجن۔</w:t>
      </w:r>
    </w:p>
    <w:p>
      <w:r>
        <w:rPr>
          <w:b/>
        </w:rPr>
        <w:t xml:space="preserve">[03:27] </w:t>
      </w:r>
      <w:r>
        <w:t>basics aur basic teachings aur basic principles.</w:t>
      </w:r>
    </w:p>
    <w:p>
      <w:pPr>
        <w:jc w:val="right"/>
      </w:pPr>
      <w:r>
        <w:t>بیسکس اور بیسک ٹیچنگز اور بیسک پرنسپلز۔</w:t>
      </w:r>
    </w:p>
    <w:p>
      <w:r>
        <w:rPr>
          <w:b/>
        </w:rPr>
        <w:t xml:space="preserve">[03:30] </w:t>
      </w:r>
      <w:r>
        <w:t>This is the first part of divine religion.</w:t>
      </w:r>
    </w:p>
    <w:p>
      <w:pPr>
        <w:jc w:val="right"/>
      </w:pPr>
      <w:r>
        <w:t>دس از دا فرسٹ پارٹ اف ڈیوائن ریلیجن۔</w:t>
      </w:r>
    </w:p>
    <w:p>
      <w:r>
        <w:rPr>
          <w:b/>
        </w:rPr>
        <w:t xml:space="preserve">[03:33] </w:t>
      </w:r>
      <w:r>
        <w:t>For example, tawhid.</w:t>
      </w:r>
    </w:p>
    <w:p>
      <w:pPr>
        <w:jc w:val="right"/>
      </w:pPr>
      <w:r>
        <w:t>فار ایگزامپل، توحید۔</w:t>
      </w:r>
    </w:p>
    <w:p>
      <w:r>
        <w:rPr>
          <w:b/>
        </w:rPr>
        <w:t xml:space="preserve">[03:35] </w:t>
      </w:r>
      <w:r>
        <w:t>oneness of God.</w:t>
      </w:r>
    </w:p>
    <w:p>
      <w:pPr>
        <w:jc w:val="right"/>
      </w:pPr>
      <w:r>
        <w:t>وننس اف گاڈ۔</w:t>
      </w:r>
    </w:p>
    <w:p>
      <w:r>
        <w:rPr>
          <w:b/>
        </w:rPr>
        <w:t xml:space="preserve">[03:36] </w:t>
      </w:r>
      <w:r>
        <w:t>aur Day of Judgment.</w:t>
      </w:r>
    </w:p>
    <w:p>
      <w:pPr>
        <w:jc w:val="right"/>
      </w:pPr>
      <w:r>
        <w:t>اور ڈے اف ججمنٹ۔</w:t>
      </w:r>
    </w:p>
    <w:p>
      <w:r>
        <w:rPr>
          <w:b/>
        </w:rPr>
        <w:t xml:space="preserve">[03:38] </w:t>
      </w:r>
      <w:r>
        <w:t>aur Helen Paradise.</w:t>
      </w:r>
    </w:p>
    <w:p>
      <w:pPr>
        <w:jc w:val="right"/>
      </w:pPr>
      <w:r>
        <w:t>اور ہیلن پیراڈائز۔</w:t>
      </w:r>
    </w:p>
    <w:p>
      <w:r>
        <w:rPr>
          <w:b/>
        </w:rPr>
        <w:t xml:space="preserve">[03:40] </w:t>
      </w:r>
      <w:r>
        <w:t>aur the concept of prophethood.</w:t>
      </w:r>
    </w:p>
    <w:p>
      <w:pPr>
        <w:jc w:val="right"/>
      </w:pPr>
      <w:r>
        <w:t>اور دا کانسیپٹ اف پرافٹ ہڈ۔</w:t>
      </w:r>
    </w:p>
    <w:p>
      <w:r>
        <w:rPr>
          <w:b/>
        </w:rPr>
        <w:t xml:space="preserve">[03:42] </w:t>
      </w:r>
      <w:r>
        <w:t>aur moral values.</w:t>
      </w:r>
    </w:p>
    <w:p>
      <w:pPr>
        <w:jc w:val="right"/>
      </w:pPr>
      <w:r>
        <w:t>اور مورل ویلیوز۔</w:t>
      </w:r>
    </w:p>
    <w:p>
      <w:r>
        <w:rPr>
          <w:b/>
        </w:rPr>
        <w:t xml:space="preserve">[03:44] </w:t>
      </w:r>
      <w:r>
        <w:t>All these things are eternal.</w:t>
      </w:r>
    </w:p>
    <w:p>
      <w:pPr>
        <w:jc w:val="right"/>
      </w:pPr>
      <w:r>
        <w:t>ال دیز تھنگز ار ایٹرنل۔</w:t>
      </w:r>
    </w:p>
    <w:p>
      <w:r>
        <w:rPr>
          <w:b/>
        </w:rPr>
        <w:t xml:space="preserve">[03:46] </w:t>
      </w:r>
      <w:r>
        <w:t>eternal in nature.</w:t>
      </w:r>
    </w:p>
    <w:p>
      <w:pPr>
        <w:jc w:val="right"/>
      </w:pPr>
      <w:r>
        <w:t>ایٹرنل ان نیچر۔</w:t>
      </w:r>
    </w:p>
    <w:p>
      <w:r>
        <w:rPr>
          <w:b/>
        </w:rPr>
        <w:t xml:space="preserve">[03:47] </w:t>
      </w:r>
      <w:r>
        <w:t>All these things can be called as basics of divine religion.</w:t>
      </w:r>
    </w:p>
    <w:p>
      <w:pPr>
        <w:jc w:val="right"/>
      </w:pPr>
      <w:r>
        <w:t>ال دیز تھنگز کین بی کالڈ ایز بیسکس اف ڈیوائن ریلیجن۔</w:t>
      </w:r>
    </w:p>
    <w:p>
      <w:r>
        <w:rPr>
          <w:b/>
        </w:rPr>
        <w:t xml:space="preserve">[03:52] </w:t>
      </w:r>
      <w:r>
        <w:t>سو ان بیسکس اور ان بیسک ٹیچنگز، there is no difference at all.</w:t>
      </w:r>
    </w:p>
    <w:p>
      <w:pPr>
        <w:jc w:val="right"/>
      </w:pPr>
      <w:r>
        <w:t>سو ان بیسکس اور ان بیسک ٹیچنگز، دیر از نو ڈفرنس ایٹ ال۔</w:t>
      </w:r>
    </w:p>
    <w:p>
      <w:r>
        <w:rPr>
          <w:b/>
        </w:rPr>
        <w:t xml:space="preserve">[03:58] </w:t>
      </w:r>
      <w:r>
        <w:t>All the prophets were given same al-din.</w:t>
      </w:r>
    </w:p>
    <w:p>
      <w:pPr>
        <w:jc w:val="right"/>
      </w:pPr>
      <w:r>
        <w:t>ال دا پرافٹس ویر گیون سیم الدین۔</w:t>
      </w:r>
    </w:p>
    <w:p>
      <w:r>
        <w:rPr>
          <w:b/>
        </w:rPr>
        <w:t xml:space="preserve">[04:01] </w:t>
      </w:r>
      <w:r>
        <w:t>Deen, there is another verse.</w:t>
      </w:r>
    </w:p>
    <w:p>
      <w:pPr>
        <w:jc w:val="right"/>
      </w:pPr>
      <w:r>
        <w:t>دین، دیر از انادر ورس۔</w:t>
      </w:r>
    </w:p>
    <w:p>
      <w:r>
        <w:rPr>
          <w:b/>
        </w:rPr>
        <w:t xml:space="preserve">[04:03] </w:t>
      </w:r>
      <w:r>
        <w:t>That is in chapter Al-Maidah.</w:t>
      </w:r>
    </w:p>
    <w:p>
      <w:pPr>
        <w:jc w:val="right"/>
      </w:pPr>
      <w:r>
        <w:t>دیٹ از ان چیپٹر المائدہ۔</w:t>
      </w:r>
    </w:p>
    <w:p>
      <w:r>
        <w:rPr>
          <w:b/>
        </w:rPr>
        <w:t xml:space="preserve">[04:05] </w:t>
      </w:r>
      <w:r>
        <w:t>Chapter Al-Ma'idah.</w:t>
      </w:r>
    </w:p>
    <w:p>
      <w:pPr>
        <w:jc w:val="right"/>
      </w:pPr>
      <w:r>
        <w:t>چیپٹر المائدہ۔</w:t>
      </w:r>
    </w:p>
    <w:p>
      <w:r>
        <w:rPr>
          <w:b/>
        </w:rPr>
        <w:t xml:space="preserve">[04:06] </w:t>
      </w:r>
      <w:r>
        <w:t>This verse tells us that: "li-kullin ja'alna minkum shir'atan wa minhaja fastabiqul khayrat".</w:t>
      </w:r>
    </w:p>
    <w:p>
      <w:pPr>
        <w:jc w:val="right"/>
      </w:pPr>
      <w:r>
        <w:t>دس ورس ٹیلز اس دیٹ: "لکل جعلنا منہم شرط منہاجا فستبقوا الخیرات"۔</w:t>
      </w:r>
    </w:p>
    <w:p>
      <w:r>
        <w:rPr>
          <w:b/>
        </w:rPr>
        <w:t xml:space="preserve">[04:11] </w:t>
      </w:r>
      <w:r>
        <w:t>This is chapter Al-Ma'idah.</w:t>
      </w:r>
    </w:p>
    <w:p>
      <w:pPr>
        <w:jc w:val="right"/>
      </w:pPr>
      <w:r>
        <w:t>دس از چیپٹر المائدہ۔</w:t>
      </w:r>
    </w:p>
    <w:p>
      <w:r>
        <w:rPr>
          <w:b/>
        </w:rPr>
        <w:t xml:space="preserve">[04:13] </w:t>
      </w:r>
      <w:r>
        <w:t>"likullin ja'alna minkum shir'atan wa minhajan".</w:t>
      </w:r>
    </w:p>
    <w:p>
      <w:pPr>
        <w:jc w:val="right"/>
      </w:pPr>
      <w:r>
        <w:t>"لکل جعلنا منکم شرط منہاجا"۔</w:t>
      </w:r>
    </w:p>
    <w:p>
      <w:r>
        <w:rPr>
          <w:b/>
        </w:rPr>
        <w:t xml:space="preserve">[04:15] </w:t>
      </w:r>
      <w:r>
        <w:t>Every prophet was given different sharia and different minhaj.</w:t>
      </w:r>
    </w:p>
    <w:p>
      <w:pPr>
        <w:jc w:val="right"/>
      </w:pPr>
      <w:r>
        <w:t>ایوری پرافٹ واز گیون ڈفرنٹ شریعہ اینڈ ڈفرنٹ منہاج۔</w:t>
      </w:r>
    </w:p>
    <w:p>
      <w:r>
        <w:rPr>
          <w:b/>
        </w:rPr>
        <w:t xml:space="preserve">[04:19] </w:t>
      </w:r>
      <w:r>
        <w:t>Sharia means law and minhaj means method.</w:t>
      </w:r>
    </w:p>
    <w:p>
      <w:pPr>
        <w:jc w:val="right"/>
      </w:pPr>
      <w:r>
        <w:t>شریعہ مینز لا اینڈ منہاج مینز میتھڈ۔</w:t>
      </w:r>
    </w:p>
    <w:p>
      <w:r>
        <w:rPr>
          <w:b/>
        </w:rPr>
        <w:t xml:space="preserve">[04:22] </w:t>
      </w:r>
      <w:r>
        <w:t>So here you can see that there was difference.</w:t>
      </w:r>
    </w:p>
    <w:p>
      <w:pPr>
        <w:jc w:val="right"/>
      </w:pPr>
      <w:r>
        <w:t>سو ہیر یو کین سی دیٹ دیر واز ڈفرنس۔</w:t>
      </w:r>
    </w:p>
    <w:p>
      <w:r>
        <w:rPr>
          <w:b/>
        </w:rPr>
        <w:t xml:space="preserve">[04:26] </w:t>
      </w:r>
      <w:r>
        <w:t>The basic teachings were one and the same, but law.</w:t>
      </w:r>
    </w:p>
    <w:p>
      <w:pPr>
        <w:jc w:val="right"/>
      </w:pPr>
      <w:r>
        <w:t>الدو بیسک ٹیچنگز ویر ون اینڈ دا سیم، بٹ لا۔</w:t>
      </w:r>
    </w:p>
    <w:p>
      <w:r>
        <w:rPr>
          <w:b/>
        </w:rPr>
        <w:t xml:space="preserve">[04:30] </w:t>
      </w:r>
      <w:r>
        <w:t>Sharia means law.</w:t>
      </w:r>
    </w:p>
    <w:p>
      <w:pPr>
        <w:jc w:val="right"/>
      </w:pPr>
      <w:r>
        <w:t>شریعہ مینز لا۔</w:t>
      </w:r>
    </w:p>
    <w:p>
      <w:r>
        <w:rPr>
          <w:b/>
        </w:rPr>
        <w:t xml:space="preserve">[04:32] </w:t>
      </w:r>
      <w:r>
        <w:t>The end method was different.</w:t>
      </w:r>
    </w:p>
    <w:p>
      <w:pPr>
        <w:jc w:val="right"/>
      </w:pPr>
      <w:r>
        <w:t>لا اینڈ میتھڈ واز ڈفرنٹ۔</w:t>
      </w:r>
    </w:p>
    <w:p>
      <w:r>
        <w:rPr>
          <w:b/>
        </w:rPr>
        <w:t xml:space="preserve">[04:34] </w:t>
      </w:r>
      <w:r>
        <w:t>In this sense, there was difference between different prophets.</w:t>
      </w:r>
    </w:p>
    <w:p>
      <w:pPr>
        <w:jc w:val="right"/>
      </w:pPr>
      <w:r>
        <w:t>ان دس سینس، دیر واز ڈفرنس بٹوین ڈفرنٹ پرافٹس۔</w:t>
      </w:r>
    </w:p>
    <w:p>
      <w:r>
        <w:rPr>
          <w:b/>
        </w:rPr>
        <w:t xml:space="preserve">[04:38] </w:t>
      </w:r>
      <w:r>
        <w:t>In the first sense, there was no difference.</w:t>
      </w:r>
    </w:p>
    <w:p>
      <w:pPr>
        <w:jc w:val="right"/>
      </w:pPr>
      <w:r>
        <w:t>ان دا فرسٹ سینس، دیر واز نو ڈفرنس۔</w:t>
      </w:r>
    </w:p>
    <w:p>
      <w:r>
        <w:rPr>
          <w:b/>
        </w:rPr>
        <w:t xml:space="preserve">[04:41] </w:t>
      </w:r>
      <w:r>
        <w:t>But the second sense, there was difference between different prophets.</w:t>
      </w:r>
    </w:p>
    <w:p>
      <w:pPr>
        <w:jc w:val="right"/>
      </w:pPr>
      <w:r>
        <w:t>بٹ دا سیکنڈ سینس، دیر واز ڈفرنس بٹوین ڈفرنٹ پرافٹس۔</w:t>
      </w:r>
    </w:p>
    <w:p>
      <w:r>
        <w:rPr>
          <w:b/>
        </w:rPr>
        <w:t xml:space="preserve">[04:46] </w:t>
      </w:r>
      <w:r>
        <w:t>So fastabiqul khairat.</w:t>
      </w:r>
    </w:p>
    <w:p>
      <w:pPr>
        <w:jc w:val="right"/>
      </w:pPr>
      <w:r>
        <w:t>سو فستبقوا الخیرات۔</w:t>
      </w:r>
    </w:p>
    <w:p>
      <w:r>
        <w:rPr>
          <w:b/>
        </w:rPr>
        <w:t xml:space="preserve">[04:47] </w:t>
      </w:r>
      <w:r>
        <w:t>Chapter Al-Ma'idah says: "Fastabiqul khairat".</w:t>
      </w:r>
    </w:p>
    <w:p>
      <w:pPr>
        <w:jc w:val="right"/>
      </w:pPr>
      <w:r>
        <w:t>چیپٹر المائدہ سیز: "فستبقوا الخیرات"۔</w:t>
      </w:r>
    </w:p>
    <w:p>
      <w:r>
        <w:rPr>
          <w:b/>
        </w:rPr>
        <w:t xml:space="preserve">[04:49] </w:t>
      </w:r>
      <w:r>
        <w:t>You have to strive to adopt the more appropriate method.</w:t>
      </w:r>
    </w:p>
    <w:p>
      <w:pPr>
        <w:jc w:val="right"/>
      </w:pPr>
      <w:r>
        <w:t>یو ہیو ٹو سٹرائیو ٹو اڈاپٹ دا مور ایپریٹ میتھڈ۔</w:t>
      </w:r>
    </w:p>
    <w:p>
      <w:r>
        <w:rPr>
          <w:b/>
        </w:rPr>
        <w:t xml:space="preserve">[04:53] </w:t>
      </w:r>
      <w:r>
        <w:t>It means that you have to see your situation and you have to see the different models.</w:t>
      </w:r>
    </w:p>
    <w:p>
      <w:pPr>
        <w:jc w:val="right"/>
      </w:pPr>
      <w:r>
        <w:t>اٹ مینز دیٹ یو ہیو ٹو سی یور سچویشن اینڈ یو ہیو ٹو سی دا ڈفرنٹ ماڈلز۔</w:t>
      </w:r>
    </w:p>
    <w:p>
      <w:r>
        <w:rPr>
          <w:b/>
        </w:rPr>
        <w:t xml:space="preserve">[05:01] </w:t>
      </w:r>
      <w:r>
        <w:t>Different prophets provide different models.</w:t>
      </w:r>
    </w:p>
    <w:p>
      <w:pPr>
        <w:jc w:val="right"/>
      </w:pPr>
      <w:r>
        <w:t>ڈفرنٹ پرافٹس پرووائیڈ ڈفرنٹ ماڈلز۔</w:t>
      </w:r>
    </w:p>
    <w:p>
      <w:r>
        <w:rPr>
          <w:b/>
        </w:rPr>
        <w:t xml:space="preserve">[05:03] </w:t>
      </w:r>
      <w:r>
        <w:t>So you are.</w:t>
      </w:r>
    </w:p>
    <w:p>
      <w:pPr>
        <w:jc w:val="right"/>
      </w:pPr>
      <w:r>
        <w:t>سو یو آر۔</w:t>
      </w:r>
    </w:p>
    <w:p>
      <w:r>
        <w:rPr>
          <w:b/>
        </w:rPr>
        <w:t xml:space="preserve">[05:04] </w:t>
      </w:r>
      <w:r>
        <w:t>you have to see your situation and then you have to see which model is more appropriate to</w:t>
      </w:r>
    </w:p>
    <w:p>
      <w:pPr>
        <w:jc w:val="right"/>
      </w:pPr>
      <w:r>
        <w:t>یو ہیو ٹو سی یور سچویشن اینڈ دین یو ہیو ٹو سی وچ ماڈل از مور اپریٹ ٹو</w:t>
      </w:r>
    </w:p>
    <w:p>
      <w:r>
        <w:rPr>
          <w:b/>
        </w:rPr>
        <w:t xml:space="preserve">[05:12] </w:t>
      </w:r>
      <w:r>
        <w:t>your situation.</w:t>
      </w:r>
    </w:p>
    <w:p>
      <w:pPr>
        <w:jc w:val="right"/>
      </w:pPr>
      <w:r>
        <w:t>یور سچویشن۔</w:t>
      </w:r>
    </w:p>
    <w:p>
      <w:r>
        <w:rPr>
          <w:b/>
        </w:rPr>
        <w:t xml:space="preserve">[05:14] </w:t>
      </w:r>
      <w:r>
        <w:t>So, adapt that model.</w:t>
      </w:r>
    </w:p>
    <w:p>
      <w:pPr>
        <w:jc w:val="right"/>
      </w:pPr>
      <w:r>
        <w:t>سو اڈاپٹ دیٹ ماڈل۔</w:t>
      </w:r>
    </w:p>
    <w:p>
      <w:r>
        <w:rPr>
          <w:b/>
        </w:rPr>
        <w:t xml:space="preserve">[05:15] </w:t>
      </w:r>
      <w:r>
        <w:t>Fastabiqul Khairat.</w:t>
      </w:r>
    </w:p>
    <w:p>
      <w:pPr>
        <w:jc w:val="right"/>
      </w:pPr>
      <w:r>
        <w:t>فستبقوا الخیرات۔</w:t>
      </w:r>
    </w:p>
    <w:p>
      <w:r>
        <w:rPr>
          <w:b/>
        </w:rPr>
        <w:t xml:space="preserve">[05:17] </w:t>
      </w:r>
      <w:r>
        <w:t>different model means application of the basic teachings of deen according to the situation.</w:t>
      </w:r>
    </w:p>
    <w:p>
      <w:pPr>
        <w:jc w:val="right"/>
      </w:pPr>
      <w:r>
        <w:t>ڈفرنٹ ماڈل مینز ایپلیکیشن اف دا بیسک ٹیچنگز اف دین اکارڈنگ ٹو دا سچویشن۔</w:t>
      </w:r>
    </w:p>
    <w:p>
      <w:r>
        <w:rPr>
          <w:b/>
        </w:rPr>
        <w:t xml:space="preserve">[05:23] </w:t>
      </w:r>
      <w:r>
        <w:t>تو this difference is due to application.</w:t>
      </w:r>
    </w:p>
    <w:p>
      <w:pPr>
        <w:jc w:val="right"/>
      </w:pPr>
      <w:r>
        <w:t>تو دس ڈفرنس از ڈیو ٹو ایپلیکیشن۔</w:t>
      </w:r>
    </w:p>
    <w:p>
      <w:r>
        <w:rPr>
          <w:b/>
        </w:rPr>
        <w:t xml:space="preserve">[05:26] </w:t>
      </w:r>
      <w:r>
        <w:t>Deen, there is another verse.</w:t>
      </w:r>
    </w:p>
    <w:p>
      <w:pPr>
        <w:jc w:val="right"/>
      </w:pPr>
      <w:r>
        <w:t>دین، دیر از انادر ورس۔</w:t>
      </w:r>
    </w:p>
    <w:p>
      <w:r>
        <w:rPr>
          <w:b/>
        </w:rPr>
        <w:t xml:space="preserve">[05:28] </w:t>
      </w:r>
      <w:r>
        <w:t>In Surah Al-An'am.</w:t>
      </w:r>
    </w:p>
    <w:p>
      <w:pPr>
        <w:jc w:val="right"/>
      </w:pPr>
      <w:r>
        <w:t>ان سورہ الانعام۔</w:t>
      </w:r>
    </w:p>
    <w:p>
      <w:r>
        <w:rPr>
          <w:b/>
        </w:rPr>
        <w:t xml:space="preserve">[05:29] </w:t>
      </w:r>
      <w:r>
        <w:t>Chapter Al-An'am.</w:t>
      </w:r>
    </w:p>
    <w:p>
      <w:pPr>
        <w:jc w:val="right"/>
      </w:pPr>
      <w:r>
        <w:t>چیپٹر الانعام۔</w:t>
      </w:r>
    </w:p>
    <w:p>
      <w:r>
        <w:rPr>
          <w:b/>
        </w:rPr>
        <w:t xml:space="preserve">[05:31] </w:t>
      </w:r>
      <w:r>
        <w:t>In this surah, there is a verse in which Quran refers to different prophets by name.</w:t>
      </w:r>
    </w:p>
    <w:p>
      <w:pPr>
        <w:jc w:val="right"/>
      </w:pPr>
      <w:r>
        <w:t>ان دس سورہ، دیر از اے ورس ان وچ قرآن ریفرز ٹو ڈفرنٹ پرافٹس بائی نیم۔</w:t>
      </w:r>
    </w:p>
    <w:p>
      <w:r>
        <w:rPr>
          <w:b/>
        </w:rPr>
        <w:t xml:space="preserve">[05:38] </w:t>
      </w:r>
      <w:r>
        <w:t>deen quran siz: "allazina allah".</w:t>
      </w:r>
    </w:p>
    <w:p>
      <w:pPr>
        <w:jc w:val="right"/>
      </w:pPr>
      <w:r>
        <w:t>دین قرآن سیز: "الذین اللہ"۔</w:t>
      </w:r>
    </w:p>
    <w:p>
      <w:r>
        <w:rPr>
          <w:b/>
        </w:rPr>
        <w:t xml:space="preserve">[05:40] </w:t>
      </w:r>
      <w:r>
        <w:t>These were the prophets who received guidance from God.</w:t>
      </w:r>
    </w:p>
    <w:p>
      <w:pPr>
        <w:jc w:val="right"/>
      </w:pPr>
      <w:r>
        <w:t>دیز ویر دا پرافٹس ہو ریسیوڈ گائیڈنس فرام گاڈ۔</w:t>
      </w:r>
    </w:p>
    <w:p>
      <w:r>
        <w:rPr>
          <w:b/>
        </w:rPr>
        <w:t xml:space="preserve">[05:44] </w:t>
      </w:r>
      <w:r>
        <w:t>So you have to follow them.</w:t>
      </w:r>
    </w:p>
    <w:p>
      <w:pPr>
        <w:jc w:val="right"/>
      </w:pPr>
      <w:r>
        <w:t>سو یو ہیو ٹو فالو دیم۔</w:t>
      </w:r>
    </w:p>
    <w:p>
      <w:r>
        <w:rPr>
          <w:b/>
        </w:rPr>
        <w:t xml:space="preserve">[05:46] </w:t>
      </w:r>
      <w:r>
        <w:t>This verse says that all the prophets are right models.</w:t>
      </w:r>
    </w:p>
    <w:p>
      <w:pPr>
        <w:jc w:val="right"/>
      </w:pPr>
      <w:r>
        <w:t>دس ورس سیز دیٹ ال دو پرافٹس ار رائٹ ماڈلز۔</w:t>
      </w:r>
    </w:p>
    <w:p>
      <w:r>
        <w:rPr>
          <w:b/>
        </w:rPr>
        <w:t xml:space="preserve">[05:51] </w:t>
      </w:r>
      <w:r>
        <w:t>aur every model is.</w:t>
      </w:r>
    </w:p>
    <w:p>
      <w:pPr>
        <w:jc w:val="right"/>
      </w:pPr>
      <w:r>
        <w:t>اور ایوری ماڈل از۔</w:t>
      </w:r>
    </w:p>
    <w:p>
      <w:r>
        <w:rPr>
          <w:b/>
        </w:rPr>
        <w:t xml:space="preserve">[05:52] </w:t>
      </w:r>
      <w:r>
        <w:t>Every model is.</w:t>
      </w:r>
    </w:p>
    <w:p>
      <w:pPr>
        <w:jc w:val="right"/>
      </w:pPr>
      <w:r>
        <w:t>ایوری ماڈل از۔</w:t>
      </w:r>
    </w:p>
    <w:p>
      <w:r>
        <w:rPr>
          <w:b/>
        </w:rPr>
        <w:t xml:space="preserve">[05:54] </w:t>
      </w:r>
      <w:r>
        <w:t>Every prophetic model is to be followed.</w:t>
      </w:r>
    </w:p>
    <w:p>
      <w:pPr>
        <w:jc w:val="right"/>
      </w:pPr>
      <w:r>
        <w:t>ایوری پرافیٹک ماڈل از ٹو بی فالوڈ۔</w:t>
      </w:r>
    </w:p>
    <w:p>
      <w:r>
        <w:rPr>
          <w:b/>
        </w:rPr>
        <w:t xml:space="preserve">[05:57] </w:t>
      </w:r>
      <w:r>
        <w:t>deen, how you can follow all those models? If there are different models, near about two dozen.</w:t>
      </w:r>
    </w:p>
    <w:p>
      <w:pPr>
        <w:jc w:val="right"/>
      </w:pPr>
      <w:r>
        <w:t>دین، ہاؤ یو کین فالو ال دو ماڈلز؟ اف دیر ار ڈفرنٹ ماڈلز، نیئر اباؤٹ ٹو ڈزن۔</w:t>
      </w:r>
    </w:p>
    <w:p>
      <w:r>
        <w:rPr>
          <w:b/>
        </w:rPr>
        <w:t xml:space="preserve">[06:04] </w:t>
      </w:r>
      <w:r>
        <w:t>Because in Quran.</w:t>
      </w:r>
    </w:p>
    <w:p>
      <w:pPr>
        <w:jc w:val="right"/>
      </w:pPr>
      <w:r>
        <w:t>بیکاز ان قرآن۔</w:t>
      </w:r>
    </w:p>
    <w:p>
      <w:r>
        <w:rPr>
          <w:b/>
        </w:rPr>
        <w:t xml:space="preserve">[06:06] </w:t>
      </w:r>
      <w:r>
        <w:t>Quran mentions 25 prophets by name.</w:t>
      </w:r>
    </w:p>
    <w:p>
      <w:pPr>
        <w:jc w:val="right"/>
      </w:pPr>
      <w:r>
        <w:t>قرآن مینشنز 25 پرافٹس بائی نیم۔</w:t>
      </w:r>
    </w:p>
    <w:p>
      <w:r>
        <w:rPr>
          <w:b/>
        </w:rPr>
        <w:t xml:space="preserve">[06:08] </w:t>
      </w:r>
      <w:r>
        <w:t>Quran mentions 25 prophets by name.</w:t>
      </w:r>
    </w:p>
    <w:p>
      <w:pPr>
        <w:jc w:val="right"/>
      </w:pPr>
      <w:r>
        <w:t>قرآن مینشنز 25 پرافٹس بائی نیم۔</w:t>
      </w:r>
    </w:p>
    <w:p>
      <w:r>
        <w:rPr>
          <w:b/>
        </w:rPr>
        <w:t xml:space="preserve">[06:11] </w:t>
      </w:r>
      <w:r>
        <w:t>It means that there are two dozens of models.</w:t>
      </w:r>
    </w:p>
    <w:p>
      <w:pPr>
        <w:jc w:val="right"/>
      </w:pPr>
      <w:r>
        <w:t>اٹ مینز دیٹ دیر ار ٹو ڈزنز اف ماڈلز۔</w:t>
      </w:r>
    </w:p>
    <w:p>
      <w:r>
        <w:rPr>
          <w:b/>
        </w:rPr>
        <w:t xml:space="preserve">[06:15] </w:t>
      </w:r>
      <w:r>
        <w:t>how you can follow all those different models at a time? So it means that you have to</w:t>
      </w:r>
    </w:p>
    <w:p>
      <w:pPr>
        <w:jc w:val="right"/>
      </w:pPr>
      <w:r>
        <w:t>ہاؤ یو کین فالو ال دو ڈفرنٹ ماڈلز ایٹ اے ٹائم؟ سو اٹ مینز دیٹ یو ہیو ٹو</w:t>
      </w:r>
    </w:p>
    <w:p>
      <w:r>
        <w:rPr>
          <w:b/>
        </w:rPr>
        <w:t xml:space="preserve">[06:22] </w:t>
      </w:r>
      <w:r>
        <w:t>See your situation.</w:t>
      </w:r>
    </w:p>
    <w:p>
      <w:pPr>
        <w:jc w:val="right"/>
      </w:pPr>
      <w:r>
        <w:t>سی یور سچویشن۔</w:t>
      </w:r>
    </w:p>
    <w:p>
      <w:r>
        <w:rPr>
          <w:b/>
        </w:rPr>
        <w:t xml:space="preserve">[06:24] </w:t>
      </w:r>
      <w:r>
        <w:t>deen, you have to see the models.</w:t>
      </w:r>
    </w:p>
    <w:p>
      <w:pPr>
        <w:jc w:val="right"/>
      </w:pPr>
      <w:r>
        <w:t>دین، یو ہیو ٹو سی دا ماڈلز۔</w:t>
      </w:r>
    </w:p>
    <w:p>
      <w:r>
        <w:rPr>
          <w:b/>
        </w:rPr>
        <w:t xml:space="preserve">[06:27] </w:t>
      </w:r>
      <w:r>
        <w:t>And then find out which one of those models is more appropriate to your situation.</w:t>
      </w:r>
    </w:p>
    <w:p>
      <w:pPr>
        <w:jc w:val="right"/>
      </w:pPr>
      <w:r>
        <w:t>اینڈ دین فائنڈ اؤٹ وچ ون اف دو ماڈلز از مور اپریٹ ٹو یور سچویشن۔</w:t>
      </w:r>
    </w:p>
    <w:p>
      <w:r>
        <w:rPr>
          <w:b/>
        </w:rPr>
        <w:t xml:space="preserve">[06:33] </w:t>
      </w:r>
      <w:r>
        <w:t>So you have to adopt that model.</w:t>
      </w:r>
    </w:p>
    <w:p>
      <w:pPr>
        <w:jc w:val="right"/>
      </w:pPr>
      <w:r>
        <w:t>سو یو ہیو ٹو اڈاپٹ دیٹ ماڈل۔</w:t>
      </w:r>
    </w:p>
    <w:p>
      <w:r>
        <w:rPr>
          <w:b/>
        </w:rPr>
        <w:t xml:space="preserve">[06:36] </w:t>
      </w:r>
      <w:r>
        <w:t>So these verses tell us a very important point.</w:t>
      </w:r>
    </w:p>
    <w:p>
      <w:pPr>
        <w:jc w:val="right"/>
      </w:pPr>
      <w:r>
        <w:t>سو دیز ورسز ٹیل اس ا ویری امپورٹنٹ پوائنٹ۔</w:t>
      </w:r>
    </w:p>
    <w:p>
      <w:r>
        <w:rPr>
          <w:b/>
        </w:rPr>
        <w:t xml:space="preserve">[06:40] </w:t>
      </w:r>
      <w:r>
        <w:t>That although there were different prophets, but their basic teachings was one and the same.</w:t>
      </w:r>
    </w:p>
    <w:p>
      <w:pPr>
        <w:jc w:val="right"/>
      </w:pPr>
      <w:r>
        <w:t>دیٹ الدو دیر ویر ڈفرنٹ پرافٹس، بٹ دیر بیسک ٹیچنگز واز ون اینڈ دا سیم۔</w:t>
      </w:r>
    </w:p>
    <w:p>
      <w:r>
        <w:rPr>
          <w:b/>
        </w:rPr>
        <w:t xml:space="preserve">[06:47] </w:t>
      </w:r>
      <w:r>
        <w:t>Basic teachings means Tawhid, Risalat, Akhirat.</w:t>
      </w:r>
    </w:p>
    <w:p>
      <w:pPr>
        <w:jc w:val="right"/>
      </w:pPr>
      <w:r>
        <w:t>بیسک ٹیچنگز مینز توحید، رسالت، اخرت۔</w:t>
      </w:r>
    </w:p>
    <w:p>
      <w:r>
        <w:rPr>
          <w:b/>
        </w:rPr>
        <w:t xml:space="preserve">[06:49] </w:t>
      </w:r>
      <w:r>
        <w:t>All these things are basics of the religion of God.</w:t>
      </w:r>
    </w:p>
    <w:p>
      <w:pPr>
        <w:jc w:val="right"/>
      </w:pPr>
      <w:r>
        <w:t>الدی تھنگز ار بیسکس اف دی ریلیجن اف گاڈ۔</w:t>
      </w:r>
    </w:p>
    <w:p>
      <w:r>
        <w:rPr>
          <w:b/>
        </w:rPr>
        <w:t xml:space="preserve">[06:53] </w:t>
      </w:r>
      <w:r>
        <w:t>But there was difference in law and method.</w:t>
      </w:r>
    </w:p>
    <w:p>
      <w:pPr>
        <w:jc w:val="right"/>
      </w:pPr>
      <w:r>
        <w:t>بٹ دیر واز ڈفرنس ان لا اینڈ میتھڈ۔</w:t>
      </w:r>
    </w:p>
    <w:p>
      <w:r>
        <w:rPr>
          <w:b/>
        </w:rPr>
        <w:t xml:space="preserve">[06:56] </w:t>
      </w:r>
      <w:r>
        <w:t>Why was that? Why was these differences? Why was that difference in method and law? Because law and</w:t>
      </w:r>
    </w:p>
    <w:p>
      <w:pPr>
        <w:jc w:val="right"/>
      </w:pPr>
      <w:r>
        <w:t>وائی واز دیٹ؟ وائی واز دیز ڈفرنسز؟ وائی واز دیٹ ڈفرنس ان میتھڈ اینڈ لا؟ بیکاز لا اینڈ</w:t>
      </w:r>
    </w:p>
    <w:p>
      <w:r>
        <w:rPr>
          <w:b/>
        </w:rPr>
        <w:t xml:space="preserve">[07:04] </w:t>
      </w:r>
      <w:r>
        <w:t>method always vary according to the situation.</w:t>
      </w:r>
    </w:p>
    <w:p>
      <w:pPr>
        <w:jc w:val="right"/>
      </w:pPr>
      <w:r>
        <w:t>میتھڈ الویز ویری اکارڈنگ ٹو دا سچویشن۔</w:t>
      </w:r>
    </w:p>
    <w:p>
      <w:r>
        <w:rPr>
          <w:b/>
        </w:rPr>
        <w:t xml:space="preserve">[07:07] </w:t>
      </w:r>
      <w:r>
        <w:t>So this difference means that these prophets, although they were revealed the same basic teachings, but they tried</w:t>
      </w:r>
    </w:p>
    <w:p>
      <w:pPr>
        <w:jc w:val="right"/>
      </w:pPr>
      <w:r>
        <w:t>سو دس ڈفرنس مینز دیٹ دیز پرافٹس الدو دے ویر ریویلڈ دا سیم بیسکس ٹیچنگز، بٹ دے ٹرائی</w:t>
      </w:r>
    </w:p>
    <w:p>
      <w:r>
        <w:rPr>
          <w:b/>
        </w:rPr>
        <w:t xml:space="preserve">[07:15] </w:t>
      </w:r>
      <w:r>
        <w:t>to apply the basic teachings according to your situations.</w:t>
      </w:r>
    </w:p>
    <w:p>
      <w:pPr>
        <w:jc w:val="right"/>
      </w:pPr>
      <w:r>
        <w:t>ٹو اپلائی دو بیسک ٹیچنگز اکارڈنگ ٹو یور سچویشنز۔</w:t>
      </w:r>
    </w:p>
    <w:p>
      <w:r>
        <w:rPr>
          <w:b/>
        </w:rPr>
        <w:t xml:space="preserve">[07:19] </w:t>
      </w:r>
      <w:r>
        <w:t>So we have all these models.</w:t>
      </w:r>
    </w:p>
    <w:p>
      <w:pPr>
        <w:jc w:val="right"/>
      </w:pPr>
      <w:r>
        <w:t>سو وی ہیو الدیز ماڈلز۔</w:t>
      </w:r>
    </w:p>
    <w:p>
      <w:r>
        <w:rPr>
          <w:b/>
        </w:rPr>
        <w:t xml:space="preserve">[07:21] </w:t>
      </w:r>
      <w:r>
        <w:t>"maybe two dozens of models."</w:t>
      </w:r>
    </w:p>
    <w:p>
      <w:pPr>
        <w:jc w:val="right"/>
      </w:pPr>
      <w:r>
        <w:t>می بی ٹو ڈزنز اف ماڈلز۔</w:t>
      </w:r>
    </w:p>
    <w:p>
      <w:r>
        <w:rPr>
          <w:b/>
        </w:rPr>
        <w:t xml:space="preserve">[07:23] </w:t>
      </w:r>
      <w:r>
        <w:t>So we have to adopt any one of the models according to our situation.</w:t>
      </w:r>
    </w:p>
    <w:p>
      <w:pPr>
        <w:jc w:val="right"/>
      </w:pPr>
      <w:r>
        <w:t>سو وی ہیو ٹو اڈاپٹ اینی ون اف دا ماڈلز اکارڈنگ ٹو اور سچویشن۔</w:t>
      </w:r>
    </w:p>
    <w:p>
      <w:r>
        <w:rPr>
          <w:b/>
        </w:rPr>
        <w:t xml:space="preserve">[07:29] </w:t>
      </w:r>
      <w:r>
        <w:t>Now, let us take some of the prophets and try to understand what was the model of every</w:t>
      </w:r>
    </w:p>
    <w:p>
      <w:pPr>
        <w:jc w:val="right"/>
      </w:pPr>
      <w:r>
        <w:t>ناؤ، لیٹ اس ٹیک سم اف دا پرافٹس اینڈ ٹرائی ٹو انڈرسٹینڈ واٹ واز دا ماڈل اف ایوری</w:t>
      </w:r>
    </w:p>
    <w:p>
      <w:r>
        <w:rPr>
          <w:b/>
        </w:rPr>
        <w:t xml:space="preserve">[07:37] </w:t>
      </w:r>
      <w:r>
        <w:t>one of these prophets.</w:t>
      </w:r>
    </w:p>
    <w:p>
      <w:pPr>
        <w:jc w:val="right"/>
      </w:pPr>
      <w:r>
        <w:t>ون اف دیز پرافٹس۔</w:t>
      </w:r>
    </w:p>
    <w:p>
      <w:r>
        <w:rPr>
          <w:b/>
        </w:rPr>
        <w:t xml:space="preserve">[07:39] </w:t>
      </w:r>
      <w:r>
        <w:t>To first of all, we have to.</w:t>
      </w:r>
    </w:p>
    <w:p>
      <w:pPr>
        <w:jc w:val="right"/>
      </w:pPr>
      <w:r>
        <w:t>تو فرسٹ اف ال، وی ہیو ٹو۔</w:t>
      </w:r>
    </w:p>
    <w:p>
      <w:r>
        <w:rPr>
          <w:b/>
        </w:rPr>
        <w:t xml:space="preserve">[07:42] </w:t>
      </w:r>
      <w:r>
        <w:t>First of all, let us take the example of Adam.</w:t>
      </w:r>
    </w:p>
    <w:p>
      <w:pPr>
        <w:jc w:val="right"/>
      </w:pPr>
      <w:r>
        <w:t>فرسٹ اف ال، لیٹ اس ٹیک دا ایگزیمپل اف ادم۔</w:t>
      </w:r>
    </w:p>
    <w:p>
      <w:r>
        <w:rPr>
          <w:b/>
        </w:rPr>
        <w:t xml:space="preserve">[07:46] </w:t>
      </w:r>
      <w:r>
        <w:t>He was the first man.</w:t>
      </w:r>
    </w:p>
    <w:p>
      <w:pPr>
        <w:jc w:val="right"/>
      </w:pPr>
      <w:r>
        <w:t>ہی واز دا فرسٹ مین۔</w:t>
      </w:r>
    </w:p>
    <w:p>
      <w:r>
        <w:rPr>
          <w:b/>
        </w:rPr>
        <w:t xml:space="preserve">[07:48] </w:t>
      </w:r>
      <w:r>
        <w:t>So he was the first prophet.</w:t>
      </w:r>
    </w:p>
    <w:p>
      <w:pPr>
        <w:jc w:val="right"/>
      </w:pPr>
      <w:r>
        <w:t>سو ہی واز دا فرسٹ پرافٹ۔</w:t>
      </w:r>
    </w:p>
    <w:p>
      <w:r>
        <w:rPr>
          <w:b/>
        </w:rPr>
        <w:t xml:space="preserve">[07:51] </w:t>
      </w:r>
      <w:r>
        <w:t>Study shows that there is a very important example in Prophet Adam's life.</w:t>
      </w:r>
    </w:p>
    <w:p>
      <w:pPr>
        <w:jc w:val="right"/>
      </w:pPr>
      <w:r>
        <w:t>اسٹڈی شوز دیٹ دیر اے ویری امپورٹنٹ ایگزیمپل ان پرافٹ ادمز لائف۔</w:t>
      </w:r>
    </w:p>
    <w:p>
      <w:r>
        <w:rPr>
          <w:b/>
        </w:rPr>
        <w:t xml:space="preserve">[07:56] </w:t>
      </w:r>
      <w:r>
        <w:t>Quran tells us that when God settled Adam on the planet Earth, He said in the outset.</w:t>
      </w:r>
    </w:p>
    <w:p>
      <w:pPr>
        <w:jc w:val="right"/>
      </w:pPr>
      <w:r>
        <w:t>قرآن ٹیلز اس دیٹ وین گاڈ سیٹل ادم ان دی پلینٹ ارتھ، ہی سیڈ ان دا اؤٹ سیٹ۔</w:t>
      </w:r>
    </w:p>
    <w:p>
      <w:r>
        <w:rPr>
          <w:b/>
        </w:rPr>
        <w:t xml:space="preserve">[08:04] </w:t>
      </w:r>
      <w:r>
        <w:t>He said in the outset or in the beginning of history that: "بعضکم لبعض عدو".</w:t>
      </w:r>
    </w:p>
    <w:p>
      <w:pPr>
        <w:jc w:val="right"/>
      </w:pPr>
      <w:r>
        <w:t>ہی سیڈ ان دا اؤٹ سیٹ اور ان دا بگننگ اف ہسٹری دیٹ: "بعضکم لبعض عدو"۔</w:t>
      </w:r>
    </w:p>
    <w:p>
      <w:r>
        <w:rPr>
          <w:b/>
        </w:rPr>
        <w:t xml:space="preserve">[08:11] </w:t>
      </w:r>
      <w:r>
        <w:t>It means that you and Satan will be enemy to each other.</w:t>
      </w:r>
    </w:p>
    <w:p>
      <w:pPr>
        <w:jc w:val="right"/>
      </w:pPr>
      <w:r>
        <w:t>اٹ مینز دیٹ یو اینڈ سیٹن ول بی اینمی ٹو ایچ ادر۔</w:t>
      </w:r>
    </w:p>
    <w:p>
      <w:r>
        <w:rPr>
          <w:b/>
        </w:rPr>
        <w:t xml:space="preserve">[08:16] </w:t>
      </w:r>
      <w:r>
        <w:t>ba'dukum li ba'din 'aduww.</w:t>
      </w:r>
    </w:p>
    <w:p>
      <w:pPr>
        <w:jc w:val="right"/>
      </w:pPr>
      <w:r>
        <w:t>بعضکم لبعض عدو۔</w:t>
      </w:r>
    </w:p>
    <w:p>
      <w:r>
        <w:rPr>
          <w:b/>
        </w:rPr>
        <w:t xml:space="preserve">[08:17] </w:t>
      </w:r>
      <w:r>
        <w:t>یعنی men and Satan are enemy to each other.</w:t>
      </w:r>
    </w:p>
    <w:p>
      <w:pPr>
        <w:jc w:val="right"/>
      </w:pPr>
      <w:r>
        <w:t>یعنی مین اینڈ سیٹن ار اینمی ٹو ایچ ادر۔</w:t>
      </w:r>
    </w:p>
    <w:p>
      <w:r>
        <w:rPr>
          <w:b/>
        </w:rPr>
        <w:t xml:space="preserve">[08:21] </w:t>
      </w:r>
      <w:r>
        <w:t>Deen, you see, in the first generation, there was controversy between two sons of Adam.</w:t>
      </w:r>
    </w:p>
    <w:p>
      <w:pPr>
        <w:jc w:val="right"/>
      </w:pPr>
      <w:r>
        <w:t>دین، یو سی ان دا فرسٹ جنریشن، دیر واز کنٹروورسی بٹوین ٹو سنز اف ادم۔</w:t>
      </w:r>
    </w:p>
    <w:p>
      <w:r>
        <w:rPr>
          <w:b/>
        </w:rPr>
        <w:t xml:space="preserve">[08:28] </w:t>
      </w:r>
      <w:r>
        <w:t>Habeel and Qabeel.</w:t>
      </w:r>
    </w:p>
    <w:p>
      <w:pPr>
        <w:jc w:val="right"/>
      </w:pPr>
      <w:r>
        <w:t>ہابیل اینڈ قابیل۔</w:t>
      </w:r>
    </w:p>
    <w:p>
      <w:r>
        <w:rPr>
          <w:b/>
        </w:rPr>
        <w:t xml:space="preserve">[08:29] </w:t>
      </w:r>
      <w:r>
        <w:t>is also mentioned in the Quran.</w:t>
      </w:r>
    </w:p>
    <w:p>
      <w:pPr>
        <w:jc w:val="right"/>
      </w:pPr>
      <w:r>
        <w:t>از السو مینشن ان دا قرآن۔</w:t>
      </w:r>
    </w:p>
    <w:p>
      <w:r>
        <w:rPr>
          <w:b/>
        </w:rPr>
        <w:t xml:space="preserve">[08:32] </w:t>
      </w:r>
      <w:r>
        <w:t>تو there was a serious kind of difference between the two sons of Adam.</w:t>
      </w:r>
    </w:p>
    <w:p>
      <w:pPr>
        <w:jc w:val="right"/>
      </w:pPr>
      <w:r>
        <w:t>تو دیر واز ا سیریس کائنڈ اف ڈفرنس بٹوین دا ٹو سنز اف ادم۔</w:t>
      </w:r>
    </w:p>
    <w:p>
      <w:r>
        <w:rPr>
          <w:b/>
        </w:rPr>
        <w:t xml:space="preserve">[08:38] </w:t>
      </w:r>
      <w:r>
        <w:t>Then what happened? According to the Quran account, Qabil said that: "I will kill you".</w:t>
      </w:r>
    </w:p>
    <w:p>
      <w:pPr>
        <w:jc w:val="right"/>
      </w:pPr>
      <w:r>
        <w:t>دین واٹ ہیپنڈ؟ اکارڈنگ ٹو دا قرآن اکاؤنٹ، قابیل سیڈ دیٹ: "آئی ول کل یو"۔</w:t>
      </w:r>
    </w:p>
    <w:p>
      <w:r>
        <w:rPr>
          <w:b/>
        </w:rPr>
        <w:t xml:space="preserve">[08:44] </w:t>
      </w:r>
      <w:r>
        <w:t>Cain said to his brother: "I will kill you".</w:t>
      </w:r>
    </w:p>
    <w:p>
      <w:pPr>
        <w:jc w:val="right"/>
      </w:pPr>
      <w:r>
        <w:t>قابیل سیڈ ٹو ہز برادر: "آئی ول کل یو"۔</w:t>
      </w:r>
    </w:p>
    <w:p>
      <w:r>
        <w:rPr>
          <w:b/>
        </w:rPr>
        <w:t xml:space="preserve">[08:48] </w:t>
      </w:r>
      <w:r>
        <w:t>Deen Habil, the other son of Adam, said: "Ma ana Allah".</w:t>
      </w:r>
    </w:p>
    <w:p>
      <w:pPr>
        <w:jc w:val="right"/>
      </w:pPr>
      <w:r>
        <w:t>دین ہابیل، دی ادر سن اف ادم، سیڈ: "ما انا اللہ"۔</w:t>
      </w:r>
    </w:p>
    <w:p>
      <w:r>
        <w:rPr>
          <w:b/>
        </w:rPr>
        <w:t xml:space="preserve">[08:53] </w:t>
      </w:r>
      <w:r>
        <w:t>The other brother said that: "If you try to kill me, I am not going to kill you".</w:t>
      </w:r>
    </w:p>
    <w:p>
      <w:pPr>
        <w:jc w:val="right"/>
      </w:pPr>
      <w:r>
        <w:t>دی ادر برادر سیڈ دیٹ: "اف یو ٹرائی ٹو کل می، آئی ایم ناٹ گوئنگ ٹو کل یو"۔</w:t>
      </w:r>
    </w:p>
    <w:p>
      <w:r>
        <w:rPr>
          <w:b/>
        </w:rPr>
        <w:t xml:space="preserve">[09:00] </w:t>
      </w:r>
      <w:r>
        <w:t>The same principle is mentioned in Hadith in these words: "fakan ibn Adam".</w:t>
      </w:r>
    </w:p>
    <w:p>
      <w:pPr>
        <w:jc w:val="right"/>
      </w:pPr>
      <w:r>
        <w:t>دا سیم پرنسپل از مینشن ان حدیث ان دیز ورس: "فکن ابن ادم"۔</w:t>
      </w:r>
    </w:p>
    <w:p>
      <w:r>
        <w:rPr>
          <w:b/>
        </w:rPr>
        <w:t xml:space="preserve">[09:06] </w:t>
      </w:r>
      <w:r>
        <w:t>At the time of controversy, follow the example of the best of the two sons of Adam.</w:t>
      </w:r>
    </w:p>
    <w:p>
      <w:pPr>
        <w:jc w:val="right"/>
      </w:pPr>
      <w:r>
        <w:t>ایٹ دا ٹائم اف کنٹروورسی، فالو دا ایگزیمپل اف دا بیسٹ اف دا ٹو سنز اف ادم۔</w:t>
      </w:r>
    </w:p>
    <w:p>
      <w:r>
        <w:rPr>
          <w:b/>
        </w:rPr>
        <w:t xml:space="preserve">[09:13] </w:t>
      </w:r>
      <w:r>
        <w:t>Here is a very important example.</w:t>
      </w:r>
    </w:p>
    <w:p>
      <w:pPr>
        <w:jc w:val="right"/>
      </w:pPr>
      <w:r>
        <w:t>ہیر از ا ویری امپورٹنٹ ایگزیمپل۔</w:t>
      </w:r>
    </w:p>
    <w:p>
      <w:r>
        <w:rPr>
          <w:b/>
        </w:rPr>
        <w:t xml:space="preserve">[09:16] </w:t>
      </w:r>
      <w:r>
        <w:t>It means that in this world, man is confronted with two situations.</w:t>
      </w:r>
    </w:p>
    <w:p>
      <w:pPr>
        <w:jc w:val="right"/>
      </w:pPr>
      <w:r>
        <w:t>اٹ مینز دیٹ ان دس ورلڈ، مین از کنفرنٹڈ اف ٹو سچویشنز۔</w:t>
      </w:r>
    </w:p>
    <w:p>
      <w:r>
        <w:rPr>
          <w:b/>
        </w:rPr>
        <w:t xml:space="preserve">[09:21] </w:t>
      </w:r>
      <w:r>
        <w:t>One man versus Satan and the second man versus man.</w:t>
      </w:r>
    </w:p>
    <w:p>
      <w:pPr>
        <w:jc w:val="right"/>
      </w:pPr>
      <w:r>
        <w:t>ون مین ورسز سیٹن اینڈ دا سیکنڈ مین ورسز مین۔</w:t>
      </w:r>
    </w:p>
    <w:p>
      <w:r>
        <w:rPr>
          <w:b/>
        </w:rPr>
        <w:t xml:space="preserve">[09:25] </w:t>
      </w:r>
      <w:r>
        <w:t>There are two situations.</w:t>
      </w:r>
    </w:p>
    <w:p>
      <w:pPr>
        <w:jc w:val="right"/>
      </w:pPr>
      <w:r>
        <w:t>دیر ار ٹو سچویشن۔</w:t>
      </w:r>
    </w:p>
    <w:p>
      <w:r>
        <w:rPr>
          <w:b/>
        </w:rPr>
        <w:t xml:space="preserve">[09:27] </w:t>
      </w:r>
      <w:r>
        <w:t>So when the issue is.</w:t>
      </w:r>
    </w:p>
    <w:p>
      <w:pPr>
        <w:jc w:val="right"/>
      </w:pPr>
      <w:r>
        <w:t>سو وین دا ایشو از۔</w:t>
      </w:r>
    </w:p>
    <w:p>
      <w:r>
        <w:rPr>
          <w:b/>
        </w:rPr>
        <w:t xml:space="preserve">[09:29] </w:t>
      </w:r>
      <w:r>
        <w:t>When the confrontation is between man and Satan, then you have to fight Satan.</w:t>
      </w:r>
    </w:p>
    <w:p>
      <w:pPr>
        <w:jc w:val="right"/>
      </w:pPr>
      <w:r>
        <w:t>وین دا کنفرنٹیشن از بٹوین مین اینڈ سیٹن، دین یو ہیو ٹو فائٹ سیٹن۔</w:t>
      </w:r>
    </w:p>
    <w:p>
      <w:r>
        <w:rPr>
          <w:b/>
        </w:rPr>
        <w:t xml:space="preserve">[09:35] </w:t>
      </w:r>
      <w:r>
        <w:t>You have to overpower Satan because Satan your enemy.</w:t>
      </w:r>
    </w:p>
    <w:p>
      <w:pPr>
        <w:jc w:val="right"/>
      </w:pPr>
      <w:r>
        <w:t>یو ہیو ٹو اوور پاور سیٹن بیکاز سیٹن یور اینمی۔</w:t>
      </w:r>
    </w:p>
    <w:p>
      <w:r>
        <w:rPr>
          <w:b/>
        </w:rPr>
        <w:t xml:space="preserve">[09:39] </w:t>
      </w:r>
      <w:r>
        <w:t>But when the issue is between man and man.</w:t>
      </w:r>
    </w:p>
    <w:p>
      <w:pPr>
        <w:jc w:val="right"/>
      </w:pPr>
      <w:r>
        <w:t>بٹ وین دا ایشو از بٹوین مین اینڈ مین۔</w:t>
      </w:r>
    </w:p>
    <w:p>
      <w:r>
        <w:rPr>
          <w:b/>
        </w:rPr>
        <w:t xml:space="preserve">[09:43] </w:t>
      </w:r>
      <w:r>
        <w:t>When the issue is between man and man.</w:t>
      </w:r>
    </w:p>
    <w:p>
      <w:pPr>
        <w:jc w:val="right"/>
      </w:pPr>
      <w:r>
        <w:t>وین دا ایشو از بٹوین مین اینڈ مین۔</w:t>
      </w:r>
    </w:p>
    <w:p>
      <w:r>
        <w:rPr>
          <w:b/>
        </w:rPr>
        <w:t xml:space="preserve">[09:47] </w:t>
      </w:r>
      <w:r>
        <w:t>So that person is the best person in the eyes of God who follows the pattern of Abel.</w:t>
      </w:r>
    </w:p>
    <w:p>
      <w:pPr>
        <w:jc w:val="right"/>
      </w:pPr>
      <w:r>
        <w:t>سو دیٹ پرسن از دا بیسٹ پرسن ان دا ائیز اف گاڈ ہو فالوز دی پیٹرن اف ہابیل۔</w:t>
      </w:r>
    </w:p>
    <w:p>
      <w:r>
        <w:rPr>
          <w:b/>
        </w:rPr>
        <w:t xml:space="preserve">[09:54] </w:t>
      </w:r>
      <w:r>
        <w:t>That is unilateral adjustment.</w:t>
      </w:r>
    </w:p>
    <w:p>
      <w:pPr>
        <w:jc w:val="right"/>
      </w:pPr>
      <w:r>
        <w:t>دیٹ از یونی لیٹرل ایڈجسٹمنٹ۔</w:t>
      </w:r>
    </w:p>
    <w:p>
      <w:r>
        <w:rPr>
          <w:b/>
        </w:rPr>
        <w:t xml:space="preserve">[09:56] </w:t>
      </w:r>
      <w:r>
        <w:t>unilateral adjustment.</w:t>
      </w:r>
    </w:p>
    <w:p>
      <w:pPr>
        <w:jc w:val="right"/>
      </w:pPr>
      <w:r>
        <w:t>یونی لیٹرل ایڈجسٹمنٹ۔</w:t>
      </w:r>
    </w:p>
    <w:p>
      <w:r>
        <w:rPr>
          <w:b/>
        </w:rPr>
        <w:t xml:space="preserve">[09:58] </w:t>
      </w:r>
      <w:r>
        <w:t>تو in case of Satan, you have to fight and overpower Satan.</w:t>
      </w:r>
    </w:p>
    <w:p>
      <w:pPr>
        <w:jc w:val="right"/>
      </w:pPr>
      <w:r>
        <w:t>تو ان کیس اف سیٹن، یو ہیو ٹو فائٹ اینڈ ورک اوور پاور سیٹن۔</w:t>
      </w:r>
    </w:p>
    <w:p>
      <w:r>
        <w:rPr>
          <w:b/>
        </w:rPr>
        <w:t xml:space="preserve">[10:04] </w:t>
      </w:r>
      <w:r>
        <w:t>But in case of man, you have to seek adjustment.</w:t>
      </w:r>
    </w:p>
    <w:p>
      <w:pPr>
        <w:jc w:val="right"/>
      </w:pPr>
      <w:r>
        <w:t>بٹ ان کیس اف مین، یو ہیو ٹو سیک ایڈجسٹمنٹ۔</w:t>
      </w:r>
    </w:p>
    <w:p>
      <w:r>
        <w:rPr>
          <w:b/>
        </w:rPr>
        <w:t xml:space="preserve">[10:08] </w:t>
      </w:r>
      <w:r>
        <w:t>We have to seek the way of conciliation.</w:t>
      </w:r>
    </w:p>
    <w:p>
      <w:pPr>
        <w:jc w:val="right"/>
      </w:pPr>
      <w:r>
        <w:t>وی ہیو ٹو سیک دا وے اف کنسیلیشن۔</w:t>
      </w:r>
    </w:p>
    <w:p>
      <w:r>
        <w:rPr>
          <w:b/>
        </w:rPr>
        <w:t xml:space="preserve">[10:12] </w:t>
      </w:r>
      <w:r>
        <w:t>And best is one who adapts the pattern of Habil who receded and said: "I will settle the</w:t>
      </w:r>
    </w:p>
    <w:p>
      <w:pPr>
        <w:jc w:val="right"/>
      </w:pPr>
      <w:r>
        <w:t>اینڈ بیسٹ از ون ہو اڈاپٹس دی پیٹرن اف ہابیل ہو ریسیڈڈ اینڈ سیڈ: "آئی ول سیٹل دا</w:t>
      </w:r>
    </w:p>
    <w:p>
      <w:r>
        <w:rPr>
          <w:b/>
        </w:rPr>
        <w:t xml:space="preserve">[10:19] </w:t>
      </w:r>
      <w:r>
        <w:t>"matter unilaterally".</w:t>
      </w:r>
    </w:p>
    <w:p>
      <w:pPr>
        <w:jc w:val="right"/>
      </w:pPr>
      <w:r>
        <w:t>میٹر یونی لیٹرلی"۔</w:t>
      </w:r>
    </w:p>
    <w:p>
      <w:r>
        <w:rPr>
          <w:b/>
        </w:rPr>
        <w:t xml:space="preserve">[10:21] </w:t>
      </w:r>
      <w:r>
        <w:t>So this was the example set in the very beginning of history.</w:t>
      </w:r>
    </w:p>
    <w:p>
      <w:pPr>
        <w:jc w:val="right"/>
      </w:pPr>
      <w:r>
        <w:t>سو دس واز دا ایگزیمپل سیڈ ان دا ویری بگننگ اف ہسٹری۔</w:t>
      </w:r>
    </w:p>
    <w:p>
      <w:r>
        <w:rPr>
          <w:b/>
        </w:rPr>
        <w:t xml:space="preserve">[10:26] </w:t>
      </w:r>
      <w:r>
        <w:t>So we have to adopt this example.</w:t>
      </w:r>
    </w:p>
    <w:p>
      <w:pPr>
        <w:jc w:val="right"/>
      </w:pPr>
      <w:r>
        <w:t>سو وی ہیو ٹو اڈاپٹ دس ایگزیمپل۔</w:t>
      </w:r>
    </w:p>
    <w:p>
      <w:r>
        <w:rPr>
          <w:b/>
        </w:rPr>
        <w:t xml:space="preserve">[10:29] </w:t>
      </w:r>
      <w:r>
        <w:t>When we are confronted with Satan, we have to fight Satan.</w:t>
      </w:r>
    </w:p>
    <w:p>
      <w:pPr>
        <w:jc w:val="right"/>
      </w:pPr>
      <w:r>
        <w:t>وین وی ار کنفرنٹڈ ود سیٹن، وی ہیو ٹو فائٹ سیٹن۔</w:t>
      </w:r>
    </w:p>
    <w:p>
      <w:r>
        <w:rPr>
          <w:b/>
        </w:rPr>
        <w:t xml:space="preserve">[10:34] </w:t>
      </w:r>
      <w:r>
        <w:t>Satan comes to us through temptation, through negative thought.</w:t>
      </w:r>
    </w:p>
    <w:p>
      <w:pPr>
        <w:jc w:val="right"/>
      </w:pPr>
      <w:r>
        <w:t>سیٹن کمز ٹو اس تھرو ٹیمپٹیشن، تھرو نیگیٹیو تھاٹ۔</w:t>
      </w:r>
    </w:p>
    <w:p>
      <w:r>
        <w:rPr>
          <w:b/>
        </w:rPr>
        <w:t xml:space="preserve">[10:38] </w:t>
      </w:r>
      <w:r>
        <w:t>That is attack by Satan.</w:t>
      </w:r>
    </w:p>
    <w:p>
      <w:pPr>
        <w:jc w:val="right"/>
      </w:pPr>
      <w:r>
        <w:t>دیٹ از اٹیک بائی سیٹن۔</w:t>
      </w:r>
    </w:p>
    <w:p>
      <w:r>
        <w:rPr>
          <w:b/>
        </w:rPr>
        <w:t xml:space="preserve">[10:40] </w:t>
      </w:r>
      <w:r>
        <w:t>When Satan attacks, he comes to you by the way of temptation, by the way of negative thought.</w:t>
      </w:r>
    </w:p>
    <w:p>
      <w:pPr>
        <w:jc w:val="right"/>
      </w:pPr>
      <w:r>
        <w:t>وین سیٹن اٹیکس، ہی کمز ٹو یو بائی دا وے اف ٹیمپٹیشن، بائی دا وے اف نیگیٹیو تھاٹ۔</w:t>
      </w:r>
    </w:p>
    <w:p>
      <w:r>
        <w:rPr>
          <w:b/>
        </w:rPr>
        <w:t xml:space="preserve">[10:47] </w:t>
      </w:r>
      <w:r>
        <w:t>So you have to fight and overpower satanic temptations.</w:t>
      </w:r>
    </w:p>
    <w:p>
      <w:pPr>
        <w:jc w:val="right"/>
      </w:pPr>
      <w:r>
        <w:t>سو یو ہیو ٹو فائٹ اینڈ اوور پاور سیٹنک ٹیمپٹیشنز۔</w:t>
      </w:r>
    </w:p>
    <w:p>
      <w:r>
        <w:rPr>
          <w:b/>
        </w:rPr>
        <w:t xml:space="preserve">[10:52] </w:t>
      </w:r>
      <w:r>
        <w:t>But when the issue is between man and man, you are not allowed to go to fighting, go</w:t>
      </w:r>
    </w:p>
    <w:p>
      <w:pPr>
        <w:jc w:val="right"/>
      </w:pPr>
      <w:r>
        <w:t>بٹ وین دا ایشو از بٹوین مین اینڈ مین، یو ار ناٹ الاؤڈ ٹو گو ٹو فائٹنگ، گو</w:t>
      </w:r>
    </w:p>
    <w:p>
      <w:r>
        <w:rPr>
          <w:b/>
        </w:rPr>
        <w:t xml:space="preserve">[10:59] </w:t>
      </w:r>
      <w:r>
        <w:t>to war.</w:t>
      </w:r>
    </w:p>
    <w:p>
      <w:pPr>
        <w:jc w:val="right"/>
      </w:pPr>
      <w:r>
        <w:t>ٹو وار۔</w:t>
      </w:r>
    </w:p>
    <w:p>
      <w:r>
        <w:rPr>
          <w:b/>
        </w:rPr>
        <w:t xml:space="preserve">[11:01] </w:t>
      </w:r>
      <w:r>
        <w:t>But you have to seek adjustment.</w:t>
      </w:r>
    </w:p>
    <w:p>
      <w:pPr>
        <w:jc w:val="right"/>
      </w:pPr>
      <w:r>
        <w:t>بٹ یو ہیو ٹو سیک ایڈجسٹمنٹ۔</w:t>
      </w:r>
    </w:p>
    <w:p>
      <w:r>
        <w:rPr>
          <w:b/>
        </w:rPr>
        <w:t xml:space="preserve">[11:03] </w:t>
      </w:r>
      <w:r>
        <w:t>We have to seek conciliation.</w:t>
      </w:r>
    </w:p>
    <w:p>
      <w:pPr>
        <w:jc w:val="right"/>
      </w:pPr>
      <w:r>
        <w:t>وی ہیو ٹو سیک کنسیلیشن۔</w:t>
      </w:r>
    </w:p>
    <w:p>
      <w:r>
        <w:rPr>
          <w:b/>
        </w:rPr>
        <w:t xml:space="preserve">[11:06] </w:t>
      </w:r>
      <w:r>
        <w:t>Even if the other side is not ready, you have to recede unilaterally.</w:t>
      </w:r>
    </w:p>
    <w:p>
      <w:pPr>
        <w:jc w:val="right"/>
      </w:pPr>
      <w:r>
        <w:t>ایون اف دا ادر سائیڈ از ناٹ ریڈی، یو ہیو ٹو ریسیڈ یونی لیٹرلی۔</w:t>
      </w:r>
    </w:p>
    <w:p>
      <w:r>
        <w:rPr>
          <w:b/>
        </w:rPr>
        <w:t xml:space="preserve">[11:12] </w:t>
      </w:r>
      <w:r>
        <w:t>You have to adjust unilaterally.</w:t>
      </w:r>
    </w:p>
    <w:p>
      <w:pPr>
        <w:jc w:val="right"/>
      </w:pPr>
      <w:r>
        <w:t>یو ہیو ٹو ایڈجسٹ یونی لیٹرلی۔</w:t>
      </w:r>
    </w:p>
    <w:p>
      <w:r>
        <w:rPr>
          <w:b/>
        </w:rPr>
        <w:t xml:space="preserve">[11:14] </w:t>
      </w:r>
      <w:r>
        <w:t>This is the first example in the prophetic history.</w:t>
      </w:r>
    </w:p>
    <w:p>
      <w:pPr>
        <w:jc w:val="right"/>
      </w:pPr>
      <w:r>
        <w:t>دس از دا فرسٹ ایگزیمپل ان دا پرافیٹک ہسٹری۔</w:t>
      </w:r>
    </w:p>
    <w:p>
      <w:r>
        <w:rPr>
          <w:b/>
        </w:rPr>
        <w:t xml:space="preserve">[11:18] </w:t>
      </w:r>
      <w:r>
        <w:t>And it's very important.</w:t>
      </w:r>
    </w:p>
    <w:p>
      <w:pPr>
        <w:jc w:val="right"/>
      </w:pPr>
      <w:r>
        <w:t>اینڈ اٹس ویری امپورٹنٹ۔</w:t>
      </w:r>
    </w:p>
    <w:p>
      <w:r>
        <w:rPr>
          <w:b/>
        </w:rPr>
        <w:t xml:space="preserve">[11:20] </w:t>
      </w:r>
      <w:r>
        <w:t>Alas, we find in the history that man failed to adopt this pattern.</w:t>
      </w:r>
    </w:p>
    <w:p>
      <w:pPr>
        <w:jc w:val="right"/>
      </w:pPr>
      <w:r>
        <w:t>الاس، وی فائنڈ ان دا ہسٹری دیٹ مین فیل ٹو اڈاپٹ دس پیٹرن۔</w:t>
      </w:r>
    </w:p>
    <w:p>
      <w:r>
        <w:rPr>
          <w:b/>
        </w:rPr>
        <w:t xml:space="preserve">[11:25] </w:t>
      </w:r>
      <w:r>
        <w:t>We see that when Satan attacks by the way of temptation, man.</w:t>
      </w:r>
    </w:p>
    <w:p>
      <w:pPr>
        <w:jc w:val="right"/>
      </w:pPr>
      <w:r>
        <w:t>وی سی دیٹ وین سیٹن اٹیکس بائی دا وے اف ٹیمپٹیشن، مین۔</w:t>
      </w:r>
    </w:p>
    <w:p>
      <w:r>
        <w:rPr>
          <w:b/>
        </w:rPr>
        <w:t xml:space="preserve">[11:30] </w:t>
      </w:r>
      <w:r>
        <w:t>Man is ready to receive Satan.</w:t>
      </w:r>
    </w:p>
    <w:p>
      <w:pPr>
        <w:jc w:val="right"/>
      </w:pPr>
      <w:r>
        <w:t>مین از ریڈی ٹو ریسیو سیٹن۔</w:t>
      </w:r>
    </w:p>
    <w:p>
      <w:r>
        <w:rPr>
          <w:b/>
        </w:rPr>
        <w:t xml:space="preserve">[11:33] </w:t>
      </w:r>
      <w:r>
        <w:t>Man is ready to go that way, that satanic way.</w:t>
      </w:r>
    </w:p>
    <w:p>
      <w:pPr>
        <w:jc w:val="right"/>
      </w:pPr>
      <w:r>
        <w:t>مین از ریڈی ٹو گو دیٹ وے، دیٹ سیٹنک وے۔</w:t>
      </w:r>
    </w:p>
    <w:p>
      <w:r>
        <w:rPr>
          <w:b/>
        </w:rPr>
        <w:t xml:space="preserve">[11:37] </w:t>
      </w:r>
      <w:r>
        <w:t>And in contrast, when the matter is between man and man, we see that man is.</w:t>
      </w:r>
    </w:p>
    <w:p>
      <w:pPr>
        <w:jc w:val="right"/>
      </w:pPr>
      <w:r>
        <w:t>اینڈ ان کنٹراسٹ، وین دا میٹر از بٹوین مین اینڈ مین، وی سی دیٹ مین از۔</w:t>
      </w:r>
    </w:p>
    <w:p>
      <w:r>
        <w:rPr>
          <w:b/>
        </w:rPr>
        <w:t xml:space="preserve">[11:44] </w:t>
      </w:r>
      <w:r>
        <w:t>men try to adapt the fighting pattern.</w:t>
      </w:r>
    </w:p>
    <w:p>
      <w:pPr>
        <w:jc w:val="right"/>
      </w:pPr>
      <w:r>
        <w:t>مین ٹرائی ٹو اڈاپٹ دا فائٹنگ پیٹرن۔</w:t>
      </w:r>
    </w:p>
    <w:p>
      <w:r>
        <w:rPr>
          <w:b/>
        </w:rPr>
        <w:t xml:space="preserve">[11:47] </w:t>
      </w:r>
      <w:r>
        <w:t>But this is not the prophetic way.</w:t>
      </w:r>
    </w:p>
    <w:p>
      <w:pPr>
        <w:jc w:val="right"/>
      </w:pPr>
      <w:r>
        <w:t>بٹ دس از ناٹ دا پرافیٹک وے۔</w:t>
      </w:r>
    </w:p>
    <w:p>
      <w:r>
        <w:rPr>
          <w:b/>
        </w:rPr>
        <w:t xml:space="preserve">[11:50] </w:t>
      </w:r>
      <w:r>
        <w:t>This is against the prophetic way, against the prophetic model.</w:t>
      </w:r>
    </w:p>
    <w:p>
      <w:pPr>
        <w:jc w:val="right"/>
      </w:pPr>
      <w:r>
        <w:t>دس از اگینسٹ دا پرافیٹک وے، اگینسٹ دا پرافیٹک ماڈل۔</w:t>
      </w:r>
    </w:p>
    <w:p>
      <w:r>
        <w:rPr>
          <w:b/>
        </w:rPr>
        <w:t xml:space="preserve">[11:54] </w:t>
      </w:r>
      <w:r>
        <w:t>So this was the first model set by Adam, by Adam in the history.</w:t>
      </w:r>
    </w:p>
    <w:p>
      <w:pPr>
        <w:jc w:val="right"/>
      </w:pPr>
      <w:r>
        <w:t>سو دس واز دا فرسٹ ماڈل سیٹ بائی ادم، بائی ادم ان دا ہسٹری۔</w:t>
      </w:r>
    </w:p>
    <w:p>
      <w:r>
        <w:rPr>
          <w:b/>
        </w:rPr>
        <w:t xml:space="preserve">[12:00] </w:t>
      </w:r>
      <w:r>
        <w:t>Now, let us take Prophet No.</w:t>
      </w:r>
    </w:p>
    <w:p>
      <w:pPr>
        <w:jc w:val="right"/>
      </w:pPr>
      <w:r>
        <w:t>ناؤ، لیٹ اس ٹیک پرافٹ نو۔</w:t>
      </w:r>
    </w:p>
    <w:p>
      <w:r>
        <w:rPr>
          <w:b/>
        </w:rPr>
        <w:t xml:space="preserve">[12:03] </w:t>
      </w:r>
      <w:r>
        <w:t>Prophet No.</w:t>
      </w:r>
    </w:p>
    <w:p>
      <w:pPr>
        <w:jc w:val="right"/>
      </w:pPr>
      <w:r>
        <w:t>پرافٹ نو۔</w:t>
      </w:r>
    </w:p>
    <w:p>
      <w:r>
        <w:rPr>
          <w:b/>
        </w:rPr>
        <w:t xml:space="preserve">[12:05] </w:t>
      </w:r>
      <w:r>
        <w:t>قرآن سے قرآن gives us a detailed account of Prophet Nuh.</w:t>
      </w:r>
    </w:p>
    <w:p>
      <w:pPr>
        <w:jc w:val="right"/>
      </w:pPr>
      <w:r>
        <w:t>قرآن سے قرآن گیوز اس ا ڈیٹیلڈ اکاؤنٹ اف پرافٹ نو۔</w:t>
      </w:r>
    </w:p>
    <w:p>
      <w:r>
        <w:rPr>
          <w:b/>
        </w:rPr>
        <w:t xml:space="preserve">[12:09] </w:t>
      </w:r>
      <w:r>
        <w:t>One of the most striking aspects of Noah was that he.</w:t>
      </w:r>
    </w:p>
    <w:p>
      <w:pPr>
        <w:jc w:val="right"/>
      </w:pPr>
      <w:r>
        <w:t>ون اف دا موسٹ سٹرائیکنگ اسپیکٹ اف نو واز دیٹ ہی۔</w:t>
      </w:r>
    </w:p>
    <w:p>
      <w:r>
        <w:rPr>
          <w:b/>
        </w:rPr>
        <w:t xml:space="preserve">[12:14] </w:t>
      </w:r>
      <w:r>
        <w:t>He lived on this earth up to 950 years.</w:t>
      </w:r>
    </w:p>
    <w:p>
      <w:pPr>
        <w:jc w:val="right"/>
      </w:pPr>
      <w:r>
        <w:t>ہی لیوڈ ان دس ارتھ اپ ٹو 950 ایئرز۔</w:t>
      </w:r>
    </w:p>
    <w:p>
      <w:r>
        <w:rPr>
          <w:b/>
        </w:rPr>
        <w:t xml:space="preserve">[12:18] </w:t>
      </w:r>
      <w:r>
        <w:t>It was an unusual phenomena, but it happened.</w:t>
      </w:r>
    </w:p>
    <w:p>
      <w:pPr>
        <w:jc w:val="right"/>
      </w:pPr>
      <w:r>
        <w:t>اٹ واز این ان یوزل فیناومینا، بٹ اٹ ہیپنڈ۔</w:t>
      </w:r>
    </w:p>
    <w:p>
      <w:r>
        <w:rPr>
          <w:b/>
        </w:rPr>
        <w:t xml:space="preserve">[12:22] </w:t>
      </w:r>
      <w:r>
        <w:t>So Prophet Noah lived up to 950 years.</w:t>
      </w:r>
    </w:p>
    <w:p>
      <w:pPr>
        <w:jc w:val="right"/>
      </w:pPr>
      <w:r>
        <w:t>سو پرافٹ نو لیوڈ اپ ٹو 950 ایئرز۔</w:t>
      </w:r>
    </w:p>
    <w:p>
      <w:r>
        <w:rPr>
          <w:b/>
        </w:rPr>
        <w:t xml:space="preserve">[12:25] </w:t>
      </w:r>
      <w:r>
        <w:t>He was able to address generation after generation, in several generations.</w:t>
      </w:r>
    </w:p>
    <w:p>
      <w:pPr>
        <w:jc w:val="right"/>
      </w:pPr>
      <w:r>
        <w:t>ہی واز ایبل ٹو ایڈریس جنریشن اف جنریشن، ان سیورل جنریشنز۔</w:t>
      </w:r>
    </w:p>
    <w:p>
      <w:r>
        <w:rPr>
          <w:b/>
        </w:rPr>
        <w:t xml:space="preserve">[12:30] </w:t>
      </w:r>
      <w:r>
        <w:t>So this pattern, this example gives us a very important lesson.</w:t>
      </w:r>
    </w:p>
    <w:p>
      <w:pPr>
        <w:jc w:val="right"/>
      </w:pPr>
      <w:r>
        <w:t>سو دس پیٹرن، دس ایگزیمپل گیوز اس ا ویری امپورٹنٹ لیسن۔</w:t>
      </w:r>
    </w:p>
    <w:p>
      <w:r>
        <w:rPr>
          <w:b/>
        </w:rPr>
        <w:t xml:space="preserve">[12:35] </w:t>
      </w:r>
      <w:r>
        <w:t>That in dawah work, there is no full stop.</w:t>
      </w:r>
    </w:p>
    <w:p>
      <w:pPr>
        <w:jc w:val="right"/>
      </w:pPr>
      <w:r>
        <w:t>دیٹ ان داوا ورک، دیر از نو فل سٹاپ۔</w:t>
      </w:r>
    </w:p>
    <w:p>
      <w:r>
        <w:rPr>
          <w:b/>
        </w:rPr>
        <w:t xml:space="preserve">[12:38] </w:t>
      </w:r>
      <w:r>
        <w:t>The Prophet, no, was doing dawah work among those generations.</w:t>
      </w:r>
    </w:p>
    <w:p>
      <w:pPr>
        <w:jc w:val="right"/>
      </w:pPr>
      <w:r>
        <w:t>پرافٹ نو واز ڈوئنگ داوا ورک امنگ دو جنریشنز۔</w:t>
      </w:r>
    </w:p>
    <w:p>
      <w:r>
        <w:rPr>
          <w:b/>
        </w:rPr>
        <w:t xml:space="preserve">[12:42] </w:t>
      </w:r>
      <w:r>
        <w:t>And he continued up to 950 years.</w:t>
      </w:r>
    </w:p>
    <w:p>
      <w:pPr>
        <w:jc w:val="right"/>
      </w:pPr>
      <w:r>
        <w:t>اینڈ ہی کنٹینیوڈ اپ ٹو 950 ایئرز۔</w:t>
      </w:r>
    </w:p>
    <w:p>
      <w:r>
        <w:rPr>
          <w:b/>
        </w:rPr>
        <w:t xml:space="preserve">[12:45] </w:t>
      </w:r>
      <w:r>
        <w:t>So the model of no, the model of prophetic no, gives us a great lesson.</w:t>
      </w:r>
    </w:p>
    <w:p>
      <w:pPr>
        <w:jc w:val="right"/>
      </w:pPr>
      <w:r>
        <w:t>سو دا ماڈل اف نو، دا ماڈل اف پرافیٹک نو، گیوز اس ا گریٹ لیسن۔</w:t>
      </w:r>
    </w:p>
    <w:p>
      <w:r>
        <w:rPr>
          <w:b/>
        </w:rPr>
        <w:t xml:space="preserve">[12:52] </w:t>
      </w:r>
      <w:r>
        <w:t>That in dawah work, in dawah mission, there is no full stop.</w:t>
      </w:r>
    </w:p>
    <w:p>
      <w:pPr>
        <w:jc w:val="right"/>
      </w:pPr>
      <w:r>
        <w:t>دیٹ ان داوا ورک، ان داوا مشن، دیر از نو فل سٹاپ۔</w:t>
      </w:r>
    </w:p>
    <w:p>
      <w:r>
        <w:rPr>
          <w:b/>
        </w:rPr>
        <w:t xml:space="preserve">[12:57] </w:t>
      </w:r>
      <w:r>
        <w:t>You have to continue it forever, forever.</w:t>
      </w:r>
    </w:p>
    <w:p>
      <w:pPr>
        <w:jc w:val="right"/>
      </w:pPr>
      <w:r>
        <w:t>یو ہیو ٹو کنٹینیو اٹ فار ایور، فار ایور۔</w:t>
      </w:r>
    </w:p>
    <w:p>
      <w:r>
        <w:rPr>
          <w:b/>
        </w:rPr>
        <w:t xml:space="preserve">[13:01] </w:t>
      </w:r>
      <w:r>
        <w:t>It is a long, it is a life long mission.</w:t>
      </w:r>
    </w:p>
    <w:p>
      <w:pPr>
        <w:jc w:val="right"/>
      </w:pPr>
      <w:r>
        <w:t>اٹ از ا لانگ، اٹ از ا لائف لانگ مشن۔</w:t>
      </w:r>
    </w:p>
    <w:p>
      <w:r>
        <w:rPr>
          <w:b/>
        </w:rPr>
        <w:t xml:space="preserve">[13:05] </w:t>
      </w:r>
      <w:r>
        <w:t>Dawah is a lifelong mission.</w:t>
      </w:r>
    </w:p>
    <w:p>
      <w:pPr>
        <w:jc w:val="right"/>
      </w:pPr>
      <w:r>
        <w:t>داوا از ا لائف لانگ مشن۔</w:t>
      </w:r>
    </w:p>
    <w:p>
      <w:r>
        <w:rPr>
          <w:b/>
        </w:rPr>
        <w:t xml:space="preserve">[13:08] </w:t>
      </w:r>
      <w:r>
        <w:t>Don't see what response you are receiving from the mad'u.</w:t>
      </w:r>
    </w:p>
    <w:p>
      <w:pPr>
        <w:jc w:val="right"/>
      </w:pPr>
      <w:r>
        <w:t>ڈونٹ سی واٹ رسپانس یو ار ریسیونگ فرام دی مدو۔</w:t>
      </w:r>
    </w:p>
    <w:p>
      <w:r>
        <w:rPr>
          <w:b/>
        </w:rPr>
        <w:t xml:space="preserve">[13:12] </w:t>
      </w:r>
      <w:r>
        <w:t>No, avoid their response, their negative response.</w:t>
      </w:r>
    </w:p>
    <w:p>
      <w:pPr>
        <w:jc w:val="right"/>
      </w:pPr>
      <w:r>
        <w:t>نو، اوائڈ دیر رسپانس، دیر نیگیٹیو رسپانس۔</w:t>
      </w:r>
    </w:p>
    <w:p>
      <w:r>
        <w:rPr>
          <w:b/>
        </w:rPr>
        <w:t xml:space="preserve">[13:15] </w:t>
      </w:r>
      <w:r>
        <w:t>If the mood gives you a negative response, you have to avoid it.</w:t>
      </w:r>
    </w:p>
    <w:p>
      <w:pPr>
        <w:jc w:val="right"/>
      </w:pPr>
      <w:r>
        <w:t>اف مدو گیوز یو ا نیگیٹیو رسپانس، یو ہیو ٹو اوائڈ اٹ۔</w:t>
      </w:r>
    </w:p>
    <w:p>
      <w:r>
        <w:rPr>
          <w:b/>
        </w:rPr>
        <w:t xml:space="preserve">[13:20] </w:t>
      </w:r>
      <w:r>
        <w:t>Avoid, avoid, avoid.</w:t>
      </w:r>
    </w:p>
    <w:p>
      <w:pPr>
        <w:jc w:val="right"/>
      </w:pPr>
      <w:r>
        <w:t>اوائڈ، اوائڈ، اوائڈ۔</w:t>
      </w:r>
    </w:p>
    <w:p>
      <w:r>
        <w:rPr>
          <w:b/>
        </w:rPr>
        <w:t xml:space="preserve">[13:21] </w:t>
      </w:r>
      <w:r>
        <w:t>and continue da'wah work patiently.</w:t>
      </w:r>
    </w:p>
    <w:p>
      <w:pPr>
        <w:jc w:val="right"/>
      </w:pPr>
      <w:r>
        <w:t>اینڈ کنٹینیو داوا ورک پیشنٹلی۔</w:t>
      </w:r>
    </w:p>
    <w:p>
      <w:r>
        <w:rPr>
          <w:b/>
        </w:rPr>
        <w:t xml:space="preserve">[13:24] </w:t>
      </w:r>
      <w:r>
        <w:t>patiently.</w:t>
      </w:r>
    </w:p>
    <w:p>
      <w:pPr>
        <w:jc w:val="right"/>
      </w:pPr>
      <w:r>
        <w:t>پیشنٹلی۔</w:t>
      </w:r>
    </w:p>
    <w:p>
      <w:r>
        <w:rPr>
          <w:b/>
        </w:rPr>
        <w:t xml:space="preserve">[13:25] </w:t>
      </w:r>
      <w:r>
        <w:t>Don't lose your patience.</w:t>
      </w:r>
    </w:p>
    <w:p>
      <w:pPr>
        <w:jc w:val="right"/>
      </w:pPr>
      <w:r>
        <w:t>ڈونٹ لوز یور پیشنس۔</w:t>
      </w:r>
    </w:p>
    <w:p>
      <w:r>
        <w:rPr>
          <w:b/>
        </w:rPr>
        <w:t xml:space="preserve">[13:27] </w:t>
      </w:r>
      <w:r>
        <w:t>Don't lose your sympathy towards the other people.</w:t>
      </w:r>
    </w:p>
    <w:p>
      <w:pPr>
        <w:jc w:val="right"/>
      </w:pPr>
      <w:r>
        <w:t>ڈونٹ لوز یور سمپیتھی ٹورڈز دی مدو پیپل۔</w:t>
      </w:r>
    </w:p>
    <w:p>
      <w:r>
        <w:rPr>
          <w:b/>
        </w:rPr>
        <w:t xml:space="preserve">[13:30] </w:t>
      </w:r>
      <w:r>
        <w:t>This is the prophet no.</w:t>
      </w:r>
    </w:p>
    <w:p>
      <w:pPr>
        <w:jc w:val="right"/>
      </w:pPr>
      <w:r>
        <w:t>دس از دا پرافٹ نو۔</w:t>
      </w:r>
    </w:p>
    <w:p>
      <w:r>
        <w:rPr>
          <w:b/>
        </w:rPr>
        <w:t xml:space="preserve">[13:32] </w:t>
      </w:r>
      <w:r>
        <w:t>This is the model of prophet, no.</w:t>
      </w:r>
    </w:p>
    <w:p>
      <w:pPr>
        <w:jc w:val="right"/>
      </w:pPr>
      <w:r>
        <w:t>دس از دا ماڈل اف پرافٹ نو۔</w:t>
      </w:r>
    </w:p>
    <w:p>
      <w:r>
        <w:rPr>
          <w:b/>
        </w:rPr>
        <w:t xml:space="preserve">[13:35] </w:t>
      </w:r>
      <w:r>
        <w:t>Prophet now gives us a model how to do Dawah work.</w:t>
      </w:r>
    </w:p>
    <w:p>
      <w:pPr>
        <w:jc w:val="right"/>
      </w:pPr>
      <w:r>
        <w:t>پرافٹ نو گیوز اس ا ماڈل ہاؤ ٹو ڈو داوا ورک۔</w:t>
      </w:r>
    </w:p>
    <w:p>
      <w:r>
        <w:rPr>
          <w:b/>
        </w:rPr>
        <w:t xml:space="preserve">[13:40] </w:t>
      </w:r>
      <w:r>
        <w:t>How to perform dawah mission.</w:t>
      </w:r>
    </w:p>
    <w:p>
      <w:pPr>
        <w:jc w:val="right"/>
      </w:pPr>
      <w:r>
        <w:t>ہاؤ ٹو پرفارم داوا مشن۔</w:t>
      </w:r>
    </w:p>
    <w:p>
      <w:r>
        <w:rPr>
          <w:b/>
        </w:rPr>
        <w:t xml:space="preserve">[13:42] </w:t>
      </w:r>
      <w:r>
        <w:t>This mission needs two things.</w:t>
      </w:r>
    </w:p>
    <w:p>
      <w:pPr>
        <w:jc w:val="right"/>
      </w:pPr>
      <w:r>
        <w:t>دس مشن نیڈز ٹو تھنگز۔</w:t>
      </w:r>
    </w:p>
    <w:p>
      <w:r>
        <w:rPr>
          <w:b/>
        </w:rPr>
        <w:t xml:space="preserve">[13:44] </w:t>
      </w:r>
      <w:r>
        <w:t>There are two conditions of this mission.</w:t>
      </w:r>
    </w:p>
    <w:p>
      <w:pPr>
        <w:jc w:val="right"/>
      </w:pPr>
      <w:r>
        <w:t>دیر ار ٹو کنڈیشنز اف دس مشن۔</w:t>
      </w:r>
    </w:p>
    <w:p>
      <w:r>
        <w:rPr>
          <w:b/>
        </w:rPr>
        <w:t xml:space="preserve">[13:47] </w:t>
      </w:r>
      <w:r>
        <w:t>One, patience.</w:t>
      </w:r>
    </w:p>
    <w:p>
      <w:pPr>
        <w:jc w:val="right"/>
      </w:pPr>
      <w:r>
        <w:t>ون، پیشنس۔</w:t>
      </w:r>
    </w:p>
    <w:p>
      <w:r>
        <w:rPr>
          <w:b/>
        </w:rPr>
        <w:t xml:space="preserve">[13:49] </w:t>
      </w:r>
      <w:r>
        <w:t>And the second, sympathy.</w:t>
      </w:r>
    </w:p>
    <w:p>
      <w:pPr>
        <w:jc w:val="right"/>
      </w:pPr>
      <w:r>
        <w:t>اینڈ دا سیکنڈ، سمپیتھی۔</w:t>
      </w:r>
    </w:p>
    <w:p>
      <w:r>
        <w:rPr>
          <w:b/>
        </w:rPr>
        <w:t xml:space="preserve">[13:51] </w:t>
      </w:r>
      <w:r>
        <w:t>Patience and sympathy.</w:t>
      </w:r>
    </w:p>
    <w:p>
      <w:pPr>
        <w:jc w:val="right"/>
      </w:pPr>
      <w:r>
        <w:t>پیشنس اینڈ سمپیتھی۔</w:t>
      </w:r>
    </w:p>
    <w:p>
      <w:r>
        <w:rPr>
          <w:b/>
        </w:rPr>
        <w:t xml:space="preserve">[13:52] </w:t>
      </w:r>
      <w:r>
        <w:t>You have to continue dawa mission.</w:t>
      </w:r>
    </w:p>
    <w:p>
      <w:pPr>
        <w:jc w:val="right"/>
      </w:pPr>
      <w:r>
        <w:t>یو ہیو ٹو کنٹینیو داوا مشن۔</w:t>
      </w:r>
    </w:p>
    <w:p>
      <w:r>
        <w:rPr>
          <w:b/>
        </w:rPr>
        <w:t xml:space="preserve">[13:55] </w:t>
      </w:r>
      <w:r>
        <w:t>even generation of generation.</w:t>
      </w:r>
    </w:p>
    <w:p>
      <w:pPr>
        <w:jc w:val="right"/>
      </w:pPr>
      <w:r>
        <w:t>ایون جنریشن اف جنریشن۔</w:t>
      </w:r>
    </w:p>
    <w:p>
      <w:r>
        <w:rPr>
          <w:b/>
        </w:rPr>
        <w:t xml:space="preserve">[13:56] </w:t>
      </w:r>
      <w:r>
        <w:t>And don't lose patience.</w:t>
      </w:r>
    </w:p>
    <w:p>
      <w:pPr>
        <w:jc w:val="right"/>
      </w:pPr>
      <w:r>
        <w:t>اینڈ ڈونٹ لوز پیشنس۔</w:t>
      </w:r>
    </w:p>
    <w:p>
      <w:r>
        <w:rPr>
          <w:b/>
        </w:rPr>
        <w:t xml:space="preserve">[13:58] </w:t>
      </w:r>
      <w:r>
        <w:t>And don't lose sympathy towards other people.</w:t>
      </w:r>
    </w:p>
    <w:p>
      <w:pPr>
        <w:jc w:val="right"/>
      </w:pPr>
      <w:r>
        <w:t>اینڈ ڈونٹ لوز سمپیتھی ٹورڈز مدو پیپل۔</w:t>
      </w:r>
    </w:p>
    <w:p>
      <w:r>
        <w:rPr>
          <w:b/>
        </w:rPr>
        <w:t xml:space="preserve">[14:01] </w:t>
      </w:r>
      <w:r>
        <w:t>This is the model given by prophet, no.</w:t>
      </w:r>
    </w:p>
    <w:p>
      <w:pPr>
        <w:jc w:val="right"/>
      </w:pPr>
      <w:r>
        <w:t>دس از دا ماڈل گیون بائی پرافٹ نو۔</w:t>
      </w:r>
    </w:p>
    <w:p>
      <w:r>
        <w:rPr>
          <w:b/>
        </w:rPr>
        <w:t xml:space="preserve">[14:05] </w:t>
      </w:r>
      <w:r>
        <w:t>So when we find ourselves in a situation where you are conveying message of God, but there</w:t>
      </w:r>
    </w:p>
    <w:p>
      <w:pPr>
        <w:jc w:val="right"/>
      </w:pPr>
      <w:r>
        <w:t>سو وین وی فائنڈ اور سیلف ان ا سچویشن ویر یو ار کنوےنگ میسج اف گاڈ، بٹ دیر</w:t>
      </w:r>
    </w:p>
    <w:p>
      <w:r>
        <w:rPr>
          <w:b/>
        </w:rPr>
        <w:t xml:space="preserve">[14:12] </w:t>
      </w:r>
      <w:r>
        <w:t>as no positive response from the mardud.</w:t>
      </w:r>
    </w:p>
    <w:p>
      <w:pPr>
        <w:jc w:val="right"/>
      </w:pPr>
      <w:r>
        <w:t>از نو پوزیٹیو رسپانس فرام دا مدو۔</w:t>
      </w:r>
    </w:p>
    <w:p>
      <w:r>
        <w:rPr>
          <w:b/>
        </w:rPr>
        <w:t xml:space="preserve">[14:15] </w:t>
      </w:r>
      <w:r>
        <w:t>Then we have to adopt this model.</w:t>
      </w:r>
    </w:p>
    <w:p>
      <w:pPr>
        <w:jc w:val="right"/>
      </w:pPr>
      <w:r>
        <w:t>دین وی ہیو ٹو اڈاپٹ دس ماڈل۔</w:t>
      </w:r>
    </w:p>
    <w:p>
      <w:r>
        <w:rPr>
          <w:b/>
        </w:rPr>
        <w:t xml:space="preserve">[14:18] </w:t>
      </w:r>
      <w:r>
        <w:t>We are not allowed to be angry.</w:t>
      </w:r>
    </w:p>
    <w:p>
      <w:pPr>
        <w:jc w:val="right"/>
      </w:pPr>
      <w:r>
        <w:t>وی ار ناٹ الاؤڈ ٹو ٹو بی اینگری۔</w:t>
      </w:r>
    </w:p>
    <w:p>
      <w:r>
        <w:rPr>
          <w:b/>
        </w:rPr>
        <w:t xml:space="preserve">[14:22] </w:t>
      </w:r>
      <w:r>
        <w:t>We are not allowed to be frustrated.</w:t>
      </w:r>
    </w:p>
    <w:p>
      <w:pPr>
        <w:jc w:val="right"/>
      </w:pPr>
      <w:r>
        <w:t>وی ار ناٹ الاؤڈ ٹو بی فرسٹریٹڈ۔</w:t>
      </w:r>
    </w:p>
    <w:p>
      <w:r>
        <w:rPr>
          <w:b/>
        </w:rPr>
        <w:t xml:space="preserve">[14:25] </w:t>
      </w:r>
      <w:r>
        <w:t>We are not allowed to lose our patience.</w:t>
      </w:r>
    </w:p>
    <w:p>
      <w:pPr>
        <w:jc w:val="right"/>
      </w:pPr>
      <w:r>
        <w:t>وی ار ناٹ الاؤڈ ٹو لوز اور پیشنس۔</w:t>
      </w:r>
    </w:p>
    <w:p>
      <w:r>
        <w:rPr>
          <w:b/>
        </w:rPr>
        <w:t xml:space="preserve">[14:28] </w:t>
      </w:r>
      <w:r>
        <w:t>So when we find ourself in the situation where people are not giving positive response.</w:t>
      </w:r>
    </w:p>
    <w:p>
      <w:pPr>
        <w:jc w:val="right"/>
      </w:pPr>
      <w:r>
        <w:t>سو وین وی فائنڈ اور سیلف ان دا سچویشن ویر پیپل ار ناٹ گیونگ پوزیٹیو رسپانس۔</w:t>
      </w:r>
    </w:p>
    <w:p>
      <w:r>
        <w:rPr>
          <w:b/>
        </w:rPr>
        <w:t xml:space="preserve">[14:35] </w:t>
      </w:r>
      <w:r>
        <w:t>So ignore their response.</w:t>
      </w:r>
    </w:p>
    <w:p>
      <w:pPr>
        <w:jc w:val="right"/>
      </w:pPr>
      <w:r>
        <w:t>سو اگنور دیر رسپانس۔</w:t>
      </w:r>
    </w:p>
    <w:p>
      <w:r>
        <w:rPr>
          <w:b/>
        </w:rPr>
        <w:t xml:space="preserve">[14:37] </w:t>
      </w:r>
      <w:r>
        <w:t>You have to continue dawa mission.</w:t>
      </w:r>
    </w:p>
    <w:p>
      <w:pPr>
        <w:jc w:val="right"/>
      </w:pPr>
      <w:r>
        <w:t>یو ہیو ٹو کنٹینیو داوا مشن۔</w:t>
      </w:r>
    </w:p>
    <w:p>
      <w:r>
        <w:rPr>
          <w:b/>
        </w:rPr>
        <w:t xml:space="preserve">[14:39] </w:t>
      </w:r>
      <w:r>
        <w:t>without break.</w:t>
      </w:r>
    </w:p>
    <w:p>
      <w:pPr>
        <w:jc w:val="right"/>
      </w:pPr>
      <w:r>
        <w:t>وداؤٹ بریک۔</w:t>
      </w:r>
    </w:p>
    <w:p>
      <w:r>
        <w:rPr>
          <w:b/>
        </w:rPr>
        <w:t xml:space="preserve">[14:41] </w:t>
      </w:r>
      <w:r>
        <w:t>even generation of generation.</w:t>
      </w:r>
    </w:p>
    <w:p>
      <w:pPr>
        <w:jc w:val="right"/>
      </w:pPr>
      <w:r>
        <w:t>ایون جنریشن اف جنریشن۔</w:t>
      </w:r>
    </w:p>
    <w:p>
      <w:r>
        <w:rPr>
          <w:b/>
        </w:rPr>
        <w:t xml:space="preserve">[14:42] </w:t>
      </w:r>
      <w:r>
        <w:t>So this is the model we find in Prophet, no.</w:t>
      </w:r>
    </w:p>
    <w:p>
      <w:pPr>
        <w:jc w:val="right"/>
      </w:pPr>
      <w:r>
        <w:t>سو دس از دا ماڈل وی فائنڈ ان پرافٹ نو۔</w:t>
      </w:r>
    </w:p>
    <w:p>
      <w:r>
        <w:rPr>
          <w:b/>
        </w:rPr>
        <w:t xml:space="preserve">[14:47] </w:t>
      </w:r>
      <w:r>
        <w:t>And this model is.</w:t>
      </w:r>
    </w:p>
    <w:p>
      <w:pPr>
        <w:jc w:val="right"/>
      </w:pPr>
      <w:r>
        <w:t>اینڈ دس ماڈل از۔</w:t>
      </w:r>
    </w:p>
    <w:p>
      <w:r>
        <w:rPr>
          <w:b/>
        </w:rPr>
        <w:t xml:space="preserve">[14:48] </w:t>
      </w:r>
      <w:r>
        <w:t>This model you can see in the Quran in detail.</w:t>
      </w:r>
    </w:p>
    <w:p>
      <w:pPr>
        <w:jc w:val="right"/>
      </w:pPr>
      <w:r>
        <w:t>دس ماڈل یو کین سی ان دا قرآن ان ڈیٹیل۔</w:t>
      </w:r>
    </w:p>
    <w:p>
      <w:r>
        <w:rPr>
          <w:b/>
        </w:rPr>
        <w:t xml:space="preserve">[14:53] </w:t>
      </w:r>
      <w:r>
        <w:t>deen, let us see the model of Prophet Abraham.</w:t>
      </w:r>
    </w:p>
    <w:p>
      <w:pPr>
        <w:jc w:val="right"/>
      </w:pPr>
      <w:r>
        <w:t>دین، لیٹ اس سی دا ماڈل اف پرافٹ ابراہم۔</w:t>
      </w:r>
    </w:p>
    <w:p>
      <w:r>
        <w:rPr>
          <w:b/>
        </w:rPr>
        <w:t xml:space="preserve">[14:57] </w:t>
      </w:r>
      <w:r>
        <w:t>He was a great prophet.</w:t>
      </w:r>
    </w:p>
    <w:p>
      <w:pPr>
        <w:jc w:val="right"/>
      </w:pPr>
      <w:r>
        <w:t>ہی واز ا گریٹ پرافٹ۔</w:t>
      </w:r>
    </w:p>
    <w:p>
      <w:r>
        <w:rPr>
          <w:b/>
        </w:rPr>
        <w:t xml:space="preserve">[14:59] </w:t>
      </w:r>
      <w:r>
        <w:t>And here we can find great example.</w:t>
      </w:r>
    </w:p>
    <w:p>
      <w:pPr>
        <w:jc w:val="right"/>
      </w:pPr>
      <w:r>
        <w:t>اینڈ ہیر وی کین فائنڈ گریٹ ایگزامپل۔</w:t>
      </w:r>
    </w:p>
    <w:p>
      <w:r>
        <w:rPr>
          <w:b/>
        </w:rPr>
        <w:t xml:space="preserve">[15:02] </w:t>
      </w:r>
      <w:r>
        <w:t>There are several examples in the life of the Prophet.</w:t>
      </w:r>
    </w:p>
    <w:p>
      <w:pPr>
        <w:jc w:val="right"/>
      </w:pPr>
      <w:r>
        <w:t>دیر ار سیورل ایگزامپلز ان دا لائف اف دا پرافٹ۔</w:t>
      </w:r>
    </w:p>
    <w:p>
      <w:r>
        <w:rPr>
          <w:b/>
        </w:rPr>
        <w:t xml:space="preserve">[15:06] </w:t>
      </w:r>
      <w:r>
        <w:t>in the life of the Prophet Abraham.</w:t>
      </w:r>
    </w:p>
    <w:p>
      <w:pPr>
        <w:jc w:val="right"/>
      </w:pPr>
      <w:r>
        <w:t>ان دا لائف اف دی پرافٹ ابراہم۔</w:t>
      </w:r>
    </w:p>
    <w:p>
      <w:r>
        <w:rPr>
          <w:b/>
        </w:rPr>
        <w:t xml:space="preserve">[15:09] </w:t>
      </w:r>
      <w:r>
        <w:t>Here I would like to mention one very important model.</w:t>
      </w:r>
    </w:p>
    <w:p>
      <w:pPr>
        <w:jc w:val="right"/>
      </w:pPr>
      <w:r>
        <w:t>ہیر ائی وڈ لائک ٹو مینشن ون ویری امپورٹنٹ ماڈل۔</w:t>
      </w:r>
    </w:p>
    <w:p>
      <w:r>
        <w:rPr>
          <w:b/>
        </w:rPr>
        <w:t xml:space="preserve">[15:13] </w:t>
      </w:r>
      <w:r>
        <w:t>Prophet Abraham was sent to Iraq.</w:t>
      </w:r>
    </w:p>
    <w:p>
      <w:pPr>
        <w:jc w:val="right"/>
      </w:pPr>
      <w:r>
        <w:t>پرافٹ ابراہم واز سینڈ ٹو عراق۔</w:t>
      </w:r>
    </w:p>
    <w:p>
      <w:r>
        <w:rPr>
          <w:b/>
        </w:rPr>
        <w:t xml:space="preserve">[15:16] </w:t>
      </w:r>
      <w:r>
        <w:t>In ancient Iraq, there was a city.</w:t>
      </w:r>
    </w:p>
    <w:p>
      <w:pPr>
        <w:jc w:val="right"/>
      </w:pPr>
      <w:r>
        <w:t>ان اینشینٹ عراق، دیر واز ا سٹی۔</w:t>
      </w:r>
    </w:p>
    <w:p>
      <w:r>
        <w:rPr>
          <w:b/>
        </w:rPr>
        <w:t xml:space="preserve">[15:19] </w:t>
      </w:r>
      <w:r>
        <w:t>Its name was RUR.</w:t>
      </w:r>
    </w:p>
    <w:p>
      <w:pPr>
        <w:jc w:val="right"/>
      </w:pPr>
      <w:r>
        <w:t>اٹس نیم واز ار یو ار۔</w:t>
      </w:r>
    </w:p>
    <w:p>
      <w:r>
        <w:rPr>
          <w:b/>
        </w:rPr>
        <w:t xml:space="preserve">[15:21] </w:t>
      </w:r>
      <w:r>
        <w:t>So he was sent in.</w:t>
      </w:r>
    </w:p>
    <w:p>
      <w:pPr>
        <w:jc w:val="right"/>
      </w:pPr>
      <w:r>
        <w:t>سو ہی واز سینڈ ان ار۔</w:t>
      </w:r>
    </w:p>
    <w:p>
      <w:r>
        <w:rPr>
          <w:b/>
        </w:rPr>
        <w:t xml:space="preserve">[15:24] </w:t>
      </w:r>
      <w:r>
        <w:t>He started his mission, mission of tawhid.</w:t>
      </w:r>
    </w:p>
    <w:p>
      <w:pPr>
        <w:jc w:val="right"/>
      </w:pPr>
      <w:r>
        <w:t>ہی سٹارٹڈ ہز مشن، مشن اف توحید۔</w:t>
      </w:r>
    </w:p>
    <w:p>
      <w:r>
        <w:rPr>
          <w:b/>
        </w:rPr>
        <w:t xml:space="preserve">[15:27] </w:t>
      </w:r>
      <w:r>
        <w:t>But after long, long effort, he came to the conclusion that in present situation, very difficult to find</w:t>
      </w:r>
    </w:p>
    <w:p>
      <w:pPr>
        <w:jc w:val="right"/>
      </w:pPr>
      <w:r>
        <w:t>بٹ افٹر لانگ، لانگ ایفرٹ، ہی کیم ٹو دا کنکلوژن دیٹ ان پریزنٹ سچویشن، ویری ڈیفیکلٹ ٹو فائنڈ</w:t>
      </w:r>
    </w:p>
    <w:p>
      <w:r>
        <w:rPr>
          <w:b/>
        </w:rPr>
        <w:t xml:space="preserve">[15:35] </w:t>
      </w:r>
      <w:r>
        <w:t>a positive result.</w:t>
      </w:r>
    </w:p>
    <w:p>
      <w:pPr>
        <w:jc w:val="right"/>
      </w:pPr>
      <w:r>
        <w:t>ا پوزیٹیو رزلٹ۔</w:t>
      </w:r>
    </w:p>
    <w:p>
      <w:r>
        <w:rPr>
          <w:b/>
        </w:rPr>
        <w:t xml:space="preserve">[15:36] </w:t>
      </w:r>
      <w:r>
        <w:t>Very difficult.</w:t>
      </w:r>
    </w:p>
    <w:p>
      <w:pPr>
        <w:jc w:val="right"/>
      </w:pPr>
      <w:r>
        <w:t>ویری ڈیفیکلٹ۔</w:t>
      </w:r>
    </w:p>
    <w:p>
      <w:r>
        <w:rPr>
          <w:b/>
        </w:rPr>
        <w:t xml:space="preserve">[15:38] </w:t>
      </w:r>
      <w:r>
        <w:t>Why? Because in those days, every group of people were worshiping idols.</w:t>
      </w:r>
    </w:p>
    <w:p>
      <w:pPr>
        <w:jc w:val="right"/>
      </w:pPr>
      <w:r>
        <w:t>وائی؟ بیکاز ان دو ڈیز، ایوری گروپ اف پیپل ویر ورشپنگ ائیڈلز۔</w:t>
      </w:r>
    </w:p>
    <w:p>
      <w:r>
        <w:rPr>
          <w:b/>
        </w:rPr>
        <w:t xml:space="preserve">[15:43] </w:t>
      </w:r>
      <w:r>
        <w:t>There is shirk.</w:t>
      </w:r>
    </w:p>
    <w:p>
      <w:pPr>
        <w:jc w:val="right"/>
      </w:pPr>
      <w:r>
        <w:t>دیر از شرک۔</w:t>
      </w:r>
    </w:p>
    <w:p>
      <w:r>
        <w:rPr>
          <w:b/>
        </w:rPr>
        <w:t xml:space="preserve">[15:44] </w:t>
      </w:r>
      <w:r>
        <w:t>They were engaged in shirk.</w:t>
      </w:r>
    </w:p>
    <w:p>
      <w:pPr>
        <w:jc w:val="right"/>
      </w:pPr>
      <w:r>
        <w:t>دے وار انگیج ان شرک۔</w:t>
      </w:r>
    </w:p>
    <w:p>
      <w:r>
        <w:rPr>
          <w:b/>
        </w:rPr>
        <w:t xml:space="preserve">[15:47] </w:t>
      </w:r>
      <w:r>
        <w:t>So in every city, in every town, there was domination of shirk culture, mushrik culture.</w:t>
      </w:r>
    </w:p>
    <w:p>
      <w:pPr>
        <w:jc w:val="right"/>
      </w:pPr>
      <w:r>
        <w:t>سو ان ایوری سٹی، ان ایوری ٹاؤن، دیر واز ڈومینیشن اف شرک کلچر، مشرک کلچر۔</w:t>
      </w:r>
    </w:p>
    <w:p>
      <w:r>
        <w:rPr>
          <w:b/>
        </w:rPr>
        <w:t xml:space="preserve">[15:53] </w:t>
      </w:r>
      <w:r>
        <w:t>In every city, in every town, people are dominated by mushrik culture.</w:t>
      </w:r>
    </w:p>
    <w:p>
      <w:pPr>
        <w:jc w:val="right"/>
      </w:pPr>
      <w:r>
        <w:t>ان ایوری سٹی، ان ایوری ٹاؤن، پیپل ار ڈومینیٹڈ بائی مشرک کلچر۔</w:t>
      </w:r>
    </w:p>
    <w:p>
      <w:r>
        <w:rPr>
          <w:b/>
        </w:rPr>
        <w:t xml:space="preserve">[15:58] </w:t>
      </w:r>
      <w:r>
        <w:t>Everyone was born in mushrik culture.</w:t>
      </w:r>
    </w:p>
    <w:p>
      <w:pPr>
        <w:jc w:val="right"/>
      </w:pPr>
      <w:r>
        <w:t>ایوری ون واز بورن ان مشرک کلچر۔</w:t>
      </w:r>
    </w:p>
    <w:p>
      <w:r>
        <w:rPr>
          <w:b/>
        </w:rPr>
        <w:t xml:space="preserve">[16:01] </w:t>
      </w:r>
      <w:r>
        <w:t>So you know, there is a hadith that kullu mawludin yuladu alal fitra. So according to this hadith, the</w:t>
      </w:r>
    </w:p>
    <w:p>
      <w:pPr>
        <w:jc w:val="right"/>
      </w:pPr>
      <w:r>
        <w:t>سو یو نو، دیر از ا حدیث دیٹ کل مولودی یولد الفطرہ، سو اکارڈنگ ٹو دس حدیث، دا</w:t>
      </w:r>
    </w:p>
    <w:p>
      <w:r>
        <w:rPr>
          <w:b/>
        </w:rPr>
        <w:t xml:space="preserve">[16:09] </w:t>
      </w:r>
      <w:r>
        <w:t>The situation was that everyone was born in any one of the families.</w:t>
      </w:r>
    </w:p>
    <w:p>
      <w:pPr>
        <w:jc w:val="right"/>
      </w:pPr>
      <w:r>
        <w:t>سچویشن واز دیٹ ایوری ون واز بورن ان اینی ون اف دی فیملیز۔</w:t>
      </w:r>
    </w:p>
    <w:p>
      <w:r>
        <w:rPr>
          <w:b/>
        </w:rPr>
        <w:t xml:space="preserve">[16:14] </w:t>
      </w:r>
      <w:r>
        <w:t>He was born in mushrik culture.</w:t>
      </w:r>
    </w:p>
    <w:p>
      <w:pPr>
        <w:jc w:val="right"/>
      </w:pPr>
      <w:r>
        <w:t>ہی واز بورن ان مشرک کلچر۔</w:t>
      </w:r>
    </w:p>
    <w:p>
      <w:r>
        <w:rPr>
          <w:b/>
        </w:rPr>
        <w:t xml:space="preserve">[16:17] </w:t>
      </w:r>
      <w:r>
        <w:t>Mushrik culture.</w:t>
      </w:r>
    </w:p>
    <w:p>
      <w:pPr>
        <w:jc w:val="right"/>
      </w:pPr>
      <w:r>
        <w:t>مشرک کلچر۔</w:t>
      </w:r>
    </w:p>
    <w:p>
      <w:r>
        <w:rPr>
          <w:b/>
        </w:rPr>
        <w:t xml:space="preserve">[16:18] </w:t>
      </w:r>
      <w:r>
        <w:t>So from the very birth, so from the very birth, he was bound to receive mushrik doses, shirk</w:t>
      </w:r>
    </w:p>
    <w:p>
      <w:pPr>
        <w:jc w:val="right"/>
      </w:pPr>
      <w:r>
        <w:t>سو فرام دا ویری برتھ، سو فرام دا ویری برتھ، ہی واز باؤنڈ ٹو ریسیو مشرک ڈوزز، شرک</w:t>
      </w:r>
    </w:p>
    <w:p>
      <w:r>
        <w:rPr>
          <w:b/>
        </w:rPr>
        <w:t xml:space="preserve">[16:26] </w:t>
      </w:r>
      <w:r>
        <w:t>doses.</w:t>
      </w:r>
    </w:p>
    <w:p>
      <w:pPr>
        <w:jc w:val="right"/>
      </w:pPr>
      <w:r>
        <w:t>ڈوزز۔</w:t>
      </w:r>
    </w:p>
    <w:p>
      <w:r>
        <w:rPr>
          <w:b/>
        </w:rPr>
        <w:t xml:space="preserve">[16:28] </w:t>
      </w:r>
      <w:r>
        <w:t>Because everywhere, everywhere, there was shirk in every aspect of life.</w:t>
      </w:r>
    </w:p>
    <w:p>
      <w:pPr>
        <w:jc w:val="right"/>
      </w:pPr>
      <w:r>
        <w:t>بیکاز ایوری ویر، ایوری ویر، دیر واز شرک ان ایوری اسپیکٹ اف لائف۔</w:t>
      </w:r>
    </w:p>
    <w:p>
      <w:r>
        <w:rPr>
          <w:b/>
        </w:rPr>
        <w:t xml:space="preserve">[16:33] </w:t>
      </w:r>
      <w:r>
        <w:t>So from the very birth, everyone was bound to receive mushrik doses of shirk, lessons of shirk,</w:t>
      </w:r>
    </w:p>
    <w:p>
      <w:pPr>
        <w:jc w:val="right"/>
      </w:pPr>
      <w:r>
        <w:t>سو فرام دا ویری برتھ، ایوری ون واز باؤنڈ ٹو ریسیو مشرک ڈوزز اف شرک، لیسنز اف شرک،</w:t>
      </w:r>
    </w:p>
    <w:p>
      <w:r>
        <w:rPr>
          <w:b/>
        </w:rPr>
        <w:t xml:space="preserve">[16:41] </w:t>
      </w:r>
      <w:r>
        <w:t>teachings of shirk.</w:t>
      </w:r>
    </w:p>
    <w:p>
      <w:pPr>
        <w:jc w:val="right"/>
      </w:pPr>
      <w:r>
        <w:t>ٹیچنگز اف شرک۔</w:t>
      </w:r>
    </w:p>
    <w:p>
      <w:r>
        <w:rPr>
          <w:b/>
        </w:rPr>
        <w:t xml:space="preserve">[16:42] </w:t>
      </w:r>
      <w:r>
        <w:t>Everyone was bound to condition in mushrik culture.</w:t>
      </w:r>
    </w:p>
    <w:p>
      <w:pPr>
        <w:jc w:val="right"/>
      </w:pPr>
      <w:r>
        <w:t>ایوری ون واز باؤنڈ ٹو کنڈیشن ان مشرک کلچر۔</w:t>
      </w:r>
    </w:p>
    <w:p>
      <w:r>
        <w:rPr>
          <w:b/>
        </w:rPr>
        <w:t xml:space="preserve">[16:46] </w:t>
      </w:r>
      <w:r>
        <w:t>So after due to this conditioning, due to this shirk conditioning, it became very, very difficult to de</w:t>
      </w:r>
    </w:p>
    <w:p>
      <w:pPr>
        <w:jc w:val="right"/>
      </w:pPr>
      <w:r>
        <w:t>سو افٹر ڈیو ٹو دس کنڈیشننگ، ڈیو ٹو دس شرک کنڈیشننگ، اٹ بیکم ویری، ویری ڈیفیکلٹ ٹو ڈی</w:t>
      </w:r>
    </w:p>
    <w:p>
      <w:r>
        <w:rPr>
          <w:b/>
        </w:rPr>
        <w:t xml:space="preserve">[16:54] </w:t>
      </w:r>
      <w:r>
        <w:t>condition their mind and make them understand the message of Tawhid.</w:t>
      </w:r>
    </w:p>
    <w:p>
      <w:pPr>
        <w:jc w:val="right"/>
      </w:pPr>
      <w:r>
        <w:t>کنڈیشن دیر مائنڈ اینڈ میک دیم انڈرسٹینڈ دا میسج اف توحید۔</w:t>
      </w:r>
    </w:p>
    <w:p>
      <w:r>
        <w:rPr>
          <w:b/>
        </w:rPr>
        <w:t xml:space="preserve">[16:59] </w:t>
      </w:r>
      <w:r>
        <w:t>This was the situation at the time.</w:t>
      </w:r>
    </w:p>
    <w:p>
      <w:pPr>
        <w:jc w:val="right"/>
      </w:pPr>
      <w:r>
        <w:t>دس واز دا سچویشن ایٹ دا ٹائم۔</w:t>
      </w:r>
    </w:p>
    <w:p>
      <w:r>
        <w:rPr>
          <w:b/>
        </w:rPr>
        <w:t xml:space="preserve">[17:02] </w:t>
      </w:r>
      <w:r>
        <w:t>deen, he decided according to the guidance of God Almighty, he decided to settle in a desert, for</w:t>
      </w:r>
    </w:p>
    <w:p>
      <w:pPr>
        <w:jc w:val="right"/>
      </w:pPr>
      <w:r>
        <w:t>دین، ہی ڈیسائیڈڈ اکارڈنگ ٹو دا گائیڈنس اف گاڈ المائٹی، ہی ڈیسائیڈڈ ٹو سیٹل ان ا ڈیزرٹ، فار</w:t>
      </w:r>
    </w:p>
    <w:p>
      <w:r>
        <w:rPr>
          <w:b/>
        </w:rPr>
        <w:t xml:space="preserve">[17:09] </w:t>
      </w:r>
      <w:r>
        <w:t>from cities, far from town, far from mushrik culture.</w:t>
      </w:r>
    </w:p>
    <w:p>
      <w:pPr>
        <w:jc w:val="right"/>
      </w:pPr>
      <w:r>
        <w:t>فرام سٹیز، فار فرام ٹاؤن، فار فرام مشرک کلچر۔</w:t>
      </w:r>
    </w:p>
    <w:p>
      <w:r>
        <w:rPr>
          <w:b/>
        </w:rPr>
        <w:t xml:space="preserve">[17:13] </w:t>
      </w:r>
      <w:r>
        <w:t>So he selected desert of Arabia, near Makkah.</w:t>
      </w:r>
    </w:p>
    <w:p>
      <w:pPr>
        <w:jc w:val="right"/>
      </w:pPr>
      <w:r>
        <w:t>سو ہی سلیکٹڈ ڈیزرٹ اف عربیہ، نیئر مکہ۔</w:t>
      </w:r>
    </w:p>
    <w:p>
      <w:r>
        <w:rPr>
          <w:b/>
        </w:rPr>
        <w:t xml:space="preserve">[17:17] </w:t>
      </w:r>
      <w:r>
        <w:t>At the time, there was no Makkah, no city, no town, no agriculture, no horticulture, nothing.</w:t>
      </w:r>
    </w:p>
    <w:p>
      <w:pPr>
        <w:jc w:val="right"/>
      </w:pPr>
      <w:r>
        <w:t>ایٹ دا ٹائم، دیر واز نو مکہ، نو سٹی، نو ٹاؤن، نو ایگریکلچر، نو ہارٹیکلچر، نتھنگ۔</w:t>
      </w:r>
    </w:p>
    <w:p>
      <w:r>
        <w:rPr>
          <w:b/>
        </w:rPr>
        <w:t xml:space="preserve">[17:24] </w:t>
      </w:r>
      <w:r>
        <w:t>There was nothing, there was nothing except desert.</w:t>
      </w:r>
    </w:p>
    <w:p>
      <w:pPr>
        <w:jc w:val="right"/>
      </w:pPr>
      <w:r>
        <w:t>دیر واز نتھنگ، دیر واز نتھنگ ایکسیپٹ ڈیزرٹ۔</w:t>
      </w:r>
    </w:p>
    <w:p>
      <w:r>
        <w:rPr>
          <w:b/>
        </w:rPr>
        <w:t xml:space="preserve">[17:27] </w:t>
      </w:r>
      <w:r>
        <w:t>So Prophet Abraham decided to settle his, his, his wife and his son, his wife Hajarah and his</w:t>
      </w:r>
    </w:p>
    <w:p>
      <w:pPr>
        <w:jc w:val="right"/>
      </w:pPr>
      <w:r>
        <w:t>سو پرافٹ ابراہم ڈیسائیڈڈ ٹو سیٹل ہز، ہز، ہز وائف اینڈ ہز سن، ہز وائف ہاجرہ اینڈ ہز</w:t>
      </w:r>
    </w:p>
    <w:p>
      <w:r>
        <w:rPr>
          <w:b/>
        </w:rPr>
        <w:t xml:space="preserve">[17:35] </w:t>
      </w:r>
      <w:r>
        <w:t>sun ismail.</w:t>
      </w:r>
    </w:p>
    <w:p>
      <w:pPr>
        <w:jc w:val="right"/>
      </w:pPr>
      <w:r>
        <w:t>سن اسماعیل۔</w:t>
      </w:r>
    </w:p>
    <w:p>
      <w:r>
        <w:rPr>
          <w:b/>
        </w:rPr>
        <w:t xml:space="preserve">[17:36] </w:t>
      </w:r>
      <w:r>
        <w:t>He decided to settle them in this desert.</w:t>
      </w:r>
    </w:p>
    <w:p>
      <w:pPr>
        <w:jc w:val="right"/>
      </w:pPr>
      <w:r>
        <w:t>ہی ڈیسائیڈڈ ٹو سیٹل دیم ان دس ڈیزرٹ۔</w:t>
      </w:r>
    </w:p>
    <w:p>
      <w:r>
        <w:rPr>
          <w:b/>
        </w:rPr>
        <w:t xml:space="preserve">[17:40] </w:t>
      </w:r>
      <w:r>
        <w:t>یعنی it means that away from the mushrik culture, where there is no influence of mushrik culture.</w:t>
      </w:r>
    </w:p>
    <w:p>
      <w:pPr>
        <w:jc w:val="right"/>
      </w:pPr>
      <w:r>
        <w:t>یعنی اٹ مینز دیٹ اوے فرام دا مشرک کلچر، ویر دیر از نو انفلوئنس اف مشرک کلچر۔</w:t>
      </w:r>
    </w:p>
    <w:p>
      <w:r>
        <w:rPr>
          <w:b/>
        </w:rPr>
        <w:t xml:space="preserve">[17:47] </w:t>
      </w:r>
      <w:r>
        <w:t>This desert was out of influence of mushrik culture.</w:t>
      </w:r>
    </w:p>
    <w:p>
      <w:pPr>
        <w:jc w:val="right"/>
      </w:pPr>
      <w:r>
        <w:t>دس ڈیزرٹ واز اؤٹ اف انفلوئنس اف مشرک کلچر۔</w:t>
      </w:r>
    </w:p>
    <w:p>
      <w:r>
        <w:rPr>
          <w:b/>
        </w:rPr>
        <w:t xml:space="preserve">[17:51] </w:t>
      </w:r>
      <w:r>
        <w:t>So he selected this area and he settled his wife Hajra and his son Ismail here in this</w:t>
      </w:r>
    </w:p>
    <w:p>
      <w:pPr>
        <w:jc w:val="right"/>
      </w:pPr>
      <w:r>
        <w:t>سو ہی سلیکٹڈ دس ایریا اینڈ ہی سیٹلڈ ہز وائف ہاجرہ اینڈ ہز سن اسماعیل ہیر ان دس</w:t>
      </w:r>
    </w:p>
    <w:p>
      <w:r>
        <w:rPr>
          <w:b/>
        </w:rPr>
        <w:t xml:space="preserve">[17:59] </w:t>
      </w:r>
      <w:r>
        <w:t>desert.</w:t>
      </w:r>
    </w:p>
    <w:p>
      <w:pPr>
        <w:jc w:val="right"/>
      </w:pPr>
      <w:r>
        <w:t>ڈیزرٹ۔</w:t>
      </w:r>
    </w:p>
    <w:p>
      <w:r>
        <w:rPr>
          <w:b/>
        </w:rPr>
        <w:t xml:space="preserve">[18:00] </w:t>
      </w:r>
      <w:r>
        <w:t>So, a new nation was born in this area.</w:t>
      </w:r>
    </w:p>
    <w:p>
      <w:pPr>
        <w:jc w:val="right"/>
      </w:pPr>
      <w:r>
        <w:t>سو دیر ا نیو نیشن واز بورن ان دس ایریا۔</w:t>
      </w:r>
    </w:p>
    <w:p>
      <w:r>
        <w:rPr>
          <w:b/>
        </w:rPr>
        <w:t xml:space="preserve">[18:04] </w:t>
      </w:r>
      <w:r>
        <w:t>There was nothing except nature, desert, mountain, sky, cloud, sun, stars, moon.</w:t>
      </w:r>
    </w:p>
    <w:p>
      <w:pPr>
        <w:jc w:val="right"/>
      </w:pPr>
      <w:r>
        <w:t>دیر واز نتھنگ ایکسیپٹ نیچر، ڈیزرٹ، ماؤنٹین، اسکائی، کلاؤڈ، سن، سٹارز، مون۔</w:t>
      </w:r>
    </w:p>
    <w:p>
      <w:r>
        <w:rPr>
          <w:b/>
        </w:rPr>
        <w:t xml:space="preserve">[18:09] </w:t>
      </w:r>
      <w:r>
        <w:t>تو اس وقت completely a world of nature, completely a world of nature, far from the world of shirk.</w:t>
      </w:r>
    </w:p>
    <w:p>
      <w:pPr>
        <w:jc w:val="right"/>
      </w:pPr>
      <w:r>
        <w:t>تو اس وقت کمپلیٹلی ا ورلڈ اف نیچر، کمپلیٹلی ورلڈ اف نیچر، فار فرام دا ورلڈ اف شرک۔</w:t>
      </w:r>
    </w:p>
    <w:p>
      <w:r>
        <w:rPr>
          <w:b/>
        </w:rPr>
        <w:t xml:space="preserve">[18:17] </w:t>
      </w:r>
      <w:r>
        <w:t>So in this, in this environment, a new nation was born that was Banu Ismail.</w:t>
      </w:r>
    </w:p>
    <w:p>
      <w:pPr>
        <w:jc w:val="right"/>
      </w:pPr>
      <w:r>
        <w:t>سو ان دس، ان دس انوائرمنٹ، ا نیو نیشن واز بورن دیٹ واز بنو اسماعیل۔</w:t>
      </w:r>
    </w:p>
    <w:p>
      <w:r>
        <w:rPr>
          <w:b/>
        </w:rPr>
        <w:t xml:space="preserve">[18:24] </w:t>
      </w:r>
      <w:r>
        <w:t>In history, in history, you can find the reference with the name Ismailis.</w:t>
      </w:r>
    </w:p>
    <w:p>
      <w:pPr>
        <w:jc w:val="right"/>
      </w:pPr>
      <w:r>
        <w:t>ان ہسٹری، ان ہسٹری، یو کین فائنڈ دا ریفرنس ود دا نیم اسماعیلیٹیز۔</w:t>
      </w:r>
    </w:p>
    <w:p>
      <w:r>
        <w:rPr>
          <w:b/>
        </w:rPr>
        <w:t xml:space="preserve">[18:29] </w:t>
      </w:r>
      <w:r>
        <w:t>They are called Ismailites. In Arabic, they are called Banu Ismail.</w:t>
      </w:r>
    </w:p>
    <w:p>
      <w:pPr>
        <w:jc w:val="right"/>
      </w:pPr>
      <w:r>
        <w:t>دے ار کالڈ اسماعیلیٹیز ان عربک، دے ار کالڈ بنو اسماعیل۔</w:t>
      </w:r>
    </w:p>
    <w:p>
      <w:r>
        <w:rPr>
          <w:b/>
        </w:rPr>
        <w:t xml:space="preserve">[18:34] </w:t>
      </w:r>
      <w:r>
        <w:t>So here in this desert, a new generation was born.</w:t>
      </w:r>
    </w:p>
    <w:p>
      <w:pPr>
        <w:jc w:val="right"/>
      </w:pPr>
      <w:r>
        <w:t>سو ہیر ان دس ڈیزرٹ، ا نیو جنریشن واز بورن۔</w:t>
      </w:r>
    </w:p>
    <w:p>
      <w:r>
        <w:rPr>
          <w:b/>
        </w:rPr>
        <w:t xml:space="preserve">[18:38] </w:t>
      </w:r>
      <w:r>
        <w:t>There is Banu Ismail.</w:t>
      </w:r>
    </w:p>
    <w:p>
      <w:pPr>
        <w:jc w:val="right"/>
      </w:pPr>
      <w:r>
        <w:t>دیر از بنو اسماعیل۔</w:t>
      </w:r>
    </w:p>
    <w:p>
      <w:r>
        <w:rPr>
          <w:b/>
        </w:rPr>
        <w:t xml:space="preserve">[18:40] </w:t>
      </w:r>
      <w:r>
        <w:t>Banu Ismail were different from other people.</w:t>
      </w:r>
    </w:p>
    <w:p>
      <w:pPr>
        <w:jc w:val="right"/>
      </w:pPr>
      <w:r>
        <w:t>بنو اسماعیل ویر ڈفرنٹ فرام ادر پیپل۔</w:t>
      </w:r>
    </w:p>
    <w:p>
      <w:r>
        <w:rPr>
          <w:b/>
        </w:rPr>
        <w:t xml:space="preserve">[18:43] </w:t>
      </w:r>
      <w:r>
        <w:t>They were completely free of conditioning, completely free of conditioning.</w:t>
      </w:r>
    </w:p>
    <w:p>
      <w:pPr>
        <w:jc w:val="right"/>
      </w:pPr>
      <w:r>
        <w:t>دے وار کمپلیٹلی فری اف کنڈیشننگ، کمپلیٹلی فری اف کنڈیشننگ۔</w:t>
      </w:r>
    </w:p>
    <w:p>
      <w:r>
        <w:rPr>
          <w:b/>
        </w:rPr>
        <w:t xml:space="preserve">[18:47] </w:t>
      </w:r>
      <w:r>
        <w:t>There was no shirk, there was no mushrikana temple, nothing.</w:t>
      </w:r>
    </w:p>
    <w:p>
      <w:pPr>
        <w:jc w:val="right"/>
      </w:pPr>
      <w:r>
        <w:t>دیر واز نو شرک، دیر واز نو مشرکانہ ٹیمپل، نتھنگ۔</w:t>
      </w:r>
    </w:p>
    <w:p>
      <w:r>
        <w:rPr>
          <w:b/>
        </w:rPr>
        <w:t xml:space="preserve">[18:51] </w:t>
      </w:r>
      <w:r>
        <w:t>There was nature, God's creation.</w:t>
      </w:r>
    </w:p>
    <w:p>
      <w:pPr>
        <w:jc w:val="right"/>
      </w:pPr>
      <w:r>
        <w:t>دیر واز نیچر، گاڈز کریشن۔</w:t>
      </w:r>
    </w:p>
    <w:p>
      <w:r>
        <w:rPr>
          <w:b/>
        </w:rPr>
        <w:t xml:space="preserve">[18:54] </w:t>
      </w:r>
      <w:r>
        <w:t>So Banu Ismail were a very, very unique generation, very, very unique nation that was completely free of</w:t>
      </w:r>
    </w:p>
    <w:p>
      <w:pPr>
        <w:jc w:val="right"/>
      </w:pPr>
      <w:r>
        <w:t>سو بنو اسماعیل ویر ا ویری، ویری یونیک جنریشن، ویری، ویری یونیک نیشن دیٹ واز کمپلیٹلی فری اف</w:t>
      </w:r>
    </w:p>
    <w:p>
      <w:r>
        <w:rPr>
          <w:b/>
        </w:rPr>
        <w:t xml:space="preserve">[19:01] </w:t>
      </w:r>
      <w:r>
        <w:t>Mushroom conditioning.</w:t>
      </w:r>
    </w:p>
    <w:p>
      <w:pPr>
        <w:jc w:val="right"/>
      </w:pPr>
      <w:r>
        <w:t>مشرک کنڈیشننگ۔</w:t>
      </w:r>
    </w:p>
    <w:p>
      <w:r>
        <w:rPr>
          <w:b/>
        </w:rPr>
        <w:t xml:space="preserve">[19:03] </w:t>
      </w:r>
      <w:r>
        <w:t>Every one of Banu Ismail was, every man of Banu Ismail was mister nature, and every woman of</w:t>
      </w:r>
    </w:p>
    <w:p>
      <w:pPr>
        <w:jc w:val="right"/>
      </w:pPr>
      <w:r>
        <w:t>ایوری ون اف بنو اسماعیل واز، ایوری مین اف بنو اسماعیل واز مسٹر نیچر، اینڈ ایوری وومن اف</w:t>
      </w:r>
    </w:p>
    <w:p>
      <w:r>
        <w:rPr>
          <w:b/>
        </w:rPr>
        <w:t xml:space="preserve">[19:11] </w:t>
      </w:r>
      <w:r>
        <w:t>Banu Ismail was misnature.</w:t>
      </w:r>
    </w:p>
    <w:p>
      <w:pPr>
        <w:jc w:val="right"/>
      </w:pPr>
      <w:r>
        <w:t>بنو اسماعیل واز مس نیچر۔</w:t>
      </w:r>
    </w:p>
    <w:p>
      <w:r>
        <w:rPr>
          <w:b/>
        </w:rPr>
        <w:t xml:space="preserve">[19:13] </w:t>
      </w:r>
      <w:r>
        <w:t>تو this was the plan adopted by Abraham to create a new kind of people that may be</w:t>
      </w:r>
    </w:p>
    <w:p>
      <w:pPr>
        <w:jc w:val="right"/>
      </w:pPr>
      <w:r>
        <w:t>تو دس واز دا پلان اڈاپٹڈ بائے ابراہم ٹو کریٹ ا نیو کائنڈ اف پیپل دیٹ می بی</w:t>
      </w:r>
    </w:p>
    <w:p>
      <w:r>
        <w:rPr>
          <w:b/>
        </w:rPr>
        <w:t xml:space="preserve">[19:20] </w:t>
      </w:r>
      <w:r>
        <w:t>able to accept the message of Tawhid, because they were free from mushrik conditioning.</w:t>
      </w:r>
    </w:p>
    <w:p>
      <w:pPr>
        <w:jc w:val="right"/>
      </w:pPr>
      <w:r>
        <w:t>ایبل ٹو ایکسیپٹ دا میسج اف توحید، بیکاز دے ویر فری فرام مشرک کنڈیشننگ۔</w:t>
      </w:r>
    </w:p>
    <w:p>
      <w:r>
        <w:rPr>
          <w:b/>
        </w:rPr>
        <w:t xml:space="preserve">[19:26] </w:t>
      </w:r>
      <w:r>
        <w:t>So this was the plan adopted by Abraham, Prophet Abraham, under the guidance of God Almighty.</w:t>
      </w:r>
    </w:p>
    <w:p>
      <w:pPr>
        <w:jc w:val="right"/>
      </w:pPr>
      <w:r>
        <w:t>سو دس واز دا پلان اڈاپٹڈ بائے ابراہم، پرافٹ ابراہم، انڈر دی گائیڈنس اف گاڈ المائٹی۔</w:t>
      </w:r>
    </w:p>
    <w:p>
      <w:r>
        <w:rPr>
          <w:b/>
        </w:rPr>
        <w:t xml:space="preserve">[19:33] </w:t>
      </w:r>
      <w:r>
        <w:t>In this, in this history, we find an example that if we face any time again this kind</w:t>
      </w:r>
    </w:p>
    <w:p>
      <w:pPr>
        <w:jc w:val="right"/>
      </w:pPr>
      <w:r>
        <w:t>ان دس، ان دس ہسٹری، وی فائنڈ ان ایگزامپل دیٹ اف وی فیس اینی ٹائم اگین دس کائنڈ</w:t>
      </w:r>
    </w:p>
    <w:p>
      <w:r>
        <w:rPr>
          <w:b/>
        </w:rPr>
        <w:t xml:space="preserve">[19:41] </w:t>
      </w:r>
      <w:r>
        <w:t>of situation, then we have to adopt the same method.</w:t>
      </w:r>
    </w:p>
    <w:p>
      <w:pPr>
        <w:jc w:val="right"/>
      </w:pPr>
      <w:r>
        <w:t>اف سچویشن، دین وی ہیو ٹو اڈاپٹ دا سیم میتھڈ۔</w:t>
      </w:r>
    </w:p>
    <w:p>
      <w:r>
        <w:rPr>
          <w:b/>
        </w:rPr>
        <w:t xml:space="preserve">[19:45] </w:t>
      </w:r>
      <w:r>
        <w:t>We have to educate people.</w:t>
      </w:r>
    </w:p>
    <w:p>
      <w:pPr>
        <w:jc w:val="right"/>
      </w:pPr>
      <w:r>
        <w:t>وی ہیو ٹو ایجوکیٹ پیپل۔</w:t>
      </w:r>
    </w:p>
    <w:p>
      <w:r>
        <w:rPr>
          <w:b/>
        </w:rPr>
        <w:t xml:space="preserve">[19:47] </w:t>
      </w:r>
      <w:r>
        <w:t>We have to try to decondition people.</w:t>
      </w:r>
    </w:p>
    <w:p>
      <w:pPr>
        <w:jc w:val="right"/>
      </w:pPr>
      <w:r>
        <w:t>وی ہیو ٹو ٹرائی ٹو ڈی کنڈیشن پیپل۔</w:t>
      </w:r>
    </w:p>
    <w:p>
      <w:r>
        <w:rPr>
          <w:b/>
        </w:rPr>
        <w:t xml:space="preserve">[19:51] </w:t>
      </w:r>
      <w:r>
        <w:t>So we have to begin from deconditioning, deconditioning of their mind.</w:t>
      </w:r>
    </w:p>
    <w:p>
      <w:pPr>
        <w:jc w:val="right"/>
      </w:pPr>
      <w:r>
        <w:t>سو وی ہیو ٹو بگن فرام ڈی کنڈیشننگ، ڈی کنڈیشننگ اف دیر مائنڈ۔</w:t>
      </w:r>
    </w:p>
    <w:p>
      <w:r>
        <w:rPr>
          <w:b/>
        </w:rPr>
        <w:t xml:space="preserve">[19:56] </w:t>
      </w:r>
      <w:r>
        <w:t>Without deconditioning, they cannot understand the message of Tawhid.</w:t>
      </w:r>
    </w:p>
    <w:p>
      <w:pPr>
        <w:jc w:val="right"/>
      </w:pPr>
      <w:r>
        <w:t>وداؤٹ ڈی کنڈیشننگ، دے کناٹ انڈرسٹینڈ دا میسج اف توحید۔</w:t>
      </w:r>
    </w:p>
    <w:p>
      <w:r>
        <w:rPr>
          <w:b/>
        </w:rPr>
        <w:t xml:space="preserve">[20:01] </w:t>
      </w:r>
      <w:r>
        <w:t>This is the example set by Prophet Abraham.</w:t>
      </w:r>
    </w:p>
    <w:p>
      <w:pPr>
        <w:jc w:val="right"/>
      </w:pPr>
      <w:r>
        <w:t>دس از دا ایگزامپل سیٹ بائے پرافٹ ابراہم۔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