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Multi-Religious Societies in Islam (Part 1) (English) 3 March 2007 - Maulana Wahiduddin Khan</w:t>
      </w:r>
    </w:p>
    <w:p>
      <w:r>
        <w:t>https://www.youtube.com/watch?v=hUHBtJRTVus</w:t>
      </w:r>
    </w:p>
    <w:p>
      <w:r>
        <w:rPr>
          <w:b/>
        </w:rPr>
        <w:t xml:space="preserve">[00:11] </w:t>
      </w:r>
      <w:r>
        <w:t>bismillah rahman rahim, wasallallah ala nabiy al-karim.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[00:14] </w:t>
      </w:r>
      <w:r>
        <w:t>rab ishrah li sadri, wa yassir li amri, wah lul uqdatan min lisani yafqahu qawli.</w:t>
      </w:r>
    </w:p>
    <w:p>
      <w:pPr>
        <w:jc w:val="right"/>
      </w:pPr>
      <w:r>
        <w:t>رب اشرح لی صدری، ویسر لی امری، واحل العقدۃ من لسانی یفقہ قولی۔</w:t>
      </w:r>
    </w:p>
    <w:p>
      <w:r>
        <w:rPr>
          <w:b/>
        </w:rPr>
        <w:t xml:space="preserve">[00:20] </w:t>
      </w:r>
      <w:r>
        <w:t>The theme for the present talk is Multi-Religious Society and Islam.</w:t>
      </w:r>
    </w:p>
    <w:p>
      <w:pPr>
        <w:jc w:val="right"/>
      </w:pPr>
      <w:r>
        <w:t>دا تھیم فار دا پریزنٹ ٹاک از ملٹی ریلیجس سوسائٹی اینڈ اسلام۔</w:t>
      </w:r>
    </w:p>
    <w:p>
      <w:r>
        <w:rPr>
          <w:b/>
        </w:rPr>
        <w:t xml:space="preserve">[00:25] </w:t>
      </w:r>
      <w:r>
        <w:t>The Islamic formula, the Islamic principle in this regard, is very simple and at the same time quite</w:t>
      </w:r>
    </w:p>
    <w:p>
      <w:pPr>
        <w:jc w:val="right"/>
      </w:pPr>
      <w:r>
        <w:t>دا اسلامک فارمولا، دا اسلامک پرنسپل ان دس ریگارڈ، از ویری سمپل اینڈ ایٹ دا سیم ٹائم کوائٹ</w:t>
      </w:r>
    </w:p>
    <w:p>
      <w:r>
        <w:rPr>
          <w:b/>
        </w:rPr>
        <w:t xml:space="preserve">[00:33] </w:t>
      </w:r>
      <w:r>
        <w:t>natural.</w:t>
      </w:r>
    </w:p>
    <w:p>
      <w:pPr>
        <w:jc w:val="right"/>
      </w:pPr>
      <w:r>
        <w:t>نیچرل۔</w:t>
      </w:r>
    </w:p>
    <w:p>
      <w:r>
        <w:rPr>
          <w:b/>
        </w:rPr>
        <w:t xml:space="preserve">[00:34] </w:t>
      </w:r>
      <w:r>
        <w:t>It is, it can be stated, this formula can be stated in two simple words: follow one and</w:t>
      </w:r>
    </w:p>
    <w:p>
      <w:pPr>
        <w:jc w:val="right"/>
      </w:pPr>
      <w:r>
        <w:t>اٹ از، اٹ کین بی اسٹیٹڈ، دس فارمولا کین بی اسٹیٹڈ ان ٹو سمپل ورڈز: فالو ون اینڈ</w:t>
      </w:r>
    </w:p>
    <w:p>
      <w:r>
        <w:rPr>
          <w:b/>
        </w:rPr>
        <w:t xml:space="preserve">[00:42] </w:t>
      </w:r>
      <w:r>
        <w:t>Respect all.</w:t>
      </w:r>
    </w:p>
    <w:p>
      <w:pPr>
        <w:jc w:val="right"/>
      </w:pPr>
      <w:r>
        <w:t>ریسپیکٹ آل۔</w:t>
      </w:r>
    </w:p>
    <w:p>
      <w:r>
        <w:rPr>
          <w:b/>
        </w:rPr>
        <w:t xml:space="preserve">[00:44] </w:t>
      </w:r>
      <w:r>
        <w:t>Follow one and respect all.</w:t>
      </w:r>
    </w:p>
    <w:p>
      <w:pPr>
        <w:jc w:val="right"/>
      </w:pPr>
      <w:r>
        <w:t>فالو ون اینڈ ریسپیکٹ آل۔</w:t>
      </w:r>
    </w:p>
    <w:p>
      <w:r>
        <w:rPr>
          <w:b/>
        </w:rPr>
        <w:t xml:space="preserve">[00:46] </w:t>
      </w:r>
      <w:r>
        <w:t>This formula is a universal formula.</w:t>
      </w:r>
    </w:p>
    <w:p>
      <w:pPr>
        <w:jc w:val="right"/>
      </w:pPr>
      <w:r>
        <w:t>دس فارمولا از اے یونیورسل فارمولا۔</w:t>
      </w:r>
    </w:p>
    <w:p>
      <w:r>
        <w:rPr>
          <w:b/>
        </w:rPr>
        <w:t xml:space="preserve">[00:48] </w:t>
      </w:r>
      <w:r>
        <w:t>The whole universe is following this formula.</w:t>
      </w:r>
    </w:p>
    <w:p>
      <w:pPr>
        <w:jc w:val="right"/>
      </w:pPr>
      <w:r>
        <w:t>دا ہول یونیورس از فالونگ دس فارمولا۔</w:t>
      </w:r>
    </w:p>
    <w:p>
      <w:r>
        <w:rPr>
          <w:b/>
        </w:rPr>
        <w:t xml:space="preserve">[00:51] </w:t>
      </w:r>
      <w:r>
        <w:t>You see, there are numerous stars in the space.</w:t>
      </w:r>
    </w:p>
    <w:p>
      <w:pPr>
        <w:jc w:val="right"/>
      </w:pPr>
      <w:r>
        <w:t>یو سی، دیر آر نیومرسٹ اسٹارز ان دا سپیس۔</w:t>
      </w:r>
    </w:p>
    <w:p>
      <w:r>
        <w:rPr>
          <w:b/>
        </w:rPr>
        <w:t xml:space="preserve">[00:55] </w:t>
      </w:r>
      <w:r>
        <w:t>Every star is moving, moving, moving continuously, but there is no confrontation between different stars.</w:t>
      </w:r>
    </w:p>
    <w:p>
      <w:pPr>
        <w:jc w:val="right"/>
      </w:pPr>
      <w:r>
        <w:t>ایوری اسٹار از موونگ، موونگ، موونگ کنٹینیوسلی، بٹ دیر از نو کنفرنٹیشن بٹوین ڈفرنٹ اسٹارز۔</w:t>
      </w:r>
    </w:p>
    <w:p>
      <w:r>
        <w:rPr>
          <w:b/>
        </w:rPr>
        <w:t xml:space="preserve">[01:02] </w:t>
      </w:r>
      <w:r>
        <w:t>Why? Because all the stars have adopted the principle of non-interference.</w:t>
      </w:r>
    </w:p>
    <w:p>
      <w:pPr>
        <w:jc w:val="right"/>
      </w:pPr>
      <w:r>
        <w:t>وائی؟ بیکاز آل دا اسٹارز ہیو اڈاپٹڈ دا پرنسپل آف نان انٹرفیرنس۔</w:t>
      </w:r>
    </w:p>
    <w:p>
      <w:r>
        <w:rPr>
          <w:b/>
        </w:rPr>
        <w:t xml:space="preserve">[01:07] </w:t>
      </w:r>
      <w:r>
        <w:t>Non-interference.</w:t>
      </w:r>
    </w:p>
    <w:p>
      <w:pPr>
        <w:jc w:val="right"/>
      </w:pPr>
      <w:r>
        <w:t>نان انٹرفیرنس۔</w:t>
      </w:r>
    </w:p>
    <w:p>
      <w:r>
        <w:rPr>
          <w:b/>
        </w:rPr>
        <w:t xml:space="preserve">[01:08] </w:t>
      </w:r>
      <w:r>
        <w:t>All stars are moving, but they are moving strictly following their own orbits eternally.</w:t>
      </w:r>
    </w:p>
    <w:p>
      <w:pPr>
        <w:jc w:val="right"/>
      </w:pPr>
      <w:r>
        <w:t>آل اسٹارز آر موونگ، بٹ دے آر موونگ اسٹرکٹلی فالونگ دیر اون آربٹس ایٹرنلی۔</w:t>
      </w:r>
    </w:p>
    <w:p>
      <w:r>
        <w:rPr>
          <w:b/>
        </w:rPr>
        <w:t xml:space="preserve">[01:14] </w:t>
      </w:r>
      <w:r>
        <w:t>No star try to enter into the other orbit.</w:t>
      </w:r>
    </w:p>
    <w:p>
      <w:pPr>
        <w:jc w:val="right"/>
      </w:pPr>
      <w:r>
        <w:t>نو اسٹار ٹرائی ٹو انٹر انٹو دا ادر آربٹ۔</w:t>
      </w:r>
    </w:p>
    <w:p>
      <w:r>
        <w:rPr>
          <w:b/>
        </w:rPr>
        <w:t xml:space="preserve">[01:18] </w:t>
      </w:r>
      <w:r>
        <w:t>So there is no star war.</w:t>
      </w:r>
    </w:p>
    <w:p>
      <w:pPr>
        <w:jc w:val="right"/>
      </w:pPr>
      <w:r>
        <w:t>سو دیر از نو اسٹار وار۔</w:t>
      </w:r>
    </w:p>
    <w:p>
      <w:r>
        <w:rPr>
          <w:b/>
        </w:rPr>
        <w:t xml:space="preserve">[01:21] </w:t>
      </w:r>
      <w:r>
        <w:t>This kind of voice you can hear in human world, they speak Star War.</w:t>
      </w:r>
    </w:p>
    <w:p>
      <w:pPr>
        <w:jc w:val="right"/>
      </w:pPr>
      <w:r>
        <w:t>دس کائنڈ آف وائس یو کین ہیئر ان ہیومن ورلڈ، دے سپیک اسٹار وار۔</w:t>
      </w:r>
    </w:p>
    <w:p>
      <w:r>
        <w:rPr>
          <w:b/>
        </w:rPr>
        <w:t xml:space="preserve">[01:27] </w:t>
      </w:r>
      <w:r>
        <w:t>But among stars there is no star war.</w:t>
      </w:r>
    </w:p>
    <w:p>
      <w:pPr>
        <w:jc w:val="right"/>
      </w:pPr>
      <w:r>
        <w:t>بٹ امنگ اسٹارز دیر از نو اسٹار وار۔</w:t>
      </w:r>
    </w:p>
    <w:p>
      <w:r>
        <w:rPr>
          <w:b/>
        </w:rPr>
        <w:t xml:space="preserve">[01:30] </w:t>
      </w:r>
      <w:r>
        <w:t>No, start war at all.</w:t>
      </w:r>
    </w:p>
    <w:p>
      <w:pPr>
        <w:jc w:val="right"/>
      </w:pPr>
      <w:r>
        <w:t>نو اسٹار وار ایٹ آل۔</w:t>
      </w:r>
    </w:p>
    <w:p>
      <w:r>
        <w:rPr>
          <w:b/>
        </w:rPr>
        <w:t xml:space="preserve">[01:32] </w:t>
      </w:r>
      <w:r>
        <w:t>So this is the universal formula.</w:t>
      </w:r>
    </w:p>
    <w:p>
      <w:pPr>
        <w:jc w:val="right"/>
      </w:pPr>
      <w:r>
        <w:t>سو دس از دا یونیورسل فارمولا۔</w:t>
      </w:r>
    </w:p>
    <w:p>
      <w:r>
        <w:rPr>
          <w:b/>
        </w:rPr>
        <w:t xml:space="preserve">[01:35] </w:t>
      </w:r>
      <w:r>
        <w:t>How to live in a diverse conditions.</w:t>
      </w:r>
    </w:p>
    <w:p>
      <w:pPr>
        <w:jc w:val="right"/>
      </w:pPr>
      <w:r>
        <w:t>ہاؤ ٹو لیو ان اے ڈائیورس کنڈیشنز۔</w:t>
      </w:r>
    </w:p>
    <w:p>
      <w:r>
        <w:rPr>
          <w:b/>
        </w:rPr>
        <w:t xml:space="preserve">[01:38] </w:t>
      </w:r>
      <w:r>
        <w:t>So the whole universe is following this formula.</w:t>
      </w:r>
    </w:p>
    <w:p>
      <w:pPr>
        <w:jc w:val="right"/>
      </w:pPr>
      <w:r>
        <w:t>سو دا ہول یونیورس از فالونگ دس فارمولا۔</w:t>
      </w:r>
    </w:p>
    <w:p>
      <w:r>
        <w:rPr>
          <w:b/>
        </w:rPr>
        <w:t xml:space="preserve">[01:41] </w:t>
      </w:r>
      <w:r>
        <w:t>Formula of tolerance.</w:t>
      </w:r>
    </w:p>
    <w:p>
      <w:pPr>
        <w:jc w:val="right"/>
      </w:pPr>
      <w:r>
        <w:t>فارمولا آف ٹالرنس۔</w:t>
      </w:r>
    </w:p>
    <w:p>
      <w:r>
        <w:rPr>
          <w:b/>
        </w:rPr>
        <w:t xml:space="preserve">[01:43] </w:t>
      </w:r>
      <w:r>
        <w:t>formula of non-interference.</w:t>
      </w:r>
    </w:p>
    <w:p>
      <w:pPr>
        <w:jc w:val="right"/>
      </w:pPr>
      <w:r>
        <w:t>فارمولا آف نان انٹرفیرنس۔</w:t>
      </w:r>
    </w:p>
    <w:p>
      <w:r>
        <w:rPr>
          <w:b/>
        </w:rPr>
        <w:t xml:space="preserve">[01:44] </w:t>
      </w:r>
      <w:r>
        <w:t>It is this formula that is required by men and women also.</w:t>
      </w:r>
    </w:p>
    <w:p>
      <w:pPr>
        <w:jc w:val="right"/>
      </w:pPr>
      <w:r>
        <w:t>اٹ از دس فارمولا دیٹ از ریکوائرڈ بائی مین اینڈ ویمن آل سو۔</w:t>
      </w:r>
    </w:p>
    <w:p>
      <w:r>
        <w:rPr>
          <w:b/>
        </w:rPr>
        <w:t xml:space="preserve">[01:50] </w:t>
      </w:r>
      <w:r>
        <w:t>Every human being must follow this formula.</w:t>
      </w:r>
    </w:p>
    <w:p>
      <w:pPr>
        <w:jc w:val="right"/>
      </w:pPr>
      <w:r>
        <w:t>ایوری ہیومن بینگ مسٹ فالو دس فارمولا۔</w:t>
      </w:r>
    </w:p>
    <w:p>
      <w:r>
        <w:rPr>
          <w:b/>
        </w:rPr>
        <w:t xml:space="preserve">[01:53] </w:t>
      </w:r>
      <w:r>
        <w:t>This formula can be stated in these words: that art of difference management.</w:t>
      </w:r>
    </w:p>
    <w:p>
      <w:pPr>
        <w:jc w:val="right"/>
      </w:pPr>
      <w:r>
        <w:t>دس فارمولا کین بی اسٹیٹڈ ان دیز ورڈز دیٹ آرٹ آف ڈفرنس مینجمنٹ۔</w:t>
      </w:r>
    </w:p>
    <w:p>
      <w:r>
        <w:rPr>
          <w:b/>
        </w:rPr>
        <w:t xml:space="preserve">[01:58] </w:t>
      </w:r>
      <w:r>
        <w:t>There are differences everywhere in the world, but every part of the world is following this formula.</w:t>
      </w:r>
    </w:p>
    <w:p>
      <w:pPr>
        <w:jc w:val="right"/>
      </w:pPr>
      <w:r>
        <w:t>دیر آر ڈفرنسز ایوری ویر ان دا ورلڈ، بٹ ایوری پارٹ آف دا ورلڈ از فالونگ دس فارمولا۔</w:t>
      </w:r>
    </w:p>
    <w:p>
      <w:r>
        <w:rPr>
          <w:b/>
        </w:rPr>
        <w:t xml:space="preserve">[02:06] </w:t>
      </w:r>
      <w:r>
        <w:t>They always try to manage the differences, rather than eliminate the differences.</w:t>
      </w:r>
    </w:p>
    <w:p>
      <w:pPr>
        <w:jc w:val="right"/>
      </w:pPr>
      <w:r>
        <w:t>دے آلویز ٹرائی ٹو مینجمنٹ دا ڈفرنسز، رادر دین ایلیمینیٹ دا ڈفرنسز۔</w:t>
      </w:r>
    </w:p>
    <w:p>
      <w:r>
        <w:rPr>
          <w:b/>
        </w:rPr>
        <w:t xml:space="preserve">[02:11] </w:t>
      </w:r>
      <w:r>
        <w:t>According to my study, difference is not an evil.</w:t>
      </w:r>
    </w:p>
    <w:p>
      <w:pPr>
        <w:jc w:val="right"/>
      </w:pPr>
      <w:r>
        <w:t>اکارڈنگ ٹو مائی سٹڈی، ڈفرنس از ناٹ این ایول۔</w:t>
      </w:r>
    </w:p>
    <w:p>
      <w:r>
        <w:rPr>
          <w:b/>
        </w:rPr>
        <w:t xml:space="preserve">[02:15] </w:t>
      </w:r>
      <w:r>
        <w:t>Difference is a positive part of our society.</w:t>
      </w:r>
    </w:p>
    <w:p>
      <w:pPr>
        <w:jc w:val="right"/>
      </w:pPr>
      <w:r>
        <w:t>ڈفرنس از اے پازیٹیو پارٹ آف اور سوسائٹی۔</w:t>
      </w:r>
    </w:p>
    <w:p>
      <w:r>
        <w:rPr>
          <w:b/>
        </w:rPr>
        <w:t xml:space="preserve">[02:19] </w:t>
      </w:r>
      <w:r>
        <w:t>It is intolerance that is evil.</w:t>
      </w:r>
    </w:p>
    <w:p>
      <w:pPr>
        <w:jc w:val="right"/>
      </w:pPr>
      <w:r>
        <w:t>اٹ از انٹالرنس دیٹ از ایول۔</w:t>
      </w:r>
    </w:p>
    <w:p>
      <w:r>
        <w:rPr>
          <w:b/>
        </w:rPr>
        <w:t xml:space="preserve">[02:21] </w:t>
      </w:r>
      <w:r>
        <w:t>Intolerance is a negative part of our society, but difference is not.</w:t>
      </w:r>
    </w:p>
    <w:p>
      <w:pPr>
        <w:jc w:val="right"/>
      </w:pPr>
      <w:r>
        <w:t>انٹالرنس از این نیگیٹیو پارٹ آف اور سوسائٹی، بٹ ڈفرنس از ناٹ۔</w:t>
      </w:r>
    </w:p>
    <w:p>
      <w:r>
        <w:rPr>
          <w:b/>
        </w:rPr>
        <w:t xml:space="preserve">[02:26] </w:t>
      </w:r>
      <w:r>
        <w:t>So if you want to eliminate, you have to eliminate the intolerance rather than difference.</w:t>
      </w:r>
    </w:p>
    <w:p>
      <w:pPr>
        <w:jc w:val="right"/>
      </w:pPr>
      <w:r>
        <w:t>سو اف یو وانٹ ٹو ایلیمینیٹ، یو ہیو ٹو ایلیمینیٹ دا انٹالرنس رادر دین ڈفرنس۔</w:t>
      </w:r>
    </w:p>
    <w:p>
      <w:r>
        <w:rPr>
          <w:b/>
        </w:rPr>
        <w:t xml:space="preserve">[02:33] </w:t>
      </w:r>
      <w:r>
        <w:t>People must follow the principle of tolerance.</w:t>
      </w:r>
    </w:p>
    <w:p>
      <w:pPr>
        <w:jc w:val="right"/>
      </w:pPr>
      <w:r>
        <w:t>پیپل مسٹ فالو دا پرنسپل آف ٹالرنس۔</w:t>
      </w:r>
    </w:p>
    <w:p>
      <w:r>
        <w:rPr>
          <w:b/>
        </w:rPr>
        <w:t xml:space="preserve">[02:36] </w:t>
      </w:r>
      <w:r>
        <w:t>It is very important.</w:t>
      </w:r>
    </w:p>
    <w:p>
      <w:pPr>
        <w:jc w:val="right"/>
      </w:pPr>
      <w:r>
        <w:t>اٹ از ویری امپورٹنٹ۔</w:t>
      </w:r>
    </w:p>
    <w:p>
      <w:r>
        <w:rPr>
          <w:b/>
        </w:rPr>
        <w:t xml:space="preserve">[02:37] </w:t>
      </w:r>
      <w:r>
        <w:t>This is why, it is this formula that I have stated earlier: Follow one and respect all.</w:t>
      </w:r>
    </w:p>
    <w:p>
      <w:pPr>
        <w:jc w:val="right"/>
      </w:pPr>
      <w:r>
        <w:t>دس از وائی اے، اٹ از دس فارمولا دیٹ ائی ہیو اسٹیٹڈ ارلیئر: فالو ون اینڈ ریسپیکٹ آل۔</w:t>
      </w:r>
    </w:p>
    <w:p>
      <w:r>
        <w:rPr>
          <w:b/>
        </w:rPr>
        <w:t xml:space="preserve">[02:45] </w:t>
      </w:r>
      <w:r>
        <w:t>This formula is demonstrated everywhere in the world.</w:t>
      </w:r>
    </w:p>
    <w:p>
      <w:pPr>
        <w:jc w:val="right"/>
      </w:pPr>
      <w:r>
        <w:t>دس فارمولا از ڈیمونسٹریٹڈ ایوری ویر ان دی ورلڈ۔</w:t>
      </w:r>
    </w:p>
    <w:p>
      <w:r>
        <w:rPr>
          <w:b/>
        </w:rPr>
        <w:t xml:space="preserve">[02:49] </w:t>
      </w:r>
      <w:r>
        <w:t>See the rose plant.</w:t>
      </w:r>
    </w:p>
    <w:p>
      <w:pPr>
        <w:jc w:val="right"/>
      </w:pPr>
      <w:r>
        <w:t>سی دا روز پلانٹ۔</w:t>
      </w:r>
    </w:p>
    <w:p>
      <w:r>
        <w:rPr>
          <w:b/>
        </w:rPr>
        <w:t xml:space="preserve">[02:51] </w:t>
      </w:r>
      <w:r>
        <w:t>You know, every branch, in its every branch, there are flowers at the same time, there are thorns.</w:t>
      </w:r>
    </w:p>
    <w:p>
      <w:pPr>
        <w:jc w:val="right"/>
      </w:pPr>
      <w:r>
        <w:t>یو نو، ایوری برانچ، ان اٹس ایوری برانچ، دیر آر فلاورز ایٹ دا سیم ٹائم، دیر آر تھارنز۔</w:t>
      </w:r>
    </w:p>
    <w:p>
      <w:r>
        <w:rPr>
          <w:b/>
        </w:rPr>
        <w:t xml:space="preserve">[02:59] </w:t>
      </w:r>
      <w:r>
        <w:t>But there is no quarrel, no confrontation.</w:t>
      </w:r>
    </w:p>
    <w:p>
      <w:pPr>
        <w:jc w:val="right"/>
      </w:pPr>
      <w:r>
        <w:t>بٹ دیر از نو کوئیرل، نو کنفرنٹیشن۔</w:t>
      </w:r>
    </w:p>
    <w:p>
      <w:r>
        <w:rPr>
          <w:b/>
        </w:rPr>
        <w:t xml:space="preserve">[03:02] </w:t>
      </w:r>
      <w:r>
        <w:t>thorn always tries to follow the principle of tolerance, and also flower also tries to follow</w:t>
      </w:r>
    </w:p>
    <w:p>
      <w:pPr>
        <w:jc w:val="right"/>
      </w:pPr>
      <w:r>
        <w:t>تھارن آلویز ٹرائیز ٹو فالو دا پرنسپل آف ٹالرنس، اینڈ آل سو فلاور آل سو ٹرائیز ٹو فالو</w:t>
      </w:r>
    </w:p>
    <w:p>
      <w:r>
        <w:rPr>
          <w:b/>
        </w:rPr>
        <w:t xml:space="preserve">[03:09] </w:t>
      </w:r>
      <w:r>
        <w:t>The principle of tolerance.</w:t>
      </w:r>
    </w:p>
    <w:p>
      <w:pPr>
        <w:jc w:val="right"/>
      </w:pPr>
      <w:r>
        <w:t>دا پرنسپل آف ٹالرنس۔</w:t>
      </w:r>
    </w:p>
    <w:p>
      <w:r>
        <w:rPr>
          <w:b/>
        </w:rPr>
        <w:t xml:space="preserve">[03:11] </w:t>
      </w:r>
      <w:r>
        <w:t>So there is no confrontation between the two.</w:t>
      </w:r>
    </w:p>
    <w:p>
      <w:pPr>
        <w:jc w:val="right"/>
      </w:pPr>
      <w:r>
        <w:t>سو دیر از نو کنفرنٹیشن بٹوین دا ٹو۔</w:t>
      </w:r>
    </w:p>
    <w:p>
      <w:r>
        <w:rPr>
          <w:b/>
        </w:rPr>
        <w:t xml:space="preserve">[03:14] </w:t>
      </w:r>
      <w:r>
        <w:t>Flowers and thorns, both are living side by side at a single branch of the rose plant.</w:t>
      </w:r>
    </w:p>
    <w:p>
      <w:pPr>
        <w:jc w:val="right"/>
      </w:pPr>
      <w:r>
        <w:t>فلاورز اینڈ تھارنز، بوتھ آر لیونگ سائیڈ بائی سائیڈ ایٹ اے سنگل برانچ آف دا روز پلانٹ۔</w:t>
      </w:r>
    </w:p>
    <w:p>
      <w:r>
        <w:rPr>
          <w:b/>
        </w:rPr>
        <w:t xml:space="preserve">[03:22] </w:t>
      </w:r>
      <w:r>
        <w:t>This is the natural formula.</w:t>
      </w:r>
    </w:p>
    <w:p>
      <w:pPr>
        <w:jc w:val="right"/>
      </w:pPr>
      <w:r>
        <w:t>دس از دا نیچرل فارمولا۔</w:t>
      </w:r>
    </w:p>
    <w:p>
      <w:r>
        <w:rPr>
          <w:b/>
        </w:rPr>
        <w:t xml:space="preserve">[03:24] </w:t>
      </w:r>
      <w:r>
        <w:t>You know, after the Second World War, Canada adopted the formula of unilateralism regarding culture.</w:t>
      </w:r>
    </w:p>
    <w:p>
      <w:pPr>
        <w:jc w:val="right"/>
      </w:pPr>
      <w:r>
        <w:t>یو نو، آفٹر دا سیکنڈ ورلڈ وار، کینیڈا اڈاپٹڈ دا فارمولا آف یونی لیٹرلزم ریگارڈنگ کلچر۔</w:t>
      </w:r>
    </w:p>
    <w:p>
      <w:r>
        <w:rPr>
          <w:b/>
        </w:rPr>
        <w:t xml:space="preserve">[03:31] </w:t>
      </w:r>
      <w:r>
        <w:t>You know, there are different communities in Canada, so there are different cultures in Canadian society.</w:t>
      </w:r>
    </w:p>
    <w:p>
      <w:pPr>
        <w:jc w:val="right"/>
      </w:pPr>
      <w:r>
        <w:t>یو نو، دیر آر ڈفرنٹ کمیونٹیز ان کینیڈا، سو دیر آر ڈفرنٹ کلچرز ان کینیڈین سوسائٹی۔</w:t>
      </w:r>
    </w:p>
    <w:p>
      <w:r>
        <w:rPr>
          <w:b/>
        </w:rPr>
        <w:t xml:space="preserve">[03:38] </w:t>
      </w:r>
      <w:r>
        <w:t>So they wanted to unify all the cultures.</w:t>
      </w:r>
    </w:p>
    <w:p>
      <w:pPr>
        <w:jc w:val="right"/>
      </w:pPr>
      <w:r>
        <w:t>سو دے وانٹڈ ٹو یونیفائی آل دا کلچرز۔</w:t>
      </w:r>
    </w:p>
    <w:p>
      <w:r>
        <w:rPr>
          <w:b/>
        </w:rPr>
        <w:t xml:space="preserve">[03:41] </w:t>
      </w:r>
      <w:r>
        <w:t>So they adopted the formula of uniculturalism, but they failed.</w:t>
      </w:r>
    </w:p>
    <w:p>
      <w:pPr>
        <w:jc w:val="right"/>
      </w:pPr>
      <w:r>
        <w:t>سو دے اڈاپٹڈ دا فارمولا آف یونی کلچرلزم، بٹ دے فیلڈ۔</w:t>
      </w:r>
    </w:p>
    <w:p>
      <w:r>
        <w:rPr>
          <w:b/>
        </w:rPr>
        <w:t xml:space="preserve">[03:46] </w:t>
      </w:r>
      <w:r>
        <w:t>But they failed.</w:t>
      </w:r>
    </w:p>
    <w:p>
      <w:pPr>
        <w:jc w:val="right"/>
      </w:pPr>
      <w:r>
        <w:t>بٹ دے فیلڈ۔</w:t>
      </w:r>
    </w:p>
    <w:p>
      <w:r>
        <w:rPr>
          <w:b/>
        </w:rPr>
        <w:t xml:space="preserve">[03:47] </w:t>
      </w:r>
      <w:r>
        <w:t>They revised the situation, they reassessed the situation, and they abandoned that formula.</w:t>
      </w:r>
    </w:p>
    <w:p>
      <w:pPr>
        <w:jc w:val="right"/>
      </w:pPr>
      <w:r>
        <w:t>دین دے ریوائزڈ دا سچویشن، دے ری اسس دا سچویشن، اینڈ دے ابینڈنٹ دیٹ فارمولا۔</w:t>
      </w:r>
    </w:p>
    <w:p>
      <w:r>
        <w:rPr>
          <w:b/>
        </w:rPr>
        <w:t xml:space="preserve">[03:54] </w:t>
      </w:r>
      <w:r>
        <w:t>So instead of uniculturalism, they adopted the other formula that is based on the principle of multi</w:t>
      </w:r>
    </w:p>
    <w:p>
      <w:pPr>
        <w:jc w:val="right"/>
      </w:pPr>
      <w:r>
        <w:t>سو انسٹیڈ آف یونی کلچرلزم، دے اڈاپٹڈ دا ادر فارمولا دیٹ از بیسڈ آن دا پرنسپل آف ملٹی</w:t>
      </w:r>
    </w:p>
    <w:p>
      <w:r>
        <w:rPr>
          <w:b/>
        </w:rPr>
        <w:t xml:space="preserve">[04:01] </w:t>
      </w:r>
      <w:r>
        <w:t>Culturalism.</w:t>
      </w:r>
    </w:p>
    <w:p>
      <w:pPr>
        <w:jc w:val="right"/>
      </w:pPr>
      <w:r>
        <w:t>کلچرلزم۔</w:t>
      </w:r>
    </w:p>
    <w:p>
      <w:r>
        <w:rPr>
          <w:b/>
        </w:rPr>
        <w:t xml:space="preserve">[04:03] </w:t>
      </w:r>
      <w:r>
        <w:t>multiculturalism that is based on the principle of tolerance.</w:t>
      </w:r>
    </w:p>
    <w:p>
      <w:pPr>
        <w:jc w:val="right"/>
      </w:pPr>
      <w:r>
        <w:t>ملٹی کلچرلزم دیٹ از بیسڈ آن دا پرنسپل آف ٹالرنس۔</w:t>
      </w:r>
    </w:p>
    <w:p>
      <w:r>
        <w:rPr>
          <w:b/>
        </w:rPr>
        <w:t xml:space="preserve">[04:07] </w:t>
      </w:r>
      <w:r>
        <w:t>So is the case of United States.</w:t>
      </w:r>
    </w:p>
    <w:p>
      <w:pPr>
        <w:jc w:val="right"/>
      </w:pPr>
      <w:r>
        <w:t>سو از دا کیس آف یونائٹڈ سٹیٹس۔</w:t>
      </w:r>
    </w:p>
    <w:p>
      <w:r>
        <w:rPr>
          <w:b/>
        </w:rPr>
        <w:t xml:space="preserve">[04:10] </w:t>
      </w:r>
      <w:r>
        <w:t>You know, after the Second World War, America, America is also a society of different culture and</w:t>
      </w:r>
    </w:p>
    <w:p>
      <w:pPr>
        <w:jc w:val="right"/>
      </w:pPr>
      <w:r>
        <w:t>یو نو، آفٹر دا سیکنڈ ورلڈ وار، امریکہ، امریکہ از آل سو ا سوسائٹی آف ڈفرنٹ کلچر اینڈ</w:t>
      </w:r>
    </w:p>
    <w:p>
      <w:r>
        <w:rPr>
          <w:b/>
        </w:rPr>
        <w:t xml:space="preserve">[04:18] </w:t>
      </w:r>
      <w:r>
        <w:t>different religions.</w:t>
      </w:r>
    </w:p>
    <w:p>
      <w:pPr>
        <w:jc w:val="right"/>
      </w:pPr>
      <w:r>
        <w:t>ڈفرنٹ ریلیجنز۔</w:t>
      </w:r>
    </w:p>
    <w:p>
      <w:r>
        <w:rPr>
          <w:b/>
        </w:rPr>
        <w:t xml:space="preserve">[04:19] </w:t>
      </w:r>
      <w:r>
        <w:t>So Americans wanted to unify between different groups.</w:t>
      </w:r>
    </w:p>
    <w:p>
      <w:pPr>
        <w:jc w:val="right"/>
      </w:pPr>
      <w:r>
        <w:t>سو امریکنز وانٹڈ ٹو یونیفائی بٹوین ڈفرنٹ گروپس۔</w:t>
      </w:r>
    </w:p>
    <w:p>
      <w:r>
        <w:rPr>
          <w:b/>
        </w:rPr>
        <w:t xml:space="preserve">[04:23] </w:t>
      </w:r>
      <w:r>
        <w:t>So adopted the, so they adopted the formula which is called in American history Americanization.</w:t>
      </w:r>
    </w:p>
    <w:p>
      <w:pPr>
        <w:jc w:val="right"/>
      </w:pPr>
      <w:r>
        <w:t>سو اڈاپٹڈ دا، سو دے اڈاپٹڈ دا فارمولا وچ از کالڈ ان امریکن ہسٹری امریکنائزیشن۔</w:t>
      </w:r>
    </w:p>
    <w:p>
      <w:r>
        <w:rPr>
          <w:b/>
        </w:rPr>
        <w:t xml:space="preserve">[04:29] </w:t>
      </w:r>
      <w:r>
        <w:t>They wanted to Americanize all those cultures, all those communities, but they also failed.</w:t>
      </w:r>
    </w:p>
    <w:p>
      <w:pPr>
        <w:jc w:val="right"/>
      </w:pPr>
      <w:r>
        <w:t>دے وانٹڈ ٹو امریکنائی آل دوست کلچرز، آل دوست کمیونٹیز، بٹ دے آل سو فیلڈ۔</w:t>
      </w:r>
    </w:p>
    <w:p>
      <w:r>
        <w:rPr>
          <w:b/>
        </w:rPr>
        <w:t xml:space="preserve">[04:36] </w:t>
      </w:r>
      <w:r>
        <w:t>So they abandoned this concept, and they adopted the same formula which was adopted by Canadians, that is</w:t>
      </w:r>
    </w:p>
    <w:p>
      <w:pPr>
        <w:jc w:val="right"/>
      </w:pPr>
      <w:r>
        <w:t>سو دے ابینڈنٹ دس کانسیپٹ، اینڈ دے اڈاپٹڈ دا سیم فارمولا وچ واز اڈاپٹڈ بائی کینیڈینز دیٹ از</w:t>
      </w:r>
    </w:p>
    <w:p>
      <w:r>
        <w:rPr>
          <w:b/>
        </w:rPr>
        <w:t xml:space="preserve">[04:43] </w:t>
      </w:r>
      <w:r>
        <w:t>Multiculturalism.</w:t>
      </w:r>
    </w:p>
    <w:p>
      <w:pPr>
        <w:jc w:val="right"/>
      </w:pPr>
      <w:r>
        <w:t>ملٹی کلچرلزم۔</w:t>
      </w:r>
    </w:p>
    <w:p>
      <w:r>
        <w:rPr>
          <w:b/>
        </w:rPr>
        <w:t xml:space="preserve">[04:45] </w:t>
      </w:r>
      <w:r>
        <w:t>So this is the only natural formula in this regard.</w:t>
      </w:r>
    </w:p>
    <w:p>
      <w:pPr>
        <w:jc w:val="right"/>
      </w:pPr>
      <w:r>
        <w:t>سو دس از دا اونلی نیچرل فارمولا ان دس ریگارڈ۔</w:t>
      </w:r>
    </w:p>
    <w:p>
      <w:r>
        <w:rPr>
          <w:b/>
        </w:rPr>
        <w:t xml:space="preserve">[04:49] </w:t>
      </w:r>
      <w:r>
        <w:t>People always talk in such a way that difference is an evil, and how one can live in</w:t>
      </w:r>
    </w:p>
    <w:p>
      <w:pPr>
        <w:jc w:val="right"/>
      </w:pPr>
      <w:r>
        <w:t>پیپل آلویز ٹاک ان سچ اے وے دیٹ ڈفرنس از این ایول، اینڈ ہاؤ ون کین لیو ان</w:t>
      </w:r>
    </w:p>
    <w:p>
      <w:r>
        <w:rPr>
          <w:b/>
        </w:rPr>
        <w:t xml:space="preserve">[04:57] </w:t>
      </w:r>
      <w:r>
        <w:t>differences.</w:t>
      </w:r>
    </w:p>
    <w:p>
      <w:pPr>
        <w:jc w:val="right"/>
      </w:pPr>
      <w:r>
        <w:t>ڈفرنسز۔</w:t>
      </w:r>
    </w:p>
    <w:p>
      <w:r>
        <w:rPr>
          <w:b/>
        </w:rPr>
        <w:t xml:space="preserve">[04:58] </w:t>
      </w:r>
      <w:r>
        <w:t>They said that we want to build an integral personality.</w:t>
      </w:r>
    </w:p>
    <w:p>
      <w:pPr>
        <w:jc w:val="right"/>
      </w:pPr>
      <w:r>
        <w:t>دے سیڈ دیٹ وی وانٹ ٹو بلٹ ان انٹیگرل پرسنیلٹی۔</w:t>
      </w:r>
    </w:p>
    <w:p>
      <w:r>
        <w:rPr>
          <w:b/>
        </w:rPr>
        <w:t xml:space="preserve">[05:03] </w:t>
      </w:r>
      <w:r>
        <w:t>So if you want to build a, build an integral personality, you have to eliminate all these</w:t>
      </w:r>
    </w:p>
    <w:p>
      <w:pPr>
        <w:jc w:val="right"/>
      </w:pPr>
      <w:r>
        <w:t>سو اف یو وانٹ ٹو بلٹ ا، بلٹ ا ان انٹیگرل پرسنیلٹی، یو ہیو ٹو ایلیمینیٹ آل دیز</w:t>
      </w:r>
    </w:p>
    <w:p>
      <w:r>
        <w:rPr>
          <w:b/>
        </w:rPr>
        <w:t xml:space="preserve">[05:10] </w:t>
      </w:r>
      <w:r>
        <w:t>differences.</w:t>
      </w:r>
    </w:p>
    <w:p>
      <w:pPr>
        <w:jc w:val="right"/>
      </w:pPr>
      <w:r>
        <w:t>ڈفرنسز۔</w:t>
      </w:r>
    </w:p>
    <w:p>
      <w:r>
        <w:rPr>
          <w:b/>
        </w:rPr>
        <w:t xml:space="preserve">[05:12] </w:t>
      </w:r>
      <w:r>
        <w:t>But this is wrong.</w:t>
      </w:r>
    </w:p>
    <w:p>
      <w:pPr>
        <w:jc w:val="right"/>
      </w:pPr>
      <w:r>
        <w:t>بٹ دس از رونگ۔</w:t>
      </w:r>
    </w:p>
    <w:p>
      <w:r>
        <w:rPr>
          <w:b/>
        </w:rPr>
        <w:t xml:space="preserve">[05:14] </w:t>
      </w:r>
      <w:r>
        <w:t>This is wrong.</w:t>
      </w:r>
    </w:p>
    <w:p>
      <w:pPr>
        <w:jc w:val="right"/>
      </w:pPr>
      <w:r>
        <w:t>دس از رونگ۔</w:t>
      </w:r>
    </w:p>
    <w:p>
      <w:r>
        <w:rPr>
          <w:b/>
        </w:rPr>
        <w:t xml:space="preserve">[05:15] </w:t>
      </w:r>
      <w:r>
        <w:t>Difference is not an hindrance towards this scheme.</w:t>
      </w:r>
    </w:p>
    <w:p>
      <w:pPr>
        <w:jc w:val="right"/>
      </w:pPr>
      <w:r>
        <w:t>ڈفرنس از ناٹ این ہنڈرنس ٹوورڈز دس اسکیم۔</w:t>
      </w:r>
    </w:p>
    <w:p>
      <w:r>
        <w:rPr>
          <w:b/>
        </w:rPr>
        <w:t xml:space="preserve">[05:18] </w:t>
      </w:r>
      <w:r>
        <w:t>One Western thinker has rightly said that I am large enough to contain all these contradictions.</w:t>
      </w:r>
    </w:p>
    <w:p>
      <w:pPr>
        <w:jc w:val="right"/>
      </w:pPr>
      <w:r>
        <w:t>ون ویسٹرن تھنکر ہیز رائٹلی سیڈ دیٹ ائی ایم لارج انف ٹو کنٹین آل دیز کنٹراڈکشنز۔</w:t>
      </w:r>
    </w:p>
    <w:p>
      <w:r>
        <w:rPr>
          <w:b/>
        </w:rPr>
        <w:t xml:space="preserve">[05:25] </w:t>
      </w:r>
      <w:r>
        <w:t>I would like to say that man is large enough to contain all these differences.</w:t>
      </w:r>
    </w:p>
    <w:p>
      <w:pPr>
        <w:jc w:val="right"/>
      </w:pPr>
      <w:r>
        <w:t>ائی وڈ لائک ٹو سیڈ دیٹ من از لارج انف ٹو کنٹین آل دیز ڈفرنسز۔</w:t>
      </w:r>
    </w:p>
    <w:p>
      <w:r>
        <w:rPr>
          <w:b/>
        </w:rPr>
        <w:t xml:space="preserve">[05:32] </w:t>
      </w:r>
      <w:r>
        <w:t>So, difference is not an evil.</w:t>
      </w:r>
    </w:p>
    <w:p>
      <w:pPr>
        <w:jc w:val="right"/>
      </w:pPr>
      <w:r>
        <w:t>سو ڈفرنس از ناٹ این ایول۔</w:t>
      </w:r>
    </w:p>
    <w:p>
      <w:r>
        <w:rPr>
          <w:b/>
        </w:rPr>
        <w:t xml:space="preserve">[05:34] </w:t>
      </w:r>
      <w:r>
        <w:t>Instead, it is a, it is a blessing.</w:t>
      </w:r>
    </w:p>
    <w:p>
      <w:pPr>
        <w:jc w:val="right"/>
      </w:pPr>
      <w:r>
        <w:t>انسٹیڈ اٹ از ا، اٹ از ا بلیسنگ۔</w:t>
      </w:r>
    </w:p>
    <w:p>
      <w:r>
        <w:rPr>
          <w:b/>
        </w:rPr>
        <w:t xml:space="preserve">[05:38] </w:t>
      </w:r>
      <w:r>
        <w:t>Why? Because, because difference creates dialogue, discussion.</w:t>
      </w:r>
    </w:p>
    <w:p>
      <w:pPr>
        <w:jc w:val="right"/>
      </w:pPr>
      <w:r>
        <w:t>وائی؟ بیکاز، بیکاز ڈفرنس کریٹس ڈائیلاگ، ڈسکشن۔</w:t>
      </w:r>
    </w:p>
    <w:p>
      <w:r>
        <w:rPr>
          <w:b/>
        </w:rPr>
        <w:t xml:space="preserve">[05:41] </w:t>
      </w:r>
      <w:r>
        <w:t>And without dialogue, without discussion, there is no development.</w:t>
      </w:r>
    </w:p>
    <w:p>
      <w:pPr>
        <w:jc w:val="right"/>
      </w:pPr>
      <w:r>
        <w:t>اینڈ وداؤٹ ڈائیلاگ، وداؤٹ ڈسکشن، دیر از نو ڈیولپمنٹ۔</w:t>
      </w:r>
    </w:p>
    <w:p>
      <w:r>
        <w:rPr>
          <w:b/>
        </w:rPr>
        <w:t xml:space="preserve">[05:45] </w:t>
      </w:r>
      <w:r>
        <w:t>The only way to intellectual development is dialogue and discussion, and intellectual exchange.</w:t>
      </w:r>
    </w:p>
    <w:p>
      <w:pPr>
        <w:jc w:val="right"/>
      </w:pPr>
      <w:r>
        <w:t>دا اونلی وے ٹو انٹلیکچول ڈیولپمنٹ از ڈائیلاگ اینڈ ڈسکشن، اینڈ انٹلیکچول ایکسچینج۔</w:t>
      </w:r>
    </w:p>
    <w:p>
      <w:r>
        <w:rPr>
          <w:b/>
        </w:rPr>
        <w:t xml:space="preserve">[05:50] </w:t>
      </w:r>
      <w:r>
        <w:t>So in this sense, difference is a, is a positive part of society.</w:t>
      </w:r>
    </w:p>
    <w:p>
      <w:pPr>
        <w:jc w:val="right"/>
      </w:pPr>
      <w:r>
        <w:t>سو ان دس سینس، ڈفرنس از اے، از اے پازیٹیو پارٹ آف سوسائٹی۔</w:t>
      </w:r>
    </w:p>
    <w:p>
      <w:r>
        <w:rPr>
          <w:b/>
        </w:rPr>
        <w:t xml:space="preserve">[05:56] </w:t>
      </w:r>
      <w:r>
        <w:t>Difference is a blessing.</w:t>
      </w:r>
    </w:p>
    <w:p>
      <w:pPr>
        <w:jc w:val="right"/>
      </w:pPr>
      <w:r>
        <w:t>ڈفرنس از اے بلیسنگ۔</w:t>
      </w:r>
    </w:p>
    <w:p>
      <w:r>
        <w:rPr>
          <w:b/>
        </w:rPr>
        <w:t xml:space="preserve">[05:57] </w:t>
      </w:r>
      <w:r>
        <w:t>It is the way of nature.</w:t>
      </w:r>
    </w:p>
    <w:p>
      <w:pPr>
        <w:jc w:val="right"/>
      </w:pPr>
      <w:r>
        <w:t>اٹ از دا وے آف نیچر۔</w:t>
      </w:r>
    </w:p>
    <w:p>
      <w:r>
        <w:rPr>
          <w:b/>
        </w:rPr>
        <w:t xml:space="preserve">[06:00] </w:t>
      </w:r>
      <w:r>
        <w:t>It is the process of nature.</w:t>
      </w:r>
    </w:p>
    <w:p>
      <w:pPr>
        <w:jc w:val="right"/>
      </w:pPr>
      <w:r>
        <w:t>اٹ از دا پروسس آف نیچر۔</w:t>
      </w:r>
    </w:p>
    <w:p>
      <w:r>
        <w:rPr>
          <w:b/>
        </w:rPr>
        <w:t xml:space="preserve">[06:03] </w:t>
      </w:r>
      <w:r>
        <w:t>Nature wants to, nature wants to promote differences because it is difference that creates challenge, competition, dialogue, intellectual</w:t>
      </w:r>
    </w:p>
    <w:p>
      <w:pPr>
        <w:jc w:val="right"/>
      </w:pPr>
      <w:r>
        <w:t>نیچر وانٹس ٹو، نیچر وانٹس ٹو پروموٹ ڈفرنسز بیکاز اٹ از ڈفرنس دیٹ کریٹس چیلنج، کمپٹیشن، ڈائیلاگ، انٹلیکچول</w:t>
      </w:r>
    </w:p>
    <w:p>
      <w:r>
        <w:rPr>
          <w:b/>
        </w:rPr>
        <w:t xml:space="preserve">[06:10] </w:t>
      </w:r>
      <w:r>
        <w:t>exchange.</w:t>
      </w:r>
    </w:p>
    <w:p>
      <w:pPr>
        <w:jc w:val="right"/>
      </w:pPr>
      <w:r>
        <w:t>ایکسچینج۔</w:t>
      </w:r>
    </w:p>
    <w:p>
      <w:r>
        <w:rPr>
          <w:b/>
        </w:rPr>
        <w:t xml:space="preserve">[06:12] </w:t>
      </w:r>
      <w:r>
        <w:t>All these things are part of differences.</w:t>
      </w:r>
    </w:p>
    <w:p>
      <w:pPr>
        <w:jc w:val="right"/>
      </w:pPr>
      <w:r>
        <w:t>آل دیز تھنگز آر پارٹ آف ڈفرنسز۔</w:t>
      </w:r>
    </w:p>
    <w:p>
      <w:r>
        <w:rPr>
          <w:b/>
        </w:rPr>
        <w:t xml:space="preserve">[06:15] </w:t>
      </w:r>
      <w:r>
        <w:t>Without part, there is no challenge, there is no competition, there is no intellectual exchange.</w:t>
      </w:r>
    </w:p>
    <w:p>
      <w:pPr>
        <w:jc w:val="right"/>
      </w:pPr>
      <w:r>
        <w:t>وداؤٹ پارٹ، دیر از نو چیلنج، دیر از نو کمپٹیشن، دیر از نو انٹلیکچول ایکسچینج۔</w:t>
      </w:r>
    </w:p>
    <w:p>
      <w:r>
        <w:rPr>
          <w:b/>
        </w:rPr>
        <w:t xml:space="preserve">[06:21] </w:t>
      </w:r>
      <w:r>
        <w:t>So in a society without difference, you cannot promote intellectual development.</w:t>
      </w:r>
    </w:p>
    <w:p>
      <w:pPr>
        <w:jc w:val="right"/>
      </w:pPr>
      <w:r>
        <w:t>سو ان ا سوسائٹی وداؤٹ ڈفرنس، یو کاناٹ پروموٹ انٹلیکچول ڈیولپمنٹ۔</w:t>
      </w:r>
    </w:p>
    <w:p>
      <w:r>
        <w:rPr>
          <w:b/>
        </w:rPr>
        <w:t xml:space="preserve">[06:26] </w:t>
      </w:r>
      <w:r>
        <w:t>And you know, intellectual development is the most important part of human being.</w:t>
      </w:r>
    </w:p>
    <w:p>
      <w:pPr>
        <w:jc w:val="right"/>
      </w:pPr>
      <w:r>
        <w:t>اینڈ یو نو، انٹلیکچول ڈیولپمنٹ از دا موسٹ امپورٹنٹ پارٹ آف ہیومن بینگ۔</w:t>
      </w:r>
    </w:p>
    <w:p>
      <w:r>
        <w:rPr>
          <w:b/>
        </w:rPr>
        <w:t xml:space="preserve">[06:32] </w:t>
      </w:r>
      <w:r>
        <w:t>The greatest blessing, our greatest asset, is intellectual development.</w:t>
      </w:r>
    </w:p>
    <w:p>
      <w:pPr>
        <w:jc w:val="right"/>
      </w:pPr>
      <w:r>
        <w:t>دا گریٹسٹ بلیسنگ، اور گریٹسٹ اسٹ، از انٹلیکچول ڈیولپمنٹ۔</w:t>
      </w:r>
    </w:p>
    <w:p>
      <w:r>
        <w:rPr>
          <w:b/>
        </w:rPr>
        <w:t xml:space="preserve">[06:35] </w:t>
      </w:r>
      <w:r>
        <w:t>And without difference, there is no intellectual development.</w:t>
      </w:r>
    </w:p>
    <w:p>
      <w:pPr>
        <w:jc w:val="right"/>
      </w:pPr>
      <w:r>
        <w:t>اینڈ وداؤٹ ڈفرنس، دیر از نو انٹلیکچول ڈیولپمنٹ۔</w:t>
      </w:r>
    </w:p>
    <w:p>
      <w:r>
        <w:rPr>
          <w:b/>
        </w:rPr>
        <w:t xml:space="preserve">[06:39] </w:t>
      </w:r>
      <w:r>
        <w:t>So if you want to eliminate, try to eliminate intolerance rather than difference.</w:t>
      </w:r>
    </w:p>
    <w:p>
      <w:pPr>
        <w:jc w:val="right"/>
      </w:pPr>
      <w:r>
        <w:t>سو اف یو وانٹ ٹو ایلیمینیٹ، ٹرائی ٹو ایلیمینیٹ انٹالرنس رادر دین ڈفرنس۔</w:t>
      </w:r>
    </w:p>
    <w:p>
      <w:r>
        <w:rPr>
          <w:b/>
        </w:rPr>
        <w:t xml:space="preserve">[06:44] </w:t>
      </w:r>
      <w:r>
        <w:t>You know, you cannot fight nature.</w:t>
      </w:r>
    </w:p>
    <w:p>
      <w:pPr>
        <w:jc w:val="right"/>
      </w:pPr>
      <w:r>
        <w:t>یو نو، یو کاناٹ فائٹ نیچر۔</w:t>
      </w:r>
    </w:p>
    <w:p>
      <w:r>
        <w:rPr>
          <w:b/>
        </w:rPr>
        <w:t xml:space="preserve">[06:47] </w:t>
      </w:r>
      <w:r>
        <w:t>You cannot go against the nature.</w:t>
      </w:r>
    </w:p>
    <w:p>
      <w:pPr>
        <w:jc w:val="right"/>
      </w:pPr>
      <w:r>
        <w:t>یو کاناٹ گو اگینسٹ دی نیچر۔</w:t>
      </w:r>
    </w:p>
    <w:p>
      <w:r>
        <w:rPr>
          <w:b/>
        </w:rPr>
        <w:t xml:space="preserve">[06:49] </w:t>
      </w:r>
      <w:r>
        <w:t>You have no choice except to adopt the course of nature.</w:t>
      </w:r>
    </w:p>
    <w:p>
      <w:pPr>
        <w:jc w:val="right"/>
      </w:pPr>
      <w:r>
        <w:t>یو ہیو نو چوائس ایکسیپٹ ٹو اڈاپٹ دا کورس آف نیچر۔</w:t>
      </w:r>
    </w:p>
    <w:p>
      <w:r>
        <w:rPr>
          <w:b/>
        </w:rPr>
        <w:t xml:space="preserve">[06:54] </w:t>
      </w:r>
      <w:r>
        <w:t>So difference is the course of nature.</w:t>
      </w:r>
    </w:p>
    <w:p>
      <w:pPr>
        <w:jc w:val="right"/>
      </w:pPr>
      <w:r>
        <w:t>سو ڈفرنس از دا کورس آف نیچر۔</w:t>
      </w:r>
    </w:p>
    <w:p>
      <w:r>
        <w:rPr>
          <w:b/>
        </w:rPr>
        <w:t xml:space="preserve">[06:57] </w:t>
      </w:r>
      <w:r>
        <w:t>Everyone is born Mr. Different, and every woman is born Miss Different.</w:t>
      </w:r>
    </w:p>
    <w:p>
      <w:pPr>
        <w:jc w:val="right"/>
      </w:pPr>
      <w:r>
        <w:t>ایوری ون از بورن مسٹر ڈفرنٹ، اینڈ ایوری وومن از بورن مس ڈفرنٹ۔</w:t>
      </w:r>
    </w:p>
    <w:p>
      <w:r>
        <w:rPr>
          <w:b/>
        </w:rPr>
        <w:t xml:space="preserve">[07:03] </w:t>
      </w:r>
      <w:r>
        <w:t>تو difference is everywhere in the world.</w:t>
      </w:r>
    </w:p>
    <w:p>
      <w:pPr>
        <w:jc w:val="right"/>
      </w:pPr>
      <w:r>
        <w:t>تو ڈفرنس از ایوری ویر ان دا ورلڈ۔</w:t>
      </w:r>
    </w:p>
    <w:p>
      <w:r>
        <w:rPr>
          <w:b/>
        </w:rPr>
        <w:t xml:space="preserve">[07:06] </w:t>
      </w:r>
      <w:r>
        <w:t>Your, your, your personality is a different personality from others.</w:t>
      </w:r>
    </w:p>
    <w:p>
      <w:pPr>
        <w:jc w:val="right"/>
      </w:pPr>
      <w:r>
        <w:t>یور، یور، یور پرسنیلٹی از اے ڈفرنٹ پرسنیلٹی فرام ادرز۔</w:t>
      </w:r>
    </w:p>
    <w:p>
      <w:r>
        <w:rPr>
          <w:b/>
        </w:rPr>
        <w:t xml:space="preserve">[07:10] </w:t>
      </w:r>
      <w:r>
        <w:t>تو how you can change this natural scheme? It is wrong to take the difference as an evil.</w:t>
      </w:r>
    </w:p>
    <w:p>
      <w:pPr>
        <w:jc w:val="right"/>
      </w:pPr>
      <w:r>
        <w:t>تو ہاؤ یو کین چینج دس نیچرل اسکیم؟ اٹ از رونگ ٹو ٹیک دا ڈفرنس ایز این ایول۔</w:t>
      </w:r>
    </w:p>
    <w:p>
      <w:r>
        <w:rPr>
          <w:b/>
        </w:rPr>
        <w:t xml:space="preserve">[07:18] </w:t>
      </w:r>
      <w:r>
        <w:t>Then those people who try to, who try to establish that all the religions are true.</w:t>
      </w:r>
    </w:p>
    <w:p>
      <w:pPr>
        <w:jc w:val="right"/>
      </w:pPr>
      <w:r>
        <w:t>دین دوست پیپل ہو ٹرائی ٹو، ہو ٹرائی ٹو اسٹیبلش دیٹ آل دا ریلیجنز آر ٹرو۔</w:t>
      </w:r>
    </w:p>
    <w:p>
      <w:r>
        <w:rPr>
          <w:b/>
        </w:rPr>
        <w:t xml:space="preserve">[07:25] </w:t>
      </w:r>
      <w:r>
        <w:t>This is a, this is a philosophical, philosophical, philosophical idea.</w:t>
      </w:r>
    </w:p>
    <w:p>
      <w:pPr>
        <w:jc w:val="right"/>
      </w:pPr>
      <w:r>
        <w:t>دس از ا، دس از ا فلاسفیکل، فلاسفیکل، فلاسفیکل ائیڈیا۔</w:t>
      </w:r>
    </w:p>
    <w:p>
      <w:r>
        <w:rPr>
          <w:b/>
        </w:rPr>
        <w:t xml:space="preserve">[07:29] </w:t>
      </w:r>
      <w:r>
        <w:t>is not a religious idea.</w:t>
      </w:r>
    </w:p>
    <w:p>
      <w:pPr>
        <w:jc w:val="right"/>
      </w:pPr>
      <w:r>
        <w:t>از ناٹ ا ریلیجیس ائیڈیا۔</w:t>
      </w:r>
    </w:p>
    <w:p>
      <w:r>
        <w:rPr>
          <w:b/>
        </w:rPr>
        <w:t xml:space="preserve">[07:31] </w:t>
      </w:r>
      <w:r>
        <w:t>is a romantic idea.</w:t>
      </w:r>
    </w:p>
    <w:p>
      <w:pPr>
        <w:jc w:val="right"/>
      </w:pPr>
      <w:r>
        <w:t>از ا رومینٹک ائیڈیا۔</w:t>
      </w:r>
    </w:p>
    <w:p>
      <w:r>
        <w:rPr>
          <w:b/>
        </w:rPr>
        <w:t xml:space="preserve">[07:33] </w:t>
      </w:r>
      <w:r>
        <w:t>is not a religious idea because when you study different religions, you will find that every religion has</w:t>
      </w:r>
    </w:p>
    <w:p>
      <w:pPr>
        <w:jc w:val="right"/>
      </w:pPr>
      <w:r>
        <w:t>از ناٹ ا ریلیجیس ائیڈیا بیکاز وین یو اسٹڈی ڈفرنٹ ریلیجنز، یو ویل فائنڈ دیٹ ایوری ریلیجن ہیز</w:t>
      </w:r>
    </w:p>
    <w:p>
      <w:r>
        <w:rPr>
          <w:b/>
        </w:rPr>
        <w:t xml:space="preserve">[07:41] </w:t>
      </w:r>
      <w:r>
        <w:t>some different kind of ideology, different kind of belief system, different kind of.</w:t>
      </w:r>
    </w:p>
    <w:p>
      <w:pPr>
        <w:jc w:val="right"/>
      </w:pPr>
      <w:r>
        <w:t>سم ڈفرنٹ کائنڈ آف ائیڈیالوجی، ڈفرنٹ کائنڈ آف بیلیف سسٹم، ڈفرنٹ کائنڈ آف۔</w:t>
      </w:r>
    </w:p>
    <w:p>
      <w:r>
        <w:rPr>
          <w:b/>
        </w:rPr>
        <w:t xml:space="preserve">[07:46] </w:t>
      </w:r>
      <w:r>
        <w:t>So every religion is a different religion.</w:t>
      </w:r>
    </w:p>
    <w:p>
      <w:pPr>
        <w:jc w:val="right"/>
      </w:pPr>
      <w:r>
        <w:t>سو ایوری ریلیجن از ا ڈفرنٹ ریلیجن۔</w:t>
      </w:r>
    </w:p>
    <w:p>
      <w:r>
        <w:rPr>
          <w:b/>
        </w:rPr>
        <w:t xml:space="preserve">[07:49] </w:t>
      </w:r>
      <w:r>
        <w:t>And I can say that if the world we live in, is a different.</w:t>
      </w:r>
    </w:p>
    <w:p>
      <w:pPr>
        <w:jc w:val="right"/>
      </w:pPr>
      <w:r>
        <w:t>اینڈ ائی کین سیڈ دیٹ اف دا ورلڈ وی لیو ان، از ا ڈفرنٹ۔</w:t>
      </w:r>
    </w:p>
    <w:p>
      <w:r>
        <w:rPr>
          <w:b/>
        </w:rPr>
        <w:t xml:space="preserve">[07:55] </w:t>
      </w:r>
      <w:r>
        <w:t>If the every part of the world is a different, so religion is not an exception.</w:t>
      </w:r>
    </w:p>
    <w:p>
      <w:pPr>
        <w:jc w:val="right"/>
      </w:pPr>
      <w:r>
        <w:t>اف دا ایوری پارٹ آف دا ورلڈ از ا ڈفرنٹ، تو ریلیجن از ناٹ این ایکسیپشن۔</w:t>
      </w:r>
    </w:p>
    <w:p>
      <w:r>
        <w:rPr>
          <w:b/>
        </w:rPr>
        <w:t xml:space="preserve">[08:02] </w:t>
      </w:r>
      <w:r>
        <w:t>So how you can eliminate all those differences? Then I would like to say that if you try</w:t>
      </w:r>
    </w:p>
    <w:p>
      <w:pPr>
        <w:jc w:val="right"/>
      </w:pPr>
      <w:r>
        <w:t>سو ہاؤ یو کین ایلیمینیٹ آل دوست ڈفرنسز؟ دین ائی وڈ لائک ٹو سیڈ دیٹ اف یو ٹرائی</w:t>
      </w:r>
    </w:p>
    <w:p>
      <w:r>
        <w:rPr>
          <w:b/>
        </w:rPr>
        <w:t xml:space="preserve">[08:10] </w:t>
      </w:r>
      <w:r>
        <w:t>to prove that all the religions are one and the same, all the religions are true, this, this</w:t>
      </w:r>
    </w:p>
    <w:p>
      <w:pPr>
        <w:jc w:val="right"/>
      </w:pPr>
      <w:r>
        <w:t>ٹو پروف دیٹ آل دا ریلیجنز آر ون اینڈ دا سیم، آل دا ریلیجنز آر ٹرو، دس، دس</w:t>
      </w:r>
    </w:p>
    <w:p>
      <w:r>
        <w:rPr>
          <w:b/>
        </w:rPr>
        <w:t xml:space="preserve">[08:18] </w:t>
      </w:r>
      <w:r>
        <w:t>is bound to bring about a negative result because this kind of thinking will deprive people from the</w:t>
      </w:r>
    </w:p>
    <w:p>
      <w:pPr>
        <w:jc w:val="right"/>
      </w:pPr>
      <w:r>
        <w:t>از باؤنڈ ٹو برنگ اباؤٹ ا نیگیٹیو رزلٹ بیکاز دس کائنڈ آف تھنکنگ ویل ڈیپرائے پیپل فرام دا</w:t>
      </w:r>
    </w:p>
    <w:p>
      <w:r>
        <w:rPr>
          <w:b/>
        </w:rPr>
        <w:t xml:space="preserve">[08:25] </w:t>
      </w:r>
      <w:r>
        <w:t>conviction.</w:t>
      </w:r>
    </w:p>
    <w:p>
      <w:pPr>
        <w:jc w:val="right"/>
      </w:pPr>
      <w:r>
        <w:t>کنوکشن۔</w:t>
      </w:r>
    </w:p>
    <w:p>
      <w:r>
        <w:rPr>
          <w:b/>
        </w:rPr>
        <w:t xml:space="preserve">[08:27] </w:t>
      </w:r>
      <w:r>
        <w:t>If you believe that every woman is your mother, then motherhood will disappear.</w:t>
      </w:r>
    </w:p>
    <w:p>
      <w:pPr>
        <w:jc w:val="right"/>
      </w:pPr>
      <w:r>
        <w:t>اف یو بیلیو دیٹ ایوری وومن از یور مدر، دین مدرہڈ ویل ڈس اپیئر۔</w:t>
      </w:r>
    </w:p>
    <w:p>
      <w:r>
        <w:rPr>
          <w:b/>
        </w:rPr>
        <w:t xml:space="preserve">[08:33] </w:t>
      </w:r>
      <w:r>
        <w:t>You have to believe that this lady is my mother.</w:t>
      </w:r>
    </w:p>
    <w:p>
      <w:pPr>
        <w:jc w:val="right"/>
      </w:pPr>
      <w:r>
        <w:t>یو ہیو ٹو بیلیو دیٹ دس لیڈی از مائی مدر۔</w:t>
      </w:r>
    </w:p>
    <w:p>
      <w:r>
        <w:rPr>
          <w:b/>
        </w:rPr>
        <w:t xml:space="preserve">[08:37] </w:t>
      </w:r>
      <w:r>
        <w:t>Otherwise, you will lose your conviction in your mother.</w:t>
      </w:r>
    </w:p>
    <w:p>
      <w:pPr>
        <w:jc w:val="right"/>
      </w:pPr>
      <w:r>
        <w:t>ادر وائز، یو ویل لوز یور کنوکشن ان یور مدر۔</w:t>
      </w:r>
    </w:p>
    <w:p>
      <w:r>
        <w:rPr>
          <w:b/>
        </w:rPr>
        <w:t xml:space="preserve">[08:42] </w:t>
      </w:r>
      <w:r>
        <w:t>You cannot believe, you cannot say that all women are my mother equally.</w:t>
      </w:r>
    </w:p>
    <w:p>
      <w:pPr>
        <w:jc w:val="right"/>
      </w:pPr>
      <w:r>
        <w:t>یو کاناٹ بیلیو، یو کاناٹ سیڈ دیٹ آل ویمن آر مائی مدر ایکولی۔</w:t>
      </w:r>
    </w:p>
    <w:p>
      <w:r>
        <w:rPr>
          <w:b/>
        </w:rPr>
        <w:t xml:space="preserve">[08:47] </w:t>
      </w:r>
      <w:r>
        <w:t>This kind of thinking, this, this kind of thinking will, will kill the concept of motherhood.</w:t>
      </w:r>
    </w:p>
    <w:p>
      <w:pPr>
        <w:jc w:val="right"/>
      </w:pPr>
      <w:r>
        <w:t>دس کائنڈ آف تھنکنگ، دس، دس کائنڈ آف تھنکنگ ویل، ویل کل دا کانسیپٹ آف مدرہڈ۔</w:t>
      </w:r>
    </w:p>
    <w:p>
      <w:r>
        <w:rPr>
          <w:b/>
        </w:rPr>
        <w:t xml:space="preserve">[08:54] </w:t>
      </w:r>
      <w:r>
        <w:t>So is the case of religion.</w:t>
      </w:r>
    </w:p>
    <w:p>
      <w:pPr>
        <w:jc w:val="right"/>
      </w:pPr>
      <w:r>
        <w:t>سو از دا کیس آف ریلیجن۔</w:t>
      </w:r>
    </w:p>
    <w:p>
      <w:r>
        <w:rPr>
          <w:b/>
        </w:rPr>
        <w:t xml:space="preserve">[08:57] </w:t>
      </w:r>
      <w:r>
        <w:t>You know, what is religion? Religion are is simply a culture.</w:t>
      </w:r>
    </w:p>
    <w:p>
      <w:pPr>
        <w:jc w:val="right"/>
      </w:pPr>
      <w:r>
        <w:t>یو نو، واٹ از ریلیجن؟ ریلیجن آر از سمپلی ا کلچر۔</w:t>
      </w:r>
    </w:p>
    <w:p>
      <w:r>
        <w:rPr>
          <w:b/>
        </w:rPr>
        <w:t xml:space="preserve">[09:01] </w:t>
      </w:r>
      <w:r>
        <w:t>Religion is a source of conviction.</w:t>
      </w:r>
    </w:p>
    <w:p>
      <w:pPr>
        <w:jc w:val="right"/>
      </w:pPr>
      <w:r>
        <w:t>ریلیجن از ا سورس آف کنوکشن۔</w:t>
      </w:r>
    </w:p>
    <w:p>
      <w:r>
        <w:rPr>
          <w:b/>
        </w:rPr>
        <w:t xml:space="preserve">[09:04] </w:t>
      </w:r>
      <w:r>
        <w:t>Religion is an expression of truth.</w:t>
      </w:r>
    </w:p>
    <w:p>
      <w:pPr>
        <w:jc w:val="right"/>
      </w:pPr>
      <w:r>
        <w:t>ریلیجن از این ایکسپریشن آف ٹروتھ۔</w:t>
      </w:r>
    </w:p>
    <w:p>
      <w:r>
        <w:rPr>
          <w:b/>
        </w:rPr>
        <w:t xml:space="preserve">[09:06] </w:t>
      </w:r>
      <w:r>
        <w:t>Religion is an expression of truth, and truth is, and it is truth that gives you conviction.</w:t>
      </w:r>
    </w:p>
    <w:p>
      <w:pPr>
        <w:jc w:val="right"/>
      </w:pPr>
      <w:r>
        <w:t>ریلیجن از این ایکسپریشن آف ٹروتھ، اینڈ ٹروتھ از، اینڈ اٹ از ٹروتھ دیٹ گیوز یو کنوکشن۔</w:t>
      </w:r>
    </w:p>
    <w:p>
      <w:r>
        <w:rPr>
          <w:b/>
        </w:rPr>
        <w:t xml:space="preserve">[09:14] </w:t>
      </w:r>
      <w:r>
        <w:t>So split conviction is nothing.</w:t>
      </w:r>
    </w:p>
    <w:p>
      <w:pPr>
        <w:jc w:val="right"/>
      </w:pPr>
      <w:r>
        <w:t>سو اسپلٹ کنوکشن از نتھنگ۔</w:t>
      </w:r>
    </w:p>
    <w:p>
      <w:r>
        <w:rPr>
          <w:b/>
        </w:rPr>
        <w:t xml:space="preserve">[09:16] </w:t>
      </w:r>
      <w:r>
        <w:t>If you believe that every religion is true, then you will be deprived of conviction.</w:t>
      </w:r>
    </w:p>
    <w:p>
      <w:pPr>
        <w:jc w:val="right"/>
      </w:pPr>
      <w:r>
        <w:t>اف یو بیلیو دیٹ ایوری ریلیجن از ٹرو، دین یو ویل بی ڈیپرائیڈ آف کنوکشن۔</w:t>
      </w:r>
    </w:p>
    <w:p>
      <w:r>
        <w:rPr>
          <w:b/>
        </w:rPr>
        <w:t xml:space="preserve">[09:22] </w:t>
      </w:r>
      <w:r>
        <w:t>You have to have conviction that I am living in truth, the Truth with a capital T.</w:t>
      </w:r>
    </w:p>
    <w:p>
      <w:pPr>
        <w:jc w:val="right"/>
      </w:pPr>
      <w:r>
        <w:t>یو ہیو ٹو ہیو کنوکشن دیٹ ائی ایم لیونگ ان ٹروتھ، دا ٹروتھ ود اے کیپیٹل ٹی۔</w:t>
      </w:r>
    </w:p>
    <w:p>
      <w:r>
        <w:rPr>
          <w:b/>
        </w:rPr>
        <w:t xml:space="preserve">[09:30] </w:t>
      </w:r>
      <w:r>
        <w:t>The concept of the truth gives you conviction.</w:t>
      </w:r>
    </w:p>
    <w:p>
      <w:pPr>
        <w:jc w:val="right"/>
      </w:pPr>
      <w:r>
        <w:t>دا کانسیپٹ آف دا ٹروتھ گیوز یو کنوکشن۔</w:t>
      </w:r>
    </w:p>
    <w:p>
      <w:r>
        <w:rPr>
          <w:b/>
        </w:rPr>
        <w:t xml:space="preserve">[09:33] </w:t>
      </w:r>
      <w:r>
        <w:t>Without conviction, you cannot live in this world.</w:t>
      </w:r>
    </w:p>
    <w:p>
      <w:pPr>
        <w:jc w:val="right"/>
      </w:pPr>
      <w:r>
        <w:t>وداؤٹ کنوکشن، یو کاناٹ لیونگ ان دس ورلڈ۔</w:t>
      </w:r>
    </w:p>
    <w:p>
      <w:r>
        <w:rPr>
          <w:b/>
        </w:rPr>
        <w:t xml:space="preserve">[09:36] </w:t>
      </w:r>
      <w:r>
        <w:t>Every man needs conviction, and it is the concept of truth that gives you conviction.</w:t>
      </w:r>
    </w:p>
    <w:p>
      <w:pPr>
        <w:jc w:val="right"/>
      </w:pPr>
      <w:r>
        <w:t>ایوری مین نیڈز کنوکشن، اینڈ اٹ از دا کانسیپٹ آف ٹروتھ دیٹ گیوز یو کنوکشن۔</w:t>
      </w:r>
    </w:p>
    <w:p>
      <w:r>
        <w:rPr>
          <w:b/>
        </w:rPr>
        <w:t xml:space="preserve">[09:43] </w:t>
      </w:r>
      <w:r>
        <w:t>So all those people who try to prove that every religion is true.</w:t>
      </w:r>
    </w:p>
    <w:p>
      <w:pPr>
        <w:jc w:val="right"/>
      </w:pPr>
      <w:r>
        <w:t>سو آل دوست پیپل ہو ٹرائی ٹو پروف دیٹ ایوری ریلیجن از ٹرو۔</w:t>
      </w:r>
    </w:p>
    <w:p>
      <w:r>
        <w:rPr>
          <w:b/>
        </w:rPr>
        <w:t xml:space="preserve">[09:48] </w:t>
      </w:r>
      <w:r>
        <w:t>There is no difference in religions.</w:t>
      </w:r>
    </w:p>
    <w:p>
      <w:pPr>
        <w:jc w:val="right"/>
      </w:pPr>
      <w:r>
        <w:t>دیر از نو ڈفرنس ان ریلیجنز۔</w:t>
      </w:r>
    </w:p>
    <w:p>
      <w:r>
        <w:rPr>
          <w:b/>
        </w:rPr>
        <w:t xml:space="preserve">[09:51] </w:t>
      </w:r>
      <w:r>
        <w:t>All the religions are equal.</w:t>
      </w:r>
    </w:p>
    <w:p>
      <w:pPr>
        <w:jc w:val="right"/>
      </w:pPr>
      <w:r>
        <w:t>آل دا ریلیجنز آر ایکول۔</w:t>
      </w:r>
    </w:p>
    <w:p>
      <w:r>
        <w:rPr>
          <w:b/>
        </w:rPr>
        <w:t xml:space="preserve">[09:53] </w:t>
      </w:r>
      <w:r>
        <w:t>This kind of thinking is disastrous.</w:t>
      </w:r>
    </w:p>
    <w:p>
      <w:pPr>
        <w:jc w:val="right"/>
      </w:pPr>
      <w:r>
        <w:t>دس کائنڈ آف تھنکنگ از ڈساسٹرس۔</w:t>
      </w:r>
    </w:p>
    <w:p>
      <w:r>
        <w:rPr>
          <w:b/>
        </w:rPr>
        <w:t xml:space="preserve">[09:56] </w:t>
      </w:r>
      <w:r>
        <w:t>disastrous because this kind of thinking will take away your conviction in truth.</w:t>
      </w:r>
    </w:p>
    <w:p>
      <w:pPr>
        <w:jc w:val="right"/>
      </w:pPr>
      <w:r>
        <w:t>ڈساسٹرس بیکاز دس کائنڈ آف تھنکنگ ویل ٹیک اوے یور کنوکشن ان ٹروتھ۔</w:t>
      </w:r>
    </w:p>
    <w:p>
      <w:r>
        <w:rPr>
          <w:b/>
        </w:rPr>
        <w:t xml:space="preserve">[10:01] </w:t>
      </w:r>
      <w:r>
        <w:t>So as you cannot think that every woman is your mother, so you cannot think that every religion</w:t>
      </w:r>
    </w:p>
    <w:p>
      <w:pPr>
        <w:jc w:val="right"/>
      </w:pPr>
      <w:r>
        <w:t>سو ایز یو کاناٹ تھنک دیٹ ایوری وومن از یور مدر، سو یو کاناٹ تھنک دیٹ ایوری ریلیجن</w:t>
      </w:r>
    </w:p>
    <w:p>
      <w:r>
        <w:rPr>
          <w:b/>
        </w:rPr>
        <w:t xml:space="preserve">[10:09] </w:t>
      </w:r>
      <w:r>
        <w:t>Is true.</w:t>
      </w:r>
    </w:p>
    <w:p>
      <w:pPr>
        <w:jc w:val="right"/>
      </w:pPr>
      <w:r>
        <w:t>از ٹرو۔</w:t>
      </w:r>
    </w:p>
    <w:p>
      <w:r>
        <w:rPr>
          <w:b/>
        </w:rPr>
        <w:t xml:space="preserve">[10:11] </w:t>
      </w:r>
      <w:r>
        <w:t>So the concept of the truth with a capital T is a natural concept.</w:t>
      </w:r>
    </w:p>
    <w:p>
      <w:pPr>
        <w:jc w:val="right"/>
      </w:pPr>
      <w:r>
        <w:t>سو دا کانسیپٹ آف دا ٹروتھ ود اے کیپیٹل ٹی از ا نیچرل کانسیپٹ۔</w:t>
      </w:r>
    </w:p>
    <w:p>
      <w:r>
        <w:rPr>
          <w:b/>
        </w:rPr>
        <w:t xml:space="preserve">[10:17] </w:t>
      </w:r>
      <w:r>
        <w:t>There is no doubt about it because the basic thing is conviction, and only this concept can give</w:t>
      </w:r>
    </w:p>
    <w:p>
      <w:pPr>
        <w:jc w:val="right"/>
      </w:pPr>
      <w:r>
        <w:t>دیر از نو ڈاؤٹ اباؤٹ اٹ بیکاز دی بیسک تھنگ از کنوکشن، اینڈ اونلی دس کانسیپٹ کین گیو</w:t>
      </w:r>
    </w:p>
    <w:p>
      <w:r>
        <w:rPr>
          <w:b/>
        </w:rPr>
        <w:t xml:space="preserve">[10:24] </w:t>
      </w:r>
      <w:r>
        <w:t>You conviction.</w:t>
      </w:r>
    </w:p>
    <w:p>
      <w:pPr>
        <w:jc w:val="right"/>
      </w:pPr>
      <w:r>
        <w:t>یو کنوکشن۔</w:t>
      </w:r>
    </w:p>
    <w:p>
      <w:r>
        <w:rPr>
          <w:b/>
        </w:rPr>
        <w:t xml:space="preserve">[10:26] </w:t>
      </w:r>
      <w:r>
        <w:t>So I can say that the formula of religious harmony is based on difference management.</w:t>
      </w:r>
    </w:p>
    <w:p>
      <w:pPr>
        <w:jc w:val="right"/>
      </w:pPr>
      <w:r>
        <w:t>سو ائی کین سیڈ دیٹ دا فارمولا آف ریلیجس ہارمونی از بیسڈ ان ڈفرنس مینجمنٹ۔</w:t>
      </w:r>
    </w:p>
    <w:p>
      <w:r>
        <w:rPr>
          <w:b/>
        </w:rPr>
        <w:t xml:space="preserve">[10:32] </w:t>
      </w:r>
      <w:r>
        <w:t>Formula of harmony among religions is based on difference management rather than eliminating the differences.</w:t>
      </w:r>
    </w:p>
    <w:p>
      <w:pPr>
        <w:jc w:val="right"/>
      </w:pPr>
      <w:r>
        <w:t>فارمولا آف ہارمونی امنگ ریلیجنز از بیسڈ ان ڈفرنس مینجمنٹ رادر دین ایلیمینیٹنگ دا ڈفرنسز۔</w:t>
      </w:r>
    </w:p>
    <w:p>
      <w:r>
        <w:rPr>
          <w:b/>
        </w:rPr>
        <w:t xml:space="preserve">[10:39] </w:t>
      </w:r>
      <w:r>
        <w:t>So it is very important to know that we are living in a world that was created by</w:t>
      </w:r>
    </w:p>
    <w:p>
      <w:pPr>
        <w:jc w:val="right"/>
      </w:pPr>
      <w:r>
        <w:t>سو اٹ از ویری امپورٹنٹ ٹو نو دیٹ وی آر لیونگ ان ا ورلڈ دیٹ واز کریٹڈ بائی</w:t>
      </w:r>
    </w:p>
    <w:p>
      <w:r>
        <w:rPr>
          <w:b/>
        </w:rPr>
        <w:t xml:space="preserve">[10:46] </w:t>
      </w:r>
      <w:r>
        <w:t>God.</w:t>
      </w:r>
    </w:p>
    <w:p>
      <w:pPr>
        <w:jc w:val="right"/>
      </w:pPr>
      <w:r>
        <w:t>گاڈ۔</w:t>
      </w:r>
    </w:p>
    <w:p>
      <w:r>
        <w:rPr>
          <w:b/>
        </w:rPr>
        <w:t xml:space="preserve">[10:48] </w:t>
      </w:r>
      <w:r>
        <w:t>World is not our creation.</w:t>
      </w:r>
    </w:p>
    <w:p>
      <w:pPr>
        <w:jc w:val="right"/>
      </w:pPr>
      <w:r>
        <w:t>ورلڈ از ناٹ اور کریشن۔</w:t>
      </w:r>
    </w:p>
    <w:p>
      <w:r>
        <w:rPr>
          <w:b/>
        </w:rPr>
        <w:t xml:space="preserve">[10:50] </w:t>
      </w:r>
      <w:r>
        <w:t>The creation plan was said by God, not by man.</w:t>
      </w:r>
    </w:p>
    <w:p>
      <w:pPr>
        <w:jc w:val="right"/>
      </w:pPr>
      <w:r>
        <w:t>دا کریشن پلان واز سیڈ بائی گاڈ، ناٹ بائی مین۔</w:t>
      </w:r>
    </w:p>
    <w:p>
      <w:r>
        <w:rPr>
          <w:b/>
        </w:rPr>
        <w:t xml:space="preserve">[10:54] </w:t>
      </w:r>
      <w:r>
        <w:t>So we have no option other than to accept the scheme of God, the creation plan of God.</w:t>
      </w:r>
    </w:p>
    <w:p>
      <w:pPr>
        <w:jc w:val="right"/>
      </w:pPr>
      <w:r>
        <w:t>سو وی ہیو نو اپشن ادر دین ٹو ایکسیپٹ دی اسکیم آف گاڈ، دا کریشن پلان آف گاڈ۔</w:t>
      </w:r>
    </w:p>
    <w:p>
      <w:r>
        <w:rPr>
          <w:b/>
        </w:rPr>
        <w:t xml:space="preserve">[11:02] </w:t>
      </w:r>
      <w:r>
        <w:t>If God created world with differences, everywhere there are differences in stars, in planets, in mountains, in</w:t>
      </w:r>
    </w:p>
    <w:p>
      <w:pPr>
        <w:jc w:val="right"/>
      </w:pPr>
      <w:r>
        <w:t>اف گاڈ کریٹڈ ورلڈ ود ڈفرنسز، ایوری ویر دیر ار ڈفرنسز ان سٹارز، ان پلینٹس، ان ماؤنٹینز، ان</w:t>
      </w:r>
    </w:p>
    <w:p>
      <w:r>
        <w:rPr>
          <w:b/>
        </w:rPr>
        <w:t xml:space="preserve">[11:10] </w:t>
      </w:r>
      <w:r>
        <w:t>oceans, and animals.</w:t>
      </w:r>
    </w:p>
    <w:p>
      <w:pPr>
        <w:jc w:val="right"/>
      </w:pPr>
      <w:r>
        <w:t>اوشنز، ان اینیملز۔</w:t>
      </w:r>
    </w:p>
    <w:p>
      <w:r>
        <w:rPr>
          <w:b/>
        </w:rPr>
        <w:t xml:space="preserve">[11:11] </w:t>
      </w:r>
      <w:r>
        <w:t>So there are differences among people also.</w:t>
      </w:r>
    </w:p>
    <w:p>
      <w:pPr>
        <w:jc w:val="right"/>
      </w:pPr>
      <w:r>
        <w:t>سو دیر ار ڈفرنسز امنگ پیپل السو۔</w:t>
      </w:r>
    </w:p>
    <w:p>
      <w:r>
        <w:rPr>
          <w:b/>
        </w:rPr>
        <w:t xml:space="preserve">[11:14] </w:t>
      </w:r>
      <w:r>
        <w:t>So the whole world is living in the formula of difference management rather than eliminating the difference.</w:t>
      </w:r>
    </w:p>
    <w:p>
      <w:pPr>
        <w:jc w:val="right"/>
      </w:pPr>
      <w:r>
        <w:t>سو دا ہول ورلڈ از لیونگ ان دا فارمولا آف ڈفرنس مینجمنٹ رادر دین ایلیمینیٹنگ دا ڈفرنس۔</w:t>
      </w:r>
    </w:p>
    <w:p>
      <w:r>
        <w:rPr>
          <w:b/>
        </w:rPr>
        <w:t xml:space="preserve">[11:21] </w:t>
      </w:r>
      <w:r>
        <w:t>So how you can build a world? How you can build an island? Is that possible for</w:t>
      </w:r>
    </w:p>
    <w:p>
      <w:pPr>
        <w:jc w:val="right"/>
      </w:pPr>
      <w:r>
        <w:t>سو ہاؤ یو کین بلٹ ا ورلڈ؟ ہاؤ یو کین بلٹ این ائی لینڈ؟ از داٹ پاسیبل فار</w:t>
      </w:r>
    </w:p>
    <w:p>
      <w:r>
        <w:rPr>
          <w:b/>
        </w:rPr>
        <w:t xml:space="preserve">[11:29] </w:t>
      </w:r>
      <w:r>
        <w:t>you to build an island? We have to adopt the same formula which is established by God</w:t>
      </w:r>
    </w:p>
    <w:p>
      <w:pPr>
        <w:jc w:val="right"/>
      </w:pPr>
      <w:r>
        <w:t>یو ٹو بلٹ این ائی لینڈ؟ وی ہیو ٹو اڈاپٹ دا سیم فارمولا وچ از اسٹیبلش بائی گاڈ</w:t>
      </w:r>
    </w:p>
    <w:p>
      <w:r>
        <w:rPr>
          <w:b/>
        </w:rPr>
        <w:t xml:space="preserve">[11:37] </w:t>
      </w:r>
      <w:r>
        <w:t>in the rest of the universe.</w:t>
      </w:r>
    </w:p>
    <w:p>
      <w:pPr>
        <w:jc w:val="right"/>
      </w:pPr>
      <w:r>
        <w:t>ان دا ریسٹ آف دا یونیورس۔</w:t>
      </w:r>
    </w:p>
    <w:p>
      <w:r>
        <w:rPr>
          <w:b/>
        </w:rPr>
        <w:t xml:space="preserve">[11:39] </w:t>
      </w:r>
      <w:r>
        <w:t>And this formula is based on this simple principle: follow one and respect all.</w:t>
      </w:r>
    </w:p>
    <w:p>
      <w:pPr>
        <w:jc w:val="right"/>
      </w:pPr>
      <w:r>
        <w:t>اینڈ دس فارمولا از بیسڈ ان دس سمپل پرنسپل: فالو ون اینڈ ریسپیکٹ آل۔</w:t>
      </w:r>
    </w:p>
    <w:p>
      <w:r>
        <w:rPr>
          <w:b/>
        </w:rPr>
        <w:t xml:space="preserve">[11:45] </w:t>
      </w:r>
      <w:r>
        <w:t>And also, it is very important to know that difference is not an evil.</w:t>
      </w:r>
    </w:p>
    <w:p>
      <w:pPr>
        <w:jc w:val="right"/>
      </w:pPr>
      <w:r>
        <w:t>اینڈ السو، اٹ از ویری امپورٹنٹ ٹو نو دیٹ ڈفرنس از ناٹ این ایول۔</w:t>
      </w:r>
    </w:p>
    <w:p>
      <w:r>
        <w:rPr>
          <w:b/>
        </w:rPr>
        <w:t xml:space="preserve">[11:51] </w:t>
      </w:r>
      <w:r>
        <w:t>This difference is the only way of development and progress.</w:t>
      </w:r>
    </w:p>
    <w:p>
      <w:pPr>
        <w:jc w:val="right"/>
      </w:pPr>
      <w:r>
        <w:t>دس ڈفرنس از دا اونلی وے آف ڈیولپمنٹ اینڈ پروگریس۔</w:t>
      </w:r>
    </w:p>
    <w:p>
      <w:r>
        <w:rPr>
          <w:b/>
        </w:rPr>
        <w:t xml:space="preserve">[11:56] </w:t>
      </w:r>
      <w:r>
        <w:t>So it is difference that creates new issues.</w:t>
      </w:r>
    </w:p>
    <w:p>
      <w:pPr>
        <w:jc w:val="right"/>
      </w:pPr>
      <w:r>
        <w:t>سو اٹ از ڈفرنس دیٹ کریٹس نیو ایشوز۔</w:t>
      </w:r>
    </w:p>
    <w:p>
      <w:r>
        <w:rPr>
          <w:b/>
        </w:rPr>
        <w:t xml:space="preserve">[11:59] </w:t>
      </w:r>
      <w:r>
        <w:t>difference enhance your creativity.</w:t>
      </w:r>
    </w:p>
    <w:p>
      <w:pPr>
        <w:jc w:val="right"/>
      </w:pPr>
      <w:r>
        <w:t>ڈفرنس انہانس یور کریٹیوٹی۔</w:t>
      </w:r>
    </w:p>
    <w:p>
      <w:r>
        <w:rPr>
          <w:b/>
        </w:rPr>
        <w:t xml:space="preserve">[12:01] </w:t>
      </w:r>
      <w:r>
        <w:t>without difference, man without difference, there will be stagnation, intellectual stagnation.</w:t>
      </w:r>
    </w:p>
    <w:p>
      <w:pPr>
        <w:jc w:val="right"/>
      </w:pPr>
      <w:r>
        <w:t>وداؤٹ ڈفرنس، مین ود وداؤٹ ڈفرنس، دیر ویل بی اسٹیگنیشن، انٹلیکچول اسٹیگنیشن۔</w:t>
      </w:r>
    </w:p>
    <w:p>
      <w:r>
        <w:rPr>
          <w:b/>
        </w:rPr>
        <w:t xml:space="preserve">[12:06] </w:t>
      </w:r>
      <w:r>
        <w:t>If you try to eliminate differences, it means that you are try, you are trying to make people</w:t>
      </w:r>
    </w:p>
    <w:p>
      <w:pPr>
        <w:jc w:val="right"/>
      </w:pPr>
      <w:r>
        <w:t>اف یو ٹرائی ٹو ایلیمینیٹ ڈفرنسز، اٹ مینز دیٹ یو آر ٹرائی، یو آر ٹرائینگ ٹو میک پیپل</w:t>
      </w:r>
    </w:p>
    <w:p>
      <w:r>
        <w:rPr>
          <w:b/>
        </w:rPr>
        <w:t xml:space="preserve">[12:14] </w:t>
      </w:r>
      <w:r>
        <w:t>stagnant in terms of thinking.</w:t>
      </w:r>
    </w:p>
    <w:p>
      <w:pPr>
        <w:jc w:val="right"/>
      </w:pPr>
      <w:r>
        <w:t>اسٹیگننٹ ان ٹرم آف تھنکنگ۔</w:t>
      </w:r>
    </w:p>
    <w:p>
      <w:r>
        <w:rPr>
          <w:b/>
        </w:rPr>
        <w:t xml:space="preserve">[12:16] </w:t>
      </w:r>
      <w:r>
        <w:t>It is the so when you want to build a society, a healthy society, you have to, first</w:t>
      </w:r>
    </w:p>
    <w:p>
      <w:pPr>
        <w:jc w:val="right"/>
      </w:pPr>
      <w:r>
        <w:t>اٹ از دا سو وین یو وانٹ ٹو بلٹ ا سوسائٹی، ا ہیلدی سوسائٹی، یو ہیو ٹو، فرسٹ</w:t>
      </w:r>
    </w:p>
    <w:p>
      <w:r>
        <w:rPr>
          <w:b/>
        </w:rPr>
        <w:t xml:space="preserve">[12:24] </w:t>
      </w:r>
      <w:r>
        <w:t>Of all, you have to know what is the creation plan of God? What is the scheme of</w:t>
      </w:r>
    </w:p>
    <w:p>
      <w:pPr>
        <w:jc w:val="right"/>
      </w:pPr>
      <w:r>
        <w:t>اف آل، یو ہیو ٹو نو واٹ از دا کریشن پلان آف گاڈ؟ واٹ از دا اسکیم آف</w:t>
      </w:r>
    </w:p>
    <w:p>
      <w:r>
        <w:rPr>
          <w:b/>
        </w:rPr>
        <w:t xml:space="preserve">[12:31] </w:t>
      </w:r>
      <w:r>
        <w:t>The Creator? So you have to seek adjustment rather than confrontation.</w:t>
      </w:r>
    </w:p>
    <w:p>
      <w:pPr>
        <w:jc w:val="right"/>
      </w:pPr>
      <w:r>
        <w:t>دا کریٹر؟ سو یو ہیو ٹو سیک ایڈجسٹمنٹ رادر دین کنفرنٹیشن۔</w:t>
      </w:r>
    </w:p>
    <w:p>
      <w:r>
        <w:rPr>
          <w:b/>
        </w:rPr>
        <w:t xml:space="preserve">[12:36] </w:t>
      </w:r>
      <w:r>
        <w:t>other than adjustment, there is no choice for us, no choice at all.</w:t>
      </w:r>
    </w:p>
    <w:p>
      <w:pPr>
        <w:jc w:val="right"/>
      </w:pPr>
      <w:r>
        <w:t>ادر دین ایڈجسٹمنٹ، دیر از نو چوائس فارس، نو چوائس ایٹ آل۔</w:t>
      </w:r>
    </w:p>
    <w:p>
      <w:r>
        <w:rPr>
          <w:b/>
        </w:rPr>
        <w:t xml:space="preserve">[12:41] </w:t>
      </w:r>
      <w:r>
        <w:t>If we are not ready to accept the scheme of the creator, scheme of the God, scheme of</w:t>
      </w:r>
    </w:p>
    <w:p>
      <w:pPr>
        <w:jc w:val="right"/>
      </w:pPr>
      <w:r>
        <w:t>اف وی آر ناٹ ریڈی ٹو ایکسیپٹ دا اسکیم آف دا کریٹ، اسکیم آف دا گاڈ، اسکیم آف</w:t>
      </w:r>
    </w:p>
    <w:p>
      <w:r>
        <w:rPr>
          <w:b/>
        </w:rPr>
        <w:t xml:space="preserve">[12:49] </w:t>
      </w:r>
      <w:r>
        <w:t>God.</w:t>
      </w:r>
    </w:p>
    <w:p>
      <w:pPr>
        <w:jc w:val="right"/>
      </w:pPr>
      <w:r>
        <w:t>گاڈ۔</w:t>
      </w:r>
    </w:p>
    <w:p>
      <w:r>
        <w:rPr>
          <w:b/>
        </w:rPr>
        <w:t xml:space="preserve">[12:50] </w:t>
      </w:r>
      <w:r>
        <w:t>If we are not ready to accept the scheme of God, we have to create another universe.</w:t>
      </w:r>
    </w:p>
    <w:p>
      <w:pPr>
        <w:jc w:val="right"/>
      </w:pPr>
      <w:r>
        <w:t>اف وی آر ناٹ ریڈی ٹو ایکسیپٹ دی اسکیم آف گاڈ، وی ہیو ٹو کریٹ انادر یونیورس۔</w:t>
      </w:r>
    </w:p>
    <w:p>
      <w:r>
        <w:rPr>
          <w:b/>
        </w:rPr>
        <w:t xml:space="preserve">[12:58] </w:t>
      </w:r>
      <w:r>
        <w:t>We have to create another world.</w:t>
      </w:r>
    </w:p>
    <w:p>
      <w:pPr>
        <w:jc w:val="right"/>
      </w:pPr>
      <w:r>
        <w:t>وی ہیو ٹو کریٹ انادر ورلڈ۔</w:t>
      </w:r>
    </w:p>
    <w:p>
      <w:r>
        <w:rPr>
          <w:b/>
        </w:rPr>
        <w:t xml:space="preserve">[13:00] </w:t>
      </w:r>
      <w:r>
        <w:t>There is impossible for us.</w:t>
      </w:r>
    </w:p>
    <w:p>
      <w:pPr>
        <w:jc w:val="right"/>
      </w:pPr>
      <w:r>
        <w:t>دیر از امپاسیبل فارس۔</w:t>
      </w:r>
    </w:p>
    <w:p>
      <w:r>
        <w:rPr>
          <w:b/>
        </w:rPr>
        <w:t xml:space="preserve">[13:02] </w:t>
      </w:r>
      <w:r>
        <w:t>So, those people who talk in terms of eliminating the differences, they're living in utopia.</w:t>
      </w:r>
    </w:p>
    <w:p>
      <w:pPr>
        <w:jc w:val="right"/>
      </w:pPr>
      <w:r>
        <w:t>سو دوست پیپل ہو ٹاک ان ٹرم آف ایلیمینیٹنگ دا ڈفرنسز، دیر لیونگ ان یوٹوپیا۔</w:t>
      </w:r>
    </w:p>
    <w:p>
      <w:r>
        <w:rPr>
          <w:b/>
        </w:rPr>
        <w:t xml:space="preserve">[13:08] </w:t>
      </w:r>
      <w:r>
        <w:t>They are living utopia, they are living in romanticism.</w:t>
      </w:r>
    </w:p>
    <w:p>
      <w:pPr>
        <w:jc w:val="right"/>
      </w:pPr>
      <w:r>
        <w:t>دیر لیونگ یوٹوپیا، دیر لیونگ ان رومینٹسزم۔</w:t>
      </w:r>
    </w:p>
    <w:p>
      <w:r>
        <w:rPr>
          <w:b/>
        </w:rPr>
        <w:t xml:space="preserve">[13:11] </w:t>
      </w:r>
      <w:r>
        <w:t>They are living in philosophical imagination.</w:t>
      </w:r>
    </w:p>
    <w:p>
      <w:pPr>
        <w:jc w:val="right"/>
      </w:pPr>
      <w:r>
        <w:t>دیر لیونگ ان فلاسفیکل امیجنیشن۔</w:t>
      </w:r>
    </w:p>
    <w:p>
      <w:r>
        <w:rPr>
          <w:b/>
        </w:rPr>
        <w:t xml:space="preserve">[13:13] </w:t>
      </w:r>
      <w:r>
        <w:t>They are ignoring the laws of nature.</w:t>
      </w:r>
    </w:p>
    <w:p>
      <w:pPr>
        <w:jc w:val="right"/>
      </w:pPr>
      <w:r>
        <w:t>دیر اگنورنگ دا لاز آف نیچر۔</w:t>
      </w:r>
    </w:p>
    <w:p>
      <w:r>
        <w:rPr>
          <w:b/>
        </w:rPr>
        <w:t xml:space="preserve">[13:16] </w:t>
      </w:r>
      <w:r>
        <w:t>They're ignoring the scheme of God.</w:t>
      </w:r>
    </w:p>
    <w:p>
      <w:pPr>
        <w:jc w:val="right"/>
      </w:pPr>
      <w:r>
        <w:t>دیر اگنورنگ دا اسکیم آف گاڈ۔</w:t>
      </w:r>
    </w:p>
    <w:p>
      <w:r>
        <w:rPr>
          <w:b/>
        </w:rPr>
        <w:t xml:space="preserve">[13:19] </w:t>
      </w:r>
      <w:r>
        <w:t>Then I would like to add one more point that God wants to make us creative.</w:t>
      </w:r>
    </w:p>
    <w:p>
      <w:pPr>
        <w:jc w:val="right"/>
      </w:pPr>
      <w:r>
        <w:t>دین ائی وڈ لائک ٹو ایڈ ون مور پوائنٹ دیٹ گاڈ وانٹس ٹو میک اس کریٹیو۔</w:t>
      </w:r>
    </w:p>
    <w:p>
      <w:r>
        <w:rPr>
          <w:b/>
        </w:rPr>
        <w:t xml:space="preserve">[13:25] </w:t>
      </w:r>
      <w:r>
        <w:t>God wants to make us creative.</w:t>
      </w:r>
    </w:p>
    <w:p>
      <w:pPr>
        <w:jc w:val="right"/>
      </w:pPr>
      <w:r>
        <w:t>گاڈ وانٹس ٹو میک اس کریٹیو۔</w:t>
      </w:r>
    </w:p>
    <w:p>
      <w:r>
        <w:rPr>
          <w:b/>
        </w:rPr>
        <w:t xml:space="preserve">[13:28] </w:t>
      </w:r>
      <w:r>
        <w:t>God wants to inculcate creative thinking in every human being.</w:t>
      </w:r>
    </w:p>
    <w:p>
      <w:pPr>
        <w:jc w:val="right"/>
      </w:pPr>
      <w:r>
        <w:t>گاڈ وانٹس ٹو انکلکیٹ کریٹیو تھنکنگ ان ایوری ہیومن بینگ۔</w:t>
      </w:r>
    </w:p>
    <w:p>
      <w:r>
        <w:rPr>
          <w:b/>
        </w:rPr>
        <w:t xml:space="preserve">[13:32] </w:t>
      </w:r>
      <w:r>
        <w:t>What is creative thinking? It is to create new ideas.</w:t>
      </w:r>
    </w:p>
    <w:p>
      <w:pPr>
        <w:jc w:val="right"/>
      </w:pPr>
      <w:r>
        <w:t>واٹ از کریٹیو تھنکنگ؟ اٹ از ٹو کریٹ نیو ائیڈیاز۔</w:t>
      </w:r>
    </w:p>
    <w:p>
      <w:r>
        <w:rPr>
          <w:b/>
        </w:rPr>
        <w:t xml:space="preserve">[13:37] </w:t>
      </w:r>
      <w:r>
        <w:t>One aspect of creativity is that you have to convert negative into positive.</w:t>
      </w:r>
    </w:p>
    <w:p>
      <w:pPr>
        <w:jc w:val="right"/>
      </w:pPr>
      <w:r>
        <w:t>ون اسپیکٹ آف کریٹیوٹی از دیٹ یو ہیو ٹو کنورٹ نیگیٹیو انٹو پازیٹیو۔</w:t>
      </w:r>
    </w:p>
    <w:p>
      <w:r>
        <w:rPr>
          <w:b/>
        </w:rPr>
        <w:t xml:space="preserve">[13:42] </w:t>
      </w:r>
      <w:r>
        <w:t>It is God's scheme that in our world, there are so many unpleasant situations.</w:t>
      </w:r>
    </w:p>
    <w:p>
      <w:pPr>
        <w:jc w:val="right"/>
      </w:pPr>
      <w:r>
        <w:t>اٹ از گاڈز اسکیم دیٹ ان اور ورلڈ، دیر ار سو مینی ان پریزنٹ سچویشنز۔</w:t>
      </w:r>
    </w:p>
    <w:p>
      <w:r>
        <w:rPr>
          <w:b/>
        </w:rPr>
        <w:t xml:space="preserve">[13:49] </w:t>
      </w:r>
      <w:r>
        <w:t>There are provocations.</w:t>
      </w:r>
    </w:p>
    <w:p>
      <w:pPr>
        <w:jc w:val="right"/>
      </w:pPr>
      <w:r>
        <w:t>دیر ار پرووکیشن۔</w:t>
      </w:r>
    </w:p>
    <w:p>
      <w:r>
        <w:rPr>
          <w:b/>
        </w:rPr>
        <w:t xml:space="preserve">[13:50] </w:t>
      </w:r>
      <w:r>
        <w:t>There are so many things that we, that are against our, against our desires.</w:t>
      </w:r>
    </w:p>
    <w:p>
      <w:pPr>
        <w:jc w:val="right"/>
      </w:pPr>
      <w:r>
        <w:t>دیر ار سو مینی تھنگز دیٹ وی، دیٹ ار اگینسٹ اور اگینسٹ اور ڈیزائرز۔</w:t>
      </w:r>
    </w:p>
    <w:p>
      <w:r>
        <w:rPr>
          <w:b/>
        </w:rPr>
        <w:t xml:space="preserve">[13:56] </w:t>
      </w:r>
      <w:r>
        <w:t>So why this? It is also a part of divine scheme.</w:t>
      </w:r>
    </w:p>
    <w:p>
      <w:pPr>
        <w:jc w:val="right"/>
      </w:pPr>
      <w:r>
        <w:t>سو وائی دس؟ اٹ از السو ا پارٹ آف ڈیوائن اسکیم۔</w:t>
      </w:r>
    </w:p>
    <w:p>
      <w:r>
        <w:rPr>
          <w:b/>
        </w:rPr>
        <w:t xml:space="preserve">[14:01] </w:t>
      </w:r>
      <w:r>
        <w:t>I always said that a cow is a demonstration of God's scheme in this regard.</w:t>
      </w:r>
    </w:p>
    <w:p>
      <w:pPr>
        <w:jc w:val="right"/>
      </w:pPr>
      <w:r>
        <w:t>ائی الویز سیڈ دیٹ ا کاؤ از ا ڈیمونسٹریشن اف گاڈز اسکیم ان دس ریگارڈ۔</w:t>
      </w:r>
    </w:p>
    <w:p>
      <w:r>
        <w:rPr>
          <w:b/>
        </w:rPr>
        <w:t xml:space="preserve">[14:07] </w:t>
      </w:r>
      <w:r>
        <w:t>You know what is cow? Cow is a divine industry.</w:t>
      </w:r>
    </w:p>
    <w:p>
      <w:pPr>
        <w:jc w:val="right"/>
      </w:pPr>
      <w:r>
        <w:t>یو نو واٹ از کاؤ؟ کاؤ از ا ڈیوائن انڈسٹری۔</w:t>
      </w:r>
    </w:p>
    <w:p>
      <w:r>
        <w:rPr>
          <w:b/>
        </w:rPr>
        <w:t xml:space="preserve">[14:12] </w:t>
      </w:r>
      <w:r>
        <w:t>You know, cow takes grass and returns milk.</w:t>
      </w:r>
    </w:p>
    <w:p>
      <w:pPr>
        <w:jc w:val="right"/>
      </w:pPr>
      <w:r>
        <w:t>یو نو کاؤ ٹیکس گراس اینڈ ریٹرنز ملک۔</w:t>
      </w:r>
    </w:p>
    <w:p>
      <w:r>
        <w:rPr>
          <w:b/>
        </w:rPr>
        <w:t xml:space="preserve">[14:15] </w:t>
      </w:r>
      <w:r>
        <w:t>So cow is a divine history.</w:t>
      </w:r>
    </w:p>
    <w:p>
      <w:pPr>
        <w:jc w:val="right"/>
      </w:pPr>
      <w:r>
        <w:t>سو کاؤ از ا ڈیوائن ہسٹری۔</w:t>
      </w:r>
    </w:p>
    <w:p>
      <w:r>
        <w:rPr>
          <w:b/>
        </w:rPr>
        <w:t xml:space="preserve">[14:18] </w:t>
      </w:r>
      <w:r>
        <w:t>So cow is a divine industry which is able to convert non-milk into milk.</w:t>
      </w:r>
    </w:p>
    <w:p>
      <w:pPr>
        <w:jc w:val="right"/>
      </w:pPr>
      <w:r>
        <w:t>سو کاؤ از ا ڈیوائن انڈسٹری وچ از ایبل ٹو کنورٹ نان ملک انٹو ملک۔</w:t>
      </w:r>
    </w:p>
    <w:p>
      <w:r>
        <w:rPr>
          <w:b/>
        </w:rPr>
        <w:t xml:space="preserve">[14:24] </w:t>
      </w:r>
      <w:r>
        <w:t>Cow is a miraculous industry which is able to convert non-milk into milk.</w:t>
      </w:r>
    </w:p>
    <w:p>
      <w:pPr>
        <w:jc w:val="right"/>
      </w:pPr>
      <w:r>
        <w:t>کاؤ از ا میریکلس انڈسٹری وچ از ایبل ٹو کنورٹ نان ملک انٹو ملک۔</w:t>
      </w:r>
    </w:p>
    <w:p>
      <w:r>
        <w:rPr>
          <w:b/>
        </w:rPr>
        <w:t xml:space="preserve">[14:30] </w:t>
      </w:r>
      <w:r>
        <w:t>So is required by men also.</w:t>
      </w:r>
    </w:p>
    <w:p>
      <w:pPr>
        <w:jc w:val="right"/>
      </w:pPr>
      <w:r>
        <w:t>سو از ریکوائرڈ بائی مین السو۔</w:t>
      </w:r>
    </w:p>
    <w:p>
      <w:r>
        <w:rPr>
          <w:b/>
        </w:rPr>
        <w:t xml:space="preserve">[14:33] </w:t>
      </w:r>
      <w:r>
        <w:t>It is divine scheme that you have to face negativity in our society, provocation, unpleasant situations.</w:t>
      </w:r>
    </w:p>
    <w:p>
      <w:pPr>
        <w:jc w:val="right"/>
      </w:pPr>
      <w:r>
        <w:t>اٹ از ڈیوائن اسکیم دیٹ یو ہیو ٹو فیس نیگیٹیوٹی ان اور سوسائٹی، پرووکیشن، ان پریزنٹ سچویشنز۔</w:t>
      </w:r>
    </w:p>
    <w:p>
      <w:r>
        <w:rPr>
          <w:b/>
        </w:rPr>
        <w:t xml:space="preserve">[14:40] </w:t>
      </w:r>
      <w:r>
        <w:t>But you have to follow the course that is adopted by cow.</w:t>
      </w:r>
    </w:p>
    <w:p>
      <w:pPr>
        <w:jc w:val="right"/>
      </w:pPr>
      <w:r>
        <w:t>بٹ یو ہیو ٹو فالو دا کورس دیٹ از اڈاپٹڈ بائی کاؤ۔</w:t>
      </w:r>
    </w:p>
    <w:p>
      <w:r>
        <w:rPr>
          <w:b/>
        </w:rPr>
        <w:t xml:space="preserve">[14:45] </w:t>
      </w:r>
      <w:r>
        <w:t>You have to turn the negative experience into positive result.</w:t>
      </w:r>
    </w:p>
    <w:p>
      <w:pPr>
        <w:jc w:val="right"/>
      </w:pPr>
      <w:r>
        <w:t>یو ہیو ٹو ٹرن دا نیگیٹیو ایکسپیرینس انٹو پازیٹیو رزلٹ۔</w:t>
      </w:r>
    </w:p>
    <w:p>
      <w:r>
        <w:rPr>
          <w:b/>
        </w:rPr>
        <w:t xml:space="preserve">[14:49] </w:t>
      </w:r>
      <w:r>
        <w:t>You have to face negative experience with the determination to convert it into a positive result.</w:t>
      </w:r>
    </w:p>
    <w:p>
      <w:pPr>
        <w:jc w:val="right"/>
      </w:pPr>
      <w:r>
        <w:t>یو ہیو ٹو فیس نیگیٹیو ایکسپیرینس ود دا ڈیٹرمینیشن ٹو کنورٹ اٹ انٹو ا پازیٹیو رزلٹ۔</w:t>
      </w:r>
    </w:p>
    <w:p>
      <w:r>
        <w:rPr>
          <w:b/>
        </w:rPr>
        <w:t xml:space="preserve">[14:56] </w:t>
      </w:r>
      <w:r>
        <w:t>This is the God's scheme.</w:t>
      </w:r>
    </w:p>
    <w:p>
      <w:pPr>
        <w:jc w:val="right"/>
      </w:pPr>
      <w:r>
        <w:t>دس از دا گاڈز اسکیم۔</w:t>
      </w:r>
    </w:p>
    <w:p>
      <w:r>
        <w:rPr>
          <w:b/>
        </w:rPr>
        <w:t xml:space="preserve">[14:58] </w:t>
      </w:r>
      <w:r>
        <w:t>God is giving a demonstration.</w:t>
      </w:r>
    </w:p>
    <w:p>
      <w:pPr>
        <w:jc w:val="right"/>
      </w:pPr>
      <w:r>
        <w:t>گاڈ از گیونگ ا ڈیمونسٹریشن۔</w:t>
      </w:r>
    </w:p>
    <w:p>
      <w:r>
        <w:rPr>
          <w:b/>
        </w:rPr>
        <w:t xml:space="preserve">[15:00] </w:t>
      </w:r>
      <w:r>
        <w:t>God is giving a demonstration in the form of cow.</w:t>
      </w:r>
    </w:p>
    <w:p>
      <w:pPr>
        <w:jc w:val="right"/>
      </w:pPr>
      <w:r>
        <w:t>گاڈ از گیونگ ا ڈیمونسٹریشن ان دا فارم اف کاؤ۔</w:t>
      </w:r>
    </w:p>
    <w:p>
      <w:r>
        <w:rPr>
          <w:b/>
        </w:rPr>
        <w:t xml:space="preserve">[15:05] </w:t>
      </w:r>
      <w:r>
        <w:t>Cow is a God's demonstration.</w:t>
      </w:r>
    </w:p>
    <w:p>
      <w:pPr>
        <w:jc w:val="right"/>
      </w:pPr>
      <w:r>
        <w:t>کاؤ از ا گاڈز ڈیمونسٹریشن۔</w:t>
      </w:r>
    </w:p>
    <w:p>
      <w:r>
        <w:rPr>
          <w:b/>
        </w:rPr>
        <w:t xml:space="preserve">[15:07] </w:t>
      </w:r>
      <w:r>
        <w:t>Cow is giving you a lesson.</w:t>
      </w:r>
    </w:p>
    <w:p>
      <w:pPr>
        <w:jc w:val="right"/>
      </w:pPr>
      <w:r>
        <w:t>کاؤ از گیونگ یو ا لیسن۔</w:t>
      </w:r>
    </w:p>
    <w:p>
      <w:r>
        <w:rPr>
          <w:b/>
        </w:rPr>
        <w:t xml:space="preserve">[15:09] </w:t>
      </w:r>
      <w:r>
        <w:t>You are required also to turn milk, to turn non-milk into milk.</w:t>
      </w:r>
    </w:p>
    <w:p>
      <w:pPr>
        <w:jc w:val="right"/>
      </w:pPr>
      <w:r>
        <w:t>یو آر ریکوائرڈ السو ٹو ٹرن ملک، ٹو ٹرن نان ملک انٹو ملک۔</w:t>
      </w:r>
    </w:p>
    <w:p>
      <w:r>
        <w:rPr>
          <w:b/>
        </w:rPr>
        <w:t xml:space="preserve">[15:15] </w:t>
      </w:r>
      <w:r>
        <w:t>You are required also to turn negativity into positivity.</w:t>
      </w:r>
    </w:p>
    <w:p>
      <w:pPr>
        <w:jc w:val="right"/>
      </w:pPr>
      <w:r>
        <w:t>یو آر ریکوائرڈ السو ٹو ٹرن نیگیٹیوٹی انٹو پازیٹیوٹی۔</w:t>
      </w:r>
    </w:p>
    <w:p>
      <w:r>
        <w:rPr>
          <w:b/>
        </w:rPr>
        <w:t xml:space="preserve">[15:19] </w:t>
      </w:r>
      <w:r>
        <w:t>So difference is a God's blessing.</w:t>
      </w:r>
    </w:p>
    <w:p>
      <w:pPr>
        <w:jc w:val="right"/>
      </w:pPr>
      <w:r>
        <w:t>سو ڈفرنس از ا گاڈز بلیسنگ۔</w:t>
      </w:r>
    </w:p>
    <w:p>
      <w:r>
        <w:rPr>
          <w:b/>
        </w:rPr>
        <w:t xml:space="preserve">[15:21] </w:t>
      </w:r>
      <w:r>
        <w:t>Difference is a test paper for you.</w:t>
      </w:r>
    </w:p>
    <w:p>
      <w:pPr>
        <w:jc w:val="right"/>
      </w:pPr>
      <w:r>
        <w:t>ڈفرنس از ا ٹیسٹ پیپر فار یو۔</w:t>
      </w:r>
    </w:p>
    <w:p>
      <w:r>
        <w:rPr>
          <w:b/>
        </w:rPr>
        <w:t xml:space="preserve">[15:24] </w:t>
      </w:r>
      <w:r>
        <w:t>by producing differences, God wants to see whether you are able to face these differences and convert it</w:t>
      </w:r>
    </w:p>
    <w:p>
      <w:pPr>
        <w:jc w:val="right"/>
      </w:pPr>
      <w:r>
        <w:t>بائی پروڈیوسنگ ڈفرنسز، گاڈ وانٹ ٹو سی ویدر یو آر ایبل ٹو فیس دیز ڈفرنسز اینڈ کنورٹ اٹ</w:t>
      </w:r>
    </w:p>
    <w:p>
      <w:r>
        <w:rPr>
          <w:b/>
        </w:rPr>
        <w:t xml:space="preserve">[15:32] </w:t>
      </w:r>
      <w:r>
        <w:t>into a positive result.</w:t>
      </w:r>
    </w:p>
    <w:p>
      <w:pPr>
        <w:jc w:val="right"/>
      </w:pPr>
      <w:r>
        <w:t>انٹو ا پازیٹیو رزلٹ۔</w:t>
      </w:r>
    </w:p>
    <w:p>
      <w:r>
        <w:rPr>
          <w:b/>
        </w:rPr>
        <w:t xml:space="preserve">[15:34] </w:t>
      </w:r>
      <w:r>
        <w:t>So this is the true formula of life.</w:t>
      </w:r>
    </w:p>
    <w:p>
      <w:pPr>
        <w:jc w:val="right"/>
      </w:pPr>
      <w:r>
        <w:t>سو دس از دا ٹرو فارمولا اف لائف۔</w:t>
      </w:r>
    </w:p>
    <w:p>
      <w:r>
        <w:rPr>
          <w:b/>
        </w:rPr>
        <w:t xml:space="preserve">[15:37] </w:t>
      </w:r>
      <w:r>
        <w:t>This are true formula of life in this regard.</w:t>
      </w:r>
    </w:p>
    <w:p>
      <w:pPr>
        <w:jc w:val="right"/>
      </w:pPr>
      <w:r>
        <w:t>دس ار ٹرو فارمولا اف لائف ان دس ریگارڈ۔</w:t>
      </w:r>
    </w:p>
    <w:p>
      <w:r>
        <w:rPr>
          <w:b/>
        </w:rPr>
        <w:t xml:space="preserve">[15:41] </w:t>
      </w:r>
      <w:r>
        <w:t>So we are destined to live in diversity.</w:t>
      </w:r>
    </w:p>
    <w:p>
      <w:pPr>
        <w:jc w:val="right"/>
      </w:pPr>
      <w:r>
        <w:t>سو وی آر ڈسٹنٹ ٹو لیو ان ڈائیورسٹی۔</w:t>
      </w:r>
    </w:p>
    <w:p>
      <w:r>
        <w:rPr>
          <w:b/>
        </w:rPr>
        <w:t xml:space="preserve">[15:45] </w:t>
      </w:r>
      <w:r>
        <w:t>We are destined to live in a multicultural society.</w:t>
      </w:r>
    </w:p>
    <w:p>
      <w:pPr>
        <w:jc w:val="right"/>
      </w:pPr>
      <w:r>
        <w:t>وی آر ڈسٹنٹ ٹو لیو ان ا ملٹی کلچرل سوسائٹی۔</w:t>
      </w:r>
    </w:p>
    <w:p>
      <w:r>
        <w:rPr>
          <w:b/>
        </w:rPr>
        <w:t xml:space="preserve">[15:49] </w:t>
      </w:r>
      <w:r>
        <w:t>It is our destiny.</w:t>
      </w:r>
    </w:p>
    <w:p>
      <w:pPr>
        <w:jc w:val="right"/>
      </w:pPr>
      <w:r>
        <w:t>اٹ از اور ڈسٹنی۔</w:t>
      </w:r>
    </w:p>
    <w:p>
      <w:r>
        <w:rPr>
          <w:b/>
        </w:rPr>
        <w:t xml:space="preserve">[15:51] </w:t>
      </w:r>
      <w:r>
        <w:t>We cannot change the course of course said by God himself.</w:t>
      </w:r>
    </w:p>
    <w:p>
      <w:pPr>
        <w:jc w:val="right"/>
      </w:pPr>
      <w:r>
        <w:t>وی کاناٹ چینج دا کورس اف کورس سیڈ بائی گاڈ ہم سیلف۔</w:t>
      </w:r>
    </w:p>
    <w:p>
      <w:r>
        <w:rPr>
          <w:b/>
        </w:rPr>
        <w:t xml:space="preserve">[15:56] </w:t>
      </w:r>
      <w:r>
        <w:t>We have to accept it.</w:t>
      </w:r>
    </w:p>
    <w:p>
      <w:pPr>
        <w:jc w:val="right"/>
      </w:pPr>
      <w:r>
        <w:t>وی ہیو ٹو ایکسیپٹ اٹ۔</w:t>
      </w:r>
    </w:p>
    <w:p>
      <w:r>
        <w:rPr>
          <w:b/>
        </w:rPr>
        <w:t xml:space="preserve">[15:58] </w:t>
      </w:r>
      <w:r>
        <w:t>And we have to prove ourself that we can convert negative into positivity.</w:t>
      </w:r>
    </w:p>
    <w:p>
      <w:pPr>
        <w:jc w:val="right"/>
      </w:pPr>
      <w:r>
        <w:t>اینڈ وی ہیو ٹو پروف اور سیلف دیٹ وی کین کنورٹ نیگیٹیو انٹو پازیٹیوٹی۔</w:t>
      </w:r>
    </w:p>
    <w:p>
      <w:r>
        <w:rPr>
          <w:b/>
        </w:rPr>
        <w:t xml:space="preserve">[16:04] </w:t>
      </w:r>
      <w:r>
        <w:t>And you know, God has given you a great treasure that is your mind.</w:t>
      </w:r>
    </w:p>
    <w:p>
      <w:pPr>
        <w:jc w:val="right"/>
      </w:pPr>
      <w:r>
        <w:t>اینڈ یو نو، گاڈ ہاز گیون یو ا گریٹ ٹریژر دیٹ از یور مائنڈ۔</w:t>
      </w:r>
    </w:p>
    <w:p>
      <w:r>
        <w:rPr>
          <w:b/>
        </w:rPr>
        <w:t xml:space="preserve">[16:10] </w:t>
      </w:r>
      <w:r>
        <w:t>Mind is an, mind is an unlimited treasure.</w:t>
      </w:r>
    </w:p>
    <w:p>
      <w:pPr>
        <w:jc w:val="right"/>
      </w:pPr>
      <w:r>
        <w:t>مائنڈ از ان، مائنڈ از ان ان لمیٹڈ ٹریژر۔</w:t>
      </w:r>
    </w:p>
    <w:p>
      <w:r>
        <w:rPr>
          <w:b/>
        </w:rPr>
        <w:t xml:space="preserve">[16:14] </w:t>
      </w:r>
      <w:r>
        <w:t>In every brain, there are hundred million, billion, billion particles.</w:t>
      </w:r>
    </w:p>
    <w:p>
      <w:pPr>
        <w:jc w:val="right"/>
      </w:pPr>
      <w:r>
        <w:t>ان ایوری برین، دیر ار ہنڈرڈ ملین، بلین، بلین پارٹیکلز۔</w:t>
      </w:r>
    </w:p>
    <w:p>
      <w:r>
        <w:rPr>
          <w:b/>
        </w:rPr>
        <w:t xml:space="preserve">[16:18] </w:t>
      </w:r>
      <w:r>
        <w:t>So every brain, every mind has enormous capacity, unlimited capacity.</w:t>
      </w:r>
    </w:p>
    <w:p>
      <w:pPr>
        <w:jc w:val="right"/>
      </w:pPr>
      <w:r>
        <w:t>سو ایوری برین، ایوری مائنڈ ہاز انارمس کپیسٹی، ان لمیٹڈ کپیسٹی۔</w:t>
      </w:r>
    </w:p>
    <w:p>
      <w:r>
        <w:rPr>
          <w:b/>
        </w:rPr>
        <w:t xml:space="preserve">[16:23] </w:t>
      </w:r>
      <w:r>
        <w:t>So why complain? Why protest? Your Creator has given you enormous capacity to manage the differences.</w:t>
      </w:r>
    </w:p>
    <w:p>
      <w:pPr>
        <w:jc w:val="right"/>
      </w:pPr>
      <w:r>
        <w:t>سو وائی کمپلین؟ وائی پروٹیسٹ؟ یور کریٹر ہاز گیون یو انارمس کپیسٹی ٹو مینج دا ڈفرنسز۔</w:t>
      </w:r>
    </w:p>
    <w:p>
      <w:r>
        <w:rPr>
          <w:b/>
        </w:rPr>
        <w:t xml:space="preserve">[16:30] </w:t>
      </w:r>
      <w:r>
        <w:t>Creator has given you enormous capacity to convert the unpleasant situation into pleasant situation.</w:t>
      </w:r>
    </w:p>
    <w:p>
      <w:pPr>
        <w:jc w:val="right"/>
      </w:pPr>
      <w:r>
        <w:t>کریٹر ہاز گیون یو انارمس کپیسٹی ٹو کنورٹ دا ان پریزنٹ سچویشن انٹو پریزنٹ سچویشن۔</w:t>
      </w:r>
    </w:p>
    <w:p>
      <w:r>
        <w:rPr>
          <w:b/>
        </w:rPr>
        <w:t xml:space="preserve">[16:36] </w:t>
      </w:r>
      <w:r>
        <w:t>What is required is patience and tolerance.</w:t>
      </w:r>
    </w:p>
    <w:p>
      <w:pPr>
        <w:jc w:val="right"/>
      </w:pPr>
      <w:r>
        <w:t>واٹ از ریکوائرڈ از پیشنس اینڈ ٹولرنس۔</w:t>
      </w:r>
    </w:p>
    <w:p>
      <w:r>
        <w:rPr>
          <w:b/>
        </w:rPr>
        <w:t xml:space="preserve">[16:39] </w:t>
      </w:r>
      <w:r>
        <w:t>You have to be patient.</w:t>
      </w:r>
    </w:p>
    <w:p>
      <w:pPr>
        <w:jc w:val="right"/>
      </w:pPr>
      <w:r>
        <w:t>یو ہیو ٹو بی پیشنٹ۔</w:t>
      </w:r>
    </w:p>
    <w:p>
      <w:r>
        <w:rPr>
          <w:b/>
        </w:rPr>
        <w:t xml:space="preserve">[16:41] </w:t>
      </w:r>
      <w:r>
        <w:t>You have to be tolerant.</w:t>
      </w:r>
    </w:p>
    <w:p>
      <w:pPr>
        <w:jc w:val="right"/>
      </w:pPr>
      <w:r>
        <w:t>یو ہیو ٹو بی ٹولرنٹ۔</w:t>
      </w:r>
    </w:p>
    <w:p>
      <w:r>
        <w:rPr>
          <w:b/>
        </w:rPr>
        <w:t xml:space="preserve">[16:43] </w:t>
      </w:r>
      <w:r>
        <w:t>Now, what is patience and what is tolerance? It is to think positively.</w:t>
      </w:r>
    </w:p>
    <w:p>
      <w:pPr>
        <w:jc w:val="right"/>
      </w:pPr>
      <w:r>
        <w:t>ناو، واٹ از پیشنس اینڈ واٹ از ٹولرنس؟ اٹ از ٹو تھنک پازیٹیولی۔</w:t>
      </w:r>
    </w:p>
    <w:p>
      <w:r>
        <w:rPr>
          <w:b/>
        </w:rPr>
        <w:t xml:space="preserve">[16:49] </w:t>
      </w:r>
      <w:r>
        <w:t>Patience is the only another name of positive thinking.</w:t>
      </w:r>
    </w:p>
    <w:p>
      <w:pPr>
        <w:jc w:val="right"/>
      </w:pPr>
      <w:r>
        <w:t>پیشنس از دی اونلی انادر نیم اف پازیٹیو تھنکنگ۔</w:t>
      </w:r>
    </w:p>
    <w:p>
      <w:r>
        <w:rPr>
          <w:b/>
        </w:rPr>
        <w:t xml:space="preserve">[16:53] </w:t>
      </w:r>
      <w:r>
        <w:t>When you, patience is only the other name of positive thinking.</w:t>
      </w:r>
    </w:p>
    <w:p>
      <w:pPr>
        <w:jc w:val="right"/>
      </w:pPr>
      <w:r>
        <w:t>وین یو، پیشنس از اونلی دی ادر نیم اف پازیٹیو تھنکنگ۔</w:t>
      </w:r>
    </w:p>
    <w:p>
      <w:r>
        <w:rPr>
          <w:b/>
        </w:rPr>
        <w:t xml:space="preserve">[16:57] </w:t>
      </w:r>
      <w:r>
        <w:t>And impatience is only the other name of negative thinking.</w:t>
      </w:r>
    </w:p>
    <w:p>
      <w:pPr>
        <w:jc w:val="right"/>
      </w:pPr>
      <w:r>
        <w:t>اینڈ امپیشنس از اونلی دی ادر نیم اف نیگیٹیو تھنکنگ۔</w:t>
      </w:r>
    </w:p>
    <w:p>
      <w:r>
        <w:rPr>
          <w:b/>
        </w:rPr>
        <w:t xml:space="preserve">[17:02] </w:t>
      </w:r>
      <w:r>
        <w:t>تو you have to prove a positive person, a mind of positive thinking.</w:t>
      </w:r>
    </w:p>
    <w:p>
      <w:pPr>
        <w:jc w:val="right"/>
      </w:pPr>
      <w:r>
        <w:t>تو یو ہیو ٹو پروف ا پازیٹیو پرسن، ا مائنڈ اف پازیٹیو تھنکنگ۔</w:t>
      </w:r>
    </w:p>
    <w:p>
      <w:r>
        <w:rPr>
          <w:b/>
        </w:rPr>
        <w:t xml:space="preserve">[17:07] </w:t>
      </w:r>
      <w:r>
        <w:t>This is the only, this is a trial, this is a test for you.</w:t>
      </w:r>
    </w:p>
    <w:p>
      <w:pPr>
        <w:jc w:val="right"/>
      </w:pPr>
      <w:r>
        <w:t>دس از دا اونلی، دس از ا ٹرائل، دس از ا ٹیسٹ فار یو۔</w:t>
      </w:r>
    </w:p>
    <w:p>
      <w:r>
        <w:rPr>
          <w:b/>
        </w:rPr>
        <w:t xml:space="preserve">[17:13] </w:t>
      </w:r>
      <w:r>
        <w:t>You have to save yourself from being negative thinker.</w:t>
      </w:r>
    </w:p>
    <w:p>
      <w:pPr>
        <w:jc w:val="right"/>
      </w:pPr>
      <w:r>
        <w:t>یو ہیو ٹو سیو یور سیلف فرام بینگ نیگیٹیو تھنکر۔</w:t>
      </w:r>
    </w:p>
    <w:p>
      <w:r>
        <w:rPr>
          <w:b/>
        </w:rPr>
        <w:t xml:space="preserve">[17:18] </w:t>
      </w:r>
      <w:r>
        <w:t>You have always, you have to try to be, you have, you have, you have always try to</w:t>
      </w:r>
    </w:p>
    <w:p>
      <w:pPr>
        <w:jc w:val="right"/>
      </w:pPr>
      <w:r>
        <w:t>یو ہیو الویز، یو ہیو ٹو ٹرائی ٹو بی، یو ہیو، یو ہیو، یو ہیو الویز ٹرائی ٹو</w:t>
      </w:r>
    </w:p>
    <w:p>
      <w:r>
        <w:rPr>
          <w:b/>
        </w:rPr>
        <w:t xml:space="preserve">[17:25] </w:t>
      </w:r>
      <w:r>
        <w:t>Prove yourself a positive thinker.</w:t>
      </w:r>
    </w:p>
    <w:p>
      <w:pPr>
        <w:jc w:val="right"/>
      </w:pPr>
      <w:r>
        <w:t>پروف یور سیلف ا پازیٹیو تھنکر۔</w:t>
      </w:r>
    </w:p>
    <w:p>
      <w:r>
        <w:rPr>
          <w:b/>
        </w:rPr>
        <w:t xml:space="preserve">[17:28] </w:t>
      </w:r>
      <w:r>
        <w:t>This can only be, this target can only be achieved by managing the differences.</w:t>
      </w:r>
    </w:p>
    <w:p>
      <w:pPr>
        <w:jc w:val="right"/>
      </w:pPr>
      <w:r>
        <w:t>دس کین اونلی بی، دس ٹارگٹ کین اونلی بی اچیو بائی مینجنگ دا ڈفرنسز۔</w:t>
      </w:r>
    </w:p>
    <w:p>
      <w:r>
        <w:rPr>
          <w:b/>
        </w:rPr>
        <w:t xml:space="preserve">[17:34] </w:t>
      </w:r>
      <w:r>
        <w:t>And if you try to eliminate the differences, you will disrupt all the, all the fabric of, all</w:t>
      </w:r>
    </w:p>
    <w:p>
      <w:pPr>
        <w:jc w:val="right"/>
      </w:pPr>
      <w:r>
        <w:t>اینڈ اف یو ٹرائی ٹو ایلیمینیٹ دا ڈفرنسز، یو ویل ڈسربٹ ال دا، ال دا فیبرک اف، ال</w:t>
      </w:r>
    </w:p>
    <w:p>
      <w:r>
        <w:rPr>
          <w:b/>
        </w:rPr>
        <w:t xml:space="preserve">[17:42] </w:t>
      </w:r>
      <w:r>
        <w:t>The fabric said by God in this world.</w:t>
      </w:r>
    </w:p>
    <w:p>
      <w:pPr>
        <w:jc w:val="right"/>
      </w:pPr>
      <w:r>
        <w:t>دا فیبرک سیڈ بائی گاڈ ان دس ورلڈ۔</w:t>
      </w:r>
    </w:p>
    <w:p>
      <w:r>
        <w:rPr>
          <w:b/>
        </w:rPr>
        <w:t xml:space="preserve">[17:45] </w:t>
      </w:r>
      <w:r>
        <w:t>So, according to my experience, difference is a blessing, a great blessing.</w:t>
      </w:r>
    </w:p>
    <w:p>
      <w:pPr>
        <w:jc w:val="right"/>
      </w:pPr>
      <w:r>
        <w:t>سو اکارڈنگ ٹو مائی ایکسپیرینس، ڈفرنس از ا بلیسنگ، ا گریٹ بلیسنگ۔</w:t>
      </w:r>
    </w:p>
    <w:p>
      <w:r>
        <w:rPr>
          <w:b/>
        </w:rPr>
        <w:t xml:space="preserve">[17:50] </w:t>
      </w:r>
      <w:r>
        <w:t>Great blessing is not an evil.</w:t>
      </w:r>
    </w:p>
    <w:p>
      <w:pPr>
        <w:jc w:val="right"/>
      </w:pPr>
      <w:r>
        <w:t>گریٹ بلیسنگ از ناٹ این ایول۔</w:t>
      </w:r>
    </w:p>
    <w:p>
      <w:r>
        <w:rPr>
          <w:b/>
        </w:rPr>
        <w:t xml:space="preserve">[17:53] </w:t>
      </w:r>
      <w:r>
        <w:t>All those people who try to eliminate the difference, they failed, they failed.</w:t>
      </w:r>
    </w:p>
    <w:p>
      <w:pPr>
        <w:jc w:val="right"/>
      </w:pPr>
      <w:r>
        <w:t>ال دوست پیپل ہو ٹرائی ٹو ایلیمینیٹ دا ڈفرنس، دے فیلڈ، دے فیلڈ۔</w:t>
      </w:r>
    </w:p>
    <w:p>
      <w:r>
        <w:rPr>
          <w:b/>
        </w:rPr>
        <w:t xml:space="preserve">[17:58] </w:t>
      </w:r>
      <w:r>
        <w:t>because he tried to eliminate the course of nature.</w:t>
      </w:r>
    </w:p>
    <w:p>
      <w:pPr>
        <w:jc w:val="right"/>
      </w:pPr>
      <w:r>
        <w:t>بیکاز ہی ٹرائی ٹو ایلیمینیٹ دا کورس اف نیچر۔</w:t>
      </w:r>
    </w:p>
    <w:p>
      <w:r>
        <w:rPr>
          <w:b/>
        </w:rPr>
        <w:t xml:space="preserve">[18:02] </w:t>
      </w:r>
      <w:r>
        <w:t>And who can change the course of nature? In India, in India, the greatest leader of India, Mahatma</w:t>
      </w:r>
    </w:p>
    <w:p>
      <w:pPr>
        <w:jc w:val="right"/>
      </w:pPr>
      <w:r>
        <w:t>اینڈ ہو کین چینج دا کورس اف نیچر؟ ان انڈیا، ان انڈیا، دا گریٹسٹ لیڈر اف انڈیا، مہاتما</w:t>
      </w:r>
    </w:p>
    <w:p>
      <w:r>
        <w:rPr>
          <w:b/>
        </w:rPr>
        <w:t xml:space="preserve">[18:10] </w:t>
      </w:r>
      <w:r>
        <w:t>Gandhi, wanted to establish a society, a harmonious society in India, after the freedom.</w:t>
      </w:r>
    </w:p>
    <w:p>
      <w:pPr>
        <w:jc w:val="right"/>
      </w:pPr>
      <w:r>
        <w:t>گاندھی، وانٹڈ ٹو اسٹیبلش ا سوسائٹی، ا ہارمونیس سوسائٹی ان انڈیا، افٹر دی فریڈم۔</w:t>
      </w:r>
    </w:p>
    <w:p>
      <w:r>
        <w:rPr>
          <w:b/>
        </w:rPr>
        <w:t xml:space="preserve">[18:16] </w:t>
      </w:r>
      <w:r>
        <w:t>But unfortunately, he was shot dead in 1948.</w:t>
      </w:r>
    </w:p>
    <w:p>
      <w:pPr>
        <w:jc w:val="right"/>
      </w:pPr>
      <w:r>
        <w:t>بٹ انفارچونیٹلی، ہی واز شاٹ ڈیڈ ان 1948۔</w:t>
      </w:r>
    </w:p>
    <w:p>
      <w:r>
        <w:rPr>
          <w:b/>
        </w:rPr>
        <w:t xml:space="preserve">[18:19] </w:t>
      </w:r>
      <w:r>
        <w:t>Before his death, he declared that, he declared what was his mission in post-independent India.</w:t>
      </w:r>
    </w:p>
    <w:p>
      <w:pPr>
        <w:jc w:val="right"/>
      </w:pPr>
      <w:r>
        <w:t>بیفور ہز ڈیتھ، ہی ڈیکلیئرڈ دیٹ، ہی ڈیکلیئرڈ واٹ واز ہز مشن ان پوسٹ انڈیپینڈنٹ انڈیا۔</w:t>
      </w:r>
    </w:p>
    <w:p>
      <w:r>
        <w:rPr>
          <w:b/>
        </w:rPr>
        <w:t xml:space="preserve">[18:26] </w:t>
      </w:r>
      <w:r>
        <w:t>He said, Hindu aur Musalman must live, Hindu aur Musalman must learn to live in harmony.</w:t>
      </w:r>
    </w:p>
    <w:p>
      <w:pPr>
        <w:jc w:val="right"/>
      </w:pPr>
      <w:r>
        <w:t>ہی سیڈ، ہندو اور مسلمان مسٹ لیو، ہندو اور مسلمان مسٹ لرن ٹو لیو ان ہارمونی۔</w:t>
      </w:r>
    </w:p>
    <w:p>
      <w:r>
        <w:rPr>
          <w:b/>
        </w:rPr>
        <w:t xml:space="preserve">[18:33] </w:t>
      </w:r>
      <w:r>
        <w:t>harmony.</w:t>
      </w:r>
    </w:p>
    <w:p>
      <w:pPr>
        <w:jc w:val="right"/>
      </w:pPr>
      <w:r>
        <w:t>ہارمونی۔</w:t>
      </w:r>
    </w:p>
    <w:p>
      <w:r>
        <w:rPr>
          <w:b/>
        </w:rPr>
        <w:t xml:space="preserve">[18:34] </w:t>
      </w:r>
      <w:r>
        <w:t>He never said that they must eliminate all those differences in terms of culture, in terms of religion.</w:t>
      </w:r>
    </w:p>
    <w:p>
      <w:pPr>
        <w:jc w:val="right"/>
      </w:pPr>
      <w:r>
        <w:t>ہی نیور سیڈ دیٹ دے مسٹ ایلیمینیٹ ال دوست ڈفرنسز ان ٹرم اف کلچر، ان ٹرم اف ریلیجن۔</w:t>
      </w:r>
    </w:p>
    <w:p>
      <w:r>
        <w:rPr>
          <w:b/>
        </w:rPr>
        <w:t xml:space="preserve">[18:42] </w:t>
      </w:r>
      <w:r>
        <w:t>مہاتما گاندھی never said like this, that you have to eliminate all those differences that are prevalent in</w:t>
      </w:r>
    </w:p>
    <w:p>
      <w:pPr>
        <w:jc w:val="right"/>
      </w:pPr>
      <w:r>
        <w:t>مہاتما گاندھی نیور سیڈ لائک دس، دیٹ یو ہیو ٹو ایلیمینیٹ ال دوست ڈفرنسز دیٹ ار پریونٹ ان</w:t>
      </w:r>
    </w:p>
    <w:p>
      <w:r>
        <w:rPr>
          <w:b/>
        </w:rPr>
        <w:t xml:space="preserve">[18:50] </w:t>
      </w:r>
      <w:r>
        <w:t>India, in terms of culture, in terms of language, in terms of religion.</w:t>
      </w:r>
    </w:p>
    <w:p>
      <w:pPr>
        <w:jc w:val="right"/>
      </w:pPr>
      <w:r>
        <w:t>انڈیا، ان ٹرم اف کلچر، ان ٹرم اف لینگویج، ان ٹرم اف ریلیجن۔</w:t>
      </w:r>
    </w:p>
    <w:p>
      <w:r>
        <w:rPr>
          <w:b/>
        </w:rPr>
        <w:t xml:space="preserve">[18:56] </w:t>
      </w:r>
      <w:r>
        <w:t>Instead, he said that Muslims, Hindus and Muslims should learn to live together in peace and harmony.</w:t>
      </w:r>
    </w:p>
    <w:p>
      <w:pPr>
        <w:jc w:val="right"/>
      </w:pPr>
      <w:r>
        <w:t>انسٹیڈ، ہی سیڈ دیٹ مسٹ، ہندو اور مسلمانز شوڈ لرن ٹو لیو ٹوگیدر ان پیس اینڈ ہارمونی۔</w:t>
      </w:r>
    </w:p>
    <w:p>
      <w:r>
        <w:rPr>
          <w:b/>
        </w:rPr>
        <w:t xml:space="preserve">[19:03] </w:t>
      </w:r>
      <w:r>
        <w:t>Otherwise, I should die in the attempt.</w:t>
      </w:r>
    </w:p>
    <w:p>
      <w:pPr>
        <w:jc w:val="right"/>
      </w:pPr>
      <w:r>
        <w:t>ادروائز، ائی شوڈ ڈائی ان دا اٹیمپٹ۔</w:t>
      </w:r>
    </w:p>
    <w:p>
      <w:r>
        <w:rPr>
          <w:b/>
        </w:rPr>
        <w:t xml:space="preserve">[19:06] </w:t>
      </w:r>
      <w:r>
        <w:t>So this is the best mission for Indian leaders and Indian thinkers.</w:t>
      </w:r>
    </w:p>
    <w:p>
      <w:pPr>
        <w:jc w:val="right"/>
      </w:pPr>
      <w:r>
        <w:t>سو دس از دا بیسٹ مشن فار انڈین لیڈرز اینڈ انڈین تھنکرز۔</w:t>
      </w:r>
    </w:p>
    <w:p>
      <w:r>
        <w:rPr>
          <w:b/>
        </w:rPr>
        <w:t xml:space="preserve">[19:11] </w:t>
      </w:r>
      <w:r>
        <w:t>We must try to train people in such a way that they may live in our society, in</w:t>
      </w:r>
    </w:p>
    <w:p>
      <w:pPr>
        <w:jc w:val="right"/>
      </w:pPr>
      <w:r>
        <w:t>وی مسٹ ٹرائی ٹو ٹرین پیپل ان سچ ا وے دیٹ دے می لیو ان اور سوسائٹی، ان</w:t>
      </w:r>
    </w:p>
    <w:p>
      <w:r>
        <w:rPr>
          <w:b/>
        </w:rPr>
        <w:t xml:space="preserve">[19:19] </w:t>
      </w:r>
      <w:r>
        <w:t>aur multicultural society, multi-religion society, with peace and harmony.</w:t>
      </w:r>
    </w:p>
    <w:p>
      <w:pPr>
        <w:jc w:val="right"/>
      </w:pPr>
      <w:r>
        <w:t>اور ملٹی کلچرل سوسائٹی، ملٹی ریلیجن سوسائٹی، ود پیس اینڈ ہارمونی۔</w:t>
      </w:r>
    </w:p>
    <w:p>
      <w:r>
        <w:rPr>
          <w:b/>
        </w:rPr>
        <w:t xml:space="preserve">[19:23] </w:t>
      </w:r>
      <w:r>
        <w:t>We have to educate people.</w:t>
      </w:r>
    </w:p>
    <w:p>
      <w:pPr>
        <w:jc w:val="right"/>
      </w:pPr>
      <w:r>
        <w:t>وی ہیو ٹو ایجوکیٹ پیپل۔</w:t>
      </w:r>
    </w:p>
    <w:p>
      <w:r>
        <w:rPr>
          <w:b/>
        </w:rPr>
        <w:t xml:space="preserve">[19:26] </w:t>
      </w:r>
      <w:r>
        <w:t>We have to train people.</w:t>
      </w:r>
    </w:p>
    <w:p>
      <w:pPr>
        <w:jc w:val="right"/>
      </w:pPr>
      <w:r>
        <w:t>وی ہیو ٹو ٹرین پیپل۔</w:t>
      </w:r>
    </w:p>
    <w:p>
      <w:r>
        <w:rPr>
          <w:b/>
        </w:rPr>
        <w:t xml:space="preserve">[19:28] </w:t>
      </w:r>
      <w:r>
        <w:t>We have to make people understand that this is the only way of progress and development.</w:t>
      </w:r>
    </w:p>
    <w:p>
      <w:pPr>
        <w:jc w:val="right"/>
      </w:pPr>
      <w:r>
        <w:t>وی ہیو ٹو میک پیپل انڈرسٹینڈ دیٹ دس از دا اونلی وے اف پروگریس اینڈ ڈیولپمنٹ۔</w:t>
      </w:r>
    </w:p>
    <w:p>
      <w:r>
        <w:rPr>
          <w:b/>
        </w:rPr>
        <w:t xml:space="preserve">[19:35] </w:t>
      </w:r>
      <w:r>
        <w:t>You know, there are many, many differences in our society.</w:t>
      </w:r>
    </w:p>
    <w:p>
      <w:pPr>
        <w:jc w:val="right"/>
      </w:pPr>
      <w:r>
        <w:t>یو نو، دیر ار مینی، مینی ڈفرنسز ان اور سوسائٹی۔</w:t>
      </w:r>
    </w:p>
    <w:p>
      <w:r>
        <w:rPr>
          <w:b/>
        </w:rPr>
        <w:t xml:space="preserve">[19:39] </w:t>
      </w:r>
      <w:r>
        <w:t>But don't try to eliminate these differences.</w:t>
      </w:r>
    </w:p>
    <w:p>
      <w:pPr>
        <w:jc w:val="right"/>
      </w:pPr>
      <w:r>
        <w:t>بٹ ڈونٹ ٹرائی ٹو ایلیمینیٹ دیز ڈفرنسز۔</w:t>
      </w:r>
    </w:p>
    <w:p>
      <w:r>
        <w:rPr>
          <w:b/>
        </w:rPr>
        <w:t xml:space="preserve">[19:42] </w:t>
      </w:r>
      <w:r>
        <w:t>But try to make people understand that difference is a part of, part of nature, part of life.</w:t>
      </w:r>
    </w:p>
    <w:p>
      <w:pPr>
        <w:jc w:val="right"/>
      </w:pPr>
      <w:r>
        <w:t>بٹ ٹرائی ٹو میک پیپل انڈرسٹینڈ دیٹ ڈفرنس از ا پارٹ اف، پارٹ اف نیچر، پارٹ اف لائف۔</w:t>
      </w:r>
    </w:p>
    <w:p>
      <w:r>
        <w:rPr>
          <w:b/>
        </w:rPr>
        <w:t xml:space="preserve">[19:50] </w:t>
      </w:r>
      <w:r>
        <w:t>So you have to inculcate the spirit of tolerance, spirit of peaceful living, spirit of adjustment.</w:t>
      </w:r>
    </w:p>
    <w:p>
      <w:pPr>
        <w:jc w:val="right"/>
      </w:pPr>
      <w:r>
        <w:t>سو یو ہیو ٹو انکلکیٹ دا سپرٹ اف ٹولرنس، سپرٹ اف پیس فل لیونگ، سپرٹ اف ایڈجسٹمنٹ۔</w:t>
      </w:r>
    </w:p>
    <w:p>
      <w:r>
        <w:rPr>
          <w:b/>
        </w:rPr>
        <w:t xml:space="preserve">[19:57] </w:t>
      </w:r>
      <w:r>
        <w:t>And this is the only way to success.</w:t>
      </w:r>
    </w:p>
    <w:p>
      <w:pPr>
        <w:jc w:val="right"/>
      </w:pPr>
      <w:r>
        <w:t>اینڈ دس از دا اونلی وے ٹو سکسیس۔</w:t>
      </w:r>
    </w:p>
    <w:p>
      <w:r>
        <w:rPr>
          <w:b/>
        </w:rPr>
        <w:t xml:space="preserve">[20:00] </w:t>
      </w:r>
      <w:r>
        <w:t>May God bless you.</w:t>
      </w:r>
    </w:p>
    <w:p>
      <w:pPr>
        <w:jc w:val="right"/>
      </w:pPr>
      <w:r>
        <w:t>می گاڈ بلیس یو۔</w:t>
      </w:r>
    </w:p>
    <w:p>
      <w:r>
        <w:rPr>
          <w:b/>
        </w:rPr>
        <w:t xml:space="preserve">[20:02] </w:t>
      </w:r>
      <w:r>
        <w:t>May God help you realize this noble cause.</w:t>
      </w:r>
    </w:p>
    <w:p>
      <w:pPr>
        <w:jc w:val="right"/>
      </w:pPr>
      <w:r>
        <w:t>می گاڈ ہیلپ یو ریلائز دس نوبل کاز۔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