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Prophetic Guidance 1 February 18, 2007</w:t>
      </w:r>
    </w:p>
    <w:p>
      <w:r>
        <w:t>https://www.youtube.com/watch?v=wL8CcsO1qEo</w:t>
      </w:r>
    </w:p>
    <w:p>
      <w:r>
        <w:rPr>
          <w:b/>
        </w:rPr>
        <w:t xml:space="preserve">[00:10] </w:t>
      </w:r>
      <w:r>
        <w:t>wasallallah ala nabiy al-karim, rab ishrah li sadri, wa yassir li amri, wah lul uqdatan min lisani yafqahu qawli.</w:t>
      </w:r>
    </w:p>
    <w:p>
      <w:pPr>
        <w:jc w:val="right"/>
      </w:pPr>
      <w:r>
        <w:t>وصلی اللہ علی النبی الکریم، رب اشرح لی صدری، ویسر لی امری، واحل العقدۃ من لسانی یفقہ قولی۔</w:t>
      </w:r>
    </w:p>
    <w:p>
      <w:r>
        <w:rPr>
          <w:b/>
        </w:rPr>
        <w:t xml:space="preserve">[00:17] </w:t>
      </w:r>
      <w:r>
        <w:t>aaj ke liye jo topic hai woh hai "The Prophetic Guidance".</w:t>
      </w:r>
    </w:p>
    <w:p>
      <w:pPr>
        <w:jc w:val="right"/>
      </w:pPr>
      <w:r>
        <w:t>آج کے لیے جو ٹاپک ہے وہ ہے "The Prophetic Guidance"۔</w:t>
      </w:r>
    </w:p>
    <w:p>
      <w:r>
        <w:rPr>
          <w:b/>
        </w:rPr>
        <w:t xml:space="preserve">[00:22] </w:t>
      </w:r>
      <w:r>
        <w:t>allah taala ne duniya mein insan ke liye kuch examples set kar diye, jo prophet aaye woh sab</w:t>
      </w:r>
    </w:p>
    <w:p>
      <w:pPr>
        <w:jc w:val="right"/>
      </w:pPr>
      <w:r>
        <w:t>اللہ تعالیٰ نے دنیا میں انسان کے لیے کچھ examples set کر دیے، جو prophet آئے وہ سب</w:t>
      </w:r>
    </w:p>
    <w:p>
      <w:r>
        <w:rPr>
          <w:b/>
        </w:rPr>
        <w:t xml:space="preserve">[00:30] </w:t>
      </w:r>
      <w:r>
        <w:t>insan ko example dene ke liye aaye.</w:t>
      </w:r>
    </w:p>
    <w:p>
      <w:pPr>
        <w:jc w:val="right"/>
      </w:pPr>
      <w:r>
        <w:t>انسان کو example دینے کے لیے آئے۔</w:t>
      </w:r>
    </w:p>
    <w:p>
      <w:r>
        <w:rPr>
          <w:b/>
        </w:rPr>
        <w:t xml:space="preserve">[00:33] </w:t>
      </w:r>
      <w:r>
        <w:t>different situation mein aaye saare prophet, aur har situation ke liye unhone insan ko example di.</w:t>
      </w:r>
    </w:p>
    <w:p>
      <w:pPr>
        <w:jc w:val="right"/>
      </w:pPr>
      <w:r>
        <w:t>Different situation میں آئے سارے prophet، اور ہر situation کے لیے انہوں نے انسان کو example دیے۔</w:t>
      </w:r>
    </w:p>
    <w:p>
      <w:r>
        <w:rPr>
          <w:b/>
        </w:rPr>
        <w:t xml:space="preserve">[00:40] </w:t>
      </w:r>
      <w:r>
        <w:t>is example ka record quran mein maujood hai.</w:t>
      </w:r>
    </w:p>
    <w:p>
      <w:pPr>
        <w:jc w:val="right"/>
      </w:pPr>
      <w:r>
        <w:t>اس example کا ریکارڈ قرآن میں موجود ہے۔</w:t>
      </w:r>
    </w:p>
    <w:p>
      <w:r>
        <w:rPr>
          <w:b/>
        </w:rPr>
        <w:t xml:space="preserve">[00:43] </w:t>
      </w:r>
      <w:r>
        <w:t>toh aaj mein isi ko apni talk ka mauzu banata hoon, inshallah.</w:t>
      </w:r>
    </w:p>
    <w:p>
      <w:pPr>
        <w:jc w:val="right"/>
      </w:pPr>
      <w:r>
        <w:t>تو آج میں اسی کو اپنی talk کا موضوع بناتا ہوں، انشاءاللہ۔</w:t>
      </w:r>
    </w:p>
    <w:p>
      <w:r>
        <w:rPr>
          <w:b/>
        </w:rPr>
        <w:t xml:space="preserve">[00:49] </w:t>
      </w:r>
      <w:r>
        <w:t>asal mein aisa hua ke ab se koi pandrah saal pehle ki baat hai ke jahan mein rehta</w:t>
      </w:r>
    </w:p>
    <w:p>
      <w:pPr>
        <w:jc w:val="right"/>
      </w:pPr>
      <w:r>
        <w:t>اصل میں ایسا ہوا کہ اب سے کوئی پندرہ سال پہلے کی بات ہے کہ جہاں میں رہتا</w:t>
      </w:r>
    </w:p>
    <w:p>
      <w:r>
        <w:rPr>
          <w:b/>
        </w:rPr>
        <w:t xml:space="preserve">[00:56] </w:t>
      </w:r>
      <w:r>
        <w:t>hoon, C 29, Nizamuddin West mein, wahan hum pehle aisa karte the ke kuch doosre logon ki</w:t>
      </w:r>
    </w:p>
    <w:p>
      <w:pPr>
        <w:jc w:val="right"/>
      </w:pPr>
      <w:r>
        <w:t>ہوں، سی 29، نظام الدین ویسٹ میں، وہاں ہم پہلے ایسا کرتے تھے کہ کچھ دوسرے لوگوں کی</w:t>
      </w:r>
    </w:p>
    <w:p>
      <w:r>
        <w:rPr>
          <w:b/>
        </w:rPr>
        <w:t xml:space="preserve">[01:04] </w:t>
      </w:r>
      <w:r>
        <w:t>speech dilwate the wahan.</w:t>
      </w:r>
    </w:p>
    <w:p>
      <w:pPr>
        <w:jc w:val="right"/>
      </w:pPr>
      <w:r>
        <w:t>speech دلواتے تھے وہاں۔</w:t>
      </w:r>
    </w:p>
    <w:p>
      <w:r>
        <w:rPr>
          <w:b/>
        </w:rPr>
        <w:t xml:space="preserve">[01:06] </w:t>
      </w:r>
      <w:r>
        <w:t>ab toh humne band kar diya woh silsila.</w:t>
      </w:r>
    </w:p>
    <w:p>
      <w:pPr>
        <w:jc w:val="right"/>
      </w:pPr>
      <w:r>
        <w:t>اب تو ہم نے بند کر دیا وہ سلسلہ۔</w:t>
      </w:r>
    </w:p>
    <w:p>
      <w:r>
        <w:rPr>
          <w:b/>
        </w:rPr>
        <w:t xml:space="preserve">[01:10] </w:t>
      </w:r>
      <w:r>
        <w:t>toh pandrah saal pehle aisa hua ke wahan par humne ek meeting mein ek saahib ko bolne</w:t>
      </w:r>
    </w:p>
    <w:p>
      <w:pPr>
        <w:jc w:val="right"/>
      </w:pPr>
      <w:r>
        <w:t>تو پندرہ سال پہلے ایسا ہوا کہ وہاں پر ہم نے ایک میٹنگ میں ایک صاحب کو بولنے</w:t>
      </w:r>
    </w:p>
    <w:p>
      <w:r>
        <w:rPr>
          <w:b/>
        </w:rPr>
        <w:t xml:space="preserve">[01:17] </w:t>
      </w:r>
      <w:r>
        <w:t>ka mauqa diya tha.</w:t>
      </w:r>
    </w:p>
    <w:p>
      <w:pPr>
        <w:jc w:val="right"/>
      </w:pPr>
      <w:r>
        <w:t>کا موقع دیا تھا۔</w:t>
      </w:r>
    </w:p>
    <w:p>
      <w:r>
        <w:rPr>
          <w:b/>
        </w:rPr>
        <w:t xml:space="preserve">[01:19] </w:t>
      </w:r>
      <w:r>
        <w:t>yeh saahib rehte hain America mein, USA mein.</w:t>
      </w:r>
    </w:p>
    <w:p>
      <w:pPr>
        <w:jc w:val="right"/>
      </w:pPr>
      <w:r>
        <w:t>یہ صاحب رہتے ہیں امریکہ میں، یو ایس اے میں۔</w:t>
      </w:r>
    </w:p>
    <w:p>
      <w:r>
        <w:rPr>
          <w:b/>
        </w:rPr>
        <w:t xml:space="preserve">[01:23] </w:t>
      </w:r>
      <w:r>
        <w:t>woh wahan par second largest jo American center hai musalmanon ka, uske woh director hain.</w:t>
      </w:r>
    </w:p>
    <w:p>
      <w:pPr>
        <w:jc w:val="right"/>
      </w:pPr>
      <w:r>
        <w:t>وہ وہاں پر سیکنڈ لارجسٹ جو امریکن سینٹر ہے مسلمانوں کا، اس کے وہ ڈائریکٹر ہیں۔</w:t>
      </w:r>
    </w:p>
    <w:p>
      <w:r>
        <w:rPr>
          <w:b/>
        </w:rPr>
        <w:t xml:space="preserve">[01:30] </w:t>
      </w:r>
      <w:r>
        <w:t>abhi bhi director hain woh.</w:t>
      </w:r>
    </w:p>
    <w:p>
      <w:pPr>
        <w:jc w:val="right"/>
      </w:pPr>
      <w:r>
        <w:t>ابھی بھی ڈائریکٹر ہیں وہ۔</w:t>
      </w:r>
    </w:p>
    <w:p>
      <w:r>
        <w:rPr>
          <w:b/>
        </w:rPr>
        <w:t xml:space="preserve">[01:32] </w:t>
      </w:r>
      <w:r>
        <w:t>toh woh bahut hi learned aadmi hain.</w:t>
      </w:r>
    </w:p>
    <w:p>
      <w:pPr>
        <w:jc w:val="right"/>
      </w:pPr>
      <w:r>
        <w:t>تو وہ بہت ہی learned آدمی ہیں۔</w:t>
      </w:r>
    </w:p>
    <w:p>
      <w:r>
        <w:rPr>
          <w:b/>
        </w:rPr>
        <w:t xml:space="preserve">[01:35] </w:t>
      </w:r>
      <w:r>
        <w:t>woh bahut achhi urdu zaban jaante hain, bahut achhi English jaante hain.</w:t>
      </w:r>
    </w:p>
    <w:p>
      <w:pPr>
        <w:jc w:val="right"/>
      </w:pPr>
      <w:r>
        <w:t>وہ بہت اچھی عربی زبان جانتے ہیں، بہت اچھی انگلش جانتے ہیں۔</w:t>
      </w:r>
    </w:p>
    <w:p>
      <w:r>
        <w:rPr>
          <w:b/>
        </w:rPr>
        <w:t xml:space="preserve">[01:40] </w:t>
      </w:r>
      <w:r>
        <w:t>toh unki study bhi bahut achhi hai, dono side ki.</w:t>
      </w:r>
    </w:p>
    <w:p>
      <w:pPr>
        <w:jc w:val="right"/>
      </w:pPr>
      <w:r>
        <w:t>تو ان کی study بھی بہت اچھی ہے، دونوں سائیڈ کی۔</w:t>
      </w:r>
    </w:p>
    <w:p>
      <w:r>
        <w:rPr>
          <w:b/>
        </w:rPr>
        <w:t xml:space="preserve">[01:45] </w:t>
      </w:r>
      <w:r>
        <w:t>toh baharhal American Muslims mein woh in thode se logon mein se hain, maane jaate hain, jo Islam</w:t>
      </w:r>
    </w:p>
    <w:p>
      <w:pPr>
        <w:jc w:val="right"/>
      </w:pPr>
      <w:r>
        <w:t>تو بہرحال امریکن مسلمز میں وہ ان تھوڑے سے لوگوں میں سے ہیں، مانے جاتے ہیں، جو اسلام</w:t>
      </w:r>
    </w:p>
    <w:p>
      <w:r>
        <w:rPr>
          <w:b/>
        </w:rPr>
        <w:t xml:space="preserve">[01:53] </w:t>
      </w:r>
      <w:r>
        <w:t>ki kaafi study jinhone ki hai.</w:t>
      </w:r>
    </w:p>
    <w:p>
      <w:pPr>
        <w:jc w:val="right"/>
      </w:pPr>
      <w:r>
        <w:t>کی کافی study جنہوں نے کی ہے۔</w:t>
      </w:r>
    </w:p>
    <w:p>
      <w:r>
        <w:rPr>
          <w:b/>
        </w:rPr>
        <w:t xml:space="preserve">[01:56] </w:t>
      </w:r>
      <w:r>
        <w:t>toh woh India aaye hue the, humne unka lecture rakha apne yahan.</w:t>
      </w:r>
    </w:p>
    <w:p>
      <w:pPr>
        <w:jc w:val="right"/>
      </w:pPr>
      <w:r>
        <w:t>تو وہ انڈیا آئے ہوئے تھے، ہم نے ان کا lecture رکھا اپنے یہاں۔</w:t>
      </w:r>
    </w:p>
    <w:p>
      <w:r>
        <w:rPr>
          <w:b/>
        </w:rPr>
        <w:t xml:space="preserve">[02:02] </w:t>
      </w:r>
      <w:r>
        <w:t>un ke lecture ka jo topic tha woh tha "Islam in America"۔</w:t>
      </w:r>
    </w:p>
    <w:p>
      <w:pPr>
        <w:jc w:val="right"/>
      </w:pPr>
      <w:r>
        <w:t>ان کے lecture کا جو topic تھا وہ تھا "Islam in America"۔</w:t>
      </w:r>
    </w:p>
    <w:p>
      <w:r>
        <w:rPr>
          <w:b/>
        </w:rPr>
        <w:t xml:space="preserve">[02:07] </w:t>
      </w:r>
      <w:r>
        <w:t>is par woh bolay۔</w:t>
      </w:r>
    </w:p>
    <w:p>
      <w:pPr>
        <w:jc w:val="right"/>
      </w:pPr>
      <w:r>
        <w:t>اس پر وہ بولے۔</w:t>
      </w:r>
    </w:p>
    <w:p>
      <w:r>
        <w:rPr>
          <w:b/>
        </w:rPr>
        <w:t xml:space="preserve">[02:09] </w:t>
      </w:r>
      <w:r>
        <w:t>phir last mein question answer ka silsila tha۔</w:t>
      </w:r>
    </w:p>
    <w:p>
      <w:pPr>
        <w:jc w:val="right"/>
      </w:pPr>
      <w:r>
        <w:t>پھر last میں question answer کا سلسلہ تھا۔</w:t>
      </w:r>
    </w:p>
    <w:p>
      <w:r>
        <w:rPr>
          <w:b/>
        </w:rPr>
        <w:t xml:space="preserve">[02:12] </w:t>
      </w:r>
      <w:r>
        <w:t>to audience mein se ek sahab ne un se poocha ke hum India mein rehte hain, India mein</w:t>
      </w:r>
    </w:p>
    <w:p>
      <w:pPr>
        <w:jc w:val="right"/>
      </w:pPr>
      <w:r>
        <w:t>تو audience میں سے ایک صاحب نے ان سے پوچھا کہ ہم انڈیا میں رہتے ہیں، انڈیا میں</w:t>
      </w:r>
    </w:p>
    <w:p>
      <w:r>
        <w:rPr>
          <w:b/>
        </w:rPr>
        <w:t xml:space="preserve">[02:20] </w:t>
      </w:r>
      <w:r>
        <w:t>musalman minority mein hain, yahan par doosri community jo hai woh majority mein hai, aur democracy mein aap</w:t>
      </w:r>
    </w:p>
    <w:p>
      <w:pPr>
        <w:jc w:val="right"/>
      </w:pPr>
      <w:r>
        <w:t>مسلمان minority میں ہیں، یہاں پر دوسری community جو ہے وہ majority میں ہے، اور democracy میں آپ</w:t>
      </w:r>
    </w:p>
    <w:p>
      <w:r>
        <w:rPr>
          <w:b/>
        </w:rPr>
        <w:t xml:space="preserve">[02:27] </w:t>
      </w:r>
      <w:r>
        <w:t>jante hain ke majority hi rule karti hai۔</w:t>
      </w:r>
    </w:p>
    <w:p>
      <w:pPr>
        <w:jc w:val="right"/>
      </w:pPr>
      <w:r>
        <w:t>جانتے ہیں کہ majority ہی rule کرتی ہے۔</w:t>
      </w:r>
    </w:p>
    <w:p>
      <w:r>
        <w:rPr>
          <w:b/>
        </w:rPr>
        <w:t xml:space="preserve">[02:31] </w:t>
      </w:r>
      <w:r>
        <w:t>to yeh bataiye ke India jaise country mein hamein Islam kya guidance deta hai? is question par woh</w:t>
      </w:r>
    </w:p>
    <w:p>
      <w:pPr>
        <w:jc w:val="right"/>
      </w:pPr>
      <w:r>
        <w:t>تو یہ بتائیے کہ انڈیا جیسے country میں ہمیں اسلام کیا guidance دیتا ہے؟ اس question پر وہ</w:t>
      </w:r>
    </w:p>
    <w:p>
      <w:r>
        <w:rPr>
          <w:b/>
        </w:rPr>
        <w:t xml:space="preserve">[02:39] </w:t>
      </w:r>
      <w:r>
        <w:t>thori dair chup rahay۔</w:t>
      </w:r>
    </w:p>
    <w:p>
      <w:pPr>
        <w:jc w:val="right"/>
      </w:pPr>
      <w:r>
        <w:t>تھوڑی دیر چپ رہے۔</w:t>
      </w:r>
    </w:p>
    <w:p>
      <w:r>
        <w:rPr>
          <w:b/>
        </w:rPr>
        <w:t xml:space="preserve">[02:40] </w:t>
      </w:r>
      <w:r>
        <w:t>jis ko angrezi mein kehte hain pause۔</w:t>
      </w:r>
    </w:p>
    <w:p>
      <w:pPr>
        <w:jc w:val="right"/>
      </w:pPr>
      <w:r>
        <w:t>جس کو انگریزی میں کہتے ہیں pause۔</w:t>
      </w:r>
    </w:p>
    <w:p>
      <w:r>
        <w:rPr>
          <w:b/>
        </w:rPr>
        <w:t xml:space="preserve">[02:43] </w:t>
      </w:r>
      <w:r>
        <w:t>So there was a pause۔</w:t>
      </w:r>
    </w:p>
    <w:p>
      <w:pPr>
        <w:jc w:val="right"/>
      </w:pPr>
      <w:r>
        <w:t>So there was a pause۔</w:t>
      </w:r>
    </w:p>
    <w:p>
      <w:r>
        <w:rPr>
          <w:b/>
        </w:rPr>
        <w:t xml:space="preserve">[02:45] </w:t>
      </w:r>
      <w:r>
        <w:t>kuchh der ke baad woh bolay ke Islam mein position of strength ka model to hai, lekin Islam</w:t>
      </w:r>
    </w:p>
    <w:p>
      <w:pPr>
        <w:jc w:val="right"/>
      </w:pPr>
      <w:r>
        <w:t>کچھ دیر کے بعد وہ بولے کہ اسلام میں position of strength کا ماڈل تو ہے، لیکن اسلام</w:t>
      </w:r>
    </w:p>
    <w:p>
      <w:r>
        <w:rPr>
          <w:b/>
        </w:rPr>
        <w:t xml:space="preserve">[02:53] </w:t>
      </w:r>
      <w:r>
        <w:t>mein position of modesty ka model maujood nahin۔</w:t>
      </w:r>
    </w:p>
    <w:p>
      <w:pPr>
        <w:jc w:val="right"/>
      </w:pPr>
      <w:r>
        <w:t>میں position of modesty کا ماڈل موجود نہیں۔</w:t>
      </w:r>
    </w:p>
    <w:p>
      <w:r>
        <w:rPr>
          <w:b/>
        </w:rPr>
        <w:t xml:space="preserve">[02:57] </w:t>
      </w:r>
      <w:r>
        <w:t>phir main repeat karunga ke unhon ne kaha ke in Islam there is a model for position</w:t>
      </w:r>
    </w:p>
    <w:p>
      <w:pPr>
        <w:jc w:val="right"/>
      </w:pPr>
      <w:r>
        <w:t>پھر میں repeat کروں گا کہ انہوں نے کہا کہ in Islam there is a model for position</w:t>
      </w:r>
    </w:p>
    <w:p>
      <w:r>
        <w:rPr>
          <w:b/>
        </w:rPr>
        <w:t xml:space="preserve">[03:04] </w:t>
      </w:r>
      <w:r>
        <w:t>of strength, but in Islam there is no model for position of modesty۔</w:t>
      </w:r>
    </w:p>
    <w:p>
      <w:pPr>
        <w:jc w:val="right"/>
      </w:pPr>
      <w:r>
        <w:t>of strength, but in Islam there is no model for position of modesty۔</w:t>
      </w:r>
    </w:p>
    <w:p>
      <w:r>
        <w:rPr>
          <w:b/>
        </w:rPr>
        <w:t xml:space="preserve">[03:10] </w:t>
      </w:r>
      <w:r>
        <w:t>yeh baat maine suni ab se pandrah saal pehle۔</w:t>
      </w:r>
    </w:p>
    <w:p>
      <w:pPr>
        <w:jc w:val="right"/>
      </w:pPr>
      <w:r>
        <w:t>یہ بات میں نے سنی اب سے پندرہ سال پہلے۔</w:t>
      </w:r>
    </w:p>
    <w:p>
      <w:r>
        <w:rPr>
          <w:b/>
        </w:rPr>
        <w:t xml:space="preserve">[03:14] </w:t>
      </w:r>
      <w:r>
        <w:t>to mere mind mein isi waqt yeh cheez question ban gayi۔</w:t>
      </w:r>
    </w:p>
    <w:p>
      <w:pPr>
        <w:jc w:val="right"/>
      </w:pPr>
      <w:r>
        <w:t>تو میرے mind میں اسی وقت یہ چیز question بن گئی۔</w:t>
      </w:r>
    </w:p>
    <w:p>
      <w:r>
        <w:rPr>
          <w:b/>
        </w:rPr>
        <w:t xml:space="preserve">[03:19] </w:t>
      </w:r>
      <w:r>
        <w:t>mera tareeqa yeh hai ke main meeting ke andar zyada sawal jawab nahin karta۔</w:t>
      </w:r>
    </w:p>
    <w:p>
      <w:pPr>
        <w:jc w:val="right"/>
      </w:pPr>
      <w:r>
        <w:t>میرا طریقہ یہ ہے کہ میں میٹنگ کے اندر زیادہ سوال جواب نہیں کرتا۔</w:t>
      </w:r>
    </w:p>
    <w:p>
      <w:r>
        <w:rPr>
          <w:b/>
        </w:rPr>
        <w:t xml:space="preserve">[03:25] </w:t>
      </w:r>
      <w:r>
        <w:t>wahan to maine un se kuchh poocha nahin۔</w:t>
      </w:r>
    </w:p>
    <w:p>
      <w:pPr>
        <w:jc w:val="right"/>
      </w:pPr>
      <w:r>
        <w:t>وہاں تو میں نے ان سے کچھ پوچھا نہیں۔</w:t>
      </w:r>
    </w:p>
    <w:p>
      <w:r>
        <w:rPr>
          <w:b/>
        </w:rPr>
        <w:t xml:space="preserve">[03:29] </w:t>
      </w:r>
      <w:r>
        <w:t>apne aap sochne lagta hoon۔</w:t>
      </w:r>
    </w:p>
    <w:p>
      <w:pPr>
        <w:jc w:val="right"/>
      </w:pPr>
      <w:r>
        <w:t>اپنے آپ سوچنے لگتا ہوں۔</w:t>
      </w:r>
    </w:p>
    <w:p>
      <w:r>
        <w:rPr>
          <w:b/>
        </w:rPr>
        <w:t xml:space="preserve">[03:31] </w:t>
      </w:r>
      <w:r>
        <w:t>mera tareeqa hamesha se yeh raha hai ke sawal ka jawab mein khud hi dhoondhta hoon۔</w:t>
      </w:r>
    </w:p>
    <w:p>
      <w:pPr>
        <w:jc w:val="right"/>
      </w:pPr>
      <w:r>
        <w:t>میرا طریقہ ہمیشہ سے یہ رہا ہے کہ سوال کا جواب میں خود ہی ڈھونڈتا ہوں۔</w:t>
      </w:r>
    </w:p>
    <w:p>
      <w:r>
        <w:rPr>
          <w:b/>
        </w:rPr>
        <w:t xml:space="preserve">[03:38] </w:t>
      </w:r>
      <w:r>
        <w:t>to mere mind mein yeh aa gaya sawal ke Islam jo hai hamein kya different situation mein guidance nahin</w:t>
      </w:r>
    </w:p>
    <w:p>
      <w:pPr>
        <w:jc w:val="right"/>
      </w:pPr>
      <w:r>
        <w:t>تو میرے mind میں یہ آگیا سوال کہ اسلام جو ہے ہمیں کیا different situation میں guidance نہیں</w:t>
      </w:r>
    </w:p>
    <w:p>
      <w:r>
        <w:rPr>
          <w:b/>
        </w:rPr>
        <w:t xml:space="preserve">[03:46] </w:t>
      </w:r>
      <w:r>
        <w:t>deta? Islam isi waqt hamare liye hamein guide karta hai jab ke hum political power hamare paas ho,</w:t>
      </w:r>
    </w:p>
    <w:p>
      <w:pPr>
        <w:jc w:val="right"/>
      </w:pPr>
      <w:r>
        <w:t>دیتا؟ اسلام اسی وقت ہمارے لیے ہمیں guide کرتا ہے جب کہ ہم political power ہمارے پاس ہو،</w:t>
      </w:r>
    </w:p>
    <w:p>
      <w:r>
        <w:rPr>
          <w:b/>
        </w:rPr>
        <w:t xml:space="preserve">[03:53] </w:t>
      </w:r>
      <w:r>
        <w:t>strength hamare paas ho, aur agar hum modesty ki position mein hon, yaani political power na ho, to</w:t>
      </w:r>
    </w:p>
    <w:p>
      <w:pPr>
        <w:jc w:val="right"/>
      </w:pPr>
      <w:r>
        <w:t>strength ہمارے پاس ہو، اور اگر ہم modesty کی position میں ہوں، یعنی political power نہ ہو، تو</w:t>
      </w:r>
    </w:p>
    <w:p>
      <w:r>
        <w:rPr>
          <w:b/>
        </w:rPr>
        <w:t xml:space="preserve">[04:01] </w:t>
      </w:r>
      <w:r>
        <w:t>hamare liye Islam mein koi guidance na hogi? ek question mere mind mein pad gaya۔</w:t>
      </w:r>
    </w:p>
    <w:p>
      <w:pPr>
        <w:jc w:val="right"/>
      </w:pPr>
      <w:r>
        <w:t>ہمارے لیے اسلام میں کوئی guidance نہ ہوگی؟ ایک question میرے mind میں پڑ گیا۔</w:t>
      </w:r>
    </w:p>
    <w:p>
      <w:r>
        <w:rPr>
          <w:b/>
        </w:rPr>
        <w:t xml:space="preserve">[04:07] </w:t>
      </w:r>
      <w:r>
        <w:t>yun kehna chahiye ke mere mind ka jo search engine tha us mein maine is question ko</w:t>
      </w:r>
    </w:p>
    <w:p>
      <w:pPr>
        <w:jc w:val="right"/>
      </w:pPr>
      <w:r>
        <w:t>یوں کہنا چاہیے کہ میرے mind کا جو search engine تھا اس میں میں نے اس question کو</w:t>
      </w:r>
    </w:p>
    <w:p>
      <w:r>
        <w:rPr>
          <w:b/>
        </w:rPr>
        <w:t xml:space="preserve">[04:15] </w:t>
      </w:r>
      <w:r>
        <w:t>daal diya.</w:t>
      </w:r>
    </w:p>
    <w:p>
      <w:pPr>
        <w:jc w:val="right"/>
      </w:pPr>
      <w:r>
        <w:t>ڈال دیا۔</w:t>
      </w:r>
    </w:p>
    <w:p>
      <w:r>
        <w:rPr>
          <w:b/>
        </w:rPr>
        <w:t xml:space="preserve">[04:17] </w:t>
      </w:r>
      <w:r>
        <w:t>mera tajurba hai ke hamara jo search engine hai jab kisi koi sawal aap is mein daalein to</w:t>
      </w:r>
    </w:p>
    <w:p>
      <w:pPr>
        <w:jc w:val="right"/>
      </w:pPr>
      <w:r>
        <w:t>میرا تجربہ ہے کہ ہمارا جو search engine ہے جب کسی کوئی سوال آپ اس میں ڈالیں تو</w:t>
      </w:r>
    </w:p>
    <w:p>
      <w:r>
        <w:rPr>
          <w:b/>
        </w:rPr>
        <w:t xml:space="preserve">[04:24] </w:t>
      </w:r>
      <w:r>
        <w:t>woh is ka jawab dhoondne lagta hai.</w:t>
      </w:r>
    </w:p>
    <w:p>
      <w:pPr>
        <w:jc w:val="right"/>
      </w:pPr>
      <w:r>
        <w:t>وہ اس کا جواب ڈھونڈنے لگتا ہے۔</w:t>
      </w:r>
    </w:p>
    <w:p>
      <w:r>
        <w:rPr>
          <w:b/>
        </w:rPr>
        <w:t xml:space="preserve">[04:27] </w:t>
      </w:r>
      <w:r>
        <w:t>mera tajurba hai ke jawab paane mein mujhe bohat din lage hain.</w:t>
      </w:r>
    </w:p>
    <w:p>
      <w:pPr>
        <w:jc w:val="right"/>
      </w:pPr>
      <w:r>
        <w:t>میرا تجربہ ہے کہ جواب پانے میں مجھے بہت دن لگے ہیں۔</w:t>
      </w:r>
    </w:p>
    <w:p>
      <w:r>
        <w:rPr>
          <w:b/>
        </w:rPr>
        <w:t xml:space="preserve">[04:32] </w:t>
      </w:r>
      <w:r>
        <w:t>baaz sawal paane mein pachas pachas saal beet gaye hain.</w:t>
      </w:r>
    </w:p>
    <w:p>
      <w:pPr>
        <w:jc w:val="right"/>
      </w:pPr>
      <w:r>
        <w:t>بعض سوال پانے میں پچاس پچاس سال بیت گئے ہیں۔</w:t>
      </w:r>
    </w:p>
    <w:p>
      <w:r>
        <w:rPr>
          <w:b/>
        </w:rPr>
        <w:t xml:space="preserve">[04:37] </w:t>
      </w:r>
      <w:r>
        <w:t>to mind ka jo search engine hai woh dhoondta rehta hai, dhoondta rehta hai, dhoondta rehta hai.</w:t>
      </w:r>
    </w:p>
    <w:p>
      <w:pPr>
        <w:jc w:val="right"/>
      </w:pPr>
      <w:r>
        <w:t>تو mind کا جو search engine ہے وہ ڈھونڈتا رہتا ہے، ڈھونڈتا رہتا ہے، ڈھونڈتا رہتا ہے۔</w:t>
      </w:r>
    </w:p>
    <w:p>
      <w:r>
        <w:rPr>
          <w:b/>
        </w:rPr>
        <w:t xml:space="preserve">[04:44] </w:t>
      </w:r>
      <w:r>
        <w:t>to mein samajhta hoon ke is sawal ka jawab paane mein mujhe pandrah saal beet gaye.</w:t>
      </w:r>
    </w:p>
    <w:p>
      <w:pPr>
        <w:jc w:val="right"/>
      </w:pPr>
      <w:r>
        <w:t>تو میں سمجھتا ہوں کہ اس سوال کا جواب پانے میں مجھے پندرہ سال بیت گئے۔</w:t>
      </w:r>
    </w:p>
    <w:p>
      <w:r>
        <w:rPr>
          <w:b/>
        </w:rPr>
        <w:t xml:space="preserve">[04:51] </w:t>
      </w:r>
      <w:r>
        <w:t>aur mein keh sakta hoon ke is sawal ka jawab mein akela hoon jis ne jaana.</w:t>
      </w:r>
    </w:p>
    <w:p>
      <w:pPr>
        <w:jc w:val="right"/>
      </w:pPr>
      <w:r>
        <w:t>اور میں کہہ سکتا ہوں کہ اس سوال کا جواب میں اکیلا ہوں جس نے جانا۔</w:t>
      </w:r>
    </w:p>
    <w:p>
      <w:r>
        <w:rPr>
          <w:b/>
        </w:rPr>
        <w:t xml:space="preserve">[04:58] </w:t>
      </w:r>
      <w:r>
        <w:t>muslim world mein koi bhi nahi jis ne jo is sawal ka jawab jaanta ho.</w:t>
      </w:r>
    </w:p>
    <w:p>
      <w:pPr>
        <w:jc w:val="right"/>
      </w:pPr>
      <w:r>
        <w:t>مسلم world میں کوئی بھی نہیں جس نے جو اس سوال کا جواب جانتا ہو۔</w:t>
      </w:r>
    </w:p>
    <w:p>
      <w:r>
        <w:rPr>
          <w:b/>
        </w:rPr>
        <w:t xml:space="preserve">[05:04] </w:t>
      </w:r>
      <w:r>
        <w:t>koi ek bhi aadmi nahi.</w:t>
      </w:r>
    </w:p>
    <w:p>
      <w:pPr>
        <w:jc w:val="right"/>
      </w:pPr>
      <w:r>
        <w:t>کوئی ایک بھی آدمی نہیں۔</w:t>
      </w:r>
    </w:p>
    <w:p>
      <w:r>
        <w:rPr>
          <w:b/>
        </w:rPr>
        <w:t xml:space="preserve">[05:06] </w:t>
      </w:r>
      <w:r>
        <w:t>kyunke maine bohat kitabein padhein musalmanon ki.</w:t>
      </w:r>
    </w:p>
    <w:p>
      <w:pPr>
        <w:jc w:val="right"/>
      </w:pPr>
      <w:r>
        <w:t>کیونکہ میں نے بہت کتابیں پڑھیں مسلمانوں کی۔</w:t>
      </w:r>
    </w:p>
    <w:p>
      <w:r>
        <w:rPr>
          <w:b/>
        </w:rPr>
        <w:t xml:space="preserve">[05:10] </w:t>
      </w:r>
      <w:r>
        <w:t>urdu mein, english mein, arabic mein.</w:t>
      </w:r>
    </w:p>
    <w:p>
      <w:pPr>
        <w:jc w:val="right"/>
      </w:pPr>
      <w:r>
        <w:t>اردو میں، انگلش میں، عربک میں۔</w:t>
      </w:r>
    </w:p>
    <w:p>
      <w:r>
        <w:rPr>
          <w:b/>
        </w:rPr>
        <w:t xml:space="preserve">[05:12] </w:t>
      </w:r>
      <w:r>
        <w:t>kam az kam teen language mein to maine beshumar kitabein padhein musalmanon ki.</w:t>
      </w:r>
    </w:p>
    <w:p>
      <w:pPr>
        <w:jc w:val="right"/>
      </w:pPr>
      <w:r>
        <w:t>کم از کم تین language میں تو میں نے بے شمار کتابیں پڑھیں مسلمانوں کی۔</w:t>
      </w:r>
    </w:p>
    <w:p>
      <w:r>
        <w:rPr>
          <w:b/>
        </w:rPr>
        <w:t xml:space="preserve">[05:19] </w:t>
      </w:r>
      <w:r>
        <w:t>urdu, arabic, english.</w:t>
      </w:r>
    </w:p>
    <w:p>
      <w:pPr>
        <w:jc w:val="right"/>
      </w:pPr>
      <w:r>
        <w:t>اردو، عربک، انگلش۔</w:t>
      </w:r>
    </w:p>
    <w:p>
      <w:r>
        <w:rPr>
          <w:b/>
        </w:rPr>
        <w:t xml:space="preserve">[05:20] </w:t>
      </w:r>
      <w:r>
        <w:t>mein poore apni jaankari ke aitbaar se keh sakta hoon ke is question ka jawab mujhe kisi bhi</w:t>
      </w:r>
    </w:p>
    <w:p>
      <w:pPr>
        <w:jc w:val="right"/>
      </w:pPr>
      <w:r>
        <w:t>میں پورے اپنی جانکاری کے اعتبار سے کہہ سکتا ہوں کہ اس question کا جواب مجھے کسی بھی</w:t>
      </w:r>
    </w:p>
    <w:p>
      <w:r>
        <w:rPr>
          <w:b/>
        </w:rPr>
        <w:t xml:space="preserve">[05:28] </w:t>
      </w:r>
      <w:r>
        <w:t>book mein nahi mila.</w:t>
      </w:r>
    </w:p>
    <w:p>
      <w:pPr>
        <w:jc w:val="right"/>
      </w:pPr>
      <w:r>
        <w:t>book میں نہیں ملا۔</w:t>
      </w:r>
    </w:p>
    <w:p>
      <w:r>
        <w:rPr>
          <w:b/>
        </w:rPr>
        <w:t xml:space="preserve">[05:30] </w:t>
      </w:r>
      <w:r>
        <w:t>ke kya aisa hai ke Islam sirf position of strength ke liye hamein guidance deta hai? agar hum</w:t>
      </w:r>
    </w:p>
    <w:p>
      <w:pPr>
        <w:jc w:val="right"/>
      </w:pPr>
      <w:r>
        <w:t>کہ کیا ایسا ہے کہ اسلام صرف position of strength کے لیے ہمیں guidance دیتا ہے؟ اگر ہم</w:t>
      </w:r>
    </w:p>
    <w:p>
      <w:r>
        <w:rPr>
          <w:b/>
        </w:rPr>
        <w:t xml:space="preserve">[05:37] </w:t>
      </w:r>
      <w:r>
        <w:t>position of modesty mein hote hain to hamare liye koi guidance nahi.</w:t>
      </w:r>
    </w:p>
    <w:p>
      <w:pPr>
        <w:jc w:val="right"/>
      </w:pPr>
      <w:r>
        <w:t>position of modesty میں ہوتے ہیں تو ہمارے لیے کوئی guidance نہیں۔</w:t>
      </w:r>
    </w:p>
    <w:p>
      <w:r>
        <w:rPr>
          <w:b/>
        </w:rPr>
        <w:t xml:space="preserve">[05:43] </w:t>
      </w:r>
      <w:r>
        <w:t>is ka matlab kya hua? ke jahan musalmanon ke paas political power na ho, wahan par un ke</w:t>
      </w:r>
    </w:p>
    <w:p>
      <w:pPr>
        <w:jc w:val="right"/>
      </w:pPr>
      <w:r>
        <w:t>اس کا مطلب کیا ہوا؟ کہ جہاں مسلمانوں کے پاس political power نہ ہو، وہاں پر ان کے</w:t>
      </w:r>
    </w:p>
    <w:p>
      <w:r>
        <w:rPr>
          <w:b/>
        </w:rPr>
        <w:t xml:space="preserve">[05:50] </w:t>
      </w:r>
      <w:r>
        <w:t>liye kya muqaddar hai? Frustration, disappointment, defeatist mentality.</w:t>
      </w:r>
    </w:p>
    <w:p>
      <w:pPr>
        <w:jc w:val="right"/>
      </w:pPr>
      <w:r>
        <w:t>لیے کیا مقدر ہے؟ Frustration، disappointment، defeatist mentality۔</w:t>
      </w:r>
    </w:p>
    <w:p>
      <w:r>
        <w:rPr>
          <w:b/>
        </w:rPr>
        <w:t xml:space="preserve">[05:54] </w:t>
      </w:r>
      <w:r>
        <w:t>kya yeh koi Islam legend of nature ho sakta hai? Natural mazhab ho sakta hai? aur waqea yeh</w:t>
      </w:r>
    </w:p>
    <w:p>
      <w:pPr>
        <w:jc w:val="right"/>
      </w:pPr>
      <w:r>
        <w:t>کیا یہ کوئی اسلام legend of nature ہو سکتا ہے؟ Natural مذہب ہو سکتا ہے؟ اور واقعہ یہ</w:t>
      </w:r>
    </w:p>
    <w:p>
      <w:r>
        <w:rPr>
          <w:b/>
        </w:rPr>
        <w:t xml:space="preserve">[06:01] </w:t>
      </w:r>
      <w:r>
        <w:t>hai ke saare hi musalman duniya bhar ke is waqt defeatist mentality mein pade hue hain.</w:t>
      </w:r>
    </w:p>
    <w:p>
      <w:pPr>
        <w:jc w:val="right"/>
      </w:pPr>
      <w:r>
        <w:t>ہے کہ سارے ہی مسلمان دنیا بھر کے اس وقت defeatist mentality میں پڑے ہوئے ہیں۔</w:t>
      </w:r>
    </w:p>
    <w:p>
      <w:r>
        <w:rPr>
          <w:b/>
        </w:rPr>
        <w:t xml:space="preserve">[06:08] </w:t>
      </w:r>
      <w:r>
        <w:t>sab ke dil mein ek negative thought hai.</w:t>
      </w:r>
    </w:p>
    <w:p>
      <w:pPr>
        <w:jc w:val="right"/>
      </w:pPr>
      <w:r>
        <w:t>سب کے دلوں میں ایک negative thought ہے۔</w:t>
      </w:r>
    </w:p>
    <w:p>
      <w:r>
        <w:rPr>
          <w:b/>
        </w:rPr>
        <w:t xml:space="preserve">[06:12] </w:t>
      </w:r>
      <w:r>
        <w:t>sab.</w:t>
      </w:r>
    </w:p>
    <w:p>
      <w:pPr>
        <w:jc w:val="right"/>
      </w:pPr>
      <w:r>
        <w:t>سب۔</w:t>
      </w:r>
    </w:p>
    <w:p>
      <w:r>
        <w:rPr>
          <w:b/>
        </w:rPr>
        <w:t xml:space="preserve">[06:13] </w:t>
      </w:r>
      <w:r>
        <w:t>jo bhi cheez padhiye aap, kisi ki bhi.</w:t>
      </w:r>
    </w:p>
    <w:p>
      <w:pPr>
        <w:jc w:val="right"/>
      </w:pPr>
      <w:r>
        <w:t>جو بھی چیز پڑھیے آپ، کسی کی بھی۔</w:t>
      </w:r>
    </w:p>
    <w:p>
      <w:r>
        <w:rPr>
          <w:b/>
        </w:rPr>
        <w:t xml:space="preserve">[06:17] </w:t>
      </w:r>
      <w:r>
        <w:t>isi liye aaj kal kuch log bohat hi zyada popular ho rahe hain.</w:t>
      </w:r>
    </w:p>
    <w:p>
      <w:pPr>
        <w:jc w:val="right"/>
      </w:pPr>
      <w:r>
        <w:t>اسی لیے آج کل کچھ لوگ بہت ہی زیادہ popular ہو رہے ہیں۔</w:t>
      </w:r>
    </w:p>
    <w:p>
      <w:r>
        <w:rPr>
          <w:b/>
        </w:rPr>
        <w:t xml:space="preserve">[06:22] </w:t>
      </w:r>
      <w:r>
        <w:t>main ne dekha hai ke amreeka se le kar yahan tak kuch speaker, jin ko main kahoon ga</w:t>
      </w:r>
    </w:p>
    <w:p>
      <w:pPr>
        <w:jc w:val="right"/>
      </w:pPr>
      <w:r>
        <w:t>میں نے دیکھا ہے کہ امریکہ سے لے کے یہاں تک کچھ سپیکر، جن کو میں کہوں گا</w:t>
      </w:r>
    </w:p>
    <w:p>
      <w:r>
        <w:rPr>
          <w:b/>
        </w:rPr>
        <w:t xml:space="preserve">[06:30] </w:t>
      </w:r>
      <w:r>
        <w:t>debater, bohat popular ho rahe hain.</w:t>
      </w:r>
    </w:p>
    <w:p>
      <w:pPr>
        <w:jc w:val="right"/>
      </w:pPr>
      <w:r>
        <w:t>debater، بہت popular ہو رہے ہیں۔</w:t>
      </w:r>
    </w:p>
    <w:p>
      <w:r>
        <w:rPr>
          <w:b/>
        </w:rPr>
        <w:t xml:space="preserve">[06:32] </w:t>
      </w:r>
      <w:r>
        <w:t>woh kyun? woh isi liye.</w:t>
      </w:r>
    </w:p>
    <w:p>
      <w:pPr>
        <w:jc w:val="right"/>
      </w:pPr>
      <w:r>
        <w:t>وہ کیوں؟ وہ اسی لیے۔</w:t>
      </w:r>
    </w:p>
    <w:p>
      <w:r>
        <w:rPr>
          <w:b/>
        </w:rPr>
        <w:t xml:space="preserve">[06:35] </w:t>
      </w:r>
      <w:r>
        <w:t>main aik martaba sharjah mein tha, United Arab Emirates mein.</w:t>
      </w:r>
    </w:p>
    <w:p>
      <w:pPr>
        <w:jc w:val="right"/>
      </w:pPr>
      <w:r>
        <w:t>میں ایک مرتبہ شارجہ میں تھا، United Arab Emirates میں۔</w:t>
      </w:r>
    </w:p>
    <w:p>
      <w:r>
        <w:rPr>
          <w:b/>
        </w:rPr>
        <w:t xml:space="preserve">[06:39] </w:t>
      </w:r>
      <w:r>
        <w:t>wahan par aik speech thi ahmad didar sahib ki jo ab faut ho chuke hain.</w:t>
      </w:r>
    </w:p>
    <w:p>
      <w:pPr>
        <w:jc w:val="right"/>
      </w:pPr>
      <w:r>
        <w:t>وہاں پر ایک speech تھی احمد دیدار صاحب کی جو اب وفات پا چکے ہیں۔</w:t>
      </w:r>
    </w:p>
    <w:p>
      <w:r>
        <w:rPr>
          <w:b/>
        </w:rPr>
        <w:t xml:space="preserve">[06:45] </w:t>
      </w:r>
      <w:r>
        <w:t>arbon ka kafi wahan par majma tha.</w:t>
      </w:r>
    </w:p>
    <w:p>
      <w:pPr>
        <w:jc w:val="right"/>
      </w:pPr>
      <w:r>
        <w:t>عربوں کا کافی وہاں پر مجمع تھا۔</w:t>
      </w:r>
    </w:p>
    <w:p>
      <w:r>
        <w:rPr>
          <w:b/>
        </w:rPr>
        <w:t xml:space="preserve">[06:48] </w:t>
      </w:r>
      <w:r>
        <w:t>unhon ne speech di wahan.</w:t>
      </w:r>
    </w:p>
    <w:p>
      <w:pPr>
        <w:jc w:val="right"/>
      </w:pPr>
      <w:r>
        <w:t>انہوں نے speech دی وہاں۔</w:t>
      </w:r>
    </w:p>
    <w:p>
      <w:r>
        <w:rPr>
          <w:b/>
        </w:rPr>
        <w:t xml:space="preserve">[06:50] </w:t>
      </w:r>
      <w:r>
        <w:t>to arab log bohat khush hue.</w:t>
      </w:r>
    </w:p>
    <w:p>
      <w:pPr>
        <w:jc w:val="right"/>
      </w:pPr>
      <w:r>
        <w:t>تو عرب لوگ بہت خوش ہوئے۔</w:t>
      </w:r>
    </w:p>
    <w:p>
      <w:r>
        <w:rPr>
          <w:b/>
        </w:rPr>
        <w:t xml:space="preserve">[06:53] </w:t>
      </w:r>
      <w:r>
        <w:t>yahan bhi, india mein bhi aap jagah jagah aisi taqreerein suntay hain, tv mein suntay hain.</w:t>
      </w:r>
    </w:p>
    <w:p>
      <w:pPr>
        <w:jc w:val="right"/>
      </w:pPr>
      <w:r>
        <w:t>یہاں بھی، انڈیا میں بھی آپ جگہ جگہ ایسی تقریریں سنتے ہیں، ٹی وی میں سنتے ہیں۔</w:t>
      </w:r>
    </w:p>
    <w:p>
      <w:r>
        <w:rPr>
          <w:b/>
        </w:rPr>
        <w:t xml:space="preserve">[07:00] </w:t>
      </w:r>
      <w:r>
        <w:t>kuch aisay log bohat popular ho rahe hain.</w:t>
      </w:r>
    </w:p>
    <w:p>
      <w:pPr>
        <w:jc w:val="right"/>
      </w:pPr>
      <w:r>
        <w:t>کچھ ایسے لوگ بہت popular ہو رہے ہیں۔</w:t>
      </w:r>
    </w:p>
    <w:p>
      <w:r>
        <w:rPr>
          <w:b/>
        </w:rPr>
        <w:t xml:space="preserve">[07:04] </w:t>
      </w:r>
      <w:r>
        <w:t>to is ka raaz kya main ne samjha? is ka raaz yahi samjha main ne.</w:t>
      </w:r>
    </w:p>
    <w:p>
      <w:pPr>
        <w:jc w:val="right"/>
      </w:pPr>
      <w:r>
        <w:t>تو اس کا راز کیا میں نے سمجھا؟ اس کا راز یہی سمجھا میں نے۔</w:t>
      </w:r>
    </w:p>
    <w:p>
      <w:r>
        <w:rPr>
          <w:b/>
        </w:rPr>
        <w:t xml:space="preserve">[07:10] </w:t>
      </w:r>
      <w:r>
        <w:t>us waqt bhi samjha tha aur abhi tak main is par qaim hoon.</w:t>
      </w:r>
    </w:p>
    <w:p>
      <w:pPr>
        <w:jc w:val="right"/>
      </w:pPr>
      <w:r>
        <w:t>اس وقت بھی سمجھا تھا اور ابھی تک میں اس پر قائم ہوں۔</w:t>
      </w:r>
    </w:p>
    <w:p>
      <w:r>
        <w:rPr>
          <w:b/>
        </w:rPr>
        <w:t xml:space="preserve">[07:16] </w:t>
      </w:r>
      <w:r>
        <w:t>ke musalman chuna che jee rahe hain defeatist mentality mein.</w:t>
      </w:r>
    </w:p>
    <w:p>
      <w:pPr>
        <w:jc w:val="right"/>
      </w:pPr>
      <w:r>
        <w:t>کہ مسلمان چونکہ جی رہے ہیں defeatist mentality میں۔</w:t>
      </w:r>
    </w:p>
    <w:p>
      <w:r>
        <w:rPr>
          <w:b/>
        </w:rPr>
        <w:t xml:space="preserve">[07:20] </w:t>
      </w:r>
      <w:r>
        <w:t>aur yeh jo debaters hain, woh table par apnay so-called enemies ko kill karte hain.</w:t>
      </w:r>
    </w:p>
    <w:p>
      <w:pPr>
        <w:jc w:val="right"/>
      </w:pPr>
      <w:r>
        <w:t>اور یہ جو debaters ہیں، وہ table پر اپنے so-called enemies کو kill کرتے ہیں۔</w:t>
      </w:r>
    </w:p>
    <w:p>
      <w:r>
        <w:rPr>
          <w:b/>
        </w:rPr>
        <w:t xml:space="preserve">[07:26] </w:t>
      </w:r>
      <w:r>
        <w:t>yeh hai raaz.</w:t>
      </w:r>
    </w:p>
    <w:p>
      <w:pPr>
        <w:jc w:val="right"/>
      </w:pPr>
      <w:r>
        <w:t>یہ ہے راز۔</w:t>
      </w:r>
    </w:p>
    <w:p>
      <w:r>
        <w:rPr>
          <w:b/>
        </w:rPr>
        <w:t xml:space="preserve">[07:28] </w:t>
      </w:r>
      <w:r>
        <w:t>jin ko woh apna enemy samajhtay hain, jin ko woh apna dushman samajhtay hain, jin se unhein battle</w:t>
      </w:r>
    </w:p>
    <w:p>
      <w:pPr>
        <w:jc w:val="right"/>
      </w:pPr>
      <w:r>
        <w:t>جن کو وہ اپنا enemy سمجھتے ہیں، جن کو وہ اپنا دشمن سمجھتے ہیں، جن سے انہیں battle</w:t>
      </w:r>
    </w:p>
    <w:p>
      <w:r>
        <w:rPr>
          <w:b/>
        </w:rPr>
        <w:t xml:space="preserve">[07:35] </w:t>
      </w:r>
      <w:r>
        <w:t>field mein aur har doosray field mein shikast hui hai, haar gaye hain.</w:t>
      </w:r>
    </w:p>
    <w:p>
      <w:pPr>
        <w:jc w:val="right"/>
      </w:pPr>
      <w:r>
        <w:t>field میں اور ہر دوسرے field میں شکست ہوئی ہے، ہار گئے ہیں۔</w:t>
      </w:r>
    </w:p>
    <w:p>
      <w:r>
        <w:rPr>
          <w:b/>
        </w:rPr>
        <w:t xml:space="preserve">[07:41] </w:t>
      </w:r>
      <w:r>
        <w:t>to yeh debaters jo hain, table par unhein kill karte hain.</w:t>
      </w:r>
    </w:p>
    <w:p>
      <w:pPr>
        <w:jc w:val="right"/>
      </w:pPr>
      <w:r>
        <w:t>تو یہ debaters جو ہیں، table پر انہیں kill کرتے ہیں۔</w:t>
      </w:r>
    </w:p>
    <w:p>
      <w:r>
        <w:rPr>
          <w:b/>
        </w:rPr>
        <w:t xml:space="preserve">[07:46] </w:t>
      </w:r>
      <w:r>
        <w:t>yehi dilli mein aik sahib ne mujhe bataya ke isi qism ke aik debater sahib yahan aaye hue</w:t>
      </w:r>
    </w:p>
    <w:p>
      <w:pPr>
        <w:jc w:val="right"/>
      </w:pPr>
      <w:r>
        <w:t>یہی دلی میں ایک صاحب نے مجھے بتایا کہ اسی قسم کے ایک debater صاحب یہاں آئے ہوئے</w:t>
      </w:r>
    </w:p>
    <w:p>
      <w:r>
        <w:rPr>
          <w:b/>
        </w:rPr>
        <w:t xml:space="preserve">[07:53]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[07:55] </w:t>
      </w:r>
      <w:r>
        <w:t>to wahan par aik hindu ki bhi speech thi.</w:t>
      </w:r>
    </w:p>
    <w:p>
      <w:pPr>
        <w:jc w:val="right"/>
      </w:pPr>
      <w:r>
        <w:t>تو وہاں پر ایک ہندو کی بھی speech تھی۔</w:t>
      </w:r>
    </w:p>
    <w:p>
      <w:r>
        <w:rPr>
          <w:b/>
        </w:rPr>
        <w:t xml:space="preserve">[07:59] </w:t>
      </w:r>
      <w:r>
        <w:t>to hindu aaye to unhon ne islam ke baray mein bohat sari baatein kaheen.</w:t>
      </w:r>
    </w:p>
    <w:p>
      <w:pPr>
        <w:jc w:val="right"/>
      </w:pPr>
      <w:r>
        <w:t>تو ہندو آئے تو انہوں نے اسلام کے بارے میں بہت ساری باتیں کہیں۔</w:t>
      </w:r>
    </w:p>
    <w:p>
      <w:r>
        <w:rPr>
          <w:b/>
        </w:rPr>
        <w:t xml:space="preserve">[08:05] </w:t>
      </w:r>
      <w:r>
        <w:t>to is muslim debater sahib ke aik fan thay.</w:t>
      </w:r>
    </w:p>
    <w:p>
      <w:pPr>
        <w:jc w:val="right"/>
      </w:pPr>
      <w:r>
        <w:t>تو اس مسلم debater صاحب کے ایک fan تھے۔</w:t>
      </w:r>
    </w:p>
    <w:p>
      <w:r>
        <w:rPr>
          <w:b/>
        </w:rPr>
        <w:t xml:space="preserve">[08:08] </w:t>
      </w:r>
      <w:r>
        <w:t>to unhon ne kaha ke aanay do hamaray shair ko.</w:t>
      </w:r>
    </w:p>
    <w:p>
      <w:pPr>
        <w:jc w:val="right"/>
      </w:pPr>
      <w:r>
        <w:t>تو انہوں نے کہا کہ آنے دو ہمارے شعر کو۔</w:t>
      </w:r>
    </w:p>
    <w:p>
      <w:r>
        <w:rPr>
          <w:b/>
        </w:rPr>
        <w:t xml:space="preserve">[08:13] </w:t>
      </w:r>
      <w:r>
        <w:t>aane do hamare shair ko.</w:t>
      </w:r>
    </w:p>
    <w:p>
      <w:pPr>
        <w:jc w:val="right"/>
      </w:pPr>
      <w:r>
        <w:t>آنے دو ہمارے شعر کو۔</w:t>
      </w:r>
    </w:p>
    <w:p>
      <w:r>
        <w:rPr>
          <w:b/>
        </w:rPr>
        <w:t xml:space="preserve">[08:15] </w:t>
      </w:r>
      <w:r>
        <w:t>ab in ka shair aaya to is ne table par khoob khoob is ko bulldoze kiya.</w:t>
      </w:r>
    </w:p>
    <w:p>
      <w:pPr>
        <w:jc w:val="right"/>
      </w:pPr>
      <w:r>
        <w:t>اب ان کا شعر آیا تو اس نے table پر خوب خوب اس کو bulldoze کیا۔</w:t>
      </w:r>
    </w:p>
    <w:p>
      <w:r>
        <w:rPr>
          <w:b/>
        </w:rPr>
        <w:t xml:space="preserve">[08:22] </w:t>
      </w:r>
      <w:r>
        <w:t>yeh hai defeatist mentality ka phenomena.</w:t>
      </w:r>
    </w:p>
    <w:p>
      <w:pPr>
        <w:jc w:val="right"/>
      </w:pPr>
      <w:r>
        <w:t>یہ ہے defeatist mentality کا phenomena۔</w:t>
      </w:r>
    </w:p>
    <w:p>
      <w:r>
        <w:rPr>
          <w:b/>
        </w:rPr>
        <w:t xml:space="preserve">[08:24] </w:t>
      </w:r>
      <w:r>
        <w:t>ke debater type ke speaker aaj kal bohat popular ho rahe hain poori dunya mein.</w:t>
      </w:r>
    </w:p>
    <w:p>
      <w:pPr>
        <w:jc w:val="right"/>
      </w:pPr>
      <w:r>
        <w:t>کہ debater type کے سپیکر آج کل بہت popular ہو رہے ہیں پوری دنیا میں۔</w:t>
      </w:r>
    </w:p>
    <w:p>
      <w:r>
        <w:rPr>
          <w:b/>
        </w:rPr>
        <w:t xml:space="preserve">[08:31] </w:t>
      </w:r>
      <w:r>
        <w:t>ke jo victory unhein zindagi ke real field mein nahi mili, politics mein, education mein, market mein, battle</w:t>
      </w:r>
    </w:p>
    <w:p>
      <w:pPr>
        <w:jc w:val="right"/>
      </w:pPr>
      <w:r>
        <w:t>کہ جو victory انہیں زندگی کے real field میں نہیں ملی، politics میں، education میں، market میں، battle</w:t>
      </w:r>
    </w:p>
    <w:p>
      <w:r>
        <w:rPr>
          <w:b/>
        </w:rPr>
        <w:t xml:space="preserve">[08:38] </w:t>
      </w:r>
      <w:r>
        <w:t>field mein kahin unhein nahi mili victory.</w:t>
      </w:r>
    </w:p>
    <w:p>
      <w:pPr>
        <w:jc w:val="right"/>
      </w:pPr>
      <w:r>
        <w:t>field میں کہیں انہیں نہیں ملی victory۔</w:t>
      </w:r>
    </w:p>
    <w:p>
      <w:r>
        <w:rPr>
          <w:b/>
        </w:rPr>
        <w:t xml:space="preserve">[08:41] </w:t>
      </w:r>
      <w:r>
        <w:t>to ab in ka aik shair khara ho kar ke aik sab janjal lafzon ka aik ghun ghurj</w:t>
      </w:r>
    </w:p>
    <w:p>
      <w:pPr>
        <w:jc w:val="right"/>
      </w:pPr>
      <w:r>
        <w:t>تو اب ان کا ایک شعر کھڑا ہو کر کے ایک سب جنجال لفظوں کا ایک گھن گرج</w:t>
      </w:r>
    </w:p>
    <w:p>
      <w:r>
        <w:rPr>
          <w:b/>
        </w:rPr>
        <w:t xml:space="preserve">[08:49] </w:t>
      </w:r>
      <w:r>
        <w:t>ka aik andaaz mein aik speech deta hai.</w:t>
      </w:r>
    </w:p>
    <w:p>
      <w:pPr>
        <w:jc w:val="right"/>
      </w:pPr>
      <w:r>
        <w:t>کا ایک انداز میں ایک speech دیتا ہے۔</w:t>
      </w:r>
    </w:p>
    <w:p>
      <w:r>
        <w:rPr>
          <w:b/>
        </w:rPr>
        <w:t xml:space="preserve">[08:53] </w:t>
      </w:r>
      <w:r>
        <w:t>aur woh table par unhein kill karta hai.</w:t>
      </w:r>
    </w:p>
    <w:p>
      <w:pPr>
        <w:jc w:val="right"/>
      </w:pPr>
      <w:r>
        <w:t>اور وہ table پر انہیں kill کرتا ہے۔</w:t>
      </w:r>
    </w:p>
    <w:p>
      <w:r>
        <w:rPr>
          <w:b/>
        </w:rPr>
        <w:t xml:space="preserve">[08:56] </w:t>
      </w:r>
      <w:r>
        <w:t>to bohat khush hote hain woh.</w:t>
      </w:r>
    </w:p>
    <w:p>
      <w:pPr>
        <w:jc w:val="right"/>
      </w:pPr>
      <w:r>
        <w:t>تو بہت خوش ہوتے ہیں وہ۔</w:t>
      </w:r>
    </w:p>
    <w:p>
      <w:r>
        <w:rPr>
          <w:b/>
        </w:rPr>
        <w:t xml:space="preserve">[08:59] </w:t>
      </w:r>
      <w:r>
        <w:t>dilli mein aik sahib ke ghar aik baar mein gaya.</w:t>
      </w:r>
    </w:p>
    <w:p>
      <w:pPr>
        <w:jc w:val="right"/>
      </w:pPr>
      <w:r>
        <w:t>دلی میں ایک صاحب کے گھر ایک بار میں گیا۔</w:t>
      </w:r>
    </w:p>
    <w:p>
      <w:r>
        <w:rPr>
          <w:b/>
        </w:rPr>
        <w:t xml:space="preserve">[09:03] </w:t>
      </w:r>
      <w:r>
        <w:t>woh dilli mein rehte hain.</w:t>
      </w:r>
    </w:p>
    <w:p>
      <w:pPr>
        <w:jc w:val="right"/>
      </w:pPr>
      <w:r>
        <w:t>وہ دلی میں رہتے ہیں۔</w:t>
      </w:r>
    </w:p>
    <w:p>
      <w:r>
        <w:rPr>
          <w:b/>
        </w:rPr>
        <w:t xml:space="preserve">[09:05] </w:t>
      </w:r>
      <w:r>
        <w:t>purani dilli mein, Old Delhi mein.</w:t>
      </w:r>
    </w:p>
    <w:p>
      <w:pPr>
        <w:jc w:val="right"/>
      </w:pPr>
      <w:r>
        <w:t>پرانی دلی میں، Old Delhi میں۔</w:t>
      </w:r>
    </w:p>
    <w:p>
      <w:r>
        <w:rPr>
          <w:b/>
        </w:rPr>
        <w:t xml:space="preserve">[09:08] </w:t>
      </w:r>
      <w:r>
        <w:t>to unhon ne mujhe bulaya tha kuch.</w:t>
      </w:r>
    </w:p>
    <w:p>
      <w:pPr>
        <w:jc w:val="right"/>
      </w:pPr>
      <w:r>
        <w:t>تو انہوں نے مجھے بلایا تھا کچھ۔</w:t>
      </w:r>
    </w:p>
    <w:p>
      <w:r>
        <w:rPr>
          <w:b/>
        </w:rPr>
        <w:t xml:space="preserve">[09:11] </w:t>
      </w:r>
      <w:r>
        <w:t>to kuch lunch dinner aisa kuch tha.</w:t>
      </w:r>
    </w:p>
    <w:p>
      <w:pPr>
        <w:jc w:val="right"/>
      </w:pPr>
      <w:r>
        <w:t>تو کچھ lunch dinner ایسا کچھ تھا۔</w:t>
      </w:r>
    </w:p>
    <w:p>
      <w:r>
        <w:rPr>
          <w:b/>
        </w:rPr>
        <w:t xml:space="preserve">[09:14] </w:t>
      </w:r>
      <w:r>
        <w:t>to khair jis jis kamre mein mujhe bithaya gaya tha, aik bara sa kamra tha.</w:t>
      </w:r>
    </w:p>
    <w:p>
      <w:pPr>
        <w:jc w:val="right"/>
      </w:pPr>
      <w:r>
        <w:t>تو خیر جس جس کمرے میں مجھے بٹھایا گیا تھا، ایک بڑا سا کمرہ تھا۔</w:t>
      </w:r>
    </w:p>
    <w:p>
      <w:r>
        <w:rPr>
          <w:b/>
        </w:rPr>
        <w:t xml:space="preserve">[09:20] </w:t>
      </w:r>
      <w:r>
        <w:t>to is mein kinare ki taraf aik side room bhi tha.</w:t>
      </w:r>
    </w:p>
    <w:p>
      <w:pPr>
        <w:jc w:val="right"/>
      </w:pPr>
      <w:r>
        <w:t>تو اس میں کنارے کی طرف ایک side room بھی تھا۔</w:t>
      </w:r>
    </w:p>
    <w:p>
      <w:r>
        <w:rPr>
          <w:b/>
        </w:rPr>
        <w:t xml:space="preserve">[09:25] </w:t>
      </w:r>
      <w:r>
        <w:t>to idhar mein kisi wajah se chala gaya.</w:t>
      </w:r>
    </w:p>
    <w:p>
      <w:pPr>
        <w:jc w:val="right"/>
      </w:pPr>
      <w:r>
        <w:t>تو ادھر میں کسی وجہ سے چلا گیا۔</w:t>
      </w:r>
    </w:p>
    <w:p>
      <w:r>
        <w:rPr>
          <w:b/>
        </w:rPr>
        <w:t xml:space="preserve">[09:28] </w:t>
      </w:r>
      <w:r>
        <w:t>to wahan aik ajeeb o ghareeb scene tha.</w:t>
      </w:r>
    </w:p>
    <w:p>
      <w:pPr>
        <w:jc w:val="right"/>
      </w:pPr>
      <w:r>
        <w:t>تو وہاں ایک عجیب و غریب سین تھا۔</w:t>
      </w:r>
    </w:p>
    <w:p>
      <w:r>
        <w:rPr>
          <w:b/>
        </w:rPr>
        <w:t xml:space="preserve">[09:32] </w:t>
      </w:r>
      <w:r>
        <w:t>wahan aik aik bara sa jo mug hum kehte hain, bara sa mug.</w:t>
      </w:r>
    </w:p>
    <w:p>
      <w:pPr>
        <w:jc w:val="right"/>
      </w:pPr>
      <w:r>
        <w:t>وہاں ایک ایک بڑا سا جو مگ ہم کہتے ہیں، بڑا سا مگ۔</w:t>
      </w:r>
    </w:p>
    <w:p>
      <w:r>
        <w:rPr>
          <w:b/>
        </w:rPr>
        <w:t xml:space="preserve">[09:37] </w:t>
      </w:r>
      <w:r>
        <w:t>to is ke andar reit bhari hui thi, reit.</w:t>
      </w:r>
    </w:p>
    <w:p>
      <w:pPr>
        <w:jc w:val="right"/>
      </w:pPr>
      <w:r>
        <w:t>تو اس کے اندر ریت بھری ہوئی تھی، ریت۔</w:t>
      </w:r>
    </w:p>
    <w:p>
      <w:r>
        <w:rPr>
          <w:b/>
        </w:rPr>
        <w:t xml:space="preserve">[09:41] </w:t>
      </w:r>
      <w:r>
        <w:t>aur is mein aag jal rahi thi, light ke zariye, bijli ke zariye aag jal rahi thi.</w:t>
      </w:r>
    </w:p>
    <w:p>
      <w:pPr>
        <w:jc w:val="right"/>
      </w:pPr>
      <w:r>
        <w:t>اور اس میں آگ جل رہی تھی، لائٹ کے ذریعے، بجلی کے ذریعے آگ جل رہی تھی۔</w:t>
      </w:r>
    </w:p>
    <w:p>
      <w:r>
        <w:rPr>
          <w:b/>
        </w:rPr>
        <w:t xml:space="preserve">[09:48] </w:t>
      </w:r>
      <w:r>
        <w:t>is mein aik chhuri is mein dali hui thi.</w:t>
      </w:r>
    </w:p>
    <w:p>
      <w:pPr>
        <w:jc w:val="right"/>
      </w:pPr>
      <w:r>
        <w:t>اس میں ایک چھری اس میں ڈالی ہوئی تھی۔</w:t>
      </w:r>
    </w:p>
    <w:p>
      <w:r>
        <w:rPr>
          <w:b/>
        </w:rPr>
        <w:t xml:space="preserve">[09:52] </w:t>
      </w:r>
      <w:r>
        <w:t>aik knife, lamba knife is ke andar dala hua tha aur sab jal raha tha woh.</w:t>
      </w:r>
    </w:p>
    <w:p>
      <w:pPr>
        <w:jc w:val="right"/>
      </w:pPr>
      <w:r>
        <w:t>ایک knife، لمبا knife اس کے اندر ڈالا ہوا تھا اور سب جل رہا تھا وہ۔</w:t>
      </w:r>
    </w:p>
    <w:p>
      <w:r>
        <w:rPr>
          <w:b/>
        </w:rPr>
        <w:t xml:space="preserve">[09:59] </w:t>
      </w:r>
      <w:r>
        <w:t>maine poocha yeh kya cheez hai? to unhon ne kaha ke hamare ghar mein jewelry chori ho</w:t>
      </w:r>
    </w:p>
    <w:p>
      <w:pPr>
        <w:jc w:val="right"/>
      </w:pPr>
      <w:r>
        <w:t>میں نے پوچھا یہ کیا چیز ہے؟ تو انہوں نے کہا کہ ہمارے گھر میں جیولری چوری ہو</w:t>
      </w:r>
    </w:p>
    <w:p>
      <w:r>
        <w:rPr>
          <w:b/>
        </w:rPr>
        <w:t xml:space="preserve">[10:07] </w:t>
      </w:r>
      <w:r>
        <w:t>gayi hai.</w:t>
      </w:r>
    </w:p>
    <w:p>
      <w:pPr>
        <w:jc w:val="right"/>
      </w:pPr>
      <w:r>
        <w:t>گئی ہے۔</w:t>
      </w:r>
    </w:p>
    <w:p>
      <w:r>
        <w:rPr>
          <w:b/>
        </w:rPr>
        <w:t xml:space="preserve">[10:08] </w:t>
      </w:r>
      <w:r>
        <w:t>jewellery koi utha le gaya hai.</w:t>
      </w:r>
    </w:p>
    <w:p>
      <w:pPr>
        <w:jc w:val="right"/>
      </w:pPr>
      <w:r>
        <w:t>جیولری کوئی اٹھا لے گیا ہے۔</w:t>
      </w:r>
    </w:p>
    <w:p>
      <w:r>
        <w:rPr>
          <w:b/>
        </w:rPr>
        <w:t xml:space="preserve">[10:11] </w:t>
      </w:r>
      <w:r>
        <w:t>to yeh jo hum kar rahe hain.</w:t>
      </w:r>
    </w:p>
    <w:p>
      <w:pPr>
        <w:jc w:val="right"/>
      </w:pPr>
      <w:r>
        <w:t>تو یہ جو ہم کر رہے ہیں۔</w:t>
      </w:r>
    </w:p>
    <w:p>
      <w:r>
        <w:rPr>
          <w:b/>
        </w:rPr>
        <w:t xml:space="preserve">[10:14] </w:t>
      </w:r>
      <w:r>
        <w:t>to woh jo mug tha ya dabba us ke andar jo aag jal rahi thi, to woh is</w:t>
      </w:r>
    </w:p>
    <w:p>
      <w:pPr>
        <w:jc w:val="right"/>
      </w:pPr>
      <w:r>
        <w:t>تو وہ جو مگ تھا یا ڈبہ اس کے اندر جو آگ جل رہی تھی، تو وہ اس</w:t>
      </w:r>
    </w:p>
    <w:p>
      <w:r>
        <w:rPr>
          <w:b/>
        </w:rPr>
        <w:t xml:space="preserve">[10:22] </w:t>
      </w:r>
      <w:r>
        <w:t>ka is ka woh tha.</w:t>
      </w:r>
    </w:p>
    <w:p>
      <w:pPr>
        <w:jc w:val="right"/>
      </w:pPr>
      <w:r>
        <w:t>کا اس کا وہ تھا۔</w:t>
      </w:r>
    </w:p>
    <w:p>
      <w:r>
        <w:rPr>
          <w:b/>
        </w:rPr>
        <w:t xml:space="preserve">[10:24] </w:t>
      </w:r>
      <w:r>
        <w:t>is chor ka seena tha woh.</w:t>
      </w:r>
    </w:p>
    <w:p>
      <w:pPr>
        <w:jc w:val="right"/>
      </w:pPr>
      <w:r>
        <w:t>اس چور کا سینہ تھا وہ۔</w:t>
      </w:r>
    </w:p>
    <w:p>
      <w:r>
        <w:rPr>
          <w:b/>
        </w:rPr>
        <w:t xml:space="preserve">[10:26] </w:t>
      </w:r>
      <w:r>
        <w:t>is mein woh chhuri daali hui thi.</w:t>
      </w:r>
    </w:p>
    <w:p>
      <w:pPr>
        <w:jc w:val="right"/>
      </w:pPr>
      <w:r>
        <w:t>اس میں وہ چھری ڈالی ہوئی تھی۔</w:t>
      </w:r>
    </w:p>
    <w:p>
      <w:r>
        <w:rPr>
          <w:b/>
        </w:rPr>
        <w:t xml:space="preserve">[10:29] </w:t>
      </w:r>
      <w:r>
        <w:t>to unhon ne kaha ke yeh chhuri jo hai is ke seene mein ghase gi.</w:t>
      </w:r>
    </w:p>
    <w:p>
      <w:pPr>
        <w:jc w:val="right"/>
      </w:pPr>
      <w:r>
        <w:t>تو انہوں نے کہا کہ یہ چھری جو ہے اس کے سینے میں گھسے گی۔</w:t>
      </w:r>
    </w:p>
    <w:p>
      <w:r>
        <w:rPr>
          <w:b/>
        </w:rPr>
        <w:t xml:space="preserve">[10:36] </w:t>
      </w:r>
      <w:r>
        <w:t>wahan tarpay ga woh.</w:t>
      </w:r>
    </w:p>
    <w:p>
      <w:pPr>
        <w:jc w:val="right"/>
      </w:pPr>
      <w:r>
        <w:t>وہاں تڑپے گا وہ۔</w:t>
      </w:r>
    </w:p>
    <w:p>
      <w:r>
        <w:rPr>
          <w:b/>
        </w:rPr>
        <w:t xml:space="preserve">[10:37] </w:t>
      </w:r>
      <w:r>
        <w:t>yani apne ghar ke ek dabe mein aag jala kar is mein chhuri daal kar ke woh samajh</w:t>
      </w:r>
    </w:p>
    <w:p>
      <w:pPr>
        <w:jc w:val="right"/>
      </w:pPr>
      <w:r>
        <w:t>یعنی اپنے گھر کے ایک ڈبے میں آگ جلا کر اس میں چھری ڈال کر کے وہ سمجھ</w:t>
      </w:r>
    </w:p>
    <w:p>
      <w:r>
        <w:rPr>
          <w:b/>
        </w:rPr>
        <w:t xml:space="preserve">[10:45] </w:t>
      </w:r>
      <w:r>
        <w:t>rahe thay ke chor ka seena tarpay ga aur tarp tarp kar la kar jewellery hamein de de</w:t>
      </w:r>
    </w:p>
    <w:p>
      <w:pPr>
        <w:jc w:val="right"/>
      </w:pPr>
      <w:r>
        <w:t>رہے تھے کہ چور کا سینہ تڑپے گا اور تڑپ تڑپ کر لا کر جیولری ہمیں دے دے</w:t>
      </w:r>
    </w:p>
    <w:p>
      <w:r>
        <w:rPr>
          <w:b/>
        </w:rPr>
        <w:t xml:space="preserve">[10:53] </w:t>
      </w:r>
      <w:r>
        <w:t>ga wapas.</w:t>
      </w:r>
    </w:p>
    <w:p>
      <w:pPr>
        <w:jc w:val="right"/>
      </w:pPr>
      <w:r>
        <w:t>گا واپس۔</w:t>
      </w:r>
    </w:p>
    <w:p>
      <w:r>
        <w:rPr>
          <w:b/>
        </w:rPr>
        <w:t xml:space="preserve">[10:54] </w:t>
      </w:r>
      <w:r>
        <w:t>zahir hai ke jewellery kabhi wapas nahi mili un ko.</w:t>
      </w:r>
    </w:p>
    <w:p>
      <w:pPr>
        <w:jc w:val="right"/>
      </w:pPr>
      <w:r>
        <w:t>ظاہر ہے کہ جیولری کبھی واپس نہیں ملی ان کو۔</w:t>
      </w:r>
    </w:p>
    <w:p>
      <w:r>
        <w:rPr>
          <w:b/>
        </w:rPr>
        <w:t xml:space="preserve">[10:59] </w:t>
      </w:r>
      <w:r>
        <w:t>to yeh musalmanon ki defeatist mentality ke sab phenomena hain.</w:t>
      </w:r>
    </w:p>
    <w:p>
      <w:pPr>
        <w:jc w:val="right"/>
      </w:pPr>
      <w:r>
        <w:t>تو یہ مسلمانوں کی defeatist mentality کے سب phenomena ہیں۔</w:t>
      </w:r>
    </w:p>
    <w:p>
      <w:r>
        <w:rPr>
          <w:b/>
        </w:rPr>
        <w:t xml:space="preserve">[11:03] </w:t>
      </w:r>
      <w:r>
        <w:t>isi mein jee rahe hain saare musalman.</w:t>
      </w:r>
    </w:p>
    <w:p>
      <w:pPr>
        <w:jc w:val="right"/>
      </w:pPr>
      <w:r>
        <w:t>اسی میں جی رہے ہیں سارے مسلمان۔</w:t>
      </w:r>
    </w:p>
    <w:p>
      <w:r>
        <w:rPr>
          <w:b/>
        </w:rPr>
        <w:t xml:space="preserve">[11:06] </w:t>
      </w:r>
      <w:r>
        <w:t>kyun ke woh samajhte hain ke hamare paas jo mazhab hai woh to hamesha political power chahta hai.</w:t>
      </w:r>
    </w:p>
    <w:p>
      <w:pPr>
        <w:jc w:val="right"/>
      </w:pPr>
      <w:r>
        <w:t>کیونکہ وہ سمجھتے ہیں کہ ہمارے پاس جو مذہب ہے وہ تو ہمیشہ political power چاہتا ہے۔</w:t>
      </w:r>
    </w:p>
    <w:p>
      <w:r>
        <w:rPr>
          <w:b/>
        </w:rPr>
        <w:t xml:space="preserve">[11:13] </w:t>
      </w:r>
      <w:r>
        <w:t>position of strength hi is ka asal hai.</w:t>
      </w:r>
    </w:p>
    <w:p>
      <w:pPr>
        <w:jc w:val="right"/>
      </w:pPr>
      <w:r>
        <w:t>position of strength ہی اس کا اصل ہے۔</w:t>
      </w:r>
    </w:p>
    <w:p>
      <w:r>
        <w:rPr>
          <w:b/>
        </w:rPr>
        <w:t xml:space="preserve">[11:17] </w:t>
      </w:r>
      <w:r>
        <w:t>aur woh mili nahi unhein.</w:t>
      </w:r>
    </w:p>
    <w:p>
      <w:pPr>
        <w:jc w:val="right"/>
      </w:pPr>
      <w:r>
        <w:t>اور وہ ملی نہیں انہیں۔</w:t>
      </w:r>
    </w:p>
    <w:p>
      <w:r>
        <w:rPr>
          <w:b/>
        </w:rPr>
        <w:t xml:space="preserve">[11:19] </w:t>
      </w:r>
      <w:r>
        <w:t>ab is mein dekhiye ek qat'i bari fallacy hai.</w:t>
      </w:r>
    </w:p>
    <w:p>
      <w:pPr>
        <w:jc w:val="right"/>
      </w:pPr>
      <w:r>
        <w:t>اب اس میں دیکھیے ایک قطعی بڑی fallacy ہے۔</w:t>
      </w:r>
    </w:p>
    <w:p>
      <w:r>
        <w:rPr>
          <w:b/>
        </w:rPr>
        <w:t xml:space="preserve">[11:23] </w:t>
      </w:r>
      <w:r>
        <w:t>qat'a rabt ka narration hai.</w:t>
      </w:r>
    </w:p>
    <w:p>
      <w:pPr>
        <w:jc w:val="right"/>
      </w:pPr>
      <w:r>
        <w:t>قطع ربط کا narration ہے۔</w:t>
      </w:r>
    </w:p>
    <w:p>
      <w:r>
        <w:rPr>
          <w:b/>
        </w:rPr>
        <w:t xml:space="preserve">[11:25] </w:t>
      </w:r>
      <w:r>
        <w:t>ke abhi bhi fifty seven muslim countries mein jahan musalmanon ka political power hai.</w:t>
      </w:r>
    </w:p>
    <w:p>
      <w:pPr>
        <w:jc w:val="right"/>
      </w:pPr>
      <w:r>
        <w:t>کہ ابھی بھی fifty seven مسلم countries میں جہاں مسلمانوں کا political power ہے۔</w:t>
      </w:r>
    </w:p>
    <w:p>
      <w:r>
        <w:rPr>
          <w:b/>
        </w:rPr>
        <w:t xml:space="preserve">[11:31] </w:t>
      </w:r>
      <w:r>
        <w:t>yeh kehna bhi ek ghalat baat hai, baseless baat hai ke hamein political power nahi mila hua hai.</w:t>
      </w:r>
    </w:p>
    <w:p>
      <w:pPr>
        <w:jc w:val="right"/>
      </w:pPr>
      <w:r>
        <w:t>یہ کہنا بھی ایک غلط بات ہے، baseless بات ہے کہ ہمیں political power نہیں ملا ہوا ہے۔</w:t>
      </w:r>
    </w:p>
    <w:p>
      <w:r>
        <w:rPr>
          <w:b/>
        </w:rPr>
        <w:t xml:space="preserve">[11:38] </w:t>
      </w:r>
      <w:r>
        <w:t>yeh kaise aap kehte hain? yeh to bilkul baseless hai.</w:t>
      </w:r>
    </w:p>
    <w:p>
      <w:pPr>
        <w:jc w:val="right"/>
      </w:pPr>
      <w:r>
        <w:t>یہ کیسے آپ کہتے ہیں؟ یہ تو بالکل baseless ہے۔</w:t>
      </w:r>
    </w:p>
    <w:p>
      <w:r>
        <w:rPr>
          <w:b/>
        </w:rPr>
        <w:t xml:space="preserve">[11:43] </w:t>
      </w:r>
      <w:r>
        <w:t>abhi bhi is waqt fifty seven muslim countries hain jahan musalmanon ka apna political power hai.</w:t>
      </w:r>
    </w:p>
    <w:p>
      <w:pPr>
        <w:jc w:val="right"/>
      </w:pPr>
      <w:r>
        <w:t>ابھی بھی اس وقت fifty seven مسلم countries ہیں جہاں مسلمانوں کا اپنا political power ہے۔</w:t>
      </w:r>
    </w:p>
    <w:p>
      <w:r>
        <w:rPr>
          <w:b/>
        </w:rPr>
        <w:t xml:space="preserve">[11:50] </w:t>
      </w:r>
      <w:r>
        <w:t>to political power to mila hua hai.</w:t>
      </w:r>
    </w:p>
    <w:p>
      <w:pPr>
        <w:jc w:val="right"/>
      </w:pPr>
      <w:r>
        <w:t>تو political power تو ملا ہوا ہے۔</w:t>
      </w:r>
    </w:p>
    <w:p>
      <w:r>
        <w:rPr>
          <w:b/>
        </w:rPr>
        <w:t xml:space="preserve">[11:53] </w:t>
      </w:r>
      <w:r>
        <w:t>phir kyun rona? phir kyun defeatist mentality? to jo log yeh kehte hain ke saara maamla yeh hai</w:t>
      </w:r>
    </w:p>
    <w:p>
      <w:pPr>
        <w:jc w:val="right"/>
      </w:pPr>
      <w:r>
        <w:t>پھر کیوں رونا؟ پھر کیوں defeatist mentality؟ تو جو لوگ یہ کہتے ہیں کہ سارا معاملہ یہ ہے</w:t>
      </w:r>
    </w:p>
    <w:p>
      <w:r>
        <w:rPr>
          <w:b/>
        </w:rPr>
        <w:t xml:space="preserve">[12:00] </w:t>
      </w:r>
      <w:r>
        <w:t>ke hamare paas political power nahi hai, woh khud bhi ek contradiction mein jeete hain.</w:t>
      </w:r>
    </w:p>
    <w:p>
      <w:pPr>
        <w:jc w:val="right"/>
      </w:pPr>
      <w:r>
        <w:t>کہ ہمارے پاس political power نہیں ہے، وہ خود بھی ایک contradiction میں جیتے ہیں۔</w:t>
      </w:r>
    </w:p>
    <w:p>
      <w:r>
        <w:rPr>
          <w:b/>
        </w:rPr>
        <w:t xml:space="preserve">[12:07] </w:t>
      </w:r>
      <w:r>
        <w:t>political power to mila hua hai tum ko.</w:t>
      </w:r>
    </w:p>
    <w:p>
      <w:pPr>
        <w:jc w:val="right"/>
      </w:pPr>
      <w:r>
        <w:t>political power تو ملا ہوا ہے تم کو۔</w:t>
      </w:r>
    </w:p>
    <w:p>
      <w:r>
        <w:rPr>
          <w:b/>
        </w:rPr>
        <w:t xml:space="preserve">[12:10] </w:t>
      </w:r>
      <w:r>
        <w:t>phir kyun kehte ho ke hum hum ko hum haare hue hain? yeh saara bilkul contradiction aur fallacy</w:t>
      </w:r>
    </w:p>
    <w:p>
      <w:pPr>
        <w:jc w:val="right"/>
      </w:pPr>
      <w:r>
        <w:t>پھر کیوں کہتے ہو کہ ہم ہم کو ہم ہارے ہوئے ہیں؟ یہ سارا بالکل contradiction اور fallacy</w:t>
      </w:r>
    </w:p>
    <w:p>
      <w:r>
        <w:rPr>
          <w:b/>
        </w:rPr>
        <w:t xml:space="preserve">[12:18] </w:t>
      </w:r>
      <w:r>
        <w:t>aur confusion mein jee rahi hai poori poori qaum jee rahi hai.</w:t>
      </w:r>
    </w:p>
    <w:p>
      <w:pPr>
        <w:jc w:val="right"/>
      </w:pPr>
      <w:r>
        <w:t>اور confusion میں جی رہی ہے پوری پوری قوم جی رہی ہے۔</w:t>
      </w:r>
    </w:p>
    <w:p>
      <w:r>
        <w:rPr>
          <w:b/>
        </w:rPr>
        <w:t xml:space="preserve">[12:23] </w:t>
      </w:r>
      <w:r>
        <w:t>america ke musalman bhi isi mein jeete hain.</w:t>
      </w:r>
    </w:p>
    <w:p>
      <w:pPr>
        <w:jc w:val="right"/>
      </w:pPr>
      <w:r>
        <w:t>امریکہ کے مسلمان بھی اسی میں جیتے ہیں۔</w:t>
      </w:r>
    </w:p>
    <w:p>
      <w:r>
        <w:rPr>
          <w:b/>
        </w:rPr>
        <w:t xml:space="preserve">[12:26] </w:t>
      </w:r>
      <w:r>
        <w:t>So called educated log bhi isi mein jeete hain.</w:t>
      </w:r>
    </w:p>
    <w:p>
      <w:pPr>
        <w:jc w:val="right"/>
      </w:pPr>
      <w:r>
        <w:t>So called educated لوگ بھی اسی میں جیتے ہیں۔</w:t>
      </w:r>
    </w:p>
    <w:p>
      <w:r>
        <w:rPr>
          <w:b/>
        </w:rPr>
        <w:t xml:space="preserve">[12:30] </w:t>
      </w:r>
      <w:r>
        <w:t>beh-haal to aaj subah mere mind ne, mera search engine jo hai is ne bataya ke aaj hi</w:t>
      </w:r>
    </w:p>
    <w:p>
      <w:pPr>
        <w:jc w:val="right"/>
      </w:pPr>
      <w:r>
        <w:t>بہرحال تو آج صبح میرے mind نے، میرا search engine جو ہے اس نے بتایا کہ آج ہی</w:t>
      </w:r>
    </w:p>
    <w:p>
      <w:r>
        <w:rPr>
          <w:b/>
        </w:rPr>
        <w:t xml:space="preserve">[12:38] </w:t>
      </w:r>
      <w:r>
        <w:t>subah pandrah saal mera mind jo hai, dekhiye jab sachai gum ho gayi ho to time bohat zyada</w:t>
      </w:r>
    </w:p>
    <w:p>
      <w:pPr>
        <w:jc w:val="right"/>
      </w:pPr>
      <w:r>
        <w:t>صبح پندرہ سال میرا mind جو ہے، دیکھیے جب سچائی گم ہو گئی ہو تو ٹائم بہت زیادہ</w:t>
      </w:r>
    </w:p>
    <w:p>
      <w:r>
        <w:rPr>
          <w:b/>
        </w:rPr>
        <w:t xml:space="preserve">[12:46] </w:t>
      </w:r>
      <w:r>
        <w:t>lagta hai.</w:t>
      </w:r>
    </w:p>
    <w:p>
      <w:pPr>
        <w:jc w:val="right"/>
      </w:pPr>
      <w:r>
        <w:t>لگتا ہے۔</w:t>
      </w:r>
    </w:p>
    <w:p>
      <w:r>
        <w:rPr>
          <w:b/>
        </w:rPr>
        <w:t xml:space="preserve">[12:47] </w:t>
      </w:r>
      <w:r>
        <w:t>computer mein aap ko secondon mein, minaton mein jawab mil sakta hai.</w:t>
      </w:r>
    </w:p>
    <w:p>
      <w:pPr>
        <w:jc w:val="right"/>
      </w:pPr>
      <w:r>
        <w:t>کمپیوٹر میں آپ کو سیکنڈوں میں، منٹوں میں جواب مل سکتا ہے۔</w:t>
      </w:r>
    </w:p>
    <w:p>
      <w:r>
        <w:rPr>
          <w:b/>
        </w:rPr>
        <w:t xml:space="preserve">[12:52] </w:t>
      </w:r>
      <w:r>
        <w:t>kyun ke wahan par sab kuch set hai.</w:t>
      </w:r>
    </w:p>
    <w:p>
      <w:pPr>
        <w:jc w:val="right"/>
      </w:pPr>
      <w:r>
        <w:t>کیونکہ وہاں پر سب کچھ set ہے۔</w:t>
      </w:r>
    </w:p>
    <w:p>
      <w:r>
        <w:rPr>
          <w:b/>
        </w:rPr>
        <w:t xml:space="preserve">[12:55] </w:t>
      </w:r>
      <w:r>
        <w:t>wahan kuch gum nahi hui hai.</w:t>
      </w:r>
    </w:p>
    <w:p>
      <w:pPr>
        <w:jc w:val="right"/>
      </w:pPr>
      <w:r>
        <w:t>وہاں کچھ گم نہیں ہوئی ہے۔</w:t>
      </w:r>
    </w:p>
    <w:p>
      <w:r>
        <w:rPr>
          <w:b/>
        </w:rPr>
        <w:t xml:space="preserve">[12:58] </w:t>
      </w:r>
      <w:r>
        <w:t>saare calculations set hain is ke andar.</w:t>
      </w:r>
    </w:p>
    <w:p>
      <w:pPr>
        <w:jc w:val="right"/>
      </w:pPr>
      <w:r>
        <w:t>سارے calculations set ہیں اس کے اندر۔</w:t>
      </w:r>
    </w:p>
    <w:p>
      <w:r>
        <w:rPr>
          <w:b/>
        </w:rPr>
        <w:t xml:space="preserve">[13:01] </w:t>
      </w:r>
      <w:r>
        <w:t>saari information set hain is ke andar.</w:t>
      </w:r>
    </w:p>
    <w:p>
      <w:pPr>
        <w:jc w:val="right"/>
      </w:pPr>
      <w:r>
        <w:t>ساری information set ہیں اس کے اندر۔</w:t>
      </w:r>
    </w:p>
    <w:p>
      <w:r>
        <w:rPr>
          <w:b/>
        </w:rPr>
        <w:t xml:space="preserve">[13:04] </w:t>
      </w:r>
      <w:r>
        <w:t>aap ne ek ek switch dabai aur woh woh jo already jo wahan par feed ki hui hai</w:t>
      </w:r>
    </w:p>
    <w:p>
      <w:pPr>
        <w:jc w:val="right"/>
      </w:pPr>
      <w:r>
        <w:t>آپ نے ایک ایک سوئچ دبائی اور وہ وہ جو already جو وہاں پر فیڈ کی ہوئی ہے</w:t>
      </w:r>
    </w:p>
    <w:p>
      <w:r>
        <w:rPr>
          <w:b/>
        </w:rPr>
        <w:t xml:space="preserve">[13:12] </w:t>
      </w:r>
      <w:r>
        <w:t>woh nikalne lagi.</w:t>
      </w:r>
    </w:p>
    <w:p>
      <w:pPr>
        <w:jc w:val="right"/>
      </w:pPr>
      <w:r>
        <w:t>وہ نکلنے لگی۔</w:t>
      </w:r>
    </w:p>
    <w:p>
      <w:r>
        <w:rPr>
          <w:b/>
        </w:rPr>
        <w:t xml:space="preserve">[13:13] </w:t>
      </w:r>
      <w:r>
        <w:t>mind mein aisa nahi ho sakta.</w:t>
      </w:r>
    </w:p>
    <w:p>
      <w:pPr>
        <w:jc w:val="right"/>
      </w:pPr>
      <w:r>
        <w:t>Mind میں ایسا نہیں ہو سکتا۔</w:t>
      </w:r>
    </w:p>
    <w:p>
      <w:r>
        <w:rPr>
          <w:b/>
        </w:rPr>
        <w:t xml:space="preserve">[13:16] </w:t>
      </w:r>
      <w:r>
        <w:t>yahan to jangla hai, jangla information ka.</w:t>
      </w:r>
    </w:p>
    <w:p>
      <w:pPr>
        <w:jc w:val="right"/>
      </w:pPr>
      <w:r>
        <w:t>یہاں تو جنگل ہے، جنگل information کا۔</w:t>
      </w:r>
    </w:p>
    <w:p>
      <w:r>
        <w:rPr>
          <w:b/>
        </w:rPr>
        <w:t xml:space="preserve">[13:19] </w:t>
      </w:r>
      <w:r>
        <w:t>is ne confusion mein daal rakha hai logon ko.</w:t>
      </w:r>
    </w:p>
    <w:p>
      <w:pPr>
        <w:jc w:val="right"/>
      </w:pPr>
      <w:r>
        <w:t>اس نے confusion میں ڈال رکھا ہے لوگوں کو۔</w:t>
      </w:r>
    </w:p>
    <w:p>
      <w:r>
        <w:rPr>
          <w:b/>
        </w:rPr>
        <w:t xml:space="preserve">[13:23] </w:t>
      </w:r>
      <w:r>
        <w:t>to hamare mind ka search engine jo hai minaton mein, secondon mein nahi answer de sakta.</w:t>
      </w:r>
    </w:p>
    <w:p>
      <w:pPr>
        <w:jc w:val="right"/>
      </w:pPr>
      <w:r>
        <w:t>تو ہمارے mind کا search engine جو ہے منٹوں میں، سیکنڈوں میں نہیں answer دے سکتا۔</w:t>
      </w:r>
    </w:p>
    <w:p>
      <w:r>
        <w:rPr>
          <w:b/>
        </w:rPr>
        <w:t xml:space="preserve">[13:29] </w:t>
      </w:r>
      <w:r>
        <w:t>par time lagega.</w:t>
      </w:r>
    </w:p>
    <w:p>
      <w:pPr>
        <w:jc w:val="right"/>
      </w:pPr>
      <w:r>
        <w:t>پر ٹائم لگے گا۔</w:t>
      </w:r>
    </w:p>
    <w:p>
      <w:r>
        <w:rPr>
          <w:b/>
        </w:rPr>
        <w:t xml:space="preserve">[13:31] </w:t>
      </w:r>
      <w:r>
        <w:t>to yeh na samjhiye ke mind jo hai kuch kam hai computer se.</w:t>
      </w:r>
    </w:p>
    <w:p>
      <w:pPr>
        <w:jc w:val="right"/>
      </w:pPr>
      <w:r>
        <w:t>تو یہ نہ سمجھیے کہ mind جو ہے کچھ کم ہے کمپیوٹر سے۔</w:t>
      </w:r>
    </w:p>
    <w:p>
      <w:r>
        <w:rPr>
          <w:b/>
        </w:rPr>
        <w:t xml:space="preserve">[13:37] </w:t>
      </w:r>
      <w:r>
        <w:t>computer ko mechanical mind kaha jata hai.</w:t>
      </w:r>
    </w:p>
    <w:p>
      <w:pPr>
        <w:jc w:val="right"/>
      </w:pPr>
      <w:r>
        <w:t>کمپیوٹر کو mechanical mind کہا جاتا ہے۔</w:t>
      </w:r>
    </w:p>
    <w:p>
      <w:r>
        <w:rPr>
          <w:b/>
        </w:rPr>
        <w:t xml:space="preserve">[13:40] </w:t>
      </w:r>
      <w:r>
        <w:t>mein samajhta hoon ke is ke muqable mein hamara mind jo hai woh billion trillion times zyada bari</w:t>
      </w:r>
    </w:p>
    <w:p>
      <w:pPr>
        <w:jc w:val="right"/>
      </w:pPr>
      <w:r>
        <w:t>میں سمجھتا ہوں کہ اس کے مقابلے میں ہمارا mind جو ہے وہ billion trillion times زیادہ بڑی</w:t>
      </w:r>
    </w:p>
    <w:p>
      <w:r>
        <w:rPr>
          <w:b/>
        </w:rPr>
        <w:t xml:space="preserve">[13:47] </w:t>
      </w:r>
      <w:r>
        <w:t>cheez hai.</w:t>
      </w:r>
    </w:p>
    <w:p>
      <w:pPr>
        <w:jc w:val="right"/>
      </w:pPr>
      <w:r>
        <w:t>چیز ہے۔</w:t>
      </w:r>
    </w:p>
    <w:p>
      <w:r>
        <w:rPr>
          <w:b/>
        </w:rPr>
        <w:t xml:space="preserve">[13:49] </w:t>
      </w:r>
      <w:r>
        <w:t>lekin computer ka mamla bohat aasan hai.</w:t>
      </w:r>
    </w:p>
    <w:p>
      <w:pPr>
        <w:jc w:val="right"/>
      </w:pPr>
      <w:r>
        <w:t>لیکن کمپیوٹر کا معاملہ بہت آسان ہے۔</w:t>
      </w:r>
    </w:p>
    <w:p>
      <w:r>
        <w:rPr>
          <w:b/>
        </w:rPr>
        <w:t xml:space="preserve">[13:52] </w:t>
      </w:r>
      <w:r>
        <w:t>isko feed ki hui information se kuch nikalna parta hai.</w:t>
      </w:r>
    </w:p>
    <w:p>
      <w:pPr>
        <w:jc w:val="right"/>
      </w:pPr>
      <w:r>
        <w:t>اس کو فیڈ کی ہوئی information سے کچھ نکالنا پڑتا ہے۔</w:t>
      </w:r>
    </w:p>
    <w:p>
      <w:r>
        <w:rPr>
          <w:b/>
        </w:rPr>
        <w:t xml:space="preserve">[13:57] </w:t>
      </w:r>
      <w:r>
        <w:t>hamare haan to kuch jangall hi jangall hai sab kuch.</w:t>
      </w:r>
    </w:p>
    <w:p>
      <w:pPr>
        <w:jc w:val="right"/>
      </w:pPr>
      <w:r>
        <w:t>ہمارے ہاں تو کچھ جنگل ہی جنگل ہے سب کچھ۔</w:t>
      </w:r>
    </w:p>
    <w:p>
      <w:r>
        <w:rPr>
          <w:b/>
        </w:rPr>
        <w:t xml:space="preserve">[14:01] </w:t>
      </w:r>
      <w:r>
        <w:t>wo jo feed ki hui nahi hai.</w:t>
      </w:r>
    </w:p>
    <w:p>
      <w:pPr>
        <w:jc w:val="right"/>
      </w:pPr>
      <w:r>
        <w:t>وہ جو فیڈ کی ہوئی نہیں ہے۔</w:t>
      </w:r>
    </w:p>
    <w:p>
      <w:r>
        <w:rPr>
          <w:b/>
        </w:rPr>
        <w:t xml:space="preserve">[14:04] </w:t>
      </w:r>
      <w:r>
        <w:t>jo is feed ki hui hai wo confusion hai, contradiction hai, misinterpretation hai.</w:t>
      </w:r>
    </w:p>
    <w:p>
      <w:pPr>
        <w:jc w:val="right"/>
      </w:pPr>
      <w:r>
        <w:t>جو اس فیڈ کی ہوئی ہے وہ confusion ہے، contradiction ہے، misinterpretation ہے۔</w:t>
      </w:r>
    </w:p>
    <w:p>
      <w:r>
        <w:rPr>
          <w:b/>
        </w:rPr>
        <w:t xml:space="preserve">[14:09] </w:t>
      </w:r>
      <w:r>
        <w:t>ye sab bhara hua hai.</w:t>
      </w:r>
    </w:p>
    <w:p>
      <w:pPr>
        <w:jc w:val="right"/>
      </w:pPr>
      <w:r>
        <w:t>یہ سب بھرا ہوا ہے۔</w:t>
      </w:r>
    </w:p>
    <w:p>
      <w:r>
        <w:rPr>
          <w:b/>
        </w:rPr>
        <w:t xml:space="preserve">[14:12] </w:t>
      </w:r>
      <w:r>
        <w:t>isi liye pure muslim world mein log jo hain bilkul is mamle mein be khabar hain, unaware hain.</w:t>
      </w:r>
    </w:p>
    <w:p>
      <w:pPr>
        <w:jc w:val="right"/>
      </w:pPr>
      <w:r>
        <w:t>اسی لیے پورے مسلم world میں لوگ جو ہیں بالکل اس معاملے میں بے خبر ہیں، unaware ہیں۔</w:t>
      </w:r>
    </w:p>
    <w:p>
      <w:r>
        <w:rPr>
          <w:b/>
        </w:rPr>
        <w:t xml:space="preserve">[14:19] </w:t>
      </w:r>
      <w:r>
        <w:t>kuch bhi nahi jante.</w:t>
      </w:r>
    </w:p>
    <w:p>
      <w:pPr>
        <w:jc w:val="right"/>
      </w:pPr>
      <w:r>
        <w:t>کچھ بھی نہیں جانتے۔</w:t>
      </w:r>
    </w:p>
    <w:p>
      <w:r>
        <w:rPr>
          <w:b/>
        </w:rPr>
        <w:t xml:space="preserve">[14:21] </w:t>
      </w:r>
      <w:r>
        <w:t>aur yahi kitna bura phenomena hai ke defeatist mentality yahan tak pohnchi hai ke lafzon ka dangal hota</w:t>
      </w:r>
    </w:p>
    <w:p>
      <w:pPr>
        <w:jc w:val="right"/>
      </w:pPr>
      <w:r>
        <w:t>اور یہی کتنا برا phenomena ہے کہ defeatist mentality یہاں تک پہنچی ہے کہ لفظوں کا دنگل ہوتا</w:t>
      </w:r>
    </w:p>
    <w:p>
      <w:r>
        <w:rPr>
          <w:b/>
        </w:rPr>
        <w:t xml:space="preserve">[14:29]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[14:30] </w:t>
      </w:r>
      <w:r>
        <w:t>Debate kya hai? Debate sab ka dangal hai.</w:t>
      </w:r>
    </w:p>
    <w:p>
      <w:pPr>
        <w:jc w:val="right"/>
      </w:pPr>
      <w:r>
        <w:t>Debate کیا ہے؟ Debate سب کا دنگل ہے۔</w:t>
      </w:r>
    </w:p>
    <w:p>
      <w:r>
        <w:rPr>
          <w:b/>
        </w:rPr>
        <w:t xml:space="preserve">[14:34] </w:t>
      </w:r>
      <w:r>
        <w:t>lafzon ke jangall mein hum khel rahe hain aur khush hote hain, talian bajate hain.</w:t>
      </w:r>
    </w:p>
    <w:p>
      <w:pPr>
        <w:jc w:val="right"/>
      </w:pPr>
      <w:r>
        <w:t>لفظوں کے جنگل میں ہم کھیل رہے ہیں اور خوش ہوتے ہیں، تالیاں بجاتے ہیں۔</w:t>
      </w:r>
    </w:p>
    <w:p>
      <w:r>
        <w:rPr>
          <w:b/>
        </w:rPr>
        <w:t xml:space="preserve">[14:40] </w:t>
      </w:r>
      <w:r>
        <w:t>yani real life mein hamein defeat hui hai.</w:t>
      </w:r>
    </w:p>
    <w:p>
      <w:pPr>
        <w:jc w:val="right"/>
      </w:pPr>
      <w:r>
        <w:t>یعنی real life میں ہمیں defeat ہوئی ہے۔</w:t>
      </w:r>
    </w:p>
    <w:p>
      <w:r>
        <w:rPr>
          <w:b/>
        </w:rPr>
        <w:t xml:space="preserve">[14:44] </w:t>
      </w:r>
      <w:r>
        <w:t>to ek imaginary world hum apna khud banate hain.</w:t>
      </w:r>
    </w:p>
    <w:p>
      <w:pPr>
        <w:jc w:val="right"/>
      </w:pPr>
      <w:r>
        <w:t>تو ایک imaginary world ہم اپنا خود بناتے ہیں۔</w:t>
      </w:r>
    </w:p>
    <w:p>
      <w:r>
        <w:rPr>
          <w:b/>
        </w:rPr>
        <w:t xml:space="preserve">[14:47] </w:t>
      </w:r>
      <w:r>
        <w:t>wahan sab ka dangal macha kar ke khush hote hain ke hum jeet gaye.</w:t>
      </w:r>
    </w:p>
    <w:p>
      <w:pPr>
        <w:jc w:val="right"/>
      </w:pPr>
      <w:r>
        <w:t>وہاں سب کا دنگل مچا کر کے خوش ہوتے ہیں کہ ہم جیت گئے۔</w:t>
      </w:r>
    </w:p>
    <w:p>
      <w:r>
        <w:rPr>
          <w:b/>
        </w:rPr>
        <w:t xml:space="preserve">[14:53] </w:t>
      </w:r>
      <w:r>
        <w:t>ye to bilkul Auschwitz habit hai ye.</w:t>
      </w:r>
    </w:p>
    <w:p>
      <w:pPr>
        <w:jc w:val="right"/>
      </w:pPr>
      <w:r>
        <w:t>یہ تو بالکل Auschwitz habit ہے یہ۔</w:t>
      </w:r>
    </w:p>
    <w:p>
      <w:r>
        <w:rPr>
          <w:b/>
        </w:rPr>
        <w:t xml:space="preserve">[14:56] </w:t>
      </w:r>
      <w:r>
        <w:t>Auschwitz like habit.</w:t>
      </w:r>
    </w:p>
    <w:p>
      <w:pPr>
        <w:jc w:val="right"/>
      </w:pPr>
      <w:r>
        <w:t>Auschwitz like habit۔</w:t>
      </w:r>
    </w:p>
    <w:p>
      <w:r>
        <w:rPr>
          <w:b/>
        </w:rPr>
        <w:t xml:space="preserve">[14:58] </w:t>
      </w:r>
      <w:r>
        <w:t>ab dekhiye chodein, cell mein khush ho jana.</w:t>
      </w:r>
    </w:p>
    <w:p>
      <w:pPr>
        <w:jc w:val="right"/>
      </w:pPr>
      <w:r>
        <w:t>اب دیکھیے چھوڑیں، سیل میں خوش ہو جانا۔</w:t>
      </w:r>
    </w:p>
    <w:p>
      <w:r>
        <w:rPr>
          <w:b/>
        </w:rPr>
        <w:t xml:space="preserve">[15:01] </w:t>
      </w:r>
      <w:r>
        <w:t>jaise aap jante hain ke Auschwitz jo hota hai, shutur murgh.</w:t>
      </w:r>
    </w:p>
    <w:p>
      <w:pPr>
        <w:jc w:val="right"/>
      </w:pPr>
      <w:r>
        <w:t>جیسے آپ جانتے ہیں کہ Auschwitz جو ہوتا ہے، شتر مرغ۔</w:t>
      </w:r>
    </w:p>
    <w:p>
      <w:r>
        <w:rPr>
          <w:b/>
        </w:rPr>
        <w:t xml:space="preserve">[15:06] </w:t>
      </w:r>
      <w:r>
        <w:t>reit ka jab storm aata hai, samajhta hai ke ab mein ghar ke mar jaunga.</w:t>
      </w:r>
    </w:p>
    <w:p>
      <w:pPr>
        <w:jc w:val="right"/>
      </w:pPr>
      <w:r>
        <w:t>ریت کا جب storm آتا ہے، سمجھتا ہے کہ اب میں گھر کے مر جاؤں گا۔</w:t>
      </w:r>
    </w:p>
    <w:p>
      <w:r>
        <w:rPr>
          <w:b/>
        </w:rPr>
        <w:t xml:space="preserve">[15:13] </w:t>
      </w:r>
      <w:r>
        <w:t>to apna sir jo hai daal leta hai reit ke andar.</w:t>
      </w:r>
    </w:p>
    <w:p>
      <w:pPr>
        <w:jc w:val="right"/>
      </w:pPr>
      <w:r>
        <w:t>تو اپنا سر جو ہے ڈال لیتا ہے ریت کے اندر۔</w:t>
      </w:r>
    </w:p>
    <w:p>
      <w:r>
        <w:rPr>
          <w:b/>
        </w:rPr>
        <w:t xml:space="preserve">[15:18] </w:t>
      </w:r>
      <w:r>
        <w:t>to iska matlab ke wo daal kar ke wo dekh nahi raha hota is storm ko.</w:t>
      </w:r>
    </w:p>
    <w:p>
      <w:pPr>
        <w:jc w:val="right"/>
      </w:pPr>
      <w:r>
        <w:t>تو اس کا معنی کہ وہ ڈال کر کے وہ دیکھ نہیں رہا ہوتا اس storm کو۔</w:t>
      </w:r>
    </w:p>
    <w:p>
      <w:r>
        <w:rPr>
          <w:b/>
        </w:rPr>
        <w:t xml:space="preserve">[15:25] </w:t>
      </w:r>
      <w:r>
        <w:t>lekin phir bhi storm aata hai aur phir bhi wo is mein mar jata hai.</w:t>
      </w:r>
    </w:p>
    <w:p>
      <w:pPr>
        <w:jc w:val="right"/>
      </w:pPr>
      <w:r>
        <w:t>لیکن پھر بھی storm آتا ہے اور پھر بھی وہ اس میں مر جاتا ہے۔</w:t>
      </w:r>
    </w:p>
    <w:p>
      <w:r>
        <w:rPr>
          <w:b/>
        </w:rPr>
        <w:t xml:space="preserve">[15:31] </w:t>
      </w:r>
      <w:r>
        <w:t>wohi hamara haal hai.</w:t>
      </w:r>
    </w:p>
    <w:p>
      <w:pPr>
        <w:jc w:val="right"/>
      </w:pPr>
      <w:r>
        <w:t>وہی ہمارا حال ہے۔</w:t>
      </w:r>
    </w:p>
    <w:p>
      <w:r>
        <w:rPr>
          <w:b/>
        </w:rPr>
        <w:t xml:space="preserve">[15:33] </w:t>
      </w:r>
      <w:r>
        <w:t>keh aik chhota sa sail bana kar ke usi ke andar hum khush hotay hain.</w:t>
      </w:r>
    </w:p>
    <w:p>
      <w:pPr>
        <w:jc w:val="right"/>
      </w:pPr>
      <w:r>
        <w:t>کہ ایک چھوٹا سا سیل بنا کر کے اسی کے اندر ہم خوش ہوتے ہیں۔</w:t>
      </w:r>
    </w:p>
    <w:p>
      <w:r>
        <w:rPr>
          <w:b/>
        </w:rPr>
        <w:t xml:space="preserve">[15:39] </w:t>
      </w:r>
      <w:r>
        <w:t>to beharhal jo jo mujhe discover hui woh batata hoon kiya hua.</w:t>
      </w:r>
    </w:p>
    <w:p>
      <w:pPr>
        <w:jc w:val="right"/>
      </w:pPr>
      <w:r>
        <w:t>تو بہرحال جو جو مجھے discover ہوئی وہ بتاتا ہوں کیا ہوئی۔</w:t>
      </w:r>
    </w:p>
    <w:p>
      <w:r>
        <w:rPr>
          <w:b/>
        </w:rPr>
        <w:t xml:space="preserve">[15:45] </w:t>
      </w:r>
      <w:r>
        <w:t>aaj.</w:t>
      </w:r>
    </w:p>
    <w:p>
      <w:pPr>
        <w:jc w:val="right"/>
      </w:pPr>
      <w:r>
        <w:t>آج۔</w:t>
      </w:r>
    </w:p>
    <w:p>
      <w:r>
        <w:rPr>
          <w:b/>
        </w:rPr>
        <w:t xml:space="preserve">[15:46] </w:t>
      </w:r>
      <w:r>
        <w:t>mujhe is is question ka answer aik quran ke aik verse mein mila.</w:t>
      </w:r>
    </w:p>
    <w:p>
      <w:pPr>
        <w:jc w:val="right"/>
      </w:pPr>
      <w:r>
        <w:t>مجھے اس اس question کا answer ایک قرآن کے ایک verse میں ملا۔</w:t>
      </w:r>
    </w:p>
    <w:p>
      <w:r>
        <w:rPr>
          <w:b/>
        </w:rPr>
        <w:t xml:space="preserve">[15:52] </w:t>
      </w:r>
      <w:r>
        <w:t>quran ka aik chapter hai al an'aam.</w:t>
      </w:r>
    </w:p>
    <w:p>
      <w:pPr>
        <w:jc w:val="right"/>
      </w:pPr>
      <w:r>
        <w:t>قرآن کا ایک chapter ہے الانعام۔</w:t>
      </w:r>
    </w:p>
    <w:p>
      <w:r>
        <w:rPr>
          <w:b/>
        </w:rPr>
        <w:t xml:space="preserve">[15:54] </w:t>
      </w:r>
      <w:r>
        <w:t>chapter number six.</w:t>
      </w:r>
    </w:p>
    <w:p>
      <w:pPr>
        <w:jc w:val="right"/>
      </w:pPr>
      <w:r>
        <w:t>Chapter نمبر six۔</w:t>
      </w:r>
    </w:p>
    <w:p>
      <w:r>
        <w:rPr>
          <w:b/>
        </w:rPr>
        <w:t xml:space="preserve">[15:56] </w:t>
      </w:r>
      <w:r>
        <w:t>iski verse number ninety one ko aap parhiye.</w:t>
      </w:r>
    </w:p>
    <w:p>
      <w:pPr>
        <w:jc w:val="right"/>
      </w:pPr>
      <w:r>
        <w:t>اس کی verse نمبر ninety one کو آپ پڑھیے۔</w:t>
      </w:r>
    </w:p>
    <w:p>
      <w:r>
        <w:rPr>
          <w:b/>
        </w:rPr>
        <w:t xml:space="preserve">[16:00] </w:t>
      </w:r>
      <w:r>
        <w:t>six ninety one is ko aap parhiye.</w:t>
      </w:r>
    </w:p>
    <w:p>
      <w:pPr>
        <w:jc w:val="right"/>
      </w:pPr>
      <w:r>
        <w:t>six ninety one اس کو آپ پڑھیے۔</w:t>
      </w:r>
    </w:p>
    <w:p>
      <w:r>
        <w:rPr>
          <w:b/>
        </w:rPr>
        <w:t xml:space="preserve">[16:03] </w:t>
      </w:r>
      <w:r>
        <w:t>jis mein allah ta'ala ne bohat se peghambaron ko mention kiya hai.</w:t>
      </w:r>
    </w:p>
    <w:p>
      <w:pPr>
        <w:jc w:val="right"/>
      </w:pPr>
      <w:r>
        <w:t>جس میں اللہ تعالیٰ نے بہت سے پیغمبروں کو mention کیا ہے۔</w:t>
      </w:r>
    </w:p>
    <w:p>
      <w:r>
        <w:rPr>
          <w:b/>
        </w:rPr>
        <w:t xml:space="preserve">[16:08] </w:t>
      </w:r>
      <w:r>
        <w:t>aap jante hain ke hadith ke mutabiq to aik lakh chobees hazar peghambar aaye.</w:t>
      </w:r>
    </w:p>
    <w:p>
      <w:pPr>
        <w:jc w:val="right"/>
      </w:pPr>
      <w:r>
        <w:t>آپ جانتے ہیں کہ حدیث کے مطابق تو ایک لاکھ چوبیس ہزار پیغمبر آئے۔</w:t>
      </w:r>
    </w:p>
    <w:p>
      <w:r>
        <w:rPr>
          <w:b/>
        </w:rPr>
        <w:t xml:space="preserve">[16:14] </w:t>
      </w:r>
      <w:r>
        <w:t>yani aik lakh se ziyada.</w:t>
      </w:r>
    </w:p>
    <w:p>
      <w:pPr>
        <w:jc w:val="right"/>
      </w:pPr>
      <w:r>
        <w:t>یعنی ایک لاکھ سے زیادہ۔</w:t>
      </w:r>
    </w:p>
    <w:p>
      <w:r>
        <w:rPr>
          <w:b/>
        </w:rPr>
        <w:t xml:space="preserve">[16:16] </w:t>
      </w:r>
      <w:r>
        <w:t>lekin quran mein twenty five members ko mention kiya gaya hai.</w:t>
      </w:r>
    </w:p>
    <w:p>
      <w:pPr>
        <w:jc w:val="right"/>
      </w:pPr>
      <w:r>
        <w:t>لیکن قرآن میں twenty five ممبروں کو mention کیا گیا ہے۔</w:t>
      </w:r>
    </w:p>
    <w:p>
      <w:r>
        <w:rPr>
          <w:b/>
        </w:rPr>
        <w:t xml:space="preserve">[16:21] </w:t>
      </w:r>
      <w:r>
        <w:t>twenty five.</w:t>
      </w:r>
    </w:p>
    <w:p>
      <w:pPr>
        <w:jc w:val="right"/>
      </w:pPr>
      <w:r>
        <w:t>twenty five۔</w:t>
      </w:r>
    </w:p>
    <w:p>
      <w:r>
        <w:rPr>
          <w:b/>
        </w:rPr>
        <w:t xml:space="preserve">[16:22] </w:t>
      </w:r>
      <w:r>
        <w:t>kuch log iski ginti ziyada batate hain.</w:t>
      </w:r>
    </w:p>
    <w:p>
      <w:pPr>
        <w:jc w:val="right"/>
      </w:pPr>
      <w:r>
        <w:t>کچھ لوگ اس کی گنتی زیادہ بتاتے ہیں۔</w:t>
      </w:r>
    </w:p>
    <w:p>
      <w:r>
        <w:rPr>
          <w:b/>
        </w:rPr>
        <w:t xml:space="preserve">[16:26] </w:t>
      </w:r>
      <w:r>
        <w:t>lekin ziyada sahi baat yahi hai ke twenty five.</w:t>
      </w:r>
    </w:p>
    <w:p>
      <w:pPr>
        <w:jc w:val="right"/>
      </w:pPr>
      <w:r>
        <w:t>لیکن زیادہ صحیح بات یہی ہے کہ twenty five۔</w:t>
      </w:r>
    </w:p>
    <w:p>
      <w:r>
        <w:rPr>
          <w:b/>
        </w:rPr>
        <w:t xml:space="preserve">[16:29] </w:t>
      </w:r>
      <w:r>
        <w:t>to quran mein pichlay prophets jo hain un ko mention kar ke yeh ayat aayi hai.</w:t>
      </w:r>
    </w:p>
    <w:p>
      <w:pPr>
        <w:jc w:val="right"/>
      </w:pPr>
      <w:r>
        <w:t>تو قرآن میں پچھلے prophets جو ہیں ان کو mention کر کے یہ آیت آئی ہے۔</w:t>
      </w:r>
    </w:p>
    <w:p>
      <w:r>
        <w:rPr>
          <w:b/>
        </w:rPr>
        <w:t xml:space="preserve">[16:36] </w:t>
      </w:r>
      <w:r>
        <w:t>اس کا مطلب یہ ہے those were the guided prophets.</w:t>
      </w:r>
    </w:p>
    <w:p>
      <w:pPr>
        <w:jc w:val="right"/>
      </w:pPr>
      <w:r>
        <w:t>اس کا مطلب یہ ہے those were the guided prophets۔</w:t>
      </w:r>
    </w:p>
    <w:p>
      <w:r>
        <w:rPr>
          <w:b/>
        </w:rPr>
        <w:t xml:space="preserve">[16:41] </w:t>
      </w:r>
      <w:r>
        <w:t>aap ghor kijiye is ayat par.</w:t>
      </w:r>
    </w:p>
    <w:p>
      <w:pPr>
        <w:jc w:val="right"/>
      </w:pPr>
      <w:r>
        <w:t>آپ غور کیجیے اس آیت پر۔</w:t>
      </w:r>
    </w:p>
    <w:p>
      <w:r>
        <w:rPr>
          <w:b/>
        </w:rPr>
        <w:t xml:space="preserve">[16:43] </w:t>
      </w:r>
      <w:r>
        <w:t>Those were the guided prophets.</w:t>
      </w:r>
    </w:p>
    <w:p>
      <w:pPr>
        <w:jc w:val="right"/>
      </w:pPr>
      <w:r>
        <w:t>those were the guided prophets۔</w:t>
      </w:r>
    </w:p>
    <w:p>
      <w:r>
        <w:rPr>
          <w:b/>
        </w:rPr>
        <w:t xml:space="preserve">[16:45] </w:t>
      </w:r>
      <w:r>
        <w:t>so you should follow their example.</w:t>
      </w:r>
    </w:p>
    <w:p>
      <w:pPr>
        <w:jc w:val="right"/>
      </w:pPr>
      <w:r>
        <w:t>so you should follow their example۔</w:t>
      </w:r>
    </w:p>
    <w:p>
      <w:r>
        <w:rPr>
          <w:b/>
        </w:rPr>
        <w:t xml:space="preserve">[16:48] </w:t>
      </w:r>
      <w:r>
        <w:t>so you should follow their example.</w:t>
      </w:r>
    </w:p>
    <w:p>
      <w:pPr>
        <w:jc w:val="right"/>
      </w:pPr>
      <w:r>
        <w:t>so you should follow their example۔</w:t>
      </w:r>
    </w:p>
    <w:p>
      <w:r>
        <w:rPr>
          <w:b/>
        </w:rPr>
        <w:t xml:space="preserve">[16:50] </w:t>
      </w:r>
      <w:r>
        <w:t>yeh kis ko kaha gaya hai? o muhammad.</w:t>
      </w:r>
    </w:p>
    <w:p>
      <w:pPr>
        <w:jc w:val="right"/>
      </w:pPr>
      <w:r>
        <w:t>یہ کس کو کہا گیا ہے؟ او محمد۔</w:t>
      </w:r>
    </w:p>
    <w:p>
      <w:r>
        <w:rPr>
          <w:b/>
        </w:rPr>
        <w:t xml:space="preserve">[16:54] </w:t>
      </w:r>
      <w:r>
        <w:t>o muhammad you must follow.</w:t>
      </w:r>
    </w:p>
    <w:p>
      <w:pPr>
        <w:jc w:val="right"/>
      </w:pPr>
      <w:r>
        <w:t>او محمد you must follow۔</w:t>
      </w:r>
    </w:p>
    <w:p>
      <w:r>
        <w:rPr>
          <w:b/>
        </w:rPr>
        <w:t xml:space="preserve">[16:56] </w:t>
      </w:r>
      <w:r>
        <w:t>is mein aik bohat bari baat mujhe aaj discover hui.</w:t>
      </w:r>
    </w:p>
    <w:p>
      <w:pPr>
        <w:jc w:val="right"/>
      </w:pPr>
      <w:r>
        <w:t>اس میں ایک بہت بڑی بات مجھے آج discover ہوئی۔</w:t>
      </w:r>
    </w:p>
    <w:p>
      <w:r>
        <w:rPr>
          <w:b/>
        </w:rPr>
        <w:t xml:space="preserve">[17:00] </w:t>
      </w:r>
      <w:r>
        <w:t>is ko aap is tarah samjhiye ke tamam musalman hazar saal se kiya kar rahe hain? aik bohat</w:t>
      </w:r>
    </w:p>
    <w:p>
      <w:pPr>
        <w:jc w:val="right"/>
      </w:pPr>
      <w:r>
        <w:t>اس کو آپ اس طرح سمجھیے کہ تمام مسلمان ہزار سال سے کیا کر رہے ہیں؟ ایک بہت</w:t>
      </w:r>
    </w:p>
    <w:p>
      <w:r>
        <w:rPr>
          <w:b/>
        </w:rPr>
        <w:t xml:space="preserve">[17:08] </w:t>
      </w:r>
      <w:r>
        <w:t>bhaari bhayanak ghalati mein mubtala hain.</w:t>
      </w:r>
    </w:p>
    <w:p>
      <w:pPr>
        <w:jc w:val="right"/>
      </w:pPr>
      <w:r>
        <w:t>بھاری بھیانک غلطی میں مبتلا ہیں۔</w:t>
      </w:r>
    </w:p>
    <w:p>
      <w:r>
        <w:rPr>
          <w:b/>
        </w:rPr>
        <w:t xml:space="preserve">[17:11] </w:t>
      </w:r>
      <w:r>
        <w:t>hazar saal se mubtala hain is mein.</w:t>
      </w:r>
    </w:p>
    <w:p>
      <w:pPr>
        <w:jc w:val="right"/>
      </w:pPr>
      <w:r>
        <w:t>ہزار سال سے مبتلا ہیں اس میں۔</w:t>
      </w:r>
    </w:p>
    <w:p>
      <w:r>
        <w:rPr>
          <w:b/>
        </w:rPr>
        <w:t xml:space="preserve">[17:14] </w:t>
      </w:r>
      <w:r>
        <w:t>aap mein kisi ko shakk ho to mujhe reference bataye.</w:t>
      </w:r>
    </w:p>
    <w:p>
      <w:pPr>
        <w:jc w:val="right"/>
      </w:pPr>
      <w:r>
        <w:t>آپ میں کسی کو شک ہو تو مجھے reference بتائے۔</w:t>
      </w:r>
    </w:p>
    <w:p>
      <w:r>
        <w:rPr>
          <w:b/>
        </w:rPr>
        <w:t xml:space="preserve">[17:18] </w:t>
      </w:r>
      <w:r>
        <w:t>jo mein keh raha hoon.</w:t>
      </w:r>
    </w:p>
    <w:p>
      <w:pPr>
        <w:jc w:val="right"/>
      </w:pPr>
      <w:r>
        <w:t>جو میں کہہ رہا ہوں۔</w:t>
      </w:r>
    </w:p>
    <w:p>
      <w:r>
        <w:rPr>
          <w:b/>
        </w:rPr>
        <w:t xml:space="preserve">[17:20] </w:t>
      </w:r>
      <w:r>
        <w:t>وہ سمجھتے ہیں کہ رسول اللہ جو تھے، یعنی Prophet of Islam جو تھے، وہ تھے اسوہ کامل۔</w:t>
      </w:r>
    </w:p>
    <w:p>
      <w:pPr>
        <w:jc w:val="right"/>
      </w:pPr>
      <w:r>
        <w:t>وہ سمجھتے ہیں کہ رسول اللہ جو تھے، یعنی prophet of Islam جو تھے، وہ تھے اسوہ کامل۔</w:t>
      </w:r>
    </w:p>
    <w:p>
      <w:r>
        <w:rPr>
          <w:b/>
        </w:rPr>
        <w:t xml:space="preserve">[17:28] </w:t>
      </w:r>
      <w:r>
        <w:t>quran mein hai ke laqad kana lakum fi rasool allahi uswa hasana.</w:t>
      </w:r>
    </w:p>
    <w:p>
      <w:pPr>
        <w:jc w:val="right"/>
      </w:pPr>
      <w:r>
        <w:t>قرآن میں ہے کہ لقد کان لکم فی رسول اللہ اسوۃ الحسن۔</w:t>
      </w:r>
    </w:p>
    <w:p>
      <w:r>
        <w:rPr>
          <w:b/>
        </w:rPr>
        <w:t xml:space="preserve">[17:33] </w:t>
      </w:r>
      <w:r>
        <w:t>rasool allahi ki zindagi tumhare liye good example hai.</w:t>
      </w:r>
    </w:p>
    <w:p>
      <w:pPr>
        <w:jc w:val="right"/>
      </w:pPr>
      <w:r>
        <w:t>رسول اللہ کی زندگی تمہارے لیے good example ہے۔</w:t>
      </w:r>
    </w:p>
    <w:p>
      <w:r>
        <w:rPr>
          <w:b/>
        </w:rPr>
        <w:t xml:space="preserve">[17:37] </w:t>
      </w:r>
      <w:r>
        <w:t>good example.</w:t>
      </w:r>
    </w:p>
    <w:p>
      <w:pPr>
        <w:jc w:val="right"/>
      </w:pPr>
      <w:r>
        <w:t>good example۔</w:t>
      </w:r>
    </w:p>
    <w:p>
      <w:r>
        <w:rPr>
          <w:b/>
        </w:rPr>
        <w:t xml:space="preserve">[17:38] </w:t>
      </w:r>
      <w:r>
        <w:t>to is ko musalmanon ne kya bana liya? complete example.</w:t>
      </w:r>
    </w:p>
    <w:p>
      <w:pPr>
        <w:jc w:val="right"/>
      </w:pPr>
      <w:r>
        <w:t>تو اس کو مسلمانوں نے کیا بنا لیا؟ complete example۔</w:t>
      </w:r>
    </w:p>
    <w:p>
      <w:r>
        <w:rPr>
          <w:b/>
        </w:rPr>
        <w:t xml:space="preserve">[17:42] </w:t>
      </w:r>
      <w:r>
        <w:t>kamil uswa.</w:t>
      </w:r>
    </w:p>
    <w:p>
      <w:pPr>
        <w:jc w:val="right"/>
      </w:pPr>
      <w:r>
        <w:t>کامل اسوہ۔</w:t>
      </w:r>
    </w:p>
    <w:p>
      <w:r>
        <w:rPr>
          <w:b/>
        </w:rPr>
        <w:t xml:space="preserve">[17:44] </w:t>
      </w:r>
      <w:r>
        <w:t>ab kitni bari is mein ghalati ho gayi hai musalmanon se.</w:t>
      </w:r>
    </w:p>
    <w:p>
      <w:pPr>
        <w:jc w:val="right"/>
      </w:pPr>
      <w:r>
        <w:t>اب کتنی بڑی اس میں غلطی ہو گئی ہے مسلمانوں سے۔</w:t>
      </w:r>
    </w:p>
    <w:p>
      <w:r>
        <w:rPr>
          <w:b/>
        </w:rPr>
        <w:t xml:space="preserve">[17:49] </w:t>
      </w:r>
      <w:r>
        <w:t>sare scholars one to all.</w:t>
      </w:r>
    </w:p>
    <w:p>
      <w:pPr>
        <w:jc w:val="right"/>
      </w:pPr>
      <w:r>
        <w:t>سارے scholars one to all۔</w:t>
      </w:r>
    </w:p>
    <w:p>
      <w:r>
        <w:rPr>
          <w:b/>
        </w:rPr>
        <w:t xml:space="preserve">[17:51] </w:t>
      </w:r>
      <w:r>
        <w:t>kisi ko shakk ho to mujhe is kitab ko reference de.</w:t>
      </w:r>
    </w:p>
    <w:p>
      <w:pPr>
        <w:jc w:val="right"/>
      </w:pPr>
      <w:r>
        <w:t>کسی کو شک ہو تو مجھے اس کتاب کو reference دے۔</w:t>
      </w:r>
    </w:p>
    <w:p>
      <w:r>
        <w:rPr>
          <w:b/>
        </w:rPr>
        <w:t xml:space="preserve">[17:56] </w:t>
      </w:r>
      <w:r>
        <w:t>jis mein aisa nahi hai.</w:t>
      </w:r>
    </w:p>
    <w:p>
      <w:pPr>
        <w:jc w:val="right"/>
      </w:pPr>
      <w:r>
        <w:t>جس میں ایسا نہیں ہے۔</w:t>
      </w:r>
    </w:p>
    <w:p>
      <w:r>
        <w:rPr>
          <w:b/>
        </w:rPr>
        <w:t xml:space="preserve">[17:58] </w:t>
      </w:r>
      <w:r>
        <w:t>ke unhon ne badal diya is ko iswa hasana ko iswa kamila bana diya.</w:t>
      </w:r>
    </w:p>
    <w:p>
      <w:pPr>
        <w:jc w:val="right"/>
      </w:pPr>
      <w:r>
        <w:t>کہ انہوں نے بدل دیا اس کو اسوہ حسنہ کو اسوہ کاملہ بنا دیا۔</w:t>
      </w:r>
    </w:p>
    <w:p>
      <w:r>
        <w:rPr>
          <w:b/>
        </w:rPr>
        <w:t xml:space="preserve">[18:04] </w:t>
      </w:r>
      <w:r>
        <w:t>ke rasool allahi jo hain quran mein bataya gaya hai ke wo acha namuna hai un ki zindagi</w:t>
      </w:r>
    </w:p>
    <w:p>
      <w:pPr>
        <w:jc w:val="right"/>
      </w:pPr>
      <w:r>
        <w:t>کہ رسول اللہ جو ہیں قرآن میں بتایا گیا ہے کہ وہ اچھا نمونہ ہے ان کی زندگی</w:t>
      </w:r>
    </w:p>
    <w:p>
      <w:r>
        <w:rPr>
          <w:b/>
        </w:rPr>
        <w:t xml:space="preserve">[18:11] </w:t>
      </w:r>
      <w:r>
        <w:t>mein tumhare liye.</w:t>
      </w:r>
    </w:p>
    <w:p>
      <w:pPr>
        <w:jc w:val="right"/>
      </w:pPr>
      <w:r>
        <w:t>میں تمہارے لیے۔</w:t>
      </w:r>
    </w:p>
    <w:p>
      <w:r>
        <w:rPr>
          <w:b/>
        </w:rPr>
        <w:t xml:space="preserve">[18:13] </w:t>
      </w:r>
      <w:r>
        <w:t>bana diya kya? kamil namuna hai.</w:t>
      </w:r>
    </w:p>
    <w:p>
      <w:pPr>
        <w:jc w:val="right"/>
      </w:pPr>
      <w:r>
        <w:t>بنا دیا کیا؟ کامل نمونہ ہے۔</w:t>
      </w:r>
    </w:p>
    <w:p>
      <w:r>
        <w:rPr>
          <w:b/>
        </w:rPr>
        <w:t xml:space="preserve">[18:15] </w:t>
      </w:r>
      <w:r>
        <w:t>yani sara namuna unhi ki zindagi mein maujood hai.</w:t>
      </w:r>
    </w:p>
    <w:p>
      <w:pPr>
        <w:jc w:val="right"/>
      </w:pPr>
      <w:r>
        <w:t>یعنی سارا نمونہ انہی کی زندگی میں موجود ہے۔</w:t>
      </w:r>
    </w:p>
    <w:p>
      <w:r>
        <w:rPr>
          <w:b/>
        </w:rPr>
        <w:t xml:space="preserve">[18:19] </w:t>
      </w:r>
      <w:r>
        <w:t>is wajah se kya hua? ke pichle peghambar as an example un ke mind se nikal gaye.</w:t>
      </w:r>
    </w:p>
    <w:p>
      <w:pPr>
        <w:jc w:val="right"/>
      </w:pPr>
      <w:r>
        <w:t>اس وجہ سے کیا ہوا؟ کہ پچھلے پیغمبر as an example ان کے mind سے نکل گئے۔</w:t>
      </w:r>
    </w:p>
    <w:p>
      <w:r>
        <w:rPr>
          <w:b/>
        </w:rPr>
        <w:t xml:space="preserve">[18:27] </w:t>
      </w:r>
      <w:r>
        <w:t>wo sirf history ka part ban gaye.</w:t>
      </w:r>
    </w:p>
    <w:p>
      <w:pPr>
        <w:jc w:val="right"/>
      </w:pPr>
      <w:r>
        <w:t>وہ صرف history کا part بن گئے۔</w:t>
      </w:r>
    </w:p>
    <w:p>
      <w:r>
        <w:rPr>
          <w:b/>
        </w:rPr>
        <w:t xml:space="preserve">[18:30] </w:t>
      </w:r>
      <w:r>
        <w:t>consciously ya unconsciously.</w:t>
      </w:r>
    </w:p>
    <w:p>
      <w:pPr>
        <w:jc w:val="right"/>
      </w:pPr>
      <w:r>
        <w:t>consciously یا unconsciously۔</w:t>
      </w:r>
    </w:p>
    <w:p>
      <w:r>
        <w:rPr>
          <w:b/>
        </w:rPr>
        <w:t xml:space="preserve">[18:31] </w:t>
      </w:r>
      <w:r>
        <w:t>ab koi bhi kitab hazar saal se likhi nahi gayi ke pichle peghambaron mein hamare liye kya example</w:t>
      </w:r>
    </w:p>
    <w:p>
      <w:pPr>
        <w:jc w:val="right"/>
      </w:pPr>
      <w:r>
        <w:t>اب کوئی بھی کتاب ہزار سال سے لکھی نہیں گئی کہ پچھلے پیغمبروں میں ہمارے لیے کیا example</w:t>
      </w:r>
    </w:p>
    <w:p>
      <w:r>
        <w:rPr>
          <w:b/>
        </w:rPr>
        <w:t xml:space="preserve">[18:39]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[18:40] </w:t>
      </w:r>
      <w:r>
        <w:t>ab aap mein se kisi ko shakk ho to wo kitab ka naam mujhe bataye.</w:t>
      </w:r>
    </w:p>
    <w:p>
      <w:pPr>
        <w:jc w:val="right"/>
      </w:pPr>
      <w:r>
        <w:t>اب آپ میں سے کسی کو شک ہو تو وہ کتاب کا نام مجھے بتائے۔</w:t>
      </w:r>
    </w:p>
    <w:p>
      <w:r>
        <w:rPr>
          <w:b/>
        </w:rPr>
        <w:t xml:space="preserve">[18:47] </w:t>
      </w:r>
      <w:r>
        <w:t>quran to keh raha hai ke pichle peghambaron mein tumhare liye example hai.</w:t>
      </w:r>
    </w:p>
    <w:p>
      <w:pPr>
        <w:jc w:val="right"/>
      </w:pPr>
      <w:r>
        <w:t>قرآن تو کہہ رہا ہے کہ پچھلے پیغمبروں میں تمہارے لیے example ہے۔</w:t>
      </w:r>
    </w:p>
    <w:p>
      <w:r>
        <w:rPr>
          <w:b/>
        </w:rPr>
        <w:t xml:space="preserve">[18:52] </w:t>
      </w:r>
      <w:r>
        <w:t>tum is ko follow karo.</w:t>
      </w:r>
    </w:p>
    <w:p>
      <w:pPr>
        <w:jc w:val="right"/>
      </w:pPr>
      <w:r>
        <w:t>تم اس کو follow کرو۔</w:t>
      </w:r>
    </w:p>
    <w:p>
      <w:r>
        <w:rPr>
          <w:b/>
        </w:rPr>
        <w:t xml:space="preserve">[18:54] </w:t>
      </w:r>
      <w:r>
        <w:t>lekin koi aik bhi kitab nahi likhi gayi.</w:t>
      </w:r>
    </w:p>
    <w:p>
      <w:pPr>
        <w:jc w:val="right"/>
      </w:pPr>
      <w:r>
        <w:t>لیکن کوئی ایک بھی کتاب نہیں لکھی گئی۔</w:t>
      </w:r>
    </w:p>
    <w:p>
      <w:r>
        <w:rPr>
          <w:b/>
        </w:rPr>
        <w:t xml:space="preserve">[18:58] </w:t>
      </w:r>
      <w:r>
        <w:t>is subject par ke pichle peghambaron mein kya kya example hai.</w:t>
      </w:r>
    </w:p>
    <w:p>
      <w:pPr>
        <w:jc w:val="right"/>
      </w:pPr>
      <w:r>
        <w:t>اس سبجیکٹ پر کہ پچھلے پیغمبروں میں کیا کیا example ہے۔</w:t>
      </w:r>
    </w:p>
    <w:p>
      <w:r>
        <w:rPr>
          <w:b/>
        </w:rPr>
        <w:t xml:space="preserve">[19:03] </w:t>
      </w:r>
      <w:r>
        <w:t>bas log rasool Allah par likhte hain.</w:t>
      </w:r>
    </w:p>
    <w:p>
      <w:pPr>
        <w:jc w:val="right"/>
      </w:pPr>
      <w:r>
        <w:t>بس لوگ رسول اللہ پر لکھتے ہیں۔</w:t>
      </w:r>
    </w:p>
    <w:p>
      <w:r>
        <w:rPr>
          <w:b/>
        </w:rPr>
        <w:t xml:space="preserve">[19:06] </w:t>
      </w:r>
      <w:r>
        <w:t>sari kitaben jo hain rasool Allah par likhi gayi hain.</w:t>
      </w:r>
    </w:p>
    <w:p>
      <w:pPr>
        <w:jc w:val="right"/>
      </w:pPr>
      <w:r>
        <w:t>ساری کتابیں جو ہیں رسول اللہ پر لکھی گئی ہیں۔</w:t>
      </w:r>
    </w:p>
    <w:p>
      <w:r>
        <w:rPr>
          <w:b/>
        </w:rPr>
        <w:t xml:space="preserve">[19:10] </w:t>
      </w:r>
      <w:r>
        <w:t>aur yahan tak ke woh sarwar kainat aur shehanshah kainat aur kya kya in ko samajhte hain.</w:t>
      </w:r>
    </w:p>
    <w:p>
      <w:pPr>
        <w:jc w:val="right"/>
      </w:pPr>
      <w:r>
        <w:t>اور یہاں تک کہ وہ سرور کائنات اور شہنشاہ کونین اور کیا کیا ان کو سمجھتے ہیں۔</w:t>
      </w:r>
    </w:p>
    <w:p>
      <w:r>
        <w:rPr>
          <w:b/>
        </w:rPr>
        <w:t xml:space="preserve">[19:17] </w:t>
      </w:r>
      <w:r>
        <w:t>aur samajhte hain ke sara namona isi mein maujood hai.</w:t>
      </w:r>
    </w:p>
    <w:p>
      <w:pPr>
        <w:jc w:val="right"/>
      </w:pPr>
      <w:r>
        <w:t>اور سمجھتے ہیں کہ سارا نمونہ اسی میں موجود ہے۔</w:t>
      </w:r>
    </w:p>
    <w:p>
      <w:r>
        <w:rPr>
          <w:b/>
        </w:rPr>
        <w:t xml:space="preserve">[19:21] </w:t>
      </w:r>
      <w:r>
        <w:t>humein bahar jane ki zaroorat nahi hai.</w:t>
      </w:r>
    </w:p>
    <w:p>
      <w:pPr>
        <w:jc w:val="right"/>
      </w:pPr>
      <w:r>
        <w:t>ہمیں باہر جانے کی ضرورت نہیں ہے۔</w:t>
      </w:r>
    </w:p>
    <w:p>
      <w:r>
        <w:rPr>
          <w:b/>
        </w:rPr>
        <w:t xml:space="preserve">[19:24] </w:t>
      </w:r>
      <w:r>
        <w:t>isi ka phenomena hai yeh ke musalman aaj defeatist mentality mein pade hue hain.</w:t>
      </w:r>
    </w:p>
    <w:p>
      <w:pPr>
        <w:jc w:val="right"/>
      </w:pPr>
      <w:r>
        <w:t>اسی کا phenomena ہے یہ کہ مسلمان آج defeatist mentality میں پڑے ہوئے ہیں۔</w:t>
      </w:r>
    </w:p>
    <w:p>
      <w:r>
        <w:rPr>
          <w:b/>
        </w:rPr>
        <w:t xml:space="preserve">[19:30] </w:t>
      </w:r>
      <w:r>
        <w:t>dekhiye do cheezon ko differentiate nahi kar paye hamare scholars.</w:t>
      </w:r>
    </w:p>
    <w:p>
      <w:pPr>
        <w:jc w:val="right"/>
      </w:pPr>
      <w:r>
        <w:t>دیکھیے دو چیزوں کو differentiate نہیں کر پائے ہمارے scholars۔</w:t>
      </w:r>
    </w:p>
    <w:p>
      <w:r>
        <w:rPr>
          <w:b/>
        </w:rPr>
        <w:t xml:space="preserve">[19:35] </w:t>
      </w:r>
      <w:r>
        <w:t>woh kya? ek hai rasool Allah ka final prophet hona.</w:t>
      </w:r>
    </w:p>
    <w:p>
      <w:pPr>
        <w:jc w:val="right"/>
      </w:pPr>
      <w:r>
        <w:t>وہ کیا؟ ایک ہے رسول اللہ کا final prophet ہونا۔</w:t>
      </w:r>
    </w:p>
    <w:p>
      <w:r>
        <w:rPr>
          <w:b/>
        </w:rPr>
        <w:t xml:space="preserve">[19:39] </w:t>
      </w:r>
      <w:r>
        <w:t>yani prophet ki list yahan par khatam ho gayi.</w:t>
      </w:r>
    </w:p>
    <w:p>
      <w:pPr>
        <w:jc w:val="right"/>
      </w:pPr>
      <w:r>
        <w:t>یعنی prophet کی list یہاں پر ختم ہو گئی۔</w:t>
      </w:r>
    </w:p>
    <w:p>
      <w:r>
        <w:rPr>
          <w:b/>
        </w:rPr>
        <w:t xml:space="preserve">[19:43] </w:t>
      </w:r>
      <w:r>
        <w:t>prophet ki list Khuda ki taraf se khatam kar di gayi.</w:t>
      </w:r>
    </w:p>
    <w:p>
      <w:pPr>
        <w:jc w:val="right"/>
      </w:pPr>
      <w:r>
        <w:t>prophet کی list خدا کی طرف سے ختم کر دی گئی۔</w:t>
      </w:r>
    </w:p>
    <w:p>
      <w:r>
        <w:rPr>
          <w:b/>
        </w:rPr>
        <w:t xml:space="preserve">[19:48] </w:t>
      </w:r>
      <w:r>
        <w:t>ab koi kahe ke main prophet hoon to jhoot boley ga woh.</w:t>
      </w:r>
    </w:p>
    <w:p>
      <w:pPr>
        <w:jc w:val="right"/>
      </w:pPr>
      <w:r>
        <w:t>اب کوئی کہے کہ میں prophet ہوں تو جھوٹ بولے گا وہ۔</w:t>
      </w:r>
    </w:p>
    <w:p>
      <w:r>
        <w:rPr>
          <w:b/>
        </w:rPr>
        <w:t xml:space="preserve">[19:53] </w:t>
      </w:r>
      <w:r>
        <w:t>to rasool Allah jo the woh final prophet the, ideal prophet nahi keh sakte aap in ko.</w:t>
      </w:r>
    </w:p>
    <w:p>
      <w:pPr>
        <w:jc w:val="right"/>
      </w:pPr>
      <w:r>
        <w:t>تو رسول اللہ جو تھے وہ final prophet تھے، ideal prophet نہیں کہہ سکتے آپ ان کو۔</w:t>
      </w:r>
    </w:p>
    <w:p>
      <w:r>
        <w:rPr>
          <w:b/>
        </w:rPr>
        <w:t xml:space="preserve">[20:00] </w:t>
      </w:r>
      <w:r>
        <w:t>ideal namona nahi keh sakte aap.</w:t>
      </w:r>
    </w:p>
    <w:p>
      <w:pPr>
        <w:jc w:val="right"/>
      </w:pPr>
      <w:r>
        <w:t>ideal نمونہ نہیں کہہ سکتے آپ۔</w:t>
      </w:r>
    </w:p>
    <w:p>
      <w:r>
        <w:rPr>
          <w:b/>
        </w:rPr>
        <w:t xml:space="preserve">[20:03] </w:t>
      </w:r>
      <w:r>
        <w:t>ideal example nahi keh sakte aap in ko.</w:t>
      </w:r>
    </w:p>
    <w:p>
      <w:pPr>
        <w:jc w:val="right"/>
      </w:pPr>
      <w:r>
        <w:t>ideal example نہیں کہہ سکتے آپ ان کو۔</w:t>
      </w:r>
    </w:p>
    <w:p>
      <w:r>
        <w:rPr>
          <w:b/>
        </w:rPr>
        <w:t xml:space="preserve">[20:06] </w:t>
      </w:r>
      <w:r>
        <w:t>final prophet keh sakte hain.</w:t>
      </w:r>
    </w:p>
    <w:p>
      <w:pPr>
        <w:jc w:val="right"/>
      </w:pPr>
      <w:r>
        <w:t>final prophet کہہ سکتے ہیں۔</w:t>
      </w:r>
    </w:p>
    <w:p>
      <w:r>
        <w:rPr>
          <w:b/>
        </w:rPr>
        <w:t xml:space="preserve">[20:08] </w:t>
      </w:r>
      <w:r>
        <w:t>there is difference between final and ideal.</w:t>
      </w:r>
    </w:p>
    <w:p>
      <w:pPr>
        <w:jc w:val="right"/>
      </w:pPr>
      <w:r>
        <w:t>there is difference between final and ideal۔</w:t>
      </w:r>
    </w:p>
    <w:p>
      <w:r>
        <w:rPr>
          <w:b/>
        </w:rPr>
        <w:t xml:space="preserve">[20:11] </w:t>
      </w:r>
      <w:r>
        <w:t>aap is farq ko janiye.</w:t>
      </w:r>
    </w:p>
    <w:p>
      <w:pPr>
        <w:jc w:val="right"/>
      </w:pPr>
      <w:r>
        <w:t>آپ اس فرق کو جانیے۔</w:t>
      </w:r>
    </w:p>
    <w:p>
      <w:r>
        <w:rPr>
          <w:b/>
        </w:rPr>
        <w:t xml:space="preserve">[20:13] </w:t>
      </w:r>
      <w:r>
        <w:t>ek hai prophet ki list ka khatam ho jana.</w:t>
      </w:r>
    </w:p>
    <w:p>
      <w:pPr>
        <w:jc w:val="right"/>
      </w:pPr>
      <w:r>
        <w:t>ایک ہے prophet کی list کا ختم ہو جانا۔</w:t>
      </w:r>
    </w:p>
    <w:p>
      <w:r>
        <w:rPr>
          <w:b/>
        </w:rPr>
        <w:t xml:space="preserve">[20:17] </w:t>
      </w:r>
      <w:r>
        <w:t>ab koi prophet nahi ayega.</w:t>
      </w:r>
    </w:p>
    <w:p>
      <w:pPr>
        <w:jc w:val="right"/>
      </w:pPr>
      <w:r>
        <w:t>اب کوئی prophet نہیں آئے گا۔</w:t>
      </w:r>
    </w:p>
    <w:p>
      <w:r>
        <w:rPr>
          <w:b/>
        </w:rPr>
        <w:t xml:space="preserve">[20:20] </w:t>
      </w:r>
      <w:r>
        <w:t>jo kahe ke main prophet hoon woh is ko jhoota mana jayega.</w:t>
      </w:r>
    </w:p>
    <w:p>
      <w:pPr>
        <w:jc w:val="right"/>
      </w:pPr>
      <w:r>
        <w:t>جو کہے کہ میں prophet ہوں وہ اس کو جھوٹا مانا جائے گا۔</w:t>
      </w:r>
    </w:p>
    <w:p>
      <w:r>
        <w:rPr>
          <w:b/>
        </w:rPr>
        <w:t xml:space="preserve">[20:25] </w:t>
      </w:r>
      <w:r>
        <w:t>is ko jhoota mana jayega.</w:t>
      </w:r>
    </w:p>
    <w:p>
      <w:pPr>
        <w:jc w:val="right"/>
      </w:pPr>
      <w:r>
        <w:t>اس کو جھوٹا مانا جائے گا۔</w:t>
      </w:r>
    </w:p>
    <w:p>
      <w:r>
        <w:rPr>
          <w:b/>
        </w:rPr>
        <w:t xml:space="preserve">[20:28] </w:t>
      </w:r>
      <w:r>
        <w:t>lekin dekhiye jo model hai to final prophet aap keh sakte hain lekin final model nahi keh sakte</w:t>
      </w:r>
    </w:p>
    <w:p>
      <w:pPr>
        <w:jc w:val="right"/>
      </w:pPr>
      <w:r>
        <w:t>لیکن دیکھیے جو model ہے تو final prophet آپ کہہ سکتے ہیں لیکن final model نہیں کہہ سکتے</w:t>
      </w:r>
    </w:p>
    <w:p>
      <w:r>
        <w:rPr>
          <w:b/>
        </w:rPr>
        <w:t xml:space="preserve">[20:36] </w:t>
      </w:r>
      <w:r>
        <w:t>aap.</w:t>
      </w:r>
    </w:p>
    <w:p>
      <w:pPr>
        <w:jc w:val="right"/>
      </w:pPr>
      <w:r>
        <w:t>آپ۔</w:t>
      </w:r>
    </w:p>
    <w:p>
      <w:r>
        <w:rPr>
          <w:b/>
        </w:rPr>
        <w:t xml:space="preserve">[20:37] </w:t>
      </w:r>
      <w:r>
        <w:t>there is difference between final prophet and final model.</w:t>
      </w:r>
    </w:p>
    <w:p>
      <w:pPr>
        <w:jc w:val="right"/>
      </w:pPr>
      <w:r>
        <w:t>there is difference between final prophet and final model۔</w:t>
      </w:r>
    </w:p>
    <w:p>
      <w:r>
        <w:rPr>
          <w:b/>
        </w:rPr>
        <w:t xml:space="preserve">[20:41] </w:t>
      </w:r>
      <w:r>
        <w:t>to logon ne kya samajh liya ke final model maan liya.</w:t>
      </w:r>
    </w:p>
    <w:p>
      <w:pPr>
        <w:jc w:val="right"/>
      </w:pPr>
      <w:r>
        <w:t>تو لوگوں نے کیا سمجھ لیا کہ final model مان لیا۔</w:t>
      </w:r>
    </w:p>
    <w:p>
      <w:r>
        <w:rPr>
          <w:b/>
        </w:rPr>
        <w:t xml:space="preserve">[20:46] </w:t>
      </w:r>
      <w:r>
        <w:t>halankay dekhiye model jo hai model jo hai woh banta hai situation se.</w:t>
      </w:r>
    </w:p>
    <w:p>
      <w:pPr>
        <w:jc w:val="right"/>
      </w:pPr>
      <w:r>
        <w:t>حالانکہ دیکھیے model جو ہے model جو ہے وہ بنتا ہے situation سے۔</w:t>
      </w:r>
    </w:p>
    <w:p>
      <w:r>
        <w:rPr>
          <w:b/>
        </w:rPr>
        <w:t xml:space="preserve">[20:51] </w:t>
      </w:r>
      <w:r>
        <w:t>situation se jura hua hai model.</w:t>
      </w:r>
    </w:p>
    <w:p>
      <w:pPr>
        <w:jc w:val="right"/>
      </w:pPr>
      <w:r>
        <w:t>situation سے جڑا ہوا ہے model۔</w:t>
      </w:r>
    </w:p>
    <w:p>
      <w:r>
        <w:rPr>
          <w:b/>
        </w:rPr>
        <w:t xml:space="preserve">[20:54] </w:t>
      </w:r>
      <w:r>
        <w:t>model koi absolute cheez nahi hai.</w:t>
      </w:r>
    </w:p>
    <w:p>
      <w:pPr>
        <w:jc w:val="right"/>
      </w:pPr>
      <w:r>
        <w:t>model کوئی absolute چیز نہیں ہے۔</w:t>
      </w:r>
    </w:p>
    <w:p>
      <w:r>
        <w:rPr>
          <w:b/>
        </w:rPr>
        <w:t xml:space="preserve">[20:56] </w:t>
      </w:r>
      <w:r>
        <w:t>jaisay hum yahan aap log bethe hain main bol raha hoon.</w:t>
      </w:r>
    </w:p>
    <w:p>
      <w:pPr>
        <w:jc w:val="right"/>
      </w:pPr>
      <w:r>
        <w:t>جیسے ہم یہاں آپ لوگ بیٹھے ہیں میں بول رہا ہوں۔</w:t>
      </w:r>
    </w:p>
    <w:p>
      <w:r>
        <w:rPr>
          <w:b/>
        </w:rPr>
        <w:t xml:space="preserve">[21:01] </w:t>
      </w:r>
      <w:r>
        <w:t>video recording ho rahi hai.</w:t>
      </w:r>
    </w:p>
    <w:p>
      <w:pPr>
        <w:jc w:val="right"/>
      </w:pPr>
      <w:r>
        <w:t>ویڈیو ریکارڈنگ ہو رہی ہے۔</w:t>
      </w:r>
    </w:p>
    <w:p>
      <w:r>
        <w:rPr>
          <w:b/>
        </w:rPr>
        <w:t xml:space="preserve">[21:03] </w:t>
      </w:r>
      <w:r>
        <w:t>to hum yeh nahi keh sakte ke yahi final model hai.</w:t>
      </w:r>
    </w:p>
    <w:p>
      <w:pPr>
        <w:jc w:val="right"/>
      </w:pPr>
      <w:r>
        <w:t>تو ہم یہ نہیں کہہ سکتے کہ یہی final model ہے۔</w:t>
      </w:r>
    </w:p>
    <w:p>
      <w:r>
        <w:rPr>
          <w:b/>
        </w:rPr>
        <w:t xml:space="preserve">[21:08] </w:t>
      </w:r>
      <w:r>
        <w:t>to is zamanay ke pichlay saaray peghambar jo thay woh unhon nay final model ki satah par baat</w:t>
      </w:r>
    </w:p>
    <w:p>
      <w:pPr>
        <w:jc w:val="right"/>
      </w:pPr>
      <w:r>
        <w:t>تو اس زمانے کے پچھلے سارے پیغمبر جو تھے وہ انہوں نے final model کی سطح پر بات</w:t>
      </w:r>
    </w:p>
    <w:p>
      <w:r>
        <w:rPr>
          <w:b/>
        </w:rPr>
        <w:t xml:space="preserve">[21:16] </w:t>
      </w:r>
      <w:r>
        <w:t>nahi kahi apni.</w:t>
      </w:r>
    </w:p>
    <w:p>
      <w:pPr>
        <w:jc w:val="right"/>
      </w:pPr>
      <w:r>
        <w:t>نہیں کہی اپنی۔</w:t>
      </w:r>
    </w:p>
    <w:p>
      <w:r>
        <w:rPr>
          <w:b/>
        </w:rPr>
        <w:t xml:space="preserve">[21:17] </w:t>
      </w:r>
      <w:r>
        <w:t>model hamesha according to the situation hota hai.</w:t>
      </w:r>
    </w:p>
    <w:p>
      <w:pPr>
        <w:jc w:val="right"/>
      </w:pPr>
      <w:r>
        <w:t>model ہمیشہ according to the situation ہوتا ہے۔</w:t>
      </w:r>
    </w:p>
    <w:p>
      <w:r>
        <w:rPr>
          <w:b/>
        </w:rPr>
        <w:t xml:space="preserve">[21:21] </w:t>
      </w:r>
      <w:r>
        <w:t>yaad rakhiye.</w:t>
      </w:r>
    </w:p>
    <w:p>
      <w:pPr>
        <w:jc w:val="right"/>
      </w:pPr>
      <w:r>
        <w:t>یاد رکھیے۔</w:t>
      </w:r>
    </w:p>
    <w:p>
      <w:r>
        <w:rPr>
          <w:b/>
        </w:rPr>
        <w:t xml:space="preserve">[21:22] </w:t>
      </w:r>
      <w:r>
        <w:t>to Allah taala ne jo farmaya hai ke saaray nabiyon mein tolab example hai iska matlab kya</w:t>
      </w:r>
    </w:p>
    <w:p>
      <w:pPr>
        <w:jc w:val="right"/>
      </w:pPr>
      <w:r>
        <w:t>تو اللہ تعالیٰ نے جو فرمایا ہے کہ سارے نبیوں میں طوالب example ہے اس کا مطلب کیا</w:t>
      </w:r>
    </w:p>
    <w:p>
      <w:r>
        <w:rPr>
          <w:b/>
        </w:rPr>
        <w:t xml:space="preserve">[21:30] </w:t>
      </w:r>
      <w:r>
        <w:t>tha? iska matlab yeh tha ke saaray nabi jo aaye woh different situation mein aaye.</w:t>
      </w:r>
    </w:p>
    <w:p>
      <w:pPr>
        <w:jc w:val="right"/>
      </w:pPr>
      <w:r>
        <w:t>تھا؟ اس کا مطلب یہ تھا کہ سارے نبی جو آئے وہ different situation میں آئے۔</w:t>
      </w:r>
    </w:p>
    <w:p>
      <w:r>
        <w:rPr>
          <w:b/>
        </w:rPr>
        <w:t xml:space="preserve">[21:37] </w:t>
      </w:r>
      <w:r>
        <w:t>to har situation ke liye tum ko model mil jayega prophet ke haan.</w:t>
      </w:r>
    </w:p>
    <w:p>
      <w:pPr>
        <w:jc w:val="right"/>
      </w:pPr>
      <w:r>
        <w:t>تو ہر situation کے لیے تم کو model مل جائے گا prophet کے ہاں۔</w:t>
      </w:r>
    </w:p>
    <w:p>
      <w:r>
        <w:rPr>
          <w:b/>
        </w:rPr>
        <w:t xml:space="preserve">[21:43] </w:t>
      </w:r>
      <w:r>
        <w:t>kisi prophet ka ek situation mein, kisi prophet ka doosre situation mein.</w:t>
      </w:r>
    </w:p>
    <w:p>
      <w:pPr>
        <w:jc w:val="right"/>
      </w:pPr>
      <w:r>
        <w:t>کسی prophet کا ایک situation میں، کسی prophet کا دوسرے situation میں۔</w:t>
      </w:r>
    </w:p>
    <w:p>
      <w:r>
        <w:rPr>
          <w:b/>
        </w:rPr>
        <w:t xml:space="preserve">[21:48] </w:t>
      </w:r>
      <w:r>
        <w:t>is lihaaz se har prophet example hai.</w:t>
      </w:r>
    </w:p>
    <w:p>
      <w:pPr>
        <w:jc w:val="right"/>
      </w:pPr>
      <w:r>
        <w:t>اس لحاظ سے ہر prophet example ہے۔</w:t>
      </w:r>
    </w:p>
    <w:p>
      <w:r>
        <w:rPr>
          <w:b/>
        </w:rPr>
        <w:t xml:space="preserve">[21:51] </w:t>
      </w:r>
      <w:r>
        <w:t>har prophet model hai.</w:t>
      </w:r>
    </w:p>
    <w:p>
      <w:pPr>
        <w:jc w:val="right"/>
      </w:pPr>
      <w:r>
        <w:t>ہر prophet model ہے۔</w:t>
      </w:r>
    </w:p>
    <w:p>
      <w:r>
        <w:rPr>
          <w:b/>
        </w:rPr>
        <w:t xml:space="preserve">[21:53] </w:t>
      </w:r>
      <w:r>
        <w:t>to to final prophet to sirf rasool Allah rahen gay.</w:t>
      </w:r>
    </w:p>
    <w:p>
      <w:pPr>
        <w:jc w:val="right"/>
      </w:pPr>
      <w:r>
        <w:t>تو تو final prophet تو صرف رسول اللہ رہیں گے۔</w:t>
      </w:r>
    </w:p>
    <w:p>
      <w:r>
        <w:rPr>
          <w:b/>
        </w:rPr>
        <w:t xml:space="preserve">[21:57] </w:t>
      </w:r>
      <w:r>
        <w:t>lekin jahan tak model ki baat hai to model hum apni situation ke lihaaz se dekhen gay ke</w:t>
      </w:r>
    </w:p>
    <w:p>
      <w:pPr>
        <w:jc w:val="right"/>
      </w:pPr>
      <w:r>
        <w:t>لیکن جہاں تک model کی بات ہے تو model ہم اپنی situation کے لحاظ سے دیکھیں گے کہ</w:t>
      </w:r>
    </w:p>
    <w:p>
      <w:r>
        <w:rPr>
          <w:b/>
        </w:rPr>
        <w:t xml:space="preserve">[22:05] </w:t>
      </w:r>
      <w:r>
        <w:t>kis prophet ka model wahan par us situation mein theek hai.</w:t>
      </w:r>
    </w:p>
    <w:p>
      <w:pPr>
        <w:jc w:val="right"/>
      </w:pPr>
      <w:r>
        <w:t>کس prophet کا model وہاں پر اس situation میں ٹھیک ہے۔</w:t>
      </w:r>
    </w:p>
    <w:p>
      <w:r>
        <w:rPr>
          <w:b/>
        </w:rPr>
        <w:t xml:space="preserve">[22:09] </w:t>
      </w:r>
      <w:r>
        <w:t>isko hum len gay.</w:t>
      </w:r>
    </w:p>
    <w:p>
      <w:pPr>
        <w:jc w:val="right"/>
      </w:pPr>
      <w:r>
        <w:t>اس کو ہم لیں گے۔</w:t>
      </w:r>
    </w:p>
    <w:p>
      <w:r>
        <w:rPr>
          <w:b/>
        </w:rPr>
        <w:t xml:space="preserve">[22:11] </w:t>
      </w:r>
      <w:r>
        <w:t>yeh matlab hai iska.</w:t>
      </w:r>
    </w:p>
    <w:p>
      <w:pPr>
        <w:jc w:val="right"/>
      </w:pPr>
      <w:r>
        <w:t>یہ مطلب ہے اس کا۔</w:t>
      </w:r>
    </w:p>
    <w:p>
      <w:r>
        <w:rPr>
          <w:b/>
        </w:rPr>
        <w:t xml:space="preserve">[22:14] </w:t>
      </w:r>
      <w:r>
        <w:t>is farq ko poori history mein gum ho gaya.</w:t>
      </w:r>
    </w:p>
    <w:p>
      <w:pPr>
        <w:jc w:val="right"/>
      </w:pPr>
      <w:r>
        <w:t>اس فرق کو پوری history میں گم ہو گیا۔</w:t>
      </w:r>
    </w:p>
    <w:p>
      <w:r>
        <w:rPr>
          <w:b/>
        </w:rPr>
        <w:t xml:space="preserve">[22:17] </w:t>
      </w:r>
      <w:r>
        <w:t>poori poori muslim history mein yeh farq gum ho gaya.</w:t>
      </w:r>
    </w:p>
    <w:p>
      <w:pPr>
        <w:jc w:val="right"/>
      </w:pPr>
      <w:r>
        <w:t>پوری پوری مسلم history میں یہ فرق گم ہو گیا۔</w:t>
      </w:r>
    </w:p>
    <w:p>
      <w:r>
        <w:rPr>
          <w:b/>
        </w:rPr>
        <w:t xml:space="preserve">[22:22] </w:t>
      </w:r>
      <w:r>
        <w:t>کہ there is difference between final prophet and final model.</w:t>
      </w:r>
    </w:p>
    <w:p>
      <w:pPr>
        <w:jc w:val="right"/>
      </w:pPr>
      <w:r>
        <w:t>کہ there is difference between final prophet and final model۔</w:t>
      </w:r>
    </w:p>
    <w:p>
      <w:r>
        <w:rPr>
          <w:b/>
        </w:rPr>
        <w:t xml:space="preserve">[22:26] </w:t>
      </w:r>
      <w:r>
        <w:t>model kabhi koi final nahi hota.</w:t>
      </w:r>
    </w:p>
    <w:p>
      <w:pPr>
        <w:jc w:val="right"/>
      </w:pPr>
      <w:r>
        <w:t>model کبھی کوئی final نہیں ہوتا۔</w:t>
      </w:r>
    </w:p>
    <w:p>
      <w:r>
        <w:rPr>
          <w:b/>
        </w:rPr>
        <w:t xml:space="preserve">[22:29] </w:t>
      </w:r>
      <w:r>
        <w:t>prophet final ho sakta hai.</w:t>
      </w:r>
    </w:p>
    <w:p>
      <w:pPr>
        <w:jc w:val="right"/>
      </w:pPr>
      <w:r>
        <w:t>prophet final ہو سکتا ہے۔</w:t>
      </w:r>
    </w:p>
    <w:p>
      <w:r>
        <w:rPr>
          <w:b/>
        </w:rPr>
        <w:t xml:space="preserve">[22:31] </w:t>
      </w:r>
      <w:r>
        <w:t>model lekin model kabhi final nahi ho sakta.</w:t>
      </w:r>
    </w:p>
    <w:p>
      <w:pPr>
        <w:jc w:val="right"/>
      </w:pPr>
      <w:r>
        <w:t>model لیکن model کبھی final نہیں ہو سکتا۔</w:t>
      </w:r>
    </w:p>
    <w:p>
      <w:r>
        <w:rPr>
          <w:b/>
        </w:rPr>
        <w:t xml:space="preserve">[22:34] </w:t>
      </w:r>
      <w:r>
        <w:t>is ka nateeja kya hua? main aap ko arz karta hoon.</w:t>
      </w:r>
    </w:p>
    <w:p>
      <w:pPr>
        <w:jc w:val="right"/>
      </w:pPr>
      <w:r>
        <w:t>اس کا نتیجہ کیا ہوا؟ میں آپ کو عرض کرتا ہوں۔</w:t>
      </w:r>
    </w:p>
    <w:p>
      <w:r>
        <w:rPr>
          <w:b/>
        </w:rPr>
        <w:t xml:space="preserve">[22:39] </w:t>
      </w:r>
      <w:r>
        <w:t>ek misaal deta hoon.</w:t>
      </w:r>
    </w:p>
    <w:p>
      <w:pPr>
        <w:jc w:val="right"/>
      </w:pPr>
      <w:r>
        <w:t>ایک مثال دیتا ہوں۔</w:t>
      </w:r>
    </w:p>
    <w:p>
      <w:r>
        <w:rPr>
          <w:b/>
        </w:rPr>
        <w:t xml:space="preserve">[22:41] </w:t>
      </w:r>
      <w:r>
        <w:t>hazrat maseeh ne kaha tha ke aap jante hain hazrat maseeh ke zamane mein wahan par rule kis</w:t>
      </w:r>
    </w:p>
    <w:p>
      <w:pPr>
        <w:jc w:val="right"/>
      </w:pPr>
      <w:r>
        <w:t>حضرت مسیح نے کہا تھا کہ آپ جانتے ہیں حضرت مسیح کے زمانے میں وہاں پر rule کس</w:t>
      </w:r>
    </w:p>
    <w:p>
      <w:r>
        <w:rPr>
          <w:b/>
        </w:rPr>
        <w:t xml:space="preserve">[22:48] </w:t>
      </w:r>
      <w:r>
        <w:t>ka tha? hazrat maseeh ke zamane mein falasteen Romans ke under mein tha.</w:t>
      </w:r>
    </w:p>
    <w:p>
      <w:pPr>
        <w:jc w:val="right"/>
      </w:pPr>
      <w:r>
        <w:t>کا تھا؟ حضرت مسیح کے زمانے میں فلسطین Romans کے under میں تھا۔</w:t>
      </w:r>
    </w:p>
    <w:p>
      <w:r>
        <w:rPr>
          <w:b/>
        </w:rPr>
        <w:t xml:space="preserve">[22:54] </w:t>
      </w:r>
      <w:r>
        <w:t>Romans ki taraf se wahan ek governor rule karta tha, romi governor.</w:t>
      </w:r>
    </w:p>
    <w:p>
      <w:pPr>
        <w:jc w:val="right"/>
      </w:pPr>
      <w:r>
        <w:t>Romans کی طرف سے وہاں ایک گورنر rule کرتا تھا، رومی گورنر۔</w:t>
      </w:r>
    </w:p>
    <w:p>
      <w:r>
        <w:rPr>
          <w:b/>
        </w:rPr>
        <w:t xml:space="preserve">[22:59] </w:t>
      </w:r>
      <w:r>
        <w:t>is ka naam tha.</w:t>
      </w:r>
    </w:p>
    <w:p>
      <w:pPr>
        <w:jc w:val="right"/>
      </w:pPr>
      <w:r>
        <w:t>اس کا نام تھا۔</w:t>
      </w:r>
    </w:p>
    <w:p>
      <w:r>
        <w:rPr>
          <w:b/>
        </w:rPr>
        <w:t xml:space="preserve">[23:01] </w:t>
      </w:r>
      <w:r>
        <w:t>Arabic mein is ko kehte hain Pilat.</w:t>
      </w:r>
    </w:p>
    <w:p>
      <w:pPr>
        <w:jc w:val="right"/>
      </w:pPr>
      <w:r>
        <w:t>Arabic میں اس کو کہتے ہیں Pilat۔</w:t>
      </w:r>
    </w:p>
    <w:p>
      <w:r>
        <w:rPr>
          <w:b/>
        </w:rPr>
        <w:t xml:space="preserve">[23:04] </w:t>
      </w:r>
      <w:r>
        <w:t>paye a lam alif to.</w:t>
      </w:r>
    </w:p>
    <w:p>
      <w:pPr>
        <w:jc w:val="right"/>
      </w:pPr>
      <w:r>
        <w:t>پے ای اے لام الف طو۔</w:t>
      </w:r>
    </w:p>
    <w:p>
      <w:r>
        <w:rPr>
          <w:b/>
        </w:rPr>
        <w:t xml:space="preserve">[23:06] </w:t>
      </w:r>
      <w:r>
        <w:t>English mein isko kehte hain PILAT.</w:t>
      </w:r>
    </w:p>
    <w:p>
      <w:pPr>
        <w:jc w:val="right"/>
      </w:pPr>
      <w:r>
        <w:t>انگلش میں اس کو کہتے ہیں پی آئی ایل اے ٹی۔</w:t>
      </w:r>
    </w:p>
    <w:p>
      <w:r>
        <w:rPr>
          <w:b/>
        </w:rPr>
        <w:t xml:space="preserve">[23:11] </w:t>
      </w:r>
      <w:r>
        <w:t>yani woh bhi wahan hai lekin is ki spelling is tareeqe se.</w:t>
      </w:r>
    </w:p>
    <w:p>
      <w:pPr>
        <w:jc w:val="right"/>
      </w:pPr>
      <w:r>
        <w:t>یعنی وہ بھی وہاں ہے لیکن اس کی spelling اس طریقے سے۔</w:t>
      </w:r>
    </w:p>
    <w:p>
      <w:r>
        <w:rPr>
          <w:b/>
        </w:rPr>
        <w:t xml:space="preserve">[23:16] </w:t>
      </w:r>
      <w:r>
        <w:t>Arabic mein paye a lam alif to.</w:t>
      </w:r>
    </w:p>
    <w:p>
      <w:pPr>
        <w:jc w:val="right"/>
      </w:pPr>
      <w:r>
        <w:t>Arabic میں پے ای اے لام الف طو۔</w:t>
      </w:r>
    </w:p>
    <w:p>
      <w:r>
        <w:rPr>
          <w:b/>
        </w:rPr>
        <w:t xml:space="preserve">[23:20] </w:t>
      </w:r>
      <w:r>
        <w:t>Pilat.</w:t>
      </w:r>
    </w:p>
    <w:p>
      <w:pPr>
        <w:jc w:val="right"/>
      </w:pPr>
      <w:r>
        <w:t>Pilat۔</w:t>
      </w:r>
    </w:p>
    <w:p>
      <w:r>
        <w:rPr>
          <w:b/>
        </w:rPr>
        <w:t xml:space="preserve">[23:21] </w:t>
      </w:r>
      <w:r>
        <w:t>aur English mein kahenge PILATE.</w:t>
      </w:r>
    </w:p>
    <w:p>
      <w:pPr>
        <w:jc w:val="right"/>
      </w:pPr>
      <w:r>
        <w:t>اور انگلش میں کہیں گے پی آئی ایل اے ٹی۔</w:t>
      </w:r>
    </w:p>
    <w:p>
      <w:r>
        <w:rPr>
          <w:b/>
        </w:rPr>
        <w:t xml:space="preserve">[23:25] </w:t>
      </w:r>
      <w:r>
        <w:t>Pilat.</w:t>
      </w:r>
    </w:p>
    <w:p>
      <w:pPr>
        <w:jc w:val="right"/>
      </w:pPr>
      <w:r>
        <w:t>Pilat۔</w:t>
      </w:r>
    </w:p>
    <w:p>
      <w:r>
        <w:rPr>
          <w:b/>
        </w:rPr>
        <w:t xml:space="preserve">[23:27] </w:t>
      </w:r>
      <w:r>
        <w:t>yeh bible mein is ka naam maujood hai.</w:t>
      </w:r>
    </w:p>
    <w:p>
      <w:pPr>
        <w:jc w:val="right"/>
      </w:pPr>
      <w:r>
        <w:t>یہ بائبل میں اس کا نام موجود ہے۔</w:t>
      </w:r>
    </w:p>
    <w:p>
      <w:r>
        <w:rPr>
          <w:b/>
        </w:rPr>
        <w:t xml:space="preserve">[23:30] </w:t>
      </w:r>
      <w:r>
        <w:t>to yeh romi governor jo tha yeh rule kar raha tha falasteen mein.</w:t>
      </w:r>
    </w:p>
    <w:p>
      <w:pPr>
        <w:jc w:val="right"/>
      </w:pPr>
      <w:r>
        <w:t>تو یہ رومی گورنر جو تھا یہ rule کر رہا تھا فلسطین میں۔</w:t>
      </w:r>
    </w:p>
    <w:p>
      <w:r>
        <w:rPr>
          <w:b/>
        </w:rPr>
        <w:t xml:space="preserve">[23:36] </w:t>
      </w:r>
      <w:r>
        <w:t>Roman Empire ke under mein tha woh.</w:t>
      </w:r>
    </w:p>
    <w:p>
      <w:pPr>
        <w:jc w:val="right"/>
      </w:pPr>
      <w:r>
        <w:t>Roman Empire کے under میں تھا وہ۔</w:t>
      </w:r>
    </w:p>
    <w:p>
      <w:r>
        <w:rPr>
          <w:b/>
        </w:rPr>
        <w:t xml:space="preserve">[23:39] </w:t>
      </w:r>
      <w:r>
        <w:t>to logon ne poocha ke bhai yahan par Roman jo hai in ka rule hai Romans ka.</w:t>
      </w:r>
    </w:p>
    <w:p>
      <w:pPr>
        <w:jc w:val="right"/>
      </w:pPr>
      <w:r>
        <w:t>تو لوگوں نے پوچھا کہ بھئی یہاں پر Roman جو ہے ان کا rule ہے Romans کا۔</w:t>
      </w:r>
    </w:p>
    <w:p>
      <w:r>
        <w:rPr>
          <w:b/>
        </w:rPr>
        <w:t xml:space="preserve">[23:46] </w:t>
      </w:r>
      <w:r>
        <w:t>to hum kya karein? matlab ek taraf Khuda ki shariyat hai, ek taraf Roman ka ka yahan par</w:t>
      </w:r>
    </w:p>
    <w:p>
      <w:pPr>
        <w:jc w:val="right"/>
      </w:pPr>
      <w:r>
        <w:t>تو ہم کیا کریں؟ مطلب ایک طرف خدا کی شریعت ہے، ایک طرف Roman کا کا یہاں پر</w:t>
      </w:r>
    </w:p>
    <w:p>
      <w:r>
        <w:rPr>
          <w:b/>
        </w:rPr>
        <w:t xml:space="preserve">[23:54] </w:t>
      </w:r>
      <w:r>
        <w:t>rule hai.</w:t>
      </w:r>
    </w:p>
    <w:p>
      <w:pPr>
        <w:jc w:val="right"/>
      </w:pPr>
      <w:r>
        <w:t>rule ہے۔</w:t>
      </w:r>
    </w:p>
    <w:p>
      <w:r>
        <w:rPr>
          <w:b/>
        </w:rPr>
        <w:t xml:space="preserve">[23:55] </w:t>
      </w:r>
      <w:r>
        <w:t>hazrat maseeh ne kaha give to Caesar.</w:t>
      </w:r>
    </w:p>
    <w:p>
      <w:pPr>
        <w:jc w:val="right"/>
      </w:pPr>
      <w:r>
        <w:t>حضرت مسیح نے کہا give to Caesar۔</w:t>
      </w:r>
    </w:p>
    <w:p>
      <w:r>
        <w:rPr>
          <w:b/>
        </w:rPr>
        <w:t xml:space="preserve">[23:58] </w:t>
      </w:r>
      <w:r>
        <w:t>is zamane mein jo jo woh tha woh Caesar kaha jata tha, qaisar.</w:t>
      </w:r>
    </w:p>
    <w:p>
      <w:pPr>
        <w:jc w:val="right"/>
      </w:pPr>
      <w:r>
        <w:t>اس زمانے میں جو جو وہ تھا وہ Caesar کہا جاتا تھا، قیصر۔</w:t>
      </w:r>
    </w:p>
    <w:p>
      <w:r>
        <w:rPr>
          <w:b/>
        </w:rPr>
        <w:t xml:space="preserve">[24:04] </w:t>
      </w:r>
      <w:r>
        <w:t>jo king tha.</w:t>
      </w:r>
    </w:p>
    <w:p>
      <w:pPr>
        <w:jc w:val="right"/>
      </w:pPr>
      <w:r>
        <w:t>جو king تھا۔</w:t>
      </w:r>
    </w:p>
    <w:p>
      <w:r>
        <w:rPr>
          <w:b/>
        </w:rPr>
        <w:t xml:space="preserve">[24:05] </w:t>
      </w:r>
      <w:r>
        <w:t>yeh to us ke us ke under mein tha yeh governor.</w:t>
      </w:r>
    </w:p>
    <w:p>
      <w:pPr>
        <w:jc w:val="right"/>
      </w:pPr>
      <w:r>
        <w:t>یہ تو اس کے اس کے under میں تھا یہ گورنر۔</w:t>
      </w:r>
    </w:p>
    <w:p>
      <w:r>
        <w:rPr>
          <w:b/>
        </w:rPr>
        <w:t xml:space="preserve">[24:10] </w:t>
      </w:r>
      <w:r>
        <w:t>to unhon ne kaha ke give to Caesar what is due to Caesar.</w:t>
      </w:r>
    </w:p>
    <w:p>
      <w:pPr>
        <w:jc w:val="right"/>
      </w:pPr>
      <w:r>
        <w:t>تو انہوں نے کہا کہ give to Caesar what is due to Caesar۔</w:t>
      </w:r>
    </w:p>
    <w:p>
      <w:r>
        <w:rPr>
          <w:b/>
        </w:rPr>
        <w:t xml:space="preserve">[24:16] </w:t>
      </w:r>
      <w:r>
        <w:t>give to God what is due to God.</w:t>
      </w:r>
    </w:p>
    <w:p>
      <w:pPr>
        <w:jc w:val="right"/>
      </w:pPr>
      <w:r>
        <w:t>give to God what is due to God۔</w:t>
      </w:r>
    </w:p>
    <w:p>
      <w:r>
        <w:rPr>
          <w:b/>
        </w:rPr>
        <w:t xml:space="preserve">[24:19] </w:t>
      </w:r>
      <w:r>
        <w:t>urdu mein kehte hain jo qaisar kaha woh qaisar ko do.</w:t>
      </w:r>
    </w:p>
    <w:p>
      <w:pPr>
        <w:jc w:val="right"/>
      </w:pPr>
      <w:r>
        <w:t>اردو میں کہتے ہیں جو قیصر کہا وہ قیصر کو دو۔</w:t>
      </w:r>
    </w:p>
    <w:p>
      <w:r>
        <w:rPr>
          <w:b/>
        </w:rPr>
        <w:t xml:space="preserve">[24:24] </w:t>
      </w:r>
      <w:r>
        <w:t>jo khuda kahe woh khuda ko do.</w:t>
      </w:r>
    </w:p>
    <w:p>
      <w:pPr>
        <w:jc w:val="right"/>
      </w:pPr>
      <w:r>
        <w:t>جو خدا کہے وہ خدا کو دو۔</w:t>
      </w:r>
    </w:p>
    <w:p>
      <w:r>
        <w:rPr>
          <w:b/>
        </w:rPr>
        <w:t xml:space="preserve">[24:27] </w:t>
      </w:r>
      <w:r>
        <w:t>give to Caesar what is due to Caesar.</w:t>
      </w:r>
    </w:p>
    <w:p>
      <w:pPr>
        <w:jc w:val="right"/>
      </w:pPr>
      <w:r>
        <w:t>give to Caesar what is due to Caesar۔</w:t>
      </w:r>
    </w:p>
    <w:p>
      <w:r>
        <w:rPr>
          <w:b/>
        </w:rPr>
        <w:t xml:space="preserve">[24:30] </w:t>
      </w:r>
      <w:r>
        <w:t>give to God what is due to God.</w:t>
      </w:r>
    </w:p>
    <w:p>
      <w:pPr>
        <w:jc w:val="right"/>
      </w:pPr>
      <w:r>
        <w:t>give to God what is due to God۔</w:t>
      </w:r>
    </w:p>
    <w:p>
      <w:r>
        <w:rPr>
          <w:b/>
        </w:rPr>
        <w:t xml:space="preserve">[24:34] </w:t>
      </w:r>
      <w:r>
        <w:t>is ka log mazaaq urate hain.</w:t>
      </w:r>
    </w:p>
    <w:p>
      <w:pPr>
        <w:jc w:val="right"/>
      </w:pPr>
      <w:r>
        <w:t>اس کا لوگ مذاق اڑاتے ہیں۔</w:t>
      </w:r>
    </w:p>
    <w:p>
      <w:r>
        <w:rPr>
          <w:b/>
        </w:rPr>
        <w:t xml:space="preserve">[24:36] </w:t>
      </w:r>
      <w:r>
        <w:t>ibn taimiya ki kitaab parhiye aap.</w:t>
      </w:r>
    </w:p>
    <w:p>
      <w:pPr>
        <w:jc w:val="right"/>
      </w:pPr>
      <w:r>
        <w:t>ابن تیمیہ کی کتاب پڑھیے آپ۔</w:t>
      </w:r>
    </w:p>
    <w:p>
      <w:r>
        <w:rPr>
          <w:b/>
        </w:rPr>
        <w:t xml:space="preserve">[24:39] </w:t>
      </w:r>
      <w:r>
        <w:t>ابن تیمیہ سے لے کر سید سلیمان ندوی تک ایک بھی scholar نہیں ہے جو اس اس کا مذاق</w:t>
      </w:r>
    </w:p>
    <w:p>
      <w:pPr>
        <w:jc w:val="right"/>
      </w:pPr>
      <w:r>
        <w:t>ابن تیمیہ سے لے کر سیسرا ندوی تک ایک بھی scholar نہیں ہے جو اس اس کا مذاق</w:t>
      </w:r>
    </w:p>
    <w:p>
      <w:r>
        <w:rPr>
          <w:b/>
        </w:rPr>
        <w:t xml:space="preserve">[24:47] </w:t>
      </w:r>
      <w:r>
        <w:t>na urata ho.</w:t>
      </w:r>
    </w:p>
    <w:p>
      <w:pPr>
        <w:jc w:val="right"/>
      </w:pPr>
      <w:r>
        <w:t>نہ اڑاتا ہو۔</w:t>
      </w:r>
    </w:p>
    <w:p>
      <w:r>
        <w:rPr>
          <w:b/>
        </w:rPr>
        <w:t xml:space="preserve">[24:48] </w:t>
      </w:r>
      <w:r>
        <w:t>is taleem ka.</w:t>
      </w:r>
    </w:p>
    <w:p>
      <w:pPr>
        <w:jc w:val="right"/>
      </w:pPr>
      <w:r>
        <w:t>اس تعلیم کا۔</w:t>
      </w:r>
    </w:p>
    <w:p>
      <w:r>
        <w:rPr>
          <w:b/>
        </w:rPr>
        <w:t xml:space="preserve">[24:50] </w:t>
      </w:r>
      <w:r>
        <w:t>one to all sare scholars isko kehte hain goya isko less than standard baat kehte hain</w:t>
      </w:r>
    </w:p>
    <w:p>
      <w:pPr>
        <w:jc w:val="right"/>
      </w:pPr>
      <w:r>
        <w:t>one to all سارے scholars اس کو کہتے ہیں گویا اس کو less than standard بات کہتے ہیں</w:t>
      </w:r>
    </w:p>
    <w:p>
      <w:r>
        <w:rPr>
          <w:b/>
        </w:rPr>
        <w:t xml:space="preserve">[24:57] </w:t>
      </w:r>
      <w:r>
        <w:t>is ko.</w:t>
      </w:r>
    </w:p>
    <w:p>
      <w:pPr>
        <w:jc w:val="right"/>
      </w:pPr>
      <w:r>
        <w:t>اس کو۔</w:t>
      </w:r>
    </w:p>
    <w:p>
      <w:r>
        <w:rPr>
          <w:b/>
        </w:rPr>
        <w:t xml:space="preserve">[24:59] </w:t>
      </w:r>
      <w:r>
        <w:t>is ko koi example nahi mante.</w:t>
      </w:r>
    </w:p>
    <w:p>
      <w:pPr>
        <w:jc w:val="right"/>
      </w:pPr>
      <w:r>
        <w:t>اس کو کوئی example نہیں مانتے۔</w:t>
      </w:r>
    </w:p>
    <w:p>
      <w:r>
        <w:rPr>
          <w:b/>
        </w:rPr>
        <w:t xml:space="preserve">[25:01] </w:t>
      </w:r>
      <w:r>
        <w:t>kyunke woh samajhte hain qaisar ko lado.</w:t>
      </w:r>
    </w:p>
    <w:p>
      <w:pPr>
        <w:jc w:val="right"/>
      </w:pPr>
      <w:r>
        <w:t>کیونکہ وہ سمجھتے ہیں قیصر کو لڑو۔</w:t>
      </w:r>
    </w:p>
    <w:p>
      <w:r>
        <w:rPr>
          <w:b/>
        </w:rPr>
        <w:t xml:space="preserve">[25:04] </w:t>
      </w:r>
      <w:r>
        <w:t>lad kar ke islam ka mukammal nizaam qaim karo.</w:t>
      </w:r>
    </w:p>
    <w:p>
      <w:pPr>
        <w:jc w:val="right"/>
      </w:pPr>
      <w:r>
        <w:t>لڑ کر کے اسلام کا مکمل نظام قائم کرو۔</w:t>
      </w:r>
    </w:p>
    <w:p>
      <w:r>
        <w:rPr>
          <w:b/>
        </w:rPr>
        <w:t xml:space="preserve">[25:08] </w:t>
      </w:r>
      <w:r>
        <w:t>mein kehta hoon ke yeh bhi ek ideal model hai.</w:t>
      </w:r>
    </w:p>
    <w:p>
      <w:pPr>
        <w:jc w:val="right"/>
      </w:pPr>
      <w:r>
        <w:t>میں کہتا ہوں کہ یہ بھی ایک ideal model ہے۔</w:t>
      </w:r>
    </w:p>
    <w:p>
      <w:r>
        <w:rPr>
          <w:b/>
        </w:rPr>
        <w:t xml:space="preserve">[25:13] </w:t>
      </w:r>
      <w:r>
        <w:t>kyunke prophet ne kaha.</w:t>
      </w:r>
    </w:p>
    <w:p>
      <w:pPr>
        <w:jc w:val="right"/>
      </w:pPr>
      <w:r>
        <w:t>کیونکہ prophet نے کہا۔</w:t>
      </w:r>
    </w:p>
    <w:p>
      <w:r>
        <w:rPr>
          <w:b/>
        </w:rPr>
        <w:t xml:space="preserve">[25:14] </w:t>
      </w:r>
      <w:r>
        <w:t>jaise misaal ke taur par aap india mein hain.</w:t>
      </w:r>
    </w:p>
    <w:p>
      <w:pPr>
        <w:jc w:val="right"/>
      </w:pPr>
      <w:r>
        <w:t>جیسے مثال کے طور پر آپ انڈیا میں ہیں۔</w:t>
      </w:r>
    </w:p>
    <w:p>
      <w:r>
        <w:rPr>
          <w:b/>
        </w:rPr>
        <w:t xml:space="preserve">[25:18] </w:t>
      </w:r>
      <w:r>
        <w:t>jis scholar ke bare mein baat kahi.</w:t>
      </w:r>
    </w:p>
    <w:p>
      <w:pPr>
        <w:jc w:val="right"/>
      </w:pPr>
      <w:r>
        <w:t>جس scholar کے بارے میں بات کہی۔</w:t>
      </w:r>
    </w:p>
    <w:p>
      <w:r>
        <w:rPr>
          <w:b/>
        </w:rPr>
        <w:t xml:space="preserve">[25:21] </w:t>
      </w:r>
      <w:r>
        <w:t>agar woh jante ke ek model agar rasool Allah ka hai to ek model Jesus Christ ka bhi</w:t>
      </w:r>
    </w:p>
    <w:p>
      <w:pPr>
        <w:jc w:val="right"/>
      </w:pPr>
      <w:r>
        <w:t>اگر وہ جانتے کہ ایک model اگر رسول اللہ کا ہے تو ایک model Jesus Christ کا بھی</w:t>
      </w:r>
    </w:p>
    <w:p>
      <w:r>
        <w:rPr>
          <w:b/>
        </w:rPr>
        <w:t xml:space="preserve">[25:29]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[25:30] </w:t>
      </w:r>
      <w:r>
        <w:t>aur is model ke mutabiq hamein kya karna hai? hamein yeh karna hai ke jo government jo hai,</w:t>
      </w:r>
    </w:p>
    <w:p>
      <w:pPr>
        <w:jc w:val="right"/>
      </w:pPr>
      <w:r>
        <w:t>اور اس model کے مطابق ہمیں کیا کرنا ہے؟ ہمیں یہ کرنا ہے کہ جو government جو ہے،</w:t>
      </w:r>
    </w:p>
    <w:p>
      <w:r>
        <w:rPr>
          <w:b/>
        </w:rPr>
        <w:t xml:space="preserve">[25:38] </w:t>
      </w:r>
      <w:r>
        <w:t>jo government rule kar rahi hai.</w:t>
      </w:r>
    </w:p>
    <w:p>
      <w:pPr>
        <w:jc w:val="right"/>
      </w:pPr>
      <w:r>
        <w:t>جو government rule کر رہی ہے۔</w:t>
      </w:r>
    </w:p>
    <w:p>
      <w:r>
        <w:rPr>
          <w:b/>
        </w:rPr>
        <w:t xml:space="preserve">[25:41] </w:t>
      </w:r>
      <w:r>
        <w:t>jo government ke jo taxes hain, government ke jo laws hain, government ka jo system hai is ko</w:t>
      </w:r>
    </w:p>
    <w:p>
      <w:pPr>
        <w:jc w:val="right"/>
      </w:pPr>
      <w:r>
        <w:t>جو government کے جو taxes ہیں، government کے جو laws ہیں، government کا جو system ہے اس کو</w:t>
      </w:r>
    </w:p>
    <w:p>
      <w:r>
        <w:rPr>
          <w:b/>
        </w:rPr>
        <w:t xml:space="preserve">[25:48] </w:t>
      </w:r>
      <w:r>
        <w:t>hum follow karen.</w:t>
      </w:r>
    </w:p>
    <w:p>
      <w:pPr>
        <w:jc w:val="right"/>
      </w:pPr>
      <w:r>
        <w:t>ہم follow کریں۔</w:t>
      </w:r>
    </w:p>
    <w:p>
      <w:r>
        <w:rPr>
          <w:b/>
        </w:rPr>
        <w:t xml:space="preserve">[25:50] </w:t>
      </w:r>
      <w:r>
        <w:t>aur religious freedom ke tehat jo hum khuda ke ko khuda ke tareeqon ko jo follow kar sakte</w:t>
      </w:r>
    </w:p>
    <w:p>
      <w:pPr>
        <w:jc w:val="right"/>
      </w:pPr>
      <w:r>
        <w:t>اور religious freedom کے تحت جو ہم خدا کے کو خدا کے طریقوں کو جو follow کر سکتے</w:t>
      </w:r>
    </w:p>
    <w:p>
      <w:r>
        <w:rPr>
          <w:b/>
        </w:rPr>
        <w:t xml:space="preserve">[25:58] </w:t>
      </w:r>
      <w:r>
        <w:t>hain is ko hum follow karen.</w:t>
      </w:r>
    </w:p>
    <w:p>
      <w:pPr>
        <w:jc w:val="right"/>
      </w:pPr>
      <w:r>
        <w:t>ہیں اس کو ہم follow کریں۔</w:t>
      </w:r>
    </w:p>
    <w:p>
      <w:r>
        <w:rPr>
          <w:b/>
        </w:rPr>
        <w:t xml:space="preserve">[26:00] </w:t>
      </w:r>
      <w:r>
        <w:t>yaani religious freedom ke daayre mein hum khuda ki usool par chalen.</w:t>
      </w:r>
    </w:p>
    <w:p>
      <w:pPr>
        <w:jc w:val="right"/>
      </w:pPr>
      <w:r>
        <w:t>یعنی religious freedom کے دائرے میں ہم خدا کی اصول پر چلیں۔</w:t>
      </w:r>
    </w:p>
    <w:p>
      <w:r>
        <w:rPr>
          <w:b/>
        </w:rPr>
        <w:t xml:space="preserve">[26:05] </w:t>
      </w:r>
      <w:r>
        <w:t>aqida aur ibadat aur character in sab cheezon mein.</w:t>
      </w:r>
    </w:p>
    <w:p>
      <w:pPr>
        <w:jc w:val="right"/>
      </w:pPr>
      <w:r>
        <w:t>عقیدہ اور عبادت اور character ان سب چیزوں میں۔</w:t>
      </w:r>
    </w:p>
    <w:p>
      <w:r>
        <w:rPr>
          <w:b/>
        </w:rPr>
        <w:t xml:space="preserve">[26:09] </w:t>
      </w:r>
      <w:r>
        <w:t>aur jo jo political system hai, jo social system hai, jo judiciary hai us ke mamle mein hum</w:t>
      </w:r>
    </w:p>
    <w:p>
      <w:pPr>
        <w:jc w:val="right"/>
      </w:pPr>
      <w:r>
        <w:t>اور جو جو political system ہے، جو social system ہے، جو judiciary ہے اس کے معاملے میں ہم</w:t>
      </w:r>
    </w:p>
    <w:p>
      <w:r>
        <w:rPr>
          <w:b/>
        </w:rPr>
        <w:t xml:space="preserve">[26:17] </w:t>
      </w:r>
      <w:r>
        <w:t>hukumat ko manen.</w:t>
      </w:r>
    </w:p>
    <w:p>
      <w:pPr>
        <w:jc w:val="right"/>
      </w:pPr>
      <w:r>
        <w:t>حکومت کو مانیں۔</w:t>
      </w:r>
    </w:p>
    <w:p>
      <w:r>
        <w:rPr>
          <w:b/>
        </w:rPr>
        <w:t xml:space="preserve">[26:18] </w:t>
      </w:r>
      <w:r>
        <w:t>to wahi baat yahan bhi ho gai.</w:t>
      </w:r>
    </w:p>
    <w:p>
      <w:pPr>
        <w:jc w:val="right"/>
      </w:pPr>
      <w:r>
        <w:t>تو وہی بات یہاں بھی ہو گئی۔</w:t>
      </w:r>
    </w:p>
    <w:p>
      <w:r>
        <w:rPr>
          <w:b/>
        </w:rPr>
        <w:t xml:space="preserve">[26:21] </w:t>
      </w:r>
      <w:r>
        <w:t>ke give to Caesar what is due to Caesar.</w:t>
      </w:r>
    </w:p>
    <w:p>
      <w:pPr>
        <w:jc w:val="right"/>
      </w:pPr>
      <w:r>
        <w:t>کہ give to Caesar what is due to Caesar۔</w:t>
      </w:r>
    </w:p>
    <w:p>
      <w:r>
        <w:rPr>
          <w:b/>
        </w:rPr>
        <w:t xml:space="preserve">[26:25] </w:t>
      </w:r>
      <w:r>
        <w:t>give to God what is due to God.</w:t>
      </w:r>
    </w:p>
    <w:p>
      <w:pPr>
        <w:jc w:val="right"/>
      </w:pPr>
      <w:r>
        <w:t>give to God what is due to God۔</w:t>
      </w:r>
    </w:p>
    <w:p>
      <w:r>
        <w:rPr>
          <w:b/>
        </w:rPr>
        <w:t xml:space="preserve">[26:29] </w:t>
      </w:r>
      <w:r>
        <w:t>to yeh namuna bhi itna hi authentic hai jitna ke rasool Allah ka namuna.</w:t>
      </w:r>
    </w:p>
    <w:p>
      <w:pPr>
        <w:jc w:val="right"/>
      </w:pPr>
      <w:r>
        <w:t>تو یہ نمونہ بھی اتنا ہی authentic ہے جتنا کہ رسول اللہ کا نمونہ۔</w:t>
      </w:r>
    </w:p>
    <w:p>
      <w:r>
        <w:rPr>
          <w:b/>
        </w:rPr>
        <w:t xml:space="preserve">[26:35] </w:t>
      </w:r>
      <w:r>
        <w:t>lekin sari dunya aap dekhiye.</w:t>
      </w:r>
    </w:p>
    <w:p>
      <w:pPr>
        <w:jc w:val="right"/>
      </w:pPr>
      <w:r>
        <w:t>لیکن ساری دنیا آپ دیکھیے۔</w:t>
      </w:r>
    </w:p>
    <w:p>
      <w:r>
        <w:rPr>
          <w:b/>
        </w:rPr>
        <w:t xml:space="preserve">[26:37] </w:t>
      </w:r>
      <w:r>
        <w:t>musalman is mein jee rahe hain.</w:t>
      </w:r>
    </w:p>
    <w:p>
      <w:pPr>
        <w:jc w:val="right"/>
      </w:pPr>
      <w:r>
        <w:t>مسلمان اس میں جی رہے ہیں۔</w:t>
      </w:r>
    </w:p>
    <w:p>
      <w:r>
        <w:rPr>
          <w:b/>
        </w:rPr>
        <w:t xml:space="preserve">[26:39] </w:t>
      </w:r>
      <w:r>
        <w:t>India ke musalmanon ko aap jhaankiye andar.</w:t>
      </w:r>
    </w:p>
    <w:p>
      <w:pPr>
        <w:jc w:val="right"/>
      </w:pPr>
      <w:r>
        <w:t>انڈیا کے مسلمانوں کو آپ جھانکیے اندر۔</w:t>
      </w:r>
    </w:p>
    <w:p>
      <w:r>
        <w:rPr>
          <w:b/>
        </w:rPr>
        <w:t xml:space="preserve">[26:42] </w:t>
      </w:r>
      <w:r>
        <w:t>kisi bhi musalman ko.</w:t>
      </w:r>
    </w:p>
    <w:p>
      <w:pPr>
        <w:jc w:val="right"/>
      </w:pPr>
      <w:r>
        <w:t>کسی بھی مسلمان کو۔</w:t>
      </w:r>
    </w:p>
    <w:p>
      <w:r>
        <w:rPr>
          <w:b/>
        </w:rPr>
        <w:t xml:space="preserve">[26:44] </w:t>
      </w:r>
      <w:r>
        <w:t>har musalman samajhta hai ke hum Pakistan se ek bohat parhe likhe aadmi hamare paas aaye.</w:t>
      </w:r>
    </w:p>
    <w:p>
      <w:pPr>
        <w:jc w:val="right"/>
      </w:pPr>
      <w:r>
        <w:t>ہر مسلمان سمجھتا ہے کہ ہم پاکستان سے ایک بہت پڑھے لکھے آدمی ہمارے پاس آئے۔</w:t>
      </w:r>
    </w:p>
    <w:p>
      <w:r>
        <w:rPr>
          <w:b/>
        </w:rPr>
        <w:t xml:space="preserve">[26:51] </w:t>
      </w:r>
      <w:r>
        <w:t>yahan hamare TV ke kai log maujood the sab ke samne yeh baat hui.</w:t>
      </w:r>
    </w:p>
    <w:p>
      <w:pPr>
        <w:jc w:val="right"/>
      </w:pPr>
      <w:r>
        <w:t>یہاں ہمارے ٹی وی کے کئی لوگ موجود تھے سب کے سامنے یہ بات ہوئی۔</w:t>
      </w:r>
    </w:p>
    <w:p>
      <w:r>
        <w:rPr>
          <w:b/>
        </w:rPr>
        <w:t xml:space="preserve">[26:57] </w:t>
      </w:r>
      <w:r>
        <w:t>bohat parhe likhe woh Pakistan ke Islamabad mein rehte hain woh.</w:t>
      </w:r>
    </w:p>
    <w:p>
      <w:pPr>
        <w:jc w:val="right"/>
      </w:pPr>
      <w:r>
        <w:t>بہت پڑھے لکھے وہ پاکستان کے اسلام آباد میں رہتے ہیں وہ۔</w:t>
      </w:r>
    </w:p>
    <w:p>
      <w:r>
        <w:rPr>
          <w:b/>
        </w:rPr>
        <w:t xml:space="preserve">[27:02] </w:t>
      </w:r>
      <w:r>
        <w:t>aate hi kya kehte hain? partition ne aadhe musalmanon ko to freedom diya, aadhe musalman jo slavery mein</w:t>
      </w:r>
    </w:p>
    <w:p>
      <w:pPr>
        <w:jc w:val="right"/>
      </w:pPr>
      <w:r>
        <w:t>آتے ہی کیا کہتے ہیں؟ partition نے آدھے مسلمانوں کو تو freedom دیا، آدھے مسلمان جو slavery میں</w:t>
      </w:r>
    </w:p>
    <w:p>
      <w:r>
        <w:rPr>
          <w:b/>
        </w:rPr>
        <w:t xml:space="preserve">[27:10] </w:t>
      </w:r>
      <w:r>
        <w:t>reh gaye.</w:t>
      </w:r>
    </w:p>
    <w:p>
      <w:pPr>
        <w:jc w:val="right"/>
      </w:pPr>
      <w:r>
        <w:t>رہ گئے۔</w:t>
      </w:r>
    </w:p>
    <w:p>
      <w:r>
        <w:rPr>
          <w:b/>
        </w:rPr>
        <w:t xml:space="preserve">[27:12] </w:t>
      </w:r>
      <w:r>
        <w:t>yani hum slavery mein hain.</w:t>
      </w:r>
    </w:p>
    <w:p>
      <w:pPr>
        <w:jc w:val="right"/>
      </w:pPr>
      <w:r>
        <w:t>یعنی ہم slavery میں ہیں۔</w:t>
      </w:r>
    </w:p>
    <w:p>
      <w:r>
        <w:rPr>
          <w:b/>
        </w:rPr>
        <w:t xml:space="preserve">[27:14] </w:t>
      </w:r>
      <w:r>
        <w:t>yani Hindu government ke tehat hain.</w:t>
      </w:r>
    </w:p>
    <w:p>
      <w:pPr>
        <w:jc w:val="right"/>
      </w:pPr>
      <w:r>
        <w:t>یعنی ہندو government کے تحت ہیں۔</w:t>
      </w:r>
    </w:p>
    <w:p>
      <w:r>
        <w:rPr>
          <w:b/>
        </w:rPr>
        <w:t xml:space="preserve">[27:16] </w:t>
      </w:r>
      <w:r>
        <w:t>wahan woh Muslim government apni bana rakhi hai unhon ne.</w:t>
      </w:r>
    </w:p>
    <w:p>
      <w:pPr>
        <w:jc w:val="right"/>
      </w:pPr>
      <w:r>
        <w:t>وہاں وہ مسلم government اپنی بنا رکھی ہے انہوں نے۔</w:t>
      </w:r>
    </w:p>
    <w:p>
      <w:r>
        <w:rPr>
          <w:b/>
        </w:rPr>
        <w:t xml:space="preserve">[27:21] </w:t>
      </w:r>
      <w:r>
        <w:t>yeh kitna baseless baat hai yeh.</w:t>
      </w:r>
    </w:p>
    <w:p>
      <w:pPr>
        <w:jc w:val="right"/>
      </w:pPr>
      <w:r>
        <w:t>یہ کتنا baseless بات ہے یہ۔</w:t>
      </w:r>
    </w:p>
    <w:p>
      <w:r>
        <w:rPr>
          <w:b/>
        </w:rPr>
        <w:t xml:space="preserve">[27:23] </w:t>
      </w:r>
      <w:r>
        <w:t>agar woh yeh jainen ke rasool Allah ki zindagi ka magar namuna hai to Hazrat Masih ki zindagi</w:t>
      </w:r>
    </w:p>
    <w:p>
      <w:pPr>
        <w:jc w:val="right"/>
      </w:pPr>
      <w:r>
        <w:t>اگر وہ یہ جانیں کہ رسول اللہ کی زندگی کا مگر نمونہ ہے تو حضرت مسیح کی زندگی</w:t>
      </w:r>
    </w:p>
    <w:p>
      <w:r>
        <w:rPr>
          <w:b/>
        </w:rPr>
        <w:t xml:space="preserve">[27:31] </w:t>
      </w:r>
      <w:r>
        <w:t>bhi namuna hai.</w:t>
      </w:r>
    </w:p>
    <w:p>
      <w:pPr>
        <w:jc w:val="right"/>
      </w:pPr>
      <w:r>
        <w:t>بھی نمونہ ہے۔</w:t>
      </w:r>
    </w:p>
    <w:p>
      <w:r>
        <w:rPr>
          <w:b/>
        </w:rPr>
        <w:t xml:space="preserve">[27:32] </w:t>
      </w:r>
      <w:r>
        <w:t>woh bhi apni jagah par sahi hai, yeh bhi apni jagah par sahi hai.</w:t>
      </w:r>
    </w:p>
    <w:p>
      <w:pPr>
        <w:jc w:val="right"/>
      </w:pPr>
      <w:r>
        <w:t>وہ بھی اپنی جگہ پر صحیح ہے، یہ بھی اپنی جگہ پر صحیح ہے۔</w:t>
      </w:r>
    </w:p>
    <w:p>
      <w:r>
        <w:rPr>
          <w:b/>
        </w:rPr>
        <w:t xml:space="preserve">[27:38] </w:t>
      </w:r>
      <w:r>
        <w:t>kyunke in cheezon se Islam na ghattata hai na badhta hai.</w:t>
      </w:r>
    </w:p>
    <w:p>
      <w:pPr>
        <w:jc w:val="right"/>
      </w:pPr>
      <w:r>
        <w:t>کیونکہ ان چیزوں سے اسلام نہ گھٹتا ہے نہ بڑھتا ہے۔</w:t>
      </w:r>
    </w:p>
    <w:p>
      <w:r>
        <w:rPr>
          <w:b/>
        </w:rPr>
        <w:t xml:space="preserve">[27:43] </w:t>
      </w:r>
      <w:r>
        <w:t>yeh to zindagi ke woh mamlaat hain jo isi dunya mein rehte hain, isi dunya mein khatam ho</w:t>
      </w:r>
    </w:p>
    <w:p>
      <w:pPr>
        <w:jc w:val="right"/>
      </w:pPr>
      <w:r>
        <w:t>یہ تو زندگی کے وہ معاملات ہیں جو اسی دنیا میں رہتے ہیں، اسی دنیا میں ختم ہو</w:t>
      </w:r>
    </w:p>
    <w:p>
      <w:r>
        <w:rPr>
          <w:b/>
        </w:rPr>
        <w:t xml:space="preserve">[27:51] </w:t>
      </w:r>
      <w:r>
        <w:t>jaate hain.</w:t>
      </w:r>
    </w:p>
    <w:p>
      <w:pPr>
        <w:jc w:val="right"/>
      </w:pPr>
      <w:r>
        <w:t>جاتے ہیں۔</w:t>
      </w:r>
    </w:p>
    <w:p>
      <w:r>
        <w:rPr>
          <w:b/>
        </w:rPr>
        <w:t xml:space="preserve">[27:52] </w:t>
      </w:r>
      <w:r>
        <w:t>jo eternal cheez hai woh hai jo aakhirat tak jaaye hamare saath.</w:t>
      </w:r>
    </w:p>
    <w:p>
      <w:pPr>
        <w:jc w:val="right"/>
      </w:pPr>
      <w:r>
        <w:t>جو eternal چیز ہے وہ ہے جو آخرت تک جائے ہمارے ساتھ۔</w:t>
      </w:r>
    </w:p>
    <w:p>
      <w:r>
        <w:rPr>
          <w:b/>
        </w:rPr>
        <w:t xml:space="preserve">[27:58] </w:t>
      </w:r>
      <w:r>
        <w:t>political system, solar system ya judiciary yeh sab isi duniya ki cheezein hain.</w:t>
      </w:r>
    </w:p>
    <w:p>
      <w:pPr>
        <w:jc w:val="right"/>
      </w:pPr>
      <w:r>
        <w:t>political system، solar system یا judiciary یہ سب اسی دنیا کی چیزیں ہیں۔</w:t>
      </w:r>
    </w:p>
    <w:p>
      <w:r>
        <w:rPr>
          <w:b/>
        </w:rPr>
        <w:t xml:space="preserve">[28:03] </w:t>
      </w:r>
      <w:r>
        <w:t>yehin hain, yahin par khatam ho ke reh jayengi.</w:t>
      </w:r>
    </w:p>
    <w:p>
      <w:pPr>
        <w:jc w:val="right"/>
      </w:pPr>
      <w:r>
        <w:t>یہیں ہیں، یہیں پر ختم ہو کے رہ جائیں گی۔</w:t>
      </w:r>
    </w:p>
    <w:p>
      <w:r>
        <w:rPr>
          <w:b/>
        </w:rPr>
        <w:t xml:space="preserve">[28:07] </w:t>
      </w:r>
      <w:r>
        <w:t>jo cheez le kar hum aage jaana hai woh hai hamara belief system, hamara ibadat ka nizaam, hamare</w:t>
      </w:r>
    </w:p>
    <w:p>
      <w:pPr>
        <w:jc w:val="right"/>
      </w:pPr>
      <w:r>
        <w:t>جو چیز لے کر ہم آگے جانا ہے وہ ہے ہمارا belief system، ہمارا عبادت کا نظام، ہمارے</w:t>
      </w:r>
    </w:p>
    <w:p>
      <w:r>
        <w:rPr>
          <w:b/>
        </w:rPr>
        <w:t xml:space="preserve">[28:15] </w:t>
      </w:r>
      <w:r>
        <w:t>moral values, hamara character.</w:t>
      </w:r>
    </w:p>
    <w:p>
      <w:pPr>
        <w:jc w:val="right"/>
      </w:pPr>
      <w:r>
        <w:t>moral values، ہمارا character۔</w:t>
      </w:r>
    </w:p>
    <w:p>
      <w:r>
        <w:rPr>
          <w:b/>
        </w:rPr>
        <w:t xml:space="preserve">[28:17] </w:t>
      </w:r>
      <w:r>
        <w:t>isko le kar hum jayenge wahan.</w:t>
      </w:r>
    </w:p>
    <w:p>
      <w:pPr>
        <w:jc w:val="right"/>
      </w:pPr>
      <w:r>
        <w:t>اس کو لے کر ہم جائیں گے وہاں۔</w:t>
      </w:r>
    </w:p>
    <w:p>
      <w:r>
        <w:rPr>
          <w:b/>
        </w:rPr>
        <w:t xml:space="preserve">[28:20] </w:t>
      </w:r>
      <w:r>
        <w:t>to iski hamein azaadi hai to hum slave kyun hain? Aap log slave kyun samjhein? Hamari te</w:t>
      </w:r>
    </w:p>
    <w:p>
      <w:pPr>
        <w:jc w:val="right"/>
      </w:pPr>
      <w:r>
        <w:t>تو اس کی ہمیں آزادی ہے تو ہم slave کیوں ہیں؟ آپ لوگ slave کیوں سمجھیں؟ ہماری ٹی</w:t>
      </w:r>
    </w:p>
    <w:p>
      <w:r>
        <w:rPr>
          <w:b/>
        </w:rPr>
        <w:t xml:space="preserve">[28:28] </w:t>
      </w:r>
      <w:r>
        <w:t>vi mein kai log baithe hue the wahan par sab ke saamne unhone kaha witness hain yahan</w:t>
      </w:r>
    </w:p>
    <w:p>
      <w:pPr>
        <w:jc w:val="right"/>
      </w:pPr>
      <w:r>
        <w:t>وی میں کئی لوگ بیٹھے ہوئے تھے وہاں پر سب کے سامنے انہوں نے کہا witness ہیں یہاں</w:t>
      </w:r>
    </w:p>
    <w:p>
      <w:r>
        <w:rPr>
          <w:b/>
        </w:rPr>
        <w:t xml:space="preserve">[28:36] </w:t>
      </w:r>
      <w:r>
        <w:t>maujood hain aise log ke partition ne aadhe musalmanon ko azaadi di, aadhe musalman jo hain ghulami mein</w:t>
      </w:r>
    </w:p>
    <w:p>
      <w:pPr>
        <w:jc w:val="right"/>
      </w:pPr>
      <w:r>
        <w:t>موجود ہیں ایسے لوگ کہ partition نے آدھے مسلمانوں کو آزادی دی، آدھے مسلمان جو ہیں غلامی میں</w:t>
      </w:r>
    </w:p>
    <w:p>
      <w:r>
        <w:rPr>
          <w:b/>
        </w:rPr>
        <w:t xml:space="preserve">[28:43] </w:t>
      </w:r>
      <w:r>
        <w:t>reh gaye.</w:t>
      </w:r>
    </w:p>
    <w:p>
      <w:pPr>
        <w:jc w:val="right"/>
      </w:pPr>
      <w:r>
        <w:t>رہ گئے۔</w:t>
      </w:r>
    </w:p>
    <w:p>
      <w:r>
        <w:rPr>
          <w:b/>
        </w:rPr>
        <w:t xml:space="preserve">[28:45] </w:t>
      </w:r>
      <w:r>
        <w:t>main ne kaha astaghfirullah.</w:t>
      </w:r>
    </w:p>
    <w:p>
      <w:pPr>
        <w:jc w:val="right"/>
      </w:pPr>
      <w:r>
        <w:t>میں نے کہا استغفراللہ۔</w:t>
      </w:r>
    </w:p>
    <w:p>
      <w:r>
        <w:rPr>
          <w:b/>
        </w:rPr>
        <w:t xml:space="preserve">[28:47] </w:t>
      </w:r>
      <w:r>
        <w:t>lekin is yeh soch wahin se judi hui hai.</w:t>
      </w:r>
    </w:p>
    <w:p>
      <w:pPr>
        <w:jc w:val="right"/>
      </w:pPr>
      <w:r>
        <w:t>لیکن اس یہ سوچ وہیں سے جڑی ہوئی ہے۔</w:t>
      </w:r>
    </w:p>
    <w:p>
      <w:r>
        <w:rPr>
          <w:b/>
        </w:rPr>
        <w:t xml:space="preserve">[28:50] </w:t>
      </w:r>
      <w:r>
        <w:t>woh samajhte hain woh sirf strength matlab political power jahan hai woh hai ideal situation.</w:t>
      </w:r>
    </w:p>
    <w:p>
      <w:pPr>
        <w:jc w:val="right"/>
      </w:pPr>
      <w:r>
        <w:t>وہ سمجھتے ہیں وہ صرف strength مطلب political power جہاں ہے وہ ہے ideal situation۔</w:t>
      </w:r>
    </w:p>
    <w:p>
      <w:r>
        <w:rPr>
          <w:b/>
        </w:rPr>
        <w:t xml:space="preserve">[28:57] </w:t>
      </w:r>
      <w:r>
        <w:t>jahan political power nahin hai wahan par ideal situation nahin hai baba.</w:t>
      </w:r>
    </w:p>
    <w:p>
      <w:pPr>
        <w:jc w:val="right"/>
      </w:pPr>
      <w:r>
        <w:t>جہاں political power نہیں ہے وہاں پر ideal situation نہیں ہے بابا۔</w:t>
      </w:r>
    </w:p>
    <w:p>
      <w:r>
        <w:rPr>
          <w:b/>
        </w:rPr>
        <w:t xml:space="preserve">[29:02] </w:t>
      </w:r>
      <w:r>
        <w:t>woh ghulami hai woh.</w:t>
      </w:r>
    </w:p>
    <w:p>
      <w:pPr>
        <w:jc w:val="right"/>
      </w:pPr>
      <w:r>
        <w:t>وہ غلامی ہے وہ۔</w:t>
      </w:r>
    </w:p>
    <w:p>
      <w:r>
        <w:rPr>
          <w:b/>
        </w:rPr>
        <w:t xml:space="preserve">[29:04] </w:t>
      </w:r>
      <w:r>
        <w:t>is cheez ne musalmanon ko defeatist mentality mein daal rakha hai.</w:t>
      </w:r>
    </w:p>
    <w:p>
      <w:pPr>
        <w:jc w:val="right"/>
      </w:pPr>
      <w:r>
        <w:t>اس چیز نے مسلمانوں کو defeatist mentality میں ڈال رکھا ہے۔</w:t>
      </w:r>
    </w:p>
    <w:p>
      <w:r>
        <w:rPr>
          <w:b/>
        </w:rPr>
        <w:t xml:space="preserve">[29:08] </w:t>
      </w:r>
      <w:r>
        <w:t>aur is se badi baat kya hai? Apne baare mein pride aur doosre ke baare mein hate.</w:t>
      </w:r>
    </w:p>
    <w:p>
      <w:pPr>
        <w:jc w:val="right"/>
      </w:pPr>
      <w:r>
        <w:t>اور اس سے بڑی بات کیا ہے؟ اپنے بارے میں pride اور دوسرے کے بارے میں hate۔</w:t>
      </w:r>
    </w:p>
    <w:p>
      <w:r>
        <w:rPr>
          <w:b/>
        </w:rPr>
        <w:t xml:space="preserve">[29:16] </w:t>
      </w:r>
      <w:r>
        <w:t>woh jo sahaba aaye the mere paas aksar aate rehte hain Pakistan ke log.</w:t>
      </w:r>
    </w:p>
    <w:p>
      <w:pPr>
        <w:jc w:val="right"/>
      </w:pPr>
      <w:r>
        <w:t>وہ جو صحابہ آئے تھے میرے پاس اکثر آتے رہتے ہیں پاکستان کے لوگ۔</w:t>
      </w:r>
    </w:p>
    <w:p>
      <w:r>
        <w:rPr>
          <w:b/>
        </w:rPr>
        <w:t xml:space="preserve">[29:22] </w:t>
      </w:r>
      <w:r>
        <w:t>to main un se baat jab karta hoon to hamesha main ne paaya hai ke apne baare mein</w:t>
      </w:r>
    </w:p>
    <w:p>
      <w:pPr>
        <w:jc w:val="right"/>
      </w:pPr>
      <w:r>
        <w:t>تو میں ان سے بات جب کرتا ہوں تو ہمیشہ میں نے پایا ہے کہ اپنے بارے میں</w:t>
      </w:r>
    </w:p>
    <w:p>
      <w:r>
        <w:rPr>
          <w:b/>
        </w:rPr>
        <w:t xml:space="preserve">[29:29] </w:t>
      </w:r>
      <w:r>
        <w:t>pride aur hamare baare mein hate.</w:t>
      </w:r>
    </w:p>
    <w:p>
      <w:pPr>
        <w:jc w:val="right"/>
      </w:pPr>
      <w:r>
        <w:t>pride اور ہمارے بارے میں hate۔</w:t>
      </w:r>
    </w:p>
    <w:p>
      <w:r>
        <w:rPr>
          <w:b/>
        </w:rPr>
        <w:t xml:space="preserve">[29:32] </w:t>
      </w:r>
      <w:r>
        <w:t>hum yaani doosron ke baare mein hate, non muslim ke baare mein hate.</w:t>
      </w:r>
    </w:p>
    <w:p>
      <w:pPr>
        <w:jc w:val="right"/>
      </w:pPr>
      <w:r>
        <w:t>ہم یعنی دوسروں کے بارے میں hate، non مسلم کے بارے میں hate۔</w:t>
      </w:r>
    </w:p>
    <w:p>
      <w:r>
        <w:rPr>
          <w:b/>
        </w:rPr>
        <w:t xml:space="preserve">[29:38] </w:t>
      </w:r>
      <w:r>
        <w:t>non muslim ke baare mein hate aur apne baare mein pride.</w:t>
      </w:r>
    </w:p>
    <w:p>
      <w:pPr>
        <w:jc w:val="right"/>
      </w:pPr>
      <w:r>
        <w:t>non مسلم کے بارے میں hate اور اپنے بارے میں pride۔</w:t>
      </w:r>
    </w:p>
    <w:p>
      <w:r>
        <w:rPr>
          <w:b/>
        </w:rPr>
        <w:t xml:space="preserve">[29:42] </w:t>
      </w:r>
      <w:r>
        <w:t>yeh isi ka nateeja hai.</w:t>
      </w:r>
    </w:p>
    <w:p>
      <w:pPr>
        <w:jc w:val="right"/>
      </w:pPr>
      <w:r>
        <w:t>یہ اسی کا نتیجہ ہے۔</w:t>
      </w:r>
    </w:p>
    <w:p>
      <w:r>
        <w:rPr>
          <w:b/>
        </w:rPr>
        <w:t xml:space="preserve">[29:44] </w:t>
      </w:r>
      <w:r>
        <w:t>isi ka nateeja hai yeh.</w:t>
      </w:r>
    </w:p>
    <w:p>
      <w:pPr>
        <w:jc w:val="right"/>
      </w:pPr>
      <w:r>
        <w:t>اسی کا نتیجہ ہے یہ۔</w:t>
      </w:r>
    </w:p>
    <w:p>
      <w:r>
        <w:rPr>
          <w:b/>
        </w:rPr>
        <w:t xml:space="preserve">[29:47] </w:t>
      </w:r>
      <w:r>
        <w:t>aap dekhen kitna bara loss hai yeh, kitna bara nuqsan hai ke hum khuda ki dunya mein jee</w:t>
      </w:r>
    </w:p>
    <w:p>
      <w:pPr>
        <w:jc w:val="right"/>
      </w:pPr>
      <w:r>
        <w:t>آپ دیکھیں کتنا بڑا loss ہے یہ، کتنا بڑا نقصان ہے کہ ہم خدا کی دنیا میں جی</w:t>
      </w:r>
    </w:p>
    <w:p>
      <w:r>
        <w:rPr>
          <w:b/>
        </w:rPr>
        <w:t xml:space="preserve">[29:54] </w:t>
      </w:r>
      <w:r>
        <w:t>rahe hain is ehsas ke sath ke hum doosron se nafrat karte hain, doosron se hate karte hain.</w:t>
      </w:r>
    </w:p>
    <w:p>
      <w:pPr>
        <w:jc w:val="right"/>
      </w:pPr>
      <w:r>
        <w:t>رہے ہیں اس احساس کے ساتھ کہ ہم دوسروں سے نفرت کرتے ہیں، دوسروں سے hate کرتے ہیں۔</w:t>
      </w:r>
    </w:p>
    <w:p>
      <w:r>
        <w:rPr>
          <w:b/>
        </w:rPr>
        <w:t xml:space="preserve">[30:02] </w:t>
      </w:r>
      <w:r>
        <w:t>defeatist mentality mein pare hue hain.</w:t>
      </w:r>
    </w:p>
    <w:p>
      <w:pPr>
        <w:jc w:val="right"/>
      </w:pPr>
      <w:r>
        <w:t>defeatist mentality میں پڑے ہوئے ہیں۔</w:t>
      </w:r>
    </w:p>
    <w:p>
      <w:r>
        <w:rPr>
          <w:b/>
        </w:rPr>
        <w:t xml:space="preserve">[30:05] </w:t>
      </w:r>
      <w:r>
        <w:t>aur lafzon ka jungal ugate hain debate ki shakal mein.</w:t>
      </w:r>
    </w:p>
    <w:p>
      <w:pPr>
        <w:jc w:val="right"/>
      </w:pPr>
      <w:r>
        <w:t>اور لفظوں کا جنگل اگاتے ہیں debate کی شکل میں۔</w:t>
      </w:r>
    </w:p>
    <w:p>
      <w:r>
        <w:rPr>
          <w:b/>
        </w:rPr>
        <w:t xml:space="preserve">[30:09] </w:t>
      </w:r>
      <w:r>
        <w:t>is mein taliyan bajate hain.</w:t>
      </w:r>
    </w:p>
    <w:p>
      <w:pPr>
        <w:jc w:val="right"/>
      </w:pPr>
      <w:r>
        <w:t>اس میں تالیاں بجاتے ہیں۔</w:t>
      </w:r>
    </w:p>
    <w:p>
      <w:r>
        <w:rPr>
          <w:b/>
        </w:rPr>
        <w:t xml:space="preserve">[30:11] </w:t>
      </w:r>
      <w:r>
        <w:t>table par lafzon ka dangal machate hain.</w:t>
      </w:r>
    </w:p>
    <w:p>
      <w:pPr>
        <w:jc w:val="right"/>
      </w:pPr>
      <w:r>
        <w:t>table پر لفظوں کا دنگل مچاتے ہیں۔</w:t>
      </w:r>
    </w:p>
    <w:p>
      <w:r>
        <w:rPr>
          <w:b/>
        </w:rPr>
        <w:t xml:space="preserve">[30:14] </w:t>
      </w:r>
      <w:r>
        <w:t>aur lafzon ke dangal se hara kar kisi ko.</w:t>
      </w:r>
    </w:p>
    <w:p>
      <w:pPr>
        <w:jc w:val="right"/>
      </w:pPr>
      <w:r>
        <w:t>اور لفظوں کے دنگل سے ہرا کر کسی کو۔</w:t>
      </w:r>
    </w:p>
    <w:p>
      <w:r>
        <w:rPr>
          <w:b/>
        </w:rPr>
        <w:t xml:space="preserve">[30:18] </w:t>
      </w:r>
      <w:r>
        <w:t>inhi mein se ek debater sahib ko mein ne khud un ka woh parha.</w:t>
      </w:r>
    </w:p>
    <w:p>
      <w:pPr>
        <w:jc w:val="right"/>
      </w:pPr>
      <w:r>
        <w:t>انہی میں سے ایک debater صاحب کو میں نے خود ان کا وہ پڑھا۔</w:t>
      </w:r>
    </w:p>
    <w:p>
      <w:r>
        <w:rPr>
          <w:b/>
        </w:rPr>
        <w:t xml:space="preserve">[30:24] </w:t>
      </w:r>
      <w:r>
        <w:t>woh kehte kya hain? bulldoze them all.</w:t>
      </w:r>
    </w:p>
    <w:p>
      <w:pPr>
        <w:jc w:val="right"/>
      </w:pPr>
      <w:r>
        <w:t>وہ کہتے کیا ہیں؟ bulldoze them all۔</w:t>
      </w:r>
    </w:p>
    <w:p>
      <w:r>
        <w:rPr>
          <w:b/>
        </w:rPr>
        <w:t xml:space="preserve">[30:27] </w:t>
      </w:r>
      <w:r>
        <w:t>yeh language yeh hoti hai bulldoze them all.</w:t>
      </w:r>
    </w:p>
    <w:p>
      <w:pPr>
        <w:jc w:val="right"/>
      </w:pPr>
      <w:r>
        <w:t>یہ language یہ ہوتی ہے bulldoze them all۔</w:t>
      </w:r>
    </w:p>
    <w:p>
      <w:r>
        <w:rPr>
          <w:b/>
        </w:rPr>
        <w:t xml:space="preserve">[30:30] </w:t>
      </w:r>
      <w:r>
        <w:t>to mein ne socha ke bulldoze kahan karte hain yeh? table par.</w:t>
      </w:r>
    </w:p>
    <w:p>
      <w:pPr>
        <w:jc w:val="right"/>
      </w:pPr>
      <w:r>
        <w:t>تو میں نے سوچا کہ bulldoze کہاں کرتے ہیں یہ؟ table پر۔</w:t>
      </w:r>
    </w:p>
    <w:p>
      <w:r>
        <w:rPr>
          <w:b/>
        </w:rPr>
        <w:t xml:space="preserve">[30:35] </w:t>
      </w:r>
      <w:r>
        <w:t>battle field mein nahin.</w:t>
      </w:r>
    </w:p>
    <w:p>
      <w:pPr>
        <w:jc w:val="right"/>
      </w:pPr>
      <w:r>
        <w:t>battle field میں نہیں۔</w:t>
      </w:r>
    </w:p>
    <w:p>
      <w:r>
        <w:rPr>
          <w:b/>
        </w:rPr>
        <w:t xml:space="preserve">[30:37] </w:t>
      </w:r>
      <w:r>
        <w:t>market mein nahin.</w:t>
      </w:r>
    </w:p>
    <w:p>
      <w:pPr>
        <w:jc w:val="right"/>
      </w:pPr>
      <w:r>
        <w:t>market میں نہیں۔</w:t>
      </w:r>
    </w:p>
    <w:p>
      <w:r>
        <w:rPr>
          <w:b/>
        </w:rPr>
        <w:t xml:space="preserve">[30:39] </w:t>
      </w:r>
      <w:r>
        <w:t>political system mein nahin.</w:t>
      </w:r>
    </w:p>
    <w:p>
      <w:pPr>
        <w:jc w:val="right"/>
      </w:pPr>
      <w:r>
        <w:t>political system میں نہیں۔</w:t>
      </w:r>
    </w:p>
    <w:p>
      <w:r>
        <w:rPr>
          <w:b/>
        </w:rPr>
        <w:t xml:space="preserve">[30:40] </w:t>
      </w:r>
      <w:r>
        <w:t>judiciary mein nahin.</w:t>
      </w:r>
    </w:p>
    <w:p>
      <w:pPr>
        <w:jc w:val="right"/>
      </w:pPr>
      <w:r>
        <w:t>judiciary میں نہیں۔</w:t>
      </w:r>
    </w:p>
    <w:p>
      <w:r>
        <w:rPr>
          <w:b/>
        </w:rPr>
        <w:t xml:space="preserve">[30:42] </w:t>
      </w:r>
      <w:r>
        <w:t>aur jo sara itna sab dunya ka karobar hai wahan nahin.</w:t>
      </w:r>
    </w:p>
    <w:p>
      <w:pPr>
        <w:jc w:val="right"/>
      </w:pPr>
      <w:r>
        <w:t>اور جو سارا اتنا سب دنیا کا کاروبار ہے وہاں نہیں۔</w:t>
      </w:r>
    </w:p>
    <w:p>
      <w:r>
        <w:rPr>
          <w:b/>
        </w:rPr>
        <w:t xml:space="preserve">[30:47] </w:t>
      </w:r>
      <w:r>
        <w:t>kahan? table par.</w:t>
      </w:r>
    </w:p>
    <w:p>
      <w:pPr>
        <w:jc w:val="right"/>
      </w:pPr>
      <w:r>
        <w:t>کہاں؟ table پر۔</w:t>
      </w:r>
    </w:p>
    <w:p>
      <w:r>
        <w:rPr>
          <w:b/>
        </w:rPr>
        <w:t xml:space="preserve">[30:48] </w:t>
      </w:r>
      <w:r>
        <w:t>kis ke zariye se? lafzon ke hathyar se.</w:t>
      </w:r>
    </w:p>
    <w:p>
      <w:pPr>
        <w:jc w:val="right"/>
      </w:pPr>
      <w:r>
        <w:t>کس کے ذریعے سے؟ لفظوں کے ہتھیار سے۔</w:t>
      </w:r>
    </w:p>
    <w:p>
      <w:r>
        <w:rPr>
          <w:b/>
        </w:rPr>
        <w:t xml:space="preserve">[30:52] </w:t>
      </w:r>
      <w:r>
        <w:t>to woh mashhoor debater hain woh.</w:t>
      </w:r>
    </w:p>
    <w:p>
      <w:pPr>
        <w:jc w:val="right"/>
      </w:pPr>
      <w:r>
        <w:t>تو وہ مشہور debater ہیں وہ۔</w:t>
      </w:r>
    </w:p>
    <w:p>
      <w:r>
        <w:rPr>
          <w:b/>
        </w:rPr>
        <w:t xml:space="preserve">[30:54] </w:t>
      </w:r>
      <w:r>
        <w:t>aap mein se sab log in ko jante honge aur suna bhi shayad ho.</w:t>
      </w:r>
    </w:p>
    <w:p>
      <w:pPr>
        <w:jc w:val="right"/>
      </w:pPr>
      <w:r>
        <w:t>آپ میں سے سب لوگ ان کو جانتے ہوں گے اور سنا بھی شاید ہو۔</w:t>
      </w:r>
    </w:p>
    <w:p>
      <w:r>
        <w:rPr>
          <w:b/>
        </w:rPr>
        <w:t xml:space="preserve">[31:01] </w:t>
      </w:r>
      <w:r>
        <w:t>bulldoze them all.</w:t>
      </w:r>
    </w:p>
    <w:p>
      <w:pPr>
        <w:jc w:val="right"/>
      </w:pPr>
      <w:r>
        <w:t>bulldoze them all۔</w:t>
      </w:r>
    </w:p>
    <w:p>
      <w:r>
        <w:rPr>
          <w:b/>
        </w:rPr>
        <w:t xml:space="preserve">[31:02] </w:t>
      </w:r>
      <w:r>
        <w:t>yeh kitna kitna kitna bara jhoot hai yeh.</w:t>
      </w:r>
    </w:p>
    <w:p>
      <w:pPr>
        <w:jc w:val="right"/>
      </w:pPr>
      <w:r>
        <w:t>یہ کتنا کتنا کتنا بڑا جھوٹ ہے یہ۔</w:t>
      </w:r>
    </w:p>
    <w:p>
      <w:r>
        <w:rPr>
          <w:b/>
        </w:rPr>
        <w:t xml:space="preserve">[31:05] </w:t>
      </w:r>
      <w:r>
        <w:t>ek dafa jhoot hai.</w:t>
      </w:r>
    </w:p>
    <w:p>
      <w:pPr>
        <w:jc w:val="right"/>
      </w:pPr>
      <w:r>
        <w:t>ایک دفعہ جھوٹ ہے۔</w:t>
      </w:r>
    </w:p>
    <w:p>
      <w:r>
        <w:rPr>
          <w:b/>
        </w:rPr>
        <w:t xml:space="preserve">[31:07] </w:t>
      </w:r>
      <w:r>
        <w:t>yani visual thinking mein jeete hain.</w:t>
      </w:r>
    </w:p>
    <w:p>
      <w:pPr>
        <w:jc w:val="right"/>
      </w:pPr>
      <w:r>
        <w:t>یعنی visual thinking میں جیتے ہیں۔</w:t>
      </w:r>
    </w:p>
    <w:p>
      <w:r>
        <w:rPr>
          <w:b/>
        </w:rPr>
        <w:t xml:space="preserve">[31:10] </w:t>
      </w:r>
      <w:r>
        <w:t>visual thinking mein jeete hain.</w:t>
      </w:r>
    </w:p>
    <w:p>
      <w:pPr>
        <w:jc w:val="right"/>
      </w:pPr>
      <w:r>
        <w:t>visual thinking میں جیتے ہیں۔</w:t>
      </w:r>
    </w:p>
    <w:p>
      <w:r>
        <w:rPr>
          <w:b/>
        </w:rPr>
        <w:t xml:space="preserve">[31:12] </w:t>
      </w:r>
      <w:r>
        <w:t>wo kehte hain bulldoze them all۔</w:t>
      </w:r>
    </w:p>
    <w:p>
      <w:pPr>
        <w:jc w:val="right"/>
      </w:pPr>
      <w:r>
        <w:t>وہ کہتے ہیں bulldoze them all۔</w:t>
      </w:r>
    </w:p>
    <w:p>
      <w:r>
        <w:rPr>
          <w:b/>
        </w:rPr>
        <w:t xml:space="preserve">[31:14] </w:t>
      </w:r>
      <w:r>
        <w:t>to saare musalmanon ko isi visual thinking mein daal rakha hai۔</w:t>
      </w:r>
    </w:p>
    <w:p>
      <w:pPr>
        <w:jc w:val="right"/>
      </w:pPr>
      <w:r>
        <w:t>تو سارے مسلمانوں کو اسی visual thinking میں ڈال رکھا ہے۔</w:t>
      </w:r>
    </w:p>
    <w:p>
      <w:r>
        <w:rPr>
          <w:b/>
        </w:rPr>
        <w:t xml:space="preserve">[31:19] </w:t>
      </w:r>
      <w:r>
        <w:t>ke real life mein haare hue hain۔</w:t>
      </w:r>
    </w:p>
    <w:p>
      <w:pPr>
        <w:jc w:val="right"/>
      </w:pPr>
      <w:r>
        <w:t>کہ real life میں ہارے ہوئے ہیں۔</w:t>
      </w:r>
    </w:p>
    <w:p>
      <w:r>
        <w:rPr>
          <w:b/>
        </w:rPr>
        <w:t xml:space="preserve">[31:22] </w:t>
      </w:r>
      <w:r>
        <w:t>aur ek imaginary duniya mein apne ko samajhte hain ke hum to jeete hue hain۔</w:t>
      </w:r>
    </w:p>
    <w:p>
      <w:pPr>
        <w:jc w:val="right"/>
      </w:pPr>
      <w:r>
        <w:t>اور ایک imaginary دنیا میں اپنے کو سمجھتے ہیں کہ ہم تو جیتے ہوئے ہیں۔</w:t>
      </w:r>
    </w:p>
    <w:p>
      <w:r>
        <w:rPr>
          <w:b/>
        </w:rPr>
        <w:t xml:space="preserve">[31:29] </w:t>
      </w:r>
      <w:r>
        <w:t>yeh sab kyun hua? ke pichhle paighambaron ko hum ne kharij kar diya model se۔</w:t>
      </w:r>
    </w:p>
    <w:p>
      <w:pPr>
        <w:jc w:val="right"/>
      </w:pPr>
      <w:r>
        <w:t>یہ سب کیوں ہوا؟ کہ پچھلے پیغمبروں کو ہم نے خارج کر دیا model سے۔</w:t>
      </w:r>
    </w:p>
    <w:p>
      <w:r>
        <w:rPr>
          <w:b/>
        </w:rPr>
        <w:t xml:space="preserve">[31:35] </w:t>
      </w:r>
      <w:r>
        <w:t>bas samajhte hain ke ek hi model hai, woh rasool Allah ka hai۔</w:t>
      </w:r>
    </w:p>
    <w:p>
      <w:pPr>
        <w:jc w:val="right"/>
      </w:pPr>
      <w:r>
        <w:t>بس سمجھتے ہیں کہ ایک ہی model ہے، وہ رسول اللہ کا ہے۔</w:t>
      </w:r>
    </w:p>
    <w:p>
      <w:r>
        <w:rPr>
          <w:b/>
        </w:rPr>
        <w:t xml:space="preserve">[31:41] </w:t>
      </w:r>
      <w:r>
        <w:t>ab pichhle model kho gaye aap se۔</w:t>
      </w:r>
    </w:p>
    <w:p>
      <w:pPr>
        <w:jc w:val="right"/>
      </w:pPr>
      <w:r>
        <w:t>اب پچھلے model کھو گئے آپ سے۔</w:t>
      </w:r>
    </w:p>
    <w:p>
      <w:r>
        <w:rPr>
          <w:b/>
        </w:rPr>
        <w:t xml:space="preserve">[31:44] </w:t>
      </w:r>
      <w:r>
        <w:t>pichhle model aap se kho gaye۔</w:t>
      </w:r>
    </w:p>
    <w:p>
      <w:pPr>
        <w:jc w:val="right"/>
      </w:pPr>
      <w:r>
        <w:t>پچھلے model آپ سے کھوئے گئے۔</w:t>
      </w:r>
    </w:p>
    <w:p>
      <w:r>
        <w:rPr>
          <w:b/>
        </w:rPr>
        <w:t xml:space="preserve">[31:46] </w:t>
      </w:r>
      <w:r>
        <w:t>wo aap ki list mein hain nahin۔</w:t>
      </w:r>
    </w:p>
    <w:p>
      <w:pPr>
        <w:jc w:val="right"/>
      </w:pPr>
      <w:r>
        <w:t>وہ آپ کی list میں ہیں نہیں۔</w:t>
      </w:r>
    </w:p>
    <w:p>
      <w:r>
        <w:rPr>
          <w:b/>
        </w:rPr>
        <w:t xml:space="preserve">[31:49] </w:t>
      </w:r>
      <w:r>
        <w:t>aisa hi hai jaise ke ek saahab the nawab ki family mein se ta'alluq rakhte the۔</w:t>
      </w:r>
    </w:p>
    <w:p>
      <w:pPr>
        <w:jc w:val="right"/>
      </w:pPr>
      <w:r>
        <w:t>ایسا ہی ہے جیسے کہ ایک صاحب تھے نواب کی family میں سے تعلق رکھتے تھے۔</w:t>
      </w:r>
    </w:p>
    <w:p>
      <w:r>
        <w:rPr>
          <w:b/>
        </w:rPr>
        <w:t xml:space="preserve">[31:56] </w:t>
      </w:r>
      <w:r>
        <w:t>yeh sacha qissa hai۔</w:t>
      </w:r>
    </w:p>
    <w:p>
      <w:pPr>
        <w:jc w:val="right"/>
      </w:pPr>
      <w:r>
        <w:t>یہ سچا قصہ ہے۔</w:t>
      </w:r>
    </w:p>
    <w:p>
      <w:r>
        <w:rPr>
          <w:b/>
        </w:rPr>
        <w:t xml:space="preserve">[31:58] </w:t>
      </w:r>
      <w:r>
        <w:t>to un ke dada waghera jo the woh nawab the۔</w:t>
      </w:r>
    </w:p>
    <w:p>
      <w:pPr>
        <w:jc w:val="right"/>
      </w:pPr>
      <w:r>
        <w:t>تو ان کے دادا وغیرہ جو تھے وہ نواب تھے۔</w:t>
      </w:r>
    </w:p>
    <w:p>
      <w:r>
        <w:rPr>
          <w:b/>
        </w:rPr>
        <w:t xml:space="preserve">[32:02] </w:t>
      </w:r>
      <w:r>
        <w:t>bahut badi un ki un ka bahut badi position thi۔</w:t>
      </w:r>
    </w:p>
    <w:p>
      <w:pPr>
        <w:jc w:val="right"/>
      </w:pPr>
      <w:r>
        <w:t>بہت بڑی ان کی ان کا بہت بڑی position تھی۔</w:t>
      </w:r>
    </w:p>
    <w:p>
      <w:r>
        <w:rPr>
          <w:b/>
        </w:rPr>
        <w:t xml:space="preserve">[32:06] </w:t>
      </w:r>
      <w:r>
        <w:t>hote hote hote saari property saara sab kuch khatm ho gaya۔</w:t>
      </w:r>
    </w:p>
    <w:p>
      <w:pPr>
        <w:jc w:val="right"/>
      </w:pPr>
      <w:r>
        <w:t>ہوتے ہوتے ہوتے ساری property سارا سب کچھ ختم ہو گیا۔</w:t>
      </w:r>
    </w:p>
    <w:p>
      <w:r>
        <w:rPr>
          <w:b/>
        </w:rPr>
        <w:t xml:space="preserve">[32:11] </w:t>
      </w:r>
      <w:r>
        <w:t>ab ma'mooli se ghar mein rehte the woh۔</w:t>
      </w:r>
    </w:p>
    <w:p>
      <w:pPr>
        <w:jc w:val="right"/>
      </w:pPr>
      <w:r>
        <w:t>اب معمولی سے گھر میں رہتے تھے وہ۔</w:t>
      </w:r>
    </w:p>
    <w:p>
      <w:r>
        <w:rPr>
          <w:b/>
        </w:rPr>
        <w:t xml:space="preserve">[32:14] </w:t>
      </w:r>
      <w:r>
        <w:t>to ek shakhs un se milne gaya۔</w:t>
      </w:r>
    </w:p>
    <w:p>
      <w:pPr>
        <w:jc w:val="right"/>
      </w:pPr>
      <w:r>
        <w:t>تو ایک شخص ان سے ملنے گیا۔</w:t>
      </w:r>
    </w:p>
    <w:p>
      <w:r>
        <w:rPr>
          <w:b/>
        </w:rPr>
        <w:t xml:space="preserve">[32:17] </w:t>
      </w:r>
      <w:r>
        <w:t>to us ne kaha jaante ho pidram sultan bood۔</w:t>
      </w:r>
    </w:p>
    <w:p>
      <w:pPr>
        <w:jc w:val="right"/>
      </w:pPr>
      <w:r>
        <w:t>تو اس نے کہا جانتے ہو پدرم سلطان بود۔</w:t>
      </w:r>
    </w:p>
    <w:p>
      <w:r>
        <w:rPr>
          <w:b/>
        </w:rPr>
        <w:t xml:space="preserve">[32:21] </w:t>
      </w:r>
      <w:r>
        <w:t>mera baap badshah tha۔</w:t>
      </w:r>
    </w:p>
    <w:p>
      <w:pPr>
        <w:jc w:val="right"/>
      </w:pPr>
      <w:r>
        <w:t>میرا باپ بادشاہ تھا۔</w:t>
      </w:r>
    </w:p>
    <w:p>
      <w:r>
        <w:rPr>
          <w:b/>
        </w:rPr>
        <w:t xml:space="preserve">[32:23] </w:t>
      </w:r>
      <w:r>
        <w:t>pidram sultan bood۔</w:t>
      </w:r>
    </w:p>
    <w:p>
      <w:pPr>
        <w:jc w:val="right"/>
      </w:pPr>
      <w:r>
        <w:t>پدرم سلطان بود۔</w:t>
      </w:r>
    </w:p>
    <w:p>
      <w:r>
        <w:rPr>
          <w:b/>
        </w:rPr>
        <w:t xml:space="preserve">[32:25] </w:t>
      </w:r>
      <w:r>
        <w:t>ab rehte hain ma'mooli ghar mein۔</w:t>
      </w:r>
    </w:p>
    <w:p>
      <w:pPr>
        <w:jc w:val="right"/>
      </w:pPr>
      <w:r>
        <w:t>اب رہتے ہیں معمولی گھر میں۔</w:t>
      </w:r>
    </w:p>
    <w:p>
      <w:r>
        <w:rPr>
          <w:b/>
        </w:rPr>
        <w:t xml:space="preserve">[32:27] </w:t>
      </w:r>
      <w:r>
        <w:t>koi un ke paas shaan o shaukat nahin, koi property nahin, kuch bhi nahin۔</w:t>
      </w:r>
    </w:p>
    <w:p>
      <w:pPr>
        <w:jc w:val="right"/>
      </w:pPr>
      <w:r>
        <w:t>کوئی ان کے پاس شان و شوکت نہیں، کوئی property نہیں، کچھ بھی نہیں۔</w:t>
      </w:r>
    </w:p>
    <w:p>
      <w:r>
        <w:rPr>
          <w:b/>
        </w:rPr>
        <w:t xml:space="preserve">[32:33] </w:t>
      </w:r>
      <w:r>
        <w:t>lekin yeh is mein woh apni ek nakhat zinda ki hui hain, apna pride zinda ki hui hain۔</w:t>
      </w:r>
    </w:p>
    <w:p>
      <w:pPr>
        <w:jc w:val="right"/>
      </w:pPr>
      <w:r>
        <w:t>لیکن یہ اس میں وہ اپنی ایک نخوت زندہ کی ہوئی ہیں، اپنا pride زندہ کی ہوئی ہیں۔</w:t>
      </w:r>
    </w:p>
    <w:p>
      <w:r>
        <w:rPr>
          <w:b/>
        </w:rPr>
        <w:t xml:space="preserve">[32:41] </w:t>
      </w:r>
      <w:r>
        <w:t>pidram sultan bood۔</w:t>
      </w:r>
    </w:p>
    <w:p>
      <w:pPr>
        <w:jc w:val="right"/>
      </w:pPr>
      <w:r>
        <w:t>پدرم سلطان بود۔</w:t>
      </w:r>
    </w:p>
    <w:p>
      <w:r>
        <w:rPr>
          <w:b/>
        </w:rPr>
        <w:t xml:space="preserve">[32:42] </w:t>
      </w:r>
      <w:r>
        <w:t>mera baap badshah tha۔</w:t>
      </w:r>
    </w:p>
    <w:p>
      <w:pPr>
        <w:jc w:val="right"/>
      </w:pPr>
      <w:r>
        <w:t>میرا باپ بادشاہ تھا۔</w:t>
      </w:r>
    </w:p>
    <w:p>
      <w:r>
        <w:rPr>
          <w:b/>
        </w:rPr>
        <w:t xml:space="preserve">[32:44] </w:t>
      </w:r>
      <w:r>
        <w:t>my father was king۔</w:t>
      </w:r>
    </w:p>
    <w:p>
      <w:pPr>
        <w:jc w:val="right"/>
      </w:pPr>
      <w:r>
        <w:t>my father was king۔</w:t>
      </w:r>
    </w:p>
    <w:p>
      <w:r>
        <w:rPr>
          <w:b/>
        </w:rPr>
        <w:t xml:space="preserve">[32:46] </w:t>
      </w:r>
      <w:r>
        <w:t>my father was a king۔</w:t>
      </w:r>
    </w:p>
    <w:p>
      <w:pPr>
        <w:jc w:val="right"/>
      </w:pPr>
      <w:r>
        <w:t>my father was a king۔</w:t>
      </w:r>
    </w:p>
    <w:p>
      <w:r>
        <w:rPr>
          <w:b/>
        </w:rPr>
        <w:t xml:space="preserve">[32:48] </w:t>
      </w:r>
      <w:r>
        <w:t>yeh hai musalmanon ke nafsiyat۔</w:t>
      </w:r>
    </w:p>
    <w:p>
      <w:pPr>
        <w:jc w:val="right"/>
      </w:pPr>
      <w:r>
        <w:t>یہ ہے مسلمانوں کے نفسیات۔</w:t>
      </w:r>
    </w:p>
    <w:p>
      <w:r>
        <w:rPr>
          <w:b/>
        </w:rPr>
        <w:t xml:space="preserve">[32:50] </w:t>
      </w:r>
      <w:r>
        <w:t>is ko angrezi mein kehte hain paranoia۔</w:t>
      </w:r>
    </w:p>
    <w:p>
      <w:pPr>
        <w:jc w:val="right"/>
      </w:pPr>
      <w:r>
        <w:t>اس کو انگریزی میں کہتے ہیں paranoia۔</w:t>
      </w:r>
    </w:p>
    <w:p>
      <w:r>
        <w:rPr>
          <w:b/>
        </w:rPr>
        <w:t xml:space="preserve">[32:53] </w:t>
      </w:r>
      <w:r>
        <w:t>saare musalman pidram sultan bood ke nafsiyat mein jeete hain۔</w:t>
      </w:r>
    </w:p>
    <w:p>
      <w:pPr>
        <w:jc w:val="right"/>
      </w:pPr>
      <w:r>
        <w:t>سارے مسلمان پدرم سلطان بود کے نفسیات میں جیتے ہیں۔</w:t>
      </w:r>
    </w:p>
    <w:p>
      <w:r>
        <w:rPr>
          <w:b/>
        </w:rPr>
        <w:t xml:space="preserve">[32:57] </w:t>
      </w:r>
      <w:r>
        <w:t>kyun? woh model khoya gaya un se۔</w:t>
      </w:r>
    </w:p>
    <w:p>
      <w:pPr>
        <w:jc w:val="right"/>
      </w:pPr>
      <w:r>
        <w:t>کیوں؟ وہ model کھویا گیا ان سے۔</w:t>
      </w:r>
    </w:p>
    <w:p>
      <w:r>
        <w:rPr>
          <w:b/>
        </w:rPr>
        <w:t xml:space="preserve">[33:00] </w:t>
      </w:r>
      <w:r>
        <w:t>ke doosre zindagi ko bhi woh oonchi zindagi samjhein۔</w:t>
      </w:r>
    </w:p>
    <w:p>
      <w:pPr>
        <w:jc w:val="right"/>
      </w:pPr>
      <w:r>
        <w:t>کہ دوسرے زندگی کو بھی وہ اونچی زندگی سمجھیں۔</w:t>
      </w:r>
    </w:p>
    <w:p>
      <w:r>
        <w:rPr>
          <w:b/>
        </w:rPr>
        <w:t xml:space="preserve">[33:04] </w:t>
      </w:r>
      <w:r>
        <w:t>doosre model jo doosre prophet ka model hai۔</w:t>
      </w:r>
    </w:p>
    <w:p>
      <w:pPr>
        <w:jc w:val="right"/>
      </w:pPr>
      <w:r>
        <w:t>دوسرے model جو دوسرے prophet کا model ہے۔</w:t>
      </w:r>
    </w:p>
    <w:p>
      <w:r>
        <w:rPr>
          <w:b/>
        </w:rPr>
        <w:t xml:space="preserve">[33:08] </w:t>
      </w:r>
      <w:r>
        <w:t>kyunke aap jante hain ke doosre prophet ne koi hukoomat nahi banai۔</w:t>
      </w:r>
    </w:p>
    <w:p>
      <w:pPr>
        <w:jc w:val="right"/>
      </w:pPr>
      <w:r>
        <w:t>کیونکہ آپ جانتے ہیں کہ دوسرے prophet نے کوئی حکومت نہیں بنائی۔</w:t>
      </w:r>
    </w:p>
    <w:p>
      <w:r>
        <w:rPr>
          <w:b/>
        </w:rPr>
        <w:t xml:space="preserve">[33:13] </w:t>
      </w:r>
      <w:r>
        <w:t>jaisa rasool Allah ke zamane mein bani empire waisa empire kisi ke haan nahi tha۔</w:t>
      </w:r>
    </w:p>
    <w:p>
      <w:pPr>
        <w:jc w:val="right"/>
      </w:pPr>
      <w:r>
        <w:t>جیسا رسول اللہ کے زمانے میں بنی empire ویسا empire کسی کے ہاں نہیں تھا۔</w:t>
      </w:r>
    </w:p>
    <w:p>
      <w:r>
        <w:rPr>
          <w:b/>
        </w:rPr>
        <w:t xml:space="preserve">[33:19] </w:t>
      </w:r>
      <w:r>
        <w:t>rasool Allah ke baad jo empire bana muslim empire waisa empire kisi prophet ke haan nahi bana tha۔</w:t>
      </w:r>
    </w:p>
    <w:p>
      <w:pPr>
        <w:jc w:val="right"/>
      </w:pPr>
      <w:r>
        <w:t>رسول اللہ کے بعد جو empire بنا مسلم empire ویسا empire کسی prophet کے ہاں نہیں بنا تھا۔</w:t>
      </w:r>
    </w:p>
    <w:p>
      <w:r>
        <w:rPr>
          <w:b/>
        </w:rPr>
        <w:t xml:space="preserve">[33:27] </w:t>
      </w:r>
      <w:r>
        <w:t>to un ke jo namune hain is mein empire ka namuna nahi hai۔</w:t>
      </w:r>
    </w:p>
    <w:p>
      <w:pPr>
        <w:jc w:val="right"/>
      </w:pPr>
      <w:r>
        <w:t>تو ان کے جو نمونے ہیں اس میں empire کا نمونہ نہیں ہے۔</w:t>
      </w:r>
    </w:p>
    <w:p>
      <w:r>
        <w:rPr>
          <w:b/>
        </w:rPr>
        <w:t xml:space="preserve">[33:32] </w:t>
      </w:r>
      <w:r>
        <w:t>to is ko chhod diya musalmanon ne۔</w:t>
      </w:r>
    </w:p>
    <w:p>
      <w:pPr>
        <w:jc w:val="right"/>
      </w:pPr>
      <w:r>
        <w:t>تو اس کو چھوڑ دیا مسلمانوں نے۔</w:t>
      </w:r>
    </w:p>
    <w:p>
      <w:r>
        <w:rPr>
          <w:b/>
        </w:rPr>
        <w:t xml:space="preserve">[33:35] </w:t>
      </w:r>
      <w:r>
        <w:t>ab isi ke liye baithe hain۔</w:t>
      </w:r>
    </w:p>
    <w:p>
      <w:pPr>
        <w:jc w:val="right"/>
      </w:pPr>
      <w:r>
        <w:t>اب اسی کے لیے بیٹھے ہیں۔</w:t>
      </w:r>
    </w:p>
    <w:p>
      <w:r>
        <w:rPr>
          <w:b/>
        </w:rPr>
        <w:t xml:space="preserve">[33:38] </w:t>
      </w:r>
      <w:r>
        <w:t>ab chunke woh empire maujood nahi hai to kehte hain ke pidram sultan bood۔</w:t>
      </w:r>
    </w:p>
    <w:p>
      <w:pPr>
        <w:jc w:val="right"/>
      </w:pPr>
      <w:r>
        <w:t>اب چونکہ وہ empire موجود نہیں ہے تو کہتے ہیں کہ پدرم سلطان بود۔</w:t>
      </w:r>
    </w:p>
    <w:p>
      <w:r>
        <w:rPr>
          <w:b/>
        </w:rPr>
        <w:t xml:space="preserve">[33:44] </w:t>
      </w:r>
      <w:r>
        <w:t>to ek false pride yaani ek word mein agar mein kahun to saare musalman false pride mein jeete</w:t>
      </w:r>
    </w:p>
    <w:p>
      <w:pPr>
        <w:jc w:val="right"/>
      </w:pPr>
      <w:r>
        <w:t>تو ایک false pride یعنی ایک word میں اگر میں کہوں تو سارے مسلمان false pride میں جیتے</w:t>
      </w:r>
    </w:p>
    <w:p>
      <w:r>
        <w:rPr>
          <w:b/>
        </w:rPr>
        <w:t xml:space="preserve">[33:52] </w:t>
      </w:r>
      <w:r>
        <w:t>hain۔</w:t>
      </w:r>
    </w:p>
    <w:p>
      <w:pPr>
        <w:jc w:val="right"/>
      </w:pPr>
      <w:r>
        <w:t>ہیں۔</w:t>
      </w:r>
    </w:p>
    <w:p>
      <w:r>
        <w:rPr>
          <w:b/>
        </w:rPr>
        <w:t xml:space="preserve">[33:53] </w:t>
      </w:r>
      <w:r>
        <w:t>is ke raaz kya hai? pichhle prophet ke namonon ko unhon ne chhod diya۔</w:t>
      </w:r>
    </w:p>
    <w:p>
      <w:pPr>
        <w:jc w:val="right"/>
      </w:pPr>
      <w:r>
        <w:t>اس کے راز کیا ہے؟ پچھلے prophet کے نمونوں کو انہوں نے چھوڑ دیا۔</w:t>
      </w:r>
    </w:p>
    <w:p>
      <w:r>
        <w:rPr>
          <w:b/>
        </w:rPr>
        <w:t xml:space="preserve">[33:59] </w:t>
      </w:r>
      <w:r>
        <w:t>pichhle prophet ke namonon ko chhod diya unhon ne۔</w:t>
      </w:r>
    </w:p>
    <w:p>
      <w:pPr>
        <w:jc w:val="right"/>
      </w:pPr>
      <w:r>
        <w:t>پچھلے prophet کے نمونوں کو چھوڑ دیا انہوں نے۔</w:t>
      </w:r>
    </w:p>
    <w:p>
      <w:r>
        <w:rPr>
          <w:b/>
        </w:rPr>
        <w:t xml:space="preserve">[34:03] </w:t>
      </w:r>
      <w:r>
        <w:t>saheeh is se bada koi nuksan ho sakta hai? jo pride mein jiye woh to is ko to</w:t>
      </w:r>
    </w:p>
    <w:p>
      <w:pPr>
        <w:jc w:val="right"/>
      </w:pPr>
      <w:r>
        <w:t>صحیح اس سے بڑا کوئی نقصان ہو سکتا ہے؟ جو pride میں جیے وہ تو اس کو تو</w:t>
      </w:r>
    </w:p>
    <w:p>
      <w:r>
        <w:rPr>
          <w:b/>
        </w:rPr>
        <w:t xml:space="preserve">[34:11] </w:t>
      </w:r>
      <w:r>
        <w:t>priority hi nahi mile gi۔</w:t>
      </w:r>
    </w:p>
    <w:p>
      <w:pPr>
        <w:jc w:val="right"/>
      </w:pPr>
      <w:r>
        <w:t>priority ہی نہیں ملے گی۔</w:t>
      </w:r>
    </w:p>
    <w:p>
      <w:r>
        <w:rPr>
          <w:b/>
        </w:rPr>
        <w:t xml:space="preserve">[34:13] </w:t>
      </w:r>
      <w:r>
        <w:t>hadith mein aata hai ke jo kibr mein arrogance mein jiye woh jannat ki hawa bhi nahi paye</w:t>
      </w:r>
    </w:p>
    <w:p>
      <w:pPr>
        <w:jc w:val="right"/>
      </w:pPr>
      <w:r>
        <w:t>حدیث میں آتا ہے کہ جو کبر میں arrogance میں جیتا وہ جنت کی ہوا بھی نہیں پائے</w:t>
      </w:r>
    </w:p>
    <w:p>
      <w:r>
        <w:rPr>
          <w:b/>
        </w:rPr>
        <w:t xml:space="preserve">[34:21] </w:t>
      </w:r>
      <w:r>
        <w:t>ga۔</w:t>
      </w:r>
    </w:p>
    <w:p>
      <w:pPr>
        <w:jc w:val="right"/>
      </w:pPr>
      <w:r>
        <w:t>گا۔</w:t>
      </w:r>
    </w:p>
    <w:p>
      <w:r>
        <w:rPr>
          <w:b/>
        </w:rPr>
        <w:t xml:space="preserve">[34:22] </w:t>
      </w:r>
      <w:r>
        <w:t>to false pride walon ko kitna bada risk hai ke woh jannati nahi mile unhein۔</w:t>
      </w:r>
    </w:p>
    <w:p>
      <w:pPr>
        <w:jc w:val="right"/>
      </w:pPr>
      <w:r>
        <w:t>تو false pride والوں کو کتنا بڑا risk ہے کہ وہ جنتی نہیں ملے انہیں۔</w:t>
      </w:r>
    </w:p>
    <w:p>
      <w:r>
        <w:rPr>
          <w:b/>
        </w:rPr>
        <w:t xml:space="preserve">[34:29] </w:t>
      </w:r>
      <w:r>
        <w:t>to is ko chahiye humein ke hum reconsider karein۔</w:t>
      </w:r>
    </w:p>
    <w:p>
      <w:pPr>
        <w:jc w:val="right"/>
      </w:pPr>
      <w:r>
        <w:t>تو اس کو چاہیے ہمیں کہ ہم reconsider کریں۔</w:t>
      </w:r>
    </w:p>
    <w:p>
      <w:r>
        <w:rPr>
          <w:b/>
        </w:rPr>
        <w:t xml:space="preserve">[34:32] </w:t>
      </w:r>
      <w:r>
        <w:t>poori baat ko hum revise karein۔</w:t>
      </w:r>
    </w:p>
    <w:p>
      <w:pPr>
        <w:jc w:val="right"/>
      </w:pPr>
      <w:r>
        <w:t>پوری بات کو ہم revise کریں۔</w:t>
      </w:r>
    </w:p>
    <w:p>
      <w:r>
        <w:rPr>
          <w:b/>
        </w:rPr>
        <w:t xml:space="preserve">[34:35] </w:t>
      </w:r>
      <w:r>
        <w:t>apni soch ko phir se banaein.</w:t>
      </w:r>
    </w:p>
    <w:p>
      <w:pPr>
        <w:jc w:val="right"/>
      </w:pPr>
      <w:r>
        <w:t>اپنی سوچ کو پھر سے بنائیں۔</w:t>
      </w:r>
    </w:p>
    <w:p>
      <w:r>
        <w:rPr>
          <w:b/>
        </w:rPr>
        <w:t xml:space="preserve">[34:38] </w:t>
      </w:r>
      <w:r>
        <w:t>apni poori soch ko phir se refashion karein.</w:t>
      </w:r>
    </w:p>
    <w:p>
      <w:pPr>
        <w:jc w:val="right"/>
      </w:pPr>
      <w:r>
        <w:t>اپنی پوری سوچ کو پھر سے refashion کریں۔</w:t>
      </w:r>
    </w:p>
    <w:p>
      <w:r>
        <w:rPr>
          <w:b/>
        </w:rPr>
        <w:t xml:space="preserve">[34:41] </w:t>
      </w:r>
      <w:r>
        <w:t>yeh bohat hi zaroori hai.</w:t>
      </w:r>
    </w:p>
    <w:p>
      <w:pPr>
        <w:jc w:val="right"/>
      </w:pPr>
      <w:r>
        <w:t>یہ بہت ہی ضروری ہے۔</w:t>
      </w:r>
    </w:p>
    <w:p>
      <w:r>
        <w:rPr>
          <w:b/>
        </w:rPr>
        <w:t xml:space="preserve">[34:43] </w:t>
      </w:r>
      <w:r>
        <w:t>taakeh dunya mein hamein sachai ke sath jeene ka moqa mil sake.</w:t>
      </w:r>
    </w:p>
    <w:p>
      <w:pPr>
        <w:jc w:val="right"/>
      </w:pPr>
      <w:r>
        <w:t>تاکہ دنیا میں ہمیں سچائی کے ساتھ جینے کا موقع مل سکے۔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