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Hadith Literature - Part-1 (English) March 08, 2007 Maulana Wahiduddin Khan</w:t>
      </w:r>
    </w:p>
    <w:p>
      <w:r>
        <w:t>https://www.youtube.com/watch?v=vZSus8oBppM</w:t>
      </w:r>
    </w:p>
    <w:p>
      <w:r>
        <w:rPr>
          <w:b/>
        </w:rPr>
        <w:t xml:space="preserve">[00:10] </w:t>
      </w:r>
      <w:r>
        <w:t>bismillah rahman rahim.</w:t>
      </w:r>
    </w:p>
    <w:p>
      <w:pPr>
        <w:jc w:val="right"/>
      </w:pPr>
      <w:r>
        <w:t>بسم اللہ الرحمن الرحیم۔</w:t>
      </w:r>
    </w:p>
    <w:p>
      <w:r>
        <w:rPr>
          <w:b/>
        </w:rPr>
        <w:t xml:space="preserve">[00:20] </w:t>
      </w:r>
      <w:r>
        <w:t>wasallallahu ala nabiyyil karim.</w:t>
      </w:r>
    </w:p>
    <w:p>
      <w:pPr>
        <w:jc w:val="right"/>
      </w:pPr>
      <w:r>
        <w:t>وصلی اللہ علی النبی الکریم۔</w:t>
      </w:r>
    </w:p>
    <w:p>
      <w:r>
        <w:rPr>
          <w:b/>
        </w:rPr>
        <w:t xml:space="preserve">[00:30] </w:t>
      </w:r>
      <w:r>
        <w:t>rabbi shrah li sadri, wa yassir li amri, wahluqdatan min lisani, yafqahu qawli.</w:t>
      </w:r>
    </w:p>
    <w:p>
      <w:pPr>
        <w:jc w:val="right"/>
      </w:pPr>
      <w:r>
        <w:t>رب اشرح لی صدری، ویسر لی امری، واحل العقدۃ من لسانی، یفقہ قولی۔</w:t>
      </w:r>
    </w:p>
    <w:p>
      <w:r>
        <w:rPr>
          <w:b/>
        </w:rPr>
        <w:t xml:space="preserve">[00:40] </w:t>
      </w:r>
      <w:r>
        <w:t>Today I want to say a few words about Hadith literature.</w:t>
      </w:r>
    </w:p>
    <w:p>
      <w:pPr>
        <w:jc w:val="right"/>
      </w:pPr>
      <w:r>
        <w:t>Today I want to say a few words about Hadith literature.</w:t>
      </w:r>
    </w:p>
    <w:p>
      <w:r>
        <w:rPr>
          <w:b/>
        </w:rPr>
        <w:t xml:space="preserve">[00:50] </w:t>
      </w:r>
      <w:r>
        <w:t>You know, Hadith is the second most authentic source of the religion of Islam.</w:t>
      </w:r>
    </w:p>
    <w:p>
      <w:pPr>
        <w:jc w:val="right"/>
      </w:pPr>
      <w:r>
        <w:t>You know, Hadith is the second most authentic source of the religion of Islam.</w:t>
      </w:r>
    </w:p>
    <w:p>
      <w:r>
        <w:rPr>
          <w:b/>
        </w:rPr>
        <w:t xml:space="preserve">[01:01] </w:t>
      </w:r>
      <w:r>
        <w:t>There are two authentic sources of Islamic religion. One is the Quran, and the second is Hadith.</w:t>
      </w:r>
    </w:p>
    <w:p>
      <w:pPr>
        <w:jc w:val="right"/>
      </w:pPr>
      <w:r>
        <w:t>There are two authentic sources of Islamic religion. One is the Quran, and the second is Hadith.</w:t>
      </w:r>
    </w:p>
    <w:p>
      <w:r>
        <w:rPr>
          <w:b/>
        </w:rPr>
        <w:t xml:space="preserve">[01:14] </w:t>
      </w:r>
      <w:r>
        <w:t>Quran is the—according to Islamic belief, Quran is the collection of revelations received by the Prophet from God.</w:t>
      </w:r>
    </w:p>
    <w:p>
      <w:pPr>
        <w:jc w:val="right"/>
      </w:pPr>
      <w:r>
        <w:t>Quran is the—according to Islamic belief, Quran is the collection of revelations received by the Prophet from God.</w:t>
      </w:r>
    </w:p>
    <w:p>
      <w:r>
        <w:rPr>
          <w:b/>
        </w:rPr>
        <w:t xml:space="preserve">[01:38] </w:t>
      </w:r>
      <w:r>
        <w:t>It is believed that Quran is—Quranic revelation is not only in meaning but also in language.</w:t>
      </w:r>
    </w:p>
    <w:p>
      <w:pPr>
        <w:jc w:val="right"/>
      </w:pPr>
      <w:r>
        <w:t>It is believed that Quran is—Quranic revelation is not only in meaning but also in language.</w:t>
      </w:r>
    </w:p>
    <w:p>
      <w:r>
        <w:rPr>
          <w:b/>
        </w:rPr>
        <w:t xml:space="preserve">[01:53] </w:t>
      </w:r>
      <w:r>
        <w:t>So, the message and language both are from God Almighty.</w:t>
      </w:r>
    </w:p>
    <w:p>
      <w:pPr>
        <w:jc w:val="right"/>
      </w:pPr>
      <w:r>
        <w:t>So, the message and language both are from God Almighty.</w:t>
      </w:r>
    </w:p>
    <w:p>
      <w:r>
        <w:rPr>
          <w:b/>
        </w:rPr>
        <w:t xml:space="preserve">[02:09] </w:t>
      </w:r>
      <w:r>
        <w:t>Then, Hadith means sayings or saying of the Prophet.</w:t>
      </w:r>
    </w:p>
    <w:p>
      <w:pPr>
        <w:jc w:val="right"/>
      </w:pPr>
      <w:r>
        <w:t>Then, Hadith means sayings or saying of the Prophet.</w:t>
      </w:r>
    </w:p>
    <w:p>
      <w:r>
        <w:rPr>
          <w:b/>
        </w:rPr>
        <w:t xml:space="preserve">[02:25] </w:t>
      </w:r>
      <w:r>
        <w:t>There are—according to the Islamic scholars, Quran is Wahy Mutlu and Hadith is Wahy Ghair Mutlu.</w:t>
      </w:r>
    </w:p>
    <w:p>
      <w:pPr>
        <w:jc w:val="right"/>
      </w:pPr>
      <w:r>
        <w:t>There are—according to the Islamic scholars, Quran is Wahy Mutlu and Hadith is Wahy Ghair Mutlu.</w:t>
      </w:r>
    </w:p>
    <w:p>
      <w:r>
        <w:rPr>
          <w:b/>
        </w:rPr>
        <w:t xml:space="preserve">[02:40] </w:t>
      </w:r>
      <w:r>
        <w:t>It means that Quran is direct revelation from God to the Prophet.</w:t>
      </w:r>
    </w:p>
    <w:p>
      <w:pPr>
        <w:jc w:val="right"/>
      </w:pPr>
      <w:r>
        <w:t>It means that Quran is direct revelation from God to the Prophet.</w:t>
      </w:r>
    </w:p>
    <w:p>
      <w:r>
        <w:rPr>
          <w:b/>
        </w:rPr>
        <w:t xml:space="preserve">[02:56] </w:t>
      </w:r>
      <w:r>
        <w:t>And Hadith is under—Hadith is the result of inspiration or realization.</w:t>
      </w:r>
    </w:p>
    <w:p>
      <w:pPr>
        <w:jc w:val="right"/>
      </w:pPr>
      <w:r>
        <w:t>And Hadith is under—Hadith is the result of inspiration or realization.</w:t>
      </w:r>
    </w:p>
    <w:p>
      <w:r>
        <w:rPr>
          <w:b/>
        </w:rPr>
        <w:t xml:space="preserve">[03:12] </w:t>
      </w:r>
      <w:r>
        <w:t>You know, the Prophet was the greatest realized person.</w:t>
      </w:r>
    </w:p>
    <w:p>
      <w:pPr>
        <w:jc w:val="right"/>
      </w:pPr>
      <w:r>
        <w:t>You know, the Prophet was the greatest realized person.</w:t>
      </w:r>
    </w:p>
    <w:p>
      <w:r>
        <w:rPr>
          <w:b/>
        </w:rPr>
        <w:t xml:space="preserve">[03:28] </w:t>
      </w:r>
      <w:r>
        <w:t>His realization was per Islam.</w:t>
      </w:r>
    </w:p>
    <w:p>
      <w:pPr>
        <w:jc w:val="right"/>
      </w:pPr>
      <w:r>
        <w:t>His realization was Par Ikslam.</w:t>
      </w:r>
    </w:p>
    <w:p>
      <w:r>
        <w:rPr>
          <w:b/>
        </w:rPr>
        <w:t xml:space="preserve">[03:37] </w:t>
      </w:r>
      <w:r>
        <w:t>So, everything he said was under this inspiration or realization.</w:t>
      </w:r>
    </w:p>
    <w:p>
      <w:pPr>
        <w:jc w:val="right"/>
      </w:pPr>
      <w:r>
        <w:t>So, everything he said was under this inspiration or realization.</w:t>
      </w:r>
    </w:p>
    <w:p>
      <w:r>
        <w:rPr>
          <w:b/>
        </w:rPr>
        <w:t xml:space="preserve">[03:47] </w:t>
      </w:r>
      <w:r>
        <w:t>So, Hadith is also a very, very authentic source in Islamic religion.</w:t>
      </w:r>
    </w:p>
    <w:p>
      <w:pPr>
        <w:jc w:val="right"/>
      </w:pPr>
      <w:r>
        <w:t>So, Hadith is also a very, very authentic source in Islamic religion.</w:t>
      </w:r>
    </w:p>
    <w:p>
      <w:r>
        <w:rPr>
          <w:b/>
        </w:rPr>
        <w:t xml:space="preserve">[03:56] </w:t>
      </w:r>
      <w:r>
        <w:t>An Arab scholar has published a book.</w:t>
      </w:r>
    </w:p>
    <w:p>
      <w:pPr>
        <w:jc w:val="right"/>
      </w:pPr>
      <w:r>
        <w:t>An Arab scholar has published a book.</w:t>
      </w:r>
    </w:p>
    <w:p>
      <w:r>
        <w:rPr>
          <w:b/>
        </w:rPr>
        <w:t xml:space="preserve">[04:06] </w:t>
      </w:r>
      <w:r>
        <w:t>This book is a collection of Hadith.</w:t>
      </w:r>
    </w:p>
    <w:p>
      <w:pPr>
        <w:jc w:val="right"/>
      </w:pPr>
      <w:r>
        <w:t>This book is a collection of Hadith.</w:t>
      </w:r>
    </w:p>
    <w:p>
      <w:r>
        <w:rPr>
          <w:b/>
        </w:rPr>
        <w:t xml:space="preserve">[04:16] </w:t>
      </w:r>
      <w:r>
        <w:t>The title of this book is Laalil Hikam. Laalil Hikam means Pulse of Wisdom, Pulse of Divine Wisdom.</w:t>
      </w:r>
    </w:p>
    <w:p>
      <w:pPr>
        <w:jc w:val="right"/>
      </w:pPr>
      <w:r>
        <w:t>The title of this book is Laalil Hikam. Laalil Hikam means Pulse of Wisdom, Pulse of Divine Wisdom.</w:t>
      </w:r>
    </w:p>
    <w:p>
      <w:r>
        <w:rPr>
          <w:b/>
        </w:rPr>
        <w:t xml:space="preserve">[04:35] </w:t>
      </w:r>
      <w:r>
        <w:t>I think that this is not the case of only one book. All Hadith literature is Pulse of Wisdom, Pulse of Divine Wisdom.</w:t>
      </w:r>
    </w:p>
    <w:p>
      <w:pPr>
        <w:jc w:val="right"/>
      </w:pPr>
      <w:r>
        <w:t>I think that this is not the case of only one book. All Hadith literature is Pulse of Wisdom, Pulse of Divine Wisdom.</w:t>
      </w:r>
    </w:p>
    <w:p>
      <w:r>
        <w:rPr>
          <w:b/>
        </w:rPr>
        <w:t xml:space="preserve">[05:04] </w:t>
      </w:r>
      <w:r>
        <w:t>Without Hadith, you cannot understand Islam. You know, Quran is a book of—Quran is a book of ideology. Quran consists of basic principles of Islam.</w:t>
      </w:r>
    </w:p>
    <w:p>
      <w:pPr>
        <w:jc w:val="right"/>
      </w:pPr>
      <w:r>
        <w:t>Without Hadith, you cannot understand Islam. You know, Quran is a book of—Quran is a book of ideology. Quran consists of basic principles of Islam.</w:t>
      </w:r>
    </w:p>
    <w:p>
      <w:r>
        <w:rPr>
          <w:b/>
        </w:rPr>
        <w:t xml:space="preserve">[05:30] </w:t>
      </w:r>
      <w:r>
        <w:t>But as far as the practical aspects—as far as the details are concerned, or practical aspects of religion</w:t>
      </w:r>
    </w:p>
    <w:p>
      <w:pPr>
        <w:jc w:val="right"/>
      </w:pPr>
      <w:r>
        <w:t>But as far as the practical aspects—as far as the details are concerned, or practical aspects of religion</w:t>
      </w:r>
    </w:p>
    <w:p>
      <w:r>
        <w:rPr>
          <w:b/>
        </w:rPr>
        <w:t xml:space="preserve">[05:39] </w:t>
      </w:r>
      <w:r>
        <w:t>are concerned, you cannot find these things in the Quran.</w:t>
      </w:r>
    </w:p>
    <w:p>
      <w:pPr>
        <w:jc w:val="right"/>
      </w:pPr>
      <w:r>
        <w:t>are concerned, you cannot find these things in the Quran.</w:t>
      </w:r>
    </w:p>
    <w:p>
      <w:r>
        <w:rPr>
          <w:b/>
        </w:rPr>
        <w:t xml:space="preserve">[05:49] </w:t>
      </w:r>
      <w:r>
        <w:t>In other words, Quran gives you a critical base of the Islam, and Hadith gives you a practical</w:t>
      </w:r>
    </w:p>
    <w:p>
      <w:pPr>
        <w:jc w:val="right"/>
      </w:pPr>
      <w:r>
        <w:t>In other words, Quran gives you a critical base of the Islam, and Hadith gives you a practical</w:t>
      </w:r>
    </w:p>
    <w:p>
      <w:r>
        <w:rPr>
          <w:b/>
        </w:rPr>
        <w:t xml:space="preserve">[05:58] </w:t>
      </w:r>
      <w:r>
        <w:t>aspect of the Islam.</w:t>
      </w:r>
    </w:p>
    <w:p>
      <w:pPr>
        <w:jc w:val="right"/>
      </w:pPr>
      <w:r>
        <w:t>aspect of the Islam.</w:t>
      </w:r>
    </w:p>
    <w:p>
      <w:r>
        <w:rPr>
          <w:b/>
        </w:rPr>
        <w:t xml:space="preserve">[06:08] </w:t>
      </w:r>
      <w:r>
        <w:t>All the practical aspects are given in Hadith.</w:t>
      </w:r>
    </w:p>
    <w:p>
      <w:pPr>
        <w:jc w:val="right"/>
      </w:pPr>
      <w:r>
        <w:t>All the practical aspects are given in Hadith.</w:t>
      </w:r>
    </w:p>
    <w:p>
      <w:r>
        <w:rPr>
          <w:b/>
        </w:rPr>
        <w:t xml:space="preserve">[06:20] </w:t>
      </w:r>
      <w:r>
        <w:t>But in Quran, you can find only principles, basic principles, and not the practical details.</w:t>
      </w:r>
    </w:p>
    <w:p>
      <w:pPr>
        <w:jc w:val="right"/>
      </w:pPr>
      <w:r>
        <w:t>But in Quran, you can find only principles, basic principles, and not the practical details.</w:t>
      </w:r>
    </w:p>
    <w:p>
      <w:r>
        <w:rPr>
          <w:b/>
        </w:rPr>
        <w:t xml:space="preserve">[06:32] </w:t>
      </w:r>
      <w:r>
        <w:t>So, anyone who wants to know sincerely what is Islam, he must seek help from both.</w:t>
      </w:r>
    </w:p>
    <w:p>
      <w:pPr>
        <w:jc w:val="right"/>
      </w:pPr>
      <w:r>
        <w:t>So, anyone who wants to know sincerely what is Islam, he must seek help from both.</w:t>
      </w:r>
    </w:p>
    <w:p>
      <w:r>
        <w:rPr>
          <w:b/>
        </w:rPr>
        <w:t xml:space="preserve">[06:44] </w:t>
      </w:r>
      <w:r>
        <w:t>He will try to find the critical aspect of Islam from Quran, from the Quran, and its practical aspect from the Hadith.</w:t>
      </w:r>
    </w:p>
    <w:p>
      <w:pPr>
        <w:jc w:val="right"/>
      </w:pPr>
      <w:r>
        <w:t>He will try to find the critical aspect of Islam from Quran, from the Quran, and its practical aspect from the Hadith.</w:t>
      </w:r>
    </w:p>
    <w:p>
      <w:r>
        <w:rPr>
          <w:b/>
        </w:rPr>
        <w:t xml:space="preserve">[07:02] </w:t>
      </w:r>
      <w:r>
        <w:t>Then there are some more aspects. For example, there are many events of early Islamic history that are mentioned in the Quran. But these references are not in detail.</w:t>
      </w:r>
    </w:p>
    <w:p>
      <w:pPr>
        <w:jc w:val="right"/>
      </w:pPr>
      <w:r>
        <w:t>Then there are some more aspects. For example, there are many events of early Islamic history that are mentioned in the Quran. But these references are not in detail.</w:t>
      </w:r>
    </w:p>
    <w:p>
      <w:r>
        <w:rPr>
          <w:b/>
        </w:rPr>
        <w:t xml:space="preserve">[07:31] </w:t>
      </w:r>
      <w:r>
        <w:t>Only some aspects of these events are mentioned in the Quran. Other aspects you cannot find except in Hadith literature. These details that are described in the Quran are very, very important to complete the picture.</w:t>
      </w:r>
    </w:p>
    <w:p>
      <w:pPr>
        <w:jc w:val="right"/>
      </w:pPr>
      <w:r>
        <w:t>Only some aspects of these events are mentioned in the Quran. Other aspects you cannot find except in Hadith literature. These details that are described in the Quran are very, very important to complete the picture.</w:t>
      </w:r>
    </w:p>
    <w:p>
      <w:r>
        <w:rPr>
          <w:b/>
        </w:rPr>
        <w:t xml:space="preserve">[08:01] </w:t>
      </w:r>
      <w:r>
        <w:t>Here, I will give you some examples. You know, the Prophet of Islam received his first revelation when he was in Makkah, in the cave of Mount Hira.</w:t>
      </w:r>
    </w:p>
    <w:p>
      <w:pPr>
        <w:jc w:val="right"/>
      </w:pPr>
      <w:r>
        <w:t>Here, I will give you some examples. You know, the Prophet of Islam received his first revelation when he was in Makkah, in the cave of Mount Hira.</w:t>
      </w:r>
    </w:p>
    <w:p>
      <w:r>
        <w:rPr>
          <w:b/>
        </w:rPr>
        <w:t xml:space="preserve">[08:27] </w:t>
      </w:r>
      <w:r>
        <w:t>So, if you want to know what happened during this first revelation, you will find that Quran says,</w:t>
      </w:r>
    </w:p>
    <w:p>
      <w:pPr>
        <w:jc w:val="right"/>
      </w:pPr>
      <w:r>
        <w:t>So, if you want to know what happened during this first revelation, you will find that Quran says,</w:t>
      </w:r>
    </w:p>
    <w:p>
      <w:r>
        <w:rPr>
          <w:b/>
        </w:rPr>
        <w:t xml:space="preserve">[08:38] </w:t>
      </w:r>
      <w:r>
        <w:t>"Iqra bismil Rabbikal ladhi khalaq." Only one part of that revelation is described in the Quran, "Iqra bismil</w:t>
      </w:r>
    </w:p>
    <w:p>
      <w:pPr>
        <w:jc w:val="right"/>
      </w:pPr>
      <w:r>
        <w:t>"Iqra bismil Rabbikal ladhi khalaq." Only one part of that revelation is described in the Quran, "Iqra bismil</w:t>
      </w:r>
    </w:p>
    <w:p>
      <w:r>
        <w:rPr>
          <w:b/>
        </w:rPr>
        <w:t xml:space="preserve">[08:50] </w:t>
      </w:r>
      <w:r>
        <w:t>Rabbikal ladhi khalaq." But the background is not mentioned in the Quran.</w:t>
      </w:r>
    </w:p>
    <w:p>
      <w:pPr>
        <w:jc w:val="right"/>
      </w:pPr>
      <w:r>
        <w:t>Rabbikal ladhi khalaq." But the background is not mentioned in the Quran.</w:t>
      </w:r>
    </w:p>
    <w:p>
      <w:r>
        <w:rPr>
          <w:b/>
        </w:rPr>
        <w:t xml:space="preserve">[09:01] </w:t>
      </w:r>
      <w:r>
        <w:t>This was the first revelation the Prophet received when he was in the cave of Hira.</w:t>
      </w:r>
    </w:p>
    <w:p>
      <w:pPr>
        <w:jc w:val="right"/>
      </w:pPr>
      <w:r>
        <w:t>This was the first revelation the Prophet received when he was in the cave of Hira.</w:t>
      </w:r>
    </w:p>
    <w:p>
      <w:r>
        <w:rPr>
          <w:b/>
        </w:rPr>
        <w:t xml:space="preserve">[09:13] </w:t>
      </w:r>
      <w:r>
        <w:t>But the background is not mentioned in this revelation or in this chapter of the Quran. The background you will find in Hadith.</w:t>
      </w:r>
    </w:p>
    <w:p>
      <w:pPr>
        <w:jc w:val="right"/>
      </w:pPr>
      <w:r>
        <w:t>But the background is not mentioned in this revelation or in this chapter of the Quran. The background you will find in Hadith.</w:t>
      </w:r>
    </w:p>
    <w:p>
      <w:r>
        <w:rPr>
          <w:b/>
        </w:rPr>
        <w:t xml:space="preserve">[09:30] </w:t>
      </w:r>
      <w:r>
        <w:t>And without background, you cannot understand anything.</w:t>
      </w:r>
    </w:p>
    <w:p>
      <w:pPr>
        <w:jc w:val="right"/>
      </w:pPr>
      <w:r>
        <w:t>And without background, you cannot understand anything.</w:t>
      </w:r>
    </w:p>
    <w:p>
      <w:r>
        <w:rPr>
          <w:b/>
        </w:rPr>
        <w:t xml:space="preserve">[09:38] </w:t>
      </w:r>
      <w:r>
        <w:t>For example, in Hadith we read that when the Prophet was in Hira, Angel Jibril came to him</w:t>
      </w:r>
    </w:p>
    <w:p>
      <w:pPr>
        <w:jc w:val="right"/>
      </w:pPr>
      <w:r>
        <w:t>For example, in Hadith we read that when the Prophet was in Hira, Angel Jibril came to him</w:t>
      </w:r>
    </w:p>
    <w:p>
      <w:r>
        <w:rPr>
          <w:b/>
        </w:rPr>
        <w:t xml:space="preserve">[09:46] </w:t>
      </w:r>
      <w:r>
        <w:t>and said, "Ya Muhammad, Iqra.</w:t>
      </w:r>
    </w:p>
    <w:p>
      <w:pPr>
        <w:jc w:val="right"/>
      </w:pPr>
      <w:r>
        <w:t>and said, "Ya Muhammad, Iqra.</w:t>
      </w:r>
    </w:p>
    <w:p>
      <w:r>
        <w:rPr>
          <w:b/>
        </w:rPr>
        <w:t xml:space="preserve">[09:55] </w:t>
      </w:r>
      <w:r>
        <w:t>Ya Muhammad, Iqra.</w:t>
      </w:r>
    </w:p>
    <w:p>
      <w:pPr>
        <w:jc w:val="right"/>
      </w:pPr>
      <w:r>
        <w:t>Ya Muhammad, Iqra.</w:t>
      </w:r>
    </w:p>
    <w:p>
      <w:r>
        <w:rPr>
          <w:b/>
        </w:rPr>
        <w:t xml:space="preserve">[10:03] </w:t>
      </w:r>
      <w:r>
        <w:t>O Muhammad, read." Then the Prophet said, "Ma Ana Baqari, I cannot read." This dialogue was repeated no</w:t>
      </w:r>
    </w:p>
    <w:p>
      <w:pPr>
        <w:jc w:val="right"/>
      </w:pPr>
      <w:r>
        <w:t>O Muhammad, read." Then the Prophet said, "Ma Ana Baqari, I cannot read." This dialogue was repeated no</w:t>
      </w:r>
    </w:p>
    <w:p>
      <w:r>
        <w:rPr>
          <w:b/>
        </w:rPr>
        <w:t xml:space="preserve">[10:11] </w:t>
      </w:r>
      <w:r>
        <w:t>less than three times.</w:t>
      </w:r>
    </w:p>
    <w:p>
      <w:pPr>
        <w:jc w:val="right"/>
      </w:pPr>
      <w:r>
        <w:t>less than three times.</w:t>
      </w:r>
    </w:p>
    <w:p>
      <w:r>
        <w:rPr>
          <w:b/>
        </w:rPr>
        <w:t xml:space="preserve">[10:20] </w:t>
      </w:r>
      <w:r>
        <w:t>And again and again, the Prophet said, "Ma Ana Baqari, I cannot read." Then the Angel embraced the Prophet.</w:t>
      </w:r>
    </w:p>
    <w:p>
      <w:pPr>
        <w:jc w:val="right"/>
      </w:pPr>
      <w:r>
        <w:t>And again and again, the Prophet said, "Ma Ana Baqari, I cannot read." Then the Angel embraced the Prophet.</w:t>
      </w:r>
    </w:p>
    <w:p>
      <w:r>
        <w:rPr>
          <w:b/>
        </w:rPr>
        <w:t xml:space="preserve">[10:28] </w:t>
      </w:r>
      <w:r>
        <w:t>And after this, the Prophet was able to read.</w:t>
      </w:r>
    </w:p>
    <w:p>
      <w:pPr>
        <w:jc w:val="right"/>
      </w:pPr>
      <w:r>
        <w:t>And after this, the Prophet was able to read.</w:t>
      </w:r>
    </w:p>
    <w:p>
      <w:r>
        <w:rPr>
          <w:b/>
        </w:rPr>
        <w:t xml:space="preserve">[10:36] </w:t>
      </w:r>
      <w:r>
        <w:t>And he began reading, began reciting, "Iqra bismil Rabbikal ladhi khalaq, khalaqal lisan min alaq, Iqra wa Rabbukal</w:t>
      </w:r>
    </w:p>
    <w:p>
      <w:pPr>
        <w:jc w:val="right"/>
      </w:pPr>
      <w:r>
        <w:t>And he began reading, began reciting, "Iqra bismil Rabbikal ladhi khalaq, khalaqal lisan min alaq, Iqra wa Rabbukal</w:t>
      </w:r>
    </w:p>
    <w:p>
      <w:r>
        <w:rPr>
          <w:b/>
        </w:rPr>
        <w:t xml:space="preserve">[10:45] </w:t>
      </w:r>
      <w:r>
        <w:t>Akram, alladhi allam bil qalam, allamu al lisan maalam ya'lam." So, this is the revelation you can find</w:t>
      </w:r>
    </w:p>
    <w:p>
      <w:pPr>
        <w:jc w:val="right"/>
      </w:pPr>
      <w:r>
        <w:t>Akram, alladhi allam bil qalam, allamu al lisan maalam ya'lam." So, this is the revelation you can find</w:t>
      </w:r>
    </w:p>
    <w:p>
      <w:r>
        <w:rPr>
          <w:b/>
        </w:rPr>
        <w:t xml:space="preserve">[10:53] </w:t>
      </w:r>
      <w:r>
        <w:t>in the Quran.</w:t>
      </w:r>
    </w:p>
    <w:p>
      <w:pPr>
        <w:jc w:val="right"/>
      </w:pPr>
      <w:r>
        <w:t>in the Quran.</w:t>
      </w:r>
    </w:p>
    <w:p>
      <w:r>
        <w:rPr>
          <w:b/>
        </w:rPr>
        <w:t xml:space="preserve">[11:01] </w:t>
      </w:r>
      <w:r>
        <w:t>But the background of this first revelation is mentioned only in the Hadith.</w:t>
      </w:r>
    </w:p>
    <w:p>
      <w:pPr>
        <w:jc w:val="right"/>
      </w:pPr>
      <w:r>
        <w:t>But the background of this first revelation is mentioned only in the Hadith.</w:t>
      </w:r>
    </w:p>
    <w:p>
      <w:r>
        <w:rPr>
          <w:b/>
        </w:rPr>
        <w:t xml:space="preserve">[11:10] </w:t>
      </w:r>
      <w:r>
        <w:t>And without knowing the background, you cannot complete the picture of that moment.</w:t>
      </w:r>
    </w:p>
    <w:p>
      <w:pPr>
        <w:jc w:val="right"/>
      </w:pPr>
      <w:r>
        <w:t>And without knowing the background, you cannot complete the picture of that moment.</w:t>
      </w:r>
    </w:p>
    <w:p>
      <w:r>
        <w:rPr>
          <w:b/>
        </w:rPr>
        <w:t xml:space="preserve">[11:20] </w:t>
      </w:r>
      <w:r>
        <w:t>It was a very historical moment when the Prophet received this first revelation.</w:t>
      </w:r>
    </w:p>
    <w:p>
      <w:pPr>
        <w:jc w:val="right"/>
      </w:pPr>
      <w:r>
        <w:t>It was a very historical moment when the Prophet received this first revelation.</w:t>
      </w:r>
    </w:p>
    <w:p>
      <w:r>
        <w:rPr>
          <w:b/>
        </w:rPr>
        <w:t xml:space="preserve">[11:30] </w:t>
      </w:r>
      <w:r>
        <w:t>It was a great historical moment.</w:t>
      </w:r>
    </w:p>
    <w:p>
      <w:pPr>
        <w:jc w:val="right"/>
      </w:pPr>
      <w:r>
        <w:t>It was a great historical moment.</w:t>
      </w:r>
    </w:p>
    <w:p>
      <w:r>
        <w:rPr>
          <w:b/>
        </w:rPr>
        <w:t xml:space="preserve">[11:40] </w:t>
      </w:r>
      <w:r>
        <w:t>So, you read in the Quran only the revelation in this chapter.</w:t>
      </w:r>
    </w:p>
    <w:p>
      <w:pPr>
        <w:jc w:val="right"/>
      </w:pPr>
      <w:r>
        <w:t>So, you read in the Quran only the revelation in this chapter.</w:t>
      </w:r>
    </w:p>
    <w:p>
      <w:r>
        <w:rPr>
          <w:b/>
        </w:rPr>
        <w:t xml:space="preserve">[11:50] </w:t>
      </w:r>
      <w:r>
        <w:t>But the background is not there.</w:t>
      </w:r>
    </w:p>
    <w:p>
      <w:pPr>
        <w:jc w:val="right"/>
      </w:pPr>
      <w:r>
        <w:t>But the background is not there.</w:t>
      </w:r>
    </w:p>
    <w:p>
      <w:r>
        <w:rPr>
          <w:b/>
        </w:rPr>
        <w:t xml:space="preserve">[12:00] </w:t>
      </w:r>
      <w:r>
        <w:t>So, if you want to know the background of this first revelation, you are compelled to see the Hadith literature.</w:t>
      </w:r>
    </w:p>
    <w:p>
      <w:pPr>
        <w:jc w:val="right"/>
      </w:pPr>
      <w:r>
        <w:t>So, if you want to know the background of this first revelation, you are compelled to see the Hadith literature.</w:t>
      </w:r>
    </w:p>
    <w:p>
      <w:r>
        <w:rPr>
          <w:b/>
        </w:rPr>
        <w:t xml:space="preserve">[12:10] </w:t>
      </w:r>
      <w:r>
        <w:t>That is very important, very, very important.</w:t>
      </w:r>
    </w:p>
    <w:p>
      <w:pPr>
        <w:jc w:val="right"/>
      </w:pPr>
      <w:r>
        <w:t>That is very important, very, very important.</w:t>
      </w:r>
    </w:p>
    <w:p>
      <w:r>
        <w:rPr>
          <w:b/>
        </w:rPr>
        <w:t xml:space="preserve">[12:20] </w:t>
      </w:r>
      <w:r>
        <w:t>Then, when the Prophet migrated from Makkah to Madinah in 622, so, it was a very, very dangerous journey.</w:t>
      </w:r>
    </w:p>
    <w:p>
      <w:pPr>
        <w:jc w:val="right"/>
      </w:pPr>
      <w:r>
        <w:t>Then, when the Prophet migrated from Makkah to Madinah in 622, so, it was a very, very dangerous journey.</w:t>
      </w:r>
    </w:p>
    <w:p>
      <w:r>
        <w:rPr>
          <w:b/>
        </w:rPr>
        <w:t xml:space="preserve">[12:30] </w:t>
      </w:r>
      <w:r>
        <w:t>Because the Makkan people who were—who became enemies and wanted to kill him, they were haunting.</w:t>
      </w:r>
    </w:p>
    <w:p>
      <w:pPr>
        <w:jc w:val="right"/>
      </w:pPr>
      <w:r>
        <w:t>Because the Makkan people who were—who became enemies and wanted to kill him, they were haunting.</w:t>
      </w:r>
    </w:p>
    <w:p>
      <w:r>
        <w:rPr>
          <w:b/>
        </w:rPr>
        <w:t xml:space="preserve">[12:40] </w:t>
      </w:r>
      <w:r>
        <w:t>So, on the way to Madinah, he refused to stay in a cave, the cave of Mountain Thor.</w:t>
      </w:r>
    </w:p>
    <w:p>
      <w:pPr>
        <w:jc w:val="right"/>
      </w:pPr>
      <w:r>
        <w:t>So, on the way to Madinah, he refused to stay in a cave, the cave of Mountain Thor.</w:t>
      </w:r>
    </w:p>
    <w:p>
      <w:r>
        <w:rPr>
          <w:b/>
        </w:rPr>
        <w:t xml:space="preserve">[12:50] </w:t>
      </w:r>
      <w:r>
        <w:t>While he stayed over there up to three days.</w:t>
      </w:r>
    </w:p>
    <w:p>
      <w:pPr>
        <w:jc w:val="right"/>
      </w:pPr>
      <w:r>
        <w:t>While he stayed over there up to three days.</w:t>
      </w:r>
    </w:p>
    <w:p>
      <w:r>
        <w:rPr>
          <w:b/>
        </w:rPr>
        <w:t xml:space="preserve">[13:00] </w:t>
      </w:r>
      <w:r>
        <w:t>So, during this stay, it happened that the enemy reached over there.</w:t>
      </w:r>
    </w:p>
    <w:p>
      <w:pPr>
        <w:jc w:val="right"/>
      </w:pPr>
      <w:r>
        <w:t>So, during this stay, it happened that the enemy reached over there.</w:t>
      </w:r>
    </w:p>
    <w:p>
      <w:r>
        <w:rPr>
          <w:b/>
        </w:rPr>
        <w:t xml:space="preserve">[13:10] </w:t>
      </w:r>
      <w:r>
        <w:t>They were with swords.</w:t>
      </w:r>
    </w:p>
    <w:p>
      <w:pPr>
        <w:jc w:val="right"/>
      </w:pPr>
      <w:r>
        <w:t>They were with swords.</w:t>
      </w:r>
    </w:p>
    <w:p>
      <w:r>
        <w:rPr>
          <w:b/>
        </w:rPr>
        <w:t xml:space="preserve">[13:20] </w:t>
      </w:r>
      <w:r>
        <w:t>They wanted to kill the Prophet.</w:t>
      </w:r>
    </w:p>
    <w:p>
      <w:pPr>
        <w:jc w:val="right"/>
      </w:pPr>
      <w:r>
        <w:t>They wanted to kill the Prophet.</w:t>
      </w:r>
    </w:p>
    <w:p>
      <w:r>
        <w:rPr>
          <w:b/>
        </w:rPr>
        <w:t xml:space="preserve">[13:30] </w:t>
      </w:r>
      <w:r>
        <w:t>So, at that time, only Abu Bakr was with the Prophet.</w:t>
      </w:r>
    </w:p>
    <w:p>
      <w:pPr>
        <w:jc w:val="right"/>
      </w:pPr>
      <w:r>
        <w:t>So, at that time, only Abu Bakr was with the Prophet.</w:t>
      </w:r>
    </w:p>
    <w:p>
      <w:r>
        <w:rPr>
          <w:b/>
        </w:rPr>
        <w:t xml:space="preserve">[13:40] </w:t>
      </w:r>
      <w:r>
        <w:t>Abu Bakr, Abu Bakr Siddiq saw those enemy people.</w:t>
      </w:r>
    </w:p>
    <w:p>
      <w:pPr>
        <w:jc w:val="right"/>
      </w:pPr>
      <w:r>
        <w:t>Abu Bakr, Abu Bakr Siddiq saw those enemy people.</w:t>
      </w:r>
    </w:p>
    <w:p>
      <w:r>
        <w:rPr>
          <w:b/>
        </w:rPr>
        <w:t xml:space="preserve">[13:50] </w:t>
      </w:r>
      <w:r>
        <w:t>So, he became—so he fell in anxiety.</w:t>
      </w:r>
    </w:p>
    <w:p>
      <w:pPr>
        <w:jc w:val="right"/>
      </w:pPr>
      <w:r>
        <w:t>So, he became—so he fell in anxiety.</w:t>
      </w:r>
    </w:p>
    <w:p>
      <w:r>
        <w:rPr>
          <w:b/>
        </w:rPr>
        <w:t xml:space="preserve">[14:01] </w:t>
      </w:r>
      <w:r>
        <w:t>And under this anxiety, he said, "O Prophet, you see, they reached here." So, at that time, it</w:t>
      </w:r>
    </w:p>
    <w:p>
      <w:pPr>
        <w:jc w:val="right"/>
      </w:pPr>
      <w:r>
        <w:t>And under this anxiety, he said, "O Prophet, you see, they reached here." So, at that time, it</w:t>
      </w:r>
    </w:p>
    <w:p>
      <w:r>
        <w:rPr>
          <w:b/>
        </w:rPr>
        <w:t xml:space="preserve">[14:13] </w:t>
      </w:r>
      <w:r>
        <w:t>was a very, very critical time.</w:t>
      </w:r>
    </w:p>
    <w:p>
      <w:pPr>
        <w:jc w:val="right"/>
      </w:pPr>
      <w:r>
        <w:t>was a very, very critical time.</w:t>
      </w:r>
    </w:p>
    <w:p>
      <w:r>
        <w:rPr>
          <w:b/>
        </w:rPr>
        <w:t xml:space="preserve">[14:24] </w:t>
      </w:r>
      <w:r>
        <w:t>There is a partial report of this event in the Quran, not the complete report.</w:t>
      </w:r>
    </w:p>
    <w:p>
      <w:pPr>
        <w:jc w:val="right"/>
      </w:pPr>
      <w:r>
        <w:t>There is a partial report of this event in the Quran, not the complete report.</w:t>
      </w:r>
    </w:p>
    <w:p>
      <w:r>
        <w:rPr>
          <w:b/>
        </w:rPr>
        <w:t xml:space="preserve">[14:36] </w:t>
      </w:r>
      <w:r>
        <w:t>The complete report you can find only in Hadith. So, there is a partial reference of this event in the Quran. This is mentioned in the Quran, that the Prophet said to Abu Bakr Siddiq, "La taqaf innallah maana." "Do not fear. God is with us.</w:t>
      </w:r>
    </w:p>
    <w:p>
      <w:pPr>
        <w:jc w:val="right"/>
      </w:pPr>
      <w:r>
        <w:t>The complete report you can find only in Hadith. So, there is a partial reference of this event in the Quran. This is mentioned in the Quran, that the Prophet said to Abu Bakr Siddiq, "La taqaf innallah maana." "Do not fear. God is with us.</w:t>
      </w:r>
    </w:p>
    <w:p>
      <w:r>
        <w:rPr>
          <w:b/>
        </w:rPr>
        <w:t xml:space="preserve">[15:05] </w:t>
      </w:r>
      <w:r>
        <w:t>Do not fear. God is with us." This is mentioned in the Quran. Then, when we read Hadith, when we read this event in Hadith, we find that at that time, the Prophet said one more thing that was very, very important. This we find in Hadith only.</w:t>
      </w:r>
    </w:p>
    <w:p>
      <w:pPr>
        <w:jc w:val="right"/>
      </w:pPr>
      <w:r>
        <w:t>Do not fear. God is with us." This is mentioned in the Quran. Then, when we read Hadith, when we read this event in Hadith, we find that at that time, the Prophet said one more thing that was very, very important. This we find in Hadith only.</w:t>
      </w:r>
    </w:p>
    <w:p>
      <w:r>
        <w:rPr>
          <w:b/>
        </w:rPr>
        <w:t xml:space="preserve">[15:33] </w:t>
      </w:r>
      <w:r>
        <w:t>These are mentioned in the Quran.</w:t>
      </w:r>
    </w:p>
    <w:p>
      <w:pPr>
        <w:jc w:val="right"/>
      </w:pPr>
      <w:r>
        <w:t>These are mentioned in the Quran.</w:t>
      </w:r>
    </w:p>
    <w:p>
      <w:r>
        <w:rPr>
          <w:b/>
        </w:rPr>
        <w:t xml:space="preserve">[15:44] </w:t>
      </w:r>
      <w:r>
        <w:t>So, according to the Hadith, the Prophet said, "Ya Abu Bakr, maazannuka bisnain Allahu salih suhuma." "O Abu</w:t>
      </w:r>
    </w:p>
    <w:p>
      <w:pPr>
        <w:jc w:val="right"/>
      </w:pPr>
      <w:r>
        <w:t>So, according to the Hadith, the Prophet said, "Ya Abu Bakr, maazannuka bisnain Allahu salih suhuma." "O Abu</w:t>
      </w:r>
    </w:p>
    <w:p>
      <w:r>
        <w:rPr>
          <w:b/>
        </w:rPr>
        <w:t xml:space="preserve">[15:55] </w:t>
      </w:r>
      <w:r>
        <w:t>Bakr, what do you think about those two whose third companion is Allah?</w:t>
      </w:r>
    </w:p>
    <w:p>
      <w:pPr>
        <w:jc w:val="right"/>
      </w:pPr>
      <w:r>
        <w:t>Bakr, what do you think about those two whose third companion is Allah?</w:t>
      </w:r>
    </w:p>
    <w:p>
      <w:r>
        <w:rPr>
          <w:b/>
        </w:rPr>
        <w:t xml:space="preserve">[16:07] </w:t>
      </w:r>
      <w:r>
        <w:t>" "O Abu Bakr, what do you think about those whose third companion is God Almighty? " So, this part which we find in Hadith literature is very, very important to complete the whole event.</w:t>
      </w:r>
    </w:p>
    <w:p>
      <w:pPr>
        <w:jc w:val="right"/>
      </w:pPr>
      <w:r>
        <w:t>" "O Abu Bakr, what do you think about those whose third companion is God Almighty? " So, this part which we find in Hadith literature is very, very important to complete the whole event.</w:t>
      </w:r>
    </w:p>
    <w:p>
      <w:r>
        <w:rPr>
          <w:b/>
        </w:rPr>
        <w:t xml:space="preserve">[16:33] </w:t>
      </w:r>
      <w:r>
        <w:t>There are hundreds of such references that tell us that without adding Hadith literature, we cannot understand fully.</w:t>
      </w:r>
    </w:p>
    <w:p>
      <w:pPr>
        <w:jc w:val="right"/>
      </w:pPr>
      <w:r>
        <w:t>There are hundreds of such references that tell us that without adding Hadith literature, we cannot understand fully.</w:t>
      </w:r>
    </w:p>
    <w:p>
      <w:r>
        <w:rPr>
          <w:b/>
        </w:rPr>
        <w:t xml:space="preserve">[16:49] </w:t>
      </w:r>
      <w:r>
        <w:t>We cannot understand the Quran in the complete sense.</w:t>
      </w:r>
    </w:p>
    <w:p>
      <w:pPr>
        <w:jc w:val="right"/>
      </w:pPr>
      <w:r>
        <w:t>We cannot understand the Quran in the complete sense.</w:t>
      </w:r>
    </w:p>
    <w:p>
      <w:r>
        <w:rPr>
          <w:b/>
        </w:rPr>
        <w:t xml:space="preserve">[17:01] </w:t>
      </w:r>
      <w:r>
        <w:t>Then, so, Hadith is very important.</w:t>
      </w:r>
    </w:p>
    <w:p>
      <w:pPr>
        <w:jc w:val="right"/>
      </w:pPr>
      <w:r>
        <w:t>Then, so, Hadith is very important.</w:t>
      </w:r>
    </w:p>
    <w:p>
      <w:r>
        <w:rPr>
          <w:b/>
        </w:rPr>
        <w:t xml:space="preserve">[17:13] </w:t>
      </w:r>
      <w:r>
        <w:t>There is one great scholar who has said about Hadith, "Man kana fi baitihi majmuatum bil al-Ahadith, faq</w:t>
      </w:r>
    </w:p>
    <w:p>
      <w:pPr>
        <w:jc w:val="right"/>
      </w:pPr>
      <w:r>
        <w:t>There is one great scholar who has said about Hadith, "Man kana fi baitihi majmuatum bil al-Ahadith, faq</w:t>
      </w:r>
    </w:p>
    <w:p>
      <w:r>
        <w:rPr>
          <w:b/>
        </w:rPr>
        <w:t xml:space="preserve">[17:26] </w:t>
      </w:r>
      <w:r>
        <w:t>anna ma fihe nabiyyun yatakallam." Anyone who has a book of Hadith in his house, he has the</w:t>
      </w:r>
    </w:p>
    <w:p>
      <w:pPr>
        <w:jc w:val="right"/>
      </w:pPr>
      <w:r>
        <w:t>anna ma fihe nabiyyun yatakallam." Anyone who has a book of Hadith in his house, he has the</w:t>
      </w:r>
    </w:p>
    <w:p>
      <w:r>
        <w:rPr>
          <w:b/>
        </w:rPr>
        <w:t xml:space="preserve">[17:38] </w:t>
      </w:r>
      <w:r>
        <w:t>Prophet himself in his house.</w:t>
      </w:r>
    </w:p>
    <w:p>
      <w:pPr>
        <w:jc w:val="right"/>
      </w:pPr>
      <w:r>
        <w:t>Prophet himself in his house.</w:t>
      </w:r>
    </w:p>
    <w:p>
      <w:r>
        <w:rPr>
          <w:b/>
        </w:rPr>
        <w:t xml:space="preserve">[17:50] </w:t>
      </w:r>
      <w:r>
        <w:t>He has a speaking Prophet in his house.</w:t>
      </w:r>
    </w:p>
    <w:p>
      <w:pPr>
        <w:jc w:val="right"/>
      </w:pPr>
      <w:r>
        <w:t>He has a speaking Prophet in his house.</w:t>
      </w:r>
    </w:p>
    <w:p>
      <w:r>
        <w:rPr>
          <w:b/>
        </w:rPr>
        <w:t xml:space="preserve">[18:03] </w:t>
      </w:r>
      <w:r>
        <w:t>Anyone who has a book of Hadith in his house, he has a speaking Prophet in his house.</w:t>
      </w:r>
    </w:p>
    <w:p>
      <w:pPr>
        <w:jc w:val="right"/>
      </w:pPr>
      <w:r>
        <w:t>Anyone who has a book of Hadith in his house, he has a speaking Prophet in his house.</w:t>
      </w:r>
    </w:p>
    <w:p>
      <w:r>
        <w:rPr>
          <w:b/>
        </w:rPr>
        <w:t xml:space="preserve">[18:15] </w:t>
      </w:r>
      <w:r>
        <w:t>Here, I would like to add that, "Man kana fi baitihi majmuatum bil al-Ahadith, faq fi shobatun nabiyyun."</w:t>
      </w:r>
    </w:p>
    <w:p>
      <w:pPr>
        <w:jc w:val="right"/>
      </w:pPr>
      <w:r>
        <w:t>Here, I would like to add that, "Man kana fi baitihi majmuatum bil al-Ahadith, faq fi shobatun nabiyyun."</w:t>
      </w:r>
    </w:p>
    <w:p>
      <w:r>
        <w:rPr>
          <w:b/>
        </w:rPr>
        <w:t xml:space="preserve">[18:27] </w:t>
      </w:r>
      <w:r>
        <w:t>Anyone who has a collection of Hadith in his house, he is living in the companion of the Prophet.</w:t>
      </w:r>
    </w:p>
    <w:p>
      <w:pPr>
        <w:jc w:val="right"/>
      </w:pPr>
      <w:r>
        <w:t>Anyone who has a collection of Hadith in his house, he is living in the companion of the Prophet.</w:t>
      </w:r>
    </w:p>
    <w:p>
      <w:r>
        <w:rPr>
          <w:b/>
        </w:rPr>
        <w:t xml:space="preserve">[18:40] </w:t>
      </w:r>
      <w:r>
        <w:t>How, when you read Hadith, when you study Hadith literature, when you go through those traditions, you create</w:t>
      </w:r>
    </w:p>
    <w:p>
      <w:pPr>
        <w:jc w:val="right"/>
      </w:pPr>
      <w:r>
        <w:t>How, when you read Hadith, when you study Hadith literature, when you go through those traditions, you create</w:t>
      </w:r>
    </w:p>
    <w:p>
      <w:r>
        <w:rPr>
          <w:b/>
        </w:rPr>
        <w:t xml:space="preserve">[18:52] </w:t>
      </w:r>
      <w:r>
        <w:t>a psychological environment.</w:t>
      </w:r>
    </w:p>
    <w:p>
      <w:pPr>
        <w:jc w:val="right"/>
      </w:pPr>
      <w:r>
        <w:t>a psychological environment.</w:t>
      </w:r>
    </w:p>
    <w:p>
      <w:r>
        <w:rPr>
          <w:b/>
        </w:rPr>
        <w:t xml:space="preserve">[19:05] </w:t>
      </w:r>
      <w:r>
        <w:t>You create a spiritual environment in your house.</w:t>
      </w:r>
    </w:p>
    <w:p>
      <w:pPr>
        <w:jc w:val="right"/>
      </w:pPr>
      <w:r>
        <w:t>You create a spiritual environment in your house.</w:t>
      </w:r>
    </w:p>
    <w:p>
      <w:r>
        <w:rPr>
          <w:b/>
        </w:rPr>
        <w:t xml:space="preserve">[19:16] </w:t>
      </w:r>
      <w:r>
        <w:t>So, this is like living in the companionship of the Prophet.</w:t>
      </w:r>
    </w:p>
    <w:p>
      <w:pPr>
        <w:jc w:val="right"/>
      </w:pPr>
      <w:r>
        <w:t>So, this is like living in the companionship of the Prophet.</w:t>
      </w:r>
    </w:p>
    <w:p>
      <w:r>
        <w:rPr>
          <w:b/>
        </w:rPr>
        <w:t xml:space="preserve">[19:27] </w:t>
      </w:r>
      <w:r>
        <w:t>The companions of the Prophet were living in companionship physically.</w:t>
      </w:r>
    </w:p>
    <w:p>
      <w:pPr>
        <w:jc w:val="right"/>
      </w:pPr>
      <w:r>
        <w:t>The companions of the Prophet were living in companionship physically.</w:t>
      </w:r>
    </w:p>
    <w:p>
      <w:r>
        <w:rPr>
          <w:b/>
        </w:rPr>
        <w:t xml:space="preserve">[19:38] </w:t>
      </w:r>
      <w:r>
        <w:t>And this Hadith literature gives us the opportunity to live with the Prophet spiritually.</w:t>
      </w:r>
    </w:p>
    <w:p>
      <w:pPr>
        <w:jc w:val="right"/>
      </w:pPr>
      <w:r>
        <w:t>And this Hadith literature gives us the opportunity to live with the Prophet spiritually.</w:t>
      </w:r>
    </w:p>
    <w:p>
      <w:r>
        <w:rPr>
          <w:b/>
        </w:rPr>
        <w:t xml:space="preserve">[19:49] </w:t>
      </w:r>
      <w:r>
        <w:t>If the companions were able to live with the Prophet physically, we are able to live with the</w:t>
      </w:r>
    </w:p>
    <w:p>
      <w:pPr>
        <w:jc w:val="right"/>
      </w:pPr>
      <w:r>
        <w:t>If the companions were able to live with the Prophet physically, we are able to live with the</w:t>
      </w:r>
    </w:p>
    <w:p>
      <w:r>
        <w:rPr>
          <w:b/>
        </w:rPr>
        <w:t xml:space="preserve">[20:00] </w:t>
      </w:r>
      <w:r>
        <w:t>Prophet spiritually by the help of this Hadith literature.</w:t>
      </w:r>
    </w:p>
    <w:p>
      <w:pPr>
        <w:jc w:val="right"/>
      </w:pPr>
      <w:r>
        <w:t>Prophet spiritually by the help of this Hadith literature.</w:t>
      </w:r>
    </w:p>
    <w:p>
      <w:r>
        <w:rPr>
          <w:b/>
        </w:rPr>
        <w:t xml:space="preserve">[20:11] </w:t>
      </w:r>
      <w:r>
        <w:t>So, Hadith literature is very important.</w:t>
      </w:r>
    </w:p>
    <w:p>
      <w:pPr>
        <w:jc w:val="right"/>
      </w:pPr>
      <w:r>
        <w:t>So, Hadith literature is very important.</w:t>
      </w:r>
    </w:p>
    <w:p>
      <w:r>
        <w:rPr>
          <w:b/>
        </w:rPr>
        <w:t xml:space="preserve">[20:22] </w:t>
      </w:r>
      <w:r>
        <w:t>Then, the Quran is a book of ideology.</w:t>
      </w:r>
    </w:p>
    <w:p>
      <w:pPr>
        <w:jc w:val="right"/>
      </w:pPr>
      <w:r>
        <w:t>Then, the Quran is a book of ideology.</w:t>
      </w:r>
    </w:p>
    <w:p>
      <w:r>
        <w:rPr>
          <w:b/>
        </w:rPr>
        <w:t xml:space="preserve">[20:33] </w:t>
      </w:r>
      <w:r>
        <w:t>The Quran gives us only an ideological picture of Islam or a theoretical system of Islam.</w:t>
      </w:r>
    </w:p>
    <w:p>
      <w:pPr>
        <w:jc w:val="right"/>
      </w:pPr>
      <w:r>
        <w:t>The Quran gives us only an ideological picture of Islam or a theoretical system of Islam.</w:t>
      </w:r>
    </w:p>
    <w:p>
      <w:r>
        <w:rPr>
          <w:b/>
        </w:rPr>
        <w:t xml:space="preserve">[20:45] </w:t>
      </w:r>
      <w:r>
        <w:t>So, if you want to know what is the theoretical system of Islam, you can go through the Quran and you will find that theoretical system. But the practical system is not there. For example, if you want to...</w:t>
      </w:r>
    </w:p>
    <w:p>
      <w:pPr>
        <w:jc w:val="right"/>
      </w:pPr>
      <w:r>
        <w:t>So, if you want to know what is the theoretical system of Islam, you can go through the Quran and you will find that theoretical system. But the practical system is not there. For example, if you want to...</w:t>
      </w:r>
    </w:p>
    <w:p>
      <w:r>
        <w:rPr>
          <w:b/>
        </w:rPr>
        <w:t xml:space="preserve">[21:05] </w:t>
      </w:r>
      <w:r>
        <w:t>The Quran, for example, the Quran says, "Aqam is salat al-zikr." "O people, perform namaz, perform prayer." But how to perform prayer? How to do, how to read namaz?</w:t>
      </w:r>
    </w:p>
    <w:p>
      <w:pPr>
        <w:jc w:val="right"/>
      </w:pPr>
      <w:r>
        <w:t>The Quran, for example, the Quran says, "Aqam is salat al-zikr." "O people, perform namaz, perform prayer." But how to perform prayer? How to do, how to read namaz?</w:t>
      </w:r>
    </w:p>
    <w:p>
      <w:r>
        <w:rPr>
          <w:b/>
        </w:rPr>
        <w:t xml:space="preserve">[21:24] </w:t>
      </w:r>
      <w:r>
        <w:t>It is not there. So, the Quran enjoins that we have to read namaz, we have to perform namaz. But what is the practical aspect of namaz? How can we read namaz? How can we perform namaz?</w:t>
      </w:r>
    </w:p>
    <w:p>
      <w:pPr>
        <w:jc w:val="right"/>
      </w:pPr>
      <w:r>
        <w:t>It is not there. So, the Quran enjoins that we have to read namaz, we have to perform namaz. But what is the practical aspect of namaz? How can we read namaz? How can we perform namaz?</w:t>
      </w:r>
    </w:p>
    <w:p>
      <w:r>
        <w:rPr>
          <w:b/>
        </w:rPr>
        <w:t xml:space="preserve">[21:50] </w:t>
      </w:r>
      <w:r>
        <w:t>This aspect of namaz you can find only in Hadith literature. So, if the Quran is an ideological part of Islam, Hadith is the practical aspect of Islam.</w:t>
      </w:r>
    </w:p>
    <w:p>
      <w:pPr>
        <w:jc w:val="right"/>
      </w:pPr>
      <w:r>
        <w:t>This aspect of namaz you can find only in Hadith literature. So, if the Quran is an ideological part of Islam, Hadith is the practical aspect of Islam.</w:t>
      </w:r>
    </w:p>
    <w:p>
      <w:r>
        <w:rPr>
          <w:b/>
        </w:rPr>
        <w:t xml:space="preserve">[22:08] </w:t>
      </w:r>
      <w:r>
        <w:t>So, we cannot afford to leave the Hadith literature. If you are sincere, then it is not possible for us to say that the Quran is enough. No sincere person can say like this, that the Quran is enough for us.</w:t>
      </w:r>
    </w:p>
    <w:p>
      <w:pPr>
        <w:jc w:val="right"/>
      </w:pPr>
      <w:r>
        <w:t>So, we cannot afford to leave the Hadith literature. If you are sincere, then it is not possible for us to say that the Quran is enough. No sincere person can say like this, that the Quran is enough for us.</w:t>
      </w:r>
    </w:p>
    <w:p>
      <w:r>
        <w:rPr>
          <w:b/>
        </w:rPr>
        <w:t xml:space="preserve">[22:35] </w:t>
      </w:r>
      <w:r>
        <w:t>It is impossible for a sincere person who wants to know the religion of Islam as well as he wants to follow the religion of Islam. So, this is the important importance of Hadith.</w:t>
      </w:r>
    </w:p>
    <w:p>
      <w:pPr>
        <w:jc w:val="right"/>
      </w:pPr>
      <w:r>
        <w:t>It is impossible for a sincere person who wants to know the religion of Islam as well as he wants to follow the religion of Islam. So, this is the important importance of Hadith.</w:t>
      </w:r>
    </w:p>
    <w:p>
      <w:r>
        <w:rPr>
          <w:b/>
        </w:rPr>
        <w:t xml:space="preserve">[22:57] </w:t>
      </w:r>
      <w:r>
        <w:t>Then, Hadith gives us a very, very important reason to believe that the Quran is the Book of God. It is very important. I think that Hadith is a proof that the Quran is the Book of God. How?</w:t>
      </w:r>
    </w:p>
    <w:p>
      <w:pPr>
        <w:jc w:val="right"/>
      </w:pPr>
      <w:r>
        <w:t>Then, Hadith gives us a very, very important reason to believe that the Quran is the Book of God. It is very important. I think that Hadith is a proof that the Quran is the Book of God. How?</w:t>
      </w:r>
    </w:p>
    <w:p>
      <w:r>
        <w:rPr>
          <w:b/>
        </w:rPr>
        <w:t xml:space="preserve">[23:22] </w:t>
      </w:r>
      <w:r>
        <w:t>There are some more aspects of this statement. But here, I would like to refer to only one aspect. That is the difference of language between the Quran and Hadith.</w:t>
      </w:r>
    </w:p>
    <w:p>
      <w:pPr>
        <w:jc w:val="right"/>
      </w:pPr>
      <w:r>
        <w:t>There are some more aspects of this statement. But here, I would like to refer to only one aspect. That is the difference of language between the Quran and Hadith.</w:t>
      </w:r>
    </w:p>
    <w:p>
      <w:r>
        <w:rPr>
          <w:b/>
        </w:rPr>
        <w:t xml:space="preserve">[23:46] </w:t>
      </w:r>
      <w:r>
        <w:t>It is very important to know that there is a difference between the language of the Quran and the language of Hadith. Although the language of both is Arabic, but the style is quite different. The style is quite different.</w:t>
      </w:r>
    </w:p>
    <w:p>
      <w:pPr>
        <w:jc w:val="right"/>
      </w:pPr>
      <w:r>
        <w:t>It is very important to know that there is a difference between the language of the Quran and the language of Hadith. Although the language of both is Arabic, but the style is quite different. The style is quite different.</w:t>
      </w:r>
    </w:p>
    <w:p>
      <w:r>
        <w:rPr>
          <w:b/>
        </w:rPr>
        <w:t xml:space="preserve">[24:08] </w:t>
      </w:r>
      <w:r>
        <w:t>The style of Arabic in the Quran is quite different from that of what we find in the Hadith. Anyone who knows the Arabic language, anyone who has the knowledge of the Arabic language, instantly he finds this difference.</w:t>
      </w:r>
    </w:p>
    <w:p>
      <w:pPr>
        <w:jc w:val="right"/>
      </w:pPr>
      <w:r>
        <w:t>The style of Arabic in the Quran is quite different from that of what we find in the Hadith. Anyone who knows the Arabic language, anyone who has the knowledge of the Arabic language, instantly he finds this difference.</w:t>
      </w:r>
    </w:p>
    <w:p>
      <w:r>
        <w:rPr>
          <w:b/>
        </w:rPr>
        <w:t xml:space="preserve">[24:38] </w:t>
      </w:r>
      <w:r>
        <w:t>When he reads the Quran and when he reads Hadith, instantly he will find that there is a</w:t>
      </w:r>
    </w:p>
    <w:p>
      <w:pPr>
        <w:jc w:val="right"/>
      </w:pPr>
      <w:r>
        <w:t>When he reads the Quran and when he reads Hadith, instantly he will find that there is a</w:t>
      </w:r>
    </w:p>
    <w:p>
      <w:r>
        <w:rPr>
          <w:b/>
        </w:rPr>
        <w:t xml:space="preserve">[24:46] </w:t>
      </w:r>
      <w:r>
        <w:t>great difference between the style of the two books in terms of language.</w:t>
      </w:r>
    </w:p>
    <w:p>
      <w:pPr>
        <w:jc w:val="right"/>
      </w:pPr>
      <w:r>
        <w:t>great difference between the style of the two books in terms of language.</w:t>
      </w:r>
    </w:p>
    <w:p>
      <w:r>
        <w:rPr>
          <w:b/>
        </w:rPr>
        <w:t xml:space="preserve">[24:54] </w:t>
      </w:r>
      <w:r>
        <w:t>Then, it is not possible for a person to speak or write in two different ways.</w:t>
      </w:r>
    </w:p>
    <w:p>
      <w:pPr>
        <w:jc w:val="right"/>
      </w:pPr>
      <w:r>
        <w:t>Then, it is not possible for a person to speak or write in two different ways.</w:t>
      </w:r>
    </w:p>
    <w:p>
      <w:r>
        <w:rPr>
          <w:b/>
        </w:rPr>
        <w:t xml:space="preserve">[25:02] </w:t>
      </w:r>
      <w:r>
        <w:t>We cannot find any...</w:t>
      </w:r>
    </w:p>
    <w:p>
      <w:pPr>
        <w:jc w:val="right"/>
      </w:pPr>
      <w:r>
        <w:t>We cannot find any...</w:t>
      </w:r>
    </w:p>
    <w:p>
      <w:r>
        <w:rPr>
          <w:b/>
        </w:rPr>
        <w:t xml:space="preserve">[25:11] </w:t>
      </w:r>
      <w:r>
        <w:t>we cannot find any author in the history. We cannot... any author. We cannot find any author in the history who is able to write or speak in two different ways in the same language. It is impossible.</w:t>
      </w:r>
    </w:p>
    <w:p>
      <w:pPr>
        <w:jc w:val="right"/>
      </w:pPr>
      <w:r>
        <w:t>we cannot find any author in the history. We cannot... any author. We cannot find any author in the history who is able to write or speak in two different ways in the same language. It is impossible.</w:t>
      </w:r>
    </w:p>
    <w:p>
      <w:r>
        <w:rPr>
          <w:b/>
        </w:rPr>
        <w:t xml:space="preserve">[25:35] </w:t>
      </w:r>
      <w:r>
        <w:t>Anyone who knows a language and he speaks in this language or writes in this language, so you</w:t>
      </w:r>
    </w:p>
    <w:p>
      <w:pPr>
        <w:jc w:val="right"/>
      </w:pPr>
      <w:r>
        <w:t>Anyone who knows a language and he speaks in this language or writes in this language, so you</w:t>
      </w:r>
    </w:p>
    <w:p>
      <w:r>
        <w:rPr>
          <w:b/>
        </w:rPr>
        <w:t xml:space="preserve">[25:45] </w:t>
      </w:r>
      <w:r>
        <w:t>can easily understand that the style of his speech and writing is one and the same.</w:t>
      </w:r>
    </w:p>
    <w:p>
      <w:pPr>
        <w:jc w:val="right"/>
      </w:pPr>
      <w:r>
        <w:t>can easily understand that the style of his speech and writing is one and the same.</w:t>
      </w:r>
    </w:p>
    <w:p>
      <w:r>
        <w:rPr>
          <w:b/>
        </w:rPr>
        <w:t xml:space="preserve">[25:55] </w:t>
      </w:r>
      <w:r>
        <w:t>So, no one has the capacity to speak or to write a language in two different ways.</w:t>
      </w:r>
    </w:p>
    <w:p>
      <w:pPr>
        <w:jc w:val="right"/>
      </w:pPr>
      <w:r>
        <w:t>So, no one has the capacity to speak or to write a language in two different ways.</w:t>
      </w:r>
    </w:p>
    <w:p>
      <w:r>
        <w:rPr>
          <w:b/>
        </w:rPr>
        <w:t xml:space="preserve">[26:05] </w:t>
      </w:r>
      <w:r>
        <w:t>So, this is a great proof that the Quran is not a book of...</w:t>
      </w:r>
    </w:p>
    <w:p>
      <w:pPr>
        <w:jc w:val="right"/>
      </w:pPr>
      <w:r>
        <w:t>So, this is a great proof that the Quran is not a book of...</w:t>
      </w:r>
    </w:p>
    <w:p>
      <w:r>
        <w:rPr>
          <w:b/>
        </w:rPr>
        <w:t xml:space="preserve">[26:15] </w:t>
      </w:r>
      <w:r>
        <w:t>the author of the Quran was...</w:t>
      </w:r>
    </w:p>
    <w:p>
      <w:pPr>
        <w:jc w:val="right"/>
      </w:pPr>
      <w:r>
        <w:t>the author of the Quran was...</w:t>
      </w:r>
    </w:p>
    <w:p>
      <w:r>
        <w:rPr>
          <w:b/>
        </w:rPr>
        <w:t xml:space="preserve">[26:22] </w:t>
      </w:r>
      <w:r>
        <w:t>that Muhammad was not the author of the Quran.</w:t>
      </w:r>
    </w:p>
    <w:p>
      <w:pPr>
        <w:jc w:val="right"/>
      </w:pPr>
      <w:r>
        <w:t>that Muhammad was not the author of the Quran.</w:t>
      </w:r>
    </w:p>
    <w:p>
      <w:r>
        <w:rPr>
          <w:b/>
        </w:rPr>
        <w:t xml:space="preserve">[26:30] </w:t>
      </w:r>
      <w:r>
        <w:t>Generally, secular people say like this, that the Quran was written by Muhammad.</w:t>
      </w:r>
    </w:p>
    <w:p>
      <w:pPr>
        <w:jc w:val="right"/>
      </w:pPr>
      <w:r>
        <w:t>Generally, secular people say like this, that the Quran was written by Muhammad.</w:t>
      </w:r>
    </w:p>
    <w:p>
      <w:r>
        <w:rPr>
          <w:b/>
        </w:rPr>
        <w:t xml:space="preserve">[26:38] </w:t>
      </w:r>
      <w:r>
        <w:t>It is nonsense.</w:t>
      </w:r>
    </w:p>
    <w:p>
      <w:pPr>
        <w:jc w:val="right"/>
      </w:pPr>
      <w:r>
        <w:t>It is nonsense.</w:t>
      </w:r>
    </w:p>
    <w:p>
      <w:r>
        <w:rPr>
          <w:b/>
        </w:rPr>
        <w:t xml:space="preserve">[26:46] </w:t>
      </w:r>
      <w:r>
        <w:t>Anyone who knows Arabic and he tries to study both the literature, the Quran and Hadith, he will</w:t>
      </w:r>
    </w:p>
    <w:p>
      <w:pPr>
        <w:jc w:val="right"/>
      </w:pPr>
      <w:r>
        <w:t>Anyone who knows Arabic and he tries to study both the literature, the Quran and Hadith, he will</w:t>
      </w:r>
    </w:p>
    <w:p>
      <w:r>
        <w:rPr>
          <w:b/>
        </w:rPr>
        <w:t xml:space="preserve">[26:54] </w:t>
      </w:r>
      <w:r>
        <w:t>discover that the style of both the books is quite different.</w:t>
      </w:r>
    </w:p>
    <w:p>
      <w:pPr>
        <w:jc w:val="right"/>
      </w:pPr>
      <w:r>
        <w:t>discover that the style of both the books is quite different.</w:t>
      </w:r>
    </w:p>
    <w:p>
      <w:r>
        <w:rPr>
          <w:b/>
        </w:rPr>
        <w:t xml:space="preserve">[27:02] </w:t>
      </w:r>
      <w:r>
        <w:t>Although both are in the Arabic language, although the Quran and Hadith both are in the Arabic language, but both are very, very different in style.</w:t>
      </w:r>
    </w:p>
    <w:p>
      <w:pPr>
        <w:jc w:val="right"/>
      </w:pPr>
      <w:r>
        <w:t>Although both are in the Arabic language, although the Quran and Hadith both are in the Arabic language, but both are very, very different in style.</w:t>
      </w:r>
    </w:p>
    <w:p>
      <w:r>
        <w:rPr>
          <w:b/>
        </w:rPr>
        <w:t xml:space="preserve">[27:16] </w:t>
      </w:r>
      <w:r>
        <w:t>So, it is wrong to say that Muhammad was the author of the Quran.</w:t>
      </w:r>
    </w:p>
    <w:p>
      <w:pPr>
        <w:jc w:val="right"/>
      </w:pPr>
      <w:r>
        <w:t>So, it is wrong to say that Muhammad was the author of the Quran.</w:t>
      </w:r>
    </w:p>
    <w:p>
      <w:r>
        <w:rPr>
          <w:b/>
        </w:rPr>
        <w:t xml:space="preserve">[27:23] </w:t>
      </w:r>
      <w:r>
        <w:t>Because when Muhammad speaks in Hadith, we find that his language is quite different.</w:t>
      </w:r>
    </w:p>
    <w:p>
      <w:pPr>
        <w:jc w:val="right"/>
      </w:pPr>
      <w:r>
        <w:t>Because when Muhammad speaks in Hadith, we find that his language is quite different.</w:t>
      </w:r>
    </w:p>
    <w:p>
      <w:r>
        <w:rPr>
          <w:b/>
        </w:rPr>
        <w:t xml:space="preserve">[27:31] </w:t>
      </w:r>
      <w:r>
        <w:t>But when we study the Quran, here we find that the style of the Quran is quite different</w:t>
      </w:r>
    </w:p>
    <w:p>
      <w:pPr>
        <w:jc w:val="right"/>
      </w:pPr>
      <w:r>
        <w:t>But when we study the Quran, here we find that the style of the Quran is quite different</w:t>
      </w:r>
    </w:p>
    <w:p>
      <w:r>
        <w:rPr>
          <w:b/>
        </w:rPr>
        <w:t xml:space="preserve">[27:39] </w:t>
      </w:r>
      <w:r>
        <w:t>from that of Hadith.</w:t>
      </w:r>
    </w:p>
    <w:p>
      <w:pPr>
        <w:jc w:val="right"/>
      </w:pPr>
      <w:r>
        <w:t>from that of Hadith.</w:t>
      </w:r>
    </w:p>
    <w:p>
      <w:r>
        <w:rPr>
          <w:b/>
        </w:rPr>
        <w:t xml:space="preserve">[27:47] </w:t>
      </w:r>
      <w:r>
        <w:t>So, this difference between the Quran and Hadith is itself a proof that the Quran was not compiled,</w:t>
      </w:r>
    </w:p>
    <w:p>
      <w:pPr>
        <w:jc w:val="right"/>
      </w:pPr>
      <w:r>
        <w:t>So, this difference between the Quran and Hadith is itself a proof that the Quran was not compiled,</w:t>
      </w:r>
    </w:p>
    <w:p>
      <w:r>
        <w:rPr>
          <w:b/>
        </w:rPr>
        <w:t xml:space="preserve">[27:55] </w:t>
      </w:r>
      <w:r>
        <w:t>the Quran was not authored by Muhammad.</w:t>
      </w:r>
    </w:p>
    <w:p>
      <w:pPr>
        <w:jc w:val="right"/>
      </w:pPr>
      <w:r>
        <w:t>the Quran was not authored by Muhammad.</w:t>
      </w:r>
    </w:p>
    <w:p>
      <w:r>
        <w:rPr>
          <w:b/>
        </w:rPr>
        <w:t xml:space="preserve">[28:03] </w:t>
      </w:r>
      <w:r>
        <w:t>It was a revealed book.</w:t>
      </w:r>
    </w:p>
    <w:p>
      <w:pPr>
        <w:jc w:val="right"/>
      </w:pPr>
      <w:r>
        <w:t>It was a revealed book.</w:t>
      </w:r>
    </w:p>
    <w:p>
      <w:r>
        <w:rPr>
          <w:b/>
        </w:rPr>
        <w:t xml:space="preserve">[28:11] </w:t>
      </w:r>
      <w:r>
        <w:t>And the Prophet Muhammad received this book from God Almighty directly.</w:t>
      </w:r>
    </w:p>
    <w:p>
      <w:pPr>
        <w:jc w:val="right"/>
      </w:pPr>
      <w:r>
        <w:t>And the Prophet Muhammad received this book from God Almighty directly.</w:t>
      </w:r>
    </w:p>
    <w:p>
      <w:r>
        <w:rPr>
          <w:b/>
        </w:rPr>
        <w:t xml:space="preserve">[28:19] </w:t>
      </w:r>
      <w:r>
        <w:t>Then, you know that Hadith means sayings. Sayings.</w:t>
      </w:r>
    </w:p>
    <w:p>
      <w:pPr>
        <w:jc w:val="right"/>
      </w:pPr>
      <w:r>
        <w:t>Then, you know that Hadith means sayings. Sayings.</w:t>
      </w:r>
    </w:p>
    <w:p>
      <w:r>
        <w:rPr>
          <w:b/>
        </w:rPr>
        <w:t xml:space="preserve">[28:29] </w:t>
      </w:r>
      <w:r>
        <w:t>Literally, Hadith means sayings.</w:t>
      </w:r>
    </w:p>
    <w:p>
      <w:pPr>
        <w:jc w:val="right"/>
      </w:pPr>
      <w:r>
        <w:t>Literally, Hadith means sayings.</w:t>
      </w:r>
    </w:p>
    <w:p>
      <w:r>
        <w:rPr>
          <w:b/>
        </w:rPr>
        <w:t xml:space="preserve">[28:39] </w:t>
      </w:r>
      <w:r>
        <w:t>There are, according to the scholars, there are three kinds of Hadith.</w:t>
      </w:r>
    </w:p>
    <w:p>
      <w:pPr>
        <w:jc w:val="right"/>
      </w:pPr>
      <w:r>
        <w:t>There are, according to the scholars, there are three kinds of Hadith.</w:t>
      </w:r>
    </w:p>
    <w:p>
      <w:r>
        <w:rPr>
          <w:b/>
        </w:rPr>
        <w:t xml:space="preserve">[28:50] </w:t>
      </w:r>
      <w:r>
        <w:t>And Hadith, according to the scholars, Hadith consists of three things. That is, Qawl, Amal, and Taqrir. In Arabic, it is Qawl, Amal, and Taqrir. These are the three parts of Hadith.</w:t>
      </w:r>
    </w:p>
    <w:p>
      <w:pPr>
        <w:jc w:val="right"/>
      </w:pPr>
      <w:r>
        <w:t>And Hadith, according to the scholars, Hadith consists of three things. That is, Qawl, Amal, and Taqrir. In Arabic, it is Qawl, Amal, and Taqrir. These are the three parts of Hadith.</w:t>
      </w:r>
    </w:p>
    <w:p>
      <w:r>
        <w:rPr>
          <w:b/>
        </w:rPr>
        <w:t xml:space="preserve">[29:19] </w:t>
      </w:r>
      <w:r>
        <w:t>There are three parts of Hadith: Qawl, Amal, and Taqrir.</w:t>
      </w:r>
    </w:p>
    <w:p>
      <w:pPr>
        <w:jc w:val="right"/>
      </w:pPr>
      <w:r>
        <w:t>There are three parts of Hadith: Qawl, Amal, and Taqrir.</w:t>
      </w:r>
    </w:p>
    <w:p>
      <w:r>
        <w:rPr>
          <w:b/>
        </w:rPr>
        <w:t xml:space="preserve">[29:25] </w:t>
      </w:r>
      <w:r>
        <w:t>Qawl means saying. Saying.</w:t>
      </w:r>
    </w:p>
    <w:p>
      <w:pPr>
        <w:jc w:val="right"/>
      </w:pPr>
      <w:r>
        <w:t>Qawl means saying. Saying.</w:t>
      </w:r>
    </w:p>
    <w:p>
      <w:r>
        <w:rPr>
          <w:b/>
        </w:rPr>
        <w:t xml:space="preserve">[29:31] </w:t>
      </w:r>
      <w:r>
        <w:t>Amal means practice.</w:t>
      </w:r>
    </w:p>
    <w:p>
      <w:pPr>
        <w:jc w:val="right"/>
      </w:pPr>
      <w:r>
        <w:t>Amal means practice.</w:t>
      </w:r>
    </w:p>
    <w:p>
      <w:r>
        <w:rPr>
          <w:b/>
        </w:rPr>
        <w:t xml:space="preserve">[29:37] </w:t>
      </w:r>
      <w:r>
        <w:t>And Taqrir means confirmation.</w:t>
      </w:r>
    </w:p>
    <w:p>
      <w:pPr>
        <w:jc w:val="right"/>
      </w:pPr>
      <w:r>
        <w:t>And Taqrir means confirmation.</w:t>
      </w:r>
    </w:p>
    <w:p>
      <w:r>
        <w:rPr>
          <w:b/>
        </w:rPr>
        <w:t xml:space="preserve">[29:43] </w:t>
      </w:r>
      <w:r>
        <w:t>When we read a saying of the Prophet, that is Qawl.</w:t>
      </w:r>
    </w:p>
    <w:p>
      <w:pPr>
        <w:jc w:val="right"/>
      </w:pPr>
      <w:r>
        <w:t>When we read a saying of the Prophet, that is Qawl.</w:t>
      </w:r>
    </w:p>
    <w:p>
      <w:r>
        <w:rPr>
          <w:b/>
        </w:rPr>
        <w:t xml:space="preserve">[29:49] </w:t>
      </w:r>
      <w:r>
        <w:t>When we read a practice of the Prophet, it is Amal.</w:t>
      </w:r>
    </w:p>
    <w:p>
      <w:pPr>
        <w:jc w:val="right"/>
      </w:pPr>
      <w:r>
        <w:t>When we read a practice of the Prophet, it is Amal.</w:t>
      </w:r>
    </w:p>
    <w:p>
      <w:r>
        <w:rPr>
          <w:b/>
        </w:rPr>
        <w:t xml:space="preserve">[29:55] </w:t>
      </w:r>
      <w:r>
        <w:t>And when the Prophet saw anyone doing something, and the Prophet was...</w:t>
      </w:r>
    </w:p>
    <w:p>
      <w:pPr>
        <w:jc w:val="right"/>
      </w:pPr>
      <w:r>
        <w:t>And when the Prophet saw anyone doing something, and the Prophet was...</w:t>
      </w:r>
    </w:p>
    <w:p>
      <w:r>
        <w:rPr>
          <w:b/>
        </w:rPr>
        <w:t xml:space="preserve">[30:02] </w:t>
      </w:r>
      <w:r>
        <w:t>although the Prophet observed that Amal and he was silent, then, according to the scholars, it was a silent confirmation or silent approval.</w:t>
      </w:r>
    </w:p>
    <w:p>
      <w:pPr>
        <w:jc w:val="right"/>
      </w:pPr>
      <w:r>
        <w:t>although the Prophet observed that Amal and he was silent, then, according to the scholars, it was a silent confirmation or silent approval.</w:t>
      </w:r>
    </w:p>
    <w:p>
      <w:r>
        <w:rPr>
          <w:b/>
        </w:rPr>
        <w:t xml:space="preserve">[30:17] </w:t>
      </w:r>
      <w:r>
        <w:t>So, Taqrir means silent approval by the Prophet.</w:t>
      </w:r>
    </w:p>
    <w:p>
      <w:pPr>
        <w:jc w:val="right"/>
      </w:pPr>
      <w:r>
        <w:t>So, Taqrir means silent approval by the Prophet.</w:t>
      </w:r>
    </w:p>
    <w:p>
      <w:r>
        <w:rPr>
          <w:b/>
        </w:rPr>
        <w:t xml:space="preserve">[30:24] </w:t>
      </w:r>
      <w:r>
        <w:t>So, these are three parts of Hadith: Qawl, Amal, and Taqrir.</w:t>
      </w:r>
    </w:p>
    <w:p>
      <w:pPr>
        <w:jc w:val="right"/>
      </w:pPr>
      <w:r>
        <w:t>So, these are three parts of Hadith: Qawl, Amal, and Taqrir.</w:t>
      </w:r>
    </w:p>
    <w:p>
      <w:r>
        <w:rPr>
          <w:b/>
        </w:rPr>
        <w:t xml:space="preserve">[30:32] </w:t>
      </w:r>
      <w:r>
        <w:t>Saying and practice and silent approval by the Prophet of Islam.</w:t>
      </w:r>
    </w:p>
    <w:p>
      <w:pPr>
        <w:jc w:val="right"/>
      </w:pPr>
      <w:r>
        <w:t>Saying and practice and silent approval by the Prophet of Islam.</w:t>
      </w:r>
    </w:p>
    <w:p>
      <w:r>
        <w:rPr>
          <w:b/>
        </w:rPr>
        <w:t xml:space="preserve">[30:40] </w:t>
      </w:r>
      <w:r>
        <w:t>Then, there are more than a dozen books of Hadith.</w:t>
      </w:r>
    </w:p>
    <w:p>
      <w:pPr>
        <w:jc w:val="right"/>
      </w:pPr>
      <w:r>
        <w:t>Then, there are more than a dozen books of Hadith.</w:t>
      </w:r>
    </w:p>
    <w:p>
      <w:r>
        <w:rPr>
          <w:b/>
        </w:rPr>
        <w:t xml:space="preserve">[30:48] </w:t>
      </w:r>
      <w:r>
        <w:t>Six books are called Shah-e-Sittah. Six books.</w:t>
      </w:r>
    </w:p>
    <w:p>
      <w:pPr>
        <w:jc w:val="right"/>
      </w:pPr>
      <w:r>
        <w:t>Six books are called Shah-e-Sittah. Six books.</w:t>
      </w:r>
    </w:p>
    <w:p>
      <w:r>
        <w:rPr>
          <w:b/>
        </w:rPr>
        <w:t xml:space="preserve">[30:54] </w:t>
      </w:r>
      <w:r>
        <w:t>That is, six authentic books. Shah-e-Sittah.</w:t>
      </w:r>
    </w:p>
    <w:p>
      <w:pPr>
        <w:jc w:val="right"/>
      </w:pPr>
      <w:r>
        <w:t>That is, six authentic books. Shah-e-Sittah.</w:t>
      </w:r>
    </w:p>
    <w:p>
      <w:r>
        <w:rPr>
          <w:b/>
        </w:rPr>
        <w:t xml:space="preserve">[31:00] </w:t>
      </w:r>
      <w:r>
        <w:t>But only Shah-e-Sittah is not...</w:t>
      </w:r>
    </w:p>
    <w:p>
      <w:pPr>
        <w:jc w:val="right"/>
      </w:pPr>
      <w:r>
        <w:t>But only Shah-e-Sittah is not...</w:t>
      </w:r>
    </w:p>
    <w:p>
      <w:r>
        <w:rPr>
          <w:b/>
        </w:rPr>
        <w:t xml:space="preserve">[31:06] </w:t>
      </w:r>
      <w:r>
        <w:t>all the Hadith literature is not compiled in these six books.</w:t>
      </w:r>
    </w:p>
    <w:p>
      <w:pPr>
        <w:jc w:val="right"/>
      </w:pPr>
      <w:r>
        <w:t>all the Hadith literature is not compiled in these six books.</w:t>
      </w:r>
    </w:p>
    <w:p>
      <w:r>
        <w:rPr>
          <w:b/>
        </w:rPr>
        <w:t xml:space="preserve">[31:12] </w:t>
      </w:r>
      <w:r>
        <w:t>There are other Hadith. Other Hadith.</w:t>
      </w:r>
    </w:p>
    <w:p>
      <w:pPr>
        <w:jc w:val="right"/>
      </w:pPr>
      <w:r>
        <w:t>There are other Hadith. Other Hadith.</w:t>
      </w:r>
    </w:p>
    <w:p>
      <w:r>
        <w:rPr>
          <w:b/>
        </w:rPr>
        <w:t xml:space="preserve">[31:19] </w:t>
      </w:r>
      <w:r>
        <w:t>There are Hadith other than these six books. You know, in the first book is Sahih al-Bukhari. It is said that Sahih al-Bukhari is as-Sahh al-Kutub ba'da Kitabullah. After the Quran, this is the most authentic book in Islam.</w:t>
      </w:r>
    </w:p>
    <w:p>
      <w:pPr>
        <w:jc w:val="right"/>
      </w:pPr>
      <w:r>
        <w:t>There are Hadith other than these six books. You know, in the first book is Sahih al-Bukhari. It is said that Sahih al-Bukhari is as-Sahh al-Kutub ba'da Kitabullah. After the Quran, this is the most authentic book in Islam.</w:t>
      </w:r>
    </w:p>
    <w:p>
      <w:r>
        <w:rPr>
          <w:b/>
        </w:rPr>
        <w:t xml:space="preserve">[31:45] </w:t>
      </w:r>
      <w:r>
        <w:t>Now, in Sahih al-Bukhari, there are 8,000, near about 8,000 Hadith, near about 8,000 traditions. But there are Muqarrarat. Muqarrarat means repetition.</w:t>
      </w:r>
    </w:p>
    <w:p>
      <w:pPr>
        <w:jc w:val="right"/>
      </w:pPr>
      <w:r>
        <w:t>Now, in Sahih al-Bukhari, there are 8,000, near about 8,000 Hadith, near about 8,000 traditions. But there are Muqarrarat. Muqarrarat means repetition.</w:t>
      </w:r>
    </w:p>
    <w:p>
      <w:r>
        <w:rPr>
          <w:b/>
        </w:rPr>
        <w:t xml:space="preserve">[32:08] </w:t>
      </w:r>
      <w:r>
        <w:t>So, if you count the number of Hadith narrated by Sahih al-Bukhari, including the Muqarrarat, then it is near about 8,000.</w:t>
      </w:r>
    </w:p>
    <w:p>
      <w:pPr>
        <w:jc w:val="right"/>
      </w:pPr>
      <w:r>
        <w:t>So, if you count the number of Hadith narrated by Sahih al-Bukhari, including the Muqarrarat, then it is near about 8,000.</w:t>
      </w:r>
    </w:p>
    <w:p>
      <w:r>
        <w:rPr>
          <w:b/>
        </w:rPr>
        <w:t xml:space="preserve">[32:32] </w:t>
      </w:r>
      <w:r>
        <w:t>Then, there is the book that is called Musnad Imam Ahmad. Musnad Imam Ahmad. In this book, you can find that more than 10,000...</w:t>
      </w:r>
    </w:p>
    <w:p>
      <w:pPr>
        <w:jc w:val="right"/>
      </w:pPr>
      <w:r>
        <w:t>Then, there is the book that is called Musnad Imam Ahmad. Musnad Imam Ahmad. In this book, you can find that more than 10,000...</w:t>
      </w:r>
    </w:p>
    <w:p>
      <w:r>
        <w:rPr>
          <w:b/>
        </w:rPr>
        <w:t xml:space="preserve">[32:48] </w:t>
      </w:r>
      <w:r>
        <w:t>there are more than 10,000 traditions. Then, there are other books. So, some scholars have compiled books by selecting...</w:t>
      </w:r>
    </w:p>
    <w:p>
      <w:pPr>
        <w:jc w:val="right"/>
      </w:pPr>
      <w:r>
        <w:t>there are more than 10,000 traditions. Then, there are other books. So, some scholars have compiled books by selecting...</w:t>
      </w:r>
    </w:p>
    <w:p>
      <w:r>
        <w:rPr>
          <w:b/>
        </w:rPr>
        <w:t xml:space="preserve">[33:08] </w:t>
      </w:r>
      <w:r>
        <w:t>some scholars have compiled books excluding that Muqarrarat, that repetitions.</w:t>
      </w:r>
    </w:p>
    <w:p>
      <w:pPr>
        <w:jc w:val="right"/>
      </w:pPr>
      <w:r>
        <w:t>some scholars have compiled books excluding that Muqarrarat, that repetitions.</w:t>
      </w:r>
    </w:p>
    <w:p>
      <w:r>
        <w:rPr>
          <w:b/>
        </w:rPr>
        <w:t xml:space="preserve">[33:14] </w:t>
      </w:r>
      <w:r>
        <w:t>One such book is Jamul Usul Fi Ahadithi Rasul.</w:t>
      </w:r>
    </w:p>
    <w:p>
      <w:pPr>
        <w:jc w:val="right"/>
      </w:pPr>
      <w:r>
        <w:t>One such book is Jamul Usul Fi Ahadithi Rasul.</w:t>
      </w:r>
    </w:p>
    <w:p>
      <w:r>
        <w:rPr>
          <w:b/>
        </w:rPr>
        <w:t xml:space="preserve">[33:20] </w:t>
      </w:r>
      <w:r>
        <w:t>Jamul Usul Fi Ahadithi Rasul.</w:t>
      </w:r>
    </w:p>
    <w:p>
      <w:pPr>
        <w:jc w:val="right"/>
      </w:pPr>
      <w:r>
        <w:t>Jamul Usul Fi Ahadithi Rasul.</w:t>
      </w:r>
    </w:p>
    <w:p>
      <w:r>
        <w:rPr>
          <w:b/>
        </w:rPr>
        <w:t xml:space="preserve">[33:26] </w:t>
      </w:r>
      <w:r>
        <w:t>In this book, you can find more than...</w:t>
      </w:r>
    </w:p>
    <w:p>
      <w:pPr>
        <w:jc w:val="right"/>
      </w:pPr>
      <w:r>
        <w:t>In this book, you can find more than...</w:t>
      </w:r>
    </w:p>
    <w:p>
      <w:r>
        <w:rPr>
          <w:b/>
        </w:rPr>
        <w:t xml:space="preserve">[33:32] </w:t>
      </w:r>
      <w:r>
        <w:t>near about 10,000 Hadith. 10,000 Hadith.</w:t>
      </w:r>
    </w:p>
    <w:p>
      <w:pPr>
        <w:jc w:val="right"/>
      </w:pPr>
      <w:r>
        <w:t>near about 10,000 Hadith. 10,000 Hadith.</w:t>
      </w:r>
    </w:p>
    <w:p>
      <w:r>
        <w:rPr>
          <w:b/>
        </w:rPr>
        <w:t xml:space="preserve">[33:39] </w:t>
      </w:r>
      <w:r>
        <w:t>If you want to... and now... now all these Hadiths are also available on computer. At present, on computer, all the Hadiths are available. By using computer, you can find out any Hadith.</w:t>
      </w:r>
    </w:p>
    <w:p>
      <w:pPr>
        <w:jc w:val="right"/>
      </w:pPr>
      <w:r>
        <w:t>If you want to... and now... now all these Hadiths are also available on computer. At present, on computer, all the Hadiths are available. By using computer, you can find out any Hadith.</w:t>
      </w:r>
    </w:p>
    <w:p>
      <w:r>
        <w:rPr>
          <w:b/>
        </w:rPr>
        <w:t xml:space="preserve">[34:07] </w:t>
      </w:r>
      <w:r>
        <w:t>So, this is the Hadith literature. Then, there are commentaries. Commentary of Hadith. That is called Sharh al-Hadith. Commentary of Hadith.</w:t>
      </w:r>
    </w:p>
    <w:p>
      <w:pPr>
        <w:jc w:val="right"/>
      </w:pPr>
      <w:r>
        <w:t>So, this is the Hadith literature. Then, there are commentaries. Commentary of Hadith. That is called Sharh al-Hadith. Commentary of Hadith.</w:t>
      </w:r>
    </w:p>
    <w:p>
      <w:r>
        <w:rPr>
          <w:b/>
        </w:rPr>
        <w:t xml:space="preserve">[34:31] </w:t>
      </w:r>
      <w:r>
        <w:t>Most famous commentary is Fath al-Bari. Fath al-Bari was compiled by Ibn Hajar al-Asqalani. So, Fath al-Bari... some scholars say that Fath al-Bari is like an encyclopedia of Hadith.</w:t>
      </w:r>
    </w:p>
    <w:p>
      <w:pPr>
        <w:jc w:val="right"/>
      </w:pPr>
      <w:r>
        <w:t>Most famous commentary is Fath al-Bari. Fath al-Bari was compiled by Ibn Hajar al-Asqalani. So, Fath al-Bari... some scholars say that Fath al-Bari is like an encyclopedia of Hadith.</w:t>
      </w:r>
    </w:p>
    <w:p>
      <w:r>
        <w:rPr>
          <w:b/>
        </w:rPr>
        <w:t xml:space="preserve">[34:54] </w:t>
      </w:r>
      <w:r>
        <w:t>You can find possibly all the Hadith in this book. It is a very voluminous book. So, Fath al-Bari is compiled by Ibn Hajar al-Asqalani. And it is like an encyclopedia. So, this is very important and very famous also. In this book, you can find near about all the Hadith.</w:t>
      </w:r>
    </w:p>
    <w:p>
      <w:pPr>
        <w:jc w:val="right"/>
      </w:pPr>
      <w:r>
        <w:t>You can find possibly all the Hadith in this book. It is a very voluminous book. So, Fath al-Bari is compiled by Ibn Hajar al-Asqalani. And it is like an encyclopedia. So, this is very important and very famous also. In this book, you can find near about all the Hadith.</w:t>
      </w:r>
    </w:p>
    <w:p>
      <w:r>
        <w:rPr>
          <w:b/>
        </w:rPr>
        <w:t xml:space="preserve">[35:24] </w:t>
      </w:r>
      <w:r>
        <w:t>And also, you can read the commentary of those Hadith.</w:t>
      </w:r>
    </w:p>
    <w:p>
      <w:pPr>
        <w:jc w:val="right"/>
      </w:pPr>
      <w:r>
        <w:t>And also, you can read the commentary of those Hadith.</w:t>
      </w:r>
    </w:p>
    <w:p>
      <w:r>
        <w:rPr>
          <w:b/>
        </w:rPr>
        <w:t xml:space="preserve">[35:30] </w:t>
      </w:r>
      <w:r>
        <w:t>So, Fath al-Bari is very, very important for those who want to understand the meaning of Hadith.</w:t>
      </w:r>
    </w:p>
    <w:p>
      <w:pPr>
        <w:jc w:val="right"/>
      </w:pPr>
      <w:r>
        <w:t>So, Fath al-Bari is very, very important for those who want to understand the meaning of Hadith.</w:t>
      </w:r>
    </w:p>
    <w:p>
      <w:r>
        <w:rPr>
          <w:b/>
        </w:rPr>
        <w:t xml:space="preserve">[35:36] </w:t>
      </w:r>
      <w:r>
        <w:t>That is, sayings of the Prophet of Islam.</w:t>
      </w:r>
    </w:p>
    <w:p>
      <w:pPr>
        <w:jc w:val="right"/>
      </w:pPr>
      <w:r>
        <w:t>That is, sayings of the Prophet of Islam.</w:t>
      </w:r>
    </w:p>
    <w:p>
      <w:r>
        <w:rPr>
          <w:b/>
        </w:rPr>
        <w:t xml:space="preserve">[35:43] </w:t>
      </w:r>
      <w:r>
        <w:t>I have also compiled some books on Hadith.</w:t>
      </w:r>
    </w:p>
    <w:p>
      <w:pPr>
        <w:jc w:val="right"/>
      </w:pPr>
      <w:r>
        <w:t>I have also compiled some books on Hadith.</w:t>
      </w:r>
    </w:p>
    <w:p>
      <w:r>
        <w:rPr>
          <w:b/>
        </w:rPr>
        <w:t xml:space="preserve">[35:49] </w:t>
      </w:r>
      <w:r>
        <w:t>One is Muta'ala-e-Hadith.</w:t>
      </w:r>
    </w:p>
    <w:p>
      <w:pPr>
        <w:jc w:val="right"/>
      </w:pPr>
      <w:r>
        <w:t>One is Muta'ala-e-Hadith.</w:t>
      </w:r>
    </w:p>
    <w:p>
      <w:r>
        <w:rPr>
          <w:b/>
        </w:rPr>
        <w:t xml:space="preserve">[35:56] </w:t>
      </w:r>
      <w:r>
        <w:t>In this Hadith, I have selected some Hadith. It is a selection of Hadith. So, I have published this selection with commentary. Its name is Muta'ala-e-Hadith. At present, it is available in Urdu only.</w:t>
      </w:r>
    </w:p>
    <w:p>
      <w:pPr>
        <w:jc w:val="right"/>
      </w:pPr>
      <w:r>
        <w:t>In this Hadith, I have selected some Hadith. It is a selection of Hadith. So, I have published this selection with commentary. Its name is Muta'ala-e-Hadith. At present, it is available in Urdu only.</w:t>
      </w:r>
    </w:p>
    <w:p>
      <w:r>
        <w:rPr>
          <w:b/>
        </w:rPr>
        <w:t xml:space="preserve">[36:21] </w:t>
      </w:r>
      <w:r>
        <w:t>Inshallah, in the future, we will publish it in English also. So, it is very, very important to study Hadith. I think all the Hadith...</w:t>
      </w:r>
    </w:p>
    <w:p>
      <w:pPr>
        <w:jc w:val="right"/>
      </w:pPr>
      <w:r>
        <w:t>Inshallah, in the future, we will publish it in English also. So, it is very, very important to study Hadith. I think all the Hadith...</w:t>
      </w:r>
    </w:p>
    <w:p>
      <w:r>
        <w:rPr>
          <w:b/>
        </w:rPr>
        <w:t xml:space="preserve">[36:37] </w:t>
      </w:r>
      <w:r>
        <w:t>near about all the books of Hadith are now available in English also. According to my knowledge, all the Hadith that were compiled originally in Arabic, now this Hadith literature...</w:t>
      </w:r>
    </w:p>
    <w:p>
      <w:pPr>
        <w:jc w:val="right"/>
      </w:pPr>
      <w:r>
        <w:t>near about all the books of Hadith are now available in English also. According to my knowledge, all the Hadith that were compiled originally in Arabic, now this Hadith literature...</w:t>
      </w:r>
    </w:p>
    <w:p>
      <w:r>
        <w:rPr>
          <w:b/>
        </w:rPr>
        <w:t xml:space="preserve">[36:56] </w:t>
      </w:r>
      <w:r>
        <w:t>now this Hadith literature is available in English also. So, it is very good news that those who... scholars who want to read Hadith in the English language, they can find any book... any Hadith book from the market.</w:t>
      </w:r>
    </w:p>
    <w:p>
      <w:pPr>
        <w:jc w:val="right"/>
      </w:pPr>
      <w:r>
        <w:t>now this Hadith literature is available in English also. So, it is very good news that those who... scholars who want to read Hadith in the English language, they can find any book... any Hadith book from the market.</w:t>
      </w:r>
    </w:p>
    <w:p>
      <w:r>
        <w:rPr>
          <w:b/>
        </w:rPr>
        <w:t xml:space="preserve">[37:21] </w:t>
      </w:r>
      <w:r>
        <w:t>So, it is very important. Hadith...</w:t>
      </w:r>
    </w:p>
    <w:p>
      <w:pPr>
        <w:jc w:val="right"/>
      </w:pPr>
      <w:r>
        <w:t>So, it is very important. Hadith...</w:t>
      </w:r>
    </w:p>
    <w:p>
      <w:r>
        <w:rPr>
          <w:b/>
        </w:rPr>
        <w:t xml:space="preserve">[37:28] </w:t>
      </w:r>
      <w:r>
        <w:t>I have studied several...</w:t>
      </w:r>
    </w:p>
    <w:p>
      <w:pPr>
        <w:jc w:val="right"/>
      </w:pPr>
      <w:r>
        <w:t>I have studied several...</w:t>
      </w:r>
    </w:p>
    <w:p>
      <w:r>
        <w:rPr>
          <w:b/>
        </w:rPr>
        <w:t xml:space="preserve">[37:36] </w:t>
      </w:r>
      <w:r>
        <w:t>I have studied all the religions.</w:t>
      </w:r>
    </w:p>
    <w:p>
      <w:pPr>
        <w:jc w:val="right"/>
      </w:pPr>
      <w:r>
        <w:t>I have studied all the religions.</w:t>
      </w:r>
    </w:p>
    <w:p>
      <w:r>
        <w:rPr>
          <w:b/>
        </w:rPr>
        <w:t xml:space="preserve">[37:43] </w:t>
      </w:r>
      <w:r>
        <w:t>But I never find such kind of literature in any other religion.</w:t>
      </w:r>
    </w:p>
    <w:p>
      <w:pPr>
        <w:jc w:val="right"/>
      </w:pPr>
      <w:r>
        <w:t>But I never find such kind of literature in any other religion.</w:t>
      </w:r>
    </w:p>
    <w:p>
      <w:r>
        <w:rPr>
          <w:b/>
        </w:rPr>
        <w:t xml:space="preserve">[37:51] </w:t>
      </w:r>
      <w:r>
        <w:t>Muhammad (sallallahu alaihi wasallam) was the founder of Islam. So, his...</w:t>
      </w:r>
    </w:p>
    <w:p>
      <w:pPr>
        <w:jc w:val="right"/>
      </w:pPr>
      <w:r>
        <w:t>Muhammad (صلى الله عليه وسلم) was the founder of Islam. So, his...</w:t>
      </w:r>
    </w:p>
    <w:p>
      <w:r>
        <w:rPr>
          <w:b/>
        </w:rPr>
        <w:t xml:space="preserve">[37:58] </w:t>
      </w:r>
      <w:r>
        <w:t>the book he received from God is also preserved in its original form.</w:t>
      </w:r>
    </w:p>
    <w:p>
      <w:pPr>
        <w:jc w:val="right"/>
      </w:pPr>
      <w:r>
        <w:t>the book he received from God is also preserved in its original form.</w:t>
      </w:r>
    </w:p>
    <w:p>
      <w:r>
        <w:rPr>
          <w:b/>
        </w:rPr>
        <w:t xml:space="preserve">[38:06] </w:t>
      </w:r>
      <w:r>
        <w:t>At the same time, his sayings, his life, his activities, all these things are also preserved in a very authentic way. Hadith literature is...</w:t>
      </w:r>
    </w:p>
    <w:p>
      <w:pPr>
        <w:jc w:val="right"/>
      </w:pPr>
      <w:r>
        <w:t>At the same time, his sayings, his life, his activities, all these things are also preserved in a very authentic way. Hadith literature is...</w:t>
      </w:r>
    </w:p>
    <w:p>
      <w:r>
        <w:rPr>
          <w:b/>
        </w:rPr>
        <w:t xml:space="preserve">[38:28] </w:t>
      </w:r>
      <w:r>
        <w:t>Hadith literature is an authentic account of the Prophet's life.</w:t>
      </w:r>
    </w:p>
    <w:p>
      <w:pPr>
        <w:jc w:val="right"/>
      </w:pPr>
      <w:r>
        <w:t>Hadith literature is an authentic account of the Prophet's life.</w:t>
      </w:r>
    </w:p>
    <w:p>
      <w:r>
        <w:rPr>
          <w:b/>
        </w:rPr>
        <w:t xml:space="preserve">[38:37] </w:t>
      </w:r>
      <w:r>
        <w:t>If you want to know what the Prophet of Islam said, what were his activities, how he practiced</w:t>
      </w:r>
    </w:p>
    <w:p>
      <w:pPr>
        <w:jc w:val="right"/>
      </w:pPr>
      <w:r>
        <w:t>If you want to know what the Prophet of Islam said, what were his activities, how he practiced</w:t>
      </w:r>
    </w:p>
    <w:p>
      <w:r>
        <w:rPr>
          <w:b/>
        </w:rPr>
        <w:t xml:space="preserve">[38:46] </w:t>
      </w:r>
      <w:r>
        <w:t>Islam, what was his behavior when he was living among people, how he was living among his family,</w:t>
      </w:r>
    </w:p>
    <w:p>
      <w:pPr>
        <w:jc w:val="right"/>
      </w:pPr>
      <w:r>
        <w:t>Islam, what was his behavior when he was living among people, how he was living among his family,</w:t>
      </w:r>
    </w:p>
    <w:p>
      <w:r>
        <w:rPr>
          <w:b/>
        </w:rPr>
        <w:t xml:space="preserve">[38:55] </w:t>
      </w:r>
      <w:r>
        <w:t>how he was living among the society, all those things...</w:t>
      </w:r>
    </w:p>
    <w:p>
      <w:pPr>
        <w:jc w:val="right"/>
      </w:pPr>
      <w:r>
        <w:t>how he was living among the society, all those things...</w:t>
      </w:r>
    </w:p>
    <w:p>
      <w:r>
        <w:rPr>
          <w:b/>
        </w:rPr>
        <w:t xml:space="preserve">[39:05] </w:t>
      </w:r>
      <w:r>
        <w:t>all these things are compiled in Hadith literature. So, Hadith literature is a complete picture of the Prophet of Islam. Everything about the life of Islam, you can find in Hadith literature.</w:t>
      </w:r>
    </w:p>
    <w:p>
      <w:pPr>
        <w:jc w:val="right"/>
      </w:pPr>
      <w:r>
        <w:t>all these things are compiled in Hadith literature. So, Hadith literature is a complete picture of the Prophet of Islam. Everything about the life of Islam, you can find in Hadith literature.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