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Outlook on Life August 26, 2007</w:t>
      </w:r>
    </w:p>
    <w:p>
      <w:r>
        <w:t>https://youtu.be/QCAHPg3_G_M</w:t>
      </w:r>
    </w:p>
    <w:p>
      <w:r>
        <w:rPr>
          <w:b/>
        </w:rPr>
        <w:t xml:space="preserve">[00:14] </w:t>
      </w:r>
      <w:r>
        <w:t>bismilla hirahman nirahim, wasali allahu ala an-nabi al-karim. rabishrah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wahal al-uqdata min lisani, yafqahu qawli.</w:t>
      </w:r>
    </w:p>
    <w:p>
      <w:pPr>
        <w:jc w:val="right"/>
      </w:pPr>
      <w:r>
        <w:t>واحل العقدۃ من لسانی، یفقہ قولی۔</w:t>
      </w:r>
    </w:p>
    <w:p>
      <w:r>
        <w:rPr>
          <w:b/>
        </w:rPr>
        <w:t xml:space="preserve">[00:40] </w:t>
      </w:r>
      <w:r>
        <w:t>ap jant hain ke yah hamara</w:t>
      </w:r>
    </w:p>
    <w:p>
      <w:pPr>
        <w:jc w:val="right"/>
      </w:pPr>
      <w:r>
        <w:t>آپ جانتے ہیں کہ یہ ہمارا</w:t>
      </w:r>
    </w:p>
    <w:p>
      <w:r>
        <w:rPr>
          <w:b/>
        </w:rPr>
        <w:t xml:space="preserve">[00:46] </w:t>
      </w:r>
      <w:r>
        <w:t>ispirichual klas hai jo har itwar ko hota hai, saade das baje.</w:t>
      </w:r>
    </w:p>
    <w:p>
      <w:pPr>
        <w:jc w:val="right"/>
      </w:pPr>
      <w:r>
        <w:t>اسپریچول کلاس ہے جو ہر اتوار کو ہوتا ہے، ساڑھے دس بجے۔</w:t>
      </w:r>
    </w:p>
    <w:p>
      <w:r>
        <w:rPr>
          <w:b/>
        </w:rPr>
        <w:t xml:space="preserve">[00:54] </w:t>
      </w:r>
      <w:r>
        <w:t>is mein hum yah koshish karte hain ke Islam ke reference mein</w:t>
      </w:r>
    </w:p>
    <w:p>
      <w:pPr>
        <w:jc w:val="right"/>
      </w:pPr>
      <w:r>
        <w:t>اس میں ہم یہ کوشش کرتے ہیں کہ اسلام کے ریفرنس میں</w:t>
      </w:r>
    </w:p>
    <w:p>
      <w:r>
        <w:rPr>
          <w:b/>
        </w:rPr>
        <w:t xml:space="preserve">[01:04] </w:t>
      </w:r>
      <w:r>
        <w:t>spirituality and peace and human values jaisi baton ko batain. kisi bat ko ap general reference bhi kar sakte hain, lekin general reference mein kahi hui bat itni effective nahin hoti hai.</w:t>
      </w:r>
    </w:p>
    <w:p>
      <w:pPr>
        <w:jc w:val="right"/>
      </w:pPr>
      <w:r>
        <w:t>اسپریچولٹی اور پیس اور ہیومن ویلیوز جیسی باتوں کو بتائیں۔ کسی بات کو آپ جنرل ریفرنس بھی کر سکتے ہیں، لیکن جنرل ریفرنس میں کہی ہوئی بات اتنی ایفیکٹیو نہیں ہوتی ہے۔</w:t>
      </w:r>
    </w:p>
    <w:p>
      <w:r>
        <w:rPr>
          <w:b/>
        </w:rPr>
        <w:t xml:space="preserve">[01:23] </w:t>
      </w:r>
      <w:r>
        <w:t>kyunke Islam kya hai? Islam religion of nature hai. ap nature ke reference mein bhi vahi baten kar sakte hain.</w:t>
      </w:r>
    </w:p>
    <w:p>
      <w:pPr>
        <w:jc w:val="right"/>
      </w:pPr>
      <w:r>
        <w:t>کیونکہ اسلام کیا ہے؟ اسلام ریلیجن آف نیچر ہے۔ آپ نیچر کے ریفرنس میں بھی وہی باتیں کر سکتے ہیں۔</w:t>
      </w:r>
    </w:p>
    <w:p>
      <w:r>
        <w:rPr>
          <w:b/>
        </w:rPr>
        <w:t xml:space="preserve">[01:34] </w:t>
      </w:r>
      <w:r>
        <w:t>lekin jab ap nature ke reference mein kahenge to vah bat itni effective nahin hogi, itni authentic nahin hogi.</w:t>
      </w:r>
    </w:p>
    <w:p>
      <w:pPr>
        <w:jc w:val="right"/>
      </w:pPr>
      <w:r>
        <w:t>لیکن جب آپ نیچر کے ریفرنس میں کہیں گے تو وہ بات اتنی ایفیکٹیو نہیں ہوگی، اتنی آتھنٹک نہیں ہوگی۔</w:t>
      </w:r>
    </w:p>
    <w:p>
      <w:r>
        <w:rPr>
          <w:b/>
        </w:rPr>
        <w:t xml:space="preserve">[01:44] </w:t>
      </w:r>
      <w:r>
        <w:t>to kisi bhi bat ko, koi bhi virchu hai, koi bhi achhi bat hai, to us ko batane ke liye ap ko koi reference dena chahiye, historical reference.</w:t>
      </w:r>
    </w:p>
    <w:p>
      <w:pPr>
        <w:jc w:val="right"/>
      </w:pPr>
      <w:r>
        <w:t>تو کسی بھی بات کو، کوئی بھی ورچو ہے، کوئی بھی اچھی بات ہے، تو اس کو بتانے کے لیے آپ کو کوئی ریفرنس دینا چاہیے، ہسٹاریکل ریفرنس۔</w:t>
      </w:r>
    </w:p>
    <w:p>
      <w:r>
        <w:rPr>
          <w:b/>
        </w:rPr>
        <w:t xml:space="preserve">[01:55] </w:t>
      </w:r>
      <w:r>
        <w:t>jo logon ke haan vel non ho.</w:t>
      </w:r>
    </w:p>
    <w:p>
      <w:pPr>
        <w:jc w:val="right"/>
      </w:pPr>
      <w:r>
        <w:t>جو لوگوں کے ہاں ویل نون ہو۔</w:t>
      </w:r>
    </w:p>
    <w:p>
      <w:r>
        <w:rPr>
          <w:b/>
        </w:rPr>
        <w:t xml:space="preserve">[01:59] </w:t>
      </w:r>
      <w:r>
        <w:t>to hum besikali naitral jo religion hai, jo yuniversil tichings hain, usi ko bayan karte hain lekin Islam ke reference mein.</w:t>
      </w:r>
    </w:p>
    <w:p>
      <w:pPr>
        <w:jc w:val="right"/>
      </w:pPr>
      <w:r>
        <w:t>تو ہم بیسیکلی نیچرل جو ریلیجن ہے، جو یونیورسل ٹیچنگز ہیں، اسی کو بیان کرتے ہیں لیکن اسلام کے ریفرنس میں۔</w:t>
      </w:r>
    </w:p>
    <w:p>
      <w:r>
        <w:rPr>
          <w:b/>
        </w:rPr>
        <w:t xml:space="preserve">[02:16] </w:t>
      </w:r>
      <w:r>
        <w:t>to dekhen, aj mere samne yah aj ka taimz of India hai.</w:t>
      </w:r>
    </w:p>
    <w:p>
      <w:pPr>
        <w:jc w:val="right"/>
      </w:pPr>
      <w:r>
        <w:t>تو دیکھیں، آج میرے سامنے یہ آج کا ٹائمز آف انڈیا ہے۔</w:t>
      </w:r>
    </w:p>
    <w:p>
      <w:r>
        <w:rPr>
          <w:b/>
        </w:rPr>
        <w:t xml:space="preserve">[02:27] </w:t>
      </w:r>
      <w:r>
        <w:t>sande taimz.</w:t>
      </w:r>
    </w:p>
    <w:p>
      <w:pPr>
        <w:jc w:val="right"/>
      </w:pPr>
      <w:r>
        <w:t>سنڈے ٹائمز۔</w:t>
      </w:r>
    </w:p>
    <w:p>
      <w:r>
        <w:rPr>
          <w:b/>
        </w:rPr>
        <w:t xml:space="preserve">[02:32] </w:t>
      </w:r>
      <w:r>
        <w:t>is ki pahli jo heding hai vah kya hai? "Forty killed in Hyderabad bomb blast".</w:t>
      </w:r>
    </w:p>
    <w:p>
      <w:pPr>
        <w:jc w:val="right"/>
      </w:pPr>
      <w:r>
        <w:t>اس کی پہلی جو ہیڈنگ ہے وہ کیا ہے؟ "فورٹی کلڈ ان حیدرآباد بام بلاسٹ"۔</w:t>
      </w:r>
    </w:p>
    <w:p>
      <w:r>
        <w:rPr>
          <w:b/>
        </w:rPr>
        <w:t xml:space="preserve">[02:47] </w:t>
      </w:r>
      <w:r>
        <w:t>"40 killed in Hyderabad bomb blast".</w:t>
      </w:r>
    </w:p>
    <w:p>
      <w:pPr>
        <w:jc w:val="right"/>
      </w:pPr>
      <w:r>
        <w:t>"فورٹی کلڈ ان حیدرآباد بام بلاسٹ"۔</w:t>
      </w:r>
    </w:p>
    <w:p>
      <w:r>
        <w:rPr>
          <w:b/>
        </w:rPr>
        <w:t xml:space="preserve">[02:52] </w:t>
      </w:r>
      <w:r>
        <w:t>yani haiderabad mein aap jante hain ke bum phata kal, to aaj yeh khabar aai hai ke is mein chalis aadmi mar gaye aur bohat se is mein zakhmi hue.</w:t>
      </w:r>
    </w:p>
    <w:p>
      <w:pPr>
        <w:jc w:val="right"/>
      </w:pPr>
      <w:r>
        <w:t>یعنی حیدرآباد میں آپ جانتے ہیں کہ بم پھٹا کل، تو آج یہ خبر آئی ہے کہ اس میں چالیس آدمی مر گئے اور بہت سے اس میں زخمی ہوئے۔</w:t>
      </w:r>
    </w:p>
    <w:p>
      <w:r>
        <w:rPr>
          <w:b/>
        </w:rPr>
        <w:t xml:space="preserve">[03:06] </w:t>
      </w:r>
      <w:r>
        <w:t>is mein jo maine suna hai media mein ke is mein musalmanon ke naam aa rahe hain,</w:t>
      </w:r>
    </w:p>
    <w:p>
      <w:pPr>
        <w:jc w:val="right"/>
      </w:pPr>
      <w:r>
        <w:t>اس میں جو میں نے سنا ہے میڈیا میں کہ اس میں مسلمانوں کے نام آ رہے ہیں،</w:t>
      </w:r>
    </w:p>
    <w:p>
      <w:r>
        <w:rPr>
          <w:b/>
        </w:rPr>
        <w:t xml:space="preserve">[03:16] </w:t>
      </w:r>
      <w:r>
        <w:t>to mujhe ek aayat yaad aai.</w:t>
      </w:r>
    </w:p>
    <w:p>
      <w:pPr>
        <w:jc w:val="right"/>
      </w:pPr>
      <w:r>
        <w:t>تو مجھے ایک آیت یاد آئی۔</w:t>
      </w:r>
    </w:p>
    <w:p>
      <w:r>
        <w:rPr>
          <w:b/>
        </w:rPr>
        <w:t xml:space="preserve">[03:21] </w:t>
      </w:r>
      <w:r>
        <w:t>aur aaj mujhe is aayat ki goya ek lehaz se discovery hui. karna chahiye. Quran ke chapter number five hai Al-Maidah.</w:t>
      </w:r>
    </w:p>
    <w:p>
      <w:pPr>
        <w:jc w:val="right"/>
      </w:pPr>
      <w:r>
        <w:t>اور آج مجھے اس آیت کی گویا ایک لحاظ سے ڈسکوری ہوئی۔ کرنا چاہیے۔ قرآن کے چیپٹر نمبر فائیو ہے المائدہ۔</w:t>
      </w:r>
    </w:p>
    <w:p>
      <w:r>
        <w:rPr>
          <w:b/>
        </w:rPr>
        <w:t xml:space="preserve">[03:36] </w:t>
      </w:r>
      <w:r>
        <w:t>almaidah ke verse number thirty two mein ek aayat hai.</w:t>
      </w:r>
    </w:p>
    <w:p>
      <w:pPr>
        <w:jc w:val="right"/>
      </w:pPr>
      <w:r>
        <w:t>المائدہ کے ورس نمبر تھرٹی ٹو میں ایک آیت ہے۔</w:t>
      </w:r>
    </w:p>
    <w:p>
      <w:r>
        <w:rPr>
          <w:b/>
        </w:rPr>
        <w:t xml:space="preserve">[03:43] </w:t>
      </w:r>
      <w:r>
        <w:t>is mein bataya gaya hai ke insan jab shuru mein zameen par basaya gaya to shuru hi mein ek insan ne doosre insan ko maar dala.</w:t>
      </w:r>
    </w:p>
    <w:p>
      <w:pPr>
        <w:jc w:val="right"/>
      </w:pPr>
      <w:r>
        <w:t>اس میں بتایا گیا ہے کہ انسان جب شروع میں زمین پر بسایا گیا تو شروع ہی میں ایک انسان نے دوسرے انسان کو مار ڈالا۔</w:t>
      </w:r>
    </w:p>
    <w:p>
      <w:r>
        <w:rPr>
          <w:b/>
        </w:rPr>
        <w:t xml:space="preserve">[03:56] </w:t>
      </w:r>
      <w:r>
        <w:t>yeh the qabil aur habil. qabil ne habil ko maar dala.</w:t>
      </w:r>
    </w:p>
    <w:p>
      <w:pPr>
        <w:jc w:val="right"/>
      </w:pPr>
      <w:r>
        <w:t>یہ تھے قابیل اور ہابیل۔ قابیل نے ہابیل کو مار ڈالا۔</w:t>
      </w:r>
    </w:p>
    <w:p>
      <w:r>
        <w:rPr>
          <w:b/>
        </w:rPr>
        <w:t xml:space="preserve">[04:04] </w:t>
      </w:r>
      <w:r>
        <w:t>us waqt khuda ne yeh likh diya aur tamam jo revealed religion the is mein sab ko bataya, revelation ke through ek baat.</w:t>
      </w:r>
    </w:p>
    <w:p>
      <w:pPr>
        <w:jc w:val="right"/>
      </w:pPr>
      <w:r>
        <w:t>اس وقت خدا نے یہ لکھ دیا اور تمام جو ریویلڈ ریلیجن تھے اس میں سب کو بتایا، ریولیشن کے تھرو ایک بات۔</w:t>
      </w:r>
    </w:p>
    <w:p>
      <w:r>
        <w:rPr>
          <w:b/>
        </w:rPr>
        <w:t xml:space="preserve">[04:15] </w:t>
      </w:r>
      <w:r>
        <w:t>woh quran mein quote ki gayi hai. woh kya hai? man qatala nafsan bighair nafs wa fasad fakama qatala nass jamee</w:t>
      </w:r>
    </w:p>
    <w:p>
      <w:pPr>
        <w:jc w:val="right"/>
      </w:pPr>
      <w:r>
        <w:t>وہ قرآن میں کوٹ کی گئی ہے۔ وہ کیا ہے؟ من قتل نفسا بغیر نفس وفساد فکما قتل الناس جمیع</w:t>
      </w:r>
    </w:p>
    <w:p>
      <w:r>
        <w:rPr>
          <w:b/>
        </w:rPr>
        <w:t xml:space="preserve">[04:29] </w:t>
      </w:r>
      <w:r>
        <w:t>wa man ahya fakama ahya nass jamee yeh quran ki aayat hai, chapter number five, verse number thirty two.</w:t>
      </w:r>
    </w:p>
    <w:p>
      <w:pPr>
        <w:jc w:val="right"/>
      </w:pPr>
      <w:r>
        <w:t>ومن احیا فکما احیا الناس جمیع یہ قرآن کی آیت ہے، چیپٹر نمبر فائیو، ورس نمبر تھرٹی ٹو۔</w:t>
      </w:r>
    </w:p>
    <w:p>
      <w:r>
        <w:rPr>
          <w:b/>
        </w:rPr>
        <w:t xml:space="preserve">[04:43] </w:t>
      </w:r>
      <w:r>
        <w:t>is mein kaha gaya hai ke jis ne ek insan ko mara to us ne sare hi insanon ko maar dala.</w:t>
      </w:r>
    </w:p>
    <w:p>
      <w:pPr>
        <w:jc w:val="right"/>
      </w:pPr>
      <w:r>
        <w:t>اس میں کہا گیا ہے کہ جس نے ایک انسان کو مارا تو اس نے سارے ہی انسانوں کو مار ڈالا۔</w:t>
      </w:r>
    </w:p>
    <w:p>
      <w:r>
        <w:rPr>
          <w:b/>
        </w:rPr>
        <w:t xml:space="preserve">[04:56] </w:t>
      </w:r>
      <w:r>
        <w:t>jis ne ek insan ko mara to goya ke us ne sare hi insanon ko maar dala. aur jis ne ek insan ko zindagi di to us ne sare insanon ko zindagi di.</w:t>
      </w:r>
    </w:p>
    <w:p>
      <w:pPr>
        <w:jc w:val="right"/>
      </w:pPr>
      <w:r>
        <w:t>جس نے ایک انسان کو مارا تو گویا کہ اس نے سارے ہی انسانوں کو مار ڈالا۔ اور جس نے ایک انسان کو زندگی دی تو اس نے سارے انسانوں کو زندگی دی۔</w:t>
      </w:r>
    </w:p>
    <w:p>
      <w:r>
        <w:rPr>
          <w:b/>
        </w:rPr>
        <w:t xml:space="preserve">[05:13] </w:t>
      </w:r>
      <w:r>
        <w:t>is aayat mein yeh jo baat hai ke jis ne zindagi di ek insan ko, woh aaj hi meri samajh mein aai</w:t>
      </w:r>
    </w:p>
    <w:p>
      <w:pPr>
        <w:jc w:val="right"/>
      </w:pPr>
      <w:r>
        <w:t>اس آیت میں یہ جو بات ہے کہ جس نے زندگی دی ایک انسان کو، وہ آج ہی میری سمجھ میں آئی</w:t>
      </w:r>
    </w:p>
    <w:p>
      <w:r>
        <w:rPr>
          <w:b/>
        </w:rPr>
        <w:t xml:space="preserve">[05:20] </w:t>
      </w:r>
      <w:r>
        <w:t>. tafseeron mein is ki ek bohat zyada mein samajh nahi paya tha jo tafseeron mein jo baatein likhi gayi hain is se. woh kaise?</w:t>
      </w:r>
    </w:p>
    <w:p>
      <w:pPr>
        <w:jc w:val="right"/>
      </w:pPr>
      <w:r>
        <w:t>۔ تفسیروں میں اس کی ایک بہت زیادہ میں سمجھ نہیں پایا تھا جو تفسیروں میں جو باتیں لکھی گئی ہیں اس سے۔ وہ کیسے؟</w:t>
      </w:r>
    </w:p>
    <w:p>
      <w:r>
        <w:rPr>
          <w:b/>
        </w:rPr>
        <w:t xml:space="preserve">[05:28] </w:t>
      </w:r>
      <w:r>
        <w:t>jab bhi koi baat hoti hai to mera mind jo hai active ho jata hai sochne ke liye. to ek shock laga mujhe is par. ke innocent log, bachche, auratein,</w:t>
      </w:r>
    </w:p>
    <w:p>
      <w:pPr>
        <w:jc w:val="right"/>
      </w:pPr>
      <w:r>
        <w:t>جب بھی کوئی بات ہوتی ہے تو میرا مائنڈ جو ہے ایکٹیو ہو جاتا ہے سوچنے کے لیے۔ تو ایک شاک لگا مجھے اس پر۔ کہ انوسنٹ لوگ، بچے، عورتیں،</w:t>
      </w:r>
    </w:p>
    <w:p>
      <w:r>
        <w:rPr>
          <w:b/>
        </w:rPr>
        <w:t xml:space="preserve">[05:43] </w:t>
      </w:r>
      <w:r>
        <w:t>yeh koi ladne wale log nahi the. koi wahan battle field nahi tha.</w:t>
      </w:r>
    </w:p>
    <w:p>
      <w:pPr>
        <w:jc w:val="right"/>
      </w:pPr>
      <w:r>
        <w:t>یہ کوئی لڑنے والے لوگ نہیں تھے۔ کوئی وہاں بیٹل فیلڈ نہیں تھا۔</w:t>
      </w:r>
    </w:p>
    <w:p>
      <w:r>
        <w:rPr>
          <w:b/>
        </w:rPr>
        <w:t xml:space="preserve">[05:48] </w:t>
      </w:r>
      <w:r>
        <w:t>wahan bum phata aur shayad kai bum phate to is mein forty aadmi mar gaye aur bohat sare zakhmi hue. is par main sochne laga.</w:t>
      </w:r>
    </w:p>
    <w:p>
      <w:pPr>
        <w:jc w:val="right"/>
      </w:pPr>
      <w:r>
        <w:t>وہاں بم پھٹا اور شاید کئی بم پھٹے تو اس میں فورٹی آدمی مر گئے اور بہت سارے زخمی ہوئے۔ اس پر میں سوچنے لگا۔</w:t>
      </w:r>
    </w:p>
    <w:p>
      <w:r>
        <w:rPr>
          <w:b/>
        </w:rPr>
        <w:t xml:space="preserve">[06:01] </w:t>
      </w:r>
      <w:r>
        <w:t>ke kyun mara unhon ne? zahir hai ke unhein koi complaint hogi, koi shikayat hogi.</w:t>
      </w:r>
    </w:p>
    <w:p>
      <w:pPr>
        <w:jc w:val="right"/>
      </w:pPr>
      <w:r>
        <w:t>کہ کیوں مارا انہوں نے؟ ظاہر ہے کہ انہیں کوئی کمپلینٹ ہوگی، کوئی شکایت ہوگی۔</w:t>
      </w:r>
    </w:p>
    <w:p>
      <w:r>
        <w:rPr>
          <w:b/>
        </w:rPr>
        <w:t xml:space="preserve">[06:11] </w:t>
      </w:r>
      <w:r>
        <w:t>un logon se na ho to un ki qaum se hogi, un ki communities hogi</w:t>
      </w:r>
    </w:p>
    <w:p>
      <w:pPr>
        <w:jc w:val="right"/>
      </w:pPr>
      <w:r>
        <w:t>ان لوگوں سے نہ ہو تو ان کی قوم سے ہوگی، ان کی کمیونٹیز ہوگی</w:t>
      </w:r>
    </w:p>
    <w:p>
      <w:r>
        <w:rPr>
          <w:b/>
        </w:rPr>
        <w:t xml:space="preserve">[06:15] </w:t>
      </w:r>
      <w:r>
        <w:t>. jis community ko woh belong kar rahe hain, to us ko woh, un logon ko woh us community ka ek part samajhte honge.</w:t>
      </w:r>
    </w:p>
    <w:p>
      <w:pPr>
        <w:jc w:val="right"/>
      </w:pPr>
      <w:r>
        <w:t>۔ جس کمیونٹی کو وہ بیلانگ کر رہے ہیں، تو اس کو وہ، ان لوگوں کو وہ اس کمیونٹی کا ایک پارٹ سمجھتے ہوں گے۔</w:t>
      </w:r>
    </w:p>
    <w:p>
      <w:r>
        <w:rPr>
          <w:b/>
        </w:rPr>
        <w:t xml:space="preserve">[06:27] </w:t>
      </w:r>
      <w:r>
        <w:t>to apna ghussa utara unhon ne is ke upar. to zahir hai ke jab tak aadmi ko ghussa na ho, revenge na ho, koi complaint na ho, aadmi kabhi kisi ko marega nahi.</w:t>
      </w:r>
    </w:p>
    <w:p>
      <w:pPr>
        <w:jc w:val="right"/>
      </w:pPr>
      <w:r>
        <w:t>تو اپنا غصہ اتارا انہوں نے اس کے اوپر۔ تو ظاہر ہے کہ جب تک آدمی کو غصہ نہ ہو، ریونج نہ ہو، کوئی کمپلینٹ نہ ہو، آدمی کبھی کسی کو مارے گا نہیں۔</w:t>
      </w:r>
    </w:p>
    <w:p>
      <w:r>
        <w:rPr>
          <w:b/>
        </w:rPr>
        <w:t xml:space="preserve">[06:42] </w:t>
      </w:r>
      <w:r>
        <w:t>ab yeh hai woh cheez ke yeh revenge ka phenomenon hai ke aadmi ne maar dala. ab quran kehta hai ke ke agar tum ne ek insan ko bhi zindagi di to goya ke tum ne sare insanon ko zindagi di.</w:t>
      </w:r>
    </w:p>
    <w:p>
      <w:pPr>
        <w:jc w:val="right"/>
      </w:pPr>
      <w:r>
        <w:t>اب یہ ہے وہ چیز کہ یہ ریونج کا فیناومینا ہے کہ آدمی نے مار ڈالا۔ اب قرآن کہتا ہے کہ کہ اگر تم نے ایک انسان کو بھی زندگی دی تو گویا کہ تم نے سارے انسانوں کو زندگی دی۔</w:t>
      </w:r>
    </w:p>
    <w:p>
      <w:r>
        <w:rPr>
          <w:b/>
        </w:rPr>
        <w:t xml:space="preserve">[06:57] </w:t>
      </w:r>
      <w:r>
        <w:t>is ko compare kar ke jab maine socha yeh samajh mein aaya ke un ke sath, un ke paas ek aur option tha.</w:t>
      </w:r>
    </w:p>
    <w:p>
      <w:pPr>
        <w:jc w:val="right"/>
      </w:pPr>
      <w:r>
        <w:t>اس کو کمپیئر کر کے جب میں نے سوچا یہ سمجھ میں آیا کہ ان کے ساتھ، ان کے پاس ایک اور آپشن تھا۔</w:t>
      </w:r>
    </w:p>
    <w:p>
      <w:r>
        <w:rPr>
          <w:b/>
        </w:rPr>
        <w:t xml:space="preserve">[07:07] </w:t>
      </w:r>
      <w:r>
        <w:t>woh option tha un ko life dena. yani un ki soch ko badalna. un ki soch ko kill karna. unhon ne un ke body ko kill kiya.</w:t>
      </w:r>
    </w:p>
    <w:p>
      <w:pPr>
        <w:jc w:val="right"/>
      </w:pPr>
      <w:r>
        <w:t>وہ آپشن تھا ان کو لائف دینا۔ یعنی ان کی سوچ کو بدلنا۔ ان کی سوچ کو کل کرنا۔ انہوں نے ان کے باڈی کو کل کیا۔</w:t>
      </w:r>
    </w:p>
    <w:p>
      <w:r>
        <w:rPr>
          <w:b/>
        </w:rPr>
        <w:t xml:space="preserve">[07:18] </w:t>
      </w:r>
      <w:r>
        <w:t>quran keh raha hai ke tum ek aur option bhi tumhare paas tha. woh tha un ki soch ko badlo. jis soch ki wajah se unhon ne tumhare sath negative sulook kiya.</w:t>
      </w:r>
    </w:p>
    <w:p>
      <w:pPr>
        <w:jc w:val="right"/>
      </w:pPr>
      <w:r>
        <w:t>قرآن کہہ رہا ہے کہ تم ایک اور آپشن بھی تمہارے پاس تھا۔ وہ تھا ان کی سوچ کو بدلو۔ جس سوچ کی وجہ سے انہوں نے تمہارے ساتھ نیگیٹیو سلوک کیا۔</w:t>
      </w:r>
    </w:p>
    <w:p>
      <w:r>
        <w:rPr>
          <w:b/>
        </w:rPr>
        <w:t xml:space="preserve">[07:32] </w:t>
      </w:r>
      <w:r>
        <w:t>tum ko provoke kiya. tum ko nuqsan pohanchaya.</w:t>
      </w:r>
    </w:p>
    <w:p>
      <w:pPr>
        <w:jc w:val="right"/>
      </w:pPr>
      <w:r>
        <w:t>تم کو پرووک کیا۔ تم کو نقصان پہنچایا۔</w:t>
      </w:r>
    </w:p>
    <w:p>
      <w:r>
        <w:rPr>
          <w:b/>
        </w:rPr>
        <w:t xml:space="preserve">[07:37] </w:t>
      </w:r>
      <w:r>
        <w:t>kuch bhi tumhare sath aisa kiya jo tum ko pasand nahi aaya to wo kisi soch ki waja se hua. kyun ke money is a thinking money is a thinking animal aadmi soch wala haiwan hai,</w:t>
      </w:r>
    </w:p>
    <w:p>
      <w:pPr>
        <w:jc w:val="right"/>
      </w:pPr>
      <w:r>
        <w:t>کچھ بھی تمہارے ساتھ ایسا کیا جو تم کو پسند نہیں آیا تو وہ کسی سوچ کی وجہ سے ہوا۔ کیونکہ money is a thinking money is a thinking animal آدمی سوچ والا حیوان ہے،</w:t>
      </w:r>
    </w:p>
    <w:p>
      <w:r>
        <w:rPr>
          <w:b/>
        </w:rPr>
        <w:t xml:space="preserve">[07:53] </w:t>
      </w:r>
      <w:r>
        <w:t>soch ke mutabiq wo amal karta hai. ye ek maloom baat hai. to reason lies in the thinking reason lies in the mind</w:t>
      </w:r>
    </w:p>
    <w:p>
      <w:pPr>
        <w:jc w:val="right"/>
      </w:pPr>
      <w:r>
        <w:t>سوچ کے مطابق وہ عمل کرتا ہے۔ یہ ایک معلوم بات ہے۔ تو reason lies in the thinking reason lies in the mind</w:t>
      </w:r>
    </w:p>
    <w:p>
      <w:r>
        <w:rPr>
          <w:b/>
        </w:rPr>
        <w:t xml:space="preserve">[08:06] </w:t>
      </w:r>
      <w:r>
        <w:t>body to sirf vehicle hai mind ka.</w:t>
      </w:r>
    </w:p>
    <w:p>
      <w:pPr>
        <w:jc w:val="right"/>
      </w:pPr>
      <w:r>
        <w:t>باڈی تو صرف وہیکل ہے مائنڈ کا۔</w:t>
      </w:r>
    </w:p>
    <w:p>
      <w:r>
        <w:rPr>
          <w:b/>
        </w:rPr>
        <w:t xml:space="preserve">[08:11] </w:t>
      </w:r>
      <w:r>
        <w:t>to jis se aap ko shikayat hai, jis se aap ghussa hain, to aap body ko kill kar rahe hain. halanke body ki kya qasoor?</w:t>
      </w:r>
    </w:p>
    <w:p>
      <w:pPr>
        <w:jc w:val="right"/>
      </w:pPr>
      <w:r>
        <w:t>تو جس سے آپ کو شکایت ہے، جس سے آپ غصہ ہیں، تو آپ باڈی کو کل کر رہے ہیں۔ حالانکہ باڈی کی کیا قصور؟</w:t>
      </w:r>
    </w:p>
    <w:p>
      <w:r>
        <w:rPr>
          <w:b/>
        </w:rPr>
        <w:t xml:space="preserve">[08:20] </w:t>
      </w:r>
      <w:r>
        <w:t>body to vehicle hai sirf. wo to tool hai sirf. asal to hai mind. to mind ko to aap kill kar nahi sakte. mind ko koi bhi kill nahi kar sakta.</w:t>
      </w:r>
    </w:p>
    <w:p>
      <w:pPr>
        <w:jc w:val="right"/>
      </w:pPr>
      <w:r>
        <w:t>باڈی تو وہیکل ہے صرف۔ وہ تو ٹول ہے صرف۔ اصل تو ہے مائنڈ۔ تو مائنڈ کو تو آپ کل کر نہیں سکتے۔ مائنڈ کو کوئی بھی کل نہیں کر سکتا۔</w:t>
      </w:r>
    </w:p>
    <w:p>
      <w:r>
        <w:rPr>
          <w:b/>
        </w:rPr>
        <w:t xml:space="preserve">[08:33] </w:t>
      </w:r>
      <w:r>
        <w:t>mind aap ke sare weapon se oopar hai. jis tarah se aap angel ko kill nahi kar sakte, usi tarah se aap mind ko kill nahi kar sakte.</w:t>
      </w:r>
    </w:p>
    <w:p>
      <w:pPr>
        <w:jc w:val="right"/>
      </w:pPr>
      <w:r>
        <w:t>مائنڈ آپ کے سارے ویپن سے اوپر ہے۔ جس طرح سے آپ اینجل کو کل نہیں کر سکتے، اسی طرح سے آپ مائنڈ کو کل نہیں کر سکتے۔</w:t>
      </w:r>
    </w:p>
    <w:p>
      <w:r>
        <w:rPr>
          <w:b/>
        </w:rPr>
        <w:t xml:space="preserve">[08:46] </w:t>
      </w:r>
      <w:r>
        <w:t>to ek futile exercise hai ke tum ne body ko kill kar diya aur mind to waise hi ka waise hi raha.</w:t>
      </w:r>
    </w:p>
    <w:p>
      <w:pPr>
        <w:jc w:val="right"/>
      </w:pPr>
      <w:r>
        <w:t>تو ایک فیوٹائل ایکسرسائز ہے کہ تم نے باڈی کو کل کر دیا اور مائنڈ تو ویسے ہی کا ویسے ہی رہا۔</w:t>
      </w:r>
    </w:p>
    <w:p>
      <w:r>
        <w:rPr>
          <w:b/>
        </w:rPr>
        <w:t xml:space="preserve">[08:54] </w:t>
      </w:r>
      <w:r>
        <w:t>is dunya se nikal kar wo ek aur dunya mein pahunch gaya ya nahi hua bas.</w:t>
      </w:r>
    </w:p>
    <w:p>
      <w:pPr>
        <w:jc w:val="right"/>
      </w:pPr>
      <w:r>
        <w:t>اس دنیا سے نکل کر وہ ایک اور دنیا میں پہنچ گیا یا نہیں ہوا بس۔</w:t>
      </w:r>
    </w:p>
    <w:p>
      <w:r>
        <w:rPr>
          <w:b/>
        </w:rPr>
        <w:t xml:space="preserve">[08:59] </w:t>
      </w:r>
      <w:r>
        <w:t>to is ayat mein jo kaha gaya hai ke jis ne ek insan ko zindagi di to us ne goya ke sare insanon ko zindagi di. yani jis ne us ke thinking ko change kiya, jis ne us ki negativity ko positivity mein badla,</w:t>
      </w:r>
    </w:p>
    <w:p>
      <w:pPr>
        <w:jc w:val="right"/>
      </w:pPr>
      <w:r>
        <w:t>تو اس آیت میں جو کہا گیا ہے کہ جس نے ایک انسان کو زندگی دی تو اس نے گویا کہ سارے انسانوں کو زندگی دی۔ یعنی جس نے اس کے تھنکنگ کو چینج کیا، جس نے اس کی نیگیٹیوٹی کو پازیٹیوٹی میں بدلا،</w:t>
      </w:r>
    </w:p>
    <w:p>
      <w:r>
        <w:rPr>
          <w:b/>
        </w:rPr>
        <w:t xml:space="preserve">[09:16] </w:t>
      </w:r>
      <w:r>
        <w:t>wo bara zyada bara kaam us ne kiya. ye baat meri samajh mein aayi ek aur ayat ko mila kar ke. kyun ke quran ke bare mein ye bhi kaha gaya hai ke quran yafsar ba'zahu ba'zan</w:t>
      </w:r>
    </w:p>
    <w:p>
      <w:pPr>
        <w:jc w:val="right"/>
      </w:pPr>
      <w:r>
        <w:t>وہ بڑا زیادہ بڑا کام اس نے کیا۔ یہ بات میری سمجھ میں آئی ایک اور آیت کو ملا کر کے۔ کیونکہ قرآن کے بارے میں یہ بھی کہا گیا ہے کہ القرآن یفسر بعضہ بعضا</w:t>
      </w:r>
    </w:p>
    <w:p>
      <w:r>
        <w:rPr>
          <w:b/>
        </w:rPr>
        <w:t xml:space="preserve">[09:29] </w:t>
      </w:r>
      <w:r>
        <w:t>quran ka ek hissa us ke doosre hisse ki ki commentary hai, us ko kholta hai.</w:t>
      </w:r>
    </w:p>
    <w:p>
      <w:pPr>
        <w:jc w:val="right"/>
      </w:pPr>
      <w:r>
        <w:t>قرآن کا ایک حصہ اس کے دوسرے حصے کی کی کمنٹری ہے، اس کو کھولتا ہے۔</w:t>
      </w:r>
    </w:p>
    <w:p>
      <w:r>
        <w:rPr>
          <w:b/>
        </w:rPr>
        <w:t xml:space="preserve">[09:39] </w:t>
      </w:r>
      <w:r>
        <w:t>to doosri ayat kya hai? doosri ayat ye hai ke agar tum ko kisi se complaint ho jaye, tum ko lage ke ye aadmi mera dushman hai, koi dushmani bhi dekhen, ek relative term hai.</w:t>
      </w:r>
    </w:p>
    <w:p>
      <w:pPr>
        <w:jc w:val="right"/>
      </w:pPr>
      <w:r>
        <w:t>تو دوسری آیت کیا ہے؟ دوسری آیت یہ ہے کہ اگر تم کو کسی سے کمپلینٹ ہو جائے، تم کو لگے کہ یہ آدمی میرا دشمن ہے، کوئی دشمنی بھی دیکھیں، ایک ریلیٹو ٹرم ہے۔</w:t>
      </w:r>
    </w:p>
    <w:p>
      <w:r>
        <w:rPr>
          <w:b/>
        </w:rPr>
        <w:t xml:space="preserve">[09:57] </w:t>
      </w:r>
      <w:r>
        <w:t>dushmani bhi ek relative term hai. ye zaroori nahi ke jis ko aap dushman samajh len, wo sach mein hi dushman ho aap ka. is liye main ye kehta hoon ke dushmani bhi ek relative term hai, dushman bhi ek relative term hai.</w:t>
      </w:r>
    </w:p>
    <w:p>
      <w:pPr>
        <w:jc w:val="right"/>
      </w:pPr>
      <w:r>
        <w:t>دشمنی بھی ایک ریلیٹو ٹرم ہے۔ یہ ضروری نہیں کہ جس کو آپ دشمن سمجھ لیں، وہ سچ میں ہی دشمن ہو آپ کا۔ اس لیے میں یہ کہتا ہوں کہ دشمنی بھی ایک ریلیٹو ٹرم ہے، دشمن بھی ایک ریلیٹو ٹرم ہے۔</w:t>
      </w:r>
    </w:p>
    <w:p>
      <w:r>
        <w:rPr>
          <w:b/>
        </w:rPr>
        <w:t xml:space="preserve">[10:11] </w:t>
      </w:r>
      <w:r>
        <w:t>baharhal agar aap kisi ko dushman samajh len to kya karna chahiye? wa idhfa' billati hiya ahsan fa'idha alladhi bainaka wa bainahu 'adawatun ka'annahu waliyyun hameem</w:t>
      </w:r>
    </w:p>
    <w:p>
      <w:pPr>
        <w:jc w:val="right"/>
      </w:pPr>
      <w:r>
        <w:t>بہرحال اگر آپ کسی کو دشمن سمجھ لیں تو کیا کرنا چاہیے؟ اذ فبلتی حسن فید الذی بینک بین ولی الحمیم</w:t>
      </w:r>
    </w:p>
    <w:p>
      <w:r>
        <w:rPr>
          <w:b/>
        </w:rPr>
        <w:t xml:space="preserve">[10:25] </w:t>
      </w:r>
      <w:r>
        <w:t>do good deed in return for bad deed. do good deed in return for bad deed. and you will find that your enemy has become your dearest friend.</w:t>
      </w:r>
    </w:p>
    <w:p>
      <w:pPr>
        <w:jc w:val="right"/>
      </w:pPr>
      <w:r>
        <w:t>ڈو گڈ ڈیڈ ان ریٹرن فار بیڈ ڈیڈ۔ ڈو گڈ ڈیڈ ان ریٹرن فار بیڈ ڈیڈ۔ اینڈ یو ویل فائنڈ دیٹ یور اینمی ہیز بیکم یور ڈیئرسٹ فرینڈ۔</w:t>
      </w:r>
    </w:p>
    <w:p>
      <w:r>
        <w:rPr>
          <w:b/>
        </w:rPr>
        <w:t xml:space="preserve">[10:43] </w:t>
      </w:r>
      <w:r>
        <w:t>it means that your enemy is your potential friend. so. so turn this potential into actual</w:t>
      </w:r>
    </w:p>
    <w:p>
      <w:pPr>
        <w:jc w:val="right"/>
      </w:pPr>
      <w:r>
        <w:t>اٹ مینز دیٹ یور اینمی از یور پوٹینشل فرینڈ۔ سو۔ سو ٹرن دس پوٹینشل انٹو ایکچ</w:t>
      </w:r>
    </w:p>
    <w:p>
      <w:r>
        <w:rPr>
          <w:b/>
        </w:rPr>
        <w:t xml:space="preserve">[10:54] </w:t>
      </w:r>
      <w:r>
        <w:t>well. why killing? why hate?</w:t>
      </w:r>
    </w:p>
    <w:p>
      <w:pPr>
        <w:jc w:val="right"/>
      </w:pPr>
      <w:r>
        <w:t>ول۔ وائی کلنگ؟ وائی ہیٹ؟</w:t>
      </w:r>
    </w:p>
    <w:p>
      <w:r>
        <w:rPr>
          <w:b/>
        </w:rPr>
        <w:t xml:space="preserve">[10:59] </w:t>
      </w:r>
      <w:r>
        <w:t>tumhara dushman potentially tumhara dost hai. to us ke is potential ko actual banao. yahi policy thi prophet of islam ki arab mein ke sara arab jo shuru mein aap ko dushman dikhai padta tha,</w:t>
      </w:r>
    </w:p>
    <w:p>
      <w:pPr>
        <w:jc w:val="right"/>
      </w:pPr>
      <w:r>
        <w:t>تمہارا دشمن پوٹینشلی تمہارا دوست ہے۔ تو اس کے اس پوٹینشل کو ایکچول بناؤ۔ یہی پالیسی تھی پرافٹ آف اسلام کی عرب میں کہ سارا عرب جو شروع میں آپ کو دشمن دکھائی پڑتا تھا،</w:t>
      </w:r>
    </w:p>
    <w:p>
      <w:r>
        <w:rPr>
          <w:b/>
        </w:rPr>
        <w:t xml:space="preserve">[11:17] </w:t>
      </w:r>
      <w:r>
        <w:t>sirf pachees, sirf tayees saal ke andar sab ke sab aap ke saathi ban gaye.</w:t>
      </w:r>
    </w:p>
    <w:p>
      <w:pPr>
        <w:jc w:val="right"/>
      </w:pPr>
      <w:r>
        <w:t>صرف پچیس، صرف تئیس سال کے اندر سب کے سب آپ کے ساتھی بن گئے۔</w:t>
      </w:r>
    </w:p>
    <w:p>
      <w:r>
        <w:rPr>
          <w:b/>
        </w:rPr>
        <w:t xml:space="preserve">[11:24] </w:t>
      </w:r>
      <w:r>
        <w:t>yani jab aap ne apna paigham wahan shuru kiya, six hundred ten ad mein aap ne apna mission shuru kiya arab mein. aur is mission shuru karne ke tayees saal baad, six hundred thirty two mein aap ki death hui madina mein.</w:t>
      </w:r>
    </w:p>
    <w:p>
      <w:pPr>
        <w:jc w:val="right"/>
      </w:pPr>
      <w:r>
        <w:t>یعنی جب آپ نے اپنا پیغام وہاں شروع کیا، سکس ہنڈرڈ ٹین اے ڈی میں آپ نے اپنا مشن شروع کیا عرب میں۔ اور اس مشن شروع کرنے کے تئیس سال بعد، سکس ہنڈرڈ تھرٹی ٹو میں آپ کی ڈیتھ ہوئی مدینہ میں۔</w:t>
      </w:r>
    </w:p>
    <w:p>
      <w:r>
        <w:rPr>
          <w:b/>
        </w:rPr>
        <w:t xml:space="preserve">[11:41] </w:t>
      </w:r>
      <w:r>
        <w:t>aur us waqt tak kya hua ke sara arab jo hai aap ka saathi ban chuka tha. sare enemy aap ke, aap ke friend ban chuke the.</w:t>
      </w:r>
    </w:p>
    <w:p>
      <w:pPr>
        <w:jc w:val="right"/>
      </w:pPr>
      <w:r>
        <w:t>اور اس وقت تک کیا ہوا کہ سارا عرب جو ہے آپ کا ساتھی بن چکا تھا۔ سارے اینیمی آپ کے، آپ کے فرینڈ بن چکے تھے۔</w:t>
      </w:r>
    </w:p>
    <w:p>
      <w:r>
        <w:rPr>
          <w:b/>
        </w:rPr>
        <w:t xml:space="preserve">[11:52] </w:t>
      </w:r>
      <w:r>
        <w:t>to ye kitni bari ye baat hai. isi liye main kehta hoon ke islam jo hai, ek paper london se chhapta hai, times.</w:t>
      </w:r>
    </w:p>
    <w:p>
      <w:pPr>
        <w:jc w:val="right"/>
      </w:pPr>
      <w:r>
        <w:t>تو یہ کتنی بڑی یہ بات ہے۔ اسی لیے میں کہتا ہوں کہ اسلام جو ہے، ایک پیپر لندن سے چھپتا ہے، ٹائمز۔</w:t>
      </w:r>
    </w:p>
    <w:p>
      <w:r>
        <w:rPr>
          <w:b/>
        </w:rPr>
        <w:t xml:space="preserve">[12:05] </w:t>
      </w:r>
      <w:r>
        <w:t>to us mein islam par ek article chhaapa. uska caption tha "A religion that sanctions violence" .</w:t>
      </w:r>
    </w:p>
    <w:p>
      <w:pPr>
        <w:jc w:val="right"/>
      </w:pPr>
      <w:r>
        <w:t>تو اس میں اسلام پر ایک آرٹیکل چھپا۔ اس کا کیپشن تھا "A religion that sanctions violence" ۔</w:t>
      </w:r>
    </w:p>
    <w:p>
      <w:r>
        <w:rPr>
          <w:b/>
        </w:rPr>
        <w:t xml:space="preserve">[12:16] </w:t>
      </w:r>
      <w:r>
        <w:t>"A religion that sanctions violence".</w:t>
      </w:r>
    </w:p>
    <w:p>
      <w:pPr>
        <w:jc w:val="right"/>
      </w:pPr>
      <w:r>
        <w:t>"A religion that sanctions violence"۔</w:t>
      </w:r>
    </w:p>
    <w:p>
      <w:r>
        <w:rPr>
          <w:b/>
        </w:rPr>
        <w:t xml:space="preserve">[12:20] </w:t>
      </w:r>
      <w:r>
        <w:t>yeh bilkul, yani yeh musalman ko dekh kar unhon ne yeh ek caption laga diya. Kehna chahiye ke "A community that is engaged in violence" .</w:t>
      </w:r>
    </w:p>
    <w:p>
      <w:pPr>
        <w:jc w:val="right"/>
      </w:pPr>
      <w:r>
        <w:t>یہ بالکل، یعنی یہ مسلمان کو دیکھ کر انہوں نے یہ ایک کیپشن لگا دیا۔ کہنا چاہیے کہ "A community that is engaged in violence" ۔</w:t>
      </w:r>
    </w:p>
    <w:p>
      <w:r>
        <w:rPr>
          <w:b/>
        </w:rPr>
        <w:t xml:space="preserve">[12:31] </w:t>
      </w:r>
      <w:r>
        <w:t>tab to mein kehta hoon ke theek kiya aap ne. Kyun ke mein jaanta hoon ke bohat se musalman violence kar rahe hain. To, to theek caption yeh hota ke aap kehte ke "A community that is engaged in violence</w:t>
      </w:r>
    </w:p>
    <w:p>
      <w:pPr>
        <w:jc w:val="right"/>
      </w:pPr>
      <w:r>
        <w:t>تب تو میں کہتا ہوں کہ ٹھیک کیا آپ نے۔ کیونکہ میں جانتا ہوں کہ بہت سے مسلمان وائیلنس کر رہے ہیں۔ تو، تو ٹھیک کیپشن یہ ہوتا کہ آپ کہتے کہ "A community that is engaged in violence</w:t>
      </w:r>
    </w:p>
    <w:p>
      <w:r>
        <w:rPr>
          <w:b/>
        </w:rPr>
        <w:t xml:space="preserve">[12:49] </w:t>
      </w:r>
      <w:r>
        <w:t>" . To mujhe is par koi aapti nahi thi. Lekin aap Islam ke baray mein kehte hain ke "A religion that sanctions violence" .</w:t>
      </w:r>
    </w:p>
    <w:p>
      <w:pPr>
        <w:jc w:val="right"/>
      </w:pPr>
      <w:r>
        <w:t>" ۔ تو مجھے اس پر کوئی آپتی نہیں تھی۔ لیکن آپ اسلام کے بارے میں کہتے ہیں کہ "A religion that sanctions violence" ۔</w:t>
      </w:r>
    </w:p>
    <w:p>
      <w:r>
        <w:rPr>
          <w:b/>
        </w:rPr>
        <w:t xml:space="preserve">[12:57] </w:t>
      </w:r>
      <w:r>
        <w:t>mein kahoon ga yeh baseless baat hai. Islam to ek outlook deta hai, ek soch deta hai. Positive thinking deta hai.</w:t>
      </w:r>
    </w:p>
    <w:p>
      <w:pPr>
        <w:jc w:val="right"/>
      </w:pPr>
      <w:r>
        <w:t>میں کہوں گا یہ بیسلیس بات ہے۔ اسلام تو ایک آؤٹ لوک دیتا ہے، ایک سوچ دیتا ہے۔ پازیٹیو تھنکنگ دیتا ہے۔</w:t>
      </w:r>
    </w:p>
    <w:p>
      <w:r>
        <w:rPr>
          <w:b/>
        </w:rPr>
        <w:t xml:space="preserve">[13:07] </w:t>
      </w:r>
      <w:r>
        <w:t>to mein yeh kahoon ga ke zara sahi baat yeh hai, zara correct baat yeh hai ke "Islam gives us an outlook on human life based on peace and spirituality" .</w:t>
      </w:r>
    </w:p>
    <w:p>
      <w:pPr>
        <w:jc w:val="right"/>
      </w:pPr>
      <w:r>
        <w:t>تو میں یہ کہوں گا کہ ذرا صحیح بات یہ ہے، ذرا کریکٹ بات یہ ہے کہ "Islam gives us an outlook on human life based on peace and spirituality" ۔</w:t>
      </w:r>
    </w:p>
    <w:p>
      <w:r>
        <w:rPr>
          <w:b/>
        </w:rPr>
        <w:t xml:space="preserve">[13:30] </w:t>
      </w:r>
      <w:r>
        <w:t>"Islam hum ko ek outlook deta hai zindagi ke baray mein. Aur yeh outlook base karta hai peace par aur spirituality par.</w:t>
      </w:r>
    </w:p>
    <w:p>
      <w:pPr>
        <w:jc w:val="right"/>
      </w:pPr>
      <w:r>
        <w:t>"اسلام ہم کو ایک آؤٹ لوک دیتا ہے زندگی کے بارے میں۔ اور یہ آؤٹ لوک بیس کرتا ہے پیس پر اور اسپرچوئلٹی پر۔</w:t>
      </w:r>
    </w:p>
    <w:p>
      <w:r>
        <w:rPr>
          <w:b/>
        </w:rPr>
        <w:t xml:space="preserve">[13:43] </w:t>
      </w:r>
      <w:r>
        <w:t>yeh hai Islam ka khulasa. Islam ek outlook ka naam hai. Islam killing ka naam nahi hai. Islam suit ka naam nahi hai.</w:t>
      </w:r>
    </w:p>
    <w:p>
      <w:pPr>
        <w:jc w:val="right"/>
      </w:pPr>
      <w:r>
        <w:t>یہ ہے اسلام کا خلاصہ۔ اسلام ایک آؤٹ لوک کا نام ہے۔ اسلام کلنگ کا نام نہیں ہے۔ اسلام سوٹ کا نام نہیں ہے۔</w:t>
      </w:r>
    </w:p>
    <w:p>
      <w:r>
        <w:rPr>
          <w:b/>
        </w:rPr>
        <w:t xml:space="preserve">[13:56] </w:t>
      </w:r>
      <w:r>
        <w:t>to yeh jo mein ne dekha ke Hyderabad mein bomb blast hua. Chalees aadmi mar gaye. Aur jaisa ke media mein aaya hai is mein Muslims involve thay.</w:t>
      </w:r>
    </w:p>
    <w:p>
      <w:pPr>
        <w:jc w:val="right"/>
      </w:pPr>
      <w:r>
        <w:t>تو یہ جو میں نے دیکھا کہ حیدرآباد میں بام بلاسٹ ہوا۔ چالیس آدمی مر گئے۔ اور جیسا کہ میڈیا میں آیا ہے اس میں مسلمز انوالو تھے۔</w:t>
      </w:r>
    </w:p>
    <w:p>
      <w:r>
        <w:rPr>
          <w:b/>
        </w:rPr>
        <w:t xml:space="preserve">[14:10] </w:t>
      </w:r>
      <w:r>
        <w:t>to mein ne kaha ke yeh log jo hain yeh bata rahe hain duniya ko ke hamara tareeqa jo hai killing, kill karna hai. Insaan ko.</w:t>
      </w:r>
    </w:p>
    <w:p>
      <w:pPr>
        <w:jc w:val="right"/>
      </w:pPr>
      <w:r>
        <w:t>تو میں نے کہا کہ یہ لوگ جو ہیں یہ بتا رہے ہیں دنیا کو کہ ہمارا طریقہ جو ہے کلنگ، کل کرنا ہے۔ انسان کو۔</w:t>
      </w:r>
    </w:p>
    <w:p>
      <w:r>
        <w:rPr>
          <w:b/>
        </w:rPr>
        <w:t xml:space="preserve">[14:19] </w:t>
      </w:r>
      <w:r>
        <w:t>halankay jis mazhab ko woh belong karte hain woh mazhab is ka ulta batata hai. Ke tum body ko kyun karna chahte ho kill?</w:t>
      </w:r>
    </w:p>
    <w:p>
      <w:pPr>
        <w:jc w:val="right"/>
      </w:pPr>
      <w:r>
        <w:t>حالانکہ جس مذہب کو وہ بیلانگ کرتے ہیں وہ مذہب اس کا الٹا بتاتا ہے۔ کہ تم باڈی کو کیوں کرنا چاہتے ہو کل؟</w:t>
      </w:r>
    </w:p>
    <w:p>
      <w:r>
        <w:rPr>
          <w:b/>
        </w:rPr>
        <w:t xml:space="preserve">[14:29] </w:t>
      </w:r>
      <w:r>
        <w:t>tum is ki soch ko badlo, is ke mind ko badlo.</w:t>
      </w:r>
    </w:p>
    <w:p>
      <w:pPr>
        <w:jc w:val="right"/>
      </w:pPr>
      <w:r>
        <w:t>تم اس کی سوچ کو بدلو، اس کے مائنڈ کو بدلو۔</w:t>
      </w:r>
    </w:p>
    <w:p>
      <w:r>
        <w:rPr>
          <w:b/>
        </w:rPr>
        <w:t xml:space="preserve">[14:35] </w:t>
      </w:r>
      <w:r>
        <w:t>agar woh tumhari samajh se tumhara enemy hai tab bhi potentially woh tumhara friend hai. Kyun? Dekhein Khuda ne insaan ko ek hi nature par banaya hai.</w:t>
      </w:r>
    </w:p>
    <w:p>
      <w:pPr>
        <w:jc w:val="right"/>
      </w:pPr>
      <w:r>
        <w:t>اگر وہ تمہاری سمجھ سے تمہارا اینمی ہے تب بھی پوٹینشلی وہ تمہارا فرینڈ ہے۔ کیوں؟ دیکھیں خدا نے انسان کو ایک ہی نیچر پر بنایا ہے۔</w:t>
      </w:r>
    </w:p>
    <w:p>
      <w:r>
        <w:rPr>
          <w:b/>
        </w:rPr>
        <w:t xml:space="preserve">[14:47] </w:t>
      </w:r>
      <w:r>
        <w:t>nature do nahi hai. Aisa nahi ke mera nature to, aap ka nature to insaan ka ho, mera nature jo hai bhediya ka ho, wolf ka ho.</w:t>
      </w:r>
    </w:p>
    <w:p>
      <w:pPr>
        <w:jc w:val="right"/>
      </w:pPr>
      <w:r>
        <w:t>نیچر دو نہیں ہے۔ ایسا نہیں کہ میرا نیچر تو، آپ کا نیچر تو انسان کا ہو، میرا نیچر جو ہے وہ بھیڑیا کا ہو، ولف کا ہو۔</w:t>
      </w:r>
    </w:p>
    <w:p>
      <w:r>
        <w:rPr>
          <w:b/>
        </w:rPr>
        <w:t xml:space="preserve">[14:59] </w:t>
      </w:r>
      <w:r>
        <w:t>yeh impossible hai. Is ki koi possibility nahi hai ke ek black aadmi ka nature kuch aur ho, white ka kuch aur ho.</w:t>
      </w:r>
    </w:p>
    <w:p>
      <w:pPr>
        <w:jc w:val="right"/>
      </w:pPr>
      <w:r>
        <w:t>یہ امپاسیبل ہے۔ اس کی کوئی پاسیبلیٹی نہیں ہے کہ ایک بلیک آدمی کا نیچر کچھ اور ہو، وائٹ کا کچھ اور ہو۔</w:t>
      </w:r>
    </w:p>
    <w:p>
      <w:r>
        <w:rPr>
          <w:b/>
        </w:rPr>
        <w:t xml:space="preserve">[15:09] </w:t>
      </w:r>
      <w:r>
        <w:t>yeh koi is ki possibility nahi hai. Sab ka nature ek hai. Kul mauloodi yulad alfittra</w:t>
      </w:r>
    </w:p>
    <w:p>
      <w:pPr>
        <w:jc w:val="right"/>
      </w:pPr>
      <w:r>
        <w:t>یہ کوئی اس کی پاسیبلیٹی نہیں ہے۔ سب کا نیچر ایک ہے۔ کل مولودی یولد والفطرہ</w:t>
      </w:r>
    </w:p>
    <w:p>
      <w:r>
        <w:rPr>
          <w:b/>
        </w:rPr>
        <w:t xml:space="preserve">[15:17] </w:t>
      </w:r>
      <w:r>
        <w:t>hadees mein aata hai ke kul mauloodi yulad alfittra . Yani by birth everyone is a different nature . Har aadmi paida hota hai nature par.</w:t>
      </w:r>
    </w:p>
    <w:p>
      <w:pPr>
        <w:jc w:val="right"/>
      </w:pPr>
      <w:r>
        <w:t>حدیث میں آتا ہے کہ کل مولودی یولد والفطرہ ۔ یعنی by birth everyone is a different nature ۔ ہر آدمی پیدا ہوتا ہے نیچر پر۔</w:t>
      </w:r>
    </w:p>
    <w:p>
      <w:r>
        <w:rPr>
          <w:b/>
        </w:rPr>
        <w:t xml:space="preserve">[15:30] </w:t>
      </w:r>
      <w:r>
        <w:t>to ek hi nature sab ka hai. Kahin do nature nahi hain. Is ka matlab kya hua? Har aadmi aap ka dost hi hai.</w:t>
      </w:r>
    </w:p>
    <w:p>
      <w:pPr>
        <w:jc w:val="right"/>
      </w:pPr>
      <w:r>
        <w:t>تو ایک ہی نیچر سب کا ہے۔ کہیں دو نیچر نہیں ہیں۔ اس کا مطلب کیا ہوا؟ ہر آدمی آپ کا دوست ہی ہے۔</w:t>
      </w:r>
    </w:p>
    <w:p>
      <w:r>
        <w:rPr>
          <w:b/>
        </w:rPr>
        <w:t xml:space="preserve">[15:43] </w:t>
      </w:r>
      <w:r>
        <w:t>agar dikhai de aap ko enemy tab bhi samjhiye ke potential friend hai aap ka woh. To is ke nature ko activate kijiye.</w:t>
      </w:r>
    </w:p>
    <w:p>
      <w:pPr>
        <w:jc w:val="right"/>
      </w:pPr>
      <w:r>
        <w:t>اگر دکھائی دے آپ کو اینمی تب بھی سمجھئے کہ پوٹینشل فرینڈ ہے آپ کا وہ۔ تو اس کے نیچر کو ایکٹیویٹ کیجیے۔</w:t>
      </w:r>
    </w:p>
    <w:p>
      <w:r>
        <w:rPr>
          <w:b/>
        </w:rPr>
        <w:t xml:space="preserve">[15:55] </w:t>
      </w:r>
      <w:r>
        <w:t>is ke nature ko activate kijiye. Is ke andar jo nature hai wahan tak pahunchiye.</w:t>
      </w:r>
    </w:p>
    <w:p>
      <w:pPr>
        <w:jc w:val="right"/>
      </w:pPr>
      <w:r>
        <w:t>اس کے نیچر کو ایکٹیویٹ کیجیے۔ اس کے اندر جو نیچر ہے وہاں تک پہنچیے۔</w:t>
      </w:r>
    </w:p>
    <w:p>
      <w:r>
        <w:rPr>
          <w:b/>
        </w:rPr>
        <w:t xml:space="preserve">[16:04] </w:t>
      </w:r>
      <w:r>
        <w:t>Quran mein hai ke وَقُلْ لَهُمْ فِي أَلْفَاظِهِمْ قَوْلًا بَلِيغًا . Un ko address karo, un ke dil mein pahunchte hue.</w:t>
      </w:r>
    </w:p>
    <w:p>
      <w:pPr>
        <w:jc w:val="right"/>
      </w:pPr>
      <w:r>
        <w:t>قرآن میں ہے کہ وَقُلْ لَهُمْ فِي أَلْفَاظِهِمْ قَوْلًا بَلِيغًا ۔ ان کو ایڈریس کرو، ان کے دل میں پہنچتے ہوئے۔</w:t>
      </w:r>
    </w:p>
    <w:p>
      <w:r>
        <w:rPr>
          <w:b/>
        </w:rPr>
        <w:t xml:space="preserve">[16:11] </w:t>
      </w:r>
      <w:r>
        <w:t>is tarah address karo ke tumhari baat un ke dil mein pahunch jaye. Yani matlab nature ko address karte hue. Jab aap nature ko address karenge to nature activate hoga.</w:t>
      </w:r>
    </w:p>
    <w:p>
      <w:pPr>
        <w:jc w:val="right"/>
      </w:pPr>
      <w:r>
        <w:t>اس طرح ایڈریس کرو کہ تمہاری بات ان کے دل میں پہنچ جائے۔ یعنی مطلب نیچر کو ایڈریس کرتے ہوئے۔ جب آپ نیچر کو ایڈریس کریں گے تو نیچر ایکٹیویٹ ہوگا۔</w:t>
      </w:r>
    </w:p>
    <w:p>
      <w:r>
        <w:rPr>
          <w:b/>
        </w:rPr>
        <w:t xml:space="preserve">[16:26] </w:t>
      </w:r>
      <w:r>
        <w:t>nature activate hoga.</w:t>
      </w:r>
    </w:p>
    <w:p>
      <w:pPr>
        <w:jc w:val="right"/>
      </w:pPr>
      <w:r>
        <w:t>نیچر ایکٹیویٹ ہوگا۔</w:t>
      </w:r>
    </w:p>
    <w:p>
      <w:r>
        <w:rPr>
          <w:b/>
        </w:rPr>
        <w:t xml:space="preserve">[16:30] </w:t>
      </w:r>
      <w:r>
        <w:t>to yeh jo hua, yani yeh jo. Yeh ideology di gayi Quran mein. Ideology of peace, ideology of spirituality . Yeh that was translated by the Prophet in Arabia .</w:t>
      </w:r>
    </w:p>
    <w:p>
      <w:pPr>
        <w:jc w:val="right"/>
      </w:pPr>
      <w:r>
        <w:t>تو یہ جو ہوا، یعنی یہ جو۔ یہ آئیڈیالوجی دی گئی قرآن میں۔ Ideology of peace, ideology of spirituality ۔ یہ that was translated by the Prophet in Arabia ۔</w:t>
      </w:r>
    </w:p>
    <w:p>
      <w:r>
        <w:rPr>
          <w:b/>
        </w:rPr>
        <w:t xml:space="preserve">[16:45] </w:t>
      </w:r>
      <w:r>
        <w:t>isi liye Quran mein hai ke لَقَدْ كَانَ لَكُمْ فِي رَسُولِ اللّٰهِ عُسْوَةٌ حَسَنَةٌ .</w:t>
      </w:r>
    </w:p>
    <w:p>
      <w:pPr>
        <w:jc w:val="right"/>
      </w:pPr>
      <w:r>
        <w:t>اسی لیے قرآن میں ہے کہ لَقَدْ كَانَ لَكُمْ فِي رَسُولِ اللّٰهِ عُسْوَةٌ حَسَنَةٌ ۔</w:t>
      </w:r>
    </w:p>
    <w:p>
      <w:r>
        <w:rPr>
          <w:b/>
        </w:rPr>
        <w:t xml:space="preserve">[16:54] </w:t>
      </w:r>
      <w:r>
        <w:t>ke Rasool ki zindagi bhi tumhare liye best example</w:t>
      </w:r>
    </w:p>
    <w:p>
      <w:pPr>
        <w:jc w:val="right"/>
      </w:pPr>
      <w:r>
        <w:t>کہ رسول کی زندگی بھی تمہارے لیے بیسٹ ایگزامپل</w:t>
      </w:r>
    </w:p>
    <w:p>
      <w:r>
        <w:rPr>
          <w:b/>
        </w:rPr>
        <w:t xml:space="preserve">[16:58] </w:t>
      </w:r>
      <w:r>
        <w:t>hai. Yani zindagi ko agar is tarah batana ho ke negative ko positive mein kaise convert karein.</w:t>
      </w:r>
    </w:p>
    <w:p>
      <w:pPr>
        <w:jc w:val="right"/>
      </w:pPr>
      <w:r>
        <w:t>ہے۔ یعنی زندگی کو اگر اس طرح بتانا ہو کہ نیگیٹیو کو پازیٹیو میں کیسے کنورٹ کریں۔</w:t>
      </w:r>
    </w:p>
    <w:p>
      <w:r>
        <w:rPr>
          <w:b/>
        </w:rPr>
        <w:t xml:space="preserve">[17:07] </w:t>
      </w:r>
      <w:r>
        <w:t>enemy ko friend kaise banayein. Aur difficulties ko kis tarah se opportunity mein convert karein.</w:t>
      </w:r>
    </w:p>
    <w:p>
      <w:pPr>
        <w:jc w:val="right"/>
      </w:pPr>
      <w:r>
        <w:t>اینمی کو فرینڈ کیسے بنائیں۔ اور ڈیفیکلٹیز کو کس طرح سے آپرچونیٹی میں کنورٹ کریں۔</w:t>
      </w:r>
    </w:p>
    <w:p>
      <w:r>
        <w:rPr>
          <w:b/>
        </w:rPr>
        <w:t xml:space="preserve">[17:17] </w:t>
      </w:r>
      <w:r>
        <w:t>Iska example tum ko milega prophet of Islam ke yahan.</w:t>
      </w:r>
    </w:p>
    <w:p>
      <w:pPr>
        <w:jc w:val="right"/>
      </w:pPr>
      <w:r>
        <w:t>اس کا ایگزامپل تم کو ملے گا پرافٹ آف اسلام کے یہاں۔</w:t>
      </w:r>
    </w:p>
    <w:p>
      <w:r>
        <w:rPr>
          <w:b/>
        </w:rPr>
        <w:t xml:space="preserve">[17:25] </w:t>
      </w:r>
      <w:r>
        <w:t>Yeh hai asal Islam.</w:t>
      </w:r>
    </w:p>
    <w:p>
      <w:pPr>
        <w:jc w:val="right"/>
      </w:pPr>
      <w:r>
        <w:t>یہ ہے اصل اسلام۔</w:t>
      </w:r>
    </w:p>
    <w:p>
      <w:r>
        <w:rPr>
          <w:b/>
        </w:rPr>
        <w:t xml:space="preserve">[17:30] </w:t>
      </w:r>
      <w:r>
        <w:t>To media mein jo kuch aata hai main usko baseless nahi manta. Kuch log kehte hain ke media jo hai propaganda karta hai. Nahi media ki koi propaganda ki baat nahi hai.</w:t>
      </w:r>
    </w:p>
    <w:p>
      <w:pPr>
        <w:jc w:val="right"/>
      </w:pPr>
      <w:r>
        <w:t>تو میڈیا میں جو کچھ آتا ہے میں اس کو بیسلیس نہیں مانتا۔ کچھ لوگ کہتے ہیں کہ میڈیا جو ہے پروپیگنڈا کرتا ہے۔ نہیں۔ میڈیا کی کوئی پروپیگنڈے کی بات نہیں ہے۔</w:t>
      </w:r>
    </w:p>
    <w:p>
      <w:r>
        <w:rPr>
          <w:b/>
        </w:rPr>
        <w:t xml:space="preserve">[17:42] </w:t>
      </w:r>
      <w:r>
        <w:t>Sirf itni si baat hai ke media mein jo baat aati hai Islam ke reference mein main kahunga ke woh hai Muslim ke reference mein. Jaise maine arz kiya ke woh jo unka caption lagaya unhone ke "A religion that sanctions violence"</w:t>
      </w:r>
    </w:p>
    <w:p>
      <w:pPr>
        <w:jc w:val="right"/>
      </w:pPr>
      <w:r>
        <w:t>صرف اتنی سی بات ہے کہ میڈیا میں جو بات آتی ہے اسلام کے ریفرنس میں میں کہوں گا کہ وہ ہے مسلم کے ریفرنس میں۔ جیسے میں نے عرض کیا کہ وہ جو ان کا کیپشن لگایا انہوں نے کہ "A religion that sanctions violence"</w:t>
      </w:r>
    </w:p>
    <w:p>
      <w:r>
        <w:rPr>
          <w:b/>
        </w:rPr>
        <w:t xml:space="preserve">[17:59] </w:t>
      </w:r>
      <w:r>
        <w:t>. Kehna yeh chahiye ke "A community who is involved in violence" .</w:t>
      </w:r>
    </w:p>
    <w:p>
      <w:pPr>
        <w:jc w:val="right"/>
      </w:pPr>
      <w:r>
        <w:t>۔ کہنا یہ چاہیے کہ "A community who is involved in violence" ۔</w:t>
      </w:r>
    </w:p>
    <w:p>
      <w:r>
        <w:rPr>
          <w:b/>
        </w:rPr>
        <w:t xml:space="preserve">[18:09] </w:t>
      </w:r>
      <w:r>
        <w:t>To musalmanon ke practice ko Islam bana dena. Saare problem is ki wajah se paida hue hain. Yani Islam to ek science of life hai.</w:t>
      </w:r>
    </w:p>
    <w:p>
      <w:pPr>
        <w:jc w:val="right"/>
      </w:pPr>
      <w:r>
        <w:t>تو مسلمانوں کے پریکٹس کو اسلام بنا دینا۔ سارے پرابلم اس کی وجہ سے پیدا ہوئے ہیں۔ یعنی اسلام تو ایک سائنس آف لائف ہے۔</w:t>
      </w:r>
    </w:p>
    <w:p>
      <w:r>
        <w:rPr>
          <w:b/>
        </w:rPr>
        <w:t xml:space="preserve">[18:20] </w:t>
      </w:r>
      <w:r>
        <w:t>Ek art of life hai. Art of living hai. Kaise hum zindagi ko zyada acha banayein?</w:t>
      </w:r>
    </w:p>
    <w:p>
      <w:pPr>
        <w:jc w:val="right"/>
      </w:pPr>
      <w:r>
        <w:t>ایک آرٹ آف لائف ہے۔ آرٹ آف لیونگ ہے۔ کیسے ہم زندگی کو زیادہ اچھا بنائیں؟</w:t>
      </w:r>
    </w:p>
    <w:p>
      <w:r>
        <w:rPr>
          <w:b/>
        </w:rPr>
        <w:t xml:space="preserve">[18:32] </w:t>
      </w:r>
      <w:r>
        <w:t>Aaj hi mein, hum, main Maulana Zikwan sahib se baat kar raha tha. Ek hadith samne aayi. Batayein kitna bara secret is hadith mein hai.</w:t>
      </w:r>
    </w:p>
    <w:p>
      <w:pPr>
        <w:jc w:val="right"/>
      </w:pPr>
      <w:r>
        <w:t>آج ہی میں، ہم، میں مولانا ذکوان صاحب سے بات کر رہا تھا۔ ایک حدیث سامنے آئی۔ بتائیں کتنا بڑا سیکرٹ اس حدیث میں ہے۔</w:t>
      </w:r>
    </w:p>
    <w:p>
      <w:r>
        <w:rPr>
          <w:b/>
        </w:rPr>
        <w:t xml:space="preserve">[18:42] </w:t>
      </w:r>
      <w:r>
        <w:t>Secret of life. Woh yeh hai ke "Maa alaa man iqtisada".</w:t>
      </w:r>
    </w:p>
    <w:p>
      <w:pPr>
        <w:jc w:val="right"/>
      </w:pPr>
      <w:r>
        <w:t>سیکرٹ آف لائف۔ وہ یہ ہے کہ مَا عَلَىٰ مَنْ اِقْتَصَدَ ۔</w:t>
      </w:r>
    </w:p>
    <w:p>
      <w:r>
        <w:rPr>
          <w:b/>
        </w:rPr>
        <w:t xml:space="preserve">[18:52] </w:t>
      </w:r>
      <w:r>
        <w:t>Choti si batayi ke chota sa ek sentence hai "Maa alaa man iqtisada"</w:t>
      </w:r>
    </w:p>
    <w:p>
      <w:pPr>
        <w:jc w:val="right"/>
      </w:pPr>
      <w:r>
        <w:t>چھوٹی سی بتائی کہ چھوٹا سا ایک سینٹنس ہے۔ مَا عَلَىٰ مَنْ اِقْتَصَدَ</w:t>
      </w:r>
    </w:p>
    <w:p>
      <w:r>
        <w:rPr>
          <w:b/>
        </w:rPr>
        <w:t xml:space="preserve">[18:59] </w:t>
      </w:r>
      <w:r>
        <w:t>. Yani woh aadmi muhtaji, is aadmi ko muhtaji nahi hogi jo maal ko kifayat ke sath kharch kare.</w:t>
      </w:r>
    </w:p>
    <w:p>
      <w:pPr>
        <w:jc w:val="right"/>
      </w:pPr>
      <w:r>
        <w:t>۔ یعنی وہ آدمی محتاجی، اس آدمی کو محتاجی نہیں ہوگی جو مال کو کفایت کے ساتھ خرچ کرے۔</w:t>
      </w:r>
    </w:p>
    <w:p>
      <w:r>
        <w:rPr>
          <w:b/>
        </w:rPr>
        <w:t xml:space="preserve">[19:12] </w:t>
      </w:r>
      <w:r>
        <w:t>"Iqtisada" ke maani hote hain manage karna. Iska matlab yeh hai ke jo aadmi art of money management jaane to woh kabhi bhi poverty ka shikar nahi hoga.</w:t>
      </w:r>
    </w:p>
    <w:p>
      <w:pPr>
        <w:jc w:val="right"/>
      </w:pPr>
      <w:r>
        <w:t>اِقْتَصَدَ کے معنی ہوتے ہیں مینج کرنا۔ اس کا مطلب یہ ہے کہ جو آدمی آرٹ آف منی مینجمنٹ جانے تو وہ کبھی بھی پاورٹی کا شکار نہیں ہوگا۔</w:t>
      </w:r>
    </w:p>
    <w:p>
      <w:r>
        <w:rPr>
          <w:b/>
        </w:rPr>
        <w:t xml:space="preserve">[19:26] </w:t>
      </w:r>
      <w:r>
        <w:t>Us ko kabhi loan lene ki zaroorat nahi padegi.</w:t>
      </w:r>
    </w:p>
    <w:p>
      <w:pPr>
        <w:jc w:val="right"/>
      </w:pPr>
      <w:r>
        <w:t>اس کو کبھی لون لینے کی ضرورت نہیں پڑے گی۔</w:t>
      </w:r>
    </w:p>
    <w:p>
      <w:r>
        <w:rPr>
          <w:b/>
        </w:rPr>
        <w:t xml:space="preserve">[19:30] </w:t>
      </w:r>
      <w:r>
        <w:t>Woh kaise? Aap gaur kijiye ke jo log bhi loan lete hain, jo log bhi pareshaniyon ka shikar hote hain, woh kya hai?</w:t>
      </w:r>
    </w:p>
    <w:p>
      <w:pPr>
        <w:jc w:val="right"/>
      </w:pPr>
      <w:r>
        <w:t>وہ کیسے؟ آپ غور کیجیے کہ جو لوگ بھی لون لیتے ہیں، جو لوگ بھی پریشانیوں کا شکار ہوتے ہیں، وہ کیا ہے؟</w:t>
      </w:r>
    </w:p>
    <w:p>
      <w:r>
        <w:rPr>
          <w:b/>
        </w:rPr>
        <w:t xml:space="preserve">[19:41] </w:t>
      </w:r>
      <w:r>
        <w:t>Un ke haan ek cheez leak kar rahi hogi. Woh hai discontentment. Jitna un ko earning ho rahi hai, us par unhein containment nahi hai.</w:t>
      </w:r>
    </w:p>
    <w:p>
      <w:pPr>
        <w:jc w:val="right"/>
      </w:pPr>
      <w:r>
        <w:t>ان کے ہاں ایک چیز لیک کر رہی ہوگی۔ وہ ہے ڈس کنٹینمنٹ۔ جتنا ان کو ارننگ ہو رہی ہے، اس پر انہیں کنٹینمنٹ نہیں ہے۔</w:t>
      </w:r>
    </w:p>
    <w:p>
      <w:r>
        <w:rPr>
          <w:b/>
        </w:rPr>
        <w:t xml:space="preserve">[19:53] </w:t>
      </w:r>
      <w:r>
        <w:t>Aur aur aur aur ke chakkar mein. Aur ke chakkar mein kya karte hain? Loan lete hain.</w:t>
      </w:r>
    </w:p>
    <w:p>
      <w:pPr>
        <w:jc w:val="right"/>
      </w:pPr>
      <w:r>
        <w:t>اور اور اور اور کے چکر میں۔ اور کے چکر میں کیا کرتے ہیں؟ لون لیتے ہیں۔</w:t>
      </w:r>
    </w:p>
    <w:p>
      <w:r>
        <w:rPr>
          <w:b/>
        </w:rPr>
        <w:t xml:space="preserve">[19:59] </w:t>
      </w:r>
      <w:r>
        <w:t>Aur ke chakkar mein kya karte hain? Ke jump karte hain bara bara. Aur phir us mein baat ko kya hota hai ke museebatein padti hain.</w:t>
      </w:r>
    </w:p>
    <w:p>
      <w:pPr>
        <w:jc w:val="right"/>
      </w:pPr>
      <w:r>
        <w:t>اور کے چکر میں کیا کرتے ہیں؟ کہ جمپ کرتے ہیں بڑا بڑا۔ اور پھر اس میں بات کو کیا ہوتا ہے کہ مصیبتیں پڑتی ہیں۔</w:t>
      </w:r>
    </w:p>
    <w:p>
      <w:r>
        <w:rPr>
          <w:b/>
        </w:rPr>
        <w:t xml:space="preserve">[20:09] </w:t>
      </w:r>
      <w:r>
        <w:t>To art of money management asal cheez hai. Na ke bohat zyada kamana. Yani bohat zyada paisa kamana yeh asal cheez nahi hai.</w:t>
      </w:r>
    </w:p>
    <w:p>
      <w:pPr>
        <w:jc w:val="right"/>
      </w:pPr>
      <w:r>
        <w:t>تو آرٹ آف منی مینجمنٹ اصل چیز ہے۔ نہ کہ بہت زیادہ کمانا۔ یعنی بہت زیادہ پیسہ کمانا یہ اصل چیز نہیں ہے۔</w:t>
      </w:r>
    </w:p>
    <w:p>
      <w:r>
        <w:rPr>
          <w:b/>
        </w:rPr>
        <w:t xml:space="preserve">[20:19] </w:t>
      </w:r>
      <w:r>
        <w:t>Asal cheez hai art of money management. Yani available money ko kaise hum kharch karein? Available money ko.</w:t>
      </w:r>
    </w:p>
    <w:p>
      <w:pPr>
        <w:jc w:val="right"/>
      </w:pPr>
      <w:r>
        <w:t>اصل چیز ہے آرٹ آف منی مینجمنٹ۔ یعنی اویلیبل منی کو کیسے ہم خرچ کریں۔ اویلیبل منی کو۔</w:t>
      </w:r>
    </w:p>
    <w:p>
      <w:r>
        <w:rPr>
          <w:b/>
        </w:rPr>
        <w:t xml:space="preserve">[20:28] </w:t>
      </w:r>
      <w:r>
        <w:t>Available money ko hum kaise kharch karein. Us ko isi ka naam hai art of money management. Mere paas ek sahib aaye, main ek qissa batata hoon ke is se kya mera matlab hai.</w:t>
      </w:r>
    </w:p>
    <w:p>
      <w:pPr>
        <w:jc w:val="right"/>
      </w:pPr>
      <w:r>
        <w:t>اویلیبل منی کو ہم کیسے خرچ کریں۔ اس کو اسی کا نام ہے آرٹ آف منی مینجمنٹ۔ میرے پاس ایک صاحب آئے، میں ایک قصہ بتاتا ہوں کہ اس سے کیا میرا مطلب ہے۔</w:t>
      </w:r>
    </w:p>
    <w:p>
      <w:r>
        <w:rPr>
          <w:b/>
        </w:rPr>
        <w:t xml:space="preserve">[20:40] </w:t>
      </w:r>
      <w:r>
        <w:t>To restart this point, I will narrate this story. Ek sahib aaye mere paas, woh Rampur ke the, woh. To mithai ka ek dibba le aaye.</w:t>
      </w:r>
    </w:p>
    <w:p>
      <w:pPr>
        <w:jc w:val="right"/>
      </w:pPr>
      <w:r>
        <w:t>To restart this point, I will narrate this story. ایک صاحب آئے میرے پاس، وہ رام پور کے تھے، وہ۔ تو مٹھائی کا ایک ڈبہ لے آئے۔</w:t>
      </w:r>
    </w:p>
    <w:p>
      <w:r>
        <w:rPr>
          <w:b/>
        </w:rPr>
        <w:t xml:space="preserve">[20:52] </w:t>
      </w:r>
      <w:r>
        <w:t>Gift ke taur par.</w:t>
      </w:r>
    </w:p>
    <w:p>
      <w:pPr>
        <w:jc w:val="right"/>
      </w:pPr>
      <w:r>
        <w:t>گفٹ کے طور پر۔</w:t>
      </w:r>
    </w:p>
    <w:p>
      <w:r>
        <w:rPr>
          <w:b/>
        </w:rPr>
        <w:t xml:space="preserve">[20:54] </w:t>
      </w:r>
      <w:r>
        <w:t>To unhone kaha ke yeh mithai hai jo hamare haan Rampur mein banti hai. Bohat special samjhi jati hai wahan par. To main buzurgon ke paas jata hoon, aalimon ke paas to yeh le aata hoon packet.</w:t>
      </w:r>
    </w:p>
    <w:p>
      <w:pPr>
        <w:jc w:val="right"/>
      </w:pPr>
      <w:r>
        <w:t>تو انہوں نے کہا کہ یہ مٹھائی ہے جو ہمارے ہاں رام پور میں بنتی ہے۔ بہت اسپیشل سمجھی جاتی ہے وہاں پر۔ تو میں بزرگوں کے پاس جاتا ہوں، عالموں کے پاس تو یہ لے آتا ہوں پیکٹ۔</w:t>
      </w:r>
    </w:p>
    <w:p>
      <w:r>
        <w:rPr>
          <w:b/>
        </w:rPr>
        <w:t xml:space="preserve">[21:07] </w:t>
      </w:r>
      <w:r>
        <w:t>khair, woh baithe. baat cheet mein mujhe pata chala ke woh phir un se unhon ne kaha ke dua kijiye ke mere upar loan hai, loan utar jaye.</w:t>
      </w:r>
    </w:p>
    <w:p>
      <w:pPr>
        <w:jc w:val="right"/>
      </w:pPr>
      <w:r>
        <w:t>خیر، وہ بیٹھے۔ بات چیت میں مجھے پتا چلا کہ وہ پھر ان سے انہوں نے کہا کہ دعا کیجیے کہ میرے اوپر لون ہے، لون اتر جائے۔</w:t>
      </w:r>
    </w:p>
    <w:p>
      <w:r>
        <w:rPr>
          <w:b/>
        </w:rPr>
        <w:t xml:space="preserve">[21:19] </w:t>
      </w:r>
      <w:r>
        <w:t>yani unhon ne mithai ka packet diya. aur kaha ke dua kijiye ke mera loan utar jaye. maine is packet ko taqreeban mara un ko isi packet se.</w:t>
      </w:r>
    </w:p>
    <w:p>
      <w:pPr>
        <w:jc w:val="right"/>
      </w:pPr>
      <w:r>
        <w:t>یعنی انہوں نے مٹھائی کا پیکٹ دیا۔ اور کہا کہ دعا کیجیے کہ میرا لون اتر جائے۔ میں نے اس پیکٹ کو تقریباً مارا ان کو اسی پیکٹ سے۔</w:t>
      </w:r>
    </w:p>
    <w:p>
      <w:r>
        <w:rPr>
          <w:b/>
        </w:rPr>
        <w:t xml:space="preserve">[21:31] </w:t>
      </w:r>
      <w:r>
        <w:t>samajh lijiye. maine kaha ke aap par loan hai to aap yeh gift kyun laye hain? to unhon ne kaha ke main to aise hi le aata hoon.</w:t>
      </w:r>
    </w:p>
    <w:p>
      <w:pPr>
        <w:jc w:val="right"/>
      </w:pPr>
      <w:r>
        <w:t>سمجھ لیجیے۔ میں نے کہا کہ آپ پر لون ہے تو آپ یہ گفٹ کیوں لائے ہیں؟ تو انہوں نے کہا کہ میں تو ایسے ہی لے آتا ہوں۔</w:t>
      </w:r>
    </w:p>
    <w:p>
      <w:r>
        <w:rPr>
          <w:b/>
        </w:rPr>
        <w:t xml:space="preserve">[21:39] </w:t>
      </w:r>
      <w:r>
        <w:t>to woh bhi ghalat karte hain aap. jab loan hai to kisi ko bhi gift mat dijiye. na mujh ko aur na kisi ko.</w:t>
      </w:r>
    </w:p>
    <w:p>
      <w:pPr>
        <w:jc w:val="right"/>
      </w:pPr>
      <w:r>
        <w:t>تو وہ بھی غلط کرتے ہیں آپ۔ جب لون ہے تو کسی کو بھی گفٹ مت دیجیے۔ نہ مجھ کو اور نہ کسی کو۔</w:t>
      </w:r>
    </w:p>
    <w:p>
      <w:r>
        <w:rPr>
          <w:b/>
        </w:rPr>
        <w:t xml:space="preserve">[21:48] </w:t>
      </w:r>
      <w:r>
        <w:t>bohat ziyada hembering ki maine un ki. bohat hembering. maine kaha ke loan se buri koi cheez nahi hai. jaiz cheezon mein sab se buri cheez main loan ko samajhta hoon.</w:t>
      </w:r>
    </w:p>
    <w:p>
      <w:pPr>
        <w:jc w:val="right"/>
      </w:pPr>
      <w:r>
        <w:t>بہت زیادہ ہیمبرنگ کی میں نے ان کی۔ بہت ہیمبرنگ۔ میں نے کہا کہ لون سے بری کوئی چیز نہیں ہے۔ جائز چیزوں میں سب سے بری چیز میں لون کو سمجھتا ہوں۔</w:t>
      </w:r>
    </w:p>
    <w:p>
      <w:r>
        <w:rPr>
          <w:b/>
        </w:rPr>
        <w:t xml:space="preserve">[22:01] </w:t>
      </w:r>
      <w:r>
        <w:t>loan kya karna hai bhai? kam paisa hai, kam kharch kijiye.</w:t>
      </w:r>
    </w:p>
    <w:p>
      <w:pPr>
        <w:jc w:val="right"/>
      </w:pPr>
      <w:r>
        <w:t>لون کیا کرنا ہے بھئی؟ کم پیسہ ہے، کم خرچ کیجیے۔</w:t>
      </w:r>
    </w:p>
    <w:p>
      <w:r>
        <w:rPr>
          <w:b/>
        </w:rPr>
        <w:t xml:space="preserve">[22:09] </w:t>
      </w:r>
      <w:r>
        <w:t>main aik baar to jaunpur mein tha. to mere paas bohat hi kam paisa hua karta tha. yeh azadi se pehle ki baat hai. azadi se pehle ki baat hai.</w:t>
      </w:r>
    </w:p>
    <w:p>
      <w:pPr>
        <w:jc w:val="right"/>
      </w:pPr>
      <w:r>
        <w:t>میں ایک بار تو جون پور میں تھا۔ تو میرے پاس بہت ہی کم پیسہ ہوا کرتا تھا۔ یہ آزادی سے پہلے کی بات ہے۔ آزادی سے پہلے کی بات ہے۔</w:t>
      </w:r>
    </w:p>
    <w:p>
      <w:r>
        <w:rPr>
          <w:b/>
        </w:rPr>
        <w:t xml:space="preserve">[22:19] </w:t>
      </w:r>
      <w:r>
        <w:t>to aap jante hain main kya karta tha wahan? sab se sasta milta tha jo. gehoon manga tha, chawal manga tha.</w:t>
      </w:r>
    </w:p>
    <w:p>
      <w:pPr>
        <w:jc w:val="right"/>
      </w:pPr>
      <w:r>
        <w:t>تو آپ جانتے ہیں میں کیا کرتا تھا وہاں؟ سب سے سستا ملتا تھا جو۔ گیہوں مانگا تھا، چاول مانگا تھا۔</w:t>
      </w:r>
    </w:p>
    <w:p>
      <w:r>
        <w:rPr>
          <w:b/>
        </w:rPr>
        <w:t xml:space="preserve">[22:29] </w:t>
      </w:r>
      <w:r>
        <w:t>to bas gehoon khareedta, is ka is ka atta niklwata, gehoon ka atta. aur sab se sasti sabzi milti thi, woh kya hot</w:t>
      </w:r>
    </w:p>
    <w:p>
      <w:pPr>
        <w:jc w:val="right"/>
      </w:pPr>
      <w:r>
        <w:t>تو بس گیہوں خریدتا، اس کا اس کا آٹا نکلواتا، گیہوں کا آٹا۔ اور سب سے سستی سبزی ملتی تھی، وہ کیا ہوت</w:t>
      </w:r>
    </w:p>
    <w:p>
      <w:r>
        <w:rPr>
          <w:b/>
        </w:rPr>
        <w:t xml:space="preserve">[22:39] </w:t>
      </w:r>
      <w:r>
        <w:t>i thi mujhe yaad nahi hai. koi sabzi jo bazaar mein sab se sasti hoti thi, woh leta. aur jo ki roti pakata main.</w:t>
      </w:r>
    </w:p>
    <w:p>
      <w:pPr>
        <w:jc w:val="right"/>
      </w:pPr>
      <w:r>
        <w:t>ی تھی مجھے یاد نہیں ہے۔ کوئی سبزی جو بازار میں سب سے سستی ہوتی تھی، وہ لیتا۔ اور جو کی روٹی پکاتا میں۔</w:t>
      </w:r>
    </w:p>
    <w:p>
      <w:r>
        <w:rPr>
          <w:b/>
        </w:rPr>
        <w:t xml:space="preserve">[22:49] </w:t>
      </w:r>
      <w:r>
        <w:t>aap ko yaqeen nahi ayega, bila chhane hue main jo ki roti khata tha. kyun ke agar chhan doon main to woh kam ho jayega. meri soch yeh thi ke is is chhilka jo is ka hota hai, jis ko hum bhusi kehte hain, us mein bhi kuch na kuch to ghizaiyat hogi.</w:t>
      </w:r>
    </w:p>
    <w:p>
      <w:pPr>
        <w:jc w:val="right"/>
      </w:pPr>
      <w:r>
        <w:t>آپ کو یقین نہیں آئے گا، بلا چھانے ہوئے میں جو کی روٹی کھاتا تھا۔ کیوں کہ اگر چھان دوں میں تو وہ کم ہو جائے گا۔ میری سوچ یہ تھی کہ اس اس چھلکا جو اس کا ہوتا ہے، جس کو ہم بھوسی کہتے ہیں، اس میں بھی کچھ نہ کچھ تو غذائیت ہوگی۔</w:t>
      </w:r>
    </w:p>
    <w:p>
      <w:r>
        <w:rPr>
          <w:b/>
        </w:rPr>
        <w:t xml:space="preserve">[23:07] </w:t>
      </w:r>
      <w:r>
        <w:t>khuda ne paida kiya hai to kuch na kuch ghizaiyat us ke andar bhi hogi. woh bhi mujhe mil jaye. to bila chhane jo ki roti main bohat dinon tak khata raha.</w:t>
      </w:r>
    </w:p>
    <w:p>
      <w:pPr>
        <w:jc w:val="right"/>
      </w:pPr>
      <w:r>
        <w:t>خدا نے پیدا کیا ہے تو کچھ نہ کچھ غذائیت اس کے اندر بھی ہوگی۔ وہ بھی مجھے مل جائے۔ تو بلا چھانے جو کی روٹی میں بہت دنوں تک کھاتا رہا۔</w:t>
      </w:r>
    </w:p>
    <w:p>
      <w:r>
        <w:rPr>
          <w:b/>
        </w:rPr>
        <w:t xml:space="preserve">[23:17] </w:t>
      </w:r>
      <w:r>
        <w:t>kai mahine tak. aur itna mushkil tha khana is ko ke har har baar jab munh mein dalta tha to pani pi ke utarna padta tha.</w:t>
      </w:r>
    </w:p>
    <w:p>
      <w:pPr>
        <w:jc w:val="right"/>
      </w:pPr>
      <w:r>
        <w:t>کئی مہینے تک۔ اور اتنا مشکل تھا کھانا اس کو کہ ہر ہر بار جب منہ میں ڈالتا تھا تو پانی پی کے اتارنا پڑتا تھا۔</w:t>
      </w:r>
    </w:p>
    <w:p>
      <w:r>
        <w:rPr>
          <w:b/>
        </w:rPr>
        <w:t xml:space="preserve">[23:28] </w:t>
      </w:r>
      <w:r>
        <w:t>pani pi kar ke. lekin maine loan nahi liya. maine loan nahi liya maine. bohat asan tha loan lena.</w:t>
      </w:r>
    </w:p>
    <w:p>
      <w:pPr>
        <w:jc w:val="right"/>
      </w:pPr>
      <w:r>
        <w:t>پانی پی کر کے۔ لیکن میں نے لون نہیں لیا۔ میں نے لون نہیں لیا میں نے۔ بہت آسان تھا لون لینا۔</w:t>
      </w:r>
    </w:p>
    <w:p>
      <w:r>
        <w:rPr>
          <w:b/>
        </w:rPr>
        <w:t xml:space="preserve">[23:37] </w:t>
      </w:r>
      <w:r>
        <w:t>kai log mujh ko jante the wahan par. wahan ke jo arcotray ke officer the, us waqt ke lihaz se bohat bara darja tha un ka.</w:t>
      </w:r>
    </w:p>
    <w:p>
      <w:pPr>
        <w:jc w:val="right"/>
      </w:pPr>
      <w:r>
        <w:t>کئی لوگ مجھ کو جانتے تھے وہاں پر۔ وہاں کے جو آرکٹرائے کے آفیسر تھے، اس وقت کے لحاظ سے بہت بڑا درجہ تھا ان کا۔</w:t>
      </w:r>
    </w:p>
    <w:p>
      <w:r>
        <w:rPr>
          <w:b/>
        </w:rPr>
        <w:t xml:space="preserve">[23:46] </w:t>
      </w:r>
      <w:r>
        <w:t>woh hamare bhai ke bohat hi dost the. woh un se bhi le sakte the qarzah. lekin kisi se mujhe zikr bhi nahi kiya.</w:t>
      </w:r>
    </w:p>
    <w:p>
      <w:pPr>
        <w:jc w:val="right"/>
      </w:pPr>
      <w:r>
        <w:t>وہ ہمارے بھائی کے بہت ہی دوست تھے۔ وہ ان سے بھی لے سکتے تھے قرضہ۔ لیکن کسی سے مجھے ذکر بھی نہیں کیا۔</w:t>
      </w:r>
    </w:p>
    <w:p>
      <w:r>
        <w:rPr>
          <w:b/>
        </w:rPr>
        <w:t xml:space="preserve">[23:57] </w:t>
      </w:r>
      <w:r>
        <w:t>aur jo ki be chhani roti mahinon khata raha. aur har har luqme par pani pi ke utarta tha us ko.</w:t>
      </w:r>
    </w:p>
    <w:p>
      <w:pPr>
        <w:jc w:val="right"/>
      </w:pPr>
      <w:r>
        <w:t>اور جو کی بے چھنی روٹی مہینوں کھاتا رہا۔ اور ہر ہر لقمے پر پانی پی کے اتارتا تھا اس کو۔</w:t>
      </w:r>
    </w:p>
    <w:p>
      <w:r>
        <w:rPr>
          <w:b/>
        </w:rPr>
        <w:t xml:space="preserve">[24:06] </w:t>
      </w:r>
      <w:r>
        <w:t>That is art of money management. to un se main ne kaha jo sahib laye the gift, maine kaha ke dekhiye.</w:t>
      </w:r>
    </w:p>
    <w:p>
      <w:pPr>
        <w:jc w:val="right"/>
      </w:pPr>
      <w:r>
        <w:t>That is art of money management ۔ تو ان سے میں نے کہا جو صاحب لائے تھے گفٹ، میں نے کہا کہ دیکھیے۔</w:t>
      </w:r>
    </w:p>
    <w:p>
      <w:r>
        <w:rPr>
          <w:b/>
        </w:rPr>
        <w:t xml:space="preserve">[24:16] </w:t>
      </w:r>
      <w:r>
        <w:t>aap ko aap aage mere paas kabhi bataiye ga. yeh jo aap ne paisa kharch kiya mere paas anay ka. bus se aaye honge, scooter se aaye honge, taxi se aaye honge, woh paisa bhi aap ne ghalat kharch kiya.</w:t>
      </w:r>
    </w:p>
    <w:p>
      <w:pPr>
        <w:jc w:val="right"/>
      </w:pPr>
      <w:r>
        <w:t>آپ کو آپ آگے میرے پاس کبھی بتائیے گا۔ یہ جو آپ نے پیسہ خرچ کیا میرے پاس آنے کا۔ بس سے آئے ہوں گے، اسکوٹر سے آئے ہوں گے، ٹیکسی سے آئے ہوں گے، وہ پیسہ بھی آپ نے غلط خرچ کیا۔</w:t>
      </w:r>
    </w:p>
    <w:p>
      <w:r>
        <w:rPr>
          <w:b/>
        </w:rPr>
        <w:t xml:space="preserve">[24:30] </w:t>
      </w:r>
      <w:r>
        <w:t>aaj se mere paas aap kabhi milne ke liye na aaiye. jab tak aap ka qarz utar na jaye. aur maine eid anay wali thi, us jaldi baad eid anay wali thi.</w:t>
      </w:r>
    </w:p>
    <w:p>
      <w:pPr>
        <w:jc w:val="right"/>
      </w:pPr>
      <w:r>
        <w:t>آج سے میرے پاس آپ کبھی ملنے کے لیے نہ آئیں۔ جب تک آپ کا قرض اتر نہ جائے۔ اور میں نے عید آنے والی تھی، اس جلدی بعد عید آنے والی تھی۔</w:t>
      </w:r>
    </w:p>
    <w:p>
      <w:r>
        <w:rPr>
          <w:b/>
        </w:rPr>
        <w:t xml:space="preserve">[24:41] </w:t>
      </w:r>
      <w:r>
        <w:t>maine kaha ke aap eid mein aik kapra apne bachon ko nahi banana hai aap ko. eid mein aik paisa kharch nahi karna hai aap ko. maine kaha ghar mein kapre bachon ke paas honge, wohi pehan kar eid kar lenge.</w:t>
      </w:r>
    </w:p>
    <w:p>
      <w:pPr>
        <w:jc w:val="right"/>
      </w:pPr>
      <w:r>
        <w:t>میں نے کہا کہ آپ عید میں ایک کپڑا اپنے بچوں کو نہیں بنانا ہے آپ کو۔ عید میں ایک پیسہ خرچ نہیں کرنا ہے آپ کو۔ میں نے کہا گھر میں کپڑے بچوں کے پاس ہوں گے، وہی پہن کر عید کر لیں گے۔</w:t>
      </w:r>
    </w:p>
    <w:p>
      <w:r>
        <w:rPr>
          <w:b/>
        </w:rPr>
        <w:t xml:space="preserve">[24:55] </w:t>
      </w:r>
      <w:r>
        <w:t>jo pehle hi aap ke paas bachon ke paas kapre hain, wohi pehan kar eid kar lenge woh.</w:t>
      </w:r>
    </w:p>
    <w:p>
      <w:pPr>
        <w:jc w:val="right"/>
      </w:pPr>
      <w:r>
        <w:t>جو پہلے ہی آپ کے پاس بچوں کے پاس کپڑے ہیں، وہی پہن کر عید کر لیں گے وہ۔</w:t>
      </w:r>
    </w:p>
    <w:p>
      <w:r>
        <w:rPr>
          <w:b/>
        </w:rPr>
        <w:t xml:space="preserve">[25:02] </w:t>
      </w:r>
      <w:r>
        <w:t>agar aap wada kijiye. tab to aap mere paas aaiye, tab aap mere paas kabhi bataiye ga. to beharhaal woh molvi aadmi the, madrase ke aadmi the woh.</w:t>
      </w:r>
    </w:p>
    <w:p>
      <w:pPr>
        <w:jc w:val="right"/>
      </w:pPr>
      <w:r>
        <w:t>اگر آپ وعدہ کیجیے۔ تب تو آپ میرے پاس آئیے، تب آپ میرے پاس کبھی بتائیے گا۔ تو بہرحال وہ مولوی آدمی تھے، مدرسے کے آدمی تھے وہ۔</w:t>
      </w:r>
    </w:p>
    <w:p>
      <w:r>
        <w:rPr>
          <w:b/>
        </w:rPr>
        <w:t xml:space="preserve">[25:13] </w:t>
      </w:r>
      <w:r>
        <w:t>madrase ke log thora un mein gharoor hota hai. lekin woh maan gaye meri baat. aur sach much unhon ne aise hi kiya. sara kharcha unhon ne apna band kar diya.</w:t>
      </w:r>
    </w:p>
    <w:p>
      <w:pPr>
        <w:jc w:val="right"/>
      </w:pPr>
      <w:r>
        <w:t>مدرسے کے لوگ تھوڑا ان میں غرور ہوتا ہے۔ لیکن وہ مان گئے میری بات۔ اور سچ مچ انہوں نے ایسے ہی کیا۔ سارا خرچہ انہوں نے اپنا بند کر دیا۔</w:t>
      </w:r>
    </w:p>
    <w:p>
      <w:r>
        <w:rPr>
          <w:b/>
        </w:rPr>
        <w:t xml:space="preserve">[25:24] </w:t>
      </w:r>
      <w:r>
        <w:t>eid mein aik kapra nahi banwaya bachon ko. un ke kai bachhe the. kapra nahi banwaya. kuch nahi.</w:t>
      </w:r>
    </w:p>
    <w:p>
      <w:pPr>
        <w:jc w:val="right"/>
      </w:pPr>
      <w:r>
        <w:t>عید میں ایک کپڑا نہیں بنوایا بچوں کو۔ ان کے کئی بچے تھے۔ کپڑا نہیں بنوایا۔ کچھ نہیں۔</w:t>
      </w:r>
    </w:p>
    <w:p>
      <w:r>
        <w:rPr>
          <w:b/>
        </w:rPr>
        <w:t xml:space="preserve">[25:32] </w:t>
      </w:r>
      <w:r>
        <w:t>aur jaldi baad in ka sara qarz utar gaya. tab unhon ne mujhe telephone kiya. main ne kaha shukr ada kijiye. main ne kaha phir main ne kaha ab ab bhi paisa bachaiye aap.</w:t>
      </w:r>
    </w:p>
    <w:p>
      <w:pPr>
        <w:jc w:val="right"/>
      </w:pPr>
      <w:r>
        <w:t>اور جلدی بعد ان کا سارا قرضہ اتر گیا۔ تب انہوں نے مجھے ٹیلی فون کیا۔ میں نے کہا شکر ادا کیجیے۔ میں نے کہا پھر میں نے کہا اب اب بھی پیسہ بچائیے آپ۔</w:t>
      </w:r>
    </w:p>
    <w:p>
      <w:r>
        <w:rPr>
          <w:b/>
        </w:rPr>
        <w:t xml:space="preserve">[25:43] </w:t>
      </w:r>
      <w:r>
        <w:t>aap ghar kacha bataya tha unhon ne. ghar kacha hai abhi aap ka. barsaat mein tapakta hai. jab tak ghar pakka na ho jaye aap ka, tab tak aap paise ko kahin kharch mat kijiye idhar udhar.</w:t>
      </w:r>
    </w:p>
    <w:p>
      <w:pPr>
        <w:jc w:val="right"/>
      </w:pPr>
      <w:r>
        <w:t>آپ گھر کچا بتایا تھا انہوں نے۔ گھر کچا ہے ابھی آپ کا۔ برسات میں ٹپکتا ہے۔ جب تک گھر پکا نہ ہو جائے آپ کا، تب تک آپ پیسے کو کہیں خرچ مت کیجیے ادھر ادھر۔</w:t>
      </w:r>
    </w:p>
    <w:p>
      <w:r>
        <w:rPr>
          <w:b/>
        </w:rPr>
        <w:t xml:space="preserve">[25:57] </w:t>
      </w:r>
      <w:r>
        <w:t>to yeh hai art of money management. ke jitna paisa dastiyab hai, us ke andar kaam karna.</w:t>
      </w:r>
    </w:p>
    <w:p>
      <w:pPr>
        <w:jc w:val="right"/>
      </w:pPr>
      <w:r>
        <w:t>تو یہ ہے آرٹ آف منی مینجمنٹ۔ کہ جتنا پیسہ دستیاب ہے، اس کے اندر کام کرنا۔</w:t>
      </w:r>
    </w:p>
    <w:p>
      <w:r>
        <w:rPr>
          <w:b/>
        </w:rPr>
        <w:t xml:space="preserve">[26:07] </w:t>
      </w:r>
      <w:r>
        <w:t>log kya karte hain? log sochte hain ke bhai jo ki rotti kaise khai jaye gi? chalo thoda paisa le lete hain kisi se. aur us ke baad qarz, qarz pad gaya to pad gaya.</w:t>
      </w:r>
    </w:p>
    <w:p>
      <w:pPr>
        <w:jc w:val="right"/>
      </w:pPr>
      <w:r>
        <w:t>لوگ کیا کرتے ہیں؟ لوگ سوچتے ہیں کہ بھئی جو کی روٹی کیسے کھائی جائے گی؟ چلو تھوڑا پیسہ لے لیتے ہیں کسی سے۔ اور اس کے بعد قرض، قرض پڑ گیا تو پڑ گیا۔</w:t>
      </w:r>
    </w:p>
    <w:p>
      <w:r>
        <w:rPr>
          <w:b/>
        </w:rPr>
        <w:t xml:space="preserve">[26:17] </w:t>
      </w:r>
      <w:r>
        <w:t>aur us ke baad kya hota hai? ek zehniyat paida hoti hai qarz na dene ki.</w:t>
      </w:r>
    </w:p>
    <w:p>
      <w:pPr>
        <w:jc w:val="right"/>
      </w:pPr>
      <w:r>
        <w:t>اور اس کے بعد کیا ہوتا ہے؟ ایک ذہنیت پیدا ہوتی ہے قرض نہ دینے کی۔</w:t>
      </w:r>
    </w:p>
    <w:p>
      <w:r>
        <w:rPr>
          <w:b/>
        </w:rPr>
        <w:t xml:space="preserve">[26:22] </w:t>
      </w:r>
      <w:r>
        <w:t>wo aur wo to gunah, bohat hi bara gunah hai.</w:t>
      </w:r>
    </w:p>
    <w:p>
      <w:pPr>
        <w:jc w:val="right"/>
      </w:pPr>
      <w:r>
        <w:t>وہ اور وہ تو گناہ، بہت ہی بڑا گناہ ہے۔</w:t>
      </w:r>
    </w:p>
    <w:p>
      <w:r>
        <w:rPr>
          <w:b/>
        </w:rPr>
        <w:t xml:space="preserve">[26:28] </w:t>
      </w:r>
      <w:r>
        <w:t>aur kitne log isi gunah mein mar jate hain. to beharhal yeh jo hadith hai. ma ala man iqtisad.</w:t>
      </w:r>
    </w:p>
    <w:p>
      <w:pPr>
        <w:jc w:val="right"/>
      </w:pPr>
      <w:r>
        <w:t>اور کتنے لوگ اسی گناہ میں مر جاتے ہیں۔ تو بہرحال یہ جو حدیث ہے۔ مَا عَلَىٰ مَنْ اِقْتَصَدَ ۔</w:t>
      </w:r>
    </w:p>
    <w:p>
      <w:r>
        <w:rPr>
          <w:b/>
        </w:rPr>
        <w:t xml:space="preserve">[26:38] </w:t>
      </w:r>
      <w:r>
        <w:t>jo paise ko manage karna jane, wo kabhi muhtaji ka shikar nahi hoga. kyun? wo dastiyab money ke andar wo apna kaam karega.</w:t>
      </w:r>
    </w:p>
    <w:p>
      <w:pPr>
        <w:jc w:val="right"/>
      </w:pPr>
      <w:r>
        <w:t>جو پیسے کو مینج کرنا جانے، وہ کبھی محتاجی کا شکار نہیں ہوگا۔ کیوں؟ وہ دستیاب منی کے اندر وہ اپنا کام کرے گا۔</w:t>
      </w:r>
    </w:p>
    <w:p>
      <w:r>
        <w:rPr>
          <w:b/>
        </w:rPr>
        <w:t xml:space="preserve">[26:49] </w:t>
      </w:r>
      <w:r>
        <w:t>jaisa ke main ne bataya apne bare mein.</w:t>
      </w:r>
    </w:p>
    <w:p>
      <w:pPr>
        <w:jc w:val="right"/>
      </w:pPr>
      <w:r>
        <w:t>جیسا کہ میں نے بتایا اپنے بارے میں۔</w:t>
      </w:r>
    </w:p>
    <w:p>
      <w:r>
        <w:rPr>
          <w:b/>
        </w:rPr>
        <w:t xml:space="preserve">[26:55] </w:t>
      </w:r>
      <w:r>
        <w:t>dastiyab money ke andar wo kaam karega to qarz lene ki zarurat hi kya hai? main ne Khuda ke fazl se poori zindagi isi tarah bitayi hai.</w:t>
      </w:r>
    </w:p>
    <w:p>
      <w:pPr>
        <w:jc w:val="right"/>
      </w:pPr>
      <w:r>
        <w:t>دستیاب منی کے اندر وہ کام کرے گا تو قرض لینے کی ضرورت ہی کیا ہے؟ میں نے خدا کے فضل سے پوری زندگی اسی طرح بتائی ہے۔</w:t>
      </w:r>
    </w:p>
    <w:p>
      <w:r>
        <w:rPr>
          <w:b/>
        </w:rPr>
        <w:t xml:space="preserve">[27:06] </w:t>
      </w:r>
      <w:r>
        <w:t>main qarz nahi leta. chahe musibat uthani pare. musibat uthana yeh kam tareen burai hai.</w:t>
      </w:r>
    </w:p>
    <w:p>
      <w:pPr>
        <w:jc w:val="right"/>
      </w:pPr>
      <w:r>
        <w:t>میں قرض نہیں لیتا۔ چاہے مصیبت اٹھانی پڑے۔ مصیبت اٹھانا یہ کم ترین برائی ہے۔</w:t>
      </w:r>
    </w:p>
    <w:p>
      <w:r>
        <w:rPr>
          <w:b/>
        </w:rPr>
        <w:t xml:space="preserve">[27:15] </w:t>
      </w:r>
      <w:r>
        <w:t>aur qarz lena bara burai hai. yaad rakhiye. koi bhi problem aisa nahi hai jis ko aap manage na kar saken.</w:t>
      </w:r>
    </w:p>
    <w:p>
      <w:pPr>
        <w:jc w:val="right"/>
      </w:pPr>
      <w:r>
        <w:t>اور قرض لینا بڑا برائی ہے۔ یاد رکھیے۔ کوئی بھی پرابلم ایسا نہیں ہے جس کو آپ مینج نہ کر سکیں۔</w:t>
      </w:r>
    </w:p>
    <w:p>
      <w:r>
        <w:rPr>
          <w:b/>
        </w:rPr>
        <w:t xml:space="preserve">[27:24] </w:t>
      </w:r>
      <w:r>
        <w:t>jis problem ko le kar ke aap paisa zyada kharch karte hain. us problem ko manage kar sakte hain aap baghair paisa zyada kharch kiye bhi.</w:t>
      </w:r>
    </w:p>
    <w:p>
      <w:pPr>
        <w:jc w:val="right"/>
      </w:pPr>
      <w:r>
        <w:t>جس پرابلم کو لے کر کے آپ پیسہ زیادہ خرچ کرتے ہیں۔ اس پرابلم کو مینج کر سکتے ہیں آپ بغیر پیسہ زیادہ خرچ کیے بھی۔</w:t>
      </w:r>
    </w:p>
    <w:p>
      <w:r>
        <w:rPr>
          <w:b/>
        </w:rPr>
        <w:t xml:space="preserve">[27:35] </w:t>
      </w:r>
      <w:r>
        <w:t>har problem, har problem, har problem. to yeh dekhiye, main yeh keh raha tha asal mein ke dekhiye. Islam ki jo talimat hain, wo wo science of life hain wo.</w:t>
      </w:r>
    </w:p>
    <w:p>
      <w:pPr>
        <w:jc w:val="right"/>
      </w:pPr>
      <w:r>
        <w:t>ہر پرابلم، ہر پرابلم، ہر پرابلم۔ تو یہ دیکھیے، میں یہ کہہ رہا تھا اصل میں کہ دیکھیے۔ اسلام کی جو تعلیمات ہیں، وہ وہ سائنس آف لائف ہیں وہ۔</w:t>
      </w:r>
    </w:p>
    <w:p>
      <w:r>
        <w:rPr>
          <w:b/>
        </w:rPr>
        <w:t xml:space="preserve">[27:48] </w:t>
      </w:r>
      <w:r>
        <w:t>wo koi maar kaat nahi hai, koi wo ladai bhadai nahi hai, wo koi talwar nahi hai wo.</w:t>
      </w:r>
    </w:p>
    <w:p>
      <w:pPr>
        <w:jc w:val="right"/>
      </w:pPr>
      <w:r>
        <w:t>وہ کوئی مار کاٹ نہیں ہے، کوئی وہ لڑائی بھڑائی نہیں ہے، وہ کوئی تلوار نہیں ہے وہ۔</w:t>
      </w:r>
    </w:p>
    <w:p>
      <w:r>
        <w:rPr>
          <w:b/>
        </w:rPr>
        <w:t xml:space="preserve">[27:54] </w:t>
      </w:r>
      <w:r>
        <w:t>ke aap ke agar aap jitna paisa hai, jo dastiyab money hai aap ka, usi ke andar kaam kijiye. aisi dekhiye ek hadith hai.</w:t>
      </w:r>
    </w:p>
    <w:p>
      <w:pPr>
        <w:jc w:val="right"/>
      </w:pPr>
      <w:r>
        <w:t>کہ آپ کے اگر آپ جتنا پیسہ ہے، جو دستیاب منی ہے آپ کا، اسی کے اندر کام کیجیے۔ ایسی دیکھیے ایک حدیث ہے۔</w:t>
      </w:r>
    </w:p>
    <w:p>
      <w:r>
        <w:rPr>
          <w:b/>
        </w:rPr>
        <w:t xml:space="preserve">[28:04] </w:t>
      </w:r>
      <w:r>
        <w:t>al-ghina ghina al-qalb. ghina ke ma'ni hote hain maldari. paise wala hona.</w:t>
      </w:r>
    </w:p>
    <w:p>
      <w:pPr>
        <w:jc w:val="right"/>
      </w:pPr>
      <w:r>
        <w:t>الغِنَى غِنَى القلب ۔ غِنَى کے معنی ہوتے ہیں مالداری۔ پیسے والا ہونا۔</w:t>
      </w:r>
    </w:p>
    <w:p>
      <w:r>
        <w:rPr>
          <w:b/>
        </w:rPr>
        <w:t xml:space="preserve">[28:14] </w:t>
      </w:r>
      <w:r>
        <w:t>to parha hai ke maldari dil ki maldari hai. maldari hai. kitna chota sa jo sentence hai, lekin itni bari baat is ke andar hai.</w:t>
      </w:r>
    </w:p>
    <w:p>
      <w:pPr>
        <w:jc w:val="right"/>
      </w:pPr>
      <w:r>
        <w:t>تو پڑھا ہے کہ مالداری دل کی مانداری ہے۔ مالداری ہے۔ کتنا چھوٹا سا جو سینٹنس ہے، لیکن اتنی بڑی بات اس کے اندر ہے۔</w:t>
      </w:r>
    </w:p>
    <w:p>
      <w:r>
        <w:rPr>
          <w:b/>
        </w:rPr>
        <w:t xml:space="preserve">[28:25] </w:t>
      </w:r>
      <w:r>
        <w:t>al-ghina ghina al-qalb. maldari dil ki maldari hai. wo kaise? ab kisi ko bhi dekh lijiye. jo contentment ko jis ne liya hoga, wo to peace ke sath hoga.</w:t>
      </w:r>
    </w:p>
    <w:p>
      <w:pPr>
        <w:jc w:val="right"/>
      </w:pPr>
      <w:r>
        <w:t>الغِنَى غِنَى القلب ۔ مالداری دل کی مانداری ہے۔ وہ کیسے؟ اب کسی کو بھی دیکھ لیجیے۔ جو کنٹینمنٹ کو جس نے لیا ہوگا، وہ تو پیس کے ساتھ ہوگا۔</w:t>
      </w:r>
    </w:p>
    <w:p>
      <w:r>
        <w:rPr>
          <w:b/>
        </w:rPr>
        <w:t xml:space="preserve">[28:38] </w:t>
      </w:r>
      <w:r>
        <w:t>aur jis ka hoga ke aur aur aur, wo kabhi peace mein nahi jeeta hoga wo. There is no exception at all.</w:t>
      </w:r>
    </w:p>
    <w:p>
      <w:pPr>
        <w:jc w:val="right"/>
      </w:pPr>
      <w:r>
        <w:t>اور جس کا ہوگا کہ اور اور اور، وہ کبھی پیس میں نہیں جیتا ہوگا وہ۔ There is no exception at all ۔</w:t>
      </w:r>
    </w:p>
    <w:p>
      <w:r>
        <w:rPr>
          <w:b/>
        </w:rPr>
        <w:t xml:space="preserve">[28:48] </w:t>
      </w:r>
      <w:r>
        <w:t>aur paisa, aur paisa, aur paisa, aur aap ko, yani aap ke zehn ko aur zyada problem mein dalta hai. contentment jo hai, isi mein peace of zehn hai.</w:t>
      </w:r>
    </w:p>
    <w:p>
      <w:pPr>
        <w:jc w:val="right"/>
      </w:pPr>
      <w:r>
        <w:t>اور پیسہ، اور پیسہ، اور پیسہ، اور آپ کو، یعنی آپ کے ذہن کو اور زیادہ پرابلم میں ڈالتا ہے۔ کنٹینمنٹ جو ہے، اسی میں پیس آف ذہن ہے۔</w:t>
      </w:r>
    </w:p>
    <w:p>
      <w:r>
        <w:rPr>
          <w:b/>
        </w:rPr>
        <w:t xml:space="preserve">[29:01] </w:t>
      </w:r>
      <w:r>
        <w:t>al-ghina ghina al-qalb. yani contentment jo hai, is mein aap ko peace of zehn milega. jo hai, us par aap ko contentment ho.</w:t>
      </w:r>
    </w:p>
    <w:p>
      <w:pPr>
        <w:jc w:val="right"/>
      </w:pPr>
      <w:r>
        <w:t>الغِنَى غِنَى القلب ۔ یعنی کنٹینمنٹ جو ہے، اس میں آپ کو پیس آف ذہن ملے گا۔ جو ہے، اس پر آپ کو کنٹینمنٹ ہو۔</w:t>
      </w:r>
    </w:p>
    <w:p>
      <w:r>
        <w:rPr>
          <w:b/>
        </w:rPr>
        <w:t xml:space="preserve">[29:13] </w:t>
      </w:r>
      <w:r>
        <w:t>jo hai, us par aap Khuda ka shukr kar saken aap.</w:t>
      </w:r>
    </w:p>
    <w:p>
      <w:pPr>
        <w:jc w:val="right"/>
      </w:pPr>
      <w:r>
        <w:t>جو ہے، اس پر آپ خدا کا شکر کر سکیں آپ۔</w:t>
      </w:r>
    </w:p>
    <w:p>
      <w:r>
        <w:rPr>
          <w:b/>
        </w:rPr>
        <w:t xml:space="preserve">[29:17] </w:t>
      </w:r>
      <w:r>
        <w:t>log kya jante hain? aur kamao, aur kamao, aur kamao. aur kamane ke baad kya hota hai? aaj kal aap dekh rahe hain charon taraf.</w:t>
      </w:r>
    </w:p>
    <w:p>
      <w:pPr>
        <w:jc w:val="right"/>
      </w:pPr>
      <w:r>
        <w:t>لوگ کیا جانتے ہیں؟ اور کماؤ، اور کماؤ، اور کماؤ۔ اور کمانے کے بعد کیا ہوتا ہے؟ آج کل آپ دیکھ رہے ہیں چاروں طرف۔</w:t>
      </w:r>
    </w:p>
    <w:p>
      <w:r>
        <w:rPr>
          <w:b/>
        </w:rPr>
        <w:t xml:space="preserve">[29:26] </w:t>
      </w:r>
      <w:r>
        <w:t>aur kamane ke baad jo hai, bimari. aadmi diabetes ho jata hai. blood pressure badh jata hai. acha, aaj kal bimariyan paida hoti hain.</w:t>
      </w:r>
    </w:p>
    <w:p>
      <w:pPr>
        <w:jc w:val="right"/>
      </w:pPr>
      <w:r>
        <w:t>اور کمانے کے بعد جو ہے، بیماری۔ آدمی ذیابیطس ہو جاتا ہے۔ بلڈ پریشر بڑھ جاتا ہے۔ اچھا، آج کل بیماریاں پیدا ہوتی ہیں۔</w:t>
      </w:r>
    </w:p>
    <w:p>
      <w:r>
        <w:rPr>
          <w:b/>
        </w:rPr>
        <w:t xml:space="preserve">[29:36] </w:t>
      </w:r>
      <w:r>
        <w:t>aur is se bhi bari burai kya hoti hai? har zyada kamane wala ka kya anjam hota hai? apne beton ko tabahi mein dalna.</w:t>
      </w:r>
    </w:p>
    <w:p>
      <w:pPr>
        <w:jc w:val="right"/>
      </w:pPr>
      <w:r>
        <w:t>اور اس سے بھی بڑی برائی کیا ہوتی ہے؟ ہر زیادہ کمانے والا کا کیا انجام ہوتا ہے؟ اپنے بیٹوں کو تباہی میں ڈالنا۔</w:t>
      </w:r>
    </w:p>
    <w:p>
      <w:r>
        <w:rPr>
          <w:b/>
        </w:rPr>
        <w:t xml:space="preserve">[29:48] </w:t>
      </w:r>
      <w:r>
        <w:t>kal mein radio mein sun raha tha ek program. mein radio, all india radio sunta hoon. is mein bata raha tha ke jitne paise wale hain, woh apne bachon ko car de dete hain.</w:t>
      </w:r>
    </w:p>
    <w:p>
      <w:pPr>
        <w:jc w:val="right"/>
      </w:pPr>
      <w:r>
        <w:t>کل میں ریڈیو میں سن رہا تھا ایک پروگرام۔ میں ریڈیو، آل انڈیا ریڈیو سنتا ہوں۔ اس میں بتا رہا تھا کہ جتنے پیسے والے ہیں، وہ اپنے بچوں کو کار دے دیتے ہیں۔</w:t>
      </w:r>
    </w:p>
    <w:p>
      <w:r>
        <w:rPr>
          <w:b/>
        </w:rPr>
        <w:t xml:space="preserve">[29:57] </w:t>
      </w:r>
      <w:r>
        <w:t>woh daudate hain. woh kehte hain, "arey bhai, kya hai? shauq poora kar raha hai." kahin police wale pakad lenge to paisa de denge. is liye kya hota hai ke marte hain isi mein.</w:t>
      </w:r>
    </w:p>
    <w:p>
      <w:pPr>
        <w:jc w:val="right"/>
      </w:pPr>
      <w:r>
        <w:t>وہ دوڑاتے ہیں۔ وہ کہتے ہیں، "ارے بھائی، کیا ہے؟ شوق پورا کر رہا ہے۔" کہیں پولیس والے پکڑ لیں گے تو پیسہ دے دیں گے۔ اس لیے کیا ہوتا ہے کہ مرتے ہیں اسی میں۔</w:t>
      </w:r>
    </w:p>
    <w:p>
      <w:r>
        <w:rPr>
          <w:b/>
        </w:rPr>
        <w:t xml:space="preserve">[30:08] </w:t>
      </w:r>
      <w:r>
        <w:t>in ka zehn kharab hota hai. anarchy aati hai. yaani paisa zyada kamakar ke kya karte hain?</w:t>
      </w:r>
    </w:p>
    <w:p>
      <w:pPr>
        <w:jc w:val="right"/>
      </w:pPr>
      <w:r>
        <w:t>ان کا ذہن خراب ہوتا ہے۔ انارکی آتی ہے۔ یعنی پیسہ زیادہ کما کر کے کیا کرتے ہیں؟</w:t>
      </w:r>
    </w:p>
    <w:p>
      <w:r>
        <w:rPr>
          <w:b/>
        </w:rPr>
        <w:t xml:space="preserve">[30:16] </w:t>
      </w:r>
      <w:r>
        <w:t>bachon ko anarchy late hain. bache achi taleem nahi le paate.</w:t>
      </w:r>
    </w:p>
    <w:p>
      <w:pPr>
        <w:jc w:val="right"/>
      </w:pPr>
      <w:r>
        <w:t>بچوں کو انارکی لاتے ہیں۔ بچے اچھی تعلیم نہیں لے پاتے۔</w:t>
      </w:r>
    </w:p>
    <w:p>
      <w:r>
        <w:rPr>
          <w:b/>
        </w:rPr>
        <w:t xml:space="preserve">[30:23] </w:t>
      </w:r>
      <w:r>
        <w:t>yeh kya hai? zyada paise ka kya faida hai mujhe bataiye. to al-ghina ghina al-qalb. maldari dil ki mandari hai.</w:t>
      </w:r>
    </w:p>
    <w:p>
      <w:pPr>
        <w:jc w:val="right"/>
      </w:pPr>
      <w:r>
        <w:t>یہ کیا ہے؟ زیادہ پیسے کا کیا فائدہ ہے مجھے بتائیے۔ تو الغِنَى غِنَى القلب ۔ مالداری دل کی مانداری ہے۔</w:t>
      </w:r>
    </w:p>
    <w:p>
      <w:r>
        <w:rPr>
          <w:b/>
        </w:rPr>
        <w:t xml:space="preserve">[30:34] </w:t>
      </w:r>
      <w:r>
        <w:t>dil mein aap ki contentment ho. dil mein aap ki qana'at ho. to aap kam mein bhi khush rahenge. aur agar qana'at nahi hai to zyada mein bhi aap pareshan rahenge.</w:t>
      </w:r>
    </w:p>
    <w:p>
      <w:pPr>
        <w:jc w:val="right"/>
      </w:pPr>
      <w:r>
        <w:t>دل میں آپ کی کنٹینمنٹ ہو۔ دل میں آپ کی قناعت ہو۔ تو آپ کم میں بھی خوش رہیں گے۔ اور اگر قناعت نہیں ہے تو زیادہ میں بھی آپ پریشان رہیں گے۔</w:t>
      </w:r>
    </w:p>
    <w:p>
      <w:r>
        <w:rPr>
          <w:b/>
        </w:rPr>
        <w:t xml:space="preserve">[30:47] </w:t>
      </w:r>
      <w:r>
        <w:t>aap bhi pareshan, aap ke bache bhi pareshan. to islam jo hai, woh mein yeh keh raha hoon ke islam art of life hai. art of life hai.</w:t>
      </w:r>
    </w:p>
    <w:p>
      <w:pPr>
        <w:jc w:val="right"/>
      </w:pPr>
      <w:r>
        <w:t>آپ بھی پریشان، آپ کے بچے بھی پریشان۔ تو اسلام جو ہے، وہ میں یہ کہہ رہا ہوں کہ اسلام آرٹ آف لائف ہے۔ آرٹ آف لائف ہے۔</w:t>
      </w:r>
    </w:p>
    <w:p>
      <w:r>
        <w:rPr>
          <w:b/>
        </w:rPr>
        <w:t xml:space="preserve">[30:59] </w:t>
      </w:r>
      <w:r>
        <w:t>isi tarah yeh ek bahut bari cheez hai, yeh bhi abhi. mein barabar sochta rehta hoon quran aur hadith par</w:t>
      </w:r>
    </w:p>
    <w:p>
      <w:pPr>
        <w:jc w:val="right"/>
      </w:pPr>
      <w:r>
        <w:t>اسی طرح یہ ایک بہت بڑی چیز ہے، یہ بھی ابھی۔ میں برابر سوچتا رہتا ہوں قرآن اور حدیث پر</w:t>
      </w:r>
    </w:p>
    <w:p>
      <w:r>
        <w:rPr>
          <w:b/>
        </w:rPr>
        <w:t xml:space="preserve">[31:04] </w:t>
      </w:r>
      <w:r>
        <w:t>. mera zehn jo hai, sach much yeh to sari zindagi mein isi par sochta raha. to quran ki ek ayat hai ke inna ma'al 'usri yusra.</w:t>
      </w:r>
    </w:p>
    <w:p>
      <w:pPr>
        <w:jc w:val="right"/>
      </w:pPr>
      <w:r>
        <w:t>۔ میرا ذہن جو ہے، سچ مچ یہ تو ساری زندگی میں اسی پر سوچتا رہا۔ تو قرآن کی ایک آیت ہے کہ إِنَّ مَعَ الْعُسْرَ يُسْرًا ۔</w:t>
      </w:r>
    </w:p>
    <w:p>
      <w:r>
        <w:rPr>
          <w:b/>
        </w:rPr>
        <w:t xml:space="preserve">[31:21] </w:t>
      </w:r>
      <w:r>
        <w:t>with every hardship there is ease. yeh is ka tarjuma hai. with every hardship there is ease. yaani with every problem there are opportunities.</w:t>
      </w:r>
    </w:p>
    <w:p>
      <w:pPr>
        <w:jc w:val="right"/>
      </w:pPr>
      <w:r>
        <w:t>With every hardship there is ease. یہ اس کا ترجمہ ہے۔ With every hardship there is ease. یعنی With every problem there are opportunities.</w:t>
      </w:r>
    </w:p>
    <w:p>
      <w:r>
        <w:rPr>
          <w:b/>
        </w:rPr>
        <w:t xml:space="preserve">[31:35] </w:t>
      </w:r>
      <w:r>
        <w:t>with every problem there are opportunities. to rasool Allah sal-lal-lahu 'alaihi wa-sallam ne, yaani paighambar, prophet of islam ne is ki jo explain kiya to kaha ke laiyaghlab 'usrun yusra.</w:t>
      </w:r>
    </w:p>
    <w:p>
      <w:pPr>
        <w:jc w:val="right"/>
      </w:pPr>
      <w:r>
        <w:t>With every problem there are opportunities. تو رسول اللہ صلی اللہ علیہ وسلم نے، یعنی پیغمبر، Prophet of Islam نے اس کی جو explain کیا تو کہا کہ لَيْجَغْلَبَ عُسْرٌ يُسْرًا ۔</w:t>
      </w:r>
    </w:p>
    <w:p>
      <w:r>
        <w:rPr>
          <w:b/>
        </w:rPr>
        <w:t xml:space="preserve">[31:51] </w:t>
      </w:r>
      <w:r>
        <w:t>yaani ke problem ek hota hai to opportunity double hoti hai. bari anokhi baat hai yeh. yeh maine kisi kitab mein nahi padhi thi.</w:t>
      </w:r>
    </w:p>
    <w:p>
      <w:pPr>
        <w:jc w:val="right"/>
      </w:pPr>
      <w:r>
        <w:t>یعنی کہ problem ایک ہوتا ہے تو opportunity double ہوتی ہے۔ بڑی انوکھی بات ہے یہ۔ یہ میں نے کسی کتاب میں نہیں پڑھی تھی۔</w:t>
      </w:r>
    </w:p>
    <w:p>
      <w:r>
        <w:rPr>
          <w:b/>
        </w:rPr>
        <w:t xml:space="preserve">[32:02] </w:t>
      </w:r>
      <w:r>
        <w:t>raat din jo sochta hoon mein, is se yeh baatein samajh mein aati hain. yeh bahut anokhi baat hai ke problem ek hai to opportunity double hai.</w:t>
      </w:r>
    </w:p>
    <w:p>
      <w:pPr>
        <w:jc w:val="right"/>
      </w:pPr>
      <w:r>
        <w:t>رات دن جو سوچتا ہوں میں، اس سے یہ باتیں سمجھ میں آتی ہیں۔ یہ بہت انوکھی بات ہے کہ problem ایک ہے تو opportunity double ہے۔</w:t>
      </w:r>
    </w:p>
    <w:p>
      <w:r>
        <w:rPr>
          <w:b/>
        </w:rPr>
        <w:t xml:space="preserve">[32:11] </w:t>
      </w:r>
      <w:r>
        <w:t>kya matlab hai is ka? barson barson sochta raha mein. to mein apni spiritual tree jo mera hai, us ke neeche baitha rehta hoon to mujhe ek inspiration hota hai is mein.</w:t>
      </w:r>
    </w:p>
    <w:p>
      <w:pPr>
        <w:jc w:val="right"/>
      </w:pPr>
      <w:r>
        <w:t>کیا مطلب ہے اس کا؟ برسوں برسوں سوچتا رہا میں۔ تو میں اپنی spiritual tree جو میرا ہے، اس کے نیچے بیٹھا رہتا ہوں تو مجھے ایک inspiration ہوتا ہے اس میں۔</w:t>
      </w:r>
    </w:p>
    <w:p>
      <w:r>
        <w:rPr>
          <w:b/>
        </w:rPr>
        <w:t xml:space="preserve">[32:24] </w:t>
      </w:r>
      <w:r>
        <w:t>to achaanak yeh mere zehn mein aaya. ke ek problem ke sath double opportunity ka matlab kya hai?</w:t>
      </w:r>
    </w:p>
    <w:p>
      <w:pPr>
        <w:jc w:val="right"/>
      </w:pPr>
      <w:r>
        <w:t>تو اچانک یہ میرے ذہن میں آیا۔ کہ ایک problem کے ساتھ double opportunity کا مطلب کیا ہے؟</w:t>
      </w:r>
    </w:p>
    <w:p>
      <w:r>
        <w:rPr>
          <w:b/>
        </w:rPr>
        <w:t xml:space="preserve">[32:32] </w:t>
      </w:r>
      <w:r>
        <w:t>woh yeh hai. problem means challenge. jab problem aaya to aap ke zehn ko challenge diya us ne.</w:t>
      </w:r>
    </w:p>
    <w:p>
      <w:pPr>
        <w:jc w:val="right"/>
      </w:pPr>
      <w:r>
        <w:t>وہ یہ ہے۔ Problem means challenge. جب problem آیا تو آپ کے ذہن کو challenge دیا اس نے۔</w:t>
      </w:r>
    </w:p>
    <w:p>
      <w:r>
        <w:rPr>
          <w:b/>
        </w:rPr>
        <w:t xml:space="preserve">[32:43] </w:t>
      </w:r>
      <w:r>
        <w:t>hamesha wohi hota hai, chahe ek labor class ka aadmi ho ya koi bada aadmi ho. jab problem aayega to us ke zehn ko challenge dega woh.</w:t>
      </w:r>
    </w:p>
    <w:p>
      <w:pPr>
        <w:jc w:val="right"/>
      </w:pPr>
      <w:r>
        <w:t>ہمیشہ وہی ہوتا ہے، چاہے ایک labor class کا آدمی ہو یا کوئی بڑا آدمی ہو۔ جب problem آئے گا تو اس کے ذہن کو challenge دے گا وہ۔</w:t>
      </w:r>
    </w:p>
    <w:p>
      <w:r>
        <w:rPr>
          <w:b/>
        </w:rPr>
        <w:t xml:space="preserve">[32:54] </w:t>
      </w:r>
      <w:r>
        <w:t>to ek to law of nature ke tehat har problem ke sath ek opportunity hoti hai.</w:t>
      </w:r>
    </w:p>
    <w:p>
      <w:pPr>
        <w:jc w:val="right"/>
      </w:pPr>
      <w:r>
        <w:t>تو ایک تو law of nature کے تحت ہر problem کے ساتھ ایک opportunity ہوتی ہے۔</w:t>
      </w:r>
    </w:p>
    <w:p>
      <w:r>
        <w:rPr>
          <w:b/>
        </w:rPr>
        <w:t xml:space="preserve">[33:02] </w:t>
      </w:r>
      <w:r>
        <w:t>to ek jo challenge us ne diya to aap ke zehn ko us ne activate kar diya. brain storming hui. jaise mein is ko aur misaal doon.</w:t>
      </w:r>
    </w:p>
    <w:p>
      <w:pPr>
        <w:jc w:val="right"/>
      </w:pPr>
      <w:r>
        <w:t>تو ایک جو challenge اس نے دیا تو آپ کے ذہن کو اس نے activate کر دیا۔ Brain storming ہوئی۔ جیسے میں اس کو اور مثال دوں۔</w:t>
      </w:r>
    </w:p>
    <w:p>
      <w:r>
        <w:rPr>
          <w:b/>
        </w:rPr>
        <w:t xml:space="preserve">[33:11] </w:t>
      </w:r>
      <w:r>
        <w:t>ke problem ke sath opportunity. ke rasool Allah jab makkah mein aap ne, aap ne apna prophetic mission shuru kiya six hundred ten AD mein.</w:t>
      </w:r>
    </w:p>
    <w:p>
      <w:pPr>
        <w:jc w:val="right"/>
      </w:pPr>
      <w:r>
        <w:t>کہ problem کے ساتھ opportunity۔ کہ رسول اللہ جب مکہ میں آپ نے، آپ نے اپنا prophetic mission شروع کیا six hundred ten AD میں۔</w:t>
      </w:r>
    </w:p>
    <w:p>
      <w:r>
        <w:rPr>
          <w:b/>
        </w:rPr>
        <w:t xml:space="preserve">[33:24] </w:t>
      </w:r>
      <w:r>
        <w:t>to us waqt kya tha? makkah mein ek grand mosque thi.</w:t>
      </w:r>
    </w:p>
    <w:p>
      <w:pPr>
        <w:jc w:val="right"/>
      </w:pPr>
      <w:r>
        <w:t>تو اس وقت کیا تھا؟ مکہ میں ایک grand mosque تھی۔</w:t>
      </w:r>
    </w:p>
    <w:p>
      <w:r>
        <w:rPr>
          <w:b/>
        </w:rPr>
        <w:t xml:space="preserve">[33:30] </w:t>
      </w:r>
      <w:r>
        <w:t>duniya ki sab se pehli mosque. sab se pehli mosque duniya mein banai thi Hazrat Ibrahim prophet the, unhon ne makkah mein banai thi.</w:t>
      </w:r>
    </w:p>
    <w:p>
      <w:pPr>
        <w:jc w:val="right"/>
      </w:pPr>
      <w:r>
        <w:t>دنیا کی سب سے پہلی mosque۔ سب سے پہلی mosque دنیا میں بنائی تھی حضرت ابراہیم Prophet تھے، انہوں نے مکہ میں بنائی تھی۔</w:t>
      </w:r>
    </w:p>
    <w:p>
      <w:r>
        <w:rPr>
          <w:b/>
        </w:rPr>
        <w:t xml:space="preserve">[33:39] </w:t>
      </w:r>
      <w:r>
        <w:t>yeh sab se pehli mosque thi. inna awwal al-baytina li-l-nasi. to jo mosque banai thi unhon ne, ek Khuda ke prayer ke liye, ek Khuda ki ibadat ke liye.</w:t>
      </w:r>
    </w:p>
    <w:p>
      <w:pPr>
        <w:jc w:val="right"/>
      </w:pPr>
      <w:r>
        <w:t>یہ سب سے پہلی mosque تھی۔ إِنَّ أَوَّلَ الْبَيْتِينَ هُوَا لِلنَّاسِ ۔ تو جو mosque بنائی تھی انہوں نے، ایک خدا کے prayer کے لیے، ایک خدا کی عبادت کے لیے۔</w:t>
      </w:r>
    </w:p>
    <w:p>
      <w:r>
        <w:rPr>
          <w:b/>
        </w:rPr>
        <w:t xml:space="preserve">[33:54] </w:t>
      </w:r>
      <w:r>
        <w:t>to baad ko, yaani baad ke jo jo log aaye to un mein aa gayi woh idol worship aa gayi. to idol worship aa gayi to unhon ne masjid ko bana diya,</w:t>
      </w:r>
    </w:p>
    <w:p>
      <w:pPr>
        <w:jc w:val="right"/>
      </w:pPr>
      <w:r>
        <w:t>تو بعد کو، یعنی بعد کے جو جو لوگ آئے تو ان میں آ گئی وہ idol worship آ گئی۔ تو idol worship آ گئی تو انہوں نے مسجد کو بنا دیا،</w:t>
      </w:r>
    </w:p>
    <w:p>
      <w:r>
        <w:rPr>
          <w:b/>
        </w:rPr>
        <w:t xml:space="preserve">[34:07] </w:t>
      </w:r>
      <w:r>
        <w:t>woh but khana bana diya. yani three hundred sixty idol is mein rakh diye Allah ke. to that was a great problem .</w:t>
      </w:r>
    </w:p>
    <w:p>
      <w:pPr>
        <w:jc w:val="right"/>
      </w:pPr>
      <w:r>
        <w:t>وہ بت خانہ بنا دیا۔ یعنی three hundred sixty idol اس میں رکھ دیے اللہ کے۔ تو that was a great problem ۔</w:t>
      </w:r>
    </w:p>
    <w:p>
      <w:r>
        <w:rPr>
          <w:b/>
        </w:rPr>
        <w:t xml:space="preserve">[34:16] </w:t>
      </w:r>
      <w:r>
        <w:t>yani Prophet ka kaam tha ke jis masjid ko Hazrat Ibrahim ne banaya tha, oneness of God ke center ke tor par, yani aik Khuda ki prayer wahan par ho.</w:t>
      </w:r>
    </w:p>
    <w:p>
      <w:pPr>
        <w:jc w:val="right"/>
      </w:pPr>
      <w:r>
        <w:t>یعنی Prophet کا کام تھا کہ جس مسجد کو حضرت ابراہیم نے بنایا تھا، oneness of God کے center کے طور پر، یعنی ایک خدا کی prayer وہاں پر ہو۔</w:t>
      </w:r>
    </w:p>
    <w:p>
      <w:r>
        <w:rPr>
          <w:b/>
        </w:rPr>
        <w:t xml:space="preserve">[34:29] </w:t>
      </w:r>
      <w:r>
        <w:t>isi ke liye banai gayi thi woh masjid. is masjid ko bana diya teen so saath bulton ka center. is se bara problem aur kya ho sakta tha?</w:t>
      </w:r>
    </w:p>
    <w:p>
      <w:pPr>
        <w:jc w:val="right"/>
      </w:pPr>
      <w:r>
        <w:t>اسی کے لیے بنائی گئی تھی وہ مسجد۔ اس مسجد کو بنا دیا تین سو ساٹھ بتوں کا center۔ اس سے بڑا problem اور کیا ہو سکتا تھا؟</w:t>
      </w:r>
    </w:p>
    <w:p>
      <w:r>
        <w:rPr>
          <w:b/>
        </w:rPr>
        <w:t xml:space="preserve">[34:41] </w:t>
      </w:r>
      <w:r>
        <w:t>is problem ke sath opportunity kya thi? jab aap ne ghor kiya.</w:t>
      </w:r>
    </w:p>
    <w:p>
      <w:pPr>
        <w:jc w:val="right"/>
      </w:pPr>
      <w:r>
        <w:t>اس problem کے ساتھ opportunity کیا تھی؟ جب آپ نے غور کیا۔</w:t>
      </w:r>
    </w:p>
    <w:p>
      <w:r>
        <w:rPr>
          <w:b/>
        </w:rPr>
        <w:t xml:space="preserve">[34:47] </w:t>
      </w:r>
      <w:r>
        <w:t>inhi bulton ki wajah se wahan par log aate thay. un ki visit karte thay. un ko pesh karte thay, offering pesh karte thay.</w:t>
      </w:r>
    </w:p>
    <w:p>
      <w:pPr>
        <w:jc w:val="right"/>
      </w:pPr>
      <w:r>
        <w:t>انہی بتوں کی وجہ سے وہاں پر لوگ آتے تھے۔ ان کی visit کرتے تھے۔ ان کو پیش کرتے تھے، آفرنگ پیش کرتے تھے۔</w:t>
      </w:r>
    </w:p>
    <w:p>
      <w:r>
        <w:rPr>
          <w:b/>
        </w:rPr>
        <w:t xml:space="preserve">[34:57] </w:t>
      </w:r>
      <w:r>
        <w:t>wahan un ki daily gathering hoti thi. saare Arab ke but thay yeh. har tribe ka but wahan par rakha hua tha, har tribe ka.</w:t>
      </w:r>
    </w:p>
    <w:p>
      <w:pPr>
        <w:jc w:val="right"/>
      </w:pPr>
      <w:r>
        <w:t>وہاں ان کی daily gathering ہوتی تھی۔ سارے عرب کے بت تھے یہ۔ ہر tribe کا بت وہاں پر رکھا ہوا تھا، ہر tribe کا۔</w:t>
      </w:r>
    </w:p>
    <w:p>
      <w:r>
        <w:rPr>
          <w:b/>
        </w:rPr>
        <w:t xml:space="preserve">[35:06] </w:t>
      </w:r>
      <w:r>
        <w:t>to saal bhar log aate rehte thay. to that was a natural gathering .</w:t>
      </w:r>
    </w:p>
    <w:p>
      <w:pPr>
        <w:jc w:val="right"/>
      </w:pPr>
      <w:r>
        <w:t>تو سال بھر لوگ آتے رہتے تھے۔ تو that was a natural gathering ۔</w:t>
      </w:r>
    </w:p>
    <w:p>
      <w:r>
        <w:rPr>
          <w:b/>
        </w:rPr>
        <w:t xml:space="preserve">[35:13] </w:t>
      </w:r>
      <w:r>
        <w:t>yani is is bulton ki wajah se wahan par automatically aisa hota tha ke wahan par aap ko aik audience mil jata tha. to aap ne bulton ko kuch nahi kaha.</w:t>
      </w:r>
    </w:p>
    <w:p>
      <w:pPr>
        <w:jc w:val="right"/>
      </w:pPr>
      <w:r>
        <w:t>یعنی اس اس بتوں کی وجہ سے وہاں پر automatically ایسا ہوتا تھا کہ وہاں پر آپ کو ایک audience مل جاتا تھا۔ تو آپ نے بتوں کو کچھ نہیں کہا۔</w:t>
      </w:r>
    </w:p>
    <w:p>
      <w:r>
        <w:rPr>
          <w:b/>
        </w:rPr>
        <w:t xml:space="preserve">[35:26] </w:t>
      </w:r>
      <w:r>
        <w:t>thirteen years tak aap rahe Makka mein, thirteen years tak. aap ne kabhi bulton ko touch nahi kiya. aap ne kya kiya?</w:t>
      </w:r>
    </w:p>
    <w:p>
      <w:pPr>
        <w:jc w:val="right"/>
      </w:pPr>
      <w:r>
        <w:t>تھرٹین years تک آپ رہے مکہ میں، تھرٹین years تک۔ آپ نے کبھی بتوں کو touch نہیں کیا۔ آپ نے کیا کیا؟</w:t>
      </w:r>
    </w:p>
    <w:p>
      <w:r>
        <w:rPr>
          <w:b/>
        </w:rPr>
        <w:t xml:space="preserve">[35:34] </w:t>
      </w:r>
      <w:r>
        <w:t>is audience ko aap ne use kiya. address karne ke liye.</w:t>
      </w:r>
    </w:p>
    <w:p>
      <w:pPr>
        <w:jc w:val="right"/>
      </w:pPr>
      <w:r>
        <w:t>اس audience کو آپ نے use کیا۔ Address کرنے کے لیے۔</w:t>
      </w:r>
    </w:p>
    <w:p>
      <w:r>
        <w:rPr>
          <w:b/>
        </w:rPr>
        <w:t xml:space="preserve">[35:40] </w:t>
      </w:r>
      <w:r>
        <w:t>aap wahan jaate thay. bulton ko ignore karte thay. aur is audience ko address karte thay. is tarah Quran ki jo verses aap par reveal hoti thin, us ko sunate thay.</w:t>
      </w:r>
    </w:p>
    <w:p>
      <w:pPr>
        <w:jc w:val="right"/>
      </w:pPr>
      <w:r>
        <w:t>آپ وہاں جاتے تھے۔ بتوں کو ignore کرتے تھے۔ اور اس audience کو address کرتے تھے۔ اس طرح قرآن کی جو verses آپ پر reveal ہوتی تھیں، اس کو سناتے تھے۔</w:t>
      </w:r>
    </w:p>
    <w:p>
      <w:r>
        <w:rPr>
          <w:b/>
        </w:rPr>
        <w:t xml:space="preserve">[35:53] </w:t>
      </w:r>
      <w:r>
        <w:t>yeh tha problem ke sath opportunity. yani yeh problem tha ke wahan par three hundred sixty idol thay. aap opportunity yeh thi.</w:t>
      </w:r>
    </w:p>
    <w:p>
      <w:pPr>
        <w:jc w:val="right"/>
      </w:pPr>
      <w:r>
        <w:t>یہ تھا problem کے ساتھ opportunity۔ یعنی یہ problem تھا کہ وہاں پر three hundred sixty idol تھے۔ آپ opportunity یہ تھی۔</w:t>
      </w:r>
    </w:p>
    <w:p>
      <w:r>
        <w:rPr>
          <w:b/>
        </w:rPr>
        <w:t xml:space="preserve">[36:03] </w:t>
      </w:r>
      <w:r>
        <w:t>to isi ki wajah se wahan aik audience mil raha tha aap ko.</w:t>
      </w:r>
    </w:p>
    <w:p>
      <w:pPr>
        <w:jc w:val="right"/>
      </w:pPr>
      <w:r>
        <w:t>تو اسی کی وجہ سے وہاں ایک audience مل رہا تھا آپ کو۔</w:t>
      </w:r>
    </w:p>
    <w:p>
      <w:r>
        <w:rPr>
          <w:b/>
        </w:rPr>
        <w:t xml:space="preserve">[36:07] </w:t>
      </w:r>
      <w:r>
        <w:t>is ko Quran mein kaha gaya ke with every problem there is an opportunity . to is ko aap ne aur zyada kaha is tareeqay se.</w:t>
      </w:r>
    </w:p>
    <w:p>
      <w:pPr>
        <w:jc w:val="right"/>
      </w:pPr>
      <w:r>
        <w:t>اس کو قرآن میں کہا گیا کہ with every problem there is an opportunity ۔ تو اس کو آپ نے اور زیادہ کہا اس طریقے سے۔</w:t>
      </w:r>
    </w:p>
    <w:p>
      <w:r>
        <w:rPr>
          <w:b/>
        </w:rPr>
        <w:t xml:space="preserve">[36:18] </w:t>
      </w:r>
      <w:r>
        <w:t>ke لَيْجَغْلَبَ عُسْرٌ يُسْرًا . ke problem aik hota hai to opportunity double hoti hai. woh kaise? jab Rasool Allah wahan gaye.</w:t>
      </w:r>
    </w:p>
    <w:p>
      <w:pPr>
        <w:jc w:val="right"/>
      </w:pPr>
      <w:r>
        <w:t>کہ لَيْجَغْلَبَ عُسْرٌ يُسْرًا ۔ کہ problem ایک ہوتا ہے تو opportunity double ہوتی ہے۔ وہ کیسے؟ جب رسول اللہ وہاں گئے۔</w:t>
      </w:r>
    </w:p>
    <w:p>
      <w:r>
        <w:rPr>
          <w:b/>
        </w:rPr>
        <w:t xml:space="preserve">[36:29] </w:t>
      </w:r>
      <w:r>
        <w:t>to aik common aadmi soch nahi sakta tha yeh baat. it requires a brain storming .</w:t>
      </w:r>
    </w:p>
    <w:p>
      <w:pPr>
        <w:jc w:val="right"/>
      </w:pPr>
      <w:r>
        <w:t>تو ایک common آدمی سوچ نہیں سکتا تھا یہ بات۔ It requires a brain storming ۔</w:t>
      </w:r>
    </w:p>
    <w:p>
      <w:r>
        <w:rPr>
          <w:b/>
        </w:rPr>
        <w:t xml:space="preserve">[36:38] </w:t>
      </w:r>
      <w:r>
        <w:t>aaj kal dekhiye jo hai, idhar udhar woh bulton ko todna ko bara kamal samajhte hain. Mahmood but shikan, bare pride ke sath kehte hain Mahmood but shikan.</w:t>
      </w:r>
    </w:p>
    <w:p>
      <w:pPr>
        <w:jc w:val="right"/>
      </w:pPr>
      <w:r>
        <w:t>آج کل دیکھیے جو ہے، ادھر ادھر وہ بتوں کو توڑنا کو بڑا کمال سمجھتے ہیں۔ محمود بت شکن، بڑے pride کے ساتھ کہتے ہیں محمود بت شکن۔</w:t>
      </w:r>
    </w:p>
    <w:p>
      <w:r>
        <w:rPr>
          <w:b/>
        </w:rPr>
        <w:t xml:space="preserve">[36:47] </w:t>
      </w:r>
      <w:r>
        <w:t>ke Mahmood aaya India mein, but toda. halankay us ne aik jhoota kaam kiya. Prophet ke models hat gaye woh. Mahmood jo aaya tha Gujarat mein aur Somnath mein, mandir ko toda tha to bare fakhr ke sath log kehte hain Mahmood but shikan.</w:t>
      </w:r>
    </w:p>
    <w:p>
      <w:pPr>
        <w:jc w:val="right"/>
      </w:pPr>
      <w:r>
        <w:t>کہ محمود آیا انڈیا میں، بت توڑا۔ حالانکہ اس نے ایک جھوٹا کام کیا۔ Prophet کے models ہٹ گئے وہ۔ محمود جو آیا تھا گجرات میں اور سومناتھ میں، مندر کو توڑا تھا تو بڑے فخر کے ساتھ لوگ کہتے ہیں محمود بت شکن۔</w:t>
      </w:r>
    </w:p>
    <w:p>
      <w:r>
        <w:rPr>
          <w:b/>
        </w:rPr>
        <w:t xml:space="preserve">[37:06] </w:t>
      </w:r>
      <w:r>
        <w:t>Mahmood but ko todne wala. kaha jaye ke Mahmood jis ne ke Prophet ke models deviate kiya. yeh kehna chahiye.</w:t>
      </w:r>
    </w:p>
    <w:p>
      <w:pPr>
        <w:jc w:val="right"/>
      </w:pPr>
      <w:r>
        <w:t>محمود بت کو توڑنے والا۔ کہا جائے کہ محمود جس نے کہ Prophet کے models deviate کیا۔ یہ کہنا چاہیے۔</w:t>
      </w:r>
    </w:p>
    <w:p>
      <w:r>
        <w:rPr>
          <w:b/>
        </w:rPr>
        <w:t xml:space="preserve">[37:16] </w:t>
      </w:r>
      <w:r>
        <w:t>jis ne Prophet ke model ko apnaaya nahi. jo Prophet ke model ke khilaf chala, yeh kehna chahiye. yani kya kehte hain Mahmood but shikan. to kyun?</w:t>
      </w:r>
    </w:p>
    <w:p>
      <w:pPr>
        <w:jc w:val="right"/>
      </w:pPr>
      <w:r>
        <w:t>جس نے Prophet کے model کو اپنایا نہیں۔ جو Prophet کے model کے خلاف چلا، یہ کہنا چاہیے۔ یعنی کیا کہتے ہیں محمود بت شکن۔ تو کیوں؟</w:t>
      </w:r>
    </w:p>
    <w:p>
      <w:r>
        <w:rPr>
          <w:b/>
        </w:rPr>
        <w:t xml:space="preserve">[37:26] </w:t>
      </w:r>
      <w:r>
        <w:t>Mahmood ne is par socha nahi ke is ke andar brain storming ho. bas dekha aur laga us ko todne. Rasool Allah ke liye kya hua?</w:t>
      </w:r>
    </w:p>
    <w:p>
      <w:pPr>
        <w:jc w:val="right"/>
      </w:pPr>
      <w:r>
        <w:t>محمود نے اس پر سوچا نہیں کہ اس کے اندر brain storming ہو۔ بس دیکھا اور لگا اس کو توڑنے۔ رسول اللہ کے لیے کیا ہوا؟</w:t>
      </w:r>
    </w:p>
    <w:p>
      <w:r>
        <w:rPr>
          <w:b/>
        </w:rPr>
        <w:t xml:space="preserve">[37:36] </w:t>
      </w:r>
      <w:r>
        <w:t>jab aap gaye wahan par aur dekha ke yahan par but hain. to aik aap ko dikhai pada ke yahan problem hai. is problem se aap ke andar soch jaagi.</w:t>
      </w:r>
    </w:p>
    <w:p>
      <w:pPr>
        <w:jc w:val="right"/>
      </w:pPr>
      <w:r>
        <w:t>جب آپ گئے وہاں پر اور دیکھا کہ یہاں پر بت ہیں۔ تو ایک آپ کو دکھائی پڑا کہ یہاں problem ہے۔ اس problem سے آپ کے اندر سوچ جاگی۔</w:t>
      </w:r>
    </w:p>
    <w:p>
      <w:r>
        <w:rPr>
          <w:b/>
        </w:rPr>
        <w:t xml:space="preserve">[37:46] </w:t>
      </w:r>
      <w:r>
        <w:t>brain storming hui. aap ne ab zehan ko activate kiya. to sochte sochte kya mila?</w:t>
      </w:r>
    </w:p>
    <w:p>
      <w:pPr>
        <w:jc w:val="right"/>
      </w:pPr>
      <w:r>
        <w:t>Brain storming ہوئی۔ آپ نے اب ذہن کو activate کیا۔ تو سوچتے سوچتے کیا ملا؟</w:t>
      </w:r>
    </w:p>
    <w:p>
      <w:r>
        <w:rPr>
          <w:b/>
        </w:rPr>
        <w:t xml:space="preserve">[37:55] </w:t>
      </w:r>
      <w:r>
        <w:t>ke bohat bari discovery aap ko ho gayi.</w:t>
      </w:r>
    </w:p>
    <w:p>
      <w:pPr>
        <w:jc w:val="right"/>
      </w:pPr>
      <w:r>
        <w:t>کہ بہت بڑی discovery آپ کو ہو گئی۔</w:t>
      </w:r>
    </w:p>
    <w:p>
      <w:r>
        <w:rPr>
          <w:b/>
        </w:rPr>
        <w:t xml:space="preserve">[38:00] </w:t>
      </w:r>
      <w:r>
        <w:t>that was a discovery . yani Prophet bhi insan tha hamari taraf</w:t>
      </w:r>
    </w:p>
    <w:p>
      <w:pPr>
        <w:jc w:val="right"/>
      </w:pPr>
      <w:r>
        <w:t>that was a discovery ۔ یعنی Prophet بھی انسان تھا ہماری طرف</w:t>
      </w:r>
    </w:p>
    <w:p>
      <w:r>
        <w:rPr>
          <w:b/>
        </w:rPr>
        <w:t xml:space="preserve">[38:05] </w:t>
      </w:r>
      <w:r>
        <w:t>se, woh koi mechanical way mein nahi in ka kaam hota tha. sochte the, un ke andar brain storming hoti thi. yeh mat samjhiye ke woh bas khuda ki taraf se woh remote control hota tha, bas wohi karte rehte the sirf.</w:t>
      </w:r>
    </w:p>
    <w:p>
      <w:pPr>
        <w:jc w:val="right"/>
      </w:pPr>
      <w:r>
        <w:t>سے، وہ کوئی mechanical way میں نہیں ان کا کام ہوتا تھا۔ سوچتے تھے، ان کے اندر brain storming ہوتی تھی۔ یہ مت سمجھیے کہ وہ بس خدا کی طرف سے وہ remote کنٹرول ہوتا تھا، بس وہی کرتے رہتے تھے صرف۔</w:t>
      </w:r>
    </w:p>
    <w:p>
      <w:r>
        <w:rPr>
          <w:b/>
        </w:rPr>
        <w:t xml:space="preserve">[38:26] </w:t>
      </w:r>
      <w:r>
        <w:t>aisa nahi hota tha.</w:t>
      </w:r>
    </w:p>
    <w:p>
      <w:pPr>
        <w:jc w:val="right"/>
      </w:pPr>
      <w:r>
        <w:t>ایسا نہیں ہوتا تھا۔</w:t>
      </w:r>
    </w:p>
    <w:p>
      <w:r>
        <w:rPr>
          <w:b/>
        </w:rPr>
        <w:t xml:space="preserve">[38:30] </w:t>
      </w:r>
      <w:r>
        <w:t>rasool Allah ek insaan the.</w:t>
      </w:r>
    </w:p>
    <w:p>
      <w:pPr>
        <w:jc w:val="right"/>
      </w:pPr>
      <w:r>
        <w:t>رسول اللہ ایک انسان تھے۔</w:t>
      </w:r>
    </w:p>
    <w:p>
      <w:r>
        <w:rPr>
          <w:b/>
        </w:rPr>
        <w:t xml:space="preserve">[38:34] </w:t>
      </w:r>
      <w:r>
        <w:t>bashar rasoolah . quran majeed mein aaya hua hai. hal kuntu illa basharan rasoolan . woh sab aap par beitta tha jo insaan par beitta hai.</w:t>
      </w:r>
    </w:p>
    <w:p>
      <w:pPr>
        <w:jc w:val="right"/>
      </w:pPr>
      <w:r>
        <w:t>بشر رسولہ ۔ قرآن مجید میں آیا ہوا ہے۔ هَلْ كُنْتُ إِلَّا بَشْرًا رَسُولًا ۔ وہ سب آپ پر بیتتا تھا جو انسان پر بیتتا ہے۔</w:t>
      </w:r>
    </w:p>
    <w:p>
      <w:r>
        <w:rPr>
          <w:b/>
        </w:rPr>
        <w:t xml:space="preserve">[38:44] </w:t>
      </w:r>
      <w:r>
        <w:t>aap ko ghussa bhi aata tha. aap ko bhookh bhi lagti thi. aap ko pyaas bhi lagti thi. ek baar tha, ghoday par phir ghoday par gir bhi pade aap.</w:t>
      </w:r>
    </w:p>
    <w:p>
      <w:pPr>
        <w:jc w:val="right"/>
      </w:pPr>
      <w:r>
        <w:t>آپ کو غصہ بھی آتا تھا۔ آپ کو بھوک بھی لگتی تھی۔ آپ کو پیاس بھی لگتی تھی۔ ایک بار تھا، گھوڑے پر پھر گھوڑے پر گر بھی پڑے آپ۔</w:t>
      </w:r>
    </w:p>
    <w:p>
      <w:r>
        <w:rPr>
          <w:b/>
        </w:rPr>
        <w:t xml:space="preserve">[38:57] </w:t>
      </w:r>
      <w:r>
        <w:t>toh insaan ko jo kuch tajurbe hote hain, woh aap par bhi hue hain. tabhi toh aap model hain.</w:t>
      </w:r>
    </w:p>
    <w:p>
      <w:pPr>
        <w:jc w:val="right"/>
      </w:pPr>
      <w:r>
        <w:t>تو انسان کو جو کچھ تجربے ہوتے ہیں، وہ آپ پر بھی ہوئے ہیں۔ تبھی تو آپ ماڈل ہیں۔</w:t>
      </w:r>
    </w:p>
    <w:p>
      <w:r>
        <w:rPr>
          <w:b/>
        </w:rPr>
        <w:t xml:space="preserve">[39:04] </w:t>
      </w:r>
      <w:r>
        <w:t>hamare model kyun hote hain aap? phir model na hote aap hamare liye. angel hamara model nahi hai. khuda hamara model nahi hai. agar woh, agar woh khuda hote toh hamare model na hote.</w:t>
      </w:r>
    </w:p>
    <w:p>
      <w:pPr>
        <w:jc w:val="right"/>
      </w:pPr>
      <w:r>
        <w:t>ہمارے ماڈل کیوں ہوتے ہیں آپ؟ پھر ماڈل نہ ہوتے آپ ہمارے لیے۔ اینجل ہمارا ماڈل نہیں ہے۔ خدا ہمارا ماڈل نہیں ہے۔ اگر وہ، اگر وہ خدا ہوتے تو ہمارے ماڈل نہ ہوتے۔</w:t>
      </w:r>
    </w:p>
    <w:p>
      <w:r>
        <w:rPr>
          <w:b/>
        </w:rPr>
        <w:t xml:space="preserve">[39:18] </w:t>
      </w:r>
      <w:r>
        <w:t>woh angel hote, tab bhi woh hamare model na hote. woh insaan the. toh yahan par dekhiye, woh apne hi tajurbe ko bata rahe hain.</w:t>
      </w:r>
    </w:p>
    <w:p>
      <w:pPr>
        <w:jc w:val="right"/>
      </w:pPr>
      <w:r>
        <w:t>وہ اینجل ہوتے، تب بھی وہ ہمارے ماڈل نہ ہوتے۔ وہ انسان تھے۔ تو یہاں پر دیکھیے، وہ اپنے ہی تجربے کو بتا رہے ہیں۔</w:t>
      </w:r>
    </w:p>
    <w:p>
      <w:r>
        <w:rPr>
          <w:b/>
        </w:rPr>
        <w:t xml:space="preserve">[39:31] </w:t>
      </w:r>
      <w:r>
        <w:t>ab is ko add karein aap is saari baaton ko ke jab aap wahan gaye aur dekha ke yahan toh problem hai. yahan toh problem hai, kya kya jaye?</w:t>
      </w:r>
    </w:p>
    <w:p>
      <w:pPr>
        <w:jc w:val="right"/>
      </w:pPr>
      <w:r>
        <w:t>اب اس کو add کریں آپ اس ساری باتوں کو کہ جب آپ وہاں گئے اور دیکھا کہ یہاں تو problem ہے۔ یہاں تو problem ہے، کیا کیا جائے؟</w:t>
      </w:r>
    </w:p>
    <w:p>
      <w:r>
        <w:rPr>
          <w:b/>
        </w:rPr>
        <w:t xml:space="preserve">[39:41] </w:t>
      </w:r>
      <w:r>
        <w:t>toh aap ke andar brain storming hui. aap ka zehan activate hua. toh sochte sochte ek bohat bade, ek bohat bada formula discover ho gaya.</w:t>
      </w:r>
    </w:p>
    <w:p>
      <w:pPr>
        <w:jc w:val="right"/>
      </w:pPr>
      <w:r>
        <w:t>تو آپ کے اندر brain storming ہوئی۔ آپ کا ذہن activate ہوا۔ تو سوچتے سوچتے ایک بہت بڑے، ایک بہت بڑا فارمولا discover ہو گیا۔</w:t>
      </w:r>
    </w:p>
    <w:p>
      <w:r>
        <w:rPr>
          <w:b/>
        </w:rPr>
        <w:t xml:space="preserve">[39:52] </w:t>
      </w:r>
      <w:r>
        <w:t>woh formula kya tha?</w:t>
      </w:r>
    </w:p>
    <w:p>
      <w:pPr>
        <w:jc w:val="right"/>
      </w:pPr>
      <w:r>
        <w:t>وہ فارمولا کیا تھا؟</w:t>
      </w:r>
    </w:p>
    <w:p>
      <w:r>
        <w:rPr>
          <w:b/>
        </w:rPr>
        <w:t xml:space="preserve">[39:54] </w:t>
      </w:r>
      <w:r>
        <w:t>ke ignore karo, yani idol ke presence ko ignore karo. aur audience jo wahan aata hai, jo gathering jo hoti hai, us ko avail karo.</w:t>
      </w:r>
    </w:p>
    <w:p>
      <w:pPr>
        <w:jc w:val="right"/>
      </w:pPr>
      <w:r>
        <w:t>کہ ignore کرو، یعنی idol کے presence کو ignore کرو۔ اور audience جو وہاں آتا ہے، جو gathering جو ہوتی ہے، اس کو avail کرو۔</w:t>
      </w:r>
    </w:p>
    <w:p>
      <w:r>
        <w:rPr>
          <w:b/>
        </w:rPr>
        <w:t xml:space="preserve">[40:08] </w:t>
      </w:r>
      <w:r>
        <w:t>is gathering ko avail karo bashor audience ke. toh</w:t>
      </w:r>
    </w:p>
    <w:p>
      <w:pPr>
        <w:jc w:val="right"/>
      </w:pPr>
      <w:r>
        <w:t>اس gathering کو avail کرو بطور audience کے۔ تو</w:t>
      </w:r>
    </w:p>
    <w:p>
      <w:r>
        <w:rPr>
          <w:b/>
        </w:rPr>
        <w:t xml:space="preserve">[40:13] </w:t>
      </w:r>
      <w:r>
        <w:t>ek taraf woh problem ke sath opportunity thi, yani but the toh wahan par gathering thi. aur is ki wajah se aap ke zehan mein brain storming hui.</w:t>
      </w:r>
    </w:p>
    <w:p>
      <w:pPr>
        <w:jc w:val="right"/>
      </w:pPr>
      <w:r>
        <w:t>ایک طرف وہ problem کے ساتھ opportunity تھی، یعنی بت تھے تو وہاں پر gathering تھی۔ اور اس کی وجہ سے آپ کے ذہن میں brain storming ہوئی۔</w:t>
      </w:r>
    </w:p>
    <w:p>
      <w:r>
        <w:rPr>
          <w:b/>
        </w:rPr>
        <w:t xml:space="preserve">[40:24] </w:t>
      </w:r>
      <w:r>
        <w:t>aur ek naya formula discover ho gaya. is liye aap ne kaha ke agar problem ek hoga toh opportunity double hogi.</w:t>
      </w:r>
    </w:p>
    <w:p>
      <w:pPr>
        <w:jc w:val="right"/>
      </w:pPr>
      <w:r>
        <w:t>اور ایک نیا فارمولا discover ہو گیا۔ اس لیے آپ نے کہا کہ اگر problem ایک ہوگا تو opportunity double ہوگی۔</w:t>
      </w:r>
    </w:p>
    <w:p>
      <w:r>
        <w:rPr>
          <w:b/>
        </w:rPr>
        <w:t xml:space="preserve">[40:35] </w:t>
      </w:r>
      <w:r>
        <w:t>ab bataein kitni badi science yeh hai. kitni badi science yeh hai.</w:t>
      </w:r>
    </w:p>
    <w:p>
      <w:pPr>
        <w:jc w:val="right"/>
      </w:pPr>
      <w:r>
        <w:t>اب بتائیں کتنی بڑی سائنس یہ ہے۔ کتنی بڑی سائنس یہ ہے۔</w:t>
      </w:r>
    </w:p>
    <w:p>
      <w:r>
        <w:rPr>
          <w:b/>
        </w:rPr>
        <w:t xml:space="preserve">[40:42] </w:t>
      </w:r>
      <w:r>
        <w:t>saari history mein dekhein, saari history mein log problem se ladna jante the. jis ko dekhiye, problem se lad raha hai woh. top ke log, russo lijiye, mask ko lijiye.</w:t>
      </w:r>
    </w:p>
    <w:p>
      <w:pPr>
        <w:jc w:val="right"/>
      </w:pPr>
      <w:r>
        <w:t>ساری history میں دیکھیں، ساری history میں لوگ problem سے لڑنا جانتے تھے۔ جس کو دیکھیے، problem سے لڑ رہا ہے وہ۔ ٹاپ کے لوگ، روسو لیجیے، ماسک کو لیجیے۔</w:t>
      </w:r>
    </w:p>
    <w:p>
      <w:r>
        <w:rPr>
          <w:b/>
        </w:rPr>
        <w:t xml:space="preserve">[40:55] </w:t>
      </w:r>
      <w:r>
        <w:t>jis ko dekhiye, problem se lad raha hai woh. problem ke sath jo opportunity hai, wohi ke wohi hai woh.</w:t>
      </w:r>
    </w:p>
    <w:p>
      <w:pPr>
        <w:jc w:val="right"/>
      </w:pPr>
      <w:r>
        <w:t>جس کو دیکھیے، problem سے لڑ رہا ہے وہ۔ problem کے ساتھ جو opportunity ہے، وہی کے وہی ہے وہ۔</w:t>
      </w:r>
    </w:p>
    <w:p>
      <w:r>
        <w:rPr>
          <w:b/>
        </w:rPr>
        <w:t xml:space="preserve">[41:04] </w:t>
      </w:r>
      <w:r>
        <w:t>us ko discover nahi kar sake woh. toh kitni badi science hai jo islam ne batai.</w:t>
      </w:r>
    </w:p>
    <w:p>
      <w:pPr>
        <w:jc w:val="right"/>
      </w:pPr>
      <w:r>
        <w:t>اس کو discover نہیں کر سکے وہ۔ تو کتنی بڑی سائنس ہے جو اسلام نے بتائی۔</w:t>
      </w:r>
    </w:p>
    <w:p>
      <w:r>
        <w:rPr>
          <w:b/>
        </w:rPr>
        <w:t xml:space="preserve">[41:11] </w:t>
      </w:r>
      <w:r>
        <w:t>is science ko hum kyun nahi samajh paate? kyunke hum mahmood but shikan ko glorify karte hain. yani obsession hamare andar hai, ek galat obsession.</w:t>
      </w:r>
    </w:p>
    <w:p>
      <w:pPr>
        <w:jc w:val="right"/>
      </w:pPr>
      <w:r>
        <w:t>اس سائنس کو ہم کیوں نہیں سمجھ پاتے؟ کیونکہ ہم محمود بت شکن کو glorify کرتے ہیں۔ یعنی obsession ہمارے اندر ہے، ایک غلط obsession۔</w:t>
      </w:r>
    </w:p>
    <w:p>
      <w:r>
        <w:rPr>
          <w:b/>
        </w:rPr>
        <w:t xml:space="preserve">[41:22] </w:t>
      </w:r>
      <w:r>
        <w:t>ke mahmood ne bada karmana kiya. halanke mahmood ne koi kaam nahi kiya. mahmood rasool Allah ke khilaf chala. use deviate kiya.</w:t>
      </w:r>
    </w:p>
    <w:p>
      <w:pPr>
        <w:jc w:val="right"/>
      </w:pPr>
      <w:r>
        <w:t>کہ محمود نے بڑا کارنامہ کیا۔ حالانکہ محمود نے کوئی کام نہیں کیا۔ محمود رسول اللہ کے خلاف چلا۔ اسے deviate کیا۔</w:t>
      </w:r>
    </w:p>
    <w:p>
      <w:r>
        <w:rPr>
          <w:b/>
        </w:rPr>
        <w:t xml:space="preserve">[41:34] </w:t>
      </w:r>
      <w:r>
        <w:t>toh jab bhi aap dekhiye, jiyenge pride mein, hate mein, arrogance mein, ego mein.</w:t>
      </w:r>
    </w:p>
    <w:p>
      <w:pPr>
        <w:jc w:val="right"/>
      </w:pPr>
      <w:r>
        <w:t>تو جب بھی آپ دیکھیے، جئیں گے pride میں، hate میں، arrogance میں، ego میں۔</w:t>
      </w:r>
    </w:p>
    <w:p>
      <w:r>
        <w:rPr>
          <w:b/>
        </w:rPr>
        <w:t xml:space="preserve">[41:43] </w:t>
      </w:r>
      <w:r>
        <w:t>toh is ki price kya deni padegi? badi badi discovery karne se aap reh jayenge. yaad rakhiye, sab se bada jo insaan ke liye base hai knowledge ka, woh hai modesty.</w:t>
      </w:r>
    </w:p>
    <w:p>
      <w:pPr>
        <w:jc w:val="right"/>
      </w:pPr>
      <w:r>
        <w:t>تو اس کی price کیا دینی پڑے گی؟ بڑی بڑی discovery کرنے سے آپ رہ جائیں گے۔ یاد رکھیے، سب سے بڑا جو انسان کے لیے base ہے knowledge کا، وہ ہے modesty۔</w:t>
      </w:r>
    </w:p>
    <w:p>
      <w:r>
        <w:rPr>
          <w:b/>
        </w:rPr>
        <w:t xml:space="preserve">[42:02] </w:t>
      </w:r>
      <w:r>
        <w:t>modesty. modesty ke baghair koi discovery nahi. modesty ke baghair koi realization nahi.</w:t>
      </w:r>
    </w:p>
    <w:p>
      <w:pPr>
        <w:jc w:val="right"/>
      </w:pPr>
      <w:r>
        <w:t>Modesty۔ Modesty کے بغیر کوئی discovery نہیں۔ Modesty کے بغیر کوئی realization نہیں۔</w:t>
      </w:r>
    </w:p>
    <w:p>
      <w:r>
        <w:rPr>
          <w:b/>
        </w:rPr>
        <w:t xml:space="preserve">[42:12] </w:t>
      </w:r>
      <w:r>
        <w:t>modesty ke baghair koi intellectual development nahi. log kehte hain izzat nafs ek chala hua hai.</w:t>
      </w:r>
    </w:p>
    <w:p>
      <w:pPr>
        <w:jc w:val="right"/>
      </w:pPr>
      <w:r>
        <w:t>Modesty کے بغیر کوئی intellectual development نہیں۔ لوگ کہتے ہیں عزت نفس ایک چلا ہوا ہے۔</w:t>
      </w:r>
    </w:p>
    <w:p>
      <w:r>
        <w:rPr>
          <w:b/>
        </w:rPr>
        <w:t xml:space="preserve">[42:22] </w:t>
      </w:r>
      <w:r>
        <w:t>yani woh self respect. Self respect is only the other name of egoism</w:t>
      </w:r>
    </w:p>
    <w:p>
      <w:pPr>
        <w:jc w:val="right"/>
      </w:pPr>
      <w:r>
        <w:t>یعنی وہ self respect۔ Self respect is only the other name of egoism</w:t>
      </w:r>
    </w:p>
    <w:p>
      <w:r>
        <w:rPr>
          <w:b/>
        </w:rPr>
        <w:t xml:space="preserve">[42:31] </w:t>
      </w:r>
      <w:r>
        <w:t>main self respect ko bilkul jhoota samajhta hoon. Koi cheez nahi, self respect hai. Jahan self respect hoga, kabhi bhi wahan intellectual developer nahi hoga.</w:t>
      </w:r>
    </w:p>
    <w:p>
      <w:pPr>
        <w:jc w:val="right"/>
      </w:pPr>
      <w:r>
        <w:t>۔ میں self respect کو بالکل جھوٹا سمجھتا ہوں۔ کوئی چیز نہیں، self respect ہے۔ جہاں self respect ہوگا، کبھی بھی وہاں intellectual developer نہیں ہوگا۔</w:t>
      </w:r>
    </w:p>
    <w:p>
      <w:r>
        <w:rPr>
          <w:b/>
        </w:rPr>
        <w:t xml:space="preserve">[42:43] </w:t>
      </w:r>
      <w:r>
        <w:t>sab se bari cheez self respect nahi hai. Sab se bari cheez modesty hai. Modesty, modesty, modesty.</w:t>
      </w:r>
    </w:p>
    <w:p>
      <w:pPr>
        <w:jc w:val="right"/>
      </w:pPr>
      <w:r>
        <w:t>سب سے بڑی چیز self respect نہیں ہے۔ سب سے بڑی چیز modesty ہے۔ Modesty, modesty, modesty۔</w:t>
      </w:r>
    </w:p>
    <w:p>
      <w:r>
        <w:rPr>
          <w:b/>
        </w:rPr>
        <w:t xml:space="preserve">[42:54] </w:t>
      </w:r>
      <w:r>
        <w:t>kyun? Modesty jab hogi, dekhen har insaan bohat thora jaanta hai baaton ko.</w:t>
      </w:r>
    </w:p>
    <w:p>
      <w:pPr>
        <w:jc w:val="right"/>
      </w:pPr>
      <w:r>
        <w:t>کیوں؟ Modesty جب ہوگی، دیکھیں ہر انسان بہت تھوڑا جانتا ہے باتوں کو۔</w:t>
      </w:r>
    </w:p>
    <w:p>
      <w:r>
        <w:rPr>
          <w:b/>
        </w:rPr>
        <w:t xml:space="preserve">[43:00] </w:t>
      </w:r>
      <w:r>
        <w:t>koi insaan aisa nahi jo sab baaton ko jaanta ho. To life is a process of discovery.</w:t>
      </w:r>
    </w:p>
    <w:p>
      <w:pPr>
        <w:jc w:val="right"/>
      </w:pPr>
      <w:r>
        <w:t>کوئی انسان ایسا نہیں جو سب باتوں کو جانتا ہو۔ تو life is a process of discovery.</w:t>
      </w:r>
    </w:p>
    <w:p>
      <w:r>
        <w:rPr>
          <w:b/>
        </w:rPr>
        <w:t xml:space="preserve">[43:12] </w:t>
      </w:r>
      <w:r>
        <w:t>Life is a process of discoveries. Zindagi hamari shuru hoti hai, sath sath discovery bhi shuru hoti hai. Mujhe to Khuda ke fazl se har din discovery hoti hai, har din.</w:t>
      </w:r>
    </w:p>
    <w:p>
      <w:pPr>
        <w:jc w:val="right"/>
      </w:pPr>
      <w:r>
        <w:t>Life is a process of discoveries. زندگی ہماری شروع ہوتی ہے، ساتھ ساتھ discovery بھی شروع ہوتی ہے۔ مجھے تو خدا کے فضل سے ہر دن discovery ہوتی ہے، ہر دن۔</w:t>
      </w:r>
    </w:p>
    <w:p>
      <w:r>
        <w:rPr>
          <w:b/>
        </w:rPr>
        <w:t xml:space="preserve">[43:25] </w:t>
      </w:r>
      <w:r>
        <w:t>har din discovery hoti hai. Kyun?</w:t>
      </w:r>
    </w:p>
    <w:p>
      <w:pPr>
        <w:jc w:val="right"/>
      </w:pPr>
      <w:r>
        <w:t>ہر دن discovery ہوتی ہے۔ کیوں؟</w:t>
      </w:r>
    </w:p>
    <w:p>
      <w:r>
        <w:rPr>
          <w:b/>
        </w:rPr>
        <w:t xml:space="preserve">[43:28] </w:t>
      </w:r>
      <w:r>
        <w:t>mere andar kuch bhi complex nahi hai. Main foran kehta hoon I was wrong. Aap dekhen, meri bachchi beti hui hai, Saadia.</w:t>
      </w:r>
    </w:p>
    <w:p>
      <w:pPr>
        <w:jc w:val="right"/>
      </w:pPr>
      <w:r>
        <w:t>میرے اندر کچھ بھی complex نہیں ہے۔ میں فوراً کہتا ہوں I was wrong ۔ آپ دیکھ لیں، میری بچی بیٹی ہوئی ہے، سعدیہ۔</w:t>
      </w:r>
    </w:p>
    <w:p>
      <w:r>
        <w:rPr>
          <w:b/>
        </w:rPr>
        <w:t xml:space="preserve">[43:39] </w:t>
      </w:r>
      <w:r>
        <w:t>hamari bachchi hai. Usay keh dein ke I was wrong. Apni beti se kehta hoon, main Fareeda se I was wrong. Mujhe koi pareshani nahi hoti.</w:t>
      </w:r>
    </w:p>
    <w:p>
      <w:pPr>
        <w:jc w:val="right"/>
      </w:pPr>
      <w:r>
        <w:t>ہماری بچی ہے۔ اسے کہہ دیں کہ I was wrong ۔ اپنی بیٹی سے کہتا ہوں، میں فریدہ سے I was wrong ۔ مجھے کوئی پریشانی نہیں ہوتی۔</w:t>
      </w:r>
    </w:p>
    <w:p>
      <w:r>
        <w:rPr>
          <w:b/>
        </w:rPr>
        <w:t xml:space="preserve">[43:50] </w:t>
      </w:r>
      <w:r>
        <w:t>kyun?</w:t>
      </w:r>
    </w:p>
    <w:p>
      <w:pPr>
        <w:jc w:val="right"/>
      </w:pPr>
      <w:r>
        <w:t>کی</w:t>
      </w:r>
    </w:p>
    <w:p>
      <w:r>
        <w:rPr>
          <w:b/>
        </w:rPr>
        <w:t xml:space="preserve">[43:51] </w:t>
      </w:r>
      <w:r>
        <w:t>jab aap yeh keh dein ke I was wrong. To aap ke liye discovery ka door khul jata hai. Us waqt tak yaad rakhiye, discovery ka door band rahega jab tak aap arrogance mein jee rahe hain.</w:t>
      </w:r>
    </w:p>
    <w:p>
      <w:pPr>
        <w:jc w:val="right"/>
      </w:pPr>
      <w:r>
        <w:t>وں؟ جب آپ یہ کہہ دیں کہ I was wrong ۔ تو آپ کے لیے discovery کا door کھل جاتا ہے۔ اس وقت تک یاد رکھیے، discovery کا door بند رہے گا جب تک آپ arrogance میں جی رہے ہیں۔</w:t>
      </w:r>
    </w:p>
    <w:p>
      <w:r>
        <w:rPr>
          <w:b/>
        </w:rPr>
        <w:t xml:space="preserve">[44:08] </w:t>
      </w:r>
      <w:r>
        <w:t>aur jaise hi aap keh dein ke I was wrong. Is ke baad khul jata hai woh.</w:t>
      </w:r>
    </w:p>
    <w:p>
      <w:pPr>
        <w:jc w:val="right"/>
      </w:pPr>
      <w:r>
        <w:t>اور جیسے ہی آپ کہہ دیں کہ I was wrong ۔ اس کے بعد کھل جاتا ہے وہ۔</w:t>
      </w:r>
    </w:p>
    <w:p>
      <w:r>
        <w:rPr>
          <w:b/>
        </w:rPr>
        <w:t xml:space="preserve">[44:14] </w:t>
      </w:r>
      <w:r>
        <w:t>to agar aap chahte hain ke process of discovery aap ke andar chalta rahe, chalta rahe, chalta rahe. To apne andar modesty paida kijiye.</w:t>
      </w:r>
    </w:p>
    <w:p>
      <w:pPr>
        <w:jc w:val="right"/>
      </w:pPr>
      <w:r>
        <w:t>تو اگر آپ چاہتے ہیں کہ process of discovery آپ کے اندر چلتا رہے، چلتا رہے، چلتا رہے۔ تو اپنے اندر modesty پیدا کیجیے۔</w:t>
      </w:r>
    </w:p>
    <w:p>
      <w:r>
        <w:rPr>
          <w:b/>
        </w:rPr>
        <w:t xml:space="preserve">[44:24] </w:t>
      </w:r>
      <w:r>
        <w:t>I was wrong. Kehne ka jo Hindi mein kehte hain, sahas. Sahas paida kijiye.</w:t>
      </w:r>
    </w:p>
    <w:p>
      <w:pPr>
        <w:jc w:val="right"/>
      </w:pPr>
      <w:r>
        <w:t>I was wrong ۔ کہنے کا جو ہندی میں کہتے ہیں، سہس۔ سہس پیدا کیجیے۔</w:t>
      </w:r>
    </w:p>
    <w:p>
      <w:r>
        <w:rPr>
          <w:b/>
        </w:rPr>
        <w:t xml:space="preserve">[44:32] </w:t>
      </w:r>
      <w:r>
        <w:t>aur dekhiye, is duniya mein sab se bari cheez jo hai, woh hai intellectual discovery.</w:t>
      </w:r>
    </w:p>
    <w:p>
      <w:pPr>
        <w:jc w:val="right"/>
      </w:pPr>
      <w:r>
        <w:t>اور دیکھیے، اس دنیا میں سب سے بڑی چیز جو ہے، وہ ہے intellectual discovery۔</w:t>
      </w:r>
    </w:p>
    <w:p>
      <w:r>
        <w:rPr>
          <w:b/>
        </w:rPr>
        <w:t xml:space="preserve">[44:43] </w:t>
      </w:r>
      <w:r>
        <w:t>kal mere paas ek telephone aaya Hyderabad se. Wahan hamare saathi hain.</w:t>
      </w:r>
    </w:p>
    <w:p>
      <w:pPr>
        <w:jc w:val="right"/>
      </w:pPr>
      <w:r>
        <w:t>کل میرے پاس ایک ٹیلی فون آیا حیدرآباد سے۔ وہاں ہمارے ساتھی ہیں۔</w:t>
      </w:r>
    </w:p>
    <w:p>
      <w:r>
        <w:rPr>
          <w:b/>
        </w:rPr>
        <w:t xml:space="preserve">[44:50] </w:t>
      </w:r>
      <w:r>
        <w:t>aaj ki discovery to meri yeh thi ke ek insaan ko bhi agar tum ne zindagi di to saare insaanon ko zindagi de di aap ne. To is ka matlab kya hai?</w:t>
      </w:r>
    </w:p>
    <w:p>
      <w:pPr>
        <w:jc w:val="right"/>
      </w:pPr>
      <w:r>
        <w:t>آج کی discovery تو میری یہ تھی کہ ایک انسان کو بھی اگر تم نے زندگی دی تو سارے انسانوں کو زندگی دے دی آپ نے۔ تو اس کا معنی کیا ہے؟</w:t>
      </w:r>
    </w:p>
    <w:p>
      <w:r>
        <w:rPr>
          <w:b/>
        </w:rPr>
        <w:t xml:space="preserve">[45:01] </w:t>
      </w:r>
      <w:r>
        <w:t>ke right option liya tum ne. Killing ka option wrong option hai. Woh aadmi jis se tumhein shikayat hai, us ko to mara tum ne, tum ne ghalat option liya.</w:t>
      </w:r>
    </w:p>
    <w:p>
      <w:pPr>
        <w:jc w:val="right"/>
      </w:pPr>
      <w:r>
        <w:t>کہright option لیا تم نے۔ Killing کا option wrong option ہے۔ وہ آدمی جس سے تمہیں شکایت ہے، اس کو تو مارا تم نے، تم نے غلط option لیا۔</w:t>
      </w:r>
    </w:p>
    <w:p>
      <w:r>
        <w:rPr>
          <w:b/>
        </w:rPr>
        <w:t xml:space="preserve">[45:11] </w:t>
      </w:r>
      <w:r>
        <w:t>agar us ko tum ne educate karne ki koshish ki, us ko tum ne sudharne ki koshish ki, to tum ne right option liya. Yeh Quran mein hai.</w:t>
      </w:r>
    </w:p>
    <w:p>
      <w:pPr>
        <w:jc w:val="right"/>
      </w:pPr>
      <w:r>
        <w:t>اگر اس کو تم نے educate کرنے کی کوشش کی، اس کو تم نے سدھارنے کی کوشش کی، تو تم نےright option لیا۔ یہ قرآن میں ہے۔</w:t>
      </w:r>
    </w:p>
    <w:p>
      <w:r>
        <w:rPr>
          <w:b/>
        </w:rPr>
        <w:t xml:space="preserve">[45:22] </w:t>
      </w:r>
      <w:r>
        <w:t>kal meri discovery kya hui? Habib bhai ka telephone aaya. Woh hamare saathi hain, wahan par da'wa work karte hain woh.</w:t>
      </w:r>
    </w:p>
    <w:p>
      <w:pPr>
        <w:jc w:val="right"/>
      </w:pPr>
      <w:r>
        <w:t>کل میری discovery کیا ہوئی؟ حبیب بھائی کا ٹیلی فون آیا۔ وہ ہمارے ساتھی ہیں، وہاں پر دعویٰ work کرتے ہیں وہ۔</w:t>
      </w:r>
    </w:p>
    <w:p>
      <w:r>
        <w:rPr>
          <w:b/>
        </w:rPr>
        <w:t xml:space="preserve">[45:33] </w:t>
      </w:r>
      <w:r>
        <w:t>to unhon ne kaha ke raat ko mujhe ek awaaz bar bar aayi, bar bar aayi.</w:t>
      </w:r>
    </w:p>
    <w:p>
      <w:pPr>
        <w:jc w:val="right"/>
      </w:pPr>
      <w:r>
        <w:t>تو انہوں نے کہا کہ رات کو مجھے ایک آواز بار بار آئی، بار بار آئی۔</w:t>
      </w:r>
    </w:p>
    <w:p>
      <w:r>
        <w:rPr>
          <w:b/>
        </w:rPr>
        <w:t xml:space="preserve">[45:38] </w:t>
      </w:r>
      <w:r>
        <w:t>woh awaaz jo hai, normal aadmi ki awaaz nahi thi. Bari dabang awaaz, bari strong awaaz thi, strong. Woh kehta hai watasi bil haqq.</w:t>
      </w:r>
    </w:p>
    <w:p>
      <w:pPr>
        <w:jc w:val="right"/>
      </w:pPr>
      <w:r>
        <w:t>وہ آواز جو ہے، نارمل آدمی کی آواز نہیں تھی۔ بڑی دبنگ آواز، بڑی strong آواز تھی، strong۔ وہ کہتا ہے وتوسع بالحق ۔</w:t>
      </w:r>
    </w:p>
    <w:p>
      <w:r>
        <w:rPr>
          <w:b/>
        </w:rPr>
        <w:t xml:space="preserve">[45:48] </w:t>
      </w:r>
      <w:r>
        <w:t>ke samjho. Yeh Quran ke ek verse hai watasi bil haqq. To woh aadmi kehta hai, aadmi ya koi bhi awaaz jo hai, ke watasi bil haqq.</w:t>
      </w:r>
    </w:p>
    <w:p>
      <w:pPr>
        <w:jc w:val="right"/>
      </w:pPr>
      <w:r>
        <w:t>کہ کو سمجھو۔ یہ قرآن کے ایک verse ہے وتوسع بالحق ۔ تو وہ آدمی کہتا ہے، آدمی یا کوئی بھی آواز جو ہے، کہ وتوسع بالحق ۔</w:t>
      </w:r>
    </w:p>
    <w:p>
      <w:r>
        <w:rPr>
          <w:b/>
        </w:rPr>
        <w:t xml:space="preserve">[45:58] </w:t>
      </w:r>
      <w:r>
        <w:t>ke samjho. Bohat hi dabang aur strong awaaz mein. To mujhe unhon ne telephone kiya ke is ka kya matlab hai? Watasi bil haqq.</w:t>
      </w:r>
    </w:p>
    <w:p>
      <w:pPr>
        <w:jc w:val="right"/>
      </w:pPr>
      <w:r>
        <w:t>کو سمجھو۔ بہت ہی دبنگ اور strong آواز میں۔ تو مجھے انہوں نے ٹیلی فون کیا کہ اس کا کیا مطلب ہے؟ وتوسع بالحق ۔</w:t>
      </w:r>
    </w:p>
    <w:p>
      <w:r>
        <w:rPr>
          <w:b/>
        </w:rPr>
        <w:t xml:space="preserve">[46:07] </w:t>
      </w:r>
      <w:r>
        <w:t>samjho.</w:t>
      </w:r>
    </w:p>
    <w:p>
      <w:pPr>
        <w:jc w:val="right"/>
      </w:pPr>
      <w:r>
        <w:t>سمجھو۔</w:t>
      </w:r>
    </w:p>
    <w:p>
      <w:r>
        <w:rPr>
          <w:b/>
        </w:rPr>
        <w:t xml:space="preserve">[46:09] </w:t>
      </w:r>
      <w:r>
        <w:t>mujhe par khud bhi clear nahi tha. sab tafsirain dekhen, commentaries jo hain, to us mein bhi kuch clear baat nahi nikli. sochna shuru kiya maine.</w:t>
      </w:r>
    </w:p>
    <w:p>
      <w:pPr>
        <w:jc w:val="right"/>
      </w:pPr>
      <w:r>
        <w:t>مجھ پر خود بھی clear نہیں تھا۔ سب تفسیریں دیکھیں، commentaries جو ہیں، تو اس میں بھی کچھ clear بات نہیں نکلی۔ سوچنا شروع کیا میں نے۔</w:t>
      </w:r>
    </w:p>
    <w:p>
      <w:r>
        <w:rPr>
          <w:b/>
        </w:rPr>
        <w:t xml:space="preserve">[46:20] </w:t>
      </w:r>
      <w:r>
        <w:t>to ek ajib o gharib cheez discover ho gayi. woh kya? yeh aaya hai wa laa si'innal insaana lafi khusr</w:t>
      </w:r>
    </w:p>
    <w:p>
      <w:pPr>
        <w:jc w:val="right"/>
      </w:pPr>
      <w:r>
        <w:t>تو ایک عجیب و غریب چیز discover ہو گئی۔ وہ کیا؟ یہ آیا ہے وَلَا سِئِنَّ الْإِنْسَانَ لَفِي خُسْرٍ</w:t>
      </w:r>
    </w:p>
    <w:p>
      <w:r>
        <w:rPr>
          <w:b/>
        </w:rPr>
        <w:t xml:space="preserve">[46:30] </w:t>
      </w:r>
      <w:r>
        <w:t>illa allazeena aamanu wa amilus saalihaati wa tawaasaw bil haqqi wa tawaasaw bis sabri. ke history is a witness that man is in loss</w:t>
      </w:r>
    </w:p>
    <w:p>
      <w:pPr>
        <w:jc w:val="right"/>
      </w:pPr>
      <w:r>
        <w:t>ۭ إِلَّا الَّذِي نَعْمَنُوا عَوْمَ الْصَّالِحَاتِ وَتَوَاسَعَ بِالْحَقِّ وَتَوَاسَعَ بِالصَّبْرِ ۔ کہ history is a witness that man is in loss</w:t>
      </w:r>
    </w:p>
    <w:p>
      <w:r>
        <w:rPr>
          <w:b/>
        </w:rPr>
        <w:t xml:space="preserve">[46:45] </w:t>
      </w:r>
      <w:r>
        <w:t>ab exception bataya us ke baad. exception kin ka? woh jinhon ne Khuda par ko realize kiya aur us par believe hua un ka.</w:t>
      </w:r>
    </w:p>
    <w:p>
      <w:pPr>
        <w:jc w:val="right"/>
      </w:pPr>
      <w:r>
        <w:t>۔ اب exception بتایا اس کے بعد۔ Exception کن کا؟ وہ جنہوں نے خدا پر کو realize کیا اور اس پر believe ہوا ان کا۔</w:t>
      </w:r>
    </w:p>
    <w:p>
      <w:r>
        <w:rPr>
          <w:b/>
        </w:rPr>
        <w:t xml:space="preserve">[46:56] </w:t>
      </w:r>
      <w:r>
        <w:t>aur doosre jinhon ne good deed ki. aur teesra yeh bataya. ke haq ki tawaasi ki unhon ne.</w:t>
      </w:r>
    </w:p>
    <w:p>
      <w:pPr>
        <w:jc w:val="right"/>
      </w:pPr>
      <w:r>
        <w:t>اور دوسرے جنہوں نے good deed کیے۔ اور تیسرا یہ بتایا۔ کہ حق کی تواسی کی انہوں نے۔</w:t>
      </w:r>
    </w:p>
    <w:p>
      <w:r>
        <w:rPr>
          <w:b/>
        </w:rPr>
        <w:t xml:space="preserve">[47:06] </w:t>
      </w:r>
      <w:r>
        <w:t>ab arabi zaban mein dekhiye, tawaasi ke ma'ne hote hain. ke ya'ni tawaasi ke ma'ne hote hain ek doosre se kehna.</w:t>
      </w:r>
    </w:p>
    <w:p>
      <w:pPr>
        <w:jc w:val="right"/>
      </w:pPr>
      <w:r>
        <w:t>اب عربی زبان میں دیکھیے، تواسی کے معنی ہوتے ہیں۔ کہ یعنی تواسی کے معنی ہوتے ہیں ایک دوسرے سے کہنا۔</w:t>
      </w:r>
    </w:p>
    <w:p>
      <w:r>
        <w:rPr>
          <w:b/>
        </w:rPr>
        <w:t xml:space="preserve">[47:16] </w:t>
      </w:r>
      <w:r>
        <w:t>agar</w:t>
      </w:r>
    </w:p>
    <w:p>
      <w:pPr>
        <w:jc w:val="right"/>
      </w:pPr>
      <w:r>
        <w:t>اگر</w:t>
      </w:r>
    </w:p>
    <w:p>
      <w:r>
        <w:rPr>
          <w:b/>
        </w:rPr>
        <w:t xml:space="preserve">[47:17] </w:t>
      </w:r>
      <w:r>
        <w:t>mein kahoon ke da'wa work jise hum bolte hain, da'wa work jo hai, mein kahoon kisi se kisi ko sunne ke liye. ya'ni unilateral address ko da'wa work kehte hain.</w:t>
      </w:r>
    </w:p>
    <w:p>
      <w:pPr>
        <w:jc w:val="right"/>
      </w:pPr>
      <w:r>
        <w:t>میں کہوں کہ دعویٰ work جسے ہم بولتے ہیں، دعویٰ work جو ہے، میں کہوں کسی سے کسی کو سننے کے لیے۔ یعنی unilateral address کو دعویٰ work کہتے ہیں۔</w:t>
      </w:r>
    </w:p>
    <w:p>
      <w:r>
        <w:rPr>
          <w:b/>
        </w:rPr>
        <w:t xml:space="preserve">[47:29] </w:t>
      </w:r>
      <w:r>
        <w:t>lekin tawaasi jo hai, woh woh bilateral baat cheet ka, bilateral conversation ka naam hai. tawaasi ke ma'ne hain bilateral conversation.</w:t>
      </w:r>
    </w:p>
    <w:p>
      <w:pPr>
        <w:jc w:val="right"/>
      </w:pPr>
      <w:r>
        <w:t>لیکن تواسی جو ہے، وہ وہ bilateral بات چیت کا، bilateral conversation کا نام ہے۔ تواسی کے معنی ہیں bilateral conversation۔</w:t>
      </w:r>
    </w:p>
    <w:p>
      <w:r>
        <w:rPr>
          <w:b/>
        </w:rPr>
        <w:t xml:space="preserve">[47:40] </w:t>
      </w:r>
      <w:r>
        <w:t>ab is se ek ajib o gharib baat meri samajh mein aa gayi. ke teen cheezein chahiye insaan ko. imaan, amal saaleh aur intellectual exchange.</w:t>
      </w:r>
    </w:p>
    <w:p>
      <w:pPr>
        <w:jc w:val="right"/>
      </w:pPr>
      <w:r>
        <w:t>اب اس سے ایک عجیب و غریب بات میری سمجھ میں آ گئی۔ کہ تین چیزیں چاہیے انسان کو۔ ایمان، عمل صالح اور intellectual exchange۔</w:t>
      </w:r>
    </w:p>
    <w:p>
      <w:r>
        <w:rPr>
          <w:b/>
        </w:rPr>
        <w:t xml:space="preserve">[47:52] </w:t>
      </w:r>
      <w:r>
        <w:t>yeh tawaasi jo hai, woh hai intellectual exchange. is se kya hota hai? Intellectual development hota hai. to is mein, is aayat mein teen cheezein hain.</w:t>
      </w:r>
    </w:p>
    <w:p>
      <w:pPr>
        <w:jc w:val="right"/>
      </w:pPr>
      <w:r>
        <w:t>یہ تواسی جو ہے، وہ ہے intellectual exchange۔ اس سے کیا ہوتا ہے؟ Intellectual development ہوتا ہے۔ تو اس میں، اس آیت میں تین چیزیں ہیں۔</w:t>
      </w:r>
    </w:p>
    <w:p>
      <w:r>
        <w:rPr>
          <w:b/>
        </w:rPr>
        <w:t xml:space="preserve">[48:05] </w:t>
      </w:r>
      <w:r>
        <w:t>imaan, amal saaleh aur tawaasi.</w:t>
      </w:r>
    </w:p>
    <w:p>
      <w:pPr>
        <w:jc w:val="right"/>
      </w:pPr>
      <w:r>
        <w:t>ایمان، عمل صالح اور تواسی۔</w:t>
      </w:r>
    </w:p>
    <w:p>
      <w:r>
        <w:rPr>
          <w:b/>
        </w:rPr>
        <w:t xml:space="preserve">[48:09] </w:t>
      </w:r>
      <w:r>
        <w:t>imaan ka matlab hai realization of God. imaan means realization of God.</w:t>
      </w:r>
    </w:p>
    <w:p>
      <w:pPr>
        <w:jc w:val="right"/>
      </w:pPr>
      <w:r>
        <w:t>ایمان کا مطلب ہے realization of God۔ ایمان means realization of God ۔</w:t>
      </w:r>
    </w:p>
    <w:p>
      <w:r>
        <w:rPr>
          <w:b/>
        </w:rPr>
        <w:t xml:space="preserve">[48:20] </w:t>
      </w:r>
      <w:r>
        <w:t>amal saaleh ka matlab hai good deed. good deed.</w:t>
      </w:r>
    </w:p>
    <w:p>
      <w:pPr>
        <w:jc w:val="right"/>
      </w:pPr>
      <w:r>
        <w:t>عمل صالح کا مطلب ہے good deed۔ Good deed۔</w:t>
      </w:r>
    </w:p>
    <w:p>
      <w:r>
        <w:rPr>
          <w:b/>
        </w:rPr>
        <w:t xml:space="preserve">[48:27] </w:t>
      </w:r>
      <w:r>
        <w:t>achhe kaam karna. aur teesri cheez jo hai, woh hai intellectual exchange.</w:t>
      </w:r>
    </w:p>
    <w:p>
      <w:pPr>
        <w:jc w:val="right"/>
      </w:pPr>
      <w:r>
        <w:t>اچھے کام کرنا۔ اور تیسری چیز جو ہے، وہ ہے intellectual exchange۔</w:t>
      </w:r>
    </w:p>
    <w:p>
      <w:r>
        <w:rPr>
          <w:b/>
        </w:rPr>
        <w:t xml:space="preserve">[48:34] </w:t>
      </w:r>
      <w:r>
        <w:t>ya'ni sachai ko subject of conversation banana. to jab aap da'wa work karte hain to woh, woh ek qism ka monologue hota hai.</w:t>
      </w:r>
    </w:p>
    <w:p>
      <w:pPr>
        <w:jc w:val="right"/>
      </w:pPr>
      <w:r>
        <w:t>یعنی سچائی کو subject of conversation بنانا۔ تو جب آپ دعویٰ work کرتے ہیں تو وہ، وہ ایک قسم کا monologue ہوتا ہے۔</w:t>
      </w:r>
    </w:p>
    <w:p>
      <w:r>
        <w:rPr>
          <w:b/>
        </w:rPr>
        <w:t xml:space="preserve">[48:46] </w:t>
      </w:r>
      <w:r>
        <w:t>aur tawaasi ka matlab hai dialogue. dialogue. is ma'ne hain ke imaan aur amal saaleh aur dialogue.</w:t>
      </w:r>
    </w:p>
    <w:p>
      <w:pPr>
        <w:jc w:val="right"/>
      </w:pPr>
      <w:r>
        <w:t>اور تواسی کا مطلب ہے dialogue۔ Dialogue۔ اس معنی ہیں کہ ایمان اور عمل صالح اور dialogue۔</w:t>
      </w:r>
    </w:p>
    <w:p>
      <w:r>
        <w:rPr>
          <w:b/>
        </w:rPr>
        <w:t xml:space="preserve">[48:58] </w:t>
      </w:r>
      <w:r>
        <w:t>dialogue ke through kya hota hai? imaan badhta hai. Intellectual development jis ko mein kehta hoon.</w:t>
      </w:r>
    </w:p>
    <w:p>
      <w:pPr>
        <w:jc w:val="right"/>
      </w:pPr>
      <w:r>
        <w:t>Dialogue کے through کیا ہوتا ہے؟ ایمان بڑھتا ہے۔ Intellectual development جس کو میں کہتا ہوں۔</w:t>
      </w:r>
    </w:p>
    <w:p>
      <w:r>
        <w:rPr>
          <w:b/>
        </w:rPr>
        <w:t xml:space="preserve">[49:05] </w:t>
      </w:r>
      <w:r>
        <w:t>ya'ni agar sahi, sachi spirit ke saath dialogue kiya jaye. ek to dialogue hota hai apne, apne pride ko establish karne ke liye.</w:t>
      </w:r>
    </w:p>
    <w:p>
      <w:pPr>
        <w:jc w:val="right"/>
      </w:pPr>
      <w:r>
        <w:t>یعنی اگر صحیح، سچی spirit کے ساتھ dialogue کیا جائے۔ ایک تو dialogue ہوتا ہے اپنے، اپنے pride کو establish کرنے کے لیے۔</w:t>
      </w:r>
    </w:p>
    <w:p>
      <w:r>
        <w:rPr>
          <w:b/>
        </w:rPr>
        <w:t xml:space="preserve">[49:15] </w:t>
      </w:r>
      <w:r>
        <w:t>kisi ko harane ke liye. apne ko jeetne ke liye, doosre ko harane ke liye. yeh dialogue nahi hai. yeh to kashti hai. wrestling hai.</w:t>
      </w:r>
    </w:p>
    <w:p>
      <w:pPr>
        <w:jc w:val="right"/>
      </w:pPr>
      <w:r>
        <w:t>کسی کو ہرانے کے لیے۔ اپنے کو جیتنے کے لیے، دوسرے کو ہرانے کے لیے۔ یہ dialogue نہیں ہے۔ یہ تو کشتی ہے۔ Wrestling ہے۔</w:t>
      </w:r>
    </w:p>
    <w:p>
      <w:r>
        <w:rPr>
          <w:b/>
        </w:rPr>
        <w:t xml:space="preserve">[49:26] </w:t>
      </w:r>
      <w:r>
        <w:t>dekhiye, intellectual wrestling alag, alag cheez hai woh. debate kya hai? Intellectual wrestling.</w:t>
      </w:r>
    </w:p>
    <w:p>
      <w:pPr>
        <w:jc w:val="right"/>
      </w:pPr>
      <w:r>
        <w:t>دیکھیے، intellectual wrestling الگ، الگ چیز ہے وہ۔ Debate کیا ہے؟ Intellectual wrestling۔</w:t>
      </w:r>
    </w:p>
    <w:p>
      <w:r>
        <w:rPr>
          <w:b/>
        </w:rPr>
        <w:t xml:space="preserve">[49:33] </w:t>
      </w:r>
      <w:r>
        <w:t>debate jo hai, woh intellectual wrestling hai. mein is ko ek animal ka darje ka kaam samajhta hoon. intellectual wrestling jo hai, woh animal level ka kaam hai.</w:t>
      </w:r>
    </w:p>
    <w:p>
      <w:pPr>
        <w:jc w:val="right"/>
      </w:pPr>
      <w:r>
        <w:t>Debate جو ہے، وہ intellectual wrestling ہے۔ میں اس کو ایک animal کا درجے کا کام سمجھتا ہوں۔ Intellectual wrestling جو ہے، وہ animal level کا کام ہے۔</w:t>
      </w:r>
    </w:p>
    <w:p>
      <w:r>
        <w:rPr>
          <w:b/>
        </w:rPr>
        <w:t xml:space="preserve">[49:46] </w:t>
      </w:r>
      <w:r>
        <w:t>lekin yeh jo hai tawaasi, yeh hai modesty ke saath discussion karna. accept karne ki spirit ke saath discussion karna.</w:t>
      </w:r>
    </w:p>
    <w:p>
      <w:pPr>
        <w:jc w:val="right"/>
      </w:pPr>
      <w:r>
        <w:t>لیکن یہ جو ہے تواسی، یہ ہے modesty کے ساتھ discussion کرنا۔ Accept کرنے کی spirit کے ساتھ discussion کرنا۔</w:t>
      </w:r>
    </w:p>
    <w:p>
      <w:r>
        <w:rPr>
          <w:b/>
        </w:rPr>
        <w:t xml:space="preserve">[49:59] </w:t>
      </w:r>
      <w:r>
        <w:t>learning ke liye discussion karna.</w:t>
      </w:r>
    </w:p>
    <w:p>
      <w:pPr>
        <w:jc w:val="right"/>
      </w:pPr>
      <w:r>
        <w:t>Learning کے لیے discussion کرنا۔</w:t>
      </w:r>
    </w:p>
    <w:p>
      <w:r>
        <w:rPr>
          <w:b/>
        </w:rPr>
        <w:t xml:space="preserve">[50:03] </w:t>
      </w:r>
      <w:r>
        <w:t>ya'ni healthy spirit ke saath discussion karna. yeh hai tawaasi. ab kitni badi baat, abhi mujhe kal yeh discover hui. kyun?</w:t>
      </w:r>
    </w:p>
    <w:p>
      <w:pPr>
        <w:jc w:val="right"/>
      </w:pPr>
      <w:r>
        <w:t>یعنی healthy spirit کے ساتھ discussion کرنا۔ یہ ہے تواسی۔ اب کتنی بڑی بات، ابھی مجھے کل یہ discover ہوئی۔ کیوں؟</w:t>
      </w:r>
    </w:p>
    <w:p>
      <w:r>
        <w:rPr>
          <w:b/>
        </w:rPr>
        <w:t xml:space="preserve">[50:14] </w:t>
      </w:r>
      <w:r>
        <w:t>mein kuch sochta nahi kisi aur baat ko.</w:t>
      </w:r>
    </w:p>
    <w:p>
      <w:pPr>
        <w:jc w:val="right"/>
      </w:pPr>
      <w:r>
        <w:t>میں کچھ سوچتا نہیں کسی اور بات کو۔</w:t>
      </w:r>
    </w:p>
    <w:p>
      <w:r>
        <w:rPr>
          <w:b/>
        </w:rPr>
        <w:t xml:space="preserve">[50:16] </w:t>
      </w:r>
      <w:r>
        <w:t>mujhe na furniture se koi matlab hai, na khane se koi matlab hai, na kapre se koi matlab hai. kisi cheez se koi matlab nahi. har maamle mein mera nazariya kya hai?</w:t>
      </w:r>
    </w:p>
    <w:p>
      <w:pPr>
        <w:jc w:val="right"/>
      </w:pPr>
      <w:r>
        <w:t>مجھے نہ furniture سے کوئی مطلب ہے، نہ کھانے سے کوئی مطلب ہے، نہ کپڑے سے کوئی مطلب ہے۔ کسی چیز سے کوئی مطلب نہیں۔ ہر معاملے میں میرا نظریہ کیا ہے؟</w:t>
      </w:r>
    </w:p>
    <w:p>
      <w:r>
        <w:rPr>
          <w:b/>
        </w:rPr>
        <w:t xml:space="preserve">[50:26] </w:t>
      </w:r>
      <w:r>
        <w:t>Status quoism. jo hai wahi theek hai, jo hai wahi theek hai. jab mein chhota tha to meri maa kehti thi ke aaj kya pakayen? bachon se poochte hain, kya pakayen, kya khaoge?</w:t>
      </w:r>
    </w:p>
    <w:p>
      <w:pPr>
        <w:jc w:val="right"/>
      </w:pPr>
      <w:r>
        <w:t>Status quoism۔ جو ہے وہی ٹھیک ہے، جو ہے وہی ٹھیک ہے۔ جب میں چھوٹا تھا تو میری ماں کہتی تھی کہ آج کیا پکائیں؟ بچوں سے پوچھتے ہیں، کیا پکائیں، کیا کھاؤ گے؟</w:t>
      </w:r>
    </w:p>
    <w:p>
      <w:r>
        <w:rPr>
          <w:b/>
        </w:rPr>
        <w:t xml:space="preserve">[50:37] </w:t>
      </w:r>
      <w:r>
        <w:t>to mein ne kaha, jo hai wahi kha lenge.</w:t>
      </w:r>
    </w:p>
    <w:p>
      <w:pPr>
        <w:jc w:val="right"/>
      </w:pPr>
      <w:r>
        <w:t>تو میں نے کہا، جو ہے وہی کھا لیں گے۔</w:t>
      </w:r>
    </w:p>
    <w:p>
      <w:r>
        <w:rPr>
          <w:b/>
        </w:rPr>
        <w:t xml:space="preserve">[50:40] </w:t>
      </w:r>
      <w:r>
        <w:t>bohat der mein ne discover kiya ke mera nature jo hai, wo is mein status quoism jo hai, instill tha pehle din se. mein ne jab chhota tha, mein us waqt yeh kehna ke jo hai wahi kha lenge.</w:t>
      </w:r>
    </w:p>
    <w:p>
      <w:pPr>
        <w:jc w:val="right"/>
      </w:pPr>
      <w:r>
        <w:t>بہت دیر میں میں نے discover کیا کہ میرا nature جو ہے، وہ اس میں status quoism جو ہے، instill تھا پہلے دن سے۔ میں نے جب چھوٹا تھا، میں اس وقت یہ کہنا کہ جو ہے وہی کھا لیں گے۔</w:t>
      </w:r>
    </w:p>
    <w:p>
      <w:r>
        <w:rPr>
          <w:b/>
        </w:rPr>
        <w:t xml:space="preserve">[50:53] </w:t>
      </w:r>
      <w:r>
        <w:t>meri maa batati thi ke mein jab bhi wo poochti thi, kya pakayen? to kabhi mein ne yeh nahi kaha ke aaj yeh pakai, aaj woh pakai. mein jo hai wahi kha lenge. jo hai wahi kha lenge.</w:t>
      </w:r>
    </w:p>
    <w:p>
      <w:pPr>
        <w:jc w:val="right"/>
      </w:pPr>
      <w:r>
        <w:t>میری ماں بتاتی تھی کہ میں جب بھی وہ پوچھتی تھی، کیا پکائیں؟ تو کبھی میں نے یہ نہیں کہا کہ آج یہ پکائی، آج وہ پکائی۔ میں جو ہے وہی کھا لیں گے۔ جو ہے وہی کھا لیں گے۔</w:t>
      </w:r>
    </w:p>
    <w:p>
      <w:r>
        <w:rPr>
          <w:b/>
        </w:rPr>
        <w:t xml:space="preserve">[51:05] </w:t>
      </w:r>
      <w:r>
        <w:t>to yeh, yeh, yeh, yeh sab ke andar hota hai. log apne, apne nature ko badal dalte hain. فَلَيُغَيِّرُنَّ خَلْقَ اللَّهِ ۔</w:t>
      </w:r>
    </w:p>
    <w:p>
      <w:pPr>
        <w:jc w:val="right"/>
      </w:pPr>
      <w:r>
        <w:t>تو یہ، یہ، یہ، یہ سب کے اندر ہوتا ہے۔ لوگ اپنے، اپنے nature کو بدل ڈالتے ہیں۔ فَلَيُغَيِّرُنَّ خَلْقَ اللَّهِ ۔</w:t>
      </w:r>
    </w:p>
    <w:p>
      <w:r>
        <w:rPr>
          <w:b/>
        </w:rPr>
        <w:t xml:space="preserve">[51:16] </w:t>
      </w:r>
      <w:r>
        <w:t>log apne nature ko badal dalte hain. mein ne Khuda ke fazl se apne nature ko badla nahi.</w:t>
      </w:r>
    </w:p>
    <w:p>
      <w:pPr>
        <w:jc w:val="right"/>
      </w:pPr>
      <w:r>
        <w:t>لوگ اپنے nature کو بدل ڈالتے ہیں۔ میں نے خدا کے فضل سے اپنے nature کو بدلا نہیں۔</w:t>
      </w:r>
    </w:p>
    <w:p>
      <w:r>
        <w:rPr>
          <w:b/>
        </w:rPr>
        <w:t xml:space="preserve">[51:21] </w:t>
      </w:r>
      <w:r>
        <w:t>Status quoism jo tha mere andar, material cheezon mein. Material cheezon mein status quoism. aur high thinking ke maamle mein, mein unlimited had tak aage jana ka shauq.</w:t>
      </w:r>
    </w:p>
    <w:p>
      <w:pPr>
        <w:jc w:val="right"/>
      </w:pPr>
      <w:r>
        <w:t>Status quoism جو تھا میرے اندر، material چیزوں میں۔ Material چیزوں میں status quoism۔ اور high thinking کے معاملے میں، میں unlimited حد تک آگے جانا کا شوق۔</w:t>
      </w:r>
    </w:p>
    <w:p>
      <w:r>
        <w:rPr>
          <w:b/>
        </w:rPr>
        <w:t xml:space="preserve">[51:36] </w:t>
      </w:r>
      <w:r>
        <w:t>to simple living, high thinking . yeh mere nature mein tha aur sab ke nature mein hota hai, lekin log is ko badal dalte hain. aur phir is ki bhari price ada karte hain.</w:t>
      </w:r>
    </w:p>
    <w:p>
      <w:pPr>
        <w:jc w:val="right"/>
      </w:pPr>
      <w:r>
        <w:t>تو simple living, high thinking ۔ یہ میرے nature میں تھا اور سب کے nature میں ہوتا ہے، لیکن لوگ اس کو بدل ڈالتے ہیں۔ اور پھر اس کی بھاری price ادا کرتے ہیں۔</w:t>
      </w:r>
    </w:p>
    <w:p>
      <w:r>
        <w:rPr>
          <w:b/>
        </w:rPr>
        <w:t xml:space="preserve">[51:51] </w:t>
      </w:r>
      <w:r>
        <w:t>to yeh mein keh raha tha ke tawasi jo hai, ek yaani ek do hi cheez log jante the.</w:t>
      </w:r>
    </w:p>
    <w:p>
      <w:pPr>
        <w:jc w:val="right"/>
      </w:pPr>
      <w:r>
        <w:t>تو یہ میں کہہ رہا تھا کہ تواسی جو ہے، ایک یعنی ایک دو ہی چیز لوگ جانتے تھے۔</w:t>
      </w:r>
    </w:p>
    <w:p>
      <w:r>
        <w:rPr>
          <w:b/>
        </w:rPr>
        <w:t xml:space="preserve">[52:00] </w:t>
      </w:r>
      <w:r>
        <w:t>Iman, amal saleh. yaani Khuda par, Khuda ko manna, acha amal karna.</w:t>
      </w:r>
    </w:p>
    <w:p>
      <w:pPr>
        <w:jc w:val="right"/>
      </w:pPr>
      <w:r>
        <w:t>ایمان، عمل صالح۔ یعنی خدا پر، خدا کو ماننا، اچھا عمل کرنا۔</w:t>
      </w:r>
    </w:p>
    <w:p>
      <w:r>
        <w:rPr>
          <w:b/>
        </w:rPr>
        <w:t xml:space="preserve">[52:06] </w:t>
      </w:r>
      <w:r>
        <w:t>ek teesri cheez jo hai, jo hai ke yaani jis ko mein kehta hoon intellectual exchange. wo abhi kal mujhe, agarche mein zindagi bhar yeh karta raha.</w:t>
      </w:r>
    </w:p>
    <w:p>
      <w:pPr>
        <w:jc w:val="right"/>
      </w:pPr>
      <w:r>
        <w:t>ایک تیسری چیز جو ہے، جو ہے کہ یعنی جس کو میں کہتا ہوں intellectual exchange۔ وہ ابھی کل مجھے، اگرچہ میں زندگی بھر یہ کرتا رہا۔</w:t>
      </w:r>
    </w:p>
    <w:p>
      <w:r>
        <w:rPr>
          <w:b/>
        </w:rPr>
        <w:t xml:space="preserve">[52:19] </w:t>
      </w:r>
      <w:r>
        <w:t>zindagi bhar mein apni learning ko barhata raha. logon se baaten karta raha. aur bohat hi yaani scientific mood mein baaten karta raha.</w:t>
      </w:r>
    </w:p>
    <w:p>
      <w:pPr>
        <w:jc w:val="right"/>
      </w:pPr>
      <w:r>
        <w:t>زندگی بھر میں اپنی learning کو بڑھاتا رہا۔ لوگوں سے باتیں کرتا رہا۔ اور بہت ہی یعنی scientific mood میں باتیں کرتا رہا۔</w:t>
      </w:r>
    </w:p>
    <w:p>
      <w:r>
        <w:rPr>
          <w:b/>
        </w:rPr>
        <w:t xml:space="preserve">[52:29] </w:t>
      </w:r>
      <w:r>
        <w:t>Jawahar Lal Nehru ne kaha tha ke aazadi ke baad ke hamare desh mein sab se bari kami jo hai, wo hai scientific temper ki hai. Scientific temper.</w:t>
      </w:r>
    </w:p>
    <w:p>
      <w:pPr>
        <w:jc w:val="right"/>
      </w:pPr>
      <w:r>
        <w:t>جواہر اللہ نارو نے کہا تھا کہ آزادی کے بعد کہ ہمارے દેશ میں سب سے بڑی کمی جو ہے، وہ ہے scientific temper کی ہے۔ Scientific temper۔</w:t>
      </w:r>
    </w:p>
    <w:p>
      <w:r>
        <w:rPr>
          <w:b/>
        </w:rPr>
        <w:t xml:space="preserve">[52:40] </w:t>
      </w:r>
      <w:r>
        <w:t>ab mein Khuda ke fazl se samajhta hoon ke mein, mein by birth hoon scientific temper wala aadmi. By birth.</w:t>
      </w:r>
    </w:p>
    <w:p>
      <w:pPr>
        <w:jc w:val="right"/>
      </w:pPr>
      <w:r>
        <w:t>اب میں خدا کے فضل سے سمجھتا ہوں کہ میں، میں by birth ہوں scientific temper والا آدمی۔ By birth۔</w:t>
      </w:r>
    </w:p>
    <w:p>
      <w:r>
        <w:rPr>
          <w:b/>
        </w:rPr>
        <w:t xml:space="preserve">[52:49] </w:t>
      </w:r>
      <w:r>
        <w:t>jaise mein gaon mein tha, chhota sa tha. to mein apne darwaze par khara tha. to kisi bache ne gaali de di.</w:t>
      </w:r>
    </w:p>
    <w:p>
      <w:pPr>
        <w:jc w:val="right"/>
      </w:pPr>
      <w:r>
        <w:t>جیسے میں گاؤں میں تھا، چھوٹا سا تھا۔ تو میں اپنے دروازے پر کھڑا تھا۔ تو کسی بچے نے گالی دے دی۔</w:t>
      </w:r>
    </w:p>
    <w:p>
      <w:r>
        <w:rPr>
          <w:b/>
        </w:rPr>
        <w:t xml:space="preserve">[52:58] </w:t>
      </w:r>
      <w:r>
        <w:t>aap jante hain, gaali jo hai, bache gaon mein dete hi hain. bohat hi kharab gaali, moti gaali. to mein sun kar muskara diya, muskara kar mein ne kaha ke tum khud.</w:t>
      </w:r>
    </w:p>
    <w:p>
      <w:pPr>
        <w:jc w:val="right"/>
      </w:pPr>
      <w:r>
        <w:t>آپ جانتے ہیں، گالی جو ہے، بچے گاؤں میں دیتے ہی ہیں۔ بہت ہی خراب گالی، موٹی گالی۔ تو میں سن کر مسکرا دیا، مسکرا کر میں نے کہا کہ تم خود۔</w:t>
      </w:r>
    </w:p>
    <w:p>
      <w:r>
        <w:rPr>
          <w:b/>
        </w:rPr>
        <w:t xml:space="preserve">[53:09] </w:t>
      </w:r>
      <w:r>
        <w:t>keh kar ghar mein chala gaya. yaani muskara diya, mein is gaali ko sun kar. ghussa nahi aaya mujhe. tum khud keh kar ghar mein chala gaya. yeh hai scientific temper.</w:t>
      </w:r>
    </w:p>
    <w:p>
      <w:pPr>
        <w:jc w:val="right"/>
      </w:pPr>
      <w:r>
        <w:t>کہہ کر گھر میں چلا گیا۔ یعنی مسکرا دیا، میں اس گالی کو سن کر۔ غصہ نہیں آیا مجھے۔ تم خود کہہ کر گھر میں چلا گیا۔ یہ ہے scientific temper۔</w:t>
      </w:r>
    </w:p>
    <w:p>
      <w:r>
        <w:rPr>
          <w:b/>
        </w:rPr>
        <w:t xml:space="preserve">[53:22] </w:t>
      </w:r>
      <w:r>
        <w:t>to scientific temper jo hai, yaani sab se pehle Quran ka sara khulasa scientific temper hai.</w:t>
      </w:r>
    </w:p>
    <w:p>
      <w:pPr>
        <w:jc w:val="right"/>
      </w:pPr>
      <w:r>
        <w:t>تو scientific temper جو ہے، یعنی سب سے پہلے قرآن کا سارا خلاصہ scientific temper ہے۔</w:t>
      </w:r>
    </w:p>
    <w:p>
      <w:r>
        <w:rPr>
          <w:b/>
        </w:rPr>
        <w:t xml:space="preserve">[53:31] </w:t>
      </w:r>
      <w:r>
        <w:t>Quran yahi chahta hai ke aadmi ke andar scientific temper aaye. Scientific temper. to scientific temper mein jo mein samajh paya hoon, wo yeh hai ke material cheezon mein aap status quoism ban jayen.</w:t>
      </w:r>
    </w:p>
    <w:p>
      <w:pPr>
        <w:jc w:val="right"/>
      </w:pPr>
      <w:r>
        <w:t>قرآن یہی چاہتا ہے کہ آدمی کے اندر scientific temper آئے۔ Scientific temper۔ تو scientific temper میں جو میں سمجھ پایا ہوں، وہ یہ ہے کہ material چیزوں میں آپ status quoism بن جائیں۔</w:t>
      </w:r>
    </w:p>
    <w:p>
      <w:r>
        <w:rPr>
          <w:b/>
        </w:rPr>
        <w:t xml:space="preserve">[53:48] </w:t>
      </w:r>
      <w:r>
        <w:t>Material cheezon mein aap status quoism ban jayen. aur jo doosri cheezen hain, is mein aap discontent hon aap ke andar.</w:t>
      </w:r>
    </w:p>
    <w:p>
      <w:pPr>
        <w:jc w:val="right"/>
      </w:pPr>
      <w:r>
        <w:t>Material چیزوں میں آپ status quoism بن جائیں۔ اور جو دوسری چیزیں ہیں، اس میں آپ discontent ہوں آپ کے اندر۔</w:t>
      </w:r>
    </w:p>
    <w:p>
      <w:r>
        <w:rPr>
          <w:b/>
        </w:rPr>
        <w:t xml:space="preserve">[53:59] </w:t>
      </w:r>
      <w:r>
        <w:t>Intellectual development ke maamle mein discontent. aur material cheezon ke maani mein contentment. do cheezen hoti hain aa</w:t>
      </w:r>
    </w:p>
    <w:p>
      <w:pPr>
        <w:jc w:val="right"/>
      </w:pPr>
      <w:r>
        <w:t>Intellectual development کے معاملے میں discontent۔ اور material چیزوں کے معنی میں contentment۔ دو چیزیں ہوتی ہیں آ</w:t>
      </w:r>
    </w:p>
    <w:p>
      <w:r>
        <w:rPr>
          <w:b/>
        </w:rPr>
        <w:t xml:space="preserve">[54:09] </w:t>
      </w:r>
      <w:r>
        <w:t>admi ke paas. ek hamare physical aspect hai hamari zindagi ka, ek hai hamara mind jo hai. to mind ke level par aap ko discontentment hona chahiye.</w:t>
      </w:r>
    </w:p>
    <w:p>
      <w:pPr>
        <w:jc w:val="right"/>
      </w:pPr>
      <w:r>
        <w:t>دمی کے پاس۔ ایک ہمارے physical aspect ہے ہماری زندگی کا، ایک ہے ہمارا mind جو ہے۔ تو mind کے level پر آپ کو discontentment ہونا چاہیے۔</w:t>
      </w:r>
    </w:p>
    <w:p>
      <w:r>
        <w:rPr>
          <w:b/>
        </w:rPr>
        <w:t xml:space="preserve">[54:23] </w:t>
      </w:r>
      <w:r>
        <w:t>yaani intellectual development, intellectual development, learning, learning, learning. Education, education, education. wahan discontentment.</w:t>
      </w:r>
    </w:p>
    <w:p>
      <w:pPr>
        <w:jc w:val="right"/>
      </w:pPr>
      <w:r>
        <w:t>یعنی intellectual development، intellectual development، learning، learning، learning۔ Education، education، education۔ وہاں discontentment۔</w:t>
      </w:r>
    </w:p>
    <w:p>
      <w:r>
        <w:rPr>
          <w:b/>
        </w:rPr>
        <w:t xml:space="preserve">[54:31] </w:t>
      </w:r>
      <w:r>
        <w:t>lekin jo physical jo need hai, us ke maani mein contentment.</w:t>
      </w:r>
    </w:p>
    <w:p>
      <w:pPr>
        <w:jc w:val="right"/>
      </w:pPr>
      <w:r>
        <w:t>لیکن جو physical جو need ہے، اس کے معنی میں contentment۔</w:t>
      </w:r>
    </w:p>
    <w:p>
      <w:r>
        <w:rPr>
          <w:b/>
        </w:rPr>
        <w:t xml:space="preserve">[54:37] </w:t>
      </w:r>
      <w:r>
        <w:t>Status quoism. Jo hai wahi theek hai, jo hai wahi theek hai, jo hai wahi theek hai. Kyunke yeh hota hai distraction. Agar aap yeh farq na karein.</w:t>
      </w:r>
    </w:p>
    <w:p>
      <w:pPr>
        <w:jc w:val="right"/>
      </w:pPr>
      <w:r>
        <w:t>Status quoism۔ جو ہے وہی ٹھیک ہے، جو ہے وہی ٹھیک ہے، جو ہے وہی ٹھیک ہے۔ کیونکہ یہ ہوتا ہے distraction۔ اگر آپ یہ فرق نہ کریں۔</w:t>
      </w:r>
    </w:p>
    <w:p>
      <w:r>
        <w:rPr>
          <w:b/>
        </w:rPr>
        <w:t xml:space="preserve">[54:48] </w:t>
      </w:r>
      <w:r>
        <w:t>To yaani continuously aap distract karta rahega aap ko. Yeh material cheezon mein aap woh distract hote rahenge.</w:t>
      </w:r>
    </w:p>
    <w:p>
      <w:pPr>
        <w:jc w:val="right"/>
      </w:pPr>
      <w:r>
        <w:t>تو یعنی continuously آپ distract کرتا رہے گا آپ کو۔ یہ material چیزوں میں آپ وہ distract ہوتے رہیں گے۔</w:t>
      </w:r>
    </w:p>
    <w:p>
      <w:r>
        <w:rPr>
          <w:b/>
        </w:rPr>
        <w:t xml:space="preserve">[55:00] </w:t>
      </w:r>
      <w:r>
        <w:t>Aur phir woh jo intellectual development jo sab se bari cheez hai, woh yeh achieve nahi kar sakenge.</w:t>
      </w:r>
    </w:p>
    <w:p>
      <w:pPr>
        <w:jc w:val="right"/>
      </w:pPr>
      <w:r>
        <w:t>اور پھر وہ جو intellectual development جو سب سے بڑی چیز ہے، وہ یہ achieve نہیں کر سکیں گے۔</w:t>
      </w:r>
    </w:p>
    <w:p>
      <w:r>
        <w:rPr>
          <w:b/>
        </w:rPr>
        <w:t xml:space="preserve">[55:07] </w:t>
      </w:r>
      <w:r>
        <w:t>Bohat bhari price deni parti hai yeh aadmi ko is cheez ki. Ke material cheezon ke maamle mein woh discontentment ka formula pakad le.</w:t>
      </w:r>
    </w:p>
    <w:p>
      <w:pPr>
        <w:jc w:val="right"/>
      </w:pPr>
      <w:r>
        <w:t>بہت بھاری price دینی پڑتی ہے یہ آدمی کو اس چیز کی۔ کہ material چیزوں کے معاملے میں وہ discontentment کا فارمولا پکڑ لے۔</w:t>
      </w:r>
    </w:p>
    <w:p>
      <w:r>
        <w:rPr>
          <w:b/>
        </w:rPr>
        <w:t xml:space="preserve">[55:18] </w:t>
      </w:r>
      <w:r>
        <w:t>To behal mera formula kya hai? Material cheezon ke bare mein</w:t>
      </w:r>
    </w:p>
    <w:p>
      <w:pPr>
        <w:jc w:val="right"/>
      </w:pPr>
      <w:r>
        <w:t>تو بہرحال میرا فارمولا کیا ہے؟ Material چیزوں کے بارے میں</w:t>
      </w:r>
    </w:p>
    <w:p>
      <w:r>
        <w:rPr>
          <w:b/>
        </w:rPr>
        <w:t xml:space="preserve">[55:26] </w:t>
      </w:r>
      <w:r>
        <w:t>status quoism aur intellectual development ke maamle mein aur aage badhna, aur aage badhna, aur aage badhna.</w:t>
      </w:r>
    </w:p>
    <w:p>
      <w:pPr>
        <w:jc w:val="right"/>
      </w:pPr>
      <w:r>
        <w:t>status quoism اور intellectual development کے معاملے میں اور آگے بڑھنا، اور آگے بڑھنا، اور آگے بڑھنا۔</w:t>
      </w:r>
    </w:p>
    <w:p>
      <w:r>
        <w:rPr>
          <w:b/>
        </w:rPr>
        <w:t xml:space="preserve">[55:37] </w:t>
      </w:r>
      <w:r>
        <w:t>aqool qooli haaza wa astaghfirullaha li wa lakum ajmaeen.</w:t>
      </w:r>
    </w:p>
    <w:p>
      <w:pPr>
        <w:jc w:val="right"/>
      </w:pPr>
      <w:r>
        <w:t>أقول قولي هذا وأستغفر الله لي ولكم أجمعين.</w:t>
      </w:r>
    </w:p>
    <w:p>
      <w:r>
        <w:rPr>
          <w:b/>
        </w:rPr>
        <w:t xml:space="preserve">[55:55] </w:t>
      </w:r>
      <w:r>
        <w:t>This question is from Aisha. "Maulana, how do we discover the opportunities at the time of problem as the mind is confused and tensed at that moment?"</w:t>
      </w:r>
    </w:p>
    <w:p>
      <w:pPr>
        <w:jc w:val="right"/>
      </w:pPr>
      <w:r>
        <w:t>This question is from Aisha. "Maulana, how do we discover the opportunities at the time of problem as the mind is confused and tensed at that moment?"</w:t>
      </w:r>
    </w:p>
    <w:p>
      <w:r>
        <w:rPr>
          <w:b/>
        </w:rPr>
        <w:t xml:space="preserve">[56:16] </w:t>
      </w:r>
      <w:r>
        <w:t>Yeh to question bohat zabardast hai.</w:t>
      </w:r>
    </w:p>
    <w:p>
      <w:pPr>
        <w:jc w:val="right"/>
      </w:pPr>
      <w:r>
        <w:t>یہ تو question بہت زبردست ہے۔</w:t>
      </w:r>
    </w:p>
    <w:p>
      <w:r>
        <w:rPr>
          <w:b/>
        </w:rPr>
        <w:t xml:space="preserve">[56:23] </w:t>
      </w:r>
      <w:r>
        <w:t>Main samajhta hoon ke yeh bohat hi aasan bhi hai, bohat hi mushkil bhi hai.</w:t>
      </w:r>
    </w:p>
    <w:p>
      <w:pPr>
        <w:jc w:val="right"/>
      </w:pPr>
      <w:r>
        <w:t>میں سمجھتا ہوں کہ یہ بہت ہی آسان بھی ہے، بہت ہی مشکل بھی ہے۔</w:t>
      </w:r>
    </w:p>
    <w:p>
      <w:r>
        <w:rPr>
          <w:b/>
        </w:rPr>
        <w:t xml:space="preserve">[56:32] </w:t>
      </w:r>
      <w:r>
        <w:t>Bohat aasan bhi hai, bohat mushkil bhi hai. Is liye ke woh ek price chahta hai, price.</w:t>
      </w:r>
    </w:p>
    <w:p>
      <w:pPr>
        <w:jc w:val="right"/>
      </w:pPr>
      <w:r>
        <w:t>بہت آسان بھی ہے، بہت مشکل بھی ہے۔ اس لیے کہ وہ ایک price چاہتا ہے، price۔</w:t>
      </w:r>
    </w:p>
    <w:p>
      <w:r>
        <w:rPr>
          <w:b/>
        </w:rPr>
        <w:t xml:space="preserve">[56:45] </w:t>
      </w:r>
      <w:r>
        <w:t>Price kya hai? Har din aadmi ke mind mein dunya bhar ki baatein aati rehti hain.</w:t>
      </w:r>
    </w:p>
    <w:p>
      <w:pPr>
        <w:jc w:val="right"/>
      </w:pPr>
      <w:r>
        <w:t>Price کیا ہے؟ ہر دن آدمی کے mind میں دنیا بھر کی باتیں آتی رہتی ہیں۔</w:t>
      </w:r>
    </w:p>
    <w:p>
      <w:r>
        <w:rPr>
          <w:b/>
        </w:rPr>
        <w:t xml:space="preserve">[56:52] </w:t>
      </w:r>
      <w:r>
        <w:t>Wohi asal mein rok banti hain. Mera kaha gaya hai ke main bhi bohat saare aate rehte hain mere aas paas.</w:t>
      </w:r>
    </w:p>
    <w:p>
      <w:pPr>
        <w:jc w:val="right"/>
      </w:pPr>
      <w:r>
        <w:t>وہی اصل میں روک بنتی ہیں۔ میرا کہا گیا ہے کہ میں بھی بہت سارے آتے رہتے ہیں میرے آس پاس۔</w:t>
      </w:r>
    </w:p>
    <w:p>
      <w:r>
        <w:rPr>
          <w:b/>
        </w:rPr>
        <w:t xml:space="preserve">[57:03] </w:t>
      </w:r>
      <w:r>
        <w:t>Sab chhod chhaad kar main jaa kar apne spiritual tree ke neeche baith jaata hoon. Bas. Woh sab chhod diya. To spiritual tree ke neeche baith gaya to ab mind bilkul open ho gaya.</w:t>
      </w:r>
    </w:p>
    <w:p>
      <w:pPr>
        <w:jc w:val="right"/>
      </w:pPr>
      <w:r>
        <w:t>سب چھوڑ چھاڑ کر میں جا کر اپنے spiritual tree کے نیچے بیٹھ جاتا ہوں۔ بس۔ وہ سب چھوڑ دیا۔ تو spiritual tree کے نیچے بیٹھ گیا تو اب mind بالکل open ہو گیا۔</w:t>
      </w:r>
    </w:p>
    <w:p>
      <w:r>
        <w:rPr>
          <w:b/>
        </w:rPr>
        <w:t xml:space="preserve">[57:18] </w:t>
      </w:r>
      <w:r>
        <w:t>Jaise Rasool Allah ka jo qissa bataya maine aap ko ke ab jab un ka mission nahi yahi tha ke oneness of God ko establish karna.</w:t>
      </w:r>
    </w:p>
    <w:p>
      <w:pPr>
        <w:jc w:val="right"/>
      </w:pPr>
      <w:r>
        <w:t>جیسے رسول اللہ کا جو قصہ بتایا میں نے آپ کو کہ اب جب ان کا mission نہیں یہی تھا کہ oneness of God کو establish کرنا۔</w:t>
      </w:r>
    </w:p>
    <w:p>
      <w:r>
        <w:rPr>
          <w:b/>
        </w:rPr>
        <w:t xml:space="preserve">[57:28] </w:t>
      </w:r>
      <w:r>
        <w:t>Ek Khuda ke ko log worship karein. Yeh aap mission tha aap ka. Aur isi ke liye Kaba banaya gaya tha.</w:t>
      </w:r>
    </w:p>
    <w:p>
      <w:pPr>
        <w:jc w:val="right"/>
      </w:pPr>
      <w:r>
        <w:t>ایک خدا کے کو لوگ worship کریں۔ یہ آپ mission تھا آپ کا۔ اور اسی کے لیے کعبہ بنایا گیا تھا۔</w:t>
      </w:r>
    </w:p>
    <w:p>
      <w:r>
        <w:rPr>
          <w:b/>
        </w:rPr>
        <w:t xml:space="preserve">[57:39] </w:t>
      </w:r>
      <w:r>
        <w:t>Kaba Quran Majeed mein bataya gaya hai ke dunya ki pehli masjid hai, pehli.</w:t>
      </w:r>
    </w:p>
    <w:p>
      <w:pPr>
        <w:jc w:val="right"/>
      </w:pPr>
      <w:r>
        <w:t>کعبہ قرآن مجید میں بتایا گیا ہے کہ دنیا کی پہلی مسجد ہے، پہلی۔</w:t>
      </w:r>
    </w:p>
    <w:p>
      <w:r>
        <w:rPr>
          <w:b/>
        </w:rPr>
        <w:t xml:space="preserve">[57:44] </w:t>
      </w:r>
      <w:r>
        <w:t>inna awwala baitin wadaa'a linnaasi</w:t>
      </w:r>
    </w:p>
    <w:p>
      <w:pPr>
        <w:jc w:val="right"/>
      </w:pPr>
      <w:r>
        <w:t>إِنَّ أَوْلَ بَيْتٍ وَذَا لِلنَّاسِ</w:t>
      </w:r>
    </w:p>
    <w:p>
      <w:r>
        <w:rPr>
          <w:b/>
        </w:rPr>
        <w:t xml:space="preserve">[57:51] </w:t>
      </w:r>
      <w:r>
        <w:t>To ab bataiye ke yahi mission tha aap ka? Ab wahan par itna bara problem, itna bara problem.</w:t>
      </w:r>
    </w:p>
    <w:p>
      <w:pPr>
        <w:jc w:val="right"/>
      </w:pPr>
      <w:r>
        <w:t>تو اب بتائیے کہ یہی mission تھا آپ کا؟ اب وہاں پر اتنا بڑا problem، اتنا بڑا problem۔</w:t>
      </w:r>
    </w:p>
    <w:p>
      <w:r>
        <w:rPr>
          <w:b/>
        </w:rPr>
        <w:t xml:space="preserve">[58:01] </w:t>
      </w:r>
      <w:r>
        <w:t>To wahan par kya tha? Ek price deni parti. Price yaani is ko ignore karna. Price yeh hai ke is ko ignore karo, bas aur kuch nahi.</w:t>
      </w:r>
    </w:p>
    <w:p>
      <w:pPr>
        <w:jc w:val="right"/>
      </w:pPr>
      <w:r>
        <w:t>تو وہاں پر کیا تھا؟ ایک price دینی پڑتی۔ Price یعنی اس کو ignore کرنا۔ Price یہ ہے کہ اس کو ignore کرو، بس اور کچھ نہیں۔</w:t>
      </w:r>
    </w:p>
    <w:p>
      <w:r>
        <w:rPr>
          <w:b/>
        </w:rPr>
        <w:t xml:space="preserve">[58:12] </w:t>
      </w:r>
      <w:r>
        <w:t>Jab Mahmood Ghaznavi aaya to us ne ignore nahi kiya. To aaj tak is ki wajah se logon ke andar shikayatein hain, ghussa baqi hai.</w:t>
      </w:r>
    </w:p>
    <w:p>
      <w:pPr>
        <w:jc w:val="right"/>
      </w:pPr>
      <w:r>
        <w:t>جب محمود غزنوی آیا تو اس نے ignore نہیں کیا۔ تو آج تک اس کی وجہ سے لوگوں کے اندر شکایتیں ہیں، غصہ باقی ہے۔</w:t>
      </w:r>
    </w:p>
    <w:p>
      <w:r>
        <w:rPr>
          <w:b/>
        </w:rPr>
        <w:t xml:space="preserve">[58:21] </w:t>
      </w:r>
      <w:r>
        <w:t>Aap jaaiye Gujarat mein ja kar dekhiye. Ek hazar ek mein aaya tha Mahmood Ghaznavi. Ek hazar ek mein. Ab yeh to do hazar saat hai.</w:t>
      </w:r>
    </w:p>
    <w:p>
      <w:pPr>
        <w:jc w:val="right"/>
      </w:pPr>
      <w:r>
        <w:t>آپ جائیے گجرات میں جا کر دیکھیے۔ ایک ہزار ایک میں آیا تھا محمود غزنوی۔ ایک ہزار ایک میں۔ اب یہ تو دو ہزار سات ہے۔</w:t>
      </w:r>
    </w:p>
    <w:p>
      <w:r>
        <w:rPr>
          <w:b/>
        </w:rPr>
        <w:t xml:space="preserve">[58:34] </w:t>
      </w:r>
      <w:r>
        <w:t>Aaj tak Gujarat mein aap milein un logon se jo is mandir ko pavitra sthan samajhte the aur samajhte hain.</w:t>
      </w:r>
    </w:p>
    <w:p>
      <w:pPr>
        <w:jc w:val="right"/>
      </w:pPr>
      <w:r>
        <w:t>آج تک گجرات میں آپ ملیں ان لوگوں سے جو اس مندر کو پवित्र استھان سمجھتے تھے اور سمجھتے ہیں۔</w:t>
      </w:r>
    </w:p>
    <w:p>
      <w:r>
        <w:rPr>
          <w:b/>
        </w:rPr>
        <w:t xml:space="preserve">[58:45] </w:t>
      </w:r>
      <w:r>
        <w:t>Abhi bhi un ke dil mein ghussa bhara hua hai. Kyun? Mahmood Ghaznavi ke ek ek ek stupid kaam se.</w:t>
      </w:r>
    </w:p>
    <w:p>
      <w:pPr>
        <w:jc w:val="right"/>
      </w:pPr>
      <w:r>
        <w:t>ابھی بھی ان کے دل میں غصہ بھرا ہوا ہے۔ کیوں؟ محمود غزنوی کے ایک ایک ایک stupid کام سے۔</w:t>
      </w:r>
    </w:p>
    <w:p>
      <w:r>
        <w:rPr>
          <w:b/>
        </w:rPr>
        <w:t xml:space="preserve">[58:54] </w:t>
      </w:r>
      <w:r>
        <w:t>keh beton ko dekha us ne to beton hi se lar gaya woh. haalankeh is but ke paas wahan bhi audience hota tha.</w:t>
      </w:r>
    </w:p>
    <w:p>
      <w:pPr>
        <w:jc w:val="right"/>
      </w:pPr>
      <w:r>
        <w:t>کہ بتوں کو دیکھا اس نے تو بتوں ہی سے لڑ گیا وہ۔ حالانکہ اس بت کے پاس وہاں بھی audience ہوتا تھا۔</w:t>
      </w:r>
    </w:p>
    <w:p>
      <w:r>
        <w:rPr>
          <w:b/>
        </w:rPr>
        <w:t xml:space="preserve">[59:01] </w:t>
      </w:r>
      <w:r>
        <w:t>yani same situation Somnath mein bhi thi. Somnath bohat hi poocha tha aur logon ke nazdeek to bohat aate thay wahan par.</w:t>
      </w:r>
    </w:p>
    <w:p>
      <w:pPr>
        <w:jc w:val="right"/>
      </w:pPr>
      <w:r>
        <w:t>یعنی same situation سومناتھ میں بھی تھی۔ سومناتھ بہت ہی پوچھا تھا اور لوگوں کے نزدیک تو بہت آتے تھے وہاں پر۔</w:t>
      </w:r>
    </w:p>
    <w:p>
      <w:r>
        <w:rPr>
          <w:b/>
        </w:rPr>
        <w:t xml:space="preserve">[59:15] </w:t>
      </w:r>
      <w:r>
        <w:t>to aap dekhiye keh Rasool Allah ne beton ko dekha to ignore kiya. Ignore karne ki wajah se aap ko discovery ho gayi keh bhai yahan to humein audience mil raha hai.</w:t>
      </w:r>
    </w:p>
    <w:p>
      <w:pPr>
        <w:jc w:val="right"/>
      </w:pPr>
      <w:r>
        <w:t>تو آپ دیکھیے کہ رسول اللہ نے بتوں کو دیکھا تو ignore کیا۔ Ignore کرنے کی وجہ سے آپ کو discovery ہو گئی کہ بھئی یہاں تو ہمیں audience مل رہا ہے۔</w:t>
      </w:r>
    </w:p>
    <w:p>
      <w:r>
        <w:rPr>
          <w:b/>
        </w:rPr>
        <w:t xml:space="preserve">[59:26] </w:t>
      </w:r>
      <w:r>
        <w:t>Audience, yeh audience jama karna aasan kaam nahi hai.</w:t>
      </w:r>
    </w:p>
    <w:p>
      <w:pPr>
        <w:jc w:val="right"/>
      </w:pPr>
      <w:r>
        <w:t>Audience، یہ audience جمع کرنا آسان کام نہیں ہے۔</w:t>
      </w:r>
    </w:p>
    <w:p>
      <w:r>
        <w:rPr>
          <w:b/>
        </w:rPr>
        <w:t xml:space="preserve">[59:30] </w:t>
      </w:r>
      <w:r>
        <w:t>bohat mushkil hai logon ko bulana. wahan to free mein audience mil raha hai. to Rasool Allah ne Ka'aba ke beton ko ignore kiya.</w:t>
      </w:r>
    </w:p>
    <w:p>
      <w:pPr>
        <w:jc w:val="right"/>
      </w:pPr>
      <w:r>
        <w:t>بہت مشکل ہے لوگوں کو بلانا۔ وہاں تو free میں audience مل رہا ہے۔ تو رسول اللہ نے کعبہ کے بتوں کو ignore کیا۔</w:t>
      </w:r>
    </w:p>
    <w:p>
      <w:r>
        <w:rPr>
          <w:b/>
        </w:rPr>
        <w:t xml:space="preserve">[59:41] </w:t>
      </w:r>
      <w:r>
        <w:t>tab aap ko yeh discovery hui keh</w:t>
      </w:r>
    </w:p>
    <w:p>
      <w:pPr>
        <w:jc w:val="right"/>
      </w:pPr>
      <w:r>
        <w:t>تب آپ کو یہ discovery ہوئی کہ</w:t>
      </w:r>
    </w:p>
    <w:p>
      <w:r>
        <w:rPr>
          <w:b/>
        </w:rPr>
        <w:t xml:space="preserve">[59:48] </w:t>
      </w:r>
      <w:r>
        <w:t>bohat se log yeh samajhte hain keh Rasool Allah koi remote control tha Allah Ta'ala ka, wahin se har baat jo hai, har waqt subah shaam utarti rehti thi. yeh bilkul galat baat hai yeh.</w:t>
      </w:r>
    </w:p>
    <w:p>
      <w:pPr>
        <w:jc w:val="right"/>
      </w:pPr>
      <w:r>
        <w:t>بہت سے لوگ یہ سمجھتے ہیں کہ رسول اللہ کوئی remote کنٹرول تھا اللہ تعالیٰ کا، وہیں سے ہر بات جو ہے، ہر وقت صبح شام اترتی رہتی تھی۔ یہ بالکل غلط بات ہے یہ۔</w:t>
      </w:r>
    </w:p>
    <w:p>
      <w:r>
        <w:rPr>
          <w:b/>
        </w:rPr>
        <w:t xml:space="preserve">[59:59] </w:t>
      </w:r>
      <w:r>
        <w:t>Rasool Allah apne ka mind khud chahta hai keh activate ho. sochen woh. Art of thinking paida ho un ke andar. to Quran mein kahin nahi likha hua hai yeh keh idols hain, un ko ignore karo aur jo gathering hoti hai, us ko avail karo.</w:t>
      </w:r>
    </w:p>
    <w:p>
      <w:pPr>
        <w:jc w:val="right"/>
      </w:pPr>
      <w:r>
        <w:t>رسول اللہ اپنے کا mind خود چاہتا ہے کہ activate ہو۔ سوچیں وہ۔ Art of thinking پیدا ہو ان کے اندر۔ تو قرآن میں کہیں نہیں لکھا ہوا ہے یہ کہ idols ہیں، ان کو ignore کرو اور جو gathering ہوتی ہے، اس کو avail کرو۔</w:t>
      </w:r>
    </w:p>
    <w:p>
      <w:r>
        <w:rPr>
          <w:b/>
        </w:rPr>
        <w:t xml:space="preserve">[1:00:17] </w:t>
      </w:r>
      <w:r>
        <w:t>yeh to kahin Quran mein likha hua nahi hai.</w:t>
      </w:r>
    </w:p>
    <w:p>
      <w:pPr>
        <w:jc w:val="right"/>
      </w:pPr>
      <w:r>
        <w:t>یہ تو کہیں قرآن میں لکھا ہوا نہیں ہے۔</w:t>
      </w:r>
    </w:p>
    <w:p>
      <w:r>
        <w:rPr>
          <w:b/>
        </w:rPr>
        <w:t xml:space="preserve">[1:00:23] </w:t>
      </w:r>
      <w:r>
        <w:t>Rasool Allah ne yeh kiya keh un ke andar jo right thinking thi, us ko use kiya unhon ne.</w:t>
      </w:r>
    </w:p>
    <w:p>
      <w:pPr>
        <w:jc w:val="right"/>
      </w:pPr>
      <w:r>
        <w:t>رسول اللہ نے یہ کیا کہ ان کے اندر جوright thinking تھی، اس کو use کیا انہوں نے۔</w:t>
      </w:r>
    </w:p>
    <w:p>
      <w:r>
        <w:rPr>
          <w:b/>
        </w:rPr>
        <w:t xml:space="preserve">[1:00:33] </w:t>
      </w:r>
      <w:r>
        <w:t>Right thinking har ek ke andar hoti hai. I would have natural thinking. to aap ne beton ko, keh beton ke presence ko ignore kiya.</w:t>
      </w:r>
    </w:p>
    <w:p>
      <w:pPr>
        <w:jc w:val="right"/>
      </w:pPr>
      <w:r>
        <w:t>Right thinking ہر ایک کے اندر ہوتی ہے۔ I would have natural thinking. تو آپ نے بتوں کو، کہ بتوں کے presence کو ignore کیا۔</w:t>
      </w:r>
    </w:p>
    <w:p>
      <w:r>
        <w:rPr>
          <w:b/>
        </w:rPr>
        <w:t xml:space="preserve">[1:00:45] </w:t>
      </w:r>
      <w:r>
        <w:t>to kitna bara un ko mil gaya opportunity keh free ka audience hai, saare Arab ke log yahan aate hain, un ko istemal karo.</w:t>
      </w:r>
    </w:p>
    <w:p>
      <w:pPr>
        <w:jc w:val="right"/>
      </w:pPr>
      <w:r>
        <w:t>تو کتنا بڑا ان کو مل گیا opportunity کہ free کا audience ہے، سارے عرب کے لوگ یہاں آتے ہیں، ان کو استعمال کرو۔</w:t>
      </w:r>
    </w:p>
    <w:p>
      <w:r>
        <w:rPr>
          <w:b/>
        </w:rPr>
        <w:t xml:space="preserve">[1:00:55] </w:t>
      </w:r>
      <w:r>
        <w:t>theek yahi opportunity Mahmood Ghaznavi ke liye thi. keh Somnath ka jo mandir tha, main ne dekha hai us ko.</w:t>
      </w:r>
    </w:p>
    <w:p>
      <w:pPr>
        <w:jc w:val="right"/>
      </w:pPr>
      <w:r>
        <w:t>ٹھیک یہی opportunity محمود غزنوی کے لیے تھی۔ کہ سومناتھ کا جو مندر تھا، میں نے دیکھا ہے اس کو۔</w:t>
      </w:r>
    </w:p>
    <w:p>
      <w:r>
        <w:rPr>
          <w:b/>
        </w:rPr>
        <w:t xml:space="preserve">[1:01:03] </w:t>
      </w:r>
      <w:r>
        <w:t>bohat bara mandir tha woh. wahan main gaya hoon. to wahan bohat log aate thay. to ek taraf wahan but tha.</w:t>
      </w:r>
    </w:p>
    <w:p>
      <w:pPr>
        <w:jc w:val="right"/>
      </w:pPr>
      <w:r>
        <w:t>بہت بڑا مندر تھا وہ۔ وہاں میں گیا ہوں۔ تو وہاں بہت لوگ آتے تھے۔ تو ایک طرف وہاں بت تھا۔</w:t>
      </w:r>
    </w:p>
    <w:p>
      <w:r>
        <w:rPr>
          <w:b/>
        </w:rPr>
        <w:t xml:space="preserve">[1:01:14] </w:t>
      </w:r>
      <w:r>
        <w:t>wahan to ek hi but tha, wahan to teen so saath but thay. ek taraf but tha aur doosri taraf wahan par woh gathering hoti thi. to Mahmood Ghaznavi agar agar jaanta keh Rasool Allah ka kya tareeqa tha, to woh kehta hai keh bhai wohi yahan apply karo.</w:t>
      </w:r>
    </w:p>
    <w:p>
      <w:pPr>
        <w:jc w:val="right"/>
      </w:pPr>
      <w:r>
        <w:t>وہاں تو ایک ہی بت تھا، وہاں تو تین سو ساٹھ بت تھے۔ ایک طرف بت تھا اور دوسری طرف وہاں پر وہ gathering ہوتی تھی۔ تو محمود غزنوی اگر اگر جانتا کہ رسول اللہ کا کیا طریقہ تھا، تو وہ کہتا ہے کہ بھئی وہی یہاں اپلائی کرو۔</w:t>
      </w:r>
    </w:p>
    <w:p>
      <w:r>
        <w:rPr>
          <w:b/>
        </w:rPr>
        <w:t xml:space="preserve">[1:01:30] </w:t>
      </w:r>
      <w:r>
        <w:t>yahan We have to reapply that formula again in Somnath. to phir ek naya revolution ho jata hai, naya revolution.</w:t>
      </w:r>
    </w:p>
    <w:p>
      <w:pPr>
        <w:jc w:val="right"/>
      </w:pPr>
      <w:r>
        <w:t>یہاں We have to reapply that formula again in سومناتھ۔ تو پھر ایک نیا revolution ہو جاتا ہے، نیا revolution۔</w:t>
      </w:r>
    </w:p>
    <w:p>
      <w:r>
        <w:rPr>
          <w:b/>
        </w:rPr>
        <w:t xml:space="preserve">[1:01:45] </w:t>
      </w:r>
      <w:r>
        <w:t>abhi to hate aayi, tab love aati hai.</w:t>
      </w:r>
    </w:p>
    <w:p>
      <w:pPr>
        <w:jc w:val="right"/>
      </w:pPr>
      <w:r>
        <w:t>ابھی تو hate آئی، تب love آتی ہے۔</w:t>
      </w:r>
    </w:p>
    <w:p>
      <w:r>
        <w:rPr>
          <w:b/>
        </w:rPr>
        <w:t xml:space="preserve">[1:01:50] </w:t>
      </w:r>
      <w:r>
        <w:t>ji haan. to kitna bara ek ek result nikalta hai is ka. to Musalmanon ka haal yeh hai keh aaj kal hamare khilaaf Kashmir mein keh unhon ne Rasool Allah ke shan-e-aqdas mein gustakhi ki hai.</w:t>
      </w:r>
    </w:p>
    <w:p>
      <w:pPr>
        <w:jc w:val="right"/>
      </w:pPr>
      <w:r>
        <w:t>جی ہاں۔ تو کتنا بڑا ایک ایک result نکلتا ہے اس کا۔ تو مسلمانوں کا حال یہ ہے کہ آج کل ہمارے خلاف کشمیر میں کہ انہوں نے رسول اللہ کے شان اقدس میں گستاخی کی ہے۔</w:t>
      </w:r>
    </w:p>
    <w:p>
      <w:r>
        <w:rPr>
          <w:b/>
        </w:rPr>
        <w:t xml:space="preserve">[1:02:06] </w:t>
      </w:r>
      <w:r>
        <w:t>ek ajeeb o ghareeb ek mysterious lafz Musalmanon ko mila hua hai. shan-e-aqdas mein gustakhi. ab yeh sab ke sab gustakhi kar rahe hain.</w:t>
      </w:r>
    </w:p>
    <w:p>
      <w:pPr>
        <w:jc w:val="right"/>
      </w:pPr>
      <w:r>
        <w:t>ایک عجیب و غریب ایک mysterious لفظ مسلمانوں کو ملا ہوا ہے۔ شان اقدس میں گستاخی۔ اب یہ سب کے سب گستاخی کر رہے ہیں۔</w:t>
      </w:r>
    </w:p>
    <w:p>
      <w:r>
        <w:rPr>
          <w:b/>
        </w:rPr>
        <w:t xml:space="preserve">[1:02:15] </w:t>
      </w:r>
      <w:r>
        <w:t>izaten bhi hain. keh Rasool Allah ke model lete nahi. Rasool Allah ke namune ko lete nahi. hum ne yahi kaha tha keh Rasool Allah ke model ko pakdo.</w:t>
      </w:r>
    </w:p>
    <w:p>
      <w:pPr>
        <w:jc w:val="right"/>
      </w:pPr>
      <w:r>
        <w:t>عزتیں بھی ہیں۔ کہ رسول اللہ کے ماڈل لیتے نہیں۔ رسول اللہ کے نمونے کو لیتے نہیں۔ ہم نے یہی کہا تھا کہ رسول اللہ کے ماڈل کو پکڑو۔</w:t>
      </w:r>
    </w:p>
    <w:p>
      <w:r>
        <w:rPr>
          <w:b/>
        </w:rPr>
        <w:t xml:space="preserve">[1:02:25] </w:t>
      </w:r>
      <w:r>
        <w:t>to ab taqreeban saare Kashmir mein hamare khilaaf juloos nikal raha hai. keh Rasool Allah ke shan-e-aqdas par gustakhi ki unhon ne. keh un ko yeh karo, un ko woh karo.</w:t>
      </w:r>
    </w:p>
    <w:p>
      <w:pPr>
        <w:jc w:val="right"/>
      </w:pPr>
      <w:r>
        <w:t>تو اب تقریباً سارے کشمیر میں ہمارے خلاف جلوس نکل رہا ہے۔ کہ رسول اللہ کے شان اقدس پر گستاخی کی انہوں نے۔ کہ ان کو یہ کرو، ان کو وہ کرو۔</w:t>
      </w:r>
    </w:p>
    <w:p>
      <w:r>
        <w:rPr>
          <w:b/>
        </w:rPr>
        <w:t xml:space="preserve">[1:02:36] </w:t>
      </w:r>
      <w:r>
        <w:t>achha yeh bilkul stupid baaten hain yeh. yeh stupid baaten hain. wohi ab hum ne Kashmir mein kaha apply karo.</w:t>
      </w:r>
    </w:p>
    <w:p>
      <w:pPr>
        <w:jc w:val="right"/>
      </w:pPr>
      <w:r>
        <w:t>اچھا یہ بالکل stupid باتیں ہیں یہ۔ یہ stupid باتیں ہیں۔ وہی اب ہم نے کشمیر میں کہا اپلائی کرو۔</w:t>
      </w:r>
    </w:p>
    <w:p>
      <w:r>
        <w:rPr>
          <w:b/>
        </w:rPr>
        <w:t xml:space="preserve">[1:02:44] </w:t>
      </w:r>
      <w:r>
        <w:t>Kashmir mein army ka presence hai. aur ek taraf opportunities bhi hain. main Kashmir gaya to government ne wahan par free mein ek bohat bara mauqa de de rakha hai.</w:t>
      </w:r>
    </w:p>
    <w:p>
      <w:pPr>
        <w:jc w:val="right"/>
      </w:pPr>
      <w:r>
        <w:t>کشمیر میں آرمی کا presence ہے۔ اور ایک طرف opportunities بھی ہیں۔ میں کشمیر گیا تو government نے وہاں پر free میں ایک بہت بڑا موقع دے دے رکھا ہے۔</w:t>
      </w:r>
    </w:p>
    <w:p>
      <w:r>
        <w:rPr>
          <w:b/>
        </w:rPr>
        <w:t xml:space="preserve">[1:02:57] </w:t>
      </w:r>
      <w:r>
        <w:t>yani bohat se sainkaron mein se ek bata raha hoon, ek bata raha hoon. keh shehtoot ke jo peir hotay hain, agar aap ne dekha ho kabhi, us mein resham ka keera banta hai.</w:t>
      </w:r>
    </w:p>
    <w:p>
      <w:pPr>
        <w:jc w:val="right"/>
      </w:pPr>
      <w:r>
        <w:t>یعنی بہت سے سینکڑوں میں سے ایک بتا رہا ہوں، ایک بتا رہا ہوں۔ کہ شہتوت کے جو پیڑ ہوتے ہیں، اگر آپ نے دیکھا ہو کبھی، اس میں ریشب کا کیڑا بنتا ہے۔</w:t>
      </w:r>
    </w:p>
    <w:p>
      <w:r>
        <w:rPr>
          <w:b/>
        </w:rPr>
        <w:t xml:space="preserve">[1:03:09] </w:t>
      </w:r>
      <w:r>
        <w:t>bohat hi qeemti hota hai woh. woh shehtoot ke peir hi mein woh hota hai, woh</w:t>
      </w:r>
    </w:p>
    <w:p>
      <w:pPr>
        <w:jc w:val="right"/>
      </w:pPr>
      <w:r>
        <w:t>بہت ہی قیمتی ہوتا ہے وہ۔ وہ شہتوت کے پیڑ ہی میں وہ ہوتا ہے، وہ</w:t>
      </w:r>
    </w:p>
    <w:p>
      <w:r>
        <w:rPr>
          <w:b/>
        </w:rPr>
        <w:t xml:space="preserve">[1:03:14] </w:t>
      </w:r>
      <w:r>
        <w:t>kahin aur nahin hota woh. wahi is ka food hai, shehtoot ka pata. to bohat door door tak aap dekhenge, hara hara khet hai is ka, bagh hai shehtoot ke darakhton ka.</w:t>
      </w:r>
    </w:p>
    <w:p>
      <w:pPr>
        <w:jc w:val="right"/>
      </w:pPr>
      <w:r>
        <w:t>کہیں اور نہیں ہوتا وہ۔ وہی اس کا food ہے، شہتوت کا پتا۔ تو بہت دور دور تک آپ دیکھیں گے، ہرا ہرا کھیت ہے اس کا، باغ ہے شہتوت کے درختوں کا۔</w:t>
      </w:r>
    </w:p>
    <w:p>
      <w:r>
        <w:rPr>
          <w:b/>
        </w:rPr>
        <w:t xml:space="preserve">[1:03:26] </w:t>
      </w:r>
      <w:r>
        <w:t>ab government ne wahan laga diya aur free mein wahan se le jao pata. ab wahan par kya hai ke sara kashmir jo hai, woh woh air condition hai.</w:t>
      </w:r>
    </w:p>
    <w:p>
      <w:pPr>
        <w:jc w:val="right"/>
      </w:pPr>
      <w:r>
        <w:t>اب government نے وہاں لگا دیا اور free میں وہاں سے لے جاؤ پتا۔ اب وہاں پر کیا ہے کہ سارا کشمیر جو ہے، وہ وہ air condition ہے۔</w:t>
      </w:r>
    </w:p>
    <w:p>
      <w:r>
        <w:rPr>
          <w:b/>
        </w:rPr>
        <w:t xml:space="preserve">[1:03:38] </w:t>
      </w:r>
      <w:r>
        <w:t>apne gharon mein rakh do pata aur is mein la kar ke government deti hai</w:t>
      </w:r>
    </w:p>
    <w:p>
      <w:pPr>
        <w:jc w:val="right"/>
      </w:pPr>
      <w:r>
        <w:t>اپنے گھروں میں رکھ دو پتا اور اس میں لا کر کے government دیتی ہے</w:t>
      </w:r>
    </w:p>
    <w:p>
      <w:r>
        <w:rPr>
          <w:b/>
        </w:rPr>
        <w:t xml:space="preserve">[1:03:42] </w:t>
      </w:r>
      <w:r>
        <w:t>woh keera rakh do aur free mein wahan par industry tumhare ghar mein, resham ki industry. kuch avail nahin kiya kisi ne.</w:t>
      </w:r>
    </w:p>
    <w:p>
      <w:pPr>
        <w:jc w:val="right"/>
      </w:pPr>
      <w:r>
        <w:t>وہ کیڑا رکھ دو اور free میں وہاں پر industry تمہارے گھر میں، ریشم کی industry۔ کچھ avail نہیں کیا کسی نے۔</w:t>
      </w:r>
    </w:p>
    <w:p>
      <w:r>
        <w:rPr>
          <w:b/>
        </w:rPr>
        <w:t xml:space="preserve">[1:03:52] </w:t>
      </w:r>
      <w:r>
        <w:t>woh kya kya lad rahe hain, jhooti ladai. kyunke un ki nazar mein presence army jo hai, sab thoda problem hai. abhi presence opportunity ko dekho.</w:t>
      </w:r>
    </w:p>
    <w:p>
      <w:pPr>
        <w:jc w:val="right"/>
      </w:pPr>
      <w:r>
        <w:t>وہ کیا کیا لڑ رہے ہیں، جھوٹی لڑائی۔ کیونکہ ان کی نظر میں presence آرمی جو ہے، سب تھوڑا problem ہے۔ ابھی presence opportunity کو دیکھو۔</w:t>
      </w:r>
    </w:p>
    <w:p>
      <w:r>
        <w:rPr>
          <w:b/>
        </w:rPr>
        <w:t xml:space="preserve">[1:04:03] </w:t>
      </w:r>
      <w:r>
        <w:t>to yahi maine kaha kashmiyon se ke same formula apply karo kashmir mein bhi.</w:t>
      </w:r>
    </w:p>
    <w:p>
      <w:pPr>
        <w:jc w:val="right"/>
      </w:pPr>
      <w:r>
        <w:t>تو یہی میں نے کہا کشمیریوں سے کہ same فارمولا اپلائی کرو کشمیر میں بھی۔</w:t>
      </w:r>
    </w:p>
    <w:p>
      <w:r>
        <w:rPr>
          <w:b/>
        </w:rPr>
        <w:t xml:space="preserve">[1:04:09] </w:t>
      </w:r>
      <w:r>
        <w:t>rasool Allah ne presence of idols ko ignore kiya to opportunity ko dekh paye woh, us ko avail kiya unhon ne. tum presence of army ke chakar mein pari hui ho.</w:t>
      </w:r>
    </w:p>
    <w:p>
      <w:pPr>
        <w:jc w:val="right"/>
      </w:pPr>
      <w:r>
        <w:t>رسول اللہ نے presence of idols کو ignore کیا تو opportunity کو دیکھ پائے وہ، اس کو avail کیا انہوں نے۔ تم presence of آرمی کے چکر میں پڑی ہوئی ہو۔</w:t>
      </w:r>
    </w:p>
    <w:p>
      <w:r>
        <w:rPr>
          <w:b/>
        </w:rPr>
        <w:t xml:space="preserve">[1:04:20] </w:t>
      </w:r>
      <w:r>
        <w:t>aur sankaron wahan par opportunities jo hain, woh unavail pari hui hain. aap kya kehte hain ke unhon ne rasool ki shan mein gustakhi ki hai?</w:t>
      </w:r>
    </w:p>
    <w:p>
      <w:pPr>
        <w:jc w:val="right"/>
      </w:pPr>
      <w:r>
        <w:t>اور سینکڑوں وہاں پر opportunities جو ہیں، وہ unavail پڑی ہوئی ہیں۔ آپ کیا کہتے ہیں کہ انہوں نے رسول کی شان میں گستاخی کی ہے؟</w:t>
      </w:r>
    </w:p>
    <w:p>
      <w:r>
        <w:rPr>
          <w:b/>
        </w:rPr>
        <w:t xml:space="preserve">[1:04:30] </w:t>
      </w:r>
      <w:r>
        <w:t>yeh kya bewakoofi ki baatein hain? yeh khud gustakhi karte hain yeh log.</w:t>
      </w:r>
    </w:p>
    <w:p>
      <w:pPr>
        <w:jc w:val="right"/>
      </w:pPr>
      <w:r>
        <w:t>یہ کیا بیوقوفی کی باتیں ہیں؟ یہ خود گستاخی کرتے ہیں یہ لوگ۔</w:t>
      </w:r>
    </w:p>
    <w:p>
      <w:r>
        <w:rPr>
          <w:b/>
        </w:rPr>
        <w:t xml:space="preserve">[1:04:36] </w:t>
      </w:r>
      <w:r>
        <w:t>to mahmood ghaznavi se le kar kashmir ke leader sab ke sab gustakhi kar rahe hain. ab lagate hain hum ko.</w:t>
      </w:r>
    </w:p>
    <w:p>
      <w:pPr>
        <w:jc w:val="right"/>
      </w:pPr>
      <w:r>
        <w:t>تو محمود غزنوی سے لے کر کشمیر کے leader سب کے سب گستاخی کر رہے ہیں۔ اب لگاتے ہیں ہم کو۔</w:t>
      </w:r>
    </w:p>
    <w:p>
      <w:r>
        <w:rPr>
          <w:b/>
        </w:rPr>
        <w:t xml:space="preserve">[1:04:46] </w:t>
      </w:r>
      <w:r>
        <w:t>to yeh baat maine wahan ja kar bhi kahi taqreer kar ke kashmir mein aur likha bhi apni is mein. ke problem ka presence dekhna yeh rasool Allah ke khilaf hai.</w:t>
      </w:r>
    </w:p>
    <w:p>
      <w:pPr>
        <w:jc w:val="right"/>
      </w:pPr>
      <w:r>
        <w:t>تو یہ بات میں نے وہاں جا کر بھی کہی تقریر کر کے کشمیر میں اور لکھا بھی اپنی اس میں۔ کہ problem کا presence دیکھنا یہ رسول اللہ کے خلاف ہے۔</w:t>
      </w:r>
    </w:p>
    <w:p>
      <w:r>
        <w:rPr>
          <w:b/>
        </w:rPr>
        <w:t xml:space="preserve">[1:04:59] </w:t>
      </w:r>
      <w:r>
        <w:t>opportunity ko dekhna yeh rasool Allah ke mutabiq hai.</w:t>
      </w:r>
    </w:p>
    <w:p>
      <w:pPr>
        <w:jc w:val="right"/>
      </w:pPr>
      <w:r>
        <w:t>opportunity کو دیکھنا یہ رسول اللہ کے مطابق ہے۔</w:t>
      </w:r>
    </w:p>
    <w:p>
      <w:r>
        <w:rPr>
          <w:b/>
        </w:rPr>
        <w:t xml:space="preserve">[1:05:05] </w:t>
      </w:r>
      <w:r>
        <w:t>khol khol ke maine bayan kiya ke rasool Allah ne jab bonton ke presence ko ignore kiya to opportunity ka ek poora ek wahan par ek dunya khul gayi aap ke liye.</w:t>
      </w:r>
    </w:p>
    <w:p>
      <w:pPr>
        <w:jc w:val="right"/>
      </w:pPr>
      <w:r>
        <w:t>کھول کھول کے میں نے بیان کیا کہ رسول اللہ نے جب بتوں کے presence کو ignore کیا تو opportunity کا ایک پورا ایک وہاں پر ایک دنیا کھل گئی آپ کے لیے۔</w:t>
      </w:r>
    </w:p>
    <w:p>
      <w:r>
        <w:rPr>
          <w:b/>
        </w:rPr>
        <w:t xml:space="preserve">[1:05:19] </w:t>
      </w:r>
      <w:r>
        <w:t>aise aap bhi agar army ki presence ko ignore karen to sare kashmir aap ke liye land of opportunities ban jaye ga woh.</w:t>
      </w:r>
    </w:p>
    <w:p>
      <w:pPr>
        <w:jc w:val="right"/>
      </w:pPr>
      <w:r>
        <w:t>ایسے آپ بھی اگر آرمی کی presence کو ignore کریں تو سارے کشمیر آپ کے لیے land of opportunities بن جائے گا وہ۔</w:t>
      </w:r>
    </w:p>
    <w:p>
      <w:r>
        <w:rPr>
          <w:b/>
        </w:rPr>
        <w:t xml:space="preserve">[1:05:29] </w:t>
      </w:r>
      <w:r>
        <w:t>aap ghussa ho gaye khwamkhwah.</w:t>
      </w:r>
    </w:p>
    <w:p>
      <w:pPr>
        <w:jc w:val="right"/>
      </w:pPr>
      <w:r>
        <w:t>آپ غصہ ہو گئے خوامخواہ۔</w:t>
      </w:r>
    </w:p>
    <w:p>
      <w:r>
        <w:rPr>
          <w:b/>
        </w:rPr>
        <w:t xml:space="preserve">[1:05:31] </w:t>
      </w:r>
      <w:r>
        <w:t>to tum to khud hi rasool Allah ki shan mein gustakhi kar rahe ho, laga rahe ho mujh ko.</w:t>
      </w:r>
    </w:p>
    <w:p>
      <w:pPr>
        <w:jc w:val="right"/>
      </w:pPr>
      <w:r>
        <w:t>تو تم تو خود ہی رسول اللہ کی شان میں گستاخی کر رہے ہو، لگا رہے ہو مجھ کو۔</w:t>
      </w:r>
    </w:p>
    <w:p>
      <w:r>
        <w:rPr>
          <w:b/>
        </w:rPr>
        <w:t xml:space="preserve">[1:05:38] </w:t>
      </w:r>
      <w:r>
        <w:t>to opportunity ko dekhne ke liye ek price chahiye. woh price yeh hai ke aap sabr karen. sabr ka matlab yeh hai ke us ko ignore karen.</w:t>
      </w:r>
    </w:p>
    <w:p>
      <w:pPr>
        <w:jc w:val="right"/>
      </w:pPr>
      <w:r>
        <w:t>تو opportunity کو دیکھنے کے لیے ایک price چاہیے۔ وہ price یہ ہے کہ آپ صبر کریں۔ صبر کا مطلب یہ ہے کہ اس کو ignore کریں۔</w:t>
      </w:r>
    </w:p>
    <w:p>
      <w:r>
        <w:rPr>
          <w:b/>
        </w:rPr>
        <w:t xml:space="preserve">[1:05:52] </w:t>
      </w:r>
      <w:r>
        <w:t>jaise rasool Allah ne bonton ko ignore kiya. kashmir mein main kehta hoon ke tum army ko ignore karo.</w:t>
      </w:r>
    </w:p>
    <w:p>
      <w:pPr>
        <w:jc w:val="right"/>
      </w:pPr>
      <w:r>
        <w:t>جیسے رسول اللہ نے بتوں کو ignore کیا۔ کشمیر میں میں کہتا ہوں کہ تم آرمی کو ignore کرو۔</w:t>
      </w:r>
    </w:p>
    <w:p>
      <w:r>
        <w:rPr>
          <w:b/>
        </w:rPr>
        <w:t xml:space="preserve">[1:05:59] </w:t>
      </w:r>
      <w:r>
        <w:t>mahmood ghaznavi ko main kehta hoon ke tum bhi somnath mein jo ho raha tha, us ko ignore karte. tab opportunity dikhai deti. jab tak aap ignore nahin karenge, tab tak aap ke yani opportunity blind bane rahenge.</w:t>
      </w:r>
    </w:p>
    <w:p>
      <w:pPr>
        <w:jc w:val="right"/>
      </w:pPr>
      <w:r>
        <w:t>محمود غزنوی کو میں کہتا ہوں کہ تم بھی سومناتھ میں جو ہو رہا تھا، اس کو ignore کرتے۔ تب opportunity دکھائی دیتی۔ جب تک آپ ignore نہیں کریں گے، تب تک آپ کے یعنی opportunity blind بنے رہیں گے۔</w:t>
      </w:r>
    </w:p>
    <w:p>
      <w:r>
        <w:rPr>
          <w:b/>
        </w:rPr>
        <w:t xml:space="preserve">[1:06:16] </w:t>
      </w:r>
      <w:r>
        <w:t>opportunity blind. problem dekhenge, opportunity nazar nahin ayegi.</w:t>
      </w:r>
    </w:p>
    <w:p>
      <w:pPr>
        <w:jc w:val="right"/>
      </w:pPr>
      <w:r>
        <w:t>opportunity blind۔ problem دیکھیں گے، opportunity نظر نہیں آئے گی۔</w:t>
      </w:r>
    </w:p>
    <w:p>
      <w:r>
        <w:rPr>
          <w:b/>
        </w:rPr>
        <w:t xml:space="preserve">[1:06:25] </w:t>
      </w:r>
      <w:r>
        <w:t>bataiye ke jo rasool Allah ka asli paigham hai, us ko bata raha hoon main. to kashmir wale kehte hain ke rasool Allah ke shan e aqdas mein gustakhi kar rahe hain.</w:t>
      </w:r>
    </w:p>
    <w:p>
      <w:pPr>
        <w:jc w:val="right"/>
      </w:pPr>
      <w:r>
        <w:t>بتائیے کہ جو رسول اللہ کا اصلی پیغام ہے، اس کو بتا رہا ہوں میں۔ تو کشمیر والے کہتے ہیں کہ رسول اللہ کے شان اقدس میں گستاخی کر رہے ہیں۔</w:t>
      </w:r>
    </w:p>
    <w:p>
      <w:r>
        <w:rPr>
          <w:b/>
        </w:rPr>
        <w:t xml:space="preserve">[1:06:35] </w:t>
      </w:r>
      <w:r>
        <w:t>yeh kya stupid baat hai?</w:t>
      </w:r>
    </w:p>
    <w:p>
      <w:pPr>
        <w:jc w:val="right"/>
      </w:pPr>
      <w:r>
        <w:t>یہ کیا stupid بات ہے؟</w:t>
      </w:r>
    </w:p>
    <w:p>
      <w:r>
        <w:rPr>
          <w:b/>
        </w:rPr>
        <w:t xml:space="preserve">[1:06:40] </w:t>
      </w:r>
      <w:r>
        <w:t>to behal is sawal ka jawab yahi hai ke jo required price hai, woh dijiye aur aap opportunity ko dekhne lagen ge.</w:t>
      </w:r>
    </w:p>
    <w:p>
      <w:pPr>
        <w:jc w:val="right"/>
      </w:pPr>
      <w:r>
        <w:t>تو بہرحال اس سوال کا جواب یہی ہے کہ جو required price ہے، وہ دیجیے اور آپ opportunity کو دیکھنے لگیں گے۔</w:t>
      </w:r>
    </w:p>
    <w:p>
      <w:r>
        <w:rPr>
          <w:b/>
        </w:rPr>
        <w:t xml:space="preserve">[1:06:56] </w:t>
      </w:r>
      <w:r>
        <w:t>This question is from ارم قدسیہ as you said that loan is the worst thing. May I know that can a person take loan for the education of his children as the higher studies in today's era are becoming very expensive?</w:t>
      </w:r>
    </w:p>
    <w:p>
      <w:pPr>
        <w:jc w:val="right"/>
      </w:pPr>
      <w:r>
        <w:t>This question is from ارم قدسیہ as you said that loan is the worst thing. May I know that can a person take loan for the education of his children as the higher studies in today's era are becoming very expensive?</w:t>
      </w:r>
    </w:p>
    <w:p>
      <w:r>
        <w:rPr>
          <w:b/>
        </w:rPr>
        <w:t xml:space="preserve">[1:07:17] </w:t>
      </w:r>
      <w:r>
        <w:t>dekhiye, main to us ko nahin manta. dekhiye, aap is formula ko apply kijiye.</w:t>
      </w:r>
    </w:p>
    <w:p>
      <w:pPr>
        <w:jc w:val="right"/>
      </w:pPr>
      <w:r>
        <w:t>دیکھیے، میں تو اس کو نہیں مانتا۔ دیکھیے، آپ اس فارمولے کو اپلائی کیجیے۔</w:t>
      </w:r>
    </w:p>
    <w:p>
      <w:r>
        <w:rPr>
          <w:b/>
        </w:rPr>
        <w:t xml:space="preserve">[1:07:25] </w:t>
      </w:r>
      <w:r>
        <w:t>In comparison, that we understand. In comparison, that we understand. compare kijiye.</w:t>
      </w:r>
    </w:p>
    <w:p>
      <w:pPr>
        <w:jc w:val="right"/>
      </w:pPr>
      <w:r>
        <w:t>In comparison, that we understand. In comparison, that we understand. کمپیئر کیجیے۔</w:t>
      </w:r>
    </w:p>
    <w:p>
      <w:r>
        <w:rPr>
          <w:b/>
        </w:rPr>
        <w:t xml:space="preserve">[1:07:35] </w:t>
      </w:r>
      <w:r>
        <w:t>aaj jo dunya mein high higher education ki opportunity khuli hui hain aur bhaari bhaari load le kar log bhej rahe hain apne bachon ko america. mujhe bataiye ke in bachon mein se kaun hai jo raman ban raha hai?</w:t>
      </w:r>
    </w:p>
    <w:p>
      <w:pPr>
        <w:jc w:val="right"/>
      </w:pPr>
      <w:r>
        <w:t>آج جو دنیا میں ہائی ہائر ایجوکیشن کی اپرچونیٹی کھلی ہوئی ہیں اور بھاری بھاری لوڈ لے کر لوگ بھیج رہے ہیں اپنے بچوں کو امریکہ۔ مجھے بتائیے کہ ان بچوں میں سے کون ہے جو رمن بن رہا ہے؟</w:t>
      </w:r>
    </w:p>
    <w:p>
      <w:r>
        <w:rPr>
          <w:b/>
        </w:rPr>
        <w:t xml:space="preserve">[1:07:47] </w:t>
      </w:r>
      <w:r>
        <w:t>mujhe bataiye jo tagore ban raha hai? jo doctor rajat prashad ban raha hai? jo raja krishan ban</w:t>
      </w:r>
    </w:p>
    <w:p>
      <w:pPr>
        <w:jc w:val="right"/>
      </w:pPr>
      <w:r>
        <w:t>مجھے بتائیے جو ٹیگور بن رہا ہے؟ جو ڈاکٹر راجت پرشاد بن رہا ہے؟ جو راجہ کرشن بن</w:t>
      </w:r>
    </w:p>
    <w:p>
      <w:r>
        <w:rPr>
          <w:b/>
        </w:rPr>
        <w:t xml:space="preserve">[1:07:54] </w:t>
      </w:r>
      <w:r>
        <w:t>raha hai? ek bhi nahin, ek bhi nahin, ek bhi nahin. sirf kamate hain ja kar ke. to kamane ka naam aap samajhte hain higher education? ek bhi shakhs nahin hai jo is is darje ka ban ban raha ho.</w:t>
      </w:r>
    </w:p>
    <w:p>
      <w:pPr>
        <w:jc w:val="right"/>
      </w:pPr>
      <w:r>
        <w:t>رہا ہے؟ ایک بھی نہیں، ایک بھی نہیں، ایک بھی نہیں۔ صرف کماتے ہیں جا کر کے۔ تو کمانے کا نام آپ سمجھتے ہیں ہائر ایجوکیشن؟ ایک بھی شخص نہیں ہے جو اس اس درجے کا بن بن رہا ہو۔</w:t>
      </w:r>
    </w:p>
    <w:p>
      <w:r>
        <w:rPr>
          <w:b/>
        </w:rPr>
        <w:t xml:space="preserve">[1:08:08] </w:t>
      </w:r>
      <w:r>
        <w:t>aap ghor kijiye ke unhon ne nobel prize liye, dunya in india ka naam roshan kiya.</w:t>
      </w:r>
    </w:p>
    <w:p>
      <w:pPr>
        <w:jc w:val="right"/>
      </w:pPr>
      <w:r>
        <w:t>آپ غور کیجیے کہ انہوں نے نوبل پرائز لیے، دنیا ان انڈیا کا نام روشن کیا۔</w:t>
      </w:r>
    </w:p>
    <w:p>
      <w:r>
        <w:rPr>
          <w:b/>
        </w:rPr>
        <w:t xml:space="preserve">[1:08:17] </w:t>
      </w:r>
      <w:r>
        <w:t>doctor woh jo thay, swami waghera, un ko lijiye aap. un ki schooling mamooli school mein hui thi,</w:t>
      </w:r>
    </w:p>
    <w:p>
      <w:pPr>
        <w:jc w:val="right"/>
      </w:pPr>
      <w:r>
        <w:t>ڈاکٹر وہ جو تھے، سوامی وغیرہ، ان کو لیجیے آپ۔ ان کی سکولنگ معمولی سکول میں ہوئی تھی،</w:t>
      </w:r>
    </w:p>
    <w:p>
      <w:r>
        <w:rPr>
          <w:b/>
        </w:rPr>
        <w:t xml:space="preserve">[1:08:23] </w:t>
      </w:r>
      <w:r>
        <w:t>america mein nahin hui thi. aur america mein unhon ne itna bara kaam kiya ke aaj tak america wale yaad karte hain un ko. jab ke america mein parhne nahin gaye thay woh.</w:t>
      </w:r>
    </w:p>
    <w:p>
      <w:pPr>
        <w:jc w:val="right"/>
      </w:pPr>
      <w:r>
        <w:t>امریکہ میں نہیں ہوئی تھی۔ اور امریکہ میں انہوں نے اتنا بڑا کام کیا کہ آج تک امریکہ والے یاد کرتے ہیں ان کو۔ جبکہ امریکہ میں پڑھنے نہیں گئے تھے وہ۔</w:t>
      </w:r>
    </w:p>
    <w:p>
      <w:r>
        <w:rPr>
          <w:b/>
        </w:rPr>
        <w:t xml:space="preserve">[1:08:33] </w:t>
      </w:r>
      <w:r>
        <w:t>yeh ek myth hai, ek myth hai. yaani aap job ke liye aap parhate hain apne bachon ko wahan bhej kar. mujhe bataiye kaun wahan ja kar ke parhne wala jo hai, siwaye job ke aur kuch kar paya ho?</w:t>
      </w:r>
    </w:p>
    <w:p>
      <w:pPr>
        <w:jc w:val="right"/>
      </w:pPr>
      <w:r>
        <w:t>یہ ایک متھ ہے، ایک متھ ہے۔ یعنی آپ جاب کے لیے آپ پڑھاتے ہیں اپنے بچوں کو وہاں بھیج کر۔ مجھے بتائیے کون وہاں جا کر کے پڑھنے والا جو ہے، سوائے جاب کے اور کچھ کر پایا ہو؟</w:t>
      </w:r>
    </w:p>
    <w:p>
      <w:r>
        <w:rPr>
          <w:b/>
        </w:rPr>
        <w:t xml:space="preserve">[1:08:45] </w:t>
      </w:r>
      <w:r>
        <w:t>earning animal banane ke liye aap america bhejte hain, bhaari bhaari qarz le kar ke. main to bilkul bilkul bekar samajhta hoon is ko.</w:t>
      </w:r>
    </w:p>
    <w:p>
      <w:pPr>
        <w:jc w:val="right"/>
      </w:pPr>
      <w:r>
        <w:t>ارننگ اینیمل بنانے کے لیے آپ امریکہ بھیجتے ہیں، بھاری بھاری قرضے لے کر کے۔ میں تو بالکل بالکل بیکار سمجھتا ہوں اس کو۔</w:t>
      </w:r>
    </w:p>
    <w:p>
      <w:r>
        <w:rPr>
          <w:b/>
        </w:rPr>
        <w:t xml:space="preserve">[1:08:54] </w:t>
      </w:r>
      <w:r>
        <w:t>earning animal banane ke liye aap apne bachon ko bhaari qarz le kar bhejain wahan par. yeh yeh koi koi aqal ki baat hai? main to is ko bilkul bekar samajhta hoon.</w:t>
      </w:r>
    </w:p>
    <w:p>
      <w:pPr>
        <w:jc w:val="right"/>
      </w:pPr>
      <w:r>
        <w:t>ارننگ اینیمل بنانے کے لیے آپ اپنے بچوں کو بھاری قرضے لے کر بھیجیں وہاں پر۔ یہ یہ کوئی کوئی عقل کی بات ہے؟ میں تو اس کو بالکل بیکار سمجھتا ہوں۔</w:t>
      </w:r>
    </w:p>
    <w:p>
      <w:r>
        <w:rPr>
          <w:b/>
        </w:rPr>
        <w:t xml:space="preserve">[1:09:05] </w:t>
      </w:r>
      <w:r>
        <w:t>main to is system ko chahta hoon jis system mein dobara hamare haan raman paida hon. dobara hamara tagore paida hon. dobara hamare haan doctor raja krishan paida hon.</w:t>
      </w:r>
    </w:p>
    <w:p>
      <w:pPr>
        <w:jc w:val="right"/>
      </w:pPr>
      <w:r>
        <w:t>میں تو اس سسٹم کو چاہتا ہوں جس سسٹم میں دوبارہ ہمارے ہاں رمن پیدا ہوں۔ دوبارہ ہمارا ٹیگور پیدا ہوں۔ دوبارہ ہمارے ہاں ڈاکٹر راجہ کرشن پیدا ہوں۔</w:t>
      </w:r>
    </w:p>
    <w:p>
      <w:r>
        <w:rPr>
          <w:b/>
        </w:rPr>
        <w:t xml:space="preserve">[1:09:16] </w:t>
      </w:r>
      <w:r>
        <w:t>raja krishan ki education is india mein hui thi.</w:t>
      </w:r>
    </w:p>
    <w:p>
      <w:pPr>
        <w:jc w:val="right"/>
      </w:pPr>
      <w:r>
        <w:t>راجہ کرشن کی ایجوکیشن اس انڈیا میں ہوئی تھی۔</w:t>
      </w:r>
    </w:p>
    <w:p>
      <w:r>
        <w:rPr>
          <w:b/>
        </w:rPr>
        <w:t xml:space="preserve">[1:09:21] </w:t>
      </w:r>
      <w:r>
        <w:t>to main ne ek baar un ka woh suna tape parliament mein jo bolay thay, woh jo president cases se itna zabardast bol raha tha woh english ke main hairaan reh gaya ke india mein education is ki hui.</w:t>
      </w:r>
    </w:p>
    <w:p>
      <w:pPr>
        <w:jc w:val="right"/>
      </w:pPr>
      <w:r>
        <w:t>تو میں نے ایک بار ان کا وہ سنا ٹیپ پارلیمنٹ میں جو بولے تھے، وہ جو پریزیڈنٹ کیسز سے اتنا زبردست بول رہا تھا وہ انگلش کہ میں حیران رہ گیا کہ انڈیا میں ایجوکیشن اس کی ہوئی۔</w:t>
      </w:r>
    </w:p>
    <w:p>
      <w:r>
        <w:rPr>
          <w:b/>
        </w:rPr>
        <w:t xml:space="preserve">[1:09:34] </w:t>
      </w:r>
      <w:r>
        <w:t>mujhe top ki english bol raha tha woh aadmi. main aap ko bataun swami waghera ka qissa. swami waghera ki education hui bangal ke ek school mein.</w:t>
      </w:r>
    </w:p>
    <w:p>
      <w:pPr>
        <w:jc w:val="right"/>
      </w:pPr>
      <w:r>
        <w:t>مجھے ٹاپ کی انگلش بول رہا تھا وہ آدمی۔ میں آپ کو بتاؤں سوامی وغیرہ کا قصہ۔ سوامی وغیرہ کی ایجوکیشن ہوئی بنگال کے ایک اسکول میں۔</w:t>
      </w:r>
    </w:p>
    <w:p>
      <w:r>
        <w:rPr>
          <w:b/>
        </w:rPr>
        <w:t xml:space="preserve">[1:09:45] </w:t>
      </w:r>
      <w:r>
        <w:t>woh sirf b.a. pass thay bas. na m.a. kiya tha, na doctorate kiya tha unhon ne.</w:t>
      </w:r>
    </w:p>
    <w:p>
      <w:pPr>
        <w:jc w:val="right"/>
      </w:pPr>
      <w:r>
        <w:t>وہ صرف بی اے پاس تھے بس۔ نہ ایم اے کیا تھا، نہ ڈاکٹریٹ کیا تھا انہوں نے۔</w:t>
      </w:r>
    </w:p>
    <w:p>
      <w:r>
        <w:rPr>
          <w:b/>
        </w:rPr>
        <w:t xml:space="preserve">[1:09:50] </w:t>
      </w:r>
      <w:r>
        <w:t>b.a. pass thay. 1893 mein unhein yeh news mili ke chicago mein ek ek parliament of religions ho rahi hai.</w:t>
      </w:r>
    </w:p>
    <w:p>
      <w:pPr>
        <w:jc w:val="right"/>
      </w:pPr>
      <w:r>
        <w:t>بی اے پاس تھے۔ 1893 میں انہیں یہ نیوز ملی کہ شکاگو میں ایک ایک پارلیمنٹ آف ریلیجنز ہو رہی ہے۔</w:t>
      </w:r>
    </w:p>
    <w:p>
      <w:r>
        <w:rPr>
          <w:b/>
        </w:rPr>
        <w:t xml:space="preserve">[1:10:03] </w:t>
      </w:r>
      <w:r>
        <w:t>us waqt hawai jahaz nahin hua karte thay, ship hua karte thay. to un ke paas paisa bhi nahin tha. to ek un ke dost ne kaha ke bhai ek taraf ka main paisa de doon ga ship ka kiraya.</w:t>
      </w:r>
    </w:p>
    <w:p>
      <w:pPr>
        <w:jc w:val="right"/>
      </w:pPr>
      <w:r>
        <w:t>اس وقت ہوائی جہاز نہیں ہوا کرتے تھے، شپ ہوا کرتے تھے۔ تو ان کے پاس پیسہ بھی نہیں تھا۔ تو ایک ان کے دوست نے کہا کہ بھئی ایک طرف کا میں پیسہ دے دوں گا شپ کا کرایہ۔</w:t>
      </w:r>
    </w:p>
    <w:p>
      <w:r>
        <w:rPr>
          <w:b/>
        </w:rPr>
        <w:t xml:space="preserve">[1:10:16] </w:t>
      </w:r>
      <w:r>
        <w:t>tab passport nahin hua karta tha.</w:t>
      </w:r>
    </w:p>
    <w:p>
      <w:pPr>
        <w:jc w:val="right"/>
      </w:pPr>
      <w:r>
        <w:t>تب پاسپورٹ نہیں ہوا کرتا تھا۔</w:t>
      </w:r>
    </w:p>
    <w:p>
      <w:r>
        <w:rPr>
          <w:b/>
        </w:rPr>
        <w:t xml:space="preserve">[1:10:19] </w:t>
      </w:r>
      <w:r>
        <w:t>tab ki baat hai. to ek taraf kiraya diya us ne. by ship woh pohanchay chicago mein. ab yeh bari lambi kahani hai, main sari kahani nahin bataoon ga aap ko.</w:t>
      </w:r>
    </w:p>
    <w:p>
      <w:pPr>
        <w:jc w:val="right"/>
      </w:pPr>
      <w:r>
        <w:t>تب کی بات ہے۔ تو ایک طرف کرایہ دیا اس نے۔ بائی شپ وہ پہنچے شکاگو میں۔ اب یہ بڑی لمبی کہانی ہے، میں ساری کہانی نہیں بتاؤں گا آپ کو۔</w:t>
      </w:r>
    </w:p>
    <w:p>
      <w:r>
        <w:rPr>
          <w:b/>
        </w:rPr>
        <w:t xml:space="preserve">[1:10:29] </w:t>
      </w:r>
      <w:r>
        <w:t>bohat lambi kahani hai, bohat hi bohat hi interesting kahani hai. to palor religion mein jab kharay huay woh wahan par address karne ke liye to wahan kya tha ke saaray log kehte thay ladies and gentleman, ladies and gentleman.</w:t>
      </w:r>
    </w:p>
    <w:p>
      <w:pPr>
        <w:jc w:val="right"/>
      </w:pPr>
      <w:r>
        <w:t>بہت لمبی کہانی ہے، بہت ہی بہت ہی انٹرسٹنگ کہانی ہے۔ تو پالور ریلیجن میں جب کھڑے ہوئے وہ وہاں پر ایڈریس کرنے کے لیے تو وہاں کیا تھا کہ سارے لوگ کہتے تھے لیڈیز اینڈ جنٹلمین، لیڈیز اینڈ جنٹلمین۔</w:t>
      </w:r>
    </w:p>
    <w:p>
      <w:r>
        <w:rPr>
          <w:b/>
        </w:rPr>
        <w:t xml:space="preserve">[1:10:46] </w:t>
      </w:r>
      <w:r>
        <w:t>yeh kharay huay to unhon ne kaha ke sisters and brothers of america, sisters and brothers of america. ab itni clapping hui, itni clapping hui ke kisi ko itni clapping nahin hui.</w:t>
      </w:r>
    </w:p>
    <w:p>
      <w:pPr>
        <w:jc w:val="right"/>
      </w:pPr>
      <w:r>
        <w:t>یہ کھڑے ہوئے تو انہوں نے کہا کہ سسٹرز اینڈ برادرز آف امریکہ، سسٹرز اینڈ برادرز آف امریکہ۔ اب اتنی کلیپنگ ہوئی، اتنی کلیپنگ ہوئی کہ کسی کو اتنی کلیپنگ نہیں ہوئی۔</w:t>
      </w:r>
    </w:p>
    <w:p>
      <w:r>
        <w:rPr>
          <w:b/>
        </w:rPr>
        <w:t xml:space="preserve">[1:10:59] </w:t>
      </w:r>
      <w:r>
        <w:t>woh chha chha gaye wahan par.</w:t>
      </w:r>
    </w:p>
    <w:p>
      <w:pPr>
        <w:jc w:val="right"/>
      </w:pPr>
      <w:r>
        <w:t>وہ چھا چھا گئے وہاں پر۔</w:t>
      </w:r>
    </w:p>
    <w:p>
      <w:r>
        <w:rPr>
          <w:b/>
        </w:rPr>
        <w:t xml:space="preserve">[1:11:04] </w:t>
      </w:r>
      <w:r>
        <w:t>yeh yeh raaz hai zindagi ka. america ki universityon mein bhaari kharcha de kar ke parhana yeh zindagi ka raaz nahin hai. aap kyun apne bachon ko animal banan chahte hain?</w:t>
      </w:r>
    </w:p>
    <w:p>
      <w:pPr>
        <w:jc w:val="right"/>
      </w:pPr>
      <w:r>
        <w:t>یہ یہ راز ہے زندگی کا۔ امریکہ کی یونیورسٹیوں میں بھاری خرچہ دے کر کے پڑھانا یہ زندگی کا راز نہیں ہے۔ آپ کیوں اپنے بچوں کو اینیمل بنانا چاہتے ہیں؟</w:t>
      </w:r>
    </w:p>
    <w:p>
      <w:r>
        <w:rPr>
          <w:b/>
        </w:rPr>
        <w:t xml:space="preserve">[1:11:13] </w:t>
      </w:r>
      <w:r>
        <w:t>animal, earning animal.</w:t>
      </w:r>
    </w:p>
    <w:p>
      <w:pPr>
        <w:jc w:val="right"/>
      </w:pPr>
      <w:r>
        <w:t>اینیمل، ارننگ اینیمل۔</w:t>
      </w:r>
    </w:p>
    <w:p>
      <w:r>
        <w:rPr>
          <w:b/>
        </w:rPr>
        <w:t xml:space="preserve">[1:11:16] </w:t>
      </w:r>
      <w:r>
        <w:t>apne bachon ko chahte hain ke ziyada paisa kamain, apni bimari bimariyon ke sath mar jain. main apni family ke kai logon ko jaanta hoon, apne apne friend kai halqay mein kai logon ko jaanta hoon ke bahar ja ke parha unhon ne.</w:t>
      </w:r>
    </w:p>
    <w:p>
      <w:pPr>
        <w:jc w:val="right"/>
      </w:pPr>
      <w:r>
        <w:t>اپنے بچوں کو چاہتے ہیں کہ زیادہ پیسہ کمائیں، اپنی بیماری بیماریوں کے ساتھ مر جائیں۔ میں اپنی فیملی کے کئی لوگوں کو جانتا ہوں، اپنے اپنے فرینڈ کئی حلقے میں کئی لوگوں کو جانتا ہوں کہ باہر جا کے پڑھا انہوں نے۔</w:t>
      </w:r>
    </w:p>
    <w:p>
      <w:r>
        <w:rPr>
          <w:b/>
        </w:rPr>
        <w:t xml:space="preserve">[1:11:33] </w:t>
      </w:r>
      <w:r>
        <w:t>ab bimariyon mein pade hue hain ke zyada paisa aaya to khoob khaya piya aur tamashe ki zindagi. koi life nahi hai in ki, koi life nahi hai.</w:t>
      </w:r>
    </w:p>
    <w:p>
      <w:pPr>
        <w:jc w:val="right"/>
      </w:pPr>
      <w:r>
        <w:t>اب بیماریوں میں پڑے ہوئے ہیں کہ زیادہ پیسہ آیا تو خوب کھایا پیا اور تماشے کی زندگی۔ کوئی لائف نہیں ہے ان کی، کوئی لائف نہیں ہے۔</w:t>
      </w:r>
    </w:p>
    <w:p>
      <w:r>
        <w:rPr>
          <w:b/>
        </w:rPr>
        <w:t xml:space="preserve">[1:11:43] </w:t>
      </w:r>
      <w:r>
        <w:t>yeh to ek jhootha myth hai ke sahib america mein bari taleem hoti hai. mere paas ek hai, america ka bataun aap ko, harvard university ka ek professor mere paas aaye, woh research kar rahe the kis cheez par jo saare america ke subject hain, woh hai terrorism.</w:t>
      </w:r>
    </w:p>
    <w:p>
      <w:pPr>
        <w:jc w:val="right"/>
      </w:pPr>
      <w:r>
        <w:t>یہ تو ایک جھوٹا متھ ہے کہ صاحب امریکہ میں بڑی تعلیم ہوتی ہے۔ میرے پاس ایک ہے، امریکہ کا بتاؤں آپ کو، ہارورڈ یونیورسٹی کا ایک پروفیسر میرے پاس آئے، وہ ریسرچ کر رہے تھے کس چیز پر جو سارے امریکہ کے سبجیکٹ ہیں، وہ ہے ٹیررزم۔</w:t>
      </w:r>
    </w:p>
    <w:p>
      <w:r>
        <w:rPr>
          <w:b/>
        </w:rPr>
        <w:t xml:space="preserve">[1:12:00] </w:t>
      </w:r>
      <w:r>
        <w:t>yeh yeh saadia waghera wahan hoti hain, yeh log witness hain is ki witness. yeh harvard university ek jo sab se bari top ki maani jati hai.</w:t>
      </w:r>
    </w:p>
    <w:p>
      <w:pPr>
        <w:jc w:val="right"/>
      </w:pPr>
      <w:r>
        <w:t>یہ یہ سعدیہ وغیرہ وہاں ہوتی ہیں، یہ لوگ وٹنس ہیں اس کی وٹنس۔ یہ ہارورڈ یونیورسٹی ایک جو سب سے بڑی ٹاپ کی مانی جاتی ہے۔</w:t>
      </w:r>
    </w:p>
    <w:p>
      <w:r>
        <w:rPr>
          <w:b/>
        </w:rPr>
        <w:t xml:space="preserve">[1:12:09] </w:t>
      </w:r>
      <w:r>
        <w:t>maine kaha ke sahib, what is the definition of terrorism? maine kaha aap is pe research kar rahe hain, definition bataiye.</w:t>
      </w:r>
    </w:p>
    <w:p>
      <w:pPr>
        <w:jc w:val="right"/>
      </w:pPr>
      <w:r>
        <w:t>میں نے کہا کہ صاحب، واٹ از دا ڈیفینیشن آف ٹیررزم؟ میں نے کہا آپ اس پہ ریسرچ کر رہے ہیں، ڈیفینیشن بتائیے۔</w:t>
      </w:r>
    </w:p>
    <w:p>
      <w:r>
        <w:rPr>
          <w:b/>
        </w:rPr>
        <w:t xml:space="preserve">[1:12:19] </w:t>
      </w:r>
      <w:r>
        <w:t>jo definition batai unhon ne, maine us ko usi waqt discard kar diya ke galat definition thi. phir maine doosri doosri definition batai. unhon ne mana ke haan, yahi sahi definition hai.</w:t>
      </w:r>
    </w:p>
    <w:p>
      <w:pPr>
        <w:jc w:val="right"/>
      </w:pPr>
      <w:r>
        <w:t>جو ڈیفینیشن بتائی انہوں نے، میں نے اس کو اسی وقت ڈسکارڈ کر دیا کہ غلط ڈیفینیشن تھی۔ پھر میں نے دوسری دوسری ڈیفینیشن بتائی۔ انہوں نے مانا کہ ہاں، یہی صحیح ڈیفینیشن ہے۔</w:t>
      </w:r>
    </w:p>
    <w:p>
      <w:r>
        <w:rPr>
          <w:b/>
        </w:rPr>
        <w:t xml:space="preserve">[1:12:30] </w:t>
      </w:r>
      <w:r>
        <w:t>halankeh meri education harvard mein nahi hui hai. yeh ek myth hai, myth is se bahar aai hai, is myth se, is myth se bahar aai hai.</w:t>
      </w:r>
    </w:p>
    <w:p>
      <w:pPr>
        <w:jc w:val="right"/>
      </w:pPr>
      <w:r>
        <w:t>حالانکہ میری ایجوکیشن ہارورڈ میں نہیں ہوئی ہے۔ یہ ایک متھ ہے، متھ اس سے باہر آئی ہے، اس متھ سے، اس متھ سے باہر آئی ہے۔</w:t>
      </w:r>
    </w:p>
    <w:p>
      <w:r>
        <w:rPr>
          <w:b/>
        </w:rPr>
        <w:t xml:space="preserve">[1:12:41] </w:t>
      </w:r>
      <w:r>
        <w:t>ya kahiye aap ke hamein bara job lena hai, zyada paisa kamana hai to theek hai, lekin learning ke naam par, knowledge ke naam par, wisdom ke naam par, science ke naam par aap na boliye.</w:t>
      </w:r>
    </w:p>
    <w:p>
      <w:pPr>
        <w:jc w:val="right"/>
      </w:pPr>
      <w:r>
        <w:t>یا کہیے آپ کہ ہمیں بڑا جاب لینا ہے، زیادہ پیسہ کمانا ہے تو ٹھیک ہے، لیکن لرننگ کے نام پر، نالج کے نام پر، وزڈم کے نام پر، سائنس کے نام پر آپ نہ بولیے۔</w:t>
      </w:r>
    </w:p>
    <w:p>
      <w:r>
        <w:rPr>
          <w:b/>
        </w:rPr>
        <w:t xml:space="preserve">[1:12:53] </w:t>
      </w:r>
      <w:r>
        <w:t>kyunke jitne gaye hain, woh meri umar mein kitne saare log gaye hain, kuch bhi nahi kar sake siwaye paisa kamane ke. hamari family mein sab se pehla ek aadmi gaya tha britain aur bohat bari degree le kar aaye wahan se.</w:t>
      </w:r>
    </w:p>
    <w:p>
      <w:pPr>
        <w:jc w:val="right"/>
      </w:pPr>
      <w:r>
        <w:t>کیونکہ جتنے گئے ہیں، وہ میری عمر میں کتنے سارے لوگ گئے ہیں، کچھ بھی نہیں کر سکے سوائے پیسہ کمانے کے۔ ہماری فیملی میں سب سے پہلا ایک آدمی گیا تھا برٹن اور بہت بڑی ڈگری لے کر آئے وہاں سے۔</w:t>
      </w:r>
    </w:p>
    <w:p>
      <w:r>
        <w:rPr>
          <w:b/>
        </w:rPr>
        <w:t xml:space="preserve">[1:13:08] </w:t>
      </w:r>
      <w:r>
        <w:t>ab mujh se kam age hai un ki,</w:t>
      </w:r>
    </w:p>
    <w:p>
      <w:pPr>
        <w:jc w:val="right"/>
      </w:pPr>
      <w:r>
        <w:t>اب مجھ سے کم ایج ہے ان کی،</w:t>
      </w:r>
    </w:p>
    <w:p>
      <w:r>
        <w:rPr>
          <w:b/>
        </w:rPr>
        <w:t xml:space="preserve">[1:13:11] </w:t>
      </w:r>
      <w:r>
        <w:t>jab bhi aap mujh se kam, yeh bed ridden hai, woh bohat bari degree le ke aaye the. woh us waqt itni bari degree india mein do ek aadmi ke paas hogi.</w:t>
      </w:r>
    </w:p>
    <w:p>
      <w:pPr>
        <w:jc w:val="right"/>
      </w:pPr>
      <w:r>
        <w:t>جب بھی آپ مجھ سے کم، یہ بیڈ ریٹن ہے، وہ بہت بڑی ڈگری لے کے آئے تھے۔ وہ اس وقت اتنی بڑی ڈگری انڈیا میں دو ایک آدمی کے پاس ہوگی۔</w:t>
      </w:r>
    </w:p>
    <w:p>
      <w:r>
        <w:rPr>
          <w:b/>
        </w:rPr>
        <w:t xml:space="preserve">[1:13:24] </w:t>
      </w:r>
      <w:r>
        <w:t>us waqt bed ridden hain, woh mujh se chote hain, woh kam az kam paanch saal chote hain mujh se. ab main chalta phirta hoon ke kya yeh kya hai?</w:t>
      </w:r>
    </w:p>
    <w:p>
      <w:pPr>
        <w:jc w:val="right"/>
      </w:pPr>
      <w:r>
        <w:t>اس وقت بیڈ ریٹن ہیں، وہ مجھ سے چھوٹے ہیں، وہ کم از کم پانچ سال چھوٹے ہیں مجھ سے۔ اب میں چلتا پھرتا ہوں کہ کیا یہ کیا ہے؟</w:t>
      </w:r>
    </w:p>
    <w:p>
      <w:r>
        <w:rPr>
          <w:b/>
        </w:rPr>
        <w:t xml:space="preserve">[1:13:34] </w:t>
      </w:r>
      <w:r>
        <w:t>yeh yeh ek myth hai, myth. india mein bachon ko padhaiye,</w:t>
      </w:r>
    </w:p>
    <w:p>
      <w:pPr>
        <w:jc w:val="right"/>
      </w:pPr>
      <w:r>
        <w:t>یہ یہ ایک متھ ہے، متھ۔ انڈیا میں بچوں کو پڑھائیے،</w:t>
      </w:r>
    </w:p>
    <w:p>
      <w:r>
        <w:rPr>
          <w:b/>
        </w:rPr>
        <w:t xml:space="preserve">[1:13:40] </w:t>
      </w:r>
      <w:r>
        <w:t>india se behtar koi jagah nahi hai. saari padhai india mein ho. jo competition hai, us mein daliye bachon ko ke khoob mehnat karo, khoob mehnat karo, aage badho.</w:t>
      </w:r>
    </w:p>
    <w:p>
      <w:pPr>
        <w:jc w:val="right"/>
      </w:pPr>
      <w:r>
        <w:t>انڈیا سے بہتر کوئی جگہ نہیں ہے۔ ساری پڑھائی انڈیا میں ہو۔ جو کمپیٹیشن ہے، اس میں ڈالیے بچوں کو کہ خوب محنت کرو، خوب محنت کرو، آگے بڑھو۔</w:t>
      </w:r>
    </w:p>
    <w:p>
      <w:r>
        <w:rPr>
          <w:b/>
        </w:rPr>
        <w:t xml:space="preserve">[1:13:50] </w:t>
      </w:r>
      <w:r>
        <w:t>india mein business kijiye, india mein apne bachon ko padhaiye, india mein settle huiye. main yeh kehta hoon, koi zaroorat nahi europe jaane ki, koi zaroorat nahi america jaane ki.</w:t>
      </w:r>
    </w:p>
    <w:p>
      <w:pPr>
        <w:jc w:val="right"/>
      </w:pPr>
      <w:r>
        <w:t>انڈیا میں بزنس کیجیے، انڈیا میں اپنے بچوں کو پڑھائیے، انڈیا میں سیٹل ہوئیے۔ میں یہ کہتا ہوں، کوئی ضرورت نہیں یورپ جانے کی، کوئی ضرورت نہیں امریکہ جانے کی۔</w:t>
      </w:r>
    </w:p>
    <w:p>
      <w:r>
        <w:rPr>
          <w:b/>
        </w:rPr>
        <w:t xml:space="preserve">[1:14:00] </w:t>
      </w:r>
      <w:r>
        <w:t>sab bilkul, main us ko jitne example aap kahein, main de sakta hoon ke wahan ja kar aadmi ruine hota hai, ruine aur kuch nahi hota.</w:t>
      </w:r>
    </w:p>
    <w:p>
      <w:pPr>
        <w:jc w:val="right"/>
      </w:pPr>
      <w:r>
        <w:t>سب بالکل، میں اس کو جتنے ایگزامپل آپ کہیں، میں دے سکتا ہوں کہ وہاں جا کر آدمی روئین ہوتا ہے، روئین اور کچھ نہیں ہوتا۔</w:t>
      </w:r>
    </w:p>
    <w:p>
      <w:r>
        <w:rPr>
          <w:b/>
        </w:rPr>
        <w:t xml:space="preserve">[1:14:10] </w:t>
      </w:r>
      <w:r>
        <w:t>ah, this question is from stuti malhotra. maulana, you always say that one should save oneself from distraction.</w:t>
      </w:r>
    </w:p>
    <w:p>
      <w:pPr>
        <w:jc w:val="right"/>
      </w:pPr>
      <w:r>
        <w:t>اہ، دس کوئسچن از فرام ستوتی ملہوترا۔ مولانا، یو الویز سے دیٹ ون شوڈ سیو ون سیلف فرام ڈسٹریکشن۔</w:t>
      </w:r>
    </w:p>
    <w:p>
      <w:r>
        <w:rPr>
          <w:b/>
        </w:rPr>
        <w:t xml:space="preserve">[1:14:20] </w:t>
      </w:r>
      <w:r>
        <w:t>how do we know that the process of not getting distracted has started? dekhein, yeh main pani pi raha hoon. hain, suppose is mein woh gir jaye namak to aap piyenge to aap ko pata chalega ya nahi chalega?</w:t>
      </w:r>
    </w:p>
    <w:p>
      <w:pPr>
        <w:jc w:val="right"/>
      </w:pPr>
      <w:r>
        <w:t>ہاؤ ڈو وی نو دیٹ دی پروسیس اف ناٹ گیٹنگ ڈسٹریکٹڈ ہیز سٹارٹڈ؟ دیکھیں، یہ میں پانی پی رہا ہوں۔ ہیں، سپوز اس میں وہ گر جائے نمک تو آپ پیئیں گے تو آپ کو پتہ پتہ چلے گا یا نہیں چلے گا؟</w:t>
      </w:r>
    </w:p>
    <w:p>
      <w:r>
        <w:rPr>
          <w:b/>
        </w:rPr>
        <w:t xml:space="preserve">[1:14:38] </w:t>
      </w:r>
      <w:r>
        <w:t>pata ji,</w:t>
      </w:r>
    </w:p>
    <w:p>
      <w:pPr>
        <w:jc w:val="right"/>
      </w:pPr>
      <w:r>
        <w:t>پتہ جی،</w:t>
      </w:r>
    </w:p>
    <w:p>
      <w:r>
        <w:rPr>
          <w:b/>
        </w:rPr>
        <w:t xml:space="preserve">[1:14:40] </w:t>
      </w:r>
      <w:r>
        <w:t>agar is mein namak pad jaye aur pani khari ho jaye to aap zara sa piyenge, jaldi se rakh denge is ko. cheez hai ke aap test develop kijiye.</w:t>
      </w:r>
    </w:p>
    <w:p>
      <w:pPr>
        <w:jc w:val="right"/>
      </w:pPr>
      <w:r>
        <w:t>اگر اس میں نمک پڑ جائے اور پانی کھاری ہو جائے تو آپ ذرا سا پیئیں گے، جلدی سے رکھ دیں گے اس کو۔ چیز ہے کہ آپ ٹیسٹ ڈیولپ کیجئے۔</w:t>
      </w:r>
    </w:p>
    <w:p>
      <w:r>
        <w:rPr>
          <w:b/>
        </w:rPr>
        <w:t xml:space="preserve">[1:14:49] </w:t>
      </w:r>
      <w:r>
        <w:t>test, aap is ke baray mein test develop kiya aap ne to aap jaise hi zara sa pite hain, lagta hai ke to is mein namak pad gaya, is ko peene qabil nahi hai.</w:t>
      </w:r>
    </w:p>
    <w:p>
      <w:pPr>
        <w:jc w:val="right"/>
      </w:pPr>
      <w:r>
        <w:t>ٹیسٹ، آپ اس کے بارے میں ٹیسٹ ڈیولپ کیا آپ نے تو آپ جیسے ہی ذرا سا پیتے ہیں، لگتا ہے کہ تو اس میں نمک پڑ گیا، اس کو پینے قابل نہیں ہے۔</w:t>
      </w:r>
    </w:p>
    <w:p>
      <w:r>
        <w:rPr>
          <w:b/>
        </w:rPr>
        <w:t xml:space="preserve">[1:15:01] </w:t>
      </w:r>
      <w:r>
        <w:t>pani wahan pe aap ko test develop karna parega. ab main distraction ho raha hai, mera yeh test develop kijiye.</w:t>
      </w:r>
    </w:p>
    <w:p>
      <w:pPr>
        <w:jc w:val="right"/>
      </w:pPr>
      <w:r>
        <w:t>پانی وہاں پہ آپ کو ٹیسٹ ڈیولپ کرنا پڑے گا۔ اب میں ڈسٹریکشن ہو رہا ہے، میرا یہ ٹیسٹ ڈیولپ کیجئے۔</w:t>
      </w:r>
    </w:p>
    <w:p>
      <w:r>
        <w:rPr>
          <w:b/>
        </w:rPr>
        <w:t xml:space="preserve">[1:15:09] </w:t>
      </w:r>
      <w:r>
        <w:t>aap</w:t>
      </w:r>
    </w:p>
    <w:p>
      <w:pPr>
        <w:jc w:val="right"/>
      </w:pPr>
      <w:r>
        <w:t>آپ</w:t>
      </w:r>
    </w:p>
    <w:p>
      <w:r>
        <w:rPr>
          <w:b/>
        </w:rPr>
        <w:t xml:space="preserve">[1:15:11] </w:t>
      </w:r>
      <w:r>
        <w:t>jaise hi woh ho, main to aise hi, mera ek minute nahi lagta mujhe ke main pata chal jata hai ke main distract ho raha hoon, deviate kar raha hoon, ja raha hoon, hat raha hoon is se.</w:t>
      </w:r>
    </w:p>
    <w:p>
      <w:pPr>
        <w:jc w:val="right"/>
      </w:pPr>
      <w:r>
        <w:t>جیسے ہی وہ ہو، میں تو ایسے ہی، میرا ایک منٹ نہیں لگتا مجھے کہ میں پتہ چل جاتا ہے کہ میں ڈسٹریکٹ ہو رہا ہوں، ڈیویٹ کر رہا ہوں، جا رہا ہوں، ہٹ رہا ہوں اس سے۔</w:t>
      </w:r>
    </w:p>
    <w:p>
      <w:r>
        <w:rPr>
          <w:b/>
        </w:rPr>
        <w:t xml:space="preserve">[1:15:22] </w:t>
      </w:r>
      <w:r>
        <w:t>to jaldi se main wapas lautta hoon, jaldi wapas lautta hoon. khud aap, meri beti yahan hai, un se pooch li jiye.</w:t>
      </w:r>
    </w:p>
    <w:p>
      <w:pPr>
        <w:jc w:val="right"/>
      </w:pPr>
      <w:r>
        <w:t>تو جلدی سے میں واپس لوٹتا ہوں، جلدی واپس لوٹتا ہوں۔ خود آپ، میری بیٹی یہاں ہے، ان سے پوچھ لیجئے۔</w:t>
      </w:r>
    </w:p>
    <w:p>
      <w:r>
        <w:rPr>
          <w:b/>
        </w:rPr>
        <w:t xml:space="preserve">[1:15:32] </w:t>
      </w:r>
      <w:r>
        <w:t>kai baar un se baat hoti hai, jaise hi mujhe mehsoos hota hai ke hamari baat jo hai, ab de-relevant is ka ho raha hai, jaldi se main reset karta hoon baat ko, aage nahi badhata kyunke us ko main distraction samajhta hoon.</w:t>
      </w:r>
    </w:p>
    <w:p>
      <w:pPr>
        <w:jc w:val="right"/>
      </w:pPr>
      <w:r>
        <w:t>کئی بار ان سے بات ہوتی ہے، جیسے ہی مجھے محسوس ہوتا ہے کہ ہماری بات جو ہے، اب ڈی ریلیونٹ اس کا ہو رہا ہے، جلدی سے میں ریسیٹ کرتا ہوں بات کو، آگے نہیں بڑھاتا کیونکہ اس کو میں ڈسٹریکشن سمجھتا ہوں۔</w:t>
      </w:r>
    </w:p>
    <w:p>
      <w:r>
        <w:rPr>
          <w:b/>
        </w:rPr>
        <w:t xml:space="preserve">[1:15:45] </w:t>
      </w:r>
      <w:r>
        <w:t>to aap ne test develop kiya hai khane peene ke mamle mein.</w:t>
      </w:r>
    </w:p>
    <w:p>
      <w:pPr>
        <w:jc w:val="right"/>
      </w:pPr>
      <w:r>
        <w:t>تو آپ نے ٹیسٹ ڈیولپ کیا ہے کھانے پینے کے معاملے میں۔</w:t>
      </w:r>
    </w:p>
    <w:p>
      <w:r>
        <w:rPr>
          <w:b/>
        </w:rPr>
        <w:t xml:space="preserve">[1:15:50] </w:t>
      </w:r>
      <w:r>
        <w:t>aur yeh yeh kapde ka jhoota fashion aaj kal hai, shopping hoti hai har waqt. yahan khoob test develop kiya logon ne, aisa kapda, waisa kapda.</w:t>
      </w:r>
    </w:p>
    <w:p>
      <w:pPr>
        <w:jc w:val="right"/>
      </w:pPr>
      <w:r>
        <w:t>اور یہ یہ کپڑے کا جھوٹا فیشن آج کل ہے، شاپنگ ہوتی ہے ہر وقت۔ یہاں خوب ٹیسٹ ڈیولپ کیا لوگوں نے، ایسا کپڑا، ویسا کپڑا۔</w:t>
      </w:r>
    </w:p>
    <w:p>
      <w:r>
        <w:rPr>
          <w:b/>
        </w:rPr>
        <w:t xml:space="preserve">[1:16:01] </w:t>
      </w:r>
      <w:r>
        <w:t>kal mein, kal mein radio sun raha tha, larkiyan ek ek ek channel hai, MF Gold ka naam iska, woh sab larkiyan hi larkiyan is mein theen.</w:t>
      </w:r>
    </w:p>
    <w:p>
      <w:pPr>
        <w:jc w:val="right"/>
      </w:pPr>
      <w:r>
        <w:t>کل میں، کل میں ریڈیو سن رہا تھا، لڑکیاں ایک ایک ایک چینل ہے، ایم ایف گولڈ کا نام اس کا، وہ سب لڑکیاں ہی لڑکیاں اس میں تھیں۔</w:t>
      </w:r>
    </w:p>
    <w:p>
      <w:r>
        <w:rPr>
          <w:b/>
        </w:rPr>
        <w:t xml:space="preserve">[1:16:12] </w:t>
      </w:r>
      <w:r>
        <w:t>aisi khurafati baatein theen ke larkiyon ka bohat bara time sirf yeh kharch hota hai ke matching kapda hai ke nahi hai.</w:t>
      </w:r>
    </w:p>
    <w:p>
      <w:pPr>
        <w:jc w:val="right"/>
      </w:pPr>
      <w:r>
        <w:t>ایسی خرافاتی باتیں تھیں کہ لڑکیوں کا بہت بڑا ٹائم صرف یہ خرچ ہوتا ہے کہ میچنگ کپڑا ہے کہ نہیں ہے۔</w:t>
      </w:r>
    </w:p>
    <w:p>
      <w:r>
        <w:rPr>
          <w:b/>
        </w:rPr>
        <w:t xml:space="preserve">[1:16:19] </w:t>
      </w:r>
      <w:r>
        <w:t>aur janab, yeh shopping karna hai, mujhe yeh lena hai, woh lena hai, yani sara time isi mein barbad hota hai. kyun?</w:t>
      </w:r>
    </w:p>
    <w:p>
      <w:pPr>
        <w:jc w:val="right"/>
      </w:pPr>
      <w:r>
        <w:t>اور جناب، یہ شاپنگ کرنا ہے، مجھے یہ لینا ہے، وہ لینا ہے، یعنی سارا ٹائم اسی میں برباد ہوتا ہے۔ کیوں؟</w:t>
      </w:r>
    </w:p>
    <w:p>
      <w:r>
        <w:rPr>
          <w:b/>
        </w:rPr>
        <w:t xml:space="preserve">[1:16:28] </w:t>
      </w:r>
      <w:r>
        <w:t>test develop nahi kiya unhon ne ke distraction hai yeh. to main yahi kahunga ke jis tarah physical cheezon mein aap ne test develop kiya, pani ke bare mein, khane ke mamle mein, aur jaldi se aap ko pata chal jata hai, aap ruk jate hain,</w:t>
      </w:r>
    </w:p>
    <w:p>
      <w:pPr>
        <w:jc w:val="right"/>
      </w:pPr>
      <w:r>
        <w:t>ٹیسٹ ڈیولپ نہیں کیا انہوں نے کہ ڈسٹریکشن ہے یہ۔ تو میں یہی کہوں گا کہ جس طرح فزیکل چیزوں میں آپ نے ٹیسٹ ڈیولپ کیا، پانی کے بارے میں، کھانے کے معاملے میں، اور جلدی سے آپ کو پتہ چل جاتا ہے، آپ رک جاتے ہیں،</w:t>
      </w:r>
    </w:p>
    <w:p>
      <w:r>
        <w:rPr>
          <w:b/>
        </w:rPr>
        <w:t xml:space="preserve">[1:16:43] </w:t>
      </w:r>
      <w:r>
        <w:t>aise hi in cheezon mein bhi test develop kijiye.</w:t>
      </w:r>
    </w:p>
    <w:p>
      <w:pPr>
        <w:jc w:val="right"/>
      </w:pPr>
      <w:r>
        <w:t>ایسے ہی ان چیزوں میں بھی ٹیسٹ ڈیولپ کیجئے۔</w:t>
      </w:r>
    </w:p>
    <w:p>
      <w:r>
        <w:rPr>
          <w:b/>
        </w:rPr>
        <w:t xml:space="preserve">[1:16:48] </w:t>
      </w:r>
      <w:r>
        <w:t>ya aisa nahi ke koi aise, koi hum injection laga dein, koi aadmi injection se koi baat nahi hasil hoti. aap ko test develop karna parega ke main yahan, main distraction mera ho raha hai, jaldi se aap ko pata chal jae.</w:t>
      </w:r>
    </w:p>
    <w:p>
      <w:pPr>
        <w:jc w:val="right"/>
      </w:pPr>
      <w:r>
        <w:t>یا ایسا نہیں کہ کوئی ایسے، کوئی ہم انجیکشن لگا دیں، کوئی آدمی انجیکشن سے کوئی بات نہیں حاصل ہوتی۔ آپ کو ٹیسٹ ڈیولپ کرنا پڑے گا کہ میں یہاں، میں ڈسٹریکشن میرا ہو رہا ہے، جلدی سے آپ کو پتہ چل جائے۔</w:t>
      </w:r>
    </w:p>
    <w:p>
      <w:r>
        <w:rPr>
          <w:b/>
        </w:rPr>
        <w:t xml:space="preserve">[1:17:00] </w:t>
      </w:r>
      <w:r>
        <w:t>jaise Quran majeed mein hai: jab chook ta khuz mere shaitan ne tazkira ke jaise hi satan touch karta hai, touch, jaldi se woh chook padte hain.</w:t>
      </w:r>
    </w:p>
    <w:p>
      <w:pPr>
        <w:jc w:val="right"/>
      </w:pPr>
      <w:r>
        <w:t>جیسے قرآن مجید میں ہے: اذا مس چونک تاخذ میرے شیطان نے تذکرہ کہ جیسے ہی سیٹن ٹچ ٹچ کرتا ہے، ٹچ، جلدی سے وہ چونک پڑتے ہیں۔</w:t>
      </w:r>
    </w:p>
    <w:p>
      <w:r>
        <w:rPr>
          <w:b/>
        </w:rPr>
        <w:t xml:space="preserve">[1:17:11] </w:t>
      </w:r>
      <w:r>
        <w:t>yeh satan ne touch kiya aur jaldi se woh jaan gaya, unhon ne ke shaitan ne touch kar diya hai.</w:t>
      </w:r>
    </w:p>
    <w:p>
      <w:pPr>
        <w:jc w:val="right"/>
      </w:pPr>
      <w:r>
        <w:t>یہ سیٹن نے ٹچ کیا اور جلدی سے وہ جان گیا، انہوں نے کہ شیطان نے ٹچ کر دیا ہے۔</w:t>
      </w:r>
    </w:p>
    <w:p>
      <w:r>
        <w:rPr>
          <w:b/>
        </w:rPr>
        <w:t xml:space="preserve">[1:17:17] </w:t>
      </w:r>
      <w:r>
        <w:t>yeh hai test develop karna. to aap test develop kijiye, koi injection nahi laga dega aap ko ke aap ko khud khud khud hi khud pata chal jae. log dekhiye, mera experience hai ke log sensitive hain kis mein?</w:t>
      </w:r>
    </w:p>
    <w:p>
      <w:pPr>
        <w:jc w:val="right"/>
      </w:pPr>
      <w:r>
        <w:t>یہ ہے ٹیسٹ ڈیولپ کرنا۔ تو آپ ٹیسٹ ڈیولپ کیجئے، کوئی انجیکشن نہیں لگا دے گا آپ کو کہ آپ کو خود خود خود ہی خود پتہ چل جائے۔ لوگ دیکھیے، میرا ایکسپیرینس ہے کہ لوگ سینسٹیو ہیں کس میں؟</w:t>
      </w:r>
    </w:p>
    <w:p>
      <w:r>
        <w:rPr>
          <w:b/>
        </w:rPr>
        <w:t xml:space="preserve">[1:17:35] </w:t>
      </w:r>
      <w:r>
        <w:t>doosri doosri cheezon ke bare mein sensitive hain, principle ke bare mein sensitive nahi hain. woh</w:t>
      </w:r>
    </w:p>
    <w:p>
      <w:pPr>
        <w:jc w:val="right"/>
      </w:pPr>
      <w:r>
        <w:t>دوسری دوسری چیزوں کے بارے میں سینسٹیو ہیں، پرنسپل کے بارے میں سینسٹیو نہیں ہیں۔ وہ</w:t>
      </w:r>
    </w:p>
    <w:p>
      <w:r>
        <w:rPr>
          <w:b/>
        </w:rPr>
        <w:t xml:space="preserve">[1:17:43] </w:t>
      </w:r>
      <w:r>
        <w:t>sab se bari jo museebat hai, woh yeh hai ke log principle ke bare mein sensitive nahi hain, doosri doosri jo baaton mein sensitive hain.</w:t>
      </w:r>
    </w:p>
    <w:p>
      <w:pPr>
        <w:jc w:val="right"/>
      </w:pPr>
      <w:r>
        <w:t>سب سے بڑی جو مصیبت ہے، وہ یہ ہے کہ لوگ پرنسپل کے بارے میں سینسٹیو نہیں ہیں، دوسری دوسری جو باتوں میں سینسٹیو ہیں۔</w:t>
      </w:r>
    </w:p>
    <w:p>
      <w:r>
        <w:rPr>
          <w:b/>
        </w:rPr>
        <w:t xml:space="preserve">[1:17:53] </w:t>
      </w:r>
      <w:r>
        <w:t>to apni sensitivity ke badle, agar koi is ko tayyar nahi hai badalne ke liye to phir phir phir woh to phir to kuch nahi ho sakta.</w:t>
      </w:r>
    </w:p>
    <w:p>
      <w:pPr>
        <w:jc w:val="right"/>
      </w:pPr>
      <w:r>
        <w:t>تو اپنی سینسٹیوٹی کے بدلیے، اگر کوئی اس کو تیار نہیں ہے بدلنے کے لیے تو پھر پھر پھر وہ تو پھر تو کچھ نہیں ہو سکتا۔</w:t>
      </w:r>
    </w:p>
    <w:p>
      <w:r>
        <w:rPr>
          <w:b/>
        </w:rPr>
        <w:t xml:space="preserve">[1:18:03] </w:t>
      </w:r>
      <w:r>
        <w:t>kyun ke yeh to yeh to mamla hai test ka, imtehan ka. Khuda ki taraf se aap test par hain,</w:t>
      </w:r>
    </w:p>
    <w:p>
      <w:pPr>
        <w:jc w:val="right"/>
      </w:pPr>
      <w:r>
        <w:t>کیونکہ یہ تو یہ تو معاملہ ہے ٹیسٹ کا، امتحان کا۔ خدا کی طرف سے آپ ٹیسٹ پر ہیں،</w:t>
      </w:r>
    </w:p>
    <w:p>
      <w:r>
        <w:rPr>
          <w:b/>
        </w:rPr>
        <w:t xml:space="preserve">[1:18:10] </w:t>
      </w:r>
      <w:r>
        <w:t>to koi angel aa kar ke aap ko injection nahi laga dega, aap ko khud hi khud yeh karna parega. agar koi aadmi chahta hai paradise mein jana to paradise jane ke liye kuch is ki is ki bhi kuch kuch karna parega.</w:t>
      </w:r>
    </w:p>
    <w:p>
      <w:pPr>
        <w:jc w:val="right"/>
      </w:pPr>
      <w:r>
        <w:t>تو کوئی اینجل آ کر کے آپ کو انجیکشن نہیں لگا دے گا، آپ کو خود ہی خود یہ کرنا پڑے گا۔ اگر کوئی آدمی چاہتا ہے پیراڈائز میں جانا تو پیراڈائز جانے کے لیے کچھ اس کی اس کی بھی کچھ کچھ کرنا پڑے گا۔</w:t>
      </w:r>
    </w:p>
    <w:p>
      <w:r>
        <w:rPr>
          <w:b/>
        </w:rPr>
        <w:t xml:space="preserve">[1:18:24] </w:t>
      </w:r>
      <w:r>
        <w:t>aise thori paradise chala jayega. apne ko distraction se jab bachayenge, aap tabhi aap apne ko prepare kar payenge paradise ke liye.</w:t>
      </w:r>
    </w:p>
    <w:p>
      <w:pPr>
        <w:jc w:val="right"/>
      </w:pPr>
      <w:r>
        <w:t>ایسے تھوڑی پیراڈائز چلے گا، چلا جائے گا۔ اپنے کو ڈسٹریکشن سے جب بچائیں گے، آپ تبھی آپ اپنے کو پریپیئر کر پائیں گے پیراڈائز کے لیے۔</w:t>
      </w:r>
    </w:p>
    <w:p>
      <w:r>
        <w:rPr>
          <w:b/>
        </w:rPr>
        <w:t xml:space="preserve">[1:18:34] </w:t>
      </w:r>
      <w:r>
        <w:t>agar distraction nahi bachayenge aap to paradise ke liye aap ka aap preparation nahi kar sake ga. apna yeh main samjha hoon apne experience se.</w:t>
      </w:r>
    </w:p>
    <w:p>
      <w:pPr>
        <w:jc w:val="right"/>
      </w:pPr>
      <w:r>
        <w:t>اگر ڈسٹریکشن نہیں بچائیں گے آپ تو پیراڈائز کے لیے آپ کا آپ پریپریشن نہیں کر سکے گا۔ اپنا یہ میں سمجھا ہوں اپنے ایکسپیرینس سے۔</w:t>
      </w:r>
    </w:p>
    <w:p>
      <w:r>
        <w:rPr>
          <w:b/>
        </w:rPr>
        <w:t xml:space="preserve">[1:18:49] </w:t>
      </w:r>
      <w:r>
        <w:t>ah, Maulana, as you said, that modesty is essential for discoveries, but when people have discoveries, they understand things better, and this may lead to people people becoming arrogant.</w:t>
      </w:r>
    </w:p>
    <w:p>
      <w:pPr>
        <w:jc w:val="right"/>
      </w:pPr>
      <w:r>
        <w:t>اہ، مولانا، ایز یو سیڈ، دیٹ ماڈیسٹی از ایسینشل فار ڈسکوریز، بٹ وین پیپل ہیو ڈسکوریز، دے انڈرسٹینڈ تھنگز بیٹر، اینڈ دس می لیڈ ٹو پیپل پیپل بیکمنگ ایروگنٹ۔</w:t>
      </w:r>
    </w:p>
    <w:p>
      <w:r>
        <w:rPr>
          <w:b/>
        </w:rPr>
        <w:t xml:space="preserve">[1:19:04] </w:t>
      </w:r>
      <w:r>
        <w:t>how can one keep this in check? yeh to main bataun ke ek supposition hai, sab se bara pehla insan jis ko bari bari discoveries huien, woh tha Newton.</w:t>
      </w:r>
    </w:p>
    <w:p>
      <w:pPr>
        <w:jc w:val="right"/>
      </w:pPr>
      <w:r>
        <w:t>ہاؤ کین ون کیپ دس ان چیک؟ یہ تو میں بتاؤں کہ ایک سپوزیشن ہے، سب سے بڑا پہلا انسان جس کو بڑی بڑی ڈسکوریاں ہوئیں، وہ تھا نیوٹن۔</w:t>
      </w:r>
    </w:p>
    <w:p>
      <w:r>
        <w:rPr>
          <w:b/>
        </w:rPr>
        <w:t xml:space="preserve">[1:19:18] </w:t>
      </w:r>
      <w:r>
        <w:t>Newton, aap jante hain, founder of modern science mana jata hai. Newton, Newton ko founder of modern science.</w:t>
      </w:r>
    </w:p>
    <w:p>
      <w:pPr>
        <w:jc w:val="right"/>
      </w:pPr>
      <w:r>
        <w:t>نیوٹن، آپ جانتے ہیں، فاؤنڈر آف ماڈرن سائنس مانا جاتا ہے۔ نیوٹن، نیوٹن کو فاؤنڈر آف ماڈرن سائنس۔</w:t>
      </w:r>
    </w:p>
    <w:p>
      <w:r>
        <w:rPr>
          <w:b/>
        </w:rPr>
        <w:t xml:space="preserve">[1:19:28] </w:t>
      </w:r>
      <w:r>
        <w:t>to aakhri zamanay mein is se poocha gaya ke aap bohat bohat aap ko discovery hui, yeh hua, woh hua, to bataiye apni uplabdhi kya hai aap ki? jante hain, is ne kya kaha?</w:t>
      </w:r>
    </w:p>
    <w:p>
      <w:pPr>
        <w:jc w:val="right"/>
      </w:pPr>
      <w:r>
        <w:t>تو آخری زمانے میں اس سے پوچھا گیا کہ آپ بہت بہت آپ کو ڈسکوری ہوئی، یہ ہوا، وہ ہوا، تو بتائیے اپنی उपलब्धि کیا ہے آپ کی؟ جانتے ہیں، اس نے کیا کہا؟</w:t>
      </w:r>
    </w:p>
    <w:p>
      <w:r>
        <w:rPr>
          <w:b/>
        </w:rPr>
        <w:t xml:space="preserve">[1:19:39] </w:t>
      </w:r>
      <w:r>
        <w:t>is ne kaha ke mujhe to aisa lagta hai ke ocean bohat bara ocean hai, is ke kinare kuch woh hain, self ke kuch tukre hain, usi se ek chota bacha is se khelta hai, wahi mera haal hai.</w:t>
      </w:r>
    </w:p>
    <w:p>
      <w:pPr>
        <w:jc w:val="right"/>
      </w:pPr>
      <w:r>
        <w:t>اس نے کہا کہ مجھے تو ایسا لگتا ہے کہ اوشن بہت بڑا اوشن ہے، اس کے کنارے کچھ وہ ہیں، سیلف کے کچھ ٹکڑے ہیں، اسی سے ایک چھوٹا بچہ اس سے کھیلتا ہے، وہی میرا حال ہے۔</w:t>
      </w:r>
    </w:p>
    <w:p>
      <w:r>
        <w:rPr>
          <w:b/>
        </w:rPr>
        <w:t xml:space="preserve">[1:19:54] </w:t>
      </w:r>
      <w:r>
        <w:t>Socrates jo itna bara woh tha, yani bohat bara mind tha, bohat bara philosopher tha, is se poocha gaya ke tum ne kya jana?</w:t>
      </w:r>
    </w:p>
    <w:p>
      <w:pPr>
        <w:jc w:val="right"/>
      </w:pPr>
      <w:r>
        <w:t>ساکرٹیز جو اتنا بڑا وہ تھا، یعنی بہت بڑا مائنڈ تھا، بہت بڑا فلاسفر تھا، اس سے پوچھا گیا کہ تم نے کیا جانا؟</w:t>
      </w:r>
    </w:p>
    <w:p>
      <w:r>
        <w:rPr>
          <w:b/>
        </w:rPr>
        <w:t xml:space="preserve">[1:20:03] </w:t>
      </w:r>
      <w:r>
        <w:t>to is ne kaha ke yeh jana hai, kuch nahi jana, yeh jana hai, kuch nahi jana. yeh supposition hai.</w:t>
      </w:r>
    </w:p>
    <w:p>
      <w:pPr>
        <w:jc w:val="right"/>
      </w:pPr>
      <w:r>
        <w:t>تو اس نے کہا کہ یہ جانا ہے، کچھ نہیں جانا، یہ جانا ہے، کچھ نہیں جانا۔ یہ سپوزیشن ہے۔</w:t>
      </w:r>
    </w:p>
    <w:p>
      <w:r>
        <w:rPr>
          <w:b/>
        </w:rPr>
        <w:t xml:space="preserve">[1:20:12] </w:t>
      </w:r>
      <w:r>
        <w:t>dekhen, sacha jo aadmi hoga, janne wala, sacha janne wala, us ko modesty hi aayegi us ke andar,</w:t>
      </w:r>
    </w:p>
    <w:p>
      <w:pPr>
        <w:jc w:val="right"/>
      </w:pPr>
      <w:r>
        <w:t>دیکھیں، سچا جو آدمی ہوگا، جاننے والا، سچا جاننے والا، اس کو ماڈیسٹی ہی آئے گی اس کے اندر،</w:t>
      </w:r>
    </w:p>
    <w:p>
      <w:r>
        <w:rPr>
          <w:b/>
        </w:rPr>
        <w:t xml:space="preserve">[1:20:21] </w:t>
      </w:r>
      <w:r>
        <w:t>kyunke jitna janega, woh pata chalega, is se zyada bohat aage janne ko baqi hai. Ek scientist ne kaha ke "we are knowing more and more about less and less".</w:t>
      </w:r>
    </w:p>
    <w:p>
      <w:pPr>
        <w:jc w:val="right"/>
      </w:pPr>
      <w:r>
        <w:t>کیونکہ جتنا جانے گا، وہ پتہ چلے گا، اس سے زیادہ بہت آگے جانے کو باقی ہے۔ ایک سائنٹسٹ نے کہا کہ "وی آر نوئنگ مور اینڈ مور اباؤٹ لیس اینڈ لیس"۔</w:t>
      </w:r>
    </w:p>
    <w:p>
      <w:r>
        <w:rPr>
          <w:b/>
        </w:rPr>
        <w:t xml:space="preserve">[1:20:37] </w:t>
      </w:r>
      <w:r>
        <w:t>Ek scientist ka kehna hai "we are knowing more and more about less and less". Ab bataen ke jo is is duniya mein dakhil ho, us ko arrogance se hoga, us ko</w:t>
      </w:r>
    </w:p>
    <w:p>
      <w:pPr>
        <w:jc w:val="right"/>
      </w:pPr>
      <w:r>
        <w:t>ایک سائنٹسٹ کا کہنا ہے "وی آر نوئنگ مور اینڈ مور اباؤٹ لیس اینڈ لیس"۔ اب بتائیں کہ جو اس اس دنیا میں داخل ہو، اس کو ایروگنس سے ہوگا، اس کو</w:t>
      </w:r>
    </w:p>
    <w:p>
      <w:r>
        <w:rPr>
          <w:b/>
        </w:rPr>
        <w:t xml:space="preserve">[1:20:50] </w:t>
      </w:r>
      <w:r>
        <w:t>woh toh modesty hi aayegi us ke andar. Is liye duniya ke jitne scientist the, sab modest the. Yaad rakhiye, jitne scientist the, sache scientist, woh sab modest the.</w:t>
      </w:r>
    </w:p>
    <w:p>
      <w:pPr>
        <w:jc w:val="right"/>
      </w:pPr>
      <w:r>
        <w:t>وہ تو ماڈیسٹی ہی آئے گی اس کے اندر۔ اس لیے دنیا کے جتنے سائنٹسٹ تھے، سب ماڈسٹ تھے۔ یاد رکھیے، جتنے سائنٹسٹ تھے، سچے سائنٹسٹ، وہ سب ماڈسٹ تھے۔</w:t>
      </w:r>
    </w:p>
    <w:p>
      <w:r>
        <w:rPr>
          <w:b/>
        </w:rPr>
        <w:t xml:space="preserve">[1:21:02] </w:t>
      </w:r>
      <w:r>
        <w:t>un ke un ke jo un ko jo discoveries huin, us mein us mein unhon ne un ko apne ko samjha ke hum toh kuch bhi nahin hain.</w:t>
      </w:r>
    </w:p>
    <w:p>
      <w:pPr>
        <w:jc w:val="right"/>
      </w:pPr>
      <w:r>
        <w:t>ان کے ان کے جو ان کو جو ڈسکوریز ہوئیں، اس میں اس میں انہوں نے ان کو اپنے کو سمجھا کہ ہم تو کچھ بھی نہیں ہیں۔</w:t>
      </w:r>
    </w:p>
    <w:p>
      <w:r>
        <w:rPr>
          <w:b/>
        </w:rPr>
        <w:t xml:space="preserve">[1:21:12] </w:t>
      </w:r>
      <w:r>
        <w:t>aur abhi aap universe of fact abhi bohat zyada hai. Yeh</w:t>
      </w:r>
    </w:p>
    <w:p>
      <w:pPr>
        <w:jc w:val="right"/>
      </w:pPr>
      <w:r>
        <w:t>اور ابھی آپ یونیورس آف فیکٹ ابھی بہت زیادہ ہے۔ یہ</w:t>
      </w:r>
    </w:p>
    <w:p>
      <w:r>
        <w:rPr>
          <w:b/>
        </w:rPr>
        <w:t xml:space="preserve">[1:21:17] </w:t>
      </w:r>
      <w:r>
        <w:t>toh shayar waghera hote hain jo arrogant ban jaate hain, yeh jo kuch jante nahin, yeh jo ilm ki hawa bhi nahin lagi hai in ko.</w:t>
      </w:r>
    </w:p>
    <w:p>
      <w:pPr>
        <w:jc w:val="right"/>
      </w:pPr>
      <w:r>
        <w:t>تو شاعر وغیرہ ہوتے ہیں جو ایروگنٹ بن جاتے ہیں، یہ جو کچھ جانتے نہیں، یہ جو علم کی ہوا بھی نہیں لگی ہے ان کو۔</w:t>
      </w:r>
    </w:p>
    <w:p>
      <w:r>
        <w:rPr>
          <w:b/>
        </w:rPr>
        <w:t xml:space="preserve">[1:21:28] </w:t>
      </w:r>
      <w:r>
        <w:t>Ilm ka jo koi test aa gaya, ilm ka koi dor is ke liye khul gaya, woh zaroor modest banega. Yaad rakhiye, jis par abhi ilm ke darwaze nahin khule hain, wohi arrogant ban sakta hai.</w:t>
      </w:r>
    </w:p>
    <w:p>
      <w:pPr>
        <w:jc w:val="right"/>
      </w:pPr>
      <w:r>
        <w:t>علم کا جو کوئی ٹیسٹ آ گیا، علم کا کوئی ڈور اس کے لیے کھل گیا، وہ ضرور ماڈسٹ بنے گا۔ یاد رکھیے، جس پر ابھی علم کے دروازے نہیں کھلے ہیں، وہی ایروگنٹ بن سکتا ہے۔</w:t>
      </w:r>
    </w:p>
    <w:p>
      <w:r>
        <w:rPr>
          <w:b/>
        </w:rPr>
        <w:t xml:space="preserve">[1:21:44] </w:t>
      </w:r>
      <w:r>
        <w:t>Mashhoor hai hamare gaon mein ek misl thi UP mein ke "oont jab tak pahaad nahin deta dekhta, tab tak bilbilata hai".</w:t>
      </w:r>
    </w:p>
    <w:p>
      <w:pPr>
        <w:jc w:val="right"/>
      </w:pPr>
      <w:r>
        <w:t>مشہور ہے ہمارے گاؤں میں ایک مثل تھی یو پی میں کہ "اونٹ جب تک پہاڑ نہیں دیتا دیکھتا، تب تک بلبلاتا ہے"۔</w:t>
      </w:r>
    </w:p>
    <w:p>
      <w:r>
        <w:rPr>
          <w:b/>
        </w:rPr>
        <w:t xml:space="preserve">[1:21:56] </w:t>
      </w:r>
      <w:r>
        <w:t>Agar aap ne kabhi oont ko dekha ho toh is ka ek khaas tarah ki awaz nikalta hai, woh us ko bilbilana kehte hain. Woh ajeeb qism ka sab hota hai.</w:t>
      </w:r>
    </w:p>
    <w:p>
      <w:pPr>
        <w:jc w:val="right"/>
      </w:pPr>
      <w:r>
        <w:t>اگر آپ نے کبھی اونٹ کو دیکھا ہو تو اس کا ایک خاص طرح کی آواز نکالتا ہے، وہ اس کو بلبلانا کہتے ہیں۔ وہ عجیب قسم کا سب ہوتا ہے۔</w:t>
      </w:r>
    </w:p>
    <w:p>
      <w:r>
        <w:rPr>
          <w:b/>
        </w:rPr>
        <w:t xml:space="preserve">[1:22:04] </w:t>
      </w:r>
      <w:r>
        <w:t>woh toh oont jab tak pahaad nahin dekhta, bilbilata hai,</w:t>
      </w:r>
    </w:p>
    <w:p>
      <w:pPr>
        <w:jc w:val="right"/>
      </w:pPr>
      <w:r>
        <w:t>وہ تو اونٹ جب تک پہاڑ نہیں دیکھتا، بلبلاتا ہے،</w:t>
      </w:r>
    </w:p>
    <w:p>
      <w:r>
        <w:rPr>
          <w:b/>
        </w:rPr>
        <w:t xml:space="preserve">[1:22:09] </w:t>
      </w:r>
      <w:r>
        <w:t>kyunke apne ko bara samajhta hai. Woh mein bara hoon, lekin pahaad jab pahaad dekhta hai, woh dekhta hai ke mein toh kuch bhi nahin hoon. Jis ne ilm ka pahaad nahin dekha hai, wohi yeh sab bilbilane wala kaam karta hai.</w:t>
      </w:r>
    </w:p>
    <w:p>
      <w:pPr>
        <w:jc w:val="right"/>
      </w:pPr>
      <w:r>
        <w:t>کیونکہ اپنے کو بڑا سمجھتا ہے۔ وہ میں بڑا ہوں، لیکن پہاڑ جب پہاڑ دیکھتا ہے، وہ دیکھتا ہے کہ میں تو کچھ بھی نہیں ہوں۔ جس نے علم کا پہاڑ نہیں دیکھا ہے، وہی یہ سب بلبلانے والا کام کرتا ہے۔</w:t>
      </w:r>
    </w:p>
    <w:p>
      <w:r>
        <w:rPr>
          <w:b/>
        </w:rPr>
        <w:t xml:space="preserve">[1:22:24] </w:t>
      </w:r>
      <w:r>
        <w:t>Jis ne ilm ka pahaad dekh liya, woh toh siwaye modest banne ke aur kuch bhi nahin raha. Yeh saare log jo aap ko nazar aate hain, aap ko woh sab wohi hain jinhon ne ilm ka pahaad nahin dekha.</w:t>
      </w:r>
    </w:p>
    <w:p>
      <w:pPr>
        <w:jc w:val="right"/>
      </w:pPr>
      <w:r>
        <w:t>جس نے علم کا پہاڑ دیکھ لیا، وہ تو سوائے ماڈسٹ بننے کے اور کچھ بھی نہیں رہا۔ یہ سارے لوگ جو آپ کو نظر آتے ہیں، آپ کو وہ سب وہی ہیں جنہوں نے علم کا پہاڑ نہیں دیکھا۔</w:t>
      </w:r>
    </w:p>
    <w:p>
      <w:r>
        <w:rPr>
          <w:b/>
        </w:rPr>
        <w:t xml:space="preserve">[1:22:37] </w:t>
      </w:r>
      <w:r>
        <w:t>mountain of wisdom ki in ko khabar nahin hai, in ko kuch jante mante nahin hain. Akhbar akhbar parhte hain, bas. Aur aaj kal toh yeh hai ke school mein, school mein kisi ko schooling ho gayi toh farfar English bolna aa jata hai is ko,</w:t>
      </w:r>
    </w:p>
    <w:p>
      <w:pPr>
        <w:jc w:val="right"/>
      </w:pPr>
      <w:r>
        <w:t>ماؤنٹین آف وزڈم کی ان کو خبر نہیں ہے، ان کو کچھ جانتے مانتے نہیں ہیں۔ اخبار اخبار پڑھتے ہیں، بس۔ اور آج کل تو یہ ہے کہ اسکول میں، اسکول میں کسی کو اسکولنگ ہو گئی تو فرفرے انگلش بولنا آ جاتا ہے اس کو،</w:t>
      </w:r>
    </w:p>
    <w:p>
      <w:r>
        <w:rPr>
          <w:b/>
        </w:rPr>
        <w:t xml:space="preserve">[1:22:53] </w:t>
      </w:r>
      <w:r>
        <w:t>aur jankari kuch bhi nahin hoti. Jitne woh log jo achhe schoolon mein parhe hue hain, mein janta hoon, un ko milai mere paas, siwaye is ke ke chalti phirti English jante hain, yeh aur wisdom kuch bhi nahin.</w:t>
      </w:r>
    </w:p>
    <w:p>
      <w:pPr>
        <w:jc w:val="right"/>
      </w:pPr>
      <w:r>
        <w:t>اور جانکاری کچھ بھی نہیں ہوتی۔ جتنے وہ لوگ جو اچھے اسکولوں میں پڑھے ہوئے ہیں، میں جانتا ہوں، ان کو ملائی میرے پاس، سوائے اس کے کہ چلتی پھرتی انگریزی جانتے ہیں، یہ اور وزڈم کچھ بھی نہیں۔</w:t>
      </w:r>
    </w:p>
    <w:p>
      <w:r>
        <w:rPr>
          <w:b/>
        </w:rPr>
        <w:t xml:space="preserve">[1:23:07] </w:t>
      </w:r>
      <w:r>
        <w:t>wisdom kuch bhi nahin hai.</w:t>
      </w:r>
    </w:p>
    <w:p>
      <w:pPr>
        <w:jc w:val="right"/>
      </w:pPr>
      <w:r>
        <w:t>وزڈم کچھ بھی نہیں ہے۔</w:t>
      </w:r>
    </w:p>
    <w:p>
      <w:r>
        <w:rPr>
          <w:b/>
        </w:rPr>
        <w:t xml:space="preserve">[1:23:11] </w:t>
      </w:r>
      <w:r>
        <w:t>mein Bombay gaya toh kuch larkiyan mere paas aayin, bohat top ki family thi, paise wali. Toh teen larkiyan aayin, bataya gaya ke yahan ke sab se achhe school mein unhon ne parha hai, un ki schooling Bombay ke sab se achhe school mein hui.</w:t>
      </w:r>
    </w:p>
    <w:p>
      <w:pPr>
        <w:jc w:val="right"/>
      </w:pPr>
      <w:r>
        <w:t>میں بمبے گیا تو کچھ لڑکیاں میرے پاس آئیں، بہت ٹاپ کی فیملی تھی، پیسے والی۔ تو تین لڑکیاں آئیں، بتایا گیا کہ یہاں کے سب سے اچھے اسکول میں انہوں نے پڑھا ہے، ان کی اسکولنگ بمبے کے سب سے اچھے اسکول میں ہوئی۔</w:t>
      </w:r>
    </w:p>
    <w:p>
      <w:r>
        <w:rPr>
          <w:b/>
        </w:rPr>
        <w:t xml:space="preserve">[1:23:25] </w:t>
      </w:r>
      <w:r>
        <w:t>toh mein ne kaha ke ek sentence likha mein ne ek paper par ke us mein likha mein ne ke "what learning makes a man superman".</w:t>
      </w:r>
    </w:p>
    <w:p>
      <w:pPr>
        <w:jc w:val="right"/>
      </w:pPr>
      <w:r>
        <w:t>تو میں نے کہا کہ ایک سینٹنس لکھا میں نے ایک پیپر پر کہ اس میں لکھا میں نے کہ "وہ لرننگ میکس ا مین سپر مین"۔</w:t>
      </w:r>
    </w:p>
    <w:p>
      <w:r>
        <w:rPr>
          <w:b/>
        </w:rPr>
        <w:t xml:space="preserve">[1:23:38] </w:t>
      </w:r>
      <w:r>
        <w:t>learning makes a man superman. Ab woh farfar English bolti thi, us sentence ko explain nahin kar saki.</w:t>
      </w:r>
    </w:p>
    <w:p>
      <w:pPr>
        <w:jc w:val="right"/>
      </w:pPr>
      <w:r>
        <w:t>لرننگ میکس ا مین سپر مین۔ اب وہ فرفر انگریزی بولتی تھی، اس سینٹنس کو ایکسپلین نہیں کر سکی۔</w:t>
      </w:r>
    </w:p>
    <w:p>
      <w:r>
        <w:rPr>
          <w:b/>
        </w:rPr>
        <w:t xml:space="preserve">[1:23:47] </w:t>
      </w:r>
      <w:r>
        <w:t>woh yeh bohat bara dhoka hai ke jo farfar English bole, samajhte hain ke us ko knowledge bhi hai, us ko wisdom bhi hai.</w:t>
      </w:r>
    </w:p>
    <w:p>
      <w:pPr>
        <w:jc w:val="right"/>
      </w:pPr>
      <w:r>
        <w:t>وہ یہ بہت بڑا دھوکہ ہے کہ جو فرفر انگریزی بولے، سمجھتے ہیں کہ اس کو نالج بھی ہے، اس کو وزڈم بھی ہے۔</w:t>
      </w:r>
    </w:p>
    <w:p>
      <w:r>
        <w:rPr>
          <w:b/>
        </w:rPr>
        <w:t xml:space="preserve">[1:23:56] </w:t>
      </w:r>
      <w:r>
        <w:t>yeh India mein yeh baat hai, aur bahar nahin aisa hai. Yeh India mein sirf aap dekhenge, yeh phenomena sirf India mein hai. Toh obsesses se nikalna chahiye aap ko, obsesses har obsess se bahar aaiye.</w:t>
      </w:r>
    </w:p>
    <w:p>
      <w:pPr>
        <w:jc w:val="right"/>
      </w:pPr>
      <w:r>
        <w:t>یہ انڈیا میں یہ بات ہے، اور باہر نہیں ایسا ہے۔ یہ انڈیا میں صرف آپ دیکھیں گے، یہ فیناومینا صرف انڈیا میں ہے۔ تو ابسیسز سے نکلنا چاہیے آپ کو، ابسیسز ہر ابسیس سے باہر آئیے۔</w:t>
      </w:r>
    </w:p>
    <w:p>
      <w:r>
        <w:rPr>
          <w:b/>
        </w:rPr>
        <w:t xml:space="preserve">[1:24:10] </w:t>
      </w:r>
      <w:r>
        <w:t>Ah, this question is from Razia. Muslims generally believe that Prophet Muhammad was a perfect human being and that he never committed any mistake.</w:t>
      </w:r>
    </w:p>
    <w:p>
      <w:pPr>
        <w:jc w:val="right"/>
      </w:pPr>
      <w:r>
        <w:t>اہ، دس کوئسچن از فرام راضیہ۔ مسلمز جنرلی بیلیو دیٹ پرافٹ محمد واز ا پرفیکٹ ہیومن بینگ اینڈ دیٹ ہی نیور کمیٹڈ اینی مسٹیک۔</w:t>
      </w:r>
    </w:p>
    <w:p>
      <w:r>
        <w:rPr>
          <w:b/>
        </w:rPr>
        <w:t xml:space="preserve">[1:24:22] </w:t>
      </w:r>
      <w:r>
        <w:t>They use this as an argument to establish the superiority of their Prophet and religion over others. Please give your views on this.</w:t>
      </w:r>
    </w:p>
    <w:p>
      <w:pPr>
        <w:jc w:val="right"/>
      </w:pPr>
      <w:r>
        <w:t>دے یوز دس ایز این ارگیومنٹ ٹو اسٹیبلش دا سپیریورٹی اف دیر پرافٹ اینڈ ریلیجن اوور ادر۔ پلیز گیو یور ویوز ان دس۔</w:t>
      </w:r>
    </w:p>
    <w:p>
      <w:r>
        <w:rPr>
          <w:b/>
        </w:rPr>
        <w:t xml:space="preserve">[1:24:33] </w:t>
      </w:r>
      <w:r>
        <w:t>yeh toh bilkul galat hai jo musalman samajhte hain, un ka apna banaya hua hai. Sab Quran hi mein bataya gaya ke Rasool Allah ne se kai woh hui.</w:t>
      </w:r>
    </w:p>
    <w:p>
      <w:pPr>
        <w:jc w:val="right"/>
      </w:pPr>
      <w:r>
        <w:t>یہ تو بالکل غلط ہے جو مسلمان سمجھتے ہیں، ان کا اپنا بنایا ہوا ہے۔ سب قرآن ہی میں بتایا گیا کہ رسول اللہ نے سے کئی وہ ہوئی۔</w:t>
      </w:r>
    </w:p>
    <w:p>
      <w:r>
        <w:rPr>
          <w:b/>
        </w:rPr>
        <w:t xml:space="preserve">[1:24:43] </w:t>
      </w:r>
      <w:r>
        <w:t>Mislan Quran mein hai ke lawla kitaba min allahi laqad amakum fi azabin azeem surah yunus 11 paare mein.</w:t>
      </w:r>
    </w:p>
    <w:p>
      <w:pPr>
        <w:jc w:val="right"/>
      </w:pPr>
      <w:r>
        <w:t>مثلاً قرآن میں ہے کہ لولا کتاب من اللہ سبق لمسکم فی عذاب عظیم سورہ یونس 11 پارے میں۔</w:t>
      </w:r>
    </w:p>
    <w:p>
      <w:r>
        <w:rPr>
          <w:b/>
        </w:rPr>
        <w:t xml:space="preserve">[1:24:51] </w:t>
      </w:r>
      <w:r>
        <w:t>mein is ka translation nahi karunga, is ayat ka aap khud ja ke translation dekh lijie.</w:t>
      </w:r>
    </w:p>
    <w:p>
      <w:pPr>
        <w:jc w:val="right"/>
      </w:pPr>
      <w:r>
        <w:t>میں اس کا ٹرانسلیشن نہیں کروں گا، اس آیت کا آپ خود جا کے ٹرانسلیشن دیکھ لیجئے۔</w:t>
      </w:r>
    </w:p>
    <w:p>
      <w:r>
        <w:rPr>
          <w:b/>
        </w:rPr>
        <w:t xml:space="preserve">[1:24:57] </w:t>
      </w:r>
      <w:r>
        <w:t>lola kitab min allah sabq lamsakum fi azab azim aap ja kar ke is ka translation dekhen, is ka translation is ka hai.</w:t>
      </w:r>
    </w:p>
    <w:p>
      <w:pPr>
        <w:jc w:val="right"/>
      </w:pPr>
      <w:r>
        <w:t>لولا کتاب من اللہ سبق لمسکم فی عذاب عظیم آپ جا کر کے اس کا ٹرانسلیشن دیکھیں، اس کا ٹرانسلیشن اس کا ہے۔</w:t>
      </w:r>
    </w:p>
    <w:p>
      <w:r>
        <w:rPr>
          <w:b/>
        </w:rPr>
        <w:t xml:space="preserve">[1:25:08] </w:t>
      </w:r>
      <w:r>
        <w:t>yeh sab apne banaye banaye hue baaten hain, yeh sab</w:t>
      </w:r>
    </w:p>
    <w:p>
      <w:pPr>
        <w:jc w:val="right"/>
      </w:pPr>
      <w:r>
        <w:t>یہ سب اپنے بنائے بنائے ہوئے باتیں ہیں، یہ سب</w:t>
      </w:r>
    </w:p>
    <w:p>
      <w:r>
        <w:rPr>
          <w:b/>
        </w:rPr>
        <w:t xml:space="preserve">[1:25:13] </w:t>
      </w:r>
      <w:r>
        <w:t>yeh banai hui baaten hain. rasool allah ek bashar the, ek insan the, isi liye woh model bane hamare. agar woh agar woh bashar na hon to model kyon hain hamare liye?</w:t>
      </w:r>
    </w:p>
    <w:p>
      <w:pPr>
        <w:jc w:val="right"/>
      </w:pPr>
      <w:r>
        <w:t>یہ بنائی ہوئی باتیں ہیں۔ رسول اللہ ایک بشر تھے، ایک انسان تھے، اسی لیے وہ ماڈل بنے ہمارے۔ اگر وہ اگر وہ بشر نہ ہوں تو ماڈل کیوں ہیں ہمارے لیے؟</w:t>
      </w:r>
    </w:p>
    <w:p>
      <w:r>
        <w:rPr>
          <w:b/>
        </w:rPr>
        <w:t xml:space="preserve">[1:25:24] </w:t>
      </w:r>
      <w:r>
        <w:t>ma</w:t>
      </w:r>
    </w:p>
    <w:p>
      <w:pPr>
        <w:jc w:val="right"/>
      </w:pPr>
      <w:r>
        <w:t>ما</w:t>
      </w:r>
    </w:p>
    <w:p>
      <w:r>
        <w:rPr>
          <w:b/>
        </w:rPr>
        <w:t xml:space="preserve">[1:25:26] </w:t>
      </w:r>
      <w:r>
        <w:t>del kyon banenge? rasool allah ke bahut se qisse bata sakta hoon. mein ek qissa sunie ke badr ki jo ladai hui thi,</w:t>
      </w:r>
    </w:p>
    <w:p>
      <w:pPr>
        <w:jc w:val="right"/>
      </w:pPr>
      <w:r>
        <w:t>ڈل کیوں بنیں گے؟ رسول اللہ کے بہت سے قصے بتا سکتا ہوں۔ میں ایک قصہ سنیے کہ بدر کی جو لڑائی ہوئی تھی،</w:t>
      </w:r>
    </w:p>
    <w:p>
      <w:r>
        <w:rPr>
          <w:b/>
        </w:rPr>
        <w:t xml:space="preserve">[1:25:40] </w:t>
      </w:r>
      <w:r>
        <w:t>ek defensive war thi, woh madine se nikle, aap 313 logon ko le kar ke. to wahan ka tareeqa yeh tha ke jahan aadmi palao dalte jata tha, wahin par ladai hoti thi.</w:t>
      </w:r>
    </w:p>
    <w:p>
      <w:pPr>
        <w:jc w:val="right"/>
      </w:pPr>
      <w:r>
        <w:t>ایک ڈیفنسو وار تھی، وہ مدینے سے نکلے، آپ 313 لوگوں کو لے کر کے۔ تو وہاں کا طریقہ یہ تھا کہ جہاں آدمی پلاؤ ڈالتے جاتا تھا، وہیں پر لڑائی ہوتی تھی۔</w:t>
      </w:r>
    </w:p>
    <w:p>
      <w:r>
        <w:rPr>
          <w:b/>
        </w:rPr>
        <w:t xml:space="preserve">[1:25:53] </w:t>
      </w:r>
      <w:r>
        <w:t>to aap ne ek jagah pa</w:t>
      </w:r>
    </w:p>
    <w:p>
      <w:pPr>
        <w:jc w:val="right"/>
      </w:pPr>
      <w:r>
        <w:t>تو آپ نے ایک جگہ پ</w:t>
      </w:r>
    </w:p>
    <w:p>
      <w:r>
        <w:rPr>
          <w:b/>
        </w:rPr>
        <w:t xml:space="preserve">[1:25:54] </w:t>
      </w:r>
      <w:r>
        <w:t>lao dal diya, matlab hai ke aap ko invite kar rahe the ke tum yahan aage aao, aao to yahan par battlefield banega. yahan par to ek sahabi kehte hain ke yeh jo aap ne yahan palao dala hai, to aap ki apni is se hai ke khuda ne aisa order kiya hai aap ko.</w:t>
      </w:r>
    </w:p>
    <w:p>
      <w:pPr>
        <w:jc w:val="right"/>
      </w:pPr>
      <w:r>
        <w:t>لاؤ ڈال دیا، مطلب ہے کہ آپ کو انوائٹ کر رہے تھے کہ تم یہاں آگے آؤ، آؤ تو یہاں پر بیٹل فیلڈ بنے گا۔ یہاں پر تو ایک صحابی کہتے ہیں کہ یہ جو آپ نے یہاں پلاؤ ڈالا ہے، تو آپ کی اپنی اس سے ہے کہ خدا نے ایسا آرڈر کیا ہے آپ کو۔</w:t>
      </w:r>
    </w:p>
    <w:p>
      <w:r>
        <w:rPr>
          <w:b/>
        </w:rPr>
        <w:t xml:space="preserve">[1:26:12] </w:t>
      </w:r>
      <w:r>
        <w:t>to aap ne kaha nahi, yeh khuda ki taraf se nayat hai, maine apni samajh se kiya hai. jante hain kya hua? woh sahabi companion kehte hain lais hadha bimanzil</w:t>
      </w:r>
    </w:p>
    <w:p>
      <w:pPr>
        <w:jc w:val="right"/>
      </w:pPr>
      <w:r>
        <w:t>تو آپ نے کہا نہیں، یہ خدا کی طرف سے نعایت ہے، میں نے اپنی سمجھ سے کیا ہے۔ جانتے ہیں کیا ہوا؟ وہ صحابی کمپینن کہتے ہیں ليس هذا بمنزل</w:t>
      </w:r>
    </w:p>
    <w:p>
      <w:r>
        <w:rPr>
          <w:b/>
        </w:rPr>
        <w:t xml:space="preserve">[1:26:26] </w:t>
      </w:r>
      <w:r>
        <w:t>lais hadha bimanzil is ka literal translation yeh hai ke yeh to koi theherne ki jagah nahi,</w:t>
      </w:r>
    </w:p>
    <w:p>
      <w:pPr>
        <w:jc w:val="right"/>
      </w:pPr>
      <w:r>
        <w:t>ليس هذا بمنزل اس کا لٹرل ٹرانسلیشن یہ ہے کہ یہ تو کوئی ٹھہرنے کی جگہ نہیں،</w:t>
      </w:r>
    </w:p>
    <w:p>
      <w:r>
        <w:rPr>
          <w:b/>
        </w:rPr>
        <w:t xml:space="preserve">[1:26:34] </w:t>
      </w:r>
      <w:r>
        <w:t>yeh to koi theherne ki jagah nahi. yeh to musalman to parhte udate hain nahi, yeh naaten sunte hain, naat o qawwali. yeh woh log yeh rahen banate hain jinhone sirf naaten aur qawwali suni hain, un ki koi study nahi hai, koi jante nahi hain.</w:t>
      </w:r>
    </w:p>
    <w:p>
      <w:pPr>
        <w:jc w:val="right"/>
      </w:pPr>
      <w:r>
        <w:t>یہ تو کوئی ٹھہرنے کی جگہ نہیں۔ یہ تو مسلمان تو پڑھتے اڑتے ہیں نہیں، یہ نعتیں سنتے ہیں، نعت و قوالی۔ یہ وہ لوگ یہ راہیں بناتے ہیں جنہوں نے صرف نعتیں اور قوالی سنی ہیں، ان کی کوئی سٹڈی نہیں ہے، کوئی جانتے نہیں ہیں۔</w:t>
      </w:r>
    </w:p>
    <w:p>
      <w:r>
        <w:rPr>
          <w:b/>
        </w:rPr>
        <w:t xml:space="preserve">[1:26:47] </w:t>
      </w:r>
      <w:r>
        <w:t>koi rasool allah model is liye hain ke rasool allah bashar the, bashar bashar na hote to ma</w:t>
      </w:r>
    </w:p>
    <w:p>
      <w:pPr>
        <w:jc w:val="right"/>
      </w:pPr>
      <w:r>
        <w:t>کوئی رسول اللہ ماڈل اس لیے ہیں کہ رسول اللہ بشر تھے، بشر بشر نہ ہوتے تو ما</w:t>
      </w:r>
    </w:p>
    <w:p>
      <w:r>
        <w:rPr>
          <w:b/>
        </w:rPr>
        <w:t xml:space="preserve">[1:26:54] </w:t>
      </w:r>
      <w:r>
        <w:t>del bhi na hote. kya koi angel hamare model ho sakta hai? koi angel hamare model ho sakta hai? model hone ke liye woh bashar hona chahiye.</w:t>
      </w:r>
    </w:p>
    <w:p>
      <w:pPr>
        <w:jc w:val="right"/>
      </w:pPr>
      <w:r>
        <w:t>ڈل بھی نہ ہوتے۔ کیا کوئی اینجل ہمارے ماڈل ہو سکتا ہے؟ کوئی اینجل ہمارے ماڈل ہو سکتا ہے؟ ماڈل ہونے کے لیے وہ بشر ہونا چاہیے۔</w:t>
      </w:r>
    </w:p>
    <w:p>
      <w:r>
        <w:rPr>
          <w:b/>
        </w:rPr>
        <w:t xml:space="preserve">[1:27:02] </w:t>
      </w:r>
      <w:r>
        <w:t>is ko yeh sab bilkul galat baaten hain, aur mein kahunga ke sab se buri cheez jo hamare aai hai, yeh qawwali hai aur naat khwani hai, aur yahi sab ajeeb o ghareeb qism ki cheezen hain jo hain, is ne zehnon ko kharab kar rakha hai.</w:t>
      </w:r>
    </w:p>
    <w:p>
      <w:pPr>
        <w:jc w:val="right"/>
      </w:pPr>
      <w:r>
        <w:t>اس کو یہ سب بالکل غلط باتیں ہیں، اور میں کہوں گا کہ سب سے بری چیز جو ہمارے آئی ہے، یہ قوالی ہے اور نعت خوانی ہے، اور یہی سب عجیب و غریب قسم کی چیزیں ہیں جو ہیں، اس نے ذہنوں کو خراب کر رکھا ہے۔</w:t>
      </w:r>
    </w:p>
    <w:p>
      <w:r>
        <w:rPr>
          <w:b/>
        </w:rPr>
        <w:t xml:space="preserve">[1:27:21] </w:t>
      </w:r>
      <w:r>
        <w:t>ah, das question is from doctor farida khanoom. w</w:t>
      </w:r>
    </w:p>
    <w:p>
      <w:pPr>
        <w:jc w:val="right"/>
      </w:pPr>
      <w:r>
        <w:t>اہ، دس کوئسچن از فرام ڈاکٹر فریدہ خانم۔ و</w:t>
      </w:r>
    </w:p>
    <w:p>
      <w:r>
        <w:rPr>
          <w:b/>
        </w:rPr>
        <w:t xml:space="preserve">[1:27:25] </w:t>
      </w:r>
      <w:r>
        <w:t>ai are muslims so oblivious to adjust to the modern world? they are easily provoked that anything new and react violently without making any effort to understand the actual matter.</w:t>
      </w:r>
    </w:p>
    <w:p>
      <w:pPr>
        <w:jc w:val="right"/>
      </w:pPr>
      <w:r>
        <w:t>ائی ار مسلمز سو اوبلیویرس ٹو ایڈجسٹ ٹو دا ماڈرن ورلڈ؟ دے ار ایزیلی پرووک دیٹ اینی تھنگ نیو اینڈ ری ایکٹ وائلنٹلی ودا آؤٹ میکنگ اینی ایفرٹ ٹو انڈرسٹینڈ دی ایکچول میٹر۔</w:t>
      </w:r>
    </w:p>
    <w:p>
      <w:r>
        <w:rPr>
          <w:b/>
        </w:rPr>
        <w:t xml:space="preserve">[1:27:45] </w:t>
      </w:r>
      <w:r>
        <w:t>dekhen, mere samajh mein to yeh aata hai ke modern education jo hai, is mein musalmanon ka backwardness hai.</w:t>
      </w:r>
    </w:p>
    <w:p>
      <w:pPr>
        <w:jc w:val="right"/>
      </w:pPr>
      <w:r>
        <w:t>دیکھیں، میرے سمجھ میں تو یہ آتا ہے کہ ماڈرن ایجوکیشن جو ہے، اس میں مسلمانوں کا بیکورڈنس ہے۔</w:t>
      </w:r>
    </w:p>
    <w:p>
      <w:r>
        <w:rPr>
          <w:b/>
        </w:rPr>
        <w:t xml:space="preserve">[1:27:55] </w:t>
      </w:r>
      <w:r>
        <w:t>modern education hamare jitne bhi hamare leader hain, koi ek bhi nahi hai jo sahi maano mein modern education mein jis ko kuch hua ho.</w:t>
      </w:r>
    </w:p>
    <w:p>
      <w:pPr>
        <w:jc w:val="right"/>
      </w:pPr>
      <w:r>
        <w:t>ماڈرن ایجوکیشن ہمارے جتنے بھی ہمارے لیڈر ہیں، کوئی ایک بھی نہیں ہے جو صحیح معنوں میں ماڈرن ایجوکیشن میں جس کو کچھ ہوا ہو۔</w:t>
      </w:r>
    </w:p>
    <w:p>
      <w:r>
        <w:rPr>
          <w:b/>
        </w:rPr>
        <w:t xml:space="preserve">[1:28:04] </w:t>
      </w:r>
      <w:r>
        <w:t>jis tarah syed the, iqbal ne kuch parha likha hua tha, philosophy parhi thi, unhon ne tasawwuf pe research kiya tha ja kar ke europe mein. aap bataie, hamare ek khatoon hain, woh doctor likhe hote hain, doctor ke sahib, yeh unhon ne europe mein doctorate kiya hai.</w:t>
      </w:r>
    </w:p>
    <w:p>
      <w:pPr>
        <w:jc w:val="right"/>
      </w:pPr>
      <w:r>
        <w:t>جس طرح سید تھے، اقبال نے کچھ پڑھا لکھا ہوا تھا، فلاسفی پڑھی تھی، انہوں نے تصوف پہ ریسرچ کیا تھا جا کر کے یورپ میں۔ آپ بتائیے، ہمارے ایک خاتون ہیں، وہ ڈاکٹر لکھے ہوتے ہیں، ڈاکٹر کہ صاحب، یہ انہوں نے یورپ میں ڈاکٹریٹ کیا ہے۔</w:t>
      </w:r>
    </w:p>
    <w:p>
      <w:r>
        <w:rPr>
          <w:b/>
        </w:rPr>
        <w:t xml:space="preserve">[1:28:21] </w:t>
      </w:r>
      <w:r>
        <w:t>to maine poocha, kis cheez pe doctorate kiya aap</w:t>
      </w:r>
    </w:p>
    <w:p>
      <w:pPr>
        <w:jc w:val="right"/>
      </w:pPr>
      <w:r>
        <w:t>تو میں نے پوچھا، کس چیز پہ ڈاکٹریٹ کیا آپ</w:t>
      </w:r>
    </w:p>
    <w:p>
      <w:r>
        <w:rPr>
          <w:b/>
        </w:rPr>
        <w:t xml:space="preserve">[1:28:23] </w:t>
      </w:r>
      <w:r>
        <w:t>ne? unhon ne kaha ke ijaza. ijaza pe doctorate kiya europe mein ja kar ke. ijaza ka matlab hota hai ke hamare haan ek woh hai, ek term hai, yeh pehle zamane se chali aa rahi hai ke jo bare bare scholars hote the, to un ke haan parhte the log.</w:t>
      </w:r>
    </w:p>
    <w:p>
      <w:pPr>
        <w:jc w:val="right"/>
      </w:pPr>
      <w:r>
        <w:t>نے؟ انہوں نے کہا کہ اجازہ۔ اجازہ پہ ڈاکٹریٹ کیا یورپ میں جا کر کے۔ اجازہ کا مطلب ہوتا ہے کہ ہمارے ہاں ایک وہ ہے، ایک ٹرم ہے، یہ پہلے زمانے سے چلی آ رہی ہے کہ جو بڑے بڑے سکالرز ہوتے تھے، تو ان کے ہاں پڑھتے تھے لوگ۔</w:t>
      </w:r>
    </w:p>
    <w:p>
      <w:r>
        <w:rPr>
          <w:b/>
        </w:rPr>
        <w:t xml:space="preserve">[1:28:41] </w:t>
      </w:r>
      <w:r>
        <w:t>to jab course poora hota tha to woh likh kar de dete the, certificate samajh lijie, certificate. to is ke upar research kiya ja kar ke unhon ne europe mein.</w:t>
      </w:r>
    </w:p>
    <w:p>
      <w:pPr>
        <w:jc w:val="right"/>
      </w:pPr>
      <w:r>
        <w:t>تو جب کورس پورا ہوتا تھا تو وہ لکھ کر دے دیتے تھے، سرٹیفیکیٹ سمجھ لیجئے، سرٹیفیکیٹ۔ تو اس کے اوپر ریسرچ کیا جا کر کے انہوں نے یورپ میں۔</w:t>
      </w:r>
    </w:p>
    <w:p>
      <w:r>
        <w:rPr>
          <w:b/>
        </w:rPr>
        <w:t xml:space="preserve">[1:28:52] </w:t>
      </w:r>
      <w:r>
        <w:t>to yeh koi aap samajhte hain ke yeh modern knowledge ko ho jayegi? aisi iqbal ne tasawwur pe research kiya germany mein ja kar ke.</w:t>
      </w:r>
    </w:p>
    <w:p>
      <w:pPr>
        <w:jc w:val="right"/>
      </w:pPr>
      <w:r>
        <w:t>تو یہ کوئی آپ سمجھتے ہیں کہ یہ ماڈرن نالج کو ہو جائے گی؟ ایسی اقبال نے تصور پر ریسرچ کیا جرمنی میں جا کر کے۔</w:t>
      </w:r>
    </w:p>
    <w:p>
      <w:r>
        <w:rPr>
          <w:b/>
        </w:rPr>
        <w:t xml:space="preserve">[1:29:01] </w:t>
      </w:r>
      <w:r>
        <w:t>to modern knowledge kahan se ho jayegi? maulana muhammad ali angrez jante the, woh kya colloquial ke expert the? woh yani wahan par jitne bhi colloquial hote the britain mein, us ke woh expert the.</w:t>
      </w:r>
    </w:p>
    <w:p>
      <w:pPr>
        <w:jc w:val="right"/>
      </w:pPr>
      <w:r>
        <w:t>تو ماڈرن نالج کہاں سے ہو جائے گی؟ مولانا محمد علی انگریز جانتے تھے، وہ کیا کلوکل کے ایکسپرٹ تھے؟ وہ یعنی وہاں پر جتنے بھی کلوکل ہوتے تھے برٹن میں، اس کے وہ ایکسپرٹ تھے۔</w:t>
      </w:r>
    </w:p>
    <w:p>
      <w:r>
        <w:rPr>
          <w:b/>
        </w:rPr>
        <w:t xml:space="preserve">[1:29:14] </w:t>
      </w:r>
      <w:r>
        <w:t>is ka naam modern knowledge hai.</w:t>
      </w:r>
    </w:p>
    <w:p>
      <w:pPr>
        <w:jc w:val="right"/>
      </w:pPr>
      <w:r>
        <w:t>اس کا نام ماڈرن نالج ہے۔</w:t>
      </w:r>
    </w:p>
    <w:p>
      <w:r>
        <w:rPr>
          <w:b/>
        </w:rPr>
        <w:t xml:space="preserve">[1:29:17] </w:t>
      </w:r>
      <w:r>
        <w:t>to asal cheez yeh hai, main samajhta hoon ke maujooda zamane mein koi musalman modern education mein bilkul pichhde hue hain, nowhere hain. woh jis ne padha hai kuch angrezi waghera, to us ne abhi science nahin padhi.</w:t>
      </w:r>
    </w:p>
    <w:p>
      <w:pPr>
        <w:jc w:val="right"/>
      </w:pPr>
      <w:r>
        <w:t>تو اصل چیز یہ ہے، میں سمجھتا ہوں کہ موجودہ زمانے میں کوئی مسلمان ماڈرن ایجوکیشن میں بالکل پچھڑے ہوئے ہیں، نو ویئر ہیں۔ وہ جس نے پڑھا ہے کچھ انگریزی وغیرہ، تو اس نے ابھی سائنس نہیں پڑھی۔</w:t>
      </w:r>
    </w:p>
    <w:p>
      <w:r>
        <w:rPr>
          <w:b/>
        </w:rPr>
        <w:t xml:space="preserve">[1:29:31] </w:t>
      </w:r>
      <w:r>
        <w:t>modern jo jo asal jo modern knowledge hai, us se in ko in ko koi khabar hi nahin hai. is ki in ko is se kya hua? modern age jo hai, woh age of opportunities hai.</w:t>
      </w:r>
    </w:p>
    <w:p>
      <w:pPr>
        <w:jc w:val="right"/>
      </w:pPr>
      <w:r>
        <w:t>ماڈرن جو جو اصل جو ماڈرن نالج ہے، اس سے ان کو ان کو کوئی خبر ہی نہیں ہے۔ اس کی ان کو اس سے کیا ہوا؟ ماڈرن ایج جو ہے، وہ ایج آف اپرچونیٹیز ہے۔</w:t>
      </w:r>
    </w:p>
    <w:p>
      <w:r>
        <w:rPr>
          <w:b/>
        </w:rPr>
        <w:t xml:space="preserve">[1:29:44] </w:t>
      </w:r>
      <w:r>
        <w:t>modern age jo hai, new opportunities, new opportunity, new opportunities. is mein bas ek cheez to maine is se pehle maine kaha yahan par ke decentralization of power, yeh bilkul ek naya phenomenon hai.</w:t>
      </w:r>
    </w:p>
    <w:p>
      <w:pPr>
        <w:jc w:val="right"/>
      </w:pPr>
      <w:r>
        <w:t>ماڈرن ایج جو ہے، نیو اپرچونیٹیز، نیو اپرچونیٹی، نیو اپرچونیٹیز۔ اس میں بس ایک چیز تو میں نے اس سے پہلے میں نے کہا یہاں پر کہ ڈی سینٹرلائزیشن آف پاور، یہ بالکل ایک نیا فیناومینا ہے۔</w:t>
      </w:r>
    </w:p>
    <w:p>
      <w:r>
        <w:rPr>
          <w:b/>
        </w:rPr>
        <w:t xml:space="preserve">[1:29:58] </w:t>
      </w:r>
      <w:r>
        <w:t>pehlay zamane mein king jo tha, to king sab kuch isi ke paas hota tha. king king ke maani kya thay? king maani thay landlord. jo sab se bara landlord hota tha, us ko king kehte thay.</w:t>
      </w:r>
    </w:p>
    <w:p>
      <w:pPr>
        <w:jc w:val="right"/>
      </w:pPr>
      <w:r>
        <w:t>پہلے زمانے میں کنگ جو تھا، تو کنگ سب کچھ اسی کے پاس ہوتا تھا۔ کنگ کنگ کے معنی کیا تھے؟ کنگ معنی تھے لینڈ لارڈ۔ جو سب سے بڑا لینڈ لارڈ ہوتا تھا، اس کو کنگ کہتے تھے۔</w:t>
      </w:r>
    </w:p>
    <w:p>
      <w:r>
        <w:rPr>
          <w:b/>
        </w:rPr>
        <w:t xml:space="preserve">[1:30:09] </w:t>
      </w:r>
      <w:r>
        <w:t>king means landlord, super landlord.</w:t>
      </w:r>
    </w:p>
    <w:p>
      <w:pPr>
        <w:jc w:val="right"/>
      </w:pPr>
      <w:r>
        <w:t>کنگ مینز لینڈ لارڈ، سپر لینڈ لارڈ۔</w:t>
      </w:r>
    </w:p>
    <w:p>
      <w:r>
        <w:rPr>
          <w:b/>
        </w:rPr>
        <w:t xml:space="preserve">[1:30:14] </w:t>
      </w:r>
      <w:r>
        <w:t>to sab agricultural period mein agriculture ke bahar kuch bhi nahin hota tha, kuch bhi nahin. to power sab kuch sari zameen king ke paas aur sari opportunities king ke paas.</w:t>
      </w:r>
    </w:p>
    <w:p>
      <w:pPr>
        <w:jc w:val="right"/>
      </w:pPr>
      <w:r>
        <w:t>تو سب ایگریکلچرل پیریڈ میں ایگریکلچر کے باہر کچھ بھی نہیں ہوتا تھا، کچھ بھی نہیں۔ تو پاور سب کچھ ساری زمین کنگ کے پاس اور ساری اپرچونیٹیز کنگ کے پاس۔</w:t>
      </w:r>
    </w:p>
    <w:p>
      <w:r>
        <w:rPr>
          <w:b/>
        </w:rPr>
        <w:t xml:space="preserve">[1:30:31] </w:t>
      </w:r>
      <w:r>
        <w:t>lekin modern industrial jo revolution aaya hai, modern science, modern technical revolution aur industrial revolution jo aaya hai, is ne sab se bara jo hua hai maamla, woh yeh hai ke decentralization of power.</w:t>
      </w:r>
    </w:p>
    <w:p>
      <w:pPr>
        <w:jc w:val="right"/>
      </w:pPr>
      <w:r>
        <w:t>لیکن ماڈرن انڈسٹریل جو ریولیوشن آیا ہے، ماڈرن سائنس، ماڈرن ٹیکنیکل ریولیوشن اور انڈسٹریل ریولیوشن جو آیا ہے، اس نے سب سے بڑا جو ہوا ہے معاملہ، وہ یہ ہے کہ ڈی سینٹرلائزیشن آف پاور۔</w:t>
      </w:r>
    </w:p>
    <w:p>
      <w:r>
        <w:rPr>
          <w:b/>
        </w:rPr>
        <w:t xml:space="preserve">[1:30:46] </w:t>
      </w:r>
      <w:r>
        <w:t>ab kya hai? ab government kya hai? government means administration. administration ke bahar jo chahe aap kijiye, education mein kijiye, daao work mein kijiye, industry mein kijiye, business mein kijiye, science mein kijiye, sab sab maidan aap ka aap ke paas hai.</w:t>
      </w:r>
    </w:p>
    <w:p>
      <w:pPr>
        <w:jc w:val="right"/>
      </w:pPr>
      <w:r>
        <w:t>اب کیا ہے؟ اب گورنمنٹ کیا ہے؟ گورنمنٹ مینز ایڈمنسٹریشن۔ ایڈمنسٹریشن کے باہر جو چاہے آپ کیجئے، ایجوکیشن میں کیجئے، داؤ ورک میں کیجئے، انڈسٹری میں کیجئے، بزنس میں کیجئے، سائنس میں کیجئے، سب سب میدان آپ کا آپ کے پاس ہے۔</w:t>
      </w:r>
    </w:p>
    <w:p>
      <w:r>
        <w:rPr>
          <w:b/>
        </w:rPr>
        <w:t xml:space="preserve">[1:31:02] </w:t>
      </w:r>
      <w:r>
        <w:t>pehlay aisa nahin hota tha. ab musalman abhi bhi kis liye lad rahe hain? badshahat ke liye lad rahe hain. political power, bhai, political power ki value kuch nahin hai.</w:t>
      </w:r>
    </w:p>
    <w:p>
      <w:pPr>
        <w:jc w:val="right"/>
      </w:pPr>
      <w:r>
        <w:t>پہلے ایسا نہیں ہوتا تھا۔ اب مسلمان ابھی بھی کس لیے لڑ رہے ہیں؟ بادشاہت کے لیے لڑ رہے ہیں۔ پولیٹیکل پاور، بھئی، پولیٹیکل پاور کی ویلیو کچھ نہیں ہے۔</w:t>
      </w:r>
    </w:p>
    <w:p>
      <w:r>
        <w:rPr>
          <w:b/>
        </w:rPr>
        <w:t xml:space="preserve">[1:31:11] </w:t>
      </w:r>
      <w:r>
        <w:t>aaj to</w:t>
      </w:r>
    </w:p>
    <w:p>
      <w:pPr>
        <w:jc w:val="right"/>
      </w:pPr>
      <w:r>
        <w:t>آج تو</w:t>
      </w:r>
    </w:p>
    <w:p>
      <w:r>
        <w:rPr>
          <w:b/>
        </w:rPr>
        <w:t xml:space="preserve">[1:31:13] </w:t>
      </w:r>
      <w:r>
        <w:t>political power jo hai, ab to is ki koi value nahin hai. aaj tak koi bhi jab bata diye, koi ek bhi musalmanon mein, ek bhi shakhs bata dijiye jis ne is cheez se bataya ho musalmanon ko ke yeh age decentralization of power ka daur hai, zamana hai.</w:t>
      </w:r>
    </w:p>
    <w:p>
      <w:pPr>
        <w:jc w:val="right"/>
      </w:pPr>
      <w:r>
        <w:t>پولیٹیکل پاور جو ہے، اب تو اس کی کوئی ویلیو نہیں ہے۔ آج تک کوئی بھی جب بتا دیے، کوئی ایک بھی مسلمانوں میں، ایک بھی شخص بتا دیجئے جس نے اس چیز سے بتایا ہو مسلمانوں کو کہ یہ ایج ڈی سینٹرلائزیشن آف پاور کا دور ہے، زمانہ ہے۔</w:t>
      </w:r>
    </w:p>
    <w:p>
      <w:r>
        <w:rPr>
          <w:b/>
        </w:rPr>
        <w:t xml:space="preserve">[1:31:29] </w:t>
      </w:r>
      <w:r>
        <w:t>mujhe bata dijiye, main challenge karta hoon, koi bata de mujhe ke poore muslim world mein aap chhaniye, poore muslim world mein, aur koi ek bhi mujhe bata dijiye jo is baat se musalmanon ko bakhabar kiya ho is ne ke zamana jo hai, decentralization of power ka hai.</w:t>
      </w:r>
    </w:p>
    <w:p>
      <w:pPr>
        <w:jc w:val="right"/>
      </w:pPr>
      <w:r>
        <w:t>مجھے بتا دیجئے، میں چیلنج کرتا ہوں، کوئی بتا دے مجھے کہ پورے مسلم ورلڈ میں آپ چھانیے، پورے مسلم ورلڈ میں، اور کوئی ایک بھی مجھے بتا دیجئے جو اس بات سے مسلمانوں کو باخبر کیا ہو اس نے کہ زمانہ جو ہے، ڈی سینٹرلائزیشن آف پاور کا ہے۔</w:t>
      </w:r>
    </w:p>
    <w:p>
      <w:r>
        <w:rPr>
          <w:b/>
        </w:rPr>
        <w:t xml:space="preserve">[1:31:46] </w:t>
      </w:r>
      <w:r>
        <w:t>kyun ladte ho khwamkhwah hukumat</w:t>
      </w:r>
    </w:p>
    <w:p>
      <w:pPr>
        <w:jc w:val="right"/>
      </w:pPr>
      <w:r>
        <w:t>کیوں لڑتے ہو خوامخواہ حکومت</w:t>
      </w:r>
    </w:p>
    <w:p>
      <w:r>
        <w:rPr>
          <w:b/>
        </w:rPr>
        <w:t xml:space="preserve">[1:31:48] </w:t>
      </w:r>
      <w:r>
        <w:t>se? hazaron doosre kaam hain, is ko karo, sab isi mein lad rahe hain, suicide bombing kar rahe hain. to basic baat yeh hai ke yeh zamana ek bilkul naya zamana tha.</w:t>
      </w:r>
    </w:p>
    <w:p>
      <w:pPr>
        <w:jc w:val="right"/>
      </w:pPr>
      <w:r>
        <w:t>سے؟ ہزاروں دوسرے کام ہیں، اس کو کرو، سب اسی میں لڑ رہے ہیں، سوسائیڈ بمبنگ کر رہے ہیں۔ تو بیسک بات یہ ہے کہ یہ زمانہ ایک بالکل نیا زمانہ تھا۔</w:t>
      </w:r>
    </w:p>
    <w:p>
      <w:r>
        <w:rPr>
          <w:b/>
        </w:rPr>
        <w:t xml:space="preserve">[1:32:04] </w:t>
      </w:r>
      <w:r>
        <w:t>yeh nawan zamana bilkul naya zamana tha. main, main Khuda ke fazl se is baat ko 1950 se main janta hoon. 1950 se us waqt pehli meri book chhapi thi, is ka naam tha "in the threshold of a new e</w:t>
      </w:r>
    </w:p>
    <w:p>
      <w:pPr>
        <w:jc w:val="right"/>
      </w:pPr>
      <w:r>
        <w:t>یہ نواں زمانہ بالکل نیا زمانہ تھا۔ میں، میں خدا کے فضل سے اس بات کو 1950 سے میں جانتا ہوں۔ 1950 سے اس وقت پہلی میری بک چھپی تھی، اس کا نام تھا "ان دا تھریش ہولڈ آف ا نیو ای</w:t>
      </w:r>
    </w:p>
    <w:p>
      <w:r>
        <w:rPr>
          <w:b/>
        </w:rPr>
        <w:t xml:space="preserve">[1:32:18] </w:t>
      </w:r>
      <w:r>
        <w:t>ra". yeh meri pehli book thi "in the threshold of a new era". to bohat ziyada maine padha, bohat ziyada maine padha, bohat ziyada maine padha.</w:t>
      </w:r>
    </w:p>
    <w:p>
      <w:pPr>
        <w:jc w:val="right"/>
      </w:pPr>
      <w:r>
        <w:t>را"۔ یہ میری پہلی بک تھی "ان دا تھریش ہولڈ آف ا نیو ایرا"۔ تو بہت زیادہ میں نے پڑھا، بہت زیادہ میں نے پڑھا، بہت زیادہ میں نے پڑھا۔</w:t>
      </w:r>
    </w:p>
    <w:p>
      <w:r>
        <w:rPr>
          <w:b/>
        </w:rPr>
        <w:t xml:space="preserve">[1:32:31] </w:t>
      </w:r>
      <w:r>
        <w:t>tab maine discover kiya is ko ke yeh ek naya zamana aa gaya hai. log kya karte hain? politics ja kar lagte hain, bheed bhaad ikattha kar ke taqreerein karne, jalsay jaloos karne.</w:t>
      </w:r>
    </w:p>
    <w:p>
      <w:pPr>
        <w:jc w:val="right"/>
      </w:pPr>
      <w:r>
        <w:t>تب میں نے ڈسکور کیا اس کو کہ یہ ایک نیا زمانہ آ گیا ہے۔ لوگ کیا کرتے ہیں؟ پولیٹکس جا کر لگتے ہیں، بھیڑ بھاڑ اکٹھا کر کے تقریریں کرنے، جلسہ جلوس کرنے۔</w:t>
      </w:r>
    </w:p>
    <w:p>
      <w:r>
        <w:rPr>
          <w:b/>
        </w:rPr>
        <w:t xml:space="preserve">[1:32:43] </w:t>
      </w:r>
      <w:r>
        <w:t>koi zara si baat hui</w:t>
      </w:r>
    </w:p>
    <w:p>
      <w:pPr>
        <w:jc w:val="right"/>
      </w:pPr>
      <w:r>
        <w:t>کوئی ذرا سی بات ہوئی</w:t>
      </w:r>
    </w:p>
    <w:p>
      <w:r>
        <w:rPr>
          <w:b/>
        </w:rPr>
        <w:t xml:space="preserve">[1:32:44] </w:t>
      </w:r>
      <w:r>
        <w:t>, Babri Masjid ke maslay aa gayi, cartoon ki baat ho gayi, aur janab yeh Rushdie ki baat ho gayi, tasweer Raswell ki baat ho gayi. ab woh hungama khara hua is ka. to unhein padhne ka moqa kaha.</w:t>
      </w:r>
    </w:p>
    <w:p>
      <w:pPr>
        <w:jc w:val="right"/>
      </w:pPr>
      <w:r>
        <w:t>، بابری مسجد کے مسئلے آ گئی، کارٹون کی بات ہو گئی، اور جناب یہ رشدی کی بات ہو گئی، تصویر رسویل کی بات ہو گئی۔ اب وہ ہنگامہ کھڑا ہوا اس کا۔ تو انہیں پڑھنے کا موقع کہا۔</w:t>
      </w:r>
    </w:p>
    <w:p>
      <w:r>
        <w:rPr>
          <w:b/>
        </w:rPr>
        <w:t xml:space="preserve">[1:32:55] </w:t>
      </w:r>
      <w:r>
        <w:t>har waqt to discussion mein jeete hain, ya hamare log jo hain, na discussion mein jeete hain. har waqt ek na ek shosha le kar ke bas likhte hain, jaloos nikal lein.</w:t>
      </w:r>
    </w:p>
    <w:p>
      <w:pPr>
        <w:jc w:val="right"/>
      </w:pPr>
      <w:r>
        <w:t>ہر وقت تو ڈسکشن میں جیتے ہیں، یا ہمارے لوگ جو ہیں، نا ڈسکشن میں جیتے ہیں۔ ہر وقت ایک نہ ایک شوشہ لے کر کے بس لکھتے ہیں، جلوس نکال لیں۔</w:t>
      </w:r>
    </w:p>
    <w:p>
      <w:r>
        <w:rPr>
          <w:b/>
        </w:rPr>
        <w:t xml:space="preserve">[1:33:04] </w:t>
      </w:r>
      <w:r>
        <w:t>abhi mere khilaf jaloos nikal raha hai Kashmir mein. aap bataiye ke kya aise log kya janenge? aise log kuch nahin jaan sakte.</w:t>
      </w:r>
    </w:p>
    <w:p>
      <w:pPr>
        <w:jc w:val="right"/>
      </w:pPr>
      <w:r>
        <w:t>ابھی میرے خلاف جلوس نکل رہا ہے کشمیر میں۔ آپ بتائیے کہ کیا ایسے لوگ کیا جانیں گے؟ ایسے لوگ کچھ نہیں جان سکتے۔</w:t>
      </w:r>
    </w:p>
    <w:p>
      <w:r>
        <w:rPr>
          <w:b/>
        </w:rPr>
        <w:t xml:space="preserve">[1:33:13] </w:t>
      </w:r>
      <w:r>
        <w:t>bohat deep study karni padti hai, tab aap cheezon ko jante hain.</w:t>
      </w:r>
    </w:p>
    <w:p>
      <w:pPr>
        <w:jc w:val="right"/>
      </w:pPr>
      <w:r>
        <w:t>بہت ڈیپ اسٹڈی کرنی پڑتی ہے، تب آپ چیزوں کو جانتے ہیں۔</w:t>
      </w:r>
    </w:p>
    <w:p>
      <w:r>
        <w:rPr>
          <w:b/>
        </w:rPr>
        <w:t xml:space="preserve">[1:33:19] </w:t>
      </w:r>
      <w:r>
        <w:t>maine aap ko qissa bataya tha ke ek Inayatullah ek sahab thay Hyderabad ke, woh gaye London, ek professor se mile jo pehle un ka kuch tha, un ka kuch.</w:t>
      </w:r>
    </w:p>
    <w:p>
      <w:pPr>
        <w:jc w:val="right"/>
      </w:pPr>
      <w:r>
        <w:t>میں نے آپ کو قصہ بتایا تھا کہ ایک عنایت اللہ ایک صاحب تھے حیدرآباد کے، وہ گئے لندن، ایک پروفیسر سے ملے جو پہلے ان کا کچھ تھا، ان کا کچھ۔</w:t>
      </w:r>
    </w:p>
    <w:p>
      <w:r>
        <w:rPr>
          <w:b/>
        </w:rPr>
        <w:t xml:space="preserve">[1:33:34] </w:t>
      </w:r>
      <w:r>
        <w:t>to us professor se time jo mila, raat ka time mila, yani late late night ka time mila. to</w:t>
      </w:r>
    </w:p>
    <w:p>
      <w:pPr>
        <w:jc w:val="right"/>
      </w:pPr>
      <w:r>
        <w:t>تو اس پروفیسر سے ٹائم جو ملا، رات کا ٹائم ملا، یعنی لیٹ لیٹ نائٹ کا ٹائم ملا۔ تو</w:t>
      </w:r>
    </w:p>
    <w:p>
      <w:r>
        <w:rPr>
          <w:b/>
        </w:rPr>
        <w:t xml:space="preserve">[1:33:43] </w:t>
      </w:r>
      <w:r>
        <w:t>gaye jab wahan milne to us waqt bhi woh parh raha tha shakespeare ke woh. to unhon ne kaha ke aap senior professor hain, aap itne dinon se parha rahe hain shakespeare, to ab bhi aap raat tak parhte hain shakespeare ko.</w:t>
      </w:r>
    </w:p>
    <w:p>
      <w:pPr>
        <w:jc w:val="right"/>
      </w:pPr>
      <w:r>
        <w:t>گئے جب وہاں ملنے تو اس وقت بھی وہ پڑھ رہا تھا شیکسپیئر کہ وہ۔ تو انہوں نے کہا کہ آپ سینئر پروفیسر ہیں، آپ اتنے دنوں سے پڑھا رہے ہیں شیکسپیئر، تو اب بھی آپ رات تک پڑھتے ہیں شیکسپیئر کو۔</w:t>
      </w:r>
    </w:p>
    <w:p>
      <w:r>
        <w:rPr>
          <w:b/>
        </w:rPr>
        <w:t xml:space="preserve">[1:33:57] </w:t>
      </w:r>
      <w:r>
        <w:t>to is professor ne kaha bohat hi sanjeedgi ke sath ke "You know, the students are committed to my care.</w:t>
      </w:r>
    </w:p>
    <w:p>
      <w:pPr>
        <w:jc w:val="right"/>
      </w:pPr>
      <w:r>
        <w:t>تو اس پروفیسر نے کہا بہت ہی سنجیدگی کے ساتھ کہ "You know, the students are committed to my care.</w:t>
      </w:r>
    </w:p>
    <w:p>
      <w:r>
        <w:rPr>
          <w:b/>
        </w:rPr>
        <w:t xml:space="preserve">[1:34:06] </w:t>
      </w:r>
      <w:r>
        <w:t>To do justice to them, I must prepare myself."</w:t>
      </w:r>
    </w:p>
    <w:p>
      <w:pPr>
        <w:jc w:val="right"/>
      </w:pPr>
      <w:r>
        <w:t>To do justice to them, I must prepare myself."</w:t>
      </w:r>
    </w:p>
    <w:p>
      <w:r>
        <w:rPr>
          <w:b/>
        </w:rPr>
        <w:t xml:space="preserve">[1:34:11] </w:t>
      </w:r>
      <w:r>
        <w:t>yeh wahan par ek scientific mahol bana, Europe America mein. Scientific mahol hai, study ka mahol. Yahan kya? Yahan to shairi hai, khatabat hai, adab hai, aur qawali hai, aur naat khwani hai,</w:t>
      </w:r>
    </w:p>
    <w:p>
      <w:pPr>
        <w:jc w:val="right"/>
      </w:pPr>
      <w:r>
        <w:t>یہ وہاں پر ایک سائنٹیفک ماحول بنا، یورپ امریکہ میں۔ سائنٹیفک ماحول ہے، اسٹڈی کا ماحول۔ یہاں کیا؟ یہاں تو شاعری ہے، خطابت ہے، ادب ہے، اور قوالی ہے، اور نعت خوانی ہے،</w:t>
      </w:r>
    </w:p>
    <w:p>
      <w:r>
        <w:rPr>
          <w:b/>
        </w:rPr>
        <w:t xml:space="preserve">[1:34:24] </w:t>
      </w:r>
      <w:r>
        <w:t>jalsay jaloos hain, naarah hai. Poore Muslim World mein yahi hota hai.</w:t>
      </w:r>
    </w:p>
    <w:p>
      <w:pPr>
        <w:jc w:val="right"/>
      </w:pPr>
      <w:r>
        <w:t>جلسے جلوس ہیں، نعرہ ہے۔ پورے مسلم ورلڈ میں یہی ہوتا ہے۔</w:t>
      </w:r>
    </w:p>
    <w:p>
      <w:r>
        <w:rPr>
          <w:b/>
        </w:rPr>
        <w:t xml:space="preserve">[1:34:30] </w:t>
      </w:r>
      <w:r>
        <w:t>to</w:t>
      </w:r>
    </w:p>
    <w:p>
      <w:pPr>
        <w:jc w:val="right"/>
      </w:pPr>
      <w:r>
        <w:t>تو</w:t>
      </w:r>
    </w:p>
    <w:p>
      <w:r>
        <w:rPr>
          <w:b/>
        </w:rPr>
        <w:t xml:space="preserve">[1:34:31] </w:t>
      </w:r>
      <w:r>
        <w:t>mein baharhal yahi samajhta hoon ke modern world ko na janne ki price musalman de rahe hain. Is waqt woh sab kuch jo ho raha hai, woh kisi ka zulm nahi hai, conspiracy nahi hai.</w:t>
      </w:r>
    </w:p>
    <w:p>
      <w:pPr>
        <w:jc w:val="right"/>
      </w:pPr>
      <w:r>
        <w:t>میں بہرحال یہی سمجھتا ہوں کہ ماڈرن ورلڈ کو نہ جاننے کی پرائس مسلمان دے رہے ہیں۔ اس وقت وہ سب کچھ جو ہو رہا ہے، وہ کسی کا ظلم نہیں ہے، کانسپریسی نہیں ہے۔</w:t>
      </w:r>
    </w:p>
    <w:p>
      <w:r>
        <w:rPr>
          <w:b/>
        </w:rPr>
        <w:t xml:space="preserve">[1:34:42] </w:t>
      </w:r>
      <w:r>
        <w:t>Unhon ne jana nahi to isi ki price de rahe hain woh.</w:t>
      </w:r>
    </w:p>
    <w:p>
      <w:pPr>
        <w:jc w:val="right"/>
      </w:pPr>
      <w:r>
        <w:t>انہوں نے جانا نہیں تو اسی کی پرائس دے رہے ہیں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