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Ummah January 22, 2017</w:t>
      </w:r>
    </w:p>
    <w:p>
      <w:r>
        <w:t>https://www.youtube.com/watch?v=vnPsv0TBCfk</w:t>
      </w:r>
    </w:p>
    <w:p>
      <w:r>
        <w:rPr>
          <w:b/>
        </w:rPr>
        <w:t xml:space="preserve">[00:14] </w:t>
      </w:r>
      <w:r>
        <w:t>wasallallahu ala nabiyil karim, rabishrah li sadri, wayassir li amri, wahalul uqdatam min lisani, yafqahu qawli. 22 January 2017.</w:t>
      </w:r>
    </w:p>
    <w:p>
      <w:pPr>
        <w:jc w:val="right"/>
      </w:pPr>
      <w:r>
        <w:t>وصلی اللہ علی نبی الکریم، رب اشرح لی صدری، ویسر لی امری، واحل العقدۃ من لسانی، یفقہ قولی. 22 جنوری 2017.</w:t>
      </w:r>
    </w:p>
    <w:p>
      <w:r>
        <w:rPr>
          <w:b/>
        </w:rPr>
        <w:t xml:space="preserve">[00:36] </w:t>
      </w:r>
      <w:r>
        <w:t>aaj ka topic hai ek Quran ki ek ayat ko le kar, yeh Surah Nisa ki ayat number 136 hai. Aap iska woh parh dijiye. Bismillah hir rahman nir rahim.</w:t>
      </w:r>
    </w:p>
    <w:p>
      <w:pPr>
        <w:jc w:val="right"/>
      </w:pPr>
      <w:r>
        <w:t>آج کا ٹاپک ہے ایک قرآن کی ایک آیت کو لے کر، یہ سورہ النساء کی آیت نمبر 136 ہے. آپ اس کا وہ پڑھ دیجیے. بسم اللہ الرحمن الرحیم.</w:t>
      </w:r>
    </w:p>
    <w:p>
      <w:r>
        <w:rPr>
          <w:b/>
        </w:rPr>
        <w:t xml:space="preserve">[00:57] </w:t>
      </w:r>
      <w:r>
        <w:t>Ya ayyuhallazina amanu aminu billahi wa rasulihi, wal kitabil lazi nazala ala rasulihi, wal kitabil lazi anzala min qablihi. Wa man yakfur billahi wa malaikatihi wa kutubihi wa rusulihi, wal yawmil akhiri, faqad dhalla dalalam baida.</w:t>
      </w:r>
    </w:p>
    <w:p>
      <w:pPr>
        <w:jc w:val="right"/>
      </w:pPr>
      <w:r>
        <w:t>یا ایہا الذین آمنوا آمنوا باللہ ورسولہ، والکتاب الذی نزل علی رسولہ، والکتاب الذی انزل من قبلہ. ومن یکفر باللہ وملائکتہ وکتبہ ورسله، والیوم الآخر، فقد ظل ضلالاً بعیداً.</w:t>
      </w:r>
    </w:p>
    <w:p>
      <w:r>
        <w:rPr>
          <w:b/>
        </w:rPr>
        <w:t xml:space="preserve">[01:19] </w:t>
      </w:r>
      <w:r>
        <w:t>dekhiye Quran ki jo ayat hai, us mein Rasool Allah ke zamane mein jo aalim the, jin ko hum Sahaba kehte hain, un se khitab kiya gaya hai. Aur yeh kaha gaya hai ke aye iman lane walo iman lao. Phir bataya gaya ke iman lana kya hai.</w:t>
      </w:r>
    </w:p>
    <w:p>
      <w:pPr>
        <w:jc w:val="right"/>
      </w:pPr>
      <w:r>
        <w:t>دیکھیے قرآن کی جو آیت ہے، اس میں رسول اللہ کے زمانے میں جو عالمان تھے، جن کو ہم صحابہ کہتے ہیں، ان سے خطاب کیا گیا ہے. اور یہ کہا گیا ہے کہ اے ایمان لانے والو ایمان لاؤ. پھر بتایا گیا کہ ایمان لانا کیا ہے.</w:t>
      </w:r>
    </w:p>
    <w:p>
      <w:r>
        <w:rPr>
          <w:b/>
        </w:rPr>
        <w:t xml:space="preserve">[01:48] </w:t>
      </w:r>
      <w:r>
        <w:t>yani imaan lao Allah par, rasool par, Quran par, aur pichli kitabon par, yahan tak ke malaika par,</w:t>
      </w:r>
    </w:p>
    <w:p>
      <w:pPr>
        <w:jc w:val="right"/>
      </w:pPr>
      <w:r>
        <w:t>یعنی ایمان لاؤ اللہ پر، رسول پر، قرآن پر، اور پچھلی کتابوں پر، یہاں تک کہ ملائکہ پر،</w:t>
      </w:r>
    </w:p>
    <w:p>
      <w:r>
        <w:rPr>
          <w:b/>
        </w:rPr>
        <w:t xml:space="preserve">[01:54] </w:t>
      </w:r>
      <w:r>
        <w:t>aur Allah Rabbul Alameen par.</w:t>
      </w:r>
    </w:p>
    <w:p>
      <w:pPr>
        <w:jc w:val="right"/>
      </w:pPr>
      <w:r>
        <w:t>اور اللہ رب العالمین پر.</w:t>
      </w:r>
    </w:p>
    <w:p>
      <w:r>
        <w:rPr>
          <w:b/>
        </w:rPr>
        <w:t xml:space="preserve">[02:01] </w:t>
      </w:r>
      <w:r>
        <w:t>yeh bohat zyada sochne ki baat hai.</w:t>
      </w:r>
    </w:p>
    <w:p>
      <w:pPr>
        <w:jc w:val="right"/>
      </w:pPr>
      <w:r>
        <w:t>یہ بہت زیادہ سوچنے کی بات ہے.</w:t>
      </w:r>
    </w:p>
    <w:p>
      <w:r>
        <w:rPr>
          <w:b/>
        </w:rPr>
        <w:t xml:space="preserve">[02:08] </w:t>
      </w:r>
      <w:r>
        <w:t>is liye ke jin se khitab kiya gaya, woh to ashaab-e-rasool the.</w:t>
      </w:r>
    </w:p>
    <w:p>
      <w:pPr>
        <w:jc w:val="right"/>
      </w:pPr>
      <w:r>
        <w:t>اس لیے کہ جن سے خطاب کیا گیا، وہ تو اصحاب رسول تھے.</w:t>
      </w:r>
    </w:p>
    <w:p>
      <w:r>
        <w:rPr>
          <w:b/>
        </w:rPr>
        <w:t xml:space="preserve">[02:15] </w:t>
      </w:r>
      <w:r>
        <w:t>unhon ne direct taur par rasool Allah ke hath par bai'at ki.</w:t>
      </w:r>
    </w:p>
    <w:p>
      <w:pPr>
        <w:jc w:val="right"/>
      </w:pPr>
      <w:r>
        <w:t>انہوں نے ڈائریکٹ طور پر رسول اللہ کے ہاتھ پر بیعت کی.</w:t>
      </w:r>
    </w:p>
    <w:p>
      <w:r>
        <w:rPr>
          <w:b/>
        </w:rPr>
        <w:t xml:space="preserve">[02:22] </w:t>
      </w:r>
      <w:r>
        <w:t>tareekh mein woh Ashab-e-Rasool kahe gaye. Phir un se kaha gaya ke iman lao phir. Yeh ek model hai jo tamam ummat ke liye Allah Ta'ala ne yahan rakh diya hai. Yeh Madina aur Makka ke logon ke liye nahi hai, poori ummat ke liye model hai.</w:t>
      </w:r>
    </w:p>
    <w:p>
      <w:pPr>
        <w:jc w:val="right"/>
      </w:pPr>
      <w:r>
        <w:t>تاریخ میں وہ اصحاب رسول کہے گئے. پھر ان سے کہا گیا کہ ایمان لاؤ پھر. یہ ایک ماڈل ہے جو تمام امت کے لیے اللہ تعالیٰ نے یہاں رکھ دیا ہے. یہ مدینہ اور مکہ کے لوگوں کے لیے نہیں ہے، پوری امت کے لیے ماڈل ہے.</w:t>
      </w:r>
    </w:p>
    <w:p>
      <w:r>
        <w:rPr>
          <w:b/>
        </w:rPr>
        <w:t xml:space="preserve">[02:49] </w:t>
      </w:r>
      <w:r>
        <w:t>ab sawal yeh hai ke kyun kaha gaya ke iman lane walo iman lao. Is ka matlab hai ke iman ko re-discover karo. Aye iman lane walo iman ko re-discover karo, balkeh barabar re-discover karte raho. Aur sirf iman ko nahi.</w:t>
      </w:r>
    </w:p>
    <w:p>
      <w:pPr>
        <w:jc w:val="right"/>
      </w:pPr>
      <w:r>
        <w:t>اب سوال یہ ہے کہ کیوں کہا گیا کہ ایمان لانے والو ایمان لاؤ. اس کا مطلب ہے کہ ایمان کو ری ڈسکور کرو. اے ایمان لانے والو ایمان کو ری ڈسکور کرو، بلکہ برابر ری ڈسکور کرتے رہو. اور صرف ایمان کو نہیں.</w:t>
      </w:r>
    </w:p>
    <w:p>
      <w:r>
        <w:rPr>
          <w:b/>
        </w:rPr>
        <w:t xml:space="preserve">[03:19] </w:t>
      </w:r>
      <w:r>
        <w:t>yahan hum to samajhte hain ke bas kalma padh diya to iman ho gaya. Yahan dekhiye iman ke sath hai Rasool, Quran, pichle anbiya, pichli kitaben, malaika, aur Allah Rabbul Alameen. Dekhiye yeh saada baat nahi hai. Yeh law of nature ki baat hai.</w:t>
      </w:r>
    </w:p>
    <w:p>
      <w:pPr>
        <w:jc w:val="right"/>
      </w:pPr>
      <w:r>
        <w:t>یہاں ہم تو سمجھتے ہیں کہ بس کلمہ پڑھ دیا تو ایمان ہو گیا. یہاں دیکھیے ایمان کے ساتھ ہے رسول، قرآن، پچھلے انبیاء، پچھلی کتابیں، ملائکہ، اور اللہ رب العالمین. دیکھیے یہ سادہ بات نہیں ہے. یہ لاء آف نیچر کی بات ہے.</w:t>
      </w:r>
    </w:p>
    <w:p>
      <w:r>
        <w:rPr>
          <w:b/>
        </w:rPr>
        <w:t xml:space="preserve">[03:49] </w:t>
      </w:r>
      <w:r>
        <w:t>law of nature yeh hai ke aadmi agar ek baat ko barabar remind na karta rahe apne mind mein, to kya hoga? Us ka manna ek jamid manna ho jayega. Yani us mein stagnation aa jayega. Stagnation aate hi kya hoga? Creativity khatam ho jayegi.</w:t>
      </w:r>
    </w:p>
    <w:p>
      <w:pPr>
        <w:jc w:val="right"/>
      </w:pPr>
      <w:r>
        <w:t>لاء آف نیچر یہ ہے کہ آدمی اگر ایک بات کو برابر ریمائنڈ نہ کرتا رہے اپنے مائنڈ میں، تو کیا ہوگا؟ اس کا ماننا ایک جامد ماننا ہو جائے گا. یعنی اس میں اسٹیگنیشن آ جائے گا. اسٹیگنیشن آتے ہی کیا ہوگا؟ کریٹیوٹی ختم ہو جائے گی.</w:t>
      </w:r>
    </w:p>
    <w:p>
      <w:r>
        <w:rPr>
          <w:b/>
        </w:rPr>
        <w:t xml:space="preserve">[04:19] </w:t>
      </w:r>
      <w:r>
        <w:t>creativity. Momin ka.</w:t>
      </w:r>
    </w:p>
    <w:p>
      <w:pPr>
        <w:jc w:val="right"/>
      </w:pPr>
      <w:r>
        <w:t>کریٹیوٹی. مومن کا.</w:t>
      </w:r>
    </w:p>
    <w:p>
      <w:r>
        <w:rPr>
          <w:b/>
        </w:rPr>
        <w:t xml:space="preserve">[04:27] </w:t>
      </w:r>
      <w:r>
        <w:t>مومن کون ہے؟ مومن ہے creative personality.</w:t>
      </w:r>
    </w:p>
    <w:p>
      <w:pPr>
        <w:jc w:val="right"/>
      </w:pPr>
      <w:r>
        <w:t>مومن کون ہے؟ مومن ہے کریٹیو پرسنیلٹی.</w:t>
      </w:r>
    </w:p>
    <w:p>
      <w:r>
        <w:rPr>
          <w:b/>
        </w:rPr>
        <w:t xml:space="preserve">[04:36] </w:t>
      </w:r>
      <w:r>
        <w:t>وہ آدمی جس کا creative thinking ہو، creative character ہو، creative personality ہو، وہی مومن ہے.</w:t>
      </w:r>
    </w:p>
    <w:p>
      <w:pPr>
        <w:jc w:val="right"/>
      </w:pPr>
      <w:r>
        <w:t>وہ آدمی جس کا کریٹیو تھنکنگ ہو، کریٹیو کریکٹر ہو، کریٹیو پرسنیلٹی ہو، وہی مومن ہے.</w:t>
      </w:r>
    </w:p>
    <w:p>
      <w:r>
        <w:rPr>
          <w:b/>
        </w:rPr>
        <w:t xml:space="preserve">[04:45] </w:t>
      </w:r>
      <w:r>
        <w:t>khali kalma padh liya is se kuch nahi hota.</w:t>
      </w:r>
    </w:p>
    <w:p>
      <w:pPr>
        <w:jc w:val="right"/>
      </w:pPr>
      <w:r>
        <w:t>خالی کلمہ پڑھ لیا اس سے کچھ نہیں ہوتا.</w:t>
      </w:r>
    </w:p>
    <w:p>
      <w:r>
        <w:rPr>
          <w:b/>
        </w:rPr>
        <w:t xml:space="preserve">[04:54] </w:t>
      </w:r>
      <w:r>
        <w:t>kalma padhna woh to enter hona hai ek process mein.</w:t>
      </w:r>
    </w:p>
    <w:p>
      <w:pPr>
        <w:jc w:val="right"/>
      </w:pPr>
      <w:r>
        <w:t>کلمہ پڑھنا وہ تو انٹر ہونا ہے ایک پراسیس میں.</w:t>
      </w:r>
    </w:p>
    <w:p>
      <w:r>
        <w:rPr>
          <w:b/>
        </w:rPr>
        <w:t xml:space="preserve">[04:59] </w:t>
      </w:r>
      <w:r>
        <w:t>darwaze mein nahi, ek process mein.</w:t>
      </w:r>
    </w:p>
    <w:p>
      <w:pPr>
        <w:jc w:val="right"/>
      </w:pPr>
      <w:r>
        <w:t>دروازے میں نہیں، ایک پراسیس میں.</w:t>
      </w:r>
    </w:p>
    <w:p>
      <w:r>
        <w:rPr>
          <w:b/>
        </w:rPr>
        <w:t xml:space="preserve">[05:04] </w:t>
      </w:r>
      <w:r>
        <w:t>life long process.</w:t>
      </w:r>
    </w:p>
    <w:p>
      <w:pPr>
        <w:jc w:val="right"/>
      </w:pPr>
      <w:r>
        <w:t>لائف لانگ پراسیس.</w:t>
      </w:r>
    </w:p>
    <w:p>
      <w:r>
        <w:rPr>
          <w:b/>
        </w:rPr>
        <w:t xml:space="preserve">[05:09] </w:t>
      </w:r>
      <w:r>
        <w:t>کہ آپ ڈسکور کرتے ہیں ایمان کو، سچائی کو، اور پھر daily basis پر اس کو آپ ری</w:t>
      </w:r>
    </w:p>
    <w:p>
      <w:pPr>
        <w:jc w:val="right"/>
      </w:pPr>
      <w:r>
        <w:t>کہ آپ ڈسکور کرتے ہیں ایمان کو، سچائی کو، اور پھر ڈیلی بیسس پر اس کو آپ ری</w:t>
      </w:r>
    </w:p>
    <w:p>
      <w:r>
        <w:rPr>
          <w:b/>
        </w:rPr>
        <w:t xml:space="preserve">[05:14] </w:t>
      </w:r>
      <w:r>
        <w:t>discover karte hain.</w:t>
      </w:r>
    </w:p>
    <w:p>
      <w:pPr>
        <w:jc w:val="right"/>
      </w:pPr>
      <w:r>
        <w:t>ڈسکور کرتے ہیں.</w:t>
      </w:r>
    </w:p>
    <w:p>
      <w:r>
        <w:rPr>
          <w:b/>
        </w:rPr>
        <w:t xml:space="preserve">[05:19] </w:t>
      </w:r>
      <w:r>
        <w:t>اپنی creativity کو maintain کرتے ہیں۔</w:t>
      </w:r>
    </w:p>
    <w:p>
      <w:pPr>
        <w:jc w:val="right"/>
      </w:pPr>
      <w:r>
        <w:t>اپنی کریٹیوٹی کو مینٹین کرتے ہیں.</w:t>
      </w:r>
    </w:p>
    <w:p>
      <w:r>
        <w:rPr>
          <w:b/>
        </w:rPr>
        <w:t xml:space="preserve">[05:25] </w:t>
      </w:r>
      <w:r>
        <w:t>re-discover ka matlab hai creativity ko maintain karna. Aur phir is ayat ko padhiye aap, Nisa ayat 136 ko.</w:t>
      </w:r>
    </w:p>
    <w:p>
      <w:pPr>
        <w:jc w:val="right"/>
      </w:pPr>
      <w:r>
        <w:t>ری ڈسکور کا معنی ہے کریٹیوٹی کو مینٹین کرنا. اور پھر اس آیت کو پڑھیے آپ، النساء آیت 136 کو.</w:t>
      </w:r>
    </w:p>
    <w:p>
      <w:r>
        <w:rPr>
          <w:b/>
        </w:rPr>
        <w:t xml:space="preserve">[05:36] </w:t>
      </w:r>
      <w:r>
        <w:t>is mein sirf yeh nahi ke imaan ka dohrao yeh nahi hai, balke yani Paighambar-e-Islam par, Quran</w:t>
      </w:r>
    </w:p>
    <w:p>
      <w:pPr>
        <w:jc w:val="right"/>
      </w:pPr>
      <w:r>
        <w:t>اس میں صرف یہ نہیں کہ ایمان کا دہراؤ یہ نہیں ہے، بلکہ یعنی پیغمبر اسلام پر، قرآن</w:t>
      </w:r>
    </w:p>
    <w:p>
      <w:r>
        <w:rPr>
          <w:b/>
        </w:rPr>
        <w:t xml:space="preserve">[05:44] </w:t>
      </w:r>
      <w:r>
        <w:t>par, pichle Paighambaron par, pichli kitabon par, hatta ke malaika aur Allah Rabbul Alameen par, sab ko.</w:t>
      </w:r>
    </w:p>
    <w:p>
      <w:pPr>
        <w:jc w:val="right"/>
      </w:pPr>
      <w:r>
        <w:t>پر، پچھلے پیغمبروں پر، پچھلی کتابوں پر، حتیٰ کہ ملائکہ اور اللہ رب العالمین پر، سب کو.</w:t>
      </w:r>
    </w:p>
    <w:p>
      <w:r>
        <w:rPr>
          <w:b/>
        </w:rPr>
        <w:t xml:space="preserve">[05:53] </w:t>
      </w:r>
      <w:r>
        <w:t>sab ka naam is mein hai.</w:t>
      </w:r>
    </w:p>
    <w:p>
      <w:pPr>
        <w:jc w:val="right"/>
      </w:pPr>
      <w:r>
        <w:t>سب کا نام اس میں ہے.</w:t>
      </w:r>
    </w:p>
    <w:p>
      <w:r>
        <w:rPr>
          <w:b/>
        </w:rPr>
        <w:t xml:space="preserve">[06:01] </w:t>
      </w:r>
      <w:r>
        <w:t>sab ka zikr hai is mein.</w:t>
      </w:r>
    </w:p>
    <w:p>
      <w:pPr>
        <w:jc w:val="right"/>
      </w:pPr>
      <w:r>
        <w:t>سب کا ذکر ہے اس میں.</w:t>
      </w:r>
    </w:p>
    <w:p>
      <w:r>
        <w:rPr>
          <w:b/>
        </w:rPr>
        <w:t xml:space="preserve">[06:10] </w:t>
      </w:r>
      <w:r>
        <w:t>yeh bahut zyada sochne wali baat hai. Is ka matlab yeh hai ke poori tareekh-e-insani ko aap ko rozana re-discover karna hai. Poori creation ko re-discover karna hai.</w:t>
      </w:r>
    </w:p>
    <w:p>
      <w:pPr>
        <w:jc w:val="right"/>
      </w:pPr>
      <w:r>
        <w:t>یہ بہت زیادہ سوچنے والی بات ہے. اس کا معنی یہ ہے کہ پوری تاریخ انسانی کو آپ کو روزانہ ری ڈسکور کرنا ہے. پوری کریشن کو ری ڈسکور کرنا ہے.</w:t>
      </w:r>
    </w:p>
    <w:p>
      <w:r>
        <w:rPr>
          <w:b/>
        </w:rPr>
        <w:t xml:space="preserve">[06:31] </w:t>
      </w:r>
      <w:r>
        <w:t>tab aisa hoga ke aap ke andar creativity aayegi aur aap is duniya mein aap ko jo role karna hai woh role kar payenge aap. Is zamane mein Musalman fail ho gaye apna role karne ke liye. Isi liye ke un ke andar creativity nahi thi.</w:t>
      </w:r>
    </w:p>
    <w:p>
      <w:pPr>
        <w:jc w:val="right"/>
      </w:pPr>
      <w:r>
        <w:t>تب ایسا ہوگا کہ آپ کے اندر کریٹیوٹی آئے گی اور آپ اس دنیا میں آپ کو جو رول کرنا ہے وہ رول کر پائیں گے آپ. اس زمانے میں مسلمان فیل ہو گئے اپنا رول کرنے کے لیے. اسی لیے کہ ان کے اندر کریٹیوٹی نہیں تھی.</w:t>
      </w:r>
    </w:p>
    <w:p>
      <w:r>
        <w:rPr>
          <w:b/>
        </w:rPr>
        <w:t xml:space="preserve">[06:58] </w:t>
      </w:r>
      <w:r>
        <w:t>dekhiye misal ke taur par dekhiye pichle do sau saal se Musalman apne yani mafrooha taur par jihad kar rahe hain. Beshumar janen gayeen, beshumar maal gaya, property nuksan hua.</w:t>
      </w:r>
    </w:p>
    <w:p>
      <w:pPr>
        <w:jc w:val="right"/>
      </w:pPr>
      <w:r>
        <w:t>دیکھیے مثال کے طور پر دیکھیے پچھلے دو سو سال سے مسلمان اپنے یعنی مفروضہ طور پر جہاد کر رہے ہیں. بے شمار جانیں گئیں، بے شمار مال گیا، پراپرٹی نقصان ہوا.</w:t>
      </w:r>
    </w:p>
    <w:p>
      <w:r>
        <w:rPr>
          <w:b/>
        </w:rPr>
        <w:t xml:space="preserve">[07:23] </w:t>
      </w:r>
      <w:r>
        <w:t>yeh daur jo aaya colonialism ka, Africa mein France ke khilaf jihad shuru hoga. Africa mein France ke khilaf. Indian subcontinent mein British ke khilaf. Palestine mein Yahudiyon ke khilaf. Ek jihad ka ek jangal ugaya.</w:t>
      </w:r>
    </w:p>
    <w:p>
      <w:pPr>
        <w:jc w:val="right"/>
      </w:pPr>
      <w:r>
        <w:t>یہ دور جو آیا کلونیلزم کا، افریقہ میں فرانس کے خلاف جہاد شروع ہوگا. افریقہ میں فرانس کے خلاف. انڈین سب کانٹیننٹ میں برٹش کے خلاف. فلسطین میں یہودیوں کے خلاف. ایک جہاد کا ایک جنگل اگایا.</w:t>
      </w:r>
    </w:p>
    <w:p>
      <w:r>
        <w:rPr>
          <w:b/>
        </w:rPr>
        <w:t xml:space="preserve">[07:52] </w:t>
      </w:r>
      <w:r>
        <w:t>but very the result.</w:t>
      </w:r>
    </w:p>
    <w:p>
      <w:pPr>
        <w:jc w:val="right"/>
      </w:pPr>
      <w:r>
        <w:t>بٹ ویری دا رزلٹ.</w:t>
      </w:r>
    </w:p>
    <w:p>
      <w:r>
        <w:rPr>
          <w:b/>
        </w:rPr>
        <w:t xml:space="preserve">[07:56] </w:t>
      </w:r>
      <w:r>
        <w:t>but very the result.</w:t>
      </w:r>
    </w:p>
    <w:p>
      <w:pPr>
        <w:jc w:val="right"/>
      </w:pPr>
      <w:r>
        <w:t>بٹ ویری دا رزلٹ.</w:t>
      </w:r>
    </w:p>
    <w:p>
      <w:r>
        <w:rPr>
          <w:b/>
        </w:rPr>
        <w:t xml:space="preserve">[08:00] </w:t>
      </w:r>
      <w:r>
        <w:t>is ka matlab ke yeh jihad nahi tha.</w:t>
      </w:r>
    </w:p>
    <w:p>
      <w:pPr>
        <w:jc w:val="right"/>
      </w:pPr>
      <w:r>
        <w:t>اس کا معنی کہ یہ جہاد نہیں تھا.</w:t>
      </w:r>
    </w:p>
    <w:p>
      <w:r>
        <w:rPr>
          <w:b/>
        </w:rPr>
        <w:t xml:space="preserve">[08:05] </w:t>
      </w:r>
      <w:r>
        <w:t>hua yeh ke hamare ulama Arab aur Ajam ke dono jagah ke ulama ne jab yeh waqia hua</w:t>
      </w:r>
    </w:p>
    <w:p>
      <w:pPr>
        <w:jc w:val="right"/>
      </w:pPr>
      <w:r>
        <w:t>ہوا یہ کہ ہمارے علماء عرب اور عجم کے دونوں جگہ کے علماء نے جب یہ واقعہ ہوا</w:t>
      </w:r>
    </w:p>
    <w:p>
      <w:r>
        <w:rPr>
          <w:b/>
        </w:rPr>
        <w:t xml:space="preserve">[08:09] </w:t>
      </w:r>
      <w:r>
        <w:t>fatwa de diya.</w:t>
      </w:r>
    </w:p>
    <w:p>
      <w:pPr>
        <w:jc w:val="right"/>
      </w:pPr>
      <w:r>
        <w:t>فتویٰ دے دیا.</w:t>
      </w:r>
    </w:p>
    <w:p>
      <w:r>
        <w:rPr>
          <w:b/>
        </w:rPr>
        <w:t xml:space="preserve">[08:14] </w:t>
      </w:r>
      <w:r>
        <w:t>jihad bil saif, jihad bil saif.</w:t>
      </w:r>
    </w:p>
    <w:p>
      <w:pPr>
        <w:jc w:val="right"/>
      </w:pPr>
      <w:r>
        <w:t>جہاد بالصیف، جہاد بالصیف.</w:t>
      </w:r>
    </w:p>
    <w:p>
      <w:r>
        <w:rPr>
          <w:b/>
        </w:rPr>
        <w:t xml:space="preserve">[08:18] </w:t>
      </w:r>
      <w:r>
        <w:t>is saare hi ulma ne fatwa de diya ke waqt aa gaya jihad ka.</w:t>
      </w:r>
    </w:p>
    <w:p>
      <w:pPr>
        <w:jc w:val="right"/>
      </w:pPr>
      <w:r>
        <w:t>اس سارے ہی علماء نے فتویٰ دے دیا کہ وقت آگیا جہاد کا.</w:t>
      </w:r>
    </w:p>
    <w:p>
      <w:r>
        <w:rPr>
          <w:b/>
        </w:rPr>
        <w:t xml:space="preserve">[08:23] </w:t>
      </w:r>
      <w:r>
        <w:t>to Africa mein jihad shuru ho gaya France ke khilaf. Indian subcontinent mein jihad shuru ho gaya British ke khilaf. Palestine mein jihad shuru ho gaya Israel ke khilaf, Yahud ke khilaf. In logon ke pas woh creative iman nahi aaya. Creative iman nahi baki tha. Dead iman baki tha. Dead.</w:t>
      </w:r>
    </w:p>
    <w:p>
      <w:pPr>
        <w:jc w:val="right"/>
      </w:pPr>
      <w:r>
        <w:t>تو افریقہ میں جہاد شروع ہوگیا فرانس کے خلاف. انڈین سب کانٹیننٹ میں جہاد شروع ہوگیا برٹش کے خلاف. فلسطین میں جہاد شروع ہوگیا اسرائیل کے خلاف، یہود کے خلاف. ان لوگوں کے پاس وہ کریٹیو ایمان نہیں آیا. کریٹیو ایمان نہیں باقی تھا. ڈیڈ ایمان باقی تھا. ڈیڈ.</w:t>
      </w:r>
    </w:p>
    <w:p>
      <w:r>
        <w:rPr>
          <w:b/>
        </w:rPr>
        <w:t xml:space="preserve">[08:50] </w:t>
      </w:r>
      <w:r>
        <w:t>dead iman jo tha usi ke yeh fatwa nahi tha yeh fatwa reaction tha yeh. Yeh jo aa raha hai woh aalim ke tamam ulama ne fatwa diya ke jihad ka waqt aa gaya jihad karo. That was reaction. Woh fatwa nahi tha woh. Fatwa naam hai well-considered response ka.</w:t>
      </w:r>
    </w:p>
    <w:p>
      <w:pPr>
        <w:jc w:val="right"/>
      </w:pPr>
      <w:r>
        <w:t>ڈیڈ ایمان جو تھا اسی کے یہ فتویٰ نہیں تھا یہ فتویٰ ری ایکشن تھا یہ. یہ جو آ رہا ہے وہ عالم کے تمام علماء نے فتویٰ دیا کہ جہاد کا وقت آگیا جہاد کرو. دیٹ واز ری ایکشن. وہ فتویٰ نہیں تھا وہ. فتویٰ نام ہے ویل کنسیڈرڈ رسپانس کا.</w:t>
      </w:r>
    </w:p>
    <w:p>
      <w:r>
        <w:rPr>
          <w:b/>
        </w:rPr>
        <w:t xml:space="preserve">[09:14] </w:t>
      </w:r>
      <w:r>
        <w:t>koi situation create hui us waqt aap ne ek well-considered response diya that is fatwa. Lekin yeh jo kiya gaya yeh to yeh to reaction tha.</w:t>
      </w:r>
    </w:p>
    <w:p>
      <w:pPr>
        <w:jc w:val="right"/>
      </w:pPr>
      <w:r>
        <w:t>کوئی سچوئیشن کریٹ ہوئی اس وقت آپ نے ایک ویل کنسیڈرڈ رسپانس دیا دیٹ از فتویٰ. لیکن یہ جو کیا گیا یہ تو یہ تو ری ایکشن تھا.</w:t>
      </w:r>
    </w:p>
    <w:p>
      <w:r>
        <w:rPr>
          <w:b/>
        </w:rPr>
        <w:t xml:space="preserve">[09:31] </w:t>
      </w:r>
      <w:r>
        <w:t>to agar yeh poori jo tareekh hai creation ki tareekh nabiyon ki tareekh aur yeh nazil kitabon ki tareekh yeh un ke mind mein hoti aur is ki roshni sochte woh to kya kehte? Dekho mad'u hamare area mein aa gaya hai da'wat da'wat ka kaam karo.</w:t>
      </w:r>
    </w:p>
    <w:p>
      <w:pPr>
        <w:jc w:val="right"/>
      </w:pPr>
      <w:r>
        <w:t>تو اگر یہ پوری جو تاریخ ہے کریشن کی تاریخ نبیوں کی تاریخ اور یہ منزل کتابوں کی تاریخ یہ ان کے مائنڈ میں ہوتی اور اس کی روشنی سوچتے وہ تو کیا کہتے؟ دیکھو مدعو ہمارے ایریا میں آگیا ہے دعوت دعوت کا کام کرو.</w:t>
      </w:r>
    </w:p>
    <w:p>
      <w:r>
        <w:rPr>
          <w:b/>
        </w:rPr>
        <w:t xml:space="preserve">[09:58] </w:t>
      </w:r>
      <w:r>
        <w:t>mad'u yani insan. insan sari dunya ke agya hai hamare area mein. in insanon ke muqable mein dawat a Allah ka kaam karo. agar yeh log agar in logon ke andar creative thinking hoti to yeh log fatwa dete ke ab sare musalman mil kar jihad Allah ka kaam karein peaceful andaz mein.</w:t>
      </w:r>
    </w:p>
    <w:p>
      <w:pPr>
        <w:jc w:val="right"/>
      </w:pPr>
      <w:r>
        <w:t>مدعو یعنی انسان. انسان ساری دنیا کے آگیا ہے ہمارے ایریا میں. ان انسانوں کے مقابلے میں دعوت اے اللہ کا کام کرو. اگر یہ لوگ اگر ان لوگوں کے اندر کریٹیو تھنکنگ ہوتی تو یہ لوگ فتویٰ دیتے کہ اب سارے مسلمان مل کر جہاد اللہ کا کام کریں پیس فل انداز میں.</w:t>
      </w:r>
    </w:p>
    <w:p>
      <w:r>
        <w:rPr>
          <w:b/>
        </w:rPr>
        <w:t xml:space="preserve">[10:27] </w:t>
      </w:r>
      <w:r>
        <w:t>yeh jo fatwa diya ke in se lado jihad karo yeh to reaction tha. hargiz hargiz woh fatwa nahi tha. abhi tak woh chala chala ja raha hai.</w:t>
      </w:r>
    </w:p>
    <w:p>
      <w:pPr>
        <w:jc w:val="right"/>
      </w:pPr>
      <w:r>
        <w:t>یہ جو فتویٰ دیا کہ ان سے لڑو جہاد کرو یہ تو ری ایکشن تھا. ہرگز ہرگز وہ فتویٰ نہیں تھا. ابھی تک وہ چلا چلا جا رہا ہے.</w:t>
      </w:r>
    </w:p>
    <w:p>
      <w:r>
        <w:rPr>
          <w:b/>
        </w:rPr>
        <w:t xml:space="preserve">[10:46] </w:t>
      </w:r>
      <w:r>
        <w:t>yani pehli ghalati to yeh ki jab yeh qaumein is area mein aayin jahan musalman abad the to logon ne bator reaction ke fatwa de diya. pehli ghalati. doosri ghalati yeh hai ke ab is ko woh kiye chale jayein kiye chale jayein.</w:t>
      </w:r>
    </w:p>
    <w:p>
      <w:pPr>
        <w:jc w:val="right"/>
      </w:pPr>
      <w:r>
        <w:t>یعنی پہلی غلطی تو یہ کی کہ جب یہ قومیں اس ایریا میں آئیں جہاں مسلمان آباد تھے تو لوگوں نے بطور ری ایکشن کے فتویٰ دے دیا. پہلی غلطی. دوسری غلطی یہ ہے کہ اب اس کو وہ کیے چلے جائیں کیے چلے جائیں.</w:t>
      </w:r>
    </w:p>
    <w:p>
      <w:r>
        <w:rPr>
          <w:b/>
        </w:rPr>
        <w:t xml:space="preserve">[11:14] </w:t>
      </w:r>
      <w:r>
        <w:t>halankeh waqt aa gaya hai re assessment ka. you turn lene ka. agar in ke andar zinda iman ho creative iman ho to in ko yeh ayat aa jayegi. toobu lillahi jamee'an ayyuhal musalmoon. sab log looto you turn le lo.</w:t>
      </w:r>
    </w:p>
    <w:p>
      <w:pPr>
        <w:jc w:val="right"/>
      </w:pPr>
      <w:r>
        <w:t>حالانکہ وقت آگیا ہے ری اسیسمنٹ کا. یو ٹرن لینے کا. اگر ان کے اندر زندہ ایمان ہو کریٹیو ایمان ہو تو ان کو یہ آیت آ جائے گی. توبوا للہ جميعا ایہا المسلمون. سب لوگ لوٹو یو ٹرن لے لو.</w:t>
      </w:r>
    </w:p>
    <w:p>
      <w:r>
        <w:rPr>
          <w:b/>
        </w:rPr>
        <w:t xml:space="preserve">[11:41] </w:t>
      </w:r>
      <w:r>
        <w:t>a tamam musalmanon tum you turn le lo. wapas jao. yeh tum ne jo jihad bis saif shuru kar diya is ko chodo. apne banduqon ko samandar mein daal do. aur dawat a Allah ka kaam karo. aur sab se barh kar Quran ka ko phailao.</w:t>
      </w:r>
    </w:p>
    <w:p>
      <w:pPr>
        <w:jc w:val="right"/>
      </w:pPr>
      <w:r>
        <w:t>اے تمام مسلمانوں تم یو ٹرن لے لو. واپس جاؤ. یہ تم نے جو جہاد بالصیف شروع کر دیا اس کو چھوڑو. اپنے بندوقوں کو سمندر میں ڈال دو. اور دعوت اے اللہ کا کام کرو. اور سب سے بڑھ کر قرآن کا کو پھیلاؤ.</w:t>
      </w:r>
    </w:p>
    <w:p>
      <w:r>
        <w:rPr>
          <w:b/>
        </w:rPr>
        <w:t xml:space="preserve">[12:09] </w:t>
      </w:r>
      <w:r>
        <w:t>ke dawat a Allah ka asal kaam yahi hai ke Quran logon ko pohanchaya jaye. un ki zubanon mein un ki qabil fahm language mein. ab dekhiye dunya intezar mein hai ke in ko Quran diya jaye. aap in ko goli de rahe hain. bomb maar rahe hain. abhi dekhiye abhi hamare saathi kuch wapas aaye hain Jaipur se.</w:t>
      </w:r>
    </w:p>
    <w:p>
      <w:pPr>
        <w:jc w:val="right"/>
      </w:pPr>
      <w:r>
        <w:t>کہ دعوت اے اللہ کا اصل کام یہی ہے کہ قرآن لوگوں کو پہنچایا جائے. ان کی زبانوں میں ان کی قابل فہم لینگویج میں. اب دیکھیے دنیا انتظار میں ہے کہ ان کو قرآن دیا جائے. آپ ان کو گولی دے رہے ہیں. بم مار رہے ہیں. ابھی دیکھیے ابھی ہمارے ساتھی کچھ واپس آئے ہیں جے پور سے.</w:t>
      </w:r>
    </w:p>
    <w:p>
      <w:r>
        <w:rPr>
          <w:b/>
        </w:rPr>
        <w:t xml:space="preserve">[12:35] </w:t>
      </w:r>
      <w:r>
        <w:t>Jaipur mein ek annual woh hota hai function hota hai. wahan bohat se parhe likhe log aate hain. bohat bare pemane par hota hai Jaipur mein har saal. to hamare kuch saathi wahan gaye the logon ko Quran dene ke liye.</w:t>
      </w:r>
    </w:p>
    <w:p>
      <w:pPr>
        <w:jc w:val="right"/>
      </w:pPr>
      <w:r>
        <w:t>جے پور میں ایک اینول وہ ہوتا ہے فنکشن ہوتا ہے. وہاں بہت سے پڑھے لکھے لوگ آتے ہیں. بہت بڑے پیمانے پر ہوتا ہے جے پور میں ہر سال. تو ہمارے کچھ ساتھی وہاں گئے تھے لوگوں کو قرآن دینے کے لیے.</w:t>
      </w:r>
    </w:p>
    <w:p>
      <w:r>
        <w:rPr>
          <w:b/>
        </w:rPr>
        <w:t xml:space="preserve">[12:59] </w:t>
      </w:r>
      <w:r>
        <w:t>abhi abhi unhone bataya ke bohat se cases mein aisa hua ke hum ne kisi ko Quran pesh kiya Quran ka tarjuma English tarjuma. wahan woh log aate hain jo English janne wale hote hain sab ke sab. to bohat kase cases mein aisa hua ke hum ne Quran pesh kiya aur woh nahi liya unhone. lekin aage na le aur chale gaye wapas aage badh gaye na le kar.</w:t>
      </w:r>
    </w:p>
    <w:p>
      <w:pPr>
        <w:jc w:val="right"/>
      </w:pPr>
      <w:r>
        <w:t>ابھی ابھی انہوں نے بتایا کہ بہت سے کیسز میں ایسا ہوا کہ ہم نے کسی کو قرآن پیش کیا قرآن کا ترجمہ انگلش ترجمہ. وہاں وہ لوگ آتے ہیں جو انگلش جاننے والے ہوتے ہیں سب کے سب. تو بہت کسے کیسز میں ایسا ہوا کہ ہم نے قرآن پیش کیا اور وہ نہیں لیا انہوں نے. لیکن آگے نہ لے اور چلے گئے واپس آگے بڑھ گئے نہ لے کر.</w:t>
      </w:r>
    </w:p>
    <w:p>
      <w:r>
        <w:rPr>
          <w:b/>
        </w:rPr>
        <w:t xml:space="preserve">[13:26] </w:t>
      </w:r>
      <w:r>
        <w:t>lekin kuch door ja kar ke phir lote woh. bohat se cases mein. aur dobara aa kar ke unhone Quran ka English translation liya. ab mein sochne laga ke aisa kyun hua? ke inkar kar ke aage badh gaye phir loot ke aaye ke Quran liya unhone.</w:t>
      </w:r>
    </w:p>
    <w:p>
      <w:pPr>
        <w:jc w:val="right"/>
      </w:pPr>
      <w:r>
        <w:t>لیکن کچھ دور جا کر کے پھر لوٹے وہ. بہت سے کیسز میں. اور دوبارہ آ کر کے انہوں نے قرآن کا انگلش ٹرانسلیشن لیا. اب میں سوچنے لگا کہ ایسا کیوں ہوا؟ کہ انکار کر کے آگے بڑھ گئے پھر لوٹ کے آئے کہ قرآن لیا انہوں نے.</w:t>
      </w:r>
    </w:p>
    <w:p>
      <w:r>
        <w:rPr>
          <w:b/>
        </w:rPr>
        <w:t xml:space="preserve">[13:54] </w:t>
      </w:r>
      <w:r>
        <w:t>to mein soch raha tha ke aisa kyun hua? to mein ne socha ke hamare har da'i jo hamare saathi gaye the wahan par har da'i ke sath Allah ne ek angel laga diya. har da'i ke sath ek Allah ne angel laga diya.</w:t>
      </w:r>
    </w:p>
    <w:p>
      <w:pPr>
        <w:jc w:val="right"/>
      </w:pPr>
      <w:r>
        <w:t>تو میں سوچ رہا تھا کہ ایسا کیوں ہوا؟ تو میں نے سوچا کہ ہمارے ہر داعی جو ہمارے ساتھی گئے تھے وہاں پر ہر داعی کے ساتھ اللہ نے ایک اینجل لگا دیا. ہر داعی کے ساتھ ایک اللہ نے اینجل لگا دیا.</w:t>
      </w:r>
    </w:p>
    <w:p>
      <w:r>
        <w:rPr>
          <w:b/>
        </w:rPr>
        <w:t xml:space="preserve">[14:23] </w:t>
      </w:r>
      <w:r>
        <w:t>aur jab woh aadmi Quran ka Quran ko lene se inkar kar ke aage barha to angel us ke peechay lag gaya us ko haunt gaya ke tum kaise insan ho? jis Rabbul Aalameen ne tum ko banaya hai us ki kitab tum ko di ja rahi hai.</w:t>
      </w:r>
    </w:p>
    <w:p>
      <w:pPr>
        <w:jc w:val="right"/>
      </w:pPr>
      <w:r>
        <w:t>اور جب وہ آدمی قرآن کا قرآن کو لینے سے انکار کر کے آگے بڑھا تو اینجل اس کے پیچھے لگ گیا اس کو ہانٹ گیا کہ تم کیسے انسان ہو؟ جس رب العالمین نے تم کو بنایا ہے اس کی کتاب تم کو دی جا رہی ہے.</w:t>
      </w:r>
    </w:p>
    <w:p>
      <w:r>
        <w:rPr>
          <w:b/>
        </w:rPr>
        <w:t xml:space="preserve">[14:48] </w:t>
      </w:r>
      <w:r>
        <w:t>aur tum inkar kar ke aage badh gaye? har insan har woh insan jis ne Quran nahi liya tha us ko ek ek farishte ne peecha kiya is ka.</w:t>
      </w:r>
    </w:p>
    <w:p>
      <w:pPr>
        <w:jc w:val="right"/>
      </w:pPr>
      <w:r>
        <w:t>اور تم انکار کر کے آگے بڑھ گئے؟ ہر انسان ہر وہ انسان جس نے قرآن نہیں لیا تھا اس کو ایک ایک فرشتے نے پیچھا کیا اس کا.</w:t>
      </w:r>
    </w:p>
    <w:p>
      <w:r>
        <w:rPr>
          <w:b/>
        </w:rPr>
        <w:t xml:space="preserve">[15:09] </w:t>
      </w:r>
      <w:r>
        <w:t>us ko mind mein yeh baat dalta raha ke tum kaise insan ho? tum ko paida kiya jis Khuda ne us Khuda ki kitab yahan maujood hai tarjuma tumhari apni zuban mein. jo tum jis ko tum samajh sakte ho.</w:t>
      </w:r>
    </w:p>
    <w:p>
      <w:pPr>
        <w:jc w:val="right"/>
      </w:pPr>
      <w:r>
        <w:t>اس کو مائنڈ میں یہ بات ڈالتا رہا کہ تم کیسے انسان ہو؟ تم کو پیدا کیا جس خدا نے اس خدا کی کتاب یہاں موجود ہے ترجمہ تمہاری اپنی زبان میں. جو تم جس کو تم سمجھ سکتے ہو.</w:t>
      </w:r>
    </w:p>
    <w:p>
      <w:r>
        <w:rPr>
          <w:b/>
        </w:rPr>
        <w:t xml:space="preserve">[15:28] </w:t>
      </w:r>
      <w:r>
        <w:t>aur tum is ko liye baghair liye aage barh gaye? to har aise insaan ko haant kiya ek farishte ne.</w:t>
      </w:r>
    </w:p>
    <w:p>
      <w:pPr>
        <w:jc w:val="right"/>
      </w:pPr>
      <w:r>
        <w:t>اور تم اس کو لیے بغیر لیے آگے بڑھ گئے؟ تو ہر ایسے انسان کو ہانٹ کیا ایک فرشتے نے.</w:t>
      </w:r>
    </w:p>
    <w:p>
      <w:r>
        <w:rPr>
          <w:b/>
        </w:rPr>
        <w:t xml:space="preserve">[15:34] </w:t>
      </w:r>
      <w:r>
        <w:t>aakhir kaar is ne sikam kiya.</w:t>
      </w:r>
    </w:p>
    <w:p>
      <w:pPr>
        <w:jc w:val="right"/>
      </w:pPr>
      <w:r>
        <w:t>آخر کار اس نے سکم کیا.</w:t>
      </w:r>
    </w:p>
    <w:p>
      <w:r>
        <w:rPr>
          <w:b/>
        </w:rPr>
        <w:t xml:space="preserve">[15:40] </w:t>
      </w:r>
      <w:r>
        <w:t>wo bardasht nahi kar saka. lota wo.</w:t>
      </w:r>
    </w:p>
    <w:p>
      <w:pPr>
        <w:jc w:val="right"/>
      </w:pPr>
      <w:r>
        <w:t>وہ برداشت نہیں کر سکا. لوٹا وہ.</w:t>
      </w:r>
    </w:p>
    <w:p>
      <w:r>
        <w:rPr>
          <w:b/>
        </w:rPr>
        <w:t xml:space="preserve">[15:46] </w:t>
      </w:r>
      <w:r>
        <w:t>aur kaha ke mujhe de do kitab.</w:t>
      </w:r>
    </w:p>
    <w:p>
      <w:pPr>
        <w:jc w:val="right"/>
      </w:pPr>
      <w:r>
        <w:t>اور کہا کہ مجھے دے دو کتاب.</w:t>
      </w:r>
    </w:p>
    <w:p>
      <w:r>
        <w:rPr>
          <w:b/>
        </w:rPr>
        <w:t xml:space="preserve">[15:52] </w:t>
      </w:r>
      <w:r>
        <w:t>yani quran ka english translation.</w:t>
      </w:r>
    </w:p>
    <w:p>
      <w:pPr>
        <w:jc w:val="right"/>
      </w:pPr>
      <w:r>
        <w:t>یعنی قرآن کا انگلش ٹرانسلیشن.</w:t>
      </w:r>
    </w:p>
    <w:p>
      <w:r>
        <w:rPr>
          <w:b/>
        </w:rPr>
        <w:t xml:space="preserve">[15:59] </w:t>
      </w:r>
      <w:r>
        <w:t>to ghor kijiye ke yeh jo Allah ke deen ko phailane ki baat hai Quran ko jo phailane ki baat hai itna bara kalam hai itna bara kalam hai ke har da'i ke sath ek ek ek ek angel laga hua hai. kaun sa kaam aap karein dunya mein is ke sath aisa nahi hoga ke har har da'i ke sath ek angel laga hua ho.</w:t>
      </w:r>
    </w:p>
    <w:p>
      <w:pPr>
        <w:jc w:val="right"/>
      </w:pPr>
      <w:r>
        <w:t>تو غور کیجیے کہ یہ جو اللہ کے دین کو پھیلانے کی بات ہے قرآن کو جو پھیلانے کی بات ہے اتنا بڑا کلام ہے اتنا بڑا کلام ہے کہ ہر داعی کے ساتھ ایک ایک ایک ایک اینجل لگا ہوا ہے. کون سا کام آپ کریں دنیا میں اس کے ساتھ ایسا نہیں ہوگا کہ ہر ہر داعی کے ساتھ ایک اینجل لگا ہوا ہو.</w:t>
      </w:r>
    </w:p>
    <w:p>
      <w:r>
        <w:rPr>
          <w:b/>
        </w:rPr>
        <w:t xml:space="preserve">[16:27] </w:t>
      </w:r>
      <w:r>
        <w:t>koi bhi kaam aap kijiye. kabhi aisa nahi hoga ke aap ke sath har aadmi ke sath ek angel laga hua ho. yahan laga hua hai. phir bhi logon ne kiya kiya? fatwa de diya ke maro. yeh fatwa nahi tha yeh to reaction tha.</w:t>
      </w:r>
    </w:p>
    <w:p>
      <w:pPr>
        <w:jc w:val="right"/>
      </w:pPr>
      <w:r>
        <w:t>کوئی بھی کام آپ کیجیے. کبھی ایسا نہیں ہوگا کہ آپ کے ساتھ ہر آدمی کے ساتھ ایک اینجل لگا ہوا ہو. یہاں لگا ہوا ہے. پھر بھی لوگوں نے کیا کیا؟ فتویٰ دے دیا کہ مارو. یہ فتویٰ نہیں تھا یہ تو ری ایکشن تھا.</w:t>
      </w:r>
    </w:p>
    <w:p>
      <w:r>
        <w:rPr>
          <w:b/>
        </w:rPr>
        <w:t xml:space="preserve">[16:55] </w:t>
      </w:r>
      <w:r>
        <w:t>in ko kehna chahiye tha ke aisa kaam dawat ka kaam karo jis mein tamam farishte tumhari madad ke liye toot padenge. yeh Europe ke log America ke log yeh Yahudi log aaye hain hamare area mein in ko dawat do Quran pohanchao. un ki apni jo zuban hai jisay woh samajh sakte hain usay tarjuma karo chhaapo pohanchao logon ko.</w:t>
      </w:r>
    </w:p>
    <w:p>
      <w:pPr>
        <w:jc w:val="right"/>
      </w:pPr>
      <w:r>
        <w:t>ان کو کہنا چاہیے تھا کہ ایسا کام دعوت کا کام کرو جس میں تمام فرشتے تمہاری مدد کے لیے ٹوٹ پڑیں گے. یہ یورپ کے لوگ امریکہ کے لوگ یہ یہودی لوگ آئے ہیں ہمارے ایریا میں ان کو دعوت دو قرآن پہنچاؤ. ان کی اپنی جو زبان ہے جسے وہ سمجھ سکتے ہیں اسے ترجمہ کرو چھاپو پہنچاؤ لوگوں کو.</w:t>
      </w:r>
    </w:p>
    <w:p>
      <w:r>
        <w:rPr>
          <w:b/>
        </w:rPr>
        <w:t xml:space="preserve">[17:20] </w:t>
      </w:r>
      <w:r>
        <w:t>yeh aisa kaam hai jis ke liye tumhare sath farishton ka ek fouj lag jayegi. is liye mein kehta hoon yeh fatwa nahi tha yeh reaction tha. agar fatwa hota Islami fatwa to farishte toot te in ke liye un ki madad ke liye farishte aate.</w:t>
      </w:r>
    </w:p>
    <w:p>
      <w:pPr>
        <w:jc w:val="right"/>
      </w:pPr>
      <w:r>
        <w:t>یہ ایسا کام ہے جس کے لیے تمہارے ساتھ فرشتوں کا ایک فوج لگ جائے گی. اس لیے میں کہتا ہوں یہ فتویٰ نہیں تھا یہ ری ایکشن تھا. اگر فتویٰ ہوتا اسلامی فتویٰ تو فرشتے ٹوٹتے ان کے لیے ان کی مدد کے لیے فرشتے آتے.</w:t>
      </w:r>
    </w:p>
    <w:p>
      <w:r>
        <w:rPr>
          <w:b/>
        </w:rPr>
        <w:t xml:space="preserve">[17:43] </w:t>
      </w:r>
      <w:r>
        <w:t>do sau saal ke yeh so called jihad mein siwaye tabahi ke siwaye tabahi ke siwaye tabahi ke musalmanon ko kuch nahi mila. kuch bhi nahi mila one percent nahi mila.</w:t>
      </w:r>
    </w:p>
    <w:p>
      <w:pPr>
        <w:jc w:val="right"/>
      </w:pPr>
      <w:r>
        <w:t>دو سو سال کے یہ سو کالڈ جہاد میں سوائے تباہی کے سوائے تباہی کے سوائے تباہی کے مسلمانوں کو کچھ نہیں ملا. کچھ بھی نہیں ملا ون پرسنٹ نہیں ملا.</w:t>
      </w:r>
    </w:p>
    <w:p>
      <w:r>
        <w:rPr>
          <w:b/>
        </w:rPr>
        <w:t xml:space="preserve">[17:57] </w:t>
      </w:r>
      <w:r>
        <w:t>to kya farishte hote in ke sath to aisa hota? yeh so called mujahideen hain in ke sath farishte hote to aisa ho sakta tha? to yeh jo kaam hua yahan se wahan tak woh sab ke sab reaction hai hargiz hargiz woh jihad nahi tha Islam mein nahi tha woh reaction. to reaction to har animal karta hai.</w:t>
      </w:r>
    </w:p>
    <w:p>
      <w:pPr>
        <w:jc w:val="right"/>
      </w:pPr>
      <w:r>
        <w:t>تو کیا فرشتے ہوتے ان کے ساتھ تو ایسا ہوتا؟ یہ سو کالڈ مجاہدین ہیں ان کے ساتھ فرشتے ہوتے تو ایسا ہو سکتا تھا؟ تو یہ جو کام ہوا یہاں سے وہاں تک وہ سب کے سب ری ایکشن ہے ہرگز ہرگز وہ جہاد نہیں تھا اسلام میں نہیں تھا وہ ری ایکشن. تو ری ایکشن تو ہر اینیمل کرتا ہے.</w:t>
      </w:r>
    </w:p>
    <w:p>
      <w:r>
        <w:rPr>
          <w:b/>
        </w:rPr>
        <w:t xml:space="preserve">[18:27] </w:t>
      </w:r>
      <w:r>
        <w:t>reaction to har animal karta hai. yeh ek tareekh hai ke Africa mein logon ne Frenchiyon ke khilaf jihad kiya. Indian subcontinent mein un logon ne British ke khilaf jihad kiya.</w:t>
      </w:r>
    </w:p>
    <w:p>
      <w:pPr>
        <w:jc w:val="right"/>
      </w:pPr>
      <w:r>
        <w:t>ری ایکشن تو ہر اینیمل کرتا ہے. یہ ایک تاریخ ہے کہ افریقہ میں لوگوں نے فرانسیسیوں کے خلاف جہاد کیا. انڈین سب کانٹیننٹ میں ان لوگوں نے برٹش کے خلاف جہاد کیا.</w:t>
      </w:r>
    </w:p>
    <w:p>
      <w:r>
        <w:rPr>
          <w:b/>
        </w:rPr>
        <w:t xml:space="preserve">[18:55] </w:t>
      </w:r>
      <w:r>
        <w:t>Israel mein un logon ne khoni jihad chhod rakha hai Yahud ke khilaf. is ke ilawa sari dunya mein America ke khilaf nafrat America ke khilaf nafrat har jagah suicide bombing. yani suicide bombing kar ke America ko tabah karna chahte hain.</w:t>
      </w:r>
    </w:p>
    <w:p>
      <w:pPr>
        <w:jc w:val="right"/>
      </w:pPr>
      <w:r>
        <w:t>اسرائیل میں ان لوگوں نے خونی جہاد چھوڑ رکھا ہے یہود کے خلاف. اس کے علاوہ ساری دنیا میں امریکہ کے خلاف نفرت امریکہ کے خلاف نفرت ہر جگہ سوسائیڈ بمبنگ. یعنی سوسائیڈ بمبنگ کر کے امریکہ کو تباہ کرنا چاہتے ہیں.</w:t>
      </w:r>
    </w:p>
    <w:p>
      <w:r>
        <w:rPr>
          <w:b/>
        </w:rPr>
        <w:t xml:space="preserve">[19:17] </w:t>
      </w:r>
      <w:r>
        <w:t>is mein farishte sath denge? is mein farishte sath denge? yeh sab reaction hai yaad rakhiye. yeh sab reaction hai.</w:t>
      </w:r>
    </w:p>
    <w:p>
      <w:pPr>
        <w:jc w:val="right"/>
      </w:pPr>
      <w:r>
        <w:t>اس میں فرشتے ساتھ دیں گے؟ اس میں فرشتے ساتھ دیں گے؟ یہ سب ری ایکشن ہے یاد رکھیے. یہ سب ری ایکشن ہے.</w:t>
      </w:r>
    </w:p>
    <w:p>
      <w:r>
        <w:rPr>
          <w:b/>
        </w:rPr>
        <w:t xml:space="preserve">[19:33] </w:t>
      </w:r>
      <w:r>
        <w:t>to yeh jo ayat padhi gayi hai aaj is ayat mein yeh jo kaha gaya ke bar bar iman lao bar bar iman lao ke mani kya hain? bar bar rediscover karo. iman ko rediscover karo rasool ko rediscover karo kitab ko rediscover karo. tamam anbiya jo aaye hain tareekh mein un ko rediscover karo.</w:t>
      </w:r>
    </w:p>
    <w:p>
      <w:pPr>
        <w:jc w:val="right"/>
      </w:pPr>
      <w:r>
        <w:t>تو یہ جو آیت پڑھی گئی ہے آج اس آیت میں یہ جو کہا گیا کہ بار بار ایمان لاؤ بار بار ایمان لاؤ کہ معنی کیا ہیں؟ بار بار ری ڈسکور کرو. ایمان کو ری ڈسکور کرو رسول کو ری ڈسکور کرو کتاب کو ری ڈسکور کرو. تمام انبیاء جو آئے ہیں تاریخ میں ان کو ری ڈسکور کرو.</w:t>
      </w:r>
    </w:p>
    <w:p>
      <w:r>
        <w:rPr>
          <w:b/>
        </w:rPr>
        <w:t xml:space="preserve">[20:02] </w:t>
      </w:r>
      <w:r>
        <w:t>pehli kitabon ko rediscover karo. is ka matlab kya hai? dekhiye yeh mukhtalif anbiya jo aaye hain mukhtalif kitabein jo aayin hain. is yeh mukhtalif halaat mein aaye. mukhtalif halaat mein. har halaat ke lehaz se in ko taleemat deen gayin.</w:t>
      </w:r>
    </w:p>
    <w:p>
      <w:pPr>
        <w:jc w:val="right"/>
      </w:pPr>
      <w:r>
        <w:t>پچھلی کتابوں کو ری ڈسکور کرو. اس کا مطلب کیا ہے؟ دیکھیے یہ مختلف انبیاء جو آئے ہیں مختلف کتابیں جو آئیں ہیں. اس یہ مختلف حالات میں آئے. مختلف حالات میں. ہر حالات کے لحاظ سے ان کو تعلیمات دی گئیں.</w:t>
      </w:r>
    </w:p>
    <w:p>
      <w:r>
        <w:rPr>
          <w:b/>
        </w:rPr>
        <w:t xml:space="preserve">[20:24] </w:t>
      </w:r>
      <w:r>
        <w:t>to jab aap mukhtalif anbiya ko parhte hain to aap yeh daryaft karte hain ke falan qism ke agar halaat hon to kya karna chahiye? falan qism ke halaat hon to kya karna chahiye? yaani Khuda ke deen ka mukhtalif application maloom karte hain aap.</w:t>
      </w:r>
    </w:p>
    <w:p>
      <w:pPr>
        <w:jc w:val="right"/>
      </w:pPr>
      <w:r>
        <w:t>تو جب آپ مختلف انبیاء کو پڑھتے ہیں تو آپ یہ دریافت کرتے ہیں کہ فلاں قسم کے اگر حالات ہوں تو کیا کرنا چاہیے؟ فلاں قسم کے حالات ہوں تو کیا کرنا چاہیے؟ یعنی خدا کے دین کا مختلف ایپلیکیشن معلوم کرتے ہیں آپ.</w:t>
      </w:r>
    </w:p>
    <w:p>
      <w:r>
        <w:rPr>
          <w:b/>
        </w:rPr>
        <w:t xml:space="preserve">[20:52] </w:t>
      </w:r>
      <w:r>
        <w:t>ya aap mutala karte hain mukhtalif kitabon ka mukhtalif anbiya ka. to aap discover karte hain ke mukhtalif halaat mein Allah ke deen ka mukhtalif application kaisa ho? yeh bataya gaya hai is Quran majeed ki ayat mein.</w:t>
      </w:r>
    </w:p>
    <w:p>
      <w:pPr>
        <w:jc w:val="right"/>
      </w:pPr>
      <w:r>
        <w:t>یا آپ مطالعہ کرتے ہیں مختلف کتابوں کا مختلف انبیاء کا. تو آپ ڈسکور کرتے ہیں کہ مختلف حالات میں اللہ کے دین کا مختلف ایپلیکیشن کیسا ہو؟ یہ بتایا گیا ہے اس قرآن مجید کی آیت میں.</w:t>
      </w:r>
    </w:p>
    <w:p>
      <w:r>
        <w:rPr>
          <w:b/>
        </w:rPr>
        <w:t xml:space="preserve">[21:14] </w:t>
      </w:r>
      <w:r>
        <w:t>aap sab logon se mein kehta hoon ke aap log is ayat ko parhiye dobara Quran mein aur ghor kijiye.</w:t>
      </w:r>
    </w:p>
    <w:p>
      <w:pPr>
        <w:jc w:val="right"/>
      </w:pPr>
      <w:r>
        <w:t>آپ سب لوگوں سے میں کہتا ہوں کہ آپ لوگ اس آیت کو پڑھیے دوبارہ قرآن میں اور غور کیجیے.</w:t>
      </w:r>
    </w:p>
    <w:p>
      <w:r>
        <w:rPr>
          <w:b/>
        </w:rPr>
        <w:t xml:space="preserve">[21:23] </w:t>
      </w:r>
      <w:r>
        <w:t>al Nisa one hundred thirty six mein kya baat kahi gayi hai? to bar bar jab aap is haqeeqat ko discover karenge to aap ke andar creative mind paida hoga creative thinking aayegi creative personality aayegi. aur creative personality kabhi react nahi karti.</w:t>
      </w:r>
    </w:p>
    <w:p>
      <w:pPr>
        <w:jc w:val="right"/>
      </w:pPr>
      <w:r>
        <w:t>النساء ون ہنڈرڈ تھرٹی سکس میں کیا بات کہی گئی ہے؟ تو بار بار جب آپ اس حقیقت کو ڈسکور کریں گے تو آپ کے اندر کریٹیو مائنڈ پیدا ہوگا کریٹیو تھنکنگ آئے گی کریٹیو پرسنیلٹی آئے گی. اور کریٹیو پرسنیلٹی کبھی ری ایکٹ نہیں کرتی.</w:t>
      </w:r>
    </w:p>
    <w:p>
      <w:r>
        <w:rPr>
          <w:b/>
        </w:rPr>
        <w:t xml:space="preserve">[21:50] </w:t>
      </w:r>
      <w:r>
        <w:t>yaad rakhiye react karna animal ka kaam hai animal ka. react karna sirf animal ka kaam hai. creative personality kabhi react nahi karti kabhi bhi nahi. creative personality ka kaam kya hai? positive planning. har situation ka examination karna bharpoor tareeqe se objective planning.</w:t>
      </w:r>
    </w:p>
    <w:p>
      <w:pPr>
        <w:jc w:val="right"/>
      </w:pPr>
      <w:r>
        <w:t>یاد رکھیے ری ایکٹ کرنا اینیمل کا کام ہے اینیمل کا. ری ایکٹ کرنا صرف اینیمل کا کام ہے. کریٹیو پرسنیلٹی کبھی ری ایکٹ نہیں کرتی کبھی بھی نہیں. کریٹیو پرسنیلٹی کا کام کیا ہے؟ پازیٹیو پلاننگ. ہر سچویشن کا ایگزیمن کرنا بھرپور طریقے سے ابجیکٹو پلاننگ.</w:t>
      </w:r>
    </w:p>
    <w:p>
      <w:r>
        <w:rPr>
          <w:b/>
        </w:rPr>
        <w:t xml:space="preserve">[22:19] </w:t>
      </w:r>
      <w:r>
        <w:t>objective examination. positive planning. healthy planning healthy response. yeh to animal ka kaam hai react karna. aur yeh logon ne kiya fatwe de kar fatwe de kar yeh fatwe sab ke sab reaction the. koi in ka Allah ke nazdeek na duniya mein koi value hai na akhirat mein koi value hai.</w:t>
      </w:r>
    </w:p>
    <w:p>
      <w:pPr>
        <w:jc w:val="right"/>
      </w:pPr>
      <w:r>
        <w:t>ابجیکٹو ایگزیمینیشن. پازیٹیو پلاننگ. ہیلدی پلاننگ ہیلدی رسپانس. یہ تو اینیمل کا کام ہے ری ایکٹ کرنا. اور یہ لوگوں نے کیا فتوے دے کر فتوے دے کر یہ فتوے سب کے سب ری ایکشن تھے. کوئی ان کا اللہ کے نزدیک نہ دنیا میں کوئی ویلیو ہے نہ آخرت میں کوئی ویلیو ہے.</w:t>
      </w:r>
    </w:p>
    <w:p>
      <w:r>
        <w:rPr>
          <w:b/>
        </w:rPr>
        <w:t xml:space="preserve">[22:49] </w:t>
      </w:r>
      <w:r>
        <w:t>in saare logon ko fatwa dena chahiye tha ke insaan se mohabbat karo yeh sab allah ke paida</w:t>
      </w:r>
    </w:p>
    <w:p>
      <w:pPr>
        <w:jc w:val="right"/>
      </w:pPr>
      <w:r>
        <w:t>ان سارے لوگوں کو فتویٰ دینا چاہیے تھا کہ انسان سے محبت کرو یہ سب اللہ کے پیدا</w:t>
      </w:r>
    </w:p>
    <w:p>
      <w:r>
        <w:rPr>
          <w:b/>
        </w:rPr>
        <w:t xml:space="preserve">[22:54] </w:t>
      </w:r>
      <w:r>
        <w:t>kiye hue hain.</w:t>
      </w:r>
    </w:p>
    <w:p>
      <w:pPr>
        <w:jc w:val="right"/>
      </w:pPr>
      <w:r>
        <w:t>کیے ہوئے ہیں.</w:t>
      </w:r>
    </w:p>
    <w:p>
      <w:r>
        <w:rPr>
          <w:b/>
        </w:rPr>
        <w:t xml:space="preserve">[22:59] </w:t>
      </w:r>
      <w:r>
        <w:t>un ko allah ka paigham pohanchao.</w:t>
      </w:r>
    </w:p>
    <w:p>
      <w:pPr>
        <w:jc w:val="right"/>
      </w:pPr>
      <w:r>
        <w:t>ان کو اللہ کا پیغام پہنچاؤ.</w:t>
      </w:r>
    </w:p>
    <w:p>
      <w:r>
        <w:rPr>
          <w:b/>
        </w:rPr>
        <w:t xml:space="preserve">[23:04] </w:t>
      </w:r>
      <w:r>
        <w:t>quran ka translation har zabaan mein tayyar karo.</w:t>
      </w:r>
    </w:p>
    <w:p>
      <w:pPr>
        <w:jc w:val="right"/>
      </w:pPr>
      <w:r>
        <w:t>قرآن کا ٹرانسلیشن ہر زبان میں تیار کرو.</w:t>
      </w:r>
    </w:p>
    <w:p>
      <w:r>
        <w:rPr>
          <w:b/>
        </w:rPr>
        <w:t xml:space="preserve">[23:09] </w:t>
      </w:r>
      <w:r>
        <w:t>har zabaan mein tayyar kar ke un ko pohanchao un ko.</w:t>
      </w:r>
    </w:p>
    <w:p>
      <w:pPr>
        <w:jc w:val="right"/>
      </w:pPr>
      <w:r>
        <w:t>ہر زبان میں تیار کر کے ان کو پہنچاؤ ان کو.</w:t>
      </w:r>
    </w:p>
    <w:p>
      <w:r>
        <w:rPr>
          <w:b/>
        </w:rPr>
        <w:t xml:space="preserve">[23:14] </w:t>
      </w:r>
      <w:r>
        <w:t>wo tumhara tumhara darwaza par aa kar tum ko naak kar rahe hain.</w:t>
      </w:r>
    </w:p>
    <w:p>
      <w:pPr>
        <w:jc w:val="right"/>
      </w:pPr>
      <w:r>
        <w:t>وہ تمہارا تمہارا دروازہ پر آ کر تم کو ناک کر رہے ہیں.</w:t>
      </w:r>
    </w:p>
    <w:p>
      <w:r>
        <w:rPr>
          <w:b/>
        </w:rPr>
        <w:t xml:space="preserve">[23:20] </w:t>
      </w:r>
      <w:r>
        <w:t>saari musalmanon ki do sau saal mein jo activities hain sab ke sab reaction ke khane mein jaane wali hain. healthy planning positive response ke khane mein nahi nahi jaane wali hai.</w:t>
      </w:r>
    </w:p>
    <w:p>
      <w:pPr>
        <w:jc w:val="right"/>
      </w:pPr>
      <w:r>
        <w:t>ساری مسلمانوں کی دو سو سال میں جو ایکٹیویٹیز ہیں سب کے سب ری ایکشن کے خانے میں جانے والی ہیں. ہیلدی پلاننگ پازیٹیو رسپانس کے خانے میں نہیں نہیں جانے والی ہے.</w:t>
      </w:r>
    </w:p>
    <w:p>
      <w:r>
        <w:rPr>
          <w:b/>
        </w:rPr>
        <w:t xml:space="preserve">[23:40] </w:t>
      </w:r>
      <w:r>
        <w:t>lekin yeh Allah ka bohat bara ehsan hai ke is ne yeh ailaan kiya hai Quran mein ke agar koi ghalati kare aur ghalati kar ke wapas aa jaye to pichli sab cheezein maaf ho jati hain. jab delete karte hain delete.</w:t>
      </w:r>
    </w:p>
    <w:p>
      <w:pPr>
        <w:jc w:val="right"/>
      </w:pPr>
      <w:r>
        <w:t>لیکن یہ اللہ کا بہت بڑا احسان ہے کہ اس نے یہ اعلان کیا ہے قرآن میں کہ اگر کوئی غلطی کرے اور غلطی کر کے واپس آ جائے تو پچھلی سب چیزیں معاف ہو جاتی ہیں. جب ڈیلیٹ کرتے ہیں ڈیلیٹ.</w:t>
      </w:r>
    </w:p>
    <w:p>
      <w:r>
        <w:rPr>
          <w:b/>
        </w:rPr>
        <w:t xml:space="preserve">[24:00] </w:t>
      </w:r>
      <w:r>
        <w:t>to ab aakhri waqt aa gaya hai ke tamam dunya ke musalman you turn lein nafrat ko chhoden larai ko chhoden.</w:t>
      </w:r>
    </w:p>
    <w:p>
      <w:pPr>
        <w:jc w:val="right"/>
      </w:pPr>
      <w:r>
        <w:t>تو اب آخری وقت آگیا ہے کہ تمام دنیا کے مسلمان یو ٹرن لیں نفرت کو چھوڑیں لڑائی کو چھوڑیں.</w:t>
      </w:r>
    </w:p>
    <w:p>
      <w:r>
        <w:rPr>
          <w:b/>
        </w:rPr>
        <w:t xml:space="preserve">[24:07] </w:t>
      </w:r>
      <w:r>
        <w:t>debate ko chhoden.</w:t>
      </w:r>
    </w:p>
    <w:p>
      <w:pPr>
        <w:jc w:val="right"/>
      </w:pPr>
      <w:r>
        <w:t>ڈیبیٹ کو چھوڑیں.</w:t>
      </w:r>
    </w:p>
    <w:p>
      <w:r>
        <w:rPr>
          <w:b/>
        </w:rPr>
        <w:t xml:space="preserve">[24:15] </w:t>
      </w:r>
      <w:r>
        <w:t>debate kya hai? debate stage stage war hai.</w:t>
      </w:r>
    </w:p>
    <w:p>
      <w:pPr>
        <w:jc w:val="right"/>
      </w:pPr>
      <w:r>
        <w:t>ڈیبیٹ کیا ہے؟ ڈیبیٹ اسٹیج اسٹیج وار ہے.</w:t>
      </w:r>
    </w:p>
    <w:p>
      <w:r>
        <w:rPr>
          <w:b/>
        </w:rPr>
        <w:t xml:space="preserve">[24:23] </w:t>
      </w:r>
      <w:r>
        <w:t>yeh jo debate hai musalmanon mein wo stage war hai.</w:t>
      </w:r>
    </w:p>
    <w:p>
      <w:pPr>
        <w:jc w:val="right"/>
      </w:pPr>
      <w:r>
        <w:t>یہ جو ڈیبیٹ ہے مسلمانوں میں وہ اسٹیج وار ہے.</w:t>
      </w:r>
    </w:p>
    <w:p>
      <w:r>
        <w:rPr>
          <w:b/>
        </w:rPr>
        <w:t xml:space="preserve">[24:31] </w:t>
      </w:r>
      <w:r>
        <w:t>ek baar woh log kar rahe hain jo suicide bomb phenkte hain logon ke upar. yeh bhi debate bhi ek qism ka war hai stage war hai yeh. yeh sab chhodna hai. aur sirf ek kaam karna hai ke logon se mohabbat karo logon ke liye duaen karo logon ke khair khwah bano.</w:t>
      </w:r>
    </w:p>
    <w:p>
      <w:pPr>
        <w:jc w:val="right"/>
      </w:pPr>
      <w:r>
        <w:t>ایک بار وہ لوگ کر رہے ہیں جو سوسائیڈ بم پھینکتے ہیں لوگوں کے اوپر. یہ بھی ڈیبیٹ بھی ایک قسم کا وار ہے اسٹیج وار ہے یہ. یہ سب چھوڑنا ہے. اور صرف ایک کام کرنا ہے کہ لوگوں سے محبت کرو لوگوں کے لیے دعائیں کرو لوگوں کے خیر خواہ بنو.</w:t>
      </w:r>
    </w:p>
    <w:p>
      <w:r>
        <w:rPr>
          <w:b/>
        </w:rPr>
        <w:t xml:space="preserve">[24:59] </w:t>
      </w:r>
      <w:r>
        <w:t>logon ko harane ka hamara kaam yeh nahi ke logon ko hara ke khush hon nahi hamara kaam yeh hai ke logon ko dil mein Allah ke khauf dalen Allah ki mohabbat dalen. hamara kaam yeh hai. tab aisa hoga ke Allah ki rehmat hamari taraf paltegi.</w:t>
      </w:r>
    </w:p>
    <w:p>
      <w:pPr>
        <w:jc w:val="right"/>
      </w:pPr>
      <w:r>
        <w:t>لوگوں کو ہرانے کا ہمارا کام یہ نہیں کہ لوگوں کو ہرا کے خوش ہوں نہیں ہمارا کام یہ ہے کہ لوگوں کو دل میں اللہ کے خوف ڈالیں اللہ کی محبت ڈالیں. ہمارا کام یہ ہے. تب ایسا ہوگا کہ اللہ کی رحمت ہماری طرف پلٹے گی.</w:t>
      </w:r>
    </w:p>
    <w:p>
      <w:r>
        <w:rPr>
          <w:b/>
        </w:rPr>
        <w:t xml:space="preserve">[25:27] </w:t>
      </w:r>
      <w:r>
        <w:t>tab aisa hoga ke Allah ki rehmat dobara hamari taraf rujoo hogi. mein bohat din sochta tha bohat din sochta tha ke ya aye iman laane walo iman lao yeh kya matlab is ka hai? to is ka matlab yeh hai ke aye iman lao iman ko re discover karo.</w:t>
      </w:r>
    </w:p>
    <w:p>
      <w:pPr>
        <w:jc w:val="right"/>
      </w:pPr>
      <w:r>
        <w:t>تب ایسا ہوگا کہ اللہ کی رحمت دوبارہ ہماری طرف رجوع ہوگی. میں بہت دن سوچتا تھا بہت دن سوچتا تھا کہ یا اے ایمان لانے والو ایمان لاؤ یہ کیا مطلب اس کا ہے؟ تو اس کا مطلب یہ ہے کہ اے ایمان لاؤ ایمان کو ری ڈسکور کرو.</w:t>
      </w:r>
    </w:p>
    <w:p>
      <w:r>
        <w:rPr>
          <w:b/>
        </w:rPr>
        <w:t xml:space="preserve">[25:56] </w:t>
      </w:r>
      <w:r>
        <w:t>is ka matlab hai yeh aye iman walo iman ko re discover karo. aur iman se taluq rakhne wali jitni cheezein hain paighambar aasmani kitab Allah Rabbul Alameen malaika tamam anbiya in sab ko re discover karo. dobara daryaft karo. taake tumhare andar creativity aaye.</w:t>
      </w:r>
    </w:p>
    <w:p>
      <w:pPr>
        <w:jc w:val="right"/>
      </w:pPr>
      <w:r>
        <w:t>اس کا مطلب ہے یہ اے ایمان والو ایمان کو ری ڈسکور کرو. اور ایمان سے تعلق رکھنے والی جتنی چیزیں ہیں پیغمبر آسمانی کتاب اللہ رب العالمین ملائکہ تمام انبیاء ان سب کو ری ڈسکور کرو. دوبارہ دریافت کرو. تاکہ تمہارے اندر کریٹیوٹی آئے.</w:t>
      </w:r>
    </w:p>
    <w:p>
      <w:r>
        <w:rPr>
          <w:b/>
        </w:rPr>
        <w:t xml:space="preserve">[26:23] </w:t>
      </w:r>
      <w:r>
        <w:t>taake tumhare andar creative thinking aaye. taake tumhare andar creative personality bane. aur jab aisa hoga tabhi mumkin hoga ke jab halaat paida honge koi naye halaat hamesha hote rehte hain har naye halaat mein re planning ke liye tum tayyar rahoge.</w:t>
      </w:r>
    </w:p>
    <w:p>
      <w:pPr>
        <w:jc w:val="right"/>
      </w:pPr>
      <w:r>
        <w:t>تاکہ تمہارے اندر کریٹیو تھنکنگ آئے. تاکہ تمہارے اندر کریٹیو پرسنیلٹی بنے. اور جب ایسا ہوگا تبھی ممکن ہوگا کہ جب حالات پیدا ہوں گے کوئی نئے حالات ہمیشہ ہوتے رہتے ہیں ہر نئے حالات میں ری پلاننگ کے لیے تم تیار رہو گے.</w:t>
      </w:r>
    </w:p>
    <w:p>
      <w:r>
        <w:rPr>
          <w:b/>
        </w:rPr>
        <w:t xml:space="preserve">[26:49] </w:t>
      </w:r>
      <w:r>
        <w:t>creative jo log creative mind hote hain jo log creative jinke andar creative personality hoti hai wo</w:t>
      </w:r>
    </w:p>
    <w:p>
      <w:pPr>
        <w:jc w:val="right"/>
      </w:pPr>
      <w:r>
        <w:t>کریٹیو جو لوگ کریٹیو مائنڈ ہوتے ہیں جو لوگ کریٹیو جن کے اندر کریٹیو پرسنیلٹی ہوتی ہے وہ</w:t>
      </w:r>
    </w:p>
    <w:p>
      <w:r>
        <w:rPr>
          <w:b/>
        </w:rPr>
        <w:t xml:space="preserve">[26:57] </w:t>
      </w:r>
      <w:r>
        <w:t>ہر وقت تیار رہتے ہیں کہ ہر نئی situation میں replan کریں۔</w:t>
      </w:r>
    </w:p>
    <w:p>
      <w:pPr>
        <w:jc w:val="right"/>
      </w:pPr>
      <w:r>
        <w:t>ہر وقت تیار رہتے ہیں کہ ہر نئی سچویشن میں ری پلان کریں.</w:t>
      </w:r>
    </w:p>
    <w:p>
      <w:r>
        <w:rPr>
          <w:b/>
        </w:rPr>
        <w:t xml:space="preserve">[27:05] </w:t>
      </w:r>
      <w:r>
        <w:t>to momin wo hai jiske andar creative thinking ho.</w:t>
      </w:r>
    </w:p>
    <w:p>
      <w:pPr>
        <w:jc w:val="right"/>
      </w:pPr>
      <w:r>
        <w:t>تو مومن وہ ہے جس کے اندر کریٹیو تھنکنگ ہو.</w:t>
      </w:r>
    </w:p>
    <w:p>
      <w:r>
        <w:rPr>
          <w:b/>
        </w:rPr>
        <w:t xml:space="preserve">[27:13] </w:t>
      </w:r>
      <w:r>
        <w:t>agar creative thinking na ho to wo ek dead aadmi hai.</w:t>
      </w:r>
    </w:p>
    <w:p>
      <w:pPr>
        <w:jc w:val="right"/>
      </w:pPr>
      <w:r>
        <w:t>اگر کریٹیو تھنکنگ نہ ہو تو وہ ایک ڈیڈ آدمی ہے.</w:t>
      </w:r>
    </w:p>
    <w:p>
      <w:r>
        <w:rPr>
          <w:b/>
        </w:rPr>
        <w:t xml:space="preserve">[27:21] </w:t>
      </w:r>
      <w:r>
        <w:t>momin ek zinda aadmi hota hai. to dekhiye agar ummat ki islaah karna hai. ummat ki islaah karna hai. agar ummat ki nayi tareekh banana hai. agar ummat ko dobara jannat ke raaste par dalna hai.</w:t>
      </w:r>
    </w:p>
    <w:p>
      <w:pPr>
        <w:jc w:val="right"/>
      </w:pPr>
      <w:r>
        <w:t>مومن ایک زندہ آدمی ہوتا ہے. تو دیکھیے اگر امت کی اصلاح کرنا ہے. امت کی اصلاح کرنا ہے. اگر امت کی نئی تاریخ بنانا ہے. اگر امت کو دوبارہ جنت کے راستے پر ڈالنا ہے.</w:t>
      </w:r>
    </w:p>
    <w:p>
      <w:r>
        <w:rPr>
          <w:b/>
        </w:rPr>
        <w:t xml:space="preserve">[27:49] </w:t>
      </w:r>
      <w:r>
        <w:t>to hum ko bohat zyada gehre andaaz mein sochna padega. aaj kal jo activities hain superficial qism ki is se kuch hone wala nahi hai. is waqt musalmanon mein dekhne ke liye to bazahir bohat sari activities hain.</w:t>
      </w:r>
    </w:p>
    <w:p>
      <w:pPr>
        <w:jc w:val="right"/>
      </w:pPr>
      <w:r>
        <w:t>تو ہم کو بہت زیادہ گہرے انداز میں سوچنا پڑے گا. آج کل جو ایکٹیویٹیز ہیں سپرفیشل قسم کی اس سے کچھ ہونے والا نہیں ہے. اس وقت مسلمانوں میں دیکھنے کے لیے تو بظاہر بہت ساری ایکٹیویٹیز ہیں.</w:t>
      </w:r>
    </w:p>
    <w:p>
      <w:r>
        <w:rPr>
          <w:b/>
        </w:rPr>
        <w:t xml:space="preserve">[28:10] </w:t>
      </w:r>
      <w:r>
        <w:t>lekin aap ko cheezon ko nateeje ke lehaz se jaanchana chahiye. tab aap dekhenge ke nateeja to kuch nahi hai.</w:t>
      </w:r>
    </w:p>
    <w:p>
      <w:pPr>
        <w:jc w:val="right"/>
      </w:pPr>
      <w:r>
        <w:t>لیکن آپ کو چیزوں کو نتیجے کے لحاظ سے جانچنا چاہیے. تب آپ دیکھیں گے کہ نتیجہ تو کچھ نہیں ہے.</w:t>
      </w:r>
    </w:p>
    <w:p>
      <w:r>
        <w:rPr>
          <w:b/>
        </w:rPr>
        <w:t xml:space="preserve">[28:29] </w:t>
      </w:r>
      <w:r>
        <w:t>jab nateeja kuch nahi hai to is ka is ka matlab kya hai? yeh durust planning nahi thi. aise hi reaction ke taur par karne lage. reaction ke taur par kisi ne yeh kiya kisi ne woh kiya.</w:t>
      </w:r>
    </w:p>
    <w:p>
      <w:pPr>
        <w:jc w:val="right"/>
      </w:pPr>
      <w:r>
        <w:t>جب نتیجہ کچھ نہیں ہے تو اس کا اس کا مطلب کیا ہے؟ یہ درست پلاننگ نہیں تھی. ایسے ہی ری ایکشن کے طور پر کرنے لگے. ری ایکشن کے طور پر کسی نے یہ کیا کسی نے وہ کیا.</w:t>
      </w:r>
    </w:p>
    <w:p>
      <w:r>
        <w:rPr>
          <w:b/>
        </w:rPr>
        <w:t xml:space="preserve">[28:56] </w:t>
      </w:r>
      <w:r>
        <w:t>mein bohat se trainer mere hain mein is ko bata sakta hoon aap ko ke kis tarah se</w:t>
      </w:r>
    </w:p>
    <w:p>
      <w:pPr>
        <w:jc w:val="right"/>
      </w:pPr>
      <w:r>
        <w:t>میں بہت سے ٹرینر میرے ہیں میں اس کو بتا سکتا ہوں آپ کو کہ کس طرح سے</w:t>
      </w:r>
    </w:p>
    <w:p>
      <w:r>
        <w:rPr>
          <w:b/>
        </w:rPr>
        <w:t xml:space="preserve">[29:00] </w:t>
      </w:r>
      <w:r>
        <w:t>میں اس رائے پر پہنچا ہوں کہ لوگ جو activities دکھا رہے ہیں وہ سب reaction کے</w:t>
      </w:r>
    </w:p>
    <w:p>
      <w:pPr>
        <w:jc w:val="right"/>
      </w:pPr>
      <w:r>
        <w:t>میں اس رائے پر پہنچا ہوں کہ لوگ جو ایکٹیویٹیز دکھا رہے ہیں وہ سب ری ایکشن کے</w:t>
      </w:r>
    </w:p>
    <w:p>
      <w:r>
        <w:rPr>
          <w:b/>
        </w:rPr>
        <w:t xml:space="preserve">[29:05] </w:t>
      </w:r>
      <w:r>
        <w:t>tor par rahe hain.</w:t>
      </w:r>
    </w:p>
    <w:p>
      <w:pPr>
        <w:jc w:val="right"/>
      </w:pPr>
      <w:r>
        <w:t>طور پر رہے ہیں.</w:t>
      </w:r>
    </w:p>
    <w:p>
      <w:r>
        <w:rPr>
          <w:b/>
        </w:rPr>
        <w:t xml:space="preserve">[29:09] </w:t>
      </w:r>
      <w:r>
        <w:t>dekhiye reaction mein kis ko keh raha hoon? reaction yeh hai ke koi situation paida hui</w:t>
      </w:r>
    </w:p>
    <w:p>
      <w:pPr>
        <w:jc w:val="right"/>
      </w:pPr>
      <w:r>
        <w:t>دیکھیے ری ایکشن میں کس کو کہہ رہا ہوں؟ ری ایکشن یہ ہے کہ کوئی سچویشن پیدا ہوئی</w:t>
      </w:r>
    </w:p>
    <w:p>
      <w:r>
        <w:rPr>
          <w:b/>
        </w:rPr>
        <w:t xml:space="preserve">[29:14] </w:t>
      </w:r>
      <w:r>
        <w:t>aap bhadak uthe.</w:t>
      </w:r>
    </w:p>
    <w:p>
      <w:pPr>
        <w:jc w:val="right"/>
      </w:pPr>
      <w:r>
        <w:t>آپ بھڑک اٹھے.</w:t>
      </w:r>
    </w:p>
    <w:p>
      <w:r>
        <w:rPr>
          <w:b/>
        </w:rPr>
        <w:t xml:space="preserve">[29:18] </w:t>
      </w:r>
      <w:r>
        <w:t>aur bhadak kar ke lage kuch karne.</w:t>
      </w:r>
    </w:p>
    <w:p>
      <w:pPr>
        <w:jc w:val="right"/>
      </w:pPr>
      <w:r>
        <w:t>اور بھڑک کر کے لگے کچھ کرنے.</w:t>
      </w:r>
    </w:p>
    <w:p>
      <w:r>
        <w:rPr>
          <w:b/>
        </w:rPr>
        <w:t xml:space="preserve">[29:23] </w:t>
      </w:r>
      <w:r>
        <w:t>naam de diya islam ka.</w:t>
      </w:r>
    </w:p>
    <w:p>
      <w:pPr>
        <w:jc w:val="right"/>
      </w:pPr>
      <w:r>
        <w:t>نام دے دیا اسلام کا.</w:t>
      </w:r>
    </w:p>
    <w:p>
      <w:r>
        <w:rPr>
          <w:b/>
        </w:rPr>
        <w:t xml:space="preserve">[29:28] </w:t>
      </w:r>
      <w:r>
        <w:t>dusra tareeqa kya hai? ke sachiation paida hui aap ne sochna shuru kiya.</w:t>
      </w:r>
    </w:p>
    <w:p>
      <w:pPr>
        <w:jc w:val="right"/>
      </w:pPr>
      <w:r>
        <w:t>دوسرا طریقہ کیا ہے؟ کہ سچویشن پیدا ہوئی آپ نے سوچنا شروع کیا.</w:t>
      </w:r>
    </w:p>
    <w:p>
      <w:r>
        <w:rPr>
          <w:b/>
        </w:rPr>
        <w:t xml:space="preserve">[29:32] </w:t>
      </w:r>
      <w:r>
        <w:t>aap ne duaein keen.</w:t>
      </w:r>
    </w:p>
    <w:p>
      <w:pPr>
        <w:jc w:val="right"/>
      </w:pPr>
      <w:r>
        <w:t>آپ نے دعائیں کیں.</w:t>
      </w:r>
    </w:p>
    <w:p>
      <w:r>
        <w:rPr>
          <w:b/>
        </w:rPr>
        <w:t xml:space="preserve">[29:37] </w:t>
      </w:r>
      <w:r>
        <w:t>aap ne quran padha.</w:t>
      </w:r>
    </w:p>
    <w:p>
      <w:pPr>
        <w:jc w:val="right"/>
      </w:pPr>
      <w:r>
        <w:t>آپ نے قرآن پڑھا.</w:t>
      </w:r>
    </w:p>
    <w:p>
      <w:r>
        <w:rPr>
          <w:b/>
        </w:rPr>
        <w:t xml:space="preserve">[29:42] </w:t>
      </w:r>
      <w:r>
        <w:t>aap ne deen par ghhor kiya.</w:t>
      </w:r>
    </w:p>
    <w:p>
      <w:pPr>
        <w:jc w:val="right"/>
      </w:pPr>
      <w:r>
        <w:t>آپ نے دین پر غور کیا.</w:t>
      </w:r>
    </w:p>
    <w:p>
      <w:r>
        <w:rPr>
          <w:b/>
        </w:rPr>
        <w:t xml:space="preserve">[29:47] </w:t>
      </w:r>
      <w:r>
        <w:t>in sab ke baad aap ka ek mind bana.</w:t>
      </w:r>
    </w:p>
    <w:p>
      <w:pPr>
        <w:jc w:val="right"/>
      </w:pPr>
      <w:r>
        <w:t>ان سب کے بعد آپ کا ایک مائنڈ بنا.</w:t>
      </w:r>
    </w:p>
    <w:p>
      <w:r>
        <w:rPr>
          <w:b/>
        </w:rPr>
        <w:t xml:space="preserve">[29:52] </w:t>
      </w:r>
      <w:r>
        <w:t>woh ek yeh hai yeh hai karne ka kaam.</w:t>
      </w:r>
    </w:p>
    <w:p>
      <w:pPr>
        <w:jc w:val="right"/>
      </w:pPr>
      <w:r>
        <w:t>وہ ایک یہ ہے یہ ہے کرنے کا کام.</w:t>
      </w:r>
    </w:p>
    <w:p>
      <w:r>
        <w:rPr>
          <w:b/>
        </w:rPr>
        <w:t xml:space="preserve">[29:57] </w:t>
      </w:r>
      <w:r>
        <w:t>tab woh reaction nahi hai.</w:t>
      </w:r>
    </w:p>
    <w:p>
      <w:pPr>
        <w:jc w:val="right"/>
      </w:pPr>
      <w:r>
        <w:t>تب وہ ری ایکشن نہیں ہے.</w:t>
      </w:r>
    </w:p>
    <w:p>
      <w:r>
        <w:rPr>
          <w:b/>
        </w:rPr>
        <w:t xml:space="preserve">[30:02] </w:t>
      </w:r>
      <w:r>
        <w:t>to yaad rakhiye Allah ki jo madad hai jiska wada hai reaction par nahi hai. Allah ki madad kabhi bhi reaction par nahi aati. woh aati hai creative planning par. creative planning positive planning par aati hai. woh hum ko karna hoga.</w:t>
      </w:r>
    </w:p>
    <w:p>
      <w:pPr>
        <w:jc w:val="right"/>
      </w:pPr>
      <w:r>
        <w:t>تو یاد رکھیے اللہ کی جو مدد ہے جس کا وعدہ ہے ری ایکشن پر نہیں ہے. اللہ کی مدد کبھی بھی ری ایکشن پر نہیں آتی. وہ آتی ہے کریٹیو پلاننگ پر. کریٹیو پلاننگ پازیٹیو پلاننگ پر آتی ہے. وہ ہم کو کرنا ہوگا.</w:t>
      </w:r>
    </w:p>
    <w:p>
      <w:r>
        <w:rPr>
          <w:b/>
        </w:rPr>
        <w:t xml:space="preserve">[30:27] </w:t>
      </w:r>
      <w:r>
        <w:t>yeh baatein jo mein keh raha hoon yeh yeh kisi ki tanqeed ke liye nahi keh raha hoon. yeh mere dil ka dard hai. aur is liye keh raha hoon ke jald se jald hum you turn lein. bohat jald you turn lein.</w:t>
      </w:r>
    </w:p>
    <w:p>
      <w:pPr>
        <w:jc w:val="right"/>
      </w:pPr>
      <w:r>
        <w:t>یہ باتیں جو میں کہہ رہا ہوں یہ یہ کسی کی تنقید کے لیے نہیں کہہ رہا ہوں. یہ میرے دل کا درد ہے. اور اس لیے کہہ رہا ہوں کہ جلد سے جلد ہم یو ٹرن لیں. بہت جلد یو ٹرن لیں.</w:t>
      </w:r>
    </w:p>
    <w:p>
      <w:r>
        <w:rPr>
          <w:b/>
        </w:rPr>
        <w:t xml:space="preserve">[30:54] </w:t>
      </w:r>
      <w:r>
        <w:t>reaction ka tareeqa chhoden aur positive planning karein. aur phir Allah ki madad toot padegi hamare upar. aap ghor kijiye ke Allah ne nabuwat ka silsila khatam kar diya. Quran ko mehfooz kar diya. Rasool Allah ki sunnat matlab model duniya mein qaim ho gayi.</w:t>
      </w:r>
    </w:p>
    <w:p>
      <w:pPr>
        <w:jc w:val="right"/>
      </w:pPr>
      <w:r>
        <w:t>ری ایکشن کا طریقہ چھوڑیں اور پازیٹیو پلاننگ کریں. اور پھر اللہ کی مدد ٹوٹ پڑے گی ہمارے اوپر. آپ غور کیجیے کہ اللہ نے نبوت کا سلسلہ ختم کر دیا. قرآن کو محفوظ کر دیا. رسول اللہ کی سنت مطلب ماڈل دنیا میں قائم ہو گئی.</w:t>
      </w:r>
    </w:p>
    <w:p>
      <w:r>
        <w:rPr>
          <w:b/>
        </w:rPr>
        <w:t xml:space="preserve">[31:21] </w:t>
      </w:r>
      <w:r>
        <w:t>yeh sab kis liye hua? is liye hua ke hum is par ghor kar ke is ko soch kar ke is se hum daryaft karein ke kis situation mein hamein kya karna hai. woh is liye nahi ke hum par fakhr ka saman hai woh. yeh jo hua yeh sab fakhr ke saman ke taur par nahi hua.</w:t>
      </w:r>
    </w:p>
    <w:p>
      <w:pPr>
        <w:jc w:val="right"/>
      </w:pPr>
      <w:r>
        <w:t>یہ سب کس لیے ہوا؟ اس لیے ہوا کہ ہم اس پر غور کر کے اس کو سوچ کر کے اس سے ہم دریافت کریں کہ کس سچویشن میں ہمیں کیا کرنا ہے. وہ اس لیے نہیں کہ ہم پر فخر کا سامان ہے وہ. یہ جو ہوا یہ سب فخر کے سامان کے طور پر نہیں ہوا.</w:t>
      </w:r>
    </w:p>
    <w:p>
      <w:r>
        <w:rPr>
          <w:b/>
        </w:rPr>
        <w:t xml:space="preserve">[31:50] </w:t>
      </w:r>
      <w:r>
        <w:t>jis ko dekhe woh fakhr kar raha hai. is se superiority ka ghiza le raha hai. is ko apne musalman is waqt islam ko apne fakhr ka yani pride ka zariya banaye hue hain. pride.</w:t>
      </w:r>
    </w:p>
    <w:p>
      <w:pPr>
        <w:jc w:val="right"/>
      </w:pPr>
      <w:r>
        <w:t>جس کو دیکھے وہ فخر کر رہا ہے. اس سے سپیریٹی کا غذا لے رہا ہے. اس کو اپنے مسلمان اس وقت اسلام کو اپنے فخر کا یعنی پرائیڈ کا ذریعہ بنائے ہوئے ہیں. پرائیڈ.</w:t>
      </w:r>
    </w:p>
    <w:p>
      <w:r>
        <w:rPr>
          <w:b/>
        </w:rPr>
        <w:t xml:space="preserve">[32:15] </w:t>
      </w:r>
      <w:r>
        <w:t>paighambar ko quran ko islam ko apne paighambar apne pride ka zariya banaye hue hain. isi liye un ka hum debate hai stage activism hai. aur nafrat hai. apne ko bara samajhna hai doosron ke muqable mein.</w:t>
      </w:r>
    </w:p>
    <w:p>
      <w:pPr>
        <w:jc w:val="right"/>
      </w:pPr>
      <w:r>
        <w:t>پیغمبر کو قرآن کو اسلام کو اپنے پیغمبر اپنے پرائیڈ کا ذریعہ بنائے ہوئے ہیں. اسی لیے ان کا ہم ڈیبیٹ ہے اسٹیج ایکٹیویزم ہے. اور نفرت ہے. اپنے کو بڑا سمجھنا ہے دوسروں کے مقابلے میں.</w:t>
      </w:r>
    </w:p>
    <w:p>
      <w:r>
        <w:rPr>
          <w:b/>
        </w:rPr>
        <w:t xml:space="preserve">[32:41] </w:t>
      </w:r>
      <w:r>
        <w:t>jo stage par lalkare toh woh kehte hain yeh hai kaam karne wala. yeh sab nothing hai kuch bhi nahi hai. Allah ke nazdeek yeh sab kuch bhi nahi hai. aap ko Allah ne iman diya is liye ke aap doosron ko lalkarein. nahi aap doosron se mohabbat karein. doosron ko Allah ka banda banayein.</w:t>
      </w:r>
    </w:p>
    <w:p>
      <w:pPr>
        <w:jc w:val="right"/>
      </w:pPr>
      <w:r>
        <w:t>جو اسٹیج پر للکارے تو وہ کہتے ہیں یہ ہے کام کرنے والا. یہ سب نتھنگ ہے کچھ بھی نہیں ہے. اللہ کے نزدیک یہ سب کچھ بھی نہیں ہے. آپ کو اللہ نے ایمان دیا اس لیے کہ آپ دوسروں کو للکاریں. نہیں آپ دوسروں سے محبت کریں. دوسروں کو اللہ کا بندہ بنائیں.</w:t>
      </w:r>
    </w:p>
    <w:p>
      <w:r>
        <w:rPr>
          <w:b/>
        </w:rPr>
        <w:t xml:space="preserve">[33:11] </w:t>
      </w:r>
      <w:r>
        <w:t>dusron ko quran pahunchayein is liye.</w:t>
      </w:r>
    </w:p>
    <w:p>
      <w:pPr>
        <w:jc w:val="right"/>
      </w:pPr>
      <w:r>
        <w:t>دوسروں کو قرآن پہنچائیں اس لیے.</w:t>
      </w:r>
    </w:p>
    <w:p>
      <w:r>
        <w:rPr>
          <w:b/>
        </w:rPr>
        <w:t xml:space="preserve">[33:16] </w:t>
      </w:r>
      <w:r>
        <w:t>mein khud har waqt sochta rehta hoon.</w:t>
      </w:r>
    </w:p>
    <w:p>
      <w:pPr>
        <w:jc w:val="right"/>
      </w:pPr>
      <w:r>
        <w:t>میں خود ہر وقت سوچتا رہتا ہوں.</w:t>
      </w:r>
    </w:p>
    <w:p>
      <w:r>
        <w:rPr>
          <w:b/>
        </w:rPr>
        <w:t xml:space="preserve">[33:21] </w:t>
      </w:r>
      <w:r>
        <w:t>aaj aaj bhi soch raha tha yeh baat.</w:t>
      </w:r>
    </w:p>
    <w:p>
      <w:pPr>
        <w:jc w:val="right"/>
      </w:pPr>
      <w:r>
        <w:t>آج آج بھی سوچ رہا تھا یہ بات.</w:t>
      </w:r>
    </w:p>
    <w:p>
      <w:r>
        <w:rPr>
          <w:b/>
        </w:rPr>
        <w:t xml:space="preserve">[33:27] </w:t>
      </w:r>
      <w:r>
        <w:t>ke kyun quran mein kaha gaya hai ke aye iman lane walo iman lao.</w:t>
      </w:r>
    </w:p>
    <w:p>
      <w:pPr>
        <w:jc w:val="right"/>
      </w:pPr>
      <w:r>
        <w:t>کہ کیوں قرآن میں کہا گیا ہے کہ اے ایمان لانے والو ایمان لاؤ.</w:t>
      </w:r>
    </w:p>
    <w:p>
      <w:r>
        <w:rPr>
          <w:b/>
        </w:rPr>
        <w:t xml:space="preserve">[33:32] </w:t>
      </w:r>
      <w:r>
        <w:t>kyun kaha gaya? toh aap ko bhi mein dawat deta hoon ke aap sochiye sochiye sochiye.</w:t>
      </w:r>
    </w:p>
    <w:p>
      <w:pPr>
        <w:jc w:val="right"/>
      </w:pPr>
      <w:r>
        <w:t>کیوں کہا گیا؟ تو آپ کو بھی میں دعوت دیتا ہوں کہ آپ سوچیے سوچیے سوچیے.</w:t>
      </w:r>
    </w:p>
    <w:p>
      <w:r>
        <w:rPr>
          <w:b/>
        </w:rPr>
        <w:t xml:space="preserve">[33:37] </w:t>
      </w:r>
      <w:r>
        <w:t>بزنس لوگ کہتے ہیں کہ Think, think, think, there is a better way.</w:t>
      </w:r>
    </w:p>
    <w:p>
      <w:pPr>
        <w:jc w:val="right"/>
      </w:pPr>
      <w:r>
        <w:t>بزنس لوگ کہتے ہیں کہ تھنک تھنک تھنک دیر از اے بیٹر وے.</w:t>
      </w:r>
    </w:p>
    <w:p>
      <w:r>
        <w:rPr>
          <w:b/>
        </w:rPr>
        <w:t xml:space="preserve">[33:43] </w:t>
      </w:r>
      <w:r>
        <w:t>yeh yeh law of nature hai. jab bar bar aap sochte hain bar bar aap objective andaz mein samajhne ki koshish karte hain objective. toh raste khulte hain aap ke aap ke mind ke windows khulti hain. aur phir aap replanning karte hain. replanning. bohat lambi muddat hum ne guzar di reaction mein.</w:t>
      </w:r>
    </w:p>
    <w:p>
      <w:pPr>
        <w:jc w:val="right"/>
      </w:pPr>
      <w:r>
        <w:t>یہ یہ لاء آف نیچر ہے. جب بار بار آپ سوچتے ہیں بار بار آپ آبجیکٹیو انداز میں سمجھنے کی کوشش کرتے ہیں آبجیکٹیو. تو راستے کھلتے ہیں آپ کے آپ کے مائنڈ کے ونڈوز کھلتی ہیں. اور پھر آپ ری پلاننگ کرتے ہیں. ری پلاننگ. بہت لمبی مدت ہم نے گزار دی ری ایکشن میں.</w:t>
      </w:r>
    </w:p>
    <w:p>
      <w:r>
        <w:rPr>
          <w:b/>
        </w:rPr>
        <w:t xml:space="preserve">[34:12] </w:t>
      </w:r>
      <w:r>
        <w:t>bohat lambi muddat guzar di reaction mein. mere khayal se kisi bhi qaum ne reaction mein itni lambi muddat nahi guzari hai. thode thode dinon ke baad log u-turn le lete hain. jaise jin logon ne world war ki world war ke baad unhone dekha kuch nahi mila toh u-turn le liya.</w:t>
      </w:r>
    </w:p>
    <w:p>
      <w:pPr>
        <w:jc w:val="right"/>
      </w:pPr>
      <w:r>
        <w:t>بہت لمبی مدت گزار دی ری ایکشن میں. میرے خیال سے کسی بھی قوم نے ری ایکشن میں اتنی لمبی مدت نہیں گزاری ہے. تھوڑے تھوڑے دنوں کے بعد لوگ یو ٹرن لے لیتے ہیں. جیسے جن لوگوں نے ورلڈ وار کی ورلڈ وار کے بعد انہوں نے دیکھا کچھ نہیں ملا تو یو ٹرن لے لیا.</w:t>
      </w:r>
    </w:p>
    <w:p>
      <w:r>
        <w:rPr>
          <w:b/>
        </w:rPr>
        <w:t xml:space="preserve">[34:38] </w:t>
      </w:r>
      <w:r>
        <w:t>is ke baad unhon ne peace par apni planning peace par ki.</w:t>
      </w:r>
    </w:p>
    <w:p>
      <w:pPr>
        <w:jc w:val="right"/>
      </w:pPr>
      <w:r>
        <w:t>اس کے بعد انہوں نے پیس پر اپنی پلاننگ پیس پر کی.</w:t>
      </w:r>
    </w:p>
    <w:p>
      <w:r>
        <w:rPr>
          <w:b/>
        </w:rPr>
        <w:t xml:space="preserve">[34:43] </w:t>
      </w:r>
      <w:r>
        <w:t>peace ko le kar.</w:t>
      </w:r>
    </w:p>
    <w:p>
      <w:pPr>
        <w:jc w:val="right"/>
      </w:pPr>
      <w:r>
        <w:t>پیس کو لے کر.</w:t>
      </w:r>
    </w:p>
    <w:p>
      <w:r>
        <w:rPr>
          <w:b/>
        </w:rPr>
        <w:t xml:space="preserve">[34:48] </w:t>
      </w:r>
      <w:r>
        <w:t>yani war ko chhod kar ke peace par apni planning ki.</w:t>
      </w:r>
    </w:p>
    <w:p>
      <w:pPr>
        <w:jc w:val="right"/>
      </w:pPr>
      <w:r>
        <w:t>یعنی وار کو چھوڑ کر کہ پیس پر اپنی پلاننگ کی.</w:t>
      </w:r>
    </w:p>
    <w:p>
      <w:r>
        <w:rPr>
          <w:b/>
        </w:rPr>
        <w:t xml:space="preserve">[34:54] </w:t>
      </w:r>
      <w:r>
        <w:t>that was u turn.</w:t>
      </w:r>
    </w:p>
    <w:p>
      <w:pPr>
        <w:jc w:val="right"/>
      </w:pPr>
      <w:r>
        <w:t>دیٹ واز یو ٹرن.</w:t>
      </w:r>
    </w:p>
    <w:p>
      <w:r>
        <w:rPr>
          <w:b/>
        </w:rPr>
        <w:t xml:space="preserve">[34:59] </w:t>
      </w:r>
      <w:r>
        <w:t>toh ab musalmanon ke liye waqt aa gaya hai ke bohat zyada time guzar chuka.</w:t>
      </w:r>
    </w:p>
    <w:p>
      <w:pPr>
        <w:jc w:val="right"/>
      </w:pPr>
      <w:r>
        <w:t>تو اب مسلمانوں کے لیے وقت آگیا ہے کہ بہت زیادہ ٹائم گزر چکا.</w:t>
      </w:r>
    </w:p>
    <w:p>
      <w:r>
        <w:rPr>
          <w:b/>
        </w:rPr>
        <w:t xml:space="preserve">[35:04] </w:t>
      </w:r>
      <w:r>
        <w:t>ab mazeed time ko waste kiye baghair in ko u turn lena hai.</w:t>
      </w:r>
    </w:p>
    <w:p>
      <w:pPr>
        <w:jc w:val="right"/>
      </w:pPr>
      <w:r>
        <w:t>اب مزید ٹائم کو ویسٹ کیے بغیر ان کو یو ٹرن لینا ہے.</w:t>
      </w:r>
    </w:p>
    <w:p>
      <w:r>
        <w:rPr>
          <w:b/>
        </w:rPr>
        <w:t xml:space="preserve">[35:10] </w:t>
      </w:r>
      <w:r>
        <w:t>un ko ladai ko chhodna hai nafrat ko chhodna hai ya pride ko chhodna hai. stage activities ko chhodna hai.</w:t>
      </w:r>
    </w:p>
    <w:p>
      <w:pPr>
        <w:jc w:val="right"/>
      </w:pPr>
      <w:r>
        <w:t>ان کو لڑائی کو چھوڑنا ہے نفرت کو چھوڑنا ہے یا پرائیڈ کو چھوڑنا ہے. اسٹیج ایکٹیویٹیز کو چھوڑنا ہے.</w:t>
      </w:r>
    </w:p>
    <w:p>
      <w:r>
        <w:rPr>
          <w:b/>
        </w:rPr>
        <w:t xml:space="preserve">[35:26] </w:t>
      </w:r>
      <w:r>
        <w:t>un ko dobara woh rasool aur sahaba rasool wala tareeqa ikhtiyar karna hai ke sari duniya aap ke liye aap ke aap ke sine mein sab sari duniya ke liye nafrat nahi thi balkeh mohabbat thi. un ki targhib yeh thi ke sari duniya Allah ko manane wali ban jaye. sari duniya Allah se mohabbat karne wali ban jaye.</w:t>
      </w:r>
    </w:p>
    <w:p>
      <w:pPr>
        <w:jc w:val="right"/>
      </w:pPr>
      <w:r>
        <w:t>ان کو دوبارہ وہ رسول اور صحابہ رسول والا طریقہ اختیار کرنا ہے کہ ساری دنیا آپ کے لیے آپ کے آپ کے سینے میں سب ساری دنیا کے لیے نفرت نہیں تھی بلکہ محبت تھی. ان کی ترغیب یہ تھی کہ ساری دنیا اللہ کو ماننے والی بن جائے. ساری دنیا اللہ سے محبت کرنے والی بن جائے.</w:t>
      </w:r>
    </w:p>
    <w:p>
      <w:r>
        <w:rPr>
          <w:b/>
        </w:rPr>
        <w:t xml:space="preserve">[35:55] </w:t>
      </w:r>
      <w:r>
        <w:t>doosron ke upar apna pride establish karna yeh toh jahiliyat hai. aaj kal jo musalmanon mein riwaj hai ke stage par musalmanon ki superiority doosron ke muqable mein establish karte hain aur taliyan bajate hain. yeh jahiliyat hai is ka islam se koi taluq nahi. is ka islam se koi taluq nahi.</w:t>
      </w:r>
    </w:p>
    <w:p>
      <w:pPr>
        <w:jc w:val="right"/>
      </w:pPr>
      <w:r>
        <w:t>دوسروں کے اوپر اپنا پرائیڈ اسٹیبلش کرنا یہ تو جاہلیت ہے. آج کل جو مسلمانوں میں رواج ہے کہ اسٹیج پر مسلمانوں کی سپیریٹی دوسروں کے مقابلے میں اسٹیبلش کرتے ہیں اور تالیاں بجاتے ہیں. یہ جاہلیت ہے اس کا اسلام سے کوئی تعلق نہیں. اس کا اسلام سے کوئی تعلق نہیں.</w:t>
      </w:r>
    </w:p>
    <w:p>
      <w:r>
        <w:rPr>
          <w:b/>
        </w:rPr>
        <w:t xml:space="preserve">[36:25] </w:t>
      </w:r>
      <w:r>
        <w:t>toh sare mamle mein hamein reassess karna hai. sare mamle par hamein rethinking karna hai reassess karna hai replanning karna hai. woh jo hadith mein aata hai rasool Allah ke bare mein ke kaan mutawali al-aizami dam al-fikra.</w:t>
      </w:r>
    </w:p>
    <w:p>
      <w:pPr>
        <w:jc w:val="right"/>
      </w:pPr>
      <w:r>
        <w:t>تو سارے معاملے میں ہمیں ری ایسس کرنا ہے. سارے معاملے پر ہمیں ری تھنکنگ کرنا ہے ری ایسس کرنا ہے ری پلاننگ کرنا ہے. وہ جو حدیث میں آتا ہے رسول اللہ کے بارے میں کہ کان متوالی الاعظام دام الفکرہ.</w:t>
      </w:r>
    </w:p>
    <w:p>
      <w:r>
        <w:rPr>
          <w:b/>
        </w:rPr>
        <w:t xml:space="preserve">[36:54] </w:t>
      </w:r>
      <w:r>
        <w:t>yani har waqt aap bohat hi serious andaz mein sochte rehte the. toh sochte kyun rehte the? yahi yahi tha rediscover karna replanning karna. yeh bhi ek sunnat yeh bhi ek sunnat rasool hai. ke bohat seriously aap baaton ko sochein. aur bar bar rediscover karein replanning karein.</w:t>
      </w:r>
    </w:p>
    <w:p>
      <w:pPr>
        <w:jc w:val="right"/>
      </w:pPr>
      <w:r>
        <w:t>یعنی ہر وقت آپ بہت ہی سیریس انداز میں سوچتے رہتے تھے. تو سوچتے کیوں رہتے تھے؟ یہی یہی تھا ری ڈسکور کرنا ری پلاننگ کرنا. یہ بھی ایک سنت یہ بھی ایک سنت رسول ہے. کہ بہت سیریسلی آپ باتوں کو سوچیں. اور بار بار ری ڈسکور کریں ری پلاننگ کریں.</w:t>
      </w:r>
    </w:p>
    <w:p>
      <w:r>
        <w:rPr>
          <w:b/>
        </w:rPr>
        <w:t xml:space="preserve">[37:24] </w:t>
      </w:r>
      <w:r>
        <w:t>apni positivity ko maintain karne ke liye apni creativity ko maintain karne ke liye. toh mein aap sab logon ko jo direct taur par meri baat sun rahe hain aur doosre tamam log jin ko ke meri baat bilawasta taur par inshallah pahunchegi un sab se yahi mein appeal karta hoon.</w:t>
      </w:r>
    </w:p>
    <w:p>
      <w:pPr>
        <w:jc w:val="right"/>
      </w:pPr>
      <w:r>
        <w:t>اپنی پازیٹیوٹی کو مینٹین کرنے کے لیے اپنی کریٹیوٹی کو مینٹین کرنے کے لیے. تو میں آپ سب لوگوں کو جو ڈائریکٹ طور پر میری بات سن رہے ہیں اور دوسرے تمام لوگ جن کو کہ میری بات بلاواسطہ طور پر انشاءاللہ پہنچے گی ان سب سے یہی میں اپیل کرتا ہوں.</w:t>
      </w:r>
    </w:p>
    <w:p>
      <w:r>
        <w:rPr>
          <w:b/>
        </w:rPr>
        <w:t xml:space="preserve">[37:54] </w:t>
      </w:r>
      <w:r>
        <w:t>ke introspection kijiye apna muhasba kijiye. false pride jo zehen ban gaya musalmanon ka us se bahar nikliye. aur sochiye sochiye sochiye.</w:t>
      </w:r>
    </w:p>
    <w:p>
      <w:pPr>
        <w:jc w:val="right"/>
      </w:pPr>
      <w:r>
        <w:t>کہ انٹروسپیکشن کیجیے اپنا محاسبہ کیجیے. فالس پرائیڈ جو ذہن بن گیا مسلمانوں کا اس سے باہر نکلیے. اور سوچیے سوچیے سوچیے.</w:t>
      </w:r>
    </w:p>
    <w:p>
      <w:r>
        <w:rPr>
          <w:b/>
        </w:rPr>
        <w:t xml:space="preserve">[38:19] </w:t>
      </w:r>
      <w:r>
        <w:t>apne apni activities ko quran ki roshni mein judge kijiye phir se. stage par taliyan bajana yeh koi kaam nahi hai.</w:t>
      </w:r>
    </w:p>
    <w:p>
      <w:pPr>
        <w:jc w:val="right"/>
      </w:pPr>
      <w:r>
        <w:t>اپنے اپنی ایکٹیویٹیز کو قرآن کی روشنی میں جج کیجیے پھر سے. اسٹیج پر تالیاں بجانا یہ کوئی کام نہیں ہے.</w:t>
      </w:r>
    </w:p>
    <w:p>
      <w:r>
        <w:rPr>
          <w:b/>
        </w:rPr>
        <w:t xml:space="preserve">[38:45] </w:t>
      </w:r>
      <w:r>
        <w:t>kaam yeh hai ke aap insaan ki humdardi mein us ke liye Allah se duaayein karein. kaam yeh hai ke aap insaan ki humdardi mein us ke liye duaayein karein.</w:t>
      </w:r>
    </w:p>
    <w:p>
      <w:pPr>
        <w:jc w:val="right"/>
      </w:pPr>
      <w:r>
        <w:t>کام یہ ہے کہ آپ انسان کی ہمدردی میں اس کے لیے اللہ سے دعائیں کریں. کام یہ ہے کہ آپ انسان کی ہمدردی میں اس کے لیے دعائیں کریں.</w:t>
      </w:r>
    </w:p>
    <w:p>
      <w:r>
        <w:rPr>
          <w:b/>
        </w:rPr>
        <w:t xml:space="preserve">[39:11] </w:t>
      </w:r>
      <w:r>
        <w:t>insaan se aap ki khair khwahi itna badh jaye itna badh jaye itna badh jaye ke aap us ke liye Allah se duaayein karne lagein. yeh hai asal kaam. jo taliyan bajana yeh koi kaam hi nahi hai.</w:t>
      </w:r>
    </w:p>
    <w:p>
      <w:pPr>
        <w:jc w:val="right"/>
      </w:pPr>
      <w:r>
        <w:t>انسان سے آپ کی خیر خواہی اتنا بڑھ جائے اتنا بڑھ جائے اتنا بڑھ جائے کہ آپ اس کے لیے اللہ سے دعائیں کرنے لگیں. یہ ہے اصل کام. جو تالیاں بجانا یہ کوئی کام ہی نہیں ہے.</w:t>
      </w:r>
    </w:p>
    <w:p>
      <w:r>
        <w:rPr>
          <w:b/>
        </w:rPr>
        <w:t xml:space="preserve">[39:39] </w:t>
      </w:r>
      <w:r>
        <w:t>agar aap rasool Allah ki seerat padhein toh rasool Allah apne sahaba ke darmiyan taqreer karte the. koi ek misaal nahi milegi aap ko ke sahaba aap ke taqreeron par taliyan bajate the. koi ek misaal nahi milegi ke aap ko ke rasool Allah ne taqreer ki rasool Allah ne taqreer ki aur taliyan baja rahe hain sahaba taliyan baja rahe hain.</w:t>
      </w:r>
    </w:p>
    <w:p>
      <w:pPr>
        <w:jc w:val="right"/>
      </w:pPr>
      <w:r>
        <w:t>اگر آپ رسول اللہ کی سیرت پڑھیں تو رسول اللہ اپنے صحابہ کے درمیان تقریر کرتے تھے. کوئی ایک مثال نہیں ملے گی آپ کو کہ صحابہ آپ کے تقریروں پر تالیاں بجاتے تھے. کوئی ایک مثال نہیں ملے گی کہ آپ کو کہ رسول اللہ نے تقریر کی رسول اللہ نے تقریر کی اور تالیاں بجا رہے ہیں صحابہ تالیاں بجا رہے ہیں.</w:t>
      </w:r>
    </w:p>
    <w:p>
      <w:r>
        <w:rPr>
          <w:b/>
        </w:rPr>
        <w:t xml:space="preserve">[40:08] </w:t>
      </w:r>
      <w:r>
        <w:t>toh jahan yeh sab kaam hota hai ke lalkarne wala andaz aur phir taliyan phir false pride. wahan kabhi farishte nahi aate kabhi nahi aa sakte farishte wahan par. kyunke yeh kaam hi nahi yeh islam ka kaam hi nahi hai.</w:t>
      </w:r>
    </w:p>
    <w:p>
      <w:pPr>
        <w:jc w:val="right"/>
      </w:pPr>
      <w:r>
        <w:t>تو جہاں یہ سب کام ہوتا ہے کہ للکارنے والا انداز اور پھر تالیاں پھر فالس پرائیڈ. وہاں کبھی فرشتے نہیں آتے کبھی نہیں آ سکتے فرشتے وہاں پر. کیونکہ یہ کام ہی نہیں یہ اسلام کا کام ہی نہیں ہے.</w:t>
      </w:r>
    </w:p>
    <w:p>
      <w:r>
        <w:rPr>
          <w:b/>
        </w:rPr>
        <w:t xml:space="preserve">[40:36] </w:t>
      </w:r>
      <w:r>
        <w:t>toh sab se is waqt mein samajhta hoon ke sab ke liye starting point yeh hai ke hum apna introspection karein. mein dua karta hoon ke Allah taala mujh ko aur aap ko tofeeq de ke hum Allah ki kitab ko phir se samjhein.</w:t>
      </w:r>
    </w:p>
    <w:p>
      <w:pPr>
        <w:jc w:val="right"/>
      </w:pPr>
      <w:r>
        <w:t>تو سب سے اس وقت میں سمجھتا ہوں کہ سب کے لیے ہم سب کے لیے اسٹارٹنگ پوائنٹ یہ ہے کہ ہم اپنا انٹروسپیکشن کریں. میں دعا کرتا ہوں کہ اللہ تعالیٰ مجھ کو اور آپ کو توفیق دے کہ ہم اللہ کی کتاب کو پھر سے سمجھیں.</w:t>
      </w:r>
    </w:p>
    <w:p>
      <w:r>
        <w:rPr>
          <w:b/>
        </w:rPr>
        <w:t xml:space="preserve">[41:04] </w:t>
      </w:r>
      <w:r>
        <w:t>Allah ki taleemat ko phir se discover karein. aur is ke mutabiq apni zindagi ko banayein. aur sab se bada kaam hai dawat Allah aur sab se bada kaam hai quran ko logon tak pahunchana.</w:t>
      </w:r>
    </w:p>
    <w:p>
      <w:pPr>
        <w:jc w:val="right"/>
      </w:pPr>
      <w:r>
        <w:t>اللہ کی تعلیمات کو پھر سے ڈسکور کریں. اور اس کے مطابق اپنی زندگی کو بنائیں. اور سب سے بڑا کام ہے دعوت اللہ اور سب سے بڑا کام ہے قرآن کو لوگوں تک پہنچانا.</w:t>
      </w:r>
    </w:p>
    <w:p>
      <w:r>
        <w:rPr>
          <w:b/>
        </w:rPr>
        <w:t xml:space="preserve">[41:26] </w:t>
      </w:r>
      <w:r>
        <w:t>assalam o alaikum wa rehmatullah.</w:t>
      </w:r>
    </w:p>
    <w:p>
      <w:pPr>
        <w:jc w:val="right"/>
      </w:pPr>
      <w:r>
        <w:t>السلام علیکم ورحمة اللہ.</w:t>
      </w:r>
    </w:p>
    <w:p>
      <w:r>
        <w:rPr>
          <w:b/>
        </w:rPr>
        <w:t xml:space="preserve">[41:33] </w:t>
      </w:r>
      <w:r>
        <w:t>okay before we start with the question answers we want to share with all our viewers worldwide</w:t>
      </w:r>
    </w:p>
    <w:p>
      <w:pPr>
        <w:jc w:val="right"/>
      </w:pPr>
      <w:r>
        <w:t>اوکے بیفور وی سٹارٹ ود دی کوئسچن آنسرز وی وانٹ ٹو شیئر ود آل آور ویورز ورلڈ وائیڈ</w:t>
      </w:r>
    </w:p>
    <w:p>
      <w:r>
        <w:rPr>
          <w:b/>
        </w:rPr>
        <w:t xml:space="preserve">[41:40] </w:t>
      </w:r>
      <w:r>
        <w:t>aa inader good news which is aa one more translation of quran has been completed aa cp</w:t>
      </w:r>
    </w:p>
    <w:p>
      <w:pPr>
        <w:jc w:val="right"/>
      </w:pPr>
      <w:r>
        <w:t>آہ انادر گڈ نیوز وچ از آہ ون مور ٹرانسلیشن آف قرآن ہیز بین کمپلیٹڈ آہ سی پی</w:t>
      </w:r>
    </w:p>
    <w:p>
      <w:r>
        <w:rPr>
          <w:b/>
        </w:rPr>
        <w:t xml:space="preserve">[41:47] </w:t>
      </w:r>
      <w:r>
        <w:t>as and good word books as you know has been working in this area for many aa for</w:t>
      </w:r>
    </w:p>
    <w:p>
      <w:pPr>
        <w:jc w:val="right"/>
      </w:pPr>
      <w:r>
        <w:t>ایس اینڈ گڈ ورڈ بکس ایز یو نو ہیز بین ورکنگ ان دس ایریا فار مینی آہ فار</w:t>
      </w:r>
    </w:p>
    <w:p>
      <w:r>
        <w:rPr>
          <w:b/>
        </w:rPr>
        <w:t xml:space="preserve">[41:54] </w:t>
      </w:r>
      <w:r>
        <w:t>many years now aa so far twenty translations have been released aa we have come out with one</w:t>
      </w:r>
    </w:p>
    <w:p>
      <w:pPr>
        <w:jc w:val="right"/>
      </w:pPr>
      <w:r>
        <w:t>مینی ایئرز ناؤ آہ سو فار ٹونٹی ٹرانسلیشنز ہیو بین ریلیزڈ آہ وی ہیو کم آؤٹ ود ون</w:t>
      </w:r>
    </w:p>
    <w:p>
      <w:r>
        <w:rPr>
          <w:b/>
        </w:rPr>
        <w:t xml:space="preserve">[42:02] </w:t>
      </w:r>
      <w:r>
        <w:t>more international translation which is in portuguese language you can get these aa translation from aa www</w:t>
      </w:r>
    </w:p>
    <w:p>
      <w:pPr>
        <w:jc w:val="right"/>
      </w:pPr>
      <w:r>
        <w:t>مور انٹرنیشنل ٹرانسلیشن وچ از ان پرتگیز لینگویج یو کین گیٹ دیز آہ ٹرانسلیشن فرام آہ ڈبلیو ڈبلیو</w:t>
      </w:r>
    </w:p>
    <w:p>
      <w:r>
        <w:rPr>
          <w:b/>
        </w:rPr>
        <w:t xml:space="preserve">[42:09] </w:t>
      </w:r>
      <w:r>
        <w:t>w.goodwordbooks.com it will also be available on cps web</w:t>
      </w:r>
    </w:p>
    <w:p>
      <w:pPr>
        <w:jc w:val="right"/>
      </w:pPr>
      <w:r>
        <w:t>ڈبلیو ڈاٹ گڈ ورڈ بکس ڈاٹ کام اٹ ویل آل سو بی اویلیبل آن سی پی ایس ویب</w:t>
      </w:r>
    </w:p>
    <w:p>
      <w:r>
        <w:rPr>
          <w:b/>
        </w:rPr>
        <w:t xml:space="preserve">[42:16] </w:t>
      </w:r>
      <w:r>
        <w:t>site so ah i would now request ah Maulana Wahiduddin Khan sahib to release ah ah the</w:t>
      </w:r>
    </w:p>
    <w:p>
      <w:pPr>
        <w:jc w:val="right"/>
      </w:pPr>
      <w:r>
        <w:t>سائٹ سو آہ آئی وڈ ناؤ ریکویسٹ آہ مولانا وحید الدین خان صاحب ٹو ریلیز آہ آہ دی</w:t>
      </w:r>
    </w:p>
    <w:p>
      <w:r>
        <w:rPr>
          <w:b/>
        </w:rPr>
        <w:t xml:space="preserve">[42:23] </w:t>
      </w:r>
      <w:r>
        <w:t>new translation of Quran in portuguese language.</w:t>
      </w:r>
    </w:p>
    <w:p>
      <w:pPr>
        <w:jc w:val="right"/>
      </w:pPr>
      <w:r>
        <w:t>نیو ٹرانسلیشن آف قرآن ان پرتگیز لینگویج.</w:t>
      </w:r>
    </w:p>
    <w:p>
      <w:r>
        <w:rPr>
          <w:b/>
        </w:rPr>
        <w:t xml:space="preserve">[42:31] </w:t>
      </w:r>
      <w:r>
        <w:t>yeh bohat hi anokhi baat hai ke Allah taala ne hamari team ko yeh tofeeq di ke woh dunya ki bees zabanon mein tarjuma tayyar kar ke chhap chuka hai aur is mein se ek yeh hai.</w:t>
      </w:r>
    </w:p>
    <w:p>
      <w:pPr>
        <w:jc w:val="right"/>
      </w:pPr>
      <w:r>
        <w:t>یہ بہت ہی انوکھی بات ہے کہ اللہ تعالیٰ نے ہماری ٹیم کو یہ توفیق دی کہ وہ دنیا کی بیس زبانوں میں ترجمہ تیار کر کے چھپ چکا ہے اور اس میں سے ایک یہ ہے.</w:t>
      </w:r>
    </w:p>
    <w:p>
      <w:r>
        <w:rPr>
          <w:b/>
        </w:rPr>
        <w:t xml:space="preserve">[42:58] </w:t>
      </w:r>
      <w:r>
        <w:t>bohat ajib baat hai bees zabanon mein. yeh woh kaam hai jis ka tareekh ko bohat arse se intezar tha. quran sirf arabi zaban mein tha dunya chahti thi ke is ko is ki apni zaban mein quran mile.</w:t>
      </w:r>
    </w:p>
    <w:p>
      <w:pPr>
        <w:jc w:val="right"/>
      </w:pPr>
      <w:r>
        <w:t>بہت عجیب بات ہے بیس زبانوں میں. یہ وہ کام ہے جس کا تاریخ کو بہت عرصے سے انتظار تھا. قرآن صرف عربی زبان میں تھا دنیا چاہتی تھی کہ اس کو اس کی اپنی زبان میں قرآن ملے.</w:t>
      </w:r>
    </w:p>
    <w:p>
      <w:r>
        <w:rPr>
          <w:b/>
        </w:rPr>
        <w:t xml:space="preserve">[43:24] </w:t>
      </w:r>
      <w:r>
        <w:t>to allah ke fazl se hamare sathiyon ko is ka hausla hua is kaam ko unhon ne shuru kiya aur ab bees zabanon mein quran ka tarjuma all ready chhap chuka hai.</w:t>
      </w:r>
    </w:p>
    <w:p>
      <w:pPr>
        <w:jc w:val="right"/>
      </w:pPr>
      <w:r>
        <w:t>تو اللہ کے فضل سے ہمارے ساتھیوں کو اس کا حوصلہ ہوا اس کام کو انہوں نے شروع کیا اور اب بیس زبانوں میں قرآن کا ترجمہ آل ریڈی چھپ چکا ہے.</w:t>
      </w:r>
    </w:p>
    <w:p>
      <w:r>
        <w:rPr>
          <w:b/>
        </w:rPr>
        <w:t xml:space="preserve">[43:44] </w:t>
      </w:r>
      <w:r>
        <w:t>main dua karta hoon ke allah taala in sab logon ko jo is kaam mein shareek hain bohat ziyada bohat ziyada bohat ziyada reward ata farmaye amin. okay so we would start we would start with the question answer session now.</w:t>
      </w:r>
    </w:p>
    <w:p>
      <w:pPr>
        <w:jc w:val="right"/>
      </w:pPr>
      <w:r>
        <w:t>میں دعا کرتا ہوں کہ اللہ تعالیٰ ان سب لوگوں کو جو اس کام میں شریک ہیں بہت زیادہ بہت زیادہ بہت زیادہ ریوارڈ عطا فرمائے آمین. اوکے سو وی وڈ سٹارٹ وی وڈ سٹارٹ ود دی کوئسچن آنسر سیشن ناؤ.</w:t>
      </w:r>
    </w:p>
    <w:p>
      <w:r>
        <w:rPr>
          <w:b/>
        </w:rPr>
        <w:t xml:space="preserve">[44:14] </w:t>
      </w:r>
      <w:r>
        <w:t>questions lene se pehle main kuch comments padhna chahunga molana jo kai logon ne bheje hain. faraz khan ne kolkata se likha hai molana sahib your words give us hope and positivity. molana iqbal umri ne chennai se likha hai molana dawati zehan na hone ki wajah se ulma koi positive fatwa de nahi paate.</w:t>
      </w:r>
    </w:p>
    <w:p>
      <w:pPr>
        <w:jc w:val="right"/>
      </w:pPr>
      <w:r>
        <w:t>کوئسچنز لینے سے پہلے میں کچھ کمنٹس پڑھنا چاہوں گا مولانا جو کئی لوگوں نے بھیجے ہیں. فراز خان نے کلکتہ سے لکھا ہے مولانا صاحب یور ورڈز گیو اس ہوپ اینڈ پازیٹیوٹی. مولانا اقبال عمری نے چنئی سے لکھا ہے مولانا دعوتی ذہن نہ ہونے کی وجہ سے علماء کوئی پازیٹیو فتویٰ دے نہیں پاتے.</w:t>
      </w:r>
    </w:p>
    <w:p>
      <w:r>
        <w:rPr>
          <w:b/>
        </w:rPr>
        <w:t xml:space="preserve">[44:41] </w:t>
      </w:r>
      <w:r>
        <w:t>ab ab sare ulma par zaroori hai ke woh aman aur dawat ka fatwa dein. woh dawat karein debate nahi dua karein bad dua nahi. jazaak allah molana sahib for today's talk. muhammad usman ne malegaon se likha hai will durant in his book titled the story of philosophy talks about humanization of knowledge.</w:t>
      </w:r>
    </w:p>
    <w:p>
      <w:pPr>
        <w:jc w:val="right"/>
      </w:pPr>
      <w:r>
        <w:t>اب اب سارے علماء پر ضروری ہے کہ وہ امن اور دعوت کا فتویٰ دیں. وہ دعوت کریں ڈیبیٹ نہیں دعا کریں بد دعا نہیں. جزاک اللہ مولانا صاحب فار ٹوڈے ٹاک. محمد عثمان نے مالے گاؤں سے لکھا ہے ول ڈورینٹ ان ہز بک ٹائٹلڈ دا سٹوری آف فلاسفی ٹاکس اباؤٹ ہیومنائزیشن آف نالج.</w:t>
      </w:r>
    </w:p>
    <w:p>
      <w:r>
        <w:rPr>
          <w:b/>
        </w:rPr>
        <w:t xml:space="preserve">[45:08] </w:t>
      </w:r>
      <w:r>
        <w:t>by this term he means the efforts to find out relevant and irrelevant knowledge and to find out what is the real use of knowledge. in the same way molana sahib has been humanizing islamic knowledge for us. elsewhere we find islam explained in such a manner that does not affect our life and thinking.</w:t>
      </w:r>
    </w:p>
    <w:p>
      <w:pPr>
        <w:jc w:val="right"/>
      </w:pPr>
      <w:r>
        <w:t>بائی دس ٹرم ہی مینز دی ایفرٹس ٹو فائنڈ آؤٹ ریلیونٹ اینڈ اریلیونٹ نالج اینڈ ٹو فائنڈ آؤٹ واٹ از دا ریئل یوز آف نالج. ان دا سیم وے مولانا صاحب ہیز بین ہیومنائزنگ اسلامک نالج فار اس. ایلس ویر وی فائنڈ اسلام ایکسپلینڈ ان سچ ا مینر دیٹ ڈز ناٹ ایفیکٹ آور لائف اینڈ تھنکنگ.</w:t>
      </w:r>
    </w:p>
    <w:p>
      <w:r>
        <w:rPr>
          <w:b/>
        </w:rPr>
        <w:t xml:space="preserve">[45:32] </w:t>
      </w:r>
      <w:r>
        <w:t>but molana makes teachings of islam so relevant that we are able to experience islam in our breaths and in our heart beats. molana ab sawal lena chahenge. pehla sawal ah bheja hai ansar sahib ne lucknow se.</w:t>
      </w:r>
    </w:p>
    <w:p>
      <w:pPr>
        <w:jc w:val="right"/>
      </w:pPr>
      <w:r>
        <w:t>بٹ مولانا میکس ٹیچنگز آف اسلام سو ریلیونٹ دیٹ وی آر ایبل ٹو ایکسپیرینس اسلام ان آور بریتھس اینڈ ان آور ہارٹ بیٹس. مولانا اب سوال لینا چاہیں گے. پہلا سوال آہ بھیجا ہے انس صاحب نے لکھنو سے.</w:t>
      </w:r>
    </w:p>
    <w:p>
      <w:r>
        <w:rPr>
          <w:b/>
        </w:rPr>
        <w:t xml:space="preserve">[45:52] </w:t>
      </w:r>
      <w:r>
        <w:t>unhon ne likha hai molana what is your guidance to all the american muslims in the background of new president donald trump who also mentioned negatively about islam in his first speech of acceptance as the president. many american muslims are worried that backlash and racial behavior will increase now.</w:t>
      </w:r>
    </w:p>
    <w:p>
      <w:pPr>
        <w:jc w:val="right"/>
      </w:pPr>
      <w:r>
        <w:t>انہوں نے لکھا ہے مولانا واٹ از یور گائیڈنس ٹو آل دی امریکن مسلمز ان دی بیک گراؤنڈ آف نیو پریسیڈنٹ ڈونلڈ ٹرمپ ہو آل سو مینشن نیگیٹیولی اباؤٹ اسلام ان ہز فرسٹ سپیچ آف ایکسیپٹنس ایز دا پریسیڈنٹ. مینی امریکن مسلمز آر وریڈ دیٹ بیک لیش اینڈ ریشل بیہیویئر ویل انکریز ناؤ.</w:t>
      </w:r>
    </w:p>
    <w:p>
      <w:r>
        <w:rPr>
          <w:b/>
        </w:rPr>
        <w:t xml:space="preserve">[46:17] </w:t>
      </w:r>
      <w:r>
        <w:t>what is your guidance to all us americans? dekhiye aap sirat rasool ko padhiye. kisi ne kuch keh diya yeh to koi problem hi nahi hai. yani donald trump ne yeh to kaha kuch keh diya.</w:t>
      </w:r>
    </w:p>
    <w:p>
      <w:pPr>
        <w:jc w:val="right"/>
      </w:pPr>
      <w:r>
        <w:t>واٹ از یور گائیڈنس ٹو آل اس امریکنز؟ دیکھیے آپ سیرت رسول کو پڑھیے. کسی نے کچھ کہہ دیا یہ تو کوئی پرابلم ہی نہیں ہے. یعنی ڈونلڈ ٹرمپ نے یہ تو کہا کچھ کہہ دیا.</w:t>
      </w:r>
    </w:p>
    <w:p>
      <w:r>
        <w:rPr>
          <w:b/>
        </w:rPr>
        <w:t xml:space="preserve">[46:41] </w:t>
      </w:r>
      <w:r>
        <w:t>yani rasool allah ki taees saal ki zindagi mein makka mein madina mein log kehte the bohat ziyada baatein. rasool allah ne kabhi notice hi nahi liya un ka. to yeh kaun sa masla kya hai yeh koi problem hi nahi. koi physical problem paida nahi hua aap ke liye. unhein order nahi hoga ke salam usman chhod dein. yani koi aisa masla jo waqai masla hua paida hi nahi hua. kuch bol hain chhup jaate hain media mein.</w:t>
      </w:r>
    </w:p>
    <w:p>
      <w:pPr>
        <w:jc w:val="right"/>
      </w:pPr>
      <w:r>
        <w:t>یعنی رسول اللہ کی تئیس سال کی زندگی میں مکہ میں مدینے میں لوگ کہتے تھے بہت زیادہ باتیں. رسول اللہ نے کبھی نوٹس ہی نہیں لیا ان کا. تو یہ کون سا مسئلہ کیا ہے یہ کوئی پرابلم ہی نہیں. کوئی فزیکل پرابلم پیدا نہیں ہوا آپ کے لیے. انہیں آرڈر نہیں ہوگا کہ سلام عثمان چھوڑ دیں. یعنی کوئی ایسا مسئلہ جو واقعی مسئلہ ہوا پیدا ہی نہیں ہوا. کچھ بول ہیں چھپ جاتے ہیں میڈیا میں.</w:t>
      </w:r>
    </w:p>
    <w:p>
      <w:r>
        <w:rPr>
          <w:b/>
        </w:rPr>
        <w:t xml:space="preserve">[47:11] </w:t>
      </w:r>
      <w:r>
        <w:t>to masla hi nahi hai. main hairaan hoon ke kaisa musalman hai yeh. ke real masla aur aur sab farzi masle mein farq nahi karte. real masla aur farzi masle mein farq nahi karte. yeh koi real masla hi nahi maine dekha. to kuch nahi aap apna kaam kar jo karte hain karte rahiye. woh bhi jo un ko karna hai woh karte rahenge.</w:t>
      </w:r>
    </w:p>
    <w:p>
      <w:pPr>
        <w:jc w:val="right"/>
      </w:pPr>
      <w:r>
        <w:t>تو مسئلہ ہی نہیں ہے. میں حیران ہوں کہ کیسا مسلمان ہے یہ. کہ ریئل مسئلہ اور اور سب فرضی مسئلے میں فرق نہیں کرتے. ریئل مسئلہ اور فرضی مسئلے میں فرق نہیں کرتے. یہ کوئی ریئل مسئلہ ہی نہیں میں نے دیکھا. تو کچھ نہیں آپ اپنا کام کر جو کرتے ہیں کرتے رہیے. وہ بھی جو ان کو کرنا ہے وہ کرتے رہیں گے.</w:t>
      </w:r>
    </w:p>
    <w:p>
      <w:r>
        <w:rPr>
          <w:b/>
        </w:rPr>
        <w:t xml:space="preserve">[47:39] </w:t>
      </w:r>
      <w:r>
        <w:t>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p>
    <w:p>
      <w:pPr>
        <w:jc w:val="right"/>
      </w:pPr>
      <w:r>
        <w:t>الفاظ کے بولنے سے کبھی بھی یہ مسلمانوں کو پریشان نہیں ہونا چاہیے. مولانا دوسرا سوال لیتے ہیں. آہ یہ سوال بھیجا ہے اسماعیل صاحب نے گوالیئر سے. انہوں نے لکھا ہے مولانا مسلمانوں کا یو ٹرن لینے کا مطلب یہ ہوگا کہ مسلمان غلطی پر ہیں. لیکن یہ مسلم لیڈرز ہونے نہیں دیں گے. کیونکہ یہ ان کی فالس پرائیڈ کو ہرٹ کرتا ہے.</w:t>
      </w:r>
    </w:p>
    <w:p>
      <w:r>
        <w:rPr>
          <w:b/>
        </w:rPr>
        <w:t xml:space="preserve">[48:09] </w:t>
      </w:r>
      <w:r>
        <w:t>aur un ki leaders ko leadership ko challenge karta hai. to phir change kaise aayega? revival of islam kaise hoga? kyunke yeh leaders aisa hone nahi denge. nahi aisa nahi hai. mere nazdeek har case jo hai unawareness ka case hota hai bekhabari ka.</w:t>
      </w:r>
    </w:p>
    <w:p>
      <w:pPr>
        <w:jc w:val="right"/>
      </w:pPr>
      <w:r>
        <w:t>اور ان کی لیڈروں کو لیڈری کو چیلنج کرتا ہے. تو پھر چینج کیسے آئے گا؟ ریوائیول آف اسلام کیسے ہوگا؟ کیونکہ یہ لیڈرز ایسا ہونے نہیں دیں گے. نہیں ایسا نہیں ہے. میرے نزدیک ہر کیس جو ہے ان اویرنس کا کیس ہوتا ہے بے خبری کا.</w:t>
      </w:r>
    </w:p>
    <w:p>
      <w:r>
        <w:rPr>
          <w:b/>
        </w:rPr>
        <w:t xml:space="preserve">[48:33] </w:t>
      </w:r>
      <w:r>
        <w:t>is waqt log jo hain woh bekhabar hain ke kya opportunity khuli hain. jaise main is waqt misaal deta hoon ke india mein jab india azad hua nineteen forty seven mein to sare musalman kya samajhte the ke india mein un ke liye koi koi kuch mauka nahi hai. india mein scope nahi hai. sab bhagte the india se bhagte the ka mulk bana hua tha us waqt.</w:t>
      </w:r>
    </w:p>
    <w:p>
      <w:pPr>
        <w:jc w:val="right"/>
      </w:pPr>
      <w:r>
        <w:t>اس وقت لوگ جو ہیں وہ بے خبر ہیں کہ کیا اپرچونیٹی کھلی ہیں. جیسے میں اس وقت مثال دیتا ہوں کہ انڈیا میں جب انڈیا آزاد ہوا نائنٹین فورٹی سیون میں تو سارے مسلمان کیا سمجھتے تھے کہ انڈیا میں ان کے لیے کوئی کوئی کچھ موقع نہیں ہے. انڈیا میں اسکوپ نہیں ہے. سب بھاگتے تھے انڈیا سے بھاگتے تھے کا ملک بنا ہوا تھا اس وقت.</w:t>
      </w:r>
    </w:p>
    <w:p>
      <w:r>
        <w:rPr>
          <w:b/>
        </w:rPr>
        <w:t xml:space="preserve">[49:02] </w:t>
      </w:r>
      <w:r>
        <w:t>lekin nineteen seventy one mein jo waqia hua nineteen seventy one mein us ke baad musalmanon ka mind badal gaya. ab isi mein isi mein india mein musalman khoob kama rahe hain khoob kaam kar rahe hain padh rahe hain sab kuch. to jo aap farma rahe hain woh bhi unawareness case hai. bohat se log aise hain jo jinki bekhabari toot gayi to woh theek chal rahe hain.</w:t>
      </w:r>
    </w:p>
    <w:p>
      <w:pPr>
        <w:jc w:val="right"/>
      </w:pPr>
      <w:r>
        <w:t>لیکن نائنٹین سیونٹی ون میں جو واقعہ ہوا نائنٹین سیونٹی ون میں اس کے بعد مسلمانوں کا مائنڈ بدل گیا. اب اسی میں اسی میں انڈیا میں مسلمان خوب کما رہے ہیں خوب کام کر رہے ہیں پڑھ رہے ہیں سب کچھ. تو جو آپ فرما رہے ہیں وہ بھی ان اویرنس کیس ہے. بہت سے لوگ ایسے ہیں جو جن کی بے خبری ٹوٹ گئی تو وہ ٹھیک چل رہے ہیں.</w:t>
      </w:r>
    </w:p>
    <w:p>
      <w:r>
        <w:rPr>
          <w:b/>
        </w:rPr>
        <w:t xml:space="preserve">[49:29] </w:t>
      </w:r>
      <w:r>
        <w:t>logon ki bekhabari ko todiye us ke baad sara mamla normal ho jayega. ji ah molana agla sawal lete hain jo ah bheja hai amir mori sahib ne srinagar se.</w:t>
      </w:r>
    </w:p>
    <w:p>
      <w:pPr>
        <w:jc w:val="right"/>
      </w:pPr>
      <w:r>
        <w:t>لوگوں کی بے خبری کو توڑیے اس کے بعد سارا معاملہ نارمل ہو جائے گا. جی آہ مولانا اگلا سوال لیتے ہیں جو آہ بھیجا ہے عامر موری صاحب نے سری نگر سے.</w:t>
      </w:r>
    </w:p>
    <w:p>
      <w:r>
        <w:rPr>
          <w:b/>
        </w:rPr>
        <w:t xml:space="preserve">[49:44] </w:t>
      </w:r>
      <w:r>
        <w:t>unhonne likha hai ah Maulana sahib last sunday my question was not answered i am repeating my</w:t>
      </w:r>
    </w:p>
    <w:p>
      <w:pPr>
        <w:jc w:val="right"/>
      </w:pPr>
      <w:r>
        <w:t>انہوں نے لکھا ہے آہ مولانا صاحب لاسٹ سنڈے مائی کوئسچن واز ناٹ آنسرڈ آئی ایم ریپیٹنگ مائی</w:t>
      </w:r>
    </w:p>
    <w:p>
      <w:r>
        <w:rPr>
          <w:b/>
        </w:rPr>
        <w:t xml:space="preserve">[49:51] </w:t>
      </w:r>
      <w:r>
        <w:t>ah question my question is the word qalb is mentioned at many places in Quran and majority of</w:t>
      </w:r>
    </w:p>
    <w:p>
      <w:pPr>
        <w:jc w:val="right"/>
      </w:pPr>
      <w:r>
        <w:t>آہ کوئسچن مائی کوئسچن از دا ورڈ قلب از مینشن ایٹ مینی پلیسز ان قرآن اینڈ میجورٹی آف</w:t>
      </w:r>
    </w:p>
    <w:p>
      <w:r>
        <w:rPr>
          <w:b/>
        </w:rPr>
        <w:t xml:space="preserve">[49:59] </w:t>
      </w:r>
      <w:r>
        <w:t>scholars have interpreted it as heart.</w:t>
      </w:r>
    </w:p>
    <w:p>
      <w:pPr>
        <w:jc w:val="right"/>
      </w:pPr>
      <w:r>
        <w:t>سکالرز ہیو انٹرپریٹڈ اٹ ایز ہارٹ.</w:t>
      </w:r>
    </w:p>
    <w:p>
      <w:r>
        <w:rPr>
          <w:b/>
        </w:rPr>
        <w:t xml:space="preserve">[50:07] </w:t>
      </w:r>
      <w:r>
        <w:t>how can we address people that the right interpretation of word qalb is mind? kindly guide us with detailed explanation.</w:t>
      </w:r>
    </w:p>
    <w:p>
      <w:pPr>
        <w:jc w:val="right"/>
      </w:pPr>
      <w:r>
        <w:t>ہاؤ کین وی ایڈریس پیپل دیٹ دا رائٹ انٹرپریٹیشن آف ورڈ قلب از مائنڈ؟ کائنڈلی گائیڈ اس ود ڈیٹیلڈ ایکسپلینیشن.</w:t>
      </w:r>
    </w:p>
    <w:p>
      <w:r>
        <w:rPr>
          <w:b/>
        </w:rPr>
        <w:t xml:space="preserve">[50:15] </w:t>
      </w:r>
      <w:r>
        <w:t>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p>
    <w:p>
      <w:pPr>
        <w:jc w:val="right"/>
      </w:pPr>
      <w:r>
        <w:t>اس پر میں لکھوں گا بہت تفصیل کے ساتھ رسالے میں. قلب کا معنی ہارٹ کا ہوتا ہی نہیں. قلب اور مائنڈ دونوں ایک ہی چیز ہیں. یہ غلط ہے. جو سائنس کی سائنس کی جو ڈسکوری ہے وہی صحیح ہے کہ کہ دل جو ہے یعنی ہارٹ صرف سرکولیشن آف بلڈ کا ذریعہ ہے اور کچھ نہیں.</w:t>
      </w:r>
    </w:p>
    <w:p>
      <w:r>
        <w:rPr>
          <w:b/>
        </w:rPr>
        <w:t xml:space="preserve">[50:41] </w:t>
      </w:r>
      <w:r>
        <w:t>yeh to bohat main likh chuka hoon aap padhiye meri meri writing jo hai chhap chuki hai. yeh bohat likh chuka hoon kafi likh chuka hoon main is ko. ji bilkul yeh to waise hi hai jaise ke ab aaj koi maane ke suraj zameen ke gird ghoom raha hai. aise hi hai yeh.</w:t>
      </w:r>
    </w:p>
    <w:p>
      <w:pPr>
        <w:jc w:val="right"/>
      </w:pPr>
      <w:r>
        <w:t>یہ تو بہت میں لکھ چکا ہوں آپ پڑھیے میری میری رائٹنگ جو ہے چھپ چکی ہے. یہ بہت لکھ چکا ہوں کافی لکھ چکا ہوں میں اس کو. جی بالکل یہ تو ویسے ہی ہے جیسے کہ اب آج کوئی مانے کہ سورج زمین کے گرد گھوم رہا ہے. ایسے ہی ہے یہ.</w:t>
      </w:r>
    </w:p>
    <w:p>
      <w:r>
        <w:rPr>
          <w:b/>
        </w:rPr>
        <w:t xml:space="preserve">[51:04] </w:t>
      </w:r>
      <w:r>
        <w:t>Maulana agla sawal lene se pehle ek comment padhna chahenge jo doctor Safina Tabassum ne bheja hai Ajmer se.</w:t>
      </w:r>
    </w:p>
    <w:p>
      <w:pPr>
        <w:jc w:val="right"/>
      </w:pPr>
      <w:r>
        <w:t>مولانا اگلا سوال لینے سے پہلے ایک کمنٹ پڑھنا چاہیں گے جو ڈاکٹر صفینہ تبسم نے بھیجا ہے اجمیر سے.</w:t>
      </w:r>
    </w:p>
    <w:p>
      <w:r>
        <w:rPr>
          <w:b/>
        </w:rPr>
        <w:t xml:space="preserve">[51:10] </w:t>
      </w:r>
      <w:r>
        <w:t>unhonne likha hai Maulana sahib you really made it clear that God's help will not come for reaction.</w:t>
      </w:r>
    </w:p>
    <w:p>
      <w:pPr>
        <w:jc w:val="right"/>
      </w:pPr>
      <w:r>
        <w:t>انہوں نے لکھا ہے مولانا صاحب یو ریلی میڈ اٹ کلیئر دیٹ گاڈز ہیلپ ویل ناٹ کم فار ری ایکشن.</w:t>
      </w:r>
    </w:p>
    <w:p>
      <w:r>
        <w:rPr>
          <w:b/>
        </w:rPr>
        <w:t xml:space="preserve">[51:16] </w:t>
      </w:r>
      <w:r>
        <w:t>it will only be there for a well planned and creative action.</w:t>
      </w:r>
    </w:p>
    <w:p>
      <w:pPr>
        <w:jc w:val="right"/>
      </w:pPr>
      <w:r>
        <w:t>اٹ ویل اونلی بی دیر فار اے ویل پلانڈ اینڈ کریٹیو ایکشن.</w:t>
      </w:r>
    </w:p>
    <w:p>
      <w:r>
        <w:rPr>
          <w:b/>
        </w:rPr>
        <w:t xml:space="preserve">[51:22] </w:t>
      </w:r>
      <w:r>
        <w:t>angels are helping those who act in this manner.</w:t>
      </w:r>
    </w:p>
    <w:p>
      <w:pPr>
        <w:jc w:val="right"/>
      </w:pPr>
      <w:r>
        <w:t>اینجلز آر ہیلپنگ دوز ہو ایکٹ ان دس مینر.</w:t>
      </w:r>
    </w:p>
    <w:p>
      <w:r>
        <w:rPr>
          <w:b/>
        </w:rPr>
        <w:t xml:space="preserve">[51:28] </w:t>
      </w:r>
      <w:r>
        <w:t>i am really thrilled by today's class.</w:t>
      </w:r>
    </w:p>
    <w:p>
      <w:pPr>
        <w:jc w:val="right"/>
      </w:pPr>
      <w:r>
        <w:t>آئی ایم ریلی تھرلڈ بائے ٹوڈے کلاس.</w:t>
      </w:r>
    </w:p>
    <w:p>
      <w:r>
        <w:rPr>
          <w:b/>
        </w:rPr>
        <w:t xml:space="preserve">[51:35] </w:t>
      </w:r>
      <w:r>
        <w:t>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p>
    <w:p>
      <w:pPr>
        <w:jc w:val="right"/>
      </w:pPr>
      <w:r>
        <w:t>مولانا اگلا سوال بھیجا ہے پاکستان سے انس چوہدری صاحب نے. انہوں نے لکھا ہے مولانا صاحب یو سٹریس آن ڈیلنگ ایوری ایشو ودا آؤٹ اینی ری ایکشن. بٹ واٹ اف اے پرسن نوز دیٹ ہی از بینگ مس ٹریٹڈ ان ہز جاب اینڈ ہیز ٹو لیو دا جاب. سو ہو ویل سٹاپ دا رونگز بینگ ڈن ان سچ اینڈ آرگنائزیشن.</w:t>
      </w:r>
    </w:p>
    <w:p>
      <w:r>
        <w:rPr>
          <w:b/>
        </w:rPr>
        <w:t xml:space="preserve">[52:01] </w:t>
      </w:r>
      <w:r>
        <w:t>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p>
    <w:p>
      <w:pPr>
        <w:jc w:val="right"/>
      </w:pPr>
      <w:r>
        <w:t>اف سم ون از بریکنگ دی آرگنائزیشن رولز اینڈ نو ون از سٹاپنگ اٹ ویل ایفیکٹ دا ہول سسٹم. اور شوڈ وی ٹیک اٹ دیٹ اٹ از ان گاڈز ہینڈز اینڈ وی نیڈ ٹو بی جسٹ پیشنٹ اینڈ اونلی ابزرورز. پلیز ایڈوائز می. دیکھیے لوگ الفاظ میں جیتے ہیں. مس ٹریٹمنٹ کوئی چیز ہی نہیں ہے سب سب یعنی فالس فوڈ پہ جینا ہے.</w:t>
      </w:r>
    </w:p>
    <w:p>
      <w:r>
        <w:rPr>
          <w:b/>
        </w:rPr>
        <w:t xml:space="preserve">[52:31] </w:t>
      </w:r>
      <w:r>
        <w:t>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p>
    <w:p>
      <w:pPr>
        <w:jc w:val="right"/>
      </w:pPr>
      <w:r>
        <w:t>کوئی آدمی کسی کو مس ٹریٹ نہیں کرتا. بالکل ہی غلط ہے. آپ مجھے بتائیے کہ وہ کیس تو میں آپ کو اس کی پتہ کر کے بتا سکتا ہوں کہ وہ مس ٹریٹمنٹ کیسے ہی نہیں تھا. آدمی کافی غلطی ہوتی ہے دوسرے پہ ڈال دیتا ہے. میں نے بہت ایسے کیسز کو ایگزیمن کیا ہے ان کی تحقیق کی ہے. اپنی غلطی نہ ماننے کی وجہ سے کہتا ہے کہ بیڈ ٹریٹمنٹ میرے ساتھ کیا ہے دوسروں نے کیا ہے.</w:t>
      </w:r>
    </w:p>
    <w:p>
      <w:r>
        <w:rPr>
          <w:b/>
        </w:rPr>
        <w:t xml:space="preserve">[52:59] </w:t>
      </w:r>
      <w:r>
        <w:t>bilkul yeh bilkul bilkul baseless baat hai. bad treatment ya mistreatment ka yeh yeh yeh nazariya hi ghalat hai bilkul. sahi baat yeh hai ke aadmi apni ghalati ki price bhugta hai. is duniya mein yahi hota hai hamesha ke you have to pay the price of your fault.</w:t>
      </w:r>
    </w:p>
    <w:p>
      <w:pPr>
        <w:jc w:val="right"/>
      </w:pPr>
      <w:r>
        <w:t>بالکل یہ بالکل بالکل بے بیسلیس بات ہے. بیڈ ٹریٹمنٹ یا مس ٹریٹمنٹ کا یہ یہ یہ نظریہ ہی غلط ہے بالکل. صحیح بات یہ ہے کہ آدمی اپنی غلطی کی پرائس بھگتتا ہے. اس دنیا میں یہی ہوتا ہے ہمیشہ کہ یو ہیو ٹو پے دا پرائس آف یور فالٹ.</w:t>
      </w:r>
    </w:p>
    <w:p>
      <w:r>
        <w:rPr>
          <w:b/>
        </w:rPr>
        <w:t xml:space="preserve">[53:25] </w:t>
      </w:r>
      <w:r>
        <w:t>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p>
    <w:p>
      <w:pPr>
        <w:jc w:val="right"/>
      </w:pPr>
      <w:r>
        <w:t>لیکن نہ ماننے کے لیے کہتے ہیں کہ فلانے ایسا کیا فلانے ویسا کیا کوئی کوئی ایسا نہیں کرتا. آپ اپنی غلطی کی پرائس بھگتتے ہیں ڈالتے ہیں دوسرے کے اوپر. مجھے پرٹیکولر کیس بتائیے ایک فلاں شخص تو میں انشاءاللہ اس کو تحقیق کر کے بتا دوں گا آپ کو کہ یہ آدمی کی اپنی غلطی تھی ایک اور اس کی دوسری کوئی غلطی نہیں تھی.</w:t>
      </w:r>
    </w:p>
    <w:p>
      <w:r>
        <w:rPr>
          <w:b/>
        </w:rPr>
        <w:t xml:space="preserve">[53:52] </w:t>
      </w:r>
      <w:r>
        <w:t>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jc w:val="right"/>
      </w:pPr>
      <w:r>
        <w:t>جی مولانا اگلا سوال بھیجا ہے سید احمد علی صاحب نے دلی سے. انہوں نے لکھا ہے مولانا صاحب اللہ ہیز گیون اس نیومرس بلیسنگز دیٹ وی کین نیدر کاؤنٹ ناٹ تھینک ہم انف. مائی کوئسچن از واٹ از دا بیسٹ وے دیٹ اے پرافٹ محمد ہیز ٹاٹ اس فار تھینکنگ اللہ. کیا میں سمجھا نہیں کیا مطلب ہے.</w:t>
      </w:r>
    </w:p>
    <w:p>
      <w:r>
        <w:rPr>
          <w:b/>
        </w:rPr>
        <w:t xml:space="preserve">[54:21] </w:t>
      </w:r>
      <w:r>
        <w:t>haan ke molana allah ka shukr karne ka tareeqa rasool allah ne kis tareeqe se bataya hai ke kitni saari blessings hain khuda ki jo hum count nahi kar sakte. to kis tareeqe se hum shukr. yeh to yeh to aap quran quran ko padhiye seerat rasool ko padhiye aur hamari to saari kitabein isi par hain. hamari saari kitabon ka wohi hai allah ke shukr par hain hamari kitabein. to yeh kitabon ko padhiye aap.</w:t>
      </w:r>
    </w:p>
    <w:p>
      <w:pPr>
        <w:jc w:val="right"/>
      </w:pPr>
      <w:r>
        <w:t>ہاں کہ مولانا اللہ کا شکر کرنے کا طریقہ رسول اللہ نے کس طریقے سے بتایا ہے کہ کتنی ساری بلیسنگز ہیں خدا کی جو ہم کاؤنٹ نہیں کر سکتے. تو کس طریقے سے ہم شکر. یہ تو یہ تو آپ قرآن قرآن کو پڑھیے سیرت رسول کو پڑھیے اور ہماری تو ساری کتابیں اسی پر ہیں. ہماری ساری کتابوں کا وہی ہے اللہ کے شکر پر ہیں ہماری کتابیں. تو یہ کتابوں کو پڑھیے آپ.</w:t>
      </w:r>
    </w:p>
    <w:p>
      <w:r>
        <w:rPr>
          <w:b/>
        </w:rPr>
        <w:t xml:space="preserve">[54:50] </w:t>
      </w:r>
      <w:r>
        <w:t>ab hamari kitab bhi chapi hai kitab marifat is ko padhiye. yeh koi woh magic formula nahi hai. aap mutala badhaiye apna study badhaiye aur main kahunga ke aap hamari kitab kitab marifat padhiye. tafsir ki kitab jo hamari tazkir ul quran hai woh padhiye.</w:t>
      </w:r>
    </w:p>
    <w:p>
      <w:pPr>
        <w:jc w:val="right"/>
      </w:pPr>
      <w:r>
        <w:t>اب ہماری کتاب بھی چھپی ہے کتاب معرفت اس کو پڑھیے. یہ کوئی وہ میجک فارمولا نہیں ہے. آپ مطالعہ بڑھائیے اپنا اسٹڈی بڑھائیے اور میں کہوں گا کہ آپ ہماری کتاب کتاب معرفت پڑھیے. تفسیر کی کتاب جو ہماری تذکر القرآن ہے وہ پڑھیے.</w:t>
      </w:r>
    </w:p>
    <w:p>
      <w:r>
        <w:rPr>
          <w:b/>
        </w:rPr>
        <w:t xml:space="preserve">[55:19] </w:t>
      </w:r>
      <w:r>
        <w:t>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p>
    <w:p>
      <w:pPr>
        <w:jc w:val="right"/>
      </w:pPr>
      <w:r>
        <w:t>مولانا اگلا سوال بھیجا ہے محمد رفیع چوغلے صاحب نے ممبئی سے. انہوں نے لکھا ہے مولانا قرآن ہیز ریکارڈڈ اے ڈائیلاگ بٹوین پرافٹ ابراہیم اینڈ کنگ نمرود ایز انڈر. وین ابراہیم سیڈ مائی لارڈ از دا ون ہو گیوز لائف اینڈ کازز ڈیتھ. ہی سیڈ آئی گیو لائف اینڈ کاز ڈیتھ.</w:t>
      </w:r>
    </w:p>
    <w:p>
      <w:r>
        <w:rPr>
          <w:b/>
        </w:rPr>
        <w:t xml:space="preserve">[55:46] </w:t>
      </w:r>
      <w:r>
        <w:t>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p>
    <w:p>
      <w:pPr>
        <w:jc w:val="right"/>
      </w:pPr>
      <w:r>
        <w:t>ابراہیم سیڈ انڈیڈ اللہ برنگز اپ دا سن فرام دا ایسٹ سو برنگ اٹ اپ فرام دا ویسٹ اینڈ سو دا ڈس بیلیورز وار اوورویلمڈ. ڈزنٹ دس سجیسٹ دیٹ ڈیبیٹ از آل سو ون آف دا ٹائپ آف دعویٰ ایکٹیویٹیز وین اڈاپٹڈ پیس فلی اینڈ سنسیرلی. دیکھیے یہ ڈیبیٹ کیسے بنا لیا آپ نے یہ ڈیبیٹ تھا ہی نہیں. یہ تو آپس کی بات چیت تھی.</w:t>
      </w:r>
    </w:p>
    <w:p>
      <w:r>
        <w:rPr>
          <w:b/>
        </w:rPr>
        <w:t xml:space="preserve">[56:15] </w:t>
      </w:r>
      <w:r>
        <w:t>is ko kahenge mukalmah kahenge.</w:t>
      </w:r>
    </w:p>
    <w:p>
      <w:pPr>
        <w:jc w:val="right"/>
      </w:pPr>
      <w:r>
        <w:t>اس کو کہیں گے مکالمہ کہیں گے.</w:t>
      </w:r>
    </w:p>
    <w:p>
      <w:r>
        <w:rPr>
          <w:b/>
        </w:rPr>
        <w:t xml:space="preserve">[56:20] </w:t>
      </w:r>
      <w:r>
        <w:t>debate ka maqsad hota hai ke aap dekhen ye jo baat hui hai ye to mukalmah tha normal mukalmah.</w:t>
      </w:r>
    </w:p>
    <w:p>
      <w:pPr>
        <w:jc w:val="right"/>
      </w:pPr>
      <w:r>
        <w:t>ڈیبیٹ کا مقصد ہوتا ہے کہ آپ دیکھیں یہ جو بات ہوئی ہے یہ تو مکالمہ تھا نارمل مکالمہ.</w:t>
      </w:r>
    </w:p>
    <w:p>
      <w:r>
        <w:rPr>
          <w:b/>
        </w:rPr>
        <w:t xml:space="preserve">[56:26] </w:t>
      </w:r>
      <w:r>
        <w:t>normal discussion discussion alag cheez hai debate alag cheez hai.</w:t>
      </w:r>
    </w:p>
    <w:p>
      <w:pPr>
        <w:jc w:val="right"/>
      </w:pPr>
      <w:r>
        <w:t>نارمل ڈسکشن ڈسکشن الگ چیز ہے ڈیبیٹ الگ چیز ہے.</w:t>
      </w:r>
    </w:p>
    <w:p>
      <w:r>
        <w:rPr>
          <w:b/>
        </w:rPr>
        <w:t xml:space="preserve">[56:32] </w:t>
      </w:r>
      <w:r>
        <w:t>jo debate ko Islam samjhe wo wo Islam ko janta hi nahi.</w:t>
      </w:r>
    </w:p>
    <w:p>
      <w:pPr>
        <w:jc w:val="right"/>
      </w:pPr>
      <w:r>
        <w:t>جو ڈیبیٹ کو اسلام سمجھے وہ وہ اسلام کو جانتا ہی نہیں.</w:t>
      </w:r>
    </w:p>
    <w:p>
      <w:r>
        <w:rPr>
          <w:b/>
        </w:rPr>
        <w:t xml:space="preserve">[56:38] </w:t>
      </w:r>
      <w:r>
        <w:t>jo aadmi debate ko Islam samjhe wo isne Islam ko samjha hi nahi.</w:t>
      </w:r>
    </w:p>
    <w:p>
      <w:pPr>
        <w:jc w:val="right"/>
      </w:pPr>
      <w:r>
        <w:t>جو آدمی ڈیبیٹ کو اسلام سمجھے وہ اس نے اسلام کو سمجھا ہی نہیں.</w:t>
      </w:r>
    </w:p>
    <w:p>
      <w:r>
        <w:rPr>
          <w:b/>
        </w:rPr>
        <w:t xml:space="preserve">[56:44] </w:t>
      </w:r>
      <w:r>
        <w:t>ji Islam mein baat cheet hai mukalmah hai discussion hai debate hargiz nahi hai.</w:t>
      </w:r>
    </w:p>
    <w:p>
      <w:pPr>
        <w:jc w:val="right"/>
      </w:pPr>
      <w:r>
        <w:t>جی اسلام میں بات چیت ہے مکالمہ ہے ڈسکشن ہے ڈیبیٹ ہرگز نہیں ہے.</w:t>
      </w:r>
    </w:p>
    <w:p>
      <w:r>
        <w:rPr>
          <w:b/>
        </w:rPr>
        <w:t xml:space="preserve">[56:50] </w:t>
      </w:r>
      <w:r>
        <w:t>molana agla sawal lene se pehle ek comment padhna chahenge jo miss shabana ansari ne bheja hai pakistan se. unhon ne likha hai pride makes muslim arrogant so they look down upon others and do not love humanity as a madu.</w:t>
      </w:r>
    </w:p>
    <w:p>
      <w:pPr>
        <w:jc w:val="right"/>
      </w:pPr>
      <w:r>
        <w:t>مولانا اگلا سوال لینے سے پہلے ایک کمنٹ پڑھنا چاہیں گے جو مس شبانہ انصاری نے بھیجا ہے پاکستان سے. انہوں نے لکھا ہے پرائیڈ میکس مسلم ایروگنٹ سو دے لوک ڈاؤن اپون ادرز اینڈ ڈو ناٹ لو ہیومینٹی ایز اے مدو.</w:t>
      </w:r>
    </w:p>
    <w:p>
      <w:r>
        <w:rPr>
          <w:b/>
        </w:rPr>
        <w:t xml:space="preserve">[57:09] </w:t>
      </w:r>
      <w:r>
        <w:t>aah is ke baad molana comment bheja hai agla khwaja kaleemuddin sahib ne aah pennsylvania se unhon ne likha hai donald trump criticized radical islam not the islam of prophet muhammad or that which is in the quran. in my view muslim should also reject radical islam. bohat sahi baat hai. ji bohat sahi baat hai.</w:t>
      </w:r>
    </w:p>
    <w:p>
      <w:pPr>
        <w:jc w:val="right"/>
      </w:pPr>
      <w:r>
        <w:t>آہ اس کے بعد مولانا کمنٹ بھیجا ہے اگلا خواجہ کلیم الدین صاحب نے آہ پینسلوینیا سے انہوں نے لکھا ہے ڈونلڈ ٹرمپ کریٹیسائز ریڈیکل اسلام ناٹ دی اسلام آف پرافٹ محمد اور دیٹ وچ از ان دا قرآن. ان مائی ویو مسلم شوڈ آل سو ریجیکٹ ریڈیکل اسلام. بہت صحیح بات ہے. جی بہت صحیح بات ہے.</w:t>
      </w:r>
    </w:p>
    <w:p>
      <w:r>
        <w:rPr>
          <w:b/>
        </w:rPr>
        <w:t xml:space="preserve">[57:37] </w:t>
      </w:r>
      <w:r>
        <w:t>aah chishti sahib ne pakistan se aah likha hai ke translation of quran into portuguese language is a wonderful work. congratulations. aah molana agla sawal lete hain yeh aah aamir yeh muhammad saleem sahib ne bheja hai srinagar se.</w:t>
      </w:r>
    </w:p>
    <w:p>
      <w:pPr>
        <w:jc w:val="right"/>
      </w:pPr>
      <w:r>
        <w:t>آہ چشتی صاحب نے پاکستان سے آہ لکھا ہے کہ ٹرانسلیشن آف قرآن انٹو پورٹوگیز لینگویج از اے ونڈرفل ورک. کنگریچولیشنز. آہ مولانا اگلا سوال لیتے ہیں یہ آہ عامر یہ محمد سلیم صاحب نے بھیجا ہے سری نگر سے.</w:t>
      </w:r>
    </w:p>
    <w:p>
      <w:r>
        <w:rPr>
          <w:b/>
        </w:rPr>
        <w:t xml:space="preserve">[57:55] </w:t>
      </w:r>
      <w:r>
        <w:t>unhon ne likha hai religious persecution was the biggest fitna as mentioned in the quran for which prophet of islam was even even commanded to fight as it barred a person from the freedom to choose his religion. this was completely against the law of nature.</w:t>
      </w:r>
    </w:p>
    <w:p>
      <w:pPr>
        <w:jc w:val="right"/>
      </w:pPr>
      <w:r>
        <w:t>انہوں نے لکھا ہے ریلیجیس پرسیکیوشن واز دا بگسٹ فتنہ ایز مینشن ان دا قرآن فار وچ پرافٹ آف اسلام واز ایون ایون کمانڈڈ ٹو فائٹ ایز اٹ بارڈ اے پرسن فرام دا فریڈم ٹو چوز ہز ریلیجن. دس واز کمپلیٹلی اگینسٹ دی لاء آف نیچر.</w:t>
      </w:r>
    </w:p>
    <w:p>
      <w:r>
        <w:rPr>
          <w:b/>
        </w:rPr>
        <w:t xml:space="preserve">[58:16] </w:t>
      </w:r>
      <w:r>
        <w:t>molana sahib is it right to say that the people who want to establish islam as the only religion on earth are again chasing to establish religious persecution. what is your opinion on this. is maamle mein aap ko rasool allah ki shariyat mein dekhna hai yeh rasool allah ka tareeqa kya tha. jo aaj ka jo raaij hai woh to rasool allah ka tareeqa nahi tha.</w:t>
      </w:r>
    </w:p>
    <w:p>
      <w:pPr>
        <w:jc w:val="right"/>
      </w:pPr>
      <w:r>
        <w:t>مولانا صاحب از اٹ رائٹ ٹو سے دیٹ دا پیپل ہو وانٹ ٹو اسٹیبلش اسلام ایز دی اونلی ریلیجن آن ارتھ آر اگین چیزنگ ٹو اسٹیبلش ریلیجیس پرسیکیوشن. واٹ از یور اوپینین آن دس. اس معاملے میں آپ کو رسول اللہ کی شریعت میں دیکھنا ہے یہ رسول اللہ کا طریقہ کیا تھا. جو آج کا جو رائج ہے وہ تو رسول اللہ کا طریقہ نہیں تھا.</w:t>
      </w:r>
    </w:p>
    <w:p>
      <w:r>
        <w:rPr>
          <w:b/>
        </w:rPr>
        <w:t xml:space="preserve">[58:45] </w:t>
      </w:r>
      <w:r>
        <w:t>sab se pehle aap discover kijiye ke Rasool Allah ke tareeqe dawat kya tha dawat.</w:t>
      </w:r>
    </w:p>
    <w:p>
      <w:pPr>
        <w:jc w:val="right"/>
      </w:pPr>
      <w:r>
        <w:t>سب سے پہلے آپ ڈسکور کیجیے کہ رسول اللہ کے طریقے دعوت کیا تھا دعوت.</w:t>
      </w:r>
    </w:p>
    <w:p>
      <w:r>
        <w:rPr>
          <w:b/>
        </w:rPr>
        <w:t xml:space="preserve">[58:52] </w:t>
      </w:r>
      <w:r>
        <w:t>Maulana agla sawal lete hain jo Maulana ah Maulana Israr Umri ne bheja hai Chennai se unhonne</w:t>
      </w:r>
    </w:p>
    <w:p>
      <w:pPr>
        <w:jc w:val="right"/>
      </w:pPr>
      <w:r>
        <w:t>مولانا اگلا سوال لیتے ہیں جو مولانا آہ مولانا اسرار عمری نے بھیجا ہے چنئی سے انہوں نے</w:t>
      </w:r>
    </w:p>
    <w:p>
      <w:r>
        <w:rPr>
          <w:b/>
        </w:rPr>
        <w:t xml:space="preserve">[59:00] </w:t>
      </w:r>
      <w:r>
        <w:t>likha hai Maulana ummat ki ahya ki koshish kyun nakaam ho rahi hai.</w:t>
      </w:r>
    </w:p>
    <w:p>
      <w:pPr>
        <w:jc w:val="right"/>
      </w:pPr>
      <w:r>
        <w:t>لکھا ہے مولانا امت کی احیاء کی کوشش کیوں ناکام ہو رہی ہے.</w:t>
      </w:r>
    </w:p>
    <w:p>
      <w:r>
        <w:rPr>
          <w:b/>
        </w:rPr>
        <w:t xml:space="preserve">[59:08] </w:t>
      </w:r>
      <w:r>
        <w:t>ahya ummat ummat ka matlab kya hai is ke bare mein bataein.</w:t>
      </w:r>
    </w:p>
    <w:p>
      <w:pPr>
        <w:jc w:val="right"/>
      </w:pPr>
      <w:r>
        <w:t>احیاء امت امت کا مطلب کیا ہے اس کے بارے میں بتائیں.</w:t>
      </w:r>
    </w:p>
    <w:p>
      <w:r>
        <w:rPr>
          <w:b/>
        </w:rPr>
        <w:t xml:space="preserve">[59:16] </w:t>
      </w:r>
      <w:r>
        <w:t>main baat yahi samajhta hoon. ahya ummat hoga dawah ke raaste se aur log kar rahe hain jihad ke raaste se. jihad maani qital. to qital ke zariye ummat ka ahya nahi ho sakta dawah ke zariye hoga. yahi main samjha.</w:t>
      </w:r>
    </w:p>
    <w:p>
      <w:pPr>
        <w:jc w:val="right"/>
      </w:pPr>
      <w:r>
        <w:t>میں بات یہی سمجھتا ہوں. احیاء امت ہوگا دعوت کے راستے سے اور لوگ کر رہے ہیں جہاد کے راستے سے. جہاد بمعنی قتال. تو قتال کے ذریعے امت کا احیاء نہیں ہو سکتا دعوت کے ذریعے ہوگا. یہی میں سمجھا.</w:t>
      </w:r>
    </w:p>
    <w:p>
      <w:r>
        <w:rPr>
          <w:b/>
        </w:rPr>
        <w:t xml:space="preserve">[59:37] </w:t>
      </w:r>
      <w:r>
        <w:t>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jc w:val="right"/>
      </w:pPr>
      <w:r>
        <w:t>جی مولانا آہ اگلا سوال لینے سے پہلے ایک اور کمنٹ پڑھنا چاہیں گے جو محمد یعقوب صاحب نے بھیجا ہے دلی سے انہوں نے لکھا ہے مولانا دا پوائنٹ دیٹ یو مینشن ٹوڈے اباؤٹ او مومنو ری ڈسکور ایمان. دس از ویری سٹرائیکنگ میننگ آف دس ورس جزاک اللہ. مولانا اگلا سوال آہ مولانا عبدالباسط نے بھیجا ہے دوحہ قطر سے.</w:t>
      </w:r>
    </w:p>
    <w:p>
      <w:r>
        <w:rPr>
          <w:b/>
        </w:rPr>
        <w:t xml:space="preserve">[1:00:06] </w:t>
      </w:r>
      <w:r>
        <w:t>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p>
    <w:p>
      <w:pPr>
        <w:jc w:val="right"/>
      </w:pPr>
      <w:r>
        <w:t>انہوں نے آپ سے پوچھا ہے کہ مولانا اپنے ایمان کو ہمیشہ زندہ کیسے رکھا جائے اس کے بارے میں بتائیں. دیکھیے میں یہاں تک سمجھاؤں کہ لوگ جو ہیں ایمان کا کانسپٹ ہی لوگوں کا غلط ہے. وہ سمجھتے ہیں کہ ایک آدمی کو پکڑو اس کو کچھ کہو کہو وہ کہہ دے لا الہ الا اللہ بس ایمان ہو گیا. یہ یہ تو یہ تو ریڈیکولس بات ہے ریڈیکولس.</w:t>
      </w:r>
    </w:p>
    <w:p>
      <w:r>
        <w:rPr>
          <w:b/>
        </w:rPr>
        <w:t xml:space="preserve">[1:00:34] </w:t>
      </w:r>
      <w:r>
        <w:t>koi aadmi keh de la ilaha illallah ummat is ka wo iman ho gaya.</w:t>
      </w:r>
    </w:p>
    <w:p>
      <w:pPr>
        <w:jc w:val="right"/>
      </w:pPr>
      <w:r>
        <w:t>کوئی آدمی کہہ دے لا الہ الا اللہ امت اس کا وہ ایمان ہو گیا.</w:t>
      </w:r>
    </w:p>
    <w:p>
      <w:r>
        <w:rPr>
          <w:b/>
        </w:rPr>
        <w:t xml:space="preserve">[1:00:38] </w:t>
      </w:r>
      <w:r>
        <w:t>to ye to ridiculous lagta hai mujhe.</w:t>
      </w:r>
    </w:p>
    <w:p>
      <w:pPr>
        <w:jc w:val="right"/>
      </w:pPr>
      <w:r>
        <w:t>تو یہ تو ریڈیکولس لگتا ہے مجھے.</w:t>
      </w:r>
    </w:p>
    <w:p>
      <w:r>
        <w:rPr>
          <w:b/>
        </w:rPr>
        <w:t xml:space="preserve">[1:00:42] </w:t>
      </w:r>
      <w:r>
        <w:t>iman ka matlab discovery.</w:t>
      </w:r>
    </w:p>
    <w:p>
      <w:pPr>
        <w:jc w:val="right"/>
      </w:pPr>
      <w:r>
        <w:t>ایمان کا مطلب ڈسکوری.</w:t>
      </w:r>
    </w:p>
    <w:p>
      <w:r>
        <w:rPr>
          <w:b/>
        </w:rPr>
        <w:t xml:space="preserve">[1:00:47] </w:t>
      </w:r>
      <w:r>
        <w:t>aap jab sari kainat par ghawr karte hain.</w:t>
      </w:r>
    </w:p>
    <w:p>
      <w:pPr>
        <w:jc w:val="right"/>
      </w:pPr>
      <w:r>
        <w:t>آپ جب ساری کائنات پر غور کرتے ہیں.</w:t>
      </w:r>
    </w:p>
    <w:p>
      <w:r>
        <w:rPr>
          <w:b/>
        </w:rPr>
        <w:t xml:space="preserve">[1:00:51] </w:t>
      </w:r>
      <w:r>
        <w:t>aur yeh itna bara itna bara creation hai is ko sochte hain.</w:t>
      </w:r>
    </w:p>
    <w:p>
      <w:pPr>
        <w:jc w:val="right"/>
      </w:pPr>
      <w:r>
        <w:t>اور یہ اتنا بڑا اتنا بڑا کریشن ہے اس کو سوچتے ہیں.</w:t>
      </w:r>
    </w:p>
    <w:p>
      <w:r>
        <w:rPr>
          <w:b/>
        </w:rPr>
        <w:t xml:space="preserve">[1:00:56] </w:t>
      </w:r>
      <w:r>
        <w:t>to phir aap ko creator dikhai parta hai.</w:t>
      </w:r>
    </w:p>
    <w:p>
      <w:pPr>
        <w:jc w:val="right"/>
      </w:pPr>
      <w:r>
        <w:t>تو پھر آپ کو کریٹر دکھائی پڑتا ہے.</w:t>
      </w:r>
    </w:p>
    <w:p>
      <w:r>
        <w:rPr>
          <w:b/>
        </w:rPr>
        <w:t xml:space="preserve">[1:01:00] </w:t>
      </w:r>
      <w:r>
        <w:t>to phir sari history ko discover karte hain aap.</w:t>
      </w:r>
    </w:p>
    <w:p>
      <w:pPr>
        <w:jc w:val="right"/>
      </w:pPr>
      <w:r>
        <w:t>تو پھر ساری ہسٹری کو ڈسکور کرتے ہیں آپ.</w:t>
      </w:r>
    </w:p>
    <w:p>
      <w:r>
        <w:rPr>
          <w:b/>
        </w:rPr>
        <w:t xml:space="preserve">[1:01:05] </w:t>
      </w:r>
      <w:r>
        <w:t>yeh itna bada waqea hota hai ke aap ko mind bilkul hil jata hai. woh hai iman ko taaza karna. yeh koi kal yani kaf la meem ke alfaaz ko munh se bol dena yeh kalma hai yeh to bilkul is ko understand karna hai kalma ko.</w:t>
      </w:r>
    </w:p>
    <w:p>
      <w:pPr>
        <w:jc w:val="right"/>
      </w:pPr>
      <w:r>
        <w:t>یہ اتنا بڑا واقعہ ہوتا ہے کہ آپ کو مائنڈ بالکل ہل جاتا ہے. وہ ہے ایمان کو تازہ کرنا. یہ کوئی کل یعنی کف لام میم کے الفاظ کو منہ سے بول دینا یہ کلمہ ہے یہ تو بالکل اس کو انڈرسٹینڈ کرنا ہے کلمہ کو.</w:t>
      </w:r>
    </w:p>
    <w:p>
      <w:r>
        <w:rPr>
          <w:b/>
        </w:rPr>
        <w:t xml:space="preserve">[1:01:26] </w:t>
      </w:r>
      <w:r>
        <w:t>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p>
    <w:p>
      <w:pPr>
        <w:jc w:val="right"/>
      </w:pPr>
      <w:r>
        <w:t>یہ جی میں سوچ رہا تھا ابھی کل کل سوچ رہا تھا کہ اگر انسان کے پاس اسپیس میں کہیں دور اس کو ایک جگہ مل جائے تو وہ کھڑا ہو کر کے وہ سولر سسٹم کو ابزرو کرے. ابھی ہم سولر سسٹم کو ابزرو نہیں کر پاتے پورے پورے سولر سسٹم ابھی بھی نہیں کر پاتے پورا سولر سسٹم.</w:t>
      </w:r>
    </w:p>
    <w:p>
      <w:r>
        <w:rPr>
          <w:b/>
        </w:rPr>
        <w:t xml:space="preserve">[1:01:55] </w:t>
      </w:r>
      <w:r>
        <w:t>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p>
    <w:p>
      <w:pPr>
        <w:jc w:val="right"/>
      </w:pPr>
      <w:r>
        <w:t>تو ہم دیکھیں گے کہ عجیب عجیب غریب منظر ہمارے سامنے ہوگا. ایک بہت بڑا سورج اس کے چاروں طرف بہت سارے سیارے اور بہت سارے جس کو وہ چھوٹے سیارے ہیں بڑے سیارے اور دوڑ رہے ہیں دوڑ رہے ہیں دوڑ رہے ہیں. اس میں دیکھا کہ آدمی کا ایک چھوٹی سی اسپاٹ ہے زمین وہاں اس کا گھر ہے.</w:t>
      </w:r>
    </w:p>
    <w:p>
      <w:r>
        <w:rPr>
          <w:b/>
        </w:rPr>
        <w:t xml:space="preserve">[1:02:22] </w:t>
      </w:r>
      <w:r>
        <w:t>to itna mind baffling hoga ya mind baffling shayad behosh ho jaye woh. yeh manzar itna mind baffling hoga. to jo log yeh samajhte hain ke kalma padh liya to iman ho gaya woh iman ko jaante hi nahi ke iman kya cheez hai. iman naam hai creator aur creation ki discovery ka.</w:t>
      </w:r>
    </w:p>
    <w:p>
      <w:pPr>
        <w:jc w:val="right"/>
      </w:pPr>
      <w:r>
        <w:t>تو اتنا مائنڈ باگلنگ ہوگا یا مائنڈ باگلنگ شاید بے ہوش ہو جائے وہ. یہ منظر اتنا مائنڈ باگلنگ ہوگا. تو جو لوگ یہ سمجھتے ہیں کہ کلمہ پڑھ لیا تو ایمان ہو گیا وہ ایمان کو جانتے ہی نہیں کہ ایمان کیا چیز ہے. ایمان نام ہے کریٹر اور کریشن کی ڈسکوری کا.</w:t>
      </w:r>
    </w:p>
    <w:p>
      <w:r>
        <w:rPr>
          <w:b/>
        </w:rPr>
        <w:t xml:space="preserve">[1:02:47] </w:t>
      </w:r>
      <w:r>
        <w:t>creator aur creation ki yani khalq aur makhlooq ki discovery jab karta hai aadmi to is ke paas</w:t>
      </w:r>
    </w:p>
    <w:p>
      <w:pPr>
        <w:jc w:val="right"/>
      </w:pPr>
      <w:r>
        <w:t>کریٹر اور کریشن کی یعنی خالق اور مخلوق کی ڈسکوری جب کرتا ہے آدمی تو اس کے پاس</w:t>
      </w:r>
    </w:p>
    <w:p>
      <w:r>
        <w:rPr>
          <w:b/>
        </w:rPr>
        <w:t xml:space="preserve">[1:02:54] </w:t>
      </w:r>
      <w:r>
        <w:t>jo cheez hasil hoti hai us ko is ka naam hai iman.</w:t>
      </w:r>
    </w:p>
    <w:p>
      <w:pPr>
        <w:jc w:val="right"/>
      </w:pPr>
      <w:r>
        <w:t>جو چیز حاصل ہوتی ہے اس کو اس کا نام ہے ایمان.</w:t>
      </w:r>
    </w:p>
    <w:p>
      <w:r>
        <w:rPr>
          <w:b/>
        </w:rPr>
        <w:t xml:space="preserve">[1:03:02] </w:t>
      </w:r>
      <w:r>
        <w:t>ji to woh jab koi hasil ho jaye us ko to aadmi ki shakhsiyat mein aik har waqt</w:t>
      </w:r>
    </w:p>
    <w:p>
      <w:pPr>
        <w:jc w:val="right"/>
      </w:pPr>
      <w:r>
        <w:t>جی تو وہ جب کوئی حاصل ہو جائے اس کو تو آدمی کی شخصیت میں ایک ہر وقت</w:t>
      </w:r>
    </w:p>
    <w:p>
      <w:r>
        <w:rPr>
          <w:b/>
        </w:rPr>
        <w:t xml:space="preserve">[1:03:10] </w:t>
      </w:r>
      <w:r>
        <w:t>aik aik earth quake jaisa rahega zalzala bhoshal rahega har waqt.</w:t>
      </w:r>
    </w:p>
    <w:p>
      <w:pPr>
        <w:jc w:val="right"/>
      </w:pPr>
      <w:r>
        <w:t>ایک ایک ارتھ کویک جیسا رہے گا زلزلہ بھوسال رہے گا ہر وقت.</w:t>
      </w:r>
    </w:p>
    <w:p>
      <w:r>
        <w:rPr>
          <w:b/>
        </w:rPr>
        <w:t xml:space="preserve">[1:03:18] </w:t>
      </w:r>
      <w:r>
        <w:t>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jc w:val="right"/>
      </w:pPr>
      <w:r>
        <w:t>مولانا اگلا سوال دلی سے بھیجا ہے ڈاکٹر فریدہ خانم نے انہوں نے لکھا ہے مسلمز ٹوڈے آر وائسنگ کنسرن اوور ٹرمپ سٹیٹمنٹ. دس مینز دیٹ مسلمز ان یو ایس وار انجوائے گڈ ٹائمز بیفور. بٹ دے ہیو نیور ایپریشیٹڈ آل دی اپرچونیٹیز دیٹ وار اویلیبل ان دا یو ایس. اٹ از دیز مسلمز ہو کالڈ امریکہ دجال. امریکہ ایز اینمی نمبر ون.</w:t>
      </w:r>
    </w:p>
    <w:p>
      <w:r>
        <w:rPr>
          <w:b/>
        </w:rPr>
        <w:t xml:space="preserve">[1:03:48] </w:t>
      </w:r>
      <w:r>
        <w:t>why is it that muslims are always in the complaining mode. they are never thankful. they are unable to appreciate the good things. why is this so. bohat sahi hai yeh yeh hua hai yani kabhi bhi in musalmanon mein jo aa rahe the main baar baar wahan gaya hoon kabhi kisi ne trump se pehle kisi musalman se maine suna nahi ke sach much shukr kare woh america ki tareef kare.</w:t>
      </w:r>
    </w:p>
    <w:p>
      <w:pPr>
        <w:jc w:val="right"/>
      </w:pPr>
      <w:r>
        <w:t>وائی از اٹ دیٹ مسلمز آر آلویز ان دی کمپلیننگ موڈ. دے آر نیور تھینک فل. دے آر ان ایبل ٹو ایپریشیٹ دا گڈ تھنگز. وائی از دس سو. بہت صحیح ہے یہ یہ ہوا ہے یعنی کبھی بھی ان مسلمانوں میں جو آ رہے تھے میں بار بار وہاں گیا ہوں کبھی کسی نے ٹرمپ سے پہلے کسی مسلمان سے میں نے سنا نہیں کہ سچ مچ شکر کرے وہ امریکہ کی تعریف کرے.</w:t>
      </w:r>
    </w:p>
    <w:p>
      <w:r>
        <w:rPr>
          <w:b/>
        </w:rPr>
        <w:t xml:space="preserve">[1:04:18] </w:t>
      </w:r>
      <w:r>
        <w:t>ab aaj raat ko kuch bol diya woh woh radicalism ke khilaaf bola hai woh. islam ke khilaaf to nahi bola hai. jo us ne kaha hai woh radicalism ke khilaaf islam ke khilaaf nahi hai. to is ko le ke yani halaat mein bol raha hai.</w:t>
      </w:r>
    </w:p>
    <w:p>
      <w:pPr>
        <w:jc w:val="right"/>
      </w:pPr>
      <w:r>
        <w:t>اب آج رات کو کچھ بول دیا وہ وہ ریڈیکولزم کے خلاف بولا ہے وہ. اسلام کے خلاف تو نہیں بولا ہے. جو اس نے کہا ہے وہ ریڈیکولزم کے خلاف اسلام کے خلاف نہیں ہے. تو اس کو لے کے یعنی حالات میں بول رہا ہے.</w:t>
      </w:r>
    </w:p>
    <w:p>
      <w:r>
        <w:rPr>
          <w:b/>
        </w:rPr>
        <w:t xml:space="preserve">[1:04:35] </w:t>
      </w:r>
      <w:r>
        <w:t>kaisi ajeeb baat hai kaise log afford karte hain ke hum ne kabhi acknowledge nahi kiya america ko aur aaj hum bol rahe hain to kaise is yani ek dualism hai yeh kaise afford karte hain log is ko log mujhe samajh mein nahi aata. kitni muddat se hum aaye hain yahan aur acknowledge nahi kiya america ko aaj raat ki baat kuch keh di us ne woh islam ke khilaaf nahi radicalism ke khilaaf. to hum is itna bol rahe hain us ke maamle mein.</w:t>
      </w:r>
    </w:p>
    <w:p>
      <w:pPr>
        <w:jc w:val="right"/>
      </w:pPr>
      <w:r>
        <w:t>کیسی عجیب بات ہے کیسے لوگ افورڈ کرتے ہیں کہ ہم نے کبھی اکنالج نہیں کیا امریکہ کو اور آج ہم بول رہے ہیں تو کیسے اس یعنی ایک ڈولزم ہے یہ کیسے افورڈ کرتے ہیں لوگ اس کو لوگ مجھے سمجھ میں نہیں آتا. کتنی مدت سے ہم آئے ہیں یہاں اور اکنالج نہیں کیا امریکہ کو آج رات کی بات کچھ کہہ دی اس نے وہ اسلام کے خلاف نہیں ریڈیکولزم کے خلاف. تو ہم اس اتنا بول رہے ہیں اس کے معاملے میں.</w:t>
      </w:r>
    </w:p>
    <w:p>
      <w:r>
        <w:rPr>
          <w:b/>
        </w:rPr>
        <w:t xml:space="preserve">[1:05:04] </w:t>
      </w:r>
      <w:r>
        <w:t>to kaise yani is is mein main hairaan hoon ke kaise log afford karte hain is tarah se kaise un ko neend aati hai kaise khana hazam hota hai un ka. mujhe bohat taajjub hai aise logon ke upar. okay so we we will end the session now we be back next sunday same time thank you.</w:t>
      </w:r>
    </w:p>
    <w:p>
      <w:pPr>
        <w:jc w:val="right"/>
      </w:pPr>
      <w:r>
        <w:t>تو کیسے یعنی اس اس میں میں حیران ہوں کہ کیسے لوگ افورڈ کرتے ہیں اس طرح سے کیسے ان کو نیند آتی ہے کیسے کھانا ہضم ہوتا ہے ان کا. مجھے بہت تعجب ہے ایسے لوگوں کے اوپر. اوکے سو وی ویل اینڈ دی سیشن ناؤ وی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