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Prayer (Part 1) (English) February 27, 2007 Maulana Wahiduddin Khan</w:t>
      </w:r>
    </w:p>
    <w:p>
      <w:r>
        <w:t>https://www.youtube.com/watch?v=p_6r0MDbHmY</w:t>
      </w:r>
    </w:p>
    <w:p>
      <w:r>
        <w:rPr>
          <w:b/>
        </w:rPr>
        <w:t xml:space="preserve">[00:10] </w:t>
      </w:r>
      <w:r>
        <w:t>ar-rahman-ar-rahim, wa-sallallahu 'ala-n-nabiyyi-l-karim.</w:t>
      </w:r>
    </w:p>
    <w:p>
      <w:pPr>
        <w:jc w:val="right"/>
      </w:pPr>
      <w:r>
        <w:t>الرحمن الرحیم، وصلی اللہ علی النبی الکریم۔</w:t>
      </w:r>
    </w:p>
    <w:p>
      <w:r>
        <w:rPr>
          <w:b/>
        </w:rPr>
        <w:t xml:space="preserve">[00:23] </w:t>
      </w:r>
      <w:r>
        <w:t>rabbi-shrah-li-sadri, wa-yassir-li-amri, wah-lu-qdatan-min-lisani, yafqahu-qawli.</w:t>
      </w:r>
    </w:p>
    <w:p>
      <w:pPr>
        <w:jc w:val="right"/>
      </w:pPr>
      <w:r>
        <w:t>رب اشرح لی صدری، ویسر لی امری، واحل العقدۃ من لسانی، یفقہ قولی۔</w:t>
      </w:r>
    </w:p>
    <w:p>
      <w:r>
        <w:rPr>
          <w:b/>
        </w:rPr>
        <w:t xml:space="preserve">[00:37] </w:t>
      </w:r>
      <w:r>
        <w:t>The theme for this day is Islamic prayer.</w:t>
      </w:r>
    </w:p>
    <w:p>
      <w:pPr>
        <w:jc w:val="right"/>
      </w:pPr>
      <w:r>
        <w:t>The theme for this day is Islamic prayer.</w:t>
      </w:r>
    </w:p>
    <w:p>
      <w:r>
        <w:rPr>
          <w:b/>
        </w:rPr>
        <w:t xml:space="preserve">[00:50] </w:t>
      </w:r>
      <w:r>
        <w:t>The Arabic equivalent to the prayer is Salat, and in Arshan and Urdu it is called Namaz.</w:t>
      </w:r>
    </w:p>
    <w:p>
      <w:pPr>
        <w:jc w:val="right"/>
      </w:pPr>
      <w:r>
        <w:t>The Arabic equivalent to the prayer is Salat, and in Arshan and Urdu it is called Namaz.</w:t>
      </w:r>
    </w:p>
    <w:p>
      <w:r>
        <w:rPr>
          <w:b/>
        </w:rPr>
        <w:t xml:space="preserve">[01:04] </w:t>
      </w:r>
      <w:r>
        <w:t>So prayer, and Salat, and Namaz are one and the same. You know, there is a Hadith.</w:t>
      </w:r>
    </w:p>
    <w:p>
      <w:pPr>
        <w:jc w:val="right"/>
      </w:pPr>
      <w:r>
        <w:t>So prayer, and Salat, and Namaz are one and the same. You know, there is a Hadith.</w:t>
      </w:r>
    </w:p>
    <w:p>
      <w:r>
        <w:rPr>
          <w:b/>
        </w:rPr>
        <w:t xml:space="preserve">[01:26] </w:t>
      </w:r>
      <w:r>
        <w:t>In this Hadith, the Prophet of Islam has said that there are five pillars of Islam: Bani al-Islam,</w:t>
      </w:r>
    </w:p>
    <w:p>
      <w:pPr>
        <w:jc w:val="right"/>
      </w:pPr>
      <w:r>
        <w:t>In this Hadith, the Prophet of Islam has said that there are five pillars of Islam: Bani al-Islam,</w:t>
      </w:r>
    </w:p>
    <w:p>
      <w:r>
        <w:rPr>
          <w:b/>
        </w:rPr>
        <w:t xml:space="preserve">[01:40] </w:t>
      </w:r>
      <w:r>
        <w:t>Awla Khams, Shahadat Alla ilaha illallah, wa anna Muhammadan rabbu wa rasuluh, wa Iqam as-Salah, wa Eta'id Zakaah,</w:t>
      </w:r>
    </w:p>
    <w:p>
      <w:pPr>
        <w:jc w:val="right"/>
      </w:pPr>
      <w:r>
        <w:t>Awla Khams, Shahadat Alla ilaha illallah, wa anna Muhammadan rabbu wa rasuluh, wa Iqam as-Salah, wa Eta'id Zakaah,</w:t>
      </w:r>
    </w:p>
    <w:p>
      <w:r>
        <w:rPr>
          <w:b/>
        </w:rPr>
        <w:t xml:space="preserve">[01:54] </w:t>
      </w:r>
      <w:r>
        <w:t>wal-Hajj, wa Sawm-e-Ramadhan.</w:t>
      </w:r>
    </w:p>
    <w:p>
      <w:pPr>
        <w:jc w:val="right"/>
      </w:pPr>
      <w:r>
        <w:t>wal-Hajj, wa Sawm-e-Ramadhan.</w:t>
      </w:r>
    </w:p>
    <w:p>
      <w:r>
        <w:rPr>
          <w:b/>
        </w:rPr>
        <w:t xml:space="preserve">[02:08] </w:t>
      </w:r>
      <w:r>
        <w:t>Out of these five Islamic pillars, one is the prayer, or Salat, or Namaz.</w:t>
      </w:r>
    </w:p>
    <w:p>
      <w:pPr>
        <w:jc w:val="right"/>
      </w:pPr>
      <w:r>
        <w:t>Out of these five Islamic pillars, one is the prayer, or Salat, or Namaz.</w:t>
      </w:r>
    </w:p>
    <w:p>
      <w:r>
        <w:rPr>
          <w:b/>
        </w:rPr>
        <w:t xml:space="preserve">[02:22] </w:t>
      </w:r>
      <w:r>
        <w:t>So I will try to explain what is Salat.</w:t>
      </w:r>
    </w:p>
    <w:p>
      <w:pPr>
        <w:jc w:val="right"/>
      </w:pPr>
      <w:r>
        <w:t>So I will try to explain what is Salat.</w:t>
      </w:r>
    </w:p>
    <w:p>
      <w:r>
        <w:rPr>
          <w:b/>
        </w:rPr>
        <w:t xml:space="preserve">[02:32] </w:t>
      </w:r>
      <w:r>
        <w:t>Salat is a mode of worship.</w:t>
      </w:r>
    </w:p>
    <w:p>
      <w:pPr>
        <w:jc w:val="right"/>
      </w:pPr>
      <w:r>
        <w:t>Salat is a mode of worship.</w:t>
      </w:r>
    </w:p>
    <w:p>
      <w:r>
        <w:rPr>
          <w:b/>
        </w:rPr>
        <w:t xml:space="preserve">[02:42] </w:t>
      </w:r>
      <w:r>
        <w:t>Worship is the basic teaching of Islam.</w:t>
      </w:r>
    </w:p>
    <w:p>
      <w:pPr>
        <w:jc w:val="right"/>
      </w:pPr>
      <w:r>
        <w:t>Worship is the basic teaching of Islam.</w:t>
      </w:r>
    </w:p>
    <w:p>
      <w:r>
        <w:rPr>
          <w:b/>
        </w:rPr>
        <w:t xml:space="preserve">[02:53] </w:t>
      </w:r>
      <w:r>
        <w:t>Worship means Ibadah.</w:t>
      </w:r>
    </w:p>
    <w:p>
      <w:pPr>
        <w:jc w:val="right"/>
      </w:pPr>
      <w:r>
        <w:t>Worship means Ibadah.</w:t>
      </w:r>
    </w:p>
    <w:p>
      <w:r>
        <w:rPr>
          <w:b/>
        </w:rPr>
        <w:t xml:space="preserve">[03:04] </w:t>
      </w:r>
      <w:r>
        <w:t>There is a Hadith the Prophet of Islam has said: "Ta'budillah kana ka taraa." Do worship in such</w:t>
      </w:r>
    </w:p>
    <w:p>
      <w:pPr>
        <w:jc w:val="right"/>
      </w:pPr>
      <w:r>
        <w:t>There is a Hadith the Prophet of Islam has said: "Ta'budillah kana ka taraa." Do worship in such</w:t>
      </w:r>
    </w:p>
    <w:p>
      <w:r>
        <w:rPr>
          <w:b/>
        </w:rPr>
        <w:t xml:space="preserve">[03:16] </w:t>
      </w:r>
      <w:r>
        <w:t>a way as though you are seeing God Almighty.</w:t>
      </w:r>
    </w:p>
    <w:p>
      <w:pPr>
        <w:jc w:val="right"/>
      </w:pPr>
      <w:r>
        <w:t>a way as though you are seeing God Almighty.</w:t>
      </w:r>
    </w:p>
    <w:p>
      <w:r>
        <w:rPr>
          <w:b/>
        </w:rPr>
        <w:t xml:space="preserve">[03:27] </w:t>
      </w:r>
      <w:r>
        <w:t>So Salat is a worship, and the most important aspect of Salat is that when you are involved</w:t>
      </w:r>
    </w:p>
    <w:p>
      <w:pPr>
        <w:jc w:val="right"/>
      </w:pPr>
      <w:r>
        <w:t>So Salat is a worship, and the most important aspect of Salat is that when you are involved</w:t>
      </w:r>
    </w:p>
    <w:p>
      <w:r>
        <w:rPr>
          <w:b/>
        </w:rPr>
        <w:t xml:space="preserve">[03:39] </w:t>
      </w:r>
      <w:r>
        <w:t>in Salat, when you are engaged in Salat, when you perform Salat in its literal spirit, with its</w:t>
      </w:r>
    </w:p>
    <w:p>
      <w:pPr>
        <w:jc w:val="right"/>
      </w:pPr>
      <w:r>
        <w:t>in Salat, when you are engaged in Salat, when you perform Salat in its literal spirit, with its</w:t>
      </w:r>
    </w:p>
    <w:p>
      <w:r>
        <w:rPr>
          <w:b/>
        </w:rPr>
        <w:t xml:space="preserve">[03:50] </w:t>
      </w:r>
      <w:r>
        <w:t>inner content and its external content, then you feel that you are in the presence of God, in</w:t>
      </w:r>
    </w:p>
    <w:p>
      <w:pPr>
        <w:jc w:val="right"/>
      </w:pPr>
      <w:r>
        <w:t>inner content and its external content, then you feel that you are in the presence of God, in</w:t>
      </w:r>
    </w:p>
    <w:p>
      <w:r>
        <w:rPr>
          <w:b/>
        </w:rPr>
        <w:t xml:space="preserve">[04:02] </w:t>
      </w:r>
      <w:r>
        <w:t>the presence of God.</w:t>
      </w:r>
    </w:p>
    <w:p>
      <w:pPr>
        <w:jc w:val="right"/>
      </w:pPr>
      <w:r>
        <w:t>the presence of God.</w:t>
      </w:r>
    </w:p>
    <w:p>
      <w:r>
        <w:rPr>
          <w:b/>
        </w:rPr>
        <w:t xml:space="preserve">[04:14] </w:t>
      </w:r>
      <w:r>
        <w:t>So prayer, or Salat, is the most important teaching of the Islam. Now, there is a Hadith: "As-Salatu Mi'rajul Mumineen." Namaz is the Mi'raj of a believer.</w:t>
      </w:r>
    </w:p>
    <w:p>
      <w:pPr>
        <w:jc w:val="right"/>
      </w:pPr>
      <w:r>
        <w:t>So prayer, or Salat, is the most important teaching of the Islam. Now, there is a Hadith: "As-Salatu Mi'rajul Mumineen." Namaz is the Mi'raj of a believer.</w:t>
      </w:r>
    </w:p>
    <w:p>
      <w:r>
        <w:rPr>
          <w:b/>
        </w:rPr>
        <w:t xml:space="preserve">[04:44] </w:t>
      </w:r>
      <w:r>
        <w:t>Mi'raj means ascension. So Namaz is like ascension because it brings you in the presence of God.</w:t>
      </w:r>
    </w:p>
    <w:p>
      <w:pPr>
        <w:jc w:val="right"/>
      </w:pPr>
      <w:r>
        <w:t>Mi'raj means ascension. So Namaz is like ascension because it brings you in the presence of God.</w:t>
      </w:r>
    </w:p>
    <w:p>
      <w:r>
        <w:rPr>
          <w:b/>
        </w:rPr>
        <w:t xml:space="preserve">[05:01] </w:t>
      </w:r>
      <w:r>
        <w:t>Then there is a Hadith: "Al-Masajid Buyutul Muttaqin." The mosques are houses of pious people.</w:t>
      </w:r>
    </w:p>
    <w:p>
      <w:pPr>
        <w:jc w:val="right"/>
      </w:pPr>
      <w:r>
        <w:t>Then there is a Hadith: "Al-Masajid Buyutul Muttaqin." The mosques are houses of pious people.</w:t>
      </w:r>
    </w:p>
    <w:p>
      <w:r>
        <w:rPr>
          <w:b/>
        </w:rPr>
        <w:t xml:space="preserve">[05:17] </w:t>
      </w:r>
      <w:r>
        <w:t>It means that mosque is the center of Taqwa.</w:t>
      </w:r>
    </w:p>
    <w:p>
      <w:pPr>
        <w:jc w:val="right"/>
      </w:pPr>
      <w:r>
        <w:t>It means that mosque is the center of Taqwa.</w:t>
      </w:r>
    </w:p>
    <w:p>
      <w:r>
        <w:rPr>
          <w:b/>
        </w:rPr>
        <w:t xml:space="preserve">[05:27] </w:t>
      </w:r>
      <w:r>
        <w:t>Mosque is the center of Taqwa.</w:t>
      </w:r>
    </w:p>
    <w:p>
      <w:pPr>
        <w:jc w:val="right"/>
      </w:pPr>
      <w:r>
        <w:t>Mosque is the center of Taqwa.</w:t>
      </w:r>
    </w:p>
    <w:p>
      <w:r>
        <w:rPr>
          <w:b/>
        </w:rPr>
        <w:t xml:space="preserve">[05:37] </w:t>
      </w:r>
      <w:r>
        <w:t>Then the second Caliph, Umar Farooq, has said: "As-Salatu Imaduddin.</w:t>
      </w:r>
    </w:p>
    <w:p>
      <w:pPr>
        <w:jc w:val="right"/>
      </w:pPr>
      <w:r>
        <w:t>Then the second Caliph, Umar Farooq, has said: "As-Salatu Imaduddin.</w:t>
      </w:r>
    </w:p>
    <w:p>
      <w:r>
        <w:rPr>
          <w:b/>
        </w:rPr>
        <w:t xml:space="preserve">[05:47] </w:t>
      </w:r>
      <w:r>
        <w:t>Man aqamaha, aqamuddin.</w:t>
      </w:r>
    </w:p>
    <w:p>
      <w:pPr>
        <w:jc w:val="right"/>
      </w:pPr>
      <w:r>
        <w:t>Man aqamaha, aqamuddin.</w:t>
      </w:r>
    </w:p>
    <w:p>
      <w:r>
        <w:rPr>
          <w:b/>
        </w:rPr>
        <w:t xml:space="preserve">[05:57] </w:t>
      </w:r>
      <w:r>
        <w:t>Woman hadamaha, hadamuddin." It means that prayer, or Salat, or Namaz is the pillar of Islam.</w:t>
      </w:r>
    </w:p>
    <w:p>
      <w:pPr>
        <w:jc w:val="right"/>
      </w:pPr>
      <w:r>
        <w:t>Woman hadamaha, hadamuddin." It means that prayer, or Salat, or Namaz is the pillar of Islam.</w:t>
      </w:r>
    </w:p>
    <w:p>
      <w:r>
        <w:rPr>
          <w:b/>
        </w:rPr>
        <w:t xml:space="preserve">[06:07] </w:t>
      </w:r>
      <w:r>
        <w:t>One who demolishes this pillar, he will demolish the whole edifice of Islam.</w:t>
      </w:r>
    </w:p>
    <w:p>
      <w:pPr>
        <w:jc w:val="right"/>
      </w:pPr>
      <w:r>
        <w:t>One who demolishes this pillar, he will demolish the whole edifice of Islam.</w:t>
      </w:r>
    </w:p>
    <w:p>
      <w:r>
        <w:rPr>
          <w:b/>
        </w:rPr>
        <w:t xml:space="preserve">[06:21] </w:t>
      </w:r>
      <w:r>
        <w:t>By these references, you can understand the importance of Namaz, or Salat.</w:t>
      </w:r>
    </w:p>
    <w:p>
      <w:pPr>
        <w:jc w:val="right"/>
      </w:pPr>
      <w:r>
        <w:t>By these references, you can understand the importance of Namaz, or Salat.</w:t>
      </w:r>
    </w:p>
    <w:p>
      <w:r>
        <w:rPr>
          <w:b/>
        </w:rPr>
        <w:t xml:space="preserve">[06:36] </w:t>
      </w:r>
      <w:r>
        <w:t>Now, let us go to the detail.</w:t>
      </w:r>
    </w:p>
    <w:p>
      <w:pPr>
        <w:jc w:val="right"/>
      </w:pPr>
      <w:r>
        <w:t>Now, let us go to the detail.</w:t>
      </w:r>
    </w:p>
    <w:p>
      <w:r>
        <w:rPr>
          <w:b/>
        </w:rPr>
        <w:t xml:space="preserve">[06:51] </w:t>
      </w:r>
      <w:r>
        <w:t>Namaz begins from the call, that call that is Azan.</w:t>
      </w:r>
    </w:p>
    <w:p>
      <w:pPr>
        <w:jc w:val="right"/>
      </w:pPr>
      <w:r>
        <w:t>Namaz begins from the call, that call that is Azan.</w:t>
      </w:r>
    </w:p>
    <w:p>
      <w:r>
        <w:rPr>
          <w:b/>
        </w:rPr>
        <w:t xml:space="preserve">[07:04] </w:t>
      </w:r>
      <w:r>
        <w:t>In every mosque, there is a muezzin.</w:t>
      </w:r>
    </w:p>
    <w:p>
      <w:pPr>
        <w:jc w:val="right"/>
      </w:pPr>
      <w:r>
        <w:t>In every mosque, there is a muezzin.</w:t>
      </w:r>
    </w:p>
    <w:p>
      <w:r>
        <w:rPr>
          <w:b/>
        </w:rPr>
        <w:t xml:space="preserve">[07:17] </w:t>
      </w:r>
      <w:r>
        <w:t>Muezzin calls and recites some Kalima, some words.</w:t>
      </w:r>
    </w:p>
    <w:p>
      <w:pPr>
        <w:jc w:val="right"/>
      </w:pPr>
      <w:r>
        <w:t>Muezzin calls and recites some Kalima, some words.</w:t>
      </w:r>
    </w:p>
    <w:p>
      <w:r>
        <w:rPr>
          <w:b/>
        </w:rPr>
        <w:t xml:space="preserve">[07:30] </w:t>
      </w:r>
      <w:r>
        <w:t>The first Kalima of Azan is: "Allahu Akbar, Allahu Akbar." You know, Namaz is obligatory for five times, five times.</w:t>
      </w:r>
    </w:p>
    <w:p>
      <w:pPr>
        <w:jc w:val="right"/>
      </w:pPr>
      <w:r>
        <w:t>The first Kalima of Azan is: "Allahu Akbar, Allahu Akbar." You know, Namaz is obligatory for five times, five times.</w:t>
      </w:r>
    </w:p>
    <w:p>
      <w:r>
        <w:rPr>
          <w:b/>
        </w:rPr>
        <w:t xml:space="preserve">[07:43] </w:t>
      </w:r>
      <w:r>
        <w:t>The first Namaz, that is Fajr, the time of the first Namaz, that is Fajr, begins after the morning twilight.</w:t>
      </w:r>
    </w:p>
    <w:p>
      <w:pPr>
        <w:jc w:val="right"/>
      </w:pPr>
      <w:r>
        <w:t>The first Namaz, that is Fajr, the time of the first Namaz, that is Fajr, begins after the morning twilight.</w:t>
      </w:r>
    </w:p>
    <w:p>
      <w:r>
        <w:rPr>
          <w:b/>
        </w:rPr>
        <w:t xml:space="preserve">[07:57] </w:t>
      </w:r>
      <w:r>
        <w:t>Then the second Namaz, that is Dhuhr, the time of the second Namaz of Dhuhr begins after Noon,</w:t>
      </w:r>
    </w:p>
    <w:p>
      <w:pPr>
        <w:jc w:val="right"/>
      </w:pPr>
      <w:r>
        <w:t>Then the second Namaz, that is Dhuhr, the time of the second Namaz of Dhuhr begins after Noon,</w:t>
      </w:r>
    </w:p>
    <w:p>
      <w:r>
        <w:rPr>
          <w:b/>
        </w:rPr>
        <w:t xml:space="preserve">[08:10] </w:t>
      </w:r>
      <w:r>
        <w:t>just after Noon.</w:t>
      </w:r>
    </w:p>
    <w:p>
      <w:pPr>
        <w:jc w:val="right"/>
      </w:pPr>
      <w:r>
        <w:t>just after Noon.</w:t>
      </w:r>
    </w:p>
    <w:p>
      <w:r>
        <w:rPr>
          <w:b/>
        </w:rPr>
        <w:t xml:space="preserve">[08:23] </w:t>
      </w:r>
      <w:r>
        <w:t>Then the third Namaz, that is Salat, the time of Asr, the time of Asr begins before the sunset.</w:t>
      </w:r>
    </w:p>
    <w:p>
      <w:pPr>
        <w:jc w:val="right"/>
      </w:pPr>
      <w:r>
        <w:t>Then the third Namaz, that is Salat, the time of Asr, the time of Asr begins before the sunset.</w:t>
      </w:r>
    </w:p>
    <w:p>
      <w:r>
        <w:rPr>
          <w:b/>
        </w:rPr>
        <w:t xml:space="preserve">[08:37] </w:t>
      </w:r>
      <w:r>
        <w:t>And the time of the fourth Namaz, that is Maghrib, begins after the sunset.</w:t>
      </w:r>
    </w:p>
    <w:p>
      <w:pPr>
        <w:jc w:val="right"/>
      </w:pPr>
      <w:r>
        <w:t>And the time of the fourth Namaz, that is Maghrib, begins after the sunset.</w:t>
      </w:r>
    </w:p>
    <w:p>
      <w:r>
        <w:rPr>
          <w:b/>
        </w:rPr>
        <w:t xml:space="preserve">[08:50] </w:t>
      </w:r>
      <w:r>
        <w:t>And the fifth Namaz, that is Isha', the time of Isha' begins after the evening twilight.</w:t>
      </w:r>
    </w:p>
    <w:p>
      <w:pPr>
        <w:jc w:val="right"/>
      </w:pPr>
      <w:r>
        <w:t>And the fifth Namaz, that is Isha', the time of Isha' begins after the evening twilight.</w:t>
      </w:r>
    </w:p>
    <w:p>
      <w:r>
        <w:rPr>
          <w:b/>
        </w:rPr>
        <w:t xml:space="preserve">[09:04] </w:t>
      </w:r>
      <w:r>
        <w:t>There are the five.</w:t>
      </w:r>
    </w:p>
    <w:p>
      <w:pPr>
        <w:jc w:val="right"/>
      </w:pPr>
      <w:r>
        <w:t>There are the five.</w:t>
      </w:r>
    </w:p>
    <w:p>
      <w:r>
        <w:rPr>
          <w:b/>
        </w:rPr>
        <w:t xml:space="preserve">[09:13] </w:t>
      </w:r>
      <w:r>
        <w:t>So Namaz is obligatory for five times.</w:t>
      </w:r>
    </w:p>
    <w:p>
      <w:pPr>
        <w:jc w:val="right"/>
      </w:pPr>
      <w:r>
        <w:t>So Namaz is obligatory for five times.</w:t>
      </w:r>
    </w:p>
    <w:p>
      <w:r>
        <w:rPr>
          <w:b/>
        </w:rPr>
        <w:t xml:space="preserve">[09:23] </w:t>
      </w:r>
      <w:r>
        <w:t>In these prayers, the most, the oft-repeated word is: "Allahu Akbar." "Allahu Akbar" is repeated in these five-time</w:t>
      </w:r>
    </w:p>
    <w:p>
      <w:pPr>
        <w:jc w:val="right"/>
      </w:pPr>
      <w:r>
        <w:t>In these prayers, the most, the oft-repeated word is: "Allahu Akbar." "Allahu Akbar" is repeated in these five-time</w:t>
      </w:r>
    </w:p>
    <w:p>
      <w:r>
        <w:rPr>
          <w:b/>
        </w:rPr>
        <w:t xml:space="preserve">[09:32] </w:t>
      </w:r>
      <w:r>
        <w:t>prayers no less than 250, 250 times.</w:t>
      </w:r>
    </w:p>
    <w:p>
      <w:pPr>
        <w:jc w:val="right"/>
      </w:pPr>
      <w:r>
        <w:t>prayers no less than 250, 250 times.</w:t>
      </w:r>
    </w:p>
    <w:p>
      <w:r>
        <w:rPr>
          <w:b/>
        </w:rPr>
        <w:t xml:space="preserve">[09:42] </w:t>
      </w:r>
      <w:r>
        <w:t>So it is very important.</w:t>
      </w:r>
    </w:p>
    <w:p>
      <w:pPr>
        <w:jc w:val="right"/>
      </w:pPr>
      <w:r>
        <w:t>So it is very important.</w:t>
      </w:r>
    </w:p>
    <w:p>
      <w:r>
        <w:rPr>
          <w:b/>
        </w:rPr>
        <w:t xml:space="preserve">[09:51] </w:t>
      </w:r>
      <w:r>
        <w:t>Now, "Allahu Akbar" means God is great.</w:t>
      </w:r>
    </w:p>
    <w:p>
      <w:pPr>
        <w:jc w:val="right"/>
      </w:pPr>
      <w:r>
        <w:t>Now, "Allahu Akbar" means God is great.</w:t>
      </w:r>
    </w:p>
    <w:p>
      <w:r>
        <w:rPr>
          <w:b/>
        </w:rPr>
        <w:t xml:space="preserve">[10:01] </w:t>
      </w:r>
      <w:r>
        <w:t>It means that God is great and I am not great.</w:t>
      </w:r>
    </w:p>
    <w:p>
      <w:pPr>
        <w:jc w:val="right"/>
      </w:pPr>
      <w:r>
        <w:t>It means that God is great and I am not great.</w:t>
      </w:r>
    </w:p>
    <w:p>
      <w:r>
        <w:rPr>
          <w:b/>
        </w:rPr>
        <w:t xml:space="preserve">[10:10] </w:t>
      </w:r>
      <w:r>
        <w:t>God is great and I am not great.</w:t>
      </w:r>
    </w:p>
    <w:p>
      <w:pPr>
        <w:jc w:val="right"/>
      </w:pPr>
      <w:r>
        <w:t>God is great and I am not great.</w:t>
      </w:r>
    </w:p>
    <w:p>
      <w:r>
        <w:rPr>
          <w:b/>
        </w:rPr>
        <w:t xml:space="preserve">[10:20] </w:t>
      </w:r>
      <w:r>
        <w:t>So there is a message of modesty, modesty.</w:t>
      </w:r>
    </w:p>
    <w:p>
      <w:pPr>
        <w:jc w:val="right"/>
      </w:pPr>
      <w:r>
        <w:t>So there is a message of modesty, modesty.</w:t>
      </w:r>
    </w:p>
    <w:p>
      <w:r>
        <w:rPr>
          <w:b/>
        </w:rPr>
        <w:t xml:space="preserve">[10:29] </w:t>
      </w:r>
      <w:r>
        <w:t>The most important spirit of Salat, or Namaz, is modesty.</w:t>
      </w:r>
    </w:p>
    <w:p>
      <w:pPr>
        <w:jc w:val="right"/>
      </w:pPr>
      <w:r>
        <w:t>The most important spirit of Salat, or Namaz, is modesty.</w:t>
      </w:r>
    </w:p>
    <w:p>
      <w:r>
        <w:rPr>
          <w:b/>
        </w:rPr>
        <w:t xml:space="preserve">[10:39] </w:t>
      </w:r>
      <w:r>
        <w:t>Every believer must live in modesty.</w:t>
      </w:r>
    </w:p>
    <w:p>
      <w:pPr>
        <w:jc w:val="right"/>
      </w:pPr>
      <w:r>
        <w:t>Every believer must live in modesty.</w:t>
      </w:r>
    </w:p>
    <w:p>
      <w:r>
        <w:rPr>
          <w:b/>
        </w:rPr>
        <w:t xml:space="preserve">[10:48] </w:t>
      </w:r>
      <w:r>
        <w:t>Arrogance is quite against the Islamic spirit.</w:t>
      </w:r>
    </w:p>
    <w:p>
      <w:pPr>
        <w:jc w:val="right"/>
      </w:pPr>
      <w:r>
        <w:t>Arrogance is quite against the Islamic spirit.</w:t>
      </w:r>
    </w:p>
    <w:p>
      <w:r>
        <w:rPr>
          <w:b/>
        </w:rPr>
        <w:t xml:space="preserve">[10:58] </w:t>
      </w:r>
      <w:r>
        <w:t>And modesty is just according to the Islamic spirit.</w:t>
      </w:r>
    </w:p>
    <w:p>
      <w:pPr>
        <w:jc w:val="right"/>
      </w:pPr>
      <w:r>
        <w:t>And modesty is just according to the Islamic spirit.</w:t>
      </w:r>
    </w:p>
    <w:p>
      <w:r>
        <w:rPr>
          <w:b/>
        </w:rPr>
        <w:t xml:space="preserve">[11:07] </w:t>
      </w:r>
      <w:r>
        <w:t>Arrogance is un-Islamic, and modesty is Islamic.</w:t>
      </w:r>
    </w:p>
    <w:p>
      <w:pPr>
        <w:jc w:val="right"/>
      </w:pPr>
      <w:r>
        <w:t>Arrogance is un-Islamic, and modesty is Islamic.</w:t>
      </w:r>
    </w:p>
    <w:p>
      <w:r>
        <w:rPr>
          <w:b/>
        </w:rPr>
        <w:t xml:space="preserve">[11:17] </w:t>
      </w:r>
      <w:r>
        <w:t>So first of all, Namaz tries to inculcate the spirit of modesty in every believer.</w:t>
      </w:r>
    </w:p>
    <w:p>
      <w:pPr>
        <w:jc w:val="right"/>
      </w:pPr>
      <w:r>
        <w:t>So first of all, Namaz tries to inculcate the spirit of modesty in every believer.</w:t>
      </w:r>
    </w:p>
    <w:p>
      <w:r>
        <w:rPr>
          <w:b/>
        </w:rPr>
        <w:t xml:space="preserve">[11:27] </w:t>
      </w:r>
      <w:r>
        <w:t>Then, before going to Salat, everyone makes Wudu, ablution.</w:t>
      </w:r>
    </w:p>
    <w:p>
      <w:pPr>
        <w:jc w:val="right"/>
      </w:pPr>
      <w:r>
        <w:t>Then, before going to Salat, everyone makes Wudu, ablution.</w:t>
      </w:r>
    </w:p>
    <w:p>
      <w:r>
        <w:rPr>
          <w:b/>
        </w:rPr>
        <w:t xml:space="preserve">[11:37] </w:t>
      </w:r>
      <w:r>
        <w:t>Wudu means Wudu is like a mini, mini bath.</w:t>
      </w:r>
    </w:p>
    <w:p>
      <w:pPr>
        <w:jc w:val="right"/>
      </w:pPr>
      <w:r>
        <w:t>Wudu means Wudu is like a mini, mini bath.</w:t>
      </w:r>
    </w:p>
    <w:p>
      <w:r>
        <w:rPr>
          <w:b/>
        </w:rPr>
        <w:t xml:space="preserve">[11:47] </w:t>
      </w:r>
      <w:r>
        <w:t>It is like a mini bath.</w:t>
      </w:r>
    </w:p>
    <w:p>
      <w:pPr>
        <w:jc w:val="right"/>
      </w:pPr>
      <w:r>
        <w:t>It is like a mini bath.</w:t>
      </w:r>
    </w:p>
    <w:p>
      <w:r>
        <w:rPr>
          <w:b/>
        </w:rPr>
        <w:t xml:space="preserve">[11:58] </w:t>
      </w:r>
      <w:r>
        <w:t>You wash your hands and your legs and your face by water. So it is like a mini bath.</w:t>
      </w:r>
    </w:p>
    <w:p>
      <w:pPr>
        <w:jc w:val="right"/>
      </w:pPr>
      <w:r>
        <w:t>You wash your hands and your legs and your face by water. So it is like a mini bath.</w:t>
      </w:r>
    </w:p>
    <w:p>
      <w:r>
        <w:rPr>
          <w:b/>
        </w:rPr>
        <w:t xml:space="preserve">[12:12] </w:t>
      </w:r>
      <w:r>
        <w:t>After finishing the Wudu, you say: "Allahumma Jalni minat-Tawwabeen, wa Jalni minal-Mutahhireen." O God, make me a purified person.</w:t>
      </w:r>
    </w:p>
    <w:p>
      <w:pPr>
        <w:jc w:val="right"/>
      </w:pPr>
      <w:r>
        <w:t>After finishing the Wudu, you say: "Allahumma Jalni minat-Tawwabeen, wa Jalni minal-Mutahhireen." O God, make me a purified person.</w:t>
      </w:r>
    </w:p>
    <w:p>
      <w:r>
        <w:rPr>
          <w:b/>
        </w:rPr>
        <w:t xml:space="preserve">[12:38] </w:t>
      </w:r>
      <w:r>
        <w:t>So it is a Dua. Externally, you wash your hands and your face, but internally, you do this Dua: O God, purify my personality, purify my heart and mind.</w:t>
      </w:r>
    </w:p>
    <w:p>
      <w:pPr>
        <w:jc w:val="right"/>
      </w:pPr>
      <w:r>
        <w:t>So it is a Dua. Externally, you wash your hands and your face, but internally, you do this Dua: O God, purify my personality, purify my heart and mind.</w:t>
      </w:r>
    </w:p>
    <w:p>
      <w:r>
        <w:rPr>
          <w:b/>
        </w:rPr>
        <w:t xml:space="preserve">[13:02] </w:t>
      </w:r>
      <w:r>
        <w:t>So Wudu is an act of purification, not only your body but your soul.</w:t>
      </w:r>
    </w:p>
    <w:p>
      <w:pPr>
        <w:jc w:val="right"/>
      </w:pPr>
      <w:r>
        <w:t>So Wudu is an act of purification, not only your body but your soul.</w:t>
      </w:r>
    </w:p>
    <w:p>
      <w:r>
        <w:rPr>
          <w:b/>
        </w:rPr>
        <w:t xml:space="preserve">[13:13] </w:t>
      </w:r>
      <w:r>
        <w:t>Then, when you join the Salat, there are several words recited in this.</w:t>
      </w:r>
    </w:p>
    <w:p>
      <w:pPr>
        <w:jc w:val="right"/>
      </w:pPr>
      <w:r>
        <w:t>Then, when you join the Salat, there are several words recited in this.</w:t>
      </w:r>
    </w:p>
    <w:p>
      <w:r>
        <w:rPr>
          <w:b/>
        </w:rPr>
        <w:t xml:space="preserve">[13:24] </w:t>
      </w:r>
      <w:r>
        <w:t>You recited during the Salat.</w:t>
      </w:r>
    </w:p>
    <w:p>
      <w:pPr>
        <w:jc w:val="right"/>
      </w:pPr>
      <w:r>
        <w:t>You recited during the Salat.</w:t>
      </w:r>
    </w:p>
    <w:p>
      <w:r>
        <w:rPr>
          <w:b/>
        </w:rPr>
        <w:t xml:space="preserve">[13:36] </w:t>
      </w:r>
      <w:r>
        <w:t>For example, in every Salat, you recite Surah Al-Fatihah that begins from: "Alhamdulillahi Rabbil Alameen." It means all</w:t>
      </w:r>
    </w:p>
    <w:p>
      <w:pPr>
        <w:jc w:val="right"/>
      </w:pPr>
      <w:r>
        <w:t>For example, in every Salat, you recite Surah Al-Fatihah that begins from: "Alhamdulillahi Rabbil Alameen." It means all</w:t>
      </w:r>
    </w:p>
    <w:p>
      <w:r>
        <w:rPr>
          <w:b/>
        </w:rPr>
        <w:t xml:space="preserve">[13:47] </w:t>
      </w:r>
      <w:r>
        <w:t>praise be to God Almighty, the Lord of the universe.</w:t>
      </w:r>
    </w:p>
    <w:p>
      <w:pPr>
        <w:jc w:val="right"/>
      </w:pPr>
      <w:r>
        <w:t>praise be to God Almighty, the Lord of the universe.</w:t>
      </w:r>
    </w:p>
    <w:p>
      <w:r>
        <w:rPr>
          <w:b/>
        </w:rPr>
        <w:t xml:space="preserve">[13:58] </w:t>
      </w:r>
      <w:r>
        <w:t>So here you acknowledge the blessings of God.</w:t>
      </w:r>
    </w:p>
    <w:p>
      <w:pPr>
        <w:jc w:val="right"/>
      </w:pPr>
      <w:r>
        <w:t>So here you acknowledge the blessings of God.</w:t>
      </w:r>
    </w:p>
    <w:p>
      <w:r>
        <w:rPr>
          <w:b/>
        </w:rPr>
        <w:t xml:space="preserve">[14:10] </w:t>
      </w:r>
      <w:r>
        <w:t>Here you acknowledge that God is your Creator.</w:t>
      </w:r>
    </w:p>
    <w:p>
      <w:pPr>
        <w:jc w:val="right"/>
      </w:pPr>
      <w:r>
        <w:t>Here you acknowledge that God is your Creator.</w:t>
      </w:r>
    </w:p>
    <w:p>
      <w:r>
        <w:rPr>
          <w:b/>
        </w:rPr>
        <w:t xml:space="preserve">[14:20] </w:t>
      </w:r>
      <w:r>
        <w:t>God is your Sustainer.</w:t>
      </w:r>
    </w:p>
    <w:p>
      <w:pPr>
        <w:jc w:val="right"/>
      </w:pPr>
      <w:r>
        <w:t>God is your Sustainer.</w:t>
      </w:r>
    </w:p>
    <w:p>
      <w:r>
        <w:rPr>
          <w:b/>
        </w:rPr>
        <w:t xml:space="preserve">[14:31] </w:t>
      </w:r>
      <w:r>
        <w:t>God has provided you all those blessings that are called the Life Support System.</w:t>
      </w:r>
    </w:p>
    <w:p>
      <w:pPr>
        <w:jc w:val="right"/>
      </w:pPr>
      <w:r>
        <w:t>God has provided you all those blessings that are called the Life Support System.</w:t>
      </w:r>
    </w:p>
    <w:p>
      <w:r>
        <w:rPr>
          <w:b/>
        </w:rPr>
        <w:t xml:space="preserve">[14:41] </w:t>
      </w:r>
      <w:r>
        <w:t>So "Alhamdulillah" means that you are acknowledging all those blessings and presenting your thanksgiving to God Almighty.</w:t>
      </w:r>
    </w:p>
    <w:p>
      <w:pPr>
        <w:jc w:val="right"/>
      </w:pPr>
      <w:r>
        <w:t>So "Alhamdulillah" means that you are acknowledging all those blessings and presenting your thanksgiving to God Almighty.</w:t>
      </w:r>
    </w:p>
    <w:p>
      <w:r>
        <w:rPr>
          <w:b/>
        </w:rPr>
        <w:t xml:space="preserve">[14:52] </w:t>
      </w:r>
      <w:r>
        <w:t>Then, after reading some more verses from the Quran, you go to Ruku.</w:t>
      </w:r>
    </w:p>
    <w:p>
      <w:pPr>
        <w:jc w:val="right"/>
      </w:pPr>
      <w:r>
        <w:t>Then, after reading some more verses from the Quran, you go to Ruku.</w:t>
      </w:r>
    </w:p>
    <w:p>
      <w:r>
        <w:rPr>
          <w:b/>
        </w:rPr>
        <w:t xml:space="preserve">[15:02] </w:t>
      </w:r>
      <w:r>
        <w:t>You bow your head before God.</w:t>
      </w:r>
    </w:p>
    <w:p>
      <w:pPr>
        <w:jc w:val="right"/>
      </w:pPr>
      <w:r>
        <w:t>You bow your head before God.</w:t>
      </w:r>
    </w:p>
    <w:p>
      <w:r>
        <w:rPr>
          <w:b/>
        </w:rPr>
        <w:t xml:space="preserve">[15:13] </w:t>
      </w:r>
      <w:r>
        <w:t>Then you do Sujudah. You put your head on earth. This is a symbol of surrendering before God. It is a symbol of submission.</w:t>
      </w:r>
    </w:p>
    <w:p>
      <w:pPr>
        <w:jc w:val="right"/>
      </w:pPr>
      <w:r>
        <w:t>Then you do Sujudah. You put your head on earth. This is a symbol of surrendering before God. It is a symbol of submission.</w:t>
      </w:r>
    </w:p>
    <w:p>
      <w:r>
        <w:rPr>
          <w:b/>
        </w:rPr>
        <w:t xml:space="preserve">[15:33] </w:t>
      </w:r>
      <w:r>
        <w:t>Submission is the essence of Salat.</w:t>
      </w:r>
    </w:p>
    <w:p>
      <w:pPr>
        <w:jc w:val="right"/>
      </w:pPr>
      <w:r>
        <w:t>Submission is the essence of Salat.</w:t>
      </w:r>
    </w:p>
    <w:p>
      <w:r>
        <w:rPr>
          <w:b/>
        </w:rPr>
        <w:t xml:space="preserve">[15:41] </w:t>
      </w:r>
      <w:r>
        <w:t>Submission is the universal religion.</w:t>
      </w:r>
    </w:p>
    <w:p>
      <w:pPr>
        <w:jc w:val="right"/>
      </w:pPr>
      <w:r>
        <w:t>Submission is the universal religion.</w:t>
      </w:r>
    </w:p>
    <w:p>
      <w:r>
        <w:rPr>
          <w:b/>
        </w:rPr>
        <w:t xml:space="preserve">[15:49] </w:t>
      </w:r>
      <w:r>
        <w:t>Submission is the religion of both man and the universe.</w:t>
      </w:r>
    </w:p>
    <w:p>
      <w:pPr>
        <w:jc w:val="right"/>
      </w:pPr>
      <w:r>
        <w:t>Submission is the religion of both man and the universe.</w:t>
      </w:r>
    </w:p>
    <w:p>
      <w:r>
        <w:rPr>
          <w:b/>
        </w:rPr>
        <w:t xml:space="preserve">[15:57] </w:t>
      </w:r>
      <w:r>
        <w:t>The whole universe, all parts of the universe, all planets, all stars, and mountain and ocean, everything is</w:t>
      </w:r>
    </w:p>
    <w:p>
      <w:pPr>
        <w:jc w:val="right"/>
      </w:pPr>
      <w:r>
        <w:t>The whole universe, all parts of the universe, all planets, all stars, and mountain and ocean, everything is</w:t>
      </w:r>
    </w:p>
    <w:p>
      <w:r>
        <w:rPr>
          <w:b/>
        </w:rPr>
        <w:t xml:space="preserve">[16:05] </w:t>
      </w:r>
      <w:r>
        <w:t>submitted to God.</w:t>
      </w:r>
    </w:p>
    <w:p>
      <w:pPr>
        <w:jc w:val="right"/>
      </w:pPr>
      <w:r>
        <w:t>submitted to God.</w:t>
      </w:r>
    </w:p>
    <w:p>
      <w:r>
        <w:rPr>
          <w:b/>
        </w:rPr>
        <w:t xml:space="preserve">[16:13] </w:t>
      </w:r>
      <w:r>
        <w:t>Everything is surrendering to God. So Namaz is also an act of surrender, an act of submission.</w:t>
      </w:r>
    </w:p>
    <w:p>
      <w:pPr>
        <w:jc w:val="right"/>
      </w:pPr>
      <w:r>
        <w:t>Everything is surrendering to God. So Namaz is also an act of surrender, an act of submission.</w:t>
      </w:r>
    </w:p>
    <w:p>
      <w:r>
        <w:rPr>
          <w:b/>
        </w:rPr>
        <w:t xml:space="preserve">[16:28] </w:t>
      </w:r>
      <w:r>
        <w:t>So when you perform Ruku, even you perform Sujudah, so externally it is Ruku or Sujudah, but internally it is surrender, it is submission.</w:t>
      </w:r>
    </w:p>
    <w:p>
      <w:pPr>
        <w:jc w:val="right"/>
      </w:pPr>
      <w:r>
        <w:t>So when you perform Ruku, even you perform Sujudah, so externally it is Ruku or Sujudah, but internally it is surrender, it is submission.</w:t>
      </w:r>
    </w:p>
    <w:p>
      <w:r>
        <w:rPr>
          <w:b/>
        </w:rPr>
        <w:t xml:space="preserve">[16:48] </w:t>
      </w:r>
      <w:r>
        <w:t>This is the spirit of Salat.</w:t>
      </w:r>
    </w:p>
    <w:p>
      <w:pPr>
        <w:jc w:val="right"/>
      </w:pPr>
      <w:r>
        <w:t>This is the spirit of Salat.</w:t>
      </w:r>
    </w:p>
    <w:p>
      <w:r>
        <w:rPr>
          <w:b/>
        </w:rPr>
        <w:t xml:space="preserve">[16:58] </w:t>
      </w:r>
      <w:r>
        <w:t>Then you recite some more Kalimat, like some "Allahu Leman Hamdah," "Allahu Akbar," and some parts of the Quran.</w:t>
      </w:r>
    </w:p>
    <w:p>
      <w:pPr>
        <w:jc w:val="right"/>
      </w:pPr>
      <w:r>
        <w:t>Then you recite some more Kalimat, like some "Allahu Leman Hamdah," "Allahu Akbar," and some parts of the Quran.</w:t>
      </w:r>
    </w:p>
    <w:p>
      <w:r>
        <w:rPr>
          <w:b/>
        </w:rPr>
        <w:t xml:space="preserve">[17:08] </w:t>
      </w:r>
      <w:r>
        <w:t>And you perform several units like this.</w:t>
      </w:r>
    </w:p>
    <w:p>
      <w:pPr>
        <w:jc w:val="right"/>
      </w:pPr>
      <w:r>
        <w:t>And you perform several units like this.</w:t>
      </w:r>
    </w:p>
    <w:p>
      <w:r>
        <w:rPr>
          <w:b/>
        </w:rPr>
        <w:t xml:space="preserve">[17:19] </w:t>
      </w:r>
      <w:r>
        <w:t>You know, there are you know that Namaz comprises several units.</w:t>
      </w:r>
    </w:p>
    <w:p>
      <w:pPr>
        <w:jc w:val="right"/>
      </w:pPr>
      <w:r>
        <w:t>You know, there are you know that Namaz comprises several units.</w:t>
      </w:r>
    </w:p>
    <w:p>
      <w:r>
        <w:rPr>
          <w:b/>
        </w:rPr>
        <w:t xml:space="preserve">[17:29] </w:t>
      </w:r>
      <w:r>
        <w:t>Some two units, some three units, some four units.</w:t>
      </w:r>
    </w:p>
    <w:p>
      <w:pPr>
        <w:jc w:val="right"/>
      </w:pPr>
      <w:r>
        <w:t>Some two units, some three units, some four units.</w:t>
      </w:r>
    </w:p>
    <w:p>
      <w:r>
        <w:rPr>
          <w:b/>
        </w:rPr>
        <w:t xml:space="preserve">[17:40] </w:t>
      </w:r>
      <w:r>
        <w:t>So every believer performs Namaz with these units.</w:t>
      </w:r>
    </w:p>
    <w:p>
      <w:pPr>
        <w:jc w:val="right"/>
      </w:pPr>
      <w:r>
        <w:t>So every believer performs Namaz with these units.</w:t>
      </w:r>
    </w:p>
    <w:p>
      <w:r>
        <w:rPr>
          <w:b/>
        </w:rPr>
        <w:t xml:space="preserve">[17:50] </w:t>
      </w:r>
      <w:r>
        <w:t>In the Salatul Fajr, the morning prayer, there are two units.</w:t>
      </w:r>
    </w:p>
    <w:p>
      <w:pPr>
        <w:jc w:val="right"/>
      </w:pPr>
      <w:r>
        <w:t>In the Salatul Fajr, the morning prayer, there are two units.</w:t>
      </w:r>
    </w:p>
    <w:p>
      <w:r>
        <w:rPr>
          <w:b/>
        </w:rPr>
        <w:t xml:space="preserve">[18:00] </w:t>
      </w:r>
      <w:r>
        <w:t>And in the Salatul Maghrib, that is just after sunset, there are three units.</w:t>
      </w:r>
    </w:p>
    <w:p>
      <w:pPr>
        <w:jc w:val="right"/>
      </w:pPr>
      <w:r>
        <w:t>And in the Salatul Maghrib, that is just after sunset, there are three units.</w:t>
      </w:r>
    </w:p>
    <w:p>
      <w:r>
        <w:rPr>
          <w:b/>
        </w:rPr>
        <w:t xml:space="preserve">[18:11] </w:t>
      </w:r>
      <w:r>
        <w:t>And in Dhuhr and Asr, Isha', there are four units.</w:t>
      </w:r>
    </w:p>
    <w:p>
      <w:pPr>
        <w:jc w:val="right"/>
      </w:pPr>
      <w:r>
        <w:t>And in Dhuhr and Asr, Isha', there are four units.</w:t>
      </w:r>
    </w:p>
    <w:p>
      <w:r>
        <w:rPr>
          <w:b/>
        </w:rPr>
        <w:t xml:space="preserve">[18:21] </w:t>
      </w:r>
      <w:r>
        <w:t>This is the form of Namaz.</w:t>
      </w:r>
    </w:p>
    <w:p>
      <w:pPr>
        <w:jc w:val="right"/>
      </w:pPr>
      <w:r>
        <w:t>This is the form of Namaz.</w:t>
      </w:r>
    </w:p>
    <w:p>
      <w:r>
        <w:rPr>
          <w:b/>
        </w:rPr>
        <w:t xml:space="preserve">[18:32] </w:t>
      </w:r>
      <w:r>
        <w:t>So there is a form of Namaz, a complete form. But only form is not the whole Namaz.</w:t>
      </w:r>
    </w:p>
    <w:p>
      <w:pPr>
        <w:jc w:val="right"/>
      </w:pPr>
      <w:r>
        <w:t>So there is a form of Namaz, a complete form. But only form is not the whole Namaz.</w:t>
      </w:r>
    </w:p>
    <w:p>
      <w:r>
        <w:rPr>
          <w:b/>
        </w:rPr>
        <w:t xml:space="preserve">[18:45] </w:t>
      </w:r>
      <w:r>
        <w:t>In every Namaz, in every Salat, there are two aspects. It is outer form and its inner content. So inner content is Taqwa, fear of God.</w:t>
      </w:r>
    </w:p>
    <w:p>
      <w:pPr>
        <w:jc w:val="right"/>
      </w:pPr>
      <w:r>
        <w:t>In every Namaz, in every Salat, there are two aspects. It is outer form and its inner content. So inner content is Taqwa, fear of God.</w:t>
      </w:r>
    </w:p>
    <w:p>
      <w:r>
        <w:rPr>
          <w:b/>
        </w:rPr>
        <w:t xml:space="preserve">[19:09] </w:t>
      </w:r>
      <w:r>
        <w:t>And in the outer content, there is Ruku and Sujudah and Qiyam. Qiyam and Ruku or Sujudah are its outer form. And the inner form is Taqwa, fear of God.</w:t>
      </w:r>
    </w:p>
    <w:p>
      <w:pPr>
        <w:jc w:val="right"/>
      </w:pPr>
      <w:r>
        <w:t>And in the outer content, there is Ruku and Sujudah and Qiyam. Qiyam and Ruku or Sujudah are its outer form. And the inner form is Taqwa, fear of God.</w:t>
      </w:r>
    </w:p>
    <w:p>
      <w:r>
        <w:rPr>
          <w:b/>
        </w:rPr>
        <w:t xml:space="preserve">[19:28] </w:t>
      </w:r>
      <w:r>
        <w:t>There is a Hadith, "La Salat lamallam yatakhsha." Only that Namaz is Namaz in which there is Taqwa.</w:t>
      </w:r>
    </w:p>
    <w:p>
      <w:pPr>
        <w:jc w:val="right"/>
      </w:pPr>
      <w:r>
        <w:t>There is a Hadith, "La Salat lamallam yatakhsha." Only that Namaz is Namaz in which there is Taqwa.</w:t>
      </w:r>
    </w:p>
    <w:p>
      <w:r>
        <w:rPr>
          <w:b/>
        </w:rPr>
        <w:t xml:space="preserve">[19:40] </w:t>
      </w:r>
      <w:r>
        <w:t>It means that without Taqwa, without fear of God, Namaz is nothing.</w:t>
      </w:r>
    </w:p>
    <w:p>
      <w:pPr>
        <w:jc w:val="right"/>
      </w:pPr>
      <w:r>
        <w:t>It means that without Taqwa, without fear of God, Namaz is nothing.</w:t>
      </w:r>
    </w:p>
    <w:p>
      <w:r>
        <w:rPr>
          <w:b/>
        </w:rPr>
        <w:t xml:space="preserve">[19:52] </w:t>
      </w:r>
      <w:r>
        <w:t>There is a Hadith that one day the Prophet was sitting in the mosque of Madinah.</w:t>
      </w:r>
    </w:p>
    <w:p>
      <w:pPr>
        <w:jc w:val="right"/>
      </w:pPr>
      <w:r>
        <w:t>There is a Hadith that one day the Prophet was sitting in the mosque of Madinah.</w:t>
      </w:r>
    </w:p>
    <w:p>
      <w:r>
        <w:rPr>
          <w:b/>
        </w:rPr>
        <w:t xml:space="preserve">[20:04] </w:t>
      </w:r>
      <w:r>
        <w:t>Then a person came, a Muslim came over there.</w:t>
      </w:r>
    </w:p>
    <w:p>
      <w:pPr>
        <w:jc w:val="right"/>
      </w:pPr>
      <w:r>
        <w:t>Then a person came, a Muslim came over there.</w:t>
      </w:r>
    </w:p>
    <w:p>
      <w:r>
        <w:rPr>
          <w:b/>
        </w:rPr>
        <w:t xml:space="preserve">[20:16] </w:t>
      </w:r>
      <w:r>
        <w:t>He performed Namaz, perhaps Salatul, perhaps Tahiyyatul Masjid.</w:t>
      </w:r>
    </w:p>
    <w:p>
      <w:pPr>
        <w:jc w:val="right"/>
      </w:pPr>
      <w:r>
        <w:t>He performed Namaz, perhaps Salatul, perhaps Tahiyyatul Masjid.</w:t>
      </w:r>
    </w:p>
    <w:p>
      <w:r>
        <w:rPr>
          <w:b/>
        </w:rPr>
        <w:t xml:space="preserve">[20:28] </w:t>
      </w:r>
      <w:r>
        <w:t>Then he came to the Prophet and said, "Assalamu Alaikum." The Prophet said, "It means that go back</w:t>
      </w:r>
    </w:p>
    <w:p>
      <w:pPr>
        <w:jc w:val="right"/>
      </w:pPr>
      <w:r>
        <w:t>Then he came to the Prophet and said, "Assalamu Alaikum." The Prophet said, "It means that go back</w:t>
      </w:r>
    </w:p>
    <w:p>
      <w:r>
        <w:rPr>
          <w:b/>
        </w:rPr>
        <w:t xml:space="preserve">[20:40] </w:t>
      </w:r>
      <w:r>
        <w:t>and perform again your Namaz." You see, this person has already performed the Namaz, but his Namaz was</w:t>
      </w:r>
    </w:p>
    <w:p>
      <w:pPr>
        <w:jc w:val="right"/>
      </w:pPr>
      <w:r>
        <w:t>and perform again your Namaz." You see, this person has already performed the Namaz, but his Namaz was</w:t>
      </w:r>
    </w:p>
    <w:p>
      <w:r>
        <w:rPr>
          <w:b/>
        </w:rPr>
        <w:t xml:space="preserve">[20:52] </w:t>
      </w:r>
      <w:r>
        <w:t>only in its outer form, its external form, in the form of Qiyam and Ruku and Sujudah.</w:t>
      </w:r>
    </w:p>
    <w:p>
      <w:pPr>
        <w:jc w:val="right"/>
      </w:pPr>
      <w:r>
        <w:t>only in its outer form, its external form, in the form of Qiyam and Ruku and Sujudah.</w:t>
      </w:r>
    </w:p>
    <w:p>
      <w:r>
        <w:rPr>
          <w:b/>
        </w:rPr>
        <w:t xml:space="preserve">[21:04] </w:t>
      </w:r>
      <w:r>
        <w:t>But inner spirit was absent in his Namaz.</w:t>
      </w:r>
    </w:p>
    <w:p>
      <w:pPr>
        <w:jc w:val="right"/>
      </w:pPr>
      <w:r>
        <w:t>But inner spirit was absent in his Namaz.</w:t>
      </w:r>
    </w:p>
    <w:p>
      <w:r>
        <w:rPr>
          <w:b/>
        </w:rPr>
        <w:t xml:space="preserve">[21:16] </w:t>
      </w:r>
      <w:r>
        <w:t>But the inner spirit was absent in his Namaz.</w:t>
      </w:r>
    </w:p>
    <w:p>
      <w:pPr>
        <w:jc w:val="right"/>
      </w:pPr>
      <w:r>
        <w:t>But the inner spirit was absent in his Namaz.</w:t>
      </w:r>
    </w:p>
    <w:p>
      <w:r>
        <w:rPr>
          <w:b/>
        </w:rPr>
        <w:t xml:space="preserve">[21:26] </w:t>
      </w:r>
      <w:r>
        <w:t>So the Prophet said, "Go back and perform your Namaz again, because this kind of Namaz will not</w:t>
      </w:r>
    </w:p>
    <w:p>
      <w:pPr>
        <w:jc w:val="right"/>
      </w:pPr>
      <w:r>
        <w:t>So the Prophet said, "Go back and perform your Namaz again, because this kind of Namaz will not</w:t>
      </w:r>
    </w:p>
    <w:p>
      <w:r>
        <w:rPr>
          <w:b/>
        </w:rPr>
        <w:t xml:space="preserve">[21:37] </w:t>
      </w:r>
      <w:r>
        <w:t>be accepted by God." So then let us take the Salatul Jama'ah, that is congregational prayer.</w:t>
      </w:r>
    </w:p>
    <w:p>
      <w:pPr>
        <w:jc w:val="right"/>
      </w:pPr>
      <w:r>
        <w:t>be accepted by God." So then let us take the Salatul Jama'ah, that is congregational prayer.</w:t>
      </w:r>
    </w:p>
    <w:p>
      <w:r>
        <w:rPr>
          <w:b/>
        </w:rPr>
        <w:t xml:space="preserve">[21:48] </w:t>
      </w:r>
      <w:r>
        <w:t>In every mosque, you see that people gather over there.</w:t>
      </w:r>
    </w:p>
    <w:p>
      <w:pPr>
        <w:jc w:val="right"/>
      </w:pPr>
      <w:r>
        <w:t>In every mosque, you see that people gather over there.</w:t>
      </w:r>
    </w:p>
    <w:p>
      <w:r>
        <w:rPr>
          <w:b/>
        </w:rPr>
        <w:t xml:space="preserve">[21:59] </w:t>
      </w:r>
      <w:r>
        <w:t>They perform Namaz in a congregational way.</w:t>
      </w:r>
    </w:p>
    <w:p>
      <w:pPr>
        <w:jc w:val="right"/>
      </w:pPr>
      <w:r>
        <w:t>They perform Namaz in a congregational way.</w:t>
      </w:r>
    </w:p>
    <w:p>
      <w:r>
        <w:rPr>
          <w:b/>
        </w:rPr>
        <w:t xml:space="preserve">[22:10] </w:t>
      </w:r>
      <w:r>
        <w:t>That is, one among those Muslims stands before on Musalla and he leads the Namaz.</w:t>
      </w:r>
    </w:p>
    <w:p>
      <w:pPr>
        <w:jc w:val="right"/>
      </w:pPr>
      <w:r>
        <w:t>That is, one among those Muslims stands before on Musalla and he leads the Namaz.</w:t>
      </w:r>
    </w:p>
    <w:p>
      <w:r>
        <w:rPr>
          <w:b/>
        </w:rPr>
        <w:t xml:space="preserve">[22:21] </w:t>
      </w:r>
      <w:r>
        <w:t>And all other Muslims follow this Imam.</w:t>
      </w:r>
    </w:p>
    <w:p>
      <w:pPr>
        <w:jc w:val="right"/>
      </w:pPr>
      <w:r>
        <w:t>And all other Muslims follow this Imam.</w:t>
      </w:r>
    </w:p>
    <w:p>
      <w:r>
        <w:rPr>
          <w:b/>
        </w:rPr>
        <w:t xml:space="preserve">[22:30] </w:t>
      </w:r>
      <w:r>
        <w:t>So this is a great this has a great lesson.</w:t>
      </w:r>
    </w:p>
    <w:p>
      <w:pPr>
        <w:jc w:val="right"/>
      </w:pPr>
      <w:r>
        <w:t>So this is a great this has a great lesson.</w:t>
      </w:r>
    </w:p>
    <w:p>
      <w:r>
        <w:rPr>
          <w:b/>
        </w:rPr>
        <w:t xml:space="preserve">[22:39] </w:t>
      </w:r>
      <w:r>
        <w:t>It means that if you are 10 person, if you are 10,000 or 10,000,000, you have to live</w:t>
      </w:r>
    </w:p>
    <w:p>
      <w:pPr>
        <w:jc w:val="right"/>
      </w:pPr>
      <w:r>
        <w:t>It means that if you are 10 person, if you are 10,000 or 10,000,000, you have to live</w:t>
      </w:r>
    </w:p>
    <w:p>
      <w:r>
        <w:rPr>
          <w:b/>
        </w:rPr>
        <w:t xml:space="preserve">[22:48] </w:t>
      </w:r>
      <w:r>
        <w:t>life like this.</w:t>
      </w:r>
    </w:p>
    <w:p>
      <w:pPr>
        <w:jc w:val="right"/>
      </w:pPr>
      <w:r>
        <w:t>life like this.</w:t>
      </w:r>
    </w:p>
    <w:p>
      <w:r>
        <w:rPr>
          <w:b/>
        </w:rPr>
        <w:t xml:space="preserve">[22:57] </w:t>
      </w:r>
      <w:r>
        <w:t>This is a message of unity, a message of organization.</w:t>
      </w:r>
    </w:p>
    <w:p>
      <w:pPr>
        <w:jc w:val="right"/>
      </w:pPr>
      <w:r>
        <w:t>This is a message of unity, a message of organization.</w:t>
      </w:r>
    </w:p>
    <w:p>
      <w:r>
        <w:rPr>
          <w:b/>
        </w:rPr>
        <w:t xml:space="preserve">[23:07] </w:t>
      </w:r>
      <w:r>
        <w:t>It means that you have to select one person as your leader.</w:t>
      </w:r>
    </w:p>
    <w:p>
      <w:pPr>
        <w:jc w:val="right"/>
      </w:pPr>
      <w:r>
        <w:t>It means that you have to select one person as your leader.</w:t>
      </w:r>
    </w:p>
    <w:p>
      <w:r>
        <w:rPr>
          <w:b/>
        </w:rPr>
        <w:t xml:space="preserve">[23:16] </w:t>
      </w:r>
      <w:r>
        <w:t>And all the other believers must follow this leader.</w:t>
      </w:r>
    </w:p>
    <w:p>
      <w:pPr>
        <w:jc w:val="right"/>
      </w:pPr>
      <w:r>
        <w:t>And all the other believers must follow this leader.</w:t>
      </w:r>
    </w:p>
    <w:p>
      <w:r>
        <w:rPr>
          <w:b/>
        </w:rPr>
        <w:t xml:space="preserve">[23:25] </w:t>
      </w:r>
      <w:r>
        <w:t>Just like congregational prayer.</w:t>
      </w:r>
    </w:p>
    <w:p>
      <w:pPr>
        <w:jc w:val="right"/>
      </w:pPr>
      <w:r>
        <w:t>Just like congregational prayer.</w:t>
      </w:r>
    </w:p>
    <w:p>
      <w:r>
        <w:rPr>
          <w:b/>
        </w:rPr>
        <w:t xml:space="preserve">[23:34] </w:t>
      </w:r>
      <w:r>
        <w:t>You know, in congregational prayer, one Imam is the leader.</w:t>
      </w:r>
    </w:p>
    <w:p>
      <w:pPr>
        <w:jc w:val="right"/>
      </w:pPr>
      <w:r>
        <w:t>You know, in congregational prayer, one Imam is the leader.</w:t>
      </w:r>
    </w:p>
    <w:p>
      <w:r>
        <w:rPr>
          <w:b/>
        </w:rPr>
        <w:t xml:space="preserve">[23:43] </w:t>
      </w:r>
      <w:r>
        <w:t>And all believers are standing behind him.</w:t>
      </w:r>
    </w:p>
    <w:p>
      <w:pPr>
        <w:jc w:val="right"/>
      </w:pPr>
      <w:r>
        <w:t>And all believers are standing behind him.</w:t>
      </w:r>
    </w:p>
    <w:p>
      <w:r>
        <w:rPr>
          <w:b/>
        </w:rPr>
        <w:t xml:space="preserve">[23:53] </w:t>
      </w:r>
      <w:r>
        <w:t>All the believers except one take the seat behind the seat behind that Imam.</w:t>
      </w:r>
    </w:p>
    <w:p>
      <w:pPr>
        <w:jc w:val="right"/>
      </w:pPr>
      <w:r>
        <w:t>All the believers except one take the seat behind the seat behind that Imam.</w:t>
      </w:r>
    </w:p>
    <w:p>
      <w:r>
        <w:rPr>
          <w:b/>
        </w:rPr>
        <w:t xml:space="preserve">[24:01] </w:t>
      </w:r>
      <w:r>
        <w:t>This is the Islamic organization.</w:t>
      </w:r>
    </w:p>
    <w:p>
      <w:pPr>
        <w:jc w:val="right"/>
      </w:pPr>
      <w:r>
        <w:t>This is the Islamic organization.</w:t>
      </w:r>
    </w:p>
    <w:p>
      <w:r>
        <w:rPr>
          <w:b/>
        </w:rPr>
        <w:t xml:space="preserve">[24:09] </w:t>
      </w:r>
      <w:r>
        <w:t>This is the way of Islamic unity.</w:t>
      </w:r>
    </w:p>
    <w:p>
      <w:pPr>
        <w:jc w:val="right"/>
      </w:pPr>
      <w:r>
        <w:t>This is the way of Islamic unity.</w:t>
      </w:r>
    </w:p>
    <w:p>
      <w:r>
        <w:rPr>
          <w:b/>
        </w:rPr>
        <w:t xml:space="preserve">[24:17] </w:t>
      </w:r>
      <w:r>
        <w:t>You have to select one as your Imam or leader.</w:t>
      </w:r>
    </w:p>
    <w:p>
      <w:pPr>
        <w:jc w:val="right"/>
      </w:pPr>
      <w:r>
        <w:t>You have to select one as your Imam or leader.</w:t>
      </w:r>
    </w:p>
    <w:p>
      <w:r>
        <w:rPr>
          <w:b/>
        </w:rPr>
        <w:t xml:space="preserve">[24:25] </w:t>
      </w:r>
      <w:r>
        <w:t>And every Muslim, every believer must follow this leader completely.</w:t>
      </w:r>
    </w:p>
    <w:p>
      <w:pPr>
        <w:jc w:val="right"/>
      </w:pPr>
      <w:r>
        <w:t>And every Muslim, every believer must follow this leader completely.</w:t>
      </w:r>
    </w:p>
    <w:p>
      <w:r>
        <w:rPr>
          <w:b/>
        </w:rPr>
        <w:t xml:space="preserve">[24:33] </w:t>
      </w:r>
      <w:r>
        <w:t>This is the secret of unity.</w:t>
      </w:r>
    </w:p>
    <w:p>
      <w:pPr>
        <w:jc w:val="right"/>
      </w:pPr>
      <w:r>
        <w:t>This is the secret of unity.</w:t>
      </w:r>
    </w:p>
    <w:p>
      <w:r>
        <w:rPr>
          <w:b/>
        </w:rPr>
        <w:t xml:space="preserve">[24:41] </w:t>
      </w:r>
      <w:r>
        <w:t>This is the method of organization.</w:t>
      </w:r>
    </w:p>
    <w:p>
      <w:pPr>
        <w:jc w:val="right"/>
      </w:pPr>
      <w:r>
        <w:t>This is the method of organization.</w:t>
      </w:r>
    </w:p>
    <w:p>
      <w:r>
        <w:rPr>
          <w:b/>
        </w:rPr>
        <w:t xml:space="preserve">[24:49] </w:t>
      </w:r>
      <w:r>
        <w:t>This is the true spirit of Islam.</w:t>
      </w:r>
    </w:p>
    <w:p>
      <w:pPr>
        <w:jc w:val="right"/>
      </w:pPr>
      <w:r>
        <w:t>This is the true spirit of Islam.</w:t>
      </w:r>
    </w:p>
    <w:p>
      <w:r>
        <w:rPr>
          <w:b/>
        </w:rPr>
        <w:t xml:space="preserve">[24:58] </w:t>
      </w:r>
      <w:r>
        <w:t>Then in the end, when we complete Namaz, so in the end, every Muslim says like this, "Assalamu</w:t>
      </w:r>
    </w:p>
    <w:p>
      <w:pPr>
        <w:jc w:val="right"/>
      </w:pPr>
      <w:r>
        <w:t>Then in the end, when we complete Namaz, so in the end, every Muslim says like this, "Assalamu</w:t>
      </w:r>
    </w:p>
    <w:p>
      <w:r>
        <w:rPr>
          <w:b/>
        </w:rPr>
        <w:t xml:space="preserve">[25:09] </w:t>
      </w:r>
      <w:r>
        <w:t>Alaikum Warahmatullah." "Assalamu Alaikum Warahmatullah." "Assalamu Alaikum Warahmatullah" means peace and blessing upon you.</w:t>
      </w:r>
    </w:p>
    <w:p>
      <w:pPr>
        <w:jc w:val="right"/>
      </w:pPr>
      <w:r>
        <w:t>Alaikum Warahmatullah." "Assalamu Alaikum Warahmatullah." "Assalamu Alaikum Warahmatullah" means peace and blessing upon you.</w:t>
      </w:r>
    </w:p>
    <w:p>
      <w:r>
        <w:rPr>
          <w:b/>
        </w:rPr>
        <w:t xml:space="preserve">[25:21] </w:t>
      </w:r>
      <w:r>
        <w:t>Peace be upon you and blessing of God be upon you.</w:t>
      </w:r>
    </w:p>
    <w:p>
      <w:pPr>
        <w:jc w:val="right"/>
      </w:pPr>
      <w:r>
        <w:t>Peace be upon you and blessing of God be upon you.</w:t>
      </w:r>
    </w:p>
    <w:p>
      <w:r>
        <w:rPr>
          <w:b/>
        </w:rPr>
        <w:t xml:space="preserve">[25:33] </w:t>
      </w:r>
      <w:r>
        <w:t>This is the last word of Namaz.</w:t>
      </w:r>
    </w:p>
    <w:p>
      <w:pPr>
        <w:jc w:val="right"/>
      </w:pPr>
      <w:r>
        <w:t>This is the last word of Namaz.</w:t>
      </w:r>
    </w:p>
    <w:p>
      <w:r>
        <w:rPr>
          <w:b/>
        </w:rPr>
        <w:t xml:space="preserve">[25:45] </w:t>
      </w:r>
      <w:r>
        <w:t>By saying this, the believer addresses all mankind, all those people who are living on this globe. It is not a simple recitation. It is not a simple word.</w:t>
      </w:r>
    </w:p>
    <w:p>
      <w:pPr>
        <w:jc w:val="right"/>
      </w:pPr>
      <w:r>
        <w:t>By saying this, the believer addresses all mankind, all those people who are living on this globe. It is not a simple recitation. It is not a simple word.</w:t>
      </w:r>
    </w:p>
    <w:p>
      <w:r>
        <w:rPr>
          <w:b/>
        </w:rPr>
        <w:t xml:space="preserve">[26:08] </w:t>
      </w:r>
      <w:r>
        <w:t>By saying "Assalamu Alaikum Warahmatullah," believers address all human beings, all men and women living on the globe.</w:t>
      </w:r>
    </w:p>
    <w:p>
      <w:pPr>
        <w:jc w:val="right"/>
      </w:pPr>
      <w:r>
        <w:t>By saying "Assalamu Alaikum Warahmatullah," believers address all human beings, all men and women living on the globe.</w:t>
      </w:r>
    </w:p>
    <w:p>
      <w:r>
        <w:rPr>
          <w:b/>
        </w:rPr>
        <w:t xml:space="preserve">[26:20] </w:t>
      </w:r>
      <w:r>
        <w:t>Explaining this, a great scholar, a great Muslim scholar, a great Islamic scholar has said, his name was Ibn Uwayyah.</w:t>
      </w:r>
    </w:p>
    <w:p>
      <w:pPr>
        <w:jc w:val="right"/>
      </w:pPr>
      <w:r>
        <w:t>Explaining this, a great scholar, a great Muslim scholar, a great Islamic scholar has said, his name was Ibn Uwayyah.</w:t>
      </w:r>
    </w:p>
    <w:p>
      <w:r>
        <w:rPr>
          <w:b/>
        </w:rPr>
        <w:t xml:space="preserve">[26:33] </w:t>
      </w:r>
      <w:r>
        <w:t>So Ibn Uwayyah says, "Do you know?</w:t>
      </w:r>
    </w:p>
    <w:p>
      <w:pPr>
        <w:jc w:val="right"/>
      </w:pPr>
      <w:r>
        <w:t>So Ibn Uwayyah says, "Do you know?</w:t>
      </w:r>
    </w:p>
    <w:p>
      <w:r>
        <w:rPr>
          <w:b/>
        </w:rPr>
        <w:t xml:space="preserve">[26:46] </w:t>
      </w:r>
      <w:r>
        <w:t>" هل تدريم السلام؟ Do you know what is saying "Assalamu"? What is the meaning of "Assalamu"? يقول أنت آمن مني أنت آمن مني By saying this, the believers say, "Oh people, you are safe from Myself.</w:t>
      </w:r>
    </w:p>
    <w:p>
      <w:pPr>
        <w:jc w:val="right"/>
      </w:pPr>
      <w:r>
        <w:t>" هل تدريم السلام؟ Do you know what is saying "Assalamu"? What is the meaning of "Assalamu"? يقول أنت آمن مني أنت آمن مني By saying this, the believers say, "Oh people, you are safe from Myself.</w:t>
      </w:r>
    </w:p>
    <w:p>
      <w:r>
        <w:rPr>
          <w:b/>
        </w:rPr>
        <w:t xml:space="preserve">[27:16] </w:t>
      </w:r>
      <w:r>
        <w:t>I am not going to create any problem for you." So this is the Namaz or Salat. One who performs this Salat with its literal spirit, with its inner content and its outer form.</w:t>
      </w:r>
    </w:p>
    <w:p>
      <w:pPr>
        <w:jc w:val="right"/>
      </w:pPr>
      <w:r>
        <w:t>I am not going to create any problem for you." So this is the Namaz or Salat. One who performs this Salat with its literal spirit, with its inner content and its outer form.</w:t>
      </w:r>
    </w:p>
    <w:p>
      <w:r>
        <w:rPr>
          <w:b/>
        </w:rPr>
        <w:t xml:space="preserve">[27:46] </w:t>
      </w:r>
      <w:r>
        <w:t>So it is but natural that he will live in this society. He must live in this society as a peaceful member.</w:t>
      </w:r>
    </w:p>
    <w:p>
      <w:pPr>
        <w:jc w:val="right"/>
      </w:pPr>
      <w:r>
        <w:t>So it is but natural that he will live in this society. He must live in this society as a peaceful member.</w:t>
      </w:r>
    </w:p>
    <w:p>
      <w:r>
        <w:rPr>
          <w:b/>
        </w:rPr>
        <w:t xml:space="preserve">[28:04] </w:t>
      </w:r>
      <w:r>
        <w:t>So Salat inculcates the spirit of peace, the spirit of love towards all human beings.</w:t>
      </w:r>
    </w:p>
    <w:p>
      <w:pPr>
        <w:jc w:val="right"/>
      </w:pPr>
      <w:r>
        <w:t>So Salat inculcates the spirit of peace, the spirit of love towards all human beings.</w:t>
      </w:r>
    </w:p>
    <w:p>
      <w:r>
        <w:rPr>
          <w:b/>
        </w:rPr>
        <w:t xml:space="preserve">[28:18] </w:t>
      </w:r>
      <w:r>
        <w:t>Salat or Namaz inculcates the spirit of Taqwa, that is fear of God, that is accountability. Accountability.</w:t>
      </w:r>
    </w:p>
    <w:p>
      <w:pPr>
        <w:jc w:val="right"/>
      </w:pPr>
      <w:r>
        <w:t>Salat or Namaz inculcates the spirit of Taqwa, that is fear of God, that is accountability. Accountability.</w:t>
      </w:r>
    </w:p>
    <w:p>
      <w:r>
        <w:rPr>
          <w:b/>
        </w:rPr>
        <w:t xml:space="preserve">[28:32] </w:t>
      </w:r>
      <w:r>
        <w:t>So Salat inculcates this spirit of accountability, spirit of Taqwa, spirit of peace, spirit of intolerance.</w:t>
      </w:r>
    </w:p>
    <w:p>
      <w:pPr>
        <w:jc w:val="right"/>
      </w:pPr>
      <w:r>
        <w:t>So Salat inculcates this spirit of accountability, spirit of Taqwa, spirit of peace, spirit of intolerance.</w:t>
      </w:r>
    </w:p>
    <w:p>
      <w:r>
        <w:rPr>
          <w:b/>
        </w:rPr>
        <w:t xml:space="preserve">[28:47] </w:t>
      </w:r>
      <w:r>
        <w:t>So those people who perform Taqwa must live like this.</w:t>
      </w:r>
    </w:p>
    <w:p>
      <w:pPr>
        <w:jc w:val="right"/>
      </w:pPr>
      <w:r>
        <w:t>So those people who perform Taqwa must live like this.</w:t>
      </w:r>
    </w:p>
    <w:p>
      <w:r>
        <w:rPr>
          <w:b/>
        </w:rPr>
        <w:t xml:space="preserve">[29:00] </w:t>
      </w:r>
      <w:r>
        <w:t>They have to be they have to live as a peaceful member of their society.</w:t>
      </w:r>
    </w:p>
    <w:p>
      <w:pPr>
        <w:jc w:val="right"/>
      </w:pPr>
      <w:r>
        <w:t>They have to be they have to live as a peaceful member of their society.</w:t>
      </w:r>
    </w:p>
    <w:p>
      <w:r>
        <w:rPr>
          <w:b/>
        </w:rPr>
        <w:t xml:space="preserve">[29:13] </w:t>
      </w:r>
      <w:r>
        <w:t>They have to live as a harmless member of their society.</w:t>
      </w:r>
    </w:p>
    <w:p>
      <w:pPr>
        <w:jc w:val="right"/>
      </w:pPr>
      <w:r>
        <w:t>They have to live as a harmless member of their society.</w:t>
      </w:r>
    </w:p>
    <w:p>
      <w:r>
        <w:rPr>
          <w:b/>
        </w:rPr>
        <w:t xml:space="preserve">[29:26] </w:t>
      </w:r>
      <w:r>
        <w:t>There is a verse in the Quran, innas salata tanha anil fashai wal munkar It means that Salat or prayer.</w:t>
      </w:r>
    </w:p>
    <w:p>
      <w:pPr>
        <w:jc w:val="right"/>
      </w:pPr>
      <w:r>
        <w:t>There is a verse in the Quran, إِنَّ الصَّلَاةَ تَنْهَى عَنِ الْفَاشَاءِ وَالْمُنْكَرِ It means that Salat or prayer.</w:t>
      </w:r>
    </w:p>
    <w:p>
      <w:r>
        <w:rPr>
          <w:b/>
        </w:rPr>
        <w:t xml:space="preserve">[29:39] </w:t>
      </w:r>
      <w:r>
        <w:t>In this verse, you can find the definition of Salat.</w:t>
      </w:r>
    </w:p>
    <w:p>
      <w:pPr>
        <w:jc w:val="right"/>
      </w:pPr>
      <w:r>
        <w:t>In this verse, you can find the definition of Salat.</w:t>
      </w:r>
    </w:p>
    <w:p>
      <w:r>
        <w:rPr>
          <w:b/>
        </w:rPr>
        <w:t xml:space="preserve">[29:52] </w:t>
      </w:r>
      <w:r>
        <w:t>It means that prayer keeps away from indecency and evil.</w:t>
      </w:r>
    </w:p>
    <w:p>
      <w:pPr>
        <w:jc w:val="right"/>
      </w:pPr>
      <w:r>
        <w:t>It means that prayer keeps away from indecency and evil.</w:t>
      </w:r>
    </w:p>
    <w:p>
      <w:r>
        <w:rPr>
          <w:b/>
        </w:rPr>
        <w:t xml:space="preserve">[30:06] </w:t>
      </w:r>
      <w:r>
        <w:t>innas salata tanha anil fashai wal munkar Prayer keeps away from indecency and evil.</w:t>
      </w:r>
    </w:p>
    <w:p>
      <w:pPr>
        <w:jc w:val="right"/>
      </w:pPr>
      <w:r>
        <w:t>إِنَّ الصَّلَاةَ تَنْهَى عَنِ الْفَاشَاءِ وَالْمُنْكَرِ Prayer keeps away from indecency and evil.</w:t>
      </w:r>
    </w:p>
    <w:p>
      <w:r>
        <w:rPr>
          <w:b/>
        </w:rPr>
        <w:t xml:space="preserve">[30:19] </w:t>
      </w:r>
      <w:r>
        <w:t>It is not an automatic result of Salat. No.</w:t>
      </w:r>
    </w:p>
    <w:p>
      <w:pPr>
        <w:jc w:val="right"/>
      </w:pPr>
      <w:r>
        <w:t>It is not an automatic result of Salat. No.</w:t>
      </w:r>
    </w:p>
    <w:p>
      <w:r>
        <w:rPr>
          <w:b/>
        </w:rPr>
        <w:t xml:space="preserve">[30:32] </w:t>
      </w:r>
      <w:r>
        <w:t>This verse gives us a criterion to judge the purity of Salat.</w:t>
      </w:r>
    </w:p>
    <w:p>
      <w:pPr>
        <w:jc w:val="right"/>
      </w:pPr>
      <w:r>
        <w:t>This verse gives us a criterion to judge the purity of Salat.</w:t>
      </w:r>
    </w:p>
    <w:p>
      <w:r>
        <w:rPr>
          <w:b/>
        </w:rPr>
        <w:t xml:space="preserve">[30:45] </w:t>
      </w:r>
      <w:r>
        <w:t>So this verse, innas salata tanha anil fashai wal munkar is not in the sense that this quality is</w:t>
      </w:r>
    </w:p>
    <w:p>
      <w:pPr>
        <w:jc w:val="right"/>
      </w:pPr>
      <w:r>
        <w:t>So this verse, إِنَّ الصَّلَاةَ تَنْهَى عَنِ الْفَاشَاءِ وَالْمُنْكَرِ is not in the sense that this quality is</w:t>
      </w:r>
    </w:p>
    <w:p>
      <w:r>
        <w:rPr>
          <w:b/>
        </w:rPr>
        <w:t xml:space="preserve">[30:58] </w:t>
      </w:r>
      <w:r>
        <w:t>an automatic result.</w:t>
      </w:r>
    </w:p>
    <w:p>
      <w:pPr>
        <w:jc w:val="right"/>
      </w:pPr>
      <w:r>
        <w:t>an automatic result.</w:t>
      </w:r>
    </w:p>
    <w:p>
      <w:r>
        <w:rPr>
          <w:b/>
        </w:rPr>
        <w:t xml:space="preserve">[31:12] </w:t>
      </w:r>
      <w:r>
        <w:t>This quality comes as an automatic result of Salat. No.</w:t>
      </w:r>
    </w:p>
    <w:p>
      <w:pPr>
        <w:jc w:val="right"/>
      </w:pPr>
      <w:r>
        <w:t>This quality comes as an automatic result of Salat. No.</w:t>
      </w:r>
    </w:p>
    <w:p>
      <w:r>
        <w:rPr>
          <w:b/>
        </w:rPr>
        <w:t xml:space="preserve">[31:21] </w:t>
      </w:r>
      <w:r>
        <w:t>It is a criterion.</w:t>
      </w:r>
    </w:p>
    <w:p>
      <w:pPr>
        <w:jc w:val="right"/>
      </w:pPr>
      <w:r>
        <w:t>It is a criterion.</w:t>
      </w:r>
    </w:p>
    <w:p>
      <w:r>
        <w:rPr>
          <w:b/>
        </w:rPr>
        <w:t xml:space="preserve">[31:30] </w:t>
      </w:r>
      <w:r>
        <w:t>By this criterion, you can judge every person's Salat.</w:t>
      </w:r>
    </w:p>
    <w:p>
      <w:pPr>
        <w:jc w:val="right"/>
      </w:pPr>
      <w:r>
        <w:t>By this criterion, you can judge every person's Salat.</w:t>
      </w:r>
    </w:p>
    <w:p>
      <w:r>
        <w:rPr>
          <w:b/>
        </w:rPr>
        <w:t xml:space="preserve">[31:40] </w:t>
      </w:r>
      <w:r>
        <w:t>Prayer keeps away from indecency and evil.</w:t>
      </w:r>
    </w:p>
    <w:p>
      <w:pPr>
        <w:jc w:val="right"/>
      </w:pPr>
      <w:r>
        <w:t>Prayer keeps away from indecency and evil.</w:t>
      </w:r>
    </w:p>
    <w:p>
      <w:r>
        <w:rPr>
          <w:b/>
        </w:rPr>
        <w:t xml:space="preserve">[31:49] </w:t>
      </w:r>
      <w:r>
        <w:t>So you have to see after Salat, one who performs Salat in the mosque and then he then</w:t>
      </w:r>
    </w:p>
    <w:p>
      <w:pPr>
        <w:jc w:val="right"/>
      </w:pPr>
      <w:r>
        <w:t>So you have to see after Salat, one who performs Salat in the mosque and then he then</w:t>
      </w:r>
    </w:p>
    <w:p>
      <w:r>
        <w:rPr>
          <w:b/>
        </w:rPr>
        <w:t xml:space="preserve">[31:58] </w:t>
      </w:r>
      <w:r>
        <w:t>he returns to his society, to his home, to his market.</w:t>
      </w:r>
    </w:p>
    <w:p>
      <w:pPr>
        <w:jc w:val="right"/>
      </w:pPr>
      <w:r>
        <w:t>he returns to his society, to his home, to his market.</w:t>
      </w:r>
    </w:p>
    <w:p>
      <w:r>
        <w:rPr>
          <w:b/>
        </w:rPr>
        <w:t xml:space="preserve">[32:08] </w:t>
      </w:r>
      <w:r>
        <w:t>So you have to judge his Salat by this criterion.</w:t>
      </w:r>
    </w:p>
    <w:p>
      <w:pPr>
        <w:jc w:val="right"/>
      </w:pPr>
      <w:r>
        <w:t>So you have to judge his Salat by this criterion.</w:t>
      </w:r>
    </w:p>
    <w:p>
      <w:r>
        <w:rPr>
          <w:b/>
        </w:rPr>
        <w:t xml:space="preserve">[32:20] </w:t>
      </w:r>
      <w:r>
        <w:t>If he lives as a person who keeps himself away from evil or indecency, who is living as</w:t>
      </w:r>
    </w:p>
    <w:p>
      <w:pPr>
        <w:jc w:val="right"/>
      </w:pPr>
      <w:r>
        <w:t>If he lives as a person who keeps himself away from evil or indecency, who is living as</w:t>
      </w:r>
    </w:p>
    <w:p>
      <w:r>
        <w:rPr>
          <w:b/>
        </w:rPr>
        <w:t xml:space="preserve">[32:32] </w:t>
      </w:r>
      <w:r>
        <w:t>a responsible person, who is living in the society as a God-fearing person, then he has performed this</w:t>
      </w:r>
    </w:p>
    <w:p>
      <w:pPr>
        <w:jc w:val="right"/>
      </w:pPr>
      <w:r>
        <w:t>a responsible person, who is living in the society as a God-fearing person, then he has performed this</w:t>
      </w:r>
    </w:p>
    <w:p>
      <w:r>
        <w:rPr>
          <w:b/>
        </w:rPr>
        <w:t xml:space="preserve">[32:44] </w:t>
      </w:r>
      <w:r>
        <w:t>Salat in the true sense of the word.</w:t>
      </w:r>
    </w:p>
    <w:p>
      <w:pPr>
        <w:jc w:val="right"/>
      </w:pPr>
      <w:r>
        <w:t>Salat in the true sense of the word.</w:t>
      </w:r>
    </w:p>
    <w:p>
      <w:r>
        <w:rPr>
          <w:b/>
        </w:rPr>
        <w:t xml:space="preserve">[32:57] </w:t>
      </w:r>
      <w:r>
        <w:t>So this is the criterion.</w:t>
      </w:r>
    </w:p>
    <w:p>
      <w:pPr>
        <w:jc w:val="right"/>
      </w:pPr>
      <w:r>
        <w:t>So this is the criterion.</w:t>
      </w:r>
    </w:p>
    <w:p>
      <w:r>
        <w:rPr>
          <w:b/>
        </w:rPr>
        <w:t xml:space="preserve">[33:06] </w:t>
      </w:r>
      <w:r>
        <w:t>If this criterion is not fulfilled, then the Prophet of Islam says about that kind of people, irji</w:t>
      </w:r>
    </w:p>
    <w:p>
      <w:pPr>
        <w:jc w:val="right"/>
      </w:pPr>
      <w:r>
        <w:t>If this criterion is not fulfilled, then the Prophet of Islam says about that kind of people, إِرْجِعْ</w:t>
      </w:r>
    </w:p>
    <w:p>
      <w:r>
        <w:rPr>
          <w:b/>
        </w:rPr>
        <w:t xml:space="preserve">[33:15] </w:t>
      </w:r>
      <w:r>
        <w:t>fasalli fa innaka lam tusal Go back and perform your Salat again because you failed to perform your Salat</w:t>
      </w:r>
    </w:p>
    <w:p>
      <w:pPr>
        <w:jc w:val="right"/>
      </w:pPr>
      <w:r>
        <w:t>فَصَلَّ فَإِنَّكَ لَمْ تُصَلِّ Go back and perform your Salat again because you failed to perform your Salat</w:t>
      </w:r>
    </w:p>
    <w:p>
      <w:r>
        <w:rPr>
          <w:b/>
        </w:rPr>
        <w:t xml:space="preserve">[33:24] </w:t>
      </w:r>
      <w:r>
        <w:t>in the true sense of the word.</w:t>
      </w:r>
    </w:p>
    <w:p>
      <w:pPr>
        <w:jc w:val="right"/>
      </w:pPr>
      <w:r>
        <w:t>in the true sense of the word.</w:t>
      </w:r>
    </w:p>
    <w:p>
      <w:r>
        <w:rPr>
          <w:b/>
        </w:rPr>
        <w:t xml:space="preserve">[33:34] </w:t>
      </w:r>
      <w:r>
        <w:t>So this is the true picture of Salat.</w:t>
      </w:r>
    </w:p>
    <w:p>
      <w:pPr>
        <w:jc w:val="right"/>
      </w:pPr>
      <w:r>
        <w:t>So this is the true picture of Salat.</w:t>
      </w:r>
    </w:p>
    <w:p>
      <w:r>
        <w:rPr>
          <w:b/>
        </w:rPr>
        <w:t xml:space="preserve">[33:43] </w:t>
      </w:r>
      <w:r>
        <w:t>This is the true picture of prayer, the true picture of Islamic prayer.</w:t>
      </w:r>
    </w:p>
    <w:p>
      <w:pPr>
        <w:jc w:val="right"/>
      </w:pPr>
      <w:r>
        <w:t>This is the true picture of prayer, the true picture of Islamic prayer.</w:t>
      </w:r>
    </w:p>
    <w:p>
      <w:r>
        <w:rPr>
          <w:b/>
        </w:rPr>
        <w:t xml:space="preserve">[33:52] </w:t>
      </w:r>
      <w:r>
        <w:t>Islamic prayer is not simply a ritual, a set of rituals. No.</w:t>
      </w:r>
    </w:p>
    <w:p>
      <w:pPr>
        <w:jc w:val="right"/>
      </w:pPr>
      <w:r>
        <w:t>Islamic prayer is not simply a ritual, a set of rituals. No.</w:t>
      </w:r>
    </w:p>
    <w:p>
      <w:r>
        <w:rPr>
          <w:b/>
        </w:rPr>
        <w:t xml:space="preserve">[34:01] </w:t>
      </w:r>
      <w:r>
        <w:t>Although there are some forms that may be seen as a ritual, but in fact, Namaz is not a ritual.</w:t>
      </w:r>
    </w:p>
    <w:p>
      <w:pPr>
        <w:jc w:val="right"/>
      </w:pPr>
      <w:r>
        <w:t>Although there are some forms that may be seen as a ritual, but in fact, Namaz is not a ritual.</w:t>
      </w:r>
    </w:p>
    <w:p>
      <w:r>
        <w:rPr>
          <w:b/>
        </w:rPr>
        <w:t xml:space="preserve">[34:10] </w:t>
      </w:r>
      <w:r>
        <w:t>Namaz is a living practice.</w:t>
      </w:r>
    </w:p>
    <w:p>
      <w:pPr>
        <w:jc w:val="right"/>
      </w:pPr>
      <w:r>
        <w:t>Namaz is a living practice.</w:t>
      </w:r>
    </w:p>
    <w:p>
      <w:r>
        <w:rPr>
          <w:b/>
        </w:rPr>
        <w:t xml:space="preserve">[34:19] </w:t>
      </w:r>
      <w:r>
        <w:t>Namaz is an intellectual worship.</w:t>
      </w:r>
    </w:p>
    <w:p>
      <w:pPr>
        <w:jc w:val="right"/>
      </w:pPr>
      <w:r>
        <w:t>Namaz is an intellectual worship.</w:t>
      </w:r>
    </w:p>
    <w:p>
      <w:r>
        <w:rPr>
          <w:b/>
        </w:rPr>
        <w:t xml:space="preserve">[34:28] </w:t>
      </w:r>
      <w:r>
        <w:t>It is very important to know that Islamic prayer is not a ritual or spiritless form.</w:t>
      </w:r>
    </w:p>
    <w:p>
      <w:pPr>
        <w:jc w:val="right"/>
      </w:pPr>
      <w:r>
        <w:t>It is very important to know that Islamic prayer is not a ritual or spiritless form.</w:t>
      </w:r>
    </w:p>
    <w:p>
      <w:r>
        <w:rPr>
          <w:b/>
        </w:rPr>
        <w:t xml:space="preserve">[34:48] </w:t>
      </w:r>
      <w:r>
        <w:t>Islamic prayer is a living prayer. It is intellectual worship, worship with its spirit, worship with full consciousness.</w:t>
      </w:r>
    </w:p>
    <w:p>
      <w:pPr>
        <w:jc w:val="right"/>
      </w:pPr>
      <w:r>
        <w:t>Islamic prayer is a living prayer. It is intellectual worship, worship with its spirit, worship with full consciousness.</w:t>
      </w:r>
    </w:p>
    <w:p>
      <w:r>
        <w:rPr>
          <w:b/>
        </w:rPr>
        <w:t xml:space="preserve">[35:12] </w:t>
      </w:r>
      <w:r>
        <w:t>If your body is involved in Islamic prayer, but your mind is absent, then it is not prayer. You know, every human being has a body. At the same time, he has a mind.</w:t>
      </w:r>
    </w:p>
    <w:p>
      <w:pPr>
        <w:jc w:val="right"/>
      </w:pPr>
      <w:r>
        <w:t>If your body is involved in Islamic prayer, but your mind is absent, then it is not prayer. You know, every human being has a body. At the same time, he has a mind.</w:t>
      </w:r>
    </w:p>
    <w:p>
      <w:r>
        <w:rPr>
          <w:b/>
        </w:rPr>
        <w:t xml:space="preserve">[35:42] </w:t>
      </w:r>
      <w:r>
        <w:t>So mind and body both must be involved in Islamic prayer.</w:t>
      </w:r>
    </w:p>
    <w:p>
      <w:pPr>
        <w:jc w:val="right"/>
      </w:pPr>
      <w:r>
        <w:t>So mind and body both must be involved in Islamic prayer.</w:t>
      </w:r>
    </w:p>
    <w:p>
      <w:r>
        <w:rPr>
          <w:b/>
        </w:rPr>
        <w:t xml:space="preserve">[35:50] </w:t>
      </w:r>
      <w:r>
        <w:t>Bodily, you will perform the outer aspect of prayer.</w:t>
      </w:r>
    </w:p>
    <w:p>
      <w:pPr>
        <w:jc w:val="right"/>
      </w:pPr>
      <w:r>
        <w:t>Bodily, you will perform the outer aspect of prayer.</w:t>
      </w:r>
    </w:p>
    <w:p>
      <w:r>
        <w:rPr>
          <w:b/>
        </w:rPr>
        <w:t xml:space="preserve">[35:58] </w:t>
      </w:r>
      <w:r>
        <w:t>But intellectually, you must involve in prayer.</w:t>
      </w:r>
    </w:p>
    <w:p>
      <w:pPr>
        <w:jc w:val="right"/>
      </w:pPr>
      <w:r>
        <w:t>But intellectually, you must involve in prayer.</w:t>
      </w:r>
    </w:p>
    <w:p>
      <w:r>
        <w:rPr>
          <w:b/>
        </w:rPr>
        <w:t xml:space="preserve">[36:06] </w:t>
      </w:r>
      <w:r>
        <w:t>At the time of prayer, you must think about God.</w:t>
      </w:r>
    </w:p>
    <w:p>
      <w:pPr>
        <w:jc w:val="right"/>
      </w:pPr>
      <w:r>
        <w:t>At the time of prayer, you must think about God.</w:t>
      </w:r>
    </w:p>
    <w:p>
      <w:r>
        <w:rPr>
          <w:b/>
        </w:rPr>
        <w:t xml:space="preserve">[36:14] </w:t>
      </w:r>
      <w:r>
        <w:t>You must think about the presence of God.</w:t>
      </w:r>
    </w:p>
    <w:p>
      <w:pPr>
        <w:jc w:val="right"/>
      </w:pPr>
      <w:r>
        <w:t>You must think about the presence of God.</w:t>
      </w:r>
    </w:p>
    <w:p>
      <w:r>
        <w:rPr>
          <w:b/>
        </w:rPr>
        <w:t xml:space="preserve">[36:22] </w:t>
      </w:r>
      <w:r>
        <w:t>You must think about the accountability.</w:t>
      </w:r>
    </w:p>
    <w:p>
      <w:pPr>
        <w:jc w:val="right"/>
      </w:pPr>
      <w:r>
        <w:t>You must think about the accountability.</w:t>
      </w:r>
    </w:p>
    <w:p>
      <w:r>
        <w:rPr>
          <w:b/>
        </w:rPr>
        <w:t xml:space="preserve">[36:30] </w:t>
      </w:r>
      <w:r>
        <w:t>When you read some part of the Quran in your prayer, you must understand its meaning.</w:t>
      </w:r>
    </w:p>
    <w:p>
      <w:pPr>
        <w:jc w:val="right"/>
      </w:pPr>
      <w:r>
        <w:t>When you read some part of the Quran in your prayer, you must understand its meaning.</w:t>
      </w:r>
    </w:p>
    <w:p>
      <w:r>
        <w:rPr>
          <w:b/>
        </w:rPr>
        <w:t xml:space="preserve">[36:38] </w:t>
      </w:r>
      <w:r>
        <w:t>For example, when you say in your prayer, maliki yawm al-din, Lord of the Day of Judgment.</w:t>
      </w:r>
    </w:p>
    <w:p>
      <w:pPr>
        <w:jc w:val="right"/>
      </w:pPr>
      <w:r>
        <w:t>For example, when you say in your prayer, مَالِكَ يَوْمِ الدِّينِ , Lord of the Day of Judgment.</w:t>
      </w:r>
    </w:p>
    <w:p>
      <w:r>
        <w:rPr>
          <w:b/>
        </w:rPr>
        <w:t xml:space="preserve">[36:47] </w:t>
      </w:r>
      <w:r>
        <w:t>When you say this, Lord of the Day of Judgment, you have to remember the Day of Judgment.</w:t>
      </w:r>
    </w:p>
    <w:p>
      <w:pPr>
        <w:jc w:val="right"/>
      </w:pPr>
      <w:r>
        <w:t>When you say this, Lord of the Day of Judgment, you have to remember the Day of Judgment.</w:t>
      </w:r>
    </w:p>
    <w:p>
      <w:r>
        <w:rPr>
          <w:b/>
        </w:rPr>
        <w:t xml:space="preserve">[36:57] </w:t>
      </w:r>
      <w:r>
        <w:t>You have to think about accountability.</w:t>
      </w:r>
    </w:p>
    <w:p>
      <w:pPr>
        <w:jc w:val="right"/>
      </w:pPr>
      <w:r>
        <w:t>You have to think about accountability.</w:t>
      </w:r>
    </w:p>
    <w:p>
      <w:r>
        <w:rPr>
          <w:b/>
        </w:rPr>
        <w:t xml:space="preserve">[37:07] </w:t>
      </w:r>
      <w:r>
        <w:t>So it is very important.</w:t>
      </w:r>
    </w:p>
    <w:p>
      <w:pPr>
        <w:jc w:val="right"/>
      </w:pPr>
      <w:r>
        <w:t>So it is very important.</w:t>
      </w:r>
    </w:p>
    <w:p>
      <w:r>
        <w:rPr>
          <w:b/>
        </w:rPr>
        <w:t xml:space="preserve">[37:17] </w:t>
      </w:r>
      <w:r>
        <w:t>Prayer is a combination of mind and body.</w:t>
      </w:r>
    </w:p>
    <w:p>
      <w:pPr>
        <w:jc w:val="right"/>
      </w:pPr>
      <w:r>
        <w:t>Prayer is a combination of mind and body.</w:t>
      </w:r>
    </w:p>
    <w:p>
      <w:r>
        <w:rPr>
          <w:b/>
        </w:rPr>
        <w:t xml:space="preserve">[37:28] </w:t>
      </w:r>
      <w:r>
        <w:t>Prayer is a combination of external act and also internal spirit.</w:t>
      </w:r>
    </w:p>
    <w:p>
      <w:pPr>
        <w:jc w:val="right"/>
      </w:pPr>
      <w:r>
        <w:t>Prayer is a combination of external act and also internal spirit.</w:t>
      </w:r>
    </w:p>
    <w:p>
      <w:r>
        <w:rPr>
          <w:b/>
        </w:rPr>
        <w:t xml:space="preserve">[37:38] </w:t>
      </w:r>
      <w:r>
        <w:t>So you have to pray with both inner spirit and external form.</w:t>
      </w:r>
    </w:p>
    <w:p>
      <w:pPr>
        <w:jc w:val="right"/>
      </w:pPr>
      <w:r>
        <w:t>So you have to pray with both inner spirit and external form.</w:t>
      </w:r>
    </w:p>
    <w:p>
      <w:r>
        <w:rPr>
          <w:b/>
        </w:rPr>
        <w:t xml:space="preserve">[37:49] </w:t>
      </w:r>
      <w:r>
        <w:t>Without form, there is no worship.</w:t>
      </w:r>
    </w:p>
    <w:p>
      <w:pPr>
        <w:jc w:val="right"/>
      </w:pPr>
      <w:r>
        <w:t>Without form, there is no worship.</w:t>
      </w:r>
    </w:p>
    <w:p>
      <w:r>
        <w:rPr>
          <w:b/>
        </w:rPr>
        <w:t xml:space="preserve">[37:59] </w:t>
      </w:r>
      <w:r>
        <w:t>And at the same time, without spirit, there is no Salat.</w:t>
      </w:r>
    </w:p>
    <w:p>
      <w:pPr>
        <w:jc w:val="right"/>
      </w:pPr>
      <w:r>
        <w:t>And at the same time, without spirit, there is no Salat.</w:t>
      </w:r>
    </w:p>
    <w:p>
      <w:r>
        <w:rPr>
          <w:b/>
        </w:rPr>
        <w:t xml:space="preserve">[38:10] </w:t>
      </w:r>
      <w:r>
        <w:t>So this is the true picture of Salat or prayer or Namaz.</w:t>
      </w:r>
    </w:p>
    <w:p>
      <w:pPr>
        <w:jc w:val="right"/>
      </w:pPr>
      <w:r>
        <w:t>So this is the true picture of Salat or prayer or Namaz.</w:t>
      </w:r>
    </w:p>
    <w:p>
      <w:r>
        <w:rPr>
          <w:b/>
        </w:rPr>
        <w:t xml:space="preserve">[38:21] </w:t>
      </w:r>
      <w:r>
        <w:t>May God bless us to perform this Salat in the right way. aqoolu qawli hadha wa astaghfirullaha li wa lakum ajmaeen.</w:t>
      </w:r>
    </w:p>
    <w:p>
      <w:pPr>
        <w:jc w:val="right"/>
      </w:pPr>
      <w:r>
        <w:t>May God bless us to perform this Salat in the right way.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