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Islam in History - Part-2 (English) March 10, 2007 Maulana Wahiduddin Khan</w:t>
      </w:r>
    </w:p>
    <w:p>
      <w:r>
        <w:t>https://www.youtube.com/watch?v=VmZFLK7jDcE</w:t>
      </w:r>
    </w:p>
    <w:p>
      <w:r>
        <w:rPr>
          <w:b/>
        </w:rPr>
        <w:t xml:space="preserve">[00:10] </w:t>
      </w:r>
      <w:r>
        <w:t>Rab ishrah li sadri, wa yassir li amri, wah-lul uqdatan min lisani, yafqahu qawli.</w:t>
      </w:r>
    </w:p>
    <w:p>
      <w:pPr>
        <w:jc w:val="right"/>
      </w:pPr>
      <w:r>
        <w:t>رب اشرح لی صدری، ویسر لی امری، واحل العقدۃ من لسانی، یفقہ قولی۔</w:t>
      </w:r>
    </w:p>
    <w:p>
      <w:r>
        <w:rPr>
          <w:b/>
        </w:rPr>
        <w:t xml:space="preserve">[00:26] </w:t>
      </w:r>
      <w:r>
        <w:t>In this part of my speech, I will try to give some details about a question: how to</w:t>
      </w:r>
    </w:p>
    <w:p>
      <w:pPr>
        <w:jc w:val="right"/>
      </w:pPr>
      <w:r>
        <w:t>In this part of my speech, I will try to give some details about a question: how to</w:t>
      </w:r>
    </w:p>
    <w:p>
      <w:r>
        <w:rPr>
          <w:b/>
        </w:rPr>
        <w:t xml:space="preserve">[00:42] </w:t>
      </w:r>
      <w:r>
        <w:t>translate the Islamic ideology in our present time, or in the present phase of human history?</w:t>
      </w:r>
    </w:p>
    <w:p>
      <w:pPr>
        <w:jc w:val="right"/>
      </w:pPr>
      <w:r>
        <w:t>translate the Islamic ideology in our present time, or in the present phase of human history?</w:t>
      </w:r>
    </w:p>
    <w:p>
      <w:r>
        <w:rPr>
          <w:b/>
        </w:rPr>
        <w:t xml:space="preserve">[00:59] </w:t>
      </w:r>
      <w:r>
        <w:t>First of all, you have to know that Islam is a mission, a universal mission. Every such mission needs a boost.</w:t>
      </w:r>
    </w:p>
    <w:p>
      <w:pPr>
        <w:jc w:val="right"/>
      </w:pPr>
      <w:r>
        <w:t>First of all, you have to know that Islam is a mission, a universal mission. Every such mission needs a boost.</w:t>
      </w:r>
    </w:p>
    <w:p>
      <w:r>
        <w:rPr>
          <w:b/>
        </w:rPr>
        <w:t xml:space="preserve">[01:22] </w:t>
      </w:r>
      <w:r>
        <w:t>Without boost, no mission can have a rapid speed.</w:t>
      </w:r>
    </w:p>
    <w:p>
      <w:pPr>
        <w:jc w:val="right"/>
      </w:pPr>
      <w:r>
        <w:t>Without boost, no mission can have a rapid speed.</w:t>
      </w:r>
    </w:p>
    <w:p>
      <w:r>
        <w:rPr>
          <w:b/>
        </w:rPr>
        <w:t xml:space="preserve">[01:38] </w:t>
      </w:r>
      <w:r>
        <w:t>Without rapid speed, there is no possibility to achieve its target, its universal target.</w:t>
      </w:r>
    </w:p>
    <w:p>
      <w:pPr>
        <w:jc w:val="right"/>
      </w:pPr>
      <w:r>
        <w:t>Without rapid speed, there is no possibility to achieve its target, its universal target.</w:t>
      </w:r>
    </w:p>
    <w:p>
      <w:r>
        <w:rPr>
          <w:b/>
        </w:rPr>
        <w:t xml:space="preserve">[01:55] </w:t>
      </w:r>
      <w:r>
        <w:t>So, in the early period of Islam, that is the seventh century, in that period there were some booster elements.</w:t>
      </w:r>
    </w:p>
    <w:p>
      <w:pPr>
        <w:jc w:val="right"/>
      </w:pPr>
      <w:r>
        <w:t>So, in the early period of Islam, that is the seventh century, in that period there were some booster elements.</w:t>
      </w:r>
    </w:p>
    <w:p>
      <w:r>
        <w:rPr>
          <w:b/>
        </w:rPr>
        <w:t xml:space="preserve">[02:12] </w:t>
      </w:r>
      <w:r>
        <w:t>There were some forces that acted as a booster, as a booster role.</w:t>
      </w:r>
    </w:p>
    <w:p>
      <w:pPr>
        <w:jc w:val="right"/>
      </w:pPr>
      <w:r>
        <w:t>There were some forces that acted as a booster, as a booster role.</w:t>
      </w:r>
    </w:p>
    <w:p>
      <w:r>
        <w:rPr>
          <w:b/>
        </w:rPr>
        <w:t xml:space="preserve">[02:29] </w:t>
      </w:r>
      <w:r>
        <w:t>But in our present, in the present phase of history, that kind of boost is not tenable.</w:t>
      </w:r>
    </w:p>
    <w:p>
      <w:pPr>
        <w:jc w:val="right"/>
      </w:pPr>
      <w:r>
        <w:t>But in our present, in the present phase of history, that kind of boost is not tenable.</w:t>
      </w:r>
    </w:p>
    <w:p>
      <w:r>
        <w:rPr>
          <w:b/>
        </w:rPr>
        <w:t xml:space="preserve">[02:46] </w:t>
      </w:r>
      <w:r>
        <w:t>You know, at that time, Muslims adopted some model, for example, Hijra.</w:t>
      </w:r>
    </w:p>
    <w:p>
      <w:pPr>
        <w:jc w:val="right"/>
      </w:pPr>
      <w:r>
        <w:t>You know, at that time, Muslims adopted some model, for example, Hijra.</w:t>
      </w:r>
    </w:p>
    <w:p>
      <w:r>
        <w:rPr>
          <w:b/>
        </w:rPr>
        <w:t xml:space="preserve">[02:56] </w:t>
      </w:r>
      <w:r>
        <w:t>When they found that in Makkah there are some problems, they left Makkah and settled in Madinah to</w:t>
      </w:r>
    </w:p>
    <w:p>
      <w:pPr>
        <w:jc w:val="right"/>
      </w:pPr>
      <w:r>
        <w:t>When they found that in Makkah there are some problems, they left Makkah and settled in Madinah to</w:t>
      </w:r>
    </w:p>
    <w:p>
      <w:r>
        <w:rPr>
          <w:b/>
        </w:rPr>
        <w:t xml:space="preserve">[03:07] </w:t>
      </w:r>
      <w:r>
        <w:t>establish a stronghold of Islam over there, to consolidate Islam in Makkah, to consolidate Islam in Madinah, which</w:t>
      </w:r>
    </w:p>
    <w:p>
      <w:pPr>
        <w:jc w:val="right"/>
      </w:pPr>
      <w:r>
        <w:t>establish a stronghold of Islam over there, to consolidate Islam in Makkah, to consolidate Islam in Madinah, which</w:t>
      </w:r>
    </w:p>
    <w:p>
      <w:r>
        <w:rPr>
          <w:b/>
        </w:rPr>
        <w:t xml:space="preserve">[03:18] </w:t>
      </w:r>
      <w:r>
        <w:t>was seemingly impossible at that time in Makkah.</w:t>
      </w:r>
    </w:p>
    <w:p>
      <w:pPr>
        <w:jc w:val="right"/>
      </w:pPr>
      <w:r>
        <w:t>was seemingly impossible at that time in Makkah.</w:t>
      </w:r>
    </w:p>
    <w:p>
      <w:r>
        <w:rPr>
          <w:b/>
        </w:rPr>
        <w:t xml:space="preserve">[03:29] </w:t>
      </w:r>
      <w:r>
        <w:t>It is called in Islamic history as Hijra, al-Hijra.</w:t>
      </w:r>
    </w:p>
    <w:p>
      <w:pPr>
        <w:jc w:val="right"/>
      </w:pPr>
      <w:r>
        <w:t>It is called in Islamic history as Hijra, al-Hijra.</w:t>
      </w:r>
    </w:p>
    <w:p>
      <w:r>
        <w:rPr>
          <w:b/>
        </w:rPr>
        <w:t xml:space="preserve">[03:40] </w:t>
      </w:r>
      <w:r>
        <w:t>But the Hijra model is not possible at that in our present time, because now the dominating thought</w:t>
      </w:r>
    </w:p>
    <w:p>
      <w:pPr>
        <w:jc w:val="right"/>
      </w:pPr>
      <w:r>
        <w:t>But the Hijra model is not possible at that in our present time, because now the dominating thought</w:t>
      </w:r>
    </w:p>
    <w:p>
      <w:r>
        <w:rPr>
          <w:b/>
        </w:rPr>
        <w:t xml:space="preserve">[03:51] </w:t>
      </w:r>
      <w:r>
        <w:t>among nations is nationalism.</w:t>
      </w:r>
    </w:p>
    <w:p>
      <w:pPr>
        <w:jc w:val="right"/>
      </w:pPr>
      <w:r>
        <w:t>among nations is nationalism.</w:t>
      </w:r>
    </w:p>
    <w:p>
      <w:r>
        <w:rPr>
          <w:b/>
        </w:rPr>
        <w:t xml:space="preserve">[04:02] </w:t>
      </w:r>
      <w:r>
        <w:t>Present nationalism does not allow that kind of model.</w:t>
      </w:r>
    </w:p>
    <w:p>
      <w:pPr>
        <w:jc w:val="right"/>
      </w:pPr>
      <w:r>
        <w:t>Present nationalism does not allow that kind of model.</w:t>
      </w:r>
    </w:p>
    <w:p>
      <w:r>
        <w:rPr>
          <w:b/>
        </w:rPr>
        <w:t xml:space="preserve">[04:11] </w:t>
      </w:r>
      <w:r>
        <w:t>Then they adopted Qatal and victory.</w:t>
      </w:r>
    </w:p>
    <w:p>
      <w:pPr>
        <w:jc w:val="right"/>
      </w:pPr>
      <w:r>
        <w:t>Then they adopted Qatal and victory.</w:t>
      </w:r>
    </w:p>
    <w:p>
      <w:r>
        <w:rPr>
          <w:b/>
        </w:rPr>
        <w:t xml:space="preserve">[04:21] </w:t>
      </w:r>
      <w:r>
        <w:t>But at present, we cannot adopt that kind of model because after the invention of wars of mass</w:t>
      </w:r>
    </w:p>
    <w:p>
      <w:pPr>
        <w:jc w:val="right"/>
      </w:pPr>
      <w:r>
        <w:t>But at present, we cannot adopt that kind of model because after the invention of wars of mass</w:t>
      </w:r>
    </w:p>
    <w:p>
      <w:r>
        <w:rPr>
          <w:b/>
        </w:rPr>
        <w:t xml:space="preserve">[04:31] </w:t>
      </w:r>
      <w:r>
        <w:t>destruction, war became obsolete.</w:t>
      </w:r>
    </w:p>
    <w:p>
      <w:pPr>
        <w:jc w:val="right"/>
      </w:pPr>
      <w:r>
        <w:t>destruction, war became obsolete.</w:t>
      </w:r>
    </w:p>
    <w:p>
      <w:r>
        <w:rPr>
          <w:b/>
        </w:rPr>
        <w:t xml:space="preserve">[04:41] </w:t>
      </w:r>
      <w:r>
        <w:t>Again, political rule is not possible in our present times because international boundaries are treated to be sacred boundaries.</w:t>
      </w:r>
    </w:p>
    <w:p>
      <w:pPr>
        <w:jc w:val="right"/>
      </w:pPr>
      <w:r>
        <w:t>Again, political rule is not possible in our present times because international boundaries are treated to be sacred boundaries.</w:t>
      </w:r>
    </w:p>
    <w:p>
      <w:r>
        <w:rPr>
          <w:b/>
        </w:rPr>
        <w:t xml:space="preserve">[04:51] </w:t>
      </w:r>
      <w:r>
        <w:t>No nation is allowed to cross its boundary and to capture the other countries.</w:t>
      </w:r>
    </w:p>
    <w:p>
      <w:pPr>
        <w:jc w:val="right"/>
      </w:pPr>
      <w:r>
        <w:t>No nation is allowed to cross its boundary and to capture the other countries.</w:t>
      </w:r>
    </w:p>
    <w:p>
      <w:r>
        <w:rPr>
          <w:b/>
        </w:rPr>
        <w:t xml:space="preserve">[05:01] </w:t>
      </w:r>
      <w:r>
        <w:t>It is an international taboo.</w:t>
      </w:r>
    </w:p>
    <w:p>
      <w:pPr>
        <w:jc w:val="right"/>
      </w:pPr>
      <w:r>
        <w:t>It is an international taboo.</w:t>
      </w:r>
    </w:p>
    <w:p>
      <w:r>
        <w:rPr>
          <w:b/>
        </w:rPr>
        <w:t xml:space="preserve">[05:11] </w:t>
      </w:r>
      <w:r>
        <w:t>So, at that time, I mean in the seventh century, this model provided a boost to the Islamic mission.</w:t>
      </w:r>
    </w:p>
    <w:p>
      <w:pPr>
        <w:jc w:val="right"/>
      </w:pPr>
      <w:r>
        <w:t>So, at that time, I mean in the seventh century, this model provided a boost to the Islamic mission.</w:t>
      </w:r>
    </w:p>
    <w:p>
      <w:r>
        <w:rPr>
          <w:b/>
        </w:rPr>
        <w:t xml:space="preserve">[05:21] </w:t>
      </w:r>
      <w:r>
        <w:t>But at present, it is impossible. But there is a good tiding for us. It is not a matter of disappointment. It is a good tiding for us. Why?</w:t>
      </w:r>
    </w:p>
    <w:p>
      <w:pPr>
        <w:jc w:val="right"/>
      </w:pPr>
      <w:r>
        <w:t>But at present, it is impossible. But there is a good tiding for us. It is not a matter of disappointment. It is a good tiding for us. Why?</w:t>
      </w:r>
    </w:p>
    <w:p>
      <w:r>
        <w:rPr>
          <w:b/>
        </w:rPr>
        <w:t xml:space="preserve">[05:47] </w:t>
      </w:r>
      <w:r>
        <w:t>Because at present, because the present world in which we live is a change, because in our present</w:t>
      </w:r>
    </w:p>
    <w:p>
      <w:pPr>
        <w:jc w:val="right"/>
      </w:pPr>
      <w:r>
        <w:t>Because at present, because the present world in which we live is a change, because in our present</w:t>
      </w:r>
    </w:p>
    <w:p>
      <w:r>
        <w:rPr>
          <w:b/>
        </w:rPr>
        <w:t xml:space="preserve">[05:56] </w:t>
      </w:r>
      <w:r>
        <w:t>world everything has been changed.</w:t>
      </w:r>
    </w:p>
    <w:p>
      <w:pPr>
        <w:jc w:val="right"/>
      </w:pPr>
      <w:r>
        <w:t>world everything has been changed.</w:t>
      </w:r>
    </w:p>
    <w:p>
      <w:r>
        <w:rPr>
          <w:b/>
        </w:rPr>
        <w:t xml:space="preserve">[06:06] </w:t>
      </w:r>
      <w:r>
        <w:t>We are living in a revolutionized world after the scientific revolution, after the industrial explosion, and other changes.</w:t>
      </w:r>
    </w:p>
    <w:p>
      <w:pPr>
        <w:jc w:val="right"/>
      </w:pPr>
      <w:r>
        <w:t>We are living in a revolutionized world after the scientific revolution, after the industrial explosion, and other changes.</w:t>
      </w:r>
    </w:p>
    <w:p>
      <w:r>
        <w:rPr>
          <w:b/>
        </w:rPr>
        <w:t xml:space="preserve">[06:15] </w:t>
      </w:r>
      <w:r>
        <w:t>Now everything is different.</w:t>
      </w:r>
    </w:p>
    <w:p>
      <w:pPr>
        <w:jc w:val="right"/>
      </w:pPr>
      <w:r>
        <w:t>Now everything is different.</w:t>
      </w:r>
    </w:p>
    <w:p>
      <w:r>
        <w:rPr>
          <w:b/>
        </w:rPr>
        <w:t xml:space="preserve">[06:25] </w:t>
      </w:r>
      <w:r>
        <w:t>Now it has become possible to avail international opportunities as a boost without going to war, without adopting</w:t>
      </w:r>
    </w:p>
    <w:p>
      <w:pPr>
        <w:jc w:val="right"/>
      </w:pPr>
      <w:r>
        <w:t>Now it has become possible to avail international opportunities as a boost without going to war, without adopting</w:t>
      </w:r>
    </w:p>
    <w:p>
      <w:r>
        <w:rPr>
          <w:b/>
        </w:rPr>
        <w:t xml:space="preserve">[06:38] </w:t>
      </w:r>
      <w:r>
        <w:t>the Hijra model.</w:t>
      </w:r>
    </w:p>
    <w:p>
      <w:pPr>
        <w:jc w:val="right"/>
      </w:pPr>
      <w:r>
        <w:t>the Hijra model.</w:t>
      </w:r>
    </w:p>
    <w:p>
      <w:r>
        <w:rPr>
          <w:b/>
        </w:rPr>
        <w:t xml:space="preserve">[06:51] </w:t>
      </w:r>
      <w:r>
        <w:t>The present phase of civilization is completely in favor of Islam.</w:t>
      </w:r>
    </w:p>
    <w:p>
      <w:pPr>
        <w:jc w:val="right"/>
      </w:pPr>
      <w:r>
        <w:t>The present phase of civilization is completely in favor of Islam.</w:t>
      </w:r>
    </w:p>
    <w:p>
      <w:r>
        <w:rPr>
          <w:b/>
        </w:rPr>
        <w:t xml:space="preserve">[07:04] </w:t>
      </w:r>
      <w:r>
        <w:t>So, the civilization itself is providing a boost. The civilization itself is providing us a boost.</w:t>
      </w:r>
    </w:p>
    <w:p>
      <w:pPr>
        <w:jc w:val="right"/>
      </w:pPr>
      <w:r>
        <w:t>So, the civilization itself is providing a boost. The civilization itself is providing us a boost.</w:t>
      </w:r>
    </w:p>
    <w:p>
      <w:r>
        <w:rPr>
          <w:b/>
        </w:rPr>
        <w:t xml:space="preserve">[07:21] </w:t>
      </w:r>
      <w:r>
        <w:t>It is serving a booster role. The present civilization is providing a booster role for us in our mission. How? I will give you some details in brief.</w:t>
      </w:r>
    </w:p>
    <w:p>
      <w:pPr>
        <w:jc w:val="right"/>
      </w:pPr>
      <w:r>
        <w:t>It is serving a booster role. The present civilization is providing a booster role for us in our mission. How? I will give you some details in brief.</w:t>
      </w:r>
    </w:p>
    <w:p>
      <w:r>
        <w:rPr>
          <w:b/>
        </w:rPr>
        <w:t xml:space="preserve">[07:51] </w:t>
      </w:r>
      <w:r>
        <w:t>First of all, we are living in an age of globalization.</w:t>
      </w:r>
    </w:p>
    <w:p>
      <w:pPr>
        <w:jc w:val="right"/>
      </w:pPr>
      <w:r>
        <w:t>First of all, we are living in an age of globalization.</w:t>
      </w:r>
    </w:p>
    <w:p>
      <w:r>
        <w:rPr>
          <w:b/>
        </w:rPr>
        <w:t xml:space="preserve">[08:01] </w:t>
      </w:r>
      <w:r>
        <w:t>We are living in an age of globalization.</w:t>
      </w:r>
    </w:p>
    <w:p>
      <w:pPr>
        <w:jc w:val="right"/>
      </w:pPr>
      <w:r>
        <w:t>We are living in an age of globalization.</w:t>
      </w:r>
    </w:p>
    <w:p>
      <w:r>
        <w:rPr>
          <w:b/>
        </w:rPr>
        <w:t xml:space="preserve">[08:12] </w:t>
      </w:r>
      <w:r>
        <w:t>Some people who are quite unaware of the deeper meaning of globalization, they take it as an enemy of Islam.</w:t>
      </w:r>
    </w:p>
    <w:p>
      <w:pPr>
        <w:jc w:val="right"/>
      </w:pPr>
      <w:r>
        <w:t>Some people who are quite unaware of the deeper meaning of globalization, they take it as an enemy of Islam.</w:t>
      </w:r>
    </w:p>
    <w:p>
      <w:r>
        <w:rPr>
          <w:b/>
        </w:rPr>
        <w:t xml:space="preserve">[08:23] </w:t>
      </w:r>
      <w:r>
        <w:t>It is nonsense. Globalization means universal interaction. Present globalization means universal interaction. And interaction is the most important element in our work.</w:t>
      </w:r>
    </w:p>
    <w:p>
      <w:pPr>
        <w:jc w:val="right"/>
      </w:pPr>
      <w:r>
        <w:t>It is nonsense. Globalization means universal interaction. Present globalization means universal interaction. And interaction is the most important element in our work.</w:t>
      </w:r>
    </w:p>
    <w:p>
      <w:r>
        <w:rPr>
          <w:b/>
        </w:rPr>
        <w:t xml:space="preserve">[08:49] </w:t>
      </w:r>
      <w:r>
        <w:t>Without interaction, there is no Dawah.</w:t>
      </w:r>
    </w:p>
    <w:p>
      <w:pPr>
        <w:jc w:val="right"/>
      </w:pPr>
      <w:r>
        <w:t>Without interaction, there is no Dawah.</w:t>
      </w:r>
    </w:p>
    <w:p>
      <w:r>
        <w:rPr>
          <w:b/>
        </w:rPr>
        <w:t xml:space="preserve">[08:58] </w:t>
      </w:r>
      <w:r>
        <w:t>The present globalization means a universal interaction.</w:t>
      </w:r>
    </w:p>
    <w:p>
      <w:pPr>
        <w:jc w:val="right"/>
      </w:pPr>
      <w:r>
        <w:t>The present globalization means a universal interaction.</w:t>
      </w:r>
    </w:p>
    <w:p>
      <w:r>
        <w:rPr>
          <w:b/>
        </w:rPr>
        <w:t xml:space="preserve">[09:08] </w:t>
      </w:r>
      <w:r>
        <w:t>And where there is interaction, there is Dawah.</w:t>
      </w:r>
    </w:p>
    <w:p>
      <w:pPr>
        <w:jc w:val="right"/>
      </w:pPr>
      <w:r>
        <w:t>And where there is interaction, there is Dawah.</w:t>
      </w:r>
    </w:p>
    <w:p>
      <w:r>
        <w:rPr>
          <w:b/>
        </w:rPr>
        <w:t xml:space="preserve">[09:18] </w:t>
      </w:r>
      <w:r>
        <w:t>You know the Prophet of Islam, in his last sermon he gave in Hajjatul Wada, he said to</w:t>
      </w:r>
    </w:p>
    <w:p>
      <w:pPr>
        <w:jc w:val="right"/>
      </w:pPr>
      <w:r>
        <w:t>You know the Prophet of Islam, in his last sermon he gave in Hajjatul Wada, he said to</w:t>
      </w:r>
    </w:p>
    <w:p>
      <w:r>
        <w:rPr>
          <w:b/>
        </w:rPr>
        <w:t xml:space="preserve">[09:27] </w:t>
      </w:r>
      <w:r>
        <w:t>all his followers who were present over there, he said, "Ayyuhar Naas, Innallah baasani kaafatal linnasi faaddu anni."</w:t>
      </w:r>
    </w:p>
    <w:p>
      <w:pPr>
        <w:jc w:val="right"/>
      </w:pPr>
      <w:r>
        <w:t>all his followers who were present over there, he said, "Ayyuhar Naas, Innallah baasani kaafatal linnasi faaddu anni."</w:t>
      </w:r>
    </w:p>
    <w:p>
      <w:r>
        <w:rPr>
          <w:b/>
        </w:rPr>
        <w:t xml:space="preserve">[09:37] </w:t>
      </w:r>
      <w:r>
        <w:t>O my followers, God sent me for all the mankind.</w:t>
      </w:r>
    </w:p>
    <w:p>
      <w:pPr>
        <w:jc w:val="right"/>
      </w:pPr>
      <w:r>
        <w:t>O my followers, God sent me for all the mankind.</w:t>
      </w:r>
    </w:p>
    <w:p>
      <w:r>
        <w:rPr>
          <w:b/>
        </w:rPr>
        <w:t xml:space="preserve">[09:47] </w:t>
      </w:r>
      <w:r>
        <w:t>So, go everywhere and convey my message to all mankind.</w:t>
      </w:r>
    </w:p>
    <w:p>
      <w:pPr>
        <w:jc w:val="right"/>
      </w:pPr>
      <w:r>
        <w:t>So, go everywhere and convey my message to all mankind.</w:t>
      </w:r>
    </w:p>
    <w:p>
      <w:r>
        <w:rPr>
          <w:b/>
        </w:rPr>
        <w:t xml:space="preserve">[09:56] </w:t>
      </w:r>
      <w:r>
        <w:t>So, after this sermon, dearly followers of Islam who were called companions of the Prophet in Islamic history,</w:t>
      </w:r>
    </w:p>
    <w:p>
      <w:pPr>
        <w:jc w:val="right"/>
      </w:pPr>
      <w:r>
        <w:t>So, after this sermon, dearly followers of Islam who were called companions of the Prophet in Islamic history,</w:t>
      </w:r>
    </w:p>
    <w:p>
      <w:r>
        <w:rPr>
          <w:b/>
        </w:rPr>
        <w:t xml:space="preserve">[10:06] </w:t>
      </w:r>
      <w:r>
        <w:t>they left Arabia.</w:t>
      </w:r>
    </w:p>
    <w:p>
      <w:pPr>
        <w:jc w:val="right"/>
      </w:pPr>
      <w:r>
        <w:t>they left Arabia.</w:t>
      </w:r>
    </w:p>
    <w:p>
      <w:r>
        <w:rPr>
          <w:b/>
        </w:rPr>
        <w:t xml:space="preserve">[10:16] </w:t>
      </w:r>
      <w:r>
        <w:t>They went to all the adjacent countries like Palestine, Syria, Libya, and Egypt, and all other countries.</w:t>
      </w:r>
    </w:p>
    <w:p>
      <w:pPr>
        <w:jc w:val="right"/>
      </w:pPr>
      <w:r>
        <w:t>They went to all the adjacent countries like Palestine, Syria, Libya, and Egypt, and all other countries.</w:t>
      </w:r>
    </w:p>
    <w:p>
      <w:r>
        <w:rPr>
          <w:b/>
        </w:rPr>
        <w:t xml:space="preserve">[10:25] </w:t>
      </w:r>
      <w:r>
        <w:t>So, this was interaction.</w:t>
      </w:r>
    </w:p>
    <w:p>
      <w:pPr>
        <w:jc w:val="right"/>
      </w:pPr>
      <w:r>
        <w:t>So, this was interaction.</w:t>
      </w:r>
    </w:p>
    <w:p>
      <w:r>
        <w:rPr>
          <w:b/>
        </w:rPr>
        <w:t xml:space="preserve">[10:35] </w:t>
      </w:r>
      <w:r>
        <w:t>The Prophet wanted interaction.</w:t>
      </w:r>
    </w:p>
    <w:p>
      <w:pPr>
        <w:jc w:val="right"/>
      </w:pPr>
      <w:r>
        <w:t>The Prophet wanted interaction.</w:t>
      </w:r>
    </w:p>
    <w:p>
      <w:r>
        <w:rPr>
          <w:b/>
        </w:rPr>
        <w:t xml:space="preserve">[10:45] </w:t>
      </w:r>
      <w:r>
        <w:t>During this interaction, this interaction resulted into Dawah work.</w:t>
      </w:r>
    </w:p>
    <w:p>
      <w:pPr>
        <w:jc w:val="right"/>
      </w:pPr>
      <w:r>
        <w:t>During this interaction, this interaction resulted into Dawah work.</w:t>
      </w:r>
    </w:p>
    <w:p>
      <w:r>
        <w:rPr>
          <w:b/>
        </w:rPr>
        <w:t xml:space="preserve">[10:55] </w:t>
      </w:r>
      <w:r>
        <w:t>So, present globalization means universal interaction. And universal interaction is quite in our favor. It provides us a favorable condition in doing our work.</w:t>
      </w:r>
    </w:p>
    <w:p>
      <w:pPr>
        <w:jc w:val="right"/>
      </w:pPr>
      <w:r>
        <w:t>So, present globalization means universal interaction. And universal interaction is quite in our favor. It provides us a favorable condition in doing our work.</w:t>
      </w:r>
    </w:p>
    <w:p>
      <w:r>
        <w:rPr>
          <w:b/>
        </w:rPr>
        <w:t xml:space="preserve">[11:18] </w:t>
      </w:r>
      <w:r>
        <w:t>So, at present, we are in a position to avail all these opportunities as a boost.</w:t>
      </w:r>
    </w:p>
    <w:p>
      <w:pPr>
        <w:jc w:val="right"/>
      </w:pPr>
      <w:r>
        <w:t>So, at present, we are in a position to avail all these opportunities as a boost.</w:t>
      </w:r>
    </w:p>
    <w:p>
      <w:r>
        <w:rPr>
          <w:b/>
        </w:rPr>
        <w:t xml:space="preserve">[11:37] </w:t>
      </w:r>
      <w:r>
        <w:t>We are not in a need now; we are not in a need to establish our own boosting system.</w:t>
      </w:r>
    </w:p>
    <w:p>
      <w:pPr>
        <w:jc w:val="right"/>
      </w:pPr>
      <w:r>
        <w:t>We are not in a need now; we are not in a need to establish our own boosting system.</w:t>
      </w:r>
    </w:p>
    <w:p>
      <w:r>
        <w:rPr>
          <w:b/>
        </w:rPr>
        <w:t xml:space="preserve">[11:51] </w:t>
      </w:r>
      <w:r>
        <w:t>Now the whole civilization, now all the process of history is serving in favor of us as a booster.</w:t>
      </w:r>
    </w:p>
    <w:p>
      <w:pPr>
        <w:jc w:val="right"/>
      </w:pPr>
      <w:r>
        <w:t>Now the whole civilization, now all the process of history is serving in favor of us as a booster.</w:t>
      </w:r>
    </w:p>
    <w:p>
      <w:r>
        <w:rPr>
          <w:b/>
        </w:rPr>
        <w:t xml:space="preserve">[12:05] </w:t>
      </w:r>
      <w:r>
        <w:t>This is a good tiding for us.</w:t>
      </w:r>
    </w:p>
    <w:p>
      <w:pPr>
        <w:jc w:val="right"/>
      </w:pPr>
      <w:r>
        <w:t>This is a good tiding for us.</w:t>
      </w:r>
    </w:p>
    <w:p>
      <w:r>
        <w:rPr>
          <w:b/>
        </w:rPr>
        <w:t xml:space="preserve">[12:20] </w:t>
      </w:r>
      <w:r>
        <w:t>By availing these opportunities, we are in a position to establish a Dawah empire.</w:t>
      </w:r>
    </w:p>
    <w:p>
      <w:pPr>
        <w:jc w:val="right"/>
      </w:pPr>
      <w:r>
        <w:t>By availing these opportunities, we are in a position to establish a Dawah empire.</w:t>
      </w:r>
    </w:p>
    <w:p>
      <w:r>
        <w:rPr>
          <w:b/>
        </w:rPr>
        <w:t xml:space="preserve">[12:29] </w:t>
      </w:r>
      <w:r>
        <w:t>You know, in our age, the political power has been decentralized.</w:t>
      </w:r>
    </w:p>
    <w:p>
      <w:pPr>
        <w:jc w:val="right"/>
      </w:pPr>
      <w:r>
        <w:t>You know, in our age, the political power has been decentralized.</w:t>
      </w:r>
    </w:p>
    <w:p>
      <w:r>
        <w:rPr>
          <w:b/>
        </w:rPr>
        <w:t xml:space="preserve">[12:41] </w:t>
      </w:r>
      <w:r>
        <w:t>Now, other than administration, other than law, everything has been institutionalized.</w:t>
      </w:r>
    </w:p>
    <w:p>
      <w:pPr>
        <w:jc w:val="right"/>
      </w:pPr>
      <w:r>
        <w:t>Now, other than administration, other than law, everything has been institutionalized.</w:t>
      </w:r>
    </w:p>
    <w:p>
      <w:r>
        <w:rPr>
          <w:b/>
        </w:rPr>
        <w:t xml:space="preserve">[12:53] </w:t>
      </w:r>
      <w:r>
        <w:t>There are non-political institutions everywhere in the world.</w:t>
      </w:r>
    </w:p>
    <w:p>
      <w:pPr>
        <w:jc w:val="right"/>
      </w:pPr>
      <w:r>
        <w:t>There are non-political institutions everywhere in the world.</w:t>
      </w:r>
    </w:p>
    <w:p>
      <w:r>
        <w:rPr>
          <w:b/>
        </w:rPr>
        <w:t xml:space="preserve">[13:05] </w:t>
      </w:r>
      <w:r>
        <w:t>By availing these opportunities, the Jewish community has established a media empire in the United States.</w:t>
      </w:r>
    </w:p>
    <w:p>
      <w:pPr>
        <w:jc w:val="right"/>
      </w:pPr>
      <w:r>
        <w:t>By availing these opportunities, the Jewish community has established a media empire in the United States.</w:t>
      </w:r>
    </w:p>
    <w:p>
      <w:r>
        <w:rPr>
          <w:b/>
        </w:rPr>
        <w:t xml:space="preserve">[13:25] </w:t>
      </w:r>
      <w:r>
        <w:t>Although the Jewish community is out of political power, they have no place in the political administration.</w:t>
      </w:r>
    </w:p>
    <w:p>
      <w:pPr>
        <w:jc w:val="right"/>
      </w:pPr>
      <w:r>
        <w:t>Although the Jewish community is out of political power, they have no place in the political administration.</w:t>
      </w:r>
    </w:p>
    <w:p>
      <w:r>
        <w:rPr>
          <w:b/>
        </w:rPr>
        <w:t xml:space="preserve">[13:45] </w:t>
      </w:r>
      <w:r>
        <w:t>But by availing those opportunities in the non-political field, they successfully established a media empire.</w:t>
      </w:r>
    </w:p>
    <w:p>
      <w:pPr>
        <w:jc w:val="right"/>
      </w:pPr>
      <w:r>
        <w:t>But by availing those opportunities in the non-political field, they successfully established a media empire.</w:t>
      </w:r>
    </w:p>
    <w:p>
      <w:r>
        <w:rPr>
          <w:b/>
        </w:rPr>
        <w:t xml:space="preserve">[14:06] </w:t>
      </w:r>
      <w:r>
        <w:t>They have successfully established a media empire in the United States.</w:t>
      </w:r>
    </w:p>
    <w:p>
      <w:pPr>
        <w:jc w:val="right"/>
      </w:pPr>
      <w:r>
        <w:t>They have successfully established a media empire in the United States.</w:t>
      </w:r>
    </w:p>
    <w:p>
      <w:r>
        <w:rPr>
          <w:b/>
        </w:rPr>
        <w:t xml:space="preserve">[14:15] </w:t>
      </w:r>
      <w:r>
        <w:t>Then you see, let us take the example of Malaysia.</w:t>
      </w:r>
    </w:p>
    <w:p>
      <w:pPr>
        <w:jc w:val="right"/>
      </w:pPr>
      <w:r>
        <w:t>Then you see, let us take the example of Malaysia.</w:t>
      </w:r>
    </w:p>
    <w:p>
      <w:r>
        <w:rPr>
          <w:b/>
        </w:rPr>
        <w:t xml:space="preserve">[14:24] </w:t>
      </w:r>
      <w:r>
        <w:t>In Malaysia, Muslims are ruling the country.</w:t>
      </w:r>
    </w:p>
    <w:p>
      <w:pPr>
        <w:jc w:val="right"/>
      </w:pPr>
      <w:r>
        <w:t>In Malaysia, Muslims are ruling the country.</w:t>
      </w:r>
    </w:p>
    <w:p>
      <w:r>
        <w:rPr>
          <w:b/>
        </w:rPr>
        <w:t xml:space="preserve">[14:34] </w:t>
      </w:r>
      <w:r>
        <w:t>Political power is in the hands of Muslims.</w:t>
      </w:r>
    </w:p>
    <w:p>
      <w:pPr>
        <w:jc w:val="right"/>
      </w:pPr>
      <w:r>
        <w:t>Political power is in the hands of Muslims.</w:t>
      </w:r>
    </w:p>
    <w:p>
      <w:r>
        <w:rPr>
          <w:b/>
        </w:rPr>
        <w:t xml:space="preserve">[14:43] </w:t>
      </w:r>
      <w:r>
        <w:t>But in Malaysia, the Chinese people successfully established an industrial empire.</w:t>
      </w:r>
    </w:p>
    <w:p>
      <w:pPr>
        <w:jc w:val="right"/>
      </w:pPr>
      <w:r>
        <w:t>But in Malaysia, the Chinese people successfully established an industrial empire.</w:t>
      </w:r>
    </w:p>
    <w:p>
      <w:r>
        <w:rPr>
          <w:b/>
        </w:rPr>
        <w:t xml:space="preserve">[14:53] </w:t>
      </w:r>
      <w:r>
        <w:t>In the industrial term, the Chinese are ruling Malaysia because they availed all those opportunities.</w:t>
      </w:r>
    </w:p>
    <w:p>
      <w:pPr>
        <w:jc w:val="right"/>
      </w:pPr>
      <w:r>
        <w:t>In the industrial term, the Chinese are ruling Malaysia because they availed all those opportunities.</w:t>
      </w:r>
    </w:p>
    <w:p>
      <w:r>
        <w:rPr>
          <w:b/>
        </w:rPr>
        <w:t xml:space="preserve">[15:10] </w:t>
      </w:r>
      <w:r>
        <w:t>And then they were able to establish an industrial empire in Malaysia.</w:t>
      </w:r>
    </w:p>
    <w:p>
      <w:pPr>
        <w:jc w:val="right"/>
      </w:pPr>
      <w:r>
        <w:t>And then they were able to establish an industrial empire in Malaysia.</w:t>
      </w:r>
    </w:p>
    <w:p>
      <w:r>
        <w:rPr>
          <w:b/>
        </w:rPr>
        <w:t xml:space="preserve">[15:18] </w:t>
      </w:r>
      <w:r>
        <w:t>In India also, you can see a very clear example.</w:t>
      </w:r>
    </w:p>
    <w:p>
      <w:pPr>
        <w:jc w:val="right"/>
      </w:pPr>
      <w:r>
        <w:t>In India also, you can see a very clear example.</w:t>
      </w:r>
    </w:p>
    <w:p>
      <w:r>
        <w:rPr>
          <w:b/>
        </w:rPr>
        <w:t xml:space="preserve">[15:26] </w:t>
      </w:r>
      <w:r>
        <w:t>In India, Christians are in minority.</w:t>
      </w:r>
    </w:p>
    <w:p>
      <w:pPr>
        <w:jc w:val="right"/>
      </w:pPr>
      <w:r>
        <w:t>In India, Christians are in minority.</w:t>
      </w:r>
    </w:p>
    <w:p>
      <w:r>
        <w:rPr>
          <w:b/>
        </w:rPr>
        <w:t xml:space="preserve">[15:34] </w:t>
      </w:r>
      <w:r>
        <w:t>But they had no place in political power.</w:t>
      </w:r>
    </w:p>
    <w:p>
      <w:pPr>
        <w:jc w:val="right"/>
      </w:pPr>
      <w:r>
        <w:t>But they had no place in political power.</w:t>
      </w:r>
    </w:p>
    <w:p>
      <w:r>
        <w:rPr>
          <w:b/>
        </w:rPr>
        <w:t xml:space="preserve">[15:43] </w:t>
      </w:r>
      <w:r>
        <w:t>But they tried to avail those opportunities present in the non-political field.</w:t>
      </w:r>
    </w:p>
    <w:p>
      <w:pPr>
        <w:jc w:val="right"/>
      </w:pPr>
      <w:r>
        <w:t>But they tried to avail those opportunities present in the non-political field.</w:t>
      </w:r>
    </w:p>
    <w:p>
      <w:r>
        <w:rPr>
          <w:b/>
        </w:rPr>
        <w:t xml:space="preserve">[15:51] </w:t>
      </w:r>
      <w:r>
        <w:t>And now the Christian community of India has successfully established an educational empire in India.</w:t>
      </w:r>
    </w:p>
    <w:p>
      <w:pPr>
        <w:jc w:val="right"/>
      </w:pPr>
      <w:r>
        <w:t>And now the Christian community of India has successfully established an educational empire in India.</w:t>
      </w:r>
    </w:p>
    <w:p>
      <w:r>
        <w:rPr>
          <w:b/>
        </w:rPr>
        <w:t xml:space="preserve">[15:59] </w:t>
      </w:r>
      <w:r>
        <w:t>This is the present world.</w:t>
      </w:r>
    </w:p>
    <w:p>
      <w:pPr>
        <w:jc w:val="right"/>
      </w:pPr>
      <w:r>
        <w:t>This is the present world.</w:t>
      </w:r>
    </w:p>
    <w:p>
      <w:r>
        <w:rPr>
          <w:b/>
        </w:rPr>
        <w:t xml:space="preserve">[16:08] </w:t>
      </w:r>
      <w:r>
        <w:t>In our present world, there is no need to adopt the Hijra model, no need to adopt the</w:t>
      </w:r>
    </w:p>
    <w:p>
      <w:pPr>
        <w:jc w:val="right"/>
      </w:pPr>
      <w:r>
        <w:t>In our present world, there is no need to adopt the Hijra model, no need to adopt the</w:t>
      </w:r>
    </w:p>
    <w:p>
      <w:r>
        <w:rPr>
          <w:b/>
        </w:rPr>
        <w:t xml:space="preserve">[16:17] </w:t>
      </w:r>
      <w:r>
        <w:t>Qatal model, even no need to establish a Muslim state.</w:t>
      </w:r>
    </w:p>
    <w:p>
      <w:pPr>
        <w:jc w:val="right"/>
      </w:pPr>
      <w:r>
        <w:t>Qatal model, even no need to establish a Muslim state.</w:t>
      </w:r>
    </w:p>
    <w:p>
      <w:r>
        <w:rPr>
          <w:b/>
        </w:rPr>
        <w:t xml:space="preserve">[16:27] </w:t>
      </w:r>
      <w:r>
        <w:t>There are enormous opportunities in the fields other than politics.</w:t>
      </w:r>
    </w:p>
    <w:p>
      <w:pPr>
        <w:jc w:val="right"/>
      </w:pPr>
      <w:r>
        <w:t>There are enormous opportunities in the fields other than politics.</w:t>
      </w:r>
    </w:p>
    <w:p>
      <w:r>
        <w:rPr>
          <w:b/>
        </w:rPr>
        <w:t xml:space="preserve">[16:36] </w:t>
      </w:r>
      <w:r>
        <w:t>And by availing all these opportunities, present Muslims can establish a Dawah empire in the complete sense of the word.</w:t>
      </w:r>
    </w:p>
    <w:p>
      <w:pPr>
        <w:jc w:val="right"/>
      </w:pPr>
      <w:r>
        <w:t>And by availing all these opportunities, present Muslims can establish a Dawah empire in the complete sense of the word.</w:t>
      </w:r>
    </w:p>
    <w:p>
      <w:r>
        <w:rPr>
          <w:b/>
        </w:rPr>
        <w:t xml:space="preserve">[16:46] </w:t>
      </w:r>
      <w:r>
        <w:t>You see, we are living in the age of media, in the age of present media and electronic</w:t>
      </w:r>
    </w:p>
    <w:p>
      <w:pPr>
        <w:jc w:val="right"/>
      </w:pPr>
      <w:r>
        <w:t>You see, we are living in the age of media, in the age of present media and electronic</w:t>
      </w:r>
    </w:p>
    <w:p>
      <w:r>
        <w:rPr>
          <w:b/>
        </w:rPr>
        <w:t xml:space="preserve">[16:59] </w:t>
      </w:r>
      <w:r>
        <w:t>media, and what is called multimedia.</w:t>
      </w:r>
    </w:p>
    <w:p>
      <w:pPr>
        <w:jc w:val="right"/>
      </w:pPr>
      <w:r>
        <w:t>media, and what is called multimedia.</w:t>
      </w:r>
    </w:p>
    <w:p>
      <w:r>
        <w:rPr>
          <w:b/>
        </w:rPr>
        <w:t xml:space="preserve">[17:13] </w:t>
      </w:r>
      <w:r>
        <w:t>So, in the present age, in this age, by availing these opportunities, in the media opportunities, we can</w:t>
      </w:r>
    </w:p>
    <w:p>
      <w:pPr>
        <w:jc w:val="right"/>
      </w:pPr>
      <w:r>
        <w:t>So, in the present age, in this age, by availing these opportunities, in the media opportunities, we can</w:t>
      </w:r>
    </w:p>
    <w:p>
      <w:r>
        <w:rPr>
          <w:b/>
        </w:rPr>
        <w:t xml:space="preserve">[17:27] </w:t>
      </w:r>
      <w:r>
        <w:t>convey the message of Islam throughout the world in every nook and corner, literally in every house, in every home.</w:t>
      </w:r>
    </w:p>
    <w:p>
      <w:pPr>
        <w:jc w:val="right"/>
      </w:pPr>
      <w:r>
        <w:t>convey the message of Islam throughout the world in every nook and corner, literally in every house, in every home.</w:t>
      </w:r>
    </w:p>
    <w:p>
      <w:r>
        <w:rPr>
          <w:b/>
        </w:rPr>
        <w:t xml:space="preserve">[17:41] </w:t>
      </w:r>
      <w:r>
        <w:t>Even if you establish a center in a modest house in any country, in any city, if you</w:t>
      </w:r>
    </w:p>
    <w:p>
      <w:pPr>
        <w:jc w:val="right"/>
      </w:pPr>
      <w:r>
        <w:t>Even if you establish a center in a modest house in any country, in any city, if you</w:t>
      </w:r>
    </w:p>
    <w:p>
      <w:r>
        <w:rPr>
          <w:b/>
        </w:rPr>
        <w:t xml:space="preserve">[17:55] </w:t>
      </w:r>
      <w:r>
        <w:t>establish a media center, that will enough to convey the message of Islam throughout the world.</w:t>
      </w:r>
    </w:p>
    <w:p>
      <w:pPr>
        <w:jc w:val="right"/>
      </w:pPr>
      <w:r>
        <w:t>establish a media center, that will enough to convey the message of Islam throughout the world.</w:t>
      </w:r>
    </w:p>
    <w:p>
      <w:r>
        <w:rPr>
          <w:b/>
        </w:rPr>
        <w:t xml:space="preserve">[18:09] </w:t>
      </w:r>
      <w:r>
        <w:t>These are the media opportunities.</w:t>
      </w:r>
    </w:p>
    <w:p>
      <w:pPr>
        <w:jc w:val="right"/>
      </w:pPr>
      <w:r>
        <w:t>These are the media opportunities.</w:t>
      </w:r>
    </w:p>
    <w:p>
      <w:r>
        <w:rPr>
          <w:b/>
        </w:rPr>
        <w:t xml:space="preserve">[18:17] </w:t>
      </w:r>
      <w:r>
        <w:t>Then you know now we are living in an age of religious freedom.</w:t>
      </w:r>
    </w:p>
    <w:p>
      <w:pPr>
        <w:jc w:val="right"/>
      </w:pPr>
      <w:r>
        <w:t>Then you know now we are living in an age of religious freedom.</w:t>
      </w:r>
    </w:p>
    <w:p>
      <w:r>
        <w:rPr>
          <w:b/>
        </w:rPr>
        <w:t xml:space="preserve">[18:25] </w:t>
      </w:r>
      <w:r>
        <w:t>It is very important.</w:t>
      </w:r>
    </w:p>
    <w:p>
      <w:pPr>
        <w:jc w:val="right"/>
      </w:pPr>
      <w:r>
        <w:t>It is very important.</w:t>
      </w:r>
    </w:p>
    <w:p>
      <w:r>
        <w:rPr>
          <w:b/>
        </w:rPr>
        <w:t xml:space="preserve">[18:33] </w:t>
      </w:r>
      <w:r>
        <w:t>Throughout the history, there was never religious freedom.</w:t>
      </w:r>
    </w:p>
    <w:p>
      <w:pPr>
        <w:jc w:val="right"/>
      </w:pPr>
      <w:r>
        <w:t>Throughout the history, there was never religious freedom.</w:t>
      </w:r>
    </w:p>
    <w:p>
      <w:r>
        <w:rPr>
          <w:b/>
        </w:rPr>
        <w:t xml:space="preserve">[18:41] </w:t>
      </w:r>
      <w:r>
        <w:t>In every phase of history, in ancient days, all the countries, all the nations were living in religious persecution.</w:t>
      </w:r>
    </w:p>
    <w:p>
      <w:pPr>
        <w:jc w:val="right"/>
      </w:pPr>
      <w:r>
        <w:t>In every phase of history, in ancient days, all the countries, all the nations were living in religious persecution.</w:t>
      </w:r>
    </w:p>
    <w:p>
      <w:r>
        <w:rPr>
          <w:b/>
        </w:rPr>
        <w:t xml:space="preserve">[18:49] </w:t>
      </w:r>
      <w:r>
        <w:t>There was no religious freedom at all.</w:t>
      </w:r>
    </w:p>
    <w:p>
      <w:pPr>
        <w:jc w:val="right"/>
      </w:pPr>
      <w:r>
        <w:t>There was no religious freedom at all.</w:t>
      </w:r>
    </w:p>
    <w:p>
      <w:r>
        <w:rPr>
          <w:b/>
        </w:rPr>
        <w:t xml:space="preserve">[18:57] </w:t>
      </w:r>
      <w:r>
        <w:t>During the Roman Empire, during the Sassanid Empire, during all those known empires, there was no religious freedom.</w:t>
      </w:r>
    </w:p>
    <w:p>
      <w:pPr>
        <w:jc w:val="right"/>
      </w:pPr>
      <w:r>
        <w:t>During the Roman Empire, during the Sassanid Empire, during all those known empires, there was no religious freedom.</w:t>
      </w:r>
    </w:p>
    <w:p>
      <w:r>
        <w:rPr>
          <w:b/>
        </w:rPr>
        <w:t xml:space="preserve">[19:07] </w:t>
      </w:r>
      <w:r>
        <w:t>This is the first time in history that we are living in the age of religious freedom.</w:t>
      </w:r>
    </w:p>
    <w:p>
      <w:pPr>
        <w:jc w:val="right"/>
      </w:pPr>
      <w:r>
        <w:t>This is the first time in history that we are living in the age of religious freedom.</w:t>
      </w:r>
    </w:p>
    <w:p>
      <w:r>
        <w:rPr>
          <w:b/>
        </w:rPr>
        <w:t xml:space="preserve">[19:18] </w:t>
      </w:r>
      <w:r>
        <w:t>You know there is an international body which is called the United Nations.</w:t>
      </w:r>
    </w:p>
    <w:p>
      <w:pPr>
        <w:jc w:val="right"/>
      </w:pPr>
      <w:r>
        <w:t>You know there is an international body which is called the United Nations.</w:t>
      </w:r>
    </w:p>
    <w:p>
      <w:r>
        <w:rPr>
          <w:b/>
        </w:rPr>
        <w:t xml:space="preserve">[19:28] </w:t>
      </w:r>
      <w:r>
        <w:t>All the countries are members of this international body.</w:t>
      </w:r>
    </w:p>
    <w:p>
      <w:pPr>
        <w:jc w:val="right"/>
      </w:pPr>
      <w:r>
        <w:t>All the countries are members of this international body.</w:t>
      </w:r>
    </w:p>
    <w:p>
      <w:r>
        <w:rPr>
          <w:b/>
        </w:rPr>
        <w:t xml:space="preserve">[19:39] </w:t>
      </w:r>
      <w:r>
        <w:t>And all the countries officially have signed on the Charter of the United Nations that in their country,</w:t>
      </w:r>
    </w:p>
    <w:p>
      <w:pPr>
        <w:jc w:val="right"/>
      </w:pPr>
      <w:r>
        <w:t>And all the countries officially have signed on the Charter of the United Nations that in their country,</w:t>
      </w:r>
    </w:p>
    <w:p>
      <w:r>
        <w:rPr>
          <w:b/>
        </w:rPr>
        <w:t xml:space="preserve">[19:49] </w:t>
      </w:r>
      <w:r>
        <w:t>they will offer complete religious freedom to every citizen, man and woman.</w:t>
      </w:r>
    </w:p>
    <w:p>
      <w:pPr>
        <w:jc w:val="right"/>
      </w:pPr>
      <w:r>
        <w:t>they will offer complete religious freedom to every citizen, man and woman.</w:t>
      </w:r>
    </w:p>
    <w:p>
      <w:r>
        <w:rPr>
          <w:b/>
        </w:rPr>
        <w:t xml:space="preserve">[20:00] </w:t>
      </w:r>
      <w:r>
        <w:t>These are quite new phenomena.</w:t>
      </w:r>
    </w:p>
    <w:p>
      <w:pPr>
        <w:jc w:val="right"/>
      </w:pPr>
      <w:r>
        <w:t>These are quite new phenomena.</w:t>
      </w:r>
    </w:p>
    <w:p>
      <w:r>
        <w:rPr>
          <w:b/>
        </w:rPr>
        <w:t xml:space="preserve">[20:10] </w:t>
      </w:r>
      <w:r>
        <w:t>Religious freedom is the greatest opportunity for our work.</w:t>
      </w:r>
    </w:p>
    <w:p>
      <w:pPr>
        <w:jc w:val="right"/>
      </w:pPr>
      <w:r>
        <w:t>Religious freedom is the greatest opportunity for our work.</w:t>
      </w:r>
    </w:p>
    <w:p>
      <w:r>
        <w:rPr>
          <w:b/>
        </w:rPr>
        <w:t xml:space="preserve">[20:21] </w:t>
      </w:r>
      <w:r>
        <w:t>You can adopt any religion.</w:t>
      </w:r>
    </w:p>
    <w:p>
      <w:pPr>
        <w:jc w:val="right"/>
      </w:pPr>
      <w:r>
        <w:t>You can adopt any religion.</w:t>
      </w:r>
    </w:p>
    <w:p>
      <w:r>
        <w:rPr>
          <w:b/>
        </w:rPr>
        <w:t xml:space="preserve">[20:29] </w:t>
      </w:r>
      <w:r>
        <w:t>You can propagate any religion.</w:t>
      </w:r>
    </w:p>
    <w:p>
      <w:pPr>
        <w:jc w:val="right"/>
      </w:pPr>
      <w:r>
        <w:t>You can propagate any religion.</w:t>
      </w:r>
    </w:p>
    <w:p>
      <w:r>
        <w:rPr>
          <w:b/>
        </w:rPr>
        <w:t xml:space="preserve">[20:37] </w:t>
      </w:r>
      <w:r>
        <w:t>And there is no hindrance, no persecution, no restrictions.</w:t>
      </w:r>
    </w:p>
    <w:p>
      <w:pPr>
        <w:jc w:val="right"/>
      </w:pPr>
      <w:r>
        <w:t>And there is no hindrance, no persecution, no restrictions.</w:t>
      </w:r>
    </w:p>
    <w:p>
      <w:r>
        <w:rPr>
          <w:b/>
        </w:rPr>
        <w:t xml:space="preserve">[20:45] </w:t>
      </w:r>
      <w:r>
        <w:t>This kind of freedom was not available in ancient history, not at all.</w:t>
      </w:r>
    </w:p>
    <w:p>
      <w:pPr>
        <w:jc w:val="right"/>
      </w:pPr>
      <w:r>
        <w:t>This kind of freedom was not available in ancient history, not at all.</w:t>
      </w:r>
    </w:p>
    <w:p>
      <w:r>
        <w:rPr>
          <w:b/>
        </w:rPr>
        <w:t xml:space="preserve">[20:53] </w:t>
      </w:r>
      <w:r>
        <w:t>It is quite a new phenomena. So, this religious freedom provides us a great boost.</w:t>
      </w:r>
    </w:p>
    <w:p>
      <w:pPr>
        <w:jc w:val="right"/>
      </w:pPr>
      <w:r>
        <w:t>It is quite a new phenomena. So, this religious freedom provides us a great boost.</w:t>
      </w:r>
    </w:p>
    <w:p>
      <w:r>
        <w:rPr>
          <w:b/>
        </w:rPr>
        <w:t xml:space="preserve">[21:11] </w:t>
      </w:r>
      <w:r>
        <w:t>It serves as a boost for us in the way of our work. Then there is another phenomena, a very important for us.</w:t>
      </w:r>
    </w:p>
    <w:p>
      <w:pPr>
        <w:jc w:val="right"/>
      </w:pPr>
      <w:r>
        <w:t>It serves as a boost for us in the way of our work. Then there is another phenomena, a very important for us.</w:t>
      </w:r>
    </w:p>
    <w:p>
      <w:r>
        <w:rPr>
          <w:b/>
        </w:rPr>
        <w:t xml:space="preserve">[21:40] </w:t>
      </w:r>
      <w:r>
        <w:t>In our age, the spirit of our age is said to be the spirit of inquiry.</w:t>
      </w:r>
    </w:p>
    <w:p>
      <w:pPr>
        <w:jc w:val="right"/>
      </w:pPr>
      <w:r>
        <w:t>In our age, the spirit of our age is said to be the spirit of inquiry.</w:t>
      </w:r>
    </w:p>
    <w:p>
      <w:r>
        <w:rPr>
          <w:b/>
        </w:rPr>
        <w:t xml:space="preserve">[21:47] </w:t>
      </w:r>
      <w:r>
        <w:t>Never in the past history there was such a kind of spirit of inquiry.</w:t>
      </w:r>
    </w:p>
    <w:p>
      <w:pPr>
        <w:jc w:val="right"/>
      </w:pPr>
      <w:r>
        <w:t>Never in the past history there was such a kind of spirit of inquiry.</w:t>
      </w:r>
    </w:p>
    <w:p>
      <w:r>
        <w:rPr>
          <w:b/>
        </w:rPr>
        <w:t xml:space="preserve">[21:55] </w:t>
      </w:r>
      <w:r>
        <w:t>Now we are living in an age which is called the spirit of inquiry.</w:t>
      </w:r>
    </w:p>
    <w:p>
      <w:pPr>
        <w:jc w:val="right"/>
      </w:pPr>
      <w:r>
        <w:t>Now we are living in an age which is called the spirit of inquiry.</w:t>
      </w:r>
    </w:p>
    <w:p>
      <w:r>
        <w:rPr>
          <w:b/>
        </w:rPr>
        <w:t xml:space="preserve">[22:03] </w:t>
      </w:r>
      <w:r>
        <w:t>So, everyone wants to know.</w:t>
      </w:r>
    </w:p>
    <w:p>
      <w:pPr>
        <w:jc w:val="right"/>
      </w:pPr>
      <w:r>
        <w:t>So, everyone wants to know.</w:t>
      </w:r>
    </w:p>
    <w:p>
      <w:r>
        <w:rPr>
          <w:b/>
        </w:rPr>
        <w:t xml:space="preserve">[22:11] </w:t>
      </w:r>
      <w:r>
        <w:t>Everyone is now a seeker.</w:t>
      </w:r>
    </w:p>
    <w:p>
      <w:pPr>
        <w:jc w:val="right"/>
      </w:pPr>
      <w:r>
        <w:t>Everyone is now a seeker.</w:t>
      </w:r>
    </w:p>
    <w:p>
      <w:r>
        <w:rPr>
          <w:b/>
        </w:rPr>
        <w:t xml:space="preserve">[22:19] </w:t>
      </w:r>
      <w:r>
        <w:t>The spirit of inquiry means everyone has become a seeker.</w:t>
      </w:r>
    </w:p>
    <w:p>
      <w:pPr>
        <w:jc w:val="right"/>
      </w:pPr>
      <w:r>
        <w:t>The spirit of inquiry means everyone has become a seeker.</w:t>
      </w:r>
    </w:p>
    <w:p>
      <w:r>
        <w:rPr>
          <w:b/>
        </w:rPr>
        <w:t xml:space="preserve">[22:28] </w:t>
      </w:r>
      <w:r>
        <w:t>In the ancient world, for example, in Arabia, there were some seekers like Qusay ibn Sa'adah.</w:t>
      </w:r>
    </w:p>
    <w:p>
      <w:pPr>
        <w:jc w:val="right"/>
      </w:pPr>
      <w:r>
        <w:t>In the ancient world, for example, in Arabia, there were some seekers like Qusay ibn Sa'adah.</w:t>
      </w:r>
    </w:p>
    <w:p>
      <w:r>
        <w:rPr>
          <w:b/>
        </w:rPr>
        <w:t xml:space="preserve">[22:37] </w:t>
      </w:r>
      <w:r>
        <w:t>In prison, in the ancient world, there were some seekers.</w:t>
      </w:r>
    </w:p>
    <w:p>
      <w:pPr>
        <w:jc w:val="right"/>
      </w:pPr>
      <w:r>
        <w:t>In prison, in the ancient world, there were some seekers.</w:t>
      </w:r>
    </w:p>
    <w:p>
      <w:r>
        <w:rPr>
          <w:b/>
        </w:rPr>
        <w:t xml:space="preserve">[22:46] </w:t>
      </w:r>
      <w:r>
        <w:t>Now the whole world becomes a seeker because inquiry is the spirit of the age.</w:t>
      </w:r>
    </w:p>
    <w:p>
      <w:pPr>
        <w:jc w:val="right"/>
      </w:pPr>
      <w:r>
        <w:t>Now the whole world becomes a seeker because inquiry is the spirit of the age.</w:t>
      </w:r>
    </w:p>
    <w:p>
      <w:r>
        <w:rPr>
          <w:b/>
        </w:rPr>
        <w:t xml:space="preserve">[22:55] </w:t>
      </w:r>
      <w:r>
        <w:t>Everyone wants to know about everything, about religion, about spirituality.</w:t>
      </w:r>
    </w:p>
    <w:p>
      <w:pPr>
        <w:jc w:val="right"/>
      </w:pPr>
      <w:r>
        <w:t>Everyone wants to know about everything, about religion, about spirituality.</w:t>
      </w:r>
    </w:p>
    <w:p>
      <w:r>
        <w:rPr>
          <w:b/>
        </w:rPr>
        <w:t xml:space="preserve">[23:04] </w:t>
      </w:r>
      <w:r>
        <w:t>Science has—you can say that after the scientific—you can say that after the modern science, now we are</w:t>
      </w:r>
    </w:p>
    <w:p>
      <w:pPr>
        <w:jc w:val="right"/>
      </w:pPr>
      <w:r>
        <w:t>Science has—you can say that after the scientific—you can say that after the modern science, now we are</w:t>
      </w:r>
    </w:p>
    <w:p>
      <w:r>
        <w:rPr>
          <w:b/>
        </w:rPr>
        <w:t xml:space="preserve">[23:13] </w:t>
      </w:r>
      <w:r>
        <w:t>living in an age of inquiry explosion.</w:t>
      </w:r>
    </w:p>
    <w:p>
      <w:pPr>
        <w:jc w:val="right"/>
      </w:pPr>
      <w:r>
        <w:t>living in an age of inquiry explosion.</w:t>
      </w:r>
    </w:p>
    <w:p>
      <w:r>
        <w:rPr>
          <w:b/>
        </w:rPr>
        <w:t xml:space="preserve">[23:22] </w:t>
      </w:r>
      <w:r>
        <w:t>This kind of spirit and this kind of change in our present world is very important because under</w:t>
      </w:r>
    </w:p>
    <w:p>
      <w:pPr>
        <w:jc w:val="right"/>
      </w:pPr>
      <w:r>
        <w:t>This kind of spirit and this kind of change in our present world is very important because under</w:t>
      </w:r>
    </w:p>
    <w:p>
      <w:r>
        <w:rPr>
          <w:b/>
        </w:rPr>
        <w:t xml:space="preserve">[23:31] </w:t>
      </w:r>
      <w:r>
        <w:t>the influence of this spirit, everyone has become a seeker.</w:t>
      </w:r>
    </w:p>
    <w:p>
      <w:pPr>
        <w:jc w:val="right"/>
      </w:pPr>
      <w:r>
        <w:t>the influence of this spirit, everyone has become a seeker.</w:t>
      </w:r>
    </w:p>
    <w:p>
      <w:r>
        <w:rPr>
          <w:b/>
        </w:rPr>
        <w:t xml:space="preserve">[23:40] </w:t>
      </w:r>
      <w:r>
        <w:t>So, what is good news for us?</w:t>
      </w:r>
    </w:p>
    <w:p>
      <w:pPr>
        <w:jc w:val="right"/>
      </w:pPr>
      <w:r>
        <w:t>So, what is good news for us?</w:t>
      </w:r>
    </w:p>
    <w:p>
      <w:r>
        <w:rPr>
          <w:b/>
        </w:rPr>
        <w:t xml:space="preserve">[23:49] </w:t>
      </w:r>
      <w:r>
        <w:t>When everyone is a seeker, we can take it as a great advantage, as a great opportunity. All these things are great opportunities regarding our work.</w:t>
      </w:r>
    </w:p>
    <w:p>
      <w:pPr>
        <w:jc w:val="right"/>
      </w:pPr>
      <w:r>
        <w:t>When everyone is a seeker, we can take it as a great advantage, as a great opportunity. All these things are great opportunities regarding our work.</w:t>
      </w:r>
    </w:p>
    <w:p>
      <w:r>
        <w:rPr>
          <w:b/>
        </w:rPr>
        <w:t xml:space="preserve">[24:16] </w:t>
      </w:r>
      <w:r>
        <w:t>So, if we avail—if we avail all these international opportunities, we can establish a Dawah empire. For the first time in history, it is now possible to establish a Dawah empire.</w:t>
      </w:r>
    </w:p>
    <w:p>
      <w:pPr>
        <w:jc w:val="right"/>
      </w:pPr>
      <w:r>
        <w:t>So, if we avail—if we avail all these international opportunities, we can establish a Dawah empire. For the first time in history, it is now possible to establish a Dawah empire.</w:t>
      </w:r>
    </w:p>
    <w:p>
      <w:r>
        <w:rPr>
          <w:b/>
        </w:rPr>
        <w:t xml:space="preserve">[24:44] </w:t>
      </w:r>
      <w:r>
        <w:t>In previous history, there was no possibility to establish a Dawah empire because there were no—there were no such opportunities. There were no media. There was no media. There was no transport.</w:t>
      </w:r>
    </w:p>
    <w:p>
      <w:pPr>
        <w:jc w:val="right"/>
      </w:pPr>
      <w:r>
        <w:t>In previous history, there was no possibility to establish a Dawah empire because there were no—there were no such opportunities. There were no media. There was no media. There was no transport.</w:t>
      </w:r>
    </w:p>
    <w:p>
      <w:r>
        <w:rPr>
          <w:b/>
        </w:rPr>
        <w:t xml:space="preserve">[25:08] </w:t>
      </w:r>
      <w:r>
        <w:t>There was no international travel.</w:t>
      </w:r>
    </w:p>
    <w:p>
      <w:pPr>
        <w:jc w:val="right"/>
      </w:pPr>
      <w:r>
        <w:t>There was no international travel.</w:t>
      </w:r>
    </w:p>
    <w:p>
      <w:r>
        <w:rPr>
          <w:b/>
        </w:rPr>
        <w:t xml:space="preserve">[25:16] </w:t>
      </w:r>
      <w:r>
        <w:t>There was no printing press.</w:t>
      </w:r>
    </w:p>
    <w:p>
      <w:pPr>
        <w:jc w:val="right"/>
      </w:pPr>
      <w:r>
        <w:t>There was no printing press.</w:t>
      </w:r>
    </w:p>
    <w:p>
      <w:r>
        <w:rPr>
          <w:b/>
        </w:rPr>
        <w:t xml:space="preserve">[25:24] </w:t>
      </w:r>
      <w:r>
        <w:t>There was no printing electronic media.</w:t>
      </w:r>
    </w:p>
    <w:p>
      <w:pPr>
        <w:jc w:val="right"/>
      </w:pPr>
      <w:r>
        <w:t>There was no printing electronic media.</w:t>
      </w:r>
    </w:p>
    <w:p>
      <w:r>
        <w:rPr>
          <w:b/>
        </w:rPr>
        <w:t xml:space="preserve">[25:33] </w:t>
      </w:r>
      <w:r>
        <w:t>There was no religious freedom.</w:t>
      </w:r>
    </w:p>
    <w:p>
      <w:pPr>
        <w:jc w:val="right"/>
      </w:pPr>
      <w:r>
        <w:t>There was no religious freedom.</w:t>
      </w:r>
    </w:p>
    <w:p>
      <w:r>
        <w:rPr>
          <w:b/>
        </w:rPr>
        <w:t xml:space="preserve">[25:41] </w:t>
      </w:r>
      <w:r>
        <w:t>There was no international—there was no universal interaction.</w:t>
      </w:r>
    </w:p>
    <w:p>
      <w:pPr>
        <w:jc w:val="right"/>
      </w:pPr>
      <w:r>
        <w:t>There was no international—there was no universal interaction.</w:t>
      </w:r>
    </w:p>
    <w:p>
      <w:r>
        <w:rPr>
          <w:b/>
        </w:rPr>
        <w:t xml:space="preserve">[25:49] </w:t>
      </w:r>
      <w:r>
        <w:t>All those things which are required for this purpose were absent in previous centuries.</w:t>
      </w:r>
    </w:p>
    <w:p>
      <w:pPr>
        <w:jc w:val="right"/>
      </w:pPr>
      <w:r>
        <w:t>All those things which are required for this purpose were absent in previous centuries.</w:t>
      </w:r>
    </w:p>
    <w:p>
      <w:r>
        <w:rPr>
          <w:b/>
        </w:rPr>
        <w:t xml:space="preserve">[25:58] </w:t>
      </w:r>
      <w:r>
        <w:t>Now everything is available abundantly and universally.</w:t>
      </w:r>
    </w:p>
    <w:p>
      <w:pPr>
        <w:jc w:val="right"/>
      </w:pPr>
      <w:r>
        <w:t>Now everything is available abundantly and universally.</w:t>
      </w:r>
    </w:p>
    <w:p>
      <w:r>
        <w:rPr>
          <w:b/>
        </w:rPr>
        <w:t xml:space="preserve">[26:06] </w:t>
      </w:r>
      <w:r>
        <w:t>So, if we avail these opportunities, we are in a position to establish an international Dawah center or</w:t>
      </w:r>
    </w:p>
    <w:p>
      <w:pPr>
        <w:jc w:val="right"/>
      </w:pPr>
      <w:r>
        <w:t>So, if we avail these opportunities, we are in a position to establish an international Dawah center or</w:t>
      </w:r>
    </w:p>
    <w:p>
      <w:r>
        <w:rPr>
          <w:b/>
        </w:rPr>
        <w:t xml:space="preserve">[26:14] </w:t>
      </w:r>
      <w:r>
        <w:t>a Dawah empire.</w:t>
      </w:r>
    </w:p>
    <w:p>
      <w:pPr>
        <w:jc w:val="right"/>
      </w:pPr>
      <w:r>
        <w:t>a Dawah empire.</w:t>
      </w:r>
    </w:p>
    <w:p>
      <w:r>
        <w:rPr>
          <w:b/>
        </w:rPr>
        <w:t xml:space="preserve">[26:23] </w:t>
      </w:r>
      <w:r>
        <w:t>But here is the point. If we want to avail these opportunities, we have to abandon all those negative activities—all those negative activities in which Muslims are engaged in the name of jihad, in the name of political activism.</w:t>
      </w:r>
    </w:p>
    <w:p>
      <w:pPr>
        <w:jc w:val="right"/>
      </w:pPr>
      <w:r>
        <w:t>But here is the point. If we want to avail these opportunities, we have to abandon all those negative activities—all those negative activities in which Muslims are engaged in the name of jihad, in the name of political activism.</w:t>
      </w:r>
    </w:p>
    <w:p>
      <w:r>
        <w:rPr>
          <w:b/>
        </w:rPr>
        <w:t xml:space="preserve">[26:52] </w:t>
      </w:r>
      <w:r>
        <w:t>All these things are nothing but distractions. If you are engaged in these distractions, you cannot avail all those opportunities.</w:t>
      </w:r>
    </w:p>
    <w:p>
      <w:pPr>
        <w:jc w:val="right"/>
      </w:pPr>
      <w:r>
        <w:t>All these things are nothing but distractions. If you are engaged in these distractions, you cannot avail all those opportunities.</w:t>
      </w:r>
    </w:p>
    <w:p>
      <w:r>
        <w:rPr>
          <w:b/>
        </w:rPr>
        <w:t xml:space="preserve">[27:04] </w:t>
      </w:r>
      <w:r>
        <w:t>This is very important.</w:t>
      </w:r>
    </w:p>
    <w:p>
      <w:pPr>
        <w:jc w:val="right"/>
      </w:pPr>
      <w:r>
        <w:t>This is very important.</w:t>
      </w:r>
    </w:p>
    <w:p>
      <w:r>
        <w:rPr>
          <w:b/>
        </w:rPr>
        <w:t xml:space="preserve">[27:14] </w:t>
      </w:r>
      <w:r>
        <w:t>Although these opportunities are available abundantly, the result cannot be had automatically.</w:t>
      </w:r>
    </w:p>
    <w:p>
      <w:pPr>
        <w:jc w:val="right"/>
      </w:pPr>
      <w:r>
        <w:t>Although these opportunities are available abundantly, the result cannot be had automatically.</w:t>
      </w:r>
    </w:p>
    <w:p>
      <w:r>
        <w:rPr>
          <w:b/>
        </w:rPr>
        <w:t xml:space="preserve">[27:24] </w:t>
      </w:r>
      <w:r>
        <w:t>If we want to avail all these opportunities, we have to know that first of all, we have</w:t>
      </w:r>
    </w:p>
    <w:p>
      <w:pPr>
        <w:jc w:val="right"/>
      </w:pPr>
      <w:r>
        <w:t>If we want to avail all these opportunities, we have to know that first of all, we have</w:t>
      </w:r>
    </w:p>
    <w:p>
      <w:r>
        <w:rPr>
          <w:b/>
        </w:rPr>
        <w:t xml:space="preserve">[27:34] </w:t>
      </w:r>
      <w:r>
        <w:t>to abandon all those negative activities.</w:t>
      </w:r>
    </w:p>
    <w:p>
      <w:pPr>
        <w:jc w:val="right"/>
      </w:pPr>
      <w:r>
        <w:t>to abandon all those negative activities.</w:t>
      </w:r>
    </w:p>
    <w:p>
      <w:r>
        <w:rPr>
          <w:b/>
        </w:rPr>
        <w:t xml:space="preserve">[27:44] </w:t>
      </w:r>
      <w:r>
        <w:t>According to my analysis, all those activities in which Muslims are engaged in the name of jihad, in</w:t>
      </w:r>
    </w:p>
    <w:p>
      <w:pPr>
        <w:jc w:val="right"/>
      </w:pPr>
      <w:r>
        <w:t>According to my analysis, all those activities in which Muslims are engaged in the name of jihad, in</w:t>
      </w:r>
    </w:p>
    <w:p>
      <w:r>
        <w:rPr>
          <w:b/>
        </w:rPr>
        <w:t xml:space="preserve">[27:55] </w:t>
      </w:r>
      <w:r>
        <w:t>the name of political activism, in the name of Islamic rule, all those activities are nothing but negative</w:t>
      </w:r>
    </w:p>
    <w:p>
      <w:pPr>
        <w:jc w:val="right"/>
      </w:pPr>
      <w:r>
        <w:t>the name of political activism, in the name of Islamic rule, all those activities are nothing but negative</w:t>
      </w:r>
    </w:p>
    <w:p>
      <w:r>
        <w:rPr>
          <w:b/>
        </w:rPr>
        <w:t xml:space="preserve">[28:06] </w:t>
      </w:r>
      <w:r>
        <w:t>activities because these activities are swallowing your strength.</w:t>
      </w:r>
    </w:p>
    <w:p>
      <w:pPr>
        <w:jc w:val="right"/>
      </w:pPr>
      <w:r>
        <w:t>activities because these activities are swallowing your strength.</w:t>
      </w:r>
    </w:p>
    <w:p>
      <w:r>
        <w:rPr>
          <w:b/>
        </w:rPr>
        <w:t xml:space="preserve">[28:18] </w:t>
      </w:r>
      <w:r>
        <w:t>These activities are swallowing your time, your strength, your power, your money. So, all these activities are negative activities.</w:t>
      </w:r>
    </w:p>
    <w:p>
      <w:pPr>
        <w:jc w:val="right"/>
      </w:pPr>
      <w:r>
        <w:t>These activities are swallowing your time, your strength, your power, your money. So, all these activities are negative activities.</w:t>
      </w:r>
    </w:p>
    <w:p>
      <w:r>
        <w:rPr>
          <w:b/>
        </w:rPr>
        <w:t xml:space="preserve">[28:33] </w:t>
      </w:r>
      <w:r>
        <w:t>First of all, you have to abandon all these negative activities because it is a distraction.</w:t>
      </w:r>
    </w:p>
    <w:p>
      <w:pPr>
        <w:jc w:val="right"/>
      </w:pPr>
      <w:r>
        <w:t>First of all, you have to abandon all these negative activities because it is a distraction.</w:t>
      </w:r>
    </w:p>
    <w:p>
      <w:r>
        <w:rPr>
          <w:b/>
        </w:rPr>
        <w:t xml:space="preserve">[28:42] </w:t>
      </w:r>
      <w:r>
        <w:t>All these things are nothing but distractions.</w:t>
      </w:r>
    </w:p>
    <w:p>
      <w:pPr>
        <w:jc w:val="right"/>
      </w:pPr>
      <w:r>
        <w:t>All these things are nothing but distractions.</w:t>
      </w:r>
    </w:p>
    <w:p>
      <w:r>
        <w:rPr>
          <w:b/>
        </w:rPr>
        <w:t xml:space="preserve">[28:51] </w:t>
      </w:r>
      <w:r>
        <w:t>So, if you want to establish a Dawah empire, you have to change yourself.</w:t>
      </w:r>
    </w:p>
    <w:p>
      <w:pPr>
        <w:jc w:val="right"/>
      </w:pPr>
      <w:r>
        <w:t>So, if you want to establish a Dawah empire, you have to change yourself.</w:t>
      </w:r>
    </w:p>
    <w:p>
      <w:r>
        <w:rPr>
          <w:b/>
        </w:rPr>
        <w:t xml:space="preserve">[29:00] </w:t>
      </w:r>
      <w:r>
        <w:t>You have to abandon all activities other than peaceful Dawah.</w:t>
      </w:r>
    </w:p>
    <w:p>
      <w:pPr>
        <w:jc w:val="right"/>
      </w:pPr>
      <w:r>
        <w:t>You have to abandon all activities other than peaceful Dawah.</w:t>
      </w:r>
    </w:p>
    <w:p>
      <w:r>
        <w:rPr>
          <w:b/>
        </w:rPr>
        <w:t xml:space="preserve">[29:09] </w:t>
      </w:r>
      <w:r>
        <w:t>Then there is a very important point.</w:t>
      </w:r>
    </w:p>
    <w:p>
      <w:pPr>
        <w:jc w:val="right"/>
      </w:pPr>
      <w:r>
        <w:t>Then there is a very important point.</w:t>
      </w:r>
    </w:p>
    <w:p>
      <w:r>
        <w:rPr>
          <w:b/>
        </w:rPr>
        <w:t xml:space="preserve">[29:19] </w:t>
      </w:r>
      <w:r>
        <w:t>Dawah means love. Love. Without love, you cannot do Dawah work. Love towards humanity. You have to be compassionate towards humanity. You have to love towards humanity. You have to be well-wisher towards humanity. Then you can do Dawah work.</w:t>
      </w:r>
    </w:p>
    <w:p>
      <w:pPr>
        <w:jc w:val="right"/>
      </w:pPr>
      <w:r>
        <w:t>Dawah means love. Love. Without love, you cannot do Dawah work. Love towards humanity. You have to be compassionate towards humanity. You have to love towards humanity. You have to be well-wisher towards humanity. Then you can do Dawah work.</w:t>
      </w:r>
    </w:p>
    <w:p>
      <w:r>
        <w:rPr>
          <w:b/>
        </w:rPr>
        <w:t xml:space="preserve">[29:49] </w:t>
      </w:r>
      <w:r>
        <w:t>And all these activities presently Muslims are engaged in, all these activities are generating hate in the Muslim mind.</w:t>
      </w:r>
    </w:p>
    <w:p>
      <w:pPr>
        <w:jc w:val="right"/>
      </w:pPr>
      <w:r>
        <w:t>And all these activities presently Muslims are engaged in, all these activities are generating hate in the Muslim mind.</w:t>
      </w:r>
    </w:p>
    <w:p>
      <w:r>
        <w:rPr>
          <w:b/>
        </w:rPr>
        <w:t xml:space="preserve">[30:09] </w:t>
      </w:r>
      <w:r>
        <w:t>All this political activism, all this jihad activism, all this fighting, suicide bombing, all these movements in the name of Khilafah, all these activities are generating hate in the Muslim mind against people.</w:t>
      </w:r>
    </w:p>
    <w:p>
      <w:pPr>
        <w:jc w:val="right"/>
      </w:pPr>
      <w:r>
        <w:t>All this political activism, all this jihad activism, all this fighting, suicide bombing, all these movements in the name of Khilafah, all these activities are generating hate in the Muslim mind against people.</w:t>
      </w:r>
    </w:p>
    <w:p>
      <w:r>
        <w:rPr>
          <w:b/>
        </w:rPr>
        <w:t xml:space="preserve">[30:35] </w:t>
      </w:r>
      <w:r>
        <w:t>These activities have made the Muslim psyche, a hateful psyche.</w:t>
      </w:r>
    </w:p>
    <w:p>
      <w:pPr>
        <w:jc w:val="right"/>
      </w:pPr>
      <w:r>
        <w:t>These activities have made the Muslim psyche, a hateful psyche.</w:t>
      </w:r>
    </w:p>
    <w:p>
      <w:r>
        <w:rPr>
          <w:b/>
        </w:rPr>
        <w:t xml:space="preserve">[30:44] </w:t>
      </w:r>
      <w:r>
        <w:t>Now they are living in the "we and they" concept.</w:t>
      </w:r>
    </w:p>
    <w:p>
      <w:pPr>
        <w:jc w:val="right"/>
      </w:pPr>
      <w:r>
        <w:t>Now they are living in the "we and they" concept.</w:t>
      </w:r>
    </w:p>
    <w:p>
      <w:r>
        <w:rPr>
          <w:b/>
        </w:rPr>
        <w:t xml:space="preserve">[30:53] </w:t>
      </w:r>
      <w:r>
        <w:t>Now Muslims are living with the concept "we and they, we and they." How can you do work</w:t>
      </w:r>
    </w:p>
    <w:p>
      <w:pPr>
        <w:jc w:val="right"/>
      </w:pPr>
      <w:r>
        <w:t>Now Muslims are living with the concept "we and they, we and they." How can you do work</w:t>
      </w:r>
    </w:p>
    <w:p>
      <w:r>
        <w:rPr>
          <w:b/>
        </w:rPr>
        <w:t xml:space="preserve">[31:02] </w:t>
      </w:r>
      <w:r>
        <w:t>with this concept, with this psyche?</w:t>
      </w:r>
    </w:p>
    <w:p>
      <w:pPr>
        <w:jc w:val="right"/>
      </w:pPr>
      <w:r>
        <w:t>with this concept, with this psyche?</w:t>
      </w:r>
    </w:p>
    <w:p>
      <w:r>
        <w:rPr>
          <w:b/>
        </w:rPr>
        <w:t xml:space="preserve">[31:12] </w:t>
      </w:r>
      <w:r>
        <w:t>You have to see people as your friends, not as your enemies.</w:t>
      </w:r>
    </w:p>
    <w:p>
      <w:pPr>
        <w:jc w:val="right"/>
      </w:pPr>
      <w:r>
        <w:t>You have to see people as your friends, not as your enemies.</w:t>
      </w:r>
    </w:p>
    <w:p>
      <w:r>
        <w:rPr>
          <w:b/>
        </w:rPr>
        <w:t xml:space="preserve">[31:26] </w:t>
      </w:r>
      <w:r>
        <w:t>This point you can read in the Quran, in these verses.</w:t>
      </w:r>
    </w:p>
    <w:p>
      <w:pPr>
        <w:jc w:val="right"/>
      </w:pPr>
      <w:r>
        <w:t>This point you can read in the Quran, in these verses.</w:t>
      </w:r>
    </w:p>
    <w:p>
      <w:r>
        <w:rPr>
          <w:b/>
        </w:rPr>
        <w:t xml:space="preserve">[31:40] </w:t>
      </w:r>
      <w:r>
        <w:t>This is the Dawah culture.</w:t>
      </w:r>
    </w:p>
    <w:p>
      <w:pPr>
        <w:jc w:val="right"/>
      </w:pPr>
      <w:r>
        <w:t>This is the Dawah culture.</w:t>
      </w:r>
    </w:p>
    <w:p>
      <w:r>
        <w:rPr>
          <w:b/>
        </w:rPr>
        <w:t xml:space="preserve">[31:54] </w:t>
      </w:r>
      <w:r>
        <w:t>This is the ethics of Dawah.</w:t>
      </w:r>
    </w:p>
    <w:p>
      <w:pPr>
        <w:jc w:val="right"/>
      </w:pPr>
      <w:r>
        <w:t>This is the ethics of Dawah.</w:t>
      </w:r>
    </w:p>
    <w:p>
      <w:r>
        <w:rPr>
          <w:b/>
        </w:rPr>
        <w:t xml:space="preserve">[32:05] </w:t>
      </w:r>
      <w:r>
        <w:t>According to this Quranic verse, you have to see other people as your potential friends, not as your enemies.</w:t>
      </w:r>
    </w:p>
    <w:p>
      <w:pPr>
        <w:jc w:val="right"/>
      </w:pPr>
      <w:r>
        <w:t>According to this Quranic verse, you have to see other people as your potential friends, not as your enemies.</w:t>
      </w:r>
    </w:p>
    <w:p>
      <w:r>
        <w:rPr>
          <w:b/>
        </w:rPr>
        <w:t xml:space="preserve">[32:17] </w:t>
      </w:r>
      <w:r>
        <w:t>This Quranic verse says that, "Do good deeds in return for bad deeds.</w:t>
      </w:r>
    </w:p>
    <w:p>
      <w:pPr>
        <w:jc w:val="right"/>
      </w:pPr>
      <w:r>
        <w:t>This Quranic verse says that, "Do good deeds in return for bad deeds.</w:t>
      </w:r>
    </w:p>
    <w:p>
      <w:r>
        <w:rPr>
          <w:b/>
        </w:rPr>
        <w:t xml:space="preserve">[32:29] </w:t>
      </w:r>
      <w:r>
        <w:t>Do good deeds in return for bad deeds." And you will see that your enemy has become your dearest friend.</w:t>
      </w:r>
    </w:p>
    <w:p>
      <w:pPr>
        <w:jc w:val="right"/>
      </w:pPr>
      <w:r>
        <w:t>Do good deeds in return for bad deeds." And you will see that your enemy has become your dearest friend.</w:t>
      </w:r>
    </w:p>
    <w:p>
      <w:r>
        <w:rPr>
          <w:b/>
        </w:rPr>
        <w:t xml:space="preserve">[32:41] </w:t>
      </w:r>
      <w:r>
        <w:t>So, this is the true definition of the Dawah spirit. In the dictionary of Dawah, there are no such words like enemy, hate, rival.</w:t>
      </w:r>
    </w:p>
    <w:p>
      <w:pPr>
        <w:jc w:val="right"/>
      </w:pPr>
      <w:r>
        <w:t>So, this is the true definition of the Dawah spirit. In the dictionary of Dawah, there are no such words like enemy, hate, rival.</w:t>
      </w:r>
    </w:p>
    <w:p>
      <w:r>
        <w:rPr>
          <w:b/>
        </w:rPr>
        <w:t xml:space="preserve">[33:04] </w:t>
      </w:r>
      <w:r>
        <w:t>In the Dawah dictionary, you cannot find these words. No. In the Dawah dictionary, there are—you can—in the Dawah dictionary, you will find some other words like love, compassion, well-wishing, tolerance, friend.</w:t>
      </w:r>
    </w:p>
    <w:p>
      <w:pPr>
        <w:jc w:val="right"/>
      </w:pPr>
      <w:r>
        <w:t>In the Dawah dictionary, you cannot find these words. No. In the Dawah dictionary, there are—you can—in the Dawah dictionary, you will find some other words like love, compassion, well-wishing, tolerance, friend.</w:t>
      </w:r>
    </w:p>
    <w:p>
      <w:r>
        <w:rPr>
          <w:b/>
        </w:rPr>
        <w:t xml:space="preserve">[33:32] </w:t>
      </w:r>
      <w:r>
        <w:t>This is the Dawah culture and the Dawah spirit. So, Dai always sees his enemy as his potential friend. So, at present, Muslims are living in negativity. How can they do Dawah work?</w:t>
      </w:r>
    </w:p>
    <w:p>
      <w:pPr>
        <w:jc w:val="right"/>
      </w:pPr>
      <w:r>
        <w:t>This is the Dawah culture and the Dawah spirit. So, Dai always sees his enemy as his potential friend. So, at present, Muslims are living in negativity. How can they do Dawah work?</w:t>
      </w:r>
    </w:p>
    <w:p>
      <w:r>
        <w:rPr>
          <w:b/>
        </w:rPr>
        <w:t xml:space="preserve">[33:57] </w:t>
      </w:r>
      <w:r>
        <w:t>They are not able, although there are enormous opportunities, but they are not in a position to establish</w:t>
      </w:r>
    </w:p>
    <w:p>
      <w:pPr>
        <w:jc w:val="right"/>
      </w:pPr>
      <w:r>
        <w:t>They are not able, although there are enormous opportunities, but they are not in a position to establish</w:t>
      </w:r>
    </w:p>
    <w:p>
      <w:r>
        <w:rPr>
          <w:b/>
        </w:rPr>
        <w:t xml:space="preserve">[34:17] </w:t>
      </w:r>
      <w:r>
        <w:t>a Dawah empire because of their hate, because of their distractions, because of their negative activities.</w:t>
      </w:r>
    </w:p>
    <w:p>
      <w:pPr>
        <w:jc w:val="right"/>
      </w:pPr>
      <w:r>
        <w:t>a Dawah empire because of their hate, because of their distractions, because of their negative activities.</w:t>
      </w:r>
    </w:p>
    <w:p>
      <w:r>
        <w:rPr>
          <w:b/>
        </w:rPr>
        <w:t xml:space="preserve">[34:37] </w:t>
      </w:r>
      <w:r>
        <w:t>So, now it is time to reassess the whole matter, to revise the whole scenario, to revise the whole policy.</w:t>
      </w:r>
    </w:p>
    <w:p>
      <w:pPr>
        <w:jc w:val="right"/>
      </w:pPr>
      <w:r>
        <w:t>So, now it is time to reassess the whole matter, to revise the whole scenario, to revise the whole policy.</w:t>
      </w:r>
    </w:p>
    <w:p>
      <w:r>
        <w:rPr>
          <w:b/>
        </w:rPr>
        <w:t xml:space="preserve">[34:54] </w:t>
      </w:r>
      <w:r>
        <w:t>Islam is a universal ideology and Muslims are Dai.</w:t>
      </w:r>
    </w:p>
    <w:p>
      <w:pPr>
        <w:jc w:val="right"/>
      </w:pPr>
      <w:r>
        <w:t>Islam is a universal ideology and Muslims are Dai.</w:t>
      </w:r>
    </w:p>
    <w:p>
      <w:r>
        <w:rPr>
          <w:b/>
        </w:rPr>
        <w:t xml:space="preserve">[35:12] </w:t>
      </w:r>
      <w:r>
        <w:t>It is the duty of every Muslim to convey this message to all mankind.</w:t>
      </w:r>
    </w:p>
    <w:p>
      <w:pPr>
        <w:jc w:val="right"/>
      </w:pPr>
      <w:r>
        <w:t>It is the duty of every Muslim to convey this message to all mankind.</w:t>
      </w:r>
    </w:p>
    <w:p>
      <w:r>
        <w:rPr>
          <w:b/>
        </w:rPr>
        <w:t xml:space="preserve">[35:30] </w:t>
      </w:r>
      <w:r>
        <w:t>Every Muslim is a Dai. It is the first and foremost duty of a Muslim to convey the message of Islam to all mankind. So, you have to love mankind.</w:t>
      </w:r>
    </w:p>
    <w:p>
      <w:pPr>
        <w:jc w:val="right"/>
      </w:pPr>
      <w:r>
        <w:t>Every Muslim is a Dai. It is the first and foremost duty of a Muslim to convey the message of Islam to all mankind. So, you have to love mankind.</w:t>
      </w:r>
    </w:p>
    <w:p>
      <w:r>
        <w:rPr>
          <w:b/>
        </w:rPr>
        <w:t xml:space="preserve">[35:51] </w:t>
      </w:r>
      <w:r>
        <w:t>You have to find in your heart love and not hate.</w:t>
      </w:r>
    </w:p>
    <w:p>
      <w:pPr>
        <w:jc w:val="right"/>
      </w:pPr>
      <w:r>
        <w:t>You have to find in your heart love and not hate.</w:t>
      </w:r>
    </w:p>
    <w:p>
      <w:r>
        <w:rPr>
          <w:b/>
        </w:rPr>
        <w:t xml:space="preserve">[35:58] </w:t>
      </w:r>
      <w:r>
        <w:t>You have to be tolerant.</w:t>
      </w:r>
    </w:p>
    <w:p>
      <w:pPr>
        <w:jc w:val="right"/>
      </w:pPr>
      <w:r>
        <w:t>You have to be tolerant.</w:t>
      </w:r>
    </w:p>
    <w:p>
      <w:r>
        <w:rPr>
          <w:b/>
        </w:rPr>
        <w:t xml:space="preserve">[36:06] </w:t>
      </w:r>
      <w:r>
        <w:t>You have to be patient.</w:t>
      </w:r>
    </w:p>
    <w:p>
      <w:pPr>
        <w:jc w:val="right"/>
      </w:pPr>
      <w:r>
        <w:t>You have to be patient.</w:t>
      </w:r>
    </w:p>
    <w:p>
      <w:r>
        <w:rPr>
          <w:b/>
        </w:rPr>
        <w:t xml:space="preserve">[36:14] </w:t>
      </w:r>
      <w:r>
        <w:t>You have to live in universal thinking.</w:t>
      </w:r>
    </w:p>
    <w:p>
      <w:pPr>
        <w:jc w:val="right"/>
      </w:pPr>
      <w:r>
        <w:t>You have to live in universal thinking.</w:t>
      </w:r>
    </w:p>
    <w:p>
      <w:r>
        <w:rPr>
          <w:b/>
        </w:rPr>
        <w:t xml:space="preserve">[36:22] </w:t>
      </w:r>
      <w:r>
        <w:t>You have to see the whole world as your world.</w:t>
      </w:r>
    </w:p>
    <w:p>
      <w:pPr>
        <w:jc w:val="right"/>
      </w:pPr>
      <w:r>
        <w:t>You have to see the whole world as your world.</w:t>
      </w:r>
    </w:p>
    <w:p>
      <w:r>
        <w:rPr>
          <w:b/>
        </w:rPr>
        <w:t xml:space="preserve">[36:30] </w:t>
      </w:r>
      <w:r>
        <w:t>You have to see all people as your friends.</w:t>
      </w:r>
    </w:p>
    <w:p>
      <w:pPr>
        <w:jc w:val="right"/>
      </w:pPr>
      <w:r>
        <w:t>You have to see all people as your friends.</w:t>
      </w:r>
    </w:p>
    <w:p>
      <w:r>
        <w:rPr>
          <w:b/>
        </w:rPr>
        <w:t xml:space="preserve">[36:38] </w:t>
      </w:r>
      <w:r>
        <w:t>This is the Dawah spirit.</w:t>
      </w:r>
    </w:p>
    <w:p>
      <w:pPr>
        <w:jc w:val="right"/>
      </w:pPr>
      <w:r>
        <w:t>This is the Dawah spirit.</w:t>
      </w:r>
    </w:p>
    <w:p>
      <w:r>
        <w:rPr>
          <w:b/>
        </w:rPr>
        <w:t xml:space="preserve">[36:46] </w:t>
      </w:r>
      <w:r>
        <w:t>So, first of all, it requires to inculcate the Dawah spirit among Muslims.</w:t>
      </w:r>
    </w:p>
    <w:p>
      <w:pPr>
        <w:jc w:val="right"/>
      </w:pPr>
      <w:r>
        <w:t>So, first of all, it requires to inculcate the Dawah spirit among Muslims.</w:t>
      </w:r>
    </w:p>
    <w:p>
      <w:r>
        <w:rPr>
          <w:b/>
        </w:rPr>
        <w:t xml:space="preserve">[36:54] </w:t>
      </w:r>
      <w:r>
        <w:t>Then they will be able to establish a Dawah empire in the present world.</w:t>
      </w:r>
    </w:p>
    <w:p>
      <w:pPr>
        <w:jc w:val="right"/>
      </w:pPr>
      <w:r>
        <w:t>Then they will be able to establish a Dawah empire in the present world.</w:t>
      </w:r>
    </w:p>
    <w:p>
      <w:r>
        <w:rPr>
          <w:b/>
        </w:rPr>
        <w:t xml:space="preserve">[37:02] </w:t>
      </w:r>
      <w:r>
        <w:t>It is a fact that there are enormous opportunities.</w:t>
      </w:r>
    </w:p>
    <w:p>
      <w:pPr>
        <w:jc w:val="right"/>
      </w:pPr>
      <w:r>
        <w:t>It is a fact that there are enormous opportunities.</w:t>
      </w:r>
    </w:p>
    <w:p>
      <w:r>
        <w:rPr>
          <w:b/>
        </w:rPr>
        <w:t xml:space="preserve">[37:12] </w:t>
      </w:r>
      <w:r>
        <w:t>Everything is open.</w:t>
      </w:r>
    </w:p>
    <w:p>
      <w:pPr>
        <w:jc w:val="right"/>
      </w:pPr>
      <w:r>
        <w:t>Everything is open.</w:t>
      </w:r>
    </w:p>
    <w:p>
      <w:r>
        <w:rPr>
          <w:b/>
        </w:rPr>
        <w:t xml:space="preserve">[37:23] </w:t>
      </w:r>
      <w:r>
        <w:t>Everything is available for you.</w:t>
      </w:r>
    </w:p>
    <w:p>
      <w:pPr>
        <w:jc w:val="right"/>
      </w:pPr>
      <w:r>
        <w:t>Everything is available for you.</w:t>
      </w:r>
    </w:p>
    <w:p>
      <w:r>
        <w:rPr>
          <w:b/>
        </w:rPr>
        <w:t xml:space="preserve">[37:34] </w:t>
      </w:r>
      <w:r>
        <w:t>What is needed is your own capacity, your Dawah spirit.</w:t>
      </w:r>
    </w:p>
    <w:p>
      <w:pPr>
        <w:jc w:val="right"/>
      </w:pPr>
      <w:r>
        <w:t>What is needed is your own capacity, your Dawah spirit.</w:t>
      </w:r>
    </w:p>
    <w:p>
      <w:r>
        <w:rPr>
          <w:b/>
        </w:rPr>
        <w:t xml:space="preserve">[37:45] </w:t>
      </w:r>
      <w:r>
        <w:t>So, we have to inculcate the Dawah spirit among Muslims.</w:t>
      </w:r>
    </w:p>
    <w:p>
      <w:pPr>
        <w:jc w:val="right"/>
      </w:pPr>
      <w:r>
        <w:t>So, we have to inculcate the Dawah spirit among Muslims.</w:t>
      </w:r>
    </w:p>
    <w:p>
      <w:r>
        <w:rPr>
          <w:b/>
        </w:rPr>
        <w:t xml:space="preserve">[37:56] </w:t>
      </w:r>
      <w:r>
        <w:t>We have to inculcate the spirit of love among Muslims.</w:t>
      </w:r>
    </w:p>
    <w:p>
      <w:pPr>
        <w:jc w:val="right"/>
      </w:pPr>
      <w:r>
        <w:t>We have to inculcate the spirit of love among Muslims.</w:t>
      </w:r>
    </w:p>
    <w:p>
      <w:r>
        <w:rPr>
          <w:b/>
        </w:rPr>
        <w:t xml:space="preserve">[38:07] </w:t>
      </w:r>
      <w:r>
        <w:t>We have to inculcate the spirit of tolerance, peaceful living, and universality because it is this universal spirit</w:t>
      </w:r>
    </w:p>
    <w:p>
      <w:pPr>
        <w:jc w:val="right"/>
      </w:pPr>
      <w:r>
        <w:t>We have to inculcate the spirit of tolerance, peaceful living, and universality because it is this universal spirit</w:t>
      </w:r>
    </w:p>
    <w:p>
      <w:r>
        <w:rPr>
          <w:b/>
        </w:rPr>
        <w:t xml:space="preserve">[38:18] </w:t>
      </w:r>
      <w:r>
        <w:t>that makes Muslim, that enables Muslims to establish the Dawah empire.</w:t>
      </w:r>
    </w:p>
    <w:p>
      <w:pPr>
        <w:jc w:val="right"/>
      </w:pPr>
      <w:r>
        <w:t>that makes Muslim, that enables Muslims to establish the Dawah empire.</w:t>
      </w:r>
    </w:p>
    <w:p>
      <w:r>
        <w:rPr>
          <w:b/>
        </w:rPr>
        <w:t xml:space="preserve">[38:29] </w:t>
      </w:r>
      <w:r>
        <w:t>And I think that this is the greatest blessing.</w:t>
      </w:r>
    </w:p>
    <w:p>
      <w:pPr>
        <w:jc w:val="right"/>
      </w:pPr>
      <w:r>
        <w:t>And I think that this is the greatest blessing.</w:t>
      </w:r>
    </w:p>
    <w:p>
      <w:r>
        <w:rPr>
          <w:b/>
        </w:rPr>
        <w:t xml:space="preserve">[38:39] </w:t>
      </w:r>
      <w:r>
        <w:t>No blessing is greater than this.</w:t>
      </w:r>
    </w:p>
    <w:p>
      <w:pPr>
        <w:jc w:val="right"/>
      </w:pPr>
      <w:r>
        <w:t>No blessing is greater than this.</w:t>
      </w:r>
    </w:p>
    <w:p>
      <w:r>
        <w:rPr>
          <w:b/>
        </w:rPr>
        <w:t xml:space="preserve">[38:49] </w:t>
      </w:r>
      <w:r>
        <w:t>The whole civilization is providing a boost for us.</w:t>
      </w:r>
    </w:p>
    <w:p>
      <w:pPr>
        <w:jc w:val="right"/>
      </w:pPr>
      <w:r>
        <w:t>The whole civilization is providing a boost for us.</w:t>
      </w:r>
    </w:p>
    <w:p>
      <w:r>
        <w:rPr>
          <w:b/>
        </w:rPr>
        <w:t xml:space="preserve">[39:00] </w:t>
      </w:r>
      <w:r>
        <w:t>So, we have to avail this opportunity. May God bless us. May God help us realize this noble cause. Aqulu qawli haza. Wastaghfirullah li walukum ajma'in.</w:t>
      </w:r>
    </w:p>
    <w:p>
      <w:pPr>
        <w:jc w:val="right"/>
      </w:pPr>
      <w:r>
        <w:t>So, we have to avail this opportunity. May God bless us. May God help us realize this noble cause. Aqulu qawli haza. Wastaghfirullah li walukum ajma'in.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