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Islam in History Part-1 (English) March 10, 2007 Maulana Wahiduddin Khan</w:t>
      </w:r>
    </w:p>
    <w:p>
      <w:r>
        <w:t>https://www.youtube.com/watch?v=nKGmPslCoFI</w:t>
      </w:r>
    </w:p>
    <w:p>
      <w:r>
        <w:rPr>
          <w:b/>
        </w:rPr>
        <w:t xml:space="preserve">[00:10] </w:t>
      </w:r>
      <w:r>
        <w:t>bismillah al-rahman al-rahim, wa salla Allahu ala al-nabi al-kareem.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[00:13] </w:t>
      </w:r>
      <w:r>
        <w:t>rab ishrah li sadri, wa yassir li amri, wah lul uqdatan min lisani yafqahu qawli.</w:t>
      </w:r>
    </w:p>
    <w:p>
      <w:pPr>
        <w:jc w:val="right"/>
      </w:pPr>
      <w:r>
        <w:t>رب اشرح لی صدری، ویسر لی امری، واحل العقدۃ من لسانی یفقہ قولی۔</w:t>
      </w:r>
    </w:p>
    <w:p>
      <w:r>
        <w:rPr>
          <w:b/>
        </w:rPr>
        <w:t xml:space="preserve">[00:19] </w:t>
      </w:r>
      <w:r>
        <w:t>The theme for the present topic is "Islam in History".</w:t>
      </w:r>
    </w:p>
    <w:p>
      <w:pPr>
        <w:jc w:val="right"/>
      </w:pPr>
      <w:r>
        <w:t>دا تھیم فار دا پریزنٹ ٹاپک از "اسلام ان ہسٹری"۔</w:t>
      </w:r>
    </w:p>
    <w:p>
      <w:r>
        <w:rPr>
          <w:b/>
        </w:rPr>
        <w:t xml:space="preserve">[00:23] </w:t>
      </w:r>
      <w:r>
        <w:t>Islam is an ideology is an eternal phenomena.</w:t>
      </w:r>
    </w:p>
    <w:p>
      <w:pPr>
        <w:jc w:val="right"/>
      </w:pPr>
      <w:r>
        <w:t>اسلام ایز این آئیڈیالوجی از این ایٹرنل فیناومینا۔</w:t>
      </w:r>
    </w:p>
    <w:p>
      <w:r>
        <w:rPr>
          <w:b/>
        </w:rPr>
        <w:t xml:space="preserve">[00:27] </w:t>
      </w:r>
      <w:r>
        <w:t>Islam is an ideology is an eternal phenomena.</w:t>
      </w:r>
    </w:p>
    <w:p>
      <w:pPr>
        <w:jc w:val="right"/>
      </w:pPr>
      <w:r>
        <w:t>اسلام ایز این آئیڈیالوجی از این ایٹرنل فیناومینا۔</w:t>
      </w:r>
    </w:p>
    <w:p>
      <w:r>
        <w:rPr>
          <w:b/>
        </w:rPr>
        <w:t xml:space="preserve">[00:30] </w:t>
      </w:r>
      <w:r>
        <w:t>But history is subject to change.</w:t>
      </w:r>
    </w:p>
    <w:p>
      <w:pPr>
        <w:jc w:val="right"/>
      </w:pPr>
      <w:r>
        <w:t>بٹ ہسٹری از سبجیکٹ ٹو چینج۔</w:t>
      </w:r>
    </w:p>
    <w:p>
      <w:r>
        <w:rPr>
          <w:b/>
        </w:rPr>
        <w:t xml:space="preserve">[00:33] </w:t>
      </w:r>
      <w:r>
        <w:t>So when Islam translates into history, it requires redefining.</w:t>
      </w:r>
    </w:p>
    <w:p>
      <w:pPr>
        <w:jc w:val="right"/>
      </w:pPr>
      <w:r>
        <w:t>سو وین اسلام ٹرانسلیٹس انٹو ہسٹری، اٹ ریکوائرڈز ری ڈیفائننگ۔</w:t>
      </w:r>
    </w:p>
    <w:p>
      <w:r>
        <w:rPr>
          <w:b/>
        </w:rPr>
        <w:t xml:space="preserve">[00:37] </w:t>
      </w:r>
      <w:r>
        <w:t>It requires always redefining and reapplying.</w:t>
      </w:r>
    </w:p>
    <w:p>
      <w:pPr>
        <w:jc w:val="right"/>
      </w:pPr>
      <w:r>
        <w:t>اٹ ریکوائرڈز آلویز ری ڈیفائننگ اینڈ ری اپلائنگ۔</w:t>
      </w:r>
    </w:p>
    <w:p>
      <w:r>
        <w:rPr>
          <w:b/>
        </w:rPr>
        <w:t xml:space="preserve">[00:40] </w:t>
      </w:r>
      <w:r>
        <w:t>Otherwise, Islam will become irrelevant in the history.</w:t>
      </w:r>
    </w:p>
    <w:p>
      <w:pPr>
        <w:jc w:val="right"/>
      </w:pPr>
      <w:r>
        <w:t>ادر وائز، اسلام ویل بیکم اریلیونٹ ان دا ہسٹری۔</w:t>
      </w:r>
    </w:p>
    <w:p>
      <w:r>
        <w:rPr>
          <w:b/>
        </w:rPr>
        <w:t xml:space="preserve">[00:44] </w:t>
      </w:r>
      <w:r>
        <w:t>That's very important to understand.</w:t>
      </w:r>
    </w:p>
    <w:p>
      <w:pPr>
        <w:jc w:val="right"/>
      </w:pPr>
      <w:r>
        <w:t>دیٹس ویری امپورٹنٹ ٹو انڈرسٹینڈ۔</w:t>
      </w:r>
    </w:p>
    <w:p>
      <w:r>
        <w:rPr>
          <w:b/>
        </w:rPr>
        <w:t xml:space="preserve">[00:46] </w:t>
      </w:r>
      <w:r>
        <w:t>This is well described in Quran and Hadith.</w:t>
      </w:r>
    </w:p>
    <w:p>
      <w:pPr>
        <w:jc w:val="right"/>
      </w:pPr>
      <w:r>
        <w:t>دس از ویل ڈسکرائبڈ ان قرآن اینڈ حدیث۔</w:t>
      </w:r>
    </w:p>
    <w:p>
      <w:r>
        <w:rPr>
          <w:b/>
        </w:rPr>
        <w:t xml:space="preserve">[00:50] </w:t>
      </w:r>
      <w:r>
        <w:t>You know, there is an institution called Ijtihad.</w:t>
      </w:r>
    </w:p>
    <w:p>
      <w:pPr>
        <w:jc w:val="right"/>
      </w:pPr>
      <w:r>
        <w:t>یو نو، دیر از اے انسٹیٹیوشن کالڈ اجتہاد۔</w:t>
      </w:r>
    </w:p>
    <w:p>
      <w:r>
        <w:rPr>
          <w:b/>
        </w:rPr>
        <w:t xml:space="preserve">[00:53] </w:t>
      </w:r>
      <w:r>
        <w:t>Ijtehad means re-application or re-definition of that eternal phenomena.</w:t>
      </w:r>
    </w:p>
    <w:p>
      <w:pPr>
        <w:jc w:val="right"/>
      </w:pPr>
      <w:r>
        <w:t>اجتہاد مینز ری ایپلیکیشن اور ری ڈیفینیشن اف دیٹ ایٹرنل فیناومینا۔</w:t>
      </w:r>
    </w:p>
    <w:p>
      <w:r>
        <w:rPr>
          <w:b/>
        </w:rPr>
        <w:t xml:space="preserve">[00:58] </w:t>
      </w:r>
      <w:r>
        <w:t>Deen, the Prophet of Islam has said: "Inna Allaha yab'asu ala ra'si kulli mi'ati sanatin man yujaddidu laha."</w:t>
      </w:r>
    </w:p>
    <w:p>
      <w:pPr>
        <w:jc w:val="right"/>
      </w:pPr>
      <w:r>
        <w:t>دین دا پرافٹ اف اسلام ہیز سیڈ: "ان اللہ یواسو علی راس کل میت سنت من یجدد لہا</w:t>
      </w:r>
    </w:p>
    <w:p>
      <w:r>
        <w:rPr>
          <w:b/>
        </w:rPr>
        <w:t xml:space="preserve">[01:06] </w:t>
      </w:r>
      <w:r>
        <w:t>"dina".</w:t>
      </w:r>
    </w:p>
    <w:p>
      <w:pPr>
        <w:jc w:val="right"/>
      </w:pPr>
      <w:r>
        <w:t>دینہا"۔</w:t>
      </w:r>
    </w:p>
    <w:p>
      <w:r>
        <w:rPr>
          <w:b/>
        </w:rPr>
        <w:t xml:space="preserve">[01:07] </w:t>
      </w:r>
      <w:r>
        <w:t>God Almighty will send at the end of every hundred years, a person who will revive the Islam.</w:t>
      </w:r>
    </w:p>
    <w:p>
      <w:pPr>
        <w:jc w:val="right"/>
      </w:pPr>
      <w:r>
        <w:t>گاڈ المائٹی ویل سینڈ ایٹ دا اینڈ اف ایوری ہنڈرڈ ایئرز، ا پرسن ہو ویل ریوائیو دا اسلام۔</w:t>
      </w:r>
    </w:p>
    <w:p>
      <w:r>
        <w:rPr>
          <w:b/>
        </w:rPr>
        <w:t xml:space="preserve">[01:15] </w:t>
      </w:r>
      <w:r>
        <w:t>So ijtihad and tajdid are well-established institutions in Islam.</w:t>
      </w:r>
    </w:p>
    <w:p>
      <w:pPr>
        <w:jc w:val="right"/>
      </w:pPr>
      <w:r>
        <w:t>سو اجتہاد اینڈ تجدید ار ویل اسٹیبلش انسٹیٹیوشنز ان اسلام۔</w:t>
      </w:r>
    </w:p>
    <w:p>
      <w:r>
        <w:rPr>
          <w:b/>
        </w:rPr>
        <w:t xml:space="preserve">[01:19] </w:t>
      </w:r>
      <w:r>
        <w:t>And purpose of this institution is to find adjustment between Islam as an ideology and Islam as an</w:t>
      </w:r>
    </w:p>
    <w:p>
      <w:pPr>
        <w:jc w:val="right"/>
      </w:pPr>
      <w:r>
        <w:t>اینڈ پرپس اف دس انسٹیٹیوشن از ٹو فائن ایڈجسٹمنٹ بٹوین اسلام ایز این آئیڈیالوجی اینڈ اسلام ایز این</w:t>
      </w:r>
    </w:p>
    <w:p>
      <w:r>
        <w:rPr>
          <w:b/>
        </w:rPr>
        <w:t xml:space="preserve">[01:27] </w:t>
      </w:r>
      <w:r>
        <w:t>practice.</w:t>
      </w:r>
    </w:p>
    <w:p>
      <w:pPr>
        <w:jc w:val="right"/>
      </w:pPr>
      <w:r>
        <w:t>پریکٹس۔</w:t>
      </w:r>
    </w:p>
    <w:p>
      <w:r>
        <w:rPr>
          <w:b/>
        </w:rPr>
        <w:t xml:space="preserve">[01:28] </w:t>
      </w:r>
      <w:r>
        <w:t>This principle is present in the Quran itself.</w:t>
      </w:r>
    </w:p>
    <w:p>
      <w:pPr>
        <w:jc w:val="right"/>
      </w:pPr>
      <w:r>
        <w:t>دس پرنسپل از پریزنٹ ان دا قرآن اٹ سیلف۔</w:t>
      </w:r>
    </w:p>
    <w:p>
      <w:r>
        <w:rPr>
          <w:b/>
        </w:rPr>
        <w:t xml:space="preserve">[01:32] </w:t>
      </w:r>
      <w:r>
        <w:t>You know, at one side, Quran tells us that: "Kulla hadayna wa nuha hadayna".</w:t>
      </w:r>
    </w:p>
    <w:p>
      <w:pPr>
        <w:jc w:val="right"/>
      </w:pPr>
      <w:r>
        <w:t>یو نو، ایٹ ون سائیڈ، قرآن ٹیلز اس دیٹ: "کلا ہدینہ ونوحا ہدینہ"۔</w:t>
      </w:r>
    </w:p>
    <w:p>
      <w:r>
        <w:rPr>
          <w:b/>
        </w:rPr>
        <w:t xml:space="preserve">[01:38] </w:t>
      </w:r>
      <w:r>
        <w:t>We give guidance to all the prophets.</w:t>
      </w:r>
    </w:p>
    <w:p>
      <w:pPr>
        <w:jc w:val="right"/>
      </w:pPr>
      <w:r>
        <w:t>وی گیو گائیڈنس ٹو آل دا پرافٹس۔</w:t>
      </w:r>
    </w:p>
    <w:p>
      <w:r>
        <w:rPr>
          <w:b/>
        </w:rPr>
        <w:t xml:space="preserve">[01:41] </w:t>
      </w:r>
      <w:r>
        <w:t>We give the same guidance to all the prophets.</w:t>
      </w:r>
    </w:p>
    <w:p>
      <w:pPr>
        <w:jc w:val="right"/>
      </w:pPr>
      <w:r>
        <w:t>وی گیو دا سیم گائیڈنس ٹو آل دا پرافٹس۔</w:t>
      </w:r>
    </w:p>
    <w:p>
      <w:r>
        <w:rPr>
          <w:b/>
        </w:rPr>
        <w:t xml:space="preserve">[01:45] </w:t>
      </w:r>
      <w:r>
        <w:t>Deen there is other verse in the Quran that tell us that: "Likullin ja'alna minkum shir'ataw wa minhaja".</w:t>
      </w:r>
    </w:p>
    <w:p>
      <w:pPr>
        <w:jc w:val="right"/>
      </w:pPr>
      <w:r>
        <w:t>دین دیر از ادر ورس ان دا قرآن دیٹ ٹیل اس دیٹ: "لکل جعلنا منکم شرۃ ومنہاجا"۔</w:t>
      </w:r>
    </w:p>
    <w:p>
      <w:r>
        <w:rPr>
          <w:b/>
        </w:rPr>
        <w:t xml:space="preserve">[01:52] </w:t>
      </w:r>
      <w:r>
        <w:t>It means that to every prophet, there was different law and different minhaj.</w:t>
      </w:r>
    </w:p>
    <w:p>
      <w:pPr>
        <w:jc w:val="right"/>
      </w:pPr>
      <w:r>
        <w:t>اٹ مینز دیٹ ٹو ایوری پرافٹ، دیر واز ڈفرنٹ لا اینڈ ڈفرنٹ منہاج۔</w:t>
      </w:r>
    </w:p>
    <w:p>
      <w:r>
        <w:rPr>
          <w:b/>
        </w:rPr>
        <w:t xml:space="preserve">[01:58] </w:t>
      </w:r>
      <w:r>
        <w:t>Minhaj means method.</w:t>
      </w:r>
    </w:p>
    <w:p>
      <w:pPr>
        <w:jc w:val="right"/>
      </w:pPr>
      <w:r>
        <w:t>منہاج مینز میتھڈ۔</w:t>
      </w:r>
    </w:p>
    <w:p>
      <w:r>
        <w:rPr>
          <w:b/>
        </w:rPr>
        <w:t xml:space="preserve">[01:59] </w:t>
      </w:r>
      <w:r>
        <w:t>So according to Islam, so according to the Quran, there are two different aspects of Islam.</w:t>
      </w:r>
    </w:p>
    <w:p>
      <w:pPr>
        <w:jc w:val="right"/>
      </w:pPr>
      <w:r>
        <w:t>سو اکارڈنگ ٹو اسلام، سو اکارڈنگ ٹو دا قرآن، دیر ار ٹو ڈفرنٹ اسپیکٹ اف اسلام۔</w:t>
      </w:r>
    </w:p>
    <w:p>
      <w:r>
        <w:rPr>
          <w:b/>
        </w:rPr>
        <w:t xml:space="preserve">[02:06] </w:t>
      </w:r>
      <w:r>
        <w:t>One is called al-Din.</w:t>
      </w:r>
    </w:p>
    <w:p>
      <w:pPr>
        <w:jc w:val="right"/>
      </w:pPr>
      <w:r>
        <w:t>ون از کالڈ الدین۔</w:t>
      </w:r>
    </w:p>
    <w:p>
      <w:r>
        <w:rPr>
          <w:b/>
        </w:rPr>
        <w:t xml:space="preserve">[02:08] </w:t>
      </w:r>
      <w:r>
        <w:t>According to the chapter Ash-Shura, one is called Ad-Din.</w:t>
      </w:r>
    </w:p>
    <w:p>
      <w:pPr>
        <w:jc w:val="right"/>
      </w:pPr>
      <w:r>
        <w:t>اکارڈنگ ٹو دا چیپٹر اشورہ، ون از کالڈ الدین۔</w:t>
      </w:r>
    </w:p>
    <w:p>
      <w:r>
        <w:rPr>
          <w:b/>
        </w:rPr>
        <w:t xml:space="preserve">[02:11] </w:t>
      </w:r>
      <w:r>
        <w:t>Deen the second is called minhaj.</w:t>
      </w:r>
    </w:p>
    <w:p>
      <w:pPr>
        <w:jc w:val="right"/>
      </w:pPr>
      <w:r>
        <w:t>دین دا سیکنڈ از کالڈ منہاج۔</w:t>
      </w:r>
    </w:p>
    <w:p>
      <w:r>
        <w:rPr>
          <w:b/>
        </w:rPr>
        <w:t xml:space="preserve">[02:14] </w:t>
      </w:r>
      <w:r>
        <w:t>Al-Din means the ideology of Islam or theoretical system of Islam.</w:t>
      </w:r>
    </w:p>
    <w:p>
      <w:pPr>
        <w:jc w:val="right"/>
      </w:pPr>
      <w:r>
        <w:t>الدین مینز دا آئیڈیالوجی اف اسلام اور تھریٹیکل سسٹم اف اسلام۔</w:t>
      </w:r>
    </w:p>
    <w:p>
      <w:r>
        <w:rPr>
          <w:b/>
        </w:rPr>
        <w:t xml:space="preserve">[02:19] </w:t>
      </w:r>
      <w:r>
        <w:t>Belief system of Islam, this is the deen.</w:t>
      </w:r>
    </w:p>
    <w:p>
      <w:pPr>
        <w:jc w:val="right"/>
      </w:pPr>
      <w:r>
        <w:t>بیلیف سسٹم اف اسلام، دس از الدین۔</w:t>
      </w:r>
    </w:p>
    <w:p>
      <w:r>
        <w:rPr>
          <w:b/>
        </w:rPr>
        <w:t xml:space="preserve">[02:22] </w:t>
      </w:r>
      <w:r>
        <w:t>And minhaj means method.</w:t>
      </w:r>
    </w:p>
    <w:p>
      <w:pPr>
        <w:jc w:val="right"/>
      </w:pPr>
      <w:r>
        <w:t>اینڈ منہاج مینز میتھڈ۔</w:t>
      </w:r>
    </w:p>
    <w:p>
      <w:r>
        <w:rPr>
          <w:b/>
        </w:rPr>
        <w:t xml:space="preserve">[02:23] </w:t>
      </w:r>
      <w:r>
        <w:t>And methods always vary, because method is related to the situation and circumstances.</w:t>
      </w:r>
    </w:p>
    <w:p>
      <w:pPr>
        <w:jc w:val="right"/>
      </w:pPr>
      <w:r>
        <w:t>اینڈ میتھڈز آلویز ویری، بیکاز میتھڈ از ریلیٹڈ ٹو دا سچویشن اینڈ سرکمسٹانسز۔</w:t>
      </w:r>
    </w:p>
    <w:p>
      <w:r>
        <w:rPr>
          <w:b/>
        </w:rPr>
        <w:t xml:space="preserve">[02:29] </w:t>
      </w:r>
      <w:r>
        <w:t>And situation and circumstances always vary time to time.</w:t>
      </w:r>
    </w:p>
    <w:p>
      <w:pPr>
        <w:jc w:val="right"/>
      </w:pPr>
      <w:r>
        <w:t>اینڈ سچویشن اینڈ سرکمسٹانسز آلویز ویری ٹائم ٹو ٹائم۔</w:t>
      </w:r>
    </w:p>
    <w:p>
      <w:r>
        <w:rPr>
          <w:b/>
        </w:rPr>
        <w:t xml:space="preserve">[02:33] </w:t>
      </w:r>
      <w:r>
        <w:t>So this difference is very important.</w:t>
      </w:r>
    </w:p>
    <w:p>
      <w:pPr>
        <w:jc w:val="right"/>
      </w:pPr>
      <w:r>
        <w:t>سو دس ڈیفرنس از ویری امپورٹنٹ۔</w:t>
      </w:r>
    </w:p>
    <w:p>
      <w:r>
        <w:rPr>
          <w:b/>
        </w:rPr>
        <w:t xml:space="preserve">[02:35] </w:t>
      </w:r>
      <w:r>
        <w:t>Without observing this difference, Islam will become stagnant.</w:t>
      </w:r>
    </w:p>
    <w:p>
      <w:pPr>
        <w:jc w:val="right"/>
      </w:pPr>
      <w:r>
        <w:t>وداؤٹ ابزروونگ دس ڈیفرنس، اسلام ویل بیکم سٹیگننٹ۔</w:t>
      </w:r>
    </w:p>
    <w:p>
      <w:r>
        <w:rPr>
          <w:b/>
        </w:rPr>
        <w:t xml:space="preserve">[02:39] </w:t>
      </w:r>
      <w:r>
        <w:t>It will lose its creativity.</w:t>
      </w:r>
    </w:p>
    <w:p>
      <w:pPr>
        <w:jc w:val="right"/>
      </w:pPr>
      <w:r>
        <w:t>اٹ ویل لوز اٹس کریٹیوٹی۔</w:t>
      </w:r>
    </w:p>
    <w:p>
      <w:r>
        <w:rPr>
          <w:b/>
        </w:rPr>
        <w:t xml:space="preserve">[02:41] </w:t>
      </w:r>
      <w:r>
        <w:t>You know, Islam, the main purpose of Islam is to guide the mainstream.</w:t>
      </w:r>
    </w:p>
    <w:p>
      <w:pPr>
        <w:jc w:val="right"/>
      </w:pPr>
      <w:r>
        <w:t>یو نو، اسلام، دا مین پرپس اف اسلام از ٹو گائیڈ دا مین اسٹریم۔</w:t>
      </w:r>
    </w:p>
    <w:p>
      <w:r>
        <w:rPr>
          <w:b/>
        </w:rPr>
        <w:t xml:space="preserve">[02:47] </w:t>
      </w:r>
      <w:r>
        <w:t>to guide the mainstream of intellectual thought of humanity.</w:t>
      </w:r>
    </w:p>
    <w:p>
      <w:pPr>
        <w:jc w:val="right"/>
      </w:pPr>
      <w:r>
        <w:t>ٹو گائیڈ دا مین اسٹریم اف انٹلیکچول تھاٹ اف ہیومینٹی۔</w:t>
      </w:r>
    </w:p>
    <w:p>
      <w:r>
        <w:rPr>
          <w:b/>
        </w:rPr>
        <w:t xml:space="preserve">[02:51] </w:t>
      </w:r>
      <w:r>
        <w:t>Then if you stick to one method or one practical or one practical system, then Islam will lose</w:t>
      </w:r>
    </w:p>
    <w:p>
      <w:pPr>
        <w:jc w:val="right"/>
      </w:pPr>
      <w:r>
        <w:t>دین اف یو اسٹک ٹو ون میتھڈ اور ون پریکٹیکل اور ون پریکٹیکل سسٹم، دین اسلام ویل لوز</w:t>
      </w:r>
    </w:p>
    <w:p>
      <w:r>
        <w:rPr>
          <w:b/>
        </w:rPr>
        <w:t xml:space="preserve">[02:59] </w:t>
      </w:r>
      <w:r>
        <w:t>It's creativity.</w:t>
      </w:r>
    </w:p>
    <w:p>
      <w:pPr>
        <w:jc w:val="right"/>
      </w:pPr>
      <w:r>
        <w:t>اٹس کریٹیوٹی۔</w:t>
      </w:r>
    </w:p>
    <w:p>
      <w:r>
        <w:rPr>
          <w:b/>
        </w:rPr>
        <w:t xml:space="preserve">[03:01] </w:t>
      </w:r>
      <w:r>
        <w:t>Islam will become a stagnant phenomena.</w:t>
      </w:r>
    </w:p>
    <w:p>
      <w:pPr>
        <w:jc w:val="right"/>
      </w:pPr>
      <w:r>
        <w:t>اسلام ویل بیکم ا سٹیگننٹ فیناومینا۔</w:t>
      </w:r>
    </w:p>
    <w:p>
      <w:r>
        <w:rPr>
          <w:b/>
        </w:rPr>
        <w:t xml:space="preserve">[03:03] </w:t>
      </w:r>
      <w:r>
        <w:t>Because of this, there is a well-established institution in Islam that is ijtihad and tajdid.</w:t>
      </w:r>
    </w:p>
    <w:p>
      <w:pPr>
        <w:jc w:val="right"/>
      </w:pPr>
      <w:r>
        <w:t>بیکاز اف دس، دیر از ا ویل اسٹیبلش انسٹیٹیوشن ان اسلام دیٹ از اجتہاد اینڈ تجدید۔</w:t>
      </w:r>
    </w:p>
    <w:p>
      <w:r>
        <w:rPr>
          <w:b/>
        </w:rPr>
        <w:t xml:space="preserve">[03:10] </w:t>
      </w:r>
      <w:r>
        <w:t>Now, let us take the examples of the prophets in history.</w:t>
      </w:r>
    </w:p>
    <w:p>
      <w:pPr>
        <w:jc w:val="right"/>
      </w:pPr>
      <w:r>
        <w:t>ناو، لیٹ اس ٹیک دا ایگزامپلز اف دا پرافٹس ان ہسٹری۔</w:t>
      </w:r>
    </w:p>
    <w:p>
      <w:r>
        <w:rPr>
          <w:b/>
        </w:rPr>
        <w:t xml:space="preserve">[03:15] </w:t>
      </w:r>
      <w:r>
        <w:t>You know, Prophet Joseph and Prophet Moses both were sent in Egypt.</w:t>
      </w:r>
    </w:p>
    <w:p>
      <w:pPr>
        <w:jc w:val="right"/>
      </w:pPr>
      <w:r>
        <w:t>یو نو، پرافٹ جوزف اینڈ پرافٹ موسی بوتھ ویر سینڈ ان ایجپٹ۔</w:t>
      </w:r>
    </w:p>
    <w:p>
      <w:r>
        <w:rPr>
          <w:b/>
        </w:rPr>
        <w:t xml:space="preserve">[03:20] </w:t>
      </w:r>
      <w:r>
        <w:t>When Prophet Joseph came in Egypt, when Prophet Joseph was sent by God, at that time in Egypt,</w:t>
      </w:r>
    </w:p>
    <w:p>
      <w:pPr>
        <w:jc w:val="right"/>
      </w:pPr>
      <w:r>
        <w:t>وین پرافٹ جوزف کیم ان ایجپٹ، وین پرافٹ جوزف واز سینڈ بائی گاڈ، ایٹ دیٹ ٹائم ان ایجپٹ،</w:t>
      </w:r>
    </w:p>
    <w:p>
      <w:r>
        <w:rPr>
          <w:b/>
        </w:rPr>
        <w:t xml:space="preserve">[03:28] </w:t>
      </w:r>
      <w:r>
        <w:t>There was a ruling family that is called in history: Hyksos Kings.</w:t>
      </w:r>
    </w:p>
    <w:p>
      <w:pPr>
        <w:jc w:val="right"/>
      </w:pPr>
      <w:r>
        <w:t>دیر واز ا رولنگ فیملی دیٹ از کالڈ ان ہسٹری: ہکساس کنگز۔</w:t>
      </w:r>
    </w:p>
    <w:p>
      <w:r>
        <w:rPr>
          <w:b/>
        </w:rPr>
        <w:t xml:space="preserve">[03:33] </w:t>
      </w:r>
      <w:r>
        <w:t>So at that time, Hyksos kings were the ruler of Egypt.</w:t>
      </w:r>
    </w:p>
    <w:p>
      <w:pPr>
        <w:jc w:val="right"/>
      </w:pPr>
      <w:r>
        <w:t>سو ایٹ دیٹ ٹائم، ہکساس کنگز ویر دا رولر اف ایجپٹ۔</w:t>
      </w:r>
    </w:p>
    <w:p>
      <w:r>
        <w:rPr>
          <w:b/>
        </w:rPr>
        <w:t xml:space="preserve">[03:37] </w:t>
      </w:r>
      <w:r>
        <w:t>Hyksos kings were mushrik, idol worshipers.</w:t>
      </w:r>
    </w:p>
    <w:p>
      <w:pPr>
        <w:jc w:val="right"/>
      </w:pPr>
      <w:r>
        <w:t>ہکساس کنگز ویر مشرک، ائیڈل ورسپرز۔</w:t>
      </w:r>
    </w:p>
    <w:p>
      <w:r>
        <w:rPr>
          <w:b/>
        </w:rPr>
        <w:t xml:space="preserve">[03:40] </w:t>
      </w:r>
      <w:r>
        <w:t>But the Prophet Joseph accepted an offer from this mushrik king.</w:t>
      </w:r>
    </w:p>
    <w:p>
      <w:pPr>
        <w:jc w:val="right"/>
      </w:pPr>
      <w:r>
        <w:t>بٹ دا پرافٹ جوزف ایکسیپٹڈ اینڈ افر فرام دس مشرک کنگ۔</w:t>
      </w:r>
    </w:p>
    <w:p>
      <w:r>
        <w:rPr>
          <w:b/>
        </w:rPr>
        <w:t xml:space="preserve">[03:45] </w:t>
      </w:r>
      <w:r>
        <w:t>Prophet, this mushrik king offered an office in his government.</w:t>
      </w:r>
    </w:p>
    <w:p>
      <w:pPr>
        <w:jc w:val="right"/>
      </w:pPr>
      <w:r>
        <w:t>پرافٹ، دس مشرک کنگ افرڈ اینڈ افس ان ہز گورنمنٹ۔</w:t>
      </w:r>
    </w:p>
    <w:p>
      <w:r>
        <w:rPr>
          <w:b/>
        </w:rPr>
        <w:t xml:space="preserve">[03:49] </w:t>
      </w:r>
      <w:r>
        <w:t>That office was like food ministry.</w:t>
      </w:r>
    </w:p>
    <w:p>
      <w:pPr>
        <w:jc w:val="right"/>
      </w:pPr>
      <w:r>
        <w:t>دیٹ افس واز لائک فوڈ منسٹری۔</w:t>
      </w:r>
    </w:p>
    <w:p>
      <w:r>
        <w:rPr>
          <w:b/>
        </w:rPr>
        <w:t xml:space="preserve">[03:52] </w:t>
      </w:r>
      <w:r>
        <w:t>So Prophet Joseph accepted the department of food ministry in the regime of that mushrik king.</w:t>
      </w:r>
    </w:p>
    <w:p>
      <w:pPr>
        <w:jc w:val="right"/>
      </w:pPr>
      <w:r>
        <w:t>سو پرافٹ جوزف ایکسیپٹڈ دا ڈیپارٹمنٹ اف فوڈ منسٹری ان دا ریجیم اف دیٹ مشرک کنگ۔</w:t>
      </w:r>
    </w:p>
    <w:p>
      <w:r>
        <w:rPr>
          <w:b/>
        </w:rPr>
        <w:t xml:space="preserve">[03:58] </w:t>
      </w:r>
      <w:r>
        <w:t>The history tells us other picture.</w:t>
      </w:r>
    </w:p>
    <w:p>
      <w:pPr>
        <w:jc w:val="right"/>
      </w:pPr>
      <w:r>
        <w:t>دین ہسٹری ٹیلز اس ادر پکچر۔</w:t>
      </w:r>
    </w:p>
    <w:p>
      <w:r>
        <w:rPr>
          <w:b/>
        </w:rPr>
        <w:t xml:space="preserve">[04:01] </w:t>
      </w:r>
      <w:r>
        <w:t>When Prophet Musa came in the same country, in Egypt, at that time, Firaun was the ruler of</w:t>
      </w:r>
    </w:p>
    <w:p>
      <w:pPr>
        <w:jc w:val="right"/>
      </w:pPr>
      <w:r>
        <w:t>وین پرافٹ موسی کیم ان دا سیم کنٹری، ان ایجپٹ، ایٹ دیٹ ٹائم، فرعون واز دا رولر اف</w:t>
      </w:r>
    </w:p>
    <w:p>
      <w:r>
        <w:rPr>
          <w:b/>
        </w:rPr>
        <w:t xml:space="preserve">[04:09] </w:t>
      </w:r>
      <w:r>
        <w:t>Egypt.</w:t>
      </w:r>
    </w:p>
    <w:p>
      <w:pPr>
        <w:jc w:val="right"/>
      </w:pPr>
      <w:r>
        <w:t>ایجپٹ۔</w:t>
      </w:r>
    </w:p>
    <w:p>
      <w:r>
        <w:rPr>
          <w:b/>
        </w:rPr>
        <w:t xml:space="preserve">[04:10] </w:t>
      </w:r>
      <w:r>
        <w:t>Pharaoh was again a mushrik king.</w:t>
      </w:r>
    </w:p>
    <w:p>
      <w:pPr>
        <w:jc w:val="right"/>
      </w:pPr>
      <w:r>
        <w:t>فرعون واز اگین ا مشرک کنگ۔</w:t>
      </w:r>
    </w:p>
    <w:p>
      <w:r>
        <w:rPr>
          <w:b/>
        </w:rPr>
        <w:t xml:space="preserve">[04:13] </w:t>
      </w:r>
      <w:r>
        <w:t>But now, we see the picture was quite different.</w:t>
      </w:r>
    </w:p>
    <w:p>
      <w:pPr>
        <w:jc w:val="right"/>
      </w:pPr>
      <w:r>
        <w:t>بٹ ناو، وی سی دا پکچر واز کوائٹ ڈفرنٹ۔</w:t>
      </w:r>
    </w:p>
    <w:p>
      <w:r>
        <w:rPr>
          <w:b/>
        </w:rPr>
        <w:t xml:space="preserve">[04:17] </w:t>
      </w:r>
      <w:r>
        <w:t>There was confrontation between Prophet Joseph and Pharaoh.</w:t>
      </w:r>
    </w:p>
    <w:p>
      <w:pPr>
        <w:jc w:val="right"/>
      </w:pPr>
      <w:r>
        <w:t>دیر واز کنفرنٹیشن بٹوین پرافٹ جوزف اینڈ فرعون۔</w:t>
      </w:r>
    </w:p>
    <w:p>
      <w:r>
        <w:rPr>
          <w:b/>
        </w:rPr>
        <w:t xml:space="preserve">[04:20] </w:t>
      </w:r>
      <w:r>
        <w:t>Prophet Musa never accepted any office in the regime of Firaun.</w:t>
      </w:r>
    </w:p>
    <w:p>
      <w:pPr>
        <w:jc w:val="right"/>
      </w:pPr>
      <w:r>
        <w:t>پرافٹ موسی نیور ایکسیپٹڈ اینی افس ان دا ریجیم اف فرعون۔</w:t>
      </w:r>
    </w:p>
    <w:p>
      <w:r>
        <w:rPr>
          <w:b/>
        </w:rPr>
        <w:t xml:space="preserve">[04:25] </w:t>
      </w:r>
      <w:r>
        <w:t>Instead, there was a confrontation.</w:t>
      </w:r>
    </w:p>
    <w:p>
      <w:pPr>
        <w:jc w:val="right"/>
      </w:pPr>
      <w:r>
        <w:t>انسٹیڈ، دیر واز ا کنفرنٹیشن۔</w:t>
      </w:r>
    </w:p>
    <w:p>
      <w:r>
        <w:rPr>
          <w:b/>
        </w:rPr>
        <w:t xml:space="preserve">[04:27] </w:t>
      </w:r>
      <w:r>
        <w:t>This confrontation led to the extent that God Almighty destroyed Pharaoh and his army completely.</w:t>
      </w:r>
    </w:p>
    <w:p>
      <w:pPr>
        <w:jc w:val="right"/>
      </w:pPr>
      <w:r>
        <w:t>دس کنفرنٹیشن لیڈ ٹو دا ایکسٹنٹ دیٹ گاڈ المائٹی ڈسٹرائڈ فرعون اینڈ ہز ارمی کمپلیٹلی۔</w:t>
      </w:r>
    </w:p>
    <w:p>
      <w:r>
        <w:rPr>
          <w:b/>
        </w:rPr>
        <w:t xml:space="preserve">[04:33] </w:t>
      </w:r>
      <w:r>
        <w:t>And then, Moses left Egypt and settled in Sinai.</w:t>
      </w:r>
    </w:p>
    <w:p>
      <w:pPr>
        <w:jc w:val="right"/>
      </w:pPr>
      <w:r>
        <w:t>اینڈ دین، موسی لیفٹ ایجپٹ اینڈ سیٹلڈ ان سنائی۔</w:t>
      </w:r>
    </w:p>
    <w:p>
      <w:r>
        <w:rPr>
          <w:b/>
        </w:rPr>
        <w:t xml:space="preserve">[04:37] </w:t>
      </w:r>
      <w:r>
        <w:t>Here, you can see that country is the same, but between two prophets, there is a difference.</w:t>
      </w:r>
    </w:p>
    <w:p>
      <w:pPr>
        <w:jc w:val="right"/>
      </w:pPr>
      <w:r>
        <w:t>ہیر، یو کین سی دیٹ کنٹری از دا سیم، بٹ بٹوین ٹو پرافٹس، دیر از ا ڈیفرنس۔</w:t>
      </w:r>
    </w:p>
    <w:p>
      <w:r>
        <w:rPr>
          <w:b/>
        </w:rPr>
        <w:t xml:space="preserve">[04:44] </w:t>
      </w:r>
      <w:r>
        <w:t>Although their religion was one and the same, they were believing the same deen.</w:t>
      </w:r>
    </w:p>
    <w:p>
      <w:pPr>
        <w:jc w:val="right"/>
      </w:pPr>
      <w:r>
        <w:t>الدو دیر ریلیجن واز ون اینڈ دا سیم، دے ویر بیلیونگ دا سیم دین۔</w:t>
      </w:r>
    </w:p>
    <w:p>
      <w:r>
        <w:rPr>
          <w:b/>
        </w:rPr>
        <w:t xml:space="preserve">[04:50] </w:t>
      </w:r>
      <w:r>
        <w:t>Both were revealed the same deen Allah, religion of God.</w:t>
      </w:r>
    </w:p>
    <w:p>
      <w:pPr>
        <w:jc w:val="right"/>
      </w:pPr>
      <w:r>
        <w:t>بوتھ ویر ریویلڈ دا سیم دین اللہ، ریلیجن اف گاڈ۔</w:t>
      </w:r>
    </w:p>
    <w:p>
      <w:r>
        <w:rPr>
          <w:b/>
        </w:rPr>
        <w:t xml:space="preserve">[04:55] </w:t>
      </w:r>
      <w:r>
        <w:t>But as far as the method is concerned, both adopted different method, different minhaj.</w:t>
      </w:r>
    </w:p>
    <w:p>
      <w:pPr>
        <w:jc w:val="right"/>
      </w:pPr>
      <w:r>
        <w:t>بٹ ایز فار ایز دا میتھڈ از کنسرن، بوتھ اڈاپٹڈ ڈفرنٹ میتھڈ، ڈفرنٹ منہاج۔</w:t>
      </w:r>
    </w:p>
    <w:p>
      <w:r>
        <w:rPr>
          <w:b/>
        </w:rPr>
        <w:t xml:space="preserve">[05:01] </w:t>
      </w:r>
      <w:r>
        <w:t>Deen, the same principle, you can see in the life of a same prophet, single prophet.</w:t>
      </w:r>
    </w:p>
    <w:p>
      <w:pPr>
        <w:jc w:val="right"/>
      </w:pPr>
      <w:r>
        <w:t>دین دا سیم پرنسپل، یو کین سی ان دا لائف اف ا سیم پرافٹ، سنگل پرافٹ۔</w:t>
      </w:r>
    </w:p>
    <w:p>
      <w:r>
        <w:rPr>
          <w:b/>
        </w:rPr>
        <w:t xml:space="preserve">[05:08] </w:t>
      </w:r>
      <w:r>
        <w:t>Here, I would like to cite an example from the life of the Prophet of Islam, Muhammad (peace be upon him).</w:t>
      </w:r>
    </w:p>
    <w:p>
      <w:pPr>
        <w:jc w:val="right"/>
      </w:pPr>
      <w:r>
        <w:t>ہیر، ائی وڈ لائک ٹو سائیٹ این ایگزامپل فرام دا لائف اف دا پرافٹ اف اسلام، محمد صلی</w:t>
      </w:r>
    </w:p>
    <w:p>
      <w:r>
        <w:rPr>
          <w:b/>
        </w:rPr>
        <w:t xml:space="preserve">[05:15] </w:t>
      </w:r>
      <w:r>
        <w:t>Allah Alaihi Wasallam.</w:t>
      </w:r>
    </w:p>
    <w:p>
      <w:pPr>
        <w:jc w:val="right"/>
      </w:pPr>
      <w:r>
        <w:t>اللہ علیہ وسلم۔</w:t>
      </w:r>
    </w:p>
    <w:p>
      <w:r>
        <w:rPr>
          <w:b/>
        </w:rPr>
        <w:t xml:space="preserve">[05:17] </w:t>
      </w:r>
      <w:r>
        <w:t>You know, Prophet Muhammad (peace be upon him) was sent in Arabia.</w:t>
      </w:r>
    </w:p>
    <w:p>
      <w:pPr>
        <w:jc w:val="right"/>
      </w:pPr>
      <w:r>
        <w:t>یو نو، پرافٹ محمد صلی اللہ علیہ وسلم واز سینڈ ان عربیہ۔</w:t>
      </w:r>
    </w:p>
    <w:p>
      <w:r>
        <w:rPr>
          <w:b/>
        </w:rPr>
        <w:t xml:space="preserve">[05:22] </w:t>
      </w:r>
      <w:r>
        <w:t>He was born in Makkah in 570 AD.</w:t>
      </w:r>
    </w:p>
    <w:p>
      <w:pPr>
        <w:jc w:val="right"/>
      </w:pPr>
      <w:r>
        <w:t>ہی واز born in مکہ ان 570 اے ڈی۔</w:t>
      </w:r>
    </w:p>
    <w:p>
      <w:r>
        <w:rPr>
          <w:b/>
        </w:rPr>
        <w:t xml:space="preserve">[05:26] </w:t>
      </w:r>
      <w:r>
        <w:t>deen, he was appointed as a prophet in 610 AD.</w:t>
      </w:r>
    </w:p>
    <w:p>
      <w:pPr>
        <w:jc w:val="right"/>
      </w:pPr>
      <w:r>
        <w:t>دین، ہی واز اپوائنٹڈ ایز ا پرافٹ ان 610 اے ڈی۔</w:t>
      </w:r>
    </w:p>
    <w:p>
      <w:r>
        <w:rPr>
          <w:b/>
        </w:rPr>
        <w:t xml:space="preserve">[05:31] </w:t>
      </w:r>
      <w:r>
        <w:t>So what happened? After migration, after hijrah, that is called hijrah.</w:t>
      </w:r>
    </w:p>
    <w:p>
      <w:pPr>
        <w:jc w:val="right"/>
      </w:pPr>
      <w:r>
        <w:t>سو واٹ ہیپنڈ؟ افٹر مائیگریشن، افٹر ہجرہ، دٹ از کالڈ ہجرہ۔</w:t>
      </w:r>
    </w:p>
    <w:p>
      <w:r>
        <w:rPr>
          <w:b/>
        </w:rPr>
        <w:t xml:space="preserve">[05:35] </w:t>
      </w:r>
      <w:r>
        <w:t>After Hijra, once he decided, you know, Prophet of Islam, he started his mission in Mecca, but after 13</w:t>
      </w:r>
    </w:p>
    <w:p>
      <w:pPr>
        <w:jc w:val="right"/>
      </w:pPr>
      <w:r>
        <w:t>افٹر ہجرہ، ونس ہی ڈیسائیڈڈ، یو نو، پرافٹ اسلام ہی سٹارٹڈ ہز مشن ان مکہ، بٹ افٹر 13</w:t>
      </w:r>
    </w:p>
    <w:p>
      <w:r>
        <w:rPr>
          <w:b/>
        </w:rPr>
        <w:t xml:space="preserve">[05:43] </w:t>
      </w:r>
      <w:r>
        <w:t>years, he left Makkah and settled in Madinah.</w:t>
      </w:r>
    </w:p>
    <w:p>
      <w:pPr>
        <w:jc w:val="right"/>
      </w:pPr>
      <w:r>
        <w:t>ایئرز، ہی لیفٹ مکہ اینڈ سیٹل ان مدینہ۔</w:t>
      </w:r>
    </w:p>
    <w:p>
      <w:r>
        <w:rPr>
          <w:b/>
        </w:rPr>
        <w:t xml:space="preserve">[05:46] </w:t>
      </w:r>
      <w:r>
        <w:t>So what happened? In ninth century, no, in sixth century of Hijra calendar.</w:t>
      </w:r>
    </w:p>
    <w:p>
      <w:pPr>
        <w:jc w:val="right"/>
      </w:pPr>
      <w:r>
        <w:t>سو واٹ ہیپنڈ؟ ان نائنتھ سنچری، نو، ان سکس سنچری اف ہجرہ کیلنڈر۔</w:t>
      </w:r>
    </w:p>
    <w:p>
      <w:r>
        <w:rPr>
          <w:b/>
        </w:rPr>
        <w:t xml:space="preserve">[05:52] </w:t>
      </w:r>
      <w:r>
        <w:t>In sixth century of Hijra calendar, he decided to visit Makkah for the purpose of Umrah.</w:t>
      </w:r>
    </w:p>
    <w:p>
      <w:pPr>
        <w:jc w:val="right"/>
      </w:pPr>
      <w:r>
        <w:t>ان سکس سنچری اف ہجرہ کیلنڈر، ہی ڈیسائیڈڈ ٹو وزٹ مکہ فار دا پرپس اف عمرہ۔</w:t>
      </w:r>
    </w:p>
    <w:p>
      <w:r>
        <w:rPr>
          <w:b/>
        </w:rPr>
        <w:t xml:space="preserve">[05:59] </w:t>
      </w:r>
      <w:r>
        <w:t>The number was 1014.</w:t>
      </w:r>
    </w:p>
    <w:p>
      <w:pPr>
        <w:jc w:val="right"/>
      </w:pPr>
      <w:r>
        <w:t>دا نمبر واز 1014۔</w:t>
      </w:r>
    </w:p>
    <w:p>
      <w:r>
        <w:rPr>
          <w:b/>
        </w:rPr>
        <w:t xml:space="preserve">[06:01] </w:t>
      </w:r>
      <w:r>
        <w:t>So with with his companions, he left Madinah.</w:t>
      </w:r>
    </w:p>
    <w:p>
      <w:pPr>
        <w:jc w:val="right"/>
      </w:pPr>
      <w:r>
        <w:t>سو ود ود ہز کمپینینز، ہی لیفٹ مدینہ۔</w:t>
      </w:r>
    </w:p>
    <w:p>
      <w:r>
        <w:rPr>
          <w:b/>
        </w:rPr>
        <w:t xml:space="preserve">[06:04] </w:t>
      </w:r>
      <w:r>
        <w:t>He left Madinah on the way to Makkah.</w:t>
      </w:r>
    </w:p>
    <w:p>
      <w:pPr>
        <w:jc w:val="right"/>
      </w:pPr>
      <w:r>
        <w:t>ہی لیفٹ مدینہ ان دا وے ٹو مکہ۔</w:t>
      </w:r>
    </w:p>
    <w:p>
      <w:r>
        <w:rPr>
          <w:b/>
        </w:rPr>
        <w:t xml:space="preserve">[06:07] </w:t>
      </w:r>
      <w:r>
        <w:t>So then, so when he reached Hudaybiyyah, the Meccan people objected.</w:t>
      </w:r>
    </w:p>
    <w:p>
      <w:pPr>
        <w:jc w:val="right"/>
      </w:pPr>
      <w:r>
        <w:t>سو دین، سو وین ہی ریچڈ حدیبیہ، دا مکین پیپل ابجیکٹڈ۔</w:t>
      </w:r>
    </w:p>
    <w:p>
      <w:r>
        <w:rPr>
          <w:b/>
        </w:rPr>
        <w:t xml:space="preserve">[06:12] </w:t>
      </w:r>
      <w:r>
        <w:t>They said, "We are not going to allow you to enter Makkah."</w:t>
      </w:r>
    </w:p>
    <w:p>
      <w:pPr>
        <w:jc w:val="right"/>
      </w:pPr>
      <w:r>
        <w:t>دے سیڈ، "وی ار ناٹ گوئنگ ٹو الاؤ یو ٹو انٹر مکہ۔</w:t>
      </w:r>
    </w:p>
    <w:p>
      <w:r>
        <w:rPr>
          <w:b/>
        </w:rPr>
        <w:t xml:space="preserve">[06:17] </w:t>
      </w:r>
      <w:r>
        <w:t>you have to go back." So there was a controversy.</w:t>
      </w:r>
    </w:p>
    <w:p>
      <w:pPr>
        <w:jc w:val="right"/>
      </w:pPr>
      <w:r>
        <w:t>یو ہیو ٹو گو بیک۔" سو دیر واز ا کنٹروورسی۔</w:t>
      </w:r>
    </w:p>
    <w:p>
      <w:r>
        <w:rPr>
          <w:b/>
        </w:rPr>
        <w:t xml:space="preserve">[06:22] </w:t>
      </w:r>
      <w:r>
        <w:t>And Prophet returned from Hudaybiyyah without visiting Makkah.</w:t>
      </w:r>
    </w:p>
    <w:p>
      <w:pPr>
        <w:jc w:val="right"/>
      </w:pPr>
      <w:r>
        <w:t>اینڈ پرافٹ ریٹرنڈ فرام حدیبیہ وداؤٹ وزٹنگ مکہ۔</w:t>
      </w:r>
    </w:p>
    <w:p>
      <w:r>
        <w:rPr>
          <w:b/>
        </w:rPr>
        <w:t xml:space="preserve">[06:25] </w:t>
      </w:r>
      <w:r>
        <w:t>He returned from Hudaybiyyah and went to Madinah.</w:t>
      </w:r>
    </w:p>
    <w:p>
      <w:pPr>
        <w:jc w:val="right"/>
      </w:pPr>
      <w:r>
        <w:t>ہی ریٹرنڈ فرام حدیبیہ اینڈ وینٹ ٹو مدینہ۔</w:t>
      </w:r>
    </w:p>
    <w:p>
      <w:r>
        <w:rPr>
          <w:b/>
        </w:rPr>
        <w:t xml:space="preserve">[06:28] </w:t>
      </w:r>
      <w:r>
        <w:t>deen, after two years, in eighth century of Hijra calendar, he again organized the march from Madina to</w:t>
      </w:r>
    </w:p>
    <w:p>
      <w:pPr>
        <w:jc w:val="right"/>
      </w:pPr>
      <w:r>
        <w:t>دین، افٹر ٹو ایئرز، ان ایٹھ سنچری اف ہجرہ کیلنڈر، ہی اگین ارگنائز دا مارچ فرام مدینہ ٹو</w:t>
      </w:r>
    </w:p>
    <w:p>
      <w:r>
        <w:rPr>
          <w:b/>
        </w:rPr>
        <w:t xml:space="preserve">[06:36] </w:t>
      </w:r>
      <w:r>
        <w:t>Makkah.</w:t>
      </w:r>
    </w:p>
    <w:p>
      <w:pPr>
        <w:jc w:val="right"/>
      </w:pPr>
      <w:r>
        <w:t>مکہ۔</w:t>
      </w:r>
    </w:p>
    <w:p>
      <w:r>
        <w:rPr>
          <w:b/>
        </w:rPr>
        <w:t xml:space="preserve">[06:38] </w:t>
      </w:r>
      <w:r>
        <w:t>From Medina to Mecca, this time again, they objected, but he did not stop his march.</w:t>
      </w:r>
    </w:p>
    <w:p>
      <w:pPr>
        <w:jc w:val="right"/>
      </w:pPr>
      <w:r>
        <w:t>فرام مدینہ ٹو مکہ، دس ٹائم اگین، دے ابجیکٹڈ، بٹ ہی ڈیڈ ناٹ اسٹاپ ہز مارچ۔</w:t>
      </w:r>
    </w:p>
    <w:p>
      <w:r>
        <w:rPr>
          <w:b/>
        </w:rPr>
        <w:t xml:space="preserve">[06:44] </w:t>
      </w:r>
      <w:r>
        <w:t>He and he with his companions, he with his ten thousand companions, marched and marched until they reached</w:t>
      </w:r>
    </w:p>
    <w:p>
      <w:pPr>
        <w:jc w:val="right"/>
      </w:pPr>
      <w:r>
        <w:t>ہی اینڈ ہی ود ہز کمپینینز، ہی ود ہز ٹن تھا کمپینینز، مارچ اینڈ مارچ انٹل دے ریچڈ</w:t>
      </w:r>
    </w:p>
    <w:p>
      <w:r>
        <w:rPr>
          <w:b/>
        </w:rPr>
        <w:t xml:space="preserve">[06:52] </w:t>
      </w:r>
      <w:r>
        <w:t>Makkah.</w:t>
      </w:r>
    </w:p>
    <w:p>
      <w:pPr>
        <w:jc w:val="right"/>
      </w:pPr>
      <w:r>
        <w:t>مکہ۔</w:t>
      </w:r>
    </w:p>
    <w:p>
      <w:r>
        <w:rPr>
          <w:b/>
        </w:rPr>
        <w:t xml:space="preserve">[06:54] </w:t>
      </w:r>
      <w:r>
        <w:t>And it was, it is called in Islamic history, Fatah Makkah.</w:t>
      </w:r>
    </w:p>
    <w:p>
      <w:pPr>
        <w:jc w:val="right"/>
      </w:pPr>
      <w:r>
        <w:t>اینڈ اٹ واز، اٹ از کالڈ ان اسلامک ہسٹری، فتح مکہ۔</w:t>
      </w:r>
    </w:p>
    <w:p>
      <w:r>
        <w:rPr>
          <w:b/>
        </w:rPr>
        <w:t xml:space="preserve">[06:58] </w:t>
      </w:r>
      <w:r>
        <w:t>So here, you can see that the same prophet adapts to different methods in the same situation, because</w:t>
      </w:r>
    </w:p>
    <w:p>
      <w:pPr>
        <w:jc w:val="right"/>
      </w:pPr>
      <w:r>
        <w:t>سو ہیر، یو کین سی دیٹ دا سیم پرافٹ اڈاپٹس ٹو ڈفرنٹ میتھڈ ان دا سیم سچویشن، بیکاز</w:t>
      </w:r>
    </w:p>
    <w:p>
      <w:r>
        <w:rPr>
          <w:b/>
        </w:rPr>
        <w:t xml:space="preserve">[07:06] </w:t>
      </w:r>
      <w:r>
        <w:t>Although obviously same, but there was difference.</w:t>
      </w:r>
    </w:p>
    <w:p>
      <w:pPr>
        <w:jc w:val="right"/>
      </w:pPr>
      <w:r>
        <w:t>الدو اویسلی سیم، بٹ دیر واز ڈیفرنس۔</w:t>
      </w:r>
    </w:p>
    <w:p>
      <w:r>
        <w:rPr>
          <w:b/>
        </w:rPr>
        <w:t xml:space="preserve">[07:09] </w:t>
      </w:r>
      <w:r>
        <w:t>So although the prophet was having the same deen, same religion, same ideology, but he adopted different method in</w:t>
      </w:r>
    </w:p>
    <w:p>
      <w:pPr>
        <w:jc w:val="right"/>
      </w:pPr>
      <w:r>
        <w:t>سو الدو پرافٹ واز ہیونگ ا سیم دین، سیم ریلیجن، سیم ائیڈیالوجی، بٹ ہی اڈاپٹڈ ڈفرنٹ میتھڈ ان</w:t>
      </w:r>
    </w:p>
    <w:p>
      <w:r>
        <w:rPr>
          <w:b/>
        </w:rPr>
        <w:t xml:space="preserve">[07:17] </w:t>
      </w:r>
      <w:r>
        <w:t>Both the situation.</w:t>
      </w:r>
    </w:p>
    <w:p>
      <w:pPr>
        <w:jc w:val="right"/>
      </w:pPr>
      <w:r>
        <w:t>بوتھ دا سچویشن۔</w:t>
      </w:r>
    </w:p>
    <w:p>
      <w:r>
        <w:rPr>
          <w:b/>
        </w:rPr>
        <w:t xml:space="preserve">[07:18] </w:t>
      </w:r>
      <w:r>
        <w:t>This is the, this a very important part of Islam when we try to understand Islamic history.</w:t>
      </w:r>
    </w:p>
    <w:p>
      <w:pPr>
        <w:jc w:val="right"/>
      </w:pPr>
      <w:r>
        <w:t>دس از دا، دس ا ویری امپورٹنٹ پارٹ اف اسلام وین وی ٹرائی ٹو انڈرسٹینڈ اسلامک ہسٹری۔</w:t>
      </w:r>
    </w:p>
    <w:p>
      <w:r>
        <w:rPr>
          <w:b/>
        </w:rPr>
        <w:t xml:space="preserve">[07:26] </w:t>
      </w:r>
      <w:r>
        <w:t>Then, I will give you some more detail of the subject.</w:t>
      </w:r>
    </w:p>
    <w:p>
      <w:pPr>
        <w:jc w:val="right"/>
      </w:pPr>
      <w:r>
        <w:t>دین، ائی ویل گیو یو سم مور ڈیٹیل اف دا سبجیکٹ۔</w:t>
      </w:r>
    </w:p>
    <w:p>
      <w:r>
        <w:rPr>
          <w:b/>
        </w:rPr>
        <w:t xml:space="preserve">[07:30] </w:t>
      </w:r>
      <w:r>
        <w:t>You know, the Prophet, he started his mission as the work in 610.</w:t>
      </w:r>
    </w:p>
    <w:p>
      <w:pPr>
        <w:jc w:val="right"/>
      </w:pPr>
      <w:r>
        <w:t>یو نو، دا پرافٹ ہی سٹارٹڈ ہز مشن ایز دا ورک ان 610۔</w:t>
      </w:r>
    </w:p>
    <w:p>
      <w:r>
        <w:rPr>
          <w:b/>
        </w:rPr>
        <w:t xml:space="preserve">[07:36] </w:t>
      </w:r>
      <w:r>
        <w:t>Deen, there were some more, then included some more events in his mission.</w:t>
      </w:r>
    </w:p>
    <w:p>
      <w:pPr>
        <w:jc w:val="right"/>
      </w:pPr>
      <w:r>
        <w:t>دین، دیر وار سم مور، دین انکلوڈڈ سم مور ایونٹس ان ہز مشن۔</w:t>
      </w:r>
    </w:p>
    <w:p>
      <w:r>
        <w:rPr>
          <w:b/>
        </w:rPr>
        <w:t xml:space="preserve">[07:41] </w:t>
      </w:r>
      <w:r>
        <w:t>First was the work, then there was hijrah, then there was jihad, then there was qital, and in</w:t>
      </w:r>
    </w:p>
    <w:p>
      <w:pPr>
        <w:jc w:val="right"/>
      </w:pPr>
      <w:r>
        <w:t>فرسٹ واز دا ورک، دین دیر واز ہجرہ، دین دیر واز جہاد، دین دیر واز قتال، اینڈ ان</w:t>
      </w:r>
    </w:p>
    <w:p>
      <w:r>
        <w:rPr>
          <w:b/>
        </w:rPr>
        <w:t xml:space="preserve">[07:49] </w:t>
      </w:r>
      <w:r>
        <w:t>The last, there was victory.</w:t>
      </w:r>
    </w:p>
    <w:p>
      <w:pPr>
        <w:jc w:val="right"/>
      </w:pPr>
      <w:r>
        <w:t>دا لاسٹ، دیر واز وکٹری۔</w:t>
      </w:r>
    </w:p>
    <w:p>
      <w:r>
        <w:rPr>
          <w:b/>
        </w:rPr>
        <w:t xml:space="preserve">[07:51] </w:t>
      </w:r>
      <w:r>
        <w:t>He was able to occupy Makkah.</w:t>
      </w:r>
    </w:p>
    <w:p>
      <w:pPr>
        <w:jc w:val="right"/>
      </w:pPr>
      <w:r>
        <w:t>ہی واز ایبل ٹو اکوپائی مکہ۔</w:t>
      </w:r>
    </w:p>
    <w:p>
      <w:r>
        <w:rPr>
          <w:b/>
        </w:rPr>
        <w:t xml:space="preserve">[07:54] </w:t>
      </w:r>
      <w:r>
        <w:t>So here, you can see that there is a gradual development: Dawah, Hijrah, Jihad, Qital, and victory.</w:t>
      </w:r>
    </w:p>
    <w:p>
      <w:pPr>
        <w:jc w:val="right"/>
      </w:pPr>
      <w:r>
        <w:t>سو ہیر، یو کین سی دیٹ دیر از ا گریجول ڈیولپمنٹ: داوہ، ہجرہ، جہاد، قتال، اینڈ وکٹری۔</w:t>
      </w:r>
    </w:p>
    <w:p>
      <w:r>
        <w:rPr>
          <w:b/>
        </w:rPr>
        <w:t xml:space="preserve">[08:01] </w:t>
      </w:r>
      <w:r>
        <w:t>Here, you can see a gradual development from the beginning up to the end.</w:t>
      </w:r>
    </w:p>
    <w:p>
      <w:pPr>
        <w:jc w:val="right"/>
      </w:pPr>
      <w:r>
        <w:t>ہیر، یو کین سی ا گریجول ڈیولپمنٹ فرام دا بگننگ اپ ٹو دا اینڈ۔</w:t>
      </w:r>
    </w:p>
    <w:p>
      <w:r>
        <w:rPr>
          <w:b/>
        </w:rPr>
        <w:t xml:space="preserve">[08:07] </w:t>
      </w:r>
      <w:r>
        <w:t>Generally, Islamic scholars take it as a permanent Islamic method.</w:t>
      </w:r>
    </w:p>
    <w:p>
      <w:pPr>
        <w:jc w:val="right"/>
      </w:pPr>
      <w:r>
        <w:t>جنرلی، اسلامک سکالرز ٹیک اٹ ایز این پرماننٹ اسلامک میتھڈ۔</w:t>
      </w:r>
    </w:p>
    <w:p>
      <w:r>
        <w:rPr>
          <w:b/>
        </w:rPr>
        <w:t xml:space="preserve">[08:11] </w:t>
      </w:r>
      <w:r>
        <w:t>Almost all books depict this as a prophetic method.</w:t>
      </w:r>
    </w:p>
    <w:p>
      <w:pPr>
        <w:jc w:val="right"/>
      </w:pPr>
      <w:r>
        <w:t>الموسٹ ال بکس ڈیپکٹ دس ایز ا پرافیٹک میتھڈ۔</w:t>
      </w:r>
    </w:p>
    <w:p>
      <w:r>
        <w:rPr>
          <w:b/>
        </w:rPr>
        <w:t xml:space="preserve">[08:15] </w:t>
      </w:r>
      <w:r>
        <w:t>So Muslim mind, it is the Muslim mind, takes this history as an ideal history, as a permanent</w:t>
      </w:r>
    </w:p>
    <w:p>
      <w:pPr>
        <w:jc w:val="right"/>
      </w:pPr>
      <w:r>
        <w:t>سو مسلم مائن، اٹ از دا مسلم مائن، ٹیکس دس ہسٹری ایز ا ائیڈیل ہسٹری، ایز ا پرماننٹ</w:t>
      </w:r>
    </w:p>
    <w:p>
      <w:r>
        <w:rPr>
          <w:b/>
        </w:rPr>
        <w:t xml:space="preserve">[08:23] </w:t>
      </w:r>
      <w:r>
        <w:t>History.</w:t>
      </w:r>
    </w:p>
    <w:p>
      <w:pPr>
        <w:jc w:val="right"/>
      </w:pPr>
      <w:r>
        <w:t>ہسٹری۔</w:t>
      </w:r>
    </w:p>
    <w:p>
      <w:r>
        <w:rPr>
          <w:b/>
        </w:rPr>
        <w:t xml:space="preserve">[08:25] </w:t>
      </w:r>
      <w:r>
        <w:t>So they, when they want to revive Islam, when they want to launch an Islamic movement, always they</w:t>
      </w:r>
    </w:p>
    <w:p>
      <w:pPr>
        <w:jc w:val="right"/>
      </w:pPr>
      <w:r>
        <w:t>سو دے، وین دے وانٹ ٹو ریوائیو اسلام، وین دے وانٹ ٹو لانچ ا اسلامک موومنٹ، الویز دے</w:t>
      </w:r>
    </w:p>
    <w:p>
      <w:r>
        <w:rPr>
          <w:b/>
        </w:rPr>
        <w:t xml:space="preserve">[08:32] </w:t>
      </w:r>
      <w:r>
        <w:t>Adapt this procedure.</w:t>
      </w:r>
    </w:p>
    <w:p>
      <w:pPr>
        <w:jc w:val="right"/>
      </w:pPr>
      <w:r>
        <w:t>اڈاپٹ دس پروسیجر۔</w:t>
      </w:r>
    </w:p>
    <w:p>
      <w:r>
        <w:rPr>
          <w:b/>
        </w:rPr>
        <w:t xml:space="preserve">[08:34] </w:t>
      </w:r>
      <w:r>
        <w:t>Always they try to begin from the Dawah, then Hijrah, then Jihad, then Qital, and then victory.</w:t>
      </w:r>
    </w:p>
    <w:p>
      <w:pPr>
        <w:jc w:val="right"/>
      </w:pPr>
      <w:r>
        <w:t>الویز دے ٹرائی ٹو بگن فرام داوہ، دین ہجرہ، دین جہاد، دین قتال، اینڈ دین وکٹری۔</w:t>
      </w:r>
    </w:p>
    <w:p>
      <w:r>
        <w:rPr>
          <w:b/>
        </w:rPr>
        <w:t xml:space="preserve">[08:41] </w:t>
      </w:r>
      <w:r>
        <w:t>This is their thinking.</w:t>
      </w:r>
    </w:p>
    <w:p>
      <w:pPr>
        <w:jc w:val="right"/>
      </w:pPr>
      <w:r>
        <w:t>دس از دیر تھنکنگ۔</w:t>
      </w:r>
    </w:p>
    <w:p>
      <w:r>
        <w:rPr>
          <w:b/>
        </w:rPr>
        <w:t xml:space="preserve">[08:42] </w:t>
      </w:r>
      <w:r>
        <w:t>But according to my history, it is wrong, completely wrong.</w:t>
      </w:r>
    </w:p>
    <w:p>
      <w:pPr>
        <w:jc w:val="right"/>
      </w:pPr>
      <w:r>
        <w:t>بٹ اکارڈنگ ٹو مائی ہسٹری، اٹ از رونگ، کمپلیٹلی رونگ۔</w:t>
      </w:r>
    </w:p>
    <w:p>
      <w:r>
        <w:rPr>
          <w:b/>
        </w:rPr>
        <w:t xml:space="preserve">[08:47] </w:t>
      </w:r>
      <w:r>
        <w:t>Accept the dawah, accept the work, all the things are matter of history, are not matter of ideology.</w:t>
      </w:r>
    </w:p>
    <w:p>
      <w:pPr>
        <w:jc w:val="right"/>
      </w:pPr>
      <w:r>
        <w:t>ایکسیپٹ داوہ، ایکسیپٹ دا ورک، ال دا تھنگز ار میٹر اف ہسٹری، ار ناٹ میٹر اف ائیڈیالوجی۔</w:t>
      </w:r>
    </w:p>
    <w:p>
      <w:r>
        <w:rPr>
          <w:b/>
        </w:rPr>
        <w:t xml:space="preserve">[08:54] </w:t>
      </w:r>
      <w:r>
        <w:t>In Islam, Dawah work or in the, in Arabic, you can say Dawah fi sabilillah, Dawah fi</w:t>
      </w:r>
    </w:p>
    <w:p>
      <w:pPr>
        <w:jc w:val="right"/>
      </w:pPr>
      <w:r>
        <w:t>ان اسلام، داوہ ورک ار ان دا، ان عربک، یو کین سے داوہ فی سبیل اللہ، دعوت فی</w:t>
      </w:r>
    </w:p>
    <w:p>
      <w:r>
        <w:rPr>
          <w:b/>
        </w:rPr>
        <w:t xml:space="preserve">[09:02] </w:t>
      </w:r>
      <w:r>
        <w:t>sabilillah.</w:t>
      </w:r>
    </w:p>
    <w:p>
      <w:pPr>
        <w:jc w:val="right"/>
      </w:pPr>
      <w:r>
        <w:t>سبیل اللہ۔</w:t>
      </w:r>
    </w:p>
    <w:p>
      <w:r>
        <w:rPr>
          <w:b/>
        </w:rPr>
        <w:t xml:space="preserve">[09:03] </w:t>
      </w:r>
      <w:r>
        <w:t>So in Islam, Dawah is a permanent feature, a permanent feature.</w:t>
      </w:r>
    </w:p>
    <w:p>
      <w:pPr>
        <w:jc w:val="right"/>
      </w:pPr>
      <w:r>
        <w:t>سو ان اسلام، داوہ از ا پرماننٹ فیچر، ا پرماننٹ فیچر۔</w:t>
      </w:r>
    </w:p>
    <w:p>
      <w:r>
        <w:rPr>
          <w:b/>
        </w:rPr>
        <w:t xml:space="preserve">[09:08] </w:t>
      </w:r>
      <w:r>
        <w:t>But all other things are relevant, all other things are irrelevant.</w:t>
      </w:r>
    </w:p>
    <w:p>
      <w:pPr>
        <w:jc w:val="right"/>
      </w:pPr>
      <w:r>
        <w:t>بٹ ال ادر تھنگز ار ریلیونٹ، ال ادر تھنگز ار ار ریلیونٹ۔</w:t>
      </w:r>
    </w:p>
    <w:p>
      <w:r>
        <w:rPr>
          <w:b/>
        </w:rPr>
        <w:t xml:space="preserve">[09:13] </w:t>
      </w:r>
      <w:r>
        <w:t>So dawah is real part of Islamic process, and hijrah, and jihad, and qital, and victory.</w:t>
      </w:r>
    </w:p>
    <w:p>
      <w:pPr>
        <w:jc w:val="right"/>
      </w:pPr>
      <w:r>
        <w:t>سو داوہ از ریئل پارٹ اف اسلامک پروسیس، اینڈ ہجرہ، اینڈ جہاد، اینڈ قتال، اینڈ وکٹری۔</w:t>
      </w:r>
    </w:p>
    <w:p>
      <w:r>
        <w:rPr>
          <w:b/>
        </w:rPr>
        <w:t xml:space="preserve">[09:20] </w:t>
      </w:r>
      <w:r>
        <w:t>All these things are relative part of Islamic movement.</w:t>
      </w:r>
    </w:p>
    <w:p>
      <w:pPr>
        <w:jc w:val="right"/>
      </w:pPr>
      <w:r>
        <w:t>ال دیز تھنگز ار ریلیٹو پارٹ اف اسلامک موومنٹ۔</w:t>
      </w:r>
    </w:p>
    <w:p>
      <w:r>
        <w:rPr>
          <w:b/>
        </w:rPr>
        <w:t xml:space="preserve">[09:24] </w:t>
      </w:r>
      <w:r>
        <w:t>This is very important.</w:t>
      </w:r>
    </w:p>
    <w:p>
      <w:pPr>
        <w:jc w:val="right"/>
      </w:pPr>
      <w:r>
        <w:t>دس از ویری امپورٹنٹ۔</w:t>
      </w:r>
    </w:p>
    <w:p>
      <w:r>
        <w:rPr>
          <w:b/>
        </w:rPr>
        <w:t xml:space="preserve">[09:25] </w:t>
      </w:r>
      <w:r>
        <w:t>Islam is an ideology, ideology is an eternal phenomenon.</w:t>
      </w:r>
    </w:p>
    <w:p>
      <w:pPr>
        <w:jc w:val="right"/>
      </w:pPr>
      <w:r>
        <w:t>اسلام از این ائیڈیالوجی، ائیڈیالوجی از این ایٹرنل فینامینا۔</w:t>
      </w:r>
    </w:p>
    <w:p>
      <w:r>
        <w:rPr>
          <w:b/>
        </w:rPr>
        <w:t xml:space="preserve">[09:29] </w:t>
      </w:r>
      <w:r>
        <w:t>The Islamic target is da'wah, da'wah work to convey the mission, to convey the message of Islam to</w:t>
      </w:r>
    </w:p>
    <w:p>
      <w:pPr>
        <w:jc w:val="right"/>
      </w:pPr>
      <w:r>
        <w:t>دین اسلامک ٹارگٹ از داوہ، داوہ ورک ٹو کنوے دا مشن، ٹو کنوے دا میسج اف اسلام ٹو</w:t>
      </w:r>
    </w:p>
    <w:p>
      <w:r>
        <w:rPr>
          <w:b/>
        </w:rPr>
        <w:t xml:space="preserve">[09:37] </w:t>
      </w:r>
      <w:r>
        <w:t>all mankind.</w:t>
      </w:r>
    </w:p>
    <w:p>
      <w:pPr>
        <w:jc w:val="right"/>
      </w:pPr>
      <w:r>
        <w:t>ال مین کائنڈ۔</w:t>
      </w:r>
    </w:p>
    <w:p>
      <w:r>
        <w:rPr>
          <w:b/>
        </w:rPr>
        <w:t xml:space="preserve">[09:38] </w:t>
      </w:r>
      <w:r>
        <w:t>To da'wah means to convey the message of God to all mankind.</w:t>
      </w:r>
    </w:p>
    <w:p>
      <w:pPr>
        <w:jc w:val="right"/>
      </w:pPr>
      <w:r>
        <w:t>ٹو داوہ مینز ٹو کنوے دا میسج اف گاڈ ٹو ال مین کائنڈ۔</w:t>
      </w:r>
    </w:p>
    <w:p>
      <w:r>
        <w:rPr>
          <w:b/>
        </w:rPr>
        <w:t xml:space="preserve">[09:44] </w:t>
      </w:r>
      <w:r>
        <w:t>So this is eternal, this is permanent target.</w:t>
      </w:r>
    </w:p>
    <w:p>
      <w:pPr>
        <w:jc w:val="right"/>
      </w:pPr>
      <w:r>
        <w:t>سو دس از ایٹرنل، دس از پرماننٹ ٹارگٹ۔</w:t>
      </w:r>
    </w:p>
    <w:p>
      <w:r>
        <w:rPr>
          <w:b/>
        </w:rPr>
        <w:t xml:space="preserve">[09:47] </w:t>
      </w:r>
      <w:r>
        <w:t>But after this, everything is a relative part of the Islamic movement, and not a real part.</w:t>
      </w:r>
    </w:p>
    <w:p>
      <w:pPr>
        <w:jc w:val="right"/>
      </w:pPr>
      <w:r>
        <w:t>بٹ افٹر دس، ایوری تھنگ از ریلیٹو پارٹ اف اسلامک موومنٹ، اینڈ ناٹ ریئل پارٹ۔</w:t>
      </w:r>
    </w:p>
    <w:p>
      <w:r>
        <w:rPr>
          <w:b/>
        </w:rPr>
        <w:t xml:space="preserve">[09:54] </w:t>
      </w:r>
      <w:r>
        <w:t>Why? Because situation always vary, always there difference in the situations.</w:t>
      </w:r>
    </w:p>
    <w:p>
      <w:pPr>
        <w:jc w:val="right"/>
      </w:pPr>
      <w:r>
        <w:t>وائی؟ بیکاز سچویشن الویز ویری، الویز دیر ڈیفرنس ان دا سچویشنز۔</w:t>
      </w:r>
    </w:p>
    <w:p>
      <w:r>
        <w:rPr>
          <w:b/>
        </w:rPr>
        <w:t xml:space="preserve">[09:59] </w:t>
      </w:r>
      <w:r>
        <w:t>So how you can adapt? When and how you can adapt a single method in every situations? You</w:t>
      </w:r>
    </w:p>
    <w:p>
      <w:pPr>
        <w:jc w:val="right"/>
      </w:pPr>
      <w:r>
        <w:t>سو ہاؤ یو کین اڈاپٹ؟ وین اینڈ ہاؤ یو کین اڈاپٹ ا سنگل میتھڈ ان ایوری سچویشنز؟ یو</w:t>
      </w:r>
    </w:p>
    <w:p>
      <w:r>
        <w:rPr>
          <w:b/>
        </w:rPr>
        <w:t xml:space="preserve">[10:06] </w:t>
      </w:r>
      <w:r>
        <w:t>We'll try to adapt a single method in every situation.</w:t>
      </w:r>
    </w:p>
    <w:p>
      <w:pPr>
        <w:jc w:val="right"/>
      </w:pPr>
      <w:r>
        <w:t>ویل ٹرائی ٹو اڈاپٹ ا سنگل میتھڈ ان ایوری سچویشن۔</w:t>
      </w:r>
    </w:p>
    <w:p>
      <w:r>
        <w:rPr>
          <w:b/>
        </w:rPr>
        <w:t xml:space="preserve">[10:11] </w:t>
      </w:r>
      <w:r>
        <w:t>Deen Islam becomes stagnant.</w:t>
      </w:r>
    </w:p>
    <w:p>
      <w:pPr>
        <w:jc w:val="right"/>
      </w:pPr>
      <w:r>
        <w:t>دین اسلام بیکمز سٹگنٹ۔</w:t>
      </w:r>
    </w:p>
    <w:p>
      <w:r>
        <w:rPr>
          <w:b/>
        </w:rPr>
        <w:t xml:space="preserve">[10:12] </w:t>
      </w:r>
      <w:r>
        <w:t>Islam will lose its creativity.</w:t>
      </w:r>
    </w:p>
    <w:p>
      <w:pPr>
        <w:jc w:val="right"/>
      </w:pPr>
      <w:r>
        <w:t>اسلام ویل لوز اٹس کریٹیوٹی۔</w:t>
      </w:r>
    </w:p>
    <w:p>
      <w:r>
        <w:rPr>
          <w:b/>
        </w:rPr>
        <w:t xml:space="preserve">[10:14] </w:t>
      </w:r>
      <w:r>
        <w:t>And you see this, this is happening in actual sense of the word, because in present time, Muslims</w:t>
      </w:r>
    </w:p>
    <w:p>
      <w:pPr>
        <w:jc w:val="right"/>
      </w:pPr>
      <w:r>
        <w:t>اینڈ یو سی دس، دس از ہیپننگ ان ایکچول سینس اف دا ورلڈ، بیکاز ان پریزنٹ ٹائم، مسلمز</w:t>
      </w:r>
    </w:p>
    <w:p>
      <w:r>
        <w:rPr>
          <w:b/>
        </w:rPr>
        <w:t xml:space="preserve">[10:22] </w:t>
      </w:r>
      <w:r>
        <w:t>are engaged in fighting, in jihad, in hijrah, try to achieve fath, victory.</w:t>
      </w:r>
    </w:p>
    <w:p>
      <w:pPr>
        <w:jc w:val="right"/>
      </w:pPr>
      <w:r>
        <w:t>ار انگیج ان فائٹنگ، ان جہاد، ان ہجرہ، ٹرائی ٹو اچیو فتح، وکٹری۔</w:t>
      </w:r>
    </w:p>
    <w:p>
      <w:r>
        <w:rPr>
          <w:b/>
        </w:rPr>
        <w:t xml:space="preserve">[10:28] </w:t>
      </w:r>
      <w:r>
        <w:t>All these things are irrelevant, because situation is changed completely.</w:t>
      </w:r>
    </w:p>
    <w:p>
      <w:pPr>
        <w:jc w:val="right"/>
      </w:pPr>
      <w:r>
        <w:t>ال دیز تھنگز ار ار ریلیونٹ، بیکاز سچویشن از چینج کمپلیٹلی۔</w:t>
      </w:r>
    </w:p>
    <w:p>
      <w:r>
        <w:rPr>
          <w:b/>
        </w:rPr>
        <w:t xml:space="preserve">[10:32] </w:t>
      </w:r>
      <w:r>
        <w:t>Now, there is no relevance of hijrah, no relevance of a war.</w:t>
      </w:r>
    </w:p>
    <w:p>
      <w:pPr>
        <w:jc w:val="right"/>
      </w:pPr>
      <w:r>
        <w:t>ناؤ، دیر نو ریلیونس اف ہجرہ، نو ریلیونس اف ا وار۔</w:t>
      </w:r>
    </w:p>
    <w:p>
      <w:r>
        <w:rPr>
          <w:b/>
        </w:rPr>
        <w:t xml:space="preserve">[10:37] </w:t>
      </w:r>
      <w:r>
        <w:t>وائی؟ In previous conditions, hijrah means to find a place other than your homeland for strengthening, for</w:t>
      </w:r>
    </w:p>
    <w:p>
      <w:pPr>
        <w:jc w:val="right"/>
      </w:pPr>
      <w:r>
        <w:t>وائی؟ ان پریویس کنڈیشنز، ہجرہ مینز ٹو فائنڈ ا پلیس ادر دین یور ہوم لینڈ فار سٹرینتھننگ، فار</w:t>
      </w:r>
    </w:p>
    <w:p>
      <w:r>
        <w:rPr>
          <w:b/>
        </w:rPr>
        <w:t xml:space="preserve">[10:45] </w:t>
      </w:r>
      <w:r>
        <w:t>consolidation of your mission.</w:t>
      </w:r>
    </w:p>
    <w:p>
      <w:pPr>
        <w:jc w:val="right"/>
      </w:pPr>
      <w:r>
        <w:t>کنسولیڈیشن اف یور مشن۔</w:t>
      </w:r>
    </w:p>
    <w:p>
      <w:r>
        <w:rPr>
          <w:b/>
        </w:rPr>
        <w:t xml:space="preserve">[10:47] </w:t>
      </w:r>
      <w:r>
        <w:t>But now, it is impossible.</w:t>
      </w:r>
    </w:p>
    <w:p>
      <w:pPr>
        <w:jc w:val="right"/>
      </w:pPr>
      <w:r>
        <w:t>بٹ ناؤ، اٹ از امپوسیبل۔</w:t>
      </w:r>
    </w:p>
    <w:p>
      <w:r>
        <w:rPr>
          <w:b/>
        </w:rPr>
        <w:t xml:space="preserve">[10:49] </w:t>
      </w:r>
      <w:r>
        <w:t>Now, we are living in an age where all the nations have adopted the modern concept of nationalism.</w:t>
      </w:r>
    </w:p>
    <w:p>
      <w:pPr>
        <w:jc w:val="right"/>
      </w:pPr>
      <w:r>
        <w:t>ناؤ، وی ار لیونگ ان این ایج ویر ال دا نیشنز ہیو اڈاپٹڈ دا ماڈرن کانسیپٹ اف نیشنلزم۔</w:t>
      </w:r>
    </w:p>
    <w:p>
      <w:r>
        <w:rPr>
          <w:b/>
        </w:rPr>
        <w:t xml:space="preserve">[10:56] </w:t>
      </w:r>
      <w:r>
        <w:t>In previous years, it was not.</w:t>
      </w:r>
    </w:p>
    <w:p>
      <w:pPr>
        <w:jc w:val="right"/>
      </w:pPr>
      <w:r>
        <w:t>ان پریویس ایئرز، اٹ واز ناٹ۔</w:t>
      </w:r>
    </w:p>
    <w:p>
      <w:r>
        <w:rPr>
          <w:b/>
        </w:rPr>
        <w:t xml:space="preserve">[10:59] </w:t>
      </w:r>
      <w:r>
        <w:t>At the time, it was possible to leave Mecca and settle in Medina, or leave India and settle</w:t>
      </w:r>
    </w:p>
    <w:p>
      <w:pPr>
        <w:jc w:val="right"/>
      </w:pPr>
      <w:r>
        <w:t>ایٹ دا ٹائم، اٹ واز پوسیبل ٹو لیو مکہ اینڈ سیٹل ان مدینہ، اور لیو انڈیا اینڈ سیٹل</w:t>
      </w:r>
    </w:p>
    <w:p>
      <w:r>
        <w:rPr>
          <w:b/>
        </w:rPr>
        <w:t xml:space="preserve">[11:07] </w:t>
      </w:r>
      <w:r>
        <w:t>in Afghanistan, or leave Arabia and settle in Africa.</w:t>
      </w:r>
    </w:p>
    <w:p>
      <w:pPr>
        <w:jc w:val="right"/>
      </w:pPr>
      <w:r>
        <w:t>ان افغانستان، اور لیو عربیہ اینڈ سیٹل ان افریقہ۔</w:t>
      </w:r>
    </w:p>
    <w:p>
      <w:r>
        <w:rPr>
          <w:b/>
        </w:rPr>
        <w:t xml:space="preserve">[11:11] </w:t>
      </w:r>
      <w:r>
        <w:t>At the time, it was possible.</w:t>
      </w:r>
    </w:p>
    <w:p>
      <w:pPr>
        <w:jc w:val="right"/>
      </w:pPr>
      <w:r>
        <w:t>ایٹ دا ٹائم، اٹ واز پوسیبل۔</w:t>
      </w:r>
    </w:p>
    <w:p>
      <w:r>
        <w:rPr>
          <w:b/>
        </w:rPr>
        <w:t xml:space="preserve">[11:13] </w:t>
      </w:r>
      <w:r>
        <w:t>Now, hijrah concept has become irrelevant, because we are living in the modern concept of nationalism.</w:t>
      </w:r>
    </w:p>
    <w:p>
      <w:pPr>
        <w:jc w:val="right"/>
      </w:pPr>
      <w:r>
        <w:t>ناؤ، ہجرہ کانسیپٹ ہیز بیکم ار ریلیونٹ، بیکاز وی ار لیونگ ان دا ماڈرن کانسیپٹ اف نیشنلزم۔</w:t>
      </w:r>
    </w:p>
    <w:p>
      <w:r>
        <w:rPr>
          <w:b/>
        </w:rPr>
        <w:t xml:space="preserve">[11:20] </w:t>
      </w:r>
      <w:r>
        <w:t>nationalism. In the in the framework of nationalism, all these things are untenable.</w:t>
      </w:r>
    </w:p>
    <w:p>
      <w:pPr>
        <w:jc w:val="right"/>
      </w:pPr>
      <w:r>
        <w:t>نیشنلزم ان دا ان دا فریم ورک اف نیشنلزم، ال دیز تھنگز ار انٹینیبل۔</w:t>
      </w:r>
    </w:p>
    <w:p>
      <w:r>
        <w:rPr>
          <w:b/>
        </w:rPr>
        <w:t xml:space="preserve">[11:26] </w:t>
      </w:r>
      <w:r>
        <w:t>Deen, you see war.</w:t>
      </w:r>
    </w:p>
    <w:p>
      <w:pPr>
        <w:jc w:val="right"/>
      </w:pPr>
      <w:r>
        <w:t>دین، یو سی وار۔</w:t>
      </w:r>
    </w:p>
    <w:p>
      <w:r>
        <w:rPr>
          <w:b/>
        </w:rPr>
        <w:t xml:space="preserve">[11:28] </w:t>
      </w:r>
      <w:r>
        <w:t>We are now, we are living in an age where now, we are living in age of what</w:t>
      </w:r>
    </w:p>
    <w:p>
      <w:pPr>
        <w:jc w:val="right"/>
      </w:pPr>
      <w:r>
        <w:t>وی ار ناؤ، وی ار لیونگ ان این ایج ویر ناؤ، وی ار لیونگ ان ایج اف واٹ</w:t>
      </w:r>
    </w:p>
    <w:p>
      <w:r>
        <w:rPr>
          <w:b/>
        </w:rPr>
        <w:t xml:space="preserve">[11:36] </w:t>
      </w:r>
      <w:r>
        <w:t>is called weapons of mass destructions.</w:t>
      </w:r>
    </w:p>
    <w:p>
      <w:pPr>
        <w:jc w:val="right"/>
      </w:pPr>
      <w:r>
        <w:t>از کالڈ ویپنز اف ماس ڈسٹرکشنز۔</w:t>
      </w:r>
    </w:p>
    <w:p>
      <w:r>
        <w:rPr>
          <w:b/>
        </w:rPr>
        <w:t xml:space="preserve">[11:38] </w:t>
      </w:r>
      <w:r>
        <w:t>Weapons of mass destructions.</w:t>
      </w:r>
    </w:p>
    <w:p>
      <w:pPr>
        <w:jc w:val="right"/>
      </w:pPr>
      <w:r>
        <w:t>ویپنز اف ماس ڈسٹرکشنز۔</w:t>
      </w:r>
    </w:p>
    <w:p>
      <w:r>
        <w:rPr>
          <w:b/>
        </w:rPr>
        <w:t xml:space="preserve">[11:40] </w:t>
      </w:r>
      <w:r>
        <w:t>So war is simply untenable, because now, war is a boom bringing drama.</w:t>
      </w:r>
    </w:p>
    <w:p>
      <w:pPr>
        <w:jc w:val="right"/>
      </w:pPr>
      <w:r>
        <w:t>سو وار از سمپلی انٹینیبل، بیکاز ناؤ، وار از ا بوم برینگ ڈرامہ۔</w:t>
      </w:r>
    </w:p>
    <w:p>
      <w:r>
        <w:rPr>
          <w:b/>
        </w:rPr>
        <w:t xml:space="preserve">[11:46] </w:t>
      </w:r>
      <w:r>
        <w:t>Any war will destroy both the parties.</w:t>
      </w:r>
    </w:p>
    <w:p>
      <w:pPr>
        <w:jc w:val="right"/>
      </w:pPr>
      <w:r>
        <w:t>اینی وار ویل ڈسٹروئے بوتھ دا پارٹیز۔</w:t>
      </w:r>
    </w:p>
    <w:p>
      <w:r>
        <w:rPr>
          <w:b/>
        </w:rPr>
        <w:t xml:space="preserve">[11:49] </w:t>
      </w:r>
      <w:r>
        <w:t>You know, Hitler was the greatest master of war.</w:t>
      </w:r>
    </w:p>
    <w:p>
      <w:pPr>
        <w:jc w:val="right"/>
      </w:pPr>
      <w:r>
        <w:t>یو نو، ہٹلر واز دا گریٹسٹ ماسٹر اف وار۔</w:t>
      </w:r>
    </w:p>
    <w:p>
      <w:r>
        <w:rPr>
          <w:b/>
        </w:rPr>
        <w:t xml:space="preserve">[11:53] </w:t>
      </w:r>
      <w:r>
        <w:t>He fought a great war, but in the end, what happened in the end? Suicide.</w:t>
      </w:r>
    </w:p>
    <w:p>
      <w:pPr>
        <w:jc w:val="right"/>
      </w:pPr>
      <w:r>
        <w:t>ہی فاٹ ا گریٹ وار، بٹ ان دا اینڈ، واٹ ہیپنڈ ان دا اینڈ؟ سوئسائیڈ۔</w:t>
      </w:r>
    </w:p>
    <w:p>
      <w:r>
        <w:rPr>
          <w:b/>
        </w:rPr>
        <w:t xml:space="preserve">[11:59] </w:t>
      </w:r>
      <w:r>
        <w:t>Suicide.</w:t>
      </w:r>
    </w:p>
    <w:p>
      <w:pPr>
        <w:jc w:val="right"/>
      </w:pPr>
      <w:r>
        <w:t>سوئسائیڈ۔</w:t>
      </w:r>
    </w:p>
    <w:p>
      <w:r>
        <w:rPr>
          <w:b/>
        </w:rPr>
        <w:t xml:space="preserve">[12:00] </w:t>
      </w:r>
      <w:r>
        <w:t>At the suicide, he said that now, there is no relevance of war, because if you wage a</w:t>
      </w:r>
    </w:p>
    <w:p>
      <w:pPr>
        <w:jc w:val="right"/>
      </w:pPr>
      <w:r>
        <w:t>ایٹ دا سوئسائیڈ، ہی سیڈ دیٹ ناؤ، دیر از نو ریلیونس اف وار، بیکاز اف یو ویج ا</w:t>
      </w:r>
    </w:p>
    <w:p>
      <w:r>
        <w:rPr>
          <w:b/>
        </w:rPr>
        <w:t xml:space="preserve">[12:08] </w:t>
      </w:r>
      <w:r>
        <w:t>war, so there is no victor, only survivors.</w:t>
      </w:r>
    </w:p>
    <w:p>
      <w:pPr>
        <w:jc w:val="right"/>
      </w:pPr>
      <w:r>
        <w:t>وار، سو دیر از نو وکٹر، اونلی سروائیورز۔</w:t>
      </w:r>
    </w:p>
    <w:p>
      <w:r>
        <w:rPr>
          <w:b/>
        </w:rPr>
        <w:t xml:space="preserve">[12:12] </w:t>
      </w:r>
      <w:r>
        <w:t>This was his wording.</w:t>
      </w:r>
    </w:p>
    <w:p>
      <w:pPr>
        <w:jc w:val="right"/>
      </w:pPr>
      <w:r>
        <w:t>دس واز ہز ورڈنگ۔</w:t>
      </w:r>
    </w:p>
    <w:p>
      <w:r>
        <w:rPr>
          <w:b/>
        </w:rPr>
        <w:t xml:space="preserve">[12:13] </w:t>
      </w:r>
      <w:r>
        <w:t>So after the invention of weapons of war, now, after the invention of weapons of mass destructions, war</w:t>
      </w:r>
    </w:p>
    <w:p>
      <w:pPr>
        <w:jc w:val="right"/>
      </w:pPr>
      <w:r>
        <w:t>سو افٹر دی انوینشن اف ویپنز اف مور، ناؤ، افٹر دی انوینشن اف ویپنز اف ماس ڈسٹرکشنز، وار</w:t>
      </w:r>
    </w:p>
    <w:p>
      <w:r>
        <w:rPr>
          <w:b/>
        </w:rPr>
        <w:t xml:space="preserve">[12:21] </w:t>
      </w:r>
      <w:r>
        <w:t>He's become irrelevant.</w:t>
      </w:r>
    </w:p>
    <w:p>
      <w:pPr>
        <w:jc w:val="right"/>
      </w:pPr>
      <w:r>
        <w:t>ہیز بیکم ار ریلیونٹ۔</w:t>
      </w:r>
    </w:p>
    <w:p>
      <w:r>
        <w:rPr>
          <w:b/>
        </w:rPr>
        <w:t xml:space="preserve">[12:23] </w:t>
      </w:r>
      <w:r>
        <w:t>irrelevant.</w:t>
      </w:r>
    </w:p>
    <w:p>
      <w:pPr>
        <w:jc w:val="right"/>
      </w:pPr>
      <w:r>
        <w:t>ار ریلیونٹ۔</w:t>
      </w:r>
    </w:p>
    <w:p>
      <w:r>
        <w:rPr>
          <w:b/>
        </w:rPr>
        <w:t xml:space="preserve">[12:24] </w:t>
      </w:r>
      <w:r>
        <w:t>So how you can repeat that method in this changing situation? We are living in an age</w:t>
      </w:r>
    </w:p>
    <w:p>
      <w:pPr>
        <w:jc w:val="right"/>
      </w:pPr>
      <w:r>
        <w:t>سو ہاؤ یو کین ریپیٹ دیٹ میتھڈ ان دا دس چینجنگ سچویشن؟ وی ار لیونگ ان این ایج</w:t>
      </w:r>
    </w:p>
    <w:p>
      <w:r>
        <w:rPr>
          <w:b/>
        </w:rPr>
        <w:t xml:space="preserve">[12:32] </w:t>
      </w:r>
      <w:r>
        <w:t>Where hijrat is impossible, where war is impossible.</w:t>
      </w:r>
    </w:p>
    <w:p>
      <w:pPr>
        <w:jc w:val="right"/>
      </w:pPr>
      <w:r>
        <w:t>ویر ہجرہ از امپوسیبل، ویر وار از امپوسیبل۔</w:t>
      </w:r>
    </w:p>
    <w:p>
      <w:r>
        <w:rPr>
          <w:b/>
        </w:rPr>
        <w:t xml:space="preserve">[12:35] </w:t>
      </w:r>
      <w:r>
        <w:t>Even victory is impossible.</w:t>
      </w:r>
    </w:p>
    <w:p>
      <w:pPr>
        <w:jc w:val="right"/>
      </w:pPr>
      <w:r>
        <w:t>ایون وکٹری از امپوسیبل۔</w:t>
      </w:r>
    </w:p>
    <w:p>
      <w:r>
        <w:rPr>
          <w:b/>
        </w:rPr>
        <w:t xml:space="preserve">[12:37] </w:t>
      </w:r>
      <w:r>
        <w:t>So we have to redefine the concept of movement.</w:t>
      </w:r>
    </w:p>
    <w:p>
      <w:pPr>
        <w:jc w:val="right"/>
      </w:pPr>
      <w:r>
        <w:t>سو وی ہیو ٹو ریڈیفائن دا کانسیپٹ اف موومنٹ۔</w:t>
      </w:r>
    </w:p>
    <w:p>
      <w:r>
        <w:rPr>
          <w:b/>
        </w:rPr>
        <w:t xml:space="preserve">[12:41] </w:t>
      </w:r>
      <w:r>
        <w:t>We have to reapply the Islamic tenets in the modern context.</w:t>
      </w:r>
    </w:p>
    <w:p>
      <w:pPr>
        <w:jc w:val="right"/>
      </w:pPr>
      <w:r>
        <w:t>وی ہیو ٹو ری اپلائی دے اسلامک ٹینٹس ان دا ماڈرن کنٹیکسٹ۔</w:t>
      </w:r>
    </w:p>
    <w:p>
      <w:r>
        <w:rPr>
          <w:b/>
        </w:rPr>
        <w:t xml:space="preserve">[12:46] </w:t>
      </w:r>
      <w:r>
        <w:t>Otherwise, Islam becomes a stagnant religion.</w:t>
      </w:r>
    </w:p>
    <w:p>
      <w:pPr>
        <w:jc w:val="right"/>
      </w:pPr>
      <w:r>
        <w:t>ادروائز، اسلام بیکمز ا سٹگنٹ ریلیجن۔</w:t>
      </w:r>
    </w:p>
    <w:p>
      <w:r>
        <w:rPr>
          <w:b/>
        </w:rPr>
        <w:t xml:space="preserve">[12:49] </w:t>
      </w:r>
      <w:r>
        <w:t>Islam will lose its creativity.</w:t>
      </w:r>
    </w:p>
    <w:p>
      <w:pPr>
        <w:jc w:val="right"/>
      </w:pPr>
      <w:r>
        <w:t>اسلام ویل لوز اٹس کریٹیوٹی۔</w:t>
      </w:r>
    </w:p>
    <w:p>
      <w:r>
        <w:rPr>
          <w:b/>
        </w:rPr>
        <w:t xml:space="preserve">[12:51] </w:t>
      </w:r>
      <w:r>
        <w:t>As I said that, the main purpose of Islam is to dominate the intellectual, the intellectual mainstream.</w:t>
      </w:r>
    </w:p>
    <w:p>
      <w:pPr>
        <w:jc w:val="right"/>
      </w:pPr>
      <w:r>
        <w:t>ایز ائی سیڈ دیٹ، دا مین پرپس اف اسلام از ٹو ڈومینیٹ دا انٹلیکچول، دا انٹلیکچول مین اسٹریم۔</w:t>
      </w:r>
    </w:p>
    <w:p>
      <w:r>
        <w:rPr>
          <w:b/>
        </w:rPr>
        <w:t xml:space="preserve">[12:59] </w:t>
      </w:r>
      <w:r>
        <w:t>The intellectual mainstream, the main purpose of Islam is to dominate the mainstream of intellectual thought</w:t>
      </w:r>
    </w:p>
    <w:p>
      <w:pPr>
        <w:jc w:val="right"/>
      </w:pPr>
      <w:r>
        <w:t>دا انٹلیکچول مین اسٹریم، دا مین پرپس اف اسلام از ٹو ڈومینیٹ دا مین اسٹریم اف انٹلیکچول تھاٹ</w:t>
      </w:r>
    </w:p>
    <w:p>
      <w:r>
        <w:rPr>
          <w:b/>
        </w:rPr>
        <w:t xml:space="preserve">[13:06] </w:t>
      </w:r>
      <w:r>
        <w:t>in every time.</w:t>
      </w:r>
    </w:p>
    <w:p>
      <w:pPr>
        <w:jc w:val="right"/>
      </w:pPr>
      <w:r>
        <w:t>ان ایوری ٹائم۔</w:t>
      </w:r>
    </w:p>
    <w:p>
      <w:r>
        <w:rPr>
          <w:b/>
        </w:rPr>
        <w:t xml:space="preserve">[13:08] </w:t>
      </w:r>
      <w:r>
        <w:t>So if you engage yourself in those kind of methods which have become irrelevant, then you</w:t>
      </w:r>
    </w:p>
    <w:p>
      <w:pPr>
        <w:jc w:val="right"/>
      </w:pPr>
      <w:r>
        <w:t>سو اف یو انگیج یور سیلف ان دوز کائنڈ اف میتھڈز وچ ہیو بیکم ار ریلیونٹ، دین یو</w:t>
      </w:r>
    </w:p>
    <w:p>
      <w:r>
        <w:rPr>
          <w:b/>
        </w:rPr>
        <w:t xml:space="preserve">[13:15] </w:t>
      </w:r>
      <w:r>
        <w:t>cannot do anything.</w:t>
      </w:r>
    </w:p>
    <w:p>
      <w:pPr>
        <w:jc w:val="right"/>
      </w:pPr>
      <w:r>
        <w:t>کین ناٹ ڈو اینی تھنگ۔</w:t>
      </w:r>
    </w:p>
    <w:p>
      <w:r>
        <w:rPr>
          <w:b/>
        </w:rPr>
        <w:t xml:space="preserve">[13:18] </w:t>
      </w:r>
      <w:r>
        <w:t>You will, you will destroy your power, you will destroy all your money, you will, you will sacrifice,</w:t>
      </w:r>
    </w:p>
    <w:p>
      <w:pPr>
        <w:jc w:val="right"/>
      </w:pPr>
      <w:r>
        <w:t>یو ویل، یو ویل ڈسٹروئے اور پاور، یو ویل ڈسٹروئے اور یور منی، یو ویل، یو ویل سیکریفائس،</w:t>
      </w:r>
    </w:p>
    <w:p>
      <w:r>
        <w:rPr>
          <w:b/>
        </w:rPr>
        <w:t xml:space="preserve">[13:25] </w:t>
      </w:r>
      <w:r>
        <w:t>But no result.</w:t>
      </w:r>
    </w:p>
    <w:p>
      <w:pPr>
        <w:jc w:val="right"/>
      </w:pPr>
      <w:r>
        <w:t>بٹ نو رزلٹ۔</w:t>
      </w:r>
    </w:p>
    <w:p>
      <w:r>
        <w:rPr>
          <w:b/>
        </w:rPr>
        <w:t xml:space="preserve">[13:27] </w:t>
      </w:r>
      <w:r>
        <w:t>Islam will lose its internal stream.</w:t>
      </w:r>
    </w:p>
    <w:p>
      <w:pPr>
        <w:jc w:val="right"/>
      </w:pPr>
      <w:r>
        <w:t>اسلام ویل لوز اسٹیٹس انٹرل اسٹریم۔</w:t>
      </w:r>
    </w:p>
    <w:p>
      <w:r>
        <w:rPr>
          <w:b/>
        </w:rPr>
        <w:t xml:space="preserve">[13:29] </w:t>
      </w:r>
      <w:r>
        <w:t>The first concern, the most, the supreme concern of Islam is to maintain its intellectual supremacy.</w:t>
      </w:r>
    </w:p>
    <w:p>
      <w:pPr>
        <w:jc w:val="right"/>
      </w:pPr>
      <w:r>
        <w:t>دا فرسٹ کنسرن، دا موسٹ، دا سپریم کنسرن اف اسلام از ٹو مینٹین اٹس انٹلیکچول سپریمیسی۔</w:t>
      </w:r>
    </w:p>
    <w:p>
      <w:r>
        <w:rPr>
          <w:b/>
        </w:rPr>
        <w:t xml:space="preserve">[13:36] </w:t>
      </w:r>
      <w:r>
        <w:t>The most, the supreme concern of Islam is to maintain its intellectual supremacy, intellectual domination in every century,</w:t>
      </w:r>
    </w:p>
    <w:p>
      <w:pPr>
        <w:jc w:val="right"/>
      </w:pPr>
      <w:r>
        <w:t>دا موسٹ، دا سپریم کنسرن اف اسلام از ٹو مینٹین اٹس انٹلیکچول سپریمیسی، انٹلیکچول ڈومینیشن ان ایوری سینچری،</w:t>
      </w:r>
    </w:p>
    <w:p>
      <w:r>
        <w:rPr>
          <w:b/>
        </w:rPr>
        <w:t xml:space="preserve">[13:44] </w:t>
      </w:r>
      <w:r>
        <w:t>in every time and place.</w:t>
      </w:r>
    </w:p>
    <w:p>
      <w:pPr>
        <w:jc w:val="right"/>
      </w:pPr>
      <w:r>
        <w:t>ان ایوری ٹائم اینڈ پلیس۔</w:t>
      </w:r>
    </w:p>
    <w:p>
      <w:r>
        <w:rPr>
          <w:b/>
        </w:rPr>
        <w:t xml:space="preserve">[13:46] </w:t>
      </w:r>
      <w:r>
        <w:t>So you have to avoid all those things.</w:t>
      </w:r>
    </w:p>
    <w:p>
      <w:pPr>
        <w:jc w:val="right"/>
      </w:pPr>
      <w:r>
        <w:t>سو یو ہیو ٹو اوائڈ ال دوز تھنگز۔</w:t>
      </w:r>
    </w:p>
    <w:p>
      <w:r>
        <w:rPr>
          <w:b/>
        </w:rPr>
        <w:t xml:space="preserve">[13:50] </w:t>
      </w:r>
      <w:r>
        <w:t>You have to change in your method.</w:t>
      </w:r>
    </w:p>
    <w:p>
      <w:pPr>
        <w:jc w:val="right"/>
      </w:pPr>
      <w:r>
        <w:t>یو ہیو ٹو چینج ان یور میتھڈ۔</w:t>
      </w:r>
    </w:p>
    <w:p>
      <w:r>
        <w:rPr>
          <w:b/>
        </w:rPr>
        <w:t xml:space="preserve">[13:53] </w:t>
      </w:r>
      <w:r>
        <w:t>You have to reassess, you have to redefine, you have to reapply.</w:t>
      </w:r>
    </w:p>
    <w:p>
      <w:pPr>
        <w:jc w:val="right"/>
      </w:pPr>
      <w:r>
        <w:t>یو ہیو ٹو ری اسس، یو ہیو ٹو ریڈیفائن، یو ہیو ٹو ری اپلائی۔</w:t>
      </w:r>
    </w:p>
    <w:p>
      <w:r>
        <w:rPr>
          <w:b/>
        </w:rPr>
        <w:t xml:space="preserve">[13:59] </w:t>
      </w:r>
      <w:r>
        <w:t>Otherwise, Islam has no intellectual future.</w:t>
      </w:r>
    </w:p>
    <w:p>
      <w:pPr>
        <w:jc w:val="right"/>
      </w:pPr>
      <w:r>
        <w:t>ادروائز، اسلام ہیز نو انٹلیکچول فیوچر۔</w:t>
      </w:r>
    </w:p>
    <w:p>
      <w:r>
        <w:rPr>
          <w:b/>
        </w:rPr>
        <w:t xml:space="preserve">[14:01] </w:t>
      </w:r>
      <w:r>
        <w:t>Islam will become simply a tradition.</w:t>
      </w:r>
    </w:p>
    <w:p>
      <w:pPr>
        <w:jc w:val="right"/>
      </w:pPr>
      <w:r>
        <w:t>اسلام ویل بیکم سمپلی ا ٹریڈیشن۔</w:t>
      </w:r>
    </w:p>
    <w:p>
      <w:r>
        <w:rPr>
          <w:b/>
        </w:rPr>
        <w:t xml:space="preserve">[14:04] </w:t>
      </w:r>
      <w:r>
        <w:t>It will become a spent force.</w:t>
      </w:r>
    </w:p>
    <w:p>
      <w:pPr>
        <w:jc w:val="right"/>
      </w:pPr>
      <w:r>
        <w:t>اٹ ویل بیکم ا سپینڈ فورس۔</w:t>
      </w:r>
    </w:p>
    <w:p>
      <w:r>
        <w:rPr>
          <w:b/>
        </w:rPr>
        <w:t xml:space="preserve">[14:06] </w:t>
      </w:r>
      <w:r>
        <w:t>So this kind of thinking is great hindrance towards Islamic movement, towards Islamic mission.</w:t>
      </w:r>
    </w:p>
    <w:p>
      <w:pPr>
        <w:jc w:val="right"/>
      </w:pPr>
      <w:r>
        <w:t>سو دس کائنڈ اف تھنکنگ از گریٹ ہنڈرنس ٹورڈز اسلامک موومنٹ، ٹورڈز اسلامک مشن۔</w:t>
      </w:r>
    </w:p>
    <w:p>
      <w:r>
        <w:rPr>
          <w:b/>
        </w:rPr>
        <w:t xml:space="preserve">[14:12] </w:t>
      </w:r>
      <w:r>
        <w:t>We have to reassess the whole situation.</w:t>
      </w:r>
    </w:p>
    <w:p>
      <w:pPr>
        <w:jc w:val="right"/>
      </w:pPr>
      <w:r>
        <w:t>وی ہیو ٹو ری اسس دا ہول سچویشن۔</w:t>
      </w:r>
    </w:p>
    <w:p>
      <w:r>
        <w:rPr>
          <w:b/>
        </w:rPr>
        <w:t xml:space="preserve">[14:16] </w:t>
      </w:r>
      <w:r>
        <w:t>We feel, now, the Islamic scholars fail to differentiate between ideology and method, between al-din and minhaj.</w:t>
      </w:r>
    </w:p>
    <w:p>
      <w:pPr>
        <w:jc w:val="right"/>
      </w:pPr>
      <w:r>
        <w:t>وی فیل، ناؤ، دا اسلامک سکالرز فیل ٹو ڈیفرنشیٹ بٹوین ائیڈیالوجی اینڈ میتھڈ، بٹوین الدین اینڈ منہاج۔</w:t>
      </w:r>
    </w:p>
    <w:p>
      <w:r>
        <w:rPr>
          <w:b/>
        </w:rPr>
        <w:t xml:space="preserve">[14:23] </w:t>
      </w:r>
      <w:r>
        <w:t>As I have said earlier, ad-din means the ideology of Islam, the eternal ideology of Islam.</w:t>
      </w:r>
    </w:p>
    <w:p>
      <w:pPr>
        <w:jc w:val="right"/>
      </w:pPr>
      <w:r>
        <w:t>ایز ائی ہیو سیڈ ارلیئر، الدین مینز دا ائیڈیالوجی اف اسلام، دا ایٹرنل ائیڈیالوجی اف اسلام۔</w:t>
      </w:r>
    </w:p>
    <w:p>
      <w:r>
        <w:rPr>
          <w:b/>
        </w:rPr>
        <w:t xml:space="preserve">[14:30] </w:t>
      </w:r>
      <w:r>
        <w:t>That is the deen.</w:t>
      </w:r>
    </w:p>
    <w:p>
      <w:pPr>
        <w:jc w:val="right"/>
      </w:pPr>
      <w:r>
        <w:t>دیٹ از الدین۔</w:t>
      </w:r>
    </w:p>
    <w:p>
      <w:r>
        <w:rPr>
          <w:b/>
        </w:rPr>
        <w:t xml:space="preserve">[14:31] </w:t>
      </w:r>
      <w:r>
        <w:t>Deen. The second thing is minhaj.</w:t>
      </w:r>
    </w:p>
    <w:p>
      <w:pPr>
        <w:jc w:val="right"/>
      </w:pPr>
      <w:r>
        <w:t>دین دا سیکنڈ تھنگ از منہاج۔</w:t>
      </w:r>
    </w:p>
    <w:p>
      <w:r>
        <w:rPr>
          <w:b/>
        </w:rPr>
        <w:t xml:space="preserve">[14:34] </w:t>
      </w:r>
      <w:r>
        <w:t>Minhaj is method.</w:t>
      </w:r>
    </w:p>
    <w:p>
      <w:pPr>
        <w:jc w:val="right"/>
      </w:pPr>
      <w:r>
        <w:t>منہاج از میتھڈ۔</w:t>
      </w:r>
    </w:p>
    <w:p>
      <w:r>
        <w:rPr>
          <w:b/>
        </w:rPr>
        <w:t xml:space="preserve">[14:35] </w:t>
      </w:r>
      <w:r>
        <w:t>Method is subject to change, because method is directly related to situation.</w:t>
      </w:r>
    </w:p>
    <w:p>
      <w:pPr>
        <w:jc w:val="right"/>
      </w:pPr>
      <w:r>
        <w:t>میتھڈ از سبجیکٹ ٹو چینج، بیکاز میتھڈ از ڈائریکٹلی ریلیٹڈ ٹو سچویشن۔</w:t>
      </w:r>
    </w:p>
    <w:p>
      <w:r>
        <w:rPr>
          <w:b/>
        </w:rPr>
        <w:t xml:space="preserve">[14:41] </w:t>
      </w:r>
      <w:r>
        <w:t>And when situation is subject to change, then minhaj is also subject to change.</w:t>
      </w:r>
    </w:p>
    <w:p>
      <w:pPr>
        <w:jc w:val="right"/>
      </w:pPr>
      <w:r>
        <w:t>اینڈ وین سچویشن از سبجیکٹ ٹو چینج، دین منہاج از السو سبجیکٹ ٹو چینج۔</w:t>
      </w:r>
    </w:p>
    <w:p>
      <w:r>
        <w:rPr>
          <w:b/>
        </w:rPr>
        <w:t xml:space="preserve">[14:47] </w:t>
      </w:r>
      <w:r>
        <w:t>So, our scholars, our thinkers, and leaders fail to differentiate between al-din and minhaj.</w:t>
      </w:r>
    </w:p>
    <w:p>
      <w:pPr>
        <w:jc w:val="right"/>
      </w:pPr>
      <w:r>
        <w:t>سو اور سکالرز، اور تھنکرز، اور لیڈرز فیل ٹو ڈیفرنشیٹ بٹوین الدین اینڈ منہاج۔</w:t>
      </w:r>
    </w:p>
    <w:p>
      <w:r>
        <w:rPr>
          <w:b/>
        </w:rPr>
        <w:t xml:space="preserve">[14:53] </w:t>
      </w:r>
      <w:r>
        <w:t>They fail to differentiate between ideology and method.</w:t>
      </w:r>
    </w:p>
    <w:p>
      <w:pPr>
        <w:jc w:val="right"/>
      </w:pPr>
      <w:r>
        <w:t>دے فیل ٹو ڈیفرنشیٹ بٹوین ائیڈیالوجی اینڈ میتھڈ۔</w:t>
      </w:r>
    </w:p>
    <w:p>
      <w:r>
        <w:rPr>
          <w:b/>
        </w:rPr>
        <w:t xml:space="preserve">[14:56] </w:t>
      </w:r>
      <w:r>
        <w:t>They try to apply the same minhaj in the changing situation.</w:t>
      </w:r>
    </w:p>
    <w:p>
      <w:pPr>
        <w:jc w:val="right"/>
      </w:pPr>
      <w:r>
        <w:t>دے ٹرائی ٹو اپلائی دا سیم منہاج ان دا چینجنگ سچویشن۔</w:t>
      </w:r>
    </w:p>
    <w:p>
      <w:r>
        <w:rPr>
          <w:b/>
        </w:rPr>
        <w:t xml:space="preserve">[15:01] </w:t>
      </w:r>
      <w:r>
        <w:t>It is good to adopt the ideology in every.</w:t>
      </w:r>
    </w:p>
    <w:p>
      <w:pPr>
        <w:jc w:val="right"/>
      </w:pPr>
      <w:r>
        <w:t>اٹ از گڈ ٹو اڈاپٹ دا ائیڈیالوجی ان ایوری۔</w:t>
      </w:r>
    </w:p>
    <w:p>
      <w:r>
        <w:rPr>
          <w:b/>
        </w:rPr>
        <w:t xml:space="preserve">[15:05] </w:t>
      </w:r>
      <w:r>
        <w:t>Ideology is relevant in every situation, just like sunlight.</w:t>
      </w:r>
    </w:p>
    <w:p>
      <w:pPr>
        <w:jc w:val="right"/>
      </w:pPr>
      <w:r>
        <w:t>ائیڈیالوجی از ریلیونٹ ان ایوری سچویشن، جسٹ لائک سن لائٹ۔</w:t>
      </w:r>
    </w:p>
    <w:p>
      <w:r>
        <w:rPr>
          <w:b/>
        </w:rPr>
        <w:t xml:space="preserve">[15:09] </w:t>
      </w:r>
      <w:r>
        <w:t>Sunlight is relevant to every situation.</w:t>
      </w:r>
    </w:p>
    <w:p>
      <w:pPr>
        <w:jc w:val="right"/>
      </w:pPr>
      <w:r>
        <w:t>سن لائٹ از ریلیونٹ ٹو ایوری سچویشن۔</w:t>
      </w:r>
    </w:p>
    <w:p>
      <w:r>
        <w:rPr>
          <w:b/>
        </w:rPr>
        <w:t xml:space="preserve">[15:12] </w:t>
      </w:r>
      <w:r>
        <w:t>Sunlight is relevant to every situation, every country, in every time and place.</w:t>
      </w:r>
    </w:p>
    <w:p>
      <w:pPr>
        <w:jc w:val="right"/>
      </w:pPr>
      <w:r>
        <w:t>سن لائٹ از ریلیونٹ ٹو ایوری سچویشن، ایوری کنٹری، ان ایوری ٹائم اینڈ پلیس۔</w:t>
      </w:r>
    </w:p>
    <w:p>
      <w:r>
        <w:rPr>
          <w:b/>
        </w:rPr>
        <w:t xml:space="preserve">[15:18] </w:t>
      </w:r>
      <w:r>
        <w:t>So is the case of Islamic ideology.</w:t>
      </w:r>
    </w:p>
    <w:p>
      <w:pPr>
        <w:jc w:val="right"/>
      </w:pPr>
      <w:r>
        <w:t>سو از دا کیس اف اسلامک ائیڈیالوجی۔</w:t>
      </w:r>
    </w:p>
    <w:p>
      <w:r>
        <w:rPr>
          <w:b/>
        </w:rPr>
        <w:t xml:space="preserve">[15:21] </w:t>
      </w:r>
      <w:r>
        <w:t>The ideology of Islam is a permanent phenomena, is an eternal phenomena.</w:t>
      </w:r>
    </w:p>
    <w:p>
      <w:pPr>
        <w:jc w:val="right"/>
      </w:pPr>
      <w:r>
        <w:t>دی ائیڈیالوجی اف اسلام از ا پرماننٹ فینامینا، از ا ایٹرنل فینامینا۔</w:t>
      </w:r>
    </w:p>
    <w:p>
      <w:r>
        <w:rPr>
          <w:b/>
        </w:rPr>
        <w:t xml:space="preserve">[15:26] </w:t>
      </w:r>
      <w:r>
        <w:t>So it is possible to adopt Islam, to adopt the ideology of Islam in every situation without any</w:t>
      </w:r>
    </w:p>
    <w:p>
      <w:pPr>
        <w:jc w:val="right"/>
      </w:pPr>
      <w:r>
        <w:t>سو اٹ از پوسیبل ٹو اڈاپٹ اسلام، ٹو اڈاپٹ دا ائیڈیالوجی اف اسلام ان ایوری سچویشن وداؤٹ اینی</w:t>
      </w:r>
    </w:p>
    <w:p>
      <w:r>
        <w:rPr>
          <w:b/>
        </w:rPr>
        <w:t xml:space="preserve">[15:34] </w:t>
      </w:r>
      <w:r>
        <w:t>change.</w:t>
      </w:r>
    </w:p>
    <w:p>
      <w:pPr>
        <w:jc w:val="right"/>
      </w:pPr>
      <w:r>
        <w:t>چینج۔</w:t>
      </w:r>
    </w:p>
    <w:p>
      <w:r>
        <w:rPr>
          <w:b/>
        </w:rPr>
        <w:t xml:space="preserve">[15:35] </w:t>
      </w:r>
      <w:r>
        <w:t>What is ideology? Ideology means it's belief system.</w:t>
      </w:r>
    </w:p>
    <w:p>
      <w:pPr>
        <w:jc w:val="right"/>
      </w:pPr>
      <w:r>
        <w:t>واٹ از ائیڈیالوجی؟ ائیڈیالوجی مینز اٹس بیلیف سسٹم۔</w:t>
      </w:r>
    </w:p>
    <w:p>
      <w:r>
        <w:rPr>
          <w:b/>
        </w:rPr>
        <w:t xml:space="preserve">[15:39] </w:t>
      </w:r>
      <w:r>
        <w:t>It's belief system, it's theoretical system, it's system of worship.</w:t>
      </w:r>
    </w:p>
    <w:p>
      <w:pPr>
        <w:jc w:val="right"/>
      </w:pPr>
      <w:r>
        <w:t>اٹس بیلیف سسٹم، اٹس تھریٹیکل سسٹم، اٹس سسٹم اف ورشپ۔</w:t>
      </w:r>
    </w:p>
    <w:p>
      <w:r>
        <w:rPr>
          <w:b/>
        </w:rPr>
        <w:t xml:space="preserve">[15:43] </w:t>
      </w:r>
      <w:r>
        <w:t>All these things are eternal.</w:t>
      </w:r>
    </w:p>
    <w:p>
      <w:pPr>
        <w:jc w:val="right"/>
      </w:pPr>
      <w:r>
        <w:t>ال دیز تھنگز ار ایٹرنل۔</w:t>
      </w:r>
    </w:p>
    <w:p>
      <w:r>
        <w:rPr>
          <w:b/>
        </w:rPr>
        <w:t xml:space="preserve">[15:45] </w:t>
      </w:r>
      <w:r>
        <w:t>Also, moral values are eternal.</w:t>
      </w:r>
    </w:p>
    <w:p>
      <w:pPr>
        <w:jc w:val="right"/>
      </w:pPr>
      <w:r>
        <w:t>السو مورل ویلیوز ار ایٹرنل۔</w:t>
      </w:r>
    </w:p>
    <w:p>
      <w:r>
        <w:rPr>
          <w:b/>
        </w:rPr>
        <w:t xml:space="preserve">[15:47] </w:t>
      </w:r>
      <w:r>
        <w:t>So you can adopt the belief system of Islam, the system of worship in Islam, the moral values</w:t>
      </w:r>
    </w:p>
    <w:p>
      <w:pPr>
        <w:jc w:val="right"/>
      </w:pPr>
      <w:r>
        <w:t>سو یو کین اڈاپٹ دا بیلیف سسٹم اف اسلام، دا سسٹم اف ورشپ ان اسلام، دا مورل ویلیوز</w:t>
      </w:r>
    </w:p>
    <w:p>
      <w:r>
        <w:rPr>
          <w:b/>
        </w:rPr>
        <w:t xml:space="preserve">[15:55] </w:t>
      </w:r>
      <w:r>
        <w:t>of Islam.</w:t>
      </w:r>
    </w:p>
    <w:p>
      <w:pPr>
        <w:jc w:val="right"/>
      </w:pPr>
      <w:r>
        <w:t>اف اسلام۔</w:t>
      </w:r>
    </w:p>
    <w:p>
      <w:r>
        <w:rPr>
          <w:b/>
        </w:rPr>
        <w:t xml:space="preserve">[15:56] </w:t>
      </w:r>
      <w:r>
        <w:t>All these things are eternal part of Islam.</w:t>
      </w:r>
    </w:p>
    <w:p>
      <w:pPr>
        <w:jc w:val="right"/>
      </w:pPr>
      <w:r>
        <w:t>ال دیز تھنگز ار ایٹرنل پارٹ اف اسلام۔</w:t>
      </w:r>
    </w:p>
    <w:p>
      <w:r>
        <w:rPr>
          <w:b/>
        </w:rPr>
        <w:t xml:space="preserve">[16:00] </w:t>
      </w:r>
      <w:r>
        <w:t>That is called ad-din.</w:t>
      </w:r>
    </w:p>
    <w:p>
      <w:pPr>
        <w:jc w:val="right"/>
      </w:pPr>
      <w:r>
        <w:t>دیٹ از کالڈ الدین۔</w:t>
      </w:r>
    </w:p>
    <w:p>
      <w:r>
        <w:rPr>
          <w:b/>
        </w:rPr>
        <w:t xml:space="preserve">[16:02] </w:t>
      </w:r>
      <w:r>
        <w:t>But method is not eternal.</w:t>
      </w:r>
    </w:p>
    <w:p>
      <w:pPr>
        <w:jc w:val="right"/>
      </w:pPr>
      <w:r>
        <w:t>بٹ میتھڈ از ناٹ ایٹرنل۔</w:t>
      </w:r>
    </w:p>
    <w:p>
      <w:r>
        <w:rPr>
          <w:b/>
        </w:rPr>
        <w:t xml:space="preserve">[16:04] </w:t>
      </w:r>
      <w:r>
        <w:t>Method is subject to change.</w:t>
      </w:r>
    </w:p>
    <w:p>
      <w:pPr>
        <w:jc w:val="right"/>
      </w:pPr>
      <w:r>
        <w:t>میتھڈ از سبجیکٹ ٹو چینج۔</w:t>
      </w:r>
    </w:p>
    <w:p>
      <w:r>
        <w:rPr>
          <w:b/>
        </w:rPr>
        <w:t xml:space="preserve">[16:06] </w:t>
      </w:r>
      <w:r>
        <w:t>We have to find, we have to find out, adjustment between minhaj and present situation.</w:t>
      </w:r>
    </w:p>
    <w:p>
      <w:pPr>
        <w:jc w:val="right"/>
      </w:pPr>
      <w:r>
        <w:t>وی ہیو ٹو فائنڈ، وی ہیو ٹو فائنڈ اؤٹ، ایڈجسٹمنٹ بٹوین منہاج اینڈ پریزنٹ سچویشن۔</w:t>
      </w:r>
    </w:p>
    <w:p>
      <w:r>
        <w:rPr>
          <w:b/>
        </w:rPr>
        <w:t xml:space="preserve">[16:12] </w:t>
      </w:r>
      <w:r>
        <w:t>So I can say that concept of hijrah, concept of jihad in the sense of qital.</w:t>
      </w:r>
    </w:p>
    <w:p>
      <w:pPr>
        <w:jc w:val="right"/>
      </w:pPr>
      <w:r>
        <w:t>سو ائی کین سی دیٹ کانسیپٹ اف ہجرہ، کانسیپٹ اف جہاد ان دا سینس اف قتال۔</w:t>
      </w:r>
    </w:p>
    <w:p>
      <w:r>
        <w:rPr>
          <w:b/>
        </w:rPr>
        <w:t xml:space="preserve">[16:19] </w:t>
      </w:r>
      <w:r>
        <w:t>You know, jihad means peacefully struggle.</w:t>
      </w:r>
    </w:p>
    <w:p>
      <w:pPr>
        <w:jc w:val="right"/>
      </w:pPr>
      <w:r>
        <w:t>یو نو، جہاد مینز پیس فلی سٹرگل۔</w:t>
      </w:r>
    </w:p>
    <w:p>
      <w:r>
        <w:rPr>
          <w:b/>
        </w:rPr>
        <w:t xml:space="preserve">[16:22] </w:t>
      </w:r>
      <w:r>
        <w:t>Jihad does not mean fighting.</w:t>
      </w:r>
    </w:p>
    <w:p>
      <w:pPr>
        <w:jc w:val="right"/>
      </w:pPr>
      <w:r>
        <w:t>جہاد ڈز ناٹ مین فائٹنگ۔</w:t>
      </w:r>
    </w:p>
    <w:p>
      <w:r>
        <w:rPr>
          <w:b/>
        </w:rPr>
        <w:t xml:space="preserve">[16:24] </w:t>
      </w:r>
      <w:r>
        <w:t>No.</w:t>
      </w:r>
    </w:p>
    <w:p>
      <w:pPr>
        <w:jc w:val="right"/>
      </w:pPr>
      <w:r>
        <w:t>نو۔</w:t>
      </w:r>
    </w:p>
    <w:p>
      <w:r>
        <w:rPr>
          <w:b/>
        </w:rPr>
        <w:t xml:space="preserve">[16:26] </w:t>
      </w:r>
      <w:r>
        <w:t>So jihad means peacefully struggle.</w:t>
      </w:r>
    </w:p>
    <w:p>
      <w:pPr>
        <w:jc w:val="right"/>
      </w:pPr>
      <w:r>
        <w:t>سو جہاد مینز پیس فلی سٹرگل۔</w:t>
      </w:r>
    </w:p>
    <w:p>
      <w:r>
        <w:rPr>
          <w:b/>
        </w:rPr>
        <w:t xml:space="preserve">[16:28] </w:t>
      </w:r>
      <w:r>
        <w:t>In this sense, jihad is also an eternal phenomenon.</w:t>
      </w:r>
    </w:p>
    <w:p>
      <w:pPr>
        <w:jc w:val="right"/>
      </w:pPr>
      <w:r>
        <w:t>ان دس سینس، جہاد از السو ا ایٹرنل فینامینا۔</w:t>
      </w:r>
    </w:p>
    <w:p>
      <w:r>
        <w:rPr>
          <w:b/>
        </w:rPr>
        <w:t xml:space="preserve">[16:32] </w:t>
      </w:r>
      <w:r>
        <w:t>Peacefully struggle, ideological struggle.</w:t>
      </w:r>
    </w:p>
    <w:p>
      <w:pPr>
        <w:jc w:val="right"/>
      </w:pPr>
      <w:r>
        <w:t>پیس فلی سٹرگل، ائیڈیالوجیکل سٹرگل۔</w:t>
      </w:r>
    </w:p>
    <w:p>
      <w:r>
        <w:rPr>
          <w:b/>
        </w:rPr>
        <w:t xml:space="preserve">[16:34] </w:t>
      </w:r>
      <w:r>
        <w:t>So in the sense of peacefully struggle, jihad is also an eternal phenomena.</w:t>
      </w:r>
    </w:p>
    <w:p>
      <w:pPr>
        <w:jc w:val="right"/>
      </w:pPr>
      <w:r>
        <w:t>سو ان دا سینس اف پیس فلی سٹرگل، جہاد از السو اینڈ ایٹرنل فینامینا۔</w:t>
      </w:r>
    </w:p>
    <w:p>
      <w:r>
        <w:rPr>
          <w:b/>
        </w:rPr>
        <w:t xml:space="preserve">[16:40] </w:t>
      </w:r>
      <w:r>
        <w:t>But jihad in the sense of qital is a, is not eternal phenomenon.</w:t>
      </w:r>
    </w:p>
    <w:p>
      <w:pPr>
        <w:jc w:val="right"/>
      </w:pPr>
      <w:r>
        <w:t>بٹ جہاد ان دا سینس اف قتال از ا، از ناٹ ایٹرنل فینامینا۔</w:t>
      </w:r>
    </w:p>
    <w:p>
      <w:r>
        <w:rPr>
          <w:b/>
        </w:rPr>
        <w:t xml:space="preserve">[16:46] </w:t>
      </w:r>
      <w:r>
        <w:t>so hijra, jihad in the sense of qital, concept of fath, all these things are irrelevant in</w:t>
      </w:r>
    </w:p>
    <w:p>
      <w:pPr>
        <w:jc w:val="right"/>
      </w:pPr>
      <w:r>
        <w:t>سو ہجرہ، جہاد ان دا سینس اف قتال، کانسیپٹ اف فتح، ال دیز تھنگز ار ار ریلیونٹ ان</w:t>
      </w:r>
    </w:p>
    <w:p>
      <w:r>
        <w:rPr>
          <w:b/>
        </w:rPr>
        <w:t xml:space="preserve">[16:54] </w:t>
      </w:r>
      <w:r>
        <w:t>Modern times.</w:t>
      </w:r>
    </w:p>
    <w:p>
      <w:pPr>
        <w:jc w:val="right"/>
      </w:pPr>
      <w:r>
        <w:t>ماڈرن ٹائمز۔</w:t>
      </w:r>
    </w:p>
    <w:p>
      <w:r>
        <w:rPr>
          <w:b/>
        </w:rPr>
        <w:t xml:space="preserve">[16:55] </w:t>
      </w:r>
      <w:r>
        <w:t>You cannot capture any country.</w:t>
      </w:r>
    </w:p>
    <w:p>
      <w:pPr>
        <w:jc w:val="right"/>
      </w:pPr>
      <w:r>
        <w:t>یو کین ناٹ کپچر اینی کنٹری۔</w:t>
      </w:r>
    </w:p>
    <w:p>
      <w:r>
        <w:rPr>
          <w:b/>
        </w:rPr>
        <w:t xml:space="preserve">[16:58] </w:t>
      </w:r>
      <w:r>
        <w:t>No.</w:t>
      </w:r>
    </w:p>
    <w:p>
      <w:pPr>
        <w:jc w:val="right"/>
      </w:pPr>
      <w:r>
        <w:t>نو۔</w:t>
      </w:r>
    </w:p>
    <w:p>
      <w:r>
        <w:rPr>
          <w:b/>
        </w:rPr>
        <w:t xml:space="preserve">[16:59] </w:t>
      </w:r>
      <w:r>
        <w:t>Now, it is impossible.</w:t>
      </w:r>
    </w:p>
    <w:p>
      <w:pPr>
        <w:jc w:val="right"/>
      </w:pPr>
      <w:r>
        <w:t>ناؤ، اٹ از امپوسیبل۔</w:t>
      </w:r>
    </w:p>
    <w:p>
      <w:r>
        <w:rPr>
          <w:b/>
        </w:rPr>
        <w:t xml:space="preserve">[17:01] </w:t>
      </w:r>
      <w:r>
        <w:t>Now, we are living in the age of United Nations.</w:t>
      </w:r>
    </w:p>
    <w:p>
      <w:pPr>
        <w:jc w:val="right"/>
      </w:pPr>
      <w:r>
        <w:t>ناؤ، وی ار لیونگ ان دا ایج اف یونائٹڈ نیشنز۔</w:t>
      </w:r>
    </w:p>
    <w:p>
      <w:r>
        <w:rPr>
          <w:b/>
        </w:rPr>
        <w:t xml:space="preserve">[17:05] </w:t>
      </w:r>
      <w:r>
        <w:t>Now, we are living in the age of United Nations.</w:t>
      </w:r>
    </w:p>
    <w:p>
      <w:pPr>
        <w:jc w:val="right"/>
      </w:pPr>
      <w:r>
        <w:t>ناؤ، وی ار لیونگ ان دا ایج اف یونائٹڈ نیشنز۔</w:t>
      </w:r>
    </w:p>
    <w:p>
      <w:r>
        <w:rPr>
          <w:b/>
        </w:rPr>
        <w:t xml:space="preserve">[17:09] </w:t>
      </w:r>
      <w:r>
        <w:t>Now, it is impossible to attack and capture any country.</w:t>
      </w:r>
    </w:p>
    <w:p>
      <w:pPr>
        <w:jc w:val="right"/>
      </w:pPr>
      <w:r>
        <w:t>ناؤ، اٹ از امپوسیبل ٹو اٹیک اینڈ کپچر اینی کنٹری۔</w:t>
      </w:r>
    </w:p>
    <w:p>
      <w:r>
        <w:rPr>
          <w:b/>
        </w:rPr>
        <w:t xml:space="preserve">[17:14] </w:t>
      </w:r>
      <w:r>
        <w:t>No.</w:t>
      </w:r>
    </w:p>
    <w:p>
      <w:pPr>
        <w:jc w:val="right"/>
      </w:pPr>
      <w:r>
        <w:t>نو۔</w:t>
      </w:r>
    </w:p>
    <w:p>
      <w:r>
        <w:rPr>
          <w:b/>
        </w:rPr>
        <w:t xml:space="preserve">[17:15] </w:t>
      </w:r>
      <w:r>
        <w:t>It is international taboo.</w:t>
      </w:r>
    </w:p>
    <w:p>
      <w:pPr>
        <w:jc w:val="right"/>
      </w:pPr>
      <w:r>
        <w:t>اٹ از انٹرنیشنل ٹیبو۔</w:t>
      </w:r>
    </w:p>
    <w:p>
      <w:r>
        <w:rPr>
          <w:b/>
        </w:rPr>
        <w:t xml:space="preserve">[17:17] </w:t>
      </w:r>
      <w:r>
        <w:t>Now, it is international taboo.</w:t>
      </w:r>
    </w:p>
    <w:p>
      <w:pPr>
        <w:jc w:val="right"/>
      </w:pPr>
      <w:r>
        <w:t>ناؤ، اٹ از انٹرنیشنل ٹیبو۔</w:t>
      </w:r>
    </w:p>
    <w:p>
      <w:r>
        <w:rPr>
          <w:b/>
        </w:rPr>
        <w:t xml:space="preserve">[17:19] </w:t>
      </w:r>
      <w:r>
        <w:t>Now, it has become an international taboo.</w:t>
      </w:r>
    </w:p>
    <w:p>
      <w:pPr>
        <w:jc w:val="right"/>
      </w:pPr>
      <w:r>
        <w:t>ناؤ، اٹ ہیز بیکم اینڈ انٹرنیشنل ٹیبو۔</w:t>
      </w:r>
    </w:p>
    <w:p>
      <w:r>
        <w:rPr>
          <w:b/>
        </w:rPr>
        <w:t xml:space="preserve">[17:22] </w:t>
      </w:r>
      <w:r>
        <w:t>So you cannot adopt hijrah model, you cannot adopt qital model, you cannot adopt fath</w:t>
      </w:r>
    </w:p>
    <w:p>
      <w:pPr>
        <w:jc w:val="right"/>
      </w:pPr>
      <w:r>
        <w:t>سو یو کین ناٹ اڈاپٹ ہجرہ ماڈل، یو کین ناٹ اڈاپٹ قتال ماڈل، یو کین ناٹ اڈاپٹ فتح</w:t>
      </w:r>
    </w:p>
    <w:p>
      <w:r>
        <w:rPr>
          <w:b/>
        </w:rPr>
        <w:t xml:space="preserve">[17:30] </w:t>
      </w:r>
      <w:r>
        <w:t>model.</w:t>
      </w:r>
    </w:p>
    <w:p>
      <w:pPr>
        <w:jc w:val="right"/>
      </w:pPr>
      <w:r>
        <w:t>ماڈل۔</w:t>
      </w:r>
    </w:p>
    <w:p>
      <w:r>
        <w:rPr>
          <w:b/>
        </w:rPr>
        <w:t xml:space="preserve">[17:31] </w:t>
      </w:r>
      <w:r>
        <w:t>We will take the ideology of Islam, but we cannot take the method of previous history.</w:t>
      </w:r>
    </w:p>
    <w:p>
      <w:pPr>
        <w:jc w:val="right"/>
      </w:pPr>
      <w:r>
        <w:t>وی ویل ٹیک دا ائیڈیالوجی اف اسلام، بٹ وی کین ناٹ ٹیک دا میتھڈ اف پریویس ہسٹری۔</w:t>
      </w:r>
    </w:p>
    <w:p>
      <w:r>
        <w:rPr>
          <w:b/>
        </w:rPr>
        <w:t xml:space="preserve">[17:39] </w:t>
      </w:r>
      <w:r>
        <w:t>dawa, peacefully dawa work.</w:t>
      </w:r>
    </w:p>
    <w:p>
      <w:pPr>
        <w:jc w:val="right"/>
      </w:pPr>
      <w:r>
        <w:t>دعوی، پیس فلی دعوی ورک۔</w:t>
      </w:r>
    </w:p>
    <w:p>
      <w:r>
        <w:rPr>
          <w:b/>
        </w:rPr>
        <w:t xml:space="preserve">[17:41] </w:t>
      </w:r>
      <w:r>
        <w:t>Jihad means peacefully dawah work.</w:t>
      </w:r>
    </w:p>
    <w:p>
      <w:pPr>
        <w:jc w:val="right"/>
      </w:pPr>
      <w:r>
        <w:t>جہاد مینز پیس فلی دعوی ورک۔</w:t>
      </w:r>
    </w:p>
    <w:p>
      <w:r>
        <w:rPr>
          <w:b/>
        </w:rPr>
        <w:t xml:space="preserve">[17:43] </w:t>
      </w:r>
      <w:r>
        <w:t>Quran says, wajaahidhum bihi jihaadan kabeera.</w:t>
      </w:r>
    </w:p>
    <w:p>
      <w:pPr>
        <w:jc w:val="right"/>
      </w:pPr>
      <w:r>
        <w:t>قران سیز، وجاہدھم بہی جہاد کبیرہ۔</w:t>
      </w:r>
    </w:p>
    <w:p>
      <w:r>
        <w:rPr>
          <w:b/>
        </w:rPr>
        <w:t xml:space="preserve">[17:46] </w:t>
      </w:r>
      <w:r>
        <w:t>In these works, you can find definition of jihad, true jihad.</w:t>
      </w:r>
    </w:p>
    <w:p>
      <w:pPr>
        <w:jc w:val="right"/>
      </w:pPr>
      <w:r>
        <w:t>ان دس ورکس، یو کین فائنڈ ڈیفینیشن اف جہاد، ٹرو جہاد۔</w:t>
      </w:r>
    </w:p>
    <w:p>
      <w:r>
        <w:rPr>
          <w:b/>
        </w:rPr>
        <w:t xml:space="preserve">[17:51] </w:t>
      </w:r>
      <w:r>
        <w:t>So true jihad is peacefully dawah work.</w:t>
      </w:r>
    </w:p>
    <w:p>
      <w:pPr>
        <w:jc w:val="right"/>
      </w:pPr>
      <w:r>
        <w:t>سو ٹرو جہاد از پیس فلی دعوی ورک۔</w:t>
      </w:r>
    </w:p>
    <w:p>
      <w:r>
        <w:rPr>
          <w:b/>
        </w:rPr>
        <w:t xml:space="preserve">[17:54] </w:t>
      </w:r>
      <w:r>
        <w:t>It is an eternal commandment.</w:t>
      </w:r>
    </w:p>
    <w:p>
      <w:pPr>
        <w:jc w:val="right"/>
      </w:pPr>
      <w:r>
        <w:t>اٹ از اینڈ ایٹرنل کمانڈمنٹ۔</w:t>
      </w:r>
    </w:p>
    <w:p>
      <w:r>
        <w:rPr>
          <w:b/>
        </w:rPr>
        <w:t xml:space="preserve">[17:56] </w:t>
      </w:r>
      <w:r>
        <w:t>Peacefully da'wah work is an eternal commandment by God.</w:t>
      </w:r>
    </w:p>
    <w:p>
      <w:pPr>
        <w:jc w:val="right"/>
      </w:pPr>
      <w:r>
        <w:t>پیس فلی دعوی ورک از اینڈ ایٹرنل کمانڈمنٹ بائی گاڈ۔</w:t>
      </w:r>
    </w:p>
    <w:p>
      <w:r>
        <w:rPr>
          <w:b/>
        </w:rPr>
        <w:t xml:space="preserve">[18:00] </w:t>
      </w:r>
      <w:r>
        <w:t>But all other things are temporary, and now, they are irrelevant in our present time.</w:t>
      </w:r>
    </w:p>
    <w:p>
      <w:pPr>
        <w:jc w:val="right"/>
      </w:pPr>
      <w:r>
        <w:t>بٹ ال ادر تھنگز ار ٹیمپریری، اور ناؤ، دے ار ار ریلیونٹ ان اور پریزنٹ ٹائم۔</w:t>
      </w:r>
    </w:p>
    <w:p>
      <w:r>
        <w:rPr>
          <w:b/>
        </w:rPr>
        <w:t xml:space="preserve">[18:07] </w:t>
      </w:r>
      <w:r>
        <w:t>So we have to reassess, otherwise, we will find ourselves in a blind alley.</w:t>
      </w:r>
    </w:p>
    <w:p>
      <w:pPr>
        <w:jc w:val="right"/>
      </w:pPr>
      <w:r>
        <w:t>سو وی ہیو ٹو ری اسس، ادروائز، ویل فائنڈ اور سیلف ان بلائنڈ ایلی۔</w:t>
      </w:r>
    </w:p>
    <w:p>
      <w:r>
        <w:rPr>
          <w:b/>
        </w:rPr>
        <w:t xml:space="preserve">[18:13] </w:t>
      </w:r>
      <w:r>
        <w:t>We will become directionless people.</w:t>
      </w:r>
    </w:p>
    <w:p>
      <w:pPr>
        <w:jc w:val="right"/>
      </w:pPr>
      <w:r>
        <w:t>وی ویل بیکم ڈائریکٹ ڈائریکشن لیس پیپل۔</w:t>
      </w:r>
    </w:p>
    <w:p>
      <w:r>
        <w:rPr>
          <w:b/>
        </w:rPr>
        <w:t xml:space="preserve">[18:16] </w:t>
      </w:r>
      <w:r>
        <w:t>And the same is happening at present.</w:t>
      </w:r>
    </w:p>
    <w:p>
      <w:pPr>
        <w:jc w:val="right"/>
      </w:pPr>
      <w:r>
        <w:t>اینڈ دا سیم از ہیپننگ ایٹ پریزنٹ۔</w:t>
      </w:r>
    </w:p>
    <w:p>
      <w:r>
        <w:rPr>
          <w:b/>
        </w:rPr>
        <w:t xml:space="preserve">[18:19] </w:t>
      </w:r>
      <w:r>
        <w:t>The time is now to reassess the whole matter, to revise our activities, to replan</w:t>
      </w:r>
    </w:p>
    <w:p>
      <w:pPr>
        <w:jc w:val="right"/>
      </w:pPr>
      <w:r>
        <w:t>دا ٹائم از ناؤ ٹو ری اسس دا ہول میٹر، ٹو ریوائز اور اور ایکٹیویٹیز، ٹو ری پلان</w:t>
      </w:r>
    </w:p>
    <w:p>
      <w:r>
        <w:rPr>
          <w:b/>
        </w:rPr>
        <w:t xml:space="preserve">[18:27] </w:t>
      </w:r>
      <w:r>
        <w:t>aur future action.</w:t>
      </w:r>
    </w:p>
    <w:p>
      <w:pPr>
        <w:jc w:val="right"/>
      </w:pPr>
      <w:r>
        <w:t>اور فیوچر ایکشن۔</w:t>
      </w:r>
    </w:p>
    <w:p>
      <w:r>
        <w:rPr>
          <w:b/>
        </w:rPr>
        <w:t xml:space="preserve">[18:29] </w:t>
      </w:r>
      <w:r>
        <w:t>That is, that is no other option for us except reassessment.</w:t>
      </w:r>
    </w:p>
    <w:p>
      <w:pPr>
        <w:jc w:val="right"/>
      </w:pPr>
      <w:r>
        <w:t>دیٹ از، دیٹ از نو ادر اپشن فار اس ایکسیپٹ ری اسسمنٹ۔</w:t>
      </w:r>
    </w:p>
    <w:p>
      <w:r>
        <w:rPr>
          <w:b/>
        </w:rPr>
        <w:t xml:space="preserve">[18:34] </w:t>
      </w:r>
      <w:r>
        <w:t>That is no other option for us in present situation.</w:t>
      </w:r>
    </w:p>
    <w:p>
      <w:pPr>
        <w:jc w:val="right"/>
      </w:pPr>
      <w:r>
        <w:t>دیٹ از نو ادر اپشن فار اس ان پریزنٹ سچویشن۔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