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Prophetic Mission in History - Part 1 (English) March 06, 2007 Maulana Wahiduddin Khan</w:t>
      </w:r>
    </w:p>
    <w:p>
      <w:r>
        <w:t>https://www.youtube.com/watch?v=9INTQXKJ2kY</w:t>
      </w:r>
    </w:p>
    <w:p>
      <w:r>
        <w:rPr>
          <w:b/>
        </w:rPr>
        <w:t xml:space="preserve">[00:11] </w:t>
      </w:r>
      <w:r>
        <w:t>bismillah al-rahman al-rahim, wa salla Allahu ala al-nabi al-kareem.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[00:14]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[00:20] </w:t>
      </w:r>
      <w:r>
        <w:t>The topic for this day is Prophetic Mission in History.</w:t>
      </w:r>
    </w:p>
    <w:p>
      <w:pPr>
        <w:jc w:val="right"/>
      </w:pPr>
      <w:r>
        <w:t>دا ٹاپک فار دس ڈے از Prophetic Mission ان ہسٹری۔</w:t>
      </w:r>
    </w:p>
    <w:p>
      <w:r>
        <w:rPr>
          <w:b/>
        </w:rPr>
        <w:t xml:space="preserve">[00:24] </w:t>
      </w:r>
      <w:r>
        <w:t>Prophetic Mission in history.</w:t>
      </w:r>
    </w:p>
    <w:p>
      <w:pPr>
        <w:jc w:val="right"/>
      </w:pPr>
      <w:r>
        <w:t>Prophetic Mission ان ہسٹری۔</w:t>
      </w:r>
    </w:p>
    <w:p>
      <w:r>
        <w:rPr>
          <w:b/>
        </w:rPr>
        <w:t xml:space="preserve">[00:26] </w:t>
      </w:r>
      <w:r>
        <w:t>History is the record of human activities.</w:t>
      </w:r>
    </w:p>
    <w:p>
      <w:pPr>
        <w:jc w:val="right"/>
      </w:pPr>
      <w:r>
        <w:t>History از دا ریکارڈ آف ہیومن ایکٹیویٹیز۔</w:t>
      </w:r>
    </w:p>
    <w:p>
      <w:r>
        <w:rPr>
          <w:b/>
        </w:rPr>
        <w:t xml:space="preserve">[00:29] </w:t>
      </w:r>
      <w:r>
        <w:t>There are two basically, there are two branches of History: secular History and religious history.</w:t>
      </w:r>
    </w:p>
    <w:p>
      <w:pPr>
        <w:jc w:val="right"/>
      </w:pPr>
      <w:r>
        <w:t>دیر آر ٹو بیسکلی، دیر آر ٹو برانچز آف History: سیکولر History اینڈ ریلیجس ہسٹری۔</w:t>
      </w:r>
    </w:p>
    <w:p>
      <w:r>
        <w:rPr>
          <w:b/>
        </w:rPr>
        <w:t xml:space="preserve">[00:35] </w:t>
      </w:r>
      <w:r>
        <w:t>Secular history is the history of civilization.</w:t>
      </w:r>
    </w:p>
    <w:p>
      <w:pPr>
        <w:jc w:val="right"/>
      </w:pPr>
      <w:r>
        <w:t>سیکولر History از دا History آف سیولائزیشن۔</w:t>
      </w:r>
    </w:p>
    <w:p>
      <w:r>
        <w:rPr>
          <w:b/>
        </w:rPr>
        <w:t xml:space="preserve">[00:38] </w:t>
      </w:r>
      <w:r>
        <w:t>The secular history is the history of material civilization.</w:t>
      </w:r>
    </w:p>
    <w:p>
      <w:pPr>
        <w:jc w:val="right"/>
      </w:pPr>
      <w:r>
        <w:t>دا سیکولر History از دا History آف مٹیریل سیولائزیشن۔</w:t>
      </w:r>
    </w:p>
    <w:p>
      <w:r>
        <w:rPr>
          <w:b/>
        </w:rPr>
        <w:t xml:space="preserve">[00:42] </w:t>
      </w:r>
      <w:r>
        <w:t>Secular history is the history of material civilization.</w:t>
      </w:r>
    </w:p>
    <w:p>
      <w:pPr>
        <w:jc w:val="right"/>
      </w:pPr>
      <w:r>
        <w:t>سیکولر History از دا History آف مٹیریل سیولائزیشن۔</w:t>
      </w:r>
    </w:p>
    <w:p>
      <w:r>
        <w:rPr>
          <w:b/>
        </w:rPr>
        <w:t xml:space="preserve">[00:46] </w:t>
      </w:r>
      <w:r>
        <w:t>And religious history is the history of spiritual civilization.</w:t>
      </w:r>
    </w:p>
    <w:p>
      <w:pPr>
        <w:jc w:val="right"/>
      </w:pPr>
      <w:r>
        <w:t>اینڈ ریلیجس History از دا History آف spiritual سیولائزیشن۔</w:t>
      </w:r>
    </w:p>
    <w:p>
      <w:r>
        <w:rPr>
          <w:b/>
        </w:rPr>
        <w:t xml:space="preserve">[00:50] </w:t>
      </w:r>
      <w:r>
        <w:t>The religious history, here I would like to say a few words about the religious history.</w:t>
      </w:r>
    </w:p>
    <w:p>
      <w:pPr>
        <w:jc w:val="right"/>
      </w:pPr>
      <w:r>
        <w:t>دا ریلیجس ہسٹری، ہیر آئی وڈ لائک ٹو سے ا فیو ورڈز اباؤٹ دا ریلیجس ہسٹری۔</w:t>
      </w:r>
    </w:p>
    <w:p>
      <w:r>
        <w:rPr>
          <w:b/>
        </w:rPr>
        <w:t xml:space="preserve">[00:56] </w:t>
      </w:r>
      <w:r>
        <w:t>Religious history consists of biblical literature and archaeological findings, and to some extent philosophical studies.</w:t>
      </w:r>
    </w:p>
    <w:p>
      <w:pPr>
        <w:jc w:val="right"/>
      </w:pPr>
      <w:r>
        <w:t>ریلیجس History کنسسٹ آف ببلیکل لٹریچر اینڈ آرکیالوجیکل فائنڈنگ، اینڈ ٹو سم ایکسٹنٹ فلاسفیکل اسٹڈیز۔</w:t>
      </w:r>
    </w:p>
    <w:p>
      <w:r>
        <w:rPr>
          <w:b/>
        </w:rPr>
        <w:t xml:space="preserve">[01:03] </w:t>
      </w:r>
      <w:r>
        <w:t>But the most authentic source of religious history is the Quran.</w:t>
      </w:r>
    </w:p>
    <w:p>
      <w:pPr>
        <w:jc w:val="right"/>
      </w:pPr>
      <w:r>
        <w:t>بٹ دا موسٹ اتھینٹک سورس آف ریلیجس History از القرآن۔</w:t>
      </w:r>
    </w:p>
    <w:p>
      <w:r>
        <w:rPr>
          <w:b/>
        </w:rPr>
        <w:t xml:space="preserve">[01:07] </w:t>
      </w:r>
      <w:r>
        <w:t>Quran is the only authentic source of religious, of the record of religious history.</w:t>
      </w:r>
    </w:p>
    <w:p>
      <w:pPr>
        <w:jc w:val="right"/>
      </w:pPr>
      <w:r>
        <w:t>قرآن از دا اونلی اتھینٹک سورس آف ریلیجس، آف دا ریکارڈ آف ریلیجس ہسٹری۔</w:t>
      </w:r>
    </w:p>
    <w:p>
      <w:r>
        <w:rPr>
          <w:b/>
        </w:rPr>
        <w:t xml:space="preserve">[01:13] </w:t>
      </w:r>
      <w:r>
        <w:t>Now, if you read the Quran, you will find that the Quran gives us the account of Prophetic history.</w:t>
      </w:r>
    </w:p>
    <w:p>
      <w:pPr>
        <w:jc w:val="right"/>
      </w:pPr>
      <w:r>
        <w:t>ناو، اف یو ریڈ قرآن، یو ویل فائنڈ دیٹ قرآن گیوز اس دی اکاؤنٹ آف Prophetic ہسٹری۔</w:t>
      </w:r>
    </w:p>
    <w:p>
      <w:r>
        <w:rPr>
          <w:b/>
        </w:rPr>
        <w:t xml:space="preserve">[01:20] </w:t>
      </w:r>
      <w:r>
        <w:t>The basic concern of Quran is Prophetic history.</w:t>
      </w:r>
    </w:p>
    <w:p>
      <w:pPr>
        <w:jc w:val="right"/>
      </w:pPr>
      <w:r>
        <w:t>دا بیسک کنسرن آف قرآن از Prophetic ہسٹری۔</w:t>
      </w:r>
    </w:p>
    <w:p>
      <w:r>
        <w:rPr>
          <w:b/>
        </w:rPr>
        <w:t xml:space="preserve">[01:24] </w:t>
      </w:r>
      <w:r>
        <w:t>This history started from the first prophet, that is Adam, and ended up to the final prophet, Muhammad</w:t>
      </w:r>
    </w:p>
    <w:p>
      <w:pPr>
        <w:jc w:val="right"/>
      </w:pPr>
      <w:r>
        <w:t>دس History اسٹارٹڈ فرام دا فرسٹ پرافٹ، دیٹ از آدم، اینڈ اینڈڈ اپ ٹو دا فائنل پرافٹ، محمد</w:t>
      </w:r>
    </w:p>
    <w:p>
      <w:r>
        <w:rPr>
          <w:b/>
        </w:rPr>
        <w:t xml:space="preserve">[01:32] </w:t>
      </w:r>
      <w:r>
        <w:t>bin Abdullah bin Abdul Muttalib sallallahu alaihi wasallam.</w:t>
      </w:r>
    </w:p>
    <w:p>
      <w:pPr>
        <w:jc w:val="right"/>
      </w:pPr>
      <w:r>
        <w:t>بن عبداللہ بن عبدالمطلب صلی اللہ علیہ وسلم۔</w:t>
      </w:r>
    </w:p>
    <w:p>
      <w:r>
        <w:rPr>
          <w:b/>
        </w:rPr>
        <w:t xml:space="preserve">[01:35] </w:t>
      </w:r>
      <w:r>
        <w:t>When we read Quran, we'll find that at one side Quran tells us that Muhammad was the final</w:t>
      </w:r>
    </w:p>
    <w:p>
      <w:pPr>
        <w:jc w:val="right"/>
      </w:pPr>
      <w:r>
        <w:t>وین وی ریڈ قرآن، ویل فائنڈ دیٹ ایٹ ون سائیڈ قرآن ٹیلز اس دیٹ محمد واز دا فائنل</w:t>
      </w:r>
    </w:p>
    <w:p>
      <w:r>
        <w:rPr>
          <w:b/>
        </w:rPr>
        <w:t xml:space="preserve">[01:43] </w:t>
      </w:r>
      <w:r>
        <w:t>Prophet, walak Rasul Allah wa Khatam al-Nabiyyin.</w:t>
      </w:r>
    </w:p>
    <w:p>
      <w:pPr>
        <w:jc w:val="right"/>
      </w:pPr>
      <w:r>
        <w:t>پرافٹ، ولاک رسول اللہ و خاتم النبیین۔</w:t>
      </w:r>
    </w:p>
    <w:p>
      <w:r>
        <w:rPr>
          <w:b/>
        </w:rPr>
        <w:t xml:space="preserve">[01:46] </w:t>
      </w:r>
      <w:r>
        <w:t>Also, in hadith, it is mentioned, as mentioned in very clear words that Khatam al-Nabiyyun ya aur</w:t>
      </w:r>
    </w:p>
    <w:p>
      <w:pPr>
        <w:jc w:val="right"/>
      </w:pPr>
      <w:r>
        <w:t>السو، ان حدیث، اٹ از مینشنڈ، از مینشنڈ ان ویری کلیئر ورڈ دیٹ ختم بی النبیون یا اور</w:t>
      </w:r>
    </w:p>
    <w:p>
      <w:r>
        <w:rPr>
          <w:b/>
        </w:rPr>
        <w:t xml:space="preserve">[01:53] </w:t>
      </w:r>
      <w:r>
        <w:t>la nabiyya ba'di.</w:t>
      </w:r>
    </w:p>
    <w:p>
      <w:pPr>
        <w:jc w:val="right"/>
      </w:pPr>
      <w:r>
        <w:t>لا نبی عبادی۔</w:t>
      </w:r>
    </w:p>
    <w:p>
      <w:r>
        <w:rPr>
          <w:b/>
        </w:rPr>
        <w:t xml:space="preserve">[01:55] </w:t>
      </w:r>
      <w:r>
        <w:t>سو، at one side Muhammad Sallallahu Alaihi Wasallam was the last prophet, or final prophet.</w:t>
      </w:r>
    </w:p>
    <w:p>
      <w:pPr>
        <w:jc w:val="right"/>
      </w:pPr>
      <w:r>
        <w:t>سو، ایٹ ون سائیڈ محمد صلی اللہ علیہ وسلم واز دا لاسٹ پرافٹ، اور فائنل پرافٹ۔</w:t>
      </w:r>
    </w:p>
    <w:p>
      <w:r>
        <w:rPr>
          <w:b/>
        </w:rPr>
        <w:t xml:space="preserve">[02:02] </w:t>
      </w:r>
      <w:r>
        <w:t>It means that he is the source, he is the only source of religious discipline.</w:t>
      </w:r>
    </w:p>
    <w:p>
      <w:pPr>
        <w:jc w:val="right"/>
      </w:pPr>
      <w:r>
        <w:t>اٹ مینز دیٹ ہی از دا سورس، ہی از دا اونلی سورس آف ریلیجس ڈسپلن۔</w:t>
      </w:r>
    </w:p>
    <w:p>
      <w:r>
        <w:rPr>
          <w:b/>
        </w:rPr>
        <w:t xml:space="preserve">[02:08] </w:t>
      </w:r>
      <w:r>
        <w:t>But at the same time, we find that Quran tells us another commandment, seemingly different to the first,</w:t>
      </w:r>
    </w:p>
    <w:p>
      <w:pPr>
        <w:jc w:val="right"/>
      </w:pPr>
      <w:r>
        <w:t>بٹ ایٹ دا سیم ٹائم، وی فائنڈ دیٹ قرآن ٹیلز اس انادر کمانڈمنٹ، سیونگلی ڈفرنٹ ٹو دا فرسٹ،</w:t>
      </w:r>
    </w:p>
    <w:p>
      <w:r>
        <w:rPr>
          <w:b/>
        </w:rPr>
        <w:t xml:space="preserve">[02:16] </w:t>
      </w:r>
      <w:r>
        <w:t>that is that Quran mentions 25 prophets of the history by their name.</w:t>
      </w:r>
    </w:p>
    <w:p>
      <w:pPr>
        <w:jc w:val="right"/>
      </w:pPr>
      <w:r>
        <w:t>دیٹ از دیٹ قرآن مینشنز 25 پرافٹس آف دا History بائی دیر نیم۔</w:t>
      </w:r>
    </w:p>
    <w:p>
      <w:r>
        <w:rPr>
          <w:b/>
        </w:rPr>
        <w:t xml:space="preserve">[02:21] </w:t>
      </w:r>
      <w:r>
        <w:t>and then Quran says, Allah these were the guided persons, these were the guided prophets.</w:t>
      </w:r>
    </w:p>
    <w:p>
      <w:pPr>
        <w:jc w:val="right"/>
      </w:pPr>
      <w:r>
        <w:t>اینڈ دین قرآن سیز، اللہ دیز ویر دا گائیڈڈ پرسن، دیز ویر دا گائیڈڈ پرافٹس۔</w:t>
      </w:r>
    </w:p>
    <w:p>
      <w:r>
        <w:rPr>
          <w:b/>
        </w:rPr>
        <w:t xml:space="preserve">[02:28] </w:t>
      </w:r>
      <w:r>
        <w:t>So, you have to follow them.</w:t>
      </w:r>
    </w:p>
    <w:p>
      <w:pPr>
        <w:jc w:val="right"/>
      </w:pPr>
      <w:r>
        <w:t>سو، یو ہیو ٹو فالو دیم۔</w:t>
      </w:r>
    </w:p>
    <w:p>
      <w:r>
        <w:rPr>
          <w:b/>
        </w:rPr>
        <w:t xml:space="preserve">[02:30] </w:t>
      </w:r>
      <w:r>
        <w:t>you have to follow them.</w:t>
      </w:r>
    </w:p>
    <w:p>
      <w:pPr>
        <w:jc w:val="right"/>
      </w:pPr>
      <w:r>
        <w:t>یو ہیو ٹو فالو دیم۔</w:t>
      </w:r>
    </w:p>
    <w:p>
      <w:r>
        <w:rPr>
          <w:b/>
        </w:rPr>
        <w:t xml:space="preserve">[02:33] </w:t>
      </w:r>
      <w:r>
        <w:t>This verse addresses Muhammad bin Abdullah sallallahu alaihi wasallam.</w:t>
      </w:r>
    </w:p>
    <w:p>
      <w:pPr>
        <w:jc w:val="right"/>
      </w:pPr>
      <w:r>
        <w:t>دس ورس ایڈریسز محمد بن عبداللہ صلی اللہ علیہ وسلم۔</w:t>
      </w:r>
    </w:p>
    <w:p>
      <w:r>
        <w:rPr>
          <w:b/>
        </w:rPr>
        <w:t xml:space="preserve">[02:37] </w:t>
      </w:r>
      <w:r>
        <w:t>So, if Muhammad was the last prophet, or final prophet, then why he was revealed this verse, that</w:t>
      </w:r>
    </w:p>
    <w:p>
      <w:pPr>
        <w:jc w:val="right"/>
      </w:pPr>
      <w:r>
        <w:t>سو، اف محمد واز دا لاسٹ پرافٹ، اور فائنل پرافٹ، دین وائی ہی واز ریویلڈ دس ورس، دیٹ</w:t>
      </w:r>
    </w:p>
    <w:p>
      <w:r>
        <w:rPr>
          <w:b/>
        </w:rPr>
        <w:t xml:space="preserve">[02:45] </w:t>
      </w:r>
      <w:r>
        <w:t>you have to follow other prophets? It is a question.</w:t>
      </w:r>
    </w:p>
    <w:p>
      <w:pPr>
        <w:jc w:val="right"/>
      </w:pPr>
      <w:r>
        <w:t>یو ہیو ٹو فالو ادر پرافٹس؟ اٹ از ا کوئسچن۔</w:t>
      </w:r>
    </w:p>
    <w:p>
      <w:r>
        <w:rPr>
          <w:b/>
        </w:rPr>
        <w:t xml:space="preserve">[02:49] </w:t>
      </w:r>
      <w:r>
        <w:t>Now, after long study, I found that there are two different parts of religion.</w:t>
      </w:r>
    </w:p>
    <w:p>
      <w:pPr>
        <w:jc w:val="right"/>
      </w:pPr>
      <w:r>
        <w:t>ناو، افٹر لانگ اسٹڈی، آئی فاؤنڈ دیٹ دیر آر ٹو ڈفرنٹ پارٹ آف ریلیجن۔</w:t>
      </w:r>
    </w:p>
    <w:p>
      <w:r>
        <w:rPr>
          <w:b/>
        </w:rPr>
        <w:t xml:space="preserve">[02:55] </w:t>
      </w:r>
      <w:r>
        <w:t>First is theoretical part, and the second is the practical part.</w:t>
      </w:r>
    </w:p>
    <w:p>
      <w:pPr>
        <w:jc w:val="right"/>
      </w:pPr>
      <w:r>
        <w:t>فرسٹ از تھیورٹیکل پارٹ، اینڈ دا سیکنڈ از دی پریکٹیکل پارٹ۔</w:t>
      </w:r>
    </w:p>
    <w:p>
      <w:r>
        <w:rPr>
          <w:b/>
        </w:rPr>
        <w:t xml:space="preserve">[03:00] </w:t>
      </w:r>
      <w:r>
        <w:t>By theoretical part, I mean its ideology, its belief system, its moral values.</w:t>
      </w:r>
    </w:p>
    <w:p>
      <w:pPr>
        <w:jc w:val="right"/>
      </w:pPr>
      <w:r>
        <w:t>بائی تھیورٹیکل پارٹ، آئی مین اٹس آئیڈیالوجی، اٹس بیلیف سسٹم، اٹس مورل ویلیوز۔</w:t>
      </w:r>
    </w:p>
    <w:p>
      <w:r>
        <w:rPr>
          <w:b/>
        </w:rPr>
        <w:t xml:space="preserve">[03:05] </w:t>
      </w:r>
      <w:r>
        <w:t>This is the theoretical part of divine religion.</w:t>
      </w:r>
    </w:p>
    <w:p>
      <w:pPr>
        <w:jc w:val="right"/>
      </w:pPr>
      <w:r>
        <w:t>دس از دا تھیورٹیکل پارٹ آف ڈیوائن ریلیجن۔</w:t>
      </w:r>
    </w:p>
    <w:p>
      <w:r>
        <w:rPr>
          <w:b/>
        </w:rPr>
        <w:t xml:space="preserve">[03:09] </w:t>
      </w:r>
      <w:r>
        <w:t>Then there is the practical part.</w:t>
      </w:r>
    </w:p>
    <w:p>
      <w:pPr>
        <w:jc w:val="right"/>
      </w:pPr>
      <w:r>
        <w:t>دین دیر از دا پریکٹیکل پارٹ۔</w:t>
      </w:r>
    </w:p>
    <w:p>
      <w:r>
        <w:rPr>
          <w:b/>
        </w:rPr>
        <w:t xml:space="preserve">[03:11] </w:t>
      </w:r>
      <w:r>
        <w:t>Practical part basically is related to the practical situations.</w:t>
      </w:r>
    </w:p>
    <w:p>
      <w:pPr>
        <w:jc w:val="right"/>
      </w:pPr>
      <w:r>
        <w:t>پریکٹیکل پارٹ بیسکلی از ریلیٹڈ ٹو دا پریکٹیکل سچویشنز۔</w:t>
      </w:r>
    </w:p>
    <w:p>
      <w:r>
        <w:rPr>
          <w:b/>
        </w:rPr>
        <w:t xml:space="preserve">[03:15] </w:t>
      </w:r>
      <w:r>
        <w:t>you know, practical situations always varies.</w:t>
      </w:r>
    </w:p>
    <w:p>
      <w:pPr>
        <w:jc w:val="right"/>
      </w:pPr>
      <w:r>
        <w:t>یو نو، پریکٹیکل سچویشنز الویز ویریز۔</w:t>
      </w:r>
    </w:p>
    <w:p>
      <w:r>
        <w:rPr>
          <w:b/>
        </w:rPr>
        <w:t xml:space="preserve">[03:18] </w:t>
      </w:r>
      <w:r>
        <w:t>so, according to the principle, it becomes imperative to set different practical models.</w:t>
      </w:r>
    </w:p>
    <w:p>
      <w:pPr>
        <w:jc w:val="right"/>
      </w:pPr>
      <w:r>
        <w:t>سو، اکارڈنگ ٹو دا پرنسپل، اٹ بیکمز امپریٹیو ٹو سیٹ ڈفرنٹ پریکٹیکل ماڈلز۔</w:t>
      </w:r>
    </w:p>
    <w:p>
      <w:r>
        <w:rPr>
          <w:b/>
        </w:rPr>
        <w:t xml:space="preserve">[03:23] </w:t>
      </w:r>
      <w:r>
        <w:t>when the situations varies, then it is but natural that models also varies.</w:t>
      </w:r>
    </w:p>
    <w:p>
      <w:pPr>
        <w:jc w:val="right"/>
      </w:pPr>
      <w:r>
        <w:t>وین دا سچویشنز ویریز، دین اٹ از بٹ نیچرل دیٹ ماڈلز السو ویریز۔</w:t>
      </w:r>
    </w:p>
    <w:p>
      <w:r>
        <w:rPr>
          <w:b/>
        </w:rPr>
        <w:t xml:space="preserve">[03:29] </w:t>
      </w:r>
      <w:r>
        <w:t>So, the Quranic verse means all the prophets are authentic models, although the ideology and theoretical system was</w:t>
      </w:r>
    </w:p>
    <w:p>
      <w:pPr>
        <w:jc w:val="right"/>
      </w:pPr>
      <w:r>
        <w:t>سو، دا قرآنک ورس مینز آل دا پرافٹس آر اتھینٹک ماڈلز، التhough دی آئیڈیالوجی اینڈ تھیورٹیکل سسٹم واز</w:t>
      </w:r>
    </w:p>
    <w:p>
      <w:r>
        <w:rPr>
          <w:b/>
        </w:rPr>
        <w:t xml:space="preserve">[03:36] </w:t>
      </w:r>
      <w:r>
        <w:t>one and the same between all the prophets.</w:t>
      </w:r>
    </w:p>
    <w:p>
      <w:pPr>
        <w:jc w:val="right"/>
      </w:pPr>
      <w:r>
        <w:t>ون اینڈ دا سیم بٹوین آل دا پرافٹس۔</w:t>
      </w:r>
    </w:p>
    <w:p>
      <w:r>
        <w:rPr>
          <w:b/>
        </w:rPr>
        <w:t xml:space="preserve">[03:40] </w:t>
      </w:r>
      <w:r>
        <w:t>but different prophets came to different situations, different people, different time and place.</w:t>
      </w:r>
    </w:p>
    <w:p>
      <w:pPr>
        <w:jc w:val="right"/>
      </w:pPr>
      <w:r>
        <w:t>بٹ ڈفرنٹ پرافٹس کیم ٹو ڈفرنٹ سچویشنز، ڈفرنٹ پیپل، ڈفرنٹ ٹائم اینڈ پلیس۔</w:t>
      </w:r>
    </w:p>
    <w:p>
      <w:r>
        <w:rPr>
          <w:b/>
        </w:rPr>
        <w:t xml:space="preserve">[03:45] </w:t>
      </w:r>
      <w:r>
        <w:t>so, they adopted different models.</w:t>
      </w:r>
    </w:p>
    <w:p>
      <w:pPr>
        <w:jc w:val="right"/>
      </w:pPr>
      <w:r>
        <w:t>سو، دے اڈاپٹڈ ڈفرنٹ ماڈلز۔</w:t>
      </w:r>
    </w:p>
    <w:p>
      <w:r>
        <w:rPr>
          <w:b/>
        </w:rPr>
        <w:t xml:space="preserve">[03:48] </w:t>
      </w:r>
      <w:r>
        <w:t>they tried to translate their ideas into different ways, different methods.</w:t>
      </w:r>
    </w:p>
    <w:p>
      <w:pPr>
        <w:jc w:val="right"/>
      </w:pPr>
      <w:r>
        <w:t>دے ٹرائیڈ ٹو ٹرانسلیٹ دیر آئیڈیاز انٹو ڈفرنٹ وےز، ڈفرنٹ میتھڈز۔</w:t>
      </w:r>
    </w:p>
    <w:p>
      <w:r>
        <w:rPr>
          <w:b/>
        </w:rPr>
        <w:t xml:space="preserve">[03:52] </w:t>
      </w:r>
      <w:r>
        <w:t>so, this is the reason why there are, why the ideology is one, but models are different.</w:t>
      </w:r>
    </w:p>
    <w:p>
      <w:pPr>
        <w:jc w:val="right"/>
      </w:pPr>
      <w:r>
        <w:t>سو، دس از دا ریزن وائی دیر آر، وائی دا آئیڈیالوجی از ون، بٹ ماڈلز آر ڈفرنٹ۔</w:t>
      </w:r>
    </w:p>
    <w:p>
      <w:r>
        <w:rPr>
          <w:b/>
        </w:rPr>
        <w:t xml:space="preserve">[04:00] </w:t>
      </w:r>
      <w:r>
        <w:t>so, prophet of Islam, Muhammad sallallahu alaihi wasallam, was also send in a in a specific situation.</w:t>
      </w:r>
    </w:p>
    <w:p>
      <w:pPr>
        <w:jc w:val="right"/>
      </w:pPr>
      <w:r>
        <w:t>سو، پرافٹ آف اسلام، محمد صلی اللہ علیہ وسلم، واز السو سینڈ ان اے ان اے سپیسیفک سچویشن۔</w:t>
      </w:r>
    </w:p>
    <w:p>
      <w:r>
        <w:rPr>
          <w:b/>
        </w:rPr>
        <w:t xml:space="preserve">[04:07] </w:t>
      </w:r>
      <w:r>
        <w:t>he was born in Arab.</w:t>
      </w:r>
    </w:p>
    <w:p>
      <w:pPr>
        <w:jc w:val="right"/>
      </w:pPr>
      <w:r>
        <w:t>ہی واز بورن ان عرب۔</w:t>
      </w:r>
    </w:p>
    <w:p>
      <w:r>
        <w:rPr>
          <w:b/>
        </w:rPr>
        <w:t xml:space="preserve">[04:09] </w:t>
      </w:r>
      <w:r>
        <w:t>at that time, Arab was a country where shirk was prevalent everywhere.</w:t>
      </w:r>
    </w:p>
    <w:p>
      <w:pPr>
        <w:jc w:val="right"/>
      </w:pPr>
      <w:r>
        <w:t>ایٹ دیٹ ٹائم، عرب واز ا کنٹری ویر شرک واز پریویلنٹ ایوری ویر۔</w:t>
      </w:r>
    </w:p>
    <w:p>
      <w:r>
        <w:rPr>
          <w:b/>
        </w:rPr>
        <w:t xml:space="preserve">[04:15] </w:t>
      </w:r>
      <w:r>
        <w:t>there was no civilization, but there was shirk culture.</w:t>
      </w:r>
    </w:p>
    <w:p>
      <w:pPr>
        <w:jc w:val="right"/>
      </w:pPr>
      <w:r>
        <w:t>دیر واز نو سیولائزیشن، بٹ دیر واز شرک کلچر۔</w:t>
      </w:r>
    </w:p>
    <w:p>
      <w:r>
        <w:rPr>
          <w:b/>
        </w:rPr>
        <w:t xml:space="preserve">[04:19] </w:t>
      </w:r>
      <w:r>
        <w:t>so, in the situation, in such situation, prophet of Islam adopted a model to translate the eternal ideas</w:t>
      </w:r>
    </w:p>
    <w:p>
      <w:pPr>
        <w:jc w:val="right"/>
      </w:pPr>
      <w:r>
        <w:t>سو، ان دا سچویشن، ان سچ سچویشن، پرافٹ آف اسلام اڈاپٹڈ ا ماڈل ٹو ٹرانسلیٹ دا ایٹرنل آئیڈیاز</w:t>
      </w:r>
    </w:p>
    <w:p>
      <w:r>
        <w:rPr>
          <w:b/>
        </w:rPr>
        <w:t xml:space="preserve">[04:27] </w:t>
      </w:r>
      <w:r>
        <w:t>into practice.</w:t>
      </w:r>
    </w:p>
    <w:p>
      <w:pPr>
        <w:jc w:val="right"/>
      </w:pPr>
      <w:r>
        <w:t>انٹو پریکٹس۔</w:t>
      </w:r>
    </w:p>
    <w:p>
      <w:r>
        <w:rPr>
          <w:b/>
        </w:rPr>
        <w:t xml:space="preserve">[04:28] </w:t>
      </w:r>
      <w:r>
        <w:t>so, prophet of Islam adopted a specific model that suited to his situation, to his circumstances.</w:t>
      </w:r>
    </w:p>
    <w:p>
      <w:pPr>
        <w:jc w:val="right"/>
      </w:pPr>
      <w:r>
        <w:t>سو، پرافٹ آف اسلام اڈاپٹڈ ا سپیسیفک ماڈل دیٹ سوٹڈ ٹو ہز سچویشن، ٹو ہز سرکمسٹنسز۔</w:t>
      </w:r>
    </w:p>
    <w:p>
      <w:r>
        <w:rPr>
          <w:b/>
        </w:rPr>
        <w:t xml:space="preserve">[04:35] </w:t>
      </w:r>
      <w:r>
        <w:t>so, means as the Quran is a final book, final revelation, so Quran gives us a direction through</w:t>
      </w:r>
    </w:p>
    <w:p>
      <w:pPr>
        <w:jc w:val="right"/>
      </w:pPr>
      <w:r>
        <w:t>تو، مینز ایز دا قرآن از ا فائنل بک، فائنل ریولیشن، سو قرآن گیوز اس ا ڈائریکشن تھرو</w:t>
      </w:r>
    </w:p>
    <w:p>
      <w:r>
        <w:rPr>
          <w:b/>
        </w:rPr>
        <w:t xml:space="preserve">[04:43] </w:t>
      </w:r>
      <w:r>
        <w:t>this verse, that you have to adopt as far as the, as far as the theoretical aspect is</w:t>
      </w:r>
    </w:p>
    <w:p>
      <w:pPr>
        <w:jc w:val="right"/>
      </w:pPr>
      <w:r>
        <w:t>دس ورس، دیٹ یو ہیو ٹو اڈاپٹ ایز فار ایز دا، ایز فار ایز دا تھیورٹیکل اسپیکٹ از</w:t>
      </w:r>
    </w:p>
    <w:p>
      <w:r>
        <w:rPr>
          <w:b/>
        </w:rPr>
        <w:t xml:space="preserve">[04:50] </w:t>
      </w:r>
      <w:r>
        <w:t>concerned.</w:t>
      </w:r>
    </w:p>
    <w:p>
      <w:pPr>
        <w:jc w:val="right"/>
      </w:pPr>
      <w:r>
        <w:t>کنسرن۔</w:t>
      </w:r>
    </w:p>
    <w:p>
      <w:r>
        <w:rPr>
          <w:b/>
        </w:rPr>
        <w:t xml:space="preserve">[04:52] </w:t>
      </w:r>
      <w:r>
        <w:t>You have to adopt the same eternal ideology.</w:t>
      </w:r>
    </w:p>
    <w:p>
      <w:pPr>
        <w:jc w:val="right"/>
      </w:pPr>
      <w:r>
        <w:t>یو ہیو ٹو اڈاپٹ دا سیم ایٹرنل آئیڈیالوجی۔</w:t>
      </w:r>
    </w:p>
    <w:p>
      <w:r>
        <w:rPr>
          <w:b/>
        </w:rPr>
        <w:t xml:space="preserve">[04:55] </w:t>
      </w:r>
      <w:r>
        <w:t>but as far as the practical situation is concerned, you have to see your situation, and then you</w:t>
      </w:r>
    </w:p>
    <w:p>
      <w:pPr>
        <w:jc w:val="right"/>
      </w:pPr>
      <w:r>
        <w:t>بٹ ایز فار ایز دا پریکٹیکل سچویشن از کنسرن، یو ہیو ٹو سی یور سچویشن، اینڈ دین یو</w:t>
      </w:r>
    </w:p>
    <w:p>
      <w:r>
        <w:rPr>
          <w:b/>
        </w:rPr>
        <w:t xml:space="preserve">[05:03] </w:t>
      </w:r>
      <w:r>
        <w:t>have to study the different models adopted by the different prophets.</w:t>
      </w:r>
    </w:p>
    <w:p>
      <w:pPr>
        <w:jc w:val="right"/>
      </w:pPr>
      <w:r>
        <w:t>ہیو ٹو اسٹڈی دا ڈفرنٹ ماڈلز اڈاپٹڈ بائی دا ڈفرنٹ پرافٹس۔</w:t>
      </w:r>
    </w:p>
    <w:p>
      <w:r>
        <w:rPr>
          <w:b/>
        </w:rPr>
        <w:t xml:space="preserve">[05:08] </w:t>
      </w:r>
      <w:r>
        <w:t>so, 25 prophets means 25 models.</w:t>
      </w:r>
    </w:p>
    <w:p>
      <w:pPr>
        <w:jc w:val="right"/>
      </w:pPr>
      <w:r>
        <w:t>سو، 25 پرافٹس مینز 25 ماڈلز۔</w:t>
      </w:r>
    </w:p>
    <w:p>
      <w:r>
        <w:rPr>
          <w:b/>
        </w:rPr>
        <w:t xml:space="preserve">[05:10] </w:t>
      </w:r>
      <w:r>
        <w:t>so, which one of these models is more applicable to you? so, you have to adopt that model</w:t>
      </w:r>
    </w:p>
    <w:p>
      <w:pPr>
        <w:jc w:val="right"/>
      </w:pPr>
      <w:r>
        <w:t>سو، وچ ون اف دیز ماڈلز از مور اپلیکیبل ٹو یو؟ سو، یو ہیو ٹو اڈاپٹ دیٹ ماڈل</w:t>
      </w:r>
    </w:p>
    <w:p>
      <w:r>
        <w:rPr>
          <w:b/>
        </w:rPr>
        <w:t xml:space="preserve">[05:18] </w:t>
      </w:r>
      <w:r>
        <w:t>which you find that it is more suitable to your situation, to your conditions.</w:t>
      </w:r>
    </w:p>
    <w:p>
      <w:pPr>
        <w:jc w:val="right"/>
      </w:pPr>
      <w:r>
        <w:t>وچ یو فائنڈ دیٹ اٹ از مور سوٹیبل ٹو یور سچویشن، ٹو یور کنڈیشنز۔</w:t>
      </w:r>
    </w:p>
    <w:p>
      <w:r>
        <w:rPr>
          <w:b/>
        </w:rPr>
        <w:t xml:space="preserve">[05:24] </w:t>
      </w:r>
      <w:r>
        <w:t>this is the interpretation of that verse.</w:t>
      </w:r>
    </w:p>
    <w:p>
      <w:pPr>
        <w:jc w:val="right"/>
      </w:pPr>
      <w:r>
        <w:t>دس از دا انٹرپریٹیشن اف دیٹ ورس۔</w:t>
      </w:r>
    </w:p>
    <w:p>
      <w:r>
        <w:rPr>
          <w:b/>
        </w:rPr>
        <w:t xml:space="preserve">[05:27] </w:t>
      </w:r>
      <w:r>
        <w:t>here you will find that, here is a very important question.</w:t>
      </w:r>
    </w:p>
    <w:p>
      <w:pPr>
        <w:jc w:val="right"/>
      </w:pPr>
      <w:r>
        <w:t>ہیر یو ویل فائنڈ دیٹ، ہیر از ا ویری امپورٹنٹ کوئسچن۔</w:t>
      </w:r>
    </w:p>
    <w:p>
      <w:r>
        <w:rPr>
          <w:b/>
        </w:rPr>
        <w:t xml:space="preserve">[05:32] </w:t>
      </w:r>
      <w:r>
        <w:t>muslims are followers of Muhammad sallallahu alaihi wasallam.</w:t>
      </w:r>
    </w:p>
    <w:p>
      <w:pPr>
        <w:jc w:val="right"/>
      </w:pPr>
      <w:r>
        <w:t>مسلمز آر فالوورز آف محمد صلی اللہ علیہ وسلم۔</w:t>
      </w:r>
    </w:p>
    <w:p>
      <w:r>
        <w:rPr>
          <w:b/>
        </w:rPr>
        <w:t xml:space="preserve">[05:36] </w:t>
      </w:r>
      <w:r>
        <w:t>at present, there are more than one billion Muslims throughout the world.</w:t>
      </w:r>
    </w:p>
    <w:p>
      <w:pPr>
        <w:jc w:val="right"/>
      </w:pPr>
      <w:r>
        <w:t>ایٹ پریزنٹ، دیر آر مور دین ون بلین مسلمز تھرو آؤٹ دی ورلڈ۔</w:t>
      </w:r>
    </w:p>
    <w:p>
      <w:r>
        <w:rPr>
          <w:b/>
        </w:rPr>
        <w:t xml:space="preserve">[05:41] </w:t>
      </w:r>
      <w:r>
        <w:t>they claim to be followers of Muhammad sallallahu alaihi wasallam.</w:t>
      </w:r>
    </w:p>
    <w:p>
      <w:pPr>
        <w:jc w:val="right"/>
      </w:pPr>
      <w:r>
        <w:t>دے کلیم ٹو بی فالوورز آف محمد صلی اللہ علیہ وسلم۔</w:t>
      </w:r>
    </w:p>
    <w:p>
      <w:r>
        <w:rPr>
          <w:b/>
        </w:rPr>
        <w:t xml:space="preserve">[05:46] </w:t>
      </w:r>
      <w:r>
        <w:t>but there is a question.</w:t>
      </w:r>
    </w:p>
    <w:p>
      <w:pPr>
        <w:jc w:val="right"/>
      </w:pPr>
      <w:r>
        <w:t>بٹ دیر از ا کوئسچن۔</w:t>
      </w:r>
    </w:p>
    <w:p>
      <w:r>
        <w:rPr>
          <w:b/>
        </w:rPr>
        <w:t xml:space="preserve">[05:48] </w:t>
      </w:r>
      <w:r>
        <w:t>Everyone feels that Muslims find themselves in a blind alley.</w:t>
      </w:r>
    </w:p>
    <w:p>
      <w:pPr>
        <w:jc w:val="right"/>
      </w:pPr>
      <w:r>
        <w:t>ایوری ون فیس دیٹ مسلمز فائنڈ دیم سیلفس ان ا بلائنڈ وے، ایلی۔</w:t>
      </w:r>
    </w:p>
    <w:p>
      <w:r>
        <w:rPr>
          <w:b/>
        </w:rPr>
        <w:t xml:space="preserve">[05:54] </w:t>
      </w:r>
      <w:r>
        <w:t>they are struggling, they are doing jihad, they are launching different movements, but in vain, no positive result.</w:t>
      </w:r>
    </w:p>
    <w:p>
      <w:pPr>
        <w:jc w:val="right"/>
      </w:pPr>
      <w:r>
        <w:t>دے آر سٹرگلنگ، دے آر ڈوئنگ جہاد، دے آر لانچنگ ڈفرنٹ موومنٹس، بٹ ان وین، نو پازیٹیو رزلٹ۔</w:t>
      </w:r>
    </w:p>
    <w:p>
      <w:r>
        <w:rPr>
          <w:b/>
        </w:rPr>
        <w:t xml:space="preserve">[06:01] </w:t>
      </w:r>
      <w:r>
        <w:t>Muslim scholars of this age issued fatwa that except Muslim land, all the world is darul harb.</w:t>
      </w:r>
    </w:p>
    <w:p>
      <w:pPr>
        <w:jc w:val="right"/>
      </w:pPr>
      <w:r>
        <w:t>مسلم اسکالرز آف دس ایج ایشوڈ فتویٰ دیٹ ایکسیپٹ مسلم لینڈ، آل دا ورلڈ از دارالحرم۔</w:t>
      </w:r>
    </w:p>
    <w:p>
      <w:r>
        <w:rPr>
          <w:b/>
        </w:rPr>
        <w:t xml:space="preserve">[06:08] </w:t>
      </w:r>
      <w:r>
        <w:t>but there was no result.</w:t>
      </w:r>
    </w:p>
    <w:p>
      <w:pPr>
        <w:jc w:val="right"/>
      </w:pPr>
      <w:r>
        <w:t>بٹ دیر واز نو رزلٹ۔</w:t>
      </w:r>
    </w:p>
    <w:p>
      <w:r>
        <w:rPr>
          <w:b/>
        </w:rPr>
        <w:t xml:space="preserve">[06:10] </w:t>
      </w:r>
      <w:r>
        <w:t>دین یہ، دین they said that we have to do jihad against our enemies.</w:t>
      </w:r>
    </w:p>
    <w:p>
      <w:pPr>
        <w:jc w:val="right"/>
      </w:pPr>
      <w:r>
        <w:t>دین یہ، دین دے سیڈ دیٹ وی ہیو ٹو ڈو جہاد اگینسٹ اور اینمیز۔</w:t>
      </w:r>
    </w:p>
    <w:p>
      <w:r>
        <w:rPr>
          <w:b/>
        </w:rPr>
        <w:t xml:space="preserve">[06:16] </w:t>
      </w:r>
      <w:r>
        <w:t>and they wage jihad, but after great sacrifices in term of life, in term of money, there is</w:t>
      </w:r>
    </w:p>
    <w:p>
      <w:pPr>
        <w:jc w:val="right"/>
      </w:pPr>
      <w:r>
        <w:t>اینڈ دے ویل جہاد، بٹ افٹر گریٹ سیکریفائسز ان ٹرم آف لائف، ان ٹرم آف منی، دیر از</w:t>
      </w:r>
    </w:p>
    <w:p>
      <w:r>
        <w:rPr>
          <w:b/>
        </w:rPr>
        <w:t xml:space="preserve">[06:24] </w:t>
      </w:r>
      <w:r>
        <w:t>no result.</w:t>
      </w:r>
    </w:p>
    <w:p>
      <w:pPr>
        <w:jc w:val="right"/>
      </w:pPr>
      <w:r>
        <w:t>نو رزلٹ۔</w:t>
      </w:r>
    </w:p>
    <w:p>
      <w:r>
        <w:rPr>
          <w:b/>
        </w:rPr>
        <w:t xml:space="preserve">[06:26] </w:t>
      </w:r>
      <w:r>
        <w:t>no result at all.</w:t>
      </w:r>
    </w:p>
    <w:p>
      <w:pPr>
        <w:jc w:val="right"/>
      </w:pPr>
      <w:r>
        <w:t>نو رزلٹ ایٹ آل۔</w:t>
      </w:r>
    </w:p>
    <w:p>
      <w:r>
        <w:rPr>
          <w:b/>
        </w:rPr>
        <w:t xml:space="preserve">[06:27] </w:t>
      </w:r>
      <w:r>
        <w:t>even they went to the extent that they issued fatwa that now we have to migrate.</w:t>
      </w:r>
    </w:p>
    <w:p>
      <w:pPr>
        <w:jc w:val="right"/>
      </w:pPr>
      <w:r>
        <w:t>ایون دے وینٹ ٹو دا ایکسٹنٹ دیٹ دے ایشو فتویٰ دیٹ ناو وی ہیو ٹو مائیگریٹ۔</w:t>
      </w:r>
    </w:p>
    <w:p>
      <w:r>
        <w:rPr>
          <w:b/>
        </w:rPr>
        <w:t xml:space="preserve">[06:34] </w:t>
      </w:r>
      <w:r>
        <w:t>the time is hijrah, and many many Muslims migrated from this country and that country, but no result.</w:t>
      </w:r>
    </w:p>
    <w:p>
      <w:pPr>
        <w:jc w:val="right"/>
      </w:pPr>
      <w:r>
        <w:t>دا ٹائم از ہجرہ، اینڈ مینی مینی مسلمز مائیگریٹڈ فرام دس کنٹری اینڈ دیٹ کنٹری، بٹ نو رزلٹ۔</w:t>
      </w:r>
    </w:p>
    <w:p>
      <w:r>
        <w:rPr>
          <w:b/>
        </w:rPr>
        <w:t xml:space="preserve">[06:42] </w:t>
      </w:r>
      <w:r>
        <w:t>so, they are according to their own, according to their own conviction, they are following the model of</w:t>
      </w:r>
    </w:p>
    <w:p>
      <w:pPr>
        <w:jc w:val="right"/>
      </w:pPr>
      <w:r>
        <w:t>سو، دے آر اکارڈنگ ٹو دیر اون، اکارڈنگ ٹو دیر اون کنوکشن، دے آر فالونگ دا ماڈل آف</w:t>
      </w:r>
    </w:p>
    <w:p>
      <w:r>
        <w:rPr>
          <w:b/>
        </w:rPr>
        <w:t xml:space="preserve">[06:50] </w:t>
      </w:r>
      <w:r>
        <w:t>Muhammad.</w:t>
      </w:r>
    </w:p>
    <w:p>
      <w:pPr>
        <w:jc w:val="right"/>
      </w:pPr>
      <w:r>
        <w:t>محمد۔</w:t>
      </w:r>
    </w:p>
    <w:p>
      <w:r>
        <w:rPr>
          <w:b/>
        </w:rPr>
        <w:t xml:space="preserve">[06:51] </w:t>
      </w:r>
      <w:r>
        <w:t>you know, Muhammad migrated from Mecca, Muhammad launched jihad.</w:t>
      </w:r>
    </w:p>
    <w:p>
      <w:pPr>
        <w:jc w:val="right"/>
      </w:pPr>
      <w:r>
        <w:t>یو نو، محمد مائیگریٹڈ فرام مکہ، محمد لانچ جہاد۔</w:t>
      </w:r>
    </w:p>
    <w:p>
      <w:r>
        <w:rPr>
          <w:b/>
        </w:rPr>
        <w:t xml:space="preserve">[06:55] </w:t>
      </w:r>
      <w:r>
        <w:t>so, they are doing, so they are following that model, model Muhammad model.</w:t>
      </w:r>
    </w:p>
    <w:p>
      <w:pPr>
        <w:jc w:val="right"/>
      </w:pPr>
      <w:r>
        <w:t>سو، دے آر ڈوئنگ، سو دے آر فالونگ دیٹ ماڈل، ماڈل محمد ماڈل۔</w:t>
      </w:r>
    </w:p>
    <w:p>
      <w:r>
        <w:rPr>
          <w:b/>
        </w:rPr>
        <w:t xml:space="preserve">[07:00] </w:t>
      </w:r>
      <w:r>
        <w:t>but why it is that at that time Muhammad sallallahu alaihi wasallam and his followers achieved great</w:t>
      </w:r>
    </w:p>
    <w:p>
      <w:pPr>
        <w:jc w:val="right"/>
      </w:pPr>
      <w:r>
        <w:t>بٹ وائی اٹ از دیٹ ایٹ دیٹ ٹائم محمد صلی اللہ علیہ وسلم اینڈ ہز فالوورز اچیو گریٹ</w:t>
      </w:r>
    </w:p>
    <w:p>
      <w:r>
        <w:rPr>
          <w:b/>
        </w:rPr>
        <w:t xml:space="preserve">[07:08] </w:t>
      </w:r>
      <w:r>
        <w:t>victory? but in our present age, there is no such achievement, no victory.</w:t>
      </w:r>
    </w:p>
    <w:p>
      <w:pPr>
        <w:jc w:val="right"/>
      </w:pPr>
      <w:r>
        <w:t>وکٹری؟ بٹ ان اور پریزنٹ ایج، دیر از نو سچ اچیومنٹ، نو وکٹری۔</w:t>
      </w:r>
    </w:p>
    <w:p>
      <w:r>
        <w:rPr>
          <w:b/>
        </w:rPr>
        <w:t xml:space="preserve">[07:14] </w:t>
      </w:r>
      <w:r>
        <w:t>and now Muslims are living as a defeatist mentality.</w:t>
      </w:r>
    </w:p>
    <w:p>
      <w:pPr>
        <w:jc w:val="right"/>
      </w:pPr>
      <w:r>
        <w:t>اینڈ ناو مسلمز آر لیونگ ایز اے ڈیفیٹسٹ مینٹیلیٹی۔</w:t>
      </w:r>
    </w:p>
    <w:p>
      <w:r>
        <w:rPr>
          <w:b/>
        </w:rPr>
        <w:t xml:space="preserve">[07:18] </w:t>
      </w:r>
      <w:r>
        <w:t>every Muslim lives in a defeatist mentality.</w:t>
      </w:r>
    </w:p>
    <w:p>
      <w:pPr>
        <w:jc w:val="right"/>
      </w:pPr>
      <w:r>
        <w:t>ایوری مسلم لیوز ان اے ڈیفیٹسٹ مینٹیلیٹی۔</w:t>
      </w:r>
    </w:p>
    <w:p>
      <w:r>
        <w:rPr>
          <w:b/>
        </w:rPr>
        <w:t xml:space="preserve">[07:21] </w:t>
      </w:r>
      <w:r>
        <w:t>So, in our present age, Muslims feel that we are living in a blind alley.</w:t>
      </w:r>
    </w:p>
    <w:p>
      <w:pPr>
        <w:jc w:val="right"/>
      </w:pPr>
      <w:r>
        <w:t>سو، ان اور پریزنٹ ایج، مسلمز فیل دیٹ وی آر لیونگ ان اے بلائنڈ ایلی۔</w:t>
      </w:r>
    </w:p>
    <w:p>
      <w:r>
        <w:rPr>
          <w:b/>
        </w:rPr>
        <w:t xml:space="preserve">[07:27] </w:t>
      </w:r>
      <w:r>
        <w:t>There is no way out, the door is closed.</w:t>
      </w:r>
    </w:p>
    <w:p>
      <w:pPr>
        <w:jc w:val="right"/>
      </w:pPr>
      <w:r>
        <w:t>دیر از نو وے آؤٹ، دا ڈور از کلوزڈ۔</w:t>
      </w:r>
    </w:p>
    <w:p>
      <w:r>
        <w:rPr>
          <w:b/>
        </w:rPr>
        <w:t xml:space="preserve">[07:31] </w:t>
      </w:r>
      <w:r>
        <w:t>why? this is the question.</w:t>
      </w:r>
    </w:p>
    <w:p>
      <w:pPr>
        <w:jc w:val="right"/>
      </w:pPr>
      <w:r>
        <w:t>وائی؟ دس از دا کوئسچن۔</w:t>
      </w:r>
    </w:p>
    <w:p>
      <w:r>
        <w:rPr>
          <w:b/>
        </w:rPr>
        <w:t xml:space="preserve">[07:33] </w:t>
      </w:r>
      <w:r>
        <w:t>so, I would like to say that here we have to restudy that verse.</w:t>
      </w:r>
    </w:p>
    <w:p>
      <w:pPr>
        <w:jc w:val="right"/>
      </w:pPr>
      <w:r>
        <w:t>سو، آئی وڈ لائک ٹو سی دیٹ ہیر وی ہیو ٹو ری اسٹڈی دیٹ ورس۔</w:t>
      </w:r>
    </w:p>
    <w:p>
      <w:r>
        <w:rPr>
          <w:b/>
        </w:rPr>
        <w:t xml:space="preserve">[07:39] </w:t>
      </w:r>
      <w:r>
        <w:t>then we will discover what is the wrong with us.</w:t>
      </w:r>
    </w:p>
    <w:p>
      <w:pPr>
        <w:jc w:val="right"/>
      </w:pPr>
      <w:r>
        <w:t>دین وی ویل ڈسکور واٹ از دا رونگ ود اس۔</w:t>
      </w:r>
    </w:p>
    <w:p>
      <w:r>
        <w:rPr>
          <w:b/>
        </w:rPr>
        <w:t xml:space="preserve">[07:44] </w:t>
      </w:r>
      <w:r>
        <w:t>I think that in the present situation, that model become irrelevant.</w:t>
      </w:r>
    </w:p>
    <w:p>
      <w:pPr>
        <w:jc w:val="right"/>
      </w:pPr>
      <w:r>
        <w:t>آئی تھنک دیٹ ان دا پریزنٹ سچویشن، دیٹ ماڈل بیکم اریلیونٹ۔</w:t>
      </w:r>
    </w:p>
    <w:p>
      <w:r>
        <w:rPr>
          <w:b/>
        </w:rPr>
        <w:t xml:space="preserve">[07:48] </w:t>
      </w:r>
      <w:r>
        <w:t>model of darul harb, model of hijrah, model of jihad, the model based on these conceptions is now irrelevant.</w:t>
      </w:r>
    </w:p>
    <w:p>
      <w:pPr>
        <w:jc w:val="right"/>
      </w:pPr>
      <w:r>
        <w:t>ماڈل آف دارالحرم، ماڈل آف ہجرہ، ماڈل آف جہاد، دا ماڈل بیسڈ ان دیز کنسیپشنز از ناو اریلیونٹ۔</w:t>
      </w:r>
    </w:p>
    <w:p>
      <w:r>
        <w:rPr>
          <w:b/>
        </w:rPr>
        <w:t xml:space="preserve">[07:56] </w:t>
      </w:r>
      <w:r>
        <w:t>wai? bikaz situation is completely change.</w:t>
      </w:r>
    </w:p>
    <w:p>
      <w:pPr>
        <w:jc w:val="right"/>
      </w:pPr>
      <w:r>
        <w:t>وائی؟ بیکاز سچویشن از کمپلیٹلی چینج۔</w:t>
      </w:r>
    </w:p>
    <w:p>
      <w:r>
        <w:rPr>
          <w:b/>
        </w:rPr>
        <w:t xml:space="preserve">[07:59] </w:t>
      </w:r>
      <w:r>
        <w:t>for example, let us take hijra concept.</w:t>
      </w:r>
    </w:p>
    <w:p>
      <w:pPr>
        <w:jc w:val="right"/>
      </w:pPr>
      <w:r>
        <w:t>فار ایگزامپل، لیٹ اس ٹیک ہجرہ کانسیپٹ۔</w:t>
      </w:r>
    </w:p>
    <w:p>
      <w:r>
        <w:rPr>
          <w:b/>
        </w:rPr>
        <w:t xml:space="preserve">[08:02] </w:t>
      </w:r>
      <w:r>
        <w:t>now hijra is impossible.</w:t>
      </w:r>
    </w:p>
    <w:p>
      <w:pPr>
        <w:jc w:val="right"/>
      </w:pPr>
      <w:r>
        <w:t>ناو ہجرہ از امپوسیبل۔</w:t>
      </w:r>
    </w:p>
    <w:p>
      <w:r>
        <w:rPr>
          <w:b/>
        </w:rPr>
        <w:t xml:space="preserve">[08:03] </w:t>
      </w:r>
      <w:r>
        <w:t>now we are living in a world where in every country there are national governments.</w:t>
      </w:r>
    </w:p>
    <w:p>
      <w:pPr>
        <w:jc w:val="right"/>
      </w:pPr>
      <w:r>
        <w:t>ناو وی آر لیونگ ان اے ورلڈ ویر ان ایوری کنٹری دیر آر نیشنل گورنمنٹس۔</w:t>
      </w:r>
    </w:p>
    <w:p>
      <w:r>
        <w:rPr>
          <w:b/>
        </w:rPr>
        <w:t xml:space="preserve">[08:10] </w:t>
      </w:r>
      <w:r>
        <w:t>modern concept of nationalism, according to the modern concept of nationalism, the hijra concept is quite irrelevant.</w:t>
      </w:r>
    </w:p>
    <w:p>
      <w:pPr>
        <w:jc w:val="right"/>
      </w:pPr>
      <w:r>
        <w:t>ماڈرن کانسیپٹ آف نیشنلزم، اکارڈنگ ٹو دا ماڈرن کانسیپٹ آف نیشنلزم، دا ہجرہ کانسیپٹ از کوائٹ اریلیونٹ۔</w:t>
      </w:r>
    </w:p>
    <w:p>
      <w:r>
        <w:rPr>
          <w:b/>
        </w:rPr>
        <w:t xml:space="preserve">[08:17] </w:t>
      </w:r>
      <w:r>
        <w:t>now, it is impossible.</w:t>
      </w:r>
    </w:p>
    <w:p>
      <w:pPr>
        <w:jc w:val="right"/>
      </w:pPr>
      <w:r>
        <w:t>ناو، اٹ از امپوسیبل۔</w:t>
      </w:r>
    </w:p>
    <w:p>
      <w:r>
        <w:rPr>
          <w:b/>
        </w:rPr>
        <w:t xml:space="preserve">[08:19] </w:t>
      </w:r>
      <w:r>
        <w:t>those who don't know the modern concept of nationalism, may talk in terms of hijra.</w:t>
      </w:r>
    </w:p>
    <w:p>
      <w:pPr>
        <w:jc w:val="right"/>
      </w:pPr>
      <w:r>
        <w:t>دوز ہو ڈونٹ نو دا ماڈرن کانسیپٹ آف نیشنلزم، می ٹاک ان ٹرم آف ہجرہ۔</w:t>
      </w:r>
    </w:p>
    <w:p>
      <w:r>
        <w:rPr>
          <w:b/>
        </w:rPr>
        <w:t xml:space="preserve">[08:25] </w:t>
      </w:r>
      <w:r>
        <w:t>but those people who know, we are living in an age where there is nationalism everywhere, in</w:t>
      </w:r>
    </w:p>
    <w:p>
      <w:pPr>
        <w:jc w:val="right"/>
      </w:pPr>
      <w:r>
        <w:t>بٹ دوز پیپل ہو نو، وی آر لیونگ ان اے ایج ویر دیر از نیشنلزم ایوری ویر، ان</w:t>
      </w:r>
    </w:p>
    <w:p>
      <w:r>
        <w:rPr>
          <w:b/>
        </w:rPr>
        <w:t xml:space="preserve">[08:33] </w:t>
      </w:r>
      <w:r>
        <w:t>every country.</w:t>
      </w:r>
    </w:p>
    <w:p>
      <w:pPr>
        <w:jc w:val="right"/>
      </w:pPr>
      <w:r>
        <w:t>ایوری کنٹری۔</w:t>
      </w:r>
    </w:p>
    <w:p>
      <w:r>
        <w:rPr>
          <w:b/>
        </w:rPr>
        <w:t xml:space="preserve">[08:35] </w:t>
      </w:r>
      <w:r>
        <w:t>so, the modern concept of nationalism, after the advent of modern concept of nationalism, hijra became obsolete, irrelevant,</w:t>
      </w:r>
    </w:p>
    <w:p>
      <w:pPr>
        <w:jc w:val="right"/>
      </w:pPr>
      <w:r>
        <w:t>سو، دا ماڈرن کانسیپٹ آف نیشنلزم، افٹر دی ایڈونٹ آف ماڈرن کانسیپٹ آف نیشنلزم، ہجرہ بیکم اوبسلیٹ، اریلیونٹ،</w:t>
      </w:r>
    </w:p>
    <w:p>
      <w:r>
        <w:rPr>
          <w:b/>
        </w:rPr>
        <w:t xml:space="preserve">[08:42] </w:t>
      </w:r>
      <w:r>
        <w:t>anachronistic idea.</w:t>
      </w:r>
    </w:p>
    <w:p>
      <w:pPr>
        <w:jc w:val="right"/>
      </w:pPr>
      <w:r>
        <w:t>انیکرونسٹ آئیڈیا۔</w:t>
      </w:r>
    </w:p>
    <w:p>
      <w:r>
        <w:rPr>
          <w:b/>
        </w:rPr>
        <w:t xml:space="preserve">[08:44] </w:t>
      </w:r>
      <w:r>
        <w:t>then let us take jihad.</w:t>
      </w:r>
    </w:p>
    <w:p>
      <w:pPr>
        <w:jc w:val="right"/>
      </w:pPr>
      <w:r>
        <w:t>دین لیٹ اس ٹیک جہاد۔</w:t>
      </w:r>
    </w:p>
    <w:p>
      <w:r>
        <w:rPr>
          <w:b/>
        </w:rPr>
        <w:t xml:space="preserve">[08:46] </w:t>
      </w:r>
      <w:r>
        <w:t>jihad is all, jihad in sense of qital, jihad in the sense of peaceful struggle is okay.</w:t>
      </w:r>
    </w:p>
    <w:p>
      <w:pPr>
        <w:jc w:val="right"/>
      </w:pPr>
      <w:r>
        <w:t>جہاد از ال، جہاد ان سینس آف قتال، جہاد ان دی سینس آف پیس فل سٹرگل از اوکے۔</w:t>
      </w:r>
    </w:p>
    <w:p>
      <w:r>
        <w:rPr>
          <w:b/>
        </w:rPr>
        <w:t xml:space="preserve">[08:54] </w:t>
      </w:r>
      <w:r>
        <w:t>but jihad in the sense of qital is irrelevant.</w:t>
      </w:r>
    </w:p>
    <w:p>
      <w:pPr>
        <w:jc w:val="right"/>
      </w:pPr>
      <w:r>
        <w:t>بٹ جہاد ان دا سینس آف قتال از اریلیونٹ۔</w:t>
      </w:r>
    </w:p>
    <w:p>
      <w:r>
        <w:rPr>
          <w:b/>
        </w:rPr>
        <w:t xml:space="preserve">[08:57] </w:t>
      </w:r>
      <w:r>
        <w:t>why? because now we are living in the age of weapons of mass destruction.</w:t>
      </w:r>
    </w:p>
    <w:p>
      <w:pPr>
        <w:jc w:val="right"/>
      </w:pPr>
      <w:r>
        <w:t>وائی؟ بیکاز ناو وی آر لیونگ ان دا ایج آف ویپنز آف ماس ڈسٹرکشن۔</w:t>
      </w:r>
    </w:p>
    <w:p>
      <w:r>
        <w:rPr>
          <w:b/>
        </w:rPr>
        <w:t xml:space="preserve">[09:03] </w:t>
      </w:r>
      <w:r>
        <w:t>mass destruction.</w:t>
      </w:r>
    </w:p>
    <w:p>
      <w:pPr>
        <w:jc w:val="right"/>
      </w:pPr>
      <w:r>
        <w:t>ماس ڈسٹرکشن۔</w:t>
      </w:r>
    </w:p>
    <w:p>
      <w:r>
        <w:rPr>
          <w:b/>
        </w:rPr>
        <w:t xml:space="preserve">[09:05] </w:t>
      </w:r>
      <w:r>
        <w:t>how you can do jihad? quran and hadith, we find some verses in the quran and also some</w:t>
      </w:r>
    </w:p>
    <w:p>
      <w:pPr>
        <w:jc w:val="right"/>
      </w:pPr>
      <w:r>
        <w:t>ہاؤ یو کین ڈو جہاد؟ قرآن اینڈ حدیث، وی فائنڈ سم ورسز ان دا قرآن اینڈ السو سم</w:t>
      </w:r>
    </w:p>
    <w:p>
      <w:r>
        <w:rPr>
          <w:b/>
        </w:rPr>
        <w:t xml:space="preserve">[09:13] </w:t>
      </w:r>
      <w:r>
        <w:t>references in hadith that tell us that you have to prepare for jihad in terms of horses and</w:t>
      </w:r>
    </w:p>
    <w:p>
      <w:pPr>
        <w:jc w:val="right"/>
      </w:pPr>
      <w:r>
        <w:t>ریفرنسز ان حدیث دیٹ ٹیل اس دیٹ یو ہیو ٹو پریپیئر فار جہاد ان ٹرم آف ہارسز اینڈ</w:t>
      </w:r>
    </w:p>
    <w:p>
      <w:r>
        <w:rPr>
          <w:b/>
        </w:rPr>
        <w:t xml:space="preserve">[09:20] </w:t>
      </w:r>
      <w:r>
        <w:t>in terms of arrows.</w:t>
      </w:r>
    </w:p>
    <w:p>
      <w:pPr>
        <w:jc w:val="right"/>
      </w:pPr>
      <w:r>
        <w:t>ان ٹرم آف ایروز۔</w:t>
      </w:r>
    </w:p>
    <w:p>
      <w:r>
        <w:rPr>
          <w:b/>
        </w:rPr>
        <w:t xml:space="preserve">[09:22] </w:t>
      </w:r>
      <w:r>
        <w:t>there is horses.</w:t>
      </w:r>
    </w:p>
    <w:p>
      <w:pPr>
        <w:jc w:val="right"/>
      </w:pPr>
      <w:r>
        <w:t>دیر از ہارسز۔</w:t>
      </w:r>
    </w:p>
    <w:p>
      <w:r>
        <w:rPr>
          <w:b/>
        </w:rPr>
        <w:t xml:space="preserve">[09:24] </w:t>
      </w:r>
      <w:r>
        <w:t>then there is hadith that allah in so now you know, you cannot fight a war with</w:t>
      </w:r>
    </w:p>
    <w:p>
      <w:pPr>
        <w:jc w:val="right"/>
      </w:pPr>
      <w:r>
        <w:t>دین دیر از حدیث دیٹ اللہ ان سو ناو یو نو، یو کین ناٹ فائٹ ا وار ود</w:t>
      </w:r>
    </w:p>
    <w:p>
      <w:r>
        <w:rPr>
          <w:b/>
        </w:rPr>
        <w:t xml:space="preserve">[09:31] </w:t>
      </w:r>
      <w:r>
        <w:t>horses and with arrows, with sword.</w:t>
      </w:r>
    </w:p>
    <w:p>
      <w:pPr>
        <w:jc w:val="right"/>
      </w:pPr>
      <w:r>
        <w:t>ہارسز اینڈ ود ایروز، ود سورڈ۔</w:t>
      </w:r>
    </w:p>
    <w:p>
      <w:r>
        <w:rPr>
          <w:b/>
        </w:rPr>
        <w:t xml:space="preserve">[09:34] </w:t>
      </w:r>
      <w:r>
        <w:t>now the we are living in age where weapons of mass destruction.</w:t>
      </w:r>
    </w:p>
    <w:p>
      <w:pPr>
        <w:jc w:val="right"/>
      </w:pPr>
      <w:r>
        <w:t>ناو دا وی آر لیونگ ان ایج ویر ویپنز آف ماس ڈسٹرکشن۔</w:t>
      </w:r>
    </w:p>
    <w:p>
      <w:r>
        <w:rPr>
          <w:b/>
        </w:rPr>
        <w:t xml:space="preserve">[09:39] </w:t>
      </w:r>
      <w:r>
        <w:t>we are living in the age of weapon of mass destruction.</w:t>
      </w:r>
    </w:p>
    <w:p>
      <w:pPr>
        <w:jc w:val="right"/>
      </w:pPr>
      <w:r>
        <w:t>وی آر لیونگ ان دا ایج آف ویپن آف ماس ڈسٹرکشن۔</w:t>
      </w:r>
    </w:p>
    <w:p>
      <w:r>
        <w:rPr>
          <w:b/>
        </w:rPr>
        <w:t xml:space="preserve">[09:44] </w:t>
      </w:r>
      <w:r>
        <w:t>how you can fight in such age? even after the advent of this age, war became irrelevant.</w:t>
      </w:r>
    </w:p>
    <w:p>
      <w:pPr>
        <w:jc w:val="right"/>
      </w:pPr>
      <w:r>
        <w:t>ہاؤ یو کین فائٹ ان سچ ایج؟ ایون افٹر دا ایڈونٹ آف دس ایج، وار بیکم اریلیونٹ۔</w:t>
      </w:r>
    </w:p>
    <w:p>
      <w:r>
        <w:rPr>
          <w:b/>
        </w:rPr>
        <w:t xml:space="preserve">[09:51] </w:t>
      </w:r>
      <w:r>
        <w:t>because in this war, there is no victor.</w:t>
      </w:r>
    </w:p>
    <w:p>
      <w:pPr>
        <w:jc w:val="right"/>
      </w:pPr>
      <w:r>
        <w:t>بیکاز ان دس وار، دیر از نو وکٹر۔</w:t>
      </w:r>
    </w:p>
    <w:p>
      <w:r>
        <w:rPr>
          <w:b/>
        </w:rPr>
        <w:t xml:space="preserve">[09:54] </w:t>
      </w:r>
      <w:r>
        <w:t>was a great believer in war, in fighting.</w:t>
      </w:r>
    </w:p>
    <w:p>
      <w:pPr>
        <w:jc w:val="right"/>
      </w:pPr>
      <w:r>
        <w:t>واز ا گریٹ بیلیور ان وار، ان فائٹنگ۔</w:t>
      </w:r>
    </w:p>
    <w:p>
      <w:r>
        <w:rPr>
          <w:b/>
        </w:rPr>
        <w:t xml:space="preserve">[09:58] </w:t>
      </w:r>
      <w:r>
        <w:t>but when he suicided, after defeat, when he suicided in Berlin bunker, he said that now the age</w:t>
      </w:r>
    </w:p>
    <w:p>
      <w:pPr>
        <w:jc w:val="right"/>
      </w:pPr>
      <w:r>
        <w:t>بٹ وین ہی سوسائیڈ، افٹر ڈیفیٹ، وین ہی سوسائیڈ ان برلن بنکر، ہی سیڈ دیٹ ناو دا ایج</w:t>
      </w:r>
    </w:p>
    <w:p>
      <w:r>
        <w:rPr>
          <w:b/>
        </w:rPr>
        <w:t xml:space="preserve">[10:06] </w:t>
      </w:r>
      <w:r>
        <w:t>of war is over.</w:t>
      </w:r>
    </w:p>
    <w:p>
      <w:pPr>
        <w:jc w:val="right"/>
      </w:pPr>
      <w:r>
        <w:t>آف وار از اوور۔</w:t>
      </w:r>
    </w:p>
    <w:p>
      <w:r>
        <w:rPr>
          <w:b/>
        </w:rPr>
        <w:t xml:space="preserve">[10:07] </w:t>
      </w:r>
      <w:r>
        <w:t>we cannot find any victory.</w:t>
      </w:r>
    </w:p>
    <w:p>
      <w:pPr>
        <w:jc w:val="right"/>
      </w:pPr>
      <w:r>
        <w:t>وی کین ناٹ فائنڈ اینی وکٹری۔</w:t>
      </w:r>
    </w:p>
    <w:p>
      <w:r>
        <w:rPr>
          <w:b/>
        </w:rPr>
        <w:t xml:space="preserve">[10:10] </w:t>
      </w:r>
      <w:r>
        <w:t>now, if there is any war, then there is no victor, only survivor.</w:t>
      </w:r>
    </w:p>
    <w:p>
      <w:pPr>
        <w:jc w:val="right"/>
      </w:pPr>
      <w:r>
        <w:t>ناو، اف دیر از اینی وار، دین دیر از نو وکٹر، اونلی سروائیور۔</w:t>
      </w:r>
    </w:p>
    <w:p>
      <w:r>
        <w:rPr>
          <w:b/>
        </w:rPr>
        <w:t xml:space="preserve">[10:15] </w:t>
      </w:r>
      <w:r>
        <w:t>so, victory and defeat both become one and the same.</w:t>
      </w:r>
    </w:p>
    <w:p>
      <w:pPr>
        <w:jc w:val="right"/>
      </w:pPr>
      <w:r>
        <w:t>سو، وکٹری اینڈ ڈیفیٹ بوتھ بیکم ون اینڈ دا سیم۔</w:t>
      </w:r>
    </w:p>
    <w:p>
      <w:r>
        <w:rPr>
          <w:b/>
        </w:rPr>
        <w:t xml:space="preserve">[10:20] </w:t>
      </w:r>
      <w:r>
        <w:t>there is no victor and doe.</w:t>
      </w:r>
    </w:p>
    <w:p>
      <w:pPr>
        <w:jc w:val="right"/>
      </w:pPr>
      <w:r>
        <w:t>دیر از نو وکٹر اینڈ دو۔</w:t>
      </w:r>
    </w:p>
    <w:p>
      <w:r>
        <w:rPr>
          <w:b/>
        </w:rPr>
        <w:t xml:space="preserve">[10:22] </w:t>
      </w:r>
      <w:r>
        <w:t>And now, you can see in Iraq, you can see the example of Iraq, you can see the</w:t>
      </w:r>
    </w:p>
    <w:p>
      <w:pPr>
        <w:jc w:val="right"/>
      </w:pPr>
      <w:r>
        <w:t>اینڈ نو، یو کین سی ان عراق، یو کین سی دا ایگزیمپل آف عراق، یو کین سی دا</w:t>
      </w:r>
    </w:p>
    <w:p>
      <w:r>
        <w:rPr>
          <w:b/>
        </w:rPr>
        <w:t xml:space="preserve">[10:30] </w:t>
      </w:r>
      <w:r>
        <w:t>example of Afghanistan.</w:t>
      </w:r>
    </w:p>
    <w:p>
      <w:pPr>
        <w:jc w:val="right"/>
      </w:pPr>
      <w:r>
        <w:t>ایگزیمپل آف افغانستان۔</w:t>
      </w:r>
    </w:p>
    <w:p>
      <w:r>
        <w:rPr>
          <w:b/>
        </w:rPr>
        <w:t xml:space="preserve">[10:31] </w:t>
      </w:r>
      <w:r>
        <w:t>there is no victor, only destruction.</w:t>
      </w:r>
    </w:p>
    <w:p>
      <w:pPr>
        <w:jc w:val="right"/>
      </w:pPr>
      <w:r>
        <w:t>دیر از نو وکٹر، اونلی ڈسٹرکشن۔</w:t>
      </w:r>
    </w:p>
    <w:p>
      <w:r>
        <w:rPr>
          <w:b/>
        </w:rPr>
        <w:t xml:space="preserve">[10:34] </w:t>
      </w:r>
      <w:r>
        <w:t>So, this model which is based on hijra and jihad became irrelevant.</w:t>
      </w:r>
    </w:p>
    <w:p>
      <w:pPr>
        <w:jc w:val="right"/>
      </w:pPr>
      <w:r>
        <w:t>سو، دس ماڈل وچ از بیسڈ ان ہجرہ اینڈ جہاد بیکم اریلیونٹ۔</w:t>
      </w:r>
    </w:p>
    <w:p>
      <w:r>
        <w:rPr>
          <w:b/>
        </w:rPr>
        <w:t xml:space="preserve">[10:39] </w:t>
      </w:r>
      <w:r>
        <w:t>Now, we have to restudy that chapter of the Quran.</w:t>
      </w:r>
    </w:p>
    <w:p>
      <w:pPr>
        <w:jc w:val="right"/>
      </w:pPr>
      <w:r>
        <w:t>ناو، وی ہیو ٹو ری اسٹڈی دیٹ چیپٹر آف دا قرآن۔</w:t>
      </w:r>
    </w:p>
    <w:p>
      <w:r>
        <w:rPr>
          <w:b/>
        </w:rPr>
        <w:t xml:space="preserve">[10:44] </w:t>
      </w:r>
      <w:r>
        <w:t>When we re-study and find to find the solution to this problem, we will find up a</w:t>
      </w:r>
    </w:p>
    <w:p>
      <w:pPr>
        <w:jc w:val="right"/>
      </w:pPr>
      <w:r>
        <w:t>وین وی ری اسٹڈی اینڈ فائنڈ ٹو فائنڈ دا سولیوشن ٹو دس پرابلم، وی ویل فائنڈ اپ ا</w:t>
      </w:r>
    </w:p>
    <w:p>
      <w:r>
        <w:rPr>
          <w:b/>
        </w:rPr>
        <w:t xml:space="preserve">[10:52] </w:t>
      </w:r>
      <w:r>
        <w:t>very relevant verse in the Quran.</w:t>
      </w:r>
    </w:p>
    <w:p>
      <w:pPr>
        <w:jc w:val="right"/>
      </w:pPr>
      <w:r>
        <w:t>ویری ریلیونٹ ورس ان دا قرآن۔</w:t>
      </w:r>
    </w:p>
    <w:p>
      <w:r>
        <w:rPr>
          <w:b/>
        </w:rPr>
        <w:t xml:space="preserve">[10:54] </w:t>
      </w:r>
      <w:r>
        <w:t>that is Surah.</w:t>
      </w:r>
    </w:p>
    <w:p>
      <w:pPr>
        <w:jc w:val="right"/>
      </w:pPr>
      <w:r>
        <w:t>دیٹ از سورہ۔</w:t>
      </w:r>
    </w:p>
    <w:p>
      <w:r>
        <w:rPr>
          <w:b/>
        </w:rPr>
        <w:t xml:space="preserve">[10:56] </w:t>
      </w:r>
      <w:r>
        <w:t>there is chapter As-Saff.</w:t>
      </w:r>
    </w:p>
    <w:p>
      <w:pPr>
        <w:jc w:val="right"/>
      </w:pPr>
      <w:r>
        <w:t>دیر از چیپٹر الصف۔</w:t>
      </w:r>
    </w:p>
    <w:p>
      <w:r>
        <w:rPr>
          <w:b/>
        </w:rPr>
        <w:t xml:space="preserve">[10:57] </w:t>
      </w:r>
      <w:r>
        <w:t>chapter As-Saff.</w:t>
      </w:r>
    </w:p>
    <w:p>
      <w:pPr>
        <w:jc w:val="right"/>
      </w:pPr>
      <w:r>
        <w:t>چیپٹر الصف۔</w:t>
      </w:r>
    </w:p>
    <w:p>
      <w:r>
        <w:rPr>
          <w:b/>
        </w:rPr>
        <w:t xml:space="preserve">[10:59] </w:t>
      </w:r>
      <w:r>
        <w:t>that is chapter number 61.</w:t>
      </w:r>
    </w:p>
    <w:p>
      <w:pPr>
        <w:jc w:val="right"/>
      </w:pPr>
      <w:r>
        <w:t>دیٹ از چیپٹر نمبر 61۔</w:t>
      </w:r>
    </w:p>
    <w:p>
      <w:r>
        <w:rPr>
          <w:b/>
        </w:rPr>
        <w:t xml:space="preserve">[11:01] </w:t>
      </w:r>
      <w:r>
        <w:t>in this chapter, the last verse is like this: "Ya ayyuhalladhina amanu, kunu ansaar Allah?" This is</w:t>
      </w:r>
    </w:p>
    <w:p>
      <w:pPr>
        <w:jc w:val="right"/>
      </w:pPr>
      <w:r>
        <w:t>ان دس چیپٹر، دا لاسٹ ورس از لائک دس: "یا ایہا الذین آمنوا، کنوا انصار اللہ؟" دس از</w:t>
      </w:r>
    </w:p>
    <w:p>
      <w:r>
        <w:rPr>
          <w:b/>
        </w:rPr>
        <w:t xml:space="preserve">[11:09] </w:t>
      </w:r>
      <w:r>
        <w:t>a Quranic verse.</w:t>
      </w:r>
    </w:p>
    <w:p>
      <w:pPr>
        <w:jc w:val="right"/>
      </w:pPr>
      <w:r>
        <w:t>ا قرآنک ورس۔</w:t>
      </w:r>
    </w:p>
    <w:p>
      <w:r>
        <w:rPr>
          <w:b/>
        </w:rPr>
        <w:t xml:space="preserve">[11:10] </w:t>
      </w:r>
      <w:r>
        <w:t>you can read it in the chapter 61.</w:t>
      </w:r>
    </w:p>
    <w:p>
      <w:pPr>
        <w:jc w:val="right"/>
      </w:pPr>
      <w:r>
        <w:t>یو کین ریڈ اٹ ان دا چیپٹر 61۔</w:t>
      </w:r>
    </w:p>
    <w:p>
      <w:r>
        <w:rPr>
          <w:b/>
        </w:rPr>
        <w:t xml:space="preserve">[11:14] </w:t>
      </w:r>
      <w:r>
        <w:t>this verse addresses Muslims.</w:t>
      </w:r>
    </w:p>
    <w:p>
      <w:pPr>
        <w:jc w:val="right"/>
      </w:pPr>
      <w:r>
        <w:t>دس ورس ایڈریس مسلمز۔</w:t>
      </w:r>
    </w:p>
    <w:p>
      <w:r>
        <w:rPr>
          <w:b/>
        </w:rPr>
        <w:t xml:space="preserve">[11:15] </w:t>
      </w:r>
      <w:r>
        <w:t>یا this Quranic verse addresses Muslims and says: "O Muslims, O believers, you have to follow the pattern</w:t>
      </w:r>
    </w:p>
    <w:p>
      <w:pPr>
        <w:jc w:val="right"/>
      </w:pPr>
      <w:r>
        <w:t>یا دس قرآنک ورس ایڈریس مسلمز اینڈ سے: "او مسلمز، او بیلیورز، یو ہیو ٹو فالو دا پیٹرن</w:t>
      </w:r>
    </w:p>
    <w:p>
      <w:r>
        <w:rPr>
          <w:b/>
        </w:rPr>
        <w:t xml:space="preserve">[11:23] </w:t>
      </w:r>
      <w:r>
        <w:t>of Jesus Christ." Very strange, but it is.</w:t>
      </w:r>
    </w:p>
    <w:p>
      <w:pPr>
        <w:jc w:val="right"/>
      </w:pPr>
      <w:r>
        <w:t>آف جیسس کرائسٹ۔" ویری سٹرینج، بٹ اٹ از۔</w:t>
      </w:r>
    </w:p>
    <w:p>
      <w:r>
        <w:rPr>
          <w:b/>
        </w:rPr>
        <w:t xml:space="preserve">[11:27] </w:t>
      </w:r>
      <w:r>
        <w:t>You have to follow the pattern of those disciples who followed the directions of Jesus Christ.</w:t>
      </w:r>
    </w:p>
    <w:p>
      <w:pPr>
        <w:jc w:val="right"/>
      </w:pPr>
      <w:r>
        <w:t>یو ہیو ٹو فالو دا پیٹرن آف دوز ڈسائپلز ہو فالوڈ دا ڈائریکشنز آف جیسس کرائسٹ۔</w:t>
      </w:r>
    </w:p>
    <w:p>
      <w:r>
        <w:rPr>
          <w:b/>
        </w:rPr>
        <w:t xml:space="preserve">[11:33] </w:t>
      </w:r>
      <w:r>
        <w:t>This verse addresses Muslims and not Jesus Christ followers.</w:t>
      </w:r>
    </w:p>
    <w:p>
      <w:pPr>
        <w:jc w:val="right"/>
      </w:pPr>
      <w:r>
        <w:t>دس ورس ایڈریس مسلمز اینڈ ناٹ جیسس کرائسٹ فالوورز۔</w:t>
      </w:r>
    </w:p>
    <w:p>
      <w:r>
        <w:rPr>
          <w:b/>
        </w:rPr>
        <w:t xml:space="preserve">[11:37] </w:t>
      </w:r>
      <w:r>
        <w:t>Ya ayyuhalladhina amanu, kunu ansaar Allah? Kama qala Isa ibn Maryam: "Al-Hawari ansaar Allah." So, this verse</w:t>
      </w:r>
    </w:p>
    <w:p>
      <w:pPr>
        <w:jc w:val="right"/>
      </w:pPr>
      <w:r>
        <w:t>یا ایہا الذین آمنوا، کنوا انصار اللہ؟ کما قال عیسی ابن مریم: "الحواری انصار اللہ۔" سو، دس ورس</w:t>
      </w:r>
    </w:p>
    <w:p>
      <w:r>
        <w:rPr>
          <w:b/>
        </w:rPr>
        <w:t xml:space="preserve">[11:45] </w:t>
      </w:r>
      <w:r>
        <w:t>tells us that you have to follow that pattern which was directed from Jesus Christ to his disciples.</w:t>
      </w:r>
    </w:p>
    <w:p>
      <w:pPr>
        <w:jc w:val="right"/>
      </w:pPr>
      <w:r>
        <w:t>ٹیلز اس دیٹ یو ہیو ٹو فالو دیٹ پیٹرن وچ واز ڈائریکٹڈ فرام جیسس کرائسٹ ٹو ہز ڈسائپلز۔</w:t>
      </w:r>
    </w:p>
    <w:p>
      <w:r>
        <w:rPr>
          <w:b/>
        </w:rPr>
        <w:t xml:space="preserve">[11:53] </w:t>
      </w:r>
      <w:r>
        <w:t>And what was that pattern? What was that pattern? This pattern was not based on jihad concept or</w:t>
      </w:r>
    </w:p>
    <w:p>
      <w:pPr>
        <w:jc w:val="right"/>
      </w:pPr>
      <w:r>
        <w:t>اینڈ واٹ واز دیٹ پیٹرن؟ واٹ واز دیٹ پیٹرن؟ دس پیٹرن واز ناٹ بیسڈ ان جہاد کانسیپٹ اور</w:t>
      </w:r>
    </w:p>
    <w:p>
      <w:r>
        <w:rPr>
          <w:b/>
        </w:rPr>
        <w:t xml:space="preserve">[12:00] </w:t>
      </w:r>
      <w:r>
        <w:t>war concept.</w:t>
      </w:r>
    </w:p>
    <w:p>
      <w:pPr>
        <w:jc w:val="right"/>
      </w:pPr>
      <w:r>
        <w:t>وار کانسیپٹ۔</w:t>
      </w:r>
    </w:p>
    <w:p>
      <w:r>
        <w:rPr>
          <w:b/>
        </w:rPr>
        <w:t xml:space="preserve">[12:02] </w:t>
      </w:r>
      <w:r>
        <w:t>This pattern was based completely on peaceful da'wah.</w:t>
      </w:r>
    </w:p>
    <w:p>
      <w:pPr>
        <w:jc w:val="right"/>
      </w:pPr>
      <w:r>
        <w:t>دس پیٹرن واز بیسڈ کمپلیٹلی ان پیس فل دعویٰ۔</w:t>
      </w:r>
    </w:p>
    <w:p>
      <w:r>
        <w:rPr>
          <w:b/>
        </w:rPr>
        <w:t xml:space="preserve">[12:06] </w:t>
      </w:r>
      <w:r>
        <w:t>peaceful da'wah.</w:t>
      </w:r>
    </w:p>
    <w:p>
      <w:pPr>
        <w:jc w:val="right"/>
      </w:pPr>
      <w:r>
        <w:t>پیس فل دعویٰ۔</w:t>
      </w:r>
    </w:p>
    <w:p>
      <w:r>
        <w:rPr>
          <w:b/>
        </w:rPr>
        <w:t xml:space="preserve">[12:07] </w:t>
      </w:r>
      <w:r>
        <w:t>Prophet Jesus Christ said to his followers: "Give to Caesar what is due to Caesar."</w:t>
      </w:r>
    </w:p>
    <w:p>
      <w:pPr>
        <w:jc w:val="right"/>
      </w:pPr>
      <w:r>
        <w:t>پرافٹ جیسس کرائسٹ اور مسیح سیڈ ٹو ہز فالوورز: "گیو ٹو سیزر واٹ از ڈیو ٹو سیزر۔</w:t>
      </w:r>
    </w:p>
    <w:p>
      <w:r>
        <w:rPr>
          <w:b/>
        </w:rPr>
        <w:t xml:space="preserve">[12:15] </w:t>
      </w:r>
      <w:r>
        <w:t>"Give to God what is due to God." It means that.</w:t>
      </w:r>
    </w:p>
    <w:p>
      <w:pPr>
        <w:jc w:val="right"/>
      </w:pPr>
      <w:r>
        <w:t>گیو ٹو گاڈ واٹ از ڈیو ٹو گاڈ۔" اٹ مینز دیٹ۔</w:t>
      </w:r>
    </w:p>
    <w:p>
      <w:r>
        <w:rPr>
          <w:b/>
        </w:rPr>
        <w:t xml:space="preserve">[12:19] </w:t>
      </w:r>
      <w:r>
        <w:t>You know, at that time, Romans were the rulers of Palestine.</w:t>
      </w:r>
    </w:p>
    <w:p>
      <w:pPr>
        <w:jc w:val="right"/>
      </w:pPr>
      <w:r>
        <w:t>یو نو، ایٹ دیٹ ٹائم، رومنز ویر دا رولرز آف پیلسٹائن۔</w:t>
      </w:r>
    </w:p>
    <w:p>
      <w:r>
        <w:rPr>
          <w:b/>
        </w:rPr>
        <w:t xml:space="preserve">[12:24] </w:t>
      </w:r>
      <w:r>
        <w:t>Jesus Christ was born in Palestine, in Jerusalem, and at that time, Palestine was under the rule of</w:t>
      </w:r>
    </w:p>
    <w:p>
      <w:pPr>
        <w:jc w:val="right"/>
      </w:pPr>
      <w:r>
        <w:t>جیسس کرائسٹ واز born in Palestine، in Jerusalem، اینڈ ایٹ دیٹ ٹائم، Palestine was under the rule of</w:t>
      </w:r>
    </w:p>
    <w:p>
      <w:r>
        <w:rPr>
          <w:b/>
        </w:rPr>
        <w:t xml:space="preserve">[12:32] </w:t>
      </w:r>
      <w:r>
        <w:t>Romans.</w:t>
      </w:r>
    </w:p>
    <w:p>
      <w:pPr>
        <w:jc w:val="right"/>
      </w:pPr>
      <w:r>
        <w:t>Romans۔</w:t>
      </w:r>
    </w:p>
    <w:p>
      <w:r>
        <w:rPr>
          <w:b/>
        </w:rPr>
        <w:t xml:space="preserve">[12:33] </w:t>
      </w:r>
      <w:r>
        <w:t>So, Caesar means Roman king, Roman ruler.</w:t>
      </w:r>
    </w:p>
    <w:p>
      <w:pPr>
        <w:jc w:val="right"/>
      </w:pPr>
      <w:r>
        <w:t>سو، سیزر مینز رومن کنگ، رومن رولر۔</w:t>
      </w:r>
    </w:p>
    <w:p>
      <w:r>
        <w:rPr>
          <w:b/>
        </w:rPr>
        <w:t xml:space="preserve">[12:36] </w:t>
      </w:r>
      <w:r>
        <w:t>So, Christ said that: "Give to Caesar what is due to Caesar."</w:t>
      </w:r>
    </w:p>
    <w:p>
      <w:pPr>
        <w:jc w:val="right"/>
      </w:pPr>
      <w:r>
        <w:t>سو، کرائسٹ سیڈ دیٹ: "گیو ٹو سیزر واٹ از ڈیو ٹو سیزر۔</w:t>
      </w:r>
    </w:p>
    <w:p>
      <w:r>
        <w:rPr>
          <w:b/>
        </w:rPr>
        <w:t xml:space="preserve">[12:41] </w:t>
      </w:r>
      <w:r>
        <w:t>and give to God what is due to God." It means that you have to avoid political confrontation</w:t>
      </w:r>
    </w:p>
    <w:p>
      <w:pPr>
        <w:jc w:val="right"/>
      </w:pPr>
      <w:r>
        <w:t>اینڈ گیو ٹو گاڈ واٹ از ڈیو ٹو گاڈ۔" اٹ مینز دیٹ یو ہیو ٹو اوائڈ پولیٹیکل کنفرنٹیشن</w:t>
      </w:r>
    </w:p>
    <w:p>
      <w:r>
        <w:rPr>
          <w:b/>
        </w:rPr>
        <w:t xml:space="preserve">[12:49] </w:t>
      </w:r>
      <w:r>
        <w:t>from your, from the political rulers.</w:t>
      </w:r>
    </w:p>
    <w:p>
      <w:pPr>
        <w:jc w:val="right"/>
      </w:pPr>
      <w:r>
        <w:t>فرام یور، فرام دا پولیٹیکل رولرز۔</w:t>
      </w:r>
    </w:p>
    <w:p>
      <w:r>
        <w:rPr>
          <w:b/>
        </w:rPr>
        <w:t xml:space="preserve">[12:52] </w:t>
      </w:r>
      <w:r>
        <w:t>don't fight with Roman rulers.</w:t>
      </w:r>
    </w:p>
    <w:p>
      <w:pPr>
        <w:jc w:val="right"/>
      </w:pPr>
      <w:r>
        <w:t>ڈونٹ فائٹ ود رومن رولرز۔</w:t>
      </w:r>
    </w:p>
    <w:p>
      <w:r>
        <w:rPr>
          <w:b/>
        </w:rPr>
        <w:t xml:space="preserve">[12:54] </w:t>
      </w:r>
      <w:r>
        <w:t>don't confront with political rulers.</w:t>
      </w:r>
    </w:p>
    <w:p>
      <w:pPr>
        <w:jc w:val="right"/>
      </w:pPr>
      <w:r>
        <w:t>ڈونٹ کنفرنٹ ود پولیٹیکل رولرز۔</w:t>
      </w:r>
    </w:p>
    <w:p>
      <w:r>
        <w:rPr>
          <w:b/>
        </w:rPr>
        <w:t xml:space="preserve">[12:56] </w:t>
      </w:r>
      <w:r>
        <w:t>But find opportunities in the field other than politics.</w:t>
      </w:r>
    </w:p>
    <w:p>
      <w:pPr>
        <w:jc w:val="right"/>
      </w:pPr>
      <w:r>
        <w:t>بٹ فائن اپرچونیٹیز ان دا فیلڈ ادر دین پولیٹکس۔</w:t>
      </w:r>
    </w:p>
    <w:p>
      <w:r>
        <w:rPr>
          <w:b/>
        </w:rPr>
        <w:t xml:space="preserve">[13:00] </w:t>
      </w:r>
      <w:r>
        <w:t>He he told the, he told his disciples that: "Although Romans are, although in political term, Romans are</w:t>
      </w:r>
    </w:p>
    <w:p>
      <w:pPr>
        <w:jc w:val="right"/>
      </w:pPr>
      <w:r>
        <w:t>ہی ہی ٹولڈ دا، ہی ٹولڈ ہز ڈسائپلز دیٹ: "الدو رومنز ار، الدو ان پولیٹیکل ٹرم، رومنز ار</w:t>
      </w:r>
    </w:p>
    <w:p>
      <w:r>
        <w:rPr>
          <w:b/>
        </w:rPr>
        <w:t xml:space="preserve">[13:07] </w:t>
      </w:r>
      <w:r>
        <w:t>rolling Palestine, but at the same time, there are enormous opportunities." If dawah work, peaceful dawah work.</w:t>
      </w:r>
    </w:p>
    <w:p>
      <w:pPr>
        <w:jc w:val="right"/>
      </w:pPr>
      <w:r>
        <w:t>رولنگ پیلسٹائن، بٹ ایٹ دا سیم ٹائم، دیر ار انارس اپرچونیٹیز۔" اف دعویٰ ورک، پیس فل دعویٰ ورک۔</w:t>
      </w:r>
    </w:p>
    <w:p>
      <w:r>
        <w:rPr>
          <w:b/>
        </w:rPr>
        <w:t xml:space="preserve">[13:15] </w:t>
      </w:r>
      <w:r>
        <w:t>Although Roman rulers are king of our country, but there are other fields, there are fields other than</w:t>
      </w:r>
    </w:p>
    <w:p>
      <w:pPr>
        <w:jc w:val="right"/>
      </w:pPr>
      <w:r>
        <w:t>الدو رومن رولرز ار کنگ آف اور کنٹری، بٹ دیر ار ادر فیلڈز، دیر ار فیلڈز ادر دین</w:t>
      </w:r>
    </w:p>
    <w:p>
      <w:r>
        <w:rPr>
          <w:b/>
        </w:rPr>
        <w:t xml:space="preserve">[13:23] </w:t>
      </w:r>
      <w:r>
        <w:t>politics where you can find opportunity, opportunities for peaceful da'wah work.</w:t>
      </w:r>
    </w:p>
    <w:p>
      <w:pPr>
        <w:jc w:val="right"/>
      </w:pPr>
      <w:r>
        <w:t>پولیٹکس ویر یو کین فائنڈ اپرچونیٹی، اپرچونیٹیز فار پیس فل دعویٰ ورک۔</w:t>
      </w:r>
    </w:p>
    <w:p>
      <w:r>
        <w:rPr>
          <w:b/>
        </w:rPr>
        <w:t xml:space="preserve">[13:28] </w:t>
      </w:r>
      <w:r>
        <w:t>so, avoid politics, avoid political confrontation, and avail those opportunities present in the fields other than politics.</w:t>
      </w:r>
    </w:p>
    <w:p>
      <w:pPr>
        <w:jc w:val="right"/>
      </w:pPr>
      <w:r>
        <w:t>سو، اوائڈ پولیٹکس، اوائڈ پولیٹیکل کنفرنٹیشن، اینڈ اویل دوز اپرچونیٹیز پریزنٹ ان دا فیلڈز ادر دین پولیٹکس۔</w:t>
      </w:r>
    </w:p>
    <w:p>
      <w:r>
        <w:rPr>
          <w:b/>
        </w:rPr>
        <w:t xml:space="preserve">[13:35] </w:t>
      </w:r>
      <w:r>
        <w:t>so, disciples of Christ followed this pattern, this model.</w:t>
      </w:r>
    </w:p>
    <w:p>
      <w:pPr>
        <w:jc w:val="right"/>
      </w:pPr>
      <w:r>
        <w:t>سو، ڈسائپلز آف کرائسٹ فالوڈ دس پیٹرن، دس ماڈل۔</w:t>
      </w:r>
    </w:p>
    <w:p>
      <w:r>
        <w:rPr>
          <w:b/>
        </w:rPr>
        <w:t xml:space="preserve">[13:39] </w:t>
      </w:r>
      <w:r>
        <w:t>to, Quran when Quran says in this chapter that you have to follow the model of Christ, I</w:t>
      </w:r>
    </w:p>
    <w:p>
      <w:pPr>
        <w:jc w:val="right"/>
      </w:pPr>
      <w:r>
        <w:t>تو، قرآن وین قرآن سیز ان دس چیپٹر دیٹ یو ہیو ٹو فالو دا ماڈل آف کرائسٹ، آئی</w:t>
      </w:r>
    </w:p>
    <w:p>
      <w:r>
        <w:rPr>
          <w:b/>
        </w:rPr>
        <w:t xml:space="preserve">[13:47] </w:t>
      </w:r>
      <w:r>
        <w:t>think that it was predicted that they will come when.</w:t>
      </w:r>
    </w:p>
    <w:p>
      <w:pPr>
        <w:jc w:val="right"/>
      </w:pPr>
      <w:r>
        <w:t>تھنک دیٹ اٹ واز پریڈکٹڈ دیٹ دے ویل کم وین۔</w:t>
      </w:r>
    </w:p>
    <w:p>
      <w:r>
        <w:rPr>
          <w:b/>
        </w:rPr>
        <w:t xml:space="preserve">[13:51] </w:t>
      </w:r>
      <w:r>
        <w:t>you have to adopt that model.</w:t>
      </w:r>
    </w:p>
    <w:p>
      <w:pPr>
        <w:jc w:val="right"/>
      </w:pPr>
      <w:r>
        <w:t>یو ہیو ٹو اڈاپٹ دیٹ ماڈل۔</w:t>
      </w:r>
    </w:p>
    <w:p>
      <w:r>
        <w:rPr>
          <w:b/>
        </w:rPr>
        <w:t xml:space="preserve">[13:54] </w:t>
      </w:r>
      <w:r>
        <w:t>this Quranic verse is like a prediction, a direction in advance.</w:t>
      </w:r>
    </w:p>
    <w:p>
      <w:pPr>
        <w:jc w:val="right"/>
      </w:pPr>
      <w:r>
        <w:t>دس قرآنک ورس از لائک ا پریڈکشن، ا ڈائریکشن ان ایڈوانس۔</w:t>
      </w:r>
    </w:p>
    <w:p>
      <w:r>
        <w:rPr>
          <w:b/>
        </w:rPr>
        <w:t xml:space="preserve">[13:58] </w:t>
      </w:r>
      <w:r>
        <w:t>it was a divine direction given in advance to the Muslims.</w:t>
      </w:r>
    </w:p>
    <w:p>
      <w:pPr>
        <w:jc w:val="right"/>
      </w:pPr>
      <w:r>
        <w:t>اٹ واز ا ڈیوائن ڈائریکشن گیون ان ایڈوانس ٹو دا مسلمز۔</w:t>
      </w:r>
    </w:p>
    <w:p>
      <w:r>
        <w:rPr>
          <w:b/>
        </w:rPr>
        <w:t xml:space="preserve">[14:03] </w:t>
      </w:r>
      <w:r>
        <w:t>so, I think that we are living in that situation.</w:t>
      </w:r>
    </w:p>
    <w:p>
      <w:pPr>
        <w:jc w:val="right"/>
      </w:pPr>
      <w:r>
        <w:t>سو، آئی تھنک دیٹ وی آر لیونگ ان دیٹ سچویشن۔</w:t>
      </w:r>
    </w:p>
    <w:p>
      <w:r>
        <w:rPr>
          <w:b/>
        </w:rPr>
        <w:t xml:space="preserve">[14:07] </w:t>
      </w:r>
      <w:r>
        <w:t>when when that model which was given by final prophet is now become irrelevant, impossible to adapt when</w:t>
      </w:r>
    </w:p>
    <w:p>
      <w:pPr>
        <w:jc w:val="right"/>
      </w:pPr>
      <w:r>
        <w:t>وین وین دیٹ ماڈل وچ واز گیون بائی فائنل پرافٹ از ناو بیکم اریلیونٹ، امپوسیبل ٹو اڈاپٹ وین</w:t>
      </w:r>
    </w:p>
    <w:p>
      <w:r>
        <w:rPr>
          <w:b/>
        </w:rPr>
        <w:t xml:space="preserve">[14:15] </w:t>
      </w:r>
      <w:r>
        <w:t>You have to return that model according to the Quranic injunction.</w:t>
      </w:r>
    </w:p>
    <w:p>
      <w:pPr>
        <w:jc w:val="right"/>
      </w:pPr>
      <w:r>
        <w:t>یو ہیو ٹو ریٹرن دیٹ ماڈل اکارڈنگ ٹو دا قرآنک انجکشن۔</w:t>
      </w:r>
    </w:p>
    <w:p>
      <w:r>
        <w:rPr>
          <w:b/>
        </w:rPr>
        <w:t xml:space="preserve">[14:20] </w:t>
      </w:r>
      <w:r>
        <w:t>so, now there is no room for hijrah or there is no room for jihad in present situation.</w:t>
      </w:r>
    </w:p>
    <w:p>
      <w:pPr>
        <w:jc w:val="right"/>
      </w:pPr>
      <w:r>
        <w:t>سو، ناو دیر از نو روم فار ہجرہ اور دیر از نو روم فار جہاد ان پریزنٹ سچویشن۔</w:t>
      </w:r>
    </w:p>
    <w:p>
      <w:r>
        <w:rPr>
          <w:b/>
        </w:rPr>
        <w:t xml:space="preserve">[14:28] </w:t>
      </w:r>
      <w:r>
        <w:t>you cannot declare that this country is the harb, that country is the harb.</w:t>
      </w:r>
    </w:p>
    <w:p>
      <w:pPr>
        <w:jc w:val="right"/>
      </w:pPr>
      <w:r>
        <w:t>یو کین ناٹ ڈیکلیئر دیٹ دس کنٹری از دا الحرب، دیٹ کنٹری از دا الحرب۔</w:t>
      </w:r>
    </w:p>
    <w:p>
      <w:r>
        <w:rPr>
          <w:b/>
        </w:rPr>
        <w:t xml:space="preserve">[14:34] </w:t>
      </w:r>
      <w:r>
        <w:t>it is quite against the international norm.</w:t>
      </w:r>
    </w:p>
    <w:p>
      <w:pPr>
        <w:jc w:val="right"/>
      </w:pPr>
      <w:r>
        <w:t>اٹ از کوائٹ اگینسٹ دی انٹرنیشنل نارم۔</w:t>
      </w:r>
    </w:p>
    <w:p>
      <w:r>
        <w:rPr>
          <w:b/>
        </w:rPr>
        <w:t xml:space="preserve">[14:37] </w:t>
      </w:r>
      <w:r>
        <w:t>to declare that this country or that country is the harb, it is quite against the international norm.</w:t>
      </w:r>
    </w:p>
    <w:p>
      <w:pPr>
        <w:jc w:val="right"/>
      </w:pPr>
      <w:r>
        <w:t>ٹو ڈیکلیئر دیٹ دس کنٹری اور دیٹ کنٹری از دا الحرب، اٹ از کوائٹ اگینسٹ دی انٹرنیشنل نارم۔</w:t>
      </w:r>
    </w:p>
    <w:p>
      <w:r>
        <w:rPr>
          <w:b/>
        </w:rPr>
        <w:t xml:space="preserve">[14:45] </w:t>
      </w:r>
      <w:r>
        <w:t>to, all these kind of, all these kind of thinking are now irrelevant.</w:t>
      </w:r>
    </w:p>
    <w:p>
      <w:pPr>
        <w:jc w:val="right"/>
      </w:pPr>
      <w:r>
        <w:t>تو، ال دیز کائنڈ آف، ال دیز کائنڈ آف تھنکنگ ار ناو اریلیونٹ۔</w:t>
      </w:r>
    </w:p>
    <w:p>
      <w:r>
        <w:rPr>
          <w:b/>
        </w:rPr>
        <w:t xml:space="preserve">[14:50] </w:t>
      </w:r>
      <w:r>
        <w:t>we are living in the age of United Nations, in the age of nationalism, in the age of,</w:t>
      </w:r>
    </w:p>
    <w:p>
      <w:pPr>
        <w:jc w:val="right"/>
      </w:pPr>
      <w:r>
        <w:t>وی آر لیونگ ان دا ایج آف یونائٹڈ نیشنز، ان دا ایج آف نیشنلزم، ان دا ایج آف،</w:t>
      </w:r>
    </w:p>
    <w:p>
      <w:r>
        <w:rPr>
          <w:b/>
        </w:rPr>
        <w:t xml:space="preserve">[14:58] </w:t>
      </w:r>
      <w:r>
        <w:t>in the age of weapons of mass destruction.</w:t>
      </w:r>
    </w:p>
    <w:p>
      <w:pPr>
        <w:jc w:val="right"/>
      </w:pPr>
      <w:r>
        <w:t>ان دا ایج آف ویپنز آف ماس ڈسٹرکشن۔</w:t>
      </w:r>
    </w:p>
    <w:p>
      <w:r>
        <w:rPr>
          <w:b/>
        </w:rPr>
        <w:t xml:space="preserve">[15:01] </w:t>
      </w:r>
      <w:r>
        <w:t>all these things have changed the situation completely.</w:t>
      </w:r>
    </w:p>
    <w:p>
      <w:pPr>
        <w:jc w:val="right"/>
      </w:pPr>
      <w:r>
        <w:t>ال دیز تھنگز ہیو چینج دا سچویشن کمپلیٹلی۔</w:t>
      </w:r>
    </w:p>
    <w:p>
      <w:r>
        <w:rPr>
          <w:b/>
        </w:rPr>
        <w:t xml:space="preserve">[15:05] </w:t>
      </w:r>
      <w:r>
        <w:t>so, in such situation, we have to re-study that verse of the Quran.</w:t>
      </w:r>
    </w:p>
    <w:p>
      <w:pPr>
        <w:jc w:val="right"/>
      </w:pPr>
      <w:r>
        <w:t>سو، ان سچ سچویشن، وی ہیو ٹو ری اسٹڈی دیٹ ورس آف دا قرآن۔</w:t>
      </w:r>
    </w:p>
    <w:p>
      <w:r>
        <w:rPr>
          <w:b/>
        </w:rPr>
        <w:t xml:space="preserve">[15:11] </w:t>
      </w:r>
      <w:r>
        <w:t>in this Quranic verse: "Ya ayyuhal ladhina amanu, kunu ansar Allah? Kama qala Isa ibn Maryam: 'Al Hawari min</w:t>
      </w:r>
    </w:p>
    <w:p>
      <w:pPr>
        <w:jc w:val="right"/>
      </w:pPr>
      <w:r>
        <w:t>ان دس قرآنک ورس: "یا ایہا الذین آمنوا، کنوا انصار اللہ؟ کما قال عیسی ابن مریم: 'الحواری من</w:t>
      </w:r>
    </w:p>
    <w:p>
      <w:r>
        <w:rPr>
          <w:b/>
        </w:rPr>
        <w:t xml:space="preserve">[15:19] </w:t>
      </w:r>
      <w:r>
        <w:t>ansar Allah?' Qala: 'Al Hawari ansar Allah.'" so, this Quranic verse is like and like a divine direction in</w:t>
      </w:r>
    </w:p>
    <w:p>
      <w:pPr>
        <w:jc w:val="right"/>
      </w:pPr>
      <w:r>
        <w:t>انصار اللہ؟' قال: 'الحواری انصار اللہ۔'" سو، دس قرآنک ورس از لائک اینڈ لائک ا ڈیوائن ڈائریکشن ان</w:t>
      </w:r>
    </w:p>
    <w:p>
      <w:r>
        <w:rPr>
          <w:b/>
        </w:rPr>
        <w:t xml:space="preserve">[15:26] </w:t>
      </w:r>
      <w:r>
        <w:t>advance.</w:t>
      </w:r>
    </w:p>
    <w:p>
      <w:pPr>
        <w:jc w:val="right"/>
      </w:pPr>
      <w:r>
        <w:t>ایڈوانس۔</w:t>
      </w:r>
    </w:p>
    <w:p>
      <w:r>
        <w:rPr>
          <w:b/>
        </w:rPr>
        <w:t xml:space="preserve">[15:28] </w:t>
      </w:r>
      <w:r>
        <w:t>this is in the Quran.</w:t>
      </w:r>
    </w:p>
    <w:p>
      <w:pPr>
        <w:jc w:val="right"/>
      </w:pPr>
      <w:r>
        <w:t>دس از ان دا قرآن۔</w:t>
      </w:r>
    </w:p>
    <w:p>
      <w:r>
        <w:rPr>
          <w:b/>
        </w:rPr>
        <w:t xml:space="preserve">[15:30] </w:t>
      </w:r>
      <w:r>
        <w:t>We read this verse, but we fail to understand the meaning.</w:t>
      </w:r>
    </w:p>
    <w:p>
      <w:pPr>
        <w:jc w:val="right"/>
      </w:pPr>
      <w:r>
        <w:t>وی ریڈ دس ورس، بٹ وی فیل ٹو انڈرسٹینڈ دا میننگ۔</w:t>
      </w:r>
    </w:p>
    <w:p>
      <w:r>
        <w:rPr>
          <w:b/>
        </w:rPr>
        <w:t xml:space="preserve">[15:35] </w:t>
      </w:r>
      <w:r>
        <w:t>so, this verse was an advance direction to the Muslims that the day will come when situation will</w:t>
      </w:r>
    </w:p>
    <w:p>
      <w:pPr>
        <w:jc w:val="right"/>
      </w:pPr>
      <w:r>
        <w:t>سو، دس ورس واز این ایڈوانس ڈائریکشن ٹو دا مسلمز دیٹ دا ڈے ویل کم وین سچویشن ویل</w:t>
      </w:r>
    </w:p>
    <w:p>
      <w:r>
        <w:rPr>
          <w:b/>
        </w:rPr>
        <w:t xml:space="preserve">[15:42] </w:t>
      </w:r>
      <w:r>
        <w:t>be quite different.</w:t>
      </w:r>
    </w:p>
    <w:p>
      <w:pPr>
        <w:jc w:val="right"/>
      </w:pPr>
      <w:r>
        <w:t>بی کوائٹ ڈفرنٹ۔</w:t>
      </w:r>
    </w:p>
    <w:p>
      <w:r>
        <w:rPr>
          <w:b/>
        </w:rPr>
        <w:t xml:space="preserve">[15:44] </w:t>
      </w:r>
      <w:r>
        <w:t>then you have to adopt this model.</w:t>
      </w:r>
    </w:p>
    <w:p>
      <w:pPr>
        <w:jc w:val="right"/>
      </w:pPr>
      <w:r>
        <w:t>دین یو ہیو ٹو اڈاپٹ دس ماڈل۔</w:t>
      </w:r>
    </w:p>
    <w:p>
      <w:r>
        <w:rPr>
          <w:b/>
        </w:rPr>
        <w:t xml:space="preserve">[15:47] </w:t>
      </w:r>
      <w:r>
        <w:t>now, here I would like to add that according to this, there is also a prediction in hadith</w:t>
      </w:r>
    </w:p>
    <w:p>
      <w:pPr>
        <w:jc w:val="right"/>
      </w:pPr>
      <w:r>
        <w:t>ناو، ہیئر آئی وڈ لائک ٹو ایڈ دیٹ اکارڈنگ ٹو دس، دیر از السو ا پریڈکشن ان حدیث</w:t>
      </w:r>
    </w:p>
    <w:p>
      <w:r>
        <w:rPr>
          <w:b/>
        </w:rPr>
        <w:t xml:space="preserve">[15:55] </w:t>
      </w:r>
      <w:r>
        <w:t>that that is regarding the second coming of Christ, second coming of Jesus Christ.</w:t>
      </w:r>
    </w:p>
    <w:p>
      <w:pPr>
        <w:jc w:val="right"/>
      </w:pPr>
      <w:r>
        <w:t>دیٹ دیٹ از ریگارڈنگ دا سیکنڈ کمنگ آف کرائسٹ، سیکنڈ کمنگ آف جیسس کرائسٹ۔</w:t>
      </w:r>
    </w:p>
    <w:p>
      <w:r>
        <w:rPr>
          <w:b/>
        </w:rPr>
        <w:t xml:space="preserve">[16:01] </w:t>
      </w:r>
      <w:r>
        <w:t>There are, there are several hadith, several traditions in hadith literature that tell us about the second coming</w:t>
      </w:r>
    </w:p>
    <w:p>
      <w:pPr>
        <w:jc w:val="right"/>
      </w:pPr>
      <w:r>
        <w:t>دیر از، دیر ار سورل حدیث، سورل ٹریڈیشنز ان حدیث لٹریچر دیٹ ٹیل اس اباؤٹ دی سیکنڈ کمنگ</w:t>
      </w:r>
    </w:p>
    <w:p>
      <w:r>
        <w:rPr>
          <w:b/>
        </w:rPr>
        <w:t xml:space="preserve">[16:08] </w:t>
      </w:r>
      <w:r>
        <w:t>of christ.</w:t>
      </w:r>
    </w:p>
    <w:p>
      <w:pPr>
        <w:jc w:val="right"/>
      </w:pPr>
      <w:r>
        <w:t>آف کرائسٹ۔</w:t>
      </w:r>
    </w:p>
    <w:p>
      <w:r>
        <w:rPr>
          <w:b/>
        </w:rPr>
        <w:t xml:space="preserve">[16:10] </w:t>
      </w:r>
      <w:r>
        <w:t>People generally think, people generally take this in, take this in the sense that Christ will return with</w:t>
      </w:r>
    </w:p>
    <w:p>
      <w:pPr>
        <w:jc w:val="right"/>
      </w:pPr>
      <w:r>
        <w:t>پیپل جنرلی تھنک، پیپل جنرلی ٹیک دس ان، ٹیک دس ان دا سینس دیٹ کرائسٹ ویل ریٹرن ود</w:t>
      </w:r>
    </w:p>
    <w:p>
      <w:r>
        <w:rPr>
          <w:b/>
        </w:rPr>
        <w:t xml:space="preserve">[16:18] </w:t>
      </w:r>
      <w:r>
        <w:t>his body.</w:t>
      </w:r>
    </w:p>
    <w:p>
      <w:pPr>
        <w:jc w:val="right"/>
      </w:pPr>
      <w:r>
        <w:t>ہز باڈی۔</w:t>
      </w:r>
    </w:p>
    <w:p>
      <w:r>
        <w:rPr>
          <w:b/>
        </w:rPr>
        <w:t xml:space="preserve">[16:19] </w:t>
      </w:r>
      <w:r>
        <w:t>it is nonsense.</w:t>
      </w:r>
    </w:p>
    <w:p>
      <w:pPr>
        <w:jc w:val="right"/>
      </w:pPr>
      <w:r>
        <w:t>اٹ از نان سینس۔</w:t>
      </w:r>
    </w:p>
    <w:p>
      <w:r>
        <w:rPr>
          <w:b/>
        </w:rPr>
        <w:t xml:space="preserve">[16:21] </w:t>
      </w:r>
      <w:r>
        <w:t>i have studied all these literature.</w:t>
      </w:r>
    </w:p>
    <w:p>
      <w:pPr>
        <w:jc w:val="right"/>
      </w:pPr>
      <w:r>
        <w:t>آئی ہیو اسٹڈیڈ ال دیز لٹریچر۔</w:t>
      </w:r>
    </w:p>
    <w:p>
      <w:r>
        <w:rPr>
          <w:b/>
        </w:rPr>
        <w:t xml:space="preserve">[16:23] </w:t>
      </w:r>
      <w:r>
        <w:t>I can say that second coming of Christ is okay, is correct, but this second coming means second</w:t>
      </w:r>
    </w:p>
    <w:p>
      <w:pPr>
        <w:jc w:val="right"/>
      </w:pPr>
      <w:r>
        <w:t>آئی کین سے دیٹ سیکنڈ کمنگ آف کرائسٹ از اوکے، از کریکٹ، بٹ دس سیکنڈ کمنگ مینز سیکنڈ</w:t>
      </w:r>
    </w:p>
    <w:p>
      <w:r>
        <w:rPr>
          <w:b/>
        </w:rPr>
        <w:t xml:space="preserve">[16:31] </w:t>
      </w:r>
      <w:r>
        <w:t>coming of Christ model are not Christ body.</w:t>
      </w:r>
    </w:p>
    <w:p>
      <w:pPr>
        <w:jc w:val="right"/>
      </w:pPr>
      <w:r>
        <w:t>کمنگ آف کرائسٹ ماڈل ار ناٹ کرائسٹ باڈی۔</w:t>
      </w:r>
    </w:p>
    <w:p>
      <w:r>
        <w:rPr>
          <w:b/>
        </w:rPr>
        <w:t xml:space="preserve">[16:34] </w:t>
      </w:r>
      <w:r>
        <w:t>The concept of second coming of Christ is correct, but second coming of Christ means second coming in</w:t>
      </w:r>
    </w:p>
    <w:p>
      <w:pPr>
        <w:jc w:val="right"/>
      </w:pPr>
      <w:r>
        <w:t>دا کانسیپٹ آف سیکنڈ کمنگ آف کرائسٹ از کریکٹ، بٹ سیکنڈ کمنگ آف کرائسٹ مینز سیکنڈ کمنگ ان</w:t>
      </w:r>
    </w:p>
    <w:p>
      <w:r>
        <w:rPr>
          <w:b/>
        </w:rPr>
        <w:t xml:space="preserve">[16:42] </w:t>
      </w:r>
      <w:r>
        <w:t>term of model, in term of model and not in term of body.</w:t>
      </w:r>
    </w:p>
    <w:p>
      <w:pPr>
        <w:jc w:val="right"/>
      </w:pPr>
      <w:r>
        <w:t>ٹرم آف ماڈل، ان ٹرم آف ماڈل اور ناٹ ان ٹرم آف باڈی۔</w:t>
      </w:r>
    </w:p>
    <w:p>
      <w:r>
        <w:rPr>
          <w:b/>
        </w:rPr>
        <w:t xml:space="preserve">[16:48] </w:t>
      </w:r>
      <w:r>
        <w:t>I think that we are living in that age.</w:t>
      </w:r>
    </w:p>
    <w:p>
      <w:pPr>
        <w:jc w:val="right"/>
      </w:pPr>
      <w:r>
        <w:t>آئی تھنک دیٹ وی آر لیونگ ان دیٹ ایج۔</w:t>
      </w:r>
    </w:p>
    <w:p>
      <w:r>
        <w:rPr>
          <w:b/>
        </w:rPr>
        <w:t xml:space="preserve">[16:52] </w:t>
      </w:r>
      <w:r>
        <w:t>all the situation have been change.</w:t>
      </w:r>
    </w:p>
    <w:p>
      <w:pPr>
        <w:jc w:val="right"/>
      </w:pPr>
      <w:r>
        <w:t>ال دا سچویشن ہیو بین چینج۔</w:t>
      </w:r>
    </w:p>
    <w:p>
      <w:r>
        <w:rPr>
          <w:b/>
        </w:rPr>
        <w:t xml:space="preserve">[16:54] </w:t>
      </w:r>
      <w:r>
        <w:t>Now, we have to adopt that model which was given by Jesus Christ.</w:t>
      </w:r>
    </w:p>
    <w:p>
      <w:pPr>
        <w:jc w:val="right"/>
      </w:pPr>
      <w:r>
        <w:t>ناو، وی ہیو ٹو اڈاپٹ دیٹ ماڈل وچ واز گیون بائی جیسس کرائسٹ۔</w:t>
      </w:r>
    </w:p>
    <w:p>
      <w:r>
        <w:rPr>
          <w:b/>
        </w:rPr>
        <w:t xml:space="preserve">[17:00] </w:t>
      </w:r>
      <w:r>
        <w:t>that is peaceful dawah work, no political confrontation.</w:t>
      </w:r>
    </w:p>
    <w:p>
      <w:pPr>
        <w:jc w:val="right"/>
      </w:pPr>
      <w:r>
        <w:t>دیٹ از پیس فل دعویٰ ورک، نو پولیٹیکل کنفرنٹیشن۔</w:t>
      </w:r>
    </w:p>
    <w:p>
      <w:r>
        <w:rPr>
          <w:b/>
        </w:rPr>
        <w:t xml:space="preserve">[17:04] </w:t>
      </w:r>
      <w:r>
        <w:t>peaceful dawah work without any kind of political confrontation.</w:t>
      </w:r>
    </w:p>
    <w:p>
      <w:pPr>
        <w:jc w:val="right"/>
      </w:pPr>
      <w:r>
        <w:t>پیس فل دعویٰ ورک وداؤٹ اینی کائنڈ آف پولیٹیکل کنفرنٹیشن۔</w:t>
      </w:r>
    </w:p>
    <w:p>
      <w:r>
        <w:rPr>
          <w:b/>
        </w:rPr>
        <w:t xml:space="preserve">[17:08] </w:t>
      </w:r>
      <w:r>
        <w:t>So, this model which was given by Jesus Christ is most relevant in our age, and this is</w:t>
      </w:r>
    </w:p>
    <w:p>
      <w:pPr>
        <w:jc w:val="right"/>
      </w:pPr>
      <w:r>
        <w:t>سو، دس ماڈل وچ واز گیون بائی جیسس کرائسٹ از موسٹ ریلیونٹ ان اور ایج، اینڈ دس از</w:t>
      </w:r>
    </w:p>
    <w:p>
      <w:r>
        <w:rPr>
          <w:b/>
        </w:rPr>
        <w:t xml:space="preserve">[17:16] </w:t>
      </w:r>
      <w:r>
        <w:t>the second coming of christ.</w:t>
      </w:r>
    </w:p>
    <w:p>
      <w:pPr>
        <w:jc w:val="right"/>
      </w:pPr>
      <w:r>
        <w:t>دا سیکنڈ کمنگ آف کرائسٹ۔</w:t>
      </w:r>
    </w:p>
    <w:p>
      <w:r>
        <w:rPr>
          <w:b/>
        </w:rPr>
        <w:t xml:space="preserve">[17:18] </w:t>
      </w:r>
      <w:r>
        <w:t>And this second coming of Christ in terms of model is described in the Quran in Surah As-Saff,</w:t>
      </w:r>
    </w:p>
    <w:p>
      <w:pPr>
        <w:jc w:val="right"/>
      </w:pPr>
      <w:r>
        <w:t>اینڈ دس سیکنڈ کمنگ آف کرائسٹ ان ٹرم آف ماڈل از ڈسکرائب ان دا قرآن ان سورہ الصف،</w:t>
      </w:r>
    </w:p>
    <w:p>
      <w:r>
        <w:rPr>
          <w:b/>
        </w:rPr>
        <w:t xml:space="preserve">[17:25] </w:t>
      </w:r>
      <w:r>
        <w:t>chapter number 61.</w:t>
      </w:r>
    </w:p>
    <w:p>
      <w:pPr>
        <w:jc w:val="right"/>
      </w:pPr>
      <w:r>
        <w:t>چیپٹر نمبر 61۔</w:t>
      </w:r>
    </w:p>
    <w:p>
      <w:r>
        <w:rPr>
          <w:b/>
        </w:rPr>
        <w:t xml:space="preserve">[17:27] </w:t>
      </w:r>
      <w:r>
        <w:t>"ya ayuhal ladhina amanu, kunwa ansarullah? kama qala isa ibn maryam: 'al hawari min ansari allah?' qala: 'al hawari</w:t>
      </w:r>
    </w:p>
    <w:p>
      <w:pPr>
        <w:jc w:val="right"/>
      </w:pPr>
      <w:r>
        <w:t>"یا ایہا الذین آمنوا، کنوا انصار اللہ؟ کما قال عیسی ابن مریم: 'الحواری من انصاری اللہ؟' قال: 'الحواری</w:t>
      </w:r>
    </w:p>
    <w:p>
      <w:r>
        <w:rPr>
          <w:b/>
        </w:rPr>
        <w:t xml:space="preserve">[17:35] </w:t>
      </w:r>
      <w:r>
        <w:t>ansarullah?' famarat taifatu min bani israil wa kafarat taifah.</w:t>
      </w:r>
    </w:p>
    <w:p>
      <w:pPr>
        <w:jc w:val="right"/>
      </w:pPr>
      <w:r>
        <w:t>انصار اللہ؟' فامرت طائفۃ من بنی اسرائیل وکفرت طائفہ۔</w:t>
      </w:r>
    </w:p>
    <w:p>
      <w:r>
        <w:rPr>
          <w:b/>
        </w:rPr>
        <w:t xml:space="preserve">[17:39] </w:t>
      </w:r>
      <w:r>
        <w:t>الذین آمنوا علی فاز ظاہرین۔" So, this is the second coming of Christ.</w:t>
      </w:r>
    </w:p>
    <w:p>
      <w:pPr>
        <w:jc w:val="right"/>
      </w:pPr>
      <w:r>
        <w:t>الذین آمنوا علی فاز ظاہرین۔" سو، دس از دا سیکنڈ کمنگ آف کرائسٹ۔</w:t>
      </w:r>
    </w:p>
    <w:p>
      <w:r>
        <w:rPr>
          <w:b/>
        </w:rPr>
        <w:t xml:space="preserve">[17:44] </w:t>
      </w:r>
      <w:r>
        <w:t>That is coming back in term of model rather than in term of body.</w:t>
      </w:r>
    </w:p>
    <w:p>
      <w:pPr>
        <w:jc w:val="right"/>
      </w:pPr>
      <w:r>
        <w:t>دیٹ از کمنگ بیک ان ٹرم آف ماڈل رادر دین ان ٹرم آف باڈی۔</w:t>
      </w:r>
    </w:p>
    <w:p>
      <w:r>
        <w:rPr>
          <w:b/>
        </w:rPr>
        <w:t xml:space="preserve">[17:50] </w:t>
      </w:r>
      <w:r>
        <w:t>So, we have to reassess the whole situation.</w:t>
      </w:r>
    </w:p>
    <w:p>
      <w:pPr>
        <w:jc w:val="right"/>
      </w:pPr>
      <w:r>
        <w:t>سو، وی ہیو ٹو ری اسس دا ہول سچویشن۔</w:t>
      </w:r>
    </w:p>
    <w:p>
      <w:r>
        <w:rPr>
          <w:b/>
        </w:rPr>
        <w:t xml:space="preserve">[17:54] </w:t>
      </w:r>
      <w:r>
        <w:t>Now, the time is, time is of reassessment.</w:t>
      </w:r>
    </w:p>
    <w:p>
      <w:pPr>
        <w:jc w:val="right"/>
      </w:pPr>
      <w:r>
        <w:t>ناو، دا ٹائم از، ٹائم از اف ری اسسمنٹ۔</w:t>
      </w:r>
    </w:p>
    <w:p>
      <w:r>
        <w:rPr>
          <w:b/>
        </w:rPr>
        <w:t xml:space="preserve">[17:58] </w:t>
      </w:r>
      <w:r>
        <w:t>We have to reassess the whole situation.</w:t>
      </w:r>
    </w:p>
    <w:p>
      <w:pPr>
        <w:jc w:val="right"/>
      </w:pPr>
      <w:r>
        <w:t>وی ہیو ٹو ری اسس دا ہول سچویشن۔</w:t>
      </w:r>
    </w:p>
    <w:p>
      <w:r>
        <w:rPr>
          <w:b/>
        </w:rPr>
        <w:t xml:space="preserve">[18:01] </w:t>
      </w:r>
      <w:r>
        <w:t>Present Muslims are living in a blind alley.</w:t>
      </w:r>
    </w:p>
    <w:p>
      <w:pPr>
        <w:jc w:val="right"/>
      </w:pPr>
      <w:r>
        <w:t>پریزنٹ مسلمز ار لیونگ ان بلائنڈ ایلی۔</w:t>
      </w:r>
    </w:p>
    <w:p>
      <w:r>
        <w:rPr>
          <w:b/>
        </w:rPr>
        <w:t xml:space="preserve">[18:04] </w:t>
      </w:r>
      <w:r>
        <w:t>they have become direction less.</w:t>
      </w:r>
    </w:p>
    <w:p>
      <w:pPr>
        <w:jc w:val="right"/>
      </w:pPr>
      <w:r>
        <w:t>دے ہیو بیکم ڈائریکشن لیس۔</w:t>
      </w:r>
    </w:p>
    <w:p>
      <w:r>
        <w:rPr>
          <w:b/>
        </w:rPr>
        <w:t xml:space="preserve">[18:06] </w:t>
      </w:r>
      <w:r>
        <w:t>They find that every door is closed.</w:t>
      </w:r>
    </w:p>
    <w:p>
      <w:pPr>
        <w:jc w:val="right"/>
      </w:pPr>
      <w:r>
        <w:t>دے فائنڈ دیٹ ایوری ڈور از کلوزڈ۔</w:t>
      </w:r>
    </w:p>
    <w:p>
      <w:r>
        <w:rPr>
          <w:b/>
        </w:rPr>
        <w:t xml:space="preserve">[18:09] </w:t>
      </w:r>
      <w:r>
        <w:t>although actions which was based on the concept of the harab, the concept of hijrah, and the concept</w:t>
      </w:r>
    </w:p>
    <w:p>
      <w:pPr>
        <w:jc w:val="right"/>
      </w:pPr>
      <w:r>
        <w:t>الدو ایکشنز وچ واز بیسڈ ان دا کانسیپٹ آف دا الحرب، دا کانسیپٹ آف ہجرہ، اینڈ دا کانسیپٹ</w:t>
      </w:r>
    </w:p>
    <w:p>
      <w:r>
        <w:rPr>
          <w:b/>
        </w:rPr>
        <w:t xml:space="preserve">[18:17] </w:t>
      </w:r>
      <w:r>
        <w:t>of jihad have become irrelevant in our present age.</w:t>
      </w:r>
    </w:p>
    <w:p>
      <w:pPr>
        <w:jc w:val="right"/>
      </w:pPr>
      <w:r>
        <w:t>آف جہاد ہیو بیکم اریلیونٹ ان اور پریزنٹ ایج۔</w:t>
      </w:r>
    </w:p>
    <w:p>
      <w:r>
        <w:rPr>
          <w:b/>
        </w:rPr>
        <w:t xml:space="preserve">[18:21] </w:t>
      </w:r>
      <w:r>
        <w:t>تو، now, we have to reassess the whole situation.</w:t>
      </w:r>
    </w:p>
    <w:p>
      <w:pPr>
        <w:jc w:val="right"/>
      </w:pPr>
      <w:r>
        <w:t>تو، ناو، وی ہیو ٹو ری اسس دا ہول سچویشن۔</w:t>
      </w:r>
    </w:p>
    <w:p>
      <w:r>
        <w:rPr>
          <w:b/>
        </w:rPr>
        <w:t xml:space="preserve">[18:25] </w:t>
      </w:r>
      <w:r>
        <w:t>I can say that in the divine religion, the ideology is eternal.</w:t>
      </w:r>
    </w:p>
    <w:p>
      <w:pPr>
        <w:jc w:val="right"/>
      </w:pPr>
      <w:r>
        <w:t>آئی کین سے دیٹ ان دا ان ڈیوائن ریلیجن، دی آئیڈیالوجی از ایٹرنل۔</w:t>
      </w:r>
    </w:p>
    <w:p>
      <w:r>
        <w:rPr>
          <w:b/>
        </w:rPr>
        <w:t xml:space="preserve">[18:31] </w:t>
      </w:r>
      <w:r>
        <w:t>Ideology is eternal, our belief system is eternal.</w:t>
      </w:r>
    </w:p>
    <w:p>
      <w:pPr>
        <w:jc w:val="right"/>
      </w:pPr>
      <w:r>
        <w:t>آئیڈیالوجی از ایٹرنل، اور بیلیف سسٹم از ایٹرنل۔</w:t>
      </w:r>
    </w:p>
    <w:p>
      <w:r>
        <w:rPr>
          <w:b/>
        </w:rPr>
        <w:t xml:space="preserve">[18:34] </w:t>
      </w:r>
      <w:r>
        <w:t>Theoretical model is eternal, but the practical model is different.</w:t>
      </w:r>
    </w:p>
    <w:p>
      <w:pPr>
        <w:jc w:val="right"/>
      </w:pPr>
      <w:r>
        <w:t>تھیورٹیکل ماڈل از ایٹرنل، بٹ دا پیکٹل ماڈل از ڈفرنٹ۔</w:t>
      </w:r>
    </w:p>
    <w:p>
      <w:r>
        <w:rPr>
          <w:b/>
        </w:rPr>
        <w:t xml:space="preserve">[18:39] </w:t>
      </w:r>
      <w:r>
        <w:t>and practical model.</w:t>
      </w:r>
    </w:p>
    <w:p>
      <w:pPr>
        <w:jc w:val="right"/>
      </w:pPr>
      <w:r>
        <w:t>اینڈ پیکٹل ماڈل۔</w:t>
      </w:r>
    </w:p>
    <w:p>
      <w:r>
        <w:rPr>
          <w:b/>
        </w:rPr>
        <w:t xml:space="preserve">[18:40] </w:t>
      </w:r>
      <w:r>
        <w:t>There are several available models in the Quran.</w:t>
      </w:r>
    </w:p>
    <w:p>
      <w:pPr>
        <w:jc w:val="right"/>
      </w:pPr>
      <w:r>
        <w:t>دیر ار سورل اویلیبل ماڈل ان دا قرآن۔</w:t>
      </w:r>
    </w:p>
    <w:p>
      <w:r>
        <w:rPr>
          <w:b/>
        </w:rPr>
        <w:t xml:space="preserve">[18:43] </w:t>
      </w:r>
      <w:r>
        <w:t>As you know, Quran mentions 25 prophets by their name.</w:t>
      </w:r>
    </w:p>
    <w:p>
      <w:pPr>
        <w:jc w:val="right"/>
      </w:pPr>
      <w:r>
        <w:t>ایز یو نو، قرآن مینشنز 25 پرافٹس بائی دیر نیم۔</w:t>
      </w:r>
    </w:p>
    <w:p>
      <w:r>
        <w:rPr>
          <w:b/>
        </w:rPr>
        <w:t xml:space="preserve">[18:48] </w:t>
      </w:r>
      <w:r>
        <w:t>So, according to the Quran, these are 25 models and applicable to different situations, different conditions.</w:t>
      </w:r>
    </w:p>
    <w:p>
      <w:pPr>
        <w:jc w:val="right"/>
      </w:pPr>
      <w:r>
        <w:t>سو، اکارڈنگ ٹو دا قرآن، دیز ار 25 ماڈلز اینڈ اپلیکیبل ٹو ڈفرنٹ سچویشنز، ڈفرنٹ کنڈیشنز۔</w:t>
      </w:r>
    </w:p>
    <w:p>
      <w:r>
        <w:rPr>
          <w:b/>
        </w:rPr>
        <w:t xml:space="preserve">[18:55] </w:t>
      </w:r>
      <w:r>
        <w:t>so, we have to read our situation.</w:t>
      </w:r>
    </w:p>
    <w:p>
      <w:pPr>
        <w:jc w:val="right"/>
      </w:pPr>
      <w:r>
        <w:t>سو، وی ہیو ٹو ریڈ اور سچویشن۔</w:t>
      </w:r>
    </w:p>
    <w:p>
      <w:r>
        <w:rPr>
          <w:b/>
        </w:rPr>
        <w:t xml:space="preserve">[18:58] </w:t>
      </w:r>
      <w:r>
        <w:t>We have to know in what situation we are living at present.</w:t>
      </w:r>
    </w:p>
    <w:p>
      <w:pPr>
        <w:jc w:val="right"/>
      </w:pPr>
      <w:r>
        <w:t>وی ہیو ٹو نو ان واٹ سچویشن وی آر لیونگ ایٹ پریزنٹ۔</w:t>
      </w:r>
    </w:p>
    <w:p>
      <w:r>
        <w:rPr>
          <w:b/>
        </w:rPr>
        <w:t xml:space="preserve">[19:03] </w:t>
      </w:r>
      <w:r>
        <w:t>deen, we have to read the Prophetic History given in the Quran, and then we find out which</w:t>
      </w:r>
    </w:p>
    <w:p>
      <w:pPr>
        <w:jc w:val="right"/>
      </w:pPr>
      <w:r>
        <w:t>دین، وی ہیو ٹو ریڈ دا Prophetic History گیون ان دا قرآن، اینڈ دین وی فائنڈ آؤٹ وچ</w:t>
      </w:r>
    </w:p>
    <w:p>
      <w:r>
        <w:rPr>
          <w:b/>
        </w:rPr>
        <w:t xml:space="preserve">[19:10] </w:t>
      </w:r>
      <w:r>
        <w:t>One of those models is applicable to our situation.</w:t>
      </w:r>
    </w:p>
    <w:p>
      <w:pPr>
        <w:jc w:val="right"/>
      </w:pPr>
      <w:r>
        <w:t>ون اف دوز ماڈلز از اپلیکیبل ٹو اور سچویشن۔</w:t>
      </w:r>
    </w:p>
    <w:p>
      <w:r>
        <w:rPr>
          <w:b/>
        </w:rPr>
        <w:t xml:space="preserve">[19:14] </w:t>
      </w:r>
      <w:r>
        <w:t>I can say that after long, long study, I found that in our present situation, that model is</w:t>
      </w:r>
    </w:p>
    <w:p>
      <w:pPr>
        <w:jc w:val="right"/>
      </w:pPr>
      <w:r>
        <w:t>آئی کین سے دیٹ افٹر لانگ، لانگ اسٹڈی، آئی فاؤنڈ دیٹ ان اور پریزنٹ سچویشن، دیٹ ماڈل از</w:t>
      </w:r>
    </w:p>
    <w:p>
      <w:r>
        <w:rPr>
          <w:b/>
        </w:rPr>
        <w:t xml:space="preserve">[19:22] </w:t>
      </w:r>
      <w:r>
        <w:t>applicable.</w:t>
      </w:r>
    </w:p>
    <w:p>
      <w:pPr>
        <w:jc w:val="right"/>
      </w:pPr>
      <w:r>
        <w:t>اپلیکیبل۔</w:t>
      </w:r>
    </w:p>
    <w:p>
      <w:r>
        <w:rPr>
          <w:b/>
        </w:rPr>
        <w:t xml:space="preserve">[19:24] </w:t>
      </w:r>
      <w:r>
        <w:t>That model is more applicable that was given by Jesus Christ, and this model is based on the</w:t>
      </w:r>
    </w:p>
    <w:p>
      <w:pPr>
        <w:jc w:val="right"/>
      </w:pPr>
      <w:r>
        <w:t>دیٹ ماڈل از مور اپلیکیبل دیٹ واز گیون بائی جیسس کرائسٹ، اینڈ دس ماڈل از بیسڈ ان دا</w:t>
      </w:r>
    </w:p>
    <w:p>
      <w:r>
        <w:rPr>
          <w:b/>
        </w:rPr>
        <w:t xml:space="preserve">[19:31] </w:t>
      </w:r>
      <w:r>
        <w:t>concept of peaceful dawah work.</w:t>
      </w:r>
    </w:p>
    <w:p>
      <w:pPr>
        <w:jc w:val="right"/>
      </w:pPr>
      <w:r>
        <w:t>کانسیپٹ آف پیس فل دعویٰ ورک۔</w:t>
      </w:r>
    </w:p>
    <w:p>
      <w:r>
        <w:rPr>
          <w:b/>
        </w:rPr>
        <w:t xml:space="preserve">[19:34] </w:t>
      </w:r>
      <w:r>
        <w:t>peaceful dawah work.</w:t>
      </w:r>
    </w:p>
    <w:p>
      <w:pPr>
        <w:jc w:val="right"/>
      </w:pPr>
      <w:r>
        <w:t>پیس فل دعویٰ ورک۔</w:t>
      </w:r>
    </w:p>
    <w:p>
      <w:r>
        <w:rPr>
          <w:b/>
        </w:rPr>
        <w:t xml:space="preserve">[19:36] </w:t>
      </w:r>
      <w:r>
        <w:t>so, we have to adopt this model.</w:t>
      </w:r>
    </w:p>
    <w:p>
      <w:pPr>
        <w:jc w:val="right"/>
      </w:pPr>
      <w:r>
        <w:t>سو، وی ہیو ٹو اڈاپٹ دس ماڈل۔</w:t>
      </w:r>
    </w:p>
    <w:p>
      <w:r>
        <w:rPr>
          <w:b/>
        </w:rPr>
        <w:t xml:space="preserve">[19:39] </w:t>
      </w:r>
      <w:r>
        <w:t>We have to avoid political confrontation completely, no political confrontation at all.</w:t>
      </w:r>
    </w:p>
    <w:p>
      <w:pPr>
        <w:jc w:val="right"/>
      </w:pPr>
      <w:r>
        <w:t>وی ہیو ٹو اوائڈ پولیٹیکل کنفرنٹیشن کمپلیٹلی، نو پولیٹیکل کنفرنٹیشن ایٹ آل۔</w:t>
      </w:r>
    </w:p>
    <w:p>
      <w:r>
        <w:rPr>
          <w:b/>
        </w:rPr>
        <w:t xml:space="preserve">[19:44] </w:t>
      </w:r>
      <w:r>
        <w:t>All these political confrontations have become unwarranted in our age.</w:t>
      </w:r>
    </w:p>
    <w:p>
      <w:pPr>
        <w:jc w:val="right"/>
      </w:pPr>
      <w:r>
        <w:t>الدیز پولیٹیکل کنفرنٹیشن ہیو بیکم ان وارنٹڈ ان اور ایج۔</w:t>
      </w:r>
    </w:p>
    <w:p>
      <w:r>
        <w:rPr>
          <w:b/>
        </w:rPr>
        <w:t xml:space="preserve">[19:48] </w:t>
      </w:r>
      <w:r>
        <w:t>So, we have to adopt the formula that avoids political confrontation and avails dawah opportunities.</w:t>
      </w:r>
    </w:p>
    <w:p>
      <w:pPr>
        <w:jc w:val="right"/>
      </w:pPr>
      <w:r>
        <w:t>سو، وی ہیو ٹو اڈاپٹ دا فارمولا دیٹ اوائڈ پولیٹیکل کنفرنٹیشن اینڈ اویل دعویٰ اپرچونیٹیز۔</w:t>
      </w:r>
    </w:p>
    <w:p>
      <w:r>
        <w:rPr>
          <w:b/>
        </w:rPr>
        <w:t xml:space="preserve">[19:54] </w:t>
      </w:r>
      <w:r>
        <w:t>This is the formula that is relevant to our modern condition.</w:t>
      </w:r>
    </w:p>
    <w:p>
      <w:pPr>
        <w:jc w:val="right"/>
      </w:pPr>
      <w:r>
        <w:t>دس از دا فارمولا دیٹ از ریلیونٹ ٹو اور ماڈرن کنڈیشن۔</w:t>
      </w:r>
    </w:p>
    <w:p>
      <w:r>
        <w:rPr>
          <w:b/>
        </w:rPr>
        <w:t xml:space="preserve">[19:59] </w:t>
      </w:r>
      <w:r>
        <w:t>Any other formula is now irrelevant.</w:t>
      </w:r>
    </w:p>
    <w:p>
      <w:pPr>
        <w:jc w:val="right"/>
      </w:pPr>
      <w:r>
        <w:t>اینی ادر فارمولا از ناو اریلیونٹ۔</w:t>
      </w:r>
    </w:p>
    <w:p>
      <w:r>
        <w:rPr>
          <w:b/>
        </w:rPr>
        <w:t xml:space="preserve">[20:02] </w:t>
      </w:r>
      <w:r>
        <w:t>so, use this.</w:t>
      </w:r>
    </w:p>
    <w:p>
      <w:pPr>
        <w:jc w:val="right"/>
      </w:pPr>
      <w:r>
        <w:t>سو، یوز دس۔</w:t>
      </w:r>
    </w:p>
    <w:p>
      <w:r>
        <w:rPr>
          <w:b/>
        </w:rPr>
        <w:t xml:space="preserve">[20:03] </w:t>
      </w:r>
      <w:r>
        <w:t>Even there is a risk of being counterproductive.</w:t>
      </w:r>
    </w:p>
    <w:p>
      <w:pPr>
        <w:jc w:val="right"/>
      </w:pPr>
      <w:r>
        <w:t>ایون دیر از ا رسک اف بینگ کاؤنٹر پروٹیکٹیو۔</w:t>
      </w:r>
    </w:p>
    <w:p>
      <w:r>
        <w:rPr>
          <w:b/>
        </w:rPr>
        <w:t xml:space="preserve">[20:07] </w:t>
      </w:r>
      <w:r>
        <w:t>So, we have to abandon all those models, and we have to adapt that model.</w:t>
      </w:r>
    </w:p>
    <w:p>
      <w:pPr>
        <w:jc w:val="right"/>
      </w:pPr>
      <w:r>
        <w:t>سو، وی ہیو ٹو ابینڈن الدوز ماڈلز، اینڈ وی ہیو ٹو اڈاپٹ دیٹ ماڈل۔</w:t>
      </w:r>
    </w:p>
    <w:p>
      <w:r>
        <w:rPr>
          <w:b/>
        </w:rPr>
        <w:t xml:space="preserve">[20:13] </w:t>
      </w:r>
      <w:r>
        <w:t>We have to follow that model which is based on this formula.</w:t>
      </w:r>
    </w:p>
    <w:p>
      <w:pPr>
        <w:jc w:val="right"/>
      </w:pPr>
      <w:r>
        <w:t>وی ہیو ٹو فالو دیٹ ماڈل وچ از بیسڈ ان دس فارمولا۔</w:t>
      </w:r>
    </w:p>
    <w:p>
      <w:r>
        <w:rPr>
          <w:b/>
        </w:rPr>
        <w:t xml:space="preserve">[20:18] </w:t>
      </w:r>
      <w:r>
        <w:t>avoid political confrontation and achieve and avail the opportunities.</w:t>
      </w:r>
    </w:p>
    <w:p>
      <w:pPr>
        <w:jc w:val="right"/>
      </w:pPr>
      <w:r>
        <w:t>اوائڈ پولیٹیکل کنفرنٹیشن اینڈ اچیو اینڈ اویل دی اپرچونیٹیز۔</w:t>
      </w:r>
    </w:p>
    <w:p>
      <w:r>
        <w:rPr>
          <w:b/>
        </w:rPr>
        <w:t xml:space="preserve">[20:22] </w:t>
      </w:r>
      <w:r>
        <w:t>Avoid political confrontation and avail da'wah opportunities present in our age.</w:t>
      </w:r>
    </w:p>
    <w:p>
      <w:pPr>
        <w:jc w:val="right"/>
      </w:pPr>
      <w:r>
        <w:t>اوائڈ پولیٹیکل کنفرنٹیشن اینڈ اویل دعویٰ اپرچونیٹیز پریزنٹ ان اور ایج۔</w:t>
      </w:r>
    </w:p>
    <w:p>
      <w:r>
        <w:rPr>
          <w:b/>
        </w:rPr>
        <w:t xml:space="preserve">[20:27] </w:t>
      </w:r>
      <w:r>
        <w:t>this is the only way out.</w:t>
      </w:r>
    </w:p>
    <w:p>
      <w:pPr>
        <w:jc w:val="right"/>
      </w:pPr>
      <w:r>
        <w:t>دس از دا اونلی وے آؤٹ۔</w:t>
      </w:r>
    </w:p>
    <w:p>
      <w:r>
        <w:rPr>
          <w:b/>
        </w:rPr>
        <w:t xml:space="preserve">[20:29] </w:t>
      </w:r>
      <w:r>
        <w:t>this is the only way to success.</w:t>
      </w:r>
    </w:p>
    <w:p>
      <w:pPr>
        <w:jc w:val="right"/>
      </w:pPr>
      <w:r>
        <w:t>دس از دا اونلی وے ٹو سکسیس۔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